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De-Linking May 6, 2007 Maulana Wahiduddin Khan</w:t>
      </w:r>
    </w:p>
    <w:p>
      <w:r>
        <w:t>https://www.youtube.com/watch?v=cvzrpk4qFus</w:t>
      </w:r>
    </w:p>
    <w:p>
      <w:r>
        <w:rPr>
          <w:b/>
        </w:rPr>
        <w:t xml:space="preserve">[00:14]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[00:28] </w:t>
      </w:r>
      <w:r>
        <w:t>aaj ka jo topic hai woh hai "de-linking policy:</w:t>
      </w:r>
    </w:p>
    <w:p>
      <w:pPr>
        <w:jc w:val="right"/>
      </w:pPr>
      <w:r>
        <w:t>آج کا جو ٹاپک ہے وہ ہے "ڈی لنکنگ پالیسی:</w:t>
      </w:r>
    </w:p>
    <w:p>
      <w:r>
        <w:rPr>
          <w:b/>
        </w:rPr>
        <w:t xml:space="preserve">[00:42] </w:t>
      </w:r>
      <w:r>
        <w:t>a secret to success".</w:t>
      </w:r>
    </w:p>
    <w:p>
      <w:pPr>
        <w:jc w:val="right"/>
      </w:pPr>
      <w:r>
        <w:t>ا سیکرٹ ٹو سکسیس"۔</w:t>
      </w:r>
    </w:p>
    <w:p>
      <w:r>
        <w:rPr>
          <w:b/>
        </w:rPr>
        <w:t xml:space="preserve">[00:49] </w:t>
      </w:r>
      <w:r>
        <w:t>de-linking policy kya hai?</w:t>
      </w:r>
    </w:p>
    <w:p>
      <w:pPr>
        <w:jc w:val="right"/>
      </w:pPr>
      <w:r>
        <w:t>ڈی لنکنگ پالیسی کیا ہے؟</w:t>
      </w:r>
    </w:p>
    <w:p>
      <w:r>
        <w:rPr>
          <w:b/>
        </w:rPr>
        <w:t xml:space="preserve">[00:56] </w:t>
      </w:r>
      <w:r>
        <w:t>de-linking policy</w:t>
      </w:r>
    </w:p>
    <w:p>
      <w:pPr>
        <w:jc w:val="right"/>
      </w:pPr>
      <w:r>
        <w:t>ڈی لنکنگ پالیسی</w:t>
      </w:r>
    </w:p>
    <w:p>
      <w:r>
        <w:rPr>
          <w:b/>
        </w:rPr>
        <w:t xml:space="preserve">[01:01] </w:t>
      </w:r>
      <w:r>
        <w:t>basically means to adopt practical formula, when ideal formula is not applicable.</w:t>
      </w:r>
    </w:p>
    <w:p>
      <w:pPr>
        <w:jc w:val="right"/>
      </w:pPr>
      <w:r>
        <w:t>بیسیکلی مینز ٹو اڈاپٹ پریکٹیکل فارمولا، وین آئیڈیل فارمولا از ناٹ ایپلیکیبل۔</w:t>
      </w:r>
    </w:p>
    <w:p>
      <w:r>
        <w:rPr>
          <w:b/>
        </w:rPr>
        <w:t xml:space="preserve">[01:21] </w:t>
      </w:r>
      <w:r>
        <w:t>isi ko main ne de-linking policy kaha hai.</w:t>
      </w:r>
    </w:p>
    <w:p>
      <w:pPr>
        <w:jc w:val="right"/>
      </w:pPr>
      <w:r>
        <w:t>اسی کو میں نے ڈی لنکنگ پالیسی کہا ہے۔</w:t>
      </w:r>
    </w:p>
    <w:p>
      <w:r>
        <w:rPr>
          <w:b/>
        </w:rPr>
        <w:t xml:space="preserve">[01:27] </w:t>
      </w:r>
      <w:r>
        <w:t>kai baar aisa hota hai ke hum ideal solution chahne lagte hain aur is mein apna sara energy laga dete hain, aur phir ideal solution milta nahin.</w:t>
      </w:r>
    </w:p>
    <w:p>
      <w:pPr>
        <w:jc w:val="right"/>
      </w:pPr>
      <w:r>
        <w:t>کئی بار ایسا ہوتا ہے کہ ہم آئیڈیل سلوشن چاہنے لگتے ہیں اور اس میں اپنا سارا انرجی لگا دیتے ہیں، اور پھر آئیڈیل سلوشن ملتا نہیں۔</w:t>
      </w:r>
    </w:p>
    <w:p>
      <w:r>
        <w:rPr>
          <w:b/>
        </w:rPr>
        <w:t xml:space="preserve">[01:43] </w:t>
      </w:r>
      <w:r>
        <w:t>to aise mauqe par jab ke ideal solution applicable na ho ya feasible na ho, us waqt hamein practical solution ko apna lena chahiye.</w:t>
      </w:r>
    </w:p>
    <w:p>
      <w:pPr>
        <w:jc w:val="right"/>
      </w:pPr>
      <w:r>
        <w:t>تو ایسے موقع پر جب کہ آئیڈیل سلوشن ایپلیکیبل نہ ہو یا فیزیبل نہ ہو، اس وقت ہمیں پریکٹیکل سلوشن کو اپنا لینا چاہیے۔</w:t>
      </w:r>
    </w:p>
    <w:p>
      <w:r>
        <w:rPr>
          <w:b/>
        </w:rPr>
        <w:t xml:space="preserve">[01:58] </w:t>
      </w:r>
      <w:r>
        <w:t>isi ka naam hai de-linking policy. is ko illustrate karne ke liye main aap ko ek example doonga.</w:t>
      </w:r>
    </w:p>
    <w:p>
      <w:pPr>
        <w:jc w:val="right"/>
      </w:pPr>
      <w:r>
        <w:t>اسی کا نام ہے ڈی لنکنگ پالیسی۔ اس کو ایلسٹریٹ کرنے کے لیے میں آپ کو ایک ایگزامپل دوں گا۔</w:t>
      </w:r>
    </w:p>
    <w:p>
      <w:r>
        <w:rPr>
          <w:b/>
        </w:rPr>
        <w:t xml:space="preserve">[02:10] </w:t>
      </w:r>
      <w:r>
        <w:t>woh example hai Pakistan aur Kashmir ka, kyunke ek aisa hua, is liye woh mujhe bohat clear maloom hota hai.</w:t>
      </w:r>
    </w:p>
    <w:p>
      <w:pPr>
        <w:jc w:val="right"/>
      </w:pPr>
      <w:r>
        <w:t>وہ ایگزامپل ہے پاکستان اور کشمیر کا، کیونکہ ایک ایسا ہوا، اس لیے وہ مجھے بہت کلیئر معلوم ہوتا ہے۔</w:t>
      </w:r>
    </w:p>
    <w:p>
      <w:r>
        <w:rPr>
          <w:b/>
        </w:rPr>
        <w:t xml:space="preserve">[02:24] </w:t>
      </w:r>
      <w:r>
        <w:t>aap jante hain ke Pakistan Kashmir ke liye 1948 se lad raha hai, aur abhi tak is ko one percent bhi koi gain nahin hua.</w:t>
      </w:r>
    </w:p>
    <w:p>
      <w:pPr>
        <w:jc w:val="right"/>
      </w:pPr>
      <w:r>
        <w:t>آپ جانتے ہیں کہ پاکستان کشمیر کے لیے 1948 سے لڑ رہا ہے، اور ابھی تک اس کو ون پرسنٹ بھی کوئی گین نہیں ہوا۔</w:t>
      </w:r>
    </w:p>
    <w:p>
      <w:r>
        <w:rPr>
          <w:b/>
        </w:rPr>
        <w:t xml:space="preserve">[02:41] </w:t>
      </w:r>
      <w:r>
        <w:t>loss to bohat hua, loss to bohat ziyada hua.</w:t>
      </w:r>
    </w:p>
    <w:p>
      <w:pPr>
        <w:jc w:val="right"/>
      </w:pPr>
      <w:r>
        <w:t>لاس تو بہت ہوا، لاس تو بہت زیادہ ہوا۔</w:t>
      </w:r>
    </w:p>
    <w:p>
      <w:r>
        <w:rPr>
          <w:b/>
        </w:rPr>
        <w:t xml:space="preserve">[02:48] </w:t>
      </w:r>
      <w:r>
        <w:t>sari opportunities un-availed ho kar reh gayeen.</w:t>
      </w:r>
    </w:p>
    <w:p>
      <w:pPr>
        <w:jc w:val="right"/>
      </w:pPr>
      <w:r>
        <w:t>ساری اپرچونیٹیز ان اویلڈ ہو کر رہ گئیں۔</w:t>
      </w:r>
    </w:p>
    <w:p>
      <w:r>
        <w:rPr>
          <w:b/>
        </w:rPr>
        <w:t xml:space="preserve">[02:54] </w:t>
      </w:r>
      <w:r>
        <w:t>bohat si opportunities thin Pakistan ke paas, woh sab aisi padi reh gayeen kyunke woh samajhte the ke jab tak Kashmir hamein nahin milta,</w:t>
      </w:r>
    </w:p>
    <w:p>
      <w:pPr>
        <w:jc w:val="right"/>
      </w:pPr>
      <w:r>
        <w:t>بہت سی اپرچونیٹیز تھیں پاکستان کے پاس، وہ سب ایسی پڑی رہ گئیں کیونکہ وہ سمجھتے تھے کہ جب تک کشمیر ہمیں نہیں ملتا،</w:t>
      </w:r>
    </w:p>
    <w:p>
      <w:r>
        <w:rPr>
          <w:b/>
        </w:rPr>
        <w:t xml:space="preserve">[03:08] </w:t>
      </w:r>
      <w:r>
        <w:t>tab tak hum aage ka kaam nahin kar sakte. to main ne is silsile mein bohat kuch likha hai.</w:t>
      </w:r>
    </w:p>
    <w:p>
      <w:pPr>
        <w:jc w:val="right"/>
      </w:pPr>
      <w:r>
        <w:t>تب تک ہم آگے کا کام نہیں کر سکتے۔ تو میں نے اس سلسلے میں بہت کچھ لکھا ہے۔</w:t>
      </w:r>
    </w:p>
    <w:p>
      <w:r>
        <w:rPr>
          <w:b/>
        </w:rPr>
        <w:t xml:space="preserve">[03:22] </w:t>
      </w:r>
      <w:r>
        <w:t>Hindustan Times mein mera ek article aaya tha, "acceptance of reality".</w:t>
      </w:r>
    </w:p>
    <w:p>
      <w:pPr>
        <w:jc w:val="right"/>
      </w:pPr>
      <w:r>
        <w:t>ہندوستان ٹائمز میں میرا ایک آرٹیکل آیا تھا، "ایکسیپٹنس آف ریلیٹی"۔</w:t>
      </w:r>
    </w:p>
    <w:p>
      <w:r>
        <w:rPr>
          <w:b/>
        </w:rPr>
        <w:t xml:space="preserve">[03:32] </w:t>
      </w:r>
      <w:r>
        <w:t>kai baras pehle ki baat hai, "acceptance of reality" yeh chupa tha hindustan times mein ke jo reality hai, us ko maan lo.</w:t>
      </w:r>
    </w:p>
    <w:p>
      <w:pPr>
        <w:jc w:val="right"/>
      </w:pPr>
      <w:r>
        <w:t>کئی برس پہلے کی بات ہے، "ایکسیپٹنس آف ریلیٹی" یہ چھپا تھا ہندوستان ٹائمز میں کہ جو ریلیٹی ہے، اس کو مان لو۔</w:t>
      </w:r>
    </w:p>
    <w:p>
      <w:r>
        <w:rPr>
          <w:b/>
        </w:rPr>
        <w:t xml:space="preserve">[03:44] </w:t>
      </w:r>
      <w:r>
        <w:t>yeh baat maine is waqt kahi thi jab ke khalsa movement chali thi punjab mein aur kashmir movement chali thi pakistan mein.</w:t>
      </w:r>
    </w:p>
    <w:p>
      <w:pPr>
        <w:jc w:val="right"/>
      </w:pPr>
      <w:r>
        <w:t>یہ بات میں نے اس وقت کہی تھی جب کہ خالصہ موومنٹ چلی تھی پنجاب میں اور کشمیر موومنٹ چلی تھی پاکستان میں۔</w:t>
      </w:r>
    </w:p>
    <w:p>
      <w:r>
        <w:rPr>
          <w:b/>
        </w:rPr>
        <w:t xml:space="preserve">[03:53] </w:t>
      </w:r>
      <w:r>
        <w:t>dono ko le kar maine kaha tha aisa, aur is ko maine tv mein kaha, article chhape hindustan times ka yeh article chhapa.</w:t>
      </w:r>
    </w:p>
    <w:p>
      <w:pPr>
        <w:jc w:val="right"/>
      </w:pPr>
      <w:r>
        <w:t>دونوں کو لے کر میں نے کہا تھا ایسا، اور اس کو میں نے ٹی وی میں کہا، آرٹیکل چھاپے ہندوستان ٹائمز کا یہ آرٹیکل چھاپا۔</w:t>
      </w:r>
    </w:p>
    <w:p>
      <w:r>
        <w:rPr>
          <w:b/>
        </w:rPr>
        <w:t xml:space="preserve">[04:04] </w:t>
      </w:r>
      <w:r>
        <w:t>to khalsa movement walon ne to maan liya is ko, lekin kashmir mein bohat der lagai unhon ne maanne mein.</w:t>
      </w:r>
    </w:p>
    <w:p>
      <w:pPr>
        <w:jc w:val="right"/>
      </w:pPr>
      <w:r>
        <w:t>تو خالصہ موومنٹ والوں نے تو مان لیا اس کو، لیکن کشمیر میں بہت دیر لگائی انہوں نے ماننے میں۔</w:t>
      </w:r>
    </w:p>
    <w:p>
      <w:r>
        <w:rPr>
          <w:b/>
        </w:rPr>
        <w:t xml:space="preserve">[04:13] </w:t>
      </w:r>
      <w:r>
        <w:t>to behrhaal maine ek khat likha tha general parvez musharraf ko kaafi pehle,</w:t>
      </w:r>
    </w:p>
    <w:p>
      <w:pPr>
        <w:jc w:val="right"/>
      </w:pPr>
      <w:r>
        <w:t>تو بہرحال میں نے ایک خط لکھا تھا جنرل پرویز مشرف کو کافی پہلے،</w:t>
      </w:r>
    </w:p>
    <w:p>
      <w:r>
        <w:rPr>
          <w:b/>
        </w:rPr>
        <w:t xml:space="preserve">[04:21] </w:t>
      </w:r>
      <w:r>
        <w:t>kyun ke general parvez musharraf jo hain, woh is ko jante hain. meri kitabein bhi kuch parhi hui hain woh. to maine un ko ek letter likha tha, woh letter chupa hua hai hamari ek kitaab mein.</w:t>
      </w:r>
    </w:p>
    <w:p>
      <w:pPr>
        <w:jc w:val="right"/>
      </w:pPr>
      <w:r>
        <w:t>کیونکہ جنرل پرویز مشرف جو ہیں، وہ اس کو جانتے ہیں۔ میری کتابیں بھی کچھ پڑھی ہوئی ہیں وہ۔ تو میں نے ان کو ایک لیٹر لکھا تھا، وہ لیٹر چھپا ہوا ہے ہماری ایک کتاب میں۔</w:t>
      </w:r>
    </w:p>
    <w:p>
      <w:r>
        <w:rPr>
          <w:b/>
        </w:rPr>
        <w:t xml:space="preserve">[04:40] </w:t>
      </w:r>
      <w:r>
        <w:t>is letter mein maine general musharraf, general musharraf se kaha tha ke kashmir ki wajah se aap ka sara plan jo hai, jeopardise ho raha hai.</w:t>
      </w:r>
    </w:p>
    <w:p>
      <w:pPr>
        <w:jc w:val="right"/>
      </w:pPr>
      <w:r>
        <w:t>اس لیٹر میں میں نے جنرل مشرف، جنرل مشرف سے کہا تھا کہ کشمیر کی وجہ سے آپ کا سارا پلان جو ہے، جیپرٹائز ہو رہا ہے۔</w:t>
      </w:r>
    </w:p>
    <w:p>
      <w:r>
        <w:rPr>
          <w:b/>
        </w:rPr>
        <w:t xml:space="preserve">[04:54] </w:t>
      </w:r>
      <w:r>
        <w:t>kitni opportunities jo hain, woh aap avail nahi kar paa rahe hain, aur pakistan jo hai, woh singapore se peeche ho gaya hai. to maine kaha is khat mein ke aap ke liye do mein se ek ka option hai:</w:t>
      </w:r>
    </w:p>
    <w:p>
      <w:pPr>
        <w:jc w:val="right"/>
      </w:pPr>
      <w:r>
        <w:t>کتنی اپرچونیٹیز جو ہیں، وہ آپ اویل نہیں کر پا رہے ہیں، اور پاکستان جو ہے، وہ سنگاپور سے پیچھے ہو گیا ہے۔ تو میں نے کہا اس خط میں کہ آپ کے لیے دو میں سے ایک کا آپشن ہے:</w:t>
      </w:r>
    </w:p>
    <w:p>
      <w:r>
        <w:rPr>
          <w:b/>
        </w:rPr>
        <w:t xml:space="preserve">[05:10] </w:t>
      </w:r>
      <w:r>
        <w:t>ya to woh kijiye jo maine kaha tha is se hindustan times mein is se pehle ke status quo ko accept kar lijiye.</w:t>
      </w:r>
    </w:p>
    <w:p>
      <w:pPr>
        <w:jc w:val="right"/>
      </w:pPr>
      <w:r>
        <w:t>یا تو وہ کیجئے جو میں نے کہا تھا اس سے ہندوستان ٹائمز میں اس سے پہلے کہ اسٹیٹس کو کو ایکسیپٹ کر لیجئے۔</w:t>
      </w:r>
    </w:p>
    <w:p>
      <w:r>
        <w:rPr>
          <w:b/>
        </w:rPr>
        <w:t xml:space="preserve">[05:20] </w:t>
      </w:r>
      <w:r>
        <w:t>status quo ko aap change karna chahte hain, aap change nahi kar sake. ab yeh maan lijiye jo bohat hi well known saying hai ke "politics is the art of the possible".</w:t>
      </w:r>
    </w:p>
    <w:p>
      <w:pPr>
        <w:jc w:val="right"/>
      </w:pPr>
      <w:r>
        <w:t>اسٹیٹس کو کو آپ چینج کرنا چاہتے ہیں، آپ چینج نہیں کر سکے۔ اب یہ مان لیجئے جو بہت ہی ویل نون سینگ ہے کہ "پولٹس از دا آرٹ آف دا پوسیبل"۔</w:t>
      </w:r>
    </w:p>
    <w:p>
      <w:r>
        <w:rPr>
          <w:b/>
        </w:rPr>
        <w:t xml:space="preserve">[05:35] </w:t>
      </w:r>
      <w:r>
        <w:t>to yeh maan lijiye ke yeh hum ne jo koshish ki, woh possible nahi thi.</w:t>
      </w:r>
    </w:p>
    <w:p>
      <w:pPr>
        <w:jc w:val="right"/>
      </w:pPr>
      <w:r>
        <w:t>تو یہ مان لیجئے کہ یہ ہم نے جو کوشش کی، وہ پوسیبل نہیں تھی۔</w:t>
      </w:r>
    </w:p>
    <w:p>
      <w:r>
        <w:rPr>
          <w:b/>
        </w:rPr>
        <w:t xml:space="preserve">[05:40] </w:t>
      </w:r>
      <w:r>
        <w:t>to aap status quo ko maan lijiye, aur phir aap aage badhiye. doosra maine secondary darje mein, pehla to maine kaha tha ke yahi hai.</w:t>
      </w:r>
    </w:p>
    <w:p>
      <w:pPr>
        <w:jc w:val="right"/>
      </w:pPr>
      <w:r>
        <w:t>تو آپ اسٹیٹس کو کو مان لیجئے، اور پھر آپ آگے بڑھیے۔ دوسرا میں نے سیکنڈری درجے میں، پہلا تو میں نے کہا تھا کہ یہی ہے۔</w:t>
      </w:r>
    </w:p>
    <w:p>
      <w:r>
        <w:rPr>
          <w:b/>
        </w:rPr>
        <w:t xml:space="preserve">[05:53] </w:t>
      </w:r>
      <w:r>
        <w:t>secondary darje mein yeh hai ke aap delinking policy apnaein.</w:t>
      </w:r>
    </w:p>
    <w:p>
      <w:pPr>
        <w:jc w:val="right"/>
      </w:pPr>
      <w:r>
        <w:t>سیکنڈری درجے میں یہ ہے کہ آپ ڈی لنکنگ پالیسی اپنائیں۔</w:t>
      </w:r>
    </w:p>
    <w:p>
      <w:r>
        <w:rPr>
          <w:b/>
        </w:rPr>
        <w:t xml:space="preserve">[06:00] </w:t>
      </w:r>
      <w:r>
        <w:t>delinking policy kya hai?</w:t>
      </w:r>
    </w:p>
    <w:p>
      <w:pPr>
        <w:jc w:val="right"/>
      </w:pPr>
      <w:r>
        <w:t>ڈی لنکنگ پالیسی کیا ہے؟</w:t>
      </w:r>
    </w:p>
    <w:p>
      <w:r>
        <w:rPr>
          <w:b/>
        </w:rPr>
        <w:t xml:space="preserve">[06:02] </w:t>
      </w:r>
      <w:r>
        <w:t>woh yeh hai ke kashmiri issue ko aap negotiation table par rakh dein, aur jo doosre jo cheezein hain, jaise ke tourism hai,</w:t>
      </w:r>
    </w:p>
    <w:p>
      <w:pPr>
        <w:jc w:val="right"/>
      </w:pPr>
      <w:r>
        <w:t>وہ یہ ہے کہ کشمیری ایشو کو آپ نیگوشی ایشن ٹیبل پر رکھ دیں، اور جو دوسرے جو چیزیں ہیں، جیسے کہ ٹورزم ہے،</w:t>
      </w:r>
    </w:p>
    <w:p>
      <w:r>
        <w:rPr>
          <w:b/>
        </w:rPr>
        <w:t xml:space="preserve">[06:19] </w:t>
      </w:r>
      <w:r>
        <w:t>education hai, aana jaana hai, business hai, industry hai, woh sab raaste aap khol dijiye india aur pakistan ke beech mein.</w:t>
      </w:r>
    </w:p>
    <w:p>
      <w:pPr>
        <w:jc w:val="right"/>
      </w:pPr>
      <w:r>
        <w:t>ایجوکیشن ہے، آنا جانا ہے، بزنس ہے، انڈسٹری ہے، وہ سب راستے آپ کھول دیجئے انڈیا اور پاکستان کے بیچ میں۔</w:t>
      </w:r>
    </w:p>
    <w:p>
      <w:r>
        <w:rPr>
          <w:b/>
        </w:rPr>
        <w:t xml:space="preserve">[06:29] </w:t>
      </w:r>
      <w:r>
        <w:t>yeh hai delinking policy, yaani kashmiri issue ko aap delink kar dijiye doosri opportunities se. jis tarah se aaj kal ke zamane mein aap jante hain ke globalization ho raha hai,</w:t>
      </w:r>
    </w:p>
    <w:p>
      <w:pPr>
        <w:jc w:val="right"/>
      </w:pPr>
      <w:r>
        <w:t>یہ ہے ڈی لنکنگ پالیسی، یعنی کشمیری ایشو کو آپ ڈی لنک کر دیجئے دوسری اپرچونیٹیز سے۔ جس طرح سے آج کل کے زمانے میں آپ جانتے ہیں کہ گلوبلائزیشن ہو رہا ہے،</w:t>
      </w:r>
    </w:p>
    <w:p>
      <w:r>
        <w:rPr>
          <w:b/>
        </w:rPr>
        <w:t xml:space="preserve">[06:44] </w:t>
      </w:r>
      <w:r>
        <w:t>saare log business ke interest ko number ek importance dene lage hain, aur sab log khol rahe hain raaste</w:t>
      </w:r>
    </w:p>
    <w:p>
      <w:pPr>
        <w:jc w:val="right"/>
      </w:pPr>
      <w:r>
        <w:t>سارے لوگ بزنس کے انٹرسٹ کو نمبر ایک امپورٹنس دینے لگے ہیں، اور سب لوگ کھول رہے ہیں راستے</w:t>
      </w:r>
    </w:p>
    <w:p>
      <w:r>
        <w:rPr>
          <w:b/>
        </w:rPr>
        <w:t xml:space="preserve">[06:53] </w:t>
      </w:r>
      <w:r>
        <w:t>har jagah. aap ne raasta band kar rakha hai, jab ke india se aap ka sab se zyada faida juda hua hai in term of business, in term of tourism, in term of education,</w:t>
      </w:r>
    </w:p>
    <w:p>
      <w:pPr>
        <w:jc w:val="right"/>
      </w:pPr>
      <w:r>
        <w:t>ہر جگہ۔ آپ نے راستہ بند کر رکھا ہے، جبکہ انڈیا سے آپ کا سب سے زیادہ فائدہ جڑا ہوا ہے ان ٹرم آف بزنس، ان ٹرم آف ٹورزم، ان ٹرم آف ایجوکیشن،</w:t>
      </w:r>
    </w:p>
    <w:p>
      <w:r>
        <w:rPr>
          <w:b/>
        </w:rPr>
        <w:t xml:space="preserve">[07:13] </w:t>
      </w:r>
      <w:r>
        <w:t>in term of industry. aap ka bohat zyada juda hua hai india se interest.</w:t>
      </w:r>
    </w:p>
    <w:p>
      <w:pPr>
        <w:jc w:val="right"/>
      </w:pPr>
      <w:r>
        <w:t>ان ٹرم آف انڈسٹری۔ آپ کا بہت زیادہ جڑا ہوا ہے انڈیا سے انٹرسٹ۔</w:t>
      </w:r>
    </w:p>
    <w:p>
      <w:r>
        <w:rPr>
          <w:b/>
        </w:rPr>
        <w:t xml:space="preserve">[07:21] </w:t>
      </w:r>
      <w:r>
        <w:t>yeh sab band pada to maine kaha ke doosra yeh hai ke aap delinking policy lein, yaani kashmiri issue ko alag kar dijiye, us ko negotiation table par rakh dijiye,</w:t>
      </w:r>
    </w:p>
    <w:p>
      <w:pPr>
        <w:jc w:val="right"/>
      </w:pPr>
      <w:r>
        <w:t>یہ سب بند پڑا تو میں نے کہا کہ دوسرا یہ ہے کہ آپ ڈی لنکنگ پالیسی لیں، یعنی کشمیری ایشو کو الگ کر دیجئے، اس کو نیگوشی ایشن ٹیبل پر رکھ دیجئے،</w:t>
      </w:r>
    </w:p>
    <w:p>
      <w:r>
        <w:rPr>
          <w:b/>
        </w:rPr>
        <w:t xml:space="preserve">[07:35] </w:t>
      </w:r>
      <w:r>
        <w:t>aur sab raaste khol dijiye india aur pakistan ke beech mein. aur billion billion dollar ka jo ruka hua hai business, woh hone lagega.</w:t>
      </w:r>
    </w:p>
    <w:p>
      <w:pPr>
        <w:jc w:val="right"/>
      </w:pPr>
      <w:r>
        <w:t>اور سب راستے کھول دیجئے انڈیا اور پاکستان کے بیچ میں۔ اور بلین بلین ڈالر کا جو رکا ہوا ہے بزنس، وہ ہونے لگے گا۔</w:t>
      </w:r>
    </w:p>
    <w:p>
      <w:r>
        <w:rPr>
          <w:b/>
        </w:rPr>
        <w:t xml:space="preserve">[07:44] </w:t>
      </w:r>
      <w:r>
        <w:t>sab</w:t>
      </w:r>
    </w:p>
    <w:p>
      <w:pPr>
        <w:jc w:val="right"/>
      </w:pPr>
      <w:r>
        <w:t>سب</w:t>
      </w:r>
    </w:p>
    <w:p>
      <w:r>
        <w:rPr>
          <w:b/>
        </w:rPr>
        <w:t xml:space="preserve">[07:46] </w:t>
      </w:r>
      <w:r>
        <w:t>yeh example maine diya, is ka matlab is waqt mein kashmir ke issue par nahi bolna hai. mujhe only to state my point.</w:t>
      </w:r>
    </w:p>
    <w:p>
      <w:pPr>
        <w:jc w:val="right"/>
      </w:pPr>
      <w:r>
        <w:t>یہ ایگزامپل میں نے دیا، اس کا مطلب اس وقت میں کشمیر کے ایشو پر نہیں بولنا ہے۔ مجھے اونلی ٹو سٹیٹ مائی پوائنٹ۔</w:t>
      </w:r>
    </w:p>
    <w:p>
      <w:r>
        <w:rPr>
          <w:b/>
        </w:rPr>
        <w:t xml:space="preserve">[07:58] </w:t>
      </w:r>
      <w:r>
        <w:t>i give this example only to state my point what i mean by delinking policy. to is se yeh baat bohat clear ho jati hai ke main jab bolta hoon delinking policy to is se kya murad hoti hai.</w:t>
      </w:r>
    </w:p>
    <w:p>
      <w:pPr>
        <w:jc w:val="right"/>
      </w:pPr>
      <w:r>
        <w:t>ائی گیو دس ایگزامپل اونلی ٹو سٹیٹ مائی پوائنٹ واٹ ائی مین بائی ڈی لنکنگ پالیسی۔ تو اس سے یہ بات بہت کلیئر ہو جاتی ہے کہ میں جب بولتا ہوں ڈی لنکنگ پالیسی تو اس سے کیا مراد ہوتی ہے۔</w:t>
      </w:r>
    </w:p>
    <w:p>
      <w:r>
        <w:rPr>
          <w:b/>
        </w:rPr>
        <w:t xml:space="preserve">[08:18] </w:t>
      </w:r>
      <w:r>
        <w:t>ab aap aage badhiye. mera manna yeh hai ke delinking policy ek law of nature hai, yeh universal law hai, aur is ke siwa is duniya mein hum malik koi doosra choice nahi hai.</w:t>
      </w:r>
    </w:p>
    <w:p>
      <w:pPr>
        <w:jc w:val="right"/>
      </w:pPr>
      <w:r>
        <w:t>اب آپ آگے بڑھیے۔ میرا ماننا یہ ہے کہ ڈی لنکنگ پالیسی ایک لاء آف نیچر ہے، یہ یونیورسل لاء ہے، اور اس کے سوا اس دنیا میں ہم مالک کوئی دوسرا چوائس نہیں ہے۔</w:t>
      </w:r>
    </w:p>
    <w:p>
      <w:r>
        <w:rPr>
          <w:b/>
        </w:rPr>
        <w:t xml:space="preserve">[08:40] </w:t>
      </w:r>
      <w:r>
        <w:t>yeh ek fact hai ke hum duniya ko apne ideal ke mutabiq dhal nahi sakte.</w:t>
      </w:r>
    </w:p>
    <w:p>
      <w:pPr>
        <w:jc w:val="right"/>
      </w:pPr>
      <w:r>
        <w:t>یہ ایک فیکٹ ہے کہ ہم دنیا کو اپنے آئیڈیل کے مطابق ڈھال نہیں سکتے۔</w:t>
      </w:r>
    </w:p>
    <w:p>
      <w:r>
        <w:rPr>
          <w:b/>
        </w:rPr>
        <w:t xml:space="preserve">[08:49] </w:t>
      </w:r>
      <w:r>
        <w:t>we can not build a world according to our own ideals. ideals hamare mind mein kuch ideal hai, hamare kuch apne.</w:t>
      </w:r>
    </w:p>
    <w:p>
      <w:pPr>
        <w:jc w:val="right"/>
      </w:pPr>
      <w:r>
        <w:t>وی کین ناٹ بلٹ ا ورلڈ اکارڈنگ ٹو اور اون آئیڈلز۔ آئیڈیلز ہمارے مائنڈ میں کچھ آئیڈیل ہے، ہمارے کچھ اپنے۔</w:t>
      </w:r>
    </w:p>
    <w:p>
      <w:r>
        <w:rPr>
          <w:b/>
        </w:rPr>
        <w:t xml:space="preserve">[09:03] </w:t>
      </w:r>
      <w:r>
        <w:t>hum samajhte hain ke yeh sab se zyada achi baat yeh hai. hum duniya ko waisa dhal nahi sakte, koi nahi dhal saka, super power bhi nahi dhal saka, super power bhi nahi dhal saka.</w:t>
      </w:r>
    </w:p>
    <w:p>
      <w:pPr>
        <w:jc w:val="right"/>
      </w:pPr>
      <w:r>
        <w:t>ہم سمجھتے ہیں کہ یہ سب سے زیادہ اچھی بات یہ ہے۔ ہم دنیا کو ویسا ڈھال نہیں سکتے، کوئی نہیں ڈھال سکا، سپر پاور بھی نہیں ڈھال سکا، سپر پاور بھی نہیں ڈھال سکا۔</w:t>
      </w:r>
    </w:p>
    <w:p>
      <w:r>
        <w:rPr>
          <w:b/>
        </w:rPr>
        <w:t xml:space="preserve">[09:18] </w:t>
      </w:r>
      <w:r>
        <w:t>to do hi yeh option jo hai, yeh yeh law of nature hai ke ya to accept kar lijiye status ko ko, ya phir delinking policy apnaiye.</w:t>
      </w:r>
    </w:p>
    <w:p>
      <w:pPr>
        <w:jc w:val="right"/>
      </w:pPr>
      <w:r>
        <w:t>تو دو ہی یہ آپشن جو ہے، یہ یہ لاء آف نیچر ہے کہ یا تو ایکسیپٹ کر لیجئے اسٹیٹس کو کو، یا پھر ڈی لنکنگ پالیسی اپنائیے۔</w:t>
      </w:r>
    </w:p>
    <w:p>
      <w:r>
        <w:rPr>
          <w:b/>
        </w:rPr>
        <w:t xml:space="preserve">[09:29] </w:t>
      </w:r>
      <w:r>
        <w:t>bas mein yahan yeh kahunga ke yeh koi hukumaton ki baat nahi hai, yeh individual ki baat hai, yeh family ki baat hai, society ki baat hai, nation ki baat hai,</w:t>
      </w:r>
    </w:p>
    <w:p>
      <w:pPr>
        <w:jc w:val="right"/>
      </w:pPr>
      <w:r>
        <w:t>بس میں یہاں یہ کہوں گا کہ یہ کوئی حکومتوں کی بات نہیں ہے، یہ انڈیویجول کی بات ہے، یہ فیملی کی بات ہے، سوسائٹی کی بات ہے، نیشن کی بات ہے،</w:t>
      </w:r>
    </w:p>
    <w:p>
      <w:r>
        <w:rPr>
          <w:b/>
        </w:rPr>
        <w:t xml:space="preserve">[09:42] </w:t>
      </w:r>
      <w:r>
        <w:t>international relations ki ki baat hai. har jagah yahi policy chalana hai.</w:t>
      </w:r>
    </w:p>
    <w:p>
      <w:pPr>
        <w:jc w:val="right"/>
      </w:pPr>
      <w:r>
        <w:t>انٹرنیشنل ریلیشنز کی کی بات ہے۔ ہر جگہ یہی پالیسی چلانا ہے۔</w:t>
      </w:r>
    </w:p>
    <w:p>
      <w:r>
        <w:rPr>
          <w:b/>
        </w:rPr>
        <w:t xml:space="preserve">[09:50] </w:t>
      </w:r>
      <w:r>
        <w:t>we have no option other than this in this regard. ab mein aap ko kuch example dunga detail mein.</w:t>
      </w:r>
    </w:p>
    <w:p>
      <w:pPr>
        <w:jc w:val="right"/>
      </w:pPr>
      <w:r>
        <w:t>وی ہیو نو آپشن ادر دین دس ان دس ریگارڈ۔ اب میں آپ کو کچھ ایگزامپل دوں گا ڈیٹیل میں۔</w:t>
      </w:r>
    </w:p>
    <w:p>
      <w:r>
        <w:rPr>
          <w:b/>
        </w:rPr>
        <w:t xml:space="preserve">[10:03] </w:t>
      </w:r>
      <w:r>
        <w:t>sab se pehla example to yeh hai ke yeh baat creator ki nazar mein itni importance thi, khud Khuda ki nazar mein.</w:t>
      </w:r>
    </w:p>
    <w:p>
      <w:pPr>
        <w:jc w:val="right"/>
      </w:pPr>
      <w:r>
        <w:t>سب سے پہلا ایگزامپل تو یہ ہے کہ یہ بات کریٹر کی نظر میں اتنی امپورٹنس تھی، خود خدا کی نظر میں۔</w:t>
      </w:r>
    </w:p>
    <w:p>
      <w:r>
        <w:rPr>
          <w:b/>
        </w:rPr>
        <w:t xml:space="preserve">[10:14] </w:t>
      </w:r>
      <w:r>
        <w:t>sab se pehla example set kiya khud Khuda ne.</w:t>
      </w:r>
    </w:p>
    <w:p>
      <w:pPr>
        <w:jc w:val="right"/>
      </w:pPr>
      <w:r>
        <w:t>سب سے پہلا ایگزامپل سیٹ کیا خود خدا نے۔</w:t>
      </w:r>
    </w:p>
    <w:p>
      <w:r>
        <w:rPr>
          <w:b/>
        </w:rPr>
        <w:t xml:space="preserve">[10:19] </w:t>
      </w:r>
      <w:r>
        <w:t>delinking policy ka example khud Khuda ne set kiya.</w:t>
      </w:r>
    </w:p>
    <w:p>
      <w:pPr>
        <w:jc w:val="right"/>
      </w:pPr>
      <w:r>
        <w:t>ڈی لنکنگ پالیسی کا ایگزامپل خود خدا نے سیٹ کیا۔</w:t>
      </w:r>
    </w:p>
    <w:p>
      <w:r>
        <w:rPr>
          <w:b/>
        </w:rPr>
        <w:t xml:space="preserve">[10:25] </w:t>
      </w:r>
      <w:r>
        <w:t>woh kaise? Khuda all powerful hai, Khuda all powerful hai.</w:t>
      </w:r>
    </w:p>
    <w:p>
      <w:pPr>
        <w:jc w:val="right"/>
      </w:pPr>
      <w:r>
        <w:t>وہ کیسے؟ خدا ال پاور فل ہے، خدا ال پاور فل ہے۔</w:t>
      </w:r>
    </w:p>
    <w:p>
      <w:r>
        <w:rPr>
          <w:b/>
        </w:rPr>
        <w:t xml:space="preserve">[10:36] </w:t>
      </w:r>
      <w:r>
        <w:t>saara ikhtiyar usi ke paas hai. ek aita ke barabar bhi kisi ko koi ikhtiyar nahi, lekin insaan ko ikhtiyar mila hua hai.</w:t>
      </w:r>
    </w:p>
    <w:p>
      <w:pPr>
        <w:jc w:val="right"/>
      </w:pPr>
      <w:r>
        <w:t>سارا اختیار اسی کے پاس ہے۔ ایک آئیٹا کے برابر بھی کسی کو کوئی اختیار نہیں، لیکن انسان کو اختیار ملا ہوا ہے۔</w:t>
      </w:r>
    </w:p>
    <w:p>
      <w:r>
        <w:rPr>
          <w:b/>
        </w:rPr>
        <w:t xml:space="preserve">[10:49] </w:t>
      </w:r>
      <w:r>
        <w:t>insaan ko azadi mili hui hai. mein apni free will se bol raha hoon, aur mein apni free will meri doosri ho jaye to mein chup ho jaunga.</w:t>
      </w:r>
    </w:p>
    <w:p>
      <w:pPr>
        <w:jc w:val="right"/>
      </w:pPr>
      <w:r>
        <w:t>انسان کو آزادی ملی ہوئی ہے۔ میں اپنی فری ول سے بول رہا ہوں، اور میں اپنی فری ول میری دوسری ہو جائے تو میں چپ ہو جاؤں گا۔</w:t>
      </w:r>
    </w:p>
    <w:p>
      <w:r>
        <w:rPr>
          <w:b/>
        </w:rPr>
        <w:t xml:space="preserve">[11:01] </w:t>
      </w:r>
      <w:r>
        <w:t>apni free will se mein yahan aaya hoon, aur mein chahoon to uth kar chala jaon. to is poori universe mein ek anokha exception hai,</w:t>
      </w:r>
    </w:p>
    <w:p>
      <w:pPr>
        <w:jc w:val="right"/>
      </w:pPr>
      <w:r>
        <w:t>اپنی فری ول سے میں یہاں آیا ہوں، اور میں چاہوں تو اٹھ کر چلا جاؤں۔ تو اس پوری یونیورس میں ایک انوکھا ایکسیپشن ہے،</w:t>
      </w:r>
    </w:p>
    <w:p>
      <w:r>
        <w:rPr>
          <w:b/>
        </w:rPr>
        <w:t xml:space="preserve">[11:15] </w:t>
      </w:r>
      <w:r>
        <w:t>rare exception ke insaan ko freedom mila hua hai.</w:t>
      </w:r>
    </w:p>
    <w:p>
      <w:pPr>
        <w:jc w:val="right"/>
      </w:pPr>
      <w:r>
        <w:t>ریئر ایکسیپشن کہ انسان کو فریڈم ملا ہوا ہے۔</w:t>
      </w:r>
    </w:p>
    <w:p>
      <w:r>
        <w:rPr>
          <w:b/>
        </w:rPr>
        <w:t xml:space="preserve">[11:20] </w:t>
      </w:r>
      <w:r>
        <w:t>aap jante hain ke sun, moon, galaxy, ocean, mountain, kisi ko freedom nahi mila hua hai.</w:t>
      </w:r>
    </w:p>
    <w:p>
      <w:pPr>
        <w:jc w:val="right"/>
      </w:pPr>
      <w:r>
        <w:t>آپ جانتے ہیں کہ سن، مون، گلیکسی، اوشن، ماؤنٹین، کسی کو فریڈم نہیں ملا ہوا ہے۔</w:t>
      </w:r>
    </w:p>
    <w:p>
      <w:r>
        <w:rPr>
          <w:b/>
        </w:rPr>
        <w:t xml:space="preserve">[11:31] </w:t>
      </w:r>
      <w:r>
        <w:t>saara material universe jo hai, woh law of nature se govern ho raha hai. poora animal kingdom jo hai, woh instinct se govern ho raha hai.</w:t>
      </w:r>
    </w:p>
    <w:p>
      <w:pPr>
        <w:jc w:val="right"/>
      </w:pPr>
      <w:r>
        <w:t>سارا مٹیریل یونیورس جو ہے، وہ لاء آف نیچر سے گورن ہو رہا ہے۔ پورا اینیمل کنگڈم جو ہے، وہ انسٹنکٹ سے گورن ہو رہا ہے۔</w:t>
      </w:r>
    </w:p>
    <w:p>
      <w:r>
        <w:rPr>
          <w:b/>
        </w:rPr>
        <w:t xml:space="preserve">[11:43] </w:t>
      </w:r>
      <w:r>
        <w:t>to kisi ko freedom of choice kahan hai? kisi ko nahi hai.</w:t>
      </w:r>
    </w:p>
    <w:p>
      <w:pPr>
        <w:jc w:val="right"/>
      </w:pPr>
      <w:r>
        <w:t>تو کسی کو فریڈم آف چوائس کہاں ہے؟ کسی کو نہیں ہے۔</w:t>
      </w:r>
    </w:p>
    <w:p>
      <w:r>
        <w:rPr>
          <w:b/>
        </w:rPr>
        <w:t xml:space="preserve">[11:50] </w:t>
      </w:r>
      <w:r>
        <w:t>galaxy se le kar ke cheentiyon tak, kisi ko bhi freedom nahi mila hua hai. yeh sirf insaan hai jo ek rare exception hai is vast universe mein ke jis ko koi freedom mila hua hai.</w:t>
      </w:r>
    </w:p>
    <w:p>
      <w:pPr>
        <w:jc w:val="right"/>
      </w:pPr>
      <w:r>
        <w:t>گلیکسی سے لے کر کے چیونٹیوں تک، کسی کو بھی فریڈم نہیں ملا ہوا ہے۔ یہ صرف انسان ہے جو ایک ریئر ایکسیپشن ہے اس واسٹ یونیورس میں کہ جس کو کوئی فریڈم ملا ہوا ہے۔</w:t>
      </w:r>
    </w:p>
    <w:p>
      <w:r>
        <w:rPr>
          <w:b/>
        </w:rPr>
        <w:t xml:space="preserve">[12:08] </w:t>
      </w:r>
      <w:r>
        <w:t>aap mein se har aadmi jo hai, us ko freedom of choice hai, jo chahe kare, jo chahe na kare. to yahan kya hai? Khuda ne delinking policy apnayi hai.</w:t>
      </w:r>
    </w:p>
    <w:p>
      <w:pPr>
        <w:jc w:val="right"/>
      </w:pPr>
      <w:r>
        <w:t>آپ میں سے ہر آدمی جو ہے، اس کو فریڈم آف چوائس ہے، جو چاہے کرے، جو چاہے نہ کرے۔ تو یہاں کیا ہے؟ خدا نے ڈی لنکنگ پالیسی اپنائی ہے۔</w:t>
      </w:r>
    </w:p>
    <w:p>
      <w:r>
        <w:rPr>
          <w:b/>
        </w:rPr>
        <w:t xml:space="preserve">[12:19] </w:t>
      </w:r>
      <w:r>
        <w:t>insaan ke ikhtiyar ko apne ikhtiyar ko delink kar diya. tabhi to hum jo chahte hain, karte hain. Khuda ne delink nahi kiya hai solar system ke sath, to solar system apna koi rasta nahi bana sakta.</w:t>
      </w:r>
    </w:p>
    <w:p>
      <w:pPr>
        <w:jc w:val="right"/>
      </w:pPr>
      <w:r>
        <w:t>انسان کے اختیار کو اپنے اختیار کو ڈی لنک کر دیا۔ تبھی تو ہم جو چاہتے ہیں، کرتے ہیں۔ خدا نے ڈی لنک نہیں کیا ہے سولر سسٹم کے ساتھ، تو سولر سسٹم اپنا کوئی راستہ نہیں بنا سکتا۔</w:t>
      </w:r>
    </w:p>
    <w:p>
      <w:r>
        <w:rPr>
          <w:b/>
        </w:rPr>
        <w:t xml:space="preserve">[12:38] </w:t>
      </w:r>
      <w:r>
        <w:t>Khuda ne delink nahi kiya hai mountain aur ocean ke sath, rain ke sath. to koi alag rasta nahi b</w:t>
      </w:r>
    </w:p>
    <w:p>
      <w:pPr>
        <w:jc w:val="right"/>
      </w:pPr>
      <w:r>
        <w:t>خدا نے ڈی لنک نہیں کیا ہے ماؤنٹین اور اوشن کے ساتھ، رین کے ساتھ۔ تو کوئی الگ راستہ نہیں ب</w:t>
      </w:r>
    </w:p>
    <w:p>
      <w:r>
        <w:rPr>
          <w:b/>
        </w:rPr>
        <w:t xml:space="preserve">[12:48] </w:t>
      </w:r>
      <w:r>
        <w:t>na sakta. jo is ke liye determined hai, pre determined, usi par chalenge woh log. insaan jo hai, akela ek hai poori universe mein jis ko ke freedom mila hua hai.</w:t>
      </w:r>
    </w:p>
    <w:p>
      <w:pPr>
        <w:jc w:val="right"/>
      </w:pPr>
      <w:r>
        <w:t>نا سکتا۔ جو اس کے لیے ڈیٹرمنڈ ہے، پری ڈیٹرمنڈ، اسی پر چلیں گے وہ لوگ۔ انسان جو ہے، اکیلا ایک ہے پوری یونیورس میں جس کو کہ فریڈم ملا ہوا ہے۔</w:t>
      </w:r>
    </w:p>
    <w:p>
      <w:r>
        <w:rPr>
          <w:b/>
        </w:rPr>
        <w:t xml:space="preserve">[13:07] </w:t>
      </w:r>
      <w:r>
        <w:t>to kab? kyun mila? Khuda ne yahan par delinking policy apnayi, apne ikhtiyar ko, insaan ke ikhtiyar ko delink kar diya.</w:t>
      </w:r>
    </w:p>
    <w:p>
      <w:pPr>
        <w:jc w:val="right"/>
      </w:pPr>
      <w:r>
        <w:t>تو کب؟ کیوں ملا؟ خدا نے یہاں پر ڈی لنکنگ پالیسی اپنائی، اپنے اختیار کو، انسان کے اختیار کو ڈی لنک کر دیا۔</w:t>
      </w:r>
    </w:p>
    <w:p>
      <w:r>
        <w:rPr>
          <w:b/>
        </w:rPr>
        <w:t xml:space="preserve">[13:19] </w:t>
      </w:r>
      <w:r>
        <w:t>dekhen, ek baat hai, hamein ek aur kahoon ga ke jab mujh ko yeh discovery hui to mujh ko ek aur cheez ki discovery hogi.</w:t>
      </w:r>
    </w:p>
    <w:p>
      <w:pPr>
        <w:jc w:val="right"/>
      </w:pPr>
      <w:r>
        <w:t>دیکھیں، ایک بات ہے، ہمیں ایک اور کہوں گا کہ جب مجھ کو یہ ڈسکوری ہوئی تو مجھ کو ایک اور چیز کی ڈسکوری ہوگی۔</w:t>
      </w:r>
    </w:p>
    <w:p>
      <w:r>
        <w:rPr>
          <w:b/>
        </w:rPr>
        <w:t xml:space="preserve">[13:29] </w:t>
      </w:r>
      <w:r>
        <w:t>aap jante hain ke kai hazar saal se glik, grek philosophers jo thay, paanch hazar saal pehle, tab se ab tak ek issue aisa hai, aaj tak woh settle nahi hua.</w:t>
      </w:r>
    </w:p>
    <w:p>
      <w:pPr>
        <w:jc w:val="right"/>
      </w:pPr>
      <w:r>
        <w:t>آپ جانتے ہیں کہ کئی ہزار سال سے گلیک، گریک فلاسفرز جو تھے، پانچ ہزار سال پہلے، تب سے اب تک ایک ایشو ایسا ہے، آج تک وہ سیٹل نہیں ہوا۔</w:t>
      </w:r>
    </w:p>
    <w:p>
      <w:r>
        <w:rPr>
          <w:b/>
        </w:rPr>
        <w:t xml:space="preserve">[13:45] </w:t>
      </w:r>
      <w:r>
        <w:t>woh hai ke insaan ko, insaan ka jo muamla hai, insaan ke paas yaani freedom hai, freedom of choice hai, ya sab kuch determined hai.</w:t>
      </w:r>
    </w:p>
    <w:p>
      <w:pPr>
        <w:jc w:val="right"/>
      </w:pPr>
      <w:r>
        <w:t>وہ ہے کہ انسان کو، انسان کا جو معاملہ ہے، انسان کے پاس یعنی فریڈم ہے، فریڈم آف چوائس ہے، یا سب کچھ ڈیٹرمنڈ ہے۔</w:t>
      </w:r>
    </w:p>
    <w:p>
      <w:r>
        <w:rPr>
          <w:b/>
        </w:rPr>
        <w:t xml:space="preserve">[14:01] </w:t>
      </w:r>
      <w:r>
        <w:t>iska determinism aur freedom of choice ke beech mein kya muamla hai? insaan ka hai jo kehte hain jabr o ikhtiyar ke insaan majboor hai ya is ko ikhtiyar mila hua hai.</w:t>
      </w:r>
    </w:p>
    <w:p>
      <w:pPr>
        <w:jc w:val="right"/>
      </w:pPr>
      <w:r>
        <w:t>اس کا ڈیٹرمنزم اور فریڈم آف چوائس کے بیچ میں کیا معاملہ ہے؟ انسان کا ہے جو کہتے ہیں جبر و اختیار کہ انسان مجبور ہے یا اس کو اختیار ملا ہوا ہے۔</w:t>
      </w:r>
    </w:p>
    <w:p>
      <w:r>
        <w:rPr>
          <w:b/>
        </w:rPr>
        <w:t xml:space="preserve">[14:14] </w:t>
      </w:r>
      <w:r>
        <w:t>yeh paanch hazar saal se aaj tak yeh solve nahi hua tha. jab mujh par yeh discovery hui delinking policy ki, tab mein samjha kya muamla hai.</w:t>
      </w:r>
    </w:p>
    <w:p>
      <w:pPr>
        <w:jc w:val="right"/>
      </w:pPr>
      <w:r>
        <w:t>یہ پانچ ہزار سال سے آج تک یہ سالو نہیں ہوا تھا۔ جب مجھ پر یہ ڈسکوری ہوئی ڈی لنکنگ پالیسی کی، تب میں سمجھا کیا معاملہ ہے۔</w:t>
      </w:r>
    </w:p>
    <w:p>
      <w:r>
        <w:rPr>
          <w:b/>
        </w:rPr>
        <w:t xml:space="preserve">[14:27] </w:t>
      </w:r>
      <w:r>
        <w:t>chounke khuda insaan ko test lena chahta hai, yeh duniya mein jo rakha gaya hai insaan ko, yeh is liye nahi hai ke bas khoob enjoy kare, khoob hua kare aur khoob aish kare, is ke baad mar jaye.</w:t>
      </w:r>
    </w:p>
    <w:p>
      <w:pPr>
        <w:jc w:val="right"/>
      </w:pPr>
      <w:r>
        <w:t>چونکہ خدا انسان کو ٹیسٹ لینا چاہتا ہے، یہ دنیا میں جو رکھا گیا ہے انسان کو، یہ اس لیے نہیں ہے کہ بس خوب انجوائے کرے، خوب ہوا کرے اور خوب عیش کرے، اس کے بعد مر جائے۔</w:t>
      </w:r>
    </w:p>
    <w:p>
      <w:r>
        <w:rPr>
          <w:b/>
        </w:rPr>
        <w:t xml:space="preserve">[14:41] </w:t>
      </w:r>
      <w:r>
        <w:t>mar jaye, qissa khatam. yeh drink and be merry, yeh to koi formula nahi hai. khuda ne rakha insaan ko test ke liye.</w:t>
      </w:r>
    </w:p>
    <w:p>
      <w:pPr>
        <w:jc w:val="right"/>
      </w:pPr>
      <w:r>
        <w:t>مر جائے، قصہ ختم۔ یہ ڈرنک اینڈ بی میری، یہ تو کوئی فارمولا نہیں ہے۔ خدا نے رکھا انسان کو ٹیسٹ کے لیے۔</w:t>
      </w:r>
    </w:p>
    <w:p>
      <w:r>
        <w:rPr>
          <w:b/>
        </w:rPr>
        <w:t xml:space="preserve">[14:52] </w:t>
      </w:r>
      <w:r>
        <w:t>isi test par day of judgement mein is ka decision liya jayega khuda ki taraf se. is ke liye kya ho, is ke liye kya ho.</w:t>
      </w:r>
    </w:p>
    <w:p>
      <w:pPr>
        <w:jc w:val="right"/>
      </w:pPr>
      <w:r>
        <w:t>اسی ٹیسٹ پر ڈے آف ججمنٹ میں اس کا ڈیسیژن لیا جائے گا خدا کی طرف سے۔ اس کے لیے کیا ہو، اس کے لیے کیا ہو۔</w:t>
      </w:r>
    </w:p>
    <w:p>
      <w:r>
        <w:rPr>
          <w:b/>
        </w:rPr>
        <w:t xml:space="preserve">[15:03] </w:t>
      </w:r>
      <w:r>
        <w:t>to dekhiye, test jo hai chahta hai freedom. no freedom, no test.</w:t>
      </w:r>
    </w:p>
    <w:p>
      <w:pPr>
        <w:jc w:val="right"/>
      </w:pPr>
      <w:r>
        <w:t>تو دیکھیے، ٹیسٹ جو ہے چاہتا ہے فریڈم۔ نو فریڈم، نو ٹیسٹ۔</w:t>
      </w:r>
    </w:p>
    <w:p>
      <w:r>
        <w:rPr>
          <w:b/>
        </w:rPr>
        <w:t xml:space="preserve">[15:17] </w:t>
      </w:r>
      <w:r>
        <w:t>jab freedom nahi hai to test kis baat ka?</w:t>
      </w:r>
    </w:p>
    <w:p>
      <w:pPr>
        <w:jc w:val="right"/>
      </w:pPr>
      <w:r>
        <w:t>جب فریڈم نہیں ہے تو ٹیسٹ کس بات کا؟</w:t>
      </w:r>
    </w:p>
    <w:p>
      <w:r>
        <w:rPr>
          <w:b/>
        </w:rPr>
        <w:t xml:space="preserve">[15:21] </w:t>
      </w:r>
      <w:r>
        <w:t>aap jante hain ke galaxy aur solar system aur planet earth, mountain, ocean, animal world, plant kingdom, kahin bhi test nahi hai kisi ka.</w:t>
      </w:r>
    </w:p>
    <w:p>
      <w:pPr>
        <w:jc w:val="right"/>
      </w:pPr>
      <w:r>
        <w:t>آپ جانتے ہیں کہ گلیکسی اور سولر سسٹم اور پلینٹ ارتھ، ماؤنٹین، اوشن، اینیمل ورلڈ، پلانٹ کنگڈم، کہیں بھی ٹیسٹ نہیں ہے کسی کا۔</w:t>
      </w:r>
    </w:p>
    <w:p>
      <w:r>
        <w:rPr>
          <w:b/>
        </w:rPr>
        <w:t xml:space="preserve">[15:40] </w:t>
      </w:r>
      <w:r>
        <w:t>to insaan ka test hai, is liye freedom diya gaya hai. aur test kis baat ka? ke freedom ko woh misuse karta hai ya ke proper use karta hai.</w:t>
      </w:r>
    </w:p>
    <w:p>
      <w:pPr>
        <w:jc w:val="right"/>
      </w:pPr>
      <w:r>
        <w:t>تو انسان کا ٹیسٹ ہے، اس لیے فریڈم دیا گیا ہے۔ اور ٹیسٹ کس بات کا؟ کہ فریڈم کو وہ مس یوز کرتا ہے یا کہ پراپر یوز کرتا ہے۔</w:t>
      </w:r>
    </w:p>
    <w:p>
      <w:r>
        <w:rPr>
          <w:b/>
        </w:rPr>
        <w:t xml:space="preserve">[15:51] </w:t>
      </w:r>
      <w:r>
        <w:t>bas isi ka test hai. khud apni azaadi se hum freedom ko agar misuse karenge to khuda ki nazar mein hum fail ho gaye.</w:t>
      </w:r>
    </w:p>
    <w:p>
      <w:pPr>
        <w:jc w:val="right"/>
      </w:pPr>
      <w:r>
        <w:t>بس اسی کا ٹیسٹ ہے۔ خود اپنی آزادی سے ہم فریڈم کو اگر مس یوز کریں گے تو خدا کی نظر میں ہم فیل ہو گئے۔</w:t>
      </w:r>
    </w:p>
    <w:p>
      <w:r>
        <w:rPr>
          <w:b/>
        </w:rPr>
        <w:t xml:space="preserve">[16:05] </w:t>
      </w:r>
      <w:r>
        <w:t>aur agar hum apni azaadi se freedom ko proper use karenge to khuda ki nazar mein hum pass ho gaye. to insaan ko test par rakha, is liye is ko freedom diya.</w:t>
      </w:r>
    </w:p>
    <w:p>
      <w:pPr>
        <w:jc w:val="right"/>
      </w:pPr>
      <w:r>
        <w:t>اور اگر ہم اپنی آزادی سے فریڈم کو پراپر یوز کریں گے تو خدا کی نظر میں ہم پاس ہو گئے۔ تو انسان کو ٹیسٹ پر رکھا، اس لیے اس کو فریڈم دیا۔</w:t>
      </w:r>
    </w:p>
    <w:p>
      <w:r>
        <w:rPr>
          <w:b/>
        </w:rPr>
        <w:t xml:space="preserve">[16:15] </w:t>
      </w:r>
      <w:r>
        <w:t>aur freedom ko real banane ke liye, real</w:t>
      </w:r>
    </w:p>
    <w:p>
      <w:pPr>
        <w:jc w:val="right"/>
      </w:pPr>
      <w:r>
        <w:t>اور فریڈم کو ریئل بنانے کے لیے، ریئل</w:t>
      </w:r>
    </w:p>
    <w:p>
      <w:r>
        <w:rPr>
          <w:b/>
        </w:rPr>
        <w:t xml:space="preserve">[16:19] </w:t>
      </w:r>
      <w:r>
        <w:t>yaad rakhiye, yeh mein repeat karoon ga is word ko ke freedom ko real banane ke liye khuda ne delinking policy apnayi.</w:t>
      </w:r>
    </w:p>
    <w:p>
      <w:pPr>
        <w:jc w:val="right"/>
      </w:pPr>
      <w:r>
        <w:t>یاد رکھیے، یہ میں ریپیٹ کروں گا اس ورڈ کو کہ فریڈم کو ریئل بنانے کے لیے خدا نے ڈی لنکنگ پالیسی اپنائی۔</w:t>
      </w:r>
    </w:p>
    <w:p>
      <w:r>
        <w:rPr>
          <w:b/>
        </w:rPr>
        <w:t xml:space="preserve">[16:29] </w:t>
      </w:r>
      <w:r>
        <w:t>apni freedom ko, insaan ke freedom ko delink kar diya. to khair, is tarah khuda ne</w:t>
      </w:r>
    </w:p>
    <w:p>
      <w:pPr>
        <w:jc w:val="right"/>
      </w:pPr>
      <w:r>
        <w:t>اپنی فریڈم کو، انسان کے فریڈم کو ڈی لنک کر دیا۔ تو خیر، اس طرح خدا نے</w:t>
      </w:r>
    </w:p>
    <w:p>
      <w:r>
        <w:rPr>
          <w:b/>
        </w:rPr>
        <w:t xml:space="preserve">[16:38] </w:t>
      </w:r>
      <w:r>
        <w:t>delinking policy ka pehla namoona khud set kiya, pehla example khud set kiya, aur is ko bana diya law of nature.</w:t>
      </w:r>
    </w:p>
    <w:p>
      <w:pPr>
        <w:jc w:val="right"/>
      </w:pPr>
      <w:r>
        <w:t>ڈی لنکنگ پالیسی کا پہلا نمونہ خود سیٹ کیا، پہلا ایگزامپل خود سیٹ کیا، اور اس کو بنا دیا لاء آف نیچر۔</w:t>
      </w:r>
    </w:p>
    <w:p>
      <w:r>
        <w:rPr>
          <w:b/>
        </w:rPr>
        <w:t xml:space="preserve">[16:52] </w:t>
      </w:r>
      <w:r>
        <w:t>ab mein aap ko history ke kuch misaalain doon ga, yaani religious history ki, aur kuch misaal secular history ki bhi.</w:t>
      </w:r>
    </w:p>
    <w:p>
      <w:pPr>
        <w:jc w:val="right"/>
      </w:pPr>
      <w:r>
        <w:t>اب میں آپ کو ہسٹری کے کچھ مثالیں دوں گا، یعنی ریلیجیس ہسٹری کی، اور کچھ مثال سیکولر ہسٹری کی بھی۔</w:t>
      </w:r>
    </w:p>
    <w:p>
      <w:r>
        <w:rPr>
          <w:b/>
        </w:rPr>
        <w:t xml:space="preserve">[17:03] </w:t>
      </w:r>
      <w:r>
        <w:t>chounke dekhiye, aap yeh mante hain ke khuda ne prophet bheje namoone ke taur par insaan ke liye. khuda ne bheje prophet namoona, model.</w:t>
      </w:r>
    </w:p>
    <w:p>
      <w:pPr>
        <w:jc w:val="right"/>
      </w:pPr>
      <w:r>
        <w:t>چونکہ دیکھیے، آپ یہ مانتے ہیں کہ خدا نے پرافٹ بھیجے نمونے کے طور پر انسان کے لیے۔ خدا نے بھیجے پرافٹ نمونہ، ماڈل۔</w:t>
      </w:r>
    </w:p>
    <w:p>
      <w:r>
        <w:rPr>
          <w:b/>
        </w:rPr>
        <w:t xml:space="preserve">[17:14] </w:t>
      </w:r>
      <w:r>
        <w:t>namoona ka matlab hai model.</w:t>
      </w:r>
    </w:p>
    <w:p>
      <w:pPr>
        <w:jc w:val="right"/>
      </w:pPr>
      <w:r>
        <w:t>نمونہ کا مطلب ہے ماڈل۔</w:t>
      </w:r>
    </w:p>
    <w:p>
      <w:r>
        <w:rPr>
          <w:b/>
        </w:rPr>
        <w:t xml:space="preserve">[17:17] </w:t>
      </w:r>
      <w:r>
        <w:t>har zamane mein aur har jagah prophet bheje gaye taake woh insaan ke liye model banen. insaan kaise rahe duniya mein, is ko kar ke woh dikhayen.</w:t>
      </w:r>
    </w:p>
    <w:p>
      <w:pPr>
        <w:jc w:val="right"/>
      </w:pPr>
      <w:r>
        <w:t>ہر زمانے میں اور ہر جگہ پرافٹ بھیجے گئے تاکہ وہ انسان کے لیے ماڈل بنیں۔ انسان کیسے رہے دنیا میں، اس کو کر کے وہ دکھائیں۔</w:t>
      </w:r>
    </w:p>
    <w:p>
      <w:r>
        <w:rPr>
          <w:b/>
        </w:rPr>
        <w:t xml:space="preserve">[17:31] </w:t>
      </w:r>
      <w:r>
        <w:t>to mein aap ko kuch prophet ke naam unhein dikhaoon ga kis tarah unhon ne delinking policy apnayi</w:t>
      </w:r>
    </w:p>
    <w:p>
      <w:pPr>
        <w:jc w:val="right"/>
      </w:pPr>
      <w:r>
        <w:t>تو میں آپ کو کچھ پرافٹ کے نام انہیں دکھاؤں گا کس طرح انہوں نے ڈی لنکنگ پالیسی اپنائی</w:t>
      </w:r>
    </w:p>
    <w:p>
      <w:r>
        <w:rPr>
          <w:b/>
        </w:rPr>
        <w:t xml:space="preserve">[17:39] </w:t>
      </w:r>
      <w:r>
        <w:t>aur kis tarah yeh yeh universal law hai.</w:t>
      </w:r>
    </w:p>
    <w:p>
      <w:pPr>
        <w:jc w:val="right"/>
      </w:pPr>
      <w:r>
        <w:t>اور کس طرح یہ یہ یونیورسل لاء ہے۔</w:t>
      </w:r>
    </w:p>
    <w:p>
      <w:r>
        <w:rPr>
          <w:b/>
        </w:rPr>
        <w:t xml:space="preserve">[17:43] </w:t>
      </w:r>
      <w:r>
        <w:t>yeh sirf Kashmir ka issue nahi hai, yeh ek universal law hai. universal law. Kashmir ke log agar is ko na apnayen to unhon ne universal law ko break kiya.</w:t>
      </w:r>
    </w:p>
    <w:p>
      <w:pPr>
        <w:jc w:val="right"/>
      </w:pPr>
      <w:r>
        <w:t>یہ صرف کشمیر کا ایشو نہیں ہے، یہ ایک یونیورسل لاء ہے۔ یونیورسل لاء۔ کشمیر کے لوگ اگر اس کو نہ اپنائیں تو انہوں نے یونیورسل لاء کو بریک کیا۔</w:t>
      </w:r>
    </w:p>
    <w:p>
      <w:r>
        <w:rPr>
          <w:b/>
        </w:rPr>
        <w:t xml:space="preserve">[17:57] </w:t>
      </w:r>
      <w:r>
        <w:t>koi simple baat nahi hai, yeh yaad rakhiye. main aap ko example deta hoon profit joseph ka jin ko quran mein yusuf kaha gaya hai.</w:t>
      </w:r>
    </w:p>
    <w:p>
      <w:pPr>
        <w:jc w:val="right"/>
      </w:pPr>
      <w:r>
        <w:t>کوئی سمپل بات نہیں ہے، یہ یاد رکھیے۔ میں آپ کو ایگزامپل دیتا ہوں پرافٹ جوزف کا جن کو قرآن میں یوسف کہا گیا ہے۔</w:t>
      </w:r>
    </w:p>
    <w:p>
      <w:r>
        <w:rPr>
          <w:b/>
        </w:rPr>
        <w:t xml:space="preserve">[18:10] </w:t>
      </w:r>
      <w:r>
        <w:t>profit yusuf par aik poora chapter hai quran majeed mein. hazrat yusuf alaihissalam, profit joseph aaye, un ko paida to hue thay, woh canaan mein jo syria aur palestine ke beech mein aik jagah thi.</w:t>
      </w:r>
    </w:p>
    <w:p>
      <w:pPr>
        <w:jc w:val="right"/>
      </w:pPr>
      <w:r>
        <w:t>پرافٹ یوسف پر ایک پورا چیپٹر ہے قرآن مجید میں۔ حضرت یوسف علیہ السلام، پرافٹ جوزف آئے، ان کو پیدا تو ہوئے تھے، وہ کنام میں جو سیریا اور فلسطین کے بیچ میں ایک جگہ تھی۔</w:t>
      </w:r>
    </w:p>
    <w:p>
      <w:r>
        <w:rPr>
          <w:b/>
        </w:rPr>
        <w:t xml:space="preserve">[18:29] </w:t>
      </w:r>
      <w:r>
        <w:t>phir woh puhnche egypt mein aur un ko jo prophethood mili, woh egypt mein mili.</w:t>
      </w:r>
    </w:p>
    <w:p>
      <w:pPr>
        <w:jc w:val="right"/>
      </w:pPr>
      <w:r>
        <w:t>پھر وہ پہنچے ایجپٹ میں اور ان کو جو پرافٹ ہڈ ملی، وہ ایجپٹ میں ملی۔</w:t>
      </w:r>
    </w:p>
    <w:p>
      <w:r>
        <w:rPr>
          <w:b/>
        </w:rPr>
        <w:t xml:space="preserve">[18:39] </w:t>
      </w:r>
      <w:r>
        <w:t>wahan par unhon ne kaam kiya. is zamane mein jab ke wahan gaye thay, yeh us waqt wahan par aik aik aik dynasty thi jo rule kar rahi thi.</w:t>
      </w:r>
    </w:p>
    <w:p>
      <w:pPr>
        <w:jc w:val="right"/>
      </w:pPr>
      <w:r>
        <w:t>وہاں پر انہوں نے کام کیا۔ اس زمانے میں جب کہ وہاں گئے تھے، یہ اس وقت وہاں پر ایک ایک ایک ڈائنسٹی تھی جو رول کر رہی تھی۔</w:t>
      </w:r>
    </w:p>
    <w:p>
      <w:r>
        <w:rPr>
          <w:b/>
        </w:rPr>
        <w:t xml:space="preserve">[18:53] </w:t>
      </w:r>
      <w:r>
        <w:t>is ko kaha jata hai history mein hyksos kings, h y k s o s, hyksos kings.</w:t>
      </w:r>
    </w:p>
    <w:p>
      <w:pPr>
        <w:jc w:val="right"/>
      </w:pPr>
      <w:r>
        <w:t>اس کو کہا جاتا ہے ہسٹری میں ہکسوس کنگز، ایچ وائی کے ایس او ایس، ہکسوس کنگز۔</w:t>
      </w:r>
    </w:p>
    <w:p>
      <w:r>
        <w:rPr>
          <w:b/>
        </w:rPr>
        <w:t xml:space="preserve">[19:03] </w:t>
      </w:r>
      <w:r>
        <w:t>yeh aik dynasty rule tha wahan par.</w:t>
      </w:r>
    </w:p>
    <w:p>
      <w:pPr>
        <w:jc w:val="right"/>
      </w:pPr>
      <w:r>
        <w:t>یہ ایک ڈائنسٹی رول تھا وہاں پر۔</w:t>
      </w:r>
    </w:p>
    <w:p>
      <w:r>
        <w:rPr>
          <w:b/>
        </w:rPr>
        <w:t xml:space="preserve">[19:07] </w:t>
      </w:r>
      <w:r>
        <w:t>to un ke zamane mein jo ruler tha, woh tha mushrik. mushrik yani idol worshipper. profit yusuf jo thay, woh to aap jante hain ke muwahid thay,</w:t>
      </w:r>
    </w:p>
    <w:p>
      <w:pPr>
        <w:jc w:val="right"/>
      </w:pPr>
      <w:r>
        <w:t>تو ان کے زمانے میں جو رولر تھا، وہ تھا مشرک۔ مشرک یعنی آئیڈل ورشپر۔ پرافٹ جوزف جو تھے، وہ تو آپ جانتے ہیں کہ موحد تھے،</w:t>
      </w:r>
    </w:p>
    <w:p>
      <w:r>
        <w:rPr>
          <w:b/>
        </w:rPr>
        <w:t xml:space="preserve">[19:20] </w:t>
      </w:r>
      <w:r>
        <w:t>oneness of god ko manane wale. yeh un ka message tha. to kuch aise circumstances paish paida hue jo aap parh sakte hain bible mein aur quran mein, dono mein is ka charcha hai</w:t>
      </w:r>
    </w:p>
    <w:p>
      <w:pPr>
        <w:jc w:val="right"/>
      </w:pPr>
      <w:r>
        <w:t>وننس آف گاڈ کو ماننے والے۔ یہ ان کا میسج تھا۔ تو کچھ ایسے سرکمسٹنسز پیش پیدا ہوئے جو آپ پڑھ سکتے ہیں بائبل میں اور قرآن میں، دونوں میں اس کا چرچا ہے</w:t>
      </w:r>
    </w:p>
    <w:p>
      <w:r>
        <w:rPr>
          <w:b/>
        </w:rPr>
        <w:t xml:space="preserve">[19:37] </w:t>
      </w:r>
      <w:r>
        <w:t>ke king jo tha, us zamane mein aisa hua ke bohat bara sookha parha. to us zamana aap jante hain ke agricultural zamana tha, agricultural period mein yeh waqia hua.</w:t>
      </w:r>
    </w:p>
    <w:p>
      <w:pPr>
        <w:jc w:val="right"/>
      </w:pPr>
      <w:r>
        <w:t>کہ کنگ جو تھا، اس زمانے میں ایسا ہوا کہ بہت بڑا سوکھا پڑا۔ تو اس زمانہ آپ جانتے ہیں کہ ایگریکلچرل زمانہ تھا، ایگریکلچرل پیریڈ میں یہ واقعہ ہوا۔</w:t>
      </w:r>
    </w:p>
    <w:p>
      <w:r>
        <w:rPr>
          <w:b/>
        </w:rPr>
        <w:t xml:space="preserve">[19:53] </w:t>
      </w:r>
      <w:r>
        <w:t>to sab kuch depend karta tha zameen ki pedawar par. is zamane mein industry nahi hua karti thi.</w:t>
      </w:r>
    </w:p>
    <w:p>
      <w:pPr>
        <w:jc w:val="right"/>
      </w:pPr>
      <w:r>
        <w:t>تو سب کچھ ڈیپینڈ کرتا تھا زمین کی پیداوار پر۔ اس زمانے میں انڈسٹری نہیں ہوا کرتی تھی۔</w:t>
      </w:r>
    </w:p>
    <w:p>
      <w:r>
        <w:rPr>
          <w:b/>
        </w:rPr>
        <w:t xml:space="preserve">[20:02] </w:t>
      </w:r>
      <w:r>
        <w:t>to profit yusuf jo thay, un ko king ne offer diya ke aap hamare haan food ka jo department hai, department of food ko le lein.</w:t>
      </w:r>
    </w:p>
    <w:p>
      <w:pPr>
        <w:jc w:val="right"/>
      </w:pPr>
      <w:r>
        <w:t>تو پرافٹ جوزف جو تھے، ان کو کنگ نے آفر دیا کہ آپ ہمارے ہاں فوڈ کا جو ڈیپارٹمنٹ ہے، ڈیپارٹمنٹ آف فوڈ کو لے لیں۔</w:t>
      </w:r>
    </w:p>
    <w:p>
      <w:r>
        <w:rPr>
          <w:b/>
        </w:rPr>
        <w:t xml:space="preserve">[20:14] </w:t>
      </w:r>
      <w:r>
        <w:t>aap ne dekha ke yeh aadmi ke andar management ka ya art of management janta hai, administration janta hai, management janta hai.</w:t>
      </w:r>
    </w:p>
    <w:p>
      <w:pPr>
        <w:jc w:val="right"/>
      </w:pPr>
      <w:r>
        <w:t>آپ اس نے دیکھا کہ یہ آدمی کے اندر مینجمنٹ کا یا آرٹ آف مینجمنٹ جانتا ہے، ایڈمنسٹریشن جانتا ہے، مینجمنٹ جانتا ہے۔</w:t>
      </w:r>
    </w:p>
    <w:p>
      <w:r>
        <w:rPr>
          <w:b/>
        </w:rPr>
        <w:t xml:space="preserve">[20:25] </w:t>
      </w:r>
      <w:r>
        <w:t>kuch detail aap ko janna ho to aap quran mein dekh sakte hain aur bible mein dekh sakte hain.</w:t>
      </w:r>
    </w:p>
    <w:p>
      <w:pPr>
        <w:jc w:val="right"/>
      </w:pPr>
      <w:r>
        <w:t>کچھ ڈیٹیل آپ کو جاننا ہو تو آپ قرآن میں دیکھ سکتے ہیں اور بائبل میں دیکھ سکتے ہیں۔</w:t>
      </w:r>
    </w:p>
    <w:p>
      <w:r>
        <w:rPr>
          <w:b/>
        </w:rPr>
        <w:t xml:space="preserve">[20:31] </w:t>
      </w:r>
      <w:r>
        <w:t>main sirf yeh baat kehna chahta hoon yahan par ke agarchay king jo tha, woh mushrik tha, idol worshipper tha aur hazrat yusuf jo thay, woh muwahid thay, oneness of god ko manane wale,</w:t>
      </w:r>
    </w:p>
    <w:p>
      <w:pPr>
        <w:jc w:val="right"/>
      </w:pPr>
      <w:r>
        <w:t>میں صرف یہ بات کہنا چاہتا ہوں یہاں پر کہ اگرچہ کنگ جو تھا، وہ مشرک تھا، آئیڈل ورشپر تھا اور حضرت یوسف جو تھے، وہ موحد تھے، وننس آف گاڈ کو ماننے والے،</w:t>
      </w:r>
    </w:p>
    <w:p>
      <w:r>
        <w:rPr>
          <w:b/>
        </w:rPr>
        <w:t xml:space="preserve">[20:47] </w:t>
      </w:r>
      <w:r>
        <w:t>phir bhi unhon ne is offer ko le liya. is offer ko phir bhi le liya. yeh kab possible hua? unhon ne jab delinking policy apnai.</w:t>
      </w:r>
    </w:p>
    <w:p>
      <w:pPr>
        <w:jc w:val="right"/>
      </w:pPr>
      <w:r>
        <w:t>پھر بھی انہوں نے اس آفر کو لے لیا۔ اس آفر کو پھر بھی لے لیا۔ یہ کب پاسیبل ہوا؟ انہوں نے جب ڈی لنکنگ پالیسی اپنائی۔</w:t>
      </w:r>
    </w:p>
    <w:p>
      <w:r>
        <w:rPr>
          <w:b/>
        </w:rPr>
        <w:t xml:space="preserve">[20:57] </w:t>
      </w:r>
      <w:r>
        <w:t>yani king mushrik hai, main muwahid hoon, king idol worshipper hai, main khuda ko ibadat karne wala hoon.</w:t>
      </w:r>
    </w:p>
    <w:p>
      <w:pPr>
        <w:jc w:val="right"/>
      </w:pPr>
      <w:r>
        <w:t>یعنی کنگ مشرک ہے، میں موحد ہوں، کنگ آئیڈل ورشپر ہے، میں خدا کو عبادت کرنے والا ہوں۔</w:t>
      </w:r>
    </w:p>
    <w:p>
      <w:r>
        <w:rPr>
          <w:b/>
        </w:rPr>
        <w:t xml:space="preserve">[21:09] </w:t>
      </w:r>
      <w:r>
        <w:t>yeh to bohat hi bara issue tha, lekin unhon ne delink kiya. is ko</w:t>
      </w:r>
    </w:p>
    <w:p>
      <w:pPr>
        <w:jc w:val="right"/>
      </w:pPr>
      <w:r>
        <w:t>یہ تو بہت ہی بڑا ایشو تھا، لیکن انہوں نے ڈی لنک کیا۔ اس کو</w:t>
      </w:r>
    </w:p>
    <w:p>
      <w:r>
        <w:rPr>
          <w:b/>
        </w:rPr>
        <w:t xml:space="preserve">[21:17] </w:t>
      </w:r>
      <w:r>
        <w:t>delinking policy apnai, tabhi to woh offer ko unhon ne accept kar liya. aur is king ke tehat, jo king ke mushrik tha, aik muwahid peghamabar barabar apna role karta raha.</w:t>
      </w:r>
    </w:p>
    <w:p>
      <w:pPr>
        <w:jc w:val="right"/>
      </w:pPr>
      <w:r>
        <w:t>ڈی لنکنگ پالیسی اپنائی، تبھی تو وہ آفر کو انہوں نے ایکسیپٹ کر لیا۔ اور اس کنگ کے تحت، جو کنگ کے مشرک تھا، ایک موحد پیغمبر برابر اپنا رول کرتا رہا۔</w:t>
      </w:r>
    </w:p>
    <w:p>
      <w:r>
        <w:rPr>
          <w:b/>
        </w:rPr>
        <w:t xml:space="preserve">[21:33] </w:t>
      </w:r>
      <w:r>
        <w:t>yani agricultural jo product thi, un ko ikattha kiya, un ko manage kiya aur kai saal tak is ko unhon ne is is is department mein, yani food ministry ke department ko chalaya.</w:t>
      </w:r>
    </w:p>
    <w:p>
      <w:pPr>
        <w:jc w:val="right"/>
      </w:pPr>
      <w:r>
        <w:t>یعنی ایگریکلچرل جو پروڈکٹ تھی، ان کو اکٹھا کیا، ان کو مینج کیا اور کئی سال تک اس کو انہوں نے اس اس اس ڈیپارٹمنٹ میں، یعنی فوڈ منسٹری کے ڈیپارٹمنٹ کو چلایا۔</w:t>
      </w:r>
    </w:p>
    <w:p>
      <w:r>
        <w:rPr>
          <w:b/>
        </w:rPr>
        <w:t xml:space="preserve">[21:46] </w:t>
      </w:r>
      <w:r>
        <w:t>yeh aik bohat hi clear misaal hai delinking policy ki, jo aap dekh sakte hain bible mein bhi aur quran mein bhi.</w:t>
      </w:r>
    </w:p>
    <w:p>
      <w:pPr>
        <w:jc w:val="right"/>
      </w:pPr>
      <w:r>
        <w:t>یہ ایک بہت ہی کلیئر مثال ہے ڈی لنکنگ پالیسی کی، جو آپ دیکھ سکتے ہیں بائبل میں بھی اور قرآن میں بھی۔</w:t>
      </w:r>
    </w:p>
    <w:p>
      <w:r>
        <w:rPr>
          <w:b/>
        </w:rPr>
        <w:t xml:space="preserve">[21:56] </w:t>
      </w:r>
      <w:r>
        <w:t>to profit ka hamara manna yeh hota hai ke agar koi profit aik kaam kare to us ka karna jo hai, hamare liye model ban jata hai.</w:t>
      </w:r>
    </w:p>
    <w:p>
      <w:pPr>
        <w:jc w:val="right"/>
      </w:pPr>
      <w:r>
        <w:t>تو پرافٹ کا ہمارا ماننا یہ ہوتا ہے کہ اگر کوئی پرافٹ ایک کام کرے تو اس کا کرنا جو ہے، ہمارے لیے ماڈل بن جاتا ہے۔</w:t>
      </w:r>
    </w:p>
    <w:p>
      <w:r>
        <w:rPr>
          <w:b/>
        </w:rPr>
        <w:t xml:space="preserve">[22:05] </w:t>
      </w:r>
      <w:r>
        <w:t>model ke woh jo kiya, us ne khuda ke naqshay ke mutabiq tha, woh sahi tha, to sahi model</w:t>
      </w:r>
    </w:p>
    <w:p>
      <w:pPr>
        <w:jc w:val="right"/>
      </w:pPr>
      <w:r>
        <w:t>ماڈل کہ وہ جو کیا، اس نے خدا کے نقشے کے مطابق تھا، وہ صحیح تھا، تو صحیح ماڈل</w:t>
      </w:r>
    </w:p>
    <w:p>
      <w:r>
        <w:rPr>
          <w:b/>
        </w:rPr>
        <w:t xml:space="preserve">[22:15] </w:t>
      </w:r>
      <w:r>
        <w:t>tha woh. to jab profit yusuf ne aisa kiya ke unhon ne delinking policy apnai, shirk aur tauheed jaise itne bare issue mein bhi, to kya tha?</w:t>
      </w:r>
    </w:p>
    <w:p>
      <w:pPr>
        <w:jc w:val="right"/>
      </w:pPr>
      <w:r>
        <w:t>تھا وہ۔ تو جب پرافٹ جوزف نے ایسا کیا کہ انہوں نے ڈی لنکنگ پالیسی اپنائی، شرک اور توحید جیسے اتنے بڑے ایشو میں بھی، تو کیا تھا؟</w:t>
      </w:r>
    </w:p>
    <w:p>
      <w:r>
        <w:rPr>
          <w:b/>
        </w:rPr>
        <w:t xml:space="preserve">[22:27] </w:t>
      </w:r>
      <w:r>
        <w:t>wohi tha woh ke ideal ke muqable practical ko unhon ne apnaya. ideal to yeh tha ke woh na lein, lekin unhon ne ideal ko chhod kar practical ko apnaya.</w:t>
      </w:r>
    </w:p>
    <w:p>
      <w:pPr>
        <w:jc w:val="right"/>
      </w:pPr>
      <w:r>
        <w:t>وہی تھا وہ کہ آئیڈیل کے مقابلے پریکٹیکل کو انہوں نے اپنایا۔ آئیڈیل تو یہ تھا کہ وہ نہ لیں، لیکن انہوں نے آئیڈیل کو چھوڑ کر پریکٹیکل کو اپنایا۔</w:t>
      </w:r>
    </w:p>
    <w:p>
      <w:r>
        <w:rPr>
          <w:b/>
        </w:rPr>
        <w:t xml:space="preserve">[22:39] </w:t>
      </w:r>
      <w:r>
        <w:t>yeh aik misaal hai history mein ke kis tarah se delinking policy aik profit ne apnai.</w:t>
      </w:r>
    </w:p>
    <w:p>
      <w:pPr>
        <w:jc w:val="right"/>
      </w:pPr>
      <w:r>
        <w:t>یہ ایک مثال ہے ہسٹری میں کہ کس طرح سے ڈی لنکنگ پالیسی ایک پرافٹ نے اپنائی۔</w:t>
      </w:r>
    </w:p>
    <w:p>
      <w:r>
        <w:rPr>
          <w:b/>
        </w:rPr>
        <w:t xml:space="preserve">[22:47] </w:t>
      </w:r>
      <w:r>
        <w:t>ab aage badhiye, aap mein doosri misaal aap ko deta hoon Hazrat Masih alaihi assalam ki, Jesus Christ ki. woh Falasteen mein aaye.</w:t>
      </w:r>
    </w:p>
    <w:p>
      <w:pPr>
        <w:jc w:val="right"/>
      </w:pPr>
      <w:r>
        <w:t>اب آگے بڑھیے، آپ میں دوسری مثال آپ کو دیتا ہوں حضرت مسیح علیہ السلام کی، جیزس کرائسٹ کی۔ وہ فلسطین میں آئے۔</w:t>
      </w:r>
    </w:p>
    <w:p>
      <w:r>
        <w:rPr>
          <w:b/>
        </w:rPr>
        <w:t xml:space="preserve">[22:59] </w:t>
      </w:r>
      <w:r>
        <w:t>jis zamane mein Hazrat Masih aaye Falasteen mein, yaani do hazar saal pehle ki baat hai, yeh wahan par Romans jo thay, woh rule kar rahe thay.</w:t>
      </w:r>
    </w:p>
    <w:p>
      <w:pPr>
        <w:jc w:val="right"/>
      </w:pPr>
      <w:r>
        <w:t>جس زمانے میں حضرت مسیح آئے فلسطین میں، یعنی دو ہزار سال پہلے کی بات ہے، یہ وہاں پر رومنز جو تھے، وہ رول کر رہے تھے۔</w:t>
      </w:r>
    </w:p>
    <w:p>
      <w:r>
        <w:rPr>
          <w:b/>
        </w:rPr>
        <w:t xml:space="preserve">[23:15] </w:t>
      </w:r>
      <w:r>
        <w:t>Roman Empire ka governor wahan tha Falasteen mein, woh rule kar raha tha. yaani woh mushrik thay, woh log. Hazrat Masih jo thay, woh muwahid thay, ek Khuda ke manne wale,</w:t>
      </w:r>
    </w:p>
    <w:p>
      <w:pPr>
        <w:jc w:val="right"/>
      </w:pPr>
      <w:r>
        <w:t>رومن ایمپائر کا گورنر وہاں تھا فلسطین میں، وہ رول کر رہا تھا۔ یعنی وہ مشرک تھے، وہ لوگ۔ حضرت مسیح جو تھے، وہ موحد تھے، ایک خدا کے ماننے والے،</w:t>
      </w:r>
    </w:p>
    <w:p>
      <w:r>
        <w:rPr>
          <w:b/>
        </w:rPr>
        <w:t xml:space="preserve">[23:30] </w:t>
      </w:r>
      <w:r>
        <w:t>aur woh jo ruler tha, woh mushrik tha. to wahan par aap ne jo message apna phailana shuru kiya, yaani tauheed ki jo dawat shuru ki aap ne, oneness of God ki,</w:t>
      </w:r>
    </w:p>
    <w:p>
      <w:pPr>
        <w:jc w:val="right"/>
      </w:pPr>
      <w:r>
        <w:t>اور وہ جو رولر تھا، وہ مشرک تھا۔ تو وہاں پر آپ نے جو میسج اپنا پھیلانا شروع کیا، یعنی توحید کی جو دعوت شروع کی آپ نے، وننس آف گاڈ کی،</w:t>
      </w:r>
    </w:p>
    <w:p>
      <w:r>
        <w:rPr>
          <w:b/>
        </w:rPr>
        <w:t xml:space="preserve">[23:43] </w:t>
      </w:r>
      <w:r>
        <w:t>to</w:t>
      </w:r>
    </w:p>
    <w:p>
      <w:pPr>
        <w:jc w:val="right"/>
      </w:pPr>
      <w:r>
        <w:t>تو</w:t>
      </w:r>
    </w:p>
    <w:p>
      <w:r>
        <w:rPr>
          <w:b/>
        </w:rPr>
        <w:t xml:space="preserve">[23:44] </w:t>
      </w:r>
      <w:r>
        <w:t>kuch logon ne aap se poocha ke yeh Roman governor jo hai, woh hum se tax mangta hai, apna law hamare upar chalata hai, to hum kya karein?</w:t>
      </w:r>
    </w:p>
    <w:p>
      <w:pPr>
        <w:jc w:val="right"/>
      </w:pPr>
      <w:r>
        <w:t>کچھ لوگوں نے آپ سے پوچھا کہ یہ رومی گورنر جو ہے، وہ ہم سے ٹیکس مانگتا ہے، اپنا لاء ہمارے اوپر چلاتا ہے، تو ہم کیا کریں؟</w:t>
      </w:r>
    </w:p>
    <w:p>
      <w:r>
        <w:rPr>
          <w:b/>
        </w:rPr>
        <w:t xml:space="preserve">[23:57] </w:t>
      </w:r>
      <w:r>
        <w:t>yaani mushrik ruler hai, mushrik nizam hai, mushrik laws hain, woh hamare upar chalata hai, hum ek Khuda ko mante hain, to hum kya karein?</w:t>
      </w:r>
    </w:p>
    <w:p>
      <w:pPr>
        <w:jc w:val="right"/>
      </w:pPr>
      <w:r>
        <w:t>یعنی مشرک رولر ہے، مشرک نظام ہے، مشرک لاز ہیں، وہ ہمارے اوپر چلاتا ہے، ہم ایک خدا کو مانتے ہیں، تو ہم کیا کریں؟</w:t>
      </w:r>
    </w:p>
    <w:p>
      <w:r>
        <w:rPr>
          <w:b/>
        </w:rPr>
        <w:t xml:space="preserve">[24:11] </w:t>
      </w:r>
      <w:r>
        <w:t>to aap yeh parh sakte hain Bible mein ke unhone kaha ke woh us ko Caesar kaha jata tha, us zamane mein jo Roman jo king tha.</w:t>
      </w:r>
    </w:p>
    <w:p>
      <w:pPr>
        <w:jc w:val="right"/>
      </w:pPr>
      <w:r>
        <w:t>تو آپ یہ پڑھ سکتے ہیں بائبل میں کہ انہوں نے کہا کہ وہ اس کو سیزر کہا جاتا تھا، اس زمانے میں جو رومن جو کنگ تھا۔</w:t>
      </w:r>
    </w:p>
    <w:p>
      <w:r>
        <w:rPr>
          <w:b/>
        </w:rPr>
        <w:t xml:space="preserve">[24:22] </w:t>
      </w:r>
      <w:r>
        <w:t>to unhone kaha ke "give to Caesar what is due to Caesar and give to God what is due to God".</w:t>
      </w:r>
    </w:p>
    <w:p>
      <w:pPr>
        <w:jc w:val="right"/>
      </w:pPr>
      <w:r>
        <w:t>تو انہوں نے کہا کہ "گیو ٹو سیزر واٹ از ڈیو ٹو سیزر اینڈ گیو ٹو گاڈ واٹ از ڈیو ٹو گاڈ"۔</w:t>
      </w:r>
    </w:p>
    <w:p>
      <w:r>
        <w:rPr>
          <w:b/>
        </w:rPr>
        <w:t xml:space="preserve">[24:31] </w:t>
      </w:r>
      <w:r>
        <w:t>yaani jo Caesar ka ya king ka jo hai, woh king ko do, uska jo right hai ya uska jo demand hai, aur jo Khuda ka right hai, woh Khuda ko do.</w:t>
      </w:r>
    </w:p>
    <w:p>
      <w:pPr>
        <w:jc w:val="right"/>
      </w:pPr>
      <w:r>
        <w:t>یعنی جو سیزر کا یا کنگ کا جو ہے، وہ کنگ کو دو، اس کا جو رائٹ ہے یا اس کا جو ڈیمانڈ ہے، اور جو خدا کا رائٹ ہے، وہ خدا کو دو۔</w:t>
      </w:r>
    </w:p>
    <w:p>
      <w:r>
        <w:rPr>
          <w:b/>
        </w:rPr>
        <w:t xml:space="preserve">[24:43] </w:t>
      </w:r>
      <w:r>
        <w:t>aap dekhein, aap delinking policy apnai Hazrat Masih ne. delinking policy kyun? agar aap na na apnate to ladai karo, Roman governor se ladai karo, Roman Empire se lado.</w:t>
      </w:r>
    </w:p>
    <w:p>
      <w:pPr>
        <w:jc w:val="right"/>
      </w:pPr>
      <w:r>
        <w:t>آپ دیکھیں، آپ ڈی لنکنگ پالیسی اپنائی حضرت مسیح نے۔ ڈی لنکنگ پالیسی کیوں؟ اگر آپ نہ نہ اپناتے تو لڑائی کرو، رومن گورنر سے لڑائی کرو، رومن ایمپائر سے لڑو۔</w:t>
      </w:r>
    </w:p>
    <w:p>
      <w:r>
        <w:rPr>
          <w:b/>
        </w:rPr>
        <w:t xml:space="preserve">[24:59] </w:t>
      </w:r>
      <w:r>
        <w:t>to na ladne ki policy apnai aap ne ke Khuda ko bhi mano aur is ke takrao bhi na karo. yaani Khuda ko mano, Khuda ke hukum par chalo, Khuda ki ibadat karo, aur sath sath Roman governor se takrao na karo.</w:t>
      </w:r>
    </w:p>
    <w:p>
      <w:pPr>
        <w:jc w:val="right"/>
      </w:pPr>
      <w:r>
        <w:t>تو نہ لڑنے کی پالیسی اپنائی آپ نے کہ خدا کو بھی مانو اور اس کے ٹکراؤ بھی نہ کرو۔ یعنی خدا کو مانو، خدا کے حکم پر چلو، خدا کی عبادت کرو، اور ساتھ ساتھ رومن گورنر سے ٹکراؤ نہ کرو۔</w:t>
      </w:r>
    </w:p>
    <w:p>
      <w:r>
        <w:rPr>
          <w:b/>
        </w:rPr>
        <w:t xml:space="preserve">[25:16] </w:t>
      </w:r>
      <w:r>
        <w:t>yeh hai delinking policy. to unhone kaha ke "give to Caesar what is due to Caesar and give to God what is due to God".</w:t>
      </w:r>
    </w:p>
    <w:p>
      <w:pPr>
        <w:jc w:val="right"/>
      </w:pPr>
      <w:r>
        <w:t>یہ ہے ڈی لنکنگ پالیسی۔ تو انہوں نے کہا کہ "گیو ٹو سیزر واٹ از ڈیو ٹو سیزر اینڈ گیو ٹو گاڈ واٹ از ڈیو ٹو گاڈ"۔</w:t>
      </w:r>
    </w:p>
    <w:p>
      <w:r>
        <w:rPr>
          <w:b/>
        </w:rPr>
        <w:t xml:space="preserve">[25:27] </w:t>
      </w:r>
      <w:r>
        <w:t>yeh hai delinking policy. to yeh goya ke yeh jo main keh raha hoon, delinking policy, yeh saare prophet ka endorsement is mein shamil hai, confirmation shamil hai.</w:t>
      </w:r>
    </w:p>
    <w:p>
      <w:pPr>
        <w:jc w:val="right"/>
      </w:pPr>
      <w:r>
        <w:t>یہ ہے ڈی لنکنگ پالیسی۔ تو یہ گویا کہ یہ جو میں کہہ رہا ہوں، ڈی لنکنگ پالیسی، یہ سارے پرافٹ کا انڈورسمنٹ اس میں شامل ہے، کنفرمیشن شامل ہے۔</w:t>
      </w:r>
    </w:p>
    <w:p>
      <w:r>
        <w:rPr>
          <w:b/>
        </w:rPr>
        <w:t xml:space="preserve">[25:43] </w:t>
      </w:r>
      <w:r>
        <w:t>saare prophet ne isi par chalai apni policy. kyun? yeh law of nature hai, yeh universal law hai. yeh universal law,</w:t>
      </w:r>
    </w:p>
    <w:p>
      <w:pPr>
        <w:jc w:val="right"/>
      </w:pPr>
      <w:r>
        <w:t>سارے پرافٹ نے اسی پر چلائی اپنی پالیسی۔ کیوں؟ یہ لاء آف نیچر ہے، یہ یونیورسل لاء ہے۔ یہ یونیورسل لاء،</w:t>
      </w:r>
    </w:p>
    <w:p>
      <w:r>
        <w:rPr>
          <w:b/>
        </w:rPr>
        <w:t xml:space="preserve">[25:57] </w:t>
      </w:r>
      <w:r>
        <w:t>yeh universal law hai, yeh kisi ek aadmi ki baat nahi hai. ab aap dekhiye, main ab misaal doonga Prophet of Islam ki.</w:t>
      </w:r>
    </w:p>
    <w:p>
      <w:pPr>
        <w:jc w:val="right"/>
      </w:pPr>
      <w:r>
        <w:t>یہ یونیورسل لاء ہے، یہ کسی ایک آدمی کی بات نہیں ہے۔ اب آپ دیکھیے، میں اب مثال دوں گا پرافٹ آف اسلام کی۔</w:t>
      </w:r>
    </w:p>
    <w:p>
      <w:r>
        <w:rPr>
          <w:b/>
        </w:rPr>
        <w:t xml:space="preserve">[26:06] </w:t>
      </w:r>
      <w:r>
        <w:t>Prophet of Islam seven century ke first quarter mein Arab mein paida hue. wahan par aap ko prophethood mili.</w:t>
      </w:r>
    </w:p>
    <w:p>
      <w:pPr>
        <w:jc w:val="right"/>
      </w:pPr>
      <w:r>
        <w:t>پرافٹ آف اسلام سیون سینچری کے فرسٹ کوارٹر میں عرب میں پیدا ہوئے۔ وہاں پر آپ کو پرافٹ ہڈ ملی۔</w:t>
      </w:r>
    </w:p>
    <w:p>
      <w:r>
        <w:rPr>
          <w:b/>
        </w:rPr>
        <w:t xml:space="preserve">[26:18] </w:t>
      </w:r>
      <w:r>
        <w:t>aap Makka mein thay us waqt. Makka mein oldest mosque thi. Muslim aqeede ke mutabiq oldest mosque jo hai, woh Kaaba hai.</w:t>
      </w:r>
    </w:p>
    <w:p>
      <w:pPr>
        <w:jc w:val="right"/>
      </w:pPr>
      <w:r>
        <w:t>آپ مکہ میں تھے اس وقت۔ مکہ میں اولڈسٹ ماسک تھی۔ مسلم عقیدے کے مطابق اولڈسٹ ماسک جو ہے، وہ کعبہ ہے۔</w:t>
      </w:r>
    </w:p>
    <w:p>
      <w:r>
        <w:rPr>
          <w:b/>
        </w:rPr>
        <w:t xml:space="preserve">[26:31] </w:t>
      </w:r>
      <w:r>
        <w:t>inn al baiti wadi'un lin naas. inn al baiti wadi'un lin naas. pehli masjid jo banai gayi, woh hai Kaaba.</w:t>
      </w:r>
    </w:p>
    <w:p>
      <w:pPr>
        <w:jc w:val="right"/>
      </w:pPr>
      <w:r>
        <w:t>ان اول البیت وضیع للناس۔ ان اول البیت وضیع للناس۔ پہلی مسجد جو بنائی گئی، وہ ہے کعبہ۔</w:t>
      </w:r>
    </w:p>
    <w:p>
      <w:r>
        <w:rPr>
          <w:b/>
        </w:rPr>
        <w:t xml:space="preserve">[26:43] </w:t>
      </w:r>
      <w:r>
        <w:t>to Kaaba wahan tha jo bohat hi holy place tha aur pehli mosque thi aur Prophet Abraham ka woh yaadgar thi, unhone banai thi yeh masjid.</w:t>
      </w:r>
    </w:p>
    <w:p>
      <w:pPr>
        <w:jc w:val="right"/>
      </w:pPr>
      <w:r>
        <w:t>تو کعبہ وہاں تھا جو بہت ہی ہولی پلیس تھا اور پہلی ماسک تھی اور پرافٹ ابراہم کا وہ یادگار تھی، انہوں نے بنائی تھی یہ مسجد۔</w:t>
      </w:r>
    </w:p>
    <w:p>
      <w:r>
        <w:rPr>
          <w:b/>
        </w:rPr>
        <w:t xml:space="preserve">[26:57] </w:t>
      </w:r>
      <w:r>
        <w:t>lekin generation of generation wahan par badlav aaya to baad ke zamane mein jo log is ke woh bane, yaani mutawalli bane jinke kabze mein aa gayi woh Kaaba ki masjid,</w:t>
      </w:r>
    </w:p>
    <w:p>
      <w:pPr>
        <w:jc w:val="right"/>
      </w:pPr>
      <w:r>
        <w:t>لیکن جنریشن آف جنریشن وہاں پر بدلاؤ آیا تو بعد کے زمانے میں جو لوگ اس کے وہ بنے، یعنی متولی بنے جن کے قبضے میں آ گئی وہ کعبہ کی مسجد،</w:t>
      </w:r>
    </w:p>
    <w:p>
      <w:r>
        <w:rPr>
          <w:b/>
        </w:rPr>
        <w:t xml:space="preserve">[27:17] </w:t>
      </w:r>
      <w:r>
        <w:t>is mein unhone but rakhna shuru kar diya. pehle ek rakha, phir do rakha, phir teen rakha, yahan tak ke 300, 360,</w:t>
      </w:r>
    </w:p>
    <w:p>
      <w:pPr>
        <w:jc w:val="right"/>
      </w:pPr>
      <w:r>
        <w:t>اس میں انہوں نے بت رکھنا شروع کر دیا۔ پہلے ایک رکھا، پھر دو رکھا، پھر تین رکھا، یہاں تک کہ 300، 360،</w:t>
      </w:r>
    </w:p>
    <w:p>
      <w:r>
        <w:rPr>
          <w:b/>
        </w:rPr>
        <w:t xml:space="preserve">[27:27] </w:t>
      </w:r>
      <w:r>
        <w:t>360 but rakh diye gaye. 360. yeh darasal kya tha? Arab mein jo tribes thay, har tribe ka alag alag but hua karta tha.</w:t>
      </w:r>
    </w:p>
    <w:p>
      <w:pPr>
        <w:jc w:val="right"/>
      </w:pPr>
      <w:r>
        <w:t>360 بت رکھ دیے گئے۔ 360۔ یہ دراصل کیا تھا؟ عرب میں جو ٹرائبز تھے، ہر ٹرائب کا الگ الگ بت ہوا کرتا تھا۔</w:t>
      </w:r>
    </w:p>
    <w:p>
      <w:r>
        <w:rPr>
          <w:b/>
        </w:rPr>
        <w:t xml:space="preserve">[27:43] </w:t>
      </w:r>
      <w:r>
        <w:t>to unhone kya kiya? har tribe ka but yahan la ke rakh diya.</w:t>
      </w:r>
    </w:p>
    <w:p>
      <w:pPr>
        <w:jc w:val="right"/>
      </w:pPr>
      <w:r>
        <w:t>تو انہوں نے کیا کیا؟ ہر ٹرائب کا بت یہاں لا کے رکھ دیا۔</w:t>
      </w:r>
    </w:p>
    <w:p>
      <w:r>
        <w:rPr>
          <w:b/>
        </w:rPr>
        <w:t xml:space="preserve">[27:49] </w:t>
      </w:r>
      <w:r>
        <w:t>har tribe ka but. ab is ka nateeja kya hua?</w:t>
      </w:r>
    </w:p>
    <w:p>
      <w:pPr>
        <w:jc w:val="right"/>
      </w:pPr>
      <w:r>
        <w:t>ہر ٹرائب کا بت۔ اب اس کا نتیجہ کیا ہوا؟</w:t>
      </w:r>
    </w:p>
    <w:p>
      <w:r>
        <w:rPr>
          <w:b/>
        </w:rPr>
        <w:t xml:space="preserve">[27:53] </w:t>
      </w:r>
      <w:r>
        <w:t>kehsaare arab ke tribe, yaani poore country ke tribes jo hain, woh aate rehte the yahan par.</w:t>
      </w:r>
    </w:p>
    <w:p>
      <w:pPr>
        <w:jc w:val="right"/>
      </w:pPr>
      <w:r>
        <w:t>کہ سارے عرب کے ٹرائب، یعنی پورے کنٹری کے ٹرائبز جو ہیں، وہ آتے رہتے تھے یہاں پر۔</w:t>
      </w:r>
    </w:p>
    <w:p>
      <w:r>
        <w:rPr>
          <w:b/>
        </w:rPr>
        <w:t xml:space="preserve">[28:03] </w:t>
      </w:r>
      <w:r>
        <w:t>is se kya hua? ek tourist industry ban gayi. makkah mein aap jaante hain ke na agriculture tha, na horticulture tha, na koi khaas business tha.</w:t>
      </w:r>
    </w:p>
    <w:p>
      <w:pPr>
        <w:jc w:val="right"/>
      </w:pPr>
      <w:r>
        <w:t>اس سے کیا ہوا؟ ایک ٹورسٹ انڈسٹری بن گئی۔ مکہ میں آپ جانتے ہیں کہ نہ ایگریکلچر تھا، نہ ہارٹی کلچر تھا، نہ کوئی خاص بزنس تھا۔</w:t>
      </w:r>
    </w:p>
    <w:p>
      <w:r>
        <w:rPr>
          <w:b/>
        </w:rPr>
        <w:t xml:space="preserve">[28:15] </w:t>
      </w:r>
      <w:r>
        <w:t>in logon ne aisa kiya, is ki wajah se wahan par khoob bazaar lagne laga, khoob business hone lagi, aur plus woh log jo aate the wahan par woh nazrana dete the.</w:t>
      </w:r>
    </w:p>
    <w:p>
      <w:pPr>
        <w:jc w:val="right"/>
      </w:pPr>
      <w:r>
        <w:t>ان لوگوں نے ایسا کیا، اس کی وجہ سے وہاں پر خوب بازار لگنے لگا، خوب بزنس ہونے لگی، اور پلس وہ لوگ جو آتے تھے وہاں پر وہ نذرانہ دیتے تھے۔</w:t>
      </w:r>
    </w:p>
    <w:p>
      <w:r>
        <w:rPr>
          <w:b/>
        </w:rPr>
        <w:t xml:space="preserve">[28:27] </w:t>
      </w:r>
      <w:r>
        <w:t>toh is arab ke saare tribes ke beton ko oldest mask jo thi, jo us ko sab sab log jis ko respect dete the, wahan par la ke rakh diya.</w:t>
      </w:r>
    </w:p>
    <w:p>
      <w:pPr>
        <w:jc w:val="right"/>
      </w:pPr>
      <w:r>
        <w:t>تو اس عرب کے سارے ٹرائبز کے بتوں کو اولڈسٹ ماسک جو تھی، جو اس کو سب سب لوگ جس کو ریسپیکٹ دیتے تھے، وہاں پر لا کے رکھ دیا۔</w:t>
      </w:r>
    </w:p>
    <w:p>
      <w:r>
        <w:rPr>
          <w:b/>
        </w:rPr>
        <w:t xml:space="preserve">[28:37] </w:t>
      </w:r>
      <w:r>
        <w:t>ab saal bhar log aate the is ki visit karne ke liye, saal bhar aate rehte the log.</w:t>
      </w:r>
    </w:p>
    <w:p>
      <w:pPr>
        <w:jc w:val="right"/>
      </w:pPr>
      <w:r>
        <w:t>اب سال بھر لوگ آتے تھے اس کی وزٹ کرنے کے لیے، سال بھر آتے رہتے تھے لوگ۔</w:t>
      </w:r>
    </w:p>
    <w:p>
      <w:r>
        <w:rPr>
          <w:b/>
        </w:rPr>
        <w:t xml:space="preserve">[28:45] </w:t>
      </w:r>
      <w:r>
        <w:t>toh is ki wajah se kya hua? wahan par makkah mein ek hi jagah thi jahan log assembly karte the. assembly woh yahi kaaba ka jo zameen khuli hui zameen thi, wahan par log ikattha hote the.</w:t>
      </w:r>
    </w:p>
    <w:p>
      <w:pPr>
        <w:jc w:val="right"/>
      </w:pPr>
      <w:r>
        <w:t>تو اس کی وجہ سے کیا ہوا؟ وہاں پر مکہ میں ایک ہی جگہ تھی جہاں لوگ اسمبلی کرتے تھے۔ اسمبلی وہ یہی کعبہ کا جو زمین کھلی ہوئی زمین تھی، وہاں پر لوگ اکٹھا ہوتے تھے۔</w:t>
      </w:r>
    </w:p>
    <w:p>
      <w:r>
        <w:rPr>
          <w:b/>
        </w:rPr>
        <w:t xml:space="preserve">[29:02] </w:t>
      </w:r>
      <w:r>
        <w:t>toh woh saare arab ka kehna chahiye ke assembly thi woh. toh ab dekhein, yahan do problem tha.</w:t>
      </w:r>
    </w:p>
    <w:p>
      <w:pPr>
        <w:jc w:val="right"/>
      </w:pPr>
      <w:r>
        <w:t>تو وہ سارے عرب کا کہنا چاہیے کہ اسمبلی تھی وہ۔ تو اب دیکھیں، یہاں دو پرابلم تھا۔</w:t>
      </w:r>
    </w:p>
    <w:p>
      <w:r>
        <w:rPr>
          <w:b/>
        </w:rPr>
        <w:t xml:space="preserve">[29:11] </w:t>
      </w:r>
      <w:r>
        <w:t>prophet of islam ko apna message pahunchana tha, is ke liye aap ko audience chahiye tha. audience milta tha kaaba ke courtyard mein, aur toh koi audience milta nahi tha.</w:t>
      </w:r>
    </w:p>
    <w:p>
      <w:pPr>
        <w:jc w:val="right"/>
      </w:pPr>
      <w:r>
        <w:t>پرافٹ آف اسلام کو اپنا میسج پہنچانا تھا، اس کے لیے آپ کو آڈینس چاہیے تھا۔ آڈینس ملتا تھا کعبہ کے کورٹ یارڈ میں، اور تو کوئی آڈینس ملتا نہیں تھا۔</w:t>
      </w:r>
    </w:p>
    <w:p>
      <w:r>
        <w:rPr>
          <w:b/>
        </w:rPr>
        <w:t xml:space="preserve">[29:26] </w:t>
      </w:r>
      <w:r>
        <w:t>aur kahin aap jaate idhar udhar toh kaun milta aap ko? yahan toh kaaba jo hazaron saal se chala aa raha tha, aur wahan saare but rakhe hue the un ke, is wajah se log aate the,</w:t>
      </w:r>
    </w:p>
    <w:p>
      <w:pPr>
        <w:jc w:val="right"/>
      </w:pPr>
      <w:r>
        <w:t>اور کہیں آپ جاتے ادھر ادھر تو کون ملتا آپ کو؟ یہاں تو کعبہ جو ہزاروں سال سے چلا آ رہا تھا، اور وہاں سارے بت رکھے ہوئے تھے ان کے، اس وجہ سے لوگ آتے تھے،</w:t>
      </w:r>
    </w:p>
    <w:p>
      <w:r>
        <w:rPr>
          <w:b/>
        </w:rPr>
        <w:t xml:space="preserve">[29:38] </w:t>
      </w:r>
      <w:r>
        <w:t>offering pesh karte the, wahan par apna ibadatein karte the. toh 360 beton ka presence tha, is ki wajah se aisa hua ke kaaba jo hai woh assembly hall ban gaya.</w:t>
      </w:r>
    </w:p>
    <w:p>
      <w:pPr>
        <w:jc w:val="right"/>
      </w:pPr>
      <w:r>
        <w:t>آفرنگ پیش کرتے تھے، وہاں پر اپنا عبادتیں کرتے تھے۔ تو 360 بتوں کا پریزنس تھا، اس کی وجہ سے ایسا ہوا کہ کعبہ جو ہے وہ اسمبلی ہال بن گیا۔</w:t>
      </w:r>
    </w:p>
    <w:p>
      <w:r>
        <w:rPr>
          <w:b/>
        </w:rPr>
        <w:t xml:space="preserve">[29:54] </w:t>
      </w:r>
      <w:r>
        <w:t>wahan aap ko audience milne laga. toh ek taraf woh audience tha, ek taraf but the.</w:t>
      </w:r>
    </w:p>
    <w:p>
      <w:pPr>
        <w:jc w:val="right"/>
      </w:pPr>
      <w:r>
        <w:t>وہاں آپ کو آڈینس ملنے لگا۔ تو ایک طرف وہ آڈینس تھا، ایک طرف بت تھے۔</w:t>
      </w:r>
    </w:p>
    <w:p>
      <w:r>
        <w:rPr>
          <w:b/>
        </w:rPr>
        <w:t xml:space="preserve">[30:03] </w:t>
      </w:r>
      <w:r>
        <w:t>aap the, yaani oneness of god ke parchark the. aap ka jo mission tha woh yeh ke ek khuda ko maana jaaye, ek khuda ki parastish ki jaaye, ek khuda ki ibadat ki jaaye.</w:t>
      </w:r>
    </w:p>
    <w:p>
      <w:pPr>
        <w:jc w:val="right"/>
      </w:pPr>
      <w:r>
        <w:t>آپ تھے، یعنی وننس آف گاڈ کے پرچارک تھے۔ آپ کا جو مشن تھا وہ یہ کہ ایک خدا کو مانا جائے، ایک خدا کی پرستش کی جائے، ایک خدا کی عبادت کی جائے۔</w:t>
      </w:r>
    </w:p>
    <w:p>
      <w:r>
        <w:rPr>
          <w:b/>
        </w:rPr>
        <w:t xml:space="preserve">[30:16] </w:t>
      </w:r>
      <w:r>
        <w:t>yeh tha aap ka.</w:t>
      </w:r>
    </w:p>
    <w:p>
      <w:pPr>
        <w:jc w:val="right"/>
      </w:pPr>
      <w:r>
        <w:t>یہ تھا آپ کا۔</w:t>
      </w:r>
    </w:p>
    <w:p>
      <w:r>
        <w:rPr>
          <w:b/>
        </w:rPr>
        <w:t xml:space="preserve">[30:20] </w:t>
      </w:r>
      <w:r>
        <w:t>ab dekhein, yahan par yeh do cheezein aa gayi. ek tha jo aap ka jo belief system tha, aap ka jo belief, jo belief tha, aap jo religion laaye the, us ke khilaaf tha yeh ke wahan par itne saare but rakhe hue hain.</w:t>
      </w:r>
    </w:p>
    <w:p>
      <w:pPr>
        <w:jc w:val="right"/>
      </w:pPr>
      <w:r>
        <w:t>اب دیکھیں، یہاں پر یہ دو چیزیں آ گئیں۔ ایک تھا جو آپ کا جو بیلیف سسٹم تھا، آپ کا جو بیلیف، جو بیلیف تھا، آپ جو ریلیجن لائے تھے، اس کے خلاف تھا یہ کہ وہاں پر اتنے سارے بت رکھے ہوئے ہوں۔</w:t>
      </w:r>
    </w:p>
    <w:p>
      <w:r>
        <w:rPr>
          <w:b/>
        </w:rPr>
        <w:t xml:space="preserve">[30:34] </w:t>
      </w:r>
      <w:r>
        <w:t>lekin doosra pehlu kya tha? ke itna achha audience mil raha tha, saare desh ke log wahan aate the, free mein milta tha, lakhon rupay kharch karte, tab bhi itna achha audience ikattha nahi ho sakta tha.</w:t>
      </w:r>
    </w:p>
    <w:p>
      <w:pPr>
        <w:jc w:val="right"/>
      </w:pPr>
      <w:r>
        <w:t>لیکن دوسرا پہلو کیا تھا؟ کہ اتنا اچھا آڈینس مل رہا تھا، سارے دیش کے لوگ وہاں آتے تھے، فری میں ملتا تھا، لاکھوں روپے خرچ کرتے، تب بھی اتنا اچھا آڈینس اکٹھا نہیں ہو سکتا تھا۔</w:t>
      </w:r>
    </w:p>
    <w:p>
      <w:r>
        <w:rPr>
          <w:b/>
        </w:rPr>
        <w:t xml:space="preserve">[30:50] </w:t>
      </w:r>
      <w:r>
        <w:t>hum log koi jalsa karte hain toh kitna kharch karna padta hai? kya aap aisa jalsa karein jis mein ke log ek lakh aadmi aaye toh kitna kharcha karna padega?</w:t>
      </w:r>
    </w:p>
    <w:p>
      <w:pPr>
        <w:jc w:val="right"/>
      </w:pPr>
      <w:r>
        <w:t>ہم لوگ کوئی جلسہ کرتے ہیں تو کتنا خرچ کرنا پڑتا ہے؟ کیا آپ ایسا جلسہ کریں جس میں کہ لوگ ایک لاکھ آدمی آئیں تو کتنا خرچہ کرنا پڑے گا؟</w:t>
      </w:r>
    </w:p>
    <w:p>
      <w:r>
        <w:rPr>
          <w:b/>
        </w:rPr>
        <w:t xml:space="preserve">[31:01] </w:t>
      </w:r>
      <w:r>
        <w:t>woh free mein ek audience aap ko mil raha tha. ab aap ne dekhiye, yahan par wahi delinking policy apnayi. delinking policy.</w:t>
      </w:r>
    </w:p>
    <w:p>
      <w:pPr>
        <w:jc w:val="right"/>
      </w:pPr>
      <w:r>
        <w:t>وہاں فری میں ایک آڈینس آپ کو مل رہا تھا۔ اب آپ نے دیکھیے، یہاں پر وہی ڈی لنکنگ پالیسی اپنائی۔ ڈی لنکنگ پالیسی۔</w:t>
      </w:r>
    </w:p>
    <w:p>
      <w:r>
        <w:rPr>
          <w:b/>
        </w:rPr>
        <w:t xml:space="preserve">[31:13] </w:t>
      </w:r>
      <w:r>
        <w:t>aap 13 saal tak makkah mein the, kabhi bhi aap ne beton ko touch nahi kiya,</w:t>
      </w:r>
    </w:p>
    <w:p>
      <w:pPr>
        <w:jc w:val="right"/>
      </w:pPr>
      <w:r>
        <w:t>آپ 13 سال تک مکہ میں تھے، کبھی بھی آپ نے بتوں کو ٹچ نہیں کیا،</w:t>
      </w:r>
    </w:p>
    <w:p>
      <w:r>
        <w:rPr>
          <w:b/>
        </w:rPr>
        <w:t xml:space="preserve">[31:21] </w:t>
      </w:r>
      <w:r>
        <w:t>kuch nahi. na toh protest kiya, na complaint kiya, na touch kiya, na us ko toda, koi demand nahi kiya ke hatao is ko.</w:t>
      </w:r>
    </w:p>
    <w:p>
      <w:pPr>
        <w:jc w:val="right"/>
      </w:pPr>
      <w:r>
        <w:t>کچھ نہیں۔ نہ تو پروٹیسٹ کیا، نہ کمپلینٹ کیا، نہ ٹچ کیا، نہ اس کو توڑا، کوئی ڈیمانڈ نہیں کیا کہ ہٹاؤ اس کو۔</w:t>
      </w:r>
    </w:p>
    <w:p>
      <w:r>
        <w:rPr>
          <w:b/>
        </w:rPr>
        <w:t xml:space="preserve">[31:35] </w:t>
      </w:r>
      <w:r>
        <w:t>is</w:t>
      </w:r>
    </w:p>
    <w:p>
      <w:pPr>
        <w:jc w:val="right"/>
      </w:pPr>
      <w:r>
        <w:t>اس</w:t>
      </w:r>
    </w:p>
    <w:p>
      <w:r>
        <w:rPr>
          <w:b/>
        </w:rPr>
        <w:t xml:space="preserve">[31:36] </w:t>
      </w:r>
      <w:r>
        <w:t>ko ek dum side par rakh kar ke, us ko ignore kar ke, aap yeh karte the ke aap daily jaate the wahan par, aur jo audience ikattha hota tha wahan, us ko address karte the.</w:t>
      </w:r>
    </w:p>
    <w:p>
      <w:pPr>
        <w:jc w:val="right"/>
      </w:pPr>
      <w:r>
        <w:t>کو ایک دم سائیڈ پر رکھ کر کے، اس کو اگنور کر کے، آپ یہ کرتے تھے کہ آپ ڈیلی جاتے تھے وہاں پر، اور جو آڈینس اکٹھا ہوتا تھا وہاں، اس کو ایڈریس کرتے تھے۔</w:t>
      </w:r>
    </w:p>
    <w:p>
      <w:r>
        <w:rPr>
          <w:b/>
        </w:rPr>
        <w:t xml:space="preserve">[31:51] </w:t>
      </w:r>
      <w:r>
        <w:t>"ayyuha nas qoolu la ilaha illallah tuflihu". toh quran aap ko utarta tha, aap jaante hain ke ikatthe nahi utra quran.</w:t>
      </w:r>
    </w:p>
    <w:p>
      <w:pPr>
        <w:jc w:val="right"/>
      </w:pPr>
      <w:r>
        <w:t>"ایور ناس قولو لا الہ الا اللہ تفلحو"۔ تو قرآن آپ کو اترتا تھا، آپ جانتے ہیں کہ اکٹھے نہیں اترا قرآن۔</w:t>
      </w:r>
    </w:p>
    <w:p>
      <w:r>
        <w:rPr>
          <w:b/>
        </w:rPr>
        <w:t xml:space="preserve">[32:03] </w:t>
      </w:r>
      <w:r>
        <w:t>toh jo part is ka utarta tha, woh ja ke us ko suna dete the.</w:t>
      </w:r>
    </w:p>
    <w:p>
      <w:pPr>
        <w:jc w:val="right"/>
      </w:pPr>
      <w:r>
        <w:t>تو جو پارٹ اس کا اترتا تھا، وہ جا کے اس کو سنا دیتے تھے۔</w:t>
      </w:r>
    </w:p>
    <w:p>
      <w:r>
        <w:rPr>
          <w:b/>
        </w:rPr>
        <w:t xml:space="preserve">[32:11] </w:t>
      </w:r>
      <w:r>
        <w:t>jaise "wal asri innal insana lafi khusrin". yaani "history is a witness that man is in loss".</w:t>
      </w:r>
    </w:p>
    <w:p>
      <w:pPr>
        <w:jc w:val="right"/>
      </w:pPr>
      <w:r>
        <w:t>جیسے "ولاسر الانسان فی خسر"۔ یعنی "ہسٹری از اے وٹنس دیٹ مین از ان لاس"۔</w:t>
      </w:r>
    </w:p>
    <w:p>
      <w:r>
        <w:rPr>
          <w:b/>
        </w:rPr>
        <w:t xml:space="preserve">[32:24] </w:t>
      </w:r>
      <w:r>
        <w:t>yeh chapter utra makkah mein, wahan ja ke sunaya aap ne. "wal asri innal insana lafi khusrin".</w:t>
      </w:r>
    </w:p>
    <w:p>
      <w:pPr>
        <w:jc w:val="right"/>
      </w:pPr>
      <w:r>
        <w:t>یہ چیپٹر اترا مکہ میں، وہاں جا کے سنایا آپ نے۔ "ولاسر الانسان فی خسر"۔</w:t>
      </w:r>
    </w:p>
    <w:p>
      <w:r>
        <w:rPr>
          <w:b/>
        </w:rPr>
        <w:t xml:space="preserve">[32:34] </w:t>
      </w:r>
      <w:r>
        <w:t>"history is a witness that man is in loss". ab sab log chaunkne ho gaye ke bhai kya baat kar raha hai yeh aadmi? kyun hum loss mein hain?</w:t>
      </w:r>
    </w:p>
    <w:p>
      <w:pPr>
        <w:jc w:val="right"/>
      </w:pPr>
      <w:r>
        <w:t>"ہسٹری از اے وٹنس دیٹ مین از ان لاس"۔ اب سب لوگ چونکنے ہو گئے کہ بھئی کیا بات کر رہا ہے یہ آدمی؟ کیوں ہم لاس میں ہیں؟</w:t>
      </w:r>
    </w:p>
    <w:p>
      <w:r>
        <w:rPr>
          <w:b/>
        </w:rPr>
        <w:t xml:space="preserve">[32:45] </w:t>
      </w:r>
      <w:r>
        <w:t>kyun hum nuqsan mein hain? is se kya hua?</w:t>
      </w:r>
    </w:p>
    <w:p>
      <w:pPr>
        <w:jc w:val="right"/>
      </w:pPr>
      <w:r>
        <w:t>کیوں ہم نقصان میں ہیں؟ اس سے کیا ہوا؟</w:t>
      </w:r>
    </w:p>
    <w:p>
      <w:r>
        <w:rPr>
          <w:b/>
        </w:rPr>
        <w:t xml:space="preserve">[32:48] </w:t>
      </w:r>
      <w:r>
        <w:t>ek dialogue shuru hua, interaction shuru hua, discussion shuru hua.</w:t>
      </w:r>
    </w:p>
    <w:p>
      <w:pPr>
        <w:jc w:val="right"/>
      </w:pPr>
      <w:r>
        <w:t>ایک ڈائیلاگ شروع ہوا، انٹریکشن شروع ہوا، ڈسکشن شروع ہوا۔</w:t>
      </w:r>
    </w:p>
    <w:p>
      <w:r>
        <w:rPr>
          <w:b/>
        </w:rPr>
        <w:t xml:space="preserve">[32:57] </w:t>
      </w:r>
      <w:r>
        <w:t>aur phir jante hain kya hua? 13 saal mein jo jitne achhe log the Makkah mein, woh sab aap ke saath mil gaye.</w:t>
      </w:r>
    </w:p>
    <w:p>
      <w:pPr>
        <w:jc w:val="right"/>
      </w:pPr>
      <w:r>
        <w:t>اور پھر جانتے ہیں کیا ہوا؟ 13 سال میں جو جتنے اچھے لوگ تھے مکے میں، وہ سب آپ کے ساتھ مل گئے۔</w:t>
      </w:r>
    </w:p>
    <w:p>
      <w:r>
        <w:rPr>
          <w:b/>
        </w:rPr>
        <w:t xml:space="preserve">[33:10] </w:t>
      </w:r>
      <w:r>
        <w:t>jitne achhe log the, matlab jo intelligent the, jo spiritual, unka spirituality thi, jo peace lover the, jo justice ko chahte the,</w:t>
      </w:r>
    </w:p>
    <w:p>
      <w:pPr>
        <w:jc w:val="right"/>
      </w:pPr>
      <w:r>
        <w:t>جتنے اچھے لوگ تھے، مطلب جو انٹیلیجنٹ تھے، جو سپریچول، ان کا سپریچولٹی تھی، جو پیس لور تھے، جو جسٹس کو چاہتے تھے،</w:t>
      </w:r>
    </w:p>
    <w:p>
      <w:r>
        <w:rPr>
          <w:b/>
        </w:rPr>
        <w:t xml:space="preserve">[33:23] </w:t>
      </w:r>
      <w:r>
        <w:t>jo sachai ke seeker the, woh sab aap ke saath aa gaye. isi liye jab aap ne migrate kiya Makkah se, aap Madinah chale gaye to wahan ke ek sahib jinka naam Khalid tha, Khalid bin Walid,</w:t>
      </w:r>
    </w:p>
    <w:p>
      <w:pPr>
        <w:jc w:val="right"/>
      </w:pPr>
      <w:r>
        <w:t>جو سچائی کے سیکھر تھے، وہ سب آپ کے ساتھ آ گئے۔ اسی لیے جب آپ نے مائیگریٹ کیا مکہ سے، آپ مدینہ چلے گئے تو وہاں کے ایک صاحب جن کا نام خالد تھا، خالد بن الولید،</w:t>
      </w:r>
    </w:p>
    <w:p>
      <w:r>
        <w:rPr>
          <w:b/>
        </w:rPr>
        <w:t xml:space="preserve">[33:38] </w:t>
      </w:r>
      <w:r>
        <w:t>to aap ke jaane ke baad yeh Makkah se Madinah gaye. unhone bhi aap ka mazhab maan liya, aap accept kar liya aap ke deen ko.</w:t>
      </w:r>
    </w:p>
    <w:p>
      <w:pPr>
        <w:jc w:val="right"/>
      </w:pPr>
      <w:r>
        <w:t>تو آپ کے جانے کے بعد یہ مکہ سے مدینہ گئے۔ انہوں نے بھی آپ کا مذہب مان لیا، آپ ایکسیپٹ کر لیا آپ کے دین کو۔</w:t>
      </w:r>
    </w:p>
    <w:p>
      <w:r>
        <w:rPr>
          <w:b/>
        </w:rPr>
        <w:t xml:space="preserve">[33:48] </w:t>
      </w:r>
      <w:r>
        <w:t>to jab Madinah ke qareeb pahunche, Madinah ke paas jab pahunche, woh Khalid to ek sahib mile, unka naam tha Umar bin Al-Aas.</w:t>
      </w:r>
    </w:p>
    <w:p>
      <w:pPr>
        <w:jc w:val="right"/>
      </w:pPr>
      <w:r>
        <w:t>تو جب مدینہ کے قریب پہنچے، مدینہ کے پاس جب پہنچے، وہ خالد تو ایک صاحب ملے، ان کا نام تھا عمر بن العاص۔</w:t>
      </w:r>
    </w:p>
    <w:p>
      <w:r>
        <w:rPr>
          <w:b/>
        </w:rPr>
        <w:t xml:space="preserve">[34:00] </w:t>
      </w:r>
      <w:r>
        <w:t>unhone poocha, "kahan ja rahe ho?"</w:t>
      </w:r>
    </w:p>
    <w:p>
      <w:pPr>
        <w:jc w:val="right"/>
      </w:pPr>
      <w:r>
        <w:t>انہوں نے پوچھا، "کہاں جا رہے ہو؟</w:t>
      </w:r>
    </w:p>
    <w:p>
      <w:r>
        <w:rPr>
          <w:b/>
        </w:rPr>
        <w:t xml:space="preserve">[34:04] </w:t>
      </w:r>
      <w:r>
        <w:t>"yani Makkah ke ek aadmi jo well known tha, Khalid bin Walid, woh ja raha hai Madinah Prophet of Islam se milne ke liye. to Abdullah poochte hain ke "kahan ja rahe ho?" woh kehte hain ke "ja rahe hain Muhammad ke paas, ja rahe hain Muhammad ke paas, ja rahe hain." kaha, "kyun ja rahe ho?" to kitna anokha aur unki zuban se nikla ek sentence, usko</w:t>
      </w:r>
    </w:p>
    <w:p>
      <w:pPr>
        <w:jc w:val="right"/>
      </w:pPr>
      <w:r>
        <w:t>" یعنی مکہ کے ایک آدمی جو ویل نون تھا، خالد بن الولید، وہ جا رہا ہے مدینہ پرافٹ آف اسلام سے ملنے کے لیے۔ تو عبداللہ پوچھتے ہیں کہ "کہاں جا رہے ہو؟" وہ کہتے ہیں کہ "جا رہے ہیں محمد کے پاس، جا رہے ہیں محمد کے پاس، جا رہے ہیں۔" کہا، "کیوں جا رہے ہو؟" تو کتنا انوکھا اور ان کی زبان سے نکلا ایک سینٹنس، اس کو</w:t>
      </w:r>
    </w:p>
    <w:p>
      <w:r>
        <w:rPr>
          <w:b/>
        </w:rPr>
        <w:t xml:space="preserve">[34:31] </w:t>
      </w:r>
      <w:r>
        <w:t>sochiye aap. unhone kaha ke "Dakhala al-nas fi al-Islam wa lam yakun bihi taamin."</w:t>
      </w:r>
    </w:p>
    <w:p>
      <w:pPr>
        <w:jc w:val="right"/>
      </w:pPr>
      <w:r>
        <w:t>سوچیے آپ۔ انہوں نے کہا کہ "دخل الناس فی الاسلام ولم یکن بہی طامن۔"</w:t>
      </w:r>
    </w:p>
    <w:p>
      <w:r>
        <w:rPr>
          <w:b/>
        </w:rPr>
        <w:t xml:space="preserve">[34:44] </w:t>
      </w:r>
      <w:r>
        <w:t>"Dakhala al-nas fi al-Islam wa lam yakun bihi taamin." saare log to Islam mein chale gaye, ab koi mine of test nahi raha apni society mein, Makkah ki society mein.</w:t>
      </w:r>
    </w:p>
    <w:p>
      <w:pPr>
        <w:jc w:val="right"/>
      </w:pPr>
      <w:r>
        <w:t>"دخل الناس فی الاسلام ولم یکن بہی طامن۔" سارے لوگ تو اسلام میں چلے گئے، اب کوئی مائن آف ٹیسٹ نہیں رہا اپنی سوسائٹی میں، مکہ کی سوسائٹی میں۔</w:t>
      </w:r>
    </w:p>
    <w:p>
      <w:r>
        <w:rPr>
          <w:b/>
        </w:rPr>
        <w:t xml:space="preserve">[35:02] </w:t>
      </w:r>
      <w:r>
        <w:t>kitna anokha yeh sochiye ke saare log chale gaye Islam mein, ab koi nahi raha mine of test Makkah ki society mein.</w:t>
      </w:r>
    </w:p>
    <w:p>
      <w:pPr>
        <w:jc w:val="right"/>
      </w:pPr>
      <w:r>
        <w:t>کتنا انوکھا یہ سوچیے کہ سارے لوگ چلے گئے اسلام میں، اب کوئی نہیں رہا مائن آف ٹیسٹ مکہ کی سوسائٹی میں۔</w:t>
      </w:r>
    </w:p>
    <w:p>
      <w:r>
        <w:rPr>
          <w:b/>
        </w:rPr>
        <w:t xml:space="preserve">[35:12] </w:t>
      </w:r>
      <w:r>
        <w:t>isi liye main idhar aa gaya hoon. yeh kaise hua ke saare people of test jo the, woh Rasool Allah ke saath ekattha ho gaye? kaise hua? delinking policy ki wajah se.</w:t>
      </w:r>
    </w:p>
    <w:p>
      <w:pPr>
        <w:jc w:val="right"/>
      </w:pPr>
      <w:r>
        <w:t>اس لیے میں ادھر آ گیا ہوں۔ یہ کیسے ہوا کہ سارے پیپل آف ٹیسٹ جو تھے، وہ رسول اللہ کے ساتھ اکٹھا ہو گئے؟ کیسے ہوا؟ ڈی لنکنگ پالیسی کی وجہ سے۔</w:t>
      </w:r>
    </w:p>
    <w:p>
      <w:r>
        <w:rPr>
          <w:b/>
        </w:rPr>
        <w:t xml:space="preserve">[35:23] </w:t>
      </w:r>
      <w:r>
        <w:t>agar aap ladte jhagadte, agar aap buton ke presence par protest karte, buton ke presence par aap complaint karte, buton ke presence ko khatm karne ke liye mil jaate, aap to kya ho?</w:t>
      </w:r>
    </w:p>
    <w:p>
      <w:pPr>
        <w:jc w:val="right"/>
      </w:pPr>
      <w:r>
        <w:t>اگر آپ لڑتے جھگڑتے، اگر آپ بتوں کے پریزنس پر پروٹیسٹ کرتے، بتوں کے پریزنس پر آپ کمپلینٹ کرتے، بتوں کے پریزنس کو ختم کرنے کے لیے مل جاتے، آپ تو کیا ہو؟</w:t>
      </w:r>
    </w:p>
    <w:p>
      <w:r>
        <w:rPr>
          <w:b/>
        </w:rPr>
        <w:t xml:space="preserve">[35:37] </w:t>
      </w:r>
      <w:r>
        <w:t>kuch bhi na hota, ladai bhadai ho, khatm. jaisa ke aaj kal bahut se log kar rahe hain, lad bhad kar khatm, lad bhad kar khatm ho rahe hain.</w:t>
      </w:r>
    </w:p>
    <w:p>
      <w:pPr>
        <w:jc w:val="right"/>
      </w:pPr>
      <w:r>
        <w:t>کچھ بھی نہ ہوتا، لڑائی بھڑائی ہو، ختم۔ جیسا کہ آج کل بہت سے لوگ کر رہے ہیں، لڑ بھڑ کر ختم، لڑ بھڑ کر ختم ہو رہے ہیں۔</w:t>
      </w:r>
    </w:p>
    <w:p>
      <w:r>
        <w:rPr>
          <w:b/>
        </w:rPr>
        <w:t xml:space="preserve">[35:46] </w:t>
      </w:r>
      <w:r>
        <w:t>aap ne delinking policy apnai</w:t>
      </w:r>
    </w:p>
    <w:p>
      <w:pPr>
        <w:jc w:val="right"/>
      </w:pPr>
      <w:r>
        <w:t>آپ نے ڈی لنکنگ پالیسی اپنائی</w:t>
      </w:r>
    </w:p>
    <w:p>
      <w:r>
        <w:rPr>
          <w:b/>
        </w:rPr>
        <w:t xml:space="preserve">[35:51] </w:t>
      </w:r>
      <w:r>
        <w:t>ke buton ke presence ko alag kar diya, aur woh jo audience wahan milta tha aap ko, us ko avail kiya aap ne as an opportunity.</w:t>
      </w:r>
    </w:p>
    <w:p>
      <w:pPr>
        <w:jc w:val="right"/>
      </w:pPr>
      <w:r>
        <w:t>کہ بتوں کے پریزنس کو الگ کر دیا، اور وہ جو آڈینس وہاں ملتا تھا آپ کو، اس کو اویل کیا آپ نے ایز این اپرچونیٹی۔</w:t>
      </w:r>
    </w:p>
    <w:p>
      <w:r>
        <w:rPr>
          <w:b/>
        </w:rPr>
        <w:t xml:space="preserve">[36:04] </w:t>
      </w:r>
      <w:r>
        <w:t>so, adopted the formula, well known formula. ignore the problem, avail the opportunities.</w:t>
      </w:r>
    </w:p>
    <w:p>
      <w:pPr>
        <w:jc w:val="right"/>
      </w:pPr>
      <w:r>
        <w:t>سو، اڈاپٹڈ دا فارمولا، ویل نون فارمولا۔ اگنور دا پرابلم، اویل دا اپرچونیٹیز۔</w:t>
      </w:r>
    </w:p>
    <w:p>
      <w:r>
        <w:rPr>
          <w:b/>
        </w:rPr>
        <w:t xml:space="preserve">[36:15] </w:t>
      </w:r>
      <w:r>
        <w:t>this was the formula of Prophet of Islam.</w:t>
      </w:r>
    </w:p>
    <w:p>
      <w:pPr>
        <w:jc w:val="right"/>
      </w:pPr>
      <w:r>
        <w:t>دس واز دا فارمولا آف پرافٹ آف اسلام۔</w:t>
      </w:r>
    </w:p>
    <w:p>
      <w:r>
        <w:rPr>
          <w:b/>
        </w:rPr>
        <w:t xml:space="preserve">[36:18] </w:t>
      </w:r>
      <w:r>
        <w:t>ignore the problem, avail the opportunities. to yeh tha, isi ko main keh raha hoon, delinking policy ke buton ka ek presence tha wahan par, aur ek thi wahan par audience.</w:t>
      </w:r>
    </w:p>
    <w:p>
      <w:pPr>
        <w:jc w:val="right"/>
      </w:pPr>
      <w:r>
        <w:t>اگنور دا پرابلم، اویل دا اپرچونیٹیز۔ تو یہ تھا، اسی کو میں کہہ رہا ہوں، ڈی لنکنگ پالیسی کہ بتوں کا ایک پریزنس تھا وہاں پر، اور ایک تھی وہاں پر آڈینس۔</w:t>
      </w:r>
    </w:p>
    <w:p>
      <w:r>
        <w:rPr>
          <w:b/>
        </w:rPr>
        <w:t xml:space="preserve">[36:33] </w:t>
      </w:r>
      <w:r>
        <w:t>donon ko ek doosre se alag kar diya,</w:t>
      </w:r>
    </w:p>
    <w:p>
      <w:pPr>
        <w:jc w:val="right"/>
      </w:pPr>
      <w:r>
        <w:t>دونوں کو ایک دوسرے سے الگ کر دیا،</w:t>
      </w:r>
    </w:p>
    <w:p>
      <w:r>
        <w:rPr>
          <w:b/>
        </w:rPr>
        <w:t xml:space="preserve">[36:37] </w:t>
      </w:r>
      <w:r>
        <w:t>tabhi aap avail kar paaye is opportunity ko. aur woh, woh naubat aayi ke aayi ke saare log jo hain, woh Rasool Allah ke saathi ban gaye, achhe log jo the.</w:t>
      </w:r>
    </w:p>
    <w:p>
      <w:pPr>
        <w:jc w:val="right"/>
      </w:pPr>
      <w:r>
        <w:t>تبھی آپ اویل کر پائے اس اپرچونیٹی کو۔ اور وہ، وہ نوبت آئی کہ آئی کہ سارے لوگ جو ہیں، وہ رسول اللہ کے ساتھی بن گئے، اچھے لوگ جو تھے۔</w:t>
      </w:r>
    </w:p>
    <w:p>
      <w:r>
        <w:rPr>
          <w:b/>
        </w:rPr>
        <w:t xml:space="preserve">[36:49] </w:t>
      </w:r>
      <w:r>
        <w:t>"Dakhala al-nas fi al-Islam wa lam yakun bihi taamin." jitne aap people of test the, woh sab chale gaye Rasool Allah ke saath.</w:t>
      </w:r>
    </w:p>
    <w:p>
      <w:pPr>
        <w:jc w:val="right"/>
      </w:pPr>
      <w:r>
        <w:t>"دخل الناس فی الاسلام ولم یکن بہی طامن۔" جتنے آپ پیپل آف ٹیسٹ تھے، وہ سب چلے گئے رسول اللہ کے ساتھ۔</w:t>
      </w:r>
    </w:p>
    <w:p>
      <w:r>
        <w:rPr>
          <w:b/>
        </w:rPr>
        <w:t xml:space="preserve">[37:00] </w:t>
      </w:r>
      <w:r>
        <w:t>yeh tha miracle. this was the miracle of delinking policy.</w:t>
      </w:r>
    </w:p>
    <w:p>
      <w:pPr>
        <w:jc w:val="right"/>
      </w:pPr>
      <w:r>
        <w:t>یہ تھا میریکل۔ دس واز دا میریکل آف آف ڈی لنکنگ پالیسی۔</w:t>
      </w:r>
    </w:p>
    <w:p>
      <w:r>
        <w:rPr>
          <w:b/>
        </w:rPr>
        <w:t xml:space="preserve">[37:11] </w:t>
      </w:r>
      <w:r>
        <w:t>de-linking policy aap jo hai, individual ke liye, family ke liye, society ke liye, nation ke liye, international world mein, har jagah yahi applicable hai.</w:t>
      </w:r>
    </w:p>
    <w:p>
      <w:pPr>
        <w:jc w:val="right"/>
      </w:pPr>
      <w:r>
        <w:t>ڈی لنکنگ پالیسی آپ جو ہے، انڈیویجول کے لیے، فیملی کے لیے، سوسائٹی کے لیے، نیشن کے لیے، انٹرنیشنل ورلڈ میں، ہر جگہ یہی ایپلیکیبل ہے۔</w:t>
      </w:r>
    </w:p>
    <w:p>
      <w:r>
        <w:rPr>
          <w:b/>
        </w:rPr>
        <w:t xml:space="preserve">[37:23] </w:t>
      </w:r>
      <w:r>
        <w:t>koi doosri cheez applicable hi nahi hai, applicable hi nahi hai.</w:t>
      </w:r>
    </w:p>
    <w:p>
      <w:pPr>
        <w:jc w:val="right"/>
      </w:pPr>
      <w:r>
        <w:t>کوئی دوسری چیز ایپلیکیبل ہی نہیں ہے، ایپلیکیبل ہی نہیں ہے۔</w:t>
      </w:r>
    </w:p>
    <w:p>
      <w:r>
        <w:rPr>
          <w:b/>
        </w:rPr>
        <w:t xml:space="preserve">[37:32] </w:t>
      </w:r>
      <w:r>
        <w:t>to jaisa aap dekhein, mein ek example deta hoon. yahan par Saudi Arab mein oil hai, aur saath saath yeh hai ke wahan dictatorship hai, democracy nahi hai.</w:t>
      </w:r>
    </w:p>
    <w:p>
      <w:pPr>
        <w:jc w:val="right"/>
      </w:pPr>
      <w:r>
        <w:t>تو جیسا آپ دیکھیں، میں ایک ایگزامپل دیتا ہوں۔ یہاں پر سعودی عرب میں تیل ہے، اور ساتھ ساتھ یہ ہے کہ وہاں ڈکٹیٹرشپ ہے، ڈیموکریسی نہیں ہے۔</w:t>
      </w:r>
    </w:p>
    <w:p>
      <w:r>
        <w:rPr>
          <w:b/>
        </w:rPr>
        <w:t xml:space="preserve">[37:45] </w:t>
      </w:r>
      <w:r>
        <w:t>America jo hai, kingship ko pasand nahi karta, yaani Saudi Arab mein kingship hai jisko America galat samajhta hai. saath saath wahan petrol hai.</w:t>
      </w:r>
    </w:p>
    <w:p>
      <w:pPr>
        <w:jc w:val="right"/>
      </w:pPr>
      <w:r>
        <w:t>امریکہ جو ہے، کنگ شپ کو پسند نہیں کرتا، یعنی سعودی عرب میں کنگ شپ ہے جس کو امریکہ غلط سمجھتا ہے۔ ساتھ ساتھ وہاں پٹرول ہے۔</w:t>
      </w:r>
    </w:p>
    <w:p>
      <w:r>
        <w:rPr>
          <w:b/>
        </w:rPr>
        <w:t xml:space="preserve">[37:55] </w:t>
      </w:r>
      <w:r>
        <w:t>aap jante hain ke is waqt duniya mein sab se zyada jahan petrol hai, woh Saudi Arab hai, Saudi Arabia.</w:t>
      </w:r>
    </w:p>
    <w:p>
      <w:pPr>
        <w:jc w:val="right"/>
      </w:pPr>
      <w:r>
        <w:t>آپ جانتے ہیں کہ اس وقت دنیا میں سب سے زیادہ جہاں پٹرول ہے، وہ سعودی عرب ہے، سعودی عربیہ۔</w:t>
      </w:r>
    </w:p>
    <w:p>
      <w:r>
        <w:rPr>
          <w:b/>
        </w:rPr>
        <w:t xml:space="preserve">[38:03] </w:t>
      </w:r>
      <w:r>
        <w:t>to ek taraf wahan par petrol hai jisko America chahta hai, doosri taraf wahan kingship hai jisko America nahi chahta. to America ne dekhein, wahan de-linking policy apnayi, de-linking policy.</w:t>
      </w:r>
    </w:p>
    <w:p>
      <w:pPr>
        <w:jc w:val="right"/>
      </w:pPr>
      <w:r>
        <w:t>تو ایک طرف وہاں پر پٹرول ہے جس کو امریکہ چاہتا ہے، دوسری طرف وہاں کنگ شپ ہے جس کو امریکہ نہیں چاہتا۔ تو امریکہ نے دیکھیں، وہاں ڈی لنکنگ پالیسی اپنائی، ڈی لنکنگ پالیسی۔</w:t>
      </w:r>
    </w:p>
    <w:p>
      <w:r>
        <w:rPr>
          <w:b/>
        </w:rPr>
        <w:t xml:space="preserve">[38:18] </w:t>
      </w:r>
      <w:r>
        <w:t>yaani Saudi king se nahi takrata woh, aur oil ko khoob le raha hai,</w:t>
      </w:r>
    </w:p>
    <w:p>
      <w:pPr>
        <w:jc w:val="right"/>
      </w:pPr>
      <w:r>
        <w:t>یعنی سعودی کنگ سے نہیں ٹکراتا وہ، اور تیل کو خوب لے رہا ہے،</w:t>
      </w:r>
    </w:p>
    <w:p>
      <w:r>
        <w:rPr>
          <w:b/>
        </w:rPr>
        <w:t xml:space="preserve">[38:26] </w:t>
      </w:r>
      <w:r>
        <w:t>oil ko khoob le raha hai. saari duniya jaanti hai ke America jo hai, woh democracy chahta hai, kingship ke khilaaf hai.</w:t>
      </w:r>
    </w:p>
    <w:p>
      <w:pPr>
        <w:jc w:val="right"/>
      </w:pPr>
      <w:r>
        <w:t>تیل کو خوب لے رہا ہے۔ ساری دنیا جانتی ہے کہ امریکہ جو ہے، وہ ڈیموکریسی چاہتا ہے، کنگ شپ کے خلاف ہے۔</w:t>
      </w:r>
    </w:p>
    <w:p>
      <w:r>
        <w:rPr>
          <w:b/>
        </w:rPr>
        <w:t xml:space="preserve">[38:34] </w:t>
      </w:r>
      <w:r>
        <w:t>lekin saath saath ek Saudi Arab mein sabza oil hai, to saara aaram ko is ke USA ke qabze mein hai.</w:t>
      </w:r>
    </w:p>
    <w:p>
      <w:pPr>
        <w:jc w:val="right"/>
      </w:pPr>
      <w:r>
        <w:t>لیکن ساتھ ساتھ ایک سعودی عرب میں سبزہ تیل ہے، تو سارا آرام کو اس کے یو ایس اے کے قبضے میں ہے۔</w:t>
      </w:r>
    </w:p>
    <w:p>
      <w:r>
        <w:rPr>
          <w:b/>
        </w:rPr>
        <w:t xml:space="preserve">[38:46] </w:t>
      </w:r>
      <w:r>
        <w:t>to Saudi Arab mein America ne, USA ne wahi same de-linking policy apnayi hai, is liye woh khoob kamyab hai, woh khoob kamyab hai.</w:t>
      </w:r>
    </w:p>
    <w:p>
      <w:pPr>
        <w:jc w:val="right"/>
      </w:pPr>
      <w:r>
        <w:t>تو سعودی عرب میں امریکہ نے، یو ایس اے نے وہی سیم ڈی لنکنگ پالیسی اپنائی ہے، اس لیے وہ خوب کامیاب ہے، وہ خوب کامیاب ہے۔</w:t>
      </w:r>
    </w:p>
    <w:p>
      <w:r>
        <w:rPr>
          <w:b/>
        </w:rPr>
        <w:t xml:space="preserve">[39:00] </w:t>
      </w:r>
      <w:r>
        <w:t>ab dekhein ke ek profit of Islam ka yeh namoona mein ne bataya aap ko.</w:t>
      </w:r>
    </w:p>
    <w:p>
      <w:pPr>
        <w:jc w:val="right"/>
      </w:pPr>
      <w:r>
        <w:t>اب دیکھیں کہ ایک پرافٹ آف اسلام کا یہ نمونہ میں نے بتایا آپ کو۔</w:t>
      </w:r>
    </w:p>
    <w:p>
      <w:r>
        <w:rPr>
          <w:b/>
        </w:rPr>
        <w:t xml:space="preserve">[39:05] </w:t>
      </w:r>
      <w:r>
        <w:t>ab aur aage badhiye, aap Rasool Allah salallaho alaihi wasallam jo hai, 13 saal ke baad Makka chhod kar chale gaye Madina, aur wahan aap ka mission badhne laga.</w:t>
      </w:r>
    </w:p>
    <w:p>
      <w:pPr>
        <w:jc w:val="right"/>
      </w:pPr>
      <w:r>
        <w:t>اب اور آگے بڑھیے، آپ رسول اللہ صلی اللہ علیہ وسلم جو ہے، 13 سال کے بعد مکہ چھوڑ کر چلے گئے مدینہ، اور وہاں آپ کا مشن بڑھنے لگا۔</w:t>
      </w:r>
    </w:p>
    <w:p>
      <w:r>
        <w:rPr>
          <w:b/>
        </w:rPr>
        <w:t xml:space="preserve">[39:18] </w:t>
      </w:r>
      <w:r>
        <w:t>Madina strong hold ban gaya Islam ka, aur wahan par ek city state bhi ban gaya.</w:t>
      </w:r>
    </w:p>
    <w:p>
      <w:pPr>
        <w:jc w:val="right"/>
      </w:pPr>
      <w:r>
        <w:t>مدینہ اسٹرانگ ہول بن گیا اسلام کا، اور وہاں پر ایک سٹی اسٹیٹ بھی بن گیا۔</w:t>
      </w:r>
    </w:p>
    <w:p>
      <w:r>
        <w:rPr>
          <w:b/>
        </w:rPr>
        <w:t xml:space="preserve">[39:25] </w:t>
      </w:r>
      <w:r>
        <w:t>ab jo Makka wale the, jo aap ko yaani aap ke khilaaf ho gaye the, jo samajhte the ke un ka jo culture hai, is culture ko yeh aadmi khatam kar dega, to ab unhon ne kya kiya ke aap par attack karna shuru kiya.</w:t>
      </w:r>
    </w:p>
    <w:p>
      <w:pPr>
        <w:jc w:val="right"/>
      </w:pPr>
      <w:r>
        <w:t>اب جو مکہ والے تھے، جو آپ کو یعنی آپ کے خلاف ہو گئے تھے، جو سمجھتے تھے کہ ان کا جو کلچر ہے، اس کلچر کو یہ آدمی ختم کر دے گا، تو اب انہوں نے کیا کیا کہ آپ پر اٹیک کرنا شروع کیا۔</w:t>
      </w:r>
    </w:p>
    <w:p>
      <w:r>
        <w:rPr>
          <w:b/>
        </w:rPr>
        <w:t xml:space="preserve">[39:44] </w:t>
      </w:r>
      <w:r>
        <w:t>army banayi, army bana kar attack kar diya. wahan par battle of Badr hui, aur battle of Uhud hui, aise kuch choti choti ladaiyan huin.</w:t>
      </w:r>
    </w:p>
    <w:p>
      <w:pPr>
        <w:jc w:val="right"/>
      </w:pPr>
      <w:r>
        <w:t>آرمی بنائی، آرمی بنا کر اٹیک کر دیا۔ وہاں پر بیٹل آف بدر ہوئی، اور بیٹل آف احد ہوئی، ایسے کچھ چھوٹی چھوٹی لڑائیاں ہوئیں۔</w:t>
      </w:r>
    </w:p>
    <w:p>
      <w:r>
        <w:rPr>
          <w:b/>
        </w:rPr>
        <w:t xml:space="preserve">[39:55] </w:t>
      </w:r>
      <w:r>
        <w:t>to Rasool Allah ne kya kiya? Rasool Allah ke liye yeh bohat hi zyada yaani aap ke mission ke khilaaf tha, because where there is there is war, there is no da'wah work.</w:t>
      </w:r>
    </w:p>
    <w:p>
      <w:pPr>
        <w:jc w:val="right"/>
      </w:pPr>
      <w:r>
        <w:t>تو رسول اللہ نے کیا کیا؟ رسول اللہ کے لیے یہ بہت ہی زیادہ یعنی آپ کے مشن کے خلاف تھا، بیکاز ویر دیر از دیر از وار، دیر از نو داؤ ورک۔</w:t>
      </w:r>
    </w:p>
    <w:p>
      <w:r>
        <w:rPr>
          <w:b/>
        </w:rPr>
        <w:t xml:space="preserve">[40:12] </w:t>
      </w:r>
      <w:r>
        <w:t>Rasool Allah ko da'wah work karna tha, apna ambition phailana tha, is ke liye peace chahiye.</w:t>
      </w:r>
    </w:p>
    <w:p>
      <w:pPr>
        <w:jc w:val="right"/>
      </w:pPr>
      <w:r>
        <w:t>رسول اللہ کو داؤ ورک کرنا تھا، اپنا ایمبیشن پھیلانا تھا، اس کے لیے پیس چاہیے۔</w:t>
      </w:r>
    </w:p>
    <w:p>
      <w:r>
        <w:rPr>
          <w:b/>
        </w:rPr>
        <w:t xml:space="preserve">[40:20] </w:t>
      </w:r>
      <w:r>
        <w:t>to jahan war ho rahi ho, jahan log lad phir rahe hon, to peace khatam ho jayega. to peace jab khatam hoga to aap mission kaise phailayenge?</w:t>
      </w:r>
    </w:p>
    <w:p>
      <w:pPr>
        <w:jc w:val="right"/>
      </w:pPr>
      <w:r>
        <w:t>تو جہاں وار ہو رہی ہو، جہاں لوگ لڑ پھر رہے ہوں، تو پیس ختم ہو جائے گا۔ تو پیس جب ختم ہوگا تو آپ مشن کیسے پھیلائیں گے؟</w:t>
      </w:r>
    </w:p>
    <w:p>
      <w:r>
        <w:rPr>
          <w:b/>
        </w:rPr>
        <w:t xml:space="preserve">[40:33] </w:t>
      </w:r>
      <w:r>
        <w:t>to aap ne kya kiya ke aap ne peace ke liye negotiation chalayi ke chalo bhai, hamare darmiyan peace ka agreement ho jaye, matlab na tum lado na hum ladein, no war pact ho jaye.</w:t>
      </w:r>
    </w:p>
    <w:p>
      <w:pPr>
        <w:jc w:val="right"/>
      </w:pPr>
      <w:r>
        <w:t>تو آپ نے کیا کیا کہ آپ نے پیس کے لیے نیگوشی ایشن چلائی کہ چلو بھئی، ہمارے درمیان پیس کا ایگریمنٹ ہو جائے، مطلب نہ تم لڑو نہ ہم لڑیں، نو وار پیکٹ ہو جائے۔</w:t>
      </w:r>
    </w:p>
    <w:p>
      <w:r>
        <w:rPr>
          <w:b/>
        </w:rPr>
        <w:t xml:space="preserve">[40:50] </w:t>
      </w:r>
      <w:r>
        <w:t>Rasool Allah ne apni taraf se initiate kiya ke no war pact ho jaye hamare tumhare beech mein, matlab Madina aur aur Makka ke beech mein, ya Rasool Allah aur Quraish ke beech mein.</w:t>
      </w:r>
    </w:p>
    <w:p>
      <w:pPr>
        <w:jc w:val="right"/>
      </w:pPr>
      <w:r>
        <w:t>رسول اللہ نے اپنی طرف سے انیشیٹ کیا کہ نو وار پیکٹ ہو جائے ہمارے تمہارے بیچ میں، مطلب مدینہ اور اور مکہ کے بیچ میں، یا رسول اللہ اور قریش کے بیچ میں۔</w:t>
      </w:r>
    </w:p>
    <w:p>
      <w:r>
        <w:rPr>
          <w:b/>
        </w:rPr>
        <w:t xml:space="preserve">[41:03] </w:t>
      </w:r>
      <w:r>
        <w:t>to yeh jo negotiation hui thi, yeh Hudaybiyah mein hui thi. Hudaybiyah jo hai, Makka ke qareeb ek jagah hai, ek town.</w:t>
      </w:r>
    </w:p>
    <w:p>
      <w:pPr>
        <w:jc w:val="right"/>
      </w:pPr>
      <w:r>
        <w:t>تو یہ جو نیگوشی ایشن ہوئی تھی، یہ حدیبیہ میں ہوئی تھی۔ حدیبیہ جو ہے، مکہ کے قریب ایک جگہ ہے، ایک ٹاؤن۔</w:t>
      </w:r>
    </w:p>
    <w:p>
      <w:r>
        <w:rPr>
          <w:b/>
        </w:rPr>
        <w:t xml:space="preserve">[41:14] </w:t>
      </w:r>
      <w:r>
        <w:t>to do week tak, do hafte tak yeh negotiation chalta raha.</w:t>
      </w:r>
    </w:p>
    <w:p>
      <w:pPr>
        <w:jc w:val="right"/>
      </w:pPr>
      <w:r>
        <w:t>تو دو ویک تک، دو ہفتے تک یہ نیگوشی ایشن چلتا رہا۔</w:t>
      </w:r>
    </w:p>
    <w:p>
      <w:r>
        <w:rPr>
          <w:b/>
        </w:rPr>
        <w:t xml:space="preserve">[41:21] </w:t>
      </w:r>
      <w:r>
        <w:t>to kya hua? woh log bohat hi stone qism ke log the, bohat arrogant qism ke log the. unhon ne unilateral conditions pesh keen ke hum peace agreement to karein ge, lekin aap ko yeh shartein manni padengi.</w:t>
      </w:r>
    </w:p>
    <w:p>
      <w:pPr>
        <w:jc w:val="right"/>
      </w:pPr>
      <w:r>
        <w:t>تو کیا ہوا؟ وہ لوگ بہت ہی سٹون قسم کے لوگ تھے، بہت ارگنٹ قسم کے لوگ تھے۔ انہوں نے یونی لیٹرل کنڈیشنز پیش کیں کہ ہم پیس ایگریمنٹ تو کریں گے، لیکن آپ کو یہ شرطیں ماننی پڑیں گی۔</w:t>
      </w:r>
    </w:p>
    <w:p>
      <w:r>
        <w:rPr>
          <w:b/>
        </w:rPr>
        <w:t xml:space="preserve">[41:40] </w:t>
      </w:r>
      <w:r>
        <w:t>aur sab unilateral thein.</w:t>
      </w:r>
    </w:p>
    <w:p>
      <w:pPr>
        <w:jc w:val="right"/>
      </w:pPr>
      <w:r>
        <w:t>اور سب یونی لیٹرل تھیں۔</w:t>
      </w:r>
    </w:p>
    <w:p>
      <w:r>
        <w:rPr>
          <w:b/>
        </w:rPr>
        <w:t xml:space="preserve">[41:42] </w:t>
      </w:r>
      <w:r>
        <w:t>jaise for example dekhiye, ek us ne yeh rakha provision, unhon ne ke agar Makka koi aadmi aap se mab'ooth ho jaye,</w:t>
      </w:r>
    </w:p>
    <w:p>
      <w:pPr>
        <w:jc w:val="right"/>
      </w:pPr>
      <w:r>
        <w:t>جیسے فار ایگزامپل دیکھیے، ایک اس نے یہ رکھا پروویژن، انہوں نے کہ اگر مکہ کوئی آدمی آپ سے प्रभावت ہو جائے،</w:t>
      </w:r>
    </w:p>
    <w:p>
      <w:r>
        <w:rPr>
          <w:b/>
        </w:rPr>
        <w:t xml:space="preserve">[41:55] </w:t>
      </w:r>
      <w:r>
        <w:t>aap ki baaton se, aur makkah chhod kar madinah chala jaaye, to aap ko is ko madine se lota kar makkah bhej na padega.</w:t>
      </w:r>
    </w:p>
    <w:p>
      <w:pPr>
        <w:jc w:val="right"/>
      </w:pPr>
      <w:r>
        <w:t>آپ کی باتوں سے، اور مکہ چھوڑ کر مدینہ چلا جائے، تو آپ کو اس کو مدینے سے لوٹا کر مکہ بھیجنا پڑے گا۔</w:t>
      </w:r>
    </w:p>
    <w:p>
      <w:r>
        <w:rPr>
          <w:b/>
        </w:rPr>
        <w:t xml:space="preserve">[42:05] </w:t>
      </w:r>
      <w:r>
        <w:t>achha, is ke bar aks agar makkah mein jo log aap ke saathi hain, agar hum kahein pakad paayein in ko, aur pakad kar makkah laayein, to aap in ko lotane ke demand nahi kar sakte, hum nahi lotayein ge in ko.</w:t>
      </w:r>
    </w:p>
    <w:p>
      <w:pPr>
        <w:jc w:val="right"/>
      </w:pPr>
      <w:r>
        <w:t>اچھا، اس کے برعکس اگر مکہ میں جو لوگ آپ کے ساتھی ہیں، اگر ہم کہیں پکڑ پائیں ان کو، اور پکڑ کر مکہ لائیں، تو آپ ان کو لوٹانے کے ڈیمانڈ نہیں کر سکتے، ہم نہیں لوٹائیں گے ان کو۔</w:t>
      </w:r>
    </w:p>
    <w:p>
      <w:r>
        <w:rPr>
          <w:b/>
        </w:rPr>
        <w:t xml:space="preserve">[42:20] </w:t>
      </w:r>
      <w:r>
        <w:t>yaani hamara aadmi to aap ko lotana padega, aap ka aadmi hum nahi lotayein ge. ab dekhiye ke kitna ulti condition thi yeh.</w:t>
      </w:r>
    </w:p>
    <w:p>
      <w:pPr>
        <w:jc w:val="right"/>
      </w:pPr>
      <w:r>
        <w:t>یعنی ہمارا آدمی تو آپ کو لوٹانا پڑے گا، آپ کا آدمی ہم نہیں لوٹائیں گے۔ اب دیکھیے کہ کتنا الٹی کنڈیشن تھی یہ۔</w:t>
      </w:r>
    </w:p>
    <w:p>
      <w:r>
        <w:rPr>
          <w:b/>
        </w:rPr>
        <w:t xml:space="preserve">[42:29] </w:t>
      </w:r>
      <w:r>
        <w:t>aisi saari condition, yahan tak ke jab woh likha jaane laga agreement, yaani jis ko main kehta hoon no war pact, is mein likha gaya muhammad rasool Allah.</w:t>
      </w:r>
    </w:p>
    <w:p>
      <w:pPr>
        <w:jc w:val="right"/>
      </w:pPr>
      <w:r>
        <w:t>ایسی ساری کنڈیشن، یہاں تک کہ جب وہ لکھا جانے لگا ایگریمنٹ، یعنی جس کو میں کہتا ہوں نو وار پیکٹ، اس میں لکھا گیا محمد رسول اللہ۔</w:t>
      </w:r>
    </w:p>
    <w:p>
      <w:r>
        <w:rPr>
          <w:b/>
        </w:rPr>
        <w:t xml:space="preserve">[42:42] </w:t>
      </w:r>
      <w:r>
        <w:t>yeh do party theen, ek party woh thi, ek party yeh thi. idhar se thay suhail bin umar, un ka naam tha, idhar se jo thay rasool Allah thay.</w:t>
      </w:r>
    </w:p>
    <w:p>
      <w:pPr>
        <w:jc w:val="right"/>
      </w:pPr>
      <w:r>
        <w:t>یہ دو پارٹی تھیں، ایک پارٹی وہ تھی، ایک پارٹی یہ تھی۔ ادھر سے تھے سہیل بن عمر، ان کا نام تھا، ادھر سے جو تھے رسول اللہ تھے۔</w:t>
      </w:r>
    </w:p>
    <w:p>
      <w:r>
        <w:rPr>
          <w:b/>
        </w:rPr>
        <w:t xml:space="preserve">[42:53] </w:t>
      </w:r>
      <w:r>
        <w:t>to rasool Allah ka naam likha gaya muhammad rasool Allah.</w:t>
      </w:r>
    </w:p>
    <w:p>
      <w:pPr>
        <w:jc w:val="right"/>
      </w:pPr>
      <w:r>
        <w:t>تو رسول اللہ کا نام لکھا گیا محمد رسول اللہ۔</w:t>
      </w:r>
    </w:p>
    <w:p>
      <w:r>
        <w:rPr>
          <w:b/>
        </w:rPr>
        <w:t xml:space="preserve">[42:57] </w:t>
      </w:r>
      <w:r>
        <w:t>unhone kaha ke nahi, hum to mante nahi aap ko rasool, prophet, rasool means profit. to unhone kaha ke hum aap ko profit nahi mante, is liye aap likhiye muhammad bin abdullah,</w:t>
      </w:r>
    </w:p>
    <w:p>
      <w:pPr>
        <w:jc w:val="right"/>
      </w:pPr>
      <w:r>
        <w:t>انہوں نے کہا کہ نہیں، ہم تو مانتے نہیں آپ کو رسول، پرافٹ، رسول مینز پرافٹ۔ تو انہوں نے کہا کہ ہم آپ کو پرافٹ نہیں مانتے، اس لیے آپ لکھیے محمد بن عبداللہ،</w:t>
      </w:r>
    </w:p>
    <w:p>
      <w:r>
        <w:rPr>
          <w:b/>
        </w:rPr>
        <w:t xml:space="preserve">[43:12] </w:t>
      </w:r>
      <w:r>
        <w:t>yaani muhammad son of abdullah.</w:t>
      </w:r>
    </w:p>
    <w:p>
      <w:pPr>
        <w:jc w:val="right"/>
      </w:pPr>
      <w:r>
        <w:t>یعنی محمد سن آف عبداللہ۔</w:t>
      </w:r>
    </w:p>
    <w:p>
      <w:r>
        <w:rPr>
          <w:b/>
        </w:rPr>
        <w:t xml:space="preserve">[43:17] </w:t>
      </w:r>
      <w:r>
        <w:t>to aap ne is ko bhi mita diya.</w:t>
      </w:r>
    </w:p>
    <w:p>
      <w:pPr>
        <w:jc w:val="right"/>
      </w:pPr>
      <w:r>
        <w:t>تو آپ نے اس کو بھی مٹا دیا۔</w:t>
      </w:r>
    </w:p>
    <w:p>
      <w:r>
        <w:rPr>
          <w:b/>
        </w:rPr>
        <w:t xml:space="preserve">[43:20] </w:t>
      </w:r>
      <w:r>
        <w:t>zara sochiye, yaani aap ke jo asal jo yahi to tha, aap ki sab kuch yahi aap ka tha ke aap aap keh rahe thay ke main Khuda ka prophet hoon.</w:t>
      </w:r>
    </w:p>
    <w:p>
      <w:pPr>
        <w:jc w:val="right"/>
      </w:pPr>
      <w:r>
        <w:t>ذرا سوچیے، یعنی آپ کے جو اصل جو یہی تو تھا، آپ کی سب کچھ یہی آپ کا تھا کہ آپ آپ کہہ رہے تھے کہ میں خدا کا پرافٹ ہوں۔</w:t>
      </w:r>
    </w:p>
    <w:p>
      <w:r>
        <w:rPr>
          <w:b/>
        </w:rPr>
        <w:t xml:space="preserve">[43:30] </w:t>
      </w:r>
      <w:r>
        <w:t>bhai, yeh to thi aap ki hesiyat, yeh nahi to kuch bhi nahi. bhai, yeh nahi to kuch bhi nahi. phir to aap ek common man hain, lekin is ko bhi aap ne mita diya, yaani paper par mita diya.</w:t>
      </w:r>
    </w:p>
    <w:p>
      <w:pPr>
        <w:jc w:val="right"/>
      </w:pPr>
      <w:r>
        <w:t>بھئی، یہ تو تھی آپ کی حیثیت، یہ نہیں تو کچھ بھی نہیں۔ بھئی، یہ نہیں تو کچھ بھی نہیں۔ پھر تو آپ ایک کامن مین ہیں، لیکن اس کو بھی آپ نے مٹا دیا، یعنی پیپر پر مٹا دیا۔</w:t>
      </w:r>
    </w:p>
    <w:p>
      <w:r>
        <w:rPr>
          <w:b/>
        </w:rPr>
        <w:t xml:space="preserve">[43:46] </w:t>
      </w:r>
      <w:r>
        <w:t>yeh sab kar ke aap ne ek agreement karwaya un se, jo tha no war pact agreement ya peace treaty, aap keh sakte hain is ko ke das, is mein likha tha ke das saal tak hamare aur un ke beech mein koi direct ya indirect ladai nahi hogi.</w:t>
      </w:r>
    </w:p>
    <w:p>
      <w:pPr>
        <w:jc w:val="right"/>
      </w:pPr>
      <w:r>
        <w:t>یہ سب کر کے آپ نے ایک ایگریمنٹ کروایا ان سے، جو تھا نو وار پیکٹ ایگریمنٹ یا پیس ٹریٹی، آپ کہہ سکتے ہیں اس کو کہ دس، اس میں لکھا تھا کہ دس سال تک ہمارے اور ان کے بیچ میں کوئی ڈائریکٹ یا ان ڈائریکٹ لڑائی نہیں ہوگی۔</w:t>
      </w:r>
    </w:p>
    <w:p>
      <w:r>
        <w:rPr>
          <w:b/>
        </w:rPr>
        <w:t xml:space="preserve">[44:06] </w:t>
      </w:r>
      <w:r>
        <w:t>indirect matlab hai proxy war. to direct ladai hogi, na indirect ladai hogi</w:t>
      </w:r>
    </w:p>
    <w:p>
      <w:pPr>
        <w:jc w:val="right"/>
      </w:pPr>
      <w:r>
        <w:t>ان ڈائریکٹ مطلب ہے پراکسی وار۔ تو ڈائریکٹ لڑائی ہوگی، نہ ان ڈائریکٹ لڑائی ہوگی</w:t>
      </w:r>
    </w:p>
    <w:p>
      <w:r>
        <w:rPr>
          <w:b/>
        </w:rPr>
        <w:t xml:space="preserve">[44:13] </w:t>
      </w:r>
      <w:r>
        <w:t>. yeh tha das saal ka no war pact. yeh kar ke aap chale aaye.</w:t>
      </w:r>
    </w:p>
    <w:p>
      <w:pPr>
        <w:jc w:val="right"/>
      </w:pPr>
      <w:r>
        <w:t>۔ یہ تھا دس سال کا نو وار پیکٹ۔ یہ کر کے آپ چلے آئے۔</w:t>
      </w:r>
    </w:p>
    <w:p>
      <w:r>
        <w:rPr>
          <w:b/>
        </w:rPr>
        <w:t xml:space="preserve">[44:21] </w:t>
      </w:r>
      <w:r>
        <w:t>ab dekhein ke jaise hi yeh yeh hua hai, yeh agreement Quran mein yeh ayat utri ke "inna fatahna laka fat-han mubeena, we give you a clear victory".</w:t>
      </w:r>
    </w:p>
    <w:p>
      <w:pPr>
        <w:jc w:val="right"/>
      </w:pPr>
      <w:r>
        <w:t>اب دیکھیں کہ جیسے ہی یہ یہ ہوا ہے، یہ ایگریمنٹ قرآن میں یہ آیت اتری کہ "انا فتحنا لک فتح مبینہ، وی گیو یو ا کلیئر وکٹری"۔</w:t>
      </w:r>
    </w:p>
    <w:p>
      <w:r>
        <w:rPr>
          <w:b/>
        </w:rPr>
        <w:t xml:space="preserve">[44:36] </w:t>
      </w:r>
      <w:r>
        <w:t>ab dekhiye, "we give you a clear victory" kaisi anokhi baat hai.</w:t>
      </w:r>
    </w:p>
    <w:p>
      <w:pPr>
        <w:jc w:val="right"/>
      </w:pPr>
      <w:r>
        <w:t>اب دیکھیے، "وی گیو یو ا کلیئر وکٹری" کیسی انوکھی بات ہے۔</w:t>
      </w:r>
    </w:p>
    <w:p>
      <w:r>
        <w:rPr>
          <w:b/>
        </w:rPr>
        <w:t xml:space="preserve">[44:44] </w:t>
      </w:r>
      <w:r>
        <w:t>yaani woh to haar thi, aur is ko Quran keh raha hai clear victory. kyun? yeh delinking policy thi.</w:t>
      </w:r>
    </w:p>
    <w:p>
      <w:pPr>
        <w:jc w:val="right"/>
      </w:pPr>
      <w:r>
        <w:t>یعنی وہ تو ہار تھی، اور اس کو قرآن کہہ رہا ہے کلیئر وکٹری۔ کیوں؟ یہ ڈی لنکنگ پالیسی تھی۔</w:t>
      </w:r>
    </w:p>
    <w:p>
      <w:r>
        <w:rPr>
          <w:b/>
        </w:rPr>
        <w:t xml:space="preserve">[44:55] </w:t>
      </w:r>
      <w:r>
        <w:t>ek tha problem, ek tha opportunity. to problem opportunity ko delink kar diya. problem kya tha? un ki conditions.</w:t>
      </w:r>
    </w:p>
    <w:p>
      <w:pPr>
        <w:jc w:val="right"/>
      </w:pPr>
      <w:r>
        <w:t>ایک تھا پرابلم، ایک تھا اپرچونیٹی۔ تو پرابلم اپرچونیٹی کو ڈی لنک کر دیا۔ پرابلم کیا تھا؟ ان کی کنڈیشنز۔</w:t>
      </w:r>
    </w:p>
    <w:p>
      <w:r>
        <w:rPr>
          <w:b/>
        </w:rPr>
        <w:t xml:space="preserve">[45:05] </w:t>
      </w:r>
      <w:r>
        <w:t>aur ja rahe thay aap umrah karne ke liye, rok diya. rasool ke saath us waqt chaudah so aadmi thay, ek hazar char sau.</w:t>
      </w:r>
    </w:p>
    <w:p>
      <w:pPr>
        <w:jc w:val="right"/>
      </w:pPr>
      <w:r>
        <w:t>اور جا رہے تھے آپ عمرہ کرنے کے لیے، روک دیا۔ رسول کے ساتھ اس وقت چودہ سو آدمی تھے، ایک ہزار چار سو۔</w:t>
      </w:r>
    </w:p>
    <w:p>
      <w:r>
        <w:rPr>
          <w:b/>
        </w:rPr>
        <w:t xml:space="preserve">[45:14] </w:t>
      </w:r>
      <w:r>
        <w:t>sab ja rahe thay makkah mein umrah karne ke liye. umrah ek ibaadat hai, aap jante hain, hajj ki tarah. to unhone kaha aap jaane nahi dein ge aap ko makkah.</w:t>
      </w:r>
    </w:p>
    <w:p>
      <w:pPr>
        <w:jc w:val="right"/>
      </w:pPr>
      <w:r>
        <w:t>سب جا رہے تھے مکہ میں عمرہ کرنے کے لیے۔ عمرہ ایک عبادت ہے، آپ جانتے ہیں، حج کی طرح۔ تو انہوں نے کہا آپ جانے نہیں دیں گے آپ کو مکہ۔</w:t>
      </w:r>
    </w:p>
    <w:p>
      <w:r>
        <w:rPr>
          <w:b/>
        </w:rPr>
        <w:t xml:space="preserve">[45:25] </w:t>
      </w:r>
      <w:r>
        <w:t>to makkah jaane se rok diya, umrah karne se rok diya. apni saari condition manwayi unhone. yeh tha gaya problem.</w:t>
      </w:r>
    </w:p>
    <w:p>
      <w:pPr>
        <w:jc w:val="right"/>
      </w:pPr>
      <w:r>
        <w:t>تو مکہ جانے سے روک دیا، عمرہ کرنے سے روک دیا۔ اپنی ساری کنڈیشن منوائی انہوں نے۔ یہ تھا گیا پرابلم۔</w:t>
      </w:r>
    </w:p>
    <w:p>
      <w:r>
        <w:rPr>
          <w:b/>
        </w:rPr>
        <w:t xml:space="preserve">[45:35] </w:t>
      </w:r>
      <w:r>
        <w:t>opportunity kya thi? opportunity yeh thi ke peace establish hona</w:t>
      </w:r>
    </w:p>
    <w:p>
      <w:pPr>
        <w:jc w:val="right"/>
      </w:pPr>
      <w:r>
        <w:t>اپرچونیٹی کیا تھی؟ اپرچونیٹی یہ تھی کہ پیس اسٹیبلش ہونا</w:t>
      </w:r>
    </w:p>
    <w:p>
      <w:r>
        <w:rPr>
          <w:b/>
        </w:rPr>
        <w:t xml:space="preserve">[45:42] </w:t>
      </w:r>
      <w:r>
        <w:t>tha, aur peace means peace means interaction, dialogue, discussion,</w:t>
      </w:r>
    </w:p>
    <w:p>
      <w:pPr>
        <w:jc w:val="right"/>
      </w:pPr>
      <w:r>
        <w:t>تھا، اور پیس مینز پیس مینز انٹریکشن، ڈائیلاگ، ڈسکشن،</w:t>
      </w:r>
    </w:p>
    <w:p>
      <w:r>
        <w:rPr>
          <w:b/>
        </w:rPr>
        <w:t xml:space="preserve">[45:52] </w:t>
      </w:r>
      <w:r>
        <w:t>freedom, apne apne mission ko phailane ki freedom. to yeh mil gaya aap ko. ab aap aur aap ke saathi sab ke sab lag gaye kis mein?</w:t>
      </w:r>
    </w:p>
    <w:p>
      <w:pPr>
        <w:jc w:val="right"/>
      </w:pPr>
      <w:r>
        <w:t>فریڈم، اپنے اپنے مشن کو پھیلانے کی فریڈم۔ تو یہ مل گیا آپ کو۔ اب آپ اور آپ کے ساتھی سب کے سب لگ گئے کس میں؟</w:t>
      </w:r>
    </w:p>
    <w:p>
      <w:r>
        <w:rPr>
          <w:b/>
        </w:rPr>
        <w:t xml:space="preserve">[46:04] </w:t>
      </w:r>
      <w:r>
        <w:t>da'wah work mein. is se pehle lage hue thay kis mein</w:t>
      </w:r>
    </w:p>
    <w:p>
      <w:pPr>
        <w:jc w:val="right"/>
      </w:pPr>
      <w:r>
        <w:t>داؤ ورک میں۔ اس سے پہلے لگے ہوئے تھے کس میں</w:t>
      </w:r>
    </w:p>
    <w:p>
      <w:r>
        <w:rPr>
          <w:b/>
        </w:rPr>
        <w:t xml:space="preserve">[46:09] </w:t>
      </w:r>
      <w:r>
        <w:t>? yani larai ki tayari mein, larai ki baton mein. har waqt yeh dar ke kab woh attack kar den ge, kab yeh ho jaye ga, kab woh ho jaye ga.</w:t>
      </w:r>
    </w:p>
    <w:p>
      <w:pPr>
        <w:jc w:val="right"/>
      </w:pPr>
      <w:r>
        <w:t>؟ یعنی لڑائی کی تیاری میں، لڑائی کی باتوں میں۔ ہر وقت یہ ڈر کہ کب وہ اٹیک کر دیں گے، کب یہ ہو جائے گا، کب وہ ہو جائے گا۔</w:t>
      </w:r>
    </w:p>
    <w:p>
      <w:r>
        <w:rPr>
          <w:b/>
        </w:rPr>
        <w:t xml:space="preserve">[46:20] </w:t>
      </w:r>
      <w:r>
        <w:t>to jab yeh hoga ke das saal tak larai hamare aur Quraish ke beech mein nahi hogi, na direct, na indirect,</w:t>
      </w:r>
    </w:p>
    <w:p>
      <w:pPr>
        <w:jc w:val="right"/>
      </w:pPr>
      <w:r>
        <w:t>تو جب یہ ہوگا کہ دس سال تک لڑائی ہمارے اور قریش کے بیچ میں نہیں ہوگی، نہ ڈائریکٹ، نہ ان ڈائریکٹ،</w:t>
      </w:r>
    </w:p>
    <w:p>
      <w:r>
        <w:rPr>
          <w:b/>
        </w:rPr>
        <w:t xml:space="preserve">[46:32] </w:t>
      </w:r>
      <w:r>
        <w:t>to ab ek dum sara environment badal gaya, sara dunya badal gayi.</w:t>
      </w:r>
    </w:p>
    <w:p>
      <w:pPr>
        <w:jc w:val="right"/>
      </w:pPr>
      <w:r>
        <w:t>تو اب ایک دم سارا انوائرمنٹ بدل گیا، سارا دنیا بدل گئی۔</w:t>
      </w:r>
    </w:p>
    <w:p>
      <w:r>
        <w:rPr>
          <w:b/>
        </w:rPr>
        <w:t xml:space="preserve">[46:40] </w:t>
      </w:r>
      <w:r>
        <w:t>ab aana jana shuru ho gaya. yahan ke woh log wahan ja rahe hain, wahan ke log wahan aa rahe hain. khauf khauf interaction ho raha hai. ab interaction mein dekhiye kya hota hai.</w:t>
      </w:r>
    </w:p>
    <w:p>
      <w:pPr>
        <w:jc w:val="right"/>
      </w:pPr>
      <w:r>
        <w:t>اب آنا جانا شروع ہوگیا۔ یہاں کے وہ لوگ وہاں جا رہے ہیں، وہاں کے لوگ وہاں آ رہے ہیں۔ خوف خوف انٹریکشن ہو رہا ہے۔ اب انٹریکشن میں دیکھیے کیا ہوتا ہے۔</w:t>
      </w:r>
    </w:p>
    <w:p>
      <w:r>
        <w:rPr>
          <w:b/>
        </w:rPr>
        <w:t xml:space="preserve">[46:50] </w:t>
      </w:r>
      <w:r>
        <w:t>interaction ek bari ajeeb anokhi cheez hai. kal ki baat hai, mein radio All India Radio sun raha tha, All India Radio.</w:t>
      </w:r>
    </w:p>
    <w:p>
      <w:pPr>
        <w:jc w:val="right"/>
      </w:pPr>
      <w:r>
        <w:t>انٹریکشن ایک بڑی عجیب انوکھی چیز ہے۔ کل کی بات ہے، میں ریڈیو ال انڈیا ریڈیو سن رہا تھا، ال انڈیا ریڈیو۔</w:t>
      </w:r>
    </w:p>
    <w:p>
      <w:r>
        <w:rPr>
          <w:b/>
        </w:rPr>
        <w:t xml:space="preserve">[47:00] </w:t>
      </w:r>
      <w:r>
        <w:t>ek Hindu lady is par jo counseling karti hai, woh is par thi, bulai gayi thi radio par.</w:t>
      </w:r>
    </w:p>
    <w:p>
      <w:pPr>
        <w:jc w:val="right"/>
      </w:pPr>
      <w:r>
        <w:t>ایک ہندو لیڈی اس پر جو کونسلنگ کرتی ہے، وہ اس پر تھی، بلائی گئی تھی ریڈیو پر۔</w:t>
      </w:r>
    </w:p>
    <w:p>
      <w:r>
        <w:rPr>
          <w:b/>
        </w:rPr>
        <w:t xml:space="preserve">[47:07] </w:t>
      </w:r>
      <w:r>
        <w:t>to us ne question kiya, logon ke number diya ke number call kar ke hamein bataiye ke ghusse ko kaise, ghussa aa jaye to kaise khatam kiya jaye is ko.</w:t>
      </w:r>
    </w:p>
    <w:p>
      <w:pPr>
        <w:jc w:val="right"/>
      </w:pPr>
      <w:r>
        <w:t>تو اس نے کوئسچن کیا، لوگوں کے نمبر دیا کہ نمبر کال کر کے ہمیں بتائیے کہ غصے کو کیسے، غصہ آ جائے تو کیسے ختم کیا جائے اس کو۔</w:t>
      </w:r>
    </w:p>
    <w:p>
      <w:r>
        <w:rPr>
          <w:b/>
        </w:rPr>
        <w:t xml:space="preserve">[47:21] </w:t>
      </w:r>
      <w:r>
        <w:t>yeh question tha. woh lady thi, woh Hindu lady thi, counseling karti hai woh.</w:t>
      </w:r>
    </w:p>
    <w:p>
      <w:pPr>
        <w:jc w:val="right"/>
      </w:pPr>
      <w:r>
        <w:t>یہ کوئسچن تھا۔ وہ لیڈی تھی، وہ ہندو لیڈی تھی، کونسلنگ کرتی ہے وہ۔</w:t>
      </w:r>
    </w:p>
    <w:p>
      <w:r>
        <w:rPr>
          <w:b/>
        </w:rPr>
        <w:t xml:space="preserve">[47:27] </w:t>
      </w:r>
      <w:r>
        <w:t>to us ne yeh question kiya apne listeners ke sath, jo sun rahe the, woh us ko ke ghussa aa jaye to kaise is ko khatam kiya jaye.</w:t>
      </w:r>
    </w:p>
    <w:p>
      <w:pPr>
        <w:jc w:val="right"/>
      </w:pPr>
      <w:r>
        <w:t>تو اس نے یہ کوئسچن کیا اپنے لسنرز کے ساتھ، جو لسن جو سن رہے تھے، وہ اس کو کہ غصہ آ جائے تو کیسے اس کو ختم کیا جائے۔</w:t>
      </w:r>
    </w:p>
    <w:p>
      <w:r>
        <w:rPr>
          <w:b/>
        </w:rPr>
        <w:t xml:space="preserve">[47:40] </w:t>
      </w:r>
      <w:r>
        <w:t>to log telephone kar kar ke bata rahe the. koi kaha tha ke ab khare hain to baith jayen, kisi ne kaha ke baithe hain to khare ho jayen. ek ladka jis ka naam Ahmed tha, yani Musalman,</w:t>
      </w:r>
    </w:p>
    <w:p>
      <w:pPr>
        <w:jc w:val="right"/>
      </w:pPr>
      <w:r>
        <w:t>تو لوگ ٹیلی فون کر کر کے بتا رہے تھے۔ کوئی کہا تھا کہ اب کھڑے ہیں تو بیٹھ جائیں، کسی نے کہا کہ بیٹھے ہیں تو کھڑے ہو جائیں۔ ایک لڑکا جس کا نام احمد تھا، یعنی مسلمان،</w:t>
      </w:r>
    </w:p>
    <w:p>
      <w:r>
        <w:rPr>
          <w:b/>
        </w:rPr>
        <w:t xml:space="preserve">[47:53] </w:t>
      </w:r>
      <w:r>
        <w:t>us ne telephone kiya.</w:t>
      </w:r>
    </w:p>
    <w:p>
      <w:pPr>
        <w:jc w:val="right"/>
      </w:pPr>
      <w:r>
        <w:t>اس نے ٹیلی فون کیا۔</w:t>
      </w:r>
    </w:p>
    <w:p>
      <w:r>
        <w:rPr>
          <w:b/>
        </w:rPr>
        <w:t xml:space="preserve">[47:55] </w:t>
      </w:r>
      <w:r>
        <w:t>to Ahmed ne kaha, abhi yeh radio mein sun raha tha, ghaliban parson ki baat hai yeh. Ahmed ne kaha ke hamare Paighambar sahib ne kaha hai ke jab ghussa aa jaye to wuzu kar lo.</w:t>
      </w:r>
    </w:p>
    <w:p>
      <w:pPr>
        <w:jc w:val="right"/>
      </w:pPr>
      <w:r>
        <w:t>تو احمد نے کہا، ابھی یہ ریڈیو میں سن رہا تھا، غالباً پرسوں کی بات ہے یہ۔ احمد نے کہا کہ ہمارے پیغمبر صاحب نے کہا ہے کہ جب غصہ آ جائے تو وضو کر لو۔</w:t>
      </w:r>
    </w:p>
    <w:p>
      <w:r>
        <w:rPr>
          <w:b/>
        </w:rPr>
        <w:t xml:space="preserve">[48:11] </w:t>
      </w:r>
      <w:r>
        <w:t>Ahmed ne kaha is Hindu lady se ke hamare Paighambar ne kaha ke jab ghussa aa jaye to wuzu kar lo. us ne kaha wuzu kiya hai</w:t>
      </w:r>
    </w:p>
    <w:p>
      <w:pPr>
        <w:jc w:val="right"/>
      </w:pPr>
      <w:r>
        <w:t>احمد نے کہا اس ہندو لیڈی سے کہ ہمارے پیغمبر نے کہا کہ جب غصہ آ جائے تو وضو کر لو۔ اس نے کہا وضو کیا ہے</w:t>
      </w:r>
    </w:p>
    <w:p>
      <w:r>
        <w:rPr>
          <w:b/>
        </w:rPr>
        <w:t xml:space="preserve">[48:19] </w:t>
      </w:r>
      <w:r>
        <w:t>? unhon ne kaha wuzu yeh hai ke hath dhoen, munh dhoen, paon dhoen, pani se dho len sab. to us ne kaha ji yeh to bohat acha hai.</w:t>
      </w:r>
    </w:p>
    <w:p>
      <w:pPr>
        <w:jc w:val="right"/>
      </w:pPr>
      <w:r>
        <w:t>؟ انہوں نے کہا وضو یہ ہے کہ ہاتھ دھوئیں، منہ دھوئیں، پاؤں دھوئیں، پانی سے دھو لیں سب۔ تو اس نے کہا جی یہ تو بہت اچھا ہے۔</w:t>
      </w:r>
    </w:p>
    <w:p>
      <w:r>
        <w:rPr>
          <w:b/>
        </w:rPr>
        <w:t xml:space="preserve">[48:29] </w:t>
      </w:r>
      <w:r>
        <w:t>to us ne kisi ko quote kiya, kisi admi ko, kisi bare counselor ko, ghussa aa jaye to pani par chheenta maro, chehre par pani ka chheenta maro.</w:t>
      </w:r>
    </w:p>
    <w:p>
      <w:pPr>
        <w:jc w:val="right"/>
      </w:pPr>
      <w:r>
        <w:t>تو اس نے کسی کوٹ کیا، کسی آدمی کو، کسی بڑے کونسلر کو، غصہ آ جائے تو پانی پر چھینٹا مارو، چہرے پر پانی کا چھینٹا مارو۔</w:t>
      </w:r>
    </w:p>
    <w:p>
      <w:r>
        <w:rPr>
          <w:b/>
        </w:rPr>
        <w:t xml:space="preserve">[48:40] </w:t>
      </w:r>
      <w:r>
        <w:t>us Hindu lady ne quote kiya ke ek yeh baat kaha hai kisi ne ke jab ghussa aaye to munh par pani ke chheente maro.</w:t>
      </w:r>
    </w:p>
    <w:p>
      <w:pPr>
        <w:jc w:val="right"/>
      </w:pPr>
      <w:r>
        <w:t>اس ہندو لوڈی نے کوٹ کیا کہ ایک یہ بات کہا ہے کسی نے کہ جب غصہ آئے تو منہ پر پانی کے چھینٹے مارو۔</w:t>
      </w:r>
    </w:p>
    <w:p>
      <w:r>
        <w:rPr>
          <w:b/>
        </w:rPr>
        <w:t xml:space="preserve">[48:48] </w:t>
      </w:r>
      <w:r>
        <w:t>to us ne kaha yeh to is se bhi acha hai, pani se dho lo, ghussa thanda ho jaye ga. to is mein us ne kaha ke hamare Hindu bhaiyon ko bhi yeh karna chahiye, jo sun rahe hain hamari batain.</w:t>
      </w:r>
    </w:p>
    <w:p>
      <w:pPr>
        <w:jc w:val="right"/>
      </w:pPr>
      <w:r>
        <w:t>تو اس نے کہا یہ تو اس سے بھی اچھا ہے، پانی سے دھو لو، غصہ ٹھنڈا ہو جائے گا۔ تو اس میں اس نے کہا کہ ہمارے ہندو بھائیوں کو بھی یہ کرنا چاہیے، جو سن رہے ہیں ہماری باتیں۔</w:t>
      </w:r>
    </w:p>
    <w:p>
      <w:r>
        <w:rPr>
          <w:b/>
        </w:rPr>
        <w:t xml:space="preserve">[49:01] </w:t>
      </w:r>
      <w:r>
        <w:t>us ne kaha ke yeh hamari batain sare India mein sun rahe hain, log Hindu bhai bhi sun rahe hain. to yeh itna acha formula hai ke Hindu bhaiyon ko bhi is ko karna chahiye. to mein ne socha ke dekhen yeh hai interaction ka miracle.</w:t>
      </w:r>
    </w:p>
    <w:p>
      <w:pPr>
        <w:jc w:val="right"/>
      </w:pPr>
      <w:r>
        <w:t>اس نے کہا کہ یہ ہماری باتیں سارے انڈیا میں سن رہے ہیں، لوگ ہندو بھائی بھی سن رہے ہیں۔ تو یہ اتنا اچھا فارمولا ہے کہ ہندو بھائیوں کو بھی اس کو کرنا چاہیے۔ تو میں نے سوچا کہ دیکھیں یہ ہے انٹریکشن کا میریکل۔</w:t>
      </w:r>
    </w:p>
    <w:p>
      <w:r>
        <w:rPr>
          <w:b/>
        </w:rPr>
        <w:t xml:space="preserve">[49:15] </w:t>
      </w:r>
      <w:r>
        <w:t>jab interaction hota hai to dialogue hota hai. jab dialogue hota hai to mein ne apni baat kahi, aap ne apni baat kahi. is tarah da'wah work shuru ho jata hai.</w:t>
      </w:r>
    </w:p>
    <w:p>
      <w:pPr>
        <w:jc w:val="right"/>
      </w:pPr>
      <w:r>
        <w:t>جب انٹریکشن ہوتا ہے تو ڈائیلاگ ہوتا ہے۔ جب ڈائیلاگ ہوتا ہے تو میں نے اپنی بات کہی، آپ نے اپنی بات کہی۔ اس طرح داؤ ورک شروع ہو جاتا ہے۔</w:t>
      </w:r>
    </w:p>
    <w:p>
      <w:r>
        <w:rPr>
          <w:b/>
        </w:rPr>
        <w:t xml:space="preserve">[49:26] </w:t>
      </w:r>
      <w:r>
        <w:t>jahan interaction hai, wahan discussion hai. jahan discussion hai, wahan da'wah work hai.</w:t>
      </w:r>
    </w:p>
    <w:p>
      <w:pPr>
        <w:jc w:val="right"/>
      </w:pPr>
      <w:r>
        <w:t>جہاں انٹریکشن ہے، وہاں ڈسکشن ہے۔ جہاں ڈسکشن ہے، وہاں داؤ ورک ہے۔</w:t>
      </w:r>
    </w:p>
    <w:p>
      <w:r>
        <w:rPr>
          <w:b/>
        </w:rPr>
        <w:t xml:space="preserve">[49:33] </w:t>
      </w:r>
      <w:r>
        <w:t>yeh hone laga wahan par Makka Madina mein. aur is ka miracle dekhiye, sirf do saal mein jab yeh hua tha agreement to Rasool Allah ke sath kul mila kar ke chaudah so ya pandrah so admi the, bas kul.</w:t>
      </w:r>
    </w:p>
    <w:p>
      <w:pPr>
        <w:jc w:val="right"/>
      </w:pPr>
      <w:r>
        <w:t>یہ ہونے لگا وہاں پر مکہ مدینہ میں۔ اور اس کا میریکل دیکھیے، صرف دو سال میں جب یہ ہوا تھا ایگریمنٹ تو رسول اللہ کے ساتھ کل ملا کر کے چودہ سو یا پندرہ سو آدمی تھے، بس کل۔</w:t>
      </w:r>
    </w:p>
    <w:p>
      <w:r>
        <w:rPr>
          <w:b/>
        </w:rPr>
        <w:t xml:space="preserve">[49:52] </w:t>
      </w:r>
      <w:r>
        <w:t>aur do saal mein ho gaye ten thousand admi, ten thousand. ab aap ne march kiya Makka ki taraf</w:t>
      </w:r>
    </w:p>
    <w:p>
      <w:pPr>
        <w:jc w:val="right"/>
      </w:pPr>
      <w:r>
        <w:t>اور دو سال میں ہو گئے ٹین تھاؤزنڈ آدمی، ٹین تھاؤزنڈ۔ اب آپ نے مارچ کیا مکہ کی طرف</w:t>
      </w:r>
    </w:p>
    <w:p>
      <w:r>
        <w:rPr>
          <w:b/>
        </w:rPr>
        <w:t xml:space="preserve">[50:02] </w:t>
      </w:r>
      <w:r>
        <w:t>to wahan ke jo leader the Makka ke, unhon ne bol diya sab ko ke dekho bhai aaj hamare andar Muhammad se larne ki taqat nahi hai, das hazar woh log aa rahe hain, hum kaise laren ge un ko?</w:t>
      </w:r>
    </w:p>
    <w:p>
      <w:pPr>
        <w:jc w:val="right"/>
      </w:pPr>
      <w:r>
        <w:t>تو وہاں کے جو لیڈر تھے مکہ کے، انہوں نے بول دیا سب کو کہ دیکھو بھئی آج ہمارے اندر محمد سے لڑنے کی طاقت نہیں ہے، دس ہزار وہ لوگ آ رہے ہیں، ہم کیسے لڑیں گے ان کو؟</w:t>
      </w:r>
    </w:p>
    <w:p>
      <w:r>
        <w:rPr>
          <w:b/>
        </w:rPr>
        <w:t xml:space="preserve">[50:18] </w:t>
      </w:r>
      <w:r>
        <w:t>aur is baad sara Makka un ke pas aa gaya. yeh hai miracle delinking policy ka, delinking policy ka.</w:t>
      </w:r>
    </w:p>
    <w:p>
      <w:pPr>
        <w:jc w:val="right"/>
      </w:pPr>
      <w:r>
        <w:t>اور اس بعد سارا مکہ ان کے پاس آ گیا۔ یہ ہے میریکل ڈی لنکنگ پالیسی کا، ڈی لنکنگ پالیسی کا۔</w:t>
      </w:r>
    </w:p>
    <w:p>
      <w:r>
        <w:rPr>
          <w:b/>
        </w:rPr>
        <w:t xml:space="preserve">[50:31] </w:t>
      </w:r>
      <w:r>
        <w:t>ab mein aap ko ek aur misal deta hoon. Rasool Allah ki jab wafat hui, jab death hui aap ki to kya hua?</w:t>
      </w:r>
    </w:p>
    <w:p>
      <w:pPr>
        <w:jc w:val="right"/>
      </w:pPr>
      <w:r>
        <w:t>اب میں آپ کو ایک اور مثال دیتا ہوں۔ رسول اللہ کی جب وفات ہوئی، جب ڈیتھ ہوئی آپ کی تو کیا ہوا؟</w:t>
      </w:r>
    </w:p>
    <w:p>
      <w:r>
        <w:rPr>
          <w:b/>
        </w:rPr>
        <w:t xml:space="preserve">[50:42] </w:t>
      </w:r>
      <w:r>
        <w:t>wohan par yeh sawal aaya ke kon khaleefa bane? is waqt khaleefa ka lafz nahi hota tha, ameerul momineen kehte thay.</w:t>
      </w:r>
    </w:p>
    <w:p>
      <w:pPr>
        <w:jc w:val="right"/>
      </w:pPr>
      <w:r>
        <w:t>وہاں پر یہ سوال آیا کہ کون خلیفہ بنے؟ اس وقت خلیفہ کا لفظ نہیں ہوتا تھا، امیرالمومنین کہتے تھے۔</w:t>
      </w:r>
    </w:p>
    <w:p>
      <w:r>
        <w:rPr>
          <w:b/>
        </w:rPr>
        <w:t xml:space="preserve">[50:51] </w:t>
      </w:r>
      <w:r>
        <w:t>kon ameerul momineen bane? yaani head of the state kon bane?</w:t>
      </w:r>
    </w:p>
    <w:p>
      <w:pPr>
        <w:jc w:val="right"/>
      </w:pPr>
      <w:r>
        <w:t>کون امیرالمومنین بنے؟ یعنی ہیڈ ہیڈ آف دا اسٹیٹ کون بنے؟</w:t>
      </w:r>
    </w:p>
    <w:p>
      <w:r>
        <w:rPr>
          <w:b/>
        </w:rPr>
        <w:t xml:space="preserve">[50:59] </w:t>
      </w:r>
      <w:r>
        <w:t>to kya hua ke do naam aaye?</w:t>
      </w:r>
    </w:p>
    <w:p>
      <w:pPr>
        <w:jc w:val="right"/>
      </w:pPr>
      <w:r>
        <w:t>تو کیا ہوا کہ دو نام آئے؟</w:t>
      </w:r>
    </w:p>
    <w:p>
      <w:r>
        <w:rPr>
          <w:b/>
        </w:rPr>
        <w:t xml:space="preserve">[51:08] </w:t>
      </w:r>
      <w:r>
        <w:t>to wahan par jo senior most jo sahabi thay, hazrat abubakar, unhon ne kaha ke al aimah bin quraish ke rasool Allah ne aisa kaha hai, rasool Allah ne aisa kaha hai ke al aimah bin quraish ke leader sirf quraish mein se hoga.</w:t>
      </w:r>
    </w:p>
    <w:p>
      <w:pPr>
        <w:jc w:val="right"/>
      </w:pPr>
      <w:r>
        <w:t>تو وہاں پر جو سینئر موسٹ جو صحابی تھے، حضرت ابوبکر، انہوں نے کہا کہ الائمۃ بن قریش کہ رسول اللہ نے ایسا کہا ہے، رسول اللہ نے ایسا کہا ہے کہ الائمۃ بن قریش کہ لیڈر صرف قریش میں سے ہوگا۔</w:t>
      </w:r>
    </w:p>
    <w:p>
      <w:r>
        <w:rPr>
          <w:b/>
        </w:rPr>
        <w:t xml:space="preserve">[51:24] </w:t>
      </w:r>
      <w:r>
        <w:t>quraish ek jo kalan tha wahan par, us mein se hoga.</w:t>
      </w:r>
    </w:p>
    <w:p>
      <w:pPr>
        <w:jc w:val="right"/>
      </w:pPr>
      <w:r>
        <w:t>قریش ایک جو کلان تھا وہاں پر، اس میں سے ہوگا۔</w:t>
      </w:r>
    </w:p>
    <w:p>
      <w:r>
        <w:rPr>
          <w:b/>
        </w:rPr>
        <w:t xml:space="preserve">[51:31] </w:t>
      </w:r>
      <w:r>
        <w:t>ab dekhen yahan par ek deduct kar raha hai is baat se jo do mahine pehle rasool Allah keh chuke thay, haj hajja tul wida mein, la fazla arabi ala ajami.</w:t>
      </w:r>
    </w:p>
    <w:p>
      <w:pPr>
        <w:jc w:val="right"/>
      </w:pPr>
      <w:r>
        <w:t>اب دیکھیں یہاں پر ایک ڈیڈکٹ کر رہا ہے اس بات سے جو دو مہینے پہلے رسول اللہ کہہ چکے تھے، حج حجۃ الوداع میں، لا فضل عربی علی عجمی۔</w:t>
      </w:r>
    </w:p>
    <w:p>
      <w:r>
        <w:rPr>
          <w:b/>
        </w:rPr>
        <w:t xml:space="preserve">[51:43] </w:t>
      </w:r>
      <w:r>
        <w:t>is se pehle aap keh chuke thay ke arabi aur ajami ke darmiyan koi farq nahi hai, sab barabar hain. ab yahan par kaha ke leader sirf quraish mein se hoga.</w:t>
      </w:r>
    </w:p>
    <w:p>
      <w:pPr>
        <w:jc w:val="right"/>
      </w:pPr>
      <w:r>
        <w:t>اس سے پہلے آپ کہہ چکے تھے کہ عربی اور عجمی کے درمیان کوئی فرق نہیں ہے، سب برابر ہیں۔ اب یہاں پر کہا کہ لیڈر صرف قریش میں سے ہوگا۔</w:t>
      </w:r>
    </w:p>
    <w:p>
      <w:r>
        <w:rPr>
          <w:b/>
        </w:rPr>
        <w:t xml:space="preserve">[51:55] </w:t>
      </w:r>
      <w:r>
        <w:t>ab dekhen is ko contradict kar raha hai yeh,</w:t>
      </w:r>
    </w:p>
    <w:p>
      <w:pPr>
        <w:jc w:val="right"/>
      </w:pPr>
      <w:r>
        <w:t>اب دیکھیں اس کو کنٹراڈکٹ کر رہا ہے یہ،</w:t>
      </w:r>
    </w:p>
    <w:p>
      <w:r>
        <w:rPr>
          <w:b/>
        </w:rPr>
        <w:t xml:space="preserve">[51:59] </w:t>
      </w:r>
      <w:r>
        <w:t>lekin is ko mana kaise logon ne? maan liya aur isi par reason liya gaya. again unhon ne delinking policy apnai, yaani leadership issue tha ek aur ek tha equality ka issue.</w:t>
      </w:r>
    </w:p>
    <w:p>
      <w:pPr>
        <w:jc w:val="right"/>
      </w:pPr>
      <w:r>
        <w:t>لیکن اس کو مانا کیسے لوگوں نے؟ مان لیا اور اسی پر ریزن لیا گیا۔ اگین انہوں نے ڈی لنکنگ پالیسی اپنائی، یعنی لیڈرشپ ایشو تھا ایک اور ایک تھا ایکولٹی کا ایشو۔</w:t>
      </w:r>
    </w:p>
    <w:p>
      <w:r>
        <w:rPr>
          <w:b/>
        </w:rPr>
        <w:t xml:space="preserve">[52:17] </w:t>
      </w:r>
      <w:r>
        <w:t>equality ka issue ek hai, leadership ka issue doosra hai. to dono ki delink kiya unhon ne? tab aisa possible hua ke woh quraish mein se leader banaye.</w:t>
      </w:r>
    </w:p>
    <w:p>
      <w:pPr>
        <w:jc w:val="right"/>
      </w:pPr>
      <w:r>
        <w:t>ایکولٹی کا ایشو ایک ہے، لیڈرشپ کا ایشو دوسرا ہے۔ تو دونوں کی ڈی لنک کیا انہوں نے؟ تب ایسا پاسیبل ہوا کہ وہ قریش میں سے لیڈر بنائے۔</w:t>
      </w:r>
    </w:p>
    <w:p>
      <w:r>
        <w:rPr>
          <w:b/>
        </w:rPr>
        <w:t xml:space="preserve">[52:29] </w:t>
      </w:r>
      <w:r>
        <w:t>dekhen is mein wisdom kya hai? kisi bhi country mein jo history hoti hai, history se kuch log ubhar aate hain, kuch log nahi ubharte.</w:t>
      </w:r>
    </w:p>
    <w:p>
      <w:pPr>
        <w:jc w:val="right"/>
      </w:pPr>
      <w:r>
        <w:t>دیکھیں اس میں وزڈم کیا ہے؟ کسی بھی کنٹری میں جو ہسٹری ہوتی ہے، ہسٹری سے کچھ لوگ ابھر آتے ہیں، کچھ لوگ نہیں ابھرتے۔</w:t>
      </w:r>
    </w:p>
    <w:p>
      <w:r>
        <w:rPr>
          <w:b/>
        </w:rPr>
        <w:t xml:space="preserve">[52:42] </w:t>
      </w:r>
      <w:r>
        <w:t>jaise India mein aap dekh lijiye, jab azadi aayi to jawahar lal nehru prime minister banaye gaye. jagjivan ram bhi thay maujood, jagjivan ram ko prime minister nahi banaya gaya.</w:t>
      </w:r>
    </w:p>
    <w:p>
      <w:pPr>
        <w:jc w:val="right"/>
      </w:pPr>
      <w:r>
        <w:t>جیسے انڈیا میں آپ دیکھ لیجئے، جب آزادی آئی تو جواہر لال نہرو پرائم منسٹر بنائے گئے۔ جگजीवन رام بھی تھے موجود، جگजीवन رام کو پرائم منسٹر نہیں بنایا گیا۔</w:t>
      </w:r>
    </w:p>
    <w:p>
      <w:r>
        <w:rPr>
          <w:b/>
        </w:rPr>
        <w:t xml:space="preserve">[52:55] </w:t>
      </w:r>
      <w:r>
        <w:t>kyun? ind</w:t>
      </w:r>
    </w:p>
    <w:p>
      <w:pPr>
        <w:jc w:val="right"/>
      </w:pPr>
      <w:r>
        <w:t>کیوں؟ انڈ</w:t>
      </w:r>
    </w:p>
    <w:p>
      <w:r>
        <w:rPr>
          <w:b/>
        </w:rPr>
        <w:t xml:space="preserve">[52:56] </w:t>
      </w:r>
      <w:r>
        <w:t>ia mein dekhiye jo brahman log hain, unhi ko leadership mili hui hai, sankaron saal se, hazaron saal se. abhi bhi India mein yeh woh woh time nahi aaya hai ke koi harijan class ka koi aadmi jo hai prime minister bane.</w:t>
      </w:r>
    </w:p>
    <w:p>
      <w:pPr>
        <w:jc w:val="right"/>
      </w:pPr>
      <w:r>
        <w:t>یا میں دیکھیے جو براہمن لوگ ہیں، انہی کو لیڈرشپ ملی ہوئی ہے، سینکڑوں سال سے، ہزاروں سال سے۔ ابھی بھی انڈیا میں یہ وہ وہ ٹائم نہیں آیا ہے کہ کوئی ہریجن کلاس کا کوئی آدمی جو ہے پرائم منسٹر بنے۔</w:t>
      </w:r>
    </w:p>
    <w:p>
      <w:r>
        <w:rPr>
          <w:b/>
        </w:rPr>
        <w:t xml:space="preserve">[53:11] </w:t>
      </w:r>
      <w:r>
        <w:t>woh yeh hai, yeh koi koi is ko equality ka masla na samjhiye, is ko yeh historical compulsion hai.</w:t>
      </w:r>
    </w:p>
    <w:p>
      <w:pPr>
        <w:jc w:val="right"/>
      </w:pPr>
      <w:r>
        <w:t>وہ یہ ہے، یہ کوئی کوئی اس کو ایکولٹی کا مسئلہ نہ سمجھیے، اس کو یہ ہسٹوریکل کمپلشن ہے۔</w:t>
      </w:r>
    </w:p>
    <w:p>
      <w:r>
        <w:rPr>
          <w:b/>
        </w:rPr>
        <w:t xml:space="preserve">[53:22] </w:t>
      </w:r>
      <w:r>
        <w:t>historical compulsion Islam mein bhi aise hi kiya gaya.</w:t>
      </w:r>
    </w:p>
    <w:p>
      <w:pPr>
        <w:jc w:val="right"/>
      </w:pPr>
      <w:r>
        <w:t>ہسٹوریکل کمپلشن اسلام میں بھی ایسے ہی کیا گیا۔</w:t>
      </w:r>
    </w:p>
    <w:p>
      <w:r>
        <w:rPr>
          <w:b/>
        </w:rPr>
        <w:t xml:space="preserve">[53:27] </w:t>
      </w:r>
      <w:r>
        <w:t>kaise rasool Allah ne kaha tha ke arab ko aur aur aur arab ko aur aur non arab ko koi superiority nahi, kisi ko kisi ke upar hai, sab equal hain.</w:t>
      </w:r>
    </w:p>
    <w:p>
      <w:pPr>
        <w:jc w:val="right"/>
      </w:pPr>
      <w:r>
        <w:t>کیسے رسول اللہ نے کہا تھا کہ عرب کو اور اور اور عرب کو اور اور نان عرب کو کوئی سپیریٹی نہیں، کسی کو کسی کے اوپر ہے، سب ایکول ہیں۔</w:t>
      </w:r>
    </w:p>
    <w:p>
      <w:r>
        <w:rPr>
          <w:b/>
        </w:rPr>
        <w:t xml:space="preserve">[53:37] </w:t>
      </w:r>
      <w:r>
        <w:t>lekin jab leadership ka mamla hua to kaha gaya ke leadership ke mamle mein hamein historical compulsion ko manna padega, historical tradition ko accept karna padega.</w:t>
      </w:r>
    </w:p>
    <w:p>
      <w:pPr>
        <w:jc w:val="right"/>
      </w:pPr>
      <w:r>
        <w:t>لیکن جب لیڈرشپ کا معاملہ ہوا تو کہا گیا کہ لیڈرشپ کے معاملے میں ہمیں ہسٹوریکل کمپلشن کو ماننا پڑے گا، ہسٹوریکل ٹریڈیشن کو ایکسیپٹ کرنا پڑے گا۔</w:t>
      </w:r>
    </w:p>
    <w:p>
      <w:r>
        <w:rPr>
          <w:b/>
        </w:rPr>
        <w:t xml:space="preserve">[53:47] </w:t>
      </w:r>
      <w:r>
        <w:t>yeh hai delinking policy, delinking policy.</w:t>
      </w:r>
    </w:p>
    <w:p>
      <w:pPr>
        <w:jc w:val="right"/>
      </w:pPr>
      <w:r>
        <w:t>یہ ہے ڈی لنکنگ پالیسی، ڈی لنکنگ پالیسی۔</w:t>
      </w:r>
    </w:p>
    <w:p>
      <w:r>
        <w:rPr>
          <w:b/>
        </w:rPr>
        <w:t xml:space="preserve">[53:53] </w:t>
      </w:r>
      <w:r>
        <w:t>yaani leadership ka issue aur equality ka issue dono ko aap ne delink kar diya. yeh hamesha karna padega, Muslim society mein bhi aur secular society mein bhi.</w:t>
      </w:r>
    </w:p>
    <w:p>
      <w:pPr>
        <w:jc w:val="right"/>
      </w:pPr>
      <w:r>
        <w:t>یعنی لیڈرشپ کا ایشو اور ایکولٹی کا ایشو دونوں کو آپ نے ڈی لنک کر دیا۔ یہ ہمیشہ کرنا پڑے گا، مسلم سوسائٹی میں بھی اور سیکولر سوسائٹی میں بھی۔</w:t>
      </w:r>
    </w:p>
    <w:p>
      <w:r>
        <w:rPr>
          <w:b/>
        </w:rPr>
        <w:t xml:space="preserve">[54:07] </w:t>
      </w:r>
      <w:r>
        <w:t>ab mein aap ko ek do misaal aur doonga. yeh formula individual ke liye bhi hai aur nation ke liye bhi hai. dono ki misaal deta hoon aap ko.</w:t>
      </w:r>
    </w:p>
    <w:p>
      <w:pPr>
        <w:jc w:val="right"/>
      </w:pPr>
      <w:r>
        <w:t>اب میں آپ کو ایک دو مثال اور دوں گا۔ یہ فارمولا انڈیویجول کے لیے بھی ہے اور نیشن کے لیے بھی ہے۔ دونوں کی مثال دیتا ہوں آپ کو۔</w:t>
      </w:r>
    </w:p>
    <w:p>
      <w:r>
        <w:rPr>
          <w:b/>
        </w:rPr>
        <w:t xml:space="preserve">[54:17] </w:t>
      </w:r>
      <w:r>
        <w:t>mein</w:t>
      </w:r>
    </w:p>
    <w:p>
      <w:pPr>
        <w:jc w:val="right"/>
      </w:pPr>
      <w:r>
        <w:t>میں</w:t>
      </w:r>
    </w:p>
    <w:p>
      <w:r>
        <w:rPr>
          <w:b/>
        </w:rPr>
        <w:t xml:space="preserve">[54:19] </w:t>
      </w:r>
      <w:r>
        <w:t>ek martaba gaya kisi India ke ek shehar mein, UP mein ghaliban, to mein ne yahan dekha ke wahan par do aadmi thay.</w:t>
      </w:r>
    </w:p>
    <w:p>
      <w:pPr>
        <w:jc w:val="right"/>
      </w:pPr>
      <w:r>
        <w:t>ایک مرتبہ گیا کسی انڈیا کے ایک شہر میں، یو پی میں غالباً، تو میں نے یہاں دیکھا کہ وہاں پر دو آدمی تھے۔</w:t>
      </w:r>
    </w:p>
    <w:p>
      <w:r>
        <w:rPr>
          <w:b/>
        </w:rPr>
        <w:t xml:space="preserve">[54:34] </w:t>
      </w:r>
      <w:r>
        <w:t>mein is ke do bilkul alag alag partyon se talluq rakhte thay. mein is party ka naam nahi loonga. yaani ek party jo doosri ki rival thi, woh is ki doosri rival thi.</w:t>
      </w:r>
    </w:p>
    <w:p>
      <w:pPr>
        <w:jc w:val="right"/>
      </w:pPr>
      <w:r>
        <w:t>میں اس کے دو بالکل الگ الگ پارٹیوں سے تعلق رکھتے تھے۔ میں اس پارٹی کا نام نہیں لوں گا۔ یعنی ایک پارٹی جو دوسری کی رائیول تھی، وہ اس کی دوسری رائیول تھی۔</w:t>
      </w:r>
    </w:p>
    <w:p>
      <w:r>
        <w:rPr>
          <w:b/>
        </w:rPr>
        <w:t xml:space="preserve">[54:48] </w:t>
      </w:r>
      <w:r>
        <w:t>donon ek doosre ko election mein harane par tule rehte thay, to un ko harane ke liye nikalte thay, woh un ko harane ke liye nikalte thay. donon ek doosre ke opposition mein rehte thay hamesha, donon partyan.</w:t>
      </w:r>
    </w:p>
    <w:p>
      <w:pPr>
        <w:jc w:val="right"/>
      </w:pPr>
      <w:r>
        <w:t>دونوں ایک دوسرے کو الیکشن میں ہرانے پر تلے رہتے تھے، تو ان کو ہرانے کے لیے نکلتے تھے، وہ ان کو ہرانے کے لیے نکلتے تھے۔ دونوں ایک دوسرے کے اپوزیشن میں رہتے تھے ہمیشہ، دونوں پارٹیاں۔</w:t>
      </w:r>
    </w:p>
    <w:p>
      <w:r>
        <w:rPr>
          <w:b/>
        </w:rPr>
        <w:t xml:space="preserve">[54:59] </w:t>
      </w:r>
      <w:r>
        <w:t>jaisa ke aap bhi dekhte hain, aaj opposition partiyan hoti hain aur dono mein khoob dosti thi, aana jaana, khana peena. yeh maine apni aankh se dekha.</w:t>
      </w:r>
    </w:p>
    <w:p>
      <w:pPr>
        <w:jc w:val="right"/>
      </w:pPr>
      <w:r>
        <w:t>جیسا کہ آپ بھی دیکھتے ہیں، آج اپوزیشن پارٹیاں ہوتی ہیں اور دونوں میں خوب دوستی تھی، آنا جانا، کھانا پینا۔ یہ میں نے اپنی آنکھ سے دیکھا۔</w:t>
      </w:r>
    </w:p>
    <w:p>
      <w:r>
        <w:rPr>
          <w:b/>
        </w:rPr>
        <w:t xml:space="preserve">[55:10] </w:t>
      </w:r>
      <w:r>
        <w:t>to maine kaha ke dekhein, aap log jo hain do mukhalif partiyon se talluq rakhte hain, phir bhi aapas mein khoob dosti hai. woh kaise?</w:t>
      </w:r>
    </w:p>
    <w:p>
      <w:pPr>
        <w:jc w:val="right"/>
      </w:pPr>
      <w:r>
        <w:t>تو میں نے کہا کہ دیکھیں، آپ لوگ جو ہیں دو مخالف پارٹیوں سے تعلق رکھتے ہیں، پھر بھی آپس میں خوب دوستی ہے۔ وہ کیسے؟</w:t>
      </w:r>
    </w:p>
    <w:p>
      <w:r>
        <w:rPr>
          <w:b/>
        </w:rPr>
        <w:t xml:space="preserve">[55:20] </w:t>
      </w:r>
      <w:r>
        <w:t>to ek aadmi ne hans kar kaha ke "we have adopted the same, we have adopted a same formula.</w:t>
      </w:r>
    </w:p>
    <w:p>
      <w:pPr>
        <w:jc w:val="right"/>
      </w:pPr>
      <w:r>
        <w:t>تو ایک آدمی نے ہنس کر کہا کہ "وی ہیو اڈاپٹڈ دا سم، وی ہیو اڈاپٹڈ ا سمبل فارمولا۔</w:t>
      </w:r>
    </w:p>
    <w:p>
      <w:r>
        <w:rPr>
          <w:b/>
        </w:rPr>
        <w:t xml:space="preserve">[55:30] </w:t>
      </w:r>
      <w:r>
        <w:t>lets agree to disagree, lets agree to disagree.</w:t>
      </w:r>
    </w:p>
    <w:p>
      <w:pPr>
        <w:jc w:val="right"/>
      </w:pPr>
      <w:r>
        <w:t>لیٹس ایگری ٹو ڈس ایگری، لیٹس ایگری ٹو ڈس ایگری۔</w:t>
      </w:r>
    </w:p>
    <w:p>
      <w:r>
        <w:rPr>
          <w:b/>
        </w:rPr>
        <w:t xml:space="preserve">[55:36] </w:t>
      </w:r>
      <w:r>
        <w:t>yeh maan lo ke hamare darmiyan koi kuch kuch ikhtilafat hain. lets lets agree to disagree.</w:t>
      </w:r>
    </w:p>
    <w:p>
      <w:pPr>
        <w:jc w:val="right"/>
      </w:pPr>
      <w:r>
        <w:t>یہ مان لو کہ ہمارے درمیان کوئی کچھ کچھ اختلافات ہیں۔ لیٹس لیٹس ایگری ٹو ڈس ایگری۔</w:t>
      </w:r>
    </w:p>
    <w:p>
      <w:r>
        <w:rPr>
          <w:b/>
        </w:rPr>
        <w:t xml:space="preserve">[55:46] </w:t>
      </w:r>
      <w:r>
        <w:t>yeh hai delinking policy." yaani unhon ne is ko delink kar diya. ek hai hamare talluqat, ek hai political ikhtilaf. yaani political difference ek taraf tha, ek taraf aapas ka milna julna tha.</w:t>
      </w:r>
    </w:p>
    <w:p>
      <w:pPr>
        <w:jc w:val="right"/>
      </w:pPr>
      <w:r>
        <w:t>یہ ہے ڈی لنکنگ پالیسی۔" یعنی انہوں نے اس کو ڈی لنک کر دیا۔ ایک ہے ہمارے تعلقات، ایک ہے پولیٹیکل اختلاف۔ یعنی پولیٹیکل ڈیفرنس ایک طرف تھا، ایک طرف آپس کا ملنا جلنا تھا۔</w:t>
      </w:r>
    </w:p>
    <w:p>
      <w:r>
        <w:rPr>
          <w:b/>
        </w:rPr>
        <w:t xml:space="preserve">[55:59] </w:t>
      </w:r>
      <w:r>
        <w:t>to delink kar diya unhon ne. delink kar ke khoob aap aaram se reh rahe hain.</w:t>
      </w:r>
    </w:p>
    <w:p>
      <w:pPr>
        <w:jc w:val="right"/>
      </w:pPr>
      <w:r>
        <w:t>تو ڈی لنک کر دیا انہوں نے۔ ڈی لنک کر کے خوب آپ آرام سے رہ رہے ہیں۔</w:t>
      </w:r>
    </w:p>
    <w:p>
      <w:r>
        <w:rPr>
          <w:b/>
        </w:rPr>
        <w:t xml:space="preserve">[56:05] </w:t>
      </w:r>
      <w:r>
        <w:t>yahi delinking policy agar hamare yeh naujawan karein jo shadiyan karte hain, phir separation hota hai to kabhi bhi separation na ho.</w:t>
      </w:r>
    </w:p>
    <w:p>
      <w:pPr>
        <w:jc w:val="right"/>
      </w:pPr>
      <w:r>
        <w:t>یہی ڈی لنکنگ پالیسی اگر ہمارے یہ نوجوان کریں جو شادیاں کرتے ہیں، پھر سیپریشن ہوتا ہے تو کبھی بھی سیپریشن نہ ہو۔</w:t>
      </w:r>
    </w:p>
    <w:p>
      <w:r>
        <w:rPr>
          <w:b/>
        </w:rPr>
        <w:t xml:space="preserve">[56:16] </w:t>
      </w:r>
      <w:r>
        <w:t>mard ka ek test hota hai, biwi ka doosra test. ab ladte hain dono aapas mein, ek ek difference ko le ke ladte rehte hain. agar woh isi same formula ko lein, delinking policy, aur yeh maan lein ke "bhai lets agree to disagree", baat khatam,</w:t>
      </w:r>
    </w:p>
    <w:p>
      <w:pPr>
        <w:jc w:val="right"/>
      </w:pPr>
      <w:r>
        <w:t>مرد کا ایک ٹیسٹ ہوتا ہے، بیوی کا دوسرا ٹیسٹ۔ اب لڑتے ہیں دونوں آپس میں، ایک ایک ڈیفرنس کو لے کے لڑتے رہتے ہیں۔ اگر وہ اسی سمبل فارمولا کو لیں، ڈی لنکنگ پالیسی، اور یہ مان لیں کہ "بھئی لیٹس ایگری ٹو ڈس ایگری"، بات ختم،</w:t>
      </w:r>
    </w:p>
    <w:p>
      <w:r>
        <w:rPr>
          <w:b/>
        </w:rPr>
        <w:t xml:space="preserve">[56:34] </w:t>
      </w:r>
      <w:r>
        <w:t>bilkul baat khatam.</w:t>
      </w:r>
    </w:p>
    <w:p>
      <w:pPr>
        <w:jc w:val="right"/>
      </w:pPr>
      <w:r>
        <w:t>بالکل بات ختم۔</w:t>
      </w:r>
    </w:p>
    <w:p>
      <w:r>
        <w:rPr>
          <w:b/>
        </w:rPr>
        <w:t xml:space="preserve">[56:37] </w:t>
      </w:r>
      <w:r>
        <w:t>to individual ke liye aur family life mein bhi yahi formula chalega, delinking ka formula. doosra koi formula available nahi hai.</w:t>
      </w:r>
    </w:p>
    <w:p>
      <w:pPr>
        <w:jc w:val="right"/>
      </w:pPr>
      <w:r>
        <w:t>تو انڈیویجول کے لیے اور فیملی لائف میں بھی یہی فارمولا چلے گا، ڈی لنکنگ کا فارمولا۔ دوسرا کوئی فارمولا اویلیبل نہیں ہے۔</w:t>
      </w:r>
    </w:p>
    <w:p>
      <w:r>
        <w:rPr>
          <w:b/>
        </w:rPr>
        <w:t xml:space="preserve">[56:46] </w:t>
      </w:r>
      <w:r>
        <w:t>aap agar chahenge ke difference khatam ho jaye, sab ek hi test par aa jayein, sab ki soch ek ho jaye, to aisa kabhi bhi nahi hoga, nahi hoga, nahi hoga.</w:t>
      </w:r>
    </w:p>
    <w:p>
      <w:pPr>
        <w:jc w:val="right"/>
      </w:pPr>
      <w:r>
        <w:t>آپ اگر چاہیں گے کہ ڈیفرنس ختم ہو جائے، سب ایک ہی ٹیسٹ پر آ جائیں، سب کی سوچ ایک ہو جائے، تو ایسا کبھی بھی نہیں ہوگا، نہیں ہوگا، نہیں ہوگا۔</w:t>
      </w:r>
    </w:p>
    <w:p>
      <w:r>
        <w:rPr>
          <w:b/>
        </w:rPr>
        <w:t xml:space="preserve">[57:00] </w:t>
      </w:r>
      <w:r>
        <w:t>aap ko practical wisdom lena padega, practical formula lena padega.</w:t>
      </w:r>
    </w:p>
    <w:p>
      <w:pPr>
        <w:jc w:val="right"/>
      </w:pPr>
      <w:r>
        <w:t>آپ کو پریکٹیکل وزڈم لینا پڑے گا، پریکٹیکل فارمولا لینا پڑے گا۔</w:t>
      </w:r>
    </w:p>
    <w:p>
      <w:r>
        <w:rPr>
          <w:b/>
        </w:rPr>
        <w:t xml:space="preserve">[57:07] </w:t>
      </w:r>
      <w:r>
        <w:t>agar aap ideals chalayenge to kabhi chalne wala nahi hai. aise hi dekhiye, is ki japan ki misaal lijiye.</w:t>
      </w:r>
    </w:p>
    <w:p>
      <w:pPr>
        <w:jc w:val="right"/>
      </w:pPr>
      <w:r>
        <w:t>اگر آپ آئیڈیلز چلائیں گے تو کبھی چلنے والا نہیں ہے۔ ایسے ہی دیکھیے، اس کی جاپان کی مثال لیجئے۔</w:t>
      </w:r>
    </w:p>
    <w:p>
      <w:r>
        <w:rPr>
          <w:b/>
        </w:rPr>
        <w:t xml:space="preserve">[57:17] </w:t>
      </w:r>
      <w:r>
        <w:t>aap japan jo hai, second world war mein america ne in par atom bomb giraya, do do atom bomb, aur us ke baad okinawa jo island hai, us par is ka qabza kar liya.</w:t>
      </w:r>
    </w:p>
    <w:p>
      <w:pPr>
        <w:jc w:val="right"/>
      </w:pPr>
      <w:r>
        <w:t>آپ جاپان جو ہے، سیکنڈ ورلڈ وار میں امریکہ نے ان پر ایٹم بم گرایا، دو دو ایٹم بم، اور اس کے بعد اوکیناوا جو آئی لینڈ ہے، اس پر اس کا قبضہ کر لیا۔</w:t>
      </w:r>
    </w:p>
    <w:p>
      <w:r>
        <w:rPr>
          <w:b/>
        </w:rPr>
        <w:t xml:space="preserve">[57:32] </w:t>
      </w:r>
      <w:r>
        <w:t>to bohat bara yeh dono ke darmiyan dushmani ki baat thi. j</w:t>
      </w:r>
    </w:p>
    <w:p>
      <w:pPr>
        <w:jc w:val="right"/>
      </w:pPr>
      <w:r>
        <w:t>تو بہت بڑا یہ دونوں کے درمیان دشمنی کی بات تھی۔ ج</w:t>
      </w:r>
    </w:p>
    <w:p>
      <w:r>
        <w:rPr>
          <w:b/>
        </w:rPr>
        <w:t xml:space="preserve">[57:38] </w:t>
      </w:r>
      <w:r>
        <w:t>apan ne delink kar diya dono ko. japan ne japan aur america ke muqable mein delinking policy ikhtiyar kar li ke difference ko alag kar ke america ki madad se taraqqi karne lagi.</w:t>
      </w:r>
    </w:p>
    <w:p>
      <w:pPr>
        <w:jc w:val="right"/>
      </w:pPr>
      <w:r>
        <w:t>اپان نے ڈی لنک کر دیا دونوں کو۔ جاپان نے جاپان اور امریکہ کے مقابلے میں ڈی لنکنگ پالیسی اختیار کر لی کہ ڈیفرنس کو الگ کر کے امریکہ کی مدد سے ترقی کرنے لگی۔</w:t>
      </w:r>
    </w:p>
    <w:p>
      <w:r>
        <w:rPr>
          <w:b/>
        </w:rPr>
        <w:t xml:space="preserve">[57:54] </w:t>
      </w:r>
      <w:r>
        <w:t>aur aaj jante hain ke hum ek nai history banai hai japan ne ke woh economic superpower ban gaya duniya mein.</w:t>
      </w:r>
    </w:p>
    <w:p>
      <w:pPr>
        <w:jc w:val="right"/>
      </w:pPr>
      <w:r>
        <w:t>اور آج جانتے ہیں کہ ہم ایک نئی ہسٹری بنائی ہے جاپان نے کہ وہ اکنامک سپر پاور بن گیا دنیا میں۔</w:t>
      </w:r>
    </w:p>
    <w:p>
      <w:r>
        <w:rPr>
          <w:b/>
        </w:rPr>
        <w:t xml:space="preserve">[58:01] </w:t>
      </w:r>
      <w:r>
        <w:t>yahi agar karte falasteen mein arab log. 48 mein wahan par kya hua tha ke one third diya gaya tha yahudiyon ko, two third tha arbon ke paas.</w:t>
      </w:r>
    </w:p>
    <w:p>
      <w:pPr>
        <w:jc w:val="right"/>
      </w:pPr>
      <w:r>
        <w:t>یہی اگر کرتے فلسطین میں عرب لوگ۔ 48 میں وہاں پر کیا ہوا تھا کہ ون تھرڈ دیا گیا تھا یہودیوں کو، ٹو تھرڈ تھا عربوں کے پاس۔</w:t>
      </w:r>
    </w:p>
    <w:p>
      <w:r>
        <w:rPr>
          <w:b/>
        </w:rPr>
        <w:t xml:space="preserve">[58:17] </w:t>
      </w:r>
      <w:r>
        <w:t>saara achhe hisse arbon ke paas thay. agar woh delinking policy apnate to aaj arab hazar guna zyada behtar hotey falasteen mein.</w:t>
      </w:r>
    </w:p>
    <w:p>
      <w:pPr>
        <w:jc w:val="right"/>
      </w:pPr>
      <w:r>
        <w:t>سارا اچھے حصے عربوں کے پاس تھے۔ اگر وہ ڈی لنکنگ پالیسی اپناتے تو آج عرب ہزار گنا زیادہ بہتر ہوتے فلسطین میں۔</w:t>
      </w:r>
    </w:p>
    <w:p>
      <w:r>
        <w:rPr>
          <w:b/>
        </w:rPr>
        <w:t xml:space="preserve">[58:30] </w:t>
      </w:r>
      <w:r>
        <w:t>lekin unhon ne kya kiya</w:t>
      </w:r>
    </w:p>
    <w:p>
      <w:pPr>
        <w:jc w:val="right"/>
      </w:pPr>
      <w:r>
        <w:t>لیکن انہوں نے کیا کیا</w:t>
      </w:r>
    </w:p>
    <w:p>
      <w:r>
        <w:rPr>
          <w:b/>
        </w:rPr>
        <w:t xml:space="preserve">[58:31] </w:t>
      </w:r>
      <w:r>
        <w:t>? delinking policy nahi apnai. ladte ladte ladte tabah ho chuke hain. aaya kuch bhi nahi aur khoya sab kuch. main samajhta hoon ke jis japan ne delinking policy apnai thi ke okinawa khali karo, yeh nahi unhon ne naaray lagaya.</w:t>
      </w:r>
    </w:p>
    <w:p>
      <w:pPr>
        <w:jc w:val="right"/>
      </w:pPr>
      <w:r>
        <w:t>؟ ڈی لنکنگ پالیسی نہیں اپنائی۔ لڑتے لڑتے لڑتے تباہ ہو چکے ہیں۔ آیا کچھ بھی نہیں اور کھویا سب کچھ۔ میں سمجھتا ہوں کہ جس جاپان نے ڈی لنکنگ پالیسی اپنائی تھی کہ اوکیناوا خالی کرو، یہ نہیں انہوں نے نعرہ لگایا۔</w:t>
      </w:r>
    </w:p>
    <w:p>
      <w:r>
        <w:rPr>
          <w:b/>
        </w:rPr>
        <w:t xml:space="preserve">[58:48] </w:t>
      </w:r>
      <w:r>
        <w:t>jis tarah arbon ne lagaya ke tum falasteen khali karo. okinawa ki baat nahi hai, poore japan mein amriki ghus gaye thay.</w:t>
      </w:r>
    </w:p>
    <w:p>
      <w:pPr>
        <w:jc w:val="right"/>
      </w:pPr>
      <w:r>
        <w:t>جس طرح عربوں نے لگایا کہ تم فلسطین خالی کرو۔ اوکیناوا کی بات نہیں ہے، پورے جاپان میں امریکی گھس گئے تھے۔</w:t>
      </w:r>
    </w:p>
    <w:p>
      <w:r>
        <w:rPr>
          <w:b/>
        </w:rPr>
        <w:t xml:space="preserve">[58:58] </w:t>
      </w:r>
      <w:r>
        <w:t>unhon ne yeh nahi naaray lagaya ke japan ko khali karo, bhago yahan se. maan liya is ko. unhon ne yeh naaray lagaya ke yahudi khali karein falasteen ko.</w:t>
      </w:r>
    </w:p>
    <w:p>
      <w:pPr>
        <w:jc w:val="right"/>
      </w:pPr>
      <w:r>
        <w:t>انہوں نے یہ نہیں نعرہ لگایا کہ جاپان کو خالی کرو، بھاگو یہاں سے۔ مان لیا اس کو۔ انہوں نے یہ نعرہ لگایا کہ یہودی خالی کریں فلسطین کو۔</w:t>
      </w:r>
    </w:p>
    <w:p>
      <w:r>
        <w:rPr>
          <w:b/>
        </w:rPr>
        <w:t xml:space="preserve">[59:08] </w:t>
      </w:r>
      <w:r>
        <w:t>to khali to nahi karwa sake, apne aap ko tabah kar liya. to delinking policy jis tarah se japan ne apnai, is tarah se agar arab apnate falasteen mein to aaj bohat zyada kamyab hotey hain.</w:t>
      </w:r>
    </w:p>
    <w:p>
      <w:pPr>
        <w:jc w:val="right"/>
      </w:pPr>
      <w:r>
        <w:t>تو خالی تو نہیں کروا سکے، اپنے آپ کو تباہ کر لیا۔ تو ڈی لنکنگ پالیسی جس طرح سے جاپان نے اپنائی، اس طریقے سے اگر عرب اپناتے فلسطین میں تو آج بہت زیادہ کامیاب ہوتے ہیں۔</w:t>
      </w:r>
    </w:p>
    <w:p>
      <w:r>
        <w:rPr>
          <w:b/>
        </w:rPr>
        <w:t xml:space="preserve">[59:20] </w:t>
      </w:r>
      <w:r>
        <w:t>woh to mein yeh kahoon ga ke de-linking policy universal law hai.</w:t>
      </w:r>
    </w:p>
    <w:p>
      <w:pPr>
        <w:jc w:val="right"/>
      </w:pPr>
      <w:r>
        <w:t>وہ تو میں یہ کہوں گا کہ ڈی لنکنگ پالیسی یونیورسل لاء ہے۔</w:t>
      </w:r>
    </w:p>
    <w:p>
      <w:r>
        <w:rPr>
          <w:b/>
        </w:rPr>
        <w:t xml:space="preserve">[59:28] </w:t>
      </w:r>
      <w:r>
        <w:t>aap ke paas doosra koi option nahi hai, na secular logon ke liye, na musalmanon ke liye, sab ke liye. to agar aap kamyab hona chahte hain to de-linking policy apnaiye.</w:t>
      </w:r>
    </w:p>
    <w:p>
      <w:pPr>
        <w:jc w:val="right"/>
      </w:pPr>
      <w:r>
        <w:t>آپ کے پاس دوسرا کوئی آپشن نہیں ہے، نہ سیکولر لوگوں کے لیے، نہ مسلمانوں کے لیے، سب کے لیے۔ تو اگر آپ کامیاب ہونا چاہتے ہیں تو ڈی لنکنگ پالیسی اپنائیے۔</w:t>
      </w:r>
    </w:p>
    <w:p>
      <w:r>
        <w:rPr>
          <w:b/>
        </w:rPr>
        <w:t xml:space="preserve">[59:42] </w:t>
      </w:r>
      <w:r>
        <w:t>aur koi bhi aadmi, koi bhi taqat aap ko success se rok nahi sakti.</w:t>
      </w:r>
    </w:p>
    <w:p>
      <w:pPr>
        <w:jc w:val="right"/>
      </w:pPr>
      <w:r>
        <w:t>اور کوئی بھی آدمی، کوئی بھی طاقت آپ کو سکسیس سے روک نہیں سکتی۔</w:t>
      </w:r>
    </w:p>
    <w:p>
      <w:r>
        <w:rPr>
          <w:b/>
        </w:rPr>
        <w:t xml:space="preserve">[59:54] </w:t>
      </w:r>
      <w:r>
        <w:t>aqool qooli haza wastaghfirullaha alaihim ajmaeen.</w:t>
      </w:r>
    </w:p>
    <w:p>
      <w:pPr>
        <w:jc w:val="right"/>
      </w:pPr>
      <w:r>
        <w:t>اقول قولیھذا واستغفراللہ علیہم اجمعین۔</w:t>
      </w:r>
    </w:p>
    <w:p>
      <w:r>
        <w:rPr>
          <w:b/>
        </w:rPr>
        <w:t xml:space="preserve">[1:00:11] </w:t>
      </w:r>
      <w:r>
        <w:t>dekhiye,</w:t>
      </w:r>
    </w:p>
    <w:p>
      <w:pPr>
        <w:jc w:val="right"/>
      </w:pPr>
      <w:r>
        <w:t>دیکھیے،</w:t>
      </w:r>
    </w:p>
    <w:p>
      <w:r>
        <w:rPr>
          <w:b/>
        </w:rPr>
        <w:t xml:space="preserve">[1:00:16] </w:t>
      </w:r>
      <w:r>
        <w:t>is se pehle maine batai thi yeh baat ke yeh yeh jo muamla hai, is mein teen teen qism ki theory rahi hai hazaron saal se.</w:t>
      </w:r>
    </w:p>
    <w:p>
      <w:pPr>
        <w:jc w:val="right"/>
      </w:pPr>
      <w:r>
        <w:t>اس سے پہلے میں نے بتائی تھی یہ بات کہ یہ یہ جو معاملہ ہے، اس میں تین تین قسم کی تھیوری رہی ہے ہزاروں سال سے۔</w:t>
      </w:r>
    </w:p>
    <w:p>
      <w:r>
        <w:rPr>
          <w:b/>
        </w:rPr>
        <w:t xml:space="preserve">[1:00:33] </w:t>
      </w:r>
      <w:r>
        <w:t>is ko kehte hain qadria, jabria aur wastiya.</w:t>
      </w:r>
    </w:p>
    <w:p>
      <w:pPr>
        <w:jc w:val="right"/>
      </w:pPr>
      <w:r>
        <w:t>اس کو کہتے ہیں قدریہ، جبریہ اور وسطیہ۔</w:t>
      </w:r>
    </w:p>
    <w:p>
      <w:r>
        <w:rPr>
          <w:b/>
        </w:rPr>
        <w:t xml:space="preserve">[1:00:39] </w:t>
      </w:r>
      <w:r>
        <w:t>philosophers aur religious dono qism ke logon ke jamae teen theory rahi hai. yani ek yeh hai ke free will hai, bilkul insaan ko.</w:t>
      </w:r>
    </w:p>
    <w:p>
      <w:pPr>
        <w:jc w:val="right"/>
      </w:pPr>
      <w:r>
        <w:t>فلاسفرز اور ریلیجس دونوں قسم کے لوگوں کے جمعے تین تھیوری رہی ہے۔ یعنی ایک یہ ہے کہ فری ول ہے، بالکل انسان کو۔</w:t>
      </w:r>
    </w:p>
    <w:p>
      <w:r>
        <w:rPr>
          <w:b/>
        </w:rPr>
        <w:t xml:space="preserve">[1:00:52] </w:t>
      </w:r>
      <w:r>
        <w:t>ek hai ke everything predetermined hai. aur ek yeh hai ke beech ka muamla hai, wastiya, beech ka, in between. to mein is in between wale muamle ko manta hoon.</w:t>
      </w:r>
    </w:p>
    <w:p>
      <w:pPr>
        <w:jc w:val="right"/>
      </w:pPr>
      <w:r>
        <w:t>ایک ہے کہ ایوری تھنگ پری ڈیٹرمنڈ ہے۔ اور ایک یہ ہے کہ بیچ کا معاملہ ہے، وسطیہ، بیچ کا، ان بٹوین۔ تو میں اس ان بٹوین والے معاملے کو مانتا ہوں۔</w:t>
      </w:r>
    </w:p>
    <w:p>
      <w:r>
        <w:rPr>
          <w:b/>
        </w:rPr>
        <w:t xml:space="preserve">[1:01:07] </w:t>
      </w:r>
      <w:r>
        <w:t>jo log wastiya kehte thay, in between, woh is ko bohat zyada clear nahi kar sake thay scientific age se pehle. yani yeh theory rahi hai shuru se, greek philosophers ke zamane se hi theory hai.</w:t>
      </w:r>
    </w:p>
    <w:p>
      <w:pPr>
        <w:jc w:val="right"/>
      </w:pPr>
      <w:r>
        <w:t>جو لوگ وسطیہ کہتے تھے، ان بٹوین، وہ اس کو بہت زیادہ کلیئر نہیں کر سکے تھے سائنٹیفک ایج سے پہلے۔ یعنی یہ تھیوری رہی ہے شروع سے، گریک فلاسفرز کے زمانے سے ہی تھیوری ہے۔</w:t>
      </w:r>
    </w:p>
    <w:p>
      <w:r>
        <w:rPr>
          <w:b/>
        </w:rPr>
        <w:t xml:space="preserve">[1:01:22] </w:t>
      </w:r>
      <w:r>
        <w:t>lekin mein samajhta hoon ke scientific discovery se pehle hamare philosophers is position mein nahi thay ke is ko bohat achhe tareeqe se clear kar saken, yani logical way mein bata saken.</w:t>
      </w:r>
    </w:p>
    <w:p>
      <w:pPr>
        <w:jc w:val="right"/>
      </w:pPr>
      <w:r>
        <w:t>لیکن میں سمجھتا ہوں کہ سائنٹیفک ڈسکوری سے پہلے ہمارے فلاسفر اس پوزیشن میں نہیں تھے کہ اس کو بہت اچھے طریقے سے کلیئر کر سکیں، یعنی لاجیکل وے میں بتا سکیں۔</w:t>
      </w:r>
    </w:p>
    <w:p>
      <w:r>
        <w:rPr>
          <w:b/>
        </w:rPr>
        <w:t xml:space="preserve">[1:01:33] </w:t>
      </w:r>
      <w:r>
        <w:t>ab hamare paas logical frame mil gaya,</w:t>
      </w:r>
    </w:p>
    <w:p>
      <w:pPr>
        <w:jc w:val="right"/>
      </w:pPr>
      <w:r>
        <w:t>اب ہمارے پاس لاجیکل فریم مل گیا،</w:t>
      </w:r>
    </w:p>
    <w:p>
      <w:r>
        <w:rPr>
          <w:b/>
        </w:rPr>
        <w:t xml:space="preserve">[1:01:37] </w:t>
      </w:r>
      <w:r>
        <w:t>humein. ab hum zyada clear to bata sakte hain. woh kya hai? ke yeh cheez ab discover ho chuki hai ke is dunya mein ek hai jis ko hum kehte hain life support system.</w:t>
      </w:r>
    </w:p>
    <w:p>
      <w:pPr>
        <w:jc w:val="right"/>
      </w:pPr>
      <w:r>
        <w:t>ہمیں۔ اب ہم زیادہ کلیئر تو بتا سکتے ہیں۔ وہ کیا ہے؟ کہ یہ چیز اب ڈسکور ہو چکی ہے کہ اس دنیا میں ایک ہے جس کو ہم کہتے ہیں لائف سپورٹ سسٹم۔</w:t>
      </w:r>
    </w:p>
    <w:p>
      <w:r>
        <w:rPr>
          <w:b/>
        </w:rPr>
        <w:t xml:space="preserve">[1:01:54] </w:t>
      </w:r>
      <w:r>
        <w:t>pehlay itna clear tor par yeh baat maloom nahi thi. mubham tor par log jante thay life support system.</w:t>
      </w:r>
    </w:p>
    <w:p>
      <w:pPr>
        <w:jc w:val="right"/>
      </w:pPr>
      <w:r>
        <w:t>پہلے اتنا کلیئر طور پر یہ بات معلوم نہیں تھی۔ مبہم طور پر لوگ جانتے تھے لائف سپورٹ سسٹم۔</w:t>
      </w:r>
    </w:p>
    <w:p>
      <w:r>
        <w:rPr>
          <w:b/>
        </w:rPr>
        <w:t xml:space="preserve">[1:02:02] </w:t>
      </w:r>
      <w:r>
        <w:t>to yeh baat ab har aadmi maan chuka hai ke life support system ke baghair hum kuch nahi kar sakte. jaise ke ek moti si misaal yeh hai ke mein chahta hoon bolna, lekin agar air na ho to meri bol aap tak nahi pohnche gi.</w:t>
      </w:r>
    </w:p>
    <w:p>
      <w:pPr>
        <w:jc w:val="right"/>
      </w:pPr>
      <w:r>
        <w:t>تو یہ بات اب ہر آدمی مان چکا ہے کہ لائف سپورٹ سسٹم کے بغیر ہم کچھ نہیں کر سکتے۔ جیسے کہ ایک موٹی سی مثال یہ ہے کہ میں چاہتا ہوں بولنا، لیکن اگر ایئر نہ ہو تو میری بول آپ تک نہیں پہنچے گی۔</w:t>
      </w:r>
    </w:p>
    <w:p>
      <w:r>
        <w:rPr>
          <w:b/>
        </w:rPr>
        <w:t xml:space="preserve">[1:02:17] </w:t>
      </w:r>
      <w:r>
        <w:t>mein chahta hoon dekhna, aankh ho lekin light na ho to mein dekh nahi sakoon ga. mein chahta hoon chalna, mere paas paon ho lekin gravity na ho to mein chal nahi sakta.</w:t>
      </w:r>
    </w:p>
    <w:p>
      <w:pPr>
        <w:jc w:val="right"/>
      </w:pPr>
      <w:r>
        <w:t>میں چاہتا ہوں دیکھنا، آنکھ ہو لیکن لائٹ نہ ہو تو میں دیکھ نہیں سکوں گا۔ میں چاہتا ہوں چلنا، میرے پاس پاؤں ہو لیکن گریوٹی نہ ہو تو میں چل نہیں سکتا۔</w:t>
      </w:r>
    </w:p>
    <w:p>
      <w:r>
        <w:rPr>
          <w:b/>
        </w:rPr>
        <w:t xml:space="preserve">[1:02:30] </w:t>
      </w:r>
      <w:r>
        <w:t>is tarah ki billion billion cheezein hain.</w:t>
      </w:r>
    </w:p>
    <w:p>
      <w:pPr>
        <w:jc w:val="right"/>
      </w:pPr>
      <w:r>
        <w:t>اس طرح کی بلین بلین چیزیں ہیں۔</w:t>
      </w:r>
    </w:p>
    <w:p>
      <w:r>
        <w:rPr>
          <w:b/>
        </w:rPr>
        <w:t xml:space="preserve">[1:02:35] </w:t>
      </w:r>
      <w:r>
        <w:t>to aap chahe jahan par chalte hain to samajhte hain ke aap log bas chal rahe hain. bas is ko aadmi yani samajhta hai ke for granted le leta hai.</w:t>
      </w:r>
    </w:p>
    <w:p>
      <w:pPr>
        <w:jc w:val="right"/>
      </w:pPr>
      <w:r>
        <w:t>تو آپ چاہے جہاں پر چلتے ہیں تو سمجھتے ہیں کہ آپ لوگ بس چل رہے ہیں۔ بس اس کو آدمی یعنی سمجھتا ہے کہ فار گرانٹڈ لے لیتا ہے۔</w:t>
      </w:r>
    </w:p>
    <w:p>
      <w:r>
        <w:rPr>
          <w:b/>
        </w:rPr>
        <w:t xml:space="preserve">[1:02:48] </w:t>
      </w:r>
      <w:r>
        <w:t>mein dekhta hoon logon ko road par chalte hue, mein jab barhta hoon apni balcony par, dekhta hoon ke log aa rahe hain, ja rahe hain, to logon ke chehre ko parta hoon.</w:t>
      </w:r>
    </w:p>
    <w:p>
      <w:pPr>
        <w:jc w:val="right"/>
      </w:pPr>
      <w:r>
        <w:t>میں دیکھتا ہوں لوگوں کو روڈ پر چلتے ہوئے، میں جب بڑھتا ہوں اپنی بالکنی پر، دیکھتا ہوں کہ لوگ آ رہے ہیں، جا رہے ہیں، تو لوگوں کے چہرے کو پڑھتا ہوں۔</w:t>
      </w:r>
    </w:p>
    <w:p>
      <w:r>
        <w:rPr>
          <w:b/>
        </w:rPr>
        <w:t xml:space="preserve">[1:02:56] </w:t>
      </w:r>
      <w:r>
        <w:t>mein</w:t>
      </w:r>
    </w:p>
    <w:p>
      <w:pPr>
        <w:jc w:val="right"/>
      </w:pPr>
      <w:r>
        <w:t>میں</w:t>
      </w:r>
    </w:p>
    <w:p>
      <w:r>
        <w:rPr>
          <w:b/>
        </w:rPr>
        <w:t xml:space="preserve">[1:02:57] </w:t>
      </w:r>
      <w:r>
        <w:t>koi bhi aadmi yeh sochta nahi ke jo chal raha hoon, kitni bari baat hai yeh ke mein chal raha hoon. kyunke dekhiye, is ke liye kai cheezein, kai requirement hain.</w:t>
      </w:r>
    </w:p>
    <w:p>
      <w:pPr>
        <w:jc w:val="right"/>
      </w:pPr>
      <w:r>
        <w:t>کوئی بھی آدمی یہ سوچتا نہیں کہ جو چل رہا ہوں، کتنی بڑی بات ہے یہ کہ میں چل رہا ہوں۔ کیونکہ دیکھیے، اس کے لیے کئی چیزوں، کئی ریکوائرمنٹ ہیں۔</w:t>
      </w:r>
    </w:p>
    <w:p>
      <w:r>
        <w:rPr>
          <w:b/>
        </w:rPr>
        <w:t xml:space="preserve">[1:03:09] </w:t>
      </w:r>
      <w:r>
        <w:t>number one, mujhe aankh se dekhne ke liye light maujood ho wahan par, warna mein bhatkoon ga, idhar se udhar, idhar se bhatkoon ga, rasta bhool jaon ga.</w:t>
      </w:r>
    </w:p>
    <w:p>
      <w:pPr>
        <w:jc w:val="right"/>
      </w:pPr>
      <w:r>
        <w:t>نمبر ون، مجھے آنکھ سے دیکھنے کے لیے لائٹ موجود ہو وہاں پر، ورنہ میں بھٹکوں گا، ادھر سے ادھر، ادھر سے بھٹکوں گا، راستہ بھول جاؤں گا۔</w:t>
      </w:r>
    </w:p>
    <w:p>
      <w:r>
        <w:rPr>
          <w:b/>
        </w:rPr>
        <w:t xml:space="preserve">[1:03:19] </w:t>
      </w:r>
      <w:r>
        <w:t>to light wahan maujood ho, tab meri aankh dekhe gi.</w:t>
      </w:r>
    </w:p>
    <w:p>
      <w:pPr>
        <w:jc w:val="right"/>
      </w:pPr>
      <w:r>
        <w:t>تو لائٹ وہاں موجود ہو، تب میری آنکھ دیکھے گی۔</w:t>
      </w:r>
    </w:p>
    <w:p>
      <w:r>
        <w:rPr>
          <w:b/>
        </w:rPr>
        <w:t xml:space="preserve">[1:03:24] </w:t>
      </w:r>
      <w:r>
        <w:t>fresh air barabar mil rahi ho, oxygen ki supply chal rahi ho, mein chal raha hoon aur oxygen mujh ko milta chala ja raha hai. yeh hona chahiye, warna mar jaon ga, rastay mein mar jaon ga, pohnchun ga nahi kahin.</w:t>
      </w:r>
    </w:p>
    <w:p>
      <w:pPr>
        <w:jc w:val="right"/>
      </w:pPr>
      <w:r>
        <w:t>فریش ایئر برابر مل رہی ہو، اکسیجن کی سپلائی چل رہی ہو، میں چل رہا ہوں اور اکسیجن مجھ کو ملتا چلا جا رہا ہے۔ یہ ہونا چاہیے، ورنہ مر جاؤں گا، راستے میں مر جاؤں گا، پہنچوں گا نہیں کہیں۔</w:t>
      </w:r>
    </w:p>
    <w:p>
      <w:r>
        <w:rPr>
          <w:b/>
        </w:rPr>
        <w:t xml:space="preserve">[1:03:35] </w:t>
      </w:r>
      <w:r>
        <w:t>mind ho jis se, memory ho jis ke andar, rastay ko pehchan sakoon mein ke yahan mudna hai, yahan idhar jana hai, yahan idhar jana hai. apne mind se pehchanta hoon.</w:t>
      </w:r>
    </w:p>
    <w:p>
      <w:pPr>
        <w:jc w:val="right"/>
      </w:pPr>
      <w:r>
        <w:t>مائنڈ ہو جس سے، میموری ہو جس کے اندر، راستے کو پہچان سکوں میں کہ یہاں مڑنا ہے، یہاں ادھر جانا ہے، یہاں ادھر جانا ہے۔ اپنے مائنڈ سے پہچانتا ہوں۔</w:t>
      </w:r>
    </w:p>
    <w:p>
      <w:r>
        <w:rPr>
          <w:b/>
        </w:rPr>
        <w:t xml:space="preserve">[1:03:45] </w:t>
      </w:r>
      <w:r>
        <w:t>agar mind mein meri memory khatm ho jaye to main kuch nahi samjhunga.</w:t>
      </w:r>
    </w:p>
    <w:p>
      <w:pPr>
        <w:jc w:val="right"/>
      </w:pPr>
      <w:r>
        <w:t>اگر مائنڈ میں میری میموری ختم ہو جائے تو میں کچھ نہیں سمجھوں گا۔</w:t>
      </w:r>
    </w:p>
    <w:p>
      <w:r>
        <w:rPr>
          <w:b/>
        </w:rPr>
        <w:t xml:space="preserve">[1:03:51] </w:t>
      </w:r>
      <w:r>
        <w:t>is tareeqay se jab chalta hoon main to dekhiye, ek hai gravitational pull, wo mujhe zameen mein roki hui hai, sambhali hui hai. usi ke sath panch sau mil door tak hawa hai hamare upar,</w:t>
      </w:r>
    </w:p>
    <w:p>
      <w:pPr>
        <w:jc w:val="right"/>
      </w:pPr>
      <w:r>
        <w:t>اس طریقے سے جب چلتا ہوں میں تو دیکھیے، ایک ہے گریویٹیشنل پل، وہ مجھے زمین میں روکی ہوئی ہے، سنبھالی ہوئی ہے۔ اسی کے ساتھ پانچ سو میل دور تک ہوا ہے ہمارے اوپر،</w:t>
      </w:r>
    </w:p>
    <w:p>
      <w:r>
        <w:rPr>
          <w:b/>
        </w:rPr>
        <w:t xml:space="preserve">[1:04:06] </w:t>
      </w:r>
      <w:r>
        <w:t>is ka dabao hamare upar parta hai. chuncha charon taraf se par raha hai dabao, is wajah se is ka bojh bohat sahi karte hain. hum agar sar par paray, khali sar par, to hum dab ke mar jayen.</w:t>
      </w:r>
    </w:p>
    <w:p>
      <w:pPr>
        <w:jc w:val="right"/>
      </w:pPr>
      <w:r>
        <w:t>اس کا دباؤ ہمارے اوپر پڑتا ہے۔ چونکہ چاروں طرف سے پڑ رہا ہے دباؤ، اس وجہ سے اس کا بوجھ بہت سہی کرتے ہیں۔ ہم اگر سر پر پڑے، خالی سر پر، تو ہم دب کے مر جائیں۔</w:t>
      </w:r>
    </w:p>
    <w:p>
      <w:r>
        <w:rPr>
          <w:b/>
        </w:rPr>
        <w:t xml:space="preserve">[1:04:19] </w:t>
      </w:r>
      <w:r>
        <w:t>sara bojh jo hai hawa ka, agar agar sar par par jaye na, to hum dab ke mar jayen gay. lekin parta hai charon taraf se, to is wajah se sab balance hota rehta hai.</w:t>
      </w:r>
    </w:p>
    <w:p>
      <w:pPr>
        <w:jc w:val="right"/>
      </w:pPr>
      <w:r>
        <w:t>سارا بوجھ جو ہے ہوا کا، اگر اگر سر پر پڑ جائے نا، تو ہم دب کے مر جائیں گے۔ لیکن پڑتا ہے چاروں طرف سے، تو اس وجہ سے سب بیلنس ہوتا رہتا ہے۔</w:t>
      </w:r>
    </w:p>
    <w:p>
      <w:r>
        <w:rPr>
          <w:b/>
        </w:rPr>
        <w:t xml:space="preserve">[1:04:31] </w:t>
      </w:r>
      <w:r>
        <w:t>itnay sara support system hai, tab hum zameen par chalte hain, bolte hain, rehte hain, kaam karte hain. is ko main kahunga ek naya lafz, main istemal karna chahunga, infrastructure, divine infrastructure.</w:t>
      </w:r>
    </w:p>
    <w:p>
      <w:pPr>
        <w:jc w:val="right"/>
      </w:pPr>
      <w:r>
        <w:t>اتنے سارا سپورٹ سسٹم ہے، تب ہم زمین پر چلتے ہیں، بولتے ہیں، رہتے ہیں، کام کرتے ہیں۔ اس کو میں کہوں گا ایک نیا لفظ، میں استعمال کرنا چاہوں گا، انفراسٹرکچر، ڈیوائن انفراسٹرکچر۔</w:t>
      </w:r>
    </w:p>
    <w:p>
      <w:r>
        <w:rPr>
          <w:b/>
        </w:rPr>
        <w:t xml:space="preserve">[1:04:48] </w:t>
      </w:r>
      <w:r>
        <w:t>ek hai meri free will, ek hai divine infrastructure. to main apne iraday se chalunga kisi rastay par, yahan par poori tarah se main azaad hoon ke main chahun to chalun, chahun to na chalun.</w:t>
      </w:r>
    </w:p>
    <w:p>
      <w:pPr>
        <w:jc w:val="right"/>
      </w:pPr>
      <w:r>
        <w:t>ایک ہے میری فری ول، ایک ہے ڈیوائن انفراسٹرکچر۔ تو میں اپنے ارادے سے چلوں گا کسی راستے پر، یہاں پر پوری طرح سے میں آزاد ہوں کہ میں چاہوں تو چلوں، چاہوں تو نہ چلوں۔</w:t>
      </w:r>
    </w:p>
    <w:p>
      <w:r>
        <w:rPr>
          <w:b/>
        </w:rPr>
        <w:t xml:space="preserve">[1:05:06] </w:t>
      </w:r>
      <w:r>
        <w:t>lekin divine infrastructure jo hai, agar wo sath na de to main chal nahi sakta hoon. to ek hai meri free will, ek hai divine infrastructure.</w:t>
      </w:r>
    </w:p>
    <w:p>
      <w:pPr>
        <w:jc w:val="right"/>
      </w:pPr>
      <w:r>
        <w:t>لیکن ڈیوائن انفراسٹرکچر جو ہے، اگر وہ ساتھ نہ دے تو میں چل نہیں سکتا ہوں۔ تو ایک ہے میری فری ول، ایک ہے ڈیوائن انفراسٹرکچر۔</w:t>
      </w:r>
    </w:p>
    <w:p>
      <w:r>
        <w:rPr>
          <w:b/>
        </w:rPr>
        <w:t xml:space="preserve">[1:05:17] </w:t>
      </w:r>
      <w:r>
        <w:t>yeh wastiya, yani 50 percent mera kaam hai, 50 percent khuda ka kaam hai. isi ko main sahi manta hoon.</w:t>
      </w:r>
    </w:p>
    <w:p>
      <w:pPr>
        <w:jc w:val="right"/>
      </w:pPr>
      <w:r>
        <w:t>یہ وسطیہ، یعنی 50 پرسنٹ میرا کام ہے، 50 پرسنٹ خدا کا کام ہے۔ اسی کو میں صحیح مانتا ہوں۔</w:t>
      </w:r>
    </w:p>
    <w:p>
      <w:r>
        <w:rPr>
          <w:b/>
        </w:rPr>
        <w:t xml:space="preserve">[1:05:26] </w:t>
      </w:r>
      <w:r>
        <w:t>jabriya bhi galat, qadriya bhi galat. sahi jo hai, wastiya hai. yani 50 percent mera free will kaam karta hai aur 50 percent jo hai, wo khuda ka divine infrastructure kaam karta hai.</w:t>
      </w:r>
    </w:p>
    <w:p>
      <w:pPr>
        <w:jc w:val="right"/>
      </w:pPr>
      <w:r>
        <w:t>جبریہ بھی غلط، قدریہ بھی غلط۔ صحیح جو ہے، وسطیہ ہے۔ یعنی 50 پرسنٹ میرا فری ول کام کرتا ہے اور 50 پرسنٹ جو ہے، وہ خدا کا ڈیوائن انفراسٹرکچر کام کرتا ہے۔</w:t>
      </w:r>
    </w:p>
    <w:p>
      <w:r>
        <w:rPr>
          <w:b/>
        </w:rPr>
        <w:t xml:space="preserve">[1:05:43] </w:t>
      </w:r>
      <w:r>
        <w:t>yeh hai is ka jawab.</w:t>
      </w:r>
    </w:p>
    <w:p>
      <w:pPr>
        <w:jc w:val="right"/>
      </w:pPr>
      <w:r>
        <w:t>یہ ہے اس کا جواب۔</w:t>
      </w:r>
    </w:p>
    <w:p>
      <w:r>
        <w:rPr>
          <w:b/>
        </w:rPr>
        <w:t xml:space="preserve">[1:05:49] </w:t>
      </w:r>
      <w:r>
        <w:t>ah, yeh sawal Grish Joyal ka hai. nazrat ka mozu ek work vishesh se kyun juda hai? bharat mein ghulam vansh ka shasan raha hai.</w:t>
      </w:r>
    </w:p>
    <w:p>
      <w:pPr>
        <w:jc w:val="right"/>
      </w:pPr>
      <w:r>
        <w:t>اہ، یہ سوال گریش جوائل کا ہے۔ नेतृत्व کا विषय ایک ورک विशेष سے کیوں جڑا ہے؟ بھارت میں غلام وंश کا शासन रहा ہے۔</w:t>
      </w:r>
    </w:p>
    <w:p>
      <w:r>
        <w:rPr>
          <w:b/>
        </w:rPr>
        <w:t xml:space="preserve">[1:06:00] </w:t>
      </w:r>
      <w:r>
        <w:t>chandragupt maurya, shivaji, tipu sultan aadi yoddha samanya jati ke vansh se thay. kya bhavishya mein samanta sambhav hai?</w:t>
      </w:r>
    </w:p>
    <w:p>
      <w:pPr>
        <w:jc w:val="right"/>
      </w:pPr>
      <w:r>
        <w:t>چंद्रگپت موریا، शिवाजी، ٹیپو سلطان आदि योद्धा सामान्य जाति के वंश से थे। क्या भविष्य में समानता संभव है?</w:t>
      </w:r>
    </w:p>
    <w:p>
      <w:r>
        <w:rPr>
          <w:b/>
        </w:rPr>
        <w:t xml:space="preserve">[1:06:11] </w:t>
      </w:r>
      <w:r>
        <w:t>hmm, yeh jo hai, dekhen, main ne keh diya tha ke yeh practical wisdom ki baat hai, idealism ki baat nahi hai. idealism ki baat nahi hai.</w:t>
      </w:r>
    </w:p>
    <w:p>
      <w:pPr>
        <w:jc w:val="right"/>
      </w:pPr>
      <w:r>
        <w:t>ہمم، یہ جو ہے، دیکھیں، میں نے کہہ دیا تھا کہ یہ پریکٹیکل وزڈم کی بات ہے، آئیڈیلزم کی بات نہیں ہے۔ آئیڈیلزم کی بات نہیں ہے۔</w:t>
      </w:r>
    </w:p>
    <w:p>
      <w:r>
        <w:rPr>
          <w:b/>
        </w:rPr>
        <w:t xml:space="preserve">[1:06:23] </w:t>
      </w:r>
      <w:r>
        <w:t>aap leadership ko agar equality ke reference mein dekhen gay to chalega nahi, wo kaam hi nahi banega, kaam nahi banne wala hai.</w:t>
      </w:r>
    </w:p>
    <w:p>
      <w:pPr>
        <w:jc w:val="right"/>
      </w:pPr>
      <w:r>
        <w:t>آپ لیڈرشپ کو اگر ایکولٹی کے ریفرنس میں دیکھیں گے تو چلے گا نہیں، وہ کام ہی نہیں بنے گا، کام نہیں بننے والا ہے۔</w:t>
      </w:r>
    </w:p>
    <w:p>
      <w:r>
        <w:rPr>
          <w:b/>
        </w:rPr>
        <w:t xml:space="preserve">[1:06:32] </w:t>
      </w:r>
      <w:r>
        <w:t>log revolt kar den gay.</w:t>
      </w:r>
    </w:p>
    <w:p>
      <w:pPr>
        <w:jc w:val="right"/>
      </w:pPr>
      <w:r>
        <w:t>لوگ ریولٹ کر دیں گے۔</w:t>
      </w:r>
    </w:p>
    <w:p>
      <w:r>
        <w:rPr>
          <w:b/>
        </w:rPr>
        <w:t xml:space="preserve">[1:06:36] </w:t>
      </w:r>
      <w:r>
        <w:t>agar India mein, suppose, jab India azaad hua to prime minister bana dete hain aap Dr. Ambedkar ko, to chal nahi pata tha India.</w:t>
      </w:r>
    </w:p>
    <w:p>
      <w:pPr>
        <w:jc w:val="right"/>
      </w:pPr>
      <w:r>
        <w:t>اگر انڈیا میں، سپوز، جب انڈیا آزاد ہوا تو پرائم منسٹر بنا دیتے ہیں آپ ڈاکٹر امبیدکر کو، تو چل نہیں پاتا تھا انڈیا۔</w:t>
      </w:r>
    </w:p>
    <w:p>
      <w:r>
        <w:rPr>
          <w:b/>
        </w:rPr>
        <w:t xml:space="preserve">[1:06:45] </w:t>
      </w:r>
      <w:r>
        <w:t>humein ek brahman prime minister chahiye tha. to yeh baat India hi ki nahi hai, har jagah ki hai. Islam mein bhi yahi hai. to main ne aap se kaha tha ke ek hai idealism, ek hai yani practical.</w:t>
      </w:r>
    </w:p>
    <w:p>
      <w:pPr>
        <w:jc w:val="right"/>
      </w:pPr>
      <w:r>
        <w:t>ہمیں ایک براہمن پرائم منسٹر چاہیے تھا۔ تو یہ بات انڈیا ہی کی نہیں ہے، ہر جگہ کی ہے۔ اسلام میں بھی یہی ہے۔ تو میں نے آپ سے کہا تھا کہ ایک ہے آئیڈیلزم، ایک ہے یعنی پریکٹیکل۔</w:t>
      </w:r>
    </w:p>
    <w:p>
      <w:r>
        <w:rPr>
          <w:b/>
        </w:rPr>
        <w:t xml:space="preserve">[1:07:03] </w:t>
      </w:r>
      <w:r>
        <w:t>to main yeh manta hoon ke apna mamla agar ho apna to main ideal ban sakta hoon. is mein mujhe compromise ki zaroorat nahi hai apne mamle mein.</w:t>
      </w:r>
    </w:p>
    <w:p>
      <w:pPr>
        <w:jc w:val="right"/>
      </w:pPr>
      <w:r>
        <w:t>تو میں یہ مانتا ہوں کہ اپنا معاملہ اگر ہو اپنا تو میں آئیڈیل بن سکتا ہوں۔ اس میں مجھے کمپرومائز کی ضرورت نہیں ہے اپنے معاملے میں۔</w:t>
      </w:r>
    </w:p>
    <w:p>
      <w:r>
        <w:rPr>
          <w:b/>
        </w:rPr>
        <w:t xml:space="preserve">[1:07:15] </w:t>
      </w:r>
      <w:r>
        <w:t>lekin jab baat aa jaye samaj ki, doosron ki, to main apna ideal nahi chala sakta. dekhna paray ga ke samaj ki soch kya hai, samaj ke andar condition kya hai.</w:t>
      </w:r>
    </w:p>
    <w:p>
      <w:pPr>
        <w:jc w:val="right"/>
      </w:pPr>
      <w:r>
        <w:t>لیکن جب بات آ جائے سماج کی، دوسروں کی، تو میں اپنا آئیڈیل نہیں چلا سکتا۔ دیکھنا پڑے گا کہ سماج کی سوچ کیا ہے، سماج کے اندر کنڈیشن کیا ہے۔</w:t>
      </w:r>
    </w:p>
    <w:p>
      <w:r>
        <w:rPr>
          <w:b/>
        </w:rPr>
        <w:t xml:space="preserve">[1:07:27] </w:t>
      </w:r>
      <w:r>
        <w:t>to main samajhta hoon ke hamesha aisa karna paray ga ke aap ko yeh dekhna paray ga leadership ke liye ke samaj mein kitna acceptance hai, us ko dekhna paray ga ta ke revolt na ho jaye.</w:t>
      </w:r>
    </w:p>
    <w:p>
      <w:pPr>
        <w:jc w:val="right"/>
      </w:pPr>
      <w:r>
        <w:t>تو میں سمجھتا ہوں کہ ہمیشہ ایسا کرنا پڑے گا کہ آپ کو یہ دیکھنا پڑے گا لیڈرشپ کے لیے کہ سماج میں کتنا ایکسیپٹنس ہے، اس کو دیکھنا پڑے گا تاکہ ریولٹ نہ ہو جائے۔</w:t>
      </w:r>
    </w:p>
    <w:p>
      <w:r>
        <w:rPr>
          <w:b/>
        </w:rPr>
        <w:t xml:space="preserve">[1:07:39] </w:t>
      </w:r>
      <w:r>
        <w:t>log jo hain, wo overthrow na kar dein is is is iqtadar ko, is leadership ko. to main samajhta hoon ke humein individual life mein bhi, family life mein bhi, yeh karna hi karna hai.</w:t>
      </w:r>
    </w:p>
    <w:p>
      <w:pPr>
        <w:jc w:val="right"/>
      </w:pPr>
      <w:r>
        <w:t>لوگ جو ہیں، وہ اوور تھرو نہ کر دیں اس اس اس اقتدار کو، اس لیڈرشپ کو۔ تو میں سمجھتا ہوں کہ ہمیں انڈیویجول لائف میں بھی، فیملی لائف میں بھی، یہ کرنا ہی کرنا ہے۔</w:t>
      </w:r>
    </w:p>
    <w:p>
      <w:r>
        <w:rPr>
          <w:b/>
        </w:rPr>
        <w:t xml:space="preserve">[1:07:53] </w:t>
      </w:r>
      <w:r>
        <w:t>is ko</w:t>
      </w:r>
    </w:p>
    <w:p>
      <w:pPr>
        <w:jc w:val="right"/>
      </w:pPr>
      <w:r>
        <w:t>اس کو</w:t>
      </w:r>
    </w:p>
    <w:p>
      <w:r>
        <w:rPr>
          <w:b/>
        </w:rPr>
        <w:t xml:space="preserve">[1:07:54] </w:t>
      </w:r>
      <w:r>
        <w:t>ke idealism ko aur practicalism, practical jo taqazay hain, us ko hum dealing karein apne upar to chalayen idealism, lekin samaj ka jab mamla ho to hum practical ban jayen.</w:t>
      </w:r>
    </w:p>
    <w:p>
      <w:pPr>
        <w:jc w:val="right"/>
      </w:pPr>
      <w:r>
        <w:t>کہ آئیڈیلزم کو اور پریکٹیکلزم، پریکٹیکل جو تقاضے ہیں، اس کو ہم ڈیلنگ کریں اپنے اوپر تو چلائیں آئیڈیلزم، لیکن سماج کا جب معاملہ ہو تو ہم پریکٹیکل بن جائیں۔</w:t>
      </w:r>
    </w:p>
    <w:p>
      <w:r>
        <w:rPr>
          <w:b/>
        </w:rPr>
        <w:t xml:space="preserve">[1:08:06] </w:t>
      </w:r>
      <w:r>
        <w:t>is ke sath koi option nahi doosra, aur na kabhi option rahe ga. hamesha yahi karna paray ga hum ko.</w:t>
      </w:r>
    </w:p>
    <w:p>
      <w:pPr>
        <w:jc w:val="right"/>
      </w:pPr>
      <w:r>
        <w:t>اس کے ساتھ کوئی آپشن نہیں دوسرا، اور نہ کبھی آپشن رہے گا۔ ہمیشہ یہی کرنا پڑے گا ہم کو۔</w:t>
      </w:r>
    </w:p>
    <w:p>
      <w:r>
        <w:rPr>
          <w:b/>
        </w:rPr>
        <w:t xml:space="preserve">[1:08:16] </w:t>
      </w:r>
      <w:r>
        <w:t>ah, this question is from Shakeel. what is correct way to study Quran?</w:t>
      </w:r>
    </w:p>
    <w:p>
      <w:pPr>
        <w:jc w:val="right"/>
      </w:pPr>
      <w:r>
        <w:t>اہ، دس کوئسچن از فرام شکیل۔ واٹ از کریکٹ وے ٹو سٹڈی قرآن؟</w:t>
      </w:r>
    </w:p>
    <w:p>
      <w:r>
        <w:rPr>
          <w:b/>
        </w:rPr>
        <w:t xml:space="preserve">[1:08:28] </w:t>
      </w:r>
      <w:r>
        <w:t>dekhen, main to samajhta hoon ke hamara jo tafsir wale log mubassir ho gaye hain, 80 discipline ko batate hain, 80 ilm hona chahiye.</w:t>
      </w:r>
    </w:p>
    <w:p>
      <w:pPr>
        <w:jc w:val="right"/>
      </w:pPr>
      <w:r>
        <w:t>دیکھیں، میں تو سمجھتا ہوں کہ ہمارا جو تفسیر والے لوگ مبصر ہو گئے ہیں، 80 ڈسپلن کو بتاتے ہیں، 80 علم ہونا چاہیے۔</w:t>
      </w:r>
    </w:p>
    <w:p>
      <w:r>
        <w:rPr>
          <w:b/>
        </w:rPr>
        <w:t xml:space="preserve">[1:08:40] </w:t>
      </w:r>
      <w:r>
        <w:t>main yeh sab bekar samajhta hoon. baatein bilkul abstract baatein hain. yeh 80 ilm, matlab hai ke arabic language aur grammar aur balaghat aur yeh aur duniya bhar ke 80 ilm gunat</w:t>
      </w:r>
    </w:p>
    <w:p>
      <w:pPr>
        <w:jc w:val="right"/>
      </w:pPr>
      <w:r>
        <w:t>میں یہ سب بیکار سمجھتا ہوں۔ باتیں بالکل ایبسٹریکٹ باتیں ہیں۔ یہ 80 علم، مطلب ہے کہ عربک لینگویج اور گریمر اور بلاغت اور یہ اور دنیا بھر کے 80 علم گنات</w:t>
      </w:r>
    </w:p>
    <w:p>
      <w:r>
        <w:rPr>
          <w:b/>
        </w:rPr>
        <w:t xml:space="preserve">[1:08:54] </w:t>
      </w:r>
      <w:r>
        <w:t>e hain. main is ko bilkul abstract samajhta hoon aur bilkul lagho samajhta hoon. mere nazdeek sirf do cheezon ki zaroorat hai, sirf do cheezein: sincerity aur dua.</w:t>
      </w:r>
    </w:p>
    <w:p>
      <w:pPr>
        <w:jc w:val="right"/>
      </w:pPr>
      <w:r>
        <w:t>ے ہیں۔ میں اس کو بالکل ایبسٹریکٹ سمجھتا ہوں اور بالکل لغو سمجھتا ہوں۔ میرے نزدیک صرف دو چیزوں کی ضرورت ہے، صرف دو چیزیں: سنسیرٹی اور دعا۔</w:t>
      </w:r>
    </w:p>
    <w:p>
      <w:r>
        <w:rPr>
          <w:b/>
        </w:rPr>
        <w:t xml:space="preserve">[1:09:09] </w:t>
      </w:r>
      <w:r>
        <w:t>aap sincere hon aur dua kar ke parhen. dua is liye zaroori hai, dekhiye, ke Quran hi aik aisi kitab hai jis ke author se aap har waqt consult karne ki position mein hain.</w:t>
      </w:r>
    </w:p>
    <w:p>
      <w:pPr>
        <w:jc w:val="right"/>
      </w:pPr>
      <w:r>
        <w:t>آپ سنسیئر ہوں اور دعا کر کے پڑھیں۔ دعا اس لیے ضروری ہے، دیکھیے، کہ قرآن ہی ایک ایسی کتاب ہے جس کے اتھر سے آپ ہر وقت کنسلٹ کرنے کی پوزیشن میں ہیں۔</w:t>
      </w:r>
    </w:p>
    <w:p>
      <w:r>
        <w:rPr>
          <w:b/>
        </w:rPr>
        <w:t xml:space="preserve">[1:09:25] </w:t>
      </w:r>
      <w:r>
        <w:t>hamara aqeeda Khuda aik aik living being hai, zinda wajood hai. har waqt hum se contact kar sakte hain. wida salik ibadi fani qareeb, jise Masih ne kaha ke mango to pao ge,</w:t>
      </w:r>
    </w:p>
    <w:p>
      <w:pPr>
        <w:jc w:val="right"/>
      </w:pPr>
      <w:r>
        <w:t>ہمارا عقیدہ خدا ایک ایک لیونگ بینگ ہے، زندہ وجود ہے۔ ہر وقت ہم سے کنٹیکٹ کر سکتے ہیں۔ ویدا سالک عبادی فانی قریب، جسے مسیح نے کہا کہ مانگو تو پاؤ گے،</w:t>
      </w:r>
    </w:p>
    <w:p>
      <w:r>
        <w:rPr>
          <w:b/>
        </w:rPr>
        <w:t xml:space="preserve">[1:09:41] </w:t>
      </w:r>
      <w:r>
        <w:t>darwaza khatkhatao to tumhare waste khola jayega. to hamara yeh belief hai, hamara aqeeda hai ke har waqt insan Khuda se apna contact bana sakta hai.</w:t>
      </w:r>
    </w:p>
    <w:p>
      <w:pPr>
        <w:jc w:val="right"/>
      </w:pPr>
      <w:r>
        <w:t>دروازہ کھٹکھٹاؤ تو تمہارے واسطے کھولا جائے گا۔ تو ہمارا یہ بیلیف ہے، ہمارا عقیدہ ہے کہ ہر وقت انسان خدا سے اپنا کنٹیکٹ بنا سکتا ہے۔</w:t>
      </w:r>
    </w:p>
    <w:p>
      <w:r>
        <w:rPr>
          <w:b/>
        </w:rPr>
        <w:t xml:space="preserve">[1:09:52] </w:t>
      </w:r>
      <w:r>
        <w:t>to aik ho aadmi ke andar sach much woh seeker ho, sach much seeker ho, yeh janna chahta ho ke sachai kya hai, aur jahan jahan mind atka hai, uska Khuda se consult kare.</w:t>
      </w:r>
    </w:p>
    <w:p>
      <w:pPr>
        <w:jc w:val="right"/>
      </w:pPr>
      <w:r>
        <w:t>تو ایک ہو آدمی کے اندر سچ مچ وہ سیکھر ہو، سچ مچ سیکھر ہو، یہ جاننا چاہتا ہو کہ سچائی کیا ہے، اور جہاں جہاں مائنڈ اٹکا ہے، اس کا خدا سے کنسلٹ کرے۔</w:t>
      </w:r>
    </w:p>
    <w:p>
      <w:r>
        <w:rPr>
          <w:b/>
        </w:rPr>
        <w:t xml:space="preserve">[1:10:08] </w:t>
      </w:r>
      <w:r>
        <w:t>isi consult karne ko dua kaha gaya hai. bas teesri koi cheez zaroorat nahi hai. aap arabic jante hon, tab bhi yahi baat rahegi.</w:t>
      </w:r>
    </w:p>
    <w:p>
      <w:pPr>
        <w:jc w:val="right"/>
      </w:pPr>
      <w:r>
        <w:t>اسی کنسلٹ کرنے کو دعا کہا گیا ہے۔ بس تیسری کوئی چیز ضرورت نہیں ہے۔ آپ عربی جانتے ہوں، تب بھی یہی بات رہے گی۔</w:t>
      </w:r>
    </w:p>
    <w:p>
      <w:r>
        <w:rPr>
          <w:b/>
        </w:rPr>
        <w:t xml:space="preserve">[1:10:17] </w:t>
      </w:r>
      <w:r>
        <w:t>arabic na jante hon, tab bhi yahi baat rahegi.</w:t>
      </w:r>
    </w:p>
    <w:p>
      <w:pPr>
        <w:jc w:val="right"/>
      </w:pPr>
      <w:r>
        <w:t>عربی نہ جانتے ہوں، تب بھی یہی بات رہے گی۔</w:t>
      </w:r>
    </w:p>
    <w:p>
      <w:r>
        <w:rPr>
          <w:b/>
        </w:rPr>
        <w:t xml:space="preserve">[1:10:20] </w:t>
      </w:r>
      <w:r>
        <w:t>bare bare arabic janne wale jo hain, main aap ko yahi baithe baithe batata hoon kitni ghaltiyan keen unhon ne commentary mein. agar aap janna chahen to main naam le kar bataunga ke woh khoob khoob arabic jante rehte hain, lekin unhon ne bilkul ghalt commentary ki hai, ghalt matlab bataya hai, ghalt interpretation diya hai.</w:t>
      </w:r>
    </w:p>
    <w:p>
      <w:pPr>
        <w:jc w:val="right"/>
      </w:pPr>
      <w:r>
        <w:t>بڑے بڑے عربی جاننے والے جو ہیں، میں آپ کو یہی بیٹھے بیٹھے بتاتا ہوں کتنی غلطیاں کیں انہوں نے کمنٹری میں۔ اگر آپ جاننا چاہیں تو میں نام لے کر بتاؤں گا کہ وہ خوب خوب عربی جانتے رہتے ہیں، لیکن انہوں نے بالکل غلط کمنٹری کی ہے، غلط مطلب بتایا ہے، غلط انٹرپریٹیشن دیا ہے۔</w:t>
      </w:r>
    </w:p>
    <w:p>
      <w:r>
        <w:rPr>
          <w:b/>
        </w:rPr>
        <w:t xml:space="preserve">[1:10:38] </w:t>
      </w:r>
      <w:r>
        <w:t>to yeh na samjhen ke arabic janta ho to sahi baatein karega. woh arabic janna alag cheez hai, sahi baat karna alag cheez hai. dono do cheezein hain.</w:t>
      </w:r>
    </w:p>
    <w:p>
      <w:pPr>
        <w:jc w:val="right"/>
      </w:pPr>
      <w:r>
        <w:t>تو یہ نہ سمجھیں کہ عربی جانتا ہو تو صحیح باتیں کرے گا۔ وہ عربی جاننا الگ چیز ہے، صحیح بات کرنا الگ چیز ہے۔ دونوں دو چیزیں ہیں۔</w:t>
      </w:r>
    </w:p>
    <w:p>
      <w:r>
        <w:rPr>
          <w:b/>
        </w:rPr>
        <w:t xml:space="preserve">[1:10:49] </w:t>
      </w:r>
      <w:r>
        <w:t>bil</w:t>
      </w:r>
    </w:p>
    <w:p>
      <w:pPr>
        <w:jc w:val="right"/>
      </w:pPr>
      <w:r>
        <w:t>بل</w:t>
      </w:r>
    </w:p>
    <w:p>
      <w:r>
        <w:rPr>
          <w:b/>
        </w:rPr>
        <w:t xml:space="preserve">[1:10:50] </w:t>
      </w:r>
      <w:r>
        <w:t>ke jitni bhi yaad yaad rakhiye, jitne bhi fitne, gumrahiyan hain, woh sab arabic janne walon ne kiye hain, Quran se nikal ghalt baatein.</w:t>
      </w:r>
    </w:p>
    <w:p>
      <w:pPr>
        <w:jc w:val="right"/>
      </w:pPr>
      <w:r>
        <w:t>کہ جتنی بھی یاد یاد رکھیے، جتنے بھی فتنے، گمراہیاں ہیں، وہ سب عربی جاننے والوں نے کیے ہیں، قرآن سے نکل غلط باتیں۔</w:t>
      </w:r>
    </w:p>
    <w:p>
      <w:r>
        <w:rPr>
          <w:b/>
        </w:rPr>
        <w:t xml:space="preserve">[1:11:00] </w:t>
      </w:r>
      <w:r>
        <w:t>to is wajah se main yeh do baatein samajhta hoon: sincerity aur Khuda se dua karte rehna, Khuda se consult karte rehna.</w:t>
      </w:r>
    </w:p>
    <w:p>
      <w:pPr>
        <w:jc w:val="right"/>
      </w:pPr>
      <w:r>
        <w:t>تو اس وجہ سے میں یہ دو باتیں سمجھتا ہوں: سنسیرٹی اور خدا سے دعا کرتے رہنا، خدا سے کنسلٹ کرتے رہنا۔</w:t>
      </w:r>
    </w:p>
    <w:p>
      <w:r>
        <w:rPr>
          <w:b/>
        </w:rPr>
        <w:t xml:space="preserve">[1:11:11] </w:t>
      </w:r>
      <w:r>
        <w:t>bas agar yeh do cheezein hon sach much aadmi ke andar to kafi hai ke woh Quran ko samajh kar uska gehrai mein, us ko sab yani gaaye tak pahunch jayega.</w:t>
      </w:r>
    </w:p>
    <w:p>
      <w:pPr>
        <w:jc w:val="right"/>
      </w:pPr>
      <w:r>
        <w:t>بس اگر یہ دو چیزیں ہوں سچ مچ آدمی کے اندر تو کافی ہے کہ وہ قرآن کو سمجھ کر اس کا گہرائی میں، اس کو سب یعنی گائے تک پہنچ جائے گا۔</w:t>
      </w:r>
    </w:p>
    <w:p>
      <w:r>
        <w:rPr>
          <w:b/>
        </w:rPr>
        <w:t xml:space="preserve">[1:11:23] </w:t>
      </w:r>
      <w:r>
        <w:t>woh das question is from Sadia. what sort of interaction between a man and a woman is allowed in Islam?</w:t>
      </w:r>
    </w:p>
    <w:p>
      <w:pPr>
        <w:jc w:val="right"/>
      </w:pPr>
      <w:r>
        <w:t>وہ دس کوئسچن از فرام سعدیہ۔ واٹ سورٹ اف انٹریکشن بٹوین ا مین اینڈ ا وومن از الاؤڈ ان اسلام؟</w:t>
      </w:r>
    </w:p>
    <w:p>
      <w:r>
        <w:rPr>
          <w:b/>
        </w:rPr>
        <w:t xml:space="preserve">[1:11:36] </w:t>
      </w:r>
      <w:r>
        <w:t>sirf marriage, marriage ke siwa koi nahi.</w:t>
      </w:r>
    </w:p>
    <w:p>
      <w:pPr>
        <w:jc w:val="right"/>
      </w:pPr>
      <w:r>
        <w:t>صرف میرج، میرج کے سوا کوئی نہیں۔</w:t>
      </w:r>
    </w:p>
    <w:p>
      <w:r>
        <w:rPr>
          <w:b/>
        </w:rPr>
        <w:t xml:space="preserve">[1:11:40] </w:t>
      </w:r>
      <w:r>
        <w:t>marriage ke siwa koi bhi interaction Islam mein nahi hai. yeh baat samajh lijiye aap. main katar pan ki woh nahi kar raha hoon, jaise aap ne dekha hoga ke Iran ka bechara jo prime minister hai, abhi do char din pehle media mein aayi thi news ke kisi function mein woh tha,</w:t>
      </w:r>
    </w:p>
    <w:p>
      <w:pPr>
        <w:jc w:val="right"/>
      </w:pPr>
      <w:r>
        <w:t>میرج کے سوا کوئی بھی انٹریکشن اسلام میں نہیں ہے۔ یہ بات سمجھ لیجئے آپ۔ میں کٹر پن کی وہ نہیں کر رہا ہوں، جیسے آپ نے دیکھا ہوگا کہ ایران کا بیچارہ جو پرائم منسٹر ہے، ابھی دو چار دن پہلے میڈیا میں آئی تھی نیوز کہ کسی فنکشن میں وہ تھا،</w:t>
      </w:r>
    </w:p>
    <w:p>
      <w:r>
        <w:rPr>
          <w:b/>
        </w:rPr>
        <w:t xml:space="preserve">[1:12:00] </w:t>
      </w:r>
      <w:r>
        <w:t>aik boodhi lady bechari bilkul jhuki hui aayi us se milne ke liye. us ke hath paon tha, woh gloves tha, woh jisko dastana hum kehte hain.</w:t>
      </w:r>
    </w:p>
    <w:p>
      <w:pPr>
        <w:jc w:val="right"/>
      </w:pPr>
      <w:r>
        <w:t>ایک بوڑھی لیڈی بیچاری بالکل جھکی ہوئی آئی اس سے ملنے کے لیے۔ اس کے ہاتھ پاؤں تھا، وہ گلوز تھا، وہ جس کو دستانہ ہم کہتے ہیں۔</w:t>
      </w:r>
    </w:p>
    <w:p>
      <w:r>
        <w:rPr>
          <w:b/>
        </w:rPr>
        <w:t xml:space="preserve">[1:12:09] </w:t>
      </w:r>
      <w:r>
        <w:t>woh bechari boodhi jhuki hui aayi, woh thi us ki teacher, us Yunani prime minister ki teacher thi. to ab zahir hai ke us ko yaad aaya ke us ne mujhe padhaya hai, to us ka hath le kar us ne kiss kar liya.</w:t>
      </w:r>
    </w:p>
    <w:p>
      <w:pPr>
        <w:jc w:val="right"/>
      </w:pPr>
      <w:r>
        <w:t>وہ بیچاری بوڑھی جھکی ہوئی آئی، وہ تھی اس کی ٹیچر، اس یونانی پرائم منسٹر کی ٹیچر تھی۔ تو اب ظاہر ہے کہ اس کو یاد آیا کہ اس نے مجھے پڑھایا ہے، تو اس کا ہاتھ لے کر اس نے کس کر لیا۔</w:t>
      </w:r>
    </w:p>
    <w:p>
      <w:r>
        <w:rPr>
          <w:b/>
        </w:rPr>
        <w:t xml:space="preserve">[1:12:23] </w:t>
      </w:r>
      <w:r>
        <w:t>ab aik shor machaya, us ne sare Iran mein hangama khada kar diya. yeh hai katar pan. main katar pan ki advocacy nahi kar raha hoon.</w:t>
      </w:r>
    </w:p>
    <w:p>
      <w:pPr>
        <w:jc w:val="right"/>
      </w:pPr>
      <w:r>
        <w:t>اب ایک شور مچایا، اس نے سارے ایران میں ہنگامہ کھڑا کر دیا۔ یہ ہے کٹر پن۔ میں کٹر پن کی ایڈوکیسی نہیں کر رہا ہوں۔</w:t>
      </w:r>
    </w:p>
    <w:p>
      <w:r>
        <w:rPr>
          <w:b/>
        </w:rPr>
        <w:t xml:space="preserve">[1:12:34] </w:t>
      </w:r>
      <w:r>
        <w:t>katar pan ki main advocacy nahi kar raha hoon, advocacy. lekin Islam mein dekhen, saaf saaf hai: muhsinin ghair musafihin. yeh Quran mein saaf saaf kaha gaya: muhsinin ghair musafihin.</w:t>
      </w:r>
    </w:p>
    <w:p>
      <w:pPr>
        <w:jc w:val="right"/>
      </w:pPr>
      <w:r>
        <w:t>کٹر پن کی میں ایڈوکیسی نہیں کر رہا ہوں، ایڈوکیسی۔ لیکن اسلام میں دیکھیں، صاف صاف ہے: محسنین غیر مسافحین۔ یہ قرآن میں صاف صاف کہا گیا: محسنین غیر مسافحین۔</w:t>
      </w:r>
    </w:p>
    <w:p>
      <w:r>
        <w:rPr>
          <w:b/>
        </w:rPr>
        <w:t xml:space="preserve">[1:12:47] </w:t>
      </w:r>
      <w:r>
        <w:t>yani aurat mard ke darmiyan taluq jo hai, nikah mein bad kar hona chahiye, azadana nahi. nikah mein bad kar na ke azadana.</w:t>
      </w:r>
    </w:p>
    <w:p>
      <w:pPr>
        <w:jc w:val="right"/>
      </w:pPr>
      <w:r>
        <w:t>یعنی عورت مرد کے درمیان تعلق جو ہے، نکاح میں بد کر ہونا چاہیے، آزادانہ نہیں۔ نکاح میں بد کر کے نہ کہ آزادانہ۔</w:t>
      </w:r>
    </w:p>
    <w:p>
      <w:r>
        <w:rPr>
          <w:b/>
        </w:rPr>
        <w:t xml:space="preserve">[1:12:59] </w:t>
      </w:r>
      <w:r>
        <w:t>yani azadana taluq nahi, balke nikah ke sath taluq.</w:t>
      </w:r>
    </w:p>
    <w:p>
      <w:pPr>
        <w:jc w:val="right"/>
      </w:pPr>
      <w:r>
        <w:t>یعنی آزادانہ تعلق نہیں، بلکہ نکاح کے ساتھ تعلق۔</w:t>
      </w:r>
    </w:p>
    <w:p>
      <w:r>
        <w:rPr>
          <w:b/>
        </w:rPr>
        <w:t xml:space="preserve">[1:13:03] </w:t>
      </w:r>
      <w:r>
        <w:t>yeh hai Quran mein. to woh katar pan bhi galat hai jo Iran mein, jis ko dekha aap ne, aur yeh bhi galat hai jo aaj kal aap dekhte hain. yani bilkul log machhliyon ki tarah aapas mein milte hain, jaise samandar mein machhliyan milti hain.</w:t>
      </w:r>
    </w:p>
    <w:p>
      <w:pPr>
        <w:jc w:val="right"/>
      </w:pPr>
      <w:r>
        <w:t>یہ ہے قرآن میں۔ تو وہ کٹر پن بھی غلط ہے جو ایران میں، جس کو دیکھا آپ نے، اور یہ بھی غلط ہے جو آج کل آپ دیکھتے ہیں۔ یعنی بالکل لوگ مچھلیوں کی طرح آپس میں ملتے ہیں، جیسے سمندر میں مچھلیاں ملتی ہیں۔</w:t>
      </w:r>
    </w:p>
    <w:p>
      <w:r>
        <w:rPr>
          <w:b/>
        </w:rPr>
        <w:t xml:space="preserve">[1:13:18] </w:t>
      </w:r>
      <w:r>
        <w:t>yeh bhi galat hai, woh bhi galat hai. das question is from arshad. if my boss is a non muslim and in the work period he doesn't allow to read namaz, how can i dealing with him?</w:t>
      </w:r>
    </w:p>
    <w:p>
      <w:pPr>
        <w:jc w:val="right"/>
      </w:pPr>
      <w:r>
        <w:t>یہ بھی غلط ہے، وہ بھی غلط ہے۔ دس کوئسچن از فرام ارشد۔ اف مائی باس از ا نان مسلم اینڈ ان دا ورک پیریڈ ہی ڈزنٹ الاؤ ٹو ریڈ نماز، ہاؤ کین آئی ڈیلنگ ود ہم؟</w:t>
      </w:r>
    </w:p>
    <w:p>
      <w:r>
        <w:rPr>
          <w:b/>
        </w:rPr>
        <w:t xml:space="preserve">[1:13:32] </w:t>
      </w:r>
      <w:r>
        <w:t>please guide. dealing kya hai ke aap service chhod dijiye? kis ne kaha ke aap wahin service karein? aap bilkul mein is ko galat samajhta hoon ke wahan log is par hangama khada karte hain, akhbaron mein chhapta hai, ghair namaz nahi padhne dete wahan par.</w:t>
      </w:r>
    </w:p>
    <w:p>
      <w:pPr>
        <w:jc w:val="right"/>
      </w:pPr>
      <w:r>
        <w:t>پلیز گائیڈ۔ ڈیلنگ کیا ہے کہ آپ سروس چھوڑ دیجئے؟ کس نے کہا کہ آپ وہیں سروس کریں؟ آپ بالکل میں اس کو غلط سمجھتا ہوں کہ وہاں لوگ اس پر ہنگامہ کھڑا کرتے ہیں، اخباروں میں چھپتا ہے، غیر نماز نہیں پڑھنے دیتے وہاں پر۔</w:t>
      </w:r>
    </w:p>
    <w:p>
      <w:r>
        <w:rPr>
          <w:b/>
        </w:rPr>
        <w:t xml:space="preserve">[1:13:47] </w:t>
      </w:r>
      <w:r>
        <w:t>to aap service chhod dijiye. kis ne kaha ke aap wahin service karein? aap yaad rakhiye, jo log service karte hain, un ke liye do hi option hain: ya to raazi karein unhein ke hamein time par namaz padhne do, agar raazi nahi hote to service chhod dein.</w:t>
      </w:r>
    </w:p>
    <w:p>
      <w:pPr>
        <w:jc w:val="right"/>
      </w:pPr>
      <w:r>
        <w:t>تو آپ سروس چھوڑ دیجئے۔ کس نے کہا کہ آپ وہیں سروس کریں؟ آپ یاد رکھیے، جو لوگ سروس کرتے ہیں، ان کے لیے دو ہی آپشن ہیں: یا تو راضی کریں انہیں کہ ہمیں ٹائم پر نماز پڑھنے دو، اگر راضی نہیں ہوتے تو سروس چھوڑ دیں۔</w:t>
      </w:r>
    </w:p>
    <w:p>
      <w:r>
        <w:rPr>
          <w:b/>
        </w:rPr>
        <w:t xml:space="preserve">[1:14:06] </w:t>
      </w:r>
      <w:r>
        <w:t>woh akhbaron mein chhapna ke sahib wahan ta'assub hota hai, wahan namaz nahi padhne dete, yeh sab mein is ko galat samajhta hoon. is ko bilkul batil samajhta hoon, batil.</w:t>
      </w:r>
    </w:p>
    <w:p>
      <w:pPr>
        <w:jc w:val="right"/>
      </w:pPr>
      <w:r>
        <w:t>وہ اخباروں میں چھاپنا کہ صاحب وہاں تعصب ہوتا ہے، وہاں نماز نہیں پڑھنے دیتے، یہ سب میں اس کو غلط سمجھتا ہوں۔ اس کو بالکل باطل سمجھتا ہوں، باطل۔</w:t>
      </w:r>
    </w:p>
    <w:p>
      <w:r>
        <w:rPr>
          <w:b/>
        </w:rPr>
        <w:t xml:space="preserve">[1:14:14] </w:t>
      </w:r>
      <w:r>
        <w:t>balkeh gunah samajhta hoon is ko. mein</w:t>
      </w:r>
    </w:p>
    <w:p>
      <w:pPr>
        <w:jc w:val="right"/>
      </w:pPr>
      <w:r>
        <w:t>بلکہ گناہ سمجھتا ہوں اس کو۔ میں</w:t>
      </w:r>
    </w:p>
    <w:p>
      <w:r>
        <w:rPr>
          <w:b/>
        </w:rPr>
        <w:t xml:space="preserve">[1:14:17] </w:t>
      </w:r>
      <w:r>
        <w:t>bhai, un ka apna ek tareeqa hai, un ka apna ek culture hai, woh kyun namaz padhne denge aap ko? yaani ek aadmi ko namaz padhne do, doosra aadmi jo hai, woh kahega: "bhai hamein bhi, hamein bhi do, hum bhi tafreeh karenge ja kar ke." yeh mein bohat akhbaron mein padhne sunta hoon, akhbaron mein aata hai ke sahib falan jagah namaz nahi padhne diya.</w:t>
      </w:r>
    </w:p>
    <w:p>
      <w:pPr>
        <w:jc w:val="right"/>
      </w:pPr>
      <w:r>
        <w:t>بھئی، ان کا اپنا ایک طریقہ ہے، ان کا اپنا ایک کلچر ہے، وہ کیوں نماز پڑھنے دیں گے آپ کو؟ یعنی ایک آدمی کو نماز پڑھنے دو، دوسرا آدمی جو ہے، وہ کہے گا: "بھئی ہمیں بھی، ہمیں بھی دو، ہم بھی تفریح کریں گے جا کر کے۔" یہ میں بہت اخباروں میں پڑھنے سنتا ہوں، اخباروں میں آتا ہے کہ صاحب فلاں جگہ نماز نہیں پڑھنے دیا۔</w:t>
      </w:r>
    </w:p>
    <w:p>
      <w:r>
        <w:rPr>
          <w:b/>
        </w:rPr>
        <w:t xml:space="preserve">[1:14:39] </w:t>
      </w:r>
      <w:r>
        <w:t>mein is tarah ki cheezon ko yaqeen kijiye, gunah samajhta hoon.</w:t>
      </w:r>
    </w:p>
    <w:p>
      <w:pPr>
        <w:jc w:val="right"/>
      </w:pPr>
      <w:r>
        <w:t>میں اس طرح کی چیزوں کو یقین کیجئے، گناہ سمجھتا ہوں۔</w:t>
      </w:r>
    </w:p>
    <w:p>
      <w:r>
        <w:rPr>
          <w:b/>
        </w:rPr>
        <w:t xml:space="preserve">[1:14:44] </w:t>
      </w:r>
      <w:r>
        <w:t>aap ke liye do mein se ek option hai: ya to wahan par service kijiye, chup chap se ghar ja ke namaz padhiye, aap zuhr asr ki mila kar padhiye.</w:t>
      </w:r>
    </w:p>
    <w:p>
      <w:pPr>
        <w:jc w:val="right"/>
      </w:pPr>
      <w:r>
        <w:t>آپ کے لیے دو میں سے ایک آپشن ہے: یا تو وہاں پر سروس کیجئے، چپ چاپ سے گھر جا کے نماز پڑھیے، آپ ظہر عصر کی ملا کر پڑھیے۔</w:t>
      </w:r>
    </w:p>
    <w:p>
      <w:r>
        <w:rPr>
          <w:b/>
        </w:rPr>
        <w:t xml:space="preserve">[1:14:57] </w:t>
      </w:r>
      <w:r>
        <w:t>zyadatar yeh do waqt ka mamla rehta hai, zuhr asr ka. to taakhir ke sath aur taqdeem ke sath kaha jata hai. taqdeem ka matlab yeh hai ke zuhr mein asr mila lena, taakhir ka matlab yeh hai ke zuhr ko asr mein mila lena.</w:t>
      </w:r>
    </w:p>
    <w:p>
      <w:pPr>
        <w:jc w:val="right"/>
      </w:pPr>
      <w:r>
        <w:t>زیادہ تر یہ دو وقت کا معاملہ رہتا ہے، ظہر عصر کا۔ تو تاخیر کے ساتھ اور تقدیم کے ساتھ کہا جاتا ہے۔ تقدیم کا مطلب یہ ہے کہ ظہر میں عصر ملا لینا، تاخیر کا مطلب یہ ہے کہ ظہر کو عصر میں ملا لینا۔</w:t>
      </w:r>
    </w:p>
    <w:p>
      <w:r>
        <w:rPr>
          <w:b/>
        </w:rPr>
        <w:t xml:space="preserve">[1:15:13] </w:t>
      </w:r>
      <w:r>
        <w:t>to mein yeh kahunga ke aap ya to taqdeem ya taakhir kar ke zuhr asr ko mila kar ke ghar mein padhein, phir ja ke woh service karein.</w:t>
      </w:r>
    </w:p>
    <w:p>
      <w:pPr>
        <w:jc w:val="right"/>
      </w:pPr>
      <w:r>
        <w:t>تو میں یہ کہوں گا کہ آپ یا تو تقدیم یا تاخیر کر کے ظہر عصر کو ملا کر کے گھر میں پڑھیں، پھر جا کے وہ سروس کریں۔</w:t>
      </w:r>
    </w:p>
    <w:p>
      <w:r>
        <w:rPr>
          <w:b/>
        </w:rPr>
        <w:t xml:space="preserve">[1:15:23] </w:t>
      </w:r>
      <w:r>
        <w:t>doosra yeh hai ke unhein raazi karein. agar woh raazi nahi hota to aap istifa de dijiye. jhanda uthana aur paperon mein chhapna, yeh is ko mein gunah samajhta hoon.</w:t>
      </w:r>
    </w:p>
    <w:p>
      <w:pPr>
        <w:jc w:val="right"/>
      </w:pPr>
      <w:r>
        <w:t>دوسرا یہ ہے کہ انہیں راضی کریں۔ اگر وہ راضی نہیں ہوتا تو آپ استعفیٰ دے دیجئے۔ جھنڈا اٹھانا اور پیپروں میں چھاپنا، یہ اس کو میں گناہ سمجھتا ہوں۔</w:t>
      </w:r>
    </w:p>
    <w:p>
      <w:r>
        <w:rPr>
          <w:b/>
        </w:rPr>
        <w:t xml:space="preserve">[1:15:34] </w:t>
      </w:r>
      <w:r>
        <w:t>gunah kyun nahi aap aisa karte? islam mein ijazat hai, is ki jame bain salat hai. un ki</w:t>
      </w:r>
    </w:p>
    <w:p>
      <w:pPr>
        <w:jc w:val="right"/>
      </w:pPr>
      <w:r>
        <w:t>گناہ کیوں نہیں آپ ایسا کرتے؟ اسلام میں اجازت ہے، اس کی جام بائن صلاۃ ہے۔ ان کی</w:t>
      </w:r>
    </w:p>
    <w:p>
      <w:r>
        <w:rPr>
          <w:b/>
        </w:rPr>
        <w:t xml:space="preserve">[1:15:45] </w:t>
      </w:r>
      <w:r>
        <w:t>kyun nahi aap aisa karte? Aap</w:t>
      </w:r>
    </w:p>
    <w:p>
      <w:pPr>
        <w:jc w:val="right"/>
      </w:pPr>
      <w:r>
        <w:t>کیوں نہیں آپ ایسا کرتے؟ آپ</w:t>
      </w:r>
    </w:p>
    <w:p>
      <w:r>
        <w:rPr>
          <w:b/>
        </w:rPr>
        <w:t xml:space="preserve">[1:15:48] </w:t>
      </w:r>
      <w:r>
        <w:t>dekhen, Hadith mein aata hai, mein bataoon to aap ko yeh bohat ahem masla hai.</w:t>
      </w:r>
    </w:p>
    <w:p>
      <w:pPr>
        <w:jc w:val="right"/>
      </w:pPr>
      <w:r>
        <w:t>دیکھیں، حدیث میں آتا ہے، میں بتاؤں تو آپ کو یہ بہت اہم مسئلہ ہے۔</w:t>
      </w:r>
    </w:p>
    <w:p>
      <w:r>
        <w:rPr>
          <w:b/>
        </w:rPr>
        <w:t xml:space="preserve">[1:15:50] </w:t>
      </w:r>
      <w:r>
        <w:t>Aap ko yeh bohat hi ahem masla hai yeh</w:t>
      </w:r>
    </w:p>
    <w:p>
      <w:pPr>
        <w:jc w:val="right"/>
      </w:pPr>
      <w:r>
        <w:t>آپ کو یہ بہت ہی اہم مسئلہ ہے یہ</w:t>
      </w:r>
    </w:p>
    <w:p>
      <w:r>
        <w:rPr>
          <w:b/>
        </w:rPr>
        <w:t xml:space="preserve">[1:15:56] </w:t>
      </w:r>
      <w:r>
        <w:t>keh hadith mein aata hai keh</w:t>
      </w:r>
    </w:p>
    <w:p>
      <w:pPr>
        <w:jc w:val="right"/>
      </w:pPr>
      <w:r>
        <w:t>کہ حدیث میں آتا ہے کہ</w:t>
      </w:r>
    </w:p>
    <w:p>
      <w:r>
        <w:rPr>
          <w:b/>
        </w:rPr>
        <w:t xml:space="preserve">[1:16:00] </w:t>
      </w:r>
      <w:r>
        <w:t>kan yajma'u bila safar wa la wa la matr</w:t>
      </w:r>
    </w:p>
    <w:p>
      <w:pPr>
        <w:jc w:val="right"/>
      </w:pPr>
      <w:r>
        <w:t>کان یجمع بدون سفر ولا ولا مطر</w:t>
      </w:r>
    </w:p>
    <w:p>
      <w:r>
        <w:rPr>
          <w:b/>
        </w:rPr>
        <w:t xml:space="preserve">[1:16:07] </w:t>
      </w:r>
      <w:r>
        <w:t>jo log nahin jantay, woh jaan lain is baat ko keh Islam mein</w:t>
      </w:r>
    </w:p>
    <w:p>
      <w:pPr>
        <w:jc w:val="right"/>
      </w:pPr>
      <w:r>
        <w:t>جو لوگ نہیں جانتے، وہ جان لیں اس بات کو کہ اسلام میں</w:t>
      </w:r>
    </w:p>
    <w:p>
      <w:r>
        <w:rPr>
          <w:b/>
        </w:rPr>
        <w:t xml:space="preserve">[1:16:12] </w:t>
      </w:r>
      <w:r>
        <w:t>paanch waqt ki namaz hai:</w:t>
      </w:r>
    </w:p>
    <w:p>
      <w:pPr>
        <w:jc w:val="right"/>
      </w:pPr>
      <w:r>
        <w:t>پانچ وقت کی نماز ہے:</w:t>
      </w:r>
    </w:p>
    <w:p>
      <w:r>
        <w:rPr>
          <w:b/>
        </w:rPr>
        <w:t xml:space="preserve">[1:16:15] </w:t>
      </w:r>
      <w:r>
        <w:t>suraj nikalne se pehle, sun yani sun rise se pehle, aur dopahar ko. phir yani sun sun set se pehle aur sun set ke baad, aur phir isha ki namaz raat ko.</w:t>
      </w:r>
    </w:p>
    <w:p>
      <w:pPr>
        <w:jc w:val="right"/>
      </w:pPr>
      <w:r>
        <w:t>سورج نکلنے سے پہلے، سن یعنی سن رائز سے پہلے، اور دوپہر کو۔ پھر یعنی سن سن سیٹ سے پہلے اور سن سیٹ کے بعد، اور پھر عشاء کی نماز رات کو۔</w:t>
      </w:r>
    </w:p>
    <w:p>
      <w:r>
        <w:rPr>
          <w:b/>
        </w:rPr>
        <w:t xml:space="preserve">[1:16:31] </w:t>
      </w:r>
      <w:r>
        <w:t>islam mein yeh masla hai ke do namazein zyada tar padhti hain activities ke time mein, yaani zuhr aur asr jo hai, wohi activities ke time mein padhti hain.</w:t>
      </w:r>
    </w:p>
    <w:p>
      <w:pPr>
        <w:jc w:val="right"/>
      </w:pPr>
      <w:r>
        <w:t>اسلام میں یہ مسئلہ ہے کہ دو نمازیں زیادہ تر پڑھتی ہیں ایکٹیویٹیز کے ٹائم میں، یعنی ظہر اور عصر جو ہے، وہی ایکٹیویٹیز کے ٹائم میں پڑھتی ہیں۔</w:t>
      </w:r>
    </w:p>
    <w:p>
      <w:r>
        <w:rPr>
          <w:b/>
        </w:rPr>
        <w:t xml:space="preserve">[1:16:42] </w:t>
      </w:r>
      <w:r>
        <w:t>baqi to koi activities ke time nahi hota. in mein</w:t>
      </w:r>
    </w:p>
    <w:p>
      <w:pPr>
        <w:jc w:val="right"/>
      </w:pPr>
      <w:r>
        <w:t>باقی تو کوئی ایکٹیویٹیز کے ٹائم نہیں ہوتا۔ ان میں</w:t>
      </w:r>
    </w:p>
    <w:p>
      <w:r>
        <w:rPr>
          <w:b/>
        </w:rPr>
        <w:t xml:space="preserve">[1:16:45] </w:t>
      </w:r>
      <w:r>
        <w:t>is mein yeh hai ke mila kar padh sakta hai aadmi. maslan aap ghar se niklte hain zuhr ke waqt, asr ka waqt aane aane wala hai aap ka bahar, to asr ki namaz ko aap zuhr mein mila kar padhein.</w:t>
      </w:r>
    </w:p>
    <w:p>
      <w:pPr>
        <w:jc w:val="right"/>
      </w:pPr>
      <w:r>
        <w:t>اس میں یہ ہے کہ ملا کر پڑھ سکتا ہے آدمی۔ مثلاً آپ گھر سے نکلتے ہیں ظہر کے وقت، عصر کا وقت آنے آنے والا ہے آپ کا باہر، تو عصر کی نماز کو آپ ظہر میں ملا کر پڑھیں۔</w:t>
      </w:r>
    </w:p>
    <w:p>
      <w:r>
        <w:rPr>
          <w:b/>
        </w:rPr>
        <w:t xml:space="preserve">[1:16:59] </w:t>
      </w:r>
      <w:r>
        <w:t>is ko kehte hain taqdeem, yaani peshgi padhne lagna. doosra yeh ke aap zuhr aap kaam par chale gaye, lote der mein to asr ka waqt ho gaya tha.</w:t>
      </w:r>
    </w:p>
    <w:p>
      <w:pPr>
        <w:jc w:val="right"/>
      </w:pPr>
      <w:r>
        <w:t>اس کو کہتے ہیں تقدیم، یعنی پیشگی پڑھنے لگنا۔ دوسرا یہ کہ آپ ظہر آپ کام پر چلے گئے، لوٹے دیر میں تو عصر کا وقت ہو گیا تھا۔</w:t>
      </w:r>
    </w:p>
    <w:p>
      <w:r>
        <w:rPr>
          <w:b/>
        </w:rPr>
        <w:t xml:space="preserve">[1:17:10] </w:t>
      </w:r>
      <w:r>
        <w:t>to aap ne zuhr ko mila liya asr mein. is ko kehte hain taakhir se padhna.</w:t>
      </w:r>
    </w:p>
    <w:p>
      <w:pPr>
        <w:jc w:val="right"/>
      </w:pPr>
      <w:r>
        <w:t>تو آپ نے ظہر کو ملا لیا عصر میں۔ اس کو کہتے ہیں تاخیر سے پڑھنا۔</w:t>
      </w:r>
    </w:p>
    <w:p>
      <w:r>
        <w:rPr>
          <w:b/>
        </w:rPr>
        <w:t xml:space="preserve">[1:17:15] </w:t>
      </w:r>
      <w:r>
        <w:t>to taqdeem aur taakhir dono jaiz hain. is ko kehte hain jam' bain al-salatain, do namazon ko milana.</w:t>
      </w:r>
    </w:p>
    <w:p>
      <w:pPr>
        <w:jc w:val="right"/>
      </w:pPr>
      <w:r>
        <w:t>تو تقدیم اور تاخیر دونوں جائز ہیں۔ اس کو کہتے ہیں جمع بین الصلاتین، دو نمازوں کو ملانا۔</w:t>
      </w:r>
    </w:p>
    <w:p>
      <w:r>
        <w:rPr>
          <w:b/>
        </w:rPr>
        <w:t xml:space="preserve">[1:17:25] </w:t>
      </w:r>
      <w:r>
        <w:t>do namazon ko milana. arab safar mein aap jayein to aap aksar jo hai, woh jam' o qasran kar ke daradar padh lete hain. ek namaz padhenge, us ke baad jam' o qasran kar ke doosri namaz padh lenge.</w:t>
      </w:r>
    </w:p>
    <w:p>
      <w:pPr>
        <w:jc w:val="right"/>
      </w:pPr>
      <w:r>
        <w:t>دو نمازوں کو ملانا۔ عرب سفر میں آپ جائیں تو آپ اکثر جو ہے، وہ جمع و قصراً کر کے درادر پڑھ لیتے ہیں۔ ایک نماز پڑھیں گے، اس کے بعد جمع و قصراً کر کے دوسری نماز پڑھ لیں گے۔</w:t>
      </w:r>
    </w:p>
    <w:p>
      <w:r>
        <w:rPr>
          <w:b/>
        </w:rPr>
        <w:t xml:space="preserve">[1:17:38] </w:t>
      </w:r>
      <w:r>
        <w:t>yeh hi sara jhagda india mein hai. yeh</w:t>
      </w:r>
    </w:p>
    <w:p>
      <w:pPr>
        <w:jc w:val="right"/>
      </w:pPr>
      <w:r>
        <w:t>یہی سارا جھگڑا انڈیا میں ہے۔ یہ</w:t>
      </w:r>
    </w:p>
    <w:p>
      <w:r>
        <w:rPr>
          <w:b/>
        </w:rPr>
        <w:t xml:space="preserve">[1:17:41] </w:t>
      </w:r>
      <w:r>
        <w:t>to dekhein, aam taur par yeh mashhoor hai ke safar mein ya barish mein aadmi jam' kar sakta hai. safar mein ya barish mein, woh to barish ho rahi hai, nikal nahi sakte aap.</w:t>
      </w:r>
    </w:p>
    <w:p>
      <w:pPr>
        <w:jc w:val="right"/>
      </w:pPr>
      <w:r>
        <w:t>تو دیکھیں، عام طور پر یہ مشہور ہے کہ سفر میں یا بارش میں آدمی جمع کر سکتا ہے۔ سفر میں یا بارش میں، وہ تو بارش ہو رہی ہے، نکل نہیں سکتے آپ۔</w:t>
      </w:r>
    </w:p>
    <w:p>
      <w:r>
        <w:rPr>
          <w:b/>
        </w:rPr>
        <w:t xml:space="preserve">[1:17:56] </w:t>
      </w:r>
      <w:r>
        <w:t>to rasool Allah ne baghair safar ke aur baghair matar ke jam' kiya hai.</w:t>
      </w:r>
    </w:p>
    <w:p>
      <w:pPr>
        <w:jc w:val="right"/>
      </w:pPr>
      <w:r>
        <w:t>تو رسول اللہ نے بغیر سفر کے اور بغیر مطر کے جمع کیا ہے۔</w:t>
      </w:r>
    </w:p>
    <w:p>
      <w:r>
        <w:rPr>
          <w:b/>
        </w:rPr>
        <w:t xml:space="preserve">[1:18:02] </w:t>
      </w:r>
      <w:r>
        <w:t>to mein samajhta hoon ke aaj industrial age mein hum is ko apply kar sakte hain.</w:t>
      </w:r>
    </w:p>
    <w:p>
      <w:pPr>
        <w:jc w:val="right"/>
      </w:pPr>
      <w:r>
        <w:t>تو میں سمجھتا ہوں کہ آج انڈسٹریل ایج میں ہم اس کو اپلائی کر سکتے ہیں۔</w:t>
      </w:r>
    </w:p>
    <w:p>
      <w:r>
        <w:rPr>
          <w:b/>
        </w:rPr>
        <w:t xml:space="preserve">[1:18:08] </w:t>
      </w:r>
      <w:r>
        <w:t>aise tamam log jo hain, yeh karen: ya to zohar mein asar mila len, ya asar mein zohar mila len, is tarah parhen. aur kabhi bhi is par na to jhagda karen, na akhbaron mein chhapen.</w:t>
      </w:r>
    </w:p>
    <w:p>
      <w:pPr>
        <w:jc w:val="right"/>
      </w:pPr>
      <w:r>
        <w:t>ایسے تمام لوگ جو ہیں، یہ کریں: یا تو ظہر میں عصر ملا لیں، یا عصر میں ظہر ملا لیں، اس طرح پڑھیں۔ اور کبھی بھی اس پر نہ تو جھگڑا کریں، نہ اخباروں میں چھاپیں۔</w:t>
      </w:r>
    </w:p>
    <w:p>
      <w:r>
        <w:rPr>
          <w:b/>
        </w:rPr>
        <w:t xml:space="preserve">[1:18:21] </w:t>
      </w:r>
      <w:r>
        <w:t>nahin yeh kahin ke sahib woh ta'assub hota hai. yeh sab karna bilkul gunah ka kaam hai. chup chap se apna mila ke parh lijiye aur bas service karte rahiye.</w:t>
      </w:r>
    </w:p>
    <w:p>
      <w:pPr>
        <w:jc w:val="right"/>
      </w:pPr>
      <w:r>
        <w:t>نہیں یہ کہیں کہ صاحب وہ تعصب ہوتا ہے۔ یہ سب کرنا بالکل گناہ کا کام ہے۔ چپ چاپ سے اپنا ملا کے پڑھ لیجئے اور بس سروس کرتے رہیے۔</w:t>
      </w:r>
    </w:p>
    <w:p>
      <w:r>
        <w:rPr>
          <w:b/>
        </w:rPr>
        <w:t xml:space="preserve">[1:18:31] </w:t>
      </w:r>
      <w:r>
        <w:t>aur nahin to aap bohat bare woh hain ke aap woh mila kar nahin parhna chahte hain. aap to is se isteefa de dijiye, ja ke koi apna doosra kaam kijiye.</w:t>
      </w:r>
    </w:p>
    <w:p>
      <w:pPr>
        <w:jc w:val="right"/>
      </w:pPr>
      <w:r>
        <w:t>اور نہیں تو آپ بہت بڑے وہ ہیں کہ آپ وہ ملا کر نہیں پڑھنا چاہتے ہیں۔ آپ تو اس سے استعفیٰ دے دیجئے، جا کے کوئی اپنا دوسرا کام کیجئے۔</w:t>
      </w:r>
    </w:p>
    <w:p>
      <w:r>
        <w:rPr>
          <w:b/>
        </w:rPr>
        <w:t xml:space="preserve">[1:18:43] </w:t>
      </w:r>
      <w:r>
        <w:t>yeh hai mera. ah, das question is from shamshad ahmad. who is from kashmir. what is what is the present solution of palestine and israel?</w:t>
      </w:r>
    </w:p>
    <w:p>
      <w:pPr>
        <w:jc w:val="right"/>
      </w:pPr>
      <w:r>
        <w:t>یہ ہے میرا۔ اہ، دس کوئسچن از فرام شمشاد احمد۔ ہو از فرام کشمیر۔ واٹ از واٹ از دی پریزنٹ سولیوشن اف پیلسٹائن اینڈ اسرائیل؟</w:t>
      </w:r>
    </w:p>
    <w:p>
      <w:r>
        <w:rPr>
          <w:b/>
        </w:rPr>
        <w:t xml:space="preserve">[1:18:56] </w:t>
      </w:r>
      <w:r>
        <w:t>wohi hai jo pehle tha. koi do solution nahin hua karta.</w:t>
      </w:r>
    </w:p>
    <w:p>
      <w:pPr>
        <w:jc w:val="right"/>
      </w:pPr>
      <w:r>
        <w:t>وہی ہے جو پہلے تھا۔ کوئی دو سولیوشن نہیں ہوا کرتا۔</w:t>
      </w:r>
    </w:p>
    <w:p>
      <w:r>
        <w:rPr>
          <w:b/>
        </w:rPr>
        <w:t xml:space="preserve">[1:19:00] </w:t>
      </w:r>
      <w:r>
        <w:t>vd league policy. dekhen, 1948 mein balfour commission ke tehat is ka partition hua palestine ka.</w:t>
      </w:r>
    </w:p>
    <w:p>
      <w:pPr>
        <w:jc w:val="right"/>
      </w:pPr>
      <w:r>
        <w:t>وی ڈی لیگ پالیسی۔ دیکھیں، 1948 میں بالفور کمیشن کے تحت اس کا پارٹیشن ہوا پیلسٹائن کا۔</w:t>
      </w:r>
    </w:p>
    <w:p>
      <w:r>
        <w:rPr>
          <w:b/>
        </w:rPr>
        <w:t xml:space="preserve">[1:19:10] </w:t>
      </w:r>
      <w:r>
        <w:t>is partition mein one third diya gaya israel ko, jo ziyada tar desert tha. two third diya gaya arbon ko, jo bohat hi acha area tha, including jerusalem.</w:t>
      </w:r>
    </w:p>
    <w:p>
      <w:pPr>
        <w:jc w:val="right"/>
      </w:pPr>
      <w:r>
        <w:t>اس پارٹیشن میں ون تھرڈ دیا گیا اسرائیل کو، جو زیادہ تر ڈیزرٹ تھا۔ ٹو تھرڈ دیا گیا عربوں کو، جو بہت ہی اچھا ایریا تھا، انکلوڈنگ یروشلم۔</w:t>
      </w:r>
    </w:p>
    <w:p>
      <w:r>
        <w:rPr>
          <w:b/>
        </w:rPr>
        <w:t xml:space="preserve">[1:19:22] </w:t>
      </w:r>
      <w:r>
        <w:t>yeh sab arbon ko mil gaya tha.</w:t>
      </w:r>
    </w:p>
    <w:p>
      <w:pPr>
        <w:jc w:val="right"/>
      </w:pPr>
      <w:r>
        <w:t>یہ سب عربوں کو مل گیا تھا۔</w:t>
      </w:r>
    </w:p>
    <w:p>
      <w:r>
        <w:rPr>
          <w:b/>
        </w:rPr>
        <w:t xml:space="preserve">[1:19:25] </w:t>
      </w:r>
      <w:r>
        <w:t>to unhon ne kya chahiye tha ke they must have the status quo jo ho gaya, us ko man len.</w:t>
      </w:r>
    </w:p>
    <w:p>
      <w:pPr>
        <w:jc w:val="right"/>
      </w:pPr>
      <w:r>
        <w:t>تو انہوں نے کیا چاہیے تھا کہ دے مسٹ ہیو دا اسٹیٹس کو جو ہو گیا، اس کو مان لیں۔</w:t>
      </w:r>
    </w:p>
    <w:p>
      <w:r>
        <w:rPr>
          <w:b/>
        </w:rPr>
        <w:t xml:space="preserve">[1:19:34] </w:t>
      </w:r>
      <w:r>
        <w:t>kyun ke dekhiye, jab aap lar nahin sakte to man lijiye. rasool Allah lar nahin sakte the makkah mein to chhod ke madina chale gaye. yeh islam ka principle yaad rakhiye ke khwamkhwah larana islam mein jaiz hi nahin hai.</w:t>
      </w:r>
    </w:p>
    <w:p>
      <w:pPr>
        <w:jc w:val="right"/>
      </w:pPr>
      <w:r>
        <w:t>کیونکہ دیکھیے، جب آپ لڑ نہیں سکتے تو مان لیجئے۔ رسول اللہ لڑ نہیں سکتے تھے مکہ میں تو چھوڑ کے مدینہ چلے گئے۔ یہ اسلام کا پرنسپل یاد رکھیے کہ خوامخواہ لڑنا اسلام میں جائز ہی نہیں ہے۔</w:t>
      </w:r>
    </w:p>
    <w:p>
      <w:r>
        <w:rPr>
          <w:b/>
        </w:rPr>
        <w:t xml:space="preserve">[1:19:51] </w:t>
      </w:r>
      <w:r>
        <w:t>jab lar nahin sakte aap, jab lar kar result nahin le sakte aap, to phir man lijiye. hazrat khalid dekhen, bohat bara waqea yeh hai.</w:t>
      </w:r>
    </w:p>
    <w:p>
      <w:pPr>
        <w:jc w:val="right"/>
      </w:pPr>
      <w:r>
        <w:t>جب لڑ نہیں سکتے آپ، جب لڑ کر رزلٹ نہیں لے سکتے آپ، تو پھر مان لیجئے۔ حضرت خالد دیکھیں، بہت بڑا واقعہ یہ ہے۔</w:t>
      </w:r>
    </w:p>
    <w:p>
      <w:r>
        <w:rPr>
          <w:b/>
        </w:rPr>
        <w:t xml:space="preserve">[1:20:03] </w:t>
      </w:r>
      <w:r>
        <w:t>rasool Allah ne hazrat khalid ko bheja ghazwa moot mein teen hazar aadmi ke sath. aap ke sath kul teen hazar aadmi the.</w:t>
      </w:r>
    </w:p>
    <w:p>
      <w:pPr>
        <w:jc w:val="right"/>
      </w:pPr>
      <w:r>
        <w:t>رسول اللہ نے حضرت خالد کو بھیجا غزوہ موت میں تین ہزار آدمی کے ساتھ۔ آپ کے ساتھ کل تین ہزار آدمی تھے۔</w:t>
      </w:r>
    </w:p>
    <w:p>
      <w:r>
        <w:rPr>
          <w:b/>
        </w:rPr>
        <w:t xml:space="preserve">[1:20:12] </w:t>
      </w:r>
      <w:r>
        <w:t>wahan jab pahunche to mal ke pas do lakh aadmi hain. do lakh aadmi hain. kyun ke roomiyon ne un ko madad ki thi moot ke maqam par.</w:t>
      </w:r>
    </w:p>
    <w:p>
      <w:pPr>
        <w:jc w:val="right"/>
      </w:pPr>
      <w:r>
        <w:t>وہاں جب پہنچے تو مال کے پاس دو لاکھ آدمی ہیں۔ دو لاکھ آدمی ہیں۔ کیونکہ رومیوں نے ان کو مدد کی تھی موت کے مقام پر۔</w:t>
      </w:r>
    </w:p>
    <w:p>
      <w:r>
        <w:rPr>
          <w:b/>
        </w:rPr>
        <w:t xml:space="preserve">[1:20:23] </w:t>
      </w:r>
      <w:r>
        <w:t>to jab koi pata chala hazrat khalid ko, yeh lambi kahani hai, mein koi khulasa bata raha hoon aap ko. to unhon ne khamoshi se reset kiya. reset kar ke woh wapas aa gaye madina.</w:t>
      </w:r>
    </w:p>
    <w:p>
      <w:pPr>
        <w:jc w:val="right"/>
      </w:pPr>
      <w:r>
        <w:t>تو جب کوئی پتہ چلا حضرت خالد کو، یہ لمبی کہانی ہے، میں کوئی خلاصہ بتا رہا ہوں آپ کو۔ تو انہوں نے خاموشی سے ریسیٹ کیا۔ ریسیٹ کر کے وہ واپس آ گئے مدینہ۔</w:t>
      </w:r>
    </w:p>
    <w:p>
      <w:r>
        <w:rPr>
          <w:b/>
        </w:rPr>
        <w:t xml:space="preserve">[1:20:35] </w:t>
      </w:r>
      <w:r>
        <w:t>to jab madina pahunche to kuch parjosh log wahan the. unhon ne kaha ke ya firar! aye bhagne walon!</w:t>
      </w:r>
    </w:p>
    <w:p>
      <w:pPr>
        <w:jc w:val="right"/>
      </w:pPr>
      <w:r>
        <w:t>تو جب مدینہ پہنچے تو کچھ پرجوش لوگ وہاں تھے۔ انہوں نے کہا کہ یا فرار! اے بھاگنے والوں!</w:t>
      </w:r>
    </w:p>
    <w:p>
      <w:r>
        <w:rPr>
          <w:b/>
        </w:rPr>
        <w:t xml:space="preserve">[1:20:42] </w:t>
      </w:r>
      <w:r>
        <w:t>firar ke ma'ani hote hain bhagne wale. rasool Allah ko maloom hua to unhon ne kaha ke leso bil firar walakin naam qarar inshallah taala leso bil firar walakin naam qarar inshallah taala.</w:t>
      </w:r>
    </w:p>
    <w:p>
      <w:pPr>
        <w:jc w:val="right"/>
      </w:pPr>
      <w:r>
        <w:t>فرار کے معنی ہوتے ہیں بھاگنے والے۔ رسول اللہ کو معلوم ہوا تو انہوں نے کہا کہ لیسو بالفرار ولكن نعم القرار انشاء اللہ تعالی لیسو بالفرار ولكن نعم القرار انشاء اللہ تعالی۔</w:t>
      </w:r>
    </w:p>
    <w:p>
      <w:r>
        <w:rPr>
          <w:b/>
        </w:rPr>
        <w:t xml:space="preserve">[1:20:58] </w:t>
      </w:r>
      <w:r>
        <w:t>yeh bhagne wale nahin hain. phir inshallah iqdam karenge woh. to jab aap ko dekhiye, lar kar koi result nikalne ki taqat na ho to peechhe hat jaiye.</w:t>
      </w:r>
    </w:p>
    <w:p>
      <w:pPr>
        <w:jc w:val="right"/>
      </w:pPr>
      <w:r>
        <w:t>یہ بھاگنے والے نہیں ہیں۔ پھر انشاء اللہ اقدام کریں گے وہ۔ تو جب آپ کو دیکھیے، لڑ کر کوئی رزلٹ نکالنے کی طاقت نہ ہو تو پیچھے ہٹ جائیے۔</w:t>
      </w:r>
    </w:p>
    <w:p>
      <w:r>
        <w:rPr>
          <w:b/>
        </w:rPr>
        <w:t xml:space="preserve">[1:21:10] </w:t>
      </w:r>
      <w:r>
        <w:t>reset</w:t>
      </w:r>
    </w:p>
    <w:p>
      <w:pPr>
        <w:jc w:val="right"/>
      </w:pPr>
      <w:r>
        <w:t>ریسیٹ</w:t>
      </w:r>
    </w:p>
    <w:p>
      <w:r>
        <w:rPr>
          <w:b/>
        </w:rPr>
        <w:t xml:space="preserve">[1:21:11] </w:t>
      </w:r>
      <w:r>
        <w:t>kijiye. yeh islam hai. yeh islam nahin hai, nahin hai, nahin hai ke larne ki taqat nahin hai aur lar rahe hain. larte hain aur hath mein talwar bhi nahin.</w:t>
      </w:r>
    </w:p>
    <w:p>
      <w:pPr>
        <w:jc w:val="right"/>
      </w:pPr>
      <w:r>
        <w:t>کیجئے۔ یہ اسلام ہے۔ یہ اسلام نہیں ہے، نہیں ہے، نہیں ہے کہ لڑنے کی طاقت نہیں ہے اور لڑ رہے ہیں۔ لڑتے ہیں اور ہاتھ میں تلوار بھی نہیں۔</w:t>
      </w:r>
    </w:p>
    <w:p>
      <w:r>
        <w:rPr>
          <w:b/>
        </w:rPr>
        <w:t xml:space="preserve">[1:21:21] </w:t>
      </w:r>
      <w:r>
        <w:t>yeh to shairi hai. larte hain aur hath mein talwar bhi nahin. yeh shairi hai. yeh islami formula nahin hai. yeh islami formula nahin hai.</w:t>
      </w:r>
    </w:p>
    <w:p>
      <w:pPr>
        <w:jc w:val="right"/>
      </w:pPr>
      <w:r>
        <w:t>یہ تو شاعری ہے۔ لڑتے ہیں اور ہاتھ میں تلوار بھی نہیں۔ یہ شاعری ہے۔ یہ اسلامی فارمولا نہیں ہے۔ یہ اسلامی فارمولا نہیں ہے۔</w:t>
      </w:r>
    </w:p>
    <w:p>
      <w:r>
        <w:rPr>
          <w:b/>
        </w:rPr>
        <w:t xml:space="preserve">[1:21:31] </w:t>
      </w:r>
      <w:r>
        <w:t>ek shair kaha hai ke momin hai to be tegh bhi larta hai sipahi. yeh kya shairi hai ji? kab momin be tegh lada? mujhe bataiye.</w:t>
      </w:r>
    </w:p>
    <w:p>
      <w:pPr>
        <w:jc w:val="right"/>
      </w:pPr>
      <w:r>
        <w:t>ایک شاعر کہا ہے کہ مومن ہے تو بے تیغ بھی لڑتا ہے سپاہی۔ یہ کیا شاعری ہے جی؟ کب مومن بے تیغ لڑا؟ مجھے بتائیے۔</w:t>
      </w:r>
    </w:p>
    <w:p>
      <w:r>
        <w:rPr>
          <w:b/>
        </w:rPr>
        <w:t xml:space="preserve">[1:21:41] </w:t>
      </w:r>
      <w:r>
        <w:t>rasool Allah ke zamane mein? khulafa ke zamane mein? pichhle peghambaron ke zamane mein? momin hai to be tegh bhi larta hai sipahi.</w:t>
      </w:r>
    </w:p>
    <w:p>
      <w:pPr>
        <w:jc w:val="right"/>
      </w:pPr>
      <w:r>
        <w:t>رسول اللہ کے زمانے میں؟ خلفاء کے زمانے میں؟ پچھلے پیغمبروں کے زمانے میں؟ مومن ہے تو بے تیغ بھی لڑتا ہے سپاہی۔</w:t>
      </w:r>
    </w:p>
    <w:p>
      <w:r>
        <w:rPr>
          <w:b/>
        </w:rPr>
        <w:t xml:space="preserve">[1:21:50] </w:t>
      </w:r>
      <w:r>
        <w:t>yeh bilkul laghu baaten hain. falasteen mein musalman yani arab yahud se larne ki taqat nahin rakhte.</w:t>
      </w:r>
    </w:p>
    <w:p>
      <w:pPr>
        <w:jc w:val="right"/>
      </w:pPr>
      <w:r>
        <w:t>یہ بالکل لغو باتیں ہیں۔ فلسطین میں مسلمان یعنی عرب یہود سے لڑنے کی طاقت نہیں رکھتے۔</w:t>
      </w:r>
    </w:p>
    <w:p>
      <w:r>
        <w:rPr>
          <w:b/>
        </w:rPr>
        <w:t xml:space="preserve">[1:22:00] </w:t>
      </w:r>
      <w:r>
        <w:t>is ka proof mil chuka hai pchas saal ki ladai ke nateejay mein. unhon ne destroy kar diya sara</w:t>
      </w:r>
    </w:p>
    <w:p>
      <w:pPr>
        <w:jc w:val="right"/>
      </w:pPr>
      <w:r>
        <w:t>اس کا پروف مل چکا ہے پچاس سال کی لڑائی کے نتیجے میں۔ انہوں نے ڈسٹرائے کر دیا سارا</w:t>
      </w:r>
    </w:p>
    <w:p>
      <w:r>
        <w:rPr>
          <w:b/>
        </w:rPr>
        <w:t xml:space="preserve">[1:22:07] </w:t>
      </w:r>
      <w:r>
        <w:t>yasser arafat ka sara headquarter. woh sare un ke helicopter, sare jahaz destroy kar diye. aur kuch nahin le sake woh un se. to ab jo hai, agar aap 1948 mein is status quo ko koi mante, us waqt falasteen ka two third aap ke pas tha.</w:t>
      </w:r>
    </w:p>
    <w:p>
      <w:pPr>
        <w:jc w:val="right"/>
      </w:pPr>
      <w:r>
        <w:t>یاسر عرفات کا سارا ہیڈ کوارٹر۔ وہ سارے ان کے ہیلی کاپٹر، سارے جہاز ڈسٹرائے کر دیے۔ اور کچھ نہیں لے سکے وہ ان سے۔ تو اب جو ہے، اگر آپ 1948 میں اس سٹیٹس کو کوئی مانتے، اس وقت پیلسٹائن کا ٹو تھرڈ آپ کے پاس تھا۔</w:t>
      </w:r>
    </w:p>
    <w:p>
      <w:r>
        <w:rPr>
          <w:b/>
        </w:rPr>
        <w:t xml:space="preserve">[1:22:26] </w:t>
      </w:r>
      <w:r>
        <w:t>too third. ab to bohat thora sa hai lekin ab bhi wahi hai. possible solution ke jo hai wahi maan lijie.</w:t>
      </w:r>
    </w:p>
    <w:p>
      <w:pPr>
        <w:jc w:val="right"/>
      </w:pPr>
      <w:r>
        <w:t>ٹو تھرڈ۔ اب تو بہت تھوڑا سا ہے لیکن اب بھی وہی ہے۔ پاسیبل سولیوشن کہ جو ہے وہی مان لیجئے۔</w:t>
      </w:r>
    </w:p>
    <w:p>
      <w:r>
        <w:rPr>
          <w:b/>
        </w:rPr>
        <w:t xml:space="preserve">[1:22:36] </w:t>
      </w:r>
      <w:r>
        <w:t>is is ka koi imkan nahi hai, koi possibility nahi hai ke arab jo log hain, woh palestine mein is status ko koi change kar saken.</w:t>
      </w:r>
    </w:p>
    <w:p>
      <w:pPr>
        <w:jc w:val="right"/>
      </w:pPr>
      <w:r>
        <w:t>اس اس کا کوئی امکان نہیں ہے، کوئی پاسیبلیٹی نہیں ہے کہ عرب جو لوگ ہیں، وہ پیلسٹائن میں اس سٹیٹس کو کوئی چینج کر سکیں۔</w:t>
      </w:r>
    </w:p>
    <w:p>
      <w:r>
        <w:rPr>
          <w:b/>
        </w:rPr>
        <w:t xml:space="preserve">[1:22:46] </w:t>
      </w:r>
      <w:r>
        <w:t>jab change nahi kar sake to maan lijie. rasool Allah aap makka mein change nahi kar sakte to chale gaye, madina chale gaye. jab aap is position mein hon, jab aap is position mein na hon ke aap is status ko koi change kar sakte hain, to yaqeen kijiye ladaai bilkul islam ke khilaaf hai.</w:t>
      </w:r>
    </w:p>
    <w:p>
      <w:pPr>
        <w:jc w:val="right"/>
      </w:pPr>
      <w:r>
        <w:t>جب چینج نہیں کر سکے تو مان لیجئے۔ رسول اللہ آپ مکہ میں چینج نہیں کر سکتے تو چلے گئے، مدینہ چلے گئے۔ جب آپ اس پوزیشن میں ہوں، جب آپ اس پوزیشن میں نہ ہوں کہ آپ اس سٹیٹس کو کوئی چینج کر سکتے ہیں، تو یقین کیجئے لڑائی بالکل اسلام کے خلاف ہے۔</w:t>
      </w:r>
    </w:p>
    <w:p>
      <w:r>
        <w:rPr>
          <w:b/>
        </w:rPr>
        <w:t xml:space="preserve">[1:23:05] </w:t>
      </w:r>
      <w:r>
        <w:t>aap ko reset karna chahiye. is wajah se palestine ka wahi hal hai jo rasool Allah ke haan milta hai, namoona ke chounke aap ne bewakoof nadani ki 48 mein,</w:t>
      </w:r>
    </w:p>
    <w:p>
      <w:pPr>
        <w:jc w:val="right"/>
      </w:pPr>
      <w:r>
        <w:t>آپ کو ریسیٹ کرنا چاہیے۔ اس وجہ سے پیلسٹائن کا وہی حل ہے جو رسول اللہ کے ہاں ملتا ہے، نمونہ کہ چونکہ آپ نے بیوقوف نادانی کی 48 میں،</w:t>
      </w:r>
    </w:p>
    <w:p>
      <w:r>
        <w:rPr>
          <w:b/>
        </w:rPr>
        <w:t xml:space="preserve">[1:23:19] </w:t>
      </w:r>
      <w:r>
        <w:t>ab is nadani kab tak repeat karenge? So you have to accept the status quo in Palestine. Arab must accept the status quo in Palestine.</w:t>
      </w:r>
    </w:p>
    <w:p>
      <w:pPr>
        <w:jc w:val="right"/>
      </w:pPr>
      <w:r>
        <w:t>اب اس نادانی کب تک ریپیٹ کریں گے؟ سو یو ہیو ٹو ایکسیپٹ دی اسٹیٹس کو ان پیلسٹائن۔ عرب مسٹ ایکسیپٹ دی اسٹیٹس کو ان پیلسٹائن۔</w:t>
      </w:r>
    </w:p>
    <w:p>
      <w:r>
        <w:rPr>
          <w:b/>
        </w:rPr>
        <w:t xml:space="preserve">[1:23:36] </w:t>
      </w:r>
      <w:r>
        <w:t>there is no other choice for arab. there is no other solution at all. yeh meri rai hai.</w:t>
      </w:r>
    </w:p>
    <w:p>
      <w:pPr>
        <w:jc w:val="right"/>
      </w:pPr>
      <w:r>
        <w:t>دیر از نو ادر چوائس فار عرب۔ دیر از نو ادر سولیوشن ایٹ آل۔ یہ میری رائے ہے۔</w:t>
      </w:r>
    </w:p>
    <w:p>
      <w:r>
        <w:rPr>
          <w:b/>
        </w:rPr>
        <w:t xml:space="preserve">[1:23:44] </w:t>
      </w:r>
      <w:r>
        <w:t>he has another question which is what would be the correct and dignified course for iraqis. dignified kuch nahi hota.</w:t>
      </w:r>
    </w:p>
    <w:p>
      <w:pPr>
        <w:jc w:val="right"/>
      </w:pPr>
      <w:r>
        <w:t>ہی ہیز انادر کوئسچن وچ از واٹ وڈ بی دی کریکٹ اینڈ ڈگنیفائیڈ کورس فار عراقیز۔ ڈگنیفائیڈ کچھ نہیں ہوتا۔</w:t>
      </w:r>
    </w:p>
    <w:p>
      <w:r>
        <w:rPr>
          <w:b/>
        </w:rPr>
        <w:t xml:space="preserve">[1:23:54] </w:t>
      </w:r>
      <w:r>
        <w:t>yeh ek false word hai. possible ka word boliye, dignified kuch bhi nahi hota. yeh to shaitani fareb hai. yeh shaitani fareb hai.</w:t>
      </w:r>
    </w:p>
    <w:p>
      <w:pPr>
        <w:jc w:val="right"/>
      </w:pPr>
      <w:r>
        <w:t>یہ ایک فالس ورڈ ہے۔ پاسیبل کا ورڈ بولیے، ڈگنیفائیڈ کچھ بھی نہیں ہوتا۔ یہ تو شیطانی فریب ہے۔ یہ شیطانی فریب ہے۔</w:t>
      </w:r>
    </w:p>
    <w:p>
      <w:r>
        <w:rPr>
          <w:b/>
        </w:rPr>
        <w:t xml:space="preserve">[1:24:06] </w:t>
      </w:r>
      <w:r>
        <w:t>self respect aur dignified is ko mein nahi manta. yeh sab shaitan bhagata rehta hai.</w:t>
      </w:r>
    </w:p>
    <w:p>
      <w:pPr>
        <w:jc w:val="right"/>
      </w:pPr>
      <w:r>
        <w:t>سیلف ریسپیکٹ اور ڈگنیفائیڈ اس کو میں نہیں مانتا۔ یہ سب شیطان بھاگاتا رہتا ہے۔</w:t>
      </w:r>
    </w:p>
    <w:p>
      <w:r>
        <w:rPr>
          <w:b/>
        </w:rPr>
        <w:t xml:space="preserve">[1:24:13] </w:t>
      </w:r>
      <w:r>
        <w:t>you have to see the possible. you have to accept the possible. is qism ke alfaaz jo hote hain, mein is ko shaitani fareb manta hoon ke sahib self respect aur dignified way mein yeh kya, yeh sab bekar baatein hain.</w:t>
      </w:r>
    </w:p>
    <w:p>
      <w:pPr>
        <w:jc w:val="right"/>
      </w:pPr>
      <w:r>
        <w:t>یو ہیو ٹو سی دا پاسیبل۔ یو ہیو ٹو ایکسیپٹ دا پاسیبل۔ اس قسم کے الفاظ جو ہوتے ہیں، میں اس کو شیطانی فریب مانتا ہوں کہ صاحب سیلف ریسپیکٹ اور ڈگنیفائیڈ وے میں یہ کیا، یہ سب بیکار باتیں ہیں۔</w:t>
      </w:r>
    </w:p>
    <w:p>
      <w:r>
        <w:rPr>
          <w:b/>
        </w:rPr>
        <w:t xml:space="preserve">[1:24:28] </w:t>
      </w:r>
      <w:r>
        <w:t>mein manta hoon is ko. aap ko sirf ek baat dekhna hai ke what is possible aur what is impossible. bas rasool Allah ne yahi dekha hamesha.</w:t>
      </w:r>
    </w:p>
    <w:p>
      <w:pPr>
        <w:jc w:val="right"/>
      </w:pPr>
      <w:r>
        <w:t>میں مانتا ہوں اس کو۔ آپ کو صرف ایک بات دیکھنا ہے کہ واٹ از پاسیبل اور واٹ از امپاسیبل۔ بس رسول اللہ نے یہی دیکھا ہمیشہ۔</w:t>
      </w:r>
    </w:p>
    <w:p>
      <w:r>
        <w:rPr>
          <w:b/>
        </w:rPr>
        <w:t xml:space="preserve">[1:24:41] </w:t>
      </w:r>
      <w:r>
        <w:t>what is possible aur what is impossible</w:t>
      </w:r>
    </w:p>
    <w:p>
      <w:pPr>
        <w:jc w:val="right"/>
      </w:pPr>
      <w:r>
        <w:t>واٹ از پاسیبل اور واٹ از امپاسیبل</w:t>
      </w:r>
    </w:p>
    <w:p>
      <w:r>
        <w:rPr>
          <w:b/>
        </w:rPr>
        <w:t xml:space="preserve">[1:24:43] </w:t>
      </w:r>
      <w:r>
        <w:t>. jo possible hai, us ko le lijie. jo impossible hai, us ko chhod dijiye. bhai, dignified way koi cheez nahi hua karti. yeh sab shaitan ka fareb hai. how should we deal with our parents?</w:t>
      </w:r>
    </w:p>
    <w:p>
      <w:pPr>
        <w:jc w:val="right"/>
      </w:pPr>
      <w:r>
        <w:t>۔ جو پاسیبل ہے، اس کو لے لیجئے۔ جو امپاسیبل ہے، اس کو چھوڑ دیجئے۔ بھئی، ڈگنیفائیڈ وے کوئی چیز نہیں ہوا کرتی۔ یہ سب شیطان کا فریب ہے۔ ہاؤ شوڈ وی ڈیل ود اور پیرنٹس؟</w:t>
      </w:r>
    </w:p>
    <w:p>
      <w:r>
        <w:rPr>
          <w:b/>
        </w:rPr>
        <w:t xml:space="preserve">[1:24:55] </w:t>
      </w:r>
      <w:r>
        <w:t>aur how how much do we owe to our parents? bhai, dekhen, yeh to ek ek bohat hi mushkil sawal hai ke aaj ke ladke kuch sunte to hain nahi.</w:t>
      </w:r>
    </w:p>
    <w:p>
      <w:pPr>
        <w:jc w:val="right"/>
      </w:pPr>
      <w:r>
        <w:t>اور ہاؤ ہاؤ مچ ڈو وی او ٹو اور پیرنٹس؟ بھئی، دیکھیں، یہ تو ایک ایک بہت ہی مشکل سوال ہے کہ آج کے لڑکے کچھ سنتے تو ہیں نہیں۔</w:t>
      </w:r>
    </w:p>
    <w:p>
      <w:r>
        <w:rPr>
          <w:b/>
        </w:rPr>
        <w:t xml:space="preserve">[1:25:06] </w:t>
      </w:r>
      <w:r>
        <w:t>aaj ke jo ladke hain, woh kuch sunte hote to hain nahi. to aap kya keh sakte hain?</w:t>
      </w:r>
    </w:p>
    <w:p>
      <w:pPr>
        <w:jc w:val="right"/>
      </w:pPr>
      <w:r>
        <w:t>آج کے جو لڑکے ہیں، وہ کچھ سنتے ہوندے تو ہیں نہیں۔ تو آپ کیا کہہ سکتے ہیں؟</w:t>
      </w:r>
    </w:p>
    <w:p>
      <w:r>
        <w:rPr>
          <w:b/>
        </w:rPr>
        <w:t xml:space="preserve">[1:25:12] </w:t>
      </w:r>
      <w:r>
        <w:t>kuch nahi keh sakte. hamare jaise log khali khaas taur par jo angrezi school mein padhte hain, ladke aap jante hain kya karte hain? slang language ke expert hote hain.</w:t>
      </w:r>
    </w:p>
    <w:p>
      <w:pPr>
        <w:jc w:val="right"/>
      </w:pPr>
      <w:r>
        <w:t>کچھ نہیں کہہ سکتے۔ ہمارے جیسے لوگ خالی خاص طور پر جو انگریزی سکول میں پڑھتے ہیں، لڑکے آپ جانتے ہیں کیا کرتے ہیں؟ سلینگ لینگویج کے ایکسپرٹ ہوتے ہیں۔</w:t>
      </w:r>
    </w:p>
    <w:p>
      <w:r>
        <w:rPr>
          <w:b/>
        </w:rPr>
        <w:t xml:space="preserve">[1:25:22] </w:t>
      </w:r>
      <w:r>
        <w:t>jahan do chaar ladke baithe, slang language mein hua karte hain. to yeh ek to shaitani kaam hai. aap yaqeen kijiye ke mein rota hoon is par.</w:t>
      </w:r>
    </w:p>
    <w:p>
      <w:pPr>
        <w:jc w:val="right"/>
      </w:pPr>
      <w:r>
        <w:t>جہاں دو چار لڑکے بیٹھے، سلینگ لینگویج میں ہوا کرتے ہیں۔ تو یہ ایک تو شیطانی کام ہے۔ آپ یقین کیجئے کہ میں روتا ہوں اس پر۔</w:t>
      </w:r>
    </w:p>
    <w:p>
      <w:r>
        <w:rPr>
          <w:b/>
        </w:rPr>
        <w:t xml:space="preserve">[1:25:31] </w:t>
      </w:r>
      <w:r>
        <w:t>abhi kal ki baat hai, all india radio par ek program tha jis mein english schoolon mein padhne wale ladke, koi ladkiyan ikattha theen aur aapas mein baatein kar rahi theen.</w:t>
      </w:r>
    </w:p>
    <w:p>
      <w:pPr>
        <w:jc w:val="right"/>
      </w:pPr>
      <w:r>
        <w:t>ابھی کل کی بات ہے، ال انڈیا ریڈیو پر ایک پروگرام تھا جس میں انگلش سکولوں میں پڑھنے والے لڑکے، کوئی لڑکیاں اکٹھا تھیں اور آپس میں باتیں کر رہی تھیں۔</w:t>
      </w:r>
    </w:p>
    <w:p>
      <w:r>
        <w:rPr>
          <w:b/>
        </w:rPr>
        <w:t xml:space="preserve">[1:25:42] </w:t>
      </w:r>
      <w:r>
        <w:t>sab slang language mein baatein ho rahi theen. ahwa ho raha tha aur mein ro raha tha baith kar. yaani bachchon ko pata nahi ke woh kya nuksaan utha rahe hain.</w:t>
      </w:r>
    </w:p>
    <w:p>
      <w:pPr>
        <w:jc w:val="right"/>
      </w:pPr>
      <w:r>
        <w:t>سب سلینگ لینگویج میں باتیں ہو رہی تھیں۔ اہوا ہو رہا تھا اور میں رو رہا تھا بیٹھ کر۔ یعنی بچوں کو پتہ نہیں کہ وہ کیا نقصان اٹھا رہے ہیں۔</w:t>
      </w:r>
    </w:p>
    <w:p>
      <w:r>
        <w:rPr>
          <w:b/>
        </w:rPr>
        <w:t xml:space="preserve">[1:25:52] </w:t>
      </w:r>
      <w:r>
        <w:t>jo time hai in ko intellectual development ka, educational development ka, is time ko barbaad kar rahe hain. yeh slang language mein hua kar rahe hain baith kar ke.</w:t>
      </w:r>
    </w:p>
    <w:p>
      <w:pPr>
        <w:jc w:val="right"/>
      </w:pPr>
      <w:r>
        <w:t>جو ٹائم ہے ان کو انٹلیکچول ڈیولپمنٹ کا، ایجوکیشنل ڈیولپمنٹ کا، اس ٹائم کو برباد کر رہے ہیں۔ یہ سلینگ لینگویج میں ہوا کر رہے ہیں بیٹھ کر کے۔</w:t>
      </w:r>
    </w:p>
    <w:p>
      <w:r>
        <w:rPr>
          <w:b/>
        </w:rPr>
        <w:t xml:space="preserve">[1:26:02] </w:t>
      </w:r>
      <w:r>
        <w:t>bas sunta kaun hai? koi sunne wala nahi hai. to log paagal ho rahe hain. bas</w:t>
      </w:r>
    </w:p>
    <w:p>
      <w:pPr>
        <w:jc w:val="right"/>
      </w:pPr>
      <w:r>
        <w:t>بس سنتا کون ہے؟ کوئی سننے والا نہیں ہے۔ تو لوگ پاگل ہو رہے ہیں۔ بس</w:t>
      </w:r>
    </w:p>
    <w:p>
      <w:r>
        <w:rPr>
          <w:b/>
        </w:rPr>
        <w:t xml:space="preserve">[1:26:10] </w:t>
      </w:r>
      <w:r>
        <w:t>is wajah se mein to is mein koi rai nahi de sakta. meri rai aap ki samajh mein nahi aayegi. meri rai to koi samajh mein nahi aayegi. behraal, meri rai jo hai woh yeh hai ke bachche jo hain apne maa baap ki baat manen aur maa baap jo hain bachchon ko bajaye pampering karne ke, un ko education dilai</w:t>
      </w:r>
    </w:p>
    <w:p>
      <w:pPr>
        <w:jc w:val="right"/>
      </w:pPr>
      <w:r>
        <w:t>اس وجہ سے میں تو اس میں کوئی رائے نہیں دے سکتا۔ میری رائے آپ کی سمجھ میں نہیں آئے گی۔ میری رائے تو کوئی سمجھ میں نہیں آئے گی۔ بہرحال، میری رائے جو ہے وہ یہ ہے کہ بچے جو ہیں اپنے ماں باپ کی بات مانیں اور ماں باپ جو ہیں بچوں کو بجائے پیمپرنگ کرنے کے، ان کو ایجوکیشن دلائ</w:t>
      </w:r>
    </w:p>
    <w:p>
      <w:r>
        <w:rPr>
          <w:b/>
        </w:rPr>
        <w:t xml:space="preserve">[1:26:36] </w:t>
      </w:r>
      <w:r>
        <w:t>en. bas bachchon ka bachchon ko chahiye ke maa baap ko apna bada man kar ke un ki baat sunen aur aur baap maa ko chahiye ke woh pampering na karen balkeh education dilayen un ko.</w:t>
      </w:r>
    </w:p>
    <w:p>
      <w:pPr>
        <w:jc w:val="right"/>
      </w:pPr>
      <w:r>
        <w:t>یں۔ بس بچوں کا بچوں کو چاہیے کہ ماں باپ کو اپنا بڑا مان کر کے ان کی بات سنیں اور اور باپ ماں کو چاہیے کہ وہ پیمپرنگ نہ کریں بلکہ ایجوکیشن دلائیں ان کو۔</w:t>
      </w:r>
    </w:p>
    <w:p>
      <w:r>
        <w:rPr>
          <w:b/>
        </w:rPr>
        <w:t xml:space="preserve">[1:26:49] </w:t>
      </w:r>
      <w:r>
        <w:t>bas aaj kal maa baap kya karte hain? in ko yeh karte hain ke sahib khwamkhwah woh woh ka outing karwate hain, khwamkhwah shopping karwate hain, khwamkhwah junk food khilate hain.</w:t>
      </w:r>
    </w:p>
    <w:p>
      <w:pPr>
        <w:jc w:val="right"/>
      </w:pPr>
      <w:r>
        <w:t>بس آج کل ماں باپ کیا کرتے ہیں؟ ان کو یہ کرتے ہیں کہ صاحب خوامخواہ وہ وہ کا آؤٹنگ کرواتے ہیں، خوامخواہ شاپنگ کرواتے ہیں، خوامخواہ جنک فوڈ کھلاتے ہیں۔</w:t>
      </w:r>
    </w:p>
    <w:p>
      <w:r>
        <w:rPr>
          <w:b/>
        </w:rPr>
        <w:t xml:space="preserve">[1:27:02] </w:t>
      </w:r>
      <w:r>
        <w:t>aise maa baap jo hain, bas bataun ke dushman hain apne bachchon ke.</w:t>
      </w:r>
    </w:p>
    <w:p>
      <w:pPr>
        <w:jc w:val="right"/>
      </w:pPr>
      <w:r>
        <w:t>ایسے ماں باپ جو ہیں، بس بتاؤں کہ دشمن ہیں اپنے بچوں کے۔</w:t>
      </w:r>
    </w:p>
    <w:p>
      <w:r>
        <w:rPr>
          <w:b/>
        </w:rPr>
        <w:t xml:space="preserve">[1:27:06] </w:t>
      </w:r>
      <w:r>
        <w:t>aise maa baap apne bachchon ke dushman hain jo un ko bas outing ho, shopping ho, junk food isi mein lagaye rehte hain. ek hi kaam baap aap karna chahiye, woh hai education.</w:t>
      </w:r>
    </w:p>
    <w:p>
      <w:pPr>
        <w:jc w:val="right"/>
      </w:pPr>
      <w:r>
        <w:t>ایسے ماں باپ اپنے بچوں کے دشمن ہیں جو ان کو بس آؤٹنگ ہو، شاپنگ ہو، جنک فوڈ اسی میں لگائے رہتے ہیں۔ ایک ہی کام باپ آپ کرنا چاہیے، وہ ہے ایجوکیشن۔</w:t>
      </w:r>
    </w:p>
    <w:p>
      <w:r>
        <w:rPr>
          <w:b/>
        </w:rPr>
        <w:t xml:space="preserve">[1:27:19] </w:t>
      </w:r>
      <w:r>
        <w:t>to mera formula yeh hai ke bachche apne maa baap ki baat maanein aur maa baap apne bachchon ke liye sab se zyada dhyan dein un ki education par.</w:t>
      </w:r>
    </w:p>
    <w:p>
      <w:pPr>
        <w:jc w:val="right"/>
      </w:pPr>
      <w:r>
        <w:t>تو میرا فارمولا یہ ہے کہ بچے اپنے ماں باپ کی بات مانیں اور ماں باپ اپنے بچوں کے لیے سب سے زیادہ دھیان دیں ان کی ایجوکیشن پر۔</w:t>
      </w:r>
    </w:p>
    <w:p>
      <w:r>
        <w:rPr>
          <w:b/>
        </w:rPr>
        <w:t xml:space="preserve">[1:27:30] </w:t>
      </w:r>
      <w:r>
        <w:t>meri to yahi rai hai. what should we do when faced with success?</w:t>
      </w:r>
    </w:p>
    <w:p>
      <w:pPr>
        <w:jc w:val="right"/>
      </w:pPr>
      <w:r>
        <w:t>میری تو یہی رائے ہے۔ واٹ شوڈ وی ڈو وین فیسڈ ود سکسیس؟</w:t>
      </w:r>
    </w:p>
    <w:p>
      <w:r>
        <w:rPr>
          <w:b/>
        </w:rPr>
        <w:t xml:space="preserve">[1:27:36] </w:t>
      </w:r>
      <w:r>
        <w:t>face ka matlab hai when we experience success? face to ek yahan kuch tucha aa rahi hai. achha nahin, face yeh success ko face karna.</w:t>
      </w:r>
    </w:p>
    <w:p>
      <w:pPr>
        <w:jc w:val="right"/>
      </w:pPr>
      <w:r>
        <w:t>فیس کا مطلب ہے وین وی ایکسپیرینس سکسیس؟ فیس تو ایک یہاں کچھ ٹچا آ رہی ہے۔ اچھا نہیں، فیس یہ سکسیس کو فیس کرنا۔</w:t>
      </w:r>
    </w:p>
    <w:p>
      <w:r>
        <w:rPr>
          <w:b/>
        </w:rPr>
        <w:t xml:space="preserve">[1:27:44] </w:t>
      </w:r>
      <w:r>
        <w:t>yeh main samajhta hoon kya matlab hai is ka? experience success ko face to kar ke aa nahin jata. when you achieve success? humm, achieve hona chahiye. face kya?</w:t>
      </w:r>
    </w:p>
    <w:p>
      <w:pPr>
        <w:jc w:val="right"/>
      </w:pPr>
      <w:r>
        <w:t>یہ میں سمجھتا ہوں کیا مطلب ہے اس کا؟ ایکسپیرینس سکسیس کو فیس تو کر کے آ نہیں جاتا۔ وین یو اچیو سکسیس؟ ہمم، اچیو ہونا چاہیے۔ فیس کیا؟</w:t>
      </w:r>
    </w:p>
    <w:p>
      <w:r>
        <w:rPr>
          <w:b/>
        </w:rPr>
        <w:t xml:space="preserve">[1:27:53] </w:t>
      </w:r>
      <w:r>
        <w:t>ji ji, humm, theek hai. when you achieve success?</w:t>
      </w:r>
    </w:p>
    <w:p>
      <w:pPr>
        <w:jc w:val="right"/>
      </w:pPr>
      <w:r>
        <w:t>جی جی، ہمم، ٹھیک ہے۔ وین یو اچیو سکسیس؟</w:t>
      </w:r>
    </w:p>
    <w:p>
      <w:r>
        <w:rPr>
          <w:b/>
        </w:rPr>
        <w:t xml:space="preserve">[1:27:59] </w:t>
      </w:r>
      <w:r>
        <w:t>to bhai, quran mein bataya gaya hai ke apne aap ko organs se bachao, pride aur organs se bachao.</w:t>
      </w:r>
    </w:p>
    <w:p>
      <w:pPr>
        <w:jc w:val="right"/>
      </w:pPr>
      <w:r>
        <w:t>تو بھئی، قرآن میں بتایا گیا ہے کہ اپنے آپ کو ارگنز سے بچاؤ، پرائیڈ اور ارگنز سے بچاؤ۔</w:t>
      </w:r>
    </w:p>
    <w:p>
      <w:r>
        <w:rPr>
          <w:b/>
        </w:rPr>
        <w:t xml:space="preserve">[1:28:08] </w:t>
      </w:r>
      <w:r>
        <w:t>kyun ke jahan success aayi to saath saath pride organs aa gaya.</w:t>
      </w:r>
    </w:p>
    <w:p>
      <w:pPr>
        <w:jc w:val="right"/>
      </w:pPr>
      <w:r>
        <w:t>کیونکہ جہاں سکسیس آئی تو ساتھ ساتھ پرائیڈ ارگنز آ گیا۔</w:t>
      </w:r>
    </w:p>
    <w:p>
      <w:r>
        <w:rPr>
          <w:b/>
        </w:rPr>
        <w:t xml:space="preserve">[1:28:15] </w:t>
      </w:r>
      <w:r>
        <w:t>dekhein, quran mein surah fajr mein, surah al-fajr mein bataya gaya hai ke jab aadmi fail hota hai to woh kehta hai ke main to.</w:t>
      </w:r>
    </w:p>
    <w:p>
      <w:pPr>
        <w:jc w:val="right"/>
      </w:pPr>
      <w:r>
        <w:t>دیکھیں، قرآن میں سورہ فجر میں، سورہ الفجر میں بتایا گیا ہے کہ جب آدمی فیل ہوتا ہے تو وہ کہتا ہے کہ میں تو۔</w:t>
      </w:r>
    </w:p>
    <w:p>
      <w:r>
        <w:rPr>
          <w:b/>
        </w:rPr>
        <w:t xml:space="preserve">[1:28:28] </w:t>
      </w:r>
      <w:r>
        <w:t>to woh frustration mein pad jata hai. fail hua to frustration mein pad gaya aur kaamyaab hua to pride aa gaya. aa gaya is ko to pride bhi galat aur frustration bhi galat.</w:t>
      </w:r>
    </w:p>
    <w:p>
      <w:pPr>
        <w:jc w:val="right"/>
      </w:pPr>
      <w:r>
        <w:t>تو وہ فرسٹریشن میں پڑ جاتا ہے۔ فیل ہوا تو فرسٹریشن میں پڑ گیا اور کامیاب ہوا تو پرائیڈ آ گیا۔ آ گیا اس کو تو پرائیڈ بھی غلط اور فرسٹریشن بھی غلط۔</w:t>
      </w:r>
    </w:p>
    <w:p>
      <w:r>
        <w:rPr>
          <w:b/>
        </w:rPr>
        <w:t xml:space="preserve">[1:28:40] </w:t>
      </w:r>
      <w:r>
        <w:t>yeh surah fajr mein aap parh sakte hain.</w:t>
      </w:r>
    </w:p>
    <w:p>
      <w:pPr>
        <w:jc w:val="right"/>
      </w:pPr>
      <w:r>
        <w:t>یہ سورہ فجر میں آپ پڑھ سکتے ہیں۔</w:t>
      </w:r>
    </w:p>
    <w:p>
      <w:r>
        <w:rPr>
          <w:b/>
        </w:rPr>
        <w:t xml:space="preserve">[1:28:44] </w:t>
      </w:r>
      <w:r>
        <w:t>jo aadmi dono cheezon se bach sake, us ko kaha gaya an-nafs al-mutma'innah yaani woh insaan jis ko ke failure ka tajurba hua to frustration mein nahin pada.</w:t>
      </w:r>
    </w:p>
    <w:p>
      <w:pPr>
        <w:jc w:val="right"/>
      </w:pPr>
      <w:r>
        <w:t>جو آدمی دونوں چیزوں سے بچ سکے، اس کو کہا گیا النفس المطمئنة یعنی وہ انسان جس کو کہ فیلیر کا تجربہ ہوا تو فرسٹریشن میں نہیں پڑا۔</w:t>
      </w:r>
    </w:p>
    <w:p>
      <w:r>
        <w:rPr>
          <w:b/>
        </w:rPr>
        <w:t xml:space="preserve">[1:28:56] </w:t>
      </w:r>
      <w:r>
        <w:t>success mili to woh pride mein, pride se bhi bacha aur phir us se bhi frustration se bacha.</w:t>
      </w:r>
    </w:p>
    <w:p>
      <w:pPr>
        <w:jc w:val="right"/>
      </w:pPr>
      <w:r>
        <w:t>سکسیس ملی تو وہ پرائیڈ میں، پرائیڈ سے بھی بچا اور پھر اس سے بھی فرسٹریشن سے بچا۔</w:t>
      </w:r>
    </w:p>
    <w:p>
      <w:r>
        <w:rPr>
          <w:b/>
        </w:rPr>
        <w:t xml:space="preserve">[1:29:05] </w:t>
      </w:r>
      <w:r>
        <w:t>an-nafs al-mutma'innah isi ko paradise milegi.</w:t>
      </w:r>
    </w:p>
    <w:p>
      <w:pPr>
        <w:jc w:val="right"/>
      </w:pPr>
      <w:r>
        <w:t>النفس المطمئنة اسی کو پارادائز ملے گی۔</w:t>
      </w:r>
    </w:p>
    <w:p>
      <w:r>
        <w:rPr>
          <w:b/>
        </w:rPr>
        <w:t xml:space="preserve">[1:29:11] </w:t>
      </w:r>
      <w:r>
        <w:t>yaani dono halaton mein ek negative aspect hai. yaani failure ka bhi ek negative aspect hai aur success ka bhi ek negative aspect hai.</w:t>
      </w:r>
    </w:p>
    <w:p>
      <w:pPr>
        <w:jc w:val="right"/>
      </w:pPr>
      <w:r>
        <w:t>یعنی دونوں حالتوں میں ایک نیگیٹیو اسپیکٹ ہے۔ یعنی فیلیر کا بھی ایک نیگیٹیو اسپیکٹ ہے اور سکسیس کا بھی ایک نیگیٹیو اسپیکٹ ہے۔</w:t>
      </w:r>
    </w:p>
    <w:p>
      <w:r>
        <w:rPr>
          <w:b/>
        </w:rPr>
        <w:t xml:space="preserve">[1:29:21] </w:t>
      </w:r>
      <w:r>
        <w:t>is negative aspect se jis ne bachaya apne aap ko, usi ke liye paradise hai. what should be the ideal relationship between a husband and wife?</w:t>
      </w:r>
    </w:p>
    <w:p>
      <w:pPr>
        <w:jc w:val="right"/>
      </w:pPr>
      <w:r>
        <w:t>اس نیگیٹیو اسپیکٹ سے جس نے بچایا اپنے آپ کو، اسی کے لیے پارادائز ہے۔ واٹ شوڈ بی دی آئیڈیل ریلیشن شپ بٹوین ا ہسبینڈ اینڈ وائف؟</w:t>
      </w:r>
    </w:p>
    <w:p>
      <w:r>
        <w:rPr>
          <w:b/>
        </w:rPr>
        <w:t xml:space="preserve">[1:29:36] </w:t>
      </w:r>
      <w:r>
        <w:t>bas bhai, maine keh diya let's agree to disagree.</w:t>
      </w:r>
    </w:p>
    <w:p>
      <w:pPr>
        <w:jc w:val="right"/>
      </w:pPr>
      <w:r>
        <w:t>بس بھئی، میں نے کہہ دیا لیٹس ایگری ٹو ڈس ایگری۔</w:t>
      </w:r>
    </w:p>
    <w:p>
      <w:r>
        <w:rPr>
          <w:b/>
        </w:rPr>
        <w:t xml:space="preserve">[1:29:41] </w:t>
      </w:r>
      <w:r>
        <w:t>jab koi ikhtilaf ho, differences aayein to yahi keh dijiye. main ek ghar mein gaya, ek hindu family thi to wahan mujhe pata chala ke jo woh jo un ki patni hain, woh pakka vegetarian hain.</w:t>
      </w:r>
    </w:p>
    <w:p>
      <w:pPr>
        <w:jc w:val="right"/>
      </w:pPr>
      <w:r>
        <w:t>جب کوئی اختلاف ہو، ڈیفرنسز آئیں تو یہی کہہ دیجیے۔ میں ایک گھر میں گیا، ایک ہندو فیملی تھی تو وہاں مجھے پتہ چلا کہ جو وہ جو ان کی پتنی ہیں، وہ پکی ویجیٹیرین ہیں۔</w:t>
      </w:r>
    </w:p>
    <w:p>
      <w:r>
        <w:rPr>
          <w:b/>
        </w:rPr>
        <w:t xml:space="preserve">[1:29:59] </w:t>
      </w:r>
      <w:r>
        <w:t>ab woh jo hain, woh non-veg, non-vegetarian hain. to main ne poocha un ki patni se ke bhai kaise nipati hai aap logon ki?</w:t>
      </w:r>
    </w:p>
    <w:p>
      <w:pPr>
        <w:jc w:val="right"/>
      </w:pPr>
      <w:r>
        <w:t>اب وہ جو ہیں، وہ نان ویج، نان ویجیٹیرین ہیں۔ تو میں نے پوچھا ان کی پتنی سے کہ بھئی کیسے نپتی ہے آپ لوگوں کی؟</w:t>
      </w:r>
    </w:p>
    <w:p>
      <w:r>
        <w:rPr>
          <w:b/>
        </w:rPr>
        <w:t xml:space="preserve">[1:30:09] </w:t>
      </w:r>
      <w:r>
        <w:t>to unhon ne kaha ke main aankh band kar ke paka kar ke aur table pe rakh deti hoon. wahan hat jati hoon phir us ke baad, phir ja ke nahati hoon main aur yeh apna kha lete hain.</w:t>
      </w:r>
    </w:p>
    <w:p>
      <w:pPr>
        <w:jc w:val="right"/>
      </w:pPr>
      <w:r>
        <w:t>تو انہوں نے کہا کہ میں آنکھ بند کر کے پکا کر کے اور ٹیبل پہ رکھ دیتی ہوں۔ وہاں ہٹ جاتی ہوں پھر اس کے بعد، پھر جا کے نہاتی ہوں میں اور یہ اپنا کھا لیتے ہیں۔</w:t>
      </w:r>
    </w:p>
    <w:p>
      <w:r>
        <w:rPr>
          <w:b/>
        </w:rPr>
        <w:t xml:space="preserve">[1:30:19] </w:t>
      </w:r>
      <w:r>
        <w:t>aur dono mein khoob ban rahi thi, khoob aapas mein pyar tha dono mein. yahi hai let's agree to disagree. yaani biwi jo thi, woh paka kar ke ja ke nahati thi.</w:t>
      </w:r>
    </w:p>
    <w:p>
      <w:pPr>
        <w:jc w:val="right"/>
      </w:pPr>
      <w:r>
        <w:t>اور دونوں میں خوب بن رہی تھی، خوب آپس میں پیار تھا دونوں میں۔ یہی ہے لیٹس ایگری ٹو ڈس ایگری۔ یعنی بیوی جو تھی، وہ پکا کر کے جا کے نہاتی تھی۔</w:t>
      </w:r>
    </w:p>
    <w:p>
      <w:r>
        <w:rPr>
          <w:b/>
        </w:rPr>
        <w:t xml:space="preserve">[1:30:34] </w:t>
      </w:r>
      <w:r>
        <w:t>samjhe aap? ab dono mein pyar bhi tha dono mein.</w:t>
      </w:r>
    </w:p>
    <w:p>
      <w:pPr>
        <w:jc w:val="right"/>
      </w:pPr>
      <w:r>
        <w:t>سمجھے آپ؟ اب دونوں میں پیار بھی تھا دونوں میں۔</w:t>
      </w:r>
    </w:p>
    <w:p>
      <w:r>
        <w:rPr>
          <w:b/>
        </w:rPr>
        <w:t xml:space="preserve">[1:30:38] </w:t>
      </w:r>
      <w:r>
        <w:t>to you have to know the art of difference management. difference rehta rehta hai. koi marriage aisi nahin hai jis mein differences na aayein.</w:t>
      </w:r>
    </w:p>
    <w:p>
      <w:pPr>
        <w:jc w:val="right"/>
      </w:pPr>
      <w:r>
        <w:t>تو you have to know the art of difference management ڈیفرنس رہتا رہتا ہے۔ کوئی میرج ایسی نہیں ہے جس میں ڈیفرنسز نہ آئیں۔</w:t>
      </w:r>
    </w:p>
    <w:p>
      <w:r>
        <w:rPr>
          <w:b/>
        </w:rPr>
        <w:t xml:space="preserve">[1:30:50] </w:t>
      </w:r>
      <w:r>
        <w:t>impossible hai yeh. impossible hai. to you have to know the art of difference management. bas yahi kaam hai abhi kara dein.</w:t>
      </w:r>
    </w:p>
    <w:p>
      <w:pPr>
        <w:jc w:val="right"/>
      </w:pPr>
      <w:r>
        <w:t>امپاسیبل ہے یہ۔ امپاسیبل ہے۔ تو you have to know the art of difference management بس یہی کام ہے ابھی کرا دیں۔</w:t>
      </w:r>
    </w:p>
    <w:p>
      <w:r>
        <w:rPr>
          <w:b/>
        </w:rPr>
        <w:t xml:space="preserve">[1:31:02] </w:t>
      </w:r>
      <w:r>
        <w:t>why do we always want everything? bas itna hi hai. ji.</w:t>
      </w:r>
    </w:p>
    <w:p>
      <w:pPr>
        <w:jc w:val="right"/>
      </w:pPr>
      <w:r>
        <w:t>وائی ڈو وی الویز وانٹ ایوری تھنگ؟ بس اتنا ہی ہے۔ جی۔</w:t>
      </w:r>
    </w:p>
    <w:p>
      <w:r>
        <w:rPr>
          <w:b/>
        </w:rPr>
        <w:t xml:space="preserve">[1:31:08] </w:t>
      </w:r>
      <w:r>
        <w:t>daikhen, hamara jo mind hai, hamara jo hamari jo desire hai, woh bohat ziyada hai.</w:t>
      </w:r>
    </w:p>
    <w:p>
      <w:pPr>
        <w:jc w:val="right"/>
      </w:pPr>
      <w:r>
        <w:t>دیکھیں، ہمارا جو مائنڈ ہے، ہمارا جو ہماری جو ڈیزائر ہے، وہ بہت زیادہ ہے۔</w:t>
      </w:r>
    </w:p>
    <w:p>
      <w:r>
        <w:rPr>
          <w:b/>
        </w:rPr>
        <w:t xml:space="preserve">[1:31:20] </w:t>
      </w:r>
      <w:r>
        <w:t>sab kuch hum chahte hain apne liye. sab kuch chahte hain apne liye.</w:t>
      </w:r>
    </w:p>
    <w:p>
      <w:pPr>
        <w:jc w:val="right"/>
      </w:pPr>
      <w:r>
        <w:t>سب کچھ ہم چاہتے ہیں اپنے لیے۔ سب کچھ چاہتے ہیں اپنے لیے۔</w:t>
      </w:r>
    </w:p>
    <w:p>
      <w:r>
        <w:rPr>
          <w:b/>
        </w:rPr>
        <w:t xml:space="preserve">[1:31:28] </w:t>
      </w:r>
      <w:r>
        <w:t>to desire yahi chahti hain ke humein sab kuch milay. lekin hum un cheezon ko pa nahi sakte kyunke dunya mein hamari limitations hain.</w:t>
      </w:r>
    </w:p>
    <w:p>
      <w:pPr>
        <w:jc w:val="right"/>
      </w:pPr>
      <w:r>
        <w:t>تو ڈیزائر یہی چاہتی ہیں کہ ہمیں سب کچھ ملے۔ لیکن ہم اُن چیزوں کو پا نہیں سکتے کیونکہ دنیا میں ہماری لیمیٹیشنز ہیں۔</w:t>
      </w:r>
    </w:p>
    <w:p>
      <w:r>
        <w:rPr>
          <w:b/>
        </w:rPr>
        <w:t xml:space="preserve">[1:31:39] </w:t>
      </w:r>
      <w:r>
        <w:t>hamari limitations hain. matlab humein bimari aati hai aur accident hota hai. boredom hota hai.</w:t>
      </w:r>
    </w:p>
    <w:p>
      <w:pPr>
        <w:jc w:val="right"/>
      </w:pPr>
      <w:r>
        <w:t>ہماری لیمیٹیشنز ہیں۔ مطلب ہمیں بیماری آتی ہے اور ایکسیڈنٹ ہوتا ہے۔ بورڈم ہوتا ہے۔</w:t>
      </w:r>
    </w:p>
    <w:p>
      <w:r>
        <w:rPr>
          <w:b/>
        </w:rPr>
        <w:t xml:space="preserve">[1:31:48] </w:t>
      </w:r>
      <w:r>
        <w:t>hum mar jatay hain. to hum jo kuch chahte hain, woh sab</w:t>
      </w:r>
    </w:p>
    <w:p>
      <w:pPr>
        <w:jc w:val="right"/>
      </w:pPr>
      <w:r>
        <w:t>ہم مر جاتے ہیں۔ تو ہم جو کچھ چاہتے ہیں، وہ سب</w:t>
      </w:r>
    </w:p>
    <w:p>
      <w:r>
        <w:rPr>
          <w:b/>
        </w:rPr>
        <w:t xml:space="preserve">[1:31:54] </w:t>
      </w:r>
      <w:r>
        <w:t>pa nahi sakte. dunya bhi limited hai. to everything jo hum chahte hain, to woh asal mein hamara nature hai jo everything chahega hi.</w:t>
      </w:r>
    </w:p>
    <w:p>
      <w:pPr>
        <w:jc w:val="right"/>
      </w:pPr>
      <w:r>
        <w:t>پا نہیں سکتے۔ دنیا بھی لمیٹڈ ہے۔ تو ایوری تھنگ جو ہم چاہتے ہیں، تو وہ اصل میں ہمارا نیچر ہے جو ایوری تھنگ چاہے گا ہی۔</w:t>
      </w:r>
    </w:p>
    <w:p>
      <w:r>
        <w:rPr>
          <w:b/>
        </w:rPr>
        <w:t xml:space="preserve">[1:32:04] </w:t>
      </w:r>
      <w:r>
        <w:t>lekin humein yeh janna chahiye ke hum is dunya mein everything pa nahi sakte.</w:t>
      </w:r>
    </w:p>
    <w:p>
      <w:pPr>
        <w:jc w:val="right"/>
      </w:pPr>
      <w:r>
        <w:t>لیکن ہمیں یہ جاننا چاہیے کہ ہم اس دنیا میں ایوری تھنگ پا نہیں سکتے۔</w:t>
      </w:r>
    </w:p>
    <w:p>
      <w:r>
        <w:rPr>
          <w:b/>
        </w:rPr>
        <w:t xml:space="preserve">[1:32:10] </w:t>
      </w:r>
      <w:r>
        <w:t>aaj hi mein ek ayat parh raha tha jannatul arz ha samawatuhul arz ke jannat jo hai, zameen o aasman ke barabar iski chaurai hai. to aap jo sab kuch chahte hain, woh jannat mein milega.</w:t>
      </w:r>
    </w:p>
    <w:p>
      <w:pPr>
        <w:jc w:val="right"/>
      </w:pPr>
      <w:r>
        <w:t>آج ہی میں ایک آیت پڑھ رہا تھا جَنَّةُ الْأَرْضِ هَا سَمَاوَاتُهُا الْأَرْضُ کہ جنت جو ہے، زمین و آسمان کے برابر اس کی چوڑائی ہے۔ تو آپ جو سب کچھ چاہتے ہیں، وہ جنت میں ملے گا۔</w:t>
      </w:r>
    </w:p>
    <w:p>
      <w:r>
        <w:rPr>
          <w:b/>
        </w:rPr>
        <w:t xml:space="preserve">[1:32:21] </w:t>
      </w:r>
      <w:r>
        <w:t>arzuhasamatuhularz ji</w:t>
      </w:r>
    </w:p>
    <w:p>
      <w:pPr>
        <w:jc w:val="right"/>
      </w:pPr>
      <w:r>
        <w:t>أَرْضُهَا سَمَاوَاتُهُا الْأَرْضِ جی</w:t>
      </w:r>
    </w:p>
    <w:p>
      <w:r>
        <w:rPr>
          <w:b/>
        </w:rPr>
        <w:t xml:space="preserve">[1:32:24] </w:t>
      </w:r>
      <w:r>
        <w:t>. arzuhasamatuhularz aap ghor kijiye ke jannat kitni bari hogi. ke iski chaurai, iska area, zameen o aasman ke barabar hai.</w:t>
      </w:r>
    </w:p>
    <w:p>
      <w:pPr>
        <w:jc w:val="right"/>
      </w:pPr>
      <w:r>
        <w:t>۔ أَرْضُهَا سَمَاوَاتُهُا الْأَرْضِ آپ غور کیجیے کہ جنت کتنی بڑی ہوگی۔ کہ اس کی چوڑائی، اس کا ایریا، زمین و آسمان کے برابر ہے۔</w:t>
      </w:r>
    </w:p>
    <w:p>
      <w:r>
        <w:rPr>
          <w:b/>
        </w:rPr>
        <w:t xml:space="preserve">[1:32:39] </w:t>
      </w:r>
      <w:r>
        <w:t>to everything ki khwahish hona bura nahi hai. lekin isi dunya mein chahna bura hai.</w:t>
      </w:r>
    </w:p>
    <w:p>
      <w:pPr>
        <w:jc w:val="right"/>
      </w:pPr>
      <w:r>
        <w:t>تو ایوری تھنگ کی خواہش ہونا برا نہیں ہے۔ لیکن اسی دنیا میں چاہنا برا ہے۔</w:t>
      </w:r>
    </w:p>
    <w:p>
      <w:r>
        <w:rPr>
          <w:b/>
        </w:rPr>
        <w:t xml:space="preserve">[1:32:46] </w:t>
      </w:r>
      <w:r>
        <w:t>aap Khuda se dua kijiye ke aap ko us amal ki tofeeq de Khuda, jis se aap ko jannat milay. jis ka area zameen o aasman ke barabar hai.</w:t>
      </w:r>
    </w:p>
    <w:p>
      <w:pPr>
        <w:jc w:val="right"/>
      </w:pPr>
      <w:r>
        <w:t>آپ خدا سے دعا کیجیے کہ آپ کو اُس عمل کی توفیق دے خدا، جس سے آپ کو جنت ملے۔ جس کا ایریا زمین و آسمان کے برابر ہے۔</w:t>
      </w:r>
    </w:p>
    <w:p>
      <w:r>
        <w:rPr>
          <w:b/>
        </w:rPr>
        <w:t xml:space="preserve">[1:32:55] </w:t>
      </w:r>
      <w:r>
        <w:t>jis mein sari cheezen hain, sari cheezen hain. walakum fiha ma tashtairfuzkum jo kuch chaho ge, sab wahan milega. mein samajhta hoon ke yahi hai iska jawab.</w:t>
      </w:r>
    </w:p>
    <w:p>
      <w:pPr>
        <w:jc w:val="right"/>
      </w:pPr>
      <w:r>
        <w:t>جس میں ساری چیزیں ہیں، ساری چیزیں ہیں۔ وَلَكُمْ فِيهَا مَا تَشْتَيَرْفُزُكُمْ جو کچھ چاہو گے، سب وہاں ملے گا۔ میں سمجھتا ہوں کہ یہی ہے اس کا جواب۔</w:t>
      </w:r>
    </w:p>
    <w:p>
      <w:r>
        <w:rPr>
          <w:b/>
        </w:rPr>
        <w:t xml:space="preserve">[1:33:09] </w:t>
      </w:r>
      <w:r>
        <w:t>is it wrong to laugh and joke?</w:t>
      </w:r>
    </w:p>
    <w:p>
      <w:pPr>
        <w:jc w:val="right"/>
      </w:pPr>
      <w:r>
        <w:t>از اٹ رونگ ٹو لاؤ اینڈ جوک؟</w:t>
      </w:r>
    </w:p>
    <w:p>
      <w:r>
        <w:rPr>
          <w:b/>
        </w:rPr>
        <w:t xml:space="preserve">[1:33:14] </w:t>
      </w:r>
      <w:r>
        <w:t>mein is ko wrong samajhta hoon is sense mein ke yeh aadmi ko animal banata hai, animal. yani jo intellectual development ka jo hamein moqa hai, woh is ko hum khote hain.</w:t>
      </w:r>
    </w:p>
    <w:p>
      <w:pPr>
        <w:jc w:val="right"/>
      </w:pPr>
      <w:r>
        <w:t>میں اس کو رونگ سمجھتا ہوں اس سینس میں کہ یہ آدمی کو اینیمل بناتا ہے، اینیمل۔ یعنی جو انٹلیکچول ڈیولپمنٹ کا جو ہمیں موقع ہے، وہ اس کو ہم کھوتے ہیں۔</w:t>
      </w:r>
    </w:p>
    <w:p>
      <w:r>
        <w:rPr>
          <w:b/>
        </w:rPr>
        <w:t xml:space="preserve">[1:33:29] </w:t>
      </w:r>
      <w:r>
        <w:t>jo log bhi joke mein jeete hain, hansne hansane mein jeete hain, mein jab un se baat karta hoon to lagta hai ke bilkul animal level reh gaya un ka. koi development nahi hua un ka kuch.</w:t>
      </w:r>
    </w:p>
    <w:p>
      <w:pPr>
        <w:jc w:val="right"/>
      </w:pPr>
      <w:r>
        <w:t>جو لوگ بھی جوک میں جیتے ہیں، ہنسنے ہنسانے میں جیتے ہیں، میں جب ان سے بات کرتا ہوں تو لگتا ہے کہ بالکل اینیمل لیول رہ گیا ان کا۔ کوئی ڈیولپمنٹ نہیں ہوا ان کا کچھ۔</w:t>
      </w:r>
    </w:p>
    <w:p>
      <w:r>
        <w:rPr>
          <w:b/>
        </w:rPr>
        <w:t xml:space="preserve">[1:33:40] </w:t>
      </w:r>
      <w:r>
        <w:t>to woh haram to nahi hai, najayaz to nahi hai, unlawful to nahi hai. lekin intellectual development mein bohat bari rukawat hai.</w:t>
      </w:r>
    </w:p>
    <w:p>
      <w:pPr>
        <w:jc w:val="right"/>
      </w:pPr>
      <w:r>
        <w:t>تو وہ حرام تو نہیں ہے، ناجائز تو نہیں ہے، ان لافل تو نہیں ہے۔ لیکن انٹلیکچول ڈیولپمنٹ میں بہت بڑی رکاوٹ ہے۔</w:t>
      </w:r>
    </w:p>
    <w:p>
      <w:r>
        <w:rPr>
          <w:b/>
        </w:rPr>
        <w:t xml:space="preserve">[1:33:55] </w:t>
      </w:r>
      <w:r>
        <w:t>to agar kisi ko intellectual development chahiye to us ko bachna paray ga is se. aur koi agar chahta hai ke use intellectual development nahi chahiye, us ko to just like animal jeena hai, to phir theek hai, phir jiyen.</w:t>
      </w:r>
    </w:p>
    <w:p>
      <w:pPr>
        <w:jc w:val="right"/>
      </w:pPr>
      <w:r>
        <w:t>تو اگر کسی کو انٹلیکچول ڈیولپمنٹ چاہیے تو اس کو بچنا پڑے گا اس سے۔ اور کوئی اگر چاہتا ہے کہ اسے انٹلیکچول ڈیولپمنٹ نہیں چاہیے، اس کو تو جسٹ لائک اینیمل جینا ہے، تو پھر ٹھیک ہے، پھر جیئے۔</w:t>
      </w:r>
    </w:p>
    <w:p>
      <w:r>
        <w:rPr>
          <w:b/>
        </w:rPr>
        <w:t xml:space="preserve">[1:34:10] </w:t>
      </w:r>
      <w:r>
        <w:t>woh haram nahi hai lekin taraqqi mein rukawat hai. intellectual development mein rukawat hai. yeh maine samjha hai is ko.</w:t>
      </w:r>
    </w:p>
    <w:p>
      <w:pPr>
        <w:jc w:val="right"/>
      </w:pPr>
      <w:r>
        <w:t>وہ حرام نہیں ہے لیکن ترقی میں رکاوٹ ہے۔ انٹلیکچول ڈیولپمنٹ میں رکاوٹ ہے۔ یہ میں نے سمجھا ہے اس کو۔</w:t>
      </w:r>
    </w:p>
    <w:p>
      <w:r>
        <w:rPr>
          <w:b/>
        </w:rPr>
        <w:t xml:space="preserve">[1:34:21] </w:t>
      </w:r>
      <w:r>
        <w:t>how should we handle illness? illness? illness. bimari? ji.</w:t>
      </w:r>
    </w:p>
    <w:p>
      <w:pPr>
        <w:jc w:val="right"/>
      </w:pPr>
      <w:r>
        <w:t>ہاؤ شوڈ وی ہینڈل النس؟ النس؟ النس۔ بیماری؟ جی۔</w:t>
      </w:r>
    </w:p>
    <w:p>
      <w:r>
        <w:rPr>
          <w:b/>
        </w:rPr>
        <w:t xml:space="preserve">[1:34:29] </w:t>
      </w:r>
      <w:r>
        <w:t>kuch nahi, bas simple formula hai. kam khaiye, saada khaiye aur khoob chaliye phiriye.</w:t>
      </w:r>
    </w:p>
    <w:p>
      <w:pPr>
        <w:jc w:val="right"/>
      </w:pPr>
      <w:r>
        <w:t>کچھ نہیں، بس سمپل فارمولا ہے۔ کم کھائیے، سادہ کھائیے اور خوب چلیے پھریے۔</w:t>
      </w:r>
    </w:p>
    <w:p>
      <w:r>
        <w:rPr>
          <w:b/>
        </w:rPr>
        <w:t xml:space="preserve">[1:34:39] </w:t>
      </w:r>
      <w:r>
        <w:t>aap ke paas gari ho tab bhi doriye sarkon par. gari mat chaliye. aap ke paas gari ho tab bhi sarkon par doriye. mein yeh mazak nahi kar raha hoon.</w:t>
      </w:r>
    </w:p>
    <w:p>
      <w:pPr>
        <w:jc w:val="right"/>
      </w:pPr>
      <w:r>
        <w:t>آپ کے پاس گاڑی ہو تب بھی دوڑیے سڑکوں پر۔ گاڑی مت چلیے۔ آپ کے پاس گاڑی ہو تب بھی سڑکوں پر دوڑیے۔ میں یہ مذاق نہیں کر رہا ہوں۔</w:t>
      </w:r>
    </w:p>
    <w:p>
      <w:r>
        <w:rPr>
          <w:b/>
        </w:rPr>
        <w:t xml:space="preserve">[1:34:51] </w:t>
      </w:r>
      <w:r>
        <w:t>aur Dilli mein daikhen, ek sahib thay, un ka naam tha Moti Ram Sarraf. woh mar gaye ab. un ki dukan thi Chandni Chowk mein.</w:t>
      </w:r>
    </w:p>
    <w:p>
      <w:pPr>
        <w:jc w:val="right"/>
      </w:pPr>
      <w:r>
        <w:t>اور دلی میں دیکھیں، ایک صاحب تھے، ان کا نام تھا موتی رام سراغ۔ وہ مر گئے اب۔ ان کی دکان تھی چاندی چوک میں۔</w:t>
      </w:r>
    </w:p>
    <w:p>
      <w:r>
        <w:rPr>
          <w:b/>
        </w:rPr>
        <w:t xml:space="preserve">[1:35:01] </w:t>
      </w:r>
      <w:r>
        <w:t>to Moti Ram Sarraf ke paas do car theen.</w:t>
      </w:r>
    </w:p>
    <w:p>
      <w:pPr>
        <w:jc w:val="right"/>
      </w:pPr>
      <w:r>
        <w:t>تو موتی رام سراغ کے پاس دو کار تھیں۔</w:t>
      </w:r>
    </w:p>
    <w:p>
      <w:r>
        <w:rPr>
          <w:b/>
        </w:rPr>
        <w:t xml:space="preserve">[1:35:05] </w:t>
      </w:r>
      <w:r>
        <w:t>ek un ke liye, ek beti ke liye. aur khud mein un ke sath kai bar chala hoon. woh paidal chalte thay, buson mein dhakka khate thay. aur janab, itni achi tandrusti un ki thi.</w:t>
      </w:r>
    </w:p>
    <w:p>
      <w:pPr>
        <w:jc w:val="right"/>
      </w:pPr>
      <w:r>
        <w:t>ایک ان کے لیے، ایک بیٹی کے لیے۔ اور خود میں ان کے ساتھ کئی بار چلا ہوں۔ وہ پیدل چلتے تھے، بسوں میں دھکا کھاتے تھے۔ اور جناب، اتنی اچھی تندرستی ان کی تھی۔</w:t>
      </w:r>
    </w:p>
    <w:p>
      <w:r>
        <w:rPr>
          <w:b/>
        </w:rPr>
        <w:t xml:space="preserve">[1:35:20] </w:t>
      </w:r>
      <w:r>
        <w:t>to mein ne un se poocha. to unhon ne kaha, yahi to meri health ka raaz hai. gaari hai to theek hai, gaari hai. lekin mein to apna paidal dorta hoon, buson mein dhakey khata hoon.</w:t>
      </w:r>
    </w:p>
    <w:p>
      <w:pPr>
        <w:jc w:val="right"/>
      </w:pPr>
      <w:r>
        <w:t>تو میں نے ان سے پوچھا۔ تو انہوں نے کہا، یہی تو میری ہیلتھ کا راز ہے۔ گاڑی ہے تو ٹھیک ہے، گاڑی ہے۔ لیکن میں تو اپنا پیدل دوڑتا ہوں، بسوں میں دھکے کھاتا ہوں۔</w:t>
      </w:r>
    </w:p>
    <w:p>
      <w:r>
        <w:rPr>
          <w:b/>
        </w:rPr>
        <w:t xml:space="preserve">[1:35:31] </w:t>
      </w:r>
      <w:r>
        <w:t>aur khana ek dam saada un ka hota tha, saada bilkul.</w:t>
      </w:r>
    </w:p>
    <w:p>
      <w:pPr>
        <w:jc w:val="right"/>
      </w:pPr>
      <w:r>
        <w:t>اور کھانا ایک دم سادہ ان کا ہوتا تھا، سادہ بالکل۔</w:t>
      </w:r>
    </w:p>
    <w:p>
      <w:r>
        <w:rPr>
          <w:b/>
        </w:rPr>
        <w:t xml:space="preserve">[1:35:35] </w:t>
      </w:r>
      <w:r>
        <w:t>mein un ke ghar pe bhi gaya hoon. to moti ram saragh jo thay, is aitbaar se mujhe aik namoona maloom hotay hain, namoona. yeh gaari hai tab bhi buson mein dhakka kha rahay hain.</w:t>
      </w:r>
    </w:p>
    <w:p>
      <w:pPr>
        <w:jc w:val="right"/>
      </w:pPr>
      <w:r>
        <w:t>میں ان کے گھر پہ بھی گیا ہوں۔ تو موتی رام سراغ جو تھے، اس اعتبار سے مجھے ایک نمونہ معلوم ہوتے ہیں، نمونہ۔ یہ گاڑی ہے تب بھی بسوں میں دھکا کھا رہے ہیں۔</w:t>
      </w:r>
    </w:p>
    <w:p>
      <w:r>
        <w:rPr>
          <w:b/>
        </w:rPr>
        <w:t xml:space="preserve">[1:35:46] </w:t>
      </w:r>
      <w:r>
        <w:t>paisah hai tab bhi saada khana kha rahay hain. samjhay aap? fancy bed hai tab bhi zameen pe so rahay hain. yeh mein ne khud apni aankh se dekha hai in ko.</w:t>
      </w:r>
    </w:p>
    <w:p>
      <w:pPr>
        <w:jc w:val="right"/>
      </w:pPr>
      <w:r>
        <w:t>پیسہ ہے تب بھی سادہ کھانا کھا رہے ہیں۔ سمجھے آپ؟ فینسی بیڈ ہے تب بھی زمین پہ سو رہے ہیں۔ یہ میں نے خود اپنی آنکھ سے دیکھا ہے ان کو۔</w:t>
      </w:r>
    </w:p>
    <w:p>
      <w:r>
        <w:rPr>
          <w:b/>
        </w:rPr>
        <w:t xml:space="preserve">[1:35:57] </w:t>
      </w:r>
      <w:r>
        <w:t>aur bohat achhi health thi un ki. kabhi dawa waghera nahi letay thay. aur baghair dawa ke achhi health thi un ki.</w:t>
      </w:r>
    </w:p>
    <w:p>
      <w:pPr>
        <w:jc w:val="right"/>
      </w:pPr>
      <w:r>
        <w:t>اور بہت اچھی ہیلتھ تھی ان کی۔ کبھی دوا وغیرہ نہیں لیتے تھے۔ اور بغیر دوا کے اچھی ہیلتھ تھی ان کی۔</w:t>
      </w:r>
    </w:p>
    <w:p>
      <w:r>
        <w:rPr>
          <w:b/>
        </w:rPr>
        <w:t xml:space="preserve">[1:36:04] </w:t>
      </w:r>
      <w:r>
        <w:t>to is baat se samajhta hoon ke sab se behtar, acha formula yahi hai. what is the importance of intention?</w:t>
      </w:r>
    </w:p>
    <w:p>
      <w:pPr>
        <w:jc w:val="right"/>
      </w:pPr>
      <w:r>
        <w:t>تو اس بات سے سمجھتا ہوں کہ سب سے بہتر، اچھا فارمولا یہی ہے۔ واٹ از دی امپورٹنس آف انٹینشن؟</w:t>
      </w:r>
    </w:p>
    <w:p>
      <w:r>
        <w:rPr>
          <w:b/>
        </w:rPr>
        <w:t xml:space="preserve">[1:36:16] </w:t>
      </w:r>
      <w:r>
        <w:t>saari importance isi ki hai. hadees mein aata hai ke innamal a'malu binniyat actions depend on intentions.</w:t>
      </w:r>
    </w:p>
    <w:p>
      <w:pPr>
        <w:jc w:val="right"/>
      </w:pPr>
      <w:r>
        <w:t>ساری امپورٹنس اسی کی ہے۔ حدیث میں آتا ہے کہ إِنَّمَا الْأَعْمَالُ بِالنِّيَّاتِ ایکشنز ڈیپینڈ آن انٹینشنز۔</w:t>
      </w:r>
    </w:p>
    <w:p>
      <w:r>
        <w:rPr>
          <w:b/>
        </w:rPr>
        <w:t xml:space="preserve">[1:36:28] </w:t>
      </w:r>
      <w:r>
        <w:t>koi bhi kaam aap karein to intention jaisa hoga, waisay hi is ka Khuda ke haan liya jayega is ko.</w:t>
      </w:r>
    </w:p>
    <w:p>
      <w:pPr>
        <w:jc w:val="right"/>
      </w:pPr>
      <w:r>
        <w:t>کوئی بھی کام آپ کریں تو انٹینشن جیسا ہوگا، ویسے ہی اس کا خدا کے ہاں لیا جائے گا اس کو۔</w:t>
      </w:r>
    </w:p>
    <w:p>
      <w:r>
        <w:rPr>
          <w:b/>
        </w:rPr>
        <w:t xml:space="preserve">[1:36:38] </w:t>
      </w:r>
      <w:r>
        <w:t>yani sab kuch intention hi par depend karta hai. yani jo Islam ka jo teaching hai, is mein sab kuch depend karta hai intention par.</w:t>
      </w:r>
    </w:p>
    <w:p>
      <w:pPr>
        <w:jc w:val="right"/>
      </w:pPr>
      <w:r>
        <w:t>یعنی سب کچھ انٹینشن ہی پر ڈیپینڈ کرتا ہے۔ یعنی جو اسلام کا جو ٹیچنگ ہے، اس میں سب کچھ ڈیپینڈ کرتا ہے انٹینشن پر۔</w:t>
      </w:r>
    </w:p>
    <w:p>
      <w:r>
        <w:rPr>
          <w:b/>
        </w:rPr>
        <w:t xml:space="preserve">[1:36:50] </w:t>
      </w:r>
      <w:r>
        <w:t>aur yeh hadees ke baray mein kaha jata hai ke sab se zyada mutawatir hadees yahi hai.</w:t>
      </w:r>
    </w:p>
    <w:p>
      <w:pPr>
        <w:jc w:val="right"/>
      </w:pPr>
      <w:r>
        <w:t>اور یہ حدیث کے بارے میں کہا جاتا ہے کہ سب سے زیادہ متواتر حدیث یہی ہے۔</w:t>
      </w:r>
    </w:p>
    <w:p>
      <w:r>
        <w:rPr>
          <w:b/>
        </w:rPr>
        <w:t xml:space="preserve">[1:36:57] </w:t>
      </w:r>
      <w:r>
        <w:t>mutawatir aik term hai jo hadees bohat zyada authentic hoti hai, us ko kehte hain mutawatir. sab se zyada authentic hadees yahi aik hadees mani jati hai.</w:t>
      </w:r>
    </w:p>
    <w:p>
      <w:pPr>
        <w:jc w:val="right"/>
      </w:pPr>
      <w:r>
        <w:t>متواتر ایک ٹرم ہے جو حدیث بہت زیادہ آتھینٹک ہوتی ہے، اس کو کہتے ہیں متواتر۔ سب سے زیادہ آتھینٹک حدیث یہی ایک حدیث مانی جاتی ہے۔</w:t>
      </w:r>
    </w:p>
    <w:p>
      <w:r>
        <w:rPr>
          <w:b/>
        </w:rPr>
        <w:t xml:space="preserve">[1:37:10] </w:t>
      </w:r>
      <w:r>
        <w:t>saari hadeeson mein sab se zyada authentic yahi hai. innamal a'malu binniyat.</w:t>
      </w:r>
    </w:p>
    <w:p>
      <w:pPr>
        <w:jc w:val="right"/>
      </w:pPr>
      <w:r>
        <w:t>ساری حدیثوں میں سب سے زیادہ آتھینٹک یہی ہے۔ إِنَّمَا الْأَعْمَالُ بِالنِّيَّاتِ ۔</w:t>
      </w:r>
    </w:p>
    <w:p>
      <w:r>
        <w:rPr>
          <w:b/>
        </w:rPr>
        <w:t xml:space="preserve">[1:37:17] </w:t>
      </w:r>
      <w:r>
        <w:t>woh yahi hai, is ka matlab ke actions depend on intentions. amal ka daromadar niyat par hai.</w:t>
      </w:r>
    </w:p>
    <w:p>
      <w:pPr>
        <w:jc w:val="right"/>
      </w:pPr>
      <w:r>
        <w:t>وہ یہی ہے، اس کا مطلب کہ ایکشنز ڈیپینڈ آن انٹینشنز۔ عمل کا دارومدار نیت پر ہے۔</w:t>
      </w:r>
    </w:p>
    <w:p>
      <w:r>
        <w:rPr>
          <w:b/>
        </w:rPr>
        <w:t xml:space="preserve">[1:37:24] </w:t>
      </w:r>
      <w:r>
        <w:t>jaisay niyat, waisay hi is ka Khuda ke haan darja. can one change his destiny?</w:t>
      </w:r>
    </w:p>
    <w:p>
      <w:pPr>
        <w:jc w:val="right"/>
      </w:pPr>
      <w:r>
        <w:t>جیسے نیت، ویسے ہی اس کا خدا کے ہاں درجہ۔ Can one change his destiny?</w:t>
      </w:r>
    </w:p>
    <w:p>
      <w:r>
        <w:rPr>
          <w:b/>
        </w:rPr>
        <w:t xml:space="preserve">[1:37:34] </w:t>
      </w:r>
      <w:r>
        <w:t>yeh kaisay? yeh to Khuda banna parhega. agar kisi ko shoq ho to Khuda ban jaye phir woh. to destiny badal dega woh.</w:t>
      </w:r>
    </w:p>
    <w:p>
      <w:pPr>
        <w:jc w:val="right"/>
      </w:pPr>
      <w:r>
        <w:t>یہ کیسے؟ یہ تو خدا بننا پڑے گا۔ اگر کسی کو شوق ہو تو خدا بن جائے پھر وہ۔ تو ڈسٹنی بدل دے گا وہ۔</w:t>
      </w:r>
    </w:p>
    <w:p>
      <w:r>
        <w:rPr>
          <w:b/>
        </w:rPr>
        <w:t xml:space="preserve">[1:37:43] </w:t>
      </w:r>
      <w:r>
        <w:t>mein nahi samajhta ke insan kaisay badlega.</w:t>
      </w:r>
    </w:p>
    <w:p>
      <w:pPr>
        <w:jc w:val="right"/>
      </w:pPr>
      <w:r>
        <w:t>میں نہیں سمجھتا کہ انسان کیسے بدلے گا۔</w:t>
      </w:r>
    </w:p>
    <w:p>
      <w:r>
        <w:rPr>
          <w:b/>
        </w:rPr>
        <w:t xml:space="preserve">[1:37:53] </w:t>
      </w:r>
      <w:r>
        <w:t>how can we overcome our ego?</w:t>
      </w:r>
    </w:p>
    <w:p>
      <w:pPr>
        <w:jc w:val="right"/>
      </w:pPr>
      <w:r>
        <w:t>How can we overcome our ego?</w:t>
      </w:r>
    </w:p>
    <w:p>
      <w:r>
        <w:rPr>
          <w:b/>
        </w:rPr>
        <w:t xml:space="preserve">[1:38:01] </w:t>
      </w:r>
      <w:r>
        <w:t>dekhiye, ego jo hai, bunyadi tor par woh aik ghair haqeeqi approach hai.</w:t>
      </w:r>
    </w:p>
    <w:p>
      <w:pPr>
        <w:jc w:val="right"/>
      </w:pPr>
      <w:r>
        <w:t>دیکھیے، ایگو جو ہے، بنیادی طور پر وہ ایک غیر حقیقی اپروچ ہے۔</w:t>
      </w:r>
    </w:p>
    <w:p>
      <w:r>
        <w:rPr>
          <w:b/>
        </w:rPr>
        <w:t xml:space="preserve">[1:38:11] </w:t>
      </w:r>
      <w:r>
        <w:t>haqeeqat to hamari kuch bhi nahi hai. aur apni samajh letay hain, pata nahi kiya.</w:t>
      </w:r>
    </w:p>
    <w:p>
      <w:pPr>
        <w:jc w:val="right"/>
      </w:pPr>
      <w:r>
        <w:t>حقیقت تو ہماری کچھ بھی نہیں ہے۔ اور اپنی سمجھ لیتے ہیں، پتہ نہیں کیا۔</w:t>
      </w:r>
    </w:p>
    <w:p>
      <w:r>
        <w:rPr>
          <w:b/>
        </w:rPr>
        <w:t xml:space="preserve">[1:38:20] </w:t>
      </w:r>
      <w:r>
        <w:t>yani kal parson mujhe aik bohat choti si dhans gayi yahan par ungli ki is mein. mein aisi kisi wajah se is mein koi cheez thi wahan par dhans gayi.</w:t>
      </w:r>
    </w:p>
    <w:p>
      <w:pPr>
        <w:jc w:val="right"/>
      </w:pPr>
      <w:r>
        <w:t>یعنی کل پرسوں مجھے ایک بہت چھوٹی سی دھنس گئی یہاں پر انگلی کی اس میں۔ میں ایسی کسی وجہ سے اس میں کوئی چیز تھی وہاں پر دھنس گئی۔</w:t>
      </w:r>
    </w:p>
    <w:p>
      <w:r>
        <w:rPr>
          <w:b/>
        </w:rPr>
        <w:t xml:space="preserve">[1:38:29] </w:t>
      </w:r>
      <w:r>
        <w:t>aur bohat choti si thi woh. yani sui ke nok ke barabar. aur kafi takleef thi is mein. to meri beti ne is ko nikala sui se.</w:t>
      </w:r>
    </w:p>
    <w:p>
      <w:pPr>
        <w:jc w:val="right"/>
      </w:pPr>
      <w:r>
        <w:t>اور بہت چھوٹی سی تھی وہ۔ یعنی سوئی کے نوک کے برابر۔ اور کافی تکلیف تھی اس میں۔ تو میری بیٹی نے اس کو نکالا سوئی سے۔</w:t>
      </w:r>
    </w:p>
    <w:p>
      <w:r>
        <w:rPr>
          <w:b/>
        </w:rPr>
        <w:t xml:space="preserve">[1:38:43] </w:t>
      </w:r>
      <w:r>
        <w:t>to mein ne samjha ke itni si dhansi rahe agar to pilots bhi bilkul bekar hain.</w:t>
      </w:r>
    </w:p>
    <w:p>
      <w:pPr>
        <w:jc w:val="right"/>
      </w:pPr>
      <w:r>
        <w:t>تو میں نے سمجھا کہ اتنی سی دھنسی رہے اگر تو پائلٹس بھی بالکل بیکار ہیں۔</w:t>
      </w:r>
    </w:p>
    <w:p>
      <w:r>
        <w:rPr>
          <w:b/>
        </w:rPr>
        <w:t xml:space="preserve">[1:38:50] </w:t>
      </w:r>
      <w:r>
        <w:t>yeh yahan par dhansi hui thi, woh to nikala unhon ne sui se. to kiya hamari haqeeqat kiya hai? ego to aik jhooti cheez hai bilkul.</w:t>
      </w:r>
    </w:p>
    <w:p>
      <w:pPr>
        <w:jc w:val="right"/>
      </w:pPr>
      <w:r>
        <w:t>یہ یہاں پر دھنسی ہوئی تھی، وہ تو نکالا انہوں نے سوئی سے۔ تو کیا ہماری حقیقت کیا ہے؟ ایگو تو ایک جھوٹی چیز ہے بالکل۔</w:t>
      </w:r>
    </w:p>
    <w:p>
      <w:r>
        <w:rPr>
          <w:b/>
        </w:rPr>
        <w:t xml:space="preserve">[1:39:01] </w:t>
      </w:r>
      <w:r>
        <w:t>agar hum jaan lein ke hamari haqeeqat kuch bhi nahi hai, ego khatam. objective thinking aa jaye hamare andar, realistic think aa jaye hamare andar, apne aap ko pehchanna aa jaye hamare andar,</w:t>
      </w:r>
    </w:p>
    <w:p>
      <w:pPr>
        <w:jc w:val="right"/>
      </w:pPr>
      <w:r>
        <w:t>اگر ہم جان لیں کہ ہماری حقیقت کچھ بھی نہیں ہے، ایگو ختم۔ آبجیکٹو تھنکنگ آ جائے ہمارے اندر، ریئلسٹک تھنک آ جائے ہمارے اندر، اپنے آپ کو پہچاننا آ جائے ہمارے اندر،</w:t>
      </w:r>
    </w:p>
    <w:p>
      <w:r>
        <w:rPr>
          <w:b/>
        </w:rPr>
        <w:t xml:space="preserve">[1:39:17] </w:t>
      </w:r>
      <w:r>
        <w:t>apne aap ego khatam ho jayega. apne aap. mein to yaqeen kijiye ke isi ko samajhta hoon ke ego ke liye color hai, color.</w:t>
      </w:r>
    </w:p>
    <w:p>
      <w:pPr>
        <w:jc w:val="right"/>
      </w:pPr>
      <w:r>
        <w:t>اپنے آپ ایگو ختم ہو جائے گا۔ اپنے آپ۔ میں تو یقین کیجیے کہ اسی کو سمجھتا ہوں کہ ایگو کے لیے کلر ہے، کلر۔</w:t>
      </w:r>
    </w:p>
    <w:p>
      <w:r>
        <w:rPr>
          <w:b/>
        </w:rPr>
        <w:t xml:space="preserve">[1:39:27] </w:t>
      </w:r>
      <w:r>
        <w:t>keh ab mein yeh sochun</w:t>
      </w:r>
    </w:p>
    <w:p>
      <w:pPr>
        <w:jc w:val="right"/>
      </w:pPr>
      <w:r>
        <w:t>کہ اب میں یہ سوچوں</w:t>
      </w:r>
    </w:p>
    <w:p>
      <w:r>
        <w:rPr>
          <w:b/>
        </w:rPr>
        <w:t xml:space="preserve">[1:39:30] </w:t>
      </w:r>
      <w:r>
        <w:t>keh mere bolne se koi faida nahi agar hawa na beech mein ho. bolta rahoon ga, bolta rahoon ga, aap sunenge nahi. hawa mein create nahi kar sakta. hawa mein create nahi kar sakta.</w:t>
      </w:r>
    </w:p>
    <w:p>
      <w:pPr>
        <w:jc w:val="right"/>
      </w:pPr>
      <w:r>
        <w:t>کہ میرے بولنے سے کوئی فائدہ نہیں اگر ہوا نہ بیچ میں ہو۔ بولتا رہوں گا، بولتا رہوں گا، آپ سنیں گے نہیں۔ ہوا میں کریٹ نہیں کر سکتا۔ ہوا میں کریٹ نہیں کر سکتا۔</w:t>
      </w:r>
    </w:p>
    <w:p>
      <w:r>
        <w:rPr>
          <w:b/>
        </w:rPr>
        <w:t xml:space="preserve">[1:39:42] </w:t>
      </w:r>
      <w:r>
        <w:t>yani yahi mujhe criticize kar deti hai yeh cheez. yeh zuban jo hai, kya maine banai hai? yani hamara kya hissa hai apne is personality ko banane mein?</w:t>
      </w:r>
    </w:p>
    <w:p>
      <w:pPr>
        <w:jc w:val="right"/>
      </w:pPr>
      <w:r>
        <w:t>یعنی یہی مجھے کریٹیسائز کر دیتی ہے یہ چیز۔ یہ زبان جو ہے، کیا میں نے بنائی ہے؟ یعنی ہمارا کیا حصہ ہے اپنے اس پرسنیلٹی کو بنانے میں؟</w:t>
      </w:r>
    </w:p>
    <w:p>
      <w:r>
        <w:rPr>
          <w:b/>
        </w:rPr>
        <w:t xml:space="preserve">[1:39:51] </w:t>
      </w:r>
      <w:r>
        <w:t>ek baal bhi hum ne nahi banaya hai.</w:t>
      </w:r>
    </w:p>
    <w:p>
      <w:pPr>
        <w:jc w:val="right"/>
      </w:pPr>
      <w:r>
        <w:t>ایک بال بھی ہم نے نہیں بنایا ہے۔</w:t>
      </w:r>
    </w:p>
    <w:p>
      <w:r>
        <w:rPr>
          <w:b/>
        </w:rPr>
        <w:t xml:space="preserve">[1:39:54] </w:t>
      </w:r>
      <w:r>
        <w:t>agar aadmi yeh soche to woh main criticize ban jayega. jab main criticize ban jayega to ego apne aap ghayab ho jayegi.</w:t>
      </w:r>
    </w:p>
    <w:p>
      <w:pPr>
        <w:jc w:val="right"/>
      </w:pPr>
      <w:r>
        <w:t>اگر آدمی یہ سوچے تو وہ مین کریٹیسائز بن جائے گا۔ جب من کریٹیسائز بن جائے گا تو ایگو اپنے آپ غائب ہو جائے گا۔</w:t>
      </w:r>
    </w:p>
    <w:p>
      <w:r>
        <w:rPr>
          <w:b/>
        </w:rPr>
        <w:t xml:space="preserve">[1:40:05] </w:t>
      </w:r>
      <w:r>
        <w:t>ghayab. ego to ek jhooti soch ka nateeja hota hai. jhooti soch ka nateeja. ego koi ek besir cheez hai, ego.</w:t>
      </w:r>
    </w:p>
    <w:p>
      <w:pPr>
        <w:jc w:val="right"/>
      </w:pPr>
      <w:r>
        <w:t>غائب۔ ایگو تو ایک جھوٹی سوچ کا نتیجہ ہوتا ہے۔ جھوٹی سوچ کا نتیجہ۔ ایگو کوئی ایک بے سیرس چیز ہے، ایگو۔</w:t>
      </w:r>
    </w:p>
    <w:p>
      <w:r>
        <w:rPr>
          <w:b/>
        </w:rPr>
        <w:t xml:space="preserve">[1:40:18] </w:t>
      </w:r>
      <w:r>
        <w:t>kis barte pe ego bhai? kis barte pe ego?</w:t>
      </w:r>
    </w:p>
    <w:p>
      <w:pPr>
        <w:jc w:val="right"/>
      </w:pPr>
      <w:r>
        <w:t>کس برتے پہ ایگو بھئی؟ کس برتے پہ ایگو؟</w:t>
      </w:r>
    </w:p>
    <w:p>
      <w:r>
        <w:rPr>
          <w:b/>
        </w:rPr>
        <w:t xml:space="preserve">[1:40:24] </w:t>
      </w:r>
      <w:r>
        <w:t>ek ek ek ek ek sahib ne mujhe tareef ki, ek miss universe ki. keh aap kitni khoobsurat hain. maine kaha keh aap microscope le kar ke ja ke haan lagaiye us ko.</w:t>
      </w:r>
    </w:p>
    <w:p>
      <w:pPr>
        <w:jc w:val="right"/>
      </w:pPr>
      <w:r>
        <w:t>ایک ایک ایک ایک ایک صاحب نے مجھے تعریف کی، ایک مس یونیورس کی۔ کہ آپ کتنی خوبصورت ہیں۔ میں نے کہا کہ آپ مائیکروسکوپ لے کر کے جا کے ہاں لگائیے اس کو۔</w:t>
      </w:r>
    </w:p>
    <w:p>
      <w:r>
        <w:rPr>
          <w:b/>
        </w:rPr>
        <w:t xml:space="preserve">[1:40:36] </w:t>
      </w:r>
      <w:r>
        <w:t>aur dekhiye. itni buri maloom hogi woh. un ke chehre par jo aap bohat khoobsurat samajh rahe hain, kaisa gulab ka phool jaisa hai.</w:t>
      </w:r>
    </w:p>
    <w:p>
      <w:pPr>
        <w:jc w:val="right"/>
      </w:pPr>
      <w:r>
        <w:t>اور دیکھیے۔ اتنی بری معلوم ہوگی وہ۔ ان کے چیک پر جو آپ بہت خوبصورت سمجھ رہے ہیں، کیسا گلاب کا پھول جیسا ہے۔</w:t>
      </w:r>
    </w:p>
    <w:p>
      <w:r>
        <w:rPr>
          <w:b/>
        </w:rPr>
        <w:t xml:space="preserve">[1:40:46] </w:t>
      </w:r>
      <w:r>
        <w:t>microscope laga dijiye yahan par. aur dekhiye. yeh itna kharab lagega keh jaise keh bhains ka, bhains ki jild hai aap.</w:t>
      </w:r>
    </w:p>
    <w:p>
      <w:pPr>
        <w:jc w:val="right"/>
      </w:pPr>
      <w:r>
        <w:t>مائیکروسکوپ لگا دیے یہاں پر۔ اور دیکھیے۔ یہ اتنا خراب لگے گا کہ جیسے کہ بھینس کا، بھینس کی جلد ہے آپ۔</w:t>
      </w:r>
    </w:p>
    <w:p>
      <w:r>
        <w:rPr>
          <w:b/>
        </w:rPr>
        <w:t xml:space="preserve">[1:40:56] </w:t>
      </w:r>
      <w:r>
        <w:t>maine dekha hai. yeh sab kuch artificial mamla hai. sab kuch artificial hai. to chunke hum soch nahi paate, realistic andaaz mein, is liye hum egoist ban jate hain.</w:t>
      </w:r>
    </w:p>
    <w:p>
      <w:pPr>
        <w:jc w:val="right"/>
      </w:pPr>
      <w:r>
        <w:t>میں نے دیکھا ہے۔ یہ سب کچھ آرٹیفیشل معاملہ ہے۔ سب کچھ آرٹیفیشل ہے۔ تو چونکہ ہم سوچ نہیں پاتے، ریئلسٹک انداز میں، اس لیے ہم ایگوئسٹ بن جاتے ہیں۔</w:t>
      </w:r>
    </w:p>
    <w:p>
      <w:r>
        <w:rPr>
          <w:b/>
        </w:rPr>
        <w:t xml:space="preserve">[1:41:11] </w:t>
      </w:r>
      <w:r>
        <w:t>matlab ego kya cheez hai? kuch bhi nahi. meri wife mere sath hain aur main kafi lambe arse se unhein samjha raha hoon keh yeh anxiety jis ki woh patient hain.</w:t>
      </w:r>
    </w:p>
    <w:p>
      <w:pPr>
        <w:jc w:val="right"/>
      </w:pPr>
      <w:r>
        <w:t>مطلب ایگو کیا چیز ہے؟ کچھ بھی نہیں۔ میری وائف میرے ساتھ ہیں اور میں کافی لمبے عرصے سے انہیں سمجھا رہا ہوں کہ یہ اینگزائٹی جس کی وہ پیشنٹ ہیں۔</w:t>
      </w:r>
    </w:p>
    <w:p>
      <w:r>
        <w:rPr>
          <w:b/>
        </w:rPr>
        <w:t xml:space="preserve">[1:41:22] </w:t>
      </w:r>
      <w:r>
        <w:t>to doctors ke paas mein lag bhag Jammu se le ke Delhi tak bohat sare doctor se milaya unhein. to ek hi baat lag bhag mujhe mili keh anxiety ki woh patient hain.</w:t>
      </w:r>
    </w:p>
    <w:p>
      <w:pPr>
        <w:jc w:val="right"/>
      </w:pPr>
      <w:r>
        <w:t>تو ڈاکٹرز کے پاس میں لگ بھگ جموں سے لے کے دلی تک بہت سارے ڈاکٹر سے ملایا انہیں۔ تو ایک ہی بات لگ بھگ مجھے ملی کہ اینگزائٹی کی وہ پیشنٹ ہیں۔</w:t>
      </w:r>
    </w:p>
    <w:p>
      <w:r>
        <w:rPr>
          <w:b/>
        </w:rPr>
        <w:t xml:space="preserve">[1:41:34] </w:t>
      </w:r>
      <w:r>
        <w:t>to bohat commonly maine yun bhi nojwanon ke sath baat karta hoon to yeh sunne mein aata hai kahin na kahin woh anxiety ke shikar rehte hain. to is mein aap ki rai kya hai is ko overcome karne ke liye?</w:t>
      </w:r>
    </w:p>
    <w:p>
      <w:pPr>
        <w:jc w:val="right"/>
      </w:pPr>
      <w:r>
        <w:t>تو بہت کامنلی میں نے یوں بھی نوجوانوں کے ساتھ بات کرتا ہوں تو یہ سننے میں آتا ہے کہیں نہ کہیں وہ اینگزائٹی کے شکار رہتے ہیں۔ تو اس میں آپ کی رائے کیا ہے اس کو اوورکم کرنے کے لیے؟</w:t>
      </w:r>
    </w:p>
    <w:p>
      <w:r>
        <w:rPr>
          <w:b/>
        </w:rPr>
        <w:t xml:space="preserve">[1:41:46] </w:t>
      </w:r>
      <w:r>
        <w:t>kya cheezein aap unhein suggest karenge? kis tarah se unhein is se bahar nikalna chahiye?</w:t>
      </w:r>
    </w:p>
    <w:p>
      <w:pPr>
        <w:jc w:val="right"/>
      </w:pPr>
      <w:r>
        <w:t>کیا چیزیں آپ انہیں سجیسٹ کریں گے؟ کس طرح سے انہیں اس سے باہر نکلنا چاہیے؟</w:t>
      </w:r>
    </w:p>
    <w:p>
      <w:r>
        <w:rPr>
          <w:b/>
        </w:rPr>
        <w:t xml:space="preserve">[1:41:54] </w:t>
      </w:r>
      <w:r>
        <w:t>yeh bara acha sawal hai. yeh dekhiye, hum mein se har aadmi, main khud bhi anxiety mein mubtala rehta hoon.</w:t>
      </w:r>
    </w:p>
    <w:p>
      <w:pPr>
        <w:jc w:val="right"/>
      </w:pPr>
      <w:r>
        <w:t>یہ بڑا اچھا سوال ہے۔ یہ دیکھیں، ہم میں سے ہر آدمی، میں خود بھی اینگزائٹی میں مبتلا رہتا ہوں۔</w:t>
      </w:r>
    </w:p>
    <w:p>
      <w:r>
        <w:rPr>
          <w:b/>
        </w:rPr>
        <w:t xml:space="preserve">[1:42:06] </w:t>
      </w:r>
      <w:r>
        <w:t>kisi na kisi baat ko le kar anxiety ya tension ya stress hum mein se har ek ko hota hai.</w:t>
      </w:r>
    </w:p>
    <w:p>
      <w:pPr>
        <w:jc w:val="right"/>
      </w:pPr>
      <w:r>
        <w:t>کسی نہ کسی بات کو لے کر اینگزائٹی یا ٹینشن یا اسٹریس ہم میں سے ہر ایک کو ہوتا ہے۔</w:t>
      </w:r>
    </w:p>
    <w:p>
      <w:r>
        <w:rPr>
          <w:b/>
        </w:rPr>
        <w:t xml:space="preserve">[1:42:13] </w:t>
      </w:r>
      <w:r>
        <w:t>to asal mein yahan jo baat hai, jo maine, jo meri discovery hai, woh batata hoon aap ko.</w:t>
      </w:r>
    </w:p>
    <w:p>
      <w:pPr>
        <w:jc w:val="right"/>
      </w:pPr>
      <w:r>
        <w:t>تو اصل میں یہاں جو بات ہے، جو میں نے، جو میری ڈسکوری ہے، وہ بتاتا ہوں آپ کو۔</w:t>
      </w:r>
    </w:p>
    <w:p>
      <w:r>
        <w:rPr>
          <w:b/>
        </w:rPr>
        <w:t xml:space="preserve">[1:42:21] </w:t>
      </w:r>
      <w:r>
        <w:t>hum log jo hain bachpan se is tarah se hamari parvarish hoti hai keh hum anxiety ko evil samajh lete hain, evil. bachpan se aisa sunte sunte sunte.</w:t>
      </w:r>
    </w:p>
    <w:p>
      <w:pPr>
        <w:jc w:val="right"/>
      </w:pPr>
      <w:r>
        <w:t>ہم لوگ جو ہیں بچپن سے اس طرح سے ہماری پرورش ہوتی ہے کہ ہم اینگزائٹی کو ایول سمجھ لیتے ہیں، ایول۔ بچپن سے ایسا سنتے سنتے سنتے۔</w:t>
      </w:r>
    </w:p>
    <w:p>
      <w:r>
        <w:rPr>
          <w:b/>
        </w:rPr>
        <w:t xml:space="preserve">[1:42:33] </w:t>
      </w:r>
      <w:r>
        <w:t>anxiety ya tension ya stress jo hai, evil hai woh. halanke evil hai hi nahi woh. yeh meri discovery hai.</w:t>
      </w:r>
    </w:p>
    <w:p>
      <w:pPr>
        <w:jc w:val="right"/>
      </w:pPr>
      <w:r>
        <w:t>اینگزائٹی یا ٹینشن یا اسٹریس جو ہے، ایول ہے وہ۔ حالانکہ ایول ہے ہی نہیں وہ۔ یہ میری ڈسکوری ہے۔</w:t>
      </w:r>
    </w:p>
    <w:p>
      <w:r>
        <w:rPr>
          <w:b/>
        </w:rPr>
        <w:t xml:space="preserve">[1:42:43] </w:t>
      </w:r>
      <w:r>
        <w:t>woh hai brainstorming ke liye. yani hamare mind ko activate karne ke liye.</w:t>
      </w:r>
    </w:p>
    <w:p>
      <w:pPr>
        <w:jc w:val="right"/>
      </w:pPr>
      <w:r>
        <w:t>وہ ہے برین سٹارمنگ کے لیے۔ یعنی ہمارے مائنڈ کو ایکٹیویٹ کرنے کے لیے۔</w:t>
      </w:r>
    </w:p>
    <w:p>
      <w:r>
        <w:rPr>
          <w:b/>
        </w:rPr>
        <w:t xml:space="preserve">[1:42:52] </w:t>
      </w:r>
      <w:r>
        <w:t>yaad rakhiye, agar duniya mein anxiety khatam ho jaye, tension khatam ho jaye, stress khatam ho jaye to sab log animal ban jayenge. animal ban jayenge.</w:t>
      </w:r>
    </w:p>
    <w:p>
      <w:pPr>
        <w:jc w:val="right"/>
      </w:pPr>
      <w:r>
        <w:t>یاد رکھیے، اگر دنیا میں اینگزائٹی ختم ہو جائے، ٹینشن ختم ہو جائے، اسٹریس ختم ہو جائے تو سب لوگ اینیمل بن جائیں گے۔ اینیمل بن جائیں گے۔</w:t>
      </w:r>
    </w:p>
    <w:p>
      <w:r>
        <w:rPr>
          <w:b/>
        </w:rPr>
        <w:t xml:space="preserve">[1:43:05] </w:t>
      </w:r>
      <w:r>
        <w:t>agar koi shakk is mein aap ko ho to koi aisa insan aap ko har jagah mil jayega jo baap ne khoob kama ke rakh diya paisa aur aram se reh raha hai.</w:t>
      </w:r>
    </w:p>
    <w:p>
      <w:pPr>
        <w:jc w:val="right"/>
      </w:pPr>
      <w:r>
        <w:t>اگر کوئی شک اس میں آپ کو ہو تو کوئی ایسا انسان آپ کو ہر جگہ مل جائے گا جو باپ نے خوب کما کے رکھ دیا پیسہ اور آرام سے رہ رہا ہے۔</w:t>
      </w:r>
    </w:p>
    <w:p>
      <w:r>
        <w:rPr>
          <w:b/>
        </w:rPr>
        <w:t xml:space="preserve">[1:43:14] </w:t>
      </w:r>
      <w:r>
        <w:t>us ko mil lijiye aap. bheer bakri jaisi baatein karega woh aap ko.</w:t>
      </w:r>
    </w:p>
    <w:p>
      <w:pPr>
        <w:jc w:val="right"/>
      </w:pPr>
      <w:r>
        <w:t>اس کو مل لیجیے آپ۔ بھیڑ بکری جیسی باتیں کرے گا وہ آپ کو۔</w:t>
      </w:r>
    </w:p>
    <w:p>
      <w:r>
        <w:rPr>
          <w:b/>
        </w:rPr>
        <w:t xml:space="preserve">[1:43:19] </w:t>
      </w:r>
      <w:r>
        <w:t>maine aise logon se mila hoon jin ko baap ne kama ke rakh diya, ghar bana diya, sab kuch, car, sab kuch hai. kuch sochna nahi hai un ko. kuch sochna nahi hai.</w:t>
      </w:r>
    </w:p>
    <w:p>
      <w:pPr>
        <w:jc w:val="right"/>
      </w:pPr>
      <w:r>
        <w:t>میں نے ایسے لوگوں سے ملا ہوں جن کو باپ نے کما کے رکھ دیا، گھر بنا دیا، سب کچھ، کار، سب کچھ ہے۔ کچھ سوچنا نہیں ہے ان کو۔ کچھ سوچنا نہیں ہے۔</w:t>
      </w:r>
    </w:p>
    <w:p>
      <w:r>
        <w:rPr>
          <w:b/>
        </w:rPr>
        <w:t xml:space="preserve">[1:43:31] </w:t>
      </w:r>
      <w:r>
        <w:t>to kia hai wo? just like animal ho jatay hain wo.</w:t>
      </w:r>
    </w:p>
    <w:p>
      <w:pPr>
        <w:jc w:val="right"/>
      </w:pPr>
      <w:r>
        <w:t>تو کیا ہے وہ؟ جسٹ لائک اینیمل ہو جاتے ہیں وہ۔</w:t>
      </w:r>
    </w:p>
    <w:p>
      <w:r>
        <w:rPr>
          <w:b/>
        </w:rPr>
        <w:t xml:space="preserve">[1:43:37] </w:t>
      </w:r>
      <w:r>
        <w:t>dekhiye, main aap ko arz karoon ke aik angrezi mein kaha jata hai ke</w:t>
      </w:r>
    </w:p>
    <w:p>
      <w:pPr>
        <w:jc w:val="right"/>
      </w:pPr>
      <w:r>
        <w:t>دیکھیے، میں آپ کو عرض کروں کہ ایک انگریزی میں کہا جاتا ہے کہ</w:t>
      </w:r>
    </w:p>
    <w:p>
      <w:r>
        <w:rPr>
          <w:b/>
        </w:rPr>
        <w:t xml:space="preserve">[1:43:46] </w:t>
      </w:r>
      <w:r>
        <w:t>ke wo He was born with a silver spoon in his mouth. He was born with a silver spoon in his mouth.</w:t>
      </w:r>
    </w:p>
    <w:p>
      <w:pPr>
        <w:jc w:val="right"/>
      </w:pPr>
      <w:r>
        <w:t>کہ وہ He was born with a silver spoon in his mouth. He was born with a silver spoon in his mouth.</w:t>
      </w:r>
    </w:p>
    <w:p>
      <w:r>
        <w:rPr>
          <w:b/>
        </w:rPr>
        <w:t xml:space="preserve">[1:43:56] </w:t>
      </w:r>
      <w:r>
        <w:t>mujhe bataiye ke kon aisa aadmi hai jis ne koi bara kaam kiya ho jo sone chandi ka chamcha le kar paida hua ho?</w:t>
      </w:r>
    </w:p>
    <w:p>
      <w:pPr>
        <w:jc w:val="right"/>
      </w:pPr>
      <w:r>
        <w:t>مجھے بتائیے کہ کون ایسا آدمی ہے جس نے کوئی بڑا کام کیا ہو جو سونے چاندی کا چمچہ لے کر پیدا ہوا ہو؟</w:t>
      </w:r>
    </w:p>
    <w:p>
      <w:r>
        <w:rPr>
          <w:b/>
        </w:rPr>
        <w:t xml:space="preserve">[1:44:04] </w:t>
      </w:r>
      <w:r>
        <w:t>jitnay log hain bara kaam karnay walay, koi is tarah paida nahi hua.</w:t>
      </w:r>
    </w:p>
    <w:p>
      <w:pPr>
        <w:jc w:val="right"/>
      </w:pPr>
      <w:r>
        <w:t>جتنے لوگ ہیں بڑا کام کرنے والے، کوئی اس طرح پیدا نہیں ہوا۔</w:t>
      </w:r>
    </w:p>
    <w:p>
      <w:r>
        <w:rPr>
          <w:b/>
        </w:rPr>
        <w:t xml:space="preserve">[1:44:12] </w:t>
      </w:r>
      <w:r>
        <w:t>sab wo hain jo ghareebi mein paida huay, museebaton mein paida huay. Yani matlab anxiety mein paida huay. Hamare doctor abdul karam sahib jo hain, un ke ghar walay un ki fees, school ki fees nahi de sakte thay un ki.</w:t>
      </w:r>
    </w:p>
    <w:p>
      <w:pPr>
        <w:jc w:val="right"/>
      </w:pPr>
      <w:r>
        <w:t>سب وہ ہیں جو غریبی میں پیدا ہوئے، مصیبتوں میں پیدا ہوئے۔ یعنی مطلب اینگزائٹی میں پیدا ہوئے۔ ہمارے ڈاکٹر عبدالکرام صاحب جو ہیں، ان کے گھر والے ان کی فیس، اسکول کی فیس نہیں دے سکتے تھے ان کی۔</w:t>
      </w:r>
    </w:p>
    <w:p>
      <w:r>
        <w:rPr>
          <w:b/>
        </w:rPr>
        <w:t xml:space="preserve">[1:44:26] </w:t>
      </w:r>
      <w:r>
        <w:t>aap kehte hain bari anxiety yahi thi? anxiety hoti hai hum ko activate karne ke liye.</w:t>
      </w:r>
    </w:p>
    <w:p>
      <w:pPr>
        <w:jc w:val="right"/>
      </w:pPr>
      <w:r>
        <w:t>آپ کہتے ہیں بڑی اینگزائٹی یہی تھی؟ اینگزائٹی ہوتی ہے ہم کو ایکٹیویٹ کرنے کے لیے۔</w:t>
      </w:r>
    </w:p>
    <w:p>
      <w:r>
        <w:rPr>
          <w:b/>
        </w:rPr>
        <w:t xml:space="preserve">[1:44:33] </w:t>
      </w:r>
      <w:r>
        <w:t>sirf aik hi formula hai jo ke main ne apna rakha hai ke main anxiety ko le kar ke is mein nahi parta.</w:t>
      </w:r>
    </w:p>
    <w:p>
      <w:pPr>
        <w:jc w:val="right"/>
      </w:pPr>
      <w:r>
        <w:t>صرف ایک ہی فارمولا ہے جو کہ میں نے اپنا رکھا ہے کہ میں اینگزائٹی کو لے کر کے اس میں نہیں پڑتا۔</w:t>
      </w:r>
    </w:p>
    <w:p>
      <w:r>
        <w:rPr>
          <w:b/>
        </w:rPr>
        <w:t xml:space="preserve">[1:44:44] </w:t>
      </w:r>
      <w:r>
        <w:t>yani anxiety ko main sawal mein tabdeel karta hoon. Har anxiety ko main challenge mein badal deta hoon.</w:t>
      </w:r>
    </w:p>
    <w:p>
      <w:pPr>
        <w:jc w:val="right"/>
      </w:pPr>
      <w:r>
        <w:t>یعنی اینگزائٹی کو میں سوال میں تبدیل کرتا ہوں۔ ہر اینگزائٹی کو میں چیلنج میں بدل دیتا ہوں۔</w:t>
      </w:r>
    </w:p>
    <w:p>
      <w:r>
        <w:rPr>
          <w:b/>
        </w:rPr>
        <w:t xml:space="preserve">[1:44:55] </w:t>
      </w:r>
      <w:r>
        <w:t>yani I always try to convert my anxiety into question, into challenge.</w:t>
      </w:r>
    </w:p>
    <w:p>
      <w:pPr>
        <w:jc w:val="right"/>
      </w:pPr>
      <w:r>
        <w:t>یعنی I always try to convert my anxiety into question, into challenge.</w:t>
      </w:r>
    </w:p>
    <w:p>
      <w:r>
        <w:rPr>
          <w:b/>
        </w:rPr>
        <w:t xml:space="preserve">[1:45:04] </w:t>
      </w:r>
      <w:r>
        <w:t>aur phir isi ke through mera development hota rehta hai.</w:t>
      </w:r>
    </w:p>
    <w:p>
      <w:pPr>
        <w:jc w:val="right"/>
      </w:pPr>
      <w:r>
        <w:t>اور پھر اسی کے through میرا development ہوتا رہتا ہے۔</w:t>
      </w:r>
    </w:p>
    <w:p>
      <w:r>
        <w:rPr>
          <w:b/>
        </w:rPr>
        <w:t xml:space="preserve">[1:45:10] </w:t>
      </w:r>
      <w:r>
        <w:t>to sach poochain to yeh sara mamla jo hai conditioning ka hai, conditioning. Conditioning. Hamari conditioning is tarah hui hai ke hum log samajhte hain ke stress buri cheez hai.</w:t>
      </w:r>
    </w:p>
    <w:p>
      <w:pPr>
        <w:jc w:val="right"/>
      </w:pPr>
      <w:r>
        <w:t>تو سچ پوچھیں تو یہ سارا معاملہ جو ہے conditioning کا ہے، conditioning۔ Conditioning۔ ہماری conditioning اس طرح ہوئی ہے کہ ہم لوگ سمجھتے ہیں کہ اسٹریس بری چیز ہے۔</w:t>
      </w:r>
    </w:p>
    <w:p>
      <w:r>
        <w:rPr>
          <w:b/>
        </w:rPr>
        <w:t xml:space="preserve">[1:45:21] </w:t>
      </w:r>
      <w:r>
        <w:t>aur jab tension buri cheez hai, anxiety buri cheez hai. Yahan tak ke bimari buri cheez nahi hai. Bimari buri cheez hai, batata hoon aap ko.</w:t>
      </w:r>
    </w:p>
    <w:p>
      <w:pPr>
        <w:jc w:val="right"/>
      </w:pPr>
      <w:r>
        <w:t>اور جب tension بری چیز ہے، اینگزائٹی بری چیز ہے۔ یہاں تک کہ بیماری بری چیز نہیں ہے۔ بیماری بری چیز ہے، بتاتا ہوں آپ کو۔</w:t>
      </w:r>
    </w:p>
    <w:p>
      <w:r>
        <w:rPr>
          <w:b/>
        </w:rPr>
        <w:t xml:space="preserve">[1:45:31] </w:t>
      </w:r>
      <w:r>
        <w:t>meri family mein aik sahib thay</w:t>
      </w:r>
    </w:p>
    <w:p>
      <w:pPr>
        <w:jc w:val="right"/>
      </w:pPr>
      <w:r>
        <w:t>میری family میں ایک صاحب تھے</w:t>
      </w:r>
    </w:p>
    <w:p>
      <w:r>
        <w:rPr>
          <w:b/>
        </w:rPr>
        <w:t xml:space="preserve">[1:45:36] </w:t>
      </w:r>
      <w:r>
        <w:t>jo meri taqreeban meri umar un ki thi, akasath saal ka shayad farq hoga. Wo kabhi beemar nahi hotay thay. Un ko cheenk nahi aayi, kabhi bukhar nahi hua.</w:t>
      </w:r>
    </w:p>
    <w:p>
      <w:pPr>
        <w:jc w:val="right"/>
      </w:pPr>
      <w:r>
        <w:t>جو میری تقریباً میری عمر ان کی تھی، اکاسٹھ سال کا شاید فرق ہوگا۔ وہ کبھی بیمار نہیں ہوتے تھے۔ ان کو چھینک نہیں آئی، کبھی بخار نہیں ہوا۔</w:t>
      </w:r>
    </w:p>
    <w:p>
      <w:r>
        <w:rPr>
          <w:b/>
        </w:rPr>
        <w:t xml:space="preserve">[1:45:47] </w:t>
      </w:r>
      <w:r>
        <w:t>aur achaanak brain hemorrhage hua, mar gaye wo. Aur main abhi tak yahi zinda hoon. Kyun? Mujhe aksar koi na koi bimari lagi rehti hai. Bachpan se</w:t>
      </w:r>
    </w:p>
    <w:p>
      <w:pPr>
        <w:jc w:val="right"/>
      </w:pPr>
      <w:r>
        <w:t>اور اچانک brain hemorrhage ہوا، مر گئے وہ۔ اور میں ابھی تک یہی زندہ ہوں۔ کیوں؟ مجھے اکثر کوئی نہ کوئی بیماری لگی رہتی ہے۔ بچپن سے</w:t>
      </w:r>
    </w:p>
    <w:p>
      <w:r>
        <w:rPr>
          <w:b/>
        </w:rPr>
        <w:t xml:space="preserve">[1:45:56] </w:t>
      </w:r>
      <w:r>
        <w:t>. Jab main paanch saal ka tha to yahan par mera aik phora nikla, us ko operation kiya. Aaj tak is ka nishan yahan par maujood hai, bilkul x ki shakal mein.</w:t>
      </w:r>
    </w:p>
    <w:p>
      <w:pPr>
        <w:jc w:val="right"/>
      </w:pPr>
      <w:r>
        <w:t>۔ جب میں پانچ سال کا تھا تو یہاں پر میرا ایک پھوڑا نکلا، اس کو آپریشن کیا۔ آج تک اس کا نشان یہاں پر موجود ہے، بالکل ایکس کی شکل میں۔</w:t>
      </w:r>
    </w:p>
    <w:p>
      <w:r>
        <w:rPr>
          <w:b/>
        </w:rPr>
        <w:t xml:space="preserve">[1:46:05] </w:t>
      </w:r>
      <w:r>
        <w:t>tab se hamesha koi na koi museebat lagi rahi thi mujh ko. Aur main zinda hoon. Is ko main ne parha ke wo aadmi kyun mar gaya, main kyun zinda hoon.</w:t>
      </w:r>
    </w:p>
    <w:p>
      <w:pPr>
        <w:jc w:val="right"/>
      </w:pPr>
      <w:r>
        <w:t>تب سے ہمیشہ کوئی نہ کوئی مصیبت لگ رہی تھی مجھ کو۔ اور میں زندہ ہوں۔ اس کو میں نے پڑھا کہ وہ آدمی کیوں مر گیا، میں کیوں زندہ ہوں۔</w:t>
      </w:r>
    </w:p>
    <w:p>
      <w:r>
        <w:rPr>
          <w:b/>
        </w:rPr>
        <w:t xml:space="preserve">[1:46:18] </w:t>
      </w:r>
      <w:r>
        <w:t>yeh mujhe discovery hui ke jo bimari hai, is ka aik misbat pehlu hai.</w:t>
      </w:r>
    </w:p>
    <w:p>
      <w:pPr>
        <w:jc w:val="right"/>
      </w:pPr>
      <w:r>
        <w:t>یہ مجھے ڈسکوری ہوئی کہ جو بیماری ہے، اس کا ایک مثبت پہلو ہے۔</w:t>
      </w:r>
    </w:p>
    <w:p>
      <w:r>
        <w:rPr>
          <w:b/>
        </w:rPr>
        <w:t xml:space="preserve">[1:46:26] </w:t>
      </w:r>
      <w:r>
        <w:t>wo hamari body ke jis ko kehte hain itba, quwwat muqawamat, resistance power ko zinda karti hai, activate karti hai. Yani hamari jo bimariyan jo hamare andar aati hain,</w:t>
      </w:r>
    </w:p>
    <w:p>
      <w:pPr>
        <w:jc w:val="right"/>
      </w:pPr>
      <w:r>
        <w:t>وہ ہماری body کے جس کو کہتے ہیں اتباع، قوت مقاومت، resistance power کو زندہ کرتی ہے، ایکٹیویٹ کرتی ہے۔ یعنی ہماری جو بیماریاں جو ہمارے اندر آتی ہیں،</w:t>
      </w:r>
    </w:p>
    <w:p>
      <w:r>
        <w:rPr>
          <w:b/>
        </w:rPr>
        <w:t xml:space="preserve">[1:46:40] </w:t>
      </w:r>
      <w:r>
        <w:t>hamari body mein aik hai jo us ko hum resistance power kehte hain ya muqawamat kehte hain. Us ko activate karti hai. Bimari se larnay ki taqat barhati hai.</w:t>
      </w:r>
    </w:p>
    <w:p>
      <w:pPr>
        <w:jc w:val="right"/>
      </w:pPr>
      <w:r>
        <w:t>ہماری body میں ایک ہے جو اس کو ہم resistance power کہتے ہیں یا مقاومت کہتے ہیں۔ اس کو ایکٹیویٹ کرتی ہے۔ بیماری سے لڑنے کی طاقت بڑھاتی ہے۔</w:t>
      </w:r>
    </w:p>
    <w:p>
      <w:r>
        <w:rPr>
          <w:b/>
        </w:rPr>
        <w:t xml:space="preserve">[1:46:52] </w:t>
      </w:r>
      <w:r>
        <w:t>is dunya mein yaad rahe, koi cheez bhi wo nahi hai. Yani bekar nahi hai. Bachpan mein main dekhta tha keeday makoron ko to main sochta tha Khuda ne kyun keeday makoray paida kar diay.</w:t>
      </w:r>
    </w:p>
    <w:p>
      <w:pPr>
        <w:jc w:val="right"/>
      </w:pPr>
      <w:r>
        <w:t>اس دنیا میں یاد رہے، کوئی چیز بھی وہ نہیں ہے۔ یعنی بیکار نہیں ہے۔ بچپن میں میں دیکھتا تھا کیڑے مکوڑوں کو تو میں سوچتا تھا خدا نے کیوں کیڑے مکوڑے پیدا کر دیے۔</w:t>
      </w:r>
    </w:p>
    <w:p>
      <w:r>
        <w:rPr>
          <w:b/>
        </w:rPr>
        <w:t xml:space="preserve">[1:47:08] </w:t>
      </w:r>
      <w:r>
        <w:t>phir main ne kitab mein parha ke keeday makoray na hotay to do mahine ke andar sari dunya khatam ho jaye. Kyun? Wo gandagi ko decompose karte rehte hain.</w:t>
      </w:r>
    </w:p>
    <w:p>
      <w:pPr>
        <w:jc w:val="right"/>
      </w:pPr>
      <w:r>
        <w:t>پھر میں نے کتاب میں پڑھا کہ کیڑے مکوڑے نہ ہوتے تو دو مہینے کے اندر ساری دنیا ختم ہو جائے۔ کیوں؟ وہ گندگی کو ڈی کمپوز کرتے رہتے ہیں۔</w:t>
      </w:r>
    </w:p>
    <w:p>
      <w:r>
        <w:rPr>
          <w:b/>
        </w:rPr>
        <w:t xml:space="preserve">[1:47:19] </w:t>
      </w:r>
      <w:r>
        <w:t>yeh keeday makoray jo hain, beshumar gandagi har waqt hoti rehti hai. Yeh us ko decompose karte hain. Agar decompose na karein to do mahine ke baad rehne qabil na rahe dunya.</w:t>
      </w:r>
    </w:p>
    <w:p>
      <w:pPr>
        <w:jc w:val="right"/>
      </w:pPr>
      <w:r>
        <w:t>یہ کیڑے مکوڑے جو ہیں، بے شمار گندگی ہر وقت ہوتی رہتی ہے۔ یہ اس کو ڈی کمپوز کرتے ہیں۔ اگر ڈی کمپوز نہ کریں تو دو مہینے کے بعد رہنے قابل نہ رہے دنیا۔</w:t>
      </w:r>
    </w:p>
    <w:p>
      <w:r>
        <w:rPr>
          <w:b/>
        </w:rPr>
        <w:t xml:space="preserve">[1:47:34] </w:t>
      </w:r>
      <w:r>
        <w:t>to koi bhi cheez yaad rakhiye, chahay anxiety ho, chahay stress ho, tension ho, bimari ho, Khuda ne koi cheez bator evil nahi paida ki.</w:t>
      </w:r>
    </w:p>
    <w:p>
      <w:pPr>
        <w:jc w:val="right"/>
      </w:pPr>
      <w:r>
        <w:t>تو کوئی بھی چیز یاد رکھیے، چاہے اینگزائٹی ہو، چاہے اسٹریس ہو، ٹینشن ہو، بیماری ہو، خدا نے کوئی چیز بطور ایول نہیں پیدا کی۔</w:t>
      </w:r>
    </w:p>
    <w:p>
      <w:r>
        <w:rPr>
          <w:b/>
        </w:rPr>
        <w:t xml:space="preserve">[1:47:45] </w:t>
      </w:r>
      <w:r>
        <w:t>hamara mind is ko evil bana deta hai.</w:t>
      </w:r>
    </w:p>
    <w:p>
      <w:pPr>
        <w:jc w:val="right"/>
      </w:pPr>
      <w:r>
        <w:t>ہمارا مائنڈ اس کو ایول بنا دیتا ہے۔</w:t>
      </w:r>
    </w:p>
    <w:p>
      <w:r>
        <w:rPr>
          <w:b/>
        </w:rPr>
        <w:t xml:space="preserve">[1:47:48] </w:t>
      </w:r>
      <w:r>
        <w:t>hamari conditioning aisi hui, conditioning. hum samajhte hain ke bas ek dam kuch bhi na ho, is ko woh acha samajhte hain. woh acha hai hi nahi woh.</w:t>
      </w:r>
    </w:p>
    <w:p>
      <w:pPr>
        <w:jc w:val="right"/>
      </w:pPr>
      <w:r>
        <w:t>ہماری conditioning ایسی ہوئی، conditioning۔ ہم سمجھتے ہیں کہ بس ایک دم کچھ بھی نہ ہو، اس کو وہ اچھا سمجھتے ہیں۔ وہ اچھا ہے ہی نہیں وہ۔</w:t>
      </w:r>
    </w:p>
    <w:p>
      <w:r>
        <w:rPr>
          <w:b/>
        </w:rPr>
        <w:t xml:space="preserve">[1:47:58] </w:t>
      </w:r>
      <w:r>
        <w:t>acha yeh hai ke zindagi mein challenge ho, musabqat ho, koi takrao ho, koi jhanjhat ho, kuch gadbad ho, isi se hamara mind active hota hai.</w:t>
      </w:r>
    </w:p>
    <w:p>
      <w:pPr>
        <w:jc w:val="right"/>
      </w:pPr>
      <w:r>
        <w:t>اچھا یہ ہے کہ زندگی میں چیلنج ہو، مسابقت ہو، کوئی ٹکراؤ ہو، کوئی جھنجھٹ ہو، کچھ گڑبڑ ہو، اسی سے ہمارا مائنڈ ایکٹیو ہوتا ہے۔</w:t>
      </w:r>
    </w:p>
    <w:p>
      <w:r>
        <w:rPr>
          <w:b/>
        </w:rPr>
        <w:t xml:space="preserve">[1:48:08] </w:t>
      </w:r>
      <w:r>
        <w:t>hamari body mein nayi nayi taqatein aati rehti hain. yeh cheezein hamari body ko re-energize karti rehti hain barabar.</w:t>
      </w:r>
    </w:p>
    <w:p>
      <w:pPr>
        <w:jc w:val="right"/>
      </w:pPr>
      <w:r>
        <w:t>ہماری body میں نئی نئی طاقتیں آتی رہتی ہیں۔ یہ چیزیں ہماری body کو ری انرجائز کرتی رہتی ہیں برابر۔</w:t>
      </w:r>
    </w:p>
    <w:p>
      <w:r>
        <w:rPr>
          <w:b/>
        </w:rPr>
        <w:t xml:space="preserve">[1:48:19] </w:t>
      </w:r>
      <w:r>
        <w:t>mein samajhta hoon ke mujh se zyada kisi ko anxiety nahi padi hai. woh lady agar baithe hain to mein un ko bata sakta hoon apni anxiety. ke super anxiety mein mubtala rehta hoon mein.</w:t>
      </w:r>
    </w:p>
    <w:p>
      <w:pPr>
        <w:jc w:val="right"/>
      </w:pPr>
      <w:r>
        <w:t>میں سمجھتا ہوں کہ مجھ سے زیادہ کسی کو اینگزائٹی نہیں پڑی ہے۔ وہ لیڈی اگر بیٹھے ہیں تو میں ان کو بتا سکتا ہوں اپنی اینگزائٹی۔ کہ سپر اینگزائٹی میں مبتلا رہتا ہوں میں۔</w:t>
      </w:r>
    </w:p>
    <w:p>
      <w:r>
        <w:rPr>
          <w:b/>
        </w:rPr>
        <w:t xml:space="preserve">[1:48:29] </w:t>
      </w:r>
      <w:r>
        <w:t>lekin aap mujhe dekhiye, mein bol raha hoon. kyunke mein anxiety ko leta hoon challenge ke roop mein.</w:t>
      </w:r>
    </w:p>
    <w:p>
      <w:pPr>
        <w:jc w:val="right"/>
      </w:pPr>
      <w:r>
        <w:t>لیکن آپ مجھے دیکھیے، میں بول رہا ہوں۔ کیونکہ میں اینگزائٹی کو لیتا ہوں چیلنج کے روپ میں۔</w:t>
      </w:r>
    </w:p>
    <w:p>
      <w:r>
        <w:rPr>
          <w:b/>
        </w:rPr>
        <w:t xml:space="preserve">[1:48:37] </w:t>
      </w:r>
      <w:r>
        <w:t>mein is ko leta hoon ek misbat roop mein leta hoon. is mein anxiety waghera kuch bhi nahi cheez hai. nothing.</w:t>
      </w:r>
    </w:p>
    <w:p>
      <w:pPr>
        <w:jc w:val="right"/>
      </w:pPr>
      <w:r>
        <w:t>میں اس کو لیتا ہوں ایک مثبت روپ میں لیتا ہوں۔ اس میں اینگزائٹی وغیرہ کچھ بھی نہیں چیز ہے۔ Nothing۔</w:t>
      </w:r>
    </w:p>
    <w:p>
      <w:r>
        <w:rPr>
          <w:b/>
        </w:rPr>
        <w:t xml:space="preserve">[1:48:46] </w:t>
      </w:r>
      <w:r>
        <w:t>aap ki soch jo hai, soch hamesha negative side pe jati hai. apni soch ko is tarah train kijiye ke woh misbat side pe jaye.</w:t>
      </w:r>
    </w:p>
    <w:p>
      <w:pPr>
        <w:jc w:val="right"/>
      </w:pPr>
      <w:r>
        <w:t>آپ کی سوچ جو ہے، سوچ ہمیشہ نیگیٹیو سائیڈ پہ جاتی ہے۔ اپنی سوچ کو اس طرح ٹرین کیجیے کہ وہ مثبت سائیڈ پہ جائے۔</w:t>
      </w:r>
    </w:p>
    <w:p>
      <w:r>
        <w:rPr>
          <w:b/>
        </w:rPr>
        <w:t xml:space="preserve">[1:48:55] </w:t>
      </w:r>
      <w:r>
        <w:t>har cheez ko misbat tor par le, negative tor par lana chhod de. bas aap dekhiye, anxiety aap ke liye blessing ban jayegi, blessing.</w:t>
      </w:r>
    </w:p>
    <w:p>
      <w:pPr>
        <w:jc w:val="right"/>
      </w:pPr>
      <w:r>
        <w:t>ہر چیز کو مثبت طور پر لے، نیگیٹیو طور پر لانا چھوڑ دے۔ بس آپ دیکھیے، اینگزائٹی آپ کے لیے بلیسنگ بن جائے گی، بلیسنگ۔</w:t>
      </w:r>
    </w:p>
    <w:p>
      <w:r>
        <w:rPr>
          <w:b/>
        </w:rPr>
        <w:t xml:space="preserve">[1:49:06] </w:t>
      </w:r>
      <w:r>
        <w:t>jaisa ke Khuda ke fazl se mere liye bani hui hai. mein ek zinda saboot is ka hoon. is lady ko mujh se zyada anxiety nahi padi hogi.</w:t>
      </w:r>
    </w:p>
    <w:p>
      <w:pPr>
        <w:jc w:val="right"/>
      </w:pPr>
      <w:r>
        <w:t>جیسا کہ خدا کے فضل سے میرے لیے بنی ہوئی ہے۔ میں ایک زندہ ثبوت اس کا ہوں۔ اس لیڈی کو مجھ سے زیادہ اینگزائٹی نہیں پڑی ہوگی۔</w:t>
      </w:r>
    </w:p>
    <w:p>
      <w:r>
        <w:rPr>
          <w:b/>
        </w:rPr>
        <w:t xml:space="preserve">[1:49:16] </w:t>
      </w:r>
      <w:r>
        <w:t>lekin maine apni anxiety ko challenge ke taur par liya to woh mere liye blessing ban gayi, blessing. aaj hi subah mein ek bhai ke mind mein ek anxiety thi.</w:t>
      </w:r>
    </w:p>
    <w:p>
      <w:pPr>
        <w:jc w:val="right"/>
      </w:pPr>
      <w:r>
        <w:t>لیکن میں نے اپنی اینگزائٹی کو چیلنج کے طور پر لیا تو وہ میرے لیے بلیسنگ بن گئی، بلیسنگ۔ آج ہی صبح میں ایک بھائی کے مائنڈ میں ایک اینگزائٹی تھی۔</w:t>
      </w:r>
    </w:p>
    <w:p>
      <w:r>
        <w:rPr>
          <w:b/>
        </w:rPr>
        <w:t xml:space="preserve">[1:49:27] </w:t>
      </w:r>
      <w:r>
        <w:t>apni beti se mein discussion kiya karta hoon. achaanak ek nayi cheez emerge kiya, naya idea mere samne aa gaya. to maine kaha Khuda ne yeh anxiety dali thi kis liye?</w:t>
      </w:r>
    </w:p>
    <w:p>
      <w:pPr>
        <w:jc w:val="right"/>
      </w:pPr>
      <w:r>
        <w:t>اپنی بیٹی سے میں ڈسکشن کیا کرتا ہوں۔ اچانک ایک نئی چیز ایمرج کیا، نیا آئیڈیا میرے سامنے آگیا۔ تو میں نے کہا خدا نے یہ اینگزائٹی ڈالی تھی کس لیے؟</w:t>
      </w:r>
    </w:p>
    <w:p>
      <w:r>
        <w:rPr>
          <w:b/>
        </w:rPr>
        <w:t xml:space="preserve">[1:49:37] </w:t>
      </w:r>
      <w:r>
        <w:t>taake mera intellectual development ho. ek nayi baat mujhe discover ho jaye.</w:t>
      </w:r>
    </w:p>
    <w:p>
      <w:pPr>
        <w:jc w:val="right"/>
      </w:pPr>
      <w:r>
        <w:t>تاکہ میرا انٹلیکچول ڈیولپمنٹ ہو۔ ایک نئی بات مجھے ڈسکور ہو جائے۔</w:t>
      </w:r>
    </w:p>
    <w:p>
      <w:r>
        <w:rPr>
          <w:b/>
        </w:rPr>
        <w:t xml:space="preserve">[1:49:43] </w:t>
      </w:r>
      <w:r>
        <w:t>to is soch chhod diye, yeh sochna chhod diye ke anxiety koi burai hai, anxiety koi evil hai. yeh soch evil hai, na ke anxiety.</w:t>
      </w:r>
    </w:p>
    <w:p>
      <w:pPr>
        <w:jc w:val="right"/>
      </w:pPr>
      <w:r>
        <w:t>تو اس سوچ چھوڑ دیے، یہ سوچنا چھوڑ دیے کہ اینگزائٹی کوئی برائی ہے، اینگزائٹی کوئی ایول ہے۔ یہ سوچ ایول ہے، نہ کہ اینگزائٹی۔</w:t>
      </w:r>
    </w:p>
    <w:p>
      <w:r>
        <w:rPr>
          <w:b/>
        </w:rPr>
        <w:t xml:space="preserve">[1:49:53] </w:t>
      </w:r>
      <w:r>
        <w:t>yaad rakhiye. yeh mein apna tajurba bata raha hoon. is ko agar koi shakk ho to mere paas aaye, mein is ko ek sau ek misaal doonga is maamle mein.</w:t>
      </w:r>
    </w:p>
    <w:p>
      <w:pPr>
        <w:jc w:val="right"/>
      </w:pPr>
      <w:r>
        <w:t>یاد رکھیے۔ یہ میں اپنا تجربہ بتا رہا ہوں۔ اس کو اگر کوئی شک ہو تو میرے پاس آئے، میں اس کو ایک سو ایک مثال دوں گا اس معاملے میں۔</w:t>
      </w:r>
    </w:p>
    <w:p>
      <w:r>
        <w:rPr>
          <w:b/>
        </w:rPr>
        <w:t xml:space="preserve">[1:50:05] </w:t>
      </w:r>
      <w:r>
        <w:t>bilkul qail karne wali misaal. this is the last question. it's asked by Shaheen Ali</w:t>
      </w:r>
    </w:p>
    <w:p>
      <w:pPr>
        <w:jc w:val="right"/>
      </w:pPr>
      <w:r>
        <w:t>بالکل قائل کرنے والی مثال۔ This is the last question. It's asked by Shaheen Ali</w:t>
      </w:r>
    </w:p>
    <w:p>
      <w:r>
        <w:rPr>
          <w:b/>
        </w:rPr>
        <w:t xml:space="preserve">[1:50:12] </w:t>
      </w:r>
      <w:r>
        <w:t>. there is a hadith to the effect that for receiving knowledge, one can travel as far as China. is it only for religious knowledge, or it applies to worldly knowledge as well?</w:t>
      </w:r>
    </w:p>
    <w:p>
      <w:pPr>
        <w:jc w:val="right"/>
      </w:pPr>
      <w:r>
        <w:t>. There is a hadith to the effect that for receiving knowledge, one can travel as far as China. Is it only for religious knowledge, or it applies to worldly knowledge as well?</w:t>
      </w:r>
    </w:p>
    <w:p>
      <w:r>
        <w:rPr>
          <w:b/>
        </w:rPr>
        <w:t xml:space="preserve">[1:50:26] </w:t>
      </w:r>
      <w:r>
        <w:t>haan, woh hadith is tarah se hai ke atlub al-ilm walaw kana bil-seen</w:t>
      </w:r>
    </w:p>
    <w:p>
      <w:pPr>
        <w:jc w:val="right"/>
      </w:pPr>
      <w:r>
        <w:t>ہاں، وہ حدیث اس طرح سے ہے کہ اطلب العلم ولو كان بالصين</w:t>
      </w:r>
    </w:p>
    <w:p>
      <w:r>
        <w:rPr>
          <w:b/>
        </w:rPr>
        <w:t xml:space="preserve">[1:50:36] </w:t>
      </w:r>
      <w:r>
        <w:t>ilm ke liye ilm ko chaho, ilm ko lene ke liye safar karo, chahe woh cheen mein ho. isi mein is ka jawab maujood hai.</w:t>
      </w:r>
    </w:p>
    <w:p>
      <w:pPr>
        <w:jc w:val="right"/>
      </w:pPr>
      <w:r>
        <w:t>علم کے لیے علم کو چاہو، علم کو لینے کے لیے سفر کرو، چاہے وہ چین میں ہو۔ اسی میں اس کا جواب موجود ہے۔</w:t>
      </w:r>
    </w:p>
    <w:p>
      <w:r>
        <w:rPr>
          <w:b/>
        </w:rPr>
        <w:t xml:space="preserve">[1:50:47] </w:t>
      </w:r>
      <w:r>
        <w:t>kyunke cheen mein jab aap ne farmaya tha to mazhabi ilm to wahan tha nahi. mazhabi ilm kahan tha wahan?</w:t>
      </w:r>
    </w:p>
    <w:p>
      <w:pPr>
        <w:jc w:val="right"/>
      </w:pPr>
      <w:r>
        <w:t>کیونکہ چین میں جب آپ نے فرمایا تھا تو مذہبی علم تو وہاں تھا نہیں۔ مذہبی علم کہاں تھا وہاں؟</w:t>
      </w:r>
    </w:p>
    <w:p>
      <w:r>
        <w:rPr>
          <w:b/>
        </w:rPr>
        <w:t xml:space="preserve">[1:50:54] </w:t>
      </w:r>
      <w:r>
        <w:t>aaj bhi shayad koi mazhabi ilm nahi, cheen mein hai. to yeh galat tha yeh samajhna ke is mein mazhabi ilm murad hai.</w:t>
      </w:r>
    </w:p>
    <w:p>
      <w:pPr>
        <w:jc w:val="right"/>
      </w:pPr>
      <w:r>
        <w:t>آج بھی شاید کوئی مذہبی علم نہیں، چین میں ہے۔ تو یہ غلط تھا یہ سمجھنا کہ اس میں مذہبی علم مراد ہے۔</w:t>
      </w:r>
    </w:p>
    <w:p>
      <w:r>
        <w:rPr>
          <w:b/>
        </w:rPr>
        <w:t xml:space="preserve">[1:51:03] </w:t>
      </w:r>
      <w:r>
        <w:t>ilm murad hai. dekhiye, ilm mein mazhabi o ghair mazhabi koi taqseem nahi hoti. ilm jo hai, sab ka sab nature par base karta hai, law of nature par.</w:t>
      </w:r>
    </w:p>
    <w:p>
      <w:pPr>
        <w:jc w:val="right"/>
      </w:pPr>
      <w:r>
        <w:t>علم مراد ہے۔ دیکھیے، علم میں مذہبی و غیر مذہبی کوئی تقسیم نہیں ہوتی۔ علم جو ہے، سب کا سب نیچر پر بیس کرتا ہے، لاء آف نیچر پر۔</w:t>
      </w:r>
    </w:p>
    <w:p>
      <w:r>
        <w:rPr>
          <w:b/>
        </w:rPr>
        <w:t xml:space="preserve">[1:51:14] </w:t>
      </w:r>
      <w:r>
        <w:t>har ilm Khuda ka ilm hai. mazhabi o ghair mazhabi kuch nahi hota.</w:t>
      </w:r>
    </w:p>
    <w:p>
      <w:pPr>
        <w:jc w:val="right"/>
      </w:pPr>
      <w:r>
        <w:t>ہر علم خدا کا علم ہے۔ مذہبی و غیر مذہبی کچھ نہیں ہوتا۔</w:t>
      </w:r>
    </w:p>
    <w:p>
      <w:r>
        <w:rPr>
          <w:b/>
        </w:rPr>
        <w:t xml:space="preserve">[1:51:20] </w:t>
      </w:r>
      <w:r>
        <w:t>jin logon ne water ki technology pata hai, yani ke kya woh ghair mazhabi ilm tha woh? jis se itni power daryaft hua. jin logon ne petrol ko nikala, is ko energy banayi, to kya woh ghair mazhabi ilm tha woh?</w:t>
      </w:r>
    </w:p>
    <w:p>
      <w:pPr>
        <w:jc w:val="right"/>
      </w:pPr>
      <w:r>
        <w:t>جن لوگوں نے واٹر کی ٹیکنالوجی پتہ ہے، یعنی کہ کیا وہ غیر مذہبی علم تھا وہ؟ جس سے اتنی پاور دریافت ہوا۔ جن لوگوں نے پٹرول کو نکالا، اس کو انرجی بنائی، تو کیا وہ غیر مذہبی علم تھا وہ؟</w:t>
      </w:r>
    </w:p>
    <w:p>
      <w:r>
        <w:rPr>
          <w:b/>
        </w:rPr>
        <w:t xml:space="preserve">[1:51:37] </w:t>
      </w:r>
      <w:r>
        <w:t>woh sartaapa mazhabi ilm tha woh? kyunke woh nature mein tha, Khuda ka paida kiya hua tha. har woh ilm jo Khuda ki paida ki hui cheez par base karta ho, woh mazhabi ilm hai.</w:t>
      </w:r>
    </w:p>
    <w:p>
      <w:pPr>
        <w:jc w:val="right"/>
      </w:pPr>
      <w:r>
        <w:t>وہ سرتاپا مذہبی علم تھا وہ؟ کیونکہ وہ نیچر میں تھا، خدا کا پیدا کیا ہوا تھا۔ ہر وہ علم جو خدا کی پیدا کی ہوئی چیز پر بیس کرتا ہو، وہ مذہبی علم ہے۔</w:t>
      </w:r>
    </w:p>
    <w:p>
      <w:r>
        <w:rPr>
          <w:b/>
        </w:rPr>
        <w:t xml:space="preserve">[1:51:49] </w:t>
      </w:r>
      <w:r>
        <w:t>is liye main samajhta hoon ke yeh yeh bant hi galat hai yeh. yeh bant galat hai. to ilm, ilm ka yeh yeh na sochiye ke koi secular ilm hai to is mein, woh sirf secularism is ke andar hoga.</w:t>
      </w:r>
    </w:p>
    <w:p>
      <w:pPr>
        <w:jc w:val="right"/>
      </w:pPr>
      <w:r>
        <w:t>اس لیے میں سمجھتا ہوں کہ یہ یہ بانٹ ہی غلط ہے یہ۔ یہ بانٹ غلط ہے۔ تو علم، علم کا یہ یہ نہ سوچیے کہ کوئی سیکولر علم ہے تو اس میں، وہ صرف سیکولرزم اس کے اندر ہوگا۔</w:t>
      </w:r>
    </w:p>
    <w:p>
      <w:r>
        <w:rPr>
          <w:b/>
        </w:rPr>
        <w:t xml:space="preserve">[1:52:05] </w:t>
      </w:r>
      <w:r>
        <w:t>main apne bare mein keh sakta hoon ke kal aik arab aaye thay hamare paas, unhon ne poocha ke aap ko sab se zyada kis ustad se faida hua?</w:t>
      </w:r>
    </w:p>
    <w:p>
      <w:pPr>
        <w:jc w:val="right"/>
      </w:pPr>
      <w:r>
        <w:t>میں اپنے بارے میں کہہ سکتا ہوں کہ کل ایک عرب آئے تھے ہمارے پاس، انہوں نے پوچھا کہ آپ کو سب سے زیادہ کس استاد سے فائدہ ہوا؟</w:t>
      </w:r>
    </w:p>
    <w:p>
      <w:r>
        <w:rPr>
          <w:b/>
        </w:rPr>
        <w:t xml:space="preserve">[1:52:15] </w:t>
      </w:r>
      <w:r>
        <w:t>matlab ustad matlab koi muslim scholar.</w:t>
      </w:r>
    </w:p>
    <w:p>
      <w:pPr>
        <w:jc w:val="right"/>
      </w:pPr>
      <w:r>
        <w:t>مطلب استاد مطلب کوئی مسلم اسکالر۔</w:t>
      </w:r>
    </w:p>
    <w:p>
      <w:r>
        <w:rPr>
          <w:b/>
        </w:rPr>
        <w:t xml:space="preserve">[1:52:18] </w:t>
      </w:r>
      <w:r>
        <w:t>america mulk ko sab se zyada faida aik mulhid se hua. yeh kal ki baat hai. unhon ne misaal di Imam Shafi ki wa falan falan ki ke kisi baray ustad se, yaani kisi baray Islamic scholar se un ko yeh mila, woh mila.</w:t>
      </w:r>
    </w:p>
    <w:p>
      <w:pPr>
        <w:jc w:val="right"/>
      </w:pPr>
      <w:r>
        <w:t>امریکہ ملک کو سب سے زیادہ فائدہ ایک ملحد سے ہوا۔ یہ کل کی بات ہے۔ انہوں نے مثال دی امام شافعی کی و فلاں فلاں کی کہ کسی بڑے استاد سے، یعنی کسی بڑے اسلامک اسکالر سے ان کو یہ ملا، وہ ملا۔</w:t>
      </w:r>
    </w:p>
    <w:p>
      <w:r>
        <w:rPr>
          <w:b/>
        </w:rPr>
        <w:t xml:space="preserve">[1:52:30] </w:t>
      </w:r>
      <w:r>
        <w:t>to aap ko kis se mila? main ne kaha mujh ko sab se zyada mila hai aik aisay insan se jo Muslim na tha balkay mulhid tha woh. woh hai Barton Russell.</w:t>
      </w:r>
    </w:p>
    <w:p>
      <w:pPr>
        <w:jc w:val="right"/>
      </w:pPr>
      <w:r>
        <w:t>تو آپ کو کس سے ملا؟ میں نے کہا مجھ کو سب سے زیادہ ملا ہے ایک ایسے انسان سے جو مسلم نہ تھا بلکہ ملحد تھا وہ۔ وہ ہے بارٹن رسل۔</w:t>
      </w:r>
    </w:p>
    <w:p>
      <w:r>
        <w:rPr>
          <w:b/>
        </w:rPr>
        <w:t xml:space="preserve">[1:52:40] </w:t>
      </w:r>
      <w:r>
        <w:t>woh Christian philosopher tha aur atheist tha.</w:t>
      </w:r>
    </w:p>
    <w:p>
      <w:pPr>
        <w:jc w:val="right"/>
      </w:pPr>
      <w:r>
        <w:t>وہ کرسچن فلاسفر تھا اور ایتھیسٹ تھا۔</w:t>
      </w:r>
    </w:p>
    <w:p>
      <w:r>
        <w:rPr>
          <w:b/>
        </w:rPr>
        <w:t xml:space="preserve">[1:52:45] </w:t>
      </w:r>
      <w:r>
        <w:t>lekin is ki jo kitab hai, is ki kitab ka naam hai Human Knowledge. moti si kitab hai. is se main ne bohat hi bari cheez pai.</w:t>
      </w:r>
    </w:p>
    <w:p>
      <w:pPr>
        <w:jc w:val="right"/>
      </w:pPr>
      <w:r>
        <w:t>لیکن اس کی جو کتاب ہے، اس کی کتاب کا نام ہے ہیومن نالج۔ موٹی سی کتاب ہے۔ اس سے میں نے بہت ہی بڑی چیز پائی۔</w:t>
      </w:r>
    </w:p>
    <w:p>
      <w:r>
        <w:rPr>
          <w:b/>
        </w:rPr>
        <w:t xml:space="preserve">[1:52:56] </w:t>
      </w:r>
      <w:r>
        <w:t>jo kisi bhi Islamic book mein nahi mili mujhe. kisi bhi is ka Islamic scholar ki book mein nahi mili mujhe. to yeh na samjhiye ke jo scholar, jo secular knowledge hai, mazhab is se alag hota hai.</w:t>
      </w:r>
    </w:p>
    <w:p>
      <w:pPr>
        <w:jc w:val="right"/>
      </w:pPr>
      <w:r>
        <w:t>جو کسی بھی اسلامک بک میں نہیں ملی مجھے۔ کسی بھی اس کا اسلامک اسکالر کی بک میں نہیں ملی مجھے۔ تو یہ نہ سمجھیے کہ جو اسکالر، جو سیکولر نالج ہے، مذہب اس سے الگ ہوتا ہے۔</w:t>
      </w:r>
    </w:p>
    <w:p>
      <w:r>
        <w:rPr>
          <w:b/>
        </w:rPr>
        <w:t xml:space="preserve">[1:53:09] </w:t>
      </w:r>
      <w:r>
        <w:t>aap secular study karein ge, is mein aap ko mazhab milta rahega.</w:t>
      </w:r>
    </w:p>
    <w:p>
      <w:pPr>
        <w:jc w:val="right"/>
      </w:pPr>
      <w:r>
        <w:t>آپ سیکولر اسٹڈی کریں گے، اس میں آپ کو مذہب ملتا رہے گا۔</w:t>
      </w:r>
    </w:p>
    <w:p>
      <w:r>
        <w:rPr>
          <w:b/>
        </w:rPr>
        <w:t xml:space="preserve">[1:53:14] </w:t>
      </w:r>
      <w:r>
        <w:t>aap mazhab ki study karein ge, phir secular baatein milti rahein gi aap ko. sab aik doosre se juray hue hain. main aap ko bohat si misalein de sakta hoon ke main secular books se main ne Islam ko paya hai.</w:t>
      </w:r>
    </w:p>
    <w:p>
      <w:pPr>
        <w:jc w:val="right"/>
      </w:pPr>
      <w:r>
        <w:t>آپ مذہب کی اسٹڈی کریں گے، پھر سیکولر باتیں ملتی رہیں گی آپ کو۔ سب ایک دوسرے سے جڑے ہوئے ہیں۔ میں آپ کو بہت سی مثالیں دے سکتا ہوں کہ میں سیکولر بکس سے میں نے اسلام کو پایا ہے۔</w:t>
      </w:r>
    </w:p>
    <w:p>
      <w:r>
        <w:rPr>
          <w:b/>
        </w:rPr>
        <w:t xml:space="preserve">[1:53:28] </w:t>
      </w:r>
      <w:r>
        <w:t>jis ki aik misaal yeh hai Barton Russell ki kitab jo hai.</w:t>
      </w:r>
    </w:p>
    <w:p>
      <w:pPr>
        <w:jc w:val="right"/>
      </w:pPr>
      <w:r>
        <w:t>جس کی ایک مثال یہ ہے بارٹن رسل کی کتاب جو ہے۔</w:t>
      </w:r>
    </w:p>
    <w:p>
      <w:r>
        <w:rPr>
          <w:b/>
        </w:rPr>
        <w:t xml:space="preserve">[1:53:34] </w:t>
      </w:r>
      <w:r>
        <w:t>Human Knowledge jo hai. aik aur kitab hai Human Understanding, is ko main nahi keh raha hoon, woh doosri kitab hai Hum</w:t>
      </w:r>
    </w:p>
    <w:p>
      <w:pPr>
        <w:jc w:val="right"/>
      </w:pPr>
      <w:r>
        <w:t>ہیومن نالج جو ہے۔ ایک اور کتاب ہے ہیومن انڈرسٹینڈنگ، اس کو میں نہیں کہہ رہا ہوں، وہ دوسری کتاب ہے ہیوم</w:t>
      </w:r>
    </w:p>
    <w:p>
      <w:r>
        <w:rPr>
          <w:b/>
        </w:rPr>
        <w:t xml:space="preserve">[1:53:43] </w:t>
      </w:r>
      <w:r>
        <w:t>n ki. main Human Knowledge ko keh raha hoon. is se main ne aik bohat bara, yaani scientific secret daryaft kiya.</w:t>
      </w:r>
    </w:p>
    <w:p>
      <w:pPr>
        <w:jc w:val="right"/>
      </w:pPr>
      <w:r>
        <w:t>ن کی۔ میں ہیومن نالج کو کہہ رہا ہوں۔ اس سے میں نے ایک بہت بڑا، یعنی سائنٹیفک سیکرٹ دریافت کیا۔</w:t>
      </w:r>
    </w:p>
    <w:p>
      <w:r>
        <w:rPr>
          <w:b/>
        </w:rPr>
        <w:t xml:space="preserve">[1:53:52] </w:t>
      </w:r>
      <w:r>
        <w:t>jo mujhe Islam ke muamle mein kaam aya. is wajah se main samajhta hoon khoob parhi hai, khoob parhi hai, khoob parhi hai. main khud apne bare mein keh sakta hoon ke main ne history se le kar astronomy tak parhi hai.</w:t>
      </w:r>
    </w:p>
    <w:p>
      <w:pPr>
        <w:jc w:val="right"/>
      </w:pPr>
      <w:r>
        <w:t>جو مجھے اسلام کے معاملے میں کام آیا۔ اس وجہ سے میں سمجھتا ہوں خوب پڑھی ہے، خوب پڑھی ہے، خوب پڑھی ہے۔ میں خود اپنے بارے میں کہہ سکتا ہوں کہ میں نے ہسٹری سے لے کر آسٹرانومی تک پڑھی ہے۔</w:t>
      </w:r>
    </w:p>
    <w:p>
      <w:r>
        <w:rPr>
          <w:b/>
        </w:rPr>
        <w:t xml:space="preserve">[1:54:07] </w:t>
      </w:r>
      <w:r>
        <w:t>aur har cheez mein mujhe sachai mili hai. Khuda ka gyan mila hai mujhe har cheez mein.</w:t>
      </w:r>
    </w:p>
    <w:p>
      <w:pPr>
        <w:jc w:val="right"/>
      </w:pPr>
      <w:r>
        <w:t>اور ہر چیز میں مجھے سچائی ملی ہے۔ خدا کا گیان ملا ہے مجھے ہر چیز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