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Freedom of Expression in Islam April 1, 2007 Maulana Wahiduddin Khan</w:t>
      </w:r>
    </w:p>
    <w:p>
      <w:r>
        <w:t>https://www.youtube.com/watch?v=k-gj-Uu0sqA</w:t>
      </w:r>
    </w:p>
    <w:p>
      <w:r>
        <w:rPr>
          <w:b/>
        </w:rPr>
        <w:t xml:space="preserve">[00:14] </w:t>
      </w:r>
      <w:r>
        <w:t>Bismillah Rehman ur Rahim wa Sallallahu ala Nabi al Kareem Rabbishrah li sadri wa yassir li amri wahlul uqdatan min lisani yafqahu qawli</w:t>
      </w:r>
    </w:p>
    <w:p>
      <w:pPr>
        <w:jc w:val="right"/>
      </w:pPr>
      <w:r>
        <w:t>بسم اللہ الرحمن الرحیم وصلی اللہ علی النبی الکریم رب اشرح لی صدری یسر لی امری واحل العقدۃ من لسانی یفقہ قولی</w:t>
      </w:r>
    </w:p>
    <w:p>
      <w:r>
        <w:rPr>
          <w:b/>
        </w:rPr>
        <w:t xml:space="preserve">[00:36] </w:t>
      </w:r>
      <w:r>
        <w:t>aaj mujhe Prophet of Islam ko le kar kuch bolna tha kyun ke aaj aap jante hain ke lunar calendar ke Rabi ul Awal ki 12 tareekh hai jo Prophet Prophet of Islam ka ki birth ka din hai</w:t>
      </w:r>
    </w:p>
    <w:p>
      <w:pPr>
        <w:jc w:val="right"/>
      </w:pPr>
      <w:r>
        <w:t>آج مجھے پرافٹ اف اسلام کو لے کر کچھ بولنا تھا کیونکہ آج آپ جانتے ہیں کہ لونر کیلنڈر کے ریبیولبل کی 12 تاریخ ہے جو پرافٹ پرافٹ اف اسلام کا کی برتھ کا دن ہے</w:t>
      </w:r>
    </w:p>
    <w:p>
      <w:r>
        <w:rPr>
          <w:b/>
        </w:rPr>
        <w:t xml:space="preserve">[01:04] </w:t>
      </w:r>
      <w:r>
        <w:t>to mujhe aik item is mein mila jo bohat relevant hai</w:t>
      </w:r>
    </w:p>
    <w:p>
      <w:pPr>
        <w:jc w:val="right"/>
      </w:pPr>
      <w:r>
        <w:t>تو مجھے ایک آئٹم اس میں ملا جو بہت ریلیونٹ ہے</w:t>
      </w:r>
    </w:p>
    <w:p>
      <w:r>
        <w:rPr>
          <w:b/>
        </w:rPr>
        <w:t xml:space="preserve">[01:11] </w:t>
      </w:r>
      <w:r>
        <w:t>is liye main isi se shuru karta hoon</w:t>
      </w:r>
    </w:p>
    <w:p>
      <w:pPr>
        <w:jc w:val="right"/>
      </w:pPr>
      <w:r>
        <w:t>اس لیے میں اسی سے شروع کرتا ہوں</w:t>
      </w:r>
    </w:p>
    <w:p>
      <w:r>
        <w:rPr>
          <w:b/>
        </w:rPr>
        <w:t xml:space="preserve">[01:15] </w:t>
      </w:r>
      <w:r>
        <w:t>yeh hai mere haath mein aaj ka</w:t>
      </w:r>
    </w:p>
    <w:p>
      <w:pPr>
        <w:jc w:val="right"/>
      </w:pPr>
      <w:r>
        <w:t>یہ ہے میرے ہاتھ میں آج کا</w:t>
      </w:r>
    </w:p>
    <w:p>
      <w:r>
        <w:rPr>
          <w:b/>
        </w:rPr>
        <w:t xml:space="preserve">[01:19] </w:t>
      </w:r>
      <w:r>
        <w:t>aaj ka Hindustan Times yani April First ka Hindustan Times</w:t>
      </w:r>
    </w:p>
    <w:p>
      <w:pPr>
        <w:jc w:val="right"/>
      </w:pPr>
      <w:r>
        <w:t>آج کا ہندوستان ٹائمز یعنی اپریل فرسٹ کا ہندوستان ٹائمز</w:t>
      </w:r>
    </w:p>
    <w:p>
      <w:r>
        <w:rPr>
          <w:b/>
        </w:rPr>
        <w:t xml:space="preserve">[01:26] </w:t>
      </w:r>
      <w:r>
        <w:t>is mein page 14 par</w:t>
      </w:r>
    </w:p>
    <w:p>
      <w:pPr>
        <w:jc w:val="right"/>
      </w:pPr>
      <w:r>
        <w:t>اس میں پیج 14 پر</w:t>
      </w:r>
    </w:p>
    <w:p>
      <w:r>
        <w:rPr>
          <w:b/>
        </w:rPr>
        <w:t xml:space="preserve">[01:30] </w:t>
      </w:r>
      <w:r>
        <w:t>page 14 par aik report chhapi hai aik interview</w:t>
      </w:r>
    </w:p>
    <w:p>
      <w:pPr>
        <w:jc w:val="right"/>
      </w:pPr>
      <w:r>
        <w:t>پیج 14 پر ایک رپورٹ چھپی ہے ایک انٹرویو</w:t>
      </w:r>
    </w:p>
    <w:p>
      <w:r>
        <w:rPr>
          <w:b/>
        </w:rPr>
        <w:t xml:space="preserve">[01:34] </w:t>
      </w:r>
      <w:r>
        <w:t>yeh hai Taslima Nasreen ka</w:t>
      </w:r>
    </w:p>
    <w:p>
      <w:pPr>
        <w:jc w:val="right"/>
      </w:pPr>
      <w:r>
        <w:t>یہ ہے تسلیمہ نسرین کا</w:t>
      </w:r>
    </w:p>
    <w:p>
      <w:r>
        <w:rPr>
          <w:b/>
        </w:rPr>
        <w:t xml:space="preserve">[01:41] </w:t>
      </w:r>
      <w:r>
        <w:t>interview Taslima Nasreen aap jante hain ke aik novelist hai aik writer hai woh Muslim family mein paida hui to us ne aik kitab likhi jis ka naam tha Lajja</w:t>
      </w:r>
    </w:p>
    <w:p>
      <w:pPr>
        <w:jc w:val="right"/>
      </w:pPr>
      <w:r>
        <w:t>انٹرویو تسلیمہ نسرین آپ جانتے ہیں کہ ایک ناولسٹ ہے ایک رائٹر ہے وہ مسلم فیملی میں پیدا ہوئی تو اس نے ایک کتاب لکھی جس کا نام تھا لجہ</w:t>
      </w:r>
    </w:p>
    <w:p>
      <w:r>
        <w:rPr>
          <w:b/>
        </w:rPr>
        <w:t xml:space="preserve">[02:01] </w:t>
      </w:r>
      <w:r>
        <w:t>Musalmanon ko laga keh is kitaab mein unhon ne</w:t>
      </w:r>
    </w:p>
    <w:p>
      <w:pPr>
        <w:jc w:val="right"/>
      </w:pPr>
      <w:r>
        <w:t>مسلمانوں کو لگا کہ اس کتاب میں انہوں نے</w:t>
      </w:r>
    </w:p>
    <w:p>
      <w:r>
        <w:rPr>
          <w:b/>
        </w:rPr>
        <w:t xml:space="preserve">[02:07] </w:t>
      </w:r>
      <w:r>
        <w:t>jo baatein kahi hain</w:t>
      </w:r>
    </w:p>
    <w:p>
      <w:pPr>
        <w:jc w:val="right"/>
      </w:pPr>
      <w:r>
        <w:t>جو باتیں کہی ہیں</w:t>
      </w:r>
    </w:p>
    <w:p>
      <w:r>
        <w:rPr>
          <w:b/>
        </w:rPr>
        <w:t xml:space="preserve">[02:09] </w:t>
      </w:r>
      <w:r>
        <w:t>woh Islam ke liye</w:t>
      </w:r>
    </w:p>
    <w:p>
      <w:pPr>
        <w:jc w:val="right"/>
      </w:pPr>
      <w:r>
        <w:t>وہ اسلام کے لیے</w:t>
      </w:r>
    </w:p>
    <w:p>
      <w:r>
        <w:rPr>
          <w:b/>
        </w:rPr>
        <w:t xml:space="preserve">[02:12] </w:t>
      </w:r>
      <w:r>
        <w:t>defamatory reward ki hesiyat rakhti hain</w:t>
      </w:r>
    </w:p>
    <w:p>
      <w:pPr>
        <w:jc w:val="right"/>
      </w:pPr>
      <w:r>
        <w:t>ڈیلیگیٹری ریوارڈ کی حیثیت رکھتی ہیں</w:t>
      </w:r>
    </w:p>
    <w:p>
      <w:r>
        <w:rPr>
          <w:b/>
        </w:rPr>
        <w:t xml:space="preserve">[02:16] </w:t>
      </w:r>
      <w:r>
        <w:t>to woh ghussa ho gaye aur unhon ne kaha keh is ko maar dalo</w:t>
      </w:r>
    </w:p>
    <w:p>
      <w:pPr>
        <w:jc w:val="right"/>
      </w:pPr>
      <w:r>
        <w:t>تو وہ غصہ ہو گئے اور انہوں نے کہا کہ اس کو مار ڈالو</w:t>
      </w:r>
    </w:p>
    <w:p>
      <w:r>
        <w:rPr>
          <w:b/>
        </w:rPr>
        <w:t xml:space="preserve">[02:22] </w:t>
      </w:r>
      <w:r>
        <w:t>is ko jeenay mat do</w:t>
      </w:r>
    </w:p>
    <w:p>
      <w:pPr>
        <w:jc w:val="right"/>
      </w:pPr>
      <w:r>
        <w:t>اس کو جینے مت دو</w:t>
      </w:r>
    </w:p>
    <w:p>
      <w:r>
        <w:rPr>
          <w:b/>
        </w:rPr>
        <w:t xml:space="preserve">[02:25] </w:t>
      </w:r>
      <w:r>
        <w:t>to woh apnay homeland yani Bangladesh ko chhod kar bahar chali gayi</w:t>
      </w:r>
    </w:p>
    <w:p>
      <w:pPr>
        <w:jc w:val="right"/>
      </w:pPr>
      <w:r>
        <w:t>تو وہ اپنے ہوم لینڈ یعنی بنگلہ دیش کو چھوڑ کر باہر چلی گئی</w:t>
      </w:r>
    </w:p>
    <w:p>
      <w:r>
        <w:rPr>
          <w:b/>
        </w:rPr>
        <w:t xml:space="preserve">[02:31] </w:t>
      </w:r>
      <w:r>
        <w:t>abhi bhi shayad woh bahar hi rehti hain kyun ke un ko dar hai ke agar woh jayengi Bangladesh to log un ko maar dalenge yaani musalman to yeh jo interview chhapa hai Hindustan Times mein aaj April First ko to unhon ne apne ko bracket kiya Salman Rushdie se kyun ke un ka case bhi yahi tha</w:t>
      </w:r>
    </w:p>
    <w:p>
      <w:pPr>
        <w:jc w:val="right"/>
      </w:pPr>
      <w:r>
        <w:t>ابھی بھی شاید وہ باہر ہی رہتی ہیں کیونکہ ان کو ڈر ہے کہ اگر وہ جائیں گی بنگلہ دیش تو لوگ ان کو مار ڈالیں گے یعنی مسلمان تو یہ جو انٹرویو چھپا ہے ہندوستان ٹائمز میں آج اپریل فرسٹ کو تو انہوں نے اپنے کو بریکٹ کیا سلمان رشدی سے کیونکہ ان کا کیس بھی یہی تھا</w:t>
      </w:r>
    </w:p>
    <w:p>
      <w:r>
        <w:rPr>
          <w:b/>
        </w:rPr>
        <w:t xml:space="preserve">[02:57] </w:t>
      </w:r>
      <w:r>
        <w:t>unhon ne aik book likhi Satanic Verses to musalmanon ne un ke bare mein fatwa diya aur kaha ke Salman Rushdie ko maar dalo dono ka case aik hai</w:t>
      </w:r>
    </w:p>
    <w:p>
      <w:pPr>
        <w:jc w:val="right"/>
      </w:pPr>
      <w:r>
        <w:t>انہوں نے ایک بک لکھی سیٹک ورسز تو مسلمانوں نے ان کے بارے میں فتوی دیا اور کہا کہ سلمان رشدی کو مار ڈالو دونوں کا کیس ایک ہے</w:t>
      </w:r>
    </w:p>
    <w:p>
      <w:r>
        <w:rPr>
          <w:b/>
        </w:rPr>
        <w:t xml:space="preserve">[03:15] </w:t>
      </w:r>
      <w:r>
        <w:t>to is mein mujhe aik cheez bohat strike ki ke Salma ke Taslima Nasreen kehte hain Rushdie ko case ko pata kar ke ke both of us are atheist both of us are atheist</w:t>
      </w:r>
    </w:p>
    <w:p>
      <w:pPr>
        <w:jc w:val="right"/>
      </w:pPr>
      <w:r>
        <w:t>تو اس میں مجھے ایک چیز بہت اسٹرائیک کی کہ سلمہ کے تسلیمہ نرسین کہتے ہیں رشدی کو کیس کو پتہ کر کے کہ بوتھ اف اس ار اتھیسٹ بوتھ افس ار اتھیسٹ</w:t>
      </w:r>
    </w:p>
    <w:p>
      <w:r>
        <w:rPr>
          <w:b/>
        </w:rPr>
        <w:t xml:space="preserve">[03:39] </w:t>
      </w:r>
      <w:r>
        <w:t>ab main ne socha ke yeh dono paida hue Muslim family mein aur jaisa ke report mein chhapa hai bachpan mein dono practicing Muslim thay dono ab dono keh rahe hain ke hum atheist hain</w:t>
      </w:r>
    </w:p>
    <w:p>
      <w:pPr>
        <w:jc w:val="right"/>
      </w:pPr>
      <w:r>
        <w:t>اب میں نے سوچا کہ یہ دونوں پیدا ہوئے مسلم فیملی میں اور جیسا کہ رپورٹ میں اچکا ہے بچپن میں دونوں پریکٹسنگ مسلم تھے دونوں اب دونوں کہہ رہے ہیں کہ ہم اتھیسٹ ہیں</w:t>
      </w:r>
    </w:p>
    <w:p>
      <w:r>
        <w:rPr>
          <w:b/>
        </w:rPr>
        <w:t xml:space="preserve">[03:57] </w:t>
      </w:r>
      <w:r>
        <w:t>to unhon ne kaha ke both of us are atheist main bataun ke zyada theek yeh hoga kehna ke both of us were muslims but now we are atheist</w:t>
      </w:r>
    </w:p>
    <w:p>
      <w:pPr>
        <w:jc w:val="right"/>
      </w:pPr>
      <w:r>
        <w:t>تو انہوں نے کہا کہ بوتھ اف اس ار اتھیسٹ میں بتاؤں کہ زیادہ ٹھیک یہ ہوگا کہنا کہ بوتھ اف اس ویر مسلمز بٹ ناو وی ار اتھیسٹ</w:t>
      </w:r>
    </w:p>
    <w:p>
      <w:r>
        <w:rPr>
          <w:b/>
        </w:rPr>
        <w:t xml:space="preserve">[04:15] </w:t>
      </w:r>
      <w:r>
        <w:t>both of us were</w:t>
      </w:r>
    </w:p>
    <w:p>
      <w:pPr>
        <w:jc w:val="right"/>
      </w:pPr>
      <w:r>
        <w:t>بوتھ اف اس ویر</w:t>
      </w:r>
    </w:p>
    <w:p>
      <w:r>
        <w:rPr>
          <w:b/>
        </w:rPr>
        <w:t xml:space="preserve">[04:19] </w:t>
      </w:r>
      <w:r>
        <w:t>muslims we are born in muslim family but now we are atheist sahi baat yeh hai</w:t>
      </w:r>
    </w:p>
    <w:p>
      <w:pPr>
        <w:jc w:val="right"/>
      </w:pPr>
      <w:r>
        <w:t>مسلمز وی ار بورن ان مسلم فیملی بٹ ناو وی ار اتھیسٹ صحیح بات یہ ہے</w:t>
      </w:r>
    </w:p>
    <w:p>
      <w:r>
        <w:rPr>
          <w:b/>
        </w:rPr>
        <w:t xml:space="preserve">[04:30] </w:t>
      </w:r>
      <w:r>
        <w:t>to is ko le kar ke main sochne laga ke kya wajah hai ke ek aadmi musalman paida hota hai aur apne early life mein woh practicing muslim rehta hai aaj woh keh raha hai ke main atheist hoon</w:t>
      </w:r>
    </w:p>
    <w:p>
      <w:pPr>
        <w:jc w:val="right"/>
      </w:pPr>
      <w:r>
        <w:t>تو اس کو لے کر کے میں سوچنے لگا کہ کیا وجہ ہے کہ ایک ادمی مسلمان پیدا ہوتا ہے اور اپنے ارلی لائف میں وہ پریکٹسنگ مسلم رہتا ہے آج وہ کہہ رہا ہے کہ میں اتھیسٹ ہوں</w:t>
      </w:r>
    </w:p>
    <w:p>
      <w:r>
        <w:rPr>
          <w:b/>
        </w:rPr>
        <w:t xml:space="preserve">[04:53] </w:t>
      </w:r>
      <w:r>
        <w:t>to yeh is ki responsibility log samajhte honge ke islam par hai</w:t>
      </w:r>
    </w:p>
    <w:p>
      <w:pPr>
        <w:jc w:val="right"/>
      </w:pPr>
      <w:r>
        <w:t>تو یہ اس کی رسپانسبیلٹی لوگ سمجھتے ہوں گے کہ اسلام پر ہے</w:t>
      </w:r>
    </w:p>
    <w:p>
      <w:r>
        <w:rPr>
          <w:b/>
        </w:rPr>
        <w:t xml:space="preserve">[05:00] </w:t>
      </w:r>
      <w:r>
        <w:t>kyunke jo impression hai media ke through woh yeh hai ke islam mein freedom of thought nahi hai</w:t>
      </w:r>
    </w:p>
    <w:p>
      <w:pPr>
        <w:jc w:val="right"/>
      </w:pPr>
      <w:r>
        <w:t>کیونکہ جو امپریشن ہے میڈیا کے تھرو وہ یہ ہے کہ اسلام میں فریڈم اف تھاٹ نہیں ہے</w:t>
      </w:r>
    </w:p>
    <w:p>
      <w:r>
        <w:rPr>
          <w:b/>
        </w:rPr>
        <w:t xml:space="preserve">[05:12] </w:t>
      </w:r>
      <w:r>
        <w:t>islam mein sochne ki azaadi ke sath sochne ki azaadi nahi hai freedom of thought jis ko hum kehte hain woh nahi hai halanke yeh hai bilkul baseless baat</w:t>
      </w:r>
    </w:p>
    <w:p>
      <w:pPr>
        <w:jc w:val="right"/>
      </w:pPr>
      <w:r>
        <w:t>اسلام میں سوچنے کی ازادی کے ساتھ سوچنے کی ازادی نہیں ہے فریڈم اف تھاٹ جس کو ہم کہتے ہیں وہ نہیں ہے حالانکہ یہ ہے بالکل بیسلیس بات</w:t>
      </w:r>
    </w:p>
    <w:p>
      <w:r>
        <w:rPr>
          <w:b/>
        </w:rPr>
        <w:t xml:space="preserve">[05:28] </w:t>
      </w:r>
      <w:r>
        <w:t>ab main aap ko example deta hoon ke taslima nasreen ne ya rushdie ne koi aisi baat kahi jo main nahi kehta hai sahib mera aisa manna nahi hai log yaani musalman yeh samajhte hain ke yeh islam ke khilaf derogatory remark tha is liye humein maar dalna hai is ko is ko jeene nahi denge</w:t>
      </w:r>
    </w:p>
    <w:p>
      <w:pPr>
        <w:jc w:val="right"/>
      </w:pPr>
      <w:r>
        <w:t>اب میں آپ کو ایگزامپل دیتا ہوں کہ تسلیمہ نسرین نے یا رشدی نے کوئی ایسی بات کہی جو میں نہیں کہتا ہے صاحب میرا ایسا ماننا نہیں ہے لوگ یعنی مسلمان یہ سمجھتے ہیں کہ یہ اسلام کے خلاف ڈیلیگیٹری ریمارک تھا اس لیے ہمیں مار ڈالنا ہے اس کو اس کو جینے نہیں دیں گے</w:t>
      </w:r>
    </w:p>
    <w:p>
      <w:r>
        <w:rPr>
          <w:b/>
        </w:rPr>
        <w:t xml:space="preserve">[05:52] </w:t>
      </w:r>
      <w:r>
        <w:t>to main yeh kehta hoon ke prophet of islam jo the un ke khilaf</w:t>
      </w:r>
    </w:p>
    <w:p>
      <w:pPr>
        <w:jc w:val="right"/>
      </w:pPr>
      <w:r>
        <w:t>تو میں یہ کہتا ہوں کہ پرافٹ اف اسلام جو تھے ان کے خلاف</w:t>
      </w:r>
    </w:p>
    <w:p>
      <w:r>
        <w:rPr>
          <w:b/>
        </w:rPr>
        <w:t xml:space="preserve">[06:03] </w:t>
      </w:r>
      <w:r>
        <w:t>super derogatory remark diya gaya aur unhon ne kuch bhi nahi kiya bahut se story mein se ek main aap ko sunata hoon prophet of islam ka jo period hai woh hai seven century ka first quarter</w:t>
      </w:r>
    </w:p>
    <w:p>
      <w:pPr>
        <w:jc w:val="right"/>
      </w:pPr>
      <w:r>
        <w:t>سپر ڈیلیگیٹری ریمارک دیا گیا اور انہوں نے کچھ بھی نہیں کیا بہت سے اسٹوری میں سے ایک میں آپ کو سناتا ہوں پرافٹ اف اسلام کا جو پیریڈ ہے وہ ہے سیون سینچری کا فرسٹ کوارٹر</w:t>
      </w:r>
    </w:p>
    <w:p>
      <w:r>
        <w:rPr>
          <w:b/>
        </w:rPr>
        <w:t xml:space="preserve">[06:23] </w:t>
      </w:r>
      <w:r>
        <w:t>aap jante hain ke prophet of islam paida hue 570 mein aur un ki death hui 600 32 mein woh prophet banaye gaye 610 mein to seven century ka jo first quarter hai woh tha aap ka prophethood ka zamana to aap ne apna mission shuru kiya makka mein</w:t>
      </w:r>
    </w:p>
    <w:p>
      <w:pPr>
        <w:jc w:val="right"/>
      </w:pPr>
      <w:r>
        <w:t>آپ جانتے ہیں کہ پرافٹ اف اسلام پیدا ہوئے 570 میں اور ان کی ڈیتھ ہوئی 600 32 میں وہ پرافٹ بنائے گئے 610 میں تو سیون سینچری کا جو فرسٹ کوارٹر ہے وہ تھا آپ کا پرافٹ ہڈ کا زمانہ تو آپ نے اپنا مشن شروع کیا مکہ میں</w:t>
      </w:r>
    </w:p>
    <w:p>
      <w:r>
        <w:rPr>
          <w:b/>
        </w:rPr>
        <w:t xml:space="preserve">[06:52] </w:t>
      </w:r>
      <w:r>
        <w:t>us waqt jo makka tha yaani seven century ke first quarter ka jo makka tha to wahan par idol worship thi sare log mushrik the aur prophet ka jo mission tha woh tha tauheed oneness of god to woh ghussa ho gaye</w:t>
      </w:r>
    </w:p>
    <w:p>
      <w:pPr>
        <w:jc w:val="right"/>
      </w:pPr>
      <w:r>
        <w:t>اس وقت جو مکہ تھا یعنی سیون سینچری کے فرسٹ کوارٹر کا جو مکہ تھا تو وہاں پر ائیڈل ورشپ تھی سارے لوگ مشرک تھے اور پرافٹ کا جو مشن تھا وہ تھا توحید وننس اف گاڈ تو وہ غصہ ہو گئے</w:t>
      </w:r>
    </w:p>
    <w:p>
      <w:r>
        <w:rPr>
          <w:b/>
        </w:rPr>
        <w:t xml:space="preserve">[07:16] </w:t>
      </w:r>
      <w:r>
        <w:t>to aik qissa batata hoon aap ko keh wahan par aik thi aik lady is ka naam tha</w:t>
      </w:r>
    </w:p>
    <w:p>
      <w:pPr>
        <w:jc w:val="right"/>
      </w:pPr>
      <w:r>
        <w:t>تو ایک قصہ بتاتا ہوں آپ کو کہ وہاں پر ایک تھی ایک لیڈی اس کا نام تھا</w:t>
      </w:r>
    </w:p>
    <w:p>
      <w:r>
        <w:rPr>
          <w:b/>
        </w:rPr>
        <w:t xml:space="preserve">[07:23] </w:t>
      </w:r>
      <w:r>
        <w:t>Umm Jameel Umm Jameel woh poet thi bohat intelligent thi</w:t>
      </w:r>
    </w:p>
    <w:p>
      <w:pPr>
        <w:jc w:val="right"/>
      </w:pPr>
      <w:r>
        <w:t>ام جمیل ام جمیل وہ پوئٹس تھی بہت انٹیلیجنٹ تھی</w:t>
      </w:r>
    </w:p>
    <w:p>
      <w:r>
        <w:rPr>
          <w:b/>
        </w:rPr>
        <w:t xml:space="preserve">[07:31] </w:t>
      </w:r>
      <w:r>
        <w:t>aur bohat hi personality wali thi aur poet bhi thi</w:t>
      </w:r>
    </w:p>
    <w:p>
      <w:pPr>
        <w:jc w:val="right"/>
      </w:pPr>
      <w:r>
        <w:t>اور بہت ہی پرسنیلٹی والی تھی اور پوئٹس بھی تھی</w:t>
      </w:r>
    </w:p>
    <w:p>
      <w:r>
        <w:rPr>
          <w:b/>
        </w:rPr>
        <w:t xml:space="preserve">[07:37] </w:t>
      </w:r>
      <w:r>
        <w:t>to is ne Prophet ke khilaaf aik kuch lines likhi</w:t>
      </w:r>
    </w:p>
    <w:p>
      <w:pPr>
        <w:jc w:val="right"/>
      </w:pPr>
      <w:r>
        <w:t>تو اس نے پرافٹ کے خلاف ایک کچھ لائن لکھی</w:t>
      </w:r>
    </w:p>
    <w:p>
      <w:r>
        <w:rPr>
          <w:b/>
        </w:rPr>
        <w:t xml:space="preserve">[07:43] </w:t>
      </w:r>
      <w:r>
        <w:t>wohi defamatory lines</w:t>
      </w:r>
    </w:p>
    <w:p>
      <w:pPr>
        <w:jc w:val="right"/>
      </w:pPr>
      <w:r>
        <w:t>وہی ڈیلیگیٹری لائنز</w:t>
      </w:r>
    </w:p>
    <w:p>
      <w:r>
        <w:rPr>
          <w:b/>
        </w:rPr>
        <w:t xml:space="preserve">[07:47] </w:t>
      </w:r>
      <w:r>
        <w:t>to aayi woh us waqt aap baithe hue the kaba mein aap ke sath sirf aap ke saathi abubakar the to aap ke samne us ne kaha.</w:t>
      </w:r>
    </w:p>
    <w:p>
      <w:pPr>
        <w:jc w:val="right"/>
      </w:pPr>
      <w:r>
        <w:t>تو ائی وہ اس وقت اپ بیٹھے ہوئے تھے کعبہ میں اپ کے ساتھ صرف اپ کے ساتھی ابوبکر تھے تو اپ کے سامنے اس نے کہا.</w:t>
      </w:r>
    </w:p>
    <w:p>
      <w:r>
        <w:rPr>
          <w:b/>
        </w:rPr>
        <w:t xml:space="preserve">[07:58] </w:t>
      </w:r>
      <w:r>
        <w:t>mummama kaha us ne muhammad ka to naam hi nahi liya us ne lekin muhammad ke mani hote hain parhezgar parhezgar to us ne aap ka naam nahi liya us ne kaha ke mummama abina wamarh hasina wadina qaleena</w:t>
      </w:r>
    </w:p>
    <w:p>
      <w:pPr>
        <w:jc w:val="right"/>
      </w:pPr>
      <w:r>
        <w:t>مضمما کہا اس نے محمد کا تو نام ہی نہیں لیا اس نے لیکن محمد کے معنی ہوتے ہیں پرہیزوردی پرہیزوردی تو اس نے اپ کا نام نہیں لیا اس نے کہا کہ مضمما ابینا وامرح حسینہ ودینہ قلینا</w:t>
      </w:r>
    </w:p>
    <w:p>
      <w:r>
        <w:rPr>
          <w:b/>
        </w:rPr>
        <w:t xml:space="preserve">[08:19] </w:t>
      </w:r>
      <w:r>
        <w:t>mummam kehte hain jis ko condemn kiya jaye condemnatory</w:t>
      </w:r>
    </w:p>
    <w:p>
      <w:pPr>
        <w:jc w:val="right"/>
      </w:pPr>
      <w:r>
        <w:t>مضمم کہتے ہیں جس کو کنڈم کیا جائے کنڈمنیٹری</w:t>
      </w:r>
    </w:p>
    <w:p>
      <w:r>
        <w:rPr>
          <w:b/>
        </w:rPr>
        <w:t xml:space="preserve">[08:26] </w:t>
      </w:r>
      <w:r>
        <w:t>condemnatory we reject him condemnatory hum is ko inkar karte hain yeh to ek aise aadmi hain in ko condemn kiya jaye</w:t>
      </w:r>
    </w:p>
    <w:p>
      <w:pPr>
        <w:jc w:val="right"/>
      </w:pPr>
      <w:r>
        <w:t>کنڈمریٹری وی ریجیکٹ ہم کنڈمنیٹری ہم اس کو انکار کرتے ہیں یہ تو ایک ایسے ادمی ہیں ان کو کنڈم کیا جائے</w:t>
      </w:r>
    </w:p>
    <w:p>
      <w:r>
        <w:rPr>
          <w:b/>
        </w:rPr>
        <w:t xml:space="preserve">[08:42] </w:t>
      </w:r>
      <w:r>
        <w:t>yeh munh par kaha us ne naam bhi nahi liya</w:t>
      </w:r>
    </w:p>
    <w:p>
      <w:pPr>
        <w:jc w:val="right"/>
      </w:pPr>
      <w:r>
        <w:t>یہ منہ پر کہا اس نے نام بھی نہیں لیا</w:t>
      </w:r>
    </w:p>
    <w:p>
      <w:r>
        <w:rPr>
          <w:b/>
        </w:rPr>
        <w:t xml:space="preserve">[08:45] </w:t>
      </w:r>
      <w:r>
        <w:t>ab condemnatory kehna kisi ko munh par is se bara derogatory remark kya ho sakta hai</w:t>
      </w:r>
    </w:p>
    <w:p>
      <w:pPr>
        <w:jc w:val="right"/>
      </w:pPr>
      <w:r>
        <w:t>اب کنڈمنیٹری کہنا کسی کو منہ پر اس سے بڑا ڈیلیگیٹری ریمارک کیا ہو سکتا ہے</w:t>
      </w:r>
    </w:p>
    <w:p>
      <w:r>
        <w:rPr>
          <w:b/>
        </w:rPr>
        <w:t xml:space="preserve">[08:54] </w:t>
      </w:r>
      <w:r>
        <w:t>lekin he simply smiled he simply smiled to aap ke jo saathi the abubakar unhon ne kaha ke aap smile kar rahe hain woh aap ko aisa bura bura keh rahi hai to aap ne kaha us ke kehne se kya hota hai woh history ko thodi control kar rahi hai</w:t>
      </w:r>
    </w:p>
    <w:p>
      <w:pPr>
        <w:jc w:val="right"/>
      </w:pPr>
      <w:r>
        <w:t>لیکن ہی سمپلی سمائلڈ ہی سمپلی سمائلڈ تو اپ کے جو ساتھی تھے ابوبکر انہوں نے کہا کہ اپ سمائل کر رہے ہیں وہ اپ کو ایسا برا برا کہہ رہی ہے تو اپ نے کہا اس کے کہنے سے کیا ہوتا ہے وہ ہسٹری کو تھوڑی کنٹرول کر رہی ہے</w:t>
      </w:r>
    </w:p>
    <w:p>
      <w:r>
        <w:rPr>
          <w:b/>
        </w:rPr>
        <w:t xml:space="preserve">[09:19] </w:t>
      </w:r>
      <w:r>
        <w:t>mera naam jo history mein likha jayega woh muhammad hoga</w:t>
      </w:r>
    </w:p>
    <w:p>
      <w:pPr>
        <w:jc w:val="right"/>
      </w:pPr>
      <w:r>
        <w:t>میرا نام جو ہسٹری میں لکھا جائے گا وہ محمد ہوگا</w:t>
      </w:r>
    </w:p>
    <w:p>
      <w:r>
        <w:rPr>
          <w:b/>
        </w:rPr>
        <w:t xml:space="preserve">[09:23] </w:t>
      </w:r>
      <w:r>
        <w:t>is ko kehne do aur wohi se hua aaj history mein aap ka naam Muhammad likha hua hai</w:t>
      </w:r>
    </w:p>
    <w:p>
      <w:pPr>
        <w:jc w:val="right"/>
      </w:pPr>
      <w:r>
        <w:t>اس کو کہنے دو اور وہی سے ہوا اج ہسٹری میں اپ کا نام محمد لکھا ہوا ہے</w:t>
      </w:r>
    </w:p>
    <w:p>
      <w:r>
        <w:rPr>
          <w:b/>
        </w:rPr>
        <w:t xml:space="preserve">[09:28] </w:t>
      </w:r>
      <w:r>
        <w:t>Muzammil nahin likha hua hai</w:t>
      </w:r>
    </w:p>
    <w:p>
      <w:pPr>
        <w:jc w:val="right"/>
      </w:pPr>
      <w:r>
        <w:t>مضمم نہیں لکھا ہوا ہے</w:t>
      </w:r>
    </w:p>
    <w:p>
      <w:r>
        <w:rPr>
          <w:b/>
        </w:rPr>
        <w:t xml:space="preserve">[09:32] </w:t>
      </w:r>
      <w:r>
        <w:t>koi bhi history ki book aap uthaein is mein aap ka naam Muzammil nahin likhay ga condemnatory nahin</w:t>
      </w:r>
    </w:p>
    <w:p>
      <w:pPr>
        <w:jc w:val="right"/>
      </w:pPr>
      <w:r>
        <w:t>کوئی بھی ہسٹری کی بک اپ اٹھائیں اس میں اپ کا نام مضمم نہیں لکھے گا کنڈمنیٹری نہیں</w:t>
      </w:r>
    </w:p>
    <w:p>
      <w:r>
        <w:rPr>
          <w:b/>
        </w:rPr>
        <w:t xml:space="preserve">[09:38] </w:t>
      </w:r>
      <w:r>
        <w:t>likha hua hoga muhammad likha hoga</w:t>
      </w:r>
    </w:p>
    <w:p>
      <w:pPr>
        <w:jc w:val="right"/>
      </w:pPr>
      <w:r>
        <w:t>لکھا ہوا ہوگا محمد لکھا ہوگا</w:t>
      </w:r>
    </w:p>
    <w:p>
      <w:r>
        <w:rPr>
          <w:b/>
        </w:rPr>
        <w:t xml:space="preserve">[09:42] </w:t>
      </w:r>
      <w:r>
        <w:t>to ap ne is hans die ap muskura die ap kaha ke woh kehne do is ke kehne</w:t>
      </w:r>
    </w:p>
    <w:p>
      <w:pPr>
        <w:jc w:val="right"/>
      </w:pPr>
      <w:r>
        <w:t>تو اپ نے اس ہنس دیے اپ مسکرا دیے اپ کہا کہ وہ کہنے دو اس کے کہنے</w:t>
      </w:r>
    </w:p>
    <w:p>
      <w:r>
        <w:rPr>
          <w:b/>
        </w:rPr>
        <w:t xml:space="preserve">[09:48] </w:t>
      </w:r>
      <w:r>
        <w:t>se kya hota hai</w:t>
      </w:r>
    </w:p>
    <w:p>
      <w:pPr>
        <w:jc w:val="right"/>
      </w:pPr>
      <w:r>
        <w:t>سے کیا ہوتا ہے</w:t>
      </w:r>
    </w:p>
    <w:p>
      <w:r>
        <w:rPr>
          <w:b/>
        </w:rPr>
        <w:t xml:space="preserve">[09:50] </w:t>
      </w:r>
      <w:r>
        <w:t>is ka kaha hua history nahi banega</w:t>
      </w:r>
    </w:p>
    <w:p>
      <w:pPr>
        <w:jc w:val="right"/>
      </w:pPr>
      <w:r>
        <w:t>اس کا کہا ہوا ہسٹری نہیں بنے گا</w:t>
      </w:r>
    </w:p>
    <w:p>
      <w:r>
        <w:rPr>
          <w:b/>
        </w:rPr>
        <w:t xml:space="preserve">[09:54] </w:t>
      </w:r>
      <w:r>
        <w:t>is ka jo bol hai us ka bol jo hai woh history nahi ban jayega</w:t>
      </w:r>
    </w:p>
    <w:p>
      <w:pPr>
        <w:jc w:val="right"/>
      </w:pPr>
      <w:r>
        <w:t>اس کا جو بول ہے اس کا بول جو ہے وہ ہسٹری نہیں بن جائے گا</w:t>
      </w:r>
    </w:p>
    <w:p>
      <w:r>
        <w:rPr>
          <w:b/>
        </w:rPr>
        <w:t xml:space="preserve">[10:02] </w:t>
      </w:r>
      <w:r>
        <w:t>is tarah se aap ne is ko avoid kiya</w:t>
      </w:r>
    </w:p>
    <w:p>
      <w:pPr>
        <w:jc w:val="right"/>
      </w:pPr>
      <w:r>
        <w:t>اس طرح سے اپ نے اس کو اوائڈ کیا</w:t>
      </w:r>
    </w:p>
    <w:p>
      <w:r>
        <w:rPr>
          <w:b/>
        </w:rPr>
        <w:t xml:space="preserve">[10:07] </w:t>
      </w:r>
      <w:r>
        <w:t>isi ko le kar maine likha tha ek article jab denmark ke cartoon par sari duniya mein musalman hungama kar rahe the to maine ek article likha tha is ka caption tha ignore cartoons isi ko le kar likha tha ignore cartoons</w:t>
      </w:r>
    </w:p>
    <w:p>
      <w:pPr>
        <w:jc w:val="right"/>
      </w:pPr>
      <w:r>
        <w:t>اسی کو لے کر میں نے لکھا تھا ایک ارٹیکل جب ڈنمارک کے کارٹون پر ساری دنیا میں مسلمان ہنگامہ کر رہے تھے تو میں نے ایک ارٹیکل لکھا تھا اس کا کیپشن تھا اگنور کارٹونز اسی کو لے کر لکھا تھا اگنور کارٹونز</w:t>
      </w:r>
    </w:p>
    <w:p>
      <w:r>
        <w:rPr>
          <w:b/>
        </w:rPr>
        <w:t xml:space="preserve">[10:30] </w:t>
      </w:r>
      <w:r>
        <w:t>to aap dekhiye ke yahan mein aik baat add karunga ke jab prophet ne yeh kaha aur yeh us um jameel ke sath aisa aap ne ismail kar ke taal diya to this was not simply a moral behaviour</w:t>
      </w:r>
    </w:p>
    <w:p>
      <w:pPr>
        <w:jc w:val="right"/>
      </w:pPr>
      <w:r>
        <w:t>تو اپ دیکھیے کہ یہاں میں ایک بات ایڈ کروں گا کہ جب پرافٹ نے یہ کہا اور یہ اس ام جمیل کے ساتھ ایسا اپ نے اسماعیل کر کے ٹال دیا تو دس واز ناٹ سمپلی ا مارل بیہیویئر</w:t>
      </w:r>
    </w:p>
    <w:p>
      <w:r>
        <w:rPr>
          <w:b/>
        </w:rPr>
        <w:t xml:space="preserve">[10:54] </w:t>
      </w:r>
      <w:r>
        <w:t>this was not simply a moral behaviour rather it was demonstration of a universal principle which was</w:t>
      </w:r>
    </w:p>
    <w:p>
      <w:pPr>
        <w:jc w:val="right"/>
      </w:pPr>
      <w:r>
        <w:t>دس واز ناٹ سمپلی ا مارل بیہیویئر رادر اٹ واز ڈیمونسٹریشن اف ا یونیورسل پرنسپل وچ واز</w:t>
      </w:r>
    </w:p>
    <w:p>
      <w:r>
        <w:rPr>
          <w:b/>
        </w:rPr>
        <w:t xml:space="preserve">[11:09] </w:t>
      </w:r>
      <w:r>
        <w:t>an important part of his mission</w:t>
      </w:r>
    </w:p>
    <w:p>
      <w:pPr>
        <w:jc w:val="right"/>
      </w:pPr>
      <w:r>
        <w:t>این امپورٹنٹ پارٹ اف ہز مشن</w:t>
      </w:r>
    </w:p>
    <w:p>
      <w:r>
        <w:rPr>
          <w:b/>
        </w:rPr>
        <w:t xml:space="preserve">[11:16] </w:t>
      </w:r>
      <w:r>
        <w:t>yeh prophet of islam ka mission tha</w:t>
      </w:r>
    </w:p>
    <w:p>
      <w:pPr>
        <w:jc w:val="right"/>
      </w:pPr>
      <w:r>
        <w:t>یہ پرافٹ اف اسلام کا مشن تھا</w:t>
      </w:r>
    </w:p>
    <w:p>
      <w:r>
        <w:rPr>
          <w:b/>
        </w:rPr>
        <w:t xml:space="preserve">[11:19] </w:t>
      </w:r>
      <w:r>
        <w:t>aap history mein aik naya chapter kholne ke liye aaye thay aik naya chapter woh chapter kya tha</w:t>
      </w:r>
    </w:p>
    <w:p>
      <w:pPr>
        <w:jc w:val="right"/>
      </w:pPr>
      <w:r>
        <w:t>اپ ہسٹری میں ایک نیا چیپٹر کھولنے کے لیے ائے تھے ایک نیا چیپٹر وہ چیپٹر کیا تھا</w:t>
      </w:r>
    </w:p>
    <w:p>
      <w:r>
        <w:rPr>
          <w:b/>
        </w:rPr>
        <w:t xml:space="preserve">[11:30] </w:t>
      </w:r>
      <w:r>
        <w:t>dekhiye walter ne likha hai ke history jo hai woh saari hate aur fighting ki history hai</w:t>
      </w:r>
    </w:p>
    <w:p>
      <w:pPr>
        <w:jc w:val="right"/>
      </w:pPr>
      <w:r>
        <w:t>دیکھیے والٹر نے لکھا ہے کہ ہسٹری جو ہے وہ ساری ہیٹ اور فائٹنگ کی ہسٹری ہے</w:t>
      </w:r>
    </w:p>
    <w:p>
      <w:r>
        <w:rPr>
          <w:b/>
        </w:rPr>
        <w:t xml:space="preserve">[11:42] </w:t>
      </w:r>
      <w:r>
        <w:t>hate aur fighting ki history hai lekin walter jo hai woh iska koi formula nahi de saka</w:t>
      </w:r>
    </w:p>
    <w:p>
      <w:pPr>
        <w:jc w:val="right"/>
      </w:pPr>
      <w:r>
        <w:t>ہیٹ اور فائٹنگ کی ہسٹری ہے لیکن والٹر جو ہے وہ اس کا کوئی فارمولا نہیں دے سکا</w:t>
      </w:r>
    </w:p>
    <w:p>
      <w:r>
        <w:rPr>
          <w:b/>
        </w:rPr>
        <w:t xml:space="preserve">[11:48] </w:t>
      </w:r>
      <w:r>
        <w:t>prophet is liye bheja khuda ne ke woh dunya ko aik ideology of peace dein aur sath sath methodology of peace bhi dein ideology of peace yani principle peace ka principle aur sath sath methodology of peace dein woh kaise</w:t>
      </w:r>
    </w:p>
    <w:p>
      <w:pPr>
        <w:jc w:val="right"/>
      </w:pPr>
      <w:r>
        <w:t>پرافٹ اس لیے بھیجا خدا نے کہ وہ دنیا کو ایک ائیڈیالوجی اف پیس دیں اور ساتھ ساتھ میتھڈالوجی اف پیس بھی دیں ائیڈیالوجی اف پیس یعنی پرنسپل پیس کا پرنسپل اور ساتھ ساتھ میتھڈالوجی اف پیس دیں وہ کیسے</w:t>
      </w:r>
    </w:p>
    <w:p>
      <w:r>
        <w:rPr>
          <w:b/>
        </w:rPr>
        <w:t xml:space="preserve">[12:09] </w:t>
      </w:r>
      <w:r>
        <w:t>yeh bohat hi important baat hai jo quran mein bar bar repeat hui hai ke dunya mein jo problem hai maslan kisi ne mujh ko abuse kiya kisi ne mujh mere khilaf derogatory remark diya kisi ne mujhe pathar maar diya yeh sab problem hotay hain</w:t>
      </w:r>
    </w:p>
    <w:p>
      <w:pPr>
        <w:jc w:val="right"/>
      </w:pPr>
      <w:r>
        <w:t>یہ بہت ہی امپورٹنٹ بات ہے جو قران میں بار بار ریپیٹ ہوئی ہے کہ دنیا میں جو پرابلم ہے مثلا کسی نے مجھ کو ابیوز کیا کسی نے مجھ میرے خلاف ڈیلیگیٹری ریمارک دیا کسی نے مجھے پتھر مار دیا یہ سب پرابلم ہوتے ہیں</w:t>
      </w:r>
    </w:p>
    <w:p>
      <w:r>
        <w:rPr>
          <w:b/>
        </w:rPr>
        <w:t xml:space="preserve">[12:33] </w:t>
      </w:r>
      <w:r>
        <w:t>aur bhi aur bohat se problem political problem social problem economic problem</w:t>
      </w:r>
    </w:p>
    <w:p>
      <w:pPr>
        <w:jc w:val="right"/>
      </w:pPr>
      <w:r>
        <w:t>اور بھی اور بہت سے پرابلم پولیٹیکل پرابلم سوشل پرابلم اکنامک پرابلم</w:t>
      </w:r>
    </w:p>
    <w:p>
      <w:r>
        <w:rPr>
          <w:b/>
        </w:rPr>
        <w:t xml:space="preserve">[12:41] </w:t>
      </w:r>
      <w:r>
        <w:t>to log kya karte hain poori history mein kya karte rahe</w:t>
      </w:r>
    </w:p>
    <w:p>
      <w:pPr>
        <w:jc w:val="right"/>
      </w:pPr>
      <w:r>
        <w:t>تو لوگ کیا کرتے ہیں پوری ہسٹری میں کیا کرتے رہے</w:t>
      </w:r>
    </w:p>
    <w:p>
      <w:r>
        <w:rPr>
          <w:b/>
        </w:rPr>
        <w:t xml:space="preserve">[12:46] </w:t>
      </w:r>
      <w:r>
        <w:t>is ko unhon ne relate kiya khud insan se jo insan samne tha yahi insan hai jo mere</w:t>
      </w:r>
    </w:p>
    <w:p>
      <w:pPr>
        <w:jc w:val="right"/>
      </w:pPr>
      <w:r>
        <w:t>اس کو انہوں نے ریلیٹ کیا خود انسان سے جو انسان سامنے تھا یہی انسان ہے جو میرے</w:t>
      </w:r>
    </w:p>
    <w:p>
      <w:r>
        <w:rPr>
          <w:b/>
        </w:rPr>
        <w:t xml:space="preserve">[12:54] </w:t>
      </w:r>
      <w:r>
        <w:t>khilaf conspiracy kar raha hai yeh insan hai jo mere khilaf</w:t>
      </w:r>
    </w:p>
    <w:p>
      <w:pPr>
        <w:jc w:val="right"/>
      </w:pPr>
      <w:r>
        <w:t>خلاف کانسپریسی کر رہا ہے یہ انسان ہے جو میرے خلاف</w:t>
      </w:r>
    </w:p>
    <w:p>
      <w:r>
        <w:rPr>
          <w:b/>
        </w:rPr>
        <w:t xml:space="preserve">[13:00] </w:t>
      </w:r>
      <w:r>
        <w:t>ek delegatory remark de raha hai yeh insan hai jo mere khilaf koi problem create kar raha hai</w:t>
      </w:r>
    </w:p>
    <w:p>
      <w:pPr>
        <w:jc w:val="right"/>
      </w:pPr>
      <w:r>
        <w:t>ایک ڈیلیگیٹری ریمارک دے رہا ہے یہ انسان ہے جو میرے خلاف کوئی پرابلم کریٹ کر رہا ہے</w:t>
      </w:r>
    </w:p>
    <w:p>
      <w:r>
        <w:rPr>
          <w:b/>
        </w:rPr>
        <w:t xml:space="preserve">[13:08] </w:t>
      </w:r>
      <w:r>
        <w:t>to kya hua is se ladne lage</w:t>
      </w:r>
    </w:p>
    <w:p>
      <w:pPr>
        <w:jc w:val="right"/>
      </w:pPr>
      <w:r>
        <w:t>تو کیا ہوا اس سے لڑنے لگے</w:t>
      </w:r>
    </w:p>
    <w:p>
      <w:r>
        <w:rPr>
          <w:b/>
        </w:rPr>
        <w:t xml:space="preserve">[13:11] </w:t>
      </w:r>
      <w:r>
        <w:t>jab unhon ne samne ke insan ko responsible bataya is problem ka to instant reaction kya tha us ko maro usay hate karo</w:t>
      </w:r>
    </w:p>
    <w:p>
      <w:pPr>
        <w:jc w:val="right"/>
      </w:pPr>
      <w:r>
        <w:t>جب انہوں نے سامنے کے انسان کو رسپانسبل بتایا اس پرابلم کا تو انسٹنٹ ری ایکشن کیا تھا اس کو مارو اسے ہیٹ کرو</w:t>
      </w:r>
    </w:p>
    <w:p>
      <w:r>
        <w:rPr>
          <w:b/>
        </w:rPr>
        <w:t xml:space="preserve">[13:26] </w:t>
      </w:r>
      <w:r>
        <w:t>prophet of islam ne yeh bataya insan ko isi ko mein keh raha hoon ke history mein aik naya chapter khola ke tum samajh rahe ho ke insan ka mamla hai yeh yeh god ka mamla hai that is due to the creation plan of god directly</w:t>
      </w:r>
    </w:p>
    <w:p>
      <w:pPr>
        <w:jc w:val="right"/>
      </w:pPr>
      <w:r>
        <w:t>پرافٹ اف اسلام نے یہ بتایا انسان کو اسی کو میں کہہ رہا ہوں کہ ہسٹری میں ایک نیا چیپٹر کھولا کہ تم سمجھ رہے ہو کہ انسان کا معاملہ ہے یہ یہ گاڈ کا معاملہ ہے دیٹ از ڈیو ٹو دا کریشن پلان اف گاڈ ڈائریکٹلی</w:t>
      </w:r>
    </w:p>
    <w:p>
      <w:r>
        <w:rPr>
          <w:b/>
        </w:rPr>
        <w:t xml:space="preserve">[13:47] </w:t>
      </w:r>
      <w:r>
        <w:t>yeh kitna bara revolutionary aik aik message tha kyun khuda ne is dunya ko banaya hai test ke liye where there is test there is freedom without freedom there is no test to jab khuda ne banaya hai test ke liye yeh testing ground hai dunya to khuda ne aap ko freedom freedom bhi diya hai har insan ko freedom diya hai</w:t>
      </w:r>
    </w:p>
    <w:p>
      <w:pPr>
        <w:jc w:val="right"/>
      </w:pPr>
      <w:r>
        <w:t>یہ کتنا بڑا ریولیوشنری ایک ایک میسج تھا کیوں خدا نے اس دنیا کو بنایا ہے ٹیسٹ کے لیے ویر دیر از ٹیسٹ دیر از فریڈم وداؤٹ فریڈم دیر از نو ٹیسٹ تو جب خدا نے بنایا ہے ٹیسٹ کے لیے یہ ٹیسٹنگ گراؤنڈ ہے دنیا تو خدا نے اپ کو فریڈم فریڈم بھی دیا ہے ہر انسان کو فریڈم دیا ہے</w:t>
      </w:r>
    </w:p>
    <w:p>
      <w:r>
        <w:rPr>
          <w:b/>
        </w:rPr>
        <w:t xml:space="preserve">[14:16] </w:t>
      </w:r>
      <w:r>
        <w:t>you cannot abolish freedom bhai jo freedom khuda ne di hota hai aap kaise abolish karenge us ko to jis tarah se rose plant par phool ke sath kaanta bhi hai thorn bhi hai you can not eliminate those thorns because a part of nature</w:t>
      </w:r>
    </w:p>
    <w:p>
      <w:pPr>
        <w:jc w:val="right"/>
      </w:pPr>
      <w:r>
        <w:t>یو کین ناٹ ابالش فریڈم بھئی جو فریڈم خدا نے دی ہوتا ہے اپ کیسے ابالش کریں گے اس کو تو جس طرح سے روز پلانٹ پر پھول کے ساتھ کاٹا بھی ہے تھاٹ بھی ہے یو کین ناٹ ایلیمینیٹ دوز تھاٹس بیکاز ا پارٹ اف نیچر</w:t>
      </w:r>
    </w:p>
    <w:p>
      <w:r>
        <w:rPr>
          <w:b/>
        </w:rPr>
        <w:t xml:space="preserve">[14:42] </w:t>
      </w:r>
      <w:r>
        <w:t>to khuda ne hi diya hai azadi</w:t>
      </w:r>
    </w:p>
    <w:p>
      <w:pPr>
        <w:jc w:val="right"/>
      </w:pPr>
      <w:r>
        <w:t>تو خدا نے ہی دیا ہے ازادی</w:t>
      </w:r>
    </w:p>
    <w:p>
      <w:r>
        <w:rPr>
          <w:b/>
        </w:rPr>
        <w:t xml:space="preserve">[14:45] </w:t>
      </w:r>
      <w:r>
        <w:t>acha jab aadmi ko di jayegi freedom to kya hoga us ko choice rahega freedom means choice</w:t>
      </w:r>
    </w:p>
    <w:p>
      <w:pPr>
        <w:jc w:val="right"/>
      </w:pPr>
      <w:r>
        <w:t>اچھا جب ادمی کو دی جائے گی فریڈم تو کیا ہوگا اس کو چوائس رہے گا فریڈم مینز چوائس</w:t>
      </w:r>
    </w:p>
    <w:p>
      <w:r>
        <w:rPr>
          <w:b/>
        </w:rPr>
        <w:t xml:space="preserve">[14:57] </w:t>
      </w:r>
      <w:r>
        <w:t>to kabhi woh proper use karega kabhi misuse karega yeh uska apna choice hai aap us ke choice ko kaise chheen lenge aap us ke choice ko chheen nahi sakte</w:t>
      </w:r>
    </w:p>
    <w:p>
      <w:pPr>
        <w:jc w:val="right"/>
      </w:pPr>
      <w:r>
        <w:t>تو کبھی وہ پراپر یوز کرے گا کبھی مس یوز کرے گا یہ اس کا اپنا چوائس ہے اپ اس کے چوائس کو کیسے چھین لیں گے اپ اس کے چوائس کو چھین نہیں سکتے</w:t>
      </w:r>
    </w:p>
    <w:p>
      <w:r>
        <w:rPr>
          <w:b/>
        </w:rPr>
        <w:t xml:space="preserve">[15:13] </w:t>
      </w:r>
      <w:r>
        <w:t>to log is ko logon ke sath poori history mein kya hua ke jo un ke samne jo challenge aaya jo un ke samne jo problem aaya kisi ne jo un ke sath bura kiya us ko usi insan se jor kar ke lage ladne us se</w:t>
      </w:r>
    </w:p>
    <w:p>
      <w:pPr>
        <w:jc w:val="right"/>
      </w:pPr>
      <w:r>
        <w:t>تو لوگ اس کو لوگوں کے ساتھ پوری ہسٹری میں کیا ہوا کہ جو ان کے سامنے جو چیلنج ایا جو ان کے سامنے جو پرابلم ایا کسی نے جو ان کے ساتھ برا کیا اس کو اسی انسان سے جوڑ کر کے لگے لڑنے اس سے</w:t>
      </w:r>
    </w:p>
    <w:p>
      <w:r>
        <w:rPr>
          <w:b/>
        </w:rPr>
        <w:t xml:space="preserve">[15:34] </w:t>
      </w:r>
      <w:r>
        <w:t>they wanted to eliminate that person or samjha ke us ko mar kar ke problem bhi khatam ho jayega to woh to khatam nahi hua</w:t>
      </w:r>
    </w:p>
    <w:p>
      <w:pPr>
        <w:jc w:val="right"/>
      </w:pPr>
      <w:r>
        <w:t>دے وانٹڈ ٹو ایلیمینیٹ دیٹ پرسن اور سمجھا کہ اس کو مار کر کے پرابلم بھی ختم ہو جائے گا تو وہ تو ختم نہیں ہوا</w:t>
      </w:r>
    </w:p>
    <w:p>
      <w:r>
        <w:rPr>
          <w:b/>
        </w:rPr>
        <w:t xml:space="preserve">[15:48] </w:t>
      </w:r>
      <w:r>
        <w:t>to problem yani yani prophet of islam ne bataya ke how to manage the problem</w:t>
      </w:r>
    </w:p>
    <w:p>
      <w:pPr>
        <w:jc w:val="right"/>
      </w:pPr>
      <w:r>
        <w:t>تو پرابلم یعنی یعنی پرافٹ اف اسلام نے بتایا کہ ہاؤ ٹو مینج دا پرابلم</w:t>
      </w:r>
    </w:p>
    <w:p>
      <w:r>
        <w:rPr>
          <w:b/>
        </w:rPr>
        <w:t xml:space="preserve">[15:58] </w:t>
      </w:r>
      <w:r>
        <w:t>people were engaged to eliminate the problems</w:t>
      </w:r>
    </w:p>
    <w:p>
      <w:pPr>
        <w:jc w:val="right"/>
      </w:pPr>
      <w:r>
        <w:t>پیپل ویر انگیج ٹو ایلیمینیٹ دا پرابلمز</w:t>
      </w:r>
    </w:p>
    <w:p>
      <w:r>
        <w:rPr>
          <w:b/>
        </w:rPr>
        <w:t xml:space="preserve">[16:02] </w:t>
      </w:r>
      <w:r>
        <w:t>now prophet of islam told them that is wrong you are wrong you have to manage the problem kyunke problem ko khatam kaise karenge aap jab khuda hi ne rose ke branch par thorn uga diya hai to aap kaise us ko mitayenge</w:t>
      </w:r>
    </w:p>
    <w:p>
      <w:pPr>
        <w:jc w:val="right"/>
      </w:pPr>
      <w:r>
        <w:t>ناو پرافٹ اف اسلام ٹولڈ دیم دیٹ از رونگ یو ار رونگ یو ہیو ٹو مینج دا پرابلم کیونکہ پرابلم کو ختم کیسے کریں گے اپ جب خدا ہی نے روز کے برانچ پر ہارن اگا دیا ہے تو اپ کیسے اس کو مٹائیں گے</w:t>
      </w:r>
    </w:p>
    <w:p>
      <w:r>
        <w:rPr>
          <w:b/>
        </w:rPr>
        <w:t xml:space="preserve">[16:25] </w:t>
      </w:r>
      <w:r>
        <w:t>to khuda ne jab freedom diya to freedom ko woh misuse karega uska woh apna choice hai woh</w:t>
      </w:r>
    </w:p>
    <w:p>
      <w:pPr>
        <w:jc w:val="right"/>
      </w:pPr>
      <w:r>
        <w:t>تو خدا نے جب فریڈم دیا تو فریڈم کو وہ مس یوز کرے گا اس کا وہ اپنا چوائس ہے وہ</w:t>
      </w:r>
    </w:p>
    <w:p>
      <w:r>
        <w:rPr>
          <w:b/>
        </w:rPr>
        <w:t xml:space="preserve">[16:31] </w:t>
      </w:r>
      <w:r>
        <w:t>to you have to know you have to learn the art of problem management rather than seeking to eliminate that problem yeh kitna bara yeh introduce kiya aap ne aik aik naya principle history mein aur poori zindagi se aap ne demonstration diya us ka poori zindagi se</w:t>
      </w:r>
    </w:p>
    <w:p>
      <w:pPr>
        <w:jc w:val="right"/>
      </w:pPr>
      <w:r>
        <w:t>تو یو ہیو ٹو نو یو ہیو ٹو لرن دا ارٹ اف پرابلم مینجمنٹ رادر دین سیکنگ ٹو ایلیمینیٹ دیٹ پرابلم یہ کتنا بڑا یہ انٹروڈیوس کیا اپ نے ایک ایک نیا پرنسپل ہسٹری میں اور پوری زندگی سے اپ نے ڈیمونسٹریشن دیا اس کا پوری زندگی سے</w:t>
      </w:r>
    </w:p>
    <w:p>
      <w:r>
        <w:rPr>
          <w:b/>
        </w:rPr>
        <w:t xml:space="preserve">[16:57] </w:t>
      </w:r>
      <w:r>
        <w:t>mein ap ko chand ek references bataon ga ap ko yani mein yeh keh raha hon ke profit of islam jo aye to unhon ne sirf ideology of peace nahi di balkeh methodology of peace bhi di woh yeh thi ke tum problem ko khatam nahi kar sakte</w:t>
      </w:r>
    </w:p>
    <w:p>
      <w:pPr>
        <w:jc w:val="right"/>
      </w:pPr>
      <w:r>
        <w:t>میں اپ کو چند ایک ریفرنسز بتاؤں گا اپ کو یعنی میں یہ کہہ رہا ہوں کہ پرافٹ اف اسلام جو ائے تو انہوں نے صرف ائیڈیالوجی اف پیس نہیں دی بلکہ میتھڈالوجی اف پیس بھی دی وہ یہ تھی کہ تم پرابلم کو ختم نہیں کر سکتے</w:t>
      </w:r>
    </w:p>
    <w:p>
      <w:r>
        <w:rPr>
          <w:b/>
        </w:rPr>
        <w:t xml:space="preserve">[17:19] </w:t>
      </w:r>
      <w:r>
        <w:t>tum negative events ko khatam nahi kar sakte</w:t>
      </w:r>
    </w:p>
    <w:p>
      <w:pPr>
        <w:jc w:val="right"/>
      </w:pPr>
      <w:r>
        <w:t>تم نیگیٹیو ایونٹس کو ختم نہیں کر سکتے</w:t>
      </w:r>
    </w:p>
    <w:p>
      <w:r>
        <w:rPr>
          <w:b/>
        </w:rPr>
        <w:t xml:space="preserve">[17:26] </w:t>
      </w:r>
      <w:r>
        <w:t>so you have to respond positively when you face some negative experience you have to try to respond positively this is the only solution no the other solution available no other solution is available ap kaise insan ki azadi cheenen ge</w:t>
      </w:r>
    </w:p>
    <w:p>
      <w:pPr>
        <w:jc w:val="right"/>
      </w:pPr>
      <w:r>
        <w:t>سو یو ہیو ٹو ریسپانڈ پوزیٹیولی وین یو فیس سم نیگیٹیو ایکسپیرینس یو ہیو ٹو ٹرائی ٹو ریسپانڈ پوزیٹیولی دس از دا اونلی سولیوشن نو دا ادر سولیوشن اویلیبل نو ادر سولیوشن از اویلیبل اپ کیسے انسان کی ازادی چھینیں گے</w:t>
      </w:r>
    </w:p>
    <w:p>
      <w:r>
        <w:rPr>
          <w:b/>
        </w:rPr>
        <w:t xml:space="preserve">[17:51] </w:t>
      </w:r>
      <w:r>
        <w:t>it is beyond your capacity to to abolish freedom it is beyond your capacity abhi musalman bhi yeh kar rahe hain har jagah insan se azadi cheenna chahte hain ke bomb marte hain goli marte hain yeh kya hai woh loot gaye hain wahan yani pre muhammad period ki taraf loot gaye hain woh</w:t>
      </w:r>
    </w:p>
    <w:p>
      <w:pPr>
        <w:jc w:val="right"/>
      </w:pPr>
      <w:r>
        <w:t>اٹ از بیونڈ یور کیپیسٹی ٹو ٹو ابالش فریڈم اٹ از بیونڈ یور کیپیسٹی ابھی مسلمان بھی یہ کر رہے ہیں ہر جگہ انسان سے ازادی چھیننا چاہتے ہیں کہ بم مارتے ہیں گولی مارتے ہیں یہ کیا ہے وہ لوٹ گئے ہیں وہاں یعنی پری محمد پیریڈ کی طرف لوٹ گئے ہیں وہ</w:t>
      </w:r>
    </w:p>
    <w:p>
      <w:r>
        <w:rPr>
          <w:b/>
        </w:rPr>
        <w:t xml:space="preserve">[18:13] </w:t>
      </w:r>
      <w:r>
        <w:t>yani post muhammad period mein paida hue jab ke rasool allah ne ek methodology di thi aur yeh kaha tha ke freedom ko tum abolish nahi kar sakte lekin woh pre muhammad period mein chale gaye hain aur bomb mar kar goli mar kar chahte hain ke insan se uska uska freedom cheen lein woh cheen nahi pa rahe hain 200 baras se aur khud hi safar kar rahe hain to khair dekhiye ke mein ap ko chand references doon ga yahan par</w:t>
      </w:r>
    </w:p>
    <w:p>
      <w:pPr>
        <w:jc w:val="right"/>
      </w:pPr>
      <w:r>
        <w:t>یعنی پوسٹ محمد پیریڈ میں پیدا ہوئے جب کہ رسول اللہ نے ایک میتھڈالوجی دی تھی اور یہ کہا تھا کہ فریڈم کو تم ابالش نہیں کر سکتے لیکن وہ پری محمد پیریڈ میں چلے گئے ہیں اور بم مار کر گولی مار کر چاہتے ہیں کہ انسان سے اس کا اس کا فریڈم چھین لیں وہ چھین نہیں پا رہے ہیں 200 برس سے اور خود ہی سفر کر رہے ہیں تو خیر دیکھیے کہ میں اپ کو چند ریفرنسز دوں گا یہاں پر</w:t>
      </w:r>
    </w:p>
    <w:p>
      <w:r>
        <w:rPr>
          <w:b/>
        </w:rPr>
        <w:t xml:space="preserve">[18:41] </w:t>
      </w:r>
      <w:r>
        <w:t>sab se pehle prophet ko jab yani 610 ad mein jab ap ko prophet banaya gaya to sab se pehle kya kiya ap ne makkah ke paas ek rock hoti thi ar oc ke rock uska naam tha safa</w:t>
      </w:r>
    </w:p>
    <w:p>
      <w:pPr>
        <w:jc w:val="right"/>
      </w:pPr>
      <w:r>
        <w:t>سب سے پہلے پرافٹ کو جب یعنی 610 اے ڈی میں جب اپ کو پرافٹ بنایا گیا تو سب سے پہلے کیا کیا اپ نے مکہ کے پاس ایک راک ہوتی تھی ار او سی کے راک اس کا نام تھا صفا</w:t>
      </w:r>
    </w:p>
    <w:p>
      <w:r>
        <w:rPr>
          <w:b/>
        </w:rPr>
        <w:t xml:space="preserve">[19:02] </w:t>
      </w:r>
      <w:r>
        <w:t>is rock ko log use karte the as a stage wahan khare ho kar ke woh address karte the logon ko to ap ne logon ko invite kiya ke yahan ao mujhe koi message dena hai to bohat se log agaye kyunke wahan par yeh custom tha yeh</w:t>
      </w:r>
    </w:p>
    <w:p>
      <w:pPr>
        <w:jc w:val="right"/>
      </w:pPr>
      <w:r>
        <w:t>اس راک کو لوگ یوز کرتے تھے ایز اے سٹیج وہاں کھڑے ہو کر کے وہ ایڈریس کرتے تھے لوگوں کو تو اپ نے لوگوں کو انوائٹ کیا کہ یہاں اؤ مجھے کوئی میسج دینا ہے تو بہت سے لوگ اگئے کیونکہ وہاں پر یہ کسٹم تھا یہ</w:t>
      </w:r>
    </w:p>
    <w:p>
      <w:r>
        <w:rPr>
          <w:b/>
        </w:rPr>
        <w:t xml:space="preserve">[19:26] </w:t>
      </w:r>
      <w:r>
        <w:t>is custom ko follow karte hue wahan par agaye log baap safa par khare hue</w:t>
      </w:r>
    </w:p>
    <w:p>
      <w:pPr>
        <w:jc w:val="right"/>
      </w:pPr>
      <w:r>
        <w:t>اس کسٹم کو فالو کرتے ہوئے وہاں پر اگئے لوگ باپ صفا پر کھڑے ہوئے</w:t>
      </w:r>
    </w:p>
    <w:p>
      <w:r>
        <w:rPr>
          <w:b/>
        </w:rPr>
        <w:t xml:space="preserve">[19:32] </w:t>
      </w:r>
      <w:r>
        <w:t>woh jo rock thi safa ke naam se us par khare hue ap aur logon ko unhon ne message diya woh message kya tha message yeh tha</w:t>
      </w:r>
    </w:p>
    <w:p>
      <w:pPr>
        <w:jc w:val="right"/>
      </w:pPr>
      <w:r>
        <w:t>وہ جو راک تھی صفا کے نام سے اس پر کھڑے ہوئے اپ اور لوگوں کو انہوں نے میسج دیا وہ میسج کیا تھا میسج یہ تھا</w:t>
      </w:r>
    </w:p>
    <w:p>
      <w:r>
        <w:rPr>
          <w:b/>
        </w:rPr>
        <w:t xml:space="preserve">[19:46] </w:t>
      </w:r>
      <w:r>
        <w:t>woh message yeh tha ke</w:t>
      </w:r>
    </w:p>
    <w:p>
      <w:pPr>
        <w:jc w:val="right"/>
      </w:pPr>
      <w:r>
        <w:t>وہ میسج یہ تھا کہ</w:t>
      </w:r>
    </w:p>
    <w:p>
      <w:r>
        <w:rPr>
          <w:b/>
        </w:rPr>
        <w:t xml:space="preserve">[19:50] </w:t>
      </w:r>
      <w:r>
        <w:t>wallah latamutuna kama tanamuna waltahyauna kama tastaqizuna wannahulajannat abda</w:t>
      </w:r>
    </w:p>
    <w:p>
      <w:pPr>
        <w:jc w:val="right"/>
      </w:pPr>
      <w:r>
        <w:t>واللہ لتموتن کما تنامون ولتحیون کما تستيقظون وانہا لجنت عبدا</w:t>
      </w:r>
    </w:p>
    <w:p>
      <w:r>
        <w:rPr>
          <w:b/>
        </w:rPr>
        <w:t xml:space="preserve">[20:02] </w:t>
      </w:r>
      <w:r>
        <w:t>iska matlab yeh tha ke ke tum jo zinda ho yeh matlab jo ke hamesha zinda raho ge tum ko marna hai aur marne ke baad khatam bhi nahi ho jao ge yeh bhi samajh lo</w:t>
      </w:r>
    </w:p>
    <w:p>
      <w:pPr>
        <w:jc w:val="right"/>
      </w:pPr>
      <w:r>
        <w:t>اس کا مطلب یہ تھا کہ کہ تم جو زندہ ہو یہ مطلب جو کہ ہمیشہ زندہ رہو گے تم کو مرنا ہے اور مرنے کے بعد ختم بھی نہیں ہو جاؤ گے یہ بھی سمجھ لو</w:t>
      </w:r>
    </w:p>
    <w:p>
      <w:r>
        <w:rPr>
          <w:b/>
        </w:rPr>
        <w:t xml:space="preserve">[20:18] </w:t>
      </w:r>
      <w:r>
        <w:t>marne ke baad kya hai dosra phase hai life ka jahan day of judgment hai jahan accountability hai jahan hell hai jahan paradise hai khuda ko face karna hai</w:t>
      </w:r>
    </w:p>
    <w:p>
      <w:pPr>
        <w:jc w:val="right"/>
      </w:pPr>
      <w:r>
        <w:t>مرنے کے بعد کیا ہے دوسرا فیز ہے لائف کا جہاں ڈے اف ججمنٹ ہے جہاں اکاؤنٹیبلٹی ہے جہاں ہیل ہے جہاں پیرائز ہے خدا کو فیس کرنا ہے</w:t>
      </w:r>
    </w:p>
    <w:p>
      <w:r>
        <w:rPr>
          <w:b/>
        </w:rPr>
        <w:t xml:space="preserve">[20:33] </w:t>
      </w:r>
      <w:r>
        <w:t>to is ke liye apne aap ko prepare karo kyunke agar tum ne prepare nahi kiya agar prepare kiya tum ne to tum ko paradise mile gi nahi prepare kiya to hell pe jao ge yeh message diya ap ne to jante hain kya hua ap ka uncle unka naam tha abu lahab yani prophet ke uncle abu lahab woh senior yani un logon mein senior the</w:t>
      </w:r>
    </w:p>
    <w:p>
      <w:pPr>
        <w:jc w:val="right"/>
      </w:pPr>
      <w:r>
        <w:t>تو اس کے لیے اپنے اپ کو پریپیئر کرو کیونکہ اگر تم نے پریپیئر نہیں کیا اگر پریپیئر کیا تم نے تو تم کو پیرائز ملے گی نہیں پریپیئر کیا تو ہیل پہ جاؤ گے یہ میسج دیا اپ نے تو جانتے ہیں کیا ہوا اپ کا انکل ان کا نام تھا ابو لہب یعنی پرافٹ کے انکل ابو لہب وہ سینئر یعنی ان لوگوں میں سینئر تھے</w:t>
      </w:r>
    </w:p>
    <w:p>
      <w:r>
        <w:rPr>
          <w:b/>
        </w:rPr>
        <w:t xml:space="preserve">[21:03] </w:t>
      </w:r>
      <w:r>
        <w:t>mein bataon senior most jo wahan akatha hue the to khare ho kar unhon ne kaha ke tabban laka saira al yaum huma jamaatuna ilahaza</w:t>
      </w:r>
    </w:p>
    <w:p>
      <w:pPr>
        <w:jc w:val="right"/>
      </w:pPr>
      <w:r>
        <w:t>میں بتاؤں سینئر موسٹ جو وہاں اکٹھا ہوئے تھے تو کھڑے ہو کر انہوں نے کہا کہ تبن لک سائر الیوم ہما جماعتنا الا لہذا</w:t>
      </w:r>
    </w:p>
    <w:p>
      <w:r>
        <w:rPr>
          <w:b/>
        </w:rPr>
        <w:t xml:space="preserve">[21:17] </w:t>
      </w:r>
      <w:r>
        <w:t>yani woh rasool allah jo the unke woh the yani bhatije the unke bhai ke bete the ya uncle the ap ke unhon ne kaha ke tabban laka saira al yaum huma jamaatuna ilahaza</w:t>
      </w:r>
    </w:p>
    <w:p>
      <w:pPr>
        <w:jc w:val="right"/>
      </w:pPr>
      <w:r>
        <w:t>یعنی وہ رسول اللہ جو تھے ان کے وہ تھے یعنی بھتیجے تھے ان کے بھائی کے بیٹے تھے یا انکل تھے اپ کے انہوں نے کہا کہ تبن لک سائر الیوم ہما جماعتنا الا لہذا</w:t>
      </w:r>
    </w:p>
    <w:p>
      <w:r>
        <w:rPr>
          <w:b/>
        </w:rPr>
        <w:t xml:space="preserve">[21:32] </w:t>
      </w:r>
      <w:r>
        <w:t>tumhara bura ho sare din sare din tumhara bura ho kya tum ne yahi baat sunane ke liye ap ko invite kiya tha</w:t>
      </w:r>
    </w:p>
    <w:p>
      <w:pPr>
        <w:jc w:val="right"/>
      </w:pPr>
      <w:r>
        <w:t>تمہارا برا ہو سارے دن سارے دن تمہارا برا ہو کیا تم نے یہی بات سنانے کے لیے اپ کو انوائٹ کیا تھا</w:t>
      </w:r>
    </w:p>
    <w:p>
      <w:r>
        <w:rPr>
          <w:b/>
        </w:rPr>
        <w:t xml:space="preserve">[21:43] </w:t>
      </w:r>
      <w:r>
        <w:t>lekin ap ne kuch nahi kiya kuch bhi nahi yani simply is ko sun liya aur un ke liye dua karne lage koi ghusa nahi hue koi is ko bura bhala nahi kaha</w:t>
      </w:r>
    </w:p>
    <w:p>
      <w:pPr>
        <w:jc w:val="right"/>
      </w:pPr>
      <w:r>
        <w:t>لیکن اپ نے کچھ نہیں کیا کچھ بھی نہیں یعنی سمپلی اس کو سن لیا اور ان کے لیے دعا کرنے لگے کوئی غصہ نہیں ہوئے کوئی اس کو برا بھلا نہیں کہا</w:t>
      </w:r>
    </w:p>
    <w:p>
      <w:r>
        <w:rPr>
          <w:b/>
        </w:rPr>
        <w:t xml:space="preserve">[21:59] </w:t>
      </w:r>
      <w:r>
        <w:t>aur agay dekhiye is waqt jo makkah tha yani seventh century ke first quarter mein to wahan par jo is se pehle jo prophet hue the ibrahim un ka banaya hua ek masjid thi prophet ibrahim ne ek masjid banai thi wahan par pehle abhi bhi thi isi ko hum kaaba kehte hain kaaba kya hai ek masjid hai</w:t>
      </w:r>
    </w:p>
    <w:p>
      <w:pPr>
        <w:jc w:val="right"/>
      </w:pPr>
      <w:r>
        <w:t>اور اگے دیکھیے اس وقت جو مکہ تھا یعنی سیونتھ سنچری کے فرسٹ کوارٹر میں تو وہاں پر جو اس سے پہلے جو پرافٹ ہوئے تھے ابراہم ان کا بنایا ہوا ایک مسجد تھی پرافٹ ابراہم نے ایک مسجد بنائی تھی وہاں پر پہلے ابھی بھی تھی اسی کو ہم کعبہ کہتے ہیں کعبہ کیا ہے ایک مسجد ہے</w:t>
      </w:r>
    </w:p>
    <w:p>
      <w:r>
        <w:rPr>
          <w:b/>
        </w:rPr>
        <w:t xml:space="preserve">[22:29] </w:t>
      </w:r>
      <w:r>
        <w:t>to is is masjid ko banaya tha ibrahim ne yani oneness of god ke concept ko le kar ke yani ek god ki worship ke liye ab baat ko jin logon ke hath mein uska woh aya control kai generation ke baad to unhon ne wahan lala ke but rakh diye 360 but wahan rakh diye idols</w:t>
      </w:r>
    </w:p>
    <w:p>
      <w:pPr>
        <w:jc w:val="right"/>
      </w:pPr>
      <w:r>
        <w:t>تو اس اس مسجد کو بنایا تھا ابراہیم نے یعنی وننس اف گاڈ کے کانسیپٹ کو لے کر کے یعنی ایک گاڈ کی کی ورشپ کے لیے اب بات کو جن لوگوں کے ہاتھ میں اس کا وہ ایا کنٹرول کئی جنریشن کے بعد تو انہوں نے وہاں لالا کے بت رکھ دیے 360 بت وہاں رکھ دیے ائیڈلز</w:t>
      </w:r>
    </w:p>
    <w:p>
      <w:r>
        <w:rPr>
          <w:b/>
        </w:rPr>
        <w:t xml:space="preserve">[22:58] </w:t>
      </w:r>
      <w:r>
        <w:t>ab ap kya karte ap jo hai yeh nahi kiya wahan ghusa ho kar ke lagen dot number karne se chalane ke kaise tum log kharab log ho ibrahim banaya tha to is ko yani ek khuda ke liye aur tum ne 360 but rakh diye hain kaise bure tum log ho ab ladte hain isi par</w:t>
      </w:r>
    </w:p>
    <w:p>
      <w:pPr>
        <w:jc w:val="right"/>
      </w:pPr>
      <w:r>
        <w:t>اب اپ کیا کرتے اپ جو ہے یہ نہیں کیا وہاں غصہ ہو کر کے لگیں ڈاٹ نمبر کرنے سے چلانے کہ کیسے تم لوگ خراب لوگ ہو ابراہیم بنایا تھا تو اس کو یعنی ایک خدا کے لیے اور تم نے 360 بت رکھ دیے ہیں کیسے برے تم لوگ ہو اب لڑتے ہیں اسی پر</w:t>
      </w:r>
    </w:p>
    <w:p>
      <w:r>
        <w:rPr>
          <w:b/>
        </w:rPr>
        <w:t xml:space="preserve">[23:17] </w:t>
      </w:r>
      <w:r>
        <w:t>jaisa ke aaj kal hota hai</w:t>
      </w:r>
    </w:p>
    <w:p>
      <w:pPr>
        <w:jc w:val="right"/>
      </w:pPr>
      <w:r>
        <w:t>جیسا کہ اج کل ہوتا ہے</w:t>
      </w:r>
    </w:p>
    <w:p>
      <w:r>
        <w:rPr>
          <w:b/>
        </w:rPr>
        <w:t xml:space="preserve">[23:21] </w:t>
      </w:r>
      <w:r>
        <w:t>ke kaaba jaise yani holy place mein jo banaya hi gaya tha oneness of god ke concept par ek khuda ki worship ke liye us mein rakh dete hain woh 360 idols to ap ko react karna chahiye tha ghusa hona chahiye tha ke yeh kya badtameezi hai nikalo is ko aur todte ho is ko</w:t>
      </w:r>
    </w:p>
    <w:p>
      <w:pPr>
        <w:jc w:val="right"/>
      </w:pPr>
      <w:r>
        <w:t>کہ کعبہ جیسے یعنی ہولی پلیس میں جو بنایا ہی گیا تھا وننس اف گاڈ کے کانسیپٹ پر ایک خدا کی ورشپ کے لیے اس میں رکھ دیتے ہیں وہ 360 ائیڈلز تو اپ کو ری ایکٹ کرنا چاہیے تھا غصہ ہونا چاہیے تھا کہ یہ کیا بدتمیزی ہے نکالو اس کو اور توڑتے ہو اس کو</w:t>
      </w:r>
    </w:p>
    <w:p>
      <w:r>
        <w:rPr>
          <w:b/>
        </w:rPr>
        <w:t xml:space="preserve">[23:48] </w:t>
      </w:r>
      <w:r>
        <w:t>ap ne aisa nahi kiya</w:t>
      </w:r>
    </w:p>
    <w:p>
      <w:pPr>
        <w:jc w:val="right"/>
      </w:pPr>
      <w:r>
        <w:t>اپ نے ایسا نہیں کیا</w:t>
      </w:r>
    </w:p>
    <w:p>
      <w:r>
        <w:rPr>
          <w:b/>
        </w:rPr>
        <w:t xml:space="preserve">[23:51] </w:t>
      </w:r>
      <w:r>
        <w:t>ap ne aisa nahi kiya</w:t>
      </w:r>
    </w:p>
    <w:p>
      <w:pPr>
        <w:jc w:val="right"/>
      </w:pPr>
      <w:r>
        <w:t>اپ نے ایسا نہیں کیا</w:t>
      </w:r>
    </w:p>
    <w:p>
      <w:r>
        <w:rPr>
          <w:b/>
        </w:rPr>
        <w:t xml:space="preserve">[23:53] </w:t>
      </w:r>
      <w:r>
        <w:t>kuch bhi koi reaction nahi</w:t>
      </w:r>
    </w:p>
    <w:p>
      <w:pPr>
        <w:jc w:val="right"/>
      </w:pPr>
      <w:r>
        <w:t>کچھ بھی کوئی ری ایکشن نہیں</w:t>
      </w:r>
    </w:p>
    <w:p>
      <w:r>
        <w:rPr>
          <w:b/>
        </w:rPr>
        <w:t xml:space="preserve">[23:56] </w:t>
      </w:r>
      <w:r>
        <w:t>yani chup chap wahan ja ke namaz parh lete the aur koi reaction nahi</w:t>
      </w:r>
    </w:p>
    <w:p>
      <w:pPr>
        <w:jc w:val="right"/>
      </w:pPr>
      <w:r>
        <w:t>یعنی چپ چاپ وہاں جا کے نماز پڑھ لیتے تھے اور کوئی ری ایکشن نہیں</w:t>
      </w:r>
    </w:p>
    <w:p>
      <w:r>
        <w:rPr>
          <w:b/>
        </w:rPr>
        <w:t xml:space="preserve">[24:01] </w:t>
      </w:r>
      <w:r>
        <w:t>yani wahan bhi ap ki namaz aati thi aaj ap dekhen koi kisi kisi namazi ko yani chalo</w:t>
      </w:r>
    </w:p>
    <w:p>
      <w:pPr>
        <w:jc w:val="right"/>
      </w:pPr>
      <w:r>
        <w:t>یعنی وہاں بھی اپ کی نماز اتی تھی اج اپ دیکھیں کوئی کسی کسی نمازی کو یعنی چلو</w:t>
      </w:r>
    </w:p>
    <w:p>
      <w:r>
        <w:rPr>
          <w:b/>
        </w:rPr>
        <w:t xml:space="preserve">[24:07] </w:t>
      </w:r>
      <w:r>
        <w:t>ke mandir mein namaz parh lete hain to woh kahega hain mandir mein kaise namaz parhenge</w:t>
      </w:r>
    </w:p>
    <w:p>
      <w:pPr>
        <w:jc w:val="right"/>
      </w:pPr>
      <w:r>
        <w:t>کہ مندر میں نماز پڑھ لیتے ہیں تو وہ کہے گا ہیں مندر میں کیسے نماز پڑھیں گے</w:t>
      </w:r>
    </w:p>
    <w:p>
      <w:r>
        <w:rPr>
          <w:b/>
        </w:rPr>
        <w:t xml:space="preserve">[24:10] </w:t>
      </w:r>
      <w:r>
        <w:t>hum yani ek but jahan hai wahan bhi namaz nahi padhenge wahan 360 but the tab bhi</w:t>
      </w:r>
    </w:p>
    <w:p>
      <w:pPr>
        <w:jc w:val="right"/>
      </w:pPr>
      <w:r>
        <w:t>ہم یعنی ایک بت جہاں ہے وہاں بھی نماز نہیں پڑھیں گے وہاں 360 بت تھے تب بھی</w:t>
      </w:r>
    </w:p>
    <w:p>
      <w:r>
        <w:rPr>
          <w:b/>
        </w:rPr>
        <w:t xml:space="preserve">[24:16] </w:t>
      </w:r>
      <w:r>
        <w:t>namaz padhte the wahan</w:t>
      </w:r>
    </w:p>
    <w:p>
      <w:pPr>
        <w:jc w:val="right"/>
      </w:pPr>
      <w:r>
        <w:t>نماز پڑھتے تھے وہاں</w:t>
      </w:r>
    </w:p>
    <w:p>
      <w:r>
        <w:rPr>
          <w:b/>
        </w:rPr>
        <w:t xml:space="preserve">[24:19] </w:t>
      </w:r>
      <w:r>
        <w:t>ap ghor kijiye yani prophet ne ek aisi jagah namaz parhi jahan daily daily up to thirty years up to thirty years</w:t>
      </w:r>
    </w:p>
    <w:p>
      <w:pPr>
        <w:jc w:val="right"/>
      </w:pPr>
      <w:r>
        <w:t>اپ غور کیجئے یعنی پرافٹ نے ایک ایسی جگہ نماز پڑھی جہاں ڈیلی ڈیلی اپ ٹو تھرٹی ایئرز اپ ٹو تھرٹی ایئرز</w:t>
      </w:r>
    </w:p>
    <w:p>
      <w:r>
        <w:rPr>
          <w:b/>
        </w:rPr>
        <w:t xml:space="preserve">[24:33] </w:t>
      </w:r>
      <w:r>
        <w:t>jahan 360 idol thay aj to aik idol hota hai mandir mein wahan bhi nahi namaz parhein ge</w:t>
      </w:r>
    </w:p>
    <w:p>
      <w:pPr>
        <w:jc w:val="right"/>
      </w:pPr>
      <w:r>
        <w:t>جہاں 360 ائیڈل تھے اج تو ایک ائیڈل ہوتا ہے مندر میں وہاں بھی نہیں نماز پڑھیں گے</w:t>
      </w:r>
    </w:p>
    <w:p>
      <w:r>
        <w:rPr>
          <w:b/>
        </w:rPr>
        <w:t xml:space="preserve">[24:45] </w:t>
      </w:r>
      <w:r>
        <w:t>to kya kya aap ne aap ka tareeqa kya tha aap ne bohat hi yani aap impatiently observe kiya impatiently hi observe the situation impatiently hi assess the situation impatiently then he discovered a great formula</w:t>
      </w:r>
    </w:p>
    <w:p>
      <w:pPr>
        <w:jc w:val="right"/>
      </w:pPr>
      <w:r>
        <w:t>تو کیا کیا اپ نے اپ کا طریقہ کیا تھا اپ نے بہت ہی یعنی اپ امپیشنٹلی ابزرو کیا امپیشنٹلی ہی ابزرو دا سچوئیشن امپیشنٹلی ہی اسس دا سچوئیشن امپیشنٹلی دین ہی ڈسکورڈ ا گریٹ فارمولا</w:t>
      </w:r>
    </w:p>
    <w:p>
      <w:r>
        <w:rPr>
          <w:b/>
        </w:rPr>
        <w:t xml:space="preserve">[25:11] </w:t>
      </w:r>
      <w:r>
        <w:t>that formula was that formula was ignore the problem avail the opportunities super formula ke matlab beton ko ignore karo lekin beton ki wajah se wahan aik aik audience daily aata hai</w:t>
      </w:r>
    </w:p>
    <w:p>
      <w:pPr>
        <w:jc w:val="right"/>
      </w:pPr>
      <w:r>
        <w:t>دیٹ فارمولا واز دیٹ فارمولا واز اگنور دا پرابلم اویل دا اپرچونیٹیز سپر فارمولا کہ مطلب بتوں کو اگنور کرو لیکن بتوں کی وجہ سے وہاں ایک ایک اڈینس ڈیلی اتا ہے</w:t>
      </w:r>
    </w:p>
    <w:p>
      <w:r>
        <w:rPr>
          <w:b/>
        </w:rPr>
        <w:t xml:space="preserve">[25:30] </w:t>
      </w:r>
      <w:r>
        <w:t>360 idol jo thay to us ke jo mannay walay thay poojnay walay thay wo atay thay wahan par un ka darshan karnay ke liye</w:t>
      </w:r>
    </w:p>
    <w:p>
      <w:pPr>
        <w:jc w:val="right"/>
      </w:pPr>
      <w:r>
        <w:t>360 ائیڈل جو تھے تو اس کے جو ماننے والے تھے پوجنے والے تھے وہ اتے تھے وہاں پر ان کا درشن کرنے کے لیے</w:t>
      </w:r>
    </w:p>
    <w:p>
      <w:r>
        <w:rPr>
          <w:b/>
        </w:rPr>
        <w:t xml:space="preserve">[25:40] </w:t>
      </w:r>
      <w:r>
        <w:t>ke darshan se un ko blessing milti hai to is tarah se daily wahan aik audience ho jata tha to aap ne kya kiya beton ko ignore kiya audience ko avail kiya</w:t>
      </w:r>
    </w:p>
    <w:p>
      <w:pPr>
        <w:jc w:val="right"/>
      </w:pPr>
      <w:r>
        <w:t>کہ درشن سے ان کو بلیسنگ ملتی ہے تو اس طرح سے ڈیلی وہاں ایک اڈینس ہو جاتا تھا تو اپ نے کیا کیا بتوں کو اگنور کیا اڈینس کو اویل کیا</w:t>
      </w:r>
    </w:p>
    <w:p>
      <w:r>
        <w:rPr>
          <w:b/>
        </w:rPr>
        <w:t xml:space="preserve">[25:56] </w:t>
      </w:r>
      <w:r>
        <w:t>he ignored the presence of idols, yani he availed that audience. To wahan jatay thay aap aur un ko address kartay thay.</w:t>
      </w:r>
    </w:p>
    <w:p>
      <w:pPr>
        <w:jc w:val="right"/>
      </w:pPr>
      <w:r>
        <w:t>یا ہی اگنور دا پریزنس اف ائیڈلز یعنی ہی اویل دا دیٹ اڈینس تو وہاں جاتے تھے اپ اور ان کو ایڈریس کرتے تھے</w:t>
      </w:r>
    </w:p>
    <w:p>
      <w:r>
        <w:rPr>
          <w:b/>
        </w:rPr>
        <w:t xml:space="preserve">[26:09] </w:t>
      </w:r>
      <w:r>
        <w:t>quran ka koi part parh ke sunatay thay un ko yani arabic language thi un ki to un ki language bhi arabic aur quran ki language bhi arabic to wo un ko parh ke sunatay thay to khoob suntay thay lekin jab aap aap ke aur sunnay walay ke beech mein normal yani condition ho normalcy ho to wo sunay ga aap</w:t>
      </w:r>
    </w:p>
    <w:p>
      <w:pPr>
        <w:jc w:val="right"/>
      </w:pPr>
      <w:r>
        <w:t>قران کا کوئی پارٹ پڑھ کے سناتے تھے ان کو یعنی عربک لینگویج تھی ان کی تو ان کی لینگویج بھی عربک اور قران کی لینگویج بھی عربک تو وہ ان کو پڑھ کے سناتے تھے تو خوب سنتے تھے لیکن جب اپ اپ کے اور سننے والے کے بیچ میں نارمل یعنی کنڈیشن ہو نارملسی ہو تو وہ سنے گا اپ</w:t>
      </w:r>
    </w:p>
    <w:p>
      <w:r>
        <w:rPr>
          <w:b/>
        </w:rPr>
        <w:t xml:space="preserve">[26:35] </w:t>
      </w:r>
      <w:r>
        <w:t>agar aap larai jhagda karein ja ke beton ko torein to normalcy khatam ho jaye gi phir koi sunay ga nahi aap ki baat to us ko ignore kar ke aap ne normalcy create ki he was able to normalize the situation by ignoring that problem this was this was a wisdom of the prophet of islam</w:t>
      </w:r>
    </w:p>
    <w:p>
      <w:pPr>
        <w:jc w:val="right"/>
      </w:pPr>
      <w:r>
        <w:t>اگر اپ لڑائی جھگڑا کریں جا کے بتوں کو توڑیں تو نارملسی ختم ہو جائے گی پھر کوئی سنے گا نہیں اپ کی بات تو اس کو اگنور کر کے اپ نے نارملسی کریٹ کی ہی واز ایبل ٹو نارملائز دا سچویشن بائے اگنورنگ دیٹ پرابلم دس واز دس واز اے وزڈم اف دا پرافٹ اف اسلام</w:t>
      </w:r>
    </w:p>
    <w:p>
      <w:r>
        <w:rPr>
          <w:b/>
        </w:rPr>
        <w:t xml:space="preserve">[26:59] </w:t>
      </w:r>
      <w:r>
        <w:t>to yeh hai jis ko mein keh raha hoon ke aik methodology di aap ne ke jab dunya mein freedom hai to dunya mein freedom ki wajah se log problem create karte hain to how to manage this problem is ka mein aik aap ko yeh example de raha hoon ke avail ignore the problem avail the opportunities ab is ka bohat faida hua</w:t>
      </w:r>
    </w:p>
    <w:p>
      <w:pPr>
        <w:jc w:val="right"/>
      </w:pPr>
      <w:r>
        <w:t>تو یہ ہے جس کو میں کہہ رہا ہوں کہ ایک میتھڈالوجی دی اپ نے کہ جب دنیا میں فریڈم ہے تو دنیا میں فریڈم کی وجہ سے لوگ پرابلم کریٹ کرتے ہیں تو ہاؤ ٹو مینج دس پرابلم اس کا میں ایک اپ کو یہ ایگزیمپل دے رہا ہوں کہ ایل اگنور دا پرابلم اویل دا اپرچونیٹیز اب اس کا بہت فائدہ ہوا</w:t>
      </w:r>
    </w:p>
    <w:p>
      <w:r>
        <w:rPr>
          <w:b/>
        </w:rPr>
        <w:t xml:space="preserve">[27:27] </w:t>
      </w:r>
      <w:r>
        <w:t>bohat hi jitnay jitnay wahan ke dekhiye jitnay jitnay jo thay wo jitnay sincere log thay wahan dekhiye kya tha makkah mein kai log thay jo seeker thay seeker aap jantay hain ke har aadmi seeker hai andar se seeker hai to makkah mein bohat ziyada log nature par hotay thay is zamanay mein simple life thi</w:t>
      </w:r>
    </w:p>
    <w:p>
      <w:pPr>
        <w:jc w:val="right"/>
      </w:pPr>
      <w:r>
        <w:t>بہت ہی جتنے جتنے وہاں کے دیکھیے جتنے جتنے جو تھے وہ جتنے سنسیئر لوگ تھے وہاں دیکھیے کیا تھا مکہ میں کئی لوگ تھے جو سیکر تھے سیکر اپ جانتے ہیں کہ ہر ادمی سیکر ہے اندر سے سیکر ہے تو مکہ میں بہت زیادہ لوگ نیچر پہ ہوتے تھے اس زمانے میں سمپل لائف تھی</w:t>
      </w:r>
    </w:p>
    <w:p>
      <w:r>
        <w:rPr>
          <w:b/>
        </w:rPr>
        <w:t xml:space="preserve">[27:56] </w:t>
      </w:r>
      <w:r>
        <w:t>to bohat se log seeker thay to wo sabhi log aa kar wahi wahi assembly ki jagah wahi thi wahi sab log ikhatta hotay thay to kai log jo ke nature par thay jo seeker thay wo suntay thay aap ki baat aur wo saray log jo sincere thay seeker thay wo sab aap ke saathi ban gaye sab ke sab</w:t>
      </w:r>
    </w:p>
    <w:p>
      <w:pPr>
        <w:jc w:val="right"/>
      </w:pPr>
      <w:r>
        <w:t>تو بہت سے لوگ سیکر تھے تو وہ سبھی لوگ ا کر وہی وہی اسمبلی کی جگہ وہی تھی وہی سب لوگ اکٹھا ہوتے تھے تو کئی لوگ جو کہ نیچر پر تھے جو سیکر تھے وہ سنتے تھے اپ کی بات اور وہ سارے لوگ جو سنسیئر تھے سیکر تھے وہ سب اپ کے ساتھی بن گئے سب کے سب</w:t>
      </w:r>
    </w:p>
    <w:p>
      <w:r>
        <w:rPr>
          <w:b/>
        </w:rPr>
        <w:t xml:space="preserve">[28:22] </w:t>
      </w:r>
      <w:r>
        <w:t>yeh tha prophetic wisdom yeh tha prophetic method yeh tha how to manage the problem ka practical</w:t>
      </w:r>
    </w:p>
    <w:p>
      <w:pPr>
        <w:jc w:val="right"/>
      </w:pPr>
      <w:r>
        <w:t>یہ تھا پرافٹک وزڈم یہ تھا پرافٹک میتھڈ یہ تھا ہاؤ ٹو مینج دا پرابلم کا بریکل</w:t>
      </w:r>
    </w:p>
    <w:p>
      <w:r>
        <w:rPr>
          <w:b/>
        </w:rPr>
        <w:t xml:space="preserve">[28:38] </w:t>
      </w:r>
      <w:r>
        <w:t>phir aap dekhiye wahan par koi leader thay jaise abujahal abulhab kuch aur leader thay wahan ke wo log aap ke bohat ziyada hostile ho gaye</w:t>
      </w:r>
    </w:p>
    <w:p>
      <w:pPr>
        <w:jc w:val="right"/>
      </w:pPr>
      <w:r>
        <w:t>پھر اپ دیکھیے وہاں پر کوئی لیڈر تھے جیسے ابوجہل ابو لہب کچھ اور لیڈر تھے وہاں کے وہ لوگ اپ کے بہت زیادہ ہاسٹائل ہو گئے</w:t>
      </w:r>
    </w:p>
    <w:p>
      <w:r>
        <w:rPr>
          <w:b/>
        </w:rPr>
        <w:t xml:space="preserve">[28:52] </w:t>
      </w:r>
      <w:r>
        <w:t>wo aap ko oppose karnay lagay aur logon ko bhi bharkaya to ghraz hai ke makkah ka jo mahol tha wo aap ke against mein ho gaya</w:t>
      </w:r>
    </w:p>
    <w:p>
      <w:pPr>
        <w:jc w:val="right"/>
      </w:pPr>
      <w:r>
        <w:t>وہ اپ کو اپوز کرنے لگے اور لوگوں کو بھی بھکایا تو غرض ہے کہ مکے کا جو ماحول تھا وہ اپ کے اگینسٹ میں ہو گیا</w:t>
      </w:r>
    </w:p>
    <w:p>
      <w:r>
        <w:rPr>
          <w:b/>
        </w:rPr>
        <w:t xml:space="preserve">[29:05] </w:t>
      </w:r>
      <w:r>
        <w:t>to aap ne kya kiya aap ne socha ke mein koi aur jagah dhoondoon aap taif gaye taif mein taif aik town tha</w:t>
      </w:r>
    </w:p>
    <w:p>
      <w:pPr>
        <w:jc w:val="right"/>
      </w:pPr>
      <w:r>
        <w:t>تو اپ نے کیا کیا اپ نے سوچا کہ میں کوئی اور جگہ ڈھونڈوں اپ طائف گئے طائف میں طائف ایک ٹاؤن تھا</w:t>
      </w:r>
    </w:p>
    <w:p>
      <w:r>
        <w:rPr>
          <w:b/>
        </w:rPr>
        <w:t xml:space="preserve">[29:19] </w:t>
      </w:r>
      <w:r>
        <w:t>aap ne samjha ke shayad yahan par log jo hain kuch wo yani different hon yahan ke log to in logon ne to aur bhi ziyada yani wo log aur bhi ziyada negative niklay yahan tak unhon ne pathar maar kar aap ko bhaga diya</w:t>
      </w:r>
    </w:p>
    <w:p>
      <w:pPr>
        <w:jc w:val="right"/>
      </w:pPr>
      <w:r>
        <w:t>اپ نے سمجھا کہ شاید یہاں پر لوگ جو ہیں کچھ وہ یعنی ڈفرنٹ ہوں یہاں کے لوگ تو ان لوگوں نے تو اور بھی زیادہ یعنی وہ لوگ اور بھی زیادہ نیگیٹیو نکلے یہاں تک انہوں نے پتھر مار کر اپ کو بھگا دیا</w:t>
      </w:r>
    </w:p>
    <w:p>
      <w:r>
        <w:rPr>
          <w:b/>
        </w:rPr>
        <w:t xml:space="preserve">[29:42] </w:t>
      </w:r>
      <w:r>
        <w:t>ab jab bahar aaye aap to us waqt aap ko angel aaya aap ke paas khuda ke bheja hua angel ne kaha ke ke i am i am i am angel of mountains</w:t>
      </w:r>
    </w:p>
    <w:p>
      <w:pPr>
        <w:jc w:val="right"/>
      </w:pPr>
      <w:r>
        <w:t>اب جب باہر ائے اپ تو اس وقت اپ کو اینجل ایا اپ کے پاس خدا کے بھیجا ہوا اینجل نے کہا کہ کہ ائی ایم ائی ایم ائی ایم اینجل اف ماؤنٹینز</w:t>
      </w:r>
    </w:p>
    <w:p>
      <w:r>
        <w:rPr>
          <w:b/>
        </w:rPr>
        <w:t xml:space="preserve">[30:00] </w:t>
      </w:r>
      <w:r>
        <w:t>yani mountain ka mein malik ul jabal hoon mountain par mera control hai paharon par mera control hai</w:t>
      </w:r>
    </w:p>
    <w:p>
      <w:pPr>
        <w:jc w:val="right"/>
      </w:pPr>
      <w:r>
        <w:t>یعنی ماؤنٹن کا میں ملک الجبال ہوں ماؤنٹن پر میرا کنٹرول ہے پہاڑوں پر میرا کنٹرول ہے</w:t>
      </w:r>
    </w:p>
    <w:p>
      <w:r>
        <w:rPr>
          <w:b/>
        </w:rPr>
        <w:t xml:space="preserve">[30:09] </w:t>
      </w:r>
      <w:r>
        <w:t>to agar aap kahein to yeh jo taif hai idhar bhi mountain idhar hi mountain is ki dono taraf mountain thay to mein dono ko mila doon aise hi is ke andar taif ke log crippled ho kar reh jayein</w:t>
      </w:r>
    </w:p>
    <w:p>
      <w:pPr>
        <w:jc w:val="right"/>
      </w:pPr>
      <w:r>
        <w:t>تو اگر اپ کہیں تو یہ جو طائف ہے ادھر بھی ماؤنٹن ادھر ہی ماؤنٹن اس کی دونوں طرف ماؤنٹن تھے تو میں دونوں کو ملا دوں ایسے ہی اس کے اندر طائف کے لوگ کرپل ہو کر رہ جائیں</w:t>
      </w:r>
    </w:p>
    <w:p>
      <w:r>
        <w:rPr>
          <w:b/>
        </w:rPr>
        <w:t xml:space="preserve">[30:29] </w:t>
      </w:r>
      <w:r>
        <w:t>yani i have power to cripple all those people who living in taif i am angel of mountain</w:t>
      </w:r>
    </w:p>
    <w:p>
      <w:pPr>
        <w:jc w:val="right"/>
      </w:pPr>
      <w:r>
        <w:t>یعنی ائی ہیو پاور ٹو کرپل ال دوز پیپل ہو لیونگ ان طائف ائی ایم اینجل اف ماؤنٹن</w:t>
      </w:r>
    </w:p>
    <w:p>
      <w:r>
        <w:rPr>
          <w:b/>
        </w:rPr>
        <w:t xml:space="preserve">[30:40] </w:t>
      </w:r>
      <w:r>
        <w:t>prophet ne kaha ke nahi</w:t>
      </w:r>
    </w:p>
    <w:p>
      <w:pPr>
        <w:jc w:val="right"/>
      </w:pPr>
      <w:r>
        <w:t>پرافٹ نے کہا کہ نہیں</w:t>
      </w:r>
    </w:p>
    <w:p>
      <w:r>
        <w:rPr>
          <w:b/>
        </w:rPr>
        <w:t xml:space="preserve">[30:44] </w:t>
      </w:r>
      <w:r>
        <w:t>nahi kyun aap ne kaha ke mujhe yeh yani mujhe yeh mein samajhta hoon ke yeh un ki jo agli generation hogi wo generation samjhe gi baat ko wo mera saath de gi wo mere deen ko pakray gi wo nishaa god ko manay gi</w:t>
      </w:r>
    </w:p>
    <w:p>
      <w:pPr>
        <w:jc w:val="right"/>
      </w:pPr>
      <w:r>
        <w:t>نہیں کیوں اپ نے کہا کہ مجھے یہ یعنی مجھے یہ میں سمجھتا ہوں کہ یہ ان کی جو اگلی جنریشن ہوگی وہ جنریشن سمجھے گی بات کو وہ میرا ساتھ دے گی وہ میرے دین کو پکڑے گی وہ نساء گاڈ کو مانے گی</w:t>
      </w:r>
    </w:p>
    <w:p>
      <w:r>
        <w:rPr>
          <w:b/>
        </w:rPr>
        <w:t xml:space="preserve">[31:07] </w:t>
      </w:r>
      <w:r>
        <w:t>ab dekhein ke prophet jo tha wo agli generation tak apne hope ko extend kiye hue tha</w:t>
      </w:r>
    </w:p>
    <w:p>
      <w:pPr>
        <w:jc w:val="right"/>
      </w:pPr>
      <w:r>
        <w:t>اب دیکھیں کہ پرافٹ جو تھا وہ اگلی جنریشن تک اپنے ہوپ کو ایکسٹینڈ کیے ہوئے تھا</w:t>
      </w:r>
    </w:p>
    <w:p>
      <w:r>
        <w:rPr>
          <w:b/>
        </w:rPr>
        <w:t xml:space="preserve">[31:16] </w:t>
      </w:r>
      <w:r>
        <w:t>yani he was able to extend his hopes up to the next generation yeh hai manage karna problem ko aur phir is ka result nikla ke saray saray taif jo thay sab ke sab aap ke saathi ban gaye baat ko</w:t>
      </w:r>
    </w:p>
    <w:p>
      <w:pPr>
        <w:jc w:val="right"/>
      </w:pPr>
      <w:r>
        <w:t>یعنی ہی واز ایبل ٹو ایکسٹینڈ ہز ہوپس اپ ٹو دا نیکسٹ جنریشن یہ ہے مینج کرنا پرابلم کو اور پھر اس کا رزلٹ نکلا کہ سارے سارے طائف جو تھے سب کے سب اپ کے ساتھی بن گئے بات کو</w:t>
      </w:r>
    </w:p>
    <w:p>
      <w:r>
        <w:rPr>
          <w:b/>
        </w:rPr>
        <w:t xml:space="preserve">[31:36] </w:t>
      </w:r>
      <w:r>
        <w:t>to phir aap ko phir makkah lotna para aap ko makkah ke logon ne kaha ke hum tum ko maar dalain ge to khair aap ne phir yeh socha ke mein mujhe larna to hai nahi larna to hai nahi mujhe to aap ne kya kiya ke migrate kar gaye</w:t>
      </w:r>
    </w:p>
    <w:p>
      <w:pPr>
        <w:jc w:val="right"/>
      </w:pPr>
      <w:r>
        <w:t>تو پھر اپ کو پھر مکہ لوٹنا پڑا اپ کو مکہ کے لوگوں نے کہا کہ ہم تم کو مار ڈالیں گے تو خیر اپ نے پھر یہ سوچا کہ میں مجھے لڑنا تو ہے نہیں لڑنا تو ہے نہیں مجھے تو اپ نے کیا کیا کہ مائیگریٹ کر گئے</w:t>
      </w:r>
    </w:p>
    <w:p>
      <w:r>
        <w:rPr>
          <w:b/>
        </w:rPr>
        <w:t xml:space="preserve">[31:58] </w:t>
      </w:r>
      <w:r>
        <w:t>he managed he he migrated from makkah to madinah and still over there yani cross place of place yani aap ne apne is ko work place ko badal diya</w:t>
      </w:r>
    </w:p>
    <w:p>
      <w:pPr>
        <w:jc w:val="right"/>
      </w:pPr>
      <w:r>
        <w:t>ہی مینج ہی ہی مائیگریٹڈ فرام مکہ ٹو مدینہ اینڈ سٹل اوور دیر یعنی کراس پلیس اف پلیس یعنی اپ نے اپنے اس کو ورک پلیس کو بدل دیا</w:t>
      </w:r>
    </w:p>
    <w:p>
      <w:r>
        <w:rPr>
          <w:b/>
        </w:rPr>
        <w:t xml:space="preserve">[32:20] </w:t>
      </w:r>
      <w:r>
        <w:t>yani work place aap ka makkah tha pehle aur jab wahan par log enemy ban gaye kaha ke hum ko maar dalenge to aap ne kya kiya apne work place ko badal diya makkah se madinah chale gaye yeh hai manage karna</w:t>
      </w:r>
    </w:p>
    <w:p>
      <w:pPr>
        <w:jc w:val="right"/>
      </w:pPr>
      <w:r>
        <w:t>یعنی ورک پلیس اپ کا مکہ تھا پہلے اور جب وہاں پر لوگ اینمی بن گئے کہا کہ ہم کو مار ڈالیں گے تو اپ نے کیا کیا اپنے ورک پلیس کو بدل دیا مکہ سے مدینہ چلے گئے یہ ہے مینج کرنا</w:t>
      </w:r>
    </w:p>
    <w:p>
      <w:r>
        <w:rPr>
          <w:b/>
        </w:rPr>
        <w:t xml:space="preserve">[32:38] </w:t>
      </w:r>
      <w:r>
        <w:t>yani here he managed the problem by changing work place</w:t>
      </w:r>
    </w:p>
    <w:p>
      <w:pPr>
        <w:jc w:val="right"/>
      </w:pPr>
      <w:r>
        <w:t>یعنی ہیئر ہی مینج دا پرابلم بائے چینجنگ ورک پلیس</w:t>
      </w:r>
    </w:p>
    <w:p>
      <w:r>
        <w:rPr>
          <w:b/>
        </w:rPr>
        <w:t xml:space="preserve">[32:45] </w:t>
      </w:r>
      <w:r>
        <w:t>yeh bhi ek aap ne bataya dunya ko ek tareeqa ke work place ko badal do</w:t>
      </w:r>
    </w:p>
    <w:p>
      <w:pPr>
        <w:jc w:val="right"/>
      </w:pPr>
      <w:r>
        <w:t>یہ بھی ایک اپ نے بتایا دنیا کو ایک طریقہ کہ ورک پلیس کو بدل دو</w:t>
      </w:r>
    </w:p>
    <w:p>
      <w:r>
        <w:rPr>
          <w:b/>
        </w:rPr>
        <w:t xml:space="preserve">[32:53] </w:t>
      </w:r>
      <w:r>
        <w:t>ab is ke baad kya hua dekhiye aaj kal kya hota hai koi leader aisi situation mein jab kahin se chala jata hai to kya karta hai wahan exile government banata hai wahan par as a general practice</w:t>
      </w:r>
    </w:p>
    <w:p>
      <w:pPr>
        <w:jc w:val="right"/>
      </w:pPr>
      <w:r>
        <w:t>اب اس کے بعد کیا ہوا دیکھیے اج کل کیا ہوتا ہے کوئی لیڈر ایسی سچویشن میں جب کہیں سے چلا جاتا ہے تو کیا کرتا ہے وہاں ایگزائل گورنمنٹ بناتا ہے وہاں پر از اے جنرل پریکٹس</w:t>
      </w:r>
    </w:p>
    <w:p>
      <w:r>
        <w:rPr>
          <w:b/>
        </w:rPr>
        <w:t xml:space="preserve">[33:15] </w:t>
      </w:r>
      <w:r>
        <w:t>to aap ne exile government nahi banayi wahan par becomes kab yeh karta hai ke statement issue karta hai is ke khilaf is ke khilaf phobic speeches deta hai ke bure hain yeh hain woh hain aap ne ek ek shabd bhi nahi bole un ke khilaf ek shabd nahi</w:t>
      </w:r>
    </w:p>
    <w:p>
      <w:pPr>
        <w:jc w:val="right"/>
      </w:pPr>
      <w:r>
        <w:t>تو اپ نے ایگزائل گورنمنٹ نہیں بنائی وہاں پر بیکمز کب یہ کرتا ہے کہ اسٹیٹمنٹ ایشو کرتا ہے اس کے خلاف اس کے خلاف فوبی سپیچز دیتا ہے کہ برے ہیں یہ ہیں وہ ہیں اپ نے ایک ایک शब्द بھی نہیں بولے ان کے خلاف ایک शब्द نہیں</w:t>
      </w:r>
    </w:p>
    <w:p>
      <w:r>
        <w:rPr>
          <w:b/>
        </w:rPr>
        <w:t xml:space="preserve">[33:33] </w:t>
      </w:r>
      <w:r>
        <w:t>aap saare book padhiye kisi book mein ek shabd nahi milega aap ko ke aap ne jab wahan aaye madinah to koi ek shabd hi bole hon aap na private mein na public mein kyun dekhiye yeh bhi ek bahut badi technique hai bahut badi yeh formula hai yeh kyun jab aap kisi ke khilaf bolte hain to kya hota hai</w:t>
      </w:r>
    </w:p>
    <w:p>
      <w:pPr>
        <w:jc w:val="right"/>
      </w:pPr>
      <w:r>
        <w:t>اپ سارے بک پڑھیے کسی بک میں ایک शब्द نہیں ملے گا اپ کو کہ اپ نے جب وہاں ائے مدینہ تو کوئی ایک शब्द ہی بولے ہوں اپ نہ پرائیویٹ میں نہ پبلک میں کیوں دیکھیں یہ بھی ایک بہت بڑی ٹیکنیک ہے بہت بڑی یہ فارمولا ہے یہ کیوں جب اپ کسی کے خلاف بولتے ہیں تو کیا ہوتا ہے</w:t>
      </w:r>
    </w:p>
    <w:p>
      <w:r>
        <w:rPr>
          <w:b/>
        </w:rPr>
        <w:t xml:space="preserve">[33:58] </w:t>
      </w:r>
      <w:r>
        <w:t>apne khilaf bol rahe hote hain aap because when you speak against someone else you are inculcating a negative part in your mind</w:t>
      </w:r>
    </w:p>
    <w:p>
      <w:pPr>
        <w:jc w:val="right"/>
      </w:pPr>
      <w:r>
        <w:t>اپنے خلاف بول رہے ہوتے ہیں اپ بیکاز وین یو سپیک اگینسٹ سم ون ایلس یو ار انکلکیٹنگ ا نیگیٹیو پارٹ ان یور مائنڈ</w:t>
      </w:r>
    </w:p>
    <w:p>
      <w:r>
        <w:rPr>
          <w:b/>
        </w:rPr>
        <w:t xml:space="preserve">[34:12] </w:t>
      </w:r>
      <w:r>
        <w:t>yani woh toh kahin hai makkah wale toh makkah mein hain lekin madinah mein agar aap bolenge makkah walon ke khilaf to chahe makkah wale na sune lekin aap ke dil ne suna aur aap ke dil mein ek negative item aa gaya</w:t>
      </w:r>
    </w:p>
    <w:p>
      <w:pPr>
        <w:jc w:val="right"/>
      </w:pPr>
      <w:r>
        <w:t>یعنی وہ تو کہیں ہے مکہ والے تو مکہ میں ہیں لیکن مدینے میں اگر اپ بولیں گے مکہ والوں کے خلاف تو چاہے مکہ والے نہ سنیں لیکن اپ کے دل نے سنا اور اپ کے دل میں ایک نیگیٹیو ائٹم ا گیا</w:t>
      </w:r>
    </w:p>
    <w:p>
      <w:r>
        <w:rPr>
          <w:b/>
        </w:rPr>
        <w:t xml:space="preserve">[34:31] </w:t>
      </w:r>
      <w:r>
        <w:t>to prophet of islam jo the woh ek single negative item ko afford nahi kar sakte the ke un ke dil mein jagah paaye</w:t>
      </w:r>
    </w:p>
    <w:p>
      <w:pPr>
        <w:jc w:val="right"/>
      </w:pPr>
      <w:r>
        <w:t>تو پرافٹ اف اسلام جو تھے وہ ایک سنگل نیگیٹیو ائٹم کو افورڈ نہیں کر سکتے تھے کہ ان کے دل میں جگہ پائے</w:t>
      </w:r>
    </w:p>
    <w:p>
      <w:r>
        <w:rPr>
          <w:b/>
        </w:rPr>
        <w:t xml:space="preserve">[34:45] </w:t>
      </w:r>
      <w:r>
        <w:t>he never allowed a single negative item to enter in his heart so he was a he was completely a positive person he was completely a positive mind</w:t>
      </w:r>
    </w:p>
    <w:p>
      <w:pPr>
        <w:jc w:val="right"/>
      </w:pPr>
      <w:r>
        <w:t>ہی نیور الاؤڈ ا سنگل نیگیٹیو ائٹم ٹو انٹر ان ہز ہارٹ سو ہی واز ا ہی واز کمپلیٹلی ا پوزیٹیو پرسن ہی واز کمپلیٹلی ا پوزیٹیو مائنڈ</w:t>
      </w:r>
    </w:p>
    <w:p>
      <w:r>
        <w:rPr>
          <w:b/>
        </w:rPr>
        <w:t xml:space="preserve">[35:02] </w:t>
      </w:r>
      <w:r>
        <w:t>is tareeqa se hue agar woh wahan ki shikayatein karte ke makkah wale kharab hain to aap apni positivity ko kho dete</w:t>
      </w:r>
    </w:p>
    <w:p>
      <w:pPr>
        <w:jc w:val="right"/>
      </w:pPr>
      <w:r>
        <w:t>اس طریقے سے ہوئے اگر وہ وہاں کی شکایتیں کرتے کہ مکہ والے خراب ہیں تو اپ اپنی پوزیٹیوٹی کو کھو دیتے</w:t>
      </w:r>
    </w:p>
    <w:p>
      <w:r>
        <w:rPr>
          <w:b/>
        </w:rPr>
        <w:t xml:space="preserve">[35:13] </w:t>
      </w:r>
      <w:r>
        <w:t>yeh hai yeh hai peaceful living ka formula peaceful living ka formula</w:t>
      </w:r>
    </w:p>
    <w:p>
      <w:pPr>
        <w:jc w:val="right"/>
      </w:pPr>
      <w:r>
        <w:t>یہ ہے یہ ہے پیس فل لیونگ کا فارمولا پیس فل لیونگ کا فارمولا</w:t>
      </w:r>
    </w:p>
    <w:p>
      <w:r>
        <w:rPr>
          <w:b/>
        </w:rPr>
        <w:t xml:space="preserve">[35:24] </w:t>
      </w:r>
      <w:r>
        <w:t>phir aap dekhein wahan par at the time madinah was a multi religious society</w:t>
      </w:r>
    </w:p>
    <w:p>
      <w:pPr>
        <w:jc w:val="right"/>
      </w:pPr>
      <w:r>
        <w:t>پھر اپ دیکھیں وہاں پر ایٹ دا ٹائم مدینہ واز ا ملٹی ریلیجس سوسائٹی</w:t>
      </w:r>
    </w:p>
    <w:p>
      <w:r>
        <w:rPr>
          <w:b/>
        </w:rPr>
        <w:t xml:space="preserve">[35:32] </w:t>
      </w:r>
      <w:r>
        <w:t>muslim anju al mushrik so it was a multi religious society ab kya kiya unhone rasool allah ne</w:t>
      </w:r>
    </w:p>
    <w:p>
      <w:pPr>
        <w:jc w:val="right"/>
      </w:pPr>
      <w:r>
        <w:t>مسلم انجو المشرک سو اٹ واز ا ملٹی ریلیجس سوسائٹی اب کیا کیا انہوں نے رسول اللہ نے</w:t>
      </w:r>
    </w:p>
    <w:p>
      <w:r>
        <w:rPr>
          <w:b/>
        </w:rPr>
        <w:t xml:space="preserve">[35:41] </w:t>
      </w:r>
      <w:r>
        <w:t>aap ne yeh kiya ke ek declaration aap ne issue kiya is ka naam tha sahifa al madinah madinah declaration is mein aap ne yeh likha ke lil hawdi deen al muslimeen deen muslim ke liye muslim ka deen for muslims their religion for jews their religion</w:t>
      </w:r>
    </w:p>
    <w:p>
      <w:pPr>
        <w:jc w:val="right"/>
      </w:pPr>
      <w:r>
        <w:t>اپ نے یہ کیا کہ ایک ڈیکلیریشن اپ نے ایشو کیا اس کا نام تھا صحیفۃ المدینہ مدینہ ڈیکلیریشن اس میں اپ نے یہ لکھا کہ للہود دین المسلمین دین مسلم کے لیے مسلم کا دین فار مسلمز دیر ریلیجن فار جوز دیر ریلیجن</w:t>
      </w:r>
    </w:p>
    <w:p>
      <w:r>
        <w:rPr>
          <w:b/>
        </w:rPr>
        <w:t xml:space="preserve">[36:11] </w:t>
      </w:r>
      <w:r>
        <w:t>so by this way he was able to manage that difference yani madinah jo hai us waqt multi religious society thi ab wahan bhi tha ke kya kiya jaye ab lade jhagde log aapas mein to aap ne kaha ke theek hai bhai follow one and respect all in other words formula was follow one and respect all</w:t>
      </w:r>
    </w:p>
    <w:p>
      <w:pPr>
        <w:jc w:val="right"/>
      </w:pPr>
      <w:r>
        <w:t>سو بائی دس وے ہی واز ایبل ٹو مینج دیٹ ڈیفرنس یعنی مدینہ جو ہے اس وقت ملٹی ریلیجس سوسائٹی تھی اب وہاں بھی تھا کہ کیا کیا جائے اب لڑے جھگڑے لوگ اپس میں تو اپ نے کہا کہ ٹھیک ہے بھئی فالو ون اینڈ ریسپیکٹ ال ان ان ادر ورڈز فارمولا واز فالو ون اینڈ ریسپیکٹ ال</w:t>
      </w:r>
    </w:p>
    <w:p>
      <w:r>
        <w:rPr>
          <w:b/>
        </w:rPr>
        <w:t xml:space="preserve">[36:39] </w:t>
      </w:r>
      <w:r>
        <w:t>this he was able to manage that multi religious society</w:t>
      </w:r>
    </w:p>
    <w:p>
      <w:pPr>
        <w:jc w:val="right"/>
      </w:pPr>
      <w:r>
        <w:t>دس ہی واز ایبل ٹو مینج دیٹ ملٹی ریلیجس سوسائٹی</w:t>
      </w:r>
    </w:p>
    <w:p>
      <w:r>
        <w:rPr>
          <w:b/>
        </w:rPr>
        <w:t xml:space="preserve">[36:45] </w:t>
      </w:r>
      <w:r>
        <w:t>isi ko maine kaha ke aap ne sirf yeh nahi kaha ke peace peace peace peace peace nahi aap ne ek methodology di peace ki how to live with peace how to establish peace peace peace karne se kabhi peace establish nahi hoti hai you have to evolve a methodology otherwise they do peace</w:t>
      </w:r>
    </w:p>
    <w:p>
      <w:pPr>
        <w:jc w:val="right"/>
      </w:pPr>
      <w:r>
        <w:t>اسی کو میں نے کہا کہ اپ نے صرف یہ نہیں کہا کہ پیس پیس پیس پیس پیس نہیں اپ نے ایک میتھڈالوجی دی پیس کی ہاؤ ٹو لیو ود پیس ہاؤ ٹو اسٹیبلش پیس پیس پیس کرنے سے کبھی پیس اسٹیبلش نہیں ہوتی ہے یو ہیو ٹو ایوالو ا میتھڈالوجی ادروائز دے دو پیس</w:t>
      </w:r>
    </w:p>
    <w:p>
      <w:r>
        <w:rPr>
          <w:b/>
        </w:rPr>
        <w:t xml:space="preserve">[37:11] </w:t>
      </w:r>
      <w:r>
        <w:t>to is multi religious society mein aap ne yeh formula wahan par apply kiya ke for you your religion for me mine follow one and respect all</w:t>
      </w:r>
    </w:p>
    <w:p>
      <w:pPr>
        <w:jc w:val="right"/>
      </w:pPr>
      <w:r>
        <w:t>تو اس ملٹی ریلیجس سوسائٹی میں اپ نے یہ فارمولا وہاں پر اپلائی کیا کہ فار یو یور ریلیجن فار می مائنڈ فالو ون اینڈ ریسپیکٹ ال</w:t>
      </w:r>
    </w:p>
    <w:p>
      <w:r>
        <w:rPr>
          <w:b/>
        </w:rPr>
        <w:t xml:space="preserve">[37:30] </w:t>
      </w:r>
      <w:r>
        <w:t>is tareeqa se dekhiye poori zindagi aap ki is tarah ki example misaal hai jaise in logon ne aap ko attack kiya bahut bada army bana kar ke madinah mein yani makkah se aaye madinah mein attack kiya to jab pata chala aap ko ke wahan se woh aa rahe hain to aap ne ek trench khod di trench madinah ke bahar to what was this trench it was a buffer zone</w:t>
      </w:r>
    </w:p>
    <w:p>
      <w:pPr>
        <w:jc w:val="right"/>
      </w:pPr>
      <w:r>
        <w:t>اس طریقے سے دیکھیے پوری زندگی اپ کی اس طرح کی ایگزامپل مثال ہے جیسے ان لوگوں نے اپ کو اٹیک کیا بہت بڑا ارمی بنا کر کے مدینے میں یعنی مکہ سے ائے مدینے میں اٹیک کیا تو جب پتہ چلا اپ کو کہ وہاں سے وہ ا رہے ہیں تو اپ نے ایک ٹرینچ کھود دی ٹرینچ مدینہ کے باہر تو واٹ واز دس ٹرینچ اٹ واز ا بفر زون</w:t>
      </w:r>
    </w:p>
    <w:p>
      <w:r>
        <w:rPr>
          <w:b/>
        </w:rPr>
        <w:t xml:space="preserve">[37:58] </w:t>
      </w:r>
      <w:r>
        <w:t>he created a buffer zone to woh jab aaye wahan par to jab dekha ke trench khodi hui hai to idhar ruk gaye woh koi zamane mein helicopter to hota nahi tha raat din raat din raat din khodai karke unhone ek woh trench khod di kyunke ek hi taraf se planiter kar sakte the woh madinah mein idhar to jungle tha bahut bada mountain tha</w:t>
      </w:r>
    </w:p>
    <w:p>
      <w:pPr>
        <w:jc w:val="right"/>
      </w:pPr>
      <w:r>
        <w:t>ہی کریٹڈ ا بفر زون تو وہ جب ائے وہاں پر تو جب دیکھا کہ ٹرینچ کھدی ہوئی ہے تو ادھر رک گئے وہ کوئی زمانے میں ہیلی کاپٹر تو ہوتا نہیں تھا رات دن رات دن رات دن کھدائی کر کے انہوں نے ایک وہ ٹرینچ کھود دی کیونکہ ایک ہی طرف سے پلینٹر کر سکتے تھے وہ مدینے میں ادھر تو جنگل تھا بہت بڑا ماؤنٹن تھا</w:t>
      </w:r>
    </w:p>
    <w:p>
      <w:r>
        <w:rPr>
          <w:b/>
        </w:rPr>
        <w:t xml:space="preserve">[38:23] </w:t>
      </w:r>
      <w:r>
        <w:t>to by digging a trench he was able to create a buffer zone ab dekhein kaisi ajeeb technique hai yeh to ladai hui nahi 15 din tak log pade rahe pade rahe pade rahe us ke baad bhag gaye yeh hai methodology of peace</w:t>
      </w:r>
    </w:p>
    <w:p>
      <w:pPr>
        <w:jc w:val="right"/>
      </w:pPr>
      <w:r>
        <w:t>تو بائے ڈگنگ ا ٹرینچ ہی واز ایبل ٹو کریٹ ا بفر زون اب دیکھیں کیسی عجیب ٹیکنیک ہے یہ تو لڑائی ہوئی نہیں 15 دن تک لوگ پڑے رہے پڑے رہے پڑے رہے اس کے بعد بھاگ گئے یہ ہے میتھڈالوجی اف پیس</w:t>
      </w:r>
    </w:p>
    <w:p>
      <w:r>
        <w:rPr>
          <w:b/>
        </w:rPr>
        <w:t xml:space="preserve">[38:46] </w:t>
      </w:r>
      <w:r>
        <w:t>to aap ne sirf yeh nahi kaha ke peace ke sath raho balki ek methodology di aap ne dunya ko</w:t>
      </w:r>
    </w:p>
    <w:p>
      <w:pPr>
        <w:jc w:val="right"/>
      </w:pPr>
      <w:r>
        <w:t>تو اپ نے صرف یہ نہیں کہا کہ پیس کے ساتھ رہو بلکہ ایک میتھڈالوجی دی اپ نے دنیا کو</w:t>
      </w:r>
    </w:p>
    <w:p>
      <w:r>
        <w:rPr>
          <w:b/>
        </w:rPr>
        <w:t xml:space="preserve">[38:52] </w:t>
      </w:r>
      <w:r>
        <w:t>wo methodology based karti thi is par ke ladai na karo balke manage karo</w:t>
      </w:r>
    </w:p>
    <w:p>
      <w:pPr>
        <w:jc w:val="right"/>
      </w:pPr>
      <w:r>
        <w:t>وہ میتھڈالوجی بیس کرتی تھی اس پر کہ لڑائی نہ کرو بلکہ مینج کرو</w:t>
      </w:r>
    </w:p>
    <w:p>
      <w:r>
        <w:rPr>
          <w:b/>
        </w:rPr>
        <w:t xml:space="preserve">[38:59] </w:t>
      </w:r>
      <w:r>
        <w:t>jo problem ata hai use hate mat karo hate karoge to tumhare dil mein negativity aa jayegi</w:t>
      </w:r>
    </w:p>
    <w:p>
      <w:pPr>
        <w:jc w:val="right"/>
      </w:pPr>
      <w:r>
        <w:t>جو پرابلم اتا ہے اسے ہیٹ مت کرو ہیٹ کرو گے تو تمہارے دل میں نیگیٹیوٹی ا جائے</w:t>
      </w:r>
    </w:p>
    <w:p>
      <w:r>
        <w:rPr>
          <w:b/>
        </w:rPr>
        <w:t xml:space="preserve">[39:05] </w:t>
      </w:r>
      <w:r>
        <w:t>gi to phir manage karna</w:t>
      </w:r>
    </w:p>
    <w:p>
      <w:pPr>
        <w:jc w:val="right"/>
      </w:pPr>
      <w:r>
        <w:t>گی تو پھر مینج کرنا</w:t>
      </w:r>
    </w:p>
    <w:p>
      <w:r>
        <w:rPr>
          <w:b/>
        </w:rPr>
        <w:t xml:space="preserve">[39:08] </w:t>
      </w:r>
      <w:r>
        <w:t>kaise kar sakoge manage</w:t>
      </w:r>
    </w:p>
    <w:p>
      <w:pPr>
        <w:jc w:val="right"/>
      </w:pPr>
      <w:r>
        <w:t>کیسے کر سکو گے مینج</w:t>
      </w:r>
    </w:p>
    <w:p>
      <w:r>
        <w:rPr>
          <w:b/>
        </w:rPr>
        <w:t xml:space="preserve">[39:10] </w:t>
      </w:r>
      <w:r>
        <w:t>to problem se lado na problem ko manage karo insan se hate na karo balke insan ko quran</w:t>
      </w:r>
    </w:p>
    <w:p>
      <w:pPr>
        <w:jc w:val="right"/>
      </w:pPr>
      <w:r>
        <w:t>تو پرابلم سے لڑو نہ پرابلم کو مینج کرو انسان سے ہیٹ نہ کرو بلکہ انسان کو قران</w:t>
      </w:r>
    </w:p>
    <w:p>
      <w:r>
        <w:rPr>
          <w:b/>
        </w:rPr>
        <w:t xml:space="preserve">[39:18] </w:t>
      </w:r>
      <w:r>
        <w:t>mein hai ke faiz alladhi bank wa la humim</w:t>
      </w:r>
    </w:p>
    <w:p>
      <w:pPr>
        <w:jc w:val="right"/>
      </w:pPr>
      <w:r>
        <w:t>میں ہے کہ فیض الذی بینک ولی حمیم</w:t>
      </w:r>
    </w:p>
    <w:p>
      <w:r>
        <w:rPr>
          <w:b/>
        </w:rPr>
        <w:t xml:space="preserve">[39:24] </w:t>
      </w:r>
      <w:r>
        <w:t>it means that every human being is potentially your friend so turn this potential into actual yani yani make friends out of enemies yeh aap ne kiya</w:t>
      </w:r>
    </w:p>
    <w:p>
      <w:pPr>
        <w:jc w:val="right"/>
      </w:pPr>
      <w:r>
        <w:t>اٹ مینز دیٹ ایوری ہیومن بینگ از پوٹینشلی یور فرینڈ سو ٹرن دس پوٹینشل انٹو ایکچول یعنی یعنی میک فرینڈز اؤٹ اف اینمیز یہ اپ نے کیا</w:t>
      </w:r>
    </w:p>
    <w:p>
      <w:r>
        <w:rPr>
          <w:b/>
        </w:rPr>
        <w:t xml:space="preserve">[39:42] </w:t>
      </w:r>
      <w:r>
        <w:t>to har situation ki example aap ke haan hai har situation mein kis tarah aap ne manage kiya manage kar ke peace ko maintain kiya</w:t>
      </w:r>
    </w:p>
    <w:p>
      <w:pPr>
        <w:jc w:val="right"/>
      </w:pPr>
      <w:r>
        <w:t>تو ہر سچویشن کی ایگزامپل اپ کے ہاں ہے ہر سچویشن میں کس طرح اپ نے مینج کیا مینج کر کے پیس کو مینٹین کیا</w:t>
      </w:r>
    </w:p>
    <w:p>
      <w:r>
        <w:rPr>
          <w:b/>
        </w:rPr>
        <w:t xml:space="preserve">[39:56] </w:t>
      </w:r>
      <w:r>
        <w:t>yeh hai formula jo prophet of islam ne diya poori insan ke liye poori history ke liye sare mankind ke liye aur formula yahi tha ke negative situation jo hai us mein negative reaction tumhara karoge to baat bigdegi so you have to respond positively even in negative situations you have to manage the problems rather than try to eliminate the problems</w:t>
      </w:r>
    </w:p>
    <w:p>
      <w:pPr>
        <w:jc w:val="right"/>
      </w:pPr>
      <w:r>
        <w:t>یہ ہے فارمولا جو پرافٹ اف اسلام نے دیا پوری انسان کے لیے پوری ہسٹری کے لیے سارے مین کائنڈ کے لیے اور فارمولا یہی تھا کہ نیگیٹیو سچویشن جو ہے اس میں نیگیٹیو ری ایکشن تمہارا کرو گے تو بات بگڑے گی سو یو ہیو ٹو ریسپانڈ پوزیٹیولی ایون ان نیگیٹیو سچویشنز یو ہیو ٹو مینج دا پرابلمز رادر دین ٹرائی ٹو ایلیمینیٹ دا پرابلمز</w:t>
      </w:r>
    </w:p>
    <w:p>
      <w:r>
        <w:rPr>
          <w:b/>
        </w:rPr>
        <w:t xml:space="preserve">[40:26] </w:t>
      </w:r>
      <w:r>
        <w:t>yeh tha formula jo prophet of islam ne duniya ko diya aqool qooli haza wastaghfirullaha walakum ajmaeen</w:t>
      </w:r>
    </w:p>
    <w:p>
      <w:pPr>
        <w:jc w:val="right"/>
      </w:pPr>
      <w:r>
        <w:t>یہ تھا فارمولا جو پرافٹ اف اسلام نے دنیا کو دیا اقول قولیھذا واستغفراللہ ولکم اجمعین</w:t>
      </w:r>
    </w:p>
    <w:p>
      <w:r>
        <w:rPr>
          <w:b/>
        </w:rPr>
        <w:t xml:space="preserve">[40:51] </w:t>
      </w:r>
      <w:r>
        <w:t>this question is from aisha what is shukr</w:t>
      </w:r>
    </w:p>
    <w:p>
      <w:pPr>
        <w:jc w:val="right"/>
      </w:pPr>
      <w:r>
        <w:t>دس کوئسچن از فرام عائشہ واٹ از شکر</w:t>
      </w:r>
    </w:p>
    <w:p>
      <w:r>
        <w:rPr>
          <w:b/>
        </w:rPr>
        <w:t xml:space="preserve">[40:56] </w:t>
      </w:r>
      <w:r>
        <w:t>and how can shukr be inculcated within us</w:t>
      </w:r>
    </w:p>
    <w:p>
      <w:pPr>
        <w:jc w:val="right"/>
      </w:pPr>
      <w:r>
        <w:t>اینڈ ہاؤ کین شکر بی انکلکیٹڈ ود ان اس</w:t>
      </w:r>
    </w:p>
    <w:p>
      <w:r>
        <w:rPr>
          <w:b/>
        </w:rPr>
        <w:t xml:space="preserve">[41:06] </w:t>
      </w:r>
      <w:r>
        <w:t>dekhiye</w:t>
      </w:r>
    </w:p>
    <w:p>
      <w:pPr>
        <w:jc w:val="right"/>
      </w:pPr>
      <w:r>
        <w:t>دیکھیں</w:t>
      </w:r>
    </w:p>
    <w:p>
      <w:r>
        <w:rPr>
          <w:b/>
        </w:rPr>
        <w:t xml:space="preserve">[41:10] </w:t>
      </w:r>
      <w:r>
        <w:t>shukr jo hai ek to yeh hai ke log munh se bolte rehte hain Alhamdulillah Alhamdulillah Alhamdulillah to yeh main samajhta hoon ke yeh bhi shukr hai lekin yeh lip service hai bada shukr nahi hai</w:t>
      </w:r>
    </w:p>
    <w:p>
      <w:pPr>
        <w:jc w:val="right"/>
      </w:pPr>
      <w:r>
        <w:t>شکر جو ہے ایک تو یہ ہے کہ لوگ منہ سے بولتے رہتے ہیں الحمدللہ الحمدللہ الحمدللہ تو یہ میں سمجھتا ہوں کہ یہ بھی شکر ہے لیکن یہ لپ سروس ہے بڑا شکر نہیں ہے</w:t>
      </w:r>
    </w:p>
    <w:p>
      <w:r>
        <w:rPr>
          <w:b/>
        </w:rPr>
        <w:t xml:space="preserve">[41:25] </w:t>
      </w:r>
      <w:r>
        <w:t>shukr ke liye dekhiye ek baat yeh arz karoon ke hadith mein hai ke man lam yashkur al-nas lam yashkur Allah</w:t>
      </w:r>
    </w:p>
    <w:p>
      <w:pPr>
        <w:jc w:val="right"/>
      </w:pPr>
      <w:r>
        <w:t>شکر کے لیے دیکھیں ایک بات یہ عرض کروں کہ حدیث میں ہے کہ من لم یشکر الناس لم یشکر اللہ</w:t>
      </w:r>
    </w:p>
    <w:p>
      <w:r>
        <w:rPr>
          <w:b/>
        </w:rPr>
        <w:t xml:space="preserve">[41:35] </w:t>
      </w:r>
      <w:r>
        <w:t>jo aadmi insan ko acknowledge nahi karega woh khuda ki bhi acknowledge nahi karega to shukr karna kya hai a</w:t>
      </w:r>
    </w:p>
    <w:p>
      <w:pPr>
        <w:jc w:val="right"/>
      </w:pPr>
      <w:r>
        <w:t>جو ادمی انسان کو اکنالج نہیں کرے گا وہ خدا کی بھی اکنالج نہیں کرے گا تو شکر کرنا کیا ہے ا</w:t>
      </w:r>
    </w:p>
    <w:p>
      <w:r>
        <w:rPr>
          <w:b/>
        </w:rPr>
        <w:t xml:space="preserve">[41:43] </w:t>
      </w:r>
      <w:r>
        <w:t>knowledge karna hai</w:t>
      </w:r>
    </w:p>
    <w:p>
      <w:pPr>
        <w:jc w:val="right"/>
      </w:pPr>
      <w:r>
        <w:t>کنالج کرنا ہے</w:t>
      </w:r>
    </w:p>
    <w:p>
      <w:r>
        <w:rPr>
          <w:b/>
        </w:rPr>
        <w:t xml:space="preserve">[41:45] </w:t>
      </w:r>
      <w:r>
        <w:t>jitna bara jitna bara ap ko jitni bari ap ko blessing hai woh utni hi bara bara ap</w:t>
      </w:r>
    </w:p>
    <w:p>
      <w:pPr>
        <w:jc w:val="right"/>
      </w:pPr>
      <w:r>
        <w:t>جتنا بڑا جتنا بڑا اپ کو جتنی بڑی اپ کو بلیسنگ ہے وہ اتنی ہی بڑیا بڑا اپ</w:t>
      </w:r>
    </w:p>
    <w:p>
      <w:r>
        <w:rPr>
          <w:b/>
        </w:rPr>
        <w:t xml:space="preserve">[41:54] </w:t>
      </w:r>
      <w:r>
        <w:t>ko acknowledge karna chahiye</w:t>
      </w:r>
    </w:p>
    <w:p>
      <w:pPr>
        <w:jc w:val="right"/>
      </w:pPr>
      <w:r>
        <w:t>کو اکنالج کرنا چاہیے</w:t>
      </w:r>
    </w:p>
    <w:p>
      <w:r>
        <w:rPr>
          <w:b/>
        </w:rPr>
        <w:t xml:space="preserve">[41:57] </w:t>
      </w:r>
      <w:r>
        <w:t>blessing to bohat bari ho aap kahein Alhamdulillah to yeh kya hua</w:t>
      </w:r>
    </w:p>
    <w:p>
      <w:pPr>
        <w:jc w:val="right"/>
      </w:pPr>
      <w:r>
        <w:t>بلیسنگ تو بہت بڑی ہو اپ کہیں الحمدللہ تو یہ کیا ہوا</w:t>
      </w:r>
    </w:p>
    <w:p>
      <w:r>
        <w:rPr>
          <w:b/>
        </w:rPr>
        <w:t xml:space="preserve">[42:03] </w:t>
      </w:r>
      <w:r>
        <w:t>to jahan tak mein samjhau ke is ke liye aap ko intellectual base apne andar banani paregi</w:t>
      </w:r>
    </w:p>
    <w:p>
      <w:pPr>
        <w:jc w:val="right"/>
      </w:pPr>
      <w:r>
        <w:t>تو جہاں تک میں سمجھاؤں کہ اس کے لیے اپ کو انٹلیکچول بیس اپنے اندر بنانی پڑے گی</w:t>
      </w:r>
    </w:p>
    <w:p>
      <w:r>
        <w:rPr>
          <w:b/>
        </w:rPr>
        <w:t xml:space="preserve">[42:09] </w:t>
      </w:r>
      <w:r>
        <w:t>tab bara shukr niklega</w:t>
      </w:r>
    </w:p>
    <w:p>
      <w:pPr>
        <w:jc w:val="right"/>
      </w:pPr>
      <w:r>
        <w:t>تب بڑا شکر نکلے گا</w:t>
      </w:r>
    </w:p>
    <w:p>
      <w:r>
        <w:rPr>
          <w:b/>
        </w:rPr>
        <w:t xml:space="preserve">[42:13] </w:t>
      </w:r>
      <w:r>
        <w:t>baghair intellectual base banaye hue sirf Alhamdulillah yaad kar lein aap to is se shukr bada nahi nikal sakta woh intellectual base kya hai</w:t>
      </w:r>
    </w:p>
    <w:p>
      <w:pPr>
        <w:jc w:val="right"/>
      </w:pPr>
      <w:r>
        <w:t>بغیر انٹلیکچول بیس بنائے ہوئے صرف الحمدللہ یاد کر لیں اپ تو اس سے شکر بڑا نہیں نکل سکتا وہ انٹلیکچول بیس کیا ہے</w:t>
      </w:r>
    </w:p>
    <w:p>
      <w:r>
        <w:rPr>
          <w:b/>
        </w:rPr>
        <w:t xml:space="preserve">[42:27] </w:t>
      </w:r>
      <w:r>
        <w:t>ek taraf to aap yeh sochein ke khuda ka jo life support system hai khuda ne jo banaya hai duniya mein life support system jo kaha jata hai woh kitna bada hai suraj se le kar samundar tak</w:t>
      </w:r>
    </w:p>
    <w:p>
      <w:pPr>
        <w:jc w:val="right"/>
      </w:pPr>
      <w:r>
        <w:t>ایک طرف تو اپ یہ سوچیں کہ خدا کا جو لائف سپورٹ سسٹم ہے خدا نے جو بنایا ہے دنیا میں لائف سپورٹ سسٹم جو کہا جاتا ہے وہ کتنا بڑا ہے سورج سے لے کر سمندر تک</w:t>
      </w:r>
    </w:p>
    <w:p>
      <w:r>
        <w:rPr>
          <w:b/>
        </w:rPr>
        <w:t xml:space="preserve">[42:41] </w:t>
      </w:r>
      <w:r>
        <w:t>billion billion cheezein jo hain mujh ko support kar rahi hain tab main zameen pe chalta hoon tab main koi kaam karta hoon to jitna zyada aap life support system ki ki gehrai mein jayenge utne hi zyada aap ke andar khuda ke bare mein paida hoga shukr ka shukr ki spirit</w:t>
      </w:r>
    </w:p>
    <w:p>
      <w:pPr>
        <w:jc w:val="right"/>
      </w:pPr>
      <w:r>
        <w:t>بلین بلین چیزیں جو ہیں مجھ کو سپورٹ کر رہی ہیں تب میں زمین پہ چلتا ہوں تب میں کوئی کام کرتا ہوں تو جتنا زیادہ اپ لائف سپورٹ سسٹم کی کی گہرائی میں جائیں گے اتنے ہی زیادہ اپ کے اندر خدا کے بارے میں پیدا ہوگا شکر کا شکر کی سپرٹ</w:t>
      </w:r>
    </w:p>
    <w:p>
      <w:r>
        <w:rPr>
          <w:b/>
        </w:rPr>
        <w:t xml:space="preserve">[43:05] </w:t>
      </w:r>
      <w:r>
        <w:t>tab jo aap kahenge aap Alhamdulillah to woh bahut bada Alhamdulillah hoga woh bahut bada hoga to isi tarah se insan ke bare mein bhi jaisa ke is se pehle main keh chuka hoon ke insan ke bare mein ke aap sochein ke aap jo kuch bhi aaj kar rahe hain to woh civilization support hai jis se aap kar pa rahe hain</w:t>
      </w:r>
    </w:p>
    <w:p>
      <w:pPr>
        <w:jc w:val="right"/>
      </w:pPr>
      <w:r>
        <w:t>تب جو اپ کہیں گے اپ الحمدللہ تو وہ بہت بڑا الحمدللہ ہوگا وہ بہت بڑا ہوگا تو اسی طرح سے انسان کے بارے میں بھی جیسا کہ اس سے پہلے میں کہہ چکا ہوں کہ انسان کے بارے میں کہ اپ سوچیں کہ اپ جو کچھ بھی اج کر رہے ہیں تو وہ سولائزیشن سپورٹ ہے جس سے اپ کر پا رہے ہیں</w:t>
      </w:r>
    </w:p>
    <w:p>
      <w:r>
        <w:rPr>
          <w:b/>
        </w:rPr>
        <w:t xml:space="preserve">[43:34] </w:t>
      </w:r>
      <w:r>
        <w:t>jaise ek paper hai yeh paper hum ne ek rupaye mein do rupaye mein khareed liya halanke yeh billion rupaye ka billion dollar ka hai yeh billion dollar bhi nahi mil sakta yeh kyunke insan ne bahut hazaron saal se struggle kiya hai tab paper bana tab ink bani tab technology bani tab printing press bana tab communication bana</w:t>
      </w:r>
    </w:p>
    <w:p>
      <w:pPr>
        <w:jc w:val="right"/>
      </w:pPr>
      <w:r>
        <w:t>جیسے ایک پیپر ہے یہ پیپر ہم نے ایک روپے میں دو روپے میں خرید لیا حالانکہ یہ بلین روپے کا بلین ڈالر کا ہے یہ بلین ڈالر بھی نہیں مل سکتا یہ کیونکہ انسان نے بہت ہزاروں سال سے اسٹرگل کیا ہے تب پیپر بنا تب انک بنی تب ٹیکنالوجی بنی تب پرنٹنگ پریس بنا تب کمیونیکیشن بنا</w:t>
      </w:r>
    </w:p>
    <w:p>
      <w:r>
        <w:rPr>
          <w:b/>
        </w:rPr>
        <w:t xml:space="preserve">[44:04] </w:t>
      </w:r>
      <w:r>
        <w:t>main ne library mein jo pehle zamane ki book hoti thi jo hath se likha aata tha aur hath se banta tha paper to uska jo paper hota hai woh kya hota hai woh aisa to nahi hota jaisa ke yeh paper hai yeh yeh paper ko banne ke liye hazaron saal lage</w:t>
      </w:r>
    </w:p>
    <w:p>
      <w:pPr>
        <w:jc w:val="right"/>
      </w:pPr>
      <w:r>
        <w:t>میں نے لائبریری میں جو پہلے زمانے کی بک ہوتی تھی جو ہاتھ سے لکھا اتا تھا اور ہاتھ سے بنتا تھا پیپر تو اس کا جو پیپر ہوتا ہے وہ کیا ہوتا ہے وہ ایسا تو نہیں ہوتا جیسا کہ یہ پیپر ہے یہ یہ پیپر کو بننے کے لیے ہزاروں سال لگے</w:t>
      </w:r>
    </w:p>
    <w:p>
      <w:r>
        <w:rPr>
          <w:b/>
        </w:rPr>
        <w:t xml:space="preserve">[44:25] </w:t>
      </w:r>
      <w:r>
        <w:t>har cheez har cheez har cheez</w:t>
      </w:r>
    </w:p>
    <w:p>
      <w:pPr>
        <w:jc w:val="right"/>
      </w:pPr>
      <w:r>
        <w:t>ہر چیز ہر چیز ہر چیز</w:t>
      </w:r>
    </w:p>
    <w:p>
      <w:r>
        <w:rPr>
          <w:b/>
        </w:rPr>
        <w:t xml:space="preserve">[44:29] </w:t>
      </w:r>
      <w:r>
        <w:t>to insan ka jo jo woh hai jo majmooi jo insan ki koshish hai isi ko kehte hain civilization to isi ko main keh raha hoon ke civilization support aap ko mili hui hai tab aap ke paas ghar hai tab aap ke paas car hai tab aap safar karte hain tab aap ka radio hai tab aap ka mobile hai tab aap ke paas yeh kapda har cheez</w:t>
      </w:r>
    </w:p>
    <w:p>
      <w:pPr>
        <w:jc w:val="right"/>
      </w:pPr>
      <w:r>
        <w:t>تو انسان کا جو جو وہ ہے جو مجموعی جو انسان کی کوشش ہے اسی کو کہتے ہیں سولائزیشن تو اسی کو میں کہہ رہا ہوں کہ سولائزیشن سپورٹ اپ کو ملی ہوئی ہے تب اپ کے پاس گھر ہے تب اپ کے پاس کار ہے تب اپ سفر کرتے ہیں تب اپ کا ریڈیو ہے تب اپ کا موبائل ہے تب اپ کے پاس یہ کپڑا ہر چیز</w:t>
      </w:r>
    </w:p>
    <w:p>
      <w:r>
        <w:rPr>
          <w:b/>
        </w:rPr>
        <w:t xml:space="preserve">[44:53] </w:t>
      </w:r>
      <w:r>
        <w:t>to jab aap sochein ke itne sare insan hazaron saal se mehnat karte rahe tab mujhe yeh sab cheezein mili hain</w:t>
      </w:r>
    </w:p>
    <w:p>
      <w:pPr>
        <w:jc w:val="right"/>
      </w:pPr>
      <w:r>
        <w:t>تو جب اپ سوچیں کہ اتنے سارے انسان ہزاروں سال سے محنت کرتے رہے تب مجھے یہ سب چیزیں ملی ہیں</w:t>
      </w:r>
    </w:p>
    <w:p>
      <w:r>
        <w:rPr>
          <w:b/>
        </w:rPr>
        <w:t xml:space="preserve">[45:04] </w:t>
      </w:r>
      <w:r>
        <w:t>to khuda ka jo qaim kiya hua natural support system hai us ko aap jitna zyada sochenge utne khuda ka shukr aap ke andar aayega aur insan ka jo banaya hua civilization support system hai us ko jitna aap sochenge utna insan ke bare mein shukr paida hoga</w:t>
      </w:r>
    </w:p>
    <w:p>
      <w:pPr>
        <w:jc w:val="right"/>
      </w:pPr>
      <w:r>
        <w:t>تو خدا کا جو قائم کیا ہوا نیچرل سپورٹ سسٹم ہے اس کو اپ جتنا زیادہ سوچیں گے اتنے خدا کا شکر اپ کے اندر ائے گا اور انسان کا جو بنایا ہوا سولائزیشن سپورٹ سسٹم ہے اس کو جتنا اپ سوچیں گے اتنا انسان کے بارے میں شکر پیدا ہوگا</w:t>
      </w:r>
    </w:p>
    <w:p>
      <w:r>
        <w:rPr>
          <w:b/>
        </w:rPr>
        <w:t xml:space="preserve">[45:21] </w:t>
      </w:r>
      <w:r>
        <w:t>isi liye farmaya ke man lam yashkur al-nas lam yashkur Allah jo insan ka shukr nahi karega woh khuda ka bhi shukr nahi karega to agar aap chahte hain ke woh super ibadat aap karein jis ko shukr kaha gaya hai shukr to bahut badi ibadat hai to aap ko apne andar is ke liye intellectual intellectual base banani padegi</w:t>
      </w:r>
    </w:p>
    <w:p>
      <w:pPr>
        <w:jc w:val="right"/>
      </w:pPr>
      <w:r>
        <w:t>اسی لیے فرمایا کہ من لم یشکر الناس لم یشکر اللہ جو انسان کا شکر نہیں کرے گا وہ خدا کا بھی شکر نہیں کرے گا تو اگر اپ چاہتے ہیں کہ وہ سپر عبادت اپ کریں جس کو شکر کہا گیا ہے شکر تو بہت بڑی عبادت ہے تو اپ کو اپنے اندر اس کے لیے انٹلیکچول انٹلیکچول بیس بنانی پڑے گی</w:t>
      </w:r>
    </w:p>
    <w:p>
      <w:r>
        <w:rPr>
          <w:b/>
        </w:rPr>
        <w:t xml:space="preserve">[45:45] </w:t>
      </w:r>
      <w:r>
        <w:t>intellectual preparedness banana intellectually aap logon ko prepared karna padega aap ko tab ja kar ke woh shukr niklega aap ke munh se this question is from idrees today is prophet's birthday what is the appropriate way to observe this day</w:t>
      </w:r>
    </w:p>
    <w:p>
      <w:pPr>
        <w:jc w:val="right"/>
      </w:pPr>
      <w:r>
        <w:t>انٹلیکچول پریپیرڈنس بنانا انٹلیکچولی اپ لوگوں کو پریپیرڈ کرنا پڑے گا اپ کو تب جا کر کے وہ شکر نکلے گا اپ کے منہ سے دس کوئسچن از فرام ادریس ٹوڈے از پرافٹس برتھ ڈے واٹ از دی اپروپریٹ وے ٹو ابزرو دس ڈے</w:t>
      </w:r>
    </w:p>
    <w:p>
      <w:r>
        <w:rPr>
          <w:b/>
        </w:rPr>
        <w:t xml:space="preserve">[46:06] </w:t>
      </w:r>
      <w:r>
        <w:t>bhai dekhiye</w:t>
      </w:r>
    </w:p>
    <w:p>
      <w:pPr>
        <w:jc w:val="right"/>
      </w:pPr>
      <w:r>
        <w:t>بھائی دیکھیے</w:t>
      </w:r>
    </w:p>
    <w:p>
      <w:r>
        <w:rPr>
          <w:b/>
        </w:rPr>
        <w:t xml:space="preserve">[46:11] </w:t>
      </w:r>
      <w:r>
        <w:t>generally kya hota hai aaj ke din ke prophet ka charcha karte hain log us mein naatein padhte hain fazail bayan karte hain aur sarwar kainat fakhr maujudat aur sare alam ka yani nizam ka rasool Allah chala rahe hain ab is ko keh kar ke aap pride lete hain pride</w:t>
      </w:r>
    </w:p>
    <w:p>
      <w:pPr>
        <w:jc w:val="right"/>
      </w:pPr>
      <w:r>
        <w:t>جنرلی کیا ہوتا ہے اج کے دن کہ پرافٹ کا چرچہ کرتے ہیں لوگ اس میں نعتیں پڑھتے ہیں فضائل بیان کرتے ہیں اور سرور کائنات فخر موجودات اور سارے عالم کا یعنی نظام کا رسول اللہ چلا رہے ہیں اب اس کو کہہ کر کہ اپ پرائیڈ لیتے ہیں پرائیڈ</w:t>
      </w:r>
    </w:p>
    <w:p>
      <w:r>
        <w:rPr>
          <w:b/>
        </w:rPr>
        <w:t xml:space="preserve">[46:35] </w:t>
      </w:r>
      <w:r>
        <w:t>to yeh sab mein dekhein bilkul baseless hai ek dam hi baseless hai koi Quran mein na Hadees</w:t>
      </w:r>
    </w:p>
    <w:p>
      <w:pPr>
        <w:jc w:val="right"/>
      </w:pPr>
      <w:r>
        <w:t>تو یہ سب میں دیکھیں بالکل بیسلیس ہے ایک دم ہی بیسلیس ہے کوئی قران میں نہ حدیث</w:t>
      </w:r>
    </w:p>
    <w:p>
      <w:r>
        <w:rPr>
          <w:b/>
        </w:rPr>
        <w:t xml:space="preserve">[46:41] </w:t>
      </w:r>
      <w:r>
        <w:t>mein na is par koi reward milne wala hai kuch bhi nahi</w:t>
      </w:r>
    </w:p>
    <w:p>
      <w:pPr>
        <w:jc w:val="right"/>
      </w:pPr>
      <w:r>
        <w:t>میں نہ اس پر کوئی ریوارڈ ملنے والا ہے کچھ بھی نہیں</w:t>
      </w:r>
    </w:p>
    <w:p>
      <w:r>
        <w:rPr>
          <w:b/>
        </w:rPr>
        <w:t xml:space="preserve">[46:45] </w:t>
      </w:r>
      <w:r>
        <w:t>cheez yeh hai ke Rasool Allah ko bataya gaya Quran mein is wa</w:t>
      </w:r>
    </w:p>
    <w:p>
      <w:pPr>
        <w:jc w:val="right"/>
      </w:pPr>
      <w:r>
        <w:t>چیز یہ ہے کہ رسول اللہ کو بتایا گیا قران میں اسوہ</w:t>
      </w:r>
    </w:p>
    <w:p>
      <w:r>
        <w:rPr>
          <w:b/>
        </w:rPr>
        <w:t xml:space="preserve">[46:50] </w:t>
      </w:r>
      <w:r>
        <w:t>laqad kana lakum fi Rasool Allah uswa hasna yani model</w:t>
      </w:r>
    </w:p>
    <w:p>
      <w:pPr>
        <w:jc w:val="right"/>
      </w:pPr>
      <w:r>
        <w:t>لقد کان لکم فی رسول اللہ اسوۃ الحسنی یعنی ماڈل</w:t>
      </w:r>
    </w:p>
    <w:p>
      <w:r>
        <w:rPr>
          <w:b/>
        </w:rPr>
        <w:t xml:space="preserve">[46:55] </w:t>
      </w:r>
      <w:r>
        <w:t>model to mein samajhta hoon ke aaj sab se zyada zaroori yeh hai ke hum compare karein apne</w:t>
      </w:r>
    </w:p>
    <w:p>
      <w:pPr>
        <w:jc w:val="right"/>
      </w:pPr>
      <w:r>
        <w:t>ماڈل تو میں سمجھتا ہوں کہ اج سب سے زیادہ ضروری یہ ہے کہ ہم کمپیئر کریں اپنے</w:t>
      </w:r>
    </w:p>
    <w:p>
      <w:r>
        <w:rPr>
          <w:b/>
        </w:rPr>
        <w:t xml:space="preserve">[47:00] </w:t>
      </w:r>
      <w:r>
        <w:t>aaj ki zindagi ko Rasool Allah ki zindagi se</w:t>
      </w:r>
    </w:p>
    <w:p>
      <w:pPr>
        <w:jc w:val="right"/>
      </w:pPr>
      <w:r>
        <w:t>اج کی زندگی کو رسول اللہ کی زندگی سے</w:t>
      </w:r>
    </w:p>
    <w:p>
      <w:r>
        <w:rPr>
          <w:b/>
        </w:rPr>
        <w:t xml:space="preserve">[47:06] </w:t>
      </w:r>
      <w:r>
        <w:t>yeh sab se bara kaam hai matlab is ko mein kahunga ke aaj ka din hai introspection ka din hai aaj ka din hai reassessment ka din hai aaj ka din hai reexamination ka din hai ke what was wrong with us kyu aisa hai ke rasool Allah ke uswa ko pakad kar ke aur log jo the pehle unhein kamyabi mili aur aaj hum dunya mein zaleel o khawar ho rahe hain</w:t>
      </w:r>
    </w:p>
    <w:p>
      <w:pPr>
        <w:jc w:val="right"/>
      </w:pPr>
      <w:r>
        <w:t>یہ سب سے بڑا کام ہے مطلب اس کو میں کہوں گا کہ اج کا دن ہے انٹراسپیکشن کا دن ہے اج کا دن ہے ری اسیسمنٹ کا دن ہے اج کا دن ہے ری ایگزامینیشن کا دن ہے کہ واٹ واز رونگ ود اس کیوں ایسا ہے کہ رسول اللہ کے اسوہ کو پکڑ کر کے اور لوگ جو تھے پہلے انہیں کامیابی ملی اور اج ہم دنیا میں ذلیل و خوار ہو رہے ہیں</w:t>
      </w:r>
    </w:p>
    <w:p>
      <w:r>
        <w:rPr>
          <w:b/>
        </w:rPr>
        <w:t xml:space="preserve">[47:32] </w:t>
      </w:r>
      <w:r>
        <w:t>to bajaye is ke ke aap naatein padh kar ke aur rasool Allah ke yani fazail bayan kar ke aur qisse kahaniyan baseless kahaniyan bayan kar ke khush hon yeh sab bilkul bekar hai aap baithiye re assess karne ke liye aur reassessment yahi hai ke apni zindagi ko aap compare kar ke dekhiye rasool Allah ki zindagi se ke kya zindagi unki thi kya zindagi hamari hai</w:t>
      </w:r>
    </w:p>
    <w:p>
      <w:pPr>
        <w:jc w:val="right"/>
      </w:pPr>
      <w:r>
        <w:t>تو بجائے اس کے کہ اپ نعتیں پڑھ کر کے اور رسول اللہ کے یعنی فضائل بیان کر کے اور قصے کہانیاں بیسلیس کہانیاں بیان کر کے خوش ہوں یہ سب بالکل بیکار ہے اپ بیٹھیے ری اسیس کرنے کے لیے اور ری اسیسمنٹ یہی ہے کہ اپنی زندگی کو اپ کمپیئر کر کے دیکھیے رسول اللہ کی زندگی سے کہ کیا زندگی ان کی تھی کیا زندگی ہماری ہے</w:t>
      </w:r>
    </w:p>
    <w:p>
      <w:r>
        <w:rPr>
          <w:b/>
        </w:rPr>
        <w:t xml:space="preserve">[48:00] </w:t>
      </w:r>
      <w:r>
        <w:t>jaise aaj mein ne bataya aap ko ke rasool Allah ka tareeqa yeh tha ke negative situation ya negative experience aap ko hua to aap ne positive response diya aaj aap kya ulta kar rahe hain aap hum ulta kar rahe hain har negative experience ka negative response hai aap</w:t>
      </w:r>
    </w:p>
    <w:p>
      <w:pPr>
        <w:jc w:val="right"/>
      </w:pPr>
      <w:r>
        <w:t>جیسے اج میں نے بتایا اپ کو کہ رسول اللہ کا طریقہ یہ تھا کہ نیگیٹیو سچویشن یا نیگیٹیو ایکسپیرینس اپ کو ہوا تو اپ نے پوزیٹیو رسپانس دیا اج اپ کیا الٹا کر رہے ہیں اپ ہم الٹا کر رہے ہیں ہر نیگیٹیو ایکسپیرینس کا نیگیٹیو رسپانس ہے اپ</w:t>
      </w:r>
    </w:p>
    <w:p>
      <w:r>
        <w:rPr>
          <w:b/>
        </w:rPr>
        <w:t xml:space="preserve">[48:24] </w:t>
      </w:r>
      <w:r>
        <w:t>poori poori hamari is jawani ki yani mein samajhta hoon kam az kam do sau saal ki jo history hai musalmanon ki woh kya hai sab jo hai negative reaction bas aur kuch bhi nahi hai to sab se zyada zaroori hai ke is baat ko aap yani maanein mein samajhta hoon ke sab se bara tareeqa yeh hai ke aap keh sakein ke we were wrong we were wrong we are not we are not a followers of Muhammad</w:t>
      </w:r>
    </w:p>
    <w:p>
      <w:pPr>
        <w:jc w:val="right"/>
      </w:pPr>
      <w:r>
        <w:t>پوری پوری ہماری اس جوانی کی یعنی میں سمجھتا ہوں کم از کم دو سو سال کی جو ہسٹری ہے مسلمانوں کی وہ کیا ہے سب جو ہے نیگیٹیو ری ایکشن بس اور کچھ بھی نہیں ہے تو سب سے زیادہ ضروری ہے کہ اس بات کو اپ یعنی مانیں میں سمجھتا ہوں کہ سب سے بڑا طریقہ یہ ہے کہ اپ کہہ سکیں کہ وی ویر رونگ وی ویر رونگ وی ار ناٹ وی ار ناٹ ا فالوورز اف محمد</w:t>
      </w:r>
    </w:p>
    <w:p>
      <w:r>
        <w:rPr>
          <w:b/>
        </w:rPr>
        <w:t xml:space="preserve">[48:53] </w:t>
      </w:r>
      <w:r>
        <w:t>yeh hum keh sakein aaj ke din</w:t>
      </w:r>
    </w:p>
    <w:p>
      <w:pPr>
        <w:jc w:val="right"/>
      </w:pPr>
      <w:r>
        <w:t>یہ ہم کہہ سکیں اج کے دن</w:t>
      </w:r>
    </w:p>
    <w:p>
      <w:r>
        <w:rPr>
          <w:b/>
        </w:rPr>
        <w:t xml:space="preserve">[48:57] </w:t>
      </w:r>
      <w:r>
        <w:t>tab mein samajhta hoon ke bar bar banaya warna baaz</w:t>
      </w:r>
    </w:p>
    <w:p>
      <w:pPr>
        <w:jc w:val="right"/>
      </w:pPr>
      <w:r>
        <w:t>تب میں سمجھتا ہوں کہ بار بل بنایا ورنہ بعض</w:t>
      </w:r>
    </w:p>
    <w:p>
      <w:r>
        <w:rPr>
          <w:b/>
        </w:rPr>
        <w:t xml:space="preserve">[49:02] </w:t>
      </w:r>
      <w:r>
        <w:t>se pride ka</w:t>
      </w:r>
    </w:p>
    <w:p>
      <w:pPr>
        <w:jc w:val="right"/>
      </w:pPr>
      <w:r>
        <w:t>سے پرائیڈ کا</w:t>
      </w:r>
    </w:p>
    <w:p>
      <w:r>
        <w:rPr>
          <w:b/>
        </w:rPr>
        <w:t xml:space="preserve">[49:05] </w:t>
      </w:r>
      <w:r>
        <w:t>woh pride lein is se aur khush hon naatein padh padh kar ke aur aap ke</w:t>
      </w:r>
    </w:p>
    <w:p>
      <w:pPr>
        <w:jc w:val="right"/>
      </w:pPr>
      <w:r>
        <w:t>وہ پرائیڈ لیں اس سے اور خوش ہوں نعتیں پڑھ پڑھ کر کے اور اپ کے</w:t>
      </w:r>
    </w:p>
    <w:p>
      <w:r>
        <w:rPr>
          <w:b/>
        </w:rPr>
        <w:t xml:space="preserve">[49:13] </w:t>
      </w:r>
      <w:r>
        <w:t>yani baseless kahaniyan bana rakhi hain unhone bohat sari is mein hum</w:t>
      </w:r>
    </w:p>
    <w:p>
      <w:pPr>
        <w:jc w:val="right"/>
      </w:pPr>
      <w:r>
        <w:t>یعنی بیسلیس کہانیاں بنا رکھی ہیں انہوں نے بہت ساری اس میں ہم</w:t>
      </w:r>
    </w:p>
    <w:p>
      <w:r>
        <w:rPr>
          <w:b/>
        </w:rPr>
        <w:t xml:space="preserve">[49:19] </w:t>
      </w:r>
      <w:r>
        <w:t>is ko khush hon is ko padh padh kar ke aur log speeches dete hain fiery speeches</w:t>
      </w:r>
    </w:p>
    <w:p>
      <w:pPr>
        <w:jc w:val="right"/>
      </w:pPr>
      <w:r>
        <w:t>اس کو خوش ہوں اس کو پڑھ پڑھ کر کے اور لوگ اسپیچز دیتے ہیں فائری اسپیچز</w:t>
      </w:r>
    </w:p>
    <w:p>
      <w:r>
        <w:rPr>
          <w:b/>
        </w:rPr>
        <w:t xml:space="preserve">[49:27] </w:t>
      </w:r>
      <w:r>
        <w:t>yeh sab bilkul bekar kaam hai</w:t>
      </w:r>
    </w:p>
    <w:p>
      <w:pPr>
        <w:jc w:val="right"/>
      </w:pPr>
      <w:r>
        <w:t>یہ سب بالکل بیکار کام ہے</w:t>
      </w:r>
    </w:p>
    <w:p>
      <w:r>
        <w:rPr>
          <w:b/>
        </w:rPr>
        <w:t xml:space="preserve">[49:30] </w:t>
      </w:r>
      <w:r>
        <w:t>to mein yeh kahunga ke aaj ke din Musalman</w:t>
      </w:r>
    </w:p>
    <w:p>
      <w:pPr>
        <w:jc w:val="right"/>
      </w:pPr>
      <w:r>
        <w:t>تو میں یہ کہوں گا کہ اج کے دن مسلمان</w:t>
      </w:r>
    </w:p>
    <w:p>
      <w:r>
        <w:rPr>
          <w:b/>
        </w:rPr>
        <w:t xml:space="preserve">[49:35] </w:t>
      </w:r>
      <w:r>
        <w:t>yeh karein to wahi sahi hoga bar reviewable</w:t>
      </w:r>
    </w:p>
    <w:p>
      <w:pPr>
        <w:jc w:val="right"/>
      </w:pPr>
      <w:r>
        <w:t>یہ کریں تو وہی صحیح ہوگا بار ریویلیوبل</w:t>
      </w:r>
    </w:p>
    <w:p>
      <w:r>
        <w:rPr>
          <w:b/>
        </w:rPr>
        <w:t xml:space="preserve">[49:39] </w:t>
      </w:r>
      <w:r>
        <w:t>ke apne aap ko compare karein Rasool Allah se ke Rasool Allah model the uswa the</w:t>
      </w:r>
    </w:p>
    <w:p>
      <w:pPr>
        <w:jc w:val="right"/>
      </w:pPr>
      <w:r>
        <w:t>کہ اپنے اپ کو کمپیئر کریں رسول اللہ سے کہ رسول اللہ ماڈل تھے اسوہ تھے</w:t>
      </w:r>
    </w:p>
    <w:p>
      <w:r>
        <w:rPr>
          <w:b/>
        </w:rPr>
        <w:t xml:space="preserve">[49:48] </w:t>
      </w:r>
      <w:r>
        <w:t>ke hum kahan ghalti kar rakhi hai hum ne</w:t>
      </w:r>
    </w:p>
    <w:p>
      <w:pPr>
        <w:jc w:val="right"/>
      </w:pPr>
      <w:r>
        <w:t>کہ ہم کہاں غلطی کر رکھی ہے ہم نے</w:t>
      </w:r>
    </w:p>
    <w:p>
      <w:r>
        <w:rPr>
          <w:b/>
        </w:rPr>
        <w:t xml:space="preserve">[49:52] </w:t>
      </w:r>
      <w:r>
        <w:t>aur is ka correction</w:t>
      </w:r>
    </w:p>
    <w:p>
      <w:pPr>
        <w:jc w:val="right"/>
      </w:pPr>
      <w:r>
        <w:t>اور اس کا کریکشن</w:t>
      </w:r>
    </w:p>
    <w:p>
      <w:r>
        <w:rPr>
          <w:b/>
        </w:rPr>
        <w:t xml:space="preserve">[49:54] </w:t>
      </w:r>
      <w:r>
        <w:t>apne ko theek karna yahi hai sahi taur par bar reviewable</w:t>
      </w:r>
    </w:p>
    <w:p>
      <w:pPr>
        <w:jc w:val="right"/>
      </w:pPr>
      <w:r>
        <w:t>اپنے کو ٹھیک کرنا یہی ہے صحیح طور پر بار ریویلیوبل</w:t>
      </w:r>
    </w:p>
    <w:p>
      <w:r>
        <w:rPr>
          <w:b/>
        </w:rPr>
        <w:t xml:space="preserve">[50:00] </w:t>
      </w:r>
      <w:r>
        <w:t>molana many people believe that in the day of judgment ah prophets of different time will intercede for their ummah and save them from the hell fire how far is this true achha bilkul baseless baat hai yeh baseless mein kahun ke bilkul jhooti baat hai yeh yani is koi surprise ka nahi hai koi surprise nahi hai</w:t>
      </w:r>
    </w:p>
    <w:p>
      <w:pPr>
        <w:jc w:val="right"/>
      </w:pPr>
      <w:r>
        <w:t>مولانا مینی پیپل بیلیو دیٹ ان دی ڈے اف ججمنٹ اہ پرافٹس اف ڈفرنٹ ٹائم ول انٹریسیڈ فار دیر امت اینڈ سیو دیم فرام دی ہیل فائر ہاؤ فار از دس ٹرو اچھا بالکل بیسلیس بات ہے یہ بیسلیس میں کہوں کہ بالکل جھوٹی بات ہے یہ یعنی اس کوئی سرپریز کا نہیں ہے کوئی سرپر نہیں ہے</w:t>
      </w:r>
    </w:p>
    <w:p>
      <w:r>
        <w:rPr>
          <w:b/>
        </w:rPr>
        <w:t xml:space="preserve">[50:24] </w:t>
      </w:r>
      <w:r>
        <w:t>yani aap log dekhiye kitni bari baat logon ne garh rakhi hai aur is ko speeches batate hain halanke very first chapter of the quran is against this kind of notion malik yomiddin khuda akela day of judgment ka malik hai</w:t>
      </w:r>
    </w:p>
    <w:p>
      <w:pPr>
        <w:jc w:val="right"/>
      </w:pPr>
      <w:r>
        <w:t>یعنی اپ لوگ دیکھیے کتنی بڑی بات لوگوں نے گڑھ رکھی ہے اور اس کو اسپیچز بتاتے ہیں حالانکہ ویری فرسٹ چیپٹر اف دا قران از اگینسٹ دس کائنڈ اف نوشن مالک یوم الدین خدا اکیلا ڈے اف ججمنٹ کا مالک ہے</w:t>
      </w:r>
    </w:p>
    <w:p>
      <w:r>
        <w:rPr>
          <w:b/>
        </w:rPr>
        <w:t xml:space="preserve">[50:45] </w:t>
      </w:r>
      <w:r>
        <w:t>lord of the day of judgment pehle hi pehle hi chapter mein pehle hi chapter jo hai alhamdulillah rabbil alameen malik yomiddin pehle hi chapter mein likha hua hai ke khuda jo hai lord of the day of judgment hai</w:t>
      </w:r>
    </w:p>
    <w:p>
      <w:pPr>
        <w:jc w:val="right"/>
      </w:pPr>
      <w:r>
        <w:t>لارڈ اف دا ڈے اف ججمنٹ پہلے ہی پہلے ہی چیپٹر میں پہلے ہی چیپٹر جو ہے الحمدللہ رب العالمین مالک یوم الدین پہلے ہی چیپٹر میں لکھا ہوا ہے کہ خدا جو ہے لارڈ اف دا ڈے اف ججمنٹ ہے</w:t>
      </w:r>
    </w:p>
    <w:p>
      <w:r>
        <w:rPr>
          <w:b/>
        </w:rPr>
        <w:t xml:space="preserve">[51:03] </w:t>
      </w:r>
      <w:r>
        <w:t>sahi ki to yeh sab jo bana rakhe hain logon ne yeh sab yeh sab to baseless aqeedey hain aur aur kisi ko bhi kisi bhi prophet ko yeh haq nahi hai ke woh gate pe khada ho jaye aur kahe ke chalo jo hamare sath jisko chahe andar kare jisko aap bahar karein yeh sab bilkul khuda ko gussa dilana hai ke khuda ko gussa dilana hai</w:t>
      </w:r>
    </w:p>
    <w:p>
      <w:pPr>
        <w:jc w:val="right"/>
      </w:pPr>
      <w:r>
        <w:t>صحیح کی تو یہ سب جو بنا رکھے ہیں لوگوں نے یہ سب یہ سب تو بیسلیس عقیدے ہیں اور اور کسی کو بھی کسی بھی پرافٹ کو یہ حق نہیں ہے کہ وہ گیٹ پہ کھڑا ہو جائے اور کہے کہ چلو جو ہمارے ساتھ جس کو چاہے اندر کرے جس کو اپ باہر کریں یہ سب بالکل خدا کو کو غصہ دلانا ہے کہ خدا کو غصہ دلانا ہے</w:t>
      </w:r>
    </w:p>
    <w:p>
      <w:r>
        <w:rPr>
          <w:b/>
        </w:rPr>
        <w:t xml:space="preserve">[51:29] </w:t>
      </w:r>
      <w:r>
        <w:t>jaise ke jaise ke jaise ke yeh log jo kehte hain ke yeh ko kar liya hai ko khuda ko dethrone kar ke kabza kar liya hai</w:t>
      </w:r>
    </w:p>
    <w:p>
      <w:pPr>
        <w:jc w:val="right"/>
      </w:pPr>
      <w:r>
        <w:t>جیسے کہ جیسے کہ جیسے کہ یہ لوگ جو کہتے ہیں کہ یہ کو کر لیا ہے کو خدا کو ڈی تھرون کر کے قبضہ کر لیا ہے</w:t>
      </w:r>
    </w:p>
    <w:p>
      <w:r>
        <w:rPr>
          <w:b/>
        </w:rPr>
        <w:t xml:space="preserve">[51:41] </w:t>
      </w:r>
      <w:r>
        <w:t>sahi hai koi baat hai yeh kuch nahi sab bilkul sare prophet jo the simply woh guide the bas guide aur kuch nahi koi power unko khuda ne nahi diya tha power sirf khuda ke paas hai</w:t>
      </w:r>
    </w:p>
    <w:p>
      <w:pPr>
        <w:jc w:val="right"/>
      </w:pPr>
      <w:r>
        <w:t>صحیح ہے کوئی بات ہے یہ کچھ نہیں سب بالکل سارے پرافٹ جو تھے سمپلی وہ گائیڈ تھے بس گائیڈ اور کچھ نہیں کوئی پاور ان کو خدا نے نہیں دیا تھا پاور صرف خدا کے پاس ہے</w:t>
      </w:r>
    </w:p>
    <w:p>
      <w:r>
        <w:rPr>
          <w:b/>
        </w:rPr>
        <w:t xml:space="preserve">[51:58] </w:t>
      </w:r>
      <w:r>
        <w:t>wal amru yomiddin lillah yani day of judgment ke bare mein quran mein aaya hai ke wal amru yomiddin lillah us din sara amr khuda ke hath mein hoga kis ke hath mein nahi hoga man yashfa illa billah yeh sab bilkul jhooti baat hai koi bhi itna powerful nahi ke ko kar ke khuda ke throat par kabza kar le aisa kabhi possible nahi hai</w:t>
      </w:r>
    </w:p>
    <w:p>
      <w:pPr>
        <w:jc w:val="right"/>
      </w:pPr>
      <w:r>
        <w:t>والامر یومید للہ یعنی ڈے اف ججمنٹ کے بارے میں قران میں ایا ہے کہ والامر یومید للہ اس دن سارا امر خدا کے ہاتھ میں ہوگا کس کے ہاتھ میں نہیں ہوگا منزل یشفع الا باللہ یہ سب بالکل جھوٹی بات ہے کوئی بھی اتنا پاورفل نہیں کہ کو کر کے خدا کے تھروٹ پر قبضہ کر لے ایسا کبھی پاسیبل نہیں ہے</w:t>
      </w:r>
    </w:p>
    <w:p>
      <w:r>
        <w:rPr>
          <w:b/>
        </w:rPr>
        <w:t xml:space="preserve">[52:24] </w:t>
      </w:r>
      <w:r>
        <w:t>can you throw more light on the spiritual dimension of the prophets life haan yeh achha question hai azm spirituality ka jo definition hai wahi ek nahi hai jab tak aap spirituality ko define na kar lein is question ko samajh nahi sakte hain</w:t>
      </w:r>
    </w:p>
    <w:p>
      <w:pPr>
        <w:jc w:val="right"/>
      </w:pPr>
      <w:r>
        <w:t>کین یو تھرو مور لائٹ ان دا سپرچول ڈائمنشن اف دا پرافٹس لائف ہاں یہ اچھا کوئسچن ہے عزم اسپیریچولیٹی کا جو ڈیفینیشن ہے وہی ایک نہیں ہے جب تک اپ اسپیریچولیٹی کو ڈیفائن نہ کر لیں اس کوئسچن کو سمجھ نہیں سکتے ہیں</w:t>
      </w:r>
    </w:p>
    <w:p>
      <w:r>
        <w:rPr>
          <w:b/>
        </w:rPr>
        <w:t xml:space="preserve">[52:50] </w:t>
      </w:r>
      <w:r>
        <w:t>to jahan tak mein samajhta hoon the two different definitions of of spirituality</w:t>
      </w:r>
    </w:p>
    <w:p>
      <w:pPr>
        <w:jc w:val="right"/>
      </w:pPr>
      <w:r>
        <w:t>تو جہاں تک میں سمجھتا ہوں دا ٹو ڈیفرنٹ ڈیفینیشنز اف اف اسپیریچولیٹی</w:t>
      </w:r>
    </w:p>
    <w:p>
      <w:r>
        <w:rPr>
          <w:b/>
        </w:rPr>
        <w:t xml:space="preserve">[53:03] </w:t>
      </w:r>
      <w:r>
        <w:t>ek yeh hai ke</w:t>
      </w:r>
    </w:p>
    <w:p>
      <w:pPr>
        <w:jc w:val="right"/>
      </w:pPr>
      <w:r>
        <w:t>ایک یہ ہے کہ</w:t>
      </w:r>
    </w:p>
    <w:p>
      <w:r>
        <w:rPr>
          <w:b/>
        </w:rPr>
        <w:t xml:space="preserve">[53:07] </w:t>
      </w:r>
      <w:r>
        <w:t>woh cheez jis ko hum kehte hain ecstasy ya wajd woh woh cheez mil jaye aadmi ko yani sarmasti wajd ecstasy ek spirituality ka yeh hai yeh islamic spirituality nahi hai na rasool Allah ki spirituality yeh thi</w:t>
      </w:r>
    </w:p>
    <w:p>
      <w:pPr>
        <w:jc w:val="right"/>
      </w:pPr>
      <w:r>
        <w:t>وہ چیز جس کو ہم کہتے ہیں ایکسٹسی یا وجد وہ وہ چیز مل جائے ادمی کو یعنی سرمستی وجد ایکسٹسی ایک اسپیریچولیٹی کا یہ ہے یہ اسلامک اسپیریچولیٹی نہیں ہے نہ رسول اللہ کی اسپیریچولیٹی یہ تھی</w:t>
      </w:r>
    </w:p>
    <w:p>
      <w:r>
        <w:rPr>
          <w:b/>
        </w:rPr>
        <w:t xml:space="preserve">[53:28] </w:t>
      </w:r>
      <w:r>
        <w:t>rasool Allah ki jo spirituality thi that is based on on mind on on on intellectual spirituality thi woh intellectual spirituality to is ka jo ek hi mein is ko jahan tak maine samjha hai is ka ek hi formula tha woh tha detracts distraction se apne ko bachana</w:t>
      </w:r>
    </w:p>
    <w:p>
      <w:pPr>
        <w:jc w:val="right"/>
      </w:pPr>
      <w:r>
        <w:t>رسول اللہ کی جو اسپیریچولیٹی تھی دیٹ از بیسڈ ان ان ان مائنڈ ان ان ان انٹلیکچول اسپیریچولیٹی تھی وہ انٹلیکچول اسپیریچولیٹی تو اس کا جو ایک ہی میں اس کو جہاں تک میں نے سمجھا ہے اس کا ایک ہی فارمولا تھا وہ تھا ڈٹریکٹس ڈسٹریکشن سے اپنے کو بچانا</w:t>
      </w:r>
    </w:p>
    <w:p>
      <w:r>
        <w:rPr>
          <w:b/>
        </w:rPr>
        <w:t xml:space="preserve">[53:53] </w:t>
      </w:r>
      <w:r>
        <w:t>bas koi bhi cheez jo aap ke concentration mein rukawat dale concentration kis baat ka yani truth ka khuda ka rise ka isi mein soch mein laga rahe aadmi koi bhi jo use distract kare to isi wahi wahi spirituality wahan bank hoti hai</w:t>
      </w:r>
    </w:p>
    <w:p>
      <w:pPr>
        <w:jc w:val="right"/>
      </w:pPr>
      <w:r>
        <w:t>بس کوئی بھی چیز جو اپ کے کنسنٹریشن میں رکاوٹ ڈالے کنسنٹریشن کس بات کا یعنی ٹروتھ کا خدا کا رائز کا اسی میں سوچ میں لگا رہے ادمی کوئی بھی جو اسے ڈسٹریکٹ کرے تو اسی وہی وہی اسپیریچولیٹی وہاں بنک ہوتی ہے</w:t>
      </w:r>
    </w:p>
    <w:p>
      <w:r>
        <w:rPr>
          <w:b/>
        </w:rPr>
        <w:t xml:space="preserve">[54:17] </w:t>
      </w:r>
      <w:r>
        <w:t>to mein jahan tak samajh paya hoon rasool Allah ki spirituality ka mamla woh yeh hai ke aadmi ke andar spirituality ka bhandar hai apne aap bhandar is sense mein ke bepanah soul bhari hui hai is ke andar soul</w:t>
      </w:r>
    </w:p>
    <w:p>
      <w:pPr>
        <w:jc w:val="right"/>
      </w:pPr>
      <w:r>
        <w:t>تو میں جہاں تک سمجھ پایا ہوں رسول اللہ کی اسپیریچولیٹی کا معاملہ وہ یہ ہے کہ ادمی کے اندر اسپیریچولیٹی کا بھنڈار ہے اپنے اپ بھنڈار اس سینس میں کہ بے پناہ سولس بھری ہوئی ہے اس کے اندر سولس</w:t>
      </w:r>
    </w:p>
    <w:p>
      <w:r>
        <w:rPr>
          <w:b/>
        </w:rPr>
        <w:t xml:space="preserve">[54:38] </w:t>
      </w:r>
      <w:r>
        <w:t>aur woh us ko unfold karna hai aap ko</w:t>
      </w:r>
    </w:p>
    <w:p>
      <w:pPr>
        <w:jc w:val="right"/>
      </w:pPr>
      <w:r>
        <w:t>اور وہ اس کو ان فولڈ کرنا ہے اپ کو</w:t>
      </w:r>
    </w:p>
    <w:p>
      <w:r>
        <w:rPr>
          <w:b/>
        </w:rPr>
        <w:t xml:space="preserve">[54:42] </w:t>
      </w:r>
      <w:r>
        <w:t>bas to mein bas bataun ke poori life aap ki jo hai woh unfolding process mein chalna chahiye without any slightest distraction</w:t>
      </w:r>
    </w:p>
    <w:p>
      <w:pPr>
        <w:jc w:val="right"/>
      </w:pPr>
      <w:r>
        <w:t>بس تو میں بس بتاؤں کہ پوری لائف اپ کی جو ہے وہ ان فولڈنگ پروسیس میں چلنا چاہیے ودا اؤٹ اینی سلائٹسٹ ڈسٹریکشن</w:t>
      </w:r>
    </w:p>
    <w:p>
      <w:r>
        <w:rPr>
          <w:b/>
        </w:rPr>
        <w:t xml:space="preserve">[54:55] </w:t>
      </w:r>
      <w:r>
        <w:t>jaise mein ek misaal deta hoon aap ko</w:t>
      </w:r>
    </w:p>
    <w:p>
      <w:pPr>
        <w:jc w:val="right"/>
      </w:pPr>
      <w:r>
        <w:t>جیسے میں ایک مثال دیتا ہوں اپ کو</w:t>
      </w:r>
    </w:p>
    <w:p>
      <w:r>
        <w:rPr>
          <w:b/>
        </w:rPr>
        <w:t xml:space="preserve">[55:00] </w:t>
      </w:r>
      <w:r>
        <w:t>ke rasool Allah jis mein rehte the yani aaj kal ke lehaz se room ko aya to galat hoga is liye ke woh to hut hota tha hut to wahan Hazrat Umar gaye to aap dekha ke unhone ke aap wahan par lete hue hain ab poore is mein sirf do cheez hain</w:t>
      </w:r>
    </w:p>
    <w:p>
      <w:pPr>
        <w:jc w:val="right"/>
      </w:pPr>
      <w:r>
        <w:t>کہ رسول اللہ جس اس میں رہتے تھے یعنی اج کل کے لحاظ سے روم کو ایا تو غلط ہوگا اس لیے کہ وہ تو ہٹ ہوتا تھا ہٹ تو وہاں حضرت عمر گئے تو اپ دیکھا کہ انہوں نے کہ اپ وہاں پر لیٹے ہوئے ہیں اب پورے اس میں صرف دو چیز ہیں</w:t>
      </w:r>
    </w:p>
    <w:p>
      <w:r>
        <w:rPr>
          <w:b/>
        </w:rPr>
        <w:t xml:space="preserve">[55:22] </w:t>
      </w:r>
      <w:r>
        <w:t>aik hai khajoor ki chatai aur doosra yeh khajoori ka bana hua aik takiya khajoor mein woh hota hai resha khajoor ke fibers ko lapait kar ke woh tha pillow up ka aur is ka woh jo tha chatai bas do hi cheez koi teesri item nahi wahan par</w:t>
      </w:r>
    </w:p>
    <w:p>
      <w:pPr>
        <w:jc w:val="right"/>
      </w:pPr>
      <w:r>
        <w:t>ایک ہے کھجور کی چٹائی اور دوسرا یہ کھجوری کا بنا ہوا ایک تکیہ کھجور میں وہ ہوتا ہے ریشہ کھجور کے فائبرز کو لپیٹ کر کے وہ تھا پلو اپ کا اور اس کا وہ جو تھا چٹائی بس دو ہی چیز کوئی تیسری ائٹم نہیں وہاں پر</w:t>
      </w:r>
    </w:p>
    <w:p>
      <w:r>
        <w:rPr>
          <w:b/>
        </w:rPr>
        <w:t xml:space="preserve">[55:47] </w:t>
      </w:r>
      <w:r>
        <w:t>to hazrat umar in ko dekh ke rone lage ke kitne log hain that se rehte hain bohat hi aram ke sath aur khuda ka prophet jo hai is tareeqe se hai</w:t>
      </w:r>
    </w:p>
    <w:p>
      <w:pPr>
        <w:jc w:val="right"/>
      </w:pPr>
      <w:r>
        <w:t>تو حضرت عمر ان کو دیکھ کے رونے لگے کہ جو کتنے لوگ ہیں ٹھاٹ سے رہتے ہیں بہت ہی ارام کے ساتھ اور خدا کا پرافٹ جو ہے اس طریقے سے ہے</w:t>
      </w:r>
    </w:p>
    <w:p>
      <w:r>
        <w:rPr>
          <w:b/>
        </w:rPr>
        <w:t xml:space="preserve">[56:04] </w:t>
      </w:r>
      <w:r>
        <w:t>is waqt aap ne yeh bataya</w:t>
      </w:r>
    </w:p>
    <w:p>
      <w:pPr>
        <w:jc w:val="right"/>
      </w:pPr>
      <w:r>
        <w:t>اس وقت اپ نے یہ بتایا</w:t>
      </w:r>
    </w:p>
    <w:p>
      <w:r>
        <w:rPr>
          <w:b/>
        </w:rPr>
        <w:t xml:space="preserve">[56:10] </w:t>
      </w:r>
      <w:r>
        <w:t>ke koi bhi doosri cheez yani beer need ke siwa woh distraction hai</w:t>
      </w:r>
    </w:p>
    <w:p>
      <w:pPr>
        <w:jc w:val="right"/>
      </w:pPr>
      <w:r>
        <w:t>کہ کوئی بھی دوسری چیز یعنی بیئر نیڈ کے سوا وہ ڈسٹریکشن ہے</w:t>
      </w:r>
    </w:p>
    <w:p>
      <w:r>
        <w:rPr>
          <w:b/>
        </w:rPr>
        <w:t xml:space="preserve">[56:20] </w:t>
      </w:r>
      <w:r>
        <w:t>jo meri bilkul hi zaroori need hai bas wahan tak mujhe rehna chahiye is se aage mein gaya to distraction ban jaye ga woh kisi aur ki dhyan chala jaye kisi aur ki taraf</w:t>
      </w:r>
    </w:p>
    <w:p>
      <w:pPr>
        <w:jc w:val="right"/>
      </w:pPr>
      <w:r>
        <w:t>جو میری بالکل ہی ضروری نیڈ ہے بس وہاں تک مجھے رہنا چاہیے اس سے اگے میں گیا تو ڈسٹریکشن بن جائے گا وہ کسی اور کی دھیان چلا جائے کسی اور کی طرف</w:t>
      </w:r>
    </w:p>
    <w:p>
      <w:r>
        <w:rPr>
          <w:b/>
        </w:rPr>
        <w:t xml:space="preserve">[56:34] </w:t>
      </w:r>
      <w:r>
        <w:t>to dhyan mera jo hai rehna chahiye laga hua andar ka jo bhandar hai spirituality ka is ko unfold karne mein sochna aur jo universe jo universe of fact hai is se discover karna cheezon ko realize karna cheezon ko yeh hai</w:t>
      </w:r>
    </w:p>
    <w:p>
      <w:pPr>
        <w:jc w:val="right"/>
      </w:pPr>
      <w:r>
        <w:t>تو دھیان میرا جو ہے رہنا چاہیے لگا ہوا اندر کا جو بھنڈار ہے اسپیریچولیٹی کا اس کو ان فولڈ کرنے میں سوچنا اور جو یونیورس جو یونیورس اف فیکٹ ہے اس سے ڈسکور کرنا چیزوں کو ریلائز کرنا چیزوں کو یہ ہے</w:t>
      </w:r>
    </w:p>
    <w:p>
      <w:r>
        <w:rPr>
          <w:b/>
        </w:rPr>
        <w:t xml:space="preserve">[56:58] </w:t>
      </w:r>
      <w:r>
        <w:t>to koi aap koi chota sa bhi aisa apni zindagi mein cheez nahi karte the jis se distraction ho aap ke andar spirituality ke jo process hai woh is mein bhang ho jaye jaise mein ne aaj jo kaha woh bhi yahi hai ke har mauqa jahan aap hate karte aap ne hate nahi kiya jahan aap fight hi karte hain fight nahi kiya aap ne jahan aap lad jate hain wahan aap lad nahi kiya lad laday nahi aap avoid kiya avoid kiya avoid kiya</w:t>
      </w:r>
    </w:p>
    <w:p>
      <w:pPr>
        <w:jc w:val="right"/>
      </w:pPr>
      <w:r>
        <w:t>تو کوئی اپ کوئی چھوٹا سا بھی ایسا اپنی زندگی میں چیز نہیں کرتے تھے جس سے ڈسٹریکشن ہو اپ کے اندر اسپیریچولیٹی کے جو پروسیس ہے وہ اس میں بھنگ ہو جائے جیسے میں نے اج جو کہا وہ بھی یہی ہے کہ ہر موقع جہاں اپ ہیٹ کرتے اپ نے ہیٹ نہیں کیا جہاں اپ فائٹ ہی کرتے ہیں فائٹ نہیں کیا اپ نے جہاں اپ لڑ جاتے ہیں وہاں اپ لڑ نہیں کیا لڑ لڑے نہیں اپ اوائڈ کیا اوائڈ کیا اوائڈ کیا</w:t>
      </w:r>
    </w:p>
    <w:p>
      <w:r>
        <w:rPr>
          <w:b/>
        </w:rPr>
        <w:t xml:space="preserve">[57:27] </w:t>
      </w:r>
      <w:r>
        <w:t>to kyun that was distraction jahan aap uljhe jahan aap ghusa huie jahan aap hate karne lage jahan aap ke andar revenge aa gaya jahan aap ne ladai shuru kar di to bas aap hat gaye apne us rastay se jahan ke spiritual process jo hai woh non stop chalana hai aap ko</w:t>
      </w:r>
    </w:p>
    <w:p>
      <w:pPr>
        <w:jc w:val="right"/>
      </w:pPr>
      <w:r>
        <w:t>تو کیوں دیٹ واز ڈسٹریکشن جہاں اپ الجھے جہاں اپ غصہ ہوئیے جہاں اپ ہیٹ کرنے لگے جہاں اپ کے اندر ریونج ا گیا جہاں اپ نے لڑائی شروع کر دی تو بس اپ ہٹ گئے اپنے اس راستے سے جہاں کہ اسپیریچول پراسیس جو ہے وہ نان اسٹاپ چلانا ہے اپ کو</w:t>
      </w:r>
    </w:p>
    <w:p>
      <w:r>
        <w:rPr>
          <w:b/>
        </w:rPr>
        <w:t xml:space="preserve">[57:53] </w:t>
      </w:r>
      <w:r>
        <w:t>yeh spiritual development ka process chalana hai non stop woh kya cheez hai unfolding yani khuda ka jo andar jo noor hai khuda ka jo gyan hai khuda ki jo marifat hai isi ko mein samajhta hoon ke rasool allah ke nazdeek wahi spirituality thi to woh hai potential tor par potential is ko hum actual banana hai</w:t>
      </w:r>
    </w:p>
    <w:p>
      <w:pPr>
        <w:jc w:val="right"/>
      </w:pPr>
      <w:r>
        <w:t>یہ اسپیریچول ڈیویلپمنٹ کا پراسیس چلانا ہے نان اسٹاپ وہ کیا چیز ہے ان فولڈنگ یعنی خدا کا جو اندر جو نور ہے خدا کا جو گیان ہے خدا کی جو معرفت ہے اسی کو میں سمجھتا ہوں کہ رسول اللہ کے نزدیک وہی اسپیریچولیٹی تھی تو وہ ہے پوٹینشل طور پر پوٹینشل اس کو ہم ایکچول بنانا ہے</w:t>
      </w:r>
    </w:p>
    <w:p>
      <w:r>
        <w:rPr>
          <w:b/>
        </w:rPr>
        <w:t xml:space="preserve">[58:21] </w:t>
      </w:r>
      <w:r>
        <w:t>actual banane ka kya hai ke non stop is ki unfolding hoti rahe kab hogi jab hum har qism ke negative speech negative thought negative action se apne ko jorein ge kisi aur cheez ko hum agar concern banayein apna kisi bhi cheez ko apna concern banayein to bas distraction aa gaya woh</w:t>
      </w:r>
    </w:p>
    <w:p>
      <w:pPr>
        <w:jc w:val="right"/>
      </w:pPr>
      <w:r>
        <w:t>ایکچول بنانے کا کیا ہے کہ نان اسٹاپ اس کی ان فولڈنگ ہوتی رہے کب ہوگی جب ہم ہر قسم کے نیگیٹیو اسپیچ نیگیٹیو تھاٹ نیگیٹیو ایکشن سے اپنے کو جوڑیں گے کسی اور چیز کو ہم اگر کنسرن بنائیں اپنا کسی بھی چیز کو اپنا کنسرن بنائیں تو بس ڈسٹریکشن ا گیا وہ</w:t>
      </w:r>
    </w:p>
    <w:p>
      <w:r>
        <w:rPr>
          <w:b/>
        </w:rPr>
        <w:t xml:space="preserve">[58:44] </w:t>
      </w:r>
      <w:r>
        <w:t>to rasool allah ke baray mein parh kar ke aap dekhiye un ki zindagi kisi bhi doosri cheez ko other than god other than paradise other than truth aap ne is ko apna concern nahi banaya</w:t>
      </w:r>
    </w:p>
    <w:p>
      <w:pPr>
        <w:jc w:val="right"/>
      </w:pPr>
      <w:r>
        <w:t>تو رسول اللہ کے بارے میں پڑھ کر کے اپ دیکھیے ان کی زندگی کسی بھی دوسری چیز کو ادر دین گاڈ ادر دین پیراڈائز ادر دین ٹروتھ اپ نے اس کو اپنا کنسرن نہیں بنایا</w:t>
      </w:r>
    </w:p>
    <w:p>
      <w:r>
        <w:rPr>
          <w:b/>
        </w:rPr>
        <w:t xml:space="preserve">[58:58] </w:t>
      </w:r>
      <w:r>
        <w:t>aik hi concern aap ka tha wahi khuda paradise</w:t>
      </w:r>
    </w:p>
    <w:p>
      <w:pPr>
        <w:jc w:val="right"/>
      </w:pPr>
      <w:r>
        <w:t>ایک ہی کنسرن اپ کا تھا وہی خدا پیراڈائز</w:t>
      </w:r>
    </w:p>
    <w:p>
      <w:r>
        <w:rPr>
          <w:b/>
        </w:rPr>
        <w:t xml:space="preserve">[59:06] </w:t>
      </w:r>
      <w:r>
        <w:t>bas to is wajah se spirituality aage barhti rahi hai barhti rahi hai barhti</w:t>
      </w:r>
    </w:p>
    <w:p>
      <w:pPr>
        <w:jc w:val="right"/>
      </w:pPr>
      <w:r>
        <w:t>بس تو اس وجہ سے اسپیریچولیٹی اگے بڑھتی رہی ہے بڑھتی رہی ہے بڑھتی</w:t>
      </w:r>
    </w:p>
    <w:p>
      <w:r>
        <w:rPr>
          <w:b/>
        </w:rPr>
        <w:t xml:space="preserve">[59:12] </w:t>
      </w:r>
      <w:r>
        <w:t>rahi hai barhti rahi hai mein samajhta hoon spirituality ko acquire karna nahi hai unfold karna hai jahan tak mein ne samjha hai rasool allah ki ke spiritual aisi yahi aisi aisi cheez nahi hai ke is ko hum acquire karein bahar se is ko to unfold karna hai unfolding process ko non stop chalate rehna sach poochien to yahi hai spiritual development</w:t>
      </w:r>
    </w:p>
    <w:p>
      <w:pPr>
        <w:jc w:val="right"/>
      </w:pPr>
      <w:r>
        <w:t>رہی ہے بڑھتی رہی ہے میں سمجھتا ہوں اسپیریچولیٹی کو ایکوائر کرنا نہیں ہے ان فولڈ کرنا ہے جہاں تک میں نے سمجھا ہے رسول اللہ کی کہ اسپیریچول ایسی یہی ایسی ایسی چیز نہیں ہے کہ اس کو ہم اکوائر کریں باہر سے اس کو تو ان فولڈ کرنا ہے ان فولڈنگ پروسیس کو نان اسٹاپ چلاتے رہنا سچ پوچھیں تو یہی ہے اسپیریچول ڈیویلپمنٹ</w:t>
      </w:r>
    </w:p>
    <w:p>
      <w:r>
        <w:rPr>
          <w:b/>
        </w:rPr>
        <w:t xml:space="preserve">[59:38] </w:t>
      </w:r>
      <w:r>
        <w:t>molana ah molana isi ka aik aur part hai that jo aap ne qualities batayi hain prophet ki kya un ki bachpan se theen ya jab woh prophet ban gaye to un ko khuda ne intervene kar ke he was made spiritual what is it why was he made a prophet why was he chosen as a prophet dekhen aaj rasool allah ne khud hi kaha انہو لیغان علی قلبی</w:t>
      </w:r>
    </w:p>
    <w:p>
      <w:pPr>
        <w:jc w:val="right"/>
      </w:pPr>
      <w:r>
        <w:t>مولانا اہ مولانا اسی کا ایک اور پارٹ ہے دیٹ جو اپ نے کوالٹیز بتائی ہیں پرافٹ کی کیا ان کی بچپن سے تھیں یا جب وہ پرافٹ بن گئے تو ان کو خدا نے انٹروین کر کے ہی واز میڈ سپرچول واٹ از اٹ وائی واز ہی میڈ ا پرافٹ وائی واز ہی چوزن ایز ا پرافٹ دیکھیں اج رسول اللہ نے خود ہی کہا انہو لیغان علی قلبی</w:t>
      </w:r>
    </w:p>
    <w:p>
      <w:r>
        <w:rPr>
          <w:b/>
        </w:rPr>
        <w:t xml:space="preserve">[1:00:06] </w:t>
      </w:r>
      <w:r>
        <w:t>yani mere dil par bhi zang aa jata hai parda aa jata hai darkness aa jata hai to is mani ke aap aisa nahi tha ke rasool allah ne ko aap ne bilkul khuda ne bilkul purify kar ke paida kiya ho aisa nahi tha aap kehte hain ke mein 70 bar rozana astaghfar karta hoon yani khuda se woh kehta hoon khuda mujhe forgive kar de seventy time</w:t>
      </w:r>
    </w:p>
    <w:p>
      <w:pPr>
        <w:jc w:val="right"/>
      </w:pPr>
      <w:r>
        <w:t>یعنی میرے دل پر بھی زنگ ا جاتا ہے پردہ ا جاتا ہے ڈارکنس ا جاتا ہے تو اس معنی کہ اپ ایسا نہیں تھا کہ رسول اللہ نے کو اپ نے بالکل خدا نے بالکل پیوریفائی کر کے پیدا کیا ہو ایسا نہیں تھا اپ کہتے ہیں کہ میں 70 بار روزانہ استغفار کرتا ہوں یعنی خدا سے وہ کہتا ہوں خدا مجھے فارگیو کر دے سیونٹی ٹائم</w:t>
      </w:r>
    </w:p>
    <w:p>
      <w:r>
        <w:rPr>
          <w:b/>
        </w:rPr>
        <w:t xml:space="preserve">[1:00:33] </w:t>
      </w:r>
      <w:r>
        <w:t>aap ki ek dua hai ke khuda ya maine jis ko bhi gaali gaali ka lafz is mein</w:t>
      </w:r>
    </w:p>
    <w:p>
      <w:pPr>
        <w:jc w:val="right"/>
      </w:pPr>
      <w:r>
        <w:t>اپ کی ایک دعا ہے کہ خدایا میں نے جس کو بھی گالی گالی کا لفظ اس میں</w:t>
      </w:r>
    </w:p>
    <w:p>
      <w:r>
        <w:rPr>
          <w:b/>
        </w:rPr>
        <w:t xml:space="preserve">[1:00:37] </w:t>
      </w:r>
      <w:r>
        <w:t>hai jis ko maine gaali di ho jis ko maine mara ho jis ko maine</w:t>
      </w:r>
    </w:p>
    <w:p>
      <w:pPr>
        <w:jc w:val="right"/>
      </w:pPr>
      <w:r>
        <w:t>ہے جس کو میں نے گالی دی ہو جس کو میں نے مارا ہو جس کو میں نے</w:t>
      </w:r>
    </w:p>
    <w:p>
      <w:r>
        <w:rPr>
          <w:b/>
        </w:rPr>
        <w:t xml:space="preserve">[1:00:42] </w:t>
      </w:r>
      <w:r>
        <w:t>takleef pohanchai ho to in sab ke liye meri taraf se to woh duaye khair likh de</w:t>
      </w:r>
    </w:p>
    <w:p>
      <w:pPr>
        <w:jc w:val="right"/>
      </w:pPr>
      <w:r>
        <w:t>تکلیف پہنچائی ہو تو ان سب کے لیے میری طرف سے تو وہ دعائے خیر لکھ دے</w:t>
      </w:r>
    </w:p>
    <w:p>
      <w:r>
        <w:rPr>
          <w:b/>
        </w:rPr>
        <w:t xml:space="preserve">[1:00:50] </w:t>
      </w:r>
      <w:r>
        <w:t>is mani ke rasool ALLAH bhi ek insan the woh sare thought aap ke andar bhi the jo</w:t>
      </w:r>
    </w:p>
    <w:p>
      <w:pPr>
        <w:jc w:val="right"/>
      </w:pPr>
      <w:r>
        <w:t>اس معنی کہ رسول اللہ بھی ایک انسان تھے وہ سارے تھاٹ اپ کے اندر بھی تھے جو</w:t>
      </w:r>
    </w:p>
    <w:p>
      <w:r>
        <w:rPr>
          <w:b/>
        </w:rPr>
        <w:t xml:space="preserve">[1:00:55] </w:t>
      </w:r>
      <w:r>
        <w:t>dusron mein hote hain lekin aap ne apne ko intentionally bachaya in char cheezon se intentionally bachaya</w:t>
      </w:r>
    </w:p>
    <w:p>
      <w:pPr>
        <w:jc w:val="right"/>
      </w:pPr>
      <w:r>
        <w:t>دوسروں میں ہوتے ہیں لیکن اپ نے اپنے کو انٹینشنلی بچایا ان چار چیزوں سے انٹینشنلی بچایا</w:t>
      </w:r>
    </w:p>
    <w:p>
      <w:r>
        <w:rPr>
          <w:b/>
        </w:rPr>
        <w:t xml:space="preserve">[1:01:04] </w:t>
      </w:r>
      <w:r>
        <w:t>to aap self control aap ke andar yani self control behavior jo tha power extra tha woh har waqt apne ko control pe rakhte the woh bhi yeh baat hai yeh yeh samajhna kuch musalman aisa samajhte hain ke aap ka saya nahi hota tha sirf jhooti baatein hain jaise hamara saya woh rasool allah ka saya hota tha hum ko ghusa aata tha rasool allah ko ghusa aata tha</w:t>
      </w:r>
    </w:p>
    <w:p>
      <w:pPr>
        <w:jc w:val="right"/>
      </w:pPr>
      <w:r>
        <w:t>تو اپ سیلف کنٹرول اپ کے اندر یعنی سیلف کنٹرول بیہیویئر جو تھا پاور ایکسٹرا تھا وہ ہر وقت اپنے کو کنٹرول پہ رکھتے تھے وہ بھی یہ بات ہے یہ یہ سمجھنا کچھ مسلمان ایسا سمجھتے ہیں کہ اپ کا سایہ نہیں ہوتا تھا صرف جھوٹی باتیں ہیں جیسے ہمارا سایہ وہ رسول اللہ کا سایہ ہوتا تھا ہم کو غصہ اتا تھا رسول اللہ کو غصہ اتا تھا</w:t>
      </w:r>
    </w:p>
    <w:p>
      <w:r>
        <w:rPr>
          <w:b/>
        </w:rPr>
        <w:t xml:space="preserve">[1:01:33] </w:t>
      </w:r>
      <w:r>
        <w:t>negative thought rasool allah ke andar bhi aate the lekin apne ko har waqt woh control mein rakhte the asal cheez yeh hai is ke bohat sare mein aap ko agar chahenge to mein bata sakta hoon aap ki zindagi ke instances kis tareeqe se kya hua molana is ka aik aik last part aur bhi yeh question tha that how come this dimension of the prophet has not been brought out by most</w:t>
      </w:r>
    </w:p>
    <w:p>
      <w:pPr>
        <w:jc w:val="right"/>
      </w:pPr>
      <w:r>
        <w:t>نیگیٹیو تھاٹ رسول اللہ کے اندر بھی اتے تھے لیکن اپنے کو ہر وقت وہ کنٹرول میں رکھتے تھے اصل چیز یہ ہے اس کے بہت سارے میں اپ کو اگر چاہیں گے تو میں بتا سکتا ہوں اپ کی زندگی کے انسٹینسز کس طریقے سے کیا ہوا مولانا اس کا ایک ایک لاسٹ پارٹ اور بھی یہ کوئسچن تھا دیٹ ہاؤ کم دس ڈائمنشن اف دا پرافٹ ہیز ناٹ بین براٹ اؤٹ بائے موسٹ</w:t>
      </w:r>
    </w:p>
    <w:p>
      <w:r>
        <w:rPr>
          <w:b/>
        </w:rPr>
        <w:t xml:space="preserve">[1:01:59] </w:t>
      </w:r>
      <w:r>
        <w:t>authors nahi dekhen kitabon mein hai aisa nahi hai ke nahi lekin is wahan woh caption yeh nahi hota ke spirituality yeh wahan tha nahi ab wahan pe doosra rahe ga zuhd o taqwa aur wara waghera doosre alfaaz rahenge sab doosre rahenge lekin spirituality ka word wahan use nahi hota tha is matlab jo ko aaj kehte hain spirituality ke liye rohaniyat to rohaniyat ke word arabic mein hota nahi tha</w:t>
      </w:r>
    </w:p>
    <w:p>
      <w:pPr>
        <w:jc w:val="right"/>
      </w:pPr>
      <w:r>
        <w:t>اتھرز نہیں دیکھیں کتابوں میں ہے ایسا نہیں ہے کہ نہیں لیکن اس وہاں وہ کیپشن یہ نہیں ہوتا کہ اسپیریچولیٹی یہ وہاں تھا نہیں اب وہاں پہ دوسرا رہے گا زہد و تقوی اور ورا وغیرہ دوسرے الفاظ رہیں گے سب دوسرے رہیں گے لیکن اسپیریچولیٹی کا ورڈ وہاں یوز نہیں ہوتا تھا اس مطلب جو کو اج کہتے ہیں اسپیریچولیٹی کے لیے روحانیت تو روحانیت کے ورڈ عربک میں ہوتا نہیں تھا</w:t>
      </w:r>
    </w:p>
    <w:p>
      <w:r>
        <w:rPr>
          <w:b/>
        </w:rPr>
        <w:t xml:space="preserve">[1:02:27] </w:t>
      </w:r>
      <w:r>
        <w:t>yeh to ab use hona shuru hua hai iran se aya hai yeh to spirituality ka word wahan par nahi hai lekin woh sab kuch maujood hai woh sab kuch hai is mein jis ko hum aaj kehte hain spirituality jaise ke misaal ke tor par dekhiye ke aisha kehti hain rasool allah ke baray mein ke unhon ne apne apne apne baray mein koi revenge nahi liya kisi se liya</w:t>
      </w:r>
    </w:p>
    <w:p>
      <w:pPr>
        <w:jc w:val="right"/>
      </w:pPr>
      <w:r>
        <w:t>یہ تو اب یوز ہونا شروع ہوا ہے ایران سے ایا ہے یہ تو اسپیریچولیٹی کا ورڈ وہاں پر نہیں ہے لیکن وہ سب کچھ موجود ہے وہ سب کچھ ہے اس میں جس کو ہم اج کہتے ہیں اسپیریچولیٹی جیسے کہ مثال کے طور پر دیکھیے کہ عائشہ کہتی ہیں رسول اللہ کے بارے میں کہ انہوں نے اپنے اپنے اپنے بارے میں کوئی ریونج نہیں لیا کسی سے لیا</w:t>
      </w:r>
    </w:p>
    <w:p>
      <w:r>
        <w:rPr>
          <w:b/>
        </w:rPr>
        <w:t xml:space="preserve">[1:02:57] </w:t>
      </w:r>
      <w:r>
        <w:t>that is spirituality</w:t>
      </w:r>
    </w:p>
    <w:p>
      <w:pPr>
        <w:jc w:val="right"/>
      </w:pPr>
      <w:r>
        <w:t>دیٹ از اسپیریچولیٹی</w:t>
      </w:r>
    </w:p>
    <w:p>
      <w:r>
        <w:rPr>
          <w:b/>
        </w:rPr>
        <w:t xml:space="preserve">[1:03:02] </w:t>
      </w:r>
      <w:r>
        <w:t>ya jaise woh woh rasool allah ne kaha apne us se ke mujh se mere sathiyon ki burai mat bayan karo kyunke mere dil mein un ke khilaf yani negative thought aa jaye ga yeh bhi wahi cheez hai apni spirituality ko bachana</w:t>
      </w:r>
    </w:p>
    <w:p>
      <w:pPr>
        <w:jc w:val="right"/>
      </w:pPr>
      <w:r>
        <w:t>یا جیسے وہ وہ رسول اللہ نے کہا اپنے اس سے کہ مجھ سے میرے ساتھیوں کی برائی مت بیان کرو کیونکہ میرے دل میں ان کے خلاف یعنی نیگیٹیو تھاٹ ا جائے گا یہ بھی وہی چیز ہے اپنی اسپیریچولیٹی کو بچانا</w:t>
      </w:r>
    </w:p>
    <w:p>
      <w:r>
        <w:rPr>
          <w:b/>
        </w:rPr>
        <w:t xml:space="preserve">[1:03:20] </w:t>
      </w:r>
      <w:r>
        <w:t>aisi aap thousand thousand cheezein pa sakte hain lekin wahan par spirituality ka word likha hua nahi hoga aur essence wahi hoga</w:t>
      </w:r>
    </w:p>
    <w:p>
      <w:pPr>
        <w:jc w:val="right"/>
      </w:pPr>
      <w:r>
        <w:t>ایسی اپ تھاؤزنڈ تھاؤزنڈ چیزیں پا سکتے ہیں لیکن وہاں پر اسپیریچولیٹی کا ورڈ لکھا ہوا نہیں ہوگا اور ایسنس وہی ہوگا</w:t>
      </w:r>
    </w:p>
    <w:p>
      <w:r>
        <w:rPr>
          <w:b/>
        </w:rPr>
        <w:t xml:space="preserve">[1:03:31] </w:t>
      </w:r>
      <w:r>
        <w:t>molana sahib do you think there is a link between a poverty and spirituality because most of the sufis have emphasized upon this point that poverty and spirituality is the poverty and spirituality is their any evidence in prophets</w:t>
      </w:r>
    </w:p>
    <w:p>
      <w:pPr>
        <w:jc w:val="right"/>
      </w:pPr>
      <w:r>
        <w:t>مولانا صاحب ڈو یو تھنک دیر از ا لنک بٹوین ا پاورٹی اینڈ اسپیریچولیٹی بیکاز موسٹ اف دا صوفیاز ہیو ایمفسائزڈ اپون دس پوائنٹ دیٹ پاورٹی اینڈ اسپیریچولیٹی از دا پاورٹی اینڈ اسپیریچولیٹی از دیر اینی ایویڈنس ان پرافٹس</w:t>
      </w:r>
    </w:p>
    <w:p>
      <w:r>
        <w:rPr>
          <w:b/>
        </w:rPr>
        <w:t xml:space="preserve">[1:03:48] </w:t>
      </w:r>
      <w:r>
        <w:t>life as you already mentioned that he had nothing</w:t>
      </w:r>
    </w:p>
    <w:p>
      <w:pPr>
        <w:jc w:val="right"/>
      </w:pPr>
      <w:r>
        <w:t>لائف ایز یو الریڈی مینشن دیٹ ہی ہیڈ نتھنگ</w:t>
      </w:r>
    </w:p>
    <w:p>
      <w:r>
        <w:rPr>
          <w:b/>
        </w:rPr>
        <w:t xml:space="preserve">[1:03:53] </w:t>
      </w:r>
      <w:r>
        <w:t>in his life</w:t>
      </w:r>
    </w:p>
    <w:p>
      <w:pPr>
        <w:jc w:val="right"/>
      </w:pPr>
      <w:r>
        <w:t>ان ہز لائف</w:t>
      </w:r>
    </w:p>
    <w:p>
      <w:r>
        <w:rPr>
          <w:b/>
        </w:rPr>
        <w:t xml:space="preserve">[1:03:55] </w:t>
      </w:r>
      <w:r>
        <w:t>poverty ka word mein nahi use karunga simplicity ki use word use karunga mein ke apne</w:t>
      </w:r>
    </w:p>
    <w:p>
      <w:pPr>
        <w:jc w:val="right"/>
      </w:pPr>
      <w:r>
        <w:t>پاورٹی کا ورڈ میں نہیں یوز کروں گا سمپلیسٹی کی یوز ورڈ یوز کروں گا میں کہ اپنے</w:t>
      </w:r>
    </w:p>
    <w:p>
      <w:r>
        <w:rPr>
          <w:b/>
        </w:rPr>
        <w:t xml:space="preserve">[1:04:02] </w:t>
      </w:r>
      <w:r>
        <w:t>aap ko simple life par rakhna chahe sab kuch ho aap ke paas tab bhi poverty ka to</w:t>
      </w:r>
    </w:p>
    <w:p>
      <w:pPr>
        <w:jc w:val="right"/>
      </w:pPr>
      <w:r>
        <w:t>اپ کو سمپل لائف پر رکھنا چاہے سب کچھ ہو اپ کے پاس تب بھی پاورٹی کا تو</w:t>
      </w:r>
    </w:p>
    <w:p>
      <w:r>
        <w:rPr>
          <w:b/>
        </w:rPr>
        <w:t xml:space="preserve">[1:04:08] </w:t>
      </w:r>
      <w:r>
        <w:t>negative word hai woh simplicity simplicity direct taur par juri hui hai spirituality se direct taur par</w:t>
      </w:r>
    </w:p>
    <w:p>
      <w:pPr>
        <w:jc w:val="right"/>
      </w:pPr>
      <w:r>
        <w:t>نیگیٹیو ورڈ ہے وہ سمپلیسٹی سمپلیسٹی ڈائریکٹ طور پر جڑی ہوئی ہے اسپیریچولیٹی سے ڈائریکٹ طور پر</w:t>
      </w:r>
    </w:p>
    <w:p>
      <w:r>
        <w:rPr>
          <w:b/>
        </w:rPr>
        <w:t xml:space="preserve">[1:04:18] </w:t>
      </w:r>
      <w:r>
        <w:t>simplicity jo hai woh direct taur par juri hui hai is se yani spirituality se</w:t>
      </w:r>
    </w:p>
    <w:p>
      <w:pPr>
        <w:jc w:val="right"/>
      </w:pPr>
      <w:r>
        <w:t>سمپلیسٹی جو ہے وہ ڈائریکٹ طور پر جڑی ہوئی ہے اس سے یعنی اسپیریچولیٹی سے</w:t>
      </w:r>
    </w:p>
    <w:p>
      <w:r>
        <w:rPr>
          <w:b/>
        </w:rPr>
        <w:t xml:space="preserve">[1:04:25] </w:t>
      </w:r>
      <w:r>
        <w:t>to jab tak aap ko</w:t>
      </w:r>
    </w:p>
    <w:p>
      <w:pPr>
        <w:jc w:val="right"/>
      </w:pPr>
      <w:r>
        <w:t>تو جب تک اپ کو</w:t>
      </w:r>
    </w:p>
    <w:p>
      <w:r>
        <w:rPr>
          <w:b/>
        </w:rPr>
        <w:t xml:space="preserve">[1:04:28] </w:t>
      </w:r>
      <w:r>
        <w:t>yeh na ho</w:t>
      </w:r>
    </w:p>
    <w:p>
      <w:pPr>
        <w:jc w:val="right"/>
      </w:pPr>
      <w:r>
        <w:t>یہ نہ ہو</w:t>
      </w:r>
    </w:p>
    <w:p>
      <w:r>
        <w:rPr>
          <w:b/>
        </w:rPr>
        <w:t xml:space="preserve">[1:04:30] </w:t>
      </w:r>
      <w:r>
        <w:t>ke apne aap ko need par aap</w:t>
      </w:r>
    </w:p>
    <w:p>
      <w:pPr>
        <w:jc w:val="right"/>
      </w:pPr>
      <w:r>
        <w:t>کہ اپنے اپ کو نیڈ پر اپ</w:t>
      </w:r>
    </w:p>
    <w:p>
      <w:r>
        <w:rPr>
          <w:b/>
        </w:rPr>
        <w:t xml:space="preserve">[1:04:34] </w:t>
      </w:r>
      <w:r>
        <w:t>aa jayein basic us ko kehte hain basic need</w:t>
      </w:r>
    </w:p>
    <w:p>
      <w:pPr>
        <w:jc w:val="right"/>
      </w:pPr>
      <w:r>
        <w:t>ا جائیں بیسک اس کو کہتے ہیں بیسک نیڈ</w:t>
      </w:r>
    </w:p>
    <w:p>
      <w:r>
        <w:rPr>
          <w:b/>
        </w:rPr>
        <w:t xml:space="preserve">[1:04:39] </w:t>
      </w:r>
      <w:r>
        <w:t>basic need pe jab tak na aa jayein aap ab dekhein mein aap ko ek hadith sunata hoon</w:t>
      </w:r>
    </w:p>
    <w:p>
      <w:pPr>
        <w:jc w:val="right"/>
      </w:pPr>
      <w:r>
        <w:t>بیسک نیڈ پہ جب تک نہ ا جائیں اپ اب دیکھیں میں اپ کو ایک حدیث سناتا ہوں</w:t>
      </w:r>
    </w:p>
    <w:p>
      <w:r>
        <w:rPr>
          <w:b/>
        </w:rPr>
        <w:t xml:space="preserve">[1:04:44] </w:t>
      </w:r>
      <w:r>
        <w:t>yeh bhi spirituality to hai yeh wahan pe likha nahi rahega spirituality</w:t>
      </w:r>
    </w:p>
    <w:p>
      <w:pPr>
        <w:jc w:val="right"/>
      </w:pPr>
      <w:r>
        <w:t>یہ بھی اسپیریچولیٹی تو ہے یہ وہاں پہ لکھا نہیں رہے گا اسپیریچولیٹی</w:t>
      </w:r>
    </w:p>
    <w:p>
      <w:r>
        <w:rPr>
          <w:b/>
        </w:rPr>
        <w:t xml:space="preserve">[1:04:48] </w:t>
      </w:r>
      <w:r>
        <w:t>lekin woh spirituality ka super formula hai yeh</w:t>
      </w:r>
    </w:p>
    <w:p>
      <w:pPr>
        <w:jc w:val="right"/>
      </w:pPr>
      <w:r>
        <w:t>لیکن وہ اسپیریچولیٹی کا سپر فارمولا ہے یہ</w:t>
      </w:r>
    </w:p>
    <w:p>
      <w:r>
        <w:rPr>
          <w:b/>
        </w:rPr>
        <w:t xml:space="preserve">[1:04:53] </w:t>
      </w:r>
      <w:r>
        <w:t>hadith mein aata hai ke man kanlah bait yasknah wa khadiman yakhdamuh wa jalf al-khubz wal-ma'u fa-kanama hu'i hu'i dunya baha fi raha super formula hai yeh spirituality ka lekin wahan likha nahi rahega spirituality</w:t>
      </w:r>
    </w:p>
    <w:p>
      <w:pPr>
        <w:jc w:val="right"/>
      </w:pPr>
      <w:r>
        <w:t>حدیث میں اتا ہے کہ من کانلہ بیت یسکنہ وخادما یخدمہ وجلف الخبز والماء فکانما ہوئی ہوئی دنیا بہا فی رہا سپر فارمولا ہے یہ اسپیریچولیٹی کا لیکن وہاں لکھا نہیں رہے گا اسپیریچولیٹی</w:t>
      </w:r>
    </w:p>
    <w:p>
      <w:r>
        <w:rPr>
          <w:b/>
        </w:rPr>
        <w:t xml:space="preserve">[1:05:17] </w:t>
      </w:r>
      <w:r>
        <w:t>is ka translation yeh hai ke jis aadmi ke paas ek ghar ho jis mein reh sake zahir hai ke ek chota sa ghar simple sa jis aadmi ke paas ek ghar ho jis mein reh sake bas rehne ke qabil ghar without any comfort without any luxury rehne ke qabil jis ko urdu mein kehte hain sar chupaane ki jagah</w:t>
      </w:r>
    </w:p>
    <w:p>
      <w:pPr>
        <w:jc w:val="right"/>
      </w:pPr>
      <w:r>
        <w:t>اس کا ٹرانسلیشن یہ ہے کہ جس ادمی کے پاس ایک گھر ہو جس میں رہ سکے ظاہر ہے کہ ایک چھوٹا سا گھر سمپل سا جس ادمی کے پاس ایک گھر ہو جس میں رہ سکے بس رہنے کے قابل گھر ودا اؤٹ اینی کمفرٹ ودا اؤٹ اینی لگزری رہنے کے قابل جس کو اردو میں کہتے ہیں سر چھپانے کی جگہ</w:t>
      </w:r>
    </w:p>
    <w:p>
      <w:r>
        <w:rPr>
          <w:b/>
        </w:rPr>
        <w:t xml:space="preserve">[1:05:43] </w:t>
      </w:r>
      <w:r>
        <w:t>to aap ne farmaya ke jis aadmi ke paas ek ghar ho jis mein woh reh sake aur ek servant ho jis se woh kuch kaam karwa sake aur roti ka ek tukra aur ek glass pani to goya ke us ke us ko sari dunya mil gayi</w:t>
      </w:r>
    </w:p>
    <w:p>
      <w:pPr>
        <w:jc w:val="right"/>
      </w:pPr>
      <w:r>
        <w:t>تو اپ نے فرمایا کہ جس ادمی کے پاس ایک گھر ہو جس میں وہ رہ سکے اور ایک سرونٹ ہو جس سے وہ کچھ کام کروا سکے اور روٹی کا ایک ٹکڑا اور ایک گلاس پانی تو گویا کہ اس کے اس کو ساری دنیا مل گئی</w:t>
      </w:r>
    </w:p>
    <w:p>
      <w:r>
        <w:rPr>
          <w:b/>
        </w:rPr>
        <w:t xml:space="preserve">[1:06:11] </w:t>
      </w:r>
      <w:r>
        <w:t>yeh hai contentment contentment without contentment no spirituality at all aap ko apne aap ko content par lana parega poverty aur yeh sab irrelevant words hain poverty ho tab bhi ek aadmi jale ga hasad mein ke dekho un ke paas bohat hai hum ko hamare paas kuch nahi hai to apne ko peeche hatana parega</w:t>
      </w:r>
    </w:p>
    <w:p>
      <w:pPr>
        <w:jc w:val="right"/>
      </w:pPr>
      <w:r>
        <w:t>یہ ہے کنٹینمنٹ کنٹینمنٹ ودا اؤٹ کنٹینمنٹ نو اسپیریچولیٹی ایٹ ال اپ کو اپنے اپ کو کنٹینٹ پر لانا پڑے گا پاورٹی اور یہ سب اریلیونٹ शब्द ہیں پاورٹی ہو تب بھی ایک ادمی جلے گا حسد میں کہ دیکھو ان کے پاس بہت ہے ہم کو ہمارے پاس کچھ نہیں ہے تو اپنے کو پیچھے ہٹانا پڑے گا</w:t>
      </w:r>
    </w:p>
    <w:p>
      <w:r>
        <w:rPr>
          <w:b/>
        </w:rPr>
        <w:t xml:space="preserve">[1:06:40] </w:t>
      </w:r>
      <w:r>
        <w:t>bilkul simple life bilkul saada khana bilkul saada bed bilkul saada ghar isi mein apne ko isi mein woh karna parega yani contentment hona parega isi par aisa nahi ke bhai kya karein kuch hai nahi isi par khush hona parega aap ko isi par razi hona parega aap ko tab bhi spirituality ki ki starting hoti hai matlab unfolding shuru hoti hai</w:t>
      </w:r>
    </w:p>
    <w:p>
      <w:pPr>
        <w:jc w:val="right"/>
      </w:pPr>
      <w:r>
        <w:t>بالکل سمپل لائف بالکل سادہ کھانا بالکل سادہ بیڈ بالکل سادہ گھر اسی میں اپنے کو اسی میں وہ کرنا پڑے گا یعنی کنٹینمنٹ ہونا پڑے گا اسی پر ایسا نہیں کہ بھئی کیا کریں کچھ ہے نہیں اسی پر خوش ہونا پڑے گا اپ کو اسی پر راضی ہونا پڑے گا اپ کو تب بھی اسپیریچولیٹی کی کی سٹارٹنگ ہوتی ہے مطلب ان فولڈنگ شروع ہوتی ہے</w:t>
      </w:r>
    </w:p>
    <w:p>
      <w:r>
        <w:rPr>
          <w:b/>
        </w:rPr>
        <w:t xml:space="preserve">[1:07:06] </w:t>
      </w:r>
      <w:r>
        <w:t>is ki nature mein jo bhari hui hai spirituality is ki unfolding jab shuru hogi jab aap</w:t>
      </w:r>
    </w:p>
    <w:p>
      <w:pPr>
        <w:jc w:val="right"/>
      </w:pPr>
      <w:r>
        <w:t>اس کی نیچر میں جو بھری ہوئی ہے اسپیریچولیٹی اس کی ان فولڈنگ جب شروع ہوگی جب اپ</w:t>
      </w:r>
    </w:p>
    <w:p>
      <w:r>
        <w:rPr>
          <w:b/>
        </w:rPr>
        <w:t xml:space="preserve">[1:07:11] </w:t>
      </w:r>
      <w:r>
        <w:t>har cheez se cut apne aap ko yani apne concern hata lein har cheez se</w:t>
      </w:r>
    </w:p>
    <w:p>
      <w:pPr>
        <w:jc w:val="right"/>
      </w:pPr>
      <w:r>
        <w:t>ہر چیز سے کٹ اپنے اپ کو یعنی اپنے کنسرن ہٹا لیں ہر چیز سے</w:t>
      </w:r>
    </w:p>
    <w:p>
      <w:r>
        <w:rPr>
          <w:b/>
        </w:rPr>
        <w:t xml:space="preserve">[1:07:18] </w:t>
      </w:r>
      <w:r>
        <w:t>concern logon ka bikhra hua hai bikhra hua hai bikhra hua hai concern</w:t>
      </w:r>
    </w:p>
    <w:p>
      <w:pPr>
        <w:jc w:val="right"/>
      </w:pPr>
      <w:r>
        <w:t>کنسرن لوگوں کا بکھرا ہوا ہے بکھرا ہوا ہے بکھرا ہوا ہے کنسرن</w:t>
      </w:r>
    </w:p>
    <w:p>
      <w:r>
        <w:rPr>
          <w:b/>
        </w:rPr>
        <w:t xml:space="preserve">[1:07:23] </w:t>
      </w:r>
      <w:r>
        <w:t>ab dekhein mere mere sath ek sahab ek molana sahab the baqayda madarse ke padhe hue to hum</w:t>
      </w:r>
    </w:p>
    <w:p>
      <w:pPr>
        <w:jc w:val="right"/>
      </w:pPr>
      <w:r>
        <w:t>اب دیکھیں میرے میرے ساتھ ایک صاحب ایک مولانا صاحب تھے باقاعدہ مدرسے کے پڑھے ہوئے تو ہم</w:t>
      </w:r>
    </w:p>
    <w:p>
      <w:r>
        <w:rPr>
          <w:b/>
        </w:rPr>
        <w:t xml:space="preserve">[1:07:30] </w:t>
      </w:r>
      <w:r>
        <w:t>do ek safar mein hum dono the sath aksar woh un ki wajah se program late ho jata</w:t>
      </w:r>
    </w:p>
    <w:p>
      <w:pPr>
        <w:jc w:val="right"/>
      </w:pPr>
      <w:r>
        <w:t>دو ایک سفر میں ہم دونوں تھے ساتھ اکثر وہ ان کی وجہ سے پروگرام لیٹ ہو جاتا</w:t>
      </w:r>
    </w:p>
    <w:p>
      <w:r>
        <w:rPr>
          <w:b/>
        </w:rPr>
        <w:t xml:space="preserve">[1:07:35] </w:t>
      </w:r>
      <w:r>
        <w:t>tha</w:t>
      </w:r>
    </w:p>
    <w:p>
      <w:pPr>
        <w:jc w:val="right"/>
      </w:pPr>
      <w:r>
        <w:t>تھا</w:t>
      </w:r>
    </w:p>
    <w:p>
      <w:r>
        <w:rPr>
          <w:b/>
        </w:rPr>
        <w:t xml:space="preserve">[1:07:37] </w:t>
      </w:r>
      <w:r>
        <w:t>aksar hum gaye the kahin</w:t>
      </w:r>
    </w:p>
    <w:p>
      <w:pPr>
        <w:jc w:val="right"/>
      </w:pPr>
      <w:r>
        <w:t>اکثر ہم گئے تھے کہیں</w:t>
      </w:r>
    </w:p>
    <w:p>
      <w:r>
        <w:rPr>
          <w:b/>
        </w:rPr>
        <w:t xml:space="preserve">[1:07:41] </w:t>
      </w:r>
      <w:r>
        <w:t>kai deshon mein gaye the to kisi hotel mein theharte the to kisi se kisi ne is ko</w:t>
      </w:r>
    </w:p>
    <w:p>
      <w:pPr>
        <w:jc w:val="right"/>
      </w:pPr>
      <w:r>
        <w:t>کئی دیشوں میں گئے تھے تو کسی ہوٹل میں ٹھہرتے تھے تو کسی سے کسی نے اس کو</w:t>
      </w:r>
    </w:p>
    <w:p>
      <w:r>
        <w:rPr>
          <w:b/>
        </w:rPr>
        <w:t xml:space="preserve">[1:07:48] </w:t>
      </w:r>
      <w:r>
        <w:t>sponsor kiya tha to gaye the to bahal woh mere hote hain helper ke taur par gaye the</w:t>
      </w:r>
    </w:p>
    <w:p>
      <w:pPr>
        <w:jc w:val="right"/>
      </w:pPr>
      <w:r>
        <w:t>سپانسر کیا تھا تو گئے تھے تو بہرحال وہ میرے ہوتے ہیں ہیلپر کے طور پر گئے تھے</w:t>
      </w:r>
    </w:p>
    <w:p>
      <w:r>
        <w:rPr>
          <w:b/>
        </w:rPr>
        <w:t xml:space="preserve">[1:07:53] </w:t>
      </w:r>
      <w:r>
        <w:t>woh to kya hota hai ab hotel mein hum hain ab to hum tayar ho gaye ab tayar</w:t>
      </w:r>
    </w:p>
    <w:p>
      <w:pPr>
        <w:jc w:val="right"/>
      </w:pPr>
      <w:r>
        <w:t>وہ تو کیا ہوتا ہے اب ہوٹل میں ہم ہیں اب تو ہم تیار ہو گئے اب تیار</w:t>
      </w:r>
    </w:p>
    <w:p>
      <w:r>
        <w:rPr>
          <w:b/>
        </w:rPr>
        <w:t xml:space="preserve">[1:07:59] </w:t>
      </w:r>
      <w:r>
        <w:t>kya hamein to koi tayyar kiya uthe uthe rawana ho ke chalne ke liye ab kya ab wait</w:t>
      </w:r>
    </w:p>
    <w:p>
      <w:pPr>
        <w:jc w:val="right"/>
      </w:pPr>
      <w:r>
        <w:t>کیا ہمیں تو کوئی تیار کیا اٹھے اٹھے روانہ ہو کے چلنے کے لیے اب کیا اب ویٹ</w:t>
      </w:r>
    </w:p>
    <w:p>
      <w:r>
        <w:rPr>
          <w:b/>
        </w:rPr>
        <w:t xml:space="preserve">[1:08:03] </w:t>
      </w:r>
      <w:r>
        <w:t>kar rahe hain in ko bhi chaliye ab woh baithe hue hain kya hua bhai</w:t>
      </w:r>
    </w:p>
    <w:p>
      <w:pPr>
        <w:jc w:val="right"/>
      </w:pPr>
      <w:r>
        <w:t>کر رہے ہیں ان کو بھی چلیے اب وہ بیٹھے ہوئے ہیں کیا ہوا بھئی</w:t>
      </w:r>
    </w:p>
    <w:p>
      <w:r>
        <w:rPr>
          <w:b/>
        </w:rPr>
        <w:t xml:space="preserve">[1:08:07] </w:t>
      </w:r>
      <w:r>
        <w:t>woh is ke diya tha woh kya kehte hain us ko dry cleaning ke liye woh kapra bhi</w:t>
      </w:r>
    </w:p>
    <w:p>
      <w:pPr>
        <w:jc w:val="right"/>
      </w:pPr>
      <w:r>
        <w:t>وہ اس کے دیا تھا وہ کیا کہتے ہیں اس کو ڈرائی کلیننگ کے لیے وہ کپڑا بھی</w:t>
      </w:r>
    </w:p>
    <w:p>
      <w:r>
        <w:rPr>
          <w:b/>
        </w:rPr>
        <w:t xml:space="preserve">[1:08:14] </w:t>
      </w:r>
      <w:r>
        <w:t>nahi aaya hai</w:t>
      </w:r>
    </w:p>
    <w:p>
      <w:pPr>
        <w:jc w:val="right"/>
      </w:pPr>
      <w:r>
        <w:t>نہیں ایا ہے</w:t>
      </w:r>
    </w:p>
    <w:p>
      <w:r>
        <w:rPr>
          <w:b/>
        </w:rPr>
        <w:t xml:space="preserve">[1:08:16] </w:t>
      </w:r>
      <w:r>
        <w:t>aur jab abhi press nahi hua hai</w:t>
      </w:r>
    </w:p>
    <w:p>
      <w:pPr>
        <w:jc w:val="right"/>
      </w:pPr>
      <w:r>
        <w:t>اور جب ابھی پریس نہیں ہوا ہے</w:t>
      </w:r>
    </w:p>
    <w:p>
      <w:r>
        <w:rPr>
          <w:b/>
        </w:rPr>
        <w:t xml:space="preserve">[1:08:20] </w:t>
      </w:r>
      <w:r>
        <w:t>isi kapre ka chakar rehta hai to un ka dhoya dhoya nahi gaya hai press nahi hua hai</w:t>
      </w:r>
    </w:p>
    <w:p>
      <w:pPr>
        <w:jc w:val="right"/>
      </w:pPr>
      <w:r>
        <w:t>اسی کپڑے کا چکر رہتا ہے تو ان کا دھویا دھویا نہیں گیا ہے پریس نہیں ہوا ہے</w:t>
      </w:r>
    </w:p>
    <w:p>
      <w:r>
        <w:rPr>
          <w:b/>
        </w:rPr>
        <w:t xml:space="preserve">[1:08:24] </w:t>
      </w:r>
      <w:r>
        <w:t>aur isi mein hamesha late hote the aap to in ko spirituality kahan se aayegi in ke</w:t>
      </w:r>
    </w:p>
    <w:p>
      <w:pPr>
        <w:jc w:val="right"/>
      </w:pPr>
      <w:r>
        <w:t>اور اسی میں ہمیشہ لیٹ ہوتے تھے اپ تو ان کو اسپیریچولیٹی کہاں سے ائے گی ان کے</w:t>
      </w:r>
    </w:p>
    <w:p>
      <w:r>
        <w:rPr>
          <w:b/>
        </w:rPr>
        <w:t xml:space="preserve">[1:08:29] </w:t>
      </w:r>
      <w:r>
        <w:t>andar tumhare beech mein rawana kar diya in ko wapas kar diya ke bhai aap dekhein hamare sath</w:t>
      </w:r>
    </w:p>
    <w:p>
      <w:pPr>
        <w:jc w:val="right"/>
      </w:pPr>
      <w:r>
        <w:t>اندر تمہارے بیچ میں روانہ کر دیا ان کو واپس کر دیا کہ بھئی اپ دیکھیں ہمارے ساتھ</w:t>
      </w:r>
    </w:p>
    <w:p>
      <w:r>
        <w:rPr>
          <w:b/>
        </w:rPr>
        <w:t xml:space="preserve">[1:08:33] </w:t>
      </w:r>
      <w:r>
        <w:t>aap ka nahi chal sakta hala fraq beeni o bank</w:t>
      </w:r>
    </w:p>
    <w:p>
      <w:pPr>
        <w:jc w:val="right"/>
      </w:pPr>
      <w:r>
        <w:t>اپ کا نہیں چل سکتا حالا فراق بینی و بینک</w:t>
      </w:r>
    </w:p>
    <w:p>
      <w:r>
        <w:rPr>
          <w:b/>
        </w:rPr>
        <w:t xml:space="preserve">[1:08:38] </w:t>
      </w:r>
      <w:r>
        <w:t>hamein kuch bhi nahi uthe chale gaye matlab uthe chale gaye jo hai wohi kha liya</w:t>
      </w:r>
    </w:p>
    <w:p>
      <w:pPr>
        <w:jc w:val="right"/>
      </w:pPr>
      <w:r>
        <w:t>ہمیں کچھ بھی نہیں اٹھے چلے گئے مطلب اٹھے چلے گئے جو ہے وہی کھا لیا</w:t>
      </w:r>
    </w:p>
    <w:p>
      <w:r>
        <w:rPr>
          <w:b/>
        </w:rPr>
        <w:t xml:space="preserve">[1:08:47] </w:t>
      </w:r>
      <w:r>
        <w:t>to yeh sab hai distraction log jo hai apna concern lagaye hue hain kahin kahin kahin kahin lagaye hue hain har waqt distraction jeeta hai insan aaj ka</w:t>
      </w:r>
    </w:p>
    <w:p>
      <w:pPr>
        <w:jc w:val="right"/>
      </w:pPr>
      <w:r>
        <w:t>تو یہ سب ہے ڈسٹریکشن لوگ جو ہے اپنا کنسرن لگائے ہوئے ہیں کہیں کہیں کہیں کہیں لگائے ہوئے ہیں ہر وقت ڈسٹریکشن جیتا ہے انسان اج کا</w:t>
      </w:r>
    </w:p>
    <w:p>
      <w:r>
        <w:rPr>
          <w:b/>
        </w:rPr>
        <w:t xml:space="preserve">[1:09:03] </w:t>
      </w:r>
      <w:r>
        <w:t>i don't know any exception sab ka haal yahi koi koi distraction</w:t>
      </w:r>
    </w:p>
    <w:p>
      <w:pPr>
        <w:jc w:val="right"/>
      </w:pPr>
      <w:r>
        <w:t>ائی ڈونٹ نو اینی ایکسیپشن سب کا حال یہی کوئی کوئی ڈسٹریکشن</w:t>
      </w:r>
    </w:p>
    <w:p>
      <w:r>
        <w:rPr>
          <w:b/>
        </w:rPr>
        <w:t xml:space="preserve">[1:09:09] </w:t>
      </w:r>
      <w:r>
        <w:t>un necessary burden ek liya hua hai apne mind par un necessary burden mein to koi burden nahi leta main kaha karta hoon farida se maine kaha ke main dunya ka sab se bara status quest hoon mere jaisa status koi na paida hua na paida hoga jo hai wohi theek hai jo hai wohi theek hai jo hai wohi theek hai to kya hai status quest mein kyun ban gaya</w:t>
      </w:r>
    </w:p>
    <w:p>
      <w:pPr>
        <w:jc w:val="right"/>
      </w:pPr>
      <w:r>
        <w:t>ان نیسیسری برڈن ایک لیا ہوا ہے اپنے مائنڈ پر ان نیسیسری برڈن میں تو کوئی برڈن نہیں لیتا میں کہا کرتا ہوں فریدہ سے میں نے کہا کہ میں دنیا کا سب سے بڑا اسٹیٹس کوئسٹ ہوں میرے جیسا اسٹیٹس کوئی نہ پیدا ہوا نہ پیدا ہوگا جو ہے وہی ٹھیک ہے جو ہے وہی ٹھیک ہے جو ہے وہی ٹھیک ہے تو کیا ہے اسٹیٹس کوئسٹ میں کیوں بن گیا</w:t>
      </w:r>
    </w:p>
    <w:p>
      <w:r>
        <w:rPr>
          <w:b/>
        </w:rPr>
        <w:t xml:space="preserve">[1:09:37] </w:t>
      </w:r>
      <w:r>
        <w:t>distraction se apne ko bachane ke liye aur jis se kyun bachana hai distraction se kyunke bhai spirituality us ko unfold hona chahiye process of unfolding aur not not not stop chalna chahiye is liye maine apne aap ko yani dunya ke sab se bara status quest bana liya status quest jo hai wohi theek hai</w:t>
      </w:r>
    </w:p>
    <w:p>
      <w:pPr>
        <w:jc w:val="right"/>
      </w:pPr>
      <w:r>
        <w:t>ڈسٹریکشن سے اپنے کو بچانے کے لیے اور جس سے کیوں بچانا ہے ڈسٹریکشن سے کیونکہ بھئی اسپیریچولیٹی اس کو ان فولڈ ہونا چاہیے پراسیس اف ان فولڈنگ اور ناٹ ناٹ ناٹ اسٹاپ چلنا چاہیے اس لیے میں نے اپنے اپ کو یعنی دنیا کے سب سے بڑا اسٹیٹس کوئسٹ بنا لیا اسٹیٹس کوئسٹ جو ہے وہی ٹھیک ہے</w:t>
      </w:r>
    </w:p>
    <w:p>
      <w:r>
        <w:rPr>
          <w:b/>
        </w:rPr>
        <w:t xml:space="preserve">[1:10:04] </w:t>
      </w:r>
      <w:r>
        <w:t>to ek sher hai kisi ka ke jis ko ho jaan abdul aziz isi gali mein jaye kyun matlab is ka ek line hai ke jis ko ho jaan abdul aziz isi gali mein jaye kyun matlab hai ke jis ko aur aur cheezon se lagao hai to us ko spirituality ki baat kyun kare woh phir</w:t>
      </w:r>
    </w:p>
    <w:p>
      <w:pPr>
        <w:jc w:val="right"/>
      </w:pPr>
      <w:r>
        <w:t>تو ایک شعر ہے کسی کا کہ جس کو ہو جان عبدالعزیز اسی گلی میں جائے کیوں مطلب اس کا ایک لائن ہے کہ جس کو ہو جان عبدالعزیز اسی گلی میں جائے کیوں مطلب ہے کہ جس کو اور اور چیزوں سے لگاؤ ہے تو اس کو اسپیریچولیٹی کی بات کیوں کرے وہ پھر</w:t>
      </w:r>
    </w:p>
    <w:p>
      <w:r>
        <w:rPr>
          <w:b/>
        </w:rPr>
        <w:t xml:space="preserve">[1:10:26] </w:t>
      </w:r>
      <w:r>
        <w:t>aap ka concern agar bikhra hua hai aap concern aap ke andar concentration nahi hai agar aap ka contentment nahi hai to phir aap spirituality ka khwab dekhna chhod dijiye</w:t>
      </w:r>
    </w:p>
    <w:p>
      <w:pPr>
        <w:jc w:val="right"/>
      </w:pPr>
      <w:r>
        <w:t>اپ کا کنسرن اگر بکھرا ہوا ہے اپ کنسرن اپ کے اندر کنسنٹریشن نہیں ہے اگر اپ کا کنٹینمنٹ نہیں ہے تو پھر اپ اسپیریچولیٹی کا خواب دیکھنا چھوڑ دیجئے</w:t>
      </w:r>
    </w:p>
    <w:p>
      <w:r>
        <w:rPr>
          <w:b/>
        </w:rPr>
        <w:t xml:space="preserve">[1:10:42] </w:t>
      </w:r>
      <w:r>
        <w:t>isi ko kaha tha kabir ne kabira khada bazaar mein liye lo ata hath jo ghar ja raha hai aap na chalen hamare sath</w:t>
      </w:r>
    </w:p>
    <w:p>
      <w:pPr>
        <w:jc w:val="right"/>
      </w:pPr>
      <w:r>
        <w:t>اسی کو کہا تھا کبیر نے کبیرہ کھڑا بازار میں لیے لو اٹا ہاتھ جو گھر جا رہا ہے اپ نہ چلیں ہمارے ساتھ</w:t>
      </w:r>
    </w:p>
    <w:p>
      <w:r>
        <w:rPr>
          <w:b/>
        </w:rPr>
        <w:t xml:space="preserve">[1:10:54] </w:t>
      </w:r>
      <w:r>
        <w:t>to spirituality jo hai woh sacrifice mangti hai woh sacrifice kis baat ki ke unfolding process jo hai not stop chalta rahe is ki sacrifice sacrifice kya hai har doosre concern ko badan band khatam karna ko</w:t>
      </w:r>
    </w:p>
    <w:p>
      <w:pPr>
        <w:jc w:val="right"/>
      </w:pPr>
      <w:r>
        <w:t>تو اسپیریچولیٹی جو ہے وہ سیکریفائس مانگتی ہے وہ سیکریفائس کس بات کی کہ ان فولڈنگ پروسیس جو ہے ناٹ اسٹاپ چلتا رہے اس کی سیکریفائس سیکریفائس کیا ہے ہر دوسرے کنسرن کو بدن بند ختم کرنا کو</w:t>
      </w:r>
    </w:p>
    <w:p>
      <w:r>
        <w:rPr>
          <w:b/>
        </w:rPr>
        <w:t xml:space="preserve">[1:11:16] </w:t>
      </w:r>
      <w:r>
        <w:t>i doosra concern na rahe mera aur bas is ke baad spirituality to apne aap jaise ubli pad rahi hai apne aap ubli pad rahi hai apne aap ubhal pad rahi hai</w:t>
      </w:r>
    </w:p>
    <w:p>
      <w:pPr>
        <w:jc w:val="right"/>
      </w:pPr>
      <w:r>
        <w:t>ئی دوسرا کنسرن نہ رہے میرا اور بس اس کے بعد اسپیریچولیٹی تو اپنے اپ جیسے ابلی پڑ رہی ہے اپنے اپ ابل رہی ہے اپنے اپ ابل پڑ رہی ہے</w:t>
      </w:r>
    </w:p>
    <w:p>
      <w:r>
        <w:rPr>
          <w:b/>
        </w:rPr>
        <w:t xml:space="preserve">[1:11:30] </w:t>
      </w:r>
      <w:r>
        <w:t>woh jo quran mein hai ke</w:t>
      </w:r>
    </w:p>
    <w:p>
      <w:pPr>
        <w:jc w:val="right"/>
      </w:pPr>
      <w:r>
        <w:t>وہ جو قران میں ہے کہ</w:t>
      </w:r>
    </w:p>
    <w:p>
      <w:r>
        <w:rPr>
          <w:b/>
        </w:rPr>
        <w:t xml:space="preserve">[1:11:37] </w:t>
      </w:r>
      <w:r>
        <w:t>ke khuda ne yahan par ek noor rakh diya hai surah noor mein padh lijiye aap us ko roshni light ek light bhari hui hai bilkul light bhari hui hai bilkul nikalne ke liye woh bilkul behtar hai to is mein misaal di gayi ke agar woh bohat zabardast qism ka inflammable item hai to door se yahan jaisa yahan rahe gi aur bhadak jaye ga yahan par</w:t>
      </w:r>
    </w:p>
    <w:p>
      <w:pPr>
        <w:jc w:val="right"/>
      </w:pPr>
      <w:r>
        <w:t>کہ خدا نے یہاں پر ایک نور رکھ دیا ہے سورہ نور میں پڑھ لیجئے اپ اس کو روشنی لائٹ ایک لائٹ بھری ہوئی ہے بالکل لائٹ بھری ہوئی ہے بالکل نکلنے کے لیے وہ بالکل بہتر ہے تو اس میں مثال دی گئی کہ اگر وہ بہت زبردست قسم کا انفلیبل ائٹم ہے تو دور سے یہاں جیسا یہاں رہے گی اور بھڑک جائے گا یہاں پر</w:t>
      </w:r>
    </w:p>
    <w:p>
      <w:r>
        <w:rPr>
          <w:b/>
        </w:rPr>
        <w:t xml:space="preserve">[1:12:05] </w:t>
      </w:r>
      <w:r>
        <w:t>abhi aag door hi rahe gi aur bhadak uthe ga woh yeh hai spirituality khuda ne bhar diya hai yahan par spirituality ka bhandar hai aap ke andar lekin us ko unfold hona hai potential sense mein hai woh ab unfold hone ka aap ka kaam hai ke unfold karein ya na karein woh to apne aap bh</w:t>
      </w:r>
    </w:p>
    <w:p>
      <w:pPr>
        <w:jc w:val="right"/>
      </w:pPr>
      <w:r>
        <w:t>ابھی اگ دور ہی رہے گی اور بھڑک اٹھے گا وہ یہ ہے اسپیریچولیٹی خدا نے بھر دیا ہے یہاں پر اسپیریچولیٹی کا بھنڈار ہے اپ کے اندر لیکن اس کو ان فولڈ ہونا ہے پوٹینشل سینس میں ہے وہ اب ان فولڈ ہونے کا اپ کا کام ہے کہ ان فولڈ کریں یا نہ کریں وہ تو اپنے اپ بھ</w:t>
      </w:r>
    </w:p>
    <w:p>
      <w:r>
        <w:rPr>
          <w:b/>
        </w:rPr>
        <w:t xml:space="preserve">[1:12:30] </w:t>
      </w:r>
      <w:r>
        <w:t>ra hua hai main is ki baat nahi karta ecstasy ki baat nahi karta woh to ek false</w:t>
      </w:r>
    </w:p>
    <w:p>
      <w:pPr>
        <w:jc w:val="right"/>
      </w:pPr>
      <w:r>
        <w:t>را ہوا ہے میں اس کی بات نہیں کرتا ایکسٹیسی کی بات نہیں کرتا وہ تو ایک فالس</w:t>
      </w:r>
    </w:p>
    <w:p>
      <w:r>
        <w:rPr>
          <w:b/>
        </w:rPr>
        <w:t xml:space="preserve">[1:12:35] </w:t>
      </w:r>
      <w:r>
        <w:t>spirituality hai ecstasy jo hai</w:t>
      </w:r>
    </w:p>
    <w:p>
      <w:pPr>
        <w:jc w:val="right"/>
      </w:pPr>
      <w:r>
        <w:t>اسپیریچولیٹی ہے ایکسٹیسی جو ہے</w:t>
      </w:r>
    </w:p>
    <w:p>
      <w:r>
        <w:rPr>
          <w:b/>
        </w:rPr>
        <w:t xml:space="preserve">[1:12:40] </w:t>
      </w:r>
      <w:r>
        <w:t>woh to false spirituality hai main is ko nahi manta lekin sachi spirituality jo hai woh to andar</w:t>
      </w:r>
    </w:p>
    <w:p>
      <w:pPr>
        <w:jc w:val="right"/>
      </w:pPr>
      <w:r>
        <w:t>وہ تو فالس اسپیریچولیٹی ہے میں اس کو نہیں مانتا لیکن سچی اسپیریچولیٹی جو ہے وہ تو اندر</w:t>
      </w:r>
    </w:p>
    <w:p>
      <w:r>
        <w:rPr>
          <w:b/>
        </w:rPr>
        <w:t xml:space="preserve">[1:12:46] </w:t>
      </w:r>
      <w:r>
        <w:t>ek bhandar hai is ko nikalna hi nikalna hai</w:t>
      </w:r>
    </w:p>
    <w:p>
      <w:pPr>
        <w:jc w:val="right"/>
      </w:pPr>
      <w:r>
        <w:t>ایک بھنڈار ہے اس کو نکلنا ہی نکلنا ہے</w:t>
      </w:r>
    </w:p>
    <w:p>
      <w:r>
        <w:rPr>
          <w:b/>
        </w:rPr>
        <w:t xml:space="preserve">[1:12:51] </w:t>
      </w:r>
      <w:r>
        <w:t>bashart ke aap rukawat na dalen</w:t>
      </w:r>
    </w:p>
    <w:p>
      <w:pPr>
        <w:jc w:val="right"/>
      </w:pPr>
      <w:r>
        <w:t>بشرط کہ اپ رکاوٹ نہ ڈالیں</w:t>
      </w:r>
    </w:p>
    <w:p>
      <w:r>
        <w:rPr>
          <w:b/>
        </w:rPr>
        <w:t xml:space="preserve">[1:12:55] </w:t>
      </w:r>
      <w:r>
        <w:t>is ko aap koi bhi aap surah noor mein padh lijiye aap taqaza sunar</w:t>
      </w:r>
    </w:p>
    <w:p>
      <w:pPr>
        <w:jc w:val="right"/>
      </w:pPr>
      <w:r>
        <w:t>اس کو اپ کوئی بھی اپ سورہ نور میں پڑھ لیجئے اپ تقاضا سنار</w:t>
      </w:r>
    </w:p>
    <w:p>
      <w:r>
        <w:rPr>
          <w:b/>
        </w:rPr>
        <w:t xml:space="preserve">[1:13:02] </w:t>
      </w:r>
      <w:r>
        <w:t>aag nish hue aur bhadak utha hai woh</w:t>
      </w:r>
    </w:p>
    <w:p>
      <w:pPr>
        <w:jc w:val="right"/>
      </w:pPr>
      <w:r>
        <w:t>اگ نش ہوئے اور بھڑک اٹھا ہے وہ</w:t>
      </w:r>
    </w:p>
    <w:p>
      <w:r>
        <w:rPr>
          <w:b/>
        </w:rPr>
        <w:t xml:space="preserve">[1:13:05] </w:t>
      </w:r>
      <w:r>
        <w:t>itna zyada us ke andar woh hai itna zyada woh inflammable hai woh</w:t>
      </w:r>
    </w:p>
    <w:p>
      <w:pPr>
        <w:jc w:val="right"/>
      </w:pPr>
      <w:r>
        <w:t>اتنا زیادہ اس کے اندر وہ ہے اتنا زیادہ وہ انفلیمیبل ہے وہ</w:t>
      </w:r>
    </w:p>
    <w:p>
      <w:r>
        <w:rPr>
          <w:b/>
        </w:rPr>
        <w:t xml:space="preserve">[1:13:12] </w:t>
      </w:r>
      <w:r>
        <w:t>aur kya sahib maulana sahib isi se related ek sawal aur hai ke koi bhi insan apne andar sabr ka maada kaise paida karega is ke liye kya karna chahiye sab se asan hai sabr ka maada paida karna is se zyada asan koi cheez hi nahi ignore kijiye bas ye jo bhadakte hain aap is ko ignore kijiye bas sabr hi sabr</w:t>
      </w:r>
    </w:p>
    <w:p>
      <w:pPr>
        <w:jc w:val="right"/>
      </w:pPr>
      <w:r>
        <w:t>اور کیا صاحب مولانا صاحب اسی سے ریلیٹڈ ایک سوال اور ہے کہ کوئی بھی انسان اپنے اندر صبر کا مادہ کیسے پیدا کرے گا اس کے لیے کیا کرنا چاہیے سب سے اسان ہے صبر کا مادہ پیدا کرنا اس سے زیادہ اسان کوئی چیز ہی نہیں اگنور کیجئے بس یہ جو بھڑکتے ہیں اپ اس کو اگنور کیجئے بس صبر ہی صبر</w:t>
      </w:r>
    </w:p>
    <w:p>
      <w:r>
        <w:rPr>
          <w:b/>
        </w:rPr>
        <w:t xml:space="preserve">[1:13:32] </w:t>
      </w:r>
      <w:r>
        <w:t>hai sab se asan cheez hai sabr</w:t>
      </w:r>
    </w:p>
    <w:p>
      <w:pPr>
        <w:jc w:val="right"/>
      </w:pPr>
      <w:r>
        <w:t>ہے سب سے اسان چیز ہے صبر</w:t>
      </w:r>
    </w:p>
    <w:p>
      <w:r>
        <w:rPr>
          <w:b/>
        </w:rPr>
        <w:t xml:space="preserve">[1:13:36] </w:t>
      </w:r>
      <w:r>
        <w:t>kyun ke dekhein kya hai main aksar kaha karta hoon ke jo problem yahan paida ho woh yahin se</w:t>
      </w:r>
    </w:p>
    <w:p>
      <w:pPr>
        <w:jc w:val="right"/>
      </w:pPr>
      <w:r>
        <w:t>کیونکہ دیکھیں کیا ہے میں اکثر کہا کرتا ہوں کہ جو پرابلم یہاں پیدا ہو وہ یہیں سے</w:t>
      </w:r>
    </w:p>
    <w:p>
      <w:r>
        <w:rPr>
          <w:b/>
        </w:rPr>
        <w:t xml:space="preserve">[1:13:42] </w:t>
      </w:r>
      <w:r>
        <w:t>khatam ho sakta ho is se zyada asan kya hai bhai yahi to main bhadakta hoon</w:t>
      </w:r>
    </w:p>
    <w:p>
      <w:pPr>
        <w:jc w:val="right"/>
      </w:pPr>
      <w:r>
        <w:t>ختم ہو سکتا ہو اس سے زیادہ اسان کیا ہے بھئی یہی تو میں بھڑکتا ہوں</w:t>
      </w:r>
    </w:p>
    <w:p>
      <w:r>
        <w:rPr>
          <w:b/>
        </w:rPr>
        <w:t xml:space="preserve">[1:13:49] </w:t>
      </w:r>
      <w:r>
        <w:t>yahi to impatient hota hoon main</w:t>
      </w:r>
    </w:p>
    <w:p>
      <w:pPr>
        <w:jc w:val="right"/>
      </w:pPr>
      <w:r>
        <w:t>یہی تو امپیشنٹ ہوتا ہوں میں</w:t>
      </w:r>
    </w:p>
    <w:p>
      <w:r>
        <w:rPr>
          <w:b/>
        </w:rPr>
        <w:t xml:space="preserve">[1:13:52] </w:t>
      </w:r>
      <w:r>
        <w:t>to is mein kya mushkil hai</w:t>
      </w:r>
    </w:p>
    <w:p>
      <w:pPr>
        <w:jc w:val="right"/>
      </w:pPr>
      <w:r>
        <w:t>تو اس میں کیا مشکل ہے</w:t>
      </w:r>
    </w:p>
    <w:p>
      <w:r>
        <w:rPr>
          <w:b/>
        </w:rPr>
        <w:t xml:space="preserve">[1:13:55] </w:t>
      </w:r>
      <w:r>
        <w:t>diffuse kar dijiye is ko</w:t>
      </w:r>
    </w:p>
    <w:p>
      <w:pPr>
        <w:jc w:val="right"/>
      </w:pPr>
      <w:r>
        <w:t>ڈیفیوز کر دیجئے اس کو</w:t>
      </w:r>
    </w:p>
    <w:p>
      <w:r>
        <w:rPr>
          <w:b/>
        </w:rPr>
        <w:t xml:space="preserve">[1:13:58] </w:t>
      </w:r>
      <w:r>
        <w:t>is mein aap itna qeen na ho jaiye hum to delay karte hain sabr</w:t>
      </w:r>
    </w:p>
    <w:p>
      <w:pPr>
        <w:jc w:val="right"/>
      </w:pPr>
      <w:r>
        <w:t>اس میں اپ اتنا قین نہ ہو جائیے ہم تو ڈیلی کرتے ہیں صبر</w:t>
      </w:r>
    </w:p>
    <w:p>
      <w:r>
        <w:rPr>
          <w:b/>
        </w:rPr>
        <w:t xml:space="preserve">[1:14:03] </w:t>
      </w:r>
      <w:r>
        <w:t>daily mujhe subah shaam bohat hi bari bari baatein aati hain aur main is ka sabr kar leta hoon ek kali ki baat hai ek sahib aaye milne ke liye hum se toh main aap bata doon ke sabr kaise kiya jata hai batata hoon main aap ko dekhiye yeh jo paper hai na yeh paper tha ek konsa paper tha ek sahib mujh se kal milne ke liye aaye toh bohat dinon ke baad mulaqat hui thi un se shayad 20 25 saal ke baad</w:t>
      </w:r>
    </w:p>
    <w:p>
      <w:pPr>
        <w:jc w:val="right"/>
      </w:pPr>
      <w:r>
        <w:t>ڈیلی مجھے صبح شام بہت ہی بڑی بڑی باتیں اتی ہیں اور میں اس کا صبر کر لیتا ہوں ایک کلی کی بات ہے ایک صاحب ائے ملنے کے لیے ہم سے تو میں اپ بتا دوں کہ صبر کیسے کیا جاتا ہے بتاتا ہوں میں اپ کو دیکھیں یہ جو پیپر ہے نا یہ پیپر تھا ایک کونسا پیپر تھا ایک صاحب مجھ سے کل ملنے کے لیے ائے تو بہت دنوں کے بعد ملاقات ہوئی تھی ان سے شاید 20 25 سال کے بعد</w:t>
      </w:r>
    </w:p>
    <w:p>
      <w:r>
        <w:rPr>
          <w:b/>
        </w:rPr>
        <w:t xml:space="preserve">[1:14:33] </w:t>
      </w:r>
      <w:r>
        <w:t>toh mera aadat tha ke main poochta hoon ke bhai koi apna experience bataiye koi baat bataiye kuch aap kuch yeh bataiye kuch aise hi main keh raha tha kar raha tha toh unhone ek mujh se ek question kar diya unhone kaha ke aap bohat lambi umar khuda ne di hai aap ko aap ne partition se pehle bhi india dekha hai aur aaj ka india bhi aap dekh rahe hain</w:t>
      </w:r>
    </w:p>
    <w:p>
      <w:pPr>
        <w:jc w:val="right"/>
      </w:pPr>
      <w:r>
        <w:t>تو میرا عادت تھا کہ میں پوچھتا ہوں کہ بھئی کوئی اپنا ایکسپیرینس بتائیے کوئی بات بتائیے کچھ اپ کچھ یہ بتائیے کوئی ایسے ہی میں کہہ رہا تھا کر رہا تھا تو انہوں نے ایک مجھ سے ایک کوئسچن کر دیا انہوں نے کہا کہ اپ بہت لمبی عمر خدا نے دی ہے اپ کو اپ نے پارٹیشن سے پہلے بھی انڈیا دیکھا ہے اور اج کا انڈیا بھی اپ دیکھ رہے ہیں</w:t>
      </w:r>
    </w:p>
    <w:p>
      <w:r>
        <w:rPr>
          <w:b/>
        </w:rPr>
        <w:t xml:space="preserve">[1:14:59] </w:t>
      </w:r>
      <w:r>
        <w:t>ek lamba india aap ne dekha hai aap ne toh unhone ek question kiya ke musalmanon ka future kya hai is mulk mein yeh kal ki baat bata raha hoon aap ko is mulk mein is desh mein musalmanon ke future kya hai kal ka jo insan times hai yani 31 march ka us ke front page par ek report chhapi hai indian muslims ke bare mein kal</w:t>
      </w:r>
    </w:p>
    <w:p>
      <w:pPr>
        <w:jc w:val="right"/>
      </w:pPr>
      <w:r>
        <w:t>ایک لمبا انڈیا اپ دیکھا ہے اپ نے تو انہوں نے ایک کوئسچن کیا کہ مسلمانوں کا فیوچر کیا ہے اس ملک میں یہ کل کی بات بتا رہا ہوں اپ کو اس ملک میں اس دیش میں مسلمانوں کے فیوچر کیا ہے کل کا جو انسان ٹائمز ہے یعنی 31 مارچ کا اس کے فرنٹ پیج پر ایک رپورٹ چھپی ہے انڈین مسلمز کے بارے میں کل</w:t>
      </w:r>
    </w:p>
    <w:p>
      <w:r>
        <w:rPr>
          <w:b/>
        </w:rPr>
        <w:t xml:space="preserve">[1:15:26] </w:t>
      </w:r>
      <w:r>
        <w:t>toh is mein is ne bataya hai ke is se pehle aisa hua ke musalmanon ko organized sector mein discrimination hua un ke sath un ko job nahi mile ab woh haan self employment ke sector mein unhone job lena shuru kar diya ab ab hinduo se bohat kam farq reh gaya un mein musalmanon mein</w:t>
      </w:r>
    </w:p>
    <w:p>
      <w:pPr>
        <w:jc w:val="right"/>
      </w:pPr>
      <w:r>
        <w:t>تو اس میں اس نے بتایا ہے کہ اس سے پہلے ایسا ہوا کہ مسلمانوں کو ارگنائز سیکٹر میں ڈسکریمینیشن ہوا ان کے ساتھ ان کو جاب نہیں ملے اب وہ ہاں سیلف ایمپلائمنٹ کے سیکٹر میں انہوں نے جاب لینا شروع کر دیا اب اب ہندوؤں سے بہت کم فرق رہ گیا ان میں مسلمانوں میں</w:t>
      </w:r>
    </w:p>
    <w:p>
      <w:r>
        <w:rPr>
          <w:b/>
        </w:rPr>
        <w:t xml:space="preserve">[1:15:49] </w:t>
      </w:r>
      <w:r>
        <w:t>aaj hi ke perche mein jo yeh jo times of india mein woh tha daily time jo aata hai ek ek musalman khada hua hai ek ladki khadi hui hai aur musalman likha hua hai ke pata nahi kya bohat bare is ka chairman hai woh aaj dekh sakte hain is ko aap woh bohat bara koi officer hai chairman hai kya hai toh musalman is mein ghus rahe hain toh woh main ne un ko de diya percha jab unhone question kiya ke musalmanon ka future kya hai india mein</w:t>
      </w:r>
    </w:p>
    <w:p>
      <w:pPr>
        <w:jc w:val="right"/>
      </w:pPr>
      <w:r>
        <w:t>اج ہی کے پرچے میں جو یہ جو ٹائمز اف انڈیا میں وہ تھا ڈیلی ٹائم جو اتا ہے ایک ایک مسلمان کھڑا ہوا ہے ایک لڑکی کھڑی ہوئی ہے اور مسلمان لکھا ہوا ہے کہ پتہ نہیں کیا بہت بڑے اس کا چیئرمین ہے وہ اج دیکھ سکتے ہیں اس کو اپ وہ بہت بڑا کوئی افیسر ہے چیئرمین ہے کیا ہے تو مسلمان اس میں گھس رہے ہیں تو وہ میں نے ان کو دے دیا پرچہ جب انہوں نے کوئسچن کیا کہ مسلمانوں کا فیوچر کیا ہے انڈیا میں</w:t>
      </w:r>
    </w:p>
    <w:p>
      <w:r>
        <w:rPr>
          <w:b/>
        </w:rPr>
        <w:t xml:space="preserve">[1:16:19] </w:t>
      </w:r>
      <w:r>
        <w:t>toh main ne kaha bhai yeh toh aaj hi ek item aaya hai dekh lijiye is ko aap ab kisi se unhone kya kaha kisi se kya kaha unhone are bhai main mujh se milne gaya toh mujhe unhone paper thama diya pakda diya haan mujh se milne gaya paper pakda diya ab kisi se woh kahenge toh mere bare mein samjha karenge ke milega ek aadmi aur mila nahi woh ab paper pakda diya us ko padh lijiye us ko halanke aisa nahi tha ab is ko zahir hai ke thaka lage ga</w:t>
      </w:r>
    </w:p>
    <w:p>
      <w:pPr>
        <w:jc w:val="right"/>
      </w:pPr>
      <w:r>
        <w:t>تو میں نے کہا بھئی یہ تو اج ہی ایک ائٹم ایا ہے دیکھ لیجئے اس کو اپ اب کسی سے انہوں نے کیا کہا کسی سے کیا کہا انہوں نے ارے بھائی میں مجھ سے ملنے گیا تو مجھے انہوں نے پیپر تھما دیا پکڑا دیا ہاں مجھ سے ملنے گیا پیپر پکڑا دیا اب کسی سے وہ کہیں گے تو میرے بارے میں سمجھا کریں کہ ملے گا ایک ادمی اور ملا نہیں وہ اب پیپر پکڑا دیا اس کو پڑھ لیجئے اس کو حالانکہ ایسا نہیں تھا اب اس کو ظاہر ہے کہ تھکا لگے گ</w:t>
      </w:r>
    </w:p>
    <w:p>
      <w:r>
        <w:rPr>
          <w:b/>
        </w:rPr>
        <w:t xml:space="preserve">[1:16:48] </w:t>
      </w:r>
      <w:r>
        <w:t>a ab main ghussa hoon un ko khat likhoon un ko telephone karoon kuch bhi usi waqt aaya usi waqt khatam instantly main ne khatam kar diya is ko halanke mujhe yaqeen hai ke woh jayenge woh woh ek aisi party se un ka taluq hai jo mere khilaf hai woh party aur zaroor ja ke kahenge idhar udhar woh aur sankaron nahi hazaron aadmiyon tak baat pahunchegi yeh are bhai woh toh apne ko bara aadmi samajhte hain un ke toh milna hi mushkil hai un ka toh bil</w:t>
      </w:r>
    </w:p>
    <w:p>
      <w:pPr>
        <w:jc w:val="right"/>
      </w:pPr>
      <w:r>
        <w:t>ا اب میں غصہ ہوں ان کو خط لکھوں ان کو ٹیلی فون کروں کچھ بھی اسی وقت ایا اسی وقت ختم انسٹنٹلی میں نے ختم کر دیا اس کو حالانکہ مجھے یقین ہے کہ وہ جائیں گے وہ وہ ایک ایسی پارٹی سے ان کا تعلق ہے جو میرے خلاف ہے وہ پارٹی اور ضرور جا کے کہیں گے ادھر ادھر وہ اور سینکڑوں نہیں ہزاروں ادمیوں تک بات پہنچے گی یہ ارے بھائی وہ تو اپنے کو بڑا ادمی سمجھتے ہیں ان کے تو ملنا ہی مشکل ہے ان کا تو بل</w:t>
      </w:r>
    </w:p>
    <w:p>
      <w:r>
        <w:rPr>
          <w:b/>
        </w:rPr>
        <w:t xml:space="preserve">[1:17:16] </w:t>
      </w:r>
      <w:r>
        <w:t>dozer play hue hain wahan ko woh police woh laga hua hai security lagi hui hai bari mushkil</w:t>
      </w:r>
    </w:p>
    <w:p>
      <w:pPr>
        <w:jc w:val="right"/>
      </w:pPr>
      <w:r>
        <w:t>ڈوزر پلے ہوئے ہیں وہاں کو وہ پولیس وہ لگا ہوا ہے سیکیورٹی لگی ہوئی ہے بڑی مشکل</w:t>
      </w:r>
    </w:p>
    <w:p>
      <w:r>
        <w:rPr>
          <w:b/>
        </w:rPr>
        <w:t xml:space="preserve">[1:17:21] </w:t>
      </w:r>
      <w:r>
        <w:t>se main pahuncha in ke paas tab bhi kya hua ke sahib woh paper pakra diya unhon ne</w:t>
      </w:r>
    </w:p>
    <w:p>
      <w:pPr>
        <w:jc w:val="right"/>
      </w:pPr>
      <w:r>
        <w:t>سے میں پہنچا ان کے پاس تب بھی کیا ہوا کہ صاحب وہ پیپر پکڑا دیا انہوں نے</w:t>
      </w:r>
    </w:p>
    <w:p>
      <w:r>
        <w:rPr>
          <w:b/>
        </w:rPr>
        <w:t xml:space="preserve">[1:17:27] </w:t>
      </w:r>
      <w:r>
        <w:t>ap ko pata nahi ke mere khayal mein kitna campaign chalta hai ye baat phele gi bohat door</w:t>
      </w:r>
    </w:p>
    <w:p>
      <w:pPr>
        <w:jc w:val="right"/>
      </w:pPr>
      <w:r>
        <w:t>اپ کو پتہ نہیں کہ میرے خیال میں کتنا کیمپین چلتا ہے یہ بات پھیلے گی بہت دور</w:t>
      </w:r>
    </w:p>
    <w:p>
      <w:r>
        <w:rPr>
          <w:b/>
        </w:rPr>
        <w:t xml:space="preserve">[1:17:32] </w:t>
      </w:r>
      <w:r>
        <w:t>tak phele gi hazaron log tak pohnche gi ye khabar ke bohat hi yani kharab aadmi hain kyunke</w:t>
      </w:r>
    </w:p>
    <w:p>
      <w:pPr>
        <w:jc w:val="right"/>
      </w:pPr>
      <w:r>
        <w:t>تک پھیلے گی ہزاروں لوگ تک پہنچے گی یہ خبر کہ بہت ہی یعنی خراب ادمی ہیں کیونکہ</w:t>
      </w:r>
    </w:p>
    <w:p>
      <w:r>
        <w:rPr>
          <w:b/>
        </w:rPr>
        <w:t xml:space="preserve">[1:17:39] </w:t>
      </w:r>
      <w:r>
        <w:t>mein ek second bhi mein ne is ka asar nahi liya usi waqt mein ne khatam kar diya</w:t>
      </w:r>
    </w:p>
    <w:p>
      <w:pPr>
        <w:jc w:val="right"/>
      </w:pPr>
      <w:r>
        <w:t>میں ایک سیکنڈ بھی میں نے اس کا اثر نہیں لیا اسی وقت میں نے ختم کر دیا</w:t>
      </w:r>
    </w:p>
    <w:p>
      <w:r>
        <w:rPr>
          <w:b/>
        </w:rPr>
        <w:t xml:space="preserve">[1:17:44] </w:t>
      </w:r>
      <w:r>
        <w:t>mind se nikaal diya</w:t>
      </w:r>
    </w:p>
    <w:p>
      <w:pPr>
        <w:jc w:val="right"/>
      </w:pPr>
      <w:r>
        <w:t>مائنڈ سے نکال دیا</w:t>
      </w:r>
    </w:p>
    <w:p>
      <w:r>
        <w:rPr>
          <w:b/>
        </w:rPr>
        <w:t xml:space="preserve">[1:17:46] </w:t>
      </w:r>
      <w:r>
        <w:t>yahi sabr hai yeh</w:t>
      </w:r>
    </w:p>
    <w:p>
      <w:pPr>
        <w:jc w:val="right"/>
      </w:pPr>
      <w:r>
        <w:t>یہی صبر ہے یہ</w:t>
      </w:r>
    </w:p>
    <w:p>
      <w:r>
        <w:rPr>
          <w:b/>
        </w:rPr>
        <w:t xml:space="preserve">[1:17:50] </w:t>
      </w:r>
      <w:r>
        <w:t>toh aap manage kijiye yani shakk lagega yahan toh wohin shakk jahan lag raha hai wohin par manage kar lijiye</w:t>
      </w:r>
    </w:p>
    <w:p>
      <w:pPr>
        <w:jc w:val="right"/>
      </w:pPr>
      <w:r>
        <w:t>تو اپ مینج کیجئے یعنی شک لگے گا یہاں تو وہیں شک جہاں لگ رہا ہے وہیں پر مینج کر لیجئے</w:t>
      </w:r>
    </w:p>
    <w:p>
      <w:r>
        <w:rPr>
          <w:b/>
        </w:rPr>
        <w:t xml:space="preserve">[1:18:00] </w:t>
      </w:r>
      <w:r>
        <w:t>warna is par hamare bhai sahib the toh itni baat par toh itna hungama khada karte hain woh ke kaise keh diya kaise keh diya yeh hai woh hai jhoot keh diya mere khilaf mein kuch bhi nahi</w:t>
      </w:r>
    </w:p>
    <w:p>
      <w:pPr>
        <w:jc w:val="right"/>
      </w:pPr>
      <w:r>
        <w:t>ورنہ اس پر ہمارے بھائی صاحب تھے تو اتنی بات پر تو اتنا ہنگامہ کھڑا کرتے ہیں وہ کہ کیسے کہہ دیا کیسے کہہ دیا یہ ہے وہ ہے جھوٹ کہہ دیا میرے خلاف میں کچھ بھی نہیں</w:t>
      </w:r>
    </w:p>
    <w:p>
      <w:r>
        <w:rPr>
          <w:b/>
        </w:rPr>
        <w:t xml:space="preserve">[1:18:16] </w:t>
      </w:r>
      <w:r>
        <w:t>toh sabr naam hai is baat ka ke aap cheezon ko jis ko kehte hain na angrezi mein take it easy yahi sabr hai take it easy ki policy le lijiye bas yahi sabr hai bas sab se asan formula hai take it easy main ne dekha hai ek sahib ko ek bar safar mein ke woh insulin ke injection lagate the daily do bar subah shaam subah shaam</w:t>
      </w:r>
    </w:p>
    <w:p>
      <w:pPr>
        <w:jc w:val="right"/>
      </w:pPr>
      <w:r>
        <w:t>تو صبر نام ہے اس بات کا کہ اپ چیزوں کو جس کو کہتے ہیں نا انگریزی میں ٹیک اٹ ایزی یہی صبر ہے ٹیک اٹ ایزی کی پالیسی لے لیجئے بس یہی صبر ہے بس سب سے اسان فارمولا ہے ٹیک اٹ ایزی میں نے دیکھا ہے ایک صاحب کو ایک بار سفر میں کہ وہ انسولین کے انجیکشن لگاتے تھے ڈیلی دو بار صبح شام صبح شام</w:t>
      </w:r>
    </w:p>
    <w:p>
      <w:r>
        <w:rPr>
          <w:b/>
        </w:rPr>
        <w:t xml:space="preserve">[1:18:43] </w:t>
      </w:r>
      <w:r>
        <w:t>ab main chunke aisa kiya nahi main ne kabhi apne hath se injection lagaun khud apne hath se toh bari bara ek awkward sa laga ke yeh khud hi injection laga rahe hain bar bar aur bhai bohat hi comfortable laga rahe the woh bohat main ne poocha ke bhai aap ko kuch pareshani hoti toh unhone yahi kaha ke take it easy toh take it easy ka naam hai sabr</w:t>
      </w:r>
    </w:p>
    <w:p>
      <w:pPr>
        <w:jc w:val="right"/>
      </w:pPr>
      <w:r>
        <w:t>اب میں چونکہ ایسا کیا نہیں میں نے کبھی اپنے ہاتھ سے انجیکشن لگاؤں خود اپنے ہاتھ سے تو بڑی بڑا ایک اکورڈ سا لگا کہ یہ خود ہی انجیکشن لگا رہے ہیں بار بار اور بھائی بہت ہی کمفرٹیبل لگا رہے تھے وہ بہت میں نے پوچھا کہ بھئی اپ کو کچھ پریشانی ہوتی تو انہوں نے یہی کہا کہ ٹیک اٹ ایزی تو ٹیک اٹ ایزی کا نام ہے صبر</w:t>
      </w:r>
    </w:p>
    <w:p>
      <w:r>
        <w:rPr>
          <w:b/>
        </w:rPr>
        <w:t xml:space="preserve">[1:19:09] </w:t>
      </w:r>
      <w:r>
        <w:t>kuch bhi mushkil nahi hai sabr karna balki sab se asan kaam duniya mein yahi hai ke aadmi sabr kar le kyunke har doosra option jo hai is mein kuch kuch aur barhega lesser evil hai aur doosra toh greater evil hai yeh tezi se soch lijiye ke sabr ko chhod kar jo option lunga main woh toh greater evil hoga toh lesser evil pe raazi ho ja</w:t>
      </w:r>
    </w:p>
    <w:p>
      <w:pPr>
        <w:jc w:val="right"/>
      </w:pPr>
      <w:r>
        <w:t>کچھ بھی مشکل نہیں ہے صبر کرنا بلکہ سب سے اسان کام دنیا میں یہی ہے کہ ادمی صبر کر لے کیونکہ ہر دوسرا اپشن جو ہے اس میں کچھ کچھ اور برابر بڑھے گا لیسر ایول ہے اور دوسرا تو گریٹر ایول ہے یہ تیزی سے سوچ لیجئے کہ صبر کو چھوڑ کر جو اپشن لوں گا میں وہ تو گریٹر ایول ہوگا تو لیسر ایول پہ راضی ہو جا</w:t>
      </w:r>
    </w:p>
    <w:p>
      <w:r>
        <w:rPr>
          <w:b/>
        </w:rPr>
        <w:t xml:space="preserve">[1:19:33] </w:t>
      </w:r>
      <w:r>
        <w:t>ao apa what is the role of satan in making us deviate from the path of spirituality hain kya kaha what is the role of satan in deviating us hain what is the role of satan in deviating us from the path of spirituality haan dekhiye sara toh satan hi ka mamla hai</w:t>
      </w:r>
    </w:p>
    <w:p>
      <w:pPr>
        <w:jc w:val="right"/>
      </w:pPr>
      <w:r>
        <w:t>ؤ اپا واٹ از دا رول اف سیٹن ان میکنگ اس ڈیویٹ فرام دا پاتھ اف سپریچولیٹی ہیں کیا کہا واٹ از دی رول اف سیٹن ان ڈیویٹنگ اس ہیں واٹ از دی رول اف سیٹن ان ڈیویٹنگ اس فرام دی پاتھ اف سپریچولیٹی ہاں دیکھیے سارا تو سیٹن ہی کا معاملہ ہے</w:t>
      </w:r>
    </w:p>
    <w:p>
      <w:r>
        <w:rPr>
          <w:b/>
        </w:rPr>
        <w:t xml:space="preserve">[1:20:01] </w:t>
      </w:r>
      <w:r>
        <w:t>wohi toh hatata hai hum ko lekin quran mein hai ke warna musahab taaf mere shaitan tazkir karo jab touch karta hai un ko shaitan toh woh foran chaunk uthte hain yeh bohat hi zabardast yeh verse hai is chaunkne ki speed aage jaag rahi ho aap ki ke touch kare koi toh aap pata chal jaye aap ko</w:t>
      </w:r>
    </w:p>
    <w:p>
      <w:pPr>
        <w:jc w:val="right"/>
      </w:pPr>
      <w:r>
        <w:t>وہی تو ہٹاتا ہے ہم کو لیکن قران میں ہے کہ ورنہ مصحب تعف میرے شیطان تذکر کرو جب ٹچ کرتا ہے ان کو شیطان تو وہ فورا چونک اٹھتے ہیں یہ بہت ہی زبردست یہ ورث ہے اس چونکنے کی اسپیڈ اگے جاگ رہی ہو اپ کی کہ ٹچ کرے کوئی تو اپ پتہ چل جائے اپ کو</w:t>
      </w:r>
    </w:p>
    <w:p>
      <w:r>
        <w:rPr>
          <w:b/>
        </w:rPr>
        <w:t xml:space="preserve">[1:20:26] </w:t>
      </w:r>
      <w:r>
        <w:t>yeh hai</w:t>
      </w:r>
    </w:p>
    <w:p>
      <w:pPr>
        <w:jc w:val="right"/>
      </w:pPr>
      <w:r>
        <w:t>یہ ہے</w:t>
      </w:r>
    </w:p>
    <w:p>
      <w:r>
        <w:rPr>
          <w:b/>
        </w:rPr>
        <w:t xml:space="preserve">[1:20:29] </w:t>
      </w:r>
      <w:r>
        <w:t>jaise ke baz logon ka sun ho jata hai toh aap touch karenge pata nahi chalega main ne dekhe hain aise log abhi itna hissa sun ho gaya hai woh touch karte rahiye aap ko kuch nahi hoga un ko toh apna itna sensitive ho satan ke bare mein satan ke bare mein ke touch kare ab jaldi se aap pata chal jaye aap ko toh aap ki spirituality bhang nahi hogi aap ka process rukega nahi spirituality ka process jo hai woh rokta hai shaitan</w:t>
      </w:r>
    </w:p>
    <w:p>
      <w:pPr>
        <w:jc w:val="right"/>
      </w:pPr>
      <w:r>
        <w:t>جیسے کہ بعض لوگوں کا سن ہو جاتا ہے تو اپ ٹچ کریں گے پتہ نہیں چلے گا میں نے دیکھے ہیں ایسے لوگ ابھی اتنا حصہ سن ہو گیا ہے وہ ٹچ کرتے رہیے اپ کو کچھ نہیں ہوگا ان کو تو اپنا اتنا سینسٹیو ہو سیٹن کے بارے میں سیٹن کے بارے میں کہ ٹچ کرے اب جلدی سے اپ پتہ چل جائے اپ کو تو اپ کی سپریچولیٹی بھنگ نہیں ہوگی اپ کا پراسیس رکائے گا نہیں سپریچولیٹی کا پراسیس جو ہے وہ روکتا ہے شیطان</w:t>
      </w:r>
    </w:p>
    <w:p>
      <w:r>
        <w:rPr>
          <w:b/>
        </w:rPr>
        <w:t xml:space="preserve">[1:20:56] </w:t>
      </w:r>
      <w:r>
        <w:t>lekin jab shaitan aata hai to wo touch karta hai ap ko touch karte hi ap ko pata</w:t>
      </w:r>
    </w:p>
    <w:p>
      <w:pPr>
        <w:jc w:val="right"/>
      </w:pPr>
      <w:r>
        <w:t>لیکن جب شیطان اتا ہے تو وہ ٹچ کرتا ہے اپ کو ٹچ کرتے ہی اپ کو پتہ</w:t>
      </w:r>
    </w:p>
    <w:p>
      <w:r>
        <w:rPr>
          <w:b/>
        </w:rPr>
        <w:t xml:space="preserve">[1:21:00] </w:t>
      </w:r>
      <w:r>
        <w:t>chalta hai us waqt ap jaag jaiye aur sab se acha formula kya hai</w:t>
      </w:r>
    </w:p>
    <w:p>
      <w:pPr>
        <w:jc w:val="right"/>
      </w:pPr>
      <w:r>
        <w:t>چلتا ہے اس وقت اپ جاگ جائیے اور سب سے اچھا فارمولا کیا ہے</w:t>
      </w:r>
    </w:p>
    <w:p>
      <w:r>
        <w:rPr>
          <w:b/>
        </w:rPr>
        <w:t xml:space="preserve">[1:21:08] </w:t>
      </w:r>
      <w:r>
        <w:t>jo mera apna daily ka jo mera experience hai</w:t>
      </w:r>
    </w:p>
    <w:p>
      <w:pPr>
        <w:jc w:val="right"/>
      </w:pPr>
      <w:r>
        <w:t>جو میرا اپنا ڈیلی کا جو میرا ایکسپیرینس ہے</w:t>
      </w:r>
    </w:p>
    <w:p>
      <w:r>
        <w:rPr>
          <w:b/>
        </w:rPr>
        <w:t xml:space="preserve">[1:21:13] </w:t>
      </w:r>
      <w:r>
        <w:t>ke mein kehta hoon us waqt jab mujhe lagta hai ke shaitan ne mujhe touch kiya hai allah</w:t>
      </w:r>
    </w:p>
    <w:p>
      <w:pPr>
        <w:jc w:val="right"/>
      </w:pPr>
      <w:r>
        <w:t>کہ میں کہتا ہوں اس وقت جب مجھے لگتا ہے کہ شیطان نے مجھے ٹچ کیا ہے اللہم</w:t>
      </w:r>
    </w:p>
    <w:p>
      <w:r>
        <w:rPr>
          <w:b/>
        </w:rPr>
        <w:t xml:space="preserve">[1:21:18] </w:t>
      </w:r>
      <w:r>
        <w:t>ani aoozo bika min hamzat al shayatain</w:t>
      </w:r>
    </w:p>
    <w:p>
      <w:pPr>
        <w:jc w:val="right"/>
      </w:pPr>
      <w:r>
        <w:t>انی اعوذ بک من حمدات الشیاطین</w:t>
      </w:r>
    </w:p>
    <w:p>
      <w:r>
        <w:rPr>
          <w:b/>
        </w:rPr>
        <w:t xml:space="preserve">[1:21:22] </w:t>
      </w:r>
      <w:r>
        <w:t>ap yaqeen kijiye ke yani within second shaitan bhag jata hai</w:t>
      </w:r>
    </w:p>
    <w:p>
      <w:pPr>
        <w:jc w:val="right"/>
      </w:pPr>
      <w:r>
        <w:t>اپ یقین کیجئے کہ یعنی ود ان سیکنڈ شیطان بھاگ جاتا ہے</w:t>
      </w:r>
    </w:p>
    <w:p>
      <w:r>
        <w:rPr>
          <w:b/>
        </w:rPr>
        <w:t xml:space="preserve">[1:21:27] </w:t>
      </w:r>
      <w:r>
        <w:t>yeh mera apna experience hai allahumma inni aoozubika min hamazat al shayatini woh bhag jata hai</w:t>
      </w:r>
    </w:p>
    <w:p>
      <w:pPr>
        <w:jc w:val="right"/>
      </w:pPr>
      <w:r>
        <w:t>یہ میرا اپنا ایکسپیرینس ہے اللہم انی اعوذ بک من حمدات الشیاطین وہ بھاگ جاتا ہے</w:t>
      </w:r>
    </w:p>
    <w:p>
      <w:r>
        <w:rPr>
          <w:b/>
        </w:rPr>
        <w:t xml:space="preserve">[1:21:37] </w:t>
      </w:r>
      <w:r>
        <w:t>toh sab se bara jo aadmi woh kar raha hai ek baat main arz karoon aap ko ke jab adam ko khuda ne banaya aur sajda nahi kiya satan ne toh satan ne kaha ke ek khuda ko ek challenge diya khuda ko challenge diya us ne ke yeh jo adam tum ne banaya hai is ke sath generation ko main behka doonga</w:t>
      </w:r>
    </w:p>
    <w:p>
      <w:pPr>
        <w:jc w:val="right"/>
      </w:pPr>
      <w:r>
        <w:t>تو سب سے بڑا جو ادمی وہ کر رہا ہے ایک بات میں عرض کروں اپ کو کہ جب ادم کو خدا نے بنایا اور سجدہ نہیں کیا سیٹن نے تو سیٹن نے کہا کہ ایک خدا کو ایک چیلنج دیا خدا کو چیلنج دیا اس نے کہ یہ جو ادم تم نے بنایا ہے اس کے ساتھ جنریشن کو میں بہکا دوں گا</w:t>
      </w:r>
    </w:p>
    <w:p>
      <w:r>
        <w:rPr>
          <w:b/>
        </w:rPr>
        <w:t xml:space="preserve">[1:22:06] </w:t>
      </w:r>
      <w:r>
        <w:t>la zurriyata illa qalila thode log bachenge sirf toh aaj jo aadmi satan ko challenge karta hai us se zyada mehboob khuda ke liye koi nahi</w:t>
      </w:r>
    </w:p>
    <w:p>
      <w:pPr>
        <w:jc w:val="right"/>
      </w:pPr>
      <w:r>
        <w:t>لا ذریت الا قلیلہ تھوڑے لوگ بچیں گے صرف تو اج جو ادمی سیٹن کو چیلنج کرتا ہے اس سے زیادہ محبوب خدا کے لیے کوئی نہیں</w:t>
      </w:r>
    </w:p>
    <w:p>
      <w:r>
        <w:rPr>
          <w:b/>
        </w:rPr>
        <w:t xml:space="preserve">[1:22:22] </w:t>
      </w:r>
      <w:r>
        <w:t>kyunke satan ne khuda ko challenge kiya hai ke tere yeh jo adam jo hain yeh jo generation jo hai itna behkaunga main itna behkaunga ke thode se log bachenge teri taraf sab meri taraf aa jayenge</w:t>
      </w:r>
    </w:p>
    <w:p>
      <w:pPr>
        <w:jc w:val="right"/>
      </w:pPr>
      <w:r>
        <w:t>کیونکہ سیٹن نے خدا کو چیلنج کیا ہے کہ تیرے یہ جو ادم جو ہیں یہ جو جنریشن جو ہے اتنا بہکاؤں گا میں اتنا بہکاؤں گا کہ تھوڑے سے لوگ بچیں گے تیری طرف سب میری طرف ا جائیں گے</w:t>
      </w:r>
    </w:p>
    <w:p>
      <w:r>
        <w:rPr>
          <w:b/>
        </w:rPr>
        <w:t xml:space="preserve">[1:22:36] </w:t>
      </w:r>
      <w:r>
        <w:t>teri taraf janay walay thoray say bachen gay sab meri taraf aa jayen gay ab aik insan kay pas khud satan ata hai aur us ko foran mehsoos hota hai kay satan aa gaya aur kehta hai allahumma inni aoozu bika min hamazat al-shayateen to main kehta hoon khuda saray angel kay bhij day ga is insan ko bachao kyun kay mujhe challenge jo diya hai satan nay to wahan yeh mujhe meray liye khara hua yeh adam</w:t>
      </w:r>
    </w:p>
    <w:p>
      <w:pPr>
        <w:jc w:val="right"/>
      </w:pPr>
      <w:r>
        <w:t>تیری طرف جانے والے تھوڑے سے بچیں گے سب میری طرف ا جائیں گے اب ایک انسان کے پاس خود سیٹن اتا ہے اور اس کو فورا محسوس ہوتا ہے کہ سیٹن ا گیا اور کہتا ہے اللہم انی اعوذ بک من حمدات الشیاطین تو میں کہتا ہوں خدا سارے اینجل کے بھیج دے گا اس انسان کو بچاؤ کیونکہ مجھے چیلنج جو دیا ہے سیٹن نے تو وہاں یہ مجھے میرے لیے کھڑا ہوا یہ ادمی</w:t>
      </w:r>
    </w:p>
    <w:p>
      <w:r>
        <w:rPr>
          <w:b/>
        </w:rPr>
        <w:t xml:space="preserve">[1:23:03] </w:t>
      </w:r>
      <w:r>
        <w:t>yeh to khuda ka apna concern hai kay aap ko satan ka victim ban'nay say bachaye ab zara sochiye kay aik taraf khuda hai aik taraf satan hai us nay kaha kay teray insano ko main sab ko kheench lay jaoon ga teray pas koi nahi rahay ga ab ghor kijiye kay aik insan ko hamla attack kiya satan nay woh kehta hai khuda mujhe bacha satan aa gaya</w:t>
      </w:r>
    </w:p>
    <w:p>
      <w:pPr>
        <w:jc w:val="right"/>
      </w:pPr>
      <w:r>
        <w:t>یہ تو خدا کا اپنا کنسرن ہے کہ اپ کو سیٹن کا وکٹم بننے سے بچائے اب ذرا سوچیے کہ ایک طرف خدا ہے ایک طرف سیٹن ہے اس نے کہا کہ تیرے انسانوں کو میں سب کو کھینچ لے جاؤں گا تیرے پاس کوئی نہیں رہے گا اب غور کیجئے کہ ایک انسان کو حملہ اٹیک کیا سیٹن نے وہ کہتا ہے خدا مجھے بچا سیٹن ا گیا</w:t>
      </w:r>
    </w:p>
    <w:p>
      <w:r>
        <w:rPr>
          <w:b/>
        </w:rPr>
        <w:t xml:space="preserve">[1:23:31] </w:t>
      </w:r>
      <w:r>
        <w:t>to main to kehta hoon khuda apnay throne say uth kar kay dorr kay aap kay pas aa jayega</w:t>
      </w:r>
    </w:p>
    <w:p>
      <w:pPr>
        <w:jc w:val="right"/>
      </w:pPr>
      <w:r>
        <w:t>تو میں تو کہتا ہوں خدا اپنے تھرون سے اٹھ کر کے دوڑ کے اپ کے پاس ا جائے گا</w:t>
      </w:r>
    </w:p>
    <w:p>
      <w:r>
        <w:rPr>
          <w:b/>
        </w:rPr>
        <w:t xml:space="preserve">[1:23:39] </w:t>
      </w:r>
      <w:r>
        <w:t>main aik qissa bataoon aap ko dilli mein aik hotay thay hassan nizami hassan nizami aik buzurg adami thay to woh jo yeh azadi say pehlay ki baat hai to hyderabad ka jo nawab tha woh un ka kuch muataqid tha</w:t>
      </w:r>
    </w:p>
    <w:p>
      <w:pPr>
        <w:jc w:val="right"/>
      </w:pPr>
      <w:r>
        <w:t>میں ایک قصہ بتاؤں اپ کو دلی میں ایک ہوتے تھے حسن نظامی حسن نظامی ایک بزرگ ادمی تھے تو وہ جو یہ ازادی سے پہلے کی بات ہے تو حیدراباد کا جو نواب تھا وہ ان کا کچھ معتقد تھا</w:t>
      </w:r>
    </w:p>
    <w:p>
      <w:r>
        <w:rPr>
          <w:b/>
        </w:rPr>
        <w:t xml:space="preserve">[1:24:01] </w:t>
      </w:r>
      <w:r>
        <w:t>to us zamanay mein yeh log chala kartay thay special un ka salon us mein gari hua karti thi rajaon ki to apnay special train say woh aaye dilli vice roy say milnay kay liye nawab hyderabad to dilli kay station mein jo gari khari hui un ki to bohat say logon ko receive karnay kay liye aaye hue thay un ko bohat say log nawab hyderabad ko</w:t>
      </w:r>
    </w:p>
    <w:p>
      <w:pPr>
        <w:jc w:val="right"/>
      </w:pPr>
      <w:r>
        <w:t>تو اس زمانے میں یہ لوگ چلا کرتے تھے اسپیشل ان کا سیلون اس میں گاڑی ہوا کرتی تھی راجاؤں کی تو اپنے اسپیشل ٹرین سے وہ ائے دلی وائس راہ سے ملنے کے لیے نواب حیدراباد تو دلی کے اسٹیشن میں جو گاڑی کھڑی ہوئی ان کی تو بہت سے لوگوں کو ریسیو کرنے کے لیے ائے ہوئے تھے ان کو بہت سے لوگ نواب حیدراباد کو</w:t>
      </w:r>
    </w:p>
    <w:p>
      <w:r>
        <w:rPr>
          <w:b/>
        </w:rPr>
        <w:t xml:space="preserve">[1:24:25] </w:t>
      </w:r>
      <w:r>
        <w:t>hassan nizami bhi gaye thay to aisi hamaray tarayqay say kapra parta un ka to officer jo wahan thay government government of india ki taraf say officer jo us ko aaye thay wahan par un ko peechay khara kar diya hazrat nizami ko aik dam peechay yeh yeh kyun lagi hui thi un kay yani bogi ki taraf un kay salon ki taraf to us mein sab say peechay khara kar diya</w:t>
      </w:r>
    </w:p>
    <w:p>
      <w:pPr>
        <w:jc w:val="right"/>
      </w:pPr>
      <w:r>
        <w:t>حسن نظامی بھی گئے تھے تو ایسی ہمارے طریقے سے کپڑا پڑتا ان کا تو افسر جو وہاں تھے گورنمنٹ گورنمنٹ اف انڈیا کی طرف سے افسر جو اس کو ائے تھے وہاں پر ان کو پیچھے کھڑا کر دیا حضرت نظامی کو ایک دم پیچھے یہ یہ کیوں لگی ہوئی تھی ان کے یعنی بوگی کی طرف ان کے سیلون کی طرف تو اس میں سب سے پیچھے کھڑا کر دیا</w:t>
      </w:r>
    </w:p>
    <w:p>
      <w:r>
        <w:rPr>
          <w:b/>
        </w:rPr>
        <w:t xml:space="preserve">[1:24:52] </w:t>
      </w:r>
      <w:r>
        <w:t>un ko ab jab salon ka darwaza khula aur nawab hyderabad bahar aaye to bohat intelligent adami tha us nay dekha to us ko nazar aaye kay hassan nizami peechay kharay hue hain to nawab hyderabad khud dorr kar wahan gaya hazrat nizami kay pas afsaron nay jis ko peechay khara kar diya tha nawab hyderabad nay us ko agay kar diya</w:t>
      </w:r>
    </w:p>
    <w:p>
      <w:pPr>
        <w:jc w:val="right"/>
      </w:pPr>
      <w:r>
        <w:t>ان کو اب جب سیلون کا دروازہ کھلا اور نواب حیدراباد باہر ائے تو بہت انٹیلیجنٹ ادمی تھا اس نے دیکھا تو اس کو نظر ائے کہ حسن نظامی پیچھے کھڑے ہوئے ہیں تو نواب حیدراباد خود دوڑ کر وہاں گیا حضرت نظامی کے پاس افسروں نے جس کو پیچھے کھڑا کر دیا تھا نواب حیدراباد نے اس کو اگے کر دیا</w:t>
      </w:r>
    </w:p>
    <w:p>
      <w:r>
        <w:rPr>
          <w:b/>
        </w:rPr>
        <w:t xml:space="preserve">[1:25:20] </w:t>
      </w:r>
      <w:r>
        <w:t>to main kehta hoon kay jo insan jis insan ko shaitan challenge karay us ko attack karay aur khuda kay us say nikal kar kay apni taraf lay jana chahay aur phir woh insan pukaray kay khudaya main victim ban raha hoon is shaitan ka mujhe madad kar kyun kay aap samajhtay hain kay yeh simple baat hogi</w:t>
      </w:r>
    </w:p>
    <w:p>
      <w:pPr>
        <w:jc w:val="right"/>
      </w:pPr>
      <w:r>
        <w:t>تو میں کہتا ہوں کہ جو انسان جس انسان کو شیطان چیلنج کرے اس کو اٹیک کرے اور خدا کے اس سے نکال کر کے اپنی طرف لے جانا چاہے اور پھر وہ انسان پکارے کہ خدایا میں وکٹم بن رہا ہوں اس شیطان کا مجھے مدد کر کیونکہ اپ سمجھتے ہیں کہ یہ سمپل بات ہوگی</w:t>
      </w:r>
    </w:p>
    <w:p>
      <w:r>
        <w:rPr>
          <w:b/>
        </w:rPr>
        <w:t xml:space="preserve">[1:25:45] </w:t>
      </w:r>
      <w:r>
        <w:t>agar nawab hyderabad dorr kar kay chala gaya hassan nizami kay pas to us say billion time ziyada khuda aap kay pas aye ga us say billion time ziyada aap khuda concern hain yeh koi koi pukaray to khuda ko koi hassan nizami ban kar khara to ho platform par</w:t>
      </w:r>
    </w:p>
    <w:p>
      <w:pPr>
        <w:jc w:val="right"/>
      </w:pPr>
      <w:r>
        <w:t>اگر نواب حیدراباد دوڑ کر کے چلا گیا حسن نظامی کے پاس تو اس سے بلین ٹائم زیادہ خدا اپ کے پاس ائے گا اس سے بلین ٹائم زیادہ اپ خدا کنسرن ہیں یہ کوئی کوئی پکارے تو خدا کو کوئی حسن نظامی بن کر کھڑا تو ہو پلیٹ فارم پر</w:t>
      </w:r>
    </w:p>
    <w:p>
      <w:r>
        <w:rPr>
          <w:b/>
        </w:rPr>
        <w:t xml:space="preserve">[1:26:10] </w:t>
      </w:r>
      <w:r>
        <w:t>to main to samajhta hoon kay spirituality par attack karta hi hai shaitan</w:t>
      </w:r>
    </w:p>
    <w:p>
      <w:pPr>
        <w:jc w:val="right"/>
      </w:pPr>
      <w:r>
        <w:t>تو میں تو سمجھتا ہوں کہ اسپیریٹی پر اٹیک کرتا ہی ہے شیطان</w:t>
      </w:r>
    </w:p>
    <w:p>
      <w:r>
        <w:rPr>
          <w:b/>
        </w:rPr>
        <w:t xml:space="preserve">[1:26:16] </w:t>
      </w:r>
      <w:r>
        <w:t>yeh uska kaam hai kay unfold na honay day woh lekin sab say bara jo hamaray liye us mein sab say bari jo cheez hai woh yeh hai kay hum khuda ki help zaroor milay gi humein satan kay muqablay mein lekin kab milay gi jab hum dil say khuda ko pukarayn dil say khuda ko pukarayn</w:t>
      </w:r>
    </w:p>
    <w:p>
      <w:pPr>
        <w:jc w:val="right"/>
      </w:pPr>
      <w:r>
        <w:t>یہ اس کا کام ہے کہ انفولڈ نہ ہونے دے وہ لیکن سب سے بڑا جو ہمارے لیے اس میں سب سے بڑی جو چیز ہے وہ یہ ہے کہ ہم خدا کی ہیلپ ضرور ملے گی ہمیں سیٹن کے مقابلے میں لیکن کب ملے گی جب ہم دل سے خدا کو پکاریں دل سے خدا کو پکاریں</w:t>
      </w:r>
    </w:p>
    <w:p>
      <w:r>
        <w:rPr>
          <w:b/>
        </w:rPr>
        <w:t xml:space="preserve">[1:26:44] </w:t>
      </w:r>
      <w:r>
        <w:t>to main kahoon ga kay nawab hyderabad jis tarayqay say dorra peechay ja kar un un ko lay aaya agay khud ja kar kay to us say billion time ziyada aap khuda concern hain lekin lekin aap pukariye to khuda ko sachay dil say</w:t>
      </w:r>
    </w:p>
    <w:p>
      <w:pPr>
        <w:jc w:val="right"/>
      </w:pPr>
      <w:r>
        <w:t>تو میں کہوں گا کہ نواب حیدراباد جس طریقے سے دوڑا پیچھے جا کر ان ان کو لے ایا اگے خود جا کر کے تو اس سے بلین ٹائم زیادہ اپ خدا کنسرن ہیں لیکن لیکن اپ پکاریے تو خدا کو سچے دل سے</w:t>
      </w:r>
    </w:p>
    <w:p>
      <w:r>
        <w:rPr>
          <w:b/>
        </w:rPr>
        <w:t xml:space="preserve">[1:27:08] </w:t>
      </w:r>
      <w:r>
        <w:t>to apni spirituality ka jo bhandar hai insan kay andar us ko unfold karna bohat asan hai bohat asan hai bohat asan hai lekin us ki wajah us ko kehne ki aqal chahiye wisdom chahiye soch samajh chahiye bheer bakriyon kay pas na woh to bhandar hai na bheer bakri us ko unfold kar saktay hain spirituality ka bhandar bheer bakriyon kay pas nahi hai is liye woh unfold bhi nahi kar saktay</w:t>
      </w:r>
    </w:p>
    <w:p>
      <w:pPr>
        <w:jc w:val="right"/>
      </w:pPr>
      <w:r>
        <w:t>تو اپنی اسپیریچولیٹی کا جو بھنڈار ہے انسان کے اندر اس کو انفولڈ کرنا بہت اسان ہے بہت اسان ہے بہت اسان ہے لیکن اس کی وجہ اس کو کہنے کی عقل چاہیے وزڈم چاہیے سوچ سمجھ چاہیے بھیڑ بکریوں کے پاس نہ وہ تو بھنڈار ہے نہ بھیڑ بکری اس کو انفولڈ کر سکتے ہیں اسپیریچولیٹی کا بھنڈار بھیڑ بکریوں کے پاس نہیں ہے اس لیے وہ انفولڈ بھی نہیں کر سکتے</w:t>
      </w:r>
    </w:p>
    <w:p>
      <w:r>
        <w:rPr>
          <w:b/>
        </w:rPr>
        <w:t xml:space="preserve">[1:27:34] </w:t>
      </w:r>
      <w:r>
        <w:t>lekin insan jo hai jis kay pas hai woh agar apni aqal ko bheer bakri ki tarah bana lay to woh uska bhi unfold honay say reh jayega waisi jiayega waisi maray ga woh</w:t>
      </w:r>
    </w:p>
    <w:p>
      <w:pPr>
        <w:jc w:val="right"/>
      </w:pPr>
      <w:r>
        <w:t>لیکن انسان جو ہے جس کے پاس ہے وہ اگر اپنی عقل کو بھیڑ بکری کی طرح بنا لے تو وہ اس کا بھی انفولڈ ہونے سے رہ جائے گا ویسی جیائے گا ویسی مرے گا وہ</w:t>
      </w:r>
    </w:p>
    <w:p>
      <w:r>
        <w:rPr>
          <w:b/>
        </w:rPr>
        <w:t xml:space="preserve">[1:27:49] </w:t>
      </w:r>
      <w:r>
        <w:t>to main to apnay experience say yeh samjha hoon maulana sahib yeh shaitan jo hai is ka koi alag say physical existence hai ya woh har insan kay nafs kay sath jura hua hai</w:t>
      </w:r>
    </w:p>
    <w:p>
      <w:pPr>
        <w:jc w:val="right"/>
      </w:pPr>
      <w:r>
        <w:t>تو میں تو اپنے ایکسپیرینس سے یہ سمجھا ہوں مولانا صاحب یہ شیطان جو ہے اس کا کوئی الگ سے فزیکل ایگزسٹنس ہے یا وہ ہر انسان کے نفس کے ساتھ جڑا ہوا ہے</w:t>
      </w:r>
    </w:p>
    <w:p>
      <w:r>
        <w:rPr>
          <w:b/>
        </w:rPr>
        <w:t xml:space="preserve">[1:28:02] </w:t>
      </w:r>
      <w:r>
        <w:t>nahi hamari taraf say woh bhi aik creature hai jaisay hum hain aisa nahi kay woh uska koi dependent hasti nahi hai woh uska baqayda hai woh jaisay hum hain ab dikhai nahi deta woh alag baat hai dikhai woh angel bhi nahi dikhai detay jaisay angel hain lekin dikhai nahi detay kay satan hai woh dikhai nahi deta lekin hai woh uska existence hai uska this question is from idrees</w:t>
      </w:r>
    </w:p>
    <w:p>
      <w:pPr>
        <w:jc w:val="right"/>
      </w:pPr>
      <w:r>
        <w:t>نہیں ہماری طرف سے وہ بھی ایک کریچر ہے جیسے ہم ہیں ایسا نہیں کہ وہ اس کا کوئی ڈیپینڈنٹ ہستی نہیں ہے وہ اس کا باقاعدہ ہے وہ جیسے ہم ہیں اب دکھائی نہیں دیتا وہ الگ بات ہے دکھائی وہ اینجل بھی نہیں دکھائی دیتے جیسے اینجل ہیں لیکن دکھائی نہیں دیتے کہ سیٹن ہے وہ دکھائی نہیں دیتا لیکن ہے وہ اس کا ایگزسٹنس ہے اس کا دس کوئسچن از فرام ادریس</w:t>
      </w:r>
    </w:p>
    <w:p>
      <w:r>
        <w:rPr>
          <w:b/>
        </w:rPr>
        <w:t xml:space="preserve">[1:28:30] </w:t>
      </w:r>
      <w:r>
        <w:t>he writes that after adam was created angels were ordered to prostrate how ever in islam prostrating is only for god please guide us why dekhen woh prostration nahi tha woh yani sajda nahi tha woh sirf jhukna tha woh bas woh jhukna tha</w:t>
      </w:r>
    </w:p>
    <w:p>
      <w:pPr>
        <w:jc w:val="right"/>
      </w:pPr>
      <w:r>
        <w:t>ہی رائٹس دیٹ افٹر ایڈم واز کریٹڈ اینجلز وار ارڈین ٹو پروسٹریٹ ہاؤ ایور ان اسلام پروسٹریٹنگ از اونلی فار گاڈ پلیز گائیڈ اس وائی دیکھیں وہ پروسٹریشن نہیں تھا وہ یعنی سجدہ نہیں تھا وہ وہ صرف جھکنا تھا وہ بس وہ جھکنا تھا</w:t>
      </w:r>
    </w:p>
    <w:p>
      <w:r>
        <w:rPr>
          <w:b/>
        </w:rPr>
        <w:t xml:space="preserve">[1:28:55] </w:t>
      </w:r>
      <w:r>
        <w:t>sajda nahi tha yani zameen pay sar rakhna yeh sirf khuda kay liye hai pehlay bhi tha rabb bhi hai yeh sajda kay dono mani atay hain arabi zaban mein jhuknay kay mani bhi atay hain aur is kay bhi atay hain sajda zameen mein sar rakhna bhi atay hain wahan jo murad hai woh sirf jhukna hai jhuknay ka mani yeh hai kay as a token of cooperation yani farishton ka yeh hukum hua kay tum ko halaal mein insan say cooperate karna hai</w:t>
      </w:r>
    </w:p>
    <w:p>
      <w:pPr>
        <w:jc w:val="right"/>
      </w:pPr>
      <w:r>
        <w:t>سجدہ نہیں تھا یعنی زمین پہ سر رکھنا یہ صرف خدا کے لیے ہے پہلے بھی تھا رب بھی ہے یہ سجدہ کے دونوں معنی اتے ہیں عربی زبان میں جھکنے کے معنی بھی اتے ہیں اور اس کے بھی اتے ہیں سجدہ زمین میں سر رکھنا بھی اتے ہیں وہاں جو مراد ہے وہ صرف جھکنا ہے جھکنے کا معنی یہ ہے کہ ایز اے ٹوکن اف کوپریشن یعنی فرشتوں کا یہ حکم ہوا کہ تم کو حلال میں انسان سے کوپریٹ کرنا ہے</w:t>
      </w:r>
    </w:p>
    <w:p>
      <w:r>
        <w:rPr>
          <w:b/>
        </w:rPr>
        <w:t xml:space="preserve">[1:29:21] </w:t>
      </w:r>
      <w:r>
        <w:t>to as a token of cooperation tha woh kay jo bhi karay woh ghar jala hua hai to jalany do us ko kyun kay is dunya mein jo bhi hota hai woh farishton kay baghair nahi ho sakta hawaon ka nizam aur suraj ka nizam har cheez khuda yeh jo nizam khuda ka hai woh sab farishtay chala rahay hain angel agar farishtay cooperate na karayn to aap kuch nahi kar saktay to farishton cooperation chahiye aap ko</w:t>
      </w:r>
    </w:p>
    <w:p>
      <w:pPr>
        <w:jc w:val="right"/>
      </w:pPr>
      <w:r>
        <w:t>تو ایز اے ٹوکن اف کوپریشن تھا وہ کہ جو بھی کرے وہ گھر جلا ہوا ہے تو جلانے دو اس کو کیونکہ اس دنیا میں جو بھی ہوتا ہے وہ فرشتوں کے بغیر نہیں ہو سکتا ہواؤں کا نظام اور سورج کا نظام ہر چیز خدا یہ جو نظام خدا کا ہے وہ سب فرشتے چلا رہے ہیں اینجل اگر فرشتے کوپریٹ نہ کریں تو اپ کچھ نہیں کر سکتے تو فرشتوں کوپریشن چاہیے اپ کو</w:t>
      </w:r>
    </w:p>
    <w:p>
      <w:r>
        <w:rPr>
          <w:b/>
        </w:rPr>
        <w:t xml:space="preserve">[1:29:46] </w:t>
      </w:r>
      <w:r>
        <w:t>to farishton say khuda nay kaha kay tum ko kisi bhi hal mein us ko cooperate karna hai chahay woh yani constructive way mein jaye woh destructive way mein jaye freedom ko misuse karay ya proper use karay yeh tha matlab is ka us woh sajda nahi tha balkay sirf yeh yeh is qism ka aik aik demonstration tha woh.</w:t>
      </w:r>
    </w:p>
    <w:p>
      <w:pPr>
        <w:jc w:val="right"/>
      </w:pPr>
      <w:r>
        <w:t>تو فرشتوں سے خدا نے کہا کہ تم کو کسی بھی حال میں اس کو کوپریٹ کرنا ہے چاہے وہ یعنی کنسٹرکٹو وے میں جائے وہ ڈسٹرکٹو وے میں جائے فریڈم کو مس یوز کرے یا پراپر یوز کرے یہ تھا مطلب اس کا اس وہ سجدہ نہیں تھا بلکہ صرف یہ یہ اس قسم کا ایک ایک ڈیمونسٹریشن تھا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