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Interpretation of Prophetic History March 18, 2007 Maulana Wahiduddin Khan</w:t>
      </w:r>
    </w:p>
    <w:p>
      <w:r>
        <w:t>https://www.youtube.com/watch?v=em6fFdShppU</w:t>
      </w:r>
    </w:p>
    <w:p>
      <w:r>
        <w:rPr>
          <w:b/>
        </w:rPr>
        <w:t xml:space="preserve">[00:37] </w:t>
      </w:r>
      <w:r>
        <w:t>aaj ka topic hai:</w:t>
      </w:r>
    </w:p>
    <w:p>
      <w:pPr>
        <w:jc w:val="right"/>
      </w:pPr>
      <w:r>
        <w:t>آج کا ٹاپک ہے:</w:t>
      </w:r>
    </w:p>
    <w:p>
      <w:r>
        <w:rPr>
          <w:b/>
        </w:rPr>
        <w:t xml:space="preserve">[00:42] </w:t>
      </w:r>
      <w:r>
        <w:t>interpretation of prophetic history.</w:t>
      </w:r>
    </w:p>
    <w:p>
      <w:pPr>
        <w:jc w:val="right"/>
      </w:pPr>
      <w:r>
        <w:t>انٹرپریٹیشن آف پرافیٹک ہسٹری۔</w:t>
      </w:r>
    </w:p>
    <w:p>
      <w:r>
        <w:rPr>
          <w:b/>
        </w:rPr>
        <w:t xml:space="preserve">[00:50] </w:t>
      </w:r>
      <w:r>
        <w:t>interpretation of prophetic history. history kya hai?</w:t>
      </w:r>
    </w:p>
    <w:p>
      <w:pPr>
        <w:jc w:val="right"/>
      </w:pPr>
      <w:r>
        <w:t>انٹرپریٹیشن آف پرافیٹک ہسٹری۔ ہسٹری کیا ہے؟</w:t>
      </w:r>
    </w:p>
    <w:p>
      <w:r>
        <w:rPr>
          <w:b/>
        </w:rPr>
        <w:t xml:space="preserve">[01:01] </w:t>
      </w:r>
      <w:r>
        <w:t>history</w:t>
      </w:r>
    </w:p>
    <w:p>
      <w:pPr>
        <w:jc w:val="right"/>
      </w:pPr>
      <w:r>
        <w:t>ہسٹری</w:t>
      </w:r>
    </w:p>
    <w:p>
      <w:r>
        <w:rPr>
          <w:b/>
        </w:rPr>
        <w:t xml:space="preserve">[01:05] </w:t>
      </w:r>
      <w:r>
        <w:t>naam hai</w:t>
      </w:r>
    </w:p>
    <w:p>
      <w:pPr>
        <w:jc w:val="right"/>
      </w:pPr>
      <w:r>
        <w:t>نام ہے</w:t>
      </w:r>
    </w:p>
    <w:p>
      <w:r>
        <w:rPr>
          <w:b/>
        </w:rPr>
        <w:t xml:space="preserve">[01:08] </w:t>
      </w:r>
      <w:r>
        <w:t>systematic study of past ka.</w:t>
      </w:r>
    </w:p>
    <w:p>
      <w:pPr>
        <w:jc w:val="right"/>
      </w:pPr>
      <w:r>
        <w:t>سسٹمیٹک اسٹڈی آف پاسٹ کا۔</w:t>
      </w:r>
    </w:p>
    <w:p>
      <w:r>
        <w:rPr>
          <w:b/>
        </w:rPr>
        <w:t xml:space="preserve">[01:15] </w:t>
      </w:r>
      <w:r>
        <w:t>systematic study of past ka. yeh hai history.</w:t>
      </w:r>
    </w:p>
    <w:p>
      <w:pPr>
        <w:jc w:val="right"/>
      </w:pPr>
      <w:r>
        <w:t>سسٹمیٹک اسٹڈی آف پاسٹ کا۔ یہ ہے ہسٹری۔</w:t>
      </w:r>
    </w:p>
    <w:p>
      <w:r>
        <w:rPr>
          <w:b/>
        </w:rPr>
        <w:t xml:space="preserve">[01:25] </w:t>
      </w:r>
      <w:r>
        <w:t>dunya mein history ke do method rahe hain.</w:t>
      </w:r>
    </w:p>
    <w:p>
      <w:pPr>
        <w:jc w:val="right"/>
      </w:pPr>
      <w:r>
        <w:t>دنیا میں ہسٹری کے دو میتھڈ رہے ہیں۔</w:t>
      </w:r>
    </w:p>
    <w:p>
      <w:r>
        <w:rPr>
          <w:b/>
        </w:rPr>
        <w:t xml:space="preserve">[01:35] </w:t>
      </w:r>
      <w:r>
        <w:t>traditionally jo method tha,</w:t>
      </w:r>
    </w:p>
    <w:p>
      <w:pPr>
        <w:jc w:val="right"/>
      </w:pPr>
      <w:r>
        <w:t>ٹریڈیشنلی جو میتھڈ تھا،</w:t>
      </w:r>
    </w:p>
    <w:p>
      <w:r>
        <w:rPr>
          <w:b/>
        </w:rPr>
        <w:t xml:space="preserve">[01:41] </w:t>
      </w:r>
      <w:r>
        <w:t>hazaron saal se, woh tha political events ko unit bana kar ke study karna tareekh ka.</w:t>
      </w:r>
    </w:p>
    <w:p>
      <w:pPr>
        <w:jc w:val="right"/>
      </w:pPr>
      <w:r>
        <w:t>ہزاروں سال سے، وہ تھا پولیٹیکل ایونٹس کو یونٹ بنا کر کے اسٹڈی کرنا تاریخ کا۔</w:t>
      </w:r>
    </w:p>
    <w:p>
      <w:r>
        <w:rPr>
          <w:b/>
        </w:rPr>
        <w:t xml:space="preserve">[01:53] </w:t>
      </w:r>
      <w:r>
        <w:t>yani political event ko base bana kar ke</w:t>
      </w:r>
    </w:p>
    <w:p>
      <w:pPr>
        <w:jc w:val="right"/>
      </w:pPr>
      <w:r>
        <w:t>یعنی پولیٹیکل ایونٹ کو بیس بنا کر کے</w:t>
      </w:r>
    </w:p>
    <w:p>
      <w:r>
        <w:rPr>
          <w:b/>
        </w:rPr>
        <w:t xml:space="preserve">[01:59] </w:t>
      </w:r>
      <w:r>
        <w:t>study karna.</w:t>
      </w:r>
    </w:p>
    <w:p>
      <w:pPr>
        <w:jc w:val="right"/>
      </w:pPr>
      <w:r>
        <w:t>اسٹڈی کرنا۔</w:t>
      </w:r>
    </w:p>
    <w:p>
      <w:r>
        <w:rPr>
          <w:b/>
        </w:rPr>
        <w:t xml:space="preserve">[02:01] </w:t>
      </w:r>
      <w:r>
        <w:t>doosra jis ko introduce kiya hai allan time be ne, woh hai civilization ko unit bana kar ke study karna.</w:t>
      </w:r>
    </w:p>
    <w:p>
      <w:pPr>
        <w:jc w:val="right"/>
      </w:pPr>
      <w:r>
        <w:t>دوسرا جس کو انٹروڈیوس کیا ہے آلن ٹائم بی نے، وہ ہے سویلائزیشن کو یونٹ بنا کر کے اسٹڈی کرنا۔</w:t>
      </w:r>
    </w:p>
    <w:p>
      <w:r>
        <w:rPr>
          <w:b/>
        </w:rPr>
        <w:t xml:space="preserve">[02:13] </w:t>
      </w:r>
      <w:r>
        <w:t>yeh do baray trend hain. toh hazaron saal se jo trend chala raha tha, woh toh wahi hai ke political events ko unit maan kar ke study karna.</w:t>
      </w:r>
    </w:p>
    <w:p>
      <w:pPr>
        <w:jc w:val="right"/>
      </w:pPr>
      <w:r>
        <w:t>یہ دو بڑے ٹرینڈ ہیں۔ تو ہزاروں سال سے جو ٹرینڈ چلا رہا تھا، وہ تو وہی ہے کہ پولیٹیکل ایونٹس کو یونٹ مان کر کے اسٹڈی کرنا۔</w:t>
      </w:r>
    </w:p>
    <w:p>
      <w:r>
        <w:rPr>
          <w:b/>
        </w:rPr>
        <w:t xml:space="preserve">[02:27] </w:t>
      </w:r>
      <w:r>
        <w:t>jaise India mein aap dekhiye ke rajaon ka ek period tha, phir Mughlon ka period aaya, phir British period aaya,</w:t>
      </w:r>
    </w:p>
    <w:p>
      <w:pPr>
        <w:jc w:val="right"/>
      </w:pPr>
      <w:r>
        <w:t>جیسے انڈیا میں آپ دیکھیے کہ راجاؤں کا ایک پیریڈ تھا، پھر مغلوں کا پیریڈ آیا، پھر برٹش پیریڈ آیا،</w:t>
      </w:r>
    </w:p>
    <w:p>
      <w:r>
        <w:rPr>
          <w:b/>
        </w:rPr>
        <w:t xml:space="preserve">[02:43] </w:t>
      </w:r>
      <w:r>
        <w:t>phir Congress ka period aaya. is tarah ke ek unit bante hain.</w:t>
      </w:r>
    </w:p>
    <w:p>
      <w:pPr>
        <w:jc w:val="right"/>
      </w:pPr>
      <w:r>
        <w:t>پھر کانگریس کا پیریڈ آیا۔ اس طرح کے ایک یونٹ بنتے ہیں۔</w:t>
      </w:r>
    </w:p>
    <w:p>
      <w:r>
        <w:rPr>
          <w:b/>
        </w:rPr>
        <w:t xml:space="preserve">[02:50] </w:t>
      </w:r>
      <w:r>
        <w:t>toh political events ke le kar ke unit bante hain jo, is ko le kar study karna.</w:t>
      </w:r>
    </w:p>
    <w:p>
      <w:pPr>
        <w:jc w:val="right"/>
      </w:pPr>
      <w:r>
        <w:t>تو پولیٹیکل ایونٹس کے لے کر کے یونٹ بنتے ہیں جو، اس کو لے کر اسٹڈی کرنا۔</w:t>
      </w:r>
    </w:p>
    <w:p>
      <w:r>
        <w:rPr>
          <w:b/>
        </w:rPr>
        <w:t xml:space="preserve">[02:59] </w:t>
      </w:r>
      <w:r>
        <w:t>yehi chala raha hai hazaron saal se. lekin ek naya jo introduce kiya hai allan time be ne, woh hai civilization ko unit maan kar ke study karna history ka.</w:t>
      </w:r>
    </w:p>
    <w:p>
      <w:pPr>
        <w:jc w:val="right"/>
      </w:pPr>
      <w:r>
        <w:t>یہی چلا رہا ہے ہزاروں سال سے۔ لیکن ایک نیا جو انٹروڈیوس کیا ہے آلن ٹائم بی نے، وہ ہے سویلائزیشن کو یونٹ مان کر کے اسٹڈی کرنا ہسٹری کا۔</w:t>
      </w:r>
    </w:p>
    <w:p>
      <w:r>
        <w:rPr>
          <w:b/>
        </w:rPr>
        <w:t xml:space="preserve">[03:18] </w:t>
      </w:r>
      <w:r>
        <w:t>jaise Greek civilization, aur Chinese civilization, Roman civilization, Muslim civilization,</w:t>
      </w:r>
    </w:p>
    <w:p>
      <w:pPr>
        <w:jc w:val="right"/>
      </w:pPr>
      <w:r>
        <w:t>جیسے گریک سویلائزیشن، اور چائنیز سویلائزیشن، رومن سویلائزیشن، مسلم سویلائزیشن،</w:t>
      </w:r>
    </w:p>
    <w:p>
      <w:r>
        <w:rPr>
          <w:b/>
        </w:rPr>
        <w:t xml:space="preserve">[03:33] </w:t>
      </w:r>
      <w:r>
        <w:t>Western civilization. toh ek tareeqa yeh hai tareekh ka. tareekh ki study karne ka.</w:t>
      </w:r>
    </w:p>
    <w:p>
      <w:pPr>
        <w:jc w:val="right"/>
      </w:pPr>
      <w:r>
        <w:t>ویسٹرن سویلائزیشن۔ تو ایک طریقہ یہ ہے تاریخ کا۔ تاریخ کی اسٹڈی کرنے کا۔</w:t>
      </w:r>
    </w:p>
    <w:p>
      <w:r>
        <w:rPr>
          <w:b/>
        </w:rPr>
        <w:t xml:space="preserve">[03:44] </w:t>
      </w:r>
      <w:r>
        <w:t>lekin ek aur tareeqa hai jo sirf Quran mein paya jata hai aur kahin nahi hai. woh hai prophet ko unit maan kar ke study karna history ka.</w:t>
      </w:r>
    </w:p>
    <w:p>
      <w:pPr>
        <w:jc w:val="right"/>
      </w:pPr>
      <w:r>
        <w:t>لیکن ایک اور طریقہ ہے جو صرف قرآن میں پایا جاتا ہے اور کہیں نہیں ہے۔ وہ ہے پرافیٹ کو یونٹ مان کر کے اسٹڈی کرنا ہسٹری کا۔</w:t>
      </w:r>
    </w:p>
    <w:p>
      <w:r>
        <w:rPr>
          <w:b/>
        </w:rPr>
        <w:t xml:space="preserve">[04:03] </w:t>
      </w:r>
      <w:r>
        <w:t>is mein jo difficulty hai, woh yeh hai ke yahan par record maujood nahi. woh jo doosre tareeqe hain, is mein record hota hai.</w:t>
      </w:r>
    </w:p>
    <w:p>
      <w:pPr>
        <w:jc w:val="right"/>
      </w:pPr>
      <w:r>
        <w:t>اس میں جو ڈیفیکلٹی ہے، وہ یہ ہے کہ یہاں پر ریکارڈ موجود نہیں۔ وہ جو دوسرے طریقے ہیں، اس میں ریکارڈ ہوتا ہے۔</w:t>
      </w:r>
    </w:p>
    <w:p>
      <w:r>
        <w:rPr>
          <w:b/>
        </w:rPr>
        <w:t xml:space="preserve">[04:14] </w:t>
      </w:r>
      <w:r>
        <w:t>political events ke record hain, is ko le kar aap ek likh sakte hain ek tareekh. civilization jo hai, is ke bhi record hain, is ko le kar aap likh sakte hain tareekh.</w:t>
      </w:r>
    </w:p>
    <w:p>
      <w:pPr>
        <w:jc w:val="right"/>
      </w:pPr>
      <w:r>
        <w:t>پولیٹیکل ایونٹس کے ریکارڈ ہیں، اس کو لے کر آپ ایک لکھ سکتے ہیں ایک تاریخ۔ سویلائزیشن جو ہے، اس کے بھی ریکارڈ ہیں، اس کو لے کر آپ لکھ سکتے ہیں تاریخ۔</w:t>
      </w:r>
    </w:p>
    <w:p>
      <w:r>
        <w:rPr>
          <w:b/>
        </w:rPr>
        <w:t xml:space="preserve">[04:31] </w:t>
      </w:r>
      <w:r>
        <w:t>lekin prophet ki jo history hai, is ka koi record bohat hi kam hai.</w:t>
      </w:r>
    </w:p>
    <w:p>
      <w:pPr>
        <w:jc w:val="right"/>
      </w:pPr>
      <w:r>
        <w:t>لیکن پرافیٹ کی جو ہسٹری ہے، اس کا کوئی ریکارڈ بہت ہی کم ہے۔</w:t>
      </w:r>
    </w:p>
    <w:p>
      <w:r>
        <w:rPr>
          <w:b/>
        </w:rPr>
        <w:t xml:space="preserve">[04:40] </w:t>
      </w:r>
      <w:r>
        <w:t>kuch record hai scriptures mein, jaise Bible. kuch record hai archaeology mein.</w:t>
      </w:r>
    </w:p>
    <w:p>
      <w:pPr>
        <w:jc w:val="right"/>
      </w:pPr>
      <w:r>
        <w:t>کچھ ریکارڈ ہے اسکرپچرز میں، جیسے بائبل۔ کچھ ریکارڈ ہے آرکیالوجی میں۔</w:t>
      </w:r>
    </w:p>
    <w:p>
      <w:r>
        <w:rPr>
          <w:b/>
        </w:rPr>
        <w:t xml:space="preserve">[04:52] </w:t>
      </w:r>
      <w:r>
        <w:t>aur zyada record hai Quran mein.</w:t>
      </w:r>
    </w:p>
    <w:p>
      <w:pPr>
        <w:jc w:val="right"/>
      </w:pPr>
      <w:r>
        <w:t>اور زیادہ ریکارڈ ہے قرآن میں۔</w:t>
      </w:r>
    </w:p>
    <w:p>
      <w:r>
        <w:rPr>
          <w:b/>
        </w:rPr>
        <w:t xml:space="preserve">[04:58] </w:t>
      </w:r>
      <w:r>
        <w:t>ab Bible jo hai, woh bohat zyada authentic nahi hai. kyunke is mein religious belief ko shamil karte rahe hain.</w:t>
      </w:r>
    </w:p>
    <w:p>
      <w:pPr>
        <w:jc w:val="right"/>
      </w:pPr>
      <w:r>
        <w:t>اب بائبل جو ہے، وہ بہت زیادہ آتھینٹک نہیں ہے۔ کیونکہ اس میں ریلیجیس بیلیف کو شامل کرتے رہے ہیں۔</w:t>
      </w:r>
    </w:p>
    <w:p>
      <w:r>
        <w:rPr>
          <w:b/>
        </w:rPr>
        <w:t xml:space="preserve">[05:11] </w:t>
      </w:r>
      <w:r>
        <w:t>ek hai,</w:t>
      </w:r>
    </w:p>
    <w:p>
      <w:pPr>
        <w:jc w:val="right"/>
      </w:pPr>
      <w:r>
        <w:t>ایک ہے،</w:t>
      </w:r>
    </w:p>
    <w:p>
      <w:r>
        <w:rPr>
          <w:b/>
        </w:rPr>
        <w:t xml:space="preserve">[05:14] </w:t>
      </w:r>
      <w:r>
        <w:t>dekhiye sahib yahan koi sahib jo jinke liye zaroori ho mobile, woh chale jayen yahan se. bar bar kaha gaya, bar bar kaha gaya, abhi do bar, teen bar kaha gaya, phir bhi mobile baj raha hai.</w:t>
      </w:r>
    </w:p>
    <w:p>
      <w:pPr>
        <w:jc w:val="right"/>
      </w:pPr>
      <w:r>
        <w:t>دیکھیے صاحب یہاں کوئی صاحب جو جن کے لیے ضروری ہو موبائل، وہ چلے جائیں یہاں سے۔ بار بار کہا گیا، بار بار کہا گیا، ابھی دو بار، تین بار کہا گیا، پھر بھی موبائل بج رہا ہے۔</w:t>
      </w:r>
    </w:p>
    <w:p>
      <w:r>
        <w:rPr>
          <w:b/>
        </w:rPr>
        <w:t xml:space="preserve">[05:27] </w:t>
      </w:r>
      <w:r>
        <w:t>main toh yeh nahi kehta aise logon ke aanay ki zaroorat hi kya hai yahan par. hum ne is mein apni jawani ko bahapa mein tabdeel kar diya, apni hadiyon ko pighla diya, apna khoon khushk kar</w:t>
      </w:r>
    </w:p>
    <w:p>
      <w:pPr>
        <w:jc w:val="right"/>
      </w:pPr>
      <w:r>
        <w:t>میں تو یہ نہیں کہتا ایسے لوگوں کے آنے کی ضرورت ہی کیا ہے یہاں پر۔ ہم نے اس میں اپنی جوانی کو بہاپا میں تبدیل کر دیا، اپنی ہڈیوں کو پگھلا دیا، اپنا خون خشک کر</w:t>
      </w:r>
    </w:p>
    <w:p>
      <w:r>
        <w:rPr>
          <w:b/>
        </w:rPr>
        <w:t xml:space="preserve">[05:36] </w:t>
      </w:r>
      <w:r>
        <w:t>diya. to aap logon ke liye mobile ki ahmiyat hai, mere liye sachai ki ahmiyat hai. main sachai sab se bari cheez samajhta hoon, sachai. to main yeh keh raha tha ke history ka aik tareeqa woh hai jis mein prophetic event ko le kar ke study ki jati hai tareekh</w:t>
      </w:r>
    </w:p>
    <w:p>
      <w:pPr>
        <w:jc w:val="right"/>
      </w:pPr>
      <w:r>
        <w:t>دیا۔ تو آپ لوگوں کے لیے موبائل کی اہمیت ہے، میرے لیے سچائی کی اہمیت ہے۔ میں سچائی سب سے بڑی چیز سمجھتا ہوں، سچائی۔ تو میں یہ کہہ رہا تھا کہ ہسٹری کا ایک طریقہ وہ ہے جس میں پرافیٹک ایونٹ کو لے کر کے اسٹڈی کی کی جاتی ہے تاریخ</w:t>
      </w:r>
    </w:p>
    <w:p>
      <w:r>
        <w:rPr>
          <w:b/>
        </w:rPr>
        <w:t xml:space="preserve">[05:55] </w:t>
      </w:r>
      <w:r>
        <w:t>ki. jo religious scriptures hain, aik woh hain source. lekin other than Quran, jitne bhi religious scriptures hain, un sab mein badlao aa gaya hai,</w:t>
      </w:r>
    </w:p>
    <w:p>
      <w:pPr>
        <w:jc w:val="right"/>
      </w:pPr>
      <w:r>
        <w:t>کی۔ جو ریلیجیس اسکرپچرز ہیں، ایک وہ ہیں سورس۔ لیکن ادر دین قرآن، جتنے بھی ریلیجیس اسکرپچرز ہیں، ان سب میں بدلاؤ آ گیا ہے،</w:t>
      </w:r>
    </w:p>
    <w:p>
      <w:r>
        <w:rPr>
          <w:b/>
        </w:rPr>
        <w:t xml:space="preserve">[06:11] </w:t>
      </w:r>
      <w:r>
        <w:t>interpretation hua hai.</w:t>
      </w:r>
    </w:p>
    <w:p>
      <w:pPr>
        <w:jc w:val="right"/>
      </w:pPr>
      <w:r>
        <w:t>انٹرپریٹیشن ہوا ہے۔</w:t>
      </w:r>
    </w:p>
    <w:p>
      <w:r>
        <w:rPr>
          <w:b/>
        </w:rPr>
        <w:t xml:space="preserve">[06:16] </w:t>
      </w:r>
      <w:r>
        <w:t>doosra jo source hai, woh hai archaeol</w:t>
      </w:r>
    </w:p>
    <w:p>
      <w:pPr>
        <w:jc w:val="right"/>
      </w:pPr>
      <w:r>
        <w:t>دوسرا جو سورس ہے، وہ ہے آرکیال</w:t>
      </w:r>
    </w:p>
    <w:p>
      <w:r>
        <w:rPr>
          <w:b/>
        </w:rPr>
        <w:t xml:space="preserve">[06:18] </w:t>
      </w:r>
      <w:r>
        <w:t>ogy. jaise main misaal doon, Hazrat Ibrahim bohat bare maane hue prophet thay. lekin abhi hazar baras pehle tak historian mante nahi thay ke prophet naam ka koi aadmi kabhi duniya mein paida hua hai.</w:t>
      </w:r>
    </w:p>
    <w:p>
      <w:pPr>
        <w:jc w:val="right"/>
      </w:pPr>
      <w:r>
        <w:t>وجی۔ جیسے میں مثال دوں، حضرت ابراہیم بہت بڑے مانے ہوئے پرافیٹ تھے۔ لیکن ابھی ہزار برس پہلے تک ہسٹورین مانتے نہیں تھے کہ پرافیٹ نام کا کوئی آدمی کبھی دنیا میں پیدا ہوا ہے۔</w:t>
      </w:r>
    </w:p>
    <w:p>
      <w:r>
        <w:rPr>
          <w:b/>
        </w:rPr>
        <w:t xml:space="preserve">[06:39] </w:t>
      </w:r>
      <w:r>
        <w:t>kyun ke jo history hai, recorded history, us mein un ka naam nahi tha.</w:t>
      </w:r>
    </w:p>
    <w:p>
      <w:pPr>
        <w:jc w:val="right"/>
      </w:pPr>
      <w:r>
        <w:t>کیونکہ جو ہسٹری ہے، ریکارڈڈ ہسٹری، اس میں ان کا نام نہیں تھا۔</w:t>
      </w:r>
    </w:p>
    <w:p>
      <w:r>
        <w:rPr>
          <w:b/>
        </w:rPr>
        <w:t xml:space="preserve">[06:48] </w:t>
      </w:r>
      <w:r>
        <w:t>phir kya hua? Iraq mein excavation hua. excavation mein aik poora shehar nikal aaya, Baghdad se kuch faasley par.</w:t>
      </w:r>
    </w:p>
    <w:p>
      <w:pPr>
        <w:jc w:val="right"/>
      </w:pPr>
      <w:r>
        <w:t>پھر کیا ہوا؟ عراق میں ایکسکیویشن ہوا۔ ایکسکیویشن میں ایک پورا شہر نکل آیا، بغداد سے کچھ فاصلے پر۔</w:t>
      </w:r>
    </w:p>
    <w:p>
      <w:r>
        <w:rPr>
          <w:b/>
        </w:rPr>
        <w:t xml:space="preserve">[07:02] </w:t>
      </w:r>
      <w:r>
        <w:t>iska naam hai Ur. UR. Ur. poora poora shehar zameen mein andar daba pada tha.</w:t>
      </w:r>
    </w:p>
    <w:p>
      <w:pPr>
        <w:jc w:val="right"/>
      </w:pPr>
      <w:r>
        <w:t>اس کا نام ہے عر۔ یو آر۔ عر۔ پورا پورا شہر زمین میں اندر دبا پڑا تھا۔</w:t>
      </w:r>
    </w:p>
    <w:p>
      <w:r>
        <w:rPr>
          <w:b/>
        </w:rPr>
        <w:t xml:space="preserve">[07:14] </w:t>
      </w:r>
      <w:r>
        <w:t>phir excavation se pata chala ke yahan to poora poora shehar daba hua hai. aaj woh khul khula hua hai, jaate hain tourist log dekhte hain is ko.</w:t>
      </w:r>
    </w:p>
    <w:p>
      <w:pPr>
        <w:jc w:val="right"/>
      </w:pPr>
      <w:r>
        <w:t>پھر ایکسکیویشن سے پتہ چلا کہ یہاں تو پورا پورا شہر دبا ہوا ہے۔ آج وہ کھل کھلا ہوا ہے، جاتے ہیں ٹورسٹ لوگ دیکھتے ہیں اس کو۔</w:t>
      </w:r>
    </w:p>
    <w:p>
      <w:r>
        <w:rPr>
          <w:b/>
        </w:rPr>
        <w:t xml:space="preserve">[07:25] </w:t>
      </w:r>
      <w:r>
        <w:t>to jab Ur excavation ke zariye Ur shehar saamne aaya, tab Hazrat Ibrahim ki history ka pata chala.</w:t>
      </w:r>
    </w:p>
    <w:p>
      <w:pPr>
        <w:jc w:val="right"/>
      </w:pPr>
      <w:r>
        <w:t>تو جب عر ایکسکیویشن کے ذریعے عر شہر سامنے آیا، تب حضرت ابراہیم کی ہسٹری کا پتہ چلا۔</w:t>
      </w:r>
    </w:p>
    <w:p>
      <w:r>
        <w:rPr>
          <w:b/>
        </w:rPr>
        <w:t xml:space="preserve">[07:37] </w:t>
      </w:r>
      <w:r>
        <w:t>to excavation se jo baatein maloom hoti hain, ya archaeology se jo baatein maloom hoti hain, woh aik authentic zariya maani jati hain paighambaron ki history ka.</w:t>
      </w:r>
    </w:p>
    <w:p>
      <w:pPr>
        <w:jc w:val="right"/>
      </w:pPr>
      <w:r>
        <w:t>تو ایکسکیویشن سے جو باتیں معلوم ہوتی ہیں، یا آرکیالوجی سے جو باتیں معلوم ہوتی ہیں، وہ ایک آتھینٹک ذریعہ مان جاتی ہیں پیغمبروں کی ہسٹری کا۔</w:t>
      </w:r>
    </w:p>
    <w:p>
      <w:r>
        <w:rPr>
          <w:b/>
        </w:rPr>
        <w:t xml:space="preserve">[07:50] </w:t>
      </w:r>
      <w:r>
        <w:t>aise hi dekhiye aap ke Fero jo hai, Quran mein reference tha ke Musa ke zamanay mein jo Fero tha, woh pani mein doob gaya,</w:t>
      </w:r>
    </w:p>
    <w:p>
      <w:pPr>
        <w:jc w:val="right"/>
      </w:pPr>
      <w:r>
        <w:t>ایسے ہی دیکھیے آپ کہ فیرو جو ہے، قرآن میں ریفرنس تھا کہ موسیٰ کے زمانے میں جو فیرو تھا، وہ پانی میں ڈوب گیا،</w:t>
      </w:r>
    </w:p>
    <w:p>
      <w:r>
        <w:rPr>
          <w:b/>
        </w:rPr>
        <w:t xml:space="preserve">[08:06] </w:t>
      </w:r>
      <w:r>
        <w:t>doob kar mara. lekin Quran ne yeh bataya tha ke uska body preserve hai. uska body preserve hai.</w:t>
      </w:r>
    </w:p>
    <w:p>
      <w:pPr>
        <w:jc w:val="right"/>
      </w:pPr>
      <w:r>
        <w:t>ڈوب کر مرا۔ لیکن قرآن نے یہ بتایا تھا کہ اس کا باڈی پریزرو ہے۔ اس کا باڈی پریزرو ہے۔</w:t>
      </w:r>
    </w:p>
    <w:p>
      <w:r>
        <w:rPr>
          <w:b/>
        </w:rPr>
        <w:t xml:space="preserve">[08:16] </w:t>
      </w:r>
      <w:r>
        <w:t>kisi ko pata nahi tha. kisi book mein uska record nahi tha ke preserve hai woh. lekin phir kya hua ke</w:t>
      </w:r>
    </w:p>
    <w:p>
      <w:pPr>
        <w:jc w:val="right"/>
      </w:pPr>
      <w:r>
        <w:t>کسی کو پتہ نہیں تھا۔ کسی بک میں اس کا ریکارڈ نہیں تھا کہ پریزرو ہے وہ۔ لیکن پھر کیا ہوا کہ</w:t>
      </w:r>
    </w:p>
    <w:p>
      <w:r>
        <w:rPr>
          <w:b/>
        </w:rPr>
        <w:t xml:space="preserve">[08:28] </w:t>
      </w:r>
      <w:r>
        <w:t>19th century ke aakhir mein France aur Germany ke kuch scholars gaye wahan par.</w:t>
      </w:r>
    </w:p>
    <w:p>
      <w:pPr>
        <w:jc w:val="right"/>
      </w:pPr>
      <w:r>
        <w:t>19 سینچری کے آخر میں فرانس اور جرمنی کے کچھ اسکالرز گئے وہاں پر۔</w:t>
      </w:r>
    </w:p>
    <w:p>
      <w:r>
        <w:rPr>
          <w:b/>
        </w:rPr>
        <w:t xml:space="preserve">[08:39] </w:t>
      </w:r>
      <w:r>
        <w:t>wahan par Fero jo city hai Misr ka, to Fero ke bahar bohat bara desert hai.</w:t>
      </w:r>
    </w:p>
    <w:p>
      <w:pPr>
        <w:jc w:val="right"/>
      </w:pPr>
      <w:r>
        <w:t>وہاں پر قیرو جو سٹی ہے مصر کا، تو قیرو کے باہر بہت بڑا ڈیزرٹ ہے۔</w:t>
      </w:r>
    </w:p>
    <w:p>
      <w:r>
        <w:rPr>
          <w:b/>
        </w:rPr>
        <w:t xml:space="preserve">[08:47] </w:t>
      </w:r>
      <w:r>
        <w:t>is desert mein bohat se pyramid hain. to yeh band pade hue thay. to is ko khola gaya.</w:t>
      </w:r>
    </w:p>
    <w:p>
      <w:pPr>
        <w:jc w:val="right"/>
      </w:pPr>
      <w:r>
        <w:t>اس ڈیزرٹ میں بہت سے پیرامڈ ہیں۔ تو یہ بند پڑے ہوئے تھے۔ تو اس کو کھولا گیا۔</w:t>
      </w:r>
    </w:p>
    <w:p>
      <w:r>
        <w:rPr>
          <w:b/>
        </w:rPr>
        <w:t xml:space="preserve">[08:57] </w:t>
      </w:r>
      <w:r>
        <w:t>to aik pyramid se Fero ka body mila, jo mumyai kiya hua tha. ab woh Fero ke museum mein rakha hua hai.</w:t>
      </w:r>
    </w:p>
    <w:p>
      <w:pPr>
        <w:jc w:val="right"/>
      </w:pPr>
      <w:r>
        <w:t>تو ایک پیرامڈ سے فیرو کا باڈی ملا، جو مومیائی کیا ہوا تھا۔ اب وہ قیرو کے میوزیم میں رکھا ہوا ہے۔</w:t>
      </w:r>
    </w:p>
    <w:p>
      <w:r>
        <w:rPr>
          <w:b/>
        </w:rPr>
        <w:t xml:space="preserve">[09:09] </w:t>
      </w:r>
      <w:r>
        <w:t>to is tareeqay se fragmentary way mein kuch baatein prophetic history ki insaan ke ilm mein aayi hain.</w:t>
      </w:r>
    </w:p>
    <w:p>
      <w:pPr>
        <w:jc w:val="right"/>
      </w:pPr>
      <w:r>
        <w:t>تو اس طریقے سے فریگمنٹری وے میں کچھ باتیں پرافیٹک ہسٹری کی انسان کے علم میں آئیں ہیں۔</w:t>
      </w:r>
    </w:p>
    <w:p>
      <w:r>
        <w:rPr>
          <w:b/>
        </w:rPr>
        <w:t xml:space="preserve">[09:18] </w:t>
      </w:r>
      <w:r>
        <w:t>Quran bilashuba prophet ki history batata hai, lekin uska jo method hai, woh traditional method se alag hai.</w:t>
      </w:r>
    </w:p>
    <w:p>
      <w:pPr>
        <w:jc w:val="right"/>
      </w:pPr>
      <w:r>
        <w:t>قرآن بلاشبہ پرافیٹ کی ہسٹری بتاتا ہے، لیکن اس کا جو میتھڈ ہے، وہ ٹریڈیشنل میتھڈ سے الگ ہے۔</w:t>
      </w:r>
    </w:p>
    <w:p>
      <w:r>
        <w:rPr>
          <w:b/>
        </w:rPr>
        <w:t xml:space="preserve">[09:30] </w:t>
      </w:r>
      <w:r>
        <w:t>isi liye log samajh nahi paate ke yeh Quran jo hai, paighambaron ki history hai.</w:t>
      </w:r>
    </w:p>
    <w:p>
      <w:pPr>
        <w:jc w:val="right"/>
      </w:pPr>
      <w:r>
        <w:t>اسی لیے لوگ سمجھ نہیں پاتے کہ یہ قرآن جو ہے، پیغمبروں کی ہسٹری ہے۔</w:t>
      </w:r>
    </w:p>
    <w:p>
      <w:r>
        <w:rPr>
          <w:b/>
        </w:rPr>
        <w:t xml:space="preserve">[09:37] </w:t>
      </w:r>
      <w:r>
        <w:t>aik bohat bare scholar jinhon ne poore poore Quran ki commentary likhi hai, un se poocha gaya ke Quran ka khulasa kya hai?</w:t>
      </w:r>
    </w:p>
    <w:p>
      <w:pPr>
        <w:jc w:val="right"/>
      </w:pPr>
      <w:r>
        <w:t>ایک بہت بڑے اسکالر جنہوں نے پورے پورے قرآن کی کمنٹری لکھی ہے، ان سے پوچھا گیا کہ قرآن کا خلاصہ کیا ہے؟</w:t>
      </w:r>
    </w:p>
    <w:p>
      <w:r>
        <w:rPr>
          <w:b/>
        </w:rPr>
        <w:t xml:space="preserve">[09:51] </w:t>
      </w:r>
      <w:r>
        <w:t>to unhon ne kaha ke</w:t>
      </w:r>
    </w:p>
    <w:p>
      <w:pPr>
        <w:jc w:val="right"/>
      </w:pPr>
      <w:r>
        <w:t>تو انہوں نے کہا کہ</w:t>
      </w:r>
    </w:p>
    <w:p>
      <w:r>
        <w:rPr>
          <w:b/>
        </w:rPr>
        <w:t xml:space="preserve">[09:55] </w:t>
      </w:r>
      <w:r>
        <w:t>sarghusht-e-inzaar, yani record of warnings. record of</w:t>
      </w:r>
    </w:p>
    <w:p>
      <w:pPr>
        <w:jc w:val="right"/>
      </w:pPr>
      <w:r>
        <w:t>سرگزشت انذار، یعنی ریکارڈ آف وارننگز۔ ریکارڈ آف</w:t>
      </w:r>
    </w:p>
    <w:p>
      <w:r>
        <w:rPr>
          <w:b/>
        </w:rPr>
        <w:t xml:space="preserve">[10:05] </w:t>
      </w:r>
      <w:r>
        <w:t>warnings. main samajhta hoon ke yeh aik negative introduction hai Quran ka. positive introduction yeh hoga ke hum kahein ke tareekh anbiya ka record, yani prophets ki history ka record,</w:t>
      </w:r>
    </w:p>
    <w:p>
      <w:pPr>
        <w:jc w:val="right"/>
      </w:pPr>
      <w:r>
        <w:t>وارننگز۔ میں سمجھتا ہوں کہ یہ ایک نیگیٹیو انٹروڈکشن ہے قرآن کا۔ پوزیٹیو انٹروڈکشن یہ ہوگا کہ ہم کہیں کہ تاریخ انبیاء کا ریکارڈ، یعنی پرافیٹس کی ہسٹری کا ریکارڈ،</w:t>
      </w:r>
    </w:p>
    <w:p>
      <w:r>
        <w:rPr>
          <w:b/>
        </w:rPr>
        <w:t xml:space="preserve">[10:22] </w:t>
      </w:r>
      <w:r>
        <w:t>ziada sahih baat hogi.</w:t>
      </w:r>
    </w:p>
    <w:p>
      <w:pPr>
        <w:jc w:val="right"/>
      </w:pPr>
      <w:r>
        <w:t>زیادہ صحیح بات ہوگی۔</w:t>
      </w:r>
    </w:p>
    <w:p>
      <w:r>
        <w:rPr>
          <w:b/>
        </w:rPr>
        <w:t xml:space="preserve">[10:24] </w:t>
      </w:r>
      <w:r>
        <w:t>lekin chounke quran mein jo popular tareeqa hai history likhne ka, is tarah wahan par nahi hai, is wajah se log is ko samajh nahi paate ke quran ek history ki book hai.</w:t>
      </w:r>
    </w:p>
    <w:p>
      <w:pPr>
        <w:jc w:val="right"/>
      </w:pPr>
      <w:r>
        <w:t>لیکن چونکہ قرآن میں جو پاپولر طریقہ ہے ہسٹری لکھنے کا، اس طرح وہاں پر نہیں ہے، اس وجہ سے لوگ اس کو سمجھ نہیں پاتے کہ قرآن ایک ہسٹری کی بک ہے۔</w:t>
      </w:r>
    </w:p>
    <w:p>
      <w:r>
        <w:rPr>
          <w:b/>
        </w:rPr>
        <w:t xml:space="preserve">[10:43] </w:t>
      </w:r>
      <w:r>
        <w:t>quran ke mutabiq ya hadith mein jo bataya gaya hai, us ke mutabiq allah taala ne jo pehla insan paida kiya, yaani adam.</w:t>
      </w:r>
    </w:p>
    <w:p>
      <w:pPr>
        <w:jc w:val="right"/>
      </w:pPr>
      <w:r>
        <w:t>قرآن کے مطابق یا حدیث میں جو بتایا گیا ہے، اس کے مطابق اللہ تعالیٰ نے جو پہلا انسان پیدا کیا، یعنی آدم۔</w:t>
      </w:r>
    </w:p>
    <w:p>
      <w:r>
        <w:rPr>
          <w:b/>
        </w:rPr>
        <w:t xml:space="preserve">[10:55] </w:t>
      </w:r>
      <w:r>
        <w:t>adam jo thay, woh revolutionary process ke tehat nahi bane. yeh to ek ek false theory hai. adam special creation thay.</w:t>
      </w:r>
    </w:p>
    <w:p>
      <w:pPr>
        <w:jc w:val="right"/>
      </w:pPr>
      <w:r>
        <w:t>آدم جو تھے، وہ ریولوشنری پراسیس کے تحت نہیں بنے۔ یہ تو ایک ایک فالس تھیوری ہے۔ آدم اسپیشل کریشن تھے۔</w:t>
      </w:r>
    </w:p>
    <w:p>
      <w:r>
        <w:rPr>
          <w:b/>
        </w:rPr>
        <w:t xml:space="preserve">[11:08] </w:t>
      </w:r>
      <w:r>
        <w:t>to woh poore poore aaj jaisa ek insan hota hai, isi tarah se poore mani mein woh ek insan thay. koi kami un mein nahi thi.</w:t>
      </w:r>
    </w:p>
    <w:p>
      <w:pPr>
        <w:jc w:val="right"/>
      </w:pPr>
      <w:r>
        <w:t>تو وہ پورے پورے آج جیسا ایک انسان ہوتا ہے، اسی طرح سے پورے معنی میں وہ ایک انسان تھے۔ کوئی کمی ان میں نہیں تھی۔</w:t>
      </w:r>
    </w:p>
    <w:p>
      <w:r>
        <w:rPr>
          <w:b/>
        </w:rPr>
        <w:t xml:space="preserve">[11:18] </w:t>
      </w:r>
      <w:r>
        <w:t>woh sab human nahi thay. woh sab human concept ko mein nahi manta. evolution theory ko mein nahi manta. yeh sab woh hain.</w:t>
      </w:r>
    </w:p>
    <w:p>
      <w:pPr>
        <w:jc w:val="right"/>
      </w:pPr>
      <w:r>
        <w:t>وہ سب ہیومن نہیں تھے۔ وہ سب ہیومن کانسیپٹ کو میں نہیں مانتا۔ ایولوشن تھیوری کو میں نہیں مانتا۔ یہ سب وہ ہیں۔</w:t>
      </w:r>
    </w:p>
    <w:p>
      <w:r>
        <w:rPr>
          <w:b/>
        </w:rPr>
        <w:t xml:space="preserve">[11:29] </w:t>
      </w:r>
      <w:r>
        <w:t>suppositions hain. to adam pehle insan bhi thay aur woh pehle prophet bhi thay.</w:t>
      </w:r>
    </w:p>
    <w:p>
      <w:pPr>
        <w:jc w:val="right"/>
      </w:pPr>
      <w:r>
        <w:t>سپوزیشنز ہیں۔ تو آدم پہلے انسان بھی تھے اور وہ پہلے پرافیٹ بھی تھے۔</w:t>
      </w:r>
    </w:p>
    <w:p>
      <w:r>
        <w:rPr>
          <w:b/>
        </w:rPr>
        <w:t xml:space="preserve">[11:36] </w:t>
      </w:r>
      <w:r>
        <w:t>history of prophet shuru hoti hai pehle insan se. aur phir chalti hai woh final prophet Muhammad (SAW) tak.</w:t>
      </w:r>
    </w:p>
    <w:p>
      <w:pPr>
        <w:jc w:val="right"/>
      </w:pPr>
      <w:r>
        <w:t>ہسٹری آف پرافیٹ شروع ہوتی ہے پہلے انسان سے۔ اور پھر چلتی ہے وہ فائنل پرافیٹ محمد صلی اللہ علیہ وسلم تک۔</w:t>
      </w:r>
    </w:p>
    <w:p>
      <w:r>
        <w:rPr>
          <w:b/>
        </w:rPr>
        <w:t xml:space="preserve">[11:46] </w:t>
      </w:r>
      <w:r>
        <w:t>yeh hai. is ka period kitna hai, is ke baray mein koi kuch nahi keh sakta. kuch logon ne andazay kiye hain bible ko dekh kar ke.</w:t>
      </w:r>
    </w:p>
    <w:p>
      <w:pPr>
        <w:jc w:val="right"/>
      </w:pPr>
      <w:r>
        <w:t>یہ ہے۔ اس کا پیریڈ کتنا ہے، اس کے بارے میں کوئی کچھ نہیں کہہ سکتا۔ کچھ لوگوں نے اندازے کیے ہیں بائبل کو دیکھ کر کے۔</w:t>
      </w:r>
    </w:p>
    <w:p>
      <w:r>
        <w:rPr>
          <w:b/>
        </w:rPr>
        <w:t xml:space="preserve">[11:56] </w:t>
      </w:r>
      <w:r>
        <w:t>lekin woh andazay jo hain, woh scholars ne maane nahi hain abhi tak.</w:t>
      </w:r>
    </w:p>
    <w:p>
      <w:pPr>
        <w:jc w:val="right"/>
      </w:pPr>
      <w:r>
        <w:t>لیکن وہ اندازے جو ہیں، وہ اسکالرز نے مانے نہیں ہیں ابھی تک۔</w:t>
      </w:r>
    </w:p>
    <w:p>
      <w:r>
        <w:rPr>
          <w:b/>
        </w:rPr>
        <w:t xml:space="preserve">[12:03] </w:t>
      </w:r>
      <w:r>
        <w:t>to jo log is ki detail janna chahte hon, to best book hai Jewish Encyclopedia. kyunke prophet jitne hain, adam ko le kar ke doosre prophet, yaani excluding Muhammad, to saare</w:t>
      </w:r>
    </w:p>
    <w:p>
      <w:pPr>
        <w:jc w:val="right"/>
      </w:pPr>
      <w:r>
        <w:t>تو جو لوگ اس کی ڈیٹیل جاننا چاہتے ہوں، تو بیسٹ بک ہے جوش انسائیکلوپیڈیا۔ کیونکہ پرافیٹ جتنے ہیں، آدم کو لے کر کے دوسرے پرافیٹ، یعنی ایکسکلوڈنگ محمد، تو سارے</w:t>
      </w:r>
    </w:p>
    <w:p>
      <w:r>
        <w:rPr>
          <w:b/>
        </w:rPr>
        <w:t xml:space="preserve">[12:22] </w:t>
      </w:r>
      <w:r>
        <w:t>woh mushtarik hain, common hain Islamic belief mein aur Jewish belief mein.</w:t>
      </w:r>
    </w:p>
    <w:p>
      <w:pPr>
        <w:jc w:val="right"/>
      </w:pPr>
      <w:r>
        <w:t>وہ مشترک ہیں، کامن ہیں اسلامک بیلیف میں اور جوش بیلیف میں۔</w:t>
      </w:r>
    </w:p>
    <w:p>
      <w:r>
        <w:rPr>
          <w:b/>
        </w:rPr>
        <w:t xml:space="preserve">[12:30] </w:t>
      </w:r>
      <w:r>
        <w:t>Jewish log Muhammad (SAW) ko nahi mante ya Jesus ko nahi mante. lekin behraal is mein unhon ne sab ko liya hai. to Jewish Encyclopedia mein pichlay prophets ki detail aap pa sakte hain, jo khaas taur par archaeology ki madad se banai gayi hai.</w:t>
      </w:r>
    </w:p>
    <w:p>
      <w:pPr>
        <w:jc w:val="right"/>
      </w:pPr>
      <w:r>
        <w:t>جوش لوگ محمد صلی اللہ علیہ وسلم کو نہیں مانتے یا جیزس کو نہیں مانتے۔ لیکن بہرحال اس میں انہوں نے سب کو لیا ہے۔ تو جوش انسائیکلوپیڈیا میں پچھلے پرافیٹس کی ڈیٹیل آپ پا سکتے ہیں، جو خاص طور پر آرکیالوجی کی مدد سے بنائی گئی ہے۔</w:t>
      </w:r>
    </w:p>
    <w:p>
      <w:r>
        <w:rPr>
          <w:b/>
        </w:rPr>
        <w:t xml:space="preserve">[12:51] </w:t>
      </w:r>
      <w:r>
        <w:t>to yeh bohat hi valuable is mein informations hain. jis ko dilchaspi ho, woh Jewish Encyclopedia ko dekh sakta hai.</w:t>
      </w:r>
    </w:p>
    <w:p>
      <w:pPr>
        <w:jc w:val="right"/>
      </w:pPr>
      <w:r>
        <w:t>تو یہ بہت ہی ویلیو ایبل اس میں انفارمیشنز ہیں۔ جس کو دلچسپی ہو، وہ جوش انسائیکلوپیڈیا کو دیکھ سکتا ہے۔</w:t>
      </w:r>
    </w:p>
    <w:p>
      <w:r>
        <w:rPr>
          <w:b/>
        </w:rPr>
        <w:t xml:space="preserve">[13:01] </w:t>
      </w:r>
      <w:r>
        <w:t>to dekhiye,</w:t>
      </w:r>
    </w:p>
    <w:p>
      <w:pPr>
        <w:jc w:val="right"/>
      </w:pPr>
      <w:r>
        <w:t>تو دیکھیے،</w:t>
      </w:r>
    </w:p>
    <w:p>
      <w:r>
        <w:rPr>
          <w:b/>
        </w:rPr>
        <w:t xml:space="preserve">[13:05] </w:t>
      </w:r>
      <w:r>
        <w:t>mein ne jo parha hai, jo matlab study ki hai mazhab ki aur Islam ki, to us ke mutabiq mein kuch baatein mein ne samjhi hain.</w:t>
      </w:r>
    </w:p>
    <w:p>
      <w:pPr>
        <w:jc w:val="right"/>
      </w:pPr>
      <w:r>
        <w:t>میں نے جو پڑھا ہے، جو مطلب سٹڈی کی ہے مذہب کی اور اسلام کی، تو اس کے مطابق میں کچھ باتیں میں نے سمجھی ہیں۔</w:t>
      </w:r>
    </w:p>
    <w:p>
      <w:r>
        <w:rPr>
          <w:b/>
        </w:rPr>
        <w:t xml:space="preserve">[13:19] </w:t>
      </w:r>
      <w:r>
        <w:t>is ko mein bayan karna chahta hoon.</w:t>
      </w:r>
    </w:p>
    <w:p>
      <w:pPr>
        <w:jc w:val="right"/>
      </w:pPr>
      <w:r>
        <w:t>اس کو میں بیان کرنا چاہتا ہوں۔</w:t>
      </w:r>
    </w:p>
    <w:p>
      <w:r>
        <w:rPr>
          <w:b/>
        </w:rPr>
        <w:t xml:space="preserve">[13:26] </w:t>
      </w:r>
      <w:r>
        <w:t>bohat detail mein nahi, brief mein.</w:t>
      </w:r>
    </w:p>
    <w:p>
      <w:pPr>
        <w:jc w:val="right"/>
      </w:pPr>
      <w:r>
        <w:t>بہت ڈیٹیل میں نہیں، بریف میں۔</w:t>
      </w:r>
    </w:p>
    <w:p>
      <w:r>
        <w:rPr>
          <w:b/>
        </w:rPr>
        <w:t xml:space="preserve">[13:31] </w:t>
      </w:r>
      <w:r>
        <w:t>meri samajh se prophetic history ke</w:t>
      </w:r>
    </w:p>
    <w:p>
      <w:pPr>
        <w:jc w:val="right"/>
      </w:pPr>
      <w:r>
        <w:t>میری سمجھ سے پرافیٹک ہسٹری کے</w:t>
      </w:r>
    </w:p>
    <w:p>
      <w:r>
        <w:rPr>
          <w:b/>
        </w:rPr>
        <w:t xml:space="preserve">[13:37] </w:t>
      </w:r>
      <w:r>
        <w:t>kuch periods hain. pehla period jo hai, woh shuru hota hai adam se aur woh chalta hai, yaani Muhammad (SAW) tak.</w:t>
      </w:r>
    </w:p>
    <w:p>
      <w:pPr>
        <w:jc w:val="right"/>
      </w:pPr>
      <w:r>
        <w:t>کچھ پیریڈز ہیں۔ پہلا پیریڈ جو ہے، وہ شروع ہوتا ہے آدم سے اور وہ چلتا ہے، یعنی محمد صلی اللہ علیہ وسلم تک۔</w:t>
      </w:r>
    </w:p>
    <w:p>
      <w:r>
        <w:rPr>
          <w:b/>
        </w:rPr>
        <w:t xml:space="preserve">[13:47] </w:t>
      </w:r>
      <w:r>
        <w:t>yeh ek hai. doosra jo hai, Muhammad (SAW) aur aap ke followers ko le kar ke banta hai.</w:t>
      </w:r>
    </w:p>
    <w:p>
      <w:pPr>
        <w:jc w:val="right"/>
      </w:pPr>
      <w:r>
        <w:t>یہ ایک ہے۔ دوسرا جو ہے، محمد صلی اللہ علیہ وسلم اور آپ کے فالوورز کو لے کر کے بنتا ہے۔</w:t>
      </w:r>
    </w:p>
    <w:p>
      <w:r>
        <w:rPr>
          <w:b/>
        </w:rPr>
        <w:t xml:space="preserve">[13:55] </w:t>
      </w:r>
      <w:r>
        <w:t>yeh hai doosra period of history. aur teesra woh hai jis se hum aaj guzar rahe hain. ab hum teesray. kyunke Rasool Allah final prophet thay, yaani aap ki prophethood continue hai.</w:t>
      </w:r>
    </w:p>
    <w:p>
      <w:pPr>
        <w:jc w:val="right"/>
      </w:pPr>
      <w:r>
        <w:t>یہ ہے دوسرا پیریڈ آف ہسٹری۔ اور تیسرا وہ ہے جس سے ہم آج گزر رہے ہیں۔ اب ہم تیسرے۔ کیونکہ رسول اللہ فائنل پرافیٹ تھے، یعنی آپ کی پرافیٹ ہڈ کنٹینیو ہے۔</w:t>
      </w:r>
    </w:p>
    <w:p>
      <w:r>
        <w:rPr>
          <w:b/>
        </w:rPr>
        <w:t xml:space="preserve">[14:11] </w:t>
      </w:r>
      <w:r>
        <w:t>woh khatam nahi hui. pichlay logon ki prophethood ka period khatam ho gaya. ab woh continue nahi hai.</w:t>
      </w:r>
    </w:p>
    <w:p>
      <w:pPr>
        <w:jc w:val="right"/>
      </w:pPr>
      <w:r>
        <w:t>وہ ختم نہیں ہوئی۔ پچھلے لوگوں کی پرافیٹ ہڈ کا پیریڈ ختم ہو گیا۔ اب وہ کنٹینیو نہیں ہے۔</w:t>
      </w:r>
    </w:p>
    <w:p>
      <w:r>
        <w:rPr>
          <w:b/>
        </w:rPr>
        <w:t xml:space="preserve">[14:19] </w:t>
      </w:r>
      <w:r>
        <w:t>as a belief hum ko mante hain, lekin woh continue nahi hai. lekin prophet of Islam jo thay, un ka prophethood continue hai abhi tak.</w:t>
      </w:r>
    </w:p>
    <w:p>
      <w:pPr>
        <w:jc w:val="right"/>
      </w:pPr>
      <w:r>
        <w:t>ایز اے بیلیف ہم کو مانتے ہیں، لیکن وہ کنٹینیو نہیں ہے۔ لیکن پرافیٹ آف اسلام جو تھے، ان کا پرافیٹ ہڈ کنٹینیو ہے ابھی تک۔</w:t>
      </w:r>
    </w:p>
    <w:p>
      <w:r>
        <w:rPr>
          <w:b/>
        </w:rPr>
        <w:t xml:space="preserve">[14:29] </w:t>
      </w:r>
      <w:r>
        <w:t>is liye hum is ko bhi isi isi ka ek part mante hain. to is ko le kar ke koi aap prophet, yaani history of prophet ke char peri</w:t>
      </w:r>
    </w:p>
    <w:p>
      <w:pPr>
        <w:jc w:val="right"/>
      </w:pPr>
      <w:r>
        <w:t>اس لیے ہم اس کو بھی اسی اسی کا ایک پارٹ مانتے ہیں۔ تو اس کو لے کر کے کوئی آپ پرافیٹ، یعنی ہسٹری آف پرافیٹ کے چار پیری</w:t>
      </w:r>
    </w:p>
    <w:p>
      <w:r>
        <w:rPr>
          <w:b/>
        </w:rPr>
        <w:t xml:space="preserve">[14:41] </w:t>
      </w:r>
      <w:r>
        <w:t>d bante hain. dekhiye, jo pehla period hai,</w:t>
      </w:r>
    </w:p>
    <w:p>
      <w:pPr>
        <w:jc w:val="right"/>
      </w:pPr>
      <w:r>
        <w:t>ڈ بنتے ہیں۔ دیکھیے، جو پہلا پیریڈ ہے،</w:t>
      </w:r>
    </w:p>
    <w:p>
      <w:r>
        <w:rPr>
          <w:b/>
        </w:rPr>
        <w:t xml:space="preserve">[14:45] </w:t>
      </w:r>
      <w:r>
        <w:t>yani jo Adam se shuru hua aur chalta raha Masih tak, is mein kya hua?</w:t>
      </w:r>
    </w:p>
    <w:p>
      <w:pPr>
        <w:jc w:val="right"/>
      </w:pPr>
      <w:r>
        <w:t>یعنی جو آدم سے شروع ہوا اور چلتا رہا مسیح تک، اس میں کیا ہوا؟</w:t>
      </w:r>
    </w:p>
    <w:p>
      <w:r>
        <w:rPr>
          <w:b/>
        </w:rPr>
        <w:t xml:space="preserve">[14:57] </w:t>
      </w:r>
      <w:r>
        <w:t>is mein aisa hua ke kisi bhi prophet ke sath koi team akatha nahi hua. koi bara waqea karne ke liye, jis ko hum kehte hain revolution.</w:t>
      </w:r>
    </w:p>
    <w:p>
      <w:pPr>
        <w:jc w:val="right"/>
      </w:pPr>
      <w:r>
        <w:t>اس میں ایسا ہوا کہ کسی بھی پرافیٹ کے ساتھ کوئی ٹیم اکٹھا نہیں ہوئی۔ کوئی بڑا واقعہ کرنے کے لیے، جس کو ہم کہتے ہیں ریولوشن۔</w:t>
      </w:r>
    </w:p>
    <w:p>
      <w:r>
        <w:rPr>
          <w:b/>
        </w:rPr>
        <w:t xml:space="preserve">[15:09] </w:t>
      </w:r>
      <w:r>
        <w:t>to ek hota hai intellectual movement, ek hota hai revolution. to pichle prophet ke zamane mein Khuda ka deen, jis ko hum tauheed kehte hain, sare prophets ka jo jo central message tha, wo tauheed tha.</w:t>
      </w:r>
    </w:p>
    <w:p>
      <w:pPr>
        <w:jc w:val="right"/>
      </w:pPr>
      <w:r>
        <w:t>تو ایک ہوتا ہے انٹلیکچول موومنٹ، ایک ہوتا ہے ریولوشن۔ تو پچھلے پرافیٹ کے زمانے میں خدا کا دین، جس کو ہم توحید کہتے ہیں، سارے پرافیٹس کا جو جو سینٹرل میسج تھا، وہ توحید تھا۔</w:t>
      </w:r>
    </w:p>
    <w:p>
      <w:r>
        <w:rPr>
          <w:b/>
        </w:rPr>
        <w:t xml:space="preserve">[15:27] </w:t>
      </w:r>
      <w:r>
        <w:t>oneness of God. tamam prophet ka. is mein koi alag nahi hai.</w:t>
      </w:r>
    </w:p>
    <w:p>
      <w:pPr>
        <w:jc w:val="right"/>
      </w:pPr>
      <w:r>
        <w:t>وننس آف گاڈ۔ تمام پرافیٹ کا۔ اس میں کوئی الگ نہیں ہے۔</w:t>
      </w:r>
    </w:p>
    <w:p>
      <w:r>
        <w:rPr>
          <w:b/>
        </w:rPr>
        <w:t xml:space="preserve">[15:34] </w:t>
      </w:r>
      <w:r>
        <w:t>to sare prophet ka jo central theme thi, wo thi tauheed. isi par base karta tha un ka poora system. to sare pichle prophet ke zamane mein jo history hai, wo hai intellectual movement ki history hai.</w:t>
      </w:r>
    </w:p>
    <w:p>
      <w:pPr>
        <w:jc w:val="right"/>
      </w:pPr>
      <w:r>
        <w:t>تو سارے پرافیٹ کا جو سینٹرل تھیم تھی، وہ تھی توحید۔ اسی پر بیس کرتا تھا ان کا پورا سسٹم۔ تو سارے پچھلے پرافیٹ کے زمانے میں جو ہسٹری ہے، وہ ہے انٹلیکچول موومنٹ کی ہسٹری ہے۔</w:t>
      </w:r>
    </w:p>
    <w:p>
      <w:r>
        <w:rPr>
          <w:b/>
        </w:rPr>
        <w:t xml:space="preserve">[15:55] </w:t>
      </w:r>
      <w:r>
        <w:t>yani tablegh, daawa, dissemination, message convey karna. ye poora yahan se wahan tak phaila hua hai.</w:t>
      </w:r>
    </w:p>
    <w:p>
      <w:pPr>
        <w:jc w:val="right"/>
      </w:pPr>
      <w:r>
        <w:t>یعنی تبلیغ، دعویٰ، ڈسیمینیشن، میسج کنوے کرنا۔ یہ پورا یہاں سے وہاں تک پھیلا ہوا ہے۔</w:t>
      </w:r>
    </w:p>
    <w:p>
      <w:r>
        <w:rPr>
          <w:b/>
        </w:rPr>
        <w:t xml:space="preserve">[16:05] </w:t>
      </w:r>
      <w:r>
        <w:t>agla jo stage hai ke revolution aaye, wo Rasool Allah ke zamane mein hua. to is ki wajah se ek bohat bara, ek bohat bari haqeeqat kabhi uncover nahi ho pati thi.</w:t>
      </w:r>
    </w:p>
    <w:p>
      <w:pPr>
        <w:jc w:val="right"/>
      </w:pPr>
      <w:r>
        <w:t>اگلا جو اسٹیج ہے کہ ریولوشن آئے، وہ رسول اللہ کے زمانے میں ہوا۔ تو اس کی وجہ سے ایک بہت بڑا، ایک بہت بڑی حقیقت کبھی ان کور نہیں ہو پاتی تھی۔</w:t>
      </w:r>
    </w:p>
    <w:p>
      <w:r>
        <w:rPr>
          <w:b/>
        </w:rPr>
        <w:t xml:space="preserve">[16:20] </w:t>
      </w:r>
      <w:r>
        <w:t>mein sari baton ko nahi le raha hoon. mein is waqt jo hai, kuch baton ko le raha hoon, jis ke upar zyada faisle dena chahta hoon. dekhiye, Allah taala ne jo duniya banai, to is mein sab kuch jo tha, wo potential roop mein tha.</w:t>
      </w:r>
    </w:p>
    <w:p>
      <w:pPr>
        <w:jc w:val="right"/>
      </w:pPr>
      <w:r>
        <w:t>میں ساری باتوں کو نہیں لے رہا ہوں۔ میں اس وقت جو ہے، کچھ باتوں کو لے رہا ہوں، جس کے اوپر زیادہ فیصلے دینا چاہتا ہوں۔ دیکھیے، اللہ تعالیٰ نے جو دنیا بنائی، تو اس میں سب کچھ جو تھا، وہ پوٹینشل روپ میں تھا۔</w:t>
      </w:r>
    </w:p>
    <w:p>
      <w:r>
        <w:rPr>
          <w:b/>
        </w:rPr>
        <w:t xml:space="preserve">[16:37] </w:t>
      </w:r>
      <w:r>
        <w:t>actual banane ka kaam insan ka tha. jaise aap dekhte hain, civilization. civilization jo hai, kya hai?</w:t>
      </w:r>
    </w:p>
    <w:p>
      <w:pPr>
        <w:jc w:val="right"/>
      </w:pPr>
      <w:r>
        <w:t>ایکچول بنانے کا کام انسان کا تھا۔ جیسے آپ دیکھتے ہیں، سویلائزیشن۔ سویلائزیشن جو ہے، کیا ہے؟</w:t>
      </w:r>
    </w:p>
    <w:p>
      <w:r>
        <w:rPr>
          <w:b/>
        </w:rPr>
        <w:t xml:space="preserve">[16:45] </w:t>
      </w:r>
      <w:r>
        <w:t>ye potential ko actual banana. potential ko actual banana. jaise ke ek engine hai. to engine bana bana nature mein nahi hota hai.</w:t>
      </w:r>
    </w:p>
    <w:p>
      <w:pPr>
        <w:jc w:val="right"/>
      </w:pPr>
      <w:r>
        <w:t>یہ پوٹینشل کو ایکچول بنانا۔ پوٹینشل کو ایکچول بنانا۔ جیسے کہ ایک انجن ہے۔ تو انجن بنا بنا نیچر میں نہیں ہوتا ہے۔</w:t>
      </w:r>
    </w:p>
    <w:p>
      <w:r>
        <w:rPr>
          <w:b/>
        </w:rPr>
        <w:t xml:space="preserve">[16:59] </w:t>
      </w:r>
      <w:r>
        <w:t>nature mein to ore hai. ore ko insan steel banata hai. steel mein ore chemicals dalta hai. phir tarah tarah ke purze banata hai.</w:t>
      </w:r>
    </w:p>
    <w:p>
      <w:pPr>
        <w:jc w:val="right"/>
      </w:pPr>
      <w:r>
        <w:t>نیچر میں تو اور ہے۔ او آر ای۔ اور کو انسان اسٹیل بناتا ہے۔ اسٹیل میں اور کیمیکلز ڈالتا ہے۔ پھر طرح طرح کے پرزے بناتا ہے۔</w:t>
      </w:r>
    </w:p>
    <w:p>
      <w:r>
        <w:rPr>
          <w:b/>
        </w:rPr>
        <w:t xml:space="preserve">[17:09] </w:t>
      </w:r>
      <w:r>
        <w:t>hote hote machine banata hai.</w:t>
      </w:r>
    </w:p>
    <w:p>
      <w:pPr>
        <w:jc w:val="right"/>
      </w:pPr>
      <w:r>
        <w:t>ہوتے ہوتے مشین بناتا ہے۔</w:t>
      </w:r>
    </w:p>
    <w:p>
      <w:r>
        <w:rPr>
          <w:b/>
        </w:rPr>
        <w:t xml:space="preserve">[17:12] </w:t>
      </w:r>
      <w:r>
        <w:t>to potential sense mein machine nature mein hai, lekin actual sense mein insan is ko waqea banata hai. yahi hai mamla sare civilization ka.</w:t>
      </w:r>
    </w:p>
    <w:p>
      <w:pPr>
        <w:jc w:val="right"/>
      </w:pPr>
      <w:r>
        <w:t>تو پوٹینشل سینس میں مشین نیچر میں ہے، لیکن ایکچول سینس میں انسان اس کو واقعہ بناتا ہے۔ یہی ہے معاملہ سارے سویلائزیشن کا۔</w:t>
      </w:r>
    </w:p>
    <w:p>
      <w:r>
        <w:rPr>
          <w:b/>
        </w:rPr>
        <w:t xml:space="preserve">[17:24] </w:t>
      </w:r>
      <w:r>
        <w:t>jis cheez ko aap civilization kehte hain, chahe koi bhi ho, har civilization ne yahi kiya hai ke potential ko is ne actual ka roop diya hai. potential ko actual ka roop diya hai.</w:t>
      </w:r>
    </w:p>
    <w:p>
      <w:pPr>
        <w:jc w:val="right"/>
      </w:pPr>
      <w:r>
        <w:t>جس چیز کو آپ سویلائزیشن کہتے ہیں، چاہے کوئی بھی ہو، ہر سویلائزیشن نے یہی کیا ہے کہ پوٹینشل کو اس نے ایکچول کا روپ دیا ہے۔ پوٹینشل کو ایکچول کا روپ دیا ہے۔</w:t>
      </w:r>
    </w:p>
    <w:p>
      <w:r>
        <w:rPr>
          <w:b/>
        </w:rPr>
        <w:t xml:space="preserve">[17:38] </w:t>
      </w:r>
      <w:r>
        <w:t>jo bhi hai, chahe jo jis ko aap kehte hain communication, jis ko aap kehte hain motor car, kehte hain hawai jahaz, koi bhi cheez jo hai, jis ko aap civilization ne paida kiya hai, wo sab ka sab isi zameen mein,</w:t>
      </w:r>
    </w:p>
    <w:p>
      <w:pPr>
        <w:jc w:val="right"/>
      </w:pPr>
      <w:r>
        <w:t>جو بھی ہے، چاہے جو جس کو آپ کہتے ہیں کمیونیکیشن، جس کو آپ کہتے ہیں موٹر کار، کہتے ہیں ہوائی جہاز، کوئی بھی چیز جو ہے، جس کو آپ سویلائزیشن نے پیدا کیا ہے، وہ سب کا سب اسی زمین میں،</w:t>
      </w:r>
    </w:p>
    <w:p>
      <w:r>
        <w:rPr>
          <w:b/>
        </w:rPr>
        <w:t xml:space="preserve">[17:56] </w:t>
      </w:r>
      <w:r>
        <w:t>isi duniya mein potentially maujood thi.</w:t>
      </w:r>
    </w:p>
    <w:p>
      <w:pPr>
        <w:jc w:val="right"/>
      </w:pPr>
      <w:r>
        <w:t>اسی دنیا میں پوٹینشلی موجود تھی۔</w:t>
      </w:r>
    </w:p>
    <w:p>
      <w:r>
        <w:rPr>
          <w:b/>
        </w:rPr>
        <w:t xml:space="preserve">[18:01] </w:t>
      </w:r>
      <w:r>
        <w:t>to</w:t>
      </w:r>
    </w:p>
    <w:p>
      <w:pPr>
        <w:jc w:val="right"/>
      </w:pPr>
      <w:r>
        <w:t>تو</w:t>
      </w:r>
    </w:p>
    <w:p>
      <w:r>
        <w:rPr>
          <w:b/>
        </w:rPr>
        <w:t xml:space="preserve">[18:02] </w:t>
      </w:r>
      <w:r>
        <w:t>jo log kisi civilization ke memar samjhate hain, is ke champion samjhate hain, unhone yahi kiya ke is potential ko actual banaya.</w:t>
      </w:r>
    </w:p>
    <w:p>
      <w:pPr>
        <w:jc w:val="right"/>
      </w:pPr>
      <w:r>
        <w:t>جو لوگ کسی سویلائزیشن کے معمار سمجھاتے ہیں، اس کے چیمپیئن سمجھاتے ہیں، انہوں نے یہی کیا کہ اس پوٹینشل کو ایکچول بنایا۔</w:t>
      </w:r>
    </w:p>
    <w:p>
      <w:r>
        <w:rPr>
          <w:b/>
        </w:rPr>
        <w:t xml:space="preserve">[18:13] </w:t>
      </w:r>
      <w:r>
        <w:t>to ek civilization wajood mein aai. isi tarah se ek aur potential yahan maujood tha. wo tha spiritual civilization ka potential.</w:t>
      </w:r>
    </w:p>
    <w:p>
      <w:pPr>
        <w:jc w:val="right"/>
      </w:pPr>
      <w:r>
        <w:t>تو ایک سویلائزیشن وجود میں آئی۔ اسی طرح سے ایک اور پوٹینشل یہاں موجود تھا۔ وہ تھا اسپیریچول سویلائزیشن کا پوٹینشل۔</w:t>
      </w:r>
    </w:p>
    <w:p>
      <w:r>
        <w:rPr>
          <w:b/>
        </w:rPr>
        <w:t xml:space="preserve">[18:24] </w:t>
      </w:r>
      <w:r>
        <w:t>dekhein, ek hai material civilization. wo ek hai spiritual civilization.</w:t>
      </w:r>
    </w:p>
    <w:p>
      <w:pPr>
        <w:jc w:val="right"/>
      </w:pPr>
      <w:r>
        <w:t>دیکھیں، ایک ہے مٹیریل سویلائزیشن۔ وہ ایک ہے اسپیریچول سویلائزیشن۔</w:t>
      </w:r>
    </w:p>
    <w:p>
      <w:r>
        <w:rPr>
          <w:b/>
        </w:rPr>
        <w:t xml:space="preserve">[18:31] </w:t>
      </w:r>
      <w:r>
        <w:t>to material civilization jo hai, wo shuru bhi hui aur culmination tak bhi pahunch gayi. is ka culmination point bhi aa gaya.</w:t>
      </w:r>
    </w:p>
    <w:p>
      <w:pPr>
        <w:jc w:val="right"/>
      </w:pPr>
      <w:r>
        <w:t>تو مٹیریل سویلائزیشن جو ہے، وہ شروع بھی ہوئی اور کلمیشن تک بھی پہنچ گئی۔ اس کا کلمیشن پوائنٹ بھی آ گیا۔</w:t>
      </w:r>
    </w:p>
    <w:p>
      <w:r>
        <w:rPr>
          <w:b/>
        </w:rPr>
        <w:t xml:space="preserve">[18:42] </w:t>
      </w:r>
      <w:r>
        <w:t>lekin jo spiritual civilization hai, wo nahi pahunchi wahan tak.</w:t>
      </w:r>
    </w:p>
    <w:p>
      <w:pPr>
        <w:jc w:val="right"/>
      </w:pPr>
      <w:r>
        <w:t>لیکن جو اسپیریچول سویلائزیشن ہے، وہ نہیں پہنچی وہاں تک۔</w:t>
      </w:r>
    </w:p>
    <w:p>
      <w:r>
        <w:rPr>
          <w:b/>
        </w:rPr>
        <w:t xml:space="preserve">[18:50] </w:t>
      </w:r>
      <w:r>
        <w:t>ye bhi potential roop mein yahan par thi aur hai. lekin is potential ko actual banana jin logon ko tha, wo is kaam ko karne sake.</w:t>
      </w:r>
    </w:p>
    <w:p>
      <w:pPr>
        <w:jc w:val="right"/>
      </w:pPr>
      <w:r>
        <w:t>یہ بھی پوٹینشل روپ میں یہاں پر تھی اور ہے۔ لیکن اس پوٹینشل کو ایکچول بنانا جن لوگوں کو تھا، وہ اس کام کو کرنے سکے۔</w:t>
      </w:r>
    </w:p>
    <w:p>
      <w:r>
        <w:rPr>
          <w:b/>
        </w:rPr>
        <w:t xml:space="preserve">[19:01] </w:t>
      </w:r>
      <w:r>
        <w:t>matlab adhuri shakal mein anjam diya.</w:t>
      </w:r>
    </w:p>
    <w:p>
      <w:pPr>
        <w:jc w:val="right"/>
      </w:pPr>
      <w:r>
        <w:t>مطلب ادھوری شکل میں انجام دیا۔</w:t>
      </w:r>
    </w:p>
    <w:p>
      <w:r>
        <w:rPr>
          <w:b/>
        </w:rPr>
        <w:t xml:space="preserve">[19:04] </w:t>
      </w:r>
      <w:r>
        <w:t>to yeh jo hai, yani jis ko main kehta hoon ke yeh spiritual civilization, isi ke, yani isi ke,</w:t>
      </w:r>
    </w:p>
    <w:p>
      <w:pPr>
        <w:jc w:val="right"/>
      </w:pPr>
      <w:r>
        <w:t>تو یہ جو ہے، یعنی جس کو میں کہتا ہوں کہ یہ اسپیریچول سویلائزیشن، اسی کے، یعنی اسی کے،</w:t>
      </w:r>
    </w:p>
    <w:p>
      <w:r>
        <w:rPr>
          <w:b/>
        </w:rPr>
        <w:t xml:space="preserve">[19:19] </w:t>
      </w:r>
      <w:r>
        <w:t>isi ko aap hero keh lijiye ya champion keh lijiye, modern world mein prophets thay. Prophet woh log thay jo dunya mein spiritual civilization lana chahtay thay.</w:t>
      </w:r>
    </w:p>
    <w:p>
      <w:pPr>
        <w:jc w:val="right"/>
      </w:pPr>
      <w:r>
        <w:t>اسی کو آپ ہیرو کہہ لیجیے یا چیمپیئن کہہ لیجیے، ماڈرن ورلڈ میں پرافیٹس تھے۔ پرافیٹ وہ لوگ تھے جو دنیا میں اسپیریچول سویلائزیشن لانا چاہتے تھے۔</w:t>
      </w:r>
    </w:p>
    <w:p>
      <w:r>
        <w:rPr>
          <w:b/>
        </w:rPr>
        <w:t xml:space="preserve">[19:33] </w:t>
      </w:r>
      <w:r>
        <w:t>to pichlay prophet jo aaye, intellectual sense mein unhon ne is baat ko phailaya. Individual level par logon ko unhon ne train kiya.</w:t>
      </w:r>
    </w:p>
    <w:p>
      <w:pPr>
        <w:jc w:val="right"/>
      </w:pPr>
      <w:r>
        <w:t>تو پچھلے پرافیٹ جو آئے، انٹلیکچول سینس میں انہوں نے اس بات کو پھیلایا۔ انڈیویجول لیول پر لوگوں کو انہوں نے ٹرین کیا۔</w:t>
      </w:r>
    </w:p>
    <w:p>
      <w:r>
        <w:rPr>
          <w:b/>
        </w:rPr>
        <w:t xml:space="preserve">[19:46] </w:t>
      </w:r>
      <w:r>
        <w:t>logon ke andar woh woh tabdeeli aayi, woh change aaya.</w:t>
      </w:r>
    </w:p>
    <w:p>
      <w:pPr>
        <w:jc w:val="right"/>
      </w:pPr>
      <w:r>
        <w:t>لوگوں کے اندر وہ وہ تبدیلی آئی، وہ چینج آیا۔</w:t>
      </w:r>
    </w:p>
    <w:p>
      <w:r>
        <w:rPr>
          <w:b/>
        </w:rPr>
        <w:t xml:space="preserve">[19:53] </w:t>
      </w:r>
      <w:r>
        <w:t>lekin universal level par woh woh cheez revolution banay, woh nahi ho ho paya.</w:t>
      </w:r>
    </w:p>
    <w:p>
      <w:pPr>
        <w:jc w:val="right"/>
      </w:pPr>
      <w:r>
        <w:t>لیکن یونیورسل لیول پر وہ وہ چیز ریولوشن بنے، وہ نہیں ہو ہو پایا۔</w:t>
      </w:r>
    </w:p>
    <w:p>
      <w:r>
        <w:rPr>
          <w:b/>
        </w:rPr>
        <w:t xml:space="preserve">[20:03] </w:t>
      </w:r>
      <w:r>
        <w:t>kyun ke team nahi kisi prophet ke paas thi. To Rasool Allah sal Allah alaihi wasallam ke zamanay mein Allah taala ka yeh khaas faisla hua ke aap ko team di jaye.</w:t>
      </w:r>
    </w:p>
    <w:p>
      <w:pPr>
        <w:jc w:val="right"/>
      </w:pPr>
      <w:r>
        <w:t>کیونکہ ٹیم نہیں کسی پرافیٹ کے پاس تھی۔ تو رسول اللہ صلی اللہ علیہ وسلم کے زمانے میں اللہ تعالیٰ کا یہ خاص فیصلہ ہوا کہ آپ کو ٹیم دی جائے۔</w:t>
      </w:r>
    </w:p>
    <w:p>
      <w:r>
        <w:rPr>
          <w:b/>
        </w:rPr>
        <w:t xml:space="preserve">[20:14] </w:t>
      </w:r>
      <w:r>
        <w:t>yeh Khuda ki khaas help thi, Khuda ki khaas madad thi, jis ki wajah se pehli baar history mein aisa hua ke kisi prophet ko aik team mili.</w:t>
      </w:r>
    </w:p>
    <w:p>
      <w:pPr>
        <w:jc w:val="right"/>
      </w:pPr>
      <w:r>
        <w:t>یہ خدا کی خاص ہیلپ تھی، خدا کی خاص مدد تھی، جس کی وجہ سے پہلی بار ہسٹری میں ایسا ہوا کہ کسی پرافیٹ کو ایک ٹیم ملی۔</w:t>
      </w:r>
    </w:p>
    <w:p>
      <w:r>
        <w:rPr>
          <w:b/>
        </w:rPr>
        <w:t xml:space="preserve">[20:25] </w:t>
      </w:r>
      <w:r>
        <w:t>aap jantay hain ke Rasool Allah ke sath jo log thay, woh un ki ginti jo hai, one hundred say bhi zyada hai. Is mein aik aik shakhs jo tha, woh us ne sachai ko realize kiya.</w:t>
      </w:r>
    </w:p>
    <w:p>
      <w:pPr>
        <w:jc w:val="right"/>
      </w:pPr>
      <w:r>
        <w:t>آپ جانتے ہیں کہ رسول اللہ کے ساتھ جو لوگ تھے، وہ ان کی گنتی جو ہے، ون ہنڈرڈ تھا سے بھی زیادہ ہے۔ اس میں ایک ایک شخص جو تھا، وہ اس نے سچائی کو ریلائز کیا۔</w:t>
      </w:r>
    </w:p>
    <w:p>
      <w:r>
        <w:rPr>
          <w:b/>
        </w:rPr>
        <w:t xml:space="preserve">[20:38] </w:t>
      </w:r>
      <w:r>
        <w:t>us ke andar sacrifice ka jazba aaya. Us ne apnay aap ko dedicate kiya.</w:t>
      </w:r>
    </w:p>
    <w:p>
      <w:pPr>
        <w:jc w:val="right"/>
      </w:pPr>
      <w:r>
        <w:t>اس کے اندر سیکریفائس کا جذبہ آیا۔ اس نے اپنے آپ کو ڈیڈیکیٹ کیا۔</w:t>
      </w:r>
    </w:p>
    <w:p>
      <w:r>
        <w:rPr>
          <w:b/>
        </w:rPr>
        <w:t xml:space="preserve">[20:44] </w:t>
      </w:r>
      <w:r>
        <w:t>poore maanon mein woh aik mission ka aadmi bana. Aik team bani. To is ki wajah se Rasool Allah is position mein aaye ke aap is intellectual movement ko revolution ke darjay tak pohanchain.</w:t>
      </w:r>
    </w:p>
    <w:p>
      <w:pPr>
        <w:jc w:val="right"/>
      </w:pPr>
      <w:r>
        <w:t>پورے معنوں میں وہ ایک مشن کا آدمی بنا۔ ایک ٹیم بنی۔ تو اس کی وجہ سے رسول اللہ اس پوزیشن میں آئے کہ آپ اس انٹلیکچول موومنٹ کو ریولوشن کے درجے تک پہنچائیں۔</w:t>
      </w:r>
    </w:p>
    <w:p>
      <w:r>
        <w:rPr>
          <w:b/>
        </w:rPr>
        <w:t xml:space="preserve">[21:01] </w:t>
      </w:r>
      <w:r>
        <w:t>aur yeh hua Arab mein</w:t>
      </w:r>
    </w:p>
    <w:p>
      <w:pPr>
        <w:jc w:val="right"/>
      </w:pPr>
      <w:r>
        <w:t>اور یہ ہوا عرب میں</w:t>
      </w:r>
    </w:p>
    <w:p>
      <w:r>
        <w:rPr>
          <w:b/>
        </w:rPr>
        <w:t xml:space="preserve">[21:06] </w:t>
      </w:r>
      <w:r>
        <w:t>. Yani aik misaal mein arz karunga ke is zamanay mein, yani Rasool Allah say pehlay ka jo zamana hai, woh poora ka poora zamana Surah Shirk ka zamana tha.</w:t>
      </w:r>
    </w:p>
    <w:p>
      <w:pPr>
        <w:jc w:val="right"/>
      </w:pPr>
      <w:r>
        <w:t>۔ یعنی ایک مثال میں عرض کروں گا کہ اس زمانے میں، یعنی رسول اللہ سے پہلے کا جو زمانہ ہے، وہ پورا کا پورا زمانہ سورہ سشر کا زمانہ تھا۔</w:t>
      </w:r>
    </w:p>
    <w:p>
      <w:r>
        <w:rPr>
          <w:b/>
        </w:rPr>
        <w:t xml:space="preserve">[21:19] </w:t>
      </w:r>
      <w:r>
        <w:t>shirk ka zamana tha. Jis par persecution ka zamana tha. Aur is ka jo head jo log hua kartay thay, woh king hua kartay thay.</w:t>
      </w:r>
    </w:p>
    <w:p>
      <w:pPr>
        <w:jc w:val="right"/>
      </w:pPr>
      <w:r>
        <w:t>شرک کا زمانہ تھا۔ دلجس پرسیکیوشن کا زمانہ تھا۔ اور اس کا جو ہیڈ جو لوگ ہوا کرتے تھے، وہ کنگ ہوا کرتے تھے۔</w:t>
      </w:r>
    </w:p>
    <w:p>
      <w:r>
        <w:rPr>
          <w:b/>
        </w:rPr>
        <w:t xml:space="preserve">[21:28] </w:t>
      </w:r>
      <w:r>
        <w:t>king jo tha, king woh head hota tha is poori, yani woh jo civilization us zamanay mein thi, us ka. Kyun ke kyun ke king ka faida is mein tha ke suppress duniya mein rahay, جس پرسیکیوشن duniya mein rahay,</w:t>
      </w:r>
    </w:p>
    <w:p>
      <w:pPr>
        <w:jc w:val="right"/>
      </w:pPr>
      <w:r>
        <w:t>کنگ جو تھا، کنگ وہ ہیڈ ہوتا تھا اس پوری، یعنی وہ جو سویلائزیشن اس زمانے میں تھی، اس کا۔ کیونکہ کیونکہ کنگ کا فائدہ اس میں تھا کہ سپریس دنیا میں رہے، لجس پرسیکیوشن دنیا میں رہے،</w:t>
      </w:r>
    </w:p>
    <w:p>
      <w:r>
        <w:rPr>
          <w:b/>
        </w:rPr>
        <w:t xml:space="preserve">[21:45] </w:t>
      </w:r>
      <w:r>
        <w:t>shirk duniya mein rahay, tab us ki kingship chalti thi.</w:t>
      </w:r>
    </w:p>
    <w:p>
      <w:pPr>
        <w:jc w:val="right"/>
      </w:pPr>
      <w:r>
        <w:t>شرک دنیا میں رہے، تب اس کی کنگ شپ چلتی تھی۔</w:t>
      </w:r>
    </w:p>
    <w:p>
      <w:r>
        <w:rPr>
          <w:b/>
        </w:rPr>
        <w:t xml:space="preserve">[21:51] </w:t>
      </w:r>
      <w:r>
        <w:t>to is zamanay mein do baray, woh thay do baray, jis ko bab chatanay kaha gaya hai.</w:t>
      </w:r>
    </w:p>
    <w:p>
      <w:pPr>
        <w:jc w:val="right"/>
      </w:pPr>
      <w:r>
        <w:t>تو اس زمانے میں دو بڑے، وہ تھے دو بڑے، جس کو باب چٹانے کہا گیا ہے۔</w:t>
      </w:r>
    </w:p>
    <w:p>
      <w:r>
        <w:rPr>
          <w:b/>
        </w:rPr>
        <w:t xml:space="preserve">[22:03] </w:t>
      </w:r>
      <w:r>
        <w:t>to aik thi is zamanay mein aik Roman Empire aur aik thi Sasani Empire. Do Empire thi bari.</w:t>
      </w:r>
    </w:p>
    <w:p>
      <w:pPr>
        <w:jc w:val="right"/>
      </w:pPr>
      <w:r>
        <w:t>تو ایک تھی اس زمانے میں ایک رومن ایمپائر اور ایک تھی ساسانی ایمپائر۔ دو ایمپائر تھیں بڑی۔</w:t>
      </w:r>
    </w:p>
    <w:p>
      <w:r>
        <w:rPr>
          <w:b/>
        </w:rPr>
        <w:t xml:space="preserve">[22:14] </w:t>
      </w:r>
      <w:r>
        <w:t>yehi goya is zamanay ki jo civilization thi, jo base karti thi suppression par, shirk par, religious persecution par, us par base karti thi.</w:t>
      </w:r>
    </w:p>
    <w:p>
      <w:pPr>
        <w:jc w:val="right"/>
      </w:pPr>
      <w:r>
        <w:t>یہی گویا اس زمانے کی جو سویلائزیشن تھی، جو بیس کرتی تھی سپریسیشن پر، شرک پر، ریلیجس پرسیکیوشن پر، اس پر بیس کرتی تھی۔</w:t>
      </w:r>
    </w:p>
    <w:p>
      <w:r>
        <w:rPr>
          <w:b/>
        </w:rPr>
        <w:t xml:space="preserve">[22:27] </w:t>
      </w:r>
      <w:r>
        <w:t>yani yeh yeh is ke pillars thay. To woh us ki champion banay huay thay yeh log. Sasani Empire aur Roman Empire.</w:t>
      </w:r>
    </w:p>
    <w:p>
      <w:pPr>
        <w:jc w:val="right"/>
      </w:pPr>
      <w:r>
        <w:t>یعنی یہ یہ اس کے پلر تھے۔ تو وہ اس کی چیمپیئن بنے ہوئے تھے یہ لوگ۔ ساسانی ایمپائر اور رومن ایمپائر۔</w:t>
      </w:r>
    </w:p>
    <w:p>
      <w:r>
        <w:rPr>
          <w:b/>
        </w:rPr>
        <w:t xml:space="preserve">[22:37] </w:t>
      </w:r>
      <w:r>
        <w:t>to Rasool Allah ke jo followers thay, un ka un say takrao hua.</w:t>
      </w:r>
    </w:p>
    <w:p>
      <w:pPr>
        <w:jc w:val="right"/>
      </w:pPr>
      <w:r>
        <w:t>تو رسول اللہ کے جو فالوورز تھے، ان کا ان سے ٹکراؤ ہوا۔</w:t>
      </w:r>
    </w:p>
    <w:p>
      <w:r>
        <w:rPr>
          <w:b/>
        </w:rPr>
        <w:t xml:space="preserve">[22:41] </w:t>
      </w:r>
      <w:r>
        <w:t>yeh takrao jo hai, samajh lijiye ke aisa tha jaise ke chunti jo haathi say larray, zarray jo hain chatanon say ladein. Aisa tha. Yeh main nahi keh raha hoon balkay saray historian kehtay hain.</w:t>
      </w:r>
    </w:p>
    <w:p>
      <w:pPr>
        <w:jc w:val="right"/>
      </w:pPr>
      <w:r>
        <w:t>یہ ٹکراؤ جو ہے، سمجھ لیجیے کہ ایسا تھا جیسے کہ چونٹی جو ہاتھی سے لڑے، ذرے جو ہیں چٹانوں سے لڑے۔ ایسا تھا۔ یہ میں نہیں کہہ رہا ہوں بلکہ سارے ہسٹورین کہتے ہیں۔</w:t>
      </w:r>
    </w:p>
    <w:p>
      <w:r>
        <w:rPr>
          <w:b/>
        </w:rPr>
        <w:t xml:space="preserve">[22:53] </w:t>
      </w:r>
      <w:r>
        <w:t>lekin Khuda ki khaas madad say unhon ne iqama bahasil ki. Yeh chatanain toot gayeen, yani political chatanain. Bible mein isi baat ko in lafzon mein kaha gaya hai ke "everlasting mountain were scattered"</w:t>
      </w:r>
    </w:p>
    <w:p>
      <w:pPr>
        <w:jc w:val="right"/>
      </w:pPr>
      <w:r>
        <w:t>لیکن خدا کی خاص مدد سے انہوں نے اقامہ باحاصل کی۔ یہ چٹانیں ٹوٹ گئیں، یعنی پولیٹیکل چٹانیں۔ بائبل میں اسی بات کو ان لفظوں میں کہا گیا ہے کہ "ایور لاسٹنگ ماؤنٹین ویر اسکیٹرڈ"</w:t>
      </w:r>
    </w:p>
    <w:p>
      <w:r>
        <w:rPr>
          <w:b/>
        </w:rPr>
        <w:t xml:space="preserve">[23:09] </w:t>
      </w:r>
      <w:r>
        <w:t>. Yeh Bible mein aap parh saktay hain. "Everlasting mountain were scattered" yani abadi chatanon ko tor diya gaya, rayzay rayzay kar ke.</w:t>
      </w:r>
    </w:p>
    <w:p>
      <w:pPr>
        <w:jc w:val="right"/>
      </w:pPr>
      <w:r>
        <w:t>۔ یہ بائبل میں آپ پڑھ سکتے ہیں۔ "ایور لاسٹنگ ماؤنٹین ویر اسکیٹرڈ" یعنی ابدی چٹانوں کو توڑ دیا گیا، ریزے ریزے کر کے۔</w:t>
      </w:r>
    </w:p>
    <w:p>
      <w:r>
        <w:rPr>
          <w:b/>
        </w:rPr>
        <w:t xml:space="preserve">[23:20] </w:t>
      </w:r>
      <w:r>
        <w:t>abadi chatanain, political chatanain hain, political mountain hain.</w:t>
      </w:r>
    </w:p>
    <w:p>
      <w:pPr>
        <w:jc w:val="right"/>
      </w:pPr>
      <w:r>
        <w:t>ابدی چٹانیں، پولیٹیکل چٹانیں ہیں، پولیٹیکل ماؤنٹین ہیں۔</w:t>
      </w:r>
    </w:p>
    <w:p>
      <w:r>
        <w:rPr>
          <w:b/>
        </w:rPr>
        <w:t xml:space="preserve">[23:27] </w:t>
      </w:r>
      <w:r>
        <w:t>yeh log, yani permanently rukawat banay huay thay, obstacle banay huay thay kisi aisay revolution ka jis mein tauheed ho, jis mein azadi ho, jis mein scientific thinking ho, in sab baton ka.</w:t>
      </w:r>
    </w:p>
    <w:p>
      <w:pPr>
        <w:jc w:val="right"/>
      </w:pPr>
      <w:r>
        <w:t>یہ لوگ، یعنی پرماننٹلی رکاوٹ بنے ہوئے تھے، ابسٹیکل بنے ہوئے تھے کسی ایسے ریولوشن کا جس میں توحید ہو، جس میں آزادی ہو، جس میں سائنٹیفک تھنکنگ ہو، ان سب باتوں کا۔</w:t>
      </w:r>
    </w:p>
    <w:p>
      <w:r>
        <w:rPr>
          <w:b/>
        </w:rPr>
        <w:t xml:space="preserve">[23:44] </w:t>
      </w:r>
      <w:r>
        <w:t>to "everlasting mountain were scattered"</w:t>
      </w:r>
    </w:p>
    <w:p>
      <w:pPr>
        <w:jc w:val="right"/>
      </w:pPr>
      <w:r>
        <w:t>تو "ایور لاسٹنگ ماؤنٹین ویر اسکیٹرڈ"</w:t>
      </w:r>
    </w:p>
    <w:p>
      <w:r>
        <w:rPr>
          <w:b/>
        </w:rPr>
        <w:t xml:space="preserve">[23:48] </w:t>
      </w:r>
      <w:r>
        <w:t>yeh bohat hi bara waqia hua jis ko ke sare scholars mante hain. jaisay amreeka se aik encyclopedia chhapi hai. is mein unhon ne islam ka jo chapter hai, woh american encyclopedia mein.</w:t>
      </w:r>
    </w:p>
    <w:p>
      <w:pPr>
        <w:jc w:val="right"/>
      </w:pPr>
      <w:r>
        <w:t>یہ بہت ہی بڑا واقعہ ہوا جس کو کہ سارے اسکالرز مانتے ہیں۔ جیسے امریکہ سے ایک انسائیکلوپیڈیا چھپی ہے۔ اس میں انہوں نے اسلام کا جو چیپٹر ہے، وہ امریکن انسائیکلوپیڈیا میں۔</w:t>
      </w:r>
    </w:p>
    <w:p>
      <w:r>
        <w:rPr>
          <w:b/>
        </w:rPr>
        <w:t xml:space="preserve">[24:03] </w:t>
      </w:r>
      <w:r>
        <w:t>to islam ke chapter mein woh kehte hain ke islam ke baray mein "its advent change the course of human history".</w:t>
      </w:r>
    </w:p>
    <w:p>
      <w:pPr>
        <w:jc w:val="right"/>
      </w:pPr>
      <w:r>
        <w:t>تو اسلام کے چیپٹر میں وہ کہتے ہیں کہ اسلام کے بارے میں "اٹس ایڈونٹ چینج دا کورس آف ہیومن ہسٹری"۔</w:t>
      </w:r>
    </w:p>
    <w:p>
      <w:r>
        <w:rPr>
          <w:b/>
        </w:rPr>
        <w:t xml:space="preserve">[24:15] </w:t>
      </w:r>
      <w:r>
        <w:t>"its advent change the course of human history".</w:t>
      </w:r>
    </w:p>
    <w:p>
      <w:pPr>
        <w:jc w:val="right"/>
      </w:pPr>
      <w:r>
        <w:t>"اٹس ایڈونٹ چینج دا کورس آف ہیومن ہسٹری"۔</w:t>
      </w:r>
    </w:p>
    <w:p>
      <w:r>
        <w:rPr>
          <w:b/>
        </w:rPr>
        <w:t xml:space="preserve">[24:19] </w:t>
      </w:r>
      <w:r>
        <w:t>to is se pehle jo human history jo chal rahi thi, woh sab kingship ke is mein chalti thi. kingship, badshah log chhaye rehte thay.</w:t>
      </w:r>
    </w:p>
    <w:p>
      <w:pPr>
        <w:jc w:val="right"/>
      </w:pPr>
      <w:r>
        <w:t>تو اس سے پہلے جو ہیومن ہسٹری جو چل رہی تھی، وہ سب کنگ شپ کے اس میں چلتی تھی۔ کنگ شپ، بادشاہ لوگ چھائے رہتے تھے۔</w:t>
      </w:r>
    </w:p>
    <w:p>
      <w:r>
        <w:rPr>
          <w:b/>
        </w:rPr>
        <w:t xml:space="preserve">[24:30] </w:t>
      </w:r>
      <w:r>
        <w:t>badshahi log hi sab kuch hua karte thay. to jab jo shahi nizam khatam hua, kingship khatam hui, to aik naya daur aa gaya dunya mein.</w:t>
      </w:r>
    </w:p>
    <w:p>
      <w:pPr>
        <w:jc w:val="right"/>
      </w:pPr>
      <w:r>
        <w:t>بادشاہی لوگ ہی سب کچھ ہوا کرتے تھے۔ تو جب جو شاہی نظام ختم ہوا، کنگ شپ ختم ہوئی، تو ایک نیا دور آ گیا دنیا میں۔</w:t>
      </w:r>
    </w:p>
    <w:p>
      <w:r>
        <w:rPr>
          <w:b/>
        </w:rPr>
        <w:t xml:space="preserve">[24:42] </w:t>
      </w:r>
      <w:r>
        <w:t>isi baat ko henry piren ne bohat zyada tafseel se likha hai. is ki kai kitabein hain, aap parh sakte hain is ko.</w:t>
      </w:r>
    </w:p>
    <w:p>
      <w:pPr>
        <w:jc w:val="right"/>
      </w:pPr>
      <w:r>
        <w:t>اسی بات کو ہنری پرین نے بہت زیادہ تفصیل سے لکھا ہے۔ اس کی کئی کتابیں ہیں، آپ پڑھ سکتے ہیں اس کو۔</w:t>
      </w:r>
    </w:p>
    <w:p>
      <w:r>
        <w:rPr>
          <w:b/>
        </w:rPr>
        <w:t xml:space="preserve">[24:49] </w:t>
      </w:r>
      <w:r>
        <w:t>france ka historian tha yeh henry piren. aur woh top ka historian mana jata hai. to us ne apni aik kitab mein islam ke baray mein likha hai ke "islam change the face of the globe".</w:t>
      </w:r>
    </w:p>
    <w:p>
      <w:pPr>
        <w:jc w:val="right"/>
      </w:pPr>
      <w:r>
        <w:t>فرانس کا ہسٹورین تھا یہ ہنری پرین۔ اور وہ ٹاپ کا ہسٹورین مانا جاتا ہے۔ تو اس نے اپنی ایک کتاب میں اسلام کے بارے میں لکھا ہے کہ "اسلام چینج دا فیس آف دا گلوب"۔</w:t>
      </w:r>
    </w:p>
    <w:p>
      <w:r>
        <w:rPr>
          <w:b/>
        </w:rPr>
        <w:t xml:space="preserve">[25:06] </w:t>
      </w:r>
      <w:r>
        <w:t>"the traditional order of history was overthrown". "islam change the face of the globe".</w:t>
      </w:r>
    </w:p>
    <w:p>
      <w:pPr>
        <w:jc w:val="right"/>
      </w:pPr>
      <w:r>
        <w:t>"دا ٹریڈیشنل آرڈر آف ہسٹری واز اوور تھرون"۔ "اسلام چینج دا فیس آف دا گلوب"۔</w:t>
      </w:r>
    </w:p>
    <w:p>
      <w:r>
        <w:rPr>
          <w:b/>
        </w:rPr>
        <w:t xml:space="preserve">[25:15] </w:t>
      </w:r>
      <w:r>
        <w:t>"the traditional order of history was overthrown".</w:t>
      </w:r>
    </w:p>
    <w:p>
      <w:pPr>
        <w:jc w:val="right"/>
      </w:pPr>
      <w:r>
        <w:t>"دا ٹریڈیشنل آرڈر آف ہسٹری واز اوور تھرون"۔</w:t>
      </w:r>
    </w:p>
    <w:p>
      <w:r>
        <w:rPr>
          <w:b/>
        </w:rPr>
        <w:t xml:space="preserve">[25:19] </w:t>
      </w:r>
      <w:r>
        <w:t>is tarah se aik naya inqilab aaya. aik naya inqilab aaya. yeh jo jis ko hum western civilization kehte hain, woh isi ka culmination hai.</w:t>
      </w:r>
    </w:p>
    <w:p>
      <w:pPr>
        <w:jc w:val="right"/>
      </w:pPr>
      <w:r>
        <w:t>اس طرح سے ایک نیا انقلاب آیا۔ ایک نیا انقلاب آیا۔ یہ جو جس کو ہم ویسٹرن سویلائزیشن کہتے ہیں، وہ اسی کا کلمینیشن ہے۔</w:t>
      </w:r>
    </w:p>
    <w:p>
      <w:r>
        <w:rPr>
          <w:b/>
        </w:rPr>
        <w:t xml:space="preserve">[25:32] </w:t>
      </w:r>
      <w:r>
        <w:t>in terms of secularism. yani secular culmination keh sakte hain aap is ko. poore maanon mein nahin. kyun? isi ki wajah se kya hua? kai baatein</w:t>
      </w:r>
    </w:p>
    <w:p>
      <w:pPr>
        <w:jc w:val="right"/>
      </w:pPr>
      <w:r>
        <w:t>ان ٹرم آف سیکولرزم۔ یعنی سیکولر کلمینیشن کہہ سکتے ہیں آپ اس کو۔ پورے معنوں میں نہیں۔ کیوں؟ اسی کی وجہ سے کیا ہوا؟ کئی باتیں</w:t>
      </w:r>
    </w:p>
    <w:p>
      <w:r>
        <w:rPr>
          <w:b/>
        </w:rPr>
        <w:t xml:space="preserve">[25:41] </w:t>
      </w:r>
      <w:r>
        <w:t>huin. jo islam ne jo jo beginning ki thi, is mein dilges persecution ko khatam kar ke religious freedom lana, yeh poora hua ja kar ke french revolution ke baad.</w:t>
      </w:r>
    </w:p>
    <w:p>
      <w:pPr>
        <w:jc w:val="right"/>
      </w:pPr>
      <w:r>
        <w:t>ہوئیں۔ جو اسلام نے جو جو بگننگ کی تھی، اس میں دلجس پرسیکیوشن کو ختم کر کے ریلیجس فریڈم لانا، یہ پورا ہوا جا کر کے فرنچ ریولوشن کے بعد۔</w:t>
      </w:r>
    </w:p>
    <w:p>
      <w:r>
        <w:rPr>
          <w:b/>
        </w:rPr>
        <w:t xml:space="preserve">[25:58] </w:t>
      </w:r>
      <w:r>
        <w:t>is mein yeh tha ke dunya mein suppressus, suppressus thinking khatam ho. yeh hua baad ko newton ke zamane ke baad.</w:t>
      </w:r>
    </w:p>
    <w:p>
      <w:pPr>
        <w:jc w:val="right"/>
      </w:pPr>
      <w:r>
        <w:t>اس میں یہ تھا کہ دنیا میں سپریسس، سپریسس تھنکنگ ختم ہو۔ یہ ہوا بعد کو نیوٹن کے زمانے کے بعد۔</w:t>
      </w:r>
    </w:p>
    <w:p>
      <w:r>
        <w:rPr>
          <w:b/>
        </w:rPr>
        <w:t xml:space="preserve">[26:08] </w:t>
      </w:r>
      <w:r>
        <w:t>jab science, scientific revolution aaya.</w:t>
      </w:r>
    </w:p>
    <w:p>
      <w:pPr>
        <w:jc w:val="right"/>
      </w:pPr>
      <w:r>
        <w:t>جب سائنس، سائنٹیفک ریولوشن آیا۔</w:t>
      </w:r>
    </w:p>
    <w:p>
      <w:r>
        <w:rPr>
          <w:b/>
        </w:rPr>
        <w:t xml:space="preserve">[26:11] </w:t>
      </w:r>
      <w:r>
        <w:t>islam yeh chahta tha ke jo jo jo is dunya mein jo jo chhupe hue jo aala hain Khuda ke, aala Allah yani signs of God, woh khulein.</w:t>
      </w:r>
    </w:p>
    <w:p>
      <w:pPr>
        <w:jc w:val="right"/>
      </w:pPr>
      <w:r>
        <w:t>اسلام یہ چاہتا تھا کہ جو جو جو اس دنیا میں جو جو چھپے ہوئے جو اعلیٰ ہیں خدا کے، اعلیٰ اللہ یعنی سائنز آف گاڈ، وہ کھلیں۔</w:t>
      </w:r>
    </w:p>
    <w:p>
      <w:r>
        <w:rPr>
          <w:b/>
        </w:rPr>
        <w:t xml:space="preserve">[26:26] </w:t>
      </w:r>
      <w:r>
        <w:t>poori poori universe jo hai, yani in jo Khuda ka jo creation hai, Khuda ke creation mein creator ke jalwe chhupe hue hain.</w:t>
      </w:r>
    </w:p>
    <w:p>
      <w:pPr>
        <w:jc w:val="right"/>
      </w:pPr>
      <w:r>
        <w:t>پوری پوری یونیورس جو ہے، یعنی ان جو خدا کا جو کریشن ہے، خدا کے کریشن میں کریٹر کے جلوے چھپے ہوئے ہیں۔</w:t>
      </w:r>
    </w:p>
    <w:p>
      <w:r>
        <w:rPr>
          <w:b/>
        </w:rPr>
        <w:t xml:space="preserve">[26:34] </w:t>
      </w:r>
      <w:r>
        <w:t>har cheez mein, aik zarre se le kar ke mountain tak aur zameen se le kar galaxy tak, har cheez mein yeh Khuda ka aik creation hai.</w:t>
      </w:r>
    </w:p>
    <w:p>
      <w:pPr>
        <w:jc w:val="right"/>
      </w:pPr>
      <w:r>
        <w:t>ہر چیز میں، ایک ذرے سے لے کر کے ماؤنٹین تک اور زمین سے لے کر گیلیکسی تک، ہر چیز میں یہ خدا کا ایک کریشن ہے۔</w:t>
      </w:r>
    </w:p>
    <w:p>
      <w:r>
        <w:rPr>
          <w:b/>
        </w:rPr>
        <w:t xml:space="preserve">[26:43] </w:t>
      </w:r>
      <w:r>
        <w:t>is mein creator ke jalwe chhupe hue hain. lekin woh sab chhupe hue thay. insaan ko khabar nahin thi is ki. scientific study ne, scientific discoveries ne is ko unfold kiya, is ko uncover kiya.</w:t>
      </w:r>
    </w:p>
    <w:p>
      <w:pPr>
        <w:jc w:val="right"/>
      </w:pPr>
      <w:r>
        <w:t>اس میں کریٹر کے جلوے چھپے ہوئے ہیں۔ لیکن وہ سب چھپے ہوئے تھے۔ انسان کو خبر نہیں تھی اس کی۔ سائنٹیفک اسٹڈی نے، سائنٹیفک ڈسکوریز نے اس کو ان فولڈ کیا، اس کو ان کور کیا۔</w:t>
      </w:r>
    </w:p>
    <w:p>
      <w:r>
        <w:rPr>
          <w:b/>
        </w:rPr>
        <w:t xml:space="preserve">[26:58] </w:t>
      </w:r>
      <w:r>
        <w:t>yeh kaam shuru hua tha, yani Islamic revolution ke baad. lekin culmination is ka hua kahan?</w:t>
      </w:r>
    </w:p>
    <w:p>
      <w:pPr>
        <w:jc w:val="right"/>
      </w:pPr>
      <w:r>
        <w:t>یہ کام شروع ہوا تھا، یعنی اسلامی ریولوشن کے بعد۔ لیکن کلمیشن اس کا ہوا کہاں؟</w:t>
      </w:r>
    </w:p>
    <w:p>
      <w:r>
        <w:rPr>
          <w:b/>
        </w:rPr>
        <w:t xml:space="preserve">[27:06] </w:t>
      </w:r>
      <w:r>
        <w:t>western world mein. pehle Europe mein, western Europe mein, phir eastern Europe mein, phir America mein, phir sari dunya mein phail gaya.</w:t>
      </w:r>
    </w:p>
    <w:p>
      <w:pPr>
        <w:jc w:val="right"/>
      </w:pPr>
      <w:r>
        <w:t>ویسٹرن ورلڈ میں۔ پہلے یورپ میں، ویسٹرن یورپ میں، پھر ایسٹر یورپ میں، پھر امریکہ میں، پھر ساری دنیا میں پھیل گیا۔</w:t>
      </w:r>
    </w:p>
    <w:p>
      <w:r>
        <w:rPr>
          <w:b/>
        </w:rPr>
        <w:t xml:space="preserve">[27:16] </w:t>
      </w:r>
      <w:r>
        <w:t>yahan par main jo kehna chahta hoon woh yeh hai ke musalman bohat bari, yani bandar kya musalmanon ne is zamane mein ke jo waqiat hua tha inhin ke, yani Islamic revolution ki wajah se, is ke dushman ban gaye.</w:t>
      </w:r>
    </w:p>
    <w:p>
      <w:pPr>
        <w:jc w:val="right"/>
      </w:pPr>
      <w:r>
        <w:t>یہاں پر میں جو کہنا چاہتا ہوں وہ یہ ہے کہ مسلمان بہت بڑی، یعنی بندر کیا مسلمانوں نے اس زمانے میں کہ جو واقعات ہوا تھا انہی کے، یعنی اسلامک ریولوشن کی وجہ سے، اس کے دشمن بن گئے۔</w:t>
      </w:r>
    </w:p>
    <w:p>
      <w:r>
        <w:rPr>
          <w:b/>
        </w:rPr>
        <w:t xml:space="preserve">[27:32] </w:t>
      </w:r>
      <w:r>
        <w:t>is zamane ka poora jo literature hai, do sau saal ka musalmanon ka, woh sab western civilization ko ya western nations ko ya western world ko aik enemy ke roop mein depict karta hai.</w:t>
      </w:r>
    </w:p>
    <w:p>
      <w:pPr>
        <w:jc w:val="right"/>
      </w:pPr>
      <w:r>
        <w:t>اس زمانے کا پورا جو لٹریچر ہے، دو سو سال کا مسلمانوں کا، وہ سب ویسٹرن سویلائزیشن کو یا ویسٹرن نیشنز کو یا ویسٹرن ورلڈ کو ایک اینمی کے روپ میں ڈیپکٹ کرتا ہے۔</w:t>
      </w:r>
    </w:p>
    <w:p>
      <w:r>
        <w:rPr>
          <w:b/>
        </w:rPr>
        <w:t xml:space="preserve">[27:44] </w:t>
      </w:r>
      <w:r>
        <w:t>enemy, isi se lad rahe hain, lad rahe hain, lad rahe hain dost. halankay woh isi ka culmination hai. aap is mein jo kuch aur baatein aagay se nudity maslan hai, woh aik alag cheezein hain.</w:t>
      </w:r>
    </w:p>
    <w:p>
      <w:pPr>
        <w:jc w:val="right"/>
      </w:pPr>
      <w:r>
        <w:t>اینمی، اسی سے لڑ رہے ہیں، لڑ رہے ہیں، لڑ رہے ہیں دوست۔ حالانکہ وہ اسی کا کلمینیشن ہے۔ آپ اس میں جو کچھ اور باتیں آگے سے نیوڈیٹی مثلاً ہے، وہ ایک الگ چیزیں ہیں۔</w:t>
      </w:r>
    </w:p>
    <w:p>
      <w:r>
        <w:rPr>
          <w:b/>
        </w:rPr>
        <w:t xml:space="preserve">[27:57] </w:t>
      </w:r>
      <w:r>
        <w:t>woh jo jo asal cheez hai, jo jo central theme hai, us ko janiye aap. preferential wali baaton ko jana hai musalmanon ne, asal baat ko nahin jana.</w:t>
      </w:r>
    </w:p>
    <w:p>
      <w:pPr>
        <w:jc w:val="right"/>
      </w:pPr>
      <w:r>
        <w:t>وہ جو جو اصل چیز ہے، جو جو سینٹرل تھیم ہے، اس کو جانیے آپ۔ پریفری والی باتوں کو جانا ہے مسلمانوں نے، اصل بات کو نہیں جانا۔</w:t>
      </w:r>
    </w:p>
    <w:p>
      <w:r>
        <w:rPr>
          <w:b/>
        </w:rPr>
        <w:t xml:space="preserve">[28:08] </w:t>
      </w:r>
      <w:r>
        <w:t>mein isi mein yeh baat bhi hai ke musalmanon ke muslim empire ko toda unhon ne. uthman empire ko toda unhon ne. spain mein muslim rule ko khatam kiya unhon ne.</w:t>
      </w:r>
    </w:p>
    <w:p>
      <w:pPr>
        <w:jc w:val="right"/>
      </w:pPr>
      <w:r>
        <w:t>میں اسی میں یہ بات بھی ہے کہ مسلمانوں کے مسلم ایمپائر کو توڑا انہوں نے۔ اٹھمان ایمپائر کو توڑا انہوں نے۔ اسپین میں مسلم رول کو ختم کیا انہوں نے۔</w:t>
      </w:r>
    </w:p>
    <w:p>
      <w:r>
        <w:rPr>
          <w:b/>
        </w:rPr>
        <w:t xml:space="preserve">[28:17] </w:t>
      </w:r>
      <w:r>
        <w:t>yeh bhi periphery ke waqiat thay. yeh central theme nahi thi. central theme yeh thay ke unhon ne creation mein creator ke signs ko unfold kiya.</w:t>
      </w:r>
    </w:p>
    <w:p>
      <w:pPr>
        <w:jc w:val="right"/>
      </w:pPr>
      <w:r>
        <w:t>یہ بھی پریفری کے واقعات تھے۔ یہ سینٹرل تھیم نہیں تھی۔ سینٹرل تھیم یہ تھے کہ انہوں نے کریشن میں کریٹر کے سائنز کو ان فولڈ کیا۔</w:t>
      </w:r>
    </w:p>
    <w:p>
      <w:r>
        <w:rPr>
          <w:b/>
        </w:rPr>
        <w:t xml:space="preserve">[28:29] </w:t>
      </w:r>
      <w:r>
        <w:t>jo communication ka zamana le aaye, diljas freedom purey maanon mein aayi inhi</w:t>
      </w:r>
    </w:p>
    <w:p>
      <w:pPr>
        <w:jc w:val="right"/>
      </w:pPr>
      <w:r>
        <w:t>جو کمیونیکیشن کا زمانہ لے آئے، دلجس فریڈم پورے معنوں میں آئی انہی</w:t>
      </w:r>
    </w:p>
    <w:p>
      <w:r>
        <w:rPr>
          <w:b/>
        </w:rPr>
        <w:t xml:space="preserve">[28:37] </w:t>
      </w:r>
      <w:r>
        <w:t>ke zamaney mein. suppression khatam hua aur scientific thinking duniya mein aayi waghera waghera. is par maine bohat kaafi likha hai apni kitabon mein. to main aap soch raha tha, aaj hi subah meri samajh mein baat aayi ke muslim thinkers ke haan ek word jo hai,</w:t>
      </w:r>
    </w:p>
    <w:p>
      <w:pPr>
        <w:jc w:val="right"/>
      </w:pPr>
      <w:r>
        <w:t>کے زمانے میں۔ سپریسیشن ختم ہوا اور سائنٹیفک تھنکنگ دنیا میں آئی وغیرہ وغیرہ۔ اس پر میں نے بہت کافی لکھا ہے اپنی کتابوں میں۔ تو میں آپ سوچ رہا تھا، آج ہی صبح میری سمجھ میں بات آئی کہ مسلم تھنکرز کے ہاں ایک ورڈ جو ہے،</w:t>
      </w:r>
    </w:p>
    <w:p>
      <w:r>
        <w:rPr>
          <w:b/>
        </w:rPr>
        <w:t xml:space="preserve">[28:54] </w:t>
      </w:r>
      <w:r>
        <w:t>woh woh maujood nahi tha. woh tha process. B.R.O.C.E. double S.</w:t>
      </w:r>
    </w:p>
    <w:p>
      <w:pPr>
        <w:jc w:val="right"/>
      </w:pPr>
      <w:r>
        <w:t>وہ وہ موجود نہیں تھا۔ وہ تھا پروسیس۔ بی آر او سی ای ڈبل ایس۔</w:t>
      </w:r>
    </w:p>
    <w:p>
      <w:r>
        <w:rPr>
          <w:b/>
        </w:rPr>
        <w:t xml:space="preserve">[29:03] </w:t>
      </w:r>
      <w:r>
        <w:t>process.</w:t>
      </w:r>
    </w:p>
    <w:p>
      <w:pPr>
        <w:jc w:val="right"/>
      </w:pPr>
      <w:r>
        <w:t>پروسیس۔</w:t>
      </w:r>
    </w:p>
    <w:p>
      <w:r>
        <w:rPr>
          <w:b/>
        </w:rPr>
        <w:t xml:space="preserve">[29:05] </w:t>
      </w:r>
      <w:r>
        <w:t>maine bohat kitabein padhi lekin process ka jo concept hai, jo ab woh muslim writers ka nahi milta.</w:t>
      </w:r>
    </w:p>
    <w:p>
      <w:pPr>
        <w:jc w:val="right"/>
      </w:pPr>
      <w:r>
        <w:t>میں نے بہت کتابیں پڑھیں لیکن پروسیس کا جو کانسیپٹ ہے، جو اب وہ مسلم رائٹرز کا نہیں ملتا۔</w:t>
      </w:r>
    </w:p>
    <w:p>
      <w:r>
        <w:rPr>
          <w:b/>
        </w:rPr>
        <w:t xml:space="preserve">[29:14] </w:t>
      </w:r>
      <w:r>
        <w:t>aap urdu writers ko padhiye, persian writers ko padhiye, arabic writers ko padhiye, english mein jo musalmanon ne likha hai, us ko padhiye aap. kahin bhi process concept nahi milega aap ko.</w:t>
      </w:r>
    </w:p>
    <w:p>
      <w:pPr>
        <w:jc w:val="right"/>
      </w:pPr>
      <w:r>
        <w:t>آپ اردو رائٹرز کو پڑھیے، پرشین رائٹرز کو پڑھیے، عربک رائٹرز کو پڑھیے، انگلش میں جو مسلمانوں نے لکھا ہے، اس کو پڑھیے آپ۔ کہیں بھی پروسیس کانسیپٹ نہیں ملے گا آپ کو۔</w:t>
      </w:r>
    </w:p>
    <w:p>
      <w:r>
        <w:rPr>
          <w:b/>
        </w:rPr>
        <w:t xml:space="preserve">[29:24] </w:t>
      </w:r>
      <w:r>
        <w:t>to musalmanon mein kya hua? jo waqiat hue samne un ke, maslan arab fateh hua to jaan liya unhon ne ke arab fateh ho gaya.</w:t>
      </w:r>
    </w:p>
    <w:p>
      <w:pPr>
        <w:jc w:val="right"/>
      </w:pPr>
      <w:r>
        <w:t>تو مسلمانوں میں کیا ہوا؟ جو واقعات ہوئے سامنے ان کے، مثلاً عرب فتح ہوا تو جان لیا انہوں نے کہ عرب فتح ہو گیا۔</w:t>
      </w:r>
    </w:p>
    <w:p>
      <w:r>
        <w:rPr>
          <w:b/>
        </w:rPr>
        <w:t xml:space="preserve">[29:34] </w:t>
      </w:r>
      <w:r>
        <w:t>kaba ke but tod kar nikal diye gaye to unhon ne jaan liya ke kaba ke but tod kar nikal diye gaye. is ko record kiya unhon ne apni history mein. ya egypt ya syria ko unhon ne politically fateh kiya to woh jana ke ek waqia hua, us ko likh liya unhon ne.</w:t>
      </w:r>
    </w:p>
    <w:p>
      <w:pPr>
        <w:jc w:val="right"/>
      </w:pPr>
      <w:r>
        <w:t>کعبہ کے بت توڑ کر نکال دیے گئے تو انہوں نے جان لیا کہ کعبہ کے بت توڑ کر نکال دیے گئے۔ اس کو ریکارڈ کیا انہوں نے اپنی ہسٹری میں۔ یا ایجپٹ یا سیریا کو انہوں نے پولیٹیکلی فتح کیا تو وہ جانا کہ ایک واقعہ ہوا، اس کو لکھ لیا انہوں نے۔</w:t>
      </w:r>
    </w:p>
    <w:p>
      <w:r>
        <w:rPr>
          <w:b/>
        </w:rPr>
        <w:t xml:space="preserve">[29:48] </w:t>
      </w:r>
      <w:r>
        <w:t>lekin revolution jo hai, ek aaya jo is revolution ke zariye jo history mein ek process jari hua. process. yani revolution jo tha, ek woh tha jo ke abhi hua jo samne</w:t>
      </w:r>
    </w:p>
    <w:p>
      <w:pPr>
        <w:jc w:val="right"/>
      </w:pPr>
      <w:r>
        <w:t>لیکن ریولوشن جو ہے، ایک آیا جو اس ریولوشن کے ذریعے جو ہسٹری میں ایک پروسیس جاری ہوا۔ پروسیس۔ یعنی ریولوشن جو تھا، ایک وہ تھا جو کہ ابھی ہوا جو سامنے</w:t>
      </w:r>
    </w:p>
    <w:p>
      <w:r>
        <w:rPr>
          <w:b/>
        </w:rPr>
        <w:t xml:space="preserve">[30:01] </w:t>
      </w:r>
      <w:r>
        <w:t>ke makkah fateh hua aur arab fateh hua, misr fateh hua, syria fateh hua. yeh sab jo waqiat hue, samne ke waqiat jo dikhai dete thay.</w:t>
      </w:r>
    </w:p>
    <w:p>
      <w:pPr>
        <w:jc w:val="right"/>
      </w:pPr>
      <w:r>
        <w:t>کہ مکہ فتح ہوا اور عرب فتح ہوا، مصر فتح ہوا، سیریا فتح ہوا۔ یہ سب جو واقعات ہوئے، سامنے کے واقعات جو دکھائی دیتے تھے۔</w:t>
      </w:r>
    </w:p>
    <w:p>
      <w:r>
        <w:rPr>
          <w:b/>
        </w:rPr>
        <w:t xml:space="preserve">[30:11] </w:t>
      </w:r>
      <w:r>
        <w:t>lekin in waqiat ke zariye ek process jari hua history mein. is process ka culmination tha western civilization. kyunke hamare haan sochne ke liye process ka word nahi tha.</w:t>
      </w:r>
    </w:p>
    <w:p>
      <w:pPr>
        <w:jc w:val="right"/>
      </w:pPr>
      <w:r>
        <w:t>لیکن ان واقعات کے ذریعے ایک پروسیس جاری ہوا ہسٹری میں۔ اس پروسیس کا کلمینیشن تھا ویسٹرن سویلائزیشن۔ کیونکہ ہمارے ہاں سوچنے کے لیے پروسیس کا ورڈ نہیں تھا۔</w:t>
      </w:r>
    </w:p>
    <w:p>
      <w:r>
        <w:rPr>
          <w:b/>
        </w:rPr>
        <w:t xml:space="preserve">[30:24] </w:t>
      </w:r>
      <w:r>
        <w:t>agar aap ke mind mein mobile ka word na ho to aap nahi samajhte thay ke mobile kya cheez hai.</w:t>
      </w:r>
    </w:p>
    <w:p>
      <w:pPr>
        <w:jc w:val="right"/>
      </w:pPr>
      <w:r>
        <w:t>اگر آپ کے مائنڈ میں موبائل کا ورڈ نہ ہو تو آپ نہیں سمجھتے تھے کہ موبائل کیا چیز ہے۔</w:t>
      </w:r>
    </w:p>
    <w:p>
      <w:r>
        <w:rPr>
          <w:b/>
        </w:rPr>
        <w:t xml:space="preserve">[30:29] </w:t>
      </w:r>
      <w:r>
        <w:t>aap ke mind mein agar aeroplane ka word na ho to aap nahi samajhte ke aeroplane kya cheez hai. to insan word ke through sochta hai.</w:t>
      </w:r>
    </w:p>
    <w:p>
      <w:pPr>
        <w:jc w:val="right"/>
      </w:pPr>
      <w:r>
        <w:t>آپ کے مائنڈ میں اگر ایروپلین کا ورڈ نہ ہو تو آپ نہیں سمجھتے کہ ایروپلین کیا چیز ہے۔ تو انسان ورڈ کے تھرو سوچتا ہے۔</w:t>
      </w:r>
    </w:p>
    <w:p>
      <w:r>
        <w:rPr>
          <w:b/>
        </w:rPr>
        <w:t xml:space="preserve">[30:38] </w:t>
      </w:r>
      <w:r>
        <w:t>yani vocabulary aap ki jitni hogi utni aap soch painge ge. to musalmanon ki vocabulary mein is process ka word hi nahi tha.</w:t>
      </w:r>
    </w:p>
    <w:p>
      <w:pPr>
        <w:jc w:val="right"/>
      </w:pPr>
      <w:r>
        <w:t>یعنی وکیبلری آپ کی جتنی ہوگی اتنی آپ سوچ پائیں گے۔ تو مسلمانوں کی وکیبلری میں اس پروسیس کا ورڈ ہی نہیں تھا۔</w:t>
      </w:r>
    </w:p>
    <w:p>
      <w:r>
        <w:rPr>
          <w:b/>
        </w:rPr>
        <w:t xml:space="preserve">[30:48] </w:t>
      </w:r>
      <w:r>
        <w:t>yeh bohat hi anokhi baat hai. is wajah se islam ka ek bohat hi bara contribution, us ko woh samajh</w:t>
      </w:r>
    </w:p>
    <w:p>
      <w:pPr>
        <w:jc w:val="right"/>
      </w:pPr>
      <w:r>
        <w:t>یہ بہت ہی انوکھی بات ہے۔ اس وجہ سے اسلام کا ایک بہت ہی بڑا کنٹریبیوشن، اس کو وہ سمجھ</w:t>
      </w:r>
    </w:p>
    <w:p>
      <w:r>
        <w:rPr>
          <w:b/>
        </w:rPr>
        <w:t xml:space="preserve">[30:57] </w:t>
      </w:r>
      <w:r>
        <w:t>nahi sake. woh dushman ban gaye is ke. kyun? kuch aur wajah se, kuch relative asbab se unhein kuch jhatka laga.</w:t>
      </w:r>
    </w:p>
    <w:p>
      <w:pPr>
        <w:jc w:val="right"/>
      </w:pPr>
      <w:r>
        <w:t>نہیں سکے۔ وہ دشمن بن گئے اس کے۔ کیوں؟ بعض اور وجہ سے، کچھ ریلیٹو اسباب سے انہیں کچھ جھٹکا لگا۔</w:t>
      </w:r>
    </w:p>
    <w:p>
      <w:r>
        <w:rPr>
          <w:b/>
        </w:rPr>
        <w:t xml:space="preserve">[31:05] </w:t>
      </w:r>
      <w:r>
        <w:t>jaise muslim empire toot gayi. baqi ab muslim empire ka tootna to kuch bhi nahi hai.</w:t>
      </w:r>
    </w:p>
    <w:p>
      <w:pPr>
        <w:jc w:val="right"/>
      </w:pPr>
      <w:r>
        <w:t>جیسے مسلم ایمپائر ٹوٹ گئی۔ باقی اب مسلم ایمپائر کا ٹوٹنا تو کچھ بھی نہیں ہے۔</w:t>
      </w:r>
    </w:p>
    <w:p>
      <w:r>
        <w:rPr>
          <w:b/>
        </w:rPr>
        <w:t xml:space="preserve">[31:12] </w:t>
      </w:r>
      <w:r>
        <w:t>yani islam ka ideological empire ban gaya. aap ghor kijiye zara ke pehli baar hum is position mein hain ke islam ko yeh is baat ko samjhiye ke main kya keh raha hoon.</w:t>
      </w:r>
    </w:p>
    <w:p>
      <w:pPr>
        <w:jc w:val="right"/>
      </w:pPr>
      <w:r>
        <w:t>یعنی اسلام کا آئیڈیلوجیکل ایمپائر بن گیا۔ آپ غور کیجیے ذرا کہ پہلی بار ہم اس پوزیشن میں ہیں کہ اسلام کو یہ اس بات کو سمجھیے کہ میں کیا کہہ رہا ہوں۔</w:t>
      </w:r>
    </w:p>
    <w:p>
      <w:r>
        <w:rPr>
          <w:b/>
        </w:rPr>
        <w:t xml:space="preserve">[31:26] </w:t>
      </w:r>
      <w:r>
        <w:t>ek hai reveal knowledge aur ek hai human knowledge. do knowledge hain. reveal knowledge yani jo belief par base karta hai.</w:t>
      </w:r>
    </w:p>
    <w:p>
      <w:pPr>
        <w:jc w:val="right"/>
      </w:pPr>
      <w:r>
        <w:t>ایک ہے ریویل نالج اور ایک ہے ہیومن نالج۔ دو نالج ہیں۔ ریویل نالج یعنی جو بیلیف پر بیس کرتا ہے۔</w:t>
      </w:r>
    </w:p>
    <w:p>
      <w:r>
        <w:rPr>
          <w:b/>
        </w:rPr>
        <w:t xml:space="preserve">[31:36] </w:t>
      </w:r>
      <w:r>
        <w:t>reveal knowledge aur human knowledge. is se pehle hum islam ke belief system ko sirf reveal knowledge se bata pate thay. aaj hum human knowledge jis tarah aap us ko prove kar lete hain, yeh kitni bari baat thi.</w:t>
      </w:r>
    </w:p>
    <w:p>
      <w:pPr>
        <w:jc w:val="right"/>
      </w:pPr>
      <w:r>
        <w:t>ریویل نالج اور ہیومن نالج۔ اس سے پہلے ہم اسلام کے بیلیف سسٹم کو صرف ریویل نالج سے بتا پاتے تھے۔ آج ہم ہیومن نالج جس طرح آپ اس کو پروف کر لیتے ہیں، یہ کتنی بڑی بات تھی۔</w:t>
      </w:r>
    </w:p>
    <w:p>
      <w:r>
        <w:rPr>
          <w:b/>
        </w:rPr>
        <w:t xml:space="preserve">[31:53] </w:t>
      </w:r>
      <w:r>
        <w:t>jo cheez belief thi woh scientific fact ban gayi.</w:t>
      </w:r>
    </w:p>
    <w:p>
      <w:pPr>
        <w:jc w:val="right"/>
      </w:pPr>
      <w:r>
        <w:t>جو چیز بیلیف تھی وہ سائنٹیفک فیکٹ بن گئی۔</w:t>
      </w:r>
    </w:p>
    <w:p>
      <w:r>
        <w:rPr>
          <w:b/>
        </w:rPr>
        <w:t xml:space="preserve">[31:58] </w:t>
      </w:r>
      <w:r>
        <w:t>jaise misaal doon aap ko ke khuda ne create kiya, yani ek creator ne create kiya universe ko.</w:t>
      </w:r>
    </w:p>
    <w:p>
      <w:pPr>
        <w:jc w:val="right"/>
      </w:pPr>
      <w:r>
        <w:t>جیسے مثال دوں آپ کو کہ خدا نے کریٹ کیا، یعنی ایک کریٹر نے کریٹ کیا یونیورس کو۔</w:t>
      </w:r>
    </w:p>
    <w:p>
      <w:r>
        <w:rPr>
          <w:b/>
        </w:rPr>
        <w:t xml:space="preserve">[32:08] </w:t>
      </w:r>
      <w:r>
        <w:t>ek creator ne create kiya universe ko.</w:t>
      </w:r>
    </w:p>
    <w:p>
      <w:pPr>
        <w:jc w:val="right"/>
      </w:pPr>
      <w:r>
        <w:t>ایک کریٹر نے کریٹ کیا یونیورس کو۔</w:t>
      </w:r>
    </w:p>
    <w:p>
      <w:r>
        <w:rPr>
          <w:b/>
        </w:rPr>
        <w:t xml:space="preserve">[32:11] </w:t>
      </w:r>
      <w:r>
        <w:t>to quran mein hai ke "in al-samawat wa al-ard"</w:t>
      </w:r>
    </w:p>
    <w:p>
      <w:pPr>
        <w:jc w:val="right"/>
      </w:pPr>
      <w:r>
        <w:t>تو قرآن میں ہے کہ "إن السماوات وردت"</w:t>
      </w:r>
    </w:p>
    <w:p>
      <w:r>
        <w:rPr>
          <w:b/>
        </w:rPr>
        <w:t xml:space="preserve">[32:20] </w:t>
      </w:r>
      <w:r>
        <w:t>aur bhi is tarah ki baaz aayatein hain. is mein yeh baatein hain, yeh concept ke kisi waqt khaas mein ek creator tha, intervention kiya is ne.</w:t>
      </w:r>
    </w:p>
    <w:p>
      <w:pPr>
        <w:jc w:val="right"/>
      </w:pPr>
      <w:r>
        <w:t>اور بھی اس طرح کی بعض آیتیں ہیں۔ اس میں یہ باتیں ہیں، یہ کانسیپٹ کہ کسی وقت خاص میں ایک کریٹر تھا، انٹروین کیا اس نے۔</w:t>
      </w:r>
    </w:p>
    <w:p>
      <w:r>
        <w:rPr>
          <w:b/>
        </w:rPr>
        <w:t xml:space="preserve">[32:30] </w:t>
      </w:r>
      <w:r>
        <w:t>intervention kar ke ek ek ek duniya banai is ne. yaani creator ka intervention, is intervention se duniya ka banna,</w:t>
      </w:r>
    </w:p>
    <w:p>
      <w:pPr>
        <w:jc w:val="right"/>
      </w:pPr>
      <w:r>
        <w:t>انٹروین کر کے ایک ایک ایک دنیا بنائی اس نے۔ یعنی کریٹر کا انٹرویوشن، اس انٹرویوشن سے دنیا کا بننا،</w:t>
      </w:r>
    </w:p>
    <w:p>
      <w:r>
        <w:rPr>
          <w:b/>
        </w:rPr>
        <w:t xml:space="preserve">[32:41] </w:t>
      </w:r>
      <w:r>
        <w:t>yeh concept quran mein maujood tha. lekin kisi bhi commentator ko yeh baat samajh nahi aai ke kya matlab hai is ka. pehli baar jo hai jab yeh big bang theory samne aai, aap jante hain ke big bang theory ab aam taur par generally accepted ban chuki hai.</w:t>
      </w:r>
    </w:p>
    <w:p>
      <w:pPr>
        <w:jc w:val="right"/>
      </w:pPr>
      <w:r>
        <w:t>یہ کانسیپٹ قرآن میں موجود تھا۔ لیکن کسی بھی کمنٹیٹر کو یہ بات سمجھ نہیں آئی کہ کیا مطلب ہے اس کا۔ پہلی بار جو ہے جب یہ بگ بینگ تھیوری سامنے آئی، آپ جانتے ہیں کہ بگ بینگ تھیوری اب عام طور پر جنرلی ایکسیپٹڈ بن چکی ہے۔</w:t>
      </w:r>
    </w:p>
    <w:p>
      <w:r>
        <w:rPr>
          <w:b/>
        </w:rPr>
        <w:t xml:space="preserve">[32:57] </w:t>
      </w:r>
      <w:r>
        <w:t>tab yeh samajh mein aaya ke is ka matlab kya hai.</w:t>
      </w:r>
    </w:p>
    <w:p>
      <w:pPr>
        <w:jc w:val="right"/>
      </w:pPr>
      <w:r>
        <w:t>تب یہ سمجھ میں آیا کہ اس کا مطلب کیا ہے۔</w:t>
      </w:r>
    </w:p>
    <w:p>
      <w:r>
        <w:rPr>
          <w:b/>
        </w:rPr>
        <w:t xml:space="preserve">[33:02] </w:t>
      </w:r>
      <w:r>
        <w:t>ek ke jo jo woh tha, yaani jo yeh universe jo hai, is mein ek yaani jo aaj mante hain jo ke ek super atom tha, is mein sari universe is mein compact halat mein thi.</w:t>
      </w:r>
    </w:p>
    <w:p>
      <w:pPr>
        <w:jc w:val="right"/>
      </w:pPr>
      <w:r>
        <w:t>ایک کہ جو جو وہ تھا، یعنی جو یہ یونیورس جو ہے، اس میں ایک یعنی جو آج مانتے ہیں جو کہ ایک سپر ایٹم تھا، اس میں ساری یونیورس اس میں کمپیکٹ حالت میں تھی۔</w:t>
      </w:r>
    </w:p>
    <w:p>
      <w:r>
        <w:rPr>
          <w:b/>
        </w:rPr>
        <w:t xml:space="preserve">[33:20] </w:t>
      </w:r>
      <w:r>
        <w:t>compact halat, poore poori universe mein jitne particle hain, sab is mein compact halat mein the. to quran mein hai ke "in al-samawat wa al-ard" ke zameen o aasman halat-e-rabt mein the, hum ne fath kiya un ko.</w:t>
      </w:r>
    </w:p>
    <w:p>
      <w:pPr>
        <w:jc w:val="right"/>
      </w:pPr>
      <w:r>
        <w:t>کمپیکٹ حالت، پورے پوری یونیورس میں جتنے پارٹیکل ہیں، سب اس میں کمپیکٹ حالت میں تھے۔ تو قرآن میں ہے کہ "إن السماوات وردت" کہ زمین و آسمان حالت ربط میں تھے، ہم نے فتح کیا ان کو۔</w:t>
      </w:r>
    </w:p>
    <w:p>
      <w:r>
        <w:rPr>
          <w:b/>
        </w:rPr>
        <w:t xml:space="preserve">[33:33] </w:t>
      </w:r>
      <w:r>
        <w:t>yeh hai rabt. rabt maani ise munzam-il-ajza, juda hua hona. phir yeh phatna is ka. to rabt ko hum ne fath kiya,</w:t>
      </w:r>
    </w:p>
    <w:p>
      <w:pPr>
        <w:jc w:val="right"/>
      </w:pPr>
      <w:r>
        <w:t>یہ ہے ربط۔ ربط معنی اسے منزمل اجزاء، جڑا ہوا ہونا۔ پھر یہ پھٹنا اس کا۔ تو ربط کو ہم نے فتح کیا،</w:t>
      </w:r>
    </w:p>
    <w:p>
      <w:r>
        <w:rPr>
          <w:b/>
        </w:rPr>
        <w:t xml:space="preserve">[33:45] </w:t>
      </w:r>
      <w:r>
        <w:t>yaani create kiya, intervention kar ke create kiya. to</w:t>
      </w:r>
    </w:p>
    <w:p>
      <w:pPr>
        <w:jc w:val="right"/>
      </w:pPr>
      <w:r>
        <w:t>یعنی کریٹ کیا، انٹروین کر کے کریٹ کیا۔ تو</w:t>
      </w:r>
    </w:p>
    <w:p>
      <w:r>
        <w:rPr>
          <w:b/>
        </w:rPr>
        <w:t xml:space="preserve">[33:51] </w:t>
      </w:r>
      <w:r>
        <w:t>yeh jo hai big bang theory intervention ko prove karti hai. aur jab intervention prove ho jaye to intervener prove ho jata hai.</w:t>
      </w:r>
    </w:p>
    <w:p>
      <w:pPr>
        <w:jc w:val="right"/>
      </w:pPr>
      <w:r>
        <w:t>یہ جو ہے بگ بینگ تھیوری انٹرویوشن کو پروف کرتی ہے۔ اور جب انٹرویوشن پروف ہو جائے تو انٹروینر پروف ہو جاتا ہے۔</w:t>
      </w:r>
    </w:p>
    <w:p>
      <w:r>
        <w:rPr>
          <w:b/>
        </w:rPr>
        <w:t xml:space="preserve">[34:01] </w:t>
      </w:r>
      <w:r>
        <w:t>aur intervener prove ho jaye to Khuda prove ho jata hai.</w:t>
      </w:r>
    </w:p>
    <w:p>
      <w:pPr>
        <w:jc w:val="right"/>
      </w:pPr>
      <w:r>
        <w:t>اور انٹروینر پروف ہو جائے تو خدا پروف ہو جاتا ہے۔</w:t>
      </w:r>
    </w:p>
    <w:p>
      <w:r>
        <w:rPr>
          <w:b/>
        </w:rPr>
        <w:t xml:space="preserve">[34:06] </w:t>
      </w:r>
      <w:r>
        <w:t>ghor kijiye kitni bari baat hai yeh. where there is intervention, there is an intervener, and when it intervener proved, creator proved.</w:t>
      </w:r>
    </w:p>
    <w:p>
      <w:pPr>
        <w:jc w:val="right"/>
      </w:pPr>
      <w:r>
        <w:t>غور کیجیے کتنی بڑی بات ہے یہ۔ ویر دیر از انٹرویوشن، دیر از این انٹروینر، اینڈ وین اٹ انٹروینر پروف، کریٹرز پروفڈ۔</w:t>
      </w:r>
    </w:p>
    <w:p>
      <w:r>
        <w:rPr>
          <w:b/>
        </w:rPr>
        <w:t xml:space="preserve">[34:18] </w:t>
      </w:r>
      <w:r>
        <w:t>ghor kijiye kitni bari baat hai yeh.</w:t>
      </w:r>
    </w:p>
    <w:p>
      <w:pPr>
        <w:jc w:val="right"/>
      </w:pPr>
      <w:r>
        <w:t>غور کیجیے کتنی بڑی بات ہے یہ۔</w:t>
      </w:r>
    </w:p>
    <w:p>
      <w:r>
        <w:rPr>
          <w:b/>
        </w:rPr>
        <w:t xml:space="preserve">[34:21] </w:t>
      </w:r>
      <w:r>
        <w:t>is saare muslim empire, belief empire ho to is se bari baat hai zyada. bas yeh kya hai? yeh dynasty thi, rule kar rahi thi. yeh sab dynasty thi, yeh rehti hui thi.</w:t>
      </w:r>
    </w:p>
    <w:p>
      <w:pPr>
        <w:jc w:val="right"/>
      </w:pPr>
      <w:r>
        <w:t>اس سارے مسلم ایمپائر، بیلیو ایمپائر ہو تو اس سے بڑی بات ہے زیادہ۔ بس یہ کیا ہے؟ یہ ڈائنسٹی تھی، رول کر رہی تھی۔ یہ سب ڈائنسٹی تھی، یہ رہتی ہوئی تھی۔</w:t>
      </w:r>
    </w:p>
    <w:p>
      <w:r>
        <w:rPr>
          <w:b/>
        </w:rPr>
        <w:t xml:space="preserve">[34:33] </w:t>
      </w:r>
      <w:r>
        <w:t>turkish dynasty, mughal dynasty, is ke liye ro rahe hain aap. aur Khuda ke, Khuda ke existence ko, jis ke liye hamare paas ek belief hua karta tha pehle, aaj aap scientific level par aap prove karne ki position mein ho gaye hain.</w:t>
      </w:r>
    </w:p>
    <w:p>
      <w:pPr>
        <w:jc w:val="right"/>
      </w:pPr>
      <w:r>
        <w:t>ٹرکش ڈائنسٹی، مغل ڈائنسٹی، اس کے لیے رو رہے ہیں آپ۔ اور خدا کے، خدا کے ایگزسٹنس کو، جس کے لیے ہمارے پاس ایک بیلیف ہوا کرتا تھا پہلے، آج آپ سائنٹیفک لیول پر آپ پروف کرنے کی پوزیشن میں ہو گئے ہیں۔</w:t>
      </w:r>
    </w:p>
    <w:p>
      <w:r>
        <w:rPr>
          <w:b/>
        </w:rPr>
        <w:t xml:space="preserve">[34:48] </w:t>
      </w:r>
      <w:r>
        <w:t>yeh kitni bari baat hai yeh.</w:t>
      </w:r>
    </w:p>
    <w:p>
      <w:pPr>
        <w:jc w:val="right"/>
      </w:pPr>
      <w:r>
        <w:t>یہ کتنی بڑی بات ہے یہ۔</w:t>
      </w:r>
    </w:p>
    <w:p>
      <w:r>
        <w:rPr>
          <w:b/>
        </w:rPr>
        <w:t xml:space="preserve">[34:51] </w:t>
      </w:r>
      <w:r>
        <w:t>to jaan kyun nahi sake ke process ka word un ke paas nahi tha? Islam ne history mein ek naya process jari kiya.</w:t>
      </w:r>
    </w:p>
    <w:p>
      <w:pPr>
        <w:jc w:val="right"/>
      </w:pPr>
      <w:r>
        <w:t>تو جان کیوں نہیں سکے کہ پروسیس کا ورڈ ان کے پاس نہیں تھا؟ اسلام نے ہسٹری میں ایک نیا پروسیس جاری کیا۔</w:t>
      </w:r>
    </w:p>
    <w:p>
      <w:r>
        <w:rPr>
          <w:b/>
        </w:rPr>
        <w:t xml:space="preserve">[35:01] </w:t>
      </w:r>
      <w:r>
        <w:t>is process ka culmination tha woh cheez jis ko hum kehte hain scientific revolution, industrial revolution, western civilization, isi ka culmination tha.</w:t>
      </w:r>
    </w:p>
    <w:p>
      <w:pPr>
        <w:jc w:val="right"/>
      </w:pPr>
      <w:r>
        <w:t>اس پروسیس کا کلمینیشن تھا وہ چیز جس کو ہم کہتے ہیں سائنٹیفک ریولوشن، انڈسٹریل ریولوشن، ویسٹرن سویلائزیشن، اسی کا کلمینیشن تھا۔</w:t>
      </w:r>
    </w:p>
    <w:p>
      <w:r>
        <w:rPr>
          <w:b/>
        </w:rPr>
        <w:t xml:space="preserve">[35:12] </w:t>
      </w:r>
      <w:r>
        <w:t>yeh prophetic history ka is andaaz mein study nahi kar sake log.</w:t>
      </w:r>
    </w:p>
    <w:p>
      <w:pPr>
        <w:jc w:val="right"/>
      </w:pPr>
      <w:r>
        <w:t>یہ پرافٹک ہسٹری کا اس انداز میں اسٹڈی نہیں کر سکے لوگ۔</w:t>
      </w:r>
    </w:p>
    <w:p>
      <w:r>
        <w:rPr>
          <w:b/>
        </w:rPr>
        <w:t xml:space="preserve">[35:18] </w:t>
      </w:r>
      <w:r>
        <w:t>itna bara commentator kehta hai ke quran jo hai sar-gusht-e-anzaar hai.</w:t>
      </w:r>
    </w:p>
    <w:p>
      <w:pPr>
        <w:jc w:val="right"/>
      </w:pPr>
      <w:r>
        <w:t>اتنا بڑا کمنٹیٹر کہتا ہے کہ قرآن جو ہے سرگشت انظار ہے۔</w:t>
      </w:r>
    </w:p>
    <w:p>
      <w:r>
        <w:rPr>
          <w:b/>
        </w:rPr>
        <w:t xml:space="preserve">[35:26] </w:t>
      </w:r>
      <w:r>
        <w:t>yaani record of warning. aap Arabic jo is commentaries hain, is ko parhiye aap to sara shaan-e-nuzool par base karti hain.</w:t>
      </w:r>
    </w:p>
    <w:p>
      <w:pPr>
        <w:jc w:val="right"/>
      </w:pPr>
      <w:r>
        <w:t>یعنی ریکارڈ آف وارننگ۔ آپ عربک جو اس کمنٹریز ہیں، اس کو پڑھیے آپ تو سارا شاہ نزول پر بیس کرتی ہیں۔</w:t>
      </w:r>
    </w:p>
    <w:p>
      <w:r>
        <w:rPr>
          <w:b/>
        </w:rPr>
        <w:t xml:space="preserve">[35:37] </w:t>
      </w:r>
      <w:r>
        <w:t>bas shaan-e-nuzool ke gird sari commentary ghoomti hai un ko.</w:t>
      </w:r>
    </w:p>
    <w:p>
      <w:pPr>
        <w:jc w:val="right"/>
      </w:pPr>
      <w:r>
        <w:t>بس شاہ نزول کے گرد ساری کمنٹری گھومتی ہے ان کو۔</w:t>
      </w:r>
    </w:p>
    <w:p>
      <w:r>
        <w:rPr>
          <w:b/>
        </w:rPr>
        <w:t xml:space="preserve">[35:45] </w:t>
      </w:r>
      <w:r>
        <w:t>lekin yeh yeh jo hai kitni bari baat hai yeh. is ko aap samjhiye. to aaj ka jo topic tha, jaise ke maine kaha ke interpretation of prophetic history.</w:t>
      </w:r>
    </w:p>
    <w:p>
      <w:pPr>
        <w:jc w:val="right"/>
      </w:pPr>
      <w:r>
        <w:t>لیکن یہ یہ جو ہے کتنی بڑی بات ہے یہ۔ اس کو آپ سمجھیے۔ تو آج کا جو ٹاپک تھا، جیسے کہ میں نے کہا کہ انٹرپریشن آف پرافٹک ہسٹری۔</w:t>
      </w:r>
    </w:p>
    <w:p>
      <w:r>
        <w:rPr>
          <w:b/>
        </w:rPr>
        <w:t xml:space="preserve">[35:57] </w:t>
      </w:r>
      <w:r>
        <w:t>to prophetic history shuru hui hai ek ek ideology ko le kar ke. ek ideology ko probe, propagate karna. main is ko main keh raha hoon intellectual movement.</w:t>
      </w:r>
    </w:p>
    <w:p>
      <w:pPr>
        <w:jc w:val="right"/>
      </w:pPr>
      <w:r>
        <w:t>تو پرافٹک ہسٹری شروع ہوئی ہے ایک ایک آئیڈیالوجی کو لے کر کے۔ ایک آئیڈیالوجی کو پروبیٹ، پروبیگیٹ کرنا۔ میں اس کو میں کہہ رہا ہوں انٹلیکچول موومنٹ۔</w:t>
      </w:r>
    </w:p>
    <w:p>
      <w:r>
        <w:rPr>
          <w:b/>
        </w:rPr>
        <w:t xml:space="preserve">[36:09] </w:t>
      </w:r>
      <w:r>
        <w:t>yeh chalta raha, chalta raha, chalta raha.</w:t>
      </w:r>
    </w:p>
    <w:p>
      <w:pPr>
        <w:jc w:val="right"/>
      </w:pPr>
      <w:r>
        <w:t>یہ چلتا رہا، چلتا رہا، چلتا رہا۔</w:t>
      </w:r>
    </w:p>
    <w:p>
      <w:r>
        <w:rPr>
          <w:b/>
        </w:rPr>
        <w:t xml:space="preserve">[36:12] </w:t>
      </w:r>
      <w:r>
        <w:t>rasool Allah ke zamane mein woh revolution bana. yani toheed ki base par revolution. to woh woh revolution kabhi bhi aisa nahi hota ke sare is ke, jo result hain, abhi samne aa jayen.</w:t>
      </w:r>
    </w:p>
    <w:p>
      <w:pPr>
        <w:jc w:val="right"/>
      </w:pPr>
      <w:r>
        <w:t>رسول اللہ کے زمانے میں وہ ریولوشن بنا۔ یعنی توحید کی بیس پر ریولوشن۔ تو وہ وہ ریولوشن کبھی بھی ایسا نہیں ہوتا کہ سارے اس کے جو رزلٹ ہیں، ابھی سامنے آ جائیں۔</w:t>
      </w:r>
    </w:p>
    <w:p>
      <w:r>
        <w:rPr>
          <w:b/>
        </w:rPr>
        <w:t xml:space="preserve">[36:25] </w:t>
      </w:r>
      <w:r>
        <w:t>abhi to arab fatah hua ya syria aur egypt fatah hua. yeh yeh is waqt ka samne anay wala waqia tha. lekin har revolution history ko aik aik dhaka deta hai.</w:t>
      </w:r>
    </w:p>
    <w:p>
      <w:pPr>
        <w:jc w:val="right"/>
      </w:pPr>
      <w:r>
        <w:t>ابھی تو عرب فتح ہوا یا سیریا اور ایجپٹ فتح ہوا۔ یہ یہ اس وقت کا سامنے آنے والا واقعہ تھا۔ لیکن ہر ریولوشن ہسٹری کو ایک ایک دھکا دیتا ہے۔</w:t>
      </w:r>
    </w:p>
    <w:p>
      <w:r>
        <w:rPr>
          <w:b/>
        </w:rPr>
        <w:t xml:space="preserve">[36:39] </w:t>
      </w:r>
      <w:r>
        <w:t>revolution jab aata hai to history ko aik dhaka deyt</w:t>
      </w:r>
    </w:p>
    <w:p>
      <w:pPr>
        <w:jc w:val="right"/>
      </w:pPr>
      <w:r>
        <w:t>ریولوشن جب آتا ہے تو ہسٹری کو ایک دھکا دیت</w:t>
      </w:r>
    </w:p>
    <w:p>
      <w:r>
        <w:rPr>
          <w:b/>
        </w:rPr>
        <w:t xml:space="preserve">[36:41] </w:t>
      </w:r>
      <w:r>
        <w:t>a hai. aik rukh pe chal parti hai history. isi ko mein keh raha hoon ke process jari hona history mein. to Islam ke revolution ne history mein aik naya process jari kiya.</w:t>
      </w:r>
    </w:p>
    <w:p>
      <w:pPr>
        <w:jc w:val="right"/>
      </w:pPr>
      <w:r>
        <w:t>ا ہے۔ ایک رخ پہ چل پڑتی ہے ہسٹری۔ اسی کو میں کہہ رہا ہوں کہ پروسیس جاری ہونا ہسٹری میں۔ تو اسلام کے ریولوشن نے ہسٹری میں ایک نیا پروسیس جاری کیا۔</w:t>
      </w:r>
    </w:p>
    <w:p>
      <w:r>
        <w:rPr>
          <w:b/>
        </w:rPr>
        <w:t xml:space="preserve">[36:53] </w:t>
      </w:r>
      <w:r>
        <w:t>is se itne sare waqiat door mein aaye. dunya mein religious freedom aaya. dunya mein communication aaya. dunya mein media aaya. dunya mein scientific tarz fikr aaya.</w:t>
      </w:r>
    </w:p>
    <w:p>
      <w:pPr>
        <w:jc w:val="right"/>
      </w:pPr>
      <w:r>
        <w:t>اس سے اتنے سارے واقعات دور میں آئے۔ دنیا میں ریلیجس فریڈم آیا۔ دنیا میں کمیونیکیشن آیا۔ دنیا میں میڈیا آیا۔ دنیا میں سائنٹیفک طرز فکر آیا۔</w:t>
      </w:r>
    </w:p>
    <w:p>
      <w:r>
        <w:rPr>
          <w:b/>
        </w:rPr>
        <w:t xml:space="preserve">[37:08] </w:t>
      </w:r>
      <w:r>
        <w:t>aur pichli sari cheezein khatam ho gayeen.</w:t>
      </w:r>
    </w:p>
    <w:p>
      <w:pPr>
        <w:jc w:val="right"/>
      </w:pPr>
      <w:r>
        <w:t>اور پچھلی ساری چیزیں ختم ہو گئیں۔</w:t>
      </w:r>
    </w:p>
    <w:p>
      <w:r>
        <w:rPr>
          <w:b/>
        </w:rPr>
        <w:t xml:space="preserve">[37:10] </w:t>
      </w:r>
      <w:r>
        <w:t>is liye sare discard ho gaye sab kuch. aur is waqt Islam jo hai bilkul un opposed victory ki position mein ho gaya.</w:t>
      </w:r>
    </w:p>
    <w:p>
      <w:pPr>
        <w:jc w:val="right"/>
      </w:pPr>
      <w:r>
        <w:t>اس لیے سارے ڈسکارڈ ہو گئے سب کچھ۔ اور اس وقت اسلام جو ہے بالکل ان ان اپوزڈ وکٹری کی پوزیشن میں ہو گیا۔</w:t>
      </w:r>
    </w:p>
    <w:p>
      <w:r>
        <w:rPr>
          <w:b/>
        </w:rPr>
        <w:t xml:space="preserve">[37:23] </w:t>
      </w:r>
      <w:r>
        <w:t>yani yeh kitni bari baat hai ke ke jo criterion science ne paida kiya, western science ne, us mein sare discard ho gaye.</w:t>
      </w:r>
    </w:p>
    <w:p>
      <w:pPr>
        <w:jc w:val="right"/>
      </w:pPr>
      <w:r>
        <w:t>یعنی یہ کتنی بڑی بات ہے کہ کہ جو کرائٹیرین سائنس نے پیدا کیا، ویسٹرن سائنس نے، اس میں سارے ڈسکارڈ ہو گئے۔</w:t>
      </w:r>
    </w:p>
    <w:p>
      <w:r>
        <w:rPr>
          <w:b/>
        </w:rPr>
        <w:t xml:space="preserve">[37:33] </w:t>
      </w:r>
      <w:r>
        <w:t>kyun ke scientific criterion to woh poore nahi utarte. history criterion poore nahi utarte. woh</w:t>
      </w:r>
    </w:p>
    <w:p>
      <w:pPr>
        <w:jc w:val="right"/>
      </w:pPr>
      <w:r>
        <w:t>کیونکہ سائنٹیفک کرائٹیرین تو وہ پورے نہیں اترتے۔ ہسٹری کرائٹیرین پورے نہیں اترتے۔ وہ</w:t>
      </w:r>
    </w:p>
    <w:p>
      <w:r>
        <w:rPr>
          <w:b/>
        </w:rPr>
        <w:t xml:space="preserve">[37:38] </w:t>
      </w:r>
      <w:r>
        <w:t>sab mythology aur superstition mein hain sare log. to yeh kis ne kiya? yeh science ne kiya. western science ne. aur Islam jo hai poori tarah se poora utarta hai.</w:t>
      </w:r>
    </w:p>
    <w:p>
      <w:pPr>
        <w:jc w:val="right"/>
      </w:pPr>
      <w:r>
        <w:t>سب میتھالوجی اور سپریسیشن میں ہیں سارے لوگ۔ تو یہ کس نے کیا؟ یہ سائنس نے کیا۔ ویسٹرن سائنس نے۔ اور اسلام جو ہے پوری طرح سے پورا اترتا ہے۔</w:t>
      </w:r>
    </w:p>
    <w:p>
      <w:r>
        <w:rPr>
          <w:b/>
        </w:rPr>
        <w:t xml:space="preserve">[37:48] </w:t>
      </w:r>
      <w:r>
        <w:t>kyun ke yahan par sab kuch scientific hai. sab kuch historical hai. to western civilization ne itna bara waqia kiya ke pehli bar Islam ko ya toheed ko un opposed victory ki position mein pohncha diya.</w:t>
      </w:r>
    </w:p>
    <w:p>
      <w:pPr>
        <w:jc w:val="right"/>
      </w:pPr>
      <w:r>
        <w:t>کیونکہ یہاں پر سب کچھ سائنٹیفک ہے۔ سب کچھ ہسٹوریکل ہے۔ تو ویسٹرن سویلائزیشن نے اتنا بڑا واقعہ کیا کہ پہلی بار اسلام کو یا توحید کو ان اپوزڈ وکٹری کی پوزیشن میں پہنچا دیا۔</w:t>
      </w:r>
    </w:p>
    <w:p>
      <w:r>
        <w:rPr>
          <w:b/>
        </w:rPr>
        <w:t xml:space="preserve">[38:05] </w:t>
      </w:r>
      <w:r>
        <w:t>lekin us ko samajh nahi sakte sake musalman. woh khwamkhwah ladte rahe, jhooti ladai ladte rahe.</w:t>
      </w:r>
    </w:p>
    <w:p>
      <w:pPr>
        <w:jc w:val="right"/>
      </w:pPr>
      <w:r>
        <w:t>لیکن اس کو سمجھ نہیں سکتے سکے مسلمان۔ وہ خوامخواہ لڑتے رہے، جھوٹی لڑائی لڑتے رہے۔</w:t>
      </w:r>
    </w:p>
    <w:p>
      <w:r>
        <w:rPr>
          <w:b/>
        </w:rPr>
        <w:t xml:space="preserve">[38:14] </w:t>
      </w:r>
      <w:r>
        <w:t>to yeh hai</w:t>
      </w:r>
    </w:p>
    <w:p>
      <w:pPr>
        <w:jc w:val="right"/>
      </w:pPr>
      <w:r>
        <w:t>تو یہ ہے</w:t>
      </w:r>
    </w:p>
    <w:p>
      <w:r>
        <w:rPr>
          <w:b/>
        </w:rPr>
        <w:t xml:space="preserve">[38:18] </w:t>
      </w:r>
      <w:r>
        <w:t>prophetic history ka culmination mere nazdeek. ab is mein aik hissa hamara hai ke us ko avail karen. ab ab potential ke roop mein abhi tak hai.</w:t>
      </w:r>
    </w:p>
    <w:p>
      <w:pPr>
        <w:jc w:val="right"/>
      </w:pPr>
      <w:r>
        <w:t>پرافٹک ہسٹری کا کلمینیشن میرے نزدیک۔ اب اس میں ایک حصہ ہمارا ہے کہ اس کو اویل کریں۔ اب اب پوٹینشل کے روپ میں ابھی تک ہے۔</w:t>
      </w:r>
    </w:p>
    <w:p>
      <w:r>
        <w:rPr>
          <w:b/>
        </w:rPr>
        <w:t xml:space="preserve">[38:30] </w:t>
      </w:r>
      <w:r>
        <w:t>is potential ko hum avail karen to hum Islam ko aik aik naya, aik naye daur mein pohncha denge.</w:t>
      </w:r>
    </w:p>
    <w:p>
      <w:pPr>
        <w:jc w:val="right"/>
      </w:pPr>
      <w:r>
        <w:t>اس پوٹینشل کو ہم اویل کریں تو ہم اسلام کو ایک ایک نیا، ایک نئے دور میں پہنچا دیں گے۔</w:t>
      </w:r>
    </w:p>
    <w:p>
      <w:r>
        <w:rPr>
          <w:b/>
        </w:rPr>
        <w:t xml:space="preserve">[38:49] </w:t>
      </w:r>
      <w:r>
        <w:t>koi keh sakta hai ke mobile waghera par mein kyun itna zyada react karta hoon. shayad koi samajhta ho ke mere andar ghussa hai.</w:t>
      </w:r>
    </w:p>
    <w:p>
      <w:pPr>
        <w:jc w:val="right"/>
      </w:pPr>
      <w:r>
        <w:t>کوئی کہہ سکتا ہے کہ موبائل وغیرہ پر میں کیوں اتنا زیادہ ری ایکٹ کرتا ہوں۔ شاید کوئی سمجھتا ہو کہ میرے اندر غصہ ہے۔</w:t>
      </w:r>
    </w:p>
    <w:p>
      <w:r>
        <w:rPr>
          <w:b/>
        </w:rPr>
        <w:t xml:space="preserve">[39:01] </w:t>
      </w:r>
      <w:r>
        <w:t>to aisa nahi hai.</w:t>
      </w:r>
    </w:p>
    <w:p>
      <w:pPr>
        <w:jc w:val="right"/>
      </w:pPr>
      <w:r>
        <w:t>تو ایسا نہیں ہے۔</w:t>
      </w:r>
    </w:p>
    <w:p>
      <w:r>
        <w:rPr>
          <w:b/>
        </w:rPr>
        <w:t xml:space="preserve">[39:12] </w:t>
      </w:r>
      <w:r>
        <w:t>out of anger nahi hota aisa. out of hate bhi nahi hota.</w:t>
      </w:r>
    </w:p>
    <w:p>
      <w:pPr>
        <w:jc w:val="right"/>
      </w:pPr>
      <w:r>
        <w:t>آؤٹ آف اینگر نہیں ہوتا ایسا۔ آؤٹ آف ہیٹ بھی نہیں ہوتا۔</w:t>
      </w:r>
    </w:p>
    <w:p>
      <w:r>
        <w:rPr>
          <w:b/>
        </w:rPr>
        <w:t xml:space="preserve">[39:20] </w:t>
      </w:r>
      <w:r>
        <w:t>yeh out of concern hota hai.</w:t>
      </w:r>
    </w:p>
    <w:p>
      <w:pPr>
        <w:jc w:val="right"/>
      </w:pPr>
      <w:r>
        <w:t>یہ آؤٹ آف کنسرن ہوتا ہے۔</w:t>
      </w:r>
    </w:p>
    <w:p>
      <w:r>
        <w:rPr>
          <w:b/>
        </w:rPr>
        <w:t xml:space="preserve">[39:25] </w:t>
      </w:r>
      <w:r>
        <w:t>dekhiye mein ne apni sari zindagi ki study se samjha hai ke sin kya cheez hai. what is sin? sin.</w:t>
      </w:r>
    </w:p>
    <w:p>
      <w:pPr>
        <w:jc w:val="right"/>
      </w:pPr>
      <w:r>
        <w:t>دیکھیے میں نے اپنی ساری زندگی کی اسٹڈی سے سمجھا ہے کہ سن کیا چیز ہے۔ واٹ از سن؟ ایس آئی این سن۔</w:t>
      </w:r>
    </w:p>
    <w:p>
      <w:r>
        <w:rPr>
          <w:b/>
        </w:rPr>
        <w:t xml:space="preserve">[39:36] </w:t>
      </w:r>
      <w:r>
        <w:t>sin ko log mysterious cheez samajhte hain.</w:t>
      </w:r>
    </w:p>
    <w:p>
      <w:pPr>
        <w:jc w:val="right"/>
      </w:pPr>
      <w:r>
        <w:t>سن کو لوگ مسٹیریس چیز سمجھتے ہیں۔</w:t>
      </w:r>
    </w:p>
    <w:p>
      <w:r>
        <w:rPr>
          <w:b/>
        </w:rPr>
        <w:t xml:space="preserve">[39:42] </w:t>
      </w:r>
      <w:r>
        <w:t>ye teem book mein ne parhi sab mein sin ko is tarah batate hain jaise ke sin koi mysterious cheez hai.</w:t>
      </w:r>
    </w:p>
    <w:p>
      <w:pPr>
        <w:jc w:val="right"/>
      </w:pPr>
      <w:r>
        <w:t>یتیم بک میں نے پڑھی سب میں سن کو اس طرح بتاتے ہیں جیسے کہ سن کوئی مسٹیریس چیز ہے۔</w:t>
      </w:r>
    </w:p>
    <w:p>
      <w:r>
        <w:rPr>
          <w:b/>
        </w:rPr>
        <w:t xml:space="preserve">[39:53] </w:t>
      </w:r>
      <w:r>
        <w:t>sin poori tarah aik aik aisi cheez hai jis ko aap</w:t>
      </w:r>
    </w:p>
    <w:p>
      <w:pPr>
        <w:jc w:val="right"/>
      </w:pPr>
      <w:r>
        <w:t>سن پوری طرح ایک ایک ایسی چیز ہے جس کو آپ</w:t>
      </w:r>
    </w:p>
    <w:p>
      <w:r>
        <w:rPr>
          <w:b/>
        </w:rPr>
        <w:t xml:space="preserve">[40:00] </w:t>
      </w:r>
      <w:r>
        <w:t>yani jaan sakte hain study kar ke. dekhiye hota kya hai ke aap jab tak aik word ko apne familiar vocabulary mein na layen tab tak aap samajh nahi sakte is cheez ko.</w:t>
      </w:r>
    </w:p>
    <w:p>
      <w:pPr>
        <w:jc w:val="right"/>
      </w:pPr>
      <w:r>
        <w:t>یعنی جان سکتے ہیں اسٹڈی کر کے۔ دیکھیے ہوتا کیا ہے کہ آپ جب تک ایک ورڈ کو اپنے فیبیریئر وکیبلری میں نہ لائیں تب تک آپ سمجھ نہیں سکتے اس چیز کو۔</w:t>
      </w:r>
    </w:p>
    <w:p>
      <w:r>
        <w:rPr>
          <w:b/>
        </w:rPr>
        <w:t xml:space="preserve">[40:18] </w:t>
      </w:r>
      <w:r>
        <w:t>aap paas uran khatola ka word hai to jab tak aap us ko badlen nahi hawai jahaz mein tab tak aap samajh nahi payenge ke airplane kya cheez hai. to sin ko mein ne convert kiya hai distraction mein.</w:t>
      </w:r>
    </w:p>
    <w:p>
      <w:pPr>
        <w:jc w:val="right"/>
      </w:pPr>
      <w:r>
        <w:t>آپ پاس اڑن کھٹولا کا ورڈ ہے تو جب تک آپ اس کو بدلیں نہیں ہوائی جہاز میں تب تک آپ سمجھ نہیں پائیں گے کہ ایروپلین کیا چیز ہے۔ تو سن کو میں نے کنورٹ کیا ہے ڈسٹریکشن میں۔</w:t>
      </w:r>
    </w:p>
    <w:p>
      <w:r>
        <w:rPr>
          <w:b/>
        </w:rPr>
        <w:t xml:space="preserve">[40:32] </w:t>
      </w:r>
      <w:r>
        <w:t>sun menz distrekshen. yeh meri aik diskaveri hai</w:t>
      </w:r>
    </w:p>
    <w:p>
      <w:pPr>
        <w:jc w:val="right"/>
      </w:pPr>
      <w:r>
        <w:t>سن مینز ڈسٹریکشن۔ یہ میری ایک ڈسکوری ہے</w:t>
      </w:r>
    </w:p>
    <w:p>
      <w:r>
        <w:rPr>
          <w:b/>
        </w:rPr>
        <w:t xml:space="preserve">[40:40] </w:t>
      </w:r>
      <w:r>
        <w:t>keh sab se bari cheez hai intellechual development, spiritual development. rukawat kia hai</w:t>
      </w:r>
    </w:p>
    <w:p>
      <w:pPr>
        <w:jc w:val="right"/>
      </w:pPr>
      <w:r>
        <w:t>کہ سب سے بڑی چیز ہے انٹلیکچول ڈیولپمنٹ، اسپریچول ڈیولپمنٹ۔ رکاوٹ کیا ہے</w:t>
      </w:r>
    </w:p>
    <w:p>
      <w:r>
        <w:rPr>
          <w:b/>
        </w:rPr>
        <w:t xml:space="preserve">[40:48] </w:t>
      </w:r>
      <w:r>
        <w:t>is mein? woh sun hai. sun kia hai? distrekshen.</w:t>
      </w:r>
    </w:p>
    <w:p>
      <w:pPr>
        <w:jc w:val="right"/>
      </w:pPr>
      <w:r>
        <w:t>اس میں؟ وہ سن ہے۔ سن کیا ہے؟ ڈسٹریکشن۔</w:t>
      </w:r>
    </w:p>
    <w:p>
      <w:r>
        <w:rPr>
          <w:b/>
        </w:rPr>
        <w:t xml:space="preserve">[40:55] </w:t>
      </w:r>
      <w:r>
        <w:t>jaisay aaj hi times of india mein aik aik tasveer hai aik aurat ki jo bohat hi fame mila us ko.</w:t>
      </w:r>
    </w:p>
    <w:p>
      <w:pPr>
        <w:jc w:val="right"/>
      </w:pPr>
      <w:r>
        <w:t>جیسے آج ہی ٹائمز آف انڈیا میں ایک ایک تصویر ہے ایک عورت کی جو بہت ہی فیم ملا اس کو۔</w:t>
      </w:r>
    </w:p>
    <w:p>
      <w:r>
        <w:rPr>
          <w:b/>
        </w:rPr>
        <w:t xml:space="preserve">[41:06] </w:t>
      </w:r>
      <w:r>
        <w:t>to woh naach ga rahi hai bohat hi is mein. to mein us ko dekh kar ke mein rone laga. kyun? yeh distrekshen ka case hai yeh.</w:t>
      </w:r>
    </w:p>
    <w:p>
      <w:pPr>
        <w:jc w:val="right"/>
      </w:pPr>
      <w:r>
        <w:t>تو وہ ناچ گا رہی ہے بہت ہی اس میں۔ تو میں اس کو دیکھ کر کے میں رونے لگا۔ کیوں؟ یہ ڈسٹریکشن کا کیس ہے یہ۔</w:t>
      </w:r>
    </w:p>
    <w:p>
      <w:r>
        <w:rPr>
          <w:b/>
        </w:rPr>
        <w:t xml:space="preserve">[41:16] </w:t>
      </w:r>
      <w:r>
        <w:t>khuda ne us ko jo mind diya tha us mind ko woh unfold nahi kar saki. kyun? waqti fame, waqti money, waqti tamasha is mein par gayi.</w:t>
      </w:r>
    </w:p>
    <w:p>
      <w:pPr>
        <w:jc w:val="right"/>
      </w:pPr>
      <w:r>
        <w:t>خدا نے اس کو جو مائنڈ دیا تھا اس مائنڈ کو وہ ان فولڈ نہیں کر سکی۔ کیوں؟ وقتی فیم، وقتی منی، وقتی تماشہ اس میں پڑ گئی۔</w:t>
      </w:r>
    </w:p>
    <w:p>
      <w:r>
        <w:rPr>
          <w:b/>
        </w:rPr>
        <w:t xml:space="preserve">[41:29] </w:t>
      </w:r>
      <w:r>
        <w:t>yeh hai distrekshen. yani intellechual development ka jo process hai woh chal nahi pata in logon mein jo kisi sun mein mubtala ho jayen.</w:t>
      </w:r>
    </w:p>
    <w:p>
      <w:pPr>
        <w:jc w:val="right"/>
      </w:pPr>
      <w:r>
        <w:t>یہ ہے ڈسٹریکشن۔ یعنی انٹلیکچول ڈیولپمنٹ کا جو پروسیس ہے وہ چل نہیں پاتا ان لوگوں میں جو کسی سن میں مبتلا ہو جائیں۔</w:t>
      </w:r>
    </w:p>
    <w:p>
      <w:r>
        <w:rPr>
          <w:b/>
        </w:rPr>
        <w:t xml:space="preserve">[41:39] </w:t>
      </w:r>
      <w:r>
        <w:t>adultery bhi aik aik distrekshen hai. wine bhi aik distrekshen hai. hawa culture bhi aik distrekshen hai.</w:t>
      </w:r>
    </w:p>
    <w:p>
      <w:pPr>
        <w:jc w:val="right"/>
      </w:pPr>
      <w:r>
        <w:t>ایڈلٹری بھی ایک ایک ڈسٹریکشن ہے۔ وائن بھی ایک ڈسٹریکشن ہے۔ ہوا کلچر بھی ایک ڈسٹریکشن ہے۔</w:t>
      </w:r>
    </w:p>
    <w:p>
      <w:r>
        <w:rPr>
          <w:b/>
        </w:rPr>
        <w:t xml:space="preserve">[41:48] </w:t>
      </w:r>
      <w:r>
        <w:t>jitna bhi hai political interest bhi aik distrekshen hai. jo log bohat involve hotay hain political interaction mein woh kia karte hain? apne mind ko stop karna parta hai inhein.</w:t>
      </w:r>
    </w:p>
    <w:p>
      <w:pPr>
        <w:jc w:val="right"/>
      </w:pPr>
      <w:r>
        <w:t>جتنا بھی ہے پولیٹیکل انٹرسٹ بھی ایک ڈسٹریکشن ہے۔ جو لوگ بہت انوالو ہوتے ہیں پولیٹیکل انٹریکشن میں وہ کیا کرتے ہیں؟ اپنے مائنڈ کو سٹاپ کرنا پڑتا ہے انہیں۔</w:t>
      </w:r>
    </w:p>
    <w:p>
      <w:r>
        <w:rPr>
          <w:b/>
        </w:rPr>
        <w:t xml:space="preserve">[42:01] </w:t>
      </w:r>
      <w:r>
        <w:t>mujhe kai bohat baray baray office diye gaye yeh governor ka office ya raj sabha ka office. aik second bhi mein ne nahi socha isi waqt khatam kar diya us ko.</w:t>
      </w:r>
    </w:p>
    <w:p>
      <w:pPr>
        <w:jc w:val="right"/>
      </w:pPr>
      <w:r>
        <w:t>مجھے کئی بہت بڑے بڑے آفس دیے گئے یہ گورنر کا آفس یا راجسبھا کا آفس۔ ایک سیکنڈ بھی میں نے نہیں سوچا اسی وقت ختم کر دیا اس کو۔</w:t>
      </w:r>
    </w:p>
    <w:p>
      <w:r>
        <w:rPr>
          <w:b/>
        </w:rPr>
        <w:t xml:space="preserve">[42:11] </w:t>
      </w:r>
      <w:r>
        <w:t>kyun ke mere liye distrekshen hai woh.</w:t>
      </w:r>
    </w:p>
    <w:p>
      <w:pPr>
        <w:jc w:val="right"/>
      </w:pPr>
      <w:r>
        <w:t>کیونکہ میرے لیے ڈسٹریکشن ہے وہ۔</w:t>
      </w:r>
    </w:p>
    <w:p>
      <w:r>
        <w:rPr>
          <w:b/>
        </w:rPr>
        <w:t xml:space="preserve">[42:15] </w:t>
      </w:r>
      <w:r>
        <w:t>president of india ban jaon tab bhi woh distrekshen mere liye hoga. aur aik second bhi mein yeh distrekshen pasand nahi hai. kisi wajah se. matlab hai intellechual process jo hai woh chalta rahe, chalta rahe, chalta rahe.</w:t>
      </w:r>
    </w:p>
    <w:p>
      <w:pPr>
        <w:jc w:val="right"/>
      </w:pPr>
      <w:r>
        <w:t>پریزنٹ آف انڈیا بن جاؤں تب بھی وہ ڈسٹریکشن میرے لیے ہوگا۔ اور ایک سیکنڈ بھی میں یہ ڈسٹریکشن پسند نہیں ہے۔ کسی وجہ سے۔ مطلب ہے انٹلیکچول پروسیس جو ہے وہ چلتا رہے، چلتا رہے، چلتا رہے۔</w:t>
      </w:r>
    </w:p>
    <w:p>
      <w:r>
        <w:rPr>
          <w:b/>
        </w:rPr>
        <w:t xml:space="preserve">[42:28] </w:t>
      </w:r>
      <w:r>
        <w:t>non stop chalta rahe. mere liye sab se bari cheez yeh hai. aur jab bhi aap tamashay walay kaam karte hain itni dair ka aap ka mind stop ho jata hai.</w:t>
      </w:r>
    </w:p>
    <w:p>
      <w:pPr>
        <w:jc w:val="right"/>
      </w:pPr>
      <w:r>
        <w:t>نان اسٹاپ چلتا رہے۔ میرے لیے سب سے بڑی چیز یہ ہے۔ اور جب بھی آپ تماشے والے کام کرتے ہیں اتنی دیر کا آپ کا مائنڈ اسٹاپ ہو جاتا ہے۔</w:t>
      </w:r>
    </w:p>
    <w:p>
      <w:r>
        <w:rPr>
          <w:b/>
        </w:rPr>
        <w:t xml:space="preserve">[42:40] </w:t>
      </w:r>
      <w:r>
        <w:t>ab agar aap sochein agar aap sochein ke kitni bari cheez se aap mehroom ho rahe hain.</w:t>
      </w:r>
    </w:p>
    <w:p>
      <w:pPr>
        <w:jc w:val="right"/>
      </w:pPr>
      <w:r>
        <w:t>اب اگر آپ سوچیے اگر آپ سوچیے کہ کتنی بڑی چیز سے آپ محروم ہو رہے ہیں۔</w:t>
      </w:r>
    </w:p>
    <w:p>
      <w:r>
        <w:rPr>
          <w:b/>
        </w:rPr>
        <w:t xml:space="preserve">[42:49] </w:t>
      </w:r>
      <w:r>
        <w:t>aaj raat ko mein bohat der tak sochta raha ke khuda ne apne baad khuda sab se bari cheez bana sakta tha woh banaya us ne.</w:t>
      </w:r>
    </w:p>
    <w:p>
      <w:pPr>
        <w:jc w:val="right"/>
      </w:pPr>
      <w:r>
        <w:t>آج رات کو میں بہت دیر تک سوچتا رہا کہ خدا نے اپنے بعد خدا سب سے بڑی چیز بنا سکتا تھا وہ بنایا اس نے۔</w:t>
      </w:r>
    </w:p>
    <w:p>
      <w:r>
        <w:rPr>
          <w:b/>
        </w:rPr>
        <w:t xml:space="preserve">[42:59] </w:t>
      </w:r>
      <w:r>
        <w:t>apne baad woh hai paradise.</w:t>
      </w:r>
    </w:p>
    <w:p>
      <w:pPr>
        <w:jc w:val="right"/>
      </w:pPr>
      <w:r>
        <w:t>اپنے بعد وہ ہے پیراڈائز۔</w:t>
      </w:r>
    </w:p>
    <w:p>
      <w:r>
        <w:rPr>
          <w:b/>
        </w:rPr>
        <w:t xml:space="preserve">[43:04] </w:t>
      </w:r>
      <w:r>
        <w:t>khuda ke baad sab se bari cheez hai jo paradise hai. woh kia</w:t>
      </w:r>
    </w:p>
    <w:p>
      <w:pPr>
        <w:jc w:val="right"/>
      </w:pPr>
      <w:r>
        <w:t>خدا کے بعد سب سے بڑی چیز ہے جو پیراڈائز ہے۔ وہ کیا</w:t>
      </w:r>
    </w:p>
    <w:p>
      <w:r>
        <w:rPr>
          <w:b/>
        </w:rPr>
        <w:t xml:space="preserve">[43:08] </w:t>
      </w:r>
      <w:r>
        <w:t>hai? eternal bliss, eternal happiness, eternal enjoyment. yani sab cheez wahan sare disadvantage jahan khatam ho jayen.</w:t>
      </w:r>
    </w:p>
    <w:p>
      <w:pPr>
        <w:jc w:val="right"/>
      </w:pPr>
      <w:r>
        <w:t>ہے؟ ایٹرنل بلیس، ایٹرنل ہیپینس، ایٹرنل انجوائےمنٹ۔ یعنی سب چیز وہاں سارے ڈس ایڈوانٹیج جہاں ختم ہو جائیں۔</w:t>
      </w:r>
    </w:p>
    <w:p>
      <w:r>
        <w:rPr>
          <w:b/>
        </w:rPr>
        <w:t xml:space="preserve">[43:21] </w:t>
      </w:r>
      <w:r>
        <w:t>sari limitations khatam ho jayen. aik insan sochein mein soch raha tha ke insan jo hai itna ajeeb cheez hai insan. poori universe mein insan nahi jaisi koi cheez hai.</w:t>
      </w:r>
    </w:p>
    <w:p>
      <w:pPr>
        <w:jc w:val="right"/>
      </w:pPr>
      <w:r>
        <w:t>ساری لیمیٹیشنز ختم ہو جائیں۔ ایک انسان سوچیے میں سوچ رہا تھا کہ انسان جو ہے اتنا عجیب چیز ہے انسان۔ پوری یونیورس میں انسان نہیں جیسی کوئی چیز ہے۔</w:t>
      </w:r>
    </w:p>
    <w:p>
      <w:r>
        <w:rPr>
          <w:b/>
        </w:rPr>
        <w:t xml:space="preserve">[43:32] </w:t>
      </w:r>
      <w:r>
        <w:t>aap touch karte hain is mein bhi aap ko pleasure milta hai.</w:t>
      </w:r>
    </w:p>
    <w:p>
      <w:pPr>
        <w:jc w:val="right"/>
      </w:pPr>
      <w:r>
        <w:t>آپ ٹچ کرتے ہیں اس میں بھی آپ کو پلیژر ملتا ہے۔</w:t>
      </w:r>
    </w:p>
    <w:p>
      <w:r>
        <w:rPr>
          <w:b/>
        </w:rPr>
        <w:t xml:space="preserve">[43:36] </w:t>
      </w:r>
      <w:r>
        <w:t>aap sunte hain aik acha gana aap ko pleasure milta hai. acha idea aata hai mind mein sochte hain isi mein pleasure milta hai aap ko. laal mein aap khule payon se chalte hain is mein bhi aap ko pleasure milta hai.</w:t>
      </w:r>
    </w:p>
    <w:p>
      <w:pPr>
        <w:jc w:val="right"/>
      </w:pPr>
      <w:r>
        <w:t>آپ سنتے ہیں ایک اچھا گانا آپ کو پلیژر ملتا ہے۔ اچھا آئیڈیا آتا ہے مائنڈ میں سوچتے ہیں اسی میں پلیژر ملتا ہے آپ کو۔ لال میں آپ کھلے پاؤں سے چلتے ہیں اس میں بھی آپ کو پلیژر ملتا ہے۔</w:t>
      </w:r>
    </w:p>
    <w:p>
      <w:r>
        <w:rPr>
          <w:b/>
        </w:rPr>
        <w:t xml:space="preserve">[43:50] </w:t>
      </w:r>
      <w:r>
        <w:t>full of pleasure hai insan. yani pleasure pleasure personified aadmi hai samajh lijiyay. yani pleasure ne aik insan ka roop dhaar liya hai.</w:t>
      </w:r>
    </w:p>
    <w:p>
      <w:pPr>
        <w:jc w:val="right"/>
      </w:pPr>
      <w:r>
        <w:t>فل آف پلیژر ہے انسان۔ یعنی پلیژر پلیژر پرسونیفائیڈ آدمی ہے سمجھ لیجیے۔ یعنی پلیژر نے ایک انسان کا روپ دھار لیا ہے۔</w:t>
      </w:r>
    </w:p>
    <w:p>
      <w:r>
        <w:rPr>
          <w:b/>
        </w:rPr>
        <w:t xml:space="preserve">[44:02] </w:t>
      </w:r>
      <w:r>
        <w:t>pleasure personified.</w:t>
      </w:r>
    </w:p>
    <w:p>
      <w:pPr>
        <w:jc w:val="right"/>
      </w:pPr>
      <w:r>
        <w:t>پلیژر پرسونیفائیڈ۔</w:t>
      </w:r>
    </w:p>
    <w:p>
      <w:r>
        <w:rPr>
          <w:b/>
        </w:rPr>
        <w:t xml:space="preserve">[44:04] </w:t>
      </w:r>
      <w:r>
        <w:t>lekin yeh dunya mein milta nahi hai aap ko koi bhi pleasure. koi pleasure nahi milta. mein ne bohat se log jinhone pleasure uthaye hain.</w:t>
      </w:r>
    </w:p>
    <w:p>
      <w:pPr>
        <w:jc w:val="right"/>
      </w:pPr>
      <w:r>
        <w:t>لیکن یہ دنیا میں ملتا نہیں ہے آپ کو کوئی بھی پلیژر۔ کوئی پلیژر نہیں ملتا۔ میں نے بہت سے لوگ جنہوں نے پلیژر اٹھائے ہیں۔</w:t>
      </w:r>
    </w:p>
    <w:p>
      <w:r>
        <w:rPr>
          <w:b/>
        </w:rPr>
        <w:t xml:space="preserve">[44:14] </w:t>
      </w:r>
      <w:r>
        <w:t>yani beautiful larkhi se shadi ki paisa khoob kamaya. khane ka khoob. dastarkhwan, peshab achay achay khane khate rahe. buildingen banayeen, carain khareedin.</w:t>
      </w:r>
    </w:p>
    <w:p>
      <w:pPr>
        <w:jc w:val="right"/>
      </w:pPr>
      <w:r>
        <w:t>یعنی بیوٹی فل لڑکی سے شادی کی پیسہ خوب کمایا۔ کھانے کا خوب۔ دسترخوان، پیشاب اچھے اچھے کھانے کھاتے رہے۔ بلڈنگیں بنائیں، کاریں خریدیں۔</w:t>
      </w:r>
    </w:p>
    <w:p>
      <w:r>
        <w:rPr>
          <w:b/>
        </w:rPr>
        <w:t xml:space="preserve">[44:24] </w:t>
      </w:r>
      <w:r>
        <w:t>aakhir mein kya paya main ne un ko? set, set, set. kyon? aap ki jo khwahishat hain woh unlimited hain.</w:t>
      </w:r>
    </w:p>
    <w:p>
      <w:pPr>
        <w:jc w:val="right"/>
      </w:pPr>
      <w:r>
        <w:t>آخر میں کیا پایا میں نے ان کو؟ سیٹ، سیٹ، سیٹ۔ کیوں؟ آپ کی جو خواہشات ہیں وہ ان لمیٹڈ ہیں۔</w:t>
      </w:r>
    </w:p>
    <w:p>
      <w:r>
        <w:rPr>
          <w:b/>
        </w:rPr>
        <w:t xml:space="preserve">[44:33] </w:t>
      </w:r>
      <w:r>
        <w:t>jo milta hai woh limited hota hai.</w:t>
      </w:r>
    </w:p>
    <w:p>
      <w:pPr>
        <w:jc w:val="right"/>
      </w:pPr>
      <w:r>
        <w:t>جو ملتا ہے وہ لمیٹڈ ہوتا ہے۔</w:t>
      </w:r>
    </w:p>
    <w:p>
      <w:r>
        <w:rPr>
          <w:b/>
        </w:rPr>
        <w:t xml:space="preserve">[44:37] </w:t>
      </w:r>
      <w:r>
        <w:t>jo milta hai woh limited hota hai. ek king thay jo abhi do chaar saal pehle un ka intqaal hua. dunya mein beautiful larkiyan jo theen woh un ke mahal mein laai jaati theen.</w:t>
      </w:r>
    </w:p>
    <w:p>
      <w:pPr>
        <w:jc w:val="right"/>
      </w:pPr>
      <w:r>
        <w:t>جو ملتا ہے وہ لمیٹڈ ہوتا ہے۔ ایک کنگ تھے جو ابھی دو چار سال پہلے ان کا انتقال ہوا۔ دنیا میں بیوٹی فل لڑکیاں جو تھیں وہ ان کے محل میں لائی جاتی تھیں۔</w:t>
      </w:r>
    </w:p>
    <w:p>
      <w:r>
        <w:rPr>
          <w:b/>
        </w:rPr>
        <w:t xml:space="preserve">[44:49] </w:t>
      </w:r>
      <w:r>
        <w:t>zindagi bhar enjoy karte rahay woh. aakhir mein aisa ho gaya tha woh bed ridden ho gaye thay. kuch kha nahin sakte thay. raajis ka yahi haal hua.</w:t>
      </w:r>
    </w:p>
    <w:p>
      <w:pPr>
        <w:jc w:val="right"/>
      </w:pPr>
      <w:r>
        <w:t>زندگی بھر انجوائے کرتے رہے وہ۔ آخر میں ایسا ہو گیا تھا وہ بیڈ ریڈن ہو گئے تھے۔ کچھ کھا نہیں سکتے تھے۔ رائجیس کا یہی حال ہوا۔</w:t>
      </w:r>
    </w:p>
    <w:p>
      <w:r>
        <w:rPr>
          <w:b/>
        </w:rPr>
        <w:t xml:space="preserve">[44:59] </w:t>
      </w:r>
      <w:r>
        <w:t>to dunya mein koi bhi pleasure aisa nahin hai jo aap ko aap ki khwahish ke mutabiq milay. ek shakhs se main ne poocha jo ek farmhouse mein rehta tha.</w:t>
      </w:r>
    </w:p>
    <w:p>
      <w:pPr>
        <w:jc w:val="right"/>
      </w:pPr>
      <w:r>
        <w:t>تو دنیا میں کوئی بھی پلیژر ایسا نہیں ہے جو آپ کو آپ کی خواہش کے مطابق ملے۔ ایک شخص سے میں نے پوچھا جو ایک فارم ہاؤس میں رہتا تھا۔</w:t>
      </w:r>
    </w:p>
    <w:p>
      <w:r>
        <w:rPr>
          <w:b/>
        </w:rPr>
        <w:t xml:space="preserve">[45:11] </w:t>
      </w:r>
      <w:r>
        <w:t>ek beautiful larkii se shadi kar ke. bees saal ke baad mila main. main ne kaha bees saal tak aap ne pleasure liya hai? kya woh store hai aap ke mind mein?</w:t>
      </w:r>
    </w:p>
    <w:p>
      <w:pPr>
        <w:jc w:val="right"/>
      </w:pPr>
      <w:r>
        <w:t>ایک بیوٹی فل لڑکی سے شادی کر کے۔ بیس سال کے بعد ملا میں۔ میں نے کہا بیس سال تک آپ نے پلیژر لیا ہے۔ کیا وہ اسٹور ہے آپ کے مائنڈ میں؟</w:t>
      </w:r>
    </w:p>
    <w:p>
      <w:r>
        <w:rPr>
          <w:b/>
        </w:rPr>
        <w:t xml:space="preserve">[45:22] </w:t>
      </w:r>
      <w:r>
        <w:t>abhi isi pleasure mein khoob aap thrill aa raha hai aap ko? kya woh to kuch bhi nahin?</w:t>
      </w:r>
    </w:p>
    <w:p>
      <w:pPr>
        <w:jc w:val="right"/>
      </w:pPr>
      <w:r>
        <w:t>ابھی اسی پلیژر میں خوب آپ تھرل آ رہا ہے آپ کو؟ کیا وہ تو کچھ بھی نہیں؟</w:t>
      </w:r>
    </w:p>
    <w:p>
      <w:r>
        <w:rPr>
          <w:b/>
        </w:rPr>
        <w:t xml:space="preserve">[45:28] </w:t>
      </w:r>
      <w:r>
        <w:t>mere mind mein to kuch bhi nahin. yaani bees saal jo pleasure liya unhon ne woh store nahin hai. to kya hai pleasure woh? kuch bhi nahin hai woh.</w:t>
      </w:r>
    </w:p>
    <w:p>
      <w:pPr>
        <w:jc w:val="right"/>
      </w:pPr>
      <w:r>
        <w:t>میرے مائنڈ میں تو کچھ بھی نہیں۔ یعنی بیس سال جو پلیژر لیا انہوں نے وہ اسٹور نہیں ہے۔ تو کیا ہے پلیژر وہ؟ کچھ بھی نہیں ہے وہ۔</w:t>
      </w:r>
    </w:p>
    <w:p>
      <w:r>
        <w:rPr>
          <w:b/>
        </w:rPr>
        <w:t xml:space="preserve">[45:39] </w:t>
      </w:r>
      <w:r>
        <w:t>ab khuda ne ek aisi dunya banai jannat ki shakal mein jahan aap non-stop pleasure le sakte hain. non-stop aap enjoy kar sakte hain.</w:t>
      </w:r>
    </w:p>
    <w:p>
      <w:pPr>
        <w:jc w:val="right"/>
      </w:pPr>
      <w:r>
        <w:t>اب خدا نے ایک ایسی دنیا بنائی جنت کی شکل میں جہاں آپ نان اسٹاپ پلیژر لے سکتے ہیں۔ نان اسٹاپ آپ انجوائے کر سکتے ہیں۔</w:t>
      </w:r>
    </w:p>
    <w:p>
      <w:r>
        <w:rPr>
          <w:b/>
        </w:rPr>
        <w:t xml:space="preserve">[45:51] </w:t>
      </w:r>
      <w:r>
        <w:t>behtareen insaanon se aap milenge jis se aap</w:t>
      </w:r>
    </w:p>
    <w:p>
      <w:pPr>
        <w:jc w:val="right"/>
      </w:pPr>
      <w:r>
        <w:t>بہترین انسانوں سے آپ ملیں گے جس سے آپ</w:t>
      </w:r>
    </w:p>
    <w:p>
      <w:r>
        <w:rPr>
          <w:b/>
        </w:rPr>
        <w:t xml:space="preserve">[45:55] </w:t>
      </w:r>
      <w:r>
        <w:t>ka exchange hoga. dunya mein is waqt baat insaan nahin milta jis se hum baat karein koi. baat karne ke qabil insaan nahin milte. oonche intellectual level ke insaan, oonche test ke insaan milte nahin dunya mein jin se baat kiya jaye.</w:t>
      </w:r>
    </w:p>
    <w:p>
      <w:pPr>
        <w:jc w:val="right"/>
      </w:pPr>
      <w:r>
        <w:t>کا ایکسچینج ہوگا۔ دنیا میں اس وقت بات انسان نہیں ملتا جس سے ہم بات کریں کوئی۔ بات کرنے کے قابل انسان نہیں ملتے۔ اونچے انٹلیکچول لیول کے انسان، اونچے ٹیسٹ کے انسان ملتے نہیں دنیا میں جن سے بات کیا جائے۔</w:t>
      </w:r>
    </w:p>
    <w:p>
      <w:r>
        <w:rPr>
          <w:b/>
        </w:rPr>
        <w:t xml:space="preserve">[46:10] </w:t>
      </w:r>
      <w:r>
        <w:t>to kitni achi dunya banai khuda ne ke bohat hi yaani isi dunya mein kuch aap thora sa sample mil jata hai aap ko.</w:t>
      </w:r>
    </w:p>
    <w:p>
      <w:pPr>
        <w:jc w:val="right"/>
      </w:pPr>
      <w:r>
        <w:t>تو کتنی اچھی دنیا بنائی خدا نے کہ بہت ہی یعنی اسی دنیا میں کچھ آپ تھوڑا سا سیمپل مل جاتا ہے آپ کو۔</w:t>
      </w:r>
    </w:p>
    <w:p>
      <w:r>
        <w:rPr>
          <w:b/>
        </w:rPr>
        <w:t xml:space="preserve">[46:19] </w:t>
      </w:r>
      <w:r>
        <w:t>main ek martaba Sweden gaya to ek ek jagah hum gaye pahaar ke oopar jahan bilkul fresh air thi.</w:t>
      </w:r>
    </w:p>
    <w:p>
      <w:pPr>
        <w:jc w:val="right"/>
      </w:pPr>
      <w:r>
        <w:t>میں ایک مرتبہ سویڈن گیا تو ایک ایک جگہ ہم گئے پہاڑ کے اوپر جہاں بالکل فریش ایئر تھی۔</w:t>
      </w:r>
    </w:p>
    <w:p>
      <w:r>
        <w:rPr>
          <w:b/>
        </w:rPr>
        <w:t xml:space="preserve">[46:26] </w:t>
      </w:r>
      <w:r>
        <w:t>ek dam yaani koi pollution nahin tha. to saans lena itna acha lagta tha ke sharab peene se bhi zyada. hai hawa mein sharab ki taseer badnusi hai baat paimai.</w:t>
      </w:r>
    </w:p>
    <w:p>
      <w:pPr>
        <w:jc w:val="right"/>
      </w:pPr>
      <w:r>
        <w:t>ایک دم یعنی کوئی پولیوشن نہیں تھا۔ تو سانس لینا اتنا اچھا لگتا تھا کہ شراب پینے سے بھی زیادہ۔ ہے ہوا میں شراب کی تاثیر بادنوسی ہے بات پیمائی۔</w:t>
      </w:r>
    </w:p>
    <w:p>
      <w:r>
        <w:rPr>
          <w:b/>
        </w:rPr>
        <w:t xml:space="preserve">[46:39] </w:t>
      </w:r>
      <w:r>
        <w:t>to is hawa mein saans lena itna acha lagta tha mujhe. to main ne socha ke paradise ki jo hawa hogi to billion time zyada hai is mein enjoyment hoga.</w:t>
      </w:r>
    </w:p>
    <w:p>
      <w:pPr>
        <w:jc w:val="right"/>
      </w:pPr>
      <w:r>
        <w:t>تو اس ہوا میں سانس لینا اتنا اچھا لگتا تھا مجھے۔ تو میں نے سوچا کہ پیراڈائز کی جو ہوا ہوگی تو بلین ٹائم زیادہ ہے اس میں انجوائےمنٹ ہوگا۔</w:t>
      </w:r>
    </w:p>
    <w:p>
      <w:r>
        <w:rPr>
          <w:b/>
        </w:rPr>
        <w:t xml:space="preserve">[46:50] </w:t>
      </w:r>
      <w:r>
        <w:t>ab bataiye ke aisi dunya banai khuda ne aur aap jhoote pleasure mein is ko kho rahe hain.</w:t>
      </w:r>
    </w:p>
    <w:p>
      <w:pPr>
        <w:jc w:val="right"/>
      </w:pPr>
      <w:r>
        <w:t>اب بتائیے کہ ایسی دنیا بنائی خدا نے اور آپ جھوٹے پلیژر میں اس کو کھو رہے ہیں۔</w:t>
      </w:r>
    </w:p>
    <w:p>
      <w:r>
        <w:rPr>
          <w:b/>
        </w:rPr>
        <w:t xml:space="preserve">[46:59] </w:t>
      </w:r>
      <w:r>
        <w:t>kyonke dunya ke woh kis ko milegi? jis ne apne aap ko develop kiya ho in terms of spirituality, in terms of intellectual development.</w:t>
      </w:r>
    </w:p>
    <w:p>
      <w:pPr>
        <w:jc w:val="right"/>
      </w:pPr>
      <w:r>
        <w:t>کیونکہ دنیا کے وہ کس کو ملے گی؟ جس نے اپنے آپ کو ڈیولپ کیا ہو ان ٹرم آف اسپریچولٹی، ان ٹرم آف انٹلیکچول ڈیولپمنٹ۔</w:t>
      </w:r>
    </w:p>
    <w:p>
      <w:r>
        <w:rPr>
          <w:b/>
        </w:rPr>
        <w:t xml:space="preserve">[47:12] </w:t>
      </w:r>
      <w:r>
        <w:t>intellectual development jo ke nahin hua. spiritual development jo ke woh to jis tarah animal hai woh. jinka intellectual develop nahin hua.</w:t>
      </w:r>
    </w:p>
    <w:p>
      <w:pPr>
        <w:jc w:val="right"/>
      </w:pPr>
      <w:r>
        <w:t>انٹلیکچول ڈیولپمنٹ جو کہ نہیں ہوا۔ اسپریچول ڈیولپمنٹ جو کہ وہ تو جس طرح اینیول ہے وہ۔ جن کا انٹلیکچول ڈیولپ نہیں ہوا۔</w:t>
      </w:r>
    </w:p>
    <w:p>
      <w:r>
        <w:rPr>
          <w:b/>
        </w:rPr>
        <w:t xml:space="preserve">[47:21] </w:t>
      </w:r>
      <w:r>
        <w:t>yaani jo mind mein jo capacity hai us ko unfold karna hai aap ko. jo spirituality hai us ko unfold karna hai aap ko.</w:t>
      </w:r>
    </w:p>
    <w:p>
      <w:pPr>
        <w:jc w:val="right"/>
      </w:pPr>
      <w:r>
        <w:t>یعنی جو مائنڈ میں جو کیپیسٹی ہے اس کو ان فولڈ کرنا ہے آپ کو۔ جو اسپریچولٹی ہے اس کو ان فولڈ کرنا ہے آپ کو۔</w:t>
      </w:r>
    </w:p>
    <w:p>
      <w:r>
        <w:rPr>
          <w:b/>
        </w:rPr>
        <w:t xml:space="preserve">[47:29] </w:t>
      </w:r>
      <w:r>
        <w:t>jin logon ne unfold nahin kiya un ko khuda kis liye paradise mein daale ga? kya animal ke liye baraye khuda paradise?</w:t>
      </w:r>
    </w:p>
    <w:p>
      <w:pPr>
        <w:jc w:val="right"/>
      </w:pPr>
      <w:r>
        <w:t>جن لوگوں نے ان فولڈ نہیں کیا ان کو خدا کس لیے پیراڈائز میں ڈالے گا؟ کیا اینیول کے لیے برائے خدا پیراڈائز؟</w:t>
      </w:r>
    </w:p>
    <w:p>
      <w:r>
        <w:rPr>
          <w:b/>
        </w:rPr>
        <w:t xml:space="preserve">[47:39] </w:t>
      </w:r>
      <w:r>
        <w:t>jo log pleasure le rahe hain dunya mein woh animal reh jaate hain, animal reh jaate hain woh. main ne bohat se logon ko dekha hai jo bohat paise wale aur bohat hi pleasure mein jeene wale lekin just like animal hote hain woh.</w:t>
      </w:r>
    </w:p>
    <w:p>
      <w:pPr>
        <w:jc w:val="right"/>
      </w:pPr>
      <w:r>
        <w:t>جو لوگ پلیژر لے رہے ہیں دنیا میں وہ اینیول رہ جاتے ہیں، اینیول رہ جاتے ہیں وہ۔ میں نے بہت سے لوگوں کو دیکھا ہے جو بہت پیسے والے اور بہت ہی پلیژر میں جینے والے لیکن جسٹ لائک اینیول ہوتے ہیں وہ۔</w:t>
      </w:r>
    </w:p>
    <w:p>
      <w:r>
        <w:rPr>
          <w:b/>
        </w:rPr>
        <w:t xml:space="preserve">[47:52] </w:t>
      </w:r>
      <w:r>
        <w:t>koi baat nahin kar sakte aap un se aap. to khuda ne jo paradise banai hai kya animals ke liye banai hai?</w:t>
      </w:r>
    </w:p>
    <w:p>
      <w:pPr>
        <w:jc w:val="right"/>
      </w:pPr>
      <w:r>
        <w:t>کوئی بات نہیں کر سکتے آپ ان سے آپ۔ تو خدا نے جو پیراڈائز بنائی ہے کیا اینیولز کے لیے بنائی ہے؟</w:t>
      </w:r>
    </w:p>
    <w:p>
      <w:r>
        <w:rPr>
          <w:b/>
        </w:rPr>
        <w:t xml:space="preserve">[47:59] </w:t>
      </w:r>
      <w:r>
        <w:t>animals ke liye nahin banai hai us ne. quran mein ek ayat hai</w:t>
      </w:r>
    </w:p>
    <w:p>
      <w:pPr>
        <w:jc w:val="right"/>
      </w:pPr>
      <w:r>
        <w:t>اینیولز کے لیے نہیں بنائی ہے اس نے۔ قرآن میں ایک آیت ہے</w:t>
      </w:r>
    </w:p>
    <w:p>
      <w:r>
        <w:rPr>
          <w:b/>
        </w:rPr>
        <w:t xml:space="preserve">[48:10] </w:t>
      </w:r>
      <w:r>
        <w:t>kuch log honge jin se keh diya jaye ga ke dunya hi tum lazzaten le chuke. sab lazzaten to dunya mein le chuke achi cheezein ab yahan tumhare paas kuch nahin hai.</w:t>
      </w:r>
    </w:p>
    <w:p>
      <w:pPr>
        <w:jc w:val="right"/>
      </w:pPr>
      <w:r>
        <w:t>کچھ لوگ ہوں گے جن سے کہہ دیا جائے گا کہ دنیا ہی تم لذتیں لے چکے۔ سب لذتیں تو دنیا میں لے چکے اچھی چیزیں اب یہاں تمہارے پاس کچھ نہیں ہے۔</w:t>
      </w:r>
    </w:p>
    <w:p>
      <w:r>
        <w:rPr>
          <w:b/>
        </w:rPr>
        <w:t xml:space="preserve">[48:20] </w:t>
      </w:r>
      <w:r>
        <w:t>is ayat ko log samajhte nahin. is ko ab mysterious sense mein lete hain.</w:t>
      </w:r>
    </w:p>
    <w:p>
      <w:pPr>
        <w:jc w:val="right"/>
      </w:pPr>
      <w:r>
        <w:t>اس آیت کو لوگ سمجھتے نہیں۔ اس کو اب مسٹیریس سینس میں لیتے ہیں۔</w:t>
      </w:r>
    </w:p>
    <w:p>
      <w:r>
        <w:rPr>
          <w:b/>
        </w:rPr>
        <w:t xml:space="preserve">[48:27] </w:t>
      </w:r>
      <w:r>
        <w:t>is ka matlab yeh hai ke dunya mein pleasure lene ke chakkar mein tumhara ek development hi nahi hua. tum is qabil nahi ban sake ke tum paradise mein tum ko entry milay.</w:t>
      </w:r>
    </w:p>
    <w:p>
      <w:pPr>
        <w:jc w:val="right"/>
      </w:pPr>
      <w:r>
        <w:t>اس کا مطلب یہ ہے کہ دنیا میں پلیژر لینے کے چکر میں تمہارا ایک ڈیولپمنٹ ہی نہیں ہوا۔ تم اس قابل نہیں بن سکے کہ تم پیراڈائز میں تم کو انٹری ملے۔</w:t>
      </w:r>
    </w:p>
    <w:p>
      <w:r>
        <w:rPr>
          <w:b/>
        </w:rPr>
        <w:t xml:space="preserve">[48:36] </w:t>
      </w:r>
      <w:r>
        <w:t>paradise ko aap sochiye ke ek bohat hi beautiful dunya hai jahan saare saari achi cheezein mojood hain to kya is ke baad bhi koi bari cheez hai?</w:t>
      </w:r>
    </w:p>
    <w:p>
      <w:pPr>
        <w:jc w:val="right"/>
      </w:pPr>
      <w:r>
        <w:t>پیراڈائز کو آپ سوچیے کہ ایک بہت ہی بیوٹی فل دنیا ہے جہاں سارے ساری اچھی چیزیں موجود ہیں تو کیا اس کے بعد بھی کوئی بڑی چیز ہے؟</w:t>
      </w:r>
    </w:p>
    <w:p>
      <w:r>
        <w:rPr>
          <w:b/>
        </w:rPr>
        <w:t xml:space="preserve">[48:50] </w:t>
      </w:r>
      <w:r>
        <w:t>to woh hai Khuda ka Khuda ka jalwa.</w:t>
      </w:r>
    </w:p>
    <w:p>
      <w:pPr>
        <w:jc w:val="right"/>
      </w:pPr>
      <w:r>
        <w:t>تو وہ ہے خدا کا خدا کا جلوہ۔</w:t>
      </w:r>
    </w:p>
    <w:p>
      <w:r>
        <w:rPr>
          <w:b/>
        </w:rPr>
        <w:t xml:space="preserve">[48:54] </w:t>
      </w:r>
      <w:r>
        <w:t>mein aksar sochta hoon ke jis Khuda ne banaya hai yeh woh kitna beautiful hoga. kitna meaningful hoga. kitna zyada barhai is ki taraf hogi.</w:t>
      </w:r>
    </w:p>
    <w:p>
      <w:pPr>
        <w:jc w:val="right"/>
      </w:pPr>
      <w:r>
        <w:t>میں اکثر سوچتا ہوں کہ جس خدا نے بنایا ہے یہ وہ کتنا بیوٹی فل ہوگا۔ کتنا میننگ فل ہوگا۔ کتنا زیادہ بڑائی اس کی طرف ہوگی۔</w:t>
      </w:r>
    </w:p>
    <w:p>
      <w:r>
        <w:rPr>
          <w:b/>
        </w:rPr>
        <w:t xml:space="preserve">[49:05] </w:t>
      </w:r>
      <w:r>
        <w:t>unlimited barhai, unlimited. is ki beauty kabhi khatam nahi hogi. itni bari dunya yani zara sochiye kitni bari dunya yeh hai.</w:t>
      </w:r>
    </w:p>
    <w:p>
      <w:pPr>
        <w:jc w:val="right"/>
      </w:pPr>
      <w:r>
        <w:t>ان لمیٹڈ بڑائی، ان لمیٹڈ۔ اس کی بیوٹی کبھی ختم نہیں ہوگی۔ اتنی بڑی دنیا یعنی ذرا سوچیے کتنی بڑی دنیا یہ ہے۔</w:t>
      </w:r>
    </w:p>
    <w:p>
      <w:r>
        <w:rPr>
          <w:b/>
        </w:rPr>
        <w:t xml:space="preserve">[49:16] </w:t>
      </w:r>
      <w:r>
        <w:t>itni meaningful dunya hai. ek ek zarre mein itni itni itni baatein chupi hui hain ke ek ek ek ek particle par aap ek insaan ki peedya likh sakte hain.</w:t>
      </w:r>
    </w:p>
    <w:p>
      <w:pPr>
        <w:jc w:val="right"/>
      </w:pPr>
      <w:r>
        <w:t>اتنی میننگ فل دنیا ہے۔ ایک ایک ذرے میں اتنی اتنا اتنی باتیں چھپی ہوئی ہیں کہ ایک ایک ایک ایک پارٹیکل پر آپ ایک انسان کی پیڑیا لکھ سکتے ہیں۔</w:t>
      </w:r>
    </w:p>
    <w:p>
      <w:r>
        <w:rPr>
          <w:b/>
        </w:rPr>
        <w:t xml:space="preserve">[49:31] </w:t>
      </w:r>
      <w:r>
        <w:t>to hadith mein aata hai is ka jawab ke jo log jab jannat mein ja chuke honge aur wahan par bohat khush honge wahan ki nematon mein</w:t>
      </w:r>
    </w:p>
    <w:p>
      <w:pPr>
        <w:jc w:val="right"/>
      </w:pPr>
      <w:r>
        <w:t>تو حدیث میں آتا ہے اس کا جواب کہ جو لوگ جب جنت میں جا چکے ہوں گے اور وہاں پر بہت خوش ہوں گے وہاں کی نعمتوں میں</w:t>
      </w:r>
    </w:p>
    <w:p>
      <w:r>
        <w:rPr>
          <w:b/>
        </w:rPr>
        <w:t xml:space="preserve">[49:46] </w:t>
      </w:r>
      <w:r>
        <w:t>aur samajhte honge ke un ko bohat kuch mil chuka to phir wahan par elaan kiya jayega ke Khuda jalwa dikhayega apna.</w:t>
      </w:r>
    </w:p>
    <w:p>
      <w:pPr>
        <w:jc w:val="right"/>
      </w:pPr>
      <w:r>
        <w:t>اور سمجھتے ہوں گے کہ ان کو بہت کچھ مل چکا تو پھر وہاں پر اعلان کیا جائے گا کہ خدا جلوہ دکھائے گا اپنا۔</w:t>
      </w:r>
    </w:p>
    <w:p>
      <w:r>
        <w:rPr>
          <w:b/>
        </w:rPr>
        <w:t xml:space="preserve">[50:00] </w:t>
      </w:r>
      <w:r>
        <w:t>to saare log jo hain saamne aayenge aur Khuda aap ko ek ek ek jalwa dikhayega.</w:t>
      </w:r>
    </w:p>
    <w:p>
      <w:pPr>
        <w:jc w:val="right"/>
      </w:pPr>
      <w:r>
        <w:t>تو سارے لوگ جو ہیں سامنے آئیں گے اور خدا آپ کو ایک ایک ایک جلوہ دکھائے گا۔</w:t>
      </w:r>
    </w:p>
    <w:p>
      <w:r>
        <w:rPr>
          <w:b/>
        </w:rPr>
        <w:t xml:space="preserve">[50:10] </w:t>
      </w:r>
      <w:r>
        <w:t>to logon ko itni bari khushi milegi itni bari happiness milegi itni bari lazzat milegi ke pichli lazzatein is kam ho jayengi is ke muqable mein.</w:t>
      </w:r>
    </w:p>
    <w:p>
      <w:pPr>
        <w:jc w:val="right"/>
      </w:pPr>
      <w:r>
        <w:t>تو لوگوں کو اتنی بڑی خوشی ملے گی اتنی بڑی ہیپینس ملے گی اتنی بڑی لذت ملے گی کہ پچھلی لذتیں اس کم ہو جائیں گی اس کے مقابلے میں۔</w:t>
      </w:r>
    </w:p>
    <w:p>
      <w:r>
        <w:rPr>
          <w:b/>
        </w:rPr>
        <w:t xml:space="preserve">[50:21] </w:t>
      </w:r>
      <w:r>
        <w:t>lekin yeh ek ek jalwa hoga. kyunke Khuda unlimited hai. to phir phir aisa hota rahega. phir phir ke woh elaan hoga ke Khuda hai apna ek jalwa aur dikhayega.</w:t>
      </w:r>
    </w:p>
    <w:p>
      <w:pPr>
        <w:jc w:val="right"/>
      </w:pPr>
      <w:r>
        <w:t>لیکن یہ ایک ایک جلوہ ہوگا۔ کیونکہ خدا ان لمیٹڈ ہے۔ تو پھر پھر ایسا ہوتا رہے گا۔ پھر پھر کہ وہ اعلان ہوگا کہ خدا ہے اپنا ایک جلوہ اور دکھائے گا۔</w:t>
      </w:r>
    </w:p>
    <w:p>
      <w:r>
        <w:rPr>
          <w:b/>
        </w:rPr>
        <w:t xml:space="preserve">[50:33] </w:t>
      </w:r>
      <w:r>
        <w:t>to eternally log dekhte rahenge Khuda ke jalwon ko kabhi jalwe khatam nahi honge. to paradise ke baad jo cheez aur bari jo aadmi ko experience hoga woh hoga Khuda ka jalwa.</w:t>
      </w:r>
    </w:p>
    <w:p>
      <w:pPr>
        <w:jc w:val="right"/>
      </w:pPr>
      <w:r>
        <w:t>تو ایٹرنلی لوگ دیکھتے رہیں گے خدا کے جلووں کو کبھی جلوے ختم نہیں ہوں گے۔ تو پیراڈائز کے بعد جو چیز اور بڑی جو آدمی کو ایکسپیرینس ہوگا وہ ہوگا خدا کا جلوہ۔</w:t>
      </w:r>
    </w:p>
    <w:p>
      <w:r>
        <w:rPr>
          <w:b/>
        </w:rPr>
        <w:t xml:space="preserve">[50:46] </w:t>
      </w:r>
      <w:r>
        <w:t>Khuda ko dekhna.</w:t>
      </w:r>
    </w:p>
    <w:p>
      <w:pPr>
        <w:jc w:val="right"/>
      </w:pPr>
      <w:r>
        <w:t>خدا کو دیکھنا۔</w:t>
      </w:r>
    </w:p>
    <w:p>
      <w:r>
        <w:rPr>
          <w:b/>
        </w:rPr>
        <w:t xml:space="preserve">[50:49] </w:t>
      </w:r>
      <w:r>
        <w:t>mein jab sochta hoon to aaj hi mujhe abhi isi zindagi mein Khuda itna beautiful maloom hota hai. mein sochta hoon ke</w:t>
      </w:r>
    </w:p>
    <w:p>
      <w:pPr>
        <w:jc w:val="right"/>
      </w:pPr>
      <w:r>
        <w:t>میں جب سوچتا ہوں تو آج ہی مجھے ابھی اسی زندگی میں خدا اتنا بیوٹی فل معلوم ہوتا ہے۔ میں سوچتا ہوں کہ</w:t>
      </w:r>
    </w:p>
    <w:p>
      <w:r>
        <w:rPr>
          <w:b/>
        </w:rPr>
        <w:t xml:space="preserve">[51:00] </w:t>
      </w:r>
      <w:r>
        <w:t>is ki booti kabhi khatam nahi ho sakti. eternally khatam nahi hoti. ek patti ko mujhe Khuda ki booti dikhai deti hai.</w:t>
      </w:r>
    </w:p>
    <w:p>
      <w:pPr>
        <w:jc w:val="right"/>
      </w:pPr>
      <w:r>
        <w:t>اس کی بوٹی کبھی ختم نہیں ہو سکتی۔ ایٹرنلی ختم نہیں ہوتی۔ ایک پتی کو مجھے خدا کی بوٹی دکھائی دیتی ہے۔</w:t>
      </w:r>
    </w:p>
    <w:p>
      <w:r>
        <w:rPr>
          <w:b/>
        </w:rPr>
        <w:t xml:space="preserve">[51:09] </w:t>
      </w:r>
      <w:r>
        <w:t>yahan pe qalam thay kahan par ek thand londi garden ek pead tha</w:t>
      </w:r>
    </w:p>
    <w:p>
      <w:pPr>
        <w:jc w:val="right"/>
      </w:pPr>
      <w:r>
        <w:t>یہاں پہ قلم تھے کہاں پر ایک ٹھنڈ لونڈی گارڈن ایک پیڑ تھا</w:t>
      </w:r>
    </w:p>
    <w:p>
      <w:r>
        <w:rPr>
          <w:b/>
        </w:rPr>
        <w:t xml:space="preserve">[51:17] </w:t>
      </w:r>
      <w:r>
        <w:t>jis ki patiyan</w:t>
      </w:r>
    </w:p>
    <w:p>
      <w:pPr>
        <w:jc w:val="right"/>
      </w:pPr>
      <w:r>
        <w:t>جس کی پتیاں</w:t>
      </w:r>
    </w:p>
    <w:p>
      <w:r>
        <w:rPr>
          <w:b/>
        </w:rPr>
        <w:t xml:space="preserve">[51:19] </w:t>
      </w:r>
      <w:r>
        <w:t>gir wo gir gayi thi aur wo sirf sokhi lakri ki taqat par tha thand yaqeen kijiye wo</w:t>
      </w:r>
    </w:p>
    <w:p>
      <w:pPr>
        <w:jc w:val="right"/>
      </w:pPr>
      <w:r>
        <w:t>گر وہ گر گئی تھیں اور وہ صرف سوکھی لکڑی کی طاقت پر تھا ٹھنڈ یقین کیجئے وہ</w:t>
      </w:r>
    </w:p>
    <w:p>
      <w:r>
        <w:rPr>
          <w:b/>
        </w:rPr>
        <w:t xml:space="preserve">[51:26] </w:t>
      </w:r>
      <w:r>
        <w:t>bhi itna beautiful mujhe maloom hua ke khuda creation mein har cheez beautiful hai yahan tak</w:t>
      </w:r>
    </w:p>
    <w:p>
      <w:pPr>
        <w:jc w:val="right"/>
      </w:pPr>
      <w:r>
        <w:t>بھی اتنا بیوٹی فل مجھے معلوم ہوا کہ خدا کریشن میں ہر چیز بیوٹی فل ہے یہاں تک</w:t>
      </w:r>
    </w:p>
    <w:p>
      <w:r>
        <w:rPr>
          <w:b/>
        </w:rPr>
        <w:t xml:space="preserve">[51:31] </w:t>
      </w:r>
      <w:r>
        <w:t>ke ek thand peir gayi</w:t>
      </w:r>
    </w:p>
    <w:p>
      <w:pPr>
        <w:jc w:val="right"/>
      </w:pPr>
      <w:r>
        <w:t>کہ ایک ٹھنڈ پیڑ گئی</w:t>
      </w:r>
    </w:p>
    <w:p>
      <w:r>
        <w:rPr>
          <w:b/>
        </w:rPr>
        <w:t xml:space="preserve">[51:34] </w:t>
      </w:r>
      <w:r>
        <w:t>wo bhi itni beauty thi itni beauty thi</w:t>
      </w:r>
    </w:p>
    <w:p>
      <w:pPr>
        <w:jc w:val="right"/>
      </w:pPr>
      <w:r>
        <w:t>وہ بھی اتنی بیوٹی تھی اتنی بیوٹی تھی</w:t>
      </w:r>
    </w:p>
    <w:p>
      <w:r>
        <w:rPr>
          <w:b/>
        </w:rPr>
        <w:t xml:space="preserve">[51:38] </w:t>
      </w:r>
      <w:r>
        <w:t>to khuda creation mein itni beauty hai</w:t>
      </w:r>
    </w:p>
    <w:p>
      <w:pPr>
        <w:jc w:val="right"/>
      </w:pPr>
      <w:r>
        <w:t>تو خدا کریشن میں اتنی بیوٹی ہے</w:t>
      </w:r>
    </w:p>
    <w:p>
      <w:r>
        <w:rPr>
          <w:b/>
        </w:rPr>
        <w:t xml:space="preserve">[51:41] </w:t>
      </w:r>
      <w:r>
        <w:t>to khuda mein kitni zyada beauty hogi</w:t>
      </w:r>
    </w:p>
    <w:p>
      <w:pPr>
        <w:jc w:val="right"/>
      </w:pPr>
      <w:r>
        <w:t>تو خدا میں کتنی زیادہ بیوٹی ہوگی</w:t>
      </w:r>
    </w:p>
    <w:p>
      <w:r>
        <w:rPr>
          <w:b/>
        </w:rPr>
        <w:t xml:space="preserve">[51:45] </w:t>
      </w:r>
      <w:r>
        <w:t>to jannat mein jo log jagah pa chuke honge un ke liye aur jo bari cheez jo</w:t>
      </w:r>
    </w:p>
    <w:p>
      <w:pPr>
        <w:jc w:val="right"/>
      </w:pPr>
      <w:r>
        <w:t>تو جنت میں جو لوگ جگہ پا چکے ہوں گے ان کے لیے اور جو بڑی چیز جو</w:t>
      </w:r>
    </w:p>
    <w:p>
      <w:r>
        <w:rPr>
          <w:b/>
        </w:rPr>
        <w:t xml:space="preserve">[51:52] </w:t>
      </w:r>
      <w:r>
        <w:t>bari bari lazzaten jo muqaddar hongi wo hongi khud khuda ko dekhna</w:t>
      </w:r>
    </w:p>
    <w:p>
      <w:pPr>
        <w:jc w:val="right"/>
      </w:pPr>
      <w:r>
        <w:t>بڑی بڑی لذتیں جو مقدر ہوں گی وہ ہوں گی خود خدا کو دیکھنا</w:t>
      </w:r>
    </w:p>
    <w:p>
      <w:r>
        <w:rPr>
          <w:b/>
        </w:rPr>
        <w:t xml:space="preserve">[51:57] </w:t>
      </w:r>
      <w:r>
        <w:t>aur shayad khuda se baat karna bhi</w:t>
      </w:r>
    </w:p>
    <w:p>
      <w:pPr>
        <w:jc w:val="right"/>
      </w:pPr>
      <w:r>
        <w:t>اور شاید خدا سے بات کرنا بھی</w:t>
      </w:r>
    </w:p>
    <w:p>
      <w:r>
        <w:rPr>
          <w:b/>
        </w:rPr>
        <w:t xml:space="preserve">[52:03] </w:t>
      </w:r>
      <w:r>
        <w:t>. das question is from aisha how do we fight with satan and prevent our self from negativity?</w:t>
      </w:r>
    </w:p>
    <w:p>
      <w:pPr>
        <w:jc w:val="right"/>
      </w:pPr>
      <w:r>
        <w:t>۔ دس کوئسچن از فرام عائشہ ہاؤ ڈو وی فائٹ ود سیٹن اینڈ پریوینٹ اور سیلف فرام نیگیٹیوٹی؟</w:t>
      </w:r>
    </w:p>
    <w:p>
      <w:r>
        <w:rPr>
          <w:b/>
        </w:rPr>
        <w:t xml:space="preserve">[52:13] </w:t>
      </w:r>
      <w:r>
        <w:t>dekhein sab kuch depend karta hai sincerity par. sincerity par</w:t>
      </w:r>
    </w:p>
    <w:p>
      <w:pPr>
        <w:jc w:val="right"/>
      </w:pPr>
      <w:r>
        <w:t>دیکھیں سب کچھ ڈیپینڈ کرتا ہے سنسیرٹی پر۔ سنسیرٹی پر</w:t>
      </w:r>
    </w:p>
    <w:p>
      <w:r>
        <w:rPr>
          <w:b/>
        </w:rPr>
        <w:t xml:space="preserve">[52:23] </w:t>
      </w:r>
      <w:r>
        <w:t>. agar sach poocha aap sincere hon to is ka bohat hi zyada sure shot tareeqa hai.</w:t>
      </w:r>
    </w:p>
    <w:p>
      <w:pPr>
        <w:jc w:val="right"/>
      </w:pPr>
      <w:r>
        <w:t>۔ اگر سچ پوچھا آپ سنسیر ہوں تو اس کا بہت ہی زیادہ شور شارٹ طریقہ ہے۔</w:t>
      </w:r>
    </w:p>
    <w:p>
      <w:r>
        <w:rPr>
          <w:b/>
        </w:rPr>
        <w:t xml:space="preserve">[52:34] </w:t>
      </w:r>
      <w:r>
        <w:t>woh kya hai? Khuda se madad chahna.</w:t>
      </w:r>
    </w:p>
    <w:p>
      <w:pPr>
        <w:jc w:val="right"/>
      </w:pPr>
      <w:r>
        <w:t>وہ کیا ہے؟ خدا سے مدد چاہنا۔</w:t>
      </w:r>
    </w:p>
    <w:p>
      <w:r>
        <w:rPr>
          <w:b/>
        </w:rPr>
        <w:t xml:space="preserve">[52:43] </w:t>
      </w:r>
      <w:r>
        <w:t>mera apna tajurba hai ke mujh par bhi satan ka attack hota hai to jaise hi mein parta hoon Allah manni aoozubika minash shaitanir rajeem Allah manni aoozubika min hamzati shayatini suddenly satan bhag jata hai.</w:t>
      </w:r>
    </w:p>
    <w:p>
      <w:pPr>
        <w:jc w:val="right"/>
      </w:pPr>
      <w:r>
        <w:t>میرا اپنا تجربہ ہے کہ مجھ پر بھی سیٹن کا اٹیک ہوتا ہے تو جیسے ہی میں پڑھتا ہوں اللہ منی اعوذ بک من الشیطان الرجیم اللہ منی اعوذ بک من حمدات الشیاطین سڈنلی شیطان بھاگ جاتا ہے۔</w:t>
      </w:r>
    </w:p>
    <w:p>
      <w:r>
        <w:rPr>
          <w:b/>
        </w:rPr>
        <w:t xml:space="preserve">[52:58] </w:t>
      </w:r>
      <w:r>
        <w:t>mujhe bar bar tajurba yeh hai ke satan ka hamla har ek par hota hai. satan ka attack har ek par hota hai.</w:t>
      </w:r>
    </w:p>
    <w:p>
      <w:pPr>
        <w:jc w:val="right"/>
      </w:pPr>
      <w:r>
        <w:t>مجھے بار بار تجربہ یہ ہے کہ سیٹن کا حملہ ہر ایک پر ہوتا ہے۔ سیٹن کا اٹیک ہر ایک پر ہوتا ہے۔</w:t>
      </w:r>
    </w:p>
    <w:p>
      <w:r>
        <w:rPr>
          <w:b/>
        </w:rPr>
        <w:t xml:space="preserve">[53:07] </w:t>
      </w:r>
      <w:r>
        <w:t>prophet ko bhi hota hai satan ka attack. lekin jaise hi aap kehte hain sach kuch dil se lafz service ke tor par nahi ke Allah manni aoozubika min hamzati shayatini to woh is ke liye ek bomb ban jata hai bomb aur bhag jata hai woh usi waqt</w:t>
      </w:r>
    </w:p>
    <w:p>
      <w:pPr>
        <w:jc w:val="right"/>
      </w:pPr>
      <w:r>
        <w:t>پرافٹ کو بھی ہوتا ہے سیٹن کا اٹیک۔ لیکن جیسے ہی آپ کہتے ہیں سچ کچھ دل سے لفظ سروس کے طور پر نہیں کہ اللہ منی اعوذ بک من حمدات الشیاطین تو وہ اس کے لیے ایک بم بن جاتا ہے بم اور بھاگ جاتا ہے وہ اسی وقت</w:t>
      </w:r>
    </w:p>
    <w:p>
      <w:r>
        <w:rPr>
          <w:b/>
        </w:rPr>
        <w:t xml:space="preserve">[53:28] </w:t>
      </w:r>
      <w:r>
        <w:t>. to hadith mein aata hai ke mein 70 bar rasool Allah ne kaha mein 70 bar aisa kehta hoon to 70 attack rasool Allah ko hota hoga to aap pe bhi attack hoga har bar jab attack ho to aap ke paas jo bachao ka jo saman hai woh yeh hai ke Khuda se aap madad mangen woh yahi hai ke aap dil se yeh bol saken Allah manni aoozubika min hamzati shayatini yeh sure shot tareeqa hai.</w:t>
      </w:r>
    </w:p>
    <w:p>
      <w:pPr>
        <w:jc w:val="right"/>
      </w:pPr>
      <w:r>
        <w:t>۔ تو حدیث میں آتا ہے کہ میں 70 بار رسول اللہ نے کہا میں 70 بار ایسا کہتا ہوں تو 70 اٹیک رسول اللہ کو ہوتا ہوگا تو آپ پہ بھی اٹیک ہوگا ہر بار جب اٹیک ہو تو آپ کے پاس جو بچاؤ کا جو سامان ہے وہ یہ ہے کہ خدا سے آپ مدد مانگیں وہ یہی ہے کہ آپ دل سے یہ بول سکیں اللہ منی اعوذ بک من حمدات الشیاطین یہ شور شارٹ طریقہ ہے۔</w:t>
      </w:r>
    </w:p>
    <w:p>
      <w:r>
        <w:rPr>
          <w:b/>
        </w:rPr>
        <w:t xml:space="preserve">[53:57] </w:t>
      </w:r>
      <w:r>
        <w:t>maulana butt how do you know it is satan? ji how do you come to know the person who is attack to you is satan? dekhen do qism ke aadmi hote hain ek woh jin ki sensitivity jo hai woh khatm ho gayi hai.</w:t>
      </w:r>
    </w:p>
    <w:p>
      <w:pPr>
        <w:jc w:val="right"/>
      </w:pPr>
      <w:r>
        <w:t>مولانا بٹ ہاؤ ڈو یو نو اٹ از سیٹن؟ جی ہاؤ ڈو یو کم ٹو نو دا پرسن ہو از اٹیک ٹو یو از سیٹن؟ دیکھیں دو قسم کے آدمی ہوتے ہیں ایک وہ جن کی سینسٹیوٹی جو ہے وہ ختم ہو گئی ہو۔</w:t>
      </w:r>
    </w:p>
    <w:p>
      <w:r>
        <w:rPr>
          <w:b/>
        </w:rPr>
        <w:t xml:space="preserve">[54:13] </w:t>
      </w:r>
      <w:r>
        <w:t>ek woh jin ki sensitivity zinda ho. quran mein hai ke shaitan touch karta hai to use aah o zaar aati hai.</w:t>
      </w:r>
    </w:p>
    <w:p>
      <w:pPr>
        <w:jc w:val="right"/>
      </w:pPr>
      <w:r>
        <w:t>ایک وہ جن کی سینسٹیوٹی زندہ ہو۔ قرآن میں ہے کہ شیطان ٹچ کرتا ہے تو اسے اجا دیتے ہیں۔</w:t>
      </w:r>
    </w:p>
    <w:p>
      <w:r>
        <w:rPr>
          <w:b/>
        </w:rPr>
        <w:t xml:space="preserve">[54:19] </w:t>
      </w:r>
      <w:r>
        <w:t>mein ek misaal doon mere bare bhai the chacha zad bhai the wo mar gaye wo to paan</w:t>
      </w:r>
    </w:p>
    <w:p>
      <w:pPr>
        <w:jc w:val="right"/>
      </w:pPr>
      <w:r>
        <w:t>میں ایک مثال دوں میرے بڑے بھائی تھے چچا زاد بھائی تھے وہ مر گئے وہ تو پان</w:t>
      </w:r>
    </w:p>
    <w:p>
      <w:r>
        <w:rPr>
          <w:b/>
        </w:rPr>
        <w:t xml:space="preserve">[54:25] </w:t>
      </w:r>
      <w:r>
        <w:t>bohat khate the bohat choona</w:t>
      </w:r>
    </w:p>
    <w:p>
      <w:pPr>
        <w:jc w:val="right"/>
      </w:pPr>
      <w:r>
        <w:t>بہت کھاتے تھے بہت چونا</w:t>
      </w:r>
    </w:p>
    <w:p>
      <w:r>
        <w:rPr>
          <w:b/>
        </w:rPr>
        <w:t xml:space="preserve">[54:28] </w:t>
      </w:r>
      <w:r>
        <w:t>is mein rehta tha bohat zyada choona har waqt munh paan bhara rehta hai un ke to un</w:t>
      </w:r>
    </w:p>
    <w:p>
      <w:pPr>
        <w:jc w:val="right"/>
      </w:pPr>
      <w:r>
        <w:t>اس میں رہتا تھا بہت زیادہ چونا ہر وقت منہ پان بھرا رہتا ہے ان کے تو ان</w:t>
      </w:r>
    </w:p>
    <w:p>
      <w:r>
        <w:rPr>
          <w:b/>
        </w:rPr>
        <w:t xml:space="preserve">[54:34] </w:t>
      </w:r>
      <w:r>
        <w:t>ki zaban jo thi us ko us ke taste buds mar chuke the</w:t>
      </w:r>
    </w:p>
    <w:p>
      <w:pPr>
        <w:jc w:val="right"/>
      </w:pPr>
      <w:r>
        <w:t>کی زبان جو تھی اس کو اس کے ٹیسٹ برڈز مر چکے تھے</w:t>
      </w:r>
    </w:p>
    <w:p>
      <w:r>
        <w:rPr>
          <w:b/>
        </w:rPr>
        <w:t xml:space="preserve">[54:39] </w:t>
      </w:r>
      <w:r>
        <w:t>kuch aap dein un ko ghante se ice cream dein ya koi bohat acha phal dein un ko</w:t>
      </w:r>
    </w:p>
    <w:p>
      <w:pPr>
        <w:jc w:val="right"/>
      </w:pPr>
      <w:r>
        <w:t>کچھ آپ دیں ان کو گھنٹے سے آئس کریم دیں یا کوئی بہت اچھا پھل دیں ان کو</w:t>
      </w:r>
    </w:p>
    <w:p>
      <w:r>
        <w:rPr>
          <w:b/>
        </w:rPr>
        <w:t xml:space="preserve">[54:44] </w:t>
      </w:r>
      <w:r>
        <w:t>pata nahi chalta tha in ko wo test birds mar chuke the un ke is tarah se kuch</w:t>
      </w:r>
    </w:p>
    <w:p>
      <w:pPr>
        <w:jc w:val="right"/>
      </w:pPr>
      <w:r>
        <w:t>پتہ نہیں چلتا تھا ان کو وہ ٹیسٹ برڈز مر چکے تھے ان کے اس طرح سے کچھ</w:t>
      </w:r>
    </w:p>
    <w:p>
      <w:r>
        <w:rPr>
          <w:b/>
        </w:rPr>
        <w:t xml:space="preserve">[54:48] </w:t>
      </w:r>
      <w:r>
        <w:t>log ho sakte hain jo in sensitive ho jayen apni galat zindagi ki waja se</w:t>
      </w:r>
    </w:p>
    <w:p>
      <w:pPr>
        <w:jc w:val="right"/>
      </w:pPr>
      <w:r>
        <w:t>لوگ ہو سکتے ہیں جو ان سینسٹیو ہو جائیں اپنی غلط زندگی کی وجہ سے</w:t>
      </w:r>
    </w:p>
    <w:p>
      <w:r>
        <w:rPr>
          <w:b/>
        </w:rPr>
        <w:t xml:space="preserve">[54:55] </w:t>
      </w:r>
      <w:r>
        <w:t>to sara depend karta hai is par ke aap sensitive zinda hain ke sensitive khatm ho gayi to</w:t>
      </w:r>
    </w:p>
    <w:p>
      <w:pPr>
        <w:jc w:val="right"/>
      </w:pPr>
      <w:r>
        <w:t>تو سارا ڈیپینڈ کرتا ہے اس پر کہ آپ سینسٹیو زندہ ہیں کہ سینسٹیو ختم ہو گئی تو</w:t>
      </w:r>
    </w:p>
    <w:p>
      <w:r>
        <w:rPr>
          <w:b/>
        </w:rPr>
        <w:t xml:space="preserve">[55:01] </w:t>
      </w:r>
      <w:r>
        <w:t>sensitivity ko bachana parta hai</w:t>
      </w:r>
    </w:p>
    <w:p>
      <w:pPr>
        <w:jc w:val="right"/>
      </w:pPr>
      <w:r>
        <w:t>سینسٹیوٹی کو بچانا پڑتا ہے</w:t>
      </w:r>
    </w:p>
    <w:p>
      <w:r>
        <w:rPr>
          <w:b/>
        </w:rPr>
        <w:t xml:space="preserve">[55:04] </w:t>
      </w:r>
      <w:r>
        <w:t>jaise main doosri misaal deta hoon aap ko ke deoband ke ek sahib the anwar shah kashmiri bahut bare scholar the woh to un ko kisi ne bataya ke khatti cheez se memory kharab ho jati hai khatti cheez meri maan ke aaj sahi hai galat lekin kisi hakim ne bata diya tha un ko to kabhi koi khatti cheez woh nahi khate the</w:t>
      </w:r>
    </w:p>
    <w:p>
      <w:pPr>
        <w:jc w:val="right"/>
      </w:pPr>
      <w:r>
        <w:t>جیسے میں دوسری مثال دیتا ہوں آپ کو کہ دیوبند کے ایک صاحب تھے انور شاہ کشمیری بہت بڑے سکالر تھے وہ تو ان کو کسی کہ کھٹی چیز سے میموری خراب ہو جاتی ہے کھٹی چیز میری مان کے آج صحیح ہے غلط لیکن کسی حکیم نے بتا دیا تھا ان کو تو کبھی کوئی کھٹی چیز وہ نہیں کھاتے تھے</w:t>
      </w:r>
    </w:p>
    <w:p>
      <w:r>
        <w:rPr>
          <w:b/>
        </w:rPr>
        <w:t xml:space="preserve">[55:26] </w:t>
      </w:r>
      <w:r>
        <w:t>woh memory bahut zabardast un ki thi yeh photographic memory thi un ke andar jaise ke aam un ko bahut pasand tha kabhi bhi aam ko direct nahi khate the woh kisi aur se kehte the bhai check kar dekho khata hai ke meetha hai agar woh kehta hai khata hai to nahi khate the aur pura meetha hota hai tab khate the apni memory ko bachane ke liye unhon ne yeh kiya isi tarah hum ko apni sensitivity ko bachana bhi karna padega</w:t>
      </w:r>
    </w:p>
    <w:p>
      <w:pPr>
        <w:jc w:val="right"/>
      </w:pPr>
      <w:r>
        <w:t>وہ میموری بہت زبردست ان کی تھی یہ فوٹوگرافک میموری تھی ان کے اندر جیسے کہ ام ان کو بہت پسند تھا کبھی بھی ام کو ڈائریکٹ نہیں کھاتے تھے وہ کسی اور سے کہتے تھے بھئی چیک کر دیکھو کھٹا ہے کہ میٹھا ہے اگر وہ کہتا ہے کھٹا ہے تو نہیں کھاتے تھے اور پورا میٹھا ہوتا ہے تب کھاتے تھے اپنی میموری کو بچانے کے لیے انہوں نے یہ کیا اسی طرح ہم کو اپنی سینسٹیوٹی کو بچانا بھی کرنا پڑے گا</w:t>
      </w:r>
    </w:p>
    <w:p>
      <w:r>
        <w:rPr>
          <w:b/>
        </w:rPr>
        <w:t xml:space="preserve">[55:54] </w:t>
      </w:r>
      <w:r>
        <w:t>agar aap apni sensitivity ko nahi bachayenge to shaitan jo hai woh touch karega pata nahi chalega shaitan ghus jayega pata nahi chalega shaitan aur bal kar lega pata nahi chalega to jis tarah se unhon ne apne apne test buds ko kharab kiya us tarah koi kharab kar leta hai to us ko shaitan ko pata nahi chalega ya jis tarah se unhon ne apne is ko memory ko bachaya hai us tarah jo bachayega us ko foran pata chal jayega</w:t>
      </w:r>
    </w:p>
    <w:p>
      <w:pPr>
        <w:jc w:val="right"/>
      </w:pPr>
      <w:r>
        <w:t>اگر آپ اپنی سینسٹیوٹی کو نہیں بچائیں گے تو شیطان جو ہے وہ ٹچ کرے گا پتہ نہیں چلے گا شیطان گھس جائے گا پتہ نہیں چلے گا شیطان اور بال کر لے گا پتہ نہیں چلے گا تو جس طریقے سے انہوں نے اپنے اپنے ٹیسٹ برڈز کو خراب کیا اس طرح کوئی خراب کر لیتا ہے تو اس کو شیطان کو پتہ نہیں چلے گا یا جس طرح سے انہوں نے اپنے اس کو میموری کو بچایا ہے اس طرح جو بچائے گا اس کو فورا پتہ چل جائے گا</w:t>
      </w:r>
    </w:p>
    <w:p>
      <w:r>
        <w:rPr>
          <w:b/>
        </w:rPr>
        <w:t xml:space="preserve">[56:23] </w:t>
      </w:r>
      <w:r>
        <w:t>yeh bahut hi natural baat hai yeh jo aap bahut aasani se samajh sakte hain.</w:t>
      </w:r>
    </w:p>
    <w:p>
      <w:pPr>
        <w:jc w:val="right"/>
      </w:pPr>
      <w:r>
        <w:t>یہ بہت ہی نیچرل بات ہے یہ جو آپ بہت آسانی سے سمجھ سکتے ہیں۔</w:t>
      </w:r>
    </w:p>
    <w:p>
      <w:r>
        <w:rPr>
          <w:b/>
        </w:rPr>
        <w:t xml:space="preserve">[56:31] </w:t>
      </w:r>
      <w:r>
        <w:t>the question is from naveed iqbal maulana is it really essential to know or accept god by the name allah?</w:t>
      </w:r>
    </w:p>
    <w:p>
      <w:pPr>
        <w:jc w:val="right"/>
      </w:pPr>
      <w:r>
        <w:t>دس کوئسچن از فرام ناوید اقبال مولانا از اٹ ریلی ایسینشل ٹو نو اور ایکسیپٹ گاڈ بائی دی نیم اللہ؟</w:t>
      </w:r>
    </w:p>
    <w:p>
      <w:r>
        <w:rPr>
          <w:b/>
        </w:rPr>
        <w:t xml:space="preserve">[56:43] </w:t>
      </w:r>
      <w:r>
        <w:t>dekhen yeh fiqah pakistan walon ne pata kiya hai ke allah khuda ka ism ism e zaat hai</w:t>
      </w:r>
    </w:p>
    <w:p>
      <w:pPr>
        <w:jc w:val="right"/>
      </w:pPr>
      <w:r>
        <w:t>دیکھیں یہ فقہ پاکستان والوں نے پتہ کیا ہے کہ اللہ خدا کا اسم اسم ذات ہے</w:t>
      </w:r>
    </w:p>
    <w:p>
      <w:r>
        <w:rPr>
          <w:b/>
        </w:rPr>
        <w:t xml:space="preserve">[56:49] </w:t>
      </w:r>
      <w:r>
        <w:t>main is ko koi galat samajhta hoon khuda koi ism e zaat nahi hota khuda khuda hai aap khuda</w:t>
      </w:r>
    </w:p>
    <w:p>
      <w:pPr>
        <w:jc w:val="right"/>
      </w:pPr>
      <w:r>
        <w:t>میں اس کو کوئی غلط سمجھتا ہوں خدا کوئی اسم ذات نہیں ہوتا خدا خدا ہے آپ خدا</w:t>
      </w:r>
    </w:p>
    <w:p>
      <w:r>
        <w:rPr>
          <w:b/>
        </w:rPr>
        <w:t xml:space="preserve">[56:55] </w:t>
      </w:r>
      <w:r>
        <w:t>kahein ya Allah kahein dono halaton mein</w:t>
      </w:r>
    </w:p>
    <w:p>
      <w:pPr>
        <w:jc w:val="right"/>
      </w:pPr>
      <w:r>
        <w:t>کہیں یا اللہ کہیں دونوں حالتوں میں</w:t>
      </w:r>
    </w:p>
    <w:p>
      <w:r>
        <w:rPr>
          <w:b/>
        </w:rPr>
        <w:t xml:space="preserve">[56:59] </w:t>
      </w:r>
      <w:r>
        <w:t>is ka wahi naam hoga ye kabhi bhi is se pehle kabhi aisa nahi hua ye sirf Pakistan</w:t>
      </w:r>
    </w:p>
    <w:p>
      <w:pPr>
        <w:jc w:val="right"/>
      </w:pPr>
      <w:r>
        <w:t>اس کا وہی نام ہوگا یہ کبھی بھی اس سے پہلے کبھی ایسا نہیں ہوا یہ صرف پاکستان</w:t>
      </w:r>
    </w:p>
    <w:p>
      <w:r>
        <w:rPr>
          <w:b/>
        </w:rPr>
        <w:t xml:space="preserve">[57:05] </w:t>
      </w:r>
      <w:r>
        <w:t>ka fitna hi hai inhon ne nikala hai ye yani wo waise pehle log kehte thay khuda hafiz</w:t>
      </w:r>
    </w:p>
    <w:p>
      <w:pPr>
        <w:jc w:val="right"/>
      </w:pPr>
      <w:r>
        <w:t>کا فتنہ ہی ہے انہوں نے نکالا ہے یہ یعنی وہ ویسے پہلے لوگ کہتے تھے خدا حافظ</w:t>
      </w:r>
    </w:p>
    <w:p>
      <w:r>
        <w:rPr>
          <w:b/>
        </w:rPr>
        <w:t xml:space="preserve">[57:11] </w:t>
      </w:r>
      <w:r>
        <w:t>aap kehte hain Allah hafiz kaho ye koi Islam thori hai ye Pakistaniyat hai ye ye Islam se</w:t>
      </w:r>
    </w:p>
    <w:p>
      <w:pPr>
        <w:jc w:val="right"/>
      </w:pPr>
      <w:r>
        <w:t>آپ کہتے ہیں اللہ حافظ کہو یہ کوئی اسلام تھوڑی ہے یہ پاکستانیت ہے یہ یہ اسلام سے</w:t>
      </w:r>
    </w:p>
    <w:p>
      <w:r>
        <w:rPr>
          <w:b/>
        </w:rPr>
        <w:t xml:space="preserve">[57:18] </w:t>
      </w:r>
      <w:r>
        <w:t>koi taluq is ka nahi hai aap ghor kijiye ke Islam jab shuru hua to wahan par wo</w:t>
      </w:r>
    </w:p>
    <w:p>
      <w:pPr>
        <w:jc w:val="right"/>
      </w:pPr>
      <w:r>
        <w:t>کوئی تعلق اس کا نہیں ہے آپ غور کیجئے کہ اسلام جب شروع ہوا تو وہاں پر وہ</w:t>
      </w:r>
    </w:p>
    <w:p>
      <w:r>
        <w:rPr>
          <w:b/>
        </w:rPr>
        <w:t xml:space="preserve">[57:24] </w:t>
      </w:r>
      <w:r>
        <w:t>Arab language thi aur wo log bhi Allah hi bolte thay jo but parast thay jo mushrik thay</w:t>
      </w:r>
    </w:p>
    <w:p>
      <w:pPr>
        <w:jc w:val="right"/>
      </w:pPr>
      <w:r>
        <w:t>عرب لینگویج تھی اور وہ لوگ بھی اللہ ہی بولتے تھے جو بت پرست تھے جو مشرک تھے</w:t>
      </w:r>
    </w:p>
    <w:p>
      <w:r>
        <w:rPr>
          <w:b/>
        </w:rPr>
        <w:t xml:space="preserve">[57:30] </w:t>
      </w:r>
      <w:r>
        <w:t>wo bhi Allah bolte thay to Islam mein Allah ke sath taluq to nahi banaya gaya wahi</w:t>
      </w:r>
    </w:p>
    <w:p>
      <w:pPr>
        <w:jc w:val="right"/>
      </w:pPr>
      <w:r>
        <w:t>وہ بھی اللہ بولتے تھے تو اسلام میں اللہ کے ساتھ تعلق تو نہیں بنایا گیا وہی</w:t>
      </w:r>
    </w:p>
    <w:p>
      <w:r>
        <w:rPr>
          <w:b/>
        </w:rPr>
        <w:t xml:space="preserve">[57:36] </w:t>
      </w:r>
      <w:r>
        <w:t>lafz jo mushrik log bolte the usi ko islam mein le liya gaya</w:t>
      </w:r>
    </w:p>
    <w:p>
      <w:pPr>
        <w:jc w:val="right"/>
      </w:pPr>
      <w:r>
        <w:t>لفظ جو مشرک لوگ بولتے تھے اسی کو اسلام میں لے لیا گیا</w:t>
      </w:r>
    </w:p>
    <w:p>
      <w:r>
        <w:rPr>
          <w:b/>
        </w:rPr>
        <w:t xml:space="preserve">[57:41] </w:t>
      </w:r>
      <w:r>
        <w:t>phir is ke baad islam pahuncha woh iran mein wahan parshian zuban thi wahan khuda pehle chalta tha khuda pehle se yahan khuda chalne laga to mushrikeen ka bola hua word allah islam mein le liya gaya is tarah se majusiyon ka bola hua word iran mein khuda ko le liya gaya hazar baras tak kisi ko is mein pareshani nahi</w:t>
      </w:r>
    </w:p>
    <w:p>
      <w:pPr>
        <w:jc w:val="right"/>
      </w:pPr>
      <w:r>
        <w:t>پھر اس کے بعد اسلام پہنچا وہ ایران میں وہاں پرشین زبان تھی وہاں خدا پہلے چلتا تھا خدا پہلے سے یہاں خدا چلنے لگا تو مشرکین کا بولا ہوا ورڈ اللہ اسلام میں لے لیا گیا اس طریقے سے مجوسیوں کا بولا ہوا ورڈ ایران میں خدا کو لے لیا گیا ہزار برس تک کسی کو اس میں پریشانی نہیں</w:t>
      </w:r>
    </w:p>
    <w:p>
      <w:r>
        <w:rPr>
          <w:b/>
        </w:rPr>
        <w:t xml:space="preserve">[58:07] </w:t>
      </w:r>
      <w:r>
        <w:t>hui. kya islam se history se ya history se koi taluq nahi hai language se koi taluq nahi hai yeh ek ek khud sakhta self style baat hai yeh main bahut khilaf hoon is pe main bahut zyada khilaf hoon main is ke meri meri rooh hai jo is ko is ko aghwa karti hai is ko the question is from madiha how to unfold the spiritual and intellectual capacity of mind?</w:t>
      </w:r>
    </w:p>
    <w:p>
      <w:pPr>
        <w:jc w:val="right"/>
      </w:pPr>
      <w:r>
        <w:t>ہوئی. کیا اسلام سے ہسٹری سے یا ہسٹری سے کوئی تعلق نہیں ہے لینگویج سے کوئی تعلق نہیں ہے یہ ایک ایک خود ساختہ سیلف اسٹائل بات ہے یہ میں بہت خلاف ہوں اس پہ میں بہت زیادہ خلاف ہوں میں اس کے میری میری روح ہے جو اس کو اس کو اغوا کرتی ہے اس کو دس کوئسچن از فرام مدیحہ ہاؤ ٹو ان فولڈ دی سپرچول اینڈ انٹلیکچول کپیسٹی اف مائنڈ؟</w:t>
      </w:r>
    </w:p>
    <w:p>
      <w:r>
        <w:rPr>
          <w:b/>
        </w:rPr>
        <w:t xml:space="preserve">[58:35] </w:t>
      </w:r>
      <w:r>
        <w:t>haan yeh bahut acha question hai</w:t>
      </w:r>
    </w:p>
    <w:p>
      <w:pPr>
        <w:jc w:val="right"/>
      </w:pPr>
      <w:r>
        <w:t>ہاں یہ بہت اچھا کوئسچن ہے</w:t>
      </w:r>
    </w:p>
    <w:p>
      <w:r>
        <w:rPr>
          <w:b/>
        </w:rPr>
        <w:t xml:space="preserve">[58:39] </w:t>
      </w:r>
      <w:r>
        <w:t>bahut acha question hai</w:t>
      </w:r>
    </w:p>
    <w:p>
      <w:pPr>
        <w:jc w:val="right"/>
      </w:pPr>
      <w:r>
        <w:t>بہت اچھا کوئسچن ہے</w:t>
      </w:r>
    </w:p>
    <w:p>
      <w:r>
        <w:rPr>
          <w:b/>
        </w:rPr>
        <w:t xml:space="preserve">[58:54] </w:t>
      </w:r>
      <w:r>
        <w:t>dekhen sab se pehli cheez yeh hai ke aadmi is baat ko ke use apne spiritual potential ko unfold karna hai us ko woh apna supreme consent banaye</w:t>
      </w:r>
    </w:p>
    <w:p>
      <w:pPr>
        <w:jc w:val="right"/>
      </w:pPr>
      <w:r>
        <w:t>دیکھیں سب سے پہلی چیز یہ ہے کہ آدمی اس بات کو کہ اسے اپنے سپریچول پوٹینشل کو ان فولڈ کرنا ہے اس کو وہ اپنا سپریم کنسنٹ بنائے</w:t>
      </w:r>
    </w:p>
    <w:p>
      <w:r>
        <w:rPr>
          <w:b/>
        </w:rPr>
        <w:t xml:space="preserve">[59:12] </w:t>
      </w:r>
      <w:r>
        <w:t>from here is the beginning jab tak aap ne is ko apna supreme consent na banaya ho tab tak koi beginning hi nahi ho</w:t>
      </w:r>
    </w:p>
    <w:p>
      <w:pPr>
        <w:jc w:val="right"/>
      </w:pPr>
      <w:r>
        <w:t>فرام ہیر از دا بگننگ جب تک آپ نے اس کو اپنا سپریم کنسنٹ نہ بنایا ہو تب تک کوئی بگننگ ہی نہیں ہو</w:t>
      </w:r>
    </w:p>
    <w:p>
      <w:r>
        <w:rPr>
          <w:b/>
        </w:rPr>
        <w:t xml:space="preserve">[59:22] </w:t>
      </w:r>
      <w:r>
        <w:t>gi kuch kuch bhi aage badhne wali baat nahi hai jaise main apne bare mein arz karta hoon ke maine isi cheez ko apna zindagi ka target bana liya tha</w:t>
      </w:r>
    </w:p>
    <w:p>
      <w:pPr>
        <w:jc w:val="right"/>
      </w:pPr>
      <w:r>
        <w:t>گی کچھ کچھ بھی آگے بڑھنے والی بات نہیں ہے جیسے میں اپنے بارے میں عرض کرتا ہوں کہ میں نے اسی چیز کو اپنا زندگی کا ٹارگٹ بنا لیا تھا</w:t>
      </w:r>
    </w:p>
    <w:p>
      <w:r>
        <w:rPr>
          <w:b/>
        </w:rPr>
        <w:t xml:space="preserve">[59:36] </w:t>
      </w:r>
      <w:r>
        <w:t>to mujhe kya hua mislan hum rehte thay UP mein to bohat ziyada shadiyon mein jana aur</w:t>
      </w:r>
    </w:p>
    <w:p>
      <w:pPr>
        <w:jc w:val="right"/>
      </w:pPr>
      <w:r>
        <w:t>تو مجھے کیا ہوا مثلا ہم رہتے تھے یو پی میں تو بہت زیادہ شادیوں میں جانا اور</w:t>
      </w:r>
    </w:p>
    <w:p>
      <w:r>
        <w:rPr>
          <w:b/>
        </w:rPr>
        <w:t xml:space="preserve">[59:43] </w:t>
      </w:r>
      <w:r>
        <w:t>ye sab riwaj hota hai family mein</w:t>
      </w:r>
    </w:p>
    <w:p>
      <w:pPr>
        <w:jc w:val="right"/>
      </w:pPr>
      <w:r>
        <w:t>یہ سب رواج ہوتا ہے فیملی میں</w:t>
      </w:r>
    </w:p>
    <w:p>
      <w:r>
        <w:rPr>
          <w:b/>
        </w:rPr>
        <w:t xml:space="preserve">[59:47] </w:t>
      </w:r>
      <w:r>
        <w:t>aur shadiyon mein jana jo hai kiya hai is ko main super distraction manta hoon</w:t>
      </w:r>
    </w:p>
    <w:p>
      <w:pPr>
        <w:jc w:val="right"/>
      </w:pPr>
      <w:r>
        <w:t>اور شادیوں میں جانا جو ہے کیا ہے اس کو میں سپر ڈسٹریشن مانتا ہوں</w:t>
      </w:r>
    </w:p>
    <w:p>
      <w:r>
        <w:rPr>
          <w:b/>
        </w:rPr>
        <w:t xml:space="preserve">[59:54] </w:t>
      </w:r>
      <w:r>
        <w:t>to main ne shadiyon mein jana bilkul chhod diya</w:t>
      </w:r>
    </w:p>
    <w:p>
      <w:pPr>
        <w:jc w:val="right"/>
      </w:pPr>
      <w:r>
        <w:t>تو میں نے شادیوں میں جانا بالکل چھوڑ دیا</w:t>
      </w:r>
    </w:p>
    <w:p>
      <w:r>
        <w:rPr>
          <w:b/>
        </w:rPr>
        <w:t xml:space="preserve">[59:58] </w:t>
      </w:r>
      <w:r>
        <w:t>mere sagay bhai ki beti ki shadi hui unhon ne bulaya main nahi gaya do saal tak mujh</w:t>
      </w:r>
    </w:p>
    <w:p>
      <w:pPr>
        <w:jc w:val="right"/>
      </w:pPr>
      <w:r>
        <w:t>میرے سگے بھائی کی بیٹی کی شادی ہوئی انہوں نے بلایا میں نہیں گیا دو سال تک مجھ</w:t>
      </w:r>
    </w:p>
    <w:p>
      <w:r>
        <w:rPr>
          <w:b/>
        </w:rPr>
        <w:t xml:space="preserve">[1:00:03] </w:t>
      </w:r>
      <w:r>
        <w:t>se bolay nahi wo bolay hi nahi wo bilkul</w:t>
      </w:r>
    </w:p>
    <w:p>
      <w:pPr>
        <w:jc w:val="right"/>
      </w:pPr>
      <w:r>
        <w:t>سے بولے نہیں وہ بولے ہی نہیں وہ بالکل</w:t>
      </w:r>
    </w:p>
    <w:p>
      <w:r>
        <w:rPr>
          <w:b/>
        </w:rPr>
        <w:t xml:space="preserve">[1:00:07] </w:t>
      </w:r>
      <w:r>
        <w:t>do saal ke baad dheere dheere phir bolne lage woh main ne is ko bardasht kiya na bolein ya bolein to asal sab se bari cheez jo aaj jis se bachna hai insan ko woh hai distraction kyun dekhen pani jis tarah pani jo hai apne aap hi behta hai jab tak aap koi wahan par dam na banaye dam na banaye to pani ko behta hi pani hi banna hai</w:t>
      </w:r>
    </w:p>
    <w:p>
      <w:pPr>
        <w:jc w:val="right"/>
      </w:pPr>
      <w:r>
        <w:t>دو سال کے بعد دھیرے دھیرے پھر بولنے لگے وہ میں نے اس کو برداشت کیا نہ بولیں یا بولیں تو اصل سب سے بڑی چیز جو اج جس سے بچنا ہے انسان کو وہ ہے ڈسٹریکشن کیوں دیکھیں پانی جس طرح پانی جو ہے اپنے آپ ہی بہتا ہے جب تک آپ کوئی وہاں پر ڈیم نہ بنائیں ڈیم نہ بنائیں تو پانی کو بہتا ہی پانی ہی بننا ہے</w:t>
      </w:r>
    </w:p>
    <w:p>
      <w:r>
        <w:rPr>
          <w:b/>
        </w:rPr>
        <w:t xml:space="preserve">[1:00:32] </w:t>
      </w:r>
      <w:r>
        <w:t>is tarah se spiritually ko unfold hona hi hona hai ya is intellectual development ko unfold hona hi hona hai woh jo potential hai woh nikla padta hai bilkul</w:t>
      </w:r>
    </w:p>
    <w:p>
      <w:pPr>
        <w:jc w:val="right"/>
      </w:pPr>
      <w:r>
        <w:t>اس طرح سے سپریچولی کو ان فولڈ ہونا ہی ہونا ہے یا اس انٹلیکچول ڈیولپمنٹ کو ان فولڈ ہونا ہی ہونا ہے وہ جو پوٹینشل ہے وہ نکلا پڑتا ہے بالکل</w:t>
      </w:r>
    </w:p>
    <w:p>
      <w:r>
        <w:rPr>
          <w:b/>
        </w:rPr>
        <w:t xml:space="preserve">[1:00:46] </w:t>
      </w:r>
      <w:r>
        <w:t>quran mein aaya hai ke woh jise bahut acha petrol ho to aag door hai tab bhi pakad leta hai woh to us ko unfold hona hi hona hai woh andar se zor mar rahe hain nikalne ke liye</w:t>
      </w:r>
    </w:p>
    <w:p>
      <w:pPr>
        <w:jc w:val="right"/>
      </w:pPr>
      <w:r>
        <w:t>قرآن میں آیا ہے کہ وہ جسے بہت اچھا پٹرول ہو تو اگ دور ہے تب بھی پکڑ لیتا ہے وہ تو اس کو ان فولڈ ہونا ہی ہونا ہے وہ اندر سے زور مار رہے ہیں نکلنے کے لیے</w:t>
      </w:r>
    </w:p>
    <w:p>
      <w:r>
        <w:rPr>
          <w:b/>
        </w:rPr>
        <w:t xml:space="preserve">[1:01:00] </w:t>
      </w:r>
      <w:r>
        <w:t>lekin distraction jo karte hain hum us ki wajah se woh unfold nahi ho pata yahan main yeh arz kar doon ke distraction ki do qismein hain ek ek jaiz ek najais maslan alcohol hai wine hai yeh sab woh cheezein hain jo islam mein unlawful hain</w:t>
      </w:r>
    </w:p>
    <w:p>
      <w:pPr>
        <w:jc w:val="right"/>
      </w:pPr>
      <w:r>
        <w:t>لیکن ڈسٹریکشن جو کرتے ہیں ہم اس کی وجہ سے وہ ان فولڈ نہیں ہو پاتا یہاں میں یہ عرض کر دوں کہ ڈسٹریکشن کی دو قسمیں ہیں ایک ایک جائز ایک ناجائز مثلا الڈری ہے وائن ہے یہ سب وہ چیزیں ہیں جو اسلام میں ان لافل ہیں</w:t>
      </w:r>
    </w:p>
    <w:p>
      <w:r>
        <w:rPr>
          <w:b/>
        </w:rPr>
        <w:t xml:space="preserve">[1:01:20] </w:t>
      </w:r>
      <w:r>
        <w:t>lekin ek hadith hai ke woh la yuballigh al mutaqeen hatta yadda'a ma ba'd hazar ma ba'd ke jo cheez najais nahi hai jo cheez jaiz hai us se bhi bachna padta hai aadmi ko ek to najais se bachna</w:t>
      </w:r>
    </w:p>
    <w:p>
      <w:pPr>
        <w:jc w:val="right"/>
      </w:pPr>
      <w:r>
        <w:t>لیکن ایک حدیث ہے کہ وہ لا یبلغ المتقین حتییدا مالا بعض حذر ما بی بعض کہ جو چیز ناجائز نہیں ہے جو چیز جائز ہے اس سے بھی بچنا پڑتا ہے آدمی کو ایک تو ناجائز سے بچنا</w:t>
      </w:r>
    </w:p>
    <w:p>
      <w:r>
        <w:rPr>
          <w:b/>
        </w:rPr>
        <w:t xml:space="preserve">[1:01:44] </w:t>
      </w:r>
      <w:r>
        <w:t>jaise main aap ne bataoon aap ko ke hamare zamane mein wahan par hua karti thi bait bazi</w:t>
      </w:r>
    </w:p>
    <w:p>
      <w:pPr>
        <w:jc w:val="right"/>
      </w:pPr>
      <w:r>
        <w:t>جیسے میں آپ نے بتاؤں آپ کو کہ ہمارے زمانے میں وہاں پر ہوا کرتی تھی بیعت بازی</w:t>
      </w:r>
    </w:p>
    <w:p>
      <w:r>
        <w:rPr>
          <w:b/>
        </w:rPr>
        <w:t xml:space="preserve">[1:01:51] </w:t>
      </w:r>
      <w:r>
        <w:t>mushaira walon ko aap log jante hain ke nahi jante hain bait bazi yani shair parhte thay wo</w:t>
      </w:r>
    </w:p>
    <w:p>
      <w:pPr>
        <w:jc w:val="right"/>
      </w:pPr>
      <w:r>
        <w:t>مینی والوں کو آپ لوگ جانتے ہیں کہ نہیں جانتے ہیں بیعت بازی یعنی شعر پڑھتے تھے وہ</w:t>
      </w:r>
    </w:p>
    <w:p>
      <w:r>
        <w:rPr>
          <w:b/>
        </w:rPr>
        <w:t xml:space="preserve">[1:01:56] </w:t>
      </w:r>
      <w:r>
        <w:t>aik shair main ne parha to aik shair aap parhein ge</w:t>
      </w:r>
    </w:p>
    <w:p>
      <w:pPr>
        <w:jc w:val="right"/>
      </w:pPr>
      <w:r>
        <w:t>ایک شعر میں نے پڑھا تو ایک شعر آپ پڑھیں گے</w:t>
      </w:r>
    </w:p>
    <w:p>
      <w:r>
        <w:rPr>
          <w:b/>
        </w:rPr>
        <w:t xml:space="preserve">[1:01:59] </w:t>
      </w:r>
      <w:r>
        <w:t>to is ko kehte hain bait bazi shayad aap log jante hain ya nahi jante to is mein</w:t>
      </w:r>
    </w:p>
    <w:p>
      <w:pPr>
        <w:jc w:val="right"/>
      </w:pPr>
      <w:r>
        <w:t>تو اس کو کہتے ہیں بیعت بازی شاید آپ لوگ جانتے ہیں یا نہیں جانتے تو اس میں</w:t>
      </w:r>
    </w:p>
    <w:p>
      <w:r>
        <w:rPr>
          <w:b/>
        </w:rPr>
        <w:t xml:space="preserve">[1:02:04] </w:t>
      </w:r>
      <w:r>
        <w:t>aisa hota hai aik aik shair parha aap ne to is shair ke jo aakhri</w:t>
      </w:r>
    </w:p>
    <w:p>
      <w:pPr>
        <w:jc w:val="right"/>
      </w:pPr>
      <w:r>
        <w:t>ایسا ہوتا ہے ایک ایک شعر پڑھا آپ نے تو اس شعر کے جو آخری</w:t>
      </w:r>
    </w:p>
    <w:p>
      <w:r>
        <w:rPr>
          <w:b/>
        </w:rPr>
        <w:t xml:space="preserve">[1:02:09] </w:t>
      </w:r>
      <w:r>
        <w:t>wo jo letter hota hai us letter se shuru hone wala aap ko parhna parta hai</w:t>
      </w:r>
    </w:p>
    <w:p>
      <w:pPr>
        <w:jc w:val="right"/>
      </w:pPr>
      <w:r>
        <w:t>وہ جو لیٹر ہوتا ہے اس لیٹر سے شروع ہونے والا آپ کو پڑھنا پڑتا ہے</w:t>
      </w:r>
    </w:p>
    <w:p>
      <w:r>
        <w:rPr>
          <w:b/>
        </w:rPr>
        <w:t xml:space="preserve">[1:02:15] </w:t>
      </w:r>
      <w:r>
        <w:t>jaise aap ne parha ke rab ki hamd o sana kar bhai bhai mein aakhri letter hai yeh to aap ek aisa shair parhen ge jis mein yeh se shuru hota ho yeh hai bait baazi to to is zamane mein ajeeb tamashe hote the jaise ke ek saahab ne parha ek aisa jis mein ke rarray par khatm hota hai rarray</w:t>
      </w:r>
    </w:p>
    <w:p>
      <w:pPr>
        <w:jc w:val="right"/>
      </w:pPr>
      <w:r>
        <w:t>جیسے آپ نے پڑھا کہ رب کی حمد و ثناء کر بھائی بھائی میں آخری لیٹر ہے یہ تو آپ ایک ایسا شعر پڑھیں گے جس میں یہ سے شروع ہوتا ہو یہ ہے بیعت بازی تو تو اس زمانے میں عجیب تماشے ہوتے تھے جیسے کہ ایک صاحب نے پڑھا ایک ایسا جس میں کہ رڑے پر ختم ہوتا ہے رڑے</w:t>
      </w:r>
    </w:p>
    <w:p>
      <w:r>
        <w:rPr>
          <w:b/>
        </w:rPr>
        <w:t xml:space="preserve">[1:02:36] </w:t>
      </w:r>
      <w:r>
        <w:t>rarray ka word yaani na arabic mein hai na na is mein hai english mein hai hindi mein rarray ka word hota hai sirf jaise gur to ek aadmi parh gaya ke is par rarray par khatm hota tha to ab rarray par shuru hona koi word koi shair nahi tha aisa jis mein rarray par shuru ho to ek saahab bohat yaani bohat minor un ka woh tha usi waqt unhon ne banaya ek shair rao raiyan pahaar ghan ch</w:t>
      </w:r>
    </w:p>
    <w:p>
      <w:pPr>
        <w:jc w:val="right"/>
      </w:pPr>
      <w:r>
        <w:t>رڑے کا ورڈ یعنی نہ عربک میں ہے نہ نہ اس میں ہے انگلش میں ہے ہندی میں رڑے کا ورڈ ہوتا ہے صرف جیسے گڑ تو ایک آدمی پڑھ گیا کہ اس پر رڑے پر ختم ہوتا تھا تو اب رڑے پر شروع ہونا کوئی ورڈ کوئی شعر نہیں تھا ایسا جس میں رڑے پر شروع ہو تو ایک صاحب بہت یعنی بہت مائنر ان کا وہ تھا اسی وقت انہوں نے بنایا ایک شعر راؤ رائیاں پہاڑ گھن چ</w:t>
      </w:r>
    </w:p>
    <w:p>
      <w:r>
        <w:rPr>
          <w:b/>
        </w:rPr>
        <w:t xml:space="preserve">[1:03:04] </w:t>
      </w:r>
      <w:r>
        <w:t>kar ek ek ek barhata paon bar chakar aise bana liya unhon ne to is ne parha hai jis par gur par khatm hota tha narle par to is ne banaya rao raiyan pahaar ghan chakar yeh sab shayari hua karti thi to hum log ghanton baith ke karte the ab jab mujhe pata chala ke yeh to distraction hai agarche jaiz hai magar distraction hai agarche jaiz hai magar distraction hai suddenly mein ne chhod diya is ko</w:t>
      </w:r>
    </w:p>
    <w:p>
      <w:pPr>
        <w:jc w:val="right"/>
      </w:pPr>
      <w:r>
        <w:t>کر ایک ایک ایک بر ہاٹا پاؤں بر چکر ایسے بنا لیا انہوں نے تو اس نے پڑھا ہے جس پر گڑ پر ختم ہوتا تھا نرلے پر تو اس نے بنایا راؤ رائیاں پہاڑ گھن چکر یہ سب شاعری ہوا کرتی تھی تو ہم لوگ گھنٹوں بیٹھ کے کرتے تھے اب جب مجھے پتہ چلا کہ یہ تو ڈسٹریکشن ہے اگرچہ جائز ہے مگر ڈسٹریکشن ہے اگرچہ جائز ہے مگر ڈسٹریکشن ہے سڈنلی میں نے چھوڑ دیا اس کو</w:t>
      </w:r>
    </w:p>
    <w:p>
      <w:r>
        <w:rPr>
          <w:b/>
        </w:rPr>
        <w:t xml:space="preserve">[1:03:34] </w:t>
      </w:r>
      <w:r>
        <w:t>halanke hum log bohat is mein ghar ke jo ladke ladkiyan hoti thi sab baith kar khoob isi ghanton kiya karte the yeh sab baat to dekhen distraction dono qism ke hote hain lekin result ek hai yaani najaaiz distraction ka result bhi yahi hai ke aap ka development ruke lekin jaiz distraction ka result bhi yahi hai ke ruke to according to the result both are one and the same</w:t>
      </w:r>
    </w:p>
    <w:p>
      <w:pPr>
        <w:jc w:val="right"/>
      </w:pPr>
      <w:r>
        <w:t>حالانکہ ہم لوگ بہت اس میں گھر کے جو لڑکے لڑکیاں ہوتی تھیں سب بیٹھ کر خوب اسی گھنٹوں کیا کرتے تھے یہ سب بات تو دیکھیں ڈسٹریکشن دونوں قسم کے ہوتے ہیں لیکن رزلٹ ایک ہے یعنی ناجائز ڈسٹریکشن کا رزلٹ بھی یہی ہے کہ آپ کا ڈیولپمنٹ رکے لیکن جائز ڈسٹریکشن کا رزلٹ بھی یہی ہے کہ رکے تو اکارڈنگ ٹو دا رزلٹ بوتھ ار ون اینڈ دا سیم</w:t>
      </w:r>
    </w:p>
    <w:p>
      <w:r>
        <w:rPr>
          <w:b/>
        </w:rPr>
        <w:t xml:space="preserve">[1:04:03] </w:t>
      </w:r>
      <w:r>
        <w:t>jo to jo sincere ho jis ne is ko apna concern banaya ho sach much to yaad rakhiye is ko bachna pare ga jis tarah se woh illegal distraction se bachta hai us tarah se woh legal distraction se bachna pare ga nahi to is ka intellectual development nahi hoga is ka spiritual development nahi hoga yeh mein ne samjhaya this question is from farida khanam</w:t>
      </w:r>
    </w:p>
    <w:p>
      <w:pPr>
        <w:jc w:val="right"/>
      </w:pPr>
      <w:r>
        <w:t>جو تو جو سنسیئر ہو جس نے اس کو اپنا کنسرن بنایا ہو سچ مچ تو یاد رکھیے اس کو بچنا پڑے گا جس طرح سے وہ اللیگل ڈسٹریکشن سے بچتا ہے اس طرح سے وہ لیگل ڈسٹریکشن سے بچنا پڑے گا نہیں تو اس کا انٹلیکچول ڈیولپمنٹ نہیں ہوگا اس کا سپریچول ڈیولپمنٹ نہیں ہوگا یہ میں نے سمجھایا دس کوئسچن از فرام فریدہ خانم</w:t>
      </w:r>
    </w:p>
    <w:p>
      <w:r>
        <w:rPr>
          <w:b/>
        </w:rPr>
        <w:t xml:space="preserve">[1:04:32] </w:t>
      </w:r>
      <w:r>
        <w:t>we live in a world which is full of distraction please tell us how to keep ourselves away from distraction in the modern world</w:t>
      </w:r>
    </w:p>
    <w:p>
      <w:pPr>
        <w:jc w:val="right"/>
      </w:pPr>
      <w:r>
        <w:t>وی لیو ان ا ورلڈ وچ از فل اف ڈسٹریکشن پلیز ٹیل اس ہاؤ ٹو کیپ اور سیلز اوے فرام ڈسٹریکشن ان دی ماڈرن ورلڈ</w:t>
      </w:r>
    </w:p>
    <w:p>
      <w:r>
        <w:rPr>
          <w:b/>
        </w:rPr>
        <w:t xml:space="preserve">[1:04:43] </w:t>
      </w:r>
      <w:r>
        <w:t>modern world kya hai mein bataon aap ko mein ek bohat hi achhe hotel mein ek pardaaon mein tha bahar to breakfast laya gaya mere samne breakfast bohat hi umda qism ki har cheez jo india mein nahi milti</w:t>
      </w:r>
    </w:p>
    <w:p>
      <w:pPr>
        <w:jc w:val="right"/>
      </w:pPr>
      <w:r>
        <w:t>ماڈرن ورلڈ کیا ہے میں بتاؤں آپ کو میں ایک بہت ہی اچھے ہوٹل میں ایک پڑتاؤں میں تھا باہر تو بریک فاسٹ لایا گیا میرے سامنے بریک فاسٹ بہت ہی عمدہ قسم کی ہر چیز جو انڈیا میں نہیں ملتی</w:t>
      </w:r>
    </w:p>
    <w:p>
      <w:r>
        <w:rPr>
          <w:b/>
        </w:rPr>
        <w:t xml:space="preserve">[1:04:58] </w:t>
      </w:r>
      <w:r>
        <w:t>aik aik cheez bilkul pure aur ideal bohat hi umda aur aap kiya hua main is ko dekh</w:t>
      </w:r>
    </w:p>
    <w:p>
      <w:pPr>
        <w:jc w:val="right"/>
      </w:pPr>
      <w:r>
        <w:t>ایک ایک چیز بالکل پیور اور ائیڈیل بہت ہی عمدہ اور آپ کیا ہوا میں اس کو دیکھ</w:t>
      </w:r>
    </w:p>
    <w:p>
      <w:r>
        <w:rPr>
          <w:b/>
        </w:rPr>
        <w:t xml:space="preserve">[1:05:04] </w:t>
      </w:r>
      <w:r>
        <w:t>کے رونے لگا اس breakfast کو دیکھ کے میں رونے لگا کیوں میں میں نے سوچا کہ</w:t>
      </w:r>
    </w:p>
    <w:p>
      <w:pPr>
        <w:jc w:val="right"/>
      </w:pPr>
      <w:r>
        <w:t>کے رونے لگا اس بریک فاسٹ کو دیکھ کے میں رونے لگا کیوں میں میں نے سوچا کہ</w:t>
      </w:r>
    </w:p>
    <w:p>
      <w:r>
        <w:rPr>
          <w:b/>
        </w:rPr>
        <w:t xml:space="preserve">[1:05:11] </w:t>
      </w:r>
      <w:r>
        <w:t>ek ek aadmi jis ko phansi ki aap jante hain kya hota hai</w:t>
      </w:r>
    </w:p>
    <w:p>
      <w:pPr>
        <w:jc w:val="right"/>
      </w:pPr>
      <w:r>
        <w:t>ایک ایک آدمی جس کو پھانسی کی آپ جانتے ہیں کیا ہوتا ہے</w:t>
      </w:r>
    </w:p>
    <w:p>
      <w:r>
        <w:rPr>
          <w:b/>
        </w:rPr>
        <w:t xml:space="preserve">[1:05:15] </w:t>
      </w:r>
      <w:r>
        <w:t>gelo ki jis surat yeh aati hai phansi ki to la yeh la hai ke gelo par charhane</w:t>
      </w:r>
    </w:p>
    <w:p>
      <w:pPr>
        <w:jc w:val="right"/>
      </w:pPr>
      <w:r>
        <w:t>گیلو کی جس صورت یہ آتی ہے پھانسی کی تو لا یہ لا ہے کہ گیلو پر چڑھانے</w:t>
      </w:r>
    </w:p>
    <w:p>
      <w:r>
        <w:rPr>
          <w:b/>
        </w:rPr>
        <w:t xml:space="preserve">[1:05:21] </w:t>
      </w:r>
      <w:r>
        <w:t>se pehle poocha jata hai ke tumhare sab se achi dish kon si hai to sab se zyada</w:t>
      </w:r>
    </w:p>
    <w:p>
      <w:pPr>
        <w:jc w:val="right"/>
      </w:pPr>
      <w:r>
        <w:t>سے پہلے پوچھا جاتا ہے کہ تمہارے سب سے اچھی ڈش کون سی ہے تو سب سے زیادہ</w:t>
      </w:r>
    </w:p>
    <w:p>
      <w:r>
        <w:rPr>
          <w:b/>
        </w:rPr>
        <w:t xml:space="preserve">[1:05:25] </w:t>
      </w:r>
      <w:r>
        <w:t>is ki jo pasand wali dish hoti hai woh laya jata hai khane ke liye to woh kha</w:t>
      </w:r>
    </w:p>
    <w:p>
      <w:pPr>
        <w:jc w:val="right"/>
      </w:pPr>
      <w:r>
        <w:t>اس کی جو پسند والی ڈش ہوتی ہے وہ لایا جاتا ہے کھانے کے لیے تو وہ کھا</w:t>
      </w:r>
    </w:p>
    <w:p>
      <w:r>
        <w:rPr>
          <w:b/>
        </w:rPr>
        <w:t xml:space="preserve">[1:05:29] </w:t>
      </w:r>
      <w:r>
        <w:t>nahi pata</w:t>
      </w:r>
    </w:p>
    <w:p>
      <w:pPr>
        <w:jc w:val="right"/>
      </w:pPr>
      <w:r>
        <w:t>نہیں پاتا</w:t>
      </w:r>
    </w:p>
    <w:p>
      <w:r>
        <w:rPr>
          <w:b/>
        </w:rPr>
        <w:t xml:space="preserve">[1:05:30] </w:t>
      </w:r>
      <w:r>
        <w:t>ab tak ki history yahi hai ke us waqt woh kha nahi pata kyunke jab gala samne hai abhi marna hai to kaun is mein taste le sakta hai to mein ne socha ke abhi agle hi second meri maut ho sakti hai agle hi second to mujhe laga ke phansi se pehle ka yeh dish hai yeh mujhe laga ke phansi se pehle mere liye yeh dish aayi hai</w:t>
      </w:r>
    </w:p>
    <w:p>
      <w:pPr>
        <w:jc w:val="right"/>
      </w:pPr>
      <w:r>
        <w:t>اب تک کی ہسٹری یہی ہے کہ اس وقت وہ کھا نہیں پاتا کیونکہ جب گلا سامنے ہے ابھی مرنا ہے تو کون اس میں ٹیسٹ لے سکتا ہے تو میں نے سوچا کہ ابھی اگلے ہی سیکنڈ میری موت ہو سکتی ہے اگلے ہی سیکنڈ تو مجھے لگا کہ پھانسی سے پہلے کا یہ ڈش ہے یہ مجھے لگا کہ پھانسی سے پہلے میرے لیے یہ ڈش آئی ہے</w:t>
      </w:r>
    </w:p>
    <w:p>
      <w:r>
        <w:rPr>
          <w:b/>
        </w:rPr>
        <w:t xml:space="preserve">[1:05:56] </w:t>
      </w:r>
      <w:r>
        <w:t>to di</w:t>
      </w:r>
    </w:p>
    <w:p>
      <w:pPr>
        <w:jc w:val="right"/>
      </w:pPr>
      <w:r>
        <w:t>تو ڈ</w:t>
      </w:r>
    </w:p>
    <w:p>
      <w:r>
        <w:rPr>
          <w:b/>
        </w:rPr>
        <w:t xml:space="preserve">[1:05:57] </w:t>
      </w:r>
      <w:r>
        <w:t>struction kya hai distraction hamare hamare mind mein aata hai hamare mind mein khatm hota hai hamare mind mein aata hai hamare mind mein khatm hota hai</w:t>
      </w:r>
    </w:p>
    <w:p>
      <w:pPr>
        <w:jc w:val="right"/>
      </w:pPr>
      <w:r>
        <w:t>سٹریکشن کیا ہے ڈسٹریکشن ہمارے ہمارے مائنڈ میں آتا ہے ہمارے مائنڈ میں ختم ہوتا ہے ہمارے مائنڈ میں آتا ہے ہمارے مائنڈ میں ختم ہوتا ہے</w:t>
      </w:r>
    </w:p>
    <w:p>
      <w:r>
        <w:rPr>
          <w:b/>
        </w:rPr>
        <w:t xml:space="preserve">[1:06:09] </w:t>
      </w:r>
      <w:r>
        <w:t>to mein samajhta hoon ke basic cheez yeh nahi hai ke modern world basic cheez hai ke mere andar will power nahi hota hai aap faisla kun tor par nahi soch paate hain ke mujhe distraction se bachna hai ek professor preetam the yahan par ab un ka intqaal ho gaya hai</w:t>
      </w:r>
    </w:p>
    <w:p>
      <w:pPr>
        <w:jc w:val="right"/>
      </w:pPr>
      <w:r>
        <w:t>تو میں سمجھتا ہوں کہ بیسک چیز یہ نہیں ہے کہ ماڈرن ورلڈ بیسک چیز ہے کہ میرے اندر ول پاور نہیں ہوتا ہے آپ فیصلہ کن طور پر نہیں سوچ پاتے ہیں کہ مجھے ڈسٹریکشن سے بچنا ہے ایک پروفیسر پریتم تھے یہاں پر اب ان کا انتقال ہو گیا ہے</w:t>
      </w:r>
    </w:p>
    <w:p>
      <w:r>
        <w:rPr>
          <w:b/>
        </w:rPr>
        <w:t xml:space="preserve">[1:06:25] </w:t>
      </w:r>
      <w:r>
        <w:t>ek baar tab mile hum log kai log the professor preetam kumar to sab log baithe hue the aur tv ki baaten hone lagin to unhon ne kaha ke mein tv bilkul nahi dekhta halanke woh professor tha baqaida woh aadmi mein tv ab sab log is mein dekhne lage bhai yeh kaisa aadmi hai ke tv nahi dekhta</w:t>
      </w:r>
    </w:p>
    <w:p>
      <w:pPr>
        <w:jc w:val="right"/>
      </w:pPr>
      <w:r>
        <w:t>ایک بار تب ملے ہم لوگ کئی لوگ تھے پروفیسر پریتم کمار تو سب لوگ بیٹھے ہوئے تھے اور ٹی وی کی باتیں ہونے لگیں تو انہوں نے کہا کہ میں ٹی وی بالکل نہیں دیکھتا حالانکہ وہ پروفیسر تھا باقاعدہ وہ آدمی میں ٹی وی اب سب لوگ اس میں دیکھنے لگے بھئی یہ کیسا آدمی ہے کہ ٹی وی نہیں دیکھتا</w:t>
      </w:r>
    </w:p>
    <w:p>
      <w:r>
        <w:rPr>
          <w:b/>
        </w:rPr>
        <w:t xml:space="preserve">[1:06:46] </w:t>
      </w:r>
      <w:r>
        <w:t>to unhon ne kaha ke tv mere liye distraction hai kyunke meri meri meri ek jo mein ek scholar aadmi hoon mujhe parhna hai apni knowledge ko barhana hai to mein is ko distraction samajhta hoon is liye mein mein is ko dekhta nahi kyunke jitni der mein dekhoon ga utni der mein apni study kar sakta hoon</w:t>
      </w:r>
    </w:p>
    <w:p>
      <w:pPr>
        <w:jc w:val="right"/>
      </w:pPr>
      <w:r>
        <w:t>تو انہوں نے کہا کہ ٹی وی میرے لیے ڈسٹریکشن ہے کیونکہ میری میری میری ایک جو میں ایک اسکالر آدمی ہوں مجھے پڑھنا ہے اپنی نالج کو بڑھانا ہے تو میں اس کو ڈسٹریکشن سمجھتا ہوں اس لیے میں میں اس کو دیکھتا نہیں کیونکہ جتنی دیر میں دیکھوں گا اتنی دیر میں اپنی اسٹڈی کر سکتا ہوں</w:t>
      </w:r>
    </w:p>
    <w:p>
      <w:r>
        <w:rPr>
          <w:b/>
        </w:rPr>
        <w:t xml:space="preserve">[1:07:11] </w:t>
      </w:r>
      <w:r>
        <w:t>to yeh aadmi ke apne soch ki baat hai</w:t>
      </w:r>
    </w:p>
    <w:p>
      <w:pPr>
        <w:jc w:val="right"/>
      </w:pPr>
      <w:r>
        <w:t>تو یہ آدمی کے اپنے سوچ کی بات ہے</w:t>
      </w:r>
    </w:p>
    <w:p>
      <w:r>
        <w:rPr>
          <w:b/>
        </w:rPr>
        <w:t xml:space="preserve">[1:07:14] </w:t>
      </w:r>
      <w:r>
        <w:t>کوئی ماڈرن ورلڈ ہو نہ کوئی پہلے والا زمانہ ہو اگر ہم سچ پوچھ اس کو اپنا concern</w:t>
      </w:r>
    </w:p>
    <w:p>
      <w:pPr>
        <w:jc w:val="right"/>
      </w:pPr>
      <w:r>
        <w:t>کوئی ماڈرن ورلڈ ہو نہ کوئی پہلے والا زمانہ ہو اگر ہم سچ پوچھ اس کو اپنا کنسرن</w:t>
      </w:r>
    </w:p>
    <w:p>
      <w:r>
        <w:rPr>
          <w:b/>
        </w:rPr>
        <w:t xml:space="preserve">[1:07:20] </w:t>
      </w:r>
      <w:r>
        <w:t>بنائے ہوئے ہوں concern کہ ہمیں distraction سے بچانا ہے تاکہ ہمارا intellectual development ہو spiritual development ہو</w:t>
      </w:r>
    </w:p>
    <w:p>
      <w:pPr>
        <w:jc w:val="right"/>
      </w:pPr>
      <w:r>
        <w:t>بنائے ہوئے ہوں کنسرن کہ ہمیں ڈسٹریکشن سے بچانا ہے تاکہ ہمارا انٹلیکچول ڈیولپمنٹ ہو سپریچول ڈیولپمنٹ ہو</w:t>
      </w:r>
    </w:p>
    <w:p>
      <w:r>
        <w:rPr>
          <w:b/>
        </w:rPr>
        <w:t xml:space="preserve">[1:07:27] </w:t>
      </w:r>
      <w:r>
        <w:t>aur phir hum paradise mein enjoy kar sakein</w:t>
      </w:r>
    </w:p>
    <w:p>
      <w:pPr>
        <w:jc w:val="right"/>
      </w:pPr>
      <w:r>
        <w:t>اور پھر ہم پارڈائز میں انجوائے کر سکیں</w:t>
      </w:r>
    </w:p>
    <w:p>
      <w:r>
        <w:rPr>
          <w:b/>
        </w:rPr>
        <w:t xml:space="preserve">[1:07:31] </w:t>
      </w:r>
      <w:r>
        <w:t>yeh agar hoga to kuch bhi nahi mein to mein to mujhe kuch bhi nahi lagta yeh sab</w:t>
      </w:r>
    </w:p>
    <w:p>
      <w:pPr>
        <w:jc w:val="right"/>
      </w:pPr>
      <w:r>
        <w:t>یہ اگر ہوگا تو کچھ بھی نہیں میں تو میں تو مجھے کچھ بھی نہیں لگتا یہ سب</w:t>
      </w:r>
    </w:p>
    <w:p>
      <w:r>
        <w:rPr>
          <w:b/>
        </w:rPr>
        <w:t xml:space="preserve">[1:07:35] </w:t>
      </w:r>
      <w:r>
        <w:t>kuch maloom hote hain america mein ek bar mein gaya to wahan par ek sahib jo the us</w:t>
      </w:r>
    </w:p>
    <w:p>
      <w:pPr>
        <w:jc w:val="right"/>
      </w:pPr>
      <w:r>
        <w:t>کچھ معلوم ہوتے ہیں امریکہ میں ایک بار میں گیا تو وہاں پر ایک صاحب جو تھے اس</w:t>
      </w:r>
    </w:p>
    <w:p>
      <w:r>
        <w:rPr>
          <w:b/>
        </w:rPr>
        <w:t xml:space="preserve">[1:07:39] </w:t>
      </w:r>
      <w:r>
        <w:t>ko wahan kehte hain fancy bed to fancy bed bichaya unhone unhone aur fancy bed mein</w:t>
      </w:r>
    </w:p>
    <w:p>
      <w:pPr>
        <w:jc w:val="right"/>
      </w:pPr>
      <w:r>
        <w:t>کو وہاں کہتے ہیں فینسی بیڈ تو فینسی بیڈ بچھایا انہوں نے انہوں نے اور فینسی بیڈ میں</w:t>
      </w:r>
    </w:p>
    <w:p>
      <w:r>
        <w:rPr>
          <w:b/>
        </w:rPr>
        <w:t xml:space="preserve">[1:07:45] </w:t>
      </w:r>
      <w:r>
        <w:t>woh electric bhi lagi hui thi</w:t>
      </w:r>
    </w:p>
    <w:p>
      <w:pPr>
        <w:jc w:val="right"/>
      </w:pPr>
      <w:r>
        <w:t>وہ الیکٹرک بھی لگی ہوئی تھی</w:t>
      </w:r>
    </w:p>
    <w:p>
      <w:r>
        <w:rPr>
          <w:b/>
        </w:rPr>
        <w:t xml:space="preserve">[1:07:47] </w:t>
      </w:r>
      <w:r>
        <w:t>jaale ka dabana tha jitna jaisa ghataiye tha barhaiye yaani temperature jo hai ghatate barhate rahiye aur bohat aram se bohat hi achha gadha aage kahiye ke mein zameen mein soya jab woh chale gaye to mein mein is ko leta tha un ke samne phir mujhe is pe uljhan padne lagi uljhan ke mujhe comfort mein uljhan hoti hai yaqeen kijiye ke mein comfort mere liye museebat hota hai ek hadith hai ke rough zindagi ikhtiyar karo rough zindagi is ka matlab</w:t>
      </w:r>
    </w:p>
    <w:p>
      <w:pPr>
        <w:jc w:val="right"/>
      </w:pPr>
      <w:r>
        <w:t>جالے کا دبانا تھا جتنا جیسا گھٹائیے تھا بڑھائیے یعنی ٹمپریچر جو ہے گھٹاتے بڑھاتے رہیے اور بہت ارام سے بہت ہی اچھا گدھا اگے کہیے کہ میں زمین میں سویا جب وہ چلے گئے تو میں میں اس کو لیٹا تھا ان کے سامنے پھر مجھے اس پہ الجھن پڑنے لگی الجھن کہ مجھے کمفرٹ میں الجھن ہوتی ہے یقین کیجئے کہ میں کمفرٹ میرے لیے مصیبت ہوتا ہے ایک حدیث ہے کہ رف زندگی اختیار کرو رف زندگی اس کا مطلب</w:t>
      </w:r>
    </w:p>
    <w:p>
      <w:r>
        <w:rPr>
          <w:b/>
        </w:rPr>
        <w:t xml:space="preserve">[1:08:17] </w:t>
      </w:r>
      <w:r>
        <w:t>kya hai rough mein aap ko lazzat mile rough cheezon mein lazzat mile agar aap ko comfort pe ho aur luxury mein lazzat milti hai to is ke maane hain ke aap distraction ka shikar ho rahe hain distraction ke shikar ho rahe hain to mein aakhri had tak apne aap ko distraction se bachata hoon aakhri had tak</w:t>
      </w:r>
    </w:p>
    <w:p>
      <w:pPr>
        <w:jc w:val="right"/>
      </w:pPr>
      <w:r>
        <w:t>کیا ہے رف میں آپ کو لذت ملے رف چیزوں میں لذت ملے اگر آپ کو کمفرٹ پہ ہو اور لگزری میں لذت ملتی ہے تو اس کے معنی ہیں کہ آپ ڈسٹریکشن کا شکار ہو رہے ہیں ڈسٹریکشن کے شکار ہو رہے ہیں تو میں اخری حد تک اپنے آپ کو ڈسٹریکشن سے بچاتا ہوں اخری حد تک</w:t>
      </w:r>
    </w:p>
    <w:p>
      <w:r>
        <w:rPr>
          <w:b/>
        </w:rPr>
        <w:t xml:space="preserve">[1:08:39] </w:t>
      </w:r>
      <w:r>
        <w:t>to jis ko chahiye intellectual development woh aisa kare nahi chahiye to na kare ab ab yeh is ka apna mamla hai</w:t>
      </w:r>
    </w:p>
    <w:p>
      <w:pPr>
        <w:jc w:val="right"/>
      </w:pPr>
      <w:r>
        <w:t>تو جس کو چاہیے انٹلیکچول ڈیولپمنٹ وہ ایسا کرے نہیں چاہیے تو نہ کرے اب اب یہ اس کا اپنا معاملہ ہے</w:t>
      </w:r>
    </w:p>
    <w:p>
      <w:r>
        <w:rPr>
          <w:b/>
        </w:rPr>
        <w:t xml:space="preserve">[1:08:50] </w:t>
      </w:r>
      <w:r>
        <w:t>this question is from anwar hussain maulana your lecture has induced me to think that history of human beings should be revisited by muslim historians but what should be the framework and structure of history please tell us</w:t>
      </w:r>
    </w:p>
    <w:p>
      <w:pPr>
        <w:jc w:val="right"/>
      </w:pPr>
      <w:r>
        <w:t>دس کوئسچن از فرام انور حسین مولانا یور لیکچر ہیز انڈیوسڈ می ٹو تھنک دیٹ ہسٹری اف ہیومن بینگز شوڈ بی ری وزٹڈ بائے مسلم ہسٹورینز بٹ واٹ شوڈ بی دا فریم ورک اینڈ سٹرکچر اف ہسٹری پلیز ٹیل اس</w:t>
      </w:r>
    </w:p>
    <w:p>
      <w:r>
        <w:rPr>
          <w:b/>
        </w:rPr>
        <w:t xml:space="preserve">[1:09:11] </w:t>
      </w:r>
      <w:r>
        <w:t>dekhen jo secular history hai us mein to hamein kuch nahi karna hai woh to bohat achhe tareeqe se likhi gayi hai aur likhi ja chuki hai lekin yeh jo history hai doosri wali yeh nahi likhi gayi hai is ke fragment jagah jagah maujood hain jaise archaeology mein kuch cheezen aap ko archaeology mein milengi kuch doosri psychology mein milengi kuch quran mein milengi kuch bible mein milengi ab koi aadmi apna apna poora time lagaye isi mein to woh likh sakta hai woh</w:t>
      </w:r>
    </w:p>
    <w:p>
      <w:pPr>
        <w:jc w:val="right"/>
      </w:pPr>
      <w:r>
        <w:t>دیکھیں جو سیکولر ہسٹری ہے اس میں تو ہمیں کچھ نہیں کرنا ہے وہ تو بہت اچھے طریقے سے لکھی گئی ہے اور لکھی جا چکی ہے لیکن یہ جو ہسٹری ہے دوسری والی یہ نہیں لکھی گئی ہے اس کے فریگمنٹ جگہ جگہ موجود ہیں جیسے ارکالوجی میں کچھ چیزیں آپ کو ارکالوجی میں ملیں گی کچھ دوسری سائیکالوجی میں ملیں گی کچھ قرآن میں ملیں گی کچھ بائبل میں ملیں گی اب کوئی آدمی اپنا اپنا پورا ٹائم لگائے اسی میں تو وہ لکھ سکتا ہے وہ</w:t>
      </w:r>
    </w:p>
    <w:p>
      <w:r>
        <w:rPr>
          <w:b/>
        </w:rPr>
        <w:t xml:space="preserve">[1:09:39] </w:t>
      </w:r>
      <w:r>
        <w:t>koi apna time kisi dedicate kare kisi ko devote kare apne aap ko isi mein to fragmentary way mein sab kuch maujood hai fragmentary way mein lekin is ko jodna hai is se interpretation karna hai to jo aadmi apne ko dedicate kare ga woh bilashuba cut daale ga is ko cut daale ga woh</w:t>
      </w:r>
    </w:p>
    <w:p>
      <w:pPr>
        <w:jc w:val="right"/>
      </w:pPr>
      <w:r>
        <w:t>کوئی اپنا ٹائم کسی ڈیڈیکیٹ کرے کسی کو ڈیووٹ کرے اپنے آپ کو اسی میں تو فریگمنٹری وے میں سب کچھ موجود ہے فریگمنٹری وے میں لیکن اس کو جوڑنا ہے اس سے انٹرپریشن کرنا ہے تو جو آدمی اپنے کو ڈیڈیکیٹ کرے گا وہ بلاشبہ کٹ ڈالے گا اس کو کٹ ڈالے گا وہ</w:t>
      </w:r>
    </w:p>
    <w:p>
      <w:r>
        <w:rPr>
          <w:b/>
        </w:rPr>
        <w:t xml:space="preserve">[1:10:03] </w:t>
      </w:r>
      <w:r>
        <w:t>lekin abhi tak to log yaani itna zyada paise mein daud rahe hain paise ki daud lagi hui hai har aadmi ko paisa chahiye paisa chahiye paisa chahiye scholars ko bhi paisa chahiye aur sab ko paisa chahiye to woh insaan abhi samne nahi aa raha hai jo is mein apne aap ko dedicate kare is mein kai language janni pare gi english language arabic language persian language latin language greek language aur sab language janni pare gi</w:t>
      </w:r>
    </w:p>
    <w:p>
      <w:pPr>
        <w:jc w:val="right"/>
      </w:pPr>
      <w:r>
        <w:t>لیکن ابھی تک تو لوگ یعنی اتنا زیادہ پیسے میں دوڑ رہے ہیں پیسے کی دوڑ لگی ہوئی ہے ہر آدمی کو پیسہ چاہیے پیسہ چاہیے پیسہ چاہیے اسکالرز کو بھی پیسہ چاہیے اور سب کو پیسہ چاہیے تو وہ انسان ابھی سامنے نہیں آ رہا ہے جو اس میں اپنے آپ کو ڈیڈیکیٹ کرے اس میں کئی لینگویج جاننی پڑے گی انگلش لینگویج عربک لینگویج پرشین لینگویج لیٹن لینگویج گریک لینگویج اور سب لینگویج جاننی پڑے گی</w:t>
      </w:r>
    </w:p>
    <w:p>
      <w:r>
        <w:rPr>
          <w:b/>
        </w:rPr>
        <w:t xml:space="preserve">[1:10:33] </w:t>
      </w:r>
      <w:r>
        <w:t>jaise yeh jo tha woh t w h a n d e r woh das language janta tha tab aisi book likhi is ne to aap koi mehnat karen to possible hai bilashuba framework kuch nahi framework to aap ki koshish banati hai framework se koi kaam nahi hota ke pehle se aap framework bana len aur phir kaam hone lage framework jo hai woh is ka naam hai dedication dedication is the only framework</w:t>
      </w:r>
    </w:p>
    <w:p>
      <w:pPr>
        <w:jc w:val="right"/>
      </w:pPr>
      <w:r>
        <w:t>جیسے یہ جو تھا وہ ٹی ڈبلیو ہانڈر وہ دس لینگویج جانتا تھا تب ایسی بک لکھی اس نے تو آپ کوئی محنت کریں تو پاسیبل ہے بلاشبہ فریم ورک کچھ نہیں فریم ورک تو آپ کی کوشش بناتی ہے فریم ورک سے کوئی کام نہیں ہوتا کہ پہلے سے آپ فریم ورک بنا لیں اور پھر کام ہونے لگے فریم ورک جو ہے وہ اس کا نام ہے ڈیڈیکیشن ڈیڈیکیشن از دا اونلی فریم ورک</w:t>
      </w:r>
    </w:p>
    <w:p>
      <w:r>
        <w:rPr>
          <w:b/>
        </w:rPr>
        <w:t xml:space="preserve">[1:11:01] </w:t>
      </w:r>
      <w:r>
        <w:t>chaliye</w:t>
      </w:r>
    </w:p>
    <w:p>
      <w:pPr>
        <w:jc w:val="right"/>
      </w:pPr>
      <w:r>
        <w:t>چلیے</w:t>
      </w:r>
    </w:p>
    <w:p>
      <w:r>
        <w:rPr>
          <w:b/>
        </w:rPr>
        <w:t xml:space="preserve">[1:11:03] </w:t>
      </w:r>
      <w:r>
        <w:t>das question is from hamid when we offer prayer or namaz some times we get distracted is it also sin do there is no intention of getting distracted dekhen woh distraction bhi aap convert kar sakte hain aik positive sense mein woh kaise main aap ko aik misaal deta hoon</w:t>
      </w:r>
    </w:p>
    <w:p>
      <w:pPr>
        <w:jc w:val="right"/>
      </w:pPr>
      <w:r>
        <w:t>دس کوئسچن از فرام حامد وین وی افر پریر اور نماز سم ٹائمز وی گیٹ ڈسٹریکٹڈ از اٹ السو سن دو دیر از نو انٹینشن اف گیٹنگ ڈسٹریکٹڈ دیکھیں وہ ڈسٹریکشن بھی آپ کنورٹ کر سکتے ہیں ایک پازیٹیو سینس میں وہ کیسے میں آپ کو ایک مثال دیتا ہوں</w:t>
      </w:r>
    </w:p>
    <w:p>
      <w:r>
        <w:rPr>
          <w:b/>
        </w:rPr>
        <w:t xml:space="preserve">[1:11:31] </w:t>
      </w:r>
      <w:r>
        <w:t>jab main hajj karne gaya to hajj mein aisa hai ke jo log hajj kar chuke hain jante honge ke haram ke bahar to aap ko poori space mil jati hai ruku sajdah karne ke liye haram ke andar space milna bohat mushkil hota hai kyunke bheed ki wajah se log paas paas khare hote hain paas paas to hum haram ke andar namaz parh rahe thay to zahir hai ke wahan safain jo hain paas paas bani hui theen</w:t>
      </w:r>
    </w:p>
    <w:p>
      <w:pPr>
        <w:jc w:val="right"/>
      </w:pPr>
      <w:r>
        <w:t>جب میں حج کرنے گیا تو حج میں ایسا ہے کہ جو لوگ حج کر چکے ہیں جانتے ہوں گے کہ حرم کے باہر تو آپ کو پوری سپیس مل جاتی ہے رکوع سجدہ کرنے کے لیے حرم کے اندر اسپیس ملنا بہت مشکل ہوتا ہے کیونکہ بھیڑ کی وجہ سے لوگ پاس پاس کھڑے ہوتے ہیں پاس پاس تو ہم حرم کے اندر نماز پڑھ رہے تھے تو ظاہر ہے کہ وہاں صفیں جو ہیں پاس پاس بنی ہوئی تھیں</w:t>
      </w:r>
    </w:p>
    <w:p>
      <w:r>
        <w:rPr>
          <w:b/>
        </w:rPr>
        <w:t xml:space="preserve">[1:12:01] </w:t>
      </w:r>
      <w:r>
        <w:t>to hum khare hue to jagah mili ruku mein bhi jagah mil gayi lekin jab hum sajday mein janay lagay to agay aik aadmi jo hai wahan par rukawat tha yani hum itna space nahi tha ke hum sajday mein ja ja parhein</w:t>
      </w:r>
    </w:p>
    <w:p>
      <w:pPr>
        <w:jc w:val="right"/>
      </w:pPr>
      <w:r>
        <w:t>تو ہم کھڑے ہوئے تو جگہ ملی رکوع میں بھی جگہ مل گئی لیکن جب ہم سجدے میں جانے لگے تو اگے ایک آدمی جو ہے وہاں پر رکاوٹ تھا یعنی ہم اتنا اسپیس نہیں تھا کہ ہم سجدے میں جا جا پڑیں</w:t>
      </w:r>
    </w:p>
    <w:p>
      <w:r>
        <w:rPr>
          <w:b/>
        </w:rPr>
        <w:t xml:space="preserve">[1:12:15] </w:t>
      </w:r>
      <w:r>
        <w:t>to us waqt jo hai mujhe rona aa gaya</w:t>
      </w:r>
    </w:p>
    <w:p>
      <w:pPr>
        <w:jc w:val="right"/>
      </w:pPr>
      <w:r>
        <w:t>تو اس وقت جو ہے مجھے رونا آ گیا</w:t>
      </w:r>
    </w:p>
    <w:p>
      <w:r>
        <w:rPr>
          <w:b/>
        </w:rPr>
        <w:t xml:space="preserve">[1:12:19] </w:t>
      </w:r>
      <w:r>
        <w:t>main ne kaha khudaaya meri is tooti phooti namaz ko qabool kar kyunke meri woh namaz jo main parhta hoon khuli jagahon par woh bhi itni hi tooti phooti hai jitni ke yeh tooti phooti namaz hai</w:t>
      </w:r>
    </w:p>
    <w:p>
      <w:pPr>
        <w:jc w:val="right"/>
      </w:pPr>
      <w:r>
        <w:t>میں نے کہا خدایا میری اس ٹوٹی پھوٹی نماز کو قبول کر کیونکہ میری وہ نماز جو میں پڑھتا ہوں کھلی جگہوں پر وہ بھی اتنی ہی ٹوٹی پھوٹی ہے جتنی کہ یہ ٹوٹی پھوٹی نماز ہے</w:t>
      </w:r>
    </w:p>
    <w:p>
      <w:r>
        <w:rPr>
          <w:b/>
        </w:rPr>
        <w:t xml:space="preserve">[1:12:35] </w:t>
      </w:r>
      <w:r>
        <w:t>khuli jagah par jo namaz parhi main ne woh namaz bhi itni hi tooti phooti namaz thi jitni ke yeh hai to woh is ko to ne qabool kiya hai to is ko bhi qabool kar le is tooti phooti ko qabool kar liya hai to is ko bhi is tooti phooti ko qabool kar le</w:t>
      </w:r>
    </w:p>
    <w:p>
      <w:pPr>
        <w:jc w:val="right"/>
      </w:pPr>
      <w:r>
        <w:t>کھلی جگہ پر جو نماز پڑھی میں نے وہ نماز بھی اتنی ہی ٹوٹی پھوٹی نماز تھی جتنی کہ یہ ہے تو وہ اس کو تو نے قبول کیا ہے تو اس کو بھی قبول کر لے اس ٹوٹی پھوٹی کو قبول کر لیا ہے تو اس کو بھی اس ٹوٹی پھوٹی کو قبول کر لے</w:t>
      </w:r>
    </w:p>
    <w:p>
      <w:r>
        <w:rPr>
          <w:b/>
        </w:rPr>
        <w:t xml:space="preserve">[1:12:49] </w:t>
      </w:r>
      <w:r>
        <w:t>to aap is distraction ko bhi convert kar sakte hain aik aur dhang par achi cheez hai ke aap ka mind active ho aap ka mind kehta hai ajeeb ghareeb capacity hai jaise ke main ne kal parson kaha tha ke minus ko plus banana yeh capacity insan ke andar hai</w:t>
      </w:r>
    </w:p>
    <w:p>
      <w:pPr>
        <w:jc w:val="right"/>
      </w:pPr>
      <w:r>
        <w:t>تو آپ اس ڈسٹریکشن کو بھی کنورٹ کر سکتے ہیں ایک اور ڈھنگ پر اچھی چیز ہے کہ آپ کا مائنڈ ایکٹیو ہو آپ کا مائنڈ کہتا ہے عجیب غریب کیپیسٹی ہے جیسے کہ میں نے کل پرسوں کہا تھا کہ مائنس کو پلس بنانا یہ کیپیسٹی انسان کے اندر ہے</w:t>
      </w:r>
    </w:p>
    <w:p>
      <w:r>
        <w:rPr>
          <w:b/>
        </w:rPr>
        <w:t xml:space="preserve">[1:13:09] </w:t>
      </w:r>
      <w:r>
        <w:t>jo main ne kal kaha tha ke woh alfred adler ne kaha hai ke insan ke andar jo main ne cheezain paeen anokhi is mein se aik anokhi tareen cheez yeh hai ke there ma there power to turn a minus into a plus yahi faith mein aur yahi sachai ke rastay mein bhi applicable hai</w:t>
      </w:r>
    </w:p>
    <w:p>
      <w:pPr>
        <w:jc w:val="right"/>
      </w:pPr>
      <w:r>
        <w:t>جو میں نے کل کہا تھا کہ وہ الفریڈ ایڈلر نے کہا ہے کہ انسان کے اندر جو میں نے چیزیں پائیں انوکھی اس میں سے ایک انوکھی ترین چیز یہ ہے کہ دیر ما دیر پاور ٹو ٹرن ا مائنس انٹو ا پلس یہی فیتھ میں اور یہی سچائی کے راستے میں بھی ایپلیکیبل ہے</w:t>
      </w:r>
    </w:p>
    <w:p>
      <w:r>
        <w:rPr>
          <w:b/>
        </w:rPr>
        <w:t xml:space="preserve">[1:13:35] </w:t>
      </w:r>
      <w:r>
        <w:t>das question is from riaz ahmed</w:t>
      </w:r>
    </w:p>
    <w:p>
      <w:pPr>
        <w:jc w:val="right"/>
      </w:pPr>
      <w:r>
        <w:t>دس کوئسچن از فرام ریاض احمد</w:t>
      </w:r>
    </w:p>
    <w:p>
      <w:r>
        <w:rPr>
          <w:b/>
        </w:rPr>
        <w:t xml:space="preserve">[1:13:39] </w:t>
      </w:r>
      <w:r>
        <w:t>in one of your old statement you had mentioned that islam is my discovery how important is it for a person to discover it</w:t>
      </w:r>
    </w:p>
    <w:p>
      <w:pPr>
        <w:jc w:val="right"/>
      </w:pPr>
      <w:r>
        <w:t>ان ون اف یور اولڈ سٹیٹمنٹ یو ہیڈ مینشن دیٹ اسلام از مائی ڈسکوری ہاؤ امپورٹنٹ از اٹ فار ا پرسن ٹو ڈسکور اٹ</w:t>
      </w:r>
    </w:p>
    <w:p>
      <w:r>
        <w:rPr>
          <w:b/>
        </w:rPr>
        <w:t xml:space="preserve">[1:13:52] </w:t>
      </w:r>
      <w:r>
        <w:t>bhai dekhen yeh to har</w:t>
      </w:r>
    </w:p>
    <w:p>
      <w:pPr>
        <w:jc w:val="right"/>
      </w:pPr>
      <w:r>
        <w:t>بھائی دیکھیں یہ تو ہر</w:t>
      </w:r>
    </w:p>
    <w:p>
      <w:r>
        <w:rPr>
          <w:b/>
        </w:rPr>
        <w:t xml:space="preserve">[1:13:53] </w:t>
      </w:r>
      <w:r>
        <w:t>aik ke liye hai degree of relation mein farq ho sakta hai lekin hai sab ke liye is liye ke quran mein yeh hai fa in amanu bimathli ma amantum faqad</w:t>
      </w:r>
    </w:p>
    <w:p>
      <w:pPr>
        <w:jc w:val="right"/>
      </w:pPr>
      <w:r>
        <w:t>ایک کے لیے ہے ڈگری اف ریلیشن میں فرق ہو سکتا ہے لیکن ہے سب کے لیے اس لیے کہ قرآن میں یہ ہے فین امنو بمثل ما امنتم فقدہ</w:t>
      </w:r>
    </w:p>
    <w:p>
      <w:r>
        <w:rPr>
          <w:b/>
        </w:rPr>
        <w:t xml:space="preserve">[1:14:08] </w:t>
      </w:r>
      <w:r>
        <w:t>yeh quran ki aik verse hai ke ja ke agar woh log is tarah se iman layen jis tarah se prophet companion iman laye hain tab woh hidayat payein ge</w:t>
      </w:r>
    </w:p>
    <w:p>
      <w:pPr>
        <w:jc w:val="right"/>
      </w:pPr>
      <w:r>
        <w:t>یہ قرآن کی ایک ورس ہے کہ جا کہ اگر وہ لوگ اس طرح سے ایمان لائیں جس طرح سے پرافٹ کمپینین ایمان لائے ہیں تب وہ ہدایت پائیں گے</w:t>
      </w:r>
    </w:p>
    <w:p>
      <w:r>
        <w:rPr>
          <w:b/>
        </w:rPr>
        <w:t xml:space="preserve">[1:14:21] </w:t>
      </w:r>
      <w:r>
        <w:t>ab dekhen yahan par criteria bana diya prophet companion ko ab dekhen prophet ke jo companion thay un ko kaise mila tha iman woh to discovery ke mila tha kyunke rasool Allah se pehle woh kya karte thay but poojhte thay shirk bandhte thay to is jab unhon ne yeh jab unhon ne yeh jana ke woh galat tha ya sahi hai discovery ka matlab kya hai yeh yeh discover karna ke yeh galat tha ya sahi</w:t>
      </w:r>
    </w:p>
    <w:p>
      <w:pPr>
        <w:jc w:val="right"/>
      </w:pPr>
      <w:r>
        <w:t>اب دیکھیں یہاں پر کرائٹیریا بنا دیا پرافٹ کمپینین کو اب دیکھیں پرافٹ کے جو کمپینین تھے ان کو کیسے ملا تھا ایمان وہ تو ڈسکوری کے ملا تھا کیونکہ رسول اللہ سے پہلے وہ کیا کرتے تھے بت پوچھتے تھے شرک باندھتے تھے تو اس جب انہوں نے یہ جب انہوں نے یہ جانا کہ وہ غلط تھا یا صحیح ہے ڈسکوری کا مطلب کیا ہے یہ یہ ڈسکور کرنا کہ یہ غلط تھا یا صحیح</w:t>
      </w:r>
    </w:p>
    <w:p>
      <w:r>
        <w:rPr>
          <w:b/>
        </w:rPr>
        <w:t xml:space="preserve">[1:14:50] </w:t>
      </w:r>
      <w:r>
        <w:t>hai yeh andhera tha ya ujala hai to unhon ne discover kiya ke yeh jo hum karte thay ke shirk mein paray thay but poojhte thay woh to andhera tha yukhriju min al-zulumati ila al-nur to woh apne ko mehsoos kiya ke ab tak hum andhere mein jee rahe thay ab hum ujale mein aaye hain yahi to discovery hai to saare sahaba ka iman yahi tha to</w:t>
      </w:r>
    </w:p>
    <w:p>
      <w:pPr>
        <w:jc w:val="right"/>
      </w:pPr>
      <w:r>
        <w:t>ہے یہ اندھیرا تھا یا اجالا ہے تو انہوں نے ڈسکور کیا کہ یہ جو ہم کرتے تھے کہ شرک میں پڑے تھے بت پوچھتے تھے وہ تو اندھیرا تھا یخرج من الظلمات الی النور تو وہ اپنے کو محسوس کیا کہ اب تک ہم اندھیرے میں جی رہے تھے اب ہم اجالے میں ائے ہیں یہی تو ڈسکوری ہے تو سارے صحابہ کا ایمان یہی تھا تو</w:t>
      </w:r>
    </w:p>
    <w:p>
      <w:r>
        <w:rPr>
          <w:b/>
        </w:rPr>
        <w:t xml:space="preserve">[1:15:17] </w:t>
      </w:r>
      <w:r>
        <w:t>quran mein jab criteria yeh bata diya gaya doosre logon ke liye ke doosre logon ka iman bhi wohi mana jayega jo companion jaisa ho jo sahaba jaisa ho to sahaba ka yahi iman tha ke bator discovery unhein iman mila bator realization unhein iman mila bator finding unhein iman mila yani unhon ne mehsoos kiya ke ab tak hum andhere mein thay ab hum ujale mein aaye hain</w:t>
      </w:r>
    </w:p>
    <w:p>
      <w:pPr>
        <w:jc w:val="right"/>
      </w:pPr>
      <w:r>
        <w:t>قرآن میں جب کرائٹیریا یہ بتا دیا گیا دوسرے لوگوں کے لیے کہ دوسرے لوگوں کا ایمان بھی وہی مانا جائے گا جو کمپینین جیسا ہو جو صحابہ جیسا ہو تو صحابہ کا یہی ایمان تھا کہ بطور ڈسکوری انہیں ایمان ملا بطور ریلیزیشن انہیں ایمان ملا بطور فائنڈنگ انہیں ایمان ملا یعنی انہوں نے محسوس کیا کہ اب تک ہم اندھیرے میں تھے اب ہم اجالے میں ائے ہیں</w:t>
      </w:r>
    </w:p>
    <w:p>
      <w:r>
        <w:rPr>
          <w:b/>
        </w:rPr>
        <w:t xml:space="preserve">[1:15:44] </w:t>
      </w:r>
      <w:r>
        <w:t>yeh to har aik ke liye hai degree of relation kam besh ho sakta hai.</w:t>
      </w:r>
    </w:p>
    <w:p>
      <w:pPr>
        <w:jc w:val="right"/>
      </w:pPr>
      <w:r>
        <w:t>یہ تو ہر ایک کے لیے ہے ڈگری اف ریلیشن کم بیش ہو سکتا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