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Eid Al-Adha November 6, 2011 Maulana Wahiduddin Khan</w:t>
      </w:r>
    </w:p>
    <w:p>
      <w:r>
        <w:t>https://www.youtube.com/watch?v=y59PU_RD2cg</w:t>
      </w:r>
    </w:p>
    <w:p>
      <w:r>
        <w:rPr>
          <w:b/>
        </w:rPr>
        <w:t xml:space="preserve">[00:36] </w:t>
      </w:r>
      <w:r>
        <w:t>aaj ka topic hai: "da message of eid al-adha"۔ eid al-adha ka paigham۔</w:t>
      </w:r>
    </w:p>
    <w:p>
      <w:pPr>
        <w:jc w:val="right"/>
      </w:pPr>
      <w:r>
        <w:t>آج کا ٹاپک ہے: "دا میسج آف عید الاضحی"۔ عیدِ اضحی کا پیغام۔</w:t>
      </w:r>
    </w:p>
    <w:p>
      <w:r>
        <w:rPr>
          <w:b/>
        </w:rPr>
        <w:t xml:space="preserve">[00:53] </w:t>
      </w:r>
      <w:r>
        <w:t>yeh 1432 hijri ka mah eid al-adha hai, yani haj ka mahina۔</w:t>
      </w:r>
    </w:p>
    <w:p>
      <w:pPr>
        <w:jc w:val="right"/>
      </w:pPr>
      <w:r>
        <w:t>یہ 1432 ہجری کا ماہ عید الاضحی ہے، یعنی حج کا مہینہ۔</w:t>
      </w:r>
    </w:p>
    <w:p>
      <w:r>
        <w:rPr>
          <w:b/>
        </w:rPr>
        <w:t xml:space="preserve">[01:09] </w:t>
      </w:r>
      <w:r>
        <w:t>hamare haan kal</w:t>
      </w:r>
    </w:p>
    <w:p>
      <w:pPr>
        <w:jc w:val="right"/>
      </w:pPr>
      <w:r>
        <w:t>ہمارے ہاں کل</w:t>
      </w:r>
    </w:p>
    <w:p>
      <w:r>
        <w:rPr>
          <w:b/>
        </w:rPr>
        <w:t xml:space="preserve">[01:13] </w:t>
      </w:r>
      <w:r>
        <w:t>eid al-adha hai, jis ko eid qurban bhi kehte hain۔</w:t>
      </w:r>
    </w:p>
    <w:p>
      <w:pPr>
        <w:jc w:val="right"/>
      </w:pPr>
      <w:r>
        <w:t>عید الاضحی ہے، جس کو عید قربان بھی کہتے ہیں۔</w:t>
      </w:r>
    </w:p>
    <w:p>
      <w:r>
        <w:rPr>
          <w:b/>
        </w:rPr>
        <w:t xml:space="preserve">[01:21] </w:t>
      </w:r>
      <w:r>
        <w:t>is ki nisbat se aaj main</w:t>
      </w:r>
    </w:p>
    <w:p>
      <w:pPr>
        <w:jc w:val="right"/>
      </w:pPr>
      <w:r>
        <w:t>اس کی نسبت سے آج میں</w:t>
      </w:r>
    </w:p>
    <w:p>
      <w:r>
        <w:rPr>
          <w:b/>
        </w:rPr>
        <w:t xml:space="preserve">[01:25] </w:t>
      </w:r>
      <w:r>
        <w:t>haj aur eid al-adha ke bare mein kuch kehna chahta hoon۔</w:t>
      </w:r>
    </w:p>
    <w:p>
      <w:pPr>
        <w:jc w:val="right"/>
      </w:pPr>
      <w:r>
        <w:t>حج اور عید الاضحی کے بارے میں کچھ کہنا چاہتا ہوں۔</w:t>
      </w:r>
    </w:p>
    <w:p>
      <w:r>
        <w:rPr>
          <w:b/>
        </w:rPr>
        <w:t xml:space="preserve">[01:37] </w:t>
      </w:r>
      <w:r>
        <w:t>eid al-adha ka lafzi matlab hai: qurban ki eid۔ yeh eid al-adha har saal tamam dunya mein musalman manate hain۔</w:t>
      </w:r>
    </w:p>
    <w:p>
      <w:pPr>
        <w:jc w:val="right"/>
      </w:pPr>
      <w:r>
        <w:t>عید الاضحی کا لفظی مطلب ہے: قربانی کی عید۔ یہ عید الاضحی ہر سال تمام دنیا میں مسلمان مناتے ہیں۔</w:t>
      </w:r>
    </w:p>
    <w:p>
      <w:r>
        <w:rPr>
          <w:b/>
        </w:rPr>
        <w:t xml:space="preserve">[01:51] </w:t>
      </w:r>
      <w:r>
        <w:t>eid al-adha goya ke mini haj hai۔</w:t>
      </w:r>
    </w:p>
    <w:p>
      <w:pPr>
        <w:jc w:val="right"/>
      </w:pPr>
      <w:r>
        <w:t>عید الاضحی گویا کہ منی حج ہے۔</w:t>
      </w:r>
    </w:p>
    <w:p>
      <w:r>
        <w:rPr>
          <w:b/>
        </w:rPr>
        <w:t xml:space="preserve">[02:00] </w:t>
      </w:r>
      <w:r>
        <w:t>haj makkah mein ada kiya jata hai,</w:t>
      </w:r>
    </w:p>
    <w:p>
      <w:pPr>
        <w:jc w:val="right"/>
      </w:pPr>
      <w:r>
        <w:t>حج مکہ میں ادا کیا جاتا ہے،</w:t>
      </w:r>
    </w:p>
    <w:p>
      <w:r>
        <w:rPr>
          <w:b/>
        </w:rPr>
        <w:t xml:space="preserve">[02:02] </w:t>
      </w:r>
      <w:r>
        <w:t>har saal zilhajj ke mahine mein۔ haj itni bari ibadat hai,</w:t>
      </w:r>
    </w:p>
    <w:p>
      <w:pPr>
        <w:jc w:val="right"/>
      </w:pPr>
      <w:r>
        <w:t>ہر سال ذوالحجہ کے مہینے میں۔ حج اتنی بڑی عبادت ہے،</w:t>
      </w:r>
    </w:p>
    <w:p>
      <w:r>
        <w:rPr>
          <w:b/>
        </w:rPr>
        <w:t xml:space="preserve">[02:14] </w:t>
      </w:r>
      <w:r>
        <w:t>haj aik universal ibadat hai۔</w:t>
      </w:r>
    </w:p>
    <w:p>
      <w:pPr>
        <w:jc w:val="right"/>
      </w:pPr>
      <w:r>
        <w:t>حج ایک یونیورسل عبادت ہے۔</w:t>
      </w:r>
    </w:p>
    <w:p>
      <w:r>
        <w:rPr>
          <w:b/>
        </w:rPr>
        <w:t xml:space="preserve">[02:20] </w:t>
      </w:r>
      <w:r>
        <w:t>is liye sari dunya ke musalman is mahine mein apne apne maqam par haj ke kuch rasoom ada kar ke juzwi tor par hajiyon ke sath shareek ho jate hain taake haj wale faide har jagah hasil kar saken۔</w:t>
      </w:r>
    </w:p>
    <w:p>
      <w:pPr>
        <w:jc w:val="right"/>
      </w:pPr>
      <w:r>
        <w:t>اس لیے ساری دنیا کے مسلمان اس مہینے میں اپنے اپنے مقام پر حج کے کچھ مراسم ادا کر کے جزوی طور پر حاجیوں کے ساتھ شریک ہو جاتے ہیں تاکہ حج والے فائدے ہر جگہ حاصل کر سکیں۔</w:t>
      </w:r>
    </w:p>
    <w:p>
      <w:r>
        <w:rPr>
          <w:b/>
        </w:rPr>
        <w:t xml:space="preserve">[02:48] </w:t>
      </w:r>
      <w:r>
        <w:t>jis tarah haj ki bohat ziyada ahmiyat hai, usi tarah eid al-adha ki bhi bohat ziyada ahmiyat hai۔</w:t>
      </w:r>
    </w:p>
    <w:p>
      <w:pPr>
        <w:jc w:val="right"/>
      </w:pPr>
      <w:r>
        <w:t>جس طرح حج کی بہت زیادہ اہمیت ہے، اسی طرح عیدِ اضحی کی بھی بہت زیادہ اہمیت ہے۔</w:t>
      </w:r>
    </w:p>
    <w:p>
      <w:r>
        <w:rPr>
          <w:b/>
        </w:rPr>
        <w:t xml:space="preserve">[02:59] </w:t>
      </w:r>
      <w:r>
        <w:t>eid al-adha ke din kya hota hai؟</w:t>
      </w:r>
    </w:p>
    <w:p>
      <w:pPr>
        <w:jc w:val="right"/>
      </w:pPr>
      <w:r>
        <w:t>عیدِ اضحی کے دن کیا ہوتا ہے؟</w:t>
      </w:r>
    </w:p>
    <w:p>
      <w:r>
        <w:rPr>
          <w:b/>
        </w:rPr>
        <w:t xml:space="preserve">[03:05] </w:t>
      </w:r>
      <w:r>
        <w:t>kuch rasoom ada kiye jate hain jo haqiqatan haj ke ajza hote hain۔</w:t>
      </w:r>
    </w:p>
    <w:p>
      <w:pPr>
        <w:jc w:val="right"/>
      </w:pPr>
      <w:r>
        <w:t>کچھ مراسم ادا کیے جاتے ہیں جو حقیقتاً حج کے اجزاء ہوتے ہیں۔</w:t>
      </w:r>
    </w:p>
    <w:p>
      <w:r>
        <w:rPr>
          <w:b/>
        </w:rPr>
        <w:t xml:space="preserve">[03:14] </w:t>
      </w:r>
      <w:r>
        <w:t>maslan subah ko aap uthte hain to ghar se tayar ho kar rawana hote hain eidgah ki taraf, yeh kehte hue:</w:t>
      </w:r>
    </w:p>
    <w:p>
      <w:pPr>
        <w:jc w:val="right"/>
      </w:pPr>
      <w:r>
        <w:t>مثلاً صبح کو آپ اٹھتے ہیں تو گھر سے تیار ہو کر روانہ ہوتے ہیں عید گاہ کی طرف، یہ کہتے ہوئے:</w:t>
      </w:r>
    </w:p>
    <w:p>
      <w:r>
        <w:rPr>
          <w:b/>
        </w:rPr>
        <w:t xml:space="preserve">[03:29] </w:t>
      </w:r>
      <w:r>
        <w:t>"labbaik Allahumma labbaik, labbaik Allahumma labbaik"۔ aye Allah! main hazir hoon, aye Allah!</w:t>
      </w:r>
    </w:p>
    <w:p>
      <w:pPr>
        <w:jc w:val="right"/>
      </w:pPr>
      <w:r>
        <w:t>"لبیک اللہم لبیک، لبیک اللہم لبیک"۔ اے اللہ! میں حاضر ہوں، اے اللہ!</w:t>
      </w:r>
    </w:p>
    <w:p>
      <w:r>
        <w:rPr>
          <w:b/>
        </w:rPr>
        <w:t xml:space="preserve">[03:38] </w:t>
      </w:r>
      <w:r>
        <w:t>main hazir hoon۔ yeh sirf aik lafzi baat nahi hai,</w:t>
      </w:r>
    </w:p>
    <w:p>
      <w:pPr>
        <w:jc w:val="right"/>
      </w:pPr>
      <w:r>
        <w:t>میں حاضر ہوں۔ یہ صرف ایک لفظی بات نہیں ہے،</w:t>
      </w:r>
    </w:p>
    <w:p>
      <w:r>
        <w:rPr>
          <w:b/>
        </w:rPr>
        <w:t xml:space="preserve">[03:43] </w:t>
      </w:r>
      <w:r>
        <w:t>yeh momin ke dil ki pukar hai۔</w:t>
      </w:r>
    </w:p>
    <w:p>
      <w:pPr>
        <w:jc w:val="right"/>
      </w:pPr>
      <w:r>
        <w:t>یہ مومن کے دل کی پکار ہے۔</w:t>
      </w:r>
    </w:p>
    <w:p>
      <w:r>
        <w:rPr>
          <w:b/>
        </w:rPr>
        <w:t xml:space="preserve">[03:53] </w:t>
      </w:r>
      <w:r>
        <w:t>eid al-adha ke din aik sacha momin apne</w:t>
      </w:r>
    </w:p>
    <w:p>
      <w:pPr>
        <w:jc w:val="right"/>
      </w:pPr>
      <w:r>
        <w:t>عیدِ اضحی کے دن ایک سچا مومن اپنے</w:t>
      </w:r>
    </w:p>
    <w:p>
      <w:r>
        <w:rPr>
          <w:b/>
        </w:rPr>
        <w:t xml:space="preserve">[04:03] </w:t>
      </w:r>
      <w:r>
        <w:t>iman ko is tarah taza karta hai, apne plish ko, apne ahad ko is tarah din dobara taza karta hai, yeh alfaz bol kar۔</w:t>
      </w:r>
    </w:p>
    <w:p>
      <w:pPr>
        <w:jc w:val="right"/>
      </w:pPr>
      <w:r>
        <w:t>ایمان کو اس طرح تازہ کرتا ہے، اپنے پلش کو، اپنے عہد کو اس طرح دن دوبارہ تازہ کرتا ہے، یہ الفاظ بول کر۔</w:t>
      </w:r>
    </w:p>
    <w:p>
      <w:r>
        <w:rPr>
          <w:b/>
        </w:rPr>
        <w:t xml:space="preserve">[04:16] </w:t>
      </w:r>
      <w:r>
        <w:t>is ka matlab yeh hai ke aap Allah se yeh ahad karte hain ke meri zindagi god oriented zindagi hogi,</w:t>
      </w:r>
    </w:p>
    <w:p>
      <w:pPr>
        <w:jc w:val="right"/>
      </w:pPr>
      <w:r>
        <w:t>اس کا مطلب یہ ہے کہ آپ اللہ سے یہ عہد کرتے ہیں کہ میری زندگی گاڈ اورینٹڈ زندگی ہوگی،</w:t>
      </w:r>
    </w:p>
    <w:p>
      <w:r>
        <w:rPr>
          <w:b/>
        </w:rPr>
        <w:t xml:space="preserve">[04:30] </w:t>
      </w:r>
      <w:r>
        <w:t>khuda rukh zindagi hogi۔ meri dhop aik Allah ke liye hogi۔</w:t>
      </w:r>
    </w:p>
    <w:p>
      <w:pPr>
        <w:jc w:val="right"/>
      </w:pPr>
      <w:r>
        <w:t>خدا رخ زندگی ہوگی۔ میری دھوپ ایک اللہ کے لیے ہوگی۔</w:t>
      </w:r>
    </w:p>
    <w:p>
      <w:r>
        <w:rPr>
          <w:b/>
        </w:rPr>
        <w:t xml:space="preserve">[04:39] </w:t>
      </w:r>
      <w:r>
        <w:t>aap jante hain is dunya mein har aadmi ke bohat se taluqat hote hain: biwi, bachhe, khandan, business, job, aur is ke bohat se dunyavi taqaze۔</w:t>
      </w:r>
    </w:p>
    <w:p>
      <w:pPr>
        <w:jc w:val="right"/>
      </w:pPr>
      <w:r>
        <w:t>آپ جانتے ہیں اس دنیا میں ہر آدمی کے بہت سے تعلقات ہوتے ہیں: بیوی، بچے، خاندان، بزنس، جاب، اور اس کے بہت سے دنیاوی تقاضے۔</w:t>
      </w:r>
    </w:p>
    <w:p>
      <w:r>
        <w:rPr>
          <w:b/>
        </w:rPr>
        <w:t xml:space="preserve">[04:59] </w:t>
      </w:r>
      <w:r>
        <w:t>to aadmi bachpan se unhi cheezon mein conditioned ho jata hai.</w:t>
      </w:r>
    </w:p>
    <w:p>
      <w:pPr>
        <w:jc w:val="right"/>
      </w:pPr>
      <w:r>
        <w:t>تو آدمی بچپن سے انہی چیزوں میں کنڈیشنڈ ہو جاتا ہے۔</w:t>
      </w:r>
    </w:p>
    <w:p>
      <w:r>
        <w:rPr>
          <w:b/>
        </w:rPr>
        <w:t xml:space="preserve">[05:07] </w:t>
      </w:r>
      <w:r>
        <w:t>dheere dheere aisa hota hai ke woh is ke siwa kuch aur soch nahi pata. to is ki tawajjuh ka markaz yahi sab cheezen ho jati hain.</w:t>
      </w:r>
    </w:p>
    <w:p>
      <w:pPr>
        <w:jc w:val="right"/>
      </w:pPr>
      <w:r>
        <w:t>دھیرے دھیرے ایسا ہوتا ہے کہ وہ اس کے سوا کچھ اور سوچ نہیں پاتا۔ تو اس کی توجہات کا مرکز یہی سب چیزیں ہو جاتی ہیں۔</w:t>
      </w:r>
    </w:p>
    <w:p>
      <w:r>
        <w:rPr>
          <w:b/>
        </w:rPr>
        <w:t xml:space="preserve">[05:18] </w:t>
      </w:r>
      <w:r>
        <w:t>lekin momin woh hai jis ka soul cure Allah ho, jis ki tawajjuh ka markaz is ka khaliq ho.</w:t>
      </w:r>
    </w:p>
    <w:p>
      <w:pPr>
        <w:jc w:val="right"/>
      </w:pPr>
      <w:r>
        <w:t>لیکن مومن وہ ہے جس کا سول کرسن اللہ ہو، جس کی توجہات کا مرکز اس کا خالق ہو۔</w:t>
      </w:r>
    </w:p>
    <w:p>
      <w:r>
        <w:rPr>
          <w:b/>
        </w:rPr>
        <w:t xml:space="preserve">[05:29] </w:t>
      </w:r>
      <w:r>
        <w:t>to isi haqeeqat ka elaan hota hai "labbaik Allahumma labbaik" ke alfaaz mein.</w:t>
      </w:r>
    </w:p>
    <w:p>
      <w:pPr>
        <w:jc w:val="right"/>
      </w:pPr>
      <w:r>
        <w:t>تو اسی حقیقت کا اعلان ہوتا ہے "لبیک اللہم لبیک" کے الفاظ میں۔</w:t>
      </w:r>
    </w:p>
    <w:p>
      <w:r>
        <w:rPr>
          <w:b/>
        </w:rPr>
        <w:t xml:space="preserve">[05:43] </w:t>
      </w:r>
      <w:r>
        <w:t>yahan mein aik baat arz karna chahunga ke har mazhab mein baad ke zamane mein zawal aata hai,</w:t>
      </w:r>
    </w:p>
    <w:p>
      <w:pPr>
        <w:jc w:val="right"/>
      </w:pPr>
      <w:r>
        <w:t>یہاں میں ایک بات عرض کرنا چاہوں گا کہ ہر مذہب میں بعد کے زمانے میں زوال آتا ہے،</w:t>
      </w:r>
    </w:p>
    <w:p>
      <w:r>
        <w:rPr>
          <w:b/>
        </w:rPr>
        <w:t xml:space="preserve">[05:57] </w:t>
      </w:r>
      <w:r>
        <w:t>yani mazhab ke manne walon mein.</w:t>
      </w:r>
    </w:p>
    <w:p>
      <w:pPr>
        <w:jc w:val="right"/>
      </w:pPr>
      <w:r>
        <w:t>یعنی مذہب کے ماننے والوں میں۔</w:t>
      </w:r>
    </w:p>
    <w:p>
      <w:r>
        <w:rPr>
          <w:b/>
        </w:rPr>
        <w:t xml:space="preserve">[06:04] </w:t>
      </w:r>
      <w:r>
        <w:t>wo zawal poori tarah musalmanon par aa chuka hai. woh zawal kiya hota hai? spirit khatm ho jati hai, sirf form baqi rehta hai.</w:t>
      </w:r>
    </w:p>
    <w:p>
      <w:pPr>
        <w:jc w:val="right"/>
      </w:pPr>
      <w:r>
        <w:t>وہ زوال پوری طرح مسلمانوں پر آ چکا ہے۔ وہ زوال کیا ہوتا ہے؟ اسپرٹ ختم ہو جاتی ہے، صرف فارم باقی رہتا ہے۔</w:t>
      </w:r>
    </w:p>
    <w:p>
      <w:r>
        <w:rPr>
          <w:b/>
        </w:rPr>
        <w:t xml:space="preserve">[06:15] </w:t>
      </w:r>
      <w:r>
        <w:t>yeh zawal hai. pehle daur mein ahle iman spirit wale mazhab pe khare hue the.</w:t>
      </w:r>
    </w:p>
    <w:p>
      <w:pPr>
        <w:jc w:val="right"/>
      </w:pPr>
      <w:r>
        <w:t>یہ زوال ہے۔ پہلے دور میں اہل ایمان اسپرٹ والے مذہب پہ کھڑے ہوئے تھے۔</w:t>
      </w:r>
    </w:p>
    <w:p>
      <w:r>
        <w:rPr>
          <w:b/>
        </w:rPr>
        <w:t xml:space="preserve">[06:26] </w:t>
      </w:r>
      <w:r>
        <w:t>baad ko dheere dheere ab jo hai woh spirit-less religion un ke darmiyan hai. bazahir sab kuch hai, lekin haqeeqat haqeeqat ke aitbar se kuch bhi nahi, bas form ki dhoom hai har jagah.</w:t>
      </w:r>
    </w:p>
    <w:p>
      <w:pPr>
        <w:jc w:val="right"/>
      </w:pPr>
      <w:r>
        <w:t>بعد کو دھیرے دھیرے اب جو ہے وہ اسپرٹ لیس ریلیجن ان کے درمیان ہے۔ بظاہر سب کچھ ہے، لیکن حقیقت حقیقت کے اعتبار سے کچھ بھی نہیں، بس فارم کی دھوم ہے ہر جگہ۔</w:t>
      </w:r>
    </w:p>
    <w:p>
      <w:r>
        <w:rPr>
          <w:b/>
        </w:rPr>
        <w:t xml:space="preserve">[06:42] </w:t>
      </w:r>
      <w:r>
        <w:t>dekhiye, yeh hamesha insan ki sab se bari kamzori yahi rahi hai,</w:t>
      </w:r>
    </w:p>
    <w:p>
      <w:pPr>
        <w:jc w:val="right"/>
      </w:pPr>
      <w:r>
        <w:t>دیکھیے، یہ ہمیشہ انسان کی سب سے بڑی کمزوری یہی رہی ہے،</w:t>
      </w:r>
    </w:p>
    <w:p>
      <w:r>
        <w:rPr>
          <w:b/>
        </w:rPr>
        <w:t xml:space="preserve">[06:50] </w:t>
      </w:r>
      <w:r>
        <w:t>yani spirit ghayab aur form ki dhoom hamesha yahi insan ki kamzori rahi hai. pehle zamane mein aap dekhiye, jab dunya mein shirk ka ghalba tha to kiya hota tha?</w:t>
      </w:r>
    </w:p>
    <w:p>
      <w:pPr>
        <w:jc w:val="right"/>
      </w:pPr>
      <w:r>
        <w:t>یعنی اسپرٹ غائب اور فارم کی دھوم ہمیشہ یہی انسان کی کمزوری رہی ہے۔ پہلے زمانے میں آپ دیکھیے، جب دنیا میں شرک کا غلبہ تھا تو کیا ہوتا تھا؟</w:t>
      </w:r>
    </w:p>
    <w:p>
      <w:r>
        <w:rPr>
          <w:b/>
        </w:rPr>
        <w:t xml:space="preserve">[07:08] </w:t>
      </w:r>
      <w:r>
        <w:t>sooraj ki parastish, chand ki parastish, sitaron ki parastish is ki dhoom thi. aur jo un ka khaliq hai, woh bas rasmi aqeeday ke taur par tha.</w:t>
      </w:r>
    </w:p>
    <w:p>
      <w:pPr>
        <w:jc w:val="right"/>
      </w:pPr>
      <w:r>
        <w:t>سورج کی پرستش، چاند کی پرستش، ستاروں کی پرستش اس کی دھوم تھی۔ اور جو ان کا خالق ہے، وہ بس رسمی عقیدے کے طور پر تھا۔</w:t>
      </w:r>
    </w:p>
    <w:p>
      <w:r>
        <w:rPr>
          <w:b/>
        </w:rPr>
        <w:t xml:space="preserve">[07:23] </w:t>
      </w:r>
      <w:r>
        <w:t>haqeeqi zindagi mein jo dhoom thi, woh in cheezon ki thi, yani khaliq ko bhula kar makhlooq ki parastish karna.</w:t>
      </w:r>
    </w:p>
    <w:p>
      <w:pPr>
        <w:jc w:val="right"/>
      </w:pPr>
      <w:r>
        <w:t>حقیقی زندگی میں جو دھوم تھی، وہ ان چیزوں کی تھی، یعنی خالق کو بھلا کر مخلوق کی پرستش کرنا۔</w:t>
      </w:r>
    </w:p>
    <w:p>
      <w:r>
        <w:rPr>
          <w:b/>
        </w:rPr>
        <w:t xml:space="preserve">[07:37] </w:t>
      </w:r>
      <w:r>
        <w:t>yeh</w:t>
      </w:r>
    </w:p>
    <w:p>
      <w:pPr>
        <w:jc w:val="right"/>
      </w:pPr>
      <w:r>
        <w:t>یہ</w:t>
      </w:r>
    </w:p>
    <w:p>
      <w:r>
        <w:rPr>
          <w:b/>
        </w:rPr>
        <w:t xml:space="preserve">[07:38] </w:t>
      </w:r>
      <w:r>
        <w:t>yeh har zamane mein tamam mazahib mein hota hai. mojooda zamane mein aik naya is mein izafa hua ke science danon ne is ko baqayda aik ilmi shakal de di.</w:t>
      </w:r>
    </w:p>
    <w:p>
      <w:pPr>
        <w:jc w:val="right"/>
      </w:pPr>
      <w:r>
        <w:t>ی ہر زمانے میں تمام مذاہب میں ہوتا ہے۔ موجودہ زمانے میں ایک نیا اس میں اضافہ ہوا کہ سائنس دانوں نے اس کو باقاعدہ ایک علمی شکل دے دی۔</w:t>
      </w:r>
    </w:p>
    <w:p>
      <w:r>
        <w:rPr>
          <w:b/>
        </w:rPr>
        <w:t xml:space="preserve">[07:55] </w:t>
      </w:r>
      <w:r>
        <w:t>Galileo, jo Italy ka bohat bara scientist tha, us ki wafat hui hai 1642 isvi mein.</w:t>
      </w:r>
    </w:p>
    <w:p>
      <w:pPr>
        <w:jc w:val="right"/>
      </w:pPr>
      <w:r>
        <w:t>گلیلیو، جو اٹلی کا بہت بڑا سائنٹسٹ تھا، اس کی وفات ہوئی ہے 1642 عیسوی میں۔</w:t>
      </w:r>
    </w:p>
    <w:p>
      <w:r>
        <w:rPr>
          <w:b/>
        </w:rPr>
        <w:t xml:space="preserve">[08:09] </w:t>
      </w:r>
      <w:r>
        <w:t>1642. is ko kaha jata hai ke woh "he laid the foundation stone of modern science".</w:t>
      </w:r>
    </w:p>
    <w:p>
      <w:pPr>
        <w:jc w:val="right"/>
      </w:pPr>
      <w:r>
        <w:t>1642۔ اس کو کہا جاتا ہے کہ وہ "ہی لیڈ دا فاؤنڈیشن اسٹون آف ماڈرن سائنس"۔</w:t>
      </w:r>
    </w:p>
    <w:p>
      <w:r>
        <w:rPr>
          <w:b/>
        </w:rPr>
        <w:t xml:space="preserve">[08:22] </w:t>
      </w:r>
      <w:r>
        <w:t>us ne modern science ka sung binyad rakha. us ne kiya kiya? us ne aik bohat hi</w:t>
      </w:r>
    </w:p>
    <w:p>
      <w:pPr>
        <w:jc w:val="right"/>
      </w:pPr>
      <w:r>
        <w:t>اس نے ماڈرن سائنس کا سنگ بنیاد رکھا۔ اس نے کیا کیا؟ اس نے ایک بہت ہی</w:t>
      </w:r>
    </w:p>
    <w:p>
      <w:r>
        <w:rPr>
          <w:b/>
        </w:rPr>
        <w:t xml:space="preserve">[08:37] </w:t>
      </w:r>
      <w:r>
        <w:t>is mazhab ke aitbar se bohat hi serious cheez ki. he separated the measurable from non-measurable.</w:t>
      </w:r>
    </w:p>
    <w:p>
      <w:pPr>
        <w:jc w:val="right"/>
      </w:pPr>
      <w:r>
        <w:t>اس مذہب کے اعتبار سے بہت ہی سیریس چیز کی۔ ہی سیپریٹڈ دا میزیریبل فرام نان میزیریبل۔</w:t>
      </w:r>
    </w:p>
    <w:p>
      <w:r>
        <w:rPr>
          <w:b/>
        </w:rPr>
        <w:t xml:space="preserve">[08:49] </w:t>
      </w:r>
      <w:r>
        <w:t>he separated the qualitative aspect of things from quantitative aspect. to poori science chal pari.</w:t>
      </w:r>
    </w:p>
    <w:p>
      <w:pPr>
        <w:jc w:val="right"/>
      </w:pPr>
      <w:r>
        <w:t>ہی سیپریٹڈ دا کوالیٹیٹیو اسپیکٹ آف تھنگز فرام کوانٹیٹیٹیو اسپیکٹ۔ تو پوری سائنس چل پڑی۔</w:t>
      </w:r>
    </w:p>
    <w:p>
      <w:r>
        <w:rPr>
          <w:b/>
        </w:rPr>
        <w:t xml:space="preserve">[09:01] </w:t>
      </w:r>
      <w:r>
        <w:t>science naam hai nature ki tehqeeq ka, lekin nature mein kis baat ki tehqeeq karti hai science? sirf form ki, spirit ki nahi.</w:t>
      </w:r>
    </w:p>
    <w:p>
      <w:pPr>
        <w:jc w:val="right"/>
      </w:pPr>
      <w:r>
        <w:t>سائنس نام ہے نیچر کی تحقیق کا، لیکن نیچر میں کس بات کی تحقیق کرتی ہے سائنس؟ صرف فارم کی، اسپرٹ کی نہیں۔</w:t>
      </w:r>
    </w:p>
    <w:p>
      <w:r>
        <w:rPr>
          <w:b/>
        </w:rPr>
        <w:t xml:space="preserve">[09:16] </w:t>
      </w:r>
      <w:r>
        <w:t>spirit ki nahi.</w:t>
      </w:r>
    </w:p>
    <w:p>
      <w:pPr>
        <w:jc w:val="right"/>
      </w:pPr>
      <w:r>
        <w:t>اسپرٹ کی نہیں۔</w:t>
      </w:r>
    </w:p>
    <w:p>
      <w:r>
        <w:rPr>
          <w:b/>
        </w:rPr>
        <w:t xml:space="preserve">[09:20] </w:t>
      </w:r>
      <w:r>
        <w:t>har cheez mein science ne yahi kiya ke spirit ko chhod kar form ki research chhod li gayi.</w:t>
      </w:r>
    </w:p>
    <w:p>
      <w:pPr>
        <w:jc w:val="right"/>
      </w:pPr>
      <w:r>
        <w:t>ہر چیز میں سائنس نے یہی کیا کہ اسپرٹ کو چھوڑ کر فارم کی ریسرچ چھوڑ لی گئی۔</w:t>
      </w:r>
    </w:p>
    <w:p>
      <w:r>
        <w:rPr>
          <w:b/>
        </w:rPr>
        <w:t xml:space="preserve">[09:31] </w:t>
      </w:r>
      <w:r>
        <w:t>aur nature mein jo ma'nawiyat thi, jo meaning thi, jo hikmat thi, jo wisdom thi, woh science ka subject nahi bani.</w:t>
      </w:r>
    </w:p>
    <w:p>
      <w:pPr>
        <w:jc w:val="right"/>
      </w:pPr>
      <w:r>
        <w:t>اور نیچر میں جو معنویت تھی، جو میننگ تھی، جو حکمت تھی، جو وزڈم تھی، وہ سائنس کا سبجیکٹ نہیں بنی۔</w:t>
      </w:r>
    </w:p>
    <w:p>
      <w:r>
        <w:rPr>
          <w:b/>
        </w:rPr>
        <w:t xml:space="preserve">[09:43] </w:t>
      </w:r>
      <w:r>
        <w:t>halankeh isi mein khaliq ki daryaft hoti thi.</w:t>
      </w:r>
    </w:p>
    <w:p>
      <w:pPr>
        <w:jc w:val="right"/>
      </w:pPr>
      <w:r>
        <w:t>حالانکہ اسی میں خالق کی دریافت ہوتی تھی۔</w:t>
      </w:r>
    </w:p>
    <w:p>
      <w:r>
        <w:rPr>
          <w:b/>
        </w:rPr>
        <w:t xml:space="preserve">[09:46] </w:t>
      </w:r>
      <w:r>
        <w:t>yahan bhi aap dekhiye to science ne makhlooq ko liya aur khalique ko chhod diya. misaal ke taur par dekhiye, hamara jo solar system hai,</w:t>
      </w:r>
    </w:p>
    <w:p>
      <w:pPr>
        <w:jc w:val="right"/>
      </w:pPr>
      <w:r>
        <w:t>یہاں بھی آپ دیکھیے تو سائنس نے مخلوق کو لیا اور خالق کو چھوڑ دیا۔ مثال کے طور پر دیکھیے، ہمارا جو سولر سسٹم ہے،</w:t>
      </w:r>
    </w:p>
    <w:p>
      <w:r>
        <w:rPr>
          <w:b/>
        </w:rPr>
        <w:t xml:space="preserve">[10:01] </w:t>
      </w:r>
      <w:r>
        <w:t>nizam shamsi,</w:t>
      </w:r>
    </w:p>
    <w:p>
      <w:pPr>
        <w:jc w:val="right"/>
      </w:pPr>
      <w:r>
        <w:t>نظام شمسی،</w:t>
      </w:r>
    </w:p>
    <w:p>
      <w:r>
        <w:rPr>
          <w:b/>
        </w:rPr>
        <w:t xml:space="preserve">[10:06] </w:t>
      </w:r>
      <w:r>
        <w:t>woh kya hai? solar system aik galaxy mein waqe hai.</w:t>
      </w:r>
    </w:p>
    <w:p>
      <w:pPr>
        <w:jc w:val="right"/>
      </w:pPr>
      <w:r>
        <w:t>وہ کیا ہے؟ سولر سسٹم ایک گلیکسی میں واقع ہے۔</w:t>
      </w:r>
    </w:p>
    <w:p>
      <w:r>
        <w:rPr>
          <w:b/>
        </w:rPr>
        <w:t xml:space="preserve">[10:13] </w:t>
      </w:r>
      <w:r>
        <w:t>wasee universe mein bohat sari kahkashan hain jin ko galaxy kaha jata hai. in mein se aik galaxy woh hai jis mein hamara solar system waqe hai.</w:t>
      </w:r>
    </w:p>
    <w:p>
      <w:pPr>
        <w:jc w:val="right"/>
      </w:pPr>
      <w:r>
        <w:t>وسیع یونیورس میں بہت ساری کہکشائیں ہیں جن کو گلیکسی کہا جاتا ہے۔ ان میں سے ایک گلیکسی وہ ہے جس میں ہمارا سولر سسٹم واقع ہے۔</w:t>
      </w:r>
    </w:p>
    <w:p>
      <w:r>
        <w:rPr>
          <w:b/>
        </w:rPr>
        <w:t xml:space="preserve">[10:28] </w:t>
      </w:r>
      <w:r>
        <w:t>yeh bohat hi ajeeb baat hai ke poora solar system is galaxy ke corner par hai, kinare, is ke darmiyan mein nahi hai.</w:t>
      </w:r>
    </w:p>
    <w:p>
      <w:pPr>
        <w:jc w:val="right"/>
      </w:pPr>
      <w:r>
        <w:t>یہ بہت ہی عجیب بات ہے کہ پورا سولر سسٹم اس گلیکسی کے کارنر پر ہے، کنارے، اس کے درمیان میں نہیں ہے۔</w:t>
      </w:r>
    </w:p>
    <w:p>
      <w:r>
        <w:rPr>
          <w:b/>
        </w:rPr>
        <w:t xml:space="preserve">[10:40] </w:t>
      </w:r>
      <w:r>
        <w:t>is</w:t>
      </w:r>
    </w:p>
    <w:p>
      <w:pPr>
        <w:jc w:val="right"/>
      </w:pPr>
      <w:r>
        <w:t>اس</w:t>
      </w:r>
    </w:p>
    <w:p>
      <w:r>
        <w:rPr>
          <w:b/>
        </w:rPr>
        <w:t xml:space="preserve">[10:41] </w:t>
      </w:r>
      <w:r>
        <w:t>galaxy mein bohat sare sitare hain, billions ya billion sitare hain, bohat hi zyada bade bade, bohat zyada garam. toh is galaxy ka jo darmiyani hissa hai,</w:t>
      </w:r>
    </w:p>
    <w:p>
      <w:pPr>
        <w:jc w:val="right"/>
      </w:pPr>
      <w:r>
        <w:t>گلیکسی میں بہت سارے ستارے ہیں، بلینز یا بلین ستارے ہیں، بہت ہی زیادہ بڑے بڑے، بہت زیادہ گرم۔ تو اس گلیکسی کا جو درمیانی حصہ ہے،</w:t>
      </w:r>
    </w:p>
    <w:p>
      <w:r>
        <w:rPr>
          <w:b/>
        </w:rPr>
        <w:t xml:space="preserve">[10:55] </w:t>
      </w:r>
      <w:r>
        <w:t>woh bohat zyada garam hai, bohat zyada heat hai is ke andar.</w:t>
      </w:r>
    </w:p>
    <w:p>
      <w:pPr>
        <w:jc w:val="right"/>
      </w:pPr>
      <w:r>
        <w:t>وہ بہت زیادہ گرم ہے، بہت زیادہ ہیٹ ہے اس کے اندر۔</w:t>
      </w:r>
    </w:p>
    <w:p>
      <w:r>
        <w:rPr>
          <w:b/>
        </w:rPr>
        <w:t xml:space="preserve">[11:03] </w:t>
      </w:r>
      <w:r>
        <w:t>agar hamara solar system galaxy ke darmiyan mein hota toh hum log pighal jate, hamara mawjood na hota hamara.</w:t>
      </w:r>
    </w:p>
    <w:p>
      <w:pPr>
        <w:jc w:val="right"/>
      </w:pPr>
      <w:r>
        <w:t>اگر ہمارا سولر سسٹم گلیکسی کے درمیان میں ہوتا تو ہم لوگ پگھل جاتے، ہمارا موجود نہ ہوتا ہمارا۔</w:t>
      </w:r>
    </w:p>
    <w:p>
      <w:r>
        <w:rPr>
          <w:b/>
        </w:rPr>
        <w:t xml:space="preserve">[11:14] </w:t>
      </w:r>
      <w:r>
        <w:t>lekin khalique ne solar system ko galaxy ke kinare rakh diya, jis ki wajah se hum ko bohat hi mo'tedil aur normal heat milti hai.</w:t>
      </w:r>
    </w:p>
    <w:p>
      <w:pPr>
        <w:jc w:val="right"/>
      </w:pPr>
      <w:r>
        <w:t>لیکن خالق نے سولر سسٹم کو گلیکسی کے کنارے رکھ دیا، جس کی وجہ سے ہم کو بہت ہی معتدل اور نارمل ہیٹ ملتی ہے۔</w:t>
      </w:r>
    </w:p>
    <w:p>
      <w:r>
        <w:rPr>
          <w:b/>
        </w:rPr>
        <w:t xml:space="preserve">[11:28] </w:t>
      </w:r>
      <w:r>
        <w:t>toh scientist is ki daryaft toh karta hai ke ke solar system mein kehte hain</w:t>
      </w:r>
    </w:p>
    <w:p>
      <w:pPr>
        <w:jc w:val="right"/>
      </w:pPr>
      <w:r>
        <w:t>تو سائنسدان اس کی دریافت تو کرتا ہے کہ کہ سولر سسٹم میں کہتے ہیں</w:t>
      </w:r>
    </w:p>
    <w:p>
      <w:r>
        <w:rPr>
          <w:b/>
        </w:rPr>
        <w:t xml:space="preserve">[11:40] </w:t>
      </w:r>
      <w:r>
        <w:t>planets hain, is ke is ki movement kaise hoti hai, is ka location kya hai.</w:t>
      </w:r>
    </w:p>
    <w:p>
      <w:pPr>
        <w:jc w:val="right"/>
      </w:pPr>
      <w:r>
        <w:t>پلینٹس ہیں، اس کے اس کی موومنٹ کیسے ہوتی ہے، اس کا لوکیشن کیا ہے۔</w:t>
      </w:r>
    </w:p>
    <w:p>
      <w:r>
        <w:rPr>
          <w:b/>
        </w:rPr>
        <w:t xml:space="preserve">[11:49] </w:t>
      </w:r>
      <w:r>
        <w:t>lekin yeh jo pehlu hai ke itni zabardast is ke andar ma'nawiyat hai, yahi aik baat nahi, aisi millions aur billions baatein hain jo batati hain ke jo khalique hai is ka,</w:t>
      </w:r>
    </w:p>
    <w:p>
      <w:pPr>
        <w:jc w:val="right"/>
      </w:pPr>
      <w:r>
        <w:t>لیکن یہ جو پہلو ہے کہ اتنی زبردست اس کے اندر معنویت ہے، یہی ایک بات نہیں، ایسی ملینز اور بلینز باتیں ہیں جو بتاتی ہیں کہ جو خالق ہے اس کا،</w:t>
      </w:r>
    </w:p>
    <w:p>
      <w:r>
        <w:rPr>
          <w:b/>
        </w:rPr>
        <w:t xml:space="preserve">[12:08] </w:t>
      </w:r>
      <w:r>
        <w:t>woh bohat hi zyada hakeem hai. yani everything is well designed, well planned.</w:t>
      </w:r>
    </w:p>
    <w:p>
      <w:pPr>
        <w:jc w:val="right"/>
      </w:pPr>
      <w:r>
        <w:t>وہ بہت ہی زیادہ حکیم ہے۔ یعنی ایوری تھنگ از ویل ڈیزائنڈ، ویل پلانڈ۔</w:t>
      </w:r>
    </w:p>
    <w:p>
      <w:r>
        <w:rPr>
          <w:b/>
        </w:rPr>
        <w:t xml:space="preserve">[12:17] </w:t>
      </w:r>
      <w:r>
        <w:t>toh kyun aisa hai?</w:t>
      </w:r>
    </w:p>
    <w:p>
      <w:pPr>
        <w:jc w:val="right"/>
      </w:pPr>
      <w:r>
        <w:t>تو کیوں ایسا ہے؟</w:t>
      </w:r>
    </w:p>
    <w:p>
      <w:r>
        <w:rPr>
          <w:b/>
        </w:rPr>
        <w:t xml:space="preserve">[12:19] </w:t>
      </w:r>
      <w:r>
        <w:t>is ke mani hain ke is ke peeche planner hain, is ke peeche designer hain. lekin science ka woh subject nahi. toh science form ka, form ki tehqeeq karti hai.</w:t>
      </w:r>
    </w:p>
    <w:p>
      <w:pPr>
        <w:jc w:val="right"/>
      </w:pPr>
      <w:r>
        <w:t>اس کے معنی ہیں کہ اس کے پیچھے پلانر ہیں، اس کے پیچھے ڈیزائنر ہیں۔ لیکن سائنس کا وہ سبجیکٹ نہیں۔ تو سائنس فارم کا، فارم کی تحقیق کرتی ہے۔</w:t>
      </w:r>
    </w:p>
    <w:p>
      <w:r>
        <w:rPr>
          <w:b/>
        </w:rPr>
        <w:t xml:space="preserve">[12:36] </w:t>
      </w:r>
      <w:r>
        <w:t>is ke jo meaning hai, is ke andar jo wisdom hai, woh science ka subject nahi hai. yahi sach poochhein toh secular duniya mein aur mazhabi duniya mein har jagah</w:t>
      </w:r>
    </w:p>
    <w:p>
      <w:pPr>
        <w:jc w:val="right"/>
      </w:pPr>
      <w:r>
        <w:t>اس کے جو میننگ ہے، اس کے اندر جو وزڈم ہے، وہ سائنس کا سبجیکٹ نہیں ہے۔ یہی سچ پوچھیں تو سیکولر دنیا میں اور مذہبی دنیا میں ہر جگہ</w:t>
      </w:r>
    </w:p>
    <w:p>
      <w:r>
        <w:rPr>
          <w:b/>
        </w:rPr>
        <w:t xml:space="preserve">[12:49] </w:t>
      </w:r>
      <w:r>
        <w:t>yahi sab se badi kharabi hai. wohi kharabi hajj mein aur eid al-adha mein bhi maujood hai. toh jaisa ke maine arz kiya ke eid al-adha ka jo din hai, is ka aghaz hota hai "labbaik Allahumma labbaik" se.</w:t>
      </w:r>
    </w:p>
    <w:p>
      <w:pPr>
        <w:jc w:val="right"/>
      </w:pPr>
      <w:r>
        <w:t>یہی سب سے بڑی خرابی ہے۔ وہی خرابی حج میں اور عید الاضحی میں بھی موجود ہے۔ تو جیسا کہ میں نے عرض کیا کہ عید الاضحی کا جو دن ہے، اس کا آغاز ہوتا ہے "لبیک اللہم لبیک" سے۔</w:t>
      </w:r>
    </w:p>
    <w:p>
      <w:r>
        <w:rPr>
          <w:b/>
        </w:rPr>
        <w:t xml:space="preserve">[13:08] </w:t>
      </w:r>
      <w:r>
        <w:t>yani is baat ka ahad ke hum Allah ko, hum ne Allah ko apna sole concern banaya, hum ne apne aap ko Allah ke liye waqf kiya,</w:t>
      </w:r>
    </w:p>
    <w:p>
      <w:pPr>
        <w:jc w:val="right"/>
      </w:pPr>
      <w:r>
        <w:t>یعنی اس بات کا عہد کہ ہم اللہ کو، ہم نے اللہ کو اپنا سول کنسرن بنایا، ہم نے اپنے آپ کو اللہ کے لیے وقف کیا،</w:t>
      </w:r>
    </w:p>
    <w:p>
      <w:r>
        <w:rPr>
          <w:b/>
        </w:rPr>
        <w:t xml:space="preserve">[13:25] </w:t>
      </w:r>
      <w:r>
        <w:t>Allah ke liye dedicate kiya, hum ne God oriented life ikhtiyar ki. yeh hai pledge.</w:t>
      </w:r>
    </w:p>
    <w:p>
      <w:pPr>
        <w:jc w:val="right"/>
      </w:pPr>
      <w:r>
        <w:t>اللہ کے لیے ڈیڈیکیٹ کیا، ہم نے گاڈ اورینٹڈ لائف اختیار کی۔ یہ ہے پلج۔</w:t>
      </w:r>
    </w:p>
    <w:p>
      <w:r>
        <w:rPr>
          <w:b/>
        </w:rPr>
        <w:t xml:space="preserve">[13:35] </w:t>
      </w:r>
      <w:r>
        <w:t>lekin kuch nahi. maine dekha hai ke jab log jate hain gharon se eidgah ki taraf toh bas apne bachchon mein masroof rehte hain.</w:t>
      </w:r>
    </w:p>
    <w:p>
      <w:pPr>
        <w:jc w:val="right"/>
      </w:pPr>
      <w:r>
        <w:t>لیکن کچھ نہیں۔ میں نے دیکھا ہے کہ جب لوگ جاتے ہیں گھروں سے عید گاہ کی طرف تو بس اپنے بچوں میں مشغول رہتے ہیں۔</w:t>
      </w:r>
    </w:p>
    <w:p>
      <w:r>
        <w:rPr>
          <w:b/>
        </w:rPr>
        <w:t xml:space="preserve">[13:47] </w:t>
      </w:r>
      <w:r>
        <w:t>aik bachcha aik haath mein, doosra bachcha doosre haath mein, aur isi mein masroof rehte hain woh. yani munh se bolen ke agar Allah ke alfaaz.</w:t>
      </w:r>
    </w:p>
    <w:p>
      <w:pPr>
        <w:jc w:val="right"/>
      </w:pPr>
      <w:r>
        <w:t>ایک بچہ ایک ہاتھ میں، دوسرا بچہ دوسرے ہاتھ میں، اور اسی میں مشغول رہتے ہیں وہ۔ یعنی منہ سے بولیں کہ اگر اللہ کے الفاظ۔</w:t>
      </w:r>
    </w:p>
    <w:p>
      <w:r>
        <w:rPr>
          <w:b/>
        </w:rPr>
        <w:t xml:space="preserve">[13:59] </w:t>
      </w:r>
      <w:r>
        <w:t>lekin amalan un ki sari dilchaspi hogi apne bachchon mein.</w:t>
      </w:r>
    </w:p>
    <w:p>
      <w:pPr>
        <w:jc w:val="right"/>
      </w:pPr>
      <w:r>
        <w:t>لیکن عملاً ان کی ساری دلچسپی ہوگی اپنے بچوں میں۔</w:t>
      </w:r>
    </w:p>
    <w:p>
      <w:r>
        <w:rPr>
          <w:b/>
        </w:rPr>
        <w:t xml:space="preserve">[14:04] </w:t>
      </w:r>
      <w:r>
        <w:t>aise hi guzarta hai poora din. toh is tarah se dekhiye, ghar se rawana ho kar hum eidgah ya masjid mein pohanchte hain, wahan par do rakat namaz hoti hai, phir khutba hota hai.</w:t>
      </w:r>
    </w:p>
    <w:p>
      <w:pPr>
        <w:jc w:val="right"/>
      </w:pPr>
      <w:r>
        <w:t>ایسے ہی گزرتا ہے پورا دن۔ تو اس طرح سے دیکھیے، گھر سے روانہ ہو کر ہم عید گاہ یا مسجد میں پہنچتے ہیں، وہاں پر دو رکعت نماز ہوتی ہے، پھر خطبہ ہوتا ہے۔</w:t>
      </w:r>
    </w:p>
    <w:p>
      <w:r>
        <w:rPr>
          <w:b/>
        </w:rPr>
        <w:t xml:space="preserve">[14:24] </w:t>
      </w:r>
      <w:r>
        <w:t>yeh matloob hai ke sare basti ke musalman aik jagah aa kar namaz ada karen. agar</w:t>
      </w:r>
    </w:p>
    <w:p>
      <w:pPr>
        <w:jc w:val="right"/>
      </w:pPr>
      <w:r>
        <w:t>یہ مطلوب ہے کہ سارے بستی کے مسلمان ایک جگہ آ کر نماز ادا کریں۔ اگر</w:t>
      </w:r>
    </w:p>
    <w:p>
      <w:r>
        <w:rPr>
          <w:b/>
        </w:rPr>
        <w:t xml:space="preserve">[14:32] </w:t>
      </w:r>
      <w:r>
        <w:t>che maujooda zamanay mein amalan yeh hota hai ke log is paas ke masjidon mein namaz parh lete hain, lekin yeh sahi tareeqa nahi hai.</w:t>
      </w:r>
    </w:p>
    <w:p>
      <w:pPr>
        <w:jc w:val="right"/>
      </w:pPr>
      <w:r>
        <w:t>چہ موجودہ زمانے میں عملاً یہ ہوتا ہے کہ لوگ اس پاس کے مسجدوں میں نماز پڑھ لیتے ہیں، لیکن یہ صحیح طریقہ نہیں ہے۔</w:t>
      </w:r>
    </w:p>
    <w:p>
      <w:r>
        <w:rPr>
          <w:b/>
        </w:rPr>
        <w:t xml:space="preserve">[14:44] </w:t>
      </w:r>
      <w:r>
        <w:t>yeh prescribe tareeqa yeh nahi hai. prescribe tareeqa toh yeh hai ke saare musalman ek jagah ikhatta hon basti ke.</w:t>
      </w:r>
    </w:p>
    <w:p>
      <w:pPr>
        <w:jc w:val="right"/>
      </w:pPr>
      <w:r>
        <w:t>یہ پریسکرائب طریقہ یہ نہیں ہے۔ پریسکرائب طریقہ تو یہ ہے کہ سارے مسلمان ایک جگہ اکٹھا ہوں بستی کے۔</w:t>
      </w:r>
    </w:p>
    <w:p>
      <w:r>
        <w:rPr>
          <w:b/>
        </w:rPr>
        <w:t xml:space="preserve">[14:57] </w:t>
      </w:r>
      <w:r>
        <w:t>yaani yeh wohi manzar local tor par paida karna maqsood hai jo Makkah mein aur Arfaat ke maidan mein paida kiya jata hai.</w:t>
      </w:r>
    </w:p>
    <w:p>
      <w:pPr>
        <w:jc w:val="right"/>
      </w:pPr>
      <w:r>
        <w:t>یعنی یہ وہی منظر لوکل طور پر پیدا کرنا مقصود ہے جو مکہ میں اور عرفات کے میدان میں پیدا کیا جاتا ہے۔</w:t>
      </w:r>
    </w:p>
    <w:p>
      <w:r>
        <w:rPr>
          <w:b/>
        </w:rPr>
        <w:t xml:space="preserve">[15:11] </w:t>
      </w:r>
      <w:r>
        <w:t>yaani dunya bhar ke musalman ek jagah ikhatta hotay hain.</w:t>
      </w:r>
    </w:p>
    <w:p>
      <w:pPr>
        <w:jc w:val="right"/>
      </w:pPr>
      <w:r>
        <w:t>یعنی دنیا بھر کے مسلمان ایک جگہ اکٹھا ہوتے ہیں۔</w:t>
      </w:r>
    </w:p>
    <w:p>
      <w:r>
        <w:rPr>
          <w:b/>
        </w:rPr>
        <w:t xml:space="preserve">[15:17] </w:t>
      </w:r>
      <w:r>
        <w:t>yeh ittehad ka sabak hai.</w:t>
      </w:r>
    </w:p>
    <w:p>
      <w:pPr>
        <w:jc w:val="right"/>
      </w:pPr>
      <w:r>
        <w:t>یہ اتحاد کا سبق ہے۔</w:t>
      </w:r>
    </w:p>
    <w:p>
      <w:r>
        <w:rPr>
          <w:b/>
        </w:rPr>
        <w:t xml:space="preserve">[15:20] </w:t>
      </w:r>
      <w:r>
        <w:t>yeh Allah ke saamne har ek ka</w:t>
      </w:r>
    </w:p>
    <w:p>
      <w:pPr>
        <w:jc w:val="right"/>
      </w:pPr>
      <w:r>
        <w:t>یہ اللہ کے سامنے ہر ایک کا</w:t>
      </w:r>
    </w:p>
    <w:p>
      <w:r>
        <w:rPr>
          <w:b/>
        </w:rPr>
        <w:t xml:space="preserve">[15:27] </w:t>
      </w:r>
      <w:r>
        <w:t>mil kar ke woh ahad karna hai,</w:t>
      </w:r>
    </w:p>
    <w:p>
      <w:pPr>
        <w:jc w:val="right"/>
      </w:pPr>
      <w:r>
        <w:t>مل کر کے وہ عہد کرنا ہے،</w:t>
      </w:r>
    </w:p>
    <w:p>
      <w:r>
        <w:rPr>
          <w:b/>
        </w:rPr>
        <w:t xml:space="preserve">[15:34] </w:t>
      </w:r>
      <w:r>
        <w:t>aakhirat ke din ko yaad karna hai jab ke saare insaan Allah ke saamne haazir kiye jayenge.</w:t>
      </w:r>
    </w:p>
    <w:p>
      <w:pPr>
        <w:jc w:val="right"/>
      </w:pPr>
      <w:r>
        <w:t>آخرت کے دن کو یاد کرنا ہے جب کہ سارے انسان اللہ کے سامنے حاضر کیے جائیں گے۔</w:t>
      </w:r>
    </w:p>
    <w:p>
      <w:r>
        <w:rPr>
          <w:b/>
        </w:rPr>
        <w:t xml:space="preserve">[15:42] </w:t>
      </w:r>
      <w:r>
        <w:t>toh yeh jo saare log ikhatta hotay hain Arfaat ke maidan mein aur saare log ikhatta hotay hain haram mein namaz parhte hain, isi ka ek chhota sa muzahira hai jo har basti mein ada kiya jata hai,</w:t>
      </w:r>
    </w:p>
    <w:p>
      <w:pPr>
        <w:jc w:val="right"/>
      </w:pPr>
      <w:r>
        <w:t>تو یہ جو سارے لوگ اکٹھا ہوتے ہیں عرفات کے میدان میں اور سارے لوگ اکٹھا ہوتے ہیں حرب میں نماز پڑھتے ہیں، اسی کا ایک چھوٹا سا مظاہرہ ہے جو ہر بستی میں ادا کیا جاتا ہے،</w:t>
      </w:r>
    </w:p>
    <w:p>
      <w:r>
        <w:rPr>
          <w:b/>
        </w:rPr>
        <w:t xml:space="preserve">[16:01] </w:t>
      </w:r>
      <w:r>
        <w:t>namaz Eid ki shakal mein.</w:t>
      </w:r>
    </w:p>
    <w:p>
      <w:pPr>
        <w:jc w:val="right"/>
      </w:pPr>
      <w:r>
        <w:t>نماز عید کی شکل میں۔</w:t>
      </w:r>
    </w:p>
    <w:p>
      <w:r>
        <w:rPr>
          <w:b/>
        </w:rPr>
        <w:t xml:space="preserve">[16:03] </w:t>
      </w:r>
      <w:r>
        <w:t>toh is liye matloob hai ke saare musalman basti ke ek bari jagah ikhatta hon Eidgah mein, maidan mein, taake woh poora faida is ko haasil ho.</w:t>
      </w:r>
    </w:p>
    <w:p>
      <w:pPr>
        <w:jc w:val="right"/>
      </w:pPr>
      <w:r>
        <w:t>تو اس لیے مطلوب ہے کہ سارے مسلمان بستی کے ایک بڑی جگہ اکٹھا ہوں عید گاہ میں، میدان میں، تاکہ وہ پورا فائدہ اس کو حاصل ہو۔</w:t>
      </w:r>
    </w:p>
    <w:p>
      <w:r>
        <w:rPr>
          <w:b/>
        </w:rPr>
        <w:t xml:space="preserve">[16:16] </w:t>
      </w:r>
      <w:r>
        <w:t>yahan bhi aap dekhiye, namaz mein kya hota hai. baar baar kaha jata hai "Allah Akbar, Allah Akbar".</w:t>
      </w:r>
    </w:p>
    <w:p>
      <w:pPr>
        <w:jc w:val="right"/>
      </w:pPr>
      <w:r>
        <w:t>یہاں بھی آپ دیکھیے، نماز میں کیا ہوتا ہے۔ بار بار کہا جاتا ہے "اللہ اکبر، اللہ اکبر"۔</w:t>
      </w:r>
    </w:p>
    <w:p>
      <w:r>
        <w:rPr>
          <w:b/>
        </w:rPr>
        <w:t xml:space="preserve">[16:27] </w:t>
      </w:r>
      <w:r>
        <w:t>namaz ka khulasa hi "Allah Akbar" hai. woh kya hai?</w:t>
      </w:r>
    </w:p>
    <w:p>
      <w:pPr>
        <w:jc w:val="right"/>
      </w:pPr>
      <w:r>
        <w:t>نماز کا خلاصہ ہی "اللہ اکبر" ہے۔ وہ کیا ہے؟</w:t>
      </w:r>
    </w:p>
    <w:p>
      <w:r>
        <w:rPr>
          <w:b/>
        </w:rPr>
        <w:t xml:space="preserve">[16:33] </w:t>
      </w:r>
      <w:r>
        <w:t>"Allah Akbar" ka matlab hai Allah bara hai. dekhiye, Allah bara hamein ek aur baat shamil hai, woh yeh ke main bara nahi hoon. "God is great and I am not great".</w:t>
      </w:r>
    </w:p>
    <w:p>
      <w:pPr>
        <w:jc w:val="right"/>
      </w:pPr>
      <w:r>
        <w:t>"اللہ اکبر" کا مطلب ہے اللہ بڑا ہے۔ دیکھیے، اللہ بڑا ہمیں ایک اور بات شامل ہے، وہ یہ کہ میں بڑا نہیں ہوں۔ "گاڈ از گریٹ اینڈ آئی ایم ناٹ گریٹ"۔</w:t>
      </w:r>
    </w:p>
    <w:p>
      <w:r>
        <w:rPr>
          <w:b/>
        </w:rPr>
        <w:t xml:space="preserve">[16:48] </w:t>
      </w:r>
      <w:r>
        <w:t>iska matlab kya hua? iska matlab yeh hua ke namaz jo hai, modesty ka sabak hai, tawazu ka sabak hai.</w:t>
      </w:r>
    </w:p>
    <w:p>
      <w:pPr>
        <w:jc w:val="right"/>
      </w:pPr>
      <w:r>
        <w:t>اس کا مطلب کیا ہوا؟ اس کا مطلب یہ ہوا کہ نماز جو ہے، ماڈیسٹی کا سبق ہے، تواضع کا سبق ہے۔</w:t>
      </w:r>
    </w:p>
    <w:p>
      <w:r>
        <w:rPr>
          <w:b/>
        </w:rPr>
        <w:t xml:space="preserve">[17:00] </w:t>
      </w:r>
      <w:r>
        <w:t>kitna bara revolutionary idea hai yeh inqilabi. agar saare musalmanon mein modesty aa jaye, tawazu aa jaye toh kitna bara inqilab ho jaye.</w:t>
      </w:r>
    </w:p>
    <w:p>
      <w:pPr>
        <w:jc w:val="right"/>
      </w:pPr>
      <w:r>
        <w:t>کتنا بڑا ریولیشری آئیڈیا ہے یہ انقلابی۔ اگر سارے مسلمانوں میں ماڈیسٹی آ جائے، تواضع آ جائے تو کتنا بڑا انقلاب ہو جائے۔</w:t>
      </w:r>
    </w:p>
    <w:p>
      <w:r>
        <w:rPr>
          <w:b/>
        </w:rPr>
        <w:t xml:space="preserve">[17:15] </w:t>
      </w:r>
      <w:r>
        <w:t>modesty zid hai ego ki. aur aap jante hain ke jitne bhi samajik zindagi mein, social life mein,</w:t>
      </w:r>
    </w:p>
    <w:p>
      <w:pPr>
        <w:jc w:val="right"/>
      </w:pPr>
      <w:r>
        <w:t>ماڈیسٹی ضد ہے ایگو کی۔ اور آپ جانتے ہیں کہ جتنے بھی سماجی زندگی میں، سوشل لائف میں،</w:t>
      </w:r>
    </w:p>
    <w:p>
      <w:r>
        <w:rPr>
          <w:b/>
        </w:rPr>
        <w:t xml:space="preserve">[17:30] </w:t>
      </w:r>
      <w:r>
        <w:t>jitne bhi evil hain, jitne bhi evil hain, saari evil direct ya indirect ego se juri hui hain.</w:t>
      </w:r>
    </w:p>
    <w:p>
      <w:pPr>
        <w:jc w:val="right"/>
      </w:pPr>
      <w:r>
        <w:t>جتنے بھی ایول ہیں، جتنے بھی ایول ہیں، ساری ایول ڈائریکٹ یا ان ڈائریکٹ ایگو سے جڑی ہوئی ہیں۔</w:t>
      </w:r>
    </w:p>
    <w:p>
      <w:r>
        <w:rPr>
          <w:b/>
        </w:rPr>
        <w:t xml:space="preserve">[17:40] </w:t>
      </w:r>
      <w:r>
        <w:t>ego se.</w:t>
      </w:r>
    </w:p>
    <w:p>
      <w:pPr>
        <w:jc w:val="right"/>
      </w:pPr>
      <w:r>
        <w:t>ایگو سے۔</w:t>
      </w:r>
    </w:p>
    <w:p>
      <w:r>
        <w:rPr>
          <w:b/>
        </w:rPr>
        <w:t xml:space="preserve">[17:42] </w:t>
      </w:r>
      <w:r>
        <w:t>toh namaz ka matlab hai aadmi ko ego-less banana, modesty paida karna. ab ghor kijiye ke agar namaz ki spirit aa jaye logon ke andar toh tamam social evil ki jar kat jaye.</w:t>
      </w:r>
    </w:p>
    <w:p>
      <w:pPr>
        <w:jc w:val="right"/>
      </w:pPr>
      <w:r>
        <w:t>تو نماز کا مطلب ہے آدمی کو ایگو لیس بنانا، ماڈیسٹی پیدا کرنا۔ اب غور کیجئے کہ اگر نماز کی اسپرٹ آ جائے لوگوں کے اندر تو تمام سوشل ایول کی جڑ کٹ جائے۔</w:t>
      </w:r>
    </w:p>
    <w:p>
      <w:r>
        <w:rPr>
          <w:b/>
        </w:rPr>
        <w:t xml:space="preserve">[18:02] </w:t>
      </w:r>
      <w:r>
        <w:t>social evil ki jar kat jaye. kaisi ajeeb baat hai?</w:t>
      </w:r>
    </w:p>
    <w:p>
      <w:pPr>
        <w:jc w:val="right"/>
      </w:pPr>
      <w:r>
        <w:t>سوشل ایول کی جڑ کٹ جائے۔ کیسی عجیب بات ہے؟</w:t>
      </w:r>
    </w:p>
    <w:p>
      <w:r>
        <w:rPr>
          <w:b/>
        </w:rPr>
        <w:t xml:space="preserve">[18:10] </w:t>
      </w:r>
      <w:r>
        <w:t>kaisi ajeeb baat hai? lekin namaz ab amalan kya hai? ek ritual, ek set of ritual hai, ek form hai.</w:t>
      </w:r>
    </w:p>
    <w:p>
      <w:pPr>
        <w:jc w:val="right"/>
      </w:pPr>
      <w:r>
        <w:t>کیسی عجیب بات ہے؟ لیکن نماز اب عملاً کیا ہے؟ ایک ریچول، ایک سیٹ آف ریچول ہے، ایک فارم ہے۔</w:t>
      </w:r>
    </w:p>
    <w:p>
      <w:r>
        <w:rPr>
          <w:b/>
        </w:rPr>
        <w:t xml:space="preserve">[18:25] </w:t>
      </w:r>
      <w:r>
        <w:t>bas is form ko dohra liya aur samjhein ke namaz ho gayi.</w:t>
      </w:r>
    </w:p>
    <w:p>
      <w:pPr>
        <w:jc w:val="right"/>
      </w:pPr>
      <w:r>
        <w:t>بس اس فارم کو دہرا لیا اور سمجھیں کہ نماز ہو گئی۔</w:t>
      </w:r>
    </w:p>
    <w:p>
      <w:r>
        <w:rPr>
          <w:b/>
        </w:rPr>
        <w:t xml:space="preserve">[18:33] </w:t>
      </w:r>
      <w:r>
        <w:t>dekhiye, hadith mein aata hai "Sallu kama ra'aytumuni usalli". namaz is tarah parho jis tarah tum mujh ko namaz parhte hue dekhte ho.</w:t>
      </w:r>
    </w:p>
    <w:p>
      <w:pPr>
        <w:jc w:val="right"/>
      </w:pPr>
      <w:r>
        <w:t>دیکھیے، حدیث میں آتا ہے "صلو کما رأیتمونی اصلی"۔ نماز اس طرح پڑھو جس طرح تم مجھ کو نماز پڑھتے ہوئے دیکھتے ہو۔</w:t>
      </w:r>
    </w:p>
    <w:p>
      <w:r>
        <w:rPr>
          <w:b/>
        </w:rPr>
        <w:t xml:space="preserve">[18:49] </w:t>
      </w:r>
      <w:r>
        <w:t>ab ghor farmaiye ke Rasool Allah ki namaz kya thi? woh sirf form nahi thi.</w:t>
      </w:r>
    </w:p>
    <w:p>
      <w:pPr>
        <w:jc w:val="right"/>
      </w:pPr>
      <w:r>
        <w:t>اب غور فرمائیے کہ رسول اللہ کی نماز کیا تھی؟ وہ صرف فارم نہیں تھی۔</w:t>
      </w:r>
    </w:p>
    <w:p>
      <w:r>
        <w:rPr>
          <w:b/>
        </w:rPr>
        <w:t xml:space="preserve">[18:55] </w:t>
      </w:r>
      <w:r>
        <w:t>rasool Allah ki namaz mein khushu hota tha, khudu hota tha, ikhbat hoti thi, inabat hoti thi. yani rabbani spirit bharpoor tor par hoti thi.</w:t>
      </w:r>
    </w:p>
    <w:p>
      <w:pPr>
        <w:jc w:val="right"/>
      </w:pPr>
      <w:r>
        <w:t>رسول اللہ کی نماز میں خشوع ہوتا تھا، خضوع ہوتا تھا، اخبات ہوتی تھی، عنابت ہوتی تھی۔ یعنی ربانی اسپرٹ بھرپور طور پر ہوتی تھی۔</w:t>
      </w:r>
    </w:p>
    <w:p>
      <w:r>
        <w:rPr>
          <w:b/>
        </w:rPr>
        <w:t xml:space="preserve">[19:11] </w:t>
      </w:r>
      <w:r>
        <w:t>to "sallo kama raaitumuni asli" ka matlab kya hua? woh namaz parho jo rasool Allah namaz parhte the.</w:t>
      </w:r>
    </w:p>
    <w:p>
      <w:pPr>
        <w:jc w:val="right"/>
      </w:pPr>
      <w:r>
        <w:t>تو "صلو کما رأیتمونی اصلی" کا مطلب کیا ہوا؟ وہ نماز پڑھو جو رسول اللہ نماز پڑھتے تھے۔</w:t>
      </w:r>
    </w:p>
    <w:p>
      <w:r>
        <w:rPr>
          <w:b/>
        </w:rPr>
        <w:t xml:space="preserve">[19:21] </w:t>
      </w:r>
      <w:r>
        <w:t>yani form ke aitbar se bhi aur rabbani spirit ke aitbar se bhi. tabhi to namaz hogi rasool Allah wali. agar aap alag kar dein, agar aap dealing kar dein dono baaton ko,</w:t>
      </w:r>
    </w:p>
    <w:p>
      <w:pPr>
        <w:jc w:val="right"/>
      </w:pPr>
      <w:r>
        <w:t>یعنی فارم کے اعتبار سے بھی اور ربانی اسپرٹ کے اعتبار سے بھی۔ تبھی تو نماز ہوگی رسول اللہ والی۔ اگر آپ الگ کر دیں، اگر آپ ڈیلنگ کر دیں دونوں باتوں کو،</w:t>
      </w:r>
    </w:p>
    <w:p>
      <w:r>
        <w:rPr>
          <w:b/>
        </w:rPr>
        <w:t xml:space="preserve">[19:36] </w:t>
      </w:r>
      <w:r>
        <w:t>yani rabbani spirit ko to na lein, form ko le lein to yeh "sallo kama raaitumuni asli" par amal karna nahi hua.</w:t>
      </w:r>
    </w:p>
    <w:p>
      <w:pPr>
        <w:jc w:val="right"/>
      </w:pPr>
      <w:r>
        <w:t>یعنی ربانی اسپرٹ کو تو نہ لیں، فارم کو لے لیں تو یہ "صلو کما رأیتمونی اصلی" پر عمل کرنا نہیں ہوا۔</w:t>
      </w:r>
    </w:p>
    <w:p>
      <w:r>
        <w:rPr>
          <w:b/>
        </w:rPr>
        <w:t xml:space="preserve">[19:49] </w:t>
      </w:r>
      <w:r>
        <w:t>ab ghor kijiye, sari dunya mein namazon ki dhoom hai. har dunya bhar mein mein ne dekha hai, aap ne dekha hai ke namazon ki dhoom hai.</w:t>
      </w:r>
    </w:p>
    <w:p>
      <w:pPr>
        <w:jc w:val="right"/>
      </w:pPr>
      <w:r>
        <w:t>اب غور کیجئے، ساری دنیا میں نمازوں کی دھوم ہے۔ ہر دنیا بھر میں میں نے دیکھا ہے، آپ نے دیکھا ہے کہ نمازوں کی دھوم ہے۔</w:t>
      </w:r>
    </w:p>
    <w:p>
      <w:r>
        <w:rPr>
          <w:b/>
        </w:rPr>
        <w:t xml:space="preserve">[20:02] </w:t>
      </w:r>
      <w:r>
        <w:t>lekin hadith mein jo kaha gaya tha, yeh sari namazein isi ka mazak hain. "masajiduhum aamiratun wa hi kharabun min al-huda".</w:t>
      </w:r>
    </w:p>
    <w:p>
      <w:pPr>
        <w:jc w:val="right"/>
      </w:pPr>
      <w:r>
        <w:t>لیکن حدیث میں جو کہا گیا تھا، یہ ساری نمازیں اسی کا مذاق ہیں۔ "مساجدہم عامرہ وحی خراب من الہدی"۔</w:t>
      </w:r>
    </w:p>
    <w:p>
      <w:r>
        <w:rPr>
          <w:b/>
        </w:rPr>
        <w:t xml:space="preserve">[20:14] </w:t>
      </w:r>
      <w:r>
        <w:t>hadith mein bataya gaya tha ek zamana aaye ga jab masjidain bhari hui hongi,</w:t>
      </w:r>
    </w:p>
    <w:p>
      <w:pPr>
        <w:jc w:val="right"/>
      </w:pPr>
      <w:r>
        <w:t>حدیث میں بتایا گیا تھا ایک زمانہ آئے گا جب مسجدیں بھری ہوئی ہوں گی،</w:t>
      </w:r>
    </w:p>
    <w:p>
      <w:r>
        <w:rPr>
          <w:b/>
        </w:rPr>
        <w:t xml:space="preserve">[20:20] </w:t>
      </w:r>
      <w:r>
        <w:t>masjidain bhari hongi lekin woh hidayat se khali hongi. is ka matlab kya hai? ke form wali namazon ki dhoom hogi lekin woh jo rabbani spirit wali baat hai, us se namazein khali hongi.</w:t>
      </w:r>
    </w:p>
    <w:p>
      <w:pPr>
        <w:jc w:val="right"/>
      </w:pPr>
      <w:r>
        <w:t>مسجدیں بھری ہوں گی لیکن وہ ہدایت سے خالی ہوں گی۔ اس کا مطلب کیا ہے؟ کہ فارم والی نمازوں کی دھوم ہوگی لیکن وہ جو ربانی اسپرٹ والی بات ہے، اس سے نمازیں خالی ہوں گی۔</w:t>
      </w:r>
    </w:p>
    <w:p>
      <w:r>
        <w:rPr>
          <w:b/>
        </w:rPr>
        <w:t xml:space="preserve">[20:39] </w:t>
      </w:r>
      <w:r>
        <w:t>to jis tarah science mein separation kar diya gaya quality ka quantity ke sath, wohi yahan bhi hua hai</w:t>
      </w:r>
    </w:p>
    <w:p>
      <w:pPr>
        <w:jc w:val="right"/>
      </w:pPr>
      <w:r>
        <w:t>تو جس طرح سائنس میں سیپریشن کر دیا گیا کوالٹی کا کوانٹٹی کے ساتھ، وہی یہاں بھی ہوا ہے</w:t>
      </w:r>
    </w:p>
    <w:p>
      <w:r>
        <w:rPr>
          <w:b/>
        </w:rPr>
        <w:t xml:space="preserve">[20:49] </w:t>
      </w:r>
      <w:r>
        <w:t>ke form aur spirit ko.</w:t>
      </w:r>
    </w:p>
    <w:p>
      <w:pPr>
        <w:jc w:val="right"/>
      </w:pPr>
      <w:r>
        <w:t>کہ فارم اور اسپرٹ کو۔</w:t>
      </w:r>
    </w:p>
    <w:p>
      <w:r>
        <w:rPr>
          <w:b/>
        </w:rPr>
        <w:t xml:space="preserve">[20:55] </w:t>
      </w:r>
      <w:r>
        <w:t>yeh kitni bari, aap ghor kijiye, kitni bari mahroomi hai.</w:t>
      </w:r>
    </w:p>
    <w:p>
      <w:pPr>
        <w:jc w:val="right"/>
      </w:pPr>
      <w:r>
        <w:t>یہ کتنی بڑی، آپ غور کیجئے، کتنی بڑی محرومی ہے۔</w:t>
      </w:r>
    </w:p>
    <w:p>
      <w:r>
        <w:rPr>
          <w:b/>
        </w:rPr>
        <w:t xml:space="preserve">[21:02] </w:t>
      </w:r>
      <w:r>
        <w:t>yani science mein jo separation hua, is separation se kya hua? insan ne makhlooq ko paya, khaliq ko nahi paya.</w:t>
      </w:r>
    </w:p>
    <w:p>
      <w:pPr>
        <w:jc w:val="right"/>
      </w:pPr>
      <w:r>
        <w:t>یعنی سائنس میں جو سیپریشن ہوا، اس سیپریشن سے کیا ہوا؟ انسان نے مخلوق کو پایا، خالق کو نہیں پایا۔</w:t>
      </w:r>
    </w:p>
    <w:p>
      <w:r>
        <w:rPr>
          <w:b/>
        </w:rPr>
        <w:t xml:space="preserve">[21:12] </w:t>
      </w:r>
      <w:r>
        <w:t>science ne bohat kuch diya insan ko, lekin kya diya is ne? makhlooq diya,</w:t>
      </w:r>
    </w:p>
    <w:p>
      <w:pPr>
        <w:jc w:val="right"/>
      </w:pPr>
      <w:r>
        <w:t>سائنس نے بہت کچھ دیا انسان کو، لیکن کیا دیا اس نے؟ مخلوق دیا،</w:t>
      </w:r>
    </w:p>
    <w:p>
      <w:r>
        <w:rPr>
          <w:b/>
        </w:rPr>
        <w:t xml:space="preserve">[21:18] </w:t>
      </w:r>
      <w:r>
        <w:t>khaliq nahi diya is ne. yani ek science keh rahi hai, aap ne telephone paya, car pai, hawai jahaz pai, machinein payein,</w:t>
      </w:r>
    </w:p>
    <w:p>
      <w:pPr>
        <w:jc w:val="right"/>
      </w:pPr>
      <w:r>
        <w:t>خالق نہیں دیا اس نے۔ یعنی ایک سائنس کہہ رہی ہے، آپ نے ٹیلی فون پایا، کار پائی، ہوا جہاز پائی، مشینیں پائیں،</w:t>
      </w:r>
    </w:p>
    <w:p>
      <w:r>
        <w:rPr>
          <w:b/>
        </w:rPr>
        <w:t xml:space="preserve">[21:31] </w:t>
      </w:r>
      <w:r>
        <w:t>lekin in sab ka jo designer hai, in sab ka jo khaliq hai, us ko nahi paya.</w:t>
      </w:r>
    </w:p>
    <w:p>
      <w:pPr>
        <w:jc w:val="right"/>
      </w:pPr>
      <w:r>
        <w:t>لیکن ان سب کا جو ڈیزائنر ہے، ان سب کا جو خالق ہے، اس کو نہیں پایا۔</w:t>
      </w:r>
    </w:p>
    <w:p>
      <w:r>
        <w:rPr>
          <w:b/>
        </w:rPr>
        <w:t xml:space="preserve">[21:40] </w:t>
      </w:r>
      <w:r>
        <w:t>to aap ghor kijiye, wohi shakal mazhab mein bhi hai.</w:t>
      </w:r>
    </w:p>
    <w:p>
      <w:pPr>
        <w:jc w:val="right"/>
      </w:pPr>
      <w:r>
        <w:t>تو آپ غور کیجئے، وہی شکل مذہب میں بھی ہے۔</w:t>
      </w:r>
    </w:p>
    <w:p>
      <w:r>
        <w:rPr>
          <w:b/>
        </w:rPr>
        <w:t xml:space="preserve">[21:45] </w:t>
      </w:r>
      <w:r>
        <w:t>yani science mein dhoom hai makhlooq ki aur khaliq absent hai. yahi hamari namazon ka, hamari ibadaton ka, hamare mazhabi aamal ka haal hai ke form ki dhoom hai aur spirit ghayab hai.</w:t>
      </w:r>
    </w:p>
    <w:p>
      <w:pPr>
        <w:jc w:val="right"/>
      </w:pPr>
      <w:r>
        <w:t>یعنی سائنس میں دھوم ہے مخلوق کی اور خالق ایبسنٹ ہے۔ یہی ہماری نمازوں کا، ہماری عبادتوں کا، ہمارے مذہبی اعمال کا حال ہے کہ فارم کی دھوم ہے اور اسپرٹ غائب ہے۔</w:t>
      </w:r>
    </w:p>
    <w:p>
      <w:r>
        <w:rPr>
          <w:b/>
        </w:rPr>
        <w:t xml:space="preserve">[22:04] </w:t>
      </w:r>
      <w:r>
        <w:t>form ki dhoom hai, spirit ghayab hai.</w:t>
      </w:r>
    </w:p>
    <w:p>
      <w:pPr>
        <w:jc w:val="right"/>
      </w:pPr>
      <w:r>
        <w:t>فارم کی دھوم ہے، اسپرٹ غائب ہے۔</w:t>
      </w:r>
    </w:p>
    <w:p>
      <w:r>
        <w:rPr>
          <w:b/>
        </w:rPr>
        <w:t xml:space="preserve">[22:07] </w:t>
      </w:r>
      <w:r>
        <w:t>hadith mein aata hai ke "la salata liman lam yata khashsha". is ki namaz namaz nahi</w:t>
      </w:r>
    </w:p>
    <w:p>
      <w:pPr>
        <w:jc w:val="right"/>
      </w:pPr>
      <w:r>
        <w:t>حدیث میں آتا ہے کہ "لا صلاۃ لملم یتخش"۔ اس کی نماز نماز نہیں</w:t>
      </w:r>
    </w:p>
    <w:p>
      <w:r>
        <w:rPr>
          <w:b/>
        </w:rPr>
        <w:t xml:space="preserve">[22:19] </w:t>
      </w:r>
      <w:r>
        <w:t>jis ki namaz mein khushu na ho. to aap ghor kijiye, agar aap rasool Allah ke amal se, rasool Allah ke qaul se janchen apni namazon ko to kahan thehrein ge?</w:t>
      </w:r>
    </w:p>
    <w:p>
      <w:pPr>
        <w:jc w:val="right"/>
      </w:pPr>
      <w:r>
        <w:t>جس کی نماز میں خشوع نہ ہو۔ تو آپ غور کیجئے، اگر آپ رسول اللہ کے عمل سے، رسول اللہ کے قول سے جانچیں اپنی نمازوں کو تو کہاں ٹھہریں گے؟</w:t>
      </w:r>
    </w:p>
    <w:p>
      <w:r>
        <w:rPr>
          <w:b/>
        </w:rPr>
        <w:t xml:space="preserve">[22:32] </w:t>
      </w:r>
      <w:r>
        <w:t>aap nauhe honge.</w:t>
      </w:r>
    </w:p>
    <w:p>
      <w:pPr>
        <w:jc w:val="right"/>
      </w:pPr>
      <w:r>
        <w:t>آپ نوحے ہوں گے۔</w:t>
      </w:r>
    </w:p>
    <w:p>
      <w:r>
        <w:rPr>
          <w:b/>
        </w:rPr>
        <w:t xml:space="preserve">[22:39] </w:t>
      </w:r>
      <w:r>
        <w:t>to dugana namaz jo ada ki jati hai, us par khutba padha jata hai. khutbe mein khutba kis liye hai? khutba is liye hai ke aap ka imam apne zamane ko jane,</w:t>
      </w:r>
    </w:p>
    <w:p>
      <w:pPr>
        <w:jc w:val="right"/>
      </w:pPr>
      <w:r>
        <w:t>تو دوگانہ نماز جو ادا کی جاتی ہے، اس پر خطبہ پڑھا جاتا ہے۔ خطبے میں خطبہ کس لیے ہے؟ خطبہ اس لیے ہے کہ آپ کا امام اپنے زمانے کو جانے،</w:t>
      </w:r>
    </w:p>
    <w:p>
      <w:r>
        <w:rPr>
          <w:b/>
        </w:rPr>
        <w:t xml:space="preserve">[22:54] </w:t>
      </w:r>
      <w:r>
        <w:t>us zamane ke lihaz se musalmanon ko rehnumai de. political rehnumai nahi. aaj kal masjidon mein dhoom machi hui hai.</w:t>
      </w:r>
    </w:p>
    <w:p>
      <w:pPr>
        <w:jc w:val="right"/>
      </w:pPr>
      <w:r>
        <w:t>اس زمانے کے لحاظ سے مسلمانوں کو رہنمائی دے۔ پولیٹیکل رہنمائی نہیں۔ آج کل مسجدوں میں دھوم مچی ہوئی ہے۔</w:t>
      </w:r>
    </w:p>
    <w:p>
      <w:r>
        <w:rPr>
          <w:b/>
        </w:rPr>
        <w:t xml:space="preserve">[23:03] </w:t>
      </w:r>
      <w:r>
        <w:t>siyasi taqreerein hoti hain. eid ke din bhi siyasi taqreerein hoti hain.</w:t>
      </w:r>
    </w:p>
    <w:p>
      <w:pPr>
        <w:jc w:val="right"/>
      </w:pPr>
      <w:r>
        <w:t>سیاسی تقریریں ہوتی ہیں۔ عید کے دن بھی سیاسی تقریریں ہوتی ہیں۔</w:t>
      </w:r>
    </w:p>
    <w:p>
      <w:r>
        <w:rPr>
          <w:b/>
        </w:rPr>
        <w:t xml:space="preserve">[23:09] </w:t>
      </w:r>
      <w:r>
        <w:t>yeh sab bilkul be asal hai. yeh sab bilkul baseless hai. is ka Islam se koi talluq nahi. masjidain political speeches ke liye nahi hain.</w:t>
      </w:r>
    </w:p>
    <w:p>
      <w:pPr>
        <w:jc w:val="right"/>
      </w:pPr>
      <w:r>
        <w:t>یہ سب بالکل بے اصل ہے۔ یہ سب بالکل بیسلیس ہے۔ اس کا اسلام سے کوئی تعلق نہیں۔ مسجدیں پولیٹیکل اسپیچز کے لیے نہیں ہیں۔</w:t>
      </w:r>
    </w:p>
    <w:p>
      <w:r>
        <w:rPr>
          <w:b/>
        </w:rPr>
        <w:t xml:space="preserve">[23:22] </w:t>
      </w:r>
      <w:r>
        <w:t>masjid ka matlab hai spiritual food dena, taqwa ki ghiza dena, spirit wali ibadat ka mizaj banana, logon ke andar rabbaniyat lana,</w:t>
      </w:r>
    </w:p>
    <w:p>
      <w:pPr>
        <w:jc w:val="right"/>
      </w:pPr>
      <w:r>
        <w:t>مسجد کا مطلب ہے اسپیچول فوڈ دینا، تقویٰ کی غذا دینا، اسپرٹ والی عبادت کا مزاج بنانا، لوگوں کے اندر ربانیت لانا،</w:t>
      </w:r>
    </w:p>
    <w:p>
      <w:r>
        <w:rPr>
          <w:b/>
        </w:rPr>
        <w:t xml:space="preserve">[23:38] </w:t>
      </w:r>
      <w:r>
        <w:t>logon ke andar God oriented thinking, God oriented life ka mizaj paida karna</w:t>
      </w:r>
    </w:p>
    <w:p>
      <w:pPr>
        <w:jc w:val="right"/>
      </w:pPr>
      <w:r>
        <w:t>لوگوں کے اندر گاڈ اورینٹڈ تھنکنگ، گاڈ اورینٹڈ لائف کا مزاج پیدا کرنا</w:t>
      </w:r>
    </w:p>
    <w:p>
      <w:r>
        <w:rPr>
          <w:b/>
        </w:rPr>
        <w:t xml:space="preserve">[23:47] </w:t>
      </w:r>
      <w:r>
        <w:t>. yeh sab hai maqsad. political masail, milli masail, qaumi masail, is ka koi talluq is masjid se nahi hai.</w:t>
      </w:r>
    </w:p>
    <w:p>
      <w:pPr>
        <w:jc w:val="right"/>
      </w:pPr>
      <w:r>
        <w:t>۔ یہ سب ہے مقصد۔ پولیٹیکل مسائل، ملی مسائل، قومی مسائل، اس کا کوئی تعلق اس مسجد سے نہیں ہے۔</w:t>
      </w:r>
    </w:p>
    <w:p>
      <w:r>
        <w:rPr>
          <w:b/>
        </w:rPr>
        <w:t xml:space="preserve">[24:00] </w:t>
      </w:r>
      <w:r>
        <w:t>to</w:t>
      </w:r>
    </w:p>
    <w:p>
      <w:pPr>
        <w:jc w:val="right"/>
      </w:pPr>
      <w:r>
        <w:t>تو</w:t>
      </w:r>
    </w:p>
    <w:p>
      <w:r>
        <w:rPr>
          <w:b/>
        </w:rPr>
        <w:t xml:space="preserve">[24:03] </w:t>
      </w:r>
      <w:r>
        <w:t>hamare haan</w:t>
      </w:r>
    </w:p>
    <w:p>
      <w:pPr>
        <w:jc w:val="right"/>
      </w:pPr>
      <w:r>
        <w:t>ہمارے ہاں</w:t>
      </w:r>
    </w:p>
    <w:p>
      <w:r>
        <w:rPr>
          <w:b/>
        </w:rPr>
        <w:t xml:space="preserve">[24:07] </w:t>
      </w:r>
      <w:r>
        <w:t>khutba to hota hai, lekin woh khutba bhi bas ek likha likha hai, chupa hua hai. isi ko dohra diya.</w:t>
      </w:r>
    </w:p>
    <w:p>
      <w:pPr>
        <w:jc w:val="right"/>
      </w:pPr>
      <w:r>
        <w:t>خطبہ تو ہوتا ہے، لیکن وہ خطبہ بھی بس ایک لکھا لکھا ہے، چھپا ہوا ہے۔ اسی کو دہرا دیا۔</w:t>
      </w:r>
    </w:p>
    <w:p>
      <w:r>
        <w:rPr>
          <w:b/>
        </w:rPr>
        <w:t xml:space="preserve">[24:16] </w:t>
      </w:r>
      <w:r>
        <w:t>waqt ke halaat kya hain? waqt ka taqaza kya hai? is se koi behs nahi. kyunke khutba to paya jata hai, lekin jis jo purpose hai, woh purpose hasil nahi hota.</w:t>
      </w:r>
    </w:p>
    <w:p>
      <w:pPr>
        <w:jc w:val="right"/>
      </w:pPr>
      <w:r>
        <w:t>وقت کے حالات کیا ہیں؟ وقت کا تقاضا کیا ہے؟ اس سے کوئی بحث نہیں۔ کیونکہ خطبہ تو پایا جاتا ہے، لیکن جس جو پرپس ہے، وہ پرپس حاصل نہیں ہوتا۔</w:t>
      </w:r>
    </w:p>
    <w:p>
      <w:r>
        <w:rPr>
          <w:b/>
        </w:rPr>
        <w:t xml:space="preserve">[24:32] </w:t>
      </w:r>
      <w:r>
        <w:t>phir dekhiye. namaz ke baad jo amal sab se bara kiya jata hai, woh hai</w:t>
      </w:r>
    </w:p>
    <w:p>
      <w:pPr>
        <w:jc w:val="right"/>
      </w:pPr>
      <w:r>
        <w:t>پھر دیکھیے۔ نماز کے بعد جو عمل سب سے بڑا کیا جاتا ہے، وہ ہے</w:t>
      </w:r>
    </w:p>
    <w:p>
      <w:r>
        <w:rPr>
          <w:b/>
        </w:rPr>
        <w:t xml:space="preserve">[24:42] </w:t>
      </w:r>
      <w:r>
        <w:t>woh hai janwar ki qurbani.</w:t>
      </w:r>
    </w:p>
    <w:p>
      <w:pPr>
        <w:jc w:val="right"/>
      </w:pPr>
      <w:r>
        <w:t>وہ ہے جانور کی قربانی۔</w:t>
      </w:r>
    </w:p>
    <w:p>
      <w:r>
        <w:rPr>
          <w:b/>
        </w:rPr>
        <w:t xml:space="preserve">[24:47] </w:t>
      </w:r>
      <w:r>
        <w:t>yeh bilashuba bohat bara amal hai, is ka bohat bara sawab hai. lekin janwar ki qurbani ka matlab kya hai?</w:t>
      </w:r>
    </w:p>
    <w:p>
      <w:pPr>
        <w:jc w:val="right"/>
      </w:pPr>
      <w:r>
        <w:t>یہ بلاشبہ بہت بڑا عمل ہے، اس کا بہت بڑا ثواب ہے۔ لیکن جانور کی قربانی کا مطلب کیا ہے؟</w:t>
      </w:r>
    </w:p>
    <w:p>
      <w:r>
        <w:rPr>
          <w:b/>
        </w:rPr>
        <w:t xml:space="preserve">[24:58] </w:t>
      </w:r>
      <w:r>
        <w:t>kya sirf yeh hai ke ek khareed kar ke layen aap mandi se ek janwar aur is ko ja ke zibah kar dein aur is ka gosht kha lein?</w:t>
      </w:r>
    </w:p>
    <w:p>
      <w:pPr>
        <w:jc w:val="right"/>
      </w:pPr>
      <w:r>
        <w:t>کیا صرف یہ ہے کہ ایک خرید کر کے لائیں آپ منڈی سے ایک جانور اور اس کو جا کے ذبح کر دیں اور اس کا گوشت کھا لیں؟</w:t>
      </w:r>
    </w:p>
    <w:p>
      <w:r>
        <w:rPr>
          <w:b/>
        </w:rPr>
        <w:t xml:space="preserve">[25:09] </w:t>
      </w:r>
      <w:r>
        <w:t>yeh bas matlab hai? hargiz nahi.</w:t>
      </w:r>
    </w:p>
    <w:p>
      <w:pPr>
        <w:jc w:val="right"/>
      </w:pPr>
      <w:r>
        <w:t>یہ بس مطلب ہے؟ ہرگز نہیں۔</w:t>
      </w:r>
    </w:p>
    <w:p>
      <w:r>
        <w:rPr>
          <w:b/>
        </w:rPr>
        <w:t xml:space="preserve">[25:13] </w:t>
      </w:r>
      <w:r>
        <w:t>dekhiye, hadith ki kitabon mein aata hai Rasool Allah Sal Allahu Alaihi Wasallam se poocha gaya qurbani ke bare mein: "Ma hadhir al-adahi ya Rasool Allah?" aye Khuda ke Rasool, yeh qurbani kya hai?</w:t>
      </w:r>
    </w:p>
    <w:p>
      <w:pPr>
        <w:jc w:val="right"/>
      </w:pPr>
      <w:r>
        <w:t>دیکھیے، حدیث کی کتابوں میں آتا ہے رسول اللہ صلی اللہ علیہ وسلم سے پوچھا گیا قربانی کے بارے میں: "ما حاضر الاضاحی یا رسول اللہ؟" اے خدا کے رسول، یہ قربانی کیا ہے؟</w:t>
      </w:r>
    </w:p>
    <w:p>
      <w:r>
        <w:rPr>
          <w:b/>
        </w:rPr>
        <w:t xml:space="preserve">[25:34] </w:t>
      </w:r>
      <w:r>
        <w:t>Hajj ke din ya Eid al-Adha ke din jo qurbani ki jati hai, to sawal kiya gaya tha is ke bare mein Rasool Allah se:</w:t>
      </w:r>
    </w:p>
    <w:p>
      <w:pPr>
        <w:jc w:val="right"/>
      </w:pPr>
      <w:r>
        <w:t>حج کے دن یا عید الاضحی کے دن جو قربانی کی جاتی ہے، تو سوال کیا گیا تھا اس کے بارے میں رسول اللہ سے:</w:t>
      </w:r>
    </w:p>
    <w:p>
      <w:r>
        <w:rPr>
          <w:b/>
        </w:rPr>
        <w:t xml:space="preserve">[25:44] </w:t>
      </w:r>
      <w:r>
        <w:t>"Ma hadhir al-adahi ya Rasool Allah?" yeh qurbaniyan kya hain? aap ne farmaya: "millat abikum Ibrahim".</w:t>
      </w:r>
    </w:p>
    <w:p>
      <w:pPr>
        <w:jc w:val="right"/>
      </w:pPr>
      <w:r>
        <w:t>"ما حاضر الاضاحی یا رسول اللہ؟" یہ قربانیاں کیا ہیں؟ آپ نے فرمایا: "ملت ابیکم ابراہیم"۔</w:t>
      </w:r>
    </w:p>
    <w:p>
      <w:r>
        <w:rPr>
          <w:b/>
        </w:rPr>
        <w:t xml:space="preserve">[25:56] </w:t>
      </w:r>
      <w:r>
        <w:t>tumhare baap Ibrahim ki sunnat, tumhare baap Ibrahim ka tareeqa. ab ghor farmaiye ke Hazrat Ibrahim ne kya kiya tha?</w:t>
      </w:r>
    </w:p>
    <w:p>
      <w:pPr>
        <w:jc w:val="right"/>
      </w:pPr>
      <w:r>
        <w:t>تمہارے باپ ابراہیم کی سنت، تمہارے باپ ابراہیم کا طریقہ۔ اب غور فرمائیے کہ حضرت ابراہیم نے کیا کیا تھا؟</w:t>
      </w:r>
    </w:p>
    <w:p>
      <w:r>
        <w:rPr>
          <w:b/>
        </w:rPr>
        <w:t xml:space="preserve">[26:07] </w:t>
      </w:r>
      <w:r>
        <w:t>woh kya tareeqa hai jo Hazrat Ibrahim ne ikhtiyar kiya</w:t>
      </w:r>
    </w:p>
    <w:p>
      <w:pPr>
        <w:jc w:val="right"/>
      </w:pPr>
      <w:r>
        <w:t>وہ کیا طریقہ ہے جو حضرت ابراہیم نے اختیار کیا</w:t>
      </w:r>
    </w:p>
    <w:p>
      <w:r>
        <w:rPr>
          <w:b/>
        </w:rPr>
        <w:t xml:space="preserve">[26:10] </w:t>
      </w:r>
      <w:r>
        <w:t>tha? mashhoor hai, aap jante hain, Quran mein bhi hai, hadithon mein bhi hai ke Hazrat Ibrahim ne khwab dekha ke woh apne bete Ismail ko zibah kar rahe hain.</w:t>
      </w:r>
    </w:p>
    <w:p>
      <w:pPr>
        <w:jc w:val="right"/>
      </w:pPr>
      <w:r>
        <w:t>تھا؟ مشہور ہے، آپ جانتے ہیں، قرآن میں بھی ہے، حدیثوں میں بھی ہے کہ حضرت ابراہیم نے خواب دیکھا کہ وہ اپنے بیٹے اسماعیل کو ذبح کر رہے ہیں۔</w:t>
      </w:r>
    </w:p>
    <w:p>
      <w:r>
        <w:rPr>
          <w:b/>
        </w:rPr>
        <w:t xml:space="preserve">[26:26] </w:t>
      </w:r>
      <w:r>
        <w:t>to unhon ne samjha ke apne bete ko mujhe zibah karna hai, to bete ko le kar gaye aur un ko lita diya zibah karne ke liye.</w:t>
      </w:r>
    </w:p>
    <w:p>
      <w:pPr>
        <w:jc w:val="right"/>
      </w:pPr>
      <w:r>
        <w:t>تو انہوں نے سمجھا کہ اپنے بیٹے کو مجھے ذبح کرنا ہے، تو بیٹے کو لے کر گئے اور ان کو لٹا دیا ذبح کرنے کے لیے۔</w:t>
      </w:r>
    </w:p>
    <w:p>
      <w:r>
        <w:rPr>
          <w:b/>
        </w:rPr>
        <w:t xml:space="preserve">[26:41] </w:t>
      </w:r>
      <w:r>
        <w:t>is waqt awaz aayi, Allah taala ne farishte ke zariye un ko bataya ke: "Qad sadaqa al-ru'ya".</w:t>
      </w:r>
    </w:p>
    <w:p>
      <w:pPr>
        <w:jc w:val="right"/>
      </w:pPr>
      <w:r>
        <w:t>اس وقت آواز آئی، اللہ تعالی نے فرشتے کے ذریعے ان کو بتایا کہ: "قد صدق الرویا"۔</w:t>
      </w:r>
    </w:p>
    <w:p>
      <w:r>
        <w:rPr>
          <w:b/>
        </w:rPr>
        <w:t xml:space="preserve">[26:52] </w:t>
      </w:r>
      <w:r>
        <w:t>tum ne apna khwab poora kar diya. aur is ke baad unhein kaha gaya ke tum ek dumba lo aur us ko zibah kar do.</w:t>
      </w:r>
    </w:p>
    <w:p>
      <w:pPr>
        <w:jc w:val="right"/>
      </w:pPr>
      <w:r>
        <w:t>تم نے اپنا خواب پورا کر دیا۔ اور اس کے بعد انہیں کہا گیا کہ تم ایک دنبہ لو اور اس کو ذبح کر دو۔</w:t>
      </w:r>
    </w:p>
    <w:p>
      <w:r>
        <w:rPr>
          <w:b/>
        </w:rPr>
        <w:t xml:space="preserve">[27:04] </w:t>
      </w:r>
      <w:r>
        <w:t>yeh jo mashhoor hai ke dumba jannat se aaya tha, yeh is ki koi asal nahi hai.</w:t>
      </w:r>
    </w:p>
    <w:p>
      <w:pPr>
        <w:jc w:val="right"/>
      </w:pPr>
      <w:r>
        <w:t>یہ جو مشہور ہے کہ دنبہ جنت سے آیا تھا، یہ اس کی کوئی اصل نہیں ہے۔</w:t>
      </w:r>
    </w:p>
    <w:p>
      <w:r>
        <w:rPr>
          <w:b/>
        </w:rPr>
        <w:t xml:space="preserve">[27:11] </w:t>
      </w:r>
      <w:r>
        <w:t>woh aam dumba tha, jaisa ke hota hai. to gaya ke Hazrat Ibrahim ne qurbani to dumbay ki aur bete ko kiya kiya? bete ko le kar ke sehra mein basaya.</w:t>
      </w:r>
    </w:p>
    <w:p>
      <w:pPr>
        <w:jc w:val="right"/>
      </w:pPr>
      <w:r>
        <w:t>وہ عام دنبہ تھا، جیسا کہ ہوتا ہے۔ تو گیا کہ حضرت ابراہیم نے قربانی تو دنبہ کی اور بیٹے کو کیا کیا؟ بیٹے کو لے کر کے صحرا میں بسایا۔</w:t>
      </w:r>
    </w:p>
    <w:p>
      <w:r>
        <w:rPr>
          <w:b/>
        </w:rPr>
        <w:t xml:space="preserve">[27:24] </w:t>
      </w:r>
      <w:r>
        <w:t>yani bete ke liye jo qurbani matloob thi, woh thi ek bohat hi mushkil zindagi. is zamane mein dekhein, jahan Makkah aaj hai, wahan par desert tha,</w:t>
      </w:r>
    </w:p>
    <w:p>
      <w:pPr>
        <w:jc w:val="right"/>
      </w:pPr>
      <w:r>
        <w:t>یعنی بیٹے کے لیے جو قربانی مطلوب تھی، وہ تھی ایک بہت ہی مشکل زندگی۔ اس زمانے میں دیکھیں، جہاں مکہ آج ہے، وہاں پر ڈیزرٹ تھا،</w:t>
      </w:r>
    </w:p>
    <w:p>
      <w:r>
        <w:rPr>
          <w:b/>
        </w:rPr>
        <w:t xml:space="preserve">[27:38] </w:t>
      </w:r>
      <w:r>
        <w:t>wahan kuch bhi nahi tha, sirf desert. to</w:t>
      </w:r>
    </w:p>
    <w:p>
      <w:pPr>
        <w:jc w:val="right"/>
      </w:pPr>
      <w:r>
        <w:t>وہاں کچھ بھی نہیں تھا، صرف ڈیزرٹ۔ تو</w:t>
      </w:r>
    </w:p>
    <w:p>
      <w:r>
        <w:rPr>
          <w:b/>
        </w:rPr>
        <w:t xml:space="preserve">[27:43] </w:t>
      </w:r>
      <w:r>
        <w:t>wahan par basaya.</w:t>
      </w:r>
    </w:p>
    <w:p>
      <w:pPr>
        <w:jc w:val="right"/>
      </w:pPr>
      <w:r>
        <w:t>وہاں پر بسایا۔</w:t>
      </w:r>
    </w:p>
    <w:p>
      <w:r>
        <w:rPr>
          <w:b/>
        </w:rPr>
        <w:t xml:space="preserve">[27:47] </w:t>
      </w:r>
      <w:r>
        <w:t>to hazrat ibrahim ne alamati tor par to janwar ki qurbani ki aur haqeeqi tor par jo qurbani thi, woh bete ko desert mein basana.</w:t>
      </w:r>
    </w:p>
    <w:p>
      <w:pPr>
        <w:jc w:val="right"/>
      </w:pPr>
      <w:r>
        <w:t>تو حضرت ابراہیم نے علامتی طور پر تو جانور کی قربانی کی اور حقیقی طور پر جو قربانی تھی، وہ بیٹے کو ڈیزرٹ میں بسانا۔</w:t>
      </w:r>
    </w:p>
    <w:p>
      <w:r>
        <w:rPr>
          <w:b/>
        </w:rPr>
        <w:t xml:space="preserve">[27:59] </w:t>
      </w:r>
      <w:r>
        <w:t>ab yahan pe dekhen, musalmanon ne alag kar rakha hai, koi apne beton ko desert mein basata nahin. haan, janwar ki qurbani kar raha hai. to sunnat ibrahim kahan hui hai?</w:t>
      </w:r>
    </w:p>
    <w:p>
      <w:pPr>
        <w:jc w:val="right"/>
      </w:pPr>
      <w:r>
        <w:t>اب یہاں پہ دیکھیں، مسلمانوں نے الگ کر رکھا ہے، کوئی اپنے بیٹوں کو ڈیزرٹ میں بساتا نہیں۔ ہاں، جانور کی قربانی کر رہا ہے۔ تو سنت ابراہیم کہاں ہوئی ہے؟</w:t>
      </w:r>
    </w:p>
    <w:p>
      <w:r>
        <w:rPr>
          <w:b/>
        </w:rPr>
        <w:t xml:space="preserve">[28:10] </w:t>
      </w:r>
      <w:r>
        <w:t>yeh bohat zyada soch</w:t>
      </w:r>
    </w:p>
    <w:p>
      <w:pPr>
        <w:jc w:val="right"/>
      </w:pPr>
      <w:r>
        <w:t>یہ بہت زیادہ سوچ</w:t>
      </w:r>
    </w:p>
    <w:p>
      <w:r>
        <w:rPr>
          <w:b/>
        </w:rPr>
        <w:t xml:space="preserve">[28:12] </w:t>
      </w:r>
      <w:r>
        <w:t>ne ki baat hai. hamari qurbani koi walo nahin hai, kyunke hum ne is ko do hisse kar diye: ek hissa chhod diya, ek hissa liya.</w:t>
      </w:r>
    </w:p>
    <w:p>
      <w:pPr>
        <w:jc w:val="right"/>
      </w:pPr>
      <w:r>
        <w:t>نے کی بات ہے۔ ہماری قربانی کوئی ولو نہیں ہے، کیونکہ ہم نے اس کو دو حصے کر دیے: ایک حصہ چھوڑ دیا، ایک حصہ لیا۔</w:t>
      </w:r>
    </w:p>
    <w:p>
      <w:r>
        <w:rPr>
          <w:b/>
        </w:rPr>
        <w:t xml:space="preserve">[28:22] </w:t>
      </w:r>
      <w:r>
        <w:t>hazrat ibrahim jo the, woh paida hue iraq mein. iraq mein ek shehar tha, azwane mein.</w:t>
      </w:r>
    </w:p>
    <w:p>
      <w:pPr>
        <w:jc w:val="right"/>
      </w:pPr>
      <w:r>
        <w:t>حضرت ابراہیم جو تھے، وہ پیدا ہوئے عراق میں۔ عراق میں ایک شہر تھا، ازوانے میں۔</w:t>
      </w:r>
    </w:p>
    <w:p>
      <w:r>
        <w:rPr>
          <w:b/>
        </w:rPr>
        <w:t xml:space="preserve">[28:33] </w:t>
      </w:r>
      <w:r>
        <w:t>yeh baat hai yani qaum masih ki, qaum masih zamane ki.</w:t>
      </w:r>
    </w:p>
    <w:p>
      <w:pPr>
        <w:jc w:val="right"/>
      </w:pPr>
      <w:r>
        <w:t>یہ بات ہے یعنی قوم مسیح کی، قوم مسیح زمانے کی۔</w:t>
      </w:r>
    </w:p>
    <w:p>
      <w:r>
        <w:rPr>
          <w:b/>
        </w:rPr>
        <w:t xml:space="preserve">[28:41] </w:t>
      </w:r>
      <w:r>
        <w:t>is ka naam woh jis shehar mein hazrat ibrahim paida hue, jahan unhon ne daawti kaam kiya, woh baad ke zamane mein zameen ke neeche dab gaya tha.</w:t>
      </w:r>
    </w:p>
    <w:p>
      <w:pPr>
        <w:jc w:val="right"/>
      </w:pPr>
      <w:r>
        <w:t>اس کا نام وہ جس شہر میں حضرت ابراہیم پیدا ہوئے، جہاں انہوں نے دعوتی کام کیا، وہ بعد کے زمانے میں زمین کے نیچے دب گیا تھا۔</w:t>
      </w:r>
    </w:p>
    <w:p>
      <w:r>
        <w:rPr>
          <w:b/>
        </w:rPr>
        <w:t xml:space="preserve">[28:54] </w:t>
      </w:r>
      <w:r>
        <w:t>to 1922 mein khudaai ke zariye woh nikla.</w:t>
      </w:r>
    </w:p>
    <w:p>
      <w:pPr>
        <w:jc w:val="right"/>
      </w:pPr>
      <w:r>
        <w:t>تو 1922 میں کھدائی کے ذریعے وہ نکلا۔</w:t>
      </w:r>
    </w:p>
    <w:p>
      <w:r>
        <w:rPr>
          <w:b/>
        </w:rPr>
        <w:t xml:space="preserve">[29:01] </w:t>
      </w:r>
      <w:r>
        <w:t>baqayda jo is ko kehte hain excavation, to 1922 mein excavation ke zariye woh nikla.</w:t>
      </w:r>
    </w:p>
    <w:p>
      <w:pPr>
        <w:jc w:val="right"/>
      </w:pPr>
      <w:r>
        <w:t>باقاعدہ جو اس کو کہتے ہیں ایکسکیویشن، تو 1922 میں ایکسکیویشن کے ذریعے وہ نکلا۔</w:t>
      </w:r>
    </w:p>
    <w:p>
      <w:r>
        <w:rPr>
          <w:b/>
        </w:rPr>
        <w:t xml:space="preserve">[29:09] </w:t>
      </w:r>
      <w:r>
        <w:t>woh</w:t>
      </w:r>
    </w:p>
    <w:p>
      <w:pPr>
        <w:jc w:val="right"/>
      </w:pPr>
      <w:r>
        <w:t>وہ</w:t>
      </w:r>
    </w:p>
    <w:p>
      <w:r>
        <w:rPr>
          <w:b/>
        </w:rPr>
        <w:t xml:space="preserve">[29:13] </w:t>
      </w:r>
      <w:r>
        <w:t>iraq mein,</w:t>
      </w:r>
    </w:p>
    <w:p>
      <w:pPr>
        <w:jc w:val="right"/>
      </w:pPr>
      <w:r>
        <w:t>عراق میں،</w:t>
      </w:r>
    </w:p>
    <w:p>
      <w:r>
        <w:rPr>
          <w:b/>
        </w:rPr>
        <w:t xml:space="preserve">[29:17] </w:t>
      </w:r>
      <w:r>
        <w:t>woh maujooda baghdad se kuch faasle par hai. woh to ab woh khod kar ke oopar woh khol diya gaya. ab ab woh ek ek shehar ki tarah</w:t>
      </w:r>
    </w:p>
    <w:p>
      <w:pPr>
        <w:jc w:val="right"/>
      </w:pPr>
      <w:r>
        <w:t>وہ موجدہ بغداد سے کچھ فاصلے پر ہے۔ وہ تو اب وہ کھود کر کے اوپر وہ کھول دیا گیا۔ اب اب وہ ایک ایک شہر کی طرح</w:t>
      </w:r>
    </w:p>
    <w:p>
      <w:r>
        <w:rPr>
          <w:b/>
        </w:rPr>
        <w:t xml:space="preserve">[29:28] </w:t>
      </w:r>
      <w:r>
        <w:t>ho gaya. to khadr hai aur woh wahan kafi tourist aate hain. is ka naam hai ar ur.</w:t>
      </w:r>
    </w:p>
    <w:p>
      <w:pPr>
        <w:jc w:val="right"/>
      </w:pPr>
      <w:r>
        <w:t>ہو گیا۔ تو کھڈر ہے اور وہ وہاں کافی ٹورسٹ آتے ہیں۔ اس کا نام ہے عر یو آر۔</w:t>
      </w:r>
    </w:p>
    <w:p>
      <w:r>
        <w:rPr>
          <w:b/>
        </w:rPr>
        <w:t xml:space="preserve">[29:37] </w:t>
      </w:r>
      <w:r>
        <w:t>wahan par railway station bhi hai. to hazrat ibrahim ne lambe arse tak kaam kiya ar shehar mein. to poora shehar jo tha, woh aap ka mukhatib tha.</w:t>
      </w:r>
    </w:p>
    <w:p>
      <w:pPr>
        <w:jc w:val="right"/>
      </w:pPr>
      <w:r>
        <w:t>وہاں پر ریلوے اسٹیشن بھی ہے۔ تو حضرت ابراہیم نے لمبے عرصے تک کام کیا عر شہر میں۔ تو پورا شہر جو تھا، وہ آپ کا مخاطب تھا۔</w:t>
      </w:r>
    </w:p>
    <w:p>
      <w:r>
        <w:rPr>
          <w:b/>
        </w:rPr>
        <w:t xml:space="preserve">[29:51] </w:t>
      </w:r>
      <w:r>
        <w:t>lekin wahan par ghaliban koi ek shakhs bhi nahin tha jo aap ki baat ko maane, koi bhi nahin.</w:t>
      </w:r>
    </w:p>
    <w:p>
      <w:pPr>
        <w:jc w:val="right"/>
      </w:pPr>
      <w:r>
        <w:t>لیکن وہاں پر غالباً کوئی ایک شخص بھی نہیں تھا جو آپ کی بات کو مانے، کوئی بھی نہیں۔</w:t>
      </w:r>
    </w:p>
    <w:p>
      <w:r>
        <w:rPr>
          <w:b/>
        </w:rPr>
        <w:t xml:space="preserve">[30:02] </w:t>
      </w:r>
      <w:r>
        <w:t>to is ke baad Allah taala ne hazrat ibrahim ko ek ek aur yani daawti plan bataya.</w:t>
      </w:r>
    </w:p>
    <w:p>
      <w:pPr>
        <w:jc w:val="right"/>
      </w:pPr>
      <w:r>
        <w:t>تو اس کے بعد اللہ تعالی نے حضرت ابراہیم کو ایک ایک اور یعنی دعوتی پلان بتایا۔</w:t>
      </w:r>
    </w:p>
    <w:p>
      <w:r>
        <w:rPr>
          <w:b/>
        </w:rPr>
        <w:t xml:space="preserve">[30:12] </w:t>
      </w:r>
      <w:r>
        <w:t>yeh haqeeqatan ek daawti plan tha.</w:t>
      </w:r>
    </w:p>
    <w:p>
      <w:pPr>
        <w:jc w:val="right"/>
      </w:pPr>
      <w:r>
        <w:t>یہ حقیقتاً ایک دعوتی پلان تھا۔</w:t>
      </w:r>
    </w:p>
    <w:p>
      <w:r>
        <w:rPr>
          <w:b/>
        </w:rPr>
        <w:t xml:space="preserve">[30:16] </w:t>
      </w:r>
      <w:r>
        <w:t>hazrat ibrahim ne jo apne bete ko basaya sehra mein, to ek daawti plan tha. woh kya tha? pehle aap ek ek majmooe ko khitaab karte the, majmooa yani saare logon ko.</w:t>
      </w:r>
    </w:p>
    <w:p>
      <w:pPr>
        <w:jc w:val="right"/>
      </w:pPr>
      <w:r>
        <w:t>حضرت ابراہیم نے جو اپنے بیٹے کو بسایا صحرا میں، تو ایک دعوتی پلان تھا۔ وہ کیا تھا؟ پہلے آپ ایک ایک مجموعے کو خطاب کرتے تھے، مجموعہ یعنی سارے لوگوں کو۔</w:t>
      </w:r>
    </w:p>
    <w:p>
      <w:r>
        <w:rPr>
          <w:b/>
        </w:rPr>
        <w:t xml:space="preserve">[30:34] </w:t>
      </w:r>
      <w:r>
        <w:t>to bataya gaya ke individual based kaam karo, fard fard ko tayyar karo, yani fard par mehnat karo, fard fard par, majmooe ke bajaye.</w:t>
      </w:r>
    </w:p>
    <w:p>
      <w:pPr>
        <w:jc w:val="right"/>
      </w:pPr>
      <w:r>
        <w:t>تو فرمایا بتایا گیا کہ انڈیویجول بیسڈ کام کرو، فرد فرد کو تیار کرو، یعنی فرد پر محنت کرو، فرد فرد پر، مجموعے کے بجائے۔</w:t>
      </w:r>
    </w:p>
    <w:p>
      <w:r>
        <w:rPr>
          <w:b/>
        </w:rPr>
        <w:t xml:space="preserve">[30:47] </w:t>
      </w:r>
      <w:r>
        <w:t>chunaanche dekhiye, wahan par is ke liye zaroorat tha ke alag alag jagah ho, yani tamaddun aur tehzeeb se bahar ek jagah ho, jahan asraat na hon tamaddun o tehzeeb ke.</w:t>
      </w:r>
    </w:p>
    <w:p>
      <w:pPr>
        <w:jc w:val="right"/>
      </w:pPr>
      <w:r>
        <w:t>چنانچہ دیکھیے، وہاں پر اس کے لیے ضرورت تھا کہ الگ الگ جگہ ہو، یعنی تمدن اور تہذیب سے باہر ایک جگہ ہو، جہاں اثرات نہ ہوں تمدن و تہذیب کے۔</w:t>
      </w:r>
    </w:p>
    <w:p>
      <w:r>
        <w:rPr>
          <w:b/>
        </w:rPr>
        <w:t xml:space="preserve">[30:59] </w:t>
      </w:r>
      <w:r>
        <w:t>to alag thalag ek jagah ke liye desert mein laaye gaye. desert ka matlab tha alag thalag jagah taake conditioning se paak ho aadmi.</w:t>
      </w:r>
    </w:p>
    <w:p>
      <w:pPr>
        <w:jc w:val="right"/>
      </w:pPr>
      <w:r>
        <w:t>تو الگ تھلگ ایک جگہ کے لیے ڈیزرٹ میں لائے گئے۔ ڈیزرٹ کا مطلب تھا الگ تھلگ جگہ تاکہ کنڈیشننگ سے پاک ہو آدمی۔</w:t>
      </w:r>
    </w:p>
    <w:p>
      <w:r>
        <w:rPr>
          <w:b/>
        </w:rPr>
        <w:t xml:space="preserve">[31:10] </w:t>
      </w:r>
      <w:r>
        <w:t>to wahan par aap ke bete the, woh basaye gaye aur un ki maan hajra. kyunke pehli teacher ismail ki hajra thin, hajra teacher thin aur ismail student the.</w:t>
      </w:r>
    </w:p>
    <w:p>
      <w:pPr>
        <w:jc w:val="right"/>
      </w:pPr>
      <w:r>
        <w:t>تو وہاں پر آپ کے بیٹے تھے، وہ بسائے گئے اور ان کی ماں ہاجرہ۔ کیونکہ پہلی ٹیچر اسماعیل کی ہاجرہ تھیں، ہاجرہ ٹیچر تھیں اور اسماعیل اسٹوڈنٹ تھے۔</w:t>
      </w:r>
    </w:p>
    <w:p>
      <w:r>
        <w:rPr>
          <w:b/>
        </w:rPr>
        <w:t xml:space="preserve">[31:27] </w:t>
      </w:r>
      <w:r>
        <w:t>yeh ga ek daawa training tha, ga yeh kahan chahiye?</w:t>
      </w:r>
    </w:p>
    <w:p>
      <w:pPr>
        <w:jc w:val="right"/>
      </w:pPr>
      <w:r>
        <w:t>یہ گا ایک دعویٰ ٹریننگ تھا، گا یہ کہاں چاہیے؟</w:t>
      </w:r>
    </w:p>
    <w:p>
      <w:r>
        <w:rPr>
          <w:b/>
        </w:rPr>
        <w:t xml:space="preserve">[31:32] </w:t>
      </w:r>
      <w:r>
        <w:t>to desert mein ek daawa training qaim hua jis ka shuru shuru mein ek hi ustaad bhi tha aur ek hi student bhi tha. is ke baad kya hua?</w:t>
      </w:r>
    </w:p>
    <w:p>
      <w:pPr>
        <w:jc w:val="right"/>
      </w:pPr>
      <w:r>
        <w:t>تو ڈیزرٹ میں ایک دعویٰ ٹریننگ قائم ہوا جس کا شروع شروع میں ایک ہی استاد بھی تھا اور ایک ہی اسٹوڈنٹ بھی تھا۔ اس کے بعد کیا ہوا؟</w:t>
      </w:r>
    </w:p>
    <w:p>
      <w:r>
        <w:rPr>
          <w:b/>
        </w:rPr>
        <w:t xml:space="preserve">[31:44] </w:t>
      </w:r>
      <w:r>
        <w:t>hazrat ismail jab baray huay to unhon nay shadi ki. to aik biwi laye woh. to hazrat ibrahim wahan par rehtay nahi thay, woh aa kar ke check kiya karte thay.</w:t>
      </w:r>
    </w:p>
    <w:p>
      <w:pPr>
        <w:jc w:val="right"/>
      </w:pPr>
      <w:r>
        <w:t>حضرت اسماعیل جب بڑے ہوئے تو انہوں نے شادی کی۔ تو ایک بیوی لائے وہ۔ تو حضرت ابراہیم وہاں پر رہتے نہیں تھے، وہ آ کر کے چیک کیا کرتے تھے۔</w:t>
      </w:r>
    </w:p>
    <w:p>
      <w:r>
        <w:rPr>
          <w:b/>
        </w:rPr>
        <w:t xml:space="preserve">[32:00] </w:t>
      </w:r>
      <w:r>
        <w:t>to aik bar aap aaye to dekha ke wahan par un ki biwi hain aur ismail gaye huay hain kahin shikar waghera ke liye.</w:t>
      </w:r>
    </w:p>
    <w:p>
      <w:pPr>
        <w:jc w:val="right"/>
      </w:pPr>
      <w:r>
        <w:t>تو ایک بار آپ آئے تو دیکھا کہ وہاں پر ان کی بیوی ہیں اور اسماعیل گئے ہوئے ہیں کہیں شکار وغیرہ کے لیے۔</w:t>
      </w:r>
    </w:p>
    <w:p>
      <w:r>
        <w:rPr>
          <w:b/>
        </w:rPr>
        <w:t xml:space="preserve">[32:11] </w:t>
      </w:r>
      <w:r>
        <w:t>kyunke us zamanay mein jo khana tha, woh ziyada tar shikar se hasil kiya jata tha. to aap nay biwi se poocha ke tum tum log kaisay guzar guzr hoti hai?</w:t>
      </w:r>
    </w:p>
    <w:p>
      <w:pPr>
        <w:jc w:val="right"/>
      </w:pPr>
      <w:r>
        <w:t>کیونکہ اس زمانے میں جو کھانا تھا، وہ زیادہ تر شکار سے حاصل کیا جاتا تھا۔ تو آپ نے بیوی سے پوچھا کہ تم تم لوگ کیسے گزر گزر ہوتی ہے؟</w:t>
      </w:r>
    </w:p>
    <w:p>
      <w:r>
        <w:rPr>
          <w:b/>
        </w:rPr>
        <w:t xml:space="preserve">[32:24] </w:t>
      </w:r>
      <w:r>
        <w:t>to unhon nay kaha ke bohat museebat hai, yahan koi koi basti nahi hai, yahan koi yani har cheez masla hi hai yahan par.</w:t>
      </w:r>
    </w:p>
    <w:p>
      <w:pPr>
        <w:jc w:val="right"/>
      </w:pPr>
      <w:r>
        <w:t>تو انہوں نے کہا کہ بہت مصیبت ہے، یہاں کوئی کوئی بستی نہیں ہے، یہاں کوئی یعنی ہر چیز مسئلہ ہی ہے یہاں پر۔</w:t>
      </w:r>
    </w:p>
    <w:p>
      <w:r>
        <w:rPr>
          <w:b/>
        </w:rPr>
        <w:t xml:space="preserve">[32:36] </w:t>
      </w:r>
      <w:r>
        <w:t>to hazrat ibrahim nay kaha ke jab tumharay aadmi aayen, tumharay husband, to un se kehna hai ke ghair atbat babka, apnay ghar ke chokhat ko badal do.</w:t>
      </w:r>
    </w:p>
    <w:p>
      <w:pPr>
        <w:jc w:val="right"/>
      </w:pPr>
      <w:r>
        <w:t>تو حضرت ابراہیم نے کہا کہ جب تمہارے آدمی آئیں، تمہارے ہسبینڈ، تو ان سے کہنا ہے کہ غیر اتبت بابکا، اپنے گھر کے چوکھٹ کو بدل دو۔</w:t>
      </w:r>
    </w:p>
    <w:p>
      <w:r>
        <w:rPr>
          <w:b/>
        </w:rPr>
        <w:t xml:space="preserve">[32:54] </w:t>
      </w:r>
      <w:r>
        <w:t>yeh tamseel ki zaban mein unhon nay kaha tha ke yeh biwi jo hai, sahi nahi hai, is ko is ki jagah woh doosri biwi lao. yani jo training matloob hai, jaise afraad tayar karna karnay ke liye yahan basaya gaya hai,</w:t>
      </w:r>
    </w:p>
    <w:p>
      <w:pPr>
        <w:jc w:val="right"/>
      </w:pPr>
      <w:r>
        <w:t>یہ تمثیل کی زبان میں انہوں نے کہا تھا کہ یہ بیوی جو ہے، صحیح نہیں ہے، اس کو اس کی جگہ وہ دوسری بیوی لاؤ۔ یعنی جو ٹریننگ مطلوب ہے، جیسے افراد تیار کرنا کرنے کے لیے یہاں بسایا گیا ہے،</w:t>
      </w:r>
    </w:p>
    <w:p>
      <w:r>
        <w:rPr>
          <w:b/>
        </w:rPr>
        <w:t xml:space="preserve">[33:10] </w:t>
      </w:r>
      <w:r>
        <w:t>woh is is is wajah se ke yeh khatoon nahi hai. to unhon nay is ko talak de diya aur aik doosri khatoon se shadi ki. to phir aap hazrat ibrahim kuch dinon ke baad aaye to ghoray paate thay, woh</w:t>
      </w:r>
    </w:p>
    <w:p>
      <w:pPr>
        <w:jc w:val="right"/>
      </w:pPr>
      <w:r>
        <w:t>وہ اس اس اس وجہ سے کی یہ خاتون نہیں ہے۔ تو انہوں نے اس کو طلاق دے دیا اور ایک دوسری خاتون سے شادی کی۔ تو پھر آپ حضرت ابراہیم کچھ دنوں کے بعد آئے تو گھوڑے پاتے تھے، وہ</w:t>
      </w:r>
    </w:p>
    <w:p>
      <w:r>
        <w:rPr>
          <w:b/>
        </w:rPr>
        <w:t xml:space="preserve">[33:25] </w:t>
      </w:r>
      <w:r>
        <w:t>us zamanay mein ghoray ki sawari hua karti thi. to unhon nay poocha dobara biwi se, abhi bhi ittifaq se ismail maujood nahi thay, woh kaam par gaye huay thay.</w:t>
      </w:r>
    </w:p>
    <w:p>
      <w:pPr>
        <w:jc w:val="right"/>
      </w:pPr>
      <w:r>
        <w:t>اس زمانے میں گھوڑے کی سواری ہوا کرتی تھی۔ تو انہوں نے پوچھا دوبارہ بیوی سے، ابھی بھی اتفاق سے اسماعیل موجود نہیں تھے، وہ کام پر گئے ہوئے تھے۔</w:t>
      </w:r>
    </w:p>
    <w:p>
      <w:r>
        <w:rPr>
          <w:b/>
        </w:rPr>
        <w:t xml:space="preserve">[33:40] </w:t>
      </w:r>
      <w:r>
        <w:t>to poocha biwi se ke kaisay guzar hoti hai? to unhon nay kaha, to unhon nay bohat achi kaha ke bohat achi, bohat shukar hai Allah taala ka, bohat Allah taala ki rehmat hai.</w:t>
      </w:r>
    </w:p>
    <w:p>
      <w:pPr>
        <w:jc w:val="right"/>
      </w:pPr>
      <w:r>
        <w:t>تو پوچھا بیوی سے کہ کیسے گزر ہوتی ہے؟ تو انہوں نے کہا، تو انہوں نے بہت اچھی کہا کہ بہت اچھی، بہت شکر ہے اللہ تعالی کا، بہت اللہ تعالی کی رحمت ہے۔</w:t>
      </w:r>
    </w:p>
    <w:p>
      <w:r>
        <w:rPr>
          <w:b/>
        </w:rPr>
        <w:t xml:space="preserve">[33:52] </w:t>
      </w:r>
      <w:r>
        <w:t>yani bohat hi positive response diya, halankay halaat wahi thay, ab bhi wahi alag thalag zindagi, wahi desert, wahi bastiyon aur shehron se door.</w:t>
      </w:r>
    </w:p>
    <w:p>
      <w:pPr>
        <w:jc w:val="right"/>
      </w:pPr>
      <w:r>
        <w:t>یعنی بہت ہی پوزیٹیو رسپانس دیا، حالانکہ حالات وہی تھے، اب بھی وہی الگ تھلگ زندگی، وہی ڈیزرٹ، وہی بستیوں اور شہروں سے دور۔</w:t>
      </w:r>
    </w:p>
    <w:p>
      <w:r>
        <w:rPr>
          <w:b/>
        </w:rPr>
        <w:t xml:space="preserve">[34:09] </w:t>
      </w:r>
      <w:r>
        <w:t>to hazrat ibrahim nay kaha ke jab tumharay shohar aayen to un se kehna ke sabat atbat babka, apnay ghar ke chokhat ko baqi rakho</w:t>
      </w:r>
    </w:p>
    <w:p>
      <w:pPr>
        <w:jc w:val="right"/>
      </w:pPr>
      <w:r>
        <w:t>تو حضرت ابراہیم نے کہا کہ جب تمہارے شوہر آئیں تو ان سے کہنا کہ سبت اتبت بابکا، اپنے گھر کے چوکھٹ کو باقی رکھو</w:t>
      </w:r>
    </w:p>
    <w:p>
      <w:r>
        <w:rPr>
          <w:b/>
        </w:rPr>
        <w:t xml:space="preserve">[34:20] </w:t>
      </w:r>
      <w:r>
        <w:t>. is ka matlab tha ke is se matlab tha ke yeh yeh jo aurat hai, yeh jo planning hai, jo matloob planning, is ke mutabiq hai.</w:t>
      </w:r>
    </w:p>
    <w:p>
      <w:pPr>
        <w:jc w:val="right"/>
      </w:pPr>
      <w:r>
        <w:t>۔ اس کا مطلب تھا کہ اس سے مطلب تھا کہ یہ یہ جو عورت ہے، یہ جو پلاننگ ہے، جو مطلوب پلاننگ، اس کے مطابق ہے۔</w:t>
      </w:r>
    </w:p>
    <w:p>
      <w:r>
        <w:rPr>
          <w:b/>
        </w:rPr>
        <w:t xml:space="preserve">[34:30] </w:t>
      </w:r>
      <w:r>
        <w:t>yeh to is tarah se dekhiye,</w:t>
      </w:r>
    </w:p>
    <w:p>
      <w:pPr>
        <w:jc w:val="right"/>
      </w:pPr>
      <w:r>
        <w:t>یہ تو اس طرح سے دیکھیے،</w:t>
      </w:r>
    </w:p>
    <w:p>
      <w:r>
        <w:rPr>
          <w:b/>
        </w:rPr>
        <w:t xml:space="preserve">[34:36] </w:t>
      </w:r>
      <w:r>
        <w:t>wahan par aik yani individual fard fard ko le kar ke training shuru ki gayi.</w:t>
      </w:r>
    </w:p>
    <w:p>
      <w:pPr>
        <w:jc w:val="right"/>
      </w:pPr>
      <w:r>
        <w:t>وہاں پر ایک یعنی انڈیویجول فرد فرد کو لے کر کے ٹریننگ شروع کی گئی۔</w:t>
      </w:r>
    </w:p>
    <w:p>
      <w:r>
        <w:rPr>
          <w:b/>
        </w:rPr>
        <w:t xml:space="preserve">[34:45] </w:t>
      </w:r>
      <w:r>
        <w:t>sab se pehle hajra nay training ki, ismail ki, ismail nay training ki, apni biwi ki, phir bachay paida kiye huay to un ki training karnay lagay.</w:t>
      </w:r>
    </w:p>
    <w:p>
      <w:pPr>
        <w:jc w:val="right"/>
      </w:pPr>
      <w:r>
        <w:t>سب سے پہلے ہاجرہ نے ٹریننگ کی، اسماعیل کی، اسماعیل نے ٹریننگ کی، اپنی بیوی کی، پھر بچے پیدا کیے ہوئے تو ان کی ٹریننگ کرنے لگے۔</w:t>
      </w:r>
    </w:p>
    <w:p>
      <w:r>
        <w:rPr>
          <w:b/>
        </w:rPr>
        <w:t xml:space="preserve">[34:55] </w:t>
      </w:r>
      <w:r>
        <w:t>yeh log is tarah aik aik kar ke, aik aik kar ke aik qom bani. is qom ke bannay mein kafi waqt laga, lekin yeh yeh yeh jo alag thalag la ke basaya gaya tha, yeh aik yeh aik daawti mansooba tha.</w:t>
      </w:r>
    </w:p>
    <w:p>
      <w:pPr>
        <w:jc w:val="right"/>
      </w:pPr>
      <w:r>
        <w:t>یہ لوگ اس طرح ایک ایک کر کے، ایک ایک کر کے ایک قوم بنی۔ اس قوم کے بننے میں کافی وقت لگا، لیکن یہ یہ یہ جو الگ تھلگ لا کے بسایا گیا تھا، یہ ایک یہ ایک دعوتی منصوبہ تھا۔</w:t>
      </w:r>
    </w:p>
    <w:p>
      <w:r>
        <w:rPr>
          <w:b/>
        </w:rPr>
        <w:t xml:space="preserve">[35:13] </w:t>
      </w:r>
      <w:r>
        <w:t>aisay afraad tayar karna jin mein daawti spirit ho aur rabbani spirit ho aur khudai mission mein lag saken, woh log.</w:t>
      </w:r>
    </w:p>
    <w:p>
      <w:pPr>
        <w:jc w:val="right"/>
      </w:pPr>
      <w:r>
        <w:t>ایسے افراد تیار کرنا جن میں دعوتی سپرٹ ہو اور ربانی سپرٹ ہو اور خدائی مشن میں لگ سکیں، وہ لوگ۔</w:t>
      </w:r>
    </w:p>
    <w:p>
      <w:r>
        <w:rPr>
          <w:b/>
        </w:rPr>
        <w:t xml:space="preserve">[35:23] </w:t>
      </w:r>
      <w:r>
        <w:t>chunancha yahi log thay jo baad ko sahaba kiram banay, unhi mein se rasool Allah paida huay. to yeh qurbani hai, yani aaj is ka matlab nahi ke aaj aap ja kar desert mein basayen apnay bachon ko.</w:t>
      </w:r>
    </w:p>
    <w:p>
      <w:pPr>
        <w:jc w:val="right"/>
      </w:pPr>
      <w:r>
        <w:t>چنانچہ یہی لوگ تھے جو بعد کو صحابہ کرام بنے، انہی میں سے رسول اللہ پیدا ہوئے۔ تو یہ قربانی ہے، یعنی آج اس کا مطلب نہیں کہ آج آپ جا کر ڈیزرٹ میں بسائیں اپنے بچوں کو۔</w:t>
      </w:r>
    </w:p>
    <w:p>
      <w:r>
        <w:rPr>
          <w:b/>
        </w:rPr>
        <w:t xml:space="preserve">[35:37] </w:t>
      </w:r>
      <w:r>
        <w:t>aaj ke lehaz se sochna hoga ke hum daawti mansooba bandi kaisay karen,</w:t>
      </w:r>
    </w:p>
    <w:p>
      <w:pPr>
        <w:jc w:val="right"/>
      </w:pPr>
      <w:r>
        <w:t>آج کے لحاظ سے سوچنا ہوگا کہ ہم دعوتی منصوبہ بندی کیسے کریں،</w:t>
      </w:r>
    </w:p>
    <w:p>
      <w:r>
        <w:rPr>
          <w:b/>
        </w:rPr>
        <w:t xml:space="preserve">[35:44] </w:t>
      </w:r>
      <w:r>
        <w:t>kis tarah se dawat ka plan banayen, kis tarah se daai tayar karen, kis tarah afraad ko tayar karen.</w:t>
      </w:r>
    </w:p>
    <w:p>
      <w:pPr>
        <w:jc w:val="right"/>
      </w:pPr>
      <w:r>
        <w:t>کس طرح سے دعوت کا پلان بنائیں، کس طرح سے داعی تیار کریں، کس طرح افراد کو تیار کریں۔</w:t>
      </w:r>
    </w:p>
    <w:p>
      <w:r>
        <w:rPr>
          <w:b/>
        </w:rPr>
        <w:t xml:space="preserve">[35:52] </w:t>
      </w:r>
      <w:r>
        <w:t>to aaj ke lehaz se planning, aaj ke lehaz se mansooba bandi, is mein jo bhi jo bhi museebaten pesh aayen, to janwar jo zabah kiya jata hai, woh alamati tor par hota hai.</w:t>
      </w:r>
    </w:p>
    <w:p>
      <w:pPr>
        <w:jc w:val="right"/>
      </w:pPr>
      <w:r>
        <w:t>تو آج کے لحاظ سے پلاننگ، آج کے لحاظ سے منصوبہ بندی، اس میں جو بھی جو بھی مصیبتیں پیش آئیں، تو جانور جو ذبح کیا جاتا ہے، وہ علامتی طور پر ہوتا ہے۔</w:t>
      </w:r>
    </w:p>
    <w:p>
      <w:r>
        <w:rPr>
          <w:b/>
        </w:rPr>
        <w:t xml:space="preserve">[36:04] </w:t>
      </w:r>
      <w:r>
        <w:t>aur asal jo qurbani matloob hai, asal qurbani</w:t>
      </w:r>
    </w:p>
    <w:p>
      <w:pPr>
        <w:jc w:val="right"/>
      </w:pPr>
      <w:r>
        <w:t>اور اصل جو قربانی مطلوب ہے، اصل قربانی</w:t>
      </w:r>
    </w:p>
    <w:p>
      <w:r>
        <w:rPr>
          <w:b/>
        </w:rPr>
        <w:t xml:space="preserve">[36:07] </w:t>
      </w:r>
      <w:r>
        <w:t>woh yeh hai ke aap apnay aap ko, apni aulad ko dawat ke mission mein laganay ke liye jo bhi mushkilain hain, us ko sahen, us ko bardasht karen.</w:t>
      </w:r>
    </w:p>
    <w:p>
      <w:pPr>
        <w:jc w:val="right"/>
      </w:pPr>
      <w:r>
        <w:t>وہ یہ ہے کہ آپ اپنے آپ کو، اپنی اولاد کو دعوت کے مشن میں لگانے کے لیے جو بھی مشکلیں ہیں، اس کو سہیں، اس کو برداشت کریں۔</w:t>
      </w:r>
    </w:p>
    <w:p>
      <w:r>
        <w:rPr>
          <w:b/>
        </w:rPr>
        <w:t xml:space="preserve">[36:17] </w:t>
      </w:r>
      <w:r>
        <w:t>yeh hai asal maqsad qurbani ka.</w:t>
      </w:r>
    </w:p>
    <w:p>
      <w:pPr>
        <w:jc w:val="right"/>
      </w:pPr>
      <w:r>
        <w:t>یہ ہے اصل مقصد قربانی کا۔</w:t>
      </w:r>
    </w:p>
    <w:p>
      <w:r>
        <w:rPr>
          <w:b/>
        </w:rPr>
        <w:t xml:space="preserve">[36:22] </w:t>
      </w:r>
      <w:r>
        <w:t>to qurbani ke baad musalman lotatay hain apnay gharon ko, phir jatay hain logon ke se milnay ke liye.</w:t>
      </w:r>
    </w:p>
    <w:p>
      <w:pPr>
        <w:jc w:val="right"/>
      </w:pPr>
      <w:r>
        <w:t>تو قربانی کے بعد مسلمان لوٹتے ہیں اپنے گھروں کو، پھر جاتے ہیں لوگوں کے سے ملنے کے لیے۔</w:t>
      </w:r>
    </w:p>
    <w:p>
      <w:r>
        <w:rPr>
          <w:b/>
        </w:rPr>
        <w:t xml:space="preserve">[36:31] </w:t>
      </w:r>
      <w:r>
        <w:t>aik interaction hota hai aur doosron se milte hain, koi gift dete hain, khate peete hain. yeh bhi kya hai?</w:t>
      </w:r>
    </w:p>
    <w:p>
      <w:pPr>
        <w:jc w:val="right"/>
      </w:pPr>
      <w:r>
        <w:t>ایک انٹریکشن ہوتا ہے اور دوسروں سے ملتے ہیں، کوئی گفٹ دیتے ہیں، کھاتے پیتے ہیں۔ یہ بھی کیا ہے؟</w:t>
      </w:r>
    </w:p>
    <w:p>
      <w:r>
        <w:rPr>
          <w:b/>
        </w:rPr>
        <w:t xml:space="preserve">[36:40] </w:t>
      </w:r>
      <w:r>
        <w:t>yeh bhi aaj kal aik rasam ke taur par hai.</w:t>
      </w:r>
    </w:p>
    <w:p>
      <w:pPr>
        <w:jc w:val="right"/>
      </w:pPr>
      <w:r>
        <w:t>یہ بھی آج کل ایک رسم کے طور پر ہے۔</w:t>
      </w:r>
    </w:p>
    <w:p>
      <w:r>
        <w:rPr>
          <w:b/>
        </w:rPr>
        <w:t xml:space="preserve">[36:44] </w:t>
      </w:r>
      <w:r>
        <w:t>asal cheez yeh hai ke logon mein aapas ki mohabbat paida ho, aapas ki khair khwahi paida ho, aapas ke talluqaat jo hain, is mein shikayatein na hon, is mein tension na ho,</w:t>
      </w:r>
    </w:p>
    <w:p>
      <w:pPr>
        <w:jc w:val="right"/>
      </w:pPr>
      <w:r>
        <w:t>اصل چیز یہ ہے کہ لوگوں میں آپس کی محبت پیدا ہو، آپس کی خیر خواہی پیدا ہو، آپس کے تعلقات جو ہیں، اس میں شکایتیں نہ ہوں، اس میں ٹینشن نہ ہو،</w:t>
      </w:r>
    </w:p>
    <w:p>
      <w:r>
        <w:rPr>
          <w:b/>
        </w:rPr>
        <w:t xml:space="preserve">[36:57] </w:t>
      </w:r>
      <w:r>
        <w:t>is mein ladaai jhagda na ho. yeh maqsad hai is ka. lekin aap dekhiye to Eid al-Fitr ho, Eid al-Adha ke din milte milate hain to khoob hain log, bohat dhoom se milte milate hain, lekin speed ghayab hai.</w:t>
      </w:r>
    </w:p>
    <w:p>
      <w:pPr>
        <w:jc w:val="right"/>
      </w:pPr>
      <w:r>
        <w:t>اس میں لڑائی جھگڑا نہ ہو۔ یہ مقصد ہے اس کا۔ لیکن آپ دیکھیے تو عید الفطر ہو، عید الاضحی کے دن ملتے ملاتے ہیں تو خوب ہیں لوگ، بہت دھوم سے ملتے ملاتے ہیں، لیکن اسپیڈ غائب ہے۔</w:t>
      </w:r>
    </w:p>
    <w:p>
      <w:r>
        <w:rPr>
          <w:b/>
        </w:rPr>
        <w:t xml:space="preserve">[37:10] </w:t>
      </w:r>
      <w:r>
        <w:t>yahan bhi</w:t>
      </w:r>
    </w:p>
    <w:p>
      <w:pPr>
        <w:jc w:val="right"/>
      </w:pPr>
      <w:r>
        <w:t>یہاں بھی</w:t>
      </w:r>
    </w:p>
    <w:p>
      <w:r>
        <w:rPr>
          <w:b/>
        </w:rPr>
        <w:t xml:space="preserve">[37:12] </w:t>
      </w:r>
      <w:r>
        <w:t>saari Muslim dunya mein aap ghaur kijiye, logon mein shikayatein hain, aapas ki ladaai jhagde hain,</w:t>
      </w:r>
    </w:p>
    <w:p>
      <w:pPr>
        <w:jc w:val="right"/>
      </w:pPr>
      <w:r>
        <w:t>ساری مسلم دنیا میں آپ غور کیجئے، لوگوں میں شکایتیں ہیں، آپس کی لڑائی جھگڑے ہیں،</w:t>
      </w:r>
    </w:p>
    <w:p>
      <w:r>
        <w:rPr>
          <w:b/>
        </w:rPr>
        <w:t xml:space="preserve">[37:22] </w:t>
      </w:r>
      <w:r>
        <w:t>tassaddud tak maamla pahunch jata hai. yaani har Muslim mulk mein, chahe India ko dekhiye ya doosre mulkon ko dekhiye, to jo milna julna ka jo maqsad hai, woh hai mohabbat ko farogh dena,</w:t>
      </w:r>
    </w:p>
    <w:p>
      <w:pPr>
        <w:jc w:val="right"/>
      </w:pPr>
      <w:r>
        <w:t>تشدد تک معاملہ پہنچ جاتا ہے۔ یعنی ہر مسلم ملک میں، چاہے انڈیا کو دیکھیے یا دوسرے ملکوں کو دیکھیے، تو جو ملنا جلنا کا جو مقصد ہے، وہ ہے محبت کو فروغ دینا،</w:t>
      </w:r>
    </w:p>
    <w:p>
      <w:r>
        <w:rPr>
          <w:b/>
        </w:rPr>
        <w:t xml:space="preserve">[37:39] </w:t>
      </w:r>
      <w:r>
        <w:t>khair khwahi ko, ki spirit ko paida karna, aik unity paida karna. woh sab ghayab hai. to Eid al-Adha ka maqsad sirf aik kuch rituals ko poora karna, aik form ke douran nahi hai,</w:t>
      </w:r>
    </w:p>
    <w:p>
      <w:pPr>
        <w:jc w:val="right"/>
      </w:pPr>
      <w:r>
        <w:t>خیر خواہی کو، کی سپرٹ کو پیدا کرنا، ایک یونیٹی پیدا کرنا۔ وہ سب غائب ہے۔ تو عید الاضحی کا مقصد صرف ایک کچھ ریچولز کو پورا کرنا، ایک فارم کے دوران نہیں ہے،</w:t>
      </w:r>
    </w:p>
    <w:p>
      <w:r>
        <w:rPr>
          <w:b/>
        </w:rPr>
        <w:t xml:space="preserve">[37:57] </w:t>
      </w:r>
      <w:r>
        <w:t>balkeh aik spirit wale mazhab ko zinda karna, us ke liye logon ko train karna.</w:t>
      </w:r>
    </w:p>
    <w:p>
      <w:pPr>
        <w:jc w:val="right"/>
      </w:pPr>
      <w:r>
        <w:t>بلکہ ایک اسپرٹ والے مذہب کو زندہ کرنا، اس کے لیے لوگوں کو ٹرین کرنا۔</w:t>
      </w:r>
    </w:p>
    <w:p>
      <w:r>
        <w:rPr>
          <w:b/>
        </w:rPr>
        <w:t xml:space="preserve">[38:09] </w:t>
      </w:r>
      <w:r>
        <w:t>to jaisa ke maine arz kiya ke is mein yeh spirit zinda ki jati hai ke log God oriented life ikhtiyar karein,</w:t>
      </w:r>
    </w:p>
    <w:p>
      <w:pPr>
        <w:jc w:val="right"/>
      </w:pPr>
      <w:r>
        <w:t>تو جیسا کہ میں نے عرض کیا کہ اس میں یہ سپرٹ زندہ کی جاتی ہے کہ لوگ گاڈ اورینٹڈ لائف اختیار کریں،</w:t>
      </w:r>
    </w:p>
    <w:p>
      <w:r>
        <w:rPr>
          <w:b/>
        </w:rPr>
        <w:t xml:space="preserve">[38:24] </w:t>
      </w:r>
      <w:r>
        <w:t>Allah ki pukaar par labbaik karne ke liye tayyar rahein. jab bhi khudai mission unhein kisi kaam ke liye pukare to us ke liye daud padein.</w:t>
      </w:r>
    </w:p>
    <w:p>
      <w:pPr>
        <w:jc w:val="right"/>
      </w:pPr>
      <w:r>
        <w:t>اللہ کی پکار پر لبیک کرنے کے لیے تیار رہیں۔ جب بھی خدائی مشن انہیں کسی کام کے لیے پکارے تو اس کے لیے دوڑ پڑیں۔</w:t>
      </w:r>
    </w:p>
    <w:p>
      <w:r>
        <w:rPr>
          <w:b/>
        </w:rPr>
        <w:t xml:space="preserve">[38:36] </w:t>
      </w:r>
      <w:r>
        <w:t>woh</w:t>
      </w:r>
    </w:p>
    <w:p>
      <w:pPr>
        <w:jc w:val="right"/>
      </w:pPr>
      <w:r>
        <w:t>وہ</w:t>
      </w:r>
    </w:p>
    <w:p>
      <w:r>
        <w:rPr>
          <w:b/>
        </w:rPr>
        <w:t xml:space="preserve">[38:39] </w:t>
      </w:r>
      <w:r>
        <w:t>phir namaz ki shakal mein logon ke andar modesty ki speed dikhai jati hai. ego log, yaani ego aur kibr aur is tarah ke jo sifat hain, us ko khatam kar ke modesty ke saath mil jul kar rahein, aapas mein khandan ke andar, society ke andar, qaum ke andar arz zindagi ikhtiyar karein.</w:t>
      </w:r>
    </w:p>
    <w:p>
      <w:pPr>
        <w:jc w:val="right"/>
      </w:pPr>
      <w:r>
        <w:t>پھر نماز کی شکل میں لوگوں کے اندر ماڈرسٹی کی اسپیڈ دکھائی جاتی ہے۔ ایگو لوگ، یعنی ایگو اور کبر اور اس طرح کے جو صفات ہیں، اس کو ختم کر کے ماڈرسٹی کے ساتھ مل جل کر رہیں، آپس میں خاندان کے اندر، سوسائٹی کے اندر، قوم کے اندر عرض زندگی اختیار کریں۔</w:t>
      </w:r>
    </w:p>
    <w:p>
      <w:r>
        <w:rPr>
          <w:b/>
        </w:rPr>
        <w:t xml:space="preserve">[39:07] </w:t>
      </w:r>
      <w:r>
        <w:t>lekin aap dekhiye to mamooli maali baat par Musalman bhadak uthte hain. baar baar aap akhbaron mein, media mein dekhte hain ke kahin bomb maar diya, kahin goli maar di.</w:t>
      </w:r>
    </w:p>
    <w:p>
      <w:pPr>
        <w:jc w:val="right"/>
      </w:pPr>
      <w:r>
        <w:t>لیکن آپ دیکھیے تو معمولی معالی بات پر مسلمان بھڑک اٹھتے ہیں۔ بار بار آپ اخباروں میں، میڈیا میں دیکھتے ہیں کہ کہیں بم مار دیا، کہیں گولی مار دی۔</w:t>
      </w:r>
    </w:p>
    <w:p>
      <w:r>
        <w:rPr>
          <w:b/>
        </w:rPr>
        <w:t xml:space="preserve">[39:19] </w:t>
      </w:r>
      <w:r>
        <w:t>zahiri si baat hai, bhadak uthe.</w:t>
      </w:r>
    </w:p>
    <w:p>
      <w:pPr>
        <w:jc w:val="right"/>
      </w:pPr>
      <w:r>
        <w:t>ظاہر سی بات ہے، بھڑک اٹھے۔</w:t>
      </w:r>
    </w:p>
    <w:p>
      <w:r>
        <w:rPr>
          <w:b/>
        </w:rPr>
        <w:t xml:space="preserve">[39:21] </w:t>
      </w:r>
      <w:r>
        <w:t>to agar log aik, yaani yeh jo training hoti hai egoless banne ki, modesty ki, woh agar paida ho jaye to namumkin hai ke log bomb maarein, namumkin hai log gun chalayein, namumkin hai log tassaddud karein.</w:t>
      </w:r>
    </w:p>
    <w:p>
      <w:pPr>
        <w:jc w:val="right"/>
      </w:pPr>
      <w:r>
        <w:t>تو اگر لوگ ایک، یعنی یہ جو ٹریننگ ہوتی ہے ایگولس بننے کی، ماڈرسٹی کی، وہ اگر پیدا ہو جائے تو ناممکن ہے کہ لوگ بم ماریں، ناممکن ہے لوگ گن چلائیں، ناممکن ہے لوگ تشدد کریں۔</w:t>
      </w:r>
    </w:p>
    <w:p>
      <w:r>
        <w:rPr>
          <w:b/>
        </w:rPr>
        <w:t xml:space="preserve">[39:38] </w:t>
      </w:r>
      <w:r>
        <w:t>yeh sab isi liye hai ke form hai magar spirit nahi, rituals hain magar us ke peeche jo asal haqeeqat hai, woh ghayab hai.</w:t>
      </w:r>
    </w:p>
    <w:p>
      <w:pPr>
        <w:jc w:val="right"/>
      </w:pPr>
      <w:r>
        <w:t>یہ سب اسی لیے ہے کہ فارم ہے مگر اسپیٹ نہیں، ریچولز ہیں مگر اس کے پیچھے جو اصل حقیقت ہے، وہ غائب ہے۔</w:t>
      </w:r>
    </w:p>
    <w:p>
      <w:r>
        <w:rPr>
          <w:b/>
        </w:rPr>
        <w:t xml:space="preserve">[39:49] </w:t>
      </w:r>
      <w:r>
        <w:t>is tarah se dekhiye, qurbani jo hai, woh kis liye hai? is liye nahi ke aik aik janwar zabah kar ke aap gosht kha lein aur doosron ko baant dein.</w:t>
      </w:r>
    </w:p>
    <w:p>
      <w:pPr>
        <w:jc w:val="right"/>
      </w:pPr>
      <w:r>
        <w:t>اس طرح سے دیکھیے، قربانی جو ہے، وہ کس لیے ہے؟ اس لیے نہیں کہ ایک ایک جانور ذبح کر کے آپ گوشت کھا لیں اور دوسروں کو بانٹ دیں۔</w:t>
      </w:r>
    </w:p>
    <w:p>
      <w:r>
        <w:rPr>
          <w:b/>
        </w:rPr>
        <w:t xml:space="preserve">[40:00] </w:t>
      </w:r>
      <w:r>
        <w:t>nahi, yeh hai sacrifice, dedication, yaani aik khudai mission ke liye apne ko dedicate karna.</w:t>
      </w:r>
    </w:p>
    <w:p>
      <w:pPr>
        <w:jc w:val="right"/>
      </w:pPr>
      <w:r>
        <w:t>نہیں، یہ ہے سیکریفائس، ڈیڈیکیشن، یعنی ایک خدائی مشن کے لیے اپنے کو ڈیڈیکیٹ کرنا۔</w:t>
      </w:r>
    </w:p>
    <w:p>
      <w:r>
        <w:rPr>
          <w:b/>
        </w:rPr>
        <w:t xml:space="preserve">[40:11] </w:t>
      </w:r>
      <w:r>
        <w:t>yeh hai maqsad is ka.</w:t>
      </w:r>
    </w:p>
    <w:p>
      <w:pPr>
        <w:jc w:val="right"/>
      </w:pPr>
      <w:r>
        <w:t>یہ ہے مقصد اس کا۔</w:t>
      </w:r>
    </w:p>
    <w:p>
      <w:r>
        <w:rPr>
          <w:b/>
        </w:rPr>
        <w:t xml:space="preserve">[40:15] </w:t>
      </w:r>
      <w:r>
        <w:t>agar dedication na ho aur sirf janwar zabah kar diya jaye to woh us ka koi reward nahi milega.</w:t>
      </w:r>
    </w:p>
    <w:p>
      <w:pPr>
        <w:jc w:val="right"/>
      </w:pPr>
      <w:r>
        <w:t>اگر ڈیڈیکیشن نہ ہو اور صرف جانور ذبح کر دیا جائے تو وہ اس کا کوئی ریوارڈ نہیں ملے گا۔</w:t>
      </w:r>
    </w:p>
    <w:p>
      <w:r>
        <w:rPr>
          <w:b/>
        </w:rPr>
        <w:t xml:space="preserve">[40:27] </w:t>
      </w:r>
      <w:r>
        <w:t>jo reward is ke hai likha hua, woh reward haasil nahi ho sakta hai.</w:t>
      </w:r>
    </w:p>
    <w:p>
      <w:pPr>
        <w:jc w:val="right"/>
      </w:pPr>
      <w:r>
        <w:t>جو ریوارڈ اس کے ہے لکھا ہوا، وہ ریوارڈ حاصل نہیں ہو سکتا ہے۔</w:t>
      </w:r>
    </w:p>
    <w:p>
      <w:r>
        <w:rPr>
          <w:b/>
        </w:rPr>
        <w:t xml:space="preserve">[40:35] </w:t>
      </w:r>
      <w:r>
        <w:t>isi tarah se dekhiye, milna julna jo hai, is se khair khwahi ko farogh hona chahiye, itaat ko farogh hona chahiye.</w:t>
      </w:r>
    </w:p>
    <w:p>
      <w:pPr>
        <w:jc w:val="right"/>
      </w:pPr>
      <w:r>
        <w:t>اسی طرح سے دیکھیے، ملنا جلنا جو ہے، اس سے خیر خواہی کو فروغ ہونا چاہیے، اطاعت کو فروغ ہونا چاہیے۔</w:t>
      </w:r>
    </w:p>
    <w:p>
      <w:r>
        <w:rPr>
          <w:b/>
        </w:rPr>
        <w:t xml:space="preserve">[40:42] </w:t>
      </w:r>
      <w:r>
        <w:t>phir sab se aham baat jo is mein hai, jo bada lesson hai, woh kya hai? woh hai</w:t>
      </w:r>
    </w:p>
    <w:p>
      <w:pPr>
        <w:jc w:val="right"/>
      </w:pPr>
      <w:r>
        <w:t>پھر سب سے اہم بات جو اس میں ہے، جو بڑا لیسن ہے، وہ کیا ہے؟ وہ ہے</w:t>
      </w:r>
    </w:p>
    <w:p>
      <w:r>
        <w:rPr>
          <w:b/>
        </w:rPr>
        <w:t xml:space="preserve">[40:54] </w:t>
      </w:r>
      <w:r>
        <w:t>dawati planning. sach poochhein to Hajj ka jo Hajj ki jo ibadat hai, us ki rooh dawat hai.</w:t>
      </w:r>
    </w:p>
    <w:p>
      <w:pPr>
        <w:jc w:val="right"/>
      </w:pPr>
      <w:r>
        <w:t>دعوتی پلاننگ۔ سچ پوچھیں تو حج کا جو حج کی جو عبادت ہے، اس کی روح دعوت ہے۔</w:t>
      </w:r>
    </w:p>
    <w:p>
      <w:r>
        <w:rPr>
          <w:b/>
        </w:rPr>
        <w:t xml:space="preserve">[41:04] </w:t>
      </w:r>
      <w:r>
        <w:t>yeh is ayat se aap samajh sakte hain, is ko</w:t>
      </w:r>
    </w:p>
    <w:p>
      <w:pPr>
        <w:jc w:val="right"/>
      </w:pPr>
      <w:r>
        <w:t>یہ اس آیت سے آپ سمجھ سکتے ہیں، اس کو</w:t>
      </w:r>
    </w:p>
    <w:p>
      <w:r>
        <w:rPr>
          <w:b/>
        </w:rPr>
        <w:t xml:space="preserve">[41:07] </w:t>
      </w:r>
      <w:r>
        <w:t>aik ayat hai Quran majeed ki ke agar sare hi musalman ekatha nahi ho sakte to un mein se kuch log niklein.</w:t>
      </w:r>
    </w:p>
    <w:p>
      <w:pPr>
        <w:jc w:val="right"/>
      </w:pPr>
      <w:r>
        <w:t>ایک آیت ہے قرآن مجید کی کہ اگر سارے ہی مسلمان اکٹھا نہیں ہو سکتے تو ان میں سے کچھ لوگ نکلیں۔</w:t>
      </w:r>
    </w:p>
    <w:p>
      <w:r>
        <w:rPr>
          <w:b/>
        </w:rPr>
        <w:t xml:space="preserve">[41:25] </w:t>
      </w:r>
      <w:r>
        <w:t>to jagah jagah se muntakhib log niklein aur aik center pe akatha hon. to hajj mein kya hota hai?</w:t>
      </w:r>
    </w:p>
    <w:p>
      <w:pPr>
        <w:jc w:val="right"/>
      </w:pPr>
      <w:r>
        <w:t>تو جگہ جگہ سے منتخب لوگ نکلیں اور ایک سینٹر پہ اکٹھا ہوں۔ تو حج میں کیا ہوتا ہے؟</w:t>
      </w:r>
    </w:p>
    <w:p>
      <w:r>
        <w:rPr>
          <w:b/>
        </w:rPr>
        <w:t xml:space="preserve">[41:32] </w:t>
      </w:r>
      <w:r>
        <w:t>sari dunya se muntakhib afraad nikl nikl kar ke Makkah mein jama hote hain. to Rasool Allah sal Allah alaihi wasallam ke zamane mein jo hajj hua tha, jis ko hum Hajjat-ul-Wida kehte hain, wahan par jo aap ne khutba diya tha,</w:t>
      </w:r>
    </w:p>
    <w:p>
      <w:pPr>
        <w:jc w:val="right"/>
      </w:pPr>
      <w:r>
        <w:t>ساری دنیا سے منتخب افراد نکل نکل کر کے مکہ میں جمع ہوتے ہیں۔ تو رسول اللہ صلی اللہ علیہ وسلم کے زمانے میں جو حج ہوا تھا، جس کو ہم حجۃ الوداع کہتے ہیں، وہاں پر جو آپ نے خطبہ دیا تھا،</w:t>
      </w:r>
    </w:p>
    <w:p>
      <w:r>
        <w:rPr>
          <w:b/>
        </w:rPr>
        <w:t xml:space="preserve">[41:47] </w:t>
      </w:r>
      <w:r>
        <w:t>woh khutba parhein aap to aap ko poori spirit hajj ki samajh mein ayegi. woh spirit hai dawat, dawat, dawat ki spirit.</w:t>
      </w:r>
    </w:p>
    <w:p>
      <w:pPr>
        <w:jc w:val="right"/>
      </w:pPr>
      <w:r>
        <w:t>وہ خطبہ پڑھیں آپ تو آپ کو پوری اسپیٹ حج کی سمجھ میں آئے گی۔ وہ اسپیٹ ہے دعوت، دعوت، دعوت کی اسپیٹ۔</w:t>
      </w:r>
    </w:p>
    <w:p>
      <w:r>
        <w:rPr>
          <w:b/>
        </w:rPr>
        <w:t xml:space="preserve">[41:57] </w:t>
      </w:r>
      <w:r>
        <w:t>chunanche khutba Hajjat-ul-Wida mein aap ne jo baatein farmayi thi, to aap ne farmaya tha ke Allah ne mujhe sare alam ke liye bheja hai, sare alam ke liye.</w:t>
      </w:r>
    </w:p>
    <w:p>
      <w:pPr>
        <w:jc w:val="right"/>
      </w:pPr>
      <w:r>
        <w:t>چنانچہ خطبہ حجۃ الوداع میں آپ نے جو باتیں فرمائی تھیں، تو آپ نے فرمایا تھا کہ اللہ نے مجھے سارے عالم کے لیے بھیجا ہے، سارے عالم کے لیے۔</w:t>
      </w:r>
    </w:p>
    <w:p>
      <w:r>
        <w:rPr>
          <w:b/>
        </w:rPr>
        <w:t xml:space="preserve">[42:12] </w:t>
      </w:r>
      <w:r>
        <w:t>illa nas kaffatan fa adooni innalaha basani kaffatan lin nas fa adooni</w:t>
      </w:r>
    </w:p>
    <w:p>
      <w:pPr>
        <w:jc w:val="right"/>
      </w:pPr>
      <w:r>
        <w:t>الا الناس کافتا فعدونی ان اللہ باسنی کافت للناس فعدونی</w:t>
      </w:r>
    </w:p>
    <w:p>
      <w:r>
        <w:rPr>
          <w:b/>
        </w:rPr>
        <w:t xml:space="preserve">[42:22] </w:t>
      </w:r>
      <w:r>
        <w:t>Allah ne mujhe bheja hai sare insano ke liye. to tum log ab hajj ke baad yahan se jao aur sare insano tak mera paigham pohancha do.</w:t>
      </w:r>
    </w:p>
    <w:p>
      <w:pPr>
        <w:jc w:val="right"/>
      </w:pPr>
      <w:r>
        <w:t>اللہ نے مجھے بھیجا ہے سارے انسانوں کے لیے۔ تو تم لوگ اب حج کے بعد یہاں سے جاؤ اور سارے انسانوں تک میرا پیغام پہنچا دو۔</w:t>
      </w:r>
    </w:p>
    <w:p>
      <w:r>
        <w:rPr>
          <w:b/>
        </w:rPr>
        <w:t xml:space="preserve">[42:35] </w:t>
      </w:r>
      <w:r>
        <w:t>aap ne farmaya tha ke fal</w:t>
      </w:r>
    </w:p>
    <w:p>
      <w:pPr>
        <w:jc w:val="right"/>
      </w:pPr>
      <w:r>
        <w:t>آپ نے فرمایا تھا کہ فل</w:t>
      </w:r>
    </w:p>
    <w:p>
      <w:r>
        <w:rPr>
          <w:b/>
        </w:rPr>
        <w:t xml:space="preserve">[42:40] </w:t>
      </w:r>
      <w:r>
        <w:t>falyuballigh shahiud al ghayib jo yahan maujood hai, woh un ko pohancha de jo maujood nahi hain.</w:t>
      </w:r>
    </w:p>
    <w:p>
      <w:pPr>
        <w:jc w:val="right"/>
      </w:pPr>
      <w:r>
        <w:t>فلیبلغش شاہد الغائب جو یہاں موجود ہے، وہ ان کو پہنچا دے جو موجود نہیں ہیں۔</w:t>
      </w:r>
    </w:p>
    <w:p>
      <w:r>
        <w:rPr>
          <w:b/>
        </w:rPr>
        <w:t xml:space="preserve">[42:49] </w:t>
      </w:r>
      <w:r>
        <w:t>yeh hai asal message hajj. hajj ka asal maqsad hajj ka, yani hajj mein log jate hain, koi ibadatein karte hain, Hazrat Ibrahim ki sunnat ko dohrate hain, wahan jo Rasool Allah sal Allah alaihi wasallam aur ashaab ki jo wahan riwayatein hain, tareekhi, us ko yaad karte hain aur phir wahan khutba sunte hain Imam ka.</w:t>
      </w:r>
    </w:p>
    <w:p>
      <w:pPr>
        <w:jc w:val="right"/>
      </w:pPr>
      <w:r>
        <w:t>یہ ہے اصل میسج حج۔ حج کا اصل مقصد حج کا، یعنی حج میں لوگ جاتے ہیں، کوئی عبادتیں کرتے ہیں، حضرت ابراہیم کی سنت کو دہراتے ہیں، وہاں جو رسول اللہ صلی اللہ علیہ وسلم اور اصحاب کی جو وہاں روایتیں ہیں، تاریخی، اس کو یاد کرتے ہیں اور پھر وہاں خطبہ سنتے ہیں امام کا۔</w:t>
      </w:r>
    </w:p>
    <w:p>
      <w:r>
        <w:rPr>
          <w:b/>
        </w:rPr>
        <w:t xml:space="preserve">[43:15] </w:t>
      </w:r>
      <w:r>
        <w:t>yeh sari cheezein kis liye hain?</w:t>
      </w:r>
    </w:p>
    <w:p>
      <w:pPr>
        <w:jc w:val="right"/>
      </w:pPr>
      <w:r>
        <w:t>یہ ساری چیزیں کس لیے ہیں؟</w:t>
      </w:r>
    </w:p>
    <w:p>
      <w:r>
        <w:rPr>
          <w:b/>
        </w:rPr>
        <w:t xml:space="preserve">[43:17] </w:t>
      </w:r>
      <w:r>
        <w:t>dawti spirit jagane ke liye, dawat ki planning ke liye, dawti mansooba bandi ke liye. Rasool Allah sal Allah alaihi wasallam ne apne zamane mein jo hajj kiya, jis ko hum Hajjat-ul-Wida kehte hain, to us waqt aap ne Arafat ke maidan mein oont par sawar ho kar yeh farmaya tha ke a logon!</w:t>
      </w:r>
    </w:p>
    <w:p>
      <w:pPr>
        <w:jc w:val="right"/>
      </w:pPr>
      <w:r>
        <w:t>دعوتی اسپیٹ جگانے کے لیے، دعوت کی پلاننگ کے لیے، دعوتی منصوبہ بندی کے لیے۔ رسول اللہ صلی اللہ علیہ وسلم نے اپنے زمانے میں جو حج کیا، جس کو ہم حجۃ الوداع کہتے ہیں، تو اس وقت آپ نے عرفات کے میدان میں اونٹ پر سوار ہو کر یہ فرمایا تھا کہ اے لوگوں!</w:t>
      </w:r>
    </w:p>
    <w:p>
      <w:r>
        <w:rPr>
          <w:b/>
        </w:rPr>
        <w:t xml:space="preserve">[43:35] </w:t>
      </w:r>
      <w:r>
        <w:t>mujhe Allah ne sari dunya ke liye bheja hai, yani sirf Makkah ke liye nahi, sirf Arab ke liye nahi, sari dunya ke liye.</w:t>
      </w:r>
    </w:p>
    <w:p>
      <w:pPr>
        <w:jc w:val="right"/>
      </w:pPr>
      <w:r>
        <w:t>مجھ کو اللہ نے ساری دنیا کے لیے بھیجا ہے، یعنی صرف مکہ کے لیے نہیں، صرف عرب کے لیے نہیں، ساری دنیا کے لیے۔</w:t>
      </w:r>
    </w:p>
    <w:p>
      <w:r>
        <w:rPr>
          <w:b/>
        </w:rPr>
        <w:t xml:space="preserve">[43:44] </w:t>
      </w:r>
      <w:r>
        <w:t>to tum mere paigham ko sare logon tak pohancha do. fa adooni to woh aaj bhi woh paigham wahan goonj raha hai.</w:t>
      </w:r>
    </w:p>
    <w:p>
      <w:pPr>
        <w:jc w:val="right"/>
      </w:pPr>
      <w:r>
        <w:t>تو تم میرے پیغام کو سارے لوگوں تک پہنچا دو۔ فعدونی تو وہ آج بھی وہ پیغام وہاں گونج رہا ہے۔</w:t>
      </w:r>
    </w:p>
    <w:p>
      <w:r>
        <w:rPr>
          <w:b/>
        </w:rPr>
        <w:t xml:space="preserve">[43:54] </w:t>
      </w:r>
      <w:r>
        <w:t>sacha haji woh hai jo wahan us paigham, wahan ja kar us awaz ko sune.</w:t>
      </w:r>
    </w:p>
    <w:p>
      <w:pPr>
        <w:jc w:val="right"/>
      </w:pPr>
      <w:r>
        <w:t>سچا حاجی وہ ہے جو وہاں اس پیغام، وہاں جا کر اس آواز کو سنے۔</w:t>
      </w:r>
    </w:p>
    <w:p>
      <w:r>
        <w:rPr>
          <w:b/>
        </w:rPr>
        <w:t xml:space="preserve">[44:00] </w:t>
      </w:r>
      <w:r>
        <w:t>jab aap is tareekh se ba khabar hon aur is spirit ko le kar wahan jao to jab aap pohanche ge Arafat ke maidan mein to aaj bhi aap ko sunai de ga ke Rasool Allah sal Allah alaihi wasallam ki awaz goonj rahi hai wahan par aur keh rahi hai ke a iman walo!</w:t>
      </w:r>
    </w:p>
    <w:p>
      <w:pPr>
        <w:jc w:val="right"/>
      </w:pPr>
      <w:r>
        <w:t>جب آپ اس تاریخ سے باخبر ہوں اور اس اسپیڈ کو لے کر وہاں جائیں تو جب آپ پہنچیں گے عرفات کے میدان میں تو آج بھی آپ کو سنائی دے گا کہ رسول اللہ صلی اللہ علیہ وسلم کی آواز گونج رہی ہے وہاں پر اور کہہ رہی ہے کہ اے ایمان والو!</w:t>
      </w:r>
    </w:p>
    <w:p>
      <w:r>
        <w:rPr>
          <w:b/>
        </w:rPr>
        <w:t xml:space="preserve">[44:21] </w:t>
      </w:r>
      <w:r>
        <w:t>tumhara mission dawat ka mission hai.</w:t>
      </w:r>
    </w:p>
    <w:p>
      <w:pPr>
        <w:jc w:val="right"/>
      </w:pPr>
      <w:r>
        <w:t>تمہارا مشن دعوت کا مشن ہے۔</w:t>
      </w:r>
    </w:p>
    <w:p>
      <w:r>
        <w:rPr>
          <w:b/>
        </w:rPr>
        <w:t xml:space="preserve">[44:23] </w:t>
      </w:r>
      <w:r>
        <w:t>tumhara mission yeh hai ke Allah taala ne mujh ko jo hidayat nama le kar bheja hai, jo Quran le kar bheja hai, is Quran ko sari dunya tak pohancha do.</w:t>
      </w:r>
    </w:p>
    <w:p>
      <w:pPr>
        <w:jc w:val="right"/>
      </w:pPr>
      <w:r>
        <w:t>تمہارا مشن یہ ہے کہ اللہ تعالی نے مجھ کو جو ہدایت نامہ لے کر بھیجا ہے، جو قرآن لے کر بھیجا ہے، اس قرآن کو ساری دنیا تک پہنچا دو۔</w:t>
      </w:r>
    </w:p>
    <w:p>
      <w:r>
        <w:rPr>
          <w:b/>
        </w:rPr>
        <w:t xml:space="preserve">[44:39] </w:t>
      </w:r>
      <w:r>
        <w:t>yeh bilkul fitri baat hai ke agar aap ke andar woh spirit ho, is tareekh ko jante hon aap aur is is jazbe ke sath wahan aap jao to jab Arafat ke maidan mein aap pohanche ge to aap ko lage ga ke Rasool Allah ki awaz woh goonj rahi hai.</w:t>
      </w:r>
    </w:p>
    <w:p>
      <w:pPr>
        <w:jc w:val="right"/>
      </w:pPr>
      <w:r>
        <w:t>یہ بالکل فطری بات ہے کہ اگر آپ کے اندر وہ اسپیڈ ہو، اس تاریخ کو جانتے ہوں آپ اور اس اس جذبے کے ساتھ وہاں آپ جائیں تو جب عرفات کے میدان میں آپ پہنچیں گے تو آپ کو لگے گا کہ رسول اللہ کی آواز وہ گونج رہی ہے۔</w:t>
      </w:r>
    </w:p>
    <w:p>
      <w:r>
        <w:rPr>
          <w:b/>
        </w:rPr>
        <w:t xml:space="preserve">[44:56] </w:t>
      </w:r>
      <w:r>
        <w:t>aaj bhi, aaj bhi woh aap aap se yahi keh rahe hain</w:t>
      </w:r>
    </w:p>
    <w:p>
      <w:pPr>
        <w:jc w:val="right"/>
      </w:pPr>
      <w:r>
        <w:t>آج بھی، آج بھی وہ آپ آپ سے یہی کہہ رہے ہیں</w:t>
      </w:r>
    </w:p>
    <w:p>
      <w:r>
        <w:rPr>
          <w:b/>
        </w:rPr>
        <w:t xml:space="preserve">[45:01] </w:t>
      </w:r>
      <w:r>
        <w:t>ke mere Rasool Allah sal Allah alaihi wasallam aur doosre nabi jo aaye dunya mein, woh kis liye aaye?</w:t>
      </w:r>
    </w:p>
    <w:p>
      <w:pPr>
        <w:jc w:val="right"/>
      </w:pPr>
      <w:r>
        <w:t>کہ میرے رسول اللہ صلی اللہ علیہ وسلم اور دوسرے نبی جو آئے دنیا میں، وہ کس لیے آئے؟</w:t>
      </w:r>
    </w:p>
    <w:p>
      <w:r>
        <w:rPr>
          <w:b/>
        </w:rPr>
        <w:t xml:space="preserve">[45:10] </w:t>
      </w:r>
      <w:r>
        <w:t>woh to aaye Allah ka jo creation plan hai, us se logon ko ba khabar karne ke liye. yeh dunya mein hum aate hain to hamare paas koi</w:t>
      </w:r>
    </w:p>
    <w:p>
      <w:pPr>
        <w:jc w:val="right"/>
      </w:pPr>
      <w:r>
        <w:t>وہ تو آئے اللہ کا جو کریشن پلان ہے، اس سے لوگوں کو باخبر کرنے کے لیے۔ یہ دنیا میں ہم آتے ہیں تو ہمارے پاس کوئی</w:t>
      </w:r>
    </w:p>
    <w:p>
      <w:r>
        <w:rPr>
          <w:b/>
        </w:rPr>
        <w:t xml:space="preserve">[45:27] </w:t>
      </w:r>
      <w:r>
        <w:t>khud se hum nahi jaan sakte ke hamara khaliq hum se kya chahta hai. khaliq ki marzi kya hai?</w:t>
      </w:r>
    </w:p>
    <w:p>
      <w:pPr>
        <w:jc w:val="right"/>
      </w:pPr>
      <w:r>
        <w:t>خود سے ہم نہیں جان سکتے کہ ہمارا خالق ہم سے کیا چاہتا ہے۔ خالق کی مرضی کیا ہے؟</w:t>
      </w:r>
    </w:p>
    <w:p>
      <w:r>
        <w:rPr>
          <w:b/>
        </w:rPr>
        <w:t xml:space="preserve">[45:36] </w:t>
      </w:r>
      <w:r>
        <w:t>creation plan of g</w:t>
      </w:r>
    </w:p>
    <w:p>
      <w:pPr>
        <w:jc w:val="right"/>
      </w:pPr>
      <w:r>
        <w:t>کریشن پلان آف گ</w:t>
      </w:r>
    </w:p>
    <w:p>
      <w:r>
        <w:rPr>
          <w:b/>
        </w:rPr>
        <w:t xml:space="preserve">[45:38] </w:t>
      </w:r>
      <w:r>
        <w:t>ad kya hai? hum khud se nahi jaan paate. to Allah ne apne rasool bheje har daur mein isi baat ke liye. phir aakhri rasool bheja Allah taala ne Makkah mein.</w:t>
      </w:r>
    </w:p>
    <w:p>
      <w:pPr>
        <w:jc w:val="right"/>
      </w:pPr>
      <w:r>
        <w:t>اڈ کیا ہے؟ ہم خود سے نہیں جان پاتے۔ تو اللہ نے اپنے رسول بھیجے ہر دور میں اسی بات کے لیے۔ پھر آخری رسول بھیجا اللہ تعالی نے مکہ میں۔</w:t>
      </w:r>
    </w:p>
    <w:p>
      <w:r>
        <w:rPr>
          <w:b/>
        </w:rPr>
        <w:t xml:space="preserve">[45:54] </w:t>
      </w:r>
      <w:r>
        <w:t>to aaj jo wahan par haji ekattha hote hain, to goya ke wahan par Rasool Allah S.A.W. ki is awaaz ko dobara sunne ke liye un fizaon mein aaj bhi woh speed maujood hai.</w:t>
      </w:r>
    </w:p>
    <w:p>
      <w:pPr>
        <w:jc w:val="right"/>
      </w:pPr>
      <w:r>
        <w:t>تو آج جو وہاں پر حاجی اکٹھا ہوتے ہیں، تو گویا کہ وہاں پر رسول اللہ صلی اللہ علیہ وسلم کی اس آواز کو دوبارہ سننے کے لیے ان فضاؤں میں آج بھی وہ اسپیڈ موجود ہے۔</w:t>
      </w:r>
    </w:p>
    <w:p>
      <w:r>
        <w:rPr>
          <w:b/>
        </w:rPr>
        <w:t xml:space="preserve">[46:06] </w:t>
      </w:r>
      <w:r>
        <w:t>in fizaon mein aaj bhi woh woh awaaz goonj rahi hai. in in fizaon mein aaj bhi woh mission yaad dilata hai aap ko ke jab aap Arafat ke maidan mein pahunchte hain</w:t>
      </w:r>
    </w:p>
    <w:p>
      <w:pPr>
        <w:jc w:val="right"/>
      </w:pPr>
      <w:r>
        <w:t>ان فضاؤں میں آج بھی وہ وہ آواز گونج رہی ہے۔ ان ان فضاؤں میں آج بھی وہ مشن یاد دلاتا ہے آپ کو کہ جب آپ عرفات کے میدان میں پہنچتے ہیں</w:t>
      </w:r>
    </w:p>
    <w:p>
      <w:r>
        <w:rPr>
          <w:b/>
        </w:rPr>
        <w:t xml:space="preserve">[46:18] </w:t>
      </w:r>
      <w:r>
        <w:t>to bilkul fitri hai ke aap ko yaad aaye ke yahin par Rasool Allah S.A.W. ne ek oont par khade ho kar ke yeh farmaya tha. poori ummat se farmaya tha ke yeh jo Quran hai, is ko pahunchao saare alam tak.</w:t>
      </w:r>
    </w:p>
    <w:p>
      <w:pPr>
        <w:jc w:val="right"/>
      </w:pPr>
      <w:r>
        <w:t>تو بالکل فطری ہے کہ آپ کو یاد آئے کہ یہیں پر رسول اللہ صلی اللہ علیہ وسلم نے ایک اونٹ پر کھڑے ہو کر کے یہ فرمایا تھا۔ پوری امت سے فرمایا تھا کہ یہ جو قرآن ہے، اس کو پہنچاؤ سارے عالم تک۔</w:t>
      </w:r>
    </w:p>
    <w:p>
      <w:r>
        <w:rPr>
          <w:b/>
        </w:rPr>
        <w:t xml:space="preserve">[46:32] </w:t>
      </w:r>
      <w:r>
        <w:t>Quran ka paigham sab sab ko ba-khabar karo. to yeh hai</w:t>
      </w:r>
    </w:p>
    <w:p>
      <w:pPr>
        <w:jc w:val="right"/>
      </w:pPr>
      <w:r>
        <w:t>قرآن کا پیغام سب سب کو باخبر کرو۔ تو یہ ہے</w:t>
      </w:r>
    </w:p>
    <w:p>
      <w:r>
        <w:rPr>
          <w:b/>
        </w:rPr>
        <w:t xml:space="preserve">[46:38] </w:t>
      </w:r>
      <w:r>
        <w:t>Hajj ka paigham aur yeh hai Eid al-Adha ka paigham.</w:t>
      </w:r>
    </w:p>
    <w:p>
      <w:pPr>
        <w:jc w:val="right"/>
      </w:pPr>
      <w:r>
        <w:t>حج کا پیغام اور یہ ہے عید الاضحی کا پیغام۔</w:t>
      </w:r>
    </w:p>
    <w:p>
      <w:r>
        <w:rPr>
          <w:b/>
        </w:rPr>
        <w:t xml:space="preserve">[46:46] </w:t>
      </w:r>
      <w:r>
        <w:t>to jaisa ke maine arz kiya, humein phir se is ko rediscover karna hai kyunke hum ne yeh kar rakha hai ke speed ko form se alag kar diya hai.</w:t>
      </w:r>
    </w:p>
    <w:p>
      <w:pPr>
        <w:jc w:val="right"/>
      </w:pPr>
      <w:r>
        <w:t>تو جیسا کہ میں نے عرض کیا، ہمیں پھر سے اس کو ری ڈسکور کرنا ہے کیونکہ ہم نے یہ کر رکھا ہے کہ اسپیڈ کو فارم سے الگ کر دیا ہے۔</w:t>
      </w:r>
    </w:p>
    <w:p>
      <w:r>
        <w:rPr>
          <w:b/>
        </w:rPr>
        <w:t xml:space="preserve">[47:03] </w:t>
      </w:r>
      <w:r>
        <w:t>saari ibaadaat ko, Eid al-Adha ko aur Hajj ko, har cheez ko ek ritual bana diya hai. to humein phir se daryaft karna hai</w:t>
      </w:r>
    </w:p>
    <w:p>
      <w:pPr>
        <w:jc w:val="right"/>
      </w:pPr>
      <w:r>
        <w:t>ساری عبادات کو، عید الاضحی کو اور حج کو، ہر چیز کو ایک ریچول بنا دیا ہے۔ تو ہمیں پھر سے دریافت کرنا ہے</w:t>
      </w:r>
    </w:p>
    <w:p>
      <w:r>
        <w:rPr>
          <w:b/>
        </w:rPr>
        <w:t xml:space="preserve">[47:13] </w:t>
      </w:r>
      <w:r>
        <w:t>is namaz ko jo Rasool Allah ne padhi, is Hajj ko jo Rasool Allah ne ada kiya,</w:t>
      </w:r>
    </w:p>
    <w:p>
      <w:pPr>
        <w:jc w:val="right"/>
      </w:pPr>
      <w:r>
        <w:t>اس نماز کو جو رسول اللہ نے پڑھی، اس حج کو جو رسول اللہ نے ادا کیا،</w:t>
      </w:r>
    </w:p>
    <w:p>
      <w:r>
        <w:rPr>
          <w:b/>
        </w:rPr>
        <w:t xml:space="preserve">[47:24] </w:t>
      </w:r>
      <w:r>
        <w:t>is qurbani ko jo Rasool Allah ne aur aap ke ashaab ne ada kiya aur Hazrat Ibrahim ne ada kiya. phir se humein discover karna hai.</w:t>
      </w:r>
    </w:p>
    <w:p>
      <w:pPr>
        <w:jc w:val="right"/>
      </w:pPr>
      <w:r>
        <w:t>اس قربانی کو جو رسول اللہ نے اور آپ کے اصحاب نے ادا کیا اور حضرت ابراہیم نے ادا کیا۔ پھر سے ہمیں ڈسکور کرنا ہے۔</w:t>
      </w:r>
    </w:p>
    <w:p>
      <w:r>
        <w:rPr>
          <w:b/>
        </w:rPr>
        <w:t xml:space="preserve">[47:33] </w:t>
      </w:r>
      <w:r>
        <w:t>to Eid ka din, Eid al-Adha ke din ya Hajj ka din isi liye hai ke hum is ko rediscover karein, rediscover karein.</w:t>
      </w:r>
    </w:p>
    <w:p>
      <w:pPr>
        <w:jc w:val="right"/>
      </w:pPr>
      <w:r>
        <w:t>تو عید کا دن، عید الاضحی کے دن یا حج کا دن اسی لیے ہے کہ ہم اس کو ری ڈسکور کریں، ری ڈسکور کریں۔</w:t>
      </w:r>
    </w:p>
    <w:p>
      <w:r>
        <w:rPr>
          <w:b/>
        </w:rPr>
        <w:t xml:space="preserve">[47:49] </w:t>
      </w:r>
      <w:r>
        <w:t>jab tak hum is ko rediscover nahi karein ge, na hamara Hajj woh woh Hajj hoga jo matloob hai, na hamari Eid al-Adha woh Eid al-Adha hogi jo matloob hai.</w:t>
      </w:r>
    </w:p>
    <w:p>
      <w:pPr>
        <w:jc w:val="right"/>
      </w:pPr>
      <w:r>
        <w:t>جب تک ہم اس کو ری ڈسکور نہیں کریں گے، نہ ہمارا حج وہ وہ حج ہوگا جو مطلوب ہے، نہ ہماری عید الاضحی وہ عید الاضحی ہوگی جو مطلوب ہے۔</w:t>
      </w:r>
    </w:p>
    <w:p>
      <w:r>
        <w:rPr>
          <w:b/>
        </w:rPr>
        <w:t xml:space="preserve">[48:02] </w:t>
      </w:r>
      <w:r>
        <w:t>to isi ko kehte hain tajdeed-e-imaan. yahi tajdeed-e-imaan hai. tajdeed-e-imaan se matlab revive karna, taaza karna, naya karna.</w:t>
      </w:r>
    </w:p>
    <w:p>
      <w:pPr>
        <w:jc w:val="right"/>
      </w:pPr>
      <w:r>
        <w:t>تو اسی کو کہتے ہیں تجدید ایمان۔ یہی تجدید ایمان ہے۔ تجدید ایمان سے مطلب ریوائیو کرنا، تازہ کرنا، نیا کرنا۔</w:t>
      </w:r>
    </w:p>
    <w:p>
      <w:r>
        <w:rPr>
          <w:b/>
        </w:rPr>
        <w:t xml:space="preserve">[48:15] </w:t>
      </w:r>
      <w:r>
        <w:t>go har saal jo Hajj aata hai, har saal jo Eid al-Adha aati hai, to yeh saalana tajdeed hai. go yeh saalana tajdeed hai ke is din hum is poori tareekh ko yaad karein</w:t>
      </w:r>
    </w:p>
    <w:p>
      <w:pPr>
        <w:jc w:val="right"/>
      </w:pPr>
      <w:r>
        <w:t>گو ہر سال جو حج آتا ہے، ہر سال جو عید الاضحی آتی ہے، تو یہ سالانہ تجدید ہے۔ گو یہ سالانہ تجدید ہے کہ اس دن ہم اس پوری تاریخ کو یاد کریں</w:t>
      </w:r>
    </w:p>
    <w:p>
      <w:r>
        <w:rPr>
          <w:b/>
        </w:rPr>
        <w:t xml:space="preserve">[48:33] </w:t>
      </w:r>
      <w:r>
        <w:t>jo Rasool Allah S.A.W. par Allah taala ne Quran Quran utara. us waqt jab utara gaya tha Quran, us waqt aaj kal ki tarah print capacity nahi hota tha.</w:t>
      </w:r>
    </w:p>
    <w:p>
      <w:pPr>
        <w:jc w:val="right"/>
      </w:pPr>
      <w:r>
        <w:t>جو رسول اللہ صلی اللہ علیہ وسلم پر اللہ تعالی نے قرآن قرآن اتارا۔ اس وقت جب اتارا گیا تھا قرآن، اس وقت آج کل کی طرح پرنٹ کیپیس نہیں ہوتا تھا۔</w:t>
      </w:r>
    </w:p>
    <w:p>
      <w:r>
        <w:rPr>
          <w:b/>
        </w:rPr>
        <w:t xml:space="preserve">[48:45] </w:t>
      </w:r>
      <w:r>
        <w:t>log yaad kar lete the aur ja ke padh ke sunate the. jaise Makkah se Madinah gaye do sahabaan,</w:t>
      </w:r>
    </w:p>
    <w:p>
      <w:pPr>
        <w:jc w:val="right"/>
      </w:pPr>
      <w:r>
        <w:t>لوگ یاد کر لیتے تھے اور جا کے پڑھ کے سناتے تھے۔ جیسے مکہ سے مدینہ گئے دو صاحبان،</w:t>
      </w:r>
    </w:p>
    <w:p>
      <w:r>
        <w:rPr>
          <w:b/>
        </w:rPr>
        <w:t xml:space="preserve">[48:56] </w:t>
      </w:r>
      <w:r>
        <w:t>Rasool Allah ne bheja to woh un ko muqarrar kaha jaata tha. un ko muqarrar yani padh kar sunane wala. to woh un ke paas yahi ek shakal thi ke padh ke sunayein, apne hafize se jo Quran ke hisse yaad the, us ko padh padh sunayein.</w:t>
      </w:r>
    </w:p>
    <w:p>
      <w:pPr>
        <w:jc w:val="right"/>
      </w:pPr>
      <w:r>
        <w:t>رسول اللہ نے بھیجا تو وہ ان کو مقرر کہا جاتا تھا۔ ان کو مقرر یعنی پڑھ کر سنانے والا۔ تو وہ ان کے پاس یہی ایک شکل تھی کہ پڑھ کے سنائیں، اپنے حافظے سے جو قرآن کے حصے یاد تھے، اس کو پڑھ پڑھ سنائیں۔</w:t>
      </w:r>
    </w:p>
    <w:p>
      <w:r>
        <w:rPr>
          <w:b/>
        </w:rPr>
        <w:t xml:space="preserve">[49:13] </w:t>
      </w:r>
      <w:r>
        <w:t>is se Islam phaila saare Madinah mein. ab aap jaante hain ke printing press ka zamana hai. ab Quran chupa hua maujood hai.</w:t>
      </w:r>
    </w:p>
    <w:p>
      <w:pPr>
        <w:jc w:val="right"/>
      </w:pPr>
      <w:r>
        <w:t>اس سے اسلام پھیلا سارے مدینہ میں۔ اب آپ جانتے ہیں کہ پرنٹنگ پریس کا زمانہ ہے۔ اب قرآن چھپا ہوا موجود ہے۔</w:t>
      </w:r>
    </w:p>
    <w:p>
      <w:r>
        <w:rPr>
          <w:b/>
        </w:rPr>
        <w:t xml:space="preserve">[49:22] </w:t>
      </w:r>
      <w:r>
        <w:t>to aap ka farz hai ke Quran ko phailayein,</w:t>
      </w:r>
    </w:p>
    <w:p>
      <w:pPr>
        <w:jc w:val="right"/>
      </w:pPr>
      <w:r>
        <w:t>تو آپ کا فرض ہے کہ قرآن کو پھیلائیں،</w:t>
      </w:r>
    </w:p>
    <w:p>
      <w:r>
        <w:rPr>
          <w:b/>
        </w:rPr>
        <w:t xml:space="preserve">[49:28] </w:t>
      </w:r>
      <w:r>
        <w:t>yani is ka translation jin jo jo zabaan, yani taake aadmi ke liye aadmi Quran ko logon ke liye understandable banane ke liye zaroori hai ke un ke qabil form zabaan ke tarjume hon.</w:t>
      </w:r>
    </w:p>
    <w:p>
      <w:pPr>
        <w:jc w:val="right"/>
      </w:pPr>
      <w:r>
        <w:t>یعنی اس کا ٹرانسلیشن جن جو جو زبان، یعنی تاکہ آدمی کے لیے آدمی قرآن کو لوگوں کے لیے انڈرسٹڈیبل بنانے کے لیے ضروری ہے کہ ان کے قابل فارم زبان کے ترجمے ہوں۔</w:t>
      </w:r>
    </w:p>
    <w:p>
      <w:r>
        <w:rPr>
          <w:b/>
        </w:rPr>
        <w:t xml:space="preserve">[49:41] </w:t>
      </w:r>
      <w:r>
        <w:t>is ke to Quran ke tarjume har zabaan mein logon tak pahunchaye jayein aur khaas taur par international zabaan mein. English aaj ki international language hai.</w:t>
      </w:r>
    </w:p>
    <w:p>
      <w:pPr>
        <w:jc w:val="right"/>
      </w:pPr>
      <w:r>
        <w:t>اس کے تو قرآن کے ترجمے ہر زبان میں لوگوں تک پہنچائے جائیں اور خاص طور پر انٹرنیشنل زبان میں۔ انگلش آج کی انٹرنیشنل لینگویج ہے۔</w:t>
      </w:r>
    </w:p>
    <w:p>
      <w:r>
        <w:rPr>
          <w:b/>
        </w:rPr>
        <w:t xml:space="preserve">[49:52] </w:t>
      </w:r>
      <w:r>
        <w:t>saari duniya mein har mulk mein</w:t>
      </w:r>
    </w:p>
    <w:p>
      <w:pPr>
        <w:jc w:val="right"/>
      </w:pPr>
      <w:r>
        <w:t>ساری دنیا میں ہر ملک میں</w:t>
      </w:r>
    </w:p>
    <w:p>
      <w:r>
        <w:rPr>
          <w:b/>
        </w:rPr>
        <w:t xml:space="preserve">[49:56] </w:t>
      </w:r>
      <w:r>
        <w:t>majority aise logon ki hai jo English ko samajhti hai. to English ka translation</w:t>
      </w:r>
    </w:p>
    <w:p>
      <w:pPr>
        <w:jc w:val="right"/>
      </w:pPr>
      <w:r>
        <w:t>میجورٹی ایسے لوگوں کی ہے جو انگلش کو سمجھتی ہے۔ تو انگلش کا ٹرانسلیشن</w:t>
      </w:r>
    </w:p>
    <w:p>
      <w:r>
        <w:rPr>
          <w:b/>
        </w:rPr>
        <w:t xml:space="preserve">[50:07] </w:t>
      </w:r>
      <w:r>
        <w:t>jo log Arabi jaante hain, un ko un ke paas Quran hai, woh padh rahe hain. lekin beshumar log jo Arabi nahi jaante, to un ko aap un ke tarjume pahunchayein.</w:t>
      </w:r>
    </w:p>
    <w:p>
      <w:pPr>
        <w:jc w:val="right"/>
      </w:pPr>
      <w:r>
        <w:t>جو لوگ عربی جانتے ہیں، ان کو ان کے پاس قرآن ہے، وہ پڑھ رہے ہیں۔ لیکن بے شمار لوگ جو عربی نہیں جانتے، تو ان کو آپ ان کے ترجمے پہنچائیں۔</w:t>
      </w:r>
    </w:p>
    <w:p>
      <w:r>
        <w:rPr>
          <w:b/>
        </w:rPr>
        <w:t xml:space="preserve">[50:18] </w:t>
      </w:r>
      <w:r>
        <w:t>yeh hai asal paigham Hajj ka aur Eid al-Adha ka,</w:t>
      </w:r>
    </w:p>
    <w:p>
      <w:pPr>
        <w:jc w:val="right"/>
      </w:pPr>
      <w:r>
        <w:t>یہ ہے اصل پیغام حج کا اور عید الاضحی کا،</w:t>
      </w:r>
    </w:p>
    <w:p>
      <w:r>
        <w:rPr>
          <w:b/>
        </w:rPr>
        <w:t xml:space="preserve">[50:24] </w:t>
      </w:r>
      <w:r>
        <w:t>yani is ki jo dawati pehlu hai, wahi is ka asal pehlu hai. Ye sara jo hum ada karte hain, namaz ya qurbani waghera, ye isi ke isi ke atraf ke hisse hain, isi ko rewind karne ke liye hain,</w:t>
      </w:r>
    </w:p>
    <w:p>
      <w:pPr>
        <w:jc w:val="right"/>
      </w:pPr>
      <w:r>
        <w:t>یعنی اس کی جو دعوتی پہلو ہے، وہی اس کا اصل پہلو ہے۔ یہ سارا جو ہم ادا کرتے ہیں، نماز یا قربانی وغیرہ، یہ اسی کے اسی کے اطراف کے حصے ہیں، اسی کو ریوائنڈ کرنے کے لیے ہیں،</w:t>
      </w:r>
    </w:p>
    <w:p>
      <w:r>
        <w:rPr>
          <w:b/>
        </w:rPr>
        <w:t xml:space="preserve">[50:42] </w:t>
      </w:r>
      <w:r>
        <w:t>isi ki yani tayyar karne ke liye hain.</w:t>
      </w:r>
    </w:p>
    <w:p>
      <w:pPr>
        <w:jc w:val="right"/>
      </w:pPr>
      <w:r>
        <w:t>اسی کی یعنی تیار کرنے کے لیے ہیں۔</w:t>
      </w:r>
    </w:p>
    <w:p>
      <w:r>
        <w:rPr>
          <w:b/>
        </w:rPr>
        <w:t xml:space="preserve">[50:49] </w:t>
      </w:r>
      <w:r>
        <w:t>to khulasa hai dawat aur ye khulasa hum ko maloom hota hai rasool Allah sal Allah alaihi wasallam ke is khutbe se jo aap ne apne hajj mein ek hi baar hajj kiya tha.</w:t>
      </w:r>
    </w:p>
    <w:p>
      <w:pPr>
        <w:jc w:val="right"/>
      </w:pPr>
      <w:r>
        <w:t>تو خلاصہ ہے دعوت اور یہ خلاصہ ہم کو معلوم ہوتا ہے رسول اللہ صلی اللہ علیہ وسلم کے اس خطبے سے جو آپ نے اپنے حج میں ایک ہی بار حج کیا تھا۔</w:t>
      </w:r>
    </w:p>
    <w:p>
      <w:r>
        <w:rPr>
          <w:b/>
        </w:rPr>
        <w:t xml:space="preserve">[51:04] </w:t>
      </w:r>
      <w:r>
        <w:t>rasool Allah sal Allah alaihi wasallam ne ek hi ko hajj aur isi ko kaha jata hai yani hajjat ul wida. To ek hi baar aap ne kiya tha hajj apni wafat se kuch pehle.</w:t>
      </w:r>
    </w:p>
    <w:p>
      <w:pPr>
        <w:jc w:val="right"/>
      </w:pPr>
      <w:r>
        <w:t>رسول اللہ صلی اللہ علیہ وسلم نے ایک ہی کو حج اور اسی کو کہا جاتا ہے یعنی حجۃ الوداع۔ تو ایک ہی بار آپ نے کیا تھا حج اپنے وفات سے کچھ پہلے۔</w:t>
      </w:r>
    </w:p>
    <w:p>
      <w:r>
        <w:rPr>
          <w:b/>
        </w:rPr>
        <w:t xml:space="preserve">[51:17] </w:t>
      </w:r>
      <w:r>
        <w:t>to is mauqe par jo aap ne khutba diya tha, wo har jagah maujood hai kitabon mein. Aap parh sakte hain is ko. Is ka khulasa yahi hai ke aap ne ummat ko ye bataya ke Allah ne mujhe bheja hai sare alam ke liye, sare insanon ke liye.</w:t>
      </w:r>
    </w:p>
    <w:p>
      <w:pPr>
        <w:jc w:val="right"/>
      </w:pPr>
      <w:r>
        <w:t>تو اس موقع پر جو آپ نے خطبہ دیا تھا، وہ ہر جگہ موجود ہے کتابوں میں۔ آپ پڑھ سکتے ہیں اس کو۔ اس کا خلاصہ یہی ہے کہ آپ نے امت کو یہ بتایا کہ اللہ نے مجھے بھیجا ہے سارے عالم کے لیے، سارے انسانوں کے لیے۔</w:t>
      </w:r>
    </w:p>
    <w:p>
      <w:r>
        <w:rPr>
          <w:b/>
        </w:rPr>
        <w:t xml:space="preserve">[51:37] </w:t>
      </w:r>
      <w:r>
        <w:t>to tum meri taraf se sare logon tak ye paigham pohncha do, is</w:t>
      </w:r>
    </w:p>
    <w:p>
      <w:pPr>
        <w:jc w:val="right"/>
      </w:pPr>
      <w:r>
        <w:t>تو تم میری طرف سے سارے لوگوں تک یہ پیغام پہنچا دو، اس</w:t>
      </w:r>
    </w:p>
    <w:p>
      <w:r>
        <w:rPr>
          <w:b/>
        </w:rPr>
        <w:t xml:space="preserve">[51:44] </w:t>
      </w:r>
      <w:r>
        <w:t>ko yani ye quran pohncha do, ye meri sunnat ka hai, is ko bata do logon ko. Koi marne se pehle ba khabar ho jaye har aadmi.</w:t>
      </w:r>
    </w:p>
    <w:p>
      <w:pPr>
        <w:jc w:val="right"/>
      </w:pPr>
      <w:r>
        <w:t>کو یعنی یہ قرآن پہنچا دو، یہ میری سنت کا ہے، اس کو بتا دو لوگوں کو۔ کوئی مرنے سے پہلے باخبر ہو جائے ہر آدمی۔</w:t>
      </w:r>
    </w:p>
    <w:p>
      <w:r>
        <w:rPr>
          <w:b/>
        </w:rPr>
        <w:t xml:space="preserve">[52:00] </w:t>
      </w:r>
      <w:r>
        <w:t>yani nishana hamara ye hona chahiye ke maut se pehle har aadmi ko aap ba khabar kar dein ke kya hai quran, kya hai rasool Allah sal Allah alaihi wasallam ki sunnat, kya hai creation plan of God.</w:t>
      </w:r>
    </w:p>
    <w:p>
      <w:pPr>
        <w:jc w:val="right"/>
      </w:pPr>
      <w:r>
        <w:t>یعنی نشانہ ہمارا یہ ہونا چاہیے کہ موت سے پہلے ہر آدمی کو آپ باخبر کر دیں کہ کیا ہے قرآن، کیا ہے رسول اللہ صلی اللہ علیہ وسلم کی سنت، کیا ہے کریشن پلان آف گاڈ۔</w:t>
      </w:r>
    </w:p>
    <w:p>
      <w:r>
        <w:rPr>
          <w:b/>
        </w:rPr>
        <w:t xml:space="preserve">[52:13] </w:t>
      </w:r>
      <w:r>
        <w:t>yani maut se pehle aadmi se ba khabar ho jaye taake jab Allah ke haan pohnche, ye na keh sake ke hum ko is ka pata nahi tha, hum ko is ka pata nahi tha.</w:t>
      </w:r>
    </w:p>
    <w:p>
      <w:pPr>
        <w:jc w:val="right"/>
      </w:pPr>
      <w:r>
        <w:t>یعنی موت سے پہلے آدمی سے باخبر ہو جائے تاکہ جب اللہ کے ہاں پہنچے، یہ نہ کہہ سکے کہ ہم کو اس کا پتہ نہیں تھا، ہم کو اس کا پتہ نہیں تھا۔</w:t>
      </w:r>
    </w:p>
    <w:p>
      <w:r>
        <w:rPr>
          <w:b/>
        </w:rPr>
        <w:t xml:space="preserve">[52:24] </w:t>
      </w:r>
      <w:r>
        <w:t>to Allah taala ne insan ke liye bohat bara ek bohat bara ek mauqa muqaddar kiya hai. Wo ye hai ke dunya mein aadmi Allah ki marzi ke mutabiq zindagi guzare aur phir wo eternally jannat mein dakhil kiya jaye.</w:t>
      </w:r>
    </w:p>
    <w:p>
      <w:pPr>
        <w:jc w:val="right"/>
      </w:pPr>
      <w:r>
        <w:t>تو اللہ تعالی نے انسان کے لیے بہت بڑا ایک بہت بڑا ایک موقع مقدر کیا ہے۔ وہ یہ ہے کہ دنیا میں آدمی اللہ کی مرضی کے مطابق زندگی گزارے اور پھر وہ ایٹرنلی جنت میں داخل کیا جائے۔</w:t>
      </w:r>
    </w:p>
    <w:p>
      <w:r>
        <w:rPr>
          <w:b/>
        </w:rPr>
        <w:t xml:space="preserve">[52:42] </w:t>
      </w:r>
      <w:r>
        <w:t>jannat jo hai, jannat kya hai? Eternal place hai, ideal world hai, perfect world hai.</w:t>
      </w:r>
    </w:p>
    <w:p>
      <w:pPr>
        <w:jc w:val="right"/>
      </w:pPr>
      <w:r>
        <w:t>جنت جو ہے، جنت کیا ہے؟ ایٹرنل پلیس ہے، آئیڈیل ورلڈ ہے، پرفیکٹ ورلڈ ہے۔</w:t>
      </w:r>
    </w:p>
    <w:p>
      <w:r>
        <w:rPr>
          <w:b/>
        </w:rPr>
        <w:t xml:space="preserve">[52:51] </w:t>
      </w:r>
      <w:r>
        <w:t>wahan har qism ka fulfillment aadmi ko hasil hoga. To ye batana hai warna log chand ek zindagi mein apna waqt zaya kar dete hain, apna doosri doosri cheezon mein aur maut ke baad jo aaney wala hai waqt, us ke liye tayyari nahi karte,</w:t>
      </w:r>
    </w:p>
    <w:p>
      <w:pPr>
        <w:jc w:val="right"/>
      </w:pPr>
      <w:r>
        <w:t>وہاں ہر قسم کا فلفلمنٹ آدمی کو حاصل ہوگا۔ تو یہ بتانا ہے ورنہ لوگ چند ایک زندگی میں اپنا وقت ضائع کر دیتے ہیں، اپنا دوسری دوسری چیزوں میں اور موت کے بعد جو آنے والا ہے وقت، اس کے لیے تیاری نہیں کرتے،</w:t>
      </w:r>
    </w:p>
    <w:p>
      <w:r>
        <w:rPr>
          <w:b/>
        </w:rPr>
        <w:t xml:space="preserve">[53:10] </w:t>
      </w:r>
      <w:r>
        <w:t>is se bilkul bhule rehte hain. To ye bohat bari zimmedari hai har momin ki, har haji ki, har wo shakhs jo Islam par iman rakhta hai, us ki ke logon ki is be khabari ko tode,</w:t>
      </w:r>
    </w:p>
    <w:p>
      <w:pPr>
        <w:jc w:val="right"/>
      </w:pPr>
      <w:r>
        <w:t>اس سے بالکل بھولے رہتے ہیں۔ تو یہ بہت بڑی ذمہ داری ہے ہر مومن کی، ہر حاجی کی، ہر وہ شخص جو اسلام پر ایمان رکھتا ہے، اس کی کہ لوگوں کی اس بے خبری کو توڑے،</w:t>
      </w:r>
    </w:p>
    <w:p>
      <w:r>
        <w:rPr>
          <w:b/>
        </w:rPr>
        <w:t xml:space="preserve">[53:29] </w:t>
      </w:r>
      <w:r>
        <w:t>logon ko Allah ka jo mansooba hai takhleeqi, is se ba khabar kare. Yahi mission diya tha rasool Allah sal Allah alaihi wasallam ne hajj ul wida</w:t>
      </w:r>
    </w:p>
    <w:p>
      <w:pPr>
        <w:jc w:val="right"/>
      </w:pPr>
      <w:r>
        <w:t>لوگوں کو اللہ کا جو منصوبہ ہے تخلیقی، اس سے باخبر کرے۔ یہی مشن دیا تھا رسول اللہ صلی اللہ علیہ وسلم نے حج الوداع</w:t>
      </w:r>
    </w:p>
    <w:p>
      <w:r>
        <w:rPr>
          <w:b/>
        </w:rPr>
        <w:t xml:space="preserve">[53:40] </w:t>
      </w:r>
      <w:r>
        <w:t>mein apni jo mashhoor jo aap ka khutba hai, jo khutba hai hajjat ul wida ke naam se mashhoor hai. To wahi yani hajj kya hai, hajj ki speed kya hai, us ko samajhne ke liye aap ko khutba hajjat ul wida parhna chahiye.</w:t>
      </w:r>
    </w:p>
    <w:p>
      <w:pPr>
        <w:jc w:val="right"/>
      </w:pPr>
      <w:r>
        <w:t>میں اپنی جو مشہور جو آپ کا خطبہ ہے، جو خطبہ ہے حجۃ الوداع کے نام سے مشہور ہے۔ تو وہی یعنی حج کیا ہے، حج کی اسپیڈ کیا ہے، اس کو سمجھنے کے لیے آپ کو خطبہ حجۃ الوداع پڑھنا چاہیے۔</w:t>
      </w:r>
    </w:p>
    <w:p>
      <w:r>
        <w:rPr>
          <w:b/>
        </w:rPr>
        <w:t xml:space="preserve">[53:54] </w:t>
      </w:r>
      <w:r>
        <w:t>isi mein hajj ki speed aap samajh lenge. To ye hai asal haqeeqat hajj ki aur asal haqeeqat eid ul adha ki.</w:t>
      </w:r>
    </w:p>
    <w:p>
      <w:pPr>
        <w:jc w:val="right"/>
      </w:pPr>
      <w:r>
        <w:t>اسی میں حج کی اسپیڈ آپ سمجھ لیں گے۔ تو یہ ہے اصل حقیقت حج کی اور اصل حقیقت عید الاضحی کی۔</w:t>
      </w:r>
    </w:p>
    <w:p>
      <w:r>
        <w:rPr>
          <w:b/>
        </w:rPr>
        <w:t xml:space="preserve">[54:07] </w:t>
      </w:r>
      <w:r>
        <w:t>isi isi is ka khulasa ye hai ke hajj aur eid ul adha ya aur deen ke jo aamal hain, wo speed ke sath matloob hain, na ke sirf form ke taur par.</w:t>
      </w:r>
    </w:p>
    <w:p>
      <w:pPr>
        <w:jc w:val="right"/>
      </w:pPr>
      <w:r>
        <w:t>اسی اسی اس کا خلاصہ یہ ہے کہ حج اور عید الاضحی یا اور دین کے جو اعمال ہیں، وہ اسپیڈ کے ساتھ مطلوب ہیں، نہ کہ صرف فارم کے طور پر۔</w:t>
      </w:r>
    </w:p>
    <w:p>
      <w:r>
        <w:rPr>
          <w:b/>
        </w:rPr>
        <w:t xml:space="preserve">[54:23] </w:t>
      </w:r>
      <w:r>
        <w:t>speed ke sath jo amal kiya jaye, wahi amal hai warna wo be asal hai. Allah taala mujh ko aur aap ko tofeeq de.</w:t>
      </w:r>
    </w:p>
    <w:p>
      <w:pPr>
        <w:jc w:val="right"/>
      </w:pPr>
      <w:r>
        <w:t>اسپیڈ کے ساتھ جو عمل کیا جائے، وہی عمل ہے ورنہ وہ بے اصل ہے۔ اللہ تعالی مجھ کو اور آپ کو توفیق دے۔</w:t>
      </w:r>
    </w:p>
    <w:p>
      <w:r>
        <w:rPr>
          <w:b/>
        </w:rPr>
        <w:t xml:space="preserve">[54:36] </w:t>
      </w:r>
      <w:r>
        <w:t>aqool qawli haza wastaghfirullaha li walakum ajmaeen</w:t>
      </w:r>
    </w:p>
    <w:p>
      <w:pPr>
        <w:jc w:val="right"/>
      </w:pPr>
      <w:r>
        <w:t>أقول قولي هذا واستغفراللہ لي ولكم اجمعین</w:t>
      </w:r>
    </w:p>
    <w:p>
      <w:r>
        <w:rPr>
          <w:b/>
        </w:rPr>
        <w:t xml:space="preserve">[54:54] </w:t>
      </w:r>
      <w:r>
        <w:t>sawal aaya hai Maulana Shariq Hussain sahib ka, Delhi se</w:t>
      </w:r>
    </w:p>
    <w:p>
      <w:pPr>
        <w:jc w:val="right"/>
      </w:pPr>
      <w:r>
        <w:t>سوال آیا ہے مولانا شارک حسین صاحب کا، دلی سے</w:t>
      </w:r>
    </w:p>
    <w:p>
      <w:r>
        <w:rPr>
          <w:b/>
        </w:rPr>
        <w:t xml:space="preserve">[54:58] </w:t>
      </w:r>
      <w:r>
        <w:t>۔ unhon ne likha hai: "Sahih Muslim mein aaya hai ke Prophet of Islam ne farmaya ke Arafa ka roza rakhna gunahon ki maafi ka zariya hai." Is hadith ka matlab kya hai, is ke bare mein aap batain.</w:t>
      </w:r>
    </w:p>
    <w:p>
      <w:pPr>
        <w:jc w:val="right"/>
      </w:pPr>
      <w:r>
        <w:t>۔ انہوں نے لکھا ہے: "صحیح مسلم میں آیا ہے کہ Prophet of Islam نے فرمایا کہ عرفہ کا روزہ رکھنا گناہوں کی معافی کا ذریعہ ہے۔" اس حدیث کا مطلب کیا ہے، اس کے بارے میں آپ بتائیں۔</w:t>
      </w:r>
    </w:p>
    <w:p>
      <w:r>
        <w:rPr>
          <w:b/>
        </w:rPr>
        <w:t xml:space="preserve">[55:14] </w:t>
      </w:r>
      <w:r>
        <w:t>yani gunahon ki maafi is roze se milegi jo speed ke sath ho</w:t>
      </w:r>
    </w:p>
    <w:p>
      <w:pPr>
        <w:jc w:val="right"/>
      </w:pPr>
      <w:r>
        <w:t>یعنی گناہوں کی معافی اس روزے سے ملے گی جو اسپیڈ کے ساتھ ہو</w:t>
      </w:r>
    </w:p>
    <w:p>
      <w:r>
        <w:rPr>
          <w:b/>
        </w:rPr>
        <w:t xml:space="preserve">[55:20] </w:t>
      </w:r>
      <w:r>
        <w:t>۔ ye mahaz is din, din ko is din bhooka reh jana, din bhar, is se nahi koi, is se koi karamati taur par koi reward nahi mil jata.</w:t>
      </w:r>
    </w:p>
    <w:p>
      <w:pPr>
        <w:jc w:val="right"/>
      </w:pPr>
      <w:r>
        <w:t>۔ یہ محض اس دن، دن کو اس دن بھوکا رہ جانا، دن بھر، اس سے نہیں کوئی، اس سے کوئی کراماتی طور پر کوئی ریوارڈ نہیں مل جاتا۔</w:t>
      </w:r>
    </w:p>
    <w:p>
      <w:r>
        <w:rPr>
          <w:b/>
        </w:rPr>
        <w:t xml:space="preserve">[55:35] </w:t>
      </w:r>
      <w:r>
        <w:t>hadith mein aata hai ke jo sharton ke baghair roza rakhe to is ka, is ka roza bhook pyas ke siwa aur kuch nahi.</w:t>
      </w:r>
    </w:p>
    <w:p>
      <w:pPr>
        <w:jc w:val="right"/>
      </w:pPr>
      <w:r>
        <w:t>حدیث میں آتا ہے کہ جو شرطوں کے بغیر روزہ رکھے تو اس کا، اس کا روزہ بھوک پیاس کے سوا اور کچھ نہیں۔</w:t>
      </w:r>
    </w:p>
    <w:p>
      <w:r>
        <w:rPr>
          <w:b/>
        </w:rPr>
        <w:t xml:space="preserve">[55:45] </w:t>
      </w:r>
      <w:r>
        <w:t>to chahe Arafa ke din ka roza ho ya ramzan ka roza ho, jo shart hai wo hamesha baqi rahegi. Wo shart quran mein batai gayi hai, wo hai taqwa aur shukr.</w:t>
      </w:r>
    </w:p>
    <w:p>
      <w:pPr>
        <w:jc w:val="right"/>
      </w:pPr>
      <w:r>
        <w:t>تو چاہے عرفہ کے دن کا روزہ ہو یا رمضان کا روزہ ہو، جو شرط ہے وہ ہمیشہ باقی رہے گی۔ وہ شرط قرآن میں بتائی گئی ہے، وہ ہے تقویٰ اور شکر۔</w:t>
      </w:r>
    </w:p>
    <w:p>
      <w:r>
        <w:rPr>
          <w:b/>
        </w:rPr>
        <w:t xml:space="preserve">[56:01] </w:t>
      </w:r>
      <w:r>
        <w:t>yani jis roze ke sath taqwa ki speed shamil ho, jis roze ke sath shukr ki speed shamil ho, us roze ke aise faiday hain.</w:t>
      </w:r>
    </w:p>
    <w:p>
      <w:pPr>
        <w:jc w:val="right"/>
      </w:pPr>
      <w:r>
        <w:t>یعنی جس روزے کے ساتھ تقویٰ کی اسپیڈ شامل ہو، جس روزے کے ساتھ شکر کی اسپیڈ شامل ہو، اس روزے کے ایسے فائدے ہیں۔</w:t>
      </w:r>
    </w:p>
    <w:p>
      <w:r>
        <w:rPr>
          <w:b/>
        </w:rPr>
        <w:t xml:space="preserve">[56:12] </w:t>
      </w:r>
      <w:r>
        <w:t>speed less jo roza ho, us ka koi faida nahi.</w:t>
      </w:r>
    </w:p>
    <w:p>
      <w:pPr>
        <w:jc w:val="right"/>
      </w:pPr>
      <w:r>
        <w:t>اسپیڈ لیس جو روزہ ہو، اس کا کوئی فائدہ نہیں۔</w:t>
      </w:r>
    </w:p>
    <w:p>
      <w:r>
        <w:rPr>
          <w:b/>
        </w:rPr>
        <w:t xml:space="preserve">[56:19] </w:t>
      </w:r>
      <w:r>
        <w:t>Maulana, in ka ek aur sawal hai. Unhon ne likha hai: "Qur'an mein Surah An'am mein kaha gaya hai ke keh do: Meri namaz, meri qurbani, meri zindagi aur meri maut sirf Allah hi ke liye hai." Maulana, is ayat se hamein kya message milta hai?</w:t>
      </w:r>
    </w:p>
    <w:p>
      <w:pPr>
        <w:jc w:val="right"/>
      </w:pPr>
      <w:r>
        <w:t>مولانا، ان کا ایک اور سوال ہے۔ انہوں نے لکھا ہے: "قرآن میں سورہ انعام میں کہا گیا ہے کہ کہہ دو: میری نماز، میری قربانی، میری زندگی اور میری موت صرف اللہ ہی کے لیے ہے۔" مولانا، اس آیت سے ہمیں کیا میسج ملتا ہے؟</w:t>
      </w:r>
    </w:p>
    <w:p>
      <w:r>
        <w:rPr>
          <w:b/>
        </w:rPr>
        <w:t xml:space="preserve">[56:42] </w:t>
      </w:r>
      <w:r>
        <w:t>Is ka matlab wahi hai jo maine arz kiya: Khuda rakhi zindagi. Jo hamari sar'garmiyan hain, un sari sar'garmiyon ka rukh ek Allah ki taraf ho jaye.</w:t>
      </w:r>
    </w:p>
    <w:p>
      <w:pPr>
        <w:jc w:val="right"/>
      </w:pPr>
      <w:r>
        <w:t>اس کا مطلب وہی ہے جو میں نے عرض کیا: خدا رخی زندگی۔ جو ہماری سرگرمیاں ہیں، ان ساری سرگرمیوں کا رخ ایک اللہ کی طرف ہو جائے۔</w:t>
      </w:r>
    </w:p>
    <w:p>
      <w:r>
        <w:rPr>
          <w:b/>
        </w:rPr>
        <w:t xml:space="preserve">[56:54] </w:t>
      </w:r>
      <w:r>
        <w:t>Aap jante hain, har aadmi ka koi maqsad hota hai. Uski sari dorr dhoop isi maqsad ke gird ghoomti hai. Koi aadmi aisa nahi hai jis ka koi maqsad na ho.</w:t>
      </w:r>
    </w:p>
    <w:p>
      <w:pPr>
        <w:jc w:val="right"/>
      </w:pPr>
      <w:r>
        <w:t>آپ جانتے ہیں، ہر آدمی کا کوئی مقصد ہوتا ہے۔ اس کی ساری دوڑ دھوپ اسی مقصد کے گرد گھومتی ہے۔ کوئی آدمی ایسا نہیں ہے جس کا کوئی مقصد نہ ہو۔</w:t>
      </w:r>
    </w:p>
    <w:p>
      <w:r>
        <w:rPr>
          <w:b/>
        </w:rPr>
        <w:t xml:space="preserve">[57:08] </w:t>
      </w:r>
      <w:r>
        <w:t>To Islam ka taqaza yeh hai ke aadmi apna maqsad hayat jo hai, woh banaye: Deen ko, akhirat ko, Allah ki raza ko.</w:t>
      </w:r>
    </w:p>
    <w:p>
      <w:pPr>
        <w:jc w:val="right"/>
      </w:pPr>
      <w:r>
        <w:t>تو اسلام کا تقاضا یہ ہے کہ آدمی اپنا مقصد حیات جو ہے، وہ بنائے: دین کو، آخرت کو، اللہ کی رضا کو۔</w:t>
      </w:r>
    </w:p>
    <w:p>
      <w:r>
        <w:rPr>
          <w:b/>
        </w:rPr>
        <w:t xml:space="preserve">[57:24] </w:t>
      </w:r>
      <w:r>
        <w:t>Wohi zindagi Islami zindagi hai jis mein uski zindagi ka rukh sara ka sara Allah ki taraf ho jaye.</w:t>
      </w:r>
    </w:p>
    <w:p>
      <w:pPr>
        <w:jc w:val="right"/>
      </w:pPr>
      <w:r>
        <w:t>وہی زندگی اسلامی زندگی ہے جس میں اس کی زندگی کا رخ سارا کا سارا اللہ کی طرف ہو جائے۔</w:t>
      </w:r>
    </w:p>
    <w:p>
      <w:r>
        <w:rPr>
          <w:b/>
        </w:rPr>
        <w:t xml:space="preserve">[57:35] </w:t>
      </w:r>
      <w:r>
        <w:t>Yahi matlab hai is ayat ka.</w:t>
      </w:r>
    </w:p>
    <w:p>
      <w:pPr>
        <w:jc w:val="right"/>
      </w:pPr>
      <w:r>
        <w:t>یہی مطلب ہے اس آیت کا۔</w:t>
      </w:r>
    </w:p>
    <w:p>
      <w:r>
        <w:rPr>
          <w:b/>
        </w:rPr>
        <w:t xml:space="preserve">[57:39] </w:t>
      </w:r>
      <w:r>
        <w:t>Maulana, yeh sawal kiya hai Mr. Tasawwur Hussain ne. Unhon ne yeh sawal London se likha hai. Unhon ne likha hai ke "My area of interest is theory and practice of international relations.</w:t>
      </w:r>
    </w:p>
    <w:p>
      <w:pPr>
        <w:jc w:val="right"/>
      </w:pPr>
      <w:r>
        <w:t>مولانا، یہ سوال کیا ہے مسٹر تصور حسین نے۔ انہوں نے یہ سوال لندن سے لکھا ہے۔ انہوں نے لکھا ہے کہ "My area of interest is theory and practice of international relations.</w:t>
      </w:r>
    </w:p>
    <w:p>
      <w:r>
        <w:rPr>
          <w:b/>
        </w:rPr>
        <w:t xml:space="preserve">[57:53] </w:t>
      </w:r>
      <w:r>
        <w:t>I have done many courses on research methods as well as on theory at master's, MPhil, and PhD level. But I am confused about all political and social theories because all theories have faced serious rebuttals.</w:t>
      </w:r>
    </w:p>
    <w:p>
      <w:pPr>
        <w:jc w:val="right"/>
      </w:pPr>
      <w:r>
        <w:t>I have done many courses on research methods as well as on theory at master's, MPhil, and PhD level. But I am confused about all political and social theories because all theories have faced serious rebuttals.</w:t>
      </w:r>
    </w:p>
    <w:p>
      <w:r>
        <w:rPr>
          <w:b/>
        </w:rPr>
        <w:t xml:space="preserve">[58:09] </w:t>
      </w:r>
      <w:r>
        <w:t>I want to develop a new theory of international relations that may satisfy the readers of my discipline. And if I succeed in my task of doing so, it would be a miracle for my discipline, as intellectuals say it is impossible to predict human beings.</w:t>
      </w:r>
    </w:p>
    <w:p>
      <w:pPr>
        <w:jc w:val="right"/>
      </w:pPr>
      <w:r>
        <w:t>I want to develop a new theory of international relations that may satisfy the readers of my discipline. And if I succeed in my task of doing so, it would be a miracle for my discipline, as intellectuals say it is impossible to predict human beings.</w:t>
      </w:r>
    </w:p>
    <w:p>
      <w:r>
        <w:rPr>
          <w:b/>
        </w:rPr>
        <w:t xml:space="preserve">[58:28] </w:t>
      </w:r>
      <w:r>
        <w:t>But I have listened to almost hundred videos of yours in which you have frequently used the words like natural law or law of nature.</w:t>
      </w:r>
    </w:p>
    <w:p>
      <w:pPr>
        <w:jc w:val="right"/>
      </w:pPr>
      <w:r>
        <w:t>But I have listened to almost hundred videos of yours in which you have frequently used the words like natural law or law of nature.</w:t>
      </w:r>
    </w:p>
    <w:p>
      <w:r>
        <w:rPr>
          <w:b/>
        </w:rPr>
        <w:t xml:space="preserve">[58:38] </w:t>
      </w:r>
      <w:r>
        <w:t>Can you please guide me and please help me out in this formative phase of my intellectual journey? Maulana sahib, my question is: what does the Quran say about human beings?</w:t>
      </w:r>
    </w:p>
    <w:p>
      <w:pPr>
        <w:jc w:val="right"/>
      </w:pPr>
      <w:r>
        <w:t>Can you please guide me and please help me out in this formative phase of my intellectual journey? مولانا صاحب, my question is: what does the Quran say about human beings?</w:t>
      </w:r>
    </w:p>
    <w:p>
      <w:r>
        <w:rPr>
          <w:b/>
        </w:rPr>
        <w:t xml:space="preserve">[58:50] </w:t>
      </w:r>
      <w:r>
        <w:t>Are they being governed by some law of nature or are they free? I mean, if they are free, then we can neither understand them nor predict about them.</w:t>
      </w:r>
    </w:p>
    <w:p>
      <w:pPr>
        <w:jc w:val="right"/>
      </w:pPr>
      <w:r>
        <w:t>Are they being governed by some law of nature or are they free? I mean, if they are free, then we can neither understand them nor predict about them.</w:t>
      </w:r>
    </w:p>
    <w:p>
      <w:r>
        <w:rPr>
          <w:b/>
        </w:rPr>
        <w:t xml:space="preserve">[59:02] </w:t>
      </w:r>
      <w:r>
        <w:t>And if they are being governed, then is there any clue in the Quran which helps us to understand human species fully and explain their behavior by objective laws of nature?"</w:t>
      </w:r>
    </w:p>
    <w:p>
      <w:pPr>
        <w:jc w:val="right"/>
      </w:pPr>
      <w:r>
        <w:t>And if they are being governed, then is there any clue in the Quran which helps us to understand human species fully and explain their behavior by objective laws of nature?"</w:t>
      </w:r>
    </w:p>
    <w:p>
      <w:r>
        <w:rPr>
          <w:b/>
        </w:rPr>
        <w:t xml:space="preserve">[59:20] </w:t>
      </w:r>
      <w:r>
        <w:t>Is ke bare mein hamari kitab mein kafi matter maujood hai.</w:t>
      </w:r>
    </w:p>
    <w:p>
      <w:pPr>
        <w:jc w:val="right"/>
      </w:pPr>
      <w:r>
        <w:t>اس کے بارے میں ہماری کتاب میں کافی میٹر موجود ہے۔</w:t>
      </w:r>
    </w:p>
    <w:p>
      <w:r>
        <w:rPr>
          <w:b/>
        </w:rPr>
        <w:t xml:space="preserve">[59:26] </w:t>
      </w:r>
      <w:r>
        <w:t>Is ka khulasa yeh hai ke</w:t>
      </w:r>
    </w:p>
    <w:p>
      <w:pPr>
        <w:jc w:val="right"/>
      </w:pPr>
      <w:r>
        <w:t>اس کا خلاصہ یہ ہے کہ</w:t>
      </w:r>
    </w:p>
    <w:p>
      <w:r>
        <w:rPr>
          <w:b/>
        </w:rPr>
        <w:t xml:space="preserve">[59:31] </w:t>
      </w:r>
      <w:r>
        <w:t>ke Qur'an ne is jo nature hai, us ko bator role model ke pesh kiya hai. Nature barah-e-rast taur par law of divine law se govern ho rahi hai.</w:t>
      </w:r>
    </w:p>
    <w:p>
      <w:pPr>
        <w:jc w:val="right"/>
      </w:pPr>
      <w:r>
        <w:t>کہ قرآن نے اس جو نیچر ہے، اس کو بطور رول ماڈل کے پیش کیا ہے۔ نیچر براہ راست طور پر لاء آف ڈیوائن لاء سے گورن ہو رہی ہے۔</w:t>
      </w:r>
    </w:p>
    <w:p>
      <w:r>
        <w:rPr>
          <w:b/>
        </w:rPr>
        <w:t xml:space="preserve">[59:50] </w:t>
      </w:r>
      <w:r>
        <w:t>Us ko koi choice nahi hai, yani freedom of choice nahi hai. Lekin same is recorded by Aiman.</w:t>
      </w:r>
    </w:p>
    <w:p>
      <w:pPr>
        <w:jc w:val="right"/>
      </w:pPr>
      <w:r>
        <w:t>اس کو کوئی چوائس نہیں ہے، یعنی فریڈم آف چوائس نہیں ہے۔ لیکن سیم از ریکارڈ بائے ایمن۔</w:t>
      </w:r>
    </w:p>
    <w:p>
      <w:r>
        <w:rPr>
          <w:b/>
        </w:rPr>
        <w:t xml:space="preserve">[1:00:02] </w:t>
      </w:r>
      <w:r>
        <w:t>Is tarah ke hum baqi dunya jis tarah follow kar rahi hai divine law ko under cooperation, hum isi ko follow karein apne aazad irade se.</w:t>
      </w:r>
    </w:p>
    <w:p>
      <w:pPr>
        <w:jc w:val="right"/>
      </w:pPr>
      <w:r>
        <w:t>اس طرح کہ ہم بقیہ دنیا جس طرح فالو کر رہی ہے ڈیوائن لاء کو انڈر کپریشن، ہم اسی کو فالو کریں اپنے آزاد ارادے سے۔</w:t>
      </w:r>
    </w:p>
    <w:p>
      <w:r>
        <w:rPr>
          <w:b/>
        </w:rPr>
        <w:t xml:space="preserve">[1:00:16] </w:t>
      </w:r>
      <w:r>
        <w:t>Jaise misal ke taur par dekhiye, sitaron ki dunya hai. Qur'an mein bataya gaya hai ke sitaron ko dekho, woh move kar rahe hain barabar lekin un mein takrao nahi hai.</w:t>
      </w:r>
    </w:p>
    <w:p>
      <w:pPr>
        <w:jc w:val="right"/>
      </w:pPr>
      <w:r>
        <w:t>جیسے مثال کے طور پر دیکھیے، ستاروں کی دنیا ہے۔ قرآن میں بتایا گیا ہے کہ ستاروں کو دیکھو، وہ موو کر رہے ہیں برابر لیکن ان میں ٹکراؤ نہیں ہے۔</w:t>
      </w:r>
    </w:p>
    <w:p>
      <w:r>
        <w:rPr>
          <w:b/>
        </w:rPr>
        <w:t xml:space="preserve">[1:00:32] </w:t>
      </w:r>
      <w:r>
        <w:t>Ek ek sitara doosre sitare se takrata nahi hai. Is ka matlab kya hua? Ek model hai yeh ke aap apni activities ko is tarah se organize karein ke doosre se aap na takrain.</w:t>
      </w:r>
    </w:p>
    <w:p>
      <w:pPr>
        <w:jc w:val="right"/>
      </w:pPr>
      <w:r>
        <w:t>ایک ایک ستارہ دوسرے ستارے سے ٹکراتا نہیں ہے۔ اس کا مطلب کیا ہوا؟ ایک ماڈل ہے یہ کہ آپ اپنی ایکٹیویٹیز کو اس طرح سے ارگنائز کریں کہ دوسرے سے آپ نہ ٹکرائیں۔</w:t>
      </w:r>
    </w:p>
    <w:p>
      <w:r>
        <w:rPr>
          <w:b/>
        </w:rPr>
        <w:t xml:space="preserve">[1:00:46] </w:t>
      </w:r>
      <w:r>
        <w:t>To is sitaron ka jo model hai, space mein phaila hua, woh yahi hai ke to mein har ek apni apni, yani woh har ek apne apne order orbit pe ghoomta hai.</w:t>
      </w:r>
    </w:p>
    <w:p>
      <w:pPr>
        <w:jc w:val="right"/>
      </w:pPr>
      <w:r>
        <w:t>تو اس ستاروں کا جو ماڈل ہے، اسپیس میں پھیلا ہوا، وہ یہی ہے کہ تو میں ہر ایک اپنی اپنی، یعنی وہ ہر ایک اپنے اپنے آرڈر آربٹ پہ گھومتا ہے۔</w:t>
      </w:r>
    </w:p>
    <w:p>
      <w:r>
        <w:rPr>
          <w:b/>
        </w:rPr>
        <w:t xml:space="preserve">[1:01:03] </w:t>
      </w:r>
      <w:r>
        <w:t>Kul fi falakiyat apne apne orbit orbit se cross kar ke doosre ja takrata nahi hai.</w:t>
      </w:r>
    </w:p>
    <w:p>
      <w:pPr>
        <w:jc w:val="right"/>
      </w:pPr>
      <w:r>
        <w:t>کل فی فلکیت اپنے اپنے آربٹ آربٹ سے کراس کر کے دوسرے جا ٹکراتا نہیں ہے۔</w:t>
      </w:r>
    </w:p>
    <w:p>
      <w:r>
        <w:rPr>
          <w:b/>
        </w:rPr>
        <w:t xml:space="preserve">[1:01:11] </w:t>
      </w:r>
      <w:r>
        <w:t>To yeh ek model hai lekin woh us model par amal kar rahe hain, yani under compulsion. Wohi insan se matloob hai by choice ke aap apni zindagi ki sar'garmiyan is tarah organize karein ke aap apne dayre mein rahein,</w:t>
      </w:r>
    </w:p>
    <w:p>
      <w:pPr>
        <w:jc w:val="right"/>
      </w:pPr>
      <w:r>
        <w:t>تو یہ ایک ماڈل ہے لیکن وہ اس ماڈل پر عمل کر رہے ہیں، یعنی انڈر کمپرشن۔ وہی انسان سے مطلوب ہے بائے چوائس کہ آپ اپنی زندگی کی سرگرمیاں اس طرح ارگنائز کریں کہ آپ اپنے دائرے میں رہیں،</w:t>
      </w:r>
    </w:p>
    <w:p>
      <w:r>
        <w:rPr>
          <w:b/>
        </w:rPr>
        <w:t xml:space="preserve">[1:01:35] </w:t>
      </w:r>
      <w:r>
        <w:t>doosre ke daire mein daakhil na hon.</w:t>
      </w:r>
    </w:p>
    <w:p>
      <w:pPr>
        <w:jc w:val="right"/>
      </w:pPr>
      <w:r>
        <w:t>دوسرے کے دائرے میں داخل نہ ہوں۔</w:t>
      </w:r>
    </w:p>
    <w:p>
      <w:r>
        <w:rPr>
          <w:b/>
        </w:rPr>
        <w:t xml:space="preserve">[1:01:38] </w:t>
      </w:r>
      <w:r>
        <w:t>is ko misaal ke taur par hadees mein bataya gaya hai ke momin ki misaal aisi hai jaise rassi mein bandha hua ghoda.</w:t>
      </w:r>
    </w:p>
    <w:p>
      <w:pPr>
        <w:jc w:val="right"/>
      </w:pPr>
      <w:r>
        <w:t>اس کو مثال کے طور پر حدیث میں بتایا گیا ہے کہ مومن کی مثال ایسی ہے جیسے رسی میں بندھا ہوا گھوڑا۔</w:t>
      </w:r>
    </w:p>
    <w:p>
      <w:r>
        <w:rPr>
          <w:b/>
        </w:rPr>
        <w:t xml:space="preserve">[1:01:48] </w:t>
      </w:r>
      <w:r>
        <w:t>to is mein hai ke jitni lambi rassi hoti hai, usi ke daire mein woh ghoomta hai,</w:t>
      </w:r>
    </w:p>
    <w:p>
      <w:pPr>
        <w:jc w:val="right"/>
      </w:pPr>
      <w:r>
        <w:t>تو اس میں ہے کہ جتنی لمبی رسی ہوتی ہے، اسی کے دائرے میں وہ گھومتا ہے،</w:t>
      </w:r>
    </w:p>
    <w:p>
      <w:r>
        <w:rPr>
          <w:b/>
        </w:rPr>
        <w:t xml:space="preserve">[1:01:56] </w:t>
      </w:r>
      <w:r>
        <w:t>usi ke daire mein ghoomta hai, is se bahar nahi ja pata.</w:t>
      </w:r>
    </w:p>
    <w:p>
      <w:pPr>
        <w:jc w:val="right"/>
      </w:pPr>
      <w:r>
        <w:t>اسی کے دائرے میں گھومتا ہے، اس سے باہر نہیں جا پاتا۔</w:t>
      </w:r>
    </w:p>
    <w:p>
      <w:r>
        <w:rPr>
          <w:b/>
        </w:rPr>
        <w:t xml:space="preserve">[1:02:00] </w:t>
      </w:r>
      <w:r>
        <w:t>to kaha ke insaan ko chahiye ke woh ek divine rassi apne ko mein apne aap ko baandh le. woh divine rassi jahan tak koi jaane deti hai, wahan tak jaaye, is se aage na jaaye.</w:t>
      </w:r>
    </w:p>
    <w:p>
      <w:pPr>
        <w:jc w:val="right"/>
      </w:pPr>
      <w:r>
        <w:t>تو کہا کہ انسان کو چاہیے کہ وہ ایک ڈیوائن رسی اپنے کو میں اپنے آپ کو باندھ لے۔ وہ ڈیوائن رسی جہاں تک کوئی جانے دیتی ہے، وہاں تک جائے، اس سے آگے نہ جائے۔</w:t>
      </w:r>
    </w:p>
    <w:p>
      <w:r>
        <w:rPr>
          <w:b/>
        </w:rPr>
        <w:t xml:space="preserve">[1:02:13] </w:t>
      </w:r>
      <w:r>
        <w:t>misalan azaadi aap ko is baat ki azaadi hai ke aap bolen, magar is baat ki azaadi nahi ke aap logon ko gaali den.</w:t>
      </w:r>
    </w:p>
    <w:p>
      <w:pPr>
        <w:jc w:val="right"/>
      </w:pPr>
      <w:r>
        <w:t>مثلاً آزادی آپ کو اس بات کی آزادی ہے کہ آپ بولیں، مگر اس بات کی آزادی نہیں کہ آپ لوگوں کو گالی دیں۔</w:t>
      </w:r>
    </w:p>
    <w:p>
      <w:r>
        <w:rPr>
          <w:b/>
        </w:rPr>
        <w:t xml:space="preserve">[1:02:24] </w:t>
      </w:r>
      <w:r>
        <w:t>aap ko is ki azaadi hai ke aap apne haath paon ko chalaen, is baat is ki azaadi nahi ke aap logon ko maaren.</w:t>
      </w:r>
    </w:p>
    <w:p>
      <w:pPr>
        <w:jc w:val="right"/>
      </w:pPr>
      <w:r>
        <w:t>آپ کو اس کی آزادی ہے کہ آپ اپنے ہاتھ پاؤں کو چلائیں، اس بات اس کی آزادی نہیں کہ آپ لوگوں کو ماریں۔</w:t>
      </w:r>
    </w:p>
    <w:p>
      <w:r>
        <w:rPr>
          <w:b/>
        </w:rPr>
        <w:t xml:space="preserve">[1:02:31] </w:t>
      </w:r>
      <w:r>
        <w:t>aap ko is ki azaadi hai ke aap business karen, magar is ki azaadi nahi ke aap logon ko expect karne lagen. to nature mein jo cheez, yaani divine law ke tehat hai, wahi insaan se matloob hai apne ikhtiyar ke saath.</w:t>
      </w:r>
    </w:p>
    <w:p>
      <w:pPr>
        <w:jc w:val="right"/>
      </w:pPr>
      <w:r>
        <w:t>آپ کو اس کی آزادی ہے کہ آپ بزنس کریں، مگر اس کی آزادی نہیں کہ آپ لوگوں کو ایکسپیکٹ کرنے لگیں۔ تو نیچر میں جو چیز، یعنی ڈیوائن لاء کے تحت ہے، وہی انسان سے مطلوب ہے اپنے اختیار کے ساتھ۔</w:t>
      </w:r>
    </w:p>
    <w:p>
      <w:r>
        <w:rPr>
          <w:b/>
        </w:rPr>
        <w:t xml:space="preserve">[1:02:52] </w:t>
      </w:r>
      <w:r>
        <w:t>yeh poore nature ko Allah taala ne bator model pesh</w:t>
      </w:r>
    </w:p>
    <w:p>
      <w:pPr>
        <w:jc w:val="right"/>
      </w:pPr>
      <w:r>
        <w:t>یہ پورے نیچر کو اللہ تعالی نے بطور ماڈل پیش</w:t>
      </w:r>
    </w:p>
    <w:p>
      <w:r>
        <w:rPr>
          <w:b/>
        </w:rPr>
        <w:t xml:space="preserve">[1:02:57] </w:t>
      </w:r>
      <w:r>
        <w:t>kiya hai. misalan dekhiye, gulab ke phool ko dekhiye. phool hai to usi branch mein kaanta bhi hai. to kaha ke phool jo hai, kaante ke saath reh raha hai, koi protest nahi, koi shikayat nahi karta.</w:t>
      </w:r>
    </w:p>
    <w:p>
      <w:pPr>
        <w:jc w:val="right"/>
      </w:pPr>
      <w:r>
        <w:t>کیا ہے۔ مثلاً دیکھیے، گلاب کے پھول کو دیکھیے۔ پھول ہے تو اسی برانچ میں کانٹا بھی ہے۔ تو کہا کہ پھول جو ہے، کانٹے کے ساتھ رہ رہا ہے، کوئی پروٹیسٹ نہیں، کوئی شکایت نہیں کرتا۔</w:t>
      </w:r>
    </w:p>
    <w:p>
      <w:r>
        <w:rPr>
          <w:b/>
        </w:rPr>
        <w:t xml:space="preserve">[1:03:12] </w:t>
      </w:r>
      <w:r>
        <w:t>to aap ko is duniya mein is tarah rehna hai ke doosre logon ko aap se shikayat kar ke, protest kar ke, takra kar na rahen, balkeh avoid kar ke rahen.</w:t>
      </w:r>
    </w:p>
    <w:p>
      <w:pPr>
        <w:jc w:val="right"/>
      </w:pPr>
      <w:r>
        <w:t>تو آپ کو اس دنیا میں اس طرح رہنا ہے کہ دوسرے لوگوں کو آپ سے شکایت کر کے، پروٹیسٹ کر کے، ٹکرا کر نہ رہیں، بلکہ اوائڈ کر کے رہیں۔</w:t>
      </w:r>
    </w:p>
    <w:p>
      <w:r>
        <w:rPr>
          <w:b/>
        </w:rPr>
        <w:t xml:space="preserve">[1:03:23] </w:t>
      </w:r>
      <w:r>
        <w:t>yaani phool ne avoid karne ki policy ikhtiyar ki hai, kaante se takrata nahi woh. to woh to aisa kar raha hai divine law ke tehat, insaan karega by choice.</w:t>
      </w:r>
    </w:p>
    <w:p>
      <w:pPr>
        <w:jc w:val="right"/>
      </w:pPr>
      <w:r>
        <w:t>یعنی پھول نے اوائڈ کرنے کی پالیسی اختیار کی ہے، کانٹے سے ٹکراتا نہیں وہ۔ تو وہ تو ایسا کر رہا ہے ڈیوائن لاء کے تحت، انسان کرے گا بائے چوائس۔</w:t>
      </w:r>
    </w:p>
    <w:p>
      <w:r>
        <w:rPr>
          <w:b/>
        </w:rPr>
        <w:t xml:space="preserve">[1:03:36] </w:t>
      </w:r>
      <w:r>
        <w:t>aise hi aap dekhiye, cow ko dekhiye, gaaye ko dekhiye. gaaye kya karti hai? aap us ko ghaas dete hain aur woh milk lotati hai.</w:t>
      </w:r>
    </w:p>
    <w:p>
      <w:pPr>
        <w:jc w:val="right"/>
      </w:pPr>
      <w:r>
        <w:t>ایسے ہی آپ دیکھیے، کاؤ کو دیکھیے، گائے کو دیکھیے۔ گائے کیا کرتی ہے؟ آپ اس کو گھاس دیتے ہیں اور وہ ملک لوٹاتی ہے۔</w:t>
      </w:r>
    </w:p>
    <w:p>
      <w:r>
        <w:rPr>
          <w:b/>
        </w:rPr>
        <w:t xml:space="preserve">[1:03:49] </w:t>
      </w:r>
      <w:r>
        <w:t>to yeh kya hai?</w:t>
      </w:r>
    </w:p>
    <w:p>
      <w:pPr>
        <w:jc w:val="right"/>
      </w:pPr>
      <w:r>
        <w:t>تو یہ کیا ہے؟</w:t>
      </w:r>
    </w:p>
    <w:p>
      <w:r>
        <w:rPr>
          <w:b/>
        </w:rPr>
        <w:t xml:space="preserve">[1:03:50] </w:t>
      </w:r>
      <w:r>
        <w:t>Cow is a divine industry to convert non-milk into milk. aise hi aap rahen apne mahaul mein is tarah se ke aap ko negative experience ho, us ko aap convert karen positive experience mein.</w:t>
      </w:r>
    </w:p>
    <w:p>
      <w:pPr>
        <w:jc w:val="right"/>
      </w:pPr>
      <w:r>
        <w:t>Cow is a divine industry to convert non-milk into milk. ایسے ہی آپ رہیں اپنے ماحول میں اس طرح سے کہ آپ کو نیگیٹیو ایکسپیرینس ہو، اس کو آپ کنورٹ کریں پازیٹیو ایکسپیرینس میں۔</w:t>
      </w:r>
    </w:p>
    <w:p>
      <w:r>
        <w:rPr>
          <w:b/>
        </w:rPr>
        <w:t xml:space="preserve">[1:04:09] </w:t>
      </w:r>
      <w:r>
        <w:t>yaani aap ki positivity kabhi khatm na hone paaye.</w:t>
      </w:r>
    </w:p>
    <w:p>
      <w:pPr>
        <w:jc w:val="right"/>
      </w:pPr>
      <w:r>
        <w:t>یعنی آپ کی پازیٹیوٹی کبھی ختم نہ ہونے پائے۔</w:t>
      </w:r>
    </w:p>
    <w:p>
      <w:r>
        <w:rPr>
          <w:b/>
        </w:rPr>
        <w:t xml:space="preserve">[1:04:15] </w:t>
      </w:r>
      <w:r>
        <w:t>yaani negative experience ke darmiyan positive ban kar rehna, yeh lesson de rahi hai cow aap ko. to poora nature aap ko sabak de raha hai.</w:t>
      </w:r>
    </w:p>
    <w:p>
      <w:pPr>
        <w:jc w:val="right"/>
      </w:pPr>
      <w:r>
        <w:t>یعنی نیگیٹیو ایکسپیرینس کے درمیان پازیٹیو بن کر رہنا، یہ لیسن دے رہی ہے کاؤ آپ کو۔ تو پورا نیچر آپ کو سبق دے رہا ہے۔</w:t>
      </w:r>
    </w:p>
    <w:p>
      <w:r>
        <w:rPr>
          <w:b/>
        </w:rPr>
        <w:t xml:space="preserve">[1:04:25] </w:t>
      </w:r>
      <w:r>
        <w:t>yeh itna hi farq hai ke nature mein woh cheez divine law ke tehat hai, under compulsion, aur insaan by choice isi tareeqe ko ikhtiyar karta hai.</w:t>
      </w:r>
    </w:p>
    <w:p>
      <w:pPr>
        <w:jc w:val="right"/>
      </w:pPr>
      <w:r>
        <w:t>یہ اتنا ہی فرق ہے کہ نیچر میں وہ چیز ڈیوائن لاء کے تحت ہے، انڈر کمپرشن، اور انسان بائے چوائس اسی طریقے کو اختیار کرتا ہے۔</w:t>
      </w:r>
    </w:p>
    <w:p>
      <w:r>
        <w:rPr>
          <w:b/>
        </w:rPr>
        <w:t xml:space="preserve">[1:04:38] </w:t>
      </w:r>
      <w:r>
        <w:t>maulana, agla sawal miss naghma siddiqui ka hai, de</w:t>
      </w:r>
    </w:p>
    <w:p>
      <w:pPr>
        <w:jc w:val="right"/>
      </w:pPr>
      <w:r>
        <w:t>مولانا، اگلا سوال مس نغمہ صدیقی کا ہے، د</w:t>
      </w:r>
    </w:p>
    <w:p>
      <w:r>
        <w:rPr>
          <w:b/>
        </w:rPr>
        <w:t xml:space="preserve">[1:04:41] </w:t>
      </w:r>
      <w:r>
        <w:t>li se. unhon ne likha hai ke "Is man 100% free?" is ke baray mein bataen.</w:t>
      </w:r>
    </w:p>
    <w:p>
      <w:pPr>
        <w:jc w:val="right"/>
      </w:pPr>
      <w:r>
        <w:t>لی سے۔ انہوں نے لکھا ہے کہ "Is man 100% free?" اس کے بارے میں بتائیں۔</w:t>
      </w:r>
    </w:p>
    <w:p>
      <w:r>
        <w:rPr>
          <w:b/>
        </w:rPr>
        <w:t xml:space="preserve">[1:04:50] </w:t>
      </w:r>
      <w:r>
        <w:t>dekhiye, apne will ke aitbaar se 100% free hai. is duniya mein dekhiye, hamein do cheezon ke beech mein rehna padta hai. ek hai hamari azaadi, doosre hamare bahar jo hai infrastructure.</w:t>
      </w:r>
    </w:p>
    <w:p>
      <w:pPr>
        <w:jc w:val="right"/>
      </w:pPr>
      <w:r>
        <w:t>دیکھیے، اپنے ول کے اعتبار سے 100% فری ہے۔ اس دنیا میں دیکھیے، ہمیں دو چیزوں کے بیچ میں رہنا پڑتا ہے۔ ایک ہے ہماری آزادی، دوسرے ہمارے باہر جو ہے انفراسٹرکچر۔</w:t>
      </w:r>
    </w:p>
    <w:p>
      <w:r>
        <w:rPr>
          <w:b/>
        </w:rPr>
        <w:t xml:space="preserve">[1:05:04] </w:t>
      </w:r>
      <w:r>
        <w:t>yeh jo hawa hai, pani hai, jo sari cheezen hain, us ko mein infrastructure</w:t>
      </w:r>
    </w:p>
    <w:p>
      <w:pPr>
        <w:jc w:val="right"/>
      </w:pPr>
      <w:r>
        <w:t>یہ جو ہوا ہے، پانی ہے، جو ساری چیزیں ہیں، اس کو میں انفراسٹرکچ</w:t>
      </w:r>
    </w:p>
    <w:p>
      <w:r>
        <w:rPr>
          <w:b/>
        </w:rPr>
        <w:t xml:space="preserve">[1:05:08] </w:t>
      </w:r>
      <w:r>
        <w:t>kehta hoon. infrastructure jo hai, woh to Khuda ki taraf se supply kiya jata hai. is mein aap ko koi ikhtiyar nahi hai.</w:t>
      </w:r>
    </w:p>
    <w:p>
      <w:pPr>
        <w:jc w:val="right"/>
      </w:pPr>
      <w:r>
        <w:t>ر کہتا ہوں۔ انفراسٹرکچر جو ہے، وہ تو خدا کی طرف سے سپلائی کیا جاتا ہے۔ اس میں آپ کو کوئی اختیار نہیں ہے۔</w:t>
      </w:r>
    </w:p>
    <w:p>
      <w:r>
        <w:rPr>
          <w:b/>
        </w:rPr>
        <w:t xml:space="preserve">[1:05:17] </w:t>
      </w:r>
      <w:r>
        <w:t>aap ko oxygen hi saans lena hai, pani se pyas bujhani hai, aur khana jo hai, usi se aap ne bhook mitani hai.</w:t>
      </w:r>
    </w:p>
    <w:p>
      <w:pPr>
        <w:jc w:val="right"/>
      </w:pPr>
      <w:r>
        <w:t>آپ کو اکسیجن ہی سانس لینا ہے، پانی سے پاس بجھانا ہے، اور کھانا جو ہے، اسی سے آپ نے بھوک مٹانا ہے۔</w:t>
      </w:r>
    </w:p>
    <w:p>
      <w:r>
        <w:rPr>
          <w:b/>
        </w:rPr>
        <w:t xml:space="preserve">[1:05:29] </w:t>
      </w:r>
      <w:r>
        <w:t>koi aur ikhtiyar aap ke paas nahi hai is maamle mein. lekin</w:t>
      </w:r>
    </w:p>
    <w:p>
      <w:pPr>
        <w:jc w:val="right"/>
      </w:pPr>
      <w:r>
        <w:t>کوئی اور اختیار آپ کے پاس نہیں ہے اس معاملے میں۔ لیکن</w:t>
      </w:r>
    </w:p>
    <w:p>
      <w:r>
        <w:rPr>
          <w:b/>
        </w:rPr>
        <w:t xml:space="preserve">[1:05:35] </w:t>
      </w:r>
      <w:r>
        <w:t>aap ko jo aazadi hai, us ko chahe chahe aap istemal kari</w:t>
      </w:r>
    </w:p>
    <w:p>
      <w:pPr>
        <w:jc w:val="right"/>
      </w:pPr>
      <w:r>
        <w:t>آپ کو جو آزادی ہے، اس کو چاہے چاہے آپ استعمال کری</w:t>
      </w:r>
    </w:p>
    <w:p>
      <w:r>
        <w:rPr>
          <w:b/>
        </w:rPr>
        <w:t xml:space="preserve">[1:05:38] </w:t>
      </w:r>
      <w:r>
        <w:t>n, khayen ya na khayen, sach bolen ya jhoot bolen, logon se peaceful tareeqe se rahen, larr kar rahen un se, khud hi khud kha len ya doosron ko bhi khila den.</w:t>
      </w:r>
    </w:p>
    <w:p>
      <w:pPr>
        <w:jc w:val="right"/>
      </w:pPr>
      <w:r>
        <w:t>ں، کھائیں یا نہ کھائیں، سچ بولیں یا جھوٹ بولیں، لوگوں سے پیس فل طریقے سے رہیں، لڑ کر رہیں ان سے، خود ہی خود کھا لیں یا دوسروں کو بھی کھلائیں۔</w:t>
      </w:r>
    </w:p>
    <w:p>
      <w:r>
        <w:rPr>
          <w:b/>
        </w:rPr>
        <w:t xml:space="preserve">[1:05:50] </w:t>
      </w:r>
      <w:r>
        <w:t>to is dunya mein 50-50 ka mamla hai. 50 percent aap ki freedom aur 50 percent infrastructure. Infrastructure ke mamle mein aap par jabr hai, lekin aap ko jo freedom hai, us pe koi jabr nahin.</w:t>
      </w:r>
    </w:p>
    <w:p>
      <w:pPr>
        <w:jc w:val="right"/>
      </w:pPr>
      <w:r>
        <w:t>تو اس دنیا میں 50-50 کا معاملہ ہے۔ 50 پرسنٹ آپ کی فریڈم اور 50 پرسنٹ انفراسٹرکچر۔ انفراسٹرکچر کے معاملے میں آپ پر جبر ہے، لیکن آپ کو جو فریڈم ہے، اس پہ کوئی جبر نہیں۔</w:t>
      </w:r>
    </w:p>
    <w:p>
      <w:r>
        <w:rPr>
          <w:b/>
        </w:rPr>
        <w:t xml:space="preserve">[1:06:04] </w:t>
      </w:r>
      <w:r>
        <w:t>100 percent aazadi hai.</w:t>
      </w:r>
    </w:p>
    <w:p>
      <w:pPr>
        <w:jc w:val="right"/>
      </w:pPr>
      <w:r>
        <w:t>100 پرسنٹ آزادی ہے۔</w:t>
      </w:r>
    </w:p>
    <w:p>
      <w:r>
        <w:rPr>
          <w:b/>
        </w:rPr>
        <w:t xml:space="preserve">[1:06:09] </w:t>
      </w:r>
      <w:r>
        <w:t>maulana, agla sawal kya hai karachi se? ah, mister aamir bin yusuf ne. unhon ne likha hai: "allah ne jo nasl hazrat ismail ke zariye aage badhai, us mein aur aam afraad mein kya farq tha?</w:t>
      </w:r>
    </w:p>
    <w:p>
      <w:pPr>
        <w:jc w:val="right"/>
      </w:pPr>
      <w:r>
        <w:t>مولانا، اگلا سوال کیا ہے کراچی سے؟ اہ، مسٹر عامر بن یوسف نے۔ انہوں نے لکھا ہے: "اللہ نے جو نسل حضرت اسماعیل کے ذریعے آگے بڑھائی، اس میں اور عام افراد میں کیا فرق تھا؟</w:t>
      </w:r>
    </w:p>
    <w:p>
      <w:r>
        <w:rPr>
          <w:b/>
        </w:rPr>
        <w:t xml:space="preserve">[1:06:26] </w:t>
      </w:r>
      <w:r>
        <w:t>kya special quality pai jati thi? us ke bare mein bataen." bas itna hi farq tha ke woh log conditioning se pak the.</w:t>
      </w:r>
    </w:p>
    <w:p>
      <w:pPr>
        <w:jc w:val="right"/>
      </w:pPr>
      <w:r>
        <w:t>کیا سپیشل کوالٹی پائی جاتی تھی؟ اس کے بارے میں بتائیں۔" بس اتنا ہی فرق تھا کہ وہ لوگ کنڈیشننگ سے پاک تھے۔</w:t>
      </w:r>
    </w:p>
    <w:p>
      <w:r>
        <w:rPr>
          <w:b/>
        </w:rPr>
        <w:t xml:space="preserve">[1:06:37] </w:t>
      </w:r>
      <w:r>
        <w:t>aaj hum log rehte hain shahrron mein, society mein, wahan alag thalag the. woh log alag thalag rehne ki wajah se woh conditioning se bach gaye.</w:t>
      </w:r>
    </w:p>
    <w:p>
      <w:pPr>
        <w:jc w:val="right"/>
      </w:pPr>
      <w:r>
        <w:t>آج ہم لوگ رہتے ہیں شہروں میں، سوسائٹی میں، وہاں الگ تھلگ تھے۔ وہ لوگ الگ تھلگ رہنے کی وجہ سے وہ کنڈیشننگ سے بچ گئے۔</w:t>
      </w:r>
    </w:p>
    <w:p>
      <w:r>
        <w:rPr>
          <w:b/>
        </w:rPr>
        <w:t xml:space="preserve">[1:06:48] </w:t>
      </w:r>
      <w:r>
        <w:t>hum aap conditioning se bach nahin paate. baqi aur koi special signisity nahin thi un mein. jaise hum hain, waise woh bhi the.</w:t>
      </w:r>
    </w:p>
    <w:p>
      <w:pPr>
        <w:jc w:val="right"/>
      </w:pPr>
      <w:r>
        <w:t>ہم آپ کنڈیشننگ سے بچ نہیں پاتے۔ باقی اور کوئی اسپیشل سگنیسٹی نہیں تھی ان میں۔ جیسے ہم ہیں، ویسے وہ بھی تھے۔</w:t>
      </w:r>
    </w:p>
    <w:p>
      <w:r>
        <w:rPr>
          <w:b/>
        </w:rPr>
        <w:t xml:space="preserve">[1:06:59] </w:t>
      </w:r>
      <w:r>
        <w:t>koi farq nahin tha.</w:t>
      </w:r>
    </w:p>
    <w:p>
      <w:pPr>
        <w:jc w:val="right"/>
      </w:pPr>
      <w:r>
        <w:t>کوئی فرق نہیں تھا۔</w:t>
      </w:r>
    </w:p>
    <w:p>
      <w:r>
        <w:rPr>
          <w:b/>
        </w:rPr>
        <w:t xml:space="preserve">[1:07:02] </w:t>
      </w:r>
      <w:r>
        <w:t>to hamein bhi apne aap ko, yaani apne</w:t>
      </w:r>
    </w:p>
    <w:p>
      <w:pPr>
        <w:jc w:val="right"/>
      </w:pPr>
      <w:r>
        <w:t>تو ہمیں بھی اپنے آپ کو، یعنی اپنے</w:t>
      </w:r>
    </w:p>
    <w:p>
      <w:r>
        <w:rPr>
          <w:b/>
        </w:rPr>
        <w:t xml:space="preserve">[1:07:08] </w:t>
      </w:r>
      <w:r>
        <w:t>apne aap ko is tarah rakhna hai ke woh apne aap ko conditioning se bacha payen. to deconditioning karna, jo aadmi apni deconditioning kar sake, woh waise hi ban jayega jaise ke woh log the.</w:t>
      </w:r>
    </w:p>
    <w:p>
      <w:pPr>
        <w:jc w:val="right"/>
      </w:pPr>
      <w:r>
        <w:t>اپنے آپ کو اس طرح رکھنا ہے کہ وہ اپنے آپ کو کنڈیشننگ سے بچا پائیں۔ تو ڈی کنڈیشننگ کرنا، جو آدمی اپنی ڈی کنڈیشننگ کر سکے، وہ ویسے ہی بن جائے گا جیسے کہ وہ لوگ تھے۔</w:t>
      </w:r>
    </w:p>
    <w:p>
      <w:r>
        <w:rPr>
          <w:b/>
        </w:rPr>
        <w:t xml:space="preserve">[1:07:23] </w:t>
      </w:r>
      <w:r>
        <w:t>jo farq hai, woh sirf yahi hai. conditioning hogi to hum use alag dikhai den g</w:t>
      </w:r>
    </w:p>
    <w:p>
      <w:pPr>
        <w:jc w:val="right"/>
      </w:pPr>
      <w:r>
        <w:t>جو فرق ہے، وہ صرف یہی ہے۔ کنڈیشننگ ہوگی تو ہم اسے الگ دکھائی دیں گ</w:t>
      </w:r>
    </w:p>
    <w:p>
      <w:r>
        <w:rPr>
          <w:b/>
        </w:rPr>
        <w:t xml:space="preserve">[1:07:30] </w:t>
      </w:r>
      <w:r>
        <w:t>e, lekin agar deconditioning hum kar len apni to hum bhi waise hi ban jayenge jaise woh log the.</w:t>
      </w:r>
    </w:p>
    <w:p>
      <w:pPr>
        <w:jc w:val="right"/>
      </w:pPr>
      <w:r>
        <w:t>ے، لیکن اگر ڈی کنڈیشننگ ہم کر لیں اپنی تو ہم بھی ویسے ہی بن جائیں گے جیسے وہ لوگ تھے۔</w:t>
      </w:r>
    </w:p>
    <w:p>
      <w:r>
        <w:rPr>
          <w:b/>
        </w:rPr>
        <w:t xml:space="preserve">[1:07:38] </w:t>
      </w:r>
      <w:r>
        <w:t>mister faisal siddiqui ne US se sawal kiya hai. unhon ne likha hai: "In the khutbah of Hajjatul Wida, I have read that the Prophet of Islam said that the ones who will come later will understand this message better." Maulana, "Is my understand</w:t>
      </w:r>
    </w:p>
    <w:p>
      <w:pPr>
        <w:jc w:val="right"/>
      </w:pPr>
      <w:r>
        <w:t>مسٹر فیصل صدیقی نے یو ایس سے سوال کیا ہے۔ انہوں نے لکھا ہے: "In the khutbah of Hajjatul Wida, I have read that the Prophet of Islam said that the ones who will come later will understand this message better." مولانا، "Is my understand</w:t>
      </w:r>
    </w:p>
    <w:p>
      <w:r>
        <w:rPr>
          <w:b/>
        </w:rPr>
        <w:t xml:space="preserve">[1:07:58] </w:t>
      </w:r>
      <w:r>
        <w:t>ing correct? And if so, can you please elaborate?" nahin, aisa to nahin hai. sirf yeh hai ke us mein jahan tak maine parha hai ke</w:t>
      </w:r>
    </w:p>
    <w:p>
      <w:pPr>
        <w:jc w:val="right"/>
      </w:pPr>
      <w:r>
        <w:t>ing correct? And if so, can you please elaborate?" نہیں، ایسا تو نہیں ہے۔ صرف یہ ہے کہ اس میں جہاں تک میں نے پڑھا ہے کہ</w:t>
      </w:r>
    </w:p>
    <w:p>
      <w:r>
        <w:rPr>
          <w:b/>
        </w:rPr>
        <w:t xml:space="preserve">[1:08:14] </w:t>
      </w:r>
      <w:r>
        <w:t>woh ke mumkin hai ke jis ko tum pahuncha rahe ho, woh un mein aise bhi afraad hon jo zyada acha samajh saken. yeh matlab nahin ke jo baat ko aaye ga, woh lazman acha samjhe ga.</w:t>
      </w:r>
    </w:p>
    <w:p>
      <w:pPr>
        <w:jc w:val="right"/>
      </w:pPr>
      <w:r>
        <w:t>وہ کہ ممکن ہے کہ جس کو تم پہنچا رہے ہو، وہ ان میں ایسے بھی افراد ہوں جو زیادہ اچھا سمجھ سکیں۔ یہ مطلب نہیں کہ جو بات کو آئے گا، وہ لازماً اچھا سمجھے گا۔</w:t>
      </w:r>
    </w:p>
    <w:p>
      <w:r>
        <w:rPr>
          <w:b/>
        </w:rPr>
        <w:t xml:space="preserve">[1:08:25] </w:t>
      </w:r>
      <w:r>
        <w:t>rub muballigh awam sam'een</w:t>
      </w:r>
    </w:p>
    <w:p>
      <w:pPr>
        <w:jc w:val="right"/>
      </w:pPr>
      <w:r>
        <w:t>رب مبلغ عوام سامعین</w:t>
      </w:r>
    </w:p>
    <w:p>
      <w:r>
        <w:rPr>
          <w:b/>
        </w:rPr>
        <w:t xml:space="preserve">[1:08:28] </w:t>
      </w:r>
      <w:r>
        <w:t>yaani aisa nahin ke sirf baat ko aane ki wajah se woh zyada samjhe ga. matlab, baat ko jo log hote hain, un mein koi aisa ho sakta hai jo sunne wale ko zyada samajh len baat ko.</w:t>
      </w:r>
    </w:p>
    <w:p>
      <w:pPr>
        <w:jc w:val="right"/>
      </w:pPr>
      <w:r>
        <w:t>یعنی ایسا نہیں کہ صرف بات کو آنے کی وجہ سے وہ زیادہ سمجھے گا۔ مطلب، بات کو جو لوگ ہوتے ہیں، ان میں کوئی ایسا ہو سکتا ہے جو سننے والے کو زیادہ سمجھ لیں بات کو۔</w:t>
      </w:r>
    </w:p>
    <w:p>
      <w:r>
        <w:rPr>
          <w:b/>
        </w:rPr>
        <w:t xml:space="preserve">[1:08:40] </w:t>
      </w:r>
      <w:r>
        <w:t>to us mein koi, yaani aisa nahin ke pehle wale se better honge doosre wale. pehle walon mein bhi aise log honge jo zyada samjhen ge aur kam samjhen ge.</w:t>
      </w:r>
    </w:p>
    <w:p>
      <w:pPr>
        <w:jc w:val="right"/>
      </w:pPr>
      <w:r>
        <w:t>تو اس میں کوئی، یعنی ایسا نہیں کہ پہلے والے سے بیٹر ہوں گے دوسرے والے۔ پہلے والوں میں بھی ایسے لوگ ہوں گے جو زیادہ سمجھیں گے اور کم سمجھیں گے۔</w:t>
      </w:r>
    </w:p>
    <w:p>
      <w:r>
        <w:rPr>
          <w:b/>
        </w:rPr>
        <w:t xml:space="preserve">[1:08:49] </w:t>
      </w:r>
      <w:r>
        <w:t>yeh farq pehle walon pe rahe ga aur baad walon pe rahe ga. rub muballigh awam sam'een</w:t>
      </w:r>
    </w:p>
    <w:p>
      <w:pPr>
        <w:jc w:val="right"/>
      </w:pPr>
      <w:r>
        <w:t>یہ فرق پہلے والوں پہ رہے گا اور بعد والوں پہ رہے گا۔ رب مبلغ عوام سامعین</w:t>
      </w:r>
    </w:p>
    <w:p>
      <w:r>
        <w:rPr>
          <w:b/>
        </w:rPr>
        <w:t xml:space="preserve">[1:08:57] </w:t>
      </w:r>
      <w:r>
        <w:t>ba'z aise honge jin tak baat ko, jin ko baat pahunche, yaani baat ko, aur woh zyada baat ko samajh saken.</w:t>
      </w:r>
    </w:p>
    <w:p>
      <w:pPr>
        <w:jc w:val="right"/>
      </w:pPr>
      <w:r>
        <w:t>بعض ایسے ہوں گے جن تک بات کو، جن کو بات پہنچے، یعنی بات کو، اور وہ زیادہ بات کو سمجھ سکیں۔</w:t>
      </w:r>
    </w:p>
    <w:p>
      <w:r>
        <w:rPr>
          <w:b/>
        </w:rPr>
        <w:t xml:space="preserve">[1:09:07] </w:t>
      </w:r>
      <w:r>
        <w:t>to yeh zabani mamla nahin hai. yeh yeh yeh farq jo hota hi hai hamesha. to jo log sun rahe the, un mein bhi farq tha.</w:t>
      </w:r>
    </w:p>
    <w:p>
      <w:pPr>
        <w:jc w:val="right"/>
      </w:pPr>
      <w:r>
        <w:t>تو یہ زبانی معاملہ نہیں ہے۔ یہ یہ یہ فرق جو ہوتا ہی ہے ہمیشہ۔ تو جو لوگ سن رہے تھے، ان میں بھی فرق تھا۔</w:t>
      </w:r>
    </w:p>
    <w:p>
      <w:r>
        <w:rPr>
          <w:b/>
        </w:rPr>
        <w:t xml:space="preserve">[1:09:17] </w:t>
      </w:r>
      <w:r>
        <w:t>jo baat ko sunenge, un mein bhi farq rahe ga. yeh teesri baat hai.</w:t>
      </w:r>
    </w:p>
    <w:p>
      <w:pPr>
        <w:jc w:val="right"/>
      </w:pPr>
      <w:r>
        <w:t>جو بات کو سنیں گے، ان میں بھی فرق رہے گا۔ یہ تیسری بات ہے۔</w:t>
      </w:r>
    </w:p>
    <w:p>
      <w:r>
        <w:rPr>
          <w:b/>
        </w:rPr>
        <w:t xml:space="preserve">[1:09:23] </w:t>
      </w:r>
      <w:r>
        <w:t>miss naghma siddiqui ne dilli se likha hai:</w:t>
      </w:r>
    </w:p>
    <w:p>
      <w:pPr>
        <w:jc w:val="right"/>
      </w:pPr>
      <w:r>
        <w:t>مس نغمہ صدیقی نے دلی سے لکھا ہے:</w:t>
      </w:r>
    </w:p>
    <w:p>
      <w:r>
        <w:rPr>
          <w:b/>
        </w:rPr>
        <w:t xml:space="preserve">[1:09:27] </w:t>
      </w:r>
      <w:r>
        <w:t>"You said once that Hajj symbolizes universal دعویٰ. Can you please elaborate on this?"</w:t>
      </w:r>
    </w:p>
    <w:p>
      <w:pPr>
        <w:jc w:val="right"/>
      </w:pPr>
      <w:r>
        <w:t>"You said once that Hajj symbolizes universal دعویٰ. Can you please elaborate on this?"</w:t>
      </w:r>
    </w:p>
    <w:p>
      <w:r>
        <w:rPr>
          <w:b/>
        </w:rPr>
        <w:t xml:space="preserve">[1:09:40] </w:t>
      </w:r>
      <w:r>
        <w:t>aap dekhiye ke haj mein kya hota hai. haj ek global mobilization hota hai. har mulk se nikalte hain log, nikal nikal ke wahan ja rahe hain.</w:t>
      </w:r>
    </w:p>
    <w:p>
      <w:pPr>
        <w:jc w:val="right"/>
      </w:pPr>
      <w:r>
        <w:t>آپ دیکھیے کہ حج میں کیا ہوتا ہے۔ حج ایک گلوبل موبیلائزیشن ہوتا ہے۔ ہر ملک سے نکلتے ہیں لوگ، نکل نکل کے وہاں جا رہے ہیں۔</w:t>
      </w:r>
    </w:p>
    <w:p>
      <w:r>
        <w:rPr>
          <w:b/>
        </w:rPr>
        <w:t xml:space="preserve">[1:09:50] </w:t>
      </w:r>
      <w:r>
        <w:t>ab raste mein interaction hoga. to agar speed ho to raste bhar daawati kaam karte rahenge. woh</w:t>
      </w:r>
    </w:p>
    <w:p>
      <w:pPr>
        <w:jc w:val="right"/>
      </w:pPr>
      <w:r>
        <w:t>اب راستے میں انٹریکشن ہوگا۔ تو اگر اسپیڈ ہو تو راستے بھر دعوتی کام کرتے رہیں گے۔ وہ</w:t>
      </w:r>
    </w:p>
    <w:p>
      <w:r>
        <w:rPr>
          <w:b/>
        </w:rPr>
        <w:t xml:space="preserve">[1:09:58] </w:t>
      </w:r>
      <w:r>
        <w:t>misalan, woh printed form mein agar kuch kitabein rakhein to milne walon ko dete rahenge. wapsi mein bhi, jaate bhi.</w:t>
      </w:r>
    </w:p>
    <w:p>
      <w:pPr>
        <w:jc w:val="right"/>
      </w:pPr>
      <w:r>
        <w:t>مثلاً، وہ پرنٹڈ فارم میں اگر کچھ کتابیں رکھیں تو ملنے والوں کو دیتے رہیں گے۔ واپسی میں بھی، جاتے بھی۔</w:t>
      </w:r>
    </w:p>
    <w:p>
      <w:r>
        <w:rPr>
          <w:b/>
        </w:rPr>
        <w:t xml:space="preserve">[1:10:07] </w:t>
      </w:r>
      <w:r>
        <w:t>phir wahan par jo planning hogi dawat ki, usko wapas laut kar ke us planning ko poora karenge. to aisi cheez hai ke speed ghayab hai.</w:t>
      </w:r>
    </w:p>
    <w:p>
      <w:pPr>
        <w:jc w:val="right"/>
      </w:pPr>
      <w:r>
        <w:t>پھر وہاں پر جو پلاننگ ہوگی دعوت کی، اس کو واپس لاؤٹ کر کے اس پلاننگ کو پورا کریں گے۔ تو ایسی چیز ہے کہ اسپیڈ غائب ہے۔</w:t>
      </w:r>
    </w:p>
    <w:p>
      <w:r>
        <w:rPr>
          <w:b/>
        </w:rPr>
        <w:t xml:space="preserve">[1:10:17] </w:t>
      </w:r>
      <w:r>
        <w:t>log haj ko sirf ek ritual ke sense mein lete hain. yeh nahi lete ke yeh uski jo asal jar hai, Hazrat Ibrahim ki sunnat par amal</w:t>
      </w:r>
    </w:p>
    <w:p>
      <w:pPr>
        <w:jc w:val="right"/>
      </w:pPr>
      <w:r>
        <w:t>لوگ حج کو صرف ایک ریچول کے سینس میں لیتے ہیں۔ یہ نہیں لیتے کہ یہ اس کی جو اصل جڑ ہے، حضرت ابراہیم کی سنت پر عمل</w:t>
      </w:r>
    </w:p>
    <w:p>
      <w:r>
        <w:rPr>
          <w:b/>
        </w:rPr>
        <w:t xml:space="preserve">[1:10:27] </w:t>
      </w:r>
      <w:r>
        <w:t>karna. Hazrat Ibrahim mukammal to dawat-e-badehi the, unki sari activities dawah besh thi. to Hazrat Ibrahim wali zindagi ko ikhtiyar karna, yeh agar ho logon ke zehan mein to jaate hue, aate hue, wahan ke ikhtitam mein, aur phir wapsi mein,</w:t>
      </w:r>
    </w:p>
    <w:p>
      <w:pPr>
        <w:jc w:val="right"/>
      </w:pPr>
      <w:r>
        <w:t>کرنا۔ حضرت ابراہیم مکمل تو بدائی تھے، ان کی ساری ایکٹیویٹیز دعویٰ بیش تھیں۔ تو حضرت ابراہیم والی زندگی کو اختیار کرنا، یہ اگر ہو لوگوں کے ذہنوں میں تو جاتے ہوئے، آتے ہوئے، وہاں کے اختتام میں، اور پھر واپسی میں،</w:t>
      </w:r>
    </w:p>
    <w:p>
      <w:r>
        <w:rPr>
          <w:b/>
        </w:rPr>
        <w:t xml:space="preserve">[1:10:48] </w:t>
      </w:r>
      <w:r>
        <w:t>yani woh dawati kaam par ke liye sargaram ho jayenge.</w:t>
      </w:r>
    </w:p>
    <w:p>
      <w:pPr>
        <w:jc w:val="right"/>
      </w:pPr>
      <w:r>
        <w:t>یعنی وہ دعوتی کام پر کے لیے سرگرم ہو جائیں گے۔</w:t>
      </w:r>
    </w:p>
    <w:p>
      <w:r>
        <w:rPr>
          <w:b/>
        </w:rPr>
        <w:t xml:space="preserve">[1:10:53] </w:t>
      </w:r>
      <w:r>
        <w:t>lekin yahi cheez mafqood hai. yani logon ke zehan mein yeh taza nahi hai ke Hazrat Ibrahim ki zindagi dawati zindagi thi. woh bohat bade dawi the, aur isi ki khatir yeh sab rakha gaya hai.</w:t>
      </w:r>
    </w:p>
    <w:p>
      <w:pPr>
        <w:jc w:val="right"/>
      </w:pPr>
      <w:r>
        <w:t>لیکن یہی چیز مفقود ہے۔ یعنی لوگوں کے ذہن میں یہ تازہ نہیں ہے کہ حضرت ابراہیم کی زندگی دعوتی زندگی تھی۔ وہ بہت بڑے داعی تھے، اور اسی کی خاطر یہ سب رکھا گیا ہے۔</w:t>
      </w:r>
    </w:p>
    <w:p>
      <w:r>
        <w:rPr>
          <w:b/>
        </w:rPr>
        <w:t xml:space="preserve">[1:11:06] </w:t>
      </w:r>
      <w:r>
        <w:t>sab to jo manasik hain, woh manasik ke form ko le liya logon ne, speed ko chhod diya hai. yeh hai masla.</w:t>
      </w:r>
    </w:p>
    <w:p>
      <w:pPr>
        <w:jc w:val="right"/>
      </w:pPr>
      <w:r>
        <w:t>سب تو جو مناسک ہیں، وہ مناسک کے فارم کو لے لیا لوگوں نے، اسپیڈ کو چھوڑ دیا ہے۔ یہ ہے مسئلہ۔</w:t>
      </w:r>
    </w:p>
    <w:p>
      <w:r>
        <w:rPr>
          <w:b/>
        </w:rPr>
        <w:t xml:space="preserve">[1:11:16] </w:t>
      </w:r>
      <w:r>
        <w:t>agle sawal Maulana Chennai se aaya hai. Ibn Naeem ne likha hai.</w:t>
      </w:r>
    </w:p>
    <w:p>
      <w:pPr>
        <w:jc w:val="right"/>
      </w:pPr>
      <w:r>
        <w:t>اگلا سوال مولانا چنئی سے آیا ہے۔ ابن نعیم نے لکھا ہے۔</w:t>
      </w:r>
    </w:p>
    <w:p>
      <w:r>
        <w:rPr>
          <w:b/>
        </w:rPr>
        <w:t xml:space="preserve">[1:11:20] </w:t>
      </w:r>
      <w:r>
        <w:t>unhone poocha hai ke qurbani ke dinon ko hadith mein khana aur peena ka din kaha gaya hai. ayyam-e-akl-o-shurb Maulana sahib, uski wazahat farmayein.</w:t>
      </w:r>
    </w:p>
    <w:p>
      <w:pPr>
        <w:jc w:val="right"/>
      </w:pPr>
      <w:r>
        <w:t>انہوں نے پوچھا ہے کہ قربانی کے دنوں کو حدیث میں کھانا اور پینے کا دن کہا گیا ہے۔ ایمو عقل وشرب مولانا صاحب، اس کی وضاحت فرمائیں۔</w:t>
      </w:r>
    </w:p>
    <w:p>
      <w:r>
        <w:rPr>
          <w:b/>
        </w:rPr>
        <w:t xml:space="preserve">[1:11:32] </w:t>
      </w:r>
      <w:r>
        <w:t>woh bhi ek pehlu uska hai.</w:t>
      </w:r>
    </w:p>
    <w:p>
      <w:pPr>
        <w:jc w:val="right"/>
      </w:pPr>
      <w:r>
        <w:t>وہ بھی ایک پہلو اس کا ہے۔</w:t>
      </w:r>
    </w:p>
    <w:p>
      <w:r>
        <w:rPr>
          <w:b/>
        </w:rPr>
        <w:t xml:space="preserve">[1:11:36] </w:t>
      </w:r>
      <w:r>
        <w:t>zahiran, khana peena to hota hi hai. woh bhi ek pehlu hai, lekin sirf khane peene ke liye hai. aisa nahi hai.</w:t>
      </w:r>
    </w:p>
    <w:p>
      <w:pPr>
        <w:jc w:val="right"/>
      </w:pPr>
      <w:r>
        <w:t>ظاہر ہے، کھانے پینا تو ہوتا ہی ہے۔ وہ بھی ایک پہلو ہے، لیکن صرف کھانے پینے کے لیے ہے۔ ایسا نہیں ہے۔</w:t>
      </w:r>
    </w:p>
    <w:p>
      <w:r>
        <w:rPr>
          <w:b/>
        </w:rPr>
        <w:t xml:space="preserve">[1:11:47] </w:t>
      </w:r>
      <w:r>
        <w:t>Maulana, doosra sawal Tamil Nadu se aaya hai. Syed Iqbal Umri ka. unhone likha hai: "aaj dawat ke liye kis qism ki qurbani mutlab hai?</w:t>
      </w:r>
    </w:p>
    <w:p>
      <w:pPr>
        <w:jc w:val="right"/>
      </w:pPr>
      <w:r>
        <w:t>مولانا، دوسرا سوال تمل ناڈو سے آیا ہے۔ سید اقبال عمری کا۔ انہوں نے لکھا ہے: "آج دعوت کے لیے کس قسم کی قربانی مطلوب ہے؟</w:t>
      </w:r>
    </w:p>
    <w:p>
      <w:r>
        <w:rPr>
          <w:b/>
        </w:rPr>
        <w:t xml:space="preserve">[1:11:57] </w:t>
      </w:r>
      <w:r>
        <w:t>uske bare mein batayein."</w:t>
      </w:r>
    </w:p>
    <w:p>
      <w:pPr>
        <w:jc w:val="right"/>
      </w:pPr>
      <w:r>
        <w:t>اس کے بارے میں بتائیں۔"</w:t>
      </w:r>
    </w:p>
    <w:p>
      <w:r>
        <w:rPr>
          <w:b/>
        </w:rPr>
        <w:t xml:space="preserve">[1:12:04] </w:t>
      </w:r>
      <w:r>
        <w:t>bhai, mera to khayal hai ke sab se bari qurbani yeh hai ke log apna concern badlein.</w:t>
      </w:r>
    </w:p>
    <w:p>
      <w:pPr>
        <w:jc w:val="right"/>
      </w:pPr>
      <w:r>
        <w:t>بھئی، میرا تو خیال ہے کہ سب سے بڑی قربانی یہ ہے کہ لوگ اپنا کنسرن بدلیں۔</w:t>
      </w:r>
    </w:p>
    <w:p>
      <w:r>
        <w:rPr>
          <w:b/>
        </w:rPr>
        <w:t xml:space="preserve">[1:12:12] </w:t>
      </w:r>
      <w:r>
        <w:t>har aadmi concern kuch aur bana hua hai. misalan, bachche hain, ghar hai, family hai, business hai, job hai, paisa kamana hai, zindagi ki achhi zindagi taabeer karna, yeh sab concern bana hua hai.</w:t>
      </w:r>
    </w:p>
    <w:p>
      <w:pPr>
        <w:jc w:val="right"/>
      </w:pPr>
      <w:r>
        <w:t>ہر آدمی کنسرن کچھ اور بنا ہوا ہے۔ مثلاً، بچے ہیں، گھر ہے، فیملی ہے، بزنس ہے، جاب ہے، پیسہ کمانا ہے، زندگی کی اچھی زندگی تعبیر کرنا، یہ سب کنسرن بنا ہوا ہے۔</w:t>
      </w:r>
    </w:p>
    <w:p>
      <w:r>
        <w:rPr>
          <w:b/>
        </w:rPr>
        <w:t xml:space="preserve">[1:12:27] </w:t>
      </w:r>
      <w:r>
        <w:t>to sab se bari qurbani yeh hai ke in cheezon ko sirf need ke waqt lein, yani zaroorat ke khane mein dalein.</w:t>
      </w:r>
    </w:p>
    <w:p>
      <w:pPr>
        <w:jc w:val="right"/>
      </w:pPr>
      <w:r>
        <w:t>تو سب سے بڑی قربانی یہ ہے کہ ان چیزوں کو صرف نیڈ کے وقت لیں، یعنی ضرورت کے خانے میں ڈالیں۔</w:t>
      </w:r>
    </w:p>
    <w:p>
      <w:r>
        <w:rPr>
          <w:b/>
        </w:rPr>
        <w:t xml:space="preserve">[1:12:38] </w:t>
      </w:r>
      <w:r>
        <w:t>to ek hai mission, ek hai zaroorat.</w:t>
      </w:r>
    </w:p>
    <w:p>
      <w:pPr>
        <w:jc w:val="right"/>
      </w:pPr>
      <w:r>
        <w:t>تو ایک ہے مشن، ایک ہے ضرورت۔</w:t>
      </w:r>
    </w:p>
    <w:p>
      <w:r>
        <w:rPr>
          <w:b/>
        </w:rPr>
        <w:t xml:space="preserve">[1:12:41] </w:t>
      </w:r>
      <w:r>
        <w:t>to zaroorat ke waqt duniya aur aur baqi jo kuch hai, mission ke liye sab se bari qurbani hai.</w:t>
      </w:r>
    </w:p>
    <w:p>
      <w:pPr>
        <w:jc w:val="right"/>
      </w:pPr>
      <w:r>
        <w:t>تو ضرورت کے وقت دنیا اور اور باقی جو کچھ ہے، مشن کے لیے سب سے بڑی قربانی ہے۔</w:t>
      </w:r>
    </w:p>
    <w:p>
      <w:r>
        <w:rPr>
          <w:b/>
        </w:rPr>
        <w:t xml:space="preserve">[1:12:49] </w:t>
      </w:r>
      <w:r>
        <w:t>yeh mission ke liye to kuch karta rahe aadmi, sirf siway kuch ritual ke. to jab tak yeh tabdeeli na aaye ke duniya ko lein waqt zaroorat,</w:t>
      </w:r>
    </w:p>
    <w:p>
      <w:pPr>
        <w:jc w:val="right"/>
      </w:pPr>
      <w:r>
        <w:t>یہ مشن کے لیے تو کچھ کرتا رہے آدمی، صرف سوائے کچھ ریچول کے۔ تو جب تک یہ تبدیلی نہ آئے کہ دنیا کو لیں وقت ضرورت،</w:t>
      </w:r>
    </w:p>
    <w:p>
      <w:r>
        <w:rPr>
          <w:b/>
        </w:rPr>
        <w:t xml:space="preserve">[1:13:03] </w:t>
      </w:r>
      <w:r>
        <w:t>aur sara jo waqt bachta hai, jo paisa bachta hai, jo aap ki tawajjuh bachti hai, woh sab laga dein mission mein. asal qurbani yahi hai.</w:t>
      </w:r>
    </w:p>
    <w:p>
      <w:pPr>
        <w:jc w:val="right"/>
      </w:pPr>
      <w:r>
        <w:t>اور سارا جو وقت بچتا ہے، جو پیسہ بچتا ہے، جو آپ کی توجہ بچتی ہے، وہ سب لگا دیں مشن میں۔ اصل قربانی یہی ہے۔</w:t>
      </w:r>
    </w:p>
    <w:p>
      <w:r>
        <w:rPr>
          <w:b/>
        </w:rPr>
        <w:t xml:space="preserve">[1:13:11] </w:t>
      </w:r>
      <w:r>
        <w:t>aaj koi qurbani yahi hai. ab hum ko na sara jana hai, na na is tarah ke halaat mein apne ko talna hai.</w:t>
      </w:r>
    </w:p>
    <w:p>
      <w:pPr>
        <w:jc w:val="right"/>
      </w:pPr>
      <w:r>
        <w:t>آج کوئی قربانی یہی ہے۔ اب ہم کو نہ سارا جانا ہے، نہ نہ اس طرح کے حالات میں اپنے کو ٹالنا ہے۔</w:t>
      </w:r>
    </w:p>
    <w:p>
      <w:r>
        <w:rPr>
          <w:b/>
        </w:rPr>
        <w:t xml:space="preserve">[1:13:21] </w:t>
      </w:r>
      <w:r>
        <w:t>woh daur khatam ho gaya. ab to yeh hai ke log jo hain,</w:t>
      </w:r>
    </w:p>
    <w:p>
      <w:pPr>
        <w:jc w:val="right"/>
      </w:pPr>
      <w:r>
        <w:t>وہ دور ختم ہو گیا۔ اب تو یہ ہے کہ لوگ جو ہیں،</w:t>
      </w:r>
    </w:p>
    <w:p>
      <w:r>
        <w:rPr>
          <w:b/>
        </w:rPr>
        <w:t xml:space="preserve">[1:13:27] </w:t>
      </w:r>
      <w:r>
        <w:t>yani unhone apna soul concern bana rakha hai ke paisa kamayein, family banayein, aur comfortable life ikhtiyar karein.</w:t>
      </w:r>
    </w:p>
    <w:p>
      <w:pPr>
        <w:jc w:val="right"/>
      </w:pPr>
      <w:r>
        <w:t>یعنی انہوں نے اپنا سول کنسرن بنا رکھا ہے کہ پیسہ کمائیں، فیملی بنائیں، اور کمفرٹیبل لائف اختیار کریں۔</w:t>
      </w:r>
    </w:p>
    <w:p>
      <w:r>
        <w:rPr>
          <w:b/>
        </w:rPr>
        <w:t xml:space="preserve">[1:13:37] </w:t>
      </w:r>
      <w:r>
        <w:t>bas aur kuch un ka, kuch un ka, kuch wahi nahi hai. yani kuch un ka zindagi ka purpose yeh nahi hai. to yeh yeh khatam ho, aur dunya ko sirf is qadar hasil karein jitna un ki, yani jin ki zaroorat hai, yani waqt need,</w:t>
      </w:r>
    </w:p>
    <w:p>
      <w:pPr>
        <w:jc w:val="right"/>
      </w:pPr>
      <w:r>
        <w:t>بس اور کچھ ان کا، کچھ ان کا، کچھ وہی نہیں ہے۔ یعنی کچھ ان کا زندگی کا پرپس یہ نہیں ہے۔ تو یہ یہ ختم ہو، اور دنیا کو صرف اس قدر حاصل کریں جتنا ان کی، یعنی جن کی ضرورت ہے، یعنی وقت نیڈ،</w:t>
      </w:r>
    </w:p>
    <w:p>
      <w:r>
        <w:rPr>
          <w:b/>
        </w:rPr>
        <w:t xml:space="preserve">[1:13:58] </w:t>
      </w:r>
      <w:r>
        <w:t>aur baqi jo kuch bhi aap ka paisa hai, ya aap ka time hai, ya aap ka energy hai, woh sab lagayein da'wati mission mein. sab se bari qurbani yeh matloob hai.</w:t>
      </w:r>
    </w:p>
    <w:p>
      <w:pPr>
        <w:jc w:val="right"/>
      </w:pPr>
      <w:r>
        <w:t>اور باقی جو کچھ بھی آپ کا پیسہ ہے، یا آپ کا ٹائم ہے، یا آپ کا انرجی ہے، وہ سب لگائیں دعوتی مشن میں۔ سب سے بڑی قربانی یہ مطلوب ہے۔</w:t>
      </w:r>
    </w:p>
    <w:p>
      <w:r>
        <w:rPr>
          <w:b/>
        </w:rPr>
        <w:t xml:space="preserve">[1:14:07] </w:t>
      </w:r>
      <w:r>
        <w:t>jo log is tarah qurbani karein, unhone qurbani ki. baqi to qurbaniyan ek rasam hain, sirf rasam. Maulana, agla sawal Mr. Raj Vaimaksh ne kiya hai.</w:t>
      </w:r>
    </w:p>
    <w:p>
      <w:pPr>
        <w:jc w:val="right"/>
      </w:pPr>
      <w:r>
        <w:t>جو لوگ اس طرح قربانی کریں، انہوں نے قربانی کی۔ باقی تو قربانیاں ایک رسم ہیں، صرف رسم۔ مولانا، اگلا سوال مسٹر راج ویمکش نے کیا ہے۔</w:t>
      </w:r>
    </w:p>
    <w:p>
      <w:r>
        <w:rPr>
          <w:b/>
        </w:rPr>
        <w:t xml:space="preserve">[1:14:21] </w:t>
      </w:r>
      <w:r>
        <w:t>Dilli se. unhone likha hai: "qurbani ka matlab hai doosre ko aaram dena.</w:t>
      </w:r>
    </w:p>
    <w:p>
      <w:pPr>
        <w:jc w:val="right"/>
      </w:pPr>
      <w:r>
        <w:t>دلی سے۔ انہوں نے لکھا ہے: "قربانی کا مطلب ہے دوسرے کو آرام دینا۔</w:t>
      </w:r>
    </w:p>
    <w:p>
      <w:r>
        <w:rPr>
          <w:b/>
        </w:rPr>
        <w:t xml:space="preserve">[1:14:27] </w:t>
      </w:r>
      <w:r>
        <w:t>phir janwar ka khoon bahana kitna jaiz hai? pet vegetarian waston se bhi barhta hai. phir sawad ke liye gosht khana, janwar ko marna kitna jaiz hai?</w:t>
      </w:r>
    </w:p>
    <w:p>
      <w:pPr>
        <w:jc w:val="right"/>
      </w:pPr>
      <w:r>
        <w:t>پھر جانور کا خون بہانا کتنا جائز ہے؟ پیٹ ویجیٹیرین وستوں سے بھی بڑھتا ہے۔ پھر سوات کے لیے گوشت کھانا، جانور کو مارنا کتنا جائز ہے؟</w:t>
      </w:r>
    </w:p>
    <w:p>
      <w:r>
        <w:rPr>
          <w:b/>
        </w:rPr>
        <w:t xml:space="preserve">[1:14:39] </w:t>
      </w:r>
      <w:r>
        <w:t>is ke bare mein batayein." dekhiye, yeh to bar bar mein keh chuka hoon ke yeh theory bilkul galat hai. aap janwar ko to, yani us ko marne ko bura naam dete hain.</w:t>
      </w:r>
    </w:p>
    <w:p>
      <w:pPr>
        <w:jc w:val="right"/>
      </w:pPr>
      <w:r>
        <w:t>اس کے بارے میں بتائیں۔" دیکھیے، یہ تو بار بار میں کہہ چکا ہوں کہ یہ تھیوری بالکل غلط ہے۔ آپ جانور کو تو، یعنی اس کو مارنے کو برا نام دیتے ہیں۔</w:t>
      </w:r>
    </w:p>
    <w:p>
      <w:r>
        <w:rPr>
          <w:b/>
        </w:rPr>
        <w:t xml:space="preserve">[1:14:52] </w:t>
      </w:r>
      <w:r>
        <w:t>ma'ni nahi. woh jo creation plan hai, us mein to yeh shamil hai. aap pani piyein, tab bhi ab zindagiyaan is mein hoti hain.</w:t>
      </w:r>
    </w:p>
    <w:p>
      <w:pPr>
        <w:jc w:val="right"/>
      </w:pPr>
      <w:r>
        <w:t>معنی نہیں۔ وہ جو کریشن پلان ہے، اس میں تو یہ شامل ہے۔ آپ پانی پیئیں، تب بھی اب زندگیاں اس میں ہوتی ہیں۔</w:t>
      </w:r>
    </w:p>
    <w:p>
      <w:r>
        <w:rPr>
          <w:b/>
        </w:rPr>
        <w:t xml:space="preserve">[1:15:01] </w:t>
      </w:r>
      <w:r>
        <w:t>sabzi khayein, tab bhi zindagiyaan hoti hain. doodh piyein, tab bhi zindagiyaan hoti hain. hatta ke saans lein, tab bhi zindagiyaan hoti hain. is ko marna mat kahein. is ke baghair aap ko, yani food nahi milta, protein nahi milta, zindagi ki jo jeene ke liye jo taqat hai, woh nahi milti aap ko.</w:t>
      </w:r>
    </w:p>
    <w:p>
      <w:pPr>
        <w:jc w:val="right"/>
      </w:pPr>
      <w:r>
        <w:t>سبزی کھائیں، تب بھی زندگیاں ہوتی ہیں۔ دودھ پیئیں، تب بھی زندگیاں ہوتی ہیں۔ حتیٰ کہ سانس لیں، تب بھی زندگیاں ہوتی ہیں۔ اس کو مارنا مت کہیے۔ اس کے بغیر آپ کو، یعنی فوڈ نہیں ملتا، پروٹین نہیں ملتا، زندگی کی جو جینے کے لیے جو طاقت ہے، وہ نہیں ملتی آپ کو۔</w:t>
      </w:r>
    </w:p>
    <w:p>
      <w:r>
        <w:rPr>
          <w:b/>
        </w:rPr>
        <w:t xml:space="preserve">[1:15:19] </w:t>
      </w:r>
      <w:r>
        <w:t>ab aap gosht na khayein, tab bhi aap khate hain. woh kyunke aap mar jayenge. aap yeh nazariya hi galat hai ke jo gosht khata hai, wahi, yani meat khata hai.</w:t>
      </w:r>
    </w:p>
    <w:p>
      <w:pPr>
        <w:jc w:val="right"/>
      </w:pPr>
      <w:r>
        <w:t>اب آپ گوشت نہ کھائیں، تب بھی آپ کھاتے ہیں۔ وہ کیونکہ آپ مر جائیں گے۔ آپ یہ نظریہ ہی غلط ہے کہ جو گوشت کھاتا ہے، وہی، یعنی میٹ کھاتا ہے۔</w:t>
      </w:r>
    </w:p>
    <w:p>
      <w:r>
        <w:rPr>
          <w:b/>
        </w:rPr>
        <w:t xml:space="preserve">[1:15:31] </w:t>
      </w:r>
      <w:r>
        <w:t>sabhi meat kha rahe hain. har aadmi meat eater hai. pani peete hain, ya doodh peete hain, sabzi khate hain, tab bhi is mein</w:t>
      </w:r>
    </w:p>
    <w:p>
      <w:pPr>
        <w:jc w:val="right"/>
      </w:pPr>
      <w:r>
        <w:t>سبھی میٹ کھا رہے ہیں۔ ہر آدمی میٹ ایٹر ہے۔ پانی پیتے ہیں، یا دودھ پیتے ہیں، سبزی کھاتے ہیں، تب بھی اس میں</w:t>
      </w:r>
    </w:p>
    <w:p>
      <w:r>
        <w:rPr>
          <w:b/>
        </w:rPr>
        <w:t xml:space="preserve">[1:15:42] </w:t>
      </w:r>
      <w:r>
        <w:t>ek ek ek qissa mashhoor hai ke jab dunya mein, jab jab dunya mein microscope nahi tha, tab ki yeh sab baatein hain. microscope jab aaya hai to yeh possible hoga ke jo visible nahi cheezein, woh bhi dekh sakein aap.</w:t>
      </w:r>
    </w:p>
    <w:p>
      <w:pPr>
        <w:jc w:val="right"/>
      </w:pPr>
      <w:r>
        <w:t>ایک ایک ایک قصہ مشہور ہے کہ جب دنیا میں، جب جب دنیا میں مائیکروسکوپ نہیں تھا، تب کی یہ سب باتیں ہیں۔ مائیکروسکوپ جب آیا ہے تو یہ پاسیبل ہوگا کہ جو ویزیبل نہیں چیزیں، وہ بھی دیکھ سکیں آپ۔</w:t>
      </w:r>
    </w:p>
    <w:p>
      <w:r>
        <w:rPr>
          <w:b/>
        </w:rPr>
        <w:t xml:space="preserve">[1:15:57] </w:t>
      </w:r>
      <w:r>
        <w:t>to ek ek shakhs jo isi tarah ka tha, jo koi nazariya tha ke aadmi ko sirf, yani non-veg food nahi lena chahiye, woh bohat us ko bura samajhta tha.</w:t>
      </w:r>
    </w:p>
    <w:p>
      <w:pPr>
        <w:jc w:val="right"/>
      </w:pPr>
      <w:r>
        <w:t>تو ایک ایک شخص جو اسی طرح کا تھا، جو کوئی نظریہ تھا کہ آدمی کو صرف، یعنی نان ویج فوڈ نہیں لینا چاہیے، وہ بہت اس کو برا سمجھتا تھا۔</w:t>
      </w:r>
    </w:p>
    <w:p>
      <w:r>
        <w:rPr>
          <w:b/>
        </w:rPr>
        <w:t xml:space="preserve">[1:16:10] </w:t>
      </w:r>
      <w:r>
        <w:t>to us ko dikhaya gaya ke doodh to peete ho. us ko kaha haan. to doodh ko dikhaya gaya microscope mein. to us mein bohat si zindagiyaan reh gayi theen.</w:t>
      </w:r>
    </w:p>
    <w:p>
      <w:pPr>
        <w:jc w:val="right"/>
      </w:pPr>
      <w:r>
        <w:t>تو اس کو دکھایا گیا کہ دودھ تو پیتے ہو۔ اس کو کہا ہاں۔ تو دودھ کو دکھایا گیا مائیکروسکوپ میں۔ تو اس میں بہت سی زندگیاں رہ گئی تھیں۔</w:t>
      </w:r>
    </w:p>
    <w:p>
      <w:r>
        <w:rPr>
          <w:b/>
        </w:rPr>
        <w:t xml:space="preserve">[1:16:20] </w:t>
      </w:r>
      <w:r>
        <w:t>to us ka heart fail ho gaya. kehti hai sari zindagiyaan mein nigal gaya hoon. to yeh to yeh to purana, yani yeh purani theory hai.</w:t>
      </w:r>
    </w:p>
    <w:p>
      <w:pPr>
        <w:jc w:val="right"/>
      </w:pPr>
      <w:r>
        <w:t>تو اس کا ہارٹ فیل ہو گیا۔ کہتی ہے ساری زندگیاں میں نگل گیا ہوں۔ تو یہ تو یہ تو پرانا، یعنی یہ پرانی تھیوری ہے۔</w:t>
      </w:r>
    </w:p>
    <w:p>
      <w:r>
        <w:rPr>
          <w:b/>
        </w:rPr>
        <w:t xml:space="preserve">[1:16:30] </w:t>
      </w:r>
      <w:r>
        <w:t>yeh pre-scientific age ki baat hai. yeh sab hai.</w:t>
      </w:r>
    </w:p>
    <w:p>
      <w:pPr>
        <w:jc w:val="right"/>
      </w:pPr>
      <w:r>
        <w:t>یہ پری سائنٹیفک ایج کی بات ہے۔ یہ سب ہے۔</w:t>
      </w:r>
    </w:p>
    <w:p>
      <w:r>
        <w:rPr>
          <w:b/>
        </w:rPr>
        <w:t xml:space="preserve">[1:16:34] </w:t>
      </w:r>
      <w:r>
        <w:t>Khuda ne is dunya mein, yani creator ne is dunya mein hamari zindagi ka yeh tareeqa rakha hai. ya to aap ek aur dunya banaiye, ya is dunya banana hai to isi tarah rehna parega aap ko.</w:t>
      </w:r>
    </w:p>
    <w:p>
      <w:pPr>
        <w:jc w:val="right"/>
      </w:pPr>
      <w:r>
        <w:t>خدا نے اس دنیا میں، یعنی کریٹر نے اس دنیا میں ہماری زندگی کا یہ طریقہ رکھا ہے۔ یا تو آپ ایک اور دنیا بنائیے، یا اس دنیا بنانا ہے تو اسی طرح رہنا پڑے گا آپ کو۔</w:t>
      </w:r>
    </w:p>
    <w:p>
      <w:r>
        <w:rPr>
          <w:b/>
        </w:rPr>
        <w:t xml:space="preserve">[1:16:46] </w:t>
      </w:r>
      <w:r>
        <w:t>aap is se bach nahi sakte.</w:t>
      </w:r>
    </w:p>
    <w:p>
      <w:pPr>
        <w:jc w:val="right"/>
      </w:pPr>
      <w:r>
        <w:t>آپ اس سے بچ نہیں سکتے۔</w:t>
      </w:r>
    </w:p>
    <w:p>
      <w:r>
        <w:rPr>
          <w:b/>
        </w:rPr>
        <w:t xml:space="preserve">[1:16:52] </w:t>
      </w:r>
      <w:r>
        <w:t>Maulana, yeh sawal aaya hai Karachi se. Mr. Ab mein ek baat aur arz kar doon ke mein khud, yani vegetarian hoon.</w:t>
      </w:r>
    </w:p>
    <w:p>
      <w:pPr>
        <w:jc w:val="right"/>
      </w:pPr>
      <w:r>
        <w:t>مولانا، یہ سوال آیا ہے کراچی سے۔ مسٹر، اب میں ایک بات اور عرض کر دوں کہ میں خود، یعنی ویجیٹیرین ہوں۔</w:t>
      </w:r>
    </w:p>
    <w:p>
      <w:r>
        <w:rPr>
          <w:b/>
        </w:rPr>
        <w:t xml:space="preserve">[1:17:02] </w:t>
      </w:r>
      <w:r>
        <w:t>lekin sawal hai ke vegetarian jo food leta hoon, us mein bhi to woh cheezein hoti hain. koi aisa khana mujhe mere paas nahi hai vegetarian ke siwa.</w:t>
      </w:r>
    </w:p>
    <w:p>
      <w:pPr>
        <w:jc w:val="right"/>
      </w:pPr>
      <w:r>
        <w:t>لیکن سوال ہے کہ ویجیٹیرین جو فوڈ لیتا ہوں، اس میں بھی تو وہ چیزیں ہوتی ہیں۔ کوئی ایسا کھانا مجھے میرے پاس نہیں ہے ویجیٹیرین کے سوا۔</w:t>
      </w:r>
    </w:p>
    <w:p>
      <w:r>
        <w:rPr>
          <w:b/>
        </w:rPr>
        <w:t xml:space="preserve">[1:17:14] </w:t>
      </w:r>
      <w:r>
        <w:t>lekin mein khud by by birth vegetarian hoon. lekin mein yeh keh raha hoon ke jo creation plan hai creator ka, woh to wahi hai. aap is se bach nahi sakte.</w:t>
      </w:r>
    </w:p>
    <w:p>
      <w:pPr>
        <w:jc w:val="right"/>
      </w:pPr>
      <w:r>
        <w:t>لیکن میں خود بائے بائے برتھ ویجیٹیرین ہوں۔ لیکن میں یہ کہہ رہا ہوں کہ جو کریشن پلان ہے کریٹر کا، وہ تو وہی ہے۔ آپ اس سے بچ نہیں سکتے۔</w:t>
      </w:r>
    </w:p>
    <w:p>
      <w:r>
        <w:rPr>
          <w:b/>
        </w:rPr>
        <w:t xml:space="preserve">[1:17:26] </w:t>
      </w:r>
      <w:r>
        <w:t>aap ko shakk ho to microscope mein dekh lijiye doodh ko, sabzi ko.</w:t>
      </w:r>
    </w:p>
    <w:p>
      <w:pPr>
        <w:jc w:val="right"/>
      </w:pPr>
      <w:r>
        <w:t>آپ کو شک ہو تو مائیکروسکوپ میں دیکھ لیجئے دودھ کو، سبزی کو۔</w:t>
      </w:r>
    </w:p>
    <w:p>
      <w:r>
        <w:rPr>
          <w:b/>
        </w:rPr>
        <w:t xml:space="preserve">[1:17:32] </w:t>
      </w:r>
      <w:r>
        <w:t>Maulana, yeh sawal Mr. Abdul Latif ne kiya hai Karachi Pakistan se. unhone likha hai: "log apni maadi masroofiyat mein itna masroof hain ke kisi ko deen par sanjeedgi se baat karne ka waqt nahi hai." Maulana sahib, is ki kya wajah hai?</w:t>
      </w:r>
    </w:p>
    <w:p>
      <w:pPr>
        <w:jc w:val="right"/>
      </w:pPr>
      <w:r>
        <w:t>مولانا، یہ سوال مسٹر عبداللطیف نے کیا ہے کراچی پاکستان سے۔ انہوں نے لکھا ہے: "لوگ اپنی مادی مصروفیت میں اتنا مصروف ہیں کہ کسی کو دین پر سنجیدگی سے بات کرنے کا وقت نہیں ہے۔" مولانا صاحب، اس کی کیا وجہ ہے؟</w:t>
      </w:r>
    </w:p>
    <w:p>
      <w:r>
        <w:rPr>
          <w:b/>
        </w:rPr>
        <w:t xml:space="preserve">[1:17:51] </w:t>
      </w:r>
      <w:r>
        <w:t>is ke bare mein batayein. yeh to Quran mein bata hi diya gaya hai. awalan ke yeh yani imme</w:t>
      </w:r>
    </w:p>
    <w:p>
      <w:pPr>
        <w:jc w:val="right"/>
      </w:pPr>
      <w:r>
        <w:t>اس کے بارے میں بتائیں۔ یہ تو قرآن میں بتا ہی دیا گیا ہے۔ اولا کہ یہ یعنی امی</w:t>
      </w:r>
    </w:p>
    <w:p>
      <w:r>
        <w:rPr>
          <w:b/>
        </w:rPr>
        <w:t xml:space="preserve">[1:18:02] </w:t>
      </w:r>
      <w:r>
        <w:t>diate gain ke peeche daudna, jo door ka faida hai, yani jannat to door ka faida lagti hai ke marne ke baad samne ayegi.</w:t>
      </w:r>
    </w:p>
    <w:p>
      <w:pPr>
        <w:jc w:val="right"/>
      </w:pPr>
      <w:r>
        <w:t>ڈیٹ گین کے پیچھے دوڑنا، جو دور کا فائدہ ہے، یعنی جنت تو دور کا فائدہ لگتی ہے کہ مرنے کے بعد سامنے آئے گی۔</w:t>
      </w:r>
    </w:p>
    <w:p>
      <w:r>
        <w:rPr>
          <w:b/>
        </w:rPr>
        <w:t xml:space="preserve">[1:18:11] </w:t>
      </w:r>
      <w:r>
        <w:t>samne ka jo faida hai, to awalan ke yeh yani immediate gain dikhai deta hai, us ke peeche daud rahe hain.</w:t>
      </w:r>
    </w:p>
    <w:p>
      <w:pPr>
        <w:jc w:val="right"/>
      </w:pPr>
      <w:r>
        <w:t>سامنے کا جو فائدہ ہے، تو اولا کہ یہ یعنی امیڈیٹ گین دکھائی دیتا ہے، اس کے پیچھے دوڑ رہے ہیں۔</w:t>
      </w:r>
    </w:p>
    <w:p>
      <w:r>
        <w:rPr>
          <w:b/>
        </w:rPr>
        <w:t xml:space="preserve">[1:18:21] </w:t>
      </w:r>
      <w:r>
        <w:t>ab baat ki jo cheez dikhai nahi deti, us se us se us ko nazar andaaz karte hain. yahi baat hai.</w:t>
      </w:r>
    </w:p>
    <w:p>
      <w:pPr>
        <w:jc w:val="right"/>
      </w:pPr>
      <w:r>
        <w:t>اب بات کی جو چیز دکھائی نہیں دیتی، اس سے اس سے اس کو نظر انداز کرتے ہیں۔ یہی بات ہے۔</w:t>
      </w:r>
    </w:p>
    <w:p>
      <w:r>
        <w:rPr>
          <w:b/>
        </w:rPr>
        <w:t xml:space="preserve">[1:18:30] </w:t>
      </w:r>
      <w:r>
        <w:t>maulana, agla sawal aaya hai maulana zikwan nadvi ka dilli se. unhon ne likha hai: "aam taur par logon ka yeh mizaj hota hai ke woh sirf like minded logon se milte hain.</w:t>
      </w:r>
    </w:p>
    <w:p>
      <w:pPr>
        <w:jc w:val="right"/>
      </w:pPr>
      <w:r>
        <w:t>مولانا، اگلا سوال آیا ہے مولانا زکوان ندوی کا دلی سے۔ انہوں نے لکھا ہے: "عام طور پر لوگوں کا یہ مزاج ہوتا ہے کہ وہ صرف لائک مائنڈڈ لوگوں سے ملتے ہیں۔</w:t>
      </w:r>
    </w:p>
    <w:p>
      <w:r>
        <w:rPr>
          <w:b/>
        </w:rPr>
        <w:t xml:space="preserve">[1:18:42] </w:t>
      </w:r>
      <w:r>
        <w:t>jo log like minded nahi hote, un ke sath woh interaction nahi karte. ek daai ke liye is tarah ka mizaj kaisa hai?" daai to aise mizaj ko afford nahi kar sakta.</w:t>
      </w:r>
    </w:p>
    <w:p>
      <w:pPr>
        <w:jc w:val="right"/>
      </w:pPr>
      <w:r>
        <w:t>جو لوگ لائک مائنڈڈ نہیں ہوتے، ان کے ساتھ وہ انٹریکشن نہیں کرتے۔ ایک داعی کے لیے اس طرح کا مزاج کیسا ہے؟" داعی تو ایسے مزاج کو افورڈ نہیں کر سکتا۔</w:t>
      </w:r>
    </w:p>
    <w:p>
      <w:r>
        <w:rPr>
          <w:b/>
        </w:rPr>
        <w:t xml:space="preserve">[1:18:58] </w:t>
      </w:r>
      <w:r>
        <w:t>aisa mizaj ho, daawti kaam kaise karega woh?</w:t>
      </w:r>
    </w:p>
    <w:p>
      <w:pPr>
        <w:jc w:val="right"/>
      </w:pPr>
      <w:r>
        <w:t>ایسا مزاج ہو، دعوتی کام کیسے کرے گا وہ؟</w:t>
      </w:r>
    </w:p>
    <w:p>
      <w:r>
        <w:rPr>
          <w:b/>
        </w:rPr>
        <w:t xml:space="preserve">[1:19:03] </w:t>
      </w:r>
      <w:r>
        <w:t>daai ko to un like minded logon par jana parta hai. kaise daawti kaam karega agar is se parhez kare to woh? aur dekhiye, mera zindagi ke waqt tajurba aaya hai ke logon ke mizaj aam taur par yahi hota hai.</w:t>
      </w:r>
    </w:p>
    <w:p>
      <w:pPr>
        <w:jc w:val="right"/>
      </w:pPr>
      <w:r>
        <w:t>داعی کو تو ان لائک مائنڈڈ لوگوں پر جانا پڑتا ہے۔ کیسے دعوتی کام کرے گا اگر اس سے پرہیز کرے تو وہ؟ اور دیکھیے، میرا زندگی کے وقت تجربہ آیا ہے کہ لوگوں کے مزاج عام طور پر یہی ہوتا ہے۔</w:t>
      </w:r>
    </w:p>
    <w:p>
      <w:r>
        <w:rPr>
          <w:b/>
        </w:rPr>
        <w:t xml:space="preserve">[1:19:17] </w:t>
      </w:r>
      <w:r>
        <w:t>like minded logon ko le ke bait</w:t>
      </w:r>
    </w:p>
    <w:p>
      <w:pPr>
        <w:jc w:val="right"/>
      </w:pPr>
      <w:r>
        <w:t>لائک مائنڈڈ لوگوں کو لے کے بیٹ</w:t>
      </w:r>
    </w:p>
    <w:p>
      <w:r>
        <w:rPr>
          <w:b/>
        </w:rPr>
        <w:t xml:space="preserve">[1:19:19] </w:t>
      </w:r>
      <w:r>
        <w:t>h jaate hain. har jagah mein ne dekha hai, yaani hatta ke qabristan mein aur shadiyon mein, ijtimaat mein like minded logon ke sath baith ke baatein karte hain.</w:t>
      </w:r>
    </w:p>
    <w:p>
      <w:pPr>
        <w:jc w:val="right"/>
      </w:pPr>
      <w:r>
        <w:t>ھ جاتے ہیں۔ ہر جگہ میں نے دیکھا ہے، یعنی حتیٰ کہ قبرستان میں اور شادیوں میں، اجتماعات میں لائک مائنڈڈ لوگوں کے ساتھ بیٹھ کے باتیں کرتے ہیں۔</w:t>
      </w:r>
    </w:p>
    <w:p>
      <w:r>
        <w:rPr>
          <w:b/>
        </w:rPr>
        <w:t xml:space="preserve">[1:19:30] </w:t>
      </w:r>
      <w:r>
        <w:t>is ka nuksan kya hai? is ka nuksan yeh hai ke aap ka intellectual development nahi hota. intellectual development nahi hota aap ka.</w:t>
      </w:r>
    </w:p>
    <w:p>
      <w:pPr>
        <w:jc w:val="right"/>
      </w:pPr>
      <w:r>
        <w:t>اس کا نقصان کیا ہے؟ اس کا نقصان یہ ہے کہ آپ کا انٹلیکچول ڈیویلپمنٹ نہیں ہوتا۔ انٹلیکچول ڈیویلپمنٹ نہیں ہوتا آپ کا۔</w:t>
      </w:r>
    </w:p>
    <w:p>
      <w:r>
        <w:rPr>
          <w:b/>
        </w:rPr>
        <w:t xml:space="preserve">[1:19:40] </w:t>
      </w:r>
      <w:r>
        <w:t>to daai ke liye double nuksan hai.</w:t>
      </w:r>
    </w:p>
    <w:p>
      <w:pPr>
        <w:jc w:val="right"/>
      </w:pPr>
      <w:r>
        <w:t>تو داعی کے لیے ڈبل نقصان ہے۔</w:t>
      </w:r>
    </w:p>
    <w:p>
      <w:r>
        <w:rPr>
          <w:b/>
        </w:rPr>
        <w:t xml:space="preserve">[1:19:43] </w:t>
      </w:r>
      <w:r>
        <w:t>ek to apna intellectual development ruk jayega. intellectual stagnation aa jayega aap ke andar. kyun ke jo woh sochta hai, wahi aap bhi soch rahe hain.</w:t>
      </w:r>
    </w:p>
    <w:p>
      <w:pPr>
        <w:jc w:val="right"/>
      </w:pPr>
      <w:r>
        <w:t>ایک تو اپنا انٹلیکچول ڈیویلپمنٹ رک جائے گا۔ انٹلیکچول اسٹیگنیشن آ جائے گا آپ کے اندر۔ کیونکہ جو وہ سوچتا ہے، وہی آپ بھی سوچ رہے ہیں۔</w:t>
      </w:r>
    </w:p>
    <w:p>
      <w:r>
        <w:rPr>
          <w:b/>
        </w:rPr>
        <w:t xml:space="preserve">[1:19:54] </w:t>
      </w:r>
      <w:r>
        <w:t>to kaise development hoga?</w:t>
      </w:r>
    </w:p>
    <w:p>
      <w:pPr>
        <w:jc w:val="right"/>
      </w:pPr>
      <w:r>
        <w:t>تو کیسے ڈیویلپمنٹ ہوگا؟</w:t>
      </w:r>
    </w:p>
    <w:p>
      <w:r>
        <w:rPr>
          <w:b/>
        </w:rPr>
        <w:t xml:space="preserve">[1:19:59] </w:t>
      </w:r>
      <w:r>
        <w:t>aur daawti kaam mein aap un logon ke paas jaane se ghabrayenge jin ki soch alag ho, jin ka ilm aap se zyada ho. to daai ko to apne ko tayyar karna parta hai ke har ek ke paas ja kar ja sake, har ek se apna paigham de sake.</w:t>
      </w:r>
    </w:p>
    <w:p>
      <w:pPr>
        <w:jc w:val="right"/>
      </w:pPr>
      <w:r>
        <w:t>اور دعوتی کام میں آپ ان لوگوں کے پاس جانے سے گھبرائیں گے جن کی سوچ الگ ہو، جن کا علم آپ سے زیادہ ہو۔ تو داعی کو تو اپنے کو تیار کرنا پڑتا ہے کہ ہر ایک کے پاس جا کر جا سکے، ہر ایک سے اپنا پیغام دے سکے۔</w:t>
      </w:r>
    </w:p>
    <w:p>
      <w:r>
        <w:rPr>
          <w:b/>
        </w:rPr>
        <w:t xml:space="preserve">[1:20:17] </w:t>
      </w:r>
      <w:r>
        <w:t>mera mizaj, yaani ajeeb baat hai ke paidaishi to baqiya mere andar hai. jaise mein vegetarian hoon, paidaishi taur par e</w:t>
      </w:r>
    </w:p>
    <w:p>
      <w:pPr>
        <w:jc w:val="right"/>
      </w:pPr>
      <w:r>
        <w:t>میرا مزاج، یعنی عجیب بات ہے کہ پیدائشی تو بقایہ میرے اندر ہے۔ جیسے میں ویجیٹیرین ہوں، پیدائشی طور پر ای</w:t>
      </w:r>
    </w:p>
    <w:p>
      <w:r>
        <w:rPr>
          <w:b/>
        </w:rPr>
        <w:t xml:space="preserve">[1:20:25] </w:t>
      </w:r>
      <w:r>
        <w:t>se hi un like minded logon se milna, un like minded logon se, yeh bhi mere paidaishi taur par. jaise mein jab tha adam, mein ne gaon mein jab tha bohat pehle to mere milna julna teen aadmiyon se hota tha mera,</w:t>
      </w:r>
    </w:p>
    <w:p>
      <w:pPr>
        <w:jc w:val="right"/>
      </w:pPr>
      <w:r>
        <w:t>سے ہی ان لائک مائنڈڈ لوگوں سے ملنا، ان لائک مائنڈڈ لوگوں سے، یہ بھی میرے پیدائشی طور پر۔ جیسے میں جب تھا آدم، میں نے گاؤں میں جب تھا بہت پہلے تو میرے ملنا جلنا تین آدمیوں سے ہوتا تھا میرا،</w:t>
      </w:r>
    </w:p>
    <w:p>
      <w:r>
        <w:rPr>
          <w:b/>
        </w:rPr>
        <w:t xml:space="preserve">[1:20:42] </w:t>
      </w:r>
      <w:r>
        <w:t>aur teeno angrezan the, jab ke mein angrez zyada nahi tha is zamane mein. mr. ateeq ahmad ansari aur ali hamd abbasi, khalil ur rehman azmi, yeh sab teeno angrezan the.</w:t>
      </w:r>
    </w:p>
    <w:p>
      <w:pPr>
        <w:jc w:val="right"/>
      </w:pPr>
      <w:r>
        <w:t>اور تینوں انگریزاں تھے، جبکہ میں انگریز زیادہ نہیں تھا اس زمانے میں۔ مسٹر عتیق احمد انصاری اور علی حمد عباسی، خلیل الرحمن عازمی، یہ سب تینوں انگریزاں تھے۔</w:t>
      </w:r>
    </w:p>
    <w:p>
      <w:r>
        <w:rPr>
          <w:b/>
        </w:rPr>
        <w:t xml:space="preserve">[1:20:54] </w:t>
      </w:r>
      <w:r>
        <w:t>zyada tar mujhe mil jata tha, jab ke woh khud angrez is zamane mein nahi aata tha. is zamane mein sirf molvi wala taleem meri hui thi. to is se un se mein maloomat leta tha, un se zuban seekhta tha, un ke tareeqe maloom karta tha.</w:t>
      </w:r>
    </w:p>
    <w:p>
      <w:pPr>
        <w:jc w:val="right"/>
      </w:pPr>
      <w:r>
        <w:t>زیادہ تر مجھے مل جاتا تھا، جبکہ وہ خود انگریز اس زمانے میں نہیں آتا تھا۔ اس زمانے میں صرف مولوی والا تعلیم میری ہوئی تھی۔ تو اس سے ان سے میں معلومات لیتا تھا، ان سے زبان سیکھتا تھا، ان کے طریقے معلوم کرتا تھا۔</w:t>
      </w:r>
    </w:p>
    <w:p>
      <w:r>
        <w:rPr>
          <w:b/>
        </w:rPr>
        <w:t xml:space="preserve">[1:21:12] </w:t>
      </w:r>
      <w:r>
        <w:t>to mera bachpan se yeh mizaj hai ke mein, yaani un like minded logon hi se milta hoon zyada. is se mujhe faida hota hai.</w:t>
      </w:r>
    </w:p>
    <w:p>
      <w:pPr>
        <w:jc w:val="right"/>
      </w:pPr>
      <w:r>
        <w:t>تو میرا بچپن سے یہ مزاج ہے کہ میں، یعنی ان لائک مائنڈڈ لوگوں ہی سے ملتا ہوں زیادہ۔ اس سے مجھے فائدہ ہوتا ہے۔</w:t>
      </w:r>
    </w:p>
    <w:p>
      <w:r>
        <w:rPr>
          <w:b/>
        </w:rPr>
        <w:t xml:space="preserve">[1:21:20] </w:t>
      </w:r>
      <w:r>
        <w:t>to behal yeh na sirf daai ke liye, balke aam insan ke liye bhi yeh cheez bohat, yaani nuksan wali hai.</w:t>
      </w:r>
    </w:p>
    <w:p>
      <w:pPr>
        <w:jc w:val="right"/>
      </w:pPr>
      <w:r>
        <w:t>تو بہرحال یہ نہ صرف داعی کے لیے، بلکہ عام انسان کے لیے بھی یہ چیز بہت، یعنی نقصان والی ہے۔</w:t>
      </w:r>
    </w:p>
    <w:p>
      <w:r>
        <w:rPr>
          <w:b/>
        </w:rPr>
        <w:t xml:space="preserve">[1:21:31] </w:t>
      </w:r>
      <w:r>
        <w:t>kyun ke is se aap ka, yaani intellectual development ruk jayega. maulana, un ka ek aur sawal hai.</w:t>
      </w:r>
    </w:p>
    <w:p>
      <w:pPr>
        <w:jc w:val="right"/>
      </w:pPr>
      <w:r>
        <w:t>کیونکہ اس سے آپ کا، یعنی انٹلیکچول ڈیویلپمنٹ رک جائے گا۔ مولانا، ان کا ایک اور سوال ہے۔</w:t>
      </w:r>
    </w:p>
    <w:p>
      <w:r>
        <w:rPr>
          <w:b/>
        </w:rPr>
        <w:t xml:space="preserve">[1:21:40] </w:t>
      </w:r>
      <w:r>
        <w:t>unhon ne likha hai: "ek missionary aadmi ke liye kya sirf yeh baat kafi hai ke woh daawti literature logon tak pohanchaye,</w:t>
      </w:r>
    </w:p>
    <w:p>
      <w:pPr>
        <w:jc w:val="right"/>
      </w:pPr>
      <w:r>
        <w:t>انہوں نے لکھا ہے: "ایک مشنری آدمی کے لیے کیا صرف یہ بات کافی ہے کہ وہ دعوتی لٹریچر لوگوں تک پہنچائے،</w:t>
      </w:r>
    </w:p>
    <w:p>
      <w:r>
        <w:rPr>
          <w:b/>
        </w:rPr>
        <w:t xml:space="preserve">[1:21:49] </w:t>
      </w:r>
      <w:r>
        <w:t>ya mission ke liye zaroori hai ke kuch individuals ko le kar un ke mind ki re engineering ki jaye, aur individuals par focus kar ke dawat aur maarfat ki nisbat se un ko train karein?" haan, dekhein, dono kaam karna hai.</w:t>
      </w:r>
    </w:p>
    <w:p>
      <w:pPr>
        <w:jc w:val="right"/>
      </w:pPr>
      <w:r>
        <w:t>یا مشن کے لیے ضروری ہے کہ کچھ انڈیویجولز کو لے کر ان کے مائنڈ کی ری انجینئرنگ کی جائے، اور انڈیویجولز پر فوکس کر کے دعوت اور معرفت کی نسبت سے ان کو ٹرین کریں؟" ہاں، دیکھیں، دونوں کام کرنا ہے۔</w:t>
      </w:r>
    </w:p>
    <w:p>
      <w:r>
        <w:rPr>
          <w:b/>
        </w:rPr>
        <w:t xml:space="preserve">[1:22:06] </w:t>
      </w:r>
      <w:r>
        <w:t>ek to</w:t>
      </w:r>
    </w:p>
    <w:p>
      <w:pPr>
        <w:jc w:val="right"/>
      </w:pPr>
      <w:r>
        <w:t>ایک تو</w:t>
      </w:r>
    </w:p>
    <w:p>
      <w:r>
        <w:rPr>
          <w:b/>
        </w:rPr>
        <w:t xml:space="preserve">[1:22:09] </w:t>
      </w:r>
      <w:r>
        <w:t>jahan tak mumkin ho, aap quran pohanchayein, literature pohanchayein. yeh to karna hi karna hai. lekin isi ke sath sath aap apne aas paas ke logon mein kuch logon ko select karein, select jinke andar seekhne ki rooh ho, jo sincere hon, jo baat samajh sakte hon.</w:t>
      </w:r>
    </w:p>
    <w:p>
      <w:pPr>
        <w:jc w:val="right"/>
      </w:pPr>
      <w:r>
        <w:t>جہاں تک ممکن ہو، آپ قرآن پہنچائیں، لٹریچر پہنچائیں۔ یہ تو کرنا ہی کرنا ہے۔ لیکن اسی کے ساتھ ساتھ آپ اپنے آس پاس کے لوگوں میں کچھ لوگوں کو سلیکٹ کریں، سلیکٹ جن کے اندر سیکھنے کی روح ہو، جو سنسیئر ہوں، جو بات سمجھ سکتے ہوں۔</w:t>
      </w:r>
    </w:p>
    <w:p>
      <w:r>
        <w:rPr>
          <w:b/>
        </w:rPr>
        <w:t xml:space="preserve">[1:22:28] </w:t>
      </w:r>
      <w:r>
        <w:t>un se bar bar milein, un ko kitabein dein, un ke mind ko train karein</w:t>
      </w:r>
    </w:p>
    <w:p>
      <w:pPr>
        <w:jc w:val="right"/>
      </w:pPr>
      <w:r>
        <w:t>ان سے بار بار ملیں، ان کو کتابیں دیں، ان کے مائنڈ کو ٹرین کریں</w:t>
      </w:r>
    </w:p>
    <w:p>
      <w:r>
        <w:rPr>
          <w:b/>
        </w:rPr>
        <w:t xml:space="preserve">[1:22:35] </w:t>
      </w:r>
      <w:r>
        <w:t>۔ yaani individual based, jis ko mein kehta hoon. to aap ko, yaani aam taur par bhi message pohanchana hai.</w:t>
      </w:r>
    </w:p>
    <w:p>
      <w:pPr>
        <w:jc w:val="right"/>
      </w:pPr>
      <w:r>
        <w:t>۔ یعنی انڈیویجول بیسڈ، جس کو میں کہتا ہوں۔ تو آپ کو، یعنی عمومی طور پر بھی میسج پہنچانا ہے۔</w:t>
      </w:r>
    </w:p>
    <w:p>
      <w:r>
        <w:rPr>
          <w:b/>
        </w:rPr>
        <w:t xml:space="preserve">[1:22:47] </w:t>
      </w:r>
      <w:r>
        <w:t>jaise kisi aaj gaye kisi seminar mein, wahan bohat se log aaye hue hain. woh ek hi baar aap se mulaqat ho rahi hai un ki, to un ko aap ne kitaben de din.</w:t>
      </w:r>
    </w:p>
    <w:p>
      <w:pPr>
        <w:jc w:val="right"/>
      </w:pPr>
      <w:r>
        <w:t>جیسے کسی آج گئے کسی سیمینار میں، وہاں بہت سے لوگ آئے ہوئے ہیں۔ وہ ایک ہی بار آپ سے ملاقات ہو رہی ہے ان کی، تو ان کو آپ نے کتابیں دے دیں۔</w:t>
      </w:r>
    </w:p>
    <w:p>
      <w:r>
        <w:rPr>
          <w:b/>
        </w:rPr>
        <w:t xml:space="preserve">[1:22:55] </w:t>
      </w:r>
      <w:r>
        <w:t>woh ghar ja ke</w:t>
      </w:r>
    </w:p>
    <w:p>
      <w:pPr>
        <w:jc w:val="right"/>
      </w:pPr>
      <w:r>
        <w:t>وہ گھر جا کے</w:t>
      </w:r>
    </w:p>
    <w:p>
      <w:r>
        <w:rPr>
          <w:b/>
        </w:rPr>
        <w:t xml:space="preserve">[1:22:56] </w:t>
      </w:r>
      <w:r>
        <w:t>parhen ge. yeh bhi kaam hai. lekin isi ke sath kuch logon ko aap ko, yani select kar ke ek ek ek individual ke tor par, ek fard ke tor par un par mehnat karna hai.</w:t>
      </w:r>
    </w:p>
    <w:p>
      <w:pPr>
        <w:jc w:val="right"/>
      </w:pPr>
      <w:r>
        <w:t>پڑھیں گے۔ یہ بھی کام ہے۔ لیکن اسی کے ساتھ کچھ لوگوں کو آپ کو، یعنی سلیکٹ کر کے ایک ایک ایک انڈیویجول کے طور پر، ایک فرد کے طور پر ان پر محنت کرنا ہے۔</w:t>
      </w:r>
    </w:p>
    <w:p>
      <w:r>
        <w:rPr>
          <w:b/>
        </w:rPr>
        <w:t xml:space="preserve">[1:23:10] </w:t>
      </w:r>
      <w:r>
        <w:t>yeh bohat hi zaroori hai, yeh kaam.</w:t>
      </w:r>
    </w:p>
    <w:p>
      <w:pPr>
        <w:jc w:val="right"/>
      </w:pPr>
      <w:r>
        <w:t>یہ بہت ہی ضروری ہے، یہ کام۔</w:t>
      </w:r>
    </w:p>
    <w:p>
      <w:r>
        <w:rPr>
          <w:b/>
        </w:rPr>
        <w:t xml:space="preserve">[1:23:15] </w:t>
      </w:r>
      <w:r>
        <w:t>maulana, mister sajid anwar ne roorkee se sawal</w:t>
      </w:r>
    </w:p>
    <w:p>
      <w:pPr>
        <w:jc w:val="right"/>
      </w:pPr>
      <w:r>
        <w:t>مولانا، مسٹر ساجد انور نے روڑکی سے سوال</w:t>
      </w:r>
    </w:p>
    <w:p>
      <w:r>
        <w:rPr>
          <w:b/>
        </w:rPr>
        <w:t xml:space="preserve">[1:23:18] </w:t>
      </w:r>
      <w:r>
        <w:t>kiya hai. unhon ne likha hai: "maulana, once you explain that god will grant throne of truth to selected persons in the day of judgment, but those who are involved in kazb, yani jhoot bolna, whether hidden or open, will not be chosen for that.</w:t>
      </w:r>
    </w:p>
    <w:p>
      <w:pPr>
        <w:jc w:val="right"/>
      </w:pPr>
      <w:r>
        <w:t>کیا ہے۔ انہوں نے لکھا ہے: "مولانا، ونس یو ایکسپلین دیٹ گاڈ ول گرانٹ تھرون آف ٹروتھ ٹو سلیکٹڈ پرسنز ان دا ڈے آف ججمنٹ، بٹ دوست ہو آر انوالوڈ ان کذب، یعنی جھوٹ بولنا، ویدر ہڈن اور اوپن، ول ناٹ بی چوزن فار دیٹ۔</w:t>
      </w:r>
    </w:p>
    <w:p>
      <w:r>
        <w:rPr>
          <w:b/>
        </w:rPr>
        <w:t xml:space="preserve">[1:23:38] </w:t>
      </w:r>
      <w:r>
        <w:t>maulana, please guide us how to save ourselves from kazb khafi, that is hidden lie."</w:t>
      </w:r>
    </w:p>
    <w:p>
      <w:pPr>
        <w:jc w:val="right"/>
      </w:pPr>
      <w:r>
        <w:t>مولانا، پلیز گائیڈ اس ہاؤ ٹو سیو اور سیلز فرام کذب خفی، دیٹ از ہڈن لائی۔"</w:t>
      </w:r>
    </w:p>
    <w:p>
      <w:r>
        <w:rPr>
          <w:b/>
        </w:rPr>
        <w:t xml:space="preserve">[1:23:49] </w:t>
      </w:r>
      <w:r>
        <w:t>yeh to aadmi ke hath mein mera tajurba hai ke logon ki aadat pad jati hai. yani kazb e jali jo hai, khula khula kazb, jaise aap yeh nahi kahen ke main is waqt washington mein hoon.</w:t>
      </w:r>
    </w:p>
    <w:p>
      <w:pPr>
        <w:jc w:val="right"/>
      </w:pPr>
      <w:r>
        <w:t>یہ تو آدمی کے ہاتھ میں میرا تجربہ ہے کہ لوگوں کی عادت پڑ جاتی ہے۔ یعنی کذب جلی جو ہے، کھلا کھلا کذب، جیسے آپ یہ نہیں کہیں کہ میں اس وقت واشنگٹن میں ہوں۔</w:t>
      </w:r>
    </w:p>
    <w:p>
      <w:r>
        <w:rPr>
          <w:b/>
        </w:rPr>
        <w:t xml:space="preserve">[1:24:03] </w:t>
      </w:r>
      <w:r>
        <w:t>khula khula jhoot hai. yeh kaun manega is ko ke aap kahen ke is waqt mein washington mein hoon? to khula khula jhoot to koi nahi bolta, kyun ke woh justify nahi kar paye ga is ko.</w:t>
      </w:r>
    </w:p>
    <w:p>
      <w:pPr>
        <w:jc w:val="right"/>
      </w:pPr>
      <w:r>
        <w:t>کھلا کھلا جھوٹ ہے۔ یہ کون مانے گا اس کو کہ آپ کہیں کہ اس وقت میں واشنگٹن میں ہوں؟ تو کھلا کھلا جھوٹ تو کوئی نہیں بولتا، کیونکہ وہ جسٹیفائی نہیں کر پائے گا اس کو۔</w:t>
      </w:r>
    </w:p>
    <w:p>
      <w:r>
        <w:rPr>
          <w:b/>
        </w:rPr>
        <w:t xml:space="preserve">[1:24:15] </w:t>
      </w:r>
      <w:r>
        <w:t>lekin kazb e khafi jo hai, woh logon ki aadat pad jati hai.</w:t>
      </w:r>
    </w:p>
    <w:p>
      <w:pPr>
        <w:jc w:val="right"/>
      </w:pPr>
      <w:r>
        <w:t>لیکن کذب خفی جو ہے، وہ لوگوں کی عادت پڑ جاتی ہے۔</w:t>
      </w:r>
    </w:p>
    <w:p>
      <w:r>
        <w:rPr>
          <w:b/>
        </w:rPr>
        <w:t xml:space="preserve">[1:24:19] </w:t>
      </w:r>
      <w:r>
        <w:t>yani apne apne aap ko acha banaye rakhne ke liye, apne yeh koshish mein ke main logon ki nazar mein galat na thehroon, main is ke liye aadmi koi toast kar ke bolta hai.</w:t>
      </w:r>
    </w:p>
    <w:p>
      <w:pPr>
        <w:jc w:val="right"/>
      </w:pPr>
      <w:r>
        <w:t>یعنی اپنے اپنے آپ کو اچھا بنائے رکھنے کے لیے، اپنے یہ کوشش میں کہ میں لوگوں کی نظر میں غلط نہ ٹھہروں، میں اس کے لیے آدمی کوئی ٹوسٹ کر کے بولتا ہے۔</w:t>
      </w:r>
    </w:p>
    <w:p>
      <w:r>
        <w:rPr>
          <w:b/>
        </w:rPr>
        <w:t xml:space="preserve">[1:24:32] </w:t>
      </w:r>
      <w:r>
        <w:t>jo angrezon ko kehta hai, toast kar ke bolna, yani saaf saaf na kar ke, na kar ke yeh kuch bolta hai. woh to toast kar ke bolna bhi kazb e khafi hai.</w:t>
      </w:r>
    </w:p>
    <w:p>
      <w:pPr>
        <w:jc w:val="right"/>
      </w:pPr>
      <w:r>
        <w:t>جو انگریزوں کو کہتا ہے، ٹوسٹ کر کے بولنا، یعنی صاف صاف نہ کر کے، نہ کر کے یہ کچھ بولتا ہے۔ وہ تو ٹوسٹ کر کے بولنا بھی کذب خفی ہے۔</w:t>
      </w:r>
    </w:p>
    <w:p>
      <w:r>
        <w:rPr>
          <w:b/>
        </w:rPr>
        <w:t xml:space="preserve">[1:24:45] </w:t>
      </w:r>
      <w:r>
        <w:t>to yeh yeh aadat pad jati hai bachpan se. bachpan se aadat pad jati hai ke aadmi is tarah se baat karta hai ke woh is par blame na jaye.</w:t>
      </w:r>
    </w:p>
    <w:p>
      <w:pPr>
        <w:jc w:val="right"/>
      </w:pPr>
      <w:r>
        <w:t>تو یہ یہ عادت پڑ جاتی ہے بچپن سے۔ بچپن سے عادت پڑ جاتی ہے کہ آدمی اس طرح سے بات کرتا ہے کہ وہ اس پر بلیم نہ جائے۔</w:t>
      </w:r>
    </w:p>
    <w:p>
      <w:r>
        <w:rPr>
          <w:b/>
        </w:rPr>
        <w:t xml:space="preserve">[1:24:58] </w:t>
      </w:r>
      <w:r>
        <w:t>woh doosron ki nazar mein acha bana rahe hain. yeh ek mizaj hota hai jo bachpan se hote hote aadmi isi mein conditioned ho jata hai. mera tajurba yeh hai ke log conditioned ho jate hain kazb e khafi</w:t>
      </w:r>
    </w:p>
    <w:p>
      <w:pPr>
        <w:jc w:val="right"/>
      </w:pPr>
      <w:r>
        <w:t>وہ دوسروں کی نظر میں اچھا بنا رہے ہیں۔ یہ ایک مزاج ہوتا ہے جو بچپن سے ہوتے ہوتے آدمی اسی میں کنڈیشنڈ ہو جاتا ہے۔ میرا تجربہ یہ ہے کہ لوگ کنڈیشنڈ ہو جاتے ہیں کذب خفی</w:t>
      </w:r>
    </w:p>
    <w:p>
      <w:r>
        <w:rPr>
          <w:b/>
        </w:rPr>
        <w:t xml:space="preserve">[1:25:12] </w:t>
      </w:r>
      <w:r>
        <w:t>ke, yani</w:t>
      </w:r>
    </w:p>
    <w:p>
      <w:pPr>
        <w:jc w:val="right"/>
      </w:pPr>
      <w:r>
        <w:t>کے، یعنی</w:t>
      </w:r>
    </w:p>
    <w:p>
      <w:r>
        <w:rPr>
          <w:b/>
        </w:rPr>
        <w:t xml:space="preserve">[1:25:16] </w:t>
      </w:r>
      <w:r>
        <w:t>chote chote jhoot jo hote hain. to jab tak aap apna introspection na karen, apna muhasba na karen, dhoond dhoond kar na nikalein apni aadatein, apni ghaltiyan,</w:t>
      </w:r>
    </w:p>
    <w:p>
      <w:pPr>
        <w:jc w:val="right"/>
      </w:pPr>
      <w:r>
        <w:t>چھوٹے چھوٹے جھوٹ جو ہوتے ہیں۔ تو جب تک آپ اپنا انٹراسپیکشن نہ کریں، اپنا محاسبہ نہ کریں، ڈھونڈ ڈھونڈ کر نہ نکالیں اپنی عادتیں، اپنی غلطیاں،</w:t>
      </w:r>
    </w:p>
    <w:p>
      <w:r>
        <w:rPr>
          <w:b/>
        </w:rPr>
        <w:t xml:space="preserve">[1:25:31] </w:t>
      </w:r>
      <w:r>
        <w:t>to yeh aadatein itni barh jati hain ke aadmi isi ka addict ho jata hai. addict wohi us ko acha lagta hai</w:t>
      </w:r>
    </w:p>
    <w:p>
      <w:pPr>
        <w:jc w:val="right"/>
      </w:pPr>
      <w:r>
        <w:t>تو یہ عادتیں اتنی بڑھ جاتی ہیں کہ آدمی اسی کا ایڈکٹ ہو جاتا ہے۔ ایڈکٹ وہی اس کو اچھا لگتا ہے</w:t>
      </w:r>
    </w:p>
    <w:p>
      <w:r>
        <w:rPr>
          <w:b/>
        </w:rPr>
        <w:t xml:space="preserve">[1:25:38] </w:t>
      </w:r>
      <w:r>
        <w:t>ke toast kar ke bole, apni apni safai, apne aap ko saaf suthra banaye rahe, doosron ki nazar mein galat na dikhai de. woh to yeh aadmi ka ek mizaj ban jata hai.</w:t>
      </w:r>
    </w:p>
    <w:p>
      <w:pPr>
        <w:jc w:val="right"/>
      </w:pPr>
      <w:r>
        <w:t>کہ ٹوسٹ کر کے بولے، اپنی اپنی صفائی، اپنے آپ کو صاف ستھرا بنائے رہے، دوسروں کی نظر میں غلط نہ دکھائی دے۔ وہ تو یہ آدمی کا ایک مزاج بن جاتا ہے۔</w:t>
      </w:r>
    </w:p>
    <w:p>
      <w:r>
        <w:rPr>
          <w:b/>
        </w:rPr>
        <w:t xml:space="preserve">[1:25:50] </w:t>
      </w:r>
      <w:r>
        <w:t>to yeh to bohat mehnat karni pare gi. yeh aam tor par taqreeban 70 feesad logon mein yeh baat hai. to bohat zyada mehnat karni pare gi apne aap ko is se bachane ke liye.</w:t>
      </w:r>
    </w:p>
    <w:p>
      <w:pPr>
        <w:jc w:val="right"/>
      </w:pPr>
      <w:r>
        <w:t>تو یہ تو بہت محنت کرنی پڑے گی۔ یہ عام طور پر تقریباً 70 فیصد لوگوں میں یہ بات ہے۔ تو بہت زیادہ محنت کرنی پڑے گی اپنے آپ کو اس سے بچانے کے لیے۔</w:t>
      </w:r>
    </w:p>
    <w:p>
      <w:r>
        <w:rPr>
          <w:b/>
        </w:rPr>
        <w:t xml:space="preserve">[1:26:03] </w:t>
      </w:r>
      <w:r>
        <w:t>mera mamla aisa hua ke main bachpan se alag thalag rehta tha. bohat zyada alag thalag. to mere andar yeh mizaj bana nahi. lekin log aam tor par society mein rehte hain.</w:t>
      </w:r>
    </w:p>
    <w:p>
      <w:pPr>
        <w:jc w:val="right"/>
      </w:pPr>
      <w:r>
        <w:t>میرا معاملہ ایسا ہوا کہ میں بچپن سے الگ تھلگ رہتا تھا۔ بہت زیادہ الگ تھلگ۔ تو میرے اندر یہ مزاج بنا نہیں۔ لیکن لوگ عام طور پر سوسائٹی میں رہتے ہیں۔</w:t>
      </w:r>
    </w:p>
    <w:p>
      <w:r>
        <w:rPr>
          <w:b/>
        </w:rPr>
        <w:t xml:space="preserve">[1:26:13] </w:t>
      </w:r>
      <w:r>
        <w:t>main family mein bhi door rehta tha logon se. yani family mein bhi alag thalag kahin rehta tha. to family mein, society mein, kahin pe main mil jul kar nahi rehta tha.</w:t>
      </w:r>
    </w:p>
    <w:p>
      <w:pPr>
        <w:jc w:val="right"/>
      </w:pPr>
      <w:r>
        <w:t>میں فیملی میں بھی دور رہتا تھا لوگوں سے۔ یعنی فیملی میں بھی الگ تھلگ کہیں رہتا تھا۔ تو فیملی میں، سوسائٹی میں، کہیں پہ میں مل جل کر نہیں رہتا تھا۔</w:t>
      </w:r>
    </w:p>
    <w:p>
      <w:r>
        <w:rPr>
          <w:b/>
        </w:rPr>
        <w:t xml:space="preserve">[1:26:24] </w:t>
      </w:r>
      <w:r>
        <w:t>to mil jul kar aanay se yeh sab mizaj banta hai ke doosron ki nazar mein ache dikhane ke liye.</w:t>
      </w:r>
    </w:p>
    <w:p>
      <w:pPr>
        <w:jc w:val="right"/>
      </w:pPr>
      <w:r>
        <w:t>تو مل جل کر آنے سے یہ سب مزاج بنتا ہے کہ دوسروں کی نظر میں اچھے دکھانے کے لیے۔</w:t>
      </w:r>
    </w:p>
    <w:p>
      <w:r>
        <w:rPr>
          <w:b/>
        </w:rPr>
        <w:t xml:space="preserve">[1:26:31] </w:t>
      </w:r>
      <w:r>
        <w:t>to main alag thalag rehta tha, is liye mere andar yeh mizaj bana nahi. kitaben parhta tha, sochta tha. is tarah ki meri life thi. to aam tor par log social zindagi guzarte hain.</w:t>
      </w:r>
    </w:p>
    <w:p>
      <w:pPr>
        <w:jc w:val="right"/>
      </w:pPr>
      <w:r>
        <w:t>تو میں الگ تھلگ رہتا تھا، اس لیے میرے اندر یہ مزاج بنا نہیں۔ کتابیں پڑھتا تھا، سوچتا تھا۔ اس طرح کی میری لائف تھی۔ تو عام طور پر لوگ سوشل زندگی گزارتے ہیں۔</w:t>
      </w:r>
    </w:p>
    <w:p>
      <w:r>
        <w:rPr>
          <w:b/>
        </w:rPr>
        <w:t xml:space="preserve">[1:26:43] </w:t>
      </w:r>
      <w:r>
        <w:t>to bohat zyada logon ko aadat pad jati hai. taqreeban aisa mujhe mera khayal hai ke logon ko exception dhoondna mushkil hai.</w:t>
      </w:r>
    </w:p>
    <w:p>
      <w:pPr>
        <w:jc w:val="right"/>
      </w:pPr>
      <w:r>
        <w:t>تو بہت زیادہ لوگوں کو عادت پڑ جاتی ہے۔ تقریباً ایسا مجھے میرا خیال ہے کہ لوگوں کو ایکسیپشن ڈھونڈنا مشکل ہے۔</w:t>
      </w:r>
    </w:p>
    <w:p>
      <w:r>
        <w:rPr>
          <w:b/>
        </w:rPr>
        <w:t xml:space="preserve">[1:26:52] </w:t>
      </w:r>
      <w:r>
        <w:t>to yeh kaam har aadmi ka hai ke dhoond dhoond kar apni ghalti nikale, apni aadaton ko durust kare.</w:t>
      </w:r>
    </w:p>
    <w:p>
      <w:pPr>
        <w:jc w:val="right"/>
      </w:pPr>
      <w:r>
        <w:t>تو یہ کام ہر آدمی کا ہے کہ ڈھونڈ ڈھونڈ کر اپنی غلطی نکالے، اپنی عادتوں کو درست کرے۔</w:t>
      </w:r>
    </w:p>
    <w:p>
      <w:r>
        <w:rPr>
          <w:b/>
        </w:rPr>
        <w:t xml:space="preserve">[1:26:58] </w:t>
      </w:r>
      <w:r>
        <w:t>nahi to woh kazb-e-khafi mein jiye ga, kazb-e-khafi mare ga.</w:t>
      </w:r>
    </w:p>
    <w:p>
      <w:pPr>
        <w:jc w:val="right"/>
      </w:pPr>
      <w:r>
        <w:t>نہیں تو وہ کذب خفی میں جیے گا، کذب خفی مرے گا۔</w:t>
      </w:r>
    </w:p>
    <w:p>
      <w:r>
        <w:rPr>
          <w:b/>
        </w:rPr>
        <w:t xml:space="preserve">[1:27:04] </w:t>
      </w:r>
      <w:r>
        <w:t>Maulana, agla sawal kya hai? Maulana Asrar ne Tamil Nadu se. Unho ne likha hai ke ek sahib ne kaha ke hum ko fakhr hai ke hum ko Al-Risala jaisa mission mila.</w:t>
      </w:r>
    </w:p>
    <w:p>
      <w:pPr>
        <w:jc w:val="right"/>
      </w:pPr>
      <w:r>
        <w:t>مولانا، اگلا سوال کیا ہے؟ مولانا اسرار نے تمل ناڈو سے۔ انہوں نے لکھا ہے کہ ایک صاحب نے کہا کہ ہم کو فخر ہے کہ ہم کو الرسالہ جیسا مشن ملا۔</w:t>
      </w:r>
    </w:p>
    <w:p>
      <w:r>
        <w:rPr>
          <w:b/>
        </w:rPr>
        <w:t xml:space="preserve">[1:27:17] </w:t>
      </w:r>
      <w:r>
        <w:t>Maulana, kya is tarah ki fakhr wali baat karna sahi hai? Har giz sahi nahi. Yeh bilkul galat hai. Yeh yeh fakhr ki</w:t>
      </w:r>
    </w:p>
    <w:p>
      <w:pPr>
        <w:jc w:val="right"/>
      </w:pPr>
      <w:r>
        <w:t>مولانا، کیا اس طرح کی فخر والی بات کرنا صحیح ہے؟ ہرگز صحیح نہیں۔ یہ بالکل غلط ہے۔ یہ یہ فخر کی</w:t>
      </w:r>
    </w:p>
    <w:p>
      <w:r>
        <w:rPr>
          <w:b/>
        </w:rPr>
        <w:t xml:space="preserve">[1:27:25] </w:t>
      </w:r>
      <w:r>
        <w:t>baat kya hai? Shukr ki baat kahiye ke Allah taala ka shukr hai ke mujhe sachai mil gayi. Fakhr kya? Fakhr to ek gunah ki baat hai, main samajhta hoon.</w:t>
      </w:r>
    </w:p>
    <w:p>
      <w:pPr>
        <w:jc w:val="right"/>
      </w:pPr>
      <w:r>
        <w:t>بات کیا ہے؟ شکر کی بات کہیے کہ اللہ تعالی کا شکر ہے کہ مجھے سچائی مل گئی۔ فخر کیا؟ فخر تو ایک گناہ کی بات ہے، میں سمجھتا ہوں۔</w:t>
      </w:r>
    </w:p>
    <w:p>
      <w:r>
        <w:rPr>
          <w:b/>
        </w:rPr>
        <w:t xml:space="preserve">[1:27:38] </w:t>
      </w:r>
      <w:r>
        <w:t>Fakhr ke andar to arrogance hai, yaani superiority, yeh sab cheezein is ke andar hain. Baharhal, fakhr bilkul hi ghair Islami hai aur bilkul galat kaam hai.</w:t>
      </w:r>
    </w:p>
    <w:p>
      <w:pPr>
        <w:jc w:val="right"/>
      </w:pPr>
      <w:r>
        <w:t>فخر کے اندر تو ارگینس ہے، یعنی سپیریٹی، یہ سب چیزیں اس کے اندر ہیں۔ بہرحال، فخر بالکل ہی غیر اسلامی ہے اور بالکل غلط کام ہے۔</w:t>
      </w:r>
    </w:p>
    <w:p>
      <w:r>
        <w:rPr>
          <w:b/>
        </w:rPr>
        <w:t xml:space="preserve">[1:27:55] </w:t>
      </w:r>
      <w:r>
        <w:t>Aap ko agar sachai mili hai to shukr ada kijiye Allah taala ka. Aisi cheez momin ki jo hai, woh response woh shukr hai, na ke fakhr.</w:t>
      </w:r>
    </w:p>
    <w:p>
      <w:pPr>
        <w:jc w:val="right"/>
      </w:pPr>
      <w:r>
        <w:t>آپ کو اگر سچائی ملی ہے تو شکر ادا کیجئے اللہ تعالی کا۔ ایسی چیز مومن کی جو ہے، وہ رسپانس وہ شکر ہے، نہ کہ فخر۔</w:t>
      </w:r>
    </w:p>
    <w:p>
      <w:r>
        <w:rPr>
          <w:b/>
        </w:rPr>
        <w:t xml:space="preserve">[1:28:08] </w:t>
      </w:r>
      <w:r>
        <w:t>Miss Aisha ne Delhi se sawal kiya hai. Unho ne likha hai: "Ek baar aap ne farmaya tha ke aadmi ko chahiye ke woh doosri cheezon ke muamle mein practical ho, lekin dealing ke muamle mein us ko chahiye ke woh ideal sabit ho."</w:t>
      </w:r>
    </w:p>
    <w:p>
      <w:pPr>
        <w:jc w:val="right"/>
      </w:pPr>
      <w:r>
        <w:t>مس عائشہ نے دلی سے سوال کیا ہے۔ انہوں نے لکھا ہے: "ایک بار آپ نے فرمایا تھا کہ آدمی کو چاہیے کہ وہ دوسری چیزوں کے معاملے میں پریکٹیکل ہو، لیکن ڈیلنگ کے معاملے میں اس کو چاہیے کہ وہ آئیڈیل ثابت ہو۔"</w:t>
      </w:r>
    </w:p>
    <w:p>
      <w:r>
        <w:rPr>
          <w:b/>
        </w:rPr>
        <w:t xml:space="preserve">[1:28:25] </w:t>
      </w:r>
      <w:r>
        <w:t>Kindly explain this.</w:t>
      </w:r>
    </w:p>
    <w:p>
      <w:pPr>
        <w:jc w:val="right"/>
      </w:pPr>
      <w:r>
        <w:t>کائنڈلی ایکسپلین دس۔</w:t>
      </w:r>
    </w:p>
    <w:p>
      <w:r>
        <w:rPr>
          <w:b/>
        </w:rPr>
        <w:t xml:space="preserve">[1:28:30] </w:t>
      </w:r>
      <w:r>
        <w:t>Dekhein, ek hai aap ka muamla Khuda se, ek hai aap ka muamla insaan se. To jis cheez ko hum riayat rukhsat kehte hain, woh sirf Khuda ke muamle mein hai, insaan ke muamle mein nahi hai.</w:t>
      </w:r>
    </w:p>
    <w:p>
      <w:pPr>
        <w:jc w:val="right"/>
      </w:pPr>
      <w:r>
        <w:t>دیکھیں، ایک ہے آپ کا معاملہ خدا سے، ایک ہے آپ کا معاملہ انسان سے۔ تو جس چیز کو ہم رعایت رخصت کہتے ہیں، وہ صرف خدا کے معاملے میں ہے، انسان کے معاملے میں نہیں ہے۔</w:t>
      </w:r>
    </w:p>
    <w:p>
      <w:r>
        <w:rPr>
          <w:b/>
        </w:rPr>
        <w:t xml:space="preserve">[1:28:42] </w:t>
      </w:r>
      <w:r>
        <w:t>Insaan se aap len den karte hain, paise ka len den, zameen ka len den, muamlaat ka len den, to wahan par aap ko rukhsat ya concession nahi lena hai.</w:t>
      </w:r>
    </w:p>
    <w:p>
      <w:pPr>
        <w:jc w:val="right"/>
      </w:pPr>
      <w:r>
        <w:t>انسان سے آپ لین دین کرتے ہیں، پیسے کا لین دین، زمین کا لین دین، معاملات کا لین دین، تو وہاں پر آپ کو رخصت یا کا سائیڈ لین نہیں لینا ہے۔</w:t>
      </w:r>
    </w:p>
    <w:p>
      <w:r>
        <w:rPr>
          <w:b/>
        </w:rPr>
        <w:t xml:space="preserve">[1:28:55] </w:t>
      </w:r>
      <w:r>
        <w:t>Bahut zyada, bahut zyada honesty ke saath rehna hai. To insaan se dealing karte hue main samajhta hoon ke azmat ka tareeqa hona chahiye.</w:t>
      </w:r>
    </w:p>
    <w:p>
      <w:pPr>
        <w:jc w:val="right"/>
      </w:pPr>
      <w:r>
        <w:t>بہت زیادہ، بہت زیادہ ہونسٹری کے ساتھ رہنا ہے۔ تو انسان سے ڈیلنگ کرتے ہوئے میں سمجھتا ہوں کہ عظمت کا طریقہ ہونا چاہیے۔</w:t>
      </w:r>
    </w:p>
    <w:p>
      <w:r>
        <w:rPr>
          <w:b/>
        </w:rPr>
        <w:t xml:space="preserve">[1:29:07] </w:t>
      </w:r>
      <w:r>
        <w:t>Wahan Allah ka jo muamla hai, wahan aap ko Allah ne rukhsat di hai. To doosra main yeh kahunga ke ek hai nafa-e-aakhirat, ek hai nafa-e-dunya.</w:t>
      </w:r>
    </w:p>
    <w:p>
      <w:pPr>
        <w:jc w:val="right"/>
      </w:pPr>
      <w:r>
        <w:t>وہاں اللہ کا جو معاملہ ہے، وہاں آپ کو اللہ نے رخصت دی ہے۔ تو دوسرا میں یہ کہوں گا کہ ایک ہے نفع آخرت، ایک ہے نفع دنیا۔</w:t>
      </w:r>
    </w:p>
    <w:p>
      <w:r>
        <w:rPr>
          <w:b/>
        </w:rPr>
        <w:t xml:space="preserve">[1:29:19] </w:t>
      </w:r>
      <w:r>
        <w:t>To nafa-e-aakhirat ke muamle mein Allah ne rukhsat di hai, uska amal kar sakte hain aap. Lekin nafa-e-dunya ka jahan muamla ho, wahan bahut zyada ehtiyat karna chahiye aap ko.</w:t>
      </w:r>
    </w:p>
    <w:p>
      <w:pPr>
        <w:jc w:val="right"/>
      </w:pPr>
      <w:r>
        <w:t>تو نفع آخرت کے معاملے میں اللہ نے رخصت دی ہے، اس کا عمل کر سکتے ہیں آپ۔ لیکن نفع دنیا کا جہاں معاملہ ہو، وہاں بہت زیادہ احتیاط کرنا چاہیے آپ کو۔</w:t>
      </w:r>
    </w:p>
    <w:p>
      <w:r>
        <w:rPr>
          <w:b/>
        </w:rPr>
        <w:t xml:space="preserve">[1:29:28] </w:t>
      </w:r>
      <w:r>
        <w:t>Wahan koi rukhsat nahi hai. Misaal ke taur par, aap ne farz kiya kisi se paisa liya,</w:t>
      </w:r>
    </w:p>
    <w:p>
      <w:pPr>
        <w:jc w:val="right"/>
      </w:pPr>
      <w:r>
        <w:t>وہاں کوئی رخصت نہیں ہے۔ مثال کے طور پر، آپ نے فرض کیا کسی سے پیسہ لیا،</w:t>
      </w:r>
    </w:p>
    <w:p>
      <w:r>
        <w:rPr>
          <w:b/>
        </w:rPr>
        <w:t xml:space="preserve">[1:29:35] </w:t>
      </w:r>
      <w:r>
        <w:t>is wadeh par ke aap das din mein de denge, to kabhi bhi gyarviN din na hone dijiye. NauveN din pahuncha dijiye us ko. GyarviN din ke maani ke aap rukhsat le rahe hain, riayat maang rahe hain, yeh bilkul galat hai.</w:t>
      </w:r>
    </w:p>
    <w:p>
      <w:pPr>
        <w:jc w:val="right"/>
      </w:pPr>
      <w:r>
        <w:t>اس وعدے پر کہ آپ دس دن میں دے دیں گے، تو کبھی بھی گیارہوں دن نہ ہونے دیجئے۔ نویں دن پہنچا دیجئے اس کو۔ گیارہوں دن کے معنی کہ آپ رخصت لے رہے ہیں، رعایت مانگ رہے ہیں، یہ بالکل غلط ہے۔</w:t>
      </w:r>
    </w:p>
    <w:p>
      <w:r>
        <w:rPr>
          <w:b/>
        </w:rPr>
        <w:t xml:space="preserve">[1:29:51] </w:t>
      </w:r>
      <w:r>
        <w:t>To har dealing ki jitni bhi shakalain hain jo samaaj mein hoti hain, chahe khandan mein ho ya khandan ke bahar, to jitni bhi dealing ki shakalain hoti hain, us mein bahut sakht ehtiyat karni chahiye aadam</w:t>
      </w:r>
    </w:p>
    <w:p>
      <w:pPr>
        <w:jc w:val="right"/>
      </w:pPr>
      <w:r>
        <w:t>تو ہر ڈیلنگ کی جتنی بھی شکلیں ہیں جو سماج میں ہوتی ہیں، چاہے خاندان میں ہو یا خاندان کے باہر، تو جتنی بھی ڈیلنگ کی شکلیں ہوتی ہیں، اس میں بہت سخت احتیاط کرنی چاہیے آدم</w:t>
      </w:r>
    </w:p>
    <w:p>
      <w:r>
        <w:rPr>
          <w:b/>
        </w:rPr>
        <w:t xml:space="preserve">[1:30:03] </w:t>
      </w:r>
      <w:r>
        <w:t>ko. Is mein har giz rukhsat aur riayat ya lachak nahi hona chahiye.</w:t>
      </w:r>
    </w:p>
    <w:p>
      <w:pPr>
        <w:jc w:val="right"/>
      </w:pPr>
      <w:r>
        <w:t>ی کو۔ اس میں ہرگز رخصت اور رعایت یا لچک نہیں ہونا چاہیے۔</w:t>
      </w:r>
    </w:p>
    <w:p>
      <w:r>
        <w:rPr>
          <w:b/>
        </w:rPr>
        <w:t xml:space="preserve">[1:30:10] </w:t>
      </w:r>
      <w:r>
        <w:t>Maulana, un ka ek aur sawal hai. Unho ne likha hai ke Quran ke chapter number 103 Al-Asr mein "Tawasi bil Haq" aur "Tawasi bis Sabr" ka lafz aaya hai.</w:t>
      </w:r>
    </w:p>
    <w:p>
      <w:pPr>
        <w:jc w:val="right"/>
      </w:pPr>
      <w:r>
        <w:t>مولانا، ان کا ایک اور سوال ہے۔ انہوں نے لکھا ہے کہ قرآن کے چیپٹر نمبر 103 العصر میں "تواسی بالحق" اور "تواسی بالصبر" کا لفظ آیا ہے۔</w:t>
      </w:r>
    </w:p>
    <w:p>
      <w:r>
        <w:rPr>
          <w:b/>
        </w:rPr>
        <w:t xml:space="preserve">[1:30:21] </w:t>
      </w:r>
      <w:r>
        <w:t>Isi tarah riwayat mein aaya hai ke Sahaba Surah Al-Asr ko bahut zyada importance dete the. Is ke bare mein aap kuch kahein?</w:t>
      </w:r>
    </w:p>
    <w:p>
      <w:pPr>
        <w:jc w:val="right"/>
      </w:pPr>
      <w:r>
        <w:t>اسی طرح روایت میں آیا ہے کہ صحابہ سورہ العصر کو بہت زیادہ امپورٹنس دیتے تھے۔ اس کے بارے میں آپ کچھ کہیں؟</w:t>
      </w:r>
    </w:p>
    <w:p>
      <w:r>
        <w:rPr>
          <w:b/>
        </w:rPr>
        <w:t xml:space="preserve">[1:30:31] </w:t>
      </w:r>
      <w:r>
        <w:t>Dekhein, Tawasi jo hai, yeh us ko kehte hain مشارکت (musharakat). Is mein hai, yaani aapas mein. To main samajhta hoon ke Tawasi bil Haq aur Tawasi bis Sabr mein aam dawat murad nahi hai.</w:t>
      </w:r>
    </w:p>
    <w:p>
      <w:pPr>
        <w:jc w:val="right"/>
      </w:pPr>
      <w:r>
        <w:t>دیکھیں، تواسی جو ہے، یہ اس کو کہتے ہیں مشارکت۔ اس میں ہے، یعنی آپس میں۔ تو میں سمجھتا ہوں کہ تواسی بالصبر اور تواسی بالحق میں عام دعوت مراد نہیں ہے۔</w:t>
      </w:r>
    </w:p>
    <w:p>
      <w:r>
        <w:rPr>
          <w:b/>
        </w:rPr>
        <w:t xml:space="preserve">[1:30:46] </w:t>
      </w:r>
      <w:r>
        <w:t>Aam taur par jo dawat-o-tableegh karte hain doosron mein, yeh woh cheez nahi hai. Yahan par, yahan par aapas mein naseehat, aapas mein ek doosre ko achhai batana, burai se rokna, yeh murad hai.</w:t>
      </w:r>
    </w:p>
    <w:p>
      <w:pPr>
        <w:jc w:val="right"/>
      </w:pPr>
      <w:r>
        <w:t>عام طور پر جو دعوت تبلیغ کرتے ہیں دوسروں میں، یہ وہ چیز نہیں ہے۔ یہاں پر، یہاں پر آپس میں نصیحت، آپس میں ایک دوسرے کو اچھائی بتانا، برائی سے روکنا، یہ مراد ہے۔</w:t>
      </w:r>
    </w:p>
    <w:p>
      <w:r>
        <w:rPr>
          <w:b/>
        </w:rPr>
        <w:t xml:space="preserve">[1:30:58] </w:t>
      </w:r>
      <w:r>
        <w:t>Is mein</w:t>
      </w:r>
    </w:p>
    <w:p>
      <w:pPr>
        <w:jc w:val="right"/>
      </w:pPr>
      <w:r>
        <w:t>اس میں</w:t>
      </w:r>
    </w:p>
    <w:p>
      <w:r>
        <w:rPr>
          <w:b/>
        </w:rPr>
        <w:t xml:space="preserve">[1:31:00] </w:t>
      </w:r>
      <w:r>
        <w:t>yaani مشارکت (musharakat) ka seegha yeh hai, yaani aapas mein ek doosre ko, yaani wohi cheez jis ko hadith mein aata hai: "Al-Muminu Mir'atul Mumin".</w:t>
      </w:r>
    </w:p>
    <w:p>
      <w:pPr>
        <w:jc w:val="right"/>
      </w:pPr>
      <w:r>
        <w:t>یعنی مشارکت کا صیغہ یہ ہے، یعنی آپس میں ایک دوسرے کو، یعنی وہی چیز جس کو حدیث میں آتا ہے: "المومن برات المومن"۔</w:t>
      </w:r>
    </w:p>
    <w:p>
      <w:r>
        <w:rPr>
          <w:b/>
        </w:rPr>
        <w:t xml:space="preserve">[1:31:09] </w:t>
      </w:r>
      <w:r>
        <w:t>Ek momin doosre momin ke liye aaina hai. Aaina ke samne aap hon to jo kuch bhi chehre par aap hai, woh dikha de ga. Woh kahein mitti lagi hai, koi kahein tinka laga to woh bata de ga.</w:t>
      </w:r>
    </w:p>
    <w:p>
      <w:pPr>
        <w:jc w:val="right"/>
      </w:pPr>
      <w:r>
        <w:t>ایک مومن دوسرے مومن کے لیے آئینہ ہے۔ آئینہ کے سامنے آپ ہوں تو جو کچھ بھی چہرے پر آپ ہے، وہ دکھا دے گا۔ وہ کہیں مٹی لگی ہے، کوئی کہیں تنکا لگا تو وہ بتا دے گا۔</w:t>
      </w:r>
    </w:p>
    <w:p>
      <w:r>
        <w:rPr>
          <w:b/>
        </w:rPr>
        <w:t xml:space="preserve">[1:31:22] </w:t>
      </w:r>
      <w:r>
        <w:t>To isi momin ko momin ke liye hona chahiye, yaani ek momin doosre momin ko batata rahe.</w:t>
      </w:r>
    </w:p>
    <w:p>
      <w:pPr>
        <w:jc w:val="right"/>
      </w:pPr>
      <w:r>
        <w:t>تو اسی مومن کو مومن کے لیے ہونا چاہیے، یعنی ایک مومن دوسرے مومن کو بتاتا رہے۔</w:t>
      </w:r>
    </w:p>
    <w:p>
      <w:r>
        <w:rPr>
          <w:b/>
        </w:rPr>
        <w:t xml:space="preserve">[1:31:29] </w:t>
      </w:r>
      <w:r>
        <w:t>yeh hai twasi ka matlab. jo log is ko toseef de kar dawat-e-aam ke liye lete hain, main is ko is se mutafiq nahi hoon.</w:t>
      </w:r>
    </w:p>
    <w:p>
      <w:pPr>
        <w:jc w:val="right"/>
      </w:pPr>
      <w:r>
        <w:t>یہ ہے تواسی کا مطلب۔ جو لوگ اس کو توصیح دے کر دعوت عام کے لیے لیتے ہیں، میں اس کو اس سے متفق نہیں ہوں۔</w:t>
      </w:r>
    </w:p>
    <w:p>
      <w:r>
        <w:rPr>
          <w:b/>
        </w:rPr>
        <w:t xml:space="preserve">[1:31:41] </w:t>
      </w:r>
      <w:r>
        <w:t>maulana, yeh sawal aaya hai maulana abdul basit ka doha qatar se. unhon ne likha hai: "maulana, shukr ki halat mein jeene ka formula kya hai is imtehan ki duniya mein?" is ke baray mein batayen.</w:t>
      </w:r>
    </w:p>
    <w:p>
      <w:pPr>
        <w:jc w:val="right"/>
      </w:pPr>
      <w:r>
        <w:t>مولانا، یہ سوال آیا ہے مولانا عبدالباسط کا دوحہ قطر سے۔ انہوں نے لکھا ہے: "مولانا، شکر کی حالت میں جینے کا فارمولا کیا ہے اس امتحان کی دنیا میں؟" اس کے بارے میں بتائیں۔</w:t>
      </w:r>
    </w:p>
    <w:p>
      <w:r>
        <w:rPr>
          <w:b/>
        </w:rPr>
        <w:t xml:space="preserve">[1:32:06] </w:t>
      </w:r>
      <w:r>
        <w:t>mera tajruba to yahi hai ke shukr ke item ko bar bar daryaft karna parta hai, warna aadmi bhool jata hai. bar bar daryaft karna parta hai shukr ka item,</w:t>
      </w:r>
    </w:p>
    <w:p>
      <w:pPr>
        <w:jc w:val="right"/>
      </w:pPr>
      <w:r>
        <w:t>میرا تجربہ تو یہی ہے کہ شکر کے آئٹم کو بار بار دریافت کرنا پڑتا ہے، ورنہ آدمی بھول جاتا ہے۔ بار بار دریافت کرنا پڑتا ہے شکر کا آئٹم،</w:t>
      </w:r>
    </w:p>
    <w:p>
      <w:r>
        <w:rPr>
          <w:b/>
        </w:rPr>
        <w:t xml:space="preserve">[1:32:20] </w:t>
      </w:r>
      <w:r>
        <w:t>kyun ke waqeat hotay hain to woh waqeat awaz laga kar nahi atay. mislan hum yahan bethe hain to aakhri din aa rahi hai, to aakhri din chala kar to aati nahi hai.</w:t>
      </w:r>
    </w:p>
    <w:p>
      <w:pPr>
        <w:jc w:val="right"/>
      </w:pPr>
      <w:r>
        <w:t>کیونکہ واقعات ہوتے ہیں تو وہ واقعات آواز لگا کر نہیں آتے۔ مثلاً ہم یہاں بیٹھے ہیں تو آخری دن آ رہی ہے، تو آخری دن چلا کے تو آتی نہیں ہے۔</w:t>
      </w:r>
    </w:p>
    <w:p>
      <w:r>
        <w:rPr>
          <w:b/>
        </w:rPr>
        <w:t xml:space="preserve">[1:32:32] </w:t>
      </w:r>
      <w:r>
        <w:t>to humein, hum yaani humein kuch khabar nahi hai, aakhri din aa rahi hai, hum saans le rahe hain. to humein discover karna paray ga ke Allah taala ki kitni bari ehsan hai ke woh hamari kisi zaati intezam ke baghair, hamari kisi bill ada kiye baghair, aakhri din ki supply har waqt ho rahi hai.</w:t>
      </w:r>
    </w:p>
    <w:p>
      <w:pPr>
        <w:jc w:val="right"/>
      </w:pPr>
      <w:r>
        <w:t>تو ہمیں، ہم یعنی ہمیں کچھ خبر نہیں ہے، آخری دن آ رہی ہے، ہم سانس لے رہے ہیں۔ تو ہمیں ڈسکور کرنا پڑے گا کہ اللہ تعالی کی کتنی بڑی احسان ہے کہ وہ ہماری کسی ذاتی انتظام کے بغیر، ہماری کسی بل ادا کیے بغیر، آخری دن کی سپلائی ہر وقت ہو رہی ہے۔</w:t>
      </w:r>
    </w:p>
    <w:p>
      <w:r>
        <w:rPr>
          <w:b/>
        </w:rPr>
        <w:t xml:space="preserve">[1:32:58] </w:t>
      </w:r>
      <w:r>
        <w:t>aise hum bol rahe hain, aap sun rahe hain, yeh bhi beech mein jo hua hai ya jo electronic jo beech mein zariya hai, woh chalata nahi hai.</w:t>
      </w:r>
    </w:p>
    <w:p>
      <w:pPr>
        <w:jc w:val="right"/>
      </w:pPr>
      <w:r>
        <w:t>ایسے ہم بول رہے ہیں، آپ سن رہے ہیں، یہ بھی بیچ میں جو ہوا ہے یا جو الیکٹرانک جو بیچ میں ذریعہ ہے، وہ چلاتا نہیں ہے۔</w:t>
      </w:r>
    </w:p>
    <w:p>
      <w:r>
        <w:rPr>
          <w:b/>
        </w:rPr>
        <w:t xml:space="preserve">[1:33:09] </w:t>
      </w:r>
      <w:r>
        <w:t>to humein discover karna paray ga ke Allah taala ne kitna bara intezam kiya hai. to shukr ke item ko jo bar bar discover karta rahe, usi ka andar shukr jazba rahe ga, warna nahi rahe ga.</w:t>
      </w:r>
    </w:p>
    <w:p>
      <w:pPr>
        <w:jc w:val="right"/>
      </w:pPr>
      <w:r>
        <w:t>تو ہمیں ڈسکور کرنا پڑے گا کہ اللہ تعالی نے کتنا بڑا انتظام کیا ہے۔ تو شکر کے آئٹم کو جو بار بار ڈسکور کرتا رہے، اسی کا اندر شکر جذبہ رہے گا، ورنہ نہیں رہے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