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Problem of Misunderstanding January 1, 2008 Maulana Wahiduddin Khan</w:t>
      </w:r>
    </w:p>
    <w:p>
      <w:r>
        <w:t>https://www.youtube.com/watch?v=LdzzoBvyaD0</w:t>
      </w:r>
    </w:p>
    <w:p>
      <w:r>
        <w:rPr>
          <w:b/>
        </w:rPr>
        <w:t xml:space="preserve">[00:14] </w:t>
      </w:r>
      <w:r>
        <w:t>bismillah-hir-rehman-nir-rahim, wa-sallallahu ala-n-nabiyyil-kareem. rab-bish-rahli sadri, wa-yassir li amri,</w:t>
      </w:r>
    </w:p>
    <w:p>
      <w:pPr>
        <w:jc w:val="right"/>
      </w:pPr>
      <w:r>
        <w:t>بسم اللہ الرحمن الرحیم، وصلی اللہ علی النبی الکریم۔ رب اشرح لی صدری، ویسر لی امری،</w:t>
      </w:r>
    </w:p>
    <w:p>
      <w:r>
        <w:rPr>
          <w:b/>
        </w:rPr>
        <w:t xml:space="preserve">[00:29] </w:t>
      </w:r>
      <w:r>
        <w:t>wahlul uqdatan-min-lisani, yafqahu qawli.</w:t>
      </w:r>
    </w:p>
    <w:p>
      <w:pPr>
        <w:jc w:val="right"/>
      </w:pPr>
      <w:r>
        <w:t>واحل العقدۃ من لسانی، یفقہ قولی۔</w:t>
      </w:r>
    </w:p>
    <w:p>
      <w:r>
        <w:rPr>
          <w:b/>
        </w:rPr>
        <w:t xml:space="preserve">[00:38] </w:t>
      </w:r>
      <w:r>
        <w:t>aaj ki jo baat hai is ka title hai "da problem of mis understanding".</w:t>
      </w:r>
    </w:p>
    <w:p>
      <w:pPr>
        <w:jc w:val="right"/>
      </w:pPr>
      <w:r>
        <w:t>آج کی جو بات ہے اس کا ٹائٹل ہے "دا پرابلم آف مس انڈرسٹینڈنگ"۔</w:t>
      </w:r>
    </w:p>
    <w:p>
      <w:r>
        <w:rPr>
          <w:b/>
        </w:rPr>
        <w:t xml:space="preserve">[00:54] </w:t>
      </w:r>
      <w:r>
        <w:t>dekhiye, Allah taala ne Adam ko pehle insan ke taur par paida kiya.</w:t>
      </w:r>
    </w:p>
    <w:p>
      <w:pPr>
        <w:jc w:val="right"/>
      </w:pPr>
      <w:r>
        <w:t>دیکھیے، اللہ تعالیٰ نے آدم کو پہلے انسان کے طور پر پیدا کیا۔</w:t>
      </w:r>
    </w:p>
    <w:p>
      <w:r>
        <w:rPr>
          <w:b/>
        </w:rPr>
        <w:t xml:space="preserve">[01:05] </w:t>
      </w:r>
      <w:r>
        <w:t>Adam aur Hawa ko paida kar ke jannat mein rakha. phir isi zamanay mein Iblees ka aur aur farishtay ka qissa paish aya.</w:t>
      </w:r>
    </w:p>
    <w:p>
      <w:pPr>
        <w:jc w:val="right"/>
      </w:pPr>
      <w:r>
        <w:t>آدم اور حوا کو پیدا کر کے جنت میں رکھا۔ پھر اسی زمانے میں ابلیس کا اور اور فرشتے کا قصہ پیش آیا۔</w:t>
      </w:r>
    </w:p>
    <w:p>
      <w:r>
        <w:rPr>
          <w:b/>
        </w:rPr>
        <w:t xml:space="preserve">[01:18] </w:t>
      </w:r>
      <w:r>
        <w:t>to yeh jo Adam ke sath hua is zamanay mein yeh qissa Quran mein kai bar different andaaz se repeat hua hai.</w:t>
      </w:r>
    </w:p>
    <w:p>
      <w:pPr>
        <w:jc w:val="right"/>
      </w:pPr>
      <w:r>
        <w:t>تو یہ جو آدم کے ساتھ ہوا اس زمانے میں یہ قصہ قرآن میں کئی بار ڈفرنٹ انداز سے ریپیٹ ہوا ہے۔</w:t>
      </w:r>
    </w:p>
    <w:p>
      <w:r>
        <w:rPr>
          <w:b/>
        </w:rPr>
        <w:t xml:space="preserve">[01:35] </w:t>
      </w:r>
      <w:r>
        <w:t>is ko parha jaye to aisa lagta hai ke isi pehle hi qisse mein sari bunyadi baatein, sari basic jo aspect hain zindagi ke, woh sab isi mein aa gaye hain.</w:t>
      </w:r>
    </w:p>
    <w:p>
      <w:pPr>
        <w:jc w:val="right"/>
      </w:pPr>
      <w:r>
        <w:t>اس کو پڑھا جائے تو ایسا لگتا ہے کہ اسی پہلے ہی قصے میں ساری بنیادی باتیں، سارے بیسک جو اسپیکٹ ہیں زندگی کے، وہ سب اسی میں آ گئے ہیں۔</w:t>
      </w:r>
    </w:p>
    <w:p>
      <w:r>
        <w:rPr>
          <w:b/>
        </w:rPr>
        <w:t xml:space="preserve">[01:52] </w:t>
      </w:r>
      <w:r>
        <w:t>agar aadmi is ko agar gehrai ke sath soche to isi mein woh apni islah ka sara saman pa le ga.</w:t>
      </w:r>
    </w:p>
    <w:p>
      <w:pPr>
        <w:jc w:val="right"/>
      </w:pPr>
      <w:r>
        <w:t>اگر آدمی اس کو اگر گہرائی کے ساتھ سوچے تو اسی میں وہ اپنی اصلاح کا سارا سامان پا لے گا۔</w:t>
      </w:r>
    </w:p>
    <w:p>
      <w:r>
        <w:rPr>
          <w:b/>
        </w:rPr>
        <w:t xml:space="preserve">[02:04] </w:t>
      </w:r>
      <w:r>
        <w:t>is</w:t>
      </w:r>
    </w:p>
    <w:p>
      <w:pPr>
        <w:jc w:val="right"/>
      </w:pPr>
      <w:r>
        <w:t>اس</w:t>
      </w:r>
    </w:p>
    <w:p>
      <w:r>
        <w:rPr>
          <w:b/>
        </w:rPr>
        <w:t xml:space="preserve">[02:05] </w:t>
      </w:r>
      <w:r>
        <w:t>yeh mein se aik hai "mis understanding". is ko parh kar andaza hota hai ke mis understanding jo hai woh do qism ki hoti hai.</w:t>
      </w:r>
    </w:p>
    <w:p>
      <w:pPr>
        <w:jc w:val="right"/>
      </w:pPr>
      <w:r>
        <w:t>ی میں سے ایک ہے "مس انڈرسٹینڈنگ"۔ اس کو پڑھ کر اندازہ ہوتا ہے کہ مس انڈرسٹینڈنگ جو ہے وہ دو قسم کی ہوتی ہے۔</w:t>
      </w:r>
    </w:p>
    <w:p>
      <w:r>
        <w:rPr>
          <w:b/>
        </w:rPr>
        <w:t xml:space="preserve">[02:17] </w:t>
      </w:r>
      <w:r>
        <w:t>aik to woh jis ke peechay shararat ho, yaani aadmi jaan boojh kar ke galat andaaz se baat ko torr morr kar pesh kare.</w:t>
      </w:r>
    </w:p>
    <w:p>
      <w:pPr>
        <w:jc w:val="right"/>
      </w:pPr>
      <w:r>
        <w:t>ایک تو وہ جس کے پیچھے شرارت ہو، یعنی آدمی جان بوجھ کر کے غلط انداز سے بات کو توڑ موڑ کر پیش کرے۔</w:t>
      </w:r>
    </w:p>
    <w:p>
      <w:r>
        <w:rPr>
          <w:b/>
        </w:rPr>
        <w:t xml:space="preserve">[02:30] </w:t>
      </w:r>
      <w:r>
        <w:t>aik yeh hai ke sach much aadmi ko galat fehmi ho gayi ho. to main samajhta hoon ke dono hi qism ki misalen is is abdai waqay mein mojood hain.</w:t>
      </w:r>
    </w:p>
    <w:p>
      <w:pPr>
        <w:jc w:val="right"/>
      </w:pPr>
      <w:r>
        <w:t>ایک یہ ہے کہ سچ مچ آدمی کو غلط فہمی ہو گئی ہو۔ تو میں سمجھتا ہوں کہ دونوں ہی قسم کی مثالیں اس اس ابدائی واقعے میں موجود ہیں۔</w:t>
      </w:r>
    </w:p>
    <w:p>
      <w:r>
        <w:rPr>
          <w:b/>
        </w:rPr>
        <w:t xml:space="preserve">[02:44] </w:t>
      </w:r>
      <w:r>
        <w:t>mislan dekhiye, Allah taala ne insan ko yaani Adam ko paida kiya</w:t>
      </w:r>
    </w:p>
    <w:p>
      <w:pPr>
        <w:jc w:val="right"/>
      </w:pPr>
      <w:r>
        <w:t>مثلاً دیکھیے، اللہ تعالیٰ نے انسان کو یعنی آدم کو پیدا کیا</w:t>
      </w:r>
    </w:p>
    <w:p>
      <w:r>
        <w:rPr>
          <w:b/>
        </w:rPr>
        <w:t xml:space="preserve">[02:52] </w:t>
      </w:r>
      <w:r>
        <w:t>to kaha ke angel aur aur jin yaani farishta aur Iblees dono is ke agay jhukain.</w:t>
      </w:r>
    </w:p>
    <w:p>
      <w:pPr>
        <w:jc w:val="right"/>
      </w:pPr>
      <w:r>
        <w:t>تو کہا کہ اینجل اور اور جن یعنی فرشتہ اور ابلیس دونوں اس کے آگے جھکیں۔</w:t>
      </w:r>
    </w:p>
    <w:p>
      <w:r>
        <w:rPr>
          <w:b/>
        </w:rPr>
        <w:t xml:space="preserve">[03:06] </w:t>
      </w:r>
      <w:r>
        <w:t>to farishtay to jhuk gaye, Iblees nahi jhuka. to Khuda ne poocha, "is ka koi nahi jhuke tum?" to us ne kaha, "kya is waqt ana khairun minhu?</w:t>
      </w:r>
    </w:p>
    <w:p>
      <w:pPr>
        <w:jc w:val="right"/>
      </w:pPr>
      <w:r>
        <w:t>تو فرشتے تو جھک گئے، ابلیس نہیں جھکا۔ تو خدا نے پوچھا، "اس کا کوئی نہیں جھکے تم؟" تو اس نے کہا، "کیا اس وقت انا خیر منہ؟</w:t>
      </w:r>
    </w:p>
    <w:p>
      <w:r>
        <w:rPr>
          <w:b/>
        </w:rPr>
        <w:t xml:space="preserve">[03:24] </w:t>
      </w:r>
      <w:r>
        <w:t>" I am better than he. main insan se behtar hoon, insan se superior hoon.</w:t>
      </w:r>
    </w:p>
    <w:p>
      <w:pPr>
        <w:jc w:val="right"/>
      </w:pPr>
      <w:r>
        <w:t>" آئی ایم بیٹر دین ہی۔ میں انسان سے بہتر ہوں، انسان سے سپیریئر ہوں۔</w:t>
      </w:r>
    </w:p>
    <w:p>
      <w:r>
        <w:rPr>
          <w:b/>
        </w:rPr>
        <w:t xml:space="preserve">[03:35] </w:t>
      </w:r>
      <w:r>
        <w:t>aur is ki logic kya nikali us ne? khalaqtani min nar wa khalaqtahu min teen. tu ne mujh ko paida kiya aag se, us ko paida kiya mitti se.</w:t>
      </w:r>
    </w:p>
    <w:p>
      <w:pPr>
        <w:jc w:val="right"/>
      </w:pPr>
      <w:r>
        <w:t>اور اس کی لاجک کیا نکالی اس نے؟ خلق منار و خلقت من تین۔ تو نے مجھ کو پیدا کیا آگ سے، اس کو پیدا کیا مٹی سے۔</w:t>
      </w:r>
    </w:p>
    <w:p>
      <w:r>
        <w:rPr>
          <w:b/>
        </w:rPr>
        <w:t xml:space="preserve">[03:49] </w:t>
      </w:r>
      <w:r>
        <w:t>ab yeh logic banai us ne.</w:t>
      </w:r>
    </w:p>
    <w:p>
      <w:pPr>
        <w:jc w:val="right"/>
      </w:pPr>
      <w:r>
        <w:t>اب یہ لاجک بنائی اس نے۔</w:t>
      </w:r>
    </w:p>
    <w:p>
      <w:r>
        <w:rPr>
          <w:b/>
        </w:rPr>
        <w:t xml:space="preserve">[03:53] </w:t>
      </w:r>
      <w:r>
        <w:t>apni lajic bana kar ke yeh nikala ke aag jo hai woh superior hai aur mitti jo hai inferior hai. halanke aisa kuch bhi nahi hai.</w:t>
      </w:r>
    </w:p>
    <w:p>
      <w:pPr>
        <w:jc w:val="right"/>
      </w:pPr>
      <w:r>
        <w:t>اپنی لاجک بنا کر کے یہ نکالا کہ آگ جو ہے وہ سپیریئر ہے اور مٹی جو ہے انفیریئر ہے۔ حالانکہ ایسا کچھ بھی نہیں ہے۔</w:t>
      </w:r>
    </w:p>
    <w:p>
      <w:r>
        <w:rPr>
          <w:b/>
        </w:rPr>
        <w:t xml:space="preserve">[04:03] </w:t>
      </w:r>
      <w:r>
        <w:t>aisa kuch bhi nahi hai. aag bhi khuda ki banai hui hai, mitti bhi khuda ki banai hui hai.</w:t>
      </w:r>
    </w:p>
    <w:p>
      <w:pPr>
        <w:jc w:val="right"/>
      </w:pPr>
      <w:r>
        <w:t>ایسا کچھ بھی نہیں ہے۔ آگ بھی خدا کی بنائی ہوئی ہے، مٹی بھی خدا کی بنائی ہوئی ہے۔</w:t>
      </w:r>
    </w:p>
    <w:p>
      <w:r>
        <w:rPr>
          <w:b/>
        </w:rPr>
        <w:t xml:space="preserve">[04:11] </w:t>
      </w:r>
      <w:r>
        <w:t>aag agar jalati hai to aap dekhiye, mitti se hamein sari cheezein milti hain. sabzi, phal, food ke sare item sab kuch mitti se milte hain.</w:t>
      </w:r>
    </w:p>
    <w:p>
      <w:pPr>
        <w:jc w:val="right"/>
      </w:pPr>
      <w:r>
        <w:t>آگ اگر جلاتی ہے تو آپ دیکھیے، مٹی سے ہمیں ساری چیزیں ملتی ہیں۔ سبزی، پھل، فوڈ کے سارے آئٹم سب کچھ مٹی سے ملتے ہیں۔</w:t>
      </w:r>
    </w:p>
    <w:p>
      <w:r>
        <w:rPr>
          <w:b/>
        </w:rPr>
        <w:t xml:space="preserve">[04:24] </w:t>
      </w:r>
      <w:r>
        <w:t>to mitti aur aag mein koi is is qism ka difference nahi hai ke ek superior hai, doosra inferior hai. lekin is farq ko is ne, is difference ko is ne le liya ek aur mani mein.</w:t>
      </w:r>
    </w:p>
    <w:p>
      <w:pPr>
        <w:jc w:val="right"/>
      </w:pPr>
      <w:r>
        <w:t>تو مٹی اور آگ میں کوئی اس اس قسم کا ڈیفرنس نہیں ہے کہ ایک سپیریئر ہے، دوسرا انفیریئر ہے۔ لیکن اس فرق کو اس نے، اس ڈیفرنس کو اس نے لے لیا ایک اور معنی میں۔</w:t>
      </w:r>
    </w:p>
    <w:p>
      <w:r>
        <w:rPr>
          <w:b/>
        </w:rPr>
        <w:t xml:space="preserve">[04:39] </w:t>
      </w:r>
      <w:r>
        <w:t>yeh thi shararat wali baat.</w:t>
      </w:r>
    </w:p>
    <w:p>
      <w:pPr>
        <w:jc w:val="right"/>
      </w:pPr>
      <w:r>
        <w:t>یہ تھی شرارت والی بات۔</w:t>
      </w:r>
    </w:p>
    <w:p>
      <w:r>
        <w:rPr>
          <w:b/>
        </w:rPr>
        <w:t xml:space="preserve">[04:42] </w:t>
      </w:r>
      <w:r>
        <w:t>yeh bazahir to yeh bhi ek mis understanding keh sakte hain aap is ko, lekin is ke peeche shararat thi. jaan boojh kar is ne ek ek false point nikala.</w:t>
      </w:r>
    </w:p>
    <w:p>
      <w:pPr>
        <w:jc w:val="right"/>
      </w:pPr>
      <w:r>
        <w:t>یہ بظاہر تو یہ بھی ایک مس انڈرسٹینڈنگ کہہ سکتے ہیں آپ اس کو، لیکن اس کے پیچھے شرارت تھی۔ جان بوجھ کر اس نے ایک ایک فالس پوائنٹ نکالا۔</w:t>
      </w:r>
    </w:p>
    <w:p>
      <w:r>
        <w:rPr>
          <w:b/>
        </w:rPr>
        <w:t xml:space="preserve">[04:56] </w:t>
      </w:r>
      <w:r>
        <w:t>to dekhiye, ek mis understanding woh hoti hai jo shararat kar ke nikali jaye. woh to bohat bara gunah hai, bohat hi bara gunah hai.</w:t>
      </w:r>
    </w:p>
    <w:p>
      <w:pPr>
        <w:jc w:val="right"/>
      </w:pPr>
      <w:r>
        <w:t>تو دیکھیے، ایک مس انڈرسٹینڈنگ وہ ہوتی ہے جو شرارت کر کے نکالی جائے۔ وہ تو بہت بڑا گناہ ہے، بہت ہی بڑا گناہ ہے۔</w:t>
      </w:r>
    </w:p>
    <w:p>
      <w:r>
        <w:rPr>
          <w:b/>
        </w:rPr>
        <w:t xml:space="preserve">[05:08] </w:t>
      </w:r>
      <w:r>
        <w:t>lekin mis understanding ek woh bhi hoti hai jis mein shararat shamil na ho. jaise ke Adam aur Hawa jo basaye gaye the jannat mein,</w:t>
      </w:r>
    </w:p>
    <w:p>
      <w:pPr>
        <w:jc w:val="right"/>
      </w:pPr>
      <w:r>
        <w:t>لیکن مس انڈرسٹینڈنگ ایک وہ بھی ہوتی ہے جس میں شرارت شامل نہ ہو۔ جیسے کہ آدم اور حوا جو بسائے گئے تھے جنت میں،</w:t>
      </w:r>
    </w:p>
    <w:p>
      <w:r>
        <w:rPr>
          <w:b/>
        </w:rPr>
        <w:t xml:space="preserve">[05:23] </w:t>
      </w:r>
      <w:r>
        <w:t>to khuda ne kaha tha ke yeh ek darakht hai jannat mein, tum is ke paas na jana, is darakht ka phal na khana.</w:t>
      </w:r>
    </w:p>
    <w:p>
      <w:pPr>
        <w:jc w:val="right"/>
      </w:pPr>
      <w:r>
        <w:t>تو خدا نے کہا تھا کہ یہ ایک درخت ہے جنت میں، تم اس کے پاس نہ جانا، اس درخت کا پھل نہ کھانا۔</w:t>
      </w:r>
    </w:p>
    <w:p>
      <w:r>
        <w:rPr>
          <w:b/>
        </w:rPr>
        <w:t xml:space="preserve">[05:36] </w:t>
      </w:r>
      <w:r>
        <w:t>halanke jannat bohat bari thi, bohat sari cheezein thi, sab khuli hui thi un ke liye. ek darakht jo tha woh forbidden tree tha un ke liye.</w:t>
      </w:r>
    </w:p>
    <w:p>
      <w:pPr>
        <w:jc w:val="right"/>
      </w:pPr>
      <w:r>
        <w:t>حالانکہ جنت بہت بڑی تھی، بہت ساری چیزیں تھیں، سب کھلی ہوئی تھیں ان کے لیے۔ ایک درخت جو تھا وہ فاربیڈن ٹری تھا ان کے لیے۔</w:t>
      </w:r>
    </w:p>
    <w:p>
      <w:r>
        <w:rPr>
          <w:b/>
        </w:rPr>
        <w:t xml:space="preserve">[05:47] </w:t>
      </w:r>
      <w:r>
        <w:t>to is mana karne ko unhone samjha ke yeh koi bohat zyada ghamber baat nahi hai. aisa nahi ke sach much hi hamein is se rok diya gaya ho.</w:t>
      </w:r>
    </w:p>
    <w:p>
      <w:pPr>
        <w:jc w:val="right"/>
      </w:pPr>
      <w:r>
        <w:t>تو اس منع کرنے کو انہوں نے سمجھا کہ یہ کوئی بہت زیادہ گمبھیر بات نہیں ہے۔ ایسا نہیں کہ سچ مچ ہی ہمیں اس سے روک دیا گیا ہو۔</w:t>
      </w:r>
    </w:p>
    <w:p>
      <w:r>
        <w:rPr>
          <w:b/>
        </w:rPr>
        <w:t xml:space="preserve">[05:58] </w:t>
      </w:r>
      <w:r>
        <w:t>to hum agar phal kha lein is ka tab bhi koi harj nahi hai.</w:t>
      </w:r>
    </w:p>
    <w:p>
      <w:pPr>
        <w:jc w:val="right"/>
      </w:pPr>
      <w:r>
        <w:t>تو ہم اگر پھل کھا لیں اس کا تب بھی کوئی حرج نہیں ہے۔</w:t>
      </w:r>
    </w:p>
    <w:p>
      <w:r>
        <w:rPr>
          <w:b/>
        </w:rPr>
        <w:t xml:space="preserve">[06:04] </w:t>
      </w:r>
      <w:r>
        <w:t>is mein hamein koi faida mil sakta hai. to yeh is mein un ki shararat shamil nahi thi. bazahir agarche unhone bhi khuda ke hukum ke khilaf kiya, lekin main samajhta hoon is mein shararat shamil nahi thi.</w:t>
      </w:r>
    </w:p>
    <w:p>
      <w:pPr>
        <w:jc w:val="right"/>
      </w:pPr>
      <w:r>
        <w:t>اس میں ہمیں کوئی فائدہ مل سکتا ہے۔ تو یہ اس میں ان کی شرارت شامل نہیں تھی۔ بظاہر اگرچہ انہوں نے بھی خدا کے حکم کے خلاف کیا، لیکن میں سمجھتا ہوں اس میں شرارت شامل نہیں تھی۔</w:t>
      </w:r>
    </w:p>
    <w:p>
      <w:r>
        <w:rPr>
          <w:b/>
        </w:rPr>
        <w:t xml:space="preserve">[06:18] </w:t>
      </w:r>
      <w:r>
        <w:t>to yeh duniya mein baad ko jo naslein Adam ki nikli, un sab ke liye ek sabak tha. tum ko duniya mein is se bachna hai.</w:t>
      </w:r>
    </w:p>
    <w:p>
      <w:pPr>
        <w:jc w:val="right"/>
      </w:pPr>
      <w:r>
        <w:t>تو یہ دنیا میں بعد کو جو نسلیں آدم کی نکلیں، ان سب کے لیے ایک سبق تھا۔ تم کو دنیا میں اس سے بچنا ہے۔</w:t>
      </w:r>
    </w:p>
    <w:p>
      <w:r>
        <w:rPr>
          <w:b/>
        </w:rPr>
        <w:t xml:space="preserve">[06:27] </w:t>
      </w:r>
      <w:r>
        <w:t>is ko kehte hain su-e-zan aur husn-e-zan. acha guman karna aur bura guman karna.</w:t>
      </w:r>
    </w:p>
    <w:p>
      <w:pPr>
        <w:jc w:val="right"/>
      </w:pPr>
      <w:r>
        <w:t>اس کو کہتے ہیں سوئے زن اور حسن زن۔ اچھا گمان کرنا اور برا گمان کرنا۔</w:t>
      </w:r>
    </w:p>
    <w:p>
      <w:r>
        <w:rPr>
          <w:b/>
        </w:rPr>
        <w:t xml:space="preserve">[06:39] </w:t>
      </w:r>
      <w:r>
        <w:t>to insan hamesha do ke beech mein rehta hai. su-e-zan aur husn-e-zan. ya to acha guman kare ya bura guman kare.</w:t>
      </w:r>
    </w:p>
    <w:p>
      <w:pPr>
        <w:jc w:val="right"/>
      </w:pPr>
      <w:r>
        <w:t>تو انسان ہمیشہ دو کے بیچ میں رہتا ہے۔ سوئے زن اور حسن زن۔ یا تو اچھا گمان کرے یا برا گمان کرے۔</w:t>
      </w:r>
    </w:p>
    <w:p>
      <w:r>
        <w:rPr>
          <w:b/>
        </w:rPr>
        <w:t xml:space="preserve">[06:51] </w:t>
      </w:r>
      <w:r>
        <w:t>yeh hamesha yeh imtehan rehta hai aadmi ko le.</w:t>
      </w:r>
    </w:p>
    <w:p>
      <w:pPr>
        <w:jc w:val="right"/>
      </w:pPr>
      <w:r>
        <w:t>یہ ہمیشہ یہ امتحان رہتا ہے آدمی کو لی۔</w:t>
      </w:r>
    </w:p>
    <w:p>
      <w:r>
        <w:rPr>
          <w:b/>
        </w:rPr>
        <w:t xml:space="preserve">[06:55] </w:t>
      </w:r>
      <w:r>
        <w:t>goya yeh ek test hai jo barabar jari rehta hai hamesha. ke cheezon ko aap jab dekhein to cheezon ko aap jab dekhte hain to kuch pehlu aap ke samne hote hain, kuch pehlu aap ke samne nahi hote hain.</w:t>
      </w:r>
    </w:p>
    <w:p>
      <w:pPr>
        <w:jc w:val="right"/>
      </w:pPr>
      <w:r>
        <w:t>گویا یہ ایک ٹیسٹ ہے جو برابر جاری رہتا ہے ہمیشہ۔ کہ چیزوں کو آپ جب دیکھیں تو چیزوں کو آپ جب دیکھتے ہیں تو کچھ پہلو آپ کے سامنے ہوتے ہیں، کچھ پہلو آپ کے سامنے نہیں ہوتے ہیں۔</w:t>
      </w:r>
    </w:p>
    <w:p>
      <w:r>
        <w:rPr>
          <w:b/>
        </w:rPr>
        <w:t xml:space="preserve">[07:12] </w:t>
      </w:r>
      <w:r>
        <w:t>to aap kya karte hain? jo pehlu aap ke samne nahi hain, us ko include kiye baghair ek rai bana lete hain.</w:t>
      </w:r>
    </w:p>
    <w:p>
      <w:pPr>
        <w:jc w:val="right"/>
      </w:pPr>
      <w:r>
        <w:t>تو آپ کیا کرتے ہیں؟ جو پہلو آپ کے سامنے نہیں ہیں، اس کو انکلوڈ کیے بغیر ایک رائے بنا لیتے ہیں۔</w:t>
      </w:r>
    </w:p>
    <w:p>
      <w:r>
        <w:rPr>
          <w:b/>
        </w:rPr>
        <w:t xml:space="preserve">[07:21] </w:t>
      </w:r>
      <w:r>
        <w:t>to agar aap ikhlas se aisa keh rahe hain to main kahunga ke woh yaani agarche ghalat fehmi hai, lekin woh is ke peeche ikhlas shamil hai.</w:t>
      </w:r>
    </w:p>
    <w:p>
      <w:pPr>
        <w:jc w:val="right"/>
      </w:pPr>
      <w:r>
        <w:t>تو اگر آپ اخلاص سے ایسا کہہ رہے ہیں تو میں کہوں گا کہ وہ یعنی اگرچہ غلط فہمی ہے، لیکن وہ اس کے پیچھے اخلاص شامل ہے۔</w:t>
      </w:r>
    </w:p>
    <w:p>
      <w:r>
        <w:rPr>
          <w:b/>
        </w:rPr>
        <w:t xml:space="preserve">[07:34] </w:t>
      </w:r>
      <w:r>
        <w:t>aur yeh hai ke aap shararat ke tehat aisa karein, khwamkhwah dhoond dhoond dhoond kar nikalein aisi cheezein jis mein aadmi ko aap badnam kar sakte hon.</w:t>
      </w:r>
    </w:p>
    <w:p>
      <w:pPr>
        <w:jc w:val="right"/>
      </w:pPr>
      <w:r>
        <w:t>اور یہ ہے کہ آپ شرارت کے تحت ایسا کریں، خوامخواہ ڈھونڈ ڈھونڈ ڈھونڈ کر نکالیں ایسی چیزیں جس میں آدمی کو آپ بدنام کر سکتے ہوں۔</w:t>
      </w:r>
    </w:p>
    <w:p>
      <w:r>
        <w:rPr>
          <w:b/>
        </w:rPr>
        <w:t xml:space="preserve">[07:44] </w:t>
      </w:r>
      <w:r>
        <w:t>to woh bohat buri cheez hai.</w:t>
      </w:r>
    </w:p>
    <w:p>
      <w:pPr>
        <w:jc w:val="right"/>
      </w:pPr>
      <w:r>
        <w:t>تو وہ بہت بری چیز ہے۔</w:t>
      </w:r>
    </w:p>
    <w:p>
      <w:r>
        <w:rPr>
          <w:b/>
        </w:rPr>
        <w:t xml:space="preserve">[07:47] </w:t>
      </w:r>
      <w:r>
        <w:t>to insan ka imtehan is mein hai ke woh su-e-zan se bache aur husn-e-zan par qaim rahe.</w:t>
      </w:r>
    </w:p>
    <w:p>
      <w:pPr>
        <w:jc w:val="right"/>
      </w:pPr>
      <w:r>
        <w:t>تو انسان کا امتحان اس میں ہے کہ وہ سوئے زن سے بچے اور حسن زن پر قائم رہے۔</w:t>
      </w:r>
    </w:p>
    <w:p>
      <w:r>
        <w:rPr>
          <w:b/>
        </w:rPr>
        <w:t xml:space="preserve">[08:00] </w:t>
      </w:r>
      <w:r>
        <w:t>is ki ahmiyat bohat zyada hai. insan ke andar dekhiye, ek cheez rakhi gayi hai jis ko hum kehte hain ego ya ana mein ka ehsas.</w:t>
      </w:r>
    </w:p>
    <w:p>
      <w:pPr>
        <w:jc w:val="right"/>
      </w:pPr>
      <w:r>
        <w:t>اس کی اہمیت بہت زیادہ ہے۔ انسان کے اندر دیکھیے، ایک چیز رکھی گئی ہے جس کو ہم کہتے ہیں ایگو یا انا میں کا احساس۔</w:t>
      </w:r>
    </w:p>
    <w:p>
      <w:r>
        <w:rPr>
          <w:b/>
        </w:rPr>
        <w:t xml:space="preserve">[08:12] </w:t>
      </w:r>
      <w:r>
        <w:t>har aadmi chahta hai ke apne aap ko bara banaye. apne ko bara banane ka ehsas yeh bohat zyada insan par chhaya rehta hai.</w:t>
      </w:r>
    </w:p>
    <w:p>
      <w:pPr>
        <w:jc w:val="right"/>
      </w:pPr>
      <w:r>
        <w:t>ہر آدمی چاہتا ہے کہ اپنے آپ کو بڑا بنائے۔ اپنے کو بڑا بنانے کا احساس یہ بہت زیادہ انسان پر چھایا رہتا ہے۔</w:t>
      </w:r>
    </w:p>
    <w:p>
      <w:r>
        <w:rPr>
          <w:b/>
        </w:rPr>
        <w:t xml:space="preserve">[08:23] </w:t>
      </w:r>
      <w:r>
        <w:t>boht ziyada. to kuch log aisay hotay hain jo keh detay hain seedhay seedhay, jaisay kisi nay kaha kay i suffer from ego ya i am suffering from ego.</w:t>
      </w:r>
    </w:p>
    <w:p>
      <w:pPr>
        <w:jc w:val="right"/>
      </w:pPr>
      <w:r>
        <w:t>بہت زیادہ۔ تو کچھ لوگ ایسے ہوتے ہیں جو کہہ دیتے ہیں سیدھے سیدھے، جیسے کسی نے کہا کہ آئی سفر فرام ایگو یا آئی ایم سفرنگ فرام ایگو۔</w:t>
      </w:r>
    </w:p>
    <w:p>
      <w:r>
        <w:rPr>
          <w:b/>
        </w:rPr>
        <w:t xml:space="preserve">[08:36] </w:t>
      </w:r>
      <w:r>
        <w:t>seedhay say keh detay hain aisay.</w:t>
      </w:r>
    </w:p>
    <w:p>
      <w:pPr>
        <w:jc w:val="right"/>
      </w:pPr>
      <w:r>
        <w:t>سیدھے سے کہہ دیتے ہیں ایسے۔</w:t>
      </w:r>
    </w:p>
    <w:p>
      <w:r>
        <w:rPr>
          <w:b/>
        </w:rPr>
        <w:t xml:space="preserve">[08:39] </w:t>
      </w:r>
      <w:r>
        <w:t>kuch log is tarah kehtay nahi, lekin indirect way mein yeh dikhatay hain kay bas mein mein hi mein behtar hoon.</w:t>
      </w:r>
    </w:p>
    <w:p>
      <w:pPr>
        <w:jc w:val="right"/>
      </w:pPr>
      <w:r>
        <w:t>کچھ لوگ اس طرح کہتے نہیں، لیکن ان ڈائریکٹ وے میں یہ دکھاتے ہیں کہ بس میں میں ہی میں بہتر ہوں۔</w:t>
      </w:r>
    </w:p>
    <w:p>
      <w:r>
        <w:rPr>
          <w:b/>
        </w:rPr>
        <w:t xml:space="preserve">[08:50] </w:t>
      </w:r>
      <w:r>
        <w:t>jaisay kay aap dekhiye, samaj mein aik aam riwaj hai kay jab kisi ka log zikr karein gay to hamesha us kay koi negative aspect nikaal kar kahein gay.</w:t>
      </w:r>
    </w:p>
    <w:p>
      <w:pPr>
        <w:jc w:val="right"/>
      </w:pPr>
      <w:r>
        <w:t>جیسے کہ آپ دیکھیے، سماج میں ایک عام رواج ہے کہ جب کسی کا لوگ ذکر کریں گے تو ہمیشہ اس کے کوئی نیگیٹیو اسپیکٹ نکال کر کہیں گے۔</w:t>
      </w:r>
    </w:p>
    <w:p>
      <w:r>
        <w:rPr>
          <w:b/>
        </w:rPr>
        <w:t xml:space="preserve">[09:00] </w:t>
      </w:r>
      <w:r>
        <w:t>boht</w:t>
      </w:r>
    </w:p>
    <w:p>
      <w:pPr>
        <w:jc w:val="right"/>
      </w:pPr>
      <w:r>
        <w:t>بہت</w:t>
      </w:r>
    </w:p>
    <w:p>
      <w:r>
        <w:rPr>
          <w:b/>
        </w:rPr>
        <w:t xml:space="preserve">[09:01] </w:t>
      </w:r>
      <w:r>
        <w:t>hi kam log aisay hain, shayad so mein aik say bhi kam, jo doosron ka charcha karein to us kay positive aspect ko bayan karein.</w:t>
      </w:r>
    </w:p>
    <w:p>
      <w:pPr>
        <w:jc w:val="right"/>
      </w:pPr>
      <w:r>
        <w:t>ہی کم لوگ ایسے ہیں، شاید سو میں ایک سے بھی کم، جو دوسروں کا چرچہ کریں تو اس کے پازیٹیو اسپیکٹ کو بیان کریں۔</w:t>
      </w:r>
    </w:p>
    <w:p>
      <w:r>
        <w:rPr>
          <w:b/>
        </w:rPr>
        <w:t xml:space="preserve">[09:10] </w:t>
      </w:r>
      <w:r>
        <w:t>hamesha negative aspect ko bayan karein gay. yeh aam habit bani hui hai. aap kahin bhi dekhein, yahan say lay kar aap europe america tak chalay jaiye, sab log yahi karein gay kay doosray ka charcha karein gay to us kay aik negative aspect ko lay kar kay.</w:t>
      </w:r>
    </w:p>
    <w:p>
      <w:pPr>
        <w:jc w:val="right"/>
      </w:pPr>
      <w:r>
        <w:t>ہمیشہ نیگیٹیو اسپیکٹ کو بیان کریں گے۔ یہ عام ہیبٹ بنی ہوئی ہے۔ آپ کہیں بھی دیکھیں، یہاں سے لے کر آپ یورپ امریکہ تک چلے جائیے، سب لوگ یہی کریں گے کہ دوسرے کا چرچہ کریں گے تو اس کے ایک نیگیٹیو اسپیکٹ کو لے کر کے۔</w:t>
      </w:r>
    </w:p>
    <w:p>
      <w:r>
        <w:rPr>
          <w:b/>
        </w:rPr>
        <w:t xml:space="preserve">[09:28] </w:t>
      </w:r>
      <w:r>
        <w:t>mein sochta tha kay aakhir insan aisa kyun karta hai? kyun negative aspect dhoondta hai? yani 99 achhay aspect hon, tab bhi woh aik aspect agar hai to usi ko lay kar lay kar woh bayan karega.</w:t>
      </w:r>
    </w:p>
    <w:p>
      <w:pPr>
        <w:jc w:val="right"/>
      </w:pPr>
      <w:r>
        <w:t>میں سوچتا تھا کہ آخر انسان ایسا کیوں کرتا ہے؟ کیوں نیگیٹیو اسپیکٹ ڈھونڈتا ہے؟ یعنی 99 اچھے اسپیکٹ ہوں، تب بھی وہ ایک اسپیکٹ اگر ہے تو اسی کو لے کر لے کر وہ بیان کرے گا۔</w:t>
      </w:r>
    </w:p>
    <w:p>
      <w:r>
        <w:rPr>
          <w:b/>
        </w:rPr>
        <w:t xml:space="preserve">[09:43] </w:t>
      </w:r>
      <w:r>
        <w:t>aam yeh riwaj hai.</w:t>
      </w:r>
    </w:p>
    <w:p>
      <w:pPr>
        <w:jc w:val="right"/>
      </w:pPr>
      <w:r>
        <w:t>عام یہ رواج ہے۔</w:t>
      </w:r>
    </w:p>
    <w:p>
      <w:r>
        <w:rPr>
          <w:b/>
        </w:rPr>
        <w:t xml:space="preserve">[09:49] </w:t>
      </w:r>
      <w:r>
        <w:t>to mujhe samajh mein aaya kay yeh bhi darasal egoism hai.</w:t>
      </w:r>
    </w:p>
    <w:p>
      <w:pPr>
        <w:jc w:val="right"/>
      </w:pPr>
      <w:r>
        <w:t>تو مجھے سمجھ میں آیا کہ یہ بھی دراصل ایگوئزم ہے۔</w:t>
      </w:r>
    </w:p>
    <w:p>
      <w:r>
        <w:rPr>
          <w:b/>
        </w:rPr>
        <w:t xml:space="preserve">[09:55] </w:t>
      </w:r>
      <w:r>
        <w:t>yani apni superiority ko bayan karnay kay liye aik shakal yeh hai kay shaitan ki boli bolen aap, ana khairun minhu, mein is say superior hoon, mein is say acha hoon.</w:t>
      </w:r>
    </w:p>
    <w:p>
      <w:pPr>
        <w:jc w:val="right"/>
      </w:pPr>
      <w:r>
        <w:t>یعنی اپنی سپیریٹی کو بیان کرنے کے لیے ایک شکل یہ ہے کہ شیطان کی بولی بولیں آپ، انا خیر منہ، میں اس سے سپیریئر ہوں، میں اس سے اچھا ہوں۔</w:t>
      </w:r>
    </w:p>
    <w:p>
      <w:r>
        <w:rPr>
          <w:b/>
        </w:rPr>
        <w:t xml:space="preserve">[10:09] </w:t>
      </w:r>
      <w:r>
        <w:t>to aik shakal yeh hai kay seedhay seedhay aap bolen kay mein bara hoon, mein acha hoon, mein superior hoon. to is satan nay aisa kaha tha.</w:t>
      </w:r>
    </w:p>
    <w:p>
      <w:pPr>
        <w:jc w:val="right"/>
      </w:pPr>
      <w:r>
        <w:t>تو ایک شکل یہ ہے کہ سیدھے سیدھے آپ بولیں کہ میں بڑا ہوں، میں اچھا ہوں، میں سپیریئر ہوں۔ تو اس سیٹن نے ایسا کہا تھا۔</w:t>
      </w:r>
    </w:p>
    <w:p>
      <w:r>
        <w:rPr>
          <w:b/>
        </w:rPr>
        <w:t xml:space="preserve">[10:20] </w:t>
      </w:r>
      <w:r>
        <w:t>doosri shakal jo hai woh woh indirect way mein kehna. kay jab aap doosray ki burai bayan karte hain to kya hai?</w:t>
      </w:r>
    </w:p>
    <w:p>
      <w:pPr>
        <w:jc w:val="right"/>
      </w:pPr>
      <w:r>
        <w:t>دوسری شکل جو ہے وہ وہ ان ڈائریکٹ وے میں کہنا۔ کہ جب آپ دوسرے کی برائی بیان کرتے ہیں تو کیا ہے؟</w:t>
      </w:r>
    </w:p>
    <w:p>
      <w:r>
        <w:rPr>
          <w:b/>
        </w:rPr>
        <w:t xml:space="preserve">[10:31] </w:t>
      </w:r>
      <w:r>
        <w:t>indirect way mein aap yeh establish kar rahay hotay hain kay mein is say acha hoon, mein is say superior hoon, mein is say better hoon. indirect way mein.</w:t>
      </w:r>
    </w:p>
    <w:p>
      <w:pPr>
        <w:jc w:val="right"/>
      </w:pPr>
      <w:r>
        <w:t>ان ڈائریکٹ وے میں آپ یہ اسٹیبلش کر رہے ہوتے ہیں کہ میں اس سے اچھا ہوں، میں اس سے سپیریئر ہوں، میں اس سے بیٹر ہوں۔ ان ڈائریکٹ وے میں۔</w:t>
      </w:r>
    </w:p>
    <w:p>
      <w:r>
        <w:rPr>
          <w:b/>
        </w:rPr>
        <w:t xml:space="preserve">[10:41] </w:t>
      </w:r>
      <w:r>
        <w:t>mein samajhta hoon kay dono mein boht ziyada farq nahi hai. khulay taur par yeh kehna kay mein superior hoon,</w:t>
      </w:r>
    </w:p>
    <w:p>
      <w:pPr>
        <w:jc w:val="right"/>
      </w:pPr>
      <w:r>
        <w:t>میں سمجھتا ہوں کہ دونوں میں بہت زیادہ فرق نہیں ہے۔ کھلے طور پر یہ کہنا کہ میں سپیریئر ہوں،</w:t>
      </w:r>
    </w:p>
    <w:p>
      <w:r>
        <w:rPr>
          <w:b/>
        </w:rPr>
        <w:t xml:space="preserve">[10:50] </w:t>
      </w:r>
      <w:r>
        <w:t>yeh agar direct way mein kehna hai to doosray ki buraiyan dhoondna, doosray ki buraiyan bayan karna, yeh indirect way mein kehna hai kay woh kam hai, mein ziyada hoon.</w:t>
      </w:r>
    </w:p>
    <w:p>
      <w:pPr>
        <w:jc w:val="right"/>
      </w:pPr>
      <w:r>
        <w:t>یہ اگر ڈائریکٹ وے میں کہنا ہے تو دوسرے کی برائیاں ڈھونڈنا، دوسرے کی برائیاں بیان کرنا، یہ ان ڈائریکٹ وے میں کہنا ہے کہ وہ کم ہے، میں زیادہ ہوں۔</w:t>
      </w:r>
    </w:p>
    <w:p>
      <w:r>
        <w:rPr>
          <w:b/>
        </w:rPr>
        <w:t xml:space="preserve">[11:04] </w:t>
      </w:r>
      <w:r>
        <w:t>woh inferior hai, mein superior hoon. woh bura hai, mein acha hoon. mein samajhta hoon kay yeh burai boht phaili hui hai hamaray samaj mein.</w:t>
      </w:r>
    </w:p>
    <w:p>
      <w:pPr>
        <w:jc w:val="right"/>
      </w:pPr>
      <w:r>
        <w:t>وہ انفیریئر ہے، میں سپیریئر ہوں۔ وہ برا ہے، میں اچھا ہوں۔ میں سمجھتا ہوں کہ یہ برائی بہت پھیلی ہوئی ہے ہمارے سماج میں۔</w:t>
      </w:r>
    </w:p>
    <w:p>
      <w:r>
        <w:rPr>
          <w:b/>
        </w:rPr>
        <w:t xml:space="preserve">[11:14] </w:t>
      </w:r>
      <w:r>
        <w:t>jab bhi kisi say baat kijiye to us ki burai ko nikaal kar kahega.</w:t>
      </w:r>
    </w:p>
    <w:p>
      <w:pPr>
        <w:jc w:val="right"/>
      </w:pPr>
      <w:r>
        <w:t>جب بھی کسی سے بات کیجئے تو اس کی برائی کو نکال کر کہے گا۔</w:t>
      </w:r>
    </w:p>
    <w:p>
      <w:r>
        <w:rPr>
          <w:b/>
        </w:rPr>
        <w:t xml:space="preserve">[11:21] </w:t>
      </w:r>
      <w:r>
        <w:t>yeh boht hi ziyada gunah ki baat hai. agar sach much koi mukhlis hai to Allah taala nay kaha us ki maafi ho jaye gi, lekin yeh baharhal aik aisi cheez say bachna chahiye.</w:t>
      </w:r>
    </w:p>
    <w:p>
      <w:pPr>
        <w:jc w:val="right"/>
      </w:pPr>
      <w:r>
        <w:t>یہ بہت ہی زیادہ گناہ کی بات ہے۔ اگر سچ مچ کوئی مخلص ہے تو اللہ تعالیٰ نے کہا اس کی معافی ہو جائے گی، لیکن یہ بہرحال ایک ایسی چیز سے بچنا چاہیے۔</w:t>
      </w:r>
    </w:p>
    <w:p>
      <w:r>
        <w:rPr>
          <w:b/>
        </w:rPr>
        <w:t xml:space="preserve">[11:34] </w:t>
      </w:r>
      <w:r>
        <w:t>quran mein hai kay ya ayyuhal lazeena amanu ijtنبū katsīran minaz zann, az zann ism. aye iman walo ghalat fehmi say bacho,</w:t>
      </w:r>
    </w:p>
    <w:p>
      <w:pPr>
        <w:jc w:val="right"/>
      </w:pPr>
      <w:r>
        <w:t>قرآن میں ہے کہ یا ایہا الذین آمنوا اجتنبوا کثیرا من الذنب الذن اسم اے ایمان والو غلط فہمی سے بچو،</w:t>
      </w:r>
    </w:p>
    <w:p>
      <w:r>
        <w:rPr>
          <w:b/>
        </w:rPr>
        <w:t xml:space="preserve">[11:52] </w:t>
      </w:r>
      <w:r>
        <w:t>sooye zan say bacho, badgumanai say bacho. kyun kay baaz badgumanai gunah hoti hai.</w:t>
      </w:r>
    </w:p>
    <w:p>
      <w:pPr>
        <w:jc w:val="right"/>
      </w:pPr>
      <w:r>
        <w:t>سوئے زن سے بچو، بدگمانی سے بچو۔ کیونکہ بعض بدگمانی گناہ ہوتی ہے۔</w:t>
      </w:r>
    </w:p>
    <w:p>
      <w:r>
        <w:rPr>
          <w:b/>
        </w:rPr>
        <w:t xml:space="preserve">[12:01] </w:t>
      </w:r>
      <w:r>
        <w:t>baaz say murad kon hai? jis kay peechay intention shamil ho jaye. yani baaz badgumanai jo jo jis mein intention shamil nahi hoti to woh bhi agarche ghalat hai, lekin woh Allah taala us ko maaf kar de ga.</w:t>
      </w:r>
    </w:p>
    <w:p>
      <w:pPr>
        <w:jc w:val="right"/>
      </w:pPr>
      <w:r>
        <w:t>بعض سے مراد کون ہے؟ جس کے پیچھے انٹینشن شامل ہو جائے۔ یعنی بعض بدگمانی جو جو جس میں انٹینشن شامل نہیں ہوتی تو وہ بھی اگرچہ غلط ہے، لیکن وہ اللہ تعالیٰ اس کو معاف کر دے گا۔</w:t>
      </w:r>
    </w:p>
    <w:p>
      <w:r>
        <w:rPr>
          <w:b/>
        </w:rPr>
        <w:t xml:space="preserve">[12:17] </w:t>
      </w:r>
      <w:r>
        <w:t>lekin woh badgumanai jis mein intention shamil ho jaye kay kisi ko necha dikhana yeh maqsood ho aap ka intentionally, to woh to boht hi bara gunah hai.</w:t>
      </w:r>
    </w:p>
    <w:p>
      <w:pPr>
        <w:jc w:val="right"/>
      </w:pPr>
      <w:r>
        <w:t>لیکن وہ بدگمانی جس میں انٹینشن شامل ہو جائے کہ کسی کو نیچا دکھانا یہ مقصود ہو آپ کا انٹینشنلی، تو وہ تو بہت ہی بڑا گناہ ہے۔</w:t>
      </w:r>
    </w:p>
    <w:p>
      <w:r>
        <w:rPr>
          <w:b/>
        </w:rPr>
        <w:t xml:space="preserve">[12:28] </w:t>
      </w:r>
      <w:r>
        <w:t>woh to qabil maafi nahi hai.</w:t>
      </w:r>
    </w:p>
    <w:p>
      <w:pPr>
        <w:jc w:val="right"/>
      </w:pPr>
      <w:r>
        <w:t>وہ تو قابل معافی نہیں ہے۔</w:t>
      </w:r>
    </w:p>
    <w:p>
      <w:r>
        <w:rPr>
          <w:b/>
        </w:rPr>
        <w:t xml:space="preserve">[12:30] </w:t>
      </w:r>
      <w:r>
        <w:t>is subject par aaj mein soch raha tha</w:t>
      </w:r>
    </w:p>
    <w:p>
      <w:pPr>
        <w:jc w:val="right"/>
      </w:pPr>
      <w:r>
        <w:t>اس سبجیکٹ پر آج میں سوچ رہا تھا</w:t>
      </w:r>
    </w:p>
    <w:p>
      <w:r>
        <w:rPr>
          <w:b/>
        </w:rPr>
        <w:t xml:space="preserve">[12:34] </w:t>
      </w:r>
      <w:r>
        <w:t>to ek baat samajh mein aai.</w:t>
      </w:r>
    </w:p>
    <w:p>
      <w:pPr>
        <w:jc w:val="right"/>
      </w:pPr>
      <w:r>
        <w:t>تو ایک بات سمجھ میں آئی۔</w:t>
      </w:r>
    </w:p>
    <w:p>
      <w:r>
        <w:rPr>
          <w:b/>
        </w:rPr>
        <w:t xml:space="preserve">[12:39] </w:t>
      </w:r>
      <w:r>
        <w:t>aaj hi islam ki history mein dekhiye, ek bahut bada waqea hua shuru zamane mein jo logon ko bahut zyada pareshan kiya rehta hai.</w:t>
      </w:r>
    </w:p>
    <w:p>
      <w:pPr>
        <w:jc w:val="right"/>
      </w:pPr>
      <w:r>
        <w:t>آج ہی اسلام کی ہسٹری میں دیکھیے، ایک بہت بڑا واقعہ ہوا شروع زمانے میں جو لوگوں کو بہت زیادہ پریشان کیا رہتا ہے۔</w:t>
      </w:r>
    </w:p>
    <w:p>
      <w:r>
        <w:rPr>
          <w:b/>
        </w:rPr>
        <w:t xml:space="preserve">[12:52] </w:t>
      </w:r>
      <w:r>
        <w:t>woh kya? khilafat rashida ke aakhri zamane mein rasool Allah ke do sahabi ke darmiyan ladai ho gai. yani Ali ibn Abi Talib aur Muawiya ibn Abi Sufyan.</w:t>
      </w:r>
    </w:p>
    <w:p>
      <w:pPr>
        <w:jc w:val="right"/>
      </w:pPr>
      <w:r>
        <w:t>وہ کیا؟ خلافت راشدہ کے آخری زمانے میں رسول اللہ کے دو صحابی کے درمیان لڑائی ہو گئی۔ یعنی علی ابن ابی طالب اور معاویہ ابن ابی سفیان۔</w:t>
      </w:r>
    </w:p>
    <w:p>
      <w:r>
        <w:rPr>
          <w:b/>
        </w:rPr>
        <w:t xml:space="preserve">[13:06] </w:t>
      </w:r>
      <w:r>
        <w:t>donon sahabi the. donon ba-khatir ladai hui. jang hui donon mein. to yeh tareekh ka ek sawal hai.</w:t>
      </w:r>
    </w:p>
    <w:p>
      <w:pPr>
        <w:jc w:val="right"/>
      </w:pPr>
      <w:r>
        <w:t>دونوں صحابی تھے۔ دونوں باخاطر لڑائی ہوئی۔ جنگ ہوئی دونوں میں۔ تو یہ تاریخ کا ایک سوال ہے۔</w:t>
      </w:r>
    </w:p>
    <w:p>
      <w:r>
        <w:rPr>
          <w:b/>
        </w:rPr>
        <w:t xml:space="preserve">[13:19] </w:t>
      </w:r>
      <w:r>
        <w:t>hazaar saal se, chaudah so saal se</w:t>
      </w:r>
    </w:p>
    <w:p>
      <w:pPr>
        <w:jc w:val="right"/>
      </w:pPr>
      <w:r>
        <w:t>ہزار سال سے، چودہ سو سال سے</w:t>
      </w:r>
    </w:p>
    <w:p>
      <w:r>
        <w:rPr>
          <w:b/>
        </w:rPr>
        <w:t xml:space="preserve">[13:22] </w:t>
      </w:r>
      <w:r>
        <w:t>log is par behas karte rahe hain ke aisa kyun hua? to meri samajh mein yeh baat aai ke is mein Allah taala unhein dikhaya ke conditioning kitni zyada sangin cheez hoti hai.</w:t>
      </w:r>
    </w:p>
    <w:p>
      <w:pPr>
        <w:jc w:val="right"/>
      </w:pPr>
      <w:r>
        <w:t>لوگ اس پر بحث کرتے رہے ہیں کہ ایسا کیوں ہوا؟ تو میری سمجھ میں یہ بات آئی کہ اس میں اللہ تعالیٰ انہیں دکھایا کہ کنڈیشننگ کتنی زیادہ سنگین چیز ہوتی ہے۔</w:t>
      </w:r>
    </w:p>
    <w:p>
      <w:r>
        <w:rPr>
          <w:b/>
        </w:rPr>
        <w:t xml:space="preserve">[13:40] </w:t>
      </w:r>
      <w:r>
        <w:t>conditioning. yani mukhlis aadmi bhi conditioning ki wajah se ek bhaari galati kar sakta hai. to wahan kya mamla tha?</w:t>
      </w:r>
    </w:p>
    <w:p>
      <w:pPr>
        <w:jc w:val="right"/>
      </w:pPr>
      <w:r>
        <w:t>کنڈیشننگ۔ یعنی مخلص آدمی بھی کنڈیشننگ کی وجہ سے ایک بھاری غلطی کر سکتا ہے۔ تو وہاں کیا معاملہ تھا؟</w:t>
      </w:r>
    </w:p>
    <w:p>
      <w:r>
        <w:rPr>
          <w:b/>
        </w:rPr>
        <w:t xml:space="preserve">[13:52] </w:t>
      </w:r>
      <w:r>
        <w:t>donon jahan tak mein samajhta hoon, wallah alam bis sawab, Allah ko zyada maloom hai, lekin apni insani samajh se jo mein jaan paya hoon woh yeh hai ke donon ki alag alag conditioning thi.</w:t>
      </w:r>
    </w:p>
    <w:p>
      <w:pPr>
        <w:jc w:val="right"/>
      </w:pPr>
      <w:r>
        <w:t>دونوں جہاں تک میں سمجھتا ہوں، واللہ عالم بالثواب، اللہ کو زیادہ معلوم ہے، لیکن اپنی انسانی سمجھ سے جو میں جان پایا ہوں وہ یہ ہے کہ دونوں کی الگ الگ کنڈیشننگ تھی۔</w:t>
      </w:r>
    </w:p>
    <w:p>
      <w:r>
        <w:rPr>
          <w:b/>
        </w:rPr>
        <w:t xml:space="preserve">[14:09] </w:t>
      </w:r>
      <w:r>
        <w:t>yani Hazrat Muawiya jo the, unki conditioning kya thi?</w:t>
      </w:r>
    </w:p>
    <w:p>
      <w:pPr>
        <w:jc w:val="right"/>
      </w:pPr>
      <w:r>
        <w:t>یعنی حضرت معاویہ جو تھے، ان کی کنڈیشننگ کیا تھی؟</w:t>
      </w:r>
    </w:p>
    <w:p>
      <w:r>
        <w:rPr>
          <w:b/>
        </w:rPr>
        <w:t xml:space="preserve">[14:14] </w:t>
      </w:r>
      <w:r>
        <w:t>ke Hazrat Usman ka jo qatl ho gaya tha, to Hazrat Usman the bani Umayyah ke, yani Muawiya ke ke qabile ke. to Arabon mein jo chala aa raha tha sainkaron saal se jo riwaj ke agar koi kisi ko qatl kar de to qatil jo hai woh maqtul qabile ko hawale kiya jaye.</w:t>
      </w:r>
    </w:p>
    <w:p>
      <w:pPr>
        <w:jc w:val="right"/>
      </w:pPr>
      <w:r>
        <w:t>کہ حضرت عثمان کا جو قتل ہو گیا تھا، تو حضرت عثمان تھے بنو امیہ کے، یعنی معاویہ کے کے قبیلے کے۔ تو عربوں میں جو چلا آ رہا تھا سینکڑوں سال سے جو رواج کہ اگر کوئی کسی کو قتل کر دے تو قاتل جو ہے وہ مقتول قبیلے کو حوالے کیا جائے۔</w:t>
      </w:r>
    </w:p>
    <w:p>
      <w:r>
        <w:rPr>
          <w:b/>
        </w:rPr>
        <w:t xml:space="preserve">[14:38] </w:t>
      </w:r>
      <w:r>
        <w:t>maqtul qabile ko diya jaye woh. yeh riwaj chala aa raha tha.</w:t>
      </w:r>
    </w:p>
    <w:p>
      <w:pPr>
        <w:jc w:val="right"/>
      </w:pPr>
      <w:r>
        <w:t>مقتول قبیلے کو دیا جائے وہ۔ یہ رواج چلا آ رہا تھا۔</w:t>
      </w:r>
    </w:p>
    <w:p>
      <w:r>
        <w:rPr>
          <w:b/>
        </w:rPr>
        <w:t xml:space="preserve">[14:44] </w:t>
      </w:r>
      <w:r>
        <w:t>to unka mutalba tha ke jo maqtul hai woh to chala gaya duniya se, lekin qatil jo zinda hai woh hamein hawale kiya jaye.</w:t>
      </w:r>
    </w:p>
    <w:p>
      <w:pPr>
        <w:jc w:val="right"/>
      </w:pPr>
      <w:r>
        <w:t>تو ان کا مطالبہ تھا کہ جو مقتول ہے وہ تو چلا گیا دنیا سے، لیکن قاتل جو زندہ ہے وہ ہمیں حوالے کیا جائے۔</w:t>
      </w:r>
    </w:p>
    <w:p>
      <w:r>
        <w:rPr>
          <w:b/>
        </w:rPr>
        <w:t xml:space="preserve">[14:57] </w:t>
      </w:r>
      <w:r>
        <w:t>woh hamare hawale kiya jaye. Hazrat Ali kehte the ke abhi hukumat khilafat mustahkam nahi hui, establish nahi hui hai. isse establish hone do.</w:t>
      </w:r>
    </w:p>
    <w:p>
      <w:pPr>
        <w:jc w:val="right"/>
      </w:pPr>
      <w:r>
        <w:t>وہ ہمارے حوالے کیا جائے۔ حضرت علی کہتے تھے کہ ابھی حکومت خلافت مستحکم نہیں ہوئی، اسٹیبلش نہیں ہوئی ہے۔ اسے اسٹیبل ہونے دو۔</w:t>
      </w:r>
    </w:p>
    <w:p>
      <w:r>
        <w:rPr>
          <w:b/>
        </w:rPr>
        <w:t xml:space="preserve">[15:07] </w:t>
      </w:r>
      <w:r>
        <w:t>phir yeh mamla adalati taur par kiya jayega.</w:t>
      </w:r>
    </w:p>
    <w:p>
      <w:pPr>
        <w:jc w:val="right"/>
      </w:pPr>
      <w:r>
        <w:t>پھر یہ معاملہ عدالتی طور پر کیا جائے گا۔</w:t>
      </w:r>
    </w:p>
    <w:p>
      <w:r>
        <w:rPr>
          <w:b/>
        </w:rPr>
        <w:t xml:space="preserve">[15:10] </w:t>
      </w:r>
      <w:r>
        <w:t>lekin apni conditioning ki wajah se Muawiya jo the isko samajh nahi paate the. woh kehte the, woh samajhte the ke bas hamein milna chahiye.</w:t>
      </w:r>
    </w:p>
    <w:p>
      <w:pPr>
        <w:jc w:val="right"/>
      </w:pPr>
      <w:r>
        <w:t>لیکن اپنی کنڈیشننگ کی وجہ سے معاویہ جو تھے اس کو سمجھ نہیں پاتے تھے۔ وہ کہتے تھے، وہ سمجھتے تھے کہ بس ہمیں ملنا چاہیے۔</w:t>
      </w:r>
    </w:p>
    <w:p>
      <w:r>
        <w:rPr>
          <w:b/>
        </w:rPr>
        <w:t xml:space="preserve">[15:20] </w:t>
      </w:r>
      <w:r>
        <w:t>yeh to hamara haq hai ke qatil hum ko diya jaye. Hazrat Ali ka mamla kya tha?</w:t>
      </w:r>
    </w:p>
    <w:p>
      <w:pPr>
        <w:jc w:val="right"/>
      </w:pPr>
      <w:r>
        <w:t>یہ تو ہمارا حق ہے کہ قاتل ہم کو دیا جائے۔ حضرت علی کا معاملہ کیا تھا؟</w:t>
      </w:r>
    </w:p>
    <w:p>
      <w:r>
        <w:rPr>
          <w:b/>
        </w:rPr>
        <w:t xml:space="preserve">[15:26] </w:t>
      </w:r>
      <w:r>
        <w:t>Hazrat Ali ka mamla yeh tha ke woh yeh samajhte the ke woh jo chala aa raha tha riwaj ke badshah ka beta badshah, sardar ka beta sardar, yeh chala aa raha tha.</w:t>
      </w:r>
    </w:p>
    <w:p>
      <w:pPr>
        <w:jc w:val="right"/>
      </w:pPr>
      <w:r>
        <w:t>حضرت علی کا معاملہ یہ تھا کہ وہ یہ سمجھتے تھے کہ وہ جو چلا آ رہا تھا رواج کہ بادشاہ کا بیٹا بادشاہ، سردار کا بیٹا سردار، یہ چلا آ رہا تھا۔</w:t>
      </w:r>
    </w:p>
    <w:p>
      <w:r>
        <w:rPr>
          <w:b/>
        </w:rPr>
        <w:t xml:space="preserve">[15:41] </w:t>
      </w:r>
      <w:r>
        <w:t>to Hazrat Ali jo the woh chuki rasool Allah ki family ke the aur is riwaj ke mutabiq unhein khilafat milni chahiye thi.</w:t>
      </w:r>
    </w:p>
    <w:p>
      <w:pPr>
        <w:jc w:val="right"/>
      </w:pPr>
      <w:r>
        <w:t>تو حضرت علی جو تھے وہ چونکہ رسول اللہ کی فیملی کے تھے اور اس رواج کے مطابق انہیں خلافت ملنی چاہیے تھی۔</w:t>
      </w:r>
    </w:p>
    <w:p>
      <w:r>
        <w:rPr>
          <w:b/>
        </w:rPr>
        <w:t xml:space="preserve">[15:51] </w:t>
      </w:r>
      <w:r>
        <w:t>unhein haq tha ke woh khalifa banein.</w:t>
      </w:r>
    </w:p>
    <w:p>
      <w:pPr>
        <w:jc w:val="right"/>
      </w:pPr>
      <w:r>
        <w:t>انہیں حق تھا کہ وہ خلیفہ بنیں۔</w:t>
      </w:r>
    </w:p>
    <w:p>
      <w:r>
        <w:rPr>
          <w:b/>
        </w:rPr>
        <w:t xml:space="preserve">[15:53] </w:t>
      </w:r>
      <w:r>
        <w:t>to ek conditioning mein Hazrat Ali the, doosri conditioning mein Muawiya the. donon mein ladai ho gai. is se maine yeh usool nikala hai ke ek insaan aam mani mein agarche mukhlis ho sakta hai, apni poori zindagi mukhlis ho sakta hai.</w:t>
      </w:r>
    </w:p>
    <w:p>
      <w:pPr>
        <w:jc w:val="right"/>
      </w:pPr>
      <w:r>
        <w:t>تو ایک کنڈیشننگ میں حضرت علی تھے، دوسری کنڈیشننگ میں معاویہ تھے۔ دونوں میں لڑائی ہو گئی۔ اس سے میں نے یہ اصول نکالا ہے کہ ایک انسان عام معنی میں اگرچہ مخلص ہو سکتا ہے، اپنی پوری زندگی مخلص ہو سکتا ہے۔</w:t>
      </w:r>
    </w:p>
    <w:p>
      <w:r>
        <w:rPr>
          <w:b/>
        </w:rPr>
        <w:t xml:space="preserve">[16:17] </w:t>
      </w:r>
      <w:r>
        <w:t>misal ke taur par muhaddiseen jo hain Hazrat Muawiya ki riwayat qabool karte hain kyunke unko mukhlis aur aur honest samajhte hain woh.</w:t>
      </w:r>
    </w:p>
    <w:p>
      <w:pPr>
        <w:jc w:val="right"/>
      </w:pPr>
      <w:r>
        <w:t>مثلاً محدثین جو ہیں حضرت معاویہ کی روایت قبول کرتے ہیں کیونکہ ان کو مخلص اور اور آنست سمجھتے ہیں وہ۔</w:t>
      </w:r>
    </w:p>
    <w:p>
      <w:r>
        <w:rPr>
          <w:b/>
        </w:rPr>
        <w:t xml:space="preserve">[16:28] </w:t>
      </w:r>
      <w:r>
        <w:t>to Ali ki bhi riwayat ko qabool karte hain muhaddiseen</w:t>
      </w:r>
    </w:p>
    <w:p>
      <w:pPr>
        <w:jc w:val="right"/>
      </w:pPr>
      <w:r>
        <w:t>تو علی کی بھی روایت کو قبول کرتے ہیں محدثین</w:t>
      </w:r>
    </w:p>
    <w:p>
      <w:r>
        <w:rPr>
          <w:b/>
        </w:rPr>
        <w:t xml:space="preserve">[16:31] </w:t>
      </w:r>
      <w:r>
        <w:t>aur Muawiya ki riwayat bhi qabool karte hain muhaddiseen. to donon unke nazdeek honest hain, donon mukhlis hain. is se yeh usool nikalta hai ke ikhlas ke bawajood kisi juzwi mamle mein, kisi juzwi mamle mein aadmi conditioning itni pakhtah ho sakti hai ke wahan par woh samjhein woh galati kar jaye.</w:t>
      </w:r>
    </w:p>
    <w:p>
      <w:pPr>
        <w:jc w:val="right"/>
      </w:pPr>
      <w:r>
        <w:t>اور معاویہ کی روایت بھی قبول کرتے ہیں محدثین۔ تو دونوں ان کے نزدیک آنست ہیں، دونوں مخلص ہیں۔ اس سے یہ اصول نکلتا ہے کہ اخلاص کے باوجود کسی جزئی معاملے میں، کسی جزئی معاملے میں آدمی کنڈیشننگ اتنی پختہ ہو سکتی ہے کہ وہاں پر وہ سمجھیں وہ غلطی کر جائے۔</w:t>
      </w:r>
    </w:p>
    <w:p>
      <w:r>
        <w:rPr>
          <w:b/>
        </w:rPr>
        <w:t xml:space="preserve">[16:53] </w:t>
      </w:r>
      <w:r>
        <w:t>dekhiye, donon ke donon mukhlis the. apni aam zindagi mein mukhlis the. lekin ek makhsoos mamla Hazrat Usman ke qatilon ke sath kya mamla kiya jaye?</w:t>
      </w:r>
    </w:p>
    <w:p>
      <w:pPr>
        <w:jc w:val="right"/>
      </w:pPr>
      <w:r>
        <w:t>دیکھیے، دونوں کے دونوں مخلص تھے۔ اپنی عام زندگی میں مخلص تھے۔ لیکن ایک مخصوص معاملہ حضرت عثمان کے قاتلوں کے ساتھ کیا معاملہ کیا جائے؟</w:t>
      </w:r>
    </w:p>
    <w:p>
      <w:r>
        <w:rPr>
          <w:b/>
        </w:rPr>
        <w:t xml:space="preserve">[17:08] </w:t>
      </w:r>
      <w:r>
        <w:t>to ek makhsoos mamle mein donon ki conditioning alag alag thi.</w:t>
      </w:r>
    </w:p>
    <w:p>
      <w:pPr>
        <w:jc w:val="right"/>
      </w:pPr>
      <w:r>
        <w:t>تو ایک مخصوص معاملے میں دونوں کی کنڈیشننگ الگ الگ تھی۔</w:t>
      </w:r>
    </w:p>
    <w:p>
      <w:r>
        <w:rPr>
          <w:b/>
        </w:rPr>
        <w:t xml:space="preserve">[17:14] </w:t>
      </w:r>
      <w:r>
        <w:t>to ek juz'i maamle mein is un ki conditioning ki wajah se woh yeh samajh nahin paate the, is se bahar aa kar soch nahin paate the.</w:t>
      </w:r>
    </w:p>
    <w:p>
      <w:pPr>
        <w:jc w:val="right"/>
      </w:pPr>
      <w:r>
        <w:t>تو ایک جزئی معاملے میں اس ان کی کنڈیشننگ کی وجہ سے وہ یہ سمجھ نہیں پاتے تھے، اس سے باہر آ کر سوچ نہیں پاتے تھے۔</w:t>
      </w:r>
    </w:p>
    <w:p>
      <w:r>
        <w:rPr>
          <w:b/>
        </w:rPr>
        <w:t xml:space="preserve">[17:24] </w:t>
      </w:r>
      <w:r>
        <w:t>to main samajhta hoon ke ek usool milta hai hamein ke</w:t>
      </w:r>
    </w:p>
    <w:p>
      <w:pPr>
        <w:jc w:val="right"/>
      </w:pPr>
      <w:r>
        <w:t>تو میں سمجھتا ہوں کہ ایک اصول ملتا ہے ہمیں کہ</w:t>
      </w:r>
    </w:p>
    <w:p>
      <w:r>
        <w:rPr>
          <w:b/>
        </w:rPr>
        <w:t xml:space="preserve">[17:33] </w:t>
      </w:r>
      <w:r>
        <w:t>is duniya mein aap jaante hain ek duniya kya hai? Afkaar ka jangal hai. Hazaron, lakhon, million, billion cheezein hamare dimaagh mein aati rehti hain har waqt</w:t>
      </w:r>
    </w:p>
    <w:p>
      <w:pPr>
        <w:jc w:val="right"/>
      </w:pPr>
      <w:r>
        <w:t>اس دنیا میں آپ جانتے ہیں ایک دنیا کیا ہے؟ افکار کا جنگل ہے۔ ہزاروں، لاکھوں، ملین، بلین چیزیں ہمارے دماغ میں آتی رہتی ہیں ہر وقت</w:t>
      </w:r>
    </w:p>
    <w:p>
      <w:r>
        <w:rPr>
          <w:b/>
        </w:rPr>
        <w:t xml:space="preserve">[17:43] </w:t>
      </w:r>
      <w:r>
        <w:t>. Is ko sort out karna aur theek conditioning kar ke apne aap ko bilkul wahan le aana jahan aap bilkul objective tor par cheezon ko dekh sakein,</w:t>
      </w:r>
    </w:p>
    <w:p>
      <w:pPr>
        <w:jc w:val="right"/>
      </w:pPr>
      <w:r>
        <w:t>۔ اس کو سارٹ آؤٹ کرنا اور ٹھیک کنڈیشننگ کر کے اپنے آپ کو بالکل وہاں لے آنا جہاں آپ بالکل آبجیکٹو طور پر چیزوں کو دیکھ سکیں،</w:t>
      </w:r>
    </w:p>
    <w:p>
      <w:r>
        <w:rPr>
          <w:b/>
        </w:rPr>
        <w:t xml:space="preserve">[17:56] </w:t>
      </w:r>
      <w:r>
        <w:t>yeh bilashubah most difficult task hai. To insaan har baar baar ghalti kar sakta hai.</w:t>
      </w:r>
    </w:p>
    <w:p>
      <w:pPr>
        <w:jc w:val="right"/>
      </w:pPr>
      <w:r>
        <w:t>یہ بلاشبہ موسٹ ڈیفیکلٹ ٹاسک ہے۔ تو انسان ہر بار بار غلطی کر سکتا ہے۔</w:t>
      </w:r>
    </w:p>
    <w:p>
      <w:r>
        <w:rPr>
          <w:b/>
        </w:rPr>
        <w:t xml:space="preserve">[18:05] </w:t>
      </w:r>
      <w:r>
        <w:t>main bhi kar sakta hoon, aap bhi kar sakte hain. Koi bhi shakhs kar sakta hai siwaye peghambar ke.</w:t>
      </w:r>
    </w:p>
    <w:p>
      <w:pPr>
        <w:jc w:val="right"/>
      </w:pPr>
      <w:r>
        <w:t>میں بھی کر سکتا ہوں، آپ بھی کر سکتے ہیں۔ کوئی بھی شخص کر سکتا ہے سوائے پیغمبر کے۔</w:t>
      </w:r>
    </w:p>
    <w:p>
      <w:r>
        <w:rPr>
          <w:b/>
        </w:rPr>
        <w:t xml:space="preserve">[18:12] </w:t>
      </w:r>
      <w:r>
        <w:t>to is ka matlab hai ke insaan ke maamle mein hamein bohat ziyada allowance dena chahiye, allowance. Ke mukhlis hote hue aadmi ek bhaari ghalti kar sakta hai.</w:t>
      </w:r>
    </w:p>
    <w:p>
      <w:pPr>
        <w:jc w:val="right"/>
      </w:pPr>
      <w:r>
        <w:t>تو اس کا مطلب ہے کہ انسان کے معاملے میں ہمیں بہت زیادہ الاوننس دینا چاہیے، الاوننس۔ کہ مخلص ہوتے ہوئے آدمی ایک بھاری غلطی کر سکتا ہے۔</w:t>
      </w:r>
    </w:p>
    <w:p>
      <w:r>
        <w:rPr>
          <w:b/>
        </w:rPr>
        <w:t xml:space="preserve">[18:23] </w:t>
      </w:r>
      <w:r>
        <w:t>aap jaante hain ke Khuda ke haan sab se bari cheez jo qabool ki jayegi woh ikhlaas hai. Koi bhi shakhs ghalti kar sakta hai lekin agar ikhlaas hai to woh Allah Ta'ala ke haan qabil-e-maafi hoga.</w:t>
      </w:r>
    </w:p>
    <w:p>
      <w:pPr>
        <w:jc w:val="right"/>
      </w:pPr>
      <w:r>
        <w:t>آپ جانتے ہیں کہ خدا کے ہاں سب سے بڑی چیز جو قبول کی جائے گی وہ اخلاص ہے۔ کوئی بھی شخص غلطی کر سکتا ہے لیکن اگر اخلاص ہے تو وہ اللہ تعالیٰ کے ہاں قابل معافی ہوگا۔</w:t>
      </w:r>
    </w:p>
    <w:p>
      <w:r>
        <w:rPr>
          <w:b/>
        </w:rPr>
        <w:t xml:space="preserve">[18:40] </w:t>
      </w:r>
      <w:r>
        <w:t>to yeh ek baat maine yahan par kahi. Jo asal baat kehni hai woh yeh hai ke ghalat fehmi ki buniyad par rai qaim karna kabhi bhi nahin chahiye.</w:t>
      </w:r>
    </w:p>
    <w:p>
      <w:pPr>
        <w:jc w:val="right"/>
      </w:pPr>
      <w:r>
        <w:t>تو یہ ایک بات میں نے یہاں پر کہی۔ جو اصل بات کہنی ہے وہ یہ ہے کہ غلط فہمی کی بنیاد پر رائے قائم کرنا کبھی بھی نہیں چاہیے۔</w:t>
      </w:r>
    </w:p>
    <w:p>
      <w:r>
        <w:rPr>
          <w:b/>
        </w:rPr>
        <w:t xml:space="preserve">[18:53] </w:t>
      </w:r>
      <w:r>
        <w:t>ek ek ek ek Arab ka maqoola hai ke al-nasu adaa'u ma jahaloo. Log us cheez ke dushman ban jaate hain jis ko woh na jaante hon.</w:t>
      </w:r>
    </w:p>
    <w:p>
      <w:pPr>
        <w:jc w:val="right"/>
      </w:pPr>
      <w:r>
        <w:t>ایک ایک ایک ایک عرب کا مقولہ ہے کہ الناس ادا ما جہلو۔ لوگ اس چیز کے دشمن بن جاتے ہیں جس کو وہ نہ جانتے ہوں۔</w:t>
      </w:r>
    </w:p>
    <w:p>
      <w:r>
        <w:rPr>
          <w:b/>
        </w:rPr>
        <w:t xml:space="preserve">[19:10] </w:t>
      </w:r>
      <w:r>
        <w:t>to hum kisi kisi ke baare mein hamare andar negative thought aa jata hai. Kyun? Is liye ke hum poori baat nahin jaante.</w:t>
      </w:r>
    </w:p>
    <w:p>
      <w:pPr>
        <w:jc w:val="right"/>
      </w:pPr>
      <w:r>
        <w:t>تو ہم کسی کسی کے بارے میں ہمارے اندر نیگیٹیو تھاٹ آ جاتا ہے۔ کیوں؟ اس لیے کہ ہم پوری بات نہیں جانتے۔</w:t>
      </w:r>
    </w:p>
    <w:p>
      <w:r>
        <w:rPr>
          <w:b/>
        </w:rPr>
        <w:t xml:space="preserve">[19:21] </w:t>
      </w:r>
      <w:r>
        <w:t>poori baat na jaanne ki wajah se hamare andar negative thought aa jata hai. Aam tor par aap dekhiye jab bhi koi shikayat kare kisi ki, woh kisi ko burai bataye, us ki aap scrutiny kijiye.</w:t>
      </w:r>
    </w:p>
    <w:p>
      <w:pPr>
        <w:jc w:val="right"/>
      </w:pPr>
      <w:r>
        <w:t>پوری بات نہ جاننے کی وجہ سے ہمارے اندر نیگیٹیو تھاٹ آ جاتا ہے۔ عام طور پر آپ دیکھیے جب بھی کوئی شکایت کرے کسی کی، وہ کسی کو برائی بتائے، اس کی آپ اسکرٹنی کیجیے۔</w:t>
      </w:r>
    </w:p>
    <w:p>
      <w:r>
        <w:rPr>
          <w:b/>
        </w:rPr>
        <w:t xml:space="preserve">[19:36] </w:t>
      </w:r>
      <w:r>
        <w:t>logon ka mizaj yeh bhi hai ke log scrutiny nahin karte.</w:t>
      </w:r>
    </w:p>
    <w:p>
      <w:pPr>
        <w:jc w:val="right"/>
      </w:pPr>
      <w:r>
        <w:t>لوگوں کا مزاج یہ بھی ہے کہ لوگ اسکرٹنی نہیں کرتے۔</w:t>
      </w:r>
    </w:p>
    <w:p>
      <w:r>
        <w:rPr>
          <w:b/>
        </w:rPr>
        <w:t xml:space="preserve">[19:43] </w:t>
      </w:r>
      <w:r>
        <w:t>scrutiny nahin karte. Suna aur maan liya. Suna aur maan liya. Haalankeh Hadees mein aata hai ke kafa bilmar'i an yuhadditha bikulli ma sami'a.</w:t>
      </w:r>
    </w:p>
    <w:p>
      <w:pPr>
        <w:jc w:val="right"/>
      </w:pPr>
      <w:r>
        <w:t>اسکرٹنی نہیں کرتے۔ سنا اور مان لیا۔ سنا اور مان لیا۔ حالانکہ حدیث میں آتا ہے کہ کفا بالمرض ان یحدث بکل ما سمع۔</w:t>
      </w:r>
    </w:p>
    <w:p>
      <w:r>
        <w:rPr>
          <w:b/>
        </w:rPr>
        <w:t xml:space="preserve">[19:55] </w:t>
      </w:r>
      <w:r>
        <w:t>insaan ke jhoota hone ke liye yeh baat kaafi hai ke woh jo kuch suna hai usi ko bayan</w:t>
      </w:r>
    </w:p>
    <w:p>
      <w:pPr>
        <w:jc w:val="right"/>
      </w:pPr>
      <w:r>
        <w:t>انسان کے جھوٹا ہونے کے لیے یہ بات کافی ہے کہ وہ جو کچھ سنا ہے اسی کو بیان</w:t>
      </w:r>
    </w:p>
    <w:p>
      <w:r>
        <w:rPr>
          <w:b/>
        </w:rPr>
        <w:t xml:space="preserve">[20:02] </w:t>
      </w:r>
      <w:r>
        <w:t>karne lage. Is ka matlab hai jab bhi aap koi baat sunein to aap ko tehqeeq karna chahiye. Scrutiny kar ke us ki teh tak pohnchne ki koshish karna chahiye.</w:t>
      </w:r>
    </w:p>
    <w:p>
      <w:pPr>
        <w:jc w:val="right"/>
      </w:pPr>
      <w:r>
        <w:t>کرنے لگے۔ اس کا مطلب ہے جب بھی آپ کوئی بات سنیں تو آپ کو تحقیق کرنا چاہیے۔ اسکرٹنی کر کے اس کی تہہ تک پہنچنے کی کوشش کرنا چاہیے۔</w:t>
      </w:r>
    </w:p>
    <w:p>
      <w:r>
        <w:rPr>
          <w:b/>
        </w:rPr>
        <w:t xml:space="preserve">[20:13] </w:t>
      </w:r>
      <w:r>
        <w:t>sirf sun kar maan lena yeh bohat ziyada bhaari bhool hai, bhaari ghalti hai. Kyun ke dekhiye jo aadmi bayan kar raha hai aap se to more than nine percent aisa hota hai ke woh aadmi poori baat nahin bayan karta.</w:t>
      </w:r>
    </w:p>
    <w:p>
      <w:pPr>
        <w:jc w:val="right"/>
      </w:pPr>
      <w:r>
        <w:t>صرف سن کر مان لینا یہ بہت زیادہ بھاری بھول ہے، بھاری غلطی ہے۔ کیونکہ دیکھیے جو آدمی بیان کر رہا ہے آپ سے تو مور دین نائن پرسنٹ ایسا ہوتا ہے کہ وہ آدمی پوری بات نہیں بیان کرتا۔</w:t>
      </w:r>
    </w:p>
    <w:p>
      <w:r>
        <w:rPr>
          <w:b/>
        </w:rPr>
        <w:t xml:space="preserve">[20:34] </w:t>
      </w:r>
      <w:r>
        <w:t>ziyadatar adhuri baat bayan karta hai. Adhuri baat bayan karta hai.</w:t>
      </w:r>
    </w:p>
    <w:p>
      <w:pPr>
        <w:jc w:val="right"/>
      </w:pPr>
      <w:r>
        <w:t>زیادہ تر ادھوری بات بیان کرتا ہے۔ ادھوری بات بیان کرتا ہے۔</w:t>
      </w:r>
    </w:p>
    <w:p>
      <w:r>
        <w:rPr>
          <w:b/>
        </w:rPr>
        <w:t xml:space="preserve">[20:40] </w:t>
      </w:r>
      <w:r>
        <w:t>yaani apne wali baat ko dikhai nahin padti us ki. Doosre wali ki baat woh bayan karne lagta hai. Ek aam mizaj hai ke insaan jo hai apni taraf ki ghalti nahin dekh pata.</w:t>
      </w:r>
    </w:p>
    <w:p>
      <w:pPr>
        <w:jc w:val="right"/>
      </w:pPr>
      <w:r>
        <w:t>یعنی اپنے والی بات کو دکھائی نہیں پڑتی اس کی۔ دوسرے والی کی بات وہ بیان کرنے لگتا ہے۔ ایک عام مزاج ہے کہ انسان جو ہے اپنی طرف کی غلطی نہیں دیکھ پاتا۔</w:t>
      </w:r>
    </w:p>
    <w:p>
      <w:r>
        <w:rPr>
          <w:b/>
        </w:rPr>
        <w:t xml:space="preserve">[20:53] </w:t>
      </w:r>
      <w:r>
        <w:t>doosre ki ghalti us ko nazar aati hai. To one sided picture us ke mind mein aati hai. Wahi bayan karta hai doosron se.</w:t>
      </w:r>
    </w:p>
    <w:p>
      <w:pPr>
        <w:jc w:val="right"/>
      </w:pPr>
      <w:r>
        <w:t>دوسرے کی غلطی اس کو نظر آتی ہے۔ تو ون سائیڈڈ پکچر اس کے مائنڈ میں آتی ہے۔ وہی بیان کرتا ہے دوسروں سے۔</w:t>
      </w:r>
    </w:p>
    <w:p>
      <w:r>
        <w:rPr>
          <w:b/>
        </w:rPr>
        <w:t xml:space="preserve">[21:03] </w:t>
      </w:r>
      <w:r>
        <w:t>poori baat nahin bayan karta.</w:t>
      </w:r>
    </w:p>
    <w:p>
      <w:pPr>
        <w:jc w:val="right"/>
      </w:pPr>
      <w:r>
        <w:t>پوری بات نہیں بیان کرتا۔</w:t>
      </w:r>
    </w:p>
    <w:p>
      <w:r>
        <w:rPr>
          <w:b/>
        </w:rPr>
        <w:t xml:space="preserve">[21:06] </w:t>
      </w:r>
      <w:r>
        <w:t>mera baar baar ka tajruba hai ke log jo hain is mein mubtala rehte hain ke ke ek kisi ke maamle mein woh scrutiny nahin karte aur doosre ke maamle mein karte hain.</w:t>
      </w:r>
    </w:p>
    <w:p>
      <w:pPr>
        <w:jc w:val="right"/>
      </w:pPr>
      <w:r>
        <w:t>میرا بار بار کا تجربہ ہے کہ لوگ جو ہیں اس میں مبتلا رہتے ہیں کہ کہ ایک کسی کے معاملے میں وہ اسکرٹنی نہیں کرتے اور دوسرے کے معاملے میں کرتے ہیں۔</w:t>
      </w:r>
    </w:p>
    <w:p>
      <w:r>
        <w:rPr>
          <w:b/>
        </w:rPr>
        <w:t xml:space="preserve">[21:20] </w:t>
      </w:r>
      <w:r>
        <w:t>jis se unhein mohabbat hai us se kuch nahin sochenge us ke khilaaf aur jis se mohabbat nahin hai us ke khilaaf hazar baatein sochenge.</w:t>
      </w:r>
    </w:p>
    <w:p>
      <w:pPr>
        <w:jc w:val="right"/>
      </w:pPr>
      <w:r>
        <w:t>جس سے انہیں محبت ہے اس سے کچھ نہیں سوچیں گے اس کے خلاف اور جس سے محبت نہیں ہے اس کے خلاف ہزار باتیں سوچیں گے۔</w:t>
      </w:r>
    </w:p>
    <w:p>
      <w:r>
        <w:rPr>
          <w:b/>
        </w:rPr>
        <w:t xml:space="preserve">[21:29] </w:t>
      </w:r>
      <w:r>
        <w:t>main ek baar ek saahab ke haan baitha tha to woh oopar rehte the. To ek ladka aaya jo ke parosi ke ghar par chhat par daud raha tha.</w:t>
      </w:r>
    </w:p>
    <w:p>
      <w:pPr>
        <w:jc w:val="right"/>
      </w:pPr>
      <w:r>
        <w:t>میں ایک بار ایک صاحب کے ہاں بیٹھا تھا تو وہ اوپر رہتے تھے۔ تو ایک لڑکا آیا جو کہ پڑوسی کے گھر پر چھت پر دوڑ رہا تھا۔</w:t>
      </w:r>
    </w:p>
    <w:p>
      <w:r>
        <w:rPr>
          <w:b/>
        </w:rPr>
        <w:t xml:space="preserve">[21:43] </w:t>
      </w:r>
      <w:r>
        <w:t>donon ke makaan mile hue the.</w:t>
      </w:r>
    </w:p>
    <w:p>
      <w:pPr>
        <w:jc w:val="right"/>
      </w:pPr>
      <w:r>
        <w:t>دونوں کے مکان ملے ہوئے تھے۔</w:t>
      </w:r>
    </w:p>
    <w:p>
      <w:r>
        <w:rPr>
          <w:b/>
        </w:rPr>
        <w:t xml:space="preserve">[21:46] </w:t>
      </w:r>
      <w:r>
        <w:t>to woh kya hua ke woh patang ura raha tha. woh patang chhat par patang ura raha tha.</w:t>
      </w:r>
    </w:p>
    <w:p>
      <w:pPr>
        <w:jc w:val="right"/>
      </w:pPr>
      <w:r>
        <w:t>تو وہ کیا ہوا کہ وہ پتنگ اڑا رہا تھا۔ وہ پتنگ چھت پر پتنگ اڑا رہا تھا۔</w:t>
      </w:r>
    </w:p>
    <w:p>
      <w:r>
        <w:rPr>
          <w:b/>
        </w:rPr>
        <w:t xml:space="preserve">[21:54] </w:t>
      </w:r>
      <w:r>
        <w:t>woh yeh inhone is ko daanta. in ko dikhai diya ke woh aadmi chhat par patang ura raha hai. to daanta is ko. bohat ziyada daanta.</w:t>
      </w:r>
    </w:p>
    <w:p>
      <w:pPr>
        <w:jc w:val="right"/>
      </w:pPr>
      <w:r>
        <w:t>وہ یہ انہوں نے اس کو ڈانٹا۔ ان کو دکھائی دیا کہ وہ آدمی چھت پر پتنگ اڑا رہا ہے۔ تو ڈانٹا اس کو۔ بہت زیادہ ڈانٹا۔</w:t>
      </w:r>
    </w:p>
    <w:p>
      <w:r>
        <w:rPr>
          <w:b/>
        </w:rPr>
        <w:t xml:space="preserve">[22:03] </w:t>
      </w:r>
      <w:r>
        <w:t>kuch der ke baad in ka apna beta aaya. aur woh aaya khamoshi se in ke kamre mein gaya. wahan par us ne ek patang rakhi thi.</w:t>
      </w:r>
    </w:p>
    <w:p>
      <w:pPr>
        <w:jc w:val="right"/>
      </w:pPr>
      <w:r>
        <w:t>کچھ دیر کے بعد ان کا اپنا بیٹا آیا۔ اور وہ آیا خاموشی سے ان کے کمرے میں گیا۔ وہاں پر اس نے ایک پتنگ رکھی تھی۔</w:t>
      </w:r>
    </w:p>
    <w:p>
      <w:r>
        <w:rPr>
          <w:b/>
        </w:rPr>
        <w:t xml:space="preserve">[22:12] </w:t>
      </w:r>
      <w:r>
        <w:t>woh nikali us ne aur urane laga. inhi ke samne. jinho ne daanta tha inhi ke samne urane laga. ab kuch nahi bol rahe. yaani doosre ka ladka agar patang agar doosre ka beta agar patang urata hai to inhe nazar aata hai galat kaam kar raha hai.</w:t>
      </w:r>
    </w:p>
    <w:p>
      <w:pPr>
        <w:jc w:val="right"/>
      </w:pPr>
      <w:r>
        <w:t>وہ نکالی اس نے اور اڑانے لگا۔ انہی کے سامنے۔ جنہوں نے ڈانٹا تھا انہی کے سامنے اڑانے لگا۔ اب کچھ نہیں بول رہے۔ یعنی دوسرے کا لڑکا اگر پتنگ اگر دوسرے کا بیٹا اگر پتنگ اڑاتا ہے تو انہیں نظر آتا ہے غلط کام کر رہا ہے۔</w:t>
      </w:r>
    </w:p>
    <w:p>
      <w:r>
        <w:rPr>
          <w:b/>
        </w:rPr>
        <w:t xml:space="preserve">[22:28] </w:t>
      </w:r>
      <w:r>
        <w:t>apna beta patang ura raha hai to inhe galat nahi nazar nahi aata.</w:t>
      </w:r>
    </w:p>
    <w:p>
      <w:pPr>
        <w:jc w:val="right"/>
      </w:pPr>
      <w:r>
        <w:t>اپنا بیٹا پتنگ اڑا رہا ہے تو انہیں غلط نہیں نظر نہیں آتا۔</w:t>
      </w:r>
    </w:p>
    <w:p>
      <w:r>
        <w:rPr>
          <w:b/>
        </w:rPr>
        <w:t xml:space="preserve">[22:33] </w:t>
      </w:r>
      <w:r>
        <w:t>is liye dekhiye jab bhi koi aadmi aap se kisi ki koi negative baat bayan kare to hamesha is ki scrutiny kijiye.</w:t>
      </w:r>
    </w:p>
    <w:p>
      <w:pPr>
        <w:jc w:val="right"/>
      </w:pPr>
      <w:r>
        <w:t>اس لیے دیکھیے جب بھی کوئی آدمی آپ سے کسی کی کوئی نیگیٹیو بات بیان کرے تو ہمیشہ اس کی اسکرٹنی کیجیے۔</w:t>
      </w:r>
    </w:p>
    <w:p>
      <w:r>
        <w:rPr>
          <w:b/>
        </w:rPr>
        <w:t xml:space="preserve">[22:46] </w:t>
      </w:r>
      <w:r>
        <w:t>sunkar na maan lijiye. kyunke woh kuch keh raha hoga ke nahi keh raha hoga.</w:t>
      </w:r>
    </w:p>
    <w:p>
      <w:pPr>
        <w:jc w:val="right"/>
      </w:pPr>
      <w:r>
        <w:t>سن کر نہ مان لیجیے۔ کیونکہ وہ کچھ کہہ رہا ہوگا کہ نہیں کہہ رہا ہوگا۔</w:t>
      </w:r>
    </w:p>
    <w:p>
      <w:r>
        <w:rPr>
          <w:b/>
        </w:rPr>
        <w:t xml:space="preserve">[22:53] </w:t>
      </w:r>
      <w:r>
        <w:t>one sided picture woh de raha hoga.</w:t>
      </w:r>
    </w:p>
    <w:p>
      <w:pPr>
        <w:jc w:val="right"/>
      </w:pPr>
      <w:r>
        <w:t>ون سائیڈڈ پکچر وہ دے رہا ہوگا۔</w:t>
      </w:r>
    </w:p>
    <w:p>
      <w:r>
        <w:rPr>
          <w:b/>
        </w:rPr>
        <w:t xml:space="preserve">[23:04] </w:t>
      </w:r>
      <w:r>
        <w:t>yeh aam halat hai. maslan gharon mein jo jhagde hote hain yeh saas bahu ke jhagde woh kya hai?</w:t>
      </w:r>
    </w:p>
    <w:p>
      <w:pPr>
        <w:jc w:val="right"/>
      </w:pPr>
      <w:r>
        <w:t>یہ عام حالت ہے۔ مثلاً گھروں میں جو جھگڑے ہوتے ہیں یہ ساس بہو کے جھگڑے وہ کیا ہے؟</w:t>
      </w:r>
    </w:p>
    <w:p>
      <w:r>
        <w:rPr>
          <w:b/>
        </w:rPr>
        <w:t xml:space="preserve">[23:13] </w:t>
      </w:r>
      <w:r>
        <w:t>woh yahi hai ke saas jo hai yaani madni Allah jo hai woh bahu ki one sided picture pesh karti hai.</w:t>
      </w:r>
    </w:p>
    <w:p>
      <w:pPr>
        <w:jc w:val="right"/>
      </w:pPr>
      <w:r>
        <w:t>وہ یہی ہے کہ ساس جو ہے یعنی مدنی اللہ جو ہے وہ بہو کی ون سائیڈڈ پکچر پیش کرتی ہے۔</w:t>
      </w:r>
    </w:p>
    <w:p>
      <w:r>
        <w:rPr>
          <w:b/>
        </w:rPr>
        <w:t xml:space="preserve">[23:24] </w:t>
      </w:r>
      <w:r>
        <w:t>yaani bahu ki khoobiyan nahi dikhayengi dengi is ko. koi ek baat jo is ko pasand aaye woh dikhai degi isi ko bayan karegi.</w:t>
      </w:r>
    </w:p>
    <w:p>
      <w:pPr>
        <w:jc w:val="right"/>
      </w:pPr>
      <w:r>
        <w:t>یعنی بہو کی خوبیاں نہیں دکھائیں گی دیں گی اس کو۔ کوئی ایک بات جو اس کو پسند آئے وہ دکھائی دے گی اسی کو بیان کرے گی۔</w:t>
      </w:r>
    </w:p>
    <w:p>
      <w:r>
        <w:rPr>
          <w:b/>
        </w:rPr>
        <w:t xml:space="preserve">[23:31] </w:t>
      </w:r>
      <w:r>
        <w:t>aise hi bahu ka haal hai yaani daughter in Allah ka ke woh saas ki baatein achhi bhi hongi kai is ko nahi bayan karegi woh.</w:t>
      </w:r>
    </w:p>
    <w:p>
      <w:pPr>
        <w:jc w:val="right"/>
      </w:pPr>
      <w:r>
        <w:t>ایسے ہی بہو کا حال ہے یعنی ڈاٹر ان اللہ کا کہ وہ ساس کی باتیں اچھی بھی ہوں گی کئی اس کو نہیں بیان کرے گی وہ۔</w:t>
      </w:r>
    </w:p>
    <w:p>
      <w:r>
        <w:rPr>
          <w:b/>
        </w:rPr>
        <w:t xml:space="preserve">[23:42] </w:t>
      </w:r>
      <w:r>
        <w:t>koi baat jo is ko pasand nahi hai is ko le kar bayan karegi. to saas alag half picture pesh kar rahi hai. aur bahu alag half picture pesh kar rahi hai.</w:t>
      </w:r>
    </w:p>
    <w:p>
      <w:pPr>
        <w:jc w:val="right"/>
      </w:pPr>
      <w:r>
        <w:t>کوئی بات جو اس کو پسند نہیں ہے اس کو لے کر بیان کرے گی۔ تو ساس الگ ہاف پکچر پیش کر رہی ہے۔ اور بہو الگ ہاف پکچر پیش کر رہی ہے۔</w:t>
      </w:r>
    </w:p>
    <w:p>
      <w:r>
        <w:rPr>
          <w:b/>
        </w:rPr>
        <w:t xml:space="preserve">[23:53] </w:t>
      </w:r>
      <w:r>
        <w:t>is tarah dono taraf misunderstanding paida ho rahi hai. idhar bhi idhar bhi.</w:t>
      </w:r>
    </w:p>
    <w:p>
      <w:pPr>
        <w:jc w:val="right"/>
      </w:pPr>
      <w:r>
        <w:t>اس طرح دونوں طرف مس انڈرسٹینڈنگ پیدا ہو رہی ہے۔ ادھر بھی ادھر بھی۔</w:t>
      </w:r>
    </w:p>
    <w:p>
      <w:r>
        <w:rPr>
          <w:b/>
        </w:rPr>
        <w:t xml:space="preserve">[23:58] </w:t>
      </w:r>
      <w:r>
        <w:t>yeh aam riwaj hai ke log poori baat nahi kehte. aadhi baat kehte hain. hamesha mera tajurba to yahi hai.</w:t>
      </w:r>
    </w:p>
    <w:p>
      <w:pPr>
        <w:jc w:val="right"/>
      </w:pPr>
      <w:r>
        <w:t>یہ عام رواج ہے کہ لوگ پوری بات نہیں کہتے۔ آدھی بات کہتے ہیں۔ ہمیشہ میرا تجربہ تو یہی ہے۔</w:t>
      </w:r>
    </w:p>
    <w:p>
      <w:r>
        <w:rPr>
          <w:b/>
        </w:rPr>
        <w:t xml:space="preserve">[24:07] </w:t>
      </w:r>
      <w:r>
        <w:t>yaani shayad hi koi aadmi aisa mila ho mujhe jo sach much is se pak ho. poori baat bataye. poori baat bataye.</w:t>
      </w:r>
    </w:p>
    <w:p>
      <w:pPr>
        <w:jc w:val="right"/>
      </w:pPr>
      <w:r>
        <w:t>یعنی شاید ہی کوئی آدمی ایسا ملا ہو مجھے جو سچ مچ اس سے پاک ہو۔ پوری بات بتائے۔ پوری بات بتائے۔</w:t>
      </w:r>
    </w:p>
    <w:p>
      <w:r>
        <w:rPr>
          <w:b/>
        </w:rPr>
        <w:t xml:space="preserve">[24:19] </w:t>
      </w:r>
      <w:r>
        <w:t>to agar insaan ki ek kamzori hai to hamein kya karna hai?</w:t>
      </w:r>
    </w:p>
    <w:p>
      <w:pPr>
        <w:jc w:val="right"/>
      </w:pPr>
      <w:r>
        <w:t>تو اگر انسان کی ایک کمزوری ہے تو ہمیں کیا کرنا ہے؟</w:t>
      </w:r>
    </w:p>
    <w:p>
      <w:r>
        <w:rPr>
          <w:b/>
        </w:rPr>
        <w:t xml:space="preserve">[24:24] </w:t>
      </w:r>
      <w:r>
        <w:t>hamein yeh karna hai ke jab koi baat bataye to is ki hum scrutiny karein. is ko puchein. jaise ek baar aisa hua ke ek shahar mein communal right hua.</w:t>
      </w:r>
    </w:p>
    <w:p>
      <w:pPr>
        <w:jc w:val="right"/>
      </w:pPr>
      <w:r>
        <w:t>ہمیں یہ کرنا ہے کہ جب کوئی بات بتائے تو اس کی ہم اسکرٹنی کریں۔ اس کو پوچھیں۔ جیسے ایک بار ایسا ہوا کہ ایک شہر میں کمرل رائٹ ہوا۔</w:t>
      </w:r>
    </w:p>
    <w:p>
      <w:r>
        <w:rPr>
          <w:b/>
        </w:rPr>
        <w:t xml:space="preserve">[24:34] </w:t>
      </w:r>
      <w:r>
        <w:t>hindu musalman mein right hua. kaafi nuksan hua. to is ke bare mein paperon mein bohat cheezein chhapin.</w:t>
      </w:r>
    </w:p>
    <w:p>
      <w:pPr>
        <w:jc w:val="right"/>
      </w:pPr>
      <w:r>
        <w:t>ہندو مسلمان میں رائٹ ہوا۔ کافی نقصان ہوا۔ تو اس کے بارے میں پیپروں میں بہت چیزیں چھپیں۔</w:t>
      </w:r>
    </w:p>
    <w:p>
      <w:r>
        <w:rPr>
          <w:b/>
        </w:rPr>
        <w:t xml:space="preserve">[24:43] </w:t>
      </w:r>
      <w:r>
        <w:t>to mein ne dekha ke hindu hndi akhbar jo hain hndi akhbar mein musalmanon ke yaani zulm bataya ja raha hai. aur urdu akhbar mein hinduo ka zulm bataya ja raha hai.</w:t>
      </w:r>
    </w:p>
    <w:p>
      <w:pPr>
        <w:jc w:val="right"/>
      </w:pPr>
      <w:r>
        <w:t>تو میں نے دیکھا کہ ہندو ہندی اخبار جو ہیں ہندی اخبار میں مسلمانوں کے یعنی ظلم بتایا جا رہا ہے۔ اور اردو اخبار میں ہندوؤں کا ظلم بتایا جا رہا ہے۔</w:t>
      </w:r>
    </w:p>
    <w:p>
      <w:r>
        <w:rPr>
          <w:b/>
        </w:rPr>
        <w:t xml:space="preserve">[24:55] </w:t>
      </w:r>
      <w:r>
        <w:t>to mein khud gaya wahan par. is shahar mein mein khud gaya. to wahan mein jab musalmanon se mila to musalmanon se mein ek sawal karta tha ke fasad kahan se shuru hua?</w:t>
      </w:r>
    </w:p>
    <w:p>
      <w:pPr>
        <w:jc w:val="right"/>
      </w:pPr>
      <w:r>
        <w:t>تو میں خود گیا وہاں پر۔ اس شہر میں میں خود گیا۔ تو وہاں میں جب مسلمانوں سے ملا تو مسلمانوں سے میں ایک سوال کرتا تھا کہ فساد کہاں سے شروع ہوا؟</w:t>
      </w:r>
    </w:p>
    <w:p>
      <w:r>
        <w:rPr>
          <w:b/>
        </w:rPr>
        <w:t xml:space="preserve">[25:11] </w:t>
      </w:r>
      <w:r>
        <w:t>to koi musalman mujhe batata nahi tha is ke bare mein. log kehte the aap ajeeb o ghareeb sawal kar rahe hain. yeh to kisi ne poocha nahi. kyunke jo aata tha to fasad ho chukne ke baad jo wahan picture thi us ko dekhta tha.</w:t>
      </w:r>
    </w:p>
    <w:p>
      <w:pPr>
        <w:jc w:val="right"/>
      </w:pPr>
      <w:r>
        <w:t>تو کوئی مسلمان مجھے بتاتا نہیں تھا اس کے بارے میں۔ لوگ کہتے تھے آپ عجیب و غریب سوال کر رہے ہیں۔ یہ تو کسی نے پوچھا نہیں۔ کیونکہ جو آتا تھا تو فساد ہو چکنے کے بعد جو وہاں پکچر تھی اس کو دیکھتا تھا۔</w:t>
      </w:r>
    </w:p>
    <w:p>
      <w:r>
        <w:rPr>
          <w:b/>
        </w:rPr>
        <w:t xml:space="preserve">[25:28] </w:t>
      </w:r>
      <w:r>
        <w:t>ke koi ghar jala hua hai, koi dukan jali hui hai. us ko poochta tha ke bhai kis ki dukan hai, ek kis ka ghar hai? to us ke mani communal right ke do hisse the.</w:t>
      </w:r>
    </w:p>
    <w:p>
      <w:pPr>
        <w:jc w:val="right"/>
      </w:pPr>
      <w:r>
        <w:t>کہ کوئی گھر جلا ہوا ہے، کوئی دکان جلی ہوئی ہے۔ اس کو پوچھتا تھا کہ بھئی کس کی دکان ہے، ایک کس کا گھر ہے؟ تو اس کے معنی کمرل رائٹ کے دو حصے تھے۔</w:t>
      </w:r>
    </w:p>
    <w:p>
      <w:r>
        <w:rPr>
          <w:b/>
        </w:rPr>
        <w:t xml:space="preserve">[25:39] </w:t>
      </w:r>
      <w:r>
        <w:t>ek</w:t>
      </w:r>
    </w:p>
    <w:p>
      <w:pPr>
        <w:jc w:val="right"/>
      </w:pPr>
      <w:r>
        <w:t>ایک</w:t>
      </w:r>
    </w:p>
    <w:p>
      <w:r>
        <w:rPr>
          <w:b/>
        </w:rPr>
        <w:t xml:space="preserve">[25:40] </w:t>
      </w:r>
      <w:r>
        <w:t>yeh ke woh kaise shuru hua? doosra yeh ke jab shuru ho chuka to kya kya nuksan hua? to baad ke hone wale nuksan ko log dekhte the, isi ke bare mein poochte the.</w:t>
      </w:r>
    </w:p>
    <w:p>
      <w:pPr>
        <w:jc w:val="right"/>
      </w:pPr>
      <w:r>
        <w:t>یہ کہ وہ کیسے شروع ہوا؟ دوسرا یہ کہ جب شروع ہو چکا تو کیا کیا نقصان ہوا؟ تو بعد کے ہونے والے نقصان کو لوگ دیکھتے تھے، اسی کے بارے میں پوچھتے تھے۔</w:t>
      </w:r>
    </w:p>
    <w:p>
      <w:r>
        <w:rPr>
          <w:b/>
        </w:rPr>
        <w:t xml:space="preserve">[25:54] </w:t>
      </w:r>
      <w:r>
        <w:t>aur shuru kaise hua is ke bare mein koi poochta hi nahin tha. un logon ko ajeeb lagta tha ke aap aisi baat pooch rahe hain.</w:t>
      </w:r>
    </w:p>
    <w:p>
      <w:pPr>
        <w:jc w:val="right"/>
      </w:pPr>
      <w:r>
        <w:t>اور شروع کیسے ہوا اس کے بارے میں کوئی پوچھتا ہی نہیں تھا۔ ان لوگوں کو عجیب لگتا تھا کہ آپ ایسی بات پوچھ رہے ہیں۔</w:t>
      </w:r>
    </w:p>
    <w:p>
      <w:r>
        <w:rPr>
          <w:b/>
        </w:rPr>
        <w:t xml:space="preserve">[26:04] </w:t>
      </w:r>
      <w:r>
        <w:t>halankeh</w:t>
      </w:r>
    </w:p>
    <w:p>
      <w:pPr>
        <w:jc w:val="right"/>
      </w:pPr>
      <w:r>
        <w:t>حالانکہ</w:t>
      </w:r>
    </w:p>
    <w:p>
      <w:r>
        <w:rPr>
          <w:b/>
        </w:rPr>
        <w:t xml:space="preserve">[26:08] </w:t>
      </w:r>
      <w:r>
        <w:t>usool jo hai Islam mein ke albadi aslam. shuru karne wala jo hai woh zyada zalim hai. to kisi maamle ko agar jaanna chahte hain aap is ki jar ko yeh pata kijiye ke shuru kis ne kiya?</w:t>
      </w:r>
    </w:p>
    <w:p>
      <w:pPr>
        <w:jc w:val="right"/>
      </w:pPr>
      <w:r>
        <w:t>اصول جو ہے اسلام میں کہ البادی اسلم۔ شروع کرنے والا جو ہے وہ زیادہ ظالم ہے۔ تو کسی معاملے کو اگر جاننا چاہتے ہیں آپ اس کی جڑ کو یہ پتہ کیجیے کہ شروع کس نے کیا؟</w:t>
      </w:r>
    </w:p>
    <w:p>
      <w:r>
        <w:rPr>
          <w:b/>
        </w:rPr>
        <w:t xml:space="preserve">[26:24] </w:t>
      </w:r>
      <w:r>
        <w:t>kyunki shuru karenge aap to kisi ko bharkayenge aap. jab patthar marenge aap kisi ko to us ko mauqa denge woh bomb maare aap ko.</w:t>
      </w:r>
    </w:p>
    <w:p>
      <w:pPr>
        <w:jc w:val="right"/>
      </w:pPr>
      <w:r>
        <w:t>کیونکہ شروع کریں گے آپ تو کسی کو بھڑکائیں گے آپ۔ جب پتھر ماریں گے آپ کسی کو تو اس کو موقع دیں گے وہ بم مارے آپ کو۔</w:t>
      </w:r>
    </w:p>
    <w:p>
      <w:r>
        <w:rPr>
          <w:b/>
        </w:rPr>
        <w:t xml:space="preserve">[26:34] </w:t>
      </w:r>
      <w:r>
        <w:t>ek aadmi chala ja raha hai to aap ne patthar maara us ko. to zahir hai ke woh bhadkega, bhadkega to woh aap ne patthar maara to woh bomb marega.</w:t>
      </w:r>
    </w:p>
    <w:p>
      <w:pPr>
        <w:jc w:val="right"/>
      </w:pPr>
      <w:r>
        <w:t>ایک آدمی چلا جا رہا ہے تو آپ نے پتھر مارا اس کو۔ تو ظاہر ہے کہ وہ بھڑکے گا، بھڑکے گا تو وہ آپ نے پتھر مارا تو وہ بم مارے گا۔</w:t>
      </w:r>
    </w:p>
    <w:p>
      <w:r>
        <w:rPr>
          <w:b/>
        </w:rPr>
        <w:t xml:space="preserve">[26:42] </w:t>
      </w:r>
      <w:r>
        <w:t>isi liye dekhiye ek hadith hai ke in alfitnatu naimatun la'anallahu man iqazhahu fitna soya hua hai.</w:t>
      </w:r>
    </w:p>
    <w:p>
      <w:pPr>
        <w:jc w:val="right"/>
      </w:pPr>
      <w:r>
        <w:t>اسی لیے دیکھیے ایک حدیث ہے کہ ان الفتنۃ نائمۃ لعن اللہ من ایقظہ فتنہ سویا ہوا ہے۔</w:t>
      </w:r>
    </w:p>
    <w:p>
      <w:r>
        <w:rPr>
          <w:b/>
        </w:rPr>
        <w:t xml:space="preserve">[26:54] </w:t>
      </w:r>
      <w:r>
        <w:t>is par laanat hai jo is ko jagaye.</w:t>
      </w:r>
    </w:p>
    <w:p>
      <w:pPr>
        <w:jc w:val="right"/>
      </w:pPr>
      <w:r>
        <w:t>اس پر لعنت ہے جو اس کو جگائے۔</w:t>
      </w:r>
    </w:p>
    <w:p>
      <w:r>
        <w:rPr>
          <w:b/>
        </w:rPr>
        <w:t xml:space="preserve">[26:58] </w:t>
      </w:r>
      <w:r>
        <w:t>in alfitnatu naimatun la'anallahu man iqazhahu fitna soya hua hai. is par laanat hai jo is ko jagaye.</w:t>
      </w:r>
    </w:p>
    <w:p>
      <w:pPr>
        <w:jc w:val="right"/>
      </w:pPr>
      <w:r>
        <w:t>ان الفتنۃ نائمۃ لعن اللہ من ایقظہ فتنہ سویا ہوا ہے۔ اس پر لعنت ہے جو اس کو جگائے۔</w:t>
      </w:r>
    </w:p>
    <w:p>
      <w:r>
        <w:rPr>
          <w:b/>
        </w:rPr>
        <w:t xml:space="preserve">[27:08] </w:t>
      </w:r>
      <w:r>
        <w:t>is ka matlab kya hai? fitna se murad yahan hai kya hai? nafs ammara, ego. insaan ke andar jo ek ananiyat hai woh</w:t>
      </w:r>
    </w:p>
    <w:p>
      <w:pPr>
        <w:jc w:val="right"/>
      </w:pPr>
      <w:r>
        <w:t>اس کا مطلب کیا ہے؟ فتنہ سے مراد یہاں ہے کیا ہے؟ نفس امارہ، ایگو۔ انسان کے اندر جو ایک انانیت ہے وہ</w:t>
      </w:r>
    </w:p>
    <w:p>
      <w:r>
        <w:rPr>
          <w:b/>
        </w:rPr>
        <w:t xml:space="preserve">[27:22] </w:t>
      </w:r>
      <w:r>
        <w:t>. to kisi ke chhupe hue ana ko bhadkao mat, yaani provoke na karo. kyunki woh dormant position mein hai.</w:t>
      </w:r>
    </w:p>
    <w:p>
      <w:pPr>
        <w:jc w:val="right"/>
      </w:pPr>
      <w:r>
        <w:t>۔ تو کسی کے چھپے ہوئے انا کو بھڑکاؤ مت، یعنی پرووک نہ کرو۔ کیونکہ وہ ڈارمنٹ پوزیشن میں ہے۔</w:t>
      </w:r>
    </w:p>
    <w:p>
      <w:r>
        <w:rPr>
          <w:b/>
        </w:rPr>
        <w:t xml:space="preserve">[27:31] </w:t>
      </w:r>
      <w:r>
        <w:t>woh soya hua hai. to har aadmi ke andar ego hai. har aadmi ke andar arrogance hai. har aadmi ke andar ananiyat hai.</w:t>
      </w:r>
    </w:p>
    <w:p>
      <w:pPr>
        <w:jc w:val="right"/>
      </w:pPr>
      <w:r>
        <w:t>وہ سویا ہوا ہے۔ تو ہر آدمی کے اندر ایگو ہے۔ ہر آدمی کے اندر اروگنس ہے۔ ہر آدمی کے اندر انانیت ہے۔</w:t>
      </w:r>
    </w:p>
    <w:p>
      <w:r>
        <w:rPr>
          <w:b/>
        </w:rPr>
        <w:t xml:space="preserve">[27:40] </w:t>
      </w:r>
      <w:r>
        <w:t>lekin woh soyi hui haalat mein hoti hai. nature ne is ko sala rakha hai. nature ne is ko sala rakha hai.</w:t>
      </w:r>
    </w:p>
    <w:p>
      <w:pPr>
        <w:jc w:val="right"/>
      </w:pPr>
      <w:r>
        <w:t>لیکن وہ سوئی ہوئی حالت میں ہوتی ہے۔ نیچر نے اس کو سلا رکھا ہے۔ نیچر نے اس کو سلا رکھا ہے۔</w:t>
      </w:r>
    </w:p>
    <w:p>
      <w:r>
        <w:rPr>
          <w:b/>
        </w:rPr>
        <w:t xml:space="preserve">[27:50] </w:t>
      </w:r>
      <w:r>
        <w:t>ab jab aap is ko bharkayenge, provoke karenge to zahir hai ke phir woh bohat zyada sari buraiyan dikhayega apni.</w:t>
      </w:r>
    </w:p>
    <w:p>
      <w:pPr>
        <w:jc w:val="right"/>
      </w:pPr>
      <w:r>
        <w:t>اب جب آپ اس کو بھڑکائیں گے، پرووک کریں گے تو ظاہر ہے کہ پھر وہ بہت زیادہ ساری برائیاں دکھائے گا اپنی۔</w:t>
      </w:r>
    </w:p>
    <w:p>
      <w:r>
        <w:rPr>
          <w:b/>
        </w:rPr>
        <w:t xml:space="preserve">[28:02] </w:t>
      </w:r>
      <w:r>
        <w:t>to jab soya hua hai to sone rehne do. is ko bhadka kar ke kyun apne ko is se marwate</w:t>
      </w:r>
    </w:p>
    <w:p>
      <w:pPr>
        <w:jc w:val="right"/>
      </w:pPr>
      <w:r>
        <w:t>تو جب سویا ہوا ہے تو سونے رہنے دو۔ اس کو بھڑکا کر کے کیوں اپنے کو اس سے مرواتے</w:t>
      </w:r>
    </w:p>
    <w:p>
      <w:r>
        <w:rPr>
          <w:b/>
        </w:rPr>
        <w:t xml:space="preserve">[28:12] </w:t>
      </w:r>
      <w:r>
        <w:t>ho? isi ko kaha jata hai ke ab bell mujhe maar. ek bell khada hua hai. to khada hua hai apni apni haalat par khada hua hai woh.</w:t>
      </w:r>
    </w:p>
    <w:p>
      <w:pPr>
        <w:jc w:val="right"/>
      </w:pPr>
      <w:r>
        <w:t>ہو؟ اسی کو کہا جاتا ہے کہ اب بیل مجھے مار۔ ایک بیل کھڑا ہوا ہے۔ تو کھڑا ہوا ہے اپنی اپنی حالت پر کھڑا ہوا ہے وہ۔</w:t>
      </w:r>
    </w:p>
    <w:p>
      <w:r>
        <w:rPr>
          <w:b/>
        </w:rPr>
        <w:t xml:space="preserve">[28:21] </w:t>
      </w:r>
      <w:r>
        <w:t>lekin aap jab kankri marenge us ko to woh aap ko seeng marega. isi ko kaha ke in alfitnatu naimatun la'anallahu man iqazhahu ke fitna soya hua hai.</w:t>
      </w:r>
    </w:p>
    <w:p>
      <w:pPr>
        <w:jc w:val="right"/>
      </w:pPr>
      <w:r>
        <w:t>لیکن آپ جب کنکری ماریں گے اس کو تو وہ آپ کو سینگ مارے گا۔ اسی کو کہا کہ ان الفتنۃ نائمۃ لعن اللہ من ایقظہ کہ فتنہ سویا ہوا ہے۔</w:t>
      </w:r>
    </w:p>
    <w:p>
      <w:r>
        <w:rPr>
          <w:b/>
        </w:rPr>
        <w:t xml:space="preserve">[28:34] </w:t>
      </w:r>
      <w:r>
        <w:t>is par laanat hai jo is ko jagaye. to log kyun jagate hain?</w:t>
      </w:r>
    </w:p>
    <w:p>
      <w:pPr>
        <w:jc w:val="right"/>
      </w:pPr>
      <w:r>
        <w:t>اس پر لعنت ہے جو اس کو جگائے۔ تو لوگ کیوں جگاتے ہیں؟</w:t>
      </w:r>
    </w:p>
    <w:p>
      <w:r>
        <w:rPr>
          <w:b/>
        </w:rPr>
        <w:t xml:space="preserve">[28:38] </w:t>
      </w:r>
      <w:r>
        <w:t>is ki wajah hai ke log hamesha manfi khayalat mein jeete hain, negative thought mein jeete hain. aur samaj mein ek doosre ke khilaf badgumaniyan phaili rehti hain hamesha.</w:t>
      </w:r>
    </w:p>
    <w:p>
      <w:pPr>
        <w:jc w:val="right"/>
      </w:pPr>
      <w:r>
        <w:t>اس کی وجہ ہے کہ لوگ ہمیشہ منفی خیالات میں جیتے ہیں، نیگیٹیو تھاٹ میں جیتے ہیں۔ اور سماج میں ایک دوسرے کے خلاف بدگمانیاں پھیلی رہتی ہیں ہمیشہ۔</w:t>
      </w:r>
    </w:p>
    <w:p>
      <w:r>
        <w:rPr>
          <w:b/>
        </w:rPr>
        <w:t xml:space="preserve">[28:49] </w:t>
      </w:r>
      <w:r>
        <w:t>kyunki hum ek doosre ko burai bayan karte hain, achhai bayan nahin karte.</w:t>
      </w:r>
    </w:p>
    <w:p>
      <w:pPr>
        <w:jc w:val="right"/>
      </w:pPr>
      <w:r>
        <w:t>کیونکہ ہم ایک دوسرے کو برائی بیان کرتے ہیں، اچھائی بیان نہیں کرتے۔</w:t>
      </w:r>
    </w:p>
    <w:p>
      <w:r>
        <w:rPr>
          <w:b/>
        </w:rPr>
        <w:t xml:space="preserve">[28:55] </w:t>
      </w:r>
      <w:r>
        <w:t>ek aam riwaj hai.</w:t>
      </w:r>
    </w:p>
    <w:p>
      <w:pPr>
        <w:jc w:val="right"/>
      </w:pPr>
      <w:r>
        <w:t>ایک عام رواج ہے۔</w:t>
      </w:r>
    </w:p>
    <w:p>
      <w:r>
        <w:rPr>
          <w:b/>
        </w:rPr>
        <w:t xml:space="preserve">[29:01] </w:t>
      </w:r>
      <w:r>
        <w:t>koi milega mujhe agar jo UK se aaya hai is se main poochunga to wahan koi burai nikal ke batayega. America se koi aadmi milega poochunga main is se to wahan ke America se koi burai bayan kar ke batayega.</w:t>
      </w:r>
    </w:p>
    <w:p>
      <w:pPr>
        <w:jc w:val="right"/>
      </w:pPr>
      <w:r>
        <w:t>کوئی ملے گا مجھے اگر جو یو کے سے آیا ہے اس سے میں پوچھوں گا تو وہاں کوئی برائی نکال کے بتائے گا۔ امریکہ سے کوئی آدمی ملے گا پوچھوں گا میں اس سے تو وہاں کے امریکہ سے کوئی برائی بیان کر کے بتائے گا۔</w:t>
      </w:r>
    </w:p>
    <w:p>
      <w:r>
        <w:rPr>
          <w:b/>
        </w:rPr>
        <w:t xml:space="preserve">[29:14] </w:t>
      </w:r>
      <w:r>
        <w:t>yeh nahin batayega ke wahan maine achha ghar banaya hai, wahan mere bachche khoob padh rahe hain, wahan main khoob paisa milta hai, main aaram se reh raha hoon, achhi gaadi mein wahan achhi sadkon par chalta hoon.</w:t>
      </w:r>
    </w:p>
    <w:p>
      <w:pPr>
        <w:jc w:val="right"/>
      </w:pPr>
      <w:r>
        <w:t>یہ نہیں بتائے گا کہ وہاں میں نے اچھا گھر بنایا ہے، وہاں میرے بچے خوب پڑھ رہے ہیں، وہاں میں خوب پیسہ ملتا ہے، میں آرام سے رہ رہا ہوں، اچھی گاڑی میں وہاں اچھی سڑکوں پر چلتا ہوں۔</w:t>
      </w:r>
    </w:p>
    <w:p>
      <w:r>
        <w:rPr>
          <w:b/>
        </w:rPr>
        <w:t xml:space="preserve">[29:23] </w:t>
      </w:r>
      <w:r>
        <w:t>yeh nahin batayega woh. yeh nahin batayega.</w:t>
      </w:r>
    </w:p>
    <w:p>
      <w:pPr>
        <w:jc w:val="right"/>
      </w:pPr>
      <w:r>
        <w:t>یہ نہیں بتائے گا وہ۔ یہ نہیں بتائے گا۔</w:t>
      </w:r>
    </w:p>
    <w:p>
      <w:r>
        <w:rPr>
          <w:b/>
        </w:rPr>
        <w:t xml:space="preserve">[29:29] </w:t>
      </w:r>
      <w:r>
        <w:t>ek martaba main America mein ek sahab mile mujhe ek jo ek Muslim mulk se wahan aaye the. daadhi bhi thi un ki. to main ne un se poocha ke aap apne Muslim mulk se yahan America mein kyun aa gaye?</w:t>
      </w:r>
    </w:p>
    <w:p>
      <w:pPr>
        <w:jc w:val="right"/>
      </w:pPr>
      <w:r>
        <w:t>ایک مرتبہ میں امریکہ میں ایک صاحب ملے مجھے ایک جو ایک مسلم ملک سے وہاں آئے تھے۔ داڑھی بھی تھی ان کی۔ تو میں نے ان سے پوچھا کہ آپ اپنے مسلم ملک سے یہاں امریکہ میں کیوں آ گئے؟</w:t>
      </w:r>
    </w:p>
    <w:p>
      <w:r>
        <w:rPr>
          <w:b/>
        </w:rPr>
        <w:t xml:space="preserve">[29:42] </w:t>
      </w:r>
      <w:r>
        <w:t>achha woh burai bayan karte the. woh America ko dushman bata rahe the Musalmanon ka aur Islam ka dushman. woh America ko bata rahe the ke yeh Musalmanon ka dushman hai, America ka dushman hai.</w:t>
      </w:r>
    </w:p>
    <w:p>
      <w:pPr>
        <w:jc w:val="right"/>
      </w:pPr>
      <w:r>
        <w:t>اچھا وہ برائی بیان کرتے تھے۔ وہ امریکہ کو دشمن بتا رہے تھے مسلمانوں کا اور اسلام کا دشمن۔ وہ امریکہ کو بتا رہے تھے کہ یہ مسلمانوں کا دشمن ہے، امریکہ کا دشمن ہے۔</w:t>
      </w:r>
    </w:p>
    <w:p>
      <w:r>
        <w:rPr>
          <w:b/>
        </w:rPr>
        <w:t xml:space="preserve">[29:54] </w:t>
      </w:r>
      <w:r>
        <w:t>to mein ne kaha ke aap phir yahan kyun</w:t>
      </w:r>
    </w:p>
    <w:p>
      <w:pPr>
        <w:jc w:val="right"/>
      </w:pPr>
      <w:r>
        <w:t>تو میں نے کہا کہ آپ پھر یہاں کیوں</w:t>
      </w:r>
    </w:p>
    <w:p>
      <w:r>
        <w:rPr>
          <w:b/>
        </w:rPr>
        <w:t xml:space="preserve">[29:56] </w:t>
      </w:r>
      <w:r>
        <w:t>aa gaye? bachon ko le kar ke kyun rehte hain yahan par? to kya kehte hain? ke rozi jis ki jahan likhi rehti hai wahan jaye ga woh.</w:t>
      </w:r>
    </w:p>
    <w:p>
      <w:pPr>
        <w:jc w:val="right"/>
      </w:pPr>
      <w:r>
        <w:t>آ گئے؟ بچوں کو لے کر کے کیوں رہتے ہیں یہاں پر؟ تو کیا کہتے ہیں؟ کہ روزی جس کی جہاں لکھی رہتی ہے وہاں جائے گا وہ۔</w:t>
      </w:r>
    </w:p>
    <w:p>
      <w:r>
        <w:rPr>
          <w:b/>
        </w:rPr>
        <w:t xml:space="preserve">[30:07] </w:t>
      </w:r>
      <w:r>
        <w:t>rozi jis ki jahan rahe gi wahan jaye ga woh. to mein ne kaha ke rozi kya aap ki dushman mulk mein likhi hui thi? aur musalman jo aap ka mulk hai, dost mulk wahan likhi nahi thi rozi aap ki?</w:t>
      </w:r>
    </w:p>
    <w:p>
      <w:pPr>
        <w:jc w:val="right"/>
      </w:pPr>
      <w:r>
        <w:t>روزی جس کی جہاں رہے گی وہاں جائے گا وہ۔ تو میں نے کہا کہ روزی کیا آپ کی دشمن ملک میں لکھی ہوئی تھی؟ اور مسلمان جو آپ کا ملک ہے، دوست ملک وہاں لکھی نہیں تھی روزی آپ کی؟</w:t>
      </w:r>
    </w:p>
    <w:p>
      <w:r>
        <w:rPr>
          <w:b/>
        </w:rPr>
        <w:t xml:space="preserve">[30:20] </w:t>
      </w:r>
      <w:r>
        <w:t>yani Khuda pe ilzaam nahi de rahe hain aap?</w:t>
      </w:r>
    </w:p>
    <w:p>
      <w:pPr>
        <w:jc w:val="right"/>
      </w:pPr>
      <w:r>
        <w:t>یعنی خدا پہ الزام نہیں دے رہے ہیں آپ؟</w:t>
      </w:r>
    </w:p>
    <w:p>
      <w:r>
        <w:rPr>
          <w:b/>
        </w:rPr>
        <w:t xml:space="preserve">[30:23] </w:t>
      </w:r>
      <w:r>
        <w:t>yeh to Khuda pe ilzaam hai ke us ne aap ko paida kiya ek muslim mulk mein. aur muslim mulk mein us ne rozi nahi rakhi aap ki. rozi rakh di aap ki kahan?</w:t>
      </w:r>
    </w:p>
    <w:p>
      <w:pPr>
        <w:jc w:val="right"/>
      </w:pPr>
      <w:r>
        <w:t>یہ تو خدا پہ الزام ہے کہ اس نے آپ کو پیدا کیا ایک مسلم ملک میں۔ اور مسلم ملک میں اس نے روزی نہیں رکھی آپ کی۔ روزی رکھ دی آپ کی کہاں؟</w:t>
      </w:r>
    </w:p>
    <w:p>
      <w:r>
        <w:rPr>
          <w:b/>
        </w:rPr>
        <w:t xml:space="preserve">[30:33] </w:t>
      </w:r>
      <w:r>
        <w:t>ek dushman mulk mein. kaisi ajeeb baat hai.</w:t>
      </w:r>
    </w:p>
    <w:p>
      <w:pPr>
        <w:jc w:val="right"/>
      </w:pPr>
      <w:r>
        <w:t>ایک دشمن ملک میں۔ کیسی عجیب بات ہے۔</w:t>
      </w:r>
    </w:p>
    <w:p>
      <w:r>
        <w:rPr>
          <w:b/>
        </w:rPr>
        <w:t xml:space="preserve">[30:40] </w:t>
      </w:r>
      <w:r>
        <w:t>to cheez kya hai ke log doosron ke baray mein hamesha negative baatein lete hain. to dimagh bhara hua hai, bhara hua hai, bhara hua hai.</w:t>
      </w:r>
    </w:p>
    <w:p>
      <w:pPr>
        <w:jc w:val="right"/>
      </w:pPr>
      <w:r>
        <w:t>تو چیز کیا ہے کہ لوگ دوسروں کے بارے میں ہمیشہ نیگیٹیو باتیں لیتے ہیں۔ تو دماغ بھرا ہوا ہے، بھرا ہوا ہے، بھرا ہوا ہے۔</w:t>
      </w:r>
    </w:p>
    <w:p>
      <w:r>
        <w:rPr>
          <w:b/>
        </w:rPr>
        <w:t xml:space="preserve">[30:51] </w:t>
      </w:r>
      <w:r>
        <w:t>ke bhara hua hai to har mauqe par wahi nikle ga. ab interest ke liye to compromise kar lete hain.</w:t>
      </w:r>
    </w:p>
    <w:p>
      <w:pPr>
        <w:jc w:val="right"/>
      </w:pPr>
      <w:r>
        <w:t>کہ بھرا ہوا ہے تو ہر موقع پر وہی نکلے گا۔ اب انٹرسٹ کے لیے تو کمپرومائز کر لیتے ہیں۔</w:t>
      </w:r>
    </w:p>
    <w:p>
      <w:r>
        <w:rPr>
          <w:b/>
        </w:rPr>
        <w:t xml:space="preserve">[31:01] </w:t>
      </w:r>
      <w:r>
        <w:t>kyun ke interest mein ek comparison aa jata hai. to jahan interest dikhai de ga wahan compulsorily us se compromise kar lein ge. lekin un ki soch jo hai us se alag hoti hai.</w:t>
      </w:r>
    </w:p>
    <w:p>
      <w:pPr>
        <w:jc w:val="right"/>
      </w:pPr>
      <w:r>
        <w:t>کیونکہ انٹرسٹ میں ایک کمپرسن آ جاتا ہے۔ تو جہاں انٹرسٹ دکھائی دے گا وہاں کمپلسولی اس سے کمپرومائز کر لیں گے۔ لیکن ان کی سوچ جو ہے اس سے الگ ہوتی ہے۔</w:t>
      </w:r>
    </w:p>
    <w:p>
      <w:r>
        <w:rPr>
          <w:b/>
        </w:rPr>
        <w:t xml:space="preserve">[31:13] </w:t>
      </w:r>
      <w:r>
        <w:t>to logon ka haal yahi ho gaya hai aaj kal. ke ek taraf un ki practical life hai, ek taraf un ki thinking hai. dono mein doori ho gayi hai.</w:t>
      </w:r>
    </w:p>
    <w:p>
      <w:pPr>
        <w:jc w:val="right"/>
      </w:pPr>
      <w:r>
        <w:t>تو لوگوں کا حال یہی ہو گیا ہے آج کل۔ کہ ایک طرف ان کی پریکٹیکل لائف ہے، ایک طرف ان کی تھنکنگ ہے۔ دونوں میں دوری ہو گئی ہے۔</w:t>
      </w:r>
    </w:p>
    <w:p>
      <w:r>
        <w:rPr>
          <w:b/>
        </w:rPr>
        <w:t xml:space="preserve">[31:26] </w:t>
      </w:r>
      <w:r>
        <w:t>yani soch alag hai, practical life alag hai. mein bohat se logon se poochta hoon ke aap burai kar rahe hain.</w:t>
      </w:r>
    </w:p>
    <w:p>
      <w:pPr>
        <w:jc w:val="right"/>
      </w:pPr>
      <w:r>
        <w:t>یعنی سوچ الگ ہے، پریکٹیکل لائف الگ ہے۔ میں بہت سے لوگوں سے پوچھتا ہوں کہ آپ برائی کر رہے ہیں۔</w:t>
      </w:r>
    </w:p>
    <w:p>
      <w:r>
        <w:rPr>
          <w:b/>
        </w:rPr>
        <w:t xml:space="preserve">[31:36] </w:t>
      </w:r>
      <w:r>
        <w:t>aur isi isi desh mein rehte hain aap? jis desh mein aadmi rehta hai usi ki burai bayan karta hai.</w:t>
      </w:r>
    </w:p>
    <w:p>
      <w:pPr>
        <w:jc w:val="right"/>
      </w:pPr>
      <w:r>
        <w:t>اور اسی اسی دیش میں رہتے ہیں آپ؟ جس دیش میں آدمی رہتا ہے اسی کی برائی بیان کرتا ہے۔</w:t>
      </w:r>
    </w:p>
    <w:p>
      <w:r>
        <w:rPr>
          <w:b/>
        </w:rPr>
        <w:t xml:space="preserve">[31:42] </w:t>
      </w:r>
      <w:r>
        <w:t>to mein kehta hoon ke aap isi desh ki burai bayan karein, isi desh mein reh rahe hain. aap chhod dijiye is desh ko. to yeh bohat bara ek duality hai, dualism hai.</w:t>
      </w:r>
    </w:p>
    <w:p>
      <w:pPr>
        <w:jc w:val="right"/>
      </w:pPr>
      <w:r>
        <w:t>تو میں کہتا ہوں کہ آپ اسی دیش کی برائی بیان کریں، اسی دیش میں رہ رہے ہیں۔ آپ چھوڑ دیجیے اس دیش کو۔ تو یہ بہت بڑا ایک ڈوئلٹی ہے، ڈوئلزم ہے۔</w:t>
      </w:r>
    </w:p>
    <w:p>
      <w:r>
        <w:rPr>
          <w:b/>
        </w:rPr>
        <w:t xml:space="preserve">[31:55] </w:t>
      </w:r>
      <w:r>
        <w:t>ke practical life jo hai aap ki woh alag hai. aap ki thinking jo hai woh alag hai. bohat zaroori hai ke hum is se bahar niklein.</w:t>
      </w:r>
    </w:p>
    <w:p>
      <w:pPr>
        <w:jc w:val="right"/>
      </w:pPr>
      <w:r>
        <w:t>کہ پریکٹیکل لائف جو ہے آپ کی وہ الگ ہے۔ آپ کی تھنکنگ جو ہے وہ الگ ہے۔ بہت ضروری ہے کہ ہم اس سے باہر نکلیں۔</w:t>
      </w:r>
    </w:p>
    <w:p>
      <w:r>
        <w:rPr>
          <w:b/>
        </w:rPr>
        <w:t xml:space="preserve">[32:05] </w:t>
      </w:r>
      <w:r>
        <w:t>is ki jar yahi hai ke hum hamesha ghalat fehmi mein rehte hain doosron ke baray mein.</w:t>
      </w:r>
    </w:p>
    <w:p>
      <w:pPr>
        <w:jc w:val="right"/>
      </w:pPr>
      <w:r>
        <w:t>اس کی جڑ یہی ہے کہ ہم ہمیشہ غلط فہمی میں رہتے ہیں دوسروں کے بارے میں۔</w:t>
      </w:r>
    </w:p>
    <w:p>
      <w:r>
        <w:rPr>
          <w:b/>
        </w:rPr>
        <w:t xml:space="preserve">[32:11] </w:t>
      </w:r>
      <w:r>
        <w:t>rai banane mein hum humdardi nahi hote. ghalat fehmi kya hai? ghalat fehmi kya hai? doosron ke baray mein humdardi na hona.</w:t>
      </w:r>
    </w:p>
    <w:p>
      <w:pPr>
        <w:jc w:val="right"/>
      </w:pPr>
      <w:r>
        <w:t>رائے بنانے میں ہم ہمدرد نہیں ہوتے۔ غلط فہمی کیا ہے؟ غلط فہمی کیا ہے؟ دوسروں کے بارے میں ہمدرد نہ ہونا۔</w:t>
      </w:r>
    </w:p>
    <w:p>
      <w:r>
        <w:rPr>
          <w:b/>
        </w:rPr>
        <w:t xml:space="preserve">[32:25] </w:t>
      </w:r>
      <w:r>
        <w:t>doosron ke baray mein humdardi na hona.</w:t>
      </w:r>
    </w:p>
    <w:p>
      <w:pPr>
        <w:jc w:val="right"/>
      </w:pPr>
      <w:r>
        <w:t>دوسروں کے بارے میں ہمدرد نہ ہونا۔</w:t>
      </w:r>
    </w:p>
    <w:p>
      <w:r>
        <w:rPr>
          <w:b/>
        </w:rPr>
        <w:t xml:space="preserve">[32:28] </w:t>
      </w:r>
      <w:r>
        <w:t>jaise ke mein radio sun raha tha. ek aurat keh rahi hai ke mera ek bachcha hai. mere paros mein ek hai, us ki ek bachi hai.</w:t>
      </w:r>
    </w:p>
    <w:p>
      <w:pPr>
        <w:jc w:val="right"/>
      </w:pPr>
      <w:r>
        <w:t>جیسے کہ میں ریڈیو سن رہا تھا۔ ایک عورت کہہ رہی ہے کہ میرا ایک بچہ ہے۔ میرے پڑوس میں ایک ہے، اس کی ایک بچی ہے۔</w:t>
      </w:r>
    </w:p>
    <w:p>
      <w:r>
        <w:rPr>
          <w:b/>
        </w:rPr>
        <w:t xml:space="preserve">[32:38] </w:t>
      </w:r>
      <w:r>
        <w:t>to mein jati hoon. aur dono wahan par ek lawn hai, wahan par dono khelte hain. mera bachcha aur paros ki bachi dono khelte hain.</w:t>
      </w:r>
    </w:p>
    <w:p>
      <w:pPr>
        <w:jc w:val="right"/>
      </w:pPr>
      <w:r>
        <w:t>تو میں جاتی ہوں۔ اور دونوں وہاں پر ایک لان ہے، وہاں پر دونوں کھیلتے ہیں۔ میرا بچہ اور پڑوس کی بچی دونوں کھیلتے ہیں۔</w:t>
      </w:r>
    </w:p>
    <w:p>
      <w:r>
        <w:rPr>
          <w:b/>
        </w:rPr>
        <w:t xml:space="preserve">[32:49] </w:t>
      </w:r>
      <w:r>
        <w:t>to khud hi kehti hai ke mere paros ki jo khatoon hain woh mere paas aaein</w:t>
      </w:r>
    </w:p>
    <w:p>
      <w:pPr>
        <w:jc w:val="right"/>
      </w:pPr>
      <w:r>
        <w:t>تو خود ہی کہتی ہے کہ میرے پڑوس کی جو خاتون ہیں وہ میرے پاس آئیں</w:t>
      </w:r>
    </w:p>
    <w:p>
      <w:r>
        <w:rPr>
          <w:b/>
        </w:rPr>
        <w:t xml:space="preserve">[32:56] </w:t>
      </w:r>
      <w:r>
        <w:t>, unhon ne shikayat kiya ke tumhara bachcha meri ladki ko marta hai. jab marta hai. aur us ne khud bhi dekha hai ke woh marte hue hain us ko.</w:t>
      </w:r>
    </w:p>
    <w:p>
      <w:pPr>
        <w:jc w:val="right"/>
      </w:pPr>
      <w:r>
        <w:t>، انہوں نے شکایت کیا کہ تمہارا بچہ میری لڑکی کو مارتا ہے۔ جب مارتا ہے۔ اور اس نے خود بھی دیکھا ہے کہ وہ مارتے ہوئے ہیں اس کو۔</w:t>
      </w:r>
    </w:p>
    <w:p>
      <w:r>
        <w:rPr>
          <w:b/>
        </w:rPr>
        <w:t xml:space="preserve">[33:05] </w:t>
      </w:r>
      <w:r>
        <w:t>lekin kya kehte hain? arey bhai woh bachcha hai. yani yeh nahi ke bachche ko daantein, us ko maarein ke tum ne tum kyun kyun marte ho us ko? us ki hembring karein.</w:t>
      </w:r>
    </w:p>
    <w:p>
      <w:pPr>
        <w:jc w:val="right"/>
      </w:pPr>
      <w:r>
        <w:t>لیکن کیا کہتے ہیں؟ ارے بھئی وہ بچہ ہے۔ یعنی یہ نہیں کہ بچے کو ڈانٹیں، اس کو ماریں کہ تم نے تم کیوں کیوں مارتے ہو اس کو؟ اس کی ہیمبرنگ کریں۔</w:t>
      </w:r>
    </w:p>
    <w:p>
      <w:r>
        <w:rPr>
          <w:b/>
        </w:rPr>
        <w:t xml:space="preserve">[33:15] </w:t>
      </w:r>
      <w:r>
        <w:t>arey woh to bachcha hai. yeh keh kar ke us ki burai chhipa liya us ne. aur doosre ko kya kehti hai? tumhari ladki sharir hogi?</w:t>
      </w:r>
    </w:p>
    <w:p>
      <w:pPr>
        <w:jc w:val="right"/>
      </w:pPr>
      <w:r>
        <w:t>ارے وہ تو بچہ ہے۔ یہ کہہ کر کے اس کی برائی چھپا لیا اس نے۔ اور دوسرے کو کیا کہتی ہے؟ تمہاری لڑکی شریر ہوگی؟</w:t>
      </w:r>
    </w:p>
    <w:p>
      <w:r>
        <w:rPr>
          <w:b/>
        </w:rPr>
        <w:t xml:space="preserve">[33:25] </w:t>
      </w:r>
      <w:r>
        <w:t>woh koi shararat karti hogi? apni ladki ko samjhao. apne bachche ko keh rahi hai ke arey bhai woh to bachcha hai, chhota bachcha hai.</w:t>
      </w:r>
    </w:p>
    <w:p>
      <w:pPr>
        <w:jc w:val="right"/>
      </w:pPr>
      <w:r>
        <w:t>وہ کوئی شرارت کرتی ہوگی؟ اپنی لڑکی کو سمجھاؤ۔ اپنے بچے کو کہہ رہی ہے کہ ارے بھئی وہ تو بچہ ہے، چھوٹا بچہ ہے۔</w:t>
      </w:r>
    </w:p>
    <w:p>
      <w:r>
        <w:rPr>
          <w:b/>
        </w:rPr>
        <w:t xml:space="preserve">[33:33] </w:t>
      </w:r>
      <w:r>
        <w:t>aur doosre ko keh rahi hai ke tumhari ladki sharir hogi.</w:t>
      </w:r>
    </w:p>
    <w:p>
      <w:pPr>
        <w:jc w:val="right"/>
      </w:pPr>
      <w:r>
        <w:t>اور دوسرے کو کہہ رہی ہے کہ تمہاری لڑکی شریر ہوگی۔</w:t>
      </w:r>
    </w:p>
    <w:p>
      <w:r>
        <w:rPr>
          <w:b/>
        </w:rPr>
        <w:t xml:space="preserve">[33:36] </w:t>
      </w:r>
      <w:r>
        <w:t>wohi koi na koi shararat karti hogi. yeh hai maamla ke saare log doosron ke baray mein negative thought mein jeete hain.</w:t>
      </w:r>
    </w:p>
    <w:p>
      <w:pPr>
        <w:jc w:val="right"/>
      </w:pPr>
      <w:r>
        <w:t>وہی کوئی نہ کوئی شرارت کرتی ہوگی۔ یہ ہے معاملہ کہ سارے لوگ دوسروں کے بارے میں نیگیٹیو تھاٹ میں جیتے ہیں۔</w:t>
      </w:r>
    </w:p>
    <w:p>
      <w:r>
        <w:rPr>
          <w:b/>
        </w:rPr>
        <w:t xml:space="preserve">[33:48] </w:t>
      </w:r>
      <w:r>
        <w:t>yaani aik infiradi bhi, aik family bhi, aik society bhi, aik poori poori qaum bhi. poori poori qaum bhi.</w:t>
      </w:r>
    </w:p>
    <w:p>
      <w:pPr>
        <w:jc w:val="right"/>
      </w:pPr>
      <w:r>
        <w:t>یعنی ایک انفرادی بھی، ایک فیملی بھی، ایک سوسائٹی بھی، ایک پوری پوری قوم بھی۔ پوری پوری قوم بھی۔</w:t>
      </w:r>
    </w:p>
    <w:p>
      <w:r>
        <w:rPr>
          <w:b/>
        </w:rPr>
        <w:t xml:space="preserve">[33:58] </w:t>
      </w:r>
      <w:r>
        <w:t>isi ki wajah se hum doosron ke baray mein humdardi nahi aati hamare andar. doosron ke baray mein mohabbat nahi aati hamare andar.</w:t>
      </w:r>
    </w:p>
    <w:p>
      <w:pPr>
        <w:jc w:val="right"/>
      </w:pPr>
      <w:r>
        <w:t>اسی کی وجہ سے ہم دوسروں کے بارے میں ہمدردی نہیں آتی ہمارے اندر۔ دوسروں کے بارے میں محبت نہیں آتی ہمارے اندر۔</w:t>
      </w:r>
    </w:p>
    <w:p>
      <w:r>
        <w:rPr>
          <w:b/>
        </w:rPr>
        <w:t xml:space="preserve">[34:09] </w:t>
      </w:r>
      <w:r>
        <w:t>mein samajhta hoon ke yahi jo hai yaani mayar hai insaniyat ka aur sachai ka.</w:t>
      </w:r>
    </w:p>
    <w:p>
      <w:pPr>
        <w:jc w:val="right"/>
      </w:pPr>
      <w:r>
        <w:t>میں سمجھتا ہوں کہ یہی جو ہے یعنی معیار ہے انسانیت کا اور سچائی کا۔</w:t>
      </w:r>
    </w:p>
    <w:p>
      <w:r>
        <w:rPr>
          <w:b/>
        </w:rPr>
        <w:t xml:space="preserve">[34:18] </w:t>
      </w:r>
      <w:r>
        <w:t>hazrat maseeh ne bohat sahi kaha tha ke mohabbat apne dushman se karo.</w:t>
      </w:r>
    </w:p>
    <w:p>
      <w:pPr>
        <w:jc w:val="right"/>
      </w:pPr>
      <w:r>
        <w:t>حضرت مسیح نے بہت صحیح کہا تھا کہ محبت اپنے دشمن سے کرو۔</w:t>
      </w:r>
    </w:p>
    <w:p>
      <w:r>
        <w:rPr>
          <w:b/>
        </w:rPr>
        <w:t xml:space="preserve">[34:27] </w:t>
      </w:r>
      <w:r>
        <w:t>iska matlab kya hai? iska matlab hai ke insaan ki pehchan yeh hai ke woh jis tarah apne dost se mohabbat karta hai, usi tarah apne dushman se bhi mohabbat kare.</w:t>
      </w:r>
    </w:p>
    <w:p>
      <w:pPr>
        <w:jc w:val="right"/>
      </w:pPr>
      <w:r>
        <w:t>اس کا مطلب کیا ہے؟ اس کا مطلب ہے کہ انسان کی پہچان یہ ہے کہ وہ جس طرح اپنے دوست سے محبت کرتا ہے، اسی طرح اپنے دشمن سے بھی محبت کرے۔</w:t>
      </w:r>
    </w:p>
    <w:p>
      <w:r>
        <w:rPr>
          <w:b/>
        </w:rPr>
        <w:t xml:space="preserve">[34:38] </w:t>
      </w:r>
      <w:r>
        <w:t>yahi pehchan hai insaan ki.</w:t>
      </w:r>
    </w:p>
    <w:p>
      <w:pPr>
        <w:jc w:val="right"/>
      </w:pPr>
      <w:r>
        <w:t>یہی پہچان ہے انسان کی۔</w:t>
      </w:r>
    </w:p>
    <w:p>
      <w:r>
        <w:rPr>
          <w:b/>
        </w:rPr>
        <w:t xml:space="preserve">[34:42] </w:t>
      </w:r>
      <w:r>
        <w:t>yahi pehchan hai insaan ki. kyunke dekhiye jis jo aap jis ko aap ne dost bana rakha hai, us mein bhi kamiyaan hain. wahan par kya karte hain aap?</w:t>
      </w:r>
    </w:p>
    <w:p>
      <w:pPr>
        <w:jc w:val="right"/>
      </w:pPr>
      <w:r>
        <w:t>یہی پہچان ہے انسان کی۔ کیونکہ دیکھیے جس جو آپ جس کو آپ نے دوست بنا رکھا ہے، اس میں بھی کمیاں ہیں۔ وہاں پر کیا کرتے ہیں آپ؟</w:t>
      </w:r>
    </w:p>
    <w:p>
      <w:r>
        <w:rPr>
          <w:b/>
        </w:rPr>
        <w:t xml:space="preserve">[34:52] </w:t>
      </w:r>
      <w:r>
        <w:t>iski kamiyon ko nazar andaaz kar ke uski khubiyon ko lete hain.</w:t>
      </w:r>
    </w:p>
    <w:p>
      <w:pPr>
        <w:jc w:val="right"/>
      </w:pPr>
      <w:r>
        <w:t>اس کی کمیوں کو نظر انداز کر کے اس کی خوبیوں کو لیتے ہیں۔</w:t>
      </w:r>
    </w:p>
    <w:p>
      <w:r>
        <w:rPr>
          <w:b/>
        </w:rPr>
        <w:t xml:space="preserve">[34:55] </w:t>
      </w:r>
      <w:r>
        <w:t>jis tarah dosti nafsi aap ki. aur jis ko aap ne dushman keh rakha hai, us mein bhi khubiyan hain. lekin uski khubiyon ko aap bhula dete hain. bas uski kamiyon ko dekhte hain.</w:t>
      </w:r>
    </w:p>
    <w:p>
      <w:pPr>
        <w:jc w:val="right"/>
      </w:pPr>
      <w:r>
        <w:t>جس طرح دوستی نفسی ہے آپ کی۔ اور جس کو آپ نے دشمن کہہ رکھا ہے، اس میں بھی خوبیاں ہیں۔ لیکن اس کی خوبیوں کو آپ بھلا دیتے ہیں۔ بس اس کی کمیوں کو دیکھتے ہیں۔</w:t>
      </w:r>
    </w:p>
    <w:p>
      <w:r>
        <w:rPr>
          <w:b/>
        </w:rPr>
        <w:t xml:space="preserve">[35:07] </w:t>
      </w:r>
      <w:r>
        <w:t>to aik ki kami ko dekh kar ke usko dushman bana liya. doosri khubi dekh kar ke usay dost bana liya. haalankeh woh bhi insaan, woh bhi insaan.</w:t>
      </w:r>
    </w:p>
    <w:p>
      <w:pPr>
        <w:jc w:val="right"/>
      </w:pPr>
      <w:r>
        <w:t>تو ایک کی کمی کو دیکھ کر کے اس کو دشمن بنا لیا۔ دوسری خوبی دیکھ کر کے اسے دوست بنا لیا۔ حالانکہ وہ بھی انسان، وہ بھی انسان۔</w:t>
      </w:r>
    </w:p>
    <w:p>
      <w:r>
        <w:rPr>
          <w:b/>
        </w:rPr>
        <w:t xml:space="preserve">[35:17] </w:t>
      </w:r>
      <w:r>
        <w:t>woh bhi insaan, woh bhi insaan.</w:t>
      </w:r>
    </w:p>
    <w:p>
      <w:pPr>
        <w:jc w:val="right"/>
      </w:pPr>
      <w:r>
        <w:t>وہ بھی انسان، وہ بھی انسان۔</w:t>
      </w:r>
    </w:p>
    <w:p>
      <w:r>
        <w:rPr>
          <w:b/>
        </w:rPr>
        <w:t xml:space="preserve">[35:21] </w:t>
      </w:r>
      <w:r>
        <w:t>jis tarah rasool Allah sal Allah alaihi wasallam ke saamne se aik baar yahoodi ka janaza guzra. aap uski izzat mein khare ho gaye. to unhon ne kaha ke yeh to yahoodi ka janaza tha.</w:t>
      </w:r>
    </w:p>
    <w:p>
      <w:pPr>
        <w:jc w:val="right"/>
      </w:pPr>
      <w:r>
        <w:t>جس طرح رسول اللہ صلی اللہ علیہ وسلم کے سامنے سے ایک بار یہودی کا جنازہ گزرا۔ آپ اس کی عزت میں کھڑے ہو گئے۔ تو انہوں نے کہا کہ یہ تو یہودی کا جنازہ تھا۔</w:t>
      </w:r>
    </w:p>
    <w:p>
      <w:r>
        <w:rPr>
          <w:b/>
        </w:rPr>
        <w:t xml:space="preserve">[35:32] </w:t>
      </w:r>
      <w:r>
        <w:t>us ko izzat di aap ne. aap farmaya ke nafsaan kya woh insaan nahi tha? woh insaan nahi tha.</w:t>
      </w:r>
    </w:p>
    <w:p>
      <w:pPr>
        <w:jc w:val="right"/>
      </w:pPr>
      <w:r>
        <w:t>اس کو عزت دی آپ نے۔ آپ فرمایا کہ نفساً کیا وہ انسان نہیں تھا؟ وہ انسان نہیں تھا۔</w:t>
      </w:r>
    </w:p>
    <w:p>
      <w:r>
        <w:rPr>
          <w:b/>
        </w:rPr>
        <w:t xml:space="preserve">[35:42] </w:t>
      </w:r>
      <w:r>
        <w:t>to dekhiye aik pehlu se woh yahoodi tha. doosre pehlu se woh insaan tha.</w:t>
      </w:r>
    </w:p>
    <w:p>
      <w:pPr>
        <w:jc w:val="right"/>
      </w:pPr>
      <w:r>
        <w:t>تو دیکھیے ایک پہلو سے وہ یہودی تھا۔ دوسرے پہلو سے وہ انسان تھا۔</w:t>
      </w:r>
    </w:p>
    <w:p>
      <w:r>
        <w:rPr>
          <w:b/>
        </w:rPr>
        <w:t xml:space="preserve">[35:48] </w:t>
      </w:r>
      <w:r>
        <w:t>to aap ne insaan hone ke naate us ko izzat di. yahi sahi tareeqa hai. to agar aap yeh ke andar yeh mizaj ho ke insaan ke musbat pehlu ko dekhen to kisi se aap ko nafrat yeh nahi hogi.</w:t>
      </w:r>
    </w:p>
    <w:p>
      <w:pPr>
        <w:jc w:val="right"/>
      </w:pPr>
      <w:r>
        <w:t>تو آپ نے انسان ہونے کے ناطے اس کو عزت دی۔ یہی صحیح طریقہ ہے۔ تو اگر آپ یہ کے اندر یہ مزاج ہو کہ انسان کے مثبت پہلو کو دیکھیں تو کسی سے آپ کو نفرت یہ نہیں ہوگی۔</w:t>
      </w:r>
    </w:p>
    <w:p>
      <w:r>
        <w:rPr>
          <w:b/>
        </w:rPr>
        <w:t xml:space="preserve">[36:09] </w:t>
      </w:r>
      <w:r>
        <w:t>kyunke koi aadmi aisa nahi hai jis ke andar musbat pehlu na ho. koi bhi aisa nahi hai jo sirf negative negative ho. aisa koi bhi nahi hai.</w:t>
      </w:r>
    </w:p>
    <w:p>
      <w:pPr>
        <w:jc w:val="right"/>
      </w:pPr>
      <w:r>
        <w:t>کیونکہ کوئی آدمی ایسا نہیں ہے جس کے اندر مثبت پہلو نہ ہو۔ کوئی بھی ایسا نہیں ہے جو صرف نیگیٹیو نیگیٹیو ہو۔ ایسا کوئی بھی نہیں ہے۔</w:t>
      </w:r>
    </w:p>
    <w:p>
      <w:r>
        <w:rPr>
          <w:b/>
        </w:rPr>
        <w:t xml:space="preserve">[36:20] </w:t>
      </w:r>
      <w:r>
        <w:t>jaise ab mein aik baar aik aik daaku se mila. woh bohat hi zabardast qisam ka daaku tha. to ittefaq se mulaqat ho gayi.</w:t>
      </w:r>
    </w:p>
    <w:p>
      <w:pPr>
        <w:jc w:val="right"/>
      </w:pPr>
      <w:r>
        <w:t>جیسے اب میں ایک بار ایک ایک ڈاکو سے ملا۔ وہ بہت ہی زبردست قسم کا ڈاکو تھا۔ تو اتفاق سے ملاقات ہو گئی۔</w:t>
      </w:r>
    </w:p>
    <w:p>
      <w:r>
        <w:rPr>
          <w:b/>
        </w:rPr>
        <w:t xml:space="preserve">[36:32] </w:t>
      </w:r>
      <w:r>
        <w:t>to mujhe Allah ke fazl se kisi se bhi nafrat hoti nahi. to normal tareeqay se mein har waqt se baat karta hoon har ek se. to us se mein ne poocha ke aap apne koi bataiye aap ka jo culture hai, is culture ki kuch baaten.</w:t>
      </w:r>
    </w:p>
    <w:p>
      <w:pPr>
        <w:jc w:val="right"/>
      </w:pPr>
      <w:r>
        <w:t>تو مجھے اللہ کے فضل سے کسی سے بھی نفرت ہوتی نہیں۔ تو نارمل طریقے سے میں ہر وقت سے بات کرتا ہوں ہر ایک سے۔ تو اس سے میں نے پوچھا کہ آپ اپنے کوئی بتائیے آپ کا جو کلچر ہے، اس کلچر کی کچھ باتیں۔</w:t>
      </w:r>
    </w:p>
    <w:p>
      <w:r>
        <w:rPr>
          <w:b/>
        </w:rPr>
        <w:t xml:space="preserve">[36:48] </w:t>
      </w:r>
      <w:r>
        <w:t>to us ne kaha ke hamare haan jhoot ko nahi bardasht kiya jata. koi jhoot bolay to hum us ko goli maar dete hain. kyunke hamara jo business hai, hamara jo hamara jo kaam hai, is kaam mein jhoot nahi chal sakta.</w:t>
      </w:r>
    </w:p>
    <w:p>
      <w:pPr>
        <w:jc w:val="right"/>
      </w:pPr>
      <w:r>
        <w:t>تو اس نے کہا کہ ہمارے ہاں جھوٹ کو نہیں برداشت کیا جاتا۔ کوئی جھوٹ بولے تو ہم اس کو گولی مار دیتے ہیں۔ کیونکہ ہمارا جو بزنس ہے، ہمارا جو ہمارا جو کام ہے، اس کام میں جھوٹ نہیں چل سکتا۔</w:t>
      </w:r>
    </w:p>
    <w:p>
      <w:r>
        <w:rPr>
          <w:b/>
        </w:rPr>
        <w:t xml:space="preserve">[37:03] </w:t>
      </w:r>
      <w:r>
        <w:t>jhoot chalenge to yeh kaam khatam. jhoot bolenge to yeh kaam khatam. kyunke bohat se log mil kar ke daka dalte hain.</w:t>
      </w:r>
    </w:p>
    <w:p>
      <w:pPr>
        <w:jc w:val="right"/>
      </w:pPr>
      <w:r>
        <w:t>جھوٹ چلیں گے تو یہ کام ختم۔ جھوٹ بولیں گے تو یہ کام ختم۔ کیونکہ بہت سے لوگ مل کر کے ڈاکہ ڈالتے ہیں۔</w:t>
      </w:r>
    </w:p>
    <w:p>
      <w:r>
        <w:rPr>
          <w:b/>
        </w:rPr>
        <w:t xml:space="preserve">[37:12] </w:t>
      </w:r>
      <w:r>
        <w:t>sab aik doosre par aitmad karna parta hai, aitmad.</w:t>
      </w:r>
    </w:p>
    <w:p>
      <w:pPr>
        <w:jc w:val="right"/>
      </w:pPr>
      <w:r>
        <w:t>سب ایک دوسرے پر اعتماد کرنا پڑتا ہے، اعتماد۔</w:t>
      </w:r>
    </w:p>
    <w:p>
      <w:r>
        <w:rPr>
          <w:b/>
        </w:rPr>
        <w:t xml:space="preserve">[37:16] </w:t>
      </w:r>
      <w:r>
        <w:t>aik poori community hoti hai, woh aitmad karti hai aik doosre par, tab woh poori ittehad ke saath woh kaam kar paate hain.</w:t>
      </w:r>
    </w:p>
    <w:p>
      <w:pPr>
        <w:jc w:val="right"/>
      </w:pPr>
      <w:r>
        <w:t>ایک پوری کمیونٹی ہوتی ہے، وہ اعتماد کرتی ہے ایک دوسرے پر، تب وہ پوری اتحاد کے ساتھ وہ کام کر پاتے ہیں۔</w:t>
      </w:r>
    </w:p>
    <w:p>
      <w:r>
        <w:rPr>
          <w:b/>
        </w:rPr>
        <w:t xml:space="preserve">[37:26] </w:t>
      </w:r>
      <w:r>
        <w:t>to mein ne us ko aik sabak le liya us se ke dekhiye in ke haan bhi ke sachai ke baghair koi kaam nahi ho sakta duniya mein.</w:t>
      </w:r>
    </w:p>
    <w:p>
      <w:pPr>
        <w:jc w:val="right"/>
      </w:pPr>
      <w:r>
        <w:t>تو میں نے اس کو ایک سبق لے لیا اس سے کہ دیکھیے ان کے ہاں بھی کہ سچائی کے بغیر کوئی کام نہیں ہو سکتا دنیا میں۔</w:t>
      </w:r>
    </w:p>
    <w:p>
      <w:r>
        <w:rPr>
          <w:b/>
        </w:rPr>
        <w:t xml:space="preserve">[37:35] </w:t>
      </w:r>
      <w:r>
        <w:t>sachai ke baghair koi kaam nahi ho sakta duniya mein.</w:t>
      </w:r>
    </w:p>
    <w:p>
      <w:pPr>
        <w:jc w:val="right"/>
      </w:pPr>
      <w:r>
        <w:t>سچائی کے بغیر کوئی کام نہیں ہو سکتا دنیا میں۔</w:t>
      </w:r>
    </w:p>
    <w:p>
      <w:r>
        <w:rPr>
          <w:b/>
        </w:rPr>
        <w:t xml:space="preserve">[37:40] </w:t>
      </w:r>
      <w:r>
        <w:t>is tarah is ne ek qissa bataya ke ek ghar mein dako log ghusay. paisay wala ghar tha koi.</w:t>
      </w:r>
    </w:p>
    <w:p>
      <w:pPr>
        <w:jc w:val="right"/>
      </w:pPr>
      <w:r>
        <w:t>اس طرح اس نے ایک قصہ بتایا کہ ایک گھر میں ڈاکو لوگ گھسے۔ پیسے والا گھر تھا کوئی۔</w:t>
      </w:r>
    </w:p>
    <w:p>
      <w:r>
        <w:rPr>
          <w:b/>
        </w:rPr>
        <w:t xml:space="preserve">[37:50] </w:t>
      </w:r>
      <w:r>
        <w:t>aur wahan notes samaitay, unhon ne note sumat kar ke bori mein bhara. aur bori bhar kar ke woh niklay. lekin is se pehlay ghar ke malik ne police ko telephone kar diya tha.</w:t>
      </w:r>
    </w:p>
    <w:p>
      <w:pPr>
        <w:jc w:val="right"/>
      </w:pPr>
      <w:r>
        <w:t>اور وہاں نوٹس سمیٹے، انہوں نے نوٹ سمٹ کر کے بوری میں بھرا۔ اور بوری بھر کر کے وہ نکلے۔ لیکن اس سے پہلے گھر کے مالک نے پولیس کو ٹیلی فون کر دیا تھا۔</w:t>
      </w:r>
    </w:p>
    <w:p>
      <w:r>
        <w:rPr>
          <w:b/>
        </w:rPr>
        <w:t xml:space="preserve">[38:04] </w:t>
      </w:r>
      <w:r>
        <w:t>to jab yeh niklay noton ki bori le kar bahar, yeh dako log, to police aa chuki thi. police aa chuki thi.</w:t>
      </w:r>
    </w:p>
    <w:p>
      <w:pPr>
        <w:jc w:val="right"/>
      </w:pPr>
      <w:r>
        <w:t>تو جب یہ نکلے نوٹوں کی بوری لے کر باہر، یہ ڈاکو لوگ، تو پولیس آ چکی تھی۔ پولیس آ چکی تھی۔</w:t>
      </w:r>
    </w:p>
    <w:p>
      <w:r>
        <w:rPr>
          <w:b/>
        </w:rPr>
        <w:t xml:space="preserve">[38:16] </w:t>
      </w:r>
      <w:r>
        <w:t>aap jantay hain kya kiya is ne, police walay ne? woh yeh dako logon ne kiya kiya? saray notay bikhair dein police walon ke aagay.</w:t>
      </w:r>
    </w:p>
    <w:p>
      <w:pPr>
        <w:jc w:val="right"/>
      </w:pPr>
      <w:r>
        <w:t>آپ جانتے ہیں کیا کیا اس نے، پولیس والے نے؟ وہ یہ ڈاکو لوگوں نے کیا کیا؟ سارے نوٹیں بکھیر دیں پولیس والوں کے آگے۔</w:t>
      </w:r>
    </w:p>
    <w:p>
      <w:r>
        <w:rPr>
          <w:b/>
        </w:rPr>
        <w:t xml:space="preserve">[38:26] </w:t>
      </w:r>
      <w:r>
        <w:t>yani bajaye pathar maarne ke, un ke paas goli bhi thi, pathar bhi tha, goli nahi mari unhon ne.</w:t>
      </w:r>
    </w:p>
    <w:p>
      <w:pPr>
        <w:jc w:val="right"/>
      </w:pPr>
      <w:r>
        <w:t>یعنی بجائے پتھر مارنے کے، ان کے پاس گولی بھی تھی، پتھر بھی تھا، گولی نہیں ماری انہوں نے۔</w:t>
      </w:r>
    </w:p>
    <w:p>
      <w:r>
        <w:rPr>
          <w:b/>
        </w:rPr>
        <w:t xml:space="preserve">[38:33] </w:t>
      </w:r>
      <w:r>
        <w:t>dako logon ke paas aap jantay hain ke goli bhi hoti hai. to police walon ko goli nahi mari unhon ne.</w:t>
      </w:r>
    </w:p>
    <w:p>
      <w:pPr>
        <w:jc w:val="right"/>
      </w:pPr>
      <w:r>
        <w:t>ڈاکو لوگوں کے پاس آپ جانتے ہیں کہ گولی بھی ہوتی ہے۔ تو پولیس والوں کو گولی نہیں ماری انہوں نے۔</w:t>
      </w:r>
    </w:p>
    <w:p>
      <w:r>
        <w:rPr>
          <w:b/>
        </w:rPr>
        <w:t xml:space="preserve">[38:43] </w:t>
      </w:r>
      <w:r>
        <w:t>saray note jo thay woh aisay uchal kar un ki taraf phenk diye. yani agar woh police par goli chalate to apnay bhaag paate woh. idhar se bhi goli aati.</w:t>
      </w:r>
    </w:p>
    <w:p>
      <w:pPr>
        <w:jc w:val="right"/>
      </w:pPr>
      <w:r>
        <w:t>سارے نوٹ جو تھے وہ ایسے اچھال کر ان کی طرف پھینک دیے۔ یعنی اگر وہ پولیس پر گولی چلاتے تو اپنے بھاگ پاتے وہ۔ ادھر سے بھی گولی آتی۔</w:t>
      </w:r>
    </w:p>
    <w:p>
      <w:r>
        <w:rPr>
          <w:b/>
        </w:rPr>
        <w:t xml:space="preserve">[38:54] </w:t>
      </w:r>
      <w:r>
        <w:t>hota hai ek ki bajaye do aati goli un ki taraf se. to jab aap dekhiye is mein bhi ek sabak liya mein ne.</w:t>
      </w:r>
    </w:p>
    <w:p>
      <w:pPr>
        <w:jc w:val="right"/>
      </w:pPr>
      <w:r>
        <w:t>ہوتا ہے ایک کی بجائے دو آتی گولی ان کی طرف سے۔ تو جب آپ دیکھیے اس میں بھی ایک سبق لیا میں نے۔</w:t>
      </w:r>
    </w:p>
    <w:p>
      <w:r>
        <w:rPr>
          <w:b/>
        </w:rPr>
        <w:t xml:space="preserve">[38:59] </w:t>
      </w:r>
      <w:r>
        <w:t>woh sabak yeh tha ke kisi ki mohabbat mein aap maghloob ho jayen, maghloob, to aap ki aql kaam nahi karti. noton ki mohabbat mein agar woh noton ki mohabbat oopar chha chuki hoti ho,</w:t>
      </w:r>
    </w:p>
    <w:p>
      <w:pPr>
        <w:jc w:val="right"/>
      </w:pPr>
      <w:r>
        <w:t>وہ سبق یہ تھا کہ کسی کی محبت میں آپ مغلوب ہو جائیں، مغلوب، تو آپ کی عقل کام نہیں کرتی۔ نوٹوں کی محبت میں اگر وہ نوٹوں کی محبت اوپر چھا چکی ہوتی ہو،</w:t>
      </w:r>
    </w:p>
    <w:p>
      <w:r>
        <w:rPr>
          <w:b/>
        </w:rPr>
        <w:t xml:space="preserve">[39:15] </w:t>
      </w:r>
      <w:r>
        <w:t>un ke zehn ko aap qabza kar le kar chuki hoti, to woh faisla na kar paate.</w:t>
      </w:r>
    </w:p>
    <w:p>
      <w:pPr>
        <w:jc w:val="right"/>
      </w:pPr>
      <w:r>
        <w:t>ان کے ذہن کو آپ قبضہ کر لے کر چکی ہوتی، تو وہ فیصلہ نہ کر پاتے۔</w:t>
      </w:r>
    </w:p>
    <w:p>
      <w:r>
        <w:rPr>
          <w:b/>
        </w:rPr>
        <w:t xml:space="preserve">[39:24] </w:t>
      </w:r>
      <w:r>
        <w:t>is mein ek usool mujhe mila, ek usool mila, ek usool ke agar aap ke zehn par koi cheez chha jaye, bohat ziyada, to woh junoon ban jaye woh cheez aap ke liye, to phir aap durust faisla nahi le paate.</w:t>
      </w:r>
    </w:p>
    <w:p>
      <w:pPr>
        <w:jc w:val="right"/>
      </w:pPr>
      <w:r>
        <w:t>اس میں ایک اصول مجھے ملا، ایک اصول ملا، ایک اصول کہ اگر آپ کے ذہن پر کوئی چیز چھا جائے، بہت زیادہ، تو وہ جنون بن جائے وہ چیز آپ کے لیے، تو پھر آپ درست فیصلہ نہیں لے پاتے۔</w:t>
      </w:r>
    </w:p>
    <w:p>
      <w:r>
        <w:rPr>
          <w:b/>
        </w:rPr>
        <w:t xml:space="preserve">[39:45] </w:t>
      </w:r>
      <w:r>
        <w:t>agar un ke dilo mein noton ki mohabbat chhai hui hoti aur samajhtay hain ke note to humein chhodna nahi hai, note to humein to humein le jana hai, to noton ko bachane ke chakar mein kya hota?</w:t>
      </w:r>
    </w:p>
    <w:p>
      <w:pPr>
        <w:jc w:val="right"/>
      </w:pPr>
      <w:r>
        <w:t>اگر ان کے دلوں میں نوٹوں کی محبت چھائی ہوئی ہوتی اور سمجھتے ہیں کہ نوٹ تو ہمیں چھوڑنا نہیں ہے، نوٹ تو ہمیں تو ہمیں لے جانا ہے، تو نوٹوں کو بچانے کے چکر میں کیا ہوتا؟</w:t>
      </w:r>
    </w:p>
    <w:p>
      <w:r>
        <w:rPr>
          <w:b/>
        </w:rPr>
        <w:t xml:space="preserve">[40:00] </w:t>
      </w:r>
      <w:r>
        <w:t>woh police ki goliyon ka nishana ban jatay.</w:t>
      </w:r>
    </w:p>
    <w:p>
      <w:pPr>
        <w:jc w:val="right"/>
      </w:pPr>
      <w:r>
        <w:t>وہ پولیس کی گولیوں کا نشانہ بن جاتے۔</w:t>
      </w:r>
    </w:p>
    <w:p>
      <w:r>
        <w:rPr>
          <w:b/>
        </w:rPr>
        <w:t xml:space="preserve">[40:06] </w:t>
      </w:r>
      <w:r>
        <w:t>to is se mein ne yeh sabak liya ke aadmi ko chahiye ke kisi bhi cheez ko apnay liye junoon na banaye.</w:t>
      </w:r>
    </w:p>
    <w:p>
      <w:pPr>
        <w:jc w:val="right"/>
      </w:pPr>
      <w:r>
        <w:t>تو اس سے میں نے یہ سبق لیا کہ آدمی کو چاہیے کہ کسی بھی چیز کو اپنے لیے جنون نہ بنائے۔</w:t>
      </w:r>
    </w:p>
    <w:p>
      <w:r>
        <w:rPr>
          <w:b/>
        </w:rPr>
        <w:t xml:space="preserve">[40:14] </w:t>
      </w:r>
      <w:r>
        <w:t>kisi bhi cheez ke baray mein itni ziyada mohabbat na karne lage ke wohi chha jaye us ke zehn par. to phir kya hoga?</w:t>
      </w:r>
    </w:p>
    <w:p>
      <w:pPr>
        <w:jc w:val="right"/>
      </w:pPr>
      <w:r>
        <w:t>کسی بھی چیز کے بارے میں اتنی زیادہ محبت نہ کرنے لگے کہ وہی چھا جائے اس کے ذہن پر۔ تو پھر کیا ہوگا؟</w:t>
      </w:r>
    </w:p>
    <w:p>
      <w:r>
        <w:rPr>
          <w:b/>
        </w:rPr>
        <w:t xml:space="preserve">[40:24] </w:t>
      </w:r>
      <w:r>
        <w:t>woh durust faisla nahi le payega. woh durust faisla nahi le paye ga</w:t>
      </w:r>
    </w:p>
    <w:p>
      <w:pPr>
        <w:jc w:val="right"/>
      </w:pPr>
      <w:r>
        <w:t>وہ درست فیصلہ نہیں لے پائے گا۔ وہ درست فیصلہ نہیں لے پائے گ</w:t>
      </w:r>
    </w:p>
    <w:p>
      <w:r>
        <w:rPr>
          <w:b/>
        </w:rPr>
        <w:t xml:space="preserve">[40:30] </w:t>
      </w:r>
      <w:r>
        <w:t>a. to mein samajhta hoon ke yeh bohat hi zaroori hai insaan ke andar ke apnay aap ko manfi khayalat se bachaye. aur jo aala tareen fikr hota hai,</w:t>
      </w:r>
    </w:p>
    <w:p>
      <w:pPr>
        <w:jc w:val="right"/>
      </w:pPr>
      <w:r>
        <w:t>ا۔ تو میں سمجھتا ہوں کہ یہ بہت ہی ضروری ہے انسان کے اندر کہ اپنے آپ کو منفی خیالات سے بچائے۔ اور جو اعلیٰ ترین فکر ہوتا ہے،</w:t>
      </w:r>
    </w:p>
    <w:p>
      <w:r>
        <w:rPr>
          <w:b/>
        </w:rPr>
        <w:t xml:space="preserve">[40:43] </w:t>
      </w:r>
      <w:r>
        <w:t>jo aala tareen sachai hoti hai, us ke siwa kisi aur ko apnay zehn mein itni ziyada jagah na de ke woh us ke oopar chha jaye.</w:t>
      </w:r>
    </w:p>
    <w:p>
      <w:pPr>
        <w:jc w:val="right"/>
      </w:pPr>
      <w:r>
        <w:t>جو اعلیٰ ترین سچائی ہوتی ہے، اس کے سوا کسی اور کو اپنے ذہن میں اتنی زیادہ جگہ نہ دے کہ وہ اس کے اوپر چھا جائے۔</w:t>
      </w:r>
    </w:p>
    <w:p>
      <w:r>
        <w:rPr>
          <w:b/>
        </w:rPr>
        <w:t xml:space="preserve">[40:53] </w:t>
      </w:r>
      <w:r>
        <w:t>us ke liye junoon ban jaye us ke liye.</w:t>
      </w:r>
    </w:p>
    <w:p>
      <w:pPr>
        <w:jc w:val="right"/>
      </w:pPr>
      <w:r>
        <w:t>اس کے لیے جنون بن جائے اس کے لیے۔</w:t>
      </w:r>
    </w:p>
    <w:p>
      <w:r>
        <w:rPr>
          <w:b/>
        </w:rPr>
        <w:t xml:space="preserve">[40:57] </w:t>
      </w:r>
      <w:r>
        <w:t>jaisay mein ek misaal yaad aati hai mujhe, jaisay aaj kal bohat dekhen gay aap logon ko sunen gay ke khud ehtiram, khud ehtiram, yani izzat ka sawal.</w:t>
      </w:r>
    </w:p>
    <w:p>
      <w:pPr>
        <w:jc w:val="right"/>
      </w:pPr>
      <w:r>
        <w:t>جیسے میں ایک مثال یاد آتی ہے مجھے، جیسے آج کل بہت دیکھیں گے آپ لوگوں کو سنیں گے کہ خود احترام، خود احترام، یعنی عزت کا سوال۔</w:t>
      </w:r>
    </w:p>
    <w:p>
      <w:r>
        <w:rPr>
          <w:b/>
        </w:rPr>
        <w:t xml:space="preserve">[41:12] </w:t>
      </w:r>
      <w:r>
        <w:t>to aksar log samajhtay hain ke khud ehtiram ya izzat ka sawal jo hai woh aala tareen hai. apnay oopar be izzat to nahi kar saktay hum. khud ehtiram jo hai us ko to hum hamesha, yani us ko woh karein gay.</w:t>
      </w:r>
    </w:p>
    <w:p>
      <w:pPr>
        <w:jc w:val="right"/>
      </w:pPr>
      <w:r>
        <w:t>تو اکثر لوگ سمجھتے ہیں کہ خود احترام یا عزت کا سوال جو ہے وہ اعلیٰ ترین ہے۔ اپنے اوپر بے عزت تو نہیں کر سکتے ہم۔ خود احترام جو ہے اس کو تو ہم ہمیشہ، یعنی اس کو وہ کریں گے۔</w:t>
      </w:r>
    </w:p>
    <w:p>
      <w:r>
        <w:rPr>
          <w:b/>
        </w:rPr>
        <w:t xml:space="preserve">[41:28] </w:t>
      </w:r>
      <w:r>
        <w:t>us ko hum qurban nahi kar saktay, khud ehtiram ko. lekin yeh soch bohat hi ghalat hai. khud ehtiram ke chakar mein hoga kya?</w:t>
      </w:r>
    </w:p>
    <w:p>
      <w:pPr>
        <w:jc w:val="right"/>
      </w:pPr>
      <w:r>
        <w:t>اس کو ہم قربان نہیں کر سکتے، خود احترام کو۔ لیکن یہ سوچ بہت ہی غلط ہے۔ خود احترام کے چکر میں ہوگا کیا؟</w:t>
      </w:r>
    </w:p>
    <w:p>
      <w:r>
        <w:rPr>
          <w:b/>
        </w:rPr>
        <w:t xml:space="preserve">[41:38] </w:t>
      </w:r>
      <w:r>
        <w:t>ke hum shikar ho jayen gay kisi ki sazish ka.</w:t>
      </w:r>
    </w:p>
    <w:p>
      <w:pPr>
        <w:jc w:val="right"/>
      </w:pPr>
      <w:r>
        <w:t>کہ ہم شکار ہو جائیں گے کسی کی سازش کا۔</w:t>
      </w:r>
    </w:p>
    <w:p>
      <w:r>
        <w:rPr>
          <w:b/>
        </w:rPr>
        <w:t xml:space="preserve">[41:45] </w:t>
      </w:r>
      <w:r>
        <w:t>jaisay ek waqia yeh hai ke sahaba ke zamanay mein, yani Hazrat Umar ke zamanay mein,</w:t>
      </w:r>
    </w:p>
    <w:p>
      <w:pPr>
        <w:jc w:val="right"/>
      </w:pPr>
      <w:r>
        <w:t>جیسے ایک واقعہ یہ ہے کہ صحابہ کے زمانے میں، یعنی حضرت عمر کے زمانے میں،</w:t>
      </w:r>
    </w:p>
    <w:p>
      <w:r>
        <w:rPr>
          <w:b/>
        </w:rPr>
        <w:t xml:space="preserve">[41:54] </w:t>
      </w:r>
      <w:r>
        <w:t>musalmanon mein aur Iran mein, us waqt Iran mein un ki hukumat thi, majlisiyon ka hukmarani thi, wahan par kisra hukmarani karta tha.</w:t>
      </w:r>
    </w:p>
    <w:p>
      <w:pPr>
        <w:jc w:val="right"/>
      </w:pPr>
      <w:r>
        <w:t>مسلمانوں میں اور ایران میں، اس وقت ایران میں ان کی حکومت تھی، مجلسیوں کا حکمرانی تھی، وہاں پر کسریٰ حکمرانی کرتا تھا۔</w:t>
      </w:r>
    </w:p>
    <w:p>
      <w:r>
        <w:rPr>
          <w:b/>
        </w:rPr>
        <w:t xml:space="preserve">[42:04] </w:t>
      </w:r>
      <w:r>
        <w:t>to dono mein jang hui.</w:t>
      </w:r>
    </w:p>
    <w:p>
      <w:pPr>
        <w:jc w:val="right"/>
      </w:pPr>
      <w:r>
        <w:t>تو دونوں میں جنگ ہوئی۔</w:t>
      </w:r>
    </w:p>
    <w:p>
      <w:r>
        <w:rPr>
          <w:b/>
        </w:rPr>
        <w:t xml:space="preserve">[42:08] </w:t>
      </w:r>
      <w:r>
        <w:t>to is mein musalman jo log thay, woh</w:t>
      </w:r>
    </w:p>
    <w:p>
      <w:pPr>
        <w:jc w:val="right"/>
      </w:pPr>
      <w:r>
        <w:t>تو اس میں مسلم جو لوگ تھے، وہ</w:t>
      </w:r>
    </w:p>
    <w:p>
      <w:r>
        <w:rPr>
          <w:b/>
        </w:rPr>
        <w:t xml:space="preserve">[42:19] </w:t>
      </w:r>
      <w:r>
        <w:t>yani ghalib aane lagay. woh difai halat mein aa gaye irani log. to unho ne chaha ke mukalmat kar ke baat ko khatam karein.</w:t>
      </w:r>
    </w:p>
    <w:p>
      <w:pPr>
        <w:jc w:val="right"/>
      </w:pPr>
      <w:r>
        <w:t>یعنی غالب آنے لگے۔ وہ دفاعی حالت میں آ گئے ایرانی لوگ۔ تو انہوں نے چاہا کہ مذاکرات کر کے بات کو ختم کریں۔</w:t>
      </w:r>
    </w:p>
    <w:p>
      <w:r>
        <w:rPr>
          <w:b/>
        </w:rPr>
        <w:t xml:space="preserve">[42:31] </w:t>
      </w:r>
      <w:r>
        <w:t>yani larai ko khatam karne ke liye unho ne chaha ke mukalmat, kuch de dila kar unhein rokhsat kar diya jaye yahan se, wapas le jayein.</w:t>
      </w:r>
    </w:p>
    <w:p>
      <w:pPr>
        <w:jc w:val="right"/>
      </w:pPr>
      <w:r>
        <w:t>یعنی لڑائی کو ختم کرنے کے لیے انہوں نے چاہا کہ مذاکرات، کچھ دے دلا کر انہیں رخصت کر دیا جائے یہاں سے، واپس لے جائیں۔</w:t>
      </w:r>
    </w:p>
    <w:p>
      <w:r>
        <w:rPr>
          <w:b/>
        </w:rPr>
        <w:t xml:space="preserve">[42:39] </w:t>
      </w:r>
      <w:r>
        <w:t>to unho ne kaha, jo sardar thay, un ka naam tha Saad, Hazrat Saad, ke hum chahte hain baat cheet karna to aap apna safeer bhejiye, apna aadmi bhejiye.</w:t>
      </w:r>
    </w:p>
    <w:p>
      <w:pPr>
        <w:jc w:val="right"/>
      </w:pPr>
      <w:r>
        <w:t>تو انہوں نے کہا، جو سردار تھے، ان کا نام تھا سعد، حضرت سعد، کہ ہم چاہتے ہیں بات چیت کرنا تو آپ اپنا سفیر بھیجیے، اپنا آدمی بھیجیے۔</w:t>
      </w:r>
    </w:p>
    <w:p>
      <w:r>
        <w:rPr>
          <w:b/>
        </w:rPr>
        <w:t xml:space="preserve">[42:51] </w:t>
      </w:r>
      <w:r>
        <w:t>yahan se kai log gaye. to un mein se aik sahab, jo sahabi thay, jab wahan pohanchay to woh</w:t>
      </w:r>
    </w:p>
    <w:p>
      <w:pPr>
        <w:jc w:val="right"/>
      </w:pPr>
      <w:r>
        <w:t>یہاں سے کئی لوگ گئے۔ تو ان میں سے ایک صاحب، جو صحابی تھے، جب وہاں پہنچے تو وہ</w:t>
      </w:r>
    </w:p>
    <w:p>
      <w:r>
        <w:rPr>
          <w:b/>
        </w:rPr>
        <w:t xml:space="preserve">[43:04] </w:t>
      </w:r>
      <w:r>
        <w:t>jo is ke jo woh tha, jo Kisra tha,</w:t>
      </w:r>
    </w:p>
    <w:p>
      <w:pPr>
        <w:jc w:val="right"/>
      </w:pPr>
      <w:r>
        <w:t>جو اس کے جو وہ تھا، جو کسریٰ تھا،</w:t>
      </w:r>
    </w:p>
    <w:p>
      <w:r>
        <w:rPr>
          <w:b/>
        </w:rPr>
        <w:t xml:space="preserve">[43:10] </w:t>
      </w:r>
      <w:r>
        <w:t>us ke aagay log jhukte thay, sajda karte thay, rukoo karte thay. woh to badshahat ka zamana tha. woh shehenshah tha woh.</w:t>
      </w:r>
    </w:p>
    <w:p>
      <w:pPr>
        <w:jc w:val="right"/>
      </w:pPr>
      <w:r>
        <w:t>اس کے آگے لوگ جھکتے تھے، سجدہ کرتے تھے، رکوع کرتے تھے۔ وہ تو بادشاہت کا زمانہ تھا۔ وہ شہنشاہ تھا وہ۔</w:t>
      </w:r>
    </w:p>
    <w:p>
      <w:r>
        <w:rPr>
          <w:b/>
        </w:rPr>
        <w:t xml:space="preserve">[43:21] </w:t>
      </w:r>
      <w:r>
        <w:t>yeh jhuke nahi, kuch bhi nahi, aise hi jaise aam aadmi ki tarah baat karne lagay woh. yani kuch bhi unho ne is ko izzat nahi di.</w:t>
      </w:r>
    </w:p>
    <w:p>
      <w:pPr>
        <w:jc w:val="right"/>
      </w:pPr>
      <w:r>
        <w:t>یہ جھکے نہیں، کچھ بھی نہیں، ایسے ہی جیسے عام آدمی کی طرح بات کرنے لگے وہ۔ یعنی کچھ بھی انہوں نے اس کو عزت نہیں دیا۔</w:t>
      </w:r>
    </w:p>
    <w:p>
      <w:r>
        <w:rPr>
          <w:b/>
        </w:rPr>
        <w:t xml:space="preserve">[43:31] </w:t>
      </w:r>
      <w:r>
        <w:t>kuch bhi is ko unho ne woh badshahi izzat nahi di. aise hi bas kharay ho gaye takht ke samnay us ke aur aisi baat karne lagay.</w:t>
      </w:r>
    </w:p>
    <w:p>
      <w:pPr>
        <w:jc w:val="right"/>
      </w:pPr>
      <w:r>
        <w:t>کچھ بھی اس کو انہوں نے وہ بادشاہی عزت نہیں دی۔ ایسے ہی بس کھڑے ہو گئے تخت کے سامنے اس کے اور ایسی بات کرنے لگے۔</w:t>
      </w:r>
    </w:p>
    <w:p>
      <w:r>
        <w:rPr>
          <w:b/>
        </w:rPr>
        <w:t xml:space="preserve">[43:39] </w:t>
      </w:r>
      <w:r>
        <w:t>to bohat ghussa aa gaya us ko. yeh kon aadmi hai? jo meri izzat nahi karta? apni izzat karne ko woh samajhte thay ke woh to karna hi karna hai har aik ko.</w:t>
      </w:r>
    </w:p>
    <w:p>
      <w:pPr>
        <w:jc w:val="right"/>
      </w:pPr>
      <w:r>
        <w:t>تو بہت غصہ آ گیا اس کو۔ یہ کون آدمی ہے؟ جو میری عزت نہیں کرتا؟ اپنی عزت کرنے کو وہ سمجھتے تھے کہ وہ تو کرنا ہی کرنا ہے ہر ایک کو۔</w:t>
      </w:r>
    </w:p>
    <w:p>
      <w:r>
        <w:rPr>
          <w:b/>
        </w:rPr>
        <w:t xml:space="preserve">[43:51] </w:t>
      </w:r>
      <w:r>
        <w:t>hum badshah hain, hum badshah hain, hum shehenshah hain. to unho ne koi izzat nahi suni thi. aur aise hi mamooli aadmi jaise hota hai, badshah, is tarah baat karne lagay us se.</w:t>
      </w:r>
    </w:p>
    <w:p>
      <w:pPr>
        <w:jc w:val="right"/>
      </w:pPr>
      <w:r>
        <w:t>ہم بادشاہ ہیں، ہم بادشاہ ہیں، ہم شہنشاہ ہیں۔ تو انہوں نے کوئی عزت نہیں سنی تھی۔ اور ایسے ہی معمولی آدمی جیسے ہوتا ہے، بادشاہ، اس طرح بات کرنے لگے اس سے۔</w:t>
      </w:r>
    </w:p>
    <w:p>
      <w:r>
        <w:rPr>
          <w:b/>
        </w:rPr>
        <w:t xml:space="preserve">[44:03] </w:t>
      </w:r>
      <w:r>
        <w:t>to ghussa ho gaya woh.</w:t>
      </w:r>
    </w:p>
    <w:p>
      <w:pPr>
        <w:jc w:val="right"/>
      </w:pPr>
      <w:r>
        <w:t>تو غصہ ہو گیا وہ۔</w:t>
      </w:r>
    </w:p>
    <w:p>
      <w:r>
        <w:rPr>
          <w:b/>
        </w:rPr>
        <w:t xml:space="preserve">[44:07] </w:t>
      </w:r>
      <w:r>
        <w:t>to yeh kuch bhi unho ne is ki parwah nahi ki is ki baaton ki. to ghussa ho kar us ne kaha ke mitti lao. mitti ka aik tokra lao.</w:t>
      </w:r>
    </w:p>
    <w:p>
      <w:pPr>
        <w:jc w:val="right"/>
      </w:pPr>
      <w:r>
        <w:t>تو یہ کچھ بھی انہوں نے اس کی پرواہ نہیں کی اس کی باتوں کی۔ تو غصہ ہو کر اس نے کہا کہ مٹی لاؤ۔ مٹی کا ایک ٹوکرا لاؤ۔</w:t>
      </w:r>
    </w:p>
    <w:p>
      <w:r>
        <w:rPr>
          <w:b/>
        </w:rPr>
        <w:t xml:space="preserve">[44:18] </w:t>
      </w:r>
      <w:r>
        <w:t>woh mitti un ke sar par rakh diya. woh kaha ke is ko bhaga do in ko. unho ne kaha jo mahal tha, us mein baat ho rahi thi wahan mahal mein, nikal do mahal se.</w:t>
      </w:r>
    </w:p>
    <w:p>
      <w:pPr>
        <w:jc w:val="right"/>
      </w:pPr>
      <w:r>
        <w:t>وہ مٹی ان کے سر پر رکھ دیا۔ وہ کہا کہ اس کو بھگا دو ان کو۔ انہوں نے کہا جو محل تھا، اس میں بات ہو رہی تھی وہاں محل میں، نکال دو محل سے۔</w:t>
      </w:r>
    </w:p>
    <w:p>
      <w:r>
        <w:rPr>
          <w:b/>
        </w:rPr>
        <w:t xml:space="preserve">[44:28] </w:t>
      </w:r>
      <w:r>
        <w:t>mitti ka tokra sar par rakh kar ke.</w:t>
      </w:r>
    </w:p>
    <w:p>
      <w:pPr>
        <w:jc w:val="right"/>
      </w:pPr>
      <w:r>
        <w:t>مٹی کا ٹوکرا سر پر رکھ کر کے۔</w:t>
      </w:r>
    </w:p>
    <w:p>
      <w:r>
        <w:rPr>
          <w:b/>
        </w:rPr>
        <w:t xml:space="preserve">[44:31] </w:t>
      </w:r>
      <w:r>
        <w:t>ab dekhiye ke woh jo sahabi thay, woh na ghussa huye, na aisa kiya ke mitti ka tokra phenk dein aur lar jayein us se, kuch bhi nahi.</w:t>
      </w:r>
    </w:p>
    <w:p>
      <w:pPr>
        <w:jc w:val="right"/>
      </w:pPr>
      <w:r>
        <w:t>اب دیکھیے کہ وہ جو صحابی تھے، وہ نہ غصہ ہوئے، نہ ایسا کیا کہ مٹی کا ٹوکرا پھینک دیں اور لڑ جائیں اس سے، کچھ بھی نہیں۔</w:t>
      </w:r>
    </w:p>
    <w:p>
      <w:r>
        <w:rPr>
          <w:b/>
        </w:rPr>
        <w:t xml:space="preserve">[44:42] </w:t>
      </w:r>
      <w:r>
        <w:t>woh liye liye khamosh, khushi khushi chalay aaye mahal ke bahar. aur mitti ka tokra liye liye</w:t>
      </w:r>
    </w:p>
    <w:p>
      <w:pPr>
        <w:jc w:val="right"/>
      </w:pPr>
      <w:r>
        <w:t>وہ لیے لیے خاموش، خوشی خوشی چلے آئے محل کے باہر۔ اور مٹی کا ٹوکرا لیے لیے</w:t>
      </w:r>
    </w:p>
    <w:p>
      <w:r>
        <w:rPr>
          <w:b/>
        </w:rPr>
        <w:t xml:space="preserve">[44:54] </w:t>
      </w:r>
      <w:r>
        <w:t>apni ghoṛi par sawar huye aur pohanch gaye wahan jahan ka khayma laga hua tha, jo general thay Hazrat Saad wahan.</w:t>
      </w:r>
    </w:p>
    <w:p>
      <w:pPr>
        <w:jc w:val="right"/>
      </w:pPr>
      <w:r>
        <w:t>اپنی گھوڑی پر سوار ہوئے اور پہنچ گئے وہاں جہاں کا خیمہ لگا ہوا تھا، جو جنرل تھے حضرت سعد وہاں۔</w:t>
      </w:r>
    </w:p>
    <w:p>
      <w:r>
        <w:rPr>
          <w:b/>
        </w:rPr>
        <w:t xml:space="preserve">[45:02] </w:t>
      </w:r>
      <w:r>
        <w:t>to is mein dakhil huye, un ke khaymay mein, jo jo ke general thay Muslim army ke, un ke samnay tokra rakh diya ke dekho yeh Kisra ne diya hai yeh mitti ka tokra.</w:t>
      </w:r>
    </w:p>
    <w:p>
      <w:pPr>
        <w:jc w:val="right"/>
      </w:pPr>
      <w:r>
        <w:t>تو اس میں داخل ہوئے، ان کے خیمے میں، جو جو کہ جنرل تھے مسلم آرمی کے، ان کے سامنے ٹوکرا رکھ دیا کہ دیکھو یہ کسریٰ نے دیا ہے یہ مٹی کا ٹوکرا۔</w:t>
      </w:r>
    </w:p>
    <w:p>
      <w:r>
        <w:rPr>
          <w:b/>
        </w:rPr>
        <w:t xml:space="preserve">[45:18] </w:t>
      </w:r>
      <w:r>
        <w:t>to woh bhi ghussa nahi huye. yani Hazrat Saad kehte hain ke kaisay tum bewakoof ho? ke mitti ka tokra liye chalay aa rahay ho wahan se? kyun nahi us ke sar par phenk diya tum ne us ko?</w:t>
      </w:r>
    </w:p>
    <w:p>
      <w:pPr>
        <w:jc w:val="right"/>
      </w:pPr>
      <w:r>
        <w:t>تو وہ بھی غصہ نہیں ہوئے۔ یعنی حضرت سعد کہتے ہیں کہ کیسے تم بیوقوف ہو؟ کہ مٹی کا ٹوکرا لیے چلے آ رہے ہو وہاں سے؟ کیوں نہیں اس کے سر پر پھینک دیا تم نے اس کو؟</w:t>
      </w:r>
    </w:p>
    <w:p>
      <w:r>
        <w:rPr>
          <w:b/>
        </w:rPr>
        <w:t xml:space="preserve">[45:29] </w:t>
      </w:r>
      <w:r>
        <w:t>kuch nahi. na yeh dekhiye is ko izzat ka sawal banaya, na unho ne, na unho ne izzat ka sawal banaya. dono ne is ko normal tareeqay se liya.</w:t>
      </w:r>
    </w:p>
    <w:p>
      <w:pPr>
        <w:jc w:val="right"/>
      </w:pPr>
      <w:r>
        <w:t>کچھ نہیں۔ نہ یہ دیکھیے اس کو عزت کا سوال بنایا، نہ انہوں نے، نہ انہوں نے عزت کا سوال بنایا۔ دونوں نے اس کو نارمل طریقے سے لیا۔</w:t>
      </w:r>
    </w:p>
    <w:p>
      <w:r>
        <w:rPr>
          <w:b/>
        </w:rPr>
        <w:t xml:space="preserve">[45:42] </w:t>
      </w:r>
      <w:r>
        <w:t>is ka faida yeh hua ke woh ghair janabdar tareeqay mein soch sakay. ma'rozi tareeqay mein rai bana sakay apni.</w:t>
      </w:r>
    </w:p>
    <w:p>
      <w:pPr>
        <w:jc w:val="right"/>
      </w:pPr>
      <w:r>
        <w:t>اس کا کارنتیہ ہوا کہ وہ غیر جانبدار طریقے میں سوچ سکے۔ معروضی طریقے میں رائے بنا سکے اپنی۔</w:t>
      </w:r>
    </w:p>
    <w:p>
      <w:r>
        <w:rPr>
          <w:b/>
        </w:rPr>
        <w:t xml:space="preserve">[45:51] </w:t>
      </w:r>
      <w:r>
        <w:t>to kitni bari baat unho ne nikal li. kitni bari baat nikal li. jo Saad thay, jo general thay, unho ne kaha ab shuru.</w:t>
      </w:r>
    </w:p>
    <w:p>
      <w:pPr>
        <w:jc w:val="right"/>
      </w:pPr>
      <w:r>
        <w:t>تو کتنی بڑی بات انہوں نے نکال لی۔ کتنی بڑی بات نکال لی۔ جو سعد تھے، جو جنرل تھے، انہوں نے کہا اب شروع۔</w:t>
      </w:r>
    </w:p>
    <w:p>
      <w:r>
        <w:rPr>
          <w:b/>
        </w:rPr>
        <w:t xml:space="preserve">[46:04] </w:t>
      </w:r>
      <w:r>
        <w:t>yeh to achi khabar hai. yeh to khushkhabri ki baat hai.</w:t>
      </w:r>
    </w:p>
    <w:p>
      <w:pPr>
        <w:jc w:val="right"/>
      </w:pPr>
      <w:r>
        <w:t>یہ تو اچھی خبر ہے۔ یہ تو خوشخبری کی بات ہے۔</w:t>
      </w:r>
    </w:p>
    <w:p>
      <w:r>
        <w:rPr>
          <w:b/>
        </w:rPr>
        <w:t xml:space="preserve">[46:08] </w:t>
      </w:r>
      <w:r>
        <w:t>yani mitti ka tokra liye chale aa rahe hain. bajaye ghussa hone ke, kya keh rahe hain? ab shuru. yeh to achi khabar hai.</w:t>
      </w:r>
    </w:p>
    <w:p>
      <w:pPr>
        <w:jc w:val="right"/>
      </w:pPr>
      <w:r>
        <w:t>یعنی مٹی کا ٹوکرا لیے چلے آ رہے ہیں۔ بجائے غصہ ہونے کے، کیا کہہ رہے ہیں؟ اب شروع۔ یہ تو اچھی خبر ہے۔</w:t>
      </w:r>
    </w:p>
    <w:p>
      <w:r>
        <w:rPr>
          <w:b/>
        </w:rPr>
        <w:t xml:space="preserve">[46:18] </w:t>
      </w:r>
      <w:r>
        <w:t>khush ho jao. to unhon ne kya kaha? faqat wallah aatan Allah aqaid mulkehum.</w:t>
      </w:r>
    </w:p>
    <w:p>
      <w:pPr>
        <w:jc w:val="right"/>
      </w:pPr>
      <w:r>
        <w:t>خوش ہو جاؤ۔ تو انہوں نے کیا کہا؟ فقط واللہ آتان اللہ عقائد ملکہم۔</w:t>
      </w:r>
    </w:p>
    <w:p>
      <w:r>
        <w:rPr>
          <w:b/>
        </w:rPr>
        <w:t xml:space="preserve">[46:29] </w:t>
      </w:r>
      <w:r>
        <w:t>phir rawi kehte hain ke wa tafaa'alu bidhalik aqsa bilad.</w:t>
      </w:r>
    </w:p>
    <w:p>
      <w:pPr>
        <w:jc w:val="right"/>
      </w:pPr>
      <w:r>
        <w:t>پھر راوی کہتے ہیں کہ وتفاعلوا بذالک أقصى بلاد۔</w:t>
      </w:r>
    </w:p>
    <w:p>
      <w:r>
        <w:rPr>
          <w:b/>
        </w:rPr>
        <w:t xml:space="preserve">[46:35] </w:t>
      </w:r>
      <w:r>
        <w:t>yani rawi kehte hain ke is ko jo mitti thi, us se unhon ne yeh afaal liya. yeh to apne mulk ki mitti de di unhon ne.</w:t>
      </w:r>
    </w:p>
    <w:p>
      <w:pPr>
        <w:jc w:val="right"/>
      </w:pPr>
      <w:r>
        <w:t>یعنی راوی کہتے ہیں کہ اس کو جو مٹی تھی، اس سے انہوں نے یہ افعال لیا۔ یہ تو اپنے ملک کی مٹی دے دی انہوں نے۔</w:t>
      </w:r>
    </w:p>
    <w:p>
      <w:r>
        <w:rPr>
          <w:b/>
        </w:rPr>
        <w:t xml:space="preserve">[46:43] </w:t>
      </w:r>
      <w:r>
        <w:t>apna mulk hi utha kar de diya unhon ne. in ka jo mulk tha, usi mulk ki to mitti thi woh. mitti kahin aur se to aayi nahi thi woh.</w:t>
      </w:r>
    </w:p>
    <w:p>
      <w:pPr>
        <w:jc w:val="right"/>
      </w:pPr>
      <w:r>
        <w:t>اپنا ملک ہی اٹھا کر دے دیا انہوں نے۔ ان کا جو ملک تھا، اسی ملک کی تو مٹی تھی وہ۔ مٹی کہیں اور سے تو آئی نہیں تھی وہ۔</w:t>
      </w:r>
    </w:p>
    <w:p>
      <w:r>
        <w:rPr>
          <w:b/>
        </w:rPr>
        <w:t xml:space="preserve">[46:52] </w:t>
      </w:r>
      <w:r>
        <w:t>apne mulk ki, apne mulk ki mitti di unhon ne. to is ko unhon ne kaha ke yeh to apna mulk khud hi de diya unhon ne.</w:t>
      </w:r>
    </w:p>
    <w:p>
      <w:pPr>
        <w:jc w:val="right"/>
      </w:pPr>
      <w:r>
        <w:t>اپنے ملک کی، اپنے ملک کی مٹی دی انہوں نے۔ تو اس کو انہوں نے کہا کہ یہ تو اپنا ملک خود ہی دے دیا انہوں نے۔</w:t>
      </w:r>
    </w:p>
    <w:p>
      <w:r>
        <w:rPr>
          <w:b/>
        </w:rPr>
        <w:t xml:space="preserve">[47:05] </w:t>
      </w:r>
      <w:r>
        <w:t>ab kya hai? ab to fateh hamari hai. dekhiye jis waqe se log lete hain ghussa, jhijhlahat, ishtia'al, nafrat, nafrat, adam bardasht, is se kya liya liya unhon ne?</w:t>
      </w:r>
    </w:p>
    <w:p>
      <w:pPr>
        <w:jc w:val="right"/>
      </w:pPr>
      <w:r>
        <w:t>اب کیا ہے؟ اب تو فتح ہماری ہے۔ دیکھیے جس واقعے سے لوگ لیتے ہیں غصہ، جھجلاہٹ، اشتعال، نفرت، نفرت، عدم برداشت، اس سے کیا لیا لیا انہوں نے؟</w:t>
      </w:r>
    </w:p>
    <w:p>
      <w:r>
        <w:rPr>
          <w:b/>
        </w:rPr>
        <w:t xml:space="preserve">[47:20] </w:t>
      </w:r>
      <w:r>
        <w:t>ek naya yaqeen, ek naya yaqeen, ek nayi himmat.</w:t>
      </w:r>
    </w:p>
    <w:p>
      <w:pPr>
        <w:jc w:val="right"/>
      </w:pPr>
      <w:r>
        <w:t>ایک نیا یقین، ایک نیا یقین، ایک نئی ہمت۔</w:t>
      </w:r>
    </w:p>
    <w:p>
      <w:r>
        <w:rPr>
          <w:b/>
        </w:rPr>
        <w:t xml:space="preserve">[47:27] </w:t>
      </w:r>
      <w:r>
        <w:t>yeh kab hota hai? jab aap ke andar manfi khayalat na hon.</w:t>
      </w:r>
    </w:p>
    <w:p>
      <w:pPr>
        <w:jc w:val="right"/>
      </w:pPr>
      <w:r>
        <w:t>یہ کب ہوتا ہے؟ جب آپ کے اندر منفی خیالات نہ ہوں۔</w:t>
      </w:r>
    </w:p>
    <w:p>
      <w:r>
        <w:rPr>
          <w:b/>
        </w:rPr>
        <w:t xml:space="preserve">[47:34] </w:t>
      </w:r>
      <w:r>
        <w:t>sab se buri cheez hai manfi khayalat. manfi soch. to jab log aapas mein milte hain aur ek doosre ke khilaf shikayatein karte hain to yeh saada baat nahi hoti.</w:t>
      </w:r>
    </w:p>
    <w:p>
      <w:pPr>
        <w:jc w:val="right"/>
      </w:pPr>
      <w:r>
        <w:t>سب سے بری چیز ہے منفی خیالات۔ منفی سوچ۔ تو جب لوگ آپس میں ملتے ہیں اور ایک دوسرے کے خلاف شکایتیں کرتے ہیں تو یہ سادہ بات نہیں ہوتی۔</w:t>
      </w:r>
    </w:p>
    <w:p>
      <w:r>
        <w:rPr>
          <w:b/>
        </w:rPr>
        <w:t xml:space="preserve">[47:45] </w:t>
      </w:r>
      <w:r>
        <w:t>aap apni halat durust kar rahe hote hain. isi liye main is ko bohat zyada galat samajhta hoon ke jab chand aadmi ikhatta hon to ek doosre ki shikayatein karen.</w:t>
      </w:r>
    </w:p>
    <w:p>
      <w:pPr>
        <w:jc w:val="right"/>
      </w:pPr>
      <w:r>
        <w:t>آپ اپنی حالت درست کر رہے ہوتے ہیں۔ اسی لیے میں اس کو بہت زیادہ غلط سمجھتا ہوں کہ جب چند آدمی اکٹھا ہوں تو ایک دوسرے کی شکایتیں کریں۔</w:t>
      </w:r>
    </w:p>
    <w:p>
      <w:r>
        <w:rPr>
          <w:b/>
        </w:rPr>
        <w:t xml:space="preserve">[47:54] </w:t>
      </w:r>
      <w:r>
        <w:t>ya woh yeh aam riwaj hai yeh. jahan do aadmi, ab chaar aadmi baithenge to koi na koi shikayati baat nikalen ga</w:t>
      </w:r>
    </w:p>
    <w:p>
      <w:pPr>
        <w:jc w:val="right"/>
      </w:pPr>
      <w:r>
        <w:t>یا وہ یہ عام رواج ہے یہ۔ جہاں دو آدمی، اب چار آدمی بیٹھیں گے تو کوئی نہ کوئی شکایتی بات نکالیں گ</w:t>
      </w:r>
    </w:p>
    <w:p>
      <w:r>
        <w:rPr>
          <w:b/>
        </w:rPr>
        <w:t xml:space="preserve">[48:02] </w:t>
      </w:r>
      <w:r>
        <w:t>e. woh aisa bura hai, woh aisa kharab hai, is mein yeh burai hai, is mein yeh kami hai. yeh saada baat nahi hai. yeh bas samajhye ke aap ne doosre ke baray mein ek manfi tabasra diya.</w:t>
      </w:r>
    </w:p>
    <w:p>
      <w:pPr>
        <w:jc w:val="right"/>
      </w:pPr>
      <w:r>
        <w:t>ے۔ وہ ایسا برا ہے، وہ ایسا خراب ہے، اس میں یہ برائی ہے، اس میں یہ کمی ہے۔ یہ سادہ بات نہیں ہے۔ یہ بس سمجھئے کہ آپ نے دوسرے کے بارے میں ایک منفی تبصرہ دیا۔</w:t>
      </w:r>
    </w:p>
    <w:p>
      <w:r>
        <w:rPr>
          <w:b/>
        </w:rPr>
        <w:t xml:space="preserve">[48:14] </w:t>
      </w:r>
      <w:r>
        <w:t>nahin. apne aap ke andar aap ne ek manfi shakhsiyat tayyar ki. yeh samajh lijiye.</w:t>
      </w:r>
    </w:p>
    <w:p>
      <w:pPr>
        <w:jc w:val="right"/>
      </w:pPr>
      <w:r>
        <w:t>نہیں۔ اپنے آپ کے اندر آپ نے ایک منفی شخصیت تیار کی۔ یہ سمجھ لیجیے۔</w:t>
      </w:r>
    </w:p>
    <w:p>
      <w:r>
        <w:rPr>
          <w:b/>
        </w:rPr>
        <w:t xml:space="preserve">[48:25] </w:t>
      </w:r>
      <w:r>
        <w:t>yani bazahir to aisa lagta hai ke aap kisi aur ke baray mein ek manfi goli bol rahe hain. doosre ke baray mein nafrat zahir kar rahe hain.</w:t>
      </w:r>
    </w:p>
    <w:p>
      <w:pPr>
        <w:jc w:val="right"/>
      </w:pPr>
      <w:r>
        <w:t>یعنی بظاہر تو ایسا لگتا ہے کہ آپ کسی اور کے بارے میں ایک منفی گولی بول رہے ہیں۔ دوسرے کے بارے میں نفرت ظاہر کر رہے ہیں۔</w:t>
      </w:r>
    </w:p>
    <w:p>
      <w:r>
        <w:rPr>
          <w:b/>
        </w:rPr>
        <w:t xml:space="preserve">[48:38] </w:t>
      </w:r>
      <w:r>
        <w:t>doosre ke baray mein ek shikayati baat kar rahe hain. lekin is se zyada bara pehlu kya hai?</w:t>
      </w:r>
    </w:p>
    <w:p>
      <w:pPr>
        <w:jc w:val="right"/>
      </w:pPr>
      <w:r>
        <w:t>دوسرے کے بارے میں ایک شکایتی بات کر رہے ہیں۔ لیکن اس سے زیادہ بڑا پہلو کیا ہے؟</w:t>
      </w:r>
    </w:p>
    <w:p>
      <w:r>
        <w:rPr>
          <w:b/>
        </w:rPr>
        <w:t xml:space="preserve">[48:46] </w:t>
      </w:r>
      <w:r>
        <w:t>ke aisa karte hue apne andar aap manfi shakhsiyat bana rahe hain. aur manfi shakhsiyat se zyada buri cheez aur koi nahi.</w:t>
      </w:r>
    </w:p>
    <w:p>
      <w:pPr>
        <w:jc w:val="right"/>
      </w:pPr>
      <w:r>
        <w:t>کہ ایسا کرتے ہوئے اپنے اندر آپ منفی شخصیت بنا رہے ہیں۔ اور منفی شخصیت سے زیادہ بری چیز اور کوئی نہیں۔</w:t>
      </w:r>
    </w:p>
    <w:p>
      <w:r>
        <w:rPr>
          <w:b/>
        </w:rPr>
        <w:t xml:space="preserve">[48:59] </w:t>
      </w:r>
      <w:r>
        <w:t>to yaad rakhiye yeh bohat hi aham nukta hai. ke jab bhi hum kisi doosre se koi rawaiyya karte hain, is rawaiyya ke waqt hum apne andar ek cheez paida kar rahe hote hain.</w:t>
      </w:r>
    </w:p>
    <w:p>
      <w:pPr>
        <w:jc w:val="right"/>
      </w:pPr>
      <w:r>
        <w:t>تو یاد رکھیے یہ بہت ہی اہم نکتہ ہے۔ کہ جب بھی ہم کسی دوسرے سے کوئی رویہ کرتے ہیں، اس رویے کے وقت ہم اپنے اندر ایک چیز پیدا کر رہے ہوتے ہیں۔</w:t>
      </w:r>
    </w:p>
    <w:p>
      <w:r>
        <w:rPr>
          <w:b/>
        </w:rPr>
        <w:t xml:space="preserve">[49:18] </w:t>
      </w:r>
      <w:r>
        <w:t>doosre se agar aap ne musbat rawaiyya kiya to aap ke andar musbat shakhsiyat banegi.</w:t>
      </w:r>
    </w:p>
    <w:p>
      <w:pPr>
        <w:jc w:val="right"/>
      </w:pPr>
      <w:r>
        <w:t>دوسرے سے اگر آپ نے مثبت رویہ کیا تو آپ کے اندر مثبت شخصیت بنے گی۔</w:t>
      </w:r>
    </w:p>
    <w:p>
      <w:r>
        <w:rPr>
          <w:b/>
        </w:rPr>
        <w:t xml:space="preserve">[49:25] </w:t>
      </w:r>
      <w:r>
        <w:t>doosre se aap ne manfi rawaiyya kiya to aap ke apne andar manfi shakhsiyat banegi.</w:t>
      </w:r>
    </w:p>
    <w:p>
      <w:pPr>
        <w:jc w:val="right"/>
      </w:pPr>
      <w:r>
        <w:t>دوسرے سے آپ نے منفی رویہ کیا تو آپ کے اپنے اندر منفی شخصیت بنے گی۔</w:t>
      </w:r>
    </w:p>
    <w:p>
      <w:r>
        <w:rPr>
          <w:b/>
        </w:rPr>
        <w:t xml:space="preserve">[49:35] </w:t>
      </w:r>
      <w:r>
        <w:t>to log samajhte hain ke bas yeh to doosre ke baray mein bol raha hoon main. doosre ke baray mein main manfi tabasra de raha hoon. yeh bohat bhari bhool hai.</w:t>
      </w:r>
    </w:p>
    <w:p>
      <w:pPr>
        <w:jc w:val="right"/>
      </w:pPr>
      <w:r>
        <w:t>تو لوگ سمجھتے ہیں کہ بس یہ تو دوسرے کے بارے میں بول رہا ہوں میں۔ دوسرے کے بارے میں میں منفی تبصرہ دے رہا ہوں۔ یہ بہت بھاری بھول ہے۔</w:t>
      </w:r>
    </w:p>
    <w:p>
      <w:r>
        <w:rPr>
          <w:b/>
        </w:rPr>
        <w:t xml:space="preserve">[49:46] </w:t>
      </w:r>
      <w:r>
        <w:t>bohat bhari ghalati hai.</w:t>
      </w:r>
    </w:p>
    <w:p>
      <w:pPr>
        <w:jc w:val="right"/>
      </w:pPr>
      <w:r>
        <w:t>بہت بھاری غلطی ہے۔</w:t>
      </w:r>
    </w:p>
    <w:p>
      <w:r>
        <w:rPr>
          <w:b/>
        </w:rPr>
        <w:t xml:space="preserve">[49:50] </w:t>
      </w:r>
      <w:r>
        <w:t>doosre ke khilaf bolna apne baray mein ek ek bohat bari cheez karna hai.</w:t>
      </w:r>
    </w:p>
    <w:p>
      <w:pPr>
        <w:jc w:val="right"/>
      </w:pPr>
      <w:r>
        <w:t>دوسرے کے خلاف بولنا اپنے بارے میں ایک ایک بہت بڑی چیز کرنا ہے۔</w:t>
      </w:r>
    </w:p>
    <w:p>
      <w:r>
        <w:rPr>
          <w:b/>
        </w:rPr>
        <w:t xml:space="preserve">[50:00] </w:t>
      </w:r>
      <w:r>
        <w:t>ke isi ke beech mein, isi ke darmiyan aap ke andar ek shakhsiyat ban rahi hoti hai.</w:t>
      </w:r>
    </w:p>
    <w:p>
      <w:pPr>
        <w:jc w:val="right"/>
      </w:pPr>
      <w:r>
        <w:t>کہ اسی کے بیچ میں، اسی کے دوران آپ کے اندر ایک شخصیت بن رہی ہوتی ہے۔</w:t>
      </w:r>
    </w:p>
    <w:p>
      <w:r>
        <w:rPr>
          <w:b/>
        </w:rPr>
        <w:t xml:space="preserve">[50:11] </w:t>
      </w:r>
      <w:r>
        <w:t>to aap ko is se agar aap chahte hain, agar aap agar aap khud apne baray mein humdardi hain, apne khair khwah hain, to doosre ke baray mein bhi aap ko khair khwah banna parhe ga.</w:t>
      </w:r>
    </w:p>
    <w:p>
      <w:pPr>
        <w:jc w:val="right"/>
      </w:pPr>
      <w:r>
        <w:t>تو آپ کو اس سے اگر آپ چاہتے ہیں، اگر آپ اگر آپ خود اپنے بارے میں ہمدرد ہیں، اپنے خیر خواہ ہیں، تو دوسرے کے بارے میں بھی آپ کو خیر خواہ بننا پڑے گا۔</w:t>
      </w:r>
    </w:p>
    <w:p>
      <w:r>
        <w:rPr>
          <w:b/>
        </w:rPr>
        <w:t xml:space="preserve">[50:23] </w:t>
      </w:r>
      <w:r>
        <w:t>yad rakhiye jab jab aap doosre ke bare mein khair khwah banenge tab hi apne bare mein bhi khair khwah ban payenge. jab doosre ka mafad aap sochenge tab bhi aap ka mafad apna soch payenge.</w:t>
      </w:r>
    </w:p>
    <w:p>
      <w:pPr>
        <w:jc w:val="right"/>
      </w:pPr>
      <w:r>
        <w:t>یاد رکھیے جب جب آپ دوسرے کے بارے میں خیر خواہ بنیں گے تب ہی اپنے بارے میں بھی خیر خواہ بن پائیں گے۔ جب دوسرے کا مفاد آپ سوچیں گے تب بھی آپ کا مفاد اپنا سوچ پائیں گے۔</w:t>
      </w:r>
    </w:p>
    <w:p>
      <w:r>
        <w:rPr>
          <w:b/>
        </w:rPr>
        <w:t xml:space="preserve">[50:36] </w:t>
      </w:r>
      <w:r>
        <w:t>jab doosre ke bare mein aap hamdard honge tab hi aap apne bare mein hamdard ho payenge.</w:t>
      </w:r>
    </w:p>
    <w:p>
      <w:pPr>
        <w:jc w:val="right"/>
      </w:pPr>
      <w:r>
        <w:t>جب دوسرے کے بارے میں آپ ہمدرد ہوں گے تب ہی آپ اپنے بارے میں ہمدرد ہو پائیں گے۔</w:t>
      </w:r>
    </w:p>
    <w:p>
      <w:r>
        <w:rPr>
          <w:b/>
        </w:rPr>
        <w:t xml:space="preserve">[50:46] </w:t>
      </w:r>
      <w:r>
        <w:t>yeh bohat hi zyada aham baat hai.</w:t>
      </w:r>
    </w:p>
    <w:p>
      <w:pPr>
        <w:jc w:val="right"/>
      </w:pPr>
      <w:r>
        <w:t>یہ بہت ہی زیادہ اہم بات ہے۔</w:t>
      </w:r>
    </w:p>
    <w:p>
      <w:r>
        <w:rPr>
          <w:b/>
        </w:rPr>
        <w:t xml:space="preserve">[50:51] </w:t>
      </w:r>
      <w:r>
        <w:t>har lamha, har second, har lamha aap apne andar koi na koi shakhsiyat bana rahe hote hain.</w:t>
      </w:r>
    </w:p>
    <w:p>
      <w:pPr>
        <w:jc w:val="right"/>
      </w:pPr>
      <w:r>
        <w:t>ہر لمحہ، ہر سیکنڈ، ہر لمحہ آپ اپنے اندر کوئی نہ کوئی شخصیت بنا رہے ہوتے ہیں۔</w:t>
      </w:r>
    </w:p>
    <w:p>
      <w:r>
        <w:rPr>
          <w:b/>
        </w:rPr>
        <w:t xml:space="preserve">[51:02] </w:t>
      </w:r>
      <w:r>
        <w:t>ek aadmi ne ek baar kaha ke insaan har lamha apne aap ko nikharta rehta hai. insaan har lamha apne aap ko nikharta rehta hai.</w:t>
      </w:r>
    </w:p>
    <w:p>
      <w:pPr>
        <w:jc w:val="right"/>
      </w:pPr>
      <w:r>
        <w:t>ایک آدمی نے ایک بار کہا کہ انسان ہر لمحہ اپنے آپ کو نکھارتا رہتا ہے۔ انسان ہر لمحہ اپنے آپ کو نکھارتا رہتا ہے۔</w:t>
      </w:r>
    </w:p>
    <w:p>
      <w:r>
        <w:rPr>
          <w:b/>
        </w:rPr>
        <w:t xml:space="preserve">[51:13] </w:t>
      </w:r>
      <w:r>
        <w:t>yaani jaisa mein hoon waisa mein bahar aata rehta hoon. lekin yeh abhi abhi abhi aadhi baat hai. yaani yeh masla itna hi nahi ke mein apne aap ko nikharta hoon.</w:t>
      </w:r>
    </w:p>
    <w:p>
      <w:pPr>
        <w:jc w:val="right"/>
      </w:pPr>
      <w:r>
        <w:t>یعنی جیسا میں ہوں ویسا میں باہر آتا رہتا ہوں۔ لیکن یہ ابھی ابھی ابھی آدھی بات ہے۔ یعنی یہ مسئلہ اتنا ہی نہیں کہ میں اپنے آپ کو نکھار رہا ہوں۔</w:t>
      </w:r>
    </w:p>
    <w:p>
      <w:r>
        <w:rPr>
          <w:b/>
        </w:rPr>
        <w:t xml:space="preserve">[51:27] </w:t>
      </w:r>
      <w:r>
        <w:t>balkeh doosron se jo rawaiyya mera hai, is rawaiyye ke karte hue, is rawaiyye ke dauran mein apne andar ek shakhsiyat bana raha hota hoon.</w:t>
      </w:r>
    </w:p>
    <w:p>
      <w:pPr>
        <w:jc w:val="right"/>
      </w:pPr>
      <w:r>
        <w:t>بلکہ دوسروں سے جو رویہ میرا ہے، اس رویے کے کے کرتے ہوئے، اس رویے کے دوران میں اپنے اندر ایک شخصیت بنا رہا ہوتا ہوں۔</w:t>
      </w:r>
    </w:p>
    <w:p>
      <w:r>
        <w:rPr>
          <w:b/>
        </w:rPr>
        <w:t xml:space="preserve">[51:42] </w:t>
      </w:r>
      <w:r>
        <w:t>mere andar jo shakhsiyat ban rahi hoti hai is ka barah e raast taluq is se hai ke mein kaise bolta hoon, kaise rawaiyya karta hoon, doosron ke sath mera kya dealing hoti hai.</w:t>
      </w:r>
    </w:p>
    <w:p>
      <w:pPr>
        <w:jc w:val="right"/>
      </w:pPr>
      <w:r>
        <w:t>میرے اندر جو شخصیت بن رہی ہوتی ہے اس کا براہ راست تعلق اس سے ہے کہ میں کیسے بولتا ہوں، کیسے رویہ کرتا ہوں، دوسروں کے ساتھ میرا کیا ڈیلنگ ہوتی ہے۔</w:t>
      </w:r>
    </w:p>
    <w:p>
      <w:r>
        <w:rPr>
          <w:b/>
        </w:rPr>
        <w:t xml:space="preserve">[51:53] </w:t>
      </w:r>
      <w:r>
        <w:t>is se barah e raast juri hui hai yeh.</w:t>
      </w:r>
    </w:p>
    <w:p>
      <w:pPr>
        <w:jc w:val="right"/>
      </w:pPr>
      <w:r>
        <w:t>اس سے براہ راست جڑی ہوئی ہے یہ۔</w:t>
      </w:r>
    </w:p>
    <w:p>
      <w:r>
        <w:rPr>
          <w:b/>
        </w:rPr>
        <w:t xml:space="preserve">[51:56] </w:t>
      </w:r>
      <w:r>
        <w:t>alag nahi hai. doosre ke sath jo aap ka rawaiyya hoga usi ke mutabiq aap ke andar ki shakhsiyat banegi.</w:t>
      </w:r>
    </w:p>
    <w:p>
      <w:pPr>
        <w:jc w:val="right"/>
      </w:pPr>
      <w:r>
        <w:t>الگ نہیں ہے۔ دوسرے کے ساتھ جو آپ کا رویہ ہوگا اسی کے مطابق آپ کے اندر کی شخصیت بنے گی۔</w:t>
      </w:r>
    </w:p>
    <w:p>
      <w:r>
        <w:rPr>
          <w:b/>
        </w:rPr>
        <w:t xml:space="preserve">[52:06] </w:t>
      </w:r>
      <w:r>
        <w:t>to khud apni khair khwahi ke liye, khud mafad ke liye aap ko yeh karna padega ke aap doosre ke bare mein bure na banein. doosre ke bare mein bure na banein.</w:t>
      </w:r>
    </w:p>
    <w:p>
      <w:pPr>
        <w:jc w:val="right"/>
      </w:pPr>
      <w:r>
        <w:t>تو خود اپنی خیر خواہی کے لیے، خود خود مفاد کے لیے آپ کو یہ کرنا پڑے گا کہ آپ دوسرے کے بارے میں برے نہ بنیں۔ دوسرے کے بارے میں برے نہ بنیں۔</w:t>
      </w:r>
    </w:p>
    <w:p>
      <w:r>
        <w:rPr>
          <w:b/>
        </w:rPr>
        <w:t xml:space="preserve">[52:21] </w:t>
      </w:r>
      <w:r>
        <w:t>mein samajhta hoon ke yeh bohat zyada sochne ki baat hai. bohat zyada sochne ki baat hai.</w:t>
      </w:r>
    </w:p>
    <w:p>
      <w:pPr>
        <w:jc w:val="right"/>
      </w:pPr>
      <w:r>
        <w:t>میں سمجھتا ہوں کہ یہ بہت زیادہ سوچنے کی بات ہے۔ بہت زیادہ سوچنے کی بات ہے۔</w:t>
      </w:r>
    </w:p>
    <w:p>
      <w:r>
        <w:rPr>
          <w:b/>
        </w:rPr>
        <w:t xml:space="preserve">[52:32] </w:t>
      </w:r>
      <w:r>
        <w:t>yaani farz karein aap ne kisi ko pathar mara.</w:t>
      </w:r>
    </w:p>
    <w:p>
      <w:pPr>
        <w:jc w:val="right"/>
      </w:pPr>
      <w:r>
        <w:t>یعنی فرض کریں آپ نے کسی کو پتھر مارا۔</w:t>
      </w:r>
    </w:p>
    <w:p>
      <w:r>
        <w:rPr>
          <w:b/>
        </w:rPr>
        <w:t xml:space="preserve">[52:37] </w:t>
      </w:r>
      <w:r>
        <w:t>is pathar se us ko chot lagi. us ko khoon nikla. to yeh sirf doosre ka mamla nahi hai. doosre ka mamla nahi hai.</w:t>
      </w:r>
    </w:p>
    <w:p>
      <w:pPr>
        <w:jc w:val="right"/>
      </w:pPr>
      <w:r>
        <w:t>اس پتھر سے اس کو چوٹ لگی۔ اس کو خون نکلا۔ تو یہ صرف دوسرے کا معاملہ نہیں ہے۔ دوسرے کا معاملہ نہیں ہے۔</w:t>
      </w:r>
    </w:p>
    <w:p>
      <w:r>
        <w:rPr>
          <w:b/>
        </w:rPr>
        <w:t xml:space="preserve">[52:47] </w:t>
      </w:r>
      <w:r>
        <w:t>doosre ko pathar marte hue aap ne kya kiya? apne andar nafrat ko ikattha kiya. apne andar tashaddud ko ikattha kiya.</w:t>
      </w:r>
    </w:p>
    <w:p>
      <w:pPr>
        <w:jc w:val="right"/>
      </w:pPr>
      <w:r>
        <w:t>دوسرے کو پتھر مارتے ہوئے آپ نے کیا کیا؟ اپنے اندر نفرت کو اکٹھا کیا۔ اپنے اندر تشدد کو اکٹھا کیا۔</w:t>
      </w:r>
    </w:p>
    <w:p>
      <w:r>
        <w:rPr>
          <w:b/>
        </w:rPr>
        <w:t xml:space="preserve">[52:57] </w:t>
      </w:r>
      <w:r>
        <w:t>apne andar ghair bardasht ko ikattha kiya. yeh aisa boom rang mamla hai yeh. boom rang. aisa kabhi nahi ho sakta ke aap doosron ke sath jo dealing kar rahe hon woh bas doosron ke bare mein ho, aap ka apne bare mein na ho.</w:t>
      </w:r>
    </w:p>
    <w:p>
      <w:pPr>
        <w:jc w:val="right"/>
      </w:pPr>
      <w:r>
        <w:t>اپنے اندر غیر برداشت کو اکٹھا کیا۔ یہ ایسا بوم رینگ معاملہ ہے یہ۔ بوم رینگ۔ ایسا کبھی نہیں ہو سکتا کہ آپ دوسروں کے ساتھ جو ڈیلنگ کر رہے ہوں وہ بس دوسروں کے بارے میں ہو، آپ کا اپنے بارے میں نہ ہو۔</w:t>
      </w:r>
    </w:p>
    <w:p>
      <w:r>
        <w:rPr>
          <w:b/>
        </w:rPr>
        <w:t xml:space="preserve">[53:18] </w:t>
      </w:r>
      <w:r>
        <w:t>to jab Hazrat Masih ne kaha ke mohabbat apne dushman ke sath karo, is ka ek matlab yeh bhi hai ke dushman ke sath mohabbat ka sulook karo to tumhare andar, tumhare dil mein mohabbat ke jazbat jo hain woh ikatthe karenge.</w:t>
      </w:r>
    </w:p>
    <w:p>
      <w:pPr>
        <w:jc w:val="right"/>
      </w:pPr>
      <w:r>
        <w:t>تو جب حضرت مسیح نے کہا کہ محبت اپنے دشمن کے ساتھ کرو، اس کا ایک مطلب یہ بھی ہے کہ دشمن کے ساتھ محبت کا سلوک کرو تو تمہارے اندر، تمہارے دل میں محبت کے جذبات جو ہیں وہ اکٹھے کریں گے۔</w:t>
      </w:r>
    </w:p>
    <w:p>
      <w:r>
        <w:rPr>
          <w:b/>
        </w:rPr>
        <w:t xml:space="preserve">[53:35] </w:t>
      </w:r>
      <w:r>
        <w:t>mohabbat ke jazbat jo hain woh paida honge. yaani apne aap ko mohabbat wali shakhsiyat banana apne andar. is ke liye zaroori hai ke doosron ke sath aap mohabbat ka sulook karein.</w:t>
      </w:r>
    </w:p>
    <w:p>
      <w:pPr>
        <w:jc w:val="right"/>
      </w:pPr>
      <w:r>
        <w:t>محبت کے جذبات جو ہیں وہ پیدا ہوں گے۔ یعنی اپنے آپ کو محبت والی شخصیت بنانا اپنے اندر۔ اس کے لیے ضروری ہے کہ دوسروں کے ساتھ آپ محبت کا سلوک کریں۔</w:t>
      </w:r>
    </w:p>
    <w:p>
      <w:r>
        <w:rPr>
          <w:b/>
        </w:rPr>
        <w:t xml:space="preserve">[53:49] </w:t>
      </w:r>
      <w:r>
        <w:t>apne andar musbat shakhsiyat banane ke liye zaroori hai ke aap doosre ke sath musbat sulook karein. apne andar mohabbat wali shakhsiyat banane ke liye zaroori hai ke aap doosre ke sath mohabbat wala sulook karein.</w:t>
      </w:r>
    </w:p>
    <w:p>
      <w:pPr>
        <w:jc w:val="right"/>
      </w:pPr>
      <w:r>
        <w:t>اپنے اندر مثبت شخصیت بنانے کے لیے ضروری ہے کہ آپ دوسرے کے ساتھ مثبت سلوک کریں۔ اپنے اندر محبت والی شخصیت بنانے کے لیے ضروری ہے کہ آپ دوسرے کے ساتھ محبت والا سلوک کریں۔</w:t>
      </w:r>
    </w:p>
    <w:p>
      <w:r>
        <w:rPr>
          <w:b/>
        </w:rPr>
        <w:t xml:space="preserve">[54:03] </w:t>
      </w:r>
      <w:r>
        <w:t>yeh sara mamla jo hai sach poochein to apne hi upar aa kar ke khatam hota hai. yeh hai social life.</w:t>
      </w:r>
    </w:p>
    <w:p>
      <w:pPr>
        <w:jc w:val="right"/>
      </w:pPr>
      <w:r>
        <w:t>یہ سارا معاملہ جو ہے سچ پوچھیں تو اپنے ہی اوپر آ کر کے ختم ہوتا ہے۔ یہ ہے سوشل لائف۔</w:t>
      </w:r>
    </w:p>
    <w:p>
      <w:r>
        <w:rPr>
          <w:b/>
        </w:rPr>
        <w:t xml:space="preserve">[54:15] </w:t>
      </w:r>
      <w:r>
        <w:t>yeh hai qanoon fitrat.</w:t>
      </w:r>
    </w:p>
    <w:p>
      <w:pPr>
        <w:jc w:val="right"/>
      </w:pPr>
      <w:r>
        <w:t>یہ ہے قانون فطرت۔</w:t>
      </w:r>
    </w:p>
    <w:p>
      <w:r>
        <w:rPr>
          <w:b/>
        </w:rPr>
        <w:t xml:space="preserve">[54:22] </w:t>
      </w:r>
      <w:r>
        <w:t>to khulasa yeh ke doosron ke bare mein aap jo galat fehmi mein pad jate hain aur us ke bare mein tarah tarah ki batein bolne lagte hain to is ki zid doosre par nahi, aap ke upar, khud par, apne upar pad rahi hai.</w:t>
      </w:r>
    </w:p>
    <w:p>
      <w:pPr>
        <w:jc w:val="right"/>
      </w:pPr>
      <w:r>
        <w:t>تو خلاصہ یہ کہ دوسروں کے بارے میں آپ جو غلط فہمی میں پڑ جاتے ہیں اور اس کے بارے میں طرح طرح کی باتیں بولنے لگتے ہیں تو اس کی ضد دوسرے پر نہیں، آپ کے اوپر، خود پر، اپنے اوپر پڑ رہی ہے۔</w:t>
      </w:r>
    </w:p>
    <w:p>
      <w:r>
        <w:rPr>
          <w:b/>
        </w:rPr>
        <w:t xml:space="preserve">[54:40] </w:t>
      </w:r>
      <w:r>
        <w:t>apne upar pad rahi hai. is wajah se bohat zyada sochna chahiye koi bhi kaam karne se pehle. bohat zyada sochna chahiye.</w:t>
      </w:r>
    </w:p>
    <w:p>
      <w:pPr>
        <w:jc w:val="right"/>
      </w:pPr>
      <w:r>
        <w:t>اپنے اوپر پڑ رہی ہے۔ اس وجہ سے بہت زیادہ سوچنا چاہیے کوئی بھی کام کرنے سے پہلے۔ بہت زیادہ سوچنا چاہیے۔</w:t>
      </w:r>
    </w:p>
    <w:p>
      <w:r>
        <w:rPr>
          <w:b/>
        </w:rPr>
        <w:t xml:space="preserve">[54:51] </w:t>
      </w:r>
      <w:r>
        <w:t>soche ke, bohat zyada soche baghair koi bhi kaam insaan ko nahi karna chahiye.</w:t>
      </w:r>
    </w:p>
    <w:p>
      <w:pPr>
        <w:jc w:val="right"/>
      </w:pPr>
      <w:r>
        <w:t>سوچے کے، بہت زیادہ سوچے بغیر کوئی بھی کام انسان کو نہیں کرنا چاہیے۔</w:t>
      </w:r>
    </w:p>
    <w:p>
      <w:r>
        <w:rPr>
          <w:b/>
        </w:rPr>
        <w:t xml:space="preserve">[54:59] </w:t>
      </w:r>
      <w:r>
        <w:t>bohat zyada soche baghair insaan koi bhi kaam nahi karna chahiye. kyunke is ki qeemat sab ko khud deni padti hai.</w:t>
      </w:r>
    </w:p>
    <w:p>
      <w:pPr>
        <w:jc w:val="right"/>
      </w:pPr>
      <w:r>
        <w:t>بہت زیادہ سوچے بغیر انسان کوئی بھی کام نہیں کرنا چاہیے۔ کیونکہ اس کی قیمت سب کو خود دینی پڑتی ہے۔</w:t>
      </w:r>
    </w:p>
    <w:p>
      <w:r>
        <w:rPr>
          <w:b/>
        </w:rPr>
        <w:t xml:space="preserve">[55:10] </w:t>
      </w:r>
      <w:r>
        <w:t>is ki qeemat sab ko khud deni parti hai.</w:t>
      </w:r>
    </w:p>
    <w:p>
      <w:pPr>
        <w:jc w:val="right"/>
      </w:pPr>
      <w:r>
        <w:t>اس کی قیمت سب کو خود دینی پڑتی ہے۔</w:t>
      </w:r>
    </w:p>
    <w:p>
      <w:r>
        <w:rPr>
          <w:b/>
        </w:rPr>
        <w:t xml:space="preserve">[55:16] </w:t>
      </w:r>
      <w:r>
        <w:t>yeh namumkin hai ke aap khud qeemat, khud aap ko qeemat na dena paray. aik qissa hai ke aik larka tha, woh chori mein pakra gaya.</w:t>
      </w:r>
    </w:p>
    <w:p>
      <w:pPr>
        <w:jc w:val="right"/>
      </w:pPr>
      <w:r>
        <w:t>یہ ناممکن ہے کہ آپ خود قیمت، خود آپ کو قیمت نہ دینا پڑے۔ ایک قصہ ہے کہ ایک لڑکا تھا، وہ چوری میں پکڑا گیا۔</w:t>
      </w:r>
    </w:p>
    <w:p>
      <w:r>
        <w:rPr>
          <w:b/>
        </w:rPr>
        <w:t xml:space="preserve">[55:33] </w:t>
      </w:r>
      <w:r>
        <w:t>aur us ko saza hui. case bana is ka, saza hui us ko. to aakhir mein us se poocha gaya ke tumhari koi tamanna hai?</w:t>
      </w:r>
    </w:p>
    <w:p>
      <w:pPr>
        <w:jc w:val="right"/>
      </w:pPr>
      <w:r>
        <w:t>اور اس کو سزا ہوئی۔ کیس بنا اس کا، سزا ہوئی اس کو۔ تو آخر میں اس سے پوچھا گیا کہ تمہاری کوئی تمنا ہے؟</w:t>
      </w:r>
    </w:p>
    <w:p>
      <w:r>
        <w:rPr>
          <w:b/>
        </w:rPr>
        <w:t xml:space="preserve">[55:44] </w:t>
      </w:r>
      <w:r>
        <w:t>to us ne kaha ke main apni maan se aik baat kehna chahta hoon us ke kaan mein. to us ko moqa diya gaya. to us ke us ke kaan ke mein ja kar jab kehne ke liye, jab apna munh us ke kaan ke paas kiya us ke kehne ke liye, us ne us ke kaan ko apne daant se kaat liya.</w:t>
      </w:r>
    </w:p>
    <w:p>
      <w:pPr>
        <w:jc w:val="right"/>
      </w:pPr>
      <w:r>
        <w:t>تو اس نے کہا کہ میں اپنی ماں سے ایک بات کہنا چاہتا ہوں اس کے کان میں۔ تو اس کو موقع دیا گیا۔ تو اس کے اس کے کان کے میں جا کر جب کہنے کے لیے، جب اپنا منہ اس کے کان کے پاس کیا اس کے کہنے کے لیے، اس نے اس کے کان کو اپنے دانت سے کاٹ لیا۔</w:t>
      </w:r>
    </w:p>
    <w:p>
      <w:r>
        <w:rPr>
          <w:b/>
        </w:rPr>
        <w:t xml:space="preserve">[56:05] </w:t>
      </w:r>
      <w:r>
        <w:t>to woh chalane lagi, yeh kya hai, yeh kya hai?</w:t>
      </w:r>
    </w:p>
    <w:p>
      <w:pPr>
        <w:jc w:val="right"/>
      </w:pPr>
      <w:r>
        <w:t>تو وہ چلانے لگی، یہ کیا ہے، یہ کیا ہے؟</w:t>
      </w:r>
    </w:p>
    <w:p>
      <w:r>
        <w:rPr>
          <w:b/>
        </w:rPr>
        <w:t xml:space="preserve">[56:08] </w:t>
      </w:r>
      <w:r>
        <w:t>to us ne kaha ke tum hi zimmedar ho is ki, tum hi zimmedar ho is baat ki jo mujhe saza mili hai. kyun? jab main koi cheez chori kar ke ghar mein lata tha to tum khush hoti thi.</w:t>
      </w:r>
    </w:p>
    <w:p>
      <w:pPr>
        <w:jc w:val="right"/>
      </w:pPr>
      <w:r>
        <w:t>تو اس نے کہا کہ تم ہی ذمہ دار ہو اس کی، تم ہی ذمہ دار ہو اس بات کی جو مجھے سزا ملی ہے۔ کیوں؟ جب میں کوئی چیز چوری کر کے گھر میں لاتا تھا تو تم خوش ہوتی تھی۔</w:t>
      </w:r>
    </w:p>
    <w:p>
      <w:r>
        <w:rPr>
          <w:b/>
        </w:rPr>
        <w:t xml:space="preserve">[56:20] </w:t>
      </w:r>
      <w:r>
        <w:t>tum ne kabhi mujhe daanta nahi, mara nahi. to is tarah meri aadat bigar gayi. main chor ban gaya.</w:t>
      </w:r>
    </w:p>
    <w:p>
      <w:pPr>
        <w:jc w:val="right"/>
      </w:pPr>
      <w:r>
        <w:t>تم نے کبھی مجھے ڈانٹا نہیں، مارا نہیں۔ تو اس طرح میری عادت بگڑ گئی۔ میں چور بن گیا۔</w:t>
      </w:r>
    </w:p>
    <w:p>
      <w:r>
        <w:rPr>
          <w:b/>
        </w:rPr>
        <w:t xml:space="preserve">[56:28] </w:t>
      </w:r>
      <w:r>
        <w:t>to meri yeh chori, mera yeh chor banna wahan se shuru hota hai jab ke main tumhare paas koi cheez aata tha chori kar ke aur tum ne us par phir daanta mara nahi.</w:t>
      </w:r>
    </w:p>
    <w:p>
      <w:pPr>
        <w:jc w:val="right"/>
      </w:pPr>
      <w:r>
        <w:t>تو میری یہ چوری، میرا یہ چور بننا وہاں سے شروع ہوتا ہے جب کہ میں تمہارے پاس کوئی چیز آتا تھا چوری کر کے اور تم نے اس پر پھر ڈانٹا مارا نہیں۔</w:t>
      </w:r>
    </w:p>
    <w:p>
      <w:r>
        <w:rPr>
          <w:b/>
        </w:rPr>
        <w:t xml:space="preserve">[56:39] </w:t>
      </w:r>
      <w:r>
        <w:t>agar tum ne us par rok lagai hoti wahan to main chor banta bhi nahi aur phir mujhe saza bhi na milti. to main jo baat kehna chahta hoon woh yeh hai ke har kaam jis ko aap doosre ke khilaf karein woh apne khilaf hota hai.</w:t>
      </w:r>
    </w:p>
    <w:p>
      <w:pPr>
        <w:jc w:val="right"/>
      </w:pPr>
      <w:r>
        <w:t>اگر تم نے اس پر روک لگائی ہوتی وہاں تو میں چور بنتا بھی نہیں اور پھر مجھے سزا بھی نہ ملتی۔ تو میں جو بات کہنا چاہتا ہوں وہ یہ ہے کہ ہر کام جس کو آپ دوسرے کے خلاف کریں وہ اپنے خلاف ہوتا ہے۔</w:t>
      </w:r>
    </w:p>
    <w:p>
      <w:r>
        <w:rPr>
          <w:b/>
        </w:rPr>
        <w:t xml:space="preserve">[56:54] </w:t>
      </w:r>
      <w:r>
        <w:t>yeh boom rang mamla hai.</w:t>
      </w:r>
    </w:p>
    <w:p>
      <w:pPr>
        <w:jc w:val="right"/>
      </w:pPr>
      <w:r>
        <w:t>یہ بوم رینگ معاملہ ہے۔</w:t>
      </w:r>
    </w:p>
    <w:p>
      <w:r>
        <w:rPr>
          <w:b/>
        </w:rPr>
        <w:t xml:space="preserve">[56:58] </w:t>
      </w:r>
      <w:r>
        <w:t>aap ki shakhsiyat kharab hoti hai. aap ka zehn kharab hota hai. aap ka dil bigarta hai.</w:t>
      </w:r>
    </w:p>
    <w:p>
      <w:pPr>
        <w:jc w:val="right"/>
      </w:pPr>
      <w:r>
        <w:t>آپ کی شخصیت خراب ہوتی ہے۔ آپ کا ذہن خراب ہوتا ہے۔ آپ کا دل بگڑتا ہے۔</w:t>
      </w:r>
    </w:p>
    <w:p>
      <w:r>
        <w:rPr>
          <w:b/>
        </w:rPr>
        <w:t xml:space="preserve">[57:06] </w:t>
      </w:r>
      <w:r>
        <w:t>to doosron ke khilaf</w:t>
      </w:r>
    </w:p>
    <w:p>
      <w:pPr>
        <w:jc w:val="right"/>
      </w:pPr>
      <w:r>
        <w:t>تو دوسروں کے خلاف</w:t>
      </w:r>
    </w:p>
    <w:p>
      <w:r>
        <w:rPr>
          <w:b/>
        </w:rPr>
        <w:t xml:space="preserve">[57:11] </w:t>
      </w:r>
      <w:r>
        <w:t>koi bhi kaam karne se pehle chahe aap ko doosre ke khilaf bolna ho ya kuch karna ho yeh soch lijiye ke is ki qeemat aap ko khud deni paray gi.</w:t>
      </w:r>
    </w:p>
    <w:p>
      <w:pPr>
        <w:jc w:val="right"/>
      </w:pPr>
      <w:r>
        <w:t>کوئی بھی کام کرنے سے پہلے چاہے آپ کو دوسرے کے خلاف بولنا ہو یا کچھ کرنا ہو یہ سوچ لیجیے کہ اس کی قیمت آپ کو خود دینی پڑے گی۔</w:t>
      </w:r>
    </w:p>
    <w:p>
      <w:r>
        <w:rPr>
          <w:b/>
        </w:rPr>
        <w:t xml:space="preserve">[57:21] </w:t>
      </w:r>
      <w:r>
        <w:t>aur zahir hai ke yeh bohat hi mangi qeemat hai.</w:t>
      </w:r>
    </w:p>
    <w:p>
      <w:pPr>
        <w:jc w:val="right"/>
      </w:pPr>
      <w:r>
        <w:t>اور ظاہر ہے کہ یہ بہت ہی مانگی قیمت ہے۔</w:t>
      </w:r>
    </w:p>
    <w:p>
      <w:r>
        <w:rPr>
          <w:b/>
        </w:rPr>
        <w:t xml:space="preserve">[57:26] </w:t>
      </w:r>
      <w:r>
        <w:t>ke bazahir aap ne kiya doosre ke khilaf aur qeemat is ki bhari qeemat aap ko khud deni paray. to kitna bhari sauda hai yeh.</w:t>
      </w:r>
    </w:p>
    <w:p>
      <w:pPr>
        <w:jc w:val="right"/>
      </w:pPr>
      <w:r>
        <w:t>کہ بظاہر آپ نے کیا دوسرے کے خلاف اور قیمت اس کی بھاری قیمت آپ کو خود دینی پڑے۔ تو کتنا بھاری سودا ہے یہ۔</w:t>
      </w:r>
    </w:p>
    <w:p>
      <w:r>
        <w:rPr>
          <w:b/>
        </w:rPr>
        <w:t xml:space="preserve">[57:37] </w:t>
      </w:r>
      <w:r>
        <w:t>kitna bhari sauda hai yeh.</w:t>
      </w:r>
    </w:p>
    <w:p>
      <w:pPr>
        <w:jc w:val="right"/>
      </w:pPr>
      <w:r>
        <w:t>کتنا بھاری سودا ہے یہ۔</w:t>
      </w:r>
    </w:p>
    <w:p>
      <w:r>
        <w:rPr>
          <w:b/>
        </w:rPr>
        <w:t xml:space="preserve">[57:42] </w:t>
      </w:r>
      <w:r>
        <w:t>to sari baaton ka khulasa yeh hai ke aadmi ko kabhi bhi jazbat mein aa kar koi faisla nahi karna chahiye. koi jazbati faisla nahi karna chahiye.</w:t>
      </w:r>
    </w:p>
    <w:p>
      <w:pPr>
        <w:jc w:val="right"/>
      </w:pPr>
      <w:r>
        <w:t>تو ساری باتوں کا خلاصہ یہ ہے کہ آدمی کو کبھی بھی جذبات میں آ کر کوئی فیصلہ نہیں کرنا چاہیے۔ کوئی جذباتی فیصلہ نہیں کرنا چاہیے۔</w:t>
      </w:r>
    </w:p>
    <w:p>
      <w:r>
        <w:rPr>
          <w:b/>
        </w:rPr>
        <w:t xml:space="preserve">[57:54] </w:t>
      </w:r>
      <w:r>
        <w:t>jo kuch kare soch kar karay. soch kar karay. marozi tareeqay mein soche. ghair janabdar tareeqay mein soche.</w:t>
      </w:r>
    </w:p>
    <w:p>
      <w:pPr>
        <w:jc w:val="right"/>
      </w:pPr>
      <w:r>
        <w:t>جو کچھ کرے سوچ کر کرے۔ سوچ کر کرے۔ معروضی طریقے میں سوچے۔ غیر جانبدار طریقے میں سوچے۔</w:t>
      </w:r>
    </w:p>
    <w:p>
      <w:r>
        <w:rPr>
          <w:b/>
        </w:rPr>
        <w:t xml:space="preserve">[58:05] </w:t>
      </w:r>
      <w:r>
        <w:t>jazbat se kabhi dunya mein sahi faisla nahi aa sakta. to</w:t>
      </w:r>
    </w:p>
    <w:p>
      <w:pPr>
        <w:jc w:val="right"/>
      </w:pPr>
      <w:r>
        <w:t>جذبات سے کبھی دنیا میں صحیح فیصلہ نہیں آ سکتا۔ تو</w:t>
      </w:r>
    </w:p>
    <w:p>
      <w:r>
        <w:rPr>
          <w:b/>
        </w:rPr>
        <w:t xml:space="preserve">[58:11] </w:t>
      </w:r>
      <w:r>
        <w:t>har aadmi ko jazbati approach chhodna chahiye aur haqeeqi approach pakadna chahiye. aqool qawli haza wa astaghfirullah li wa lakum ajmaeen.</w:t>
      </w:r>
    </w:p>
    <w:p>
      <w:pPr>
        <w:jc w:val="right"/>
      </w:pPr>
      <w:r>
        <w:t>ہر آدمی کو جذباتی اپروچ چھوڑنا چاہیے اور حقیقی اپروچ پکڑنا چاہیے۔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