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Faith September 25, 2011 Maulana Wahiduddin Khan</w:t>
      </w:r>
    </w:p>
    <w:p>
      <w:r>
        <w:t>https://www.youtube.com/watch?v=sG_btZMffxg</w:t>
      </w:r>
    </w:p>
    <w:p>
      <w:r>
        <w:rPr>
          <w:b/>
        </w:rPr>
        <w:t xml:space="preserve">[00:31] </w:t>
      </w:r>
      <w:r>
        <w:t>yafqah qawli.</w:t>
      </w:r>
    </w:p>
    <w:p>
      <w:pPr>
        <w:jc w:val="right"/>
      </w:pPr>
      <w:r>
        <w:t>یفقہ قولی۔</w:t>
      </w:r>
    </w:p>
    <w:p>
      <w:r>
        <w:rPr>
          <w:b/>
        </w:rPr>
        <w:t xml:space="preserve">[00:37] </w:t>
      </w:r>
      <w:r>
        <w:t>aaj ka topic hai</w:t>
      </w:r>
    </w:p>
    <w:p>
      <w:pPr>
        <w:jc w:val="right"/>
      </w:pPr>
      <w:r>
        <w:t>آج کا ٹاپک ہے</w:t>
      </w:r>
    </w:p>
    <w:p>
      <w:r>
        <w:rPr>
          <w:b/>
        </w:rPr>
        <w:t xml:space="preserve">[00:41] </w:t>
      </w:r>
      <w:r>
        <w:t>revival of faith, yani tajdeed iman.</w:t>
      </w:r>
    </w:p>
    <w:p>
      <w:pPr>
        <w:jc w:val="right"/>
      </w:pPr>
      <w:r>
        <w:t>ریوائیول آف فیتھ، یعنی تجدید ایمان۔</w:t>
      </w:r>
    </w:p>
    <w:p>
      <w:r>
        <w:rPr>
          <w:b/>
        </w:rPr>
        <w:t xml:space="preserve">[00:50] </w:t>
      </w:r>
      <w:r>
        <w:t>iman ko naya kar tajdeed iman ka matlab hai iman ko naya karte rehna. angrezi mein kahengay revival of faith,</w:t>
      </w:r>
    </w:p>
    <w:p>
      <w:pPr>
        <w:jc w:val="right"/>
      </w:pPr>
      <w:r>
        <w:t>ایمان کو نیا کر تجدید ایمان کا مطلب ہے ایمان کو نیا کرتے رہنا۔ انگریزی میں کہیں گے ریوائیول آف فیتھ،</w:t>
      </w:r>
    </w:p>
    <w:p>
      <w:r>
        <w:rPr>
          <w:b/>
        </w:rPr>
        <w:t xml:space="preserve">[01:03] </w:t>
      </w:r>
      <w:r>
        <w:t>yani iman ko phir se taza karte rehna. dekhiye, is hisse mein bohat si ayaten hain aur hadisen hain.</w:t>
      </w:r>
    </w:p>
    <w:p>
      <w:pPr>
        <w:jc w:val="right"/>
      </w:pPr>
      <w:r>
        <w:t>یعنی ایمان کو پھر سے تازہ کرتے رہنا۔ دیکھیے، اس حصے میں بہت سی آیتیں ہیں اور حدیثیں ہیں۔</w:t>
      </w:r>
    </w:p>
    <w:p>
      <w:r>
        <w:rPr>
          <w:b/>
        </w:rPr>
        <w:t xml:space="preserve">[01:13] </w:t>
      </w:r>
      <w:r>
        <w:t>misalan aik aayat surah nisa mein hai, 136. is mein hai ke: "ya ehalal lazeena aamano aamano".</w:t>
      </w:r>
    </w:p>
    <w:p>
      <w:pPr>
        <w:jc w:val="right"/>
      </w:pPr>
      <w:r>
        <w:t>مثلاً ایک آیت سورہ النساء میں ہے، 136۔ اس میں ہے کہ: "یا ایہا الذین آمنوا آمنوا"۔</w:t>
      </w:r>
    </w:p>
    <w:p>
      <w:r>
        <w:rPr>
          <w:b/>
        </w:rPr>
        <w:t xml:space="preserve">[01:27] </w:t>
      </w:r>
      <w:r>
        <w:t>ae imaan laane walo! imaan lao.</w:t>
      </w:r>
    </w:p>
    <w:p>
      <w:pPr>
        <w:jc w:val="right"/>
      </w:pPr>
      <w:r>
        <w:t>اے ایمان لانے والو! ایمان لاؤ۔</w:t>
      </w:r>
    </w:p>
    <w:p>
      <w:r>
        <w:rPr>
          <w:b/>
        </w:rPr>
        <w:t xml:space="preserve">[01:31] </w:t>
      </w:r>
      <w:r>
        <w:t>to quran ki aayaton ke bare mein aik baat jaan lijiye ke is ka aik shan-e-nazool hota hai, aksar yaani koi average reference hota hai.</w:t>
      </w:r>
    </w:p>
    <w:p>
      <w:pPr>
        <w:jc w:val="right"/>
      </w:pPr>
      <w:r>
        <w:t>تو قرآن کی آیتوں کے بارے میں ایک بات جان لیجئے کہ اس کا ایک شان نزول ہوتا ہے، اکثر یعنی کوئی ایویجٹ ریفرنس ہوتا ہے۔</w:t>
      </w:r>
    </w:p>
    <w:p>
      <w:r>
        <w:rPr>
          <w:b/>
        </w:rPr>
        <w:t xml:space="preserve">[01:46] </w:t>
      </w:r>
      <w:r>
        <w:t>lekin woh average reference jo hai, wohi kal nahin hota.</w:t>
      </w:r>
    </w:p>
    <w:p>
      <w:pPr>
        <w:jc w:val="right"/>
      </w:pPr>
      <w:r>
        <w:t>لیکن وہ ایویجٹ ریفرنس جو ہے، وہی کل نہیں ہوتا۔</w:t>
      </w:r>
    </w:p>
    <w:p>
      <w:r>
        <w:rPr>
          <w:b/>
        </w:rPr>
        <w:t xml:space="preserve">[01:54] </w:t>
      </w:r>
      <w:r>
        <w:t>is ko samajhne ke liye aap ko is se bahar aana padta hai.</w:t>
      </w:r>
    </w:p>
    <w:p>
      <w:pPr>
        <w:jc w:val="right"/>
      </w:pPr>
      <w:r>
        <w:t>اس کو سمجھنے کے لیے آپ کو اس سے باہر آنا پڑتا ہے۔</w:t>
      </w:r>
    </w:p>
    <w:p>
      <w:r>
        <w:rPr>
          <w:b/>
        </w:rPr>
        <w:t xml:space="preserve">[01:58] </w:t>
      </w:r>
      <w:r>
        <w:t>tab aap is ka aap</w:t>
      </w:r>
    </w:p>
    <w:p>
      <w:pPr>
        <w:jc w:val="right"/>
      </w:pPr>
      <w:r>
        <w:t>تب آپ اس کا آپ</w:t>
      </w:r>
    </w:p>
    <w:p>
      <w:r>
        <w:rPr>
          <w:b/>
        </w:rPr>
        <w:t xml:space="preserve">[02:02] </w:t>
      </w:r>
      <w:r>
        <w:t>wasee tar mani jo is ke andar hain, us ko samajh paate hain, yaani greater application. to aik hai immediate application, aik hai greater application.</w:t>
      </w:r>
    </w:p>
    <w:p>
      <w:pPr>
        <w:jc w:val="right"/>
      </w:pPr>
      <w:r>
        <w:t>وسیع تر معنی جو اس کے اندر ہیں، اس کو سمجھ پاتے ہیں، یعنی گریٹر ایپلیکیشن۔ تو ایک ہے امیڈیٹ ایپلیکیشن، ایک ہے گریٹر ایپلیکیشن۔</w:t>
      </w:r>
    </w:p>
    <w:p>
      <w:r>
        <w:rPr>
          <w:b/>
        </w:rPr>
        <w:t xml:space="preserve">[02:18] </w:t>
      </w:r>
      <w:r>
        <w:t>to is aayat ka bhi aise hi</w:t>
      </w:r>
    </w:p>
    <w:p>
      <w:pPr>
        <w:jc w:val="right"/>
      </w:pPr>
      <w:r>
        <w:t>تو اس آیت کا بھی ایسے ہی</w:t>
      </w:r>
    </w:p>
    <w:p>
      <w:r>
        <w:rPr>
          <w:b/>
        </w:rPr>
        <w:t xml:space="preserve">[02:20] </w:t>
      </w:r>
      <w:r>
        <w:t>mamla hai. aap tasweeron mein padhenge to ziyada tar aap ko bataya jayega ke kin halaat mein yeh aayat utri ya is ka shan-e-nazool kya tha.</w:t>
      </w:r>
    </w:p>
    <w:p>
      <w:pPr>
        <w:jc w:val="right"/>
      </w:pPr>
      <w:r>
        <w:t>معاملہ ہے۔ آپ تصویروں میں پڑھیں گے تو زیادہ تر آپ کو بتایا جائے گا کہ کن حالات میں یہ آیت اتری یا اس کا شان نزول کیا تھا۔</w:t>
      </w:r>
    </w:p>
    <w:p>
      <w:r>
        <w:rPr>
          <w:b/>
        </w:rPr>
        <w:t xml:space="preserve">[02:33] </w:t>
      </w:r>
      <w:r>
        <w:t>is waqt mein aap ko batana chahunga ke is ka application sab ke liye kya hai, aaj ke liye kya hai, yaani greater application kya hai is aayat ka.</w:t>
      </w:r>
    </w:p>
    <w:p>
      <w:pPr>
        <w:jc w:val="right"/>
      </w:pPr>
      <w:r>
        <w:t>اس وقت میں آپ کو بتانا چاہوں گا کہ اس کا ایپلیکیشن سب کے لیے کیا ہے، آج کے لیے کیا ہے، یعنی گریٹر ایپلیکیشن کیا ہے اس آیت کا۔</w:t>
      </w:r>
    </w:p>
    <w:p>
      <w:r>
        <w:rPr>
          <w:b/>
        </w:rPr>
        <w:t xml:space="preserve">[02:45] </w:t>
      </w:r>
      <w:r>
        <w:t>to 'ya ayyuhallazina aaminu aaminu</w:t>
      </w:r>
    </w:p>
    <w:p>
      <w:pPr>
        <w:jc w:val="right"/>
      </w:pPr>
      <w:r>
        <w:t>تو "یا ایہا الذین آمنوا آمنوا</w:t>
      </w:r>
    </w:p>
    <w:p>
      <w:r>
        <w:rPr>
          <w:b/>
        </w:rPr>
        <w:t xml:space="preserve">[02:50] </w:t>
      </w:r>
      <w:r>
        <w:t>" is ka literal translation yeh hai ke: "ae imaan laane walo! imaan lao". ab dekhiye, is aayat ko samajhne ke liye aap aur jo cheezein aayi hain quran o hadees mein, us ko lijiye,</w:t>
      </w:r>
    </w:p>
    <w:p>
      <w:pPr>
        <w:jc w:val="right"/>
      </w:pPr>
      <w:r>
        <w:t>" اس کا لٹرل ٹرانسلیشن یہ ہے کہ: "اے ایمان لانے والو! ایمان لاؤ"۔ اب دیکھیے، اس آیت کو سمجھنے کے لیے آپ اور جو چیزیں آئی ہیں قرآن و حدیث میں، اس کو لیجئے،</w:t>
      </w:r>
    </w:p>
    <w:p>
      <w:r>
        <w:rPr>
          <w:b/>
        </w:rPr>
        <w:t xml:space="preserve">[03:08] </w:t>
      </w:r>
      <w:r>
        <w:t>tab samajh mein aata hai.</w:t>
      </w:r>
    </w:p>
    <w:p>
      <w:pPr>
        <w:jc w:val="right"/>
      </w:pPr>
      <w:r>
        <w:t>تب سمجھ میں آتا ہے۔</w:t>
      </w:r>
    </w:p>
    <w:p>
      <w:r>
        <w:rPr>
          <w:b/>
        </w:rPr>
        <w:t xml:space="preserve">[03:10] </w:t>
      </w:r>
      <w:r>
        <w:t>jaise hadees mein hai ke: "jadid-u-imanakum". apne imaan ki tajdeed karo, apne imaan ko revive karo.</w:t>
      </w:r>
    </w:p>
    <w:p>
      <w:pPr>
        <w:jc w:val="right"/>
      </w:pPr>
      <w:r>
        <w:t>جیسے حدیث میں ہے کہ: "جددوا ایمانکم"۔ اپنے ایمان کی تجدید کرو، اپنے ایمان کو ریوائیو کرو۔</w:t>
      </w:r>
    </w:p>
    <w:p>
      <w:r>
        <w:rPr>
          <w:b/>
        </w:rPr>
        <w:t xml:space="preserve">[03:23] </w:t>
      </w:r>
      <w:r>
        <w:t>to is ko le kar is aayat ka matlab yeh banega ke: "ae imaan laane walo! apne imaan ko revive karte raho, apne imaan ki tajdeed karte raho, apne imaan ko bar bar naya karte raho".</w:t>
      </w:r>
    </w:p>
    <w:p>
      <w:pPr>
        <w:jc w:val="right"/>
      </w:pPr>
      <w:r>
        <w:t>تو اس کو لے کر اس آیت کا مطلب یہ بنے گا کہ: "اے ایمان لانے والو! اپنے ایمان کو ریوائیو کرتے رہو، اپنے ایمان کی تجدید کرتے رہو، اپنے ایمان کو بار بار نیا کرتے رہو"۔</w:t>
      </w:r>
    </w:p>
    <w:p>
      <w:r>
        <w:rPr>
          <w:b/>
        </w:rPr>
        <w:t xml:space="preserve">[03:40] </w:t>
      </w:r>
      <w:r>
        <w:t>yeh matlab hai is aayat ka.</w:t>
      </w:r>
    </w:p>
    <w:p>
      <w:pPr>
        <w:jc w:val="right"/>
      </w:pPr>
      <w:r>
        <w:t>یہ مطلب ہے اس آیت کا۔</w:t>
      </w:r>
    </w:p>
    <w:p>
      <w:r>
        <w:rPr>
          <w:b/>
        </w:rPr>
        <w:t xml:space="preserve">[03:44] </w:t>
      </w:r>
      <w:r>
        <w:t>yeh bohat hi ziyada zaroori hai ke aap yeh jaane ke islam mein sirf kalma padh lena nahin hai, balke revive karte rehna hai, taaza karte rehna hai.</w:t>
      </w:r>
    </w:p>
    <w:p>
      <w:pPr>
        <w:jc w:val="right"/>
      </w:pPr>
      <w:r>
        <w:t>یہ بہت ہی زیادہ ضروری ہے کہ آپ یہ جانیں کہ اسلام میں صرف کلمہ پڑھ لینا نہیں ہے، بلکہ ریوائیو کرتے رہنا ہے، تازہ کرتے رہنا ہے۔</w:t>
      </w:r>
    </w:p>
    <w:p>
      <w:r>
        <w:rPr>
          <w:b/>
        </w:rPr>
        <w:t xml:space="preserve">[03:59] </w:t>
      </w:r>
      <w:r>
        <w:t>dekhiye, aik hadees hai ke: "inna al-imana layakhlaqu</w:t>
      </w:r>
    </w:p>
    <w:p>
      <w:pPr>
        <w:jc w:val="right"/>
      </w:pPr>
      <w:r>
        <w:t>دیکھیے، ایک حدیث ہے کہ: "إن الإيمان ليخلق</w:t>
      </w:r>
    </w:p>
    <w:p>
      <w:r>
        <w:rPr>
          <w:b/>
        </w:rPr>
        <w:t xml:space="preserve">[04:12] </w:t>
      </w:r>
      <w:r>
        <w:t>fi jawfi ahadikum kama yakhlaqu as-sawbu fasallu Allahu imanakum fi qulubikum".</w:t>
      </w:r>
    </w:p>
    <w:p>
      <w:pPr>
        <w:jc w:val="right"/>
      </w:pPr>
      <w:r>
        <w:t>فی جوف أحدکم کما یخلق الصوب فصل اللہ ایمانکم فی قلوبکم"۔</w:t>
      </w:r>
    </w:p>
    <w:p>
      <w:r>
        <w:rPr>
          <w:b/>
        </w:rPr>
        <w:t xml:space="preserve">[04:29] </w:t>
      </w:r>
      <w:r>
        <w:t>yaani imaan boodida hota hai, faith becomes worn out.</w:t>
      </w:r>
    </w:p>
    <w:p>
      <w:pPr>
        <w:jc w:val="right"/>
      </w:pPr>
      <w:r>
        <w:t>یعنی ایمان بوسیدہ ہوتا ہے، فیتھ بیکمز وور آؤٹ۔</w:t>
      </w:r>
    </w:p>
    <w:p>
      <w:r>
        <w:rPr>
          <w:b/>
        </w:rPr>
        <w:t xml:space="preserve">[04:42] </w:t>
      </w:r>
      <w:r>
        <w:t>imaan boodida hota hai.</w:t>
      </w:r>
    </w:p>
    <w:p>
      <w:pPr>
        <w:jc w:val="right"/>
      </w:pPr>
      <w:r>
        <w:t>ایمان بوسیدہ ہوتا ہے۔</w:t>
      </w:r>
    </w:p>
    <w:p>
      <w:r>
        <w:rPr>
          <w:b/>
        </w:rPr>
        <w:t xml:space="preserve">[04:48] </w:t>
      </w:r>
      <w:r>
        <w:t>to tum imaan ko fi jawfikum, yaani imaan ka zahir boodida nahin hota, is ka batin boodida hota hai,</w:t>
      </w:r>
    </w:p>
    <w:p>
      <w:pPr>
        <w:jc w:val="right"/>
      </w:pPr>
      <w:r>
        <w:t>تو تم ایمان کو فی جوفکم، یعنی ایمان کا ظاہر بوسیدہ نہیں ہوتا، اس کا باطن بوسیدہ ہوتا ہے،</w:t>
      </w:r>
    </w:p>
    <w:p>
      <w:r>
        <w:rPr>
          <w:b/>
        </w:rPr>
        <w:t xml:space="preserve">[05:02] </w:t>
      </w:r>
      <w:r>
        <w:t>yaani spirit ke aitbar se boodida hota hai.</w:t>
      </w:r>
    </w:p>
    <w:p>
      <w:pPr>
        <w:jc w:val="right"/>
      </w:pPr>
      <w:r>
        <w:t>یعنی اسپرٹ کے اعتبار سے بوسیدہ ہوتا ہے۔</w:t>
      </w:r>
    </w:p>
    <w:p>
      <w:r>
        <w:rPr>
          <w:b/>
        </w:rPr>
        <w:t xml:space="preserve">[05:09] </w:t>
      </w:r>
      <w:r>
        <w:t>to tum is ko Allah se dua kiya karte raho ke tumhare imaan ko revive kare, dobara zinda kar de.</w:t>
      </w:r>
    </w:p>
    <w:p>
      <w:pPr>
        <w:jc w:val="right"/>
      </w:pPr>
      <w:r>
        <w:t>تو تم اس کو اللہ سے دعا کیا کرتے رہو کہ تمہارے ایمان کو ریوائیو کرے، دوبارہ زندہ کر دے۔</w:t>
      </w:r>
    </w:p>
    <w:p>
      <w:r>
        <w:rPr>
          <w:b/>
        </w:rPr>
        <w:t xml:space="preserve">[05:23] </w:t>
      </w:r>
      <w:r>
        <w:t>ab is hadees par ghaur kijiye, aap</w:t>
      </w:r>
    </w:p>
    <w:p>
      <w:pPr>
        <w:jc w:val="right"/>
      </w:pPr>
      <w:r>
        <w:t>اب اس حدیث پر غور کیجئے، آپ</w:t>
      </w:r>
    </w:p>
    <w:p>
      <w:r>
        <w:rPr>
          <w:b/>
        </w:rPr>
        <w:t xml:space="preserve">[05:29] </w:t>
      </w:r>
      <w:r>
        <w:t>is se maloom hua ke agar aap ab aik aur hadees ko bula lijiye, is mein</w:t>
      </w:r>
    </w:p>
    <w:p>
      <w:pPr>
        <w:jc w:val="right"/>
      </w:pPr>
      <w:r>
        <w:t>اس سے معلوم ہوا کہ اگر آپ اب ایک اور حدیث کو بلا لیجئے، اس میں</w:t>
      </w:r>
    </w:p>
    <w:p>
      <w:r>
        <w:rPr>
          <w:b/>
        </w:rPr>
        <w:t xml:space="preserve">[05:35] </w:t>
      </w:r>
      <w:r>
        <w:t>: "جددوا ایمانکم بقول لا الہ الا اللہ"۔ apne iman ki tajdid karo la ilaha keh kar. is tarah ki aur bhi ayaten aur hadisen hain.</w:t>
      </w:r>
    </w:p>
    <w:p>
      <w:pPr>
        <w:jc w:val="right"/>
      </w:pPr>
      <w:r>
        <w:t>: "جددوا ایمانکم بقول لا الہ الا اللہ"۔ اپنے ایمان کی تجدید کرو لا الہ کہہ کر۔ اس طرح کی اور بھی آیتیں اور حدیثیں ہیں۔</w:t>
      </w:r>
    </w:p>
    <w:p>
      <w:r>
        <w:rPr>
          <w:b/>
        </w:rPr>
        <w:t xml:space="preserve">[05:49] </w:t>
      </w:r>
      <w:r>
        <w:t>is ko le kar yeh samajh mein aata hai ke lafz ke aitbar se to aap ne kalma parh liya to kalma ho gaya, is mein koi naya purana nahi hota.</w:t>
      </w:r>
    </w:p>
    <w:p>
      <w:pPr>
        <w:jc w:val="right"/>
      </w:pPr>
      <w:r>
        <w:t>اس کو لے کر یہ سمجھ میں آتا ہے کہ لفظ کے اعتبار سے تو آپ نے کلمہ پڑھ لیا تو کلمہ ہو گیا، اس میں کوئی نیا پرانا نہیں ہوتا۔</w:t>
      </w:r>
    </w:p>
    <w:p>
      <w:r>
        <w:rPr>
          <w:b/>
        </w:rPr>
        <w:t xml:space="preserve">[06:00] </w:t>
      </w:r>
      <w:r>
        <w:t>lafz ke aitbar se koi naya purana nahi hota, lekin spirit ke aitbar se isi liye farmaya: "فی جوفکم فی جوف احدکم"۔</w:t>
      </w:r>
    </w:p>
    <w:p>
      <w:pPr>
        <w:jc w:val="right"/>
      </w:pPr>
      <w:r>
        <w:t>لفظ کے اعتبار سے کوئی نیا پرانا نہیں ہوتا، لیکن اسپرٹ کے اعتبار سے اسی لیے فرمایا: "فی جوفکم فی جوف احدکم"۔</w:t>
      </w:r>
    </w:p>
    <w:p>
      <w:r>
        <w:rPr>
          <w:b/>
        </w:rPr>
        <w:t xml:space="preserve">[06:10] </w:t>
      </w:r>
      <w:r>
        <w:t>yani spirit, is ka matlab hai ke la ilaha ka jo inner content hai, us par bosidgi aati hai.</w:t>
      </w:r>
    </w:p>
    <w:p>
      <w:pPr>
        <w:jc w:val="right"/>
      </w:pPr>
      <w:r>
        <w:t>یعنی اسپرٹ، اس کا مطلب ہے کہ لا الہ کا جو انر کنٹینٹ ہے، اس پر بوسیدگی آتی ہے۔</w:t>
      </w:r>
    </w:p>
    <w:p>
      <w:r>
        <w:rPr>
          <w:b/>
        </w:rPr>
        <w:t xml:space="preserve">[06:27] </w:t>
      </w:r>
      <w:r>
        <w:t>yeh bohat zyada sochne ki baat hai.</w:t>
      </w:r>
    </w:p>
    <w:p>
      <w:pPr>
        <w:jc w:val="right"/>
      </w:pPr>
      <w:r>
        <w:t>یہ بہت زیادہ سوچنے کی بات ہے۔</w:t>
      </w:r>
    </w:p>
    <w:p>
      <w:r>
        <w:rPr>
          <w:b/>
        </w:rPr>
        <w:t xml:space="preserve">[06:33] </w:t>
      </w:r>
      <w:r>
        <w:t>yani la ilaha illallah jo kalma hai tauheed ka, is ka jo zahir hai, yani alfaz ko parh lena, us par koi purana pan nahi aata, us par koi bosidgi nahi aati.</w:t>
      </w:r>
    </w:p>
    <w:p>
      <w:pPr>
        <w:jc w:val="right"/>
      </w:pPr>
      <w:r>
        <w:t>یعنی لا الہ الا اللہ جو کلمہ ہے توحید کا، اس کا جو ظاہر ہے، یعنی الفاظ کو پڑھ لینا، اس پر کوئی پرانا پن نہیں آتا، اس پر کوئی بوسیدگی نہیں آتی۔</w:t>
      </w:r>
    </w:p>
    <w:p>
      <w:r>
        <w:rPr>
          <w:b/>
        </w:rPr>
        <w:t xml:space="preserve">[06:51] </w:t>
      </w:r>
      <w:r>
        <w:t>balkeh is ka jo inner content hai, yani is ki jo spirit hai, us par bosidgi aati hai. jaisa ke is mein lafz hai: "فی جوف احدکم"۔</w:t>
      </w:r>
    </w:p>
    <w:p>
      <w:pPr>
        <w:jc w:val="right"/>
      </w:pPr>
      <w:r>
        <w:t>بلکہ اس کا جو انر کنٹینٹ ہے، یعنی اس کی جو اسپرٹ ہے، اس پر بوسیدگی آتی ہے۔ جیسا کہ اس میں لفظ ہے: "فی جوف احدکم"۔</w:t>
      </w:r>
    </w:p>
    <w:p>
      <w:r>
        <w:rPr>
          <w:b/>
        </w:rPr>
        <w:t xml:space="preserve">[07:04] </w:t>
      </w:r>
      <w:r>
        <w:t>to is ka tareeqa kya hai ke is ki bosidgion ko kaise door kiya jaye? yani faith becomes worn out, so you have to revive it again and again.</w:t>
      </w:r>
    </w:p>
    <w:p>
      <w:pPr>
        <w:jc w:val="right"/>
      </w:pPr>
      <w:r>
        <w:t>تو اس کا طریقہ کیا ہے کہ اس کی بوسیدگیوں کو کیسے دور کیا جائے؟ یعنی فیتھ بیکمز وور آؤٹ، سو یو ہیو ٹو ریوائیو اٹ اگین اینڈ اگین۔</w:t>
      </w:r>
    </w:p>
    <w:p>
      <w:r>
        <w:rPr>
          <w:b/>
        </w:rPr>
        <w:t xml:space="preserve">[07:22] </w:t>
      </w:r>
      <w:r>
        <w:t>is ko samjhiye, is ki spirit ko revive karna fi</w:t>
      </w:r>
    </w:p>
    <w:p>
      <w:pPr>
        <w:jc w:val="right"/>
      </w:pPr>
      <w:r>
        <w:t>اس کو سمجھئے، اس کی اسپرٹ کو ریوائیو کرنا فی</w:t>
      </w:r>
    </w:p>
    <w:p>
      <w:r>
        <w:rPr>
          <w:b/>
        </w:rPr>
        <w:t xml:space="preserve">[07:30] </w:t>
      </w:r>
      <w:r>
        <w:t>jauf ahadakum mein yeh baat wazeh ho rahi hai ke lafz ki takrar murad nahi ho sakti hai, balkeh spirit ko taza karna murad hai is se.</w:t>
      </w:r>
    </w:p>
    <w:p>
      <w:pPr>
        <w:jc w:val="right"/>
      </w:pPr>
      <w:r>
        <w:t>جوف احدکم میں یہ بات واضح ہو رہی ہے کہ لفظ کی تکرار مراد نہیں ہو سکتی ہے، بلکہ اسپرٹ کو تازہ کرنا مراد ہے اس سے۔</w:t>
      </w:r>
    </w:p>
    <w:p>
      <w:r>
        <w:rPr>
          <w:b/>
        </w:rPr>
        <w:t xml:space="preserve">[07:45] </w:t>
      </w:r>
      <w:r>
        <w:t>to is ke bare mein agar aap mazeed sochein to bohat gehri baat maloom hoti hai. dekhiye, insan ka case psychology ka case hai.</w:t>
      </w:r>
    </w:p>
    <w:p>
      <w:pPr>
        <w:jc w:val="right"/>
      </w:pPr>
      <w:r>
        <w:t>تو اس کے بارے میں اگر آپ مزید سوچیں تو بہت گہری بات معلوم ہوتی ہے۔ دیکھیے، انسان کا کیس سائیکالوجی کا کیس ہے۔</w:t>
      </w:r>
    </w:p>
    <w:p>
      <w:r>
        <w:rPr>
          <w:b/>
        </w:rPr>
        <w:t xml:space="preserve">[07:58] </w:t>
      </w:r>
      <w:r>
        <w:t>psychology ke bare mein kaha jata hai ke study of mind ka discipline hai, yani psychology mein insan ko parha jata hai.</w:t>
      </w:r>
    </w:p>
    <w:p>
      <w:pPr>
        <w:jc w:val="right"/>
      </w:pPr>
      <w:r>
        <w:t>سائیکالوجی کے بارے میں کہا جاتا ہے کہ اسٹڈی آف وائن کا ڈسپلن ہے، یعنی سائیکالوجی میں انسان کو پڑھا جاتا ہے۔</w:t>
      </w:r>
    </w:p>
    <w:p>
      <w:r>
        <w:rPr>
          <w:b/>
        </w:rPr>
        <w:t xml:space="preserve">[08:10] </w:t>
      </w:r>
      <w:r>
        <w:t>to psychology kya batati hai? is zamane mein bohat zyada study ki gayi psychology ki, yani mind ki. psychology ka matlab study of mind.</w:t>
      </w:r>
    </w:p>
    <w:p>
      <w:pPr>
        <w:jc w:val="right"/>
      </w:pPr>
      <w:r>
        <w:t>تو سائیکالوجی کیا بتاتی ہے؟ اس زمانے میں بہت زیادہ اسٹڈی کی گئی سائیکالوجی کی، یعنی مائنڈ کی۔ سائیکالوجی کا مطلب اسٹڈی آف مائنڈ۔</w:t>
      </w:r>
    </w:p>
    <w:p>
      <w:r>
        <w:rPr>
          <w:b/>
        </w:rPr>
        <w:t xml:space="preserve">[08:23] </w:t>
      </w:r>
      <w:r>
        <w:t>to mind kya hai? ek hai body aur ek hai mind.</w:t>
      </w:r>
    </w:p>
    <w:p>
      <w:pPr>
        <w:jc w:val="right"/>
      </w:pPr>
      <w:r>
        <w:t>تو مائنڈ کیا ہے؟ ایک ہے باڈی اور ایک ہے مائنڈ۔</w:t>
      </w:r>
    </w:p>
    <w:p>
      <w:r>
        <w:rPr>
          <w:b/>
        </w:rPr>
        <w:t xml:space="preserve">[08:30] </w:t>
      </w:r>
      <w:r>
        <w:t>to body jo hai, us se pehle oopri taur par jante hain log body ko. ab body ke bare mein bhi naye naye daryaften hui hain aur mind ke bare mein to pehle kuch nahi janta tha insan.</w:t>
      </w:r>
    </w:p>
    <w:p>
      <w:pPr>
        <w:jc w:val="right"/>
      </w:pPr>
      <w:r>
        <w:t>تو باڈی جو ہے، اس سے پہلے اوپری طور پر جانتے ہیں لوگ باڈی کو۔ اب باڈی کے بارے میں بھی نئے نئے دریافتیں ہوئی ہیں اور مائنڈ کے بارے میں تو پہلے کچھ نہیں جانتا تھا انسان۔</w:t>
      </w:r>
    </w:p>
    <w:p>
      <w:r>
        <w:rPr>
          <w:b/>
        </w:rPr>
        <w:t xml:space="preserve">[08:45] </w:t>
      </w:r>
      <w:r>
        <w:t>to modern psychology ne yeh bataya hai ke hamare mind ke teen bare hisse hain: conscious mind, subconscious mind aur unconscious mind.</w:t>
      </w:r>
    </w:p>
    <w:p>
      <w:pPr>
        <w:jc w:val="right"/>
      </w:pPr>
      <w:r>
        <w:t>تو ماڈرن سائیکالوجی نے یہ بتایا ہے کہ ہمارے مائنڈ کے تین بڑے حصے ہیں: کانشیس مائنڈ، سب کانشیس مائنڈ اور ان کانشیس مائنڈ۔</w:t>
      </w:r>
    </w:p>
    <w:p>
      <w:r>
        <w:rPr>
          <w:b/>
        </w:rPr>
        <w:t xml:space="preserve">[09:00] </w:t>
      </w:r>
      <w:r>
        <w:t>to research se yeh maloom hua hai ke jab koi baat aap sochte hain ya bolte hain to sab se pehle aati hai woh aap ke conscious mind mein.</w:t>
      </w:r>
    </w:p>
    <w:p>
      <w:pPr>
        <w:jc w:val="right"/>
      </w:pPr>
      <w:r>
        <w:t>تو ریسرچ سے یہ معلوم ہوا ہے کہ جب کوئی بات آپ سوچتے ہیں یا بولتے ہیں تو سب سے پہلے آتی ہے وہ آپ کے کانشیس مائنڈ میں۔</w:t>
      </w:r>
    </w:p>
    <w:p>
      <w:r>
        <w:rPr>
          <w:b/>
        </w:rPr>
        <w:t xml:space="preserve">[09:15] </w:t>
      </w:r>
      <w:r>
        <w:t>yani us ko urdu mein kahenge: shaoor, taht shaoor, lashaoor. conscious mind, subconscious mind, unconscious mind.</w:t>
      </w:r>
    </w:p>
    <w:p>
      <w:pPr>
        <w:jc w:val="right"/>
      </w:pPr>
      <w:r>
        <w:t>یعنی اس کو اردو میں کہیں گے: شعور تحت شعور، لاشعور۔ کانشیس مائنڈ، سب کانشیس مائنڈ، ان کانشیس مائنڈ۔</w:t>
      </w:r>
    </w:p>
    <w:p>
      <w:r>
        <w:rPr>
          <w:b/>
        </w:rPr>
        <w:t xml:space="preserve">[09:28] </w:t>
      </w:r>
      <w:r>
        <w:t>ko urdu mein kahenge: shaoor, taht shaoor, lashaoor. to aap jab bhi kuch bolein ya kuch sochein ya kuch parhein to sab se pehle woh aata hai aap ke shaoor wale hisse mein, yani conscious mind mein.</w:t>
      </w:r>
    </w:p>
    <w:p>
      <w:pPr>
        <w:jc w:val="right"/>
      </w:pPr>
      <w:r>
        <w:t>کو اردو میں کہیں گے: شعور تحت شعور، لاشعور۔ تو آپ جب بھی کچھ بولیں یا کچھ سوچیں یا کچھ پڑھیں تو سب سے پہلے وہ آتا ہے آپ کے شعور والے حصے میں، یعنی کانشیس مائنڈ میں۔</w:t>
      </w:r>
    </w:p>
    <w:p>
      <w:r>
        <w:rPr>
          <w:b/>
        </w:rPr>
        <w:t xml:space="preserve">[09:47] </w:t>
      </w:r>
      <w:r>
        <w:t>woh sham tak zinda rehta hai isi tarah se. lekin jab aap sote hain, jab insan sota hai to aadmi ka mind jo hai, shaoor ke satah par sota hai, lekin ek aur satah par phir bhi woh work karta rehta hai.</w:t>
      </w:r>
    </w:p>
    <w:p>
      <w:pPr>
        <w:jc w:val="right"/>
      </w:pPr>
      <w:r>
        <w:t>وہ شام تک زندہ رہتا ہے اسی طریقے سے۔ لیکن جب آپ سوتے ہیں، جب انسان سوتا ہے تو آدمی کا مائنڈ جو ہے، شعور کے سطح پر سوتا ہے، لیکن ایک اور سطح پر پھر بھی وہ ورک کرتا رہتا ہے۔</w:t>
      </w:r>
    </w:p>
    <w:p>
      <w:r>
        <w:rPr>
          <w:b/>
        </w:rPr>
        <w:t xml:space="preserve">[10:05] </w:t>
      </w:r>
      <w:r>
        <w:t>woh sort out karta hai cheezon ko.</w:t>
      </w:r>
    </w:p>
    <w:p>
      <w:pPr>
        <w:jc w:val="right"/>
      </w:pPr>
      <w:r>
        <w:t>وہ سورٹ آؤٹ کرتا ہے چیزوں کو۔</w:t>
      </w:r>
    </w:p>
    <w:p>
      <w:r>
        <w:rPr>
          <w:b/>
        </w:rPr>
        <w:t xml:space="preserve">[10:09] </w:t>
      </w:r>
      <w:r>
        <w:t>to aap ne jo baat apne shaoori hisse mein dimagh ke dali thi ke jab aap sote hain to woh mind jo hai, automatically yeh karta hai ke us ko shaoor se le kar taht shaoor mein le jata hai.</w:t>
      </w:r>
    </w:p>
    <w:p>
      <w:pPr>
        <w:jc w:val="right"/>
      </w:pPr>
      <w:r>
        <w:t>تو آپ نے جو بات اپنے شعوری حصے میں دماغ کے ڈالی تھی کہ جب آپ سوتے ہیں تو وہ مائنڈ جو ہے، آٹومیٹکلی یہ کرتا ہے کہ اس کو شعور سے لے کر تحت شعور میں لے جاتا ہے۔</w:t>
      </w:r>
    </w:p>
    <w:p>
      <w:r>
        <w:rPr>
          <w:b/>
        </w:rPr>
        <w:t xml:space="preserve">[10:27] </w:t>
      </w:r>
      <w:r>
        <w:t>woh yani conscious mind se unconscious mind mein le jata hai.</w:t>
      </w:r>
    </w:p>
    <w:p>
      <w:pPr>
        <w:jc w:val="right"/>
      </w:pPr>
      <w:r>
        <w:t>وہ یعنی کانشیس مائنڈ سے ان کانشیس مائنڈ میں لے جاتا ہے۔</w:t>
      </w:r>
    </w:p>
    <w:p>
      <w:r>
        <w:rPr>
          <w:b/>
        </w:rPr>
        <w:t xml:space="preserve">[10:31] </w:t>
      </w:r>
      <w:r>
        <w:t>to subah ko jab aap uthte hain to woh baat jo pehle pichle din shaoor mein thi, woh taht shaoor mein ja chuki hoti hai.</w:t>
      </w:r>
    </w:p>
    <w:p>
      <w:pPr>
        <w:jc w:val="right"/>
      </w:pPr>
      <w:r>
        <w:t>تو صبح کو جب آپ اٹھتے ہیں تو وہ بات جو پہلے پچھلے دن شعور میں تھی، وہ تحت شعور میں جا چکی ہوتی ہے۔</w:t>
      </w:r>
    </w:p>
    <w:p>
      <w:r>
        <w:rPr>
          <w:b/>
        </w:rPr>
        <w:t xml:space="preserve">[10:40] </w:t>
      </w:r>
      <w:r>
        <w:t>yani kuch yaad hai, kuch nahi yaad hai. lekin agar aap is ko phir taza na karein, phir na sochein us ke bare mein to kya hoga?</w:t>
      </w:r>
    </w:p>
    <w:p>
      <w:pPr>
        <w:jc w:val="right"/>
      </w:pPr>
      <w:r>
        <w:t>یعنی کچھ یاد ہے، کچھ نہیں یاد ہے۔ لیکن اگر آپ اس کو پھر تازہ نہ کریں، پھر نہ سوچیں اس کے بارے میں تو کیا ہوگا؟</w:t>
      </w:r>
    </w:p>
    <w:p>
      <w:r>
        <w:rPr>
          <w:b/>
        </w:rPr>
        <w:t xml:space="preserve">[10:55] </w:t>
      </w:r>
      <w:r>
        <w:t>agli raat ko jab aap soyeinge to mind is ko la-sha'oor mein pohncha de ga.</w:t>
      </w:r>
    </w:p>
    <w:p>
      <w:pPr>
        <w:jc w:val="right"/>
      </w:pPr>
      <w:r>
        <w:t>اگلی رات کو جب آپ سوئیں گے تو مائنڈ اس کو لاشعور میں پہنچا دے گا۔</w:t>
      </w:r>
    </w:p>
    <w:p>
      <w:r>
        <w:rPr>
          <w:b/>
        </w:rPr>
        <w:t xml:space="preserve">[11:01] </w:t>
      </w:r>
      <w:r>
        <w:t>yani sha'oor se jaye ga taht sha'oor, phir taht sha'oor jaye ga la-sha'oor mein. Yani conscious mind se subconscious mind mein aur subconscious mind se unconscious mind mein.</w:t>
      </w:r>
    </w:p>
    <w:p>
      <w:pPr>
        <w:jc w:val="right"/>
      </w:pPr>
      <w:r>
        <w:t>یعنی شعور سے جائے گا تحت شعور، پھر تحت شعور جائے گا لاشعور میں۔ یعنی کانشیس مائنڈ سے سب کانشیس مائنڈ میں اور سب کانشیس مائنڈ سے ان کانشیس مائنڈ میں۔</w:t>
      </w:r>
    </w:p>
    <w:p>
      <w:r>
        <w:rPr>
          <w:b/>
        </w:rPr>
        <w:t xml:space="preserve">[11:15] </w:t>
      </w:r>
      <w:r>
        <w:t>is ko le kar woh hadith samajh mein aati hai. Is ko le kar ke yani insaan ki jo saakht hai, yeh insani dimagh ki yeh banaawat is ko explain karti hai ke kya matlab hai is hadith ka</w:t>
      </w:r>
    </w:p>
    <w:p>
      <w:pPr>
        <w:jc w:val="right"/>
      </w:pPr>
      <w:r>
        <w:t>اس کو لے کر وہ حدیث سمجھ میں آتی ہے۔ اس کو لے کر کہ یعنی انسان کی جو ساخت ہے، یہ انسانی دماغ کی یہ بناوٹ اس کو ایکسپلین کرتی ہے کہ کیا مطلب ہے اس حدیث کا</w:t>
      </w:r>
    </w:p>
    <w:p>
      <w:r>
        <w:rPr>
          <w:b/>
        </w:rPr>
        <w:t xml:space="preserve">[11:29] </w:t>
      </w:r>
      <w:r>
        <w:t>ke aap ne aaj din mein kalma ada kiya, Allah ko discover kiya, Allah ki barhai ko maana, maan kar ke aap ne kalma parha.</w:t>
      </w:r>
    </w:p>
    <w:p>
      <w:pPr>
        <w:jc w:val="right"/>
      </w:pPr>
      <w:r>
        <w:t>کہ آپ نے آج دن میں کلمہ ادا کیا، اللہ کو ڈسکور کیا، اللہ کی بڑائی کو مانا، مان کر کے آپ نے کلمہ پڑھا۔</w:t>
      </w:r>
    </w:p>
    <w:p>
      <w:r>
        <w:rPr>
          <w:b/>
        </w:rPr>
        <w:t xml:space="preserve">[11:43] </w:t>
      </w:r>
      <w:r>
        <w:t>phir jab raat ko so jayeinge aap to woh din mein to sha'oor mein tha, woh phir chalaye ga, chala jaye ga taht sha'oor mein.</w:t>
      </w:r>
    </w:p>
    <w:p>
      <w:pPr>
        <w:jc w:val="right"/>
      </w:pPr>
      <w:r>
        <w:t>پھر جب رات کو سو جائیں گے آپ تو وہ دن میں تو شعور میں تھا، وہ پھر چلائے گا، چلا جائے گا تحت شعور میں۔</w:t>
      </w:r>
    </w:p>
    <w:p>
      <w:r>
        <w:rPr>
          <w:b/>
        </w:rPr>
        <w:t xml:space="preserve">[11:53] </w:t>
      </w:r>
      <w:r>
        <w:t>agli subah ko jab uthien ge, aap ne kaam mein lag gaye, aap idhar udhar,</w:t>
      </w:r>
    </w:p>
    <w:p>
      <w:pPr>
        <w:jc w:val="right"/>
      </w:pPr>
      <w:r>
        <w:t>اگلی صبح کو جب اٹھیں گے، آپ نے کام میں لگ گئے، آپ ادھر ادھر،</w:t>
      </w:r>
    </w:p>
    <w:p>
      <w:r>
        <w:rPr>
          <w:b/>
        </w:rPr>
        <w:t xml:space="preserve">[11:57] </w:t>
      </w:r>
      <w:r>
        <w:t>phir woh kalma wali baat koi sochi nahi aap ne. To kya hoga? Is ke baad woh dheere dheere dheere dheere chala jaye ga la-sha'oor mein. Yani bhooli bas cheez ban jaye gi.</w:t>
      </w:r>
    </w:p>
    <w:p>
      <w:pPr>
        <w:jc w:val="right"/>
      </w:pPr>
      <w:r>
        <w:t>پھر وہ کلمہ والی بات کوئی سوچی نہیں آپ نے۔ تو کیا ہوگا؟ اس کے بعد وہ دھیرے دھیرے دھیرے دھیرے چلا جائے گا لاشعور میں۔ یعنی بھولی بس چیز بن جائے گی۔</w:t>
      </w:r>
    </w:p>
    <w:p>
      <w:r>
        <w:rPr>
          <w:b/>
        </w:rPr>
        <w:t xml:space="preserve">[12:10] </w:t>
      </w:r>
      <w:r>
        <w:t>isi ko bataya gaya hai hadith mein ke baar baar tum is ko revive karo, taza karo, charcha karo, sochte raho, is ki study karte raho taake woh taht sha'oor mein baqi rahe.</w:t>
      </w:r>
    </w:p>
    <w:p>
      <w:pPr>
        <w:jc w:val="right"/>
      </w:pPr>
      <w:r>
        <w:t>اسی کو بتایا گیا ہے حدیث میں کہ بار بار تم اس کو ریوائیو کرو، تازہ کرو، چرچا کرو، سوچتے رہو، اس کی اسٹڈی کرتے رہو تاکہ وہ تحت شعور میں باقی رہے۔</w:t>
      </w:r>
    </w:p>
    <w:p>
      <w:r>
        <w:rPr>
          <w:b/>
        </w:rPr>
        <w:t xml:space="preserve">[12:25] </w:t>
      </w:r>
      <w:r>
        <w:t>to jab hum sochte hain pichli baat ko to hum recall karte hain, yani is ko wapas late hain hum la-sha'oor se taht sha'oor mein, taht sha'oor se sha'oor mein.</w:t>
      </w:r>
    </w:p>
    <w:p>
      <w:pPr>
        <w:jc w:val="right"/>
      </w:pPr>
      <w:r>
        <w:t>تو جب ہم سوچتے ہیں پچھلی بات کو تو ہم ری کال کرتے ہیں، یعنی اس کو واپس لاتے ہیں ہم لاشعور سے تحت شعور میں، تحت شعور سے شعور میں۔</w:t>
      </w:r>
    </w:p>
    <w:p>
      <w:r>
        <w:rPr>
          <w:b/>
        </w:rPr>
        <w:t xml:space="preserve">[12:37] </w:t>
      </w:r>
      <w:r>
        <w:t>yeh zaroori hai, yeh bohat hi zaroori hai ke aap ka iman zinda iman bana rahe, aap ka iman taza iman bana rahe, aap ka iman aik yani incentive power bana rahe, woh to muharrika</w:t>
      </w:r>
    </w:p>
    <w:p>
      <w:pPr>
        <w:jc w:val="right"/>
      </w:pPr>
      <w:r>
        <w:t>یہ ضروری ہے، یہ بہت ہی ضروری ہے کہ آپ کا ایمان زندہ ایمان بنا رہے، آپ کا ایمان تازہ ایمان بنا رہے، آپ کا ایمان ایک یعنی انسنٹیو پاور بنا رہے، وہ تو محرکہ</w:t>
      </w:r>
    </w:p>
    <w:p>
      <w:r>
        <w:rPr>
          <w:b/>
        </w:rPr>
        <w:t xml:space="preserve">[12:55] </w:t>
      </w:r>
      <w:r>
        <w:t>, warna woh dead iman ho jaye ga. Hadith ka matlab yahi hai. To hadith mein jo farmaaya ke iman tumhare andar boseeda hota rehta hai,</w:t>
      </w:r>
    </w:p>
    <w:p>
      <w:pPr>
        <w:jc w:val="right"/>
      </w:pPr>
      <w:r>
        <w:t>، ورنہ وہ ڈیڈ ایمان ہو جائے گا۔ حدیث کا مطلب یہی ہے۔ تو حدیث میں جو فرمایا کہ ایمان تمہارے اندر بوسیدہ ہوتا رہتا ہے،</w:t>
      </w:r>
    </w:p>
    <w:p>
      <w:r>
        <w:rPr>
          <w:b/>
        </w:rPr>
        <w:t xml:space="preserve">[13:09] </w:t>
      </w:r>
      <w:r>
        <w:t>waise hi jaise kapra boseeda ho jata hai. To is ko boseedgi se bachane ki tarkeeb kya hai?</w:t>
      </w:r>
    </w:p>
    <w:p>
      <w:pPr>
        <w:jc w:val="right"/>
      </w:pPr>
      <w:r>
        <w:t>ویسے ہی جیسے کپڑا بوسیدہ ہو جاتا ہے۔ تو اس کو بوسیدگی سے بچانے کی ترکیب کیا ہے؟</w:t>
      </w:r>
    </w:p>
    <w:p>
      <w:r>
        <w:rPr>
          <w:b/>
        </w:rPr>
        <w:t xml:space="preserve">[13:20] </w:t>
      </w:r>
      <w:r>
        <w:t>tajdeed, revival</w:t>
      </w:r>
    </w:p>
    <w:p>
      <w:pPr>
        <w:jc w:val="right"/>
      </w:pPr>
      <w:r>
        <w:t>تجدید، ریوائیول</w:t>
      </w:r>
    </w:p>
    <w:p>
      <w:r>
        <w:rPr>
          <w:b/>
        </w:rPr>
        <w:t xml:space="preserve">[13:24] </w:t>
      </w:r>
      <w:r>
        <w:t>taake phir woh pehli halat baqi rahe. Ab yeh bohat ahem baat hai. Yeh kaise hota hai?</w:t>
      </w:r>
    </w:p>
    <w:p>
      <w:pPr>
        <w:jc w:val="right"/>
      </w:pPr>
      <w:r>
        <w:t>تاکہ پھر وہ پہلی حالت باقی رہے۔ اب یہ بہت اہم بات ہے۔ یہ کیسے ہوتا ہے؟</w:t>
      </w:r>
    </w:p>
    <w:p>
      <w:r>
        <w:rPr>
          <w:b/>
        </w:rPr>
        <w:t xml:space="preserve">[13:35] </w:t>
      </w:r>
      <w:r>
        <w:t>Yeh kaise hota hai? Is ka aik misaal mein deta hoon. Dekhiye, is ka tareeqa yeh hai ke Allah ki aap ko nematein mili hui hain har waqt.</w:t>
      </w:r>
    </w:p>
    <w:p>
      <w:pPr>
        <w:jc w:val="right"/>
      </w:pPr>
      <w:r>
        <w:t>یہ کیسے ہوتا ہے؟ اس کا ایک مثال میں دیتا ہوں۔ دیکھیے، اس کا طریقہ یہ ہے کہ اللہ کی آپ کو نعمتیں ملی ہوئی ہیں ہر وقت۔</w:t>
      </w:r>
    </w:p>
    <w:p>
      <w:r>
        <w:rPr>
          <w:b/>
        </w:rPr>
        <w:t xml:space="preserve">[13:51] </w:t>
      </w:r>
      <w:r>
        <w:t>Aap ki umar agar 50 saal hai, 60 baras hai, is poori muddat mein aap ko Allah ki nematein pohnchti rahi hain. To hota kya hai?</w:t>
      </w:r>
    </w:p>
    <w:p>
      <w:pPr>
        <w:jc w:val="right"/>
      </w:pPr>
      <w:r>
        <w:t>آپ کی عمر اگر 50 سال ہے، 60 برس ہے، اس پوری مدت میں آپ کو اللہ کی نعمتیں پہنچتی رہی ہیں۔ تو ہوتا کیا ہے؟</w:t>
      </w:r>
    </w:p>
    <w:p>
      <w:r>
        <w:rPr>
          <w:b/>
        </w:rPr>
        <w:t xml:space="preserve">[13:59] </w:t>
      </w:r>
      <w:r>
        <w:t>Aap bhool jate hain pichli baaton ko, to woh boseeda ho jata hai, faint ho jata hai. To aap is ko baar baar recall karein.</w:t>
      </w:r>
    </w:p>
    <w:p>
      <w:pPr>
        <w:jc w:val="right"/>
      </w:pPr>
      <w:r>
        <w:t>آپ بھول جاتے ہیں پچھلی باتوں کو، تو وہ بوسیدہ ہو جاتا ہے، فینٹ ہو جاتا ہے۔ تو آپ اس کو بار بار ری کال کریں۔</w:t>
      </w:r>
    </w:p>
    <w:p>
      <w:r>
        <w:rPr>
          <w:b/>
        </w:rPr>
        <w:t xml:space="preserve">[14:11] </w:t>
      </w:r>
      <w:r>
        <w:t>Jaise misaal ke tor par mein abhi misaal deta hoon ke abhi jab mein aaya, is yeh jahan mein bol raha hoon, yeh jo hamara auditorium hai, to mein ne recall kiya.</w:t>
      </w:r>
    </w:p>
    <w:p>
      <w:pPr>
        <w:jc w:val="right"/>
      </w:pPr>
      <w:r>
        <w:t>جیسے مثال کے طور پر میں ابھی مثال دیتا ہوں کہ ابھی جب میں آیا، اس یہ جہاں میں بول رہا ہوں، یہ جو ہمارا آڈیٹوریم ہے، تو میں نے ری کال کیا۔</w:t>
      </w:r>
    </w:p>
    <w:p>
      <w:r>
        <w:rPr>
          <w:b/>
        </w:rPr>
        <w:t xml:space="preserve">[14:25] </w:t>
      </w:r>
      <w:r>
        <w:t>Mein hamesha se aik daayana mizaj ka aadmi tha, mission ka mizaj mera tha, mission hamesha se. Lekin mere paas koi base nahi hua karti thi.</w:t>
      </w:r>
    </w:p>
    <w:p>
      <w:pPr>
        <w:jc w:val="right"/>
      </w:pPr>
      <w:r>
        <w:t>میں ہمیشہ سے ایک داعیانہ مزاج کا آدمی تھا، مشن کا مزاج میرا تھا، مشن ہمیشہ سے۔ لیکن میرے پاس کوئی بیس نہیں ہوا کرتی تھی۔</w:t>
      </w:r>
    </w:p>
    <w:p>
      <w:r>
        <w:rPr>
          <w:b/>
        </w:rPr>
        <w:t xml:space="preserve">[14:38] </w:t>
      </w:r>
      <w:r>
        <w:t>Yani ab se 86 baras pehle paida hua mein, 86 saal pehle</w:t>
      </w:r>
    </w:p>
    <w:p>
      <w:pPr>
        <w:jc w:val="right"/>
      </w:pPr>
      <w:r>
        <w:t>یعنی اب سے 86 برس پہلے پیدا ہوا میں، 86 سال پہلے</w:t>
      </w:r>
    </w:p>
    <w:p>
      <w:r>
        <w:rPr>
          <w:b/>
        </w:rPr>
        <w:t xml:space="preserve">[14:46] </w:t>
      </w:r>
      <w:r>
        <w:t>UP ke aik gaon mein. Lekin mere paas us waqt koi base nahi thi jahan mein logon ko ikhatta karoon, un ko address karoon. Phir beesiyon jagah mein raha, kahin bhi mere paas base nahi thi.</w:t>
      </w:r>
    </w:p>
    <w:p>
      <w:pPr>
        <w:jc w:val="right"/>
      </w:pPr>
      <w:r>
        <w:t>یو پی اے کے ایک گاؤں میں۔ لیکن میرے پاس اس وقت کوئی بیس نہیں تھی جہاں میں لوگوں کو اکٹھا کروں، ان کو ایڈریس کروں۔ پھر بیسیوں جگہ میں رہا، کہیں بھی میرے پاس بیس نہیں تھی۔</w:t>
      </w:r>
    </w:p>
    <w:p>
      <w:r>
        <w:rPr>
          <w:b/>
        </w:rPr>
        <w:t xml:space="preserve">[14:59] </w:t>
      </w:r>
      <w:r>
        <w:t>Phir mein Dilli mein aaya, 67 mein. Us waqt bhi mere paas koi apni base nahi thi.</w:t>
      </w:r>
    </w:p>
    <w:p>
      <w:pPr>
        <w:jc w:val="right"/>
      </w:pPr>
      <w:r>
        <w:t>پھر میں دلی میں آیا، 67 میں۔ اس وقت بھی میرے پاس کوئی اپنی بیس نہیں تھی۔</w:t>
      </w:r>
    </w:p>
    <w:p>
      <w:r>
        <w:rPr>
          <w:b/>
        </w:rPr>
        <w:t xml:space="preserve">[15:07] </w:t>
      </w:r>
      <w:r>
        <w:t>83 mein mujhe yeh building mili, 83 mein. To mein ne socha ke dekho, 83 se pehle bhi mein aik mission ka zehan rakhta tha, lekin mere paas koi base nahi thi.</w:t>
      </w:r>
    </w:p>
    <w:p>
      <w:pPr>
        <w:jc w:val="right"/>
      </w:pPr>
      <w:r>
        <w:t>83 میں مجھے یہ بلڈنگ ملی، 83 میں۔ تو میں نے سوچا کہ دیکھو، 83 سے پہلے بھی میں ایک مشن کا ذہن رکھتا تھا، لیکن میرے پاس کوئی بیس نہیں تھی۔</w:t>
      </w:r>
    </w:p>
    <w:p>
      <w:r>
        <w:rPr>
          <w:b/>
        </w:rPr>
        <w:t xml:space="preserve">[15:25] </w:t>
      </w:r>
      <w:r>
        <w:t>Sadak par to aap address nahi karte logon ko, doosron ke jo bases hain, woh hamare karamad nahi thay. Wahan chekhte chalate hain, log taliyan bajate hain, log aap ke</w:t>
      </w:r>
    </w:p>
    <w:p>
      <w:pPr>
        <w:jc w:val="right"/>
      </w:pPr>
      <w:r>
        <w:t>سڑک پر تو آپ ایڈریس نہیں کرتے لوگوں کو، دوسروں کے جو بیسز ہیں، وہ ہمارے کارآمد نہیں تھے۔ وہاں چیختے چلاتے ہیں، لوگ تالیاں بجاتے ہیں، لوگ آپ کے</w:t>
      </w:r>
    </w:p>
    <w:p>
      <w:r>
        <w:rPr>
          <w:b/>
        </w:rPr>
        <w:t xml:space="preserve">[15:35] </w:t>
      </w:r>
      <w:r>
        <w:t>hamare matlab ko nahi tha. Hamare apne mission ki jo requirement hai, us ke mutabiq base chahiye. To yahan par kaam shuru hua.</w:t>
      </w:r>
    </w:p>
    <w:p>
      <w:pPr>
        <w:jc w:val="right"/>
      </w:pPr>
      <w:r>
        <w:t>ہمارے مطلب کو نہیں تھا۔ ہمارے اپنے مشن کی جو ریکوائرمنٹ ہے، اس کے مطابق بیس چاہیے۔ تو یہاں پر کام شروع ہوا۔</w:t>
      </w:r>
    </w:p>
    <w:p>
      <w:r>
        <w:rPr>
          <w:b/>
        </w:rPr>
        <w:t xml:space="preserve">[15:47] </w:t>
      </w:r>
      <w:r>
        <w:t>ab mere bare mein bohat pehle chhupa tha akhbar mein, "lonely voice", akela aik aadmi ki awaz.</w:t>
      </w:r>
    </w:p>
    <w:p>
      <w:pPr>
        <w:jc w:val="right"/>
      </w:pPr>
      <w:r>
        <w:t>اب میرے بارے میں بہت پہلے چھپا تھا اخبار میں، "لونلی وائس"، اکیلا ایک آدمی کی آواز۔</w:t>
      </w:r>
    </w:p>
    <w:p>
      <w:r>
        <w:rPr>
          <w:b/>
        </w:rPr>
        <w:t xml:space="preserve">[15:57] </w:t>
      </w:r>
      <w:r>
        <w:t>aur waqeatan woh us waqt "lonely voice" thi. mein akela aik aadmi tha jab aaya tha, 67 mein dilli mein.</w:t>
      </w:r>
    </w:p>
    <w:p>
      <w:pPr>
        <w:jc w:val="right"/>
      </w:pPr>
      <w:r>
        <w:t>اور واقعتاً وہ اس وقت "لونلی وائس" تھی۔ میں اکیلا ایک آدمی تھا جب آیا تھا، 67 میں دلی میں۔</w:t>
      </w:r>
    </w:p>
    <w:p>
      <w:r>
        <w:rPr>
          <w:b/>
        </w:rPr>
        <w:t xml:space="preserve">[16:04] </w:t>
      </w:r>
      <w:r>
        <w:t>aaj Allah ke fazal se dekhiye, jab yeh base ban gaya, yahan par kaam shuru hua to meri family is mein jud gayi. hamare sath aik team</w:t>
      </w:r>
    </w:p>
    <w:p>
      <w:pPr>
        <w:jc w:val="right"/>
      </w:pPr>
      <w:r>
        <w:t>آج اللہ کے فضل سے دیکھیے، جب یہ بیس بن گیا، یہاں پر کام شروع ہوا تو میری فیملی اس میں جڑ گئی۔ ہمارے ساتھ ایک ٹیم</w:t>
      </w:r>
    </w:p>
    <w:p>
      <w:r>
        <w:rPr>
          <w:b/>
        </w:rPr>
        <w:t xml:space="preserve">[16:15] </w:t>
      </w:r>
      <w:r>
        <w:t>mil gayi, hum ko hasil ho gayi. abhi mein subah, aaj ki subah, ETV sun raha tha to is mein hum ne dekha ke hamari team ke aik member, Maria, taqreer kar rahi thi.</w:t>
      </w:r>
    </w:p>
    <w:p>
      <w:pPr>
        <w:jc w:val="right"/>
      </w:pPr>
      <w:r>
        <w:t>مل گئی، ہم کو حاصل ہو گئی۔ ابھی میں صبح، آج کی صبح، ای ٹی وی سن رہا تھا تو اس میں ہم نے دیکھا کہ ہماری ٹیم کے ایک ممبر، ماریہ، تقریر کر رہی تھی۔</w:t>
      </w:r>
    </w:p>
    <w:p>
      <w:r>
        <w:rPr>
          <w:b/>
        </w:rPr>
        <w:t xml:space="preserve">[16:28] </w:t>
      </w:r>
      <w:r>
        <w:t>to mein panthasa road laga.</w:t>
      </w:r>
    </w:p>
    <w:p>
      <w:pPr>
        <w:jc w:val="right"/>
      </w:pPr>
      <w:r>
        <w:t>تو میں پینتھاسا روڈ لگا۔</w:t>
      </w:r>
    </w:p>
    <w:p>
      <w:r>
        <w:rPr>
          <w:b/>
        </w:rPr>
        <w:t xml:space="preserve">[16:33] </w:t>
      </w:r>
      <w:r>
        <w:t>kyun? agar yeh base jameeri hui to Maria tayyar nahi ho sakti thi. is se pehle itni lambi umar mein mein kisi Maria ko tayyar nahi kar paya tha. aur Maria se sankron hazaron log tayyar ho gaye, kyunke base se hum sirf yeh nahi ke yahan par log ikhatta hote hain,</w:t>
      </w:r>
    </w:p>
    <w:p>
      <w:pPr>
        <w:jc w:val="right"/>
      </w:pPr>
      <w:r>
        <w:t>کیوں؟ اگر یہ بیس جیمبری ہوئی تو ماریہ تیار نہیں ہو سکتی تھی۔ اس سے پہلے اتنی لمبی عمر میں میں کسی ماریہ کو تیار نہیں کر پایا تھا۔ اور ماریہ سے سینکڑوں ہزاروں لوگ تیار ہو گئے، کیونکہ بیس سے ہم صرف یہ نہیں کہ یہاں پر لوگ اکٹھا ہوتے ہیں،</w:t>
      </w:r>
    </w:p>
    <w:p>
      <w:r>
        <w:rPr>
          <w:b/>
        </w:rPr>
        <w:t xml:space="preserve">[16:51] </w:t>
      </w:r>
      <w:r>
        <w:t>is is base ko istemal kar ke. aap jante hain ke aaj kitabein chhap rahi</w:t>
      </w:r>
    </w:p>
    <w:p>
      <w:pPr>
        <w:jc w:val="right"/>
      </w:pPr>
      <w:r>
        <w:t>اس اس بیس کو استعمال کر کے۔ آپ جانتے ہیں کہ آج کتابیں چھپ رہی</w:t>
      </w:r>
    </w:p>
    <w:p>
      <w:r>
        <w:rPr>
          <w:b/>
        </w:rPr>
        <w:t xml:space="preserve">[16:56] </w:t>
      </w:r>
      <w:r>
        <w:t>hain, yahan se electronic zaryae ko istemal kiya ja raha hai. yaani aik poori sargermi yahan par hai, is multi-story building mein aur aalami sargermi.</w:t>
      </w:r>
    </w:p>
    <w:p>
      <w:pPr>
        <w:jc w:val="right"/>
      </w:pPr>
      <w:r>
        <w:t>ہیں، یہاں سے الیکٹرانک ذرائع کو استعمال کیا جا رہا ہے۔ یعنی ایک پوری سرگرمی یہاں پر ہے، اس ملٹی سٹوری بلڈنگ میں اور عالمی سرگرمی۔</w:t>
      </w:r>
    </w:p>
    <w:p>
      <w:r>
        <w:rPr>
          <w:b/>
        </w:rPr>
        <w:t xml:space="preserve">[17:09] </w:t>
      </w:r>
      <w:r>
        <w:t>yahan se le kar bahar mulkon tak kaam phaila hua hai. yeh jab base bana, tab base ke baghair mein aik "lonely voice" bana hua tha logon ki nazar mein.</w:t>
      </w:r>
    </w:p>
    <w:p>
      <w:pPr>
        <w:jc w:val="right"/>
      </w:pPr>
      <w:r>
        <w:t>یہاں سے لے کر باہر ملکوں تک کام پھیلا ہوا ہے۔ یہ جب بیس بنا، تب بیس کے بغیر میں ایک "لونلی وائس" بنا ہوا تھا لوگوں کی نظر میں۔</w:t>
      </w:r>
    </w:p>
    <w:p>
      <w:r>
        <w:rPr>
          <w:b/>
        </w:rPr>
        <w:t xml:space="preserve">[17:24] </w:t>
      </w:r>
      <w:r>
        <w:t>aaj Allah ke fazal se jab Allah taala ne base de diya to tab family ko log jud gaye, team jud gayi, sari duniya mein afraad ikhatta ho gaye aur har jagah kaam kar rahe hain.</w:t>
      </w:r>
    </w:p>
    <w:p>
      <w:pPr>
        <w:jc w:val="right"/>
      </w:pPr>
      <w:r>
        <w:t>آج اللہ کے فضل سے جب اللہ تعالی نے بیس دے دیا تو تب فیملی کو لوگ جڑ گئے، ٹیم جڑ گئی، ساری دنیا میں افراد اکٹھا ہو گئے اور ہر جگہ کام کر رہے ہیں۔</w:t>
      </w:r>
    </w:p>
    <w:p>
      <w:r>
        <w:rPr>
          <w:b/>
        </w:rPr>
        <w:t xml:space="preserve">[17:39] </w:t>
      </w:r>
      <w:r>
        <w:t>there are thousands of Marias, aik nahi hain, jo har jagah kaam kar rahe hain. to yeh waqea jo hua, 83 mein, is ko mein rozana revive karta hoon.</w:t>
      </w:r>
    </w:p>
    <w:p>
      <w:pPr>
        <w:jc w:val="right"/>
      </w:pPr>
      <w:r>
        <w:t>دیر آر تھاؤزنڈز آف ماریاز، ایک نہیں ہیں، جو ہر جگہ کام کر رہے ہیں۔ تو یہ واقعہ جو ہوا، 83 میں، اس کو میں روزانہ ریوائیو کرتا ہوں۔</w:t>
      </w:r>
    </w:p>
    <w:p>
      <w:r>
        <w:rPr>
          <w:b/>
        </w:rPr>
        <w:t xml:space="preserve">[17:52] </w:t>
      </w:r>
      <w:r>
        <w:t>har din mein sochta hoon ke dekho, Allah taala ne yeh base na di hoti to hamara mission jo hai, kuch bhi na hota. missions ko aap yaani sarak par nahi chala sakte, aap mission koi to aap yaqeen kijiye ke mein har din yeh sochta hoon ke Allah taala ne mujhe yeh base di, mujhe yeh family di, mujhe yeh team di, mujhe infrastructure diya,</w:t>
      </w:r>
    </w:p>
    <w:p>
      <w:pPr>
        <w:jc w:val="right"/>
      </w:pPr>
      <w:r>
        <w:t>ہر دن میں سوچتا ہوں کہ دیکھو، اللہ تعالی نے یہ بیس نہ دی ہوتی تو ہمارا مشن جو ہے، کچھ بھی نہ ہوتا۔ مشنز کو آپ یعنی سڑک پر نہیں چلا سکتے، آپ مشن کوئی تو آپ یقین کیجئے کہ میں ہر دن یہ سوچتا ہوں کہ اللہ تعالی نے مجھے یہ بیس دی، مجھے یہ فیملی دی، مجھے یہ ٹیم دی، مجھے انفراسٹرکچر دیا،</w:t>
      </w:r>
    </w:p>
    <w:p>
      <w:r>
        <w:rPr>
          <w:b/>
        </w:rPr>
        <w:t xml:space="preserve">[18:19] </w:t>
      </w:r>
      <w:r>
        <w:t>mujhe print media aur electronic media ko istemal karne wale aadmi diye. yaani dekhiye, ab ghor kijiye ke mein computer ke ABCD nahi janta, mobile ko mein dial nahi kar sakta.</w:t>
      </w:r>
    </w:p>
    <w:p>
      <w:pPr>
        <w:jc w:val="right"/>
      </w:pPr>
      <w:r>
        <w:t>مجھے پرنٹ میڈیا اور الیکٹرانک میڈیا کو استعمال کرنے والے آدمی دیے۔ یعنی دیکھیے، اب غور کیجئے کہ میں کمپیوٹر کے اے بی سی ڈی نہیں جانتا، موبائل کو میں ڈائل نہیں کر سکتا۔</w:t>
      </w:r>
    </w:p>
    <w:p>
      <w:r>
        <w:rPr>
          <w:b/>
        </w:rPr>
        <w:t xml:space="preserve">[18:34] </w:t>
      </w:r>
      <w:r>
        <w:t>lekin dekhiye, Allah taala ke fazal se kitne sare log, yaani poora poora hamara mission jo hai, woh poora poora mission jo hai, computerize ho kar ho gaya hua hai.</w:t>
      </w:r>
    </w:p>
    <w:p>
      <w:pPr>
        <w:jc w:val="right"/>
      </w:pPr>
      <w:r>
        <w:t>لیکن دیکھیے، اللہ تعالی کے فضل سے کتنے سارے لوگ، یعنی پورا پورا ہمارا مشن جو ہے، وہ پورا پورا مشن جو ہے، کمپیوٹرائز ہو کر ہو گیا ہوا ہے۔</w:t>
      </w:r>
    </w:p>
    <w:p>
      <w:r>
        <w:rPr>
          <w:b/>
        </w:rPr>
        <w:t xml:space="preserve">[18:47] </w:t>
      </w:r>
      <w:r>
        <w:t>poora poora mission computerize mission hai. kitne sare log is ko electronic media ko istemal kar ke is ko international level par phaila rahe hain, jabke mein ABCD bhi nahi janta.</w:t>
      </w:r>
    </w:p>
    <w:p>
      <w:pPr>
        <w:jc w:val="right"/>
      </w:pPr>
      <w:r>
        <w:t>پورا پورا مشن کمپیوٹرائز مشن ہے۔ کتنے سارے لوگ اس کو الیکٹرانک میڈیا کو استعمال کر کے اس کو انٹرنیشنل لیول پر پھیلا رہے ہیں، جبکہ میں اے بی سی ڈی بھی نہیں جانتا۔</w:t>
      </w:r>
    </w:p>
    <w:p>
      <w:r>
        <w:rPr>
          <w:b/>
        </w:rPr>
        <w:t xml:space="preserve">[19:00] </w:t>
      </w:r>
      <w:r>
        <w:t>to mein har din sochta hoon ke Allah taala ka kya inaam hai ke aaj mein jab mein sun raha tha ETV par Maria ki taqreer to mujhe aik ayat samajh mein aayi.</w:t>
      </w:r>
    </w:p>
    <w:p>
      <w:pPr>
        <w:jc w:val="right"/>
      </w:pPr>
      <w:r>
        <w:t>تو میں ہر دن سوچتا ہوں کہ اللہ تعالی کا کیا انعام ہے کہ آج میں جب میں سن رہا تھا ای ٹی وی پر ماریہ کی تقریر تو مجھے ایک آیت سمجھ میں آئی۔</w:t>
      </w:r>
    </w:p>
    <w:p>
      <w:r>
        <w:rPr>
          <w:b/>
        </w:rPr>
        <w:t xml:space="preserve">[19:16] </w:t>
      </w:r>
      <w:r>
        <w:t>Quran mein hai: "wakaf Allah al momin al qital". yaani jab is zamane mein, Rasool Allah ke zamane mein, dushmanon ne hamla kiya aur Allah ne farishte bheje aur musalmanon ko jeet hui to aaya hai ke "wakaf Allah al momin al qital".</w:t>
      </w:r>
    </w:p>
    <w:p>
      <w:pPr>
        <w:jc w:val="right"/>
      </w:pPr>
      <w:r>
        <w:t>قرآن میں ہے: "وکف اللہ المومن القتال"۔ یعنی جب اس زمانے میں، رسول اللہ کے زمانے میں، دشمنوں نے حملہ کیا اور اللہ نے فرشتے بھیجے اور مسلمانوں کو جیت ہوئی تو آیا ہے کہ "وکف اللہ المومن القتال"۔</w:t>
      </w:r>
    </w:p>
    <w:p>
      <w:r>
        <w:rPr>
          <w:b/>
        </w:rPr>
        <w:t xml:space="preserve">[19:34] </w:t>
      </w:r>
      <w:r>
        <w:t>Allah jang ke liye momin ki taraf se kafi ho gaya. to mein ne qital ko badla,</w:t>
      </w:r>
    </w:p>
    <w:p>
      <w:pPr>
        <w:jc w:val="right"/>
      </w:pPr>
      <w:r>
        <w:t>اللہ جنگ کے لیے مومن کی طرف سے کافی ہو گیا۔ تو میں نے قتال کو بدلا،</w:t>
      </w:r>
    </w:p>
    <w:p>
      <w:r>
        <w:rPr>
          <w:b/>
        </w:rPr>
        <w:t xml:space="preserve">[19:43] </w:t>
      </w:r>
      <w:r>
        <w:t>mein ne wahan daawa lafz rakha, "aldawa". "wakaf Allah al momin aldawa". yaani hum jo ajez bande the, kamzor bande the, lekin hum ne dawat ka kaam karna chaha to Allah kafi hoga dawat kaam ko international level par phailane ke liye.</w:t>
      </w:r>
    </w:p>
    <w:p>
      <w:pPr>
        <w:jc w:val="right"/>
      </w:pPr>
      <w:r>
        <w:t>میں نے وہاں دعویٰ لفظ رکھا، "الدعویٰ"۔ "وکف اللہ المومن الدعویٰ"۔ یعنی ہم جو عاجز بندے تھے، کمزور بندے تھے، لیکن ہم نے دعوت کا کام کرنا چاہا تو اللہ کافی ہوگا دعوت کام کو انٹرنیشنل لیول پر پھیلانے کے لیے۔</w:t>
      </w:r>
    </w:p>
    <w:p>
      <w:r>
        <w:rPr>
          <w:b/>
        </w:rPr>
        <w:t xml:space="preserve">[20:04] </w:t>
      </w:r>
      <w:r>
        <w:t>yahi hai iman ko zinda karna. iman ko zinda karna kya</w:t>
      </w:r>
    </w:p>
    <w:p>
      <w:pPr>
        <w:jc w:val="right"/>
      </w:pPr>
      <w:r>
        <w:t>یہی ہے ایمان کو زندہ کرنا۔ ایمان کو زندہ کرنا کیا</w:t>
      </w:r>
    </w:p>
    <w:p>
      <w:r>
        <w:rPr>
          <w:b/>
        </w:rPr>
        <w:t xml:space="preserve">[20:10] </w:t>
      </w:r>
      <w:r>
        <w:t>hai? Allah ki nematton ko yaad karna, Allah ki glory ko yaad karna, Allah ki nusrat ko yaad karna. jab nusrat ko yaad karte hain to aap ka talluq Allah se phir qaim hota hai,</w:t>
      </w:r>
    </w:p>
    <w:p>
      <w:pPr>
        <w:jc w:val="right"/>
      </w:pPr>
      <w:r>
        <w:t>ہے؟ اللہ کی نعمتوں کو یاد کرنا، اللہ کی گلوری کو یاد کرنا، اللہ کی نصرت کو یاد کرنا۔ جب نصرت کو یاد کرتے ہیں تو آپ کا تعلق اللہ سے پھر قائم ہوتا ہے،</w:t>
      </w:r>
    </w:p>
    <w:p>
      <w:r>
        <w:rPr>
          <w:b/>
        </w:rPr>
        <w:t xml:space="preserve">[20:23] </w:t>
      </w:r>
      <w:r>
        <w:t>asrar ka talluq qaim hota hai. yaani bande aur Khuda ke darmiyan aik revival hota hai, phir se talluq qaim hota hai.</w:t>
      </w:r>
    </w:p>
    <w:p>
      <w:pPr>
        <w:jc w:val="right"/>
      </w:pPr>
      <w:r>
        <w:t>اسرار کا تعلق قائم ہوتا ہے۔ یعنی بندے اور خدا کے درمیان ایک ریوائیول ہوتا ہے، پھر سے تعلق قائم ہوتا ہے۔</w:t>
      </w:r>
    </w:p>
    <w:p>
      <w:r>
        <w:rPr>
          <w:b/>
        </w:rPr>
        <w:t xml:space="preserve">[20:34] </w:t>
      </w:r>
      <w:r>
        <w:t>is se aap ke andar iman badhta rehta hai.</w:t>
      </w:r>
    </w:p>
    <w:p>
      <w:pPr>
        <w:jc w:val="right"/>
      </w:pPr>
      <w:r>
        <w:t>اس سے آپ کے اندر ایمان بڑھتا رہتا ہے۔</w:t>
      </w:r>
    </w:p>
    <w:p>
      <w:r>
        <w:rPr>
          <w:b/>
        </w:rPr>
        <w:t xml:space="preserve">[20:38] </w:t>
      </w:r>
      <w:r>
        <w:t>iman kabhi sard nahi ho pata, iman kabhi boseeda nahi ho pata. to har waqt socheye. ab dekhiye, kal parson akhbar mein khabar aayi thi.</w:t>
      </w:r>
    </w:p>
    <w:p>
      <w:pPr>
        <w:jc w:val="right"/>
      </w:pPr>
      <w:r>
        <w:t>ایمان کبھی سرد نہیں ہو پاتا، ایمان کبھی بوسیدہ نہیں ہو پاتا۔ تو ہر وقت سوچیے۔ اب دیکھیے، کل پرسوں اخبار میں خبر آئی تھی۔</w:t>
      </w:r>
    </w:p>
    <w:p>
      <w:r>
        <w:rPr>
          <w:b/>
        </w:rPr>
        <w:t xml:space="preserve">[20:50] </w:t>
      </w:r>
      <w:r>
        <w:t>yaani har cheez mein dekhiye, saman hota hai. is mein khabar thi ke Government of India ne, aap jante hain ke yeh Ganga nadi jo hai, bilkul polluted water ho gaya is ka.</w:t>
      </w:r>
    </w:p>
    <w:p>
      <w:pPr>
        <w:jc w:val="right"/>
      </w:pPr>
      <w:r>
        <w:t>یعنی ہر چیز میں دیکھیے، سامان ہوتا ہے۔ اس میں خبر تھی کہ گورنمنٹ آف انڈیا نے، آپ جانتے ہیں کہ یہ گنگا ندی جو ہے، بالکل پولیوٹڈ واٹر ہو گیا اس کا۔</w:t>
      </w:r>
    </w:p>
    <w:p>
      <w:r>
        <w:rPr>
          <w:b/>
        </w:rPr>
        <w:t xml:space="preserve">[21:04] </w:t>
      </w:r>
      <w:r>
        <w:t>yani pehle log gunga ka pani piya karte the,</w:t>
      </w:r>
    </w:p>
    <w:p>
      <w:pPr>
        <w:jc w:val="right"/>
      </w:pPr>
      <w:r>
        <w:t>یعنی پہلے لوگ گنگا کا پانی پیا کرتے تھے،</w:t>
      </w:r>
    </w:p>
    <w:p>
      <w:r>
        <w:rPr>
          <w:b/>
        </w:rPr>
        <w:t xml:space="preserve">[21:07] </w:t>
      </w:r>
      <w:r>
        <w:t>aaj koi gunga pani nahi peeta kyunke bilkul aalooda ho gaya gunga pani. to government of India ne 70 arab rupay ka project banaya hai, 70 billion rupay gunga ke pani ko purify karne ke liye.</w:t>
      </w:r>
    </w:p>
    <w:p>
      <w:pPr>
        <w:jc w:val="right"/>
      </w:pPr>
      <w:r>
        <w:t>آج کوئی گنگا پانی نہیں پیتا کیونکہ بالکل آلودہ ہو گیا گنگا پانی۔ تو گورنمنٹ آف انڈیا نے 70 ارب روپے کا پراجیکٹ بنایا ہے، 70 بلین روپے گنگا کے پانی کو پیوریفائی کرنے کے لیے۔</w:t>
      </w:r>
    </w:p>
    <w:p>
      <w:r>
        <w:rPr>
          <w:b/>
        </w:rPr>
        <w:t xml:space="preserve">[21:24] </w:t>
      </w:r>
      <w:r>
        <w:t>to maine socha ke mere body mein gunga beh rahi hai, yeh khoon jo daud raha hai har waqt, yeh kya hai? red gunga hai yeh, aur woh bhi pollute hota rehta hai.</w:t>
      </w:r>
    </w:p>
    <w:p>
      <w:pPr>
        <w:jc w:val="right"/>
      </w:pPr>
      <w:r>
        <w:t>تو میں نے سوچا کہ میرے باڈی میں گنگا بہہ رہی ہے، یہ خون جو دوڑ رہا ہے ہر وقت، یہ کیا ہے؟ ریڈ گنگا ہے یہ، اور وہ بھی پلوٹ ہوتا رہتا ہے۔</w:t>
      </w:r>
    </w:p>
    <w:p>
      <w:r>
        <w:rPr>
          <w:b/>
        </w:rPr>
        <w:t xml:space="preserve">[21:37] </w:t>
      </w:r>
      <w:r>
        <w:t>lekin jism ka ek nizam hai, jism ka ek system hai, har waqt purify karta hai khoon ko. har aadmi ke jism mein ek bahut bada nizam hai, bahut bada system hai blood purification ka.</w:t>
      </w:r>
    </w:p>
    <w:p>
      <w:pPr>
        <w:jc w:val="right"/>
      </w:pPr>
      <w:r>
        <w:t>لیکن جسم کا ایک نظام ہے، جسم کا ایک سسٹم ہے، ہر وقت پیوریفائی کرتا ہے خون کو۔ ہر آدمی کے جسم میں ایک بہت بڑا نظام ہے، بہت بڑا سسٹم ہے بلڈ پیوریفیکیشن کا۔</w:t>
      </w:r>
    </w:p>
    <w:p>
      <w:r>
        <w:rPr>
          <w:b/>
        </w:rPr>
        <w:t xml:space="preserve">[21:54] </w:t>
      </w:r>
      <w:r>
        <w:t>woh nizam agar kaam na kare to aap jante hain ke phir woh woh jana chahta hai, dialysis padti hai, badi musibat hoti hai woh.</w:t>
      </w:r>
    </w:p>
    <w:p>
      <w:pPr>
        <w:jc w:val="right"/>
      </w:pPr>
      <w:r>
        <w:t>وہ نظام اگر کام نہ کرے تو آپ جانتے ہیں کہ پھر وہ وہ جانا چاہتا ہے، ڈائلیسز پڑتی ہے، بڑی مصیبت ہوتی ہے وہ۔</w:t>
      </w:r>
    </w:p>
    <w:p>
      <w:r>
        <w:rPr>
          <w:b/>
        </w:rPr>
        <w:t xml:space="preserve">[22:01] </w:t>
      </w:r>
      <w:r>
        <w:t>to aap mujhe, maine socha ke mere jism pe gunga beh rahi hai aur har waqt purify kiya ja raha hai isko, lekin wahan 70 arab rupay ke project banaya ja raha hai.</w:t>
      </w:r>
    </w:p>
    <w:p>
      <w:pPr>
        <w:jc w:val="right"/>
      </w:pPr>
      <w:r>
        <w:t>تو آپ مجھے، میں نے سوچا کہ میرے جسم پہ گنگا بہہ رہی ہے اور ہر وقت پیوریفائی کیا جا رہا ہے اس کو، لیکن وہاں 70 ارب روپے کے پروجیکٹ بنایا جا رہا ہے۔</w:t>
      </w:r>
    </w:p>
    <w:p>
      <w:r>
        <w:rPr>
          <w:b/>
        </w:rPr>
        <w:t xml:space="preserve">[22:13] </w:t>
      </w:r>
      <w:r>
        <w:t>mujhe 70 rupay bhi nahi mangta mera body mujhse, 70 paisa bhi nahi mangta, aur free mein purify kar raha hai. yeh hai Khuda ka nizam, yeh Khuda ka nizam hai.</w:t>
      </w:r>
    </w:p>
    <w:p>
      <w:pPr>
        <w:jc w:val="right"/>
      </w:pPr>
      <w:r>
        <w:t>مجھے 70 روپے بھی نہیں مانگتا میرا باڈی مجھ سے، 70 پیسہ بھی نہیں مانگتا، اور فری میں پیوریفائی کر رہا ہے۔ یہ ہے خدا کا نظام، یہ خدا کا نظام ہے۔</w:t>
      </w:r>
    </w:p>
    <w:p>
      <w:r>
        <w:rPr>
          <w:b/>
        </w:rPr>
        <w:t xml:space="preserve">[22:28] </w:t>
      </w:r>
      <w:r>
        <w:t>to aap is tarah se jab sochte hain to aise item milte hain aap ko, aise item jo aap ko Allah ki yaad dilate hain, Allah ki nematoun ki yaad dilate hain, Allah ki glory ki yaad dilate hain.</w:t>
      </w:r>
    </w:p>
    <w:p>
      <w:pPr>
        <w:jc w:val="right"/>
      </w:pPr>
      <w:r>
        <w:t>تو آپ اس طریقے سے جب سوچتے ہیں تو ایسے آئٹم ملتے ہیں آپ کو، ایسے آئٹم جو آپ کو اللہ کی یاد دلاتے ہیں، اللہ کی نعمتوں کی یاد دلاتے ہیں، اللہ کی گلوری کی یاد دلاتے ہیں۔</w:t>
      </w:r>
    </w:p>
    <w:p>
      <w:r>
        <w:rPr>
          <w:b/>
        </w:rPr>
        <w:t xml:space="preserve">[22:43] </w:t>
      </w:r>
      <w:r>
        <w:t>wohi cheez aap ke liye iman ko taza karne ka zariya banti hai. to yahi hai tajdeed iman,</w:t>
      </w:r>
    </w:p>
    <w:p>
      <w:pPr>
        <w:jc w:val="right"/>
      </w:pPr>
      <w:r>
        <w:t>وہی چیز آپ کے لیے ایمان کو تازہ کرنے کا ذریعہ بنتی ہے۔ تو یہی ہے تجدید ایمان،</w:t>
      </w:r>
    </w:p>
    <w:p>
      <w:r>
        <w:rPr>
          <w:b/>
        </w:rPr>
        <w:t xml:space="preserve">[22:51] </w:t>
      </w:r>
      <w:r>
        <w:t>yahi hai revival of faith, aur yeh matlab iska ke tumhara iman boseeda hota rehta hai,</w:t>
      </w:r>
    </w:p>
    <w:p>
      <w:pPr>
        <w:jc w:val="right"/>
      </w:pPr>
      <w:r>
        <w:t>یہی ہے ریوائیول آف فیتھ، اور یہ مطلب اس کا کہ تمہارا ایمان بوسیدہ ہوتا رہتا ہے،</w:t>
      </w:r>
    </w:p>
    <w:p>
      <w:r>
        <w:rPr>
          <w:b/>
        </w:rPr>
        <w:t xml:space="preserve">[23:04] </w:t>
      </w:r>
      <w:r>
        <w:t>bore out hota rehta hai. to isko kaise phir se naya kiya jaye?</w:t>
      </w:r>
    </w:p>
    <w:p>
      <w:pPr>
        <w:jc w:val="right"/>
      </w:pPr>
      <w:r>
        <w:t>بور آؤٹ ہوتا رہتا ہے۔ تو اس کو کیسے پھر سے نیا کیا جائے؟</w:t>
      </w:r>
    </w:p>
    <w:p>
      <w:r>
        <w:rPr>
          <w:b/>
        </w:rPr>
        <w:t xml:space="preserve">[23:11] </w:t>
      </w:r>
      <w:r>
        <w:t>naya karne ka tarika yeh hai ke Khuda ki nematoun ko yaad karo, Khuda ke glory ko yaad karo, Khuda ke creation mein jo molecules hain, us ko yaad karte raho jo har taraf phailay hue hain, har taraf phailay hue hain.</w:t>
      </w:r>
    </w:p>
    <w:p>
      <w:pPr>
        <w:jc w:val="right"/>
      </w:pPr>
      <w:r>
        <w:t>نیا کرنے کا طریقہ یہ ہے کہ خدا کی نعمتوں کو یاد کرو، خدا کے گلوری کو یاد کرو، خدا کے کریشن میں جو ملیکلز ہیں، اس کو یاد کرتے رہو جو ہر طرف پھیلے ہوئے ہیں، ہر طرف پھیلے ہوئے ہیں۔</w:t>
      </w:r>
    </w:p>
    <w:p>
      <w:r>
        <w:rPr>
          <w:b/>
        </w:rPr>
        <w:t xml:space="preserve">[23:26] </w:t>
      </w:r>
      <w:r>
        <w:t>jaise main bolta hoon, aap yaqeen kijiye ke rozana main sochta hoon ke insan kaise bolta hai. har din main revive karta hoon us ko.</w:t>
      </w:r>
    </w:p>
    <w:p>
      <w:pPr>
        <w:jc w:val="right"/>
      </w:pPr>
      <w:r>
        <w:t>جیسے میں بولتا ہوں، آپ یقین کیجئے کہ روزانہ میں سوچتا ہوں کہ انسان کیسے بولتا ہے۔ ہر دن میں ریوائیو کرتا ہوں اس کو۔</w:t>
      </w:r>
    </w:p>
    <w:p>
      <w:r>
        <w:rPr>
          <w:b/>
        </w:rPr>
        <w:t xml:space="preserve">[23:35] </w:t>
      </w:r>
      <w:r>
        <w:t>"speech is a greatest miracle".</w:t>
      </w:r>
    </w:p>
    <w:p>
      <w:pPr>
        <w:jc w:val="right"/>
      </w:pPr>
      <w:r>
        <w:t>"اسپیچ از اے گریٹسٹ بریکل"۔</w:t>
      </w:r>
    </w:p>
    <w:p>
      <w:r>
        <w:rPr>
          <w:b/>
        </w:rPr>
        <w:t xml:space="preserve">[23:39] </w:t>
      </w:r>
      <w:r>
        <w:t>yeh kaise ek insan bolta hai, kaise doosra insan sunta hai, yeh ek bahut hi badi science hai.</w:t>
      </w:r>
    </w:p>
    <w:p>
      <w:pPr>
        <w:jc w:val="right"/>
      </w:pPr>
      <w:r>
        <w:t>یہ کیسے ایک انسان بولتا ہے، کیسے دوسرا انسان سنتا ہے، یہ ایک بہت ہی بڑی سائنس ہے۔</w:t>
      </w:r>
    </w:p>
    <w:p>
      <w:r>
        <w:rPr>
          <w:b/>
        </w:rPr>
        <w:t xml:space="preserve">[23:48] </w:t>
      </w:r>
      <w:r>
        <w:t>yani mere mind mein ek idea aaya, woh idea lafzon mein dhala, phir zuban par aaya, phir zuban boli, phir woh lehron mein dhala, phir doosre kaan tak pohancha.</w:t>
      </w:r>
    </w:p>
    <w:p>
      <w:pPr>
        <w:jc w:val="right"/>
      </w:pPr>
      <w:r>
        <w:t>یعنی میرے مائنڈ میں ایک آئیڈیا آیا، وہ آئیڈیا لفظوں میں ڈھلا، پھر زبان پر آیا، پھر زبان بولی، پھر وہ لہروں میں ڈھلا، پھر دوسرے کان تک پہنچا۔</w:t>
      </w:r>
    </w:p>
    <w:p>
      <w:r>
        <w:rPr>
          <w:b/>
        </w:rPr>
        <w:t xml:space="preserve">[23:59] </w:t>
      </w:r>
      <w:r>
        <w:t>is kaan ne lehron ko lafzon mein dhala, phir woh alfaaz dimagh tak pohanche.</w:t>
      </w:r>
    </w:p>
    <w:p>
      <w:pPr>
        <w:jc w:val="right"/>
      </w:pPr>
      <w:r>
        <w:t>اس کان نے لہروں کو لفظوں میں ڈھالا، پھر وہ الفاظ دماغ تک پہنچے۔</w:t>
      </w:r>
    </w:p>
    <w:p>
      <w:r>
        <w:rPr>
          <w:b/>
        </w:rPr>
        <w:t xml:space="preserve">[24:06] </w:t>
      </w:r>
      <w:r>
        <w:t>to yeh ek bahut bada process hai jo ek second mein sab ko hota rehta hai.</w:t>
      </w:r>
    </w:p>
    <w:p>
      <w:pPr>
        <w:jc w:val="right"/>
      </w:pPr>
      <w:r>
        <w:t>تو یہ ایک بہت بڑا پروسیس ہے جو ایک سیکنڈ میں سب کو ہوتا رہتا ہے۔</w:t>
      </w:r>
    </w:p>
    <w:p>
      <w:r>
        <w:rPr>
          <w:b/>
        </w:rPr>
        <w:t xml:space="preserve">[24:16] </w:t>
      </w:r>
      <w:r>
        <w:t>yani aap ka insan ka jo brain hai, har lamha woh active hai.</w:t>
      </w:r>
    </w:p>
    <w:p>
      <w:pPr>
        <w:jc w:val="right"/>
      </w:pPr>
      <w:r>
        <w:t>یعنی آپ کا انسان کا جو برین ہے، ہر لمحہ وہ ایکٹیو ہے۔</w:t>
      </w:r>
    </w:p>
    <w:p>
      <w:r>
        <w:rPr>
          <w:b/>
        </w:rPr>
        <w:t xml:space="preserve">[24:21] </w:t>
      </w:r>
      <w:r>
        <w:t>kaha jata hai ke brain ke ek sarson ke barabar jo jagah hai, us ke andar har har har second ek sau crore action aur interaction hota hai.</w:t>
      </w:r>
    </w:p>
    <w:p>
      <w:pPr>
        <w:jc w:val="right"/>
      </w:pPr>
      <w:r>
        <w:t>کہا جاتا ہے کہ برین کے ایک سرسوں کے برابر جو جگہ ہے، اس کے اندر ہر ہر ہر سیکنڈ ایک سو کروڑ ایکشن اور انٹریکشن ہوتا ہے۔</w:t>
      </w:r>
    </w:p>
    <w:p>
      <w:r>
        <w:rPr>
          <w:b/>
        </w:rPr>
        <w:t xml:space="preserve">[24:39] </w:t>
      </w:r>
      <w:r>
        <w:t>tabhi to itni jaldi sab kaam ho raha hai. ab is ko sochiye hain aap to Khuda ki glory se aap bilkul samandar mein gharaq ho jayenge.</w:t>
      </w:r>
    </w:p>
    <w:p>
      <w:pPr>
        <w:jc w:val="right"/>
      </w:pPr>
      <w:r>
        <w:t>تبھی تو اتنی جلدی سب کام ہو رہا ہے۔ اب اس کو سوچتیے ہیں آپ تو خدا کی گلوری سے آپ بالکل سمندر میں غرق ہو جائیں گے۔</w:t>
      </w:r>
    </w:p>
    <w:p>
      <w:r>
        <w:rPr>
          <w:b/>
        </w:rPr>
        <w:t xml:space="preserve">[24:51] </w:t>
      </w:r>
      <w:r>
        <w:t>to yeh hai iman ko revive karna, iman ko taza karna. is ki koi farz nahi hai. abhi main subah khada hua tha apne apne jo hum jis ko main kehta hoon "spiritual tree".</w:t>
      </w:r>
    </w:p>
    <w:p>
      <w:pPr>
        <w:jc w:val="right"/>
      </w:pPr>
      <w:r>
        <w:t>تو یہ ہے ایمان کو ریوائیو کرنا، ایمان کو تازہ کرنا۔ اس کی کوئی فرشت نہیں ہے۔ ابھی میں صبح کھڑا ہوا تھا اپنے اپنے جو ہم جس کو میں کہتا ہوں "اسپیچول ٹری"۔</w:t>
      </w:r>
    </w:p>
    <w:p>
      <w:r>
        <w:rPr>
          <w:b/>
        </w:rPr>
        <w:t xml:space="preserve">[25:06] </w:t>
      </w:r>
      <w:r>
        <w:t>mere ghar ke paas ghar ek darakht hai jis ki jis ki shakhain mere bajay par latki hui hain aur sayadar wahan ho gaya hai, woh corner.</w:t>
      </w:r>
    </w:p>
    <w:p>
      <w:pPr>
        <w:jc w:val="right"/>
      </w:pPr>
      <w:r>
        <w:t>میرے گھر کے پاس گھر ایک درخت ہے جس کی جس کی شاخیں میرے باجے پر لٹکی ہوئی ہیں اور سایہ دار وہاں ہو گیا ہے، وہ کارنر۔</w:t>
      </w:r>
    </w:p>
    <w:p>
      <w:r>
        <w:rPr>
          <w:b/>
        </w:rPr>
        <w:t xml:space="preserve">[25:20] </w:t>
      </w:r>
      <w:r>
        <w:t>to yahi darakht jo tha, khazan ke mausam mein sokhi lakri bana hua tha, bilkul thand. aaj shadab khada hua hai.</w:t>
      </w:r>
    </w:p>
    <w:p>
      <w:pPr>
        <w:jc w:val="right"/>
      </w:pPr>
      <w:r>
        <w:t>تو یہی درخت جو تھا، خزاں کے موسم میں سوکھی لکڑی بنا ہوا تھا، بالکل ٹھنڈ۔ آج شاداب کھڑا ہوا ہے۔</w:t>
      </w:r>
    </w:p>
    <w:p>
      <w:r>
        <w:rPr>
          <w:b/>
        </w:rPr>
        <w:t xml:space="preserve">[25:33] </w:t>
      </w:r>
      <w:r>
        <w:t>us ko maine dekha to maine kaha, "kisi ajib gharib nemat, qudrat hai Allah taala ki ke thand ko shadab kar diya us ne." khushk lakri mein hari hari patiyan nikal aayin.</w:t>
      </w:r>
    </w:p>
    <w:p>
      <w:pPr>
        <w:jc w:val="right"/>
      </w:pPr>
      <w:r>
        <w:t>اس کو میں نے دیکھا تو میں نے کہا، "کسی عجیب غریب نعمت، قدرت ہے اللہ تعالی کی کہ ٹھنڈ کو شاداب کر دیا اس نے۔" خشک لکڑی میں ہری ہری پتیاں نکل آئیں۔</w:t>
      </w:r>
    </w:p>
    <w:p>
      <w:r>
        <w:rPr>
          <w:b/>
        </w:rPr>
        <w:t xml:space="preserve">[25:49] </w:t>
      </w:r>
      <w:r>
        <w:t>woh peR jo is se pehle jis mein saaya nahi aa raha tha, ab is mein saaya aane laga. kaisi ajeeb qudrat Allah taala ki hai. toh woh woh mein ne apne imaan ko revive kiya.</w:t>
      </w:r>
    </w:p>
    <w:p>
      <w:pPr>
        <w:jc w:val="right"/>
      </w:pPr>
      <w:r>
        <w:t>وہ پیڑ جو اس سے پہلے جس میں سایہ نہیں آ رہا تھا، اب اس میں سایہ آنے لگا۔ کیسی عجیب قدرت اللہ تعالی کی ہے۔ تو وہ وہ میں نے اپنے ایمان کو ریوائیو کیا۔</w:t>
      </w:r>
    </w:p>
    <w:p>
      <w:r>
        <w:rPr>
          <w:b/>
        </w:rPr>
        <w:t xml:space="preserve">[26:02] </w:t>
      </w:r>
      <w:r>
        <w:t>toh dekhiye, "ya allazina aamanu aamanu". aye iman le walo! aye iman lane walo! iman lao. ka matlab kya hai? apne iman ke liye naye naye item ko reference banao,</w:t>
      </w:r>
    </w:p>
    <w:p>
      <w:pPr>
        <w:jc w:val="right"/>
      </w:pPr>
      <w:r>
        <w:t>تو دیکھیے، "یا الذین آمنوا آمنوا"۔ اے ایمان لے والو! اے ایمان لانے والو! ایمان لاؤ۔ کا مطلب کیا ہے؟ اپنے ایمان کے لیے نئے نئے آئٹم کو ریفرنس بناؤ،</w:t>
      </w:r>
    </w:p>
    <w:p>
      <w:r>
        <w:rPr>
          <w:b/>
        </w:rPr>
        <w:t xml:space="preserve">[26:16] </w:t>
      </w:r>
      <w:r>
        <w:t>apni aur aur Khuda ki nematon ko taaza karte raho. tab iman ek zinda iman bana rahega ke iman murda nahi hone payega.</w:t>
      </w:r>
    </w:p>
    <w:p>
      <w:pPr>
        <w:jc w:val="right"/>
      </w:pPr>
      <w:r>
        <w:t>اپنی اور اور خدا کی نعمتوں کو تازہ کرتے رہو۔ تب ایمان ایک زندہ ایمان بنا رہے گا کہ ایمان مردہ نہیں ہونے پائے گا۔</w:t>
      </w:r>
    </w:p>
    <w:p>
      <w:r>
        <w:rPr>
          <w:b/>
        </w:rPr>
        <w:t xml:space="preserve">[26:27] </w:t>
      </w:r>
      <w:r>
        <w:t>yeh matlab hai is ka. toh hum mein is har shakhs ka ek ki yeh zaroorat hai ke woh apne iman ko dead iman na hone de. agar iman sirf lafzi hai toh woh dead iman hai.</w:t>
      </w:r>
    </w:p>
    <w:p>
      <w:pPr>
        <w:jc w:val="right"/>
      </w:pPr>
      <w:r>
        <w:t>یہ مطلب ہے اس کا۔ تو ہم میں اس ہر شخص کا ایک کی یہ ضرورت ہے کہ وہ اپنے ایمان کو ڈیڈ ایمان نہ ہونے دے۔ اگر ایمان صرف لفظی ہے تو وہ ڈیڈ ایمان ہے۔</w:t>
      </w:r>
    </w:p>
    <w:p>
      <w:r>
        <w:rPr>
          <w:b/>
        </w:rPr>
        <w:t xml:space="preserve">[26:39] </w:t>
      </w:r>
      <w:r>
        <w:t>agar iman yani is ki spirit zinda hai, is ka inner content zinda hai toh phir woh zinda iman hai. yeh matlab hai is hadith ka, is ayat ka.</w:t>
      </w:r>
    </w:p>
    <w:p>
      <w:pPr>
        <w:jc w:val="right"/>
      </w:pPr>
      <w:r>
        <w:t>اگر ایمان یعنی اس کی سپرٹ زندہ ہے، اس کا انر کنٹینٹ زندہ ہے تو پھر وہ زندہ ایمان ہے۔ یہ مطلب ہے اس حدیث کا، اس آیت کا۔</w:t>
      </w:r>
    </w:p>
    <w:p>
      <w:r>
        <w:rPr>
          <w:b/>
        </w:rPr>
        <w:t xml:space="preserve">[26:52] </w:t>
      </w:r>
      <w:r>
        <w:t>phir ek baat yeh hai, dekhiye, iman</w:t>
      </w:r>
    </w:p>
    <w:p>
      <w:pPr>
        <w:jc w:val="right"/>
      </w:pPr>
      <w:r>
        <w:t>پھر ایک بات یہ ہے، دیکھیے، ایمان</w:t>
      </w:r>
    </w:p>
    <w:p>
      <w:r>
        <w:rPr>
          <w:b/>
        </w:rPr>
        <w:t xml:space="preserve">[27:00] </w:t>
      </w:r>
      <w:r>
        <w:t>ko sirf agar is agar sirf iman hi rahe, tab bhi woh bara iman nahi banega. iman ke sath mission ko lagana padega aap ko.</w:t>
      </w:r>
    </w:p>
    <w:p>
      <w:pPr>
        <w:jc w:val="right"/>
      </w:pPr>
      <w:r>
        <w:t>کو صرف اگر اس اگر صرف ایمان ہی رہے، تب بھی وہ بڑا ایمان نہیں بنے گا۔ ایمان کے ساتھ مشن کو لگانا پڑے گا آپ کو۔</w:t>
      </w:r>
    </w:p>
    <w:p>
      <w:r>
        <w:rPr>
          <w:b/>
        </w:rPr>
        <w:t xml:space="preserve">[27:12] </w:t>
      </w:r>
      <w:r>
        <w:t>imaan ke sath mission yani aap ka iman agar ek zaati aqeedah rahe toh woh aap ke liye koi bara source nahi banega marifat ka.</w:t>
      </w:r>
    </w:p>
    <w:p>
      <w:pPr>
        <w:jc w:val="right"/>
      </w:pPr>
      <w:r>
        <w:t>ایمان کے ساتھ مشن یعنی آپ کا ایمان اگر ایک ذاتی عقیدہ رہے تو وہ آپ کے لیے کوئی بڑا سورس نہیں بنے گا معرفت کا۔</w:t>
      </w:r>
    </w:p>
    <w:p>
      <w:r>
        <w:rPr>
          <w:b/>
        </w:rPr>
        <w:t xml:space="preserve">[27:21] </w:t>
      </w:r>
      <w:r>
        <w:t>yeh bhi yaad rakhiye ke iman agar aap ne kalma padh liya, tab toh woh kuch bhi nahi, woh toh lafz service hai. lekin agar aap ek is se aage badhe, yani sochte rahe aap aur iman ko marifat banate rahe bar bar, tab bhi woh iman bohat bara iman nahi hoga.</w:t>
      </w:r>
    </w:p>
    <w:p>
      <w:pPr>
        <w:jc w:val="right"/>
      </w:pPr>
      <w:r>
        <w:t>یہ بھی یاد رکھیے کہ ایمان اگر آپ نے کلمہ پڑھ لیا، تب تو وہ کچھ بھی نہیں، وہ تو لفظ سروس ہے۔ لیکن اگر آپ ایک اس سے آگے بڑھے، یعنی سوچتے رہے آپ اور ایمان کو معرفت بناتے رہے بار بار، تب بھی وہ ایمان بہت بڑا ایمان نہیں ہوگا۔</w:t>
      </w:r>
    </w:p>
    <w:p>
      <w:r>
        <w:rPr>
          <w:b/>
        </w:rPr>
        <w:t xml:space="preserve">[27:43] </w:t>
      </w:r>
      <w:r>
        <w:t>is mein hum ko aap ko mission ko shamil karna padega. iman "faith with mission". kyun?</w:t>
      </w:r>
    </w:p>
    <w:p>
      <w:pPr>
        <w:jc w:val="right"/>
      </w:pPr>
      <w:r>
        <w:t>اس میں ہم کو آپ کو مشن کو شامل کرنا پڑے گا۔ ایمان "فیتھ ود مشن"۔ کیوں؟</w:t>
      </w:r>
    </w:p>
    <w:p>
      <w:r>
        <w:rPr>
          <w:b/>
        </w:rPr>
        <w:t xml:space="preserve">[27:50] </w:t>
      </w:r>
      <w:r>
        <w:t>mission dekhiye, aap ko challenge deta hai. "faith with mission" is a challenge. "faith without mission" agar hai toh woh koi challenge hi nahi.</w:t>
      </w:r>
    </w:p>
    <w:p>
      <w:pPr>
        <w:jc w:val="right"/>
      </w:pPr>
      <w:r>
        <w:t>مشن دیکھیے، آپ کو چیلنج دیتا ہے۔ "فیتھ ود مشن" از اے چیلنج۔ "فیتھ ودا آؤٹ مشن" اگر ہے تو وہ کوئی چیلنج ہی نہیں۔</w:t>
      </w:r>
    </w:p>
    <w:p>
      <w:r>
        <w:rPr>
          <w:b/>
        </w:rPr>
        <w:t xml:space="preserve">[28:05] </w:t>
      </w:r>
      <w:r>
        <w:t>challenge mein kya hota hai? har waqt naye waqiat, har waqt ek naya masla, har waqt ek naya problem. woh har waqt aap ko mind ko activate karne ke liye naye naye event, naya naya experience.</w:t>
      </w:r>
    </w:p>
    <w:p>
      <w:pPr>
        <w:jc w:val="right"/>
      </w:pPr>
      <w:r>
        <w:t>چیلنج میں کیا ہوتا ہے؟ ہر وقت نئے واقعات، ہر وقت ایک نیا مسئلہ، ہر وقت ایک نیا پرابلم۔ وہ ہر وقت آپ کو مائنڈ کو ایکٹیویٹ کرنے کے لیے نئے نئے ایونٹ، نیا نیا ایکسپیرینس۔</w:t>
      </w:r>
    </w:p>
    <w:p>
      <w:r>
        <w:rPr>
          <w:b/>
        </w:rPr>
        <w:t xml:space="preserve">[28:19] </w:t>
      </w:r>
      <w:r>
        <w:t>nahi toh zindagi spot ho jati hai. agar aap ki zindagi mein mission nahi hai toh aap ki zindagi spot ho jayegi, spot. aur zindagi mein mission hai toh woh aap ko active rakhega.</w:t>
      </w:r>
    </w:p>
    <w:p>
      <w:pPr>
        <w:jc w:val="right"/>
      </w:pPr>
      <w:r>
        <w:t>نہیں تو زندگی سپاٹ ہو جاتی ہے۔ اگر آپ کی زندگی میں مشن نہیں ہے تو آپ کی زندگی سپاٹ ہو جائے گی، سپاٹ۔ اور زندگی میں مشن ہے تو وہ آپ کو ایکٹیو رکھے گا۔</w:t>
      </w:r>
    </w:p>
    <w:p>
      <w:r>
        <w:rPr>
          <w:b/>
        </w:rPr>
        <w:t xml:space="preserve">[28:32] </w:t>
      </w:r>
      <w:r>
        <w:t>abhi dekhiye, hamare abhi subah mein yahan aaya toh hamare yani hamare mission ke ek saathi Mr. Mehtab ab bohat door se aate hain, yeh Dhampur se.</w:t>
      </w:r>
    </w:p>
    <w:p>
      <w:pPr>
        <w:jc w:val="right"/>
      </w:pPr>
      <w:r>
        <w:t>ابھی دیکھیے، ہمارے ابھی صبح میں یہاں آیا تو ہمارے یعنی ہمارے مشن کے ایک ساتھی مسٹر مہتاب اب بہت دور سے آتے ہیں، یہ دھام پور سے۔</w:t>
      </w:r>
    </w:p>
    <w:p>
      <w:r>
        <w:rPr>
          <w:b/>
        </w:rPr>
        <w:t xml:space="preserve">[28:46] </w:t>
      </w:r>
      <w:r>
        <w:t>mein sochne laga ke wahan se kya cheez ko laye? yahan kai ghante ka safar kar ke yahan aaye, woh kya cheez hai? yeh mission hai. agar woh agar un ki agar un ka iman mission na bana hota toh naam kya tha ke wahan se safar kar ke woh yahan aayein?</w:t>
      </w:r>
    </w:p>
    <w:p>
      <w:pPr>
        <w:jc w:val="right"/>
      </w:pPr>
      <w:r>
        <w:t>میں سوچنے لگا کہ وہاں سے کیا چیز کو لائیے؟ یہاں کئی گھنٹے کا سفر کر کے یہاں آئے، وہ کیا چیز ہے؟ یہ مشن ہے۔ اگر وہ اگر ان کی اگر ان کا ایمان مشن نہ بنا ہوتا تو نام کیا تھا کہ وہاں سے سفر کر کے وہ یہاں آئیں؟</w:t>
      </w:r>
    </w:p>
    <w:p>
      <w:r>
        <w:rPr>
          <w:b/>
        </w:rPr>
        <w:t xml:space="preserve">[29:04] </w:t>
      </w:r>
      <w:r>
        <w:t>abhi Mr. Shahid Anwar hain, woh Road ke se aaye hain. toh mein ne socha tha ke kyun aaye hain? agar iman sirf iman hota toh nahi aa sakte the.</w:t>
      </w:r>
    </w:p>
    <w:p>
      <w:pPr>
        <w:jc w:val="right"/>
      </w:pPr>
      <w:r>
        <w:t>ابھی مسٹر شاہد انور ہیں، وہ روڈ کے سے آئے ہیں۔ تو میں نے سوچا تھا کہ کیوں آئے ہیں؟ اگر ایمان صرف ایمان ہوتا تو نہیں آ سکتے تھے۔</w:t>
      </w:r>
    </w:p>
    <w:p>
      <w:r>
        <w:rPr>
          <w:b/>
        </w:rPr>
        <w:t xml:space="preserve">[29:13] </w:t>
      </w:r>
      <w:r>
        <w:t>woh</w:t>
      </w:r>
    </w:p>
    <w:p>
      <w:pPr>
        <w:jc w:val="right"/>
      </w:pPr>
      <w:r>
        <w:t>وہ</w:t>
      </w:r>
    </w:p>
    <w:p>
      <w:r>
        <w:rPr>
          <w:b/>
        </w:rPr>
        <w:t xml:space="preserve">[29:14] </w:t>
      </w:r>
      <w:r>
        <w:t>un ka iman ek mission ban gaya, is liye aaye hain. woh toh yaad rakhiye, pehli baat yeh mein ne kahi ke agar aap ka iman sirf talaffuz kalma hai toh woh lafz service hai, is ki koi value nahi.</w:t>
      </w:r>
    </w:p>
    <w:p>
      <w:pPr>
        <w:jc w:val="right"/>
      </w:pPr>
      <w:r>
        <w:t>ان کا ایمان ایک مشن بن گیا، اس لیے آئے ہیں۔ وہ تو یاد رکھیے، پہلی بات یہ میں نے کہی کہ اگر آپ کا ایمان صرف تلفظ کلمہ ہے تو وہ لفظ سروس ہے، اس کی کوئی ویلیو نہیں۔</w:t>
      </w:r>
    </w:p>
    <w:p>
      <w:r>
        <w:rPr>
          <w:b/>
        </w:rPr>
        <w:t xml:space="preserve">[29:30] </w:t>
      </w:r>
      <w:r>
        <w:t>is ke baad doosra darja hai ke aap ka iman marifat ban jaye. aap ka iman jo hai, aap us ko revive karte raho,</w:t>
      </w:r>
    </w:p>
    <w:p>
      <w:pPr>
        <w:jc w:val="right"/>
      </w:pPr>
      <w:r>
        <w:t>اس کے بعد دوسرا درجہ ہے کہ آپ کا ایمان معرفت بن جائے۔ آپ کا ایمان جو ہے، آپ اس کو ریوائیو کرتے رہیں،</w:t>
      </w:r>
    </w:p>
    <w:p>
      <w:r>
        <w:rPr>
          <w:b/>
        </w:rPr>
        <w:t xml:space="preserve">[29:39] </w:t>
      </w:r>
      <w:r>
        <w:t>soch soch kar is mein naya yani naya pan late raho, tab bhi woh bara iman nahi hai. agarche is se bara hai, talaffuz kalma se bara hai woh, lekin phir bhi woh Khuda ke shana shan jo iman darkar hai, us se woh kam hai.</w:t>
      </w:r>
    </w:p>
    <w:p>
      <w:pPr>
        <w:jc w:val="right"/>
      </w:pPr>
      <w:r>
        <w:t>سوچ سوچ کر اس میں نیا یعنی نیا پن لاتے رہیں، تب بھی وہ بڑا ایمان نہیں ہے۔ اگرچہ اس سے بڑا ہے، تلفظ کلمہ سے بڑا ہے وہ، لیکن پھر بھی وہ خدا کے شانہ شان جو ایمان درکار ہے، اس سے وہ کم ہے۔</w:t>
      </w:r>
    </w:p>
    <w:p>
      <w:r>
        <w:rPr>
          <w:b/>
        </w:rPr>
        <w:t xml:space="preserve">[29:58] </w:t>
      </w:r>
      <w:r>
        <w:t>toh aap apne iman ko jab mission banate hain, yani mission kya hai?</w:t>
      </w:r>
    </w:p>
    <w:p>
      <w:pPr>
        <w:jc w:val="right"/>
      </w:pPr>
      <w:r>
        <w:t>تو آپ اپنے ایمان کو جب مشن بناتے ہیں، یعنی مشن کیا ہے؟</w:t>
      </w:r>
    </w:p>
    <w:p>
      <w:r>
        <w:rPr>
          <w:b/>
        </w:rPr>
        <w:t xml:space="preserve">[30:05] </w:t>
      </w:r>
      <w:r>
        <w:t>iman la kar aap ko jo discovery hui hai, iman billah ke zariye aap ne jo ek nayi duniya daryaft ki hai, ek naya masjid daryaft kiya hai, aap ne jo Allah taala ka jo creation plan hai, us ko daryaft kiya hai.</w:t>
      </w:r>
    </w:p>
    <w:p>
      <w:pPr>
        <w:jc w:val="right"/>
      </w:pPr>
      <w:r>
        <w:t>ایمان لا کر آپ کو جو ڈسکوری ہوئی ہے، ایمان باللہ کے ذریعے آپ نے جو ایک نئی دنیا دریافت کی ہے، ایک نیا مسجد دریافت کیا ہے، آپ نے جو اللہ تعالی کا جو کریشن پلان ہے، اس کو دریافت کیا ہے۔</w:t>
      </w:r>
    </w:p>
    <w:p>
      <w:r>
        <w:rPr>
          <w:b/>
        </w:rPr>
        <w:t xml:space="preserve">[30:24] </w:t>
      </w:r>
      <w:r>
        <w:t>ab is ko aap chahte hain ke doosron ko bataun, mein doosron ko ba-khabar karun is se toh kitna badh jayega?</w:t>
      </w:r>
    </w:p>
    <w:p>
      <w:pPr>
        <w:jc w:val="right"/>
      </w:pPr>
      <w:r>
        <w:t>اب اس کو آپ چاہتے ہیں کہ دوسروں کو بتاؤں، میں دوسروں کو باخبر کروں اس سے تو کتنا بڑھ جائے گا؟</w:t>
      </w:r>
    </w:p>
    <w:p>
      <w:r>
        <w:rPr>
          <w:b/>
        </w:rPr>
        <w:t xml:space="preserve">[30:33] </w:t>
      </w:r>
      <w:r>
        <w:t>yani duniya mein is waqt seven billion insan hain. toh agar aap sirf kalma padh liya hai aap ne toh woh kalma agar ek darje ki baat hai, ek darja agar woh bashar ban gaya toh seven billion time badh jayega.</w:t>
      </w:r>
    </w:p>
    <w:p>
      <w:pPr>
        <w:jc w:val="right"/>
      </w:pPr>
      <w:r>
        <w:t>یعنی دنیا میں اس وقت سیون بلین انسان ہیں۔ تو اگر آپ صرف کلمہ پڑھ لیا ہے آپ نے تو وہ کلمہ اگر ایک درجے کی بات ہے، ایک درجہ اگر وہ بشر بن گیا تو سیون بلین ٹائم بڑھ جائے گا۔</w:t>
      </w:r>
    </w:p>
    <w:p>
      <w:r>
        <w:rPr>
          <w:b/>
        </w:rPr>
        <w:t xml:space="preserve">[30:46] </w:t>
      </w:r>
      <w:r>
        <w:t>woh</w:t>
      </w:r>
    </w:p>
    <w:p>
      <w:pPr>
        <w:jc w:val="right"/>
      </w:pPr>
      <w:r>
        <w:t>وہ</w:t>
      </w:r>
    </w:p>
    <w:p>
      <w:r>
        <w:rPr>
          <w:b/>
        </w:rPr>
        <w:t xml:space="preserve">[30:49] </w:t>
      </w:r>
      <w:r>
        <w:t>ya aap ne kaha ke ash'hadu an la ilaha illallah wa ash'hadu an muhammadan abduhu wa rasuluhu to yeh ek darje ka imaan hua, ek darje ka imaan ke aap ne khud padh liya, khud padh ke ke aap momin ban gaye.</w:t>
      </w:r>
    </w:p>
    <w:p>
      <w:pPr>
        <w:jc w:val="right"/>
      </w:pPr>
      <w:r>
        <w:t>یا آپ نے کہا کہ اشھد ان لا الہ الا اللہ واشہد ان محمد عبدہ ورسولہ تو یہ ایک درجے کا ایمان ہوا، ایک درجے کا ایمان کہ آپ نے خود پڑھ لیا، خود پڑھ کے کہ آپ مومن بن گئے۔</w:t>
      </w:r>
    </w:p>
    <w:p>
      <w:r>
        <w:rPr>
          <w:b/>
        </w:rPr>
        <w:t xml:space="preserve">[31:04] </w:t>
      </w:r>
      <w:r>
        <w:t>to yeh ek darje ka imaan hai. lekin jab aap ko mission ban jaye, woh ke jo haqeeqat mili hai aap ko is imaan ke zariye, jo message mila hai, woh message ko aap mission</w:t>
      </w:r>
    </w:p>
    <w:p>
      <w:pPr>
        <w:jc w:val="right"/>
      </w:pPr>
      <w:r>
        <w:t>تو یہ ایک درجے کا ایمان ہے۔ لیکن جب آپ کو مشن بن جائے، وہ کہ جو حقیقت ملی ہے آپ کو اس ایمان کے ذریعے، جو مسج ملا ہے، وہ مسج کو آپ مشن</w:t>
      </w:r>
    </w:p>
    <w:p>
      <w:r>
        <w:rPr>
          <w:b/>
        </w:rPr>
        <w:t xml:space="preserve">[31:17] </w:t>
      </w:r>
      <w:r>
        <w:t>bana dein, sari duniya ko pahunchane ka, tab aap ke andar jazba paida ho jaye. to is mani ke ek billion, seven billion time badh gaya.</w:t>
      </w:r>
    </w:p>
    <w:p>
      <w:pPr>
        <w:jc w:val="right"/>
      </w:pPr>
      <w:r>
        <w:t>بنا دیں، ساری دنیا کو پہنچانے کا، تب آپ کے اندر جذبہ پیدا ہو جائے۔ تو اس معنی کہ ایک بلین، سیون بلین ٹائم بڑھ گیا۔</w:t>
      </w:r>
    </w:p>
    <w:p>
      <w:r>
        <w:rPr>
          <w:b/>
        </w:rPr>
        <w:t xml:space="preserve">[31:26] </w:t>
      </w:r>
      <w:r>
        <w:t>woh aap sochein ke sab kaise sab ko pahunchaun? achha, jab aap pahunchayenge to is se interaction hoga, woh question karega, woh question karega, aap sochenge.</w:t>
      </w:r>
    </w:p>
    <w:p>
      <w:pPr>
        <w:jc w:val="right"/>
      </w:pPr>
      <w:r>
        <w:t>وہ آپ سوچیں کہ سب کیسے سب کو پہنچاؤں؟ اچھا، جب آپ پہنچائیں گے تو اس سے انٹریکشن ہوگا، وہ کوئسچن کرے گا، وہ کوئسچن کرے گا، آپ سوچیں گے۔</w:t>
      </w:r>
    </w:p>
    <w:p>
      <w:r>
        <w:rPr>
          <w:b/>
        </w:rPr>
        <w:t xml:space="preserve">[31:41] </w:t>
      </w:r>
      <w:r>
        <w:t>to yeh "that is awakening of mind".</w:t>
      </w:r>
    </w:p>
    <w:p>
      <w:pPr>
        <w:jc w:val="right"/>
      </w:pPr>
      <w:r>
        <w:t>تو یہ "دیٹ از اویکننگ آف مائنڈ"۔</w:t>
      </w:r>
    </w:p>
    <w:p>
      <w:r>
        <w:rPr>
          <w:b/>
        </w:rPr>
        <w:t xml:space="preserve">[31:44] </w:t>
      </w:r>
      <w:r>
        <w:t>naye naye challenge, naye naye issues, naye naye experience, is se aap ki zindagi eventful life ban jayegi, eventful life.</w:t>
      </w:r>
    </w:p>
    <w:p>
      <w:pPr>
        <w:jc w:val="right"/>
      </w:pPr>
      <w:r>
        <w:t>نئے نئے چیلنج، نئے نئے ایشوز، نئے نئے ایکسپیرینس، اس سے آپ کی زندگی ایونٹ فل لائف بن جائے گی، ایونٹ فل لائف۔</w:t>
      </w:r>
    </w:p>
    <w:p>
      <w:r>
        <w:rPr>
          <w:b/>
        </w:rPr>
        <w:t xml:space="preserve">[31:54] </w:t>
      </w:r>
      <w:r>
        <w:t>ab sochein kitna bada inqilab aa jayega jab aap ka mission mein imaan aap ka mission ban jaye,</w:t>
      </w:r>
    </w:p>
    <w:p>
      <w:pPr>
        <w:jc w:val="right"/>
      </w:pPr>
      <w:r>
        <w:t>اب سوچیں کتنا بڑا انقلاب آ جائے گا جب آپ کا مشن میں ایمان آپ کا مشن بن جائے،</w:t>
      </w:r>
    </w:p>
    <w:p>
      <w:r>
        <w:rPr>
          <w:b/>
        </w:rPr>
        <w:t xml:space="preserve">[32:03] </w:t>
      </w:r>
      <w:r>
        <w:t>jab aap ka imaan ek mission ban jaye.</w:t>
      </w:r>
    </w:p>
    <w:p>
      <w:pPr>
        <w:jc w:val="right"/>
      </w:pPr>
      <w:r>
        <w:t>جب آپ کا ایمان ایک مشن بن جائے۔</w:t>
      </w:r>
    </w:p>
    <w:p>
      <w:r>
        <w:rPr>
          <w:b/>
        </w:rPr>
        <w:t xml:space="preserve">[32:06] </w:t>
      </w:r>
      <w:r>
        <w:t>ek shakhs se mein mila jo kisi office mein kaam karte hain, woh un ka kaam tha ke bas mez par kagazat hote hain, woh kaam karte rehte hain table par.</w:t>
      </w:r>
    </w:p>
    <w:p>
      <w:pPr>
        <w:jc w:val="right"/>
      </w:pPr>
      <w:r>
        <w:t>ایک شخص سے میں ملا جو کسی آفس میں کام کرتے ہیں، وہ ان کا کام تھا کہ بس میز پر کاغذات ہوتے ہیں، وہ کام کرتے رہتے ہیں ٹیبل پر۔</w:t>
      </w:r>
    </w:p>
    <w:p>
      <w:r>
        <w:rPr>
          <w:b/>
        </w:rPr>
        <w:t xml:space="preserve">[32:17] </w:t>
      </w:r>
      <w:r>
        <w:t>to unhone kaha ke mein chhodne wala hoon is job ko. mein ne kaha kyun? halanke achhi tankhwah thi un ki. mein ne kaha kyun?</w:t>
      </w:r>
    </w:p>
    <w:p>
      <w:pPr>
        <w:jc w:val="right"/>
      </w:pPr>
      <w:r>
        <w:t>تو انہوں نے کہا کہ میں چھوڑنے والا ہوں اس جاب کو۔ میں نے کہا کیوں؟ حالانکہ اچھی تنخواہ تھی ان کی۔ میں نے کہا کیوں؟</w:t>
      </w:r>
    </w:p>
    <w:p>
      <w:r>
        <w:rPr>
          <w:b/>
        </w:rPr>
        <w:t xml:space="preserve">[32:26] </w:t>
      </w:r>
      <w:r>
        <w:t>unhone kaha ke is mein kuch challenge nahi, bas ek routine work hai, usi ko mein kar raha hoon. ek routine work hai, subah se shaam tak wahi kar raha hoon,</w:t>
      </w:r>
    </w:p>
    <w:p>
      <w:pPr>
        <w:jc w:val="right"/>
      </w:pPr>
      <w:r>
        <w:t>انہوں نے کہا کہ اس میں کچھ چیلنج نہیں، بس ایک روٹین ورک ہے، اسی کو میں کر رہا ہوں۔ ایک روٹین ورک ہے، صبح سے شام تک وہی کر رہا ہوں،</w:t>
      </w:r>
    </w:p>
    <w:p>
      <w:r>
        <w:rPr>
          <w:b/>
        </w:rPr>
        <w:t xml:space="preserve">[32:35] </w:t>
      </w:r>
      <w:r>
        <w:t>kuch challenge nahi hai. jab mein field mein niklunga, field mein aur logon se milunga to woh har waqt mujhe challenge pesh aayega.</w:t>
      </w:r>
    </w:p>
    <w:p>
      <w:pPr>
        <w:jc w:val="right"/>
      </w:pPr>
      <w:r>
        <w:t>کچھ چیلنج نہیں ہے۔ جب میں فیلڈ میں نکلوں گا، فیلڈ میں اور لوگوں سے ملوں گا تو وہ ہر وقت مجھے چیلنج پیش آئے گا۔</w:t>
      </w:r>
    </w:p>
    <w:p>
      <w:r>
        <w:rPr>
          <w:b/>
        </w:rPr>
        <w:t xml:space="preserve">[32:46] </w:t>
      </w:r>
      <w:r>
        <w:t>to mein woh chahta hoon. wahi baat yahan bhi hai, unhone yeh baat kahi apne maadi aitbar se.</w:t>
      </w:r>
    </w:p>
    <w:p>
      <w:pPr>
        <w:jc w:val="right"/>
      </w:pPr>
      <w:r>
        <w:t>تو میں وہ چاہتا ہوں۔ وہی بات یہاں بھی ہے، انہوں نے یہ بات کہی اپنے مادی اعتبار سے۔</w:t>
      </w:r>
    </w:p>
    <w:p>
      <w:r>
        <w:rPr>
          <w:b/>
        </w:rPr>
        <w:t xml:space="preserve">[32:55] </w:t>
      </w:r>
      <w:r>
        <w:t>wahi baat yahan bhi hai ke agar aap ka imaan ek kalma ko padh lena hai ya ek kalma ko samajh lena hai to woh ek wahi yaani routine ki tarah ka goya ek kaam ho gaya.</w:t>
      </w:r>
    </w:p>
    <w:p>
      <w:pPr>
        <w:jc w:val="right"/>
      </w:pPr>
      <w:r>
        <w:t>وہی بات یہاں بھی ہے کہ اگر آپ کا ایمان ایک کلمہ کو پڑھ لینا ہے یا ایک کلمہ کو سمجھ لینا ہے تو وہ ایک وہی یعنی روٹین کی طرح کا گویا ایک کام ہو گیا۔</w:t>
      </w:r>
    </w:p>
    <w:p>
      <w:r>
        <w:rPr>
          <w:b/>
        </w:rPr>
        <w:t xml:space="preserve">[33:17] </w:t>
      </w:r>
      <w:r>
        <w:t>lekin</w:t>
      </w:r>
    </w:p>
    <w:p>
      <w:pPr>
        <w:jc w:val="right"/>
      </w:pPr>
      <w:r>
        <w:t>لیکن</w:t>
      </w:r>
    </w:p>
    <w:p>
      <w:r>
        <w:rPr>
          <w:b/>
        </w:rPr>
        <w:t xml:space="preserve">[33:18] </w:t>
      </w:r>
      <w:r>
        <w:t>jab aap ka imaan ne aap ko mission de diya to phir aap ka imaan jo hai, ek inqilabi cheez ban gayi, revolutionary cheez ban gayi.</w:t>
      </w:r>
    </w:p>
    <w:p>
      <w:pPr>
        <w:jc w:val="right"/>
      </w:pPr>
      <w:r>
        <w:t>جب آپ کا ایمان نے آپ کو مشن دے دیا تو پھر آپ کا ایمان جو ہے، ایک انقلابی چیز بن گئی، ریولیوشنری چیز بن گئی۔</w:t>
      </w:r>
    </w:p>
    <w:p>
      <w:r>
        <w:rPr>
          <w:b/>
        </w:rPr>
        <w:t xml:space="preserve">[33:31] </w:t>
      </w:r>
      <w:r>
        <w:t>pehle agar woh ek darje ka tha to ab seven billion time badh jayega. woh aap study karenge, aap logon se milenge, aap sochenge, aap planning karenge, aap subah shaam is ke bare mein apne mind ko active rakhega.</w:t>
      </w:r>
    </w:p>
    <w:p>
      <w:pPr>
        <w:jc w:val="right"/>
      </w:pPr>
      <w:r>
        <w:t>پہلے اگر وہ ایک درجے کا تھا تو اب سیون بلین ٹائم بڑھ جائے گا۔ وہ آپ اسٹڈی کریں گے، آپ لوگوں سے ملیں گے، آپ سوچیں گے، آپ پلاننگ کریں گے، آپ صبح شام اس کے بارے میں اپنے مائنڈ کو ایکٹیو رہے گا۔</w:t>
      </w:r>
    </w:p>
    <w:p>
      <w:r>
        <w:rPr>
          <w:b/>
        </w:rPr>
        <w:t xml:space="preserve">[33:47] </w:t>
      </w:r>
      <w:r>
        <w:t>aap ka</w:t>
      </w:r>
    </w:p>
    <w:p>
      <w:pPr>
        <w:jc w:val="right"/>
      </w:pPr>
      <w:r>
        <w:t>آپ کا</w:t>
      </w:r>
    </w:p>
    <w:p>
      <w:r>
        <w:rPr>
          <w:b/>
        </w:rPr>
        <w:t xml:space="preserve">[33:48] </w:t>
      </w:r>
      <w:r>
        <w:t>aaj yeh karna hai, kal woh karna hai, parson woh karna hai, in se milna hai, in se milna hai. to yeh sab is mein is ayat mein chupa hua hai.</w:t>
      </w:r>
    </w:p>
    <w:p>
      <w:pPr>
        <w:jc w:val="right"/>
      </w:pPr>
      <w:r>
        <w:t>آج یہ کرنا ہے، کل وہ کرنا ہے، پرسوں وہ کرنا ہے، ان سے ملنا ہے، ان سے ملنا ہے۔ تو یہ سب اس میں اس آیت میں چھپا ہوا ہے۔</w:t>
      </w:r>
    </w:p>
    <w:p>
      <w:r>
        <w:rPr>
          <w:b/>
        </w:rPr>
        <w:t xml:space="preserve">[33:57] </w:t>
      </w:r>
      <w:r>
        <w:t>yaani "alladhina ya alladhina amanu amanu" mein yeh sab baat chupi hui hai.</w:t>
      </w:r>
    </w:p>
    <w:p>
      <w:pPr>
        <w:jc w:val="right"/>
      </w:pPr>
      <w:r>
        <w:t>یعنی "الذین یا الذین آمنوا آمنوا" میں یہ سب چیز بات چھپی ہوئی ہے۔</w:t>
      </w:r>
    </w:p>
    <w:p>
      <w:r>
        <w:rPr>
          <w:b/>
        </w:rPr>
        <w:t xml:space="preserve">[34:06] </w:t>
      </w:r>
      <w:r>
        <w:t>isi liye quran mein kaha gaya hai ke tadabbur karo, tadabbur socho, tadabbur, tadabbur karo, socho.</w:t>
      </w:r>
    </w:p>
    <w:p>
      <w:pPr>
        <w:jc w:val="right"/>
      </w:pPr>
      <w:r>
        <w:t>اسی لیے قرآن میں کہا گیا ہے کہ تدبر کرو، تدبر سوچو، تدبر، تدبر کرو، سوچو۔</w:t>
      </w:r>
    </w:p>
    <w:p>
      <w:r>
        <w:rPr>
          <w:b/>
        </w:rPr>
        <w:t xml:space="preserve">[34:15] </w:t>
      </w:r>
      <w:r>
        <w:t>to sirf quran ka tarjuma agar aap ne padh liya aap ne to quran ka bahut hi kam, quran ki bahut hi thodi si baat aap ke samne aayegi, bahut hi thodi si.</w:t>
      </w:r>
    </w:p>
    <w:p>
      <w:pPr>
        <w:jc w:val="right"/>
      </w:pPr>
      <w:r>
        <w:t>تو صرف قرآن کا ترجمہ اگر آپ پڑھ لیا آپ نے تو قرآن کا بہت ہی کم، قرآن کی بہت ہی تھوڑی سی بات آپ کے سامنے آئے گی، بہت ہی تھوڑی سی۔</w:t>
      </w:r>
    </w:p>
    <w:p>
      <w:r>
        <w:rPr>
          <w:b/>
        </w:rPr>
        <w:t xml:space="preserve">[34:28] </w:t>
      </w:r>
      <w:r>
        <w:t>lekin agar aap tadabbur karenge, sochenge, ghaur o fikr karenge to is mani ka samandar aa jayega aap ke samne.</w:t>
      </w:r>
    </w:p>
    <w:p>
      <w:pPr>
        <w:jc w:val="right"/>
      </w:pPr>
      <w:r>
        <w:t>لیکن اگر آپ تدبر کریں گے، سوچیں گے، غور و فکر کریں گے تو اس معنی کا سمندر آ جائے گا آپ کے سامنے۔</w:t>
      </w:r>
    </w:p>
    <w:p>
      <w:r>
        <w:rPr>
          <w:b/>
        </w:rPr>
        <w:t xml:space="preserve">[34:37] </w:t>
      </w:r>
      <w:r>
        <w:t>samandar to</w:t>
      </w:r>
    </w:p>
    <w:p>
      <w:pPr>
        <w:jc w:val="right"/>
      </w:pPr>
      <w:r>
        <w:t>سمندر تو</w:t>
      </w:r>
    </w:p>
    <w:p>
      <w:r>
        <w:rPr>
          <w:b/>
        </w:rPr>
        <w:t xml:space="preserve">[34:44] </w:t>
      </w:r>
      <w:r>
        <w:t>yeh hai woh cheez jis ko aap ko dhyan dena chahiye. dekhiye, imaan ka aaghaz jo hota hai, kahan se hota hai? imaan ka aaghaz hota hai yaani talash se.</w:t>
      </w:r>
    </w:p>
    <w:p>
      <w:pPr>
        <w:jc w:val="right"/>
      </w:pPr>
      <w:r>
        <w:t>یہ ہے وہ چیز جس کو آپ کو دھیان دینا چاہیے۔ دیکھیے، ایمان کا آغاز جو ہوتا ہے، کہاں سے ہوتا ہے؟ ایمان کا آغاز ہوتا ہے یعنی تلاش سے۔</w:t>
      </w:r>
    </w:p>
    <w:p>
      <w:r>
        <w:rPr>
          <w:b/>
        </w:rPr>
        <w:t xml:space="preserve">[34:59] </w:t>
      </w:r>
      <w:r>
        <w:t>talash aap ko aik talash hoti hai, yani seeking spirit jaagti hai aap ke andar.</w:t>
      </w:r>
    </w:p>
    <w:p>
      <w:pPr>
        <w:jc w:val="right"/>
      </w:pPr>
      <w:r>
        <w:t>تلاش آپ کو ایک تلاش ہوتی ہے، یعنی سیکنگ اسپرٹ جاگتی ہے آپ کے اندر۔</w:t>
      </w:r>
    </w:p>
    <w:p>
      <w:r>
        <w:rPr>
          <w:b/>
        </w:rPr>
        <w:t xml:space="preserve">[35:09] </w:t>
      </w:r>
      <w:r>
        <w:t>to momin se banne se pehle aap seeker bante hain.</w:t>
      </w:r>
    </w:p>
    <w:p>
      <w:pPr>
        <w:jc w:val="right"/>
      </w:pPr>
      <w:r>
        <w:t>تو مومن سے بننے سے پہلے آپ سیکر بنتے ہیں۔</w:t>
      </w:r>
    </w:p>
    <w:p>
      <w:r>
        <w:rPr>
          <w:b/>
        </w:rPr>
        <w:t xml:space="preserve">[35:15] </w:t>
      </w:r>
      <w:r>
        <w:t>seeking spirit jaagti hai, phir aap talash karte hain, talash karte hain, talash karte hain to aap ko sachai milti hai. Sachai milti hai to aap kahan parhte hain ke "ashhadu an la ilaha illallah wa ashhadu anna Muhammadan abduhu wa rasuluh"?</w:t>
      </w:r>
    </w:p>
    <w:p>
      <w:pPr>
        <w:jc w:val="right"/>
      </w:pPr>
      <w:r>
        <w:t>سیکنگ اسپرٹ جاگتی ہے، پھر آپ تلاش کرتے ہیں، تلاش کرتے ہیں، تلاش کرتے ہیں تو آپ کو سچائی ملتی ہے۔ سچائی ملتی ہے تو آپ کہاں پڑھتے ہیں کہ "اشھد ان لا الہ الا اللہ واشہد ان محمد عبدہ ورسولہ"؟</w:t>
      </w:r>
    </w:p>
    <w:p>
      <w:r>
        <w:rPr>
          <w:b/>
        </w:rPr>
        <w:t xml:space="preserve">[35:30] </w:t>
      </w:r>
      <w:r>
        <w:t>yeh yeh aap ke ka finding ki alamat hai ke aap ko finding mein ho gayi. Jo jo cheez dhoond rahe the, mil gayi aap ko.</w:t>
      </w:r>
    </w:p>
    <w:p>
      <w:pPr>
        <w:jc w:val="right"/>
      </w:pPr>
      <w:r>
        <w:t>یہ یہ آپ کے کا فائنڈنگ کی علامت ہے کہ آپ کو فائنڈنگ میں ہو گئی۔ جو جو چیز ڈھونڈ رہے تھے، مل گئی آپ کو۔</w:t>
      </w:r>
    </w:p>
    <w:p>
      <w:r>
        <w:rPr>
          <w:b/>
        </w:rPr>
        <w:t xml:space="preserve">[35:41] </w:t>
      </w:r>
      <w:r>
        <w:t>lekin agar baat yahin tak ruk jaye, agar baat yahin tak ruk jaye to kya hoga? Kya aap akele?</w:t>
      </w:r>
    </w:p>
    <w:p>
      <w:pPr>
        <w:jc w:val="right"/>
      </w:pPr>
      <w:r>
        <w:t>لیکن اگر بات یہیں تک رک جائے، اگر بات یہیں تک رک جائے تو کیا ہوگا؟ کیا آپ اکیلے؟</w:t>
      </w:r>
    </w:p>
    <w:p>
      <w:r>
        <w:rPr>
          <w:b/>
        </w:rPr>
        <w:t xml:space="preserve">[35:51] </w:t>
      </w:r>
      <w:r>
        <w:t>to woh aik darje ka imaan jo hai, woh aik darje ka aap ki zindagi mein aik darje ka bara baqadr hoga imaan. Lekin jab aap us ko mission ban jaye to phir woh bohat barhta hai, barh jata hai.</w:t>
      </w:r>
    </w:p>
    <w:p>
      <w:pPr>
        <w:jc w:val="right"/>
      </w:pPr>
      <w:r>
        <w:t>تو وہ ایک درجے کا ایمان جو ہے، وہ ایک درجے کا آپ کی زندگی میں ایک درجے کا بڑا بقدر ہوگا ایمان۔ لیکن جب آپ اس کو مشن بن جائے تو پھر وہ بہت بڑھتا ہے، بڑھ جاتا ہے۔</w:t>
      </w:r>
    </w:p>
    <w:p>
      <w:r>
        <w:rPr>
          <w:b/>
        </w:rPr>
        <w:t xml:space="preserve">[36:11] </w:t>
      </w:r>
      <w:r>
        <w:t>yani mein aap ko aik misaal doon, hyderabad mein aik bangali the, un ka naam tha doctor nishi kant chatuvaldiya.</w:t>
      </w:r>
    </w:p>
    <w:p>
      <w:pPr>
        <w:jc w:val="right"/>
      </w:pPr>
      <w:r>
        <w:t>یعنی میں آپ کو ایک مثال دوں، حیدرآباد میں ایک بنگالی تھے، ان کا نام تھا ڈاکٹر نشی کانت چٹووالدیا۔</w:t>
      </w:r>
    </w:p>
    <w:p>
      <w:r>
        <w:rPr>
          <w:b/>
        </w:rPr>
        <w:t xml:space="preserve">[36:23] </w:t>
      </w:r>
      <w:r>
        <w:t>bohat zaheen aadmi the, bohat si language jante the. Woh to un ke andar seeking spirit jaagi, seeking spirit, talash.</w:t>
      </w:r>
    </w:p>
    <w:p>
      <w:pPr>
        <w:jc w:val="right"/>
      </w:pPr>
      <w:r>
        <w:t>بہت ذہین آدمی تھے، بہت سی لینگویج جانتے تھے۔ وہ تو ان کے اندر سیکنگ اسپرٹ جاگی، سیکنگ اسپرٹ، تلاش۔</w:t>
      </w:r>
    </w:p>
    <w:p>
      <w:r>
        <w:rPr>
          <w:b/>
        </w:rPr>
        <w:t xml:space="preserve">[36:37] </w:t>
      </w:r>
      <w:r>
        <w:t>to pehle unhon ne philosophy parhi.</w:t>
      </w:r>
    </w:p>
    <w:p>
      <w:pPr>
        <w:jc w:val="right"/>
      </w:pPr>
      <w:r>
        <w:t>تو پہلے انہوں نے فلاسفی پڑھی۔</w:t>
      </w:r>
    </w:p>
    <w:p>
      <w:r>
        <w:rPr>
          <w:b/>
        </w:rPr>
        <w:t xml:space="preserve">[36:40] </w:t>
      </w:r>
      <w:r>
        <w:t>philosophy mein unhein apni talash ka jawab nahi mila. Phir unhon ne mazhab parhna shuru kiya, different mazahib.</w:t>
      </w:r>
    </w:p>
    <w:p>
      <w:pPr>
        <w:jc w:val="right"/>
      </w:pPr>
      <w:r>
        <w:t>فلاسفی میں انہیں اپنی تلاش کا جواب نہیں ملا۔ پھر انہوں نے مذہب پڑھنا شروع کیا، ڈفرنٹ مذاہب۔</w:t>
      </w:r>
    </w:p>
    <w:p>
      <w:r>
        <w:rPr>
          <w:b/>
        </w:rPr>
        <w:t xml:space="preserve">[36:51] </w:t>
      </w:r>
      <w:r>
        <w:t>to different mazahib jo parhte the, woh unhon ne likha hai ke is mein mujhe yani meri rooh ki tazkirah nahi hoti thi.</w:t>
      </w:r>
    </w:p>
    <w:p>
      <w:pPr>
        <w:jc w:val="right"/>
      </w:pPr>
      <w:r>
        <w:t>تو ڈفرنٹ مذاہب جو پڑھتے تھے، وہ انہوں نے لکھا ہے کہ اس میں مجھے یعنی میری روح کی تذکرہ نہیں ہوتی تھی۔</w:t>
      </w:r>
    </w:p>
    <w:p>
      <w:r>
        <w:rPr>
          <w:b/>
        </w:rPr>
        <w:t xml:space="preserve">[37:03] </w:t>
      </w:r>
      <w:r>
        <w:t>kyun ke yeh the aadmi, bohat hi rational aadmi the, rational, rational aadmi.</w:t>
      </w:r>
    </w:p>
    <w:p>
      <w:pPr>
        <w:jc w:val="right"/>
      </w:pPr>
      <w:r>
        <w:t>کیونکہ یہ تھے آدمی، بہت ہی ریشنل آدمی تھے، ریشنل، ریشنل آدمی۔</w:t>
      </w:r>
    </w:p>
    <w:p>
      <w:r>
        <w:rPr>
          <w:b/>
        </w:rPr>
        <w:t xml:space="preserve">[37:10] </w:t>
      </w:r>
      <w:r>
        <w:t>to doosre mazhabon mein unhon ne yani un ki reason address nahi hoti thi. Kyun ke doosre mazahib jo hain, un mein aap jante hain ke milawat ho gayi hai, distortion ho gaya hai,</w:t>
      </w:r>
    </w:p>
    <w:p>
      <w:pPr>
        <w:jc w:val="right"/>
      </w:pPr>
      <w:r>
        <w:t>تو دوسرے مذہبوں میں انہوں نے یعنی ان کی ریزن ایڈریس نہیں ہوتی تھی۔ کیونکہ دوسرے مذاہب جو ہیں، ان میں آپ جانتے ہیں کہ ملاوٹ ہو گئی ہے، ڈسٹارشن ہو گیا ہے،</w:t>
      </w:r>
    </w:p>
    <w:p>
      <w:r>
        <w:rPr>
          <w:b/>
        </w:rPr>
        <w:t xml:space="preserve">[37:24] </w:t>
      </w:r>
      <w:r>
        <w:t>yani is ki purity baqi nahi rahi hai. Is wajah se un ka reason address nahi hota tha, un ka nature address nahi hota tha. To aakhir mein unhon ne Islam ko parha.</w:t>
      </w:r>
    </w:p>
    <w:p>
      <w:pPr>
        <w:jc w:val="right"/>
      </w:pPr>
      <w:r>
        <w:t>یعنی اس کی پیورٹی باقی نہیں رہی ہے۔ اس وجہ سے ان کا ریزن ایڈریس نہیں ہوتا تھا، ان کا نیچر ایڈریس نہیں ہوتا تھا۔ تو آخر میں انہوں نے اسلام کو پڑھا۔</w:t>
      </w:r>
    </w:p>
    <w:p>
      <w:r>
        <w:rPr>
          <w:b/>
        </w:rPr>
        <w:t xml:space="preserve">[37:38] </w:t>
      </w:r>
      <w:r>
        <w:t>Islam ko parhne ke baad un ki samajh mein aaya ke yahi woh cheez thi jis ko mein talash kar raha tha. To unhon ne Rasool Allah salallahu alaihi wasallam ko parha to aik kitaab likhi Rasool Allah salallahu alaihi wasallam par.</w:t>
      </w:r>
    </w:p>
    <w:p>
      <w:pPr>
        <w:jc w:val="right"/>
      </w:pPr>
      <w:r>
        <w:t>اسلام کو پڑھنے کے بعد ان کی سمجھ میں آیا کہ یہی وہ چیز تھی جس کو میں تلاش کر رہا تھا۔ تو انہوں نے رسول اللہ صلی اللہ علیہ وسلم کو پڑھا تو ایک کتاب لکھی رسول اللہ صلی اللہ علیہ وسلم پر۔</w:t>
      </w:r>
    </w:p>
    <w:p>
      <w:r>
        <w:rPr>
          <w:b/>
        </w:rPr>
        <w:t xml:space="preserve">[37:51] </w:t>
      </w:r>
      <w:r>
        <w:t>is kitaab mein woh batate hain ke mein kahan atka hua tha ke aur jo shakhsiyaten thin, legendary personalities, woh sab mythological figures thin.</w:t>
      </w:r>
    </w:p>
    <w:p>
      <w:pPr>
        <w:jc w:val="right"/>
      </w:pPr>
      <w:r>
        <w:t>اس کتاب میں وہ بتاتے ہیں کہ میں کہاں اٹکا ہوا تھا کہ اور جو شخصیتیں تھیں، لیجس پرسنیلٹیز، وہ سب مائتھولوجیکل فگر تھیں۔</w:t>
      </w:r>
    </w:p>
    <w:p>
      <w:r>
        <w:rPr>
          <w:b/>
        </w:rPr>
        <w:t xml:space="preserve">[38:04] </w:t>
      </w:r>
      <w:r>
        <w:t>un ki koi history nahi hoti thi, authentic history.</w:t>
      </w:r>
    </w:p>
    <w:p>
      <w:pPr>
        <w:jc w:val="right"/>
      </w:pPr>
      <w:r>
        <w:t>ان کی کوئی ہسٹری نہیں ہوتی تھی، اتھینٹک ہسٹری۔</w:t>
      </w:r>
    </w:p>
    <w:p>
      <w:r>
        <w:rPr>
          <w:b/>
        </w:rPr>
        <w:t xml:space="preserve">[38:08] </w:t>
      </w:r>
      <w:r>
        <w:t>lekin jab unhon ne Rasool Allah ko parha to unhon ne paya ke yahan to sab kuch history hai. Jaisa ke aik orietris ne likha hai ke Muhammad was born with in the full light of history.</w:t>
      </w:r>
    </w:p>
    <w:p>
      <w:pPr>
        <w:jc w:val="right"/>
      </w:pPr>
      <w:r>
        <w:t>لیکن جب انہوں نے رسول اللہ کو پڑھا تو انہوں نے پایا کہ یہاں تو سب کچھ ہسٹری ہے۔ جیسا کہ ایک اوریٹریس نے لکھا ہے کہ محمد واز بارن ود ان دا فل لائٹ آف ہسٹری۔</w:t>
      </w:r>
    </w:p>
    <w:p>
      <w:r>
        <w:rPr>
          <w:b/>
        </w:rPr>
        <w:t xml:space="preserve">[38:21] </w:t>
      </w:r>
      <w:r>
        <w:t>is se pehle jitne log the, un ka koi authentic history un ke peechay nahi hai. Yahan tak ke Jesus Christ ke baray mein bhi koi historical record nahi.</w:t>
      </w:r>
    </w:p>
    <w:p>
      <w:pPr>
        <w:jc w:val="right"/>
      </w:pPr>
      <w:r>
        <w:t>اس سے پہلے جتنے لوگ تھے، ان کا کوئی اتھینٹک ہسٹری ان کے پیچھے نہیں ہے۔ یہاں تک کہ جیز کرائسٹ کے بارے میں بھی کوئی ہسٹوریکل ریکارڈ نہیں۔</w:t>
      </w:r>
    </w:p>
    <w:p>
      <w:r>
        <w:rPr>
          <w:b/>
        </w:rPr>
        <w:t xml:space="preserve">[38:35] </w:t>
      </w:r>
      <w:r>
        <w:t>chunancha aik aik baritania ke aik philosopher ne likha hai ke historically it is quite doubtful whether Christ ever existed at at all.</w:t>
      </w:r>
    </w:p>
    <w:p>
      <w:pPr>
        <w:jc w:val="right"/>
      </w:pPr>
      <w:r>
        <w:t>چنانچہ ایک ایک برطانیہ کے ایک فلاسفر نے لکھا ہے کہ ہسٹوریکلی اٹ از کوائٹ ڈاؤٹ فل ویدر کرائسٹ ایور ایگزسٹڈ ایٹ ایٹ آل۔</w:t>
      </w:r>
    </w:p>
    <w:p>
      <w:r>
        <w:rPr>
          <w:b/>
        </w:rPr>
        <w:t xml:space="preserve">[38:50] </w:t>
      </w:r>
      <w:r>
        <w:t>to jab unhon ne parha Rasool Allah salallahu alaihi wasallam ko to yahan par har cheez history</w:t>
      </w:r>
    </w:p>
    <w:p>
      <w:pPr>
        <w:jc w:val="right"/>
      </w:pPr>
      <w:r>
        <w:t>تو جب انہوں نے پڑھا رسول اللہ صلی اللہ علیہ وسلم کو تو یہاں پر ہر چیز ہسٹری</w:t>
      </w:r>
    </w:p>
    <w:p>
      <w:r>
        <w:rPr>
          <w:b/>
        </w:rPr>
        <w:t xml:space="preserve">[38:55] </w:t>
      </w:r>
      <w:r>
        <w:t>thi. To unhon ne jo kitaab likhi us mein aik thrilling sentence hai ke oh what a relief to find after all a truly historical prophet to believe in.</w:t>
      </w:r>
    </w:p>
    <w:p>
      <w:pPr>
        <w:jc w:val="right"/>
      </w:pPr>
      <w:r>
        <w:t>تھی۔ تو انہوں نے جو کتاب لکھی اس میں ایک تھرلنگ سینٹنس ہے کہ او واٹ ا ریلیف ٹو فائنڈ افٹر آل ا ٹرولی ہسٹوریکل پرافٹ ٹو بیلیو ان۔</w:t>
      </w:r>
    </w:p>
    <w:p>
      <w:r>
        <w:rPr>
          <w:b/>
        </w:rPr>
        <w:t xml:space="preserve">[39:09] </w:t>
      </w:r>
      <w:r>
        <w:t>unhon ne accept kar liya Islam</w:t>
      </w:r>
    </w:p>
    <w:p>
      <w:pPr>
        <w:jc w:val="right"/>
      </w:pPr>
      <w:r>
        <w:t>انہوں نے ایکسیپٹ کر لیا اسلام</w:t>
      </w:r>
    </w:p>
    <w:p>
      <w:r>
        <w:rPr>
          <w:b/>
        </w:rPr>
        <w:t xml:space="preserve">[39:11] </w:t>
      </w:r>
      <w:r>
        <w:t>۔ lekin mein jo baat karna chahta hoon, woh woh yeh hai ke is ke baad jo hyderabad ke musalman the, un ko sirf yahi maloom tha ke un ka naam badlein aur topi pehnaein,</w:t>
      </w:r>
    </w:p>
    <w:p>
      <w:pPr>
        <w:jc w:val="right"/>
      </w:pPr>
      <w:r>
        <w:t>۔ لیکن میں جو بات کرنا چاہتا ہوں، وہ وہ یہ ہے کہ اس کے بعد جو حیدرآباد کے مسلمان تھے، ان کو صرف یہی معلوم تھا کہ ان کا نام بدلیں اور ٹوپی پہنائیں،</w:t>
      </w:r>
    </w:p>
    <w:p>
      <w:r>
        <w:rPr>
          <w:b/>
        </w:rPr>
        <w:t xml:space="preserve">[39:24] </w:t>
      </w:r>
      <w:r>
        <w:t>un ka kapra badlein. Yeh yahi sab karte rahe aur nataija yeh ke woh un ki zindagi mein koi aur activity nahi. Is waqt tak active the jab tak search kar rahe the.</w:t>
      </w:r>
    </w:p>
    <w:p>
      <w:pPr>
        <w:jc w:val="right"/>
      </w:pPr>
      <w:r>
        <w:t>ان کا کپڑا بدلیں۔ یہ یہی سب کرتے رہے اور نتیجہ یہ کہ وہ ان کی زندگی میں کوئی اور ایکٹیوٹی نہیں۔ اس وقت تک ایکٹیو تھے جب تک سرچ کر رہے تھے۔</w:t>
      </w:r>
    </w:p>
    <w:p>
      <w:r>
        <w:rPr>
          <w:b/>
        </w:rPr>
        <w:t xml:space="preserve">[39:36] </w:t>
      </w:r>
      <w:r>
        <w:t>yani search karne ke liye woh parhte the, library mein jaate</w:t>
      </w:r>
    </w:p>
    <w:p>
      <w:pPr>
        <w:jc w:val="right"/>
      </w:pPr>
      <w:r>
        <w:t>یعنی سرچ کرنے کے لیے وہ پڑھتے تھے، لائبریری میں جات</w:t>
      </w:r>
    </w:p>
    <w:p>
      <w:r>
        <w:rPr>
          <w:b/>
        </w:rPr>
        <w:t xml:space="preserve">[39:40] </w:t>
      </w:r>
      <w:r>
        <w:t>the. toh ek active life thi unki, active life. lekin jab Islam ko over kar liya unhone toh unki activity khatm. kyunke ab musalmanon ne unko jo bataya woh sirf ke tum ko namaz parhna hai, kapra Islami libas pehanna hai aur naam badalna hai waghera.</w:t>
      </w:r>
    </w:p>
    <w:p>
      <w:pPr>
        <w:jc w:val="right"/>
      </w:pPr>
      <w:r>
        <w:t>ے تھے۔ تو ایک ایکٹیو لائف تھی ان کی، ایکٹیو لائف۔ لیکن جب اسلام کو اوور کر لیا انہوں نے تو ان کی ایکٹیوٹی ختم۔ کیونکہ اب مسلمانوں نے ان کو جو بتایا وہ صرف کہ تم کو نماز پڑھنا ہے، کپڑا اسلامی لباس پہننا ہے اور نام بدلنا ہے وغیرہ۔</w:t>
      </w:r>
    </w:p>
    <w:p>
      <w:r>
        <w:rPr>
          <w:b/>
        </w:rPr>
        <w:t xml:space="preserve">[39:58] </w:t>
      </w:r>
      <w:r>
        <w:t>kisi musalman ne unko nahi bataya ke Islam is a mission ke ab jab aap ne sachai ko pa liya hai toh ab aap ko ek mission mil gaya hai, mission us ko duniya mein phailai.</w:t>
      </w:r>
    </w:p>
    <w:p>
      <w:pPr>
        <w:jc w:val="right"/>
      </w:pPr>
      <w:r>
        <w:t>کسی مسلمان نے ان کو نہیں بتایا کہ اسلام از اے مشن کہ اب جب آپ نے سچائی کو پا لیا ہے تو اب آپ کو ایک مشن مل گیا ہے، مشن اس کو دنیا میں پھیلائی۔</w:t>
      </w:r>
    </w:p>
    <w:p>
      <w:r>
        <w:rPr>
          <w:b/>
        </w:rPr>
        <w:t xml:space="preserve">[40:12] </w:t>
      </w:r>
      <w:r>
        <w:t>natija yeh ke woh bilkul phans ke reh gaye. unhone kitabein padhi hain, unki kuch bhi unke paas phir aage rasta nahi mila, aage ka rasta. ek intehai zeheen aadmi, bohat hi learned aadmi,</w:t>
      </w:r>
    </w:p>
    <w:p>
      <w:pPr>
        <w:jc w:val="right"/>
      </w:pPr>
      <w:r>
        <w:t>نتیجہ یہ کہ وہ بالکل پھنس کے رہ گئے۔ انہوں نے کتابیں پڑھی ہیں، ان کی کچھ بھی ان کے پاس پھر آگے راستہ نہیں ملا، آگے کا راستہ۔ ایک انتہائی ذہین آدمی، بہت ہی لرنڈ آدمی،</w:t>
      </w:r>
    </w:p>
    <w:p>
      <w:r>
        <w:rPr>
          <w:b/>
        </w:rPr>
        <w:t xml:space="preserve">[40:26] </w:t>
      </w:r>
      <w:r>
        <w:t>aise hi bas khatm ho gaya, khatm ho gaya. toh dekhiye, main yeh kehna chahta hoon ke imaan sirf kafi nahi hai, imaan ke sath mission hona zaroori hai.</w:t>
      </w:r>
    </w:p>
    <w:p>
      <w:pPr>
        <w:jc w:val="right"/>
      </w:pPr>
      <w:r>
        <w:t>ایسے ہی بس ختم ہو گیا، ختم ہو گیا۔ تو دیکھیے، میں یہ کہنا چاہتا ہوں کہ ایمان صرف کافی نہیں ہے، ایمان کے ساتھ مشن ہونا ضروری ہے۔</w:t>
      </w:r>
    </w:p>
    <w:p>
      <w:r>
        <w:rPr>
          <w:b/>
        </w:rPr>
        <w:t xml:space="preserve">[40:39] </w:t>
      </w:r>
      <w:r>
        <w:t>mission jab aata hai, aap ki zindagi mein aata hai toh kya hota hai? aap ko ek giving spirit jaati hai, giving spirit ke mujhe dena hai logon ko.</w:t>
      </w:r>
    </w:p>
    <w:p>
      <w:pPr>
        <w:jc w:val="right"/>
      </w:pPr>
      <w:r>
        <w:t>مشن جب آتا ہے، آپ کی زندگی میں آتا ہے تو کیا ہوتا ہے؟ آپ کو ایک گیونگ اسپرٹ جاتی ہے، گیونگ اسپرٹ کہ مجھے دینا ہے لوگوں کو۔</w:t>
      </w:r>
    </w:p>
    <w:p>
      <w:r>
        <w:rPr>
          <w:b/>
        </w:rPr>
        <w:t xml:space="preserve">[40:49] </w:t>
      </w:r>
      <w:r>
        <w:t>aap apne samajh ke giver person ban jaate hain. ab bohat hi bari yeh cheez hai ke aap mehsoos karein ke mujhe kuch dena hai, mere paas kuch cheez hai jis se log mehroom hain.</w:t>
      </w:r>
    </w:p>
    <w:p>
      <w:pPr>
        <w:jc w:val="right"/>
      </w:pPr>
      <w:r>
        <w:t>آپ اپنے سماج کے گیور پرسن بن جاتے ہیں۔ اب بہت ہی بڑی یہ چیز ہے کہ آپ محسوس کریں کہ مجھے کچھ دینا ہے، میرے پاس کچھ چیز ہے جس سے لوگ محروم ہیں۔</w:t>
      </w:r>
    </w:p>
    <w:p>
      <w:r>
        <w:rPr>
          <w:b/>
        </w:rPr>
        <w:t xml:space="preserve">[41:04] </w:t>
      </w:r>
      <w:r>
        <w:t>yani doosre ko mehroom hai aur mere paas hai woh cheez</w:t>
      </w:r>
    </w:p>
    <w:p>
      <w:pPr>
        <w:jc w:val="right"/>
      </w:pPr>
      <w:r>
        <w:t>یعنی دوسرے کو محروم ہے اور میرے پاس ہے وہ چیز</w:t>
      </w:r>
    </w:p>
    <w:p>
      <w:r>
        <w:rPr>
          <w:b/>
        </w:rPr>
        <w:t xml:space="preserve">[41:07] </w:t>
      </w:r>
      <w:r>
        <w:t>. yeh toh yeh ehsaas ke I am a giver and others are taker, yeh bohat bara ehsaas hai. yeh aap ko hamare part se zyada bari personality bana deta hai aap ke andar.</w:t>
      </w:r>
    </w:p>
    <w:p>
      <w:pPr>
        <w:jc w:val="right"/>
      </w:pPr>
      <w:r>
        <w:t>۔ یہ تو یہ احساس کہ آئی ایم اے گیور اینڈ ادر سٹار ٹیکر، یہ بہت بڑا احساس ہے۔ یہ آپ کو ہمارے پارٹ سے زیادہ بڑی پرسنیلٹی بنا دیتا ہے آپ کے اندر۔</w:t>
      </w:r>
    </w:p>
    <w:p>
      <w:r>
        <w:rPr>
          <w:b/>
        </w:rPr>
        <w:t xml:space="preserve">[41:21] </w:t>
      </w:r>
      <w:r>
        <w:t>ek waqia mujhe aata hai America ka ke ek scientist wahan par research kar raha tha, yani law of the universe par</w:t>
      </w:r>
    </w:p>
    <w:p>
      <w:pPr>
        <w:jc w:val="right"/>
      </w:pPr>
      <w:r>
        <w:t>ایک واقعہ مجھے آتا ہے امریکہ کا کہ ایک سائنس دان وہاں پر ریسرچ کر رہا تھا، یعنی لاء آف دی یونیورس پر</w:t>
      </w:r>
    </w:p>
    <w:p>
      <w:r>
        <w:rPr>
          <w:b/>
        </w:rPr>
        <w:t xml:space="preserve">[41:32] </w:t>
      </w:r>
      <w:r>
        <w:t>barson se research kar raha tha. karte karte ek din us ko achaanak apni laboratory mein kaam kar raha tha, woh daryaft ho gayi ek cheez.</w:t>
      </w:r>
    </w:p>
    <w:p>
      <w:pPr>
        <w:jc w:val="right"/>
      </w:pPr>
      <w:r>
        <w:t>برسوں سے ریسرچ کر رہا تھا۔ کرتے کرتے ایک دن اس کو اچانک اپنی لیبارٹری میں کام کر رہا تھا، وہ دریافت ہو گئی ایک چیز۔</w:t>
      </w:r>
    </w:p>
    <w:p>
      <w:r>
        <w:rPr>
          <w:b/>
        </w:rPr>
        <w:t xml:space="preserve">[41:43] </w:t>
      </w:r>
      <w:r>
        <w:t>toh us ko seena phatne laga ke main bataoon logon ko kaise bataoon. toh ghar se bahar nikla woh</w:t>
      </w:r>
    </w:p>
    <w:p>
      <w:pPr>
        <w:jc w:val="right"/>
      </w:pPr>
      <w:r>
        <w:t>تو اس کو سینہ پھٹنے لگا کہ میں بتاؤں لوگوں کو کیسے بتاؤں۔ تو گھر سے باہر نکلا وہ</w:t>
      </w:r>
    </w:p>
    <w:p>
      <w:r>
        <w:rPr>
          <w:b/>
        </w:rPr>
        <w:t xml:space="preserve">[41:54] </w:t>
      </w:r>
      <w:r>
        <w:t>toh logon ne bataya ke aaj falan jagah, is zamane mein theatre ka zamana tha, woh toh theatre ho raha hai.</w:t>
      </w:r>
    </w:p>
    <w:p>
      <w:pPr>
        <w:jc w:val="right"/>
      </w:pPr>
      <w:r>
        <w:t>تو لوگوں نے بتایا کہ آج فلاں جگہ، اس زمانے میں تھیٹر کا زمانہ تھا، وہ تو تھیٹر ہو رہا ہے۔</w:t>
      </w:r>
    </w:p>
    <w:p>
      <w:r>
        <w:rPr>
          <w:b/>
        </w:rPr>
        <w:t xml:space="preserve">[42:04] </w:t>
      </w:r>
      <w:r>
        <w:t>ab wahan par log ikhatta hain, shehar ke bohat kaafi bade, kaafi yani bohat bara shehar nahi tha, town tha woh. toh wahan log ikhatta hain, daud ke wahan gaya, theatre mein ghus gaya woh aur mic chheen liya.</w:t>
      </w:r>
    </w:p>
    <w:p>
      <w:pPr>
        <w:jc w:val="right"/>
      </w:pPr>
      <w:r>
        <w:t>اب وہاں پر لوگ اکٹھا ہیں، شہر کے بہت کافی بڑے، کافی یعنی بہت بڑا شہر نہیں تھا، ٹاؤن تھا وہ۔ تو وہاں لوگ اکٹھا ہیں، دوڑ کے وہاں گیا، تھیٹر میں گھس گیا وہ اور مائیک چھین لیا۔</w:t>
      </w:r>
    </w:p>
    <w:p>
      <w:r>
        <w:rPr>
          <w:b/>
        </w:rPr>
        <w:t xml:space="preserve">[42:18] </w:t>
      </w:r>
      <w:r>
        <w:t>kaha is kaha ke staff everything, I have news for you,</w:t>
      </w:r>
    </w:p>
    <w:p>
      <w:pPr>
        <w:jc w:val="right"/>
      </w:pPr>
      <w:r>
        <w:t>کہا اس کہا کہ سٹاف ایوری تھنگ، آئی ہیو نیوز فار یو،</w:t>
      </w:r>
    </w:p>
    <w:p>
      <w:r>
        <w:rPr>
          <w:b/>
        </w:rPr>
        <w:t xml:space="preserve">[42:24] </w:t>
      </w:r>
      <w:r>
        <w:t>yani sab log band karo apna karobar, mere paas ek news hai, woh mujhe mujhe tum ko batana hai, I discovered the law of the universe.</w:t>
      </w:r>
    </w:p>
    <w:p>
      <w:pPr>
        <w:jc w:val="right"/>
      </w:pPr>
      <w:r>
        <w:t>یعنی سب لوگ بند کرو اپنا کاروبار، میرے پاس ایک نیوز ہے، وہ مجھے مجھے تم کو بتانا ہے، آئی ڈسکورڈ دا لاء آف دا یونیورس۔</w:t>
      </w:r>
    </w:p>
    <w:p>
      <w:r>
        <w:rPr>
          <w:b/>
        </w:rPr>
        <w:t xml:space="preserve">[42:36] </w:t>
      </w:r>
      <w:r>
        <w:t>toh yeh cheez hai jo mission aap ke andar paida karta hai. agar aap ka imaan mission ban jaye toh aap ko hamare part se bari shakhsiyat aap ke andar emerge karegi</w:t>
      </w:r>
    </w:p>
    <w:p>
      <w:pPr>
        <w:jc w:val="right"/>
      </w:pPr>
      <w:r>
        <w:t>تو یہ چیز ہے جو مشن آپ کے اندر پیدا کرتا ہے۔ اگر آپ کا ایمان مشن بن جائے تو آپ کو ہمارے پارٹ سے بڑی شخصیت آپ کے اندر ایمرج کرے گی</w:t>
      </w:r>
    </w:p>
    <w:p>
      <w:r>
        <w:rPr>
          <w:b/>
        </w:rPr>
        <w:t xml:space="preserve">[42:51] </w:t>
      </w:r>
      <w:r>
        <w:t>aur tab sacha imaan paida hoga, ek zinda imaan, inqalabi imaan, mutharrik imaan.</w:t>
      </w:r>
    </w:p>
    <w:p>
      <w:pPr>
        <w:jc w:val="right"/>
      </w:pPr>
      <w:r>
        <w:t>اور تب سچا ایمان پیدا ہوگا، ایک زندہ ایمان، انقلابی ایمان، متحرک ایمان۔</w:t>
      </w:r>
    </w:p>
    <w:p>
      <w:r>
        <w:rPr>
          <w:b/>
        </w:rPr>
        <w:t xml:space="preserve">[43:02] </w:t>
      </w:r>
      <w:r>
        <w:t>warna woh dheere dheere woh bhi dead ho jayega. agar aap ki zindagi mein mission nahi aaya hai toh dheere dheere aap ka imaan dead ho jayega. aas paas aap dekh lijiye logon ko jinka imaan ne unhein mission nahi diya hai, woh ek dead life guzarte hain.</w:t>
      </w:r>
    </w:p>
    <w:p>
      <w:pPr>
        <w:jc w:val="right"/>
      </w:pPr>
      <w:r>
        <w:t>ورنہ وہ دھیرے دھیرے وہ بھی ڈیڈ ہو جائے گا۔ اگر آپ کی زندگی میں مشن نہیں آیا ہے تو دھیرے دھیرے آپ کا ایمان ڈیڈ ہو جائے گا۔ اس پاس آپ دیکھ لیجئے لوگوں کو جن کا ایمان نے انہیں مشن نہیں دیا ہے، وہ ایک ڈیڈ لائف گزارتے ہیں۔</w:t>
      </w:r>
    </w:p>
    <w:p>
      <w:r>
        <w:rPr>
          <w:b/>
        </w:rPr>
        <w:t xml:space="preserve">[43:19] </w:t>
      </w:r>
      <w:r>
        <w:t>bas</w:t>
      </w:r>
    </w:p>
    <w:p>
      <w:pPr>
        <w:jc w:val="right"/>
      </w:pPr>
      <w:r>
        <w:t>بس</w:t>
      </w:r>
    </w:p>
    <w:p>
      <w:r>
        <w:rPr>
          <w:b/>
        </w:rPr>
        <w:t xml:space="preserve">[43:22] </w:t>
      </w:r>
      <w:r>
        <w:t>toh yeh bohat zyada zaroori hai. main ek waqia bataoon apna ke kis tarah se aap mission ki duniya mein aa jaate hain toh kis tarah woh aap ko challenge deta hai aur kis tarah aap ka mind activate karta hai.</w:t>
      </w:r>
    </w:p>
    <w:p>
      <w:pPr>
        <w:jc w:val="right"/>
      </w:pPr>
      <w:r>
        <w:t>تو یہ بہت زیادہ ضروری ہے۔ میں ایک واقعہ بتاؤں اپنا کہ کس طرح سے آپ مشن کی دنیا میں آ جاتے ہیں تو کس طرح وہ آپ کو چیلنج دیتا ہے اور کس طرح آپ کا مائنڈ ایکٹیویٹ کرتا ہے۔</w:t>
      </w:r>
    </w:p>
    <w:p>
      <w:r>
        <w:rPr>
          <w:b/>
        </w:rPr>
        <w:t xml:space="preserve">[43:41] </w:t>
      </w:r>
      <w:r>
        <w:t>main 1965 ki baat hai, yeh us waqt main Lucknow mein tha</w:t>
      </w:r>
    </w:p>
    <w:p>
      <w:pPr>
        <w:jc w:val="right"/>
      </w:pPr>
      <w:r>
        <w:t>میں 1965 کی بات ہے، یہ اس وقت میں لکھنو میں تھا</w:t>
      </w:r>
    </w:p>
    <w:p>
      <w:r>
        <w:rPr>
          <w:b/>
        </w:rPr>
        <w:t xml:space="preserve">[43:48] </w:t>
      </w:r>
      <w:r>
        <w:t>toh wahan ek sahib hote the, us waqt Iftikhar aadmi. toh Iftikhar aadmi sahib mujhe ek din unhone kaha ke chaliye hum aap ko apne dost se milayenge.</w:t>
      </w:r>
    </w:p>
    <w:p>
      <w:pPr>
        <w:jc w:val="right"/>
      </w:pPr>
      <w:r>
        <w:t>تو وہاں ایک صاحب ہوتے تھے، اس وقت افتخار آدمی۔ تو افتخار آدمی صاحب مجھے ایک دن انہوں نے کہا کہ چلیے ہم آپ کو اپنے دوست سے ملائیں گے۔</w:t>
      </w:r>
    </w:p>
    <w:p>
      <w:r>
        <w:rPr>
          <w:b/>
        </w:rPr>
        <w:t xml:space="preserve">[44:00] </w:t>
      </w:r>
      <w:r>
        <w:t>toh ek Hindu scholar ke dost the, woh secular the, woh woh yani religious nahi the, secular the, bohat ek bohat parhe likhe aadmi the.</w:t>
      </w:r>
    </w:p>
    <w:p>
      <w:pPr>
        <w:jc w:val="right"/>
      </w:pPr>
      <w:r>
        <w:t>تو ایک ہندو اسکالر کے دوست تھے، وہ سیکولر تھے، وہ وہ یعنی ریلیجیس نہیں تھے، سیکولر تھے، بہت ایک بہت پڑھے لکھے آدمی تھے۔</w:t>
      </w:r>
    </w:p>
    <w:p>
      <w:r>
        <w:rPr>
          <w:b/>
        </w:rPr>
        <w:t xml:space="preserve">[44:11] </w:t>
      </w:r>
      <w:r>
        <w:t>woh toh Iftikhar aadmi sahib mujhe wahan le gaye, ghaleban Hazratganj mein rehte the woh wahan par.</w:t>
      </w:r>
    </w:p>
    <w:p>
      <w:pPr>
        <w:jc w:val="right"/>
      </w:pPr>
      <w:r>
        <w:t>وہ تو افتخار آدمی صاحب مجھے وہاں لے گئے، غالباً حضرت گنج میں رہتے تھے وہ وہاں پر۔</w:t>
      </w:r>
    </w:p>
    <w:p>
      <w:r>
        <w:rPr>
          <w:b/>
        </w:rPr>
        <w:t xml:space="preserve">[44:18] </w:t>
      </w:r>
      <w:r>
        <w:t>to hum log wahan gaye to woh aadmi jo thay, woh bohat parhay likhay thay lekin secular thay. woh to guftagu ke douran unhon ne kaha ke Muhammad ko agar history se nikaal liya jaye to history mein kya kami reh jaye gi?</w:t>
      </w:r>
    </w:p>
    <w:p>
      <w:pPr>
        <w:jc w:val="right"/>
      </w:pPr>
      <w:r>
        <w:t>تو ہم لوگ وہاں گئے تو وہ آدمی جو تھے، وہ بہت پڑھے لکھے تھے لیکن سیکولر تھے۔ وہ تو گفتگو کے دوران انہوں نے کہا کہ محمد کو اگر ہسٹری سے نکال لیا جائے تو ہسٹری میں کیا کمی رہ جائے گی؟</w:t>
      </w:r>
    </w:p>
    <w:p>
      <w:r>
        <w:rPr>
          <w:b/>
        </w:rPr>
        <w:t xml:space="preserve">[44:36] </w:t>
      </w:r>
      <w:r>
        <w:t>yeh pehli baar mujhe aisa suna tha maine. main mazhabi gharane mein paida hua, madrase mein parha,</w:t>
      </w:r>
    </w:p>
    <w:p>
      <w:pPr>
        <w:jc w:val="right"/>
      </w:pPr>
      <w:r>
        <w:t>یہ پہلی بار مجھے ایسا سنا تھا میں نے۔ میں مذہبی گھرانے میں پیدا ہوا، مدرسے میں پڑھا،</w:t>
      </w:r>
    </w:p>
    <w:p>
      <w:r>
        <w:rPr>
          <w:b/>
        </w:rPr>
        <w:t xml:space="preserve">[44:43] </w:t>
      </w:r>
      <w:r>
        <w:t>phir main masjidon aur islami idaron ke mahaul mein raha. to kabhi mujh se kisi ne aisa sawal nahi kiya tha. lekin jab hum is se bahar nikla, woh mahaul se, masjid ke mahaul se bahar, madarse ke mahaul se bahar, islami idare ke mahaul se bahar, yani secular insaan ke paas gaya to us ne ek sawal kar diya ke Muhammad ko agar history se nikaal liya jaye, history mein kya kami reh jaye gi?</w:t>
      </w:r>
    </w:p>
    <w:p>
      <w:pPr>
        <w:jc w:val="right"/>
      </w:pPr>
      <w:r>
        <w:t>پھر میں مسجدوں اور اسلامی اداروں کے ماحول میں رہا۔ تو کبھی مجھ سے کسی نے ایسا سوال نہیں کیا تھا۔ لیکن جب ہم اس سے باہر نکلا، وہ ماحول سے، مسجد کے ماحول سے باہر، مدرسے کے ماحول سے باہر، اسلامی ادارے کے ماحول سے باہر، یعنی سیکولر انسان کے پاس گیا تو اس نے ایک سوال کر دیا کہ محمد کو اگر ہسٹری سے نکال لیا جائے، ہسٹری میں کیا کمی رہ جائے گی؟</w:t>
      </w:r>
    </w:p>
    <w:p>
      <w:r>
        <w:rPr>
          <w:b/>
        </w:rPr>
        <w:t xml:space="preserve">[45:11] </w:t>
      </w:r>
      <w:r>
        <w:t>to is tarah jhatka laga mujhe to ek sawal mere zehn mein aa gaya. is ke baad maine baqayda is par study shuru kar di.</w:t>
      </w:r>
    </w:p>
    <w:p>
      <w:pPr>
        <w:jc w:val="right"/>
      </w:pPr>
      <w:r>
        <w:t>تو اس طرح جھٹکا لگا مجھے تو ایک سوال میرے ذہن میں آ گیا۔ اس کے بعد میں نے باقاعدہ اس پر اسٹڈی شروع کر دی۔</w:t>
      </w:r>
    </w:p>
    <w:p>
      <w:r>
        <w:rPr>
          <w:b/>
        </w:rPr>
        <w:t xml:space="preserve">[45:21] </w:t>
      </w:r>
      <w:r>
        <w:t>kai saal tak main study karta raha. kai saal ki study karne ke baad maine woh kitaab likhi jis ka naam hai urdu mein "Islam daur jadeed ka khaliq".</w:t>
      </w:r>
    </w:p>
    <w:p>
      <w:pPr>
        <w:jc w:val="right"/>
      </w:pPr>
      <w:r>
        <w:t>کئی سال تک میں اسٹڈی کرتا رہا۔ کئی سال کی اسٹڈی کرنے کے بعد میں نے وہ کتاب لکھی جس کا نام ہے اردو میں "اسلام دور جدید کا خالق"۔</w:t>
      </w:r>
    </w:p>
    <w:p>
      <w:r>
        <w:rPr>
          <w:b/>
        </w:rPr>
        <w:t xml:space="preserve">[45:33] </w:t>
      </w:r>
      <w:r>
        <w:t>angrezi mein is ka naam hai "Islam the Creator of Modern World". "Islam the Creator of Modern World".</w:t>
      </w:r>
    </w:p>
    <w:p>
      <w:pPr>
        <w:jc w:val="right"/>
      </w:pPr>
      <w:r>
        <w:t>انگریزی میں اس کا نام ہے "اسلام دا کیٹر آف ماڈرن ورلڈ"۔ "اسلام دی کیٹر آف ماڈرن ورلڈ"۔</w:t>
      </w:r>
    </w:p>
    <w:p>
      <w:r>
        <w:rPr>
          <w:b/>
        </w:rPr>
        <w:t xml:space="preserve">[45:41] </w:t>
      </w:r>
      <w:r>
        <w:t>to yeh ek challenge mila tha, is se yeh kitaab bani. agar woh challenge na milta to main is tarah na study karta na main jaan pata ke kya contribution hai Islam ka, Islam ka contribution kya hai.</w:t>
      </w:r>
    </w:p>
    <w:p>
      <w:pPr>
        <w:jc w:val="right"/>
      </w:pPr>
      <w:r>
        <w:t>تو یہ ایک چیلنج ملا تھا، اس سے یہ کتاب بنی۔ اگر وہ چیلنج نہ ملتا تو میں اس طرح نہ اسٹڈی کرتا نہ میں جان پاتا کہ کیا کنٹریبیوشن ہے اسلام کا، اسلام کا کنٹریبیوشن کیا ہے۔</w:t>
      </w:r>
    </w:p>
    <w:p>
      <w:r>
        <w:rPr>
          <w:b/>
        </w:rPr>
        <w:t xml:space="preserve">[45:56] </w:t>
      </w:r>
      <w:r>
        <w:t>to is tarah ke bohat sare waqeyat hain lekin aap ko main samjhane ke liye ek waqea arz kiya ke jab aap yani jab aap</w:t>
      </w:r>
    </w:p>
    <w:p>
      <w:pPr>
        <w:jc w:val="right"/>
      </w:pPr>
      <w:r>
        <w:t>تو اس طرح کے بہت سارے واقعات ہیں لیکن آپ کو میں سمجھانے کے لیے ایک واقعہ عرض کیا کہ جب آپ یعنی جب آپ</w:t>
      </w:r>
    </w:p>
    <w:p>
      <w:r>
        <w:rPr>
          <w:b/>
        </w:rPr>
        <w:t xml:space="preserve">[46:12] </w:t>
      </w:r>
      <w:r>
        <w:t>imaan ko ikhtiyar karte hain to aap ko ek aqeedah milta hai. aqeedah, aqeedah. agar aap is par study karte hain to aap ka aqeedah marifat banta hai.</w:t>
      </w:r>
    </w:p>
    <w:p>
      <w:pPr>
        <w:jc w:val="right"/>
      </w:pPr>
      <w:r>
        <w:t>ایمان کو اختیار کرتے ہیں تو آپ کو ایک عقیدہ ملتا ہے۔ عقیدہ، عقیدہ۔ اگر آپ اس پر اسٹڈی کرتے ہیں تو آپ کا عقیدہ معرفت بنتا ہے۔</w:t>
      </w:r>
    </w:p>
    <w:p>
      <w:r>
        <w:rPr>
          <w:b/>
        </w:rPr>
        <w:t xml:space="preserve">[46:26] </w:t>
      </w:r>
      <w:r>
        <w:t>to aqeedah jab hai tab bhi koi bari baat nahi hai, marifat bana hai tab bhi koi bohat inqalabi baat nahi hui aap ki zindagi mein. phir jab aisa hota hai ke aap mission ke taur par is ko ikhtiyar karte hain to ek bhonchal aata hai aap ki zindagi mein, ek challenge aata hai aap ki zindagi mein,</w:t>
      </w:r>
    </w:p>
    <w:p>
      <w:pPr>
        <w:jc w:val="right"/>
      </w:pPr>
      <w:r>
        <w:t>تو عقیدہ جب ہے تب بھی کوئی بڑی بات نہیں ہے، معرفت بنا ہے تب بھی کوئی بہت انقلابی بات نہیں ہوئی آپ کی زندگی میں۔ پھر جب ایسا ہوتا ہے کہ آپ مشن کے طور پر اس کو اختیار کرتے ہیں تو ایک بھونچال آتا ہے آپ کی زندگی میں، ایک چیلنج آتا ہے آپ کی زندگی میں،</w:t>
      </w:r>
    </w:p>
    <w:p>
      <w:r>
        <w:rPr>
          <w:b/>
        </w:rPr>
        <w:t xml:space="preserve">[46:45] </w:t>
      </w:r>
      <w:r>
        <w:t>aur phir aap ki shakhsiyat be panaah ho jati hai.</w:t>
      </w:r>
    </w:p>
    <w:p>
      <w:pPr>
        <w:jc w:val="right"/>
      </w:pPr>
      <w:r>
        <w:t>اور پھر آپ کی شخصیت بے پناہ ہو جاتی ہے۔</w:t>
      </w:r>
    </w:p>
    <w:p>
      <w:r>
        <w:rPr>
          <w:b/>
        </w:rPr>
        <w:t xml:space="preserve">[46:50] </w:t>
      </w:r>
      <w:r>
        <w:t>is waqt jo imaan barhta hai is ka koi had o hisab nahi hai, koi is ka had o hisab nahi hai. to main yeh arz karunga ke aap mein se har shakhs yeh ahad kare, yeh soche ke sirf kalma parhna kafi nahi hai.</w:t>
      </w:r>
    </w:p>
    <w:p>
      <w:pPr>
        <w:jc w:val="right"/>
      </w:pPr>
      <w:r>
        <w:t>اس وقت جو ایمان بڑھتا ہے اس کا کوئی حد و حساب نہیں ہے، کوئی اس کا حد و حساب نہیں ہے۔ تو میں یہ عرض کروں گا کہ آپ میں سے ہر شخص یہ عہد کرے، یہ سوچے کہ صرف کلمہ پڑھنا کافی نہیں ہے۔</w:t>
      </w:r>
    </w:p>
    <w:p>
      <w:r>
        <w:rPr>
          <w:b/>
        </w:rPr>
        <w:t xml:space="preserve">[47:10] </w:t>
      </w:r>
      <w:r>
        <w:t>kalma parh liya to yahi kafi nahi hai aur bohat kuch karna hai,</w:t>
      </w:r>
    </w:p>
    <w:p>
      <w:pPr>
        <w:jc w:val="right"/>
      </w:pPr>
      <w:r>
        <w:t>کلمہ پڑھ لیا تو یہی کافی نہیں ہے اور بہت کچھ کرنا ہے،</w:t>
      </w:r>
    </w:p>
    <w:p>
      <w:r>
        <w:rPr>
          <w:b/>
        </w:rPr>
        <w:t xml:space="preserve">[47:19] </w:t>
      </w:r>
      <w:r>
        <w:t>apne kalma ko marifat banana hai. yani shaoori imaan, marifat mani hai shaoori imaan. to pehla darja yeh hai ke aap apne kalma ko sirf talaffuz,</w:t>
      </w:r>
    </w:p>
    <w:p>
      <w:pPr>
        <w:jc w:val="right"/>
      </w:pPr>
      <w:r>
        <w:t>اپنے کلمہ کو معرفت بنانا ہے۔ یعنی شعوری ایمان، معرفت معنی ہے شعوری ایمان۔ تو پہلا درجہ یہ ہے کہ آپ اپنے کلمہ کو صرف تلفظ،</w:t>
      </w:r>
    </w:p>
    <w:p>
      <w:r>
        <w:rPr>
          <w:b/>
        </w:rPr>
        <w:t xml:space="preserve">[47:32] </w:t>
      </w:r>
      <w:r>
        <w:t>talaffuz ke daira mein na rakhein, lip service ki had tak na rakhein balkeh is ko marifat banayein. marifat, realization, discovery.</w:t>
      </w:r>
    </w:p>
    <w:p>
      <w:pPr>
        <w:jc w:val="right"/>
      </w:pPr>
      <w:r>
        <w:t>تلفظ کے دائرے میں نہ رکھیں، لپ سروس کی حد تک نہ رکھیں بلکہ اس کو معرفت بنائیں۔ معرفت، ریلائزیشن، ڈسکوری۔</w:t>
      </w:r>
    </w:p>
    <w:p>
      <w:r>
        <w:rPr>
          <w:b/>
        </w:rPr>
        <w:t xml:space="preserve">[47:42] </w:t>
      </w:r>
      <w:r>
        <w:t>is ke liye aap ko study karni hogi, is ke liye contemplation darkar hoga,</w:t>
      </w:r>
    </w:p>
    <w:p>
      <w:pPr>
        <w:jc w:val="right"/>
      </w:pPr>
      <w:r>
        <w:t>اس کے لیے آپ کو اسٹڈی کرنی ہوگی، اس کے لیے کنٹمپریشن درکار ہوگا،</w:t>
      </w:r>
    </w:p>
    <w:p>
      <w:r>
        <w:rPr>
          <w:b/>
        </w:rPr>
        <w:t xml:space="preserve">[47:47] </w:t>
      </w:r>
      <w:r>
        <w:t>is ke liye sochna parega, ghore o fikr karna hoga. is se aap marifat aaye gi. agla darja marifat ka hai. to pehla darja aqeedah ka hua, doosra darja marifat ka hua.</w:t>
      </w:r>
    </w:p>
    <w:p>
      <w:pPr>
        <w:jc w:val="right"/>
      </w:pPr>
      <w:r>
        <w:t>اس کے لیے سوچنا پڑے گا، غور و فکر کرنا ہوگا۔ اس سے آپ معرفت آئے گی۔ اگلا درجہ معرفت کا ہے۔ تو پہلا درجہ عقیدہ کا ہوا، دوسرا درجہ معرفت کا ہوا۔</w:t>
      </w:r>
    </w:p>
    <w:p>
      <w:r>
        <w:rPr>
          <w:b/>
        </w:rPr>
        <w:t xml:space="preserve">[48:02] </w:t>
      </w:r>
      <w:r>
        <w:t>is ke baad aap jab kalma ke andar jo paigham hai, jo message hai, us ko mission bana lein, mission to phir aap be panaah ho jate hain, be panaah ho jate hain.</w:t>
      </w:r>
    </w:p>
    <w:p>
      <w:pPr>
        <w:jc w:val="right"/>
      </w:pPr>
      <w:r>
        <w:t>اس کے بعد آپ جب کلمہ کے اندر جو پیغام ہے، جو میسج ہے، اس کو مشن بنا لیں، مشن تو پھر آپ بے پناہ ہو جاتے ہیں، بے پناہ ہو جاتے ہیں۔</w:t>
      </w:r>
    </w:p>
    <w:p>
      <w:r>
        <w:rPr>
          <w:b/>
        </w:rPr>
        <w:t xml:space="preserve">[48:16] </w:t>
      </w:r>
      <w:r>
        <w:t>phir aap ki zindagi mein ek challenge aata hai aur challenge aap ko har lamha aage barhata rehta hai, aage barhata rehta hai. to teen ka yani imaan ke teen darje hue: aqeedah, marifat, mission.</w:t>
      </w:r>
    </w:p>
    <w:p>
      <w:pPr>
        <w:jc w:val="right"/>
      </w:pPr>
      <w:r>
        <w:t>پھر آپ کی زندگی میں ایک چیلنج آتا ہے اور چیلنج آپ کو ہر لمحہ آگے بڑھاتا رہتا ہے، آگے بڑھاتا رہتا ہے۔ تو تین کا یعنی ایمان کے تین درجے ہوئے: عقیدہ، معرفت، مشن۔</w:t>
      </w:r>
    </w:p>
    <w:p>
      <w:r>
        <w:rPr>
          <w:b/>
        </w:rPr>
        <w:t xml:space="preserve">[48:34] </w:t>
      </w:r>
      <w:r>
        <w:t>aqeedah se parhein to yeh ek aadmi mutallashi hota hai, seeker hota hai. to agar wahan se agar shuru kijiye to insaan ki zindagi ke char daur ho gaye hain.</w:t>
      </w:r>
    </w:p>
    <w:p>
      <w:pPr>
        <w:jc w:val="right"/>
      </w:pPr>
      <w:r>
        <w:t>عقیدہ سے پڑھیں تو یہ ایک آدمی متلاشی ہوتا ہے، سیکر ہوتا ہے۔ تو اگر وہاں سے اگر شروع کیجئے تو انسان کی زندگی کے چار دور ہو گئے ہیں۔</w:t>
      </w:r>
    </w:p>
    <w:p>
      <w:r>
        <w:rPr>
          <w:b/>
        </w:rPr>
        <w:t xml:space="preserve">[48:45] </w:t>
      </w:r>
      <w:r>
        <w:t>pehla daur yeh hai ke woh seeker bana, doosra daur yeh hai ke us ko aqeedah mil gaya, teesra daur yeh hai ke us ne apne aqeeday ko marifat banaya, chautha daur yeh hai ke woh mission, mani mission ban gaya,</w:t>
      </w:r>
    </w:p>
    <w:p>
      <w:pPr>
        <w:jc w:val="right"/>
      </w:pPr>
      <w:r>
        <w:t>پہلا دور یہ ہے کہ وہ سیکر بنا، دوسرا دور یہ ہے کہ اس کو عقیدہ مل گیا، تیسرا دور یہ ہے کہ اس نے اپنے عقیدے کو معرفت بنایا، چوتھا دور یہ ہے کہ وہ مشن، معنی مشن بن گیا،</w:t>
      </w:r>
    </w:p>
    <w:p>
      <w:r>
        <w:rPr>
          <w:b/>
        </w:rPr>
        <w:t xml:space="preserve">[48:58] </w:t>
      </w:r>
      <w:r>
        <w:t>mani mission. woh yani giver person ban gaya apni duniya ka.</w:t>
      </w:r>
    </w:p>
    <w:p>
      <w:pPr>
        <w:jc w:val="right"/>
      </w:pPr>
      <w:r>
        <w:t>معنی مشن۔ وہ یعنی گیور پرسن بن گیا اپنی دنیا کا۔</w:t>
      </w:r>
    </w:p>
    <w:p>
      <w:r>
        <w:rPr>
          <w:b/>
        </w:rPr>
        <w:t xml:space="preserve">[49:06] </w:t>
      </w:r>
      <w:r>
        <w:t>to is is ki to koi, is ke yani irtiqaa koi had hi nahi, koi had nahi,</w:t>
      </w:r>
    </w:p>
    <w:p>
      <w:pPr>
        <w:jc w:val="right"/>
      </w:pPr>
      <w:r>
        <w:t>تو اس اس کی تو کوئی، اس کے یعنی ارتقاء کوئی حد ہی نہیں، کوئی حد نہیں،</w:t>
      </w:r>
    </w:p>
    <w:p>
      <w:r>
        <w:rPr>
          <w:b/>
        </w:rPr>
        <w:t xml:space="preserve">[49:17] </w:t>
      </w:r>
      <w:r>
        <w:t>koi had nahi. yahan main ek baat aur arz karna chahunga ke jab aap yahan main ek hissa daur mein hain jis ko hum yeh printing press ka daur kehte hain, printing press to</w:t>
      </w:r>
    </w:p>
    <w:p>
      <w:pPr>
        <w:jc w:val="right"/>
      </w:pPr>
      <w:r>
        <w:t>کوئی حد نہیں۔ یہاں میں ایک بات اور عرض کرنا چاہوں گا کہ جب آپ یہاں میں ایک حصہ دور میں ہیں جس کو ہم یہ پرنٹنگ پریس کا دور کہتے ہیں، پرنٹنگ پریس تو</w:t>
      </w:r>
    </w:p>
    <w:p>
      <w:r>
        <w:rPr>
          <w:b/>
        </w:rPr>
        <w:t xml:space="preserve">[49:38] </w:t>
      </w:r>
      <w:r>
        <w:t>aap aap ne agar yeh marhale tay kiye ke aap ne apne yani talash ko aqeedah banaya, phir aqeeday ko marifat banaya, phir marifat ko mission banaya, ab aap ke samne sawal hota hai ke main muqarrir nahi hoon,</w:t>
      </w:r>
    </w:p>
    <w:p>
      <w:pPr>
        <w:jc w:val="right"/>
      </w:pPr>
      <w:r>
        <w:t>آپ آپ نے اگر یہ مرحلے طے کیے کہ آپ نے اپنے یعنی تلاش کو عقیدہ بنایا، پھر عقیدے کو معرفت بنایا، پھر معرفت کو مشن بنایا، اب آپ کے سامنے سوال ہوتا ہے کہ میں مقرر نہیں ہوں،</w:t>
      </w:r>
    </w:p>
    <w:p>
      <w:r>
        <w:rPr>
          <w:b/>
        </w:rPr>
        <w:t xml:space="preserve">[49:57] </w:t>
      </w:r>
      <w:r>
        <w:t>mein adib nahi hoon, kaise kaam karoon mission ka kaam? to printing press ka jawab hai.</w:t>
      </w:r>
    </w:p>
    <w:p>
      <w:pPr>
        <w:jc w:val="right"/>
      </w:pPr>
      <w:r>
        <w:t>میں ادیب نہیں ہوں، کیسے کام کروں مشن کا کام؟ تو پرنٹنگ پریس کا جواب ہے۔</w:t>
      </w:r>
    </w:p>
    <w:p>
      <w:r>
        <w:rPr>
          <w:b/>
        </w:rPr>
        <w:t xml:space="preserve">[50:04] </w:t>
      </w:r>
      <w:r>
        <w:t>ab hamare haan dekhiye, sankron kitabein chhapi hain aur quran ka translation angrezi mein chhapa hua hai, chhote size mein, bade size mein, bohat hi easily understandable.</w:t>
      </w:r>
    </w:p>
    <w:p>
      <w:pPr>
        <w:jc w:val="right"/>
      </w:pPr>
      <w:r>
        <w:t>اب ہمارے ہاں دیکھیے، سینکڑوں کتابیں چھپی ہیں اور قرآن کا ٹرانسلیشن انگریزی میں چھپا ہوا ہے، چھوٹے سائز میں، بڑے سائز میں، بہت ہی ایزیلی انڈرسٹینڈیبل۔</w:t>
      </w:r>
    </w:p>
    <w:p>
      <w:r>
        <w:rPr>
          <w:b/>
        </w:rPr>
        <w:t xml:space="preserve">[50:16] </w:t>
      </w:r>
      <w:r>
        <w:t>to aap ko zaroorat nahi ke aap khud yani khud bane speaker, khud bane writer, is ki zaroorat nahi hai.</w:t>
      </w:r>
    </w:p>
    <w:p>
      <w:pPr>
        <w:jc w:val="right"/>
      </w:pPr>
      <w:r>
        <w:t>تو آپ کو ضرورت نہیں کہ آپ خود یعنی خود بنیں اسپیکر، خود بنیں رائٹر، اس کی ضرورت نہیں ہے۔</w:t>
      </w:r>
    </w:p>
    <w:p>
      <w:r>
        <w:rPr>
          <w:b/>
        </w:rPr>
        <w:t xml:space="preserve">[50:26] </w:t>
      </w:r>
      <w:r>
        <w:t>mission ki spirit ko paida ho jaye to wohi kafi hai.</w:t>
      </w:r>
    </w:p>
    <w:p>
      <w:pPr>
        <w:jc w:val="right"/>
      </w:pPr>
      <w:r>
        <w:t>مشن کی سپرٹ کو پیدا ہو جائے تو وہی کافی ہے۔</w:t>
      </w:r>
    </w:p>
    <w:p>
      <w:r>
        <w:rPr>
          <w:b/>
        </w:rPr>
        <w:t xml:space="preserve">[50:32] </w:t>
      </w:r>
      <w:r>
        <w:t>aap is letter, is is literature ko phailayenge, is liye quran ko distribute karenge. woh hai work of mission.</w:t>
      </w:r>
    </w:p>
    <w:p>
      <w:pPr>
        <w:jc w:val="right"/>
      </w:pPr>
      <w:r>
        <w:t>آپ اس لیٹر، اس اس لٹریچر کو پھیلائیں گے، اس لیے قرآن کو ڈسٹریبیوٹ کریں گے۔ وہ ہے ورک آف مشن۔</w:t>
      </w:r>
    </w:p>
    <w:p>
      <w:r>
        <w:rPr>
          <w:b/>
        </w:rPr>
        <w:t xml:space="preserve">[50:44] </w:t>
      </w:r>
      <w:r>
        <w:t>to yeh bohat bari baat hai ke hum ek zamane mein hain jabke duniya mein printing press ka zamana aa gaya hai ke khud aap speaker na hon, khud aap writer na hon, tab bhi aap aala darje mein mission mein kaam kar sakte hain,</w:t>
      </w:r>
    </w:p>
    <w:p>
      <w:pPr>
        <w:jc w:val="right"/>
      </w:pPr>
      <w:r>
        <w:t>تو یہ بہت بڑی بات ہے کہ ہم ایک زمانے میں ہیں جبکہ دنیا میں پرنٹنگ پریس کا زمانہ آ گیا ہے کہ خود آپ اسپیکر نہ ہوں، خود آپ رائٹر نہ ہوں، تب بھی آپ اعلیٰ درجے میں مشن میں کام کر سکتے ہیں،</w:t>
      </w:r>
    </w:p>
    <w:p>
      <w:r>
        <w:rPr>
          <w:b/>
        </w:rPr>
        <w:t xml:space="preserve">[51:00] </w:t>
      </w:r>
      <w:r>
        <w:t>aala darje mein.</w:t>
      </w:r>
    </w:p>
    <w:p>
      <w:pPr>
        <w:jc w:val="right"/>
      </w:pPr>
      <w:r>
        <w:t>اعلیٰ درجے میں۔</w:t>
      </w:r>
    </w:p>
    <w:p>
      <w:r>
        <w:rPr>
          <w:b/>
        </w:rPr>
        <w:t xml:space="preserve">[51:02] </w:t>
      </w:r>
      <w:r>
        <w:t>mere paas rozana khabrein aati rehti hain, log telephone karte hain ke falan shakhs ko kitab di, falan shakhs ko kitab di. aur woh, woh abhi kashmiri ke ustad ne bataya mujhe ke woh jammu gaye to jammu maine star lagaya, hamare saathi hain woh is mission mein, dawati mission mein.</w:t>
      </w:r>
    </w:p>
    <w:p>
      <w:pPr>
        <w:jc w:val="right"/>
      </w:pPr>
      <w:r>
        <w:t>میرے پاس روزانہ خبریں آتی رہتی ہیں، لوگ ٹیل فون کرتے ہیں کہ فلاں شخص کو کتاب دی، فلاں شخص کو کتاب دی۔ اور وہ، وہ ابھی کشمیری کے استاد نے بتایا مجھے کہ وہ جموں گئے تو جموں میں نے اسٹار لگایا، ہمارے ساتھی ہیں وہ اس مشن میں، دعوتی مشن میں۔</w:t>
      </w:r>
    </w:p>
    <w:p>
      <w:r>
        <w:rPr>
          <w:b/>
        </w:rPr>
        <w:t xml:space="preserve">[51:22] </w:t>
      </w:r>
      <w:r>
        <w:t>to jammu mein star lagaya, unhon ne book star, wahan par quran ka yeh jo tarjuma chhapa hai, hamara angrezi ka, woh bhi tha.</w:t>
      </w:r>
    </w:p>
    <w:p>
      <w:pPr>
        <w:jc w:val="right"/>
      </w:pPr>
      <w:r>
        <w:t>تو جموں میں اسٹار لگایا، انہوں نے بک اسٹار، وہاں پر قرآن کا یہ جو ترجمہ چھپا ہے، ہمارا انگریزی کا، وہ بھی تھا۔</w:t>
      </w:r>
    </w:p>
    <w:p>
      <w:r>
        <w:rPr>
          <w:b/>
        </w:rPr>
        <w:t xml:space="preserve">[51:29] </w:t>
      </w:r>
      <w:r>
        <w:t>to ek hindu aaye, is hindu ko unhon ne quran dena chaha. to is hindu ne kaha ke</w:t>
      </w:r>
    </w:p>
    <w:p>
      <w:pPr>
        <w:jc w:val="right"/>
      </w:pPr>
      <w:r>
        <w:t>تو ایک ہندو آئے، اس ہندو کو انہوں نے قرآن دینا چاہا۔ تو اس ہندو نے کہا کہ</w:t>
      </w:r>
    </w:p>
    <w:p>
      <w:r>
        <w:rPr>
          <w:b/>
        </w:rPr>
        <w:t xml:space="preserve">[51:41] </w:t>
      </w:r>
      <w:r>
        <w:t>kuchh yani thoda thehriye, kuchh aisa kaha us ne. to woh keh ke chala gaya. woh to unhon ne samjha ke shayad us ne quran ko nahi liya, yani kisi wajah se quran nahi liya, us ne pasand nahi kiya, us ne lena quran ko.</w:t>
      </w:r>
    </w:p>
    <w:p>
      <w:pPr>
        <w:jc w:val="right"/>
      </w:pPr>
      <w:r>
        <w:t>کچھ یعنی تھوڑا ٹھہریے، کچھ ایسا کہا اس نے۔ تو وہ کہہ کے چلا گیا۔ وہ تو انہوں نے سمجھا کہ شاید اس نے قرآن کو نہیں لیا، یعنی کسی وجہ سے قرآن نہیں لیا، اس نے پسند نہیں کیا، اس نے لینا قرآن کو۔</w:t>
      </w:r>
    </w:p>
    <w:p>
      <w:r>
        <w:rPr>
          <w:b/>
        </w:rPr>
        <w:t xml:space="preserve">[51:58] </w:t>
      </w:r>
      <w:r>
        <w:t>p</w:t>
      </w:r>
    </w:p>
    <w:p>
      <w:pPr>
        <w:jc w:val="right"/>
      </w:pPr>
      <w:r>
        <w:t>پ</w:t>
      </w:r>
    </w:p>
    <w:p>
      <w:r>
        <w:rPr>
          <w:b/>
        </w:rPr>
        <w:t xml:space="preserve">[51:59] </w:t>
      </w:r>
      <w:r>
        <w:t>har kuchh der ke baad phir dobara aaya aur us ne kaha ke mujhe quran dijiye. aur phir dono haath se le kar aise kiya us ne. to unhon ne poocha ke aap pehle kyun nahi liya tha aap ne?</w:t>
      </w:r>
    </w:p>
    <w:p>
      <w:pPr>
        <w:jc w:val="right"/>
      </w:pPr>
      <w:r>
        <w:t>ھر کچھ دیر کے بعد پھر دوبارہ آیا اور اس نے کہا کہ مجھے قرآن دیجئے۔ اور پھر دونوں ہاتھ سے لے کر ایسے کیا اس نے۔ تو انہوں نے پوچھا کہ آپ پہلے کیوں نہیں لیا تھا آپ نے؟</w:t>
      </w:r>
    </w:p>
    <w:p>
      <w:r>
        <w:rPr>
          <w:b/>
        </w:rPr>
        <w:t xml:space="preserve">[52:11] </w:t>
      </w:r>
      <w:r>
        <w:t>to unhon ne kaha ke main jab gaya tha ke naha naha kar ke pak saaf ho kar ke naya kapda badal ke tab quran ko loon main.</w:t>
      </w:r>
    </w:p>
    <w:p>
      <w:pPr>
        <w:jc w:val="right"/>
      </w:pPr>
      <w:r>
        <w:t>تو انہوں نے کہا کہ میں جب گیا تھا کہ نہا نہا کر کے پاک صاف ہو کر کے نیا کپڑا بدل کے تب قرآن کو لوں میں۔</w:t>
      </w:r>
    </w:p>
    <w:p>
      <w:r>
        <w:rPr>
          <w:b/>
        </w:rPr>
        <w:t xml:space="preserve">[52:20] </w:t>
      </w:r>
      <w:r>
        <w:t>to woh aadmi gaya, nahaya, naha kar kapda badla, pak saaf hua to aakhir quran liya us ne. ab zara ghor kijiye, kaisa ajeeb zamana hai.</w:t>
      </w:r>
    </w:p>
    <w:p>
      <w:pPr>
        <w:jc w:val="right"/>
      </w:pPr>
      <w:r>
        <w:t>تو وہ آدمی گیا، نہایا، نہا کر کپڑا بدلا، پاک صاف ہوا تو آخر قرآن لیا اس نے۔ اب ذرا غور کیجئے، کیسا عجیب زمانہ ہے۔</w:t>
      </w:r>
    </w:p>
    <w:p>
      <w:r>
        <w:rPr>
          <w:b/>
        </w:rPr>
        <w:t xml:space="preserve">[52:33] </w:t>
      </w:r>
      <w:r>
        <w:t>yani ek taraf aap ke paas printing material maujood hai, doosri taraf is ko lene wale beqarar hain.</w:t>
      </w:r>
    </w:p>
    <w:p>
      <w:pPr>
        <w:jc w:val="right"/>
      </w:pPr>
      <w:r>
        <w:t>یعنی ایک طرف آپ کے پاس پرنٹنگ مٹیریل موجود ہے، دوسری طرف اس کو لینے والے بے قرار ہیں۔</w:t>
      </w:r>
    </w:p>
    <w:p>
      <w:r>
        <w:rPr>
          <w:b/>
        </w:rPr>
        <w:t xml:space="preserve">[52:41] </w:t>
      </w:r>
      <w:r>
        <w:t>kaisi ajeeb baat hai. ab zamane ka yeh farq hai, pehle zamane mein aisa tha nahi. pehle zamane mein dekhiye, openness nahi thi.</w:t>
      </w:r>
    </w:p>
    <w:p>
      <w:pPr>
        <w:jc w:val="right"/>
      </w:pPr>
      <w:r>
        <w:t>کیسی عجیب بات ہے۔ اب زمانے کا یہ فرق ہے، پہلے زمانے میں ایسا تھا نہیں۔ پہلے زمانے میں دیکھیں، اوپننس نہیں تھی۔</w:t>
      </w:r>
    </w:p>
    <w:p>
      <w:r>
        <w:rPr>
          <w:b/>
        </w:rPr>
        <w:t xml:space="preserve">[52:49] </w:t>
      </w:r>
      <w:r>
        <w:t>pehla zamane mein openness nahi thi. close society hua karti thi, har aadmi apne andar band, apne cell mein. har aadmi apne cell mein band. ab openness aa gaya hai, jo gul, jis ko hum kehte hain globalization.</w:t>
      </w:r>
    </w:p>
    <w:p>
      <w:pPr>
        <w:jc w:val="right"/>
      </w:pPr>
      <w:r>
        <w:t>پہلے زمانے میں اوپننس نہیں تھی۔ کلوز سوسائٹی ہوا کرتی تھی، ہر آدمی اپنے اندر بند، اپنے سیل میں۔ ہر آدمی اپنے سیل میں بند۔ اب اوپننس آ گیا ہے، جو گل، جس کو ہم کہتے ہیں گلوبلائزیشن۔</w:t>
      </w:r>
    </w:p>
    <w:p>
      <w:r>
        <w:rPr>
          <w:b/>
        </w:rPr>
        <w:t xml:space="preserve">[53:04] </w:t>
      </w:r>
      <w:r>
        <w:t>globalization jo hua hai is zamane mein, is ne openness laya hai. ise is se darwaze sab khul gaye hain mission of work ke liye, dawat work ke liye. har aadmi, har aadmi chahta hai ke baaton ko jaane.</w:t>
      </w:r>
    </w:p>
    <w:p>
      <w:pPr>
        <w:jc w:val="right"/>
      </w:pPr>
      <w:r>
        <w:t>گلوبلائزیشن جو ہوا ہے اس زمانے میں، اس نے اوپننس لایا ہے۔ اسے اس سے دروازے سب کھل گئے ہیں مشن آف ورک کے لیے، دعوت ورک کے لیے۔ ہر آدمی، ہر آدمی چاہتا ہے کہ باتوں کو جانے۔</w:t>
      </w:r>
    </w:p>
    <w:p>
      <w:r>
        <w:rPr>
          <w:b/>
        </w:rPr>
        <w:t xml:space="preserve">[53:18] </w:t>
      </w:r>
      <w:r>
        <w:t>ab koi aadmi ignorant nahi rehna chahta, jaanna chahta hai. woh to itne saare mauqe khul gaye hain.</w:t>
      </w:r>
    </w:p>
    <w:p>
      <w:pPr>
        <w:jc w:val="right"/>
      </w:pPr>
      <w:r>
        <w:t>اب کوئی آدمی اگنورنٹ نہیں رہنا چاہتا، جاننا چاہتا ہے۔ وہ تو اتنے سارے موقع کھل گئے ہیں۔</w:t>
      </w:r>
    </w:p>
    <w:p>
      <w:r>
        <w:rPr>
          <w:b/>
        </w:rPr>
        <w:t xml:space="preserve">[53:28] </w:t>
      </w:r>
      <w:r>
        <w:t>to ab mission ki raah mein jo pehle mushkilain hoti theen, woh sab khatam ho gayi hain. ab koi mushkil baqi nahi rahi.</w:t>
      </w:r>
    </w:p>
    <w:p>
      <w:pPr>
        <w:jc w:val="right"/>
      </w:pPr>
      <w:r>
        <w:t>تو اب مشن کی راہ میں جو پہلے مشکلیں ہوتی تھیں، وہ سب ختم ہو گئی ہیں۔ اب کوئی مشکل باقی نہیں رہی۔</w:t>
      </w:r>
    </w:p>
    <w:p>
      <w:r>
        <w:rPr>
          <w:b/>
        </w:rPr>
        <w:t xml:space="preserve">[53:40] </w:t>
      </w:r>
      <w:r>
        <w:t>is wajah se main aap logon ko se appeal karunga ke aap baaton ko gehrai mein samjhiye aur ek nayi zindagi jeena seekhiye.</w:t>
      </w:r>
    </w:p>
    <w:p>
      <w:pPr>
        <w:jc w:val="right"/>
      </w:pPr>
      <w:r>
        <w:t>اس وجہ سے میں آپ لوگوں کو سے اپیل کروں گا کہ آپ باتوں کو گہرائی میں سمجھیے اور ایک نئی زندگی جینا سیکھیے۔</w:t>
      </w:r>
    </w:p>
    <w:p>
      <w:r>
        <w:rPr>
          <w:b/>
        </w:rPr>
        <w:t xml:space="preserve">[53:54] </w:t>
      </w:r>
      <w:r>
        <w:t>ek nayi zindagi, naya insaan baniye. har har din aap ko ek naya insaan banna hai.</w:t>
      </w:r>
    </w:p>
    <w:p>
      <w:pPr>
        <w:jc w:val="right"/>
      </w:pPr>
      <w:r>
        <w:t>ایک نئی زندگی، نیا انسان بنیے۔ ہر ہر دن آپ کو ایک نیا انسان بننا ہے۔</w:t>
      </w:r>
    </w:p>
    <w:p>
      <w:r>
        <w:rPr>
          <w:b/>
        </w:rPr>
        <w:t xml:space="preserve">[54:05] </w:t>
      </w:r>
      <w:r>
        <w:t>har din aap ke andar ek naya insaan emerge chahiye.</w:t>
      </w:r>
    </w:p>
    <w:p>
      <w:pPr>
        <w:jc w:val="right"/>
      </w:pPr>
      <w:r>
        <w:t>ہر دن آپ کے اندر ایک نیا انسان ایمرج کرنا چاہیے۔</w:t>
      </w:r>
    </w:p>
    <w:p>
      <w:r>
        <w:rPr>
          <w:b/>
        </w:rPr>
        <w:t xml:space="preserve">[54:11] </w:t>
      </w:r>
      <w:r>
        <w:t>jis tarah physical sehat mein yahi hota hai, physical sehat mein hum din ek naya insaan bante hain. aap jante hain ke hamari body mein jo cells hain, living cells, woh million billion ki tadad mein hain,</w:t>
      </w:r>
    </w:p>
    <w:p>
      <w:pPr>
        <w:jc w:val="right"/>
      </w:pPr>
      <w:r>
        <w:t>جس طرح فزیکل صحت میں یہی ہوتا ہے، فزیکل صحت میں ہم دن ایک نیا انسان بنتے ہیں۔ آپ جانتے ہیں کہ ہماری باڈی میں جو سیلز ہیں، لیونگ سیلز، وہ ملین بلین کی تعداد میں ہیں،</w:t>
      </w:r>
    </w:p>
    <w:p>
      <w:r>
        <w:rPr>
          <w:b/>
        </w:rPr>
        <w:t xml:space="preserve">[54:25] </w:t>
      </w:r>
      <w:r>
        <w:t>lekin woh toot'te rehte hain rozana. to bohat ziyada toot'te hain, lekin itne chote hote hain ke dikhai nahi dete. woh bohat chote.</w:t>
      </w:r>
    </w:p>
    <w:p>
      <w:pPr>
        <w:jc w:val="right"/>
      </w:pPr>
      <w:r>
        <w:t>لیکن وہ ٹوٹتے رہتے ہیں روزانہ۔ تو بہت زیادہ ٹوٹتے ہیں، لیکن اتنے چھوٹے ہوتے ہیں کہ دکھائی نہیں دیتے۔ وہ بہت چھوٹے۔</w:t>
      </w:r>
    </w:p>
    <w:p>
      <w:r>
        <w:rPr>
          <w:b/>
        </w:rPr>
        <w:t xml:space="preserve">[54:34] </w:t>
      </w:r>
      <w:r>
        <w:t>to har din yeh aisa hota hai ke ek ek yaani cells ka ek yaani ek woh chala gaya, doosra cells aa gaya.</w:t>
      </w:r>
    </w:p>
    <w:p>
      <w:pPr>
        <w:jc w:val="right"/>
      </w:pPr>
      <w:r>
        <w:t>تو ہر دن یہ ایسا ہوتا ہے کہ ایک ایک یعنی سیلز کا ایک یعنی ایک وہ چلا گیا، دوسرا سیلز آ گیا۔</w:t>
      </w:r>
    </w:p>
    <w:p>
      <w:r>
        <w:rPr>
          <w:b/>
        </w:rPr>
        <w:t xml:space="preserve">[54:49] </w:t>
      </w:r>
      <w:r>
        <w:t>is ke upar bohat sare cells chale gaye, doosre cells aa gaye, aa gaye un ke replace karne ke liye. to trust cells ka jo replacement hai, is ka matlab hai ke har din hamara body naya body ban raha hai.</w:t>
      </w:r>
    </w:p>
    <w:p>
      <w:pPr>
        <w:jc w:val="right"/>
      </w:pPr>
      <w:r>
        <w:t>اس کے اوپر بہت سارے سیلز چلے گئے، دوسرے سیلز آ گئے، آ گئے ان کے ریپلیس کرنے کے لیے۔ تو ٹرسٹ سیلز کا جو ریپلیسمنٹ ہے، اس کا مطلب ہے کہ ہر دن ہمارا باڈی نیا باڈی بن رہا ہے۔</w:t>
      </w:r>
    </w:p>
    <w:p>
      <w:r>
        <w:rPr>
          <w:b/>
        </w:rPr>
        <w:t xml:space="preserve">[55:03] </w:t>
      </w:r>
      <w:r>
        <w:t>hamara body har din naya body ban raha hai. yeh yeh jo cells ka replacement hai, is ka matlab kya hai? yeh to hua, sare body ke cells har lamha badal rahe hain.</w:t>
      </w:r>
    </w:p>
    <w:p>
      <w:pPr>
        <w:jc w:val="right"/>
      </w:pPr>
      <w:r>
        <w:t>ہمارا باڈی ہر دن نیا باڈی بن رہا ہے۔ یہ یہ جو سیلز کا ریپلیسمنٹ ہے، اس کا مطلب کیا ہے؟ یہ تو ہوا، سارے باڈی کے سیلز ہر لمحہ بدل رہے ہیں۔</w:t>
      </w:r>
    </w:p>
    <w:p>
      <w:r>
        <w:rPr>
          <w:b/>
        </w:rPr>
        <w:t xml:space="preserve">[55:15] </w:t>
      </w:r>
      <w:r>
        <w:t>24 ghante yeh amal jari hai. to is ka hota yeh hai ke hum hamara body har din naya ho raha hai. jab body naya ho raha hai to aap mind bhi naya hona chahiye.</w:t>
      </w:r>
    </w:p>
    <w:p>
      <w:pPr>
        <w:jc w:val="right"/>
      </w:pPr>
      <w:r>
        <w:t>24 گھنٹے یہ عمل جاری ہے۔ تو اس کا ہوتا یہ ہے کہ ہم ہمارا باڈی ہر دن نیا ہو رہا ہے۔ جب باڈی نیا ہو رہا ہے تو آپ مائنڈ بھی نیا ہونا چاہیے۔</w:t>
      </w:r>
    </w:p>
    <w:p>
      <w:r>
        <w:rPr>
          <w:b/>
        </w:rPr>
        <w:t xml:space="preserve">[55:26] </w:t>
      </w:r>
      <w:r>
        <w:t>in terms of physical existence, aap har din naye ho rahe hain.</w:t>
      </w:r>
    </w:p>
    <w:p>
      <w:pPr>
        <w:jc w:val="right"/>
      </w:pPr>
      <w:r>
        <w:t>ان ٹرمز آف فزیکل ایگزسٹنس، آپ ہر دن نئے ہو رہے ہیں۔</w:t>
      </w:r>
    </w:p>
    <w:p>
      <w:r>
        <w:rPr>
          <w:b/>
        </w:rPr>
        <w:t xml:space="preserve">[55:31] </w:t>
      </w:r>
      <w:r>
        <w:t>to in terms of intellectual existence mein aap ko naya hona chahiye. is ka taqaza hai. to body ka dekhiye, body mein jo nayapan aata hai, har din jo aap naye insaan bante rehte hain, woh to ek cartobotic ek process hai.</w:t>
      </w:r>
    </w:p>
    <w:p>
      <w:pPr>
        <w:jc w:val="right"/>
      </w:pPr>
      <w:r>
        <w:t>تو ان ٹرمز آف انٹلیکچول ایگزسٹنس میں آپ کو نیا ہونا چاہیے۔ اس کا تقاضا ہے۔ تو باڈی کا دیکھیے، باڈی میں جو نیاپن آتا ہے، ہر دن جو آپ نئے انسان بنتے رہتے ہیں، وہ تو ایک کارٹوبوٹک ایک پراسیس ہے۔</w:t>
      </w:r>
    </w:p>
    <w:p>
      <w:r>
        <w:rPr>
          <w:b/>
        </w:rPr>
        <w:t xml:space="preserve">[55:49] </w:t>
      </w:r>
      <w:r>
        <w:t>aap ko sochna nahi parta is ke liye. ek cartobotic process ke tehat body jo hai, is mein cells ke replacement ka amal jari hai.</w:t>
      </w:r>
    </w:p>
    <w:p>
      <w:pPr>
        <w:jc w:val="right"/>
      </w:pPr>
      <w:r>
        <w:t>آپ کو سوچنا نہیں پڑتا اس کے لیے۔ ایک کارٹوبوٹک پراسیس کے تحت باڈی جو ہے، اس میں سیلز کے ریپلیسمنٹ کا عمل جاری ہے۔</w:t>
      </w:r>
    </w:p>
    <w:p>
      <w:r>
        <w:rPr>
          <w:b/>
        </w:rPr>
        <w:t xml:space="preserve">[55:58] </w:t>
      </w:r>
      <w:r>
        <w:t>aap ko kuch karna nahi hai, lekin intellectual development ke liye, intellectual level par naya insaan banne ke liye aap ko sochna hai.</w:t>
      </w:r>
    </w:p>
    <w:p>
      <w:pPr>
        <w:jc w:val="right"/>
      </w:pPr>
      <w:r>
        <w:t>آپ کو کچھ کرنا نہیں ہے، لیکن انٹلیکچول ڈیویلپمنٹ کے لیے، انٹلیکچول لیول پر نیا انسان بننے کے لیے آپ کو سوچنا ہے۔</w:t>
      </w:r>
    </w:p>
    <w:p>
      <w:r>
        <w:rPr>
          <w:b/>
        </w:rPr>
        <w:t xml:space="preserve">[56:08] </w:t>
      </w:r>
      <w:r>
        <w:t>soch soch kar aap ke andar woh insaan emerge karega jo in terms of mind ek naya insaan hoga. to yeh sab karna hai.</w:t>
      </w:r>
    </w:p>
    <w:p>
      <w:pPr>
        <w:jc w:val="right"/>
      </w:pPr>
      <w:r>
        <w:t>سوچ سوچ کر آپ کے اندر وہ انسان ایمرج کرے گا جو ان ٹرمز آف مائنڈ ایک نیا انسان ہوگا۔ تو یہ سب کرنا ہے۔</w:t>
      </w:r>
    </w:p>
    <w:p>
      <w:r>
        <w:rPr>
          <w:b/>
        </w:rPr>
        <w:t xml:space="preserve">[56:22] </w:t>
      </w:r>
      <w:r>
        <w:t>yeh sab jab aap karenge, tabhi aap aala darje ki dawat work kar paenge.</w:t>
      </w:r>
    </w:p>
    <w:p>
      <w:pPr>
        <w:jc w:val="right"/>
      </w:pPr>
      <w:r>
        <w:t>یہ سب جب آپ کریں گے، تبھی آپ اعلیٰ درجے کی دعوت ورک کر پائیں گے۔</w:t>
      </w:r>
    </w:p>
    <w:p>
      <w:r>
        <w:rPr>
          <w:b/>
        </w:rPr>
        <w:t xml:space="preserve">[56:27] </w:t>
      </w:r>
      <w:r>
        <w:t>dawat work mein is wajah se ke koi bohat hi forward qism ka kaam nahi hai, bohat challenging kaam hai, bohat hi scientific kaam hai.</w:t>
      </w:r>
    </w:p>
    <w:p>
      <w:pPr>
        <w:jc w:val="right"/>
      </w:pPr>
      <w:r>
        <w:t>دعوت ورک میں اس وجہ سے کہ کوئی بہت ہی فارورڈ قسم کا کام نہیں ہے، بہت چیلنجنگ کام ہے، بہت ہی سائنٹیفک کام ہے۔</w:t>
      </w:r>
    </w:p>
    <w:p>
      <w:r>
        <w:rPr>
          <w:b/>
        </w:rPr>
        <w:t xml:space="preserve">[56:37] </w:t>
      </w:r>
      <w:r>
        <w:t>to jitna ziyada aap sochenge, jitna ziyada apne aap ko tayyar karenge, jitna ziyada apni personality development karenge, apne andar itne bare level ka aap missionary ka kaam kar sakenge, mission work kar sakenge.</w:t>
      </w:r>
    </w:p>
    <w:p>
      <w:pPr>
        <w:jc w:val="right"/>
      </w:pPr>
      <w:r>
        <w:t>تو جتنا زیادہ آپ سوچیں گے، جتنا زیادہ اپنے آپ کو تیار کریں گے، جتنا زیادہ اپنی پرسنیلٹی ڈیویلپمنٹ کریں گے، اپنے اندر اتنے بڑے لیول کا آپ مشنری کا کام کر سکیں گے، مشن ورک کر سکیں گے۔</w:t>
      </w:r>
    </w:p>
    <w:p>
      <w:r>
        <w:rPr>
          <w:b/>
        </w:rPr>
        <w:t xml:space="preserve">[56:52] </w:t>
      </w:r>
      <w:r>
        <w:t>yeh sab baaton ka taluq hai sochne se. sochne se</w:t>
      </w:r>
    </w:p>
    <w:p>
      <w:pPr>
        <w:jc w:val="right"/>
      </w:pPr>
      <w:r>
        <w:t>یہ سب باتوں کا تعلق ہے سوچنے سے۔ سوچنے سے</w:t>
      </w:r>
    </w:p>
    <w:p>
      <w:r>
        <w:rPr>
          <w:b/>
        </w:rPr>
        <w:t xml:space="preserve">[57:00] </w:t>
      </w:r>
      <w:r>
        <w:t>jitna sochenge, jitna sochenge, utna hi aap ke andar intellectual development hoga. aur study bohat hi zaroori hai.</w:t>
      </w:r>
    </w:p>
    <w:p>
      <w:pPr>
        <w:jc w:val="right"/>
      </w:pPr>
      <w:r>
        <w:t>جتنا سوچیں گے، جتنا سوچیں گے، اتنا ہی آپ کے اندر انٹلیکچول ڈیویلپمنٹ ہوگا۔ اور اسٹڈی بہت ہی ضروری ہے۔</w:t>
      </w:r>
    </w:p>
    <w:p>
      <w:r>
        <w:rPr>
          <w:b/>
        </w:rPr>
        <w:t xml:space="preserve">[57:12] </w:t>
      </w:r>
      <w:r>
        <w:t>quran ko parhna, hadith ko parhna, seerat ko parhna, sahaba ke halaat ko parhna, ek to yeh hai jis ko main kahunga classical literature.</w:t>
      </w:r>
    </w:p>
    <w:p>
      <w:pPr>
        <w:jc w:val="right"/>
      </w:pPr>
      <w:r>
        <w:t>قرآن کو پڑھنا، حدیث کو پڑھنا، سیرت کو پڑھنا، صحابہ کے حالات کو پڑھنا، ایک تو یہ ہے جس کو میں کہوں گا کلاسیکل لٹریچر۔</w:t>
      </w:r>
    </w:p>
    <w:p>
      <w:r>
        <w:rPr>
          <w:b/>
        </w:rPr>
        <w:t xml:space="preserve">[57:22] </w:t>
      </w:r>
      <w:r>
        <w:t>ek classical literature yaani quran, hadith, seerat, yaani halaat sahaba, yeh sab ka hamara classical literature hai.</w:t>
      </w:r>
    </w:p>
    <w:p>
      <w:pPr>
        <w:jc w:val="right"/>
      </w:pPr>
      <w:r>
        <w:t>ایک کلاسیکل لٹریچر یعنی قرآن، حدیث، سیرت، یعنی حالات صحابہ، یہ سب کا ہمارا کلاسیکل لٹریچر ہے۔</w:t>
      </w:r>
    </w:p>
    <w:p>
      <w:r>
        <w:rPr>
          <w:b/>
        </w:rPr>
        <w:t xml:space="preserve">[57:32] </w:t>
      </w:r>
      <w:r>
        <w:t>is ko bhi parhna hai. aap jante hain ke har zaban mein available hai woh is zamane mein. doosri taraf jo literature hai jo hamare haan tayyar hua hai, woh ka aaj ke modern medium mein ya halaat jo contemporary halaat hain, us ko le kar ke</w:t>
      </w:r>
    </w:p>
    <w:p>
      <w:pPr>
        <w:jc w:val="right"/>
      </w:pPr>
      <w:r>
        <w:t>اس کو بھی پڑھنا ہے۔ آپ جانتے ہیں کہ ہر زبان میں اویلیبل ہے وہ اس زمانے میں۔ دوسری طرف جو لٹریچر ہے جو ہمارے ہاں تیار ہوا ہے، وہ کا آج کے ماڈرن میڈیم میں یا حالات جو کنٹیمپری حالات ہیں، اس کو لے کر کے</w:t>
      </w:r>
    </w:p>
    <w:p>
      <w:r>
        <w:rPr>
          <w:b/>
        </w:rPr>
        <w:t xml:space="preserve">[57:50] </w:t>
      </w:r>
      <w:r>
        <w:t>hamara jo tar ab tayyar hui hai, woh hoga islam ka application naye halaat mein. islam yaani how to apply eternal message of islam in modern situation, is ka jawab hai woh.</w:t>
      </w:r>
    </w:p>
    <w:p>
      <w:pPr>
        <w:jc w:val="right"/>
      </w:pPr>
      <w:r>
        <w:t>ہمارا جو تر اب تیار ہوئی ہے، وہ ہوگا اسلام کا ایپلیکیشن نئے حالات میں۔ اسلام یعنی ہاؤ ٹو اپلائی ایٹرنل میسج آف اسلام ان ماڈرن سچویشن، اس کا جواب ہے وہ۔</w:t>
      </w:r>
    </w:p>
    <w:p>
      <w:r>
        <w:rPr>
          <w:b/>
        </w:rPr>
        <w:t xml:space="preserve">[58:10] </w:t>
      </w:r>
      <w:r>
        <w:t>to aap yeh sab cheezein parhiye.</w:t>
      </w:r>
    </w:p>
    <w:p>
      <w:pPr>
        <w:jc w:val="right"/>
      </w:pPr>
      <w:r>
        <w:t>تو آپ یہ سب چیزیں پڑھیے۔</w:t>
      </w:r>
    </w:p>
    <w:p>
      <w:r>
        <w:rPr>
          <w:b/>
        </w:rPr>
        <w:t xml:space="preserve">[58:14] </w:t>
      </w:r>
      <w:r>
        <w:t>in sab cheezon ko parh kar ke aap ke andar sochne ka mada badhega, intellectual development hoga aur ziyada se ziyada iman mein izafa karne ke qabil ho sakenge.</w:t>
      </w:r>
    </w:p>
    <w:p>
      <w:pPr>
        <w:jc w:val="right"/>
      </w:pPr>
      <w:r>
        <w:t>ان سب چیزوں کو پڑھ کر کے آپ کے اندر سوچنے کا مادہ بڑھے گا، انٹلیکچول ڈیویلپمنٹ ہوگا اور زیادہ سے زیادہ ایمان میں اضافہ کرنے کے قابل ہو سکیں گے۔</w:t>
      </w:r>
    </w:p>
    <w:p>
      <w:r>
        <w:rPr>
          <w:b/>
        </w:rPr>
        <w:t xml:space="preserve">[58:28] </w:t>
      </w:r>
      <w:r>
        <w:t>aap</w:t>
      </w:r>
    </w:p>
    <w:p>
      <w:pPr>
        <w:jc w:val="right"/>
      </w:pPr>
      <w:r>
        <w:t>آپ</w:t>
      </w:r>
    </w:p>
    <w:p>
      <w:r>
        <w:rPr>
          <w:b/>
        </w:rPr>
        <w:t xml:space="preserve">[58:31] </w:t>
      </w:r>
      <w:r>
        <w:t>yeh bohat hi zaroori hai kyunke zindagi dekhiye, itni kam hai. kabhi bhi insaan ki maut aa jati hai, kabhi bhi.</w:t>
      </w:r>
    </w:p>
    <w:p>
      <w:pPr>
        <w:jc w:val="right"/>
      </w:pPr>
      <w:r>
        <w:t>یہ بہت ہی ضروری ہے کیونکہ زندگی دیکھیے، اتنی کم ہے۔ کبھی بھی انسان کی موت آ جاتی ہے، کبھی بھی۔</w:t>
      </w:r>
    </w:p>
    <w:p>
      <w:r>
        <w:rPr>
          <w:b/>
        </w:rPr>
        <w:t xml:space="preserve">[58:45] </w:t>
      </w:r>
      <w:r>
        <w:t>kal ek sahab ka un ki death ho gayi, vasand vasand sathe, bohat landed aadmi the, bohat hi qabil aadmi the, bilkul meri umar ke the.</w:t>
      </w:r>
    </w:p>
    <w:p>
      <w:pPr>
        <w:jc w:val="right"/>
      </w:pPr>
      <w:r>
        <w:t>کل ایک صاحب کا ان کی ڈیتھ ہو گئی، وسند وسند ساٹھے، بہت لانڈڈ آدمی تھے، بہت ہی قابل آدمی تھے، بالکل میری عمر کے تھے۔</w:t>
      </w:r>
    </w:p>
    <w:p>
      <w:r>
        <w:rPr>
          <w:b/>
        </w:rPr>
        <w:t xml:space="preserve">[58:55] </w:t>
      </w:r>
      <w:r>
        <w:t>woh aur meri bohat qadar bhi karte the, jahan milte the, bohat qadar karte the. woh vasand sare bilkul meri umar thi un ki. woh mar gaye, main zinda bol raha hoon yahan par.</w:t>
      </w:r>
    </w:p>
    <w:p>
      <w:pPr>
        <w:jc w:val="right"/>
      </w:pPr>
      <w:r>
        <w:t>وہ اور میری بہت قدر بھی کرتے تھے، جہاں ملتے تھے، بہت قدر کرتے تھے۔ وہ وسند سارے بالکل میری عمر تھی ان کی۔ وہ مر گئے، میں زندہ بول رہا ہوں یہاں پر۔</w:t>
      </w:r>
    </w:p>
    <w:p>
      <w:r>
        <w:rPr>
          <w:b/>
        </w:rPr>
        <w:t xml:space="preserve">[59:06] </w:t>
      </w:r>
      <w:r>
        <w:t>un ki zaban band ho chuki hai. to kab jaane, kab yani kab kis ke liye waqt aa jaye, kuch pata nahi hai.</w:t>
      </w:r>
    </w:p>
    <w:p>
      <w:pPr>
        <w:jc w:val="right"/>
      </w:pPr>
      <w:r>
        <w:t>ان کی زبان بند ہو چکی ہے۔ تو کب جانے، کب یعنی کب کس کے لیے وقت آ جائے، کچھ پتہ نہیں ہے۔</w:t>
      </w:r>
    </w:p>
    <w:p>
      <w:r>
        <w:rPr>
          <w:b/>
        </w:rPr>
        <w:t xml:space="preserve">[59:15] </w:t>
      </w:r>
      <w:r>
        <w:t>to bohat hi kam waqt tha, is ko humein avail karna hai. yani ek second ka, ek minute ka, ek moment ka west karna hum afford nahi kar sakte.</w:t>
      </w:r>
    </w:p>
    <w:p>
      <w:pPr>
        <w:jc w:val="right"/>
      </w:pPr>
      <w:r>
        <w:t>تو بہت ہی کم وقت تھا، اس کو ہمیں اویل کرنا ہے۔ یعنی ایک سیکنڈ کا، ایک منٹ کا، ایک مومنٹ کا ویسٹ کرنا ہم افورڈ نہیں کر سکتے۔</w:t>
      </w:r>
    </w:p>
    <w:p>
      <w:r>
        <w:rPr>
          <w:b/>
        </w:rPr>
        <w:t xml:space="preserve">[59:32] </w:t>
      </w:r>
      <w:r>
        <w:t>ab mein dua karoon ke Allah taala mujh ko aur aap ko tofeeq de ke hum apne faith ko is darje tak pohnchaein.</w:t>
      </w:r>
    </w:p>
    <w:p>
      <w:pPr>
        <w:jc w:val="right"/>
      </w:pPr>
      <w:r>
        <w:t>اب میں دعا کروں کہ اللہ تعالی مجھ کو اور آپ کو توفیق دے کہ ہم اپنے فیتھ کو اس درجے تک پہنچائیں۔</w:t>
      </w:r>
    </w:p>
    <w:p>
      <w:r>
        <w:rPr>
          <w:b/>
        </w:rPr>
        <w:t xml:space="preserve">[59:45] </w:t>
      </w:r>
      <w:r>
        <w:t>aqool qawlahu hatha wastaghfirullaha alaikum ajmaeen.</w:t>
      </w:r>
    </w:p>
    <w:p>
      <w:pPr>
        <w:jc w:val="right"/>
      </w:pPr>
      <w:r>
        <w:t>اقول قولھذا واستغفراللہ علیکم اجمعین۔</w:t>
      </w:r>
    </w:p>
    <w:p>
      <w:r>
        <w:rPr>
          <w:b/>
        </w:rPr>
        <w:t xml:space="preserve">[1:00:04] </w:t>
      </w:r>
      <w:r>
        <w:t>yeh sawal Maulana Zakwan Nadvi ne Dilli se kiya hai. unhon ne likha hai: "hadees mein aaya hai ke jo insan apne tamam ghamon ko ek gham bana le, yani akhirat ka gham,</w:t>
      </w:r>
    </w:p>
    <w:p>
      <w:pPr>
        <w:jc w:val="right"/>
      </w:pPr>
      <w:r>
        <w:t>یہ سوال مولانا زکوان ندوی نے دلی سے کیا ہے۔ انہوں نے لکھا ہے: "حدیث میں آیا ہے کہ جو انسان اپنے تمام غموں کو ایک غم بنا لے، یعنی آخرت کا غم،</w:t>
      </w:r>
    </w:p>
    <w:p>
      <w:r>
        <w:rPr>
          <w:b/>
        </w:rPr>
        <w:t xml:space="preserve">[1:00:19] </w:t>
      </w:r>
      <w:r>
        <w:t>Allah us ke tamam duniyavi ghamon ke liye kafi ho jaye ga." is hadees mein akhirat ko apna gham banane ka matlab kya hai?</w:t>
      </w:r>
    </w:p>
    <w:p>
      <w:pPr>
        <w:jc w:val="right"/>
      </w:pPr>
      <w:r>
        <w:t>اللہ اس کے تمام دنیاوی غموں کے لیے کافی ہو جائے گا۔" اس حدیث میں آخرت کو اپنا غم بنانے کا مطلب کیا ہے؟</w:t>
      </w:r>
    </w:p>
    <w:p>
      <w:r>
        <w:rPr>
          <w:b/>
        </w:rPr>
        <w:t xml:space="preserve">[1:00:28] </w:t>
      </w:r>
      <w:r>
        <w:t>is ko wazeh farmayein.</w:t>
      </w:r>
    </w:p>
    <w:p>
      <w:pPr>
        <w:jc w:val="right"/>
      </w:pPr>
      <w:r>
        <w:t>اس کو واضح فرمائیں۔</w:t>
      </w:r>
    </w:p>
    <w:p>
      <w:r>
        <w:rPr>
          <w:b/>
        </w:rPr>
        <w:t xml:space="preserve">[1:00:36] </w:t>
      </w:r>
      <w:r>
        <w:t>dekhiye, lambi baat hai. mein sirf ek baat arz karunga ke gham ka matlab hai concern banana, jis liye jo aadmi apne akhirat ko apna solid concern bana le.</w:t>
      </w:r>
    </w:p>
    <w:p>
      <w:pPr>
        <w:jc w:val="right"/>
      </w:pPr>
      <w:r>
        <w:t>دیکھیے، لمبی بات ہے۔ میں صرف ایک بات عرض کروں گا کہ غم کا مطلب ہے کنسرن بنانا، جس لیے جو آدمی اپنے آخرت کو اپنا سولڈ کنسرن بنا لے۔</w:t>
      </w:r>
    </w:p>
    <w:p>
      <w:r>
        <w:rPr>
          <w:b/>
        </w:rPr>
        <w:t xml:space="preserve">[1:00:51] </w:t>
      </w:r>
      <w:r>
        <w:t>solid concern.</w:t>
      </w:r>
    </w:p>
    <w:p>
      <w:pPr>
        <w:jc w:val="right"/>
      </w:pPr>
      <w:r>
        <w:t>سولڈ کنسرن۔</w:t>
      </w:r>
    </w:p>
    <w:p>
      <w:r>
        <w:rPr>
          <w:b/>
        </w:rPr>
        <w:t xml:space="preserve">[1:00:54] </w:t>
      </w:r>
      <w:r>
        <w:t>to dekhiye, akhirat ko solid concern banana agar sadha matlab mein liya jaye to is ka matlab hota hai aadmi harbat ban jaye, rehan ban jaye, dunya chhod de.</w:t>
      </w:r>
    </w:p>
    <w:p>
      <w:pPr>
        <w:jc w:val="right"/>
      </w:pPr>
      <w:r>
        <w:t>تو دیکھیے، آخرت کو سولڈ کنسرن بنانا اگر سادہ معنی میں لیا جائے تو اس کا مطلب ہوتا ہے آدمی ہاربٹ بن جائے، رہبان بن جائے، دنیا چھوڑ دے۔</w:t>
      </w:r>
    </w:p>
    <w:p>
      <w:r>
        <w:rPr>
          <w:b/>
        </w:rPr>
        <w:t xml:space="preserve">[1:01:10] </w:t>
      </w:r>
      <w:r>
        <w:t>to mein samajhta hoon ke yeh sadha matlab mein nahi hai. yahan akhirat se murad hai inzar akhirat, yani akhirat ka mission.</w:t>
      </w:r>
    </w:p>
    <w:p>
      <w:pPr>
        <w:jc w:val="right"/>
      </w:pPr>
      <w:r>
        <w:t>تو میں سمجھتا ہوں کہ یہ سادہ معنی میں نہیں ہے۔ یہاں آخرت سے مراد ہے انظار آخرت، یعنی آخرت کا مشن۔</w:t>
      </w:r>
    </w:p>
    <w:p>
      <w:r>
        <w:rPr>
          <w:b/>
        </w:rPr>
        <w:t xml:space="preserve">[1:01:18] </w:t>
      </w:r>
      <w:r>
        <w:t>yani jo akhirat ko itna zyada akhirat ka aqeedah itna strong is ke andar ho jaye, strong ke woh is ka mission ban jaye.</w:t>
      </w:r>
    </w:p>
    <w:p>
      <w:pPr>
        <w:jc w:val="right"/>
      </w:pPr>
      <w:r>
        <w:t>یعنی جو آخرت کو اتنا زیادہ آخرت کا عقیدہ اتنا سٹرانگ اس کے اندر ہو جائے، سٹرانگ کہ وہ اس کا مشن بن جائے۔</w:t>
      </w:r>
    </w:p>
    <w:p>
      <w:r>
        <w:rPr>
          <w:b/>
        </w:rPr>
        <w:t xml:space="preserve">[1:01:28] </w:t>
      </w:r>
      <w:r>
        <w:t>dekhein, mission koi alag cheez nahi hai. aqeedah jab bohat zyada strong ho to mission ban jata hai. woh</w:t>
      </w:r>
    </w:p>
    <w:p>
      <w:pPr>
        <w:jc w:val="right"/>
      </w:pPr>
      <w:r>
        <w:t>دیکھیں، مشن کوئی الگ چیز نہیں ہے۔ عقیدہ جب بہت زیادہ سٹرانگ ہو تو مشن بن جاتا ہے۔ وہ</w:t>
      </w:r>
    </w:p>
    <w:p>
      <w:r>
        <w:rPr>
          <w:b/>
        </w:rPr>
        <w:t xml:space="preserve">[1:01:37] </w:t>
      </w:r>
      <w:r>
        <w:t>to is ka matlab yeh hai ke jo aadmi akhirat ko is tarah maane ke bohat zyada us ko yaqeen ho jaye, bohat zyada us ko is ki haqiqatein khul jayein, us ke upar bohat zyada importance is ke zehan mein aa jaye.</w:t>
      </w:r>
    </w:p>
    <w:p>
      <w:pPr>
        <w:jc w:val="right"/>
      </w:pPr>
      <w:r>
        <w:t>تو اس کا مطلب یہ ہے کہ جو آدمی آخرت کو اس طرح مانے کہ بہت زیادہ اس کو یقین ہو جائے، بہت زیادہ اس کو اس کی حقیقتیں کھل جائیں، اس کے اوپر بہت زیادہ امپورٹنس اس کے ذہن میں آ جائے۔</w:t>
      </w:r>
    </w:p>
    <w:p>
      <w:r>
        <w:rPr>
          <w:b/>
        </w:rPr>
        <w:t xml:space="preserve">[1:01:54] </w:t>
      </w:r>
      <w:r>
        <w:t>jab yeh sab kuch hoga to woh mission ban jayega. jab mission ban jayega to aadmi kya karega? apne ko jhonk dega isi mein ke itna bara mission hai, is waqt mein jhonk dena chahiye apne aap ko.</w:t>
      </w:r>
    </w:p>
    <w:p>
      <w:pPr>
        <w:jc w:val="right"/>
      </w:pPr>
      <w:r>
        <w:t>جب یہ سب کچھ ہوگا تو وہ مشن بن جائے گا۔ جب مشن بن جائے گا تو آدمی کیا کرے گا؟ اپنے کو جھونک دے گا اسی میں کہ اتنا بڑا مشن ہے، اس وقت میں جھونک دینا چاہے اپنے آپ کو۔</w:t>
      </w:r>
    </w:p>
    <w:p>
      <w:r>
        <w:rPr>
          <w:b/>
        </w:rPr>
        <w:t xml:space="preserve">[1:02:08] </w:t>
      </w:r>
      <w:r>
        <w:t>to jab jhonkega to sawal yeh hai ke is ki dunya ki zaroorat kaise poori hogi? yeh sawal ayega is ke zehan mein. to yeh hadees is ki yani is mein assurance hai ke agar tum ne sach much akhirat ko mission bana kar apne aap ko is mein jhonk diya to dunya ki zarooraton jo hain, woh Allah ki zimmedari ban jati hain.</w:t>
      </w:r>
    </w:p>
    <w:p>
      <w:pPr>
        <w:jc w:val="right"/>
      </w:pPr>
      <w:r>
        <w:t>تو جب جھونکے گا تو سوال یہ ہے کہ اس کی دنیا کی ضرورت کیسے پوری ہوگی؟ یہ سوال آئے گا اس کے ذہن میں۔ تو یہ حدیث اس کی یعنی اس میں اشورنس ہے کہ اگر تم نے سچ مچ آخرت کو مشن بنا کر اپنے آپ کو اس میں جھونک دیا تو دنیا کی ضرورتیں جو ہیں، وہ اللہ کی ذمہ داری بن جاتی ہیں۔</w:t>
      </w:r>
    </w:p>
    <w:p>
      <w:r>
        <w:rPr>
          <w:b/>
        </w:rPr>
        <w:t xml:space="preserve">[1:02:29] </w:t>
      </w:r>
      <w:r>
        <w:t>Allah us ko poora kar deta hai. yeh matlab hai.</w:t>
      </w:r>
    </w:p>
    <w:p>
      <w:pPr>
        <w:jc w:val="right"/>
      </w:pPr>
      <w:r>
        <w:t>اللہ اس کو پورا کر دیتا ہے۔ یہ مطلب ہے۔</w:t>
      </w:r>
    </w:p>
    <w:p>
      <w:r>
        <w:rPr>
          <w:b/>
        </w:rPr>
        <w:t xml:space="preserve">[1:02:35] </w:t>
      </w:r>
      <w:r>
        <w:t>lekin yaad rakhiye, yeh is ki tarteeb yun nahi ho sakti ke aap kahein: "Khudaaya! mein akhirat ko apna mission banana chahta hoon, to meri dunya ki zarooraton ka intezam kar de." aisa nahi ho sakta.</w:t>
      </w:r>
    </w:p>
    <w:p>
      <w:pPr>
        <w:jc w:val="right"/>
      </w:pPr>
      <w:r>
        <w:t>لیکن یاد رکھیے، یہ اس کی ترتیب یوں نہیں ہو سکتی کہ آپ کہیں: "خدایا! میں آخرت کو اپنا مشن بنانا چاہتا ہوں، تو میری دنیا کی ضرورتوں کا انتظام کر دے۔" ایسا نہیں ہو سکتا۔</w:t>
      </w:r>
    </w:p>
    <w:p>
      <w:r>
        <w:rPr>
          <w:b/>
        </w:rPr>
        <w:t xml:space="preserve">[1:02:46] </w:t>
      </w:r>
      <w:r>
        <w:t>aisa nahi ho sakta. yani ek imtehan dena padta hai. imtehan yeh hai ke aap sach much hi jhonk dein. pehle jhonkenge, phir Allah ki madad ayegi.</w:t>
      </w:r>
    </w:p>
    <w:p>
      <w:pPr>
        <w:jc w:val="right"/>
      </w:pPr>
      <w:r>
        <w:t>ایسا نہیں ہو سکتا۔ یعنی ایک امتحان دینا پڑتا ہے۔ امتحان یہ ہے کہ آپ سچ مچ ہی جھونک دیں۔ پہلے جھونکیں گے، پھر اللہ کی مدد آئے گی۔</w:t>
      </w:r>
    </w:p>
    <w:p>
      <w:r>
        <w:rPr>
          <w:b/>
        </w:rPr>
        <w:t xml:space="preserve">[1:02:59] </w:t>
      </w:r>
      <w:r>
        <w:t>ya nahi ho sakta ke aap Khuda ki madad mangein, aur phir sab kuch aap ko hasil de de Allah taala, phir aap akhirat ke mission ke liye niklein. yeh nahi ho sakta. woh padhenge to card pe ho, dehaar so jayega.</w:t>
      </w:r>
    </w:p>
    <w:p>
      <w:pPr>
        <w:jc w:val="right"/>
      </w:pPr>
      <w:r>
        <w:t>یا نہیں ہو سکتا کہ آپ خدا کی مدد مانگیں، اور پھر سب کچھ آپ کو حاصل دے دے اللہ تعالی، پھر آپ آخرت کے مشن کے لیے نکلیں۔ یہ نہیں ہو سکتا۔ وہ پڑھیں گے تو کارڈ پہ ہو، دیہار سو جائے گا۔</w:t>
      </w:r>
    </w:p>
    <w:p>
      <w:r>
        <w:rPr>
          <w:b/>
        </w:rPr>
        <w:t xml:space="preserve">[1:03:12] </w:t>
      </w:r>
      <w:r>
        <w:t>to do baatein huin. ek to yeh ke akhirat ka matlab hai akhirat ka mission, aur doosri baat yeh hai ke pehle aap ko apne ko jhonkna padta hai, tab Allah aap ki madad ke liye aa jata hai.</w:t>
      </w:r>
    </w:p>
    <w:p>
      <w:pPr>
        <w:jc w:val="right"/>
      </w:pPr>
      <w:r>
        <w:t>تو دو باتیں ہوئیں۔ ایک تو یہ کہ آخرت کا مطلب ہے آخرت کا مشن، اور دوسری بات یہ ہے کہ پہلے آپ کو اپنے کو جھونکنا پڑتا ہے، تب اللہ آپ کی مدد کے لیے آ جاتا ہے۔</w:t>
      </w:r>
    </w:p>
    <w:p>
      <w:r>
        <w:rPr>
          <w:b/>
        </w:rPr>
        <w:t xml:space="preserve">[1:03:31] </w:t>
      </w:r>
      <w:r>
        <w:t>Miss Naghma Siddiqui ne Dilli se likha hai: "I realize the importance of thanksgiving in revival of iman today, but we often are so involved in day to day things that we forget to thank.</w:t>
      </w:r>
    </w:p>
    <w:p>
      <w:pPr>
        <w:jc w:val="right"/>
      </w:pPr>
      <w:r>
        <w:t>مس نغمہ صدیقی نے دلی سے لکھا ہے: "آئی ریلائز دی امپورٹنس آف تھینکس گیونگ ان ریوائیول آف ایمان ٹوڈے، بٹ وی آفن آر سو انوالوڈ ان ڈے ٹو ڈے تھنگز دیٹ وی فارگیٹ ٹو تھنک۔</w:t>
      </w:r>
    </w:p>
    <w:p>
      <w:r>
        <w:rPr>
          <w:b/>
        </w:rPr>
        <w:t xml:space="preserve">[1:03:47] </w:t>
      </w:r>
      <w:r>
        <w:t>Please guide us how to continue to revive iman in such a busy life."</w:t>
      </w:r>
    </w:p>
    <w:p>
      <w:pPr>
        <w:jc w:val="right"/>
      </w:pPr>
      <w:r>
        <w:t>پلیز گائیڈ اس ہاؤ ٹو کنٹینیو ٹو ریوائیو ایمان ان سچ ا بزی لائف۔"</w:t>
      </w:r>
    </w:p>
    <w:p>
      <w:r>
        <w:rPr>
          <w:b/>
        </w:rPr>
        <w:t xml:space="preserve">[1:03:54] </w:t>
      </w:r>
      <w:r>
        <w:t>busy life rok nahi hai.</w:t>
      </w:r>
    </w:p>
    <w:p>
      <w:pPr>
        <w:jc w:val="right"/>
      </w:pPr>
      <w:r>
        <w:t>بزی لائف روک نہیں ہے۔</w:t>
      </w:r>
    </w:p>
    <w:p>
      <w:r>
        <w:rPr>
          <w:b/>
        </w:rPr>
        <w:t xml:space="preserve">[1:03:58] </w:t>
      </w:r>
      <w:r>
        <w:t>khud isi busy life mein har waqt aise item hote hain jo aap ke liye revival ka revive karne ka zariya ban jaye.</w:t>
      </w:r>
    </w:p>
    <w:p>
      <w:pPr>
        <w:jc w:val="right"/>
      </w:pPr>
      <w:r>
        <w:t>خود اسی بزی لائف میں ہر وقت ایسے آئٹم ہوتے ہیں جو آپ کے لیے ریوائیول کا ریوائیو کرنے کا ذریعہ بن جائے۔</w:t>
      </w:r>
    </w:p>
    <w:p>
      <w:r>
        <w:rPr>
          <w:b/>
        </w:rPr>
        <w:t xml:space="preserve">[1:04:07] </w:t>
      </w:r>
      <w:r>
        <w:t>isi bzy life mein dekhiye, yeh koi jangl mein ja kar nahi hota. yeh sab kaam active life hi mein hota hai.</w:t>
      </w:r>
    </w:p>
    <w:p>
      <w:pPr>
        <w:jc w:val="right"/>
      </w:pPr>
      <w:r>
        <w:t>اسی بزی لائف میں دیکھیے، یہ کوئی جنگل میں جا کر نہیں ہوتا۔ یہ سب کام ایکٹیو لائف ہی میں ہوتا ہے۔</w:t>
      </w:r>
    </w:p>
    <w:p>
      <w:r>
        <w:rPr>
          <w:b/>
        </w:rPr>
        <w:t xml:space="preserve">[1:04:19] </w:t>
      </w:r>
      <w:r>
        <w:t>active life hi mein hota hai. har waqia jo guzarta hai aap ki zindagi mein, chahe woh bazahir btil kyun na ho,</w:t>
      </w:r>
    </w:p>
    <w:p>
      <w:pPr>
        <w:jc w:val="right"/>
      </w:pPr>
      <w:r>
        <w:t>ایکٹیو لائف ہی میں ہوتا ہے۔ ہر واقعہ جو گزرتا ہے آپ کی زندگی میں، چاہے وہ بظاہر بٹیل کیوں نہ ہو،</w:t>
      </w:r>
    </w:p>
    <w:p>
      <w:r>
        <w:rPr>
          <w:b/>
        </w:rPr>
        <w:t xml:space="preserve">[1:04:29] </w:t>
      </w:r>
      <w:r>
        <w:t>jaise mein ne aap ko misaal di ke ganga ko purify karne ke liye 70 arab rupay ka budget. yeh btil waqia hai, yeh koi spiritual waqia to hai nahi.</w:t>
      </w:r>
    </w:p>
    <w:p>
      <w:pPr>
        <w:jc w:val="right"/>
      </w:pPr>
      <w:r>
        <w:t>جیسے میں نے آپ کو مثال دی کہ گنگا کو پیوریفائی کرنے کے لیے 70 ارب روپے کا بجٹ۔ یہ بٹیل واقعہ ہے، یہ کوئی سپریچول واقعہ تو ہے نہیں۔</w:t>
      </w:r>
    </w:p>
    <w:p>
      <w:r>
        <w:rPr>
          <w:b/>
        </w:rPr>
        <w:t xml:space="preserve">[1:04:40] </w:t>
      </w:r>
      <w:r>
        <w:t>mein isi mein mujhe ghiza mil gayi is baat ki ke mein revive karoon apne iman ko. mein ne socha ke mere body mein bhi ek ganga beh rahi hai, khoon jo beh raha hai, khoon har waqt dorta rehta hai.</w:t>
      </w:r>
    </w:p>
    <w:p>
      <w:pPr>
        <w:jc w:val="right"/>
      </w:pPr>
      <w:r>
        <w:t>میں اسی میں مجھے غذا مل گئی اس بات کی کہ میں ریوائیو کروں اپنے ایمان کو۔ میں نے سوچا کہ میرے باڈی میں بھی ایک گنگا بہہ رہی ہے، خون جو بہہ رہا ہے، خون ہر وقت دوڑتا رہتا ہے۔</w:t>
      </w:r>
    </w:p>
    <w:p>
      <w:r>
        <w:rPr>
          <w:b/>
        </w:rPr>
        <w:t xml:space="preserve">[1:04:54] </w:t>
      </w:r>
      <w:r>
        <w:t>is ko ek purify karne ka masla hai.</w:t>
      </w:r>
    </w:p>
    <w:p>
      <w:pPr>
        <w:jc w:val="right"/>
      </w:pPr>
      <w:r>
        <w:t>اس کو ایک پیوریفائی کرنے کا مسئلہ ہے۔</w:t>
      </w:r>
    </w:p>
    <w:p>
      <w:r>
        <w:rPr>
          <w:b/>
        </w:rPr>
        <w:t xml:space="preserve">[1:04:57] </w:t>
      </w:r>
      <w:r>
        <w:t>to body mein ek system hai jo is ko purify karta rehta hai. kidney isi kaam ko karta hai. to is ka koi bill, nahi,</w:t>
      </w:r>
    </w:p>
    <w:p>
      <w:pPr>
        <w:jc w:val="right"/>
      </w:pPr>
      <w:r>
        <w:t>تو باڈی میں ایک سسٹم ہے جو اس کو پیوریفائی کرتا رہتا ہے۔ کڈنی اسی کام کو کرتا ہے۔ تو اس کا کوئی بل نہیں،</w:t>
      </w:r>
    </w:p>
    <w:p>
      <w:r>
        <w:rPr>
          <w:b/>
        </w:rPr>
        <w:t xml:space="preserve">[1:05:11] </w:t>
      </w:r>
      <w:r>
        <w:t>70 arab to woh door ke paas 70 paisa bhi nahi. is tarah mein ne revive kiya apne faith ko, Allah ki glory ko yaad kiya mein ne.</w:t>
      </w:r>
    </w:p>
    <w:p>
      <w:pPr>
        <w:jc w:val="right"/>
      </w:pPr>
      <w:r>
        <w:t>70 ارب تو وہ دور کے پاس 70 پیسہ بھی نہیں۔ اس طرح میں نے ریوائیو کیا اپنے فیتھ کو، اللہ کی گلوری کو یاد کیا میں نے۔</w:t>
      </w:r>
    </w:p>
    <w:p>
      <w:r>
        <w:rPr>
          <w:b/>
        </w:rPr>
        <w:t xml:space="preserve">[1:05:22] </w:t>
      </w:r>
      <w:r>
        <w:t>to yaad rakhiye, yeh revive karne ka jo kaam hai, woh active life hi ke andar hota rehta hai.</w:t>
      </w:r>
    </w:p>
    <w:p>
      <w:pPr>
        <w:jc w:val="right"/>
      </w:pPr>
      <w:r>
        <w:t>تو یاد رکھیے، یہ ریوائیو کرنے کا جو کام ہے، وہ ایکٹیو لائف ہی کے اندر ہوتا رہتا ہے۔</w:t>
      </w:r>
    </w:p>
    <w:p>
      <w:r>
        <w:rPr>
          <w:b/>
        </w:rPr>
        <w:t xml:space="preserve">[1:05:31] </w:t>
      </w:r>
      <w:r>
        <w:t>bachte hain ke aap bachte hain. bachte hain ke you are intellectual and awaken person. it requires intellectual awakening, nothing else.</w:t>
      </w:r>
    </w:p>
    <w:p>
      <w:pPr>
        <w:jc w:val="right"/>
      </w:pPr>
      <w:r>
        <w:t>بچتے ہیں کہ آپ بچتے ہیں۔ بچتے ہیں کہ یو آر انٹلیکچولی اینڈ اویکن پرسن۔ اٹ ریکوائرڈز انٹلیکچول اویکننگ، نتھنگ ایلس۔</w:t>
      </w:r>
    </w:p>
    <w:p>
      <w:r>
        <w:rPr>
          <w:b/>
        </w:rPr>
        <w:t xml:space="preserve">[1:05:46] </w:t>
      </w:r>
      <w:r>
        <w:t>agla sawal Maulana Ah Maulana Abdul Basit Umri ka hai, Doha Qatar se. unhon ne likha hai: "Maulana Surah Rahman mein hai ke kal yomeen huwa fi shan." is ka matlab kya hai?</w:t>
      </w:r>
    </w:p>
    <w:p>
      <w:pPr>
        <w:jc w:val="right"/>
      </w:pPr>
      <w:r>
        <w:t>اگلا سوال مولانا اہ مولانا عبدالباسط عمری کا ہے، دوحہ قطر سے۔ انہوں نے لکھا ہے: "مولانا سورہ رحمن میں ہے کہ کل یومین ہوا فی شان۔" اس کا مطلب کیا ہے؟</w:t>
      </w:r>
    </w:p>
    <w:p>
      <w:r>
        <w:rPr>
          <w:b/>
        </w:rPr>
        <w:t xml:space="preserve">[1:06:07] </w:t>
      </w:r>
      <w:r>
        <w:t>is ka matlab yeh hai ke Allah taala ne is kainat ko asal mein pehle zamanay mein yeh tasawwur tha ke Khuda ne paida kar diya aur phir automatic machine ki tarah duniya chal rahi hai.</w:t>
      </w:r>
    </w:p>
    <w:p>
      <w:pPr>
        <w:jc w:val="right"/>
      </w:pPr>
      <w:r>
        <w:t>اس کا مطلب یہ ہے کہ اللہ تعالی نے اس کائنات کو اصل میں پہلے زمانے میں یہ تصور تھا کہ خدا نے پیدا کر دیا اور پھر اٹومیٹک مشین کی طرح دنیا چل رہی ہے۔</w:t>
      </w:r>
    </w:p>
    <w:p>
      <w:r>
        <w:rPr>
          <w:b/>
        </w:rPr>
        <w:t xml:space="preserve">[1:06:21] </w:t>
      </w:r>
      <w:r>
        <w:t>paida karne ke baad Khuda ka is mein koi koi dakhal nahi hai. yeh ek tasawwur tha pehle.</w:t>
      </w:r>
    </w:p>
    <w:p>
      <w:pPr>
        <w:jc w:val="right"/>
      </w:pPr>
      <w:r>
        <w:t>پیدا کرنے کے بعد خدا کا اس میں کوئی کوئی دخل نہیں ہے۔ یہ ایک تصور تھا پہلے۔</w:t>
      </w:r>
    </w:p>
    <w:p>
      <w:r>
        <w:rPr>
          <w:b/>
        </w:rPr>
        <w:t xml:space="preserve">[1:06:29] </w:t>
      </w:r>
      <w:r>
        <w:t>to isi ki tardeed hai yeh ke Khuda ne doosri jagah "ala al-khalq wal amr" doosri jagah ke Khuda ne paida kiya aur aur poori kainat is ke ek active control mein hai.</w:t>
      </w:r>
    </w:p>
    <w:p>
      <w:pPr>
        <w:jc w:val="right"/>
      </w:pPr>
      <w:r>
        <w:t>تو اسی کی تردید ہے یہ کہ خدا نے دوسری جگہ "علی الخلق والامر" دوسری جگہ کہ خدا نے پیدا کیا اور اور پوری کائنات اس کے ایک ایکٹیو کنٹرول میں ہے۔</w:t>
      </w:r>
    </w:p>
    <w:p>
      <w:r>
        <w:rPr>
          <w:b/>
        </w:rPr>
        <w:t xml:space="preserve">[1:06:45] </w:t>
      </w:r>
      <w:r>
        <w:t>woh is ko manage kar raha hai, har lamha manage kar raha hai. "kal yomeen huwa fi shan" ka matlab hai ke har lamha Khuda is is kainat ko manage kar raha hai.</w:t>
      </w:r>
    </w:p>
    <w:p>
      <w:pPr>
        <w:jc w:val="right"/>
      </w:pPr>
      <w:r>
        <w:t>وہ اس کو مینج کر رہا ہے، ہر لمحہ مینج کر رہا ہے۔ "کل یوم ہو فی شان" کا معنی ہے کہ ہر لمحہ خدا اس اس کائنات کو مینج کر رہا ہے۔</w:t>
      </w:r>
    </w:p>
    <w:p>
      <w:r>
        <w:rPr>
          <w:b/>
        </w:rPr>
        <w:t xml:space="preserve">[1:06:56] </w:t>
      </w:r>
      <w:r>
        <w:t>aisa nahi ke alag thalag hai is se.</w:t>
      </w:r>
    </w:p>
    <w:p>
      <w:pPr>
        <w:jc w:val="right"/>
      </w:pPr>
      <w:r>
        <w:t>ایسا نہیں کہ الگ تھلگ ہے اس سے۔</w:t>
      </w:r>
    </w:p>
    <w:p>
      <w:r>
        <w:rPr>
          <w:b/>
        </w:rPr>
        <w:t xml:space="preserve">[1:06:59] </w:t>
      </w:r>
      <w:r>
        <w:t>yeh matlab hai is ka.</w:t>
      </w:r>
    </w:p>
    <w:p>
      <w:pPr>
        <w:jc w:val="right"/>
      </w:pPr>
      <w:r>
        <w:t>یہ مطلب ہے اس کا۔</w:t>
      </w:r>
    </w:p>
    <w:p>
      <w:r>
        <w:rPr>
          <w:b/>
        </w:rPr>
        <w:t xml:space="preserve">[1:07:04] </w:t>
      </w:r>
      <w:r>
        <w:t>Mr Sajid Anwar ne Roorkee se likha hai: "jaise ek misaal doon mein aap ko, abhi kal parson ki khabar thi ke ek satellite jo America ne faza mein khala mein bheja tha,</w:t>
      </w:r>
    </w:p>
    <w:p>
      <w:pPr>
        <w:jc w:val="right"/>
      </w:pPr>
      <w:r>
        <w:t>مسٹر ساجد انور نے روڑکی سے لکھا ہے: "جیسے ایک مثال دوں میں آپ کو، ابھی کل پرسوں کی خبر تھی کہ ایک سیٹلائٹ جو امریکہ نے فضا میں خلا میں بھیجا تھا،</w:t>
      </w:r>
    </w:p>
    <w:p>
      <w:r>
        <w:rPr>
          <w:b/>
        </w:rPr>
        <w:t xml:space="preserve">[1:07:21] </w:t>
      </w:r>
      <w:r>
        <w:t>kai baras tak kaam karta raha woh, ab woh defunct ho gaya. ab woh kaam karna chhod diya us ne.</w:t>
      </w:r>
    </w:p>
    <w:p>
      <w:pPr>
        <w:jc w:val="right"/>
      </w:pPr>
      <w:r>
        <w:t>کئی برس تک کام کرتا رہا وہ، اب وہ ڈی فنکٹ ہو گیا۔ اب وہ کام کرنا چھوڑ دیا اس نے۔</w:t>
      </w:r>
    </w:p>
    <w:p>
      <w:r>
        <w:rPr>
          <w:b/>
        </w:rPr>
        <w:t xml:space="preserve">[1:07:29] </w:t>
      </w:r>
      <w:r>
        <w:t>jab woh aisa hota hai to woh satellite jo hai neeche aane lagta hai, yani jo ghoomta rehta hai zameen ke gird to woh band ho jata hai ghoomna.</w:t>
      </w:r>
    </w:p>
    <w:p>
      <w:pPr>
        <w:jc w:val="right"/>
      </w:pPr>
      <w:r>
        <w:t>جب وہ ایسا ہوتا ہے تو وہ سیٹلائٹ جو ہے نیچے آنے لگتا ہے، یعنی جو گھومتا رہتا ہے زمین کے گرد تو وہ بند ہو جاتا ہے گھومنا۔</w:t>
      </w:r>
    </w:p>
    <w:p>
      <w:r>
        <w:rPr>
          <w:b/>
        </w:rPr>
        <w:t xml:space="preserve">[1:07:38] </w:t>
      </w:r>
      <w:r>
        <w:t>ab zameen ki kashish se woh neeche aane lagta hai. to aa raha tha, ab tamam tamam khabrein thi ke kahan girega, kahan girega, kahan girega. ab woh agar aur ek bari bus ke waqt tha, woh</w:t>
      </w:r>
    </w:p>
    <w:p>
      <w:pPr>
        <w:jc w:val="right"/>
      </w:pPr>
      <w:r>
        <w:t>اب زمین کی کشش سے وہ نیچے آنے لگتا ہے۔ تو آ رہا تھا، اب تمام تمام خبریں تھیں کہ کہاں گرے گا، کہاں گرے گا، کہاں گرے گا۔ اب وہ اگر اور ایک بڑی بس کے وقت تھا، وہ</w:t>
      </w:r>
    </w:p>
    <w:p>
      <w:r>
        <w:rPr>
          <w:b/>
        </w:rPr>
        <w:t xml:space="preserve">[1:07:51] </w:t>
      </w:r>
      <w:r>
        <w:t>agar woh gira hota farz ke kisi shehar par, kisi basti par, sara tahseen kar deta woh. kyun ke upar se jab cheez girti hai, koi bohat sakht is ki chot hoti hai.</w:t>
      </w:r>
    </w:p>
    <w:p>
      <w:pPr>
        <w:jc w:val="right"/>
      </w:pPr>
      <w:r>
        <w:t>اگر وہ گرا ہوتا فرض کے کسی شہر پر، کسی بستی پر، سارا تحسین کر دیتا وہ۔ کیونکہ اوپر سے جب چیز گرتی ہے، کوئی بہت سخت اس کی چوٹ ہوتی ہے۔</w:t>
      </w:r>
    </w:p>
    <w:p>
      <w:r>
        <w:rPr>
          <w:b/>
        </w:rPr>
        <w:t xml:space="preserve">[1:08:00] </w:t>
      </w:r>
      <w:r>
        <w:t>itna bara pathar bhi agar gire to bohat bara is ka dhamaka hoga. jab poori ek bari si bus gire to kitna bara dhamaka hoga. lekin woh gira ja kahan ke samandar bhi gir gaya.</w:t>
      </w:r>
    </w:p>
    <w:p>
      <w:pPr>
        <w:jc w:val="right"/>
      </w:pPr>
      <w:r>
        <w:t>اتنا بڑا پتھر بھی اگر گرے تو بہت بڑا اس کا دھماکہ ہوگا۔ جب پوری ایک بڑی سی بس گرے تو کتنا بڑا دھماکہ ہوگا۔ لیکن وہ گرا جا کہاں کہ سمندر بھی گر گیا۔</w:t>
      </w:r>
    </w:p>
    <w:p>
      <w:r>
        <w:rPr>
          <w:b/>
        </w:rPr>
        <w:t xml:space="preserve">[1:08:12] </w:t>
      </w:r>
      <w:r>
        <w:t>yeh Khuda ne manage kiya is ko.</w:t>
      </w:r>
    </w:p>
    <w:p>
      <w:pPr>
        <w:jc w:val="right"/>
      </w:pPr>
      <w:r>
        <w:t>یہ خدا نے مینج کیا اس کو۔</w:t>
      </w:r>
    </w:p>
    <w:p>
      <w:r>
        <w:rPr>
          <w:b/>
        </w:rPr>
        <w:t xml:space="preserve">[1:08:16] </w:t>
      </w:r>
      <w:r>
        <w:t>agar Khuda manage na karta itldm to agar gir padta kisi kisi shehar mein, kisi insani basti mein to bohat tabahi hoti is ki wajah se.</w:t>
      </w:r>
    </w:p>
    <w:p>
      <w:pPr>
        <w:jc w:val="right"/>
      </w:pPr>
      <w:r>
        <w:t>اگر خدا مینج نہ کرتا اٹلڈم تو اگر گر پڑتا کسی کسی شہر میں، کسی انسانی بستی میں تو بہت تباہی ہوتی اس کی وجہ سے۔</w:t>
      </w:r>
    </w:p>
    <w:p>
      <w:r>
        <w:rPr>
          <w:b/>
        </w:rPr>
        <w:t xml:space="preserve">[1:08:26] </w:t>
      </w:r>
      <w:r>
        <w:t>to yeh ek choti si misaal hai. har lamha Khuda manage kar raha hai is kainat ko, insani history ko bhi.</w:t>
      </w:r>
    </w:p>
    <w:p>
      <w:pPr>
        <w:jc w:val="right"/>
      </w:pPr>
      <w:r>
        <w:t>تو یہ ایک چھوٹی سی مثال ہے۔ ہر لمحہ خدا مینج کر رہا ہے اس کائنات کو، انسانی ہسٹری کو بھی۔</w:t>
      </w:r>
    </w:p>
    <w:p>
      <w:r>
        <w:rPr>
          <w:b/>
        </w:rPr>
        <w:t xml:space="preserve">[1:08:35] </w:t>
      </w:r>
      <w:r>
        <w:t>tab bhi dunya aise chal rahi hai, warna chal nahi sakti thi.</w:t>
      </w:r>
    </w:p>
    <w:p>
      <w:pPr>
        <w:jc w:val="right"/>
      </w:pPr>
      <w:r>
        <w:t>تب بھی دنیا ایسے چل رہی ہے، ورنہ چل نہیں سکتی تھی۔</w:t>
      </w:r>
    </w:p>
    <w:p>
      <w:r>
        <w:rPr>
          <w:b/>
        </w:rPr>
        <w:t xml:space="preserve">[1:08:43] </w:t>
      </w:r>
      <w:r>
        <w:t>Mr. Sajid Anwar ne Roorkee se likha hai: "During dawah activities, sometimes it happens that seemingly highly educated person turn out to be very insincere during the discussions.</w:t>
      </w:r>
    </w:p>
    <w:p>
      <w:pPr>
        <w:jc w:val="right"/>
      </w:pPr>
      <w:r>
        <w:t>مسٹر ساجد انور نے روڑکی سے لکھا ہے: "ڈیورنگ دعوی ایکٹیویٹیز، سم ٹائمز اٹ ہیپنز دیٹ سیمنگلی ہائیلی ایجوکیٹڈ پرسن ٹرن آؤٹ ٹو بی ویری ان سنسیئر ڈیورنگ دا ڈسکشنز۔</w:t>
      </w:r>
    </w:p>
    <w:p>
      <w:r>
        <w:rPr>
          <w:b/>
        </w:rPr>
        <w:t xml:space="preserve">[1:08:58] </w:t>
      </w:r>
      <w:r>
        <w:t>they pose such questions which are outrightly illogical. how to continue da'wah discussion under such situations?</w:t>
      </w:r>
    </w:p>
    <w:p>
      <w:pPr>
        <w:jc w:val="right"/>
      </w:pPr>
      <w:r>
        <w:t>دے پوز سچ کوئسچنز وچ آر آؤٹ رائٹلی الوجیکل۔ ہاؤ ٹو کنٹینیو دعوی ڈسکشن انڈر سچ سچویشنز؟</w:t>
      </w:r>
    </w:p>
    <w:p>
      <w:r>
        <w:rPr>
          <w:b/>
        </w:rPr>
        <w:t xml:space="preserve">[1:09:08] </w:t>
      </w:r>
      <w:r>
        <w:t>kindly advice."</w:t>
      </w:r>
    </w:p>
    <w:p>
      <w:pPr>
        <w:jc w:val="right"/>
      </w:pPr>
      <w:r>
        <w:t>کائنڈلی ایڈوائس۔"</w:t>
      </w:r>
    </w:p>
    <w:p>
      <w:r>
        <w:rPr>
          <w:b/>
        </w:rPr>
        <w:t xml:space="preserve">[1:09:11] </w:t>
      </w:r>
      <w:r>
        <w:t>asal mein yeh jo hota hai, is ka aap reason dhoondhiye ke kyun hai. maine jo apne tajurbe mein paya hai, apne experience mein is ka reason hota hai bias, prejudices.</w:t>
      </w:r>
    </w:p>
    <w:p>
      <w:pPr>
        <w:jc w:val="right"/>
      </w:pPr>
      <w:r>
        <w:t>اصل میں یہ جو ہوتا ہے، اس کا آپ ریزن ڈھونڈیے کہ کیوں ہے۔ میں نے جو اپنے تجربے میں پایا ہے، اپنے ایکسپیرینس میں اس کا ریزن ہوتا ہے بائس، پریجوڈیسز۔</w:t>
      </w:r>
    </w:p>
    <w:p>
      <w:r>
        <w:rPr>
          <w:b/>
        </w:rPr>
        <w:t xml:space="preserve">[1:09:26] </w:t>
      </w:r>
      <w:r>
        <w:t>log kisi na kisi bias mein jeete hain. isi mein condition, is mein condition hoti hai. conditioning ho jati hai un ki.</w:t>
      </w:r>
    </w:p>
    <w:p>
      <w:pPr>
        <w:jc w:val="right"/>
      </w:pPr>
      <w:r>
        <w:t>لوگ کسی نہ کسی بائس میں جیتے ہیں۔ اسی میں کنڈیشن، اس میں کنڈیشن ہوتی ہے۔ کنڈیشننگ ہو جاتی ہے ان کی۔</w:t>
      </w:r>
    </w:p>
    <w:p>
      <w:r>
        <w:rPr>
          <w:b/>
        </w:rPr>
        <w:t xml:space="preserve">[1:09:32] </w:t>
      </w:r>
      <w:r>
        <w:t>to saare log ki conditioning ki wajah se kuch soch un ke mind mein, yaani jam hi rehti hai.</w:t>
      </w:r>
    </w:p>
    <w:p>
      <w:pPr>
        <w:jc w:val="right"/>
      </w:pPr>
      <w:r>
        <w:t>تو سارے لوگ کی کنڈیشننگ کی وجہ سے کچھ سوچ ان کے مائنڈ میں، یعنی جم ہی رہتی ہے۔</w:t>
      </w:r>
    </w:p>
    <w:p>
      <w:r>
        <w:rPr>
          <w:b/>
        </w:rPr>
        <w:t xml:space="preserve">[1:09:42] </w:t>
      </w:r>
      <w:r>
        <w:t>to woh jab sunte hain koi is se alag koi baat to react karte hain. woh react karte hain to illogical baatein karte hain. to</w:t>
      </w:r>
    </w:p>
    <w:p>
      <w:pPr>
        <w:jc w:val="right"/>
      </w:pPr>
      <w:r>
        <w:t>تو وہ جب سنتے ہیں کوئی اس سے الگ کوئی بات تو ری ایکٹ کرتے ہیں۔ وہ ری ایکٹ کرتے ہیں تو الوجیکل باتیں کرتے ہیں۔ تو</w:t>
      </w:r>
    </w:p>
    <w:p>
      <w:r>
        <w:rPr>
          <w:b/>
        </w:rPr>
        <w:t xml:space="preserve">[1:09:52] </w:t>
      </w:r>
      <w:r>
        <w:t>yeh is ka hal sirf yeh hai ke hum, yaani jaldi na karein un ke bare mein faisla karne mein</w:t>
      </w:r>
    </w:p>
    <w:p>
      <w:pPr>
        <w:jc w:val="right"/>
      </w:pPr>
      <w:r>
        <w:t>یہ اس کا حل صرف یہ ہے کہ ہم، یعنی جلدی نہ کریں ان کے بارے میں فیصلہ کرنے میں</w:t>
      </w:r>
    </w:p>
    <w:p>
      <w:r>
        <w:rPr>
          <w:b/>
        </w:rPr>
        <w:t xml:space="preserve">[1:10:00] </w:t>
      </w:r>
      <w:r>
        <w:t>. hum un ko dua karein, un se interaction karein, un ko kitabein dein. tab hoga. abhi dekhiye, yaani abhi hamare paas aaye the south india ke kuch log,</w:t>
      </w:r>
    </w:p>
    <w:p>
      <w:pPr>
        <w:jc w:val="right"/>
      </w:pPr>
      <w:r>
        <w:t>۔ ہم ان کو دعا کریں، ان سے انٹریکشن کریں، ان کو کتابیں دیں۔ تب ہوگا۔ ابھی دیکھیے، یعنی ابھی ہمارے پاس آئے تھے ساؤتھ انڈیا کے کچھ لوگ،</w:t>
      </w:r>
    </w:p>
    <w:p>
      <w:r>
        <w:rPr>
          <w:b/>
        </w:rPr>
        <w:t xml:space="preserve">[1:10:15] </w:t>
      </w:r>
      <w:r>
        <w:t>yaani paanch saat saat aadmi the ghaliban. koi woh kai din rahe hamare paas, phir woh aaj, woh aaj raat, aaj hi raat ko wapas gaye hain.</w:t>
      </w:r>
    </w:p>
    <w:p>
      <w:pPr>
        <w:jc w:val="right"/>
      </w:pPr>
      <w:r>
        <w:t>یعنی پانچ سات سات آدمی تھے غالباً۔ کوئی وہ کئی دن رہے ہمارے پاس، پھر وہ آج، وہ آج رات، آج ہی رات کو واپس گئے ہیں۔</w:t>
      </w:r>
    </w:p>
    <w:p>
      <w:r>
        <w:rPr>
          <w:b/>
        </w:rPr>
        <w:t xml:space="preserve">[1:10:26] </w:t>
      </w:r>
      <w:r>
        <w:t>woh</w:t>
      </w:r>
    </w:p>
    <w:p>
      <w:pPr>
        <w:jc w:val="right"/>
      </w:pPr>
      <w:r>
        <w:t>وہ</w:t>
      </w:r>
    </w:p>
    <w:p>
      <w:r>
        <w:rPr>
          <w:b/>
        </w:rPr>
        <w:t xml:space="preserve">[1:10:27] </w:t>
      </w:r>
      <w:r>
        <w:t>to un mein ek sahab the, to jo unhi ke isi ilaaqe ke the.</w:t>
      </w:r>
    </w:p>
    <w:p>
      <w:pPr>
        <w:jc w:val="right"/>
      </w:pPr>
      <w:r>
        <w:t>تو ان میں ایک صاحب تھے، تو جو انہی کے اسی علاقے کے تھے۔</w:t>
      </w:r>
    </w:p>
    <w:p>
      <w:r>
        <w:rPr>
          <w:b/>
        </w:rPr>
        <w:t xml:space="preserve">[1:10:37] </w:t>
      </w:r>
      <w:r>
        <w:t>to un ke ek saathi ne kaha ke yeh hamare saathiyon mein sab se zyada stubborn aadmi the. bohat hi conditioning pakki thi un ki, aur woh kisi tarah se un ko samajh mein nahi aata tha.</w:t>
      </w:r>
    </w:p>
    <w:p>
      <w:pPr>
        <w:jc w:val="right"/>
      </w:pPr>
      <w:r>
        <w:t>تو ان کے ایک ساتھی نے کہا کہ یہ ہمارے ساتھیوں میں سب سے زیادہ سٹربرن آدمی تھے۔ بہت ہی کنڈیشننگ پکی تھی ان کی، اور وہ کسی طرح سے ان کو سمجھ میں نہیں آتا تھا۔</w:t>
      </w:r>
    </w:p>
    <w:p>
      <w:r>
        <w:rPr>
          <w:b/>
        </w:rPr>
        <w:t xml:space="preserve">[1:10:50] </w:t>
      </w:r>
      <w:r>
        <w:t>yeh arsal mission</w:t>
      </w:r>
    </w:p>
    <w:p>
      <w:pPr>
        <w:jc w:val="right"/>
      </w:pPr>
      <w:r>
        <w:t>یہ ارسل مشن</w:t>
      </w:r>
    </w:p>
    <w:p>
      <w:r>
        <w:rPr>
          <w:b/>
        </w:rPr>
        <w:t xml:space="preserve">[1:10:53] </w:t>
      </w:r>
      <w:r>
        <w:t>to unhone kaha ke un ka haal woh tha jo Hazrat Umar ke bare mein hai ke Hazrat Umar ke bare mein ek sahabi ne kaha tha ke "wallah la hatta humal khitab", yaani yeh shakhs, yaani Hazrat Umar iman lane wale nahi hain yahan tak ke un ka jo qabeela hai,</w:t>
      </w:r>
    </w:p>
    <w:p>
      <w:pPr>
        <w:jc w:val="right"/>
      </w:pPr>
      <w:r>
        <w:t>تو انہوں نے کہا کہ ان کا حال وہ تھا جو حضرت عمر کے بارے میں ہے کہ حضرت عمر کے بارے میں ایک صحابی نے کہا تھا کہ "واللہ لا حتی ہمال الخطاب"، یعنی یہ شخص، یعنی حضرت عمر ایمان لانے والے نہیں ہیں یہاں تک کہ ان کا جو قبیلہ ہے،</w:t>
      </w:r>
    </w:p>
    <w:p>
      <w:r>
        <w:rPr>
          <w:b/>
        </w:rPr>
        <w:t xml:space="preserve">[1:11:12] </w:t>
      </w:r>
      <w:r>
        <w:t>woh us qabeelay ka gadha tak musalman ho jaye. to</w:t>
      </w:r>
    </w:p>
    <w:p>
      <w:pPr>
        <w:jc w:val="right"/>
      </w:pPr>
      <w:r>
        <w:t>وہ اس قبیلے کا گدھا تک مسلمان ہو جائے۔ تو</w:t>
      </w:r>
    </w:p>
    <w:p>
      <w:r>
        <w:rPr>
          <w:b/>
        </w:rPr>
        <w:t xml:space="preserve">[1:11:17] </w:t>
      </w:r>
      <w:r>
        <w:t>itna zyada un ka case stubburn lagta tha. unhone kaha un ke bare mein hamari yeh rai hi thi. aaj woh sab se aage hain, poore group mein sab se aage wahi hain.</w:t>
      </w:r>
    </w:p>
    <w:p>
      <w:pPr>
        <w:jc w:val="right"/>
      </w:pPr>
      <w:r>
        <w:t>اتنا زیادہ ان کا کیس اسٹبل لگتا تھا۔ انہوں نے کہا ان کے بارے میں ہماری یہ رائے ہی تھی۔ آج وہ سب سے آگے ہیں، پورے گروپ میں سب سے آگے وہی ہیں۔</w:t>
      </w:r>
    </w:p>
    <w:p>
      <w:r>
        <w:rPr>
          <w:b/>
        </w:rPr>
        <w:t xml:space="preserve">[1:11:27] </w:t>
      </w:r>
      <w:r>
        <w:t>us waqt bohat hi yaqeen ke saath, bohat zyada josh ke saath lage hue hain, aur bohat zyada da'wah ka kaam kar rahe hain.</w:t>
      </w:r>
    </w:p>
    <w:p>
      <w:pPr>
        <w:jc w:val="right"/>
      </w:pPr>
      <w:r>
        <w:t>اس وقت بہت ہی یقین کے ساتھ، بہت زیادہ جوش کے ساتھ لگے ہوئے ہیں، اور بہت زیادہ دعوتی کام کر رہے ہیں۔</w:t>
      </w:r>
    </w:p>
    <w:p>
      <w:r>
        <w:rPr>
          <w:b/>
        </w:rPr>
        <w:t xml:space="preserve">[1:11:37] </w:t>
      </w:r>
      <w:r>
        <w:t>lekin is mein waqt laga.</w:t>
      </w:r>
    </w:p>
    <w:p>
      <w:pPr>
        <w:jc w:val="right"/>
      </w:pPr>
      <w:r>
        <w:t>لیکن اس میں وقت لگا۔</w:t>
      </w:r>
    </w:p>
    <w:p>
      <w:r>
        <w:rPr>
          <w:b/>
        </w:rPr>
        <w:t xml:space="preserve">[1:11:40] </w:t>
      </w:r>
      <w:r>
        <w:t>to aise case jab aate hain to un ko samjhein ke conditioning ki wajah se woh react kar rahe hain. jab tak koi conditioning toote gi nahi to aise karein ge woh.</w:t>
      </w:r>
    </w:p>
    <w:p>
      <w:pPr>
        <w:jc w:val="right"/>
      </w:pPr>
      <w:r>
        <w:t>تو ایسے کیس جب آتے ہیں تو ان کو سمجھیں کہ کنڈیشننگ کی وجہ سے وہ ری ایکٹ کر رہے ہیں۔ جب تک کوئی کنڈیشن ٹوٹے گی نہیں تو ایسے کریں گے وہ۔</w:t>
      </w:r>
    </w:p>
    <w:p>
      <w:r>
        <w:rPr>
          <w:b/>
        </w:rPr>
        <w:t xml:space="preserve">[1:11:52] </w:t>
      </w:r>
      <w:r>
        <w:t>to un logon ke liye yeh karna hai ke dua karein, aur is se kabhi bhi behas na karein. sirf yeh kahein ke "aur kitabein padhiye, aur kitabein padhiye, aur kitabein padhiye".</w:t>
      </w:r>
    </w:p>
    <w:p>
      <w:pPr>
        <w:jc w:val="right"/>
      </w:pPr>
      <w:r>
        <w:t>تو ان لوگوں کے لیے یہ کرنا ہے کہ دعا کریں، اور اس سے کبھی بھی بحث نہ کریں۔ صرف یہ کہیں کہ "اور کتابیں پڑھیے، اور کتابیں پڑھیے، اور کتابیں پڑھیے"۔</w:t>
      </w:r>
    </w:p>
    <w:p>
      <w:r>
        <w:rPr>
          <w:b/>
        </w:rPr>
        <w:t xml:space="preserve">[1:12:01] </w:t>
      </w:r>
      <w:r>
        <w:t>yaani dua karein, aur un ko kitabein padhwate rahein. to hamara bar bar ka tajurba hai ke aadmi badal jata hai.</w:t>
      </w:r>
    </w:p>
    <w:p>
      <w:pPr>
        <w:jc w:val="right"/>
      </w:pPr>
      <w:r>
        <w:t>یعنی دعا کریں، اور ان کو کتابیں پڑھواتے رہیں۔ تو ہمارا بار بار کا تجربہ ہے کہ آدمی بدل جاتا ہے۔</w:t>
      </w:r>
    </w:p>
    <w:p>
      <w:r>
        <w:rPr>
          <w:b/>
        </w:rPr>
        <w:t xml:space="preserve">[1:12:11] </w:t>
      </w:r>
      <w:r>
        <w:t>to hum to kahin se mayoos nahi hain. har aadmi ke bare mein hum umeed rakhte hain ke sahi tareeqe se kaam kiya jaye to badal jayega woh.</w:t>
      </w:r>
    </w:p>
    <w:p>
      <w:pPr>
        <w:jc w:val="right"/>
      </w:pPr>
      <w:r>
        <w:t>تو ہم تو کہیں سے مایوس نہیں ہیں۔ ہر آدمی کے بارے میں ہم امید رکھتے ہیں کہ صحیح طریقے سے کام کیا جائے تو بدل جائے گا وہ۔</w:t>
      </w:r>
    </w:p>
    <w:p>
      <w:r>
        <w:rPr>
          <w:b/>
        </w:rPr>
        <w:t xml:space="preserve">[1:12:22] </w:t>
      </w:r>
      <w:r>
        <w:t>mr amir bin yusuf ne karachi pakistan se sawal kiya hai. unhone likha hai: "insan jannat mein apne aap ko tawheed parast hone ke saboot diye baghair nahi ja sakta,</w:t>
      </w:r>
    </w:p>
    <w:p>
      <w:pPr>
        <w:jc w:val="right"/>
      </w:pPr>
      <w:r>
        <w:t>مسٹر عامر بن یوسف نے کراچی پاکستان سے سوال کیا ہے۔ انہوں نے لکھا ہے: "انسان جنت میں اپنے آپ کو توحید پرست ہونے کے ثبوت دیے بغیر نہیں جا سکتا،</w:t>
      </w:r>
    </w:p>
    <w:p>
      <w:r>
        <w:rPr>
          <w:b/>
        </w:rPr>
        <w:t xml:space="preserve">[1:12:37] </w:t>
      </w:r>
      <w:r>
        <w:t>magar jo insaan se gunah hote hain, woh kya imaan toheed ki kamzori ki wajah se hote hain? is ke bare mein bataein." mein bas samajhta hoon ke aise aadmi ko bas apni study barhana chahiye.</w:t>
      </w:r>
    </w:p>
    <w:p>
      <w:pPr>
        <w:jc w:val="right"/>
      </w:pPr>
      <w:r>
        <w:t>مگر جو انسان سے گناہ ہوتے ہیں، وہ کیا ایمان توحید کی کمزوری کی وجہ سے ہوتے ہیں؟ اس کے بارے میں بتائیں۔" میں بس سمجھتا ہوں کہ ایسے آدمی کو بس اپنی اسٹڈی بڑھانا چاہیے۔</w:t>
      </w:r>
    </w:p>
    <w:p>
      <w:r>
        <w:rPr>
          <w:b/>
        </w:rPr>
        <w:t xml:space="preserve">[1:12:51] </w:t>
      </w:r>
      <w:r>
        <w:t>zyada mutala, zyada mutala karne se sari baatein clear hoti hain, aur shaoor barhta hai.</w:t>
      </w:r>
    </w:p>
    <w:p>
      <w:pPr>
        <w:jc w:val="right"/>
      </w:pPr>
      <w:r>
        <w:t>زیادہ مطالعہ، زیادہ مطالعہ کرنے سے ساری باتیں کلیئر ہوتی ہیں، اور شعور بڑھتا ہے۔</w:t>
      </w:r>
    </w:p>
    <w:p>
      <w:r>
        <w:rPr>
          <w:b/>
        </w:rPr>
        <w:t xml:space="preserve">[1:13:00] </w:t>
      </w:r>
      <w:r>
        <w:t>jitna shaoor barhega,</w:t>
      </w:r>
    </w:p>
    <w:p>
      <w:pPr>
        <w:jc w:val="right"/>
      </w:pPr>
      <w:r>
        <w:t>جتنا شعور بڑھے گا،</w:t>
      </w:r>
    </w:p>
    <w:p>
      <w:r>
        <w:rPr>
          <w:b/>
        </w:rPr>
        <w:t xml:space="preserve">[1:13:02] </w:t>
      </w:r>
      <w:r>
        <w:t>imaan ki kamzori aik ambiguous term hai. mein samajhta hoon ke aisi cheez hai shaoor ki kami aa jati hai. shaoor ki kami aa jati hai.</w:t>
      </w:r>
    </w:p>
    <w:p>
      <w:pPr>
        <w:jc w:val="right"/>
      </w:pPr>
      <w:r>
        <w:t>ایمان کی کمزوری ایک ایبگو ٹرم ہے۔ میں سمجھتا ہوں کہ ایسی چیز ہے شعور کی کمی آ جاتی ہے۔ شعور کی کمی آ جاتی ہے۔</w:t>
      </w:r>
    </w:p>
    <w:p>
      <w:r>
        <w:rPr>
          <w:b/>
        </w:rPr>
        <w:t xml:space="preserve">[1:13:11] </w:t>
      </w:r>
      <w:r>
        <w:t>jab aap zyada study karein ge, zyada parhein ge to aap ka shaoor barhega. jab shaoor barhega to apne aap sab cheezein theek hoti chali jayengi.</w:t>
      </w:r>
    </w:p>
    <w:p>
      <w:pPr>
        <w:jc w:val="right"/>
      </w:pPr>
      <w:r>
        <w:t>جب آپ زیادہ اسٹڈی کریں گے، زیادہ پڑھیں گے تو آپ کا شعور بڑھے گا۔ جب شعور بڑھے گا تو اپنے آپ سب چیزیں ٹھیک ہوتی چلی جائیں گی۔</w:t>
      </w:r>
    </w:p>
    <w:p>
      <w:r>
        <w:rPr>
          <w:b/>
        </w:rPr>
        <w:t xml:space="preserve">[1:13:21] </w:t>
      </w:r>
      <w:r>
        <w:t>imaan ki kamzori to aik aik waham term hai. kya matlab is ka hai imaan ki kamzori ka? ji, mr shah imran hasan ne new delhi se sawal kiya hai.</w:t>
      </w:r>
    </w:p>
    <w:p>
      <w:pPr>
        <w:jc w:val="right"/>
      </w:pPr>
      <w:r>
        <w:t>ایمان کی کمزوری تو ایک ایک موہم ٹرم ہے۔ کیا مطلب اس کا ہے ایمان کی کمزوری کا؟ جی، مسٹر شاہ عمران حسن نے نئی دلی سے سوال کیا ہے۔</w:t>
      </w:r>
    </w:p>
    <w:p>
      <w:r>
        <w:rPr>
          <w:b/>
        </w:rPr>
        <w:t xml:space="preserve">[1:13:31] </w:t>
      </w:r>
      <w:r>
        <w:t>unhon ne likha hai: "aap paraye apne speech mein kehte hain ke islam dharm shanti ka sandesh deta hai, magar practically to dharm aadmi ke beech nafrat ki bhavna paida karta hai.</w:t>
      </w:r>
    </w:p>
    <w:p>
      <w:pPr>
        <w:jc w:val="right"/>
      </w:pPr>
      <w:r>
        <w:t>انہوں نے لکھا ہے: "آپ پرائے اپنے سپیچ میں کہتے ہیں کہ اسلام دھرم شانتی کا سندیش دیتا ہے، مگر پریکٹیکلی تو دھرم آدمی کے بیچ نفرت کی بھاونا پیدا کرتا ہے۔</w:t>
      </w:r>
    </w:p>
    <w:p>
      <w:r>
        <w:rPr>
          <w:b/>
        </w:rPr>
        <w:t xml:space="preserve">[1:13:46] </w:t>
      </w:r>
      <w:r>
        <w:t>jaise mein imran hoon, koi rajesh hai. dharm ne to humein aapas mein baant diya hai. kripya karke spasht karein." naam se batwara nahi hota hai.</w:t>
      </w:r>
    </w:p>
    <w:p>
      <w:pPr>
        <w:jc w:val="right"/>
      </w:pPr>
      <w:r>
        <w:t>جیسے میں عمران ہوں، کوئی راجش ہے۔ دھرم نے تو ہمیں آپس میں بانٹ دیا ہے۔ کرپیا کرکے سپشت کریں۔" نام سے بٹوارا نہیں ہوتا ہے۔</w:t>
      </w:r>
    </w:p>
    <w:p>
      <w:r>
        <w:rPr>
          <w:b/>
        </w:rPr>
        <w:t xml:space="preserve">[1:14:02] </w:t>
      </w:r>
      <w:r>
        <w:t>naam se batwara nahi hota hai. soch se batwara hota hai. soch se logon ki soch mein intolerance hota hai.</w:t>
      </w:r>
    </w:p>
    <w:p>
      <w:pPr>
        <w:jc w:val="right"/>
      </w:pPr>
      <w:r>
        <w:t>نام سے بٹوارا نہیں ہوتا ہے۔ سوچ سے بٹوارا ہوتا ہے۔ سوچ سے لوگوں کی سوچ میں انٹالرنس ہوتا ہے۔</w:t>
      </w:r>
    </w:p>
    <w:p>
      <w:r>
        <w:rPr>
          <w:b/>
        </w:rPr>
        <w:t xml:space="preserve">[1:14:12] </w:t>
      </w:r>
      <w:r>
        <w:t>is se batwara hota hai. ab mein to dekhein, mera naam aik aik arabi naam hai, muslim naam. mein sare insaan se mohabbat karta hoon.</w:t>
      </w:r>
    </w:p>
    <w:p>
      <w:pPr>
        <w:jc w:val="right"/>
      </w:pPr>
      <w:r>
        <w:t>اس سے بٹوارا ہوتا ہے۔ اب میں تو دیکھیں، میرا نام ایک ایک عربی نام ہے، مسلم نام۔ میں سارے انسان سے محبت کرتا ہوں۔</w:t>
      </w:r>
    </w:p>
    <w:p>
      <w:r>
        <w:rPr>
          <w:b/>
        </w:rPr>
        <w:t xml:space="preserve">[1:14:22] </w:t>
      </w:r>
      <w:r>
        <w:t>mein sach poochhiye, mere dil mein kisi ki nafrat nahi.</w:t>
      </w:r>
    </w:p>
    <w:p>
      <w:pPr>
        <w:jc w:val="right"/>
      </w:pPr>
      <w:r>
        <w:t>میں سچ پوچھیے، میرے دل میں کسی کی نفرت نہیں۔</w:t>
      </w:r>
    </w:p>
    <w:p>
      <w:r>
        <w:rPr>
          <w:b/>
        </w:rPr>
        <w:t xml:space="preserve">[1:14:27] </w:t>
      </w:r>
      <w:r>
        <w:t>abhi subah mein kisi ne kaha tha, aaj hi subah ke india ka jo constitution bana to muslim leaderon ke mang par is mein clause rakha gaya ke minority ya majority ke musalmanon ko minority kar diya aur hinduo ko majority.</w:t>
      </w:r>
    </w:p>
    <w:p>
      <w:pPr>
        <w:jc w:val="right"/>
      </w:pPr>
      <w:r>
        <w:t>ابھی صبح میں کسی نے کہا تھا، آج ہی صبح کہ انڈیا کا جو کانسٹیٹیوشن بنا تو مسلم لیڈروں کے مانگ پر اس میں کلاس رکھا گیا کہ مائنارٹی یا بجارٹی کہ مسلمانوں کو مائنارٹی کر دیا اور ہندوؤں کو بجارٹی۔</w:t>
      </w:r>
    </w:p>
    <w:p>
      <w:r>
        <w:rPr>
          <w:b/>
        </w:rPr>
        <w:t xml:space="preserve">[1:14:43] </w:t>
      </w:r>
      <w:r>
        <w:t>mein ne kaha yeh kya, is ki kya zaroorat thi? koi zaroorat hi nahi. bhai, hum indian hain, bas hum indian hain. hum kyun kahein ke aap log, hum aqalliyat hain?</w:t>
      </w:r>
    </w:p>
    <w:p>
      <w:pPr>
        <w:jc w:val="right"/>
      </w:pPr>
      <w:r>
        <w:t>میں نے کہا یہ کیا، اس کی کیا ضرورت تھی؟ کوئی ضرورت ہی نہیں۔ بھئی، ہم انڈین ہیں، بس ہم انڈین ہیں۔ ہم کیوں کہیں کہ آپ لوگ، ہم اقلیت ہیں؟</w:t>
      </w:r>
    </w:p>
    <w:p>
      <w:r>
        <w:rPr>
          <w:b/>
        </w:rPr>
        <w:t xml:space="preserve">[1:14:54] </w:t>
      </w:r>
      <w:r>
        <w:t>to mein to sochta hi nahi is tareeqe se. agarche mera naam muslim hai, mein aik aik practice muslim hoon. yeh sara mamla soch ka mamla hai, naam ka mamla nahi hai.</w:t>
      </w:r>
    </w:p>
    <w:p>
      <w:pPr>
        <w:jc w:val="right"/>
      </w:pPr>
      <w:r>
        <w:t>تو میں تو سوچتا ہی نہیں اس طریقے سے۔ اگرچہ میرا نام مسلم ہے، میں ایک ایک پریکٹس مسلم ہوں۔ یہ سارا معاملہ سوچ کا معاملہ ہے، نام کا معاملہ نہیں ہے۔</w:t>
      </w:r>
    </w:p>
    <w:p>
      <w:r>
        <w:rPr>
          <w:b/>
        </w:rPr>
        <w:t xml:space="preserve">[1:15:06] </w:t>
      </w:r>
      <w:r>
        <w:t>agar jin logon ke naam eksaan hain, woh aapas mein ladte nahi hain. hindu, hindu aapas mein nahi ladta. muslim, muslim, muslim aapas mein nahi ladte. musalman, musalman aapas mein ladte hain. hindu, hindu aapas mein ladte hain.</w:t>
      </w:r>
    </w:p>
    <w:p>
      <w:pPr>
        <w:jc w:val="right"/>
      </w:pPr>
      <w:r>
        <w:t>اگر جن لوگوں کے نام ایکساں ہیں، وہ آپس میں لڑتے نہیں ہیں۔ ہندو، ہندو آپس میں نہیں لڑتا۔ مسلم، مسلم، مسلم آپس میں نہیں لڑتے۔ مسلمان، مسلمان آپس میں لڑتے ہیں۔ ہندو، ہندو آپس میں لڑتے ہیں۔</w:t>
      </w:r>
    </w:p>
    <w:p>
      <w:r>
        <w:rPr>
          <w:b/>
        </w:rPr>
        <w:t xml:space="preserve">[1:15:15] </w:t>
      </w:r>
      <w:r>
        <w:t>to naam ka mamla nahi hai, soch ka mamla hai.</w:t>
      </w:r>
    </w:p>
    <w:p>
      <w:pPr>
        <w:jc w:val="right"/>
      </w:pPr>
      <w:r>
        <w:t>تو نام کا معاملہ نہیں ہے، سوچ کا معاملہ ہے۔</w:t>
      </w:r>
    </w:p>
    <w:p>
      <w:r>
        <w:rPr>
          <w:b/>
        </w:rPr>
        <w:t xml:space="preserve">[1:15:19] </w:t>
      </w:r>
      <w:r>
        <w:t>soch ki satah par aadmi ka agar tolerance ho to bas sab theek rahega.</w:t>
      </w:r>
    </w:p>
    <w:p>
      <w:pPr>
        <w:jc w:val="right"/>
      </w:pPr>
      <w:r>
        <w:t>سوچ کی سطح پر آدمی کا اگر ٹالرنس ہو تو بس سب ٹھیک رہے گا۔</w:t>
      </w:r>
    </w:p>
    <w:p>
      <w:r>
        <w:rPr>
          <w:b/>
        </w:rPr>
        <w:t xml:space="preserve">[1:15:29] </w:t>
      </w:r>
      <w:r>
        <w:t>mr ehtesham hasnain ne hyderabad se sawal likha hai. maulana sahib, woh pooch rahe hain ke "why does it happen that i feel superior to some of the people around me?</w:t>
      </w:r>
    </w:p>
    <w:p>
      <w:pPr>
        <w:jc w:val="right"/>
      </w:pPr>
      <w:r>
        <w:t>مسٹر احتشام حسنین نے حیدرآباد سے سوال لکھا ہے۔ مولانا صاحب، وہ پوچھ رہے ہیں کہ "وائی ڈز اٹ ہیپن دیٹ آئی فیل سپیریئر ٹو سم آف دا پیپل اراؤنڈ می؟</w:t>
      </w:r>
    </w:p>
    <w:p>
      <w:r>
        <w:rPr>
          <w:b/>
        </w:rPr>
        <w:t xml:space="preserve">[1:15:43] </w:t>
      </w:r>
      <w:r>
        <w:t>how should, how should i act when this complex arises in me?"</w:t>
      </w:r>
    </w:p>
    <w:p>
      <w:pPr>
        <w:jc w:val="right"/>
      </w:pPr>
      <w:r>
        <w:t>ہاؤ شوڈ، ہاؤ شوڈ آئی ایکٹ وین دس کمپلیکس ارائزز ان می؟"</w:t>
      </w:r>
    </w:p>
    <w:p>
      <w:r>
        <w:rPr>
          <w:b/>
        </w:rPr>
        <w:t xml:space="preserve">[1:15:49] </w:t>
      </w:r>
      <w:r>
        <w:t>bhai, yeh to aik stepped baat hai. superior ko samajhte hain aap? hain superior ko samajhte hain?</w:t>
      </w:r>
    </w:p>
    <w:p>
      <w:pPr>
        <w:jc w:val="right"/>
      </w:pPr>
      <w:r>
        <w:t>بھائی، یہ تو ایک سٹیپڈ بات ہے۔ سپیریئر کو سمجھتے ہیں آپ؟ ہیں سپیریئر کو سمجھتے ہیں؟</w:t>
      </w:r>
    </w:p>
    <w:p>
      <w:r>
        <w:rPr>
          <w:b/>
        </w:rPr>
        <w:t xml:space="preserve">[1:16:01] </w:t>
      </w:r>
      <w:r>
        <w:t>superior kuch hai hi nahi. insaan kuch hai hi nahi. jab insaan ko koi bhi cheez us ki self acquired nahi hoti, khuda ki di hui hoti hai, superior kahan se ho jayega woh?</w:t>
      </w:r>
    </w:p>
    <w:p>
      <w:pPr>
        <w:jc w:val="right"/>
      </w:pPr>
      <w:r>
        <w:t>سپیریئر کچھ ہے ہی نہیں۔ انسان کچھ ہے ہی نہیں۔ جب انسان کو کوئی بھی چیز اس کی سیلف اکورڈ نہیں ہوتی، خدا کی دی ہوئی ہوتی ہے، سپیریئر کہاں سے ہو جائے گا وہ؟</w:t>
      </w:r>
    </w:p>
    <w:p>
      <w:r>
        <w:rPr>
          <w:b/>
        </w:rPr>
        <w:t xml:space="preserve">[1:16:14] </w:t>
      </w:r>
      <w:r>
        <w:t>yani hamare paas, hamari zindagi, hamara dimagh, hamara saman, kuch bhi jo hai, woh self acquired nahi hai. woh khuda ki di hui hai.</w:t>
      </w:r>
    </w:p>
    <w:p>
      <w:pPr>
        <w:jc w:val="right"/>
      </w:pPr>
      <w:r>
        <w:t>یعنی ہمارے پاس، ہماری زندگی، ہمارا دماغ، ہمارا سامان، کچھ بھی جو ہے، وہ سیلف اکورڈ نہیں ہے۔ وہ خدا کی دی ہوئی ہے۔</w:t>
      </w:r>
    </w:p>
    <w:p>
      <w:r>
        <w:rPr>
          <w:b/>
        </w:rPr>
        <w:t xml:space="preserve">[1:16:23] </w:t>
      </w:r>
      <w:r>
        <w:t>to kis baat par superiority? yani agar aap ne socha to sawal borderry ke. aur koi soch us ke andar nahi aayegi.</w:t>
      </w:r>
    </w:p>
    <w:p>
      <w:pPr>
        <w:jc w:val="right"/>
      </w:pPr>
      <w:r>
        <w:t>تو کس بات پر سپیریریٹی؟ یعنی اگر آپ نے سوچا تو سوال بارڈسٹری کے۔ اور کوئی سوچ اس کے اندر نہیں آئے گی۔</w:t>
      </w:r>
    </w:p>
    <w:p>
      <w:r>
        <w:rPr>
          <w:b/>
        </w:rPr>
        <w:t xml:space="preserve">[1:16:34] </w:t>
      </w:r>
      <w:r>
        <w:t>to yeh to aik unnatural baat hai. aik na sochne ki wajah se aisa hota hai. na sochne ki wajah se</w:t>
      </w:r>
    </w:p>
    <w:p>
      <w:pPr>
        <w:jc w:val="right"/>
      </w:pPr>
      <w:r>
        <w:t>تو یہ تو ایک ان نیچرل بات ہے۔ ایک نہ سوچنے کی وجہ سے ایسا ہوتا ہے۔ نہ سوچنے کی وجہ سے</w:t>
      </w:r>
    </w:p>
    <w:p>
      <w:r>
        <w:rPr>
          <w:b/>
        </w:rPr>
        <w:t xml:space="preserve">[1:16:42] </w:t>
      </w:r>
      <w:r>
        <w:t>agar aap yeh sochein ke mere paas koi bhi self acquired nahi hai, sab khuda ki di hui hai, to phir border se border se jayegi.</w:t>
      </w:r>
    </w:p>
    <w:p>
      <w:pPr>
        <w:jc w:val="right"/>
      </w:pPr>
      <w:r>
        <w:t>اگر آپ یہ سوچیں کہ میرے پاس کوئی بھی سیلف اکورڈ نہیں ہے، سب خدا کی دی ہوئی ہے، تو پھر بارڈر سے بارڈر سے جائے گی۔</w:t>
      </w:r>
    </w:p>
    <w:p>
      <w:r>
        <w:rPr>
          <w:b/>
        </w:rPr>
        <w:t xml:space="preserve">[1:16:58] </w:t>
      </w:r>
      <w:r>
        <w:t>maulana zikwan nadvi ne dili se likha hai: " hadith mein kaha gaya hai ke tum log mere mamle mein is jaisa, yaani utra mat karna, jaisa ke nasara mein ibn maryam ke bare mein kiya tha.</w:t>
      </w:r>
    </w:p>
    <w:p>
      <w:pPr>
        <w:jc w:val="right"/>
      </w:pPr>
      <w:r>
        <w:t>مولانا زکوان ندوی نے دلی سے لکھا ہے: "حدیث میں کہا گیا ہے کہ تم لوگ میرے معاملے میں اس جیسا، یعنی اترا مت کرنا، جیسا کہ نصاری میں ابن مریم کے بارے میں کیا تھا۔</w:t>
      </w:r>
    </w:p>
    <w:p>
      <w:r>
        <w:rPr>
          <w:b/>
        </w:rPr>
        <w:t xml:space="preserve">[1:17:14] </w:t>
      </w:r>
      <w:r>
        <w:t>mera sawal yeh hai ke woh kya cheez hai jis ko is hadith mein utra kaha gaya hai, aur mazhabi tabqe se is burai ko door karne ka tareeqa kya hai?"</w:t>
      </w:r>
    </w:p>
    <w:p>
      <w:pPr>
        <w:jc w:val="right"/>
      </w:pPr>
      <w:r>
        <w:t>میرا سوال یہ ہے کہ وہ کیا چیز ہے جس کو اس حدیث میں اترا کہا گیا ہے، اور مذہبی طبقے سے اس برائی کو دور کرنے کا طریقہ کیا ہے؟"</w:t>
      </w:r>
    </w:p>
    <w:p>
      <w:r>
        <w:rPr>
          <w:b/>
        </w:rPr>
        <w:t xml:space="preserve">[1:17:31] </w:t>
      </w:r>
      <w:r>
        <w:t>asal mein is se murad hai wahi jis cheez ko kehte hain hum shakhsiyat parasti. angrezi mein kehte hain is ko personality cult. nasr ne farmaya ke personality cult mein mubtala na hona,</w:t>
      </w:r>
    </w:p>
    <w:p>
      <w:pPr>
        <w:jc w:val="right"/>
      </w:pPr>
      <w:r>
        <w:t>اصل میں اس سے مراد ہے وہی جس چیز کو کہتے ہیں ہم شخصیت پرستی۔ انگریزی میں کہتے ہیں اس کو پرسنلٹی کلٹ۔ نصر نے فرمایا کہ پرسنلٹی کلٹ میں مبتلا نہ ہونا،</w:t>
      </w:r>
    </w:p>
    <w:p>
      <w:r>
        <w:rPr>
          <w:b/>
        </w:rPr>
        <w:t xml:space="preserve">[1:17:44] </w:t>
      </w:r>
      <w:r>
        <w:t>kyun ke yeh har qaum mein yeh baat hoti rahi hai hamesha, aur aaj bhi hoti hai ke kisi qaum mein koi aadmi, koi yaani baap paida ho jaye, koi bada kaam kare to foran hi is ko yaani samajh lete hain ke koi khaas cheez tha, special samajh lete hain is ko, special hai.</w:t>
      </w:r>
    </w:p>
    <w:p>
      <w:pPr>
        <w:jc w:val="right"/>
      </w:pPr>
      <w:r>
        <w:t>کیونکہ یہ ہر قوم میں یہ بات ہوتی رہی ہے ہمیشہ، اور آج بھی ہوتی ہے کہ کسی قوم میں کوئی آدمی، کوئی یعنی باپ پیدا ہو جائے، کوئی بڑا کام کرے تو فوراً ہی اس کو یعنی سمجھ لیتے ہیں کہ کوئی خاص چیز تھا، اسپیشل سمجھ لیتے ہیں اس کو، اسپیشل ہے۔</w:t>
      </w:r>
    </w:p>
    <w:p>
      <w:r>
        <w:rPr>
          <w:b/>
        </w:rPr>
        <w:t xml:space="preserve">[1:18:05] </w:t>
      </w:r>
      <w:r>
        <w:t>ise phir personality cult aata hai, phir shakhsiyaton ki pooja aati hai.</w:t>
      </w:r>
    </w:p>
    <w:p>
      <w:pPr>
        <w:jc w:val="right"/>
      </w:pPr>
      <w:r>
        <w:t>اسے پھر پرسنلٹی کلٹ آتا ہے، پھر شخصیتوں کی پوجا آتی ہے۔</w:t>
      </w:r>
    </w:p>
    <w:p>
      <w:r>
        <w:rPr>
          <w:b/>
        </w:rPr>
        <w:t xml:space="preserve">[1:18:11] </w:t>
      </w:r>
      <w:r>
        <w:t>to jitne bhi yeh but hain idhar udhar duniya mein, woh but haqeeqat mein un ke apne bare the, apne qabile ke, apni qaum ke bare the.</w:t>
      </w:r>
    </w:p>
    <w:p>
      <w:pPr>
        <w:jc w:val="right"/>
      </w:pPr>
      <w:r>
        <w:t>تو جتنے بھی یہ بت ہیں ادھر ادھر دنیا میں، وہ بت حقیقت میں ان کے اپنے بڑے تھے، اپنے قبیلے کے، اپنی قوم کے بڑے تھے۔</w:t>
      </w:r>
    </w:p>
    <w:p>
      <w:r>
        <w:rPr>
          <w:b/>
        </w:rPr>
        <w:t xml:space="preserve">[1:18:19] </w:t>
      </w:r>
      <w:r>
        <w:t>inhi inhi ko unhon ne but mein aa ke poojne lagay. woh to is mein is aam jo rujhan hai insanon ke darmiyan personality cult ka, yaani shakhsiyat parasti ka, use roka gaya hai.</w:t>
      </w:r>
    </w:p>
    <w:p>
      <w:pPr>
        <w:jc w:val="right"/>
      </w:pPr>
      <w:r>
        <w:t>انہی انہی کو انہوں نے بت میں آ کے پوجنے لگے۔ وہ تو اس میں اس عام جو رجحان ہے انسانوں کے درمیان پرسنلٹی کلٹ کا، یعنی شخصیت پرستی کا، اسے روکا گیا ہے۔</w:t>
      </w:r>
    </w:p>
    <w:p>
      <w:r>
        <w:rPr>
          <w:b/>
        </w:rPr>
        <w:t xml:space="preserve">[1:18:32] </w:t>
      </w:r>
      <w:r>
        <w:t>mein bohat sochta hoon musalman aaj poori tarah is mein mubtala hain,</w:t>
      </w:r>
    </w:p>
    <w:p>
      <w:pPr>
        <w:jc w:val="right"/>
      </w:pPr>
      <w:r>
        <w:t>میں بہت سوچتا ہوں مسلمان آج پوری طرح اس میں مبتلا ہیں،</w:t>
      </w:r>
    </w:p>
    <w:p>
      <w:r>
        <w:rPr>
          <w:b/>
        </w:rPr>
        <w:t xml:space="preserve">[1:18:39] </w:t>
      </w:r>
      <w:r>
        <w:t>is mein mubtala hain. yaani personality cult poore maanon mein musalman mein aa chuka hai,</w:t>
      </w:r>
    </w:p>
    <w:p>
      <w:pPr>
        <w:jc w:val="right"/>
      </w:pPr>
      <w:r>
        <w:t>اس میں مبتلا ہیں۔ یعنی پرسنلٹی کلٹ پورے معنوں میں مسلمان میں آ چکا ہے،</w:t>
      </w:r>
    </w:p>
    <w:p>
      <w:r>
        <w:rPr>
          <w:b/>
        </w:rPr>
        <w:t xml:space="preserve">[1:18:53] </w:t>
      </w:r>
      <w:r>
        <w:t>aur yeh yeh bohat zyada zaroori hai ke yaani islaah-e-millat ke kaam ke silsile mein is ko ahmiyat di jaye, aur is aitbar se musalmanon ko paas personality cult se bahar nikala jaye.</w:t>
      </w:r>
    </w:p>
    <w:p>
      <w:pPr>
        <w:jc w:val="right"/>
      </w:pPr>
      <w:r>
        <w:t>اور یہ یہ بہت زیادہ ضروری ہے کہ یعنی اصلاح ملت کے کام کے سلسلے میں اس کو اہمیت دی جائے، اور اس اعتبار سے مسلمانوں کو پاس پرسنلٹی کلٹ سے باہر نکالا جائے۔</w:t>
      </w:r>
    </w:p>
    <w:p>
      <w:r>
        <w:rPr>
          <w:b/>
        </w:rPr>
        <w:t xml:space="preserve">[1:19:09] </w:t>
      </w:r>
      <w:r>
        <w:t>mister naeem bilali ne dili se sawal likha hai. unhon ne likha hai ke jahan mein rehta hoon, wahan labor tabqa rehta hai.</w:t>
      </w:r>
    </w:p>
    <w:p>
      <w:pPr>
        <w:jc w:val="right"/>
      </w:pPr>
      <w:r>
        <w:t>مسٹر نعیم بلالی نے دلی سے سوال لکھا ہے۔ انہوں نے لکھا ہے کہ جہاں میں رہتا ہوں، وہاں لیبر طبقہ رہتا ہے۔</w:t>
      </w:r>
    </w:p>
    <w:p>
      <w:r>
        <w:rPr>
          <w:b/>
        </w:rPr>
        <w:t xml:space="preserve">[1:19:20] </w:t>
      </w:r>
      <w:r>
        <w:t>unhon ne mujh se deen ki baat batane ki khwahish ki hai. waqt aur din mutayyan ho gaya hai. samajh mein nahi aata hai unhein kahan se samjhana shuru karoon, quran ya hadith se.</w:t>
      </w:r>
    </w:p>
    <w:p>
      <w:pPr>
        <w:jc w:val="right"/>
      </w:pPr>
      <w:r>
        <w:t>انہوں نے مجھ سے دین کی بات بتانے کی خواہش کی ہے۔ وقت اور دن متین ہو گیا ہے۔ سمجھ میں نہیں آتا ہے انہیں کہاں سے سمجھانا شروع کروں، قرآن یا حدیث سے۔</w:t>
      </w:r>
    </w:p>
    <w:p>
      <w:r>
        <w:rPr>
          <w:b/>
        </w:rPr>
        <w:t xml:space="preserve">[1:19:33] </w:t>
      </w:r>
      <w:r>
        <w:t>baraye meharbani rahnumai karein.</w:t>
      </w:r>
    </w:p>
    <w:p>
      <w:pPr>
        <w:jc w:val="right"/>
      </w:pPr>
      <w:r>
        <w:t>برائے مہربانی رہنمائی کریں۔</w:t>
      </w:r>
    </w:p>
    <w:p>
      <w:r>
        <w:rPr>
          <w:b/>
        </w:rPr>
        <w:t xml:space="preserve">[1:19:37] </w:t>
      </w:r>
      <w:r>
        <w:t>dekhein, yeh yahan se rahnumai karne ki baat to nahi hai. in logon ko read kijiye, in ko parhiye, in ke mizaj ko samjhiye, to aap khud samajh jao.</w:t>
      </w:r>
    </w:p>
    <w:p>
      <w:pPr>
        <w:jc w:val="right"/>
      </w:pPr>
      <w:r>
        <w:t>دیکھیں، یہ یہاں سے رہنمائی کرنے کی بات تو نہیں ہے۔ ان لوگوں کو ریڈ کیجئے، ان کو پڑھیے، ان کے مزاج کو سمجھیے، تو آپ خود سمجھ جاؤ۔</w:t>
      </w:r>
    </w:p>
    <w:p>
      <w:r>
        <w:rPr>
          <w:b/>
        </w:rPr>
        <w:t xml:space="preserve">[1:19:50] </w:t>
      </w:r>
      <w:r>
        <w:t>aap ko khud yeh janna hai ke in kis tarah kaha jaye ke in ka mind rights ho. hamare haan kitabein bohat chhapi hain, bohat hi aasan andaaz mein.</w:t>
      </w:r>
    </w:p>
    <w:p>
      <w:pPr>
        <w:jc w:val="right"/>
      </w:pPr>
      <w:r>
        <w:t>آپ کو خود یہ جاننا ہے کہ ان کس طرح کہا جائے کہ ان کا مائنڈ رائٹس ہو۔ ہمارے ہاں کتابیں بہت چھپی ہیں، بہت ہی آسان انداز میں۔</w:t>
      </w:r>
    </w:p>
    <w:p>
      <w:r>
        <w:rPr>
          <w:b/>
        </w:rPr>
        <w:t xml:space="preserve">[1:20:01] </w:t>
      </w:r>
      <w:r>
        <w:t>is ko aap parhiye, aap</w:t>
      </w:r>
    </w:p>
    <w:p>
      <w:pPr>
        <w:jc w:val="right"/>
      </w:pPr>
      <w:r>
        <w:t>اس کو آپ پڑھیے، آپ</w:t>
      </w:r>
    </w:p>
    <w:p>
      <w:r>
        <w:rPr>
          <w:b/>
        </w:rPr>
        <w:t xml:space="preserve">[1:20:03] </w:t>
      </w:r>
      <w:r>
        <w:t>hamare kitabein ek to woh hain jo scientific andaaz mein ya ilmi andaaz mein hain, lekin aasan andaaz mein bhi kitabein bohat si hain. to parhiye is ko jis mein simplified way mein islam ko bataya gaya hai.</w:t>
      </w:r>
    </w:p>
    <w:p>
      <w:pPr>
        <w:jc w:val="right"/>
      </w:pPr>
      <w:r>
        <w:t>ہمارے کتابیں ایک تو وہ ہیں جو سائنٹیفک انداز میں یا علمی انداز میں ہیں، لیکن آسان انداز میں بھی کتابیں بہت سی ہیں۔ تو پڑھیے اس کو جس میں سمپلیفائیڈ وے میں اسلام کو بتایا گیا ہے۔</w:t>
      </w:r>
    </w:p>
    <w:p>
      <w:r>
        <w:rPr>
          <w:b/>
        </w:rPr>
        <w:t xml:space="preserve">[1:20:14] </w:t>
      </w:r>
      <w:r>
        <w:t>to aap khud parhiye, aap log prepare kijiye</w:t>
      </w:r>
    </w:p>
    <w:p>
      <w:pPr>
        <w:jc w:val="right"/>
      </w:pPr>
      <w:r>
        <w:t>تو آپ خود پڑھیے، آپ لوگ پریپیئر کیجئے</w:t>
      </w:r>
    </w:p>
    <w:p>
      <w:r>
        <w:rPr>
          <w:b/>
        </w:rPr>
        <w:t xml:space="preserve">[1:20:18] </w:t>
      </w:r>
      <w:r>
        <w:t>, aur phir un ko, yaani un ko, un ke mizaj ko samjhiye, un ke istidad ko samjhiye, aur khud hi aap ko yeh mutayyan karna parega ke ke un ke darmiyan kaise da'wati kaam kiya jaye.</w:t>
      </w:r>
    </w:p>
    <w:p>
      <w:pPr>
        <w:jc w:val="right"/>
      </w:pPr>
      <w:r>
        <w:t>، اور پھر ان کو، یعنی ان کو، ان کے مزاج کو سمجھیے، ان کے استعداد کو سمجھیے، اور خود ہی آپ کو یہ متین کرنا پڑے گا کہ کہ ان کے درمیان کیسے دعوتی کام کیا جائے۔</w:t>
      </w:r>
    </w:p>
    <w:p>
      <w:r>
        <w:rPr>
          <w:b/>
        </w:rPr>
        <w:t xml:space="preserve">[1:20:36] </w:t>
      </w:r>
      <w:r>
        <w:t>is ke liye aaghaz jo hai, khud aap logon ko prepare karna hai.</w:t>
      </w:r>
    </w:p>
    <w:p>
      <w:pPr>
        <w:jc w:val="right"/>
      </w:pPr>
      <w:r>
        <w:t>اس کے لیے آغاز جو ہے، خود آپ لوگوں کو پریپیئر کرنا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