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Mission in 21st Century October 2, 2011 Maulana Wahiduddin Khan</w:t>
      </w:r>
    </w:p>
    <w:p>
      <w:r>
        <w:t>https://www.youtube.com/watch?v=ao5gC6SXQXE</w:t>
      </w:r>
    </w:p>
    <w:p>
      <w:r>
        <w:rPr>
          <w:b/>
        </w:rPr>
        <w:t xml:space="preserve">[00:27] </w:t>
      </w:r>
      <w:r>
        <w:t>wahal al-uqdata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[00:44] </w:t>
      </w:r>
      <w:r>
        <w:t>prophetic mission in the 21st century, yaani ah, mission 21ween sadi ki.</w:t>
      </w:r>
    </w:p>
    <w:p>
      <w:pPr>
        <w:jc w:val="right"/>
      </w:pPr>
      <w:r>
        <w:t>پرافیٹک مشن ان دی 21st سنچری، یعنی اہ، مشن 21ویں صدی کی۔</w:t>
      </w:r>
    </w:p>
    <w:p>
      <w:r>
        <w:rPr>
          <w:b/>
        </w:rPr>
        <w:t xml:space="preserve">[00:59] </w:t>
      </w:r>
      <w:r>
        <w:t>dekhiye,</w:t>
      </w:r>
    </w:p>
    <w:p>
      <w:pPr>
        <w:jc w:val="right"/>
      </w:pPr>
      <w:r>
        <w:t>دیکھیے،</w:t>
      </w:r>
    </w:p>
    <w:p>
      <w:r>
        <w:rPr>
          <w:b/>
        </w:rPr>
        <w:t xml:space="preserve">[01:04] </w:t>
      </w:r>
      <w:r>
        <w:t>allah ta'ala ke</w:t>
      </w:r>
    </w:p>
    <w:p>
      <w:pPr>
        <w:jc w:val="right"/>
      </w:pPr>
      <w:r>
        <w:t>اللہ تعالی کے</w:t>
      </w:r>
    </w:p>
    <w:p>
      <w:r>
        <w:rPr>
          <w:b/>
        </w:rPr>
        <w:t xml:space="preserve">[01:09] </w:t>
      </w:r>
      <w:r>
        <w:t>takhleeqi mansoobay ko jananay ka authentic source sirf aik hi kitaab hai, woh hai Quran.</w:t>
      </w:r>
    </w:p>
    <w:p>
      <w:pPr>
        <w:jc w:val="right"/>
      </w:pPr>
      <w:r>
        <w:t>تخلیقی منصوبہ کو جاننے کا اتھینٹک سورس صرف ایک ہی کتاب ہے، وہ ہے قرآن۔</w:t>
      </w:r>
    </w:p>
    <w:p>
      <w:r>
        <w:rPr>
          <w:b/>
        </w:rPr>
        <w:t xml:space="preserve">[01:19] </w:t>
      </w:r>
      <w:r>
        <w:t>Quran kay mutabiq</w:t>
      </w:r>
    </w:p>
    <w:p>
      <w:pPr>
        <w:jc w:val="right"/>
      </w:pPr>
      <w:r>
        <w:t>قرآن کے مطابق</w:t>
      </w:r>
    </w:p>
    <w:p>
      <w:r>
        <w:rPr>
          <w:b/>
        </w:rPr>
        <w:t xml:space="preserve">[01:23] </w:t>
      </w:r>
      <w:r>
        <w:t>is dunya mein takhleeq aur nabuwat dono saath saath aaye hain, yaani creation aur property.</w:t>
      </w:r>
    </w:p>
    <w:p>
      <w:pPr>
        <w:jc w:val="right"/>
      </w:pPr>
      <w:r>
        <w:t>اس دنیا میں تخلیق اور نبوت دونوں ساتھ ساتھ آئے ہیں، یعنی کریشن اور پراپرٹی۔</w:t>
      </w:r>
    </w:p>
    <w:p>
      <w:r>
        <w:rPr>
          <w:b/>
        </w:rPr>
        <w:t xml:space="preserve">[01:35] </w:t>
      </w:r>
      <w:r>
        <w:t>Allah taala nay</w:t>
      </w:r>
    </w:p>
    <w:p>
      <w:pPr>
        <w:jc w:val="right"/>
      </w:pPr>
      <w:r>
        <w:t>اللہ تعالی نے</w:t>
      </w:r>
    </w:p>
    <w:p>
      <w:r>
        <w:rPr>
          <w:b/>
        </w:rPr>
        <w:t xml:space="preserve">[01:40] </w:t>
      </w:r>
      <w:r>
        <w:t>yeh dunya ka aaghaz matters say kiya, yaani 15 billion saal pehlay material world wajood mein aaya.</w:t>
      </w:r>
    </w:p>
    <w:p>
      <w:pPr>
        <w:jc w:val="right"/>
      </w:pPr>
      <w:r>
        <w:t>یہ دنیا کا آغاز میٹرز سے کیا، یعنی 15 بلین سال پہلے مٹیریل ورلڈ وجود میں آیا۔</w:t>
      </w:r>
    </w:p>
    <w:p>
      <w:r>
        <w:rPr>
          <w:b/>
        </w:rPr>
        <w:t xml:space="preserve">[01:53] </w:t>
      </w:r>
      <w:r>
        <w:t>is kay bohat baad ko zameen par woh halaat paida huay kay yahan insaan basaya gaya.</w:t>
      </w:r>
    </w:p>
    <w:p>
      <w:pPr>
        <w:jc w:val="right"/>
      </w:pPr>
      <w:r>
        <w:t>اس کے بہت بعد کو زمین پر وہ حالات پیدا ہوئے کہ یہاں انسان بسایا گیا۔</w:t>
      </w:r>
    </w:p>
    <w:p>
      <w:r>
        <w:rPr>
          <w:b/>
        </w:rPr>
        <w:t xml:space="preserve">[02:03] </w:t>
      </w:r>
      <w:r>
        <w:t>to pehla insaan Adam thay. Adam pehlay insaan bhi thay aur pehlay peghambar bhi, yeh Quran say saabit hai.</w:t>
      </w:r>
    </w:p>
    <w:p>
      <w:pPr>
        <w:jc w:val="right"/>
      </w:pPr>
      <w:r>
        <w:t>تو پہلا انسان آدم تھے۔ آدم پہلے انسان بھی تھے اور پہلے پیغمبر بھی، یہ قرآن سے ثابت ہے۔</w:t>
      </w:r>
    </w:p>
    <w:p>
      <w:r>
        <w:rPr>
          <w:b/>
        </w:rPr>
        <w:t xml:space="preserve">[02:18] </w:t>
      </w:r>
      <w:r>
        <w:t>to Allah taala nay insaan ko is dunya mein rakha tha test kay liye, yaani imtehan kay liye. to yeh batana zaroori tha kay insaan ka test kis maamlay mein hai.</w:t>
      </w:r>
    </w:p>
    <w:p>
      <w:pPr>
        <w:jc w:val="right"/>
      </w:pPr>
      <w:r>
        <w:t>تو اللہ تعالی نے انسان کو اس دنیا میں رکھا تھا ٹیسٹ کے لیے، یعنی امتحان کے لیے۔ تو یہ بتانا ضروری تھا کہ انسان کا ٹیسٹ کس معاملے میں ہے۔</w:t>
      </w:r>
    </w:p>
    <w:p>
      <w:r>
        <w:rPr>
          <w:b/>
        </w:rPr>
        <w:t xml:space="preserve">[02:33] </w:t>
      </w:r>
      <w:r>
        <w:t>to isi ko batany kay liye Allah taala nay peghambaron ka silsila shuru kiya.</w:t>
      </w:r>
    </w:p>
    <w:p>
      <w:pPr>
        <w:jc w:val="right"/>
      </w:pPr>
      <w:r>
        <w:t>تو اسی کو بتانے کے لیے اللہ تعالی نے پیغمبروں کا سلسلہ شروع کیا۔</w:t>
      </w:r>
    </w:p>
    <w:p>
      <w:r>
        <w:rPr>
          <w:b/>
        </w:rPr>
        <w:t xml:space="preserve">[02:43] </w:t>
      </w:r>
      <w:r>
        <w:t>to Quran Majeed mein hai kay: "ana arsalna ruslana bilbayyinat, wa anzalna maumulkitab"</w:t>
      </w:r>
    </w:p>
    <w:p>
      <w:pPr>
        <w:jc w:val="right"/>
      </w:pPr>
      <w:r>
        <w:t>تو قرآن مجید میں ہے کہ: "انا ارسلنا رسلنا بالبینات، وانزلنا ماؤم الکتاب"</w:t>
      </w:r>
    </w:p>
    <w:p>
      <w:r>
        <w:rPr>
          <w:b/>
        </w:rPr>
        <w:t xml:space="preserve">[02:53] </w:t>
      </w:r>
      <w:r>
        <w:t>yaani Allah taala nay peghambaron ko kitaab di, divine book, divine guidance, aur saath saath bayyinat diya, yaani dalail.</w:t>
      </w:r>
    </w:p>
    <w:p>
      <w:pPr>
        <w:jc w:val="right"/>
      </w:pPr>
      <w:r>
        <w:t>یعنی اللہ تعالی نے پیغمبروں کو کتاب دی، ڈیوائن بک، ڈیوائن گائیڈنس، اور ساتھ ساتھ بینات دیا، یعنی دلائل۔</w:t>
      </w:r>
    </w:p>
    <w:p>
      <w:r>
        <w:rPr>
          <w:b/>
        </w:rPr>
        <w:t xml:space="preserve">[03:09] </w:t>
      </w:r>
      <w:r>
        <w:t>dalail yeh do cheezain har peghambar ko mileen, apnay zamanay kay aitbaar say.</w:t>
      </w:r>
    </w:p>
    <w:p>
      <w:pPr>
        <w:jc w:val="right"/>
      </w:pPr>
      <w:r>
        <w:t>دلائل یہ دو چیزیں ہر پیغمبر کو ملیں، اپنے زمانے کے اعتبار سے۔</w:t>
      </w:r>
    </w:p>
    <w:p>
      <w:r>
        <w:rPr>
          <w:b/>
        </w:rPr>
        <w:t xml:space="preserve">[03:22] </w:t>
      </w:r>
      <w:r>
        <w:t>is aitbaar say agar dekha jaye to insani tareekh kay do daur banty hain, broad division mein.</w:t>
      </w:r>
    </w:p>
    <w:p>
      <w:pPr>
        <w:jc w:val="right"/>
      </w:pPr>
      <w:r>
        <w:t>اس اعتبار سے اگر دیکھا جائے تو انسانی تاریخ کے دو دور بنتے ہیں، براڈ ڈویژن میں۔</w:t>
      </w:r>
    </w:p>
    <w:p>
      <w:r>
        <w:rPr>
          <w:b/>
        </w:rPr>
        <w:t xml:space="preserve">[03:32] </w:t>
      </w:r>
      <w:r>
        <w:t>aik hai pre scientific age, aik hai post scientific age.</w:t>
      </w:r>
    </w:p>
    <w:p>
      <w:pPr>
        <w:jc w:val="right"/>
      </w:pPr>
      <w:r>
        <w:t>ایک ہے پری سائنٹیفکیج، ایک ہے پوسٹ سائنٹیفکیج۔</w:t>
      </w:r>
    </w:p>
    <w:p>
      <w:r>
        <w:rPr>
          <w:b/>
        </w:rPr>
        <w:t xml:space="preserve">[03:41] </w:t>
      </w:r>
      <w:r>
        <w:t>to pre scientific age mein kiya tha?</w:t>
      </w:r>
    </w:p>
    <w:p>
      <w:pPr>
        <w:jc w:val="right"/>
      </w:pPr>
      <w:r>
        <w:t>تو پری سائنٹیفکیج میں کیا تھا؟</w:t>
      </w:r>
    </w:p>
    <w:p>
      <w:r>
        <w:rPr>
          <w:b/>
        </w:rPr>
        <w:t xml:space="preserve">[03:46] </w:t>
      </w:r>
      <w:r>
        <w:t>dunya mein woh baatein daryaft nahi hui theen jo aaj hum jantay hain, woh rawayati daur kaha jata hai is ko.</w:t>
      </w:r>
    </w:p>
    <w:p>
      <w:pPr>
        <w:jc w:val="right"/>
      </w:pPr>
      <w:r>
        <w:t>دنیا میں وہ باتیں دریافت نہیں ہوئی تھیں جو آج ہم جانتے ہیں، وہ روایتی دور کہا جاتا ہے اس کو۔</w:t>
      </w:r>
    </w:p>
    <w:p>
      <w:r>
        <w:rPr>
          <w:b/>
        </w:rPr>
        <w:t xml:space="preserve">[03:57] </w:t>
      </w:r>
      <w:r>
        <w:t>to is zamanay mein sirf traditional argument possible tha, rawayati istidlal. to pichlay adwaar mein apna mission jo hai, rawayati istidlal mein chalta raha.</w:t>
      </w:r>
    </w:p>
    <w:p>
      <w:pPr>
        <w:jc w:val="right"/>
      </w:pPr>
      <w:r>
        <w:t>تو اس زمانے میں صرف ٹریڈیشنل ارگیومنٹ پاسیبل تھا، روایتی استدلال۔ تو پچھلے ادوار میں اپنا مشن جو ہے، روایتی استدلال میں چلتا رہا۔</w:t>
      </w:r>
    </w:p>
    <w:p>
      <w:r>
        <w:rPr>
          <w:b/>
        </w:rPr>
        <w:t xml:space="preserve">[04:14] </w:t>
      </w:r>
      <w:r>
        <w:t>lekin isi kay saath peghambaron ko aik aur cheez di gayi, woh hai moajza. yaani aik taraf peghambaron nay Allah taala kay batai hui hidayat kay mutabiq apnay zamanay kay logon ko bataya kay:</w:t>
      </w:r>
    </w:p>
    <w:p>
      <w:pPr>
        <w:jc w:val="right"/>
      </w:pPr>
      <w:r>
        <w:t>لیکن اسی کے ساتھ پیغمبروں کو ایک اور چیز دی گئی، وہ ہے معجزہ۔ یعنی ایک طرف پیغمبروں نے اللہ تعالی کے بتائی ہوئی ہدایت کے مطابق اپنے زمانے کے لوگوں کو بتایا کہ:</w:t>
      </w:r>
    </w:p>
    <w:p>
      <w:r>
        <w:rPr>
          <w:b/>
        </w:rPr>
        <w:t xml:space="preserve">[04:37] </w:t>
      </w:r>
      <w:r>
        <w:t>"What is the creation plan of God" yaani Allah nay kyun paida kiya hai insaan ko</w:t>
      </w:r>
    </w:p>
    <w:p>
      <w:pPr>
        <w:jc w:val="right"/>
      </w:pPr>
      <w:r>
        <w:t>"واٹ از دا کریشن پلان اف گاڈ" یعنی اللہ نے کیوں پیدا کیا ہے انسان کو</w:t>
      </w:r>
    </w:p>
    <w:p>
      <w:r>
        <w:rPr>
          <w:b/>
        </w:rPr>
        <w:t xml:space="preserve">[04:43] </w:t>
      </w:r>
      <w:r>
        <w:t>, yaani Allah nay kyun insaan ko is zameen par rakha hai, yeh batatay rahay. aur apni authenticity ko establish karnay kay liye, apni mustanad hesiyat ko saabit shuda bananay kay liye,</w:t>
      </w:r>
    </w:p>
    <w:p>
      <w:pPr>
        <w:jc w:val="right"/>
      </w:pPr>
      <w:r>
        <w:t>، یعنی اللہ نے کیوں انسان کو اس زمین پر رکھا ہے، یہ بتاتے رہے۔ اور اپنی اتھنٹیسٹی کو اسٹیبلش کرنے کے لیے، اپنی مستند حیثیت کو ثابت شدہ بنانے کے لیے،</w:t>
      </w:r>
    </w:p>
    <w:p>
      <w:r>
        <w:rPr>
          <w:b/>
        </w:rPr>
        <w:t xml:space="preserve">[04:59] </w:t>
      </w:r>
      <w:r>
        <w:t>un ko Allah nay moajzay diye.</w:t>
      </w:r>
    </w:p>
    <w:p>
      <w:pPr>
        <w:jc w:val="right"/>
      </w:pPr>
      <w:r>
        <w:t>ان کو اللہ نے معجزے دیے۔</w:t>
      </w:r>
    </w:p>
    <w:p>
      <w:r>
        <w:rPr>
          <w:b/>
        </w:rPr>
        <w:t xml:space="preserve">[05:03] </w:t>
      </w:r>
      <w:r>
        <w:t>jaisay misaal kay tor par Hudus ko lijeeye, Hudus Misr mein aaye, un kay zamanay mein Misr mein</w:t>
      </w:r>
    </w:p>
    <w:p>
      <w:pPr>
        <w:jc w:val="right"/>
      </w:pPr>
      <w:r>
        <w:t>جیسے مثال کے طور پر حدوسہ کو لیجئے، حدوسہ مصر میں آئے، ان کے زمانے میں مصر میں</w:t>
      </w:r>
    </w:p>
    <w:p>
      <w:r>
        <w:rPr>
          <w:b/>
        </w:rPr>
        <w:t xml:space="preserve">[05:16] </w:t>
      </w:r>
      <w:r>
        <w:t>jis khandan ki hukoomat thi, us ko Firon kaha jata hai. Firon laqab tha us khandan kay badshah ka. to Hazrat Hudus Firon kay darbar mein gaye, kyun kay tareeqa peghambaron ka yeh tha kay waqt ka jo</w:t>
      </w:r>
    </w:p>
    <w:p>
      <w:pPr>
        <w:jc w:val="right"/>
      </w:pPr>
      <w:r>
        <w:t>جس خاندان کی حکومت تھی، اس کو فرعون کہا جاتا ہے۔ فرعون لقب تھا اس خاندان کے بادشاہ کا۔ تو حضرت دوسرا فرعون کے دربار میں گئے، کیونکہ طریقہ پیغمبروں کا یہ تھا کہ وقت کا جو</w:t>
      </w:r>
    </w:p>
    <w:p>
      <w:r>
        <w:rPr>
          <w:b/>
        </w:rPr>
        <w:t xml:space="preserve">[05:34] </w:t>
      </w:r>
      <w:r>
        <w:t>head hota tha, waqt ka jo sardar hota tha, us ko mukhatib kartay sab say pehlay, jis ko Quran nay Mala kaha gaya hai.</w:t>
      </w:r>
    </w:p>
    <w:p>
      <w:pPr>
        <w:jc w:val="right"/>
      </w:pPr>
      <w:r>
        <w:t>ہیڈ ہوتا تھا، وقت کا جو سردار ہوتا تھا، اس کو مخاطب کرتے سب سے پہلے، جس کو قرآن نے ملا کہا گیا ہے۔</w:t>
      </w:r>
    </w:p>
    <w:p>
      <w:r>
        <w:rPr>
          <w:b/>
        </w:rPr>
        <w:t xml:space="preserve">[05:44] </w:t>
      </w:r>
      <w:r>
        <w:t>to peghambaron ka khitaab woh Mala say hua karta tha, head of the society.</w:t>
      </w:r>
    </w:p>
    <w:p>
      <w:pPr>
        <w:jc w:val="right"/>
      </w:pPr>
      <w:r>
        <w:t>تو پیغمبروں کا خطاب وہ ملا سے ہوا کرتا تھا، ہیڈ اف دا سوسائٹی۔</w:t>
      </w:r>
    </w:p>
    <w:p>
      <w:r>
        <w:rPr>
          <w:b/>
        </w:rPr>
        <w:t xml:space="preserve">[05:52] </w:t>
      </w:r>
      <w:r>
        <w:t>yani peghambaron ka tareeqa yeh nahi hai ke awam se shuru kar ke khwah tak pohnch rahe hain,</w:t>
      </w:r>
    </w:p>
    <w:p>
      <w:pPr>
        <w:jc w:val="right"/>
      </w:pPr>
      <w:r>
        <w:t>یعنی پیغمبروں کا طریقہ یہ نہیں ہے کہ عوام سے شروع کر کے خواہ تک پہنچ رہے ہیں،</w:t>
      </w:r>
    </w:p>
    <w:p>
      <w:r>
        <w:rPr>
          <w:b/>
        </w:rPr>
        <w:t xml:space="preserve">[05:59] </w:t>
      </w:r>
      <w:r>
        <w:t>nahi, ulta tareeqa hai peghambaron ka, yani khwah se shuru kar ke awam tak pohnchna. Yeh hamesha peghambaron ka tareeqa raha hai.</w:t>
      </w:r>
    </w:p>
    <w:p>
      <w:pPr>
        <w:jc w:val="right"/>
      </w:pPr>
      <w:r>
        <w:t>نہیں، الٹا طریقہ ہے پیغمبروں کا، یعنی خواہ سے شروع کر کے عوام تک پہنچنا۔ یہ ہمیشہ پیغمبروں کا طریقہ رہا ہے۔</w:t>
      </w:r>
    </w:p>
    <w:p>
      <w:r>
        <w:rPr>
          <w:b/>
        </w:rPr>
        <w:t xml:space="preserve">[06:08] </w:t>
      </w:r>
      <w:r>
        <w:t>isi liye peghambaron ka khitab mila hua karta tha. To woh tareeqa, woh dawat peghambarana usloob ki nahi hai jis mein awam se shuru kiya jaye.</w:t>
      </w:r>
    </w:p>
    <w:p>
      <w:pPr>
        <w:jc w:val="right"/>
      </w:pPr>
      <w:r>
        <w:t>اسی لیے پیغمبروں کا خطاب ملا ہوا کرتا تھا۔ تو وہ طریقہ، وہ دعوت پیغمبرانہ اسلوب کی نہیں ہے جس میں عوام سے شروع کیا جائے۔</w:t>
      </w:r>
    </w:p>
    <w:p>
      <w:r>
        <w:rPr>
          <w:b/>
        </w:rPr>
        <w:t xml:space="preserve">[06:20] </w:t>
      </w:r>
      <w:r>
        <w:t>is zamane mein ek lafz chala hua hai, woh bohat bohat hi grass root, grass root se kaam karo.</w:t>
      </w:r>
    </w:p>
    <w:p>
      <w:pPr>
        <w:jc w:val="right"/>
      </w:pPr>
      <w:r>
        <w:t>اس زمانے میں ایک لفظ چلا ہوا ہے، وہ بہت بہت ہی گراس روٹ، گراس روٹ سے کام کرو۔</w:t>
      </w:r>
    </w:p>
    <w:p>
      <w:r>
        <w:rPr>
          <w:b/>
        </w:rPr>
        <w:t xml:space="preserve">[06:31] </w:t>
      </w:r>
      <w:r>
        <w:t>yeh tareeqa grass root se kaam karne ka peghambaron ki dawat mein nahi hai. Peghambaron ke nazdeek grass root hai waqt ka sarbarah tabqa, waqt ka zaheen tabqa, waqt ka ek different class,</w:t>
      </w:r>
    </w:p>
    <w:p>
      <w:pPr>
        <w:jc w:val="right"/>
      </w:pPr>
      <w:r>
        <w:t>یہ طریقہ گراس روٹ سے کام کرنے کا پیغمبروں کی دعوت میں نہیں ہے۔ پیغمبروں کے نزدیک گراس روٹ ہے وقت کا سربراہ طبقہ، وقت کا ذہین طبقہ، وقت کا ایک ڈفرنٹ کلاس،</w:t>
      </w:r>
    </w:p>
    <w:p>
      <w:r>
        <w:rPr>
          <w:b/>
        </w:rPr>
        <w:t xml:space="preserve">[06:46] </w:t>
      </w:r>
      <w:r>
        <w:t>jis ki numaindagi karte thay qareeb sardar ya badshah. To Hazrat Musa ko jab Allah taala ne nabi banaya to farmaya ke: "in sab alaa Firon no direct Firon ke paas bhej diya"</w:t>
      </w:r>
    </w:p>
    <w:p>
      <w:pPr>
        <w:jc w:val="right"/>
      </w:pPr>
      <w:r>
        <w:t>جس کی نمائندگی کرتے تھے قریب سردار یا بادشاہ۔ تو حضرت موسیٰ کو جب اللہ تعالی نے نبی بنایا تو فرمایا کہ: "ان سب الا فرعون نو ڈائریکٹ فرعون کے پاس بھیج دیا"</w:t>
      </w:r>
    </w:p>
    <w:p>
      <w:r>
        <w:rPr>
          <w:b/>
        </w:rPr>
        <w:t xml:space="preserve">[07:05] </w:t>
      </w:r>
      <w:r>
        <w:t>. To Firon se ke samne aap ne</w:t>
      </w:r>
    </w:p>
    <w:p>
      <w:pPr>
        <w:jc w:val="right"/>
      </w:pPr>
      <w:r>
        <w:t>۔ تو فرعون سے کے سامنے آپ نے</w:t>
      </w:r>
    </w:p>
    <w:p>
      <w:r>
        <w:rPr>
          <w:b/>
        </w:rPr>
        <w:t xml:space="preserve">[07:12] </w:t>
      </w:r>
      <w:r>
        <w:t>Khuda ki hidayat batai, apna paigham diya, aur yeh bataya ke insaan jo hai, us ke liye ek hi tareeqa sahi hai ke Allah ke aage surrender kar ke rahe,</w:t>
      </w:r>
    </w:p>
    <w:p>
      <w:pPr>
        <w:jc w:val="right"/>
      </w:pPr>
      <w:r>
        <w:t>خدا کی ہدایت بتائی، اپنا پیغام دیا، اور یہ بتایا کہ انسان جو ہے، اس کے لیے ایک ہی طریقہ صحیح ہے کہ اللہ کے آگے سرینڈر کر کے رہے،</w:t>
      </w:r>
    </w:p>
    <w:p>
      <w:r>
        <w:rPr>
          <w:b/>
        </w:rPr>
        <w:t xml:space="preserve">[07:27] </w:t>
      </w:r>
      <w:r>
        <w:t>Allah ke hukumon ka paband ho kar zindagi guzare.</w:t>
      </w:r>
    </w:p>
    <w:p>
      <w:pPr>
        <w:jc w:val="right"/>
      </w:pPr>
      <w:r>
        <w:t>اللہ کے حکموں کا پابند ہو کر زندگی گزارے۔</w:t>
      </w:r>
    </w:p>
    <w:p>
      <w:r>
        <w:rPr>
          <w:b/>
        </w:rPr>
        <w:t xml:space="preserve">[07:31] </w:t>
      </w:r>
      <w:r>
        <w:t>To taqat to Firon ne chaha ke woh poocha ke: "tumhara saboot kya hai ke tum Khuda ke peghambar ho?" To unhon ne un ke hath mein asaa tha,</w:t>
      </w:r>
    </w:p>
    <w:p>
      <w:pPr>
        <w:jc w:val="right"/>
      </w:pPr>
      <w:r>
        <w:t>تو طاقت تو فرعون نے چاہا کہ وہ پوچھا کہ: "تمہارا ثبوت کیا ہے کہ تم خدا کے پیغمبر ہو؟" تو انہوں نے ان کے ہاتھ میں عصا تھا،</w:t>
      </w:r>
    </w:p>
    <w:p>
      <w:r>
        <w:rPr>
          <w:b/>
        </w:rPr>
        <w:t xml:space="preserve">[07:46] </w:t>
      </w:r>
      <w:r>
        <w:t>asa zameen pe dala to asa ban gaya, saanp ban gaya. Yeh yeh is ko kehte hain miracle, moajza. To phir woh yeh tay hua, Firon ne yeh mashwara kiya aapas ke darbarion se ke Musa ka muqabla karne ke liye hum jadoogaron ko bulayen,</w:t>
      </w:r>
    </w:p>
    <w:p>
      <w:pPr>
        <w:jc w:val="right"/>
      </w:pPr>
      <w:r>
        <w:t>عصا زمین پہ ڈالا تو عصا بن گیا، سانپ بن گیا۔ یہ یہ اس کو کہتے ہیں میریکل، معجزہ۔ تو پھر وہ یہ طے ہوا، فرعون نے یہ مشورہ کیا آپس کے درباریوں سے کہ موسیٰ کا مقابلہ کرنے کے لیے ہم جادوگروں کو بلائیں،</w:t>
      </w:r>
    </w:p>
    <w:p>
      <w:r>
        <w:rPr>
          <w:b/>
        </w:rPr>
        <w:t xml:space="preserve">[08:08] </w:t>
      </w:r>
      <w:r>
        <w:t>jadoogaron ko bulayen, kyunke jadoo yeh sab kaam kiya karte thay. To wahan par tay hua ek din, jo un ka qaumi din tha,</w:t>
      </w:r>
    </w:p>
    <w:p>
      <w:pPr>
        <w:jc w:val="right"/>
      </w:pPr>
      <w:r>
        <w:t>جادوگروں کو بلائیں، کیونکہ جادوگر یہ سب کام کیا کرتے تھے۔ تو وہاں پر طے ہوا ایک دن، جو ان کا قومی دن تھا،</w:t>
      </w:r>
    </w:p>
    <w:p>
      <w:r>
        <w:rPr>
          <w:b/>
        </w:rPr>
        <w:t xml:space="preserve">[08:19] </w:t>
      </w:r>
      <w:r>
        <w:t>to ek maidan mein sab log ikatha hue, wahan par bohat se dekhne wale thay, aur phir mulk bhar ke birth bej magician thay, jadoo gar, woh bulaye gaye.</w:t>
      </w:r>
    </w:p>
    <w:p>
      <w:pPr>
        <w:jc w:val="right"/>
      </w:pPr>
      <w:r>
        <w:t>تو ایک میدان میں سب لوگ اکٹھا ہوئے، وہاں پر بہت سے دیکھنے والے تھے، اور پھر ملک بھر کے برتھ بیج میجیشن تھے، جادوگر، وہ بلائے گئے۔</w:t>
      </w:r>
    </w:p>
    <w:p>
      <w:r>
        <w:rPr>
          <w:b/>
        </w:rPr>
        <w:t xml:space="preserve">[08:34] </w:t>
      </w:r>
      <w:r>
        <w:t>To is mein phir jadoogaron ne poocha Musa se ke: "pehle tum daal do, hum pehle dalen". To Musa ne kaha: "pehlay tum dalo".</w:t>
      </w:r>
    </w:p>
    <w:p>
      <w:pPr>
        <w:jc w:val="right"/>
      </w:pPr>
      <w:r>
        <w:t>تو اس میں پھر جادوگروں نے پوچھا موسیٰ سے کہ: "پہلے تم ڈال دو، ہم پہلے ڈالیں"۔ تو موسیٰ نے کہا: "پہلے تم ڈالو"۔</w:t>
      </w:r>
    </w:p>
    <w:p>
      <w:r>
        <w:rPr>
          <w:b/>
        </w:rPr>
        <w:t xml:space="preserve">[08:45] </w:t>
      </w:r>
      <w:r>
        <w:t>To unhon ne apni lakriyan, rasian maidan mein dali to</w:t>
      </w:r>
    </w:p>
    <w:p>
      <w:pPr>
        <w:jc w:val="right"/>
      </w:pPr>
      <w:r>
        <w:t>تو انہوں نے اپنی لکڑیاں، رسیاں میدان میں ڈالی تو</w:t>
      </w:r>
    </w:p>
    <w:p>
      <w:r>
        <w:rPr>
          <w:b/>
        </w:rPr>
        <w:t xml:space="preserve">[08:50] </w:t>
      </w:r>
      <w:r>
        <w:t>woh logon ko dikhai diya ke yeh saanp zameen par reng rahe hain, saanp ban ke chalne lage, woh log woh cheezein. To Quran mein hai ke: "sahar al-nas" yani woh nazar bandi ka mamla tha,</w:t>
      </w:r>
    </w:p>
    <w:p>
      <w:pPr>
        <w:jc w:val="right"/>
      </w:pPr>
      <w:r>
        <w:t>وہ لوگوں کو دکھائی دیا کہ یہ سانپ زمین پر رینگ رہے ہیں، سانپ بن کے چلنے لگے، وہ لوگ وہ چیزیں۔ تو قرآن میں ہے کہ: "سحر الناس" یعنی وہ نظر بندی کا معاملہ تھا،</w:t>
      </w:r>
    </w:p>
    <w:p>
      <w:r>
        <w:rPr>
          <w:b/>
        </w:rPr>
        <w:t xml:space="preserve">[09:04] </w:t>
      </w:r>
      <w:r>
        <w:t>yani un ki laathiyan, rasian sachman saanp nahi ban gayi theen, nazar bandi barabar dikhai deta tha ke woh saanp chal raha hai zameen par.</w:t>
      </w:r>
    </w:p>
    <w:p>
      <w:pPr>
        <w:jc w:val="right"/>
      </w:pPr>
      <w:r>
        <w:t>یعنی ان کی لاٹھیاں، رسیاں سچمن سانپ نہیں بن گئی تھیں، نظر بندی برابر دکھائی دیتا تھا کہ وہ سانپ چل رہا ہے زمین پر۔</w:t>
      </w:r>
    </w:p>
    <w:p>
      <w:r>
        <w:rPr>
          <w:b/>
        </w:rPr>
        <w:t xml:space="preserve">[09:14] </w:t>
      </w:r>
      <w:r>
        <w:t>is waqt Allah ke hukum se Musa ne apna asa dala to asa ek bohat bara saanp ban gaya, aur jab woh chala maidan mein to faiz aaya kal ko.</w:t>
      </w:r>
    </w:p>
    <w:p>
      <w:pPr>
        <w:jc w:val="right"/>
      </w:pPr>
      <w:r>
        <w:t>اس وقت اللہ کے حکم سے موسیٰ نے اپنا عصا ڈالا تو عصا ایک بہت بڑا سانپ بن گیا، اور جب وہ چلا میدان میں تو فیض آیا کل کو۔</w:t>
      </w:r>
    </w:p>
    <w:p>
      <w:r>
        <w:rPr>
          <w:b/>
        </w:rPr>
        <w:t xml:space="preserve">[09:31] </w:t>
      </w:r>
      <w:r>
        <w:t>To log samajhte hain ke saanp ne Hazrat Musa ke saanp ne un ke saanpon ko nigal liya, kha liya, aisa nahi hua,</w:t>
      </w:r>
    </w:p>
    <w:p>
      <w:pPr>
        <w:jc w:val="right"/>
      </w:pPr>
      <w:r>
        <w:t>تو لوگ سمجھتے ہیں کہ سانپ نے حضرت موسیٰ کے سانپ نے ان کے سانپوں کو نگل لیا، کھا لیا، ایسا نہیں ہوا،</w:t>
      </w:r>
    </w:p>
    <w:p>
      <w:r>
        <w:rPr>
          <w:b/>
        </w:rPr>
        <w:t xml:space="preserve">[09:41] </w:t>
      </w:r>
      <w:r>
        <w:t>kha nahi liya, balkay rasiyan rasiyan reh gayi hain, saanp saanp rahe hain, saanp nahi rahe. Yani Hazrat Musa ka saanp to saanp hi raha, un ke jo yeh theen ke woh rasiyan aur lakriyan reh gayeen,</w:t>
      </w:r>
    </w:p>
    <w:p>
      <w:pPr>
        <w:jc w:val="right"/>
      </w:pPr>
      <w:r>
        <w:t>کھا نہیں لیا، بلکہ رسیاں رسیاں رہ گئی ہیں، سانپ سانپ رہے ہیں، سانپ نہیں رہے۔ یعنی حضرت موسیٰ کا سانپ تو سانپ ہی رہا، ان کے جو یہ تھیں کہ وہ رسیاں اور لکڑیاں رہ گئیں،</w:t>
      </w:r>
    </w:p>
    <w:p>
      <w:r>
        <w:rPr>
          <w:b/>
        </w:rPr>
        <w:t xml:space="preserve">[09:56] </w:t>
      </w:r>
      <w:r>
        <w:t>logon ko nazar aayi ke woh to kuch nahi hai, to un ka sair khatam kiya. Yeh hua, yeh dekhiye, yeh qadeem zamane ki baat hai,</w:t>
      </w:r>
    </w:p>
    <w:p>
      <w:pPr>
        <w:jc w:val="right"/>
      </w:pPr>
      <w:r>
        <w:t>لوگوں کو نظر آئی کہ وہ تو کچھ نہیں ہے، تو ان کا سیر ختم کیا۔ یہ ہوا، یہ دیکھیے، یہ قدیم زمانے کی بات ہے،</w:t>
      </w:r>
    </w:p>
    <w:p>
      <w:r>
        <w:rPr>
          <w:b/>
        </w:rPr>
        <w:t xml:space="preserve">[10:09] </w:t>
      </w:r>
      <w:r>
        <w:t>yani yeh yeh jo tha, jo jo jadoo gar unhon ne kiya tha, woh woh tha, yani woh woh woh woh trick tha, trick,</w:t>
      </w:r>
    </w:p>
    <w:p>
      <w:pPr>
        <w:jc w:val="right"/>
      </w:pPr>
      <w:r>
        <w:t>یعنی یہ یہ جو تھا، جو جو جادوگر انہوں نے کیا تھا، وہ وہ تھا، یعنی وہ وہ وہ وہ ٹرک تھا، ٹرک،</w:t>
      </w:r>
    </w:p>
    <w:p>
      <w:r>
        <w:rPr>
          <w:b/>
        </w:rPr>
        <w:t xml:space="preserve">[10:23] </w:t>
      </w:r>
      <w:r>
        <w:t>yani magician ne jo kiya tha, woh trick thi, sirf trick, aur Musa ne jo kiya, woh real miracle tha, sach much hi woh saanp ban gaya tha, Allah ke hukum se.</w:t>
      </w:r>
    </w:p>
    <w:p>
      <w:pPr>
        <w:jc w:val="right"/>
      </w:pPr>
      <w:r>
        <w:t>یعنی میجیشن نے جو کیا تھا، وہ ٹرک تھی، صرف ٹرک، اور موسیٰ نے جو کیا، وہ ریئل میریکل تھا، سچ مچ ہی وہ سانپ بن گیا تھا، اللہ کے حکم سے۔</w:t>
      </w:r>
    </w:p>
    <w:p>
      <w:r>
        <w:rPr>
          <w:b/>
        </w:rPr>
        <w:t xml:space="preserve">[10:36] </w:t>
      </w:r>
      <w:r>
        <w:t>To yeh qadeem zamane mein is tarah ka moajza dikhate thay kitabon par, lekin Allah taala ne yeh muqaddar kiya tha ke baad ke zamane mein aisi tabdeeli aaye ke moajze ka badal daaiyon ko hasil ho jaye, woh hai scientific argument, scientific reasoning.</w:t>
      </w:r>
    </w:p>
    <w:p>
      <w:pPr>
        <w:jc w:val="right"/>
      </w:pPr>
      <w:r>
        <w:t>تو یہ قدیم زمانے میں اس طرح کا معجزہ دکھاتے تھے کتابوں پر، لیکن اللہ تعالی نے یہ مقدر کیا تھا کہ بعد کے زمانے میں ایسی تبدیلی آئے کہ معجزے کا بدل داعیوں کو حاصل ہو جائے، وہ ہے سائنٹیفک ارگیومنٹ، سائنٹیفک ریزننگ۔</w:t>
      </w:r>
    </w:p>
    <w:p>
      <w:r>
        <w:rPr>
          <w:b/>
        </w:rPr>
        <w:t xml:space="preserve">[11:00] </w:t>
      </w:r>
      <w:r>
        <w:t>To is zamane mein jo jo maqsad hajj kiya aata tha moajze se, ab is maqsad ke liye Allah taala ne yani scientific reasoning darwaza khol diya.</w:t>
      </w:r>
    </w:p>
    <w:p>
      <w:pPr>
        <w:jc w:val="right"/>
      </w:pPr>
      <w:r>
        <w:t>تو اس زمانے میں جو جو مقصد حج کیا آتا تھا معجزے سے، اب اس مقصد کے لیے اللہ تعالی نے یعنی سائنٹیفک ریزننگ دروازہ کھول دیا۔</w:t>
      </w:r>
    </w:p>
    <w:p>
      <w:r>
        <w:rPr>
          <w:b/>
        </w:rPr>
        <w:t xml:space="preserve">[11:20] </w:t>
      </w:r>
      <w:r>
        <w:t>yeh baat quran mein bator peshi koi maujood hai,</w:t>
      </w:r>
    </w:p>
    <w:p>
      <w:pPr>
        <w:jc w:val="right"/>
      </w:pPr>
      <w:r>
        <w:t>یہ بات قرآن میں بطور پیشی کوئی موجود ہے،</w:t>
      </w:r>
    </w:p>
    <w:p>
      <w:r>
        <w:rPr>
          <w:b/>
        </w:rPr>
        <w:t xml:space="preserve">[11:24] </w:t>
      </w:r>
      <w:r>
        <w:t>quran mein hai ke: "yani abhi to hum peghambaron ke zariye moajza dikha rahe hain,</w:t>
      </w:r>
    </w:p>
    <w:p>
      <w:pPr>
        <w:jc w:val="right"/>
      </w:pPr>
      <w:r>
        <w:t>قرآن میں ہے کہ: "یعنی ابھی تو ہم پیغمبروں کے ذریعے معجزہ دکھا رہے ہیں،</w:t>
      </w:r>
    </w:p>
    <w:p>
      <w:r>
        <w:rPr>
          <w:b/>
        </w:rPr>
        <w:t xml:space="preserve">[11:40] </w:t>
      </w:r>
      <w:r>
        <w:t>baad ke zamanay mein aisa hoga"۔ lekin sigha jo hai mustaqbil ke ka sigha hai, istighfar ka sigha hai ke baad ke zamanay mein aisa hoga ke afaq aur arsh mein,</w:t>
      </w:r>
    </w:p>
    <w:p>
      <w:pPr>
        <w:jc w:val="right"/>
      </w:pPr>
      <w:r>
        <w:t>بعد کے زمانے میں ایسا ہوگا"۔ لیکن صیغہ جو ہے مستقبل کے کا صیغہ ہے، استغفار کا صیغہ ہے کہ بعد کے زمانے میں ایسا ہوگا کہ آفاق اور عرش میں،</w:t>
      </w:r>
    </w:p>
    <w:p>
      <w:r>
        <w:rPr>
          <w:b/>
        </w:rPr>
        <w:t xml:space="preserve">[11:53] </w:t>
      </w:r>
      <w:r>
        <w:t>yani nature mein, aisay haqaiq daryaft honge ke woh daryaft, woh daryaftain tabieen haq ka daryaft ban jayengi, tabieen haq ka daryaft ban jayengi,</w:t>
      </w:r>
    </w:p>
    <w:p>
      <w:pPr>
        <w:jc w:val="right"/>
      </w:pPr>
      <w:r>
        <w:t>یعنی نیچر میں، ایسے حقائق دریافت ہوں گے کہ وہ دریافت، وہ دریافتیں تابعین حق کا دریافت بن جائیں گی، تابعین حق کا دریافت بن جائیں گی،</w:t>
      </w:r>
    </w:p>
    <w:p>
      <w:r>
        <w:rPr>
          <w:b/>
        </w:rPr>
        <w:t xml:space="preserve">[12:06] </w:t>
      </w:r>
      <w:r>
        <w:t>yani moajzati satah par pahunch jayega ke aap sachai ko sabit shuda bana saken. yeh allah ke muqaddar ka aaj isi daur mein hai, isi liye allah taala ne nabuwat ka silsila band kar diya, kyunke ab moajza sirf peghambar dikha dikha sakta tha ke moajza dikhane ke liye peghambar zaroori hai.</w:t>
      </w:r>
    </w:p>
    <w:p>
      <w:pPr>
        <w:jc w:val="right"/>
      </w:pPr>
      <w:r>
        <w:t>یعنی معجزاتی سطح پر پہنچ جائے گا کہ آپ سچائی کو ثابت شدہ بنا سکیں۔ یہ اللہ کے مقدر کا آج اسی دور میں ہے، اسی لیے اللہ تعالی نے نبوت کا سلسلہ بند کر دیا، کیونکہ اب معجزہ صرف پیغمبر دکھا دکھا سکتا تھا کہ معجزہ دکھانے کے لیے پیغمبر ضروری ہے۔</w:t>
      </w:r>
    </w:p>
    <w:p>
      <w:r>
        <w:rPr>
          <w:b/>
        </w:rPr>
        <w:t xml:space="preserve">[12:31] </w:t>
      </w:r>
      <w:r>
        <w:t>hum aap ko nahi dikha sakte, lekin dawat kamil jari hai,</w:t>
      </w:r>
    </w:p>
    <w:p>
      <w:pPr>
        <w:jc w:val="right"/>
      </w:pPr>
      <w:r>
        <w:t>ہم آپ کو نہیں دکھا سکتے، لیکن دعوت کامل جاری ہے،</w:t>
      </w:r>
    </w:p>
    <w:p>
      <w:r>
        <w:rPr>
          <w:b/>
        </w:rPr>
        <w:t xml:space="preserve">[12:36] </w:t>
      </w:r>
      <w:r>
        <w:t>dawat kamil to band nahi ho sakta hai. to ab woh kaam jo moajze se le aata tha, woh dalail ke zariye mumkin ho gaya, jo har daai ke liye mumkin ho gaya ke bas mein hai, yani hum aap ki dalail ko istemal kar sakte hain, jabke hum aap moajza nahi dikha sakte.</w:t>
      </w:r>
    </w:p>
    <w:p>
      <w:pPr>
        <w:jc w:val="right"/>
      </w:pPr>
      <w:r>
        <w:t>دعوت کامل تو بند نہیں ہو سکتا ہے۔ تو اب وہ کام جو معجزے سے لے آتا تھا، وہ دلائل کے ذریعے ممکن ہو گیا، جو ہر داعی کے لیے ممکن ہو گیا کہ بس میں ہے، یعنی ہم آپ کی دلائل کو استعمال کر سکتے ہیں، جبکہ ہم آپ معجزہ نہیں دکھا سکتے۔</w:t>
      </w:r>
    </w:p>
    <w:p>
      <w:r>
        <w:rPr>
          <w:b/>
        </w:rPr>
        <w:t xml:space="preserve">[12:54] </w:t>
      </w:r>
      <w:r>
        <w:t>to khatm nabuwat is liye hui ke ab is ki zaroorat hi nahi hai.</w:t>
      </w:r>
    </w:p>
    <w:p>
      <w:pPr>
        <w:jc w:val="right"/>
      </w:pPr>
      <w:r>
        <w:t>تو ختم نبوت اس لیے ہوئی کہ اب اس کی ضرورت ہی نہیں ہے۔</w:t>
      </w:r>
    </w:p>
    <w:p>
      <w:r>
        <w:rPr>
          <w:b/>
        </w:rPr>
        <w:t xml:space="preserve">[12:59] </w:t>
      </w:r>
      <w:r>
        <w:t>to mein chand misalein doonga aap ko ke kis tarah se scientific discoveries jo hain, woh moajze ka badal ban gayi hain.</w:t>
      </w:r>
    </w:p>
    <w:p>
      <w:pPr>
        <w:jc w:val="right"/>
      </w:pPr>
      <w:r>
        <w:t>تو میں چند مثالیں دوں گا آپ کو کہ کس طرح سے سائنٹیفک ڈسکوریز جو ہیں، وہ معجزے کا بدل بن گئی ہیں۔</w:t>
      </w:r>
    </w:p>
    <w:p>
      <w:r>
        <w:rPr>
          <w:b/>
        </w:rPr>
        <w:t xml:space="preserve">[13:08] </w:t>
      </w:r>
      <w:r>
        <w:t>yani scientific discoveries yani aap baatein jo hain sabit karne ke liye, hum moajze ke baghair hum sabit kar sakte hain is ko. usay leejiyay, dekhiye, misaal ke taur par shirk ka masla leejiyay, sab se pehle aqeed tauheed ka masla leejiyay.</w:t>
      </w:r>
    </w:p>
    <w:p>
      <w:pPr>
        <w:jc w:val="right"/>
      </w:pPr>
      <w:r>
        <w:t>یعنی سائنٹیفک ڈسکوریز یعنی آپ باتیں جو ہیں ثابت کرنے کے لیے، ہم معجزے کے بغیر ہم ثابت کر سکتے ہیں اس کو۔ اسے لیجئے، دیکھیے، مثال کے طور پر شرک کا مسئلہ لیجئے، سب سے پہلے عقید توحید کا مسئلہ لیجئے۔</w:t>
      </w:r>
    </w:p>
    <w:p>
      <w:r>
        <w:rPr>
          <w:b/>
        </w:rPr>
        <w:t xml:space="preserve">[13:24] </w:t>
      </w:r>
      <w:r>
        <w:t>sab se pehla jo peghambaron ka jo nuqta dawat hota tha, woh tauheed hoti thi ke khuda ek hai.</w:t>
      </w:r>
    </w:p>
    <w:p>
      <w:pPr>
        <w:jc w:val="right"/>
      </w:pPr>
      <w:r>
        <w:t>سب سے پہلا جو پیغمبروں کا جو نقطہ دعوت ہوتا تھا، وہ توحید ہوتی تھی کہ خدا ایک ہے۔</w:t>
      </w:r>
    </w:p>
    <w:p>
      <w:r>
        <w:rPr>
          <w:b/>
        </w:rPr>
        <w:t xml:space="preserve">[13:32] </w:t>
      </w:r>
      <w:r>
        <w:t>is zamanay mein shirk ka daur daura tha, log mante the ke khuda bohat se hain, yani woh polytheism ka daur tha is zamanay mein ke kai khuda ko khuda manen.</w:t>
      </w:r>
    </w:p>
    <w:p>
      <w:pPr>
        <w:jc w:val="right"/>
      </w:pPr>
      <w:r>
        <w:t>اس زمانے میں شرک کا دور دورہ تھا، لوگ مانتے تھے کہ خدا بہت سے ہیں، یعنی وہ پولی تھیزم کا دور تھا اس زمانے میں کہ کئی خدا کو خدا مانیں۔</w:t>
      </w:r>
    </w:p>
    <w:p>
      <w:r>
        <w:rPr>
          <w:b/>
        </w:rPr>
        <w:t xml:space="preserve">[13:49] </w:t>
      </w:r>
      <w:r>
        <w:t>to kai khuda khuda mannay ka yeh sabit karne ke liye ke karne ke liye aqeed galat hai, peghambaron ko moajza dikhana pada tha.</w:t>
      </w:r>
    </w:p>
    <w:p>
      <w:pPr>
        <w:jc w:val="right"/>
      </w:pPr>
      <w:r>
        <w:t>تو کئی خدا خدا ماننے کا یہ ثابت کرنے کے لیے کہ کرنے کے لیے عقیدہ غلط ہے، پیغمبروں کو معجزہ دکھانا پڑا تھا۔</w:t>
      </w:r>
    </w:p>
    <w:p>
      <w:r>
        <w:rPr>
          <w:b/>
        </w:rPr>
        <w:t xml:space="preserve">[14:00] </w:t>
      </w:r>
      <w:r>
        <w:t>aaj science se yeh sabit ho gaya hai ke kai khuda ho nahi sakte, woh kaise? dekhiye, kai khuda ka tasawwur kyun tha?</w:t>
      </w:r>
    </w:p>
    <w:p>
      <w:pPr>
        <w:jc w:val="right"/>
      </w:pPr>
      <w:r>
        <w:t>آج سائنس سے یہ ثابت ہو گیا ہے کہ کئی خدا ہو نہیں سکتے، وہ کیسے؟ دیکھیے، کئی خدا کا تصور کیوں تھا؟</w:t>
      </w:r>
    </w:p>
    <w:p>
      <w:r>
        <w:rPr>
          <w:b/>
        </w:rPr>
        <w:t xml:space="preserve">[14:11] </w:t>
      </w:r>
      <w:r>
        <w:t>woh is liye tha ke nature mein, yani fitrat mein, log dekhte dekhte, log dekhte the ke yani diversity, diversity, tarah tarah ki cheezein hain,</w:t>
      </w:r>
    </w:p>
    <w:p>
      <w:pPr>
        <w:jc w:val="right"/>
      </w:pPr>
      <w:r>
        <w:t>وہ اس لیے تھا کہ نیچر میں، یعنی فطرت میں، لوگ دیکھتے دیکھتے، لوگ دیکھتے تھے کہ یعنی ڈائیورسٹی، ڈائیورسٹی، طرح طرح کی چیزیں ہیں،</w:t>
      </w:r>
    </w:p>
    <w:p>
      <w:r>
        <w:rPr>
          <w:b/>
        </w:rPr>
        <w:t xml:space="preserve">[14:24] </w:t>
      </w:r>
      <w:r>
        <w:t>yani sitare hain, sayare hain, samandar hai, pahad hai, darakht hai, animal hai, is tarah tarah ki cheezein hain.</w:t>
      </w:r>
    </w:p>
    <w:p>
      <w:pPr>
        <w:jc w:val="right"/>
      </w:pPr>
      <w:r>
        <w:t>یعنی ستارے ہیں، سیارے ہیں، سمندر ہے، پہاڑ ہے، درخت ہے، اینیمل ہے، اس طرح طرح کی چیزیں ہیں۔</w:t>
      </w:r>
    </w:p>
    <w:p>
      <w:r>
        <w:rPr>
          <w:b/>
        </w:rPr>
        <w:t xml:space="preserve">[14:36] </w:t>
      </w:r>
      <w:r>
        <w:t>to jab tarah tarah ki cheezein hain to us se unhon ne farz kar liya tha ke kai khuda bhi hone chahiye, yani yeh khuda jis ne samandar paida kiya ho, ya khuda jis ne pahad paida kiya ho, ya khuda jis ne suraj paida kiya ho, ya khuda jis ne sitare paida kiye hon.</w:t>
      </w:r>
    </w:p>
    <w:p>
      <w:pPr>
        <w:jc w:val="right"/>
      </w:pPr>
      <w:r>
        <w:t>تو جب طرح طرح کی چیزیں ہیں تو اس سے انہوں نے فرض کر لیا تھا کہ کئی خدا بھی ہونے چاہیے، یعنی یہ خدا جس نے سمندر پیدا کیا ہو، یا خدا جس نے پہاڑ پیدا کیا ہو، یا خدا جس نے سورج پیدا کیا ہو، یا خدا جس نے ستارے پیدا کیے ہوں۔</w:t>
      </w:r>
    </w:p>
    <w:p>
      <w:r>
        <w:rPr>
          <w:b/>
        </w:rPr>
        <w:t xml:space="preserve">[14:51] </w:t>
      </w:r>
      <w:r>
        <w:t>to jo diversity thi, yani manazir fitrat mein, us se unhon ne yeh aqeed bana liya ke kai khuda hain. lekin science ne phir discover kar diya is ko.</w:t>
      </w:r>
    </w:p>
    <w:p>
      <w:pPr>
        <w:jc w:val="right"/>
      </w:pPr>
      <w:r>
        <w:t>تو جو ڈائیورسٹی تھی، یعنی مناظر فطرت میں، اس سے انہوں نے یہ عقیدہ بنا لیا کہ کئی خدا ہیں۔ لیکن سائنس نے پھر ڈسکل کر دیا اس کو۔</w:t>
      </w:r>
    </w:p>
    <w:p>
      <w:r>
        <w:rPr>
          <w:b/>
        </w:rPr>
        <w:t xml:space="preserve">[15:01] </w:t>
      </w:r>
      <w:r>
        <w:t>science ki discoveries se sabit hua ke tanawwu hai nahi, is mein diversity hai nahi, tala</w:t>
      </w:r>
    </w:p>
    <w:p>
      <w:pPr>
        <w:jc w:val="right"/>
      </w:pPr>
      <w:r>
        <w:t>سائنس کی ڈسکوریز سے ثابت ہوا کہ تنوع ہے نہیں، اس میں ڈائیورسٹی ہے نہیں، تالا</w:t>
      </w:r>
    </w:p>
    <w:p>
      <w:r>
        <w:rPr>
          <w:b/>
        </w:rPr>
        <w:t xml:space="preserve">[15:09] </w:t>
      </w:r>
      <w:r>
        <w:t>ke woh har cheez apne aakhri darjay mein kya hai? atom hai. har cheez, chahe woh darakht ho, chahe samandar ho, chahe pahad ho, chahe suraj ho, chahe sitare hon, sayare hon, har cheez apne aakhri darjay mein, pani, lrsis mein, woh kya hai?</w:t>
      </w:r>
    </w:p>
    <w:p>
      <w:pPr>
        <w:jc w:val="right"/>
      </w:pPr>
      <w:r>
        <w:t>کہ وہ ہر چیز اپنے آخری درجے میں کیا ہے؟ ایٹم ہے۔ ہر چیز، چاہے وہ درخت ہو، چاہے سمندر ہو، چاہے پہاڑ ہو، چاہے سورج ہو، چاہے ستارے ہوں، سیارے ہوں، ہر چیز اپنے آخری درجے میں، پانی، لرسیس میں، وہ کیا ہے؟</w:t>
      </w:r>
    </w:p>
    <w:p>
      <w:r>
        <w:rPr>
          <w:b/>
        </w:rPr>
        <w:t xml:space="preserve">[15:28] </w:t>
      </w:r>
      <w:r>
        <w:t>atom hai. atom hai. kai to kai ke nazariya khatm ho gaya, diversity ka concept hi khatm ho gaya.</w:t>
      </w:r>
    </w:p>
    <w:p>
      <w:pPr>
        <w:jc w:val="right"/>
      </w:pPr>
      <w:r>
        <w:t>ایٹم ہے۔ ایٹم ہے۔ کئی تو کئی کے نظریہ ختم ہو گیا، ڈائیورسٹی کا کانسیپٹ ہی ختم ہو گیا۔</w:t>
      </w:r>
    </w:p>
    <w:p>
      <w:r>
        <w:rPr>
          <w:b/>
        </w:rPr>
        <w:t xml:space="preserve">[15:37] </w:t>
      </w:r>
      <w:r>
        <w:t>is ke baad doosri science diye gayi ke newton ke zamanay mein mana jata tha ke char forces hain jo universe ko control karti hain, char forces.</w:t>
      </w:r>
    </w:p>
    <w:p>
      <w:pPr>
        <w:jc w:val="right"/>
      </w:pPr>
      <w:r>
        <w:t>اس کے بعد دوسری سائنس دیے گئی کہ نیوٹن کے زمانے میں مانا جاتا تھا کہ چار فورسز ہیں جو یونیورس کو کنٹرول کرتی ہیں، چار فورسز۔</w:t>
      </w:r>
    </w:p>
    <w:p>
      <w:r>
        <w:rPr>
          <w:b/>
        </w:rPr>
        <w:t xml:space="preserve">[15:49] </w:t>
      </w:r>
      <w:r>
        <w:t>lekin yeh char ka tasawwur science danon ko ke liye qabil fahm nahi tha, to woh char ko ek karne ki koshish lable gayi hui thi.</w:t>
      </w:r>
    </w:p>
    <w:p>
      <w:pPr>
        <w:jc w:val="right"/>
      </w:pPr>
      <w:r>
        <w:t>لیکن یہ چار کا تصور سائنس دانوں کو کے لیے قابل فہم نہیں تھا، تو وہ چار کو ایک کرنے کی کوشش لبیلے گئی ہوئی تھی۔</w:t>
      </w:r>
    </w:p>
    <w:p>
      <w:r>
        <w:rPr>
          <w:b/>
        </w:rPr>
        <w:t xml:space="preserve">[16:00] </w:t>
      </w:r>
      <w:r>
        <w:t>newton ke zamanay se woh shuru hui thi, ab stephen hawking ke zamanay mein yeh mukammal ho chuki hai,</w:t>
      </w:r>
    </w:p>
    <w:p>
      <w:pPr>
        <w:jc w:val="right"/>
      </w:pPr>
      <w:r>
        <w:t>نیوٹن کے زمانے سے وہ شروع ہوئی تھی، اب اسٹفن ہاکنگ کے زمانے میں یہ مکمل ہو چکی ہے،</w:t>
      </w:r>
    </w:p>
    <w:p>
      <w:r>
        <w:rPr>
          <w:b/>
        </w:rPr>
        <w:t xml:space="preserve">[16:07] </w:t>
      </w:r>
      <w:r>
        <w:t>yani char ki jagah ko ghatte ghatte ab maan liya gaya hai ke ek hi force hai. us ko stephen hawking single string kehta hai, single string.</w:t>
      </w:r>
    </w:p>
    <w:p>
      <w:pPr>
        <w:jc w:val="right"/>
      </w:pPr>
      <w:r>
        <w:t>یعنی چار کی جگہ کو گھٹتے گھٹتے اب مان لیا گیا ہے کہ ایک ہی فورس ہے۔ اس کو اسٹفن ہاکنگ سنگل سٹرنگ کہتا ہے، سنگل سٹرنگ۔</w:t>
      </w:r>
    </w:p>
    <w:p>
      <w:r>
        <w:rPr>
          <w:b/>
        </w:rPr>
        <w:t xml:space="preserve">[16:18] </w:t>
      </w:r>
      <w:r>
        <w:t>to poori kainat ko ek hi force control karti hai. to aap dekhen, do baaten saabit huin is science</w:t>
      </w:r>
    </w:p>
    <w:p>
      <w:pPr>
        <w:jc w:val="right"/>
      </w:pPr>
      <w:r>
        <w:t>تو پوری کائنات کو ایک ہی فورس کنٹرول کرتی ہے۔ تو آپ دیکھیں، دو باتیں ثابت ہوئیں اس سائنس</w:t>
      </w:r>
    </w:p>
    <w:p>
      <w:r>
        <w:rPr>
          <w:b/>
        </w:rPr>
        <w:t xml:space="preserve">[16:26] </w:t>
      </w:r>
      <w:r>
        <w:t>ke zariye. ek hai ke in terms of matter, sab cheez ek hai, yaani atom, aur in terms of law, ek hi law hai jo poore universe ko control ki hui hai.</w:t>
      </w:r>
    </w:p>
    <w:p>
      <w:pPr>
        <w:jc w:val="right"/>
      </w:pPr>
      <w:r>
        <w:t>کے ذریعے۔ ایک ہے کہ ان ٹرمز آف میٹر، سب چیز ایک ہے، یعنی ایٹم، اور ان ٹرمز آف لا، ایک ہی لا ہے جو پورے یونیورس کو کنٹرول کی ہوئی ہے۔</w:t>
      </w:r>
    </w:p>
    <w:p>
      <w:r>
        <w:rPr>
          <w:b/>
        </w:rPr>
        <w:t xml:space="preserve">[16:39] </w:t>
      </w:r>
      <w:r>
        <w:t>to is ke maani kya? ab kai Khuda maanne ka bilkul imkaan hi khatam ho gaya, woh logic khatam hui, woh logic.</w:t>
      </w:r>
    </w:p>
    <w:p>
      <w:pPr>
        <w:jc w:val="right"/>
      </w:pPr>
      <w:r>
        <w:t>تو اس کے معنی کیا؟ اب کئی خدا ماننے کا بالکل امکان ہی ختم ہو گیا، وہ لاجک ختم ہوئی، وہ لاجک۔</w:t>
      </w:r>
    </w:p>
    <w:p>
      <w:r>
        <w:rPr>
          <w:b/>
        </w:rPr>
        <w:t xml:space="preserve">[16:49] </w:t>
      </w:r>
      <w:r>
        <w:t>to jadeed science mein woh logic khatam kar di jis logic par shirk khada hua tha. pehle zamane mein</w:t>
      </w:r>
    </w:p>
    <w:p>
      <w:pPr>
        <w:jc w:val="right"/>
      </w:pPr>
      <w:r>
        <w:t>تو جدید سائنس میں وہ لاجک ختم کر دی جس لاجک پر شرک کھڑا ہوا تھا۔ پہلے زمانے میں</w:t>
      </w:r>
    </w:p>
    <w:p>
      <w:r>
        <w:rPr>
          <w:b/>
        </w:rPr>
        <w:t xml:space="preserve">[16:56] </w:t>
      </w:r>
      <w:r>
        <w:t>yeh hai scientific moajza. is tarah se dekhen, bohat si baaten hui hain. maine yeh baaton ko apni kitabon mein likha hai, aap is ki details padh sakte hain.</w:t>
      </w:r>
    </w:p>
    <w:p>
      <w:pPr>
        <w:jc w:val="right"/>
      </w:pPr>
      <w:r>
        <w:t>یہ ہے سائنٹیفک معجزہ۔ اس طرح سے دیکھیں، بہت سی باتیں ہوئی ہیں۔ میں نے یہ باتوں کو اپنی کتابوں میں لکھا ہے، آپ اس کی ڈیٹیلز پڑھ سکتے ہیں۔</w:t>
      </w:r>
    </w:p>
    <w:p>
      <w:r>
        <w:rPr>
          <w:b/>
        </w:rPr>
        <w:t xml:space="preserve">[17:09] </w:t>
      </w:r>
      <w:r>
        <w:t>misaal ke taur par dekhen, Quran majeed mein bataya gaya tha ke paighambar kyon aaye? is liye aaye ke insaan apni koshish se ilm-e-kulli tak pahunch nahin sakta</w:t>
      </w:r>
    </w:p>
    <w:p>
      <w:pPr>
        <w:jc w:val="right"/>
      </w:pPr>
      <w:r>
        <w:t>مثال کے طور پر دیکھیں، قرآن مجید میں بتایا گیا تھا کہ پیغمبر کیوں آئے؟ اس لیے آئے کہ انسان اپنی کوشش سے علم کلی تک پہنچ نہیں سکت</w:t>
      </w:r>
    </w:p>
    <w:p>
      <w:r>
        <w:rPr>
          <w:b/>
        </w:rPr>
        <w:t xml:space="preserve">[17:22] </w:t>
      </w:r>
      <w:r>
        <w:t>a, yaani mukammal ilm, complete knowledge tak insaan nahin pahunch sakta. to Allah taala ne paighambar ke zariye mumkin banaya ke insaan paighambar ki madad se mukammal ilm haasil kar sake.</w:t>
      </w:r>
    </w:p>
    <w:p>
      <w:pPr>
        <w:jc w:val="right"/>
      </w:pPr>
      <w:r>
        <w:t>ا، یعنی مکمل علم، کمپلیٹ نالج تک انسان نہیں پہنچ سکتا۔ تو اللہ تعالی نے پیغمبر کے ذریعے ممکن بنایا کہ انسان پیغمبر کی مدد سے مکمل علم حاصل کر سکے۔</w:t>
      </w:r>
    </w:p>
    <w:p>
      <w:r>
        <w:rPr>
          <w:b/>
        </w:rPr>
        <w:t xml:space="preserve">[17:37] </w:t>
      </w:r>
      <w:r>
        <w:t>mahwati to minal ilm illa qareeb, yaani tumhari apni koshish se tum ko sirf ilm-e-qareeb milega,</w:t>
      </w:r>
    </w:p>
    <w:p>
      <w:pPr>
        <w:jc w:val="right"/>
      </w:pPr>
      <w:r>
        <w:t>ماہوتی تو من علم الا قریب، یعنی تمہاری اپنی کوشش سے تم کو صرف علم قریب ملے گا،</w:t>
      </w:r>
    </w:p>
    <w:p>
      <w:r>
        <w:rPr>
          <w:b/>
        </w:rPr>
        <w:t xml:space="preserve">[17:44] </w:t>
      </w:r>
      <w:r>
        <w:t>jabke zindagi ko zindagi ko guzaarne ke liye jo hamein ideology chahiye, ideology, is ideology ke liye hamein mukammal ilm darkaar hai, total knowledge darkaar hai.</w:t>
      </w:r>
    </w:p>
    <w:p>
      <w:pPr>
        <w:jc w:val="right"/>
      </w:pPr>
      <w:r>
        <w:t>جبکہ زندگی کو زندگی کو گزارنے کے لیے جو ہمیں آئیڈیالوجی چاہیے، آئیڈیالوجی، اس آئیڈیالوجی کے لیے ہمیں مکمل علم درکار ہے، ٹوٹل نالج درکار ہے۔</w:t>
      </w:r>
    </w:p>
    <w:p>
      <w:r>
        <w:rPr>
          <w:b/>
        </w:rPr>
        <w:t xml:space="preserve">[17:57] </w:t>
      </w:r>
      <w:r>
        <w:t>to is zamane mein yeh kaha gaya, to is zamane mein itni saabit shuda nahin thi, yeh ek claim tha, woh the. ab science ne yeh saabit kar diya hai ke insani ilm sirf partial knowledge tak pahunchta hai.</w:t>
      </w:r>
    </w:p>
    <w:p>
      <w:pPr>
        <w:jc w:val="right"/>
      </w:pPr>
      <w:r>
        <w:t>تو اس زمانے میں یہ کہا گیا، تو اس زمانے میں اتنی ثابت شدہ نہیں تھی، یہ ایک کلیم تھا، وہ تھے۔ اب سائنس نے یہ ثابت کر دیا ہے کہ انسانی علم صرف پارشل نالج تک پہنچتا ہے۔</w:t>
      </w:r>
    </w:p>
    <w:p>
      <w:r>
        <w:rPr>
          <w:b/>
        </w:rPr>
        <w:t xml:space="preserve">[18:14] </w:t>
      </w:r>
      <w:r>
        <w:t>science gives us but a partial knowledge of reality. is baare mein ek kitaab padh sakte hain, limitations of science, Solovyov ki kitaab, aur bohat si kitaben hain.</w:t>
      </w:r>
    </w:p>
    <w:p>
      <w:pPr>
        <w:jc w:val="right"/>
      </w:pPr>
      <w:r>
        <w:t>سائنس گیوز اس بٹ اے پارشل نالج آف ریلٹی۔ اس بارے میں ایک کتاب پڑھ سکتے ہیں، لیمیٹیشنز آف سائنس، سولیون کی کتاب، اور بہت سی کتابیں ہیں۔</w:t>
      </w:r>
    </w:p>
    <w:p>
      <w:r>
        <w:rPr>
          <w:b/>
        </w:rPr>
        <w:t xml:space="preserve">[18:27] </w:t>
      </w:r>
      <w:r>
        <w:t>ek kitaab mein keh raha hoon</w:t>
      </w:r>
    </w:p>
    <w:p>
      <w:pPr>
        <w:jc w:val="right"/>
      </w:pPr>
      <w:r>
        <w:t>ایک کتاب میں کہہ رہا ہوں</w:t>
      </w:r>
    </w:p>
    <w:p>
      <w:r>
        <w:rPr>
          <w:b/>
        </w:rPr>
        <w:t xml:space="preserve">[18:28] </w:t>
      </w:r>
      <w:r>
        <w:t>. to scientific community ne lambi lambi tehqeeq ke baad yeh maan liya ke insaan ke paas jo zariya hai, mind ka jo jo method hamare paas hai,</w:t>
      </w:r>
    </w:p>
    <w:p>
      <w:pPr>
        <w:jc w:val="right"/>
      </w:pPr>
      <w:r>
        <w:t>۔ تو سائنٹیفک کمیونٹی نے لمبی لمبی تحقیق کے بعد یہ مان لیا کہ انسان کے پاس جو ذریعہ ہے، مائنڈ کا جو جو میتھڈ ہمارے پاس ہے،</w:t>
      </w:r>
    </w:p>
    <w:p>
      <w:r>
        <w:rPr>
          <w:b/>
        </w:rPr>
        <w:t xml:space="preserve">[18:45] </w:t>
      </w:r>
      <w:r>
        <w:t>is se hum sirf partial knowledge tak pahunch sakte hain. is ke maani hain ke paighambar ki zaroorat apne aap saabit ho gayi.</w:t>
      </w:r>
    </w:p>
    <w:p>
      <w:pPr>
        <w:jc w:val="right"/>
      </w:pPr>
      <w:r>
        <w:t>اس سے ہم صرف پارشل نالج تک پہنچ سکتے ہیں۔ اس کے معنی ہیں کہ پیغمبر کی ضرورت اپنے آپ ثابت ہو گئی۔</w:t>
      </w:r>
    </w:p>
    <w:p>
      <w:r>
        <w:rPr>
          <w:b/>
        </w:rPr>
        <w:t xml:space="preserve">[18:54] </w:t>
      </w:r>
      <w:r>
        <w:t>jab hamein dekhen, masla yeh hai ke hamein duniya mein jeene ke liye ideology, ideology, ideology, is ka naam hai.</w:t>
      </w:r>
    </w:p>
    <w:p>
      <w:pPr>
        <w:jc w:val="right"/>
      </w:pPr>
      <w:r>
        <w:t>جب ہمیں دیکھیں، مسئلہ یہ ہے کہ ہمیں دنیا میں جینے کے لیے آئیڈیالوجی، آئیڈیالوجی، آئیڈیالوجی، اس کا نام ہے۔</w:t>
      </w:r>
    </w:p>
    <w:p>
      <w:r>
        <w:rPr>
          <w:b/>
        </w:rPr>
        <w:t xml:space="preserve">[19:03] </w:t>
      </w:r>
      <w:r>
        <w:t>is mein har cheez expand ho gayi. aap ki zindagi, kainat ka wajood, aur saari cheezen jo hum jaante hain, in sab ko hum explain kar chuke hon, tab ideology banti hai.</w:t>
      </w:r>
    </w:p>
    <w:p>
      <w:pPr>
        <w:jc w:val="right"/>
      </w:pPr>
      <w:r>
        <w:t>اس میں ہر چیز ایکسپینڈ ہو گئی۔ آپ کی زندگی، کائنات کا وجود، اور ساری چیزیں جو ہم جانتے ہیں، ان سب کو ہم ایکسپلین کر چکے ہوں، تب آئیڈیالوجی بنتی ہے۔</w:t>
      </w:r>
    </w:p>
    <w:p>
      <w:r>
        <w:rPr>
          <w:b/>
        </w:rPr>
        <w:t xml:space="preserve">[19:18] </w:t>
      </w:r>
      <w:r>
        <w:t>to ideology of life is waqt banti hai jabke poore kainat ka ko aap explain kar chuke hon. to aap kar nahin sakte the, kyunke hamari aqal jo hai, hamare jo tareeqe hain,</w:t>
      </w:r>
    </w:p>
    <w:p>
      <w:pPr>
        <w:jc w:val="right"/>
      </w:pPr>
      <w:r>
        <w:t>تو آئیڈیالوجی آف لائف اس وقت بنتی ہے جبکہ پورے کائنات کا کو آپ ایکسپلین کر چکے ہوں۔ تو آپ کر نہیں سکتے تھے، کیونکہ ہماری عقل جو ہے، ہمارے جو طریقے ہیں،</w:t>
      </w:r>
    </w:p>
    <w:p>
      <w:r>
        <w:rPr>
          <w:b/>
        </w:rPr>
        <w:t xml:space="preserve">[19:32] </w:t>
      </w:r>
      <w:r>
        <w:t>woh sirf hum ko partial knowledge dete the. to yeh cheez par ek saabit shuda nahin thi ke aisa hai. jo hai na, philosophy paanch hazar saal tak koshish karti rahi ke woh mukammal ilm tak pahunche.</w:t>
      </w:r>
    </w:p>
    <w:p>
      <w:pPr>
        <w:jc w:val="right"/>
      </w:pPr>
      <w:r>
        <w:t>وہ صرف ہم کو پارشل نالج دیتے تھے۔ تو یہ چیز پر ایک ثابت شدہ نہیں تھی کہ ایسا ہے۔ جو ہے نا، فلاسفی پانچ ہزار سال تک کوشش کرتی رہی کہ وہ مکمل علم تک پہنچے۔</w:t>
      </w:r>
    </w:p>
    <w:p>
      <w:r>
        <w:rPr>
          <w:b/>
        </w:rPr>
        <w:t xml:space="preserve">[19:46] </w:t>
      </w:r>
      <w:r>
        <w:t>philosophy jo thi, paanch hazar saal tak yahi koshish karti rahi, absolute knowledge haasil kar sake ho, lekin woh mukammal to fail hui. woh isi liye ek farz, ek ek farzi requirement likha gaya hai ke you are transfer of no philosophy.</w:t>
      </w:r>
    </w:p>
    <w:p>
      <w:pPr>
        <w:jc w:val="right"/>
      </w:pPr>
      <w:r>
        <w:t>فلاسفی جو تھی، پانچ ہزار سال تک یہی کوشش کرتی رہی، ایبسولیوٹ نالج حاصل کر سکے ہو، لیکن وہ مکمل تو فیل ہوئی۔ وہ اسی لیے ایک فرض، ایک ایک فرضی ریکوائرمنٹ لکھا گیا ہے کہ یو آر ٹرانسفر آف نو فلاسفی۔</w:t>
      </w:r>
    </w:p>
    <w:p>
      <w:r>
        <w:rPr>
          <w:b/>
        </w:rPr>
        <w:t xml:space="preserve">[20:03] </w:t>
      </w:r>
      <w:r>
        <w:t>main kehta hoon, har philosopher transfer of no philosophy hai, kyunke woh de nahin saka mukammal ilm</w:t>
      </w:r>
    </w:p>
    <w:p>
      <w:pPr>
        <w:jc w:val="right"/>
      </w:pPr>
      <w:r>
        <w:t>میں کہتا ہوں، ہر فلسفی ٹرانسفر آف نو فلاسفی ہے، کیونکہ وہ دے نہیں سکا مکمل علم</w:t>
      </w:r>
    </w:p>
    <w:p>
      <w:r>
        <w:rPr>
          <w:b/>
        </w:rPr>
        <w:t xml:space="preserve">[20:10] </w:t>
      </w:r>
      <w:r>
        <w:t>. to science ne yeh saabit kar diya ke mukammal ilm tak insaan apni taaqat se pahunch hi nahin sakta. jab pahunch nahin sakta, aur hamari zaroorat hai ke hum ko mukammal ilm ho taake hum koi ideology bana saken zindagi ki.</w:t>
      </w:r>
    </w:p>
    <w:p>
      <w:pPr>
        <w:jc w:val="right"/>
      </w:pPr>
      <w:r>
        <w:t>۔ تو سائنس نے یہ ثابت کر دیا کہ مکمل علم تک انسان اپنی طاقت سے پہنچ ہی نہیں سکتا۔ جب پہنچ نہیں سکتا، اور ہماری ضرورت ہے کہ ہم کو مکمل علم ہو تاکہ ہم کوئی آئیڈیالوجی بنا سکیں زندگی کی۔</w:t>
      </w:r>
    </w:p>
    <w:p>
      <w:r>
        <w:rPr>
          <w:b/>
        </w:rPr>
        <w:t xml:space="preserve">[20:25] </w:t>
      </w:r>
      <w:r>
        <w:t>to aap kya karen? yahi karen ke hum paighambar par bharosa karen, paighambar se hidayat len, paighambar se badal len, jo ke Khuda ki kitaab ne karaya hai.</w:t>
      </w:r>
    </w:p>
    <w:p>
      <w:pPr>
        <w:jc w:val="right"/>
      </w:pPr>
      <w:r>
        <w:t>تو آپ کیا کریں؟ یہی کریں کہ ہم پیغمبر پر بھروسہ کریں، پیغمبر سے ہدایت لیں، پیغمبر سے بدل لیں، جو کہ خدا کی کتاب نے کرایا ہے۔</w:t>
      </w:r>
    </w:p>
    <w:p>
      <w:r>
        <w:rPr>
          <w:b/>
        </w:rPr>
        <w:t xml:space="preserve">[20:36] </w:t>
      </w:r>
      <w:r>
        <w:t>yeh qat'i bari dain hai science ki is zamane mein,</w:t>
      </w:r>
    </w:p>
    <w:p>
      <w:pPr>
        <w:jc w:val="right"/>
      </w:pPr>
      <w:r>
        <w:t>یہ قطعی بڑی دین ہے سائنس کی اس زمانے میں،</w:t>
      </w:r>
    </w:p>
    <w:p>
      <w:r>
        <w:rPr>
          <w:b/>
        </w:rPr>
        <w:t xml:space="preserve">[20:40] </w:t>
      </w:r>
      <w:r>
        <w:t>jis ki wajah se paighambar ki zaroorat saabit shuda ban gayi ilmi aitbaar se, jabke pehle ilmi aitbaar se saabit shuda nahin thi.</w:t>
      </w:r>
    </w:p>
    <w:p>
      <w:pPr>
        <w:jc w:val="right"/>
      </w:pPr>
      <w:r>
        <w:t>جس کی وجہ سے پیغمبر کی ضرورت ثابت شدہ بن گئی علمی اعتبار سے، جبکہ پہلے علمی اعتبار سے ثابت شدہ نہیں تھی۔</w:t>
      </w:r>
    </w:p>
    <w:p>
      <w:r>
        <w:rPr>
          <w:b/>
        </w:rPr>
        <w:t xml:space="preserve">[20:50] </w:t>
      </w:r>
      <w:r>
        <w:t>to baghair moajza dikhaye, yeh cheez baghair science saabit ban gayi.</w:t>
      </w:r>
    </w:p>
    <w:p>
      <w:pPr>
        <w:jc w:val="right"/>
      </w:pPr>
      <w:r>
        <w:t>تو بغیر معجزہ دکھائے، یہ چیز بغیر سائنس ثابت بن گئی۔</w:t>
      </w:r>
    </w:p>
    <w:p>
      <w:r>
        <w:rPr>
          <w:b/>
        </w:rPr>
        <w:t xml:space="preserve">[20:56] </w:t>
      </w:r>
      <w:r>
        <w:t>is tarah dekhiye, ek bohat bari baat hui hai science ke zamane mein, woh yeh hai</w:t>
      </w:r>
    </w:p>
    <w:p>
      <w:pPr>
        <w:jc w:val="right"/>
      </w:pPr>
      <w:r>
        <w:t>اس طرح دیکھیے، ایک بہت بڑی بات ہوئی ہے سائنس کے زمانے میں، وہ یہ ہے</w:t>
      </w:r>
    </w:p>
    <w:p>
      <w:r>
        <w:rPr>
          <w:b/>
        </w:rPr>
        <w:t xml:space="preserve">[21:06] </w:t>
      </w:r>
      <w:r>
        <w:t>ke jo dawat-e-tauheed hai, jo peghambar le kar aaye, is mein yeh bataya jata tha ke yeh dunya ab tumhare liye sirf lau-e-imtihaan ke taur par hai.</w:t>
      </w:r>
    </w:p>
    <w:p>
      <w:pPr>
        <w:jc w:val="right"/>
      </w:pPr>
      <w:r>
        <w:t>کہ جو دعوت توحید ہے، جو پیغمبر لے کر آئے، اس میں یہ بتایا جاتا تھا کہ یہ دنیا اب تمہارے لیے صرف لاؤ الامتحان کے طور پر ہے۔</w:t>
      </w:r>
    </w:p>
    <w:p>
      <w:r>
        <w:rPr>
          <w:b/>
        </w:rPr>
        <w:t xml:space="preserve">[21:23] </w:t>
      </w:r>
      <w:r>
        <w:t>Yahan tum apni jannat nahi bana sakte.</w:t>
      </w:r>
    </w:p>
    <w:p>
      <w:pPr>
        <w:jc w:val="right"/>
      </w:pPr>
      <w:r>
        <w:t>یہاں تم اپنی جنت نہیں بنا سکتے۔</w:t>
      </w:r>
    </w:p>
    <w:p>
      <w:r>
        <w:rPr>
          <w:b/>
        </w:rPr>
        <w:t xml:space="preserve">[21:26] </w:t>
      </w:r>
      <w:r>
        <w:t>Aadmi, aap jante hain ke aadmi kaha jata hai ke my desire seeking animal, my desire seeking animal. Insan chahta hai ke apni ek, apni ek, apni pasand ki ek dunya, apni dunya banaye, yani apni ek, ek dunya banaye jahan woh reh sake apni pasand ke mutabiq.</w:t>
      </w:r>
    </w:p>
    <w:p>
      <w:pPr>
        <w:jc w:val="right"/>
      </w:pPr>
      <w:r>
        <w:t>آدمی، آپ جانتے ہیں کہ آدمی کہا جاتا ہے کہ مائی ڈیزائر سیکنگ اینیمل، مائی ڈیزائر سیکنگ اینیمل۔ انسان چاہتا ہے کہ اپنی ایک، اپنی ایک، اپنی پسند کی ایک دنیا، اپنی دنیا بنائے، یعنی اپنی ایک، ایک دنیا بنائے جہاں وہ رہ سکے اپنی پسند کے مطابق۔</w:t>
      </w:r>
    </w:p>
    <w:p>
      <w:r>
        <w:rPr>
          <w:b/>
        </w:rPr>
        <w:t xml:space="preserve">[21:46] </w:t>
      </w:r>
      <w:r>
        <w:t>Isi ko hum jannat kehte hain.</w:t>
      </w:r>
    </w:p>
    <w:p>
      <w:pPr>
        <w:jc w:val="right"/>
      </w:pPr>
      <w:r>
        <w:t>اسی کو ہم جنت کہتے ہیں۔</w:t>
      </w:r>
    </w:p>
    <w:p>
      <w:r>
        <w:rPr>
          <w:b/>
        </w:rPr>
        <w:t xml:space="preserve">[21:48] </w:t>
      </w:r>
      <w:r>
        <w:t>To goya ke har insan jannat ki talash mein hai, har insan ke andar ek mind mein khwab basa hua hai apni pasand ki ek dunya hasil karne ka.</w:t>
      </w:r>
    </w:p>
    <w:p>
      <w:pPr>
        <w:jc w:val="right"/>
      </w:pPr>
      <w:r>
        <w:t>تو گویا کہ ہر انسان جنت کی تلاش میں ہے، ہر انسان کے اندر ایک مائنڈ میں خواب بسا ہوا ہے اپنی پسند کی ایک دنیا حاصل کرنے کا۔</w:t>
      </w:r>
    </w:p>
    <w:p>
      <w:r>
        <w:rPr>
          <w:b/>
        </w:rPr>
        <w:t xml:space="preserve">[21:59] </w:t>
      </w:r>
      <w:r>
        <w:t>To sare log isi koshish mein the, chahe badshah ho, chahe aam insan ho. Peghambar ne kaha ke yeh mumkin nahi, jannat milegi akhirat mein, is dunya mein nahi.</w:t>
      </w:r>
    </w:p>
    <w:p>
      <w:pPr>
        <w:jc w:val="right"/>
      </w:pPr>
      <w:r>
        <w:t>تو سارے لوگ اسی کوشش میں تھے، چاہے بادشاہ ہو، چاہے عام انسان ہو۔ پیغمبر نے کہا کہ یہ ممکن نہیں، جنت ملے گی آخرت میں، اس دنیا میں نہیں۔</w:t>
      </w:r>
    </w:p>
    <w:p>
      <w:r>
        <w:rPr>
          <w:b/>
        </w:rPr>
        <w:t xml:space="preserve">[22:11] </w:t>
      </w:r>
      <w:r>
        <w:t>To insan manne se pyar nahi hota tha.</w:t>
      </w:r>
    </w:p>
    <w:p>
      <w:pPr>
        <w:jc w:val="right"/>
      </w:pPr>
      <w:r>
        <w:t>تو انسان ماننے سے پیار نہیں ہوتا تھا۔</w:t>
      </w:r>
    </w:p>
    <w:p>
      <w:r>
        <w:rPr>
          <w:b/>
        </w:rPr>
        <w:t xml:space="preserve">[22:14] </w:t>
      </w:r>
      <w:r>
        <w:t>Puri puri tareekh mein insan yeh karta raha ke dunya mein apni jannat banane ki koshish karta raha, behtareen ghar, behtareen shehar, behtareen saaz-o-saman, yani jis ko bhi zindagi ka aap saman kehte hain,</w:t>
      </w:r>
    </w:p>
    <w:p>
      <w:pPr>
        <w:jc w:val="right"/>
      </w:pPr>
      <w:r>
        <w:t>پوری پوری تاریخ میں انسان یہ کرتا رہا کہ دنیا میں اپنی جنت بنانے کی کوشش کرتا رہا، بہترین گھر، بہترین شہر، بہترین ساز و سامان، یعنی جس کو بھی زندگی کا آپ سامان کہتے ہیں،</w:t>
      </w:r>
    </w:p>
    <w:p>
      <w:r>
        <w:rPr>
          <w:b/>
        </w:rPr>
        <w:t xml:space="preserve">[22:32] </w:t>
      </w:r>
      <w:r>
        <w:t>zindagi ki zaroorat hai, woh sab hum pala hasil ho, perfect shakal mein, ideal shakal mein. To yeh is khwab ko poora karne ke liye insan hamesha koshish karta raha, aur peghambar ki baat ko is ne nahi mana ke hum is dunya mein kar lenge, hum ko akhirat ka intezar karne ki zaroorat nahi hai.</w:t>
      </w:r>
    </w:p>
    <w:p>
      <w:pPr>
        <w:jc w:val="right"/>
      </w:pPr>
      <w:r>
        <w:t>زندگی کی ضرورت ہے، وہ سب ہم پالا حاصل ہو، پرفیکٹ شکل میں، آئیڈیل شکل میں۔ تو یہ اس خواب کو پورا کرنے کے لیے انسان ہمیشہ کوشش کرتا رہا، اور پیغمبر کی بات کو اس نے نہیں مانا کہ ہم اس دنیا میں کر لیں گے، ہم کو آخرت کا انتظار کرنے کی ضرورت نہیں ہے۔</w:t>
      </w:r>
    </w:p>
    <w:p>
      <w:r>
        <w:rPr>
          <w:b/>
        </w:rPr>
        <w:t xml:space="preserve">[22:51] </w:t>
      </w:r>
      <w:r>
        <w:t>Babar baish koshish ka haal dobara nahi. Is tarah to ilmi taur par yeh koi sabit nahi ho pati thi ke kyun is dunya mein nahi ban sakta.</w:t>
      </w:r>
    </w:p>
    <w:p>
      <w:pPr>
        <w:jc w:val="right"/>
      </w:pPr>
      <w:r>
        <w:t>بابر بایش کوشش کا حال دوبارہ نہیں۔ اس طرح تو علمی طور پر یہ کوئی ثابت نہیں ہو پاتی تھی کہ کیوں اس دنیا میں نہیں بن سکتا۔</w:t>
      </w:r>
    </w:p>
    <w:p>
      <w:r>
        <w:rPr>
          <w:b/>
        </w:rPr>
        <w:t xml:space="preserve">[23:01] </w:t>
      </w:r>
      <w:r>
        <w:t>Ab moajza zamane mein science ne sabit kar diya. Dekhein, ek daleel ek thi pehle zamane mein ke har insan mar jata hai so saal se kam mud</w:t>
      </w:r>
    </w:p>
    <w:p>
      <w:pPr>
        <w:jc w:val="right"/>
      </w:pPr>
      <w:r>
        <w:t>اب معجزہ زمانے میں سائنس نے ثابت کر دیا۔ دیکھیں، ایک دلیل ایک تھی پہلے زمانے میں کہ ہر انسان مر جاتا ہے سو سال سے کم مد</w:t>
      </w:r>
    </w:p>
    <w:p>
      <w:r>
        <w:rPr>
          <w:b/>
        </w:rPr>
        <w:t xml:space="preserve">[23:15] </w:t>
      </w:r>
      <w:r>
        <w:t>mein. To so saal se kam muddat mein kaise apni jannat bana lega dunya mein? To yeh log kehte the. Jo jo akhirat ko nahi mante ke aap yun koi woh samajhte hain ke aadmi apni hi zindagi hasil kar le.</w:t>
      </w:r>
    </w:p>
    <w:p>
      <w:pPr>
        <w:jc w:val="right"/>
      </w:pPr>
      <w:r>
        <w:t>ت میں۔ تو سو سال سے کم مدت میں کیسے اپنی جنت بنا لے گا دنیا میں؟ تو یہ لوگ کہتے تھے۔ جو جو آخرت کو نہیں مانتے کہ آپ یوں کوئی وہ سمجھتے ہیں کہ آدمی اپنی ہی زندگی حاصل کر لے۔</w:t>
      </w:r>
    </w:p>
    <w:p>
      <w:r>
        <w:rPr>
          <w:b/>
        </w:rPr>
        <w:t xml:space="preserve">[23:30] </w:t>
      </w:r>
      <w:r>
        <w:t>Yeh to ek tasalsul hai, generation of generation ek koshish chal rahi hai. Aaj hum na hasil kar sakein to hamari agli jannat hasil kar legi.</w:t>
      </w:r>
    </w:p>
    <w:p>
      <w:pPr>
        <w:jc w:val="right"/>
      </w:pPr>
      <w:r>
        <w:t>یہ تو ایک تسلسل ہے، جنریشن آف جنریشن ایک کوشش چل رہی ہے۔ آج ہم نہ حاصل کر سکیں تو ہماری اگلی جنت حاصل کر لے گی۔</w:t>
      </w:r>
    </w:p>
    <w:p>
      <w:r>
        <w:rPr>
          <w:b/>
        </w:rPr>
        <w:t xml:space="preserve">[23:40] </w:t>
      </w:r>
      <w:r>
        <w:t>Yeh daleel di jati thi ke jannat ki talash ek musalsal amal hai. Hum aaj kuch hasil karenge, agli nasal kuch hasil karegi, agli nasal kuch hasil karegi.</w:t>
      </w:r>
    </w:p>
    <w:p>
      <w:pPr>
        <w:jc w:val="right"/>
      </w:pPr>
      <w:r>
        <w:t>یہ دلیل دی جاتی تھی کہ جنت کی تلاش ایک مسلسل عمل ہے۔ ہم آج کچھ حاصل کریں گے، اگلی نسل کچھ حاصل کرے گی، اگلی نسل کچھ حاصل کرے گی۔</w:t>
      </w:r>
    </w:p>
    <w:p>
      <w:r>
        <w:rPr>
          <w:b/>
        </w:rPr>
        <w:t xml:space="preserve">[23:53] </w:t>
      </w:r>
      <w:r>
        <w:t>Is tarah hote hote hum dunya mein jannat bana lenge. To hum na bana sakein to hamare agli nasal paling paling jannat ko yeh daleel thi.</w:t>
      </w:r>
    </w:p>
    <w:p>
      <w:pPr>
        <w:jc w:val="right"/>
      </w:pPr>
      <w:r>
        <w:t>اس طرح ہوتے ہوتے ہم دنیا میں جنت بنا لیں گے۔ تو ہم نہ بنا سکیں تو ہمارے اگلی نسل پالنگ پالنگ جنت کو یہ دلیل تھی۔</w:t>
      </w:r>
    </w:p>
    <w:p>
      <w:r>
        <w:rPr>
          <w:b/>
        </w:rPr>
        <w:t xml:space="preserve">[24:03] </w:t>
      </w:r>
      <w:r>
        <w:t>Lekin ab science ne sabit kar diya ke mumkin nahi, sirf mumkin nahi</w:t>
      </w:r>
    </w:p>
    <w:p>
      <w:pPr>
        <w:jc w:val="right"/>
      </w:pPr>
      <w:r>
        <w:t>لیکن اب سائنس نے ثابت کر دیا کہ ممکن نہیں، صرف ممکن نہیں</w:t>
      </w:r>
    </w:p>
    <w:p>
      <w:r>
        <w:rPr>
          <w:b/>
        </w:rPr>
        <w:t xml:space="preserve">[24:09] </w:t>
      </w:r>
      <w:r>
        <w:t>hai. Isi wajah se dekhein, 1930 mein ek kitaab chhapi thi jis ka naam tha "Future Stock".</w:t>
      </w:r>
    </w:p>
    <w:p>
      <w:pPr>
        <w:jc w:val="right"/>
      </w:pPr>
      <w:r>
        <w:t>۔ اسی وجہ سے دیکھیں، 1930 میں ایک کتاب چھپی تھی جس کا نام تھا "فیوچر سٹاک"۔</w:t>
      </w:r>
    </w:p>
    <w:p>
      <w:r>
        <w:rPr>
          <w:b/>
        </w:rPr>
        <w:t xml:space="preserve">[24:19] </w:t>
      </w:r>
      <w:r>
        <w:t>Is kitaab ka musannif tha aalami doctor. Us ne kaha tha ke maujood zamane mein insan Olympic koshish ke nateeje mein industrial age tak pohancha hai.</w:t>
      </w:r>
    </w:p>
    <w:p>
      <w:pPr>
        <w:jc w:val="right"/>
      </w:pPr>
      <w:r>
        <w:t>اس کتاب کا مصنف تھا عالمی ڈاکٹر۔ اس نے کہا تھا کہ موجود زمانے میں انسان اولمپک کوشش کے نتیجے میں انڈسٹریل ایج تک پہنچا ہے۔</w:t>
      </w:r>
    </w:p>
    <w:p>
      <w:r>
        <w:rPr>
          <w:b/>
        </w:rPr>
        <w:t xml:space="preserve">[24:32] </w:t>
      </w:r>
      <w:r>
        <w:t>Ab ki dunya ek aur age mein dakhil hone wali hai. Is ko unhon ne kaha ke super industrial age. Yeh 20 sadi ka khwab tha insan ka ke dunya super industrial age mein dakhil ho rahi hai, yani jannat aage ban jayegi agle daur mein.</w:t>
      </w:r>
    </w:p>
    <w:p>
      <w:pPr>
        <w:jc w:val="right"/>
      </w:pPr>
      <w:r>
        <w:t>اب کی دنیا ایک اور ایج میں داخل ہونے والی ہے۔ اس کو انہوں نے کہا کہ سپر انڈسٹریل ایج۔ یہ 20 صدی کا خواب تھا انسان کا کہ دنیا سپر انڈسٹریل ایج میں داخل ہو رہی ہے، یعنی جنت آگے بن جائے گی اگلے دور میں۔</w:t>
      </w:r>
    </w:p>
    <w:p>
      <w:r>
        <w:rPr>
          <w:b/>
        </w:rPr>
        <w:t xml:space="preserve">[24:49] </w:t>
      </w:r>
      <w:r>
        <w:t>Lekin jab 20 sadi khatam hui, ek ek qistein aayin to maloom hua ke woh kuch nahi ban sakta kyunke problem aa gaya, pollution ka, carbon emission ka.</w:t>
      </w:r>
    </w:p>
    <w:p>
      <w:pPr>
        <w:jc w:val="right"/>
      </w:pPr>
      <w:r>
        <w:t>لیکن جب 20 صدی ختم ہوئی، ایک ایک قسطیں آئیں تو معلوم ہوا کہ وہ کچھ نہیں بن سکتا کیونکہ پرابلم آ گیا، پولیوشن کا، کاربن ایمیشن کا۔</w:t>
      </w:r>
    </w:p>
    <w:p>
      <w:r>
        <w:rPr>
          <w:b/>
        </w:rPr>
        <w:t xml:space="preserve">[25:03] </w:t>
      </w:r>
      <w:r>
        <w:t>To maloom hua ke yeh to hai end aa gaya, end. Ab modern science jo hai, us ne bataya hai ke yeh dunya mein jo wasail the, woh limited the, unlimited nahi</w:t>
      </w:r>
    </w:p>
    <w:p>
      <w:pPr>
        <w:jc w:val="right"/>
      </w:pPr>
      <w:r>
        <w:t>تو معلوم ہوا کہ یہ تو ہے اینڈ آ گیا، اینڈ۔ اب ماڈرن سائنس جو ہے، اس نے بتایا ہے کہ یہ دنیا میں جو وسائل تھے، وہ لمیٹڈ تھے، ان لمیٹڈ نہیں</w:t>
      </w:r>
    </w:p>
    <w:p>
      <w:r>
        <w:rPr>
          <w:b/>
        </w:rPr>
        <w:t xml:space="preserve">[25:17] </w:t>
      </w:r>
      <w:r>
        <w:t>the. Aur insan ne andha dhund istemal kiya industrialization ke baad. Hote hote woh ab woh khatam ho raha hai.</w:t>
      </w:r>
    </w:p>
    <w:p>
      <w:pPr>
        <w:jc w:val="right"/>
      </w:pPr>
      <w:r>
        <w:t>تھے۔ اور انسان نے اندھا دھند استعمال کیا انڈسٹریلائزیشن کے بعد۔ ہوتے ہوتے وہ اب وہ ختم ہو رہا ہے۔</w:t>
      </w:r>
    </w:p>
    <w:p>
      <w:r>
        <w:rPr>
          <w:b/>
        </w:rPr>
        <w:t xml:space="preserve">[25:27] </w:t>
      </w:r>
      <w:r>
        <w:t>Pani mein pollution aa gaya, janglat kat gaye, adhura lehar mein hosh paida ho gaya, aur hadithan aitbar se hawa mein pollution aa gaya to har cheez mein limit aa gayi, had aa gayi.</w:t>
      </w:r>
    </w:p>
    <w:p>
      <w:pPr>
        <w:jc w:val="right"/>
      </w:pPr>
      <w:r>
        <w:t>پانی میں پولیوشن آ گیا، جنگل کٹ گئے، ادھور لہر میں ہوش پیدا ہو گیا، اور حدیثان اعتبار سے ہوا میں پولیوشن آ گیا تو ہر چیز میں لیمٹ آ گئی، حد آ گئی۔</w:t>
      </w:r>
    </w:p>
    <w:p>
      <w:r>
        <w:rPr>
          <w:b/>
        </w:rPr>
        <w:t xml:space="preserve">[25:42] </w:t>
      </w:r>
      <w:r>
        <w:t>Chunancha ab jo scientists hain, woh kehte hain ke is zameen par hum insan ki abadi nahi, mustaqbil mein nahi.</w:t>
      </w:r>
    </w:p>
    <w:p>
      <w:pPr>
        <w:jc w:val="right"/>
      </w:pPr>
      <w:r>
        <w:t>چنانچہ اب جو سائنسدان ہیں، وہ کہتے ہیں کہ اس زمین پر ہم انسان کی آبادی نہیں، مستقبل میں نہیں۔</w:t>
      </w:r>
    </w:p>
    <w:p>
      <w:r>
        <w:rPr>
          <w:b/>
        </w:rPr>
        <w:t xml:space="preserve">[25:52] </w:t>
      </w:r>
      <w:r>
        <w:t>21 sadi hi aakhri sadi hai, is ke baad dunya is qabil nahi rahe ke aadmi yahan basay.</w:t>
      </w:r>
    </w:p>
    <w:p>
      <w:pPr>
        <w:jc w:val="right"/>
      </w:pPr>
      <w:r>
        <w:t>21 صدی ہی آخری صدی ہے، اس کے بعد دنیا اس قابل نہیں رہے کہ آدمی یہاں بسے۔</w:t>
      </w:r>
    </w:p>
    <w:p>
      <w:r>
        <w:rPr>
          <w:b/>
        </w:rPr>
        <w:t xml:space="preserve">[25:59] </w:t>
      </w:r>
      <w:r>
        <w:t>to chunache ab jo science daan hain, woh keh rahe hain ke hum ko space colony banana chahiye. space colony, yani zameen se urr kar aap hawa fiza mein jayen, woh khala mein hain aur khala mein rahen.</w:t>
      </w:r>
    </w:p>
    <w:p>
      <w:pPr>
        <w:jc w:val="right"/>
      </w:pPr>
      <w:r>
        <w:t>تو چنانچہ اب جو سائنسدان ہیں، وہ کہہ رہے ہیں کہ ہم کو اسپیس کالنی بنانا چاہیے۔ اسپیس کالنی، یعنی زمین سے اڑ کر آپ ہوا فضا میں جائیں، وہ خلا میں ہیں اور خلا میں رہیں۔</w:t>
      </w:r>
    </w:p>
    <w:p>
      <w:r>
        <w:rPr>
          <w:b/>
        </w:rPr>
        <w:t xml:space="preserve">[26:14] </w:t>
      </w:r>
      <w:r>
        <w:t>halankay yeh khayali baat hai, yeh romantic baat hai, kyunke space colony agar farz kiya bana bhi paya to wahan pani chahiye, life support sab chahiye, ghiza chahiye.</w:t>
      </w:r>
    </w:p>
    <w:p>
      <w:pPr>
        <w:jc w:val="right"/>
      </w:pPr>
      <w:r>
        <w:t>حالانکہ یہ خیالی بات ہے، یہ رومینٹک بات ہے، کیونکہ اسپیس کالنی اگر فرض کیا بنا بھی پایا تو وہاں پانی چاہیے، لائف سپورٹس سب چاہیے، غذا چاہیے۔</w:t>
      </w:r>
    </w:p>
    <w:p>
      <w:r>
        <w:rPr>
          <w:b/>
        </w:rPr>
        <w:t xml:space="preserve">[26:25] </w:t>
      </w:r>
      <w:r>
        <w:t>woh kahan se aye gi sab?</w:t>
      </w:r>
    </w:p>
    <w:p>
      <w:pPr>
        <w:jc w:val="right"/>
      </w:pPr>
      <w:r>
        <w:t>وہ کہاں سے آئے گی سب؟</w:t>
      </w:r>
    </w:p>
    <w:p>
      <w:r>
        <w:rPr>
          <w:b/>
        </w:rPr>
        <w:t xml:space="preserve">[26:27] </w:t>
      </w:r>
      <w:r>
        <w:t>kyunke khala mein to kuch bhi nahi hai. to science ne ab yeh saare science daan, yani is mein university keh rahi hai, mutafqa tor par ke 21 sadi ke wasat tak dunya khatam ho jaye gi.</w:t>
      </w:r>
    </w:p>
    <w:p>
      <w:pPr>
        <w:jc w:val="right"/>
      </w:pPr>
      <w:r>
        <w:t>کیونکہ خلا میں تو کچھ بھی نہیں ہے۔ تو سائنس نے اب یہ سارے سائنسدان، یعنی اس میں یونیورسٹی کہہ رہے ہیں، متفقہ طور پر کہ 21 صدی کے وسط تک دنیا ختم ہو جائے گی۔</w:t>
      </w:r>
    </w:p>
    <w:p>
      <w:r>
        <w:rPr>
          <w:b/>
        </w:rPr>
        <w:t xml:space="preserve">[26:45] </w:t>
      </w:r>
      <w:r>
        <w:t>is se aagay nahi, kuch nahi reh gaya aap par. ab 22, 22 sadi aur insan 22 sadi insan aanay walay hi nahi hain kyunke sab khatam ho chuka hua</w:t>
      </w:r>
    </w:p>
    <w:p>
      <w:pPr>
        <w:jc w:val="right"/>
      </w:pPr>
      <w:r>
        <w:t>اس سے آگے نہیں، کچھ نہیں رہ گیا آپ پر۔ اب 22، 22 صدی اور انسان 22 صدی انسان آنے والے ہی نہیں ہیں کیونکہ سب ختم ہو چکا ہوا</w:t>
      </w:r>
    </w:p>
    <w:p>
      <w:r>
        <w:rPr>
          <w:b/>
        </w:rPr>
        <w:t xml:space="preserve">[26:55] </w:t>
      </w:r>
      <w:r>
        <w:t>hai. to woh jo nazariya tha ke hum is dunya mein nasl dar nasl qabil kar ke jannat bana len ge, woh khwab shuttle ho gaya, woh shuttle ho gaya.</w:t>
      </w:r>
    </w:p>
    <w:p>
      <w:pPr>
        <w:jc w:val="right"/>
      </w:pPr>
      <w:r>
        <w:t>ہے۔ تو وہ جو نظریہ تھا کہ ہم اس دنیا میں نسل در نسل قابل کر کے جنت بنا لیں گے، وہ خواب شٹل ہو گیا، وہ شٹل ہو گیا۔</w:t>
      </w:r>
    </w:p>
    <w:p>
      <w:r>
        <w:rPr>
          <w:b/>
        </w:rPr>
        <w:t xml:space="preserve">[27:06] </w:t>
      </w:r>
      <w:r>
        <w:t>to is mani ke woh jo baat thi peghambaron ki ke dawat-e-tauheed ki ke jannat is dunya mein nahi ban sakti, woh to akhirat mein banay gi, woh scientifically proof ho gaya.</w:t>
      </w:r>
    </w:p>
    <w:p>
      <w:pPr>
        <w:jc w:val="right"/>
      </w:pPr>
      <w:r>
        <w:t>تو اس معنی کہ وہ جو بات تھی پیغمبروں کی کہ دعوت توحید کی کہ جنت اس دنیا میں نہیں بن سکتی، وہ تو آخرت میں بنے گی، وہ سائنٹیفیکلی پروف ہو گیا۔</w:t>
      </w:r>
    </w:p>
    <w:p>
      <w:r>
        <w:rPr>
          <w:b/>
        </w:rPr>
        <w:t xml:space="preserve">[27:19] </w:t>
      </w:r>
      <w:r>
        <w:t>ab insan ke liye koi charge nahi raha is ke siwa ke woh aaj ki dunya ko dar-ul-imtihaan samjhe, aaj aaj ki dunya ko dar-ul-awal samjhe, hum dar-ul-jaza na samjhe.</w:t>
      </w:r>
    </w:p>
    <w:p>
      <w:pPr>
        <w:jc w:val="right"/>
      </w:pPr>
      <w:r>
        <w:t>اب انسان کے لیے کوئی چارج نہیں رہا اس کے سوا کہ وہ آج کی دنیا کو دارالامتحان سمجھے، آج آج کی دنیا کو دارالاول سمجھے، ہم دارالجزا نہ سمجھے۔</w:t>
      </w:r>
    </w:p>
    <w:p>
      <w:r>
        <w:rPr>
          <w:b/>
        </w:rPr>
        <w:t xml:space="preserve">[27:30] </w:t>
      </w:r>
      <w:r>
        <w:t>yani aaj ki dunya mein woh woh is tarah ki zindagi guzare jis ke nateejay mein us ko akhirat mein jannat milay.</w:t>
      </w:r>
    </w:p>
    <w:p>
      <w:pPr>
        <w:jc w:val="right"/>
      </w:pPr>
      <w:r>
        <w:t>یعنی آج کی دنیا میں وہ وہ اس طرح کی زندگی گزارے جس کے نتیجے میں اس کو آخرت میں جنت ملے۔</w:t>
      </w:r>
    </w:p>
    <w:p>
      <w:r>
        <w:rPr>
          <w:b/>
        </w:rPr>
        <w:t xml:space="preserve">[27:38] </w:t>
      </w:r>
      <w:r>
        <w:t>is zindagi ka khulasa sirf aik hai, yani Allah taala ki pasand wali zindagi jo hai, is khulasa sirf aik hai. woh yeh hai ke Allah taala ne is dunya mein insan ko diya hai azadi, freedom.</w:t>
      </w:r>
    </w:p>
    <w:p>
      <w:pPr>
        <w:jc w:val="right"/>
      </w:pPr>
      <w:r>
        <w:t>اس زندگی کا خلاصہ صرف ایک ہے، یعنی اللہ تعالی کی پسند والی زندگی جو ہے، اس خلاصہ صرف ایک ہے۔ وہ یہ ہے کہ اللہ تعالی نے اس دنیا میں انسان کو دیا ہے آزادی، فریڈم۔</w:t>
      </w:r>
    </w:p>
    <w:p>
      <w:r>
        <w:rPr>
          <w:b/>
        </w:rPr>
        <w:t xml:space="preserve">[27:54] </w:t>
      </w:r>
      <w:r>
        <w:t>to is jo crucial baat hai, woh yeh hai ke agar aadmi apni azadi ko misuse kare to woh hell mein jaye.</w:t>
      </w:r>
    </w:p>
    <w:p>
      <w:pPr>
        <w:jc w:val="right"/>
      </w:pPr>
      <w:r>
        <w:t>تو اس جو کروشل بات ہے، وہ یہ ہے کہ اگر آدمی اپنی آزادی کو مس یوز کرے تو وہ ہیلپ میں جائے۔</w:t>
      </w:r>
    </w:p>
    <w:p>
      <w:r>
        <w:rPr>
          <w:b/>
        </w:rPr>
        <w:t xml:space="preserve">[28:03] </w:t>
      </w:r>
      <w:r>
        <w:t>agar apni azadi ko properly use kare, woh sahi istemal kare to us ki jannat se akhirat mein. to yeh yeh baat jo peghambaron ne kahi thi, aaj woh scientifically establish reality ban gayi.</w:t>
      </w:r>
    </w:p>
    <w:p>
      <w:pPr>
        <w:jc w:val="right"/>
      </w:pPr>
      <w:r>
        <w:t>اگر اپنی آزادی کو پراپرلی یوز کرے، وہ صحیح استعمال کرے تو اس کی جنت سے آخرت میں۔ تو یہ یہ بات جو پیغمبروں نے کہی تھی، آج وہ سائنٹیفیکلی اسٹیبلش ریلیٹی بن گئی۔</w:t>
      </w:r>
    </w:p>
    <w:p>
      <w:r>
        <w:rPr>
          <w:b/>
        </w:rPr>
        <w:t xml:space="preserve">[28:20] </w:t>
      </w:r>
      <w:r>
        <w:t>to ab moajza dikhaye baghair hajj sabit shuda ban gayi.</w:t>
      </w:r>
    </w:p>
    <w:p>
      <w:pPr>
        <w:jc w:val="right"/>
      </w:pPr>
      <w:r>
        <w:t>تو اب معجزہ دکھائے بغیر حج ثابت شدہ بن گئی۔</w:t>
      </w:r>
    </w:p>
    <w:p>
      <w:r>
        <w:rPr>
          <w:b/>
        </w:rPr>
        <w:t xml:space="preserve">[28:26] </w:t>
      </w:r>
      <w:r>
        <w:t>yeh sab, yeh yeh yeh yeh jo Quran Majeed mein kaha gaya tha ke</w:t>
      </w:r>
    </w:p>
    <w:p>
      <w:pPr>
        <w:jc w:val="right"/>
      </w:pPr>
      <w:r>
        <w:t>یہ سب، یہ یہ یہ یہ جو قرآن مجید میں کہا گیا تھا کہ</w:t>
      </w:r>
    </w:p>
    <w:p>
      <w:r>
        <w:rPr>
          <w:b/>
        </w:rPr>
        <w:t xml:space="preserve">[28:39] </w:t>
      </w:r>
      <w:r>
        <w:t>to yeh aik yeh peshangoi thi, yani yeh ayat utri thi saatvi sadi eesvi ke ruba'a awwal mein. aaj yeh peshangoi poori ho chuki hai, aaj yeh waqea ban chuka hai.</w:t>
      </w:r>
    </w:p>
    <w:p>
      <w:pPr>
        <w:jc w:val="right"/>
      </w:pPr>
      <w:r>
        <w:t>تو یہ ایک یہ پیشنگوئی تھی، یعنی یہ آیت اتری تھی ساتویں صدی عیسوی کے ربع اول میں۔ آج یہ پیشنگوئی پوری ہو چکی ہے، آج یہ واقعہ بن چکا ہے۔</w:t>
      </w:r>
    </w:p>
    <w:p>
      <w:r>
        <w:rPr>
          <w:b/>
        </w:rPr>
        <w:t xml:space="preserve">[28:53] </w:t>
      </w:r>
      <w:r>
        <w:t>ab dekhen, aap jo musalman lad nahi rahe hain, bilkul bekar ki ladai lad rahe hain. yani Allah taala ne aap ko mauqa de diya hai ke tauheed ki dawat ko aap moajzaat ke sath le ke uthen.</w:t>
      </w:r>
    </w:p>
    <w:p>
      <w:pPr>
        <w:jc w:val="right"/>
      </w:pPr>
      <w:r>
        <w:t>اب دیکھیں، آپ جو مسلمان لڑ نہیں رہے ہیں، بالکل بیکار کی لڑائی لڑ رہے ہیں۔ یعنی اللہ تعالی نے آپ کو موقع دے دیا ہے کہ توحید کی دعوت کو آپ معجزات کے ساتھ لے کے اٹھیں۔</w:t>
      </w:r>
    </w:p>
    <w:p>
      <w:r>
        <w:rPr>
          <w:b/>
        </w:rPr>
        <w:t xml:space="preserve">[29:11] </w:t>
      </w:r>
      <w:r>
        <w:t>to aap daawti kaam kijiye. ladne ka matlab hai yeh sari dunya musalman lad rahe hain doosri qomon se, aur un ko pata nahi ke saare mauqe khul chuke hain.</w:t>
      </w:r>
    </w:p>
    <w:p>
      <w:pPr>
        <w:jc w:val="right"/>
      </w:pPr>
      <w:r>
        <w:t>تو آپ دعوتی کام کیجئے۔ لڑنے کا مطلب ہے یہ ساری دنیا مسلمان لڑ رہے ہیں دوسری قوموں سے، اور ان کو پتہ نہیں کہ سارے مواقع کھل چکے ہیں۔</w:t>
      </w:r>
    </w:p>
    <w:p>
      <w:r>
        <w:rPr>
          <w:b/>
        </w:rPr>
        <w:t xml:space="preserve">[29:24] </w:t>
      </w:r>
      <w:r>
        <w:t>saare mauqe jo matloob hain masjid dawat amal ke liye, woh khul chuke hain. is ko istemal karo. ab mauqa hai daawa aap purchase ka avail karne ka, na ke ladne phirne ka.</w:t>
      </w:r>
    </w:p>
    <w:p>
      <w:pPr>
        <w:jc w:val="right"/>
      </w:pPr>
      <w:r>
        <w:t>سارے مواقع جو مطلوب ہیں مسجد دعوت عمل کے لیے، وہ کھل چکے ہیں۔ اس کو استعمال کرو۔ اب موقع ہے دعویٰ آپ پرچیز کا اویل کرنے کا، نہ کہ لڑنے پھرنے کا۔</w:t>
      </w:r>
    </w:p>
    <w:p>
      <w:r>
        <w:rPr>
          <w:b/>
        </w:rPr>
        <w:t xml:space="preserve">[29:38] </w:t>
      </w:r>
      <w:r>
        <w:t>lad phir kar ke apne, yani apne waqt ko, apni energy ko zaya kar rahe hain. abhi dekhen, kal parson aik aik bohat top ka aik aadmi mara gaya hai.</w:t>
      </w:r>
    </w:p>
    <w:p>
      <w:pPr>
        <w:jc w:val="right"/>
      </w:pPr>
      <w:r>
        <w:t>لڑ پھر کر کے اپنے، یعنی اپنے وقت کو، اپنی انرجی کو ضائع کر رہے ہیں۔ ابھی دیکھیں، کل پرسوں ایک ایک بہت ٹاپ کا ایک آدمی مارا گیا ہے۔</w:t>
      </w:r>
    </w:p>
    <w:p>
      <w:r>
        <w:rPr>
          <w:b/>
        </w:rPr>
        <w:t xml:space="preserve">[29:54] </w:t>
      </w:r>
      <w:r>
        <w:t>aik arab, us ke baray mein aya hai ke woh arabi zaban khoob janta tha, angrezi khoob janta tha, bohat hi zaheen aadmi tha, lekin mental activities mein apne ko marwa liya khwah makhwah.</w:t>
      </w:r>
    </w:p>
    <w:p>
      <w:pPr>
        <w:jc w:val="right"/>
      </w:pPr>
      <w:r>
        <w:t>ایک عرب، اس کے بارے میں آیا ہے کہ وہ عربی زبان خوب جانتا تھا، انگریزی خوب جانتا تھا، بہت ہی ذہین آدمی تھا، لیکن مینٹل ایکٹیویٹیز میں اپنے کو مروا لیا خواہ مخواہ۔</w:t>
      </w:r>
    </w:p>
    <w:p>
      <w:r>
        <w:rPr>
          <w:b/>
        </w:rPr>
        <w:t xml:space="preserve">[30:06] </w:t>
      </w:r>
      <w:r>
        <w:t>yani anti American jo campaign chal rahe hain musalman, is mein woh shareek ho gaya militancy mein, aur America ko target kiya, aur us ko hawai hamla kar ke wapas lota.</w:t>
      </w:r>
    </w:p>
    <w:p>
      <w:pPr>
        <w:jc w:val="right"/>
      </w:pPr>
      <w:r>
        <w:t>یعنی اینٹی امریکن جو کیمپین چل رہے ہیں مسلمان، اس میں وہ شریک ہو گیا ملٹریسی میں، اور امریکہ کو ٹارگٹ کیا، اور اس کو ہوائی حملہ کر کے واپس لوٹا۔</w:t>
      </w:r>
    </w:p>
    <w:p>
      <w:r>
        <w:rPr>
          <w:b/>
        </w:rPr>
        <w:t xml:space="preserve">[30:20] </w:t>
      </w:r>
      <w:r>
        <w:t>us ki umar sirf 40 saal thi.</w:t>
      </w:r>
    </w:p>
    <w:p>
      <w:pPr>
        <w:jc w:val="right"/>
      </w:pPr>
      <w:r>
        <w:t>اس کی عمر صرف 40 سال تھی۔</w:t>
      </w:r>
    </w:p>
    <w:p>
      <w:r>
        <w:rPr>
          <w:b/>
        </w:rPr>
        <w:t xml:space="preserve">[30:22] </w:t>
      </w:r>
      <w:r>
        <w:t>to itna zaheen aadmi, itna yani itna qabil aadmi, us ko kaam karna chahiye dawat ka kaam.</w:t>
      </w:r>
    </w:p>
    <w:p>
      <w:pPr>
        <w:jc w:val="right"/>
      </w:pPr>
      <w:r>
        <w:t>تو اتنا ذہین آدمی، اتنا یعنی اتنا قابل آدمی، اس کو کام کرنا چاہیے دعوت کا کام۔</w:t>
      </w:r>
    </w:p>
    <w:p>
      <w:r>
        <w:rPr>
          <w:b/>
        </w:rPr>
        <w:t xml:space="preserve">[30:32] </w:t>
      </w:r>
      <w:r>
        <w:t>lekin musalman is zamanay mein daawa blind ho gaye hain. un ko nazar nahi aata ke dawat ke aitbar se jo opportunities khuli hui hain, un ko istemal karo.</w:t>
      </w:r>
    </w:p>
    <w:p>
      <w:pPr>
        <w:jc w:val="right"/>
      </w:pPr>
      <w:r>
        <w:t>لیکن مسلمان اس زمانے میں دعویٰ بلائنڈ ہو گئے ہیں۔ ان کو نظر نہیں آتا کہ دعوت کے اعتبار سے جو آپرچونیٹیز کھلی ہوئی ہیں، ان کو استعمال کرو۔</w:t>
      </w:r>
    </w:p>
    <w:p>
      <w:r>
        <w:rPr>
          <w:b/>
        </w:rPr>
        <w:t xml:space="preserve">[30:45] </w:t>
      </w:r>
      <w:r>
        <w:t>ab dekhen, is mein yeh bhi aik baat hai jo sainsi dour mein paida hui hai, azadi-e-rai, azadi-e-izhar-e-rai.</w:t>
      </w:r>
    </w:p>
    <w:p>
      <w:pPr>
        <w:jc w:val="right"/>
      </w:pPr>
      <w:r>
        <w:t>اب دیکھیں، اس میں یہ بھی ایک بات ہے جو سائنسی دور میں پیدا ہوئی ہے، آزادی رائے، آزادی اظہار رائے۔</w:t>
      </w:r>
    </w:p>
    <w:p>
      <w:r>
        <w:rPr>
          <w:b/>
        </w:rPr>
        <w:t xml:space="preserve">[30:55] </w:t>
      </w:r>
      <w:r>
        <w:t>pehle zamanay mein dekhen, yeh jis tarah aaj hum bolte hain, yeh hum ghar ke mein bol raha hoon, to yeh pehle zamanay mein aisa nahi mumkin nahi hua karta tha.</w:t>
      </w:r>
    </w:p>
    <w:p>
      <w:pPr>
        <w:jc w:val="right"/>
      </w:pPr>
      <w:r>
        <w:t>پہلے زمانے میں دیکھیں، یہ جس طرح آج ہم بولتے ہیں، یہ ہم گھر کے میں بول رہا ہوں، تو یہ پہلے زمانے میں ایسا نہیں ممکن نہیں ہوا کرتا تھا۔</w:t>
      </w:r>
    </w:p>
    <w:p>
      <w:r>
        <w:rPr>
          <w:b/>
        </w:rPr>
        <w:t xml:space="preserve">[31:08] </w:t>
      </w:r>
      <w:r>
        <w:t>pehle zamanay mein yeh tha ke jo badshah ki rai hai, woh sab ki rai hai. jo badshah ke mazhab koi sab nahi hota tha. yeh tha pehle zamanay mein,</w:t>
      </w:r>
    </w:p>
    <w:p>
      <w:pPr>
        <w:jc w:val="right"/>
      </w:pPr>
      <w:r>
        <w:t>پہلے زمانے میں یہ تھا کہ جو بادشاہ کی رائے ہے، وہ سب کی رائے ہے۔ جو بادشاہ کے مذہب کوئی سب نہیں ہوتا تھا۔ یہ تھا پہلے زمانے میں،</w:t>
      </w:r>
    </w:p>
    <w:p>
      <w:r>
        <w:rPr>
          <w:b/>
        </w:rPr>
        <w:t xml:space="preserve">[31:22] </w:t>
      </w:r>
      <w:r>
        <w:t>yani badshah ke state legend ke sath koi aur legend par chalna is zamanay mein mumkin nahi hota tha.</w:t>
      </w:r>
    </w:p>
    <w:p>
      <w:pPr>
        <w:jc w:val="right"/>
      </w:pPr>
      <w:r>
        <w:t>یعنی بادشاہ کے اسٹیٹ لیجنڈ کے ساتھ کوئی اور لیجنڈ پر چلنا اس زمانے میں ممکن نہیں ہوتا تھا۔</w:t>
      </w:r>
    </w:p>
    <w:p>
      <w:r>
        <w:rPr>
          <w:b/>
        </w:rPr>
        <w:t xml:space="preserve">[31:30] </w:t>
      </w:r>
      <w:r>
        <w:t>aur agar koi state legend se alag kar ke koi mazhab ikhtiyar karta tha to us ko bohat se bab, us ko bohat se dete thay, aur us ko bant dete thay.</w:t>
      </w:r>
    </w:p>
    <w:p>
      <w:pPr>
        <w:jc w:val="right"/>
      </w:pPr>
      <w:r>
        <w:t>اور اگر کوئی اسٹیٹ لیجنڈ سے الگ کر کے کوئی مذہب اختیار کرتا تھا تو اس کو بہت سے باب، اس کو بہت سے دیتے تھے، اور اس کو بانٹ دیتے تھے۔</w:t>
      </w:r>
    </w:p>
    <w:p>
      <w:r>
        <w:rPr>
          <w:b/>
        </w:rPr>
        <w:t xml:space="preserve">[31:41] </w:t>
      </w:r>
      <w:r>
        <w:t>yani qadeem zamanay mein states aur wafadari ka mayar yeh tha ke aap ka mazhab wohi ho jo badshah ka mazhab hai, aap ka mazhab wohi ho jo shahzaday qabailay ka mazhab hai.</w:t>
      </w:r>
    </w:p>
    <w:p>
      <w:pPr>
        <w:jc w:val="right"/>
      </w:pPr>
      <w:r>
        <w:t>یعنی قدیم زمانے میں اسٹیٹس اور وفاداری کا معیار یہ تھا کہ آپ کا مذہب وہی ہو جو بادشاہ کا مذہب ہے، آپ کا مذہب وہی ہو جو شہزادے قبیلے کا مذہب ہے۔</w:t>
      </w:r>
    </w:p>
    <w:p>
      <w:r>
        <w:rPr>
          <w:b/>
        </w:rPr>
        <w:t xml:space="preserve">[31:53] </w:t>
      </w:r>
      <w:r>
        <w:t>agar aap ka mazhab doosra hai to aap baghi hain, aap case jo hai, teaser case</w:t>
      </w:r>
    </w:p>
    <w:p>
      <w:pPr>
        <w:jc w:val="right"/>
      </w:pPr>
      <w:r>
        <w:t>اگر آپ کا مذہب دوسرا ہے تو آپ باغی ہیں، آپ کیس جو ہے، ٹیزر کیس</w:t>
      </w:r>
    </w:p>
    <w:p>
      <w:r>
        <w:rPr>
          <w:b/>
        </w:rPr>
        <w:t xml:space="preserve">[32:01] </w:t>
      </w:r>
      <w:r>
        <w:t>hai. yeh dour khatam ho gaya. yeh is zamanay mein bohat bara waqia hua hai ke dunya mein democracy aa gayi, azadi aa gayi, aur jis ko mein kehta hoon ke thought culture aur political power ko aik do sal kar diya gaya hai.</w:t>
      </w:r>
    </w:p>
    <w:p>
      <w:pPr>
        <w:jc w:val="right"/>
      </w:pPr>
      <w:r>
        <w:t>ہے۔ یہ دور ختم ہو گیا۔ یہ اس زمانے میں بہت بڑا واقعہ ہوا ہے کہ دنیا میں ڈیموکریسی آ گئی، آزادی آ گئی، اور جس کو میں کہتا ہوں کہ تھاٹ کلچر اور پولیٹیکل پاور کو ایک دو سال کر دیا گیا ہے۔</w:t>
      </w:r>
    </w:p>
    <w:p>
      <w:r>
        <w:rPr>
          <w:b/>
        </w:rPr>
        <w:t xml:space="preserve">[32:20] </w:t>
      </w:r>
      <w:r>
        <w:t>aap kuch bhi sochein, kuch bhi aap propagate karein, kisi bhi cheez ko aap phailayein, kisi sal ko</w:t>
      </w:r>
    </w:p>
    <w:p>
      <w:pPr>
        <w:jc w:val="right"/>
      </w:pPr>
      <w:r>
        <w:t>آپ کچھ بھی سوچیں، کچھ بھی آپ پروپیگیٹ کریں، کسی بھی چیز کو آپ پھیلائیں، کسی سال کو</w:t>
      </w:r>
    </w:p>
    <w:p>
      <w:r>
        <w:rPr>
          <w:b/>
        </w:rPr>
        <w:t xml:space="preserve">[32:31] </w:t>
      </w:r>
      <w:r>
        <w:t>aap ko poori azadi hai. aik hi restriction hai, woh yeh hai ke aap tashaddud na karein, mar dhaad na karein, gun culture aur bab culture na chalaein.</w:t>
      </w:r>
    </w:p>
    <w:p>
      <w:pPr>
        <w:jc w:val="right"/>
      </w:pPr>
      <w:r>
        <w:t>آپ کو پوری آزادی ہے۔ ایک ہی ریسٹرکشن ہے، وہ یہ ہے کہ آپ تشدد نہ کریں، مار دھاڑ نہ کریں، گن کلچر اور باب کلچر نہ چلائیں۔</w:t>
      </w:r>
    </w:p>
    <w:p>
      <w:r>
        <w:rPr>
          <w:b/>
        </w:rPr>
        <w:t xml:space="preserve">[32:42] </w:t>
      </w:r>
      <w:r>
        <w:t>to itnay baray mawaqe khul gaye hain, is ko avail karne ka waqt hai, nah ke larne padne ka, apne kaam ko aap log marwane ka. to aaj kal jo larai bhadai ho rahi hai, idhar udhar suicide bombing ho rahi hai, idhar woh aap walay mujhe maar ke is party se, aap walay mujhe maar ke,</w:t>
      </w:r>
    </w:p>
    <w:p>
      <w:pPr>
        <w:jc w:val="right"/>
      </w:pPr>
      <w:r>
        <w:t>تو اتنے بڑے مواقع کھل گئے ہیں، اس کو اویل کرنے کا وقت ہے، نہ کہ لڑنے پڑنے کا، اپنے کام کو آپ لوگ مروانے کا۔ تو آج کل جو لڑائی بھڑائی ہو رہی ہے، ادھر ادھر سوسائیڈ بمپنگ ہو رہی ہے، ادھر وہ آپ والے مجھے مار کے اس پارٹی سے، آپ والے مجھے مار کے،</w:t>
      </w:r>
    </w:p>
    <w:p>
      <w:r>
        <w:rPr>
          <w:b/>
        </w:rPr>
        <w:t xml:space="preserve">[32:59] </w:t>
      </w:r>
      <w:r>
        <w:t>aayein is waqt jab ke aap ko mawaqe dawat Allah taala ne khol diye hain, to un ko avail karein, dawat aur chotiz ko avail karein, nah ke ghair zaroori tor par larai kar ke apne ko bhala karein.</w:t>
      </w:r>
    </w:p>
    <w:p>
      <w:pPr>
        <w:jc w:val="right"/>
      </w:pPr>
      <w:r>
        <w:t>آئیں اس وقت جب کہ آپ کو مواقع دعوت اللہ تعالی نے کھول دیے ہیں، تو ان کو اویل کریں، دعویٰ اور چوٹیز کو اویل کریں، نہ کہ غیر ضروری طور پر لڑائی کر کے اپنے کو بھلا کریں۔</w:t>
      </w:r>
    </w:p>
    <w:p>
      <w:r>
        <w:rPr>
          <w:b/>
        </w:rPr>
        <w:t xml:space="preserve">[33:13] </w:t>
      </w:r>
      <w:r>
        <w:t>to hamara mission jo hai, Allah ke fazal se isi usool par khara kiya gaya hai. yeh jo yeh mission jis ka yeh taht hum kaam kar rahe hain,</w:t>
      </w:r>
    </w:p>
    <w:p>
      <w:pPr>
        <w:jc w:val="right"/>
      </w:pPr>
      <w:r>
        <w:t>تو ہمارا مشن جو ہے، اللہ کے فضل سے اسی اصول پر کھڑا کیا گیا ہے۔ یہ جو یہ مشن جس کا یہ تحت ہم کام کر رہے ہیں،</w:t>
      </w:r>
    </w:p>
    <w:p>
      <w:r>
        <w:rPr>
          <w:b/>
        </w:rPr>
        <w:t xml:space="preserve">[33:25] </w:t>
      </w:r>
      <w:r>
        <w:t>yeh poori dunya mein aik non political mission hai, non political mission hai, yeh strictly non political hai. hamara koi nishana political nishana nahi hai, hamein hukoomat mein hissa lena nahi hai,</w:t>
      </w:r>
    </w:p>
    <w:p>
      <w:pPr>
        <w:jc w:val="right"/>
      </w:pPr>
      <w:r>
        <w:t>یہ پوری دنیا میں ایک نان پولیٹیکل مشن ہے، نان پولیٹیکل مشن ہے، یہ سٹرکٹلی نان پولیٹیکل ہے۔ ہمارا کوئی نشانہ پولیٹیکل نشان نہیں ہے، ہمیں حکومت میں حصہ لینا نہیں ہے،</w:t>
      </w:r>
    </w:p>
    <w:p>
      <w:r>
        <w:rPr>
          <w:b/>
        </w:rPr>
        <w:t xml:space="preserve">[33:40] </w:t>
      </w:r>
      <w:r>
        <w:t>hamein hukoomat se koi talluq nahi hai, kisi mani mein hukoomat se koi talluq nahi hai. hamara masla kya hai? dawat opportunities ko avail kar</w:t>
      </w:r>
    </w:p>
    <w:p>
      <w:pPr>
        <w:jc w:val="right"/>
      </w:pPr>
      <w:r>
        <w:t>ہمیں حکومت سے کوئی تعلق نہیں ہے، کسی معنی میں حکومت سے کوئی تعلق نہیں ہے۔ ہمارا مسئلہ کیا ہے؟ دعویٰ اپرچونیٹیز کو اویل کر</w:t>
      </w:r>
    </w:p>
    <w:p>
      <w:r>
        <w:rPr>
          <w:b/>
        </w:rPr>
        <w:t xml:space="preserve">[33:50] </w:t>
      </w:r>
      <w:r>
        <w:t>na, print media ko istemal kar ke, electronic media ko istemal kar ke, aur jo zarray hain, age of communication ko istemal kar ke dawat ko phailana.</w:t>
      </w:r>
    </w:p>
    <w:p>
      <w:pPr>
        <w:jc w:val="right"/>
      </w:pPr>
      <w:r>
        <w:t>نا، پرنٹ میڈیا کو استعمال کر کے، الیکٹرانک میڈیا کو استعمال کر کے، اور جو ذرائع ہیں، ایج آف کمیونیکیشن کو استعمال کر کے دعوت کو پھیلانا۔</w:t>
      </w:r>
    </w:p>
    <w:p>
      <w:r>
        <w:rPr>
          <w:b/>
        </w:rPr>
        <w:t xml:space="preserve">[34:01] </w:t>
      </w:r>
      <w:r>
        <w:t>yeh hi mission hai. to hum Allah ke fazal se isi mission par kharay hue hain. hum larai bhadai ko, tashaddud ko bilkul Islam ke khilaf samajhte hain,</w:t>
      </w:r>
    </w:p>
    <w:p>
      <w:pPr>
        <w:jc w:val="right"/>
      </w:pPr>
      <w:r>
        <w:t>یہی مشن ہے۔ تو ہم اللہ کے فضل سے اسی مشن پر کھڑے ہوئے ہیں۔ ہم لڑائی بھڑائی کو، تشدد کو بالکل اسلام کے خلاف سمجھتے ہیں،</w:t>
      </w:r>
    </w:p>
    <w:p>
      <w:r>
        <w:rPr>
          <w:b/>
        </w:rPr>
        <w:t xml:space="preserve">[34:13] </w:t>
      </w:r>
      <w:r>
        <w:t>balkay nadani samajhte hain. is ko nadani ke jab mawaqe dawat ke khul gaye hon to larai ka matlab kya hai? mawaqe dawat jab khul jayein to larai ka matlab nahi rehta hoga.</w:t>
      </w:r>
    </w:p>
    <w:p>
      <w:pPr>
        <w:jc w:val="right"/>
      </w:pPr>
      <w:r>
        <w:t>بلکہ نادانی سمجھتے ہیں۔ اس کو نادانی کہ جب مواقع دعوت کے کھل گئے ہوں تو لڑائی کا مطلب کیا ہے؟ مواقع دعوت جب کھل جائیں تو لڑائی کا مطلب نہیں رہتا ہوگا۔</w:t>
      </w:r>
    </w:p>
    <w:p>
      <w:r>
        <w:rPr>
          <w:b/>
        </w:rPr>
        <w:t xml:space="preserve">[34:22] </w:t>
      </w:r>
      <w:r>
        <w:t>kyun ke dekhen, Islam ka nishana jo hai, woh kya hai? logon ne nishani galat bana rakha hai. nishana hai: "ud wala sabilaka".</w:t>
      </w:r>
    </w:p>
    <w:p>
      <w:pPr>
        <w:jc w:val="right"/>
      </w:pPr>
      <w:r>
        <w:t>کیونکہ دیکھیں، اسلام کا نشانہ جو ہے، وہ کیا ہے؟ لوگوں نے نشانی غلط بنا رکھا ہے۔ نشانہ ہے: "اُدْ وَلَا سَبِيلَكَ"۔</w:t>
      </w:r>
    </w:p>
    <w:p>
      <w:r>
        <w:rPr>
          <w:b/>
        </w:rPr>
        <w:t xml:space="preserve">[34:32] </w:t>
      </w:r>
      <w:r>
        <w:t>"ud wala sabil rabbika". abay rabb ki taraf banao. yeh dawat-e-Islam ka nishana hai. hukoomat qaim karna aur koday marna aur aur qoum na banta, yeh nishana hi nahi hai Islam ka.</w:t>
      </w:r>
    </w:p>
    <w:p>
      <w:pPr>
        <w:jc w:val="right"/>
      </w:pPr>
      <w:r>
        <w:t>"اُدْ وَلَا سَبِيلَ رَبِّكَ"۔ ابے رب کی طرف بناؤ۔ یہ دعوت اسلام کا نشانہ ہے۔ حکومت قائم کرنا اور کوڑے مارنا اور اور قوم نہ بنتا، یہ نشانہ ہی نہیں ہے اسلام کا۔</w:t>
      </w:r>
    </w:p>
    <w:p>
      <w:r>
        <w:rPr>
          <w:b/>
        </w:rPr>
        <w:t xml:space="preserve">[34:47] </w:t>
      </w:r>
      <w:r>
        <w:t>agar nishana hota to Quran mein aisi ayatein hoti ke "aqab daar-tul-Islam nafsh rehay" ka Muhammad aisi koi ayat to Quran mein hai nahi. to jo goal hai, jo nishana hai, jo target hai Islam ka, woh dawat hai.</w:t>
      </w:r>
    </w:p>
    <w:p>
      <w:pPr>
        <w:jc w:val="right"/>
      </w:pPr>
      <w:r>
        <w:t>اگر نشانہ ہوتا تو قرآن میں ایسی آیتیں ہوتی کہ "عقب دارت الاسلام نفش رہے" کا محمد ایسی کوئی آیت تو قرآن میں ہے نہیں۔ تو جو گول ہے، جو نشانہ ہے، جو ٹارگٹ ہے اسلام کا، وہ دعوت ہے۔</w:t>
      </w:r>
    </w:p>
    <w:p>
      <w:r>
        <w:rPr>
          <w:b/>
        </w:rPr>
        <w:t xml:space="preserve">[35:03] </w:t>
      </w:r>
      <w:r>
        <w:t>yani dawat ka matlab kya hai? Allah taala ke jo creation plan hai, creation plan of God se log ba khabar karna</w:t>
      </w:r>
    </w:p>
    <w:p>
      <w:pPr>
        <w:jc w:val="right"/>
      </w:pPr>
      <w:r>
        <w:t>یعنی دعوت کا مطلب کیا ہے؟ اللہ تعالی کے جو کریشن پلان ہے، کریشن پلان آف گاڈ سے لوگ باخبر کرنا</w:t>
      </w:r>
    </w:p>
    <w:p>
      <w:r>
        <w:rPr>
          <w:b/>
        </w:rPr>
        <w:t xml:space="preserve">[35:13] </w:t>
      </w:r>
      <w:r>
        <w:t>ke Allah ne kyun paida kiya insan ko, kyun is dunya mein rakha, kyun is ko azadi di.</w:t>
      </w:r>
    </w:p>
    <w:p>
      <w:pPr>
        <w:jc w:val="right"/>
      </w:pPr>
      <w:r>
        <w:t>کہ اللہ نے کیوں پیدا کیا انسان کو، کیوں اس دنیا میں رکھا، کیوں اس کو آزادی دی۔</w:t>
      </w:r>
    </w:p>
    <w:p>
      <w:r>
        <w:rPr>
          <w:b/>
        </w:rPr>
        <w:t xml:space="preserve">[35:22] </w:t>
      </w:r>
      <w:r>
        <w:t>to is ka jawab yeh hai ke yahan paida kiya hai insan ko Allah taala ne, ne test ke liye. yani azadi isi liye di hai.</w:t>
      </w:r>
    </w:p>
    <w:p>
      <w:pPr>
        <w:jc w:val="right"/>
      </w:pPr>
      <w:r>
        <w:t>تو اس کا جواب یہ ہے کہ یہاں پیدا کیا ہے انسان کو اللہ تعالی نے، نے ٹیسٹ کے لیے۔ یعنی آزادی اسی لیے دی ہے۔</w:t>
      </w:r>
    </w:p>
    <w:p>
      <w:r>
        <w:rPr>
          <w:b/>
        </w:rPr>
        <w:t xml:space="preserve">[35:33] </w:t>
      </w:r>
      <w:r>
        <w:t>yeh daud al-ahmad hai. agar aap ne Allah ke hukum ke mutabiq zindagi guzari to aap ko akhirat mein jannat ka inaam mile gi</w:t>
      </w:r>
    </w:p>
    <w:p>
      <w:pPr>
        <w:jc w:val="right"/>
      </w:pPr>
      <w:r>
        <w:t>یہ داؤد الاحمد ہے۔ اگر آپ نے اللہ کے حکم کے مطابق زندگی گزاری تو آپ کو آخرت میں جنت کا انعام ملے گی</w:t>
      </w:r>
    </w:p>
    <w:p>
      <w:r>
        <w:rPr>
          <w:b/>
        </w:rPr>
        <w:t xml:space="preserve">[35:42] </w:t>
      </w:r>
      <w:r>
        <w:t>. is ke khilaaf chalein to aap ko jahannum ka saamna karna pare ga. to yeh hai creation plan of god. is se ba khabar karna yahi target hai dawat ka.</w:t>
      </w:r>
    </w:p>
    <w:p>
      <w:pPr>
        <w:jc w:val="right"/>
      </w:pPr>
      <w:r>
        <w:t>۔ اس کے خلاف چلیں تو آپ کو جہنم کا سامنا کرنا پڑے گا۔ تو یہ ہے کریشن پلان آف گاڈ۔ اس سے باخبر کرنا یہی ٹارگٹ ہے دعوت کا۔</w:t>
      </w:r>
    </w:p>
    <w:p>
      <w:r>
        <w:rPr>
          <w:b/>
        </w:rPr>
        <w:t xml:space="preserve">[35:54] </w:t>
      </w:r>
      <w:r>
        <w:t>hum allah ke fazl se isi ko le kar chal rahe hain.</w:t>
      </w:r>
    </w:p>
    <w:p>
      <w:pPr>
        <w:jc w:val="right"/>
      </w:pPr>
      <w:r>
        <w:t>ہم اللہ کے فضل سے اسی کو لے کر چل رہے ہیں۔</w:t>
      </w:r>
    </w:p>
    <w:p>
      <w:r>
        <w:rPr>
          <w:b/>
        </w:rPr>
        <w:t xml:space="preserve">[35:58] </w:t>
      </w:r>
      <w:r>
        <w:t>to yahan par dekhein, dono zareaon ko, print media aur electronic media, dono ko istemal karte hue hum sari dunya mein is paigham ko pohncha rahe hain.</w:t>
      </w:r>
    </w:p>
    <w:p>
      <w:pPr>
        <w:jc w:val="right"/>
      </w:pPr>
      <w:r>
        <w:t>تو یہاں پر دیکھیں، دونوں ذرائع کو، پرنٹ میڈیا اور الیکٹرانک میڈیا، دونوں کو استعمال کرتے ہوئے ہم ساری دنیا میں اس پیغام کو پہنچا رہے ہیں۔</w:t>
      </w:r>
    </w:p>
    <w:p>
      <w:r>
        <w:rPr>
          <w:b/>
        </w:rPr>
        <w:t xml:space="preserve">[36:10] </w:t>
      </w:r>
      <w:r>
        <w:t>abhi jaldi hamare haan se quran ka 50 safha english mein, jo quran ke 50 se zyada tarjume hain angrezi zuban mein,</w:t>
      </w:r>
    </w:p>
    <w:p>
      <w:pPr>
        <w:jc w:val="right"/>
      </w:pPr>
      <w:r>
        <w:t>ابھی جلدی ہمارے ہاں سے قرآن کا 50 صفحہ انگلش میں، جو قرآن کے 50 سے زیادہ ترجمے ہیں انگریزی زبان میں،</w:t>
      </w:r>
    </w:p>
    <w:p>
      <w:r>
        <w:rPr>
          <w:b/>
        </w:rPr>
        <w:t xml:space="preserve">[36:22] </w:t>
      </w:r>
      <w:r>
        <w:t>english jo ke international language hai, is mein tarjume musalmanon kiye bohat se hain. lekin yeh tarjume aise hain ke is mein clarity nahi hai, is mein confusion hai,</w:t>
      </w:r>
    </w:p>
    <w:p>
      <w:pPr>
        <w:jc w:val="right"/>
      </w:pPr>
      <w:r>
        <w:t>انگلش جو کہ انٹرنیشنل لینگویج ہے، اس میں ترجمے مسلمانوں کیے بہت سے ہیں۔ لیکن یہ ترجمے ایسے ہیں کہ اس میں کلیرٹی نہیں ہے، اس میں کنفیوژن ہے،</w:t>
      </w:r>
    </w:p>
    <w:p>
      <w:r>
        <w:rPr>
          <w:b/>
        </w:rPr>
        <w:t xml:space="preserve">[36:36] </w:t>
      </w:r>
      <w:r>
        <w:t>is mein yani modern medium mein yeh tarjume nahi hain. to hum ne kai saal koshishon ke baad aur ek team koshish ke baad, inshallah, yeh kaam kiya hai ke quran ka tarjuma tayyar kiya, is ko bohat hi behtareen jo tabiat ka mayar hai, is ko chhapa.</w:t>
      </w:r>
    </w:p>
    <w:p>
      <w:pPr>
        <w:jc w:val="right"/>
      </w:pPr>
      <w:r>
        <w:t>اس میں یعنی ماڈرن میڈیم میں یہ ترجمے نہیں ہیں۔ تو ہم نے کئی سال کوششوں کے بعد اور ایک ٹیم کوشش کے بعد، انشاءاللہ، یہ کام کیا ہے کہ قرآن کا ترجمہ تیار کیا، اس کو بہت ہی بہترین جو تابعات کا معیار ہے، اس کو چھپایا۔</w:t>
      </w:r>
    </w:p>
    <w:p>
      <w:r>
        <w:rPr>
          <w:b/>
        </w:rPr>
        <w:t xml:space="preserve">[36:57] </w:t>
      </w:r>
      <w:r>
        <w:t>ab yeh aap sab logon ka kaam yeh hai ke aap is quran ko international language ka jo quran hai, yeh tarjuma is ka</w:t>
      </w:r>
    </w:p>
    <w:p>
      <w:pPr>
        <w:jc w:val="right"/>
      </w:pPr>
      <w:r>
        <w:t>اب یہ آپ سب لوگوں کا کام یہ ہے کہ آپ اس قرآن کو انٹرنیشنل لینگویج کا جو قرآن ہے، یہ ترجمہ اس کا</w:t>
      </w:r>
    </w:p>
    <w:p>
      <w:r>
        <w:rPr>
          <w:b/>
        </w:rPr>
        <w:t xml:space="preserve">[37:07] </w:t>
      </w:r>
      <w:r>
        <w:t>sari dunya mein phaila dein. main samajhta hoon ke jo hadith aayi hai ke ek waqt aaye ga jab ke har ghar mein allah ka kalma dakhil ho jaye ga.</w:t>
      </w:r>
    </w:p>
    <w:p>
      <w:pPr>
        <w:jc w:val="right"/>
      </w:pPr>
      <w:r>
        <w:t>ساری دنیا میں پھیلا دیں۔ میں سمجھتا ہوں کہ جو حدیث آئی ہے کہ ایک وقت آئے گا جب کہ ہر گھر میں اللہ کا کلمہ داخل ہو جائے گا۔</w:t>
      </w:r>
    </w:p>
    <w:p>
      <w:r>
        <w:rPr>
          <w:b/>
        </w:rPr>
        <w:t xml:space="preserve">[37:18] </w:t>
      </w:r>
      <w:r>
        <w:t>to main samajhta hoon ke allah ka kalma, matlab allah ka word of god, allah ka kalam, allah ki kitab. to yeh waqt aa gaya hai kyunke print media karna hota, communication karna hota,</w:t>
      </w:r>
    </w:p>
    <w:p>
      <w:pPr>
        <w:jc w:val="right"/>
      </w:pPr>
      <w:r>
        <w:t>تو میں سمجھتا ہوں کہ اللہ کا کلمہ، مطلب اللہ کا ورڈ آف گاڈ، اللہ کا کلام، اللہ کی کتاب۔ تو یہ وقت آ گیا ہے کیونکہ پرنٹ میڈیا کرنا ہوتا، کمیونیکیشن کرنا ہوتا،</w:t>
      </w:r>
    </w:p>
    <w:p>
      <w:r>
        <w:rPr>
          <w:b/>
        </w:rPr>
        <w:t xml:space="preserve">[37:34] </w:t>
      </w:r>
      <w:r>
        <w:t>global globalization karna hua hota to kaise mumkin tha?</w:t>
      </w:r>
    </w:p>
    <w:p>
      <w:pPr>
        <w:jc w:val="right"/>
      </w:pPr>
      <w:r>
        <w:t>گلوبل گلوبلائزیشن کرنا ہوا ہوتا تو کیسے ممکن تھا؟</w:t>
      </w:r>
    </w:p>
    <w:p>
      <w:r>
        <w:rPr>
          <w:b/>
        </w:rPr>
        <w:t xml:space="preserve">[37:38] </w:t>
      </w:r>
      <w:r>
        <w:t>har chote bade ghar mein allah ke kalam ka dakhil karna is waqt mumkin ho sakta hai jab ke dunya ek global bridge ban chuki ho, jab dunya mein media ka daur aa chuka ho, jab dunya mein communication ka zamana aa chuka ho.</w:t>
      </w:r>
    </w:p>
    <w:p>
      <w:pPr>
        <w:jc w:val="right"/>
      </w:pPr>
      <w:r>
        <w:t>ہر چھوٹے بڑے گھر میں اللہ کے کلام کا داخل کرنا اس وقت ممکن ہو سکتا ہے جب کہ دنیا ایک گلوبل برج بن چکی ہو، جب دنیا میں میڈیا کا دور آ چکا ہو، جب دنیا میں کمیونیکیشن کا زمانہ آ چکا ہو۔</w:t>
      </w:r>
    </w:p>
    <w:p>
      <w:r>
        <w:rPr>
          <w:b/>
        </w:rPr>
        <w:t xml:space="preserve">[37:54] </w:t>
      </w:r>
      <w:r>
        <w:t>yeh sab aa chuka hai,</w:t>
      </w:r>
    </w:p>
    <w:p>
      <w:pPr>
        <w:jc w:val="right"/>
      </w:pPr>
      <w:r>
        <w:t>یہ سب آ چکا ہے،</w:t>
      </w:r>
    </w:p>
    <w:p>
      <w:r>
        <w:rPr>
          <w:b/>
        </w:rPr>
        <w:t xml:space="preserve">[37:56] </w:t>
      </w:r>
      <w:r>
        <w:t>yeh sab aa chuka hai. to ab jo hai, aap sab logon ka farz hai ke is tarjuma quran ko sari dunya mein phaila dein, ghar ghar mein phailayein, phaila pohncha dein.</w:t>
      </w:r>
    </w:p>
    <w:p>
      <w:pPr>
        <w:jc w:val="right"/>
      </w:pPr>
      <w:r>
        <w:t>یہ سب آ چکا ہے۔ تو اب جو ہے، آپ سب لوگوں کا فرض ہے کہ اس ترجمہ قرآن کو ساری دنیا میں پھیلا دیں، گھر گھر میں پھیلائیں، پھیلا پہنچا دیں۔</w:t>
      </w:r>
    </w:p>
    <w:p>
      <w:r>
        <w:rPr>
          <w:b/>
        </w:rPr>
        <w:t xml:space="preserve">[38:09] </w:t>
      </w:r>
      <w:r>
        <w:t>kyunke dekhein, jo main ne arz kiya ke paighambaron ka khitab waqt ke zehan taqat se hota tha, is tarah gosht taqat</w:t>
      </w:r>
    </w:p>
    <w:p>
      <w:pPr>
        <w:jc w:val="right"/>
      </w:pPr>
      <w:r>
        <w:t>کیونکہ دیکھیں، جو میں نے عرض کیا کہ پیغمبروں کا خطاب وقت کے ذہین طاقت سے ہوتا تھا، اس طرح گوشت طاقت</w:t>
      </w:r>
    </w:p>
    <w:p>
      <w:r>
        <w:rPr>
          <w:b/>
        </w:rPr>
        <w:t xml:space="preserve">[38:19] </w:t>
      </w:r>
      <w:r>
        <w:t>se. is waqt soorat e haal yeh hai ke dunya bhar ke jo jo zehan log hain, parhe likhe log hain, woh sab english zuban istemal karte hain. sare zehan log jo hain, taqreeban jo parhe likhe hain,</w:t>
      </w:r>
    </w:p>
    <w:p>
      <w:pPr>
        <w:jc w:val="right"/>
      </w:pPr>
      <w:r>
        <w:t>سے۔ اس وقت صورتحال یہ ہے کہ دنیا بھر کے جو جو ذہین لوگ ہیں، پڑھے لکھے لوگ ہیں، وہ سب انگلش زبان استعمال کرتے ہیں۔ سارے ذہین لوگ جو ہیں، تقریباً جو پڑھے لکھے ہیں،</w:t>
      </w:r>
    </w:p>
    <w:p>
      <w:r>
        <w:rPr>
          <w:b/>
        </w:rPr>
        <w:t xml:space="preserve">[38:33] </w:t>
      </w:r>
      <w:r>
        <w:t>jo parhe dimagh hain, woh sab angrezi wale hain. is tarah se english zuban jo hai, indian international zuban ban gayi hai. woh zuban jo tarjuma tayyar hua hai,</w:t>
      </w:r>
    </w:p>
    <w:p>
      <w:pPr>
        <w:jc w:val="right"/>
      </w:pPr>
      <w:r>
        <w:t>جو پڑھے دماغ ہیں، وہ سب انگریزی والے ہیں۔ اس طرح سے انگلش زبان جو ہے، انڈین انٹرنیشنل زبان بن گئی ہے۔ وہ زبان جو ترجمہ تیار ہوا ہے،</w:t>
      </w:r>
    </w:p>
    <w:p>
      <w:r>
        <w:rPr>
          <w:b/>
        </w:rPr>
        <w:t xml:space="preserve">[38:45] </w:t>
      </w:r>
      <w:r>
        <w:t>is ko phailana ka bohat hi asan kaam hoga. idkhal kalma, jo idkhal kalma bataya gaya hai hadith mein ke har ghar mein allah ka kalam dakhil ho jaye ga, to is ko allah ta'ala ne sare,</w:t>
      </w:r>
    </w:p>
    <w:p>
      <w:pPr>
        <w:jc w:val="right"/>
      </w:pPr>
      <w:r>
        <w:t>اس کو پھیلانا کا بہت ہی آسان کام ہوگا۔ ادخال کلمہ، جو ادخال کلمہ بتایا گیا ہے حدیث میں کہ ہر گھر میں اللہ کا کلام داخل ہو جائے گا، تو اس کو اللہ تعالی نے سارے،</w:t>
      </w:r>
    </w:p>
    <w:p>
      <w:r>
        <w:rPr>
          <w:b/>
        </w:rPr>
        <w:t xml:space="preserve">[38:58] </w:t>
      </w:r>
      <w:r>
        <w:t>yani yani 99 kaam to allah ta'ala ne kar diye, yani is kaam ke liye jo aur matloob hai, woh jin woh sab 99 percent allah ta'ala ne kar di.</w:t>
      </w:r>
    </w:p>
    <w:p>
      <w:pPr>
        <w:jc w:val="right"/>
      </w:pPr>
      <w:r>
        <w:t>یعنی یعنی 99 کام تو اللہ تعالی نے کر دیے، یعنی اس کام کے لیے جو اور مطلوب ہے، وہ جن وہ سب 99 پرسنٹ اللہ تعالی نے کر دیے۔</w:t>
      </w:r>
    </w:p>
    <w:p>
      <w:r>
        <w:rPr>
          <w:b/>
        </w:rPr>
        <w:t xml:space="preserve">[39:10] </w:t>
      </w:r>
      <w:r>
        <w:t>yani azadi aa gayi dunya mein, interaction aa gaya dunya mein, languages freedom aa gaya dunya mein, communication aa gaya dunya mein, global world globalization aa gaya dunya mein, dunya global bridge ban gayi, safar asan ho gaya.</w:t>
      </w:r>
    </w:p>
    <w:p>
      <w:pPr>
        <w:jc w:val="right"/>
      </w:pPr>
      <w:r>
        <w:t>یعنی آزادی آ گئی دنیا میں، انٹریکشن آ گیا دنیا میں، لینگویجز فریڈم آ گیا دنیا میں، کمیونیکیشن آ گیا دنیا میں، گلوبل ورلڈ گلوبائزیشن آ گیا دنیا میں، دنیا گلوبل برج بن گئی، سفر آسان ہو گیا۔</w:t>
      </w:r>
    </w:p>
    <w:p>
      <w:r>
        <w:rPr>
          <w:b/>
        </w:rPr>
        <w:t xml:space="preserve">[39:29] </w:t>
      </w:r>
      <w:r>
        <w:t>yani sare jo is ke taqaze the, woh sab poore kar diye allah ta'ala ne. to 99 percent to allah ta'ala ne kar diya hai bil fa'al.</w:t>
      </w:r>
    </w:p>
    <w:p>
      <w:pPr>
        <w:jc w:val="right"/>
      </w:pPr>
      <w:r>
        <w:t>یعنی سارے جو اس کے تقاضے تھے، وہ سب پورے کر دیے اللہ تعالی نے۔ تو 99 پرسنٹ تو اللہ تعالی نے کر دیا ہے بالفعل۔</w:t>
      </w:r>
    </w:p>
    <w:p>
      <w:r>
        <w:rPr>
          <w:b/>
        </w:rPr>
        <w:t xml:space="preserve">[39:38] </w:t>
      </w:r>
      <w:r>
        <w:t>ab kya hai? sirf aap ko 1 percent karna hai. yani is is is is is quran ke is, yani jo tayyar hua hai, is ko dunya mein phailaya hai.</w:t>
      </w:r>
    </w:p>
    <w:p>
      <w:pPr>
        <w:jc w:val="right"/>
      </w:pPr>
      <w:r>
        <w:t>اب کیا ہے؟ صرف آپ کو ون پرسنٹ کرنا ہے۔ یعنی اس اس اس اس اس قرآن کے اس، یعنی جو تیار ہوا ہے، اس کو دنیا میں پھیلایا ہے۔</w:t>
      </w:r>
    </w:p>
    <w:p>
      <w:r>
        <w:rPr>
          <w:b/>
        </w:rPr>
        <w:t xml:space="preserve">[39:51] </w:t>
      </w:r>
      <w:r>
        <w:t>isi ke sath sath hamara jo literature hai, woh supportive literature hai, supportive literature hai. yani quran ki dawat ko mazeed detail, is mein mazeed dalail ke sath wazeh kiya gaya hai.</w:t>
      </w:r>
    </w:p>
    <w:p>
      <w:pPr>
        <w:jc w:val="right"/>
      </w:pPr>
      <w:r>
        <w:t>اسی کے ساتھ ساتھ ہمارا جو لٹریچر ہے، وہ سپورٹیو لٹریچر ہے، سپورٹیو لٹریچر ہے۔ یعنی قرآن کی دعوت کو مزید ڈیٹیل، اس میں مزید دلائل کے ساتھ واضح کیا گیا ہے۔</w:t>
      </w:r>
    </w:p>
    <w:p>
      <w:r>
        <w:rPr>
          <w:b/>
        </w:rPr>
        <w:t xml:space="preserve">[40:04] </w:t>
      </w:r>
      <w:r>
        <w:t>to asal jo nishana hai, woh to quran ko pohnchana, sath sath supportive literature jo hai, is ko bhi logon tak pohnchana taake log achi tarah samajh sakein dawat e tauheed ko.</w:t>
      </w:r>
    </w:p>
    <w:p>
      <w:pPr>
        <w:jc w:val="right"/>
      </w:pPr>
      <w:r>
        <w:t>تو اصل جو نشانہ ہے، وہ تو قرآن کو پہنچانا، ساتھ ساتھ سپورٹیو لٹریچر جو ہے، اس کو بھی لوگوں تک پہنچانا تاکہ لوگ اچھی طرح سمجھ سکیں دعوت توحید کو۔</w:t>
      </w:r>
    </w:p>
    <w:p>
      <w:r>
        <w:rPr>
          <w:b/>
        </w:rPr>
        <w:t xml:space="preserve">[40:18] </w:t>
      </w:r>
      <w:r>
        <w:t>to yeh hai hamara mission.</w:t>
      </w:r>
    </w:p>
    <w:p>
      <w:pPr>
        <w:jc w:val="right"/>
      </w:pPr>
      <w:r>
        <w:t>تو یہ ہے ہمارا مشن۔</w:t>
      </w:r>
    </w:p>
    <w:p>
      <w:r>
        <w:rPr>
          <w:b/>
        </w:rPr>
        <w:t xml:space="preserve">[40:21] </w:t>
      </w:r>
      <w:r>
        <w:t>main samajhta hoon ke</w:t>
      </w:r>
    </w:p>
    <w:p>
      <w:pPr>
        <w:jc w:val="right"/>
      </w:pPr>
      <w:r>
        <w:t>میں سمجھتا ہوں کہ</w:t>
      </w:r>
    </w:p>
    <w:p>
      <w:r>
        <w:rPr>
          <w:b/>
        </w:rPr>
        <w:t xml:space="preserve">[40:25] </w:t>
      </w:r>
      <w:r>
        <w:t>is se yeh yeh jo 21 sadi mein jo pohancha hai qafila toheed ka, to is ka sab se bara kaam yahi hai.</w:t>
      </w:r>
    </w:p>
    <w:p>
      <w:pPr>
        <w:jc w:val="right"/>
      </w:pPr>
      <w:r>
        <w:t>اس سے یہ یہ جو 21 صدی میں جو پہنچا ہے قافلہ توحید کا، تو اس کا سب سے بڑا کام یہی ہے۔</w:t>
      </w:r>
    </w:p>
    <w:p>
      <w:r>
        <w:rPr>
          <w:b/>
        </w:rPr>
        <w:t xml:space="preserve">[40:37] </w:t>
      </w:r>
      <w:r>
        <w:t>pichli sadiyon mein mumkin nahi hua hua tha ke is tareeqe se Allah ke paigham ko sari dunya mein pohanchaya jaye. Tarah tarah ki mushkilain hain, tarah tarah ki rok ro</w:t>
      </w:r>
    </w:p>
    <w:p>
      <w:pPr>
        <w:jc w:val="right"/>
      </w:pPr>
      <w:r>
        <w:t>پچھلی صدیوں میں ممکن نہیں ہوا ہوا تھا کہ اس طریقے سے اللہ کے پیغام کو ساری دنیا میں پہنچایا جائے۔ طرح طرح کی مشکلیں ہیں، طرح طرح کی روک رو</w:t>
      </w:r>
    </w:p>
    <w:p>
      <w:r>
        <w:rPr>
          <w:b/>
        </w:rPr>
        <w:t xml:space="preserve">[40:48] </w:t>
      </w:r>
      <w:r>
        <w:t>kawatein theen pehle dino mein. Ab to har darwaza khul chuka hai, ab koi darwaza aisa nahi hai jo baqi hai jo khula hua na ho.</w:t>
      </w:r>
    </w:p>
    <w:p>
      <w:pPr>
        <w:jc w:val="right"/>
      </w:pPr>
      <w:r>
        <w:t>کاوٹیں تھیں پہلے دنوں میں۔ اب تو ہر دروازہ کھل چکا ہے، اب کوئی دروازہ ایسا نہیں ہے جو باقی ہے جو کھلا ہوا نہ ہو۔</w:t>
      </w:r>
    </w:p>
    <w:p>
      <w:r>
        <w:rPr>
          <w:b/>
        </w:rPr>
        <w:t xml:space="preserve">[40:59] </w:t>
      </w:r>
      <w:r>
        <w:t>Mazeed yeh hai ke logon ka idhar aik creste paida ho gayi hai ke woh Quran ko parhein. Kal parson mein aik doctor ke haan gaya to mere sath aik sahib thay, unhon ne wahan dekha ke aik sahib aya hua hai, woh parha likha hua hota hai,</w:t>
      </w:r>
    </w:p>
    <w:p>
      <w:pPr>
        <w:jc w:val="right"/>
      </w:pPr>
      <w:r>
        <w:t>مزید یہ ہے کہ لوگوں کا ادھر ایک کریسٹی پیدا ہو گئی ہے کہ وہ قرآن کو پڑھیں۔ کل پرسوں میں ایک ڈاکٹر کے ہاں گیا تو میرے ساتھ ایک صاحب تھے، انہوں نے وہاں دیکھا کہ ایک صاحب آیا ہوا ہے، وہ پڑھ لکھا ہوا ہوتا ہے،</w:t>
      </w:r>
    </w:p>
    <w:p>
      <w:r>
        <w:rPr>
          <w:b/>
        </w:rPr>
        <w:t xml:space="preserve">[41:17] </w:t>
      </w:r>
      <w:r>
        <w:t>to is ko unhon ne Quran diya. To is ne dekha aur dekhne ko is ko aise sense laga, sense laga ke to charh ke uth gaya.</w:t>
      </w:r>
    </w:p>
    <w:p>
      <w:pPr>
        <w:jc w:val="right"/>
      </w:pPr>
      <w:r>
        <w:t>تو اس کو انہوں نے قرآن دیا۔ تو اس نے دیکھا اور دیکھنے کو اس کو ایسے سینس لگا، سینس لگا کہ تو چڑھ کے اٹھ گیا۔</w:t>
      </w:r>
    </w:p>
    <w:p>
      <w:r>
        <w:rPr>
          <w:b/>
        </w:rPr>
        <w:t xml:space="preserve">[41:27] </w:t>
      </w:r>
      <w:r>
        <w:t>Aisa laga jaise ke woh isi ghar mein ho ke mujhe Quran de ke Quran is waqt news mein hai. News mein har jagah log aik dahshat, aik crasti paida ho gayi.</w:t>
      </w:r>
    </w:p>
    <w:p>
      <w:pPr>
        <w:jc w:val="right"/>
      </w:pPr>
      <w:r>
        <w:t>ایسا لگا جیسے کہ وہ اسی گھر میں ہو کہ مجھے قرآن دے کہ قرآن اس وقت نیوز میں ہے۔ نیوز میں ہر جگہ لوگ ایک دہشت، ایک کراستی پیدا ہو گئی۔</w:t>
      </w:r>
    </w:p>
    <w:p>
      <w:r>
        <w:rPr>
          <w:b/>
        </w:rPr>
        <w:t xml:space="preserve">[41:42] </w:t>
      </w:r>
      <w:r>
        <w:t>To yani bilkul waqt aa gaya hai aakhri ke aap is kaam ko karein aur dunya is ko, dunya mein is ko taraqqi bil uqool hasil ho jaye.</w:t>
      </w:r>
    </w:p>
    <w:p>
      <w:pPr>
        <w:jc w:val="right"/>
      </w:pPr>
      <w:r>
        <w:t>تو یعنی بالکل وقت آ گیا ہے آخری کہ آپ اس کام کو کریں اور دنیا اس کو، دنیا میں اس کو ترقی بالعقول حاصل ہو جائے۔</w:t>
      </w:r>
    </w:p>
    <w:p>
      <w:r>
        <w:rPr>
          <w:b/>
        </w:rPr>
        <w:t xml:space="preserve">[41:52] </w:t>
      </w:r>
      <w:r>
        <w:t>Yani log is ko shauq se is ka istaqbal karein.</w:t>
      </w:r>
    </w:p>
    <w:p>
      <w:pPr>
        <w:jc w:val="right"/>
      </w:pPr>
      <w:r>
        <w:t>یعنی لوگ اس کو شوق سے اس کا استقبال کریں۔</w:t>
      </w:r>
    </w:p>
    <w:p>
      <w:r>
        <w:rPr>
          <w:b/>
        </w:rPr>
        <w:t xml:space="preserve">[41:58] </w:t>
      </w:r>
      <w:r>
        <w:t>Main samajhta hoon ke hum mein se har shakhs ko is ko sochna chahiye aur jo log yahan hain, shayad un ko chahiye ke doosron ko batayein yeh baat. Har aadmi doosre logon ko bataye ke dekho bhai, yeh kaam karna hai.</w:t>
      </w:r>
    </w:p>
    <w:p>
      <w:pPr>
        <w:jc w:val="right"/>
      </w:pPr>
      <w:r>
        <w:t>میں سمجھتا ہوں کہ ہم میں سے ہر شخص کو اس کو سوچنا چاہیے اور جو لوگ یہاں ہیں، شاید ان کو چاہیے کہ دوسروں کو بتائیں یہ بات۔ ہر آدمی دوسرے لوگوں کو بتائے کہ دیکھو بھئی، یہ کام کرنا ہے۔</w:t>
      </w:r>
    </w:p>
    <w:p>
      <w:r>
        <w:rPr>
          <w:b/>
        </w:rPr>
        <w:t xml:space="preserve">[42:11] </w:t>
      </w:r>
      <w:r>
        <w:t>Is kaam ke liye aap ko apna business sirf nahi chhodna hai, apna job nahi chhodna hai, kuch nahi</w:t>
      </w:r>
    </w:p>
    <w:p>
      <w:pPr>
        <w:jc w:val="right"/>
      </w:pPr>
      <w:r>
        <w:t>اس کام کے لیے آپ کو اپنا بزنس صرف نہیں چھوڑنا ہے، اپنا جاب نہیں چھوڑنا ہے، کچھ نہیں</w:t>
      </w:r>
    </w:p>
    <w:p>
      <w:r>
        <w:rPr>
          <w:b/>
        </w:rPr>
        <w:t xml:space="preserve">[42:17] </w:t>
      </w:r>
      <w:r>
        <w:t>chhodna hai. Sirf aik aap ke sath apne jeeb mein, apne bag mein literature aur Quran ka tarjuma rakhna hai.</w:t>
      </w:r>
    </w:p>
    <w:p>
      <w:pPr>
        <w:jc w:val="right"/>
      </w:pPr>
      <w:r>
        <w:t>چھوڑنا ہے۔ صرف ایک آپ کے ساتھ اپنے جیب میں، اپنے بیگ میں لٹریچر اور قرآن کا ترجمہ رکھنا ہے۔</w:t>
      </w:r>
    </w:p>
    <w:p>
      <w:r>
        <w:rPr>
          <w:b/>
        </w:rPr>
        <w:t xml:space="preserve">[42:26] </w:t>
      </w:r>
      <w:r>
        <w:t>Jahan koi mile, woh de dena hai. Safar mein ho tab bhi, hazrat mein ho tab bhi, apne mulk mein ho tab bhi, bahar jayein tab bhi. To sirf apne kaam, apne jo bhi aap kaam karte hon,</w:t>
      </w:r>
    </w:p>
    <w:p>
      <w:pPr>
        <w:jc w:val="right"/>
      </w:pPr>
      <w:r>
        <w:t>جہاں کوئی ملے، وہ دے دینا ہے۔ سفر میں ہو تب بھی، حضرت میں ہو تب بھی، اپنے ملک میں ہو تب بھی، باہر جائیں تب بھی۔ تو صرف اپنے کام، اپنے جو بھی آپ کام کرتے ہوں،</w:t>
      </w:r>
    </w:p>
    <w:p>
      <w:r>
        <w:rPr>
          <w:b/>
        </w:rPr>
        <w:t xml:space="preserve">[42:40] </w:t>
      </w:r>
      <w:r>
        <w:t>aap ke student hon, aap reader hon, aap business man hon, aap koi job kar rahe hon, kuch bhi hon, aap politician hon, sath sath is ko apni zindagi mein aik sham nikalen.</w:t>
      </w:r>
    </w:p>
    <w:p>
      <w:pPr>
        <w:jc w:val="right"/>
      </w:pPr>
      <w:r>
        <w:t>آپ کے سٹوڈنٹ ہوں، آپ ریڈر ہوں، آپ بزنس مین ہوں، آپ کوئی جاب کر رہے ہوں، کچھ بھی ہوں، آپ پولیٹیشن ہوں، ساتھ ساتھ اس کو اپنی زندگی میں ایک شام نکالیں۔</w:t>
      </w:r>
    </w:p>
    <w:p>
      <w:r>
        <w:rPr>
          <w:b/>
        </w:rPr>
        <w:t xml:space="preserve">[42:53] </w:t>
      </w:r>
      <w:r>
        <w:t>Aap log aisa karein aur doosre tamam log batayein ke aise karna hai.</w:t>
      </w:r>
    </w:p>
    <w:p>
      <w:pPr>
        <w:jc w:val="right"/>
      </w:pPr>
      <w:r>
        <w:t>آپ لوگ ایسا کریں اور دوسرے تمام لوگ بتائیں کہ ایسے کرنا ہے۔</w:t>
      </w:r>
    </w:p>
    <w:p>
      <w:r>
        <w:rPr>
          <w:b/>
        </w:rPr>
        <w:t xml:space="preserve">[42:59] </w:t>
      </w:r>
      <w:r>
        <w:t>Aakhri waqt aa gaya hai ke hum Allah ke paigham ko sari dunya mein pohancha dein. Koi aadmi bekhabar na rahe. Dekhein, Quran mein jo dawat ko,</w:t>
      </w:r>
    </w:p>
    <w:p>
      <w:pPr>
        <w:jc w:val="right"/>
      </w:pPr>
      <w:r>
        <w:t>آخری وقت آ گیا ہے کہ ہم اللہ کے پیغام کو ساری دنیا میں پہنچا دیں۔ کوئی آدمی بے خبر نہ رہے۔ دیکھیں، قرآن میں جو دعوت کو،</w:t>
      </w:r>
    </w:p>
    <w:p>
      <w:r>
        <w:rPr>
          <w:b/>
        </w:rPr>
        <w:t xml:space="preserve">[43:13] </w:t>
      </w:r>
      <w:r>
        <w:t>dawat, dawat kiya hai,</w:t>
      </w:r>
    </w:p>
    <w:p>
      <w:pPr>
        <w:jc w:val="right"/>
      </w:pPr>
      <w:r>
        <w:t>دعوت، دعوت کیا ہے،</w:t>
      </w:r>
    </w:p>
    <w:p>
      <w:r>
        <w:rPr>
          <w:b/>
        </w:rPr>
        <w:t xml:space="preserve">[43:15] </w:t>
      </w:r>
      <w:r>
        <w:t>is ko Surah Nisa mein bataya gaya hai ke dawat ka maqsad yeh hai ke Allah taala ki log hajjat Allah par na rahein.</w:t>
      </w:r>
    </w:p>
    <w:p>
      <w:pPr>
        <w:jc w:val="right"/>
      </w:pPr>
      <w:r>
        <w:t>اس کو سورہ نساء میں بتایا گیا ہے کہ دعوت کا مقصد یہ ہے کہ اللہ تعالی کی لوگ حجت اللہ پر نہ رہیں۔</w:t>
      </w:r>
    </w:p>
    <w:p>
      <w:r>
        <w:rPr>
          <w:b/>
        </w:rPr>
        <w:t xml:space="preserve">[43:25] </w:t>
      </w:r>
      <w:r>
        <w:t>le Allah صلی اللہ علیہ وسلم, yani hajj ke maidan mein jab is log khare kiye jayein ge, tamam log koi yeh na kar sake ke khuda ya hum ko pakra ja raha hai.</w:t>
      </w:r>
    </w:p>
    <w:p>
      <w:pPr>
        <w:jc w:val="right"/>
      </w:pPr>
      <w:r>
        <w:t>لے اللہ صلی اللہ علیہ وسلم، یعنی حج کے میدان میں جب اس لوگ کھڑے کیے جائیں گے، تمام لوگ کوئی یہ نہ کر سکے کہ خدایا ہم کو پکڑا جا رہا ہے۔</w:t>
      </w:r>
    </w:p>
    <w:p>
      <w:r>
        <w:rPr>
          <w:b/>
        </w:rPr>
        <w:t xml:space="preserve">[43:38] </w:t>
      </w:r>
      <w:r>
        <w:t>Halankay hum jante nahi thay ke kya hone wala hai. Aap ka takhleeq ka masla kiya hai?</w:t>
      </w:r>
    </w:p>
    <w:p>
      <w:pPr>
        <w:jc w:val="right"/>
      </w:pPr>
      <w:r>
        <w:t>حالانکہ ہم جانتے نہیں تھے کہ کیا ہونے والا ہے۔ آپ کا تخلیق کا مسئلہ کیا ہے؟</w:t>
      </w:r>
    </w:p>
    <w:p>
      <w:r>
        <w:rPr>
          <w:b/>
        </w:rPr>
        <w:t xml:space="preserve">[43:44] </w:t>
      </w:r>
      <w:r>
        <w:t>Creation plan aap ka kiya tha? Hum is se bekhabar thay. Hum ko aise paida hue, hajjiyat o barkat. To yeh kehne ka moqa kisi ko na mile.</w:t>
      </w:r>
    </w:p>
    <w:p>
      <w:pPr>
        <w:jc w:val="right"/>
      </w:pPr>
      <w:r>
        <w:t>کریشن پلان آپ کا کیا تھا؟ ہم اس سے بے خبر تھے۔ ہم کو ایسے پیدا ہوئے، حجیت و برکت۔ تو یہ کہنے کا موقع کسی کو نہ ملے۔</w:t>
      </w:r>
    </w:p>
    <w:p>
      <w:r>
        <w:rPr>
          <w:b/>
        </w:rPr>
        <w:t xml:space="preserve">[43:54] </w:t>
      </w:r>
      <w:r>
        <w:t>Har aadmi ko, har aadmi ki bekhabari ko tod diya jaye. To dawat sach poochein to yeh hai: "to to make people aware of the creation plan of God".</w:t>
      </w:r>
    </w:p>
    <w:p>
      <w:pPr>
        <w:jc w:val="right"/>
      </w:pPr>
      <w:r>
        <w:t>ہر آدمی کو، ہر آدمی کی بے خبری کو توڑ دیا جائے۔ تو دعوت سچ پوچھیں تو یہ ہے: "ٹو ٹو میک پیپل اویئر آف دا کریشن پلان آف گاڈ"۔</w:t>
      </w:r>
    </w:p>
    <w:p>
      <w:r>
        <w:rPr>
          <w:b/>
        </w:rPr>
        <w:t xml:space="preserve">[44:08] </w:t>
      </w:r>
      <w:r>
        <w:t>To Allah taala ko maqsood yeh hai ke qayamat mein koi yeh na keh sake</w:t>
      </w:r>
    </w:p>
    <w:p>
      <w:pPr>
        <w:jc w:val="right"/>
      </w:pPr>
      <w:r>
        <w:t>تو اللہ تعالی کو مقصود یہ ہے کہ قیامت میں کوئی یہ نہ کہہ سکے</w:t>
      </w:r>
    </w:p>
    <w:p>
      <w:r>
        <w:rPr>
          <w:b/>
        </w:rPr>
        <w:t xml:space="preserve">[44:15] </w:t>
      </w:r>
      <w:r>
        <w:t>ke hum se pooch gach ki ja rahi hai, hum se pakra ja raha hai. Jab hamein kuch pata nahi tha, hum to bekhabar thay is baat se ke koi cheez hai jo Khuda ki kitab hai, jo hamein janna hai, jis se jis ko hamein parhna hai.</w:t>
      </w:r>
    </w:p>
    <w:p>
      <w:pPr>
        <w:jc w:val="right"/>
      </w:pPr>
      <w:r>
        <w:t>کہ ہم سے پوچھ گچھ کی جا رہی ہے، ہم سے پکڑا جا رہا ہے۔ جب ہمیں کچھ پتہ نہیں تھا، ہم تو بے خبر تھے اس بات سے کہ کوئی چیز ہے جو خدا کی کتاب ہے، جو ہمیں جاننا ہے، جس سے جس کو ہمیں پڑھنا ہے۔</w:t>
      </w:r>
    </w:p>
    <w:p>
      <w:r>
        <w:rPr>
          <w:b/>
        </w:rPr>
        <w:t xml:space="preserve">[44:29] </w:t>
      </w:r>
      <w:r>
        <w:t>Yahan hamein pata hi nahi tha is</w:t>
      </w:r>
    </w:p>
    <w:p>
      <w:pPr>
        <w:jc w:val="right"/>
      </w:pPr>
      <w:r>
        <w:t>یہاں ہمیں پتہ ہی نہیں تھا اس</w:t>
      </w:r>
    </w:p>
    <w:p>
      <w:r>
        <w:rPr>
          <w:b/>
        </w:rPr>
        <w:t xml:space="preserve">[44:30] </w:t>
      </w:r>
      <w:r>
        <w:t>ko. To koi is bekhabari mein na rahe. Agar woh bekhabari mein marta hai to yeh us ki zimmedari aap ke upar hai ke aap unhein pehchanein, pohanchayein nahi is ko.</w:t>
      </w:r>
    </w:p>
    <w:p>
      <w:pPr>
        <w:jc w:val="right"/>
      </w:pPr>
      <w:r>
        <w:t>کو۔ تو کوئی اس بے خبری میں نہ رہے۔ اگر وہ بے خبری میں مرتا ہے تو یہ اس کی ذمہ داری آپ کے اوپر ہے کہ آپ انہیں پہچانیں، پہنچائیں نہیں اس کو۔</w:t>
      </w:r>
    </w:p>
    <w:p>
      <w:r>
        <w:rPr>
          <w:b/>
        </w:rPr>
        <w:t xml:space="preserve">[44:43] </w:t>
      </w:r>
      <w:r>
        <w:t>to woh aadmi jo hai, aap ko pakre ga, yaani ummat-e-muhammadi ko pakre ga. woh log jin ko paigham nahi pohncha Allah ta'ala ka, to woh ummat-e-muhammadi ko pakrein ge ke tum ne kyun nahi pohnchaya?</w:t>
      </w:r>
    </w:p>
    <w:p>
      <w:pPr>
        <w:jc w:val="right"/>
      </w:pPr>
      <w:r>
        <w:t>تو وہ آدمی جو ہے، آپ کو پکڑے گا، یعنی امت محمدی کو پکڑے گا۔ وہ لوگ جن کو پیغام نہیں پہنچا اللہ تعالی کا، تو وہ امت محمدی کو پکڑیں گے کہ تم نے کیوں نہیں پہنچایا؟</w:t>
      </w:r>
    </w:p>
    <w:p>
      <w:r>
        <w:rPr>
          <w:b/>
        </w:rPr>
        <w:t xml:space="preserve">[44:59] </w:t>
      </w:r>
      <w:r>
        <w:t>jab tumhare paas lakh kalam tha to pohnchaya kyun nahi tum ne?</w:t>
      </w:r>
    </w:p>
    <w:p>
      <w:pPr>
        <w:jc w:val="right"/>
      </w:pPr>
      <w:r>
        <w:t>جب تمہارے پاس لاکھ کلام تھا تو پہنچایا کیوں نہیں تم نے؟</w:t>
      </w:r>
    </w:p>
    <w:p>
      <w:r>
        <w:rPr>
          <w:b/>
        </w:rPr>
        <w:t xml:space="preserve">[45:03] </w:t>
      </w:r>
      <w:r>
        <w:t>to yeh bohat hi sangin baat hai ke muamla sirf dunya mein dawat ka nahi hai, akhirat ki pakar ka hai. dekhein, ummat-e-muhammadi ko ayat aaya hai ke un ko double sawab mile ga.</w:t>
      </w:r>
    </w:p>
    <w:p>
      <w:pPr>
        <w:jc w:val="right"/>
      </w:pPr>
      <w:r>
        <w:t>تو یہ بہت ہی سنگین بات ہے کہ معاملہ صرف دنیا میں دعوت کا نہیں ہے، آخرت کے پکڑ کا ہے۔ دیکھیں، امت محمدی کو آیت آیا ہے کہ ان کو ڈبل ثواب ملے گا۔</w:t>
      </w:r>
    </w:p>
    <w:p>
      <w:r>
        <w:rPr>
          <w:b/>
        </w:rPr>
        <w:t xml:space="preserve">[45:18] </w:t>
      </w:r>
      <w:r>
        <w:t>to double sawab kyun mile ga? double sawab muft se nahi mile ga, muft ki wajah se nahi mile ga, balkeh yeh is liye mile ga</w:t>
      </w:r>
    </w:p>
    <w:p>
      <w:pPr>
        <w:jc w:val="right"/>
      </w:pPr>
      <w:r>
        <w:t>تو ڈبل ثواب کیوں ملے گا؟ ڈبل ثواب مفت سے نہیں ملے گا، مفت کی وجہ سے نہیں ملے گا، بلکہ یہ اس لیے ملے گا</w:t>
      </w:r>
    </w:p>
    <w:p>
      <w:r>
        <w:rPr>
          <w:b/>
        </w:rPr>
        <w:t xml:space="preserve">[45:26] </w:t>
      </w:r>
      <w:r>
        <w:t>ke ek to unhon ne khud deen pe amal kiya, khud deen pe amal karne ka ek sawab hai. doosra yeh ke unhon ne deen ko dunya tak pohnchaya hai, yaani ek aamil ke hisse, ek da'i ke hisse,</w:t>
      </w:r>
    </w:p>
    <w:p>
      <w:pPr>
        <w:jc w:val="right"/>
      </w:pPr>
      <w:r>
        <w:t>کہ ایک تو انہوں نے خود دین پہ عمل کیا، خود دین پہ عمل کرنے کا ایک ثواب ہے۔ دوسرا یہ کہ انہوں نے دین کو دنیا تک پہنچایا ہے، یعنی ایک عامل کے ہندسے، ایک داعی کے ہندسے،</w:t>
      </w:r>
    </w:p>
    <w:p>
      <w:r>
        <w:rPr>
          <w:b/>
        </w:rPr>
        <w:t xml:space="preserve">[45:41] </w:t>
      </w:r>
      <w:r>
        <w:t>ek sawab aamil ke hisse, ek sawab da'i ke hisse ke jo deen unhein mila tha,</w:t>
      </w:r>
    </w:p>
    <w:p>
      <w:pPr>
        <w:jc w:val="right"/>
      </w:pPr>
      <w:r>
        <w:t>ایک ثواب عامل کے ہندسے، ایک ثواب داعی کے ہندسے کہ جو دین انہیں ملا تھا،</w:t>
      </w:r>
    </w:p>
    <w:p>
      <w:r>
        <w:rPr>
          <w:b/>
        </w:rPr>
        <w:t xml:space="preserve">[45:50] </w:t>
      </w:r>
      <w:r>
        <w:t>Allah ka jo deen pohncha tha un ko ba-khabar gehri se khud us par amal kiya. ek sawab is baat ka, ek sawab is baat ka ke unhon ne doosron tak is ko pohnchaya.</w:t>
      </w:r>
    </w:p>
    <w:p>
      <w:pPr>
        <w:jc w:val="right"/>
      </w:pPr>
      <w:r>
        <w:t>اللہ کا جو دین پہنچا تھا ان کو باخبر گہری سے خود اس پر عمل کیا۔ ایک ثواب اس بات کا، ایک ثواب اس بات کا کہ انہوں نے دوسروں تک اس کو پہنچایا۔</w:t>
      </w:r>
    </w:p>
    <w:p>
      <w:r>
        <w:rPr>
          <w:b/>
        </w:rPr>
        <w:t xml:space="preserve">[46:02] </w:t>
      </w:r>
      <w:r>
        <w:t>isi ko quran mein kaha gaya hai ke "le rasool علیہ تو</w:t>
      </w:r>
    </w:p>
    <w:p>
      <w:pPr>
        <w:jc w:val="right"/>
      </w:pPr>
      <w:r>
        <w:t>اسی کو قرآن میں کہا گیا ہے کہ "لے رسول علیہ تو</w:t>
      </w:r>
    </w:p>
    <w:p>
      <w:r>
        <w:rPr>
          <w:b/>
        </w:rPr>
        <w:t xml:space="preserve">[46:09] </w:t>
      </w:r>
      <w:r>
        <w:t>double sawab" jo hai, woh koi koi yaani fazeelat ki wajah se nahi hai,</w:t>
      </w:r>
    </w:p>
    <w:p>
      <w:pPr>
        <w:jc w:val="right"/>
      </w:pPr>
      <w:r>
        <w:t>ڈبل ثواب" جو ہے، وہ کوئی کوئی یعنی فضیلت کی وجہ سے نہیں ہے،</w:t>
      </w:r>
    </w:p>
    <w:p>
      <w:r>
        <w:rPr>
          <w:b/>
        </w:rPr>
        <w:t xml:space="preserve">[46:17] </w:t>
      </w:r>
      <w:r>
        <w:t>hargiz nahi, woh amal ki wajah se hai. yaani agar yeh ummat yeh dono kaam kare, aamil bhi bane aur da'i bhi bane, tab hai woh sawab.</w:t>
      </w:r>
    </w:p>
    <w:p>
      <w:pPr>
        <w:jc w:val="right"/>
      </w:pPr>
      <w:r>
        <w:t>ہرگز نہیں، وہ عمل کی وجہ سے ہے۔ یعنی اگر یہ امت یہ دونوں کام کرے، عامل بھی بنے اور داعی بھی بنے، تب ہے وہ ثواب۔</w:t>
      </w:r>
    </w:p>
    <w:p>
      <w:r>
        <w:rPr>
          <w:b/>
        </w:rPr>
        <w:t xml:space="preserve">[46:27] </w:t>
      </w:r>
      <w:r>
        <w:t>warna woh kuch bhi nahi, unhein yeh mile ga to woh mile ga. aur doosre likhein to bohat ahem baat yeh hai ke agar musalman dawat ka kaam anjaam na dein to un ka ummat-e-muhammadi hone mein mushkil ho jaye ga.</w:t>
      </w:r>
    </w:p>
    <w:p>
      <w:pPr>
        <w:jc w:val="right"/>
      </w:pPr>
      <w:r>
        <w:t>ورنہ وہ کچھ بھی نہیں، انہیں یہ ملے گا تو وہ ملے گا۔ اور دوسرے لکھیں تو بہت اہم بات یہ ہے کہ اگر مسلمان دعوت کا کام انجام نہ دیں تو ان کا امت محمدی ہونے میں مشکل ہو جائے گا۔</w:t>
      </w:r>
    </w:p>
    <w:p>
      <w:r>
        <w:rPr>
          <w:b/>
        </w:rPr>
        <w:t xml:space="preserve">[46:48] </w:t>
      </w:r>
      <w:r>
        <w:t>quran mein hai ek ayat ke rasool ke bare mein: "ya ayyuha al-rasool,</w:t>
      </w:r>
    </w:p>
    <w:p>
      <w:pPr>
        <w:jc w:val="right"/>
      </w:pPr>
      <w:r>
        <w:t>قرآن میں ہے ایک آیت کے رسول کے بارے میں: "یا ایہا الرسول،</w:t>
      </w:r>
    </w:p>
    <w:p>
      <w:r>
        <w:rPr>
          <w:b/>
        </w:rPr>
        <w:t xml:space="preserve">[47:01] </w:t>
      </w:r>
      <w:r>
        <w:t>is ka matlab yeh hai ke agar rasool dawat ka kaam na kare to is ka rasool hona mushtabah ho jata hai." kehte hain sakht baat hai yeh.</w:t>
      </w:r>
    </w:p>
    <w:p>
      <w:pPr>
        <w:jc w:val="right"/>
      </w:pPr>
      <w:r>
        <w:t>اس کا مطلب یہ ہے کہ اگر رسول دعوت کا کام نہ کرے تو اس کا رسول ہونا مشتبہ ہو جاتا ہے۔" کہتے ہیں سخت بات ہے یہ۔</w:t>
      </w:r>
    </w:p>
    <w:p>
      <w:r>
        <w:rPr>
          <w:b/>
        </w:rPr>
        <w:t xml:space="preserve">[47:10] </w:t>
      </w:r>
      <w:r>
        <w:t>is tareeqe se ummat-e-muhammadi agar dawat ka kaam na kare to is ka ummat-e-muhammadi hona mushtabah ho jaye ga.</w:t>
      </w:r>
    </w:p>
    <w:p>
      <w:pPr>
        <w:jc w:val="right"/>
      </w:pPr>
      <w:r>
        <w:t>اس طریقے سے امت محمدی اگر دعوت کا کام نہ کرے تو اس کا امت محمدی ہونا مشتبہ ہو جائے گا۔</w:t>
      </w:r>
    </w:p>
    <w:p>
      <w:r>
        <w:rPr>
          <w:b/>
        </w:rPr>
        <w:t xml:space="preserve">[47:17] </w:t>
      </w:r>
      <w:r>
        <w:t>aap ghor kijiye ke qayamat mein aap is ko is ka ta'awun kar sakte hain. qayamat ka ailaan kiya jaye ke to ummat-e-muhammadi nahi ho, kya hum is ka ta'awun kar sakte hain?</w:t>
      </w:r>
    </w:p>
    <w:p>
      <w:pPr>
        <w:jc w:val="right"/>
      </w:pPr>
      <w:r>
        <w:t>آپ غور کیجئے کہ قیامت میں آپ اس کو اس کا تعاون کر سکتے ہیں۔ قیامت کا اعلان کیا جائے کہ تو امت محمدی نہیں ہو، کیا ہم اس کا تعاون کر سکتے ہیں؟</w:t>
      </w:r>
    </w:p>
    <w:p>
      <w:r>
        <w:rPr>
          <w:b/>
        </w:rPr>
        <w:t xml:space="preserve">[47:31] </w:t>
      </w:r>
      <w:r>
        <w:t>to bohat ziyada sochne ki baat hai kyun ke dunya mein dobara number nahi aana hai. mar gaye to chale gaye dunya se. to akhirat mein agar yeh agar aisa ho ke wahan ailaan kar diya hai ke yeh yeh log jo hain, yeh ummat-e-muhammadi ka darja paane ke mustahiq nahi hain ke unhon ne kar-e-muhammadi ko anjaam nahi diya, unhon ne to aap ghor kijiye us waqt kya anjaam hoga hamara.</w:t>
      </w:r>
    </w:p>
    <w:p>
      <w:pPr>
        <w:jc w:val="right"/>
      </w:pPr>
      <w:r>
        <w:t>تو بہت زیادہ سوچنے کی بات ہے کیونکہ دنیا میں دوبارہ نمبر نہیں آنا ہے۔ مر گئے تو چلے گئے دنیا سے۔ تو آخرت میں اگر یہ اگر ایسا ہو کہ وہاں اعلان کر دیا ہے کہ یہ یہ لوگ جو ہیں، یہ امت محمدی کا درجہ پانے کے مستحق نہیں ہیں کہ انہوں نے کار محمدی کو انجام نہیں دیا، انہوں نے تو آپ غور کیجئے اس وقت کیا انجام ہوگا ہمارا۔</w:t>
      </w:r>
    </w:p>
    <w:p>
      <w:r>
        <w:rPr>
          <w:b/>
        </w:rPr>
        <w:t xml:space="preserve">[47:59] </w:t>
      </w:r>
      <w:r>
        <w:t>yeh bohat hi nazuk position hai,</w:t>
      </w:r>
    </w:p>
    <w:p>
      <w:pPr>
        <w:jc w:val="right"/>
      </w:pPr>
      <w:r>
        <w:t>یہ بہت ہی نازک پوزیشن ہے،</w:t>
      </w:r>
    </w:p>
    <w:p>
      <w:r>
        <w:rPr>
          <w:b/>
        </w:rPr>
        <w:t xml:space="preserve">[48:01] </w:t>
      </w:r>
      <w:r>
        <w:t>be had nazuk. to main yeh kahun ga har aadmi ko chahiye ke woh apni priority reset reset kare, apni zindagi ko reassess kare, woh phir se soche apni zindagi ko kaise zindagi guzarna hai, zindagi ki phir se replanning kare.</w:t>
      </w:r>
    </w:p>
    <w:p>
      <w:pPr>
        <w:jc w:val="right"/>
      </w:pPr>
      <w:r>
        <w:t>بے حد نازک۔ تو میں یہ کہوں گا ہر آدمی کو چاہیے کہ وہ اپنی پرائرٹی ری سیٹ ری سیٹ کرے، اپنی زندگی کو ری ایسس کرے، وہ پھر سے سوچے اپنی زندگی کو کیسے زندگی گزارنا ہے، زندگی کی پھر سے ری پلاننگ کرے۔</w:t>
      </w:r>
    </w:p>
    <w:p>
      <w:r>
        <w:rPr>
          <w:b/>
        </w:rPr>
        <w:t xml:space="preserve">[48:20] </w:t>
      </w:r>
      <w:r>
        <w:t>har har musalman, humein sahib shakhs ko apni zindagi ka mansooba phir se banana hai, apne mamlaat ko phir se sochna hai,</w:t>
      </w:r>
    </w:p>
    <w:p>
      <w:pPr>
        <w:jc w:val="right"/>
      </w:pPr>
      <w:r>
        <w:t>ہر ہر مسلمان، ہمیں صاحب شخص کو اپنی زندگی کا منصوبہ پھر سے بنانا ہے، اپنے معاملات کو پھر سے سوچنا ہے،</w:t>
      </w:r>
    </w:p>
    <w:p>
      <w:r>
        <w:rPr>
          <w:b/>
        </w:rPr>
        <w:t xml:space="preserve">[48:31] </w:t>
      </w:r>
      <w:r>
        <w:t>apni priorities phir se set karna hai.</w:t>
      </w:r>
    </w:p>
    <w:p>
      <w:pPr>
        <w:jc w:val="right"/>
      </w:pPr>
      <w:r>
        <w:t>اپنی پرائرٹیز پھر سے سیٹ کرنا ہے۔</w:t>
      </w:r>
    </w:p>
    <w:p>
      <w:r>
        <w:rPr>
          <w:b/>
        </w:rPr>
        <w:t xml:space="preserve">[48:36] </w:t>
      </w:r>
      <w:r>
        <w:t>warna yeh baat Allah ta'ala ke qabil-e-ma'afi nahi hogi. is muamle mein sakht pakar hogi, sakht pakar hogi.</w:t>
      </w:r>
    </w:p>
    <w:p>
      <w:pPr>
        <w:jc w:val="right"/>
      </w:pPr>
      <w:r>
        <w:t>ورنہ یہ بات اللہ تعالی کے قابل معافی نہیں ہوگی۔ اس معاملے میں سخت پکڑ ہوگی، سخت پکڑ ہوگی۔</w:t>
      </w:r>
    </w:p>
    <w:p>
      <w:r>
        <w:rPr>
          <w:b/>
        </w:rPr>
        <w:t xml:space="preserve">[48:50] </w:t>
      </w:r>
      <w:r>
        <w:t>to hum isi baat ko logon tak pohnchana chahte hain. aap sab log jo yahan maujood hain, jo sun rahe hain, woh hadith mein aata hai ke "shahid al-ghayib" jo sun raha ho, woh un ko pohncha de jo rasool Allah nahi.</w:t>
      </w:r>
    </w:p>
    <w:p>
      <w:pPr>
        <w:jc w:val="right"/>
      </w:pPr>
      <w:r>
        <w:t>تو ہم اسی بات کو لوگوں تک پہنچانا چاہتے ہیں۔ آپ سب لوگ جو یہاں موجود ہیں، جو سن رہے ہیں، وہ حدیث میں آتا ہے کہ "شاہد الغائب" جو سن رہا ہو، وہ ان کو پہنچا دے جو رسول اللہ نہیں۔</w:t>
      </w:r>
    </w:p>
    <w:p>
      <w:r>
        <w:rPr>
          <w:b/>
        </w:rPr>
        <w:t xml:space="preserve">[49:08] </w:t>
      </w:r>
      <w:r>
        <w:t>hadith mein aata hai ke rasool Allah sal-Allahu alaihi wasallam ne jab haj al-wida ka khutba diya, jo aap ka aakhri khutba tha, yaani wafat se kuch pehle, to us mein aap ne sari baatein kahi thi.</w:t>
      </w:r>
    </w:p>
    <w:p>
      <w:pPr>
        <w:jc w:val="right"/>
      </w:pPr>
      <w:r>
        <w:t>حدیث میں آتا ہے کہ رسول اللہ صلی اللہ علیہ وسلم نے جب حضرت حج الوداع کا خطبہ دیا، جو آپ کا آخری خطبہ تھا، یعنی وفات سے کچھ پہلے، تو اس میں آپ نے ساری باتیں کہی تھیں۔</w:t>
      </w:r>
    </w:p>
    <w:p>
      <w:r>
        <w:rPr>
          <w:b/>
        </w:rPr>
        <w:t xml:space="preserve">[49:22] </w:t>
      </w:r>
      <w:r>
        <w:t>phir aap ne farmaya ke "shahid al-ghayib" jo yahan hai aur sun raha hai baat ko, woh un tak pohncha de jo yahan maujood nahi hain aur sun nahi rahe.</w:t>
      </w:r>
    </w:p>
    <w:p>
      <w:pPr>
        <w:jc w:val="right"/>
      </w:pPr>
      <w:r>
        <w:t>پھر آپ نے فرمایا کہ "شاہد الغائب" جو یہاں ہے اور سن رہا ہے بات کو، وہ ان تک پہنچا دے جو یہاں موجود نہیں ہیں اور سن نہیں رہے۔</w:t>
      </w:r>
    </w:p>
    <w:p>
      <w:r>
        <w:rPr>
          <w:b/>
        </w:rPr>
        <w:t xml:space="preserve">[49:33] </w:t>
      </w:r>
      <w:r>
        <w:t>to aap logon par, aap logon, aap logon ki zaroori hai ke na sunne wale ko batayein, unhein ba-khabar karein,</w:t>
      </w:r>
    </w:p>
    <w:p>
      <w:pPr>
        <w:jc w:val="right"/>
      </w:pPr>
      <w:r>
        <w:t>تو آپ لوگوں پر، آپ لوگوں، آپ لوگوں کی ضروری ہے کہ نہ سننے والے کو بتائیں، انہیں باخبر کریں،</w:t>
      </w:r>
    </w:p>
    <w:p>
      <w:r>
        <w:rPr>
          <w:b/>
        </w:rPr>
        <w:t xml:space="preserve">[49:43] </w:t>
      </w:r>
      <w:r>
        <w:t>zindagi ko ba-khabar karte rahen taakeh yeh kaam jo hai jaari ho. Allah ta'ala ne jo mawaqe' khole hain, un mawaqe' ko hum istemal kar saken.</w:t>
      </w:r>
    </w:p>
    <w:p>
      <w:pPr>
        <w:jc w:val="right"/>
      </w:pPr>
      <w:r>
        <w:t>زندگی کو باخبر کرتے رہیں تاکہ یہ کام جو ہے جاری ہو۔ اللہ تعالی نے جو مواقع کھولے ہیں، ان مواقع کو ہم استعمال کر سکیں۔</w:t>
      </w:r>
    </w:p>
    <w:p>
      <w:r>
        <w:rPr>
          <w:b/>
        </w:rPr>
        <w:t xml:space="preserve">[49:55] </w:t>
      </w:r>
      <w:r>
        <w:t>yaad rakhiye, mawaqe' ko istemal na karna bhi ek jurm hai. Jab Allah ta'ala ne dawat ke mawaqe' khol diye to zahir hai ke Allah ta'ala ko matloob ho gaya ke hum in mawaqe' ko istemal</w:t>
      </w:r>
    </w:p>
    <w:p>
      <w:pPr>
        <w:jc w:val="right"/>
      </w:pPr>
      <w:r>
        <w:t>یاد رکھیے، مواقع کو استعمال نہ کرنا بھی ایک جرم ہے۔ جب اللہ تعالی نے دعوت کے مواقع کھول دیے تو ظاہر ہے کہ اللہ تعالی کو مطلوب ہو گیا کہ ہم ان مواقع کو استعمال</w:t>
      </w:r>
    </w:p>
    <w:p>
      <w:r>
        <w:rPr>
          <w:b/>
        </w:rPr>
        <w:t xml:space="preserve">[50:07] </w:t>
      </w:r>
      <w:r>
        <w:t>karen, istemal kar ke dawat ke kaam ko aalam-e-saheb phailayen.</w:t>
      </w:r>
    </w:p>
    <w:p>
      <w:pPr>
        <w:jc w:val="right"/>
      </w:pPr>
      <w:r>
        <w:t>کریں، استعمال کر کے دعوت کے کام کو عالم صاحب پھیلائیں۔</w:t>
      </w:r>
    </w:p>
    <w:p>
      <w:r>
        <w:rPr>
          <w:b/>
        </w:rPr>
        <w:t xml:space="preserve">[50:17] </w:t>
      </w:r>
      <w:r>
        <w:t>yaani yeh saare mawaqe' khole gaye hain Allah ta'ala ki taraf se. To yaqeen nahi hai ke Allah ko matloob ho ke hum in ko istemal karen, is ko aawail karen, aawail kar ke aalmi dawat ka kaam karen.</w:t>
      </w:r>
    </w:p>
    <w:p>
      <w:pPr>
        <w:jc w:val="right"/>
      </w:pPr>
      <w:r>
        <w:t>یعنی یہ سارے مواقع کھولے گئے ہیں اللہ تعالی کی طرف سے۔ تو یقین نہیں ہے کہ اللہ کو مطلوب ہو کہ ہم ان کو استعمال کریں، اس کو اویل کریں، اویل کر کے عالمی دعوت کا کام کریں۔</w:t>
      </w:r>
    </w:p>
    <w:p>
      <w:r>
        <w:rPr>
          <w:b/>
        </w:rPr>
        <w:t xml:space="preserve">[50:30] </w:t>
      </w:r>
      <w:r>
        <w:t>agar hum is ko aawail na karen to goya ke hum ne matlab-e-ilahi ko poora nahi kiya.</w:t>
      </w:r>
    </w:p>
    <w:p>
      <w:pPr>
        <w:jc w:val="right"/>
      </w:pPr>
      <w:r>
        <w:t>اگر ہم اس کو اویل نہ کریں تو گویا کہ ہم نے مطلب الہی کو پورا نہیں کیا۔</w:t>
      </w:r>
    </w:p>
    <w:p>
      <w:r>
        <w:rPr>
          <w:b/>
        </w:rPr>
        <w:t xml:space="preserve">[50:36] </w:t>
      </w:r>
      <w:r>
        <w:t>yeh bohat hi rizq ki baat hai aur yeh Allah ta'ala ke ghazab ko dawat dene wali baat hai. Aap ghaur kijiye, aakhir mein agar poocha jaye ke tum ko hamare saare mawaqe' khol diye the,</w:t>
      </w:r>
    </w:p>
    <w:p>
      <w:pPr>
        <w:jc w:val="right"/>
      </w:pPr>
      <w:r>
        <w:t>یہ بہت ہی رزق کی بات ہے اور یہ اللہ تعالی کے غضب کو دعوت دینے والی بات ہے۔ آپ غور کیجئے، آخر میں اگر پوچھا جائے کہ تم کو ہمارے سارے مواقع کھول دیے تھے،</w:t>
      </w:r>
    </w:p>
    <w:p>
      <w:r>
        <w:rPr>
          <w:b/>
        </w:rPr>
        <w:t xml:space="preserve">[50:50] </w:t>
      </w:r>
      <w:r>
        <w:t>yaani 99 percent kaam sab hamare anjam de diya tha, tum ne 1 percent kaam nahi kiya aur chale aaye to aap ko kaha ji kya hai?</w:t>
      </w:r>
    </w:p>
    <w:p>
      <w:pPr>
        <w:jc w:val="right"/>
      </w:pPr>
      <w:r>
        <w:t>یعنی 99 پرسنٹ کام سب ہمارے انجام دے دیا تھا، تم نے ون پرسنٹ کام نہیں کیا اور چلے آئے تو آپ کو کہا جی کیا ہے؟</w:t>
      </w:r>
    </w:p>
    <w:p>
      <w:r>
        <w:rPr>
          <w:b/>
        </w:rPr>
        <w:t xml:space="preserve">[51:01] </w:t>
      </w:r>
      <w:r>
        <w:t>aakhir to bohat hi sangin baat hai yeh. Is wajah se hamein har shakhs ko samajhna chahiye, bohat zyada samajhna chahiye.</w:t>
      </w:r>
    </w:p>
    <w:p>
      <w:pPr>
        <w:jc w:val="right"/>
      </w:pPr>
      <w:r>
        <w:t>آخر تو بہت ہی سنگین بات ہے یہ۔ اس وجہ سے ہمیں ہر شخص کو سمجھنا چاہیے، بہت زیادہ سمجھنا چاہیے۔</w:t>
      </w:r>
    </w:p>
    <w:p>
      <w:r>
        <w:rPr>
          <w:b/>
        </w:rPr>
        <w:t xml:space="preserve">[51:12] </w:t>
      </w:r>
      <w:r>
        <w:t>yaani shaam hone se pehle hum sochen, subah hone se pehle hum check karen ke hamari zindagi ka mansooba kya hai, hamein kya karna hai duniya mein.</w:t>
      </w:r>
    </w:p>
    <w:p>
      <w:pPr>
        <w:jc w:val="right"/>
      </w:pPr>
      <w:r>
        <w:t>یعنی شام ہونے سے پہلے ہم سوچیں، صبح ہونے سے پہلے ہم چیک کریں کہ ہماری زندگی کا منصوبہ کیا ہے، ہمیں کیا کرنا ہے دنیا میں۔</w:t>
      </w:r>
    </w:p>
    <w:p>
      <w:r>
        <w:rPr>
          <w:b/>
        </w:rPr>
        <w:t xml:space="preserve">[51:25] </w:t>
      </w:r>
      <w:r>
        <w:t>is maamle mein taakhir bohat hi khatarnak hai kyunke maut hamein sars ke peeche lagayi hai.</w:t>
      </w:r>
    </w:p>
    <w:p>
      <w:pPr>
        <w:jc w:val="right"/>
      </w:pPr>
      <w:r>
        <w:t>اس معاملے میں تاخیر بہت ہی خطرناک ہے کیونکہ موت ہمیں سرس کے پیچھے لگائی ہے۔</w:t>
      </w:r>
    </w:p>
    <w:p>
      <w:r>
        <w:rPr>
          <w:b/>
        </w:rPr>
        <w:t xml:space="preserve">[51:34] </w:t>
      </w:r>
      <w:r>
        <w:t>kisi bhi lamha hamein sars ki maut aa sakti hai. Hamare ek saathi the jo Dilli ke bahar ek sheher mein rehte the,</w:t>
      </w:r>
    </w:p>
    <w:p>
      <w:pPr>
        <w:jc w:val="right"/>
      </w:pPr>
      <w:r>
        <w:t>کسی بھی لمحہ ہمیں سرس کی موت آ سکتی ہے۔ ہمارے ایک ساتھی تھے جو دہلی کے باہر ایک شہر میں رہتے تھے،</w:t>
      </w:r>
    </w:p>
    <w:p>
      <w:r>
        <w:rPr>
          <w:b/>
        </w:rPr>
        <w:t xml:space="preserve">[51:44] </w:t>
      </w:r>
      <w:r>
        <w:t>mujh se chhote the, woh mujh se taqreeban 20 saal chhote the. To subah ko uthe, woh fajar ke waqt aur chai ke liye kaha unhon ne ghar walon se.</w:t>
      </w:r>
    </w:p>
    <w:p>
      <w:pPr>
        <w:jc w:val="right"/>
      </w:pPr>
      <w:r>
        <w:t>مجھ سے چھوٹے تھے، وہ مجھ سے تقریباً 20 سال چھوٹے تھے۔ تو صبح کو اٹھے، وہ فجر کے وقت اور چائے کے لیے کہا انہوں نے گھر والوں سے۔</w:t>
      </w:r>
    </w:p>
    <w:p>
      <w:r>
        <w:rPr>
          <w:b/>
        </w:rPr>
        <w:t xml:space="preserve">[52:03] </w:t>
      </w:r>
      <w:r>
        <w:t>to chai laayi gayi, chai haath pe liya unhon ne. Isi waqt un ko seene mein dard hua aur chai pee nahi sake, gir pade.</w:t>
      </w:r>
    </w:p>
    <w:p>
      <w:pPr>
        <w:jc w:val="right"/>
      </w:pPr>
      <w:r>
        <w:t>تو چائے لائی گئی، چائے ہاتھ پہ لیا انہوں نے۔ اسی وقت ان کو سینے میں درد ہوا اور چائے پی نہیں سکے، گر پڑ گئے۔</w:t>
      </w:r>
    </w:p>
    <w:p>
      <w:r>
        <w:rPr>
          <w:b/>
        </w:rPr>
        <w:t xml:space="preserve">[52:15] </w:t>
      </w:r>
      <w:r>
        <w:t>doctor bulaya gaya to un ka koi khaak pahunch chuka tha.</w:t>
      </w:r>
    </w:p>
    <w:p>
      <w:pPr>
        <w:jc w:val="right"/>
      </w:pPr>
      <w:r>
        <w:t>ڈاکٹر بلایا گیا تو ان کا کوئی خاک پہنچ چکا تھا۔</w:t>
      </w:r>
    </w:p>
    <w:p>
      <w:r>
        <w:rPr>
          <w:b/>
        </w:rPr>
        <w:t xml:space="preserve">[52:21] </w:t>
      </w:r>
      <w:r>
        <w:t>to yeh maamla aaj har aadmi ka hai. Har aadmi kisi bhi waqt farishte-e-maut aa sakta hai is ke liye aur jo kaam ka mauqa hai, woh khatam ho sakta hai is ke liye.</w:t>
      </w:r>
    </w:p>
    <w:p>
      <w:pPr>
        <w:jc w:val="right"/>
      </w:pPr>
      <w:r>
        <w:t>تو یہ معاملہ آج ہر آدمی کا ہے۔ ہر آدمی کسی بھی وقت فرشتے مرگ الموت آ سکتا ہے اس کے لیے اور جو کام کا موقع ہے، وہ ختم ہو سکتا ہے اس کے لیے۔</w:t>
      </w:r>
    </w:p>
    <w:p>
      <w:r>
        <w:rPr>
          <w:b/>
        </w:rPr>
        <w:t xml:space="preserve">[52:37] </w:t>
      </w:r>
      <w:r>
        <w:t>to sochne ka waqt kahan hai? Sochne ka waqt nahi hai.</w:t>
      </w:r>
    </w:p>
    <w:p>
      <w:pPr>
        <w:jc w:val="right"/>
      </w:pPr>
      <w:r>
        <w:t>تو سوچنے کا وقت کہاں ہے؟ سوچنے کا وقت نہیں ہے۔</w:t>
      </w:r>
    </w:p>
    <w:p>
      <w:r>
        <w:rPr>
          <w:b/>
        </w:rPr>
        <w:t xml:space="preserve">[52:44] </w:t>
      </w:r>
      <w:r>
        <w:t>Rasool Allah (SAW) ko jab nahi banaya gaya ghar-e-hira mein, aap wapas aaye to Hazrat Khadija jo aap ki ahliya theen, unhon ne bistar bichhaya ke aap aaram kar lijiye.</w:t>
      </w:r>
    </w:p>
    <w:p>
      <w:pPr>
        <w:jc w:val="right"/>
      </w:pPr>
      <w:r>
        <w:t>رسول اللہ صلی اللہ علیہ وسلم کو جب نہیں بنایا گیا غار حرا میں، آپ واپس آئے تو حضرت خدیجہ جو آپ کی اہلیہ تھیں، انہوں نے بستر بچھایا کہ آپ آرام کر لیجئے۔</w:t>
      </w:r>
    </w:p>
    <w:p>
      <w:r>
        <w:rPr>
          <w:b/>
        </w:rPr>
        <w:t xml:space="preserve">[53:00] </w:t>
      </w:r>
      <w:r>
        <w:t>to aap ne farmaya ke "Ana rah ya Khadija, aye Khadija, ab rahat kahan?" Ab to Allah ne ek zimmedari daal di hai,</w:t>
      </w:r>
    </w:p>
    <w:p>
      <w:pPr>
        <w:jc w:val="right"/>
      </w:pPr>
      <w:r>
        <w:t>تو آپ نے فرمایا کہ "انا راہ یا خدیجہ، اے خدیجہ، اب راحت کہاں؟" اب تو اللہ نے ایک ذمہ داری ڈال دی ہے،</w:t>
      </w:r>
    </w:p>
    <w:p>
      <w:r>
        <w:rPr>
          <w:b/>
        </w:rPr>
        <w:t xml:space="preserve">[53:10] </w:t>
      </w:r>
      <w:r>
        <w:t>ab to is zimmedari ko poora karna hai. "Ana rah ya Khadija, ab rahat kahan?" Bas gaon ke Rasool Allah (SAW) ne yeh paigham hamein shashta diya.</w:t>
      </w:r>
    </w:p>
    <w:p>
      <w:pPr>
        <w:jc w:val="right"/>
      </w:pPr>
      <w:r>
        <w:t>اب تو اس ذمہ داری کو پورا کرنا ہے۔ "انا راہ یا خدیجہ، اب راحت کہاں؟" بس گاؤں کے رسول اللہ صلی اللہ علیہ وسلم نے یہ پیغام ہمیں شاشتہ دیا۔</w:t>
      </w:r>
    </w:p>
    <w:p>
      <w:r>
        <w:rPr>
          <w:b/>
        </w:rPr>
        <w:t xml:space="preserve">[53:23] </w:t>
      </w:r>
      <w:r>
        <w:t>hamein shashta ko paak ki aawaz aa rahi hai ke "rahat kahan?" Raat to inshallah agar Allah ta'ala bakhsh de, jannat de to wahan raat hai.</w:t>
      </w:r>
    </w:p>
    <w:p>
      <w:pPr>
        <w:jc w:val="right"/>
      </w:pPr>
      <w:r>
        <w:t>ہمیں شاشتہ کو پاک کی آواز آ رہی ہے کہ "راحت کہاں؟" رات تو انشاءاللہ اگر اللہ تعالی بخش دے، جنت دے تو وہاں رات ہے۔</w:t>
      </w:r>
    </w:p>
    <w:p>
      <w:r>
        <w:rPr>
          <w:b/>
        </w:rPr>
        <w:t xml:space="preserve">[53:36] </w:t>
      </w:r>
      <w:r>
        <w:t>duniya mein to kaam hi kaam hai.</w:t>
      </w:r>
    </w:p>
    <w:p>
      <w:pPr>
        <w:jc w:val="right"/>
      </w:pPr>
      <w:r>
        <w:t>دنیا میں تو کام ہی کام ہے۔</w:t>
      </w:r>
    </w:p>
    <w:p>
      <w:r>
        <w:rPr>
          <w:b/>
        </w:rPr>
        <w:t xml:space="preserve">[53:40] </w:t>
      </w:r>
      <w:r>
        <w:t>ek ek buzurg ne taqreer ki, un ka ek jumla bohat bohat phanstaa hai mujhe. To unhon ne taqreer mein kaha tha ke "is duniya mein Musalman ki is is duniya mein Musalman ki sirf zimmedari hai, zimmedari hai.</w:t>
      </w:r>
    </w:p>
    <w:p>
      <w:pPr>
        <w:jc w:val="right"/>
      </w:pPr>
      <w:r>
        <w:t>ایک ایک بزرگ نے تقریر کی، ان کا ایک جملہ بہت بہت پھنستا ہے مجھے۔ تو انہوں نے تقریر میں کہا تھا کہ "اس دنیا میں مسلمان کی اس اس دنیا میں مسلمان کی صرف ذمہ داری ہے، ذمہ داری ہے۔</w:t>
      </w:r>
    </w:p>
    <w:p>
      <w:r>
        <w:rPr>
          <w:b/>
        </w:rPr>
        <w:t xml:space="preserve">[53:58] </w:t>
      </w:r>
      <w:r>
        <w:t>yahan pe in sab ko haq nahi hai, inhe sirf duty poora karna hai, koi right nahi hai hamare haan par."</w:t>
      </w:r>
    </w:p>
    <w:p>
      <w:pPr>
        <w:jc w:val="right"/>
      </w:pPr>
      <w:r>
        <w:t>یہاں پہ ان سب کو حق نہیں ہے، انہیں صرف ڈیوٹی پورا کرنا ہے، کوئی رائٹ نہیں ہے ہمارے ہاں پر۔"</w:t>
      </w:r>
    </w:p>
    <w:p>
      <w:r>
        <w:rPr>
          <w:b/>
        </w:rPr>
        <w:t xml:space="preserve">[54:07] </w:t>
      </w:r>
      <w:r>
        <w:t>bohat arsa hua maine suna tha,</w:t>
      </w:r>
    </w:p>
    <w:p>
      <w:pPr>
        <w:jc w:val="right"/>
      </w:pPr>
      <w:r>
        <w:t>بہت عرصہ ہوا میں نے سنا تھا،</w:t>
      </w:r>
    </w:p>
    <w:p>
      <w:r>
        <w:rPr>
          <w:b/>
        </w:rPr>
        <w:t xml:space="preserve">[54:10] </w:t>
      </w:r>
      <w:r>
        <w:t>ab to mujhe yaad hai, un ka alfaaz yahi the un ke ke "yeh duniya momin ki sirf sirf sirf zimmedari, zimmedari hai. Yahan is ka koi haq nahi hai"</w:t>
      </w:r>
    </w:p>
    <w:p>
      <w:pPr>
        <w:jc w:val="right"/>
      </w:pPr>
      <w:r>
        <w:t>اب تو مجھے یاد ہے، ان کا الفاظ یہی تھے ان کے کہ "یہ دنیا مومن کی صرف صرف صرف ذمہ داری، ذمہ داری ہے۔ یہاں اس کا کوئی حق نہیں ہے</w:t>
      </w:r>
    </w:p>
    <w:p>
      <w:r>
        <w:rPr>
          <w:b/>
        </w:rPr>
        <w:t xml:space="preserve">[54:23] </w:t>
      </w:r>
      <w:r>
        <w:t>kyunke hum to aakhirat dunya mein apni duty poori karen to aakhirat mein Allah taala hum ko jannat ki shakal mein is ka badla de ga.</w:t>
      </w:r>
    </w:p>
    <w:p>
      <w:pPr>
        <w:jc w:val="right"/>
      </w:pPr>
      <w:r>
        <w:t>کیونکہ ہم تو آخرت دنیا میں اپنی ڈیوٹی پوری کریں تو آخرت میں اللہ تعالی ہم کو جنت کی شکل میں اس کا بدلہ دے گا۔</w:t>
      </w:r>
    </w:p>
    <w:p>
      <w:r>
        <w:rPr>
          <w:b/>
        </w:rPr>
        <w:t xml:space="preserve">[54:35] </w:t>
      </w:r>
      <w:r>
        <w:t>dunya mein kuch nahi hai, zindagi guzaren, bas yahi hai. dunya mein</w:t>
      </w:r>
    </w:p>
    <w:p>
      <w:pPr>
        <w:jc w:val="right"/>
      </w:pPr>
      <w:r>
        <w:t>دنیا میں کچھ نہیں ہے، زندگی گزاریں، بس یہی ہے۔ دنیا میں</w:t>
      </w:r>
    </w:p>
    <w:p>
      <w:r>
        <w:rPr>
          <w:b/>
        </w:rPr>
        <w:t xml:space="preserve">[54:41] </w:t>
      </w:r>
      <w:r>
        <w:t>need based, waqt zaroorat ki dunya se len aur sara kaam karen Allah ka." to un ke yeh alfaaz mujhe aksar yaad aate hain ke "dunya mein momin ki sirf zimmedari hai, zimmedari hai.</w:t>
      </w:r>
    </w:p>
    <w:p>
      <w:pPr>
        <w:jc w:val="right"/>
      </w:pPr>
      <w:r>
        <w:t>نیڈ بیسڈ، وقت ضرورت کی دنیا سے لیں اور سارا کام کریں اللہ کا۔" تو ان کے یہ الفاظ مجھے اکثر یاد آتے ہیں کہ "دنیا میں مومن کی صرف ذمہ داری ہے، ذمہ داری ہے۔</w:t>
      </w:r>
    </w:p>
    <w:p>
      <w:r>
        <w:rPr>
          <w:b/>
        </w:rPr>
        <w:t xml:space="preserve">[54:56] </w:t>
      </w:r>
      <w:r>
        <w:t>yahan aap ka koi haq nahi hai." to yahi to zimmedari hai ke Allah ke deen par amal karen aur Allah ke deen ko jo phailayen, logon ko is se ba-khabar karen.</w:t>
      </w:r>
    </w:p>
    <w:p>
      <w:pPr>
        <w:jc w:val="right"/>
      </w:pPr>
      <w:r>
        <w:t>یہاں آپ کا کوئی حق نہیں ہے۔" تو یہی تو ذمہ داری ہے کہ اللہ کے دین پر عمل کریں اور اللہ کے دین کو جو پھیلائیں، لوگوں کو اس سے باخبر کریں۔</w:t>
      </w:r>
    </w:p>
    <w:p>
      <w:r>
        <w:rPr>
          <w:b/>
        </w:rPr>
        <w:t xml:space="preserve">[55:11] </w:t>
      </w:r>
      <w:r>
        <w:t>to yeh sab baaten bohat zyada sochne ki hain,</w:t>
      </w:r>
    </w:p>
    <w:p>
      <w:pPr>
        <w:jc w:val="right"/>
      </w:pPr>
      <w:r>
        <w:t>تو یہ سب باتیں بہت زیادہ سوچنے کی ہیں،</w:t>
      </w:r>
    </w:p>
    <w:p>
      <w:r>
        <w:rPr>
          <w:b/>
        </w:rPr>
        <w:t xml:space="preserve">[55:17] </w:t>
      </w:r>
      <w:r>
        <w:t>bohat zyada sochne ki hain. hamein hamein saras ko bohat zyada sochna chahiye. sochne hi ka naam hai muhasba.</w:t>
      </w:r>
    </w:p>
    <w:p>
      <w:pPr>
        <w:jc w:val="right"/>
      </w:pPr>
      <w:r>
        <w:t>بہت زیادہ سوچنے کی ہیں۔ ہمیں ہمیں سرس کو بہت زیادہ سوچنا چاہیے۔ سوچنے ہی کا نام ہے محاسبہ۔</w:t>
      </w:r>
    </w:p>
    <w:p>
      <w:r>
        <w:rPr>
          <w:b/>
        </w:rPr>
        <w:t xml:space="preserve">[55:25] </w:t>
      </w:r>
      <w:r>
        <w:t>aap jante hain ke deen mein muhasba ki bohat ahmiyat hai. muhasba ka matlab hota hai introspection, jise ke muhasba kehte hain, isi ko kehte hain introspection.</w:t>
      </w:r>
    </w:p>
    <w:p>
      <w:pPr>
        <w:jc w:val="right"/>
      </w:pPr>
      <w:r>
        <w:t>آپ جانتے ہیں کہ دین میں محاسبہ کی بہت اہمیت ہے۔ محاسبہ کا مطلب ہوتا ہے انٹراسپیکشن، جسے کہ محاسبہ کہتے ہیں، اسی کو کہتے ہیں انٹراسپیکشن۔</w:t>
      </w:r>
    </w:p>
    <w:p>
      <w:r>
        <w:rPr>
          <w:b/>
        </w:rPr>
        <w:t xml:space="preserve">[55:40] </w:t>
      </w:r>
      <w:r>
        <w:t>to is ki bohat ahmiyat hai. to muhasba hai kya? introspection hai kya? sochna. to sochna, sochna, sochna.</w:t>
      </w:r>
    </w:p>
    <w:p>
      <w:pPr>
        <w:jc w:val="right"/>
      </w:pPr>
      <w:r>
        <w:t>تو اس کی بہت اہمیت ہے۔ تو محاسبہ ہے کیا؟ انٹراسپیکشن ہے کیا؟ سوچنا۔ تو سوچنا، سوچنا، سوچنا۔</w:t>
      </w:r>
    </w:p>
    <w:p>
      <w:r>
        <w:rPr>
          <w:b/>
        </w:rPr>
        <w:t xml:space="preserve">[55:53] </w:t>
      </w:r>
      <w:r>
        <w:t>sochne se rahat milti hai, sochne se baaten samajh aati hain.</w:t>
      </w:r>
    </w:p>
    <w:p>
      <w:pPr>
        <w:jc w:val="right"/>
      </w:pPr>
      <w:r>
        <w:t>سوچنے سے راحت ملتی ہے، سوچنے سے باتیں سمجھ آتی ہیں۔</w:t>
      </w:r>
    </w:p>
    <w:p>
      <w:r>
        <w:rPr>
          <w:b/>
        </w:rPr>
        <w:t xml:space="preserve">[56:01] </w:t>
      </w:r>
      <w:r>
        <w:t>sab kuch munhasir hai sochne par. agar aap apni soch band kar den to hum andhe par, andhe par aik tarah se chal rahe hain.</w:t>
      </w:r>
    </w:p>
    <w:p>
      <w:pPr>
        <w:jc w:val="right"/>
      </w:pPr>
      <w:r>
        <w:t>سب کچھ منحصر ہے سوچنے پر۔ اگر آپ اپنی سوچ بند کر دیں تو ہم اندھے پر، اندھے پر ایک طرح سے چل رہے ہیں۔</w:t>
      </w:r>
    </w:p>
    <w:p>
      <w:r>
        <w:rPr>
          <w:b/>
        </w:rPr>
        <w:t xml:space="preserve">[56:13] </w:t>
      </w:r>
      <w:r>
        <w:t>to yeh hai yaani ikis sadi mein kaba mashriq ka maamla. yaani kaba mashriq to shuru hua Hazrat Adam ke zamane se.</w:t>
      </w:r>
    </w:p>
    <w:p>
      <w:pPr>
        <w:jc w:val="right"/>
      </w:pPr>
      <w:r>
        <w:t>تو یہ ہے یعنی اکیس صدی میں کعبہ مشرق کا معاملہ۔ یعنی کعبہ مشرق تو شروع ہوا حضرت آدم کے زمانے سے۔</w:t>
      </w:r>
    </w:p>
    <w:p>
      <w:r>
        <w:rPr>
          <w:b/>
        </w:rPr>
        <w:t xml:space="preserve">[56:26] </w:t>
      </w:r>
      <w:r>
        <w:t>ab karte karte marhale guzre, kya kya waqiyat paish aaye. hote hote Rasool Allah Sal Allah Alayhi Wasallam ka zahoor hua, Rasool Allah Sal Allah Alayhi Wasallam par nabuwat khatm ho gayi.</w:t>
      </w:r>
    </w:p>
    <w:p>
      <w:pPr>
        <w:jc w:val="right"/>
      </w:pPr>
      <w:r>
        <w:t>اب کرتے کرتے مرحلے گزرے، کیا کیا واقعات پیش آئے۔ ہوتے ہوتے رسول اللہ صلی اللہ علیہ وسلم کا ظہور ہوا، رسول اللہ صلی اللہ علیہ وسلم پر نبوت ختم ہوگئی۔</w:t>
      </w:r>
    </w:p>
    <w:p>
      <w:r>
        <w:rPr>
          <w:b/>
        </w:rPr>
        <w:t xml:space="preserve">[56:36] </w:t>
      </w:r>
      <w:r>
        <w:t>is ke baad ummat e Muhammadi par zimmedari daal di gayi.</w:t>
      </w:r>
    </w:p>
    <w:p>
      <w:pPr>
        <w:jc w:val="right"/>
      </w:pPr>
      <w:r>
        <w:t>اس کے بعد امت محمدی پر ذمہ داری ڈال دی گئی۔</w:t>
      </w:r>
    </w:p>
    <w:p>
      <w:r>
        <w:rPr>
          <w:b/>
        </w:rPr>
        <w:t xml:space="preserve">[56:41] </w:t>
      </w:r>
      <w:r>
        <w:t>yaani jo dawat ka kaam pehle nabiyon ki zimmedari hoti thi, woh dawat ka kaam ab ummat e Muhammadi ki zimmedari qarar pada.</w:t>
      </w:r>
    </w:p>
    <w:p>
      <w:pPr>
        <w:jc w:val="right"/>
      </w:pPr>
      <w:r>
        <w:t>یعنی جو دعوت کا کام پہلے نبیوں کی ذمہ داری ہوتی تھی، وہ دعوت کا کام اب امت محمدی کی ذمہ داری قرار پڑا۔</w:t>
      </w:r>
    </w:p>
    <w:p>
      <w:r>
        <w:rPr>
          <w:b/>
        </w:rPr>
        <w:t xml:space="preserve">[56:53] </w:t>
      </w:r>
      <w:r>
        <w:t>phir zamana aur aage barha, hote hote printing press aaya to aur kaam jo hai aasan ho gaya. yaani pehle to zamane mein, yaani Sahaba ke zamane mein kya hota tha?</w:t>
      </w:r>
    </w:p>
    <w:p>
      <w:pPr>
        <w:jc w:val="right"/>
      </w:pPr>
      <w:r>
        <w:t>پھر زمانہ اور آگے بڑھا، ہوتے ہوتے پرنٹنگ پریس آیا تو اور کام جو ہے آسان ہو گیا۔ یعنی پہلے تو زمانے میں، یعنی صحابہ کے زمانے میں کیا ہوتا تھا؟</w:t>
      </w:r>
    </w:p>
    <w:p>
      <w:r>
        <w:rPr>
          <w:b/>
        </w:rPr>
        <w:t xml:space="preserve">[57:05] </w:t>
      </w:r>
      <w:r>
        <w:t>log Quran ko yaad kar lete the, usi ko ja ke sunate the. phir ma'raz e kitaab mein aata hai ke phir ma'raz e aalam e Islam ko tala aalam al Quran.</w:t>
      </w:r>
    </w:p>
    <w:p>
      <w:pPr>
        <w:jc w:val="right"/>
      </w:pPr>
      <w:r>
        <w:t>لوگ قرآن کو یاد کر لیتے تھے، اسی کو جا کے سناتے تھے۔ پھر معرض کتاب میں آتا ہے کہ پھر معرض عالم الاسلام کو تلا عالم القرآن۔</w:t>
      </w:r>
    </w:p>
    <w:p>
      <w:r>
        <w:rPr>
          <w:b/>
        </w:rPr>
        <w:t xml:space="preserve">[57:17] </w:t>
      </w:r>
      <w:r>
        <w:t>yaani Islam pesh kiya aur Quran pak sunaya.</w:t>
      </w:r>
    </w:p>
    <w:p>
      <w:pPr>
        <w:jc w:val="right"/>
      </w:pPr>
      <w:r>
        <w:t>یعنی اسلام پیش کیا اور قرآن پاک سنایا۔</w:t>
      </w:r>
    </w:p>
    <w:p>
      <w:r>
        <w:rPr>
          <w:b/>
        </w:rPr>
        <w:t xml:space="preserve">[57:20] </w:t>
      </w:r>
      <w:r>
        <w:t>to har Sahabi jo hai Hafiz e Quran hota tha. is zamane mein yahi ibtida hui ke apne dimagh se yaad kar ke Quran ko sunao.</w:t>
      </w:r>
    </w:p>
    <w:p>
      <w:pPr>
        <w:jc w:val="right"/>
      </w:pPr>
      <w:r>
        <w:t>تو ہر صحابی جو ہے حافظ قرآن ہوتا تھا۔ اس زمانے میں یہی ابتدا ہوئی کہ اپنے دماغ سے یاد کر کے قرآن کو سناؤ۔</w:t>
      </w:r>
    </w:p>
    <w:p>
      <w:r>
        <w:rPr>
          <w:b/>
        </w:rPr>
        <w:t xml:space="preserve">[57:32] </w:t>
      </w:r>
      <w:r>
        <w:t>lekin zamana aage barha aur bohat kuch hota hai. printing press dunya mein aa gaya yaani pehle Quran likha jata tha haath</w:t>
      </w:r>
    </w:p>
    <w:p>
      <w:pPr>
        <w:jc w:val="right"/>
      </w:pPr>
      <w:r>
        <w:t>لیکن زمانہ آگے بڑھا اور بہت کچھ ہوتا ہے۔ پرنٹنگ پریس دنیا میں آ گیا یعنی پہلے قرآن لکھا جاتا تھا ہاتھ</w:t>
      </w:r>
    </w:p>
    <w:p>
      <w:r>
        <w:rPr>
          <w:b/>
        </w:rPr>
        <w:t xml:space="preserve">[57:41] </w:t>
      </w:r>
      <w:r>
        <w:t>se. haath se likhne mein bohat dinon ke baad aik copy tayyar hoti thi. aik copy. ab kya hai? aik copy aap bohat achhi tarah se tayyar karen aur us ko khoob check karen,</w:t>
      </w:r>
    </w:p>
    <w:p>
      <w:pPr>
        <w:jc w:val="right"/>
      </w:pPr>
      <w:r>
        <w:t>سے۔ ہاتھ سے لکھنے میں بہت دنوں کے بعد ایک کاپی تیار ہوتی تھی۔ ایک کاپی۔ اب کیا ہے؟ ایک کاپی آپ بہت اچھی طرح سے تیار کریں اور اس کو خوب چیک کریں،</w:t>
      </w:r>
    </w:p>
    <w:p>
      <w:r>
        <w:rPr>
          <w:b/>
        </w:rPr>
        <w:t xml:space="preserve">[57:55] </w:t>
      </w:r>
      <w:r>
        <w:t>ulama se karayen, qari se karayen to koi ghalti is mein na rahe. phir us ko chhaap dijiye. ab million copy, million copy nikaal sakte hain is se.</w:t>
      </w:r>
    </w:p>
    <w:p>
      <w:pPr>
        <w:jc w:val="right"/>
      </w:pPr>
      <w:r>
        <w:t>علماء سے کرائیں، قاری سے کرائیں تو کوئی غلطی اس میں نہ رہے۔ پھر اس کو چھپا دیجئے۔ اب ملین کاپی، ملین کاپی نکال سکتے ہیں اس سے۔</w:t>
      </w:r>
    </w:p>
    <w:p>
      <w:r>
        <w:rPr>
          <w:b/>
        </w:rPr>
        <w:t xml:space="preserve">[58:06] </w:t>
      </w:r>
      <w:r>
        <w:t>yeh hai printing press. ab itna taraqqi ho gayi hai ke bohat chhota size mein Quran chhap jata hai.</w:t>
      </w:r>
    </w:p>
    <w:p>
      <w:pPr>
        <w:jc w:val="right"/>
      </w:pPr>
      <w:r>
        <w:t>یہ ہے پرنٹنگ پریس۔ اب اتنا ترقی ہو گئی ہے کہ بہت چھوٹا سائز میں قرآن چھپ جاتا ہے۔</w:t>
      </w:r>
    </w:p>
    <w:p>
      <w:r>
        <w:rPr>
          <w:b/>
        </w:rPr>
        <w:t xml:space="preserve">[58:16] </w:t>
      </w:r>
      <w:r>
        <w:t>to yeh sab mawaqe ko avail karna hai yaani print media ko avail karna hai, electronic media ko avail karna hai, modern communication ko avail karna hai.</w:t>
      </w:r>
    </w:p>
    <w:p>
      <w:pPr>
        <w:jc w:val="right"/>
      </w:pPr>
      <w:r>
        <w:t>تو یہ سب مواقع کو اویل کرنا ہے یعنی پرنٹ میڈیا کو اویل کرنا ہے، الیکٹرانک میڈیا کو اویل کرنا ہے، ماڈرن کمیونیکیشن کو اویل کرنا ہے۔</w:t>
      </w:r>
    </w:p>
    <w:p>
      <w:r>
        <w:rPr>
          <w:b/>
        </w:rPr>
        <w:t xml:space="preserve">[58:29] </w:t>
      </w:r>
      <w:r>
        <w:t>is zamane mein jo azaadi aa gayi hai, sab log janna chahte hain ke sachai hai kya, us ko avail karna hai. woh bhi aik mauqa hai.</w:t>
      </w:r>
    </w:p>
    <w:p>
      <w:pPr>
        <w:jc w:val="right"/>
      </w:pPr>
      <w:r>
        <w:t>اس زمانے میں جو آزادی آ گئی ہے، سب لوگ جاننا چاہتے ہیں کہ سچائی ہے کیا، اس کو اویل کرنا ہے۔ وہ بھی ایک موقع ہے۔</w:t>
      </w:r>
    </w:p>
    <w:p>
      <w:r>
        <w:rPr>
          <w:b/>
        </w:rPr>
        <w:t xml:space="preserve">[58:40] </w:t>
      </w:r>
      <w:r>
        <w:t>to aik aik din bhi hamein gawane ka mauqa nahi hai, aik lamha bhi gawane ka mauqa nahi hai kyunke marne ke baad phir dobara wapsi nahi hogi.</w:t>
      </w:r>
    </w:p>
    <w:p>
      <w:pPr>
        <w:jc w:val="right"/>
      </w:pPr>
      <w:r>
        <w:t>تو ایک ایک دن بھی ہمیں گوانے کا موقع نہیں ہے، ایک لمحہ بھی گوانے کا موقع نہیں ہے کیونکہ مرنے کے بعد پھر دوبارہ واپسی نہیں ہوگی۔</w:t>
      </w:r>
    </w:p>
    <w:p>
      <w:r>
        <w:rPr>
          <w:b/>
        </w:rPr>
        <w:t xml:space="preserve">[58:52] </w:t>
      </w:r>
      <w:r>
        <w:t>maut aati hai quran ka new return par. yeh bohat ziyada sochne ki baat hai. hum phir sars ke liye</w:t>
      </w:r>
    </w:p>
    <w:p>
      <w:pPr>
        <w:jc w:val="right"/>
      </w:pPr>
      <w:r>
        <w:t>موت آتی ہے قرآن کا نیو ریٹرن پر۔ یہ بہت زیادہ سوچنے کی بات ہے۔ ہم پھر سرس کے لیے</w:t>
      </w:r>
    </w:p>
    <w:p>
      <w:r>
        <w:rPr>
          <w:b/>
        </w:rPr>
        <w:t xml:space="preserve">[59:04] </w:t>
      </w:r>
      <w:r>
        <w:t>aaj jo</w:t>
      </w:r>
    </w:p>
    <w:p>
      <w:pPr>
        <w:jc w:val="right"/>
      </w:pPr>
      <w:r>
        <w:t>آج جو</w:t>
      </w:r>
    </w:p>
    <w:p>
      <w:r>
        <w:rPr>
          <w:b/>
        </w:rPr>
        <w:t xml:space="preserve">[59:07] </w:t>
      </w:r>
      <w:r>
        <w:t>yani mein aksar sochta hoon ke maut ke baad aadmi sochega ke my life was a case of missed opportunities. My life was a case of missed opportunities.</w:t>
      </w:r>
    </w:p>
    <w:p>
      <w:pPr>
        <w:jc w:val="right"/>
      </w:pPr>
      <w:r>
        <w:t>یعنی میں اکثر سوچتا ہوں کہ موت کے بعد آدمی سوچے گا کہ مائنڈ واز ا کیس آف مسڈ اپرچونیٹیز۔ مائنڈ واز ا کیس آف مسڈ اپرچونیٹیز۔</w:t>
      </w:r>
    </w:p>
    <w:p>
      <w:r>
        <w:rPr>
          <w:b/>
        </w:rPr>
        <w:t xml:space="preserve">[59:20] </w:t>
      </w:r>
      <w:r>
        <w:t>is se humein bachna hai, is hasrat se. yeh hasrat hum par na aaye, apne ko is se bachana hai.</w:t>
      </w:r>
    </w:p>
    <w:p>
      <w:pPr>
        <w:jc w:val="right"/>
      </w:pPr>
      <w:r>
        <w:t>اس سے ہمیں بچنا ہے، اس حسرت سے۔ یہ حسرت ہم پر نہ آئے، اپنے کو اس سے بچانا ہے۔</w:t>
      </w:r>
    </w:p>
    <w:p>
      <w:r>
        <w:rPr>
          <w:b/>
        </w:rPr>
        <w:t xml:space="preserve">[59:30] </w:t>
      </w:r>
      <w:r>
        <w:t>woh infas ko bahali ko b</w:t>
      </w:r>
    </w:p>
    <w:p>
      <w:pPr>
        <w:jc w:val="right"/>
      </w:pPr>
      <w:r>
        <w:t>وہ انفس کو بحالی کو ب</w:t>
      </w:r>
    </w:p>
    <w:p>
      <w:r>
        <w:rPr>
          <w:b/>
        </w:rPr>
        <w:t xml:space="preserve">[59:32] </w:t>
      </w:r>
      <w:r>
        <w:t>na raha hai. bachao apne aap ko aag se aur apni aulad ko aag se aur doosre insano ko aag se. yahi zimmedari hai, yahi mission hai.</w:t>
      </w:r>
    </w:p>
    <w:p>
      <w:pPr>
        <w:jc w:val="right"/>
      </w:pPr>
      <w:r>
        <w:t>نا رہا ہے۔ بچاؤ اپنے آپ کو آگ سے اور اپنی اولاد کو آگ سے اور دوسرے انسانوں کو آگ سے۔ یہی ذمہ داری ہے، یہی مشن ہے۔</w:t>
      </w:r>
    </w:p>
    <w:p>
      <w:r>
        <w:rPr>
          <w:b/>
        </w:rPr>
        <w:t xml:space="preserve">[59:45] </w:t>
      </w:r>
      <w:r>
        <w:t>mein Allah taala se dua karta hoon ke hum ko aur aap ko is ki tofeeq de ke hum baat ko samjhein aur Allah ke liye jein aur Allah ke liye parhein.</w:t>
      </w:r>
    </w:p>
    <w:p>
      <w:pPr>
        <w:jc w:val="right"/>
      </w:pPr>
      <w:r>
        <w:t>میں اللہ تعالی سے دعا کرتا ہوں کہ ہم کو اور آپ کو اس کی توفیق دے کہ ہم بات کو سمجھیں اور اللہ کے لیے جئیں اور اللہ کے لیے پڑھیں۔</w:t>
      </w:r>
    </w:p>
    <w:p>
      <w:r>
        <w:rPr>
          <w:b/>
        </w:rPr>
        <w:t xml:space="preserve">[59:56] </w:t>
      </w:r>
      <w:r>
        <w:t>qaul qooli haza wastaghfirullah li walakum jameean</w:t>
      </w:r>
    </w:p>
    <w:p>
      <w:pPr>
        <w:jc w:val="right"/>
      </w:pPr>
      <w:r>
        <w:t>قول قولي هذا واستغفر الله لي ولكم جميعا</w:t>
      </w:r>
    </w:p>
    <w:p>
      <w:r>
        <w:rPr>
          <w:b/>
        </w:rPr>
        <w:t xml:space="preserve">[1:00:12] </w:t>
      </w:r>
      <w:r>
        <w:t>shah imran hasan ne kiya hai dehli se. woh pooch rahe hain ke nazar bandi ki haqeeqat kya hai? is ko wazeh farmayein.</w:t>
      </w:r>
    </w:p>
    <w:p>
      <w:pPr>
        <w:jc w:val="right"/>
      </w:pPr>
      <w:r>
        <w:t>شاہ عمران حسن نے کیا ہے دہلی سے۔ وہ پوچھ رہے ہیں کہ نظر بندی کی حقیقت کیا ہے؟ اس کو واضح فرمائیں۔</w:t>
      </w:r>
    </w:p>
    <w:p>
      <w:r>
        <w:rPr>
          <w:b/>
        </w:rPr>
        <w:t xml:space="preserve">[1:00:22] </w:t>
      </w:r>
      <w:r>
        <w:t>dekhein, nazar bandi koi science to hai nahi,</w:t>
      </w:r>
    </w:p>
    <w:p>
      <w:pPr>
        <w:jc w:val="right"/>
      </w:pPr>
      <w:r>
        <w:t>دیکھیں، نظر بندی کوئی سائنس تو ہے نہیں،</w:t>
      </w:r>
    </w:p>
    <w:p>
      <w:r>
        <w:rPr>
          <w:b/>
        </w:rPr>
        <w:t xml:space="preserve">[1:00:28] </w:t>
      </w:r>
      <w:r>
        <w:t>na mujhe koi is ka zahiri tajruba hai. lekin yeh log mante rahe hain ke nazar bandi koi cheez hoti hai. lekin jo jinhone is ki tehqeeq ki hai, woh is ko trick kehte hain.</w:t>
      </w:r>
    </w:p>
    <w:p>
      <w:pPr>
        <w:jc w:val="right"/>
      </w:pPr>
      <w:r>
        <w:t>نہ مجھے کوئی اس کا ظاہری تجربہ ہے۔ لیکن یہ لوگ مانتے رہے ہیں کہ نظر بندی کوئی چیز ہوتی ہے۔ لیکن جو جنہوں نے اس کی تحقیق کی ہے، وہ اس کو ٹرک کہتے ہیں۔</w:t>
      </w:r>
    </w:p>
    <w:p>
      <w:r>
        <w:rPr>
          <w:b/>
        </w:rPr>
        <w:t xml:space="preserve">[1:00:43] </w:t>
      </w:r>
      <w:r>
        <w:t>trick!</w:t>
      </w:r>
    </w:p>
    <w:p>
      <w:pPr>
        <w:jc w:val="right"/>
      </w:pPr>
      <w:r>
        <w:t>ٹرک!</w:t>
      </w:r>
    </w:p>
    <w:p>
      <w:r>
        <w:rPr>
          <w:b/>
        </w:rPr>
        <w:t xml:space="preserve">[1:00:45] </w:t>
      </w:r>
      <w:r>
        <w:t>mein zahiri taur par is kain posture mein nahi hoon, lekin shayad yeh trick ho ya aadmi ya ise kehte hain mesmerism.</w:t>
      </w:r>
    </w:p>
    <w:p>
      <w:pPr>
        <w:jc w:val="right"/>
      </w:pPr>
      <w:r>
        <w:t>میں ظاہری طور پر اس کائن پوسچر میں نہیں ہوں، لیکن شاید یہ ٹرک ہو یا آدمی یا اسے کہتے ہیں مسمریزم۔</w:t>
      </w:r>
    </w:p>
    <w:p>
      <w:r>
        <w:rPr>
          <w:b/>
        </w:rPr>
        <w:t xml:space="preserve">[1:00:58] </w:t>
      </w:r>
      <w:r>
        <w:t>mesmerism jaisi koi cheez ho.</w:t>
      </w:r>
    </w:p>
    <w:p>
      <w:pPr>
        <w:jc w:val="right"/>
      </w:pPr>
      <w:r>
        <w:t>مسمریزم جیسی کوئی چیز ہو۔</w:t>
      </w:r>
    </w:p>
    <w:p>
      <w:r>
        <w:rPr>
          <w:b/>
        </w:rPr>
        <w:t xml:space="preserve">[1:01:03] </w:t>
      </w:r>
      <w:r>
        <w:t>baqi quran mein is ka zikr hai to zahiri sa waqia pesh aaya wahan.</w:t>
      </w:r>
    </w:p>
    <w:p>
      <w:pPr>
        <w:jc w:val="right"/>
      </w:pPr>
      <w:r>
        <w:t>باقی قرآن میں اس کا ذکر ہے تو ظاہری سا واقعہ پیش آیا وہاں۔</w:t>
      </w:r>
    </w:p>
    <w:p>
      <w:r>
        <w:rPr>
          <w:b/>
        </w:rPr>
        <w:t xml:space="preserve">[1:01:11] </w:t>
      </w:r>
      <w:r>
        <w:t>to mein is ke baray mein koi authentic baat karne ki koshish mein nahi hoon. sirf yeh keh sakta hoon ke quran mein jab hai to zaroor ek aisa waqia hai jo pesh aaya wahan par aur kuch log is ko trick kehte hain.</w:t>
      </w:r>
    </w:p>
    <w:p>
      <w:pPr>
        <w:jc w:val="right"/>
      </w:pPr>
      <w:r>
        <w:t>تو میں اس کے بارے میں کوئی اتھینٹک بات کرنے کی کوشش میں نہیں ہوں۔ صرف یہ کہہ سکتا ہوں کہ قرآن میں جب ہے تو ضرور ایک ایسا واقعہ ہے جو پیش آیا وہاں پر اور کچھ لوگ اس کو ٹرک کہتے ہیں۔</w:t>
      </w:r>
    </w:p>
    <w:p>
      <w:r>
        <w:rPr>
          <w:b/>
        </w:rPr>
        <w:t xml:space="preserve">[1:01:28] </w:t>
      </w:r>
      <w:r>
        <w:t>maulana, un ka ek aur sawal hai. unhone likha hai: "zarurat aur qanaat mein kya farq hai? is dunya mein insan ki bunyadi zarurat kya hai</w:t>
      </w:r>
    </w:p>
    <w:p>
      <w:pPr>
        <w:jc w:val="right"/>
      </w:pPr>
      <w:r>
        <w:t>مولانا، ان کا ایک اور سوال ہے۔ انہوں نے لکھا ہے: "ضرورت اور قناعت میں کیا فرق ہے؟ اس دنیا میں انسان کی بنیادی ضرورت کیا ہے</w:t>
      </w:r>
    </w:p>
    <w:p>
      <w:r>
        <w:rPr>
          <w:b/>
        </w:rPr>
        <w:t xml:space="preserve">[1:01:39] </w:t>
      </w:r>
      <w:r>
        <w:t>aur woh kya cheez hai jis ki hesiyat zarurat ki nahi balkeh luxury ki hai?"</w:t>
      </w:r>
    </w:p>
    <w:p>
      <w:pPr>
        <w:jc w:val="right"/>
      </w:pPr>
      <w:r>
        <w:t>اور وہ کیا چیز ہے جس کی حیثیت ضرورت کی نہیں بلکہ لگژری کی ہے؟"</w:t>
      </w:r>
    </w:p>
    <w:p>
      <w:r>
        <w:rPr>
          <w:b/>
        </w:rPr>
        <w:t xml:space="preserve">[1:01:50] </w:t>
      </w:r>
      <w:r>
        <w:t>dekhein, yeh to aadmi khud hi samajh sakta hai. jo kehte hain bare necessities, yeh aadmi khud hi samajh sakta hai.</w:t>
      </w:r>
    </w:p>
    <w:p>
      <w:pPr>
        <w:jc w:val="right"/>
      </w:pPr>
      <w:r>
        <w:t>دیکھیں، یہ تو آدمی خود ہی سمجھ سکتا ہے۔ جو کہتے ہیں بیئر نیسیسٹی، یہ آدمی خود ہی سمجھ سکتا ہے۔</w:t>
      </w:r>
    </w:p>
    <w:p>
      <w:r>
        <w:rPr>
          <w:b/>
        </w:rPr>
        <w:t xml:space="preserve">[1:02:01] </w:t>
      </w:r>
      <w:r>
        <w:t>bahar se koi aadmi aap ko list nahi bata sakta.</w:t>
      </w:r>
    </w:p>
    <w:p>
      <w:pPr>
        <w:jc w:val="right"/>
      </w:pPr>
      <w:r>
        <w:t>باہر سے کوئی آدمی آپ کو لسٹ نہیں بتا سکتا۔</w:t>
      </w:r>
    </w:p>
    <w:p>
      <w:r>
        <w:rPr>
          <w:b/>
        </w:rPr>
        <w:t xml:space="preserve">[1:02:06] </w:t>
      </w:r>
      <w:r>
        <w:t>mein sirf yeh kahoon ga ke ek aisa aadmi jis ka koi maqsad ho, jis ka koi mission ho, to woh is ko afford nahi kar sakta ke comfort aur luxury mein apna time waste kare.</w:t>
      </w:r>
    </w:p>
    <w:p>
      <w:pPr>
        <w:jc w:val="right"/>
      </w:pPr>
      <w:r>
        <w:t>میں صرف یہ کہوں گا کہ ایک ایسا آدمی جس کا کوئی مقصد ہو، جس کا کوئی مشن ہو، تو وہ اس کو افورڈ نہیں کر سکتا کہ کمفرٹ اور لگژری میں اپنا ٹائم ویسٹ کرے۔</w:t>
      </w:r>
    </w:p>
    <w:p>
      <w:r>
        <w:rPr>
          <w:b/>
        </w:rPr>
        <w:t xml:space="preserve">[1:02:24] </w:t>
      </w:r>
      <w:r>
        <w:t>is ko afford nahi kar sakta. woh is wajah se woh jo hai, us pe qanaat kar leta hai.</w:t>
      </w:r>
    </w:p>
    <w:p>
      <w:pPr>
        <w:jc w:val="right"/>
      </w:pPr>
      <w:r>
        <w:t>اس کو افورڈ نہیں کر سکتا۔ وہ اس وجہ سے وہ جو ہے، اس پہ قناعت کر لیتا ہے۔</w:t>
      </w:r>
    </w:p>
    <w:p>
      <w:r>
        <w:rPr>
          <w:b/>
        </w:rPr>
        <w:t xml:space="preserve">[1:02:35] </w:t>
      </w:r>
      <w:r>
        <w:t>misal ke tor par, mein apni misal deta hoon. mein akhirat tak koshish karta hoon. mere kamre mein agar aap aayein to mere kamre mein kai kursiyan hain.</w:t>
      </w:r>
    </w:p>
    <w:p>
      <w:pPr>
        <w:jc w:val="right"/>
      </w:pPr>
      <w:r>
        <w:t>مثال کے طور پر، میں اپنی مثال دیتا ہوں۔ میں آخرت تک کوشش کرتا ہوں۔ میرے کمرے میں اگر آپ آئیں تو میرے کمرے میں کئی کرسیاں ہیں۔</w:t>
      </w:r>
    </w:p>
    <w:p>
      <w:r>
        <w:rPr>
          <w:b/>
        </w:rPr>
        <w:t xml:space="preserve">[1:02:43] </w:t>
      </w:r>
      <w:r>
        <w:t>woh kursiyan mujhe pasand nahi hain. woh kursiyan 1983 se hain, aaj se nahi. pasand na hone ke bawajood mein is ko target karta hoon.</w:t>
      </w:r>
    </w:p>
    <w:p>
      <w:pPr>
        <w:jc w:val="right"/>
      </w:pPr>
      <w:r>
        <w:t>وہ کرسیاں مجھے پسند نہیں ہیں۔ وہ کرسیاں 1983 سے ہیں، آج سے نہیں۔ پسند نہ ہونے کے باوجود میں اس کو ٹارگٹ کرتا ہوں۔</w:t>
      </w:r>
    </w:p>
    <w:p>
      <w:r>
        <w:rPr>
          <w:b/>
        </w:rPr>
        <w:t xml:space="preserve">[1:02:54] </w:t>
      </w:r>
      <w:r>
        <w:t>agar mein chahoon to abhi, abhi kahoon apne bachon se to mere bachay banwa dein ge, form badal dein ge. doosra,</w:t>
      </w:r>
    </w:p>
    <w:p>
      <w:pPr>
        <w:jc w:val="right"/>
      </w:pPr>
      <w:r>
        <w:t>اگر میں چاہوں تو ابھی، ابھی کہوں اپنے بچوں سے تو میرے بچے بنوا دیں گے، فارم بدل دیں گے۔ دوسرا،</w:t>
      </w:r>
    </w:p>
    <w:p>
      <w:r>
        <w:rPr>
          <w:b/>
        </w:rPr>
        <w:t xml:space="preserve">[1:03:03] </w:t>
      </w:r>
      <w:r>
        <w:t>mein bachchon se kabhi zikr nahin kiya mein ne is ka ke yeh kursiyan mujhe pasand nahin hain. to ek hai, dekhein, pasand na pasand.</w:t>
      </w:r>
    </w:p>
    <w:p>
      <w:pPr>
        <w:jc w:val="right"/>
      </w:pPr>
      <w:r>
        <w:t>میں بچوں سے کبھی ذکر نہیں کیا میں نے اس کا کہ یہ کرسیاں مجھے پسند نہیں ہیں۔ تو ایک ہے، دیکھیں، پسند نا پسند۔</w:t>
      </w:r>
    </w:p>
    <w:p>
      <w:r>
        <w:rPr>
          <w:b/>
        </w:rPr>
        <w:t xml:space="preserve">[1:03:13] </w:t>
      </w:r>
      <w:r>
        <w:t>ek yeh hai jis ke baray mein kehte hain mala bad man, jis ke oopar kaam nahin chalta. mein ne yeh farq kiya hai. pasand na pasand ki list to bohat lambi ho jaye gi.</w:t>
      </w:r>
    </w:p>
    <w:p>
      <w:pPr>
        <w:jc w:val="right"/>
      </w:pPr>
      <w:r>
        <w:t>ایک یہ ہے جس کے بارے میں کہتے ہیں مالا بد من، جس کے اوپر کام نہیں چلتا۔ میں نے یہ فرق کیا ہے۔ پسند نا پسند کی لسٹ تو بہت لمبی ہو جائے گی۔</w:t>
      </w:r>
    </w:p>
    <w:p>
      <w:r>
        <w:rPr>
          <w:b/>
        </w:rPr>
        <w:t xml:space="preserve">[1:03:25] </w:t>
      </w:r>
      <w:r>
        <w:t>aaj mein kuch na pasand hai, kal mujhe kuch aur na pasand ho jaye ga. to</w:t>
      </w:r>
    </w:p>
    <w:p>
      <w:pPr>
        <w:jc w:val="right"/>
      </w:pPr>
      <w:r>
        <w:t>آج میں کچھ نا پسند ہے، کل مجھے کچھ اور نا پسند ہو جائے گا۔ تو</w:t>
      </w:r>
    </w:p>
    <w:p>
      <w:r>
        <w:rPr>
          <w:b/>
        </w:rPr>
        <w:t xml:space="preserve">[1:03:30] </w:t>
      </w:r>
      <w:r>
        <w:t>mein ne yeh samjha hai ke mujhe pasand na pasand mein nahin chalna hai, bear necessity pe chalna hai. to yeh bear necessity jo hai, yeh mind of mission culture hai.</w:t>
      </w:r>
    </w:p>
    <w:p>
      <w:pPr>
        <w:jc w:val="right"/>
      </w:pPr>
      <w:r>
        <w:t>میں نے یہ سمجھا ہے کہ مجھے پسند نا پسند میں نہیں چلنا ہے، بیئر نیسیسٹی پہ چلنا ہے۔ تو یہ بیئر نیسیسٹی جو ہے، یہ مائنڈ آف مشن کلچر ہے۔</w:t>
      </w:r>
    </w:p>
    <w:p>
      <w:r>
        <w:rPr>
          <w:b/>
        </w:rPr>
        <w:t xml:space="preserve">[1:03:46] </w:t>
      </w:r>
      <w:r>
        <w:t>faisla yahan karna hai ke aap ko mind of mission banna hai ya sirf dunya mein hawa tarjeehna hai.</w:t>
      </w:r>
    </w:p>
    <w:p>
      <w:pPr>
        <w:jc w:val="right"/>
      </w:pPr>
      <w:r>
        <w:t>فیصلہ یہاں کرنا ہے کہ آپ کو مائنڈ آف مشن بننا ہے یا صرف دنیا میں ہوا ترجیحنا ہے۔</w:t>
      </w:r>
    </w:p>
    <w:p>
      <w:r>
        <w:rPr>
          <w:b/>
        </w:rPr>
        <w:t xml:space="preserve">[1:03:55] </w:t>
      </w:r>
      <w:r>
        <w:t>faisla yahan karna hai. agar aap ba-maqsad zindagi ka faisla karein, mind of mission banein to aap ka khud andar, aap ka dil hi batata rahe ga ke bhai yeh to ghair zaroori hai, yeh to ghair zaroori hai, yeh to ghair zaroori hai.</w:t>
      </w:r>
    </w:p>
    <w:p>
      <w:pPr>
        <w:jc w:val="right"/>
      </w:pPr>
      <w:r>
        <w:t>فیصلہ یہاں کرنا ہے۔ اگر آپ بامقصد زندگی کا فیصلہ کریں، مائنڈ آف مشن بنیں تو آپ کا خود اندر، آپ کا دل ہی بتاتا رہے گا کہ بھئی یہ تو غیر ضروری ہے، یہ تو غیر ضروری ہے، یہ تو غیر ضروری ہے۔</w:t>
      </w:r>
    </w:p>
    <w:p>
      <w:r>
        <w:rPr>
          <w:b/>
        </w:rPr>
        <w:t xml:space="preserve">[1:04:16] </w:t>
      </w:r>
      <w:r>
        <w:t>misalan, mere kamray mein kai aisi cheezein nahin hain jo meri pasand ke mutabiq wahan honi chahiye, lekin mein pasand ko chalta nahin hoon.</w:t>
      </w:r>
    </w:p>
    <w:p>
      <w:pPr>
        <w:jc w:val="right"/>
      </w:pPr>
      <w:r>
        <w:t>مثلاً، میرے کمرے میں کئی ایسی چیزیں نہیں ہیں جو میری پسند کے مطابق وہاں ہونی چاہیے، لیکن میں پسند کو چلاتا نہیں ہوں۔</w:t>
      </w:r>
    </w:p>
    <w:p>
      <w:r>
        <w:rPr>
          <w:b/>
        </w:rPr>
        <w:t xml:space="preserve">[1:04:25] </w:t>
      </w:r>
      <w:r>
        <w:t>pasand ko mein bhula rakha hai. jin ko jin cheezon ko mein apni zaroorat samajhta hoon, un ko wahan par rakha hai. aur mere bachche Khuda ko pata hai ke mein kahoon to aap bhi sab cheez wahan la kar jama kar dein.</w:t>
      </w:r>
    </w:p>
    <w:p>
      <w:pPr>
        <w:jc w:val="right"/>
      </w:pPr>
      <w:r>
        <w:t>پسند کو میں بھلا رکھا ہے۔ جن کو جن چیزوں کو میں اپنی ضرورت سمجھتا ہوں، ان کو وہاں پر رکھا ہے۔ اور میرے بچے خدا کو پتہ ہے کہ میں کہوں تو آپ بھی سب چیز وہاں لا کر جمع کر دیں۔</w:t>
      </w:r>
    </w:p>
    <w:p>
      <w:r>
        <w:rPr>
          <w:b/>
        </w:rPr>
        <w:t xml:space="preserve">[1:04:42] </w:t>
      </w:r>
      <w:r>
        <w:t>magar mein munh se bolta nahin. koi yeh jo pasand hai, woh kuch pasand hai.</w:t>
      </w:r>
    </w:p>
    <w:p>
      <w:pPr>
        <w:jc w:val="right"/>
      </w:pPr>
      <w:r>
        <w:t>مگر میں منہ سے بولتا نہیں۔ کوئی یہ جو پسند ہے، وہ کچھ پسند ہے۔</w:t>
      </w:r>
    </w:p>
    <w:p>
      <w:r>
        <w:rPr>
          <w:b/>
        </w:rPr>
        <w:t xml:space="preserve">[1:04:48] </w:t>
      </w:r>
      <w:r>
        <w:t>to ya aap ko faisla karna hai ke aap mission wali zindagi guzarna hai aap ko ya mahaz ek aaram o aafiyat wali zindagi guzarna hai.</w:t>
      </w:r>
    </w:p>
    <w:p>
      <w:pPr>
        <w:jc w:val="right"/>
      </w:pPr>
      <w:r>
        <w:t>تو یا آپ کو فیصلہ کرنا ہے کہ آپ مشن والی زندگی گزارنا ہے آپ کو یا محض ایک آرام و عافیت والی زندگی گزارنا ہے۔</w:t>
      </w:r>
    </w:p>
    <w:p>
      <w:r>
        <w:rPr>
          <w:b/>
        </w:rPr>
        <w:t xml:space="preserve">[1:04:59] </w:t>
      </w:r>
      <w:r>
        <w:t>isi faislay par aap ke freeze freeze bane gi. net ki freeze bane gi. net ki list.</w:t>
      </w:r>
    </w:p>
    <w:p>
      <w:pPr>
        <w:jc w:val="right"/>
      </w:pPr>
      <w:r>
        <w:t>اسی فیصلے پر آپ کے فریز فریز بنے گی۔ نیٹ کی فریز بنے گی۔ نیٹ کی لسٹ۔</w:t>
      </w:r>
    </w:p>
    <w:p>
      <w:r>
        <w:rPr>
          <w:b/>
        </w:rPr>
        <w:t xml:space="preserve">[1:05:10] </w:t>
      </w:r>
      <w:r>
        <w:t>mister aamir bin yusuf ne karachi pakistan se likha hai:</w:t>
      </w:r>
    </w:p>
    <w:p>
      <w:pPr>
        <w:jc w:val="right"/>
      </w:pPr>
      <w:r>
        <w:t>مسٹر عامر بن یوسف نے کراچی پاکستان سے لکھا ہے:</w:t>
      </w:r>
    </w:p>
    <w:p>
      <w:r>
        <w:rPr>
          <w:b/>
        </w:rPr>
        <w:t xml:space="preserve">[1:05:16] </w:t>
      </w:r>
      <w:r>
        <w:t>"musalmanon mein jo yeh firqa parasti phaili, jaise ahle hadees, deobandi, brelvi, is ka starting point kahan se tha?</w:t>
      </w:r>
    </w:p>
    <w:p>
      <w:pPr>
        <w:jc w:val="right"/>
      </w:pPr>
      <w:r>
        <w:t>"مسلمانوں میں جو یہ فرقہ پرستی پھیلی، جیسے اہل حدیث، دیوبندی، بریلوی، اس کا سٹارٹنگ پوائنٹ کہاں سے تھا؟</w:t>
      </w:r>
    </w:p>
    <w:p>
      <w:r>
        <w:rPr>
          <w:b/>
        </w:rPr>
        <w:t xml:space="preserve">[1:05:27] </w:t>
      </w:r>
      <w:r>
        <w:t>infiradi difference se ya zid ki base par?" karpa kar ke rehnumai farmayein. dekhein, firqa yani firqay jahan se musalmanon mein nahin hain, sab kiya hain?</w:t>
      </w:r>
    </w:p>
    <w:p>
      <w:pPr>
        <w:jc w:val="right"/>
      </w:pPr>
      <w:r>
        <w:t>انفرادی ڈیفرنس سے یا ضد کی بیس پر؟" کرپا کر کے رہنمائی فرمائیں۔ دیکھیں، فرقہ یعنی فرقے جہاں سے مسلمانوں میں نہیں ہیں، سب کیا ہیں؟</w:t>
      </w:r>
    </w:p>
    <w:p>
      <w:r>
        <w:rPr>
          <w:b/>
        </w:rPr>
        <w:t xml:space="preserve">[1:05:41] </w:t>
      </w:r>
      <w:r>
        <w:t>hinduon mein hain, isaiyon mein hain, yahudiyon mein hain, jainiyon mein hain, budhston mein hain. yeh matlab nahin ke firqa musalmanon mein hai.</w:t>
      </w:r>
    </w:p>
    <w:p>
      <w:pPr>
        <w:jc w:val="right"/>
      </w:pPr>
      <w:r>
        <w:t>ہندوؤں میں ہیں، عیسائیوں میں ہیں، یہودیوں میں ہیں، جینیوں میں ہیں، بدھسٹوں میں ہیں۔ یہ مطلب نہیں کہ فرقہ مسلمانوں میں ہے۔</w:t>
      </w:r>
    </w:p>
    <w:p>
      <w:r>
        <w:rPr>
          <w:b/>
        </w:rPr>
        <w:t xml:space="preserve">[1:05:51] </w:t>
      </w:r>
      <w:r>
        <w:t>yeh mein samajhta hoon ke ek aam baat hai, fitrat ka taqaza hai. ek firqa hoon. asal cheez jo musalmanon mein leak kar rahi hai, woh hai tolerance.</w:t>
      </w:r>
    </w:p>
    <w:p>
      <w:pPr>
        <w:jc w:val="right"/>
      </w:pPr>
      <w:r>
        <w:t>یہ میں سمجھتا ہوں کہ ایک عام بات ہے، فطرت کا تقاضا ہے۔ ایک فرقہ ہوں۔ اصل چیز جو مسلمانوں میں لیک کر رہی ہے، وہ ہے ٹالرنس۔</w:t>
      </w:r>
    </w:p>
    <w:p>
      <w:r>
        <w:rPr>
          <w:b/>
        </w:rPr>
        <w:t xml:space="preserve">[1:06:02] </w:t>
      </w:r>
      <w:r>
        <w:t>yani firqa bandi to hogi, hogi aur khatam nahin kar sakte ho aap. lekin aap tolerant kijiye. yani ikhtilaf ke bawajood muttahed ho kar rehna seekhein.</w:t>
      </w:r>
    </w:p>
    <w:p>
      <w:pPr>
        <w:jc w:val="right"/>
      </w:pPr>
      <w:r>
        <w:t>یعنی فرقہ بندی تو ہوگی، ہوگی اور ختم نہیں کر سکتے ہو آپ۔ لیکن آپ ٹالرینٹ کیجئے۔ یعنی اختلاف کے باوجود متحد ہو کر رہنا سیکھیں۔</w:t>
      </w:r>
    </w:p>
    <w:p>
      <w:r>
        <w:rPr>
          <w:b/>
        </w:rPr>
        <w:t xml:space="preserve">[1:06:14] </w:t>
      </w:r>
      <w:r>
        <w:t>musalmanon ki kami yeh hai is mein ke unhon ne firqa ko joR rakha hai aqeeday se, jannat jahannum se.</w:t>
      </w:r>
    </w:p>
    <w:p>
      <w:pPr>
        <w:jc w:val="right"/>
      </w:pPr>
      <w:r>
        <w:t>مسلمانوں کی کمی یہ ہے اس میں کہ انہوں نے فرقہ کو جوڑ رکھا ہے عقیدے سے، جنت جہنم سے۔</w:t>
      </w:r>
    </w:p>
    <w:p>
      <w:r>
        <w:rPr>
          <w:b/>
        </w:rPr>
        <w:t xml:space="preserve">[1:06:22] </w:t>
      </w:r>
      <w:r>
        <w:t>to yeh ghalat hai. aap firqa ke maamlay mein logon ko azadi dijiye. jo jaise samajhta hai, usay rehne dijiye. us ko lekin bohat bari musibat yeh hai ke musalmanon mein faurun fatwa shuru ho jata hai.</w:t>
      </w:r>
    </w:p>
    <w:p>
      <w:pPr>
        <w:jc w:val="right"/>
      </w:pPr>
      <w:r>
        <w:t>تو یہ غلطی ہے۔ آپ فرقے کے معاملے میں لوگوں کو آزادی دیجئے۔ جو جیسے سمجھتا ہے، اسے رہنے دیجئے۔ اس کو لیکن بہت بڑی مصیبت یہ ہے کہ مسلمانوں میں فی الفور فتویٰ شروع ہو جاتا ہے۔</w:t>
      </w:r>
    </w:p>
    <w:p>
      <w:r>
        <w:rPr>
          <w:b/>
        </w:rPr>
        <w:t xml:space="preserve">[1:06:37] </w:t>
      </w:r>
      <w:r>
        <w:t>fatwa yani fatwa activism. musalman jo chala hua hai, woh hai masla. fatwa activism.</w:t>
      </w:r>
    </w:p>
    <w:p>
      <w:pPr>
        <w:jc w:val="right"/>
      </w:pPr>
      <w:r>
        <w:t>فتویٰ یعنی فتویٰ ایکٹیوزم۔ مسلمان جو چلا ہوا ہے، وہ ہے مسئلہ۔ فتویٰ ایکٹیوزم۔</w:t>
      </w:r>
    </w:p>
    <w:p>
      <w:r>
        <w:rPr>
          <w:b/>
        </w:rPr>
        <w:t xml:space="preserve">[1:06:46] </w:t>
      </w:r>
      <w:r>
        <w:t>mein firqa sachcha tumhara firqa jhoota hai. yeh firqa to hum sab kiya hain</w:t>
      </w:r>
    </w:p>
    <w:p>
      <w:pPr>
        <w:jc w:val="right"/>
      </w:pPr>
      <w:r>
        <w:t>میں فرقہ سچا تمہارا فرقہ جھوٹا ہے۔ یہ فرقہ تو ہم سب کیا ہیں</w:t>
      </w:r>
    </w:p>
    <w:p>
      <w:r>
        <w:rPr>
          <w:b/>
        </w:rPr>
        <w:t xml:space="preserve">[1:06:51] </w:t>
      </w:r>
      <w:r>
        <w:t>? musalman mein itne firqay hain ke isaiyon mein hain, yahudiyon mein firqay hain, sab mein firqay hain. lekin log tolerant karte hain. woh log tolerant karte hain.</w:t>
      </w:r>
    </w:p>
    <w:p>
      <w:pPr>
        <w:jc w:val="right"/>
      </w:pPr>
      <w:r>
        <w:t>؟ مسلمان میں اتنے فرقے ہیں کہ عیسائیوں میں ہیں، یہودیوں میں فرقے ہیں، سب میں فرقے ہیں۔ لیکن لوگ ٹالرینٹ کرتے ہیں۔ وہ لوگ ٹالرینٹ کرتے ہیں۔</w:t>
      </w:r>
    </w:p>
    <w:p>
      <w:r>
        <w:rPr>
          <w:b/>
        </w:rPr>
        <w:t xml:space="preserve">[1:07:02] </w:t>
      </w:r>
      <w:r>
        <w:t>firqa ki buniyad pe ladte milte nahin. to jis cheez par zor dena chahiye, woh yeh nahin ke firqa na ho. firqa to rahe ga. yani woh aur firqa ban jaye ga.</w:t>
      </w:r>
    </w:p>
    <w:p>
      <w:pPr>
        <w:jc w:val="right"/>
      </w:pPr>
      <w:r>
        <w:t>فرقے کی بنیاد پہ لڑتے ملتے نہیں۔ تو جس چیز پر زور دینا چاہیے، وہ یہ نہیں کہ فرقہ نہ ہو۔ فرقہ تو رہے گا۔ یعنی وہ اور فرقہ بن جائے گا۔</w:t>
      </w:r>
    </w:p>
    <w:p>
      <w:r>
        <w:rPr>
          <w:b/>
        </w:rPr>
        <w:t xml:space="preserve">[1:07:13] </w:t>
      </w:r>
      <w:r>
        <w:t>aap musalmanon ko yeh spirit of tolerance paida kijiye.</w:t>
      </w:r>
    </w:p>
    <w:p>
      <w:pPr>
        <w:jc w:val="right"/>
      </w:pPr>
      <w:r>
        <w:t>آپ مسلمانوں کو یہ اسپرٹ آف ٹالرنس پیدا کیجئے۔</w:t>
      </w:r>
    </w:p>
    <w:p>
      <w:r>
        <w:rPr>
          <w:b/>
        </w:rPr>
        <w:t xml:space="preserve">[1:07:18] </w:t>
      </w:r>
      <w:r>
        <w:t>tahammul, bardasht, yeh paida kijiye. yani wahi cheez jis ko democracy mein log paida kiya hai.</w:t>
      </w:r>
    </w:p>
    <w:p>
      <w:pPr>
        <w:jc w:val="right"/>
      </w:pPr>
      <w:r>
        <w:t>تحمل، برداشت، یہ پیدا کیجئے۔ یعنی وہی چیز جس کو ڈیموکریسی میں لوگ پیدا کیا ہے۔</w:t>
      </w:r>
    </w:p>
    <w:p>
      <w:r>
        <w:rPr>
          <w:b/>
        </w:rPr>
        <w:t xml:space="preserve">[1:07:28] </w:t>
      </w:r>
      <w:r>
        <w:t>logon ne democracy kiya hai? democracy naam isi baat ka hai. yaani democracy mein bohat firqay hotay hain. in ko siyasi firqay, partiyan kiya hain?</w:t>
      </w:r>
    </w:p>
    <w:p>
      <w:pPr>
        <w:jc w:val="right"/>
      </w:pPr>
      <w:r>
        <w:t>لوگوں نے ڈیموکریسی کیا ہے؟ ڈیموکریسی نام اسی بات کا ہے۔ یعنی ڈیموکریسی میں بہت فرقے ہوتے ہیں۔ ان کو سیاسی فرقے، پارٹیاں کیا ہیں؟</w:t>
      </w:r>
    </w:p>
    <w:p>
      <w:r>
        <w:rPr>
          <w:b/>
        </w:rPr>
        <w:t xml:space="preserve">[1:07:37] </w:t>
      </w:r>
      <w:r>
        <w:t>partiyan siyasi firqay hain.</w:t>
      </w:r>
    </w:p>
    <w:p>
      <w:pPr>
        <w:jc w:val="right"/>
      </w:pPr>
      <w:r>
        <w:t>پارٹیاں سیاسی فرقے ہیں۔</w:t>
      </w:r>
    </w:p>
    <w:p>
      <w:r>
        <w:rPr>
          <w:b/>
        </w:rPr>
        <w:t xml:space="preserve">[1:07:41] </w:t>
      </w:r>
      <w:r>
        <w:t>partiyan siyasi firqay hain. har jagah jahan democracy hai, wahan siyasi firqay hain.</w:t>
      </w:r>
    </w:p>
    <w:p>
      <w:pPr>
        <w:jc w:val="right"/>
      </w:pPr>
      <w:r>
        <w:t>پارٹیاں سیاسی فرقے ہیں۔ ہر جگہ جہاں ڈیموکریسی ہے، وہاں سیاسی فرقے ہیں۔</w:t>
      </w:r>
    </w:p>
    <w:p>
      <w:r>
        <w:rPr>
          <w:b/>
        </w:rPr>
        <w:t xml:space="preserve">[1:07:46] </w:t>
      </w:r>
      <w:r>
        <w:t>lekin woh log bachna nahi chahtay. bandon ko nahi chalatay. woh aapas mein aik doosray say discuss kartay hain, nazriati satah par apnay ikhtilaf zahir kartay hain.</w:t>
      </w:r>
    </w:p>
    <w:p>
      <w:pPr>
        <w:jc w:val="right"/>
      </w:pPr>
      <w:r>
        <w:t>لیکن وہ لوگ بچنا نہیں چاہتے۔ بندوں کو نہیں چلاتے۔ وہ آپس میں ایک دوسرے سے ڈسکس کرتے ہیں، نظریاتی سطح پر اپنے اختلاف ظاہر کرتے ہیں۔</w:t>
      </w:r>
    </w:p>
    <w:p>
      <w:r>
        <w:rPr>
          <w:b/>
        </w:rPr>
        <w:t xml:space="preserve">[1:07:59] </w:t>
      </w:r>
      <w:r>
        <w:t>to yeh galat hai. be dekh kay shikayat ki jaye kay firqay kyun hain? firqay to nahi hain. aap ko koshish karna chahiye kay musalmanon mein tahammul aaye, tolerance aaye, bardasht aaye.</w:t>
      </w:r>
    </w:p>
    <w:p>
      <w:pPr>
        <w:jc w:val="right"/>
      </w:pPr>
      <w:r>
        <w:t>تو یہ غلط ہے۔ بے دیکھ کے شکایت کی جائے کہ فرقے کیوں ہیں؟ فرقے تو نہیں ہیں۔ آپ کو کوشش کرنا چاہیے کہ مسلمانوں میں تحمل آئے، ٹالرنس آئے، برداشت آئے۔</w:t>
      </w:r>
    </w:p>
    <w:p>
      <w:r>
        <w:rPr>
          <w:b/>
        </w:rPr>
        <w:t xml:space="preserve">[1:08:10] </w:t>
      </w:r>
      <w:r>
        <w:t>yeh riyasat zaroorat yahan aaye.</w:t>
      </w:r>
    </w:p>
    <w:p>
      <w:pPr>
        <w:jc w:val="right"/>
      </w:pPr>
      <w:r>
        <w:t>یہ ریاست ضرورت یہاں آئے۔</w:t>
      </w:r>
    </w:p>
    <w:p>
      <w:r>
        <w:rPr>
          <w:b/>
        </w:rPr>
        <w:t xml:space="preserve">[1:08:15] </w:t>
      </w:r>
      <w:r>
        <w:t>maulana, yeh sawal aaya hai abhi mister mir ali ka. unhon ne apni location bhi batayi hai. woh likh rahay hain kay mera question thora odd hai, lekin main poochna chahta hoon kay Allah taala ne aisa kyun kiya kay pehlay universe ko banaya aur phir azadi di, phir prophet ko bhej kar logon ko samjhanay kay liye bheja?</w:t>
      </w:r>
    </w:p>
    <w:p>
      <w:pPr>
        <w:jc w:val="right"/>
      </w:pPr>
      <w:r>
        <w:t>مولانا، یہ سوال آیا ہے ابھی مسٹر میر علی کا۔ انہوں نے اپنی لوکیشن بھی بتائی ہے۔ وہ لکھ رہے ہیں کہ میرا کوئسچن تھوڑا اوڈ ہے، لیکن میں پوچھنا چاہتا ہوں کہ اللہ تعالی نے ایسا کیوں کیا کہ پہلے یونیورس کو بنایا اور پھر آزادی دی، پھر پرافٹ کو بھیج کر لوگوں کو سمجھانے کے لیے بھیجا؟</w:t>
      </w:r>
    </w:p>
    <w:p>
      <w:r>
        <w:rPr>
          <w:b/>
        </w:rPr>
        <w:t xml:space="preserve">[1:08:40] </w:t>
      </w:r>
      <w:r>
        <w:t>right use of freedom karogay to jannat milega, wrong use of freedom karogay to jahannum milega. phir dawat ka kaam karo, logon ko samjhao. main to nahi chahta tha kay mujh ko paida kiya jaye aur jannat, jannat ko jana.</w:t>
      </w:r>
    </w:p>
    <w:p>
      <w:pPr>
        <w:jc w:val="right"/>
      </w:pPr>
      <w:r>
        <w:t>رائٹ یوز آف فریڈم کرو گے تو جنت ملے گا، رونگ یوز آف فریڈم کرو گے تو دوزخ ملے گا۔ پھر دعوت کا کام کرو، لوگوں کو سمجھاؤ۔ میں تو نہیں چاہتا تھا کہ مجھ کو پیدا کیا جائے اور جنت، جنت کو جانا۔</w:t>
      </w:r>
    </w:p>
    <w:p>
      <w:r>
        <w:rPr>
          <w:b/>
        </w:rPr>
        <w:t xml:space="preserve">[1:08:55] </w:t>
      </w:r>
      <w:r>
        <w:t>itni bari problem mein Allah taala kyun insan ko daal raha hai? dekhen, yeh sawal jawab ki baatein hain, yeh study ki baat hai.</w:t>
      </w:r>
    </w:p>
    <w:p>
      <w:pPr>
        <w:jc w:val="right"/>
      </w:pPr>
      <w:r>
        <w:t>اتنی بڑی پرابلم میں اللہ تعالی کیوں انسان کو ڈال رہا ہے؟ دیکھیں، یہ سوال جواب کی باتیں ہیں، یہ اسٹڈی کی بات ہے۔</w:t>
      </w:r>
    </w:p>
    <w:p>
      <w:r>
        <w:rPr>
          <w:b/>
        </w:rPr>
        <w:t xml:space="preserve">[1:09:07] </w:t>
      </w:r>
      <w:r>
        <w:t>aap study kijiye. isi liye hadith mein aata hai, aik sahab bhi kehtay hain: "naveena inkast sawal, sawal karen, is par study kijiye, mutala kijiye." dekhiye, jawab jo hai,</w:t>
      </w:r>
    </w:p>
    <w:p>
      <w:pPr>
        <w:jc w:val="right"/>
      </w:pPr>
      <w:r>
        <w:t>آپ اسٹڈی کیجئے۔ اسی لیے حدیث میں آتا ہے، ایک صاحب بھی کہتے ہیں: "نوینا انکست سوال، سوال کریں، اس پر اسٹڈی کیجئے، مطالعہ کیجئے۔" دیکھیے، جواب جو ہے،</w:t>
      </w:r>
    </w:p>
    <w:p>
      <w:r>
        <w:rPr>
          <w:b/>
        </w:rPr>
        <w:t xml:space="preserve">[1:09:22] </w:t>
      </w:r>
      <w:r>
        <w:t>koi bhi aadmi sirf 50 percent de sakta hai. 50 percent aadmi ko khud samajhna hai. log paper bandhnay hotay hain, mutala kartay nahi, bas sawal kartay rehtay hain.</w:t>
      </w:r>
    </w:p>
    <w:p>
      <w:pPr>
        <w:jc w:val="right"/>
      </w:pPr>
      <w:r>
        <w:t>کوئی بھی آدمی صرف 50 پرسنٹ دے سکتا ہے۔ 50 پرسنٹ آدمی کو خود سمجھنا ہے۔ لوگ پیپر باندھنے ہوتے ہیں، مطالعہ کرتے نہیں، بس سوال کرتے رہتے ہیں۔</w:t>
      </w:r>
    </w:p>
    <w:p>
      <w:r>
        <w:rPr>
          <w:b/>
        </w:rPr>
        <w:t xml:space="preserve">[1:09:33] </w:t>
      </w:r>
      <w:r>
        <w:t>koi bhi insan aisa nahi hai jo aap kay sawal ka tashfeef jawab de de us waqt tak jab tak aap ne khud us ko parha na ho.</w:t>
      </w:r>
    </w:p>
    <w:p>
      <w:pPr>
        <w:jc w:val="right"/>
      </w:pPr>
      <w:r>
        <w:t>کوئی بھی انسان ایسا نہیں ہے جو آپ کے سوال کا تشفیف جواب دے دے اس وقت تک جب تک آپ نے خود اس کو پڑھا نہ ہو۔</w:t>
      </w:r>
    </w:p>
    <w:p>
      <w:r>
        <w:rPr>
          <w:b/>
        </w:rPr>
        <w:t xml:space="preserve">[1:09:42] </w:t>
      </w:r>
      <w:r>
        <w:t>baghair mutalay kay aap kya samjhen? kisi jawab ko main kahunga un sahab ko kay aap sawal mat kijiye, mutala kijiye.</w:t>
      </w:r>
    </w:p>
    <w:p>
      <w:pPr>
        <w:jc w:val="right"/>
      </w:pPr>
      <w:r>
        <w:t>بغیر مطالعے کے آپ کیا سمجھیں؟ کسی جواب کو میں کہوں گا ان صاحب کو کہ آپ سوال مت کیجئے، مطالعہ کیجئے۔</w:t>
      </w:r>
    </w:p>
    <w:p>
      <w:r>
        <w:rPr>
          <w:b/>
        </w:rPr>
        <w:t xml:space="preserve">[1:09:53] </w:t>
      </w:r>
      <w:r>
        <w:t>gehra mutala karnay kay baad khud hi aap ka sawal hal ho jayega. bil farz, us waqt sawal karna janwar aap kay liye abhi baghair mutalay kay jawab sawal kar diya hai.</w:t>
      </w:r>
    </w:p>
    <w:p>
      <w:pPr>
        <w:jc w:val="right"/>
      </w:pPr>
      <w:r>
        <w:t>گہرا مطالعہ کرنے کے بعد خود ہی آپ کا سوال حل ہو جائے گا۔ بالفرض، اس وقت سوال کرنا جانور آپ کے لیے ابھی بغیر مطالعے کے جواب سوال کر دیا ہے۔</w:t>
      </w:r>
    </w:p>
    <w:p>
      <w:r>
        <w:rPr>
          <w:b/>
        </w:rPr>
        <w:t xml:space="preserve">[1:10:04] </w:t>
      </w:r>
      <w:r>
        <w:t>mutalay kay baghair sawal kar diya hai. hamari kitaben parhiye, aap</w:t>
      </w:r>
    </w:p>
    <w:p>
      <w:pPr>
        <w:jc w:val="right"/>
      </w:pPr>
      <w:r>
        <w:t>مطالعے کے بغیر سوال کر دیا ہے۔ ہماری کتابیں پڑھیے، آپ</w:t>
      </w:r>
    </w:p>
    <w:p>
      <w:r>
        <w:rPr>
          <w:b/>
        </w:rPr>
        <w:t xml:space="preserve">[1:10:10] </w:t>
      </w:r>
      <w:r>
        <w:t>hamari kitaben aap parhen to apnay aap ko jawab mil jayega. lekin baghair mutalay kay sawal karna yeh koi achi adat nahi hai.</w:t>
      </w:r>
    </w:p>
    <w:p>
      <w:pPr>
        <w:jc w:val="right"/>
      </w:pPr>
      <w:r>
        <w:t>ہماری کتابیں آپ پڑھیں تو اپنے آپ کو جواب مل جائے گا۔ لیکن بغیر مطالعے کے سوال کرنا یہ کوئی اچھی عادت نہیں ہے۔</w:t>
      </w:r>
    </w:p>
    <w:p>
      <w:r>
        <w:rPr>
          <w:b/>
        </w:rPr>
        <w:t xml:space="preserve">[1:10:21] </w:t>
      </w:r>
      <w:r>
        <w:t>mister brij bhushan vedic ne delhi se likha hai: "respected sir, i meet doctor shad at shalimar garden in kashmir.</w:t>
      </w:r>
    </w:p>
    <w:p>
      <w:pPr>
        <w:jc w:val="right"/>
      </w:pPr>
      <w:r>
        <w:t>مسٹر برج بھوشن ویدک نے دہلی سے لکھا ہے: "رسپیکٹڈ سر، آئی میٹ ڈاکٹر شاد ایٹ شالیمار گارڈن ان کشمیر۔</w:t>
      </w:r>
    </w:p>
    <w:p>
      <w:r>
        <w:rPr>
          <w:b/>
        </w:rPr>
        <w:t xml:space="preserve">[1:10:33] </w:t>
      </w:r>
      <w:r>
        <w:t>he was campaigning your mission of the unity of hindu and muslims.</w:t>
      </w:r>
    </w:p>
    <w:p>
      <w:pPr>
        <w:jc w:val="right"/>
      </w:pPr>
      <w:r>
        <w:t>ہی واز کیمپیننگ یور مشن آف دا یونٹی آف ہندو اینڈ مسلمز۔</w:t>
      </w:r>
    </w:p>
    <w:p>
      <w:r>
        <w:rPr>
          <w:b/>
        </w:rPr>
        <w:t xml:space="preserve">[1:10:39] </w:t>
      </w:r>
      <w:r>
        <w:t>sir, i want to know what steps are being brought in action for this noble mission." bhai, hum to jahan tak hamara mission hai, hamara formula yeh hai kay differences ko aam taur par log chahtay hain kay differences na rahen.</w:t>
      </w:r>
    </w:p>
    <w:p>
      <w:pPr>
        <w:jc w:val="right"/>
      </w:pPr>
      <w:r>
        <w:t>سر، آئی وانٹ ٹو نو واٹ سٹیپس آر بینگ براٹ ان ایکشن فار دس نوبل مشن۔" بھئی، ہم تو جہاں تک ہمارا مشن ہے، ہمارا فارمولا یہ ہے کہ ڈیفرنسز کو عام طور پر لوگ چاہتے ہیں کہ ڈیفرنسز نہ رہیں۔</w:t>
      </w:r>
    </w:p>
    <w:p>
      <w:r>
        <w:rPr>
          <w:b/>
        </w:rPr>
        <w:t xml:space="preserve">[1:10:59] </w:t>
      </w:r>
      <w:r>
        <w:t>differences na rahen. to yeh to mumkin nahi hai, impossible hai. koi sabit karna chahtay hain.</w:t>
      </w:r>
    </w:p>
    <w:p>
      <w:pPr>
        <w:jc w:val="right"/>
      </w:pPr>
      <w:r>
        <w:t>ڈیفرنسز نہ رہیں۔ تو یہ تو ممکن نہیں ہے، امپاسیبل ہے۔ کوئی ثابت کرنا چاہتے ہیں۔</w:t>
      </w:r>
    </w:p>
    <w:p>
      <w:r>
        <w:rPr>
          <w:b/>
        </w:rPr>
        <w:t xml:space="preserve">[1:11:08] </w:t>
      </w:r>
      <w:r>
        <w:t>aik sahab ne meri aik hindu se koi mulaqat thi to unhon ne kaha kay bhai, mat ho jao, quran aqeedah mein koi farq nahi hai. main quran parhta hoon to mujhe lagta hai main aqeedah parh raha hoon.</w:t>
      </w:r>
    </w:p>
    <w:p>
      <w:pPr>
        <w:jc w:val="right"/>
      </w:pPr>
      <w:r>
        <w:t>ایک صاحب نے میری ایک ہندو سے کوئی ملاقات تھی تو انہوں نے کہا کہ بھئی، مت ہو جاؤ، قرآن عقیدہ میں کوئی فرق نہیں ہے۔ میں قرآن پڑھتا ہوں تو مجھے لگتا ہے میں عقیدہ پڑھ رہا ہوں۔</w:t>
      </w:r>
    </w:p>
    <w:p>
      <w:r>
        <w:rPr>
          <w:b/>
        </w:rPr>
        <w:t xml:space="preserve">[1:11:18] </w:t>
      </w:r>
      <w:r>
        <w:t>aqeedah parhta hoon, lagta hai quran parh raha hoon. is tarah unity nahi aa sakti.</w:t>
      </w:r>
    </w:p>
    <w:p>
      <w:pPr>
        <w:jc w:val="right"/>
      </w:pPr>
      <w:r>
        <w:t>عقیدہ پڑھتا ہوں، لگتا ہے قرآن پڑھ رہا ہوں۔ اس طرح یونٹی نہیں آ سکتی۔</w:t>
      </w:r>
    </w:p>
    <w:p>
      <w:r>
        <w:rPr>
          <w:b/>
        </w:rPr>
        <w:t xml:space="preserve">[1:11:24] </w:t>
      </w:r>
      <w:r>
        <w:t>yeh to aik romantic baat hai. dekhen, yeh haqeeqat hai kay difference is part of nature. aik aik scholar ne kaha tha kay nature of boards uniformity.</w:t>
      </w:r>
    </w:p>
    <w:p>
      <w:pPr>
        <w:jc w:val="right"/>
      </w:pPr>
      <w:r>
        <w:t>یہ تو ایک رومینٹک بات ہے۔ دیکھیں، یہ حقیقت ہے کہ ڈیفرنس از پارٹ آف نیچر۔ ایک ایک سکالر نے کہا تھا کہ نیچر اف بورڈز یونیفارمیٹی۔</w:t>
      </w:r>
    </w:p>
    <w:p>
      <w:r>
        <w:rPr>
          <w:b/>
        </w:rPr>
        <w:t xml:space="preserve">[1:11:37] </w:t>
      </w:r>
      <w:r>
        <w:t>jab uniformity hai nahi, har insan mister different hai, har aurat mister different hai. to aap difference banayen kaise?</w:t>
      </w:r>
    </w:p>
    <w:p>
      <w:pPr>
        <w:jc w:val="right"/>
      </w:pPr>
      <w:r>
        <w:t>جب یونیفارمیٹی ہے نہیں، ہر انسان مسٹر ڈفرنٹ ہے، ہر عورت مسٹر ڈفرنٹ ہے۔ تو آپ ڈیفرنس بنائیں کیسے؟</w:t>
      </w:r>
    </w:p>
    <w:p>
      <w:r>
        <w:rPr>
          <w:b/>
        </w:rPr>
        <w:t xml:space="preserve">[1:11:45] </w:t>
      </w:r>
      <w:r>
        <w:t>to main samajhta hoon kay is tarah ki baatein aik romantic baatein hain kay main jab quran ko parhta hoon to lagta hai main aqeedah parh raha hoon. aqeedah parh jab parhta hoon to quran parh raha hoon.</w:t>
      </w:r>
    </w:p>
    <w:p>
      <w:pPr>
        <w:jc w:val="right"/>
      </w:pPr>
      <w:r>
        <w:t>تو میں سمجھتا ہوں کہ اس طرح کی باتیں ایک رومینٹک باتیں ہیں کہ میں جب قرآن کو پڑھتا ہوں تو لگتا ہے میں عقیدہ پڑھ رہا ہوں۔ عقیدہ پڑھ جب پڑھتا ہوں تو قرآن پڑھ رہا ہوں۔</w:t>
      </w:r>
    </w:p>
    <w:p>
      <w:r>
        <w:rPr>
          <w:b/>
        </w:rPr>
        <w:t xml:space="preserve">[1:11:54] </w:t>
      </w:r>
      <w:r>
        <w:t>is tarah ke romantic baaton se ittehad nahi aayega. ittehad aayega is tarah ke aap jo quran mein formula bataya gaya hai, woh yeh hai ke:</w:t>
      </w:r>
    </w:p>
    <w:p>
      <w:pPr>
        <w:jc w:val="right"/>
      </w:pPr>
      <w:r>
        <w:t>اس طرح کے رومینٹک باتوں سے اتحاد نہیں آئے گا۔ اتحاد آئے گا اس طرح کہ آپ جو قرآن میں فارمولا بتایا گیا ہے، وہ یہ ہے کہ:</w:t>
      </w:r>
    </w:p>
    <w:p>
      <w:r>
        <w:rPr>
          <w:b/>
        </w:rPr>
        <w:t xml:space="preserve">[1:12:07] </w:t>
      </w:r>
      <w:r>
        <w:t>lakum deenakum waliyadeen, for you your deen, for me mine.</w:t>
      </w:r>
    </w:p>
    <w:p>
      <w:pPr>
        <w:jc w:val="right"/>
      </w:pPr>
      <w:r>
        <w:t>"لکم دینکم الہدی، فار یو یور دین، فار می مائن۔</w:t>
      </w:r>
    </w:p>
    <w:p>
      <w:r>
        <w:rPr>
          <w:b/>
        </w:rPr>
        <w:t xml:space="preserve">[1:12:11] </w:t>
      </w:r>
      <w:r>
        <w:t>yani</w:t>
      </w:r>
    </w:p>
    <w:p>
      <w:pPr>
        <w:jc w:val="right"/>
      </w:pPr>
      <w:r>
        <w:t>" یعنی</w:t>
      </w:r>
    </w:p>
    <w:p>
      <w:r>
        <w:rPr>
          <w:b/>
        </w:rPr>
        <w:t xml:space="preserve">[1:12:15] </w:t>
      </w:r>
      <w:r>
        <w:t>is ka matlab hai ke follow one and respect all. swami vikran ne bhi yahi baat kahi thi. unhon ne kaha tha ke: "follow one and hate nan." swami vikran ka kehna tha ke: "follow one and hate nan." to hate nan jo hai, yeh us ko unhon ne badal diya hai is tarah se ke: "follow one and hate and respect all."</w:t>
      </w:r>
    </w:p>
    <w:p>
      <w:pPr>
        <w:jc w:val="right"/>
      </w:pPr>
      <w:r>
        <w:t>اس کا مطلب ہے کہ فالو ون اینڈ ریسپیکٹ آل۔ سوامی وکرن نے بھی یہی بات کہی تھی۔ انہوں نے کہا تھا کہ: "فالو ون اینڈ ہیٹ نن۔" سوامی وکرن کا کہنا تھا کہ: "فالو ون اینڈ ہیٹ نن۔" تو ہیٹ نن جو ہے، یہ اس کو انہوں نے بدل دیا ہے اس طریقے سے کہ: "فالو ون اینڈ ہیٹ اینڈ ریسپیکٹ آل۔"</w:t>
      </w:r>
    </w:p>
    <w:p>
      <w:r>
        <w:rPr>
          <w:b/>
        </w:rPr>
        <w:t xml:space="preserve">[1:12:37] </w:t>
      </w:r>
      <w:r>
        <w:t>is formula ko maine thoda sa badal ke is tarah kar liya hai ke: "follow one and respect all." to yeh main nahi manta ke differences mitana bhi koi solution hai.</w:t>
      </w:r>
    </w:p>
    <w:p>
      <w:pPr>
        <w:jc w:val="right"/>
      </w:pPr>
      <w:r>
        <w:t>اس فارمولے کو میں نے تھوڑا سا بدل کے اس طرح کر لیا ہے کہ: "فالو ون اینڈ ریسپیکٹ آل۔" تو یہ میں نہیں مانتا کہ ڈیفرنسز مٹانا بھی کوئی سولیوشن ہے۔</w:t>
      </w:r>
    </w:p>
    <w:p>
      <w:r>
        <w:rPr>
          <w:b/>
        </w:rPr>
        <w:t xml:space="preserve">[1:12:51] </w:t>
      </w:r>
      <w:r>
        <w:t>to mitenge nahi, mitenge to mitenge nahi, kabhi nahi mitenge. is wajah se ek hi hal hai ke aap yeh log the ke difference ko aap point of dispotion banao.</w:t>
      </w:r>
    </w:p>
    <w:p>
      <w:pPr>
        <w:jc w:val="right"/>
      </w:pPr>
      <w:r>
        <w:t>تو مٹیں گے نہیں، مٹیں گے تو مٹیں گے نہیں، کبھی نہیں مٹیں گے۔ اس وجہ سے ایک ہی حل ہے کہ آپ یہ لوگ تھے کہ ڈیفرنس کو آپ پوائنٹ آف ڈسپشن بناؤ۔</w:t>
      </w:r>
    </w:p>
    <w:p>
      <w:r>
        <w:rPr>
          <w:b/>
        </w:rPr>
        <w:t xml:space="preserve">[1:13:01] </w:t>
      </w:r>
      <w:r>
        <w:t>difference hai to un ko le kar ke aapas mein baatein karo,</w:t>
      </w:r>
    </w:p>
    <w:p>
      <w:pPr>
        <w:jc w:val="right"/>
      </w:pPr>
      <w:r>
        <w:t>ڈیفرنس ہے تو ان کو لے کر کے آپس میں باتیں کرو،</w:t>
      </w:r>
    </w:p>
    <w:p>
      <w:r>
        <w:rPr>
          <w:b/>
        </w:rPr>
        <w:t xml:space="preserve">[1:13:06] </w:t>
      </w:r>
      <w:r>
        <w:t>intellectual development hoga is se aur aur raaste khulenge. lekin yeh deny karna ke difference hai nahi, yeh to yeh to unnatural hai.</w:t>
      </w:r>
    </w:p>
    <w:p>
      <w:pPr>
        <w:jc w:val="right"/>
      </w:pPr>
      <w:r>
        <w:t>انٹلیکچول ڈیویلپمنٹ ہوگا اس سے اور اور راستے کھلیں گے۔ لیکن یہ ڈینائی کرنا کہ ڈیفرنس ہے نہیں، یہ تو یہ تو ان نیچرل ہے۔</w:t>
      </w:r>
    </w:p>
    <w:p>
      <w:r>
        <w:rPr>
          <w:b/>
        </w:rPr>
        <w:t xml:space="preserve">[1:13:15] </w:t>
      </w:r>
      <w:r>
        <w:t>mere liye to hamara jo formula hai woh yahi ke hum logon ko yeh batate hain ke: "follow one and respect all" ko pakdo aur jahan difference hai, wahan peaceful tarike se discuss karo</w:t>
      </w:r>
    </w:p>
    <w:p>
      <w:pPr>
        <w:jc w:val="right"/>
      </w:pPr>
      <w:r>
        <w:t>میرے لیے تو ہمارا جو فارمولا ہے وہ یہی کہ ہم لوگوں کو یہ بتاتے ہیں کہ: "فالو ون اینڈ ریسپیکٹ آل" کو پکڑو اور جہاں ڈیفرنس ہے، وہاں پیس فل طریقے سے ڈسکس کرو</w:t>
      </w:r>
    </w:p>
    <w:p>
      <w:r>
        <w:rPr>
          <w:b/>
        </w:rPr>
        <w:t xml:space="preserve">[1:13:27] </w:t>
      </w:r>
      <w:r>
        <w:t>. peaceful tarike se, objectively. is se faida ho. yeh to bohat faida hota hai. main aap jante hain, practice muslim hoon lekin main sab se milta hoon, dunya bhar mein jata hoon aur mujhe bohat zyada faida hota hai is se.</w:t>
      </w:r>
    </w:p>
    <w:p>
      <w:pPr>
        <w:jc w:val="right"/>
      </w:pPr>
      <w:r>
        <w:t>۔ پیس فل طریقے سے، ابجیکٹولی۔ اس سے فائدہ ہو۔ یہ تو بہت فائدہ ہوتا ہے۔ میں آپ جانتے ہیں، پریکٹس مسلم ہوں لیکن میں سب سے ملتا ہوں، دنیا بھر میں جاتا ہوں اور مجھے بہت زیادہ فائدہ ہوتا ہے اس سے۔</w:t>
      </w:r>
    </w:p>
    <w:p>
      <w:r>
        <w:rPr>
          <w:b/>
        </w:rPr>
        <w:t xml:space="preserve">[1:13:43] </w:t>
      </w:r>
      <w:r>
        <w:t>intellectual development, intellectual development hota hai is se.</w:t>
      </w:r>
    </w:p>
    <w:p>
      <w:pPr>
        <w:jc w:val="right"/>
      </w:pPr>
      <w:r>
        <w:t>انٹلیکچول ڈیویلپمنٹ، انٹلیکچول ڈیویلپمنٹ ہوتا ہے اس سے۔</w:t>
      </w:r>
    </w:p>
    <w:p>
      <w:r>
        <w:rPr>
          <w:b/>
        </w:rPr>
        <w:t xml:space="preserve">[1:13:48] </w:t>
      </w:r>
      <w:r>
        <w:t>to khulasa yeh hai ke main is ko nahi manta. difference ko mita ke ittehad lao. nahi, difference ko man kar ittehad lao. yani nahi, nahi.</w:t>
      </w:r>
    </w:p>
    <w:p>
      <w:pPr>
        <w:jc w:val="right"/>
      </w:pPr>
      <w:r>
        <w:t>تو خلاصہ یہ ہے کہ میں اس کو نہیں مانتا۔ ڈیفرنس کو مٹا کے اتحاد لاؤ۔ نہیں، ڈیفرنس کو مان کر اتحاد لاؤ۔ یعنی نہیں، نہیں۔</w:t>
      </w:r>
    </w:p>
    <w:p>
      <w:r>
        <w:rPr>
          <w:b/>
        </w:rPr>
        <w:t xml:space="preserve">[1:13:58] </w:t>
      </w:r>
      <w:r>
        <w:t>yani tolerance jo hai, woh hai based unity ki, mariniti ki.</w:t>
      </w:r>
    </w:p>
    <w:p>
      <w:pPr>
        <w:jc w:val="right"/>
      </w:pPr>
      <w:r>
        <w:t>یعنی ٹالرنس جو ہے، وہ ہے بیسڈ یونیٹی کی، میرینٹی کی۔</w:t>
      </w:r>
    </w:p>
    <w:p>
      <w:r>
        <w:rPr>
          <w:b/>
        </w:rPr>
        <w:t xml:space="preserve">[1:14:07] </w:t>
      </w:r>
      <w:r>
        <w:t>miss naghma siddiqui ne delhi se likha hai: "can you give some advice on how to develop art of thinking?"</w:t>
      </w:r>
    </w:p>
    <w:p>
      <w:pPr>
        <w:jc w:val="right"/>
      </w:pPr>
      <w:r>
        <w:t>مس نغمہ صدیقی نے دہلی سے لکھا ہے: "کین یو گیو سم ایڈوائس ان ہاؤ ٹو ڈیویلپ آرٹ آف تھنکنگ؟"</w:t>
      </w:r>
    </w:p>
    <w:p>
      <w:r>
        <w:rPr>
          <w:b/>
        </w:rPr>
        <w:t xml:space="preserve">[1:14:25] </w:t>
      </w:r>
      <w:r>
        <w:t>main samajhta hoon ke yeh ek two point formula hai. yani study aur transcription.</w:t>
      </w:r>
    </w:p>
    <w:p>
      <w:pPr>
        <w:jc w:val="right"/>
      </w:pPr>
      <w:r>
        <w:t>میں سمجھتا ہوں کہ یہ ایک ٹو پوائنٹ فارمولا ہے۔ یعنی اسٹڈی اور ٹرانسکرپشن۔</w:t>
      </w:r>
    </w:p>
    <w:p>
      <w:r>
        <w:rPr>
          <w:b/>
        </w:rPr>
        <w:t xml:space="preserve">[1:14:37] </w:t>
      </w:r>
      <w:r>
        <w:t>study khoob karna. study mein yani har cheez shamil hai: observation, discussion, dialogue, yeh sab shamil hai is mein.</w:t>
      </w:r>
    </w:p>
    <w:p>
      <w:pPr>
        <w:jc w:val="right"/>
      </w:pPr>
      <w:r>
        <w:t>اسٹڈی خوب کرنا۔ اسٹڈی میں یعنی ہر چیز شامل ہے: ابزرویشن، ڈسکشن، ڈائیلاگ، یہ سب شامل ہے اس میں۔</w:t>
      </w:r>
    </w:p>
    <w:p>
      <w:r>
        <w:rPr>
          <w:b/>
        </w:rPr>
        <w:t xml:space="preserve">[1:14:48] </w:t>
      </w:r>
      <w:r>
        <w:t>aur introspection karna. yani mask of</w:t>
      </w:r>
    </w:p>
    <w:p>
      <w:pPr>
        <w:jc w:val="right"/>
      </w:pPr>
      <w:r>
        <w:t>اور انٹرانسپیکشن کرنا۔ یعنی ماسک آف</w:t>
      </w:r>
    </w:p>
    <w:p>
      <w:r>
        <w:rPr>
          <w:b/>
        </w:rPr>
        <w:t xml:space="preserve">[1:14:55] </w:t>
      </w:r>
      <w:r>
        <w:t>introspection aisi hai jaise ke aap ek jo bhukhi hote hain, juari karte hain khai hui cheezon ko to juari kar ke woh hazam karte hain is ko.</w:t>
      </w:r>
    </w:p>
    <w:p>
      <w:pPr>
        <w:jc w:val="right"/>
      </w:pPr>
      <w:r>
        <w:t>انٹرانسپیکشن ایسی ہے جیسے کہ آپ ایک جو بھوشی ہوتے ہیں، جواری کرتے ہیں کھائی ہوئی چیزوں کو تو جواری کر کے وہ ہضم کرتے ہیں اس کو۔</w:t>
      </w:r>
    </w:p>
    <w:p>
      <w:r>
        <w:rPr>
          <w:b/>
        </w:rPr>
        <w:t xml:space="preserve">[1:15:06] </w:t>
      </w:r>
      <w:r>
        <w:t>to aap isi two point formula ko pakdiye ke ek taraf knowledge gain kijiye study ke zariye, discussion ke zariye, observation ke zariye,</w:t>
      </w:r>
    </w:p>
    <w:p>
      <w:pPr>
        <w:jc w:val="right"/>
      </w:pPr>
      <w:r>
        <w:t>تو آپ اسی ٹو پوائنٹ فارمولے کو پکڑیے کہ ایک طرف نالج گین کیجئے اسٹڈی کے ذریعے، ڈسکشن کے ذریعے، ابزرویشن کے ذریعے،</w:t>
      </w:r>
    </w:p>
    <w:p>
      <w:r>
        <w:rPr>
          <w:b/>
        </w:rPr>
        <w:t xml:space="preserve">[1:15:20] </w:t>
      </w:r>
      <w:r>
        <w:t>aur doosri taraf is ko hazam kijiye, digest kijiye. isi ko hum kehte hain mask ya introspection. yeh ek process hai, chalta rahega sari zindagi.</w:t>
      </w:r>
    </w:p>
    <w:p>
      <w:pPr>
        <w:jc w:val="right"/>
      </w:pPr>
      <w:r>
        <w:t>اور دوسری طرف اس کو ہضم کیجئے، ڈائجسٹ کیجئے۔ اسی کو ہم کہتے ہیں ماسک یا انٹرانسپیکشن۔ یہ ایک پروسیس ہے، چلتا رہے گا ساری زندگی۔</w:t>
      </w:r>
    </w:p>
    <w:p>
      <w:r>
        <w:rPr>
          <w:b/>
        </w:rPr>
        <w:t xml:space="preserve">[1:15:29] </w:t>
      </w:r>
      <w:r>
        <w:t>is ka koi end nahi hai.</w:t>
      </w:r>
    </w:p>
    <w:p>
      <w:pPr>
        <w:jc w:val="right"/>
      </w:pPr>
      <w:r>
        <w:t>اس کا کوئی اینڈ نہیں ہے۔</w:t>
      </w:r>
    </w:p>
    <w:p>
      <w:r>
        <w:rPr>
          <w:b/>
        </w:rPr>
        <w:t xml:space="preserve">[1:15:32] </w:t>
      </w:r>
      <w:r>
        <w:t>yeh life time process hai, life long process hai.</w:t>
      </w:r>
    </w:p>
    <w:p>
      <w:pPr>
        <w:jc w:val="right"/>
      </w:pPr>
      <w:r>
        <w:t>یہ لائف ٹائم پروسیس ہے، لائف لانگ پروسیس ہے۔</w:t>
      </w:r>
    </w:p>
    <w:p>
      <w:r>
        <w:rPr>
          <w:b/>
        </w:rPr>
        <w:t xml:space="preserve">[1:15:41] </w:t>
      </w:r>
      <w:r>
        <w:t>mister shantanu ne delhi se likha hai: "democracy opens the door to intellectual freedom, thereby allowing parallel ideologies to co exist, which might otherwise be at conflict.</w:t>
      </w:r>
    </w:p>
    <w:p>
      <w:pPr>
        <w:jc w:val="right"/>
      </w:pPr>
      <w:r>
        <w:t>مسٹر شانتنو نے دہلی سے لکھا ہے: "ڈیموکریسی اوپنز دی ڈور ٹو انٹلیکچول فریڈم، دیر بائے الاؤنگ پیرلل آئیڈیالوجیز ٹو کو ایگزسٹ، وچ مائٹ ادروائز بی ایٹ کانفلکٹ۔</w:t>
      </w:r>
    </w:p>
    <w:p>
      <w:r>
        <w:rPr>
          <w:b/>
        </w:rPr>
        <w:t xml:space="preserve">[1:15:57] </w:t>
      </w:r>
      <w:r>
        <w:t>at the same time, there exist a world which is deprived of benefits of global village and other essentials like communication, media and globalization at large.</w:t>
      </w:r>
    </w:p>
    <w:p>
      <w:pPr>
        <w:jc w:val="right"/>
      </w:pPr>
      <w:r>
        <w:t>ایٹ دا سیم ٹائم، دیر ایگزسٹ ا ورلڈ وچ از ڈیپرائیوڈ آف بینیفٹس آف گلوبل ولیج اینڈ ادر ایسینشلز لائک کمیونیکیشن، میڈیا اینڈ گلوبلائزیشن ایٹ لارج۔</w:t>
      </w:r>
    </w:p>
    <w:p>
      <w:r>
        <w:rPr>
          <w:b/>
        </w:rPr>
        <w:t xml:space="preserve">[1:16:11] </w:t>
      </w:r>
      <w:r>
        <w:t>given this paradox of extreme realities, what precautions or measures should we take during the work of prophetic mission?" kindly comment.</w:t>
      </w:r>
    </w:p>
    <w:p>
      <w:pPr>
        <w:jc w:val="right"/>
      </w:pPr>
      <w:r>
        <w:t>گیون دس پیراڈوکس آف ایکسٹریم ریلیٹیز، واٹ پریکاشنز اور میژرز شوڈ وی ٹیک ڈیورنگ دا ورک آف پروفیٹک مشن؟" کائنڈلی کمنٹ۔</w:t>
      </w:r>
    </w:p>
    <w:p>
      <w:r>
        <w:rPr>
          <w:b/>
        </w:rPr>
        <w:t xml:space="preserve">[1:16:22] </w:t>
      </w:r>
      <w:r>
        <w:t>mol</w:t>
      </w:r>
    </w:p>
    <w:p>
      <w:pPr>
        <w:jc w:val="right"/>
      </w:pPr>
      <w:r>
        <w:t>مول</w:t>
      </w:r>
    </w:p>
    <w:p>
      <w:r>
        <w:rPr>
          <w:b/>
        </w:rPr>
        <w:t xml:space="preserve">[1:16:24] </w:t>
      </w:r>
      <w:r>
        <w:t>ana, yeh keh rahe hain ke democracy se intellectual freedom to milti hai, lekin is ke sath sath aur bhi ideologies aa jati hain jo aik doosre se conflict mein rehti hain.</w:t>
      </w:r>
    </w:p>
    <w:p>
      <w:pPr>
        <w:jc w:val="right"/>
      </w:pPr>
      <w:r>
        <w:t>انا، یہ کہہ رہے ہیں کہ ڈیموکریسی سے انٹلیکچول فریڈم تو ملتی ہے، لیکن اس کے ساتھ ساتھ اور بھی آئیڈیالوجیز آ جاتی ہیں جو ایک دوسرے سے کانفلکٹ میں رہتی ہیں۔</w:t>
      </w:r>
    </w:p>
    <w:p>
      <w:r>
        <w:rPr>
          <w:b/>
        </w:rPr>
        <w:t xml:space="preserve">[1:16:34] </w:t>
      </w:r>
      <w:r>
        <w:t>to pehli baat to yeh. doosri baat yeh ke aaj ke zamane mein kuch aisa hissa bhi hai world ka jahan pe communication nahi pohanch paya, electronic media nahi pohanch payi.</w:t>
      </w:r>
    </w:p>
    <w:p>
      <w:pPr>
        <w:jc w:val="right"/>
      </w:pPr>
      <w:r>
        <w:t>تو پہلی بات تو یہ۔ دوسری بات یہ کہ آج کے زمانے میں کچھ ایسا حصہ بھی ہے ورلڈ کا جہاں پہ کمیونیکیشن نہیں پہنچ پایا، الیکٹرانک میڈیا نہیں پہنچ پائی۔</w:t>
      </w:r>
    </w:p>
    <w:p>
      <w:r>
        <w:rPr>
          <w:b/>
        </w:rPr>
        <w:t xml:space="preserve">[1:16:43] </w:t>
      </w:r>
      <w:r>
        <w:t>to wahan pe agar prophetic mission karna ho to woh kaise kiya jaye? yeh do baatein yeh pooch rahe hain aap se.</w:t>
      </w:r>
    </w:p>
    <w:p>
      <w:pPr>
        <w:jc w:val="right"/>
      </w:pPr>
      <w:r>
        <w:t>تو وہاں پہ اگر پروفیٹک مشن کرنا ہو تو وہ کیسے کیا جائے؟ یہ دو باتیں یہ پوچھ رہے ہیں آپ سے۔</w:t>
      </w:r>
    </w:p>
    <w:p>
      <w:r>
        <w:rPr>
          <w:b/>
        </w:rPr>
        <w:t xml:space="preserve">[1:16:50] </w:t>
      </w:r>
      <w:r>
        <w:t>bhai, conflict ko main challenge, intellectual challenge samajhta hoon, conflict samajhta hoon. yani jab koi mujh se differ karta hai to main sochne lagta hoon.</w:t>
      </w:r>
    </w:p>
    <w:p>
      <w:pPr>
        <w:jc w:val="right"/>
      </w:pPr>
      <w:r>
        <w:t>بھائی، کانفلکٹ کو میں چیلنج، انٹلیکچول چیلنج سمجھتا ہوں، کانفلکٹ سمجھتا ہوں۔ یعنی جب کوئی مجھ سے ڈیفر کرتا ہے تو میں سوچنے لگتا ہوں۔</w:t>
      </w:r>
    </w:p>
    <w:p>
      <w:r>
        <w:rPr>
          <w:b/>
        </w:rPr>
        <w:t xml:space="preserve">[1:17:04] </w:t>
      </w:r>
      <w:r>
        <w:t>is se mere mind ke door khulte hain, that opens my</w:t>
      </w:r>
    </w:p>
    <w:p>
      <w:pPr>
        <w:jc w:val="right"/>
      </w:pPr>
      <w:r>
        <w:t>اس سے میرے مائنڈ کے ڈور کھلتے ہیں، دیٹ اوپنز مائی</w:t>
      </w:r>
    </w:p>
    <w:p>
      <w:r>
        <w:rPr>
          <w:b/>
        </w:rPr>
        <w:t xml:space="preserve">[1:17:13] </w:t>
      </w:r>
      <w:r>
        <w:t>intellectual door. to conflict ko main negative suspense mein nahi</w:t>
      </w:r>
    </w:p>
    <w:p>
      <w:pPr>
        <w:jc w:val="right"/>
      </w:pPr>
      <w:r>
        <w:t>انٹلیکچول ڈور۔ تو کانفلکٹ کو میں نیگیٹیو سسپنس میں نہیں</w:t>
      </w:r>
    </w:p>
    <w:p>
      <w:r>
        <w:rPr>
          <w:b/>
        </w:rPr>
        <w:t xml:space="preserve">[1:17:18] </w:t>
      </w:r>
      <w:r>
        <w:t>leta. conflict koi negative phenomena nahi hai, positive phenomena hai kyunke woh hum ko help karta hai. baqi jahan communication nahi hai to hum ko itna hi karna hai jitna ke hamare bas mein hai.</w:t>
      </w:r>
    </w:p>
    <w:p>
      <w:pPr>
        <w:jc w:val="right"/>
      </w:pPr>
      <w:r>
        <w:t>لیتا۔ کانفلکٹ کوئی نیگیٹیو فیناومینا نہیں ہے، پازیٹیو فیناومینا ہے کیونکہ وہ ہم کو ہیلپ کرتا ہے۔ باقی جہاں کمیونیکیشن نہیں ہے تو ہم کو اتنا ہی کرنا ہے جتنا کہ ہمارے بس میں ہے۔</w:t>
      </w:r>
    </w:p>
    <w:p>
      <w:r>
        <w:rPr>
          <w:b/>
        </w:rPr>
        <w:t xml:space="preserve">[1:17:32] </w:t>
      </w:r>
      <w:r>
        <w:t>abhi to Delhi mein bhi hum kaam nahi kar sake, duniya to bohat bari, bohat bari hai. to</w:t>
      </w:r>
    </w:p>
    <w:p>
      <w:pPr>
        <w:jc w:val="right"/>
      </w:pPr>
      <w:r>
        <w:t>ابھی تو دہلی میں بھی ہم کام نہیں کر سکے، دنیا تو بہت بڑی، بہت بڑی ہے۔ تو</w:t>
      </w:r>
    </w:p>
    <w:p>
      <w:r>
        <w:rPr>
          <w:b/>
        </w:rPr>
        <w:t xml:space="preserve">[1:17:40] </w:t>
      </w:r>
      <w:r>
        <w:t>jitna bas mein hai, woh kijiye. baat ko future khane mein daliye, inshallah aage hoga baat ko.</w:t>
      </w:r>
    </w:p>
    <w:p>
      <w:pPr>
        <w:jc w:val="right"/>
      </w:pPr>
      <w:r>
        <w:t>جتنا بس میں ہے، وہ کیجیے۔ بات کو فیوچر کھانے میں ڈالیے، انشاءاللہ آگے ہوگا بات کو۔</w:t>
      </w:r>
    </w:p>
    <w:p>
      <w:r>
        <w:rPr>
          <w:b/>
        </w:rPr>
        <w:t xml:space="preserve">[1:17:50] </w:t>
      </w:r>
      <w:r>
        <w:t>Mr. Shah Nawaz Zafar ne Delhi se sawal kiya hai. unhon ne likha hai: "after the death of a person, the file of deeds, that is aamal nama, is closed.</w:t>
      </w:r>
    </w:p>
    <w:p>
      <w:pPr>
        <w:jc w:val="right"/>
      </w:pPr>
      <w:r>
        <w:t>مسٹر شاہ نواز ظفر نے دہلی سے سوال کیا ہے۔ انہوں نے لکھا ہے: "افٹر دی ڈیتھ آف ا پرسن، دا فائل آف ڈیڈز، دیٹ از اعمال نامہ، از کلوزڈ۔</w:t>
      </w:r>
    </w:p>
    <w:p>
      <w:r>
        <w:rPr>
          <w:b/>
        </w:rPr>
        <w:t xml:space="preserve">[1:18:03] </w:t>
      </w:r>
      <w:r>
        <w:t>then how come sawab earned by tilawat quran, nafl namaz, khairat, etc., send by relatives, reaches or gets credited to the dead person's soul?</w:t>
      </w:r>
    </w:p>
    <w:p>
      <w:pPr>
        <w:jc w:val="right"/>
      </w:pPr>
      <w:r>
        <w:t>دین ہاؤ کم ثواب ارنڈ بائے تلاوت قرآن، نفل نماز، خیرات، ایٹسٹر، سینڈ بائے ریلیٹوز، ریچیز اور گیٹس کریڈٹڈ ٹو دا ڈیڈ پرسن سول؟</w:t>
      </w:r>
    </w:p>
    <w:p>
      <w:r>
        <w:rPr>
          <w:b/>
        </w:rPr>
        <w:t xml:space="preserve">[1:18:16] </w:t>
      </w:r>
      <w:r>
        <w:t>" in this context, please also explain about sadqa e jariya. dekhen, yeh esal e sawab ka jo concept hai, yeh India mein hai.</w:t>
      </w:r>
    </w:p>
    <w:p>
      <w:pPr>
        <w:jc w:val="right"/>
      </w:pPr>
      <w:r>
        <w:t>" ان دس کانٹیکسٹ، پلیز السو ایکسپلین اباؤٹ صدقہ جاریہ۔ دیکھیں، یہ ایصال ثواب کا جو کانسیپٹ ہے، یہ انڈیا میں ہے۔</w:t>
      </w:r>
    </w:p>
    <w:p>
      <w:r>
        <w:rPr>
          <w:b/>
        </w:rPr>
        <w:t xml:space="preserve">[1:18:27] </w:t>
      </w:r>
      <w:r>
        <w:t>bas India, yani Indian subcontinent, Arab duniya mein sab nahi hai. Arab duniya aisa nahi hota esal e sawab wala kaam. aur mera dekhen ke yeh Hindu sa hai, yeh esal e sawab ka concept Islam mein nahi hai.</w:t>
      </w:r>
    </w:p>
    <w:p>
      <w:pPr>
        <w:jc w:val="right"/>
      </w:pPr>
      <w:r>
        <w:t>بس انڈیا، یعنی انڈین سب کانٹیننٹ، عرب دنیا میں سب نہیں ہے۔ عرب دنیا ایسا نہیں ہوتا ایصال ثواب والا کام۔ اور میرا دیکھیں کہ یہ ہندو سا ہے، یہ ایصال ثواب کا کانسیپٹ اسلام میں نہیں ہے۔</w:t>
      </w:r>
    </w:p>
    <w:p>
      <w:r>
        <w:rPr>
          <w:b/>
        </w:rPr>
        <w:t xml:space="preserve">[1:18:43] </w:t>
      </w:r>
      <w:r>
        <w:t>Islam mein qata'an nahi hai esal e sawab ka concept, na Quran mein, na Hadees mein. bhai, sadqa e jariya ka matlab yeh hai ke aik aisa kaam jo maine aaj kiya aur main mar gaya, lekin is ka faida logon ko baad mein pohanchta rahe,</w:t>
      </w:r>
    </w:p>
    <w:p>
      <w:pPr>
        <w:jc w:val="right"/>
      </w:pPr>
      <w:r>
        <w:t>اسلام میں قطعا نہیں ہے ایصال ثواب کا کانسیپٹ، نہ قرآن میں، نہ حدیث میں۔ بھائی، صدقہ جاریہ کا مطلب یہ ہے کہ ایک ایسا کام جو میں نے آج کیا اور میں مر گیا، لیکن اس کا فائدہ لوگوں کو بعد میں پہنچتا رہے،</w:t>
      </w:r>
    </w:p>
    <w:p>
      <w:r>
        <w:rPr>
          <w:b/>
        </w:rPr>
        <w:t xml:space="preserve">[1:19:05] </w:t>
      </w:r>
      <w:r>
        <w:t>woh sadqa e jariya hai.</w:t>
      </w:r>
    </w:p>
    <w:p>
      <w:pPr>
        <w:jc w:val="right"/>
      </w:pPr>
      <w:r>
        <w:t>وہ صدقہ جاریہ ہے۔</w:t>
      </w:r>
    </w:p>
    <w:p>
      <w:r>
        <w:rPr>
          <w:b/>
        </w:rPr>
        <w:t xml:space="preserve">[1:19:08] </w:t>
      </w:r>
      <w:r>
        <w:t>to sadqa e jariya pehle zamane mein yeh hota tha ke ku'en kholte hain, pul banate hain. ab sadqa e jariya ki bohat si qismen hain.</w:t>
      </w:r>
    </w:p>
    <w:p>
      <w:pPr>
        <w:jc w:val="right"/>
      </w:pPr>
      <w:r>
        <w:t>تو صدقہ جاریہ پہلے زمانے میں یہ ہوتا تھا کہ کنویں کھولتے ہیں، پل بناتے ہیں۔ اب صدقہ جاریہ کی بہت سی قسمیں ہیں۔</w:t>
      </w:r>
    </w:p>
    <w:p>
      <w:r>
        <w:rPr>
          <w:b/>
        </w:rPr>
        <w:t xml:space="preserve">[1:19:19] </w:t>
      </w:r>
      <w:r>
        <w:t>to maslan aap aik acha school khol dein to us mein larkay parhte rahen ge bohat dinon tak, to aap ke liye sadqa e jariya hoga.</w:t>
      </w:r>
    </w:p>
    <w:p>
      <w:pPr>
        <w:jc w:val="right"/>
      </w:pPr>
      <w:r>
        <w:t>تو مثلاً آپ ایک اچھا اسکول کھول دیں تو اس میں لڑکے پڑھتے رہیں گے بہت دنوں تک، تو آپ کے لیے صدقہ جاریہ ہوگا۔</w:t>
      </w:r>
    </w:p>
    <w:p>
      <w:r>
        <w:rPr>
          <w:b/>
        </w:rPr>
        <w:t xml:space="preserve">[1:19:28] </w:t>
      </w:r>
      <w:r>
        <w:t>woh</w:t>
      </w:r>
    </w:p>
    <w:p>
      <w:pPr>
        <w:jc w:val="right"/>
      </w:pPr>
      <w:r>
        <w:t>وہ</w:t>
      </w:r>
    </w:p>
    <w:p>
      <w:r>
        <w:rPr>
          <w:b/>
        </w:rPr>
        <w:t xml:space="preserve">[1:19:30] </w:t>
      </w:r>
      <w:r>
        <w:t>aap aankh donate karte hain to aap ko marne ke baad kisi aur ka woh beenai mil jaye gi, us se woh sadqa e jariya hoga.</w:t>
      </w:r>
    </w:p>
    <w:p>
      <w:pPr>
        <w:jc w:val="right"/>
      </w:pPr>
      <w:r>
        <w:t>آپ آنکھ ڈونیٹ کرتے ہیں تو آپ کو مرنے کے بعد کسی اور کا وہ بینائی مل جائے گی، اس سے وہ صدقہ جاریہ ہوگا۔</w:t>
      </w:r>
    </w:p>
    <w:p>
      <w:r>
        <w:rPr>
          <w:b/>
        </w:rPr>
        <w:t xml:space="preserve">[1:19:40] </w:t>
      </w:r>
      <w:r>
        <w:t>to sadqa e jariya woh hai jis mein aap ki niyat shamil ho. tab woh sadqa e jariya banta hai. yani is niyat se kaam karna ke mere baad doosron ko is ka faida pohanchta rahe.</w:t>
      </w:r>
    </w:p>
    <w:p>
      <w:pPr>
        <w:jc w:val="right"/>
      </w:pPr>
      <w:r>
        <w:t>تو صدقہ جاریہ وہ ہے جس میں آپ کی نیت شامل ہو۔ تب وہ صدقہ جاریہ بنتا ہے۔ یعنی اس نیت سے کام کرنا کہ میرے بعد دوسروں کو اس کا فائدہ پہنچتا رہے۔</w:t>
      </w:r>
    </w:p>
    <w:p>
      <w:r>
        <w:rPr>
          <w:b/>
        </w:rPr>
        <w:t xml:space="preserve">[1:19:55] </w:t>
      </w:r>
      <w:r>
        <w:t>baqi esal e sawab to yak tarfa hota hai. yani woh aadmi to mar ke chala gaya, hum yahan se esal e sawab kar rahe hain. is ko yeh yeh internal traffic hai.</w:t>
      </w:r>
    </w:p>
    <w:p>
      <w:pPr>
        <w:jc w:val="right"/>
      </w:pPr>
      <w:r>
        <w:t>باقی ایصال ثواب تو یکطرفہ ہوتا ہے۔ یعنی وہ آدمی تو مر کے چلا گیا، ہم یہاں سے ایصال ثواب کر رہے ہیں۔ اس کو یہ یہ انٹرنیٹل ٹریفک ہے۔</w:t>
      </w:r>
    </w:p>
    <w:p>
      <w:r>
        <w:rPr>
          <w:b/>
        </w:rPr>
        <w:t xml:space="preserve">[1:20:04] </w:t>
      </w:r>
      <w:r>
        <w:t>yeh to internal traffic ka concept Islam mein nahi hai, bilkul nahi.</w:t>
      </w:r>
    </w:p>
    <w:p>
      <w:pPr>
        <w:jc w:val="right"/>
      </w:pPr>
      <w:r>
        <w:t>یہ تو انٹرنیٹل ٹریفک کا کانسیپٹ اسلام میں نہیں ہے، بالکل نہیں۔</w:t>
      </w:r>
    </w:p>
    <w:p>
      <w:r>
        <w:rPr>
          <w:b/>
        </w:rPr>
        <w:t xml:space="preserve">[1:20:10] </w:t>
      </w:r>
      <w:r>
        <w:t>sirf aik cheez hai, woh Hajj. woh bhi woh us waqt hai jab ke aik shakhs ne dekhiye, Hajj badal ka concept bhi jo musalman mein aaj kal hai, woh ghussa hi nahi hai.</w:t>
      </w:r>
    </w:p>
    <w:p>
      <w:pPr>
        <w:jc w:val="right"/>
      </w:pPr>
      <w:r>
        <w:t>صرف ایک چیز ہے، وہ حج۔ وہ بھی وہ اس وقت ہے جب کہ ایک شخص نے دیکھیے، بدل حج بدل کا کانسیپٹ بھی جو مسلمان میں آج کل ہے، وہ غصہ ہی نہیں ہے۔</w:t>
      </w:r>
    </w:p>
    <w:p>
      <w:r>
        <w:rPr>
          <w:b/>
        </w:rPr>
        <w:t xml:space="preserve">[1:20:23] </w:t>
      </w:r>
      <w:r>
        <w:t>Hajj badal ka matlab yeh hai ke aik shakhs par Hajj farz tha, us ne zad e rah ikatha kiya, yani kharcha.</w:t>
      </w:r>
    </w:p>
    <w:p>
      <w:pPr>
        <w:jc w:val="right"/>
      </w:pPr>
      <w:r>
        <w:t>حج بدل کا مطلب یہ ہے کہ ایک شخص پر حج فرض تھا، اس نے زاد راہ اکٹھا کیا، یعنی خرچہ۔</w:t>
      </w:r>
    </w:p>
    <w:p>
      <w:r>
        <w:rPr>
          <w:b/>
        </w:rPr>
        <w:t xml:space="preserve">[1:20:33] </w:t>
      </w:r>
      <w:r>
        <w:t>lekin is se pehle ke woh safar haj kare, kyunke haj to haj to haj ke zamane mein hoga, haj to kabhi bhi nahi ho sakta.</w:t>
      </w:r>
    </w:p>
    <w:p>
      <w:pPr>
        <w:jc w:val="right"/>
      </w:pPr>
      <w:r>
        <w:t>لیکن اس سے پہلے کہ وہ سفر حج کرے، کیونکہ حج تو حج تو حج کے زمانے میں ہوگا، حج تو کبھی بھی نہیں ہو سکتا۔</w:t>
      </w:r>
    </w:p>
    <w:p>
      <w:r>
        <w:rPr>
          <w:b/>
        </w:rPr>
        <w:t xml:space="preserve">[1:20:42] </w:t>
      </w:r>
      <w:r>
        <w:t>haj ka mausam aane se pehle us ki maut aa gayi, to maut se pehle use wasiyat kar di ke yeh jo maine jama kiya hai, zad-e-rah, kisi aur ko haj karwa do meri taraf se.</w:t>
      </w:r>
    </w:p>
    <w:p>
      <w:pPr>
        <w:jc w:val="right"/>
      </w:pPr>
      <w:r>
        <w:t>حج کا موسم آنے سے پہلے اس کی موت آ گئی، تو موت سے پہلے اسے وصیت کر دی کہ یہ جو میں نے جمع کیا ہے، زاد راہ، کسی اور کو حج کروا دو میری طرف سے۔</w:t>
      </w:r>
    </w:p>
    <w:p>
      <w:r>
        <w:rPr>
          <w:b/>
        </w:rPr>
        <w:t xml:space="preserve">[1:20:54] </w:t>
      </w:r>
      <w:r>
        <w:t>to woh hai haj badal. aur yun hi jo haj badal karwate rehte hain, woh haj badal nikalta nahi hai, is ka sawab kisi ko nahi pahunchta. woh to sirf ek ek hua hai, ek outing.</w:t>
      </w:r>
    </w:p>
    <w:p>
      <w:pPr>
        <w:jc w:val="right"/>
      </w:pPr>
      <w:r>
        <w:t>تو وہ ہے حج بدل۔ اور یوں ہی جو حج بدل کرواتے رہتے ہیں، وہ حج بدل نکلتا نہیں ہے، اس کا ثواب کسی کو نہیں پہنچتا۔ وہ تو صرف ایک ایک ہوا ہے، ایک آؤٹنگ۔</w:t>
      </w:r>
    </w:p>
    <w:p>
      <w:r>
        <w:rPr>
          <w:b/>
        </w:rPr>
        <w:t xml:space="preserve">[1:21:07] </w:t>
      </w:r>
      <w:r>
        <w:t>dusra sawal aaya hai mister zeeshan yusuf ka haiderabad se.</w:t>
      </w:r>
    </w:p>
    <w:p>
      <w:pPr>
        <w:jc w:val="right"/>
      </w:pPr>
      <w:r>
        <w:t>دوسرا سوال آیا ہے مسٹر زیشن یوسف کا حیدرآباد سے۔</w:t>
      </w:r>
    </w:p>
    <w:p>
      <w:r>
        <w:rPr>
          <w:b/>
        </w:rPr>
        <w:t xml:space="preserve">[1:21:12] </w:t>
      </w:r>
      <w:r>
        <w:t>unhon ne likha hai: "maulana, i have been unclear for many years about non muslims who believe in one god and do righteous deeds, but are skeptical of Muhammad as a prophet.</w:t>
      </w:r>
    </w:p>
    <w:p>
      <w:pPr>
        <w:jc w:val="right"/>
      </w:pPr>
      <w:r>
        <w:t>انہوں نے لکھا ہے: "مولانا، آئی ہیو بین ان کلیئر فار مینی ایئرز اباؤٹ نان مسلمز ہو بیلیو ان ون گاڈ اینڈ ڈو رائٹیس ڈیڈز، بٹ آر سکیپٹیکل آف محمد ایز اے پرافٹ۔</w:t>
      </w:r>
    </w:p>
    <w:p>
      <w:r>
        <w:rPr>
          <w:b/>
        </w:rPr>
        <w:t xml:space="preserve">[1:21:28] </w:t>
      </w:r>
      <w:r>
        <w:t>i often meet such people such as my non muslim professors and few of my friends. what will happen to them in yom-e-aakhirat?" abay, aap Khuda ki seat ko kyun bithana chahte hain?</w:t>
      </w:r>
    </w:p>
    <w:p>
      <w:pPr>
        <w:jc w:val="right"/>
      </w:pPr>
      <w:r>
        <w:t>آئی افن میٹ سچ پیپل سچ ایز مائی نان مسلم پروفیسرز اینڈ فیو آف مائی فرینڈز۔ واٹ ویل ہیپن ٹو دیم ان یوم آخرت؟" ابے، آپ خدا کی سیٹ کو کیوں بٹھانا چاہتے ہیں؟</w:t>
      </w:r>
    </w:p>
    <w:p>
      <w:r>
        <w:rPr>
          <w:b/>
        </w:rPr>
        <w:t xml:space="preserve">[1:21:41] </w:t>
      </w:r>
      <w:r>
        <w:t>apna kaam kijiye, aakhirat mein kya hoga, yeh aap ka concern nahi hai, Khuda ka concern hai. aap ka concern yeh hai ke jo aap ko ilm pahuncha hai, sachai ka, us ko batate rahiye, batate rahiye, batate rahiye.</w:t>
      </w:r>
    </w:p>
    <w:p>
      <w:pPr>
        <w:jc w:val="right"/>
      </w:pPr>
      <w:r>
        <w:t>اپنا کام کیجیے، آخرت میں کیا ہوگا، یہ آپ کا کنسرن نہیں ہے، خدا کا کنسرن ہے۔ آپ کا کنسرن یہ ہے کہ جو آپ کو علم پہنچا ہے، سچائی کا، اس کو بتاتے رہیے، بتاتے رہیے، بتاتے رہیے۔</w:t>
      </w:r>
    </w:p>
    <w:p>
      <w:r>
        <w:rPr>
          <w:b/>
        </w:rPr>
        <w:t xml:space="preserve">[1:21:55] </w:t>
      </w:r>
      <w:r>
        <w:t>Khuda ki sheet ko parhne ki koi zaroorat nahi hai. yeh to aakhirat mein pata chalega ke Khuda ne kis ke liye kya faisle kiye. kya aap samajhte hain jo log so-called muslims hain, woh sab ke sab sachche musalman wahan ailaan kar diya jayega?</w:t>
      </w:r>
    </w:p>
    <w:p>
      <w:pPr>
        <w:jc w:val="right"/>
      </w:pPr>
      <w:r>
        <w:t>خدا کی شیٹ کو پڑھنے کی کوئی ضرورت نہیں ہے۔ یہ تو آخرت میں پتہ چلے کہ خدا نے کس کے لیے کیا فیصلے کیے۔ کیا آپ سمجھتے ہیں جو لوگ سو کالڈ مسلمز ہیں، وہ سب کے سب سچے مسلمان وہاں اعلان کر دیا جائے گا؟</w:t>
      </w:r>
    </w:p>
    <w:p>
      <w:r>
        <w:rPr>
          <w:b/>
        </w:rPr>
        <w:t xml:space="preserve">[1:22:07] </w:t>
      </w:r>
      <w:r>
        <w:t>sachche musalman nahi hain. yeh bohat bari ghalatfehmi hai</w:t>
      </w:r>
    </w:p>
    <w:p>
      <w:pPr>
        <w:jc w:val="right"/>
      </w:pPr>
      <w:r>
        <w:t>سچے مسلمان نہیں ہیں۔ یہ بہت بڑی غلط فہمی ہے</w:t>
      </w:r>
    </w:p>
    <w:p>
      <w:r>
        <w:rPr>
          <w:b/>
        </w:rPr>
        <w:t xml:space="preserve">[1:22:11] </w:t>
      </w:r>
      <w:r>
        <w:t>ke jo musalman muslim ghar mein paida hua, us ko log samajhte hain ke sachcha musalman hai. yeh bohat bari ghalatfehmi hai. kisi ka koi guarantee nahi hai, yaad rakhiye, kisi ko guarantee nahi hai.</w:t>
      </w:r>
    </w:p>
    <w:p>
      <w:pPr>
        <w:jc w:val="right"/>
      </w:pPr>
      <w:r>
        <w:t>کہ جو مسلمان مسلم گھر میں پیدا ہوا، اس کو لوگ سمجھتے ہیں کہ سچا مسلمان ہے۔ یہ بہت بڑی غلط فہمی ہے۔ کسی کا کوئی گارنٹی نہیں ہے، یاد رکھیے، کسی کو گارنٹی نہیں ہے۔</w:t>
      </w:r>
    </w:p>
    <w:p>
      <w:r>
        <w:rPr>
          <w:b/>
        </w:rPr>
        <w:t xml:space="preserve">[1:22:24] </w:t>
      </w:r>
      <w:r>
        <w:t>yeh yeh sab Allah taala ka faisla hoga. to apne bare mein sochiye, doosre bare mein sochne ki koi zaroorat nahi hai. main yeh kahunga, is mein apne bare mein muhasiba doosre ke bare mein lao.</w:t>
      </w:r>
    </w:p>
    <w:p>
      <w:pPr>
        <w:jc w:val="right"/>
      </w:pPr>
      <w:r>
        <w:t>یہ یہ سب اللہ تعالیٰ کا فیصلہ ہوگا۔ تو اپنے بارے میں سوچیے، دوسرے بارے میں سوچنے کی کوئی ضرورت نہیں ہے۔ میں یہ کہوں گا، اس میں اپنے بارے میں محاسبہ دوسرے کے بارے میں لاؤ۔</w:t>
      </w:r>
    </w:p>
    <w:p>
      <w:r>
        <w:rPr>
          <w:b/>
        </w:rPr>
        <w:t xml:space="preserve">[1:22:37] </w:t>
      </w:r>
      <w:r>
        <w:t>yeh form apnaiye.</w:t>
      </w:r>
    </w:p>
    <w:p>
      <w:pPr>
        <w:jc w:val="right"/>
      </w:pPr>
      <w:r>
        <w:t>یہ فارم اپنائیے۔</w:t>
      </w:r>
    </w:p>
    <w:p>
      <w:r>
        <w:rPr>
          <w:b/>
        </w:rPr>
        <w:t xml:space="preserve">[1:22:39] </w:t>
      </w:r>
      <w:r>
        <w:t>yeh sawal aksar mujh se karte hain log ke yeh sawal galat hota hai. sahi sahi tareeqa kya hai? apne bare mein muhasiba, yaani introspection, aur doosre ke bare mein batao.</w:t>
      </w:r>
    </w:p>
    <w:p>
      <w:pPr>
        <w:jc w:val="right"/>
      </w:pPr>
      <w:r>
        <w:t>یہ سوال اکثر مجھ سے کرتے ہیں لوگ کہ یہ سوال غلط ہوتا ہے۔ صحیح صحیح طریقہ کیا ہے؟ اپنے بارے میں محاسبہ، یعنی انٹرانسپیکشن، اور دوسرے کے بارے میں بتاؤ۔</w:t>
      </w:r>
    </w:p>
    <w:p>
      <w:r>
        <w:rPr>
          <w:b/>
        </w:rPr>
        <w:t xml:space="preserve">[1:22:54] </w:t>
      </w:r>
      <w:r>
        <w:t>bas.</w:t>
      </w:r>
    </w:p>
    <w:p>
      <w:pPr>
        <w:jc w:val="right"/>
      </w:pPr>
      <w:r>
        <w:t>بس۔</w:t>
      </w:r>
    </w:p>
    <w:p>
      <w:r>
        <w:rPr>
          <w:b/>
        </w:rPr>
        <w:t xml:space="preserve">[1:22:57] </w:t>
      </w:r>
      <w:r>
        <w:t>mister shoaib khan ne sawal kiya hai. unhon ne poocha hai: "will the life on earth be really over in this century?" what is your comment on this?</w:t>
      </w:r>
    </w:p>
    <w:p>
      <w:pPr>
        <w:jc w:val="right"/>
      </w:pPr>
      <w:r>
        <w:t>مسٹر شوہیب خان نے سوال کیا ہے۔ انہوں نے پوچھا ہے: "ویل دا لائف ان ارتھ بی ریلی اوور ان دس سینچری؟" واٹ از یور کمنٹ ان دس؟</w:t>
      </w:r>
    </w:p>
    <w:p>
      <w:r>
        <w:rPr>
          <w:b/>
        </w:rPr>
        <w:t xml:space="preserve">[1:23:11] </w:t>
      </w:r>
      <w:r>
        <w:t>dekhiye, is pe comment ki baat nahi hai. science, science, science! aap jante hain ke science danon ka concept, yaani bilkul ek, jis mein sab ka ittefaq ho chuka hai ke zameen mein jo sources hain, woh limited hain, woh bohat zyada exhaust ho chuke hain,</w:t>
      </w:r>
    </w:p>
    <w:p>
      <w:pPr>
        <w:jc w:val="right"/>
      </w:pPr>
      <w:r>
        <w:t>دیکھیں، اس پہ کمنٹ کی بات نہیں ہے۔ سائنس، سائنس، سائنس! آپ جانتے ہیں کہ سائنس دانوں کا کنسیپٹ، یعنی بالکل ایک، جس میں سب کا اتفاق ہو چکا ہے کہ زمین میں جو سورس ہیں، وہ لمیٹڈ ہیں، وہ بہت زیادہ ایگزاسٹ ہو چکے ہیں،</w:t>
      </w:r>
    </w:p>
    <w:p>
      <w:r>
        <w:rPr>
          <w:b/>
        </w:rPr>
        <w:t xml:space="preserve">[1:23:32] </w:t>
      </w:r>
      <w:r>
        <w:t>aur bohat kam din baqi hain jab ke hum, hamare jo life support system hai, woh baqi rahe.</w:t>
      </w:r>
    </w:p>
    <w:p>
      <w:pPr>
        <w:jc w:val="right"/>
      </w:pPr>
      <w:r>
        <w:t>اور بہت کم دن باقی ہیں جب کہ ہم، ہمارے جو لائف سپورٹ سسٹم ہے، وہ باقی رہے۔</w:t>
      </w:r>
    </w:p>
    <w:p>
      <w:r>
        <w:rPr>
          <w:b/>
        </w:rPr>
        <w:t xml:space="preserve">[1:23:38] </w:t>
      </w:r>
      <w:r>
        <w:t>yeh to bohat se animal mar chuke hain jo zindagi ke liye bohat zaroori hain hamari, aur pani sab 95 percent pollution aaj ka samundar ke pani mein, aur carbon emission se hawa bhar gayi hai.</w:t>
      </w:r>
    </w:p>
    <w:p>
      <w:pPr>
        <w:jc w:val="right"/>
      </w:pPr>
      <w:r>
        <w:t>یہ تو بہت سے اینیمل مر چکے ہیں جو زندگی کے لیے بہت ضروری ہیں ہماری، اور پانی سب 95 فیصد پولیوشن آج کا سمندر کے پانی میں، اور کاربن ایمیشن سے ہوا بھر گئی ہے۔</w:t>
      </w:r>
    </w:p>
    <w:p>
      <w:r>
        <w:rPr>
          <w:b/>
        </w:rPr>
        <w:t xml:space="preserve">[1:23:57] </w:t>
      </w:r>
      <w:r>
        <w:t>to is ko koi shakal nahi abhi tak science ke paas hai ke is ko reverse kiya ja sake.</w:t>
      </w:r>
    </w:p>
    <w:p>
      <w:pPr>
        <w:jc w:val="right"/>
      </w:pPr>
      <w:r>
        <w:t>تو اس کو کوئی شکل نہیں ابھی تک سائنس کے پاس ہے کہ اس کو ریورس کیا جا سکے۔</w:t>
      </w:r>
    </w:p>
    <w:p>
      <w:r>
        <w:rPr>
          <w:b/>
        </w:rPr>
        <w:t xml:space="preserve">[1:24:06] </w:t>
      </w:r>
      <w:r>
        <w:t>koi shakal nahi hai.</w:t>
      </w:r>
    </w:p>
    <w:p>
      <w:pPr>
        <w:jc w:val="right"/>
      </w:pPr>
      <w:r>
        <w:t>کوئی شکل نہیں ہے۔</w:t>
      </w:r>
    </w:p>
    <w:p>
      <w:r>
        <w:rPr>
          <w:b/>
        </w:rPr>
        <w:t xml:space="preserve">[1:24:08] </w:t>
      </w:r>
      <w:r>
        <w:t>to yeh masla meri comment kar rahi hai scientific jo mind hai, un ke, woh un ke, woh bar bar ailaan kar rahe hain, aur bar bar media mein aata rehta hai.</w:t>
      </w:r>
    </w:p>
    <w:p>
      <w:pPr>
        <w:jc w:val="right"/>
      </w:pPr>
      <w:r>
        <w:t>تو یہ مسئلہ میری کمنٹ کر رہی ہے سائنٹیفک جو مائنڈ ہے، ان کے، وہ ان کے، وہ بار بار اعلان کر رہے ہیں، اور بار بار میڈیا میں آتا رہتا ہے۔</w:t>
      </w:r>
    </w:p>
    <w:p>
      <w:r>
        <w:rPr>
          <w:b/>
        </w:rPr>
        <w:t xml:space="preserve">[1:24:21] </w:t>
      </w:r>
      <w:r>
        <w:t>isi ko maine dohraya. main kaha zaati koi, yaani aisa nahi ke maine koi zaati taur par koi cheez discover ki ho. aisa nahi hai.</w:t>
      </w:r>
    </w:p>
    <w:p>
      <w:pPr>
        <w:jc w:val="right"/>
      </w:pPr>
      <w:r>
        <w:t>اسی کو میں نے دہرایا۔ میں کہا ذاتی کوئی، یعنی ایسا نہیں کہ میں نے کوئی ذاتی طور پر کوئی چیز ڈسکور کی ہو۔ ایسا نہیں ہے۔</w:t>
      </w:r>
    </w:p>
    <w:p>
      <w:r>
        <w:rPr>
          <w:b/>
        </w:rPr>
        <w:t xml:space="preserve">[1:24:31] </w:t>
      </w:r>
      <w:r>
        <w:t>maulana, un ka doosra sawal</w:t>
      </w:r>
    </w:p>
    <w:p>
      <w:pPr>
        <w:jc w:val="right"/>
      </w:pPr>
      <w:r>
        <w:t>مولانا، ان کا دوسرا سوال</w:t>
      </w:r>
    </w:p>
    <w:p>
      <w:r>
        <w:rPr>
          <w:b/>
        </w:rPr>
        <w:t xml:space="preserve">[1:24:33] </w:t>
      </w:r>
      <w:r>
        <w:t>yeh hai: unhon ne likha hai ke "as you said, that people or the non muslims who would who wouldn't be informed about the creation plan of god, will say on the day of judgment, that they were not informed about it.</w:t>
      </w:r>
    </w:p>
    <w:p>
      <w:pPr>
        <w:jc w:val="right"/>
      </w:pPr>
      <w:r>
        <w:t>یہ ہے: انہوں نے لکھا ہے کہ "ایز یو سیڈ، دیٹ پیپل اور دا نان مسلمز ہو وڈ ہو وڈنٹ بی انفارمڈ اباؤٹ دا کریشن پلان آف گاڈ، ول سے ان دا ڈے آف ججمنٹ، دیٹ دے وار ناٹ انفارمڈ اباؤٹ اٹ۔</w:t>
      </w:r>
    </w:p>
    <w:p>
      <w:r>
        <w:rPr>
          <w:b/>
        </w:rPr>
        <w:t xml:space="preserve">[1:24:47] </w:t>
      </w:r>
      <w:r>
        <w:t>so what will be done to them or to those who have already died uninformed about the creation plan of god?" phir main kahun ke aap Khuda ki seat pe kyun bithaya jata hai?</w:t>
      </w:r>
    </w:p>
    <w:p>
      <w:pPr>
        <w:jc w:val="right"/>
      </w:pPr>
      <w:r>
        <w:t>سو واٹ ول بی ڈن ٹو دیم اور ٹو دوز ہو ہیو الریڈی ڈائیڈ ان انفارمڈ اباؤٹ دا کریشن پلان آف گاڈ؟" پھر میں کہوں کہ آپ خدا کی سیٹ پہ کیوں بٹھایا جاتا ہے؟</w:t>
      </w:r>
    </w:p>
    <w:p>
      <w:r>
        <w:rPr>
          <w:b/>
        </w:rPr>
        <w:t xml:space="preserve">[1:25:00] </w:t>
      </w:r>
      <w:r>
        <w:t>yeh jo mar gaye to aap ka concern khuda ka concern hai. aap ko is ko jo zinda hain, un ko dawati kaam kijiye un ke upar.</w:t>
      </w:r>
    </w:p>
    <w:p>
      <w:pPr>
        <w:jc w:val="right"/>
      </w:pPr>
      <w:r>
        <w:t>یہ جو مر گئے تو آپ کا کنسرن خدا کا کنسرن ہے۔ آپ کو اس کو جو زندہ ہیں، ان کو دعوتی کام کیجیے ان کے اوپر۔</w:t>
      </w:r>
    </w:p>
    <w:p>
      <w:r>
        <w:rPr>
          <w:b/>
        </w:rPr>
        <w:t xml:space="preserve">[1:25:10] </w:t>
      </w:r>
      <w:r>
        <w:t>yeh ghair zaroori question hai. yeh sahaba ke mizaj nahi tha ghair zaroori question par baat dua kharab kar dein.</w:t>
      </w:r>
    </w:p>
    <w:p>
      <w:pPr>
        <w:jc w:val="right"/>
      </w:pPr>
      <w:r>
        <w:t>یہ غیر ضروری کوئسچن ہے۔ یہ صحابہ کے مزاج نہیں تھا غیر ضروری کوئسچن پر بات دعا خراب کر دیں۔</w:t>
      </w:r>
    </w:p>
    <w:p>
      <w:r>
        <w:rPr>
          <w:b/>
        </w:rPr>
        <w:t xml:space="preserve">[1:25:18] </w:t>
      </w:r>
      <w:r>
        <w:t>aam tor par log mizaj hai ke ghair zaroori question par apna dua lagaye rehte hain, aur jo zaroori jo duty hai, us ko us mein apna duaon ne nahi lagate.</w:t>
      </w:r>
    </w:p>
    <w:p>
      <w:pPr>
        <w:jc w:val="right"/>
      </w:pPr>
      <w:r>
        <w:t>عام طور پر لوگ مزاج ہے کہ غیر ضروری کوئسچن پر اپنا دعا لگائے رہتے ہیں، اور جو ضروری جو ڈیوٹی ہے، اس کو اس میں اپنا دعاؤں نے نہیں لگاتے۔</w:t>
      </w:r>
    </w:p>
    <w:p>
      <w:r>
        <w:rPr>
          <w:b/>
        </w:rPr>
        <w:t xml:space="preserve">[1:25:31] </w:t>
      </w:r>
      <w:r>
        <w:t>yeh koi sahi baat nahi, koi healthy sign nahi hai.</w:t>
      </w:r>
    </w:p>
    <w:p>
      <w:pPr>
        <w:jc w:val="right"/>
      </w:pPr>
      <w:r>
        <w:t>یہ کوئی صحیح بات نہیں، کوئی ہیلتھی سائن نہیں ہے۔</w:t>
      </w:r>
    </w:p>
    <w:p>
      <w:r>
        <w:rPr>
          <w:b/>
        </w:rPr>
        <w:t xml:space="preserve">[1:25:37] </w:t>
      </w:r>
      <w:r>
        <w:t>mister s ahmed ne dehli se likha hai:</w:t>
      </w:r>
    </w:p>
    <w:p>
      <w:pPr>
        <w:jc w:val="right"/>
      </w:pPr>
      <w:r>
        <w:t>مسٹر ایس احمد نے دہلی سے لکھا ہے:</w:t>
      </w:r>
    </w:p>
    <w:p>
      <w:r>
        <w:rPr>
          <w:b/>
        </w:rPr>
        <w:t xml:space="preserve">[1:25:42] </w:t>
      </w:r>
      <w:r>
        <w:t>"maulana, it is a general fact that we know many things, but we practice very little compared to our knowledge. i think it can be a hindrance in dawa work.</w:t>
      </w:r>
    </w:p>
    <w:p>
      <w:pPr>
        <w:jc w:val="right"/>
      </w:pPr>
      <w:r>
        <w:t>"مولانا، اٹ از ا جنرل فیکٹ دیٹ وی نو مینی تھنگز، بٹ وی پریکٹس ویری لٹل کمپیر ٹو اور نالج۔ ائی تھنک اٹ کین بی ا ہنڈرنس ان دعویٰ ورک۔</w:t>
      </w:r>
    </w:p>
    <w:p>
      <w:r>
        <w:rPr>
          <w:b/>
        </w:rPr>
        <w:t xml:space="preserve">[1:25:55] </w:t>
      </w:r>
      <w:r>
        <w:t>so what should i do? should i first practice in islam completely, and then preach? or i can do both, that is little practice and little preaching."</w:t>
      </w:r>
    </w:p>
    <w:p>
      <w:pPr>
        <w:jc w:val="right"/>
      </w:pPr>
      <w:r>
        <w:t>سو واٹ شوڈ ائی ڈو؟ شوڈ ائی فرسٹ پریکٹس ان اسلام کمپلیٹلی، اینڈ دین پریچ؟ اور ائی کین ڈو بوتھ، دیٹ از لٹل پریکٹس اینڈ لٹل پریچنگ۔"</w:t>
      </w:r>
    </w:p>
    <w:p>
      <w:r>
        <w:rPr>
          <w:b/>
        </w:rPr>
        <w:t xml:space="preserve">[1:26:08] </w:t>
      </w:r>
      <w:r>
        <w:t>yeh islam mein aage peeche koi baat nahi hai ke pehle yeh kar lo, is ke baad woh karo. yeh nazariya bilkul galat hai, baطل nahi hai</w:t>
      </w:r>
    </w:p>
    <w:p>
      <w:pPr>
        <w:jc w:val="right"/>
      </w:pPr>
      <w:r>
        <w:t>یہ اسلام میں آگے پیچھے کوئی بات نہیں ہے کہ پہلے یہ کر لو، اس کے بعد وہ کرو۔ یہ نظریہ بالکل غلط ہے، باطل نہیں ہے</w:t>
      </w:r>
    </w:p>
    <w:p>
      <w:r>
        <w:rPr>
          <w:b/>
        </w:rPr>
        <w:t xml:space="preserve">[1:26:16] </w:t>
      </w:r>
      <w:r>
        <w:t>ke pehle mukammal hisab khud amal kar lo, to phir dawat karna, dawat ka kaam karna, yeh bilashuba ek baطل nazariya hai. ibn kathir ne likha hai ke agar yeh shart hoti dawat ki to dunya mein kabhi koi dawati kaam na karta.</w:t>
      </w:r>
    </w:p>
    <w:p>
      <w:pPr>
        <w:jc w:val="right"/>
      </w:pPr>
      <w:r>
        <w:t>کہ پہلے مکمل حساب خود عمل کر لو، تو پھر دعوت کرنا، دعوت کا کام کرنا، یہ بلاشبہ ایک باطل نظریہ ہے۔ ابن کثیر نے لکھا ہے کہ اگر یہ شرط ہوتی دعوت کی تو دنیا میں کبھی کوئی دعوتی کام نہ کرتا۔</w:t>
      </w:r>
    </w:p>
    <w:p>
      <w:r>
        <w:rPr>
          <w:b/>
        </w:rPr>
        <w:t xml:space="preserve">[1:26:31] </w:t>
      </w:r>
      <w:r>
        <w:t>jis din aap ko samajh aa gayi, woh din shuru kar dijiye bas dawat ke kaam ki aur amal ka kaam, dono sath sath. aage peeche koi tarteeb nahi hai yeh, aur bilkul baطل nazariya hai yeh.</w:t>
      </w:r>
    </w:p>
    <w:p>
      <w:pPr>
        <w:jc w:val="right"/>
      </w:pPr>
      <w:r>
        <w:t>جس دن آپ کو سمجھ آ گئی، وہ دن شروع کر دیجئے بس دعوت کے کام کی اور عمل کا کام، دونوں ساتھ ساتھ۔ آگے پیچھے کوئی ترتیب نہیں ہے یہ، اور بالکل باطل نظریہ ہے یہ۔</w:t>
      </w:r>
    </w:p>
    <w:p>
      <w:r>
        <w:rPr>
          <w:b/>
        </w:rPr>
        <w:t xml:space="preserve">[1:26:48] </w:t>
      </w:r>
      <w:r>
        <w:t>mister shah imran hasan ne dehli se likha hai: "mojudah muslim firqon mein se kaun sa firqa haq par hai?</w:t>
      </w:r>
    </w:p>
    <w:p>
      <w:pPr>
        <w:jc w:val="right"/>
      </w:pPr>
      <w:r>
        <w:t>مسٹر شاہ عمران حسن نے دہلی سے لکھا ہے: "موجودہ مسلم فرقوں میں سے کون سا فرقہ حق پر ہے؟</w:t>
      </w:r>
    </w:p>
    <w:p>
      <w:r>
        <w:rPr>
          <w:b/>
        </w:rPr>
        <w:t xml:space="preserve">[1:26:58] </w:t>
      </w:r>
      <w:r>
        <w:t>kya is ko janne ka islam mein koi criteria bataya gaya hai?" bhai, hadith mein aata hai ke "ma ana alaihi wa ashabi" yani rasool allah ka jo tareeqa tha, ashabe rasool ka tareeqa tha, us par jo log hon, lekin hum naam le kar nahi kar sakte.</w:t>
      </w:r>
    </w:p>
    <w:p>
      <w:pPr>
        <w:jc w:val="right"/>
      </w:pPr>
      <w:r>
        <w:t>کیا اس کو جاننے کا اسلام میں کوئی کرائٹیریا بتایا گیا ہے؟" بھائی، حدیث میں آتا ہے کہ "ما انا علیہ واصحابہ" یعنی رسول اللہ کا جو طریقہ تھا، اصحاب رسول کا طریقہ تھا، اس پر جو لوگ ہوں، لیکن ہم نام لے کر نہیں کر سکتے۔</w:t>
      </w:r>
    </w:p>
    <w:p>
      <w:r>
        <w:rPr>
          <w:b/>
        </w:rPr>
        <w:t xml:space="preserve">[1:27:20] </w:t>
      </w:r>
      <w:r>
        <w:t>un logon ko khud sochna chahiye, sochna chahiye ke kya mein rasool ke tareeqe pe hoon? kya mein sahabi ke tareeqe pe hoon? hum aap nahi kar sakte ke firqa a to us par hai, firqa b us par nahi hai, yeh jo woh kafir</w:t>
      </w:r>
    </w:p>
    <w:p>
      <w:pPr>
        <w:jc w:val="right"/>
      </w:pPr>
      <w:r>
        <w:t>ان لوگوں کو خود سوچنا چاہیے، سوچنا چاہیے کہ کیا میں رسول کے طریقے پہ ہوں؟ کیا میں صحابی کے طریقے پہ ہوں؟ ہم آپ نہیں کر سکتے کہ فرقہ اے تو اس پر ہے، فرقہ بی اس پر نہیں ہے، یہ جو وہ کافر</w:t>
      </w:r>
    </w:p>
    <w:p>
      <w:r>
        <w:rPr>
          <w:b/>
        </w:rPr>
        <w:t xml:space="preserve">[1:27:32] </w:t>
      </w:r>
      <w:r>
        <w:t>hai, woh muslim hai. yeh fatwa jo kehte hain, fatwa activism, fatwa activism ko mein bilkul yani islam ke khilaf samajhta hoon.</w:t>
      </w:r>
    </w:p>
    <w:p>
      <w:pPr>
        <w:jc w:val="right"/>
      </w:pPr>
      <w:r>
        <w:t>ہے، وہ مسلم ہے۔ یہ فتویٰ جو کہتے ہیں، فتویٰ ایکٹیوزم، فتویٰ ایکٹیوزم کو میں بالکل یعنی اسلام کے خلاف سمجھتا ہوں۔</w:t>
      </w:r>
    </w:p>
    <w:p>
      <w:r>
        <w:rPr>
          <w:b/>
        </w:rPr>
        <w:t xml:space="preserve">[1:27:42] </w:t>
      </w:r>
      <w:r>
        <w:t>keh doon fatwa activism in islam, islam mein sirf dawa activism hai. bas yaad rakhiye, islam mein fatwa activism hai nahi, dawa activism hai.</w:t>
      </w:r>
    </w:p>
    <w:p>
      <w:pPr>
        <w:jc w:val="right"/>
      </w:pPr>
      <w:r>
        <w:t>کہہ دوں فتویٰ ایکٹیوزم ان اسلام، اسلام میں صرف دعویٰ ایکٹیوزم ہے۔ بس یاد رکھیے، اسلام میں فتویٰ ایکٹیوزم ہے نہیں، دعویٰ ایکٹیوزم ہے۔</w:t>
      </w:r>
    </w:p>
    <w:p>
      <w:r>
        <w:rPr>
          <w:b/>
        </w:rPr>
        <w:t xml:space="preserve">[1:27:52] </w:t>
      </w:r>
      <w:r>
        <w:t>to aap bhi kisi ko hukum lagane ka haq nahi, aap ko</w:t>
      </w:r>
    </w:p>
    <w:p>
      <w:pPr>
        <w:jc w:val="right"/>
      </w:pPr>
      <w:r>
        <w:t>تو آپ بھی کسی کو حکم لگانے کا حق نہیں، آپ کو</w:t>
      </w:r>
    </w:p>
    <w:p>
      <w:r>
        <w:rPr>
          <w:b/>
        </w:rPr>
        <w:t xml:space="preserve">[1:27:57] </w:t>
      </w:r>
      <w:r>
        <w:t>aap ko sirf apni zimmedari poori karne ka haq hai. fatwa activism maani hukum lagana hai, to hukum lagane ka ikhtiyar kisi ko nahi hai.</w:t>
      </w:r>
    </w:p>
    <w:p>
      <w:pPr>
        <w:jc w:val="right"/>
      </w:pPr>
      <w:r>
        <w:t>آپ کو صرف اپنی ذمہ داری پوری کرنے کا حق ہے۔ فتویٰ ایکٹیوزم معنی حکم لگانا ہے، تو حکم لگانے کا اختیار کسی کو نہیں ہے۔</w:t>
      </w:r>
    </w:p>
    <w:p>
      <w:r>
        <w:rPr>
          <w:b/>
        </w:rPr>
        <w:t xml:space="preserve">[1:28:06] </w:t>
      </w:r>
      <w:r>
        <w:t>sawal zyada rahega, hamein sirf apni zimmedari ada karna chahiye. bas.</w:t>
      </w:r>
    </w:p>
    <w:p>
      <w:pPr>
        <w:jc w:val="right"/>
      </w:pPr>
      <w:r>
        <w:t>سوال زیادہ رہے گا، ہمیں صرف اپنی ذمہ داری ادا کرنا چاہیے۔ بس۔</w:t>
      </w:r>
    </w:p>
    <w:p>
      <w:r>
        <w:rPr>
          <w:b/>
        </w:rPr>
        <w:t xml:space="preserve">[1:28:14] </w:t>
      </w:r>
      <w:r>
        <w:t>mister khalid ansari ne dehli se likha hai:</w:t>
      </w:r>
    </w:p>
    <w:p>
      <w:pPr>
        <w:jc w:val="right"/>
      </w:pPr>
      <w:r>
        <w:t>مسٹر خالد انصاری نے دہلی سے لکھا ہے:</w:t>
      </w:r>
    </w:p>
    <w:p>
      <w:r>
        <w:rPr>
          <w:b/>
        </w:rPr>
        <w:t xml:space="preserve">[1:28:19] </w:t>
      </w:r>
      <w:r>
        <w:t>"during dawa interaction, we generally come across potential mudoos having wrong opinion about these and their organizational head.</w:t>
      </w:r>
    </w:p>
    <w:p>
      <w:pPr>
        <w:jc w:val="right"/>
      </w:pPr>
      <w:r>
        <w:t>"ڈیورنگ دعویٰ انٹریکشن، وی جنرلی کم اکراس پوٹینشل مدعوز ہیونگ رونگ اوپینین اباؤٹ ڈائیز اینڈ دیر ارگنائزیشنل ہیڈ۔</w:t>
      </w:r>
    </w:p>
    <w:p>
      <w:r>
        <w:rPr>
          <w:b/>
        </w:rPr>
        <w:t xml:space="preserve">[1:28:30] </w:t>
      </w:r>
      <w:r>
        <w:t>if we know that the opinion expressed is totally wrong and based on hearsay, then do you suggest that opinion should be corrected or left as it is, fearing it might lead to confrontation?" kindly advice.</w:t>
      </w:r>
    </w:p>
    <w:p>
      <w:pPr>
        <w:jc w:val="right"/>
      </w:pPr>
      <w:r>
        <w:t>اف وی نو دیٹ دا اوپینین ایکسپریسڈ از ٹوٹلی رونگ اینڈ بیسڈ ان ہیئر سیل، دین ڈو یو سجیسٹ دیٹ اوپینین شوڈ بی کریکٹڈ اور لیفٹ ایز اٹ از، فیئرنگ اٹ مائٹ لیڈ ٹو کنفرنٹیشن؟" کائنڈلی ایڈوائس۔</w:t>
      </w:r>
    </w:p>
    <w:p>
      <w:r>
        <w:rPr>
          <w:b/>
        </w:rPr>
        <w:t xml:space="preserve">[1:28:47] </w:t>
      </w:r>
      <w:r>
        <w:t>yeh aise cases mein sirf yeh kaha jaye ke aap originality kijiye, literature padhiye, koi faida behas karne se hai nahi, koi bhi faida nahi hai behas karne se.</w:t>
      </w:r>
    </w:p>
    <w:p>
      <w:pPr>
        <w:jc w:val="right"/>
      </w:pPr>
      <w:r>
        <w:t>یہ ایسے کیسز میں صرف یہ کہا جائے کہ آپ اوریجنلٹی کیجیے، لیٹریچر پڑھیے، کوئی فائدہ بحث کرنے سے ہے نہیں، کوئی بھی فائدہ نہیں ہے بحث کرنے سے۔</w:t>
      </w:r>
    </w:p>
    <w:p>
      <w:r>
        <w:rPr>
          <w:b/>
        </w:rPr>
        <w:t xml:space="preserve">[1:28:58] </w:t>
      </w:r>
      <w:r>
        <w:t>ab ek kitab padhiye, aap abhi aap ka mutala kam hai aur padhiye aur padhiye aur padhiye, phir aap to baatein khul jayengi. hum to ek logon ko kehte hain ke logon ko study ka mashwara dijiye, kitabein padhne ka mashwara dijiye, baat mat kijiye.</w:t>
      </w:r>
    </w:p>
    <w:p>
      <w:pPr>
        <w:jc w:val="right"/>
      </w:pPr>
      <w:r>
        <w:t>اب ایک کتاب پڑھیے، آپ ابھی آپ کا مطالعہ کم ہے اور پڑھیے اور پڑھیے اور پڑھیے، پھر آپ تو باتیں کھل جائیں گی۔ ہم تو ایک لوگوں کو کہتے ہیں کہ لوگوں کو اسٹڈی کا مشورہ دیجیے، کتابیں پڑھنے کا مشورہ دیجیے، بات مت کیجیے۔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