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Conciliatory Approach vs Confrontational Approach March 21, 2010 Maulana Wahiduddin Khan</w:t>
      </w:r>
    </w:p>
    <w:p>
      <w:r>
        <w:t>https://www.youtube.com/watch?v=GTMfVIxatRM</w:t>
      </w:r>
    </w:p>
    <w:p>
      <w:r>
        <w:rPr>
          <w:b/>
        </w:rPr>
        <w:t xml:space="preserve">[00:14] </w:t>
      </w:r>
      <w:r>
        <w:t>Bismillah Rehman ur Rahim, wa salli Allahu ala Nabi al Kareem. Rab ishrah li sadri, wa yassir li amri, wahul uqdatam mil lisani,</w:t>
      </w:r>
    </w:p>
    <w:p>
      <w:pPr>
        <w:jc w:val="right"/>
      </w:pPr>
      <w:r>
        <w:t>بسم اللہ الرحمن الرحیم، و صلی اللہ علی النبی الکریم۔ رب اشرح لی صدری، ویسر لی امری، واحل المقتطم باللسانی،</w:t>
      </w:r>
    </w:p>
    <w:p>
      <w:r>
        <w:rPr>
          <w:b/>
        </w:rPr>
        <w:t xml:space="preserve">[00:31] </w:t>
      </w:r>
      <w:r>
        <w:t>yafqaahu qawli.</w:t>
      </w:r>
    </w:p>
    <w:p>
      <w:pPr>
        <w:jc w:val="right"/>
      </w:pPr>
      <w:r>
        <w:t>یفقہ قولی۔</w:t>
      </w:r>
    </w:p>
    <w:p>
      <w:r>
        <w:rPr>
          <w:b/>
        </w:rPr>
        <w:t xml:space="preserve">[00:36] </w:t>
      </w:r>
      <w:r>
        <w:t>aaj ka topic hai:</w:t>
      </w:r>
    </w:p>
    <w:p>
      <w:pPr>
        <w:jc w:val="right"/>
      </w:pPr>
      <w:r>
        <w:t>آج کا ٹاپک ہے:</w:t>
      </w:r>
    </w:p>
    <w:p>
      <w:r>
        <w:rPr>
          <w:b/>
        </w:rPr>
        <w:t xml:space="preserve">[00:42] </w:t>
      </w:r>
      <w:r>
        <w:t>conciliatory approach versus confrontational approach, yaani masalhati andaaz aur takraao ka andaaz.</w:t>
      </w:r>
    </w:p>
    <w:p>
      <w:pPr>
        <w:jc w:val="right"/>
      </w:pPr>
      <w:r>
        <w:t>کنسلیٹری اپروچ ورسز کنفرنٹیشنل اپروچ، یعنی مصالحتی انداز اور ٹکراؤ کا انداز۔</w:t>
      </w:r>
    </w:p>
    <w:p>
      <w:r>
        <w:rPr>
          <w:b/>
        </w:rPr>
        <w:t xml:space="preserve">[00:57] </w:t>
      </w:r>
      <w:r>
        <w:t>dekhen, Quran mein ek bohat hi basic principle diya gaya hai, Surah Nisa mein, yaani chapter number 4,</w:t>
      </w:r>
    </w:p>
    <w:p>
      <w:pPr>
        <w:jc w:val="right"/>
      </w:pPr>
      <w:r>
        <w:t>دیکھیں، قرآن میں ایک بہت ہی بیسک پرنسپل دیا گیا ہے، سورہ النساء میں، یعنی چیپٹر نمبر 4،</w:t>
      </w:r>
    </w:p>
    <w:p>
      <w:r>
        <w:rPr>
          <w:b/>
        </w:rPr>
        <w:t xml:space="preserve">[01:07] </w:t>
      </w:r>
      <w:r>
        <w:t>aayat number 128: "Al sulhu khair".</w:t>
      </w:r>
    </w:p>
    <w:p>
      <w:pPr>
        <w:jc w:val="right"/>
      </w:pPr>
      <w:r>
        <w:t>آیت نمبر 128: "الصلح خیر"۔</w:t>
      </w:r>
    </w:p>
    <w:p>
      <w:r>
        <w:rPr>
          <w:b/>
        </w:rPr>
        <w:t xml:space="preserve">[01:16] </w:t>
      </w:r>
      <w:r>
        <w:t>sulh behtar hai, reconciliation is the best,</w:t>
      </w:r>
    </w:p>
    <w:p>
      <w:pPr>
        <w:jc w:val="right"/>
      </w:pPr>
      <w:r>
        <w:t>صلح بہتر ہے، ریکانسلیشن از دا بیسٹ،</w:t>
      </w:r>
    </w:p>
    <w:p>
      <w:r>
        <w:rPr>
          <w:b/>
        </w:rPr>
        <w:t xml:space="preserve">[01:24] </w:t>
      </w:r>
      <w:r>
        <w:t>yaani conciliatory approach is the best approach. is ka ulta kya hai? confrontational approach.</w:t>
      </w:r>
    </w:p>
    <w:p>
      <w:pPr>
        <w:jc w:val="right"/>
      </w:pPr>
      <w:r>
        <w:t>یعنی کنسلیٹری اپروچ از دا بیسٹ اپروچ۔ اس کا الٹا کیا ہے؟ کنفرنٹیشنل اپروچ۔</w:t>
      </w:r>
    </w:p>
    <w:p>
      <w:r>
        <w:rPr>
          <w:b/>
        </w:rPr>
        <w:t xml:space="preserve">[01:33] </w:t>
      </w:r>
      <w:r>
        <w:t>to kaha, Quran ki jo scheme of things hai, is mein takraao wale approach ke liye koi jagah nahi hai.</w:t>
      </w:r>
    </w:p>
    <w:p>
      <w:pPr>
        <w:jc w:val="right"/>
      </w:pPr>
      <w:r>
        <w:t>تو کہا، قرآن کی جو اسکیم آف تھنگ ہے، اس میں ٹکراؤ والے اپروچ کے لیے کوئی جگہ نہیں ہے۔</w:t>
      </w:r>
    </w:p>
    <w:p>
      <w:r>
        <w:rPr>
          <w:b/>
        </w:rPr>
        <w:t xml:space="preserve">[01:44] </w:t>
      </w:r>
      <w:r>
        <w:t>is mein sirf conciliatory approach ya masalhati approach ki jagah hai, yaani Khuda ki jo poori scheme hai is dunya ke baare mein, is ke khilaaf hai</w:t>
      </w:r>
    </w:p>
    <w:p>
      <w:pPr>
        <w:jc w:val="right"/>
      </w:pPr>
      <w:r>
        <w:t>اس میں صرف کنسلیٹری اپروچ یا مصالحتی اپروچ کی جگہ ہے، یعنی خدا کی جو پوری اسکیم ہے اس دنیا کے بارے میں، اس کے خلاف ہے</w:t>
      </w:r>
    </w:p>
    <w:p>
      <w:r>
        <w:rPr>
          <w:b/>
        </w:rPr>
        <w:t xml:space="preserve">[01:57] </w:t>
      </w:r>
      <w:r>
        <w:t>takraao karna. aap jaante hain ke numerous stars aur planet hain space mein, koi kabhi takrata nahi. yahi cheez insaan se, yahi culture jo hai, insaan se bhi chahta hai Khuda.</w:t>
      </w:r>
    </w:p>
    <w:p>
      <w:pPr>
        <w:jc w:val="right"/>
      </w:pPr>
      <w:r>
        <w:t>ٹکراؤ کرنا۔ آپ جانتے ہیں کہ نیومرسٹ سٹارز اور پلینٹ ہیں اسپیس میں، کوئی کبھی ٹکراتا نہیں۔ یہی چیز انسان سے، یہی کلچر جو ہے، انسان سے بھی چاہتا ہے خدا۔</w:t>
      </w:r>
    </w:p>
    <w:p>
      <w:r>
        <w:rPr>
          <w:b/>
        </w:rPr>
        <w:t xml:space="preserve">[02:16] </w:t>
      </w:r>
      <w:r>
        <w:t>to isi ko kaha: "Al sulhu khair". masalhati approach sab se behtar approach hai.</w:t>
      </w:r>
    </w:p>
    <w:p>
      <w:pPr>
        <w:jc w:val="right"/>
      </w:pPr>
      <w:r>
        <w:t>تو اسی کو کہا: "الصلح خیر"۔ مصالحتی اپروچ سب سے بہتر اپروچ ہے۔</w:t>
      </w:r>
    </w:p>
    <w:p>
      <w:r>
        <w:rPr>
          <w:b/>
        </w:rPr>
        <w:t xml:space="preserve">[02:26] </w:t>
      </w:r>
      <w:r>
        <w:t>ab mein aap ko insani history jo hai, poori hamari yahan se mutalliq, is se kuch reference reference de kar ke batana chahunga ke kya matlab hai is ka.</w:t>
      </w:r>
    </w:p>
    <w:p>
      <w:pPr>
        <w:jc w:val="right"/>
      </w:pPr>
      <w:r>
        <w:t>اب میں آپ کو انسانی ہسٹری جو ہے، پوری ہماری یہاں سے متعلق، اس سے کچھ ریفرنس ریفرنس دے کر کے بتانا چاہوں گا کہ کیا مطلب ہے اس کا۔</w:t>
      </w:r>
    </w:p>
    <w:p>
      <w:r>
        <w:rPr>
          <w:b/>
        </w:rPr>
        <w:t xml:space="preserve">[02:38] </w:t>
      </w:r>
      <w:r>
        <w:t>dekhen, yeh kahani sab se pehle shuru hoti hai pehle insaan se. aap jaante hain ke pehla insaan Adam tha.</w:t>
      </w:r>
    </w:p>
    <w:p>
      <w:pPr>
        <w:jc w:val="right"/>
      </w:pPr>
      <w:r>
        <w:t>دیکھیں، یہ کہانی سب سے پہلے شروع ہوتی ہے پہلے انسان سے۔ آپ جانتے ہیں کہ پہلا انسان آدم تھا۔</w:t>
      </w:r>
    </w:p>
    <w:p>
      <w:r>
        <w:rPr>
          <w:b/>
        </w:rPr>
        <w:t xml:space="preserve">[02:47] </w:t>
      </w:r>
      <w:r>
        <w:t>science kuch nahi batati ke pehla insaan kab dunya mein basa, lekin Bible mein jo shajre diye gaye hain, yaani Adam se Nuh tak, Nuh se Ibrahim tak, Ibrahim se Musa tak, Musa se Masih tak, yeh shajre diye gaye hain Bible mein.</w:t>
      </w:r>
    </w:p>
    <w:p>
      <w:pPr>
        <w:jc w:val="right"/>
      </w:pPr>
      <w:r>
        <w:t>سائنس کچھ نہیں بتاتی کہ پہلا انسان کب دنیا میں بسا، لیکن بائبل میں جو شجرے دیے گئے ہیں، یعنی آدم سے نوح تک، نوح سے ابراہیم تک، ابراہیم سے موسیٰ تک، موسیٰ سے مسیح تک، یہ شجرے دیے گئے ہیں بائبل میں۔</w:t>
      </w:r>
    </w:p>
    <w:p>
      <w:r>
        <w:rPr>
          <w:b/>
        </w:rPr>
        <w:t xml:space="preserve">[03:08] </w:t>
      </w:r>
      <w:r>
        <w:t>is se logon ne nikala hai ke shayad das hazar saal pehle Adam is zameen par basaaye gaye,</w:t>
      </w:r>
    </w:p>
    <w:p>
      <w:pPr>
        <w:jc w:val="right"/>
      </w:pPr>
      <w:r>
        <w:t>اس سے لوگوں نے نکالا ہے کہ شاید دس ہزار سال پہلے آدم اس زمین پر بسائے گئے،</w:t>
      </w:r>
    </w:p>
    <w:p>
      <w:r>
        <w:rPr>
          <w:b/>
        </w:rPr>
        <w:t xml:space="preserve">[03:15] </w:t>
      </w:r>
      <w:r>
        <w:t>lekin yeh sab guess hai. to beharhaal, insaan ko jab Allah Ta'ala ne paida kiya, us waqt ek waqea hua.</w:t>
      </w:r>
    </w:p>
    <w:p>
      <w:pPr>
        <w:jc w:val="right"/>
      </w:pPr>
      <w:r>
        <w:t>لیکن یہ سب گیس ہے۔ تو بہرحال، انسان کو جب اللہ تعالیٰ نے پیدا کیا، اس وقت ایک واقعہ ہوا۔</w:t>
      </w:r>
    </w:p>
    <w:p>
      <w:r>
        <w:rPr>
          <w:b/>
        </w:rPr>
        <w:t xml:space="preserve">[03:27] </w:t>
      </w:r>
      <w:r>
        <w:t>Allah Ta'ala ne kaha: "us waqt do makhlooq aur the, farishte aur jinat". to un ko Allah Ta'ala ne kaha ke tum insaan ke aage jhuk jao.</w:t>
      </w:r>
    </w:p>
    <w:p>
      <w:pPr>
        <w:jc w:val="right"/>
      </w:pPr>
      <w:r>
        <w:t>اللہ تعالیٰ نے کہا: "اس وقت دو مخلوق اور تھے، فرشتے اور جنات"۔ تو ان کو اللہ تعالیٰ نے کہا کہ تم انسان کے آگے جھک جاؤ۔</w:t>
      </w:r>
    </w:p>
    <w:p>
      <w:r>
        <w:rPr>
          <w:b/>
        </w:rPr>
        <w:t xml:space="preserve">[03:41] </w:t>
      </w:r>
      <w:r>
        <w:t>to farishte jhuk gaye, aur jinat ka jo sardaar tha, Iblees, woh nahi jhuka. to saare jinaton ne bhi inhi ka saath diya, apne sardaar ka.</w:t>
      </w:r>
    </w:p>
    <w:p>
      <w:pPr>
        <w:jc w:val="right"/>
      </w:pPr>
      <w:r>
        <w:t>تو فرشتے جھک گئے، اور جنات کا جو سردار تھا، ابلیس، وہ نہیں جھکا۔ تو سارے جناتوں نے بھی انہی کا ساتھ دیا، اپنے سردار کا۔</w:t>
      </w:r>
    </w:p>
    <w:p>
      <w:r>
        <w:rPr>
          <w:b/>
        </w:rPr>
        <w:t xml:space="preserve">[03:56] </w:t>
      </w:r>
      <w:r>
        <w:t>yeh tha pehla waqia takrao ka, confrontation ka.</w:t>
      </w:r>
    </w:p>
    <w:p>
      <w:pPr>
        <w:jc w:val="right"/>
      </w:pPr>
      <w:r>
        <w:t>یہ تھا پہلا واقعہ ٹکراؤ کا، کنفرنٹیشن کا۔</w:t>
      </w:r>
    </w:p>
    <w:p>
      <w:r>
        <w:rPr>
          <w:b/>
        </w:rPr>
        <w:t xml:space="preserve">[04:07] </w:t>
      </w:r>
      <w:r>
        <w:t>yani insaan ki tareekh shuru hui isi waqey se ke do misalein qaim hueen. ek yeh misal ke Allah taala ne kaha.</w:t>
      </w:r>
    </w:p>
    <w:p>
      <w:pPr>
        <w:jc w:val="right"/>
      </w:pPr>
      <w:r>
        <w:t>یعنی انسان کی تاریخ شروع ہوئی اسی واقعے سے کہ دو مثالیں قائم ہوئیں۔ ایک یہ مثال کہ اللہ تعالیٰ نے کہا۔</w:t>
      </w:r>
    </w:p>
    <w:p>
      <w:r>
        <w:rPr>
          <w:b/>
        </w:rPr>
        <w:t xml:space="preserve">[04:18] </w:t>
      </w:r>
      <w:r>
        <w:t>to woh jhuk gaye. yeh goya ke sulah wala approach tha, aur jinnat ke sardar Iblees ne jo kiya, woh gaya ke uska ulta tha, yani confrontation wala approach.</w:t>
      </w:r>
    </w:p>
    <w:p>
      <w:pPr>
        <w:jc w:val="right"/>
      </w:pPr>
      <w:r>
        <w:t>تو وہ جھک گئے۔ یہ گویا کہ صلح والا اپروچ تھا، اور جنات کے سردار ابلیس نے جو کیا، وہ گیا کہ اس کا الٹا تھا، یعنی کنفرنٹیشن والا اپروچ۔</w:t>
      </w:r>
    </w:p>
    <w:p>
      <w:r>
        <w:rPr>
          <w:b/>
        </w:rPr>
        <w:t xml:space="preserve">[04:34] </w:t>
      </w:r>
      <w:r>
        <w:t>to Allah taala ne farmaya, Iblees ko khitab karte hue: "laum laanata jahannama minkum ajmaeen" ke jo tera rasta chalega,</w:t>
      </w:r>
    </w:p>
    <w:p>
      <w:pPr>
        <w:jc w:val="right"/>
      </w:pPr>
      <w:r>
        <w:t>تو اللہ تعالیٰ نے فرمایا، ابلیس کو خطاب کرتے ہوئے: "لام لعنت جہنم منکم اجمعین" کہ جو تیرا راستہ چلے گا،</w:t>
      </w:r>
    </w:p>
    <w:p>
      <w:r>
        <w:rPr>
          <w:b/>
        </w:rPr>
        <w:t xml:space="preserve">[04:48] </w:t>
      </w:r>
      <w:r>
        <w:t>jo isko follow karega, isko aur tum ko sab ko main jahannum mein daal doonga. kitni dekhiye, kitna yeh serious mamla hai</w:t>
      </w:r>
    </w:p>
    <w:p>
      <w:pPr>
        <w:jc w:val="right"/>
      </w:pPr>
      <w:r>
        <w:t>جو اس کو فالو کرے گا، اس کو اور تم کو سب کو میں جہنم میں ڈال دوں گا۔ کتنی دیکھیے، کتنا یہ سیریس معاملہ ہے</w:t>
      </w:r>
    </w:p>
    <w:p>
      <w:r>
        <w:rPr>
          <w:b/>
        </w:rPr>
        <w:t xml:space="preserve">[05:01] </w:t>
      </w:r>
      <w:r>
        <w:t>ke confrontational approach jo hai, woh shaitan wala approach hai, aur shaitan approach kahan jata hai? hell tak jata hai.</w:t>
      </w:r>
    </w:p>
    <w:p>
      <w:pPr>
        <w:jc w:val="right"/>
      </w:pPr>
      <w:r>
        <w:t>کہ کنفرنٹیشنل اپروچ جو ہے، وہ شیطان والا اپروچ ہے، اور شیطان اپروچ کہاں جاتا ہے؟ ہیل تک جاتا ہے۔</w:t>
      </w:r>
    </w:p>
    <w:p>
      <w:r>
        <w:rPr>
          <w:b/>
        </w:rPr>
        <w:t xml:space="preserve">[05:12] </w:t>
      </w:r>
      <w:r>
        <w:t>to kisi bhi haal mein aap ko confrontation se bachna hai. at any cost, at any cost, at any cost.</w:t>
      </w:r>
    </w:p>
    <w:p>
      <w:pPr>
        <w:jc w:val="right"/>
      </w:pPr>
      <w:r>
        <w:t>تو کسی بھی حال میں آپ کو کنفرنٹیشن سے بچنا ہے۔ ایٹینی کاسٹ، ایٹینی کاسٹ، ایٹینی کاسٹ۔</w:t>
      </w:r>
    </w:p>
    <w:p>
      <w:r>
        <w:rPr>
          <w:b/>
        </w:rPr>
        <w:t xml:space="preserve">[05:24] </w:t>
      </w:r>
      <w:r>
        <w:t>yeh Allah taala ne yeh example set kar diya pehle hi din.</w:t>
      </w:r>
    </w:p>
    <w:p>
      <w:pPr>
        <w:jc w:val="right"/>
      </w:pPr>
      <w:r>
        <w:t>یہ اللہ تعالیٰ نے یہ ایگزامپل سیٹ کر دیا پہلے ہی دن۔</w:t>
      </w:r>
    </w:p>
    <w:p>
      <w:r>
        <w:rPr>
          <w:b/>
        </w:rPr>
        <w:t xml:space="preserve">[05:30] </w:t>
      </w:r>
      <w:r>
        <w:t>ab main history ke kuch waqiat batata hoon, negative aur positive. iske baad jab Adam is zameen par basaye gaye to unke do bete the, Qabil aur Habil, Cain aur Abel.</w:t>
      </w:r>
    </w:p>
    <w:p>
      <w:pPr>
        <w:jc w:val="right"/>
      </w:pPr>
      <w:r>
        <w:t>اب میں ہسٹری کے کچھ واقعات بتاتا ہوں، نیگیٹیو اور پازیٹیو۔ اس کے بعد جب آدم اس زمین پر بسائے گئے تو ان کے دو بیٹے تھے، قابیل اور ہابیل، کین اور ایبل۔</w:t>
      </w:r>
    </w:p>
    <w:p>
      <w:r>
        <w:rPr>
          <w:b/>
        </w:rPr>
        <w:t xml:space="preserve">[05:49] </w:t>
      </w:r>
      <w:r>
        <w:t>un mein aapas mein koi controversy paida hui, kisi baat par difference aa gaya. to wahan pe isi ka test par aa gaya</w:t>
      </w:r>
    </w:p>
    <w:p>
      <w:pPr>
        <w:jc w:val="right"/>
      </w:pPr>
      <w:r>
        <w:t>ان میں آپس میں کوئی کنٹروورسی پیدا ہوئی، کسی بات پر ڈیفرنس آ گیا۔ تو وہاں پہ اسی کا ٹیسٹ پر آ گیا</w:t>
      </w:r>
    </w:p>
    <w:p>
      <w:r>
        <w:rPr>
          <w:b/>
        </w:rPr>
        <w:t xml:space="preserve">[05:58] </w:t>
      </w:r>
      <w:r>
        <w:t>ke dono mein se kaun sa approach lete hain yeh log. to Abel ne, yani Habil ne, to woh liya firishtoon wala, aur Qabil jo tha, usne woh liya jo shaitan ne kiya tha, takrao wala.</w:t>
      </w:r>
    </w:p>
    <w:p>
      <w:pPr>
        <w:jc w:val="right"/>
      </w:pPr>
      <w:r>
        <w:t>کہ دونوں میں سے کون سا اپروچ لیتے ہیں یہ لوگ۔ تو ایبل نے، یعنی ہابیل نے، تو وہ لیا فرشتوں والا، اور قابیل جو تھا، اس نے وہ لیا جو شیطان نے کیا تھا، ٹکراؤ والا۔</w:t>
      </w:r>
    </w:p>
    <w:p>
      <w:r>
        <w:rPr>
          <w:b/>
        </w:rPr>
        <w:t xml:space="preserve">[06:14] </w:t>
      </w:r>
      <w:r>
        <w:t>usne Qabil ne Abel ko maar dala.</w:t>
      </w:r>
    </w:p>
    <w:p>
      <w:pPr>
        <w:jc w:val="right"/>
      </w:pPr>
      <w:r>
        <w:t>اس نے قابیل نے ایبل کو مار ڈالا۔</w:t>
      </w:r>
    </w:p>
    <w:p>
      <w:r>
        <w:rPr>
          <w:b/>
        </w:rPr>
        <w:t xml:space="preserve">[06:21] </w:t>
      </w:r>
      <w:r>
        <w:t>to Quran majeed mein hai ke iske baad Allah taala ne ek ayat utari us waqt ke paighambar ke zariye ke jo aadmi ek insaan ko mare, ek ek innocent insaan ko, فکانما قتل الناس جمیع.</w:t>
      </w:r>
    </w:p>
    <w:p>
      <w:pPr>
        <w:jc w:val="right"/>
      </w:pPr>
      <w:r>
        <w:t>تو قرآن مجید میں ہے کہ اس کے بعد اللہ تعالیٰ نے ایک آیت اتاری اس وقت کے پیغمبر کے ذریعے کہ جو آدمی ایک انسان کو مارے، ایک ایک انوسنٹ انسان کو، فکانما قطر الناس جمیع۔</w:t>
      </w:r>
    </w:p>
    <w:p>
      <w:r>
        <w:rPr>
          <w:b/>
        </w:rPr>
        <w:t xml:space="preserve">[06:38] </w:t>
      </w:r>
      <w:r>
        <w:t>to goya ke usne sare insano ko maar dala. itne sakht qism ke Allah taala ke ahkam shuru hi mein de diye gaye,</w:t>
      </w:r>
    </w:p>
    <w:p>
      <w:pPr>
        <w:jc w:val="right"/>
      </w:pPr>
      <w:r>
        <w:t>تو گویا کہ اس نے سارے انسانوں کو مار ڈالا۔ اتنے سخت قسم کے اللہ تعالیٰ کے احکام شروع ہی میں دے دیے گئے،</w:t>
      </w:r>
    </w:p>
    <w:p>
      <w:r>
        <w:rPr>
          <w:b/>
        </w:rPr>
        <w:t xml:space="preserve">[06:49] </w:t>
      </w:r>
      <w:r>
        <w:t>shuru hi mein, bilkul insaniyat ke beginning mein. ke ek taraf maine arz kiya ke Allah taala ne farmaya ke jo shaitan ko follow karega, isko aur shaitan ko sab ko hum jahannum mein daal denge</w:t>
      </w:r>
    </w:p>
    <w:p>
      <w:pPr>
        <w:jc w:val="right"/>
      </w:pPr>
      <w:r>
        <w:t>شروع ہی میں، بالکل انسانیت کے بگننگ میں۔ کہ ایک طرف میں نے عرض کیا کہ اللہ تعالیٰ نے فرمایا کہ جو شیطان کو فالو کرے گا، اس کو اور شیطان کو سب کو ہم جہنم میں ڈال دیں گے</w:t>
      </w:r>
    </w:p>
    <w:p>
      <w:r>
        <w:rPr>
          <w:b/>
        </w:rPr>
        <w:t xml:space="preserve">[07:03] </w:t>
      </w:r>
      <w:r>
        <w:t>, yani confrontation wala approach. aur iske baad jab Qabil ne Habil ko maar dala to Allah taala ne yeh ayat utari us waqt ke paighambar ke upar, yeh Quran mein quote ki gayi hai:</w:t>
      </w:r>
    </w:p>
    <w:p>
      <w:pPr>
        <w:jc w:val="right"/>
      </w:pPr>
      <w:r>
        <w:t>، یعنی کنفرنٹیشن والا اپروچ۔ اور اس کے بعد جب قابیل نے ہابیل کو مار ڈالا تو اللہ تعالیٰ نے یہ آیت اتاری اس وقت کے پیغمبر کے اوپر، یہ قرآن میں کوٹ کی گئی ہے:</w:t>
      </w:r>
    </w:p>
    <w:p>
      <w:r>
        <w:rPr>
          <w:b/>
        </w:rPr>
        <w:t xml:space="preserve">[07:23] </w:t>
      </w:r>
      <w:r>
        <w:t>"من قتل نفسا بغیر نفس و فساد فکانما قتل الناس جمیع"</w:t>
      </w:r>
    </w:p>
    <w:p>
      <w:pPr>
        <w:jc w:val="right"/>
      </w:pPr>
      <w:r>
        <w:t>"من قتل نفسا بغیر نفس و فساد فکانما قتل الناس جمیع"</w:t>
      </w:r>
    </w:p>
    <w:p>
      <w:r>
        <w:rPr>
          <w:b/>
        </w:rPr>
        <w:t xml:space="preserve">[07:30] </w:t>
      </w:r>
      <w:r>
        <w:t>yani "one kills an innocent person he has killed all mankind". itna bada Allah taala ke nazdeek mein masla qatl ka nahi hai, masla confrontation ka hai,</w:t>
      </w:r>
    </w:p>
    <w:p>
      <w:pPr>
        <w:jc w:val="right"/>
      </w:pPr>
      <w:r>
        <w:t>یعنی "ون کلس این انوسنٹ پرسن ہیز کل آل مین کائنڈ"۔ اتنا بڑا اللہ تعالیٰ کے نزدیک میں مسئلہ قتل کا نہیں ہے، مسئلہ کنفرنٹیشن کا ہے،</w:t>
      </w:r>
    </w:p>
    <w:p>
      <w:r>
        <w:rPr>
          <w:b/>
        </w:rPr>
        <w:t xml:space="preserve">[07:45] </w:t>
      </w:r>
      <w:r>
        <w:t>kyunki beginning hoti hai takrao se, phir pahunchti hai qatl tak. is ayat mein sirf qatl ka masla nahi bayan hua hai,</w:t>
      </w:r>
    </w:p>
    <w:p>
      <w:pPr>
        <w:jc w:val="right"/>
      </w:pPr>
      <w:r>
        <w:t>کیونکہ بگننگ ہوتی ہے ٹکراؤ سے، پھر پہنچتی ہے قتل تک۔ اس آیت میں صرف قتل کا مسئلہ نہیں بیان ہوا ہے،</w:t>
      </w:r>
    </w:p>
    <w:p>
      <w:r>
        <w:rPr>
          <w:b/>
        </w:rPr>
        <w:t xml:space="preserve">[07:58] </w:t>
      </w:r>
      <w:r>
        <w:t>yeh matlab samjhein ke is mein qatl hai, pre qatl ek situation hoti hai, ek hai qatl, ek hai pre qatl, ek hai killing, ek hai pre killing.</w:t>
      </w:r>
    </w:p>
    <w:p>
      <w:pPr>
        <w:jc w:val="right"/>
      </w:pPr>
      <w:r>
        <w:t>یہ مطلب سمجھیں کہ اس میں قتل ہے، پری قتل ایک سچویشن ہوتی ہے، ایک ہے قتل، ایک ہے پری قتل، ایک ہے کلنگ، ایک ہے پری کلنگ۔</w:t>
      </w:r>
    </w:p>
    <w:p>
      <w:r>
        <w:rPr>
          <w:b/>
        </w:rPr>
        <w:t xml:space="preserve">[08:08] </w:t>
      </w:r>
      <w:r>
        <w:t>to pre killing kya hai? confrontation.</w:t>
      </w:r>
    </w:p>
    <w:p>
      <w:pPr>
        <w:jc w:val="right"/>
      </w:pPr>
      <w:r>
        <w:t>تو پری کلنگ کیا ہے؟ کنفرنٹیشن۔</w:t>
      </w:r>
    </w:p>
    <w:p>
      <w:r>
        <w:rPr>
          <w:b/>
        </w:rPr>
        <w:t xml:space="preserve">[08:15] </w:t>
      </w:r>
      <w:r>
        <w:t>confrontation ab nahi karenge to qatl tak baat pahunchegi nahi. jab takrao karenge tabhi to qatl tak baat pahunchegi.</w:t>
      </w:r>
    </w:p>
    <w:p>
      <w:pPr>
        <w:jc w:val="right"/>
      </w:pPr>
      <w:r>
        <w:t>کنفرنٹیشن اب نہیں کریں گے تو قتل تک بات پہنچے گی نہیں۔ جب ٹکراؤ کریں گے تبھی تو قتل تک بات پہنچے گی۔</w:t>
      </w:r>
    </w:p>
    <w:p>
      <w:r>
        <w:rPr>
          <w:b/>
        </w:rPr>
        <w:t xml:space="preserve">[08:24] </w:t>
      </w:r>
      <w:r>
        <w:t>to aap ko killing se bhi bachna hai, pre killing se bhi bachna hai, tab aap ko yeh credit milega.</w:t>
      </w:r>
    </w:p>
    <w:p>
      <w:pPr>
        <w:jc w:val="right"/>
      </w:pPr>
      <w:r>
        <w:t>تو آپ کو کلنگ سے بھی بچنا ہے، پری کلنگ سے بھی بچنا ہے، تب آپ کو یہ کریڈٹ ملے گا۔</w:t>
      </w:r>
    </w:p>
    <w:p>
      <w:r>
        <w:rPr>
          <w:b/>
        </w:rPr>
        <w:t xml:space="preserve">[08:36] </w:t>
      </w:r>
      <w:r>
        <w:t>to yeh example set hua ek dum shuru mein, bilkul shuru mein.</w:t>
      </w:r>
    </w:p>
    <w:p>
      <w:pPr>
        <w:jc w:val="right"/>
      </w:pPr>
      <w:r>
        <w:t>تو یہ ایگزامپل سیٹ ہوا ایک دم شروع میں، بالکل شروع میں۔</w:t>
      </w:r>
    </w:p>
    <w:p>
      <w:r>
        <w:rPr>
          <w:b/>
        </w:rPr>
        <w:t xml:space="preserve">[08:45] </w:t>
      </w:r>
      <w:r>
        <w:t>bahut sochne ki baat hai.</w:t>
      </w:r>
    </w:p>
    <w:p>
      <w:pPr>
        <w:jc w:val="right"/>
      </w:pPr>
      <w:r>
        <w:t>بہت سوچنے کی بات ہے۔</w:t>
      </w:r>
    </w:p>
    <w:p>
      <w:r>
        <w:rPr>
          <w:b/>
        </w:rPr>
        <w:t xml:space="preserve">[08:48] </w:t>
      </w:r>
      <w:r>
        <w:t>ajeeb baat hai ke poori tareekh mein muslim nan muslim dono isi mein pad gaye, ladaai jhagda, ladaai jhagda, ladaai jhagda.</w:t>
      </w:r>
    </w:p>
    <w:p>
      <w:pPr>
        <w:jc w:val="right"/>
      </w:pPr>
      <w:r>
        <w:t>عجیب بات ہے کہ پوری تاریخ میں مسلم نان مسلم دونوں اسی میں پڑ گئے، لڑائی جھگڑا، لڑائی جھگڑا، لڑائی جھگڑا۔</w:t>
      </w:r>
    </w:p>
    <w:p>
      <w:r>
        <w:rPr>
          <w:b/>
        </w:rPr>
        <w:t xml:space="preserve">[09:00] </w:t>
      </w:r>
      <w:r>
        <w:t>ek philosopher ne kaha hai ke insani history ek ek ek is ka yani violence ke register se kuch hi kam hai, yani poori history jo hai violence ka register hai.</w:t>
      </w:r>
    </w:p>
    <w:p>
      <w:pPr>
        <w:jc w:val="right"/>
      </w:pPr>
      <w:r>
        <w:t>ایک فلاسفر نے کہا ہے کہ انسانی ہسٹری ایک ایک ایک اس کا یعنی وائلنس کے رجسٹر سے کچھ ہی کم ہے، یعنی پوری ہسٹری جو ہے وائلنس کا رجسٹر ہے۔</w:t>
      </w:r>
    </w:p>
    <w:p>
      <w:r>
        <w:rPr>
          <w:b/>
        </w:rPr>
        <w:t xml:space="preserve">[09:15] </w:t>
      </w:r>
      <w:r>
        <w:t>lad rahe hain, lad rahe hain, lad rahe hain, aaj tak lade chale ja rahe hain.</w:t>
      </w:r>
    </w:p>
    <w:p>
      <w:pPr>
        <w:jc w:val="right"/>
      </w:pPr>
      <w:r>
        <w:t>لڑ رہے ہیں، لڑ رہے ہیں، لڑ رہے ہیں، آج تک لڑے چلے جا رہے ہیں۔</w:t>
      </w:r>
    </w:p>
    <w:p>
      <w:r>
        <w:rPr>
          <w:b/>
        </w:rPr>
        <w:t xml:space="preserve">[09:22] </w:t>
      </w:r>
      <w:r>
        <w:t>to dekhen, ek hai</w:t>
      </w:r>
    </w:p>
    <w:p>
      <w:pPr>
        <w:jc w:val="right"/>
      </w:pPr>
      <w:r>
        <w:t>تو دیکھیں، ایک ہے</w:t>
      </w:r>
    </w:p>
    <w:p>
      <w:r>
        <w:rPr>
          <w:b/>
        </w:rPr>
        <w:t xml:space="preserve">[09:27] </w:t>
      </w:r>
      <w:r>
        <w:t>killing, ek hai pre killing. aap ko pre killing se bachna hoga, tab aap killing se bach paayenge, nahin to nahin bach paayenge.</w:t>
      </w:r>
    </w:p>
    <w:p>
      <w:pPr>
        <w:jc w:val="right"/>
      </w:pPr>
      <w:r>
        <w:t>کلنگ، ایک ہے پری کلنگ۔ آپ کو پری کلنگ سے بچنا ہوگا، تب آپ کلنگ سے بچ پائیں گے، نہیں تو نہیں بچ پائیں گے۔</w:t>
      </w:r>
    </w:p>
    <w:p>
      <w:r>
        <w:rPr>
          <w:b/>
        </w:rPr>
        <w:t xml:space="preserve">[09:36] </w:t>
      </w:r>
      <w:r>
        <w:t>yani provocation ko avoid kijiye, nuksaan ko bardasht kijiye, shikayaton ko apne dil mein chupa lijie, hate ko kill kar dijiye apne andar.</w:t>
      </w:r>
    </w:p>
    <w:p>
      <w:pPr>
        <w:jc w:val="right"/>
      </w:pPr>
      <w:r>
        <w:t>یعنی پرووکیشن کو اوائڈ کیجئے، نقصان کو برداشت کیجئے، شکایتوں کو اپنے دل میں چھپا لیجئے، ہیٹ کو کل کر دیجئے اپنے اندر۔</w:t>
      </w:r>
    </w:p>
    <w:p>
      <w:r>
        <w:rPr>
          <w:b/>
        </w:rPr>
        <w:t xml:space="preserve">[09:51] </w:t>
      </w:r>
      <w:r>
        <w:t>ya pre killing wali baat to log pre killing se bachte nahin, to baat killing tak pahunch jaati hai.</w:t>
      </w:r>
    </w:p>
    <w:p>
      <w:pPr>
        <w:jc w:val="right"/>
      </w:pPr>
      <w:r>
        <w:t>یا پری کلنگ والی بات تو لوگ پری کلنگ سے بچتے نہیں، تو بات کلنگ تک پہنچ جاتی ہے۔</w:t>
      </w:r>
    </w:p>
    <w:p>
      <w:r>
        <w:rPr>
          <w:b/>
        </w:rPr>
        <w:t xml:space="preserve">[10:03] </w:t>
      </w:r>
      <w:r>
        <w:t>to jis tarah se killing haraam hai, is tarah se yeh bhi haraam hai ke nafrat, bhadak uthna, inteqaam, shikaayat ki baatein phailana.</w:t>
      </w:r>
    </w:p>
    <w:p>
      <w:pPr>
        <w:jc w:val="right"/>
      </w:pPr>
      <w:r>
        <w:t>تو جس طرح سے کلنگ حرام ہے، اس طرح سے یہ بھی حرام ہے کہ نفرت، بھڑک اٹھنا، انتقام، شکایت کی باتیں پھیلانا۔</w:t>
      </w:r>
    </w:p>
    <w:p>
      <w:r>
        <w:rPr>
          <w:b/>
        </w:rPr>
        <w:t xml:space="preserve">[10:20] </w:t>
      </w:r>
      <w:r>
        <w:t>unhon ne hamare zulm kiya, unhon ne hamare upar zulm kiya, yeh sab baatein phailana, yeh pre killing hai. woh bhi haraam, woh bhi haraam.</w:t>
      </w:r>
    </w:p>
    <w:p>
      <w:pPr>
        <w:jc w:val="right"/>
      </w:pPr>
      <w:r>
        <w:t>انہوں نے ہمارے ظلم کیا، انہوں نے ہمارے اوپر ظلم کیا، یہ سب باتیں پھیلانا، یہ پری کلنگ ہے۔ وہ بھی حرام، وہ بھی حرام۔</w:t>
      </w:r>
    </w:p>
    <w:p>
      <w:r>
        <w:rPr>
          <w:b/>
        </w:rPr>
        <w:t xml:space="preserve">[10:31] </w:t>
      </w:r>
      <w:r>
        <w:t>ab is ke baad dekhiye, history shuru hui Hazrat Adam se, phir paighambar aate rahe barabar.</w:t>
      </w:r>
    </w:p>
    <w:p>
      <w:pPr>
        <w:jc w:val="right"/>
      </w:pPr>
      <w:r>
        <w:t>اب اس کے بعد دیکھیے، ہسٹری شروع ہوئی حضرت آدم سے، پھر پیغمبر آتے رہے برابر۔</w:t>
      </w:r>
    </w:p>
    <w:p>
      <w:r>
        <w:rPr>
          <w:b/>
        </w:rPr>
        <w:t xml:space="preserve">[10:43] </w:t>
      </w:r>
      <w:r>
        <w:t>to paighambar history mein record nahin hue. paighambaron ka jo mention hai, woh sirf ya to bible mein hai ya quran mein hai.</w:t>
      </w:r>
    </w:p>
    <w:p>
      <w:pPr>
        <w:jc w:val="right"/>
      </w:pPr>
      <w:r>
        <w:t>تو پیغمبر ہسٹری میں ریکارڈ نہیں ہوئے۔ پیغمبروں کا جو مینشن ہے، وہ صرف یا تو بائبل میں ہے یا قرآن میں ہے۔</w:t>
      </w:r>
    </w:p>
    <w:p>
      <w:r>
        <w:rPr>
          <w:b/>
        </w:rPr>
        <w:t xml:space="preserve">[10:54] </w:t>
      </w:r>
      <w:r>
        <w:t>bas jo hamari recorded history hai, recorded history, is mein kuch bayan hi nahin hai.</w:t>
      </w:r>
    </w:p>
    <w:p>
      <w:pPr>
        <w:jc w:val="right"/>
      </w:pPr>
      <w:r>
        <w:t>بس جو ہماری ریکارڈڈ ہسٹری ہے، ریکارڈڈ ہسٹری، اس میں کچھ بیان ہی نہیں ہے۔</w:t>
      </w:r>
    </w:p>
    <w:p>
      <w:r>
        <w:rPr>
          <w:b/>
        </w:rPr>
        <w:t xml:space="preserve">[11:08] </w:t>
      </w:r>
      <w:r>
        <w:t>yeh ek bahut bada, bahut badi tragedy hui hai poori insani history</w:t>
      </w:r>
    </w:p>
    <w:p>
      <w:pPr>
        <w:jc w:val="right"/>
      </w:pPr>
      <w:r>
        <w:t>یہ ایک بہت بڑا، بہت بڑی ٹجڈی ہوئی ہے پوری انسانی ہسٹری</w:t>
      </w:r>
    </w:p>
    <w:p>
      <w:r>
        <w:rPr>
          <w:b/>
        </w:rPr>
        <w:t xml:space="preserve">[11:13] </w:t>
      </w:r>
      <w:r>
        <w:t>mein ke woh jo ek stream tha jo paighambaron ke zariye Allah taala ne chalaya, woh history historian ne record hi nahin kiya.</w:t>
      </w:r>
    </w:p>
    <w:p>
      <w:pPr>
        <w:jc w:val="right"/>
      </w:pPr>
      <w:r>
        <w:t>میں کہ وہ جو ایک اسٹریم تھا جو پیغمبروں کے ذریعے اللہ تعالیٰ نے چلایا، وہ ہسٹری ہسٹورین نے ریکارڈ ہی نہیں کیا۔</w:t>
      </w:r>
    </w:p>
    <w:p>
      <w:r>
        <w:rPr>
          <w:b/>
        </w:rPr>
        <w:t xml:space="preserve">[11:25] </w:t>
      </w:r>
      <w:r>
        <w:t>bible mazhabi kitaab hai, quran mazhabi kitaab hai, bas isi mein is ka mention milta hai. is liye insaan ne sabak bhi nahin liya, sabak bhi nahin liya.</w:t>
      </w:r>
    </w:p>
    <w:p>
      <w:pPr>
        <w:jc w:val="right"/>
      </w:pPr>
      <w:r>
        <w:t>بائبل مذہبی کتاب ہے، قرآن مذہبی کتاب ہے، بس اسی میں اس کا مینشن ملتا ہے۔ اس لیے انسان نے سبق بھی نہیں لیا، سبق بھی نہیں لیا۔</w:t>
      </w:r>
    </w:p>
    <w:p>
      <w:r>
        <w:rPr>
          <w:b/>
        </w:rPr>
        <w:t xml:space="preserve">[11:40] </w:t>
      </w:r>
      <w:r>
        <w:t>ab main aap ko misaal deta hoon Hazrat Ibrahim ki.</w:t>
      </w:r>
    </w:p>
    <w:p>
      <w:pPr>
        <w:jc w:val="right"/>
      </w:pPr>
      <w:r>
        <w:t>اب میں آپ کو مثال دیتا ہوں حضرت ابراہیم کی۔</w:t>
      </w:r>
    </w:p>
    <w:p>
      <w:r>
        <w:rPr>
          <w:b/>
        </w:rPr>
        <w:t xml:space="preserve">[11:49] </w:t>
      </w:r>
      <w:r>
        <w:t>Hazrat Ibrahim jo the, ab se chaar hazaar saal pehle Iraq mein paida hue. Iraq ki rajdhani us waqt tha Ur, U R Ur.</w:t>
      </w:r>
    </w:p>
    <w:p>
      <w:pPr>
        <w:jc w:val="right"/>
      </w:pPr>
      <w:r>
        <w:t>حضرت ابراہیم جو تھے، اب سے چار ہزار سال پہلے عراق میں پیدا ہوئے۔ عراق کی راجدھانی اس وقت تھا عر، یو آر عر۔</w:t>
      </w:r>
    </w:p>
    <w:p>
      <w:r>
        <w:rPr>
          <w:b/>
        </w:rPr>
        <w:t xml:space="preserve">[12:00] </w:t>
      </w:r>
      <w:r>
        <w:t>ab woh poora sheher zameen ke neeche daba hua hai, khudaai kar ke nikala gaya hai.</w:t>
      </w:r>
    </w:p>
    <w:p>
      <w:pPr>
        <w:jc w:val="right"/>
      </w:pPr>
      <w:r>
        <w:t>اب وہ پورا شہر زمین کے نیچے دبا ہوا ہے، کھدائی کر کے نکالا گیا ہے۔</w:t>
      </w:r>
    </w:p>
    <w:p>
      <w:r>
        <w:rPr>
          <w:b/>
        </w:rPr>
        <w:t xml:space="preserve">[12:07] </w:t>
      </w:r>
      <w:r>
        <w:t>is zamaane mein wahan par ek baadshah tha, uska naam tha Nimrod, N M I M, N I M R U D, Nimrod.</w:t>
      </w:r>
    </w:p>
    <w:p>
      <w:pPr>
        <w:jc w:val="right"/>
      </w:pPr>
      <w:r>
        <w:t>اس زمانے میں وہاں پر ایک بادشاہ تھا، اس کا نام تھا نمرود، این ایم ائی ایم، این ائی ایم ار یو ڈی، نمرود۔</w:t>
      </w:r>
    </w:p>
    <w:p>
      <w:r>
        <w:rPr>
          <w:b/>
        </w:rPr>
        <w:t xml:space="preserve">[12:19] </w:t>
      </w:r>
      <w:r>
        <w:t>to Hazrat Ibrahim ka is se, is ke saamne aap ne pesh ki dawat, apne baap ke saamne, us ke saamne.</w:t>
      </w:r>
    </w:p>
    <w:p>
      <w:pPr>
        <w:jc w:val="right"/>
      </w:pPr>
      <w:r>
        <w:t>تو حضرت ابراہیم کا اس سے، اس کے سامنے آپ نے پیش کی دعوت، اپنے باپ کے سامنے، اس کے سامنے۔</w:t>
      </w:r>
    </w:p>
    <w:p>
      <w:r>
        <w:rPr>
          <w:b/>
        </w:rPr>
        <w:t xml:space="preserve">[12:31] </w:t>
      </w:r>
      <w:r>
        <w:t>to woh log jo the, nahin maana unhon ne.</w:t>
      </w:r>
    </w:p>
    <w:p>
      <w:pPr>
        <w:jc w:val="right"/>
      </w:pPr>
      <w:r>
        <w:t>تو وہ لوگ جو تھے، نہیں مانا انہوں نے۔</w:t>
      </w:r>
    </w:p>
    <w:p>
      <w:r>
        <w:rPr>
          <w:b/>
        </w:rPr>
        <w:t xml:space="preserve">[12:38] </w:t>
      </w:r>
      <w:r>
        <w:t>is zamaane mein shirk culture chal chuka tha. ajeeb baat hai ke bahut jald duniya mein shirk ka culture aa gaya. shirk kis ko kehte hain?</w:t>
      </w:r>
    </w:p>
    <w:p>
      <w:pPr>
        <w:jc w:val="right"/>
      </w:pPr>
      <w:r>
        <w:t>اس زمانے میں شرک کلچر چل چکا تھا۔ عجیب بات ہے کہ بہت جلد دنیا میں شرک کا کلچر آ گیا۔ شرک کس کو کہتے ہیں؟</w:t>
      </w:r>
    </w:p>
    <w:p>
      <w:r>
        <w:rPr>
          <w:b/>
        </w:rPr>
        <w:t xml:space="preserve">[12:47] </w:t>
      </w:r>
      <w:r>
        <w:t>shirk ka matlab nature worship, suraj ko poojna, chand ko poojna, samundaron ko poojna, pahadon ko poojna, ya nature worship.</w:t>
      </w:r>
    </w:p>
    <w:p>
      <w:pPr>
        <w:jc w:val="right"/>
      </w:pPr>
      <w:r>
        <w:t>شرک کا مطلب نیچر ورشپ، سورج کو پوجنا، چاند کو پوجنا، سمندروں کو پوجنا، پہاڑوں کو پوجنا، یا نیچر ورشپ۔</w:t>
      </w:r>
    </w:p>
    <w:p>
      <w:r>
        <w:rPr>
          <w:b/>
        </w:rPr>
        <w:t xml:space="preserve">[12:58] </w:t>
      </w:r>
      <w:r>
        <w:t>to jo jo dikhai pad rahi thi aadmi ko, usi ko laga poojne. is ke peeche jo tha creator, woh is ke samajh mein nahin aaya.</w:t>
      </w:r>
    </w:p>
    <w:p>
      <w:pPr>
        <w:jc w:val="right"/>
      </w:pPr>
      <w:r>
        <w:t>تو جو جو دکھائی پڑ رہی تھی آدمی کو، اسی کو لگا پوجنے۔ اس کے پیچھے جو تھا کریٹر، وہ اس کے سمجھ میں نہیں آیا۔</w:t>
      </w:r>
    </w:p>
    <w:p>
      <w:r>
        <w:rPr>
          <w:b/>
        </w:rPr>
        <w:t xml:space="preserve">[13:10] </w:t>
      </w:r>
      <w:r>
        <w:t>to is zamaane mein poora jo culture tha, poori jo society thi, woh shirk par qaaim ho chuki thi. woh log suraj, chand, sitaron ko poojte the.</w:t>
      </w:r>
    </w:p>
    <w:p>
      <w:pPr>
        <w:jc w:val="right"/>
      </w:pPr>
      <w:r>
        <w:t>تو اس زمانے میں پورا جو کلچر تھا، پوری جو سوسائٹی تھی، وہ شرک پر قائم ہو چکی تھی۔ وہ لوگ سورج، چاند، ستاروں کو پوجتے تھے۔</w:t>
      </w:r>
    </w:p>
    <w:p>
      <w:r>
        <w:rPr>
          <w:b/>
        </w:rPr>
        <w:t xml:space="preserve">[13:23] </w:t>
      </w:r>
      <w:r>
        <w:t>to dekhiye, woh log jo hain, aap ke khilaaf ho gaye, aap ki baat nahi mani.</w:t>
      </w:r>
    </w:p>
    <w:p>
      <w:pPr>
        <w:jc w:val="right"/>
      </w:pPr>
      <w:r>
        <w:t>تو دیکھیے، وہ لوگ جو ہیں، آپ کے خلاف ہو گئے، آپ کی بات نہیں مانی۔</w:t>
      </w:r>
    </w:p>
    <w:p>
      <w:r>
        <w:rPr>
          <w:b/>
        </w:rPr>
        <w:t xml:space="preserve">[13:29] </w:t>
      </w:r>
      <w:r>
        <w:t>to aap ne kya kiya?</w:t>
      </w:r>
    </w:p>
    <w:p>
      <w:pPr>
        <w:jc w:val="right"/>
      </w:pPr>
      <w:r>
        <w:t>تو آپ نے کیا کیا؟</w:t>
      </w:r>
    </w:p>
    <w:p>
      <w:r>
        <w:rPr>
          <w:b/>
        </w:rPr>
        <w:t xml:space="preserve">[13:34] </w:t>
      </w:r>
      <w:r>
        <w:t>yahan tak ke unhon ne aap ko aag mein bhi daal diya.</w:t>
      </w:r>
    </w:p>
    <w:p>
      <w:pPr>
        <w:jc w:val="right"/>
      </w:pPr>
      <w:r>
        <w:t>یہاں تک کہ انہوں نے آپ کو آگ میں بھی ڈال دیا۔</w:t>
      </w:r>
    </w:p>
    <w:p>
      <w:r>
        <w:rPr>
          <w:b/>
        </w:rPr>
        <w:t xml:space="preserve">[13:39] </w:t>
      </w:r>
      <w:r>
        <w:t>to is waqt aap ne kya kiya? yaani ek kam se kam itna to aap kar sakte the ke bad dua karte ho in logon ke khilaaf ke Khuda in logon ko gharaat kar de, un ko tabaah kar de.</w:t>
      </w:r>
    </w:p>
    <w:p>
      <w:pPr>
        <w:jc w:val="right"/>
      </w:pPr>
      <w:r>
        <w:t>تو اس وقت آپ نے کیا کیا؟ یعنی ایک کم سے کم اتنا تو آپ کر سکتے تھے کہ بد دعا کرتے ہو ان لوگوں کے خلاف کہ خدا ان لوگوں کو غارت کر دے، ان کو تباہ کر دے۔</w:t>
      </w:r>
    </w:p>
    <w:p>
      <w:r>
        <w:rPr>
          <w:b/>
        </w:rPr>
        <w:t xml:space="preserve">[13:50] </w:t>
      </w:r>
      <w:r>
        <w:t>yeh bhi that is also a way of confrontation.</w:t>
      </w:r>
    </w:p>
    <w:p>
      <w:pPr>
        <w:jc w:val="right"/>
      </w:pPr>
      <w:r>
        <w:t>یہ بھی دیٹ از السو ا وے اف کنفرنٹیشن۔</w:t>
      </w:r>
    </w:p>
    <w:p>
      <w:r>
        <w:rPr>
          <w:b/>
        </w:rPr>
        <w:t xml:space="preserve">[13:57] </w:t>
      </w:r>
      <w:r>
        <w:t>agar aap bad dua karein to woh bhi ek takraao ki ek shakal hai ke aap khud to kar nahi sakte, Allah se keh rahe hain ke farishton ko bhejein, un ko un ko destroy kar de.</w:t>
      </w:r>
    </w:p>
    <w:p>
      <w:pPr>
        <w:jc w:val="right"/>
      </w:pPr>
      <w:r>
        <w:t>اگر آپ بد دعا کریں تو وہ بھی ایک ٹکراؤ کی ایک شکل ہے کہ آپ خود تو کر نہیں سکتے، اللہ سے کہہ رہے ہیں کہ فرشتوں کو بھیج، ان کو ان کو ڈسٹروئے کر دے۔</w:t>
      </w:r>
    </w:p>
    <w:p>
      <w:r>
        <w:rPr>
          <w:b/>
        </w:rPr>
        <w:t xml:space="preserve">[14:12] </w:t>
      </w:r>
      <w:r>
        <w:t>so bad dua is also a way of confrontation. Hazrat Ibrahim ne aisa nahi kiya. kaisi anokhi baat hai yeh. yeh nahi ke Hazrat Ibrahim ne</w:t>
      </w:r>
    </w:p>
    <w:p>
      <w:pPr>
        <w:jc w:val="right"/>
      </w:pPr>
      <w:r>
        <w:t>سو بد دعا از السو ا وے اف کنفرنٹیشن۔ حضرت ابراہیم نے ایسا نہیں کیا۔ کیسی انوکھی بات ہے یہ۔ یہ نہیں کہ حضرت ابراہیم نے</w:t>
      </w:r>
    </w:p>
    <w:p>
      <w:r>
        <w:rPr>
          <w:b/>
        </w:rPr>
        <w:t xml:space="preserve">[14:24] </w:t>
      </w:r>
      <w:r>
        <w:t>khamoshi se nikal gaye arsh se, phir wahan se Falasteen gaye, Sham gaye, Misr gaye.</w:t>
      </w:r>
    </w:p>
    <w:p>
      <w:pPr>
        <w:jc w:val="right"/>
      </w:pPr>
      <w:r>
        <w:t>خاموشی سے نکل گئے عر سے، پھر وہاں سے فلسطین گئے، شام گئے، مصر گئے۔</w:t>
      </w:r>
    </w:p>
    <w:p>
      <w:r>
        <w:rPr>
          <w:b/>
        </w:rPr>
        <w:t xml:space="preserve">[14:34] </w:t>
      </w:r>
      <w:r>
        <w:t>aakhir mein unhon ne Makkah ke maqam par aa kar ke apni biwi ko Hajra aur Ismail, chhote bachche ko basaya, jo ke wahan par desert tha.</w:t>
      </w:r>
    </w:p>
    <w:p>
      <w:pPr>
        <w:jc w:val="right"/>
      </w:pPr>
      <w:r>
        <w:t>آخر میں انہوں نے مکہ کے مقام پر آ کر کے اپنی بیوی کو ہاجرہ اور اسماعیل، چھوٹے بچے کو بسایا، جو کہ وہاں پر ڈیزرٹ تھا۔</w:t>
      </w:r>
    </w:p>
    <w:p>
      <w:r>
        <w:rPr>
          <w:b/>
        </w:rPr>
        <w:t xml:space="preserve">[14:45] </w:t>
      </w:r>
      <w:r>
        <w:t>us waqt wahan Makkah koi basti nahi thi, wahan</w:t>
      </w:r>
    </w:p>
    <w:p>
      <w:pPr>
        <w:jc w:val="right"/>
      </w:pPr>
      <w:r>
        <w:t>اس وقت وہاں مکہ کوئی بستی نہیں تھی، وہاں</w:t>
      </w:r>
    </w:p>
    <w:p>
      <w:r>
        <w:rPr>
          <w:b/>
        </w:rPr>
        <w:t xml:space="preserve">[14:50] </w:t>
      </w:r>
      <w:r>
        <w:t>par na koi na town tha, na koi city tha, na koi gaon tha, koi company nahi tha, kuch bhi nahi tha. us desert mein basaya. ab aap ghaur kijiye, Hazrat Ibrahim ko mauqa tha ke woh kam se kam bad dua to kar sakte the,</w:t>
      </w:r>
    </w:p>
    <w:p>
      <w:pPr>
        <w:jc w:val="right"/>
      </w:pPr>
      <w:r>
        <w:t>پر نہ کوئی نہ ٹاؤن تھا، نہ کوئی سٹی تھا، نہ کوئی گاؤں تھا، کوئی کمپنی نہیں تھا، کچھ بھی نہیں تھا۔ اس ڈیزرٹ میں بسایا۔ اب آپ غور کیجئے، حضرت ابراہیم کو موقع تھا کہ وہ کم سے کم بد دعا تو کر سکتے تھے،</w:t>
      </w:r>
    </w:p>
    <w:p>
      <w:r>
        <w:rPr>
          <w:b/>
        </w:rPr>
        <w:t xml:space="preserve">[15:05] </w:t>
      </w:r>
      <w:r>
        <w:t>woh paighambar the. to yeh bhi confrontation ko avoid kar ke ek nayi planning karna tha.</w:t>
      </w:r>
    </w:p>
    <w:p>
      <w:pPr>
        <w:jc w:val="right"/>
      </w:pPr>
      <w:r>
        <w:t>وہ پیغمبر تھے۔ تو یہ بھی کنفرنٹیشن کو اوائڈ کر کے ایک نئی پلاننگ کرنا تھا۔</w:t>
      </w:r>
    </w:p>
    <w:p>
      <w:r>
        <w:rPr>
          <w:b/>
        </w:rPr>
        <w:t xml:space="preserve">[15:16] </w:t>
      </w:r>
      <w:r>
        <w:t>yeh bhi ek shakal thi conciliatory approach ki.</w:t>
      </w:r>
    </w:p>
    <w:p>
      <w:pPr>
        <w:jc w:val="right"/>
      </w:pPr>
      <w:r>
        <w:t>یہ بھی ایک شکل تھی کنسلیٹری اپروچ کی۔</w:t>
      </w:r>
    </w:p>
    <w:p>
      <w:r>
        <w:rPr>
          <w:b/>
        </w:rPr>
        <w:t xml:space="preserve">[15:22] </w:t>
      </w:r>
      <w:r>
        <w:t>woh kya thi? unhon ne socha ke hamein ek nayi nasal banana hai, ek nayi generation banana hai, aisi generation jo yaani shirk ke culture se bahar,</w:t>
      </w:r>
    </w:p>
    <w:p>
      <w:pPr>
        <w:jc w:val="right"/>
      </w:pPr>
      <w:r>
        <w:t>وہ کیا تھی؟ انہوں نے سوچا کہ ہمیں ایک نئی نسل بنانا ہے، ایک نئی جنریشن بنانا ہے، ایسی جنریشن جو یعنی شرک کے کلچر سے باہر،</w:t>
      </w:r>
    </w:p>
    <w:p>
      <w:r>
        <w:rPr>
          <w:b/>
        </w:rPr>
        <w:t xml:space="preserve">[15:37] </w:t>
      </w:r>
      <w:r>
        <w:t>bahar us ki parvarish ho. us ka, us ka, us ka jo soch hai, shirk ke culture se bahar bane.</w:t>
      </w:r>
    </w:p>
    <w:p>
      <w:pPr>
        <w:jc w:val="right"/>
      </w:pPr>
      <w:r>
        <w:t>باہر اس کی پرورش ہو۔ اس کا، اس کا، اس کا جو سوچ ہے، شرک کے کلچر سے باہر بنے۔</w:t>
      </w:r>
    </w:p>
    <w:p>
      <w:r>
        <w:rPr>
          <w:b/>
        </w:rPr>
        <w:t xml:space="preserve">[15:45] </w:t>
      </w:r>
      <w:r>
        <w:t>kyunke wahan par jo jo jo city hote the, jo town hote the, wahan par kya tha? wahan par shirk ka chha chuka tha, yaani nature worship chha chuki thi.</w:t>
      </w:r>
    </w:p>
    <w:p>
      <w:pPr>
        <w:jc w:val="right"/>
      </w:pPr>
      <w:r>
        <w:t>کیونکہ وہاں پر جو جو جو سٹی ہوتے تھے، جو ٹاؤن ہوتے تھے، وہاں پر کیا تھا؟ وہاں پر شرک کا چھا چکا تھا، یعنی نیچر ورشپ چھا چکی تھی۔</w:t>
      </w:r>
    </w:p>
    <w:p>
      <w:r>
        <w:rPr>
          <w:b/>
        </w:rPr>
        <w:t xml:space="preserve">[16:00] </w:t>
      </w:r>
      <w:r>
        <w:t>paida hua, foran woh suraj ko, chand ko, sitaron ko poojne laga, dariyaon ko aur pahadon ko poojne laga.</w:t>
      </w:r>
    </w:p>
    <w:p>
      <w:pPr>
        <w:jc w:val="right"/>
      </w:pPr>
      <w:r>
        <w:t>پیدا ہوا، فوراً وہ سورج کو، چاند کو، ستاروں کو پوجنے لگا، دریاؤں کو اور پہاڑوں کو پوجنے لگا۔</w:t>
      </w:r>
    </w:p>
    <w:p>
      <w:r>
        <w:rPr>
          <w:b/>
        </w:rPr>
        <w:t xml:space="preserve">[16:10] </w:t>
      </w:r>
      <w:r>
        <w:t>to unhon ne yeh us ki banayi ke takraao ko avoid kar ke sehra mein aaye, apni biwi ko aur chhote bachchon ko wahan basaya, yaani is se door, shirk ke culture se door,</w:t>
      </w:r>
    </w:p>
    <w:p>
      <w:pPr>
        <w:jc w:val="right"/>
      </w:pPr>
      <w:r>
        <w:t>تو انہوں نے یہ اس کی بنائی کہ ٹکراؤ کو اوائڈ کر کے صحرا میں آئے، اپنی بیوی کو اور چھوٹے بچوں کو وہاں بسایا، یعنی اس سے دور، شرک کے کلچر سے دور،</w:t>
      </w:r>
    </w:p>
    <w:p>
      <w:r>
        <w:rPr>
          <w:b/>
        </w:rPr>
        <w:t xml:space="preserve">[16:28] </w:t>
      </w:r>
      <w:r>
        <w:t>taake woh conditioning jo ho rahi thi un ki, woh is conditioning se paak ho kar ek nasal bane. kyunke wahan jo paida hota tha insaan, to bachpan se us ki conditioning shuru ho jati thi.</w:t>
      </w:r>
    </w:p>
    <w:p>
      <w:pPr>
        <w:jc w:val="right"/>
      </w:pPr>
      <w:r>
        <w:t>تاکہ وہ کنڈیشننگ جو ہو رہی تھی ان کی، وہ اس کنڈیشننگ سے پاک ہو کر ایک نسل بنے۔ کیونکہ وہاں جو پیدا ہوتا تھا انسان، تو بچپن سے اس کی کنڈیشننگ شروع ہو جاتی تھی۔</w:t>
      </w:r>
    </w:p>
    <w:p>
      <w:r>
        <w:rPr>
          <w:b/>
        </w:rPr>
        <w:t xml:space="preserve">[16:38] </w:t>
      </w:r>
      <w:r>
        <w:t>woh</w:t>
      </w:r>
    </w:p>
    <w:p>
      <w:pPr>
        <w:jc w:val="right"/>
      </w:pPr>
      <w:r>
        <w:t>وہ</w:t>
      </w:r>
    </w:p>
    <w:p>
      <w:r>
        <w:rPr>
          <w:b/>
        </w:rPr>
        <w:t xml:space="preserve">[16:41] </w:t>
      </w:r>
      <w:r>
        <w:t>paida hote hi, yaani har baat, har har har tajruba, har waqea, har jagah us ko jo jo sunne ko milti thi, woh shirk wali baatein theen.</w:t>
      </w:r>
    </w:p>
    <w:p>
      <w:pPr>
        <w:jc w:val="right"/>
      </w:pPr>
      <w:r>
        <w:t>پیدا ہوتے ہی، یعنی ہر بات، ہر ہر ہر تجربہ، ہر واقعہ، ہر جگہ اس کو جو جو سننے کو ملتی تھی، وہ شرک والی باتیں تھیں۔</w:t>
      </w:r>
    </w:p>
    <w:p>
      <w:r>
        <w:rPr>
          <w:b/>
        </w:rPr>
        <w:t xml:space="preserve">[16:53] </w:t>
      </w:r>
      <w:r>
        <w:t>to is conditioning se door ek ek generation bane, us ke liye aap ne desert mein aa kar ke basaya ho. aur phir woh bani, yeh waqea hua ab se chaar hazar saal pehle,</w:t>
      </w:r>
    </w:p>
    <w:p>
      <w:pPr>
        <w:jc w:val="right"/>
      </w:pPr>
      <w:r>
        <w:t>تو اس کنڈیشننگ سے دور ایک ایک جنریشن بنے، اس کے لیے آپ نے ڈیزرٹ میں آ کر کے بسایا ہو۔ اور پھر وہ بنی، یہ واقعہ ہوا اب سے چار ہزار سال پہلے،</w:t>
      </w:r>
    </w:p>
    <w:p>
      <w:r>
        <w:rPr>
          <w:b/>
        </w:rPr>
        <w:t xml:space="preserve">[17:08] </w:t>
      </w:r>
      <w:r>
        <w:t>woh nasal bani, us ko hum kehte hain Banu Ismail,</w:t>
      </w:r>
    </w:p>
    <w:p>
      <w:pPr>
        <w:jc w:val="right"/>
      </w:pPr>
      <w:r>
        <w:t>وہ نسل بنی، اس کو ہم کہتے ہیں بنو اسماعیل،</w:t>
      </w:r>
    </w:p>
    <w:p>
      <w:r>
        <w:rPr>
          <w:b/>
        </w:rPr>
        <w:t xml:space="preserve">[17:12] </w:t>
      </w:r>
      <w:r>
        <w:t>yaani Hazrat Ismail ke se jo log wajood mein aaye. to woh us ki lambi kahani hai. isi mein se Rasool Allah Sal Allahu Alaihi Wasallam paida hue, isi mein se Sahaba bane, unhi logon ne phir inqilaab barpa kiya.</w:t>
      </w:r>
    </w:p>
    <w:p>
      <w:pPr>
        <w:jc w:val="right"/>
      </w:pPr>
      <w:r>
        <w:t>یعنی حضرت اسماعیل کے سے جو لوگ وجود میں آئے۔ تو وہ اس کی لمبی کہانی ہے۔ اسی میں سے رسول اللہ صلی اللہ علیہ وسلم پیدا ہوئے، اسی میں سے صحابہ بنے، انہی لوگوں نے پھر انقلاب برپا کیا۔</w:t>
      </w:r>
    </w:p>
    <w:p>
      <w:r>
        <w:rPr>
          <w:b/>
        </w:rPr>
        <w:t xml:space="preserve">[17:27] </w:t>
      </w:r>
      <w:r>
        <w:t>to yeh bhi dekhiye, ek ek tareeqa tha ke takraao ko avoid kar ke ek aur positive planning karna, takraao ko avoid kar ke ek aur planning karna, positive basis par.</w:t>
      </w:r>
    </w:p>
    <w:p>
      <w:pPr>
        <w:jc w:val="right"/>
      </w:pPr>
      <w:r>
        <w:t>تو یہ بھی دیکھیے، ایک ایک طریقہ تھا کہ ٹکراؤ کو اوائڈ کر کے ایک اور پازیٹیو پلاننگ کرنا، ٹکراؤ کو اوائڈ کر کے ایک اور پلاننگ کرنا، پازیٹیو بیسز پر۔</w:t>
      </w:r>
    </w:p>
    <w:p>
      <w:r>
        <w:rPr>
          <w:b/>
        </w:rPr>
        <w:t xml:space="preserve">[17:43] </w:t>
      </w:r>
      <w:r>
        <w:t>yeh aik misaal qaim hui tareekh mein. ab aap dekhiye, Hazrat Ibrahim ke baad aur bohat se peghambar atay hain,</w:t>
      </w:r>
    </w:p>
    <w:p>
      <w:pPr>
        <w:jc w:val="right"/>
      </w:pPr>
      <w:r>
        <w:t>یہ ایک مثال قائم ہوئی تاریخ میں۔ اب آپ دیکھیے، حضرت ابراہیم کے بعد اور بہت سے پیغمبر آتے ہیں،</w:t>
      </w:r>
    </w:p>
    <w:p>
      <w:r>
        <w:rPr>
          <w:b/>
        </w:rPr>
        <w:t xml:space="preserve">[17:54] </w:t>
      </w:r>
      <w:r>
        <w:t>bohat se peghambar atay hain. misaal ke taur par Hazrat Yusuf (AS).</w:t>
      </w:r>
    </w:p>
    <w:p>
      <w:pPr>
        <w:jc w:val="right"/>
      </w:pPr>
      <w:r>
        <w:t>بہت سے پیغمبر آتے ہیں۔ مثال کے طور پر حضرت یوسف علیہ السلام۔</w:t>
      </w:r>
    </w:p>
    <w:p>
      <w:r>
        <w:rPr>
          <w:b/>
        </w:rPr>
        <w:t xml:space="preserve">[18:01] </w:t>
      </w:r>
      <w:r>
        <w:t>Hazrat Yusuf (AS), woh peghambar thay, unhi ki nasal se, Hazrat Ibrahim ki nasal se thay. woh</w:t>
      </w:r>
    </w:p>
    <w:p>
      <w:pPr>
        <w:jc w:val="right"/>
      </w:pPr>
      <w:r>
        <w:t>حضرت یوسف علیہ السلام، وہ پیغمبر تھے، انہی کی نسل سے، حضرت ابراہیم کی نسل سے تھے۔ وہ</w:t>
      </w:r>
    </w:p>
    <w:p>
      <w:r>
        <w:rPr>
          <w:b/>
        </w:rPr>
        <w:t xml:space="preserve">[18:11] </w:t>
      </w:r>
      <w:r>
        <w:t>to Hazrat Yusuf (AS) ne kya kiya? Hazrat Yusuf (AS) ko mauqa mila Misr mein kaam karne ka, Misr mein kaam karne ka.</w:t>
      </w:r>
    </w:p>
    <w:p>
      <w:pPr>
        <w:jc w:val="right"/>
      </w:pPr>
      <w:r>
        <w:t>تو حضرت یوسف علیہ السلام نے کیا کیا؟ حضرت یوسف علیہ السلام کو موقع ملا مصر میں کام کرنے کا، مصر میں کام کرنے کا۔</w:t>
      </w:r>
    </w:p>
    <w:p>
      <w:r>
        <w:rPr>
          <w:b/>
        </w:rPr>
        <w:t xml:space="preserve">[18:21] </w:t>
      </w:r>
      <w:r>
        <w:t>yani woh paida hue Kanaan mein, jo Falasteen ka aik part tha, aur aisay halaat hue ke woh puhanch gaye Misr mein.</w:t>
      </w:r>
    </w:p>
    <w:p>
      <w:pPr>
        <w:jc w:val="right"/>
      </w:pPr>
      <w:r>
        <w:t>یعنی وہ پیدا ہوئے کنعان میں، جو فلسطین کا ایک پارٹ تھا، اور ایسے حالات ہوئے کہ وہ پہنچ گئے مصر میں۔</w:t>
      </w:r>
    </w:p>
    <w:p>
      <w:r>
        <w:rPr>
          <w:b/>
        </w:rPr>
        <w:t xml:space="preserve">[18:32] </w:t>
      </w:r>
      <w:r>
        <w:t>us waqt Misr mein kya tha? Misr mein aik jo hukoomat thi, us waqt un ko kaha jata hai history mein Amalika.</w:t>
      </w:r>
    </w:p>
    <w:p>
      <w:pPr>
        <w:jc w:val="right"/>
      </w:pPr>
      <w:r>
        <w:t>اس وقت مصر میں کیا تھا؟ مصر میں ایک جو حکومت تھی، اس وقت ان کو کہا جاتا ہے ہسٹری میں امالکہ۔</w:t>
      </w:r>
    </w:p>
    <w:p>
      <w:r>
        <w:rPr>
          <w:b/>
        </w:rPr>
        <w:t xml:space="preserve">[18:44] </w:t>
      </w:r>
      <w:r>
        <w:t>Amalika ka wahan role kar rahe thay.</w:t>
      </w:r>
    </w:p>
    <w:p>
      <w:pPr>
        <w:jc w:val="right"/>
      </w:pPr>
      <w:r>
        <w:t>امالکہ کا وہاں رول کر رہے تھے۔</w:t>
      </w:r>
    </w:p>
    <w:p>
      <w:r>
        <w:rPr>
          <w:b/>
        </w:rPr>
        <w:t xml:space="preserve">[18:47] </w:t>
      </w:r>
      <w:r>
        <w:t>Amalika yeh Misr ke bahir se aaye thay, yani Misr ke bahir se aaye thay, yeh yani Sham aur Falasteen ke ilaqon se aaye thay. woh jaise India mein Aryan aaye, to aa kar ke unhon ne wahan par dheere dheere hukoomat bana li.</w:t>
      </w:r>
    </w:p>
    <w:p>
      <w:pPr>
        <w:jc w:val="right"/>
      </w:pPr>
      <w:r>
        <w:t>امالکہ یہ مصر کے باہر سے آئے تھے، یعنی مصر کے باہر سے آئے تھے، یہ یعنی شام اور فلسطین کے علاقوں سے آئے تھے۔ وہ جیسے انڈیا میں آرین آئے، تو آ کر کے انہوں نے وہاں پر دھیرے دھیرے حکومت بنا لی۔</w:t>
      </w:r>
    </w:p>
    <w:p>
      <w:r>
        <w:rPr>
          <w:b/>
        </w:rPr>
        <w:t xml:space="preserve">[19:04] </w:t>
      </w:r>
      <w:r>
        <w:t>history mein in ko kaha jata hai Hyksos Kings, H Y K S O S, Hyksos Kings. hamari Arabic kitaab mein is ko Amalika kehte hain.</w:t>
      </w:r>
    </w:p>
    <w:p>
      <w:pPr>
        <w:jc w:val="right"/>
      </w:pPr>
      <w:r>
        <w:t>ہسٹری میں ان کو کہا جاتا ہے ہکساس کنگز، ایچ وائی کے ایس او ایس، ہکساس کنگز۔ ہماری عربی کتاب میں اس کو امالکہ کہتے ہیں۔</w:t>
      </w:r>
    </w:p>
    <w:p>
      <w:r>
        <w:rPr>
          <w:b/>
        </w:rPr>
        <w:t xml:space="preserve">[19:17] </w:t>
      </w:r>
      <w:r>
        <w:t>to un ki hukoomat qaim thi us waqt. woh zamana hai jab ke Hazrat Yusuf (AS) Misr mein aanay ka unhein mauqa mila.</w:t>
      </w:r>
    </w:p>
    <w:p>
      <w:pPr>
        <w:jc w:val="right"/>
      </w:pPr>
      <w:r>
        <w:t>تو ان کی حکومت قائم تھی اس وقت۔ وہ زمانہ ہے جب کہ حضرت یوسف علیہ السلام مصر میں آنے کا انہیں موقع ملا۔</w:t>
      </w:r>
    </w:p>
    <w:p>
      <w:r>
        <w:rPr>
          <w:b/>
        </w:rPr>
        <w:t xml:space="preserve">[19:29] </w:t>
      </w:r>
      <w:r>
        <w:t>ab dekhiye ke woh jo Amalika jo thay, woh woh woh bhi mushrik thay.</w:t>
      </w:r>
    </w:p>
    <w:p>
      <w:pPr>
        <w:jc w:val="right"/>
      </w:pPr>
      <w:r>
        <w:t>اب دیکھیے کہ وہ جو امالکہ جو تھے، وہ وہ وہ بھی مشرک تھے۔</w:t>
      </w:r>
    </w:p>
    <w:p>
      <w:r>
        <w:rPr>
          <w:b/>
        </w:rPr>
        <w:t xml:space="preserve">[19:37] </w:t>
      </w:r>
      <w:r>
        <w:t>un ka deen bhi shirk ka deen tha, yani wahi suraj parasti, chand parasti, sitara parasti, nature worship.</w:t>
      </w:r>
    </w:p>
    <w:p>
      <w:pPr>
        <w:jc w:val="right"/>
      </w:pPr>
      <w:r>
        <w:t>ان کا دین بھی شرک کا دین تھا، یعنی وہی سورج پرستی، چاند پرستی، ستارہ پرستی، نیچر ورشپ۔</w:t>
      </w:r>
    </w:p>
    <w:p>
      <w:r>
        <w:rPr>
          <w:b/>
        </w:rPr>
        <w:t xml:space="preserve">[19:45] </w:t>
      </w:r>
      <w:r>
        <w:t>ab Hazrat Yusuf (AS) jo thay, aik shakal yeh thi ke unhein takrao karein, khud nahi kar sakte to kam se kam bad dua karein.</w:t>
      </w:r>
    </w:p>
    <w:p>
      <w:pPr>
        <w:jc w:val="right"/>
      </w:pPr>
      <w:r>
        <w:t>اب حضرت یوسف علیہ السلام جو تھے، ایک شکل یہ تھی کہ انہیں ٹکراؤ کریں، خود نہیں کر سکتے تو کم سے کم بد دعا کریں۔</w:t>
      </w:r>
    </w:p>
    <w:p>
      <w:r>
        <w:rPr>
          <w:b/>
        </w:rPr>
        <w:t xml:space="preserve">[19:57] </w:t>
      </w:r>
      <w:r>
        <w:t>to aap ghhor kijiye, kitna bara waqia hai yeh. Hazrat Yusuf (AS) ne takrao nahi kiya in mushrik, is mushrik rule se.</w:t>
      </w:r>
    </w:p>
    <w:p>
      <w:pPr>
        <w:jc w:val="right"/>
      </w:pPr>
      <w:r>
        <w:t>تو آپ غور کیجئے، کتنا بڑا واقعہ ہے یہ۔ حضرت یوسف علیہ السلام نے ٹکراؤ نہیں کیا ان مشرک، اس مشرک رول سے۔</w:t>
      </w:r>
    </w:p>
    <w:p>
      <w:r>
        <w:rPr>
          <w:b/>
        </w:rPr>
        <w:t xml:space="preserve">[20:09] </w:t>
      </w:r>
      <w:r>
        <w:t>aur kaisi ajeeb baat hai, Quran mein yeh jo qissa bayan kiya gaya hai,</w:t>
      </w:r>
    </w:p>
    <w:p>
      <w:pPr>
        <w:jc w:val="right"/>
      </w:pPr>
      <w:r>
        <w:t>اور کیسی عجیب بات ہے، قرآن میں یہ جو قصہ بیان کیا گیا ہے،</w:t>
      </w:r>
    </w:p>
    <w:p>
      <w:r>
        <w:rPr>
          <w:b/>
        </w:rPr>
        <w:t xml:space="preserve">[20:13] </w:t>
      </w:r>
      <w:r>
        <w:t>poore aik Surah Yusuf Quran Majeed mein hai. Surah Yusuf, woh us mein hai ke Hazrat Hazrat Yusuf ke qisse ko asal al-qasas bataya gaya, best story.</w:t>
      </w:r>
    </w:p>
    <w:p>
      <w:pPr>
        <w:jc w:val="right"/>
      </w:pPr>
      <w:r>
        <w:t>پورے ایک سورہ یوسف قرآن مجید میں ہے۔ سورہ یوسف، وہ اس میں ہے کہ حضرت حضرت یوسف کے قصے کو اصل القصص بتایا گیا، بیسٹ سٹوری۔</w:t>
      </w:r>
    </w:p>
    <w:p>
      <w:r>
        <w:rPr>
          <w:b/>
        </w:rPr>
        <w:t xml:space="preserve">[20:28] </w:t>
      </w:r>
      <w:r>
        <w:t>yani Hazrat Yusuf (AS) ne mushrik badshah se takrao nahi kiya. takrao na karte hue is ka jo administration tha, us mein aik uhda le liya.</w:t>
      </w:r>
    </w:p>
    <w:p>
      <w:pPr>
        <w:jc w:val="right"/>
      </w:pPr>
      <w:r>
        <w:t>یعنی حضرت یوسف علیہ السلام نے مشرک بادشاہ سے ٹکراؤ نہیں کیا۔ ٹکراؤ نہ کرتے ہوئے اس کا جو ایڈمنسٹریشن تھا، اس میں ایک عہدہ لے لیا۔</w:t>
      </w:r>
    </w:p>
    <w:p>
      <w:r>
        <w:rPr>
          <w:b/>
        </w:rPr>
        <w:t xml:space="preserve">[20:40] </w:t>
      </w:r>
      <w:r>
        <w:t>aaj kal ki zabaan mein kahengay food ministry, aur us ko asal al-qasas bataya gaya. kaisi ajeeb si baat hai yeh ke woh badshah jo Hazrat Yusuf ke deen par nahi tha,</w:t>
      </w:r>
    </w:p>
    <w:p>
      <w:pPr>
        <w:jc w:val="right"/>
      </w:pPr>
      <w:r>
        <w:t>آج کل کی زبان میں کہیں گے فوڈ منسٹری، اور اس کو اصل القصص بتایا گیا۔ کیسی عجیب سی بات ہے یہ کہ وہ بادشاہ جو حضرت یوسف کے دین پر نہیں تھا،</w:t>
      </w:r>
    </w:p>
    <w:p>
      <w:r>
        <w:rPr>
          <w:b/>
        </w:rPr>
        <w:t xml:space="preserve">[20:55] </w:t>
      </w:r>
      <w:r>
        <w:t>jo shirk ke deen par tha, zahir hai khula hua woh batil par tha, woh lekin takrao nahi kiya</w:t>
      </w:r>
    </w:p>
    <w:p>
      <w:pPr>
        <w:jc w:val="right"/>
      </w:pPr>
      <w:r>
        <w:t>جو شرک کے دین پر تھا، ظاہر ہے کھلا ہوا وہ باطل پر تھا، وہ لیکن ٹکراؤ نہیں کیا</w:t>
      </w:r>
    </w:p>
    <w:p>
      <w:r>
        <w:rPr>
          <w:b/>
        </w:rPr>
        <w:t xml:space="preserve">[21:04] </w:t>
      </w:r>
      <w:r>
        <w:t>aap ne. takrao na karte hue is ka jo administration tha, us mein jo food ka department tha, unhein offer kiya diya gaya, us ko foran le liya unhon ne.</w:t>
      </w:r>
    </w:p>
    <w:p>
      <w:pPr>
        <w:jc w:val="right"/>
      </w:pPr>
      <w:r>
        <w:t>آپ نے۔ ٹکراؤ نہ کرتے ہوئے اس کا جو ایڈمنسٹریشن تھا، اس میں جو فوڈ کا ڈیپارٹمنٹ تھا، انہیں آفر کیا دیا گیا، اس کو فوراً لے لیا انہوں نے۔</w:t>
      </w:r>
    </w:p>
    <w:p>
      <w:r>
        <w:rPr>
          <w:b/>
        </w:rPr>
        <w:t xml:space="preserve">[21:20] </w:t>
      </w:r>
      <w:r>
        <w:t>to Hazrat Yusuf ke liye bhi do mein se aik ka intekhab tha, aik to confrontation karna us se badshah se, aur doosra yeh ke us se musalehat karna, yani conciliatory approach ikhtiyar karna.</w:t>
      </w:r>
    </w:p>
    <w:p>
      <w:pPr>
        <w:jc w:val="right"/>
      </w:pPr>
      <w:r>
        <w:t>تو حضرت یوسف کے لیے بھی دو میں سے ایک کا انتخاب تھا، ایک تو کنفرنٹیشن کرنا اس سے بادشاہ سے، اور دوسرا یہ کہ اس سے مصالحت کرنا، یعنی کنسلیٹری اپروچ اختیار کرنا۔</w:t>
      </w:r>
    </w:p>
    <w:p>
      <w:r>
        <w:rPr>
          <w:b/>
        </w:rPr>
        <w:t xml:space="preserve">[21:35] </w:t>
      </w:r>
      <w:r>
        <w:t>woh kar liya unhon ne.</w:t>
      </w:r>
    </w:p>
    <w:p>
      <w:pPr>
        <w:jc w:val="right"/>
      </w:pPr>
      <w:r>
        <w:t>وہ کر لیا انہوں نے۔</w:t>
      </w:r>
    </w:p>
    <w:p>
      <w:r>
        <w:rPr>
          <w:b/>
        </w:rPr>
        <w:t xml:space="preserve">[21:40] </w:t>
      </w:r>
      <w:r>
        <w:t>Quran mein is qisse ko bayan kiya gaya hai is tarah se ke woh asal al-qasas ka unwan diya gaya, us ko sab se achi kahani, best story.</w:t>
      </w:r>
    </w:p>
    <w:p>
      <w:pPr>
        <w:jc w:val="right"/>
      </w:pPr>
      <w:r>
        <w:t>قرآن میں اس قصے کو بیان کیا گیا ہے اس طرح سے کہ وہ اصل القصص کا عنوان دیا گیا، اس کو سب سے اچھی کہانی، بیسٹ سٹوری۔</w:t>
      </w:r>
    </w:p>
    <w:p>
      <w:r>
        <w:rPr>
          <w:b/>
        </w:rPr>
        <w:t xml:space="preserve">[21:51] </w:t>
      </w:r>
      <w:r>
        <w:t>kaisi ajeeb baat hai yeh.</w:t>
      </w:r>
    </w:p>
    <w:p>
      <w:pPr>
        <w:jc w:val="right"/>
      </w:pPr>
      <w:r>
        <w:t>کیسی عجیب بات ہے یہ۔</w:t>
      </w:r>
    </w:p>
    <w:p>
      <w:r>
        <w:rPr>
          <w:b/>
        </w:rPr>
        <w:t xml:space="preserve">[21:55] </w:t>
      </w:r>
      <w:r>
        <w:t>yani aik mushrik badshah ke mozu ban gaye goya ke woh,</w:t>
      </w:r>
    </w:p>
    <w:p>
      <w:pPr>
        <w:jc w:val="right"/>
      </w:pPr>
      <w:r>
        <w:t>یعنی ایک مشرک بادشاہ کے موضوع بن گئے گویا کہ وہ،</w:t>
      </w:r>
    </w:p>
    <w:p>
      <w:r>
        <w:rPr>
          <w:b/>
        </w:rPr>
        <w:t xml:space="preserve">[22:01] </w:t>
      </w:r>
      <w:r>
        <w:t>aur quran keh raha hai ke woh sab se achhi kahani likhi unhon ne.</w:t>
      </w:r>
    </w:p>
    <w:p>
      <w:pPr>
        <w:jc w:val="right"/>
      </w:pPr>
      <w:r>
        <w:t>اور قرآن کہہ رہا ہے کہ وہ سب سے اچھی کہانی لکھی انہوں نے۔</w:t>
      </w:r>
    </w:p>
    <w:p>
      <w:r>
        <w:rPr>
          <w:b/>
        </w:rPr>
        <w:t xml:space="preserve">[22:08] </w:t>
      </w:r>
      <w:r>
        <w:t>toh yeh hazrat yusuf alaihi assalam ka qissa hai.</w:t>
      </w:r>
    </w:p>
    <w:p>
      <w:pPr>
        <w:jc w:val="right"/>
      </w:pPr>
      <w:r>
        <w:t>تو یہ حضرت یوسف علیہ السلام کا قصہ ہے۔</w:t>
      </w:r>
    </w:p>
    <w:p>
      <w:r>
        <w:rPr>
          <w:b/>
        </w:rPr>
        <w:t xml:space="preserve">[22:13] </w:t>
      </w:r>
      <w:r>
        <w:t>hazrat yusuf alaihi assalam ke zamane mein bani israel wahan par bulaye gaye. jab hazrat yusuf alaihi assalam gaye the wahan, tab toh woh akele the, woh</w:t>
      </w:r>
    </w:p>
    <w:p>
      <w:pPr>
        <w:jc w:val="right"/>
      </w:pPr>
      <w:r>
        <w:t>حضرت یوسف علیہ السلام کے زمانے میں بنی اسرائیل وہاں پر بلائے گئے۔ جب حضرت یوسف علیہ السلام گئے تھے وہاں، تب تو وہ اکیلے تھے، وہ</w:t>
      </w:r>
    </w:p>
    <w:p>
      <w:r>
        <w:rPr>
          <w:b/>
        </w:rPr>
        <w:t xml:space="preserve">[22:22] </w:t>
      </w:r>
      <w:r>
        <w:t>unki family jo thi, woh kanaan mein thi. toh baad ko jaisa ke quran majeed mein hai aur bible mein hai ke unhon ne apni family ko, apne unke baap the hazrat yaqoob, unke bhai the, un sab ko kaha ke aa kar hum aa jao misr mein.</w:t>
      </w:r>
    </w:p>
    <w:p>
      <w:pPr>
        <w:jc w:val="right"/>
      </w:pPr>
      <w:r>
        <w:t>ان کی فیملی جو تھی، وہ کنعان میں تھی۔ تو بعد کو جیسا کہ قرآن مجید میں ہے اور بائبل میں ہے کہ انہوں نے اپنی فیملی کو، اپنے ان کے باپ تھے حضرت یعقوب، ان کے بھائی تھے، ان سب کو کہا کہ آ کر ہم آ جاؤ مصر میں۔</w:t>
      </w:r>
    </w:p>
    <w:p>
      <w:r>
        <w:rPr>
          <w:b/>
        </w:rPr>
        <w:t xml:space="preserve">[22:44] </w:t>
      </w:r>
      <w:r>
        <w:t>toh misr ka jo bahut hi bahut hi zar khez ilaaqa tha, zar khez ilaaqa, wahan par woh basaye gaye, aur wahan par aabad kiya woh unhon ne, aur bahut zyada unko dakhal ho gaya misr ke administration mein, kyunke hazrat yusuf ki policy ke upar chalte rahe woh.</w:t>
      </w:r>
    </w:p>
    <w:p>
      <w:pPr>
        <w:jc w:val="right"/>
      </w:pPr>
      <w:r>
        <w:t>تو مصر کا جو بہت ہی بہت ہی زرخیز علاقہ تھا، زرخیز علاقہ، وہاں پر وہ بسائے گئے، اور وہاں پر آباد کیا وہ انہوں نے، اور بہت زیادہ ان کو دخل ہو گیا مصر کے ایڈمنسٹریشن میں، کیونکہ حضرت یوسف کی پالیسی کے اوپر چلتے رہے وہ۔</w:t>
      </w:r>
    </w:p>
    <w:p>
      <w:r>
        <w:rPr>
          <w:b/>
        </w:rPr>
        <w:t xml:space="preserve">[23:04] </w:t>
      </w:r>
      <w:r>
        <w:t>takrao na karte hue jo mawaqe the, uska istemal karna.</w:t>
      </w:r>
    </w:p>
    <w:p>
      <w:pPr>
        <w:jc w:val="right"/>
      </w:pPr>
      <w:r>
        <w:t>ٹکراؤ نہ کرتے ہوئے جو مواقع تھے، اس کا استعمال کرنا۔</w:t>
      </w:r>
    </w:p>
    <w:p>
      <w:r>
        <w:rPr>
          <w:b/>
        </w:rPr>
        <w:t xml:space="preserve">[23:11] </w:t>
      </w:r>
      <w:r>
        <w:t>hazrat yusuf alaihi assalam ne ek ek tareeqa tay kiya tha, ek riwayat qaim kardi thi ke hukumat se, administration se, hukmaran se takrao na karo, aur takrao na karte hue yahan ke mawaqe ko istemal karo.</w:t>
      </w:r>
    </w:p>
    <w:p>
      <w:pPr>
        <w:jc w:val="right"/>
      </w:pPr>
      <w:r>
        <w:t>حضرت یوسف علیہ السلام نے ایک ایک طریقہ طے کیا تھا، ایک روایت قائم کر دی تھی کہ حکومت سے، ایڈمنسٹریشن سے، حکمران سے ٹکراؤ نہ کرو، اور ٹکراؤ نہ کرتے ہوئے یہاں کے مواقع کو استعمال کرو۔</w:t>
      </w:r>
    </w:p>
    <w:p>
      <w:r>
        <w:rPr>
          <w:b/>
        </w:rPr>
        <w:t xml:space="preserve">[23:28] </w:t>
      </w:r>
      <w:r>
        <w:t>avoid confrontation with the hukmaran and avail the opportunities.</w:t>
      </w:r>
    </w:p>
    <w:p>
      <w:pPr>
        <w:jc w:val="right"/>
      </w:pPr>
      <w:r>
        <w:t>اوائڈ کنفرنٹیشن ود دی حکمران اینڈ اویل دا اپرچونیٹیز۔</w:t>
      </w:r>
    </w:p>
    <w:p>
      <w:r>
        <w:rPr>
          <w:b/>
        </w:rPr>
        <w:t xml:space="preserve">[23:35] </w:t>
      </w:r>
      <w:r>
        <w:t>yeh policy hazrat yusuf alaihi assalam ne ikhtiyar ki thi, usne woh goya ek trend setter the, woh trend setter, ek trend set kar diya unhon ne bani israel ke liye, aur paanch sau saal tak is par chalte rahe woh,</w:t>
      </w:r>
    </w:p>
    <w:p>
      <w:pPr>
        <w:jc w:val="right"/>
      </w:pPr>
      <w:r>
        <w:t>یہ پالیسی حضرت یوسف علیہ السلام نے اختیار کی تھی، اس نے وہ گویا ایک ٹرینڈ سیٹر تھے، وہ ٹرینڈ سیٹر، ایک ٹرینڈ سیٹ کر دیا انہوں نے بنی اسرائیل کے لیے، اور پانچ سو سال تک اس پر چلتے رہے وہ،</w:t>
      </w:r>
    </w:p>
    <w:p>
      <w:r>
        <w:rPr>
          <w:b/>
        </w:rPr>
        <w:t xml:space="preserve">[23:53] </w:t>
      </w:r>
      <w:r>
        <w:t>generation after generation, aur wahan par chha gaye woh.</w:t>
      </w:r>
    </w:p>
    <w:p>
      <w:pPr>
        <w:jc w:val="right"/>
      </w:pPr>
      <w:r>
        <w:t>جنریشن آفٹر جنریشن، اور وہاں پر چھا گئے وہ۔</w:t>
      </w:r>
    </w:p>
    <w:p>
      <w:r>
        <w:rPr>
          <w:b/>
        </w:rPr>
        <w:t xml:space="preserve">[24:01] </w:t>
      </w:r>
      <w:r>
        <w:t>ab dekhiye, iske baad aate hain isi isi bani israel mein, hazrat yusuf, isi isi nasal mein paida hote hain hazrat musa alaihi assalam.</w:t>
      </w:r>
    </w:p>
    <w:p>
      <w:pPr>
        <w:jc w:val="right"/>
      </w:pPr>
      <w:r>
        <w:t>اب دیکھیے، اس کے بعد آتے ہیں اسی اسی بنی اسرائیل میں، حضرت یوسف، اسی اسی نسل میں پیدا ہوتے ہیں حضرت موسیٰ علیہ السلام۔</w:t>
      </w:r>
    </w:p>
    <w:p>
      <w:r>
        <w:rPr>
          <w:b/>
        </w:rPr>
        <w:t xml:space="preserve">[24:13] </w:t>
      </w:r>
      <w:r>
        <w:t>yeh jo base the aa kar ke kanaan se misr mein, jin ko bani israel kaha jata hai, children of azrail, unhi mein se paida hue hazrat musa alaihi assalam.</w:t>
      </w:r>
    </w:p>
    <w:p>
      <w:pPr>
        <w:jc w:val="right"/>
      </w:pPr>
      <w:r>
        <w:t>یہ جو بسے تھے آ کر کے کنعان سے مصر میں، جن کو بنی اسرائیل کہا جاتا ہے، چلڈرن آف عزرائیل، انہی میں سے پیدا ہوئے حضرت موسیٰ علیہ السلام۔</w:t>
      </w:r>
    </w:p>
    <w:p>
      <w:r>
        <w:rPr>
          <w:b/>
        </w:rPr>
        <w:t xml:space="preserve">[24:24] </w:t>
      </w:r>
      <w:r>
        <w:t>toh jab hazrat musa alaihi assalam paida hue, tab soorat e haal bahut badal chuki thi.</w:t>
      </w:r>
    </w:p>
    <w:p>
      <w:pPr>
        <w:jc w:val="right"/>
      </w:pPr>
      <w:r>
        <w:t>تو جب حضرت موسیٰ علیہ السلام پیدا ہوئے، تب صورتحال بہت بدل چکی تھی۔</w:t>
      </w:r>
    </w:p>
    <w:p>
      <w:r>
        <w:rPr>
          <w:b/>
        </w:rPr>
        <w:t xml:space="preserve">[24:32] </w:t>
      </w:r>
      <w:r>
        <w:t>yani iske baad yeh hua ke hazrat yusuf alaihi assalam ke zamane mein toh wahan par hyksos kings the, jo isi ilaaqe ke rehne wale the, jis ilaaqe ke hazrat yusuf alaihi assalam the, yani sham aur falasteen ka jo ilaaqa tha, isi ke hazrat yusuf alaihi assalam the, isi ilaaqe se taluq tha is khandan ka bhi.</w:t>
      </w:r>
    </w:p>
    <w:p>
      <w:pPr>
        <w:jc w:val="right"/>
      </w:pPr>
      <w:r>
        <w:t>یعنی اس کے بعد یہ ہوا کہ حضرت یوسف علیہ السلام کے زمانے میں تو وہاں پر ہکساس کنگز تھے، جو اسی علاقے کے رہنے والے تھے، جس علاقے کے حضرت یوسف علیہ السلام تھے، یعنی شام اور فلسطین کا جو علاقہ تھا، اسی کے حضرت یوسف علیہ السلام تھے، اسی علاقے سے تعلق تھا اس خاندان کا بھی۔</w:t>
      </w:r>
    </w:p>
    <w:p>
      <w:r>
        <w:rPr>
          <w:b/>
        </w:rPr>
        <w:t xml:space="preserve">[24:54] </w:t>
      </w:r>
      <w:r>
        <w:t>toh woh hamdard the bani israel ke bare mein.</w:t>
      </w:r>
    </w:p>
    <w:p>
      <w:pPr>
        <w:jc w:val="right"/>
      </w:pPr>
      <w:r>
        <w:t>تو وہ ہمدرد تھے بنی اسرائیل کے بارے میں۔</w:t>
      </w:r>
    </w:p>
    <w:p>
      <w:r>
        <w:rPr>
          <w:b/>
        </w:rPr>
        <w:t xml:space="preserve">[24:58] </w:t>
      </w:r>
      <w:r>
        <w:t>phir wahan par kya hua ke wahan par national movement chali, jaise hamare india mein chali, britishs ke khilaf, ke britishs bahar se aa kar hukumat kar rahe the yahan par.</w:t>
      </w:r>
    </w:p>
    <w:p>
      <w:pPr>
        <w:jc w:val="right"/>
      </w:pPr>
      <w:r>
        <w:t>پھر وہاں پر کیا ہوا کہ وہاں پر نیشنل موومنٹ چلی، جیسے ہمارے انڈیا میں چلی، برٹشز کے خلاف، کہ برٹشز باہر سے آ کر حکومت کر رہے تھے یہاں پر۔</w:t>
      </w:r>
    </w:p>
    <w:p>
      <w:r>
        <w:rPr>
          <w:b/>
        </w:rPr>
        <w:t xml:space="preserve">[25:11] </w:t>
      </w:r>
      <w:r>
        <w:t>toh hamare in indian logon ne unke khilaf bagawat ki. theek yahi misr mein hua</w:t>
      </w:r>
    </w:p>
    <w:p>
      <w:pPr>
        <w:jc w:val="right"/>
      </w:pPr>
      <w:r>
        <w:t>تو ہمارے ان انڈین لوگوں نے ان کے خلاف بغاوت کی۔ ٹھیک یہی مصر میں ہوا</w:t>
      </w:r>
    </w:p>
    <w:p>
      <w:r>
        <w:rPr>
          <w:b/>
        </w:rPr>
        <w:t xml:space="preserve">[25:20] </w:t>
      </w:r>
      <w:r>
        <w:t>ke hyksos kings ke khilaf wahan ke jo jo kopti the, koptik, jo wahan ke jo kehte the apne ko, yani woh sons of the soil,</w:t>
      </w:r>
    </w:p>
    <w:p>
      <w:pPr>
        <w:jc w:val="right"/>
      </w:pPr>
      <w:r>
        <w:t>کہ ہکساس کنگز کے خلاف وہاں کے جو جو کپٹی تھے، کاپٹک، جو وہاں کے جو کہتے تھے اپنے کو، یعنی وہ سنز آف دا سائل،</w:t>
      </w:r>
    </w:p>
    <w:p>
      <w:r>
        <w:rPr>
          <w:b/>
        </w:rPr>
        <w:t xml:space="preserve">[25:35] </w:t>
      </w:r>
      <w:r>
        <w:t>yani koptik jo the, woh sons of the soil the wahan, aur yeh amalika jo the, hyksos kings jo kaha jata hai unko, woh bahar se aaye hue log the. toh bilkul wahi position thi jo india mein hum dekha hum ne.</w:t>
      </w:r>
    </w:p>
    <w:p>
      <w:pPr>
        <w:jc w:val="right"/>
      </w:pPr>
      <w:r>
        <w:t>یعنی کاپٹک جو تھے، وہ سنز آف دا سائل تھے وہاں، اور یہ امالکہ جو تھے، ہکساس کنگز جو کہا جاتا ہے ان کو، وہ باہر سے آئے ہوئے لوگ تھے۔ تو بالکل وہی پوزیشن تھی جو انڈیا میں ہم دیکھا ہم نے۔</w:t>
      </w:r>
    </w:p>
    <w:p>
      <w:r>
        <w:rPr>
          <w:b/>
        </w:rPr>
        <w:t xml:space="preserve">[25:48] </w:t>
      </w:r>
      <w:r>
        <w:t>toh britishs ke khilaf yahan bagawat hua, yahan tak ke unko bhagaya gaya, aur indian logon ki hukumat ban gayi yahan par.</w:t>
      </w:r>
    </w:p>
    <w:p>
      <w:pPr>
        <w:jc w:val="right"/>
      </w:pPr>
      <w:r>
        <w:t>تو برٹشز کے خلاف یہاں بغاوت ہوا، یہاں تک کہ ان کو بھگایا گیا، اور انڈین لوگوں کی حکومت بن گئی یہاں پر۔</w:t>
      </w:r>
    </w:p>
    <w:p>
      <w:r>
        <w:rPr>
          <w:b/>
        </w:rPr>
        <w:t xml:space="preserve">[26:00] </w:t>
      </w:r>
      <w:r>
        <w:t>toh wahan par aise hi hua, aur jis ko hum firon kehte hain, toh yeh us ek jo khandan qaim hui, us khandan ka jo unwan tha, firon tha.</w:t>
      </w:r>
    </w:p>
    <w:p>
      <w:pPr>
        <w:jc w:val="right"/>
      </w:pPr>
      <w:r>
        <w:t>تو وہاں پر ایسے ہی ہوا، اور جس کو ہم فرعون کہتے ہیں، تو یہ اس ایک جو خاندان قائم ہوئی، اس خاندان کا جو عنوان تھا، فرعون تھا۔</w:t>
      </w:r>
    </w:p>
    <w:p>
      <w:r>
        <w:rPr>
          <w:b/>
        </w:rPr>
        <w:t xml:space="preserve">[26:14] </w:t>
      </w:r>
      <w:r>
        <w:t>firon, toh kai firon hue hain, unko firauna kaha jata hai, firauna, pharaoh, english mein pharaoh kehte hain.</w:t>
      </w:r>
    </w:p>
    <w:p>
      <w:pPr>
        <w:jc w:val="right"/>
      </w:pPr>
      <w:r>
        <w:t>فرعون، تو کئی فرعون ہوئے ہیں، ان کو فرعینہ کہا جاتا ہے، فرعینہ، فیرو، انگلش میں فیرو کہتے ہیں۔</w:t>
      </w:r>
    </w:p>
    <w:p>
      <w:r>
        <w:rPr>
          <w:b/>
        </w:rPr>
        <w:t xml:space="preserve">[26:25] </w:t>
      </w:r>
      <w:r>
        <w:t>toh hyksos kings ko hata kar ke iske baad pharaoh ki hukumat wahan bani. ab in logon ne kya kiya ke bani israel par zulm karna shuru kiya ke tum log yahan aa kar base ho, hamari zameeno par qabza</w:t>
      </w:r>
    </w:p>
    <w:p>
      <w:pPr>
        <w:jc w:val="right"/>
      </w:pPr>
      <w:r>
        <w:t>تو ہکساس کنگز کو ہٹا کر کے اس کے بعد فیرو کی حکومت وہاں بنی۔ اب ان لوگوں نے کیا کیا کہ بنی اسرائیل پر ظلم کرنا شروع کیا کہ تم لوگ یہاں آ کر بسے ہو، ہماری زمینوں پر قبض</w:t>
      </w:r>
    </w:p>
    <w:p>
      <w:r>
        <w:rPr>
          <w:b/>
        </w:rPr>
        <w:t xml:space="preserve">[26:42] </w:t>
      </w:r>
      <w:r>
        <w:t>h kiya hai, jo sab se zar khez ilaaqa hai, us ko qabza kar rakha, yeh hai, woh hai. toh un par zulm hone laga. us waqt aaye hazrat musa alaihi assalam.</w:t>
      </w:r>
    </w:p>
    <w:p>
      <w:pPr>
        <w:jc w:val="right"/>
      </w:pPr>
      <w:r>
        <w:t>ہ کیا ہے، جو سب سے زرخیز علاقہ ہے، اس کو قبضہ کر رکھا، یہ ہے، وہ ہے۔ تو ان پر ظلم ہونے لگا۔ اس وقت آئے حضرت موسیٰ علیہ السلام۔</w:t>
      </w:r>
    </w:p>
    <w:p>
      <w:r>
        <w:rPr>
          <w:b/>
        </w:rPr>
        <w:t xml:space="preserve">[26:53] </w:t>
      </w:r>
      <w:r>
        <w:t>ab yeh dekhiye, bible ki jo riwayatein hain, us ko hum lein toh hazrat musa jab aaye hain toh us waqt yahan par bani israel bahut badi tadad mein ho chuke the,</w:t>
      </w:r>
    </w:p>
    <w:p>
      <w:pPr>
        <w:jc w:val="right"/>
      </w:pPr>
      <w:r>
        <w:t>اب یہ دیکھیے، بائبل کی جو روایتیں ہیں، اس کو ہم لیں تو حضرت موسیٰ جب آئے ہیں تو اس وقت یہاں پر بنی اسرائیل بہت بڑی تعداد میں ہو چکے تھے،</w:t>
      </w:r>
    </w:p>
    <w:p>
      <w:r>
        <w:rPr>
          <w:b/>
        </w:rPr>
        <w:t xml:space="preserve">[27:08] </w:t>
      </w:r>
      <w:r>
        <w:t>yani kuch logon ke nazdeek taqreeban 10 feesad thay wahan par.</w:t>
      </w:r>
    </w:p>
    <w:p>
      <w:pPr>
        <w:jc w:val="right"/>
      </w:pPr>
      <w:r>
        <w:t>یعنی کچھ لوگوں کے نزدیک تقریباً 10 فیصد تھے وہاں پر۔</w:t>
      </w:r>
    </w:p>
    <w:p>
      <w:r>
        <w:rPr>
          <w:b/>
        </w:rPr>
        <w:t xml:space="preserve">[27:13] </w:t>
      </w:r>
      <w:r>
        <w:t>is ka koi sahi adad maloom nahi hai, yani tareekhi tor par is ko qaim nahi kiya ja sakta, lekin beharhal Bani Israel kafi tadad mein thay wahan par.</w:t>
      </w:r>
    </w:p>
    <w:p>
      <w:pPr>
        <w:jc w:val="right"/>
      </w:pPr>
      <w:r>
        <w:t>اس کا کوئی صحیح عدد معلوم نہیں ہے، یعنی تاریخی طور پر اس کو قائم نہیں کیا جا سکتا، لیکن بہرحال بنی اسرائیل کافی تعداد میں تھے وہاں پر۔</w:t>
      </w:r>
    </w:p>
    <w:p>
      <w:r>
        <w:rPr>
          <w:b/>
        </w:rPr>
        <w:t xml:space="preserve">[27:24] </w:t>
      </w:r>
      <w:r>
        <w:t>to Hazrat Musa (AS) ke paas bhi do option tha,</w:t>
      </w:r>
    </w:p>
    <w:p>
      <w:pPr>
        <w:jc w:val="right"/>
      </w:pPr>
      <w:r>
        <w:t>تو حضرت موسیٰ علیہ السلام کے پاس بھی دو آپشن تھا،</w:t>
      </w:r>
    </w:p>
    <w:p>
      <w:r>
        <w:rPr>
          <w:b/>
        </w:rPr>
        <w:t xml:space="preserve">[27:28] </w:t>
      </w:r>
      <w:r>
        <w:t>ek yeh tha ke Bani Israel ko munazzam karen, aur woh jo khandan hukoomat kar rahi thi, Fir'on ki, us se takrao karen, aur wahi nazariya hai ke, yani woh jo kaha jata hai ke maray to jeey to ghazi, maray to shaheed,</w:t>
      </w:r>
    </w:p>
    <w:p>
      <w:pPr>
        <w:jc w:val="right"/>
      </w:pPr>
      <w:r>
        <w:t>ایک یہ تھا کہ بنی اسرائیل کو منظم کریں، اور وہ جو خاندان حکومت کر رہی تھی، فرعینہ کی، اس سے ٹکراؤ کریں، اور وہی نظریہ ہے کہ، یعنی وہ جو کہا جاتا ہے کہ مرے تو جیے تو غازی، مرے تو شہید،</w:t>
      </w:r>
    </w:p>
    <w:p>
      <w:r>
        <w:rPr>
          <w:b/>
        </w:rPr>
        <w:t xml:space="preserve">[27:50] </w:t>
      </w:r>
      <w:r>
        <w:t>yeh nazariya aaj kal chala hua hai ke lar jao un se, jeetay to ghazi hain, aur mar gaye to shaheed ban jayen gay. Hazrat Musa (AS) ne aisa nahi kiya, balkay unhon ne yeh program kiya ke un ko le kar ke wahan se wapas jayen, isi ilaqay mein jahan se woh aaye thay,</w:t>
      </w:r>
    </w:p>
    <w:p>
      <w:pPr>
        <w:jc w:val="right"/>
      </w:pPr>
      <w:r>
        <w:t>یہ نظریہ آج کل چلا ہوا ہے کہ لڑ جاؤ ان سے، جیتے تو غازی ہیں، اور مر گئے تو شہید بن جائیں گے۔ حضرت موسیٰ علیہ السلام نے ایسا نہیں کیا، بلکہ انہوں نے یہ پروگرام کیا کہ ان کو لے کر کے وہاں سے واپس جائیں، اسی علاقے میں جہاں سے وہ آئے تھے،</w:t>
      </w:r>
    </w:p>
    <w:p>
      <w:r>
        <w:rPr>
          <w:b/>
        </w:rPr>
        <w:t xml:space="preserve">[28:07] </w:t>
      </w:r>
      <w:r>
        <w:t>yani Falasteen ke ilaqay mein. Qadeem watan un ka Falasteen tha, jin ko hum kehtay hain Yahoodi, unhi ko Bani Israel kaha jata hai,</w:t>
      </w:r>
    </w:p>
    <w:p>
      <w:pPr>
        <w:jc w:val="right"/>
      </w:pPr>
      <w:r>
        <w:t>یعنی فلسطین کے علاقے میں۔ قدیم وطن ان کا فلسطین تھا، جن کو ہم کہتے ہیں یہودی، انہی کو بنی اسرائیل کہا جاتا ہے،</w:t>
      </w:r>
    </w:p>
    <w:p>
      <w:r>
        <w:rPr>
          <w:b/>
        </w:rPr>
        <w:t xml:space="preserve">[28:18] </w:t>
      </w:r>
      <w:r>
        <w:t>qadeem watan un ka woh tha. To ajeeb o ghareeb, yani jo unhon ne Islam ki siyasi tashreeh diya hai, ajeeb o ghareeb qism ki baatein</w:t>
      </w:r>
    </w:p>
    <w:p>
      <w:pPr>
        <w:jc w:val="right"/>
      </w:pPr>
      <w:r>
        <w:t>قدیم وطن ان کا وہ تھا۔ تو عجیب و غریب، یعنی جو انہوں نے اسلام کا سیاسی تشریح دیا ہے، عجیب و غریب قسم کی باتیں</w:t>
      </w:r>
    </w:p>
    <w:p>
      <w:r>
        <w:rPr>
          <w:b/>
        </w:rPr>
        <w:t xml:space="preserve">[28:29] </w:t>
      </w:r>
      <w:r>
        <w:t>kahi hain. Misal ke tor par Syed Qutb ki jo kitab hai, Fi Israel Quran, Fi Israel Quran, us mein aap parhiye, aur is tarah ki tafaseer hain jo siyasi tashreeh wali.</w:t>
      </w:r>
    </w:p>
    <w:p>
      <w:pPr>
        <w:jc w:val="right"/>
      </w:pPr>
      <w:r>
        <w:t>کہی ہیں۔ مثال کے طور پر سید قطب کی جو کتاب ہے، فی اسرائیل قرآن، فی اسرائیل قرآن، اس میں آپ پڑھیے، اور اس طرح کی تفسیریں ہیں جو سیاسی تشریح والی۔</w:t>
      </w:r>
    </w:p>
    <w:p>
      <w:r>
        <w:rPr>
          <w:b/>
        </w:rPr>
        <w:t xml:space="preserve">[28:42] </w:t>
      </w:r>
      <w:r>
        <w:t>to us mein kya bataya? Unhon ne ke Hazrat Musa (AS) jo thay, woh aik qoumi rehnuma thay, aur woh Fir'on ko hata kar ke wahan par hukoomat qaim karna chahtay thay.</w:t>
      </w:r>
    </w:p>
    <w:p>
      <w:pPr>
        <w:jc w:val="right"/>
      </w:pPr>
      <w:r>
        <w:t>تو اس میں کیا بتایا؟ انہوں نے کہ حضرت موسیٰ علیہ السلام جو تھے، وہ ایک قومی رہنما تھے، اور وہ فرعون کو ہٹا کر کے وہاں پر حکومت قائم کرنا چاہتے تھے۔</w:t>
      </w:r>
    </w:p>
    <w:p>
      <w:r>
        <w:rPr>
          <w:b/>
        </w:rPr>
        <w:t xml:space="preserve">[28:54] </w:t>
      </w:r>
      <w:r>
        <w:t>ab ghor kijiye ke agar aisa hota to Allah ki madad se kya hua ke Fir'on ko Allah ne doba diya samandar mein, doob ke gharaq ho gaya, aur sirf Fir'on nahi, us ka lashkar bhi doob gaya.</w:t>
      </w:r>
    </w:p>
    <w:p>
      <w:pPr>
        <w:jc w:val="right"/>
      </w:pPr>
      <w:r>
        <w:t>اب غور کیجئے کہ اگر ایسا ہوتا تو اللہ تعالیٰ کی مدد سے کیا ہوا کہ فرعون کو اللہ تعالیٰ نے ڈوبا دیا سمندر میں، ڈوب کے غرق ہو گیا، اور صرف فرعون نہیں، اس کا لشکر بھی ڈوب گیا۔</w:t>
      </w:r>
    </w:p>
    <w:p>
      <w:r>
        <w:rPr>
          <w:b/>
        </w:rPr>
        <w:t xml:space="preserve">[29:09] </w:t>
      </w:r>
      <w:r>
        <w:t>to Fir'on, yani badshah jo tha, woh aur us ka jo fouj thi, sab sab ki sab doob gayi, maidan khali tha. To Hazrat Musa jo thay, aa kar ke raj karte, Misr par raj karte,</w:t>
      </w:r>
    </w:p>
    <w:p>
      <w:pPr>
        <w:jc w:val="right"/>
      </w:pPr>
      <w:r>
        <w:t>تو فرعون، یعنی بادشاہ جو تھا، وہ اور اس کا جو فوج تھی، سب سب کی سب ڈوب گئی، میدان خالی تھا۔ تو حضرت موسیٰ جو تھے، آ کر کے راج کرتے، مصر پر راج کرتے،</w:t>
      </w:r>
    </w:p>
    <w:p>
      <w:r>
        <w:rPr>
          <w:b/>
        </w:rPr>
        <w:t xml:space="preserve">[29:24] </w:t>
      </w:r>
      <w:r>
        <w:t>lekin Hazrat Musa ne kya kiya? Chalay gaye reserve mein, Sinai ke reserve mein chalay gaye. To agar Hazrat Musa ka maqsad yeh hota ke Misr mein hukoomat qaim karen to sawal yeh hai ke kitnay ziyada ajeeb kaam kiya unhon ne ke Misr chhor kar ke chalay gaye jabkay maidan khali tha un ke liye.</w:t>
      </w:r>
    </w:p>
    <w:p>
      <w:pPr>
        <w:jc w:val="right"/>
      </w:pPr>
      <w:r>
        <w:t>لیکن حضرت موسیٰ نے کیا کیا؟ چلے گئے ریزرو میں، سینا کے ریزرو میں چلے گئے۔ تو اگر حضرت موسیٰ کا مقصد یہ ہوتا کہ مصر میں حکومت قائم کریں تو سوال یہ ہے کہ کتنے زیادہ عجیب کام کیا انہوں نے کہ مصر چھوڑ کے چلے گئے جبکہ میدان خالی تھا ان کے لیے۔</w:t>
      </w:r>
    </w:p>
    <w:p>
      <w:r>
        <w:rPr>
          <w:b/>
        </w:rPr>
        <w:t xml:space="preserve">[29:45] </w:t>
      </w:r>
      <w:r>
        <w:t>yeh bilkul is tarah ki tafaseer hain, be asal hain, yani be buniyad hain, is tarah ke, yani is ka koi koi na wajah hai, na koi logic hai, kuch bhi nahi, khali adab hai, adab.</w:t>
      </w:r>
    </w:p>
    <w:p>
      <w:pPr>
        <w:jc w:val="right"/>
      </w:pPr>
      <w:r>
        <w:t>یہ بالکل اس طرح کی تفسیریں ہیں، بے اصل ہیں، یعنی بے بنیاد ہیں، اس طرح کے، یعنی اس کا کوئی کوئی نہ وجہ ہے، نہ کوئی منطق ہے، کچھ بھی نہیں، خالی ادب ہے، ادب۔</w:t>
      </w:r>
    </w:p>
    <w:p>
      <w:r>
        <w:rPr>
          <w:b/>
        </w:rPr>
        <w:t xml:space="preserve">[30:00] </w:t>
      </w:r>
      <w:r>
        <w:t>to khair, ab yahan par hum, mein aap ko misal yeh de raha hoon ke Hazrat Musa (AS) ke liye bhi do option tha,</w:t>
      </w:r>
    </w:p>
    <w:p>
      <w:pPr>
        <w:jc w:val="right"/>
      </w:pPr>
      <w:r>
        <w:t>تو خیر، اب یہاں پر ہم، میں آپ کو مثال یہ دے رہا ہوں کہ حضرت موسیٰ علیہ السلام کے لیے بھی دو آپشن تھا،</w:t>
      </w:r>
    </w:p>
    <w:p>
      <w:r>
        <w:rPr>
          <w:b/>
        </w:rPr>
        <w:t xml:space="preserve">[30:11] </w:t>
      </w:r>
      <w:r>
        <w:t>ya to apni qom ko, yani Bani Israel ko munazzam karen aur takra dain us se, Fir'on se takra dain. Hazrat Musa (AS) jo hain, Fir'on se takra dain, ab Bani Israel ko, unhon ne aisa nahi kiya, balkay khud Misr hi ko chhor ke janay ka unhon ne plan banaya,</w:t>
      </w:r>
    </w:p>
    <w:p>
      <w:pPr>
        <w:jc w:val="right"/>
      </w:pPr>
      <w:r>
        <w:t>یا تو اپنی قوم کو، یعنی بنی اسرائیل کو منظم کریں اور ٹکرا دیں اس سے، فرعون سے ٹکرا دیں۔ حضرت موسیٰ علیہ السلام جو ہیں، فرعون سے ٹکرا دیں، اب بنی اسرائیل کو، انہوں نے ایسا نہیں کیا، بلکہ خود مصر ہی کو چھوڑ کے جانے کا انہوں نے پلان بنایا،</w:t>
      </w:r>
    </w:p>
    <w:p>
      <w:r>
        <w:rPr>
          <w:b/>
        </w:rPr>
        <w:t xml:space="preserve">[30:33] </w:t>
      </w:r>
      <w:r>
        <w:t>kyun ke takrao mein siwaye is ke ke bohat se log maray jatay hain, khoon kharaba hota hai, fasad hota hai, zulm hota hai, aur nateeja kuch na nikalta.</w:t>
      </w:r>
    </w:p>
    <w:p>
      <w:pPr>
        <w:jc w:val="right"/>
      </w:pPr>
      <w:r>
        <w:t>کیونکہ ٹکراؤ میں سوائے اس کے کہ بہت سے لوگ مارے جاتے ہیں، خون خرابہ ہوتا ہے، فساد ہوتا ہے، ظلم ہوتا ہے، اور نتیجہ کچھ نہ نکلتا۔</w:t>
      </w:r>
    </w:p>
    <w:p>
      <w:r>
        <w:rPr>
          <w:b/>
        </w:rPr>
        <w:t xml:space="preserve">[30:41] </w:t>
      </w:r>
      <w:r>
        <w:t>kyun ke dekhiye, poori tareekh batati hai, kabhi bhi takrao ki policy ne kabhi kaam nahi kiya hai, kabhi bhi nahi. Poori tareekh mein aik bhi misal nahi hai, aik bhi misal nahi hai ke takrao ki policy se kisi ko kuch mila ho.</w:t>
      </w:r>
    </w:p>
    <w:p>
      <w:pPr>
        <w:jc w:val="right"/>
      </w:pPr>
      <w:r>
        <w:t>کیونکہ دیکھیے، پوری تاریخ بتاتی ہے، کبھی بھی ٹکراؤ کی پالیسی نے کبھی کام نہیں کیا ہے، کبھی بھی نہیں۔ پوری تاریخ میں ایک بھی مثال نہیں ہے، ایک بھی مثال نہیں ہے کہ ٹکراؤ کی پالیسی سے کسی کو کچھ ملا ہو۔</w:t>
      </w:r>
    </w:p>
    <w:p>
      <w:r>
        <w:rPr>
          <w:b/>
        </w:rPr>
        <w:t xml:space="preserve">[30:59] </w:t>
      </w:r>
      <w:r>
        <w:t>jo bilkul taza tareen misal hai, woh America ka hai.</w:t>
      </w:r>
    </w:p>
    <w:p>
      <w:pPr>
        <w:jc w:val="right"/>
      </w:pPr>
      <w:r>
        <w:t>جو بالکل تازہ ترین مثال ہے، وہ امریکہ کا ہے۔</w:t>
      </w:r>
    </w:p>
    <w:p>
      <w:r>
        <w:rPr>
          <w:b/>
        </w:rPr>
        <w:t xml:space="preserve">[31:03] </w:t>
      </w:r>
      <w:r>
        <w:t>America ne dekhiye, Iraq mein do laraiyan lari, abhi tak khatam nahi hui, aur paanch trillion dollar kharch kiya us ne, paanch trillion dollar is jang mein kharch ho gaye, aur abhi tak kuch kuch bhi nahi hai, abhi tak koi, abhi tak, yani woh woh larai jari hai.</w:t>
      </w:r>
    </w:p>
    <w:p>
      <w:pPr>
        <w:jc w:val="right"/>
      </w:pPr>
      <w:r>
        <w:t>امریکہ نے دیکھیے، عراق میں دو لڑائیاں لڑیں، ابھی تک ختم نہیں ہوئی، اور پانچ ٹریلین ڈالر خرچ کیا اس نے، پانچ ٹریلین ڈالر اس جنگ میں خرچ ہو گئے، اور ابھی تک کچھ کچھ بھی نہیں ہے، ابھی تک کوئی، ابھی تک، یعنی وہ وہ لڑائی جاری ہے۔</w:t>
      </w:r>
    </w:p>
    <w:p>
      <w:r>
        <w:rPr>
          <w:b/>
        </w:rPr>
        <w:t xml:space="preserve">[31:25] </w:t>
      </w:r>
      <w:r>
        <w:t>ab America ki maeeshat jo hai, hil gayi, poori duniya ki maeeshat par asar pad gaya, sab. Mein ne abhi suna hai aik radio mein ke ke ke aik hazar bank America mein band ho chukay hain,</w:t>
      </w:r>
    </w:p>
    <w:p>
      <w:pPr>
        <w:jc w:val="right"/>
      </w:pPr>
      <w:r>
        <w:t>اب امریکہ کی معیشت جو ہے، ہل گئی، پوری دنیا کی معیشت پر اثر پڑ گیا، سب۔ میں نے ابھی سنا ہے ایک ریڈیو میں کہ کہ کہ ایک ہزار بینک امریکہ میں بند ہو چکے ہیں،</w:t>
      </w:r>
    </w:p>
    <w:p>
      <w:r>
        <w:rPr>
          <w:b/>
        </w:rPr>
        <w:t xml:space="preserve">[31:42] </w:t>
      </w:r>
      <w:r>
        <w:t>kyun ke maeeshat sab bilkul hil gayi. Yeh sab kyun hua? Isi larai ke baad hua. To aik larai hui thi Yunan mein, us ko kaha tha Pyrrhic victory, us ka naam hai Pyrrhic victory.</w:t>
      </w:r>
    </w:p>
    <w:p>
      <w:pPr>
        <w:jc w:val="right"/>
      </w:pPr>
      <w:r>
        <w:t>کیونکہ معیشت سب بالکل ہل گئی۔ یہ سب کیوں ہوا؟ اسی لڑائی کے بعد ہوا۔ تو ایک لڑائی ہوئی تھی یونان میں، اس کو کہا تھا پریک وکٹری، اس کا نام ہے پریک وکٹری۔</w:t>
      </w:r>
    </w:p>
    <w:p>
      <w:r>
        <w:rPr>
          <w:b/>
        </w:rPr>
        <w:t xml:space="preserve">[31:55] </w:t>
      </w:r>
      <w:r>
        <w:t>jo jeeta tha, woh bhi hara tha. Sparta aur Athens mein larai hui thi, to jeetnay wala bhi, jo haranay wala tha, woh to har gaya, jeetnay wala itna kamzor ho gaya, itna kamzor ho gaya</w:t>
      </w:r>
    </w:p>
    <w:p>
      <w:pPr>
        <w:jc w:val="right"/>
      </w:pPr>
      <w:r>
        <w:t>جو جیتا تھا، وہ بھی ہارا تھا۔ اسپارٹا اور ایتھنز میں لڑائی ہوئی تھی، تو جیتنے والا بھی، جو ہارنے والا تھا، وہ تو ہار گیا، جیتنے والا اتنا کمزور ہو گیا، اتنا کمزور ہو گیا</w:t>
      </w:r>
    </w:p>
    <w:p>
      <w:r>
        <w:rPr>
          <w:b/>
        </w:rPr>
        <w:t xml:space="preserve">[32:09] </w:t>
      </w:r>
      <w:r>
        <w:t>ke us ke paas kuch raha nahi. To woh kehtay hain Pyrrhic victory. To jin jang mein ya to haar hoti hai aur victory hoti hai, Pyrrhic victory hoti hai, woh kuch milta milata nahi.</w:t>
      </w:r>
    </w:p>
    <w:p>
      <w:pPr>
        <w:jc w:val="right"/>
      </w:pPr>
      <w:r>
        <w:t>کہ اس کے پاس کچھ رہا نہیں۔ تو وہ کہتے ہیں پریک وکٹری۔ تو جن جنگ میں یا تو ہار ہوتی ہے اور وکٹری ہوتی ہے، پریک وکٹری ہوتی ہے، وہ کچھ ملتا ملاتا نہیں۔</w:t>
      </w:r>
    </w:p>
    <w:p>
      <w:r>
        <w:rPr>
          <w:b/>
        </w:rPr>
        <w:t xml:space="preserve">[32:25] </w:t>
      </w:r>
      <w:r>
        <w:t>is liye Allah ne yeh banaya ke asal o khair, larai ko chhoro aur aman ke tareeqay ke zariye apna jo tumhara mission hai, us ko chalao.</w:t>
      </w:r>
    </w:p>
    <w:p>
      <w:pPr>
        <w:jc w:val="right"/>
      </w:pPr>
      <w:r>
        <w:t>اس لیے اللہ تعالیٰ نے یہ بنایا کہ اصل و خیر، لڑائی کو چھوڑو اور امن کے طریقے کے ذریعے اپنا جو تمہارا مشن ہے، اس کو چلاؤ۔</w:t>
      </w:r>
    </w:p>
    <w:p>
      <w:r>
        <w:rPr>
          <w:b/>
        </w:rPr>
        <w:t xml:space="preserve">[32:38] </w:t>
      </w:r>
      <w:r>
        <w:t>to Hazrat Musa (AS) ne takrao ko chhor kar ke woh chalay gaye Misr mein ta ke apnay logon ko tarbiyat karen, kyun ke dekhiye, paanch sau saal tak woh rahay thay Misr mein, rehtay rehtay un ka saqafat badal gaya tha,</w:t>
      </w:r>
    </w:p>
    <w:p>
      <w:pPr>
        <w:jc w:val="right"/>
      </w:pPr>
      <w:r>
        <w:t>تو حضرت موسیٰ علیہ السلام نے ٹکراؤ کو چھوڑ کر کے وہ چلے گئے مصر میں تاکہ اپنے لوگوں کو تربیت کریں، کیونکہ دیکھیے، پانچ سو سال تک وہ رہے تھے مصر میں، رہتے رہتے ان کا ثقافت بدل گیا تھا،</w:t>
      </w:r>
    </w:p>
    <w:p>
      <w:r>
        <w:rPr>
          <w:b/>
        </w:rPr>
        <w:t xml:space="preserve">[32:53] </w:t>
      </w:r>
      <w:r>
        <w:t>unh ki. wahan par woh log us ko poochte thay, yani shirk tha wahan par,</w:t>
      </w:r>
    </w:p>
    <w:p>
      <w:pPr>
        <w:jc w:val="right"/>
      </w:pPr>
      <w:r>
        <w:t>ان کی۔ وہاں پر وہ لوگ اس کو پوچھتے تھے، یعنی شرک تھا وہاں پر،</w:t>
      </w:r>
    </w:p>
    <w:p>
      <w:r>
        <w:rPr>
          <w:b/>
        </w:rPr>
        <w:t xml:space="preserve">[33:01] </w:t>
      </w:r>
      <w:r>
        <w:t>yani misr mein shirk, yani un ki aksariyat jo thi, woh woh shirk mein mubtala thi. to bani israel par bhi shirk ka asar ho gaya tha. to unhon ne wahan se nikala un ko ke misr mein la kar ke un ko tarbiyat dein,</w:t>
      </w:r>
    </w:p>
    <w:p>
      <w:pPr>
        <w:jc w:val="right"/>
      </w:pPr>
      <w:r>
        <w:t>یعنی مصر میں شرک، یعنی ان کی اکثریت جو تھی، وہ وہ شرک میں مبتلا تھی۔ تو بنی اسرائیل پر بھی شرک کا اثر ہو گیا تھا۔ تو انہوں نے وہاں سے نکالا ان کو کہ مصر میں لا کر کے ان کو تربیت دیں،</w:t>
      </w:r>
    </w:p>
    <w:p>
      <w:r>
        <w:rPr>
          <w:b/>
        </w:rPr>
        <w:t xml:space="preserve">[33:16] </w:t>
      </w:r>
      <w:r>
        <w:t>un ki de conditioning karein, aur un ko phir se, yani un ke phir se un ko is rastay par layein jo peghambaron ka rasta hai.</w:t>
      </w:r>
    </w:p>
    <w:p>
      <w:pPr>
        <w:jc w:val="right"/>
      </w:pPr>
      <w:r>
        <w:t>ان کی ڈی کنڈیشننگ کریں، اور ان کو پھر سے، یعنی ان کے پھر سے ان کو اس راستے پر لائیں جو پیغمبروں کا راستہ ہے۔</w:t>
      </w:r>
    </w:p>
    <w:p>
      <w:r>
        <w:rPr>
          <w:b/>
        </w:rPr>
        <w:t xml:space="preserve">[33:30] </w:t>
      </w:r>
      <w:r>
        <w:t>to hazrat musa alaihi assalam ka misaal bhi yeh batati hai ke takrao ko chhod kar ke woh karna jo sulah ka tareeqa hai, musalehat ka tareeqa hai,</w:t>
      </w:r>
    </w:p>
    <w:p>
      <w:pPr>
        <w:jc w:val="right"/>
      </w:pPr>
      <w:r>
        <w:t>تو حضرت موسیٰ علیہ السلام کا مثال بھی یہ بتاتی ہے کہ ٹکراؤ کو چھوڑ کر کے وہ کرنا جو صلح کا طریقہ ہے، مصالحت کا طریقہ ہے،</w:t>
      </w:r>
    </w:p>
    <w:p>
      <w:r>
        <w:rPr>
          <w:b/>
        </w:rPr>
        <w:t xml:space="preserve">[33:48] </w:t>
      </w:r>
      <w:r>
        <w:t>is tarah dekhiye, hazrat eisa ko lijiye, eisa bhi ek yahoodi khandan mein paida hue,</w:t>
      </w:r>
    </w:p>
    <w:p>
      <w:pPr>
        <w:jc w:val="right"/>
      </w:pPr>
      <w:r>
        <w:t>اس طرح دیکھیے، حضرت عیسیٰ کو لیجیے، عیسیٰ بھی ایک یہودی خاندان میں پیدا ہوئے،</w:t>
      </w:r>
    </w:p>
    <w:p>
      <w:r>
        <w:rPr>
          <w:b/>
        </w:rPr>
        <w:t xml:space="preserve">[33:58] </w:t>
      </w:r>
      <w:r>
        <w:t>hazrat musa, hazrat eisa alaihi assalam jis zamane mein aaye hain falasteen mein, us waqt falasteen mein romiyon ka hukmarani thi, yani ek saltanat aap jante hain jis saltanat ka rajdhani rom hua karti thi, to isi se romi kaha jatay hain woh log,</w:t>
      </w:r>
    </w:p>
    <w:p>
      <w:pPr>
        <w:jc w:val="right"/>
      </w:pPr>
      <w:r>
        <w:t>حضرت موسیٰ، حضرت عیسیٰ علیہ السلام جس زمانے میں آئے ہیں فلسطین میں، اس وقت فلسطین میں رومیوں کا حکمرانی تھی، یعنی ایک سلطنت آپ جانتے ہیں جس سلطنت کا راجಧಾನی روم ہوا کرتی تھی، تو اسی سے رومی کہا جاتے ہیں وہ لوگ،</w:t>
      </w:r>
    </w:p>
    <w:p>
      <w:r>
        <w:rPr>
          <w:b/>
        </w:rPr>
        <w:t xml:space="preserve">[34:17] </w:t>
      </w:r>
      <w:r>
        <w:t>yani rom jis ko hum kehte hain roman saltanat, roman saltanat kya hai? rom based saltanat. to un ka bohat bara ilaaqa tha un ka,</w:t>
      </w:r>
    </w:p>
    <w:p>
      <w:pPr>
        <w:jc w:val="right"/>
      </w:pPr>
      <w:r>
        <w:t>یعنی روم جس کو ہم کہتے ہیں رومن سلطنت، رومن سلطنت کیا ہے؟ روم بیسڈ سلطنت۔ تو ان کا بہت بڑا علاقہ تھا ان کا،</w:t>
      </w:r>
    </w:p>
    <w:p>
      <w:r>
        <w:rPr>
          <w:b/>
        </w:rPr>
        <w:t xml:space="preserve">[34:29] </w:t>
      </w:r>
      <w:r>
        <w:t>to shamil falasteen, sham waghera sab, to un ka wahan par woh hua karta tha governor, roman saltanat governor hota tha, uska naam tha pilot, p i l a t e,</w:t>
      </w:r>
    </w:p>
    <w:p>
      <w:pPr>
        <w:jc w:val="right"/>
      </w:pPr>
      <w:r>
        <w:t>تو شامل فلسطین، شام وغیرہ سب، تو ان کا وہاں پر وہ ہوا کرتا تھا گورنر، رومن سلطنت گورنر ہوتا تھا، اس کا نام تھا پائلٹ، پی آئی ایل اے ٹی ای،</w:t>
      </w:r>
    </w:p>
    <w:p>
      <w:r>
        <w:rPr>
          <w:b/>
        </w:rPr>
        <w:t xml:space="preserve">[34:47] </w:t>
      </w:r>
      <w:r>
        <w:t>arabi kitabon mein is ka naam aata hai pilatus, is governor ka naam.</w:t>
      </w:r>
    </w:p>
    <w:p>
      <w:pPr>
        <w:jc w:val="right"/>
      </w:pPr>
      <w:r>
        <w:t>عربی کتابوں میں اس کا نام آتا ہے پیلاتس، اس گورنر کا نام۔</w:t>
      </w:r>
    </w:p>
    <w:p>
      <w:r>
        <w:rPr>
          <w:b/>
        </w:rPr>
        <w:t xml:space="preserve">[34:54] </w:t>
      </w:r>
      <w:r>
        <w:t>to yeh romi saltanat ke andar mein woh tha, woh governor, aur wahan par falasteen mein hukmarani kar raha tha woh.</w:t>
      </w:r>
    </w:p>
    <w:p>
      <w:pPr>
        <w:jc w:val="right"/>
      </w:pPr>
      <w:r>
        <w:t>تو یہ رومی سلطنت کے اندر میں وہ تھا، وہ گورنر، اور وہاں پر فلسطین میں حکمرانی کر رہا تھا وہ۔</w:t>
      </w:r>
    </w:p>
    <w:p>
      <w:r>
        <w:rPr>
          <w:b/>
        </w:rPr>
        <w:t xml:space="preserve">[35:06] </w:t>
      </w:r>
      <w:r>
        <w:t>to ab yahan bhi hazrat masih ke liye do tareeqa tha ke takrao karein, woh romi mushrik tha, woh bhi mushrik tha,</w:t>
      </w:r>
    </w:p>
    <w:p>
      <w:pPr>
        <w:jc w:val="right"/>
      </w:pPr>
      <w:r>
        <w:t>تو اب یہاں بھی حضرت مسیح کے لیے دو طریقہ تھا کہ ٹکراؤ کریں، وہ رومی مشرک تھا، وہ بھی مشرک تھا،</w:t>
      </w:r>
    </w:p>
    <w:p>
      <w:r>
        <w:rPr>
          <w:b/>
        </w:rPr>
        <w:t xml:space="preserve">[35:16] </w:t>
      </w:r>
      <w:r>
        <w:t>to takrao karein, lekin dekhiye kitna zabardast formula diya hazrat masih alaihi assalam ne,</w:t>
      </w:r>
    </w:p>
    <w:p>
      <w:pPr>
        <w:jc w:val="right"/>
      </w:pPr>
      <w:r>
        <w:t>تو ٹکراؤ کریں، لیکن دیکھیے کتنا زبردست فارمولا دیا حضرت مسیح علیہ السلام نے،</w:t>
      </w:r>
    </w:p>
    <w:p>
      <w:r>
        <w:rPr>
          <w:b/>
        </w:rPr>
        <w:t xml:space="preserve">[35:23] </w:t>
      </w:r>
      <w:r>
        <w:t>bilkul shahkar tha yeh formula, aaj bhi yeh qabil e qabool hai yeh.</w:t>
      </w:r>
    </w:p>
    <w:p>
      <w:pPr>
        <w:jc w:val="right"/>
      </w:pPr>
      <w:r>
        <w:t>بالکل شاہکار تھا یہ فارمولا، آج بھی یہ قابل قبول ہے یہ۔</w:t>
      </w:r>
    </w:p>
    <w:p>
      <w:r>
        <w:rPr>
          <w:b/>
        </w:rPr>
        <w:t xml:space="preserve">[35:31] </w:t>
      </w:r>
      <w:r>
        <w:t>to jab un ke logon ne poocha un se ke hum kya karein? yahan par romi hakoomat kar rahe hain, romi hukmarani kar rahe hain, woh woh ahl e batil hain,</w:t>
      </w:r>
    </w:p>
    <w:p>
      <w:pPr>
        <w:jc w:val="right"/>
      </w:pPr>
      <w:r>
        <w:t>تو جب ان کے لوگوں نے پوچھا ان سے کہ ہم کیا کریں؟ یہاں پر رومی حکومت کر رہے ہیں، رومی حکمرانی کر رہے ہیں، وہ وہ اہل باطل ہیں،</w:t>
      </w:r>
    </w:p>
    <w:p>
      <w:r>
        <w:rPr>
          <w:b/>
        </w:rPr>
        <w:t xml:space="preserve">[35:45] </w:t>
      </w:r>
      <w:r>
        <w:t>aap khuda ki baatein karte hain.</w:t>
      </w:r>
    </w:p>
    <w:p>
      <w:pPr>
        <w:jc w:val="right"/>
      </w:pPr>
      <w:r>
        <w:t>آپ خدا کی باتیں کرتے ہیں۔</w:t>
      </w:r>
    </w:p>
    <w:p>
      <w:r>
        <w:rPr>
          <w:b/>
        </w:rPr>
        <w:t xml:space="preserve">[35:50] </w:t>
      </w:r>
      <w:r>
        <w:t>to unhon ne formula kya diya jo bible mein likha hua hai, bible mein parh sakte hain aap, woh formula yeh hai: "give to king, what is due to king, and give to god, what is due to god,</w:t>
      </w:r>
    </w:p>
    <w:p>
      <w:pPr>
        <w:jc w:val="right"/>
      </w:pPr>
      <w:r>
        <w:t>تو انہوں نے فارمولا کیا دیا جو بائبل میں لکھا ہوا ہے، بائبل میں پڑھ سکتے ہیں آپ، وہ فارمولا یہ ہے: "گیو ٹو کنگ، واٹ از ڈیو ٹو کنگ، اینڈ گیو ٹو گاڈ، واٹ از ڈیو ٹو گاڈ،</w:t>
      </w:r>
    </w:p>
    <w:p>
      <w:r>
        <w:rPr>
          <w:b/>
        </w:rPr>
        <w:t xml:space="preserve">[36:05] </w:t>
      </w:r>
      <w:r>
        <w:t>give to king, what is due to king, and give to god, what is due to god."</w:t>
      </w:r>
    </w:p>
    <w:p>
      <w:pPr>
        <w:jc w:val="right"/>
      </w:pPr>
      <w:r>
        <w:t>گیو ٹو کنگ، واٹ از ڈیو ٹو کنگ، اینڈ گیو ٹو گاڈ، واٹ از ڈیو ٹو گاڈ۔"</w:t>
      </w:r>
    </w:p>
    <w:p>
      <w:r>
        <w:rPr>
          <w:b/>
        </w:rPr>
        <w:t xml:space="preserve">[36:13] </w:t>
      </w:r>
      <w:r>
        <w:t>yani jo jo hukoomat kaha ke woh hukoomat ko do, aur jo khuda kaha ke woh khuda ko do, is ka matlab kya hua?</w:t>
      </w:r>
    </w:p>
    <w:p>
      <w:pPr>
        <w:jc w:val="right"/>
      </w:pPr>
      <w:r>
        <w:t>یعنی جو جو حکومت کہا کہ وہ حکومت کو دو، اور جو خدا کہا کہ وہ خدا کو دو، اس کا مطلب کیا ہوا؟</w:t>
      </w:r>
    </w:p>
    <w:p>
      <w:r>
        <w:rPr>
          <w:b/>
        </w:rPr>
        <w:t xml:space="preserve">[36:24] </w:t>
      </w:r>
      <w:r>
        <w:t>siyasi takrao, siyasi takrao, aur ek</w:t>
      </w:r>
    </w:p>
    <w:p>
      <w:pPr>
        <w:jc w:val="right"/>
      </w:pPr>
      <w:r>
        <w:t>سیاسی ٹکراؤ، سیاسی ٹکراؤ، اور ایک</w:t>
      </w:r>
    </w:p>
    <w:p>
      <w:r>
        <w:rPr>
          <w:b/>
        </w:rPr>
        <w:t xml:space="preserve">[36:34] </w:t>
      </w:r>
      <w:r>
        <w:t>hai field, ek hai maidan politics ka, siyasi hukmarani ka, hukoomat ka, is mein is mein mat jao takrao karne ke liye.</w:t>
      </w:r>
    </w:p>
    <w:p>
      <w:pPr>
        <w:jc w:val="right"/>
      </w:pPr>
      <w:r>
        <w:t>ہے فیلڈ، ایک ہے میدان پولیٹکس کا، سیاسی حکمرانی کا، حکومت کا، اس میں اس میں مت جاؤ ٹکراؤ کرنے کے لیے۔</w:t>
      </w:r>
    </w:p>
    <w:p>
      <w:r>
        <w:rPr>
          <w:b/>
        </w:rPr>
        <w:t xml:space="preserve">[36:46] </w:t>
      </w:r>
      <w:r>
        <w:t>baqi maidan jo khula hua hai, kyun ke unhon ne khud dawat ka kaam kiya, dawat ka kaam par koi rok nahi thi,</w:t>
      </w:r>
    </w:p>
    <w:p>
      <w:pPr>
        <w:jc w:val="right"/>
      </w:pPr>
      <w:r>
        <w:t>باقی میدان جو کھلا ہوا ہے، کیونکہ انہوں نے خود دعوتی کام کیا، دعوتی کام پر کوئی روک نہیں تھی،</w:t>
      </w:r>
    </w:p>
    <w:p>
      <w:r>
        <w:rPr>
          <w:b/>
        </w:rPr>
        <w:t xml:space="preserve">[36:54] </w:t>
      </w:r>
      <w:r>
        <w:t>un ke sathiyon ne kiya dawat ka kaam, aur aaj eisaai duniya mein isi mazhab ke hawale mein, yani muqable mein sab se zyada hai, isi policy ki wajah se.</w:t>
      </w:r>
    </w:p>
    <w:p>
      <w:pPr>
        <w:jc w:val="right"/>
      </w:pPr>
      <w:r>
        <w:t>ان کے ساتھیوں نے کیا دعوتی کام، اور آج عیسائی دنیا میں اسی مذہب کے حوالے میں، یعنی مقابلے میں سب سے زیادہ ہے، اسی پالیسی کی وجہ سے۔</w:t>
      </w:r>
    </w:p>
    <w:p>
      <w:r>
        <w:rPr>
          <w:b/>
        </w:rPr>
        <w:t xml:space="preserve">[37:07] </w:t>
      </w:r>
      <w:r>
        <w:t>hazrat eisa alaihi assalam ne ek ek rujhan set kiya, ek rujhan, yeh bohat bara karkhana hai hazrat eisa alaihi assalam ka hai ke unhon ne ek rujhan set kiya ke hukoomat se takrao na karte hue tum doosra kaam karo.</w:t>
      </w:r>
    </w:p>
    <w:p>
      <w:pPr>
        <w:jc w:val="right"/>
      </w:pPr>
      <w:r>
        <w:t>حضرت عیسیٰ علیہ السلام نے ایک ایک رجحان سیٹ کیا، ایک رجحان، یہ بہت بڑا کارنامہ ہے حضرت عیسیٰ علیہ السلام کا ہے کہ انہوں نے ایک رجحان سیٹ کیا کہ حکومت سے ٹکراؤ نہ کرتے ہوئے تم دوسرا کام کرو۔</w:t>
      </w:r>
    </w:p>
    <w:p>
      <w:r>
        <w:rPr>
          <w:b/>
        </w:rPr>
        <w:t xml:space="preserve">[37:21] </w:t>
      </w:r>
      <w:r>
        <w:t>to aaj aap dekhiye eisaai log kya karte hain?</w:t>
      </w:r>
    </w:p>
    <w:p>
      <w:pPr>
        <w:jc w:val="right"/>
      </w:pPr>
      <w:r>
        <w:t>تو آج آپ دیکھیے عیسائی لوگ کیا کرتے ہیں؟</w:t>
      </w:r>
    </w:p>
    <w:p>
      <w:r>
        <w:rPr>
          <w:b/>
        </w:rPr>
        <w:t xml:space="preserve">[37:24] </w:t>
      </w:r>
      <w:r>
        <w:t>woh mission chalate hain, dawat ka kaam karte hain, taleem ka kaam karte hain, aur hospital kholte hain, social work karte hain, takrao ko chhod kar ke sare doosre kaam karte hain, woh yani siyasi takrao ko chhod kar ke.</w:t>
      </w:r>
    </w:p>
    <w:p>
      <w:pPr>
        <w:jc w:val="right"/>
      </w:pPr>
      <w:r>
        <w:t>وہ مشن چلاتے ہیں، دعوتی کام کرتے ہیں، تعلیم کا کام کرتے ہیں، اور ہسپتال کھولتے ہیں، سوشل ورک کرتے ہیں، ٹکراؤ کو چھوڑ کر کے سارے دوسرے کام کرتے ہیں، وہ یعنی سیاسی ٹکراؤ کو چھوڑ کر کے۔</w:t>
      </w:r>
    </w:p>
    <w:p>
      <w:r>
        <w:rPr>
          <w:b/>
        </w:rPr>
        <w:t xml:space="preserve">[37:43] </w:t>
      </w:r>
      <w:r>
        <w:t>to Hazrat Isa alaihi assalam ne yeh rujhan set kiya tha ke "Givo to king, what is due to king, and givo to God, what is due to God." Kya umda formula hai yeh?</w:t>
      </w:r>
    </w:p>
    <w:p>
      <w:pPr>
        <w:jc w:val="right"/>
      </w:pPr>
      <w:r>
        <w:t>تو حضرت عیسیٰ علیہ السلام نے یہ رجحان سیٹ کیا تھا کہ "گیو ٹو کنگ، واٹ از ڈیو ٹو کنگ، اینڈ گیو ٹو گاڈ، واٹ از ڈیو ٹو گاڈ۔" کیا عمدہ فارمولا ہے یہ؟</w:t>
      </w:r>
    </w:p>
    <w:p>
      <w:r>
        <w:rPr>
          <w:b/>
        </w:rPr>
        <w:t xml:space="preserve">[37:57] </w:t>
      </w:r>
      <w:r>
        <w:t>Yeh hai wahi isi formula ka itlaq tha, asal o khair ka formula, ya asal o khair ka jo formula hai ke masalhati approach ko pakro aur takrao wale approach ko choro.</w:t>
      </w:r>
    </w:p>
    <w:p>
      <w:pPr>
        <w:jc w:val="right"/>
      </w:pPr>
      <w:r>
        <w:t>یہ ہے وہی اسی فارمولے کا اطلاق تھا، اصل و خیر کا فارمولا، یا اصل و خیر کا جو فارمولا ہے کہ مصالحتی اپروچ کو پکڑو اور ٹکراؤ والے اپروچ کو چھوڑو۔</w:t>
      </w:r>
    </w:p>
    <w:p>
      <w:r>
        <w:rPr>
          <w:b/>
        </w:rPr>
        <w:t xml:space="preserve">[38:15] </w:t>
      </w:r>
      <w:r>
        <w:t>To iski bohat achi misaal di hai Hazrat Isa alaihi assalam ne, aur is misaal woh poori riwayat ban gayi, poori Isai community jo hai isi par aa gayi.</w:t>
      </w:r>
    </w:p>
    <w:p>
      <w:pPr>
        <w:jc w:val="right"/>
      </w:pPr>
      <w:r>
        <w:t>تو اس کی بہت اچھی مثال دی ہے حضرت عیسیٰ علیہ السلام نے، اور اس مثال وہ پوری روایت بن گئی، پوری عیسائی کمیونٹی جو ہے اسی پر آ گئی۔</w:t>
      </w:r>
    </w:p>
    <w:p>
      <w:r>
        <w:rPr>
          <w:b/>
        </w:rPr>
        <w:t xml:space="preserve">[38:26] </w:t>
      </w:r>
      <w:r>
        <w:t>Ek rujhan set kiya tha unhon ne, to aur wahi wahi wahi wahi rujhan chalta raha, aaj tak chal raha hai, aur sab se zyada kamyab hain Isai.</w:t>
      </w:r>
    </w:p>
    <w:p>
      <w:pPr>
        <w:jc w:val="right"/>
      </w:pPr>
      <w:r>
        <w:t>ایک رجحان سیٹ کیا تھا انہوں نے، تو اور وہی وہی وہی وہی رجحان چلتا رہا، آج تک چل رہا ہے، اور سب سے زیادہ کامیاب ہیں عیسائی۔</w:t>
      </w:r>
    </w:p>
    <w:p>
      <w:r>
        <w:rPr>
          <w:b/>
        </w:rPr>
        <w:t xml:space="preserve">[38:40] </w:t>
      </w:r>
      <w:r>
        <w:t>Iska saboot yeh hai ke sab se zyada ginti mein sab se zyada wohi hain, aur hadith mein aata hai, hadith mein aata hai baqayda Muslim ki riwayat hai ke aakhri zamanay mein ginti ke aitbar se, muqable mein sab se zyada Isai ho jayenge, yani پیروکار Masih ke ho jayenge.</w:t>
      </w:r>
    </w:p>
    <w:p>
      <w:pPr>
        <w:jc w:val="right"/>
      </w:pPr>
      <w:r>
        <w:t>اس کا ثبوت یہ ہے کہ سب سے زیادہ گنتی میں سب سے زیادہ وہی ہیں، اور حدیث میں آتا ہے، حدیث میں آتا ہے باقاعدہ مسلم کی روایت ہے کہ آخری زمانے میں گنتی کے اعتبار سے، مقابلے میں سب سے زیادہ عیسائی ہو جائیں گے، یعنی پیروکار مسیح کے ہو جائیں گے۔</w:t>
      </w:r>
    </w:p>
    <w:p>
      <w:r>
        <w:rPr>
          <w:b/>
        </w:rPr>
        <w:t xml:space="preserve">[39:02] </w:t>
      </w:r>
      <w:r>
        <w:t>Yeh kis kis, yani iska formula, yeh kamyabi unko kyun mili? Isi formula ko pakarne ki wajah se ke siyasi takrao ko avoid karo, aur mawaqe ko hasil karo.</w:t>
      </w:r>
    </w:p>
    <w:p>
      <w:pPr>
        <w:jc w:val="right"/>
      </w:pPr>
      <w:r>
        <w:t>یہ کس کس، یعنی اس کا فارمولا، یہ کامیابی ان کو کیوں ملی؟ اسی فارمولے کو پکڑنے کی وجہ سے کہ سیاسی ٹکراؤ کو اوائڈ کرو، اور مواقع کو حاصل کرو۔</w:t>
      </w:r>
    </w:p>
    <w:p>
      <w:r>
        <w:rPr>
          <w:b/>
        </w:rPr>
        <w:t xml:space="preserve">[39:18] </w:t>
      </w:r>
      <w:r>
        <w:t>Kitna zabardast yeh tareekh hai, jitna iske ulti jo tareekh hai. Takrao karne walon ki, jang karne walon ki, unhon ne kuch bhi hasil nahi kiya.</w:t>
      </w:r>
    </w:p>
    <w:p>
      <w:pPr>
        <w:jc w:val="right"/>
      </w:pPr>
      <w:r>
        <w:t>کتنا زبردست یہ تاریخ ہے، جتنا اس کے الٹی جو تاریخ ہے۔ ٹکراؤ کرنے والوں کی، جنگ کرنے والوں کی، انہوں نے کچھ بھی حاصل نہیں کیا۔</w:t>
      </w:r>
    </w:p>
    <w:p>
      <w:r>
        <w:rPr>
          <w:b/>
        </w:rPr>
        <w:t xml:space="preserve">[39:31] </w:t>
      </w:r>
      <w:r>
        <w:t>Pehli عالمی jang mein kuch hasil nahi hua, doosri عالمی jang mein kuch hasil nahi hua, is zamanay mein Gulf War mein kuch hasil nahi kiya kisi ne. Sab truck victory hai, truck victory.</w:t>
      </w:r>
    </w:p>
    <w:p>
      <w:pPr>
        <w:jc w:val="right"/>
      </w:pPr>
      <w:r>
        <w:t>پہلی عالمی جنگ میں کچھ حاصل نہیں ہوا، دوسری عالمی جنگ میں کچھ حاصل نہیں ہوا، اس زمانے میں گلف وار میں کچھ حاصل نہیں کیا کسی نے۔ سب ٹرک وکٹری ہے، ٹرک وکٹری۔</w:t>
      </w:r>
    </w:p>
    <w:p>
      <w:r>
        <w:rPr>
          <w:b/>
        </w:rPr>
        <w:t xml:space="preserve">[39:44] </w:t>
      </w:r>
      <w:r>
        <w:t>Jo jeeta, uski jeet truck victory hai, jo hara, woh to haar gaya. Ab dekhiye, bagh Barsan sallallahu alaihi wasallam par aaiye, Rasool Allah sallallahu alaihi wasallam, aap jante hain ke aap ka jo mission hai,</w:t>
      </w:r>
    </w:p>
    <w:p>
      <w:pPr>
        <w:jc w:val="right"/>
      </w:pPr>
      <w:r>
        <w:t>جو جیتا، اس کی جیت ٹرک وکٹری ہے، جو ہارا، وہ تو ہار گیا۔ اب دیکھیے، باغ برسان صلی اللہ علیہ وسلم پر آئیے، رسول اللہ صلی اللہ علیہ وسلم، آپ جانتے ہیں کہ آپ کا جو مشن ہے،</w:t>
      </w:r>
    </w:p>
    <w:p>
      <w:r>
        <w:rPr>
          <w:b/>
        </w:rPr>
        <w:t xml:space="preserve">[40:00] </w:t>
      </w:r>
      <w:r>
        <w:t>woh aap ne Makah mein shuru kiya 610 Esvi mein,</w:t>
      </w:r>
    </w:p>
    <w:p>
      <w:pPr>
        <w:jc w:val="right"/>
      </w:pPr>
      <w:r>
        <w:t>وہ آپ نے مکہ میں شروع کیا 610 عیسوی میں،</w:t>
      </w:r>
    </w:p>
    <w:p>
      <w:r>
        <w:rPr>
          <w:b/>
        </w:rPr>
        <w:t xml:space="preserve">[40:07] </w:t>
      </w:r>
      <w:r>
        <w:t>610 Esvi mein. Yani agar Habil Qabil ki kahani ko Bible ki riwayat se mana jaye to woh das hazar saal pehle ki kahani hai.</w:t>
      </w:r>
    </w:p>
    <w:p>
      <w:pPr>
        <w:jc w:val="right"/>
      </w:pPr>
      <w:r>
        <w:t>610 عیسوی میں۔ یعنی اگر ہابیل قابیل کی کہانی کو بائبل کی روایت سے مانا جائے تو وہ دس ہزار سال پہلے کی کہانی ہے۔</w:t>
      </w:r>
    </w:p>
    <w:p>
      <w:r>
        <w:rPr>
          <w:b/>
        </w:rPr>
        <w:t xml:space="preserve">[40:18] </w:t>
      </w:r>
      <w:r>
        <w:t>Iske baad Hazrat Hazrat Ibrahim ki kahani jo hai, woh char hazar saal pehle ki kahani hai.</w:t>
      </w:r>
    </w:p>
    <w:p>
      <w:pPr>
        <w:jc w:val="right"/>
      </w:pPr>
      <w:r>
        <w:t>اس کے بعد حضرت حضرت ابراہیم کی کہانی جو ہے، وہ چار ہزار سال پہلے کی کہانی ہے۔</w:t>
      </w:r>
    </w:p>
    <w:p>
      <w:r>
        <w:rPr>
          <w:b/>
        </w:rPr>
        <w:t xml:space="preserve">[40:26] </w:t>
      </w:r>
      <w:r>
        <w:t>Iske baad jo hai Hazrat Musa ki kahani hai, woh woh woh hai teen hazar saal pehle ki kahani.</w:t>
      </w:r>
    </w:p>
    <w:p>
      <w:pPr>
        <w:jc w:val="right"/>
      </w:pPr>
      <w:r>
        <w:t>اس کے بعد جو ہے حضرت موسیٰ کی کہانی ہے، وہ وہ وہ ہے تین ہزار سال پہلے کی کہانی۔</w:t>
      </w:r>
    </w:p>
    <w:p>
      <w:r>
        <w:rPr>
          <w:b/>
        </w:rPr>
        <w:t xml:space="preserve">[40:37] </w:t>
      </w:r>
      <w:r>
        <w:t>Hazrat Masih ki jo kahani hai, woh do hazar saal pehle ki kahani hai. Ab jo hai Rasool Allah sallallahu alaihi wasallam ka jo ek ek choda hazar saal pehle ki kahani hai, yeh to pehli sahe mahai saatvi sadi mein aap ne apna mission chalaya Makah mein.</w:t>
      </w:r>
    </w:p>
    <w:p>
      <w:pPr>
        <w:jc w:val="right"/>
      </w:pPr>
      <w:r>
        <w:t>حضرت مسیح کی جو کہانی ہے، وہ دو ہزار سال پہلے کی کہانی ہے۔ اب جو ہے رسول اللہ صلی اللہ علیہ وسلم کا جو ایک ایک چودہ سو سال پہلے کی کہانی ہے، یہ تو پہلی سہ ماہی ساتویں صدی میں آپ نے اپنا مشن چلایا مکہ میں۔</w:t>
      </w:r>
    </w:p>
    <w:p>
      <w:r>
        <w:rPr>
          <w:b/>
        </w:rPr>
        <w:t xml:space="preserve">[40:59] </w:t>
      </w:r>
      <w:r>
        <w:t>Ab dekhiye, poora poora poora aap ka mission jo hai, aap dekhen to har har marhale mein aap ne asal o khair ki policy ikhtiyar ki, asal o khair,</w:t>
      </w:r>
    </w:p>
    <w:p>
      <w:pPr>
        <w:jc w:val="right"/>
      </w:pPr>
      <w:r>
        <w:t>اب دیکھیے، پورا پورا پورا آپ کا مشن جو ہے، آپ دیکھیں تو ہر ہر مرحلے میں آپ نے اصل و خیر کی پالیسی اختیار کی، اصل و خیر،</w:t>
      </w:r>
    </w:p>
    <w:p>
      <w:r>
        <w:rPr>
          <w:b/>
        </w:rPr>
        <w:t xml:space="preserve">[41:13] </w:t>
      </w:r>
      <w:r>
        <w:t>yani masalhati approach is the best approach. Isi ko Hazrat Aisha Razi Allah anha ne jo aap ki ahliya theen, to aap ki jo general policy thi, to aap mushahida karti theen, aap mushahida karti theen,</w:t>
      </w:r>
    </w:p>
    <w:p>
      <w:pPr>
        <w:jc w:val="right"/>
      </w:pPr>
      <w:r>
        <w:t>یعنی مصالحتی اپروچ از دا بیسٹ اپروچ۔ اسی کو حضرت عائشہ رضی اللہ عنہ نے جو آپ کی اہلیہ تھیں، تو آپ کی جو جنرل پالیسی تھی، تو آپ مشاہدہ کرتی تھیں، آپ مشاہدہ کرتی تھیں،</w:t>
      </w:r>
    </w:p>
    <w:p>
      <w:r>
        <w:rPr>
          <w:b/>
        </w:rPr>
        <w:t xml:space="preserve">[41:28] </w:t>
      </w:r>
      <w:r>
        <w:t>subah sham woh mushahida karti theen Rasool Allah kya karte hain, kis tarah manage karte hain ab mamlat ko, kis tarah se yani apna mission chalate hain.</w:t>
      </w:r>
    </w:p>
    <w:p>
      <w:pPr>
        <w:jc w:val="right"/>
      </w:pPr>
      <w:r>
        <w:t>صبح شام وہ مشاہدہ کرتی تھیں رسول اللہ کیا کرتے ہیں، کس طرح مینج کرتے ہیں اب معاملات کو، کس طرح سے یعنی اپنا مشن چلاتے ہیں۔</w:t>
      </w:r>
    </w:p>
    <w:p>
      <w:r>
        <w:rPr>
          <w:b/>
        </w:rPr>
        <w:t xml:space="preserve">[41:41] </w:t>
      </w:r>
      <w:r>
        <w:t>To mushahida karte karte karte unhon ne ek yeh bataya poori ummat ko ke kya ke Rasool Allah ki policy, general policy kya thi?</w:t>
      </w:r>
    </w:p>
    <w:p>
      <w:pPr>
        <w:jc w:val="right"/>
      </w:pPr>
      <w:r>
        <w:t>تو مشاہدہ کرتے کرتے کرتے انہوں نے ایک یہ بتایا پوری امت کو کہ کیا کہ رسول اللہ کی پالیسی، جنرل پالیسی کیا تھی؟</w:t>
      </w:r>
    </w:p>
    <w:p>
      <w:r>
        <w:rPr>
          <w:b/>
        </w:rPr>
        <w:t xml:space="preserve">[41:54] </w:t>
      </w:r>
      <w:r>
        <w:t>Woh yeh thi ke Allah taala ne aap ko yeh bataya, isi par ko aap follow kiya aap ne. To unke alfaz mein Sahih Bukhari mein hai ke Rasool Allah sallallahu alaihi wasallam bain amrain ila ikhtara asra rahman.</w:t>
      </w:r>
    </w:p>
    <w:p>
      <w:pPr>
        <w:jc w:val="right"/>
      </w:pPr>
      <w:r>
        <w:t>وہ یہ تھی کہ اللہ تعالیٰ نے آپ کو یہ بتایا، اسی پر کو آپ فالو کیا آپ نے۔ تو ان کے الفاظ میں صحیح بخاری میں ہے کہ رسول اللہ صلی اللہ علیہ وسلم بین امرین الاختار عیسیٰ رحما۔</w:t>
      </w:r>
    </w:p>
    <w:p>
      <w:r>
        <w:rPr>
          <w:b/>
        </w:rPr>
        <w:t xml:space="preserve">[42:16] </w:t>
      </w:r>
      <w:r>
        <w:t>Iska matlab kya hai? Whenever the prophet had to choose between the two, he always opted for easier option rather than harder option.</w:t>
      </w:r>
    </w:p>
    <w:p>
      <w:pPr>
        <w:jc w:val="right"/>
      </w:pPr>
      <w:r>
        <w:t>اس کا مطلب کیا ہے؟ Whenever the prophet had to choose between the two, he always opted for easier option rather than harder option.</w:t>
      </w:r>
    </w:p>
    <w:p>
      <w:r>
        <w:rPr>
          <w:b/>
        </w:rPr>
        <w:t xml:space="preserve">[42:28] </w:t>
      </w:r>
      <w:r>
        <w:t>Aap dekhiye, easier aur harder kya hai? Easier yahi hai masalhati ka option, aur harder kya hai?</w:t>
      </w:r>
    </w:p>
    <w:p>
      <w:pPr>
        <w:jc w:val="right"/>
      </w:pPr>
      <w:r>
        <w:t>آپ دیکھیے، easier اور harder کیا ہے؟ easier یہی ہے مصالحتی کا آپشن، اور harder کیا ہے؟</w:t>
      </w:r>
    </w:p>
    <w:p>
      <w:r>
        <w:rPr>
          <w:b/>
        </w:rPr>
        <w:t xml:space="preserve">[42:37] </w:t>
      </w:r>
      <w:r>
        <w:t>Takrao ka option.</w:t>
      </w:r>
    </w:p>
    <w:p>
      <w:pPr>
        <w:jc w:val="right"/>
      </w:pPr>
      <w:r>
        <w:t>ٹکراؤ کا آپشن۔</w:t>
      </w:r>
    </w:p>
    <w:p>
      <w:r>
        <w:rPr>
          <w:b/>
        </w:rPr>
        <w:t xml:space="preserve">[42:41] </w:t>
      </w:r>
      <w:r>
        <w:t>Ek hai sulah ka option, ek hai takrao ka option. Har mauqe par aap ne aise hi kiya, har mauqe par.</w:t>
      </w:r>
    </w:p>
    <w:p>
      <w:pPr>
        <w:jc w:val="right"/>
      </w:pPr>
      <w:r>
        <w:t>ایک ہے صلح کا آپشن، ایک ہے ٹکراؤ کا آپشن۔ ہر موقع پر آپ نے ایسے ہی کیا، ہر موقع پر۔</w:t>
      </w:r>
    </w:p>
    <w:p>
      <w:r>
        <w:rPr>
          <w:b/>
        </w:rPr>
        <w:t xml:space="preserve">[42:49] </w:t>
      </w:r>
      <w:r>
        <w:t>Sab se pehla jo misaal samne aati hai Rasool Allah ki zindagi mein, woh hai Kaaba ki shakal mein. Aap jante hain ke Rasool Allah sallallahu alaihi wasallam jab mission shuru karte hain Makah mein, to Kaaba ki halat kya thi?</w:t>
      </w:r>
    </w:p>
    <w:p>
      <w:pPr>
        <w:jc w:val="right"/>
      </w:pPr>
      <w:r>
        <w:t>سب سے پہلا جو مثال سامنے آتی ہے رسول اللہ کی زندگی میں، وہ ہے کعبہ کی شکل میں۔ آپ جانتے ہیں کہ رسول اللہ صلی اللہ علیہ وسلم جب مشن شروع کرتے ہیں مکہ میں، تو کعبہ کی حالت کیا تھی؟</w:t>
      </w:r>
    </w:p>
    <w:p>
      <w:r>
        <w:rPr>
          <w:b/>
        </w:rPr>
        <w:t xml:space="preserve">[43:04] </w:t>
      </w:r>
      <w:r>
        <w:t>Kaaba ko banaya tha Hazrat Ibrahim alaihi assalam ne, yani iske taur par, Baitullah ke taur par, yani toheed ke ghar ke taur par.</w:t>
      </w:r>
    </w:p>
    <w:p>
      <w:pPr>
        <w:jc w:val="right"/>
      </w:pPr>
      <w:r>
        <w:t>کعبہ کو بنایا تھا حضرت ابراہیم علیہ السلام نے، یعنی اس کے طور پر، بیت اللہ کے طور پر، یعنی توحید کے گھر کے طور پر۔</w:t>
      </w:r>
    </w:p>
    <w:p>
      <w:r>
        <w:rPr>
          <w:b/>
        </w:rPr>
        <w:t xml:space="preserve">[43:18] </w:t>
      </w:r>
      <w:r>
        <w:t>aik khuda ki ibadat ho, us ke liye banaya tha. lekin baad ko aisa hua ke wahan bhi shirk aa gaya, aur mushrik logon ne is par qabza kar liya.</w:t>
      </w:r>
    </w:p>
    <w:p>
      <w:pPr>
        <w:jc w:val="right"/>
      </w:pPr>
      <w:r>
        <w:t>ایک خدا کی عبادت ہو، اس کے لئے بنایا تھا۔ لیکن بعد کو ایسا ہوا کہ وہاں بھی شرک آگیا، اور مشرک لوگوں نے اس پر قبضہ کر لیا۔</w:t>
      </w:r>
    </w:p>
    <w:p>
      <w:r>
        <w:rPr>
          <w:b/>
        </w:rPr>
        <w:t xml:space="preserve">[43:29] </w:t>
      </w:r>
      <w:r>
        <w:t>aur kaba ke andar unhon ne teen sau saath but rakh diye, teen sau saath but. ya baitullah ko unhon ne but khana bana diya.</w:t>
      </w:r>
    </w:p>
    <w:p>
      <w:pPr>
        <w:jc w:val="right"/>
      </w:pPr>
      <w:r>
        <w:t>اور کعبہ کے اندر انہوں نے تین سو ساٹھ بت رکھ دیئے، تین سو ساٹھ بت۔ یا بیت اللہ کو انہوں نے بت خانہ بنا دیا۔</w:t>
      </w:r>
    </w:p>
    <w:p>
      <w:r>
        <w:rPr>
          <w:b/>
        </w:rPr>
        <w:t xml:space="preserve">[43:41] </w:t>
      </w:r>
      <w:r>
        <w:t>ab ghore kijiye ke yeh sab se bara masla tha rasool Allah ke liye ke use takrain, tod phod kar nikalain.</w:t>
      </w:r>
    </w:p>
    <w:p>
      <w:pPr>
        <w:jc w:val="right"/>
      </w:pPr>
      <w:r>
        <w:t>اب غور کیجیے کہ یہ سب سے بڑا مسئلہ تھا رسول اللہ کے لئے کہ اسے ٹکرائیں، توڑ پھوڑ کر نکالیں۔</w:t>
      </w:r>
    </w:p>
    <w:p>
      <w:r>
        <w:rPr>
          <w:b/>
        </w:rPr>
        <w:t xml:space="preserve">[43:53] </w:t>
      </w:r>
      <w:r>
        <w:t>is ke khilaf shikayat, is ke khilaf ihtijaj, us ko tod kar nikalna, jaise aaj kal hota hai. kuch nahi to shikayat karte hain, kuch nahi to ihtijaj karte hain, kuch nahi to jaloos nikalte hain, kuch nahi to pathar marte hain.</w:t>
      </w:r>
    </w:p>
    <w:p>
      <w:pPr>
        <w:jc w:val="right"/>
      </w:pPr>
      <w:r>
        <w:t>اس کے خلاف شکایت، اس کے خلاف احتجاج، اس کو توڑ کر نکالنا، جیسے آج کل ہوتا ہے۔ کچھ نہیں تو شکایت کرتے ہیں، کچھ نہیں تو احتجاج کرتے ہیں، کچھ نہیں تو جلوس نکالتے ہیں، کچھ نہیں تو پتھر مارتے ہیں۔</w:t>
      </w:r>
    </w:p>
    <w:p>
      <w:r>
        <w:rPr>
          <w:b/>
        </w:rPr>
        <w:t xml:space="preserve">[44:09] </w:t>
      </w:r>
      <w:r>
        <w:t>yeh sab rasool Allah kar sakte the apne sathiyon ko le kar ke. yeh bohat hi ajeeb baat hai ke tehra saal tak aap ne, aap ne jo kuch to takrar ki jo hai risk kiya, us mein is ka mention hi nahi ke tum ne kyun kaba mein teen sau saath but rakh rakhe hain.</w:t>
      </w:r>
    </w:p>
    <w:p>
      <w:pPr>
        <w:jc w:val="right"/>
      </w:pPr>
      <w:r>
        <w:t>یہ سب رسول اللہ کر سکتے تھے اپنے ساتھیوں کو لے کر کے۔ یہ بہت ہی عجیب بات ہے کہ تیرہ سال تک آپ نے، آپ نے جو کچھ تو تکرار کی جو ہے رسک کیا، اس میں اس کا منشن ہی نہیں کہ تم نے کیوں کعبہ میں تین سو ساٹھ بت رکھ رکھے ہیں۔</w:t>
      </w:r>
    </w:p>
    <w:p>
      <w:r>
        <w:rPr>
          <w:b/>
        </w:rPr>
        <w:t xml:space="preserve">[44:28] </w:t>
      </w:r>
      <w:r>
        <w:t>aap mujhe koi hadith bata dijiye, koi aik hadith bata dijiye aap.</w:t>
      </w:r>
    </w:p>
    <w:p>
      <w:pPr>
        <w:jc w:val="right"/>
      </w:pPr>
      <w:r>
        <w:t>آپ مجھے کوئی حدیث بتا دیجیے، کوئی ایک حدیث بتا دیجیے آپ۔</w:t>
      </w:r>
    </w:p>
    <w:p>
      <w:r>
        <w:rPr>
          <w:b/>
        </w:rPr>
        <w:t xml:space="preserve">[44:36] </w:t>
      </w:r>
      <w:r>
        <w:t>kaisi anokhi baat hai ke jo peghambar aaya tha tauheed ke liye, aik khuda ki ibadat ka paigham dene ke liye, woh samna kar raha hai aik aisi surat e haal ko ke kaba jaise aik muqaddas jagah teen sau saath but rakhe hue hain.</w:t>
      </w:r>
    </w:p>
    <w:p>
      <w:pPr>
        <w:jc w:val="right"/>
      </w:pPr>
      <w:r>
        <w:t>کیسی انوکھی بات ہے کہ جو پیغمبر آیا تھا توحید کے لئے، ایک خدا کی عبادت کا پیغام دینے کے لئے، وہ سامنا کر رہا ہے ایک ایسی صورتحال کو کہ کعبہ جیسے ایک مقدس جگہ تین سو ساٹھ بت رکھے ہوئے ہیں۔</w:t>
      </w:r>
    </w:p>
    <w:p>
      <w:r>
        <w:rPr>
          <w:b/>
        </w:rPr>
        <w:t xml:space="preserve">[44:54] </w:t>
      </w:r>
      <w:r>
        <w:t>ab koi ihtijaj nahi karta, woh koi ihtijaj nahi karta, koi jaloos nahi nikalta, koi pathar nahi marta, kuch bhi nahi.</w:t>
      </w:r>
    </w:p>
    <w:p>
      <w:pPr>
        <w:jc w:val="right"/>
      </w:pPr>
      <w:r>
        <w:t>اب کوئی احتجاج نہیں کرتا، وہ کوئی احتجاج نہیں کرتا، کوئی جلوس نہیں نکلتا، کوئی پتھر نہیں مارتا، کچھ بھی نہیں۔</w:t>
      </w:r>
    </w:p>
    <w:p>
      <w:r>
        <w:rPr>
          <w:b/>
        </w:rPr>
        <w:t xml:space="preserve">[45:04] </w:t>
      </w:r>
      <w:r>
        <w:t>kyun? woh ja tha, woh kis liye nahi kiya aap ne aisa? That will lead to confrontation.</w:t>
      </w:r>
    </w:p>
    <w:p>
      <w:pPr>
        <w:jc w:val="right"/>
      </w:pPr>
      <w:r>
        <w:t>کیوں؟ وہ جا تھا، وہ کس لئے نہیں کیا آپ نے ایسا؟ That will lead to confrontation.</w:t>
      </w:r>
    </w:p>
    <w:p>
      <w:r>
        <w:rPr>
          <w:b/>
        </w:rPr>
        <w:t xml:space="preserve">[45:14] </w:t>
      </w:r>
      <w:r>
        <w:t>aap ne avoid kiya is ko, avoid kar ke kiya kiya aap ne ke is ke hote hue, yaani buton ki mojoodgi ko hote hue wahan par mawaqe thein.</w:t>
      </w:r>
    </w:p>
    <w:p>
      <w:pPr>
        <w:jc w:val="right"/>
      </w:pPr>
      <w:r>
        <w:t>آپ نے اوائڈ کیا اس کو، اوائڈ کر کے کیا کیا آپ نے کہ اس کے ہوتے ہوئے، یعنی بتوں کی موجودگی کو ہوتے ہوئے وہاں پر مواقع تھیں۔</w:t>
      </w:r>
    </w:p>
    <w:p>
      <w:r>
        <w:rPr>
          <w:b/>
        </w:rPr>
        <w:t xml:space="preserve">[45:27] </w:t>
      </w:r>
      <w:r>
        <w:t>woh hain dawat ke mawaqe, aman dawah kaam.</w:t>
      </w:r>
    </w:p>
    <w:p>
      <w:pPr>
        <w:jc w:val="right"/>
      </w:pPr>
      <w:r>
        <w:t>وہ ہیں دعوت کے مواقع، امن دعویٰ کام۔</w:t>
      </w:r>
    </w:p>
    <w:p>
      <w:r>
        <w:rPr>
          <w:b/>
        </w:rPr>
        <w:t xml:space="preserve">[45:33] </w:t>
      </w:r>
      <w:r>
        <w:t>yaani buton ke hote hue bhi yahan mawaqe mojood the ke aman dawah kaam karen. woh to aap kya karte the? yaani shakhs se shakhs ja kar baat batate the logon ko.</w:t>
      </w:r>
    </w:p>
    <w:p>
      <w:pPr>
        <w:jc w:val="right"/>
      </w:pPr>
      <w:r>
        <w:t>یعنی بتوں کے ہوتے ہوئے بھی یہاں مواقع موجود تھے کہ امن دعویٰ کام کریں۔ وہ تو آپ کیا کرتے تھے؟ یعنی شخص سے شخص جا کر بات بتاتے تھے لوگوں کو۔</w:t>
      </w:r>
    </w:p>
    <w:p>
      <w:r>
        <w:rPr>
          <w:b/>
        </w:rPr>
        <w:t xml:space="preserve">[45:47] </w:t>
      </w:r>
      <w:r>
        <w:t>teen saal tak to yahi kiya aap ne, shakhs se shakhs. teen saal tak aap ne yahi kiya, shakhs se shakhs. aik aik aadmi se milte, mil kar ke batate hain us ko.</w:t>
      </w:r>
    </w:p>
    <w:p>
      <w:pPr>
        <w:jc w:val="right"/>
      </w:pPr>
      <w:r>
        <w:t>تین سال تک تو یہی کیا آپ نے، شخص سے شخص۔ تین سال تک آپ نے یہی کیا، شخص سے شخص۔ ایک ایک آدمی سے ملتے، مل کر کے بتاتے ہیں اس کو۔</w:t>
      </w:r>
    </w:p>
    <w:p>
      <w:r>
        <w:rPr>
          <w:b/>
        </w:rPr>
        <w:t xml:space="preserve">[46:00] </w:t>
      </w:r>
      <w:r>
        <w:t>phir wahan par shauq lagta tha, shauq ka lafzi mani hai bazaar. aik haqeeqat mein woh mela hota tha, mela.</w:t>
      </w:r>
    </w:p>
    <w:p>
      <w:pPr>
        <w:jc w:val="right"/>
      </w:pPr>
      <w:r>
        <w:t>پھر وہاں پر شوق لگتا تھا، شوق کا لفظی معنی ہے بازار۔ ایک حقیقت میں وہ میلہ ہوتا تھا، میلہ۔</w:t>
      </w:r>
    </w:p>
    <w:p>
      <w:r>
        <w:rPr>
          <w:b/>
        </w:rPr>
        <w:t xml:space="preserve">[46:12] </w:t>
      </w:r>
      <w:r>
        <w:t>jaise aaj kal tehwar hua karte hain, to in logon ka mela tha ya tehwar tha jo saal mein hua karta tha, balke chalta hi rehta tha woh.</w:t>
      </w:r>
    </w:p>
    <w:p>
      <w:pPr>
        <w:jc w:val="right"/>
      </w:pPr>
      <w:r>
        <w:t>جیسے آج کل تہوار ہوا کرتے ہیں، تو ان لوگوں کا میلہ تھا یا تہوار تھا جو سال میں ہوا کرتا تھا، بلکہ چلتا ہی رہتا تھا وہ۔</w:t>
      </w:r>
    </w:p>
    <w:p>
      <w:r>
        <w:rPr>
          <w:b/>
        </w:rPr>
        <w:t xml:space="preserve">[46:23] </w:t>
      </w:r>
      <w:r>
        <w:t>wahan aap jate, aap sirat ki kitabon mein parh li jiye. wahan pe ja kar kya karte? bilkul aman andaaz mein aap logon se kehte ke أيها الناس قولوا لا إله إلا الله تفلحوا ya quran ka jo ab tak hissa utar chuka tha, us ko parh kar sunate.</w:t>
      </w:r>
    </w:p>
    <w:p>
      <w:pPr>
        <w:jc w:val="right"/>
      </w:pPr>
      <w:r>
        <w:t>وہاں آپ جاتے، آپ سیرت کی کتابوں میں پڑھ لیجیے۔ وہاں پہ جا کر کیا کرتے؟ بالکل امن انداز میں آپ لوگوں سے کہتے کہ أيها الناس قولوا لا إله إلا الله تفلحوا یا قرآن کا جو اب تک حصہ اتر چکا تھا، اس کو پڑھ کر سناتے۔</w:t>
      </w:r>
    </w:p>
    <w:p>
      <w:r>
        <w:rPr>
          <w:b/>
        </w:rPr>
        <w:t xml:space="preserve">[46:44] </w:t>
      </w:r>
      <w:r>
        <w:t>to takrao ko avoid karte hue aap ne aman tareeqe se apna dawah mission shuru kar diya wahan pe, aur tehra saal tak karte rahe.</w:t>
      </w:r>
    </w:p>
    <w:p>
      <w:pPr>
        <w:jc w:val="right"/>
      </w:pPr>
      <w:r>
        <w:t>تو ٹکراؤ کو اوائڈ کرتے ہوئے آپ نے امن طریقے سے اپنا دعویٰ مشن شروع کر دیا وہاں پہ، اور تیرہ سال تک کرتے رہے۔</w:t>
      </w:r>
    </w:p>
    <w:p>
      <w:r>
        <w:rPr>
          <w:b/>
        </w:rPr>
        <w:t xml:space="preserve">[46:57] </w:t>
      </w:r>
      <w:r>
        <w:t>achha, chounke woh log, woh daur tha taqub ka, yeh daur tha woh taqub ka daur tha, mazhabi taqub. log bhadakte the, ghussa hote the, marte peette the.</w:t>
      </w:r>
    </w:p>
    <w:p>
      <w:pPr>
        <w:jc w:val="right"/>
      </w:pPr>
      <w:r>
        <w:t>اچھا، چونکہ وہ لوگ، وہ دور تھا تعاقب کا، یہ دور تھا وہ تعاقب کا دور تھا، مذہبی تعاقب۔ لوگ بھڑکتے تھے، غصہ ہوتے تھے، مارتے پیٹتے تھے۔</w:t>
      </w:r>
    </w:p>
    <w:p>
      <w:r>
        <w:rPr>
          <w:b/>
        </w:rPr>
        <w:t xml:space="preserve">[47:10] </w:t>
      </w:r>
      <w:r>
        <w:t>wahan bhi aisa hua.</w:t>
      </w:r>
    </w:p>
    <w:p>
      <w:pPr>
        <w:jc w:val="right"/>
      </w:pPr>
      <w:r>
        <w:t>وہاں بھی ایسا ہوا۔</w:t>
      </w:r>
    </w:p>
    <w:p>
      <w:r>
        <w:rPr>
          <w:b/>
        </w:rPr>
        <w:t xml:space="preserve">[47:14] </w:t>
      </w:r>
      <w:r>
        <w:t>aap avoid karte rahe, avoid karte rahe, yahan tak ke woh log darul nadwah, jo un ki qabaili parliament thi, us mein unhon ne pass kar diya ke mohabbat o qadar kar do.</w:t>
      </w:r>
    </w:p>
    <w:p>
      <w:pPr>
        <w:jc w:val="right"/>
      </w:pPr>
      <w:r>
        <w:t>آپ اوائڈ کرتے رہے، اوائڈ کرتے رہے، یہاں تک کہ وہ لوگ دارالندوہ، جو ان کی قبائلی پارلیمنٹ تھی، اس میں انہوں نے پاس کر دیا کہ محبت و قدر کر دو۔</w:t>
      </w:r>
    </w:p>
    <w:p>
      <w:r>
        <w:rPr>
          <w:b/>
        </w:rPr>
        <w:t xml:space="preserve">[47:25] </w:t>
      </w:r>
      <w:r>
        <w:t>sab mil kar in ko talwar se maro, woh khatam ho jayen. jab yahan tak nabat aa gayi to aap ne makkah chhor diya. ab dekhiye, us ko hum hijrat kehte hain. woh bhi hijrat kya hai?</w:t>
      </w:r>
    </w:p>
    <w:p>
      <w:pPr>
        <w:jc w:val="right"/>
      </w:pPr>
      <w:r>
        <w:t>سب مل کر ان کو تلوار سے مارو، وہ ختم ہو جائیں۔ جب یہاں تک نوبت آگئی تو آپ نے مکہ چھوڑ دیا۔ اب دیکھیے، اس کو ہم ہجرت کہتے ہیں۔ وہ بھی ہجرت کیا ہے؟</w:t>
      </w:r>
    </w:p>
    <w:p>
      <w:r>
        <w:rPr>
          <w:b/>
        </w:rPr>
        <w:t xml:space="preserve">[47:37] </w:t>
      </w:r>
      <w:r>
        <w:t>yaani What is Hijrah is ka matlab yahi hai ke nuqta takrao, takrao ho</w:t>
      </w:r>
    </w:p>
    <w:p>
      <w:pPr>
        <w:jc w:val="right"/>
      </w:pPr>
      <w:r>
        <w:t>یعنی What is Hijrah اس کا مطلب یہی ہے کہ نقطہ ٹکراؤ، ٹکراؤ ہو</w:t>
      </w:r>
    </w:p>
    <w:p>
      <w:r>
        <w:rPr>
          <w:b/>
        </w:rPr>
        <w:t xml:space="preserve">[47:48] </w:t>
      </w:r>
      <w:r>
        <w:t>raha hai, jahan jhagda barhne wala hai, jahan larai ho sakti hai, wahan wahan se hat jao. yaani apna woh kaam ki jagah badal do,</w:t>
      </w:r>
    </w:p>
    <w:p>
      <w:pPr>
        <w:jc w:val="right"/>
      </w:pPr>
      <w:r>
        <w:t>رہا ہے، جہاں جھگڑا بڑھنے والا ہے، جہاں لڑائی ہو سکتی ہے، وہاں وہاں سے ہٹ جاؤ۔ یعنی اپنا وہ کام کی جگہ بدل دو،</w:t>
      </w:r>
    </w:p>
    <w:p>
      <w:r>
        <w:rPr>
          <w:b/>
        </w:rPr>
        <w:t xml:space="preserve">[48:03] </w:t>
      </w:r>
      <w:r>
        <w:t>apna kaam ki jagah badal do. kaisi ajeeb misaal hai yeh.</w:t>
      </w:r>
    </w:p>
    <w:p>
      <w:pPr>
        <w:jc w:val="right"/>
      </w:pPr>
      <w:r>
        <w:t>اپنا کام کی جگہ بدل دو۔ کیسی عجیب مثال ہے یہ۔</w:t>
      </w:r>
    </w:p>
    <w:p>
      <w:r>
        <w:rPr>
          <w:b/>
        </w:rPr>
        <w:t xml:space="preserve">[48:08] </w:t>
      </w:r>
      <w:r>
        <w:t>apne watan ko chhor diya aap ne, apne ghar ko chhor diya aap ne, apni jaidad ko chhor diya aap ne. sirf is liye ke larai na ho, takrao na ho, میانج na ho.</w:t>
      </w:r>
    </w:p>
    <w:p>
      <w:pPr>
        <w:jc w:val="right"/>
      </w:pPr>
      <w:r>
        <w:t>اپنے وطن کو چھوڑ دیا آپ نے، اپنے گھر کو چھوڑ دیا آپ نے، اپنی جائیداد کو چھوڑ دیا آپ نے۔ صرف اس لئے کہ لڑائی نہ ہو، ٹکراؤ نہ ہو، میانج نہ ہو۔</w:t>
      </w:r>
    </w:p>
    <w:p>
      <w:r>
        <w:rPr>
          <w:b/>
        </w:rPr>
        <w:t xml:space="preserve">[48:21] </w:t>
      </w:r>
      <w:r>
        <w:t>to bohat hi khamoshi se nikal kar aap makkah se madinah chale gaye.</w:t>
      </w:r>
    </w:p>
    <w:p>
      <w:pPr>
        <w:jc w:val="right"/>
      </w:pPr>
      <w:r>
        <w:t>تو بہت ہی خاموشی سے نکل کر آپ مکہ سے مدینہ چلے گئے۔</w:t>
      </w:r>
    </w:p>
    <w:p>
      <w:r>
        <w:rPr>
          <w:b/>
        </w:rPr>
        <w:t xml:space="preserve">[48:28] </w:t>
      </w:r>
      <w:r>
        <w:t>ab dekhiye, bohat bari misaal yahan yeh bhi hai ke aaj kal kya hota hai? jitne log hain, woh un ke sath agar kuch hua hai, koi tashaddud,</w:t>
      </w:r>
    </w:p>
    <w:p>
      <w:pPr>
        <w:jc w:val="right"/>
      </w:pPr>
      <w:r>
        <w:t>اب دیکھیے، بہت بڑی مثال یہاں یہ بھی ہے کہ آج کل کیا ہوتا ہے؟ جتنے لوگ ہیں، وہ ان کے ساتھ اگر کچھ ہوا ہے، کوئی تشدد،</w:t>
      </w:r>
    </w:p>
    <w:p>
      <w:r>
        <w:rPr>
          <w:b/>
        </w:rPr>
        <w:t xml:space="preserve">[48:42] </w:t>
      </w:r>
      <w:r>
        <w:t>koi imtiyaz, koi zulm, to isi ko batate hain.</w:t>
      </w:r>
    </w:p>
    <w:p>
      <w:pPr>
        <w:jc w:val="right"/>
      </w:pPr>
      <w:r>
        <w:t>کوئی امتیاز، کوئی ظلم، تو اسی کو بتاتے ہیں۔</w:t>
      </w:r>
    </w:p>
    <w:p>
      <w:r>
        <w:rPr>
          <w:b/>
        </w:rPr>
        <w:t xml:space="preserve">[48:51] </w:t>
      </w:r>
      <w:r>
        <w:t>kitaben chhapte hain, taqreeren karte hain, jalsay karte hain, isi ko batane ke liye.</w:t>
      </w:r>
    </w:p>
    <w:p>
      <w:pPr>
        <w:jc w:val="right"/>
      </w:pPr>
      <w:r>
        <w:t>کتابیں چھاپتے ہیں، تقریریں کرتے ہیں، جلسے کرتے ہیں، اسی کو بتانے کے لئے۔</w:t>
      </w:r>
    </w:p>
    <w:p>
      <w:r>
        <w:rPr>
          <w:b/>
        </w:rPr>
        <w:t xml:space="preserve">[48:56] </w:t>
      </w:r>
      <w:r>
        <w:t>ab rasool Allah sal Allah alaihi wasallam makkah se madinah pohanchte hain. wahan aap ne jo pata kiya un logon ko, madinah walon ko. awwal khutba khataba rasool Allah sal Allah alaihi wasallam fil madinah yani madinah mein aap ka pehla pata,</w:t>
      </w:r>
    </w:p>
    <w:p>
      <w:pPr>
        <w:jc w:val="right"/>
      </w:pPr>
      <w:r>
        <w:t>اب رسول اللہ صلی اللہ علیہ وسلم مکہ سے مدینہ پہنچتے ہیں۔ وہاں آپ نے جو پتہ کیا ان لوگوں کو، مدینہ والوں کو۔ أول خطبة خطبها رسول اللہ صلی اللہ علیہ وسلم فی المدینہ یعنی مدینہ میں آپ کا پہلا پتہ،</w:t>
      </w:r>
    </w:p>
    <w:p>
      <w:r>
        <w:rPr>
          <w:b/>
        </w:rPr>
        <w:t xml:space="preserve">[49:13] </w:t>
      </w:r>
      <w:r>
        <w:t>madinah pohanch kar jo aap ne pata kiya un logon ko, us ka pehla. to woh pehla pata kya tha? is ko parh lijiye aap.</w:t>
      </w:r>
    </w:p>
    <w:p>
      <w:pPr>
        <w:jc w:val="right"/>
      </w:pPr>
      <w:r>
        <w:t>مدینہ پہنچ کر جو آپ نے پتہ کیا ان لوگوں کو، اس کا پہلا۔ تو وہ پہلا پتہ کیا تھا؟ اس کو پڑھ لیجیے آپ۔</w:t>
      </w:r>
    </w:p>
    <w:p>
      <w:r>
        <w:rPr>
          <w:b/>
        </w:rPr>
        <w:t xml:space="preserve">[49:23] </w:t>
      </w:r>
      <w:r>
        <w:t>is mein kuch bhi nahin hai siwaye akhirat ki baat ke.</w:t>
      </w:r>
    </w:p>
    <w:p>
      <w:pPr>
        <w:jc w:val="right"/>
      </w:pPr>
      <w:r>
        <w:t>اس میں کچھ بھی نہیں ہے سوائے آخرت کی بات کے۔</w:t>
      </w:r>
    </w:p>
    <w:p>
      <w:r>
        <w:rPr>
          <w:b/>
        </w:rPr>
        <w:t xml:space="preserve">[49:26] </w:t>
      </w:r>
      <w:r>
        <w:t>koi shikayat nahin ke hum ko makkah walon ne sataya, hum ko watan se nikalne par majboor kiya, hum ko qatal karne ki sazish ki. yani aik so aik dastaanain theen zulm ki.</w:t>
      </w:r>
    </w:p>
    <w:p>
      <w:pPr>
        <w:jc w:val="right"/>
      </w:pPr>
      <w:r>
        <w:t>کوئی شکایت نہیں کہ ہم کو مکہ والوں نے ستایا، ہم کو وطن سے نکلنے پر مجبور کیا، ہم کو قتل کرنے کی سازش کی۔ یعنی ایک سو ایک داستانیں تھیں ظلم کی۔</w:t>
      </w:r>
    </w:p>
    <w:p>
      <w:r>
        <w:rPr>
          <w:b/>
        </w:rPr>
        <w:t xml:space="preserve">[49:39] </w:t>
      </w:r>
      <w:r>
        <w:t>kuch nahin, kuch nahin, kuch nahin, kuch nahin, kuch nahin. yani asli dastaanain theen insaaf ki, zulm ki, sazish ki, hatta ke qatal ki.</w:t>
      </w:r>
    </w:p>
    <w:p>
      <w:pPr>
        <w:jc w:val="right"/>
      </w:pPr>
      <w:r>
        <w:t>کچھ نہیں، کچھ نہیں، کچھ نہیں، کچھ نہیں، کچھ نہیں۔ یعنی اصلی داستانیں تھیں انصاف کی، ظلم کی، سازش کی، حتیٰ کہ قتل کی۔</w:t>
      </w:r>
    </w:p>
    <w:p>
      <w:r>
        <w:rPr>
          <w:b/>
        </w:rPr>
        <w:t xml:space="preserve">[49:54] </w:t>
      </w:r>
      <w:r>
        <w:t>aap ka woh khutba jo hai, us ka just yeh hai attaqoo an-naara walaw bi shaqq tamratin</w:t>
      </w:r>
    </w:p>
    <w:p>
      <w:pPr>
        <w:jc w:val="right"/>
      </w:pPr>
      <w:r>
        <w:t>آپ کا وہ خطبہ جو ہے، اس کا جست یہ ہے اتقوا النار ولو بشق تمرة</w:t>
      </w:r>
    </w:p>
    <w:p>
      <w:r>
        <w:rPr>
          <w:b/>
        </w:rPr>
        <w:t xml:space="preserve">[50:07] </w:t>
      </w:r>
      <w:r>
        <w:t>ae logon, ae logon! apne aap ko aag se bachao.</w:t>
      </w:r>
    </w:p>
    <w:p>
      <w:pPr>
        <w:jc w:val="right"/>
      </w:pPr>
      <w:r>
        <w:t>اے لوگوں، اے لوگوں! اپنے آپ کو آگ سے بچاؤ۔</w:t>
      </w:r>
    </w:p>
    <w:p>
      <w:r>
        <w:rPr>
          <w:b/>
        </w:rPr>
        <w:t xml:space="preserve">[50:16] </w:t>
      </w:r>
      <w:r>
        <w:t>apne aap ko aag se bachao, chahe khajoor ka aik tukra hi de kar kyun na ho.</w:t>
      </w:r>
    </w:p>
    <w:p>
      <w:pPr>
        <w:jc w:val="right"/>
      </w:pPr>
      <w:r>
        <w:t>اپنے آپ کو آگ سے بچاؤ، چاہے کھجور کا ایک ٹکڑا ہی دے کر کیوں نہ ہو۔</w:t>
      </w:r>
    </w:p>
    <w:p>
      <w:r>
        <w:rPr>
          <w:b/>
        </w:rPr>
        <w:t xml:space="preserve">[50:25] </w:t>
      </w:r>
      <w:r>
        <w:t>kal mein soch raha tha, kuch mein ne akhbar mein parha ke social work ke baray mein. har jagah dhoom hai social work ki.</w:t>
      </w:r>
    </w:p>
    <w:p>
      <w:pPr>
        <w:jc w:val="right"/>
      </w:pPr>
      <w:r>
        <w:t>کل میں سوچ رہا تھا، کچھ میں نے اخبار میں پڑھا کہ سوشل ورک کے بارے میں۔ ہر جگہ دھوم ہے سوشل ورک کی۔</w:t>
      </w:r>
    </w:p>
    <w:p>
      <w:r>
        <w:rPr>
          <w:b/>
        </w:rPr>
        <w:t xml:space="preserve">[50:36] </w:t>
      </w:r>
      <w:r>
        <w:t>matlab gharibon ki madad karna, museebat grozon ki madad karna. jis ka aik model hai, madad tessa ka model. yeh madad tessa ka model bohat ziyada mutawajjah karta hai logon ko.</w:t>
      </w:r>
    </w:p>
    <w:p>
      <w:pPr>
        <w:jc w:val="right"/>
      </w:pPr>
      <w:r>
        <w:t>مطلب غریبوں کی مدد کرنا، مصیبت گروزوں کی مدد کرنا۔ جس کا ایک ماڈل ہے، مدد ٹیسا کا ماڈل۔ یہ مدد ٹیسا کا ماڈل بہت زیادہ متوجہ کرتا ہے لوگوں کو۔</w:t>
      </w:r>
    </w:p>
    <w:p>
      <w:r>
        <w:rPr>
          <w:b/>
        </w:rPr>
        <w:t xml:space="preserve">[50:49] </w:t>
      </w:r>
      <w:r>
        <w:t>dunya bhar mein. is ke bar aks da'wa model hai.</w:t>
      </w:r>
    </w:p>
    <w:p>
      <w:pPr>
        <w:jc w:val="right"/>
      </w:pPr>
      <w:r>
        <w:t>دنیا بھر میں۔ اس کے برعکس دعویٰ ماڈل ہے۔</w:t>
      </w:r>
    </w:p>
    <w:p>
      <w:r>
        <w:rPr>
          <w:b/>
        </w:rPr>
        <w:t xml:space="preserve">[50:55] </w:t>
      </w:r>
      <w:r>
        <w:t>to madad tessa model mein insaan ko dunyavi museebaton se bachane ka model hai. woh aaj dunya jo safar kar raha hai, aaj jo insaan safar kar raha hai, museebaten utha raha hai, is se bachao is ko.</w:t>
      </w:r>
    </w:p>
    <w:p>
      <w:pPr>
        <w:jc w:val="right"/>
      </w:pPr>
      <w:r>
        <w:t>تو مدد ٹیسا ماڈل میں انسان کو دنیاوی مصیبتوں سے بچانے کا ماڈل ہے۔ وہ آج دنیا جو سفر کر رہا ہے، آج جو انسان سفر کر رہا ہے، مصیبتیں اٹھا رہا ہے، اس سے بچاؤ اس کو۔</w:t>
      </w:r>
    </w:p>
    <w:p>
      <w:r>
        <w:rPr>
          <w:b/>
        </w:rPr>
        <w:t xml:space="preserve">[51:08] </w:t>
      </w:r>
      <w:r>
        <w:t>acha, da'wa model jo hai, akhirat mein jo safar karne wala hai, is se bachao insaan ko. attaqoo an-naara walaw bi shaqq tamratin apne aap ko aag se bachao.</w:t>
      </w:r>
    </w:p>
    <w:p>
      <w:pPr>
        <w:jc w:val="right"/>
      </w:pPr>
      <w:r>
        <w:t>اچھا، دعویٰ ماڈل جو ہے، آخرت میں جو سفر کرنے والا ہے، اس سے بچاؤ انسان کو۔ اتقوا النار ولو بشق تمرة اپنے آپ کو آگ سے بچاؤ۔</w:t>
      </w:r>
    </w:p>
    <w:p>
      <w:r>
        <w:rPr>
          <w:b/>
        </w:rPr>
        <w:t xml:space="preserve">[51:19] </w:t>
      </w:r>
      <w:r>
        <w:t>yani marne ke baad jo samne aane wala hai masla, is se bachao.</w:t>
      </w:r>
    </w:p>
    <w:p>
      <w:pPr>
        <w:jc w:val="right"/>
      </w:pPr>
      <w:r>
        <w:t>یعنی مرنے کے بعد جو سامنے آنے والا ہے مسئلہ، اس سے بچاؤ۔</w:t>
      </w:r>
    </w:p>
    <w:p>
      <w:r>
        <w:rPr>
          <w:b/>
        </w:rPr>
        <w:t xml:space="preserve">[51:23] </w:t>
      </w:r>
      <w:r>
        <w:t>to kal mein soch raha tha ke kyun aisa hai ke social work mein dhoom se log sath dete hain, khoob paisa dete hain, khoob waqt dete hain.</w:t>
      </w:r>
    </w:p>
    <w:p>
      <w:pPr>
        <w:jc w:val="right"/>
      </w:pPr>
      <w:r>
        <w:t>تو کل میں سوچ رہا تھا کہ کیوں ایسا ہے کہ سوشل ورک میں دھوم سے لوگ ساتھ دیتے ہیں، خوب پیسہ دیتے ہیں، خوب وقت دیتے ہیں۔</w:t>
      </w:r>
    </w:p>
    <w:p>
      <w:r>
        <w:rPr>
          <w:b/>
        </w:rPr>
        <w:t xml:space="preserve">[51:34] </w:t>
      </w:r>
      <w:r>
        <w:t>aur da'wa work mein koi sath nahin deta. is ka raaz kya hai? ke social work ke liye un ko zabardasti un ke andar insentive hai.</w:t>
      </w:r>
    </w:p>
    <w:p>
      <w:pPr>
        <w:jc w:val="right"/>
      </w:pPr>
      <w:r>
        <w:t>اور دعویٰ ورک میں کوئی ساتھ نہیں دیتا۔ اس کا راز کیا ہے؟ کہ سوشل ورک کے لئے ان کو زبردستی ان کے اندر انسنٹیو ہے۔</w:t>
      </w:r>
    </w:p>
    <w:p>
      <w:r>
        <w:rPr>
          <w:b/>
        </w:rPr>
        <w:t xml:space="preserve">[51:45] </w:t>
      </w:r>
      <w:r>
        <w:t>da'wa work ke liye insentive nahin hai un ke andar.</w:t>
      </w:r>
    </w:p>
    <w:p>
      <w:pPr>
        <w:jc w:val="right"/>
      </w:pPr>
      <w:r>
        <w:t>دعویٰ ورک کے لئے انسنٹیو نہیں ہے ان کے اندر۔</w:t>
      </w:r>
    </w:p>
    <w:p>
      <w:r>
        <w:rPr>
          <w:b/>
        </w:rPr>
        <w:t xml:space="preserve">[51:48] </w:t>
      </w:r>
      <w:r>
        <w:t>to meri isi se samajh mein aai baat. ke social work jo hai, dunya ki takleef par mabni karta hai.</w:t>
      </w:r>
    </w:p>
    <w:p>
      <w:pPr>
        <w:jc w:val="right"/>
      </w:pPr>
      <w:r>
        <w:t>تو میری اسی سے سمجھ میں آئی بات۔ کہ سوشل ورک جو ہے، دنیا کی تکلیف پر مبنی کرتا ہے۔</w:t>
      </w:r>
    </w:p>
    <w:p>
      <w:r>
        <w:rPr>
          <w:b/>
        </w:rPr>
        <w:t xml:space="preserve">[51:57] </w:t>
      </w:r>
      <w:r>
        <w:t>woh dikhai de rahi hai.</w:t>
      </w:r>
    </w:p>
    <w:p>
      <w:pPr>
        <w:jc w:val="right"/>
      </w:pPr>
      <w:r>
        <w:t>وہ دکھائی دے رہی ہے۔</w:t>
      </w:r>
    </w:p>
    <w:p>
      <w:r>
        <w:rPr>
          <w:b/>
        </w:rPr>
        <w:t xml:space="preserve">[52:01] </w:t>
      </w:r>
      <w:r>
        <w:t>koi beemar hai, koi museebat zada hai, koi fāqa hai, kisi ke pas ghar gir gaya hai, woh aankhon se dikhai de raha hai. yani dikhai dene wali takleef. aur da'wa work ko in dikhai dene wali takleef par mabni karta hai.</w:t>
      </w:r>
    </w:p>
    <w:p>
      <w:pPr>
        <w:jc w:val="right"/>
      </w:pPr>
      <w:r>
        <w:t>کوئی بیمار ہے، کوئی مصیبت زدہ ہے، کوئی فاقہ ہے، کسی کے پاس گھر گر گیا ہے، وہ آنکھوں سے دکھائی دے رہا ہے۔ یعنی دکھائی دینے والی تکلیف۔ اور دعویٰ ورک کو ان دکھائی دینے والی تکلیف پر مبنی کرتا ہے۔</w:t>
      </w:r>
    </w:p>
    <w:p>
      <w:r>
        <w:rPr>
          <w:b/>
        </w:rPr>
        <w:t xml:space="preserve">[52:13] </w:t>
      </w:r>
      <w:r>
        <w:t>un jo dikhai nahin de rahi hai.</w:t>
      </w:r>
    </w:p>
    <w:p>
      <w:pPr>
        <w:jc w:val="right"/>
      </w:pPr>
      <w:r>
        <w:t>ان جو دکھائی نہیں دے رہی ہے۔</w:t>
      </w:r>
    </w:p>
    <w:p>
      <w:r>
        <w:rPr>
          <w:b/>
        </w:rPr>
        <w:t xml:space="preserve">[52:17] </w:t>
      </w:r>
      <w:r>
        <w:t>to chounke woh dikhai nahi de rahi, chahe agarchay uss se arb guna zyada hai woh. jo akhirat ki jo takleef hai, woh arb guna zyada hai.</w:t>
      </w:r>
    </w:p>
    <w:p>
      <w:pPr>
        <w:jc w:val="right"/>
      </w:pPr>
      <w:r>
        <w:t>تو چونکہ وہ دکھائی نہیں دے رہی، چاہے اگرچہ اس سے ارب گنا زیادہ ہے وہ۔ جو آخرت کی جو تکلیف ہے، وہ ارب گنا زیادہ ہے۔</w:t>
      </w:r>
    </w:p>
    <w:p>
      <w:r>
        <w:rPr>
          <w:b/>
        </w:rPr>
        <w:t xml:space="preserve">[52:27] </w:t>
      </w:r>
      <w:r>
        <w:t>kyunke abadi hai woh. to log iss social work par jaldi se tayyar ho jatay hain karne ke liye. khoob paisa detay hain. kyunke woh dikhai denay wali takleef hai woh.</w:t>
      </w:r>
    </w:p>
    <w:p>
      <w:pPr>
        <w:jc w:val="right"/>
      </w:pPr>
      <w:r>
        <w:t>کیونکہ ابدی ہے وہ۔ تو لوگ اس سوشل ورک پر جلدی سے تیار ہو جاتے ہیں کرنے کے لئے۔ خوب پیسہ دیتے ہیں۔ کیونکہ وہ دکھائی دینے والی تکلیف ہے وہ۔</w:t>
      </w:r>
    </w:p>
    <w:p>
      <w:r>
        <w:rPr>
          <w:b/>
        </w:rPr>
        <w:t xml:space="preserve">[52:39] </w:t>
      </w:r>
      <w:r>
        <w:t>aankhon se dekh rahay hain woh. ab woh to in dikhai denay wali takleef hai.</w:t>
      </w:r>
    </w:p>
    <w:p>
      <w:pPr>
        <w:jc w:val="right"/>
      </w:pPr>
      <w:r>
        <w:t>آنکھوں سے دیکھ رہے ہیں وہ۔ اب وہ تو ان دکھائی دینے والی تکلیف ہے۔</w:t>
      </w:r>
    </w:p>
    <w:p>
      <w:r>
        <w:rPr>
          <w:b/>
        </w:rPr>
        <w:t xml:space="preserve">[52:45] </w:t>
      </w:r>
      <w:r>
        <w:t>to aadmi jo hai, yeh insaan ki kamzori hai ke jo dikhai denay wali cheez ho, uss ko foran maan leta hai. jo na dikhai de, woh uss ki samajh mein nahi aata uss ko.</w:t>
      </w:r>
    </w:p>
    <w:p>
      <w:pPr>
        <w:jc w:val="right"/>
      </w:pPr>
      <w:r>
        <w:t>تو آدمی جو ہے، یہ انسان کی کمزوری ہے کہ جو دکھائی دینے والی چیز ہو، اس کو فوراً مان لیتا ہے۔ جو نہ دکھائی دے، وہ اس کی سمجھ میں نہیں آتا اس کو۔</w:t>
      </w:r>
    </w:p>
    <w:p>
      <w:r>
        <w:rPr>
          <w:b/>
        </w:rPr>
        <w:t xml:space="preserve">[52:56] </w:t>
      </w:r>
      <w:r>
        <w:t>to aap rasool Allah sal Allah alayh wasallam jab puhnchay hain madina, aur aap ne pehli jo taqreer ki, aur uss ke baad bhi das saal tak wahan rahay, kabhi makkah walon ki shikayat nahi.</w:t>
      </w:r>
    </w:p>
    <w:p>
      <w:pPr>
        <w:jc w:val="right"/>
      </w:pPr>
      <w:r>
        <w:t>تو آپ رسول اللہ صلی اللہ علیہ وسلم جب پہنچے ہیں مدینہ، اور آپ نے پہلی جو تقریر کی، اور اس کے بعد بھی دس سال تک وہاں رہے، کبھی مکہ والوں کی شکایت نہیں۔</w:t>
      </w:r>
    </w:p>
    <w:p>
      <w:r>
        <w:rPr>
          <w:b/>
        </w:rPr>
        <w:t xml:space="preserve">[53:08] </w:t>
      </w:r>
      <w:r>
        <w:t>kabhi makkah walon ke zulm ki dastaan wahan nahi. kuch bhi nahi, kuch bhi nahi, kuch</w:t>
      </w:r>
    </w:p>
    <w:p>
      <w:pPr>
        <w:jc w:val="right"/>
      </w:pPr>
      <w:r>
        <w:t>کبھی مکہ والوں کے ظلم کی داستان وہاں نہیں۔ کچھ بھی نہیں، کچھ بھی نہیں، کچھ</w:t>
      </w:r>
    </w:p>
    <w:p>
      <w:r>
        <w:rPr>
          <w:b/>
        </w:rPr>
        <w:t xml:space="preserve">[53:12] </w:t>
      </w:r>
      <w:r>
        <w:t>bhi nahi.</w:t>
      </w:r>
    </w:p>
    <w:p>
      <w:pPr>
        <w:jc w:val="right"/>
      </w:pPr>
      <w:r>
        <w:t>بھی نہیں۔</w:t>
      </w:r>
    </w:p>
    <w:p>
      <w:r>
        <w:rPr>
          <w:b/>
        </w:rPr>
        <w:t xml:space="preserve">[53:16] </w:t>
      </w:r>
      <w:r>
        <w:t>yeh hai daai ka andaaz. uss ko daal diya bhlaway ke khaane mein. jo makkah walon ne kiya, uss ko bhool jao.</w:t>
      </w:r>
    </w:p>
    <w:p>
      <w:pPr>
        <w:jc w:val="right"/>
      </w:pPr>
      <w:r>
        <w:t>یہ ہے داعی کا انداز۔ اس کو ڈال دیا بھلاوے کے خانے میں۔ جو مکہ والوں نے کیا، اس کو بھول جاؤ۔</w:t>
      </w:r>
    </w:p>
    <w:p>
      <w:r>
        <w:rPr>
          <w:b/>
        </w:rPr>
        <w:t xml:space="preserve">[53:26] </w:t>
      </w:r>
      <w:r>
        <w:t>aagay jo maamla hai, aagay akhirat ka maamla, jannat o jahannum ka maamla, Khuda ke samnay peshi ka maamla, wohi uss ke dimagh mein chhaye rehta hai daai ke zehan mein.</w:t>
      </w:r>
    </w:p>
    <w:p>
      <w:pPr>
        <w:jc w:val="right"/>
      </w:pPr>
      <w:r>
        <w:t>آگے جو معاملہ ہے، آگے آخرت کا معاملہ، جنت و جہنم کا معاملہ، خدا کے سامنے پیشی کا معاملہ، وہی اس کے دماغ میں چھائے رہتا ہے داعی کے ذہن میں۔</w:t>
      </w:r>
    </w:p>
    <w:p>
      <w:r>
        <w:rPr>
          <w:b/>
        </w:rPr>
        <w:t xml:space="preserve">[53:37] </w:t>
      </w:r>
      <w:r>
        <w:t>aur woh usi ko bayan karta hai.</w:t>
      </w:r>
    </w:p>
    <w:p>
      <w:pPr>
        <w:jc w:val="right"/>
      </w:pPr>
      <w:r>
        <w:t>اور وہ اسی کو بیان کرتا ہے۔</w:t>
      </w:r>
    </w:p>
    <w:p>
      <w:r>
        <w:rPr>
          <w:b/>
        </w:rPr>
        <w:t xml:space="preserve">[53:41] </w:t>
      </w:r>
      <w:r>
        <w:t>to hijrat jo hai, yahi theek. hijrat bhi yeh hai ke yani takraao ke rastay ko avoid kar ke sulah ke rastay mein chalay jana.</w:t>
      </w:r>
    </w:p>
    <w:p>
      <w:pPr>
        <w:jc w:val="right"/>
      </w:pPr>
      <w:r>
        <w:t>تو ہجرت جو ہے، یہی ٹھیک۔ ہجرت بھی یہ ہے کہ یعنی ٹکراؤ کے راستے کو اوائڈ کر کے صلح کے راستے میں چلے جانا۔</w:t>
      </w:r>
    </w:p>
    <w:p>
      <w:r>
        <w:rPr>
          <w:b/>
        </w:rPr>
        <w:t xml:space="preserve">[53:52] </w:t>
      </w:r>
      <w:r>
        <w:t>ke agar rasool Allah sal Allah alayh wasallam hijrat na kartay to takraao tha. aap takraao ko chhod kar ke madina chalay gay. acha, uss ke baad kya hua?</w:t>
      </w:r>
    </w:p>
    <w:p>
      <w:pPr>
        <w:jc w:val="right"/>
      </w:pPr>
      <w:r>
        <w:t>کہ اگر رسول اللہ صلی اللہ علیہ وسلم ہجرت نہ کرتے تو ٹکراؤ تھا۔ آپ ٹکراؤ کو چھوڑ کر کے مدینہ چلے گئے۔ اچھا، اس کے بعد کیا ہوا؟</w:t>
      </w:r>
    </w:p>
    <w:p>
      <w:r>
        <w:rPr>
          <w:b/>
        </w:rPr>
        <w:t xml:space="preserve">[54:03] </w:t>
      </w:r>
      <w:r>
        <w:t>ke madina janay ke baad bhi unhon ne ladaai chhod rakhi thi. unhon ne hamla kiya baqayda.</w:t>
      </w:r>
    </w:p>
    <w:p>
      <w:pPr>
        <w:jc w:val="right"/>
      </w:pPr>
      <w:r>
        <w:t>کہ مدینہ جانے کے بعد بھی انہوں نے لڑائی چھوڑ رکھی تھی۔ انہوں نے حملہ کیا باقاعدہ۔</w:t>
      </w:r>
    </w:p>
    <w:p>
      <w:r>
        <w:rPr>
          <w:b/>
        </w:rPr>
        <w:t xml:space="preserve">[54:11] </w:t>
      </w:r>
      <w:r>
        <w:t>badar ka hamla, uhud ka hamla.</w:t>
      </w:r>
    </w:p>
    <w:p>
      <w:pPr>
        <w:jc w:val="right"/>
      </w:pPr>
      <w:r>
        <w:t>بدر کا حملہ، احد کا حملہ۔</w:t>
      </w:r>
    </w:p>
    <w:p>
      <w:r>
        <w:rPr>
          <w:b/>
        </w:rPr>
        <w:t xml:space="preserve">[54:17] </w:t>
      </w:r>
      <w:r>
        <w:t>to iss tarah ka takraao ka aik silsila shuru hogaya un ki taraf se. yani hamla kar ke, un ke apnay hamlay ki wajah se shuru hua. un ke jarahiyat ki wajah se, makkah walon ki jarahiyat ki wajah se shuru hua.</w:t>
      </w:r>
    </w:p>
    <w:p>
      <w:pPr>
        <w:jc w:val="right"/>
      </w:pPr>
      <w:r>
        <w:t>تو اس طرح کا ٹکراؤ کا ایک سلسلہ شروع ہوگیا ان کی طرف سے۔ یعنی حملہ کر کے، ان کے اپنے حملے کی وجہ سے شروع ہوا۔ ان کے جارحیت کی وجہ سے، مکہ والوں کی جارحیت کی وجہ سے شروع ہوا۔</w:t>
      </w:r>
    </w:p>
    <w:p>
      <w:r>
        <w:rPr>
          <w:b/>
        </w:rPr>
        <w:t xml:space="preserve">[54:30] </w:t>
      </w:r>
      <w:r>
        <w:t>to aap ne yahan kya kiya?</w:t>
      </w:r>
    </w:p>
    <w:p>
      <w:pPr>
        <w:jc w:val="right"/>
      </w:pPr>
      <w:r>
        <w:t>تو آپ نے یہاں کیا کیا؟</w:t>
      </w:r>
    </w:p>
    <w:p>
      <w:r>
        <w:rPr>
          <w:b/>
        </w:rPr>
        <w:t xml:space="preserve">[54:33] </w:t>
      </w:r>
      <w:r>
        <w:t>aap ne woh kar diya jo aata hai kitaab mein ke sulah al hudaybiyah. yani hudaybiyah muahida. hudaybiyah muahida.</w:t>
      </w:r>
    </w:p>
    <w:p>
      <w:pPr>
        <w:jc w:val="right"/>
      </w:pPr>
      <w:r>
        <w:t>آپ نے وہ کر دیا جو آتا ہے کتاب میں کہ صلح الحدیبیہ۔ یعنی حدیبیہ معاہدہ۔ حدیبیہ معاہدہ۔</w:t>
      </w:r>
    </w:p>
    <w:p>
      <w:r>
        <w:rPr>
          <w:b/>
        </w:rPr>
        <w:t xml:space="preserve">[54:43] </w:t>
      </w:r>
      <w:r>
        <w:t>hudaybiyah muahida kiya tha? woh tha no war muahida. no war muahida tha woh. hamaray tumharay darmiyan koi ladaai nahi hogi.</w:t>
      </w:r>
    </w:p>
    <w:p>
      <w:pPr>
        <w:jc w:val="right"/>
      </w:pPr>
      <w:r>
        <w:t>حدیبیہ معاہدہ کیا تھا؟ وہ تھا نو وار معاہدہ۔ نو وار معاہدہ تھا وہ۔ ہمارے تمہارے درمیان کوئی لڑائی نہیں ہوگی۔</w:t>
      </w:r>
    </w:p>
    <w:p>
      <w:r>
        <w:rPr>
          <w:b/>
        </w:rPr>
        <w:t xml:space="preserve">[54:55] </w:t>
      </w:r>
      <w:r>
        <w:t>lekin no war muahiday ki qeemat kya deni pari aap</w:t>
      </w:r>
    </w:p>
    <w:p>
      <w:pPr>
        <w:jc w:val="right"/>
      </w:pPr>
      <w:r>
        <w:t>لیکن نو وار معاہدے کی قیمت کیا دینی پڑی آپ</w:t>
      </w:r>
    </w:p>
    <w:p>
      <w:r>
        <w:rPr>
          <w:b/>
        </w:rPr>
        <w:t xml:space="preserve">[54:59] </w:t>
      </w:r>
      <w:r>
        <w:t>ko? bohat bari qeemat. yani jo jo unhon ne shartain lagain, jo sharaait, uss ko aap maan liya aap ne.</w:t>
      </w:r>
    </w:p>
    <w:p>
      <w:pPr>
        <w:jc w:val="right"/>
      </w:pPr>
      <w:r>
        <w:t>کو؟ بہت بڑی قیمت۔ یعنی جو جو انہوں نے شرطیں لگائیں، جو شرائط، اس کو آپ مان لیا آپ نے۔</w:t>
      </w:r>
    </w:p>
    <w:p>
      <w:r>
        <w:rPr>
          <w:b/>
        </w:rPr>
        <w:t xml:space="preserve">[55:10] </w:t>
      </w:r>
      <w:r>
        <w:t>bohat hi zillat, yani aisi zillat wali sharaait. jaise misaal ke tor par uss mein aik aik tha, aik banda ke agar aik aadmi makkah mein reh raha hai,</w:t>
      </w:r>
    </w:p>
    <w:p>
      <w:pPr>
        <w:jc w:val="right"/>
      </w:pPr>
      <w:r>
        <w:t>بہت ہی ذلت، یعنی ایسی ذلت والی شرائط۔ جیسے مثال کے طور پر اس میں ایک ایک تھا، ایک بندہ کہ اگر ایک آدمی مکہ میں رہ رہا ہے،</w:t>
      </w:r>
    </w:p>
    <w:p>
      <w:r>
        <w:rPr>
          <w:b/>
        </w:rPr>
        <w:t xml:space="preserve">[55:25] </w:t>
      </w:r>
      <w:r>
        <w:t>woh Islam ko mannay lagay, aur woh chhod kar chala jaye madina, to aap ko uss aadmi ko lotana paray ga humein.</w:t>
      </w:r>
    </w:p>
    <w:p>
      <w:pPr>
        <w:jc w:val="right"/>
      </w:pPr>
      <w:r>
        <w:t>وہ اسلام کو ماننے لگے، اور وہ چھوڑ کر چلا جائے مدینہ، تو آپ کو اس آدمی کو لوٹانا پڑے گا ہمیں۔</w:t>
      </w:r>
    </w:p>
    <w:p>
      <w:r>
        <w:rPr>
          <w:b/>
        </w:rPr>
        <w:t xml:space="preserve">[55:36] </w:t>
      </w:r>
      <w:r>
        <w:t>aur madina mein aik aadmi hai, aik muslim, uss ko hum kahin pakar payein to hum uss ko nahi lotayenge.</w:t>
      </w:r>
    </w:p>
    <w:p>
      <w:pPr>
        <w:jc w:val="right"/>
      </w:pPr>
      <w:r>
        <w:t>اور مدینہ میں ایک آدمی ہے، ایک مسلم، اس کو ہم کہیں پکڑ پائیں تو ہم اس کو نہیں لوٹائیں گے۔</w:t>
      </w:r>
    </w:p>
    <w:p>
      <w:r>
        <w:rPr>
          <w:b/>
        </w:rPr>
        <w:t xml:space="preserve">[55:44] </w:t>
      </w:r>
      <w:r>
        <w:t>aap ghore kijiye, yak tarafah sharaait. to sara jo banda, jis jis ko maan kar ke woh hua tha, woh sab aik</w:t>
      </w:r>
    </w:p>
    <w:p>
      <w:pPr>
        <w:jc w:val="right"/>
      </w:pPr>
      <w:r>
        <w:t>آپ غور کیجیے، یک طرفہ شرائط۔ تو سارا جو بندہ، جس جس کو مان کر کے وہ ہوا تھا، وہ سب ایک</w:t>
      </w:r>
    </w:p>
    <w:p>
      <w:r>
        <w:rPr>
          <w:b/>
        </w:rPr>
        <w:t xml:space="preserve">[56:04] </w:t>
      </w:r>
      <w:r>
        <w:t>tarafah sharton par.</w:t>
      </w:r>
    </w:p>
    <w:p>
      <w:pPr>
        <w:jc w:val="right"/>
      </w:pPr>
      <w:r>
        <w:t>طرفہ شرطوں پر۔</w:t>
      </w:r>
    </w:p>
    <w:p>
      <w:r>
        <w:rPr>
          <w:b/>
        </w:rPr>
        <w:t xml:space="preserve">[56:09] </w:t>
      </w:r>
      <w:r>
        <w:t>to yani mukhalif party ki yak tarafah sharton ko maan kar aap ko kiya mila?</w:t>
      </w:r>
    </w:p>
    <w:p>
      <w:pPr>
        <w:jc w:val="right"/>
      </w:pPr>
      <w:r>
        <w:t>تو یعنی مخالف پارٹی کی یک طرفہ شرطوں کو مان کر آپ کو کیا ملا؟</w:t>
      </w:r>
    </w:p>
    <w:p>
      <w:r>
        <w:rPr>
          <w:b/>
        </w:rPr>
        <w:t xml:space="preserve">[56:19] </w:t>
      </w:r>
      <w:r>
        <w:t>nau war muahida.</w:t>
      </w:r>
    </w:p>
    <w:p>
      <w:pPr>
        <w:jc w:val="right"/>
      </w:pPr>
      <w:r>
        <w:t>نو وار معاہدہ۔</w:t>
      </w:r>
    </w:p>
    <w:p>
      <w:r>
        <w:rPr>
          <w:b/>
        </w:rPr>
        <w:t xml:space="preserve">[56:23] </w:t>
      </w:r>
      <w:r>
        <w:t>kyunke aap takrao se hat kar ke sulah ke rastay par aanay ke liye itni bari qeemat de di aap ne.</w:t>
      </w:r>
    </w:p>
    <w:p>
      <w:pPr>
        <w:jc w:val="right"/>
      </w:pPr>
      <w:r>
        <w:t>کیونکہ آپ ٹکراؤ سے ہٹ کر کے صلح کے راستے پر آنے کے لئے اتنی بڑی قیمت دے دی آپ نے۔</w:t>
      </w:r>
    </w:p>
    <w:p>
      <w:r>
        <w:rPr>
          <w:b/>
        </w:rPr>
        <w:t xml:space="preserve">[56:34] </w:t>
      </w:r>
      <w:r>
        <w:t>itni bari qeemat de di aap ne.</w:t>
      </w:r>
    </w:p>
    <w:p>
      <w:pPr>
        <w:jc w:val="right"/>
      </w:pPr>
      <w:r>
        <w:t>اتنی بڑی قیمت دے دی آپ نے۔</w:t>
      </w:r>
    </w:p>
    <w:p>
      <w:r>
        <w:rPr>
          <w:b/>
        </w:rPr>
        <w:t xml:space="preserve">[56:37] </w:t>
      </w:r>
      <w:r>
        <w:t>yani Haider al-Tabar jaisa aadmi ko laga tha ke yeh to bohat hi zalat hai hamari, hum kyun aisa manen is ko? Hum nahi manen ge.</w:t>
      </w:r>
    </w:p>
    <w:p>
      <w:pPr>
        <w:jc w:val="right"/>
      </w:pPr>
      <w:r>
        <w:t>یعنی حیدرالطبر جیسا آدمی کو لگا تھا کہ یہ تو بہت ہی ذلت ہے ہماری، ہم کیوں ایسا مانیں اس کو؟ ہم نہیں مانیں گے۔</w:t>
      </w:r>
    </w:p>
    <w:p>
      <w:r>
        <w:rPr>
          <w:b/>
        </w:rPr>
        <w:t xml:space="preserve">[56:48] </w:t>
      </w:r>
      <w:r>
        <w:t>Rasool Allah ne israr kiya aur dastakhat kar diya is par.</w:t>
      </w:r>
    </w:p>
    <w:p>
      <w:pPr>
        <w:jc w:val="right"/>
      </w:pPr>
      <w:r>
        <w:t>رسول اللہ نے اصرار کیا اور دستخط کر دیا اس پر۔</w:t>
      </w:r>
    </w:p>
    <w:p>
      <w:r>
        <w:rPr>
          <w:b/>
        </w:rPr>
        <w:t xml:space="preserve">[56:57] </w:t>
      </w:r>
      <w:r>
        <w:t>to yeh tha yani</w:t>
      </w:r>
    </w:p>
    <w:p>
      <w:pPr>
        <w:jc w:val="right"/>
      </w:pPr>
      <w:r>
        <w:t>تو یہ تھا یعنی</w:t>
      </w:r>
    </w:p>
    <w:p>
      <w:r>
        <w:rPr>
          <w:b/>
        </w:rPr>
        <w:t xml:space="preserve">[57:02] </w:t>
      </w:r>
      <w:r>
        <w:t>Rasool Allah ki zindagi mein aise bohat sare waqiat hain, maine chand aap ko samnay pesh kiya.</w:t>
      </w:r>
    </w:p>
    <w:p>
      <w:pPr>
        <w:jc w:val="right"/>
      </w:pPr>
      <w:r>
        <w:t>رسول اللہ کی زندگی میں ایسے بہت سارے واقعات ہیں، میں نے چند آپ کو سامنے پیش کیا۔</w:t>
      </w:r>
    </w:p>
    <w:p>
      <w:r>
        <w:rPr>
          <w:b/>
        </w:rPr>
        <w:t xml:space="preserve">[57:09] </w:t>
      </w:r>
      <w:r>
        <w:t>to yeh hai Allah taala ka ilm, yeh dunya ke liye Allah taala ka nizam, Allah taala ka is dunya ke liye jo muqarrar kiya Allah taala ne, jo tareeqa.</w:t>
      </w:r>
    </w:p>
    <w:p>
      <w:pPr>
        <w:jc w:val="right"/>
      </w:pPr>
      <w:r>
        <w:t>تو یہ ہے اللہ تعالیٰ کا علم، یہ دنیا کے لئے اللہ تعالیٰ کا نظام، اللہ تعالیٰ کا اس دنیا کے لئے جو مقرر کیا اللہ تعالیٰ نے، جو طریقہ۔</w:t>
      </w:r>
    </w:p>
    <w:p>
      <w:r>
        <w:rPr>
          <w:b/>
        </w:rPr>
        <w:t xml:space="preserve">[57:26] </w:t>
      </w:r>
      <w:r>
        <w:t>isi par, yani yahi kamyabi ka rasta. Aur yahi chornay ki waja se aaj musalmanon ke pesh aa raha hai sari baaten.</w:t>
      </w:r>
    </w:p>
    <w:p>
      <w:pPr>
        <w:jc w:val="right"/>
      </w:pPr>
      <w:r>
        <w:t>اسی پر، یعنی یہی کامیابی کا راستہ۔ اور یہی چھوڑنے کی وجہ سے آج مسلمانوں کے پیش آ رہا ہے ساری باتیں۔</w:t>
      </w:r>
    </w:p>
    <w:p>
      <w:r>
        <w:rPr>
          <w:b/>
        </w:rPr>
        <w:t xml:space="preserve">[57:37] </w:t>
      </w:r>
      <w:r>
        <w:t>jahan bhi dekhiye, kam az kam do so saal se sirf takrao, takrao, takrao. Pehle shuru hoti hai shikayat, shikayat ke baad ehtijaj, ehtijaj ke baad takrao, tashaddud, yahan tak ke khudkushi bomb mein.</w:t>
      </w:r>
    </w:p>
    <w:p>
      <w:pPr>
        <w:jc w:val="right"/>
      </w:pPr>
      <w:r>
        <w:t>جہاں بھی دیکھیے، کم از کم دو سو سال سے صرف ٹکراؤ، ٹکراؤ، ٹکراؤ۔ پہلے شروع ہوتی ہے شکایت، شکایت کے بعد احتجاج، احتجاج کے بعد ٹکراؤ، تشدد، یہاں تک کہ خودکشی بم میں۔</w:t>
      </w:r>
    </w:p>
    <w:p>
      <w:r>
        <w:rPr>
          <w:b/>
        </w:rPr>
        <w:t xml:space="preserve">[57:52] </w:t>
      </w:r>
      <w:r>
        <w:t>yeh jo usool al-khair ka jo formula tha ke takrao ko avoid karo aur masaleh ko apnao, poore do so saal mein musalman aisa nahi kar saka.</w:t>
      </w:r>
    </w:p>
    <w:p>
      <w:pPr>
        <w:jc w:val="right"/>
      </w:pPr>
      <w:r>
        <w:t>یہ جو اصول الخیر کا جو فارمولا تھا کہ ٹکراؤ کو اوائڈ کرو اور مصالحے کو اپناؤ، پورے دو سو سال میں مسلمان ایسا نہیں کر سکے۔</w:t>
      </w:r>
    </w:p>
    <w:p>
      <w:r>
        <w:rPr>
          <w:b/>
        </w:rPr>
        <w:t xml:space="preserve">[58:07] </w:t>
      </w:r>
      <w:r>
        <w:t>yahi jabke peghambar ka tareeqa yahi hai. To ab jo soorat-e-haal is waqt musalmanon ke pesh aa rahi hai, har har jagah aap jalsay mein, un ke paper mein, un ke magazine mein dekhen ge aap, yani shikayat jumlay,</w:t>
      </w:r>
    </w:p>
    <w:p>
      <w:pPr>
        <w:jc w:val="right"/>
      </w:pPr>
      <w:r>
        <w:t>یہی جبکہ پیغمبر کا طریقہ یہی ہے۔ تو اب جو صورتحال اس وقت مسلمانوں کے پیش آ رہی ہے، ہر ہر جگہ آپ جلسے میں، ان کے پیپر میں، ان کے میگزین میں دیکھیں گے آپ، یعنی شکایت جملے،</w:t>
      </w:r>
    </w:p>
    <w:p>
      <w:r>
        <w:rPr>
          <w:b/>
        </w:rPr>
        <w:t xml:space="preserve">[58:21] </w:t>
      </w:r>
      <w:r>
        <w:t>zulm ki dastanें. Main kehta hoon waqt tha dobara jaiza lene ka, dobara jaiza len ke hum ne peghambar ke rastay ko chhor diya, Quran ke rastay ko chhor diya, usool al-khair walay rastay ko chhor diya, is ka ulta le liya.</w:t>
      </w:r>
    </w:p>
    <w:p>
      <w:pPr>
        <w:jc w:val="right"/>
      </w:pPr>
      <w:r>
        <w:t>ظلم کی داستانیں۔ میں کہتا ہوں وقت تھا دوبارہ جائزہ لینے کا، دوبارہ جائزہ لیں کہ ہم نے پیغمبر کے راستے کو چھوڑ دیا، قرآن کے راستے کو چھوڑ دیا، اصول الخیر والے راستے کو چھوڑ دیا، اس کا الٹا لے لیا۔</w:t>
      </w:r>
    </w:p>
    <w:p>
      <w:r>
        <w:rPr>
          <w:b/>
        </w:rPr>
        <w:t xml:space="preserve">[58:37] </w:t>
      </w:r>
      <w:r>
        <w:t>is se is se hamein yeh sab pesh aa raha hai.</w:t>
      </w:r>
    </w:p>
    <w:p>
      <w:pPr>
        <w:jc w:val="right"/>
      </w:pPr>
      <w:r>
        <w:t>اس سے اس سے ہمیں یہ سب پیش آ رہا ہے۔</w:t>
      </w:r>
    </w:p>
    <w:p>
      <w:r>
        <w:rPr>
          <w:b/>
        </w:rPr>
        <w:t xml:space="preserve">[58:42] </w:t>
      </w:r>
      <w:r>
        <w:t>yeh yeh jo maine qisse yahan se wahan tak bataye, isi liye ke hum hamare andar khud ehtisabi aaye, hum jaiza len.</w:t>
      </w:r>
    </w:p>
    <w:p>
      <w:pPr>
        <w:jc w:val="right"/>
      </w:pPr>
      <w:r>
        <w:t>یہ یہ جو میں نے قصے یہاں سے وہاں تک بتائے، اسی لئے کہ ہم ہمارے اندر خود احتسابی آئے، ہم جائزہ لیں۔</w:t>
      </w:r>
    </w:p>
    <w:p>
      <w:r>
        <w:rPr>
          <w:b/>
        </w:rPr>
        <w:t xml:space="preserve">[58:55] </w:t>
      </w:r>
      <w:r>
        <w:t>to main dua karta hoon ke Allah taala mujh ko aur aap ko tofeeq de ke hum yani Quran ki roshni mein cheezon ko dekhen aur us ke mutabiq apni zindagi ko aur ummat ki zindagi ko chalen.</w:t>
      </w:r>
    </w:p>
    <w:p>
      <w:pPr>
        <w:jc w:val="right"/>
      </w:pPr>
      <w:r>
        <w:t>تو میں دعا کرتا ہوں کہ اللہ تعالیٰ مجھ کو اور آپ کو توفیق دے کہ ہم یعنی قرآن کی روشنی میں چیزوں کو دیکھیں اور اس کے مطابق اپنی زندگی کو اور امت کی زندگی کو چلائیں۔</w:t>
      </w:r>
    </w:p>
    <w:p>
      <w:r>
        <w:rPr>
          <w:b/>
        </w:rPr>
        <w:t xml:space="preserve">[59:06] </w:t>
      </w:r>
      <w:r>
        <w:t>aqool qawli hadha wa astaghfirullah li wa lakum ajmaeen</w:t>
      </w:r>
    </w:p>
    <w:p>
      <w:pPr>
        <w:jc w:val="right"/>
      </w:pPr>
      <w:r>
        <w:t>أقول قولي هذا واستغفرالله لي ولكم اجمعين</w:t>
      </w:r>
    </w:p>
    <w:p>
      <w:r>
        <w:rPr>
          <w:b/>
        </w:rPr>
        <w:t xml:space="preserve">[59:25] </w:t>
      </w:r>
      <w:r>
        <w:t>dekhen yeh ek afsana hai, jab microscope nahi bana tha tab se pehle ka afsana hai, log ab is par chale chale aaye hain. Isi par ab to baghair qatl ke aap zinda nahi reh sakte.</w:t>
      </w:r>
    </w:p>
    <w:p>
      <w:pPr>
        <w:jc w:val="right"/>
      </w:pPr>
      <w:r>
        <w:t>دیکھیں یہ ایک افسانہ ہے، جب مائیکروسکوپ نہیں بنا تھا تب سے پہلے کا افسانہ ہے، لوگ اب اس پر چلے چلے آئے ہیں۔ اسی پر اب تو بغیر قتل کے آپ زندہ نہیں رہ سکتے۔</w:t>
      </w:r>
    </w:p>
    <w:p>
      <w:r>
        <w:rPr>
          <w:b/>
        </w:rPr>
        <w:t xml:space="preserve">[59:39] </w:t>
      </w:r>
      <w:r>
        <w:t>yeh dekhen ek do zamane hain, qabl microscope aur baad microscope.</w:t>
      </w:r>
    </w:p>
    <w:p>
      <w:pPr>
        <w:jc w:val="right"/>
      </w:pPr>
      <w:r>
        <w:t>یہ دیکھیں ایک دو زمانے ہیں، قبل مائیکروسکوپ اور بعد مائیکروسکوپ۔</w:t>
      </w:r>
    </w:p>
    <w:p>
      <w:r>
        <w:rPr>
          <w:b/>
        </w:rPr>
        <w:t xml:space="preserve">[59:50] </w:t>
      </w:r>
      <w:r>
        <w:t>pehle zamane mein insan janta nahi tha ke har cheez mein har cheez mein jaan hai, yani pani mein, doodh mein, sabzi mein, phal mein, har cheez mein.</w:t>
      </w:r>
    </w:p>
    <w:p>
      <w:pPr>
        <w:jc w:val="right"/>
      </w:pPr>
      <w:r>
        <w:t>پہلے زمانے میں انسان جانتا نہیں تھا کہ ہر چیز میں ہر چیز میں جان ہے، یعنی پانی میں، دودھ میں، سبزی میں، پھل میں، ہر چیز میں۔</w:t>
      </w:r>
    </w:p>
    <w:p>
      <w:r>
        <w:rPr>
          <w:b/>
        </w:rPr>
        <w:t xml:space="preserve">[1:00:01] </w:t>
      </w:r>
      <w:r>
        <w:t>to is ko kaha jata hai ek hai micro organism, ek hai micro organism, yani chote jandar aur bade jandar.</w:t>
      </w:r>
    </w:p>
    <w:p>
      <w:pPr>
        <w:jc w:val="right"/>
      </w:pPr>
      <w:r>
        <w:t>تو اس کو کہا جاتا ہے ایک ہے مائیکرو آرگینزم، ایک ہے مائیکرو آرگینزم، یعنی چھوٹے جاندار اور بڑے جاندار۔</w:t>
      </w:r>
    </w:p>
    <w:p>
      <w:r>
        <w:rPr>
          <w:b/>
        </w:rPr>
        <w:t xml:space="preserve">[1:00:16] </w:t>
      </w:r>
      <w:r>
        <w:t>to bade jandar woh hain jin ko aap bakri aur bheer kehte hain, chote jandar woh hain jin ko ke aap bacteria kehte hain.</w:t>
      </w:r>
    </w:p>
    <w:p>
      <w:pPr>
        <w:jc w:val="right"/>
      </w:pPr>
      <w:r>
        <w:t>تو بڑے جاندار وہ ہیں جن کو آپ بکری اور بھیڑ کہتے ہیں، چھوٹے جاندار وہ ہیں جن کو کہ آپ بیکٹیریا کہتے ہیں۔</w:t>
      </w:r>
    </w:p>
    <w:p>
      <w:r>
        <w:rPr>
          <w:b/>
        </w:rPr>
        <w:t xml:space="preserve">[1:00:26] </w:t>
      </w:r>
      <w:r>
        <w:t>bacteria poore maanon mein wohi hain jo ke bheer bakri hote hain. To woh to har aadmi is qaleh ke baghair zinda nahi reh sakta.</w:t>
      </w:r>
    </w:p>
    <w:p>
      <w:pPr>
        <w:jc w:val="right"/>
      </w:pPr>
      <w:r>
        <w:t>بیکٹیریا پورے معنوں میں وہی ہیں جو کہ بھیڑ بکری ہوتے ہیں۔ تو وہ تو ہر آدمی اس قلعہ کے بغیر زندہ نہیں رہ سکتا۔</w:t>
      </w:r>
    </w:p>
    <w:p>
      <w:r>
        <w:rPr>
          <w:b/>
        </w:rPr>
        <w:t xml:space="preserve">[1:00:38] </w:t>
      </w:r>
      <w:r>
        <w:t>to yeh yeh masla jo hai, yeh yani is zamane ki baat hai jabke dunya mein khurdbeen nahi aayi thi, microscope nahi aayi thi.</w:t>
      </w:r>
    </w:p>
    <w:p>
      <w:pPr>
        <w:jc w:val="right"/>
      </w:pPr>
      <w:r>
        <w:t>تو یہ یہ مسئلہ جو ہے، یہ یعنی اس زمانے کی بات ہے جبکہ دنیا میں خردبین نہیں آئی تھی، مائیکروسکوپ نہیں آئی تھی۔</w:t>
      </w:r>
    </w:p>
    <w:p>
      <w:r>
        <w:rPr>
          <w:b/>
        </w:rPr>
        <w:t xml:space="preserve">[1:00:51] </w:t>
      </w:r>
      <w:r>
        <w:t>ab to sawal yeh hai ke jab khaliq ne aisa banaya hai ke baghair yani</w:t>
      </w:r>
    </w:p>
    <w:p>
      <w:pPr>
        <w:jc w:val="right"/>
      </w:pPr>
      <w:r>
        <w:t>اب تو سوال یہ ہے کہ جب خالق نے ایسا بنایا ہے کہ بغیر یعنی</w:t>
      </w:r>
    </w:p>
    <w:p>
      <w:r>
        <w:rPr>
          <w:b/>
        </w:rPr>
        <w:t xml:space="preserve">[1:01:01] </w:t>
      </w:r>
      <w:r>
        <w:t>jeo ko yani salo kiye baghair aap zinda nahi reh sakte. aap saans lenge tab bhi jeo andar gaya, pani lenge tab bhi jeo andar gaya, doodh piyenge tab bhi gaya, phal sabzi khayenge tab bhi andar gaya.</w:t>
      </w:r>
    </w:p>
    <w:p>
      <w:pPr>
        <w:jc w:val="right"/>
      </w:pPr>
      <w:r>
        <w:t>جیو کو یعنی سالو کیے بغیر آپ زندہ نہیں رہ سکتے۔ آپ سانس لیں گے تب بھی جیو اندر گیا، پانی لیں گے تب بھی جیو اندر گیا، دودھ پیئیں گے تب بھی گیا، پھل سبزی کھائیں گے تب بھی اندر گیا۔</w:t>
      </w:r>
    </w:p>
    <w:p>
      <w:r>
        <w:rPr>
          <w:b/>
        </w:rPr>
        <w:t xml:space="preserve">[1:01:18] </w:t>
      </w:r>
      <w:r>
        <w:t>ab option kis cheez mein hai? ya to khudkushi kar lijiye ya qanoon fitrat jo hai us ko qabool ki jiye.</w:t>
      </w:r>
    </w:p>
    <w:p>
      <w:pPr>
        <w:jc w:val="right"/>
      </w:pPr>
      <w:r>
        <w:t>اب آپشن کس چیز میں ہے؟ یا تو خودکشی کر لیجیے یا قانون فطرت جو ہے اس کو قبول کیجیے۔</w:t>
      </w:r>
    </w:p>
    <w:p>
      <w:r>
        <w:rPr>
          <w:b/>
        </w:rPr>
        <w:t xml:space="preserve">[1:01:29] </w:t>
      </w:r>
      <w:r>
        <w:t>wo option nahi hai ab. vegetarian, non vegetarian ka option ab nahi hai, wo to khatam hogaya.</w:t>
      </w:r>
    </w:p>
    <w:p>
      <w:pPr>
        <w:jc w:val="right"/>
      </w:pPr>
      <w:r>
        <w:t>وہ آپشن نہیں ہے اب۔ ویجیٹیرین، نان ویجیٹیرین کا آپشن اب نہیں ہے، وہ تو ختم ہوگیا۔</w:t>
      </w:r>
    </w:p>
    <w:p>
      <w:r>
        <w:rPr>
          <w:b/>
        </w:rPr>
        <w:t xml:space="preserve">[1:01:36] </w:t>
      </w:r>
      <w:r>
        <w:t>ab to option yeh hai ke ya to yani ab wo micro organism bhi itni hi zindagi hoti hai us mein jitna ke micro organism.</w:t>
      </w:r>
    </w:p>
    <w:p>
      <w:pPr>
        <w:jc w:val="right"/>
      </w:pPr>
      <w:r>
        <w:t>اب تو آپشن یہ ہے کہ یا تو یعنی اب وہ مائیکرو آرگینزم بھی اتنی ہی زندگی ہوتی ہے اس میں جتنا کہ مائیکرو آرگینزم۔</w:t>
      </w:r>
    </w:p>
    <w:p>
      <w:r>
        <w:rPr>
          <w:b/>
        </w:rPr>
        <w:t xml:space="preserve">[1:01:51] </w:t>
      </w:r>
      <w:r>
        <w:t>koi farq nahi dono mein. androni hayaat. yeh to suppression ki baat hai. ab saans daur mein is baat ka ahmiyat khatam ho chuka hai.</w:t>
      </w:r>
    </w:p>
    <w:p>
      <w:pPr>
        <w:jc w:val="right"/>
      </w:pPr>
      <w:r>
        <w:t>کوئی فرق نہیں دونوں میں۔ اندرونی حیاتیات۔ یہ تو سپریسیشن کی بات ہے۔ اب سائنسی دور میں اس بات کا اہمیت ختم ہوچکا ہے۔</w:t>
      </w:r>
    </w:p>
    <w:p>
      <w:r>
        <w:rPr>
          <w:b/>
        </w:rPr>
        <w:t xml:space="preserve">[1:02:05] </w:t>
      </w:r>
      <w:r>
        <w:t>saans daur mein is baat ka ahmiyat khatam ho chuka hai. ab to option wo do mein aa hi nahi rahe. ab option vegetarian, non vegetarian ka hi nahi hai option.</w:t>
      </w:r>
    </w:p>
    <w:p>
      <w:pPr>
        <w:jc w:val="right"/>
      </w:pPr>
      <w:r>
        <w:t>سائنسی دور میں اس بات کا اہمیت ختم ہوچکا ہے۔ اب تو آپشن وہ دو میں آ ہی نہیں رہے۔ اب آپشن ویجیٹیرین، نان ویجیٹیرین کا ہی نہیں ہے آپشن۔</w:t>
      </w:r>
    </w:p>
    <w:p>
      <w:r>
        <w:rPr>
          <w:b/>
        </w:rPr>
        <w:t xml:space="preserve">[1:02:15] </w:t>
      </w:r>
      <w:r>
        <w:t>ab option hai ya to khudkushi kar le aadmi ya zinda rahe.</w:t>
      </w:r>
    </w:p>
    <w:p>
      <w:pPr>
        <w:jc w:val="right"/>
      </w:pPr>
      <w:r>
        <w:t>اب آپشن ہے یا تو خودکشی کر لے آدمی یا زندہ رہے۔</w:t>
      </w:r>
    </w:p>
    <w:p>
      <w:r>
        <w:rPr>
          <w:b/>
        </w:rPr>
        <w:t xml:space="preserve">[1:02:23] </w:t>
      </w:r>
      <w:r>
        <w:t>ab wo option hi baqi raha. wo to ek ek ek waham, ek ek waham hai ke hum wo option kab bhi le sakte hain. wo to option baqi nahi reh</w:t>
      </w:r>
    </w:p>
    <w:p>
      <w:pPr>
        <w:jc w:val="right"/>
      </w:pPr>
      <w:r>
        <w:t>اب وہ آپشن ہی باقی رہا۔ وہ تو ایک ایک ایک وہم، ایک ایک وہم ہے کہ ہم وہ آپشن کب بھی لے سکتے ہیں۔ وہ تو آپشن باقی نہیں رہ</w:t>
      </w:r>
    </w:p>
    <w:p>
      <w:r>
        <w:rPr>
          <w:b/>
        </w:rPr>
        <w:t xml:space="preserve">[1:02:33] </w:t>
      </w:r>
      <w:r>
        <w:t>a. ya to khudkushi kar lijiye ya jo jo fitrat ka jo mansooba hai us ko qabool kar ke aap yeh doodh aur.</w:t>
      </w:r>
    </w:p>
    <w:p>
      <w:pPr>
        <w:jc w:val="right"/>
      </w:pPr>
      <w:r>
        <w:t>ا۔ یا تو خودکشی کر لیجیے یا جو جو فطرت کا جو منصوبہ ہے اس کو قبول کر کے آپ یہ دودھ اور۔</w:t>
      </w:r>
    </w:p>
    <w:p>
      <w:r>
        <w:rPr>
          <w:b/>
        </w:rPr>
        <w:t xml:space="preserve">[1:02:45] </w:t>
      </w:r>
      <w:r>
        <w:t>mein khud to vegetarian hoon, bachpan se vegetarian hoon. lekin mein bachpan se scientist bhi hoon. mein bachpan se scientist hoon, yani saans soch meri bachpan se hai.</w:t>
      </w:r>
    </w:p>
    <w:p>
      <w:pPr>
        <w:jc w:val="right"/>
      </w:pPr>
      <w:r>
        <w:t>میں خود تو ویجیٹیرین ہوں، بچپن سے ویجیٹیرین ہوں۔ لیکن میں بچپن سے سائنسدان بھی ہوں۔ میں بچپن سے سائنسدان ہوں، یعنی سائنسی سوچ میری بچپن سے ہے۔</w:t>
      </w:r>
    </w:p>
    <w:p>
      <w:r>
        <w:rPr>
          <w:b/>
        </w:rPr>
        <w:t xml:space="preserve">[1:02:58] </w:t>
      </w:r>
      <w:r>
        <w:t>to is tarah ki ghair mantiqi baat mere zehan mein nahi baithti.</w:t>
      </w:r>
    </w:p>
    <w:p>
      <w:pPr>
        <w:jc w:val="right"/>
      </w:pPr>
      <w:r>
        <w:t>تو اس طرح کی غیر منطقی بات میرے ذہن میں نہیں بیٹھتی۔</w:t>
      </w:r>
    </w:p>
    <w:p>
      <w:r>
        <w:rPr>
          <w:b/>
        </w:rPr>
        <w:t xml:space="preserve">[1:03:02] </w:t>
      </w:r>
      <w:r>
        <w:t>ghair mantiqi baat. ke micro organism to hum pehle hi nikal rahe hain. to micro organism ko koi nikal raha hai, us mein kya kya farq hai?</w:t>
      </w:r>
    </w:p>
    <w:p>
      <w:pPr>
        <w:jc w:val="right"/>
      </w:pPr>
      <w:r>
        <w:t>غیر منطقی بات۔ کہ مائیکرو آرگینزم تو ہم پہلے ہی نکل رہے ہیں۔ تو مائیکرو آرگینزم کو کوئی نکل رہا ہے، اس میں کیا کیا فرق ہے؟</w:t>
      </w:r>
    </w:p>
    <w:p>
      <w:r>
        <w:rPr>
          <w:b/>
        </w:rPr>
        <w:t xml:space="preserve">[1:03:11] </w:t>
      </w:r>
      <w:r>
        <w:t>dono mein koi farq</w:t>
      </w:r>
    </w:p>
    <w:p>
      <w:pPr>
        <w:jc w:val="right"/>
      </w:pPr>
      <w:r>
        <w:t>دونوں میں کوئی فرق</w:t>
      </w:r>
    </w:p>
    <w:p>
      <w:r>
        <w:rPr>
          <w:b/>
        </w:rPr>
        <w:t xml:space="preserve">[1:03:12] </w:t>
      </w:r>
      <w:r>
        <w:t>nahi. quran shareef ki ek ayat hai Allah waliyuzina amanu yukhrijuhum minaz zulmati ila nur walizina kafaru awliyaohumul taghut yukhrijunahum minaz zulmati min an nur</w:t>
      </w:r>
    </w:p>
    <w:p>
      <w:pPr>
        <w:jc w:val="right"/>
      </w:pPr>
      <w:r>
        <w:t>نہیں۔ قرآن شریف کی ایک آیت ہے اللہ ولی الذین آمنوا یخرجہم من الظلمات إلى النور والذین کفرو أولیاءهم الطاغوت یخرجونہم من الظلمات من النور</w:t>
      </w:r>
    </w:p>
    <w:p>
      <w:r>
        <w:rPr>
          <w:b/>
        </w:rPr>
        <w:t xml:space="preserve">[1:03:31] </w:t>
      </w:r>
      <w:r>
        <w:t>Allah wali hai iman walon ka, wo unhein nikalta hai zulmat se aur le jata hai roshni ki taraf. aur taghut wali hai non iman walon ka, jo unhein roshni se andhere ki taraf le jata hai.</w:t>
      </w:r>
    </w:p>
    <w:p>
      <w:pPr>
        <w:jc w:val="right"/>
      </w:pPr>
      <w:r>
        <w:t>اللہ ولی ہے ایمان والوں کا، وہ انہیں نکالتا ہے ظلمات سے اور لے جاتا ہے روشنی کی طرف۔ اور طاغوت ولی ہے نان ایمان والوں کا، جو انہیں روشنی سے اندھیرے کی طرف لے جاتا ہے۔</w:t>
      </w:r>
    </w:p>
    <w:p>
      <w:r>
        <w:rPr>
          <w:b/>
        </w:rPr>
        <w:t xml:space="preserve">[1:03:49] </w:t>
      </w:r>
      <w:r>
        <w:t>to mera sawal hai ke kya momin andhere mein rehta hai, us ko Allah le jata hai roshni ki taraf? aur kya non iman wale roshni mein rehte hain, shaitan un ko le jata hai andhere ki taraf?</w:t>
      </w:r>
    </w:p>
    <w:p>
      <w:pPr>
        <w:jc w:val="right"/>
      </w:pPr>
      <w:r>
        <w:t>تو میرا سوال ہے کہ کیا مومن اندھیرے میں رہتا ہے، اس کو اللہ لے جاتا ہے روشنی کی طرف؟ اور کیا نان ایمان والے روشنی میں رہتے ہیں، شیطان ان کو لے جاتا ہے اندھیرے کی طرف؟</w:t>
      </w:r>
    </w:p>
    <w:p>
      <w:r>
        <w:rPr>
          <w:b/>
        </w:rPr>
        <w:t xml:space="preserve">[1:04:05] </w:t>
      </w:r>
      <w:r>
        <w:t>dekhein, andhera aur roshni kya cheez hai? is mein bar muslim ujale mein aisa nahi hai.</w:t>
      </w:r>
    </w:p>
    <w:p>
      <w:pPr>
        <w:jc w:val="right"/>
      </w:pPr>
      <w:r>
        <w:t>دیکھیں، اندھیرا اور روشنی کیا چیز ہے؟ اس میں باڑ مسلم اجالے میں ایسا نہیں ہے۔</w:t>
      </w:r>
    </w:p>
    <w:p>
      <w:r>
        <w:rPr>
          <w:b/>
        </w:rPr>
        <w:t xml:space="preserve">[1:04:16] </w:t>
      </w:r>
      <w:r>
        <w:t>bar muslim bhi hoti hai, andhere mein hota hai. is ka matlab yeh hai ke jo bar muslim hai, wo ujale mein hai aur jo bar muslim nahi hai, wo andhere mein hai.</w:t>
      </w:r>
    </w:p>
    <w:p>
      <w:pPr>
        <w:jc w:val="right"/>
      </w:pPr>
      <w:r>
        <w:t>باڑ مسلم بھی ہوتی ہے، اندھیرے میں ہوتا ہے۔ اس کا مطلب یہ ہے کہ جو باڑ مسلم ہے، وہ اجالے میں ہے اور جو باڑ مسلم نہیں ہے، وہ اندھیرے میں ہے۔</w:t>
      </w:r>
    </w:p>
    <w:p>
      <w:r>
        <w:rPr>
          <w:b/>
        </w:rPr>
        <w:t xml:space="preserve">[1:04:26] </w:t>
      </w:r>
      <w:r>
        <w:t>har insan, har insani andhere mein hai. andhere ke maani kya hain?</w:t>
      </w:r>
    </w:p>
    <w:p>
      <w:pPr>
        <w:jc w:val="right"/>
      </w:pPr>
      <w:r>
        <w:t>ہر انسان، ہر انسانی اندھیرے میں ہے۔ اندھیرے کے معنی کیا ہیں؟</w:t>
      </w:r>
    </w:p>
    <w:p>
      <w:r>
        <w:rPr>
          <w:b/>
        </w:rPr>
        <w:t xml:space="preserve">[1:04:32] </w:t>
      </w:r>
      <w:r>
        <w:t>dekhein, matlab yeh hai ke aap paida hote hain ek jungle of thought mein.</w:t>
      </w:r>
    </w:p>
    <w:p>
      <w:pPr>
        <w:jc w:val="right"/>
      </w:pPr>
      <w:r>
        <w:t>دیکھیں، مطلب یہ ہے کہ آپ پیدا ہوتے ہیں ایک جنگل آف تھاٹ میں۔</w:t>
      </w:r>
    </w:p>
    <w:p>
      <w:r>
        <w:rPr>
          <w:b/>
        </w:rPr>
        <w:t xml:space="preserve">[1:04:42] </w:t>
      </w:r>
      <w:r>
        <w:t>jungle of thought mein paida hote hain. aap is mein chhanat chhanat na kar sakein, ghalat ko sahi se alag na kar sakein, to aap andhere mein jee rahe hain.</w:t>
      </w:r>
    </w:p>
    <w:p>
      <w:pPr>
        <w:jc w:val="right"/>
      </w:pPr>
      <w:r>
        <w:t>جنگل آف تھاٹ میں پیدا ہوتے ہیں۔ آپ اس میں چھانٹ چھانٹ نہ کر سکیں، غلط کو صحیح سے الگ نہ کر سکیں، تو آپ اندھیرے میں جی رہے ہیں۔</w:t>
      </w:r>
    </w:p>
    <w:p>
      <w:r>
        <w:rPr>
          <w:b/>
        </w:rPr>
        <w:t xml:space="preserve">[1:04:53] </w:t>
      </w:r>
      <w:r>
        <w:t>andhere mein jee rahe hain. hum mein se har aadmi jee raha hai jungle of thought mein.</w:t>
      </w:r>
    </w:p>
    <w:p>
      <w:pPr>
        <w:jc w:val="right"/>
      </w:pPr>
      <w:r>
        <w:t>اندھیرے میں جی رہے ہیں۔ ہم میں سے ہر آدمی جی رہا ہے جنگل آف تھاٹ میں۔</w:t>
      </w:r>
    </w:p>
    <w:p>
      <w:r>
        <w:rPr>
          <w:b/>
        </w:rPr>
        <w:t xml:space="preserve">[1:05:00] </w:t>
      </w:r>
      <w:r>
        <w:t>yani beshumar cheezein hain, ek do nahi hain ke kya kya jaye, kya na kiya jaye, ke kaise sochen, kaise na sochen.</w:t>
      </w:r>
    </w:p>
    <w:p>
      <w:pPr>
        <w:jc w:val="right"/>
      </w:pPr>
      <w:r>
        <w:t>یعنی بے شمار چیزیں ہیں، ایک دو نہیں ہیں کہ کیا کیا جائے، کیا نہ کیا جائے، کہ کیسے سوچیں، کیسے نہ سوچیں۔</w:t>
      </w:r>
    </w:p>
    <w:p>
      <w:r>
        <w:rPr>
          <w:b/>
        </w:rPr>
        <w:t xml:space="preserve">[1:05:12] </w:t>
      </w:r>
      <w:r>
        <w:t>to is is ko chhanat chhanat karna, is ko farq karna, ghalat se sahi ko ghalat se alag kar ke apni sahi soch banana,</w:t>
      </w:r>
    </w:p>
    <w:p>
      <w:pPr>
        <w:jc w:val="right"/>
      </w:pPr>
      <w:r>
        <w:t>تو اس اس کو چھانٹ چھانٹ کرنا، اس کو فرق کرنا، غلط سے صحیح کو غلط سے الگ کر کے اپنی صحیح سوچ بنانا،</w:t>
      </w:r>
    </w:p>
    <w:p>
      <w:r>
        <w:rPr>
          <w:b/>
        </w:rPr>
        <w:t xml:space="preserve">[1:05:25] </w:t>
      </w:r>
      <w:r>
        <w:t>yeh matlab hai. to taghoot ka matlab hai</w:t>
      </w:r>
    </w:p>
    <w:p>
      <w:pPr>
        <w:jc w:val="right"/>
      </w:pPr>
      <w:r>
        <w:t>یہ مطلب ہے۔ تو طاغوت کا مطلب ہے</w:t>
      </w:r>
    </w:p>
    <w:p>
      <w:r>
        <w:rPr>
          <w:b/>
        </w:rPr>
        <w:t xml:space="preserve">[1:05:29] </w:t>
      </w:r>
      <w:r>
        <w:t>shaitan. shaitan jo hai, behkata hai. har waqt shaitan jo hai, aap ko behka kar ke le aata hai wahi andhere ki taraf.</w:t>
      </w:r>
    </w:p>
    <w:p>
      <w:pPr>
        <w:jc w:val="right"/>
      </w:pPr>
      <w:r>
        <w:t>شیطان۔ شیطان جو ہے، بہکاتا ہے۔ ہر وقت شیطان جو ہے، آپ کو بہکا کر کے لے آتا ہے وہی اندھیرے کی طرف۔</w:t>
      </w:r>
    </w:p>
    <w:p>
      <w:r>
        <w:rPr>
          <w:b/>
        </w:rPr>
        <w:t xml:space="preserve">[1:05:38] </w:t>
      </w:r>
      <w:r>
        <w:t>yani ke aap uljhan mein jiyein. andhere ke mani hain uljhan mein jiyein. aap ko sachai mein aur sach aur jhoot mein farq karne ka art na maloom ho.</w:t>
      </w:r>
    </w:p>
    <w:p>
      <w:pPr>
        <w:jc w:val="right"/>
      </w:pPr>
      <w:r>
        <w:t>یعنی کہ آپ الجھن میں جیئیں۔ اندھیرے کے معنی ہیں الجھن میں جیئیں۔ آپ کو سچائی میں اور سچ اور جھوٹ میں فرق کرنے کا آرٹ نہ معلوم ہو۔</w:t>
      </w:r>
    </w:p>
    <w:p>
      <w:r>
        <w:rPr>
          <w:b/>
        </w:rPr>
        <w:t xml:space="preserve">[1:05:54] </w:t>
      </w:r>
      <w:r>
        <w:t>yani art of farq na maloom ho aap ko. chhanat chhanat karne ka art na maloom ho aap ko. to aap andhere mein jee rahe</w:t>
      </w:r>
    </w:p>
    <w:p>
      <w:pPr>
        <w:jc w:val="right"/>
      </w:pPr>
      <w:r>
        <w:t>یعنی آرٹ آف فرق نہ معلوم ہو آپ کو۔ چھانٹ چھانٹ کرنے کا آرٹ نہ معلوم ہو آپ کو۔ تو آپ اندھیرے میں جی رہے</w:t>
      </w:r>
    </w:p>
    <w:p>
      <w:r>
        <w:rPr>
          <w:b/>
        </w:rPr>
        <w:t xml:space="preserve">[1:06:03] </w:t>
      </w:r>
      <w:r>
        <w:t>hain. to shaitan behkata hai. shaitan behkata hai ke yeh to sachai hai. jhoot, jhoot ko sach bana kar dikhata hai woh. to yeh test hai aap ka ke aap apne aap ko shaitan ke, yani shaitan ke jo jo behkane ka, jo dhoka dene ka jo jo irada laga hua hai, us se aap log bahar nikal sakein.</w:t>
      </w:r>
    </w:p>
    <w:p>
      <w:pPr>
        <w:jc w:val="right"/>
      </w:pPr>
      <w:r>
        <w:t>ہیں۔ تو شیطان بہکاتا ہے۔ شیطان بہکاتا ہے کہ یہ تو سچائی ہے۔ جھوٹ، جھوٹ کو سچ بنا کر دکھاتا ہے وہ۔ تو یہ ٹیسٹ ہے آپ کا کہ آپ اپنے آپ کو شیطان کے، یعنی شیطان کے جو جو بہکانے کا، جو دھوکا دینے کا جو جو ارادہ لگا ہوا ہے، اس سے آپ لوگ باہر نکال سکیں۔</w:t>
      </w:r>
    </w:p>
    <w:p>
      <w:r>
        <w:rPr>
          <w:b/>
        </w:rPr>
        <w:t xml:space="preserve">[1:06:30] </w:t>
      </w:r>
      <w:r>
        <w:t>to yahan par kya hai? har insaan, har insaan ke sath aik shaitan hota hai, aik aik aik farishta hota hai. to farishte ki baat sunenge aap to aap ujale mein jayenge.</w:t>
      </w:r>
    </w:p>
    <w:p>
      <w:pPr>
        <w:jc w:val="right"/>
      </w:pPr>
      <w:r>
        <w:t>تو یہاں پر کیا ہے؟ ہر انسان، ہر انسان کے ساتھ ایک شیطان ہوتا ہے، ایک ایک ایک فرشتہ ہوتا ہے۔ تو فرشتے کی بات سنیں گے آپ تو آپ اجالے میں جائیں گے۔</w:t>
      </w:r>
    </w:p>
    <w:p>
      <w:r>
        <w:rPr>
          <w:b/>
        </w:rPr>
        <w:t xml:space="preserve">[1:06:43] </w:t>
      </w:r>
      <w:r>
        <w:t>shaitan ki baat sunenge to aap andhere mein jayenge. jaise ke abhi dekhiye, aik kamral right hua tha UP ke aik shahar mein.</w:t>
      </w:r>
    </w:p>
    <w:p>
      <w:pPr>
        <w:jc w:val="right"/>
      </w:pPr>
      <w:r>
        <w:t>شیطان کی بات سنیں گے تو آپ اندھیرے میں جائیں گے۔ جیسے کہ ابھی دیکھیے، ایک کمرل رائٹ ہوا تھا یو پی کے ایک شہر میں۔</w:t>
      </w:r>
    </w:p>
    <w:p>
      <w:r>
        <w:rPr>
          <w:b/>
        </w:rPr>
        <w:t xml:space="preserve">[1:06:54] </w:t>
      </w:r>
      <w:r>
        <w:t>aur sare musalman is ke khilaf likh rahe hain, likh rahe hain. halanke likhna andhere ki boli bolna hai.</w:t>
      </w:r>
    </w:p>
    <w:p>
      <w:pPr>
        <w:jc w:val="right"/>
      </w:pPr>
      <w:r>
        <w:t>اور سارے مسلمان اس کے خلاف لکھ رہے ہیں، لکھ رہے ہیں۔ حالانکہ لکھنا اندھیرے کی بولی بولنا ہے۔</w:t>
      </w:r>
    </w:p>
    <w:p>
      <w:r>
        <w:rPr>
          <w:b/>
        </w:rPr>
        <w:t xml:space="preserve">[1:07:01] </w:t>
      </w:r>
      <w:r>
        <w:t>kyun? wahan par musalmanon ne milad un nabi ka jaloos nikala. aur hindu ilaqe se le jane lagne.</w:t>
      </w:r>
    </w:p>
    <w:p>
      <w:pPr>
        <w:jc w:val="right"/>
      </w:pPr>
      <w:r>
        <w:t>کیوں؟ وہاں پر مسلمانوں نے میلاد النبی کا جلوس نکالا۔ اور ہندو علاقے سے لے جانے لگے۔</w:t>
      </w:r>
    </w:p>
    <w:p>
      <w:r>
        <w:rPr>
          <w:b/>
        </w:rPr>
        <w:t xml:space="preserve">[1:07:11] </w:t>
      </w:r>
      <w:r>
        <w:t>to hinduo ne kaha ke route badlo apni, muslim ilaqe mein le ke jao. kaha nahi, hum to nahi le aayenge. ab jhagda hua, pathra hua, fasad hua. aur bohat se log mare gaye.</w:t>
      </w:r>
    </w:p>
    <w:p>
      <w:pPr>
        <w:jc w:val="right"/>
      </w:pPr>
      <w:r>
        <w:t>تو ہندوؤں نے کہا کہ روٹ بدلو اپنی، مسلم علاقے میں لے کے جاؤ۔ کہا نہیں، ہم تو نہیں لے آئیں گے۔ اب جھگڑا ہوا، پتھرا ہوا، فساد ہوا۔ اور بہت سے لوگ مارے گئے۔</w:t>
      </w:r>
    </w:p>
    <w:p>
      <w:r>
        <w:rPr>
          <w:b/>
        </w:rPr>
        <w:t xml:space="preserve">[1:07:21] </w:t>
      </w:r>
      <w:r>
        <w:t>to kaha shaitan ne unhein behkaya ke nahi, isi taraf le aana hai. albatta Islam is mein hai ke hindu ilaqe mein jayein aur nare lagayein wahan. yeh shaitan ne behkaya.</w:t>
      </w:r>
    </w:p>
    <w:p>
      <w:pPr>
        <w:jc w:val="right"/>
      </w:pPr>
      <w:r>
        <w:t>تو کہا شیطان نے انہیں بہکایا کہ نہیں، اسی طرف لے آنا ہے۔ البتہ اسلام اس میں ہے کہ ہندو علاقے میں جائیں اور نعرے لگائیں وہاں۔ یہ شیطان نے بہکایا۔</w:t>
      </w:r>
    </w:p>
    <w:p>
      <w:r>
        <w:rPr>
          <w:b/>
        </w:rPr>
        <w:t xml:space="preserve">[1:07:30] </w:t>
      </w:r>
      <w:r>
        <w:t>to farishte ki awaz nahi suni unho ne. jo maine kaha na sulah wali tareeqa, avoid karo takrao ko. yeh nahi in ko sunai diya.</w:t>
      </w:r>
    </w:p>
    <w:p>
      <w:pPr>
        <w:jc w:val="right"/>
      </w:pPr>
      <w:r>
        <w:t>تو فرشتے کی آواز نہیں سنی انہوں نے۔ جو میں نے کہا نا صلح والی طریقہ، اوائڈ کرو ٹکراؤ کو۔ یہ نہیں ان کو سنائی دیا۔</w:t>
      </w:r>
    </w:p>
    <w:p>
      <w:r>
        <w:rPr>
          <w:b/>
        </w:rPr>
        <w:t xml:space="preserve">[1:07:39] </w:t>
      </w:r>
      <w:r>
        <w:t>to shaitan ki awaz sunai di un ko ke yeh to azmat Islam ka mamla hai, hum le jayenge idhar se. aur farishte keh rahe the ke nahi,</w:t>
      </w:r>
    </w:p>
    <w:p>
      <w:pPr>
        <w:jc w:val="right"/>
      </w:pPr>
      <w:r>
        <w:t>تو شیطان کی آواز سنائی دی ان کو کہ یہ تو عظمت اسلام کا معاملہ ہے، ہم لے جائیں گے ادھر سے۔ اور فرشتے کہہ رہے تھے کہ نہیں،</w:t>
      </w:r>
    </w:p>
    <w:p>
      <w:r>
        <w:rPr>
          <w:b/>
        </w:rPr>
        <w:t xml:space="preserve">[1:07:47] </w:t>
      </w:r>
      <w:r>
        <w:t>takrao ko avoid karo. to yeh subah sham har aadmi ke sath ho raha hai, har fard ke sath, har khandan ke sath, aur sari community ke sath.</w:t>
      </w:r>
    </w:p>
    <w:p>
      <w:pPr>
        <w:jc w:val="right"/>
      </w:pPr>
      <w:r>
        <w:t>ٹکراؤ کو اوائڈ کرو۔ تو یہ صبح شام ہر آدمی کے ساتھ ہو رہا ہے، ہر فرد کے ساتھ، ہر خاندان کے ساتھ، اور ساری کمیونٹی کے ساتھ۔</w:t>
      </w:r>
    </w:p>
    <w:p>
      <w:r>
        <w:rPr>
          <w:b/>
        </w:rPr>
        <w:t xml:space="preserve">[1:08:02] </w:t>
      </w:r>
      <w:r>
        <w:t>maulana sahib, jab Hazrat Ibrahim ne apni wahan naslein banaiin Makka Makka mein, to kitna waqt laga ke phir se shirk aaya?</w:t>
      </w:r>
    </w:p>
    <w:p>
      <w:pPr>
        <w:jc w:val="right"/>
      </w:pPr>
      <w:r>
        <w:t>مولانا صاحب، جب حضرت ابراہیم نے اپنی وہاں نسلیں بنائیں مکہ مکہ میں، تو کتنا وقت لگا کہ پھر سے شرک آیا؟</w:t>
      </w:r>
    </w:p>
    <w:p>
      <w:r>
        <w:rPr>
          <w:b/>
        </w:rPr>
        <w:t xml:space="preserve">[1:08:14] </w:t>
      </w:r>
      <w:r>
        <w:t>aur kyun, matlab kya wajoohaat thi?</w:t>
      </w:r>
    </w:p>
    <w:p>
      <w:pPr>
        <w:jc w:val="right"/>
      </w:pPr>
      <w:r>
        <w:t>اور کیوں، مطلب کیا وجوہات تھیں؟</w:t>
      </w:r>
    </w:p>
    <w:p>
      <w:r>
        <w:rPr>
          <w:b/>
        </w:rPr>
        <w:t xml:space="preserve">[1:08:19] </w:t>
      </w:r>
      <w:r>
        <w:t>dedh hazar saal ka muddat hai woh. ji haan. to wahan par aisa hota ke Hazrat Ismail jo the, woh the aur un ki maan thi bas.</w:t>
      </w:r>
    </w:p>
    <w:p>
      <w:pPr>
        <w:jc w:val="right"/>
      </w:pPr>
      <w:r>
        <w:t>ڈیڑھ ہزار سال کا مدت ہے وہ۔ جی ہاں۔ تو وہاں پر ایسا ہوتا کہ حضرت اسماعیل جو تھے، وہ تھے اور ان کی ماں تھی بس۔</w:t>
      </w:r>
    </w:p>
    <w:p>
      <w:r>
        <w:rPr>
          <w:b/>
        </w:rPr>
        <w:t xml:space="preserve">[1:08:30] </w:t>
      </w:r>
      <w:r>
        <w:t>phir jab zam zam ka pani nikal aaya to wahan par aik jarham qabeela tha, wahan se</w:t>
      </w:r>
    </w:p>
    <w:p>
      <w:pPr>
        <w:jc w:val="right"/>
      </w:pPr>
      <w:r>
        <w:t>پھر جب زم زم کا پانی نکل آیا تو وہاں پر ایک جرہم قبیلہ تھا، وہاں سے</w:t>
      </w:r>
    </w:p>
    <w:p>
      <w:r>
        <w:rPr>
          <w:b/>
        </w:rPr>
        <w:t xml:space="preserve">[1:08:40] </w:t>
      </w:r>
      <w:r>
        <w:t>guzre, woh dekha ke yahan pani hai. to Hazrat Hajra se unho ne</w:t>
      </w:r>
    </w:p>
    <w:p>
      <w:pPr>
        <w:jc w:val="right"/>
      </w:pPr>
      <w:r>
        <w:t>گزرے، وہ دیکھا کہ یہاں پانی ہے۔ تو حضرت حاجہ سے انہوں نے</w:t>
      </w:r>
    </w:p>
    <w:p>
      <w:r>
        <w:rPr>
          <w:b/>
        </w:rPr>
        <w:t xml:space="preserve">[1:08:49] </w:t>
      </w:r>
      <w:r>
        <w:t>ijazat mangi wahan rehne ki. to ijazat de di unho ne. to jarham wale wahan rehne lage. jarham ki ladki se shadi hui Hazrat Ismail ki.</w:t>
      </w:r>
    </w:p>
    <w:p>
      <w:pPr>
        <w:jc w:val="right"/>
      </w:pPr>
      <w:r>
        <w:t>اجازت مانگی وہاں رہنے کی۔ تو اجازت دے دی انہوں نے۔ تو جرہم والے وہاں رہنے لگے۔ جرہم کی لڑکی سے شادی ہوئی حضرت اسماعیل کی۔</w:t>
      </w:r>
    </w:p>
    <w:p>
      <w:r>
        <w:rPr>
          <w:b/>
        </w:rPr>
        <w:t xml:space="preserve">[1:09:00] </w:t>
      </w:r>
      <w:r>
        <w:t>wahan se nasl aage barhi. is mein dedh hazar saal lag gaye. lekin interaction bohat hota tha, aap jante hain. aate jate the log.</w:t>
      </w:r>
    </w:p>
    <w:p>
      <w:pPr>
        <w:jc w:val="right"/>
      </w:pPr>
      <w:r>
        <w:t>وہاں سے نسل آگے بڑھی۔ اس میں ڈیڑھ ہزار سال لگ گئے۔ لیکن انٹریکشن بہت ہوتا تھا، آپ جانتے ہیں۔ آتے جاتے تھے لوگ۔</w:t>
      </w:r>
    </w:p>
    <w:p>
      <w:r>
        <w:rPr>
          <w:b/>
        </w:rPr>
        <w:t xml:space="preserve">[1:09:09] </w:t>
      </w:r>
      <w:r>
        <w:t>jis ki lambi kahani hai ke woh aik aadmi gaya bahar, wahan se aik aik but le aaya. to woh wahan rakh diya us ne.</w:t>
      </w:r>
    </w:p>
    <w:p>
      <w:pPr>
        <w:jc w:val="right"/>
      </w:pPr>
      <w:r>
        <w:t>جس کی لمبی کہانی ہے کہ وہ ایک آدمی گیا باہر، وہاں سے ایک ایک بت لے آیا۔ تو وہ وہاں رکھ دیا اس نے۔</w:t>
      </w:r>
    </w:p>
    <w:p>
      <w:r>
        <w:rPr>
          <w:b/>
        </w:rPr>
        <w:t xml:space="preserve">[1:09:19] </w:t>
      </w:r>
      <w:r>
        <w:t>dheere dheere, dheere dheere badhte badhte woh. lekin arabon ka jo shirk tha, woh bohat hi yani woh tha, bohat hi naram shirk tha. naram.</w:t>
      </w:r>
    </w:p>
    <w:p>
      <w:pPr>
        <w:jc w:val="right"/>
      </w:pPr>
      <w:r>
        <w:t>دھیرے دھیرے، دھیرے دھیرے بڑھتے بڑھتے وہ۔ لیکن عربوں کا جو شرک تھا، وہ بہت ہی یعنی وہ تھا، بہت ہی نرم شرک تھا۔ نرم۔</w:t>
      </w:r>
    </w:p>
    <w:p>
      <w:r>
        <w:rPr>
          <w:b/>
        </w:rPr>
        <w:t xml:space="preserve">[1:09:28] </w:t>
      </w:r>
      <w:r>
        <w:t>aisa shirk nahi tha jaise ke aap doosri jagahon par dekhte hain. jaise aik mashhoor qissa hai ke Umar al Qais tha, woh bohat sardar tha, top ka aadmi tha, hoshiyar bhi tha.</w:t>
      </w:r>
    </w:p>
    <w:p>
      <w:pPr>
        <w:jc w:val="right"/>
      </w:pPr>
      <w:r>
        <w:t>ایسا شرک نہیں تھا جیسے کہ آپ دوسری جگہوں پر دیکھتے ہیں۔ جیسے ایک مشہور قصہ ہے کہ عمر القیس تھا، وہ بہت سردار تھا، ٹاپ کا آدمی تھا، ہوشیار بھی تھا۔</w:t>
      </w:r>
    </w:p>
    <w:p>
      <w:r>
        <w:rPr>
          <w:b/>
        </w:rPr>
        <w:t xml:space="preserve">[1:09:40] </w:t>
      </w:r>
      <w:r>
        <w:t>to wahan aik tareeqa tha buton se faal nikalne ka. to uska baap ko kisi ne mar dala tha.</w:t>
      </w:r>
    </w:p>
    <w:p>
      <w:pPr>
        <w:jc w:val="right"/>
      </w:pPr>
      <w:r>
        <w:t>تو وہاں ایک طریقہ تھا بتوں سے فعال نکالنے کا۔ تو اس کا باپ کو کسی نے مار ڈالا تھا۔</w:t>
      </w:r>
    </w:p>
    <w:p>
      <w:r>
        <w:rPr>
          <w:b/>
        </w:rPr>
        <w:t xml:space="preserve">[1:09:47] </w:t>
      </w:r>
      <w:r>
        <w:t>to woh but ke paas gaya poochne ke liye ke main baap ka badla loon ke na loon? is ka badla loon ke na loon? to kuch khaas tareeqa hota tha, woh kya us ne?</w:t>
      </w:r>
    </w:p>
    <w:p>
      <w:pPr>
        <w:jc w:val="right"/>
      </w:pPr>
      <w:r>
        <w:t>تو وہ بت کے پاس گیا پوچھنے کے لیے کہ میں باپ کا بدلہ لوں کہ نہ لوں؟ اس کا بدلہ لوں کہ نہ لوں؟ تو کچھ خاص طریقہ ہوتا تھا، وہ کیا اس نے؟</w:t>
      </w:r>
    </w:p>
    <w:p>
      <w:r>
        <w:rPr>
          <w:b/>
        </w:rPr>
        <w:t xml:space="preserve">[1:09:57] </w:t>
      </w:r>
      <w:r>
        <w:t>to nikla ke nahin, badla mat lo. to us ke paas us ne maara us ko, tod diya us ko.</w:t>
      </w:r>
    </w:p>
    <w:p>
      <w:pPr>
        <w:jc w:val="right"/>
      </w:pPr>
      <w:r>
        <w:t>تو نکلا کہ نہیں، بدلہ مت لو۔ تو اس کے پاس اس نے مارا اس کو، توڑ دیا اس کو۔</w:t>
      </w:r>
    </w:p>
    <w:p>
      <w:r>
        <w:rPr>
          <w:b/>
        </w:rPr>
        <w:t xml:space="preserve">[1:10:07] </w:t>
      </w:r>
      <w:r>
        <w:t>yaani but ko tod kar phenk gira diya. kaha ke tu jhoot bolta hai. tere baap agar, tere baap se aisa hota to aisa na karta.</w:t>
      </w:r>
    </w:p>
    <w:p>
      <w:pPr>
        <w:jc w:val="right"/>
      </w:pPr>
      <w:r>
        <w:t>یعنی بت کو توڑ کر پھینک گرا دیا۔ کہا کہ تو جھوٹ بولتا ہے۔ تیرے باپ اگر، تیرے باپ سے ایسا ہوتا تو ایسا نہ کرتا۔</w:t>
      </w:r>
    </w:p>
    <w:p>
      <w:r>
        <w:rPr>
          <w:b/>
        </w:rPr>
        <w:t xml:space="preserve">[1:10:17] </w:t>
      </w:r>
      <w:r>
        <w:t>agar tere baap ko koi maarta to aisa na karta ke us ko chhod do. kyunke wahan par shirk bohat naram shirk tha, bohat hi. yaani naram ka matlab yeh hai ke falsafi buniyad nahin thi.</w:t>
      </w:r>
    </w:p>
    <w:p>
      <w:pPr>
        <w:jc w:val="right"/>
      </w:pPr>
      <w:r>
        <w:t>اگر تیرے باپ کو کوئی مارتا تو ایسا نہ کرتا کہ اس کو چھوڑ دو۔ کیونکہ وہاں پر شرک بہت نرم شرک تھا، بہت ہی۔ یعنی نرم کا مطلب یہ ہے کہ فلسفی بنیاد نہیں تھا۔</w:t>
      </w:r>
    </w:p>
    <w:p>
      <w:r>
        <w:rPr>
          <w:b/>
        </w:rPr>
        <w:t xml:space="preserve">[1:10:29] </w:t>
      </w:r>
      <w:r>
        <w:t>aur jagahon par jo shirk jo aap dekhte hain, woh is ki peeche ek ideology hai, ek falsafi hai. woh embedded hai falsafi mein.</w:t>
      </w:r>
    </w:p>
    <w:p>
      <w:pPr>
        <w:jc w:val="right"/>
      </w:pPr>
      <w:r>
        <w:t>اور جگہوں پر جو شرک جو آپ دیکھتے ہیں، وہ اس کی پیچھے ایک آئیڈیالوجی ہے، ایک فلسفی ہے۔ وہ ایمبیڈڈ ہے فلسفی میں۔</w:t>
      </w:r>
    </w:p>
    <w:p>
      <w:r>
        <w:rPr>
          <w:b/>
        </w:rPr>
        <w:t xml:space="preserve">[1:10:40] </w:t>
      </w:r>
      <w:r>
        <w:t>wahan koi falsafi nahin tha, aisi bas oopar oopar ek culture tha.</w:t>
      </w:r>
    </w:p>
    <w:p>
      <w:pPr>
        <w:jc w:val="right"/>
      </w:pPr>
      <w:r>
        <w:t>وہاں کوئی فلسفی نہیں تھا، ایسی بس اوپر اوپر ایک کلچر تھا۔</w:t>
      </w:r>
    </w:p>
    <w:p>
      <w:r>
        <w:rPr>
          <w:b/>
        </w:rPr>
        <w:t xml:space="preserve">[1:10:44] </w:t>
      </w:r>
      <w:r>
        <w:t>isi wajah se agarche baad ke zamanay mein shirk aa gaya tha, lekin woh jaldi khatm bhi ho gaya. aur jagahon par shirk itna gehra jab jama hua hai ke khatm karte karte bhi khatm nahin ho raha hai.</w:t>
      </w:r>
    </w:p>
    <w:p>
      <w:pPr>
        <w:jc w:val="right"/>
      </w:pPr>
      <w:r>
        <w:t>اسی وجہ سے اگرچہ بعد کے زمانے میں شرک آ گیا تھا، لیکن وہ جلدی ختم بھی ہو گیا۔ اور جگہوں پر شرک اتنا گہرا جب جمع ہوا ہے کہ ختم کرتے کرتے بھی ختم نہیں ہو رہا ہے۔</w:t>
      </w:r>
    </w:p>
    <w:p>
      <w:r>
        <w:rPr>
          <w:b/>
        </w:rPr>
        <w:t xml:space="preserve">[1:11:00] </w:t>
      </w:r>
      <w:r>
        <w:t>maulana sahib, aaj ke mauzu pe ek sawal hai. yeh confrontation ka jo aap ne khitab kiya, is mauzu pe jo Moosa علیہ السلام ka jo khitab aap ne kiya, Moosa علیہ السلام ka waqea jo bataya, wahan se jab sahra-e-Sinai mein Allah taala unhein hukum deta hai, Quran mein woh ayat aayi hai ke aap log ja ke ladein Falasteen mein dakhil hone ke liye, to woh log inkaar kar diye un ki qaum ne.</w:t>
      </w:r>
    </w:p>
    <w:p>
      <w:pPr>
        <w:jc w:val="right"/>
      </w:pPr>
      <w:r>
        <w:t>مولانا صاحب، آج کے موضوع پہ ایک سوال ہے۔ یہ کنفرنٹیشن کا جو آپ نے خطاب کیا، اس موضوع پہ جو موسیٰ علیہ السلام کا جو خطاب آپ نے کیا، موسیٰ علیہ السلام کا واقعہ جو بتایا، وہاں سے جب صحرائے سینائی میں اللہ تعالیٰ انہیں حکم دیتا ہے، قرآن میں وہ آیت آئی ہے کہ آپ لوگ جا کے لڑیں فلسطین میں داخل ہونے کے لیے، تو وہ لوگ انکار کر دیے ان کی قوم نے۔</w:t>
      </w:r>
    </w:p>
    <w:p>
      <w:r>
        <w:rPr>
          <w:b/>
        </w:rPr>
        <w:t xml:space="preserve">[1:11:20] </w:t>
      </w:r>
      <w:r>
        <w:t>kaha ke tum aur tumhare Khuda ja ke lado, hum yahin rahenge. jab yeh confrontation ka mauqa aaya tha, lekin agar woh qaum tayyar hoti to shayad confrontation ho jata.</w:t>
      </w:r>
    </w:p>
    <w:p>
      <w:pPr>
        <w:jc w:val="right"/>
      </w:pPr>
      <w:r>
        <w:t>کہا کہ تم اور تمہارے خدا جا کے لڑو، ہم یہیں رہیں گے۔ جب یہ کنفرنٹیشن کا موقع آیا تھا، لیکن اگر وہ قوم تیار ہوتی تو شاید کنفرنٹیشن ہو جاتا۔</w:t>
      </w:r>
    </w:p>
    <w:p>
      <w:r>
        <w:rPr>
          <w:b/>
        </w:rPr>
        <w:t xml:space="preserve">[1:11:29] </w:t>
      </w:r>
      <w:r>
        <w:t>aur Bani Israel ke aur ek paighambar, Shama'eel علیہ السلام, woh bhi qaum intezar karti rahi ke koi aisa paighambar aaye, hum iqtidaar hasil karein. to Shama'eel علیہ السلام ki zindagi poori confrontation ki hai, is mein ke us ke fauji.</w:t>
      </w:r>
    </w:p>
    <w:p>
      <w:pPr>
        <w:jc w:val="right"/>
      </w:pPr>
      <w:r>
        <w:t>اور بنی اسرائیل کے اور ایک پیغمبر، شمائل علیہ السلام، وہ بھی قوم انتظار کرتی رہی کہ کوئی ایسا پیغمبر آئے، ہم اقتدار حاصل کریں۔ تو شمائل علیہ السلام کی زندگی پوری کنفرنٹیشن کی ہے، اس میں کہ اس کے فوجی۔</w:t>
      </w:r>
    </w:p>
    <w:p>
      <w:r>
        <w:rPr>
          <w:b/>
        </w:rPr>
        <w:t xml:space="preserve">[1:11:41] </w:t>
      </w:r>
      <w:r>
        <w:t>haan, dekhein, haan theek hai, theek hai, main samajh gaya.</w:t>
      </w:r>
    </w:p>
    <w:p>
      <w:pPr>
        <w:jc w:val="right"/>
      </w:pPr>
      <w:r>
        <w:t>ہاں، دیکھیں، ہاں ٹھیک ہے، ٹھیک ہے، میں سمجھ گیا۔</w:t>
      </w:r>
    </w:p>
    <w:p>
      <w:r>
        <w:rPr>
          <w:b/>
        </w:rPr>
        <w:t xml:space="preserve">[1:11:44] </w:t>
      </w:r>
      <w:r>
        <w:t>main ne misaal di thi Misr ki. to Misr ki misaal hai ke wahan par Hazrat Moosa علیہ السلام ne takrao na kar ke chale gaye.</w:t>
      </w:r>
    </w:p>
    <w:p>
      <w:pPr>
        <w:jc w:val="right"/>
      </w:pPr>
      <w:r>
        <w:t>میں نے مثال دی تھی مصر کی۔ تو مصر کی مثال ہے کہ وہاں پر حضرت موسیٰ علیہ السلام نے ٹکراؤ نہ کر کے چلے گئے۔</w:t>
      </w:r>
    </w:p>
    <w:p>
      <w:r>
        <w:rPr>
          <w:b/>
        </w:rPr>
        <w:t xml:space="preserve">[1:11:53] </w:t>
      </w:r>
      <w:r>
        <w:t>ab sahra-e-Sinai se aisa hua ke unhone, woh Falasteen mein us zamanay mein doosre log qabiz ho gaye thay. yeh bohat bari baat hai jo aap farma rahe hain na, is se to bohat bari baat nikalti hai ke Falasteen Yahudiyon ka watan hai.</w:t>
      </w:r>
    </w:p>
    <w:p>
      <w:pPr>
        <w:jc w:val="right"/>
      </w:pPr>
      <w:r>
        <w:t>اب صحرائے سینا سے ایسا ہوا کہ انہوں نے، وہ فلسطین میں اس زمانے میں دوسرے لوگ قابض ہو گئے تھے۔ یہ بہت بڑی بات ہے جو آپ فرما رہے ہیں نا، اس سے تو بہت بڑی بات نکلتی ہے کہ فلسطین یہودیوں کا وطن ہے۔</w:t>
      </w:r>
    </w:p>
    <w:p>
      <w:r>
        <w:rPr>
          <w:b/>
        </w:rPr>
        <w:t xml:space="preserve">[1:12:09] </w:t>
      </w:r>
      <w:r>
        <w:t>woh diaspora mein thay, woh log. woh diaspora mein thay. yeh to agar Musalman is ko maanein to saare Falasteeni tareekh khatm.</w:t>
      </w:r>
    </w:p>
    <w:p>
      <w:pPr>
        <w:jc w:val="right"/>
      </w:pPr>
      <w:r>
        <w:t>وہ ڈائسپورا میں تھے، وہ لوگ۔ وہ ڈائسپورا میں تھے۔ یہ تو اگر مسلمان اس کو مانیں تو سارے فلسطینی تاریخ ختم۔</w:t>
      </w:r>
    </w:p>
    <w:p>
      <w:r>
        <w:rPr>
          <w:b/>
        </w:rPr>
        <w:t xml:space="preserve">[1:12:19] </w:t>
      </w:r>
      <w:r>
        <w:t>Allah taala ne un ko haq diya ke tum apne watan mein chale jao. to apne watan ko lene ke liye wahan par gaye thay. woh wahan, woh wahan na, woh is qism ki jang nahin thi jaise jang aaj ke log kiye hue hain.</w:t>
      </w:r>
    </w:p>
    <w:p>
      <w:pPr>
        <w:jc w:val="right"/>
      </w:pPr>
      <w:r>
        <w:t>اللہ تعالیٰ نے ان کو حق دیا کہ تم اپنے وطن میں چلے جاؤ۔ تو اپنے وطن کو لینے کے لیے وہاں پر گئے تھے۔ وہ وہاں، وہ وہاں نہ، وہ اس قسم کی جنگ نہیں تھی جیسے جنگ آج کے لوگ کیے ہوئے ہیں۔</w:t>
      </w:r>
    </w:p>
    <w:p>
      <w:r>
        <w:rPr>
          <w:b/>
        </w:rPr>
        <w:t xml:space="preserve">[1:12:33] </w:t>
      </w:r>
      <w:r>
        <w:t>yeh to bohat bari Quran Majeed mein ayat maujood hai ke Bible mein Falasteen ko kaha gaya hai "Promised Land", "Arz-e-Maw'ood".</w:t>
      </w:r>
    </w:p>
    <w:p>
      <w:pPr>
        <w:jc w:val="right"/>
      </w:pPr>
      <w:r>
        <w:t>یہ تو بہت بڑی قرآن مجید میں آیت موجود ہے کہ بائبل میں فلسطین کو کہا گیا ہے "پرامید لین"، "ارض موعود"۔</w:t>
      </w:r>
    </w:p>
    <w:p>
      <w:r>
        <w:rPr>
          <w:b/>
        </w:rPr>
        <w:t xml:space="preserve">[1:12:44] </w:t>
      </w:r>
      <w:r>
        <w:t>same Quran Majeed mein hai "Assigned Land".</w:t>
      </w:r>
    </w:p>
    <w:p>
      <w:pPr>
        <w:jc w:val="right"/>
      </w:pPr>
      <w:r>
        <w:t>سیم قرآن مجید میں ہے "اسائنڈ لین"۔</w:t>
      </w:r>
    </w:p>
    <w:p>
      <w:r>
        <w:rPr>
          <w:b/>
        </w:rPr>
        <w:t xml:space="preserve">[1:12:49] </w:t>
      </w:r>
      <w:r>
        <w:t>same bilkul Quran Majeed mein hai ke Falasteen tumhare liye "Assigned Land" hai aur Falasteen tumhare liye "Promised Land" hai.</w:t>
      </w:r>
    </w:p>
    <w:p>
      <w:pPr>
        <w:jc w:val="right"/>
      </w:pPr>
      <w:r>
        <w:t>سیم بالکل قرآن مجید میں ہے کہ فلسطین تمہارے لیے "اسائنڈ لین" ہے اور فلسطین تمہارے لیے "پرامید لین" ہے۔</w:t>
      </w:r>
    </w:p>
    <w:p>
      <w:r>
        <w:rPr>
          <w:b/>
        </w:rPr>
        <w:t xml:space="preserve">[1:12:59] </w:t>
      </w:r>
      <w:r>
        <w:t>to main yeh manta hoon ke Falasteen mein Arabon ki jang bilkul galat hai. jo Yahudi wahan gaye, woh diaspora mein thay. un ki wapsi waisi wapsi thi jaise Hazrat Moosa علیہ السلام ke zamanay mein Allah taala ke hukum se hui thi.</w:t>
      </w:r>
    </w:p>
    <w:p>
      <w:pPr>
        <w:jc w:val="right"/>
      </w:pPr>
      <w:r>
        <w:t>تو میں یہ مانتا ہوں کہ فلسطین میں عربوں کی جنگ بالکل غلط ہے۔ جو یہودی وہاں گئے، وہ ڈائسپورا میں تھے۔ ان کی واپسی ویسی واپسی تھی جیسے حضرت موسیٰ علیہ السلام کے زمانے میں اللہ تعالیٰ کے حکم سے ہوئی تھی۔</w:t>
      </w:r>
    </w:p>
    <w:p>
      <w:r>
        <w:rPr>
          <w:b/>
        </w:rPr>
        <w:t xml:space="preserve">[1:13:11] </w:t>
      </w:r>
      <w:r>
        <w:t>wahan par to woh to, woh to apne watan mein dakhil hone ka mamla tha. to is se jo cheez nikalti hai, woh ek maujooda zamanay Arabon ki ladai galat hai.</w:t>
      </w:r>
    </w:p>
    <w:p>
      <w:pPr>
        <w:jc w:val="right"/>
      </w:pPr>
      <w:r>
        <w:t>وہاں پر تو وہ تو، وہ تو اپنے وطن میں داخل ہونے کا معاملہ تھا۔ تو اس سے جو چیز نکلتی ہے، وہ ایک موجودہ زمانے عربوں کی لڑائی غلط ہے۔</w:t>
      </w:r>
    </w:p>
    <w:p>
      <w:r>
        <w:rPr>
          <w:b/>
        </w:rPr>
        <w:t xml:space="preserve">[1:13:21] </w:t>
      </w:r>
      <w:r>
        <w:t>kyun tum lad rahe ho in logon se jo apni diaspora mein wapas aaye hain?</w:t>
      </w:r>
    </w:p>
    <w:p>
      <w:pPr>
        <w:jc w:val="right"/>
      </w:pPr>
      <w:r>
        <w:t>کیوں تم لڑ رہے ہو ان لوگوں سے جو اپنی ڈائسپورا میں واپس آئے ہیں؟</w:t>
      </w:r>
    </w:p>
    <w:p>
      <w:r>
        <w:rPr>
          <w:b/>
        </w:rPr>
        <w:t xml:space="preserve">[1:13:26] </w:t>
      </w:r>
      <w:r>
        <w:t>maulana sahib, ek connected sawal hai ke confrontation kya har tarah ki confrontation galat hai? kyunke jab Rasool صلی اللہ علیہ وسلم ne daawa kiya aur jab woh bola Quraish se bola ke agar tum ek haath mein suraj de do, ek haath mein chand de do, tab bhi main tumhari baat nahin manunga aur Allah.</w:t>
      </w:r>
    </w:p>
    <w:p>
      <w:pPr>
        <w:jc w:val="right"/>
      </w:pPr>
      <w:r>
        <w:t>مولانا صاحب، ایک کنیکٹڈ سوال ہے کہ کنفرنٹیشن کیا ہر طرح کی کنفرنٹیشن غلط ہے؟ کیونکہ جب رسول صلی اللہ علیہ وسلم نے دعویٰ کیا اور جب وہ بولا قریش سے بولا کہ اگر تم ایک ہاتھ میں سورج دے دو، ایک ہاتھ میں چاند دے دو، تب بھی میں تمہاری بات نہیں مانوں گا اور اللہ۔</w:t>
      </w:r>
    </w:p>
    <w:p>
      <w:r>
        <w:rPr>
          <w:b/>
        </w:rPr>
        <w:t xml:space="preserve">[1:13:45] </w:t>
      </w:r>
      <w:r>
        <w:t>nahin, dekhein, do mauqon pe milegi. suraj chand wali baat alag hai. ji nahin, "dead that in itself". theek hai, dekhein, bohat lamba sawal mat kijiye. ji, sawal bohat mukhtasir hona chahiye.</w:t>
      </w:r>
    </w:p>
    <w:p>
      <w:pPr>
        <w:jc w:val="right"/>
      </w:pPr>
      <w:r>
        <w:t>نہیں، دیکھیں، دو موقعوں پہ ملے گی۔ سورج چاند والی بات الگ ہے۔ جی نہیں، "ڈیڈ دیٹ ان اٹس ایلف"۔ ٹھیک ہے، دیکھیں، بہت لمبا سوال مت کیجیے۔ جی، سوال بہت مختصر ہونا چاہیے۔</w:t>
      </w:r>
    </w:p>
    <w:p>
      <w:r>
        <w:rPr>
          <w:b/>
        </w:rPr>
        <w:t xml:space="preserve">[1:13:54] </w:t>
      </w:r>
      <w:r>
        <w:t>bohat hi mukhtasir sawal.</w:t>
      </w:r>
    </w:p>
    <w:p>
      <w:pPr>
        <w:jc w:val="right"/>
      </w:pPr>
      <w:r>
        <w:t>بہت ہی مختصر سوال۔</w:t>
      </w:r>
    </w:p>
    <w:p>
      <w:r>
        <w:rPr>
          <w:b/>
        </w:rPr>
        <w:t xml:space="preserve">[1:13:56] </w:t>
      </w:r>
      <w:r>
        <w:t>sawal ka mani taqreer nahin hota. hamare log jo hain, yeh bhi nahin jante ke question aur lecture mein farq hai. question karenge, lenge taqreer karne. hum logon ko train kar rahe hain apne aadmiyon ko ke tum "you differentiate between question and lecture".</w:t>
      </w:r>
    </w:p>
    <w:p>
      <w:pPr>
        <w:jc w:val="right"/>
      </w:pPr>
      <w:r>
        <w:t>سوال کا معنی تقریر نہیں ہوتا۔ ہمارے لوگ جو ہیں، یہ بھی نہیں جانتے کہ کوئسچن اور لیکچر میں فرق ہے۔ کوئسچن کریں گے، لیں گے تقریر کرنے۔ ہم لوگوں کو ٹرین کر رہے ہیں اپنے آدمیوں کو کہ تم "یو ڈفرنشیٹ بٹوین کوئسچن اینڈ لیکچر"۔</w:t>
      </w:r>
    </w:p>
    <w:p>
      <w:r>
        <w:rPr>
          <w:b/>
        </w:rPr>
        <w:t xml:space="preserve">[1:14:11] </w:t>
      </w:r>
      <w:r>
        <w:t>hum train kar rahay hain logon ko. kabhi yahan par aa jatay hain naye log, woh jantay nahi, lagtay hain lamba sawal karnay. isi liye yeh discipline banaya gaya hai ke sirf likh kar ke boliye.</w:t>
      </w:r>
    </w:p>
    <w:p>
      <w:pPr>
        <w:jc w:val="right"/>
      </w:pPr>
      <w:r>
        <w:t>ہم ٹرین کر رہے ہیں لوگوں کو۔ کبھی یہاں پر آ جاتے ہیں نئے لوگ، وہ جانتے نہیں، لگتے ہیں لمبا سوال کرنے۔ اسی لیے یہ ڈسپلن بنایا گیا ہے کہ صرف لکھ کر کے بولیے۔</w:t>
      </w:r>
    </w:p>
    <w:p>
      <w:r>
        <w:rPr>
          <w:b/>
        </w:rPr>
        <w:t xml:space="preserve">[1:14:21] </w:t>
      </w:r>
      <w:r>
        <w:t>aaj hum ne aisa nahi kiya. warna hamara yeh tareeqa yeh nahi ke log munh se hum sawal nahi suntay kisi ka. likh kar mangtay hain. kyunke har aadmi lagta hai taqreer karnay.</w:t>
      </w:r>
    </w:p>
    <w:p>
      <w:pPr>
        <w:jc w:val="right"/>
      </w:pPr>
      <w:r>
        <w:t>آج ہم نے ایسا نہیں کیا۔ ورنہ ہمارا یہ طریقہ یہ نہیں کہ لوگ منہ سے ہم سوال نہیں سنتے کسی کا۔ لکھ کر مانگتے ہیں۔ کیونکہ ہر آدمی لگتا ہے تقریر کرنے۔</w:t>
      </w:r>
    </w:p>
    <w:p>
      <w:r>
        <w:rPr>
          <w:b/>
        </w:rPr>
        <w:t xml:space="preserve">[1:14:31] </w:t>
      </w:r>
      <w:r>
        <w:t>dekho, kyunke aadi hain woh is ki taqreer karnay ke. aadi hain. woh jantay hain nahi ke mukhtasir sawal kiya jata hai. ziyada time dena chahiye bolnay walay ko, sawal karnay walay ko nahi.</w:t>
      </w:r>
    </w:p>
    <w:p>
      <w:pPr>
        <w:jc w:val="right"/>
      </w:pPr>
      <w:r>
        <w:t>دیکھو، کیونکہ عادی ہیں وہ اس کی تقریر کرنے کے۔ عادی ہیں۔ وہ جانتے ہیں نہیں کہ مختصر سوال کیا جاتا ہے۔ زیادہ ٹائم دینا چاہیے بولنے والے کو، سوال کرنے والے کو نہیں۔</w:t>
      </w:r>
    </w:p>
    <w:p>
      <w:r>
        <w:rPr>
          <w:b/>
        </w:rPr>
        <w:t xml:space="preserve">[1:14:44] </w:t>
      </w:r>
      <w:r>
        <w:t>yeh hai culture. to dekhiye, rasool Allah sal Allah alaihi wasallam ne jo chand suraj wali baat hai, is ka jang se koi talluq hi nahi.</w:t>
      </w:r>
    </w:p>
    <w:p>
      <w:pPr>
        <w:jc w:val="right"/>
      </w:pPr>
      <w:r>
        <w:t>یہ ہے کلچر۔ تو دیکھیے، رسول اللہ صلی اللہ علیہ وسلم نے جو چاند سورج والی بات ہے، اس کا جنگ سے کوئی تعلق ہی نہیں۔</w:t>
      </w:r>
    </w:p>
    <w:p>
      <w:r>
        <w:rPr>
          <w:b/>
        </w:rPr>
        <w:t xml:space="preserve">[1:14:52] </w:t>
      </w:r>
      <w:r>
        <w:t>woh to yeh hai ke mujhe toheed ki baat kehtay rehna hai, kehtay rehna hai, kehtay rehna hai. main kisi tareeqay se is ko chhodunga nahi. is ka jang se kya talluq? nahi. ab baat ko jo jang hui hai, woh defense mein hui hai.</w:t>
      </w:r>
    </w:p>
    <w:p>
      <w:pPr>
        <w:jc w:val="right"/>
      </w:pPr>
      <w:r>
        <w:t>وہ تو یہ ہے کہ مجھے توحید کی بات کہتے رہنا ہے، کہتے رہنا ہے، کہتے رہنا ہے۔ میں کسی طریقے سے اس کو چھوڑوں گا نہیں۔ اس کا جنگ سے کیا تعلق؟ نہیں۔ اب بات کو جو جنگ ہوئی ہے، وہ ڈیفنس میں ہوئی ہے۔</w:t>
      </w:r>
    </w:p>
    <w:p>
      <w:r>
        <w:rPr>
          <w:b/>
        </w:rPr>
        <w:t xml:space="preserve">[1:15:05] </w:t>
      </w:r>
      <w:r>
        <w:t>main ne bar bar yeh baat yahan kahi hai ke Islam mein sirf defense war hai, koi doosri war nahi hai. sirf defense war hai.</w:t>
      </w:r>
    </w:p>
    <w:p>
      <w:pPr>
        <w:jc w:val="right"/>
      </w:pPr>
      <w:r>
        <w:t>میں نے بار بار یہ بات یہاں کہی ہے کہ اسلام میں صرف ڈیفنس وار ہے، کوئی دوسری وار نہیں ہے۔ صرف ڈیفنس وار ہے۔</w:t>
      </w:r>
    </w:p>
    <w:p>
      <w:r>
        <w:rPr>
          <w:b/>
        </w:rPr>
        <w:t xml:space="preserve">[1:15:14] </w:t>
      </w:r>
      <w:r>
        <w:t>woh bhi is waqt hai jab ke jab ke is ko avoid karnay ki har koshish nakaam ho gayi. woh har ko</w:t>
      </w:r>
    </w:p>
    <w:p>
      <w:pPr>
        <w:jc w:val="right"/>
      </w:pPr>
      <w:r>
        <w:t>وہ بھی اس وقت ہے جب کہ جب کہ اس کو اوائڈ کرنے کی ہر کوشش ناکام ہو گئی۔ وہ ہر کو</w:t>
      </w:r>
    </w:p>
    <w:p>
      <w:r>
        <w:rPr>
          <w:b/>
        </w:rPr>
        <w:t xml:space="preserve">[1:15:22] </w:t>
      </w:r>
      <w:r>
        <w:t>shash nakaam ho gayi. doosri baat yeh hai ke woh war jo thi, state ki taraf se thi. badr, hun, badr, hat, woh aaj state ki taraf se thi.</w:t>
      </w:r>
    </w:p>
    <w:p>
      <w:pPr>
        <w:jc w:val="right"/>
      </w:pPr>
      <w:r>
        <w:t>شش ناکام ہو گئی۔ دوسری بات یہ ہے کہ وہ وار جو تھی، اسٹیٹ کی طرف سے تھی۔ بدر، حن، بدر، حت، وہ آج اسٹیٹ کی طرف سے تھی۔</w:t>
      </w:r>
    </w:p>
    <w:p>
      <w:r>
        <w:rPr>
          <w:b/>
        </w:rPr>
        <w:t xml:space="preserve">[1:15:30] </w:t>
      </w:r>
      <w:r>
        <w:t>aaj kal musalman jo larai le rahay hain, woh isi state ki taraf se aai nahi. woh yeh jo laraiyan har jagah ho rahi hain, jagah jagah, koi si bhi state involve nahi hai.</w:t>
      </w:r>
    </w:p>
    <w:p>
      <w:pPr>
        <w:jc w:val="right"/>
      </w:pPr>
      <w:r>
        <w:t>آج کل مسلمان جو لڑائی لے رہے ہیں، وہ اسی اسٹیٹ کی طرف سے آئی نہیں۔ وہ یہ جو لڑائیاں ہر جگہ ہو رہی ہیں، جگہ جگہ، کوئی سی بھی اسٹیٹ انوالو نہیں ہے۔</w:t>
      </w:r>
    </w:p>
    <w:p>
      <w:r>
        <w:rPr>
          <w:b/>
        </w:rPr>
        <w:t xml:space="preserve">[1:15:41] </w:t>
      </w:r>
      <w:r>
        <w:t>NGOs hain. yani kuch logon ne khud se organization banai hai, woh lar rahay hain. yeh to Islam mein jaiz hi nahi hai. al-raheelu al-imam, al-raheelu al-imam.</w:t>
      </w:r>
    </w:p>
    <w:p>
      <w:pPr>
        <w:jc w:val="right"/>
      </w:pPr>
      <w:r>
        <w:t>این جی اوز ہیں۔ یعنی کچھ لوگوں نے خود سے ارگنائزیشن بنائی ہے، وہ لڑ رہے ہیں۔ یہ تو اسلام میں جائز ہی نہیں ہے۔ الرحیل الامام، الرحیل الامام۔</w:t>
      </w:r>
    </w:p>
    <w:p>
      <w:r>
        <w:rPr>
          <w:b/>
        </w:rPr>
        <w:t xml:space="preserve">[1:15:54] </w:t>
      </w:r>
      <w:r>
        <w:t>to is tareeqay se baat nahi samajh mein aa sakti ke aik aik juz ko lay kar ke is par hum rai bananay lagay. poori baat ko sochna chahiye. to khulasa yeh hai ke Islam mein awalan sirf peaceful daawa work hai.</w:t>
      </w:r>
    </w:p>
    <w:p>
      <w:pPr>
        <w:jc w:val="right"/>
      </w:pPr>
      <w:r>
        <w:t>تو اس طریقے سے بات نہیں سمجھ میں آ سکتی کہ ایک ایک جز کو لے کر کے اس پر ہم رائے بنانے لگے۔ پوری بات کو سوچنا چاہیے۔ تو خلاصہ یہ ہے کہ اسلام میں اولا صرف پیس فل دعویٰ ورک ہے۔</w:t>
      </w:r>
    </w:p>
    <w:p>
      <w:r>
        <w:rPr>
          <w:b/>
        </w:rPr>
        <w:t xml:space="preserve">[1:16:07] </w:t>
      </w:r>
      <w:r>
        <w:t>awalan peaceful daawa work. number one. agar takrao ki nobat atay hain to aap is is maqam ko badal kar doosri jagah chalay jaiye ta ke daawa work jari rakhen aap.</w:t>
      </w:r>
    </w:p>
    <w:p>
      <w:pPr>
        <w:jc w:val="right"/>
      </w:pPr>
      <w:r>
        <w:t>اولا پیس فل دعویٰ ورک۔ نمبر ون۔ اگر ٹکراؤ کی نوبت آتے ہیں تو آپ اس اس مقام کو بدل کر دوسری جگہ چلے جائیے تاکہ دعویٰ ورک جاری رکھیں آپ۔</w:t>
      </w:r>
    </w:p>
    <w:p>
      <w:r>
        <w:rPr>
          <w:b/>
        </w:rPr>
        <w:t xml:space="preserve">[1:16:19] </w:t>
      </w:r>
      <w:r>
        <w:t>jaise ke hijrat mein hua. agar</w:t>
      </w:r>
    </w:p>
    <w:p>
      <w:pPr>
        <w:jc w:val="right"/>
      </w:pPr>
      <w:r>
        <w:t>جیسے کہ ہجرت میں ہوا۔ اگر</w:t>
      </w:r>
    </w:p>
    <w:p>
      <w:r>
        <w:rPr>
          <w:b/>
        </w:rPr>
        <w:t xml:space="preserve">[1:16:21] </w:t>
      </w:r>
      <w:r>
        <w:t>aap ki state ban jaye aur koi attack kare to defense mein aap lar sakte hain. to badr, had, had is waqt hua jab ke state ban chuki thi.</w:t>
      </w:r>
    </w:p>
    <w:p>
      <w:pPr>
        <w:jc w:val="right"/>
      </w:pPr>
      <w:r>
        <w:t>آپ کی اسٹیٹ بن جائے اور کوئی اٹیک کرے تو ڈیفنس میں آپ لڑ سکتے ہیں۔ تو بدر، حد، حد اس وقت ہوا جب کہ اسٹیٹ بن چکی تھی۔</w:t>
      </w:r>
    </w:p>
    <w:p>
      <w:r>
        <w:rPr>
          <w:b/>
        </w:rPr>
        <w:t xml:space="preserve">[1:16:31] </w:t>
      </w:r>
      <w:r>
        <w:t>woh bhi koshish aap jaise aadha din larai hui. badr ki larai aadha din, had ki larai aadha din. yeh nahi ke chali ja rahi hai, chali ja rahi hai, chali ja rahi hai.</w:t>
      </w:r>
    </w:p>
    <w:p>
      <w:pPr>
        <w:jc w:val="right"/>
      </w:pPr>
      <w:r>
        <w:t>وہ بھی کوشش آپ جیسے آدھا دن لڑائی ہوئی۔ بدر کی لڑائی آدھا دن، حد کی لڑائی آدھا دن۔ یہ نہیں کہ چلی جا رہی ہے، چلی جا رہی ہے، چلی جا رہی ہے۔</w:t>
      </w:r>
    </w:p>
    <w:p>
      <w:r>
        <w:rPr>
          <w:b/>
        </w:rPr>
        <w:t xml:space="preserve">[1:16:41] </w:t>
      </w:r>
      <w:r>
        <w:t>aur bohat hi aham baat yeh hai ke Islam mein sirf state ko right hai ke woh arm uthaye.</w:t>
      </w:r>
    </w:p>
    <w:p>
      <w:pPr>
        <w:jc w:val="right"/>
      </w:pPr>
      <w:r>
        <w:t>اور بہت ہی اہم بات یہ ہے کہ اسلام میں صرف اسٹیٹ کو رائٹ ہے کہ وہ آرم اٹھائے۔</w:t>
      </w:r>
    </w:p>
    <w:p>
      <w:r>
        <w:rPr>
          <w:b/>
        </w:rPr>
        <w:t xml:space="preserve">[1:16:49] </w:t>
      </w:r>
      <w:r>
        <w:t>NGOs ko right hi nahi hai. al-raheelu al-imam. to declare war is a prerogative of state. to sari baaton ko lay kar rai banana chahiye.</w:t>
      </w:r>
    </w:p>
    <w:p>
      <w:pPr>
        <w:jc w:val="right"/>
      </w:pPr>
      <w:r>
        <w:t>این جی اوز کو رائٹ ہی نہیں ہے۔ الرحیل الامام۔ ٹو ڈیکلیئر وار از ا پیراکٹو اف اسٹیٹ۔ تو ساری باتوں کو لے کر رائے بنانا چاہیے۔</w:t>
      </w:r>
    </w:p>
    <w:p>
      <w:r>
        <w:rPr>
          <w:b/>
        </w:rPr>
        <w:t xml:space="preserve">[1:17:01] </w:t>
      </w:r>
      <w:r>
        <w:t>hazrat ji, jaise aaj kal koi bhi imam nahi hai. musalmanon ka, musalmanon ka koi bhi imam nahi hai. kya nahi hai? aap ne imam ki baat ki na abhi?</w:t>
      </w:r>
    </w:p>
    <w:p>
      <w:pPr>
        <w:jc w:val="right"/>
      </w:pPr>
      <w:r>
        <w:t>حضرت جی، جیسے آج کل کوئی بھی امام نہیں ہے۔ مسلمانوں کا، مسلمانوں کا کوئی بھی امام نہیں ہے۔ کیا نہیں ہے؟ آپ نے امام کی بات کی نا ابھی؟</w:t>
      </w:r>
    </w:p>
    <w:p>
      <w:r>
        <w:rPr>
          <w:b/>
        </w:rPr>
        <w:t xml:space="preserve">[1:17:12] </w:t>
      </w:r>
      <w:r>
        <w:t>alaihida nahi, imam. main ne kaha imam, iman nahi. imam ki baat keh</w:t>
      </w:r>
    </w:p>
    <w:p>
      <w:pPr>
        <w:jc w:val="right"/>
      </w:pPr>
      <w:r>
        <w:t>علیحدہ نہیں، امام۔ میں نے کہا امام، ایمان نہیں۔ امام کی بات کہہ</w:t>
      </w:r>
    </w:p>
    <w:p>
      <w:r>
        <w:rPr>
          <w:b/>
        </w:rPr>
        <w:t xml:space="preserve">[1:17:16] </w:t>
      </w:r>
      <w:r>
        <w:t>raha hoon. nahi, main ne jo kaha hai, imam. ji, imam. main ne leader. haan, leader jo hai, yani political leader nahi hai jo saaray firqon ka aik hi leader ho.</w:t>
      </w:r>
    </w:p>
    <w:p>
      <w:pPr>
        <w:jc w:val="right"/>
      </w:pPr>
      <w:r>
        <w:t>رہا ہوں۔ نہیں، میں نے جو کہا ہے، امام۔ جی، امام۔ میں نے لیڈر۔ ہاں، لیڈر جو ہے، یعنی پولیٹیکل لیڈر نہیں ہے جو سارے فرقوں کا ایک ہی لیڈر ہو۔</w:t>
      </w:r>
    </w:p>
    <w:p>
      <w:r>
        <w:rPr>
          <w:b/>
        </w:rPr>
        <w:t xml:space="preserve">[1:17:25] </w:t>
      </w:r>
      <w:r>
        <w:t>bohat saray leaders hain, alag alag firqon ke. kya keh rahay hain? yeh keh rahay hain ke Muslims mein koi aik aisa leader nahi hai jo saaray firqon ko represent kar sakay.</w:t>
      </w:r>
    </w:p>
    <w:p>
      <w:pPr>
        <w:jc w:val="right"/>
      </w:pPr>
      <w:r>
        <w:t>بہت سارے لیڈرز ہیں، الگ الگ فرقوں کے۔ کیا کہہ رہے ہیں؟ یہ کہہ رہے ہیں کہ مسلمز میں کوئی ایک ایسا لیڈر نہیں ہے جو سارے فرقوں کو ریپریزنٹ کر سکے۔</w:t>
      </w:r>
    </w:p>
    <w:p>
      <w:r>
        <w:rPr>
          <w:b/>
        </w:rPr>
        <w:t xml:space="preserve">[1:17:36] </w:t>
      </w:r>
      <w:r>
        <w:t>haan, koi. aagay poora kijiye apnay</w:t>
      </w:r>
    </w:p>
    <w:p>
      <w:pPr>
        <w:jc w:val="right"/>
      </w:pPr>
      <w:r>
        <w:t>ہاں، کوئی۔ آگے پورا کیجیے اپنے</w:t>
      </w:r>
    </w:p>
    <w:p>
      <w:r>
        <w:rPr>
          <w:b/>
        </w:rPr>
        <w:t xml:space="preserve">[1:17:39] </w:t>
      </w:r>
      <w:r>
        <w:t>. to is waqt mein hazrat ji, dawat ka jo kaam chal raha hai, yeh jo aap keh rahay hain daawa ka kaam, to woh kis tareeqay se karna chahiye hamein?</w:t>
      </w:r>
    </w:p>
    <w:p>
      <w:pPr>
        <w:jc w:val="right"/>
      </w:pPr>
      <w:r>
        <w:t>۔ تو اس وقت میں حضرت جی، دعوت کا جو کام چل رہا ہے، یہ جو آپ کہہ رہے ہیں دعویٰ کا کام، تو وہ کس طریقے سے کرنا چاہیے ہمیں؟</w:t>
      </w:r>
    </w:p>
    <w:p>
      <w:r>
        <w:rPr>
          <w:b/>
        </w:rPr>
        <w:t xml:space="preserve">[1:17:48] </w:t>
      </w:r>
      <w:r>
        <w:t>yeh sab kar rahay hain, waise karna chahiye. wohi to hum kar rahay hain. hum to pachaas baras se kar rahay hain, aaj se thori kar rahay hain. kya bana leader ke bhi dawat ka kaam ho sakta hai?</w:t>
      </w:r>
    </w:p>
    <w:p>
      <w:pPr>
        <w:jc w:val="right"/>
      </w:pPr>
      <w:r>
        <w:t>یہ سب کر رہے ہیں، ویسے کرنا چاہیے۔ وہی تو ہم کر رہے ہیں۔ ہم تو پچاس برس سے کر رہے ہیں، آج سے تھوڑی کر رہے ہیں۔ کیا بنا لیڈر کے بھی دعوت کا کام ہو سکتا ہے؟</w:t>
      </w:r>
    </w:p>
    <w:p>
      <w:r>
        <w:rPr>
          <w:b/>
        </w:rPr>
        <w:t xml:space="preserve">[1:18:01] </w:t>
      </w:r>
      <w:r>
        <w:t>dawat ke leader ki zaroorat nahi hai. leader nahi, woh to hukoomat ki baat main ne ki.</w:t>
      </w:r>
    </w:p>
    <w:p>
      <w:pPr>
        <w:jc w:val="right"/>
      </w:pPr>
      <w:r>
        <w:t>دعوت کے لیڈر کی ضرورت نہیں ہے۔ لیڈر نہیں، وہ تو حکومت کی بات میں نے کی۔</w:t>
      </w:r>
    </w:p>
    <w:p>
      <w:r>
        <w:rPr>
          <w:b/>
        </w:rPr>
        <w:t xml:space="preserve">[1:18:06] </w:t>
      </w:r>
      <w:r>
        <w:t>dawat jo hai, aap madine mein do aadmi chale gaye, quran sunane lage, phir dawat shuru ho gayi. dawat to likh kar ke, bol kar ke hoti hai.</w:t>
      </w:r>
    </w:p>
    <w:p>
      <w:pPr>
        <w:jc w:val="right"/>
      </w:pPr>
      <w:r>
        <w:t>دعوت جو ہے، آپ مدینے میں دو آدمی چلے گئے، قرآن سنانے لگے، پھر دعوت شروع ہو گئی۔ دعوت تو لکھ کر کے، بول کر کے ہوتی ہے۔</w:t>
      </w:r>
    </w:p>
    <w:p>
      <w:r>
        <w:rPr>
          <w:b/>
        </w:rPr>
        <w:t xml:space="preserve">[1:18:19] </w:t>
      </w:r>
      <w:r>
        <w:t>agar aap kai log hon to organize kar lijiye un ko. ek is kaam ke liye bana lijiye. baqi yeh nahi ke koi imam ho, tab ja ke dawat ka kaam hoga.</w:t>
      </w:r>
    </w:p>
    <w:p>
      <w:pPr>
        <w:jc w:val="right"/>
      </w:pPr>
      <w:r>
        <w:t>اگر آپ کئی لوگ ہوں تو آرگنائز کر لیجیے ان کو۔ ایک اس کام کے لیے بنا لیجیے۔ باقی یہ نہیں کہ کوئی امام ہو، تب جا کے دعوت کا کام ہوگا۔</w:t>
      </w:r>
    </w:p>
    <w:p>
      <w:r>
        <w:rPr>
          <w:b/>
        </w:rPr>
        <w:t xml:space="preserve">[1:18:31] </w:t>
      </w:r>
      <w:r>
        <w:t>ab se 1950 mein, bohat pehle jab adam barh mein tha, wahan ek exhibition lagi. 1950 mein.</w:t>
      </w:r>
    </w:p>
    <w:p>
      <w:pPr>
        <w:jc w:val="right"/>
      </w:pPr>
      <w:r>
        <w:t>اب سے انیس سو پچاس میں، بہت پہلے جب آدم بڑھ میں تھا، وہاں ایک ایگزیپشن لگی۔ انیس سو پچاس میں۔</w:t>
      </w:r>
    </w:p>
    <w:p>
      <w:r>
        <w:rPr>
          <w:b/>
        </w:rPr>
        <w:t xml:space="preserve">[1:18:42] </w:t>
      </w:r>
      <w:r>
        <w:t>to us waqt bhi mere dil mein yahi tha daawa work. to maine ek bohat bara board banwaya, kafi bara board. yusuf artist ek the, unhon ne likha is ko.</w:t>
      </w:r>
    </w:p>
    <w:p>
      <w:pPr>
        <w:jc w:val="right"/>
      </w:pPr>
      <w:r>
        <w:t>تو اس وقت بھی میرے دل میں یہی تھا دعویٰ ورک۔ تو میں نے ایک بہت بڑا بورڈ بنوایا، کافی بڑا بورڈ۔ یوسف آرٹسٹ ایک تھے، انہوں نے لکھا اس کو۔</w:t>
      </w:r>
    </w:p>
    <w:p>
      <w:r>
        <w:rPr>
          <w:b/>
        </w:rPr>
        <w:t xml:space="preserve">[1:18:50] </w:t>
      </w:r>
      <w:r>
        <w:t>quran ki ayat jo hai, wallahido ala dar al salam. to is ka tarjuma likha tha, and god calls to the home of peace.</w:t>
      </w:r>
    </w:p>
    <w:p>
      <w:pPr>
        <w:jc w:val="right"/>
      </w:pPr>
      <w:r>
        <w:t>قرآن کی آیت جو ہے، واللہیدو علی دار السلام۔ تو اس کا ترجمہ لکھا تھا، اینڈ گاڈ کالز ٹو دا ہوم آف پیس۔</w:t>
      </w:r>
    </w:p>
    <w:p>
      <w:r>
        <w:rPr>
          <w:b/>
        </w:rPr>
        <w:t xml:space="preserve">[1:19:00] </w:t>
      </w:r>
      <w:r>
        <w:t>yani aman ki dawat. to woh lagaya aur is mein literature rakha hai, islami literature. to koi hum jamaat bana ke thori kaam kiya tha hum ne.</w:t>
      </w:r>
    </w:p>
    <w:p>
      <w:pPr>
        <w:jc w:val="right"/>
      </w:pPr>
      <w:r>
        <w:t>یعنی امن کی دعوت۔ تو وہ لگایا اور اس میں لٹریچر رکھا ہے، اسلامی لٹریچر۔ تو کوئی ہم جماعت بنا کے تھوڑی کام کیا تھا ہم نے۔</w:t>
      </w:r>
    </w:p>
    <w:p>
      <w:r>
        <w:rPr>
          <w:b/>
        </w:rPr>
        <w:t xml:space="preserve">[1:19:11] </w:t>
      </w:r>
      <w:r>
        <w:t>jamaat zarurat ke taur par wajood mein aati hai. yeh nahi ke aap dawati kaam karna hai to pehle jamaat banaiye, is ka leader banaiye to jamaat to dawati kaam shuru hoga. aap ko jazba aa jaye to aap bas shuru kar dijiye dawati kaam.</w:t>
      </w:r>
    </w:p>
    <w:p>
      <w:pPr>
        <w:jc w:val="right"/>
      </w:pPr>
      <w:r>
        <w:t>جماعت ضرورت کے طور پر وجود میں آتی ہے۔ یہ نہیں کہ آپ دعوتی کام کرنا ہے تو پہلے جماعت بنائیے، اس کا لیڈر بنائیے تو جماعت تو دعوتی کام شروع ہوگا۔ آپ کو جذبہ آ جائے تو آپ بس شروع کر دیجیے دعوتی کام۔</w:t>
      </w:r>
    </w:p>
    <w:p>
      <w:r>
        <w:rPr>
          <w:b/>
        </w:rPr>
        <w:t xml:space="preserve">[1:19:23] </w:t>
      </w:r>
      <w:r>
        <w:t>apne parosiyon mein, aas paas ke logon mein,</w:t>
      </w:r>
    </w:p>
    <w:p>
      <w:pPr>
        <w:jc w:val="right"/>
      </w:pPr>
      <w:r>
        <w:t>اپنے پڑوسیوں میں، آس پاس کے لوگوں میں،</w:t>
      </w:r>
    </w:p>
    <w:p>
      <w:r>
        <w:rPr>
          <w:b/>
        </w:rPr>
        <w:t xml:space="preserve">[1:19:27] </w:t>
      </w:r>
      <w:r>
        <w:t>jahan bhi aap ki mulaqat ho, un ko aap kitaab de sakte hain. hamara literature chupa hua hai, is ko aap le sakte hain. aap ko agar bolna aata hai to aap bol kar ke use keh sakte hain.</w:t>
      </w:r>
    </w:p>
    <w:p>
      <w:pPr>
        <w:jc w:val="right"/>
      </w:pPr>
      <w:r>
        <w:t>جہاں بھی آپ کی ملاقات ہو، ان کو آپ کتاب دے سکتے ہیں۔ ہمارا لٹریچر چھپا ہوا ہے، اس کو آپ لے سکتے ہیں۔ آپ کو اگر بولنا آتا ہے تو آپ بول کر کے اسے کہہ سکتے ہیں۔</w:t>
      </w:r>
    </w:p>
    <w:p>
      <w:r>
        <w:rPr>
          <w:b/>
        </w:rPr>
        <w:t xml:space="preserve">[1:19:41] </w:t>
      </w:r>
      <w:r>
        <w:t>to where did the muslims get the inspiration to not follow this path? to hum to hain.</w:t>
      </w:r>
    </w:p>
    <w:p>
      <w:pPr>
        <w:jc w:val="right"/>
      </w:pPr>
      <w:r>
        <w:t>تو ویر ڈیڈ دی مسلمز گیٹ دی انسپیریشن ٹو ناٹ فالو دس پاتھ؟ تو ہم تو ہیں۔</w:t>
      </w:r>
    </w:p>
    <w:p>
      <w:r>
        <w:rPr>
          <w:b/>
        </w:rPr>
        <w:t xml:space="preserve">[1:19:50] </w:t>
      </w:r>
      <w:r>
        <w:t>maulana yeh keh rahe hain ke ke aap ne kaha ke sare jitne bhi prophets the, unhon ne ek ek path liya tha,</w:t>
      </w:r>
    </w:p>
    <w:p>
      <w:pPr>
        <w:jc w:val="right"/>
      </w:pPr>
      <w:r>
        <w:t>مولانا یہ کہہ رہے ہیں کہ کہ آپ نے کہا کہ سارے جتنے بھی پرافٹس تھے، انہوں نے ایک ایک پاتھ لیا تھا،</w:t>
      </w:r>
    </w:p>
    <w:p>
      <w:r>
        <w:rPr>
          <w:b/>
        </w:rPr>
        <w:t xml:space="preserve">[1:19:57] </w:t>
      </w:r>
      <w:r>
        <w:t>conciliation path liya. to muslims ko kahan se hua ke unhon ne un ki baat nahi mani aur is path pe nahi chale? zyada tar is zamane mein hua hai.</w:t>
      </w:r>
    </w:p>
    <w:p>
      <w:pPr>
        <w:jc w:val="right"/>
      </w:pPr>
      <w:r>
        <w:t>کنسلیشن پاتھ لیا۔ تو مسلمز کو کہاں سے ہوا کہ انہوں نے ان کی بات نہیں مانی اور اس پاتھ پہ نہیں چلے؟ زیادہ تر اس زمانے میں ہوا ہے۔</w:t>
      </w:r>
    </w:p>
    <w:p>
      <w:r>
        <w:rPr>
          <w:b/>
        </w:rPr>
        <w:t xml:space="preserve">[1:20:08] </w:t>
      </w:r>
      <w:r>
        <w:t>yani jo colonial period aaya, us zamane mein hua hai. is se pehle aisa baat nahi thi. sufiyoon ka zamana dekhiye, sufiyoon ka tareeqa wahi tha, conciliation ka tareeqa tha sofi logon ka.</w:t>
      </w:r>
    </w:p>
    <w:p>
      <w:pPr>
        <w:jc w:val="right"/>
      </w:pPr>
      <w:r>
        <w:t>یعنی جو کلونیل پیریڈ آیا، اس زمانے میں ہوا ہے۔ اس سے پہلے ایسا بات نہیں تھی۔ صوفیاء کا زمانہ دیکھیے، صوفیاء کا طریقہ وہی تھا، کنسلیشن کا طریقہ تھا صوفی لوگوں کا۔</w:t>
      </w:r>
    </w:p>
    <w:p>
      <w:r>
        <w:rPr>
          <w:b/>
        </w:rPr>
        <w:t xml:space="preserve">[1:20:22] </w:t>
      </w:r>
      <w:r>
        <w:t>har zamane mein, yani hazar saal tak, musalmanon mein yeh tha ke ek chota sa group hota tha jo political activities mein hota tha. baqi musalman jo the, wahi karte the jo hum keh rahe hain.</w:t>
      </w:r>
    </w:p>
    <w:p>
      <w:pPr>
        <w:jc w:val="right"/>
      </w:pPr>
      <w:r>
        <w:t>ہر زمانے میں، یعنی ہزار سال تک، مسلمانوں میں یہ تھا کہ ایک چھوٹا سا گروپ ہوتا تھا جو پولیٹیکل ایکٹیویٹیز میں ہوتا تھا۔ باقی مسلمان جو تھے، وہی کرتے تھے جو ہم کہہ رہے ہیں۔</w:t>
      </w:r>
    </w:p>
    <w:p>
      <w:r>
        <w:rPr>
          <w:b/>
        </w:rPr>
        <w:t xml:space="preserve">[1:20:33] </w:t>
      </w:r>
      <w:r>
        <w:t>lekin yeh jo zamana aaya ke idhar britishs aa gaye, asia mein qabza kar liya unhon ne, french gaye, africa mein qabza kar liya unhon ne, ab naya aaya hai, america jo hai, woh kar raha hai.</w:t>
      </w:r>
    </w:p>
    <w:p>
      <w:pPr>
        <w:jc w:val="right"/>
      </w:pPr>
      <w:r>
        <w:t>لیکن یہ جو زمانہ آیا کہ ادھر برٹشز آ گئے، ایشیا میں قبضہ کر لیا انہوں نے، فرینچ گئے، افریقہ میں قبضہ کر لیا انہوں نے، اب نیا آیا ہے، امریکہ جو ہے، وہ کر رہا ہے۔</w:t>
      </w:r>
    </w:p>
    <w:p>
      <w:r>
        <w:rPr>
          <w:b/>
        </w:rPr>
        <w:t xml:space="preserve">[1:20:47] </w:t>
      </w:r>
      <w:r>
        <w:t>to is se ek naya trend paida hua musalman</w:t>
      </w:r>
    </w:p>
    <w:p>
      <w:pPr>
        <w:jc w:val="right"/>
      </w:pPr>
      <w:r>
        <w:t>تو اس سے ایک نیا ٹرینڈ پیدا ہوا مسلمان</w:t>
      </w:r>
    </w:p>
    <w:p>
      <w:r>
        <w:rPr>
          <w:b/>
        </w:rPr>
        <w:t xml:space="preserve">[1:20:50] </w:t>
      </w:r>
      <w:r>
        <w:t>on mein. ab woh isi mein sab ke sab mashgool ho gaye. yani yahan par woh un ke leader jo uthe, woh yeh nahi bata sake un ko ke yeh bhi tumhare liye madu hain, american bhi madu hain, britishs bhi madu hain, french bhi madu hain.</w:t>
      </w:r>
    </w:p>
    <w:p>
      <w:pPr>
        <w:jc w:val="right"/>
      </w:pPr>
      <w:r>
        <w:t>وں میں۔ اب وہ اسی میں سب کے سب مشغول ہو گئے۔ یعنی یہاں پر وہ ان کے لیڈر جو اٹھے، وہ یہ نہیں بتا سکے ان کو کہ یہ بھی تمہارے لیے مدعو ہیں، امریکن بھی مدعو ہیں، برٹشز بھی مدعو ہیں، فرینچ بھی مدعو ہیں۔</w:t>
      </w:r>
    </w:p>
    <w:p>
      <w:r>
        <w:rPr>
          <w:b/>
        </w:rPr>
        <w:t xml:space="preserve">[1:21:04] </w:t>
      </w:r>
      <w:r>
        <w:t>to dawat do un ko, ladna kya hai? bhai, ladne khade ho gaye to ab ek trend ban gaya. ek trend set ho gaya to woh chala ja raha hai, chala ja raha hai, chala ja raha hai.</w:t>
      </w:r>
    </w:p>
    <w:p>
      <w:pPr>
        <w:jc w:val="right"/>
      </w:pPr>
      <w:r>
        <w:t>تو دعوت دو ان کو، لڑنا کیا ہے؟ بھئی، لڑنے کھڑے ہو گئے تو اب ایک ٹرینڈ بن گیا۔ ایک ٹرینڈ سیٹ ہو گیا تو وہ چلا جا رہا ہے، چلا جا رہا ہے، چلا جا رہا ہے۔</w:t>
      </w:r>
    </w:p>
    <w:p>
      <w:r>
        <w:rPr>
          <w:b/>
        </w:rPr>
        <w:t xml:space="preserve">[1:21:15] </w:t>
      </w:r>
      <w:r>
        <w:t>to yeh is trend ko set kiya arab dunya mein syed jawad bin awani ne, india mein set kiya ke hamare deoband ke ulama ne ek naya trend set kar diya ke lado, bas lado, bas lado, dawat ko chhod do, ladai karo.</w:t>
      </w:r>
    </w:p>
    <w:p>
      <w:pPr>
        <w:jc w:val="right"/>
      </w:pPr>
      <w:r>
        <w:t>تو یہ اس ٹرینڈ کو سیٹ کیا عرب دنیا میں سید جواد بن عوانی نے، انڈیا میں سیٹ کیا کہ ہمارے دیوبند کے علماء نے ایک نیا ٹرینڈ سیٹ کر دیا کہ لڑو، بس لڑو، بس لڑو، دعوت کو چھوڑ دو، لڑائی کرو۔</w:t>
      </w:r>
    </w:p>
    <w:p>
      <w:r>
        <w:rPr>
          <w:b/>
        </w:rPr>
        <w:t xml:space="preserve">[1:21:34] </w:t>
      </w:r>
      <w:r>
        <w:t>yeh is se pehle hazar saal tak aisa nahi tha. ek bohat hi limited group hota tha jo political activities mein hota tha.</w:t>
      </w:r>
    </w:p>
    <w:p>
      <w:pPr>
        <w:jc w:val="right"/>
      </w:pPr>
      <w:r>
        <w:t>یہ اس سے پہلے ہزار سال تک ایسا نہیں تھا۔ ایک بہت ہی لمیٹڈ گروپ ہوتا تھا جو پولیٹیکل ایکٹیویٹیز میں ہوتا تھا۔</w:t>
      </w:r>
    </w:p>
    <w:p>
      <w:r>
        <w:rPr>
          <w:b/>
        </w:rPr>
        <w:t xml:space="preserve">[1:21:43] </w:t>
      </w:r>
      <w:r>
        <w:t>baqi sare log apna yahi karte the, daawa work aur education ka kaam aur masjid ke kaam, yeh sab karte the.</w:t>
      </w:r>
    </w:p>
    <w:p>
      <w:pPr>
        <w:jc w:val="right"/>
      </w:pPr>
      <w:r>
        <w:t>باقی سارے لوگ اپنا یہی کرتے تھے، دعویٰ ورک اور ایجوکیشن کا کام اور مسجد کے کام، یہ سب کرتے تھے۔</w:t>
      </w:r>
    </w:p>
    <w:p>
      <w:r>
        <w:rPr>
          <w:b/>
        </w:rPr>
        <w:t xml:space="preserve">[1:21:53] </w:t>
      </w:r>
      <w:r>
        <w:t>tabhi to islam phaila tha zyada dunya bhar mein. maine kaha kahan phailta? to behal yeh basically yeh paida hua hai jab se ke yeh colonial powers jo hain, asia mein, africa mein dakhil huin aur muslim mulkon ko unhon ne occupy kiya.</w:t>
      </w:r>
    </w:p>
    <w:p>
      <w:pPr>
        <w:jc w:val="right"/>
      </w:pPr>
      <w:r>
        <w:t>تبھی تو اسلام پھیلا تھا زیادہ دنیا بھر میں۔ میں نے کہا کہاں پھیلتا؟ تو بہرحال یہ بیسیکلی یہ پیدا ہوا ہے جب سے کہ یہ کلونیل پاورز جو ہیں، ایشیا میں، افریقہ میں داخل ہوئیں اور مسلم ملکوں کو انہوں نے اکوپائی کیا۔</w:t>
      </w:r>
    </w:p>
    <w:p>
      <w:r>
        <w:rPr>
          <w:b/>
        </w:rPr>
        <w:t xml:space="preserve">[1:22:13] </w:t>
      </w:r>
      <w:r>
        <w:t>to us waqt yeh ek trend badla to badla to abhi chala ja raha hai, wahi chala ja raha hai, wahi chala ja raha hai. humein trend ko reset karna hai. hamara jo mission hai, hum trend ko phir se is rukh par dalna,</w:t>
      </w:r>
    </w:p>
    <w:p>
      <w:pPr>
        <w:jc w:val="right"/>
      </w:pPr>
      <w:r>
        <w:t>تو اس وقت یہ ایک ٹرینڈ بدلا تو بدلا تو ابھی چلا جا رہا ہے، وہی چلا جا رہا ہے، وہی چلا جا رہا ہے۔ ہمیں ٹرینڈ کو ری سیٹ کرنا ہے۔ ہمارا جو مشن ہے، ہم ٹرینڈ کو پھر سے اس رخ پر ڈالنا،</w:t>
      </w:r>
    </w:p>
    <w:p>
      <w:r>
        <w:rPr>
          <w:b/>
        </w:rPr>
        <w:t xml:space="preserve">[1:22:28] </w:t>
      </w:r>
      <w:r>
        <w:t>dawat ke rukh par. kuch muslim faqiron ne zikr pe zor zyada diya hai, jaise Hazrat Sultan Bahu.</w:t>
      </w:r>
    </w:p>
    <w:p>
      <w:pPr>
        <w:jc w:val="right"/>
      </w:pPr>
      <w:r>
        <w:t>دعوت کے رخ پر۔ کچھ مسلم فقیروں نے ذکر پہ زور زیادہ دیا ہے، جیسے حضرت سلطان باہو۔</w:t>
      </w:r>
    </w:p>
    <w:p>
      <w:r>
        <w:rPr>
          <w:b/>
        </w:rPr>
        <w:t xml:space="preserve">[1:22:43] </w:t>
      </w:r>
      <w:r>
        <w:t>kya kya kaha unhon ne? kya kahein? kuch muslim sufiyoon ne zikr par zyada zor diya hai.</w:t>
      </w:r>
    </w:p>
    <w:p>
      <w:pPr>
        <w:jc w:val="right"/>
      </w:pPr>
      <w:r>
        <w:t>کیا کیا کہا انہوں نے؟ کیا کہیں؟ کچھ مسلم صوفیاء نے ذکر پر زیادہ زور دیا ہے۔</w:t>
      </w:r>
    </w:p>
    <w:p>
      <w:r>
        <w:rPr>
          <w:b/>
        </w:rPr>
        <w:t xml:space="preserve">[1:22:52] </w:t>
      </w:r>
      <w:r>
        <w:t>zikr par hum bhi zor dete hain. quran mein hai ke zikr kaseer karo. zikr ka matlab hai ke hum khuda ko hamesha yaad rakhna.</w:t>
      </w:r>
    </w:p>
    <w:p>
      <w:pPr>
        <w:jc w:val="right"/>
      </w:pPr>
      <w:r>
        <w:t>ذکر پر ہم بھی زور دیتے ہیں۔ قرآن میں ہے کہ ذکر کثیر کرو۔ ذکر کا مطلب ہے کہ ہم خدا کو ہمیشہ یاد رکھنا۔</w:t>
      </w:r>
    </w:p>
    <w:p>
      <w:r>
        <w:rPr>
          <w:b/>
        </w:rPr>
        <w:t xml:space="preserve">[1:23:05] </w:t>
      </w:r>
      <w:r>
        <w:t>to yeh matlab nahin ke namaz ko chhod kar ke yaad karna. yeh namaz to padhni hi padhni hai.</w:t>
      </w:r>
    </w:p>
    <w:p>
      <w:pPr>
        <w:jc w:val="right"/>
      </w:pPr>
      <w:r>
        <w:t>تو یہ مطلب نہیں کہ نماز کو چھوڑ کر کے یاد کرنا۔ یہ نماز تو پڑھنی ہی پڑھنا ہے۔</w:t>
      </w:r>
    </w:p>
    <w:p>
      <w:r>
        <w:rPr>
          <w:b/>
        </w:rPr>
        <w:t xml:space="preserve">[1:23:10] </w:t>
      </w:r>
      <w:r>
        <w:t>is ke alawa har mauqe par allah ko yaad karna. hadith mein aata hai ke rasool allah ke bare mein ke kan yadhkurullah ala kulli ahyaani.</w:t>
      </w:r>
    </w:p>
    <w:p>
      <w:pPr>
        <w:jc w:val="right"/>
      </w:pPr>
      <w:r>
        <w:t>اس کے علاوہ ہر موقع پر اللہ کو یاد کرنا۔ حدیث میں آتا ہے کہ رسول اللہ کے بارے میں کہ کان یذکر اللہ علی کل احیانی۔</w:t>
      </w:r>
    </w:p>
    <w:p>
      <w:r>
        <w:rPr>
          <w:b/>
        </w:rPr>
        <w:t xml:space="preserve">[1:23:21] </w:t>
      </w:r>
      <w:r>
        <w:t>har mauqe par allah ka zikr karna. is ka main ek misaal deta hoon. kal ek sahab se meri mulaqat hui. to usi ko zikr kehte hain.</w:t>
      </w:r>
    </w:p>
    <w:p>
      <w:pPr>
        <w:jc w:val="right"/>
      </w:pPr>
      <w:r>
        <w:t>ہر موقع پر اللہ کا ذکر کرنا۔ اس کا میں ایک مثال دیتا ہوں۔ کل ایک صاحب سے میری ملاقات ہوئی۔ تو اسی کو ذکر کہتے ہیں۔</w:t>
      </w:r>
    </w:p>
    <w:p>
      <w:r>
        <w:rPr>
          <w:b/>
        </w:rPr>
        <w:t xml:space="preserve">[1:23:32] </w:t>
      </w:r>
      <w:r>
        <w:t>to un se main ne kaha ke aap ne dalle mein kitni baar aaye hain? to unhon ne kaha ke saat baar.</w:t>
      </w:r>
    </w:p>
    <w:p>
      <w:pPr>
        <w:jc w:val="right"/>
      </w:pPr>
      <w:r>
        <w:t>تو ان سے میں نے کہا کہ آپ نے دلے میں کتنی بار آئے ہیں؟ تو انہوں نے کہا کہ سات بار۔</w:t>
      </w:r>
    </w:p>
    <w:p>
      <w:r>
        <w:rPr>
          <w:b/>
        </w:rPr>
        <w:t xml:space="preserve">[1:23:39] </w:t>
      </w:r>
      <w:r>
        <w:t>baarh rehte hain bahar. to main ne kaha yeh jumla jo aap bolte hain, main dalle mein saat baar aaya hoon. yeh saada baat nahin hai.</w:t>
      </w:r>
    </w:p>
    <w:p>
      <w:pPr>
        <w:jc w:val="right"/>
      </w:pPr>
      <w:r>
        <w:t>بارک رہتے ہیں باہر۔ تو میں نے کہا یہ جملہ جو آپ بولتے ہیں، میں دلے میں سات بار آیا ہوں۔ یہ سادہ بات نہیں ہے۔</w:t>
      </w:r>
    </w:p>
    <w:p>
      <w:r>
        <w:rPr>
          <w:b/>
        </w:rPr>
        <w:t xml:space="preserve">[1:23:51] </w:t>
      </w:r>
      <w:r>
        <w:t>yeh hamare pahadon pe sab uthane ke barabar hai. yeh kyunke dekhiye, mind jo hai, mind mein bahut saare words, shabdh bhare hue hain.</w:t>
      </w:r>
    </w:p>
    <w:p>
      <w:pPr>
        <w:jc w:val="right"/>
      </w:pPr>
      <w:r>
        <w:t>یہ ہمارے پہاڑوں پہ سب اٹھانے کے برابر ہے۔ یہ کیونکہ دیکھیے، مائنڈ جو ہے، مائنڈ میں بہت سارے ورڈز، शब्द بھرے ہوئے ہیں۔</w:t>
      </w:r>
    </w:p>
    <w:p>
      <w:r>
        <w:rPr>
          <w:b/>
        </w:rPr>
        <w:t xml:space="preserve">[1:24:03] </w:t>
      </w:r>
      <w:r>
        <w:t>million, trillion, shart bhare hue hain.</w:t>
      </w:r>
    </w:p>
    <w:p>
      <w:pPr>
        <w:jc w:val="right"/>
      </w:pPr>
      <w:r>
        <w:t>ملین، ٹریلین، شرط بھرے ہوئے ہیں۔</w:t>
      </w:r>
    </w:p>
    <w:p>
      <w:r>
        <w:rPr>
          <w:b/>
        </w:rPr>
        <w:t xml:space="preserve">[1:24:08] </w:t>
      </w:r>
      <w:r>
        <w:t>agar aap kai language jaante hain to har language se bhara hua hai. jaise main, jaise main kuch na kuch paanch zabaanein jaanta hoon. persian, arabic, urdu, english aur hindi.</w:t>
      </w:r>
    </w:p>
    <w:p>
      <w:pPr>
        <w:jc w:val="right"/>
      </w:pPr>
      <w:r>
        <w:t>اگر آپ کئی لینگویج جانتے ہیں تو ہر لینگویج سے بھرا ہوا ہے۔ جیسے میں، جیسے میں کچھ نہ کچھ پانچ زبانیں جانتا ہوں۔ پرشین، عربک، اردو، انگلش اور ہندی۔</w:t>
      </w:r>
    </w:p>
    <w:p>
      <w:r>
        <w:rPr>
          <w:b/>
        </w:rPr>
        <w:t xml:space="preserve">[1:24:21] </w:t>
      </w:r>
      <w:r>
        <w:t>to paanch zabaanon ke lafz mere dimaag bhare hue hain. ab jab main kehta hoon ke main saat baar dilli aaya hoon to to kaise mind in in in in in in in in in in alfaz ko chhaanta hai?</w:t>
      </w:r>
    </w:p>
    <w:p>
      <w:pPr>
        <w:jc w:val="right"/>
      </w:pPr>
      <w:r>
        <w:t>تو پانچ زبانوں کے لفظ میرے دماغ بھرے ہوئے ہیں۔ اب جب میں کہتا ہوں کہ میں سات بار دہلی آیا ہوں تو تو کیسے مائنڈ ان ان ان ان ان ان ان ان ان ان الفاظ کو چھاٹتا ہے؟</w:t>
      </w:r>
    </w:p>
    <w:p>
      <w:r>
        <w:rPr>
          <w:b/>
        </w:rPr>
        <w:t xml:space="preserve">[1:24:32] </w:t>
      </w:r>
      <w:r>
        <w:t>wohi second chhaanta hai.</w:t>
      </w:r>
    </w:p>
    <w:p>
      <w:pPr>
        <w:jc w:val="right"/>
      </w:pPr>
      <w:r>
        <w:t>وہی سیکنڈ چھاٹتا ہے۔</w:t>
      </w:r>
    </w:p>
    <w:p>
      <w:r>
        <w:rPr>
          <w:b/>
        </w:rPr>
        <w:t xml:space="preserve">[1:24:36] </w:t>
      </w:r>
      <w:r>
        <w:t>to abhi ek kitaab chhapi hai jo mind ki activities ke bare mein. to us mein bataya hai ke mind mein ek sarson ke daane ke barabar ek second mein ek billion action reaction hota hai.</w:t>
      </w:r>
    </w:p>
    <w:p>
      <w:pPr>
        <w:jc w:val="right"/>
      </w:pPr>
      <w:r>
        <w:t>تو ابھی ایک کتاب چھپی ہے جو مائنڈ کی ایکٹیویٹیز کے بارے میں۔ تو اس میں بتایا ہے کہ مائنڈ میں ایک سرسوں کے دانے کے برابر ایک سیکنڈ میں ایک بلین ایکشن ری ایکشن ہوتا ہے۔</w:t>
      </w:r>
    </w:p>
    <w:p>
      <w:r>
        <w:rPr>
          <w:b/>
        </w:rPr>
        <w:t xml:space="preserve">[1:24:54] </w:t>
      </w:r>
      <w:r>
        <w:t>yaani unthinkable hai kaise hota hai woh.</w:t>
      </w:r>
    </w:p>
    <w:p>
      <w:pPr>
        <w:jc w:val="right"/>
      </w:pPr>
      <w:r>
        <w:t>یعنی ان تھنکیبل ہے کیسے ہوتا ہے وہ۔</w:t>
      </w:r>
    </w:p>
    <w:p>
      <w:r>
        <w:rPr>
          <w:b/>
        </w:rPr>
        <w:t xml:space="preserve">[1:24:57] </w:t>
      </w:r>
      <w:r>
        <w:t>ek sarson ke barabar jo jagah hai mind mein, us ke andar ek second mein ek billion action reaction hota hai.</w:t>
      </w:r>
    </w:p>
    <w:p>
      <w:pPr>
        <w:jc w:val="right"/>
      </w:pPr>
      <w:r>
        <w:t>ایک سرسوں کے برابر جو جگہ ہے مائنڈ میں، اس کے اندر ایک سیکنڈ میں ایک بلین ایکشن ری ایکشن ہوتا ہے۔</w:t>
      </w:r>
    </w:p>
    <w:p>
      <w:r>
        <w:rPr>
          <w:b/>
        </w:rPr>
        <w:t xml:space="preserve">[1:25:07] </w:t>
      </w:r>
      <w:r>
        <w:t>tabhi to yeh possible hota hai ke hum hum kahein ke main dalle saat baar aaya hoon. itne saare shabdon ko chhaant kar ke sirf woh shabd mind le aata hai.</w:t>
      </w:r>
    </w:p>
    <w:p>
      <w:pPr>
        <w:jc w:val="right"/>
      </w:pPr>
      <w:r>
        <w:t>تبھی تو یہ پاسیبل ہوتا ہے کہ ہم ہم کہیں کہ میں دلے سات بار آیا ہوں۔ اتنے سارے शब्दوں کو چھاٹ کر کے صرف وہ शब्द مائنڈ لے آتا ہے۔</w:t>
      </w:r>
    </w:p>
    <w:p>
      <w:r>
        <w:rPr>
          <w:b/>
        </w:rPr>
        <w:t xml:space="preserve">[1:25:19] </w:t>
      </w:r>
      <w:r>
        <w:t>yeh zikr</w:t>
      </w:r>
    </w:p>
    <w:p>
      <w:pPr>
        <w:jc w:val="right"/>
      </w:pPr>
      <w:r>
        <w:t>یہ ذکر</w:t>
      </w:r>
    </w:p>
    <w:p>
      <w:r>
        <w:rPr>
          <w:b/>
        </w:rPr>
        <w:t xml:space="preserve">[1:25:21] </w:t>
      </w:r>
      <w:r>
        <w:t>har waqt hum ko allah ke, yaani allah ke miracle ka ehsaas hona chahiye ke kaise main bol raha hoon, kaise main chal raha hoon, kaise main paida hua, kaise main zinda hoon.</w:t>
      </w:r>
    </w:p>
    <w:p>
      <w:pPr>
        <w:jc w:val="right"/>
      </w:pPr>
      <w:r>
        <w:t>ہر وقت ہم کو اللہ کے، یعنی اللہ کے میریکل کا احساس ہونا چاہیے کہ کیسے میں بول رہا ہوں، کیسے میں چل رہا ہوں، کیسے میں پیدا ہوا، کیسے میں زندہ ہوں۔</w:t>
      </w:r>
    </w:p>
    <w:p>
      <w:r>
        <w:rPr>
          <w:b/>
        </w:rPr>
        <w:t xml:space="preserve">[1:25:33] </w:t>
      </w:r>
      <w:r>
        <w:t>yeh saara life, life, life system kaise qaim hai. lekin zikr mein is ko nahin maanta ke aap sallallahu alaihi wasallam, sallallahu alaihi wasallam, sallallahu alaihi wasallam, is ko main zikr nahin maanta.</w:t>
      </w:r>
    </w:p>
    <w:p>
      <w:pPr>
        <w:jc w:val="right"/>
      </w:pPr>
      <w:r>
        <w:t>یہ سارا لائف، لائف، لائف سسٹم کیسے قائم ہے۔ لیکن ذکر میں اس کو نہیں مانتا کہ آپ صلی اللہ علیہ وسلم، صلی اللہ علیہ وسلم، صلی اللہ علیہ وسلم، اس کو میں ذکر نہیں مانتا۔</w:t>
      </w:r>
    </w:p>
    <w:p>
      <w:r>
        <w:rPr>
          <w:b/>
        </w:rPr>
        <w:t xml:space="preserve">[1:25:44] </w:t>
      </w:r>
      <w:r>
        <w:t>woh jaap karna zikr nahin hai. main is ko nahin maanta.</w:t>
      </w:r>
    </w:p>
    <w:p>
      <w:pPr>
        <w:jc w:val="right"/>
      </w:pPr>
      <w:r>
        <w:t>وہ جاپ کرنا ذکر نہیں ہے۔ میں اس کو نہیں مانتا۔</w:t>
      </w:r>
    </w:p>
    <w:p>
      <w:r>
        <w:rPr>
          <w:b/>
        </w:rPr>
        <w:t xml:space="preserve">[1:25:50] </w:t>
      </w:r>
      <w:r>
        <w:t>likh rahe hain nahin ke aap jaap karein. zikr maani yaad, remembers karna, remember karna. fikr, haan, fikr ko main maanta hoon.</w:t>
      </w:r>
    </w:p>
    <w:p>
      <w:pPr>
        <w:jc w:val="right"/>
      </w:pPr>
      <w:r>
        <w:t>لکھ رہے ہیں نہیں کہ آپ جاپ کریں۔ ذکر معنی یاد، ریممبرز کرنا، ریممبر کرنا۔ فکر، ہاں، فکر کو میں مانتا ہوں۔</w:t>
      </w:r>
    </w:p>
    <w:p>
      <w:r>
        <w:rPr>
          <w:b/>
        </w:rPr>
        <w:t xml:space="preserve">[1:26:00] </w:t>
      </w:r>
      <w:r>
        <w:t>fikr based zikr ka naam zikr hai. fikr par jo, yaani fikr se jo zikr nikalta hai, us ka naam zikr hai.</w:t>
      </w:r>
    </w:p>
    <w:p>
      <w:pPr>
        <w:jc w:val="right"/>
      </w:pPr>
      <w:r>
        <w:t>فکر بیسڈ ذکر کا نام ذکر ہے۔ فکر پر جو، یعنی فکر سے جو ذکر نکلتا ہے، اس کا نام ذکر ہے۔</w:t>
      </w:r>
    </w:p>
    <w:p>
      <w:r>
        <w:rPr>
          <w:b/>
        </w:rPr>
        <w:t xml:space="preserve">[1:26:11] </w:t>
      </w:r>
      <w:r>
        <w:t>to har waqt hamein, yaani main to har har lamha sochta hoon ke kaise main zinda hoon, kaise yeh saari baatein ho rahi hain.</w:t>
      </w:r>
    </w:p>
    <w:p>
      <w:pPr>
        <w:jc w:val="right"/>
      </w:pPr>
      <w:r>
        <w:t>تو ہر وقت ہمیں، یعنی میں تو ہر ہر لمحہ سوچتا ہوں کہ کیسے میں زندہ ہوں، کیسے یہ ساری باتیں ہو رہی ہیں۔</w:t>
      </w:r>
    </w:p>
    <w:p>
      <w:r>
        <w:rPr>
          <w:b/>
        </w:rPr>
        <w:t xml:space="preserve">[1:26:21] </w:t>
      </w:r>
      <w:r>
        <w:t>aur is ke, is to har har waqea mere liye allah ki yaad ka ek point of reference ban jaata hai. usi ka naam zikr hai.</w:t>
      </w:r>
    </w:p>
    <w:p>
      <w:pPr>
        <w:jc w:val="right"/>
      </w:pPr>
      <w:r>
        <w:t>اور اس کے، اس تو ہر ہر واقعہ میرے لیے اللہ کی یاد کا ایک پوائنٹ آف ریفرنس بن جاتا ہے۔ اسی کا نام ذکر ہے۔</w:t>
      </w:r>
    </w:p>
    <w:p>
      <w:r>
        <w:rPr>
          <w:b/>
        </w:rPr>
        <w:t xml:space="preserve">[1:26:30] </w:t>
      </w:r>
      <w:r>
        <w:t>mere liye to paanch waqt ki namaz mein is mein woh nahin karna chahiye, aadmi ko khoruz nahin karna chahiye. paanch waqt ki namaz to ba-taur routine farz hai.</w:t>
      </w:r>
    </w:p>
    <w:p>
      <w:pPr>
        <w:jc w:val="right"/>
      </w:pPr>
      <w:r>
        <w:t>میرے لیے تو پانچ وقت کی نماز میں اس میں وہ نہیں کرنا چاہیے، آدمی کو کرفوز نہیں کرنا چاہیے۔ پانچ وقت کی نماز تو بطور روٹین فرض ہے۔</w:t>
      </w:r>
    </w:p>
    <w:p>
      <w:r>
        <w:rPr>
          <w:b/>
        </w:rPr>
        <w:t xml:space="preserve">[1:26:42] </w:t>
      </w:r>
      <w:r>
        <w:t>is mein koi chhodne ka sawal nahin paida hota. lekin zikr ek aisi cheez hai jo 24 ghante aap ko karta hi rehna hai.</w:t>
      </w:r>
    </w:p>
    <w:p>
      <w:pPr>
        <w:jc w:val="right"/>
      </w:pPr>
      <w:r>
        <w:t>اس میں کوئی چھوڑنے کا سوال نہیں پیدا ہوتا۔ لیکن ذکر ایک ایسی چیز ہے جو 24 گھنٹے آپ کو کرتا ہی رہنا ہے۔</w:t>
      </w:r>
    </w:p>
    <w:p>
      <w:r>
        <w:rPr>
          <w:b/>
        </w:rPr>
        <w:t xml:space="preserve">[1:26:53] </w:t>
      </w:r>
      <w:r>
        <w:t>jaisa ke surah aal imran ke aakhir mein hai, uthte, baithte, sote, jaagte, aadmi zikr karta hai, Allah ko yaad karta hai. Maulana sahib ka sawal yeh hai ke kya Hazrat Yusuf alaihi assalam ne badshah ki taraf se food ministry ki offer milte hi us ko qabool kar liya ya</w:t>
      </w:r>
    </w:p>
    <w:p>
      <w:pPr>
        <w:jc w:val="right"/>
      </w:pPr>
      <w:r>
        <w:t>جیسا کہ سورہ آل عمران کے آخر میں ہے، اٹھتے، بیٹھتے، سوتے، جاگتے، آدمی ذکر کرتا ہے، اللہ کو یاد کرتا ہے۔ مولانا صاحب کا سوال یہ ہے کہ کیا حضرت یوسف علیہ السلام نے بادشاہ کی طرف سے فوڈ منسٹری کی آفر ملتے ہی اس کو قبول کر لیا یا</w:t>
      </w:r>
    </w:p>
    <w:p>
      <w:r>
        <w:rPr>
          <w:b/>
        </w:rPr>
        <w:t xml:space="preserve">[1:27:10] </w:t>
      </w:r>
      <w:r>
        <w:t>yeh ke pehle unhon ne kaha ke hamare upar jo galat ilzaam hai, us se hum ko bari karo, tab hum yeh uhda qabool karenge? Kya kaha?</w:t>
      </w:r>
    </w:p>
    <w:p>
      <w:pPr>
        <w:jc w:val="right"/>
      </w:pPr>
      <w:r>
        <w:t>یہ کہ پہلے انہوں نے کہا کہ ہمارے اوپر جو غلط الزام ہے، اس سے ہم کو بری کرو، تب ہم یہ عہدہ قبول کریں گے؟ کیا کہا؟</w:t>
      </w:r>
    </w:p>
    <w:p>
      <w:r>
        <w:rPr>
          <w:b/>
        </w:rPr>
        <w:t xml:space="preserve">[1:27:19] </w:t>
      </w:r>
      <w:r>
        <w:t>woh keh rahe hain ke Hazrat Yusuf ko jab woh food ministry ka uhda mila tha to kya unhon ne milte hi us ko qabool kar liya ya yeh kaha ke mujh par jo ilzaam hai, us ko pehle khatam kiya jaye?</w:t>
      </w:r>
    </w:p>
    <w:p>
      <w:pPr>
        <w:jc w:val="right"/>
      </w:pPr>
      <w:r>
        <w:t>وہ کہہ رہے ہیں کہ حضرت یوسف کو جب وہ فوڈ منسٹری کا عہدہ ملا تھا تو کیا انہوں نے ملتے ہی اس کو قبول کر لیا یا یہ کہا کہ مجھ پر جو الزام ہے، اس کو پہلے ختم کیا جائے؟</w:t>
      </w:r>
    </w:p>
    <w:p>
      <w:r>
        <w:rPr>
          <w:b/>
        </w:rPr>
        <w:t xml:space="preserve">[1:27:30] </w:t>
      </w:r>
      <w:r>
        <w:t>theek hai, woh to woh yeh aap kahein kijiye, aisa aap thori mein kehta hoon aap ilzaam na khatam karwayein, lekin mein ladai ko ke</w:t>
      </w:r>
    </w:p>
    <w:p>
      <w:pPr>
        <w:jc w:val="right"/>
      </w:pPr>
      <w:r>
        <w:t>ٹھیک ہے، وہ تو وہ یہ آپ کہیں کیجیے، ایسا آپ تھوڑی میں کہتا ہوں آپ الزام نہ ختم کروائیں، لیکن میں لڑائی کو کہ</w:t>
      </w:r>
    </w:p>
    <w:p>
      <w:r>
        <w:rPr>
          <w:b/>
        </w:rPr>
        <w:t xml:space="preserve">[1:27:38] </w:t>
      </w:r>
      <w:r>
        <w:t>h raha hoon, as come to ladai mein keh raha hoon, woh alag cheez hai. Ab zaroor aap par koi ilzaam laga hua hai to us ko khatam kijiye, us ko.</w:t>
      </w:r>
    </w:p>
    <w:p>
      <w:pPr>
        <w:jc w:val="right"/>
      </w:pPr>
      <w:r>
        <w:t>ہ رہا ہوں، ایز کم ٹو لڑائی میں کہہ رہا ہوں، وہ الگ چیز ہے۔ اب ضرور آپ پر کوئی الزام لگا ہوا ہے تو اس کو ختم کیجیے، اس کو۔</w:t>
      </w:r>
    </w:p>
    <w:p>
      <w:r>
        <w:rPr>
          <w:b/>
        </w:rPr>
        <w:t xml:space="preserve">[1:27:46] </w:t>
      </w:r>
      <w:r>
        <w:t>lekin mein jo keh raha hoon ke ke takrao ka option na le kar ke unhon ne adjustment ka option liya. Haan, takrao ka option na le kar adjustment ka option liya, yeh mein keh raha hoon.</w:t>
      </w:r>
    </w:p>
    <w:p>
      <w:pPr>
        <w:jc w:val="right"/>
      </w:pPr>
      <w:r>
        <w:t>لیکن میں جو کہہ رہا ہوں کہ کہ ٹکراؤ کا آپشن نہ لے کر کے انہوں نے ایڈجسٹمنٹ کا آپشن لیا۔ ہاں، ٹکراؤ کا آپشن نہ لے کر ایڈجسٹمنٹ کا آپشن لیا، یہ میں کہہ رہا ہوں۔</w:t>
      </w:r>
    </w:p>
    <w:p>
      <w:r>
        <w:rPr>
          <w:b/>
        </w:rPr>
        <w:t xml:space="preserve">[1:28:00] </w:t>
      </w:r>
      <w:r>
        <w:t>ek sawal dawat se talluq rakhta hai. Jab hum baradraan-e-watan</w:t>
      </w:r>
    </w:p>
    <w:p>
      <w:pPr>
        <w:jc w:val="right"/>
      </w:pPr>
      <w:r>
        <w:t>ایک سوال دعوت سے تعلق رکھتا ہے۔ جب ہم برادران وطن</w:t>
      </w:r>
    </w:p>
    <w:p>
      <w:r>
        <w:rPr>
          <w:b/>
        </w:rPr>
        <w:t xml:space="preserve">[1:28:04] </w:t>
      </w:r>
      <w:r>
        <w:t>ke paas milne jaate hain, agar woh mareez ho to kehta hai ke parh ke koi aisa roohiya shariya karte hain ke Rasool Allah sallallahu alaihi wasallam se sunnat se koi sabit hai ke hum ek daai mad'u ko is tarah se roohiya shariya kar sakta hai?</w:t>
      </w:r>
    </w:p>
    <w:p>
      <w:pPr>
        <w:jc w:val="right"/>
      </w:pPr>
      <w:r>
        <w:t>کے پاس ملنے جاتے ہیں، اگر وہ مریض ہو تو کہتا ہے کہ پڑھ کے کوئی ایسا رخیہ شریعہ کرتے ہیں کہ رسول اللہ صلی اللہ علیہ وسلم سے سنت سے کوئی ثابت ہے کہ ہم ایک داعی مدعو کو اس طرح سے رخیہ شریعہ کر سکتا ہے؟</w:t>
      </w:r>
    </w:p>
    <w:p>
      <w:r>
        <w:rPr>
          <w:b/>
        </w:rPr>
        <w:t xml:space="preserve">[1:28:16] </w:t>
      </w:r>
      <w:r>
        <w:t>kya woh kisi mad'u ke paas jaate hain, kuch bimari hai us ko to woh kehte hain kuch parh ke dam kar dijiye? To kya aisa kar sakte hain? Zaroor kijiye, zaroor.</w:t>
      </w:r>
    </w:p>
    <w:p>
      <w:pPr>
        <w:jc w:val="right"/>
      </w:pPr>
      <w:r>
        <w:t>کیا وہ کسی مدعو کے پاس جاتے ہیں، کچھ بیماری ہے اس کو تو وہ کہتے ہیں کچھ پڑھ کے دم کر دیجیے؟ تو کیا ایسا کر سکتے ہیں؟ ضرور کیجیے، ضرور۔</w:t>
      </w:r>
    </w:p>
    <w:p>
      <w:r>
        <w:rPr>
          <w:b/>
        </w:rPr>
        <w:t xml:space="preserve">[1:28:26] </w:t>
      </w:r>
      <w:r>
        <w:t>hum to karte hain, khud aisa karte hain. H</w:t>
      </w:r>
    </w:p>
    <w:p>
      <w:pPr>
        <w:jc w:val="right"/>
      </w:pPr>
      <w:r>
        <w:t>ہم تو کرتے ہیں، خود ایسا کرتے ہیں۔ ہ</w:t>
      </w:r>
    </w:p>
    <w:p>
      <w:r>
        <w:rPr>
          <w:b/>
        </w:rPr>
        <w:t xml:space="preserve">[1:28:30] </w:t>
      </w:r>
      <w:r>
        <w:t>m zaroor karte hain. Mein wahan, hamara ek gaon hai Nawada, mein wahan gaya to Ram Lagan ek thay wahan par.</w:t>
      </w:r>
    </w:p>
    <w:p>
      <w:pPr>
        <w:jc w:val="right"/>
      </w:pPr>
      <w:r>
        <w:t>م ضرور کرتے ہیں۔ میں وہاں، ہمارا ایک گاؤں ہے نوادہ، میں وہاں گیا تو رام لگن ایک تھے وہاں پر۔</w:t>
      </w:r>
    </w:p>
    <w:p>
      <w:r>
        <w:rPr>
          <w:b/>
        </w:rPr>
        <w:t xml:space="preserve">[1:28:41] </w:t>
      </w:r>
      <w:r>
        <w:t>to wahan bagh mein bichhoo tha, koi unhon ne haath dala to wahan par jo bagh hota tha, woh zameen tak us ki patiyan hoti theen.</w:t>
      </w:r>
    </w:p>
    <w:p>
      <w:pPr>
        <w:jc w:val="right"/>
      </w:pPr>
      <w:r>
        <w:t>تو وہاں باغ میں بچھو تھا، کوئی انہوں نے ہاتھ ڈالا تو وہاں پر جو باغ ہوتا تھا، وہ زمین تک اس کی پتیاں ہوتی تھیں۔</w:t>
      </w:r>
    </w:p>
    <w:p>
      <w:r>
        <w:rPr>
          <w:b/>
        </w:rPr>
        <w:t xml:space="preserve">[1:28:55] </w:t>
      </w:r>
      <w:r>
        <w:t>bichhoo ne kaat liya</w:t>
      </w:r>
    </w:p>
    <w:p>
      <w:pPr>
        <w:jc w:val="right"/>
      </w:pPr>
      <w:r>
        <w:t>بچھو نے کاٹ لیا</w:t>
      </w:r>
    </w:p>
    <w:p>
      <w:r>
        <w:rPr>
          <w:b/>
        </w:rPr>
        <w:t xml:space="preserve">[1:28:57] </w:t>
      </w:r>
      <w:r>
        <w:t>to unhon ne kaha ke mujh ko babu kehte hain, woh log babu aisa ho gaya. To mein ne aam ke ek patte tode, ek patte tod kar ke aise aise kiya, dua parhte hain, aise karte rahe aur khatam ho gaya un ka.</w:t>
      </w:r>
    </w:p>
    <w:p>
      <w:pPr>
        <w:jc w:val="right"/>
      </w:pPr>
      <w:r>
        <w:t>تو انہوں نے کہا کہ مجھ کو بابو کہتے ہیں، وہ لوگ بابو ایسا ہو گیا۔ تو میں نے آم کے ایک پتے توڑے، ایک پتے توڑ کر کے ایسے ایسے کیا، دعا پڑھتے ہیں، ایسے کرتے رہے اور ختم ہو گیا ان کا۔</w:t>
      </w:r>
    </w:p>
    <w:p>
      <w:r>
        <w:rPr>
          <w:b/>
        </w:rPr>
        <w:t xml:space="preserve">[1:29:09] </w:t>
      </w:r>
      <w:r>
        <w:t>un ka woh to mere itne aaqiyat band ho gaye ke bas bohat aaqiyat band ho gaye. To yeh to Allah taala ka ek ehsan hai ke aap dua karein aur logon ke dil naram ho jaye.</w:t>
      </w:r>
    </w:p>
    <w:p>
      <w:pPr>
        <w:jc w:val="right"/>
      </w:pPr>
      <w:r>
        <w:t>ان کا وہ تو میرے اتنے عاقیت بند ہو گئے کہ بس بہت عاقیت بند ہو گئے۔ تو یہ تو اللہ تعالیٰ کا ایک احسان ہے کہ آپ دعا کریں اور لوگوں کے دل نرم ہو جائے۔</w:t>
      </w:r>
    </w:p>
    <w:p>
      <w:r>
        <w:rPr>
          <w:b/>
        </w:rPr>
        <w:t xml:space="preserve">[1:29:23] </w:t>
      </w:r>
      <w:r>
        <w:t>to yeh to bari achhi baat hai,</w:t>
      </w:r>
    </w:p>
    <w:p>
      <w:pPr>
        <w:jc w:val="right"/>
      </w:pPr>
      <w:r>
        <w:t>تو یہ تو بڑی اچھی بات ہے،</w:t>
      </w:r>
    </w:p>
    <w:p>
      <w:r>
        <w:rPr>
          <w:b/>
        </w:rPr>
        <w:t xml:space="preserve">[1:29:26] </w:t>
      </w:r>
      <w:r>
        <w:t>bohat achhi baat hai. Oh, I have a question. Uh, Maulana, Muslims normally uh, only glorify the Prophet Muhammad, and they have absolutely failed to take any lessons from the life of other prophets.</w:t>
      </w:r>
    </w:p>
    <w:p>
      <w:pPr>
        <w:jc w:val="right"/>
      </w:pPr>
      <w:r>
        <w:t>بہت اچھی بات ہے۔ او، آئی ہیو اے کوسچن۔ اہ، مولانا، مسلمز نارملی اہ، اونلی گلوریفائی دی پرافٹ محمد، اینڈ دے ہیو ایبسولیوٹلی فیلڈ ٹو ٹیک اینی لیسنز فرام دی لائف آف ادر پرافٹس۔</w:t>
      </w:r>
    </w:p>
    <w:p>
      <w:r>
        <w:rPr>
          <w:b/>
        </w:rPr>
        <w:t xml:space="preserve">[1:29:43] </w:t>
      </w:r>
      <w:r>
        <w:t>So, what I want to know is what is the reason for this failure of uh, them not being able to derive any lessons from other prophets life.</w:t>
      </w:r>
    </w:p>
    <w:p>
      <w:pPr>
        <w:jc w:val="right"/>
      </w:pPr>
      <w:r>
        <w:t>سو، واٹ آئی وانٹ ٹو نو از واٹ از دی ریزن فار دس فیلیر آف اہ، دیم ناٹ بینگ ایبل ٹو ڈرائیو اینی لیسنز فرام ادر پرافٹس لائف۔</w:t>
      </w:r>
    </w:p>
    <w:p>
      <w:r>
        <w:rPr>
          <w:b/>
        </w:rPr>
        <w:t xml:space="preserve">[1:29:52] </w:t>
      </w:r>
      <w:r>
        <w:t>haan, dekhein, yeh bohat bara problem hai</w:t>
      </w:r>
    </w:p>
    <w:p>
      <w:pPr>
        <w:jc w:val="right"/>
      </w:pPr>
      <w:r>
        <w:t>ہاں، دیکھیں، یہ بہت بڑا پرابلم ہے</w:t>
      </w:r>
    </w:p>
    <w:p>
      <w:r>
        <w:rPr>
          <w:b/>
        </w:rPr>
        <w:t xml:space="preserve">[1:29:57] </w:t>
      </w:r>
      <w:r>
        <w:t>ke Musalmanon ne Quran ke naam par Quran ko chhod rakha hai. So, aala naam mein parhiye, aap wahan bohat se paighambaron ko refer kiya gaya hai.</w:t>
      </w:r>
    </w:p>
    <w:p>
      <w:pPr>
        <w:jc w:val="right"/>
      </w:pPr>
      <w:r>
        <w:t>کہ مسلمانوں نے قرآن کے نام پر قرآن کو چھوڑ رکھا ہے۔ سو، اعلیٰ نام میں پڑھیے، آپ وہاں بہت سے پیغمبروں کو ریفر کیا گیا ہے۔</w:t>
      </w:r>
    </w:p>
    <w:p>
      <w:r>
        <w:rPr>
          <w:b/>
        </w:rPr>
        <w:t xml:space="preserve">[1:30:05] </w:t>
      </w:r>
      <w:r>
        <w:t>yeh yeh paighambar, yeh paighambar, yeh paon par. Is ke baad farmaya gaya hai ke allazeena Allah yeh ji ke yeh woh log hain jin ko Allah taala ne guidance di,</w:t>
      </w:r>
    </w:p>
    <w:p>
      <w:pPr>
        <w:jc w:val="right"/>
      </w:pPr>
      <w:r>
        <w:t>یہ یہ پیغمبر، یہ پیغمبر، یہ پاؤں پر۔ اس کے بعد فرمایا گیا ہے کہ الذین اللہ یہ جی کہ یہ وہ لوگ ہیں جن کو اللہ تعالیٰ نے گائیڈنس دی،</w:t>
      </w:r>
    </w:p>
    <w:p>
      <w:r>
        <w:rPr>
          <w:b/>
        </w:rPr>
        <w:t xml:space="preserve">[1:30:19] </w:t>
      </w:r>
      <w:r>
        <w:t>sachai ki hidayat di. To tum bhi, yani Rasool Allah se kaha ja raha hai,</w:t>
      </w:r>
    </w:p>
    <w:p>
      <w:pPr>
        <w:jc w:val="right"/>
      </w:pPr>
      <w:r>
        <w:t>سچائی کی ہدایت دی۔ تو تم بھی، یعنی رسول اللہ سے کہا جا رہا ہے،</w:t>
      </w:r>
    </w:p>
    <w:p>
      <w:r>
        <w:rPr>
          <w:b/>
        </w:rPr>
        <w:t xml:space="preserve">[1:30:25] </w:t>
      </w:r>
      <w:r>
        <w:t>to tum bhi unhi ki pairwi karo, Rasool Allah ko aur Rasool Allah ke waste poori ummat ko. Fa bi hudahum iqtada.</w:t>
      </w:r>
    </w:p>
    <w:p>
      <w:pPr>
        <w:jc w:val="right"/>
      </w:pPr>
      <w:r>
        <w:t>تو تم بھی انہی کی پیروی کرو، رسول اللہ کو اور رسول اللہ کے واسطے پوری امت کو۔ فبہدا مقتدی۔</w:t>
      </w:r>
    </w:p>
    <w:p>
      <w:r>
        <w:rPr>
          <w:b/>
        </w:rPr>
        <w:t xml:space="preserve">[1:30:35] </w:t>
      </w:r>
      <w:r>
        <w:t>to khud Quran mein sabit hai ke har paighambar jo hai, hamare namoona hai. Lekin ab Musalmanon ne chuki ek galat aqeeda baitha likha hai ke hamara paighambar jo hai, bas bhai sab se bada hai, sab se woh shehenshah-e-konain hai, to doosre paighambaron ko kuch samajh nahi, samajhte nahi, kuch un ko important nahi dete.</w:t>
      </w:r>
    </w:p>
    <w:p>
      <w:pPr>
        <w:jc w:val="right"/>
      </w:pPr>
      <w:r>
        <w:t>تو خود قرآن میں ثابت ہے کہ ہر پیغمبر جو ہے، ہمارے نمونہ ہے۔ لیکن اب مسلمانوں نے چونکہ ایک غلط عقیدہ بٹھا لکھا ہے کہ ہمارا پیغمبر جو ہے، بس بھئی سب سے بڑا ہے، سب سے وہ شہنشاہ کونین ہے، تو دوسرے پیغمبروں کو کچھ سمجھ نہیں، سمجھتے نہیں، کچھ ان کو امپورٹنٹ نہیں دیتے۔</w:t>
      </w:r>
    </w:p>
    <w:p>
      <w:r>
        <w:rPr>
          <w:b/>
        </w:rPr>
        <w:t xml:space="preserve">[1:30:54] </w:t>
      </w:r>
      <w:r>
        <w:t>lekin yeh Quran ke bilkul khilaf hai. Ayat yahi hai: allazeena Allah mqtada. Haan, yeh paighambar hain jin ko ke hum ne hidayat di, to tum un ki pairwi karo.</w:t>
      </w:r>
    </w:p>
    <w:p>
      <w:pPr>
        <w:jc w:val="right"/>
      </w:pPr>
      <w:r>
        <w:t>لیکن یہ قرآن کے بالکل خلاف ہے۔ آیت یہی ہے: الذین اللہ مقتدی۔ ہاں، یہ پیغمبر ہیں جن کو کہ ہم نے ہدایت دی، تو تم ان کی پیروی کرو۔</w:t>
      </w:r>
    </w:p>
    <w:p>
      <w:r>
        <w:rPr>
          <w:b/>
        </w:rPr>
        <w:t xml:space="preserve">[1:31:10] </w:t>
      </w:r>
      <w:r>
        <w:t>asal mein dekhen, baat kya hai? mukhtalif paighambar mukhtalif situation mein aaye. yeh har paighambar kisi ek hi situation mein nahin aaya.</w:t>
      </w:r>
    </w:p>
    <w:p>
      <w:pPr>
        <w:jc w:val="right"/>
      </w:pPr>
      <w:r>
        <w:t>اصل میں دیکھیں، بات کیا ہے؟ مختلف پیغمبر مختلف سچوئیشن میں آئے۔ یہ ہر پیغمبر کسی ایک ہی سچوئیشن میں نہیں آیا۔</w:t>
      </w:r>
    </w:p>
    <w:p>
      <w:r>
        <w:rPr>
          <w:b/>
        </w:rPr>
        <w:t xml:space="preserve">[1:31:21] </w:t>
      </w:r>
      <w:r>
        <w:t>har paighambar ke haan ek ek alag alag ek namoona hai ke falan situation mein ho to kya kiya jaye, falan situation mein ho to kya kiya jaye. to musalman chunke doosre paighambaron ko chhod diya, unhone is liye unhein pata hi nahin ke kya kya karna chahiye.</w:t>
      </w:r>
    </w:p>
    <w:p>
      <w:pPr>
        <w:jc w:val="right"/>
      </w:pPr>
      <w:r>
        <w:t>ہر پیغمبر کے ہاں ایک ایک الگ الگ ایک نمونہ ہے کہ فلاں سچوئیشن میں ہو تو کیا کیا جائے، فلاں سچوئیشن میں ہو تو کیا کیا جائے۔ تو مسلمان چونکہ دوسرے پیغمبروں کو چھوڑ دیا، انہوں نے اس لیے انہیں پتہ ہی نہیں کہ کیا کیا کرنا چاہیے۔</w:t>
      </w:r>
    </w:p>
    <w:p>
      <w:r>
        <w:rPr>
          <w:b/>
        </w:rPr>
        <w:t xml:space="preserve">[1:31:39] </w:t>
      </w:r>
      <w:r>
        <w:t>unhein pata hi nahin hai. ek hi baat jante hain ke lado, lado, lado, lado. Hazrat Yusuf (AS) ka uswa unki aankhon se ghayab hai</w:t>
      </w:r>
    </w:p>
    <w:p>
      <w:pPr>
        <w:jc w:val="right"/>
      </w:pPr>
      <w:r>
        <w:t>انہیں پتہ ہی نہیں ہے۔ ایک ہی بات جانتے ہیں کہ لڑو، لڑو، لڑو، لڑو۔ حضرت یوسف علیہ السلام کا اسوہ ان کی آنکھوں سے غائب ہے</w:t>
      </w:r>
    </w:p>
    <w:p>
      <w:r>
        <w:rPr>
          <w:b/>
        </w:rPr>
        <w:t xml:space="preserve">[1:31:46] </w:t>
      </w:r>
      <w:r>
        <w:t>ke ek ek king ho jo king aap ke deen ko nahin manta hai, tab bhi use adjust kijiye. aap yeh model hai Hazrat Yusuf (AS) ka, woh bhi hamare liye wahi hai jaise ke Rasool Allah ka model.</w:t>
      </w:r>
    </w:p>
    <w:p>
      <w:pPr>
        <w:jc w:val="right"/>
      </w:pPr>
      <w:r>
        <w:t>کہ ایک ایک کنگ ہو جو کنگ آپ کے دین کو نہیں مانتا ہے، تب بھی اسے ایڈجسٹ کیجیے۔ آپ یہ ماڈل ہے حضرت یوسف علیہ السلام کا، وہ بھی ہمارے لیے وہی ہے جیسے کہ رسول اللہ کا ماڈل۔</w:t>
      </w:r>
    </w:p>
    <w:p>
      <w:r>
        <w:rPr>
          <w:b/>
        </w:rPr>
        <w:t xml:space="preserve">[1:31:59] </w:t>
      </w:r>
      <w:r>
        <w:t>to different situation mein kis tarah se hum rahein? to agar har har paighambar ko aap mutalaah karein to aap ko pa jayenge ke har har situation ke liye ek model mil jayega aap ko.</w:t>
      </w:r>
    </w:p>
    <w:p>
      <w:pPr>
        <w:jc w:val="right"/>
      </w:pPr>
      <w:r>
        <w:t>تو ڈفرنٹ سچوئیشن میں کس طرح سے ہم رہیں؟ تو اگر ہر ہر پیغمبر کو آپ مطالعہ کریں تو آپ کو پا جائیں کہ ہر ہر سچوئیشن کے لیے ایک ماڈل مل جائے گا آپ کو۔</w:t>
      </w:r>
    </w:p>
    <w:p>
      <w:r>
        <w:rPr>
          <w:b/>
        </w:rPr>
        <w:t xml:space="preserve">[1:32:12] </w:t>
      </w:r>
      <w:r>
        <w:t>lekin chunke musalmanon ne apne hi paighambar ko badha chadh rakha hai, kisi naat naat khwanon ne to woh woh had kar rakhi hai ke wahi jo mustawa arsh tha, khuda ho kar utar pada, nabi Mustafa ho kar.</w:t>
      </w:r>
    </w:p>
    <w:p>
      <w:pPr>
        <w:jc w:val="right"/>
      </w:pPr>
      <w:r>
        <w:t>لیکن چونکہ مسلمانوں نے اپنے ہی پیغمبر کو بڑھا چڑھا رکھا ہے، کسی نعت نعت خوانوں نے تو وہ وہ حد کر رکھی ہے کہ وہی جو مستوی عرش تھا، خدا ہو کر اتر پڑا، نبی مصطفی ہو کر۔</w:t>
      </w:r>
    </w:p>
    <w:p>
      <w:r>
        <w:rPr>
          <w:b/>
        </w:rPr>
        <w:t xml:space="preserve">[1:32:29] </w:t>
      </w:r>
      <w:r>
        <w:t>yani jo khuda jo arsh par tha, usi ka personification hai Rasool Allah (SAW). to aap doosre paighambar ko kya samjhenge? aap kuch nahin samjhenge.</w:t>
      </w:r>
    </w:p>
    <w:p>
      <w:pPr>
        <w:jc w:val="right"/>
      </w:pPr>
      <w:r>
        <w:t>یعنی جو خدا جو عرش پر تھا، اسی کا پرسونیفیکیشن ہے رسول اللہ صلی اللہ علیہ وسلم۔ تو آپ دوسرے پیغمبر کو کیا سمجھیں گے؟ آپ کچھ نہیں سمجھیں گے۔</w:t>
      </w:r>
    </w:p>
    <w:p>
      <w:r>
        <w:rPr>
          <w:b/>
        </w:rPr>
        <w:t xml:space="preserve">[1:32:39] </w:t>
      </w:r>
      <w:r>
        <w:t>to galat aqeedah ne aisa kiya hai ke doosre paighambar aap ke liye model nahin rahe. Maulana, das question has come in written from Muhammad Imran Nadvi.</w:t>
      </w:r>
    </w:p>
    <w:p>
      <w:pPr>
        <w:jc w:val="right"/>
      </w:pPr>
      <w:r>
        <w:t>تو غلط عقیدے نے ایسا کیا ہے کہ دوسرے پیغمبر آپ کے لیے ماڈل نہیں رہے۔ مولانا، دس کوئسچن ہیز کم ان ریٹن فرام محمد عمران ندوی۔</w:t>
      </w:r>
    </w:p>
    <w:p>
      <w:r>
        <w:rPr>
          <w:b/>
        </w:rPr>
        <w:t xml:space="preserve">[1:32:56] </w:t>
      </w:r>
      <w:r>
        <w:t>he says that Maulana, you told Muslims should be defensive in war with others, while today Muslims are oppressed in different parts of the world.</w:t>
      </w:r>
    </w:p>
    <w:p>
      <w:pPr>
        <w:jc w:val="right"/>
      </w:pPr>
      <w:r>
        <w:t>ہی سیز دیٹ مولانا، یو ٹولڈ مسلمز شوڈ بی ڈیفینسو ان وار ود ادر، وائل ٹوڈے مسلمز ار اپریسڈ ان ڈفرنٹ پارٹس اف دا ورلڈ۔</w:t>
      </w:r>
    </w:p>
    <w:p>
      <w:r>
        <w:rPr>
          <w:b/>
        </w:rPr>
        <w:t xml:space="preserve">[1:33:09] </w:t>
      </w:r>
      <w:r>
        <w:t>so, his point is should we extend our help, or we should not. he has given a reference of ahadith: apne bhai ki madad karo, chahe woh zalim ho ya mazloom.</w:t>
      </w:r>
    </w:p>
    <w:p>
      <w:pPr>
        <w:jc w:val="right"/>
      </w:pPr>
      <w:r>
        <w:t>سو، ہز پوائنٹ از شوڈ وی ایکسٹینڈ اور ہیلپ، اور وی شوڈ ناٹ۔ ہی ہیز گیون ا ریفرنس اف احادیث: اپنے بھائی کی مدد کرو، چاہے وہ ظالم ہو یا مظلوم۔</w:t>
      </w:r>
    </w:p>
    <w:p>
      <w:r>
        <w:rPr>
          <w:b/>
        </w:rPr>
        <w:t xml:space="preserve">[1:33:23] </w:t>
      </w:r>
      <w:r>
        <w:t>to he is asking you. is mein koi misaal dein. woh hum hum to musalmanon mein nahin samajhte ke kahin zulm ho raha hai, musalmanon ko ho raha hai. hum is is philosophy ko nahin mante ke musalmanon par koi zulm ho raha hai, kahin bhi nahin zulm hone wala.</w:t>
      </w:r>
    </w:p>
    <w:p>
      <w:pPr>
        <w:jc w:val="right"/>
      </w:pPr>
      <w:r>
        <w:t>تو ہی از اسکنگ یو۔ اس میں کوئی مثال دیں۔ وہ ہم ہم تو مسلمانوں میں نہیں سمجھتے کہ کہیں ظلم ہو رہا ہے، مسلمانوں کو ہو رہا ہے۔ ہم اس اس فلاسفی کو نہیں مانتے کہ مسلمانوں پر کوئی ظلم ہو رہا ہے، کہیں بھی نہیں ظلم ہونے والا۔</w:t>
      </w:r>
    </w:p>
    <w:p>
      <w:r>
        <w:rPr>
          <w:b/>
        </w:rPr>
        <w:t xml:space="preserve">[1:33:37] </w:t>
      </w:r>
      <w:r>
        <w:t>ab aap batayein to main bataunga is ka is ka analysis kar ke kisi spot ko batayein ke falan spot pe musalmanon ko zulm ho raha hai to bataunga. woh un se poochein, koi naam lein us jagah ka jahan un ka option ek reference de sakte hain, koi ek.</w:t>
      </w:r>
    </w:p>
    <w:p>
      <w:pPr>
        <w:jc w:val="right"/>
      </w:pPr>
      <w:r>
        <w:t>اب آپ بتائیں تو میں بتاؤں گا اس کا اس کا انالیسز کر کے کسی سپاٹ کو بتائیں کہ فلاں سپاٹ پہ مسلمانوں کو ظلم ہو رہا ہے تو بتاؤں گا۔ وہ ان سے پوچھیں، کوئی نام لیں اس جگہ کا جہاں ان کا آپشن ایک ریفرنس دے سکتے ہیں، کوئی ایک۔</w:t>
      </w:r>
    </w:p>
    <w:p>
      <w:r>
        <w:rPr>
          <w:b/>
        </w:rPr>
        <w:t xml:space="preserve">[1:33:53] </w:t>
      </w:r>
      <w:r>
        <w:t>Palestine ke baad lijiye, is mein aap ne ek kitaab chhapi hai baqaydah Palestine ke sawal par.</w:t>
      </w:r>
    </w:p>
    <w:p>
      <w:pPr>
        <w:jc w:val="right"/>
      </w:pPr>
      <w:r>
        <w:t>فلسطین کے بعد لیجئے، اس میں آپ نے ایک کتاب چھاپی ہے باقاعدہ فلسطین کے سوال پر۔</w:t>
      </w:r>
    </w:p>
    <w:p>
      <w:r>
        <w:rPr>
          <w:b/>
        </w:rPr>
        <w:t xml:space="preserve">[1:34:00] </w:t>
      </w:r>
      <w:r>
        <w:t>abhi main is ka ishara kiya ke Hazrat Ibrahim (AS) ke do bete the, Ismail aur Ishaq.</w:t>
      </w:r>
    </w:p>
    <w:p>
      <w:pPr>
        <w:jc w:val="right"/>
      </w:pPr>
      <w:r>
        <w:t>ابھی میں اس کا اشارہ کیا کہ حضرت ابراہیم علیہ السلام کے دو بیٹے تھے، اسماعیل اور اسحاق۔</w:t>
      </w:r>
    </w:p>
    <w:p>
      <w:r>
        <w:rPr>
          <w:b/>
        </w:rPr>
        <w:t xml:space="preserve">[1:34:10] </w:t>
      </w:r>
      <w:r>
        <w:t>Ishaq ko Hazrat Ismail ko basaya Makkah mein. Hazrat Ibrahim ko Allah taala ne kaha ke apne bete ko yahan basao.</w:t>
      </w:r>
    </w:p>
    <w:p>
      <w:pPr>
        <w:jc w:val="right"/>
      </w:pPr>
      <w:r>
        <w:t>اسحاق کو حضرت اسماعیل کو بسایا مکہ میں۔ حضرت ابراہیم کو اللہ تعالی نے کہا کہ اپنے بیٹے کو یہاں بساؤ۔</w:t>
      </w:r>
    </w:p>
    <w:p>
      <w:r>
        <w:rPr>
          <w:b/>
        </w:rPr>
        <w:t xml:space="preserve">[1:34:19] </w:t>
      </w:r>
      <w:r>
        <w:t>to is ki wajah se arz Hijaz jo hai, woh Ismail ka allot hoga koi Allah taala ki taraf se. yani woh log un ke baap Iraq mein paida hue the,</w:t>
      </w:r>
    </w:p>
    <w:p>
      <w:pPr>
        <w:jc w:val="right"/>
      </w:pPr>
      <w:r>
        <w:t>تو اس کی وجہ سے عرض حجاز جو ہے، وہ اسماعیل کا الاٹ ہوگا کوئی اللہ تعالی کی طرف سے۔ یعنی وہ لوگ ان کے باپ عراق میں پیدا ہوئے تھے،</w:t>
      </w:r>
    </w:p>
    <w:p>
      <w:r>
        <w:rPr>
          <w:b/>
        </w:rPr>
        <w:t xml:space="preserve">[1:34:30] </w:t>
      </w:r>
      <w:r>
        <w:t>ab woh qabiz hain Hijaz par. kyun? Allah taala ki taraf allotment hua tha. woh to Hijaz jo hai, Allah taala ne diya Banu Ismail ko.</w:t>
      </w:r>
    </w:p>
    <w:p>
      <w:pPr>
        <w:jc w:val="right"/>
      </w:pPr>
      <w:r>
        <w:t>اب وہ قابض ہیں حجاز پر۔ کیوں؟ اللہ تعالی کی طرف الاٹمنٹ ہوا تھا۔ وہ تو حجاز جو ہے، اللہ تعالی نے دیا بنو اسماعیل کو۔</w:t>
      </w:r>
    </w:p>
    <w:p>
      <w:r>
        <w:rPr>
          <w:b/>
        </w:rPr>
        <w:t xml:space="preserve">[1:34:42] </w:t>
      </w:r>
      <w:r>
        <w:t>achha, yahi Palestine diya tha Allah taala ne Banu Ishaq ko, jin ko aap Bani Israel kehte hain.</w:t>
      </w:r>
    </w:p>
    <w:p>
      <w:pPr>
        <w:jc w:val="right"/>
      </w:pPr>
      <w:r>
        <w:t>اچھا، یہی فلسطین دیا تھا اللہ تعالی نے بنو اسحاق کو، جن کو آپ بنی اسرائیل کہتے ہیں۔</w:t>
      </w:r>
    </w:p>
    <w:p>
      <w:r>
        <w:rPr>
          <w:b/>
        </w:rPr>
        <w:t xml:space="preserve">[1:34:50] </w:t>
      </w:r>
      <w:r>
        <w:t>Israel ko kaha jata hai Hazrat Ishaq ke bete se Yaqoob. Yaqoob ka doosra naam tha Israel, unhi se mansoob kar ke woh kehte hain Bani Israel.</w:t>
      </w:r>
    </w:p>
    <w:p>
      <w:pPr>
        <w:jc w:val="right"/>
      </w:pPr>
      <w:r>
        <w:t>اسرائیل کو کہا جاتا ہے حضرت اسحاق کے بیٹے سے یعقوب۔ یعقوب کا دوسرا نام تھا اسرائیل، انہی سے منسوب کر کے وہ کہتے ہیں بنی اسرائیل۔</w:t>
      </w:r>
    </w:p>
    <w:p>
      <w:r>
        <w:rPr>
          <w:b/>
        </w:rPr>
        <w:t xml:space="preserve">[1:34:59] </w:t>
      </w:r>
      <w:r>
        <w:t>to Palestine to Allah taala ne diya tha un ko. aur ayat maujood, abhi bhi ayat maujood hai Quran Majeed mein: "Idkhalu al-ard al-muqaddasah, ktaba Allahu lakum".</w:t>
      </w:r>
    </w:p>
    <w:p>
      <w:pPr>
        <w:jc w:val="right"/>
      </w:pPr>
      <w:r>
        <w:t>تو فلسطین تو اللہ تعالی نے دیا تھا ان کو۔ اور آیت موجود، ابھی بھی آیت موجود ہے قرآن مجید میں: "ادخلو الارض المقدسہ، کتب اللہ لکم"۔</w:t>
      </w:r>
    </w:p>
    <w:p>
      <w:r>
        <w:rPr>
          <w:b/>
        </w:rPr>
        <w:t xml:space="preserve">[1:35:09] </w:t>
      </w:r>
      <w:r>
        <w:t>dakhil ho jao arz muqaddas mein jo Allah ne tumhare liye likh diya hai. to arz maktoob hai woh Bani Israel ke liye. to Balfour ne jo faisla diya tha, woh waise hi tha.</w:t>
      </w:r>
    </w:p>
    <w:p>
      <w:pPr>
        <w:jc w:val="right"/>
      </w:pPr>
      <w:r>
        <w:t>داخل ہو جاؤ عرض مقدس میں جو اللہ نے تمہارے لیے لکھ دیا ہے۔ تو عرض مکتوب ہے وہ بنی اسرائیل کے لیے۔ تو بالفور نے جو فیصلہ دیا تھا، وہ ویسے ہی تھا۔</w:t>
      </w:r>
    </w:p>
    <w:p>
      <w:r>
        <w:rPr>
          <w:b/>
        </w:rPr>
        <w:t xml:space="preserve">[1:35:21] </w:t>
      </w:r>
      <w:r>
        <w:t>is liye Hazrat Musa ne kaha ke dakhil ho jao.</w:t>
      </w:r>
    </w:p>
    <w:p>
      <w:pPr>
        <w:jc w:val="right"/>
      </w:pPr>
      <w:r>
        <w:t>اس لیے حضرت موسی نے کہا کہ داخل ہو جاؤ۔</w:t>
      </w:r>
    </w:p>
    <w:p>
      <w:r>
        <w:rPr>
          <w:b/>
        </w:rPr>
        <w:t xml:space="preserve">[1:35:26] </w:t>
      </w:r>
      <w:r>
        <w:t>48 mein Balfour ne divide kiya. Hazrat Musa ne to poora poora Palestine de diya tha un ko. Balfour ne kaha ke aadha tumhara, aadha hamara. yani roughly woh roughly woh yani aadha aadha tha.</w:t>
      </w:r>
    </w:p>
    <w:p>
      <w:pPr>
        <w:jc w:val="right"/>
      </w:pPr>
      <w:r>
        <w:t>48 میں بالفور نے ڈیوائیڈ کیا۔ حضرت موسی نے تو پورا پورا فلسطین دے دیا تھا ان کو۔ بالفور نے کہا کہ ادھا تمہارا، ادھا ہمارا۔ یعنی رفلی وہ رفلی وہ یعنی ادھا ادھا تھا۔</w:t>
      </w:r>
    </w:p>
    <w:p>
      <w:r>
        <w:rPr>
          <w:b/>
        </w:rPr>
        <w:t xml:space="preserve">[1:35:41] </w:t>
      </w:r>
      <w:r>
        <w:t>woh to bohat achha tha. yeh poore Arabon ne maan liya Balfour ko, koi nahin maan liya. koi ladai chhod di unhone.</w:t>
      </w:r>
    </w:p>
    <w:p>
      <w:pPr>
        <w:jc w:val="right"/>
      </w:pPr>
      <w:r>
        <w:t>وہ تو بہت اچھا تھا۔ یہ پورے عربوں نے مان لیا بالفور کو، کوئی نہیں مان لیا۔ کوئی لڑائی چھوڑ دی انہوں نے۔</w:t>
      </w:r>
    </w:p>
    <w:p>
      <w:r>
        <w:rPr>
          <w:b/>
        </w:rPr>
        <w:t xml:space="preserve">[1:35:51] </w:t>
      </w:r>
      <w:r>
        <w:t>yani unhone Hazrat Hasan binah ke zamane mein, Hazrat Syed Qutb ke zamane mein ladai chhod di gayi un ke sath. tab ko un ko rehne nahin denge, to koi baant dalenge, khatam karenge.</w:t>
      </w:r>
    </w:p>
    <w:p>
      <w:pPr>
        <w:jc w:val="right"/>
      </w:pPr>
      <w:r>
        <w:t>یعنی انہوں نے حضرت حسن بنہ کے زمانے میں، حضرت سید قطب کے زمانے میں لڑائی چھوڑ دی گئی ان کے ساتھ۔ تب کو ان کو رہنے نہیں دیں گے، تو کوئی بانٹ ڈالیں گے، ختم کریں گے۔</w:t>
      </w:r>
    </w:p>
    <w:p>
      <w:r>
        <w:rPr>
          <w:b/>
        </w:rPr>
        <w:t xml:space="preserve">[1:36:01] </w:t>
      </w:r>
      <w:r>
        <w:t>kyun bhai? kis haq se? woh diaspora ke log thay, woh lote thay apne watan mein, jis tarah Hazrat Musa ke zamanay mein lote thay. woh haq tha ke wahan rahen.</w:t>
      </w:r>
    </w:p>
    <w:p>
      <w:pPr>
        <w:jc w:val="right"/>
      </w:pPr>
      <w:r>
        <w:t>کیوں بھئی؟ کس حق سے؟ وہ ڈائیسپورا کے لوگ تھے، وہ لوٹے تھے اپنے وطن میں، جس طرح حضرت موسی کے زمانے میں لوٹے تھے۔ وہ حق تھا کہ وہاں رہیں۔</w:t>
      </w:r>
    </w:p>
    <w:p>
      <w:r>
        <w:rPr>
          <w:b/>
        </w:rPr>
        <w:t xml:space="preserve">[1:36:09] </w:t>
      </w:r>
      <w:r>
        <w:t>woh to aap ko razi hota ho jatay ke bhai theek hai, adhay tum raho, adhay hum rahen gay. acha, is ke baad kya hua?</w:t>
      </w:r>
    </w:p>
    <w:p>
      <w:pPr>
        <w:jc w:val="right"/>
      </w:pPr>
      <w:r>
        <w:t>وہ تو آپ کو راضی ہوتا ہو جاتے کہ بھئی ٹھیک ہے، ادھے تم رہو، ادھے ہم رہیں گے۔ اچھا، اس کے بعد کیا ہوا؟</w:t>
      </w:r>
    </w:p>
    <w:p>
      <w:r>
        <w:rPr>
          <w:b/>
        </w:rPr>
        <w:t xml:space="preserve">[1:36:18] </w:t>
      </w:r>
      <w:r>
        <w:t>aik aur bohat bara blunder kiya,</w:t>
      </w:r>
    </w:p>
    <w:p>
      <w:pPr>
        <w:jc w:val="right"/>
      </w:pPr>
      <w:r>
        <w:t>ایک اور بہت بڑا بلنڈر کیا،</w:t>
      </w:r>
    </w:p>
    <w:p>
      <w:r>
        <w:rPr>
          <w:b/>
        </w:rPr>
        <w:t xml:space="preserve">[1:36:20] </w:t>
      </w:r>
      <w:r>
        <w:t>saray arbon ke concern se hua woh blunder. woh tha Suez Canal, jo hai woh banai thi French aur British company ne.</w:t>
      </w:r>
    </w:p>
    <w:p>
      <w:pPr>
        <w:jc w:val="right"/>
      </w:pPr>
      <w:r>
        <w:t>سارے عربوں کے کنسرن سے ہوا وہ بلنڈر۔ وہ تھا سوئز کنال، جو ہے وہ بنائی تھی فرینچ اور برٹش کمپنی نے۔</w:t>
      </w:r>
    </w:p>
    <w:p>
      <w:r>
        <w:rPr>
          <w:b/>
        </w:rPr>
        <w:t xml:space="preserve">[1:36:31] </w:t>
      </w:r>
      <w:r>
        <w:t>is ke baad woh release par liya tha unhon ne. patta jo kehtay hain, patta to Suez Canal un ko patte mili thi. woh is ki miad 56 thi, 1956 tak thi.</w:t>
      </w:r>
    </w:p>
    <w:p>
      <w:pPr>
        <w:jc w:val="right"/>
      </w:pPr>
      <w:r>
        <w:t>اس کے بعد وہ ریلیز پر لیا تھا انہوں نے۔ پٹا جو کہتے ہیں، پٹا تو سوئز کنال ان کو پٹے ملی تھی۔ وہ اس کی میعاد 56 تھی، 1956 تک تھی۔</w:t>
      </w:r>
    </w:p>
    <w:p>
      <w:r>
        <w:rPr>
          <w:b/>
        </w:rPr>
        <w:t xml:space="preserve">[1:36:40] </w:t>
      </w:r>
      <w:r>
        <w:t>woh waqai</w:t>
      </w:r>
    </w:p>
    <w:p>
      <w:pPr>
        <w:jc w:val="right"/>
      </w:pPr>
      <w:r>
        <w:t>وہ واقعی</w:t>
      </w:r>
    </w:p>
    <w:p>
      <w:r>
        <w:rPr>
          <w:b/>
        </w:rPr>
        <w:t xml:space="preserve">[1:36:42] </w:t>
      </w:r>
      <w:r>
        <w:t>darmiyan 12 saal pehle sir, woh Abdul Nasser ne is ko khatam kar diya, is ki ahad ko ke hum aaj se qabza karte hain.</w:t>
      </w:r>
    </w:p>
    <w:p>
      <w:pPr>
        <w:jc w:val="right"/>
      </w:pPr>
      <w:r>
        <w:t>درمیان 12 سال پہلے سر، وہ عبدالناصر نے اس کو ختم کر دیا، اس کی عہد کو کہ ہم آج سے قبضہ کرتے ہیں۔</w:t>
      </w:r>
    </w:p>
    <w:p>
      <w:r>
        <w:rPr>
          <w:b/>
        </w:rPr>
        <w:t xml:space="preserve">[1:36:50] </w:t>
      </w:r>
      <w:r>
        <w:t>is ko aap ka Nadva jo hai, woh release par hai. government agar khatam kar de to aap chalayen gay, aap log shor karen gay. Nadva ki zameen patte par hai, woh Nadva apni zameen ka malik nahi hai,</w:t>
      </w:r>
    </w:p>
    <w:p>
      <w:pPr>
        <w:jc w:val="right"/>
      </w:pPr>
      <w:r>
        <w:t>اس کو آپ کا ندوہ جو ہے، وہ ریلیز پر ہے۔ گورنمنٹ اگر ختم کر دے تو آپ چلائیں گے، آپ لوگ شور کریں گے۔ ندوہ کی زمین پٹے پر ہے، وہ ندوہ اپنی زمین کا مالک نہیں ہے،</w:t>
      </w:r>
    </w:p>
    <w:p>
      <w:r>
        <w:rPr>
          <w:b/>
        </w:rPr>
        <w:t xml:space="preserve">[1:37:05] </w:t>
      </w:r>
      <w:r>
        <w:t>woh patte par hai. woh agar farz kiya hukoomat-e-Hind jo hai, qabza kar le is ko to aap log shor karen gay.</w:t>
      </w:r>
    </w:p>
    <w:p>
      <w:pPr>
        <w:jc w:val="right"/>
      </w:pPr>
      <w:r>
        <w:t>وہ پٹے پر ہے۔ وہ اگر فرض کیا حکومت ہند جو ہے، قبضہ کر لے اس کو تو آپ لوگ شور کریں گے۔</w:t>
      </w:r>
    </w:p>
    <w:p>
      <w:r>
        <w:rPr>
          <w:b/>
        </w:rPr>
        <w:t xml:space="preserve">[1:37:12] </w:t>
      </w:r>
      <w:r>
        <w:t>to wahan jo qabza kiya to aap ne kisi ne koi bola nahi, koi chalaya nahi ke tum kyun aisa kar rahay ho. nateeja kya hua?</w:t>
      </w:r>
    </w:p>
    <w:p>
      <w:pPr>
        <w:jc w:val="right"/>
      </w:pPr>
      <w:r>
        <w:t>تو وہاں جو قبضہ کیا تو آپ نے کسی نے کوئی بولا نہیں، کوئی چلایا نہیں کہ تم کیوں ایسا کر رہے ہو۔ نتیجہ کیا ہوا؟</w:t>
      </w:r>
    </w:p>
    <w:p>
      <w:r>
        <w:rPr>
          <w:b/>
        </w:rPr>
        <w:t xml:space="preserve">[1:37:21] </w:t>
      </w:r>
      <w:r>
        <w:t>ke Israel aur France aur Britain ne mil kar hamla kar diya aur phir qabza kar liya. unhon ne bohat ziyada qabza kar liya hai. yani 47 woh yani 67 ke baad jo qabza kiya hai, woh is ko Suez se joṛ kar dekhen aap.</w:t>
      </w:r>
    </w:p>
    <w:p>
      <w:pPr>
        <w:jc w:val="right"/>
      </w:pPr>
      <w:r>
        <w:t>کہ اسرائیل اور فرانس اور برطانیہ نے مل کر حملہ کر دیا اور پھر قبضہ کر لیا۔ انہوں نے بہت زیادہ قبضہ کر لیا ہے۔ یعنی 47 وہ یعنی 67 کے بعد جو قبضہ کیا ہے، وہ اس کو سوئے سے جوڑ کر دیکھیں آپ۔</w:t>
      </w:r>
    </w:p>
    <w:p>
      <w:r>
        <w:rPr>
          <w:b/>
        </w:rPr>
        <w:t xml:space="preserve">[1:37:38] </w:t>
      </w:r>
      <w:r>
        <w:t>to jab tak aap past ko na milayen, dekhen Quran Majeed mein hai ke wa hum bada'ukum wa burhan. is se usool banaya hai ke al-badi azlam.</w:t>
      </w:r>
    </w:p>
    <w:p>
      <w:pPr>
        <w:jc w:val="right"/>
      </w:pPr>
      <w:r>
        <w:t>تو جب تک آپ پاسٹ کو نہ ملائیں، دیکھیں قرآن مجید میں ہے کہ وہم بداؤکم وبرہ۔ اس سے اصول بنایا ہے کہ البادی ازلم۔</w:t>
      </w:r>
    </w:p>
    <w:p>
      <w:r>
        <w:rPr>
          <w:b/>
        </w:rPr>
        <w:t xml:space="preserve">[1:37:49] </w:t>
      </w:r>
      <w:r>
        <w:t>to bada to kya hai? unhon ne arbon ne yani pehla bada yeh tha ke Balfour ke is ko nahi mana unhon ne.</w:t>
      </w:r>
    </w:p>
    <w:p>
      <w:pPr>
        <w:jc w:val="right"/>
      </w:pPr>
      <w:r>
        <w:t>تو بدا تو کیا ہے؟ انہوں نے عربوں نے یعنی پہلا بد یہ تھا کہ بالفور کے اس کو نہیں مانا انہوں نے۔</w:t>
      </w:r>
    </w:p>
    <w:p>
      <w:r>
        <w:rPr>
          <w:b/>
        </w:rPr>
        <w:t xml:space="preserve">[1:37:58] </w:t>
      </w:r>
      <w:r>
        <w:t>dusra bada yeh tha ke 67 mein hum unhon ne Suez Canal ko yani 12 saal pehle is ko nationalize kar liya. phir koi haq nahi tha</w:t>
      </w:r>
    </w:p>
    <w:p>
      <w:pPr>
        <w:jc w:val="right"/>
      </w:pPr>
      <w:r>
        <w:t>دوسرا بد یہ تھا کہ 67 میں ہم انہوں نے سورج کنال کو یعنی 12 سال پہلے اس کو وہ نیشنلائز کر لیا۔ پھر کوئی حق نہیں تھا</w:t>
      </w:r>
    </w:p>
    <w:p>
      <w:r>
        <w:rPr>
          <w:b/>
        </w:rPr>
        <w:t xml:space="preserve">[1:38:08] </w:t>
      </w:r>
      <w:r>
        <w:t>is ka. yeh aap karen gay to is ko is ki price dijiye. ab jo ho raha hai, is ki price de rahay hain yeh log. zindagi itni simple nahi hai, bohat hi complex yeh affair hai zindagi ka.</w:t>
      </w:r>
    </w:p>
    <w:p>
      <w:pPr>
        <w:jc w:val="right"/>
      </w:pPr>
      <w:r>
        <w:t>اس کا۔ یہ آپ کریں گے تو اس کو اس کی پرائس دیجئے۔ اب جو ہو رہا ہے، اس کی پرائس دے رہے ہیں یہ لوگ۔ زندگی اتنی سمپل نہیں ہے، بہت ہی کمپلیکس یہ افیئر ہے زندگی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