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Islam November 7, 2010</w:t>
      </w:r>
    </w:p>
    <w:p>
      <w:r>
        <w:t>https://youtu.be/-aRS72WUTR8</w:t>
      </w:r>
    </w:p>
    <w:p>
      <w:r>
        <w:rPr>
          <w:b/>
        </w:rPr>
        <w:t xml:space="preserve">[00:13] </w:t>
      </w:r>
      <w:r>
        <w:t>bismillah rahmanalrahim, wasallallahu ala nabiyyil kareem. rab ishrah li sadri, wa yassirli amri, wahul uqdatan min lisani yafqahu qawli.</w:t>
      </w:r>
    </w:p>
    <w:p>
      <w:pPr>
        <w:jc w:val="right"/>
      </w:pPr>
      <w:r>
        <w:t>بسم اللہ الرحمن الرحیم، وصلی اللہ علی النبی الکریم۔ رب اشرحلی صدری، ویسرلی امری، واحل العقدۃ من لسانی یفقہ قولی۔</w:t>
      </w:r>
    </w:p>
    <w:p>
      <w:r>
        <w:rPr>
          <w:b/>
        </w:rPr>
        <w:t xml:space="preserve">[00:34] </w:t>
      </w:r>
      <w:r>
        <w:t>aaj ka topic hai</w:t>
      </w:r>
    </w:p>
    <w:p>
      <w:pPr>
        <w:jc w:val="right"/>
      </w:pPr>
      <w:r>
        <w:t>آج کا ٹاپکہے</w:t>
      </w:r>
    </w:p>
    <w:p>
      <w:r>
        <w:rPr>
          <w:b/>
        </w:rPr>
        <w:t xml:space="preserve">[00:39] </w:t>
      </w:r>
      <w:r>
        <w:t>ehya-e-islam ,yani revival of islam .</w:t>
      </w:r>
    </w:p>
    <w:p>
      <w:pPr>
        <w:jc w:val="right"/>
      </w:pPr>
      <w:r>
        <w:t>احیائے اسلام ،یعنی Rev ival of Islam ۔</w:t>
      </w:r>
    </w:p>
    <w:p>
      <w:r>
        <w:rPr>
          <w:b/>
        </w:rPr>
        <w:t xml:space="preserve">[00:49] </w:t>
      </w:r>
      <w:r>
        <w:t>dekhiye, do lafz bole jaate hain is silsile mein: tajdeed aur ehya.</w:t>
      </w:r>
    </w:p>
    <w:p>
      <w:pPr>
        <w:jc w:val="right"/>
      </w:pPr>
      <w:r>
        <w:t>دیکھیے، دو لفظبولےجاتےہیں اسسلسلےمیں: تجدیداور احیاء۔</w:t>
      </w:r>
    </w:p>
    <w:p>
      <w:r>
        <w:rPr>
          <w:b/>
        </w:rPr>
        <w:t xml:space="preserve">[01:03] </w:t>
      </w:r>
      <w:r>
        <w:t>yani tajdeed-e-deen ya ehya-e-ummat. yeh jo expression hai, yeh hadith mein hai, quran mein is tareeqe se nahin hai.</w:t>
      </w:r>
    </w:p>
    <w:p>
      <w:pPr>
        <w:jc w:val="right"/>
      </w:pPr>
      <w:r>
        <w:t>یعنی تجدید دین یا احیائےام ت۔ یہجو ایکسپریشنہے، یہ حدیثمیںہے، قرآنمیں اسطریقےسےنہیں ہے۔</w:t>
      </w:r>
    </w:p>
    <w:p>
      <w:r>
        <w:rPr>
          <w:b/>
        </w:rPr>
        <w:t xml:space="preserve">[01:18] </w:t>
      </w:r>
      <w:r>
        <w:t>tajdeed ke ma'ne hote hain to renew, ehya ka matlab hai to revive.</w:t>
      </w:r>
    </w:p>
    <w:p>
      <w:pPr>
        <w:jc w:val="right"/>
      </w:pPr>
      <w:r>
        <w:t>تجدیدکےمعنیہوتےہیں to ren ew، احیاءکامطلبہے to rev ive۔</w:t>
      </w:r>
    </w:p>
    <w:p>
      <w:r>
        <w:rPr>
          <w:b/>
        </w:rPr>
        <w:t xml:space="preserve">[01:28] </w:t>
      </w:r>
      <w:r>
        <w:t>to tajdeed ka lafz to quran mein nahin aaya hai is ma'ne mein, lekin ehya ka lafz aaya hai, woh zameen ke , arz ke reference mein.</w:t>
      </w:r>
    </w:p>
    <w:p>
      <w:pPr>
        <w:jc w:val="right"/>
      </w:pPr>
      <w:r>
        <w:t>تو تجدیدکالفظتوقرآنمیںنہیںآیاہے اسمعنیمیں، لیکن احیاءکالفظآیاہے، وہ زمین کے ،عرضکے ریفرنسمیں۔</w:t>
      </w:r>
    </w:p>
    <w:p>
      <w:r>
        <w:rPr>
          <w:b/>
        </w:rPr>
        <w:t xml:space="preserve">[01:40] </w:t>
      </w:r>
      <w:r>
        <w:t>zameen ka ehya.</w:t>
      </w:r>
    </w:p>
    <w:p>
      <w:pPr>
        <w:jc w:val="right"/>
      </w:pPr>
      <w:r>
        <w:t>زمین کا احیاء۔</w:t>
      </w:r>
    </w:p>
    <w:p>
      <w:r>
        <w:rPr>
          <w:b/>
        </w:rPr>
        <w:t xml:space="preserve">[01:43] </w:t>
      </w:r>
      <w:r>
        <w:t>to main samajhta hoon ke as a principle ya ishaare ki zabaan mein yeh concept quran mein maujood hai ke jo hadith mein aaya hai ke:</w:t>
      </w:r>
    </w:p>
    <w:p>
      <w:pPr>
        <w:jc w:val="right"/>
      </w:pPr>
      <w:r>
        <w:t>تو میں سمجھتاہوںکہ asaprincip le یا اشار ےکیزبان میں یہ کانسیپٹقرآنمیںموجود ہے کہ جو حدیث میںآیاہےکہ:</w:t>
      </w:r>
    </w:p>
    <w:p>
      <w:r>
        <w:rPr>
          <w:b/>
        </w:rPr>
        <w:t xml:space="preserve">[02:00] </w:t>
      </w:r>
      <w:r>
        <w:t>innalaha yab'athu 'ala ra'si kulli mi'ati sanatin man yujjidu lihadihi al-ummah</w:t>
      </w:r>
    </w:p>
    <w:p>
      <w:pPr>
        <w:jc w:val="right"/>
      </w:pPr>
      <w:r>
        <w:t>إ نالله يبعث علىالرأسكل سنة يجد د هادينا</w:t>
      </w:r>
    </w:p>
    <w:p>
      <w:r>
        <w:rPr>
          <w:b/>
        </w:rPr>
        <w:t xml:space="preserve">[02:06] </w:t>
      </w:r>
      <w:r>
        <w:t>ke allah har sau saal par aisa, aise bande ko khada karega jo ummat ke deen ko phir se zinda karega.</w:t>
      </w:r>
    </w:p>
    <w:p>
      <w:pPr>
        <w:jc w:val="right"/>
      </w:pPr>
      <w:r>
        <w:t>کہاللہ ہر سو سالپر ایسا، ایسےبندےکوکھڑاکرےگا جو امتکے دینکو پھرسےزندہکرے۔</w:t>
      </w:r>
    </w:p>
    <w:p>
      <w:r>
        <w:rPr>
          <w:b/>
        </w:rPr>
        <w:t xml:space="preserve">[02:19] </w:t>
      </w:r>
      <w:r>
        <w:t>yeh hadith hai.</w:t>
      </w:r>
    </w:p>
    <w:p>
      <w:pPr>
        <w:jc w:val="right"/>
      </w:pPr>
      <w:r>
        <w:t>یہحدیثہے۔</w:t>
      </w:r>
    </w:p>
    <w:p>
      <w:r>
        <w:rPr>
          <w:b/>
        </w:rPr>
        <w:t xml:space="preserve">[02:24] </w:t>
      </w:r>
      <w:r>
        <w:t>is tareeqe se quran mein nahin hai, lekin quran mein yeh usool maujood hai surah al-hadid mein .</w:t>
      </w:r>
    </w:p>
    <w:p>
      <w:pPr>
        <w:jc w:val="right"/>
      </w:pPr>
      <w:r>
        <w:t>اسطریقےسےقرآنمیںنہیںہے،لیکن قرآنمیں یہ اصولموجود ہے سورہ الحدیدمیں ۔</w:t>
      </w:r>
    </w:p>
    <w:p>
      <w:r>
        <w:rPr>
          <w:b/>
        </w:rPr>
        <w:t xml:space="preserve">[02:34] </w:t>
      </w:r>
      <w:r>
        <w:t>ismein yeh hai ke</w:t>
      </w:r>
    </w:p>
    <w:p>
      <w:pPr>
        <w:jc w:val="right"/>
      </w:pPr>
      <w:r>
        <w:t>اسمیںیہہےکہ</w:t>
      </w:r>
    </w:p>
    <w:p>
      <w:r>
        <w:rPr>
          <w:b/>
        </w:rPr>
        <w:t xml:space="preserve">[02:38] </w:t>
      </w:r>
      <w:r>
        <w:t>ummat par jab zawal aata hai to usko phir se zinda karna chahiye. iski misaal di gayi hai ke:</w:t>
      </w:r>
    </w:p>
    <w:p>
      <w:pPr>
        <w:jc w:val="right"/>
      </w:pPr>
      <w:r>
        <w:t>امتپرجب زوال آتاہے تو اسکو پھرسے زندہکرناچاہیے۔ اسکیمثالدیگئیہے کہ:</w:t>
      </w:r>
    </w:p>
    <w:p>
      <w:r>
        <w:rPr>
          <w:b/>
        </w:rPr>
        <w:t xml:space="preserve">[02:52] </w:t>
      </w:r>
      <w:r>
        <w:t>innallaha yuhyil arda ba'da mawtihah zameen ki maut waqe hone ke baad allah usko zinda karta hai.</w:t>
      </w:r>
    </w:p>
    <w:p>
      <w:pPr>
        <w:jc w:val="right"/>
      </w:pPr>
      <w:r>
        <w:t>إن الله يحييالأرض بعد موتها زمین کی موت واقع ہونےکےبعد اللہ اسکو زندہکرتاہے۔</w:t>
      </w:r>
    </w:p>
    <w:p>
      <w:r>
        <w:rPr>
          <w:b/>
        </w:rPr>
        <w:t xml:space="preserve">[03:03] </w:t>
      </w:r>
      <w:r>
        <w:t>yani jis tarah se zameen paani ke baghair khushk ho jaati hai, wahan sabza khatm ho jaata hai, lekin phir jab ismein paani diya jaata hai, iski dekh bhaal ki jaati hai to wahan phir sabzi ugti hai, darakht ugte hain.</w:t>
      </w:r>
    </w:p>
    <w:p>
      <w:pPr>
        <w:jc w:val="right"/>
      </w:pPr>
      <w:r>
        <w:t>یعنیجسطرحسےزمین پانی کےبغیر خشکہوجاتیہے، وہاں سبزہ ختمہوجاتا ہے، لیکن پھرجب اسمیںپانیدیاجاتا ہے، اسکی دیکھریکھکیجاتیہے تو وہاںپھر سبزی اگاتیہے، درختاگاتےہیں۔</w:t>
      </w:r>
    </w:p>
    <w:p>
      <w:r>
        <w:rPr>
          <w:b/>
        </w:rPr>
        <w:t xml:space="preserve">[03:22] </w:t>
      </w:r>
      <w:r>
        <w:t>to yeh tamseel hai ke jis tarah murda zameen ko zinda kiya jaata hai, usi tarah jab koi qaum zawal ka shikaar ho jaaye to uske liye bhi zinda karne ka qanoon maujood hai.</w:t>
      </w:r>
    </w:p>
    <w:p>
      <w:pPr>
        <w:jc w:val="right"/>
      </w:pPr>
      <w:r>
        <w:t>تو یہ تمثیلہے کہجس طرح مرد ہزمین کو زندہکیاجاتاہے، اسیطرح جب کوئی قوم زوال کاشکارہوجائے تو اسکےلیےبھی زندہکرنے کا قانون موجود ہے۔</w:t>
      </w:r>
    </w:p>
    <w:p>
      <w:r>
        <w:rPr>
          <w:b/>
        </w:rPr>
        <w:t xml:space="preserve">[03:41] </w:t>
      </w:r>
      <w:r>
        <w:t>dekhiye, yeh jo hai, isko kehte hain degeneration. hadith mein hai ke: latatba'unna sunana man kana qablakum</w:t>
      </w:r>
    </w:p>
    <w:p>
      <w:pPr>
        <w:jc w:val="right"/>
      </w:pPr>
      <w:r>
        <w:t>دیکھیے،یہجوہے، اسکوکہتےہیں ڈی جن ری شن۔ حدیثمیںہےکہ: لت تبعون سن ن من کان قبل کم</w:t>
      </w:r>
    </w:p>
    <w:p>
      <w:r>
        <w:rPr>
          <w:b/>
        </w:rPr>
        <w:t xml:space="preserve">[03:53] </w:t>
      </w:r>
      <w:r>
        <w:t>tum zaroor waise hi karoge jo kiya pichhli ummaton ne. yeh kya hai?</w:t>
      </w:r>
    </w:p>
    <w:p>
      <w:pPr>
        <w:jc w:val="right"/>
      </w:pPr>
      <w:r>
        <w:t>تم ضرور ویسےہیکروگے جو کیا پچھلیامتوںنے۔ یہکیاہے؟</w:t>
      </w:r>
    </w:p>
    <w:p>
      <w:r>
        <w:rPr>
          <w:b/>
        </w:rPr>
        <w:t xml:space="preserve">[04:03] </w:t>
      </w:r>
      <w:r>
        <w:t>yeh degeneration ki taraf ishara hai. yani jis tarah se pichhli ummaton ka degeneration hua, usi tarah tumhara bhi degeneration hoga.</w:t>
      </w:r>
    </w:p>
    <w:p>
      <w:pPr>
        <w:jc w:val="right"/>
      </w:pPr>
      <w:r>
        <w:t>یہ ڈی جنریشنکیطرف اشار ہہے۔ یعنیجسطرحسے پچھلیامتوںکا ڈی جنریشنہوا، اسیطرحتمہارابھی ڈی جنریشن ہوگا۔</w:t>
      </w:r>
    </w:p>
    <w:p>
      <w:r>
        <w:rPr>
          <w:b/>
        </w:rPr>
        <w:t xml:space="preserve">[04:16] </w:t>
      </w:r>
      <w:r>
        <w:t>yeh ek qanoon hai sab par , universal qanoon hai.</w:t>
      </w:r>
    </w:p>
    <w:p>
      <w:pPr>
        <w:jc w:val="right"/>
      </w:pPr>
      <w:r>
        <w:t>یہ ایک قانون ہے سب پر ،یونیور سلقانون ہے۔</w:t>
      </w:r>
    </w:p>
    <w:p>
      <w:r>
        <w:rPr>
          <w:b/>
        </w:rPr>
        <w:t xml:space="preserve">[04:21] </w:t>
      </w:r>
      <w:r>
        <w:t>ibn khaldun ne likha hai ke: lil quwami a'marun kama lil afraadi a'marun jis tarah fard ki ek umr hoti hai, waise hi qaum ki ek umr hoti hai.</w:t>
      </w:r>
    </w:p>
    <w:p>
      <w:pPr>
        <w:jc w:val="right"/>
      </w:pPr>
      <w:r>
        <w:t>ابن خلدوننےلکھاہےکہ: ل لاقوام اعمار کما ل لافراد اعمار جسطرح فرد کی ایکعمر ہوتیہے، ویسےہی قوم کیایکعمر ہوتیہے۔</w:t>
      </w:r>
    </w:p>
    <w:p>
      <w:r>
        <w:rPr>
          <w:b/>
        </w:rPr>
        <w:t xml:space="preserve">[04:36] </w:t>
      </w:r>
      <w:r>
        <w:t>lekin ek farq hai. fard jo hai, uski umr khatm ho gayi to mar gaya woh . lekin</w:t>
      </w:r>
    </w:p>
    <w:p>
      <w:pPr>
        <w:jc w:val="right"/>
      </w:pPr>
      <w:r>
        <w:t>لیکن ایک فرقہے۔ فردجوہے، اسکیعمر ختمہوگئیتومرگیا وہ ۔ لیکن</w:t>
      </w:r>
    </w:p>
    <w:p>
      <w:r>
        <w:rPr>
          <w:b/>
        </w:rPr>
        <w:t xml:space="preserve">[04:44] </w:t>
      </w:r>
      <w:r>
        <w:t>qaum ya ummat jo hai, jab woh zawal ka shikaar hoti hai to phir usko zinda kiya ja sakta hai. jaisa ke quran mein bataya gaya , zameen ki misaal se .</w:t>
      </w:r>
    </w:p>
    <w:p>
      <w:pPr>
        <w:jc w:val="right"/>
      </w:pPr>
      <w:r>
        <w:t>قومیا امتجوہے، جب وہزوال کاشکارہوتیہے تو پھراسکو زندہکیاسکتاہے۔ جیسا کہقرآنمیںبتایاگیا ، زمین کیمثالسے ۔</w:t>
      </w:r>
    </w:p>
    <w:p>
      <w:r>
        <w:rPr>
          <w:b/>
        </w:rPr>
        <w:t xml:space="preserve">[04:58] </w:t>
      </w:r>
      <w:r>
        <w:t>to yeh ek bahut bada masla hai ke muslim ummat ko kaise phir se zinda kiya jaaye.</w:t>
      </w:r>
    </w:p>
    <w:p>
      <w:pPr>
        <w:jc w:val="right"/>
      </w:pPr>
      <w:r>
        <w:t>تو یہ ایکبہت بڑامسئلہہے کہ مسلم امتکو کیسےپھرسےزند ہکیاجائے۔</w:t>
      </w:r>
    </w:p>
    <w:p>
      <w:r>
        <w:rPr>
          <w:b/>
        </w:rPr>
        <w:t xml:space="preserve">[05:06] </w:t>
      </w:r>
      <w:r>
        <w:t>yeh samajhna ke muslim ummat koi exception hai, is par zawal nahin aayega, yeh qanoon-e-fitrat ke khilaaf hai. yeh possible nahin hai.</w:t>
      </w:r>
    </w:p>
    <w:p>
      <w:pPr>
        <w:jc w:val="right"/>
      </w:pPr>
      <w:r>
        <w:t>یہ سمجھناکہمسلمامتکوئیایکسیپشنہے، اسپرزوالنہیںآئےگا، یہ قانون فطرتکےخلاف ہے۔ یہ پاسیبلہینہیںہے۔</w:t>
      </w:r>
    </w:p>
    <w:p>
      <w:r>
        <w:rPr>
          <w:b/>
        </w:rPr>
        <w:t xml:space="preserve">[05:18] </w:t>
      </w:r>
      <w:r>
        <w:t>muslam ummat par bhayasi tarah zawal aayega jis tarah pichli ummaton par zawal aya. yahi baat kahi gayi hai: tat ba'un sunan man kan qabl kum tu asko hum zawal kehte hain, decline kehte hain, degeneration kehte hain.</w:t>
      </w:r>
    </w:p>
    <w:p>
      <w:pPr>
        <w:jc w:val="right"/>
      </w:pPr>
      <w:r>
        <w:t>مسلم امتپربھیاسیطرح زوالآئےگا جس طرح پچھلیامتوںپر زوال آیا۔ یہیباتکہیگئیہے: تت بعون سنن منکان قبل کم تواسکوہم زوال کہتےہیں، ڈیکلائنکہتےہیں، ڈی جنریشنکہتےہیں۔</w:t>
      </w:r>
    </w:p>
    <w:p>
      <w:r>
        <w:rPr>
          <w:b/>
        </w:rPr>
        <w:t xml:space="preserve">[05:37] </w:t>
      </w:r>
      <w:r>
        <w:t>tu yeh muslam ummat par poori tarah aa chuka. tu ab asko phir se zinda karne ka masla hai. asiko as waqt mein koshish karunga is bare mein.</w:t>
      </w:r>
    </w:p>
    <w:p>
      <w:pPr>
        <w:jc w:val="right"/>
      </w:pPr>
      <w:r>
        <w:t>تویہ مسلم امتپرپوریطرح آچکا۔ تو اباسکوپھرسے زندہکرنےکامسئلہہے۔ اسیکو اسوقت میں کوششکروںگا اسبارےمیں۔</w:t>
      </w:r>
    </w:p>
    <w:p>
      <w:r>
        <w:rPr>
          <w:b/>
        </w:rPr>
        <w:t xml:space="preserve">[05:51] </w:t>
      </w:r>
      <w:r>
        <w:t>dekhiye, jahan tak mera mutala hai, jahan tak mein ne jana hai, logon ne tajdeed aur ahya ko bohat hi limited sense mein liya hai, mahdood ma'non mein.</w:t>
      </w:r>
    </w:p>
    <w:p>
      <w:pPr>
        <w:jc w:val="right"/>
      </w:pPr>
      <w:r>
        <w:t>دیکھیے، جہاںتکمیرا مطالعہہے، جہاںتکمیںنےجاناہے، لوگوںنے تجدیداوراحیاءکوبہت ہی لمیٹڈسینسمیںلیاہے، محدود معنیمیں۔</w:t>
      </w:r>
    </w:p>
    <w:p>
      <w:r>
        <w:rPr>
          <w:b/>
        </w:rPr>
        <w:t xml:space="preserve">[06:05] </w:t>
      </w:r>
      <w:r>
        <w:t>zyada broad sense mein nahi le sake woh. isi liye tajdeed ummat ka jo matloob hai, woh abhi tak hua nahi. mahdood kaam at</w:t>
      </w:r>
    </w:p>
    <w:p>
      <w:pPr>
        <w:jc w:val="right"/>
      </w:pPr>
      <w:r>
        <w:t>زیادہ براڈرسینسمیںنہیںلےسکےوہ ۔ اسیلیے تجدیدامتکاکامجو مطلوبہے، وہ ابھیتکہوا نہیں ۔ محدودکامط</w:t>
      </w:r>
    </w:p>
    <w:p>
      <w:r>
        <w:rPr>
          <w:b/>
        </w:rPr>
        <w:t xml:space="preserve">[06:16] </w:t>
      </w:r>
      <w:r>
        <w:t>lab kiya hai? dekhiye, isi deen mein,</w:t>
      </w:r>
    </w:p>
    <w:p>
      <w:pPr>
        <w:jc w:val="right"/>
      </w:pPr>
      <w:r>
        <w:t>لبکیاہے؟دیکھیے، اسیدلیمیں،</w:t>
      </w:r>
    </w:p>
    <w:p>
      <w:r>
        <w:rPr>
          <w:b/>
        </w:rPr>
        <w:t xml:space="preserve">[06:21] </w:t>
      </w:r>
      <w:r>
        <w:t>isi deen mein kuch ulma paida hue, ya'ni British period mein, British period ke aakhri zamanon mein.</w:t>
      </w:r>
    </w:p>
    <w:p>
      <w:pPr>
        <w:jc w:val="right"/>
      </w:pPr>
      <w:r>
        <w:t>اسیدلیمیں کچھعلم اءپیدا ہوئے ، یعنی برٹشپیریڈمیں، برٹشپیریڈکےآخریزمان ےمیں۔</w:t>
      </w:r>
    </w:p>
    <w:p>
      <w:r>
        <w:rPr>
          <w:b/>
        </w:rPr>
        <w:t xml:space="preserve">[06:32] </w:t>
      </w:r>
      <w:r>
        <w:t>tu musalmanon mein us waqt ek riwaj yeh aa gaya tha ke be wah se shadi nahi karna hai. be wah se shadi karne ko galat samajhte the.</w:t>
      </w:r>
    </w:p>
    <w:p>
      <w:pPr>
        <w:jc w:val="right"/>
      </w:pPr>
      <w:r>
        <w:t>تو مسلمان وںمیں اسوقت ایک رواجیہآگیاتھا کہ بیوہسےشادینہیںکرناہے۔ بیوہسےشادیکرنے کو غلطسمجھتےتھے۔</w:t>
      </w:r>
    </w:p>
    <w:p>
      <w:r>
        <w:rPr>
          <w:b/>
        </w:rPr>
        <w:t xml:space="preserve">[06:45] </w:t>
      </w:r>
      <w:r>
        <w:t>ya'ni yeh hind'uon ke asar se tha. yeh tu kuch ulma ne baqaida be wah se shadi karke is rasam ko toda.</w:t>
      </w:r>
    </w:p>
    <w:p>
      <w:pPr>
        <w:jc w:val="right"/>
      </w:pPr>
      <w:r>
        <w:t>یعنییہ ہندوؤںکےاثرسےتھا۔ یہ تو کچھعلم اءنے باقاعدہبیوہسےشادیکرکےاسرسمکوتوڑا۔</w:t>
      </w:r>
    </w:p>
    <w:p>
      <w:r>
        <w:rPr>
          <w:b/>
        </w:rPr>
        <w:t xml:space="preserve">[06:55] </w:t>
      </w:r>
      <w:r>
        <w:t>tu unko kaha gaya ke mujaddid hain yeh. ya'ni ek sunnat. hadith mein aata hai ke: man aya sunnata ammati ba'di falhaجر میتشہید</w:t>
      </w:r>
    </w:p>
    <w:p>
      <w:pPr>
        <w:jc w:val="right"/>
      </w:pPr>
      <w:r>
        <w:t>توانکوکہاگیا کہ مجددہیںیہ۔ یعنیایک سنت۔ حدیث میںآتاہےکہ:من آیا سن تا امیت بعدی فلهاجر میتشہید</w:t>
      </w:r>
    </w:p>
    <w:p>
      <w:r>
        <w:rPr>
          <w:b/>
        </w:rPr>
        <w:t xml:space="preserve">[07:09] </w:t>
      </w:r>
      <w:r>
        <w:t>ya'ni meri koi si sunnat jo murda ho gayi ho, jo usko zinda karega, tu usko so shahidon ke barabar ajr milega.</w:t>
      </w:r>
    </w:p>
    <w:p>
      <w:pPr>
        <w:jc w:val="right"/>
      </w:pPr>
      <w:r>
        <w:t>یعنیمیریکوئیسنتجو مرد ہہوگئی ہو،جو اسکوزندہکرےگا، تواسکو سو شہ یدوں کے برابر اجرملےگا۔</w:t>
      </w:r>
    </w:p>
    <w:p>
      <w:r>
        <w:rPr>
          <w:b/>
        </w:rPr>
        <w:t xml:space="preserve">[07:19] </w:t>
      </w:r>
      <w:r>
        <w:t>tu ek tareeqa yeh tha ke be wah se shadi karna musalmanon mein bura samjha jaane laga tha.</w:t>
      </w:r>
    </w:p>
    <w:p>
      <w:pPr>
        <w:jc w:val="right"/>
      </w:pPr>
      <w:r>
        <w:t>تو ایکطریقہیہتھا کہ بیوہسے شادیکرنا مسلمانوںمیں براسمجھاجانےلگاتھا۔</w:t>
      </w:r>
    </w:p>
    <w:p>
      <w:r>
        <w:rPr>
          <w:b/>
        </w:rPr>
        <w:t xml:space="preserve">[07:29] </w:t>
      </w:r>
      <w:r>
        <w:t>ya'ni doosron ke asar se. tu aalim ne khud shadi karke is rasam ko toda.</w:t>
      </w:r>
    </w:p>
    <w:p>
      <w:pPr>
        <w:jc w:val="right"/>
      </w:pPr>
      <w:r>
        <w:t>یعنی دوسروںکےاثرسے ۔ تو عالمنےخود شادی کرکےاسرسمکوتوڑا۔</w:t>
      </w:r>
    </w:p>
    <w:p>
      <w:r>
        <w:rPr>
          <w:b/>
        </w:rPr>
        <w:t xml:space="preserve">[07:37] </w:t>
      </w:r>
      <w:r>
        <w:t>isi tarah se dekhiye, ek arab aalim ne is zamaney mein aisa hua ke log khuffain, ya'ni is par jo moza pehna jata hai,</w:t>
      </w:r>
    </w:p>
    <w:p>
      <w:pPr>
        <w:jc w:val="right"/>
      </w:pPr>
      <w:r>
        <w:t>اسیطرحسےدیکھیے، ایک عرب عالمنے اسزمان ےمیںایساہوا کہ لوگ خفین ،یعنی اسپر جو موزہپہناجاتاہے،</w:t>
      </w:r>
    </w:p>
    <w:p>
      <w:r>
        <w:rPr>
          <w:b/>
        </w:rPr>
        <w:t xml:space="preserve">[07:55] </w:t>
      </w:r>
      <w:r>
        <w:t>chamre waghera ka, tu is par masah karna logon ne usko samajh liya tha ke yeh ghair afzal hai.</w:t>
      </w:r>
    </w:p>
    <w:p>
      <w:pPr>
        <w:jc w:val="right"/>
      </w:pPr>
      <w:r>
        <w:t>چ مڑےوغیرہکا، تو اس پر مسحکرنا لوگوںنےاسکو سمجھلیاتھاکہیہ غیر افضلہے۔</w:t>
      </w:r>
    </w:p>
    <w:p>
      <w:r>
        <w:rPr>
          <w:b/>
        </w:rPr>
        <w:t xml:space="preserve">[08:07] </w:t>
      </w:r>
      <w:r>
        <w:t>kyun ke aap jante hain ke agar aadmi wuzu karke khuffain, ya'ni moza pehnale, tu pa'on dhone ki zaroorat nahi hai, oopar se woh masah kar sakta hai.</w:t>
      </w:r>
    </w:p>
    <w:p>
      <w:pPr>
        <w:jc w:val="right"/>
      </w:pPr>
      <w:r>
        <w:t>کیونکہآپجانتےہیںکہاگرآدمیوضوکرکے خفین،یعنیموزہپہنلے، تو پاؤںدھونےکیضرورتنہیںہے،اوپرسےوہمسحکرسکتاہے۔</w:t>
      </w:r>
    </w:p>
    <w:p>
      <w:r>
        <w:rPr>
          <w:b/>
        </w:rPr>
        <w:t xml:space="preserve">[08:19] </w:t>
      </w:r>
      <w:r>
        <w:t>tu ek ek zamaney mein aisa hua tha ke usko log ghair aham samajhne lage, ghair afzal samajhne lage.</w:t>
      </w:r>
    </w:p>
    <w:p>
      <w:pPr>
        <w:jc w:val="right"/>
      </w:pPr>
      <w:r>
        <w:t>تو ایک ایک زمان ےمیںایساہواتھا کہاسکولوگ غیر اہمسمجھنےلگے، غیر افضلسمجھنےلگے۔</w:t>
      </w:r>
    </w:p>
    <w:p>
      <w:r>
        <w:rPr>
          <w:b/>
        </w:rPr>
        <w:t xml:space="preserve">[08:28] </w:t>
      </w:r>
      <w:r>
        <w:t>tu ek aalim ne fatwa diya: al mas'hu 'ala al khuffain wajib</w:t>
      </w:r>
    </w:p>
    <w:p>
      <w:pPr>
        <w:jc w:val="right"/>
      </w:pPr>
      <w:r>
        <w:t>توایکعالمنےفتویٰدیا: المس و علی الخفین واجب</w:t>
      </w:r>
    </w:p>
    <w:p>
      <w:r>
        <w:rPr>
          <w:b/>
        </w:rPr>
        <w:t xml:space="preserve">[08:34] </w:t>
      </w:r>
      <w:r>
        <w:t>khuffain par masah karna wajib hai. tu agar che wajib nahi hai, woh sirf rukhsat hai. lekin unhon ne usko emphasize karne ke liye, usko aur mu'aqqat karne ke liye, unhon ne aisa kiya ke yeh fatwa diya ke al mas'hu 'ala al khuffain wajib taake log zaroor karen.</w:t>
      </w:r>
    </w:p>
    <w:p>
      <w:pPr>
        <w:jc w:val="right"/>
      </w:pPr>
      <w:r>
        <w:t>خ فینپر مسحکرنا واجبہے۔ تواگر چہواجبنہیںہے، وہ صرفرخصتہے۔ لیکن انہوںنے اسکو ایمفس ائزکرنےکےلیے، اسکواور موقتکرنے کےلیے،انہوںنےایساکیا کہیہفتویٰدیا کہ المس وعلی الخفین واجب تاکہلوگضرورکریں۔</w:t>
      </w:r>
    </w:p>
    <w:p>
      <w:r>
        <w:rPr>
          <w:b/>
        </w:rPr>
        <w:t xml:space="preserve">[08:54] </w:t>
      </w:r>
      <w:r>
        <w:t>tu ek hai yeh tajdeed. is tarah ki tajdeed ke kaam bar bar hote rahe hain tareekh mein.</w:t>
      </w:r>
    </w:p>
    <w:p>
      <w:pPr>
        <w:jc w:val="right"/>
      </w:pPr>
      <w:r>
        <w:t>تو ایک ہے یہ تجدید۔ اس طرح کیتجدیدکےکام باربارہوتےرہےہیںتاریخ میں۔</w:t>
      </w:r>
    </w:p>
    <w:p>
      <w:r>
        <w:rPr>
          <w:b/>
        </w:rPr>
        <w:t xml:space="preserve">[09:02] </w:t>
      </w:r>
      <w:r>
        <w:t>lekin yeh woh asal tajdeed nahi hai jo mo'ajza an hum matloob hai. yeh tu bohat juzwi tajdeed hai. is se ummat zinda nahi ho jayegi.</w:t>
      </w:r>
    </w:p>
    <w:p>
      <w:pPr>
        <w:jc w:val="right"/>
      </w:pPr>
      <w:r>
        <w:t>لیکن یہ وہاصلتجدیدنہیںہےجو معجزانہمطلوبہے۔ یہتوبہت جزویتجدیدہے۔ اسسے امتزندہنہیںہوجائےگی۔</w:t>
      </w:r>
    </w:p>
    <w:p>
      <w:r>
        <w:rPr>
          <w:b/>
        </w:rPr>
        <w:t xml:space="preserve">[09:13] </w:t>
      </w:r>
      <w:r>
        <w:t>dekhiye, ek hai ummat mein kisi sunnat ko chhod diya gaya ho, us sunnat ko aap zinda karen. woh hai juzwi tajdeed.</w:t>
      </w:r>
    </w:p>
    <w:p>
      <w:pPr>
        <w:jc w:val="right"/>
      </w:pPr>
      <w:r>
        <w:t>دیکھیے،ایکہے امتمیں کسی سنتکو چھوڑدیاگیا ہو ، اس سنتکوآپزندہکریں۔ وہہے جزویتجدید ۔</w:t>
      </w:r>
    </w:p>
    <w:p>
      <w:r>
        <w:rPr>
          <w:b/>
        </w:rPr>
        <w:t xml:space="preserve">[09:23] </w:t>
      </w:r>
      <w:r>
        <w:t>ek hai poori ummat ka revival, poori ummat ko phir se zinda karna.</w:t>
      </w:r>
    </w:p>
    <w:p>
      <w:pPr>
        <w:jc w:val="right"/>
      </w:pPr>
      <w:r>
        <w:t>ایک ہےپوریامتکاریوائیول ،پوریامتکوپھرسے زندہکرنا۔</w:t>
      </w:r>
    </w:p>
    <w:p>
      <w:r>
        <w:rPr>
          <w:b/>
        </w:rPr>
        <w:t xml:space="preserve">[09:30] </w:t>
      </w:r>
      <w:r>
        <w:t>poori ummat ko phir se ek is ke andar wohi laana, wohi zindagi jo Rasool Allah ke zamaney mein thi.</w:t>
      </w:r>
    </w:p>
    <w:p>
      <w:pPr>
        <w:jc w:val="right"/>
      </w:pPr>
      <w:r>
        <w:t>پوریامتکوپھرسے ایک اسکےاندروہی لانا،وہی زندگی جورسولاللہکےزمانےمیںتھی۔</w:t>
      </w:r>
    </w:p>
    <w:p>
      <w:r>
        <w:rPr>
          <w:b/>
        </w:rPr>
        <w:t xml:space="preserve">[09:42] </w:t>
      </w:r>
      <w:r>
        <w:t>tu yeh jo yeh jo tajdeed hai, is tarah ke juzwi cheezon se yeh tajdeed nahi ho sakti hai.</w:t>
      </w:r>
    </w:p>
    <w:p>
      <w:pPr>
        <w:jc w:val="right"/>
      </w:pPr>
      <w:r>
        <w:t>تویہجو یہجو تجدیدہے، اسطرح کے جز وی چیزوںسے یہ تجدیدنہیںہوسکتیہے۔</w:t>
      </w:r>
    </w:p>
    <w:p>
      <w:r>
        <w:rPr>
          <w:b/>
        </w:rPr>
        <w:t xml:space="preserve">[09:51] </w:t>
      </w:r>
      <w:r>
        <w:t>ab yahan par mein aapko arz karunga ke ek bohat hi bari baat jisko log samajhte nahi hain.</w:t>
      </w:r>
    </w:p>
    <w:p>
      <w:pPr>
        <w:jc w:val="right"/>
      </w:pPr>
      <w:r>
        <w:t>ابیہاںپر میںآپکوعرضکروںگاکہایکبہت ہی بڑیبات جسکولوگ سمجھتےنہیں۔</w:t>
      </w:r>
    </w:p>
    <w:p>
      <w:r>
        <w:rPr>
          <w:b/>
        </w:rPr>
        <w:t xml:space="preserve">[10:01] </w:t>
      </w:r>
      <w:r>
        <w:t>dekhiye,</w:t>
      </w:r>
    </w:p>
    <w:p>
      <w:pPr>
        <w:jc w:val="right"/>
      </w:pPr>
      <w:r>
        <w:t>دیکھیے،</w:t>
      </w:r>
    </w:p>
    <w:p>
      <w:r>
        <w:rPr>
          <w:b/>
        </w:rPr>
        <w:t xml:space="preserve">[10:05] </w:t>
      </w:r>
      <w:r>
        <w:t>aik british transfer tha, is ka naam tha bradley, bohat hi bara philosophy mana jata hai is ko.</w:t>
      </w:r>
    </w:p>
    <w:p>
      <w:pPr>
        <w:jc w:val="right"/>
      </w:pPr>
      <w:r>
        <w:t>ایک برٹش ٹرانسفرتھا، اسکانام تھا بریڈ لے، بہت ہی بڑا فلس فیماناجاتاہےاسکو ۔</w:t>
      </w:r>
    </w:p>
    <w:p>
      <w:r>
        <w:rPr>
          <w:b/>
        </w:rPr>
        <w:t xml:space="preserve">[10:18] </w:t>
      </w:r>
      <w:r>
        <w:t>to is ka inteqal hua 19 24 mein. ajeeb baat hai ke 1924 mein meri paidaish hui, is sal is ki death hui.</w:t>
      </w:r>
    </w:p>
    <w:p>
      <w:pPr>
        <w:jc w:val="right"/>
      </w:pPr>
      <w:r>
        <w:t>تواسکا انت قالہوا 19 24 میں۔ عجیبباتہےکہ1924میں میریپیدائش ہوئی، اسیسالاس کیڈیتھہوئی ۔</w:t>
      </w:r>
    </w:p>
    <w:p>
      <w:r>
        <w:rPr>
          <w:b/>
        </w:rPr>
        <w:t xml:space="preserve">[10:30] </w:t>
      </w:r>
      <w:r>
        <w:t>to is ki aik kitab hai: "appearance and reality". is kitab ka aik chapter hai jis ka title hai "scientific religion".</w:t>
      </w:r>
    </w:p>
    <w:p>
      <w:pPr>
        <w:jc w:val="right"/>
      </w:pPr>
      <w:r>
        <w:t>تواسکیایککتاب ہے: "اپیئرنس اینڈر یلیٹی"۔ اسکتاب کاایک چیپٹرہے جسکا ٹائٹلہے" سائنٹیفکریلیجن"۔</w:t>
      </w:r>
    </w:p>
    <w:p>
      <w:r>
        <w:rPr>
          <w:b/>
        </w:rPr>
        <w:t xml:space="preserve">[10:44] </w:t>
      </w:r>
      <w:r>
        <w:t>to is kitab mein woh batata hai ke insan ko religion ki zaroorat hai, lekin jo traditional religion hamare paas hai, is ki zaroorat nahi hai.</w:t>
      </w:r>
    </w:p>
    <w:p>
      <w:pPr>
        <w:jc w:val="right"/>
      </w:pPr>
      <w:r>
        <w:t>تو اسکتاب میںوہبتاتاہےکہ انسان کو ریلیجنکیضرورت ہے،لیکن جو ٹریڈیشنلریلیجنہمارےاسپاسہے، اسکیضرورتنہیںہے۔</w:t>
      </w:r>
    </w:p>
    <w:p>
      <w:r>
        <w:rPr>
          <w:b/>
        </w:rPr>
        <w:t xml:space="preserve">[10:57] </w:t>
      </w:r>
      <w:r>
        <w:t>scientific religion ki zaroorat hai.</w:t>
      </w:r>
    </w:p>
    <w:p>
      <w:pPr>
        <w:jc w:val="right"/>
      </w:pPr>
      <w:r>
        <w:t>سائنٹیفکریلیجنکیضرورتہے۔</w:t>
      </w:r>
    </w:p>
    <w:p>
      <w:r>
        <w:rPr>
          <w:b/>
        </w:rPr>
        <w:t xml:space="preserve">[11:01] </w:t>
      </w:r>
      <w:r>
        <w:t>scientific religion ka matlab kya hai? woh mazhab jo aaj ke norm par stand kare, aaj ke standard par woh apne ko relevant sabit kare.</w:t>
      </w:r>
    </w:p>
    <w:p>
      <w:pPr>
        <w:jc w:val="right"/>
      </w:pPr>
      <w:r>
        <w:t>سائنٹیفکریلیجنکامطلبکیاہے؟ وہ مذہبجو آج کے نارمپر اسٹینڈکرے، آجکے سٹینڈرڈپروہ اپنے کو ریلیونٹثابتکرے۔</w:t>
      </w:r>
    </w:p>
    <w:p>
      <w:r>
        <w:rPr>
          <w:b/>
        </w:rPr>
        <w:t xml:space="preserve">[11:15] </w:t>
      </w:r>
      <w:r>
        <w:t>yani scientific age mein jo norm paida hui hain, scientific age mein jo standard bana hai, jo thinking aai hai, is par jo stand kare, jo is ko is mein apna relevant sabit kar sake, is ki zaroorat hai.</w:t>
      </w:r>
    </w:p>
    <w:p>
      <w:pPr>
        <w:jc w:val="right"/>
      </w:pPr>
      <w:r>
        <w:t>یعنیسائنٹیفک ایجمیں جو نارمپیدا ہوئیہیں،سائنٹیفکایجمیںجوسٹینڈرڈبناہے، جو تھنکنگآئیہے، اس پر جو اسٹینڈکرے، جو اس کواسمیںاپنا ریلیونٹثابتکرسکے، اسکیضرورت ہے۔</w:t>
      </w:r>
    </w:p>
    <w:p>
      <w:r>
        <w:rPr>
          <w:b/>
        </w:rPr>
        <w:t xml:space="preserve">[11:34] </w:t>
      </w:r>
      <w:r>
        <w:t>to is ko woh kehta hai "scientific religion". mein yeh kahoon ga ke scientific religion ka lafz jo hai, thora mis leading hai.</w:t>
      </w:r>
    </w:p>
    <w:p>
      <w:pPr>
        <w:jc w:val="right"/>
      </w:pPr>
      <w:r>
        <w:t>تواسکووہکہتاہے"سائنٹیفکریلیجن"۔ میںیہکہوںگاکہسائنٹیفکریلیجنکالفظجوہے، تھوڑا مس لیڈنگہے۔</w:t>
      </w:r>
    </w:p>
    <w:p>
      <w:r>
        <w:rPr>
          <w:b/>
        </w:rPr>
        <w:t xml:space="preserve">[11:46] </w:t>
      </w:r>
      <w:r>
        <w:t>scientific religion koi cheez nahi hoti, natural religion. yani Allah ne nature ko banaya, Allah ne is dunya ko create kiya apne qanoon ke mutabiq. natural laws hain,</w:t>
      </w:r>
    </w:p>
    <w:p>
      <w:pPr>
        <w:jc w:val="right"/>
      </w:pPr>
      <w:r>
        <w:t>سائنٹیفکریلیجنکوئیچیزنہیںہوتی، نیچرلریلیجن ۔ یعنیاللہ نے نی چرکوبنایا، اللہ نے اسدنیا کو کریٹکیا اپنے قانون کےمط ابق ۔نیچرللازہیں،</w:t>
      </w:r>
    </w:p>
    <w:p>
      <w:r>
        <w:rPr>
          <w:b/>
        </w:rPr>
        <w:t xml:space="preserve">[12:02] </w:t>
      </w:r>
      <w:r>
        <w:t>eternal nahi woh. to Khuda ke creation plan ke mutabiq jo eternal laws hain, jo is par stand kare, woh mazhab chahiye.</w:t>
      </w:r>
    </w:p>
    <w:p>
      <w:pPr>
        <w:jc w:val="right"/>
      </w:pPr>
      <w:r>
        <w:t>ایٹرنلہیںوہ ۔ تو خدا کے کریشنپلانکےمطابق جو ایٹرنللازہیں، جواسپر اسٹینڈکرے، وہ مذہبچاہیے۔</w:t>
      </w:r>
    </w:p>
    <w:p>
      <w:r>
        <w:rPr>
          <w:b/>
        </w:rPr>
        <w:t xml:space="preserve">[12:13] </w:t>
      </w:r>
      <w:r>
        <w:t>isi ko hum aaj scientific, scientific science kehte hain. isi ko science kya hai? science darasal naam hai nature ke mein chhpe hue jo laws hain, un ko daryaft karna.</w:t>
      </w:r>
    </w:p>
    <w:p>
      <w:pPr>
        <w:jc w:val="right"/>
      </w:pPr>
      <w:r>
        <w:t>اسیکوہمآجسائنٹیفک، سائنٹیفک سائنسکہتےہیں۔اسیکو سائنسکیاہے؟ سائنس دراصلنامہے نیچرکے میںچھپےہوئے جو لازہیں،انکودریا فتکرنا۔</w:t>
      </w:r>
    </w:p>
    <w:p>
      <w:r>
        <w:rPr>
          <w:b/>
        </w:rPr>
        <w:t xml:space="preserve">[12:28] </w:t>
      </w:r>
      <w:r>
        <w:t>bas science koi god made cheez nahi hai, hargiz nahi. science to god made hai.</w:t>
      </w:r>
    </w:p>
    <w:p>
      <w:pPr>
        <w:jc w:val="right"/>
      </w:pPr>
      <w:r>
        <w:t>بس سائنسکوئی میڈمیڈچیزنہیںہے، ہرگزنہیں۔ سائنستو گاڈ میڈہے۔</w:t>
      </w:r>
    </w:p>
    <w:p>
      <w:r>
        <w:rPr>
          <w:b/>
        </w:rPr>
        <w:t xml:space="preserve">[12:41] </w:t>
      </w:r>
      <w:r>
        <w:t>yani nature mein jo Khuda ne qanoon rakhe thay, isi ko daryaft karna. misaal ke taur par nature par rakha tha Allah ta'ala ne ke pani ko aik khaas degree tak agar heat di jaye to kya hoga?</w:t>
      </w:r>
    </w:p>
    <w:p>
      <w:pPr>
        <w:jc w:val="right"/>
      </w:pPr>
      <w:r>
        <w:t>یعنینیچرمیںجو خدانے قانون رکھےتھے، اسیکودریا فتکرنا۔ مثلاًنیچرپہرکھاتھااللہتعالینے کہ پانیکو ایکخاص ڈگری تک اگر ہیٹدیجائے تو کیاہوگا؟</w:t>
      </w:r>
    </w:p>
    <w:p>
      <w:r>
        <w:rPr>
          <w:b/>
        </w:rPr>
        <w:t xml:space="preserve">[13:00] </w:t>
      </w:r>
      <w:r>
        <w:t>is mein</w:t>
      </w:r>
    </w:p>
    <w:p>
      <w:pPr>
        <w:jc w:val="right"/>
      </w:pPr>
      <w:r>
        <w:t>اسمیں</w:t>
      </w:r>
    </w:p>
    <w:p>
      <w:r>
        <w:rPr>
          <w:b/>
        </w:rPr>
        <w:t xml:space="preserve">[13:04] </w:t>
      </w:r>
      <w:r>
        <w:t>steam power ban jaye gi. yani is ke molecule disintegrate ho kar urrne lagen ge. molecule ka disintegration jo hai, yahi paida karta hai is cheez ko, jis ko aap kehte hain "steam power".</w:t>
      </w:r>
    </w:p>
    <w:p>
      <w:pPr>
        <w:jc w:val="right"/>
      </w:pPr>
      <w:r>
        <w:t>اسٹیمپاوربنجائےگی۔ یعنیاسکے مال یکیول ڈ سانٹیگریٹہوکراڑنےلگیںگے۔ مال یکیولکا ڈسانٹیگریشنجوہے، یہی پیدا کرتاہے اسچیزکو،جسکوآپکہتےہیں "اسٹیمپاور"۔</w:t>
      </w:r>
    </w:p>
    <w:p>
      <w:r>
        <w:rPr>
          <w:b/>
        </w:rPr>
        <w:t xml:space="preserve">[13:20] </w:t>
      </w:r>
      <w:r>
        <w:t>yeh nature mein maujood tha to is ko daryaft kiya. aisi hazaron hazar cheezein hain jin ko science ne daryaft kiya.</w:t>
      </w:r>
    </w:p>
    <w:p>
      <w:pPr>
        <w:jc w:val="right"/>
      </w:pPr>
      <w:r>
        <w:t>یہنیچرمیںموجود تھاتو اسکو دریا فت کیا۔ ایسی ہزاروںہزارچیزیںہیںجسکوسائنسنےدریافتکیا۔</w:t>
      </w:r>
    </w:p>
    <w:p>
      <w:r>
        <w:rPr>
          <w:b/>
        </w:rPr>
        <w:t xml:space="preserve">[13:30] </w:t>
      </w:r>
      <w:r>
        <w:t>to jo cheez, jo cheez already nature mein exist kar rahi thi, usi ki discover karne ka naam hai science. bas yeh zyada aur kuch nahi.</w:t>
      </w:r>
    </w:p>
    <w:p>
      <w:pPr>
        <w:jc w:val="right"/>
      </w:pPr>
      <w:r>
        <w:t>توجو چیز، جوچیزالریڈینیچرمیںایگزسٹکررہیتھی،اسی کی ڈسکورکرنےکانامہےسائنس ۔ بس یہزیادہاورکچھبھینہیں۔</w:t>
      </w:r>
    </w:p>
    <w:p>
      <w:r>
        <w:rPr>
          <w:b/>
        </w:rPr>
        <w:t xml:space="preserve">[13:40] </w:t>
      </w:r>
      <w:r>
        <w:t>to mein yeh kahoon ga ke Islam jo hai, jo saatvi sadi mein aaya, woh is sense mein scientific religion tha. yani woh scientific religion is sense mein ke woh nature par base karta tha.</w:t>
      </w:r>
    </w:p>
    <w:p>
      <w:pPr>
        <w:jc w:val="right"/>
      </w:pPr>
      <w:r>
        <w:t>تومیںیہکہوںگاکہ اسلام جوہے، جو ساتویںصدیمیںآیا، وہ اسسینسمیں عینسائنٹیفکریلیجنتھا۔ یعنیوہ سائنٹیفکریلیجناسسینسمیںکہوہنیچرپربیسکرتاتھا۔</w:t>
      </w:r>
    </w:p>
    <w:p>
      <w:r>
        <w:rPr>
          <w:b/>
        </w:rPr>
        <w:t xml:space="preserve">[13:54] </w:t>
      </w:r>
      <w:r>
        <w:t>jo eternal laws hain, divine laws, eternally,</w:t>
      </w:r>
    </w:p>
    <w:p>
      <w:pPr>
        <w:jc w:val="right"/>
      </w:pPr>
      <w:r>
        <w:t>جوایٹرنللازہیں، ڈیوائنلاز،ایٹرنلی،</w:t>
      </w:r>
    </w:p>
    <w:p>
      <w:r>
        <w:rPr>
          <w:b/>
        </w:rPr>
        <w:t xml:space="preserve">[14:01] </w:t>
      </w:r>
      <w:r>
        <w:t>woh hi tha Islam. Islam koi aur cheez ka naam nahi tha.</w:t>
      </w:r>
    </w:p>
    <w:p>
      <w:pPr>
        <w:jc w:val="right"/>
      </w:pPr>
      <w:r>
        <w:t>وہیتوتھےاسلام ۔ اسلام کوئیاورچیزکانامنہیںتھا۔</w:t>
      </w:r>
    </w:p>
    <w:p>
      <w:r>
        <w:rPr>
          <w:b/>
        </w:rPr>
        <w:t xml:space="preserve">[14:07] </w:t>
      </w:r>
      <w:r>
        <w:t>yani scientific religion jis ko kaha hai bradley ne, aino wohi tha Islam jis ko hum kehte hain "fitri mazhab". fitri, fitri mazhab.</w:t>
      </w:r>
    </w:p>
    <w:p>
      <w:pPr>
        <w:jc w:val="right"/>
      </w:pPr>
      <w:r>
        <w:t>یعنی سائنٹیفکریلیجنجسکوکہاہے بریڈلےنے، عینوہیتھا اسلام جسکوہمکہتےہیں"فطری مذہب"۔فطری ،فطریمذہب۔</w:t>
      </w:r>
    </w:p>
    <w:p>
      <w:r>
        <w:rPr>
          <w:b/>
        </w:rPr>
        <w:t xml:space="preserve">[14:22] </w:t>
      </w:r>
      <w:r>
        <w:t>ab is mein dekhiye, Islam aaya 7th century mein, saatvi sadi isvi mein.</w:t>
      </w:r>
    </w:p>
    <w:p>
      <w:pPr>
        <w:jc w:val="right"/>
      </w:pPr>
      <w:r>
        <w:t>اباسمیںدیکھیے، اسلام آیا سیونسین چریمیں، ساتویںصدی عیسویمیں۔</w:t>
      </w:r>
    </w:p>
    <w:p>
      <w:r>
        <w:rPr>
          <w:b/>
        </w:rPr>
        <w:t xml:space="preserve">[14:28] </w:t>
      </w:r>
      <w:r>
        <w:t>us waqt ka zamaney mein science ki discovery nahi hui thi. us waqt ka zamanah jo tha, superstition par base karta tha.</w:t>
      </w:r>
    </w:p>
    <w:p>
      <w:pPr>
        <w:jc w:val="right"/>
      </w:pPr>
      <w:r>
        <w:t>اسوقت کازمان ےمیں سائنس کیڈسکورینہیںہوئیتھی۔ اسوقت کازمانہجوتھا، سپریسٹیشنبیسکرتاتھا۔</w:t>
      </w:r>
    </w:p>
    <w:p>
      <w:r>
        <w:rPr>
          <w:b/>
        </w:rPr>
        <w:t xml:space="preserve">[14:38] </w:t>
      </w:r>
      <w:r>
        <w:t>sab cheezein jo hain, superstition, superstition, superstition, to hum ut. to hum ut ke tehat jo riwayat bani thi, to hum ut ke tehat jo culture bana tha, us mein insan jeeta tha.</w:t>
      </w:r>
    </w:p>
    <w:p>
      <w:pPr>
        <w:jc w:val="right"/>
      </w:pPr>
      <w:r>
        <w:t>سبچیزیںجوہیں، سپریسٹیشن،سپریسٹیشن، سپریسٹیشن، تو ہم ات۔ توہم اتکےتحت جوروایتبنی تھی، تو ہماتکےتحتجو کلچربناتھا، اسیمیںانسانجیتاتھا۔</w:t>
      </w:r>
    </w:p>
    <w:p>
      <w:r>
        <w:rPr>
          <w:b/>
        </w:rPr>
        <w:t xml:space="preserve">[14:54] </w:t>
      </w:r>
      <w:r>
        <w:t>is zaman ےmein quran ne ek aisa deen pesh kiya jo mustaqbil tak ko cover kar raha tha.</w:t>
      </w:r>
    </w:p>
    <w:p>
      <w:pPr>
        <w:jc w:val="right"/>
      </w:pPr>
      <w:r>
        <w:t>اس زمان ےمیں قرآننے ایکایسا دینپیش کیا جو مستقبل تککوکورکررہاتھا۔</w:t>
      </w:r>
    </w:p>
    <w:p>
      <w:r>
        <w:rPr>
          <w:b/>
        </w:rPr>
        <w:t xml:space="preserve">[15:04] </w:t>
      </w:r>
      <w:r>
        <w:t>yani scientific door ko cover kar raha tha. kyun ke woh nature par base karta tha, woh fitri mazhab tha. fitri mazhab hone ki wajah se woh mustaqbil ko, future ko cover kar raha tha.</w:t>
      </w:r>
    </w:p>
    <w:p>
      <w:pPr>
        <w:jc w:val="right"/>
      </w:pPr>
      <w:r>
        <w:t>یعنیسائنٹیفکدورکوکورکررہاتھا۔ کیونکہوہ نیچرپربیسکرتاتھا، وہ فطریمذہبتھا۔ فطریمذہبہونے کیوجہسےوہ مستقبلکو، فیوچرکوکورکررہاتھا۔</w:t>
      </w:r>
    </w:p>
    <w:p>
      <w:r>
        <w:rPr>
          <w:b/>
        </w:rPr>
        <w:t xml:space="preserve">[15:18] </w:t>
      </w:r>
      <w:r>
        <w:t>lekin hua kya?</w:t>
      </w:r>
    </w:p>
    <w:p>
      <w:pPr>
        <w:jc w:val="right"/>
      </w:pPr>
      <w:r>
        <w:t>لیکن ہوا کیا؟</w:t>
      </w:r>
    </w:p>
    <w:p>
      <w:r>
        <w:rPr>
          <w:b/>
        </w:rPr>
        <w:t xml:space="preserve">[15:20] </w:t>
      </w:r>
      <w:r>
        <w:t>rasool allah ke baad aur sahaba kiram ke baad zamani halaat wahin, wahin chha gaye.</w:t>
      </w:r>
    </w:p>
    <w:p>
      <w:pPr>
        <w:jc w:val="right"/>
      </w:pPr>
      <w:r>
        <w:t>رسولاللہ کےبعد اور صحابہکرامکےبعد زمانی حالاتجوہیں، وہی چھاگئے۔</w:t>
      </w:r>
    </w:p>
    <w:p>
      <w:r>
        <w:rPr>
          <w:b/>
        </w:rPr>
        <w:t xml:space="preserve">[15:30] </w:t>
      </w:r>
      <w:r>
        <w:t>zamani halaat ne prevail kiya aur islam ki jo original teaching thi, islam ki jo islahat thi, woh zamane mein na aakar ke zamana apne rawaiti riwaj par chalta raha.</w:t>
      </w:r>
    </w:p>
    <w:p>
      <w:pPr>
        <w:jc w:val="right"/>
      </w:pPr>
      <w:r>
        <w:t>زمانی حالاتنے پریویلکیا اور اسلام کی کیجو رولسٹریٹیچنگتھی، اسلام کیجواصلاحاتتھیں، وہ زمانےمیں نہآکرکے زمان ہاپنے روایتیرواجپرچلتارہا۔</w:t>
      </w:r>
    </w:p>
    <w:p>
      <w:r>
        <w:rPr>
          <w:b/>
        </w:rPr>
        <w:t xml:space="preserve">[15:46] </w:t>
      </w:r>
      <w:r>
        <w:t>yeh yeh hua .</w:t>
      </w:r>
    </w:p>
    <w:p>
      <w:pPr>
        <w:jc w:val="right"/>
      </w:pPr>
      <w:r>
        <w:t>یہ یہہوا ۔</w:t>
      </w:r>
    </w:p>
    <w:p>
      <w:r>
        <w:rPr>
          <w:b/>
        </w:rPr>
        <w:t xml:space="preserve">[15:49] </w:t>
      </w:r>
      <w:r>
        <w:t>ijtihad ke maani kya hain? keh hum islam ko zinda karein. beech mein jo rawaiti door chha gaya, us ko hta kar ke phir se is islam ko zinda karein jo fitri mazhab hai aur woh bilkul alfaaz mein scientific religion hai.</w:t>
      </w:r>
    </w:p>
    <w:p>
      <w:pPr>
        <w:jc w:val="right"/>
      </w:pPr>
      <w:r>
        <w:t>ابتجدیدکےمعنیکیاہیں؟کہہماس اسلام کو زندہکریں۔ بیچمیں جو روایتی دور چھاگیا،اسکوہٹاکرکےپھرسے اس اسلام کوزندہکریں جو فطریمذہبہے اور وہ بیڈلک الفاظمیں سائنٹیفک ریلیجنہے۔</w:t>
      </w:r>
    </w:p>
    <w:p>
      <w:r>
        <w:rPr>
          <w:b/>
        </w:rPr>
        <w:t xml:space="preserve">[16:09] </w:t>
      </w:r>
      <w:r>
        <w:t>main chand ek misalon dunga. is se yeh baat wazeh ho gayi.</w:t>
      </w:r>
    </w:p>
    <w:p>
      <w:pPr>
        <w:jc w:val="right"/>
      </w:pPr>
      <w:r>
        <w:t>میںچند ایکمثالدوںگا۔ اسسےیہباتواضحہوگئی۔</w:t>
      </w:r>
    </w:p>
    <w:p>
      <w:r>
        <w:rPr>
          <w:b/>
        </w:rPr>
        <w:t xml:space="preserve">[16:15] </w:t>
      </w:r>
      <w:r>
        <w:t>misal ke taur par dekhiye, quran mein yeh usool bataya gaya tha ke "amruhum shura bain hum" yani shuraai nizam.</w:t>
      </w:r>
    </w:p>
    <w:p>
      <w:pPr>
        <w:jc w:val="right"/>
      </w:pPr>
      <w:r>
        <w:t>مثالکےطورپردیکھیے، قرآنمیں یہ اصولبتایاگیاتھاکہ "امرہم شورہبین ہم" یعنیشور ائی نظام۔</w:t>
      </w:r>
    </w:p>
    <w:p>
      <w:r>
        <w:rPr>
          <w:b/>
        </w:rPr>
        <w:t xml:space="preserve">[16:25] </w:t>
      </w:r>
      <w:r>
        <w:t>yani wohi cheez jis ko hum aaj kehte hain "democracy". mashware se baaton ko tay karna. yeh kab kaha gaya tha? jab ke kingship ka zamana tha.</w:t>
      </w:r>
    </w:p>
    <w:p>
      <w:pPr>
        <w:jc w:val="right"/>
      </w:pPr>
      <w:r>
        <w:t>یعنیوہیچیز جسکوہمآجکہتےہیں"ڈیموکریسی"۔ مشورےسے باتوںکوطےکرنا۔ یہکبکہاگیاتھا ؟جب کہکنگشپکازمان ہتھا۔</w:t>
      </w:r>
    </w:p>
    <w:p>
      <w:r>
        <w:rPr>
          <w:b/>
        </w:rPr>
        <w:t xml:space="preserve">[16:38] </w:t>
      </w:r>
      <w:r>
        <w:t>yani ek shakhs jo tha, despotic king hua karta tha.</w:t>
      </w:r>
    </w:p>
    <w:p>
      <w:pPr>
        <w:jc w:val="right"/>
      </w:pPr>
      <w:r>
        <w:t>یعنیایک شخص جوتھا، ڈیسپوٹککنگہواکرتاتھا۔</w:t>
      </w:r>
    </w:p>
    <w:p>
      <w:r>
        <w:rPr>
          <w:b/>
        </w:rPr>
        <w:t xml:space="preserve">[16:43] </w:t>
      </w:r>
      <w:r>
        <w:t>uska hukum qanoon tha. poori duniya mein yeh kingship chha gaya tha. is zamane mein kaha gaya, woh hazaron saal se chala aa raha tha.</w:t>
      </w:r>
    </w:p>
    <w:p>
      <w:pPr>
        <w:jc w:val="right"/>
      </w:pPr>
      <w:r>
        <w:t>اسکاحکم قانون تھا۔ پوریدنیا میں یہیکنگشپچھایاہواتھا۔ اس زمانےمیںکہاگیا، وہہزاروںسالسےچلاآرہاتھا۔</w:t>
      </w:r>
    </w:p>
    <w:p>
      <w:r>
        <w:rPr>
          <w:b/>
        </w:rPr>
        <w:t xml:space="preserve">[16:54] </w:t>
      </w:r>
      <w:r>
        <w:t>is zamane mein kaha gaya tha ke shuraai nizam "amruhum shura bain hum" yani tumhare mamlaat ko democratic way mein tay hona chahiye.</w:t>
      </w:r>
    </w:p>
    <w:p>
      <w:pPr>
        <w:jc w:val="right"/>
      </w:pPr>
      <w:r>
        <w:t>اسزمانےمیںکہاگیاتھاکہشور ائینظام"امرہمشورہبین ہم"یعنی تمہارے معاملاتکو ڈیموکریٹکوےمیںطےہوناچاہیے۔</w:t>
      </w:r>
    </w:p>
    <w:p>
      <w:r>
        <w:rPr>
          <w:b/>
        </w:rPr>
        <w:t xml:space="preserve">[17:03] </w:t>
      </w:r>
      <w:r>
        <w:t>lekin kyun ke zamane mein ghalba tha kingship ka, badshahat ka, shakhsi hukmarani ka, despotic kings ka, to bohat jald wohi chha gaya.</w:t>
      </w:r>
    </w:p>
    <w:p>
      <w:pPr>
        <w:jc w:val="right"/>
      </w:pPr>
      <w:r>
        <w:t>لیکن چونکہزمان ےمیں غلبہتھا کنگشپکا ، بادشاہتکا، شخصیحکمرانیکا، ڈیسپوٹککنگزکا، تو بہت جلد وہیچھاگیا۔</w:t>
      </w:r>
    </w:p>
    <w:p>
      <w:r>
        <w:rPr>
          <w:b/>
        </w:rPr>
        <w:t xml:space="preserve">[17:17] </w:t>
      </w:r>
      <w:r>
        <w:t>quran ke usool wahin, waqti taur par yani khulafa rashideen ke zamane mein to chale, is ke baad foran kya hua? mulkiyat aa gayi, dynasty aa gayi.</w:t>
      </w:r>
    </w:p>
    <w:p>
      <w:pPr>
        <w:jc w:val="right"/>
      </w:pPr>
      <w:r>
        <w:t>قرآنکےاصولجوہیں، وقتیطورپر یعنیخلفاءراشدینکےزمانےمیںتو چلے، اسکےبعد فوراًکیاہوا ؟ ملوکیتآگئی ، ڈائنسٹیآگئی۔</w:t>
      </w:r>
    </w:p>
    <w:p>
      <w:r>
        <w:rPr>
          <w:b/>
        </w:rPr>
        <w:t xml:space="preserve">[17:30] </w:t>
      </w:r>
      <w:r>
        <w:t>yani wohi aa gaya.</w:t>
      </w:r>
    </w:p>
    <w:p>
      <w:pPr>
        <w:jc w:val="right"/>
      </w:pPr>
      <w:r>
        <w:t>یعنی وہیآگیا۔</w:t>
      </w:r>
    </w:p>
    <w:p>
      <w:r>
        <w:rPr>
          <w:b/>
        </w:rPr>
        <w:t xml:space="preserve">[17:32] </w:t>
      </w:r>
      <w:r>
        <w:t>lafz khilafat bola, khalifa ka lafz to bolte the woh log, lekin khalifa ke maani kehte hain wohi despotic king, ek shakhs ki hukmarani, khandani badshahat.</w:t>
      </w:r>
    </w:p>
    <w:p>
      <w:pPr>
        <w:jc w:val="right"/>
      </w:pPr>
      <w:r>
        <w:t>لفظخلافتبولا، خلیفہکالفظتوبولتےتھےوہلوگ،لیکنخلیفہکےمعنیکہتےہیںوہیڈیسپوٹککنگ، ایکشخص کیحکمرانی ، خاندانی بادشاہت۔</w:t>
      </w:r>
    </w:p>
    <w:p>
      <w:r>
        <w:rPr>
          <w:b/>
        </w:rPr>
        <w:t xml:space="preserve">[17:44] </w:t>
      </w:r>
      <w:r>
        <w:t>to islam ne agar che democracy ko introduce kiya tha history mein, lekin kyun ke halaat jo the, us mein kingship ka tasawwur chha gaya tha, to wohi baqi raha, wohi chalta raha.</w:t>
      </w:r>
    </w:p>
    <w:p>
      <w:pPr>
        <w:jc w:val="right"/>
      </w:pPr>
      <w:r>
        <w:t>تو اسلام نے اگر چہ ڈیموکریسیکو انٹروڈیوسکیاتھاہسٹریمیں، لیکن چونکہحالات جوتھے، اسمیں کنگشپکا تص ورچھایاہواتھا، تو وہیباقیرہا،وہیچلتارہا۔</w:t>
      </w:r>
    </w:p>
    <w:p>
      <w:r>
        <w:rPr>
          <w:b/>
        </w:rPr>
        <w:t xml:space="preserve">[17:58] </w:t>
      </w:r>
      <w:r>
        <w:t>yani is ke maani kya hain?</w:t>
      </w:r>
    </w:p>
    <w:p>
      <w:pPr>
        <w:jc w:val="right"/>
      </w:pPr>
      <w:r>
        <w:t>یعنی اسکےمعنیکیاہیں؟</w:t>
      </w:r>
    </w:p>
    <w:p>
      <w:r>
        <w:rPr>
          <w:b/>
        </w:rPr>
        <w:t xml:space="preserve">[18:00] </w:t>
      </w:r>
      <w:r>
        <w:t>halaat favorable nahi the is inqilab ke liye. hazaron hazar saal se chala aa raha tha yeh rawaiti nizam. us mein islam ne chaha ke woh mazhab raij kiya jaye jo mustaqbil mein scientific door ko cover kar raha kar raha ho.</w:t>
      </w:r>
    </w:p>
    <w:p>
      <w:pPr>
        <w:jc w:val="right"/>
      </w:pPr>
      <w:r>
        <w:t>حالات فیوریبلنہیںتھے اس انقلابکےلیے۔ ہزاروںہزار سالسےچلاآرہاتھایہروایتینظام ۔ اسمیں اسلام نےچاہا کہ وہ مذہبرائجکیا جائےجو مستقبلمیں سائنسی دورکوکورکررہاکررہاہو۔</w:t>
      </w:r>
    </w:p>
    <w:p>
      <w:r>
        <w:rPr>
          <w:b/>
        </w:rPr>
        <w:t xml:space="preserve">[18:19] </w:t>
      </w:r>
      <w:r>
        <w:t>jab duniya mein secularism aa jaye, democracy aa jaye, science aa jaye, jadeed afkar aa jayein, us waqt ko cover kar raha ho.</w:t>
      </w:r>
    </w:p>
    <w:p>
      <w:pPr>
        <w:jc w:val="right"/>
      </w:pPr>
      <w:r>
        <w:t>جب دنیا میں سیکولرزمآجائے، ڈیموکریسیآجائے، سائنسآجائے، جدید افکار آجائیں، اس وقت تککوکورکررہاہو۔</w:t>
      </w:r>
    </w:p>
    <w:p>
      <w:r>
        <w:rPr>
          <w:b/>
        </w:rPr>
        <w:t xml:space="preserve">[18:31] </w:t>
      </w:r>
      <w:r>
        <w:t>aise usool diye gaye quran mein, lekin kyun ke amli halaat jo the, practical jo situation thi, woh poori ki poori uska dhara chal raha tha doosri taraf .</w:t>
      </w:r>
    </w:p>
    <w:p>
      <w:pPr>
        <w:jc w:val="right"/>
      </w:pPr>
      <w:r>
        <w:t>ایسےاصول دیےگئےقرآنمیں، لیکن چونکہ عملیحالاتجوتھے، پریکٹیکلجو سچوئیشنتھی، وہ پوریکیپوریاسکادھارا چلرہاتھادوسریطرف ۔</w:t>
      </w:r>
    </w:p>
    <w:p>
      <w:r>
        <w:rPr>
          <w:b/>
        </w:rPr>
        <w:t xml:space="preserve">[18:46] </w:t>
      </w:r>
      <w:r>
        <w:t>to waqti taur par islam rasool allah ke zamane mein, khulafa rashideen ke zamane mein woh raha. bohat jald is ke baad wohi kingship aa gayi .</w:t>
      </w:r>
    </w:p>
    <w:p>
      <w:pPr>
        <w:jc w:val="right"/>
      </w:pPr>
      <w:r>
        <w:t>تو وق تیطورپر اسلام رسولاللہکےزمان ےمیں، خلفاءراشدینکےزمان ےمیں وہرہا۔ بہت جلد اسکےبعد وہیکنگشپآگئی ۔</w:t>
      </w:r>
    </w:p>
    <w:p>
      <w:r>
        <w:rPr>
          <w:b/>
        </w:rPr>
        <w:t xml:space="preserve">[18:57] </w:t>
      </w:r>
      <w:r>
        <w:t>sharai nizam amalan raij na ho saka. ab kya hai? ab democracy hi waqt ka nizam hai.</w:t>
      </w:r>
    </w:p>
    <w:p>
      <w:pPr>
        <w:jc w:val="right"/>
      </w:pPr>
      <w:r>
        <w:t>شرعینظام عم لاً رائجنہہوسکا۔ ابکیاہے؟ اب ڈیموکریسیہی وقت کانظامہے۔</w:t>
      </w:r>
    </w:p>
    <w:p>
      <w:r>
        <w:rPr>
          <w:b/>
        </w:rPr>
        <w:t xml:space="preserve">[19:09] </w:t>
      </w:r>
      <w:r>
        <w:t>ab aasan ho gaya hai ke aap islam ko is ke original jo form hai islam ka, us ko batayein aur aaj ka islam foran logon ke liye understandable ho jaye.</w:t>
      </w:r>
    </w:p>
    <w:p>
      <w:pPr>
        <w:jc w:val="right"/>
      </w:pPr>
      <w:r>
        <w:t>اب آسانہوگیاہےکہآپ اسلام کو اسکےاوریجنل جو فار مہےاسلام کا،اسکوبت ائیں اور آجکااسلام فوراًلوگوںکےلیے انڈرسٹیبلہوجائے۔</w:t>
      </w:r>
    </w:p>
    <w:p>
      <w:r>
        <w:rPr>
          <w:b/>
        </w:rPr>
        <w:t xml:space="preserve">[19:19] </w:t>
      </w:r>
      <w:r>
        <w:t>qadim insaan ke liye quranic yeh asool understandable nahi tha kyunke woh sochta tha kingship ki istilaahon mein.</w:t>
      </w:r>
    </w:p>
    <w:p>
      <w:pPr>
        <w:jc w:val="right"/>
      </w:pPr>
      <w:r>
        <w:t>قد یم انسان کےلیے قرآنکایہاصول انڈرسٹینڈیبلنہیںتھا کیونکہوہ سوچتاتھاکنگشپکیاصطلاحوںمیں۔</w:t>
      </w:r>
    </w:p>
    <w:p>
      <w:r>
        <w:rPr>
          <w:b/>
        </w:rPr>
        <w:t xml:space="preserve">[19:28] </w:t>
      </w:r>
      <w:r>
        <w:t>aaj ka insaan sochta hai democracy ki istilaahon mein. to aaj islam insaan ke liye understandable ho chuka hai, lekin musalman chunke abhi bhi jeete hain isi mein jo choice of muslim countries mein kiya hai?</w:t>
      </w:r>
    </w:p>
    <w:p>
      <w:pPr>
        <w:jc w:val="right"/>
      </w:pPr>
      <w:r>
        <w:t>آجکاانسان سوچتاہےڈیموکریسیکیاصطلاحمیں۔ توآج اسلام انسان کےلیےانڈرسٹینڈیبلہوچکاہے، لیکن مس لمانچونکہابھیبھیجیتےہیںاسیمیں جو چوائسآفمسلمکنٹریزمیںکیاہے؟</w:t>
      </w:r>
    </w:p>
    <w:p>
      <w:r>
        <w:rPr>
          <w:b/>
        </w:rPr>
        <w:t xml:space="preserve">[19:42] </w:t>
      </w:r>
      <w:r>
        <w:t>dictatorship hai. unhone jaana nahi hai spirit of the age ko. har muslim country mein dictatorship bachi hi hai.</w:t>
      </w:r>
    </w:p>
    <w:p>
      <w:pPr>
        <w:jc w:val="right"/>
      </w:pPr>
      <w:r>
        <w:t>ڈکٹیٹرشپہے۔ انہوںنےجاناہینہیںہےسپرٹآفداایجکو۔ ہر مسلمکنٹریمیںڈکٹیٹرشپچلرہیہے۔</w:t>
      </w:r>
    </w:p>
    <w:p>
      <w:r>
        <w:rPr>
          <w:b/>
        </w:rPr>
        <w:t xml:space="preserve">[19:53] </w:t>
      </w:r>
      <w:r>
        <w:t>to yeh kya hai? tajdeed ke maani kya</w:t>
      </w:r>
    </w:p>
    <w:p>
      <w:pPr>
        <w:jc w:val="right"/>
      </w:pPr>
      <w:r>
        <w:t>تو یہکیاہے؟ تجدیدکےمعنیکیا</w:t>
      </w:r>
    </w:p>
    <w:p>
      <w:r>
        <w:rPr>
          <w:b/>
        </w:rPr>
        <w:t xml:space="preserve">[19:57] </w:t>
      </w:r>
      <w:r>
        <w:t>hain? tajdeed ke maani hain ke woh islam jo quran mein bataya gaya tha, fitri asool, fitri nizaam, fitri mazhab, usko phir se laaya jaaye duniya mein.</w:t>
      </w:r>
    </w:p>
    <w:p>
      <w:pPr>
        <w:jc w:val="right"/>
      </w:pPr>
      <w:r>
        <w:t>ہیں؟ تجدیدکےمعنیہیںکہوہ اسلام جو قرآنمیں بت ایاگیاتھا، فطری اصول،فطری نظام ،فطری مذہب ،اسکو پھرسے لایاجائےدنیا میں ۔</w:t>
      </w:r>
    </w:p>
    <w:p>
      <w:r>
        <w:rPr>
          <w:b/>
        </w:rPr>
        <w:t xml:space="preserve">[20:12] </w:t>
      </w:r>
      <w:r>
        <w:t>kisi ne kaha hai ke quran has to be revealed to day. main samajhta hoon ke is mein ek jo lafz istemaal kiya, revealed, woh theek nahi hai.</w:t>
      </w:r>
    </w:p>
    <w:p>
      <w:pPr>
        <w:jc w:val="right"/>
      </w:pPr>
      <w:r>
        <w:t>کسی نےکہاہےکہ قرآن ہیز ٹوبیریریویلٹوڈے۔ میںسمجھتاہوںکہاسمیںایک جو لفظاستعمال کیا، ریریویل، وہٹھیکنہیںہے۔</w:t>
      </w:r>
    </w:p>
    <w:p>
      <w:r>
        <w:rPr>
          <w:b/>
        </w:rPr>
        <w:t xml:space="preserve">[20:23] </w:t>
      </w:r>
      <w:r>
        <w:t>zyada sahi hai ke aap kahein ke quran has to be redefined to day.</w:t>
      </w:r>
    </w:p>
    <w:p>
      <w:pPr>
        <w:jc w:val="right"/>
      </w:pPr>
      <w:r>
        <w:t>زیادہ صحیحہےکہآپکہیںکہقرآنہیزٹوبی ری ڈیفائنٹوڈے۔</w:t>
      </w:r>
    </w:p>
    <w:p>
      <w:r>
        <w:rPr>
          <w:b/>
        </w:rPr>
        <w:t xml:space="preserve">[20:29] </w:t>
      </w:r>
      <w:r>
        <w:t>phir se reveal karne ki zaroorat nahi hai, phir se define karne ki zaroorat hai. aisi dekhiye, bahut saari cheezein hain.</w:t>
      </w:r>
    </w:p>
    <w:p>
      <w:pPr>
        <w:jc w:val="right"/>
      </w:pPr>
      <w:r>
        <w:t>پھرسے ریویلکرنےکیضرورتنہیںہے، پھرسے ڈیفائنکرنےکیضرورت ہے۔ ایسیدیکھیے،بہت ساریچیزیںہیں۔</w:t>
      </w:r>
    </w:p>
    <w:p>
      <w:r>
        <w:rPr>
          <w:b/>
        </w:rPr>
        <w:t xml:space="preserve">[20:37] </w:t>
      </w:r>
      <w:r>
        <w:t>agar aap mutaala karein to aap paayenge ke bahut si cheezein quran mein batai gayi thin, lekin baat ko chunke haalaat ka ghalba raha, woh cheez chal na saki.</w:t>
      </w:r>
    </w:p>
    <w:p>
      <w:pPr>
        <w:jc w:val="right"/>
      </w:pPr>
      <w:r>
        <w:t>اگرآپ مطالعہکریں تو آپ پائیںگے کہ بہت سیچیزیں قرآنمیں بتائیگئیتھیں،لیکن باتکو چونکہ حالات کاغلبہرہا، وہچیز چلینہیں۔</w:t>
      </w:r>
    </w:p>
    <w:p>
      <w:r>
        <w:rPr>
          <w:b/>
        </w:rPr>
        <w:t xml:space="preserve">[20:50] </w:t>
      </w:r>
      <w:r>
        <w:t>lekin ab woh cheez qabil feham ho gayi hai, ab woh understandable ho gayi hai.</w:t>
      </w:r>
    </w:p>
    <w:p>
      <w:pPr>
        <w:jc w:val="right"/>
      </w:pPr>
      <w:r>
        <w:t>لیکن ابوہچیزقابل فہمہوگئیہے، ابوہانڈرسٹینڈیبلہوگئیہے۔</w:t>
      </w:r>
    </w:p>
    <w:p>
      <w:r>
        <w:rPr>
          <w:b/>
        </w:rPr>
        <w:t xml:space="preserve">[20:56] </w:t>
      </w:r>
      <w:r>
        <w:t>misaal ke taur par dekhiye, quran mein hai ke sakhara laka ma fis samawati wal arz. zameen o aasman, sab cheezon ko humne tumhare liye musakhkhar kar diya hai.</w:t>
      </w:r>
    </w:p>
    <w:p>
      <w:pPr>
        <w:jc w:val="right"/>
      </w:pPr>
      <w:r>
        <w:t>مثالکےطورپردیکھیے، قرآنمیںہےکہ سخر کمالس ماوات وال ارض۔ زمین وآسمان ،سبچیزوںکوہمنےتمہارےلیےمسخرکردیاہے۔</w:t>
      </w:r>
    </w:p>
    <w:p>
      <w:r>
        <w:rPr>
          <w:b/>
        </w:rPr>
        <w:t xml:space="preserve">[21:09] </w:t>
      </w:r>
      <w:r>
        <w:t>ek badi ajeebo ghareeb baat thi 20th century mein ke zameen se zameen o aasman woh ho kar sab ka sab insaan ke liye musakhkhar ho.</w:t>
      </w:r>
    </w:p>
    <w:p>
      <w:pPr>
        <w:jc w:val="right"/>
      </w:pPr>
      <w:r>
        <w:t>ایکبڑیعجیبوغریبباتتھی سیونسینچریمیں کہزمین سے زمین وآسمانجوہوکرسبکاسب انسانکےلیے مس خرہے۔</w:t>
      </w:r>
    </w:p>
    <w:p>
      <w:r>
        <w:rPr>
          <w:b/>
        </w:rPr>
        <w:t xml:space="preserve">[21:20] </w:t>
      </w:r>
      <w:r>
        <w:t>yahan ek samajh mein nahi aata tha.</w:t>
      </w:r>
    </w:p>
    <w:p>
      <w:pPr>
        <w:jc w:val="right"/>
      </w:pPr>
      <w:r>
        <w:t>یہاںایکسمجھمیںنہیںآتاتھا۔</w:t>
      </w:r>
    </w:p>
    <w:p>
      <w:r>
        <w:rPr>
          <w:b/>
        </w:rPr>
        <w:t xml:space="preserve">[21:24] </w:t>
      </w:r>
      <w:r>
        <w:t>hazaar saal tak insaan usko samajh nahi paya. yahan tak ke dekhiye, sir james jeans ek science, bahut bade scientist tha.</w:t>
      </w:r>
    </w:p>
    <w:p>
      <w:pPr>
        <w:jc w:val="right"/>
      </w:pPr>
      <w:r>
        <w:t>ہزار سالتک انسان اسکوسمجھنہیںپایا۔ یہاںتککہدیکھیے، سر جیم جینزایک سائنس،بہتبڑاسائنٹسٹتھا۔</w:t>
      </w:r>
    </w:p>
    <w:p>
      <w:r>
        <w:rPr>
          <w:b/>
        </w:rPr>
        <w:t xml:space="preserve">[21:36] </w:t>
      </w:r>
      <w:r>
        <w:t>uska kitaab chhappi thi 1930 mein, 1930 mein, "the mysterious universe". to 1930 mein woh jo kitaab chhappi thi, us mein yeh likha tha usne:</w:t>
      </w:r>
    </w:p>
    <w:p>
      <w:pPr>
        <w:jc w:val="right"/>
      </w:pPr>
      <w:r>
        <w:t>اسکیکتاب چھپیتھی 19 30میں، 19 30میں، "دا مسٹیریسیونیورس"۔ تو19 30میں وہ جو کتاب چھپیتھی،اسمیںیہلکھاتھااسنے:</w:t>
      </w:r>
    </w:p>
    <w:p>
      <w:r>
        <w:rPr>
          <w:b/>
        </w:rPr>
        <w:t xml:space="preserve">[21:49] </w:t>
      </w:r>
      <w:r>
        <w:t>"it seems that man has strayed on this planet earth accidentally,</w:t>
      </w:r>
    </w:p>
    <w:p>
      <w:pPr>
        <w:jc w:val="right"/>
      </w:pPr>
      <w:r>
        <w:t>"اٹسیمز دیٹ مین ہیز اسٹریڈ ان دس پلینٹارتھ ایکسیڈنٹلی،</w:t>
      </w:r>
    </w:p>
    <w:p>
      <w:r>
        <w:rPr>
          <w:b/>
        </w:rPr>
        <w:t xml:space="preserve">[22:01] </w:t>
      </w:r>
      <w:r>
        <w:t>which was not made for him." yeh zameen, jo zameen hai, yahan insaan aa gaya bhatak kar ke kyunke uske liye banayi nahi gayi.</w:t>
      </w:r>
    </w:p>
    <w:p>
      <w:pPr>
        <w:jc w:val="right"/>
      </w:pPr>
      <w:r>
        <w:t>وچوازناٹ میڈفارہم۔ "یہزمین ،جو زمین ہے، یہاںانسان آگیا بھٹککرکے کیونکہاسکےلیےبنائینہیںگئی۔</w:t>
      </w:r>
    </w:p>
    <w:p>
      <w:r>
        <w:rPr>
          <w:b/>
        </w:rPr>
        <w:t xml:space="preserve">[22:14] </w:t>
      </w:r>
      <w:r>
        <w:t>"it seems that man has strayed on this earth, that was not made for him.</w:t>
      </w:r>
    </w:p>
    <w:p>
      <w:pPr>
        <w:jc w:val="right"/>
      </w:pPr>
      <w:r>
        <w:t>"اٹسیمزدیٹ مینہیز اسٹریڈ ان دسارتھ، دیٹوازناٹ میڈفار ہم۔</w:t>
      </w:r>
    </w:p>
    <w:p>
      <w:r>
        <w:rPr>
          <w:b/>
        </w:rPr>
        <w:t xml:space="preserve">[22:26] </w:t>
      </w:r>
      <w:r>
        <w:t>"lekin aaj aap jaante hain ke sciencee toor par yeh saabit hua hai ke zameen ka poori kainat banayi gayi hai insaan ke lihaaz se. abhi haal mein jo research aayi hai</w:t>
      </w:r>
    </w:p>
    <w:p>
      <w:pPr>
        <w:jc w:val="right"/>
      </w:pPr>
      <w:r>
        <w:t>"لیکن آجآپجانتےہیںکہ سائنسی طورپریہثابتہواہے کہ زمین کا پوری کائناتبنائیگئیہےانسانکےلحاظسے۔ ابھیحالمیںجوریسرچآئیہے</w:t>
      </w:r>
    </w:p>
    <w:p>
      <w:r>
        <w:rPr>
          <w:b/>
        </w:rPr>
        <w:t xml:space="preserve">[22:38] </w:t>
      </w:r>
      <w:r>
        <w:t>to kaha jaata hai ke "custom made". ab jo lafz bola jaata hai, woh "custom made universe" yaani insaan ki jo zarooraten hain, insaan ke jo taqaaze hain, insaan ke jo ambitions hain,</w:t>
      </w:r>
    </w:p>
    <w:p>
      <w:pPr>
        <w:jc w:val="right"/>
      </w:pPr>
      <w:r>
        <w:t>تو کہاجاتاہےکہ "کسٹم میڈ"۔ ابجولفظبولاجاتاہے،وہ"کسٹممیڈ یونیورس" یعنیانسان کیجوضرورتیںہیں، انسان کےجوتقاضےہیں، انسان کےجو ایمبیشنزہیں،</w:t>
      </w:r>
    </w:p>
    <w:p>
      <w:r>
        <w:rPr>
          <w:b/>
        </w:rPr>
        <w:t xml:space="preserve">[22:54] </w:t>
      </w:r>
      <w:r>
        <w:t>uske theek mutaabiq banayi gayi hai kainat, poori poori kainat.</w:t>
      </w:r>
    </w:p>
    <w:p>
      <w:pPr>
        <w:jc w:val="right"/>
      </w:pPr>
      <w:r>
        <w:t>اسکےٹھیکمط ابقبنائیگئیہےکائنات ، پوریپوریکائنات۔</w:t>
      </w:r>
    </w:p>
    <w:p>
      <w:r>
        <w:rPr>
          <w:b/>
        </w:rPr>
        <w:t xml:space="preserve">[23:01] </w:t>
      </w:r>
      <w:r>
        <w:t>to 1930 tak kisi ko khabar is baat ki nahi thi, lekin 21st century mein yeh baat aaj maloom ho gayi hai ke Allah taala ne insaan ke saath yeh bahut bada maamla kiya hai.</w:t>
      </w:r>
    </w:p>
    <w:p>
      <w:pPr>
        <w:jc w:val="right"/>
      </w:pPr>
      <w:r>
        <w:t>تو 19 30تککسی کوخبراسباتکینہیںتھی، لیکن 2 1 سینچریمیں یہبات آجمعلومہوگئی ہے کہاللہ تعالینےانسانکےساتھ یہبہتبڑامعاملہکیاہے۔</w:t>
      </w:r>
    </w:p>
    <w:p>
      <w:r>
        <w:rPr>
          <w:b/>
        </w:rPr>
        <w:t xml:space="preserve">[23:12] </w:t>
      </w:r>
      <w:r>
        <w:t>"wa laqad karramna bani Adam" ek muqarram makhlooq ke taur par Allah ne paida kiya insaan ko aur saari kainat ko is tarah par banaya ke insaan ke liye favorable ho, insaan ke liye favorable ho</w:t>
      </w:r>
    </w:p>
    <w:p>
      <w:pPr>
        <w:jc w:val="right"/>
      </w:pPr>
      <w:r>
        <w:t>"ولقد کرمنابنی آدم" ایک مک رم مخلوقکےطورپراللہ نےپیدا کیاانسانکو اور ساری کائناتکو اسطرحپربنایا کہانسانکےلیے فیوریبلہو، انسانکےلیے فیوریبلہو</w:t>
      </w:r>
    </w:p>
    <w:p>
      <w:r>
        <w:rPr>
          <w:b/>
        </w:rPr>
        <w:t xml:space="preserve">[23:28] </w:t>
      </w:r>
      <w:r>
        <w:t>. to jo baat kahi gayi thi quran majeed mein 20th century mein, chunke insaani ilm jo tha, woh us se mutaabiqat nahi karta tha, to insaan samajh nahi saka usko.</w:t>
      </w:r>
    </w:p>
    <w:p>
      <w:pPr>
        <w:jc w:val="right"/>
      </w:pPr>
      <w:r>
        <w:t>۔ تو جو باتکہیگئیتھیقرآنمجیدمیں سیونسینچریمیں، چونکہ انسانیعلم جوتھا، وہ اسسےمط ابقتنہیںکرتاتھا، توانسان سمجھنہیںسکااسکو۔</w:t>
      </w:r>
    </w:p>
    <w:p>
      <w:r>
        <w:rPr>
          <w:b/>
        </w:rPr>
        <w:t xml:space="preserve">[23:42] </w:t>
      </w:r>
      <w:r>
        <w:t>ab aaj jab science ne khol diya hai in baaton ko, aaj woh cheez understandable ho gayi hai. yeh hai tajdeed ke is aayat ko phir se apply karein. aap</w:t>
      </w:r>
    </w:p>
    <w:p>
      <w:pPr>
        <w:jc w:val="right"/>
      </w:pPr>
      <w:r>
        <w:t>ابآججب سائنسنے کھولدیاہےانباتوںکو ،آج وہچیز انڈرسٹینڈیبلہوگئیہے۔ یہہےتجدید کہاس آیتکو پھرسے ریاپلائیکریں۔آپ</w:t>
      </w:r>
    </w:p>
    <w:p>
      <w:r>
        <w:rPr>
          <w:b/>
        </w:rPr>
        <w:t xml:space="preserve">[23:55] </w:t>
      </w:r>
      <w:r>
        <w:t>tajdeed o jeh ka matlab hai application yaani islami islam ko re-apply karna. yeh koi nai baat nahi karna hai, koi innovation nahi karna hai, sirf yeh karna hai ke re-apply karein aap.</w:t>
      </w:r>
    </w:p>
    <w:p>
      <w:pPr>
        <w:jc w:val="right"/>
      </w:pPr>
      <w:r>
        <w:t>تجدیدوجہ کامطلبہے ایپلیکیشن یعنیاسلامی اسلام کو ری اپلائیکرنا۔ یہکوئی نئیباتنہیںکرناہے، کوئی انویشننہیںکرناہے، صرفیہکرناہےکہریاپلائیکریںآپ۔</w:t>
      </w:r>
    </w:p>
    <w:p>
      <w:r>
        <w:rPr>
          <w:b/>
        </w:rPr>
        <w:t xml:space="preserve">[24:12] </w:t>
      </w:r>
      <w:r>
        <w:t>chunki zamani factor beech mein rok bangaya tha,</w:t>
      </w:r>
    </w:p>
    <w:p>
      <w:pPr>
        <w:jc w:val="right"/>
      </w:pPr>
      <w:r>
        <w:t>چونکہ زمانی فیکٹربیچمیں روکبنگیاتھا،</w:t>
      </w:r>
    </w:p>
    <w:p>
      <w:r>
        <w:rPr>
          <w:b/>
        </w:rPr>
        <w:t xml:space="preserve">[24:16] </w:t>
      </w:r>
      <w:r>
        <w:t>beech mein zamanah jo traditional zamanah jo tha, jo suppression base karta tha, woh halaat is qabil nahi the ke log samajh sakein isko. understandable nahi tha islam.</w:t>
      </w:r>
    </w:p>
    <w:p>
      <w:pPr>
        <w:jc w:val="right"/>
      </w:pPr>
      <w:r>
        <w:t>بیچمیںزمان ہجو ٹریڈیشنلزمانہجوتھا، جو سپریسشن بیسکرتاتھا، وہ حالات اسقابلنہیںتھےکہلوگسمجھسکیںاسکو۔انڈرسٹینڈیبلنہیںتھا اسلام ۔</w:t>
      </w:r>
    </w:p>
    <w:p>
      <w:r>
        <w:rPr>
          <w:b/>
        </w:rPr>
        <w:t xml:space="preserve">[24:28] </w:t>
      </w:r>
      <w:r>
        <w:t>islam ki jo revolutionary jo baatein thin, jo inqilab laya tha islam, toh history uske mutabiq abhi tak develop nahi hui thi.</w:t>
      </w:r>
    </w:p>
    <w:p>
      <w:pPr>
        <w:jc w:val="right"/>
      </w:pPr>
      <w:r>
        <w:t>اسلام کی جوریولیوشنریجو جو باتیںتھیں، جو انقلاب لایاتھااسلام، تو ہسٹری اسکےمطابق ابھیتک ڈویلپنہیںہوئی تھی۔</w:t>
      </w:r>
    </w:p>
    <w:p>
      <w:r>
        <w:rPr>
          <w:b/>
        </w:rPr>
        <w:t xml:space="preserve">[24:42] </w:t>
      </w:r>
      <w:r>
        <w:t>ab development ho chuka hai,</w:t>
      </w:r>
    </w:p>
    <w:p>
      <w:pPr>
        <w:jc w:val="right"/>
      </w:pPr>
      <w:r>
        <w:t>ابڈویلپمنٹہوچکاہے،</w:t>
      </w:r>
    </w:p>
    <w:p>
      <w:r>
        <w:rPr>
          <w:b/>
        </w:rPr>
        <w:t xml:space="preserve">[24:45] </w:t>
      </w:r>
      <w:r>
        <w:t>ab islam understandable ban gaya hai, isko laiye. lekin bad qismati se hamare jo log hain, woh jante nahi ke duniya mein kya inqilab aaya hai, kuch bhi nahi jante, kuch bhi khabar nahi logon ko hai ke duniya mein kya inqilab aaya hai.</w:t>
      </w:r>
    </w:p>
    <w:p>
      <w:pPr>
        <w:jc w:val="right"/>
      </w:pPr>
      <w:r>
        <w:t>اب اسلام انڈرسٹینڈیبلبنگیاہے، اسکو لائیے۔ لیکن بد قسمتیسےہمارےجولوگ ہیں،وہ جانتےہینہیںکہ دنیا میںکیا انقلابآیاہے، کچھبھینہیںجانتے، کچھ بھی خبرنہیں لوگوںکوہےکہدنیا میںکیا انقلابآیاہے۔</w:t>
      </w:r>
    </w:p>
    <w:p>
      <w:r>
        <w:rPr>
          <w:b/>
        </w:rPr>
        <w:t xml:space="preserve">[25:03] </w:t>
      </w:r>
      <w:r>
        <w:t>yeh isi degree par chale ja rahe hain. yaani islam jo hai, aaj ke insaan ke liye understandable ban chuka hai, woh hai islam jo original islam tha.</w:t>
      </w:r>
    </w:p>
    <w:p>
      <w:pPr>
        <w:jc w:val="right"/>
      </w:pPr>
      <w:r>
        <w:t>یہ اسیڈگرپرچلےجارہےہیں۔ یعنی اسلام جوہے،آجکےانسانکےلیے انڈرسٹینڈیبلبنچکاہے، وہہےاسلام جو اوریجنلاسلام تھا۔</w:t>
      </w:r>
    </w:p>
    <w:p>
      <w:r>
        <w:rPr>
          <w:b/>
        </w:rPr>
        <w:t xml:space="preserve">[25:15] </w:t>
      </w:r>
      <w:r>
        <w:t>lekin abhi tak musalman kya hai, aise islam ke liye hue hain jo beech mein khud musalmanon ne banaya tha.</w:t>
      </w:r>
    </w:p>
    <w:p>
      <w:pPr>
        <w:jc w:val="right"/>
      </w:pPr>
      <w:r>
        <w:t>لیکن ابھیتک مس لمانکیاہے، اسیاسلامکےلیےہوئےہیںجوبیچمیں خود مسلمانوںنےبنایاتھا۔</w:t>
      </w:r>
    </w:p>
    <w:p>
      <w:r>
        <w:rPr>
          <w:b/>
        </w:rPr>
        <w:t xml:space="preserve">[25:23] </w:t>
      </w:r>
      <w:r>
        <w:t>toh islam jo logon ko lagta hai irrelevant aaj ke zamane mein, woh muslim made islam hai.</w:t>
      </w:r>
    </w:p>
    <w:p>
      <w:pPr>
        <w:jc w:val="right"/>
      </w:pPr>
      <w:r>
        <w:t>تو اسلام جو لوگوںکو لگتاہے اریلی ونٹآجکےزمان ےمیں، وہ مسلم میڈاسلام ہے۔</w:t>
      </w:r>
    </w:p>
    <w:p>
      <w:r>
        <w:rPr>
          <w:b/>
        </w:rPr>
        <w:t xml:space="preserve">[25:33] </w:t>
      </w:r>
      <w:r>
        <w:t>aam taur par yeh kaha jata hai ke islam toh irrelevant hai aaj ke zamane mein. konsa islam? yeh muslim made islam, god made islam jo hai, woh nahi.</w:t>
      </w:r>
    </w:p>
    <w:p>
      <w:pPr>
        <w:jc w:val="right"/>
      </w:pPr>
      <w:r>
        <w:t>عامطورپریہکہاجاتاہےکہاسلام توار یلیونٹہےآجکےزمان ےمیں۔کونسااسلام ؟یہمسلم میڈاسلام، گاڈمیڈاسلام جوہے،وہنہیں۔</w:t>
      </w:r>
    </w:p>
    <w:p>
      <w:r>
        <w:rPr>
          <w:b/>
        </w:rPr>
        <w:t xml:space="preserve">[25:44] </w:t>
      </w:r>
      <w:r>
        <w:t>toh tajdeed jo hai, deen ka matlab yeh hai ke muslim made islam ko hataya jaye aur god made islam ko dobara re-apply kiya jaye. yeh matlab hai.</w:t>
      </w:r>
    </w:p>
    <w:p>
      <w:pPr>
        <w:jc w:val="right"/>
      </w:pPr>
      <w:r>
        <w:t>تو تجدیدجوہے، دینکامطلبیہہےکہ مسلم میڈاسلام کوہٹایاجائے اورگاڈمیڈاسلام کودوبارہ ریاپلائیکیاجائے۔ یہمطلبہے۔</w:t>
      </w:r>
    </w:p>
    <w:p>
      <w:r>
        <w:rPr>
          <w:b/>
        </w:rPr>
        <w:t xml:space="preserve">[25:57] </w:t>
      </w:r>
      <w:r>
        <w:t>aise hi dekhiye, main ek aur misaal doon. hamare jo philosophers the, muslim philosophers, unani philosophy ke asar se yeh samajhte the ke duniya hamesha se chali aa rahi hai, isi tareeqe se</w:t>
      </w:r>
    </w:p>
    <w:p>
      <w:pPr>
        <w:jc w:val="right"/>
      </w:pPr>
      <w:r>
        <w:t>ایسےہیدیکھیے،میںایکاورمثالدوں۔ ہمارےجو فلاسفہتھے،مسلم فلاسفہ، یون انی فلس فیوںکےاثرسے یہسمجھتےتھے کہ دنیا ہمیشہسےچلیآرہیہے، اسیطریقےسے</w:t>
      </w:r>
    </w:p>
    <w:p>
      <w:r>
        <w:rPr>
          <w:b/>
        </w:rPr>
        <w:t xml:space="preserve">[26:12] </w:t>
      </w:r>
      <w:r>
        <w:t>jaisi yeh hai, aisi chali aa rahi hai hamesha se. toh yeh hamesha chali aa rahi hai, toh khuda ki zaroorat kya hai?</w:t>
      </w:r>
    </w:p>
    <w:p>
      <w:pPr>
        <w:jc w:val="right"/>
      </w:pPr>
      <w:r>
        <w:t>جیسییہہے،ایسیچلیآرہیہےہمیشہسے۔ تو یہہمیشہچلیآرہیہے،توخداکیضرورتکیاہے؟</w:t>
      </w:r>
    </w:p>
    <w:p>
      <w:r>
        <w:rPr>
          <w:b/>
        </w:rPr>
        <w:t xml:space="preserve">[26:23] </w:t>
      </w:r>
      <w:r>
        <w:t>toh yeh cheez understandable nahi thi ke khuda ne kisi din isko paida kiya, isko banaya, isko. yeh philosophy ki behas thi jo musalman, muslim philosophy bhi shamil ho gayi kyunke woh alag se soch nahi pate the.</w:t>
      </w:r>
    </w:p>
    <w:p>
      <w:pPr>
        <w:jc w:val="right"/>
      </w:pPr>
      <w:r>
        <w:t>تو یہچیز انڈرسٹینڈیبلنہیںتھیکہخدانےکسی دن اسکو پیدا کیا ،اسکوبنایا، اسکو۔ یہ فلس فہکیبحثتھیجو مسلمان، مسلم فلاسفی بھی شامل ہوگئی کیونکہ وہ الگسےسوچنہیںپاتےتھے۔</w:t>
      </w:r>
    </w:p>
    <w:p>
      <w:r>
        <w:rPr>
          <w:b/>
        </w:rPr>
        <w:t xml:space="preserve">[26:40] </w:t>
      </w:r>
      <w:r>
        <w:t>ab jo big bang ka nazariya hai, woh batata hai ke theek theek isne tareekh muqarrar kar di ke 13 billion saal pehle zameen ka aaghaz hua big bang se.</w:t>
      </w:r>
    </w:p>
    <w:p>
      <w:pPr>
        <w:jc w:val="right"/>
      </w:pPr>
      <w:r>
        <w:t>ابجو بگبینگکانظریہہے، وہ بتاتاہے کہ ٹھیکٹھیکاسنے تاریخ مقررکردی کہ13 بلینسال پہلے زمین کا آغاز ہوا بگبینگسے۔</w:t>
      </w:r>
    </w:p>
    <w:p>
      <w:r>
        <w:rPr>
          <w:b/>
        </w:rPr>
        <w:t xml:space="preserve">[26:56] </w:t>
      </w:r>
      <w:r>
        <w:t>achanak wajood mein aa gaye sitare, seare aur sari cheezein.</w:t>
      </w:r>
    </w:p>
    <w:p>
      <w:pPr>
        <w:jc w:val="right"/>
      </w:pPr>
      <w:r>
        <w:t>اچانک وجود میںآگئے ستارے،سی ارے اور ساریچیزیں۔</w:t>
      </w:r>
    </w:p>
    <w:p>
      <w:r>
        <w:rPr>
          <w:b/>
        </w:rPr>
        <w:t xml:space="preserve">[27:05] </w:t>
      </w:r>
      <w:r>
        <w:t>toh yeh tasawwur ke khuda ne takhleeq kiya hai,</w:t>
      </w:r>
    </w:p>
    <w:p>
      <w:pPr>
        <w:jc w:val="right"/>
      </w:pPr>
      <w:r>
        <w:t>تویہ تص ورکہخدانے تخلیقکیاہے،</w:t>
      </w:r>
    </w:p>
    <w:p>
      <w:r>
        <w:rPr>
          <w:b/>
        </w:rPr>
        <w:t xml:space="preserve">[27:09] </w:t>
      </w:r>
      <w:r>
        <w:t>ab understandable ho gaya. qadeem philosophy yeh kehti thi ke nahi, yeh toh sab chala aa raha hai, jaise aaj hai, waise hamesha se tha. yeh duniya aaj hum dekh rahe hain, waise hamesha se chali aa rahi hai.</w:t>
      </w:r>
    </w:p>
    <w:p>
      <w:pPr>
        <w:jc w:val="right"/>
      </w:pPr>
      <w:r>
        <w:t>ابانڈرسٹینڈیبلہوگیا۔ قدیمفلس فہ یہکہتاتھاکہنہیں،یہتوسبچلاآرہاہے،جیسےآجہے،ویسےہمیشہسےتھا۔ یہیدنیا آجہمدیکھرہےہیں،ویسےہمیشہسےچلیآرہیہے۔</w:t>
      </w:r>
    </w:p>
    <w:p>
      <w:r>
        <w:rPr>
          <w:b/>
        </w:rPr>
        <w:t xml:space="preserve">[27:22] </w:t>
      </w:r>
      <w:r>
        <w:t>toh yeh jo mindset tha, is mindset mein Quran ka woh tasawwur ke khuda ne khalaq kiya hai, khuda ne ek waqt khaas mein isko wajood mein bakhsha hai,</w:t>
      </w:r>
    </w:p>
    <w:p>
      <w:pPr>
        <w:jc w:val="right"/>
      </w:pPr>
      <w:r>
        <w:t>تو یہجو مائنڈسیٹتھا، اس مائنڈسیٹمیں قرآنکاوہ تص ور کہخدانےخلق کیاہے، خدانے ایک وقت خاصمیںاسکو وجود میں بخش اہے،</w:t>
      </w:r>
    </w:p>
    <w:p>
      <w:r>
        <w:rPr>
          <w:b/>
        </w:rPr>
        <w:t xml:space="preserve">[27:36] </w:t>
      </w:r>
      <w:r>
        <w:t>woh woh samajh mein nahi aata tha.</w:t>
      </w:r>
    </w:p>
    <w:p>
      <w:pPr>
        <w:jc w:val="right"/>
      </w:pPr>
      <w:r>
        <w:t>وہ وہسمجھمیںنہیںآتاتھا۔</w:t>
      </w:r>
    </w:p>
    <w:p>
      <w:r>
        <w:rPr>
          <w:b/>
        </w:rPr>
        <w:t xml:space="preserve">[27:39] </w:t>
      </w:r>
      <w:r>
        <w:t>ab big bang ke baad yeh samajh mein aayega, understandable ho gaya ke ek waqt khaas mein Allah ta'ala ne ek explosion kiya aur yeh duniya phir wajood mein aayi.</w:t>
      </w:r>
    </w:p>
    <w:p>
      <w:pPr>
        <w:jc w:val="right"/>
      </w:pPr>
      <w:r>
        <w:t>اببگبینگکےبعدیہسمجھمیںآنےگا، انڈرسٹینڈیبلہوگیا کہایکوقت خاص میں اللہ تعالینے ایک ایکسپلوژنکیا اور یہدنیا پھروجود میںآئی۔</w:t>
      </w:r>
    </w:p>
    <w:p>
      <w:r>
        <w:rPr>
          <w:b/>
        </w:rPr>
        <w:t xml:space="preserve">[27:51] </w:t>
      </w:r>
      <w:r>
        <w:t>aap dekhiye, yahan bhi dekhiye, original islam jo hai, woh woh hai jo scientific jo standard hai. yeh beech mein muslim made islam aa gaya tha.</w:t>
      </w:r>
    </w:p>
    <w:p>
      <w:pPr>
        <w:jc w:val="right"/>
      </w:pPr>
      <w:r>
        <w:t>آپدیکھیے،یہاںبھیدیکھیے، اوریجنلاسلام جوہے،وہ وہیہےجوسائنٹیفک جو اسٹینڈرڈہے۔ یہ بیچمیں مسلم میڈاسلام آگیاتھا۔</w:t>
      </w:r>
    </w:p>
    <w:p>
      <w:r>
        <w:rPr>
          <w:b/>
        </w:rPr>
        <w:t xml:space="preserve">[28:03] </w:t>
      </w:r>
      <w:r>
        <w:t>musalmanon ne jo philosophy banayi, woh wohi thi jo greek philosophy ka naqal thi. woh</w:t>
      </w:r>
    </w:p>
    <w:p>
      <w:pPr>
        <w:jc w:val="right"/>
      </w:pPr>
      <w:r>
        <w:t>مس لمانوںنےجوفلاسفیبنائی،وہوہیتھیجو گریکفلاسفیکا کینقلتھی۔وہ</w:t>
      </w:r>
    </w:p>
    <w:p>
      <w:r>
        <w:rPr>
          <w:b/>
        </w:rPr>
        <w:t xml:space="preserve">[28:09] </w:t>
      </w:r>
      <w:r>
        <w:t>muslim philosophy kya hai? greek philosophy naqal hai. woh</w:t>
      </w:r>
    </w:p>
    <w:p>
      <w:pPr>
        <w:jc w:val="right"/>
      </w:pPr>
      <w:r>
        <w:t>مسلمفلاسفیکیاہے؟ گریکفلاسفیکینقلہے۔وہ</w:t>
      </w:r>
    </w:p>
    <w:p>
      <w:r>
        <w:rPr>
          <w:b/>
        </w:rPr>
        <w:t xml:space="preserve">[28:17] </w:t>
      </w:r>
      <w:r>
        <w:t>toh muslim philosophy ke tehat insaan jo hai, samajh nahi pata tha kyunke woh toh greek philosophy thi. woh ab jo science ne daryaft kiya hai toh islam jo hai, tareekh par dobara wapas aa gaya hai.</w:t>
      </w:r>
    </w:p>
    <w:p>
      <w:pPr>
        <w:jc w:val="right"/>
      </w:pPr>
      <w:r>
        <w:t>تو مسلم فلاسفیکےتحت انسانجوہے، سمجھنہیںپاتاتھا کیونکہوہتوگریکفلاسفیتھی۔وہ ابجو سائنسنےدریافتکیاہے تو اسلام جوہے، تاریخ پردوبارہواپسآگیاہے۔</w:t>
      </w:r>
    </w:p>
    <w:p>
      <w:r>
        <w:rPr>
          <w:b/>
        </w:rPr>
        <w:t xml:space="preserve">[28:32] </w:t>
      </w:r>
      <w:r>
        <w:t>to jis cheez ko breilly kehta hai, scientific religion, wohi woh hai Islam. Islam aur kya hai?</w:t>
      </w:r>
    </w:p>
    <w:p>
      <w:pPr>
        <w:jc w:val="right"/>
      </w:pPr>
      <w:r>
        <w:t>تو جسچیزکو بریلوکہتاہے، سائنٹیفکریلیجن، وہیتوہےاسلام۔ اسلام اورکیاہے؟</w:t>
      </w:r>
    </w:p>
    <w:p>
      <w:r>
        <w:rPr>
          <w:b/>
        </w:rPr>
        <w:t xml:space="preserve">[28:39] </w:t>
      </w:r>
      <w:r>
        <w:t>wohi hai, wohi hai, koi doosri cheez nahi hai Islam. to is tarah ki bohat sari cheezein hain.</w:t>
      </w:r>
    </w:p>
    <w:p>
      <w:pPr>
        <w:jc w:val="right"/>
      </w:pPr>
      <w:r>
        <w:t>وہیہے، وہیہے،کوئیدوسریچیزنہیںہے اسلام ۔ تواسطرحکیبہت ساریچیزیںہیں۔</w:t>
      </w:r>
    </w:p>
    <w:p>
      <w:r>
        <w:rPr>
          <w:b/>
        </w:rPr>
        <w:t xml:space="preserve">[28:51] </w:t>
      </w:r>
      <w:r>
        <w:t>is waqt mein yeh kehna chahta hoon ke teen khaas pehluon par aap ghaur farmayein jo baad ke zamaney mein musalmanon mein raaij hua.</w:t>
      </w:r>
    </w:p>
    <w:p>
      <w:pPr>
        <w:jc w:val="right"/>
      </w:pPr>
      <w:r>
        <w:t>اسوقت میںیہکہناچاہتاہوںکہ تین خاص پہلوؤں پرآپغورفرمائیں جو بعد کےزمان ےمیںمسلمانوںمیںرائجہوا۔</w:t>
      </w:r>
    </w:p>
    <w:p>
      <w:r>
        <w:rPr>
          <w:b/>
        </w:rPr>
        <w:t xml:space="preserve">[29:01] </w:t>
      </w:r>
      <w:r>
        <w:t>jo hamein tajdeed karna hai, teen khaas pehluon se karna hai.</w:t>
      </w:r>
    </w:p>
    <w:p>
      <w:pPr>
        <w:jc w:val="right"/>
      </w:pPr>
      <w:r>
        <w:t>جو ہمیں تجدیدکرناہے، تینخاص پہلوؤںسےکرناہے۔</w:t>
      </w:r>
    </w:p>
    <w:p>
      <w:r>
        <w:rPr>
          <w:b/>
        </w:rPr>
        <w:t xml:space="preserve">[29:07] </w:t>
      </w:r>
      <w:r>
        <w:t>teen musalmanon mein teen aisi cheezein paida ho gayi hain jis ko hamein door karna hai aur isi wajah se Islam ki tareekh ruk gayi hai.</w:t>
      </w:r>
    </w:p>
    <w:p>
      <w:pPr>
        <w:jc w:val="right"/>
      </w:pPr>
      <w:r>
        <w:t>تین مسلمانوںمیں تین ایسیچیزیںپیدا ہوگئیہیں جسکوہمیںدورکرناہے اوراسیکیوجہسےاسلام کیتاریخ رکگئیہے۔</w:t>
      </w:r>
    </w:p>
    <w:p>
      <w:r>
        <w:rPr>
          <w:b/>
        </w:rPr>
        <w:t xml:space="preserve">[29:17] </w:t>
      </w:r>
      <w:r>
        <w:t>Islam jo aaj logon ko lagta hai irrelevant, to kyun lagta hai? Inhi teen asbaab se. Woh kya hai?</w:t>
      </w:r>
    </w:p>
    <w:p>
      <w:pPr>
        <w:jc w:val="right"/>
      </w:pPr>
      <w:r>
        <w:t>اسلام جوآجلوگوںکولگتاہے ار یلیونٹ، تو کیوںلگتاہے؟ انہیتین وںاسبابسے۔ وہکیاہے؟</w:t>
      </w:r>
    </w:p>
    <w:p>
      <w:r>
        <w:rPr>
          <w:b/>
        </w:rPr>
        <w:t xml:space="preserve">[29:28] </w:t>
      </w:r>
      <w:r>
        <w:t>ek hai</w:t>
      </w:r>
    </w:p>
    <w:p>
      <w:pPr>
        <w:jc w:val="right"/>
      </w:pPr>
      <w:r>
        <w:t>ایک ہے</w:t>
      </w:r>
    </w:p>
    <w:p>
      <w:r>
        <w:rPr>
          <w:b/>
        </w:rPr>
        <w:t xml:space="preserve">[29:32] </w:t>
      </w:r>
      <w:r>
        <w:t>mind based tazkiya, heart based tazkiya hai. Abhi tak chal raha hai, abhi tak jo chal raha hai duniya mein, jo sufiyon ne raaij kiya aur saari duniya mein raaij tha,</w:t>
      </w:r>
    </w:p>
    <w:p>
      <w:pPr>
        <w:jc w:val="right"/>
      </w:pPr>
      <w:r>
        <w:t>مائنڈ بیسڈ تزکیہ، ہارٹبیسڈتزکیہہے۔ابھیتکچلرہاہے، ابھیتک جوچلرہاہےدنیا میں، جو صوفیوںنےرائجکیا اور ساریدنیا میںرائجتھا،</w:t>
      </w:r>
    </w:p>
    <w:p>
      <w:r>
        <w:rPr>
          <w:b/>
        </w:rPr>
        <w:t xml:space="preserve">[29:46] </w:t>
      </w:r>
      <w:r>
        <w:t>woh tha heart based tazkiya. Jab ke Islam mein kya hai? Quran mein kya hai? Af la ta'qiloon yaani aqal based, aqal par mabni</w:t>
      </w:r>
    </w:p>
    <w:p>
      <w:pPr>
        <w:jc w:val="right"/>
      </w:pPr>
      <w:r>
        <w:t>وہتھا ہارٹ بیسڈ تزکیہ۔ جب کہاسلام میںکیاہے؟قرآنمیںکیاہے؟ اف لاتعقلونیعنیعقلبیسڈ،عقلپرمب</w:t>
      </w:r>
    </w:p>
    <w:p>
      <w:r>
        <w:rPr>
          <w:b/>
        </w:rPr>
        <w:t xml:space="preserve">[29:57] </w:t>
      </w:r>
      <w:r>
        <w:t>ni tazkiya. Af la ta'qiloon yaani mind based tazkiya. To insaan ko samajh mein nahi aata yeh heart based tazkiya yaani qalb par mabni tazkiya. Samajh mein nahi aata ke qalb mein to kuch hai hi nahi.</w:t>
      </w:r>
    </w:p>
    <w:p>
      <w:pPr>
        <w:jc w:val="right"/>
      </w:pPr>
      <w:r>
        <w:t>نیتزکیہ۔ افلاتعقلون یعنی مائنڈبیسڈتزکیہ۔ توانسانکوسمجھمیںنہیںآتا یہہارٹبیسڈتزکیہیعنیقلبپرمبنیتزکیہ۔سمجھمیںنہیںآتا کہقلبمیںتوکچھہےنہیں۔</w:t>
      </w:r>
    </w:p>
    <w:p>
      <w:r>
        <w:rPr>
          <w:b/>
        </w:rPr>
        <w:t xml:space="preserve">[30:11] </w:t>
      </w:r>
      <w:r>
        <w:t>pehlay jo hai to woh hum par station ke tehat yaani superstition ke tehat insaan samajhta tha ke sab kuch is dil mein hai, saara khazana hai isi mein, isi se unfold karo.</w:t>
      </w:r>
    </w:p>
    <w:p>
      <w:pPr>
        <w:jc w:val="right"/>
      </w:pPr>
      <w:r>
        <w:t>پہلے جوہے تووہہمپر ستیکےتحت یعنیسپریسٹیشنکےتحت انسانسمجھتاتھا کہسبکچھاسدلدلمیںہے، ساراخزانہہے اسیمیں،اسیسے انفولڈکرو۔</w:t>
      </w:r>
    </w:p>
    <w:p>
      <w:r>
        <w:rPr>
          <w:b/>
        </w:rPr>
        <w:t xml:space="preserve">[30:23] </w:t>
      </w:r>
      <w:r>
        <w:t>lekin yeh science ne is ko, is nazariye ko khatam kar diya.</w:t>
      </w:r>
    </w:p>
    <w:p>
      <w:pPr>
        <w:jc w:val="right"/>
      </w:pPr>
      <w:r>
        <w:t>لیکن یہ سائنسنےاسکو، اس نظریےکوختمکردیا۔</w:t>
      </w:r>
    </w:p>
    <w:p>
      <w:r>
        <w:rPr>
          <w:b/>
        </w:rPr>
        <w:t xml:space="preserve">[30:28] </w:t>
      </w:r>
      <w:r>
        <w:t>maloom hua ke dil to sirf is ka zariya hai khoon ko pump karne ka. To Quran mein jo kaha gaya tha af la ta'qiloon, to kya aqal se kaam nahi lete?</w:t>
      </w:r>
    </w:p>
    <w:p>
      <w:pPr>
        <w:jc w:val="right"/>
      </w:pPr>
      <w:r>
        <w:t>معلومہواکہدلتوصرف اسکا ذریعہہے خونکو پمپکرنے کا ۔ تو قرآنمیںجوکہاگیاتھاافلاتعقلون، توکیا عقلسےکامنہیں لیتے؟</w:t>
      </w:r>
    </w:p>
    <w:p>
      <w:r>
        <w:rPr>
          <w:b/>
        </w:rPr>
        <w:t xml:space="preserve">[30:41] </w:t>
      </w:r>
      <w:r>
        <w:t>to kya Quran mein mind based tazkiya ka tasawwur diya gaya tha ke socho, ghaur karo, tadabbur, tabliq, tadakkur, tadabbur, tabassum, tafakkur yaani soch kar ke tazkiya karna.</w:t>
      </w:r>
    </w:p>
    <w:p>
      <w:pPr>
        <w:jc w:val="right"/>
      </w:pPr>
      <w:r>
        <w:t>توکیا قرآنمیں مائنڈبیسڈتزکیہکا تص وردیا گیاتھا کہسوچو، غورکرو، تد کر،طب ق ،تد کر ،تد بر،تب سم ،تف کر یعنی سوچکرکے تزکیہکرنا۔</w:t>
      </w:r>
    </w:p>
    <w:p>
      <w:r>
        <w:rPr>
          <w:b/>
        </w:rPr>
        <w:t xml:space="preserve">[31:00] </w:t>
      </w:r>
      <w:r>
        <w:t>soch ki faculty jo hai insaan ke andar, thinking ki jo faculty hai, jo contemplation ki jo faculty hai insaan ke andar, us ko harkat mein lao.</w:t>
      </w:r>
    </w:p>
    <w:p>
      <w:pPr>
        <w:jc w:val="right"/>
      </w:pPr>
      <w:r>
        <w:t>سوچ کی فیکلٹیجوہےانسانکےاندر، تھنکنگکیجو فیکلٹیہے، جو کنٹمپلیشنکیجوفیکلٹیہےانسانکےاندر،اسکوحرکت میںلاؤ۔</w:t>
      </w:r>
    </w:p>
    <w:p>
      <w:r>
        <w:rPr>
          <w:b/>
        </w:rPr>
        <w:t xml:space="preserve">[31:11] </w:t>
      </w:r>
      <w:r>
        <w:t>us se baat tazkiya hoga.</w:t>
      </w:r>
    </w:p>
    <w:p>
      <w:pPr>
        <w:jc w:val="right"/>
      </w:pPr>
      <w:r>
        <w:t>اسسےباتتزکیہہوگا۔</w:t>
      </w:r>
    </w:p>
    <w:p>
      <w:r>
        <w:rPr>
          <w:b/>
        </w:rPr>
        <w:t xml:space="preserve">[31:14] </w:t>
      </w:r>
      <w:r>
        <w:t>ab dekhiye ke jo beech mein ek tareekh bani yaani mabni par qalb tazkiya ki, woh to, woh to yaani woh to,</w:t>
      </w:r>
    </w:p>
    <w:p>
      <w:pPr>
        <w:jc w:val="right"/>
      </w:pPr>
      <w:r>
        <w:t>ابدیکھیےکہجوبیچمیں ایکتاریخ بنی یعنیمبنیپرقلب تزکیہکی، وہتو، وہتو یعنی وہتو،</w:t>
      </w:r>
    </w:p>
    <w:p>
      <w:r>
        <w:rPr>
          <w:b/>
        </w:rPr>
        <w:t xml:space="preserve">[31:28] </w:t>
      </w:r>
      <w:r>
        <w:t>woh yaani nateeja thi waqt ke halaat ka. Choonke hazaron saal se insaan ne yaani samajhta tha to woh hamaray taur par ke sab kuch dil mein hai,</w:t>
      </w:r>
    </w:p>
    <w:p>
      <w:pPr>
        <w:jc w:val="right"/>
      </w:pPr>
      <w:r>
        <w:t>وہ یعنی نتیجہتھی وقتکےحالاتکا ۔ چونکہ ہزاروںسالسےانسان نے یعنی سمجھتاتھا تووہہماراطورپر کہسبکچھدلمیںہے،</w:t>
      </w:r>
    </w:p>
    <w:p>
      <w:r>
        <w:rPr>
          <w:b/>
        </w:rPr>
        <w:t xml:space="preserve">[31:44] </w:t>
      </w:r>
      <w:r>
        <w:t>to usi dil ko le kar ke logon ne tazkiya ka nizaam banaya. To heart based tazkiya to discard ho gaya is zamaney mein aur hamaray haan wohi chal raha hai abhi tak.</w:t>
      </w:r>
    </w:p>
    <w:p>
      <w:pPr>
        <w:jc w:val="right"/>
      </w:pPr>
      <w:r>
        <w:t>تو اسیدلکولےکرکےلوگوںنے تزکیہکا نظامبنایا۔ تو ہارٹبیسڈتزکیہتو ڈسکارڈہوگیااسزمانےمیں اورہمارےہاںوہیچلرہاہےابھیتک۔</w:t>
      </w:r>
    </w:p>
    <w:p>
      <w:r>
        <w:rPr>
          <w:b/>
        </w:rPr>
        <w:t xml:space="preserve">[31:59] </w:t>
      </w:r>
      <w:r>
        <w:t>hamaray haan abhi bhi wohi chal raha hai. Jo log tasawwuf ko nahi maante, woh bhi isi ko maante hain. To aaj ka insaan is ke liye irrelevant hai.</w:t>
      </w:r>
    </w:p>
    <w:p>
      <w:pPr>
        <w:jc w:val="right"/>
      </w:pPr>
      <w:r>
        <w:t>ہمارےہاںابھیبھیوہیچلرہاہے۔ جولوگ تص وفکونہیںمانتے،وہبھیاسیکومانتےہیں۔ توآجکاانسان اسکےلیے اریلی ونٹہے۔</w:t>
      </w:r>
    </w:p>
    <w:p>
      <w:r>
        <w:rPr>
          <w:b/>
        </w:rPr>
        <w:t xml:space="preserve">[32:10] </w:t>
      </w:r>
      <w:r>
        <w:t>lekin jo Islam mein tasawwur diya gaya tha, woh to mind based tazkiya tha.</w:t>
      </w:r>
    </w:p>
    <w:p>
      <w:pPr>
        <w:jc w:val="right"/>
      </w:pPr>
      <w:r>
        <w:t>لیکن جو اسلام میں تص وردیاگیاتھا، وہ تو مائنڈبیسڈتزکیہتھا۔</w:t>
      </w:r>
    </w:p>
    <w:p>
      <w:r>
        <w:rPr>
          <w:b/>
        </w:rPr>
        <w:t xml:space="preserve">[32:18] </w:t>
      </w:r>
      <w:r>
        <w:t>hadees mein aata hai ke Allah Ta'ala ne sab se bari cheez jo paida ki, woh aqal hai jis ke andar power of thinking hai. To aqal ke zariye se tazkiya karna yaani mind based tazkiya, yeh tha Islam ka tasawwur.</w:t>
      </w:r>
    </w:p>
    <w:p>
      <w:pPr>
        <w:jc w:val="right"/>
      </w:pPr>
      <w:r>
        <w:t>حدیثمیںآتاہےکہاللہتعالینےسبسےبڑیچیزجوپیدا کی، وہ عقلہے جسکےاندرپاورآفتھنکنگہے۔ تو عقلکےذریعےسے تزکیہکرنا یعنی مائنڈبیسڈتزکیہ،یہتھا اسلام کا تص ور۔</w:t>
      </w:r>
    </w:p>
    <w:p>
      <w:r>
        <w:rPr>
          <w:b/>
        </w:rPr>
        <w:t xml:space="preserve">[32:37] </w:t>
      </w:r>
      <w:r>
        <w:t>to us ko le aaiye wapas.</w:t>
      </w:r>
    </w:p>
    <w:p>
      <w:pPr>
        <w:jc w:val="right"/>
      </w:pPr>
      <w:r>
        <w:t>تواسکولےآئیےواپس۔</w:t>
      </w:r>
    </w:p>
    <w:p>
      <w:r>
        <w:rPr>
          <w:b/>
        </w:rPr>
        <w:t xml:space="preserve">[32:39] </w:t>
      </w:r>
      <w:r>
        <w:t>aaj ka insaan kahega ke yeh to bilkul scientific hai, bilkul relevant hai, yeh hi to hum chahte thay. Yeh hai tajdeed, yeh hai ahya.</w:t>
      </w:r>
    </w:p>
    <w:p>
      <w:pPr>
        <w:jc w:val="right"/>
      </w:pPr>
      <w:r>
        <w:t>آجکاانسانکہےگاکہیہتوبالکل سائنٹیفکہے، بالکلریلیونٹہے، یہیتوہمچاہتےتھے۔ یہہے تجدید، یہہے احیاء۔</w:t>
      </w:r>
    </w:p>
    <w:p>
      <w:r>
        <w:rPr>
          <w:b/>
        </w:rPr>
        <w:t xml:space="preserve">[32:51] </w:t>
      </w:r>
      <w:r>
        <w:t>ahya jo hai, kisi nayi cheez ko laane ka naam nahi hai. Kuch log samajhte hain ke Islam ko revise karo. Bohat si kitaabein likhi gayi hain, is ka matlab hai ke Islam ko revise kiya jaye.</w:t>
      </w:r>
    </w:p>
    <w:p>
      <w:pPr>
        <w:jc w:val="right"/>
      </w:pPr>
      <w:r>
        <w:t>احیاءجوہے،کسی نئیچیزکولانےکانامنہیںہے۔ کچھلوگسمجھتےہیںکہ اسلام کو ریوائزکرو۔ بہت سیکتاب یںلکھیگئیہیں، اسکامطلبہےکہاسلام کوریوائزکیاجائے۔</w:t>
      </w:r>
    </w:p>
    <w:p>
      <w:r>
        <w:rPr>
          <w:b/>
        </w:rPr>
        <w:t xml:space="preserve">[33:07] </w:t>
      </w:r>
      <w:r>
        <w:t>yeh bilkul galat hai.</w:t>
      </w:r>
    </w:p>
    <w:p>
      <w:pPr>
        <w:jc w:val="right"/>
      </w:pPr>
      <w:r>
        <w:t>یہبالکل غلطہے۔</w:t>
      </w:r>
    </w:p>
    <w:p>
      <w:r>
        <w:rPr>
          <w:b/>
        </w:rPr>
        <w:t xml:space="preserve">[33:10] </w:t>
      </w:r>
      <w:r>
        <w:t>islam ko revise karna, islam mein reform lana, yeh bilkul galat baat hai. mein isko nahi manta.</w:t>
      </w:r>
    </w:p>
    <w:p>
      <w:pPr>
        <w:jc w:val="right"/>
      </w:pPr>
      <w:r>
        <w:t>اسلام کو ریوائزکرنا ،اسلام میںریفارملانا، یہبالکل غلطباتہے۔میںاسکونہیںمانتا۔</w:t>
      </w:r>
    </w:p>
    <w:p>
      <w:r>
        <w:rPr>
          <w:b/>
        </w:rPr>
        <w:t xml:space="preserve">[33:20] </w:t>
      </w:r>
      <w:r>
        <w:t>ek kitab hai, iska naam hai "modern approach to islam". "a modern approach to islam" is mein yeh bataya gaya hai ke islam ko revise karo, islam ko reform karo, yeh islam chalne wala nahi hai.</w:t>
      </w:r>
    </w:p>
    <w:p>
      <w:pPr>
        <w:jc w:val="right"/>
      </w:pPr>
      <w:r>
        <w:t>ایککتاب ہے، اسکانامہے "ماڈرن اپروچٹواسلام"۔ "اماڈرناپروچٹواسلام"اسمیںیہبتایاگیاہےکہ اسلام کوریوائزکرو ،اسلام کوریفارمکرو، یہاسلامچلنےوالانہیںہے۔</w:t>
      </w:r>
    </w:p>
    <w:p>
      <w:r>
        <w:rPr>
          <w:b/>
        </w:rPr>
        <w:t xml:space="preserve">[33:35] </w:t>
      </w:r>
      <w:r>
        <w:t>isko maine parha to maine kaha ke yeh jo aadmi keh raha hai, isko yeh kehna chahiye ke man made islam ko hatao, god made islam ko le aao.</w:t>
      </w:r>
    </w:p>
    <w:p>
      <w:pPr>
        <w:jc w:val="right"/>
      </w:pPr>
      <w:r>
        <w:t>اسکومیںنےپڑھا تومیںنےکہایہ جو آدمیکہہرہاہے، اسکویہکہناچاہیےکہ می ڈ میڈاسلام کو ہٹاؤ، گاڈمیڈاسلام کولےآؤ۔</w:t>
      </w:r>
    </w:p>
    <w:p>
      <w:r>
        <w:rPr>
          <w:b/>
        </w:rPr>
        <w:t xml:space="preserve">[33:48] </w:t>
      </w:r>
      <w:r>
        <w:t>kyun ke jo baatein isne likhi hain, woh apply hoti hain man made islam par ya muslim man made islam par. khuda ne jo bheja hai, us par nahi.</w:t>
      </w:r>
    </w:p>
    <w:p>
      <w:pPr>
        <w:jc w:val="right"/>
      </w:pPr>
      <w:r>
        <w:t>کیونکہجوباتیںاسنےلکھیہیں، وہ اپلائیہوتیہیں میڈمیڈاسلام پر یامسلممیڈاسلام پر۔ خدانےجوبھیجاہے،اسپرنہیں۔</w:t>
      </w:r>
    </w:p>
    <w:p>
      <w:r>
        <w:rPr>
          <w:b/>
        </w:rPr>
        <w:t xml:space="preserve">[34:00] </w:t>
      </w:r>
      <w:r>
        <w:t>to tajdeed ya ahya ka matlab kya hai?</w:t>
      </w:r>
    </w:p>
    <w:p>
      <w:pPr>
        <w:jc w:val="right"/>
      </w:pPr>
      <w:r>
        <w:t>تو تجدید یااحیاء کامطلبکیاہے؟</w:t>
      </w:r>
    </w:p>
    <w:p>
      <w:r>
        <w:rPr>
          <w:b/>
        </w:rPr>
        <w:t xml:space="preserve">[34:03] </w:t>
      </w:r>
      <w:r>
        <w:t>aisa islam ko jo rasool allah ki zuban mein tha, sahaba ki zuban mein tha, isko apply karna aaj ke halaat par.</w:t>
      </w:r>
    </w:p>
    <w:p>
      <w:pPr>
        <w:jc w:val="right"/>
      </w:pPr>
      <w:r>
        <w:t>اسیاسلام کو جورسولاللہکیزبان میں تھا، صحابہکیزبان میںتھا، اسکو ریاپلائیکرناآجکےحالات پر ۔</w:t>
      </w:r>
    </w:p>
    <w:p>
      <w:r>
        <w:rPr>
          <w:b/>
        </w:rPr>
        <w:t xml:space="preserve">[34:13] </w:t>
      </w:r>
      <w:r>
        <w:t>yeh hai, yeh hai tajdeed, yeh hai ahya.</w:t>
      </w:r>
    </w:p>
    <w:p>
      <w:pPr>
        <w:jc w:val="right"/>
      </w:pPr>
      <w:r>
        <w:t>یہہے، یہہے تجدید،یہہے احیاء۔</w:t>
      </w:r>
    </w:p>
    <w:p>
      <w:r>
        <w:rPr>
          <w:b/>
        </w:rPr>
        <w:t xml:space="preserve">[34:18] </w:t>
      </w:r>
      <w:r>
        <w:t>to maine heart based tazkiya discard ho chuka hai. mind based tazkiya jo hai, woh bilkul scientific concept hai.</w:t>
      </w:r>
    </w:p>
    <w:p>
      <w:pPr>
        <w:jc w:val="right"/>
      </w:pPr>
      <w:r>
        <w:t>تو میںنے ہارٹ بیسڈ تزکیہ ڈسکارڈہوچکاہے۔ مائنڈبیسڈتزکیہجوہے،وہبالکلسائنٹیفک کانسیپٹہے۔</w:t>
      </w:r>
    </w:p>
    <w:p>
      <w:r>
        <w:rPr>
          <w:b/>
        </w:rPr>
        <w:t xml:space="preserve">[34:31] </w:t>
      </w:r>
      <w:r>
        <w:t>isko aap layein, iske usool muqarrar kijiye, is par logon ko bataiye, aur yeh discipline isko develop kijiye.</w:t>
      </w:r>
    </w:p>
    <w:p>
      <w:pPr>
        <w:jc w:val="right"/>
      </w:pPr>
      <w:r>
        <w:t>اسکوآپ لائیے، اسکے اصول مقررکیجئے، اسپر لوگوںکو بت ائیے، اوریہڈسپلناسکوڈیویلپکیجئے۔</w:t>
      </w:r>
    </w:p>
    <w:p>
      <w:r>
        <w:rPr>
          <w:b/>
        </w:rPr>
        <w:t xml:space="preserve">[34:43] </w:t>
      </w:r>
      <w:r>
        <w:t>to insaan bilkul samajh jayega ke yeh to bilkul aaj ka, yeh to scientific mazhab hai tumhara, yeh to wohi scientific mazhab hai jo hum chahte thay.</w:t>
      </w:r>
    </w:p>
    <w:p>
      <w:pPr>
        <w:jc w:val="right"/>
      </w:pPr>
      <w:r>
        <w:t>توانسان بالکل سمجھجائےگاکہیہتوبالکلآجکا، یہتوسائنٹیفکمذہبہےتمہارا، یہتووہیسائنٹیفکمذہبہےجوہمچاہتےتھے۔</w:t>
      </w:r>
    </w:p>
    <w:p>
      <w:r>
        <w:rPr>
          <w:b/>
        </w:rPr>
        <w:t xml:space="preserve">[34:53] </w:t>
      </w:r>
      <w:r>
        <w:t>yeh science keh rahi hai ke sara soch aur jazbaat dono ka markaz jo hai, woh mind hai, brain hai, dil nahi hai.</w:t>
      </w:r>
    </w:p>
    <w:p>
      <w:pPr>
        <w:jc w:val="right"/>
      </w:pPr>
      <w:r>
        <w:t>یہسائنسکہہرہیہےکہ سارا سوچاورجذبات دونوںکامرکزجوہے،وہ مائنڈہے، برینہے، دل نہیںہے۔</w:t>
      </w:r>
    </w:p>
    <w:p>
      <w:r>
        <w:rPr>
          <w:b/>
        </w:rPr>
        <w:t xml:space="preserve">[35:05] </w:t>
      </w:r>
      <w:r>
        <w:t>ab jab aap yeh islam pesh karenge, mind based tazkiya ka islam, to isko bilkul aaj ki cheez lagega, aaj ki cheez lagega.</w:t>
      </w:r>
    </w:p>
    <w:p>
      <w:pPr>
        <w:jc w:val="right"/>
      </w:pPr>
      <w:r>
        <w:t>ابجبآپ یہ اسلام پیشکریںگے، مائنڈبیسڈتزکیہکااسلام ،تو اسکوبالکل آجکیچیزلگےگا، آجکیچیزلگےگا۔</w:t>
      </w:r>
    </w:p>
    <w:p>
      <w:r>
        <w:rPr>
          <w:b/>
        </w:rPr>
        <w:t xml:space="preserve">[35:15] </w:t>
      </w:r>
      <w:r>
        <w:t>yahi hai tajdeed, yahi hai ahya.</w:t>
      </w:r>
    </w:p>
    <w:p>
      <w:pPr>
        <w:jc w:val="right"/>
      </w:pPr>
      <w:r>
        <w:t>یہیہے تجدید،یہیہےاحیاء۔</w:t>
      </w:r>
    </w:p>
    <w:p>
      <w:r>
        <w:rPr>
          <w:b/>
        </w:rPr>
        <w:t xml:space="preserve">[35:19] </w:t>
      </w:r>
      <w:r>
        <w:t>chahe juzvi baaton ko اصلاح karna, yeh to اصلاح hai, tajdeed ya ahya nahi hai. woh yeh hamesha rahega ke juzvi baaton ko aap اصلاح karte rahenge.</w:t>
      </w:r>
    </w:p>
    <w:p>
      <w:pPr>
        <w:jc w:val="right"/>
      </w:pPr>
      <w:r>
        <w:t>چاہےجزئیباتوںکو اصلاحکرنا ،یہتو اصلاحہے، تجدیدیا حجنہیں ہے۔وہ یہہمیشہرہےگاکہجزئیباتوںکوآپاصلاحکرتےرہیںگے۔</w:t>
      </w:r>
    </w:p>
    <w:p>
      <w:r>
        <w:rPr>
          <w:b/>
        </w:rPr>
        <w:t xml:space="preserve">[35:33] </w:t>
      </w:r>
      <w:r>
        <w:t>to woh hai اصلاح. tajdeed aur ahya ka jo lafz hai, woh wasee' tar ma'ne mein bola jayega. is se wasee' tar ma'ne murad dein. is se</w:t>
      </w:r>
    </w:p>
    <w:p>
      <w:pPr>
        <w:jc w:val="right"/>
      </w:pPr>
      <w:r>
        <w:t>تووہہےاصلاح ۔ تجدیداور احیاءکاجولفظہے، وہ وسیعترمعنیمیںبل ایا جائےگا۔ اسسےوسیعترمعنی مرادہیں۔اسسے</w:t>
      </w:r>
    </w:p>
    <w:p>
      <w:r>
        <w:rPr>
          <w:b/>
        </w:rPr>
        <w:t xml:space="preserve">[35:46] </w:t>
      </w:r>
      <w:r>
        <w:t>to ek tajdeed, ek hai pehlu tajdeed ka yeh ke heart based tazkiya ko aap chhoden aur mind based tazkiya ko pakden.</w:t>
      </w:r>
    </w:p>
    <w:p>
      <w:pPr>
        <w:jc w:val="right"/>
      </w:pPr>
      <w:r>
        <w:t>تو ایک تج دید،ایکہے پہلو تجدیدکا یہ کہ ہارٹبیسڈ تزکیہکو آپ چھوڑیں اور مائنڈبیسڈتزکیہکو پکڑیں۔</w:t>
      </w:r>
    </w:p>
    <w:p>
      <w:r>
        <w:rPr>
          <w:b/>
        </w:rPr>
        <w:t xml:space="preserve">[36:01] </w:t>
      </w:r>
      <w:r>
        <w:t>as a discipline, iske usool muqarrar karen, iske tareeqon ko develop karen, iske understandable banayein aaj ke insaan ke liye.</w:t>
      </w:r>
    </w:p>
    <w:p>
      <w:pPr>
        <w:jc w:val="right"/>
      </w:pPr>
      <w:r>
        <w:t>ایزاےڈسپلن، اسکےاصول مقررکریں، اس کے طریقوںکوڈیویلپکریں، اسکے انڈرسٹینڈیبل بنائیںآجکےانسانکےلیے۔</w:t>
      </w:r>
    </w:p>
    <w:p>
      <w:r>
        <w:rPr>
          <w:b/>
        </w:rPr>
        <w:t xml:space="preserve">[36:15] </w:t>
      </w:r>
      <w:r>
        <w:t>jisko mein kehta hoon apne lafzon mein "re engineering of mind". "re engineering of mind" yahi hai aaj ka tazkiya.</w:t>
      </w:r>
    </w:p>
    <w:p>
      <w:pPr>
        <w:jc w:val="right"/>
      </w:pPr>
      <w:r>
        <w:t>جسکومیںکہاکرتاہوںاپنےلفظوںمیں "ری انجینئرنگآف مائنڈ"۔ "ری انجینئرنگآف مائنڈ"یہیہےآجکا تزکیہ۔</w:t>
      </w:r>
    </w:p>
    <w:p>
      <w:r>
        <w:rPr>
          <w:b/>
        </w:rPr>
        <w:t xml:space="preserve">[36:28] </w:t>
      </w:r>
      <w:r>
        <w:t>"re engineer of mind" divine line par, islam line par, quranic line par. to yeh hai tajdeed ya ahya.</w:t>
      </w:r>
    </w:p>
    <w:p>
      <w:pPr>
        <w:jc w:val="right"/>
      </w:pPr>
      <w:r>
        <w:t>"ری انجینئرآف مائنڈ" ڈیوائنلائنپر ، اسلام کلائنپر،قرآنیلائنپر۔ تو یہہے تجدید یااح یاء۔</w:t>
      </w:r>
    </w:p>
    <w:p>
      <w:r>
        <w:rPr>
          <w:b/>
        </w:rPr>
        <w:t xml:space="preserve">[36:38] </w:t>
      </w:r>
      <w:r>
        <w:t>isi tarah se ek cheez hai, isko mein kahunga "reason based argument".</w:t>
      </w:r>
    </w:p>
    <w:p>
      <w:pPr>
        <w:jc w:val="right"/>
      </w:pPr>
      <w:r>
        <w:t>اسیطرحسےایکچیزہے،اسکومیںکہوںگا "ریزن بیسڈ ارگیومنٹ"۔</w:t>
      </w:r>
    </w:p>
    <w:p>
      <w:r>
        <w:rPr>
          <w:b/>
        </w:rPr>
        <w:t xml:space="preserve">[36:46] </w:t>
      </w:r>
      <w:r>
        <w:t>aaj ka zamana jo hai, reason ka zamana hai. maine ek kitab parhi, moti si kitab thi, iska naam tha "age of reason". "age of reason" yani science ne ek nayi tabdeeli paida ki duniya mein.</w:t>
      </w:r>
    </w:p>
    <w:p>
      <w:pPr>
        <w:jc w:val="right"/>
      </w:pPr>
      <w:r>
        <w:t>آجکازمانہجوہے،ریزنکازمانہہے۔ میںنےایککتاب پڑھی، موٹیسیکتاب تھی،اسکانامتھا "ایجآف ریزن"۔ "ایجآف ریزن" یعنی سائنسنےایک نئیتبدیلیپیدا کیدنیا میں۔</w:t>
      </w:r>
    </w:p>
    <w:p>
      <w:r>
        <w:rPr>
          <w:b/>
        </w:rPr>
        <w:t xml:space="preserve">[37:03] </w:t>
      </w:r>
      <w:r>
        <w:t>pehlay zamanay mein kya tha? qiyasat se aap rai qaim karte thay, qiyasat se. ab mushahida kiya jata hai, tehqeeq ki jati hai.</w:t>
      </w:r>
    </w:p>
    <w:p>
      <w:pPr>
        <w:jc w:val="right"/>
      </w:pPr>
      <w:r>
        <w:t>پہلے زمانےمیںکیاتھا؟ قیاسات سےآپرائےقائمکرتے تھے،قیاساتسے۔ اب مشاہدہکیاجاتا ہے، تحقیقکیجاتیہے۔</w:t>
      </w:r>
    </w:p>
    <w:p>
      <w:r>
        <w:rPr>
          <w:b/>
        </w:rPr>
        <w:t xml:space="preserve">[37:14] </w:t>
      </w:r>
      <w:r>
        <w:t>ek saada misaal di hai bertrand russell ne is baat ki ke pehle kya tha, ab kya hai.</w:t>
      </w:r>
    </w:p>
    <w:p>
      <w:pPr>
        <w:jc w:val="right"/>
      </w:pPr>
      <w:r>
        <w:t>ایک سادہ مثال دیہے برٹنڈرسلنے اسباتکی کہ پہلے کیا تھا،ابکیاہے۔</w:t>
      </w:r>
    </w:p>
    <w:p>
      <w:r>
        <w:rPr>
          <w:b/>
        </w:rPr>
        <w:t xml:space="preserve">[37:23] </w:t>
      </w:r>
      <w:r>
        <w:t>isne likh ke aaya hai ke aristotle jo hai, arastu ne apni kitab mein likha hai ke aurat ka, aurat jo hai, woh society mein aurat ka role, isne secondary rakha. secondary society mein aurat ka role, isne secondary rakha</w:t>
      </w:r>
    </w:p>
    <w:p>
      <w:pPr>
        <w:jc w:val="right"/>
      </w:pPr>
      <w:r>
        <w:t>اسنےلکھکےآیاہےکہ ارسٹوٹلجوہے، ارسطو نےاپنی کتاب میںلکھاہےکہعورت کا ،عورتجوہے،وہ سوسائٹی میں عورتکارول،اسنے سیکنڈریرکھا۔سیکنڈری سوسائٹیمیںعورتکارول،اسنےسیکنڈریرکھ</w:t>
      </w:r>
    </w:p>
    <w:p>
      <w:r>
        <w:rPr>
          <w:b/>
        </w:rPr>
        <w:t xml:space="preserve">[37:42] </w:t>
      </w:r>
      <w:r>
        <w:t>ahe. iski wajah yeh batai ke aurat ke munh mein kam daant hote hain. to usne likha hai ke agar woh apni biwi se kehta ke "munh kholo, main tumhara daant ginunga", to usko maloom hota ke 32 daant, daant jo hote hain munh mein,</w:t>
      </w:r>
    </w:p>
    <w:p>
      <w:pPr>
        <w:jc w:val="right"/>
      </w:pPr>
      <w:r>
        <w:t>اہے۔ اسکیوجہ یہبتائیکہعورتکےمنہمیںکمدانتہوتےہیں۔ تواسنےلکھاہےکہ اگر وہ اپنی بیویسےکہتاکہ"منہکھولو، میںتمہارادانتگنوںگا"، تواسکومعلومہوتاہےکہ32 دانت ،دانتجوہوتےہیںمنہمیں،</w:t>
      </w:r>
    </w:p>
    <w:p>
      <w:r>
        <w:rPr>
          <w:b/>
        </w:rPr>
        <w:t xml:space="preserve">[37:58] </w:t>
      </w:r>
      <w:r>
        <w:t>is mard ke bhi hain, 32 daant aurat ke munh mein bhi hain. yeh farq bataya usne ke pehle zaman e mein bas guess kar lete the, qayas kar lete the, speculate kar lete the.</w:t>
      </w:r>
    </w:p>
    <w:p>
      <w:pPr>
        <w:jc w:val="right"/>
      </w:pPr>
      <w:r>
        <w:t>اسمرد کےبھیہیں،32دانتعورتکےمنہمیںبھیہیں۔ یہفرقبتایااسنے کہ پہلے زمان ےمیںبس گیسکرلیتےتھے،قیاسکرلیتےتھے، اسپیکولیٹکرلیتےتھے۔</w:t>
      </w:r>
    </w:p>
    <w:p>
      <w:r>
        <w:rPr>
          <w:b/>
        </w:rPr>
        <w:t xml:space="preserve">[38:09] </w:t>
      </w:r>
      <w:r>
        <w:t>ab jo hai, kaha usko dekha jata hai, parkha jata hai, research ki jati hai, tehqeeq ki jati hai.</w:t>
      </w:r>
    </w:p>
    <w:p>
      <w:pPr>
        <w:jc w:val="right"/>
      </w:pPr>
      <w:r>
        <w:t>ابجوہے،کہااسکودیکھاجاتا ہے، پرکھاجاتا ہے، ریسرچکیجاتیہے،تحقیقکیجاتیہے۔</w:t>
      </w:r>
    </w:p>
    <w:p>
      <w:r>
        <w:rPr>
          <w:b/>
        </w:rPr>
        <w:t xml:space="preserve">[38:17] </w:t>
      </w:r>
      <w:r>
        <w:t>to wohi zamanah aa gaya yani Islam ke baad, wohi zamanah jo chal raha tha, raij tha, wohi peecha gaya musalmanon par bhi. wohi peecha gaya.</w:t>
      </w:r>
    </w:p>
    <w:p>
      <w:pPr>
        <w:jc w:val="right"/>
      </w:pPr>
      <w:r>
        <w:t>تو وہیزمان ہ آگیا یعنی اسلام کےبعد،وہیزمان ہجوچلرہاتھا،رائجتھا،وہیچھاگیامسلمانوںپربھی۔ وہیچھاگیا۔</w:t>
      </w:r>
    </w:p>
    <w:p>
      <w:r>
        <w:rPr>
          <w:b/>
        </w:rPr>
        <w:t xml:space="preserve">[38:28] </w:t>
      </w:r>
      <w:r>
        <w:t>aaj bhi musalmanon mein reasoned, reasoned argument ka wajood nahin hai.</w:t>
      </w:r>
    </w:p>
    <w:p>
      <w:pPr>
        <w:jc w:val="right"/>
      </w:pPr>
      <w:r>
        <w:t>آجبھی مسلمانوںمیںریزنبیسڈ، ریزنبیسڈارگیومنٹکاوجود ہینہیںہے۔</w:t>
      </w:r>
    </w:p>
    <w:p>
      <w:r>
        <w:rPr>
          <w:b/>
        </w:rPr>
        <w:t xml:space="preserve">[38:35] </w:t>
      </w:r>
      <w:r>
        <w:t>musalmanon ki kitaab jo padhta hoon main, chahe urdu mein ho, arabi mein ho, farsi mein ho, is mein reason ka koi masla nahin hota. woh khitabat, insha par dahi, qiyasi baatein hain, narrative andaaz, yeh chhaaya rehta hai inke upar.</w:t>
      </w:r>
    </w:p>
    <w:p>
      <w:pPr>
        <w:jc w:val="right"/>
      </w:pPr>
      <w:r>
        <w:t>مسلمانوںکیکتاب جوپڑھتاہوںمیں، چاہےاردومیںہو،عربی میںہو،فارسیمیںہو، اسمیںریزنکاکوئیمسئلہنہیںہوتا۔ وہخطابت ،انشاءپردہدی، قیاسیباتیںہیں، نیریٹیوانداز ،یہچھایارہتاہےانکےاوپر۔</w:t>
      </w:r>
    </w:p>
    <w:p>
      <w:r>
        <w:rPr>
          <w:b/>
        </w:rPr>
        <w:t xml:space="preserve">[38:53] </w:t>
      </w:r>
      <w:r>
        <w:t>haqeeqi ma'non mein rational argument ko musalman aaj bhi nahin jaante bilkul. jab ke Islam jo hote hain, reasoned Islam hai,</w:t>
      </w:r>
    </w:p>
    <w:p>
      <w:pPr>
        <w:jc w:val="right"/>
      </w:pPr>
      <w:r>
        <w:t>حقی قیمعنوںمیںریشنلارگیومنٹکومسلمانآجبھینہیںجانتےبالکل۔ جب کہ اسلام جو ہوتےہیں، ریزنبیسڈاسلام ہے،</w:t>
      </w:r>
    </w:p>
    <w:p>
      <w:r>
        <w:rPr>
          <w:b/>
        </w:rPr>
        <w:t xml:space="preserve">[39:04] </w:t>
      </w:r>
      <w:r>
        <w:t>basein is par qaim hain. basein, basein yani Quran mein ahmiyat di gayi basein ko, burhan ko, dalail ko yani daleel par mabni bayanat hone chahiye Quran ke mutabiq.</w:t>
      </w:r>
    </w:p>
    <w:p>
      <w:pPr>
        <w:jc w:val="right"/>
      </w:pPr>
      <w:r>
        <w:t>بین اتپر قائمہے۔بین ات، بین ات یعنیقرآنمیںاہمیتدیگئی بین اتکو، برہانکو ، دلائلکو یعنیدلیلپر مبنی بیاناتہونےچاہیےقرآنکےمط ابق۔</w:t>
      </w:r>
    </w:p>
    <w:p>
      <w:r>
        <w:rPr>
          <w:b/>
        </w:rPr>
        <w:t xml:space="preserve">[39:22] </w:t>
      </w:r>
      <w:r>
        <w:t>qul hatuburhanakum.</w:t>
      </w:r>
    </w:p>
    <w:p>
      <w:pPr>
        <w:jc w:val="right"/>
      </w:pPr>
      <w:r>
        <w:t>قلھاتوبرہان کم۔</w:t>
      </w:r>
    </w:p>
    <w:p>
      <w:r>
        <w:rPr>
          <w:b/>
        </w:rPr>
        <w:t xml:space="preserve">[39:25] </w:t>
      </w:r>
      <w:r>
        <w:t>lekin musalmanon ne kya hua ke zaman e mein jo riwaj tha, woh burhaniyat ka riwaj nahin tha, woh to qiyasat ka riwaj tha.</w:t>
      </w:r>
    </w:p>
    <w:p>
      <w:pPr>
        <w:jc w:val="right"/>
      </w:pPr>
      <w:r>
        <w:t>لیکن مسلمانوںنے کیاہوا کہ زمان ےمیںجورواجتھا، وہ برہانیاتکارواجنہیںتھا، وہ توقیاساتکارواج تھا۔</w:t>
      </w:r>
    </w:p>
    <w:p>
      <w:r>
        <w:rPr>
          <w:b/>
        </w:rPr>
        <w:t xml:space="preserve">[39:37] </w:t>
      </w:r>
      <w:r>
        <w:t>Greek logic jo hai, jo syllogism par qaim hai, is ka riwaj tha. isi par dhal liya unhone Islam ka structure. aaj tak chala ja raha hai.</w:t>
      </w:r>
    </w:p>
    <w:p>
      <w:pPr>
        <w:jc w:val="right"/>
      </w:pPr>
      <w:r>
        <w:t>گریک لاجکجوہے،جو سیلوجزپرقائمہے،اسکارواجتھا۔ اسیپرڈھاللیاانہوںنےاسلام کتھاٹکو۔ آجتکچلاجارہاہے۔</w:t>
      </w:r>
    </w:p>
    <w:p>
      <w:r>
        <w:rPr>
          <w:b/>
        </w:rPr>
        <w:t xml:space="preserve">[39:48] </w:t>
      </w:r>
      <w:r>
        <w:t>musalmanon ke kisi bhi mazmoon ko padhiye, kitaab ko padhiye, unki taqreer ko suniye,</w:t>
      </w:r>
    </w:p>
    <w:p>
      <w:pPr>
        <w:jc w:val="right"/>
      </w:pPr>
      <w:r>
        <w:t>مس لمانوںکےکسی بھی مضمونکوپڑھیے،کتابکوپڑھیے،انکیتقریرکوسنیے،</w:t>
      </w:r>
    </w:p>
    <w:p>
      <w:r>
        <w:rPr>
          <w:b/>
        </w:rPr>
        <w:t xml:space="preserve">[39:55] </w:t>
      </w:r>
      <w:r>
        <w:t>reasoned argument ko woh jaante nahin, bilkul bekhabar hain is se,</w:t>
      </w:r>
    </w:p>
    <w:p>
      <w:pPr>
        <w:jc w:val="right"/>
      </w:pPr>
      <w:r>
        <w:t>ریزنبیسڈارگیومنٹکووہجانتےہینہیں، بالکل بےخبرہیںاسسے،</w:t>
      </w:r>
    </w:p>
    <w:p>
      <w:r>
        <w:rPr>
          <w:b/>
        </w:rPr>
        <w:t xml:space="preserve">[40:03] </w:t>
      </w:r>
      <w:r>
        <w:t>jaante nahin. main ek misaal doon, ek misaal doon, ek bahut mashhoor kitaab hai aur bahut bade aalim ki kitaab hai, Imam Ibn Taymiyyah.</w:t>
      </w:r>
    </w:p>
    <w:p>
      <w:pPr>
        <w:jc w:val="right"/>
      </w:pPr>
      <w:r>
        <w:t>جانتےہینہیں ۔ میںایکمثالدوں، ایک مثالدوں، ایک بہت مشہورکتاب ہےاوربہتبڑ ےعالمکیکتاب ہے، امامابن تیمیہ۔</w:t>
      </w:r>
    </w:p>
    <w:p>
      <w:r>
        <w:rPr>
          <w:b/>
        </w:rPr>
        <w:t xml:space="preserve">[40:18] </w:t>
      </w:r>
      <w:r>
        <w:t>iska kaam, iska naam hai "Al-Saif Al-Maslool 'ala Shatim Al-Rasool".</w:t>
      </w:r>
    </w:p>
    <w:p>
      <w:pPr>
        <w:jc w:val="right"/>
      </w:pPr>
      <w:r>
        <w:t>اسکا کام ،اسکانامہے "الصارب المسلول علی ساتبالرسول"۔</w:t>
      </w:r>
    </w:p>
    <w:p>
      <w:r>
        <w:rPr>
          <w:b/>
        </w:rPr>
        <w:t xml:space="preserve">[40:23] </w:t>
      </w:r>
      <w:r>
        <w:t>moti si kitaab hai. ismein unhone dikhaya hai ke Rasool Allah par jo shatm kare, bura bhala kahe to usko qatl kar do.</w:t>
      </w:r>
    </w:p>
    <w:p>
      <w:pPr>
        <w:jc w:val="right"/>
      </w:pPr>
      <w:r>
        <w:t>موٹیسیکتاب ہے۔ اسمیں انہوںنے دکھایاہےکہ رسولاللہ پرجوشتم کرے، برابھلاکہے تواسکوقتلکردو ۔</w:t>
      </w:r>
    </w:p>
    <w:p>
      <w:r>
        <w:rPr>
          <w:b/>
        </w:rPr>
        <w:t xml:space="preserve">[40:34] </w:t>
      </w:r>
      <w:r>
        <w:t>poori kitaab ka yeh khulasa hai. lekin aap dekhiye, ismein ek bhi rational argument nahin hai. saari kitaab mein yani top ka aadmi hamari tareekh ka hai, top ka aadmi aur kitaab likhta hai, moti si.</w:t>
      </w:r>
    </w:p>
    <w:p>
      <w:pPr>
        <w:jc w:val="right"/>
      </w:pPr>
      <w:r>
        <w:t>پوریکتاب کا یہ خلاصہہے۔ لیکن آپ دیکھیے، اسمیں ایک بھی ریشنلارگیومنٹنہیںہے۔ ساریکتاب میں یعنیٹاپ کاآدمیہماریتاریخ کاہے،ٹاپکاآدمی اورکتاب لکھتاہے، موٹی سی۔</w:t>
      </w:r>
    </w:p>
    <w:p>
      <w:r>
        <w:rPr>
          <w:b/>
        </w:rPr>
        <w:t xml:space="preserve">[40:49] </w:t>
      </w:r>
      <w:r>
        <w:t>aap padh lijiye is kitaab ko, ek bhi ismein koi rational argument nahin hai. rational argument kis cheez ka naam hai?</w:t>
      </w:r>
    </w:p>
    <w:p>
      <w:pPr>
        <w:jc w:val="right"/>
      </w:pPr>
      <w:r>
        <w:t>آپپڑھلیجئےاسکتاب کو، ایک بھیاسمیںکوئیریشنلارگیومنٹنہیںہے۔ ریشنلارگیومنٹکسچیزکانامہے؟</w:t>
      </w:r>
    </w:p>
    <w:p>
      <w:r>
        <w:rPr>
          <w:b/>
        </w:rPr>
        <w:t xml:space="preserve">[40:58] </w:t>
      </w:r>
      <w:r>
        <w:t>yahan is mauqe par ek aadmi yeh daawa karta hai ke koi shakhs agar Rasool Allah ki shatm kare to uska maamla kya hoga? ya qatl haddan,</w:t>
      </w:r>
    </w:p>
    <w:p>
      <w:pPr>
        <w:jc w:val="right"/>
      </w:pPr>
      <w:r>
        <w:t>یہاںاسموقعپر ایک آدمییہدعویٰکرتاہے کہ کوئی شخص اگر رسولاللہکیشتم کرے تو اسکا معاملہکیاہوگا؟یقتلحد اً ،</w:t>
      </w:r>
    </w:p>
    <w:p>
      <w:r>
        <w:rPr>
          <w:b/>
        </w:rPr>
        <w:t xml:space="preserve">[41:13] </w:t>
      </w:r>
      <w:r>
        <w:t>woh qatl kar diya jayega ba taur hadd ke.</w:t>
      </w:r>
    </w:p>
    <w:p>
      <w:pPr>
        <w:jc w:val="right"/>
      </w:pPr>
      <w:r>
        <w:t>وہ قتلکردیاجائےگا بطورحد کے۔</w:t>
      </w:r>
    </w:p>
    <w:p>
      <w:r>
        <w:rPr>
          <w:b/>
        </w:rPr>
        <w:t xml:space="preserve">[41:18] </w:t>
      </w:r>
      <w:r>
        <w:t>yeh hai unka daawa, ya qatl haddan, woh qatl kar diya jayega. lekin kaise saabit hua? yani shariat mein koi qanoon batane ke liye aapko Quran ka reference dena padega, Hadees ka reference dena padega,</w:t>
      </w:r>
    </w:p>
    <w:p>
      <w:pPr>
        <w:jc w:val="right"/>
      </w:pPr>
      <w:r>
        <w:t>یہہےانکادعویٰ،یقتلحد اً، وہقتلکردیاجائےگا۔ لیکن کیسےثابتہوا ؟ یعنیشریعتمیں کوئی قانون بتانےکےلیےآپکوقرآنکاریفرنسدیناپڑےگا، حدیثکاریفرنسدیناپڑےگا،</w:t>
      </w:r>
    </w:p>
    <w:p>
      <w:r>
        <w:rPr>
          <w:b/>
        </w:rPr>
        <w:t xml:space="preserve">[41:34] </w:t>
      </w:r>
      <w:r>
        <w:t>warna yeh aapka apna qanoon ho jayega. yani shaatim ke liye kehna ke yeh qatl haddan kaise saabit hua? to</w:t>
      </w:r>
    </w:p>
    <w:p>
      <w:pPr>
        <w:jc w:val="right"/>
      </w:pPr>
      <w:r>
        <w:t>ورنہیہآپکااپناقانون ہوجائےگا۔ یعنیشاطمکےلیے کہناکہیقتلحداً کیسےثابتہوا ؟ تو</w:t>
      </w:r>
    </w:p>
    <w:p>
      <w:r>
        <w:rPr>
          <w:b/>
        </w:rPr>
        <w:t xml:space="preserve">[41:44] </w:t>
      </w:r>
      <w:r>
        <w:t>is poori kitaab mein na to Quran se koi daleel hai, na Hadees se koi daleel hai. sab qiyasat hain, mafroozat hain, jazbaat hain. bas poori kitaab mein ek Hadees unhone naqal ki hai,</w:t>
      </w:r>
    </w:p>
    <w:p>
      <w:pPr>
        <w:jc w:val="right"/>
      </w:pPr>
      <w:r>
        <w:t>اس پوریکتاب میںنہتوقرآنسےکوئیدلیلہے، نہحدیثسےکوئیدلیلہے۔ سب قیاساتہیں، مفروضاتہیں، جذبات ہیں۔بس پوریکتاب میں ایک حدیث انہوںنےنقلکیہے،</w:t>
      </w:r>
    </w:p>
    <w:p>
      <w:r>
        <w:rPr>
          <w:b/>
        </w:rPr>
        <w:t xml:space="preserve">[41:59] </w:t>
      </w:r>
      <w:r>
        <w:t>uske alfaaz yeh hain ke : "Man sabba Nabiy faqtulooh, man sabba Nabiy faqtulooh".</w:t>
      </w:r>
    </w:p>
    <w:p>
      <w:pPr>
        <w:jc w:val="right"/>
      </w:pPr>
      <w:r>
        <w:t>اسکےالفاظیہہیںکہ : "من سب نبی ف قتلوہ، من سب نبی فقتلوہ"۔</w:t>
      </w:r>
    </w:p>
    <w:p>
      <w:r>
        <w:rPr>
          <w:b/>
        </w:rPr>
        <w:t xml:space="preserve">[42:09] </w:t>
      </w:r>
      <w:r>
        <w:t>jo tumhare Nabi ka sab kare, usko bura kahe to usko qatl kar do. phir khud hi likhte hain ke is Hadees ki koi asal mujhe nahin maloom.</w:t>
      </w:r>
    </w:p>
    <w:p>
      <w:pPr>
        <w:jc w:val="right"/>
      </w:pPr>
      <w:r>
        <w:t>جو تمہارےنبیکا سب کرے، اسکو براکہےتواسکوقتلکردو۔ پھرخودہیلکھتےہیںکہاسحدیثکیکوئیاصلمجھےنہیںمعلوم۔</w:t>
      </w:r>
    </w:p>
    <w:p>
      <w:r>
        <w:rPr>
          <w:b/>
        </w:rPr>
        <w:t xml:space="preserve">[42:20] </w:t>
      </w:r>
      <w:r>
        <w:t>aur aur likhte hain ke agar yeh hadees saabit ho jaye to yeh nas hoga, yani textual saboot hoga. lekin sawal yeh hai ke ulama kehte hain jis hadees ko ibn taimiya na jaane, woh hadees hai hi nahin hai.</w:t>
      </w:r>
    </w:p>
    <w:p>
      <w:pPr>
        <w:jc w:val="right"/>
      </w:pPr>
      <w:r>
        <w:t>اور اورلکھتےہیںکہاگریہحدیثثابتہوجائے تو یہ نسہوگا، یعنی ٹیکسچول ثبوتہوگا۔ لیکن سوالیہہےکہ علم اءکہتےہیں جسحدیثکو ابن تیمیہنہجانے،وہحدیثہینہیںہے۔</w:t>
      </w:r>
    </w:p>
    <w:p>
      <w:r>
        <w:rPr>
          <w:b/>
        </w:rPr>
        <w:t xml:space="preserve">[42:37] </w:t>
      </w:r>
      <w:r>
        <w:t>haafiz ibn taimiya kaha jata hai inko. dekhein, pehle zamane mein lafz haafiz boltatha, haafiz hadees ke liye, haafiz quran ke liye nahin. aajkal jab bolte hain lafz haafiz, iska matlab hota hai haafiz quran.</w:t>
      </w:r>
    </w:p>
    <w:p>
      <w:pPr>
        <w:jc w:val="right"/>
      </w:pPr>
      <w:r>
        <w:t>حافظ ابنتیمیہکہاجاتاہےانکو ۔ دیکھیں،پہلے زمانےمیںلفظحافظبولتاتھا،حافظ حدیثکےلیے ، حافظ قرآنکےلیےنہیں۔ آجکلجببولتےہیںلفظحافظ ، اسکامطلبہوتاہےحافظ قرآن ۔</w:t>
      </w:r>
    </w:p>
    <w:p>
      <w:r>
        <w:rPr>
          <w:b/>
        </w:rPr>
        <w:t xml:space="preserve">[42:50] </w:t>
      </w:r>
      <w:r>
        <w:t>pehley zamane mein aesa nahin tha. to haafiz, haafiz ibn taimiya ke maani hain ke hadees ka haafiz. to hadees ke mamle mein samjha jata hai ke woh bohat bade haafiz thay hadees ke,</w:t>
      </w:r>
    </w:p>
    <w:p>
      <w:pPr>
        <w:jc w:val="right"/>
      </w:pPr>
      <w:r>
        <w:t>پہلے زمانےمیںایسانہیںتھا۔ تو حافظ ، حافظ ابنتیمیہکےمعنیہیںکہ حدیث کاحافظ ۔ تو حدیث وں کے معاملےمیں سمجھاجاتاہےکہوہ بہت بڑےحافظ تھےحدیثوںکے،</w:t>
      </w:r>
    </w:p>
    <w:p>
      <w:r>
        <w:rPr>
          <w:b/>
        </w:rPr>
        <w:t xml:space="preserve">[43:05] </w:t>
      </w:r>
      <w:r>
        <w:t>yahan tak ke jis hadees ke bare mein woh na jante hon, woh hadees hai hi nahin hai. ab bataein ke woh aesa aadmi likhta hai aesa kitaab mein kaha agar yeh saabit ho jaye ke hadees hai to yeh ek nas ho jayegi.</w:t>
      </w:r>
    </w:p>
    <w:p>
      <w:pPr>
        <w:jc w:val="right"/>
      </w:pPr>
      <w:r>
        <w:t>یہاںتککہجسحدیثکےبارےمیں وہ نہجانتےہوں،وہحدیثہینہیںہے۔ اببتائیںکہوہایساآدمیلکھتاہے اساسکتاب میں کہاگر یہثابتہوجائےکہحدیثہے تو یہایک نسہوجائےگی۔</w:t>
      </w:r>
    </w:p>
    <w:p>
      <w:r>
        <w:rPr>
          <w:b/>
        </w:rPr>
        <w:t xml:space="preserve">[43:18] </w:t>
      </w:r>
      <w:r>
        <w:t>lekin sawal yeh hai ke saabit to saabit hai hi nahin hai, woh to kisi ka banaya hua qaul hai. yeh hai irrational argument, illogical argument.</w:t>
      </w:r>
    </w:p>
    <w:p>
      <w:pPr>
        <w:jc w:val="right"/>
      </w:pPr>
      <w:r>
        <w:t>لیکن سوالیہہےکہثابتتوثابتہینہیںہے، وہتو کسی کا بنایاہوا قولہے۔ یہہے ارریشنلارگیومنٹ، ال لاجیکلارگیومنٹ۔</w:t>
      </w:r>
    </w:p>
    <w:p>
      <w:r>
        <w:rPr>
          <w:b/>
        </w:rPr>
        <w:t xml:space="preserve">[43:32] </w:t>
      </w:r>
      <w:r>
        <w:t>saari kitaab mein, jis kitaab ko aap parhiye, main inshallah bataunga ke is mein kis tarah illogical argument hote hain, kis tarah irrational argument hote hain. kisi bhi kitaab ko aap bataiye mujhe,</w:t>
      </w:r>
    </w:p>
    <w:p>
      <w:pPr>
        <w:jc w:val="right"/>
      </w:pPr>
      <w:r>
        <w:t>ساری کتاب یں، جس کتاب کو آپپڑھیے،میںانشاءاللہبتاؤںگاکہاسمیںکسطرح اللاجیکلارگیومنٹہوتےہیں، کسطرحارریشنلارگیومنٹہوتےہیں۔ کسی بھیکتاب کوآپبتائیےمجھے،</w:t>
      </w:r>
    </w:p>
    <w:p>
      <w:r>
        <w:rPr>
          <w:b/>
        </w:rPr>
        <w:t xml:space="preserve">[43:46] </w:t>
      </w:r>
      <w:r>
        <w:t>kisi arbi ki ya kisi non-arbi ki,</w:t>
      </w:r>
    </w:p>
    <w:p>
      <w:pPr>
        <w:jc w:val="right"/>
      </w:pPr>
      <w:r>
        <w:t>کسی عرب کییا کسی نانعرب کی،</w:t>
      </w:r>
    </w:p>
    <w:p>
      <w:r>
        <w:rPr>
          <w:b/>
        </w:rPr>
        <w:t xml:space="preserve">[43:52] </w:t>
      </w:r>
      <w:r>
        <w:t>kisi mein irrational argument nahin hota.</w:t>
      </w:r>
    </w:p>
    <w:p>
      <w:pPr>
        <w:jc w:val="right"/>
      </w:pPr>
      <w:r>
        <w:t>کسی میںریشنلارگیومنٹنہیںہوتا۔</w:t>
      </w:r>
    </w:p>
    <w:p>
      <w:r>
        <w:rPr>
          <w:b/>
        </w:rPr>
        <w:t xml:space="preserve">[43:55] </w:t>
      </w:r>
      <w:r>
        <w:t>hawaa-e-daleel, qayaas-e-daleel, jazbaati daleel, inshaa-e-daleel, khateebana daleel hoti hai. bas ab dekhiye ke quran ne kaha tha: "qul haato burhanakum" yani istadlal ko burhan par khara karo.</w:t>
      </w:r>
    </w:p>
    <w:p>
      <w:pPr>
        <w:jc w:val="right"/>
      </w:pPr>
      <w:r>
        <w:t>ہو ائیدلیل ،قیاسیدلیل ،جذباتیدلیل ، انشائیدلیل ، خطیبان ہدلیلہوتیہے۔بس ابدیکھیےکہ قرآننے کہاتھا: "قلت ھاتوبرہانکم" یعنی استدلالکوبرہانپرکھڑاکرو۔</w:t>
      </w:r>
    </w:p>
    <w:p>
      <w:r>
        <w:rPr>
          <w:b/>
        </w:rPr>
        <w:t xml:space="preserve">[44:13] </w:t>
      </w:r>
      <w:r>
        <w:t>yeh to wohi hai jo aaj science kehti hai ke facts and figures par dil ko qaim karna chahiye.</w:t>
      </w:r>
    </w:p>
    <w:p>
      <w:pPr>
        <w:jc w:val="right"/>
      </w:pPr>
      <w:r>
        <w:t>یہتووہیہےجوآج سائنسکہتیہے کہ فیکٹساینڈفگرپر دل کوقائمکرناچاہیے۔</w:t>
      </w:r>
    </w:p>
    <w:p>
      <w:r>
        <w:rPr>
          <w:b/>
        </w:rPr>
        <w:t xml:space="preserve">[44:22] </w:t>
      </w:r>
      <w:r>
        <w:t>yeh science kehti hai ke tumhare paas facts and figures hone chahiye. wohi to quran mein hai: "qul haato burhanakum". to quran ne introduce kiya tha tareekh mein is usool ko ke argument rational hona chahiye,</w:t>
      </w:r>
    </w:p>
    <w:p>
      <w:pPr>
        <w:jc w:val="right"/>
      </w:pPr>
      <w:r>
        <w:t>یہیسائنسکہتیہے کہتمہارےپاسفیکٹساینڈفگرہونےچاہیے۔ وہیتوقرآنمیںہے:"قلتھاتوبرہانکم"۔توقرآننے انٹروڈیوسکیا تھاتاریخ میں اس اصولکو کہ ارگیومنٹ ریشنلہوناچاہیے،</w:t>
      </w:r>
    </w:p>
    <w:p>
      <w:r>
        <w:rPr>
          <w:b/>
        </w:rPr>
        <w:t xml:space="preserve">[44:41] </w:t>
      </w:r>
      <w:r>
        <w:t>mabni bar aql, mabni bar haqaaq hona chahiye. lekin kyunke zamane mein raawaj nahin tha, to musalman isi par chal pade jo jo zamane ka raawaj tha,</w:t>
      </w:r>
    </w:p>
    <w:p>
      <w:pPr>
        <w:jc w:val="right"/>
      </w:pPr>
      <w:r>
        <w:t>مبنیبرعقل،مبنیبرحقائقہوناچاہیے۔ لیکن چونکہ زمان ےمیںرواجنہیںتھا، تو مسلمان اسیپرچلپڑےجو جو جوزمانےکارواجتھا،</w:t>
      </w:r>
    </w:p>
    <w:p>
      <w:r>
        <w:rPr>
          <w:b/>
        </w:rPr>
        <w:t xml:space="preserve">[44:54] </w:t>
      </w:r>
      <w:r>
        <w:t>jo zamane ka raawaj tha, isi par chal pade ke narrative andaaz mein keh diya, tab bhi baat saabit ho gayi. qayaas se keh diya, tab bhi saabit ho gayi. yeh baat khateebana andaaz mein keh diya, tab bhi baat saabit ho gayi. kal mere paas arbi ki teen kitaab aayi hain, ek mashhoor aalim ki,</w:t>
      </w:r>
    </w:p>
    <w:p>
      <w:pPr>
        <w:jc w:val="right"/>
      </w:pPr>
      <w:r>
        <w:t>جوزمانےکارواجتھا،اسیپرچلپڑے کہ نیریٹیواندازمیںکہہدیا،تببھیباتثابتہوگئی ۔ قیاسسےکہہدیا،تببھیثابتہوگئی۔یہبات خطیبانہاندازمیںکہہدیا،تببھیباتثابتہوگئی۔کلمیرےپاس عربی کی تینکتاب یںآئیںہیں، ایک مشہورعالمکی،</w:t>
      </w:r>
    </w:p>
    <w:p>
      <w:r>
        <w:rPr>
          <w:b/>
        </w:rPr>
        <w:t xml:space="preserve">[45:11] </w:t>
      </w:r>
      <w:r>
        <w:t>arbi ki. uska ek chapter maine parhaya aur dhuan dhaar ek baat keh rahe hain. iske andar daleel kuch nahin. aapko shaq ho to mere paas aaiye, main dikhaunga aapko kitaab.</w:t>
      </w:r>
    </w:p>
    <w:p>
      <w:pPr>
        <w:jc w:val="right"/>
      </w:pPr>
      <w:r>
        <w:t>عربیکی۔ اسکاایکچیپٹرمیںنےپڑھوایا اور دھواںدھار ایکباتکہہرہےہیں۔اسکےاندر دلیلکچھنہیں ۔ آپکوشک ہوتومیرےپاسآئیے،میںدکھاؤںگاآپکوکتاب ۔</w:t>
      </w:r>
    </w:p>
    <w:p>
      <w:r>
        <w:rPr>
          <w:b/>
        </w:rPr>
        <w:t xml:space="preserve">[45:27] </w:t>
      </w:r>
      <w:r>
        <w:t>to gaya ke islam ne introduce kiya tha rational argument ko, beech mein hadaf ho gaya. musalmanon ne jo literature paida kiya, woh zamani asar se magloob ho gaya.</w:t>
      </w:r>
    </w:p>
    <w:p>
      <w:pPr>
        <w:jc w:val="right"/>
      </w:pPr>
      <w:r>
        <w:t>تو گیا کہ اسلام نے انٹروڈیوسکیاتھا ریشنلارگیومنٹکو، بیچمیںہدفہوگیا۔ مسلمانوںنےجولیٹرپیدا کیا،وہ زمانی اثرسے مغلوبہوگیا۔</w:t>
      </w:r>
    </w:p>
    <w:p>
      <w:r>
        <w:rPr>
          <w:b/>
        </w:rPr>
        <w:t xml:space="preserve">[45:39] </w:t>
      </w:r>
      <w:r>
        <w:t>zamani asar se. ab kya hai? ab hum isee ko laayein, phir isiya salook ko, burhani salook ko. burhani salook jo quran mein bataya gaya tha, isi ka naam hai rational salook.</w:t>
      </w:r>
    </w:p>
    <w:p>
      <w:pPr>
        <w:jc w:val="right"/>
      </w:pPr>
      <w:r>
        <w:t>زمانی اثرسے ۔ ابکیاہے؟ابہماسیکو لائیں،پھراسیاسلوبکو، برہانیاسلوبکو۔ برہانیاسلوبجوقرآنمیںبتایاگیاتھا، اسیکانامہےریشنلاسلوب۔</w:t>
      </w:r>
    </w:p>
    <w:p>
      <w:r>
        <w:rPr>
          <w:b/>
        </w:rPr>
        <w:t xml:space="preserve">[45:53] </w:t>
      </w:r>
      <w:r>
        <w:t>rational salook</w:t>
      </w:r>
    </w:p>
    <w:p>
      <w:pPr>
        <w:jc w:val="right"/>
      </w:pPr>
      <w:r>
        <w:t>ریشنلاسلوب</w:t>
      </w:r>
    </w:p>
    <w:p>
      <w:r>
        <w:rPr>
          <w:b/>
        </w:rPr>
        <w:t xml:space="preserve">[45:56] </w:t>
      </w:r>
      <w:r>
        <w:t>yeh hai tajdeed ya ahyaa ke original islam mein, asali islam mein, khuda ke utare hue islam mein jo burhani salook bataya gaya tha, yani rational salook, usko zinda karo.</w:t>
      </w:r>
    </w:p>
    <w:p>
      <w:pPr>
        <w:jc w:val="right"/>
      </w:pPr>
      <w:r>
        <w:t>یہ ہے تجدید یا احیاء کہ اوریجنلاسلام میں، اصلاسلام میں ،خداکےاتارےہوئے اسلام میں جو برہانیاسلوببتایاگیاتھا، یعنی ریشنلاسلوب، اسکو زندہکرو ۔</w:t>
      </w:r>
    </w:p>
    <w:p>
      <w:r>
        <w:rPr>
          <w:b/>
        </w:rPr>
        <w:t xml:space="preserve">[46:15] </w:t>
      </w:r>
      <w:r>
        <w:t>beech mein chhaat do yeh sab, yeh man made islam ko hata do, man made islam ko hata do, yani muslim made islam ko hata do aur god's truth islam jo hai, god made islam, usko wapas lao.</w:t>
      </w:r>
    </w:p>
    <w:p>
      <w:pPr>
        <w:jc w:val="right"/>
      </w:pPr>
      <w:r>
        <w:t>بیچہٹادویہسب ، یہ مین میڈاسلام کوہٹادو،مینمیڈاسلامکوہٹادو،یعنیمسلممیڈاسلام کوہٹادو اور گاڈ سچاسلام جوہے، گاڈمیڈاسلام،اسکوواپسلاؤ۔</w:t>
      </w:r>
    </w:p>
    <w:p>
      <w:r>
        <w:rPr>
          <w:b/>
        </w:rPr>
        <w:t xml:space="preserve">[46:27] </w:t>
      </w:r>
      <w:r>
        <w:t>yani burhaniyat par qaim karo, rational argument do, reason se baat karo. mere khilaaf bohat sari kitaab chapi hain, mazameen chhape hain,</w:t>
      </w:r>
    </w:p>
    <w:p>
      <w:pPr>
        <w:jc w:val="right"/>
      </w:pPr>
      <w:r>
        <w:t>یعنی برہانیاتپرقائمکرو، ریشنلارگیومنٹدو، ریزنسےباتکرو۔ میرےخلاف بہت ساری کتاب یںچھپیہیں، مضامینچھپےہیں،</w:t>
      </w:r>
    </w:p>
    <w:p>
      <w:r>
        <w:rPr>
          <w:b/>
        </w:rPr>
        <w:t xml:space="preserve">[46:41] </w:t>
      </w:r>
      <w:r>
        <w:t>main unko padhta hoon</w:t>
      </w:r>
    </w:p>
    <w:p>
      <w:pPr>
        <w:jc w:val="right"/>
      </w:pPr>
      <w:r>
        <w:t>میںانکو پڑھتاہوں</w:t>
      </w:r>
    </w:p>
    <w:p>
      <w:r>
        <w:rPr>
          <w:b/>
        </w:rPr>
        <w:t xml:space="preserve">[46:43] </w:t>
      </w:r>
      <w:r>
        <w:t>. ek bhi mere khilaaf koi daleel nahin di gayi. woh kitaab likh rahi hain, kitaab chhap rahi hain,</w:t>
      </w:r>
    </w:p>
    <w:p>
      <w:pPr>
        <w:jc w:val="right"/>
      </w:pPr>
      <w:r>
        <w:t>۔ ایک بھیمیرےخلاف کوئیدلیلنہیںدیگئی۔ وہکتاب یںلکھرہیہیں،کتابیںچھپرہیہیں،</w:t>
      </w:r>
    </w:p>
    <w:p>
      <w:r>
        <w:rPr>
          <w:b/>
        </w:rPr>
        <w:t xml:space="preserve">[46:52] </w:t>
      </w:r>
      <w:r>
        <w:t>baqaida mere khilaaf kitaab chapi hain, mazameen chhapte rehte hain. barabar, abhi bhi taaza shumarah ek ek sahib ne ek mashhoor percha hai, us mein mere khilaaf chhapah hai.</w:t>
      </w:r>
    </w:p>
    <w:p>
      <w:pPr>
        <w:jc w:val="right"/>
      </w:pPr>
      <w:r>
        <w:t>باقاعدہمیرےخلاف کتاب یں چھپیہیں،مضامینچھپتےرہتےہیں۔ برابر ،ابھیبھی تازہ شمارہایکایکصاحب نے ایک مشہورپرچہہے،اسمیںمیرےخلاف چھپاہے۔</w:t>
      </w:r>
    </w:p>
    <w:p>
      <w:r>
        <w:rPr>
          <w:b/>
        </w:rPr>
        <w:t xml:space="preserve">[47:04] </w:t>
      </w:r>
      <w:r>
        <w:t>ek bhi iske andar daleel nahin.</w:t>
      </w:r>
    </w:p>
    <w:p>
      <w:pPr>
        <w:jc w:val="right"/>
      </w:pPr>
      <w:r>
        <w:t>ایک بھیاسکےاندردلیلنہیں۔</w:t>
      </w:r>
    </w:p>
    <w:p>
      <w:r>
        <w:rPr>
          <w:b/>
        </w:rPr>
        <w:t xml:space="preserve">[47:07] </w:t>
      </w:r>
      <w:r>
        <w:t>sab wohi insaani salook, khateebana salook mein poora mazmoon hai unka. to yeh kya hai?</w:t>
      </w:r>
    </w:p>
    <w:p>
      <w:pPr>
        <w:jc w:val="right"/>
      </w:pPr>
      <w:r>
        <w:t>سب وہی انسائیہاسلوب،خطیبانہاسلوب میں پورامضمونہےانکا۔ تویہکیاہے؟</w:t>
      </w:r>
    </w:p>
    <w:p>
      <w:r>
        <w:rPr>
          <w:b/>
        </w:rPr>
        <w:t xml:space="preserve">[47:17] </w:t>
      </w:r>
      <w:r>
        <w:t>islam ne introduce kiyatha burhani asloob ko ya rational asloob ko, lekin zaman e ka asar galib raha.</w:t>
      </w:r>
    </w:p>
    <w:p>
      <w:pPr>
        <w:jc w:val="right"/>
      </w:pPr>
      <w:r>
        <w:t>اسلام نے انٹروڈیوسکیاتھا برہانیاسلوبکو یا ریشنلاسلوبکو ،لیکن زمان ے کااثرغالبرہا۔</w:t>
      </w:r>
    </w:p>
    <w:p>
      <w:r>
        <w:rPr>
          <w:b/>
        </w:rPr>
        <w:t xml:space="preserve">[47:27] </w:t>
      </w:r>
      <w:r>
        <w:t>musalman is ko ikhtiyar na kar sake aur hazar saal tak jo kitaben chhapi gayeen, woh isi zamani asloob par theen. woh</w:t>
      </w:r>
    </w:p>
    <w:p>
      <w:pPr>
        <w:jc w:val="right"/>
      </w:pPr>
      <w:r>
        <w:t>مس لماناسکو اختیارنہکرسکے اور ہزار سالتکجوکتاب یںچھاپیگئیں، وہ اسی زمانی اسلوبپرتھیں۔وہ</w:t>
      </w:r>
    </w:p>
    <w:p>
      <w:r>
        <w:rPr>
          <w:b/>
        </w:rPr>
        <w:t xml:space="preserve">[47:36] </w:t>
      </w:r>
      <w:r>
        <w:t>ab zamanah, ab jab islami scientific inqilab aaya to scientific inqilab par woh maloom hua ke yeh to relevant nahin hai, is standard par nahin utarti hai.</w:t>
      </w:r>
    </w:p>
    <w:p>
      <w:pPr>
        <w:jc w:val="right"/>
      </w:pPr>
      <w:r>
        <w:t>اب زمان ہ، ابجب اسلامی سائنسیانقلابآیا تو سائنسی انقلابپروہ معلومہواکہیہتو ریلیونٹنہیںہے، اس سٹینڈرڈپورینہیںاترتیہے۔</w:t>
      </w:r>
    </w:p>
    <w:p>
      <w:r>
        <w:rPr>
          <w:b/>
        </w:rPr>
        <w:t xml:space="preserve">[47:48] </w:t>
      </w:r>
      <w:r>
        <w:t>to Barelvi ne kaha ke hamein ek scientific religion chahiye. main kahunga wohi toh hai islam, wohi toh hai islam.</w:t>
      </w:r>
    </w:p>
    <w:p>
      <w:pPr>
        <w:jc w:val="right"/>
      </w:pPr>
      <w:r>
        <w:t>تو بریلوےنےکہاکہہمیںایکسائنٹیفکریلیجنچاہیے۔ میںکہوںگاوہیتوہےاسلام ، وہیتوہےاسلام ۔</w:t>
      </w:r>
    </w:p>
    <w:p>
      <w:r>
        <w:rPr>
          <w:b/>
        </w:rPr>
        <w:t xml:space="preserve">[47:58] </w:t>
      </w:r>
      <w:r>
        <w:t>ab hamein kya karna hai? tajdeed karna hai, ahya karna hai, zindah karna hai, is ko revive karna hai.</w:t>
      </w:r>
    </w:p>
    <w:p>
      <w:pPr>
        <w:jc w:val="right"/>
      </w:pPr>
      <w:r>
        <w:t>ابہمیںکیاکرناہے؟ تجدیدکرناہے، اح یاءکرناہے، زندہکرناہے،اسکوریوائیوکرناہے۔</w:t>
      </w:r>
    </w:p>
    <w:p>
      <w:r>
        <w:rPr>
          <w:b/>
        </w:rPr>
        <w:t xml:space="preserve">[48:05] </w:t>
      </w:r>
      <w:r>
        <w:t>isi burhani asloob ko, jis asloob ko quran mein burhani asloob kaha gaya hai, isi ka naam hai rational asloob, reason based argument.</w:t>
      </w:r>
    </w:p>
    <w:p>
      <w:pPr>
        <w:jc w:val="right"/>
      </w:pPr>
      <w:r>
        <w:t>اسی برہانی اسلوبکو ،جس اسلوبکوقرآنمیںبرہانیاسلوبکہاگیاہے،اسیکانامہےریشنلاسلوب، ریزنبیسڈارگیومنٹ۔</w:t>
      </w:r>
    </w:p>
    <w:p>
      <w:r>
        <w:rPr>
          <w:b/>
        </w:rPr>
        <w:t xml:space="preserve">[48:14] </w:t>
      </w:r>
      <w:r>
        <w:t>is ko hum wapas layen to insan chala uthega ke yeh toh, yeh toh chahiye tha. hadha al matloob.</w:t>
      </w:r>
    </w:p>
    <w:p>
      <w:pPr>
        <w:jc w:val="right"/>
      </w:pPr>
      <w:r>
        <w:t>اسکوہمواپسلائیں تو انسان چلااٹھےگاکہیہیتو، یہیتوچاہیےتھا۔ ھذاالم طلوب۔</w:t>
      </w:r>
    </w:p>
    <w:p>
      <w:r>
        <w:rPr>
          <w:b/>
        </w:rPr>
        <w:t xml:space="preserve">[48:25] </w:t>
      </w:r>
      <w:r>
        <w:t>Barelvi ke manne wale chala uthenge ke hadha matloob, yeh toh hum chahte the.</w:t>
      </w:r>
    </w:p>
    <w:p>
      <w:pPr>
        <w:jc w:val="right"/>
      </w:pPr>
      <w:r>
        <w:t>بریلوےکےماننےوالےچلااٹھیںگےکہھذا المطلوب، یہیتوہمچاہتےتھے۔</w:t>
      </w:r>
    </w:p>
    <w:p>
      <w:r>
        <w:rPr>
          <w:b/>
        </w:rPr>
        <w:t xml:space="preserve">[48:32] </w:t>
      </w:r>
      <w:r>
        <w:t>yeh hai tajdeed, ahya, ahya e deen.</w:t>
      </w:r>
    </w:p>
    <w:p>
      <w:pPr>
        <w:jc w:val="right"/>
      </w:pPr>
      <w:r>
        <w:t>یہہے تجدید، اح یاء ،احیائےدین۔</w:t>
      </w:r>
    </w:p>
    <w:p>
      <w:r>
        <w:rPr>
          <w:b/>
        </w:rPr>
        <w:t xml:space="preserve">[48:39] </w:t>
      </w:r>
      <w:r>
        <w:t>ab quran majeed ko aap padhen to is mein sari nature ki baaten hoti hain. zameen par ghor karo, aasman par ghor karo, barish ko dekho, is mein tumhein tazkirah hai, is mein tumhein Khuda ki ma'rifat milegi. is mein misal ke taur par aap Surah Aal-e-Imran ka aakhri ruku padhiye:</w:t>
      </w:r>
    </w:p>
    <w:p>
      <w:pPr>
        <w:jc w:val="right"/>
      </w:pPr>
      <w:r>
        <w:t>ابقرآنمجیدکوآپپڑھیںتواسمیںسارانیچرکیباتیںہوتیہیں۔ زمین پرغورکرو،آسمان پرغورکرو، بارشکودیکھو، اس میںتمہیں تذکیرہے،اسمیںتمہیں خداکیمعرفتملےگی۔اسمیں مثالکےطورپرآپسورہ آلعمرانکاآخریرکوعپڑھیے:</w:t>
      </w:r>
    </w:p>
    <w:p>
      <w:r>
        <w:rPr>
          <w:b/>
        </w:rPr>
        <w:t xml:space="preserve">[48:57] </w:t>
      </w:r>
      <w:r>
        <w:t>"inna fi khalqi samawati wal ardh"</w:t>
      </w:r>
    </w:p>
    <w:p>
      <w:pPr>
        <w:jc w:val="right"/>
      </w:pPr>
      <w:r>
        <w:t>"إنفيخلق السماوات والارض"</w:t>
      </w:r>
    </w:p>
    <w:p>
      <w:r>
        <w:rPr>
          <w:b/>
        </w:rPr>
        <w:t xml:space="preserve">[48:59] </w:t>
      </w:r>
      <w:r>
        <w:t>. sara aap lagta hai ke zameen o aasman par ghor karne se sari ma'rifat ke darwaze khulte hain. aur hamare ulama ka haal kya hai? hua zamani asar se.</w:t>
      </w:r>
    </w:p>
    <w:p>
      <w:pPr>
        <w:jc w:val="right"/>
      </w:pPr>
      <w:r>
        <w:t>۔ ساراآپلگتاہےکہ زمین وآسمان پرغورکرنے سےساریمعرفت کےدروازےکھلتےہیں۔ اور ہمارےعلماءکاحالکیاہے؟ہوا زمانی اثرسے۔</w:t>
      </w:r>
    </w:p>
    <w:p>
      <w:r>
        <w:rPr>
          <w:b/>
        </w:rPr>
        <w:t xml:space="preserve">[49:12] </w:t>
      </w:r>
      <w:r>
        <w:t>zamani asar se main ek waqia arz karun ke Shah Waliullah sahib ke walid jo the, woh Sufi the.</w:t>
      </w:r>
    </w:p>
    <w:p>
      <w:pPr>
        <w:jc w:val="right"/>
      </w:pPr>
      <w:r>
        <w:t>زمانی اثرسے میںایکواقع ہعرضکروں کہ شاہ اللہ صاحب کے والد جوتھے،وہ صوفیتھے۔</w:t>
      </w:r>
    </w:p>
    <w:p>
      <w:r>
        <w:rPr>
          <w:b/>
        </w:rPr>
        <w:t xml:space="preserve">[49:22] </w:t>
      </w:r>
      <w:r>
        <w:t>Shah Waliullah sahib bohat bade aalim maane jaate hain, kapke ulama mein un ka shumar hota hai.</w:t>
      </w:r>
    </w:p>
    <w:p>
      <w:pPr>
        <w:jc w:val="right"/>
      </w:pPr>
      <w:r>
        <w:t>شاہ اللہصاحببہتبڑےعالممانےجاتےہیں، کاپکے علماءمیںانکاشمارہوتاہے۔</w:t>
      </w:r>
    </w:p>
    <w:p>
      <w:r>
        <w:rPr>
          <w:b/>
        </w:rPr>
        <w:t xml:space="preserve">[49:29] </w:t>
      </w:r>
      <w:r>
        <w:t>to to jab woh kam kam kam san the, naujawan ki umar mein the, to ek baar apne kuch saahibiyon ke saath woh bahar chale gaye, bagh mein chale gaye.</w:t>
      </w:r>
    </w:p>
    <w:p>
      <w:pPr>
        <w:jc w:val="right"/>
      </w:pPr>
      <w:r>
        <w:t>تو توجب وہ کم کمکم سن تھے، نوجوانیکیعمر میںتھے، توایکبار اپنےکچھساتھیوںکےساتھ وہ باہرچلےگئے، باغمیںچلےگئے۔</w:t>
      </w:r>
    </w:p>
    <w:p>
      <w:r>
        <w:rPr>
          <w:b/>
        </w:rPr>
        <w:t xml:space="preserve">[49:44] </w:t>
      </w:r>
      <w:r>
        <w:t>kuch der mein wapas aaye to walid ne un se poocha ke kahan gaye the? unhon ne kaha ke main bagh mein chala gaya tha. to kaha tum ne waqt zaya kiya, itni der tum ne murakabah kiya hota,</w:t>
      </w:r>
    </w:p>
    <w:p>
      <w:pPr>
        <w:jc w:val="right"/>
      </w:pPr>
      <w:r>
        <w:t>کچھدیرمیںواپسآئے تووالد نےانسےپوچھا کہکہاںگئےتھے؟ انہوںنےکہاکہمیںباغمیںچلاگیا تھا۔ توکہاتمنےوقتضائعکیا، اتنیدیرتمنےمراقبہکیا ہوتا،</w:t>
      </w:r>
    </w:p>
    <w:p>
      <w:r>
        <w:rPr>
          <w:b/>
        </w:rPr>
        <w:t xml:space="preserve">[49:59] </w:t>
      </w:r>
      <w:r>
        <w:t>itni der tum ne jo tareeq tareeq hain tasawwuf ke, us par amal kiya hota. ab dekhiye ke woh jo woh, un ka zehn kya tha ke tazkiyah jo hota hai, woh woh kamre mein murakabah band karke, aankhen band karke murakabah karne se hota hai.</w:t>
      </w:r>
    </w:p>
    <w:p>
      <w:pPr>
        <w:jc w:val="right"/>
      </w:pPr>
      <w:r>
        <w:t>اتنیدیرتم نے جو طریقطریقےہیںتص وفکے، اسپرعملکیا ہوتا۔ ابدیکھیےکہوہجوہیں، انکاذہنکیاتھا کہ تزکیہجوہوتاہے، وہ وہ کمرےمیں مراقبہبندکرکے،آنکھیںبندکرکےمراقبہکرنےسےہوتاہے۔</w:t>
      </w:r>
    </w:p>
    <w:p>
      <w:r>
        <w:rPr>
          <w:b/>
        </w:rPr>
        <w:t xml:space="preserve">[50:20] </w:t>
      </w:r>
      <w:r>
        <w:t>ab bagh mein jo Khuda ke jalwe hain,</w:t>
      </w:r>
    </w:p>
    <w:p>
      <w:pPr>
        <w:jc w:val="right"/>
      </w:pPr>
      <w:r>
        <w:t>اب باغمیںجوخداکی جلوےہیں،</w:t>
      </w:r>
    </w:p>
    <w:p>
      <w:r>
        <w:rPr>
          <w:b/>
        </w:rPr>
        <w:t xml:space="preserve">[50:25] </w:t>
      </w:r>
      <w:r>
        <w:t>is mein is mein murakabah, is mein tazkiyah ka saaman nahin.</w:t>
      </w:r>
    </w:p>
    <w:p>
      <w:pPr>
        <w:jc w:val="right"/>
      </w:pPr>
      <w:r>
        <w:t>اسمیں اسمیںمراقبہ،اسمیں تزکیہکاساماننہیں ۔</w:t>
      </w:r>
    </w:p>
    <w:p>
      <w:r>
        <w:rPr>
          <w:b/>
        </w:rPr>
        <w:t xml:space="preserve">[50:36] </w:t>
      </w:r>
      <w:r>
        <w:t>main abhi apne ghar mein barishon mein, dhoop mein baitha tha to darakht nazar aate the har taraf, hare bhare.</w:t>
      </w:r>
    </w:p>
    <w:p>
      <w:pPr>
        <w:jc w:val="right"/>
      </w:pPr>
      <w:r>
        <w:t>میں ابھی اپنے گھرمیں بارشوںمیں،دھوپمیںبیٹھاتھا تو درخت نظر آتےتھےہرطرف ،ہرےہرے۔</w:t>
      </w:r>
    </w:p>
    <w:p>
      <w:r>
        <w:rPr>
          <w:b/>
        </w:rPr>
        <w:t xml:space="preserve">[50:46] </w:t>
      </w:r>
      <w:r>
        <w:t>to main ne socha ke yeh darakht kitna bada kaam kar rahe hain,</w:t>
      </w:r>
    </w:p>
    <w:p>
      <w:pPr>
        <w:jc w:val="right"/>
      </w:pPr>
      <w:r>
        <w:t>تو میںنےسوچاکہیہدرختکتنابڑاکامکررہےہیں،</w:t>
      </w:r>
    </w:p>
    <w:p>
      <w:r>
        <w:rPr>
          <w:b/>
        </w:rPr>
        <w:t xml:space="preserve">[50:51] </w:t>
      </w:r>
      <w:r>
        <w:t>kitna bada kaam kar rahe hain. main jab exhale karta hoon to main carbon nikalta hoon, jo madah hai, woh darakht us ko le leta hai.</w:t>
      </w:r>
    </w:p>
    <w:p>
      <w:pPr>
        <w:jc w:val="right"/>
      </w:pPr>
      <w:r>
        <w:t>کتنابڑاکام کررہےہیں۔ میں جب ایکسہیلکرتاہوںتومیں کاربننکالتاہوں، جو مدرہے، وہدرختاسکولےلیتاہے۔</w:t>
      </w:r>
    </w:p>
    <w:p>
      <w:r>
        <w:rPr>
          <w:b/>
        </w:rPr>
        <w:t xml:space="preserve">[51:03] </w:t>
      </w:r>
      <w:r>
        <w:t>jab main inhale karta hoon to mujhe oxygen chahiye, woh darakht supply kar raha hai. to aap bagh mein jab yeh sochen to Khuda ne ek karakhana bana rakha hai mere mere tanffus ke nizam ko chalane ke liye.</w:t>
      </w:r>
    </w:p>
    <w:p>
      <w:pPr>
        <w:jc w:val="right"/>
      </w:pPr>
      <w:r>
        <w:t>جبمیںانہیلکرتاہوںتومجھےاکسیجنچاہیے، وہدرختسپلائیکررہاہے۔ توآپ باغمیںجبیہسوچیں تو خدانےایک کارخانہبنارکھاہےمیرے میرے تن فسکےنظامکوچلانےکےلیے۔</w:t>
      </w:r>
    </w:p>
    <w:p>
      <w:r>
        <w:rPr>
          <w:b/>
        </w:rPr>
        <w:t xml:space="preserve">[51:18] </w:t>
      </w:r>
      <w:r>
        <w:t>mera tanffus ka nizam hai, woh ek baar inhale karta hai, ek baar exhale karta hai, ek baar saans leta hai, ek baar saans nikalta hai. to ek poora nizam hai, Allah ta'ala ne kar rakha hai ke tum saans loge to tumhein oxygen chahiye.</w:t>
      </w:r>
    </w:p>
    <w:p>
      <w:pPr>
        <w:jc w:val="right"/>
      </w:pPr>
      <w:r>
        <w:t>میراتنفسکانظامہے، وہایکبار انہیلکرتاہے،ایکبارایکسہیلکرتاہے، ایکبار سانسلیتاہے،ایکبارسانسنکالتاہے۔ توایکپورانظام ہے،اللہتعالینے کررکھاہے کہتم سانس لو گےتوتمہیںاکسیجنچاہیے۔</w:t>
      </w:r>
    </w:p>
    <w:p>
      <w:r>
        <w:rPr>
          <w:b/>
        </w:rPr>
        <w:t xml:space="preserve">[51:33] </w:t>
      </w:r>
      <w:r>
        <w:t>to dekho, oxygen ki supply ho rahi hai, saans nikaloge to carbon nikaloge, dekho, is ko woh jazb kar raha hai. to bagh mein jab aap sochen, yeh aur aisi hazaron baaten hain,</w:t>
      </w:r>
    </w:p>
    <w:p>
      <w:pPr>
        <w:jc w:val="right"/>
      </w:pPr>
      <w:r>
        <w:t>تودیکھو، اکسیجنکیسپلائیہورہیہے، سانسنکالوگےتو کاربننکالوگے،دیکھو،اسکووہجذبکررہاہے۔ تو باغمیں جب آپسوچیں،یہ اورایسیہزاروںباتیںہیں،</w:t>
      </w:r>
    </w:p>
    <w:p>
      <w:r>
        <w:rPr>
          <w:b/>
        </w:rPr>
        <w:t xml:space="preserve">[51:45] </w:t>
      </w:r>
      <w:r>
        <w:t>aapsochaintobalkul aap aapko thrilling tazkiyahoga, thrilling tazkiyah, thrilling tazkiyahoga. lekin shahullah sahibko, unke walid ko, aur saare sofia ko iska pata nahi.</w:t>
      </w:r>
    </w:p>
    <w:p>
      <w:pPr>
        <w:jc w:val="right"/>
      </w:pPr>
      <w:r>
        <w:t>آپسوچیںتوبالکل آپ آپکو تھرلنگ تزکیہہوگا،تھرلنگتزکیہ، تھرلنگتزکیہہوگا۔ لیکن شاہ اللہصاحبکو،انکےوالد کو،اورسارےصوفیاءکواسکاپتہنہیں ۔</w:t>
      </w:r>
    </w:p>
    <w:p>
      <w:r>
        <w:rPr>
          <w:b/>
        </w:rPr>
        <w:t xml:space="preserve">[51:59] </w:t>
      </w:r>
      <w:r>
        <w:t>woh samajhte hain hajre mein baith kar murakba karna hai. main ek baar ek bahut mashhoor khanqah mein gaya, yeh bahut hi mashhoor khanqah hai.</w:t>
      </w:r>
    </w:p>
    <w:p>
      <w:pPr>
        <w:jc w:val="right"/>
      </w:pPr>
      <w:r>
        <w:t>وہسمجھتےہیںحجرےمیںبیٹھکرمراقبہکرناہے۔ میںایکبارایکبہت مشہورخان قاہمیںگیا، یہبہتہی مشہورخان قاہہے۔</w:t>
      </w:r>
    </w:p>
    <w:p>
      <w:r>
        <w:rPr>
          <w:b/>
        </w:rPr>
        <w:t xml:space="preserve">[52:10] </w:t>
      </w:r>
      <w:r>
        <w:t>toh wahan maine poocha ke bhai, kahan kya hota hai?</w:t>
      </w:r>
    </w:p>
    <w:p>
      <w:pPr>
        <w:jc w:val="right"/>
      </w:pPr>
      <w:r>
        <w:t>تووہاں میںنےپوچھاکہبھائی،کہاںکیاہوتاہے؟</w:t>
      </w:r>
    </w:p>
    <w:p>
      <w:r>
        <w:rPr>
          <w:b/>
        </w:rPr>
        <w:t xml:space="preserve">[52:14] </w:t>
      </w:r>
      <w:r>
        <w:t>toh maloom hua ke wahan 24 ghante Allah hu, Allah hu ki aayat hai, baari baari, yaani logon ki baariyan bani hui hain, turn</w:t>
      </w:r>
    </w:p>
    <w:p>
      <w:pPr>
        <w:jc w:val="right"/>
      </w:pPr>
      <w:r>
        <w:t>تومعلومہواکہوہاں24 گھنٹےاللہ ہو،اللہہوکیآیتہے، باریباری، یعنیلوگوںکیبار یاںبنی ہوئیہیں،ٹرن</w:t>
      </w:r>
    </w:p>
    <w:p>
      <w:r>
        <w:rPr>
          <w:b/>
        </w:rPr>
        <w:t xml:space="preserve">[52:25] </w:t>
      </w:r>
      <w:r>
        <w:t>ke ek na ek aadmi zikr e jahri kar raha hoga wahan par raat din.</w:t>
      </w:r>
    </w:p>
    <w:p>
      <w:pPr>
        <w:jc w:val="right"/>
      </w:pPr>
      <w:r>
        <w:t>کہ ایک نہایک آدمی ذکر جہریکررہاہوگاوہاںپر ر اتدن ۔</w:t>
      </w:r>
    </w:p>
    <w:p>
      <w:r>
        <w:rPr>
          <w:b/>
        </w:rPr>
        <w:t xml:space="preserve">[52:34] </w:t>
      </w:r>
      <w:r>
        <w:t>yeh isi silsile mein tazkiyah samajhte hain woh, yaani alfaaz ki takrar,</w:t>
      </w:r>
    </w:p>
    <w:p>
      <w:pPr>
        <w:jc w:val="right"/>
      </w:pPr>
      <w:r>
        <w:t>یہ اسیاسیمیںتزکیہسمجھتےہیںوہ، یعنیالفاظکیتکرار،</w:t>
      </w:r>
    </w:p>
    <w:p>
      <w:r>
        <w:rPr>
          <w:b/>
        </w:rPr>
        <w:t xml:space="preserve">[52:43] </w:t>
      </w:r>
      <w:r>
        <w:t>yaani alfaaz aap dohraayein baari baari, Allah hu, Allah hu. toh yeh toh alfaaz ki takrar hai, ismein kya tazkiyah hoga?</w:t>
      </w:r>
    </w:p>
    <w:p>
      <w:pPr>
        <w:jc w:val="right"/>
      </w:pPr>
      <w:r>
        <w:t>یعنیالفاظ آپ دہرائیںباربار،اللہ ہو،اللہہو۔ تویہتوالفاظکیتکرارہے، اسمیںکیا تزکیہہوگا؟</w:t>
      </w:r>
    </w:p>
    <w:p>
      <w:r>
        <w:rPr>
          <w:b/>
        </w:rPr>
        <w:t xml:space="preserve">[52:55] </w:t>
      </w:r>
      <w:r>
        <w:t>24 ghante yeh hi kaam hota tha wahan par, baariyan lagi hui thin, baariyan. dekhiye, tazkiyah yeh hai ke aap kainat par sochein, zameen o aasman par ghor karein,</w:t>
      </w:r>
    </w:p>
    <w:p>
      <w:pPr>
        <w:jc w:val="right"/>
      </w:pPr>
      <w:r>
        <w:t>24گھنٹے یہیکامہوتاتھا وہاںپر، بار یاںلگیہوئیتھیں،بار یاں۔ دیکھیے، تزکیہیہہےکہآپ کائنات پرسوچیں، زمین وآسمانپرغورکریں،</w:t>
      </w:r>
    </w:p>
    <w:p>
      <w:r>
        <w:rPr>
          <w:b/>
        </w:rPr>
        <w:t xml:space="preserve">[53:09] </w:t>
      </w:r>
      <w:r>
        <w:t>ek ek patte par aapko sochna aaye, ek ek zarre par sochna aaye aapko. aur yeh hi tazkiyah Quran majeed mein bataya gaya hai.</w:t>
      </w:r>
    </w:p>
    <w:p>
      <w:pPr>
        <w:jc w:val="right"/>
      </w:pPr>
      <w:r>
        <w:t>ایک ایکپتےپرآپکوسوچناآئے،ایکایکذرےپرسوچناآئےآپکو۔ اوریہیتزکیہقرآنمجیدمیںبتایاگیاہے۔</w:t>
      </w:r>
    </w:p>
    <w:p>
      <w:r>
        <w:rPr>
          <w:b/>
        </w:rPr>
        <w:t xml:space="preserve">[53:17] </w:t>
      </w:r>
      <w:r>
        <w:t>ghor karo zameen o aasman mein, ghor karo kainat mein, sankron sankron aayatein Quran majeed mein isi par hain ke fitrat ki nishaniyon par ghor karo, suraj chand, zameen o aasman, darya, pahad, ispar ghor karo.</w:t>
      </w:r>
    </w:p>
    <w:p>
      <w:pPr>
        <w:jc w:val="right"/>
      </w:pPr>
      <w:r>
        <w:t>غورکروزمین وآسمانمیں،غورکروکائناتمیں، سینکڑوںسینکڑوں آیتیںقرآنمجیدمیںاسیپرہیں کہ فطرتکینشانیوںپرغورکرو، سورہ چاند،زمین وآسمان،دریا ،پہاڑ،اسپرغورکرو۔</w:t>
      </w:r>
    </w:p>
    <w:p>
      <w:r>
        <w:rPr>
          <w:b/>
        </w:rPr>
        <w:t xml:space="preserve">[53:34] </w:t>
      </w:r>
      <w:r>
        <w:t>toh gaya ke Islam ka jo tazkiyah hai, woh beshak ista hai ghor o fikr par, soch par, mind, mind ko activate karne par.</w:t>
      </w:r>
    </w:p>
    <w:p>
      <w:pPr>
        <w:jc w:val="right"/>
      </w:pPr>
      <w:r>
        <w:t>تو گیا کہ اسلام کاجو تزکیہہے، وہ بیسکرتاہے غوروفکرپر،سوچپر، مائنڈ، مائنڈکوایکٹیویٹکرنے پر ۔</w:t>
      </w:r>
    </w:p>
    <w:p>
      <w:r>
        <w:rPr>
          <w:b/>
        </w:rPr>
        <w:t xml:space="preserve">[53:45] </w:t>
      </w:r>
      <w:r>
        <w:t>logon ne kya samjha ke murakba woh hajre mein baith kar murakba karo, chadra odh kar ke. toh dekhiye, ek cheez hai jisko maine arz kiya ke mind based tazkiyah humein introduce karna hai Islam ke hawal</w:t>
      </w:r>
    </w:p>
    <w:p>
      <w:pPr>
        <w:jc w:val="right"/>
      </w:pPr>
      <w:r>
        <w:t>لوگوںنےکیاسمجھا کہ مراقبہ وہ حجرےمیںبیٹھکرمراقبہکرو، چادراوڑھکرکے۔ تودیکھیے،ایکچیزہے جسکومیںنےعرضکیا کہ مائنڈ بیسڈ تزکیہ ہمیںانٹروڈیوسکرناہے اسلام کےحوال</w:t>
      </w:r>
    </w:p>
    <w:p>
      <w:r>
        <w:rPr>
          <w:b/>
        </w:rPr>
        <w:t xml:space="preserve">[54:03] </w:t>
      </w:r>
      <w:r>
        <w:t>e se, yaani mind based tazkiyah ko humein zinda karna hai, jo ke log bhool chuke hain. yaani heart based tazkiyah ko hatana hai, mind based tazkiyah ko lana hai, yeh hai scientific religion.</w:t>
      </w:r>
    </w:p>
    <w:p>
      <w:pPr>
        <w:jc w:val="right"/>
      </w:pPr>
      <w:r>
        <w:t>ےسے ،یعنیمائنڈبیسڈتزکیہکوہمیںزندہکرناہے، جو کہلوگ بھولچکےہیں۔ یعنیہارٹبیسڈتزکیہکوہٹاناہے، مائنڈبیسڈتزکیہکولاناہے، یہہے سائنٹیفکریلیجن۔</w:t>
      </w:r>
    </w:p>
    <w:p>
      <w:r>
        <w:rPr>
          <w:b/>
        </w:rPr>
        <w:t xml:space="preserve">[54:18] </w:t>
      </w:r>
      <w:r>
        <w:t>is tarike se dekhiye, rational argument ki baat bani gayi, reason based argument ko lana aaya hua hai.</w:t>
      </w:r>
    </w:p>
    <w:p>
      <w:pPr>
        <w:jc w:val="right"/>
      </w:pPr>
      <w:r>
        <w:t>اسطریقےسےدیکھیے،ریشنلارگیومنٹکیباتبنی گئی ، ریزنبیسڈارگیومنٹ کولاناآیاہواہے۔</w:t>
      </w:r>
    </w:p>
    <w:p>
      <w:r>
        <w:rPr>
          <w:b/>
        </w:rPr>
        <w:t xml:space="preserve">[54:26] </w:t>
      </w:r>
      <w:r>
        <w:t>poora jo mindset musalmanon ka hai, is maeni mein mujhe koi ek bhi exception maloom nahi hai jo reason based argument ko jaanta ho. aapko shakk ho toh aaiye, main kitabon mein dikhaunga aapko. yeh irrational argument se bhari hui musalmanon ki kitabein hain.</w:t>
      </w:r>
    </w:p>
    <w:p>
      <w:pPr>
        <w:jc w:val="right"/>
      </w:pPr>
      <w:r>
        <w:t>پوراجومائنڈسیٹمسلمانوںکاہے،اس معنیمیں مجھےکوئیایکبھیایکسیپشننہیںمعلومہے جو ریزنبیسڈارگیومنٹکوجانتاہو۔ آپکوشک ہوتوآئیے،میں کتاب یںدکھاؤںگاآپکو۔میں ارریشنلارگیومنٹ سےبھریہوئی مسلمانوںکیکتاب یںہیں۔</w:t>
      </w:r>
    </w:p>
    <w:p>
      <w:r>
        <w:rPr>
          <w:b/>
        </w:rPr>
        <w:t xml:space="preserve">[54:47] </w:t>
      </w:r>
      <w:r>
        <w:t>isi tarah se dekhiye, teesri cheez jo hai, woh kya hai? peace based activism,</w:t>
      </w:r>
    </w:p>
    <w:p>
      <w:pPr>
        <w:jc w:val="right"/>
      </w:pPr>
      <w:r>
        <w:t>اسیطرحسے دیکھیے،تیسریچیزجوہے، وہکیاہے؟ پیس بیسڈ ایکٹیوزم،</w:t>
      </w:r>
    </w:p>
    <w:p>
      <w:r>
        <w:rPr>
          <w:b/>
        </w:rPr>
        <w:t xml:space="preserve">[54:55] </w:t>
      </w:r>
      <w:r>
        <w:t>peace based activism, yaani mabni bar aman jehad. yeh musalman jaante hain nahi hain na? Quran mein saaf saaf hai ke usool al khair, yaani peaceful activism, aazadabest activism. usool al khair ka matlab yeh hai ke peaceful activism aazadabest activism.</w:t>
      </w:r>
    </w:p>
    <w:p>
      <w:pPr>
        <w:jc w:val="right"/>
      </w:pPr>
      <w:r>
        <w:t>پیس بیسڈایکٹیوزم،یعنیمبنی برامن جد وجہد۔ یہ مسلمانجانتےہینہیں ہیںنا؟قرآنمیںصافصافہےکہاصول الخیر ،یعنیپیسفلایکٹیوزم،ازدابیسٹایکٹیوزم۔اصولالخیرکامطلبیہہے کہ پیسفل ایکٹیوزمازدابیسٹایکٹیوزم۔</w:t>
      </w:r>
    </w:p>
    <w:p>
      <w:r>
        <w:rPr>
          <w:b/>
        </w:rPr>
        <w:t xml:space="preserve">[55:16] </w:t>
      </w:r>
      <w:r>
        <w:t>aur musalman kya kar rahe hain? jahan dekhiye, wahan ladai bhidai jaari hai.</w:t>
      </w:r>
    </w:p>
    <w:p>
      <w:pPr>
        <w:jc w:val="right"/>
      </w:pPr>
      <w:r>
        <w:t>اور مسلمانکیاکررہےہیں؟ جہاںدیکھیے،وہاںلڑائیبھڑائیجاریہے۔</w:t>
      </w:r>
    </w:p>
    <w:p>
      <w:r>
        <w:rPr>
          <w:b/>
        </w:rPr>
        <w:t xml:space="preserve">[55:22] </w:t>
      </w:r>
      <w:r>
        <w:t>is zamane ki sabse mashhoor jo jamaat hai, Al Ikhwan Al Musalmoon, jo saare Arab mein phaili hui hai, iska kya usool hai? iska usool hai al jihad o manhujoon.</w:t>
      </w:r>
    </w:p>
    <w:p>
      <w:pPr>
        <w:jc w:val="right"/>
      </w:pPr>
      <w:r>
        <w:t>اس زمانےکیسبسے مشہورجوجماعتہے، الاخوان المسلمون، جو سارےعربمیںپھیلیہوئیہے، اسکا کیا اصولہے ؟اسکااصولہے الجہادومنہجون۔</w:t>
      </w:r>
    </w:p>
    <w:p>
      <w:r>
        <w:rPr>
          <w:b/>
        </w:rPr>
        <w:t xml:space="preserve">[55:36] </w:t>
      </w:r>
      <w:r>
        <w:t>al jihad o manhujoon ka matlab kya hai? yahan jihad se murad musalha jihad, yaani aam resistance. aam resistance aazad aur method.</w:t>
      </w:r>
    </w:p>
    <w:p>
      <w:pPr>
        <w:jc w:val="right"/>
      </w:pPr>
      <w:r>
        <w:t>الجہادومنہجونکامطلبکیاہے؟ یہاں جہادسےمرادمس لح جہاد،یعنیعام ریسٹرگل۔ عام ریسٹرگلازاور میتھڈ۔</w:t>
      </w:r>
    </w:p>
    <w:p>
      <w:r>
        <w:rPr>
          <w:b/>
        </w:rPr>
        <w:t xml:space="preserve">[55:46] </w:t>
      </w:r>
      <w:r>
        <w:t>aap ghor kijiye, Quran mein likha hai ke usool al khair,</w:t>
      </w:r>
    </w:p>
    <w:p>
      <w:pPr>
        <w:jc w:val="right"/>
      </w:pPr>
      <w:r>
        <w:t>آپ غورکیجئے،قرآنمیںلکھاہےکہاصول الخیر،</w:t>
      </w:r>
    </w:p>
    <w:p>
      <w:r>
        <w:rPr>
          <w:b/>
        </w:rPr>
        <w:t xml:space="preserve">[55:50] </w:t>
      </w:r>
      <w:r>
        <w:t>peaceful activism aazadabest activism. yeh keh rahe hain ke aam resistance aazadabest active. resistance, yeh kyun?</w:t>
      </w:r>
    </w:p>
    <w:p>
      <w:pPr>
        <w:jc w:val="right"/>
      </w:pPr>
      <w:r>
        <w:t>پیسفلایکٹیوزمازدابیسٹایکٹیوزم۔ یہکہہرہےہیںکہ عام ریسٹرگلازدابیسٹایکٹیو۔ ریسٹرگل، یہکیوں ؟</w:t>
      </w:r>
    </w:p>
    <w:p>
      <w:r>
        <w:rPr>
          <w:b/>
        </w:rPr>
        <w:t xml:space="preserve">[55:59] </w:t>
      </w:r>
      <w:r>
        <w:t>yeh zamana bol raha hai. musalmanon ki jo condition hui, zamani halaat ke aitbar se, isi mein sochte rahe, sochte rahe, sochte rahe.</w:t>
      </w:r>
    </w:p>
    <w:p>
      <w:pPr>
        <w:jc w:val="right"/>
      </w:pPr>
      <w:r>
        <w:t>یہ زمان ہبولرہاہے۔ مس لمانوںکیجوکنڈیشنہیہوئی ، زمانی حالاتکےاعتبارسے،اسیمیںسوچتےرہے،سوچتےرہے،سوچتےرہے۔</w:t>
      </w:r>
    </w:p>
    <w:p>
      <w:r>
        <w:rPr>
          <w:b/>
        </w:rPr>
        <w:t xml:space="preserve">[56:09] </w:t>
      </w:r>
      <w:r>
        <w:t>peaceful activism ko jaana nahi sake. woh</w:t>
      </w:r>
    </w:p>
    <w:p>
      <w:pPr>
        <w:jc w:val="right"/>
      </w:pPr>
      <w:r>
        <w:t>پیسفلایکٹیوزمکوجانہیں سکے۔وہ</w:t>
      </w:r>
    </w:p>
    <w:p>
      <w:r>
        <w:rPr>
          <w:b/>
        </w:rPr>
        <w:t xml:space="preserve">[56:13] </w:t>
      </w:r>
      <w:r>
        <w:t>Rasool Allah ne bahut baar dimension diya tha Hudaybiyah ke sulah mein peaceful activism ka.</w:t>
      </w:r>
    </w:p>
    <w:p>
      <w:pPr>
        <w:jc w:val="right"/>
      </w:pPr>
      <w:r>
        <w:t>رسولاللہنےبہتبار ڈائمنشندیاتھا حدیبیہکیشکلمیںپی سفلایکٹیوزمکا۔</w:t>
      </w:r>
    </w:p>
    <w:p>
      <w:r>
        <w:rPr>
          <w:b/>
        </w:rPr>
        <w:t xml:space="preserve">[56:21] </w:t>
      </w:r>
      <w:r>
        <w:t>aur is hadith ka amli muzahira tha, yeh hadith mein aata hai ke Allah taala is is is hadith mein ek principle bataya gaya hai, aur Hudaybiyah iska demonstration hai.</w:t>
      </w:r>
    </w:p>
    <w:p>
      <w:pPr>
        <w:jc w:val="right"/>
      </w:pPr>
      <w:r>
        <w:t>اور اسحدیث کا عملی مظاہرہتھا،یہحدیثمیںآتاہےکہ ان اللہ علی اس اس اسحدیثمیںایکپرنسپلبتایاگیاہے، اور حدیبیہاسکاڈیمونسٹریشنہے۔</w:t>
      </w:r>
    </w:p>
    <w:p>
      <w:r>
        <w:rPr>
          <w:b/>
        </w:rPr>
        <w:t xml:space="preserve">[56:38] </w:t>
      </w:r>
      <w:r>
        <w:t>yani passage woh hai, zyada effective woh hai, ba-qabile war ke, ladai ke. To Quran mein usool bataya gaya, Rasool Allah ne Hudaybiyah ki shakal mein isko dimension diya, lekin puri puri tareekh chal padi isi par. Ladai bhidai, ladai bhidai, ladai bhidai, aajkal ladai bhidai jari hai.</w:t>
      </w:r>
    </w:p>
    <w:p>
      <w:pPr>
        <w:jc w:val="right"/>
      </w:pPr>
      <w:r>
        <w:t>یعنی پیسجوہے،زیادہ ایفیکٹیوہے بم قابلہ وارکے،لڑائیکے ۔ تو قرآنمیں اصولبتایاگیا،رسولاللہنے حدیبیہکیشکلمیںاسکوڈائمنشندیا، لیکن پوری پوریتاریخ چلپڑی اسیپر۔لڑائیبھڑائی،لڑائیبھڑائی،لڑائیبھڑائی،آجتکلڑائیبھڑائیجاریہے۔</w:t>
      </w:r>
    </w:p>
    <w:p>
      <w:r>
        <w:rPr>
          <w:b/>
        </w:rPr>
        <w:t xml:space="preserve">[56:59] </w:t>
      </w:r>
      <w:r>
        <w:t>duniya ke mukhtalif history mein aap jante hain ke aajkal jihad ke naam se aam disclosure jari hai, gun bomb culture chal raha hai.</w:t>
      </w:r>
    </w:p>
    <w:p>
      <w:pPr>
        <w:jc w:val="right"/>
      </w:pPr>
      <w:r>
        <w:t>دنیا کےمختلف ہسٹریمیںآپجانتےہیںکہآجکل جہادکےنامسے عام ڈسکلگجاریہے، گن بم کلچرچلرہاہے۔</w:t>
      </w:r>
    </w:p>
    <w:p>
      <w:r>
        <w:rPr>
          <w:b/>
        </w:rPr>
        <w:t xml:space="preserve">[57:09] </w:t>
      </w:r>
      <w:r>
        <w:t>kyun chal raha hai? Is liye ke zaman e ke asar se jo mindset bana tha Musalmanon ka, us se isko detach karke na soch sake. Woh humein aaj detach karna hai, ek process of detachment chalana hai.</w:t>
      </w:r>
    </w:p>
    <w:p>
      <w:pPr>
        <w:jc w:val="right"/>
      </w:pPr>
      <w:r>
        <w:t>کیوںچلرہاہے؟ اسلیے کہ زمان ےکےاثرسےجو مائنڈسیٹبناتھامسلمانوںکا، اسسے اسکو ڈیٹیچکرکےنہسوچسکے۔وہ ہمیںآجڈیٹیچکرناہے، ایک پراسیسآفڈیٹیچ منٹچلاناہے۔</w:t>
      </w:r>
    </w:p>
    <w:p>
      <w:r>
        <w:rPr>
          <w:b/>
        </w:rPr>
        <w:t xml:space="preserve">[57:25] </w:t>
      </w:r>
      <w:r>
        <w:t>humein apne ko is se alag karke sochna hai, phir hum Quran wale wisdom ko samjhenge. Tab Quran wale wisdom hamare samne aayega,</w:t>
      </w:r>
    </w:p>
    <w:p>
      <w:pPr>
        <w:jc w:val="right"/>
      </w:pPr>
      <w:r>
        <w:t>ہمیںاپنے کو اسسےالگکرکےسوچناہے، پھرہمقرآنوالے وز ڈمکو سمجھیںگے۔ تب قرآنوالاوزڈمہمارےسامنےآئےگا،</w:t>
      </w:r>
    </w:p>
    <w:p>
      <w:r>
        <w:rPr>
          <w:b/>
        </w:rPr>
        <w:t xml:space="preserve">[57:37] </w:t>
      </w:r>
      <w:r>
        <w:t>yani peace based activism saamne aayega. Ab jo soch hai Musalmanon ki, woh Quran se li hui nahi hai, hadith se li hui nahi hai, woh zamani asraat se hai, jo ke jiska qaul tha ke al-harbu khad'atun wa al-harbu khad'atun,</w:t>
      </w:r>
    </w:p>
    <w:p>
      <w:pPr>
        <w:jc w:val="right"/>
      </w:pPr>
      <w:r>
        <w:t>یعنی پیس بیسڈایکٹیوزمتبسامنےآئےگا۔ ابجوسوچہےمسلمانوںکی، وہ قرآنسےلیہوئینہیںہے، حدیثسےلیہوئینہیںہے، وہ زمانی اثراتسےہے، جو کہ جسکا قولتھاکہ الحرب انفعل الحرب ،</w:t>
      </w:r>
    </w:p>
    <w:p>
      <w:r>
        <w:rPr>
          <w:b/>
        </w:rPr>
        <w:t xml:space="preserve">[57:54] </w:t>
      </w:r>
      <w:r>
        <w:t>jang kaat jang hai.</w:t>
      </w:r>
    </w:p>
    <w:p>
      <w:pPr>
        <w:jc w:val="right"/>
      </w:pPr>
      <w:r>
        <w:t>جنگکیکاٹجنگ ہے۔</w:t>
      </w:r>
    </w:p>
    <w:p>
      <w:r>
        <w:rPr>
          <w:b/>
        </w:rPr>
        <w:t xml:space="preserve">[57:58] </w:t>
      </w:r>
      <w:r>
        <w:t>lekin is lekin Islam ka usool kya diya? As-salmu khad'atun wa al-harbu khad'atun, yeh</w:t>
      </w:r>
    </w:p>
    <w:p>
      <w:pPr>
        <w:jc w:val="right"/>
      </w:pPr>
      <w:r>
        <w:t>لیکن اس لیکن اسلام کااصول کیا دیا؟ السلم انفعل الحرب ، یہ</w:t>
      </w:r>
    </w:p>
    <w:p>
      <w:r>
        <w:rPr>
          <w:b/>
        </w:rPr>
        <w:t xml:space="preserve">[58:05] </w:t>
      </w:r>
      <w:r>
        <w:t>usool diya tha. Usool al-khair ka matlab kya hai? As-salmu khad'atun wa al-harbu khad'atun, yani aman ki taqat zyada badi taqat hai, us se tum tashaddud ko zair kar sakte ho.</w:t>
      </w:r>
    </w:p>
    <w:p>
      <w:pPr>
        <w:jc w:val="right"/>
      </w:pPr>
      <w:r>
        <w:t>اصولدیاتھا۔ اصول الخیرکامطلبکیاہے؟ السلم انفعل الحرب ، یعنی امنکیطاقتزیادہ بڑیطاقتہے، اسسےتم تشددکوزیرکرسکتےہو۔</w:t>
      </w:r>
    </w:p>
    <w:p>
      <w:r>
        <w:rPr>
          <w:b/>
        </w:rPr>
        <w:t xml:space="preserve">[58:17] </w:t>
      </w:r>
      <w:r>
        <w:t>lekin Musalman aaj bhi isi mein jeerahe hain. To tajdeed kya hai? Tajdeed yeh hai ke aap usool al-khair ko zinda karein, as-salmu khad'atun wa al-harbu khad'atun ko zinda karein, peace based activism ko zinda karein.</w:t>
      </w:r>
    </w:p>
    <w:p>
      <w:pPr>
        <w:jc w:val="right"/>
      </w:pPr>
      <w:r>
        <w:t>لیکن مسلمانآجبھیاسیمیںجیرہےہیں۔ تو تجدیدکیاہے؟تجدیدیہہےکہآپ اصول الخیرکوزند ہکریں، السلم انفعل الحربکوزندہکریں، پیسبیسڈ ایکٹیوزمکوزندہکریں۔</w:t>
      </w:r>
    </w:p>
    <w:p>
      <w:r>
        <w:rPr>
          <w:b/>
        </w:rPr>
        <w:t xml:space="preserve">[58:37] </w:t>
      </w:r>
      <w:r>
        <w:t>to main Allah taala se dua karta hoon ke mujhko aur aapko Allah taala hidayat de aur hum sahi ma'non mein deen ki tajdeed kar sakein. Aqoolu qawli hadha wa astaghfirullaha li wa lakum jam'een.</w:t>
      </w:r>
    </w:p>
    <w:p>
      <w:pPr>
        <w:jc w:val="right"/>
      </w:pPr>
      <w:r>
        <w:t>تومیں اللہ تعالیسےدعاکرتاہوںکہمجھکواورآپکو اللہ تعالی ہدایت دےاور ہمصحیحمعنوںمیں دینکیتجدیدکرسکیں۔ اقول قول ھذا واستغفراللہول کماجمعین۔</w:t>
      </w:r>
    </w:p>
    <w:p>
      <w:r>
        <w:rPr>
          <w:b/>
        </w:rPr>
        <w:t xml:space="preserve">[59:03] </w:t>
      </w:r>
      <w:r>
        <w:t>Maulana Sahab Ali Khan ne Gazi Puriyon se poocha hai: "When a child is born, Muslims observe Riqah. What is Islam's concept of this Riqah? Please comment on this." Riqah koi khaas cheez nahi hai, bahut se bahut sunnat hai. Woh mein toh Riqah nahi kiya, aapke kisi bachche ka.</w:t>
      </w:r>
    </w:p>
    <w:p>
      <w:pPr>
        <w:jc w:val="right"/>
      </w:pPr>
      <w:r>
        <w:t>مول انا صاحبعلی خان نے گازی پوریوپیسےپوچھاہے: "ویناچائلڈاز بورن، مسلمز اب زرو اریچ ول عقیقہ۔</w:t>
      </w:r>
    </w:p>
    <w:p>
      <w:r>
        <w:rPr>
          <w:b/>
        </w:rPr>
        <w:t xml:space="preserve">[59:14] </w:t>
      </w:r>
      <w:r>
        <w:t>mere kai bachche paida hue, maine Riqah nahi kiya. Riqah matlab wahan tha ke logon ko Madine mein logon ko khana peena nahi milta tha.</w:t>
      </w:r>
    </w:p>
    <w:p>
      <w:pPr>
        <w:jc w:val="right"/>
      </w:pPr>
      <w:r>
        <w:t>واٹاز اسلام ک کانسیپٹاف دسعقیقہ ؟پلیز کمنٹان دس۔" عقیقہکوئی خاص چیزنہیںہے، بہت سےبہت ایکسنتہے۔وہ میںتوعقیقہنہیںکیا،آپکےکسیبچےکا ۔</w:t>
      </w:r>
    </w:p>
    <w:p>
      <w:r>
        <w:rPr>
          <w:b/>
        </w:rPr>
        <w:t xml:space="preserve">[59:32] </w:t>
      </w:r>
      <w:r>
        <w:t>to Rasool Allah ne ek ek culture wahan ka chalaya hai ke har mauqe par kuch khilayein pilayein logon ko. Aajkal toh Riqah ka rasam hai, dhoom machai jaati hai.</w:t>
      </w:r>
    </w:p>
    <w:p>
      <w:pPr>
        <w:jc w:val="right"/>
      </w:pPr>
      <w:r>
        <w:t>میرےکئیبچےپیدا ہوئے،میںنےعقیقہنہیں کیا۔ عقیقہ مطلبوہاںتھاکہلوگ مدینےمیںلوگوںکوکھاناپینانہیںملتاتھا۔</w:t>
      </w:r>
    </w:p>
    <w:p>
      <w:r>
        <w:rPr>
          <w:b/>
        </w:rPr>
        <w:t xml:space="preserve">[59:42] </w:t>
      </w:r>
      <w:r>
        <w:t>israf kya tha? Israf yani Riqah bahut se bahut sunnat ho sakti hai, israf toh haram hai Islam mein.</w:t>
      </w:r>
    </w:p>
    <w:p>
      <w:pPr>
        <w:jc w:val="right"/>
      </w:pPr>
      <w:r>
        <w:t>تورسولاللہنےایک ایک کلچروہاں کا چلایاہےکہ ہرموقع پرکچھ کھلائیںپلائیںلوگوںکو ۔ آجکلتوعقیقہکارسمہے،دھوممچائیجاتیہے۔</w:t>
      </w:r>
    </w:p>
    <w:p>
      <w:r>
        <w:rPr>
          <w:b/>
        </w:rPr>
        <w:t xml:space="preserve">[59:53] </w:t>
      </w:r>
      <w:r>
        <w:t>mein Riqah ko samajhta hoon ke koi haqeeqat iske nahi hai. Koi kare toh bas saadah taur par kar le, bas jo tareeqa aajkal Riqah Musalmanon mein hai, woh toh bilashubah galat hai, ismein koi shubah nahi.</w:t>
      </w:r>
    </w:p>
    <w:p>
      <w:pPr>
        <w:jc w:val="right"/>
      </w:pPr>
      <w:r>
        <w:t>اسرافکیاتھا؟اسراف یعنیعقیقہ بہت سےبہت سنتہوسکتیہے، اسرافتوحرامہےاسلام میں۔</w:t>
      </w:r>
    </w:p>
    <w:p>
      <w:r>
        <w:rPr>
          <w:b/>
        </w:rPr>
        <w:t xml:space="preserve">[1:00:02] </w:t>
      </w:r>
      <w:r>
        <w:t>Ramish ne Delhi se poocha hai: "What is Tazkiyah? Kindly elaborate."</w:t>
      </w:r>
    </w:p>
    <w:p>
      <w:pPr>
        <w:jc w:val="right"/>
      </w:pPr>
      <w:r>
        <w:t>میں عقیقہکوسمجھتاہوںکہ کوئی حقیقتاسکےنہیںہے۔ کوئی کرےتوبسسادہطورپرکرلے،بس جو طریقہآجکلعقیقہ مسلمانوںمیںہے،وہتوبلاشبہ غلطہے، اسمیںکوئیشکنہیں۔</w:t>
      </w:r>
    </w:p>
    <w:p>
      <w:r>
        <w:rPr>
          <w:b/>
        </w:rPr>
        <w:t xml:space="preserve">[1:00:19] </w:t>
      </w:r>
      <w:r>
        <w:t>dekhein, Tazkiyah ka jo lafzi matlab hai, woh hai purification, yani paak karna. To purification of soul ka naam hai Tazkiyah.</w:t>
      </w:r>
    </w:p>
    <w:p>
      <w:pPr>
        <w:jc w:val="right"/>
      </w:pPr>
      <w:r>
        <w:t>رامشنے دلیسے پوچھاہے: "وا ٹاز تزکیہ؟ کائنڈلیالیبوریٹ۔"</w:t>
      </w:r>
    </w:p>
    <w:p>
      <w:r>
        <w:rPr>
          <w:b/>
        </w:rPr>
        <w:t xml:space="preserve">[1:00:28] </w:t>
      </w:r>
      <w:r>
        <w:t>Islam mein yeh hai ke zalik jaza wa man tazakka. Jannat mein woh shakhs jayega jisne apne ko purify kiya ho.</w:t>
      </w:r>
    </w:p>
    <w:p>
      <w:pPr>
        <w:jc w:val="right"/>
      </w:pPr>
      <w:r>
        <w:t>دیکھیں،تزکیہکاجو لفظیمطلبہے، وہہے پیوریفیکیشن، یعنی پاک کرنا۔ تو پیوریفیکیشن آف سولکانامہے تزکیہ ۔</w:t>
      </w:r>
    </w:p>
    <w:p>
      <w:r>
        <w:rPr>
          <w:b/>
        </w:rPr>
        <w:t xml:space="preserve">[1:00:43] </w:t>
      </w:r>
      <w:r>
        <w:t>yani Tazkiyah woh hai, Tazkiyah woh hai, wahi raasta hai jannat tak pahunchne ka. To kya hai? Insaan duniya mein rehta hai to bahut zyada isko saabit padta hai nafs ki baat se, shaitan se, samaaj se, har cheez se.</w:t>
      </w:r>
    </w:p>
    <w:p>
      <w:pPr>
        <w:jc w:val="right"/>
      </w:pPr>
      <w:r>
        <w:t>اسلام میںیہہےکہ ذالک جزا ومن تزکا ۔ جنتمیں وہ شخصجائےگاجسنےاپنے کوپیوریفائیکیاہو ۔</w:t>
      </w:r>
    </w:p>
    <w:p>
      <w:r>
        <w:rPr>
          <w:b/>
        </w:rPr>
        <w:t xml:space="preserve">[1:00:53] </w:t>
      </w:r>
      <w:r>
        <w:t>to uske andar negative thoughts aate hain. Negative thoughts ko mein zyada bar dar se le raha hoon.</w:t>
      </w:r>
    </w:p>
    <w:p>
      <w:pPr>
        <w:jc w:val="right"/>
      </w:pPr>
      <w:r>
        <w:t>یعنی تزکیہجوہے، تزکیہجوہے،وہی راستہ ہے جنتتکپہنچنےکا۔ توکیاہے؟ انسان دنیامیں رہتاہےتو بہت زیادہ اسکو سابق ہپڑتاہے نفس کیباتسے ،شیطانسے ، سماجسے،ہرچیزسے۔</w:t>
      </w:r>
    </w:p>
    <w:p>
      <w:r>
        <w:rPr>
          <w:b/>
        </w:rPr>
        <w:t xml:space="preserve">[1:01:15] </w:t>
      </w:r>
      <w:r>
        <w:t>negative thought ka matlab hai ke hate aur intolerance aur violence aur revenge.</w:t>
      </w:r>
    </w:p>
    <w:p>
      <w:pPr>
        <w:jc w:val="right"/>
      </w:pPr>
      <w:r>
        <w:t>تواسکےاندرنیگیٹیوتھاٹآتےہیں۔ نیگیٹیوتھاٹکومیں زیادہ بار ڈرسے لےرہاہوں۔</w:t>
      </w:r>
    </w:p>
    <w:p>
      <w:r>
        <w:rPr>
          <w:b/>
        </w:rPr>
        <w:t xml:space="preserve">[1:01:23] </w:t>
      </w:r>
      <w:r>
        <w:t>is tarah ki jitni cheezein hain jo anti-social kahi jaati hain, woh sab negative thought hain. To</w:t>
      </w:r>
    </w:p>
    <w:p>
      <w:pPr>
        <w:jc w:val="right"/>
      </w:pPr>
      <w:r>
        <w:t>نیگیٹیوتھاٹکامطلبہےکہ ہیٹ اور انٹولرنس اور وائل نس اور ریونج۔</w:t>
      </w:r>
    </w:p>
    <w:p>
      <w:r>
        <w:rPr>
          <w:b/>
        </w:rPr>
        <w:t xml:space="preserve">[1:01:35] </w:t>
      </w:r>
      <w:r>
        <w:t>yeh negative thought ek aitbaar se anti-social hain, do aitbaar se woh aapko jannat ke liye na-laaiq thehrati hain.</w:t>
      </w:r>
    </w:p>
    <w:p>
      <w:pPr>
        <w:jc w:val="right"/>
      </w:pPr>
      <w:r>
        <w:t>اسطرحکیجتنیچیزیںہیںجواینٹیسوشلکہیجاتیہیں، وہ سب نیگیٹیوتھاٹہیں۔ تو</w:t>
      </w:r>
    </w:p>
    <w:p>
      <w:r>
        <w:rPr>
          <w:b/>
        </w:rPr>
        <w:t xml:space="preserve">[1:01:43] </w:t>
      </w:r>
      <w:r>
        <w:t>yeh negative thaat aik aitbaar se anti-social hain, do aitbaar se woh aap ko jannat ke liye na-ahl thehrati hain.</w:t>
      </w:r>
    </w:p>
    <w:p>
      <w:pPr>
        <w:jc w:val="right"/>
      </w:pPr>
      <w:r>
        <w:t>یہ نیگیٹیوتھاٹ ایک اعتبارسےاینٹیسوشلہیں، دواعتبارسےوہآپکو جنتکےلیے نالٹھہراتیہیں۔</w:t>
      </w:r>
    </w:p>
    <w:p>
      <w:r>
        <w:rPr>
          <w:b/>
        </w:rPr>
        <w:t xml:space="preserve">[1:01:52] </w:t>
      </w:r>
      <w:r>
        <w:t>kyun? negativity jis ke andar hogi to farishtay is ke paas nahin aayenge, Allah ki rehmaten is par nahin aayengi.</w:t>
      </w:r>
    </w:p>
    <w:p>
      <w:pPr>
        <w:jc w:val="right"/>
      </w:pPr>
      <w:r>
        <w:t>کیوں ؟ نیگیٹیوٹیجسکےاندرہوگی تو فرشتےاسکےپاسنہیںآئیںگے، اللہ کیرحمتیںاسپرنہیںآئیںگی۔</w:t>
      </w:r>
    </w:p>
    <w:p>
      <w:r>
        <w:rPr>
          <w:b/>
        </w:rPr>
        <w:t xml:space="preserve">[1:02:02] </w:t>
      </w:r>
      <w:r>
        <w:t>Allah ki woh madad jo insaan ko rohani irtiqaa ka zariya banti hai, woh us ko haasil nahin hoga.</w:t>
      </w:r>
    </w:p>
    <w:p>
      <w:pPr>
        <w:jc w:val="right"/>
      </w:pPr>
      <w:r>
        <w:t>اللہ کی وہ مد د جو انسانکو روحانیارت قاءکاذریعہبنتیہے،وہاسکوحاصل نہیںہوگا۔</w:t>
      </w:r>
    </w:p>
    <w:p>
      <w:r>
        <w:rPr>
          <w:b/>
        </w:rPr>
        <w:t xml:space="preserve">[1:02:11] </w:t>
      </w:r>
      <w:r>
        <w:t>ji, Maulana Asho ne Dilli se likha hai: "agar kisi insaan ke oopar koi museebat, museebat ya pareshani aati hai to yeh is ke aamaal ka nateeja hota hai ya Allah ki taraf se imtehaan ya kuch aur bhi ho sakta hai." is ke baray mein bataein, nahin, sirf imtehaan, aazmaish, test.</w:t>
      </w:r>
    </w:p>
    <w:p>
      <w:pPr>
        <w:jc w:val="right"/>
      </w:pPr>
      <w:r>
        <w:t>جی، مول انا عاشونےدلیسے لکھاہے: "اگر کسی انسان کےاوپر کوئی مصیبت ،مصیبتیا پریشانی آتیہے تو یہ اسکے اعمالکا نتیجہہوتاہے یا اللہ کیطرف سے امتحان یاکچھ اور بھی ہوسکتاہے۔" اسکےبارےمیںبت ائیں،نہیں،صرفامتحان، آزمائش ،ٹیسٹ ۔</w:t>
      </w:r>
    </w:p>
    <w:p>
      <w:r>
        <w:rPr>
          <w:b/>
        </w:rPr>
        <w:t xml:space="preserve">[1:02:34] </w:t>
      </w:r>
      <w:r>
        <w:t>to yeh test liya jaata hai mukhtalif baaton se. yeh bhi ek test hai ke aap mobile bajaa dein to bahar daur rahe hain.</w:t>
      </w:r>
    </w:p>
    <w:p>
      <w:pPr>
        <w:jc w:val="right"/>
      </w:pPr>
      <w:r>
        <w:t>تویہٹیسٹ لیاجاتاہےمختلف باتوںسے ۔ یہ بھیایکٹیسٹ ہےکہآپموبائلبجادیںتو باہردوڑ رہےہیں۔</w:t>
      </w:r>
    </w:p>
    <w:p>
      <w:r>
        <w:rPr>
          <w:b/>
        </w:rPr>
        <w:t xml:space="preserve">[1:02:40] </w:t>
      </w:r>
      <w:r>
        <w:t>main is ko shaitani kaam samajhta hoon. Distraction hai, yeh mobile sab se bara source hai distraction ka. Jo mobile mein jiye, farishtay se kabhi is ki mulaqaat nahin hogi. Yaad rakhiye, hum to ailaan saaf saaf karte hain ke woh aadmi yahan na aaye jo mobile mein jeeta ho.</w:t>
      </w:r>
    </w:p>
    <w:p>
      <w:pPr>
        <w:jc w:val="right"/>
      </w:pPr>
      <w:r>
        <w:t>میںاسکوشیطانیکامسمجھتاہوں۔ ڈسٹریکشنہے،یہ موبائل سبسےبڑا سورسہےڈسٹریکشنکا ۔ جو موبائلمیں جیہے، فرشتےسےکبھیاسکوملاقاتنہیںہوگی۔یادرکھیے، ہمتو اعلانصافصافکرتےہیںکہوہآدمییہاںنہآئے جوموبائلمیںجیتاہو۔</w:t>
      </w:r>
    </w:p>
    <w:p>
      <w:r>
        <w:rPr>
          <w:b/>
        </w:rPr>
        <w:t xml:space="preserve">[1:02:58] </w:t>
      </w:r>
      <w:r>
        <w:t>is ki wajah se farishtay nahin aayenge. hum par Allah reham kare, woh yahan na aaye, woh mobile le kar rahe, bahar rahe. woh mobile jo hai, jahan rahega, wahan farishtay nahin aayenge. woh</w:t>
      </w:r>
    </w:p>
    <w:p>
      <w:pPr>
        <w:jc w:val="right"/>
      </w:pPr>
      <w:r>
        <w:t>اسکیوجہسےفرشتےنہیںآئیںگے۔ ہمپراللہ رحمکرے،وہ یہاںنہآئے،وہ موبائل لےکررہے،باہررہے۔وہ موبائل جوہے،جہاںرہےگا،وہاںفرشتےنہیںآئیںگے۔وہ</w:t>
      </w:r>
    </w:p>
    <w:p>
      <w:r>
        <w:rPr>
          <w:b/>
        </w:rPr>
        <w:t xml:space="preserve">[1:03:11] </w:t>
      </w:r>
      <w:r>
        <w:t>mobile aap apne office mein istemaal kijiye, yahan kyun mobile laate hain? phir se parhiye is ko.</w:t>
      </w:r>
    </w:p>
    <w:p>
      <w:pPr>
        <w:jc w:val="right"/>
      </w:pPr>
      <w:r>
        <w:t>موبائل آپ اپنے آفسمیںاستعمالکیجئے،یہاں کیوںموبائل لاتےہیں؟ پھرسےپڑھیےاسکو۔</w:t>
      </w:r>
    </w:p>
    <w:p>
      <w:r>
        <w:rPr>
          <w:b/>
        </w:rPr>
        <w:t xml:space="preserve">[1:03:21] </w:t>
      </w:r>
      <w:r>
        <w:t>agar kisi insaan ke oopar koi museebat ya pareshani aati hai to yeh is ke aamaal ka nateeja hota hai ya theek hai.</w:t>
      </w:r>
    </w:p>
    <w:p>
      <w:pPr>
        <w:jc w:val="right"/>
      </w:pPr>
      <w:r>
        <w:t>اگر کسی انسان کےاوپر کوئی مصیبت یا پریشانی آتیہے تو یہ اسکے اعمالکانتیجہہوتاہے یا ٹھیکہے۔</w:t>
      </w:r>
    </w:p>
    <w:p>
      <w:r>
        <w:rPr>
          <w:b/>
        </w:rPr>
        <w:t xml:space="preserve">[1:03:32] </w:t>
      </w:r>
      <w:r>
        <w:t>to koi bhi museebat jo hai, woh saza ke taur par nahin hoti hai.</w:t>
      </w:r>
    </w:p>
    <w:p>
      <w:pPr>
        <w:jc w:val="right"/>
      </w:pPr>
      <w:r>
        <w:t>توکوئیبھی مصیبت جوہے، وہ سزاکےطورپرنہیںہوتیہے۔</w:t>
      </w:r>
    </w:p>
    <w:p>
      <w:r>
        <w:rPr>
          <w:b/>
        </w:rPr>
        <w:t xml:space="preserve">[1:03:40] </w:t>
      </w:r>
      <w:r>
        <w:t>dekhein, saza woh hai, woh aakhirat mein hogi, dunya mein nahin hogi. yeh tasawwur ghalat hai ke dunya mein azaab aata hai, dunya mein saza hoti hai. yeh bilkul ghalat hai.</w:t>
      </w:r>
    </w:p>
    <w:p>
      <w:pPr>
        <w:jc w:val="right"/>
      </w:pPr>
      <w:r>
        <w:t>دیکھیں،سزاجوہے،وہ آخرتمیںہوگی،دنیا میںنہیںہوگی۔ یہ تصورغلطہےکہدنیا میں عذابآتاہے،دنیا میںسزاہوتیہے۔یہبالکلغلطہے۔</w:t>
      </w:r>
    </w:p>
    <w:p>
      <w:r>
        <w:rPr>
          <w:b/>
        </w:rPr>
        <w:t xml:space="preserve">[1:03:49] </w:t>
      </w:r>
      <w:r>
        <w:t>yeh jaise misaal ke taur par yeh ke aaj kal zalzale waghera aa rahe hain aur woh eruption ho raha hai, woh azaab nahin hai. woh bohat se natural calamities ho rahi hain, woh azaab nahin hai, woh woh tanbeehat hain.</w:t>
      </w:r>
    </w:p>
    <w:p>
      <w:pPr>
        <w:jc w:val="right"/>
      </w:pPr>
      <w:r>
        <w:t>یہجیسےمثلاًیہکہآجکل زلزلےوغیرہآرہےہیں اور وہ ایرپشنہورہاہے، وہعذابنہیںہے۔وہ بہت سے نیچرلکیلیمیٹیزہورہیہیں،وہعذابنہیںہے،وہ وہ تنبیہاتہیں۔</w:t>
      </w:r>
    </w:p>
    <w:p>
      <w:r>
        <w:rPr>
          <w:b/>
        </w:rPr>
        <w:t xml:space="preserve">[1:04:05] </w:t>
      </w:r>
      <w:r>
        <w:t>to chahe ek individual ka maamla ho ya poore group ka maamla ho, jo museebat aati hai, woh sirf is liye aati hai ke aap ko jagaye, aap ko activate kare, aap ko mutanabbih kare.</w:t>
      </w:r>
    </w:p>
    <w:p>
      <w:pPr>
        <w:jc w:val="right"/>
      </w:pPr>
      <w:r>
        <w:t>تو چاہے ایک انڈیویجولکامعاملہہو یا پورےگروپکامعاملہہو، جو مصیبتآتیہے، وہ صرفاسلیےآتیہےکہآپکو جگائے ،آپکو ایکٹیویٹکرے، آپکومتنبہکرے۔</w:t>
      </w:r>
    </w:p>
    <w:p>
      <w:r>
        <w:rPr>
          <w:b/>
        </w:rPr>
        <w:t xml:space="preserve">[1:04:17] </w:t>
      </w:r>
      <w:r>
        <w:t>bas baqi jo inaam aur saza dono jo hai, woh aakhirat mein hogi, dunya mein nahin.</w:t>
      </w:r>
    </w:p>
    <w:p>
      <w:pPr>
        <w:jc w:val="right"/>
      </w:pPr>
      <w:r>
        <w:t>بس باقیجو انعام اورسزادونوںجوہے،وہآخرتمیںہوگی،دنیا میں نہیں۔</w:t>
      </w:r>
    </w:p>
    <w:p>
      <w:r>
        <w:rPr>
          <w:b/>
        </w:rPr>
        <w:t xml:space="preserve">[1:04:27] </w:t>
      </w:r>
      <w:r>
        <w:t>Iqbal Umar ne Tamil Nadu se likha hai: "maujooda zamanay mein Khuda ke qanoon ko maane baghair</w:t>
      </w:r>
    </w:p>
    <w:p>
      <w:pPr>
        <w:jc w:val="right"/>
      </w:pPr>
      <w:r>
        <w:t>اق بال عمرینے تملناڈوسےلکھاہے: "موجود ہ زمان ےمیں خداکے قانون کو مانےبغیر</w:t>
      </w:r>
    </w:p>
    <w:p>
      <w:r>
        <w:rPr>
          <w:b/>
        </w:rPr>
        <w:t xml:space="preserve">[1:04:35] </w:t>
      </w:r>
      <w:r>
        <w:t>dunya ka nizaam achha chal raha hai, phir aaj ka insaan Khuda ko kyun maane?" dekhein, dunya ke nizaam ko behtar banane ke liye Quran ya Islam nahin aaya hai.</w:t>
      </w:r>
    </w:p>
    <w:p>
      <w:pPr>
        <w:jc w:val="right"/>
      </w:pPr>
      <w:r>
        <w:t>دنیا کا نظام اچھا چلرہاہے، پھر آج کا انسان خداکو کیوں مانے ؟" دیکھیں،دنیا کے نظامکو بہتربنانےکےلیےقرآن یا اسلام نہیںآیاہے۔</w:t>
      </w:r>
    </w:p>
    <w:p>
      <w:r>
        <w:rPr>
          <w:b/>
        </w:rPr>
        <w:t xml:space="preserve">[1:04:49] </w:t>
      </w:r>
      <w:r>
        <w:t>yaad rakhiye, nahin aaya hai. Quran mein likha hai ke pichli qomon ke baray mein aaya hai ke "amroohaa kathrum mimma amroo" bohat achha nizaam banaya tha unhon ne.</w:t>
      </w:r>
    </w:p>
    <w:p>
      <w:pPr>
        <w:jc w:val="right"/>
      </w:pPr>
      <w:r>
        <w:t>یادرکھیے، نہیںآیاہے۔ قرآنمیںلکھاہےکہ پچھلیقوموںکےبارےمیںآیاہے کہ "ام روہاکثرمماامروہ" بہتاچھانظامبنایاتھاانہوںنے۔</w:t>
      </w:r>
    </w:p>
    <w:p>
      <w:r>
        <w:rPr>
          <w:b/>
        </w:rPr>
        <w:t xml:space="preserve">[1:05:06] </w:t>
      </w:r>
      <w:r>
        <w:t>woh ek alag cheez hai. Islam ya Quran ya Rasool Allah jo deen laaye, woh sirf is liye hai ke insaan apne ko jannat ka mustahiq banaye.</w:t>
      </w:r>
    </w:p>
    <w:p>
      <w:pPr>
        <w:jc w:val="right"/>
      </w:pPr>
      <w:r>
        <w:t>وہ ایکالگچیزہے۔ اسلام یا قرآن یارسولاللہ جو دین لائے، وہ صرف اسلیےہےکہانسان اپنے کو جنت کامستحقبنائے۔</w:t>
      </w:r>
    </w:p>
    <w:p>
      <w:r>
        <w:rPr>
          <w:b/>
        </w:rPr>
        <w:t xml:space="preserve">[1:05:17] </w:t>
      </w:r>
      <w:r>
        <w:t>yani taameer shakhsiyat, taameer dunya ke liye nahin hai. taameer dunya ek alag masla hai, taameer dunya ek alag masla hai.</w:t>
      </w:r>
    </w:p>
    <w:p>
      <w:pPr>
        <w:jc w:val="right"/>
      </w:pPr>
      <w:r>
        <w:t>یعنیتعمیر شخص یت ،تعمیردنیاکےلیےنہیںہے۔ تعمیردنیا ایکالگمسئلہہے، تعمیردنیا ایکالگمسئلہہے۔</w:t>
      </w:r>
    </w:p>
    <w:p>
      <w:r>
        <w:rPr>
          <w:b/>
        </w:rPr>
        <w:t xml:space="preserve">[1:05:27] </w:t>
      </w:r>
      <w:r>
        <w:t>yeh shakhsiyat hai aap ki, is ki taameer</w:t>
      </w:r>
    </w:p>
    <w:p>
      <w:pPr>
        <w:jc w:val="right"/>
      </w:pPr>
      <w:r>
        <w:t>یہ شخص یتہےآپکی ،اسکیتعمیر</w:t>
      </w:r>
    </w:p>
    <w:p>
      <w:r>
        <w:rPr>
          <w:b/>
        </w:rPr>
        <w:t xml:space="preserve">[1:05:31] </w:t>
      </w:r>
      <w:r>
        <w:t>jannati insaan banana, jannati jazbaat paida karna, jannati soch chalana, jannati personality banana, is ko tazkiya kehte hain.</w:t>
      </w:r>
    </w:p>
    <w:p>
      <w:pPr>
        <w:jc w:val="right"/>
      </w:pPr>
      <w:r>
        <w:t>جن تیانسان بنانا، جن تیجذباتپیدا کرنا،جن تیسوچلانا، جن تیپرسنیلٹیبنانا، اس کوتزکیہکہتےہیں۔</w:t>
      </w:r>
    </w:p>
    <w:p>
      <w:r>
        <w:rPr>
          <w:b/>
        </w:rPr>
        <w:t xml:space="preserve">[1:05:41] </w:t>
      </w:r>
      <w:r>
        <w:t>yeh hai maqsad dunya ke aitbaar se. Rasool Allah bohat museebaton mein rahe.</w:t>
      </w:r>
    </w:p>
    <w:p>
      <w:pPr>
        <w:jc w:val="right"/>
      </w:pPr>
      <w:r>
        <w:t>یہہے مقصد دنیا کےاعتبارسے۔رسولاللہ بہت مصیبتوںمیںرہے۔</w:t>
      </w:r>
    </w:p>
    <w:p>
      <w:r>
        <w:rPr>
          <w:b/>
        </w:rPr>
        <w:t xml:space="preserve">[1:05:49] </w:t>
      </w:r>
      <w:r>
        <w:t>Hazrat Aisha kehti hain ke hum log, yani Rasool Allah ka jo khandan hai, maash al Muhammad yom yun qatt, hatta qabtar Rasool Allah sallallahu alaihi wasallam,</w:t>
      </w:r>
    </w:p>
    <w:p>
      <w:pPr>
        <w:jc w:val="right"/>
      </w:pPr>
      <w:r>
        <w:t>حضرتعائشہکہتیہیںکہ ہملوگ ،یعنیرسولاللہکاجوخاندانہے، ما شب ال محمد یوم ینقط ، حتی قبترسولاللہصلیاللہعلیہوسلم،</w:t>
      </w:r>
    </w:p>
    <w:p>
      <w:r>
        <w:rPr>
          <w:b/>
        </w:rPr>
        <w:t xml:space="preserve">[1:06:03] </w:t>
      </w:r>
      <w:r>
        <w:t>do din musalsal hum ko pait par khaana nahin mila. yahan tak ke Rasool Allah ki wafat ho gayi. to nizaam dunya ko behtar banane ke liye Islam nahin aaya hai,</w:t>
      </w:r>
    </w:p>
    <w:p>
      <w:pPr>
        <w:jc w:val="right"/>
      </w:pPr>
      <w:r>
        <w:t>دودن مسلسلہمکو پیٹپرکھانانہیںملا۔ یہاںتککہرسولاللہکیوفاتہوگئی ۔ تونظام دنیا کوبہتربنانےکےلیےاسلام نہیںآیاہے،</w:t>
      </w:r>
    </w:p>
    <w:p>
      <w:r>
        <w:rPr>
          <w:b/>
        </w:rPr>
        <w:t xml:space="preserve">[1:06:15] </w:t>
      </w:r>
      <w:r>
        <w:t>woh aaya hai aap ko jannat ka raasta dikhane ke liye.</w:t>
      </w:r>
    </w:p>
    <w:p>
      <w:pPr>
        <w:jc w:val="right"/>
      </w:pPr>
      <w:r>
        <w:t>وہآیاہےآپکو جنتکاراستہدکھانےکےلیے۔</w:t>
      </w:r>
    </w:p>
    <w:p>
      <w:r>
        <w:rPr>
          <w:b/>
        </w:rPr>
        <w:t xml:space="preserve">[1:06:19] </w:t>
      </w:r>
      <w:r>
        <w:t>bas jannat ka raasta dikhane ke liye. is baray mein maine bohat likha hai, aap is ko parh sakte hain.</w:t>
      </w:r>
    </w:p>
    <w:p>
      <w:pPr>
        <w:jc w:val="right"/>
      </w:pPr>
      <w:r>
        <w:t>بس جنتکاراستہدکھانےکےلیے۔ اس بارےمیں میںنےبہت لکھاہے،آپاسکوپڑھسکتےہیں۔</w:t>
      </w:r>
    </w:p>
    <w:p>
      <w:r>
        <w:rPr>
          <w:b/>
        </w:rPr>
        <w:t xml:space="preserve">[1:06:30] </w:t>
      </w:r>
      <w:r>
        <w:t>molana istine desile likha hai: "sahih momin ki pehchan kya hai? " asaas ke bare mein bataein. mein samajhta hoon ke ek to farma hai, namaz, roza, hajj, zaka</w:t>
      </w:r>
    </w:p>
    <w:p>
      <w:pPr>
        <w:jc w:val="right"/>
      </w:pPr>
      <w:r>
        <w:t>مول اناسطینے دلیسے لکھاہے: "صحیحمومنکی پہچان کیا ہے؟ " اساسکےبارےمیں بتائیں۔ میںسمجھتاہوںکہ ایکتو فار مہے، نماز،روزہ،حج،زکو</w:t>
      </w:r>
    </w:p>
    <w:p>
      <w:r>
        <w:rPr>
          <w:b/>
        </w:rPr>
        <w:t xml:space="preserve">[1:06:44] </w:t>
      </w:r>
      <w:r>
        <w:t>h ek farma hai. woh ek pehchan, zahiri pehchan hai. lekin haqeeqi pehchan do hai. quran ke alfaaz mein woh hai:</w:t>
      </w:r>
    </w:p>
    <w:p>
      <w:pPr>
        <w:jc w:val="right"/>
      </w:pPr>
      <w:r>
        <w:t>ۃایکفارمہے۔وہ ایکپہچان، ظاہریپہچانہے۔ لیکن حقیقی پہچان دوہے۔ قرآنکےالفاظ میں وہہے:</w:t>
      </w:r>
    </w:p>
    <w:p>
      <w:r>
        <w:rPr>
          <w:b/>
        </w:rPr>
        <w:t xml:space="preserve">[1:06:59] </w:t>
      </w:r>
      <w:r>
        <w:t>"ashad hubba lillah" aur yeh "wa lam yakhsha illa Allah". yeh do dakhli aitbaar se aur haqeeqat ke aitbaar se</w:t>
      </w:r>
    </w:p>
    <w:p>
      <w:pPr>
        <w:jc w:val="right"/>
      </w:pPr>
      <w:r>
        <w:t>"اشد حبا للہ" اور یہ " ولمیخشالا اللہ"۔یہدو داخلیاعتبارسے اور حقیقتکےاعتبارسے</w:t>
      </w:r>
    </w:p>
    <w:p>
      <w:r>
        <w:rPr>
          <w:b/>
        </w:rPr>
        <w:t xml:space="preserve">[1:07:10] </w:t>
      </w:r>
      <w:r>
        <w:t>sirf Allah se mohabbat karna, yaani Allah hi ko apna kanzan banaleena. sirf Allah aap ka kanzan ban jaye, ek yeh hai.</w:t>
      </w:r>
    </w:p>
    <w:p>
      <w:pPr>
        <w:jc w:val="right"/>
      </w:pPr>
      <w:r>
        <w:t>صرف اللہ سے محبتکرنا،یعنی اللہ ہی کواپناکنسرنبنالینا۔ صرفاللہ آپکاکنسرنبنجائے، ایکیہہے۔</w:t>
      </w:r>
    </w:p>
    <w:p>
      <w:r>
        <w:rPr>
          <w:b/>
        </w:rPr>
        <w:t xml:space="preserve">[1:07:21] </w:t>
      </w:r>
      <w:r>
        <w:t>aur doosri cheez jo woh hai, sirf Allah se aap darein, Allah ki pakad se darein, Allah ke din jo pesh hogi, us se darein.</w:t>
      </w:r>
    </w:p>
    <w:p>
      <w:pPr>
        <w:jc w:val="right"/>
      </w:pPr>
      <w:r>
        <w:t>اوردوسریچیزجوہے، صرفاللہ سے آپ ڈریں، اللہ کیپکڑسےڈریں، اللہ کےدن جو پیشیہوگی، اس سےڈریں۔</w:t>
      </w:r>
    </w:p>
    <w:p>
      <w:r>
        <w:rPr>
          <w:b/>
        </w:rPr>
        <w:t xml:space="preserve">[1:07:30] </w:t>
      </w:r>
      <w:r>
        <w:t>yeh do cheezein pehchan hain.</w:t>
      </w:r>
    </w:p>
    <w:p>
      <w:pPr>
        <w:jc w:val="right"/>
      </w:pPr>
      <w:r>
        <w:t>یہ دوچیزیںپہچانہیں۔</w:t>
      </w:r>
    </w:p>
    <w:p>
      <w:r>
        <w:rPr>
          <w:b/>
        </w:rPr>
        <w:t xml:space="preserve">[1:07:32] </w:t>
      </w:r>
      <w:r>
        <w:t>zahiri cheezein is mein shamil hain, lekin zahiri cheezein jo hain, unka jo dakhli pehlu hai, unka ma'anvi pehlu jo hai, woh yeh hai ke sirf Allah ko aadmi apna kanzan banale, sole kanzan.</w:t>
      </w:r>
    </w:p>
    <w:p>
      <w:pPr>
        <w:jc w:val="right"/>
      </w:pPr>
      <w:r>
        <w:t>ظاہریچیزیںاسمیںشامل ہیں، لیکن ظاہریچیزیںجوہیں، انکاجو داخلیپہلوہے،انکامعنویپہلوجوہے، وہ یہہے کہصرفاللہ کوآدمیاپنا کنسرنبنالے،سولکنسرن۔</w:t>
      </w:r>
    </w:p>
    <w:p>
      <w:r>
        <w:rPr>
          <w:b/>
        </w:rPr>
        <w:t xml:space="preserve">[1:07:45] </w:t>
      </w:r>
      <w:r>
        <w:t>aur doosri yeh ke woh Allah ki pakad se darta ho, har lamha woh sochta ho ke mujhe Allah ke samne hazir hona hai, to wahan par mujhe hisab kitab dena hai.</w:t>
      </w:r>
    </w:p>
    <w:p>
      <w:pPr>
        <w:jc w:val="right"/>
      </w:pPr>
      <w:r>
        <w:t>اور دوس رییہکہوہ اللہ کیپکڑسےڈرتاہو، ہرلمحہوہسوچتاہوکہمجھےاللہ کےسامنےحاضرہوناہے، تو وہاںپرمجھےحسابکتاب دیناہے۔</w:t>
      </w:r>
    </w:p>
    <w:p>
      <w:r>
        <w:rPr>
          <w:b/>
        </w:rPr>
        <w:t xml:space="preserve">[1:07:56] </w:t>
      </w:r>
      <w:r>
        <w:t>isko kehte hain accountability, yaani accountability ka ehsas is par chhaya</w:t>
      </w:r>
    </w:p>
    <w:p>
      <w:pPr>
        <w:jc w:val="right"/>
      </w:pPr>
      <w:r>
        <w:t>اسکوکہتےہیںاکاؤنٹیبل ٹی، یعنیاکاؤنٹیبل ٹیکااحساس اسپرچھایا</w:t>
      </w:r>
    </w:p>
    <w:p>
      <w:r>
        <w:rPr>
          <w:b/>
        </w:rPr>
        <w:t xml:space="preserve">[1:08:01] </w:t>
      </w:r>
      <w:r>
        <w:t>rahe. yeh do cheezein hain. mister niyaz ahmed ne kanpur se likha hai: "aap ne farmaya ke mobile mein jeene wale aadmi ke paas angels nahin aayenge.</w:t>
      </w:r>
    </w:p>
    <w:p>
      <w:pPr>
        <w:jc w:val="right"/>
      </w:pPr>
      <w:r>
        <w:t>رہے۔ یہدوچیزیںہیں۔ مسٹر نیاز احمد نے کان پورسےلکھاہے: "آپنے فرمایا کہ موبائلمیں جینےوالے آدمیکے پاس اینجلزنہیں آئیںگے۔</w:t>
      </w:r>
    </w:p>
    <w:p>
      <w:r>
        <w:rPr>
          <w:b/>
        </w:rPr>
        <w:t xml:space="preserve">[1:08:13] </w:t>
      </w:r>
      <w:r>
        <w:t>iska matlab kya hai? " matlab aap khud dekh lijiye, aap roz o shab jo guzarte honge to aap khud apne ko dekh ke samajh sakte hain. aap</w:t>
      </w:r>
    </w:p>
    <w:p>
      <w:pPr>
        <w:jc w:val="right"/>
      </w:pPr>
      <w:r>
        <w:t>اسکامطلب کیا ہے ؟ "مطلبآپخود دیکھلیجئے، آپ روز ہشبجوگزرتےہوںگے توآپخود اپنے کودیکھکےسمجھسکتےہیں۔آپ</w:t>
      </w:r>
    </w:p>
    <w:p>
      <w:r>
        <w:rPr>
          <w:b/>
        </w:rPr>
        <w:t xml:space="preserve">[1:08:25] </w:t>
      </w:r>
      <w:r>
        <w:t>mere kamre mein log aate hain, yahan par sabhi log kehte hain ke yahan aate hi sukoon milta hai. aur kahin bhi jayen, kisi aalim ke paas, kisi mister ke paas, wahan sukoon nahin milta.</w:t>
      </w:r>
    </w:p>
    <w:p>
      <w:pPr>
        <w:jc w:val="right"/>
      </w:pPr>
      <w:r>
        <w:t>میرےکمرےمیںلوگآتےہیں،یہاںپر سبھیلوگکہتےہیںکہیہاںآتےہیسکونملتاہے۔ اورکہیںبھیجائیں،کسیعالمکےپاس،کسی مسٹرکےپاس،وہاںسکوننہیںملتا۔</w:t>
      </w:r>
    </w:p>
    <w:p>
      <w:r>
        <w:rPr>
          <w:b/>
        </w:rPr>
        <w:t xml:space="preserve">[1:08:33] </w:t>
      </w:r>
      <w:r>
        <w:t>ek tabahshukaa aalam rehta hai. aap khud apni zindagi ko dekhiye, apne khandan ko dekhiye, apne ghar ko dekhiye, aur pata chal jayega ke ke farishte aate hain ya nahin aate hain.</w:t>
      </w:r>
    </w:p>
    <w:p>
      <w:pPr>
        <w:jc w:val="right"/>
      </w:pPr>
      <w:r>
        <w:t>ایکتبہوشکاعالمرہتاہے۔ آپخود اپنیزندگی کودیکھیے،اپنےخاندانکودیکھیے، اپنے گھرکودیکھیے، اورپتہچلجائےگاکہ کہفرشتےآتےہینہیںآتے۔</w:t>
      </w:r>
    </w:p>
    <w:p>
      <w:r>
        <w:rPr>
          <w:b/>
        </w:rPr>
        <w:t xml:space="preserve">[1:08:45] </w:t>
      </w:r>
      <w:r>
        <w:t>dekhiye, mobile baraye zaroorat hai. yaad rakhiye, sirf baraye zaroorat. aajkal kya hai?</w:t>
      </w:r>
    </w:p>
    <w:p>
      <w:pPr>
        <w:jc w:val="right"/>
      </w:pPr>
      <w:r>
        <w:t>دیکھیے، موبائل برائےضرورتہے۔یادرکھیے، صرفبرائےضرورت ۔آجکلکیاہے؟</w:t>
      </w:r>
    </w:p>
    <w:p>
      <w:r>
        <w:rPr>
          <w:b/>
        </w:rPr>
        <w:t xml:space="preserve">[1:08:52] </w:t>
      </w:r>
      <w:r>
        <w:t>baraye ta'alluqat, baraye relations, baraye dosti, baraye rishtadari istemal hota hai. baraye zaroorat hai to aap ghar mein rakhiye, isko office mein rakhiye.</w:t>
      </w:r>
    </w:p>
    <w:p>
      <w:pPr>
        <w:jc w:val="right"/>
      </w:pPr>
      <w:r>
        <w:t>برائےتعلقات ، برائےریلیشنز ،برائےدوستی،برائےرشتہداری استعمالہوتاہے۔ برائےضرورتہےتوآپگھرمیںرکھیے،اسکوآفسمیںرکھیے۔</w:t>
      </w:r>
    </w:p>
    <w:p>
      <w:r>
        <w:rPr>
          <w:b/>
        </w:rPr>
        <w:t xml:space="preserve">[1:09:02] </w:t>
      </w:r>
      <w:r>
        <w:t>yahan jo aap aane ka le ke kuch laina hai, kya matlab hai? hazaron saal guzar gaya aur mobile insaan ke paas nahin hua karta tha. to kya us waqt nahin chala insaan ka?</w:t>
      </w:r>
    </w:p>
    <w:p>
      <w:pPr>
        <w:jc w:val="right"/>
      </w:pPr>
      <w:r>
        <w:t>یہاں جو آپآنےکا لےکےکچھلیناہے،کیامطلبہے؟ ہزاروںسالگزرگیا اور موبائلانسانکےپاسنہیںہواکرتاتھا۔ توکیا اسوقت کامنہیںچلاانسانکا ؟</w:t>
      </w:r>
    </w:p>
    <w:p>
      <w:r>
        <w:rPr>
          <w:b/>
        </w:rPr>
        <w:t xml:space="preserve">[1:09:14] </w:t>
      </w:r>
      <w:r>
        <w:t>saare bade bade dimagh paida hue jo mobile ka zamana nahin tha.</w:t>
      </w:r>
    </w:p>
    <w:p>
      <w:pPr>
        <w:jc w:val="right"/>
      </w:pPr>
      <w:r>
        <w:t>سارے بڑےبڑےدماغ پیدا ہوئے جوموبائلکازمان ہنہیںتھا۔</w:t>
      </w:r>
    </w:p>
    <w:p>
      <w:r>
        <w:rPr>
          <w:b/>
        </w:rPr>
        <w:t xml:space="preserve">[1:09:18] </w:t>
      </w:r>
      <w:r>
        <w:t>tamam bade bade scientist, tamam bade bade philosopher, tamam bade bade reformer, tamam paighambar paida hue is zamane mein jabke mobile nahin hua karta tha. mobile to mobile to ek zaroorat hai, woh jeb mein liye phirte hain. log masjid jayenge to jeb mein mobile maujood hai.</w:t>
      </w:r>
    </w:p>
    <w:p>
      <w:pPr>
        <w:jc w:val="right"/>
      </w:pPr>
      <w:r>
        <w:t>تمام بڑےبڑےسائنسدان،تمام بڑےبڑےفلاسفر، تمام بڑےبڑے ریفارمر ،تمام پیغمبرپیدا ہوئےاسزمانےمیںجبکہموبائلنہیںہواکرتاتھا۔موبائل تو موبائلتوایکضرورتہے، وہ جیبمیںلیےپھرتےہیں۔لوگ مسجدجائیںگےتوجیبمیںموبائلموجود ہے۔</w:t>
      </w:r>
    </w:p>
    <w:p>
      <w:r>
        <w:rPr>
          <w:b/>
        </w:rPr>
        <w:t xml:space="preserve">[1:09:36] </w:t>
      </w:r>
      <w:r>
        <w:t>kya sahaba ne achhi namaz nahin padhi jinki jeb mein mobile nahin hua karta tha? har aadmi khud apne aap ko dekh kar jaan sakta hai ke farishte uske paas aate hain ke nahin aate hain.</w:t>
      </w:r>
    </w:p>
    <w:p>
      <w:pPr>
        <w:jc w:val="right"/>
      </w:pPr>
      <w:r>
        <w:t>کیا صحابہنےاچھینمازنہیںپڑھیجنکیجیبمیںموبائلنہیںہواکرتاتھا؟ ہرآدمیخود اپنےآپکودیکھکرجانسکتاہے کہ فرشتےاسکےپاسآتےہیںکہنہیںآتےہیں۔</w:t>
      </w:r>
    </w:p>
    <w:p>
      <w:r>
        <w:rPr>
          <w:b/>
        </w:rPr>
        <w:t xml:space="preserve">[1:09:50] </w:t>
      </w:r>
      <w:r>
        <w:t>doctor safina tabassum ne new delhi se likha hai: "muslims degraded their scientific data natural religion, but we see that hindus adopt the policy of peace, sulah khair,</w:t>
      </w:r>
    </w:p>
    <w:p>
      <w:pPr>
        <w:jc w:val="right"/>
      </w:pPr>
      <w:r>
        <w:t>ڈاکٹر صفینہ تبسم نے نئیدلیسےلکھاہے: "مس لمز ڈی گریڈیڈ دیرسائنٹیفک دیٹازنیچرلریلیجن، بٹویسی دیٹہند وز اڈاپٹ دا پالیسی اف پیس ،صلح خیر،</w:t>
      </w:r>
    </w:p>
    <w:p>
      <w:r>
        <w:rPr>
          <w:b/>
        </w:rPr>
        <w:t xml:space="preserve">[1:10:07] </w:t>
      </w:r>
      <w:r>
        <w:t>despite their religion being superstitious and incomplete sense, but still the hindus are making progress. please specify the reason."</w:t>
      </w:r>
    </w:p>
    <w:p>
      <w:pPr>
        <w:jc w:val="right"/>
      </w:pPr>
      <w:r>
        <w:t>ڈسپائٹدیرریلیجن بینگ سپ رسٹیشیسانداکمپلیٹسینس، بٹ سٹلداہند وز آر میکنگ پروگریس۔ پلیزسپیسیفائیداریزن۔"</w:t>
      </w:r>
    </w:p>
    <w:p>
      <w:r>
        <w:rPr>
          <w:b/>
        </w:rPr>
        <w:t xml:space="preserve">[1:10:20] </w:t>
      </w:r>
      <w:r>
        <w:t>maine yeh nahin kaha hai ke progress nahin hogi. progress to sabhi woh ho rahi hai. yahudiyon ki ho rahi hai. progress nahin. aaj ek method maine kaha ke aaj ek method jo hai, woh peace, peaceful activism jo hai, aaj ek method islam ka method hai.</w:t>
      </w:r>
    </w:p>
    <w:p>
      <w:pPr>
        <w:jc w:val="right"/>
      </w:pPr>
      <w:r>
        <w:t>میںنےیہنہیںکہاہےکہ پروگریسنہیںہوگی۔ پروگریستوسبھیکوہورہیہے۔یہودیوںکیہورہیہے۔پروگریس نہیں۔آجایکمیتھڈمیںنےکہاکہآجایکمیتھڈجوہے،وہ پیس، پیسفلایکٹیوزمجوہے،آجایکمیتھڈاسلام کامیتھڈہے۔</w:t>
      </w:r>
    </w:p>
    <w:p>
      <w:r>
        <w:rPr>
          <w:b/>
        </w:rPr>
        <w:t xml:space="preserve">[1:10:36] </w:t>
      </w:r>
      <w:r>
        <w:t>yeh nahin ke jo peaceful rahe, woh jannat mein chala jayega. yeh maine nahin kaha. aaj ek method jannat mein kaun jayega, uska woh alag masla hai.</w:t>
      </w:r>
    </w:p>
    <w:p>
      <w:pPr>
        <w:jc w:val="right"/>
      </w:pPr>
      <w:r>
        <w:t>یہنہیںکہجو پیسفلرہے،وہجنتمیںچلاجائےگا۔یہمیںنےنہیںکہا۔ آجایکمیتھڈ جن تمیںکونجائےگا،اسکاوہالگمسئلہہے۔</w:t>
      </w:r>
    </w:p>
    <w:p>
      <w:r>
        <w:rPr>
          <w:b/>
        </w:rPr>
        <w:t xml:space="preserve">[1:10:47] </w:t>
      </w:r>
      <w:r>
        <w:t>lekin aaj ek method jo hai, peaceful method hi islam ka method hai. yeh maar dhaar aur ghan aur bomb yeh islam ka method nahin hai. yeh maine kaha hai.</w:t>
      </w:r>
    </w:p>
    <w:p>
      <w:pPr>
        <w:jc w:val="right"/>
      </w:pPr>
      <w:r>
        <w:t>لیکن آجایکمیتھڈجوہے، پیسفلمیتھڈہی اسلام کامیتھڈہے۔ یہ مار دھاڑاورگناور بم یہاسلام کامیتھڈنہیںہے۔ یہمیںنےکہاہے۔</w:t>
      </w:r>
    </w:p>
    <w:p>
      <w:r>
        <w:rPr>
          <w:b/>
        </w:rPr>
        <w:t xml:space="preserve">[1:10:57] </w:t>
      </w:r>
      <w:r>
        <w:t>molana aziz anand vinay ne delhi se likha hai: "mulaqat ke dauran ek sahib ne kaha ke pehle al risala mein jo baat hoti thi, woh baat ab al risala mein nahin pai jati."</w:t>
      </w:r>
    </w:p>
    <w:p>
      <w:pPr>
        <w:jc w:val="right"/>
      </w:pPr>
      <w:r>
        <w:t>مول انازکوانندوینےدلیسے لکھاہے: "ملاقاتکے دوران ایک صاحبنےکہا کہ پہلے الرسالہمیںجو بات ہوتیتھی، وہ بات اب الرسالہمیںنہیں پائیجاتی۔</w:t>
      </w:r>
    </w:p>
    <w:p>
      <w:r>
        <w:rPr>
          <w:b/>
        </w:rPr>
        <w:t xml:space="preserve">[1:11:11] </w:t>
      </w:r>
      <w:r>
        <w:t>main ne in sahib se is maamle ki wazahat ke liye al-risala se koi misaal di jaye, magar woh iski koi misaal na de sake.</w:t>
      </w:r>
    </w:p>
    <w:p>
      <w:pPr>
        <w:jc w:val="right"/>
      </w:pPr>
      <w:r>
        <w:t>میںنےان صاحبسےاس معاملےکی وضاحتکےلیے الرسالہسے کوئی مثال دی جئے ، مگر وہ اسکیکوئی مثال نہدےسکے۔</w:t>
      </w:r>
    </w:p>
    <w:p>
      <w:r>
        <w:rPr>
          <w:b/>
        </w:rPr>
        <w:t xml:space="preserve">[1:11:22] </w:t>
      </w:r>
      <w:r>
        <w:t>unhon ne sirf yeh kaha ke ab is mein modernity bohat hoti hai. kindly explain and discuss. mulaqat ab dekhiye, jo aadmi misaal na de sake to aisa statement haraam hai iske liye.</w:t>
      </w:r>
    </w:p>
    <w:p>
      <w:pPr>
        <w:jc w:val="right"/>
      </w:pPr>
      <w:r>
        <w:t>انہوںنے صرف یہ کہاکہ اب اسمیں ماڈرنٹیبہت ہوتیہے۔ کائنڈلی ایکسپلیناندس۔"ملاقاتابدیکھیے، جوآدمیمثال نہدےسکےتوایسااسٹیٹمنٹحرامہےاسکےلیے۔</w:t>
      </w:r>
    </w:p>
    <w:p>
      <w:r>
        <w:rPr>
          <w:b/>
        </w:rPr>
        <w:t xml:space="preserve">[1:11:37] </w:t>
      </w:r>
      <w:r>
        <w:t>falak al-khair ye sabit modernity hoti hai. aap misaal dijiye, aap misaal nahi de sakte to aap to jhoot bolay. aap kaisi ajeeb baat hai!</w:t>
      </w:r>
    </w:p>
    <w:p>
      <w:pPr>
        <w:jc w:val="right"/>
      </w:pPr>
      <w:r>
        <w:t>فلق الخیر ی ثبت ماڈرنٹیہوتیہے۔آپ مثالدیجئے، آپمثالنہیںدےسکتےتوآپتوجھوٹبولے۔آپ کیسیعجیبباتہے!</w:t>
      </w:r>
    </w:p>
    <w:p>
      <w:r>
        <w:rPr>
          <w:b/>
        </w:rPr>
        <w:t xml:space="preserve">[1:11:50] </w:t>
      </w:r>
      <w:r>
        <w:t>yaad rakhiye, agar koi statement aap dete hain, yeh toh mein ne kaha ke reason based argument musalman jaante na hain.</w:t>
      </w:r>
    </w:p>
    <w:p>
      <w:pPr>
        <w:jc w:val="right"/>
      </w:pPr>
      <w:r>
        <w:t>یادرکھیے،اگر کوئی سٹیٹمنٹآپدیتےہیں،یہتویہتومیںنےکہاکہ ریزنبیسڈارگومنٹمسلمانجانتانہیں۔</w:t>
      </w:r>
    </w:p>
    <w:p>
      <w:r>
        <w:rPr>
          <w:b/>
        </w:rPr>
        <w:t xml:space="preserve">[1:11:56] </w:t>
      </w:r>
      <w:r>
        <w:t>yeh toh mein ne kaha ke musalman jaante hain nahi ke what is a reason based argument jaante hain nahi. inke ulma nahi jaante, inke mister nahi jaante, universityon ke parhe hue nahi jaante, madras-on ke parhe hue nahi jaante.</w:t>
      </w:r>
    </w:p>
    <w:p>
      <w:pPr>
        <w:jc w:val="right"/>
      </w:pPr>
      <w:r>
        <w:t>یہتومیںنےکہا کہمسلمان جانتے ہینہیں کہ واٹاز ریزنبیسڈارگومنٹج انتےہینہیں ۔ انکےعلماءنہیںجانتے،انکےمسٹرنہیںجانتے،یونیورسٹیوںکےپڑھےہوئےنہیںجانتے، مدرس وںکےپڑھےہوئےنہیںجانتے۔</w:t>
      </w:r>
    </w:p>
    <w:p>
      <w:r>
        <w:rPr>
          <w:b/>
        </w:rPr>
        <w:t xml:space="preserve">[1:12:10] </w:t>
      </w:r>
      <w:r>
        <w:t>agar shakk ho to mujhe koi kitaab dijiye, aap ki toh mein batata hoon. kisi ek kitaab di, xyz ki kitaab dijiye mujhe, aap mein bataunga ke reason based argument unhe jaante na hain. woh kya cheez hai? woh</w:t>
      </w:r>
    </w:p>
    <w:p>
      <w:pPr>
        <w:jc w:val="right"/>
      </w:pPr>
      <w:r>
        <w:t>اگرشک ہوتومجھےکوئیکتابدیجئے،آپانکیتومیںبتاتاہوں۔ کسی ایککتاب دی،ایکسوائیزیڈکیکتابدیجئےمجھے،آپمیںبتاؤںگاکہ ریزنبیسڈارگومنٹ انہیںجانتےنہیں۔وہکیاچیزہے؟وہ</w:t>
      </w:r>
    </w:p>
    <w:p>
      <w:r>
        <w:rPr>
          <w:b/>
        </w:rPr>
        <w:t xml:space="preserve">[1:12:22] </w:t>
      </w:r>
      <w:r>
        <w:t>yeh wohi wohi misaal hai ke na daleel hai na saboot hai lekin misaal hai. aur ek statement de rahe hain, hawai statement! yeh toh bilkul Islam mein jaiz nahi hai.</w:t>
      </w:r>
    </w:p>
    <w:p>
      <w:pPr>
        <w:jc w:val="right"/>
      </w:pPr>
      <w:r>
        <w:t>یہوہی وہیمثالہیہے کہنہدلیلہےنہثبوتہےلیکن مثالہے۔ اورایکاسٹیٹمنٹدےرہےہیں، ہوائیاسٹیٹمنٹ! یہتوبالکل اسلام میںجائزہینہیںہے۔</w:t>
      </w:r>
    </w:p>
    <w:p>
      <w:r>
        <w:rPr>
          <w:b/>
        </w:rPr>
        <w:t xml:space="preserve">[1:12:31] </w:t>
      </w:r>
      <w:r>
        <w:t>is tarah statement dena dekhiye, Islam ka tareeqa kya hai? agar aap ko aisa ek remark dena hai</w:t>
      </w:r>
    </w:p>
    <w:p>
      <w:pPr>
        <w:jc w:val="right"/>
      </w:pPr>
      <w:r>
        <w:t>اسطرحاسٹیٹمنٹدینا دیکھیے،اسلام کاطریقہکیاہے؟ اگر آپ کو ایسا ایک ریمارکدیناہے</w:t>
      </w:r>
    </w:p>
    <w:p>
      <w:r>
        <w:rPr>
          <w:b/>
        </w:rPr>
        <w:t xml:space="preserve">[1:12:40] </w:t>
      </w:r>
      <w:r>
        <w:t>to hazar baar woh kitaab ko parhiye aap aur nikaliye is mein se konsi misaal de sakte hain? aap kis misaal se yeh sabit hoti hai? qul hatu burhanakum!</w:t>
      </w:r>
    </w:p>
    <w:p>
      <w:pPr>
        <w:jc w:val="right"/>
      </w:pPr>
      <w:r>
        <w:t>تو ہزار بار وہکتاب کوپڑھیےآپ اور نکالیےاسمیںسےکونسی مثالدےسکتےہیں؟آپ کسمثالسےیہثابتہوتیہے؟قلھاتوبرہانکم!</w:t>
      </w:r>
    </w:p>
    <w:p>
      <w:r>
        <w:rPr>
          <w:b/>
        </w:rPr>
        <w:t xml:space="preserve">[1:12:51] </w:t>
      </w:r>
      <w:r>
        <w:t>fuqaha ka masla hai ke al-bayyinah al-mudda'i yani daleel dena daawa karne ka kaam hai. hum thoda nikal lenge</w:t>
      </w:r>
    </w:p>
    <w:p>
      <w:pPr>
        <w:jc w:val="right"/>
      </w:pPr>
      <w:r>
        <w:t>فقہاءکامسئلہہےکہ الب ینۃ المد عی یعنیدلیلدینا دعویٰکرنے کاکامہے۔ہمتھوڑینکالیںگے</w:t>
      </w:r>
    </w:p>
    <w:p>
      <w:r>
        <w:rPr>
          <w:b/>
        </w:rPr>
        <w:t xml:space="preserve">[1:13:01] </w:t>
      </w:r>
      <w:r>
        <w:t>yani daawa woh karein aur hum nikal lein khud apni kitaabon se. al-bayyinah al-mudda'i</w:t>
      </w:r>
    </w:p>
    <w:p>
      <w:pPr>
        <w:jc w:val="right"/>
      </w:pPr>
      <w:r>
        <w:t>،یعنی دعویٰوہکریں اورہمنکالیںخوداپنیکتاب وںسے۔ البینۃ المد عی</w:t>
      </w:r>
    </w:p>
    <w:p>
      <w:r>
        <w:rPr>
          <w:b/>
        </w:rPr>
        <w:t xml:space="preserve">[1:13:13] </w:t>
      </w:r>
      <w:r>
        <w:t>yeh aam hai musalmanon mein ke ek ek baat keh denge jab koi na misaal hai na saboot hai. koi misaal hai na saboot hai.</w:t>
      </w:r>
    </w:p>
    <w:p>
      <w:pPr>
        <w:jc w:val="right"/>
      </w:pPr>
      <w:r>
        <w:t>یہ عام ہے مس لمانوںمیںکہایک ایکباتکہہدیںگے جب کوئی نہمثالہے نہثبوتہے۔ کوئیمثالہےنہثبوتہے۔</w:t>
      </w:r>
    </w:p>
    <w:p>
      <w:r>
        <w:rPr>
          <w:b/>
        </w:rPr>
        <w:t xml:space="preserve">[1:13:24] </w:t>
      </w:r>
      <w:r>
        <w:t>yeh hi woh hai ke reason based argument ka concept musalmanon mein develop nahi hua.</w:t>
      </w:r>
    </w:p>
    <w:p>
      <w:pPr>
        <w:jc w:val="right"/>
      </w:pPr>
      <w:r>
        <w:t>یہیتوہے کہ ریزنبیسڈارگومنٹکاکانسیپٹہیمسلمانوں میںڈیولپنہیںہوا۔</w:t>
      </w:r>
    </w:p>
    <w:p>
      <w:r>
        <w:rPr>
          <w:b/>
        </w:rPr>
        <w:t xml:space="preserve">[1:13:34] </w:t>
      </w:r>
      <w:r>
        <w:t>sharaq hussain ne delhi se likha hai:</w:t>
      </w:r>
    </w:p>
    <w:p>
      <w:pPr>
        <w:jc w:val="right"/>
      </w:pPr>
      <w:r>
        <w:t>شار قحسیننے دلیسےلکھاہے:</w:t>
      </w:r>
    </w:p>
    <w:p>
      <w:r>
        <w:rPr>
          <w:b/>
        </w:rPr>
        <w:t xml:space="preserve">[1:13:37] </w:t>
      </w:r>
      <w:r>
        <w:t>"Maulana, aap ne kaha ke humein mind based tazkiya karna hai,</w:t>
      </w:r>
    </w:p>
    <w:p>
      <w:pPr>
        <w:jc w:val="right"/>
      </w:pPr>
      <w:r>
        <w:t>"مولانا،آپنے کہا کہ ہمیں مائنڈ بیس تزکیہکرناہے،</w:t>
      </w:r>
    </w:p>
    <w:p>
      <w:r>
        <w:rPr>
          <w:b/>
        </w:rPr>
        <w:t xml:space="preserve">[1:13:42] </w:t>
      </w:r>
      <w:r>
        <w:t>lekin Maulana, Quran mein hai ke kya woh log Quran par tadabbur nahin karte ya unke dilon par taal laga hua hai?"</w:t>
      </w:r>
    </w:p>
    <w:p>
      <w:pPr>
        <w:jc w:val="right"/>
      </w:pPr>
      <w:r>
        <w:t>لیکن مولانا، قرآنمیں ہے کہ کیا وہ لوگ قرآنپر تد برنہیں کرتے یا انکے دل وںپر تالالگاہواہے ؟"</w:t>
      </w:r>
    </w:p>
    <w:p>
      <w:r>
        <w:rPr>
          <w:b/>
        </w:rPr>
        <w:t xml:space="preserve">[1:13:54] </w:t>
      </w:r>
      <w:r>
        <w:t>aur isi tarah hadith mein rasool Allah ne farmaya tha</w:t>
      </w:r>
    </w:p>
    <w:p>
      <w:pPr>
        <w:jc w:val="right"/>
      </w:pPr>
      <w:r>
        <w:t>اور اسیطرح حدیثمیں رسول اللہ نے فرمایاتھا</w:t>
      </w:r>
    </w:p>
    <w:p>
      <w:r>
        <w:rPr>
          <w:b/>
        </w:rPr>
        <w:t xml:space="preserve">[1:13:58] </w:t>
      </w:r>
      <w:r>
        <w:t>dil ki taraf ishara kar karke ke "attaquwiyahana".</w:t>
      </w:r>
    </w:p>
    <w:p>
      <w:pPr>
        <w:jc w:val="right"/>
      </w:pPr>
      <w:r>
        <w:t>دل کیطرف اشار ہ کر کرکے کہ "ات ق ویٰہاہنا"۔</w:t>
      </w:r>
    </w:p>
    <w:p>
      <w:r>
        <w:rPr>
          <w:b/>
        </w:rPr>
        <w:t xml:space="preserve">[1:14:04] </w:t>
      </w:r>
      <w:r>
        <w:t>maulana, kya is kya inse heart based tazkiya murad nahi hai? nahi, nahi, bilkul nahi! dekhiye, yahan par qalb ka lafz hai, woh adabi ma'ano mein istemal hua hai.</w:t>
      </w:r>
    </w:p>
    <w:p>
      <w:pPr>
        <w:jc w:val="right"/>
      </w:pPr>
      <w:r>
        <w:t>مولانا،کیا اس کیا انسے ہارٹ بیس تزکیہمرادنہیںہے ؟ نہیں،نہیں،بالکلنہیں! دیکھیں،یہاںپر قلبکالفظہے،وہ اد بیمعنیمیںاستعمالہواہے۔</w:t>
      </w:r>
    </w:p>
    <w:p>
      <w:r>
        <w:rPr>
          <w:b/>
        </w:rPr>
        <w:t xml:space="preserve">[1:14:15] </w:t>
      </w:r>
      <w:r>
        <w:t>yaad rakhein, har zabaan jo hai, woh adabi rawaj mein chalti hai.</w:t>
      </w:r>
    </w:p>
    <w:p>
      <w:pPr>
        <w:jc w:val="right"/>
      </w:pPr>
      <w:r>
        <w:t>یادرکھیں،ہرزبان جوہے، وہ ادبی رواجمیںچلتیہے۔</w:t>
      </w:r>
    </w:p>
    <w:p>
      <w:r>
        <w:rPr>
          <w:b/>
        </w:rPr>
        <w:t xml:space="preserve">[1:14:22] </w:t>
      </w:r>
      <w:r>
        <w:t>yeh samajh lijiye, yahan qalb se murad woh yeh hai jo mein keh raha hoon. mind!</w:t>
      </w:r>
    </w:p>
    <w:p>
      <w:pPr>
        <w:jc w:val="right"/>
      </w:pPr>
      <w:r>
        <w:t>یہسمجھلیجئے،یہاںقلبسےمراد وہیہےجو میںکہہرہاہوں۔ مائنڈ!</w:t>
      </w:r>
    </w:p>
    <w:p>
      <w:r>
        <w:rPr>
          <w:b/>
        </w:rPr>
        <w:t xml:space="preserve">[1:14:29] </w:t>
      </w:r>
      <w:r>
        <w:t>angrezi zabaan mein aap dekhein, abhi bhi wahi alfaaz chalte hain. maslan, bawajood yeh ke sabit ho chuka hai ke dil se koi taluq nahi, jazbaat ka hai, soch ka, lekin wahan abhi bhi jo lafz hoga, woh hoga kya?</w:t>
      </w:r>
    </w:p>
    <w:p>
      <w:pPr>
        <w:jc w:val="right"/>
      </w:pPr>
      <w:r>
        <w:t>انگریزیزبان میںآپدیکھیں،ابھیبھی وہیالفاظ چلتےہیں۔ مثلاً، باوجود یہکہثابتہوچکاہے کہ دلسےکوئیتعلقنہیں،جذبات کاہے،سوچکا، لیکن وہاںابھیبھی جولفظہوگا، وہ ہوگاکیا ؟</w:t>
      </w:r>
    </w:p>
    <w:p>
      <w:r>
        <w:rPr>
          <w:b/>
        </w:rPr>
        <w:t xml:space="preserve">[1:14:43] </w:t>
      </w:r>
      <w:r>
        <w:t>"whole heartedly"! koi bhi "whole mindedly" nahi bolta. angrezi mein koi kitaab nahi paayi jo likha hua ho "whole mindedly".</w:t>
      </w:r>
    </w:p>
    <w:p>
      <w:pPr>
        <w:jc w:val="right"/>
      </w:pPr>
      <w:r>
        <w:t>"ہولہارٹڈلی"! کوئیبھی"ہولمائنڈڈلی"نہیںبول تا۔ انگریزیمیںکوئیکتاب نہیںپائی جولکھاہواہو "ہول مائنڈڈلی"۔</w:t>
      </w:r>
    </w:p>
    <w:p>
      <w:r>
        <w:rPr>
          <w:b/>
        </w:rPr>
        <w:t xml:space="preserve">[1:14:52] </w:t>
      </w:r>
      <w:r>
        <w:t>har jagah hoga "whole heartedly". yeh adabi saloob hai, adabi istemal hai.</w:t>
      </w:r>
    </w:p>
    <w:p>
      <w:pPr>
        <w:jc w:val="right"/>
      </w:pPr>
      <w:r>
        <w:t>ہرجگہہوگا"ہولہارٹڈلی"۔ یہ اد بیاسلوبہے، اد بی استعمال ہے۔</w:t>
      </w:r>
    </w:p>
    <w:p>
      <w:r>
        <w:rPr>
          <w:b/>
        </w:rPr>
        <w:t xml:space="preserve">[1:14:58] </w:t>
      </w:r>
      <w:r>
        <w:t>adabi Islam istemal se badalta nahi hai. is tareeqe se to qalb ka istemal chuki adab mein raaij ho chuka tha, us waqt bhi istemal kiya, aaj bhi istemal kiya gaya.</w:t>
      </w:r>
    </w:p>
    <w:p>
      <w:pPr>
        <w:jc w:val="right"/>
      </w:pPr>
      <w:r>
        <w:t>ادبیاسلام استعمال سےبدلتانہیںہے۔اسطریقےسے تو قلبکا استعمال چونکہادبمیںرائجہوچکاتھا، اسوقت بھیاستعمال کیا،آجبھیاستعمال کیاگیا۔</w:t>
      </w:r>
    </w:p>
    <w:p>
      <w:r>
        <w:rPr>
          <w:b/>
        </w:rPr>
        <w:t xml:space="preserve">[1:15:07] </w:t>
      </w:r>
      <w:r>
        <w:t>lekin sahi jo hai, jo haqeeqi lafz aaya hai, "af la taqiloon", woh sahi hai. aur yeh jo hai, adabi is usloob ke khane mein dala jayega isko, aur iske tehat isko samjhaya jayega.</w:t>
      </w:r>
    </w:p>
    <w:p>
      <w:pPr>
        <w:jc w:val="right"/>
      </w:pPr>
      <w:r>
        <w:t>لیکن صحیحجوہے،جوحجعقل لفظآیاہے، "اف لاتعقلون"، وہ صحیح ہے۔ اوریہجوہے،اد بی اس اسلوبکےخانےمیںڈالاجائےگااسکو ، اوراسکےتحت اسکوسمجھاجائےگا۔</w:t>
      </w:r>
    </w:p>
    <w:p>
      <w:r>
        <w:rPr>
          <w:b/>
        </w:rPr>
        <w:t xml:space="preserve">[1:15:19] </w:t>
      </w:r>
      <w:r>
        <w:t>yani aql ke tehat isko samjha jayega, isko iske tehat nahi kiya jayega.</w:t>
      </w:r>
    </w:p>
    <w:p>
      <w:pPr>
        <w:jc w:val="right"/>
      </w:pPr>
      <w:r>
        <w:t>یعنیعقلکےتحت اسکوسمجھاجائےگا، اسکواسکےتحت نہیںکیاجائےگا۔</w:t>
      </w:r>
    </w:p>
    <w:p>
      <w:r>
        <w:rPr>
          <w:b/>
        </w:rPr>
        <w:t xml:space="preserve">[1:15:25] </w:t>
      </w:r>
      <w:r>
        <w:t>agla sawal maulana ko zikraanandwin ne kiya hai delhi se. unhon ne likha hai: "safar ke dauraan mein ne ek aalim ko aap ka ek pamphlet diya.</w:t>
      </w:r>
    </w:p>
    <w:p>
      <w:pPr>
        <w:jc w:val="right"/>
      </w:pPr>
      <w:r>
        <w:t>اگلاسوال مولانازکوانندوینے کیا ہے دلیسے ۔انہوںنےلکھاہے: "سفرکے دوران میںنے ایک عالمکو آپ کا ایک پیمفلیٹدیا۔</w:t>
      </w:r>
    </w:p>
    <w:p>
      <w:r>
        <w:rPr>
          <w:b/>
        </w:rPr>
        <w:t xml:space="preserve">[1:15:36] </w:t>
      </w:r>
      <w:r>
        <w:t>ispar aap ka naam dekhkar unhonne kaha ke woh to millat se hate hue hain. maine kaha kya woh quran aur sunnat se bhi hate hue hain ?</w:t>
      </w:r>
    </w:p>
    <w:p>
      <w:pPr>
        <w:jc w:val="right"/>
      </w:pPr>
      <w:r>
        <w:t>اسپر آپ کانام دیکھکر انہوںنے کہا کہ وہتو ملتسے ہٹےہوئےہیں۔ میںنےکہا کیا وہ قرآناور سنتسےبھیہٹےہوئےہیں ؟</w:t>
      </w:r>
    </w:p>
    <w:p>
      <w:r>
        <w:rPr>
          <w:b/>
        </w:rPr>
        <w:t xml:space="preserve">[1:15:48] </w:t>
      </w:r>
      <w:r>
        <w:t>"iske baad woh khamosh ho gaye. kind ly mention this!</w:t>
      </w:r>
    </w:p>
    <w:p>
      <w:pPr>
        <w:jc w:val="right"/>
      </w:pPr>
      <w:r>
        <w:t>"اسکےبعد وہ خاموش ہوگئے۔ کائنڈلیکمنٹان دس!</w:t>
      </w:r>
    </w:p>
    <w:p>
      <w:r>
        <w:rPr>
          <w:b/>
        </w:rPr>
        <w:t xml:space="preserve">[1:15:53] </w:t>
      </w:r>
      <w:r>
        <w:t>ab dekhein, yeh to ek irrational statement hai ke millat se hate hue hain. millat kya cheez hai? millat naam hai islam ka. millat naam hai islam ka.</w:t>
      </w:r>
    </w:p>
    <w:p>
      <w:pPr>
        <w:jc w:val="right"/>
      </w:pPr>
      <w:r>
        <w:t>ابدیکھیں،یہتو ایک ایک ار ریشنل اسٹیٹمنٹہےکہملتسےہٹےہوئےہیں۔ملتکیاچیزہے؟ ملتنامہےاسلام کا ۔ ملتنامہےاسلام کا ۔</w:t>
      </w:r>
    </w:p>
    <w:p>
      <w:r>
        <w:rPr>
          <w:b/>
        </w:rPr>
        <w:t xml:space="preserve">[1:16:05] </w:t>
      </w:r>
      <w:r>
        <w:t>imam abu hanifa ne kaha tha ke "ae to ni shumm min kitab allah ta'qal". koi khuda ki kitab ki koi baat lao to main kahoon, millat ke reference mein kahoge to usse koi baat clear nahin hogi.</w:t>
      </w:r>
    </w:p>
    <w:p>
      <w:pPr>
        <w:jc w:val="right"/>
      </w:pPr>
      <w:r>
        <w:t>امامابوحنیفہنےکہاتھاکہ "ای تونی شممنکتاب اللہ تعقل" ۔ کوئیخدا کیکتاب کیکوئیباتلاؤتومیںکہوں، ملتکےریفرنسمیںکہوگےتواسسےکوئیبات کلیئرنہیںہوگی۔</w:t>
      </w:r>
    </w:p>
    <w:p>
      <w:r>
        <w:rPr>
          <w:b/>
        </w:rPr>
        <w:t xml:space="preserve">[1:16:17] </w:t>
      </w:r>
      <w:r>
        <w:t>to main bhi yehi kehta hoon: "ae to ni shumm min kitab allah ta'qal".</w:t>
      </w:r>
    </w:p>
    <w:p>
      <w:pPr>
        <w:jc w:val="right"/>
      </w:pPr>
      <w:r>
        <w:t>تومیں بھییہیکہتاہوں:"ایتونیشممنکتاب اللہ تعقل"۔</w:t>
      </w:r>
    </w:p>
    <w:p>
      <w:r>
        <w:rPr>
          <w:b/>
        </w:rPr>
        <w:t xml:space="preserve">[1:16:22] </w:t>
      </w:r>
      <w:r>
        <w:t>to islam naam hai quran ka, hadith ka, sunnat rasool ka, sahaba ke amal ka, seerat rasool ka.</w:t>
      </w:r>
    </w:p>
    <w:p>
      <w:pPr>
        <w:jc w:val="right"/>
      </w:pPr>
      <w:r>
        <w:t>تو اسلام نام ہے قرآنکا،حدیثکا ،سنترسولکا ، صحابہکے عمل کا ، سیرترسولکا ۔</w:t>
      </w:r>
    </w:p>
    <w:p>
      <w:r>
        <w:rPr>
          <w:b/>
        </w:rPr>
        <w:t xml:space="preserve">[1:16:30] </w:t>
      </w:r>
      <w:r>
        <w:t>un cheezon ka naam islam hai. millat ka naam to islam hai hi nahin. millat ka naam to islam hai hi nahin. to aise logon ko ya to yeh daawa karein ke millat hi ka naam islam hai, to yeh to yahudiyat hai.</w:t>
      </w:r>
    </w:p>
    <w:p>
      <w:pPr>
        <w:jc w:val="right"/>
      </w:pPr>
      <w:r>
        <w:t>انچیزوںکاناماسلام ہے۔ ملتکانامتواسلامہےہینہیں۔ ملتکانامتواسلامہےہینہیں۔ توایسےلوگوںکو یاتویہدعویٰکریں کہ ملتہیکانام اسلام ہے، تو یہیتویہودیتہے۔</w:t>
      </w:r>
    </w:p>
    <w:p>
      <w:r>
        <w:rPr>
          <w:b/>
        </w:rPr>
        <w:t xml:space="preserve">[1:16:45] </w:t>
      </w:r>
      <w:r>
        <w:t>yahudiyon ka naam yahudiyat hi ka naam mazhab hai. yeh to yahudiyat hai.</w:t>
      </w:r>
    </w:p>
    <w:p>
      <w:pPr>
        <w:jc w:val="right"/>
      </w:pPr>
      <w:r>
        <w:t>یہودیوںکانامیہودیتہیکانام مذہبہے۔ یہتویہودیتہے۔</w:t>
      </w:r>
    </w:p>
    <w:p>
      <w:r>
        <w:rPr>
          <w:b/>
        </w:rPr>
        <w:t xml:space="preserve">[1:16:50] </w:t>
      </w:r>
      <w:r>
        <w:t>yehudiyon ka yahudi mazhab, woh hi to jo qaum hai, woh yahudiyon ka mazhab hai. to aap kahiye ke hum hum hum hum hum hum millat hi ko sab kuch samajhte hain, millat ko quran samajhte hain, millat ko islam samajhte hain. yeh kahiye, daawa kijiye pehle,</w:t>
      </w:r>
    </w:p>
    <w:p>
      <w:pPr>
        <w:jc w:val="right"/>
      </w:pPr>
      <w:r>
        <w:t>یہ ودیوںکا یہودی مذہب،وہیتوجوقومجوہے،وہیوہیانکامذہبہے۔ توآپکہیےکہہم ہم ہم ہمہمہم ملتہیکو سبکچھسمجھتےہیں،ملتقرآنسمجھتےہیں، ملتکواسلام سمجھتےہیں۔یہکہیے،دعویٰکیجئےپہلے،</w:t>
      </w:r>
    </w:p>
    <w:p>
      <w:r>
        <w:rPr>
          <w:b/>
        </w:rPr>
        <w:t xml:space="preserve">[1:17:06] </w:t>
      </w:r>
      <w:r>
        <w:t>nahin to quran se saboot laiye ke aini yahudiyat hai. kya aap millat ko ma khaz bana lein? jo millat kar rahi hai, woh sahi hai.</w:t>
      </w:r>
    </w:p>
    <w:p>
      <w:pPr>
        <w:jc w:val="right"/>
      </w:pPr>
      <w:r>
        <w:t>نہیںتوقرآنسےثبوتلائیے کہعینیہودیتہے۔کیاآپ ملتکو ماخذبنالیں؟ جوملتکررہیہے،وہصحیحہے۔</w:t>
      </w:r>
    </w:p>
    <w:p>
      <w:r>
        <w:rPr>
          <w:b/>
        </w:rPr>
        <w:t xml:space="preserve">[1:17:16] </w:t>
      </w:r>
      <w:r>
        <w:t>quran ma khaz</w:t>
      </w:r>
    </w:p>
    <w:p>
      <w:pPr>
        <w:jc w:val="right"/>
      </w:pPr>
      <w:r>
        <w:t>قرآن ماخذ</w:t>
      </w:r>
    </w:p>
    <w:p>
      <w:r>
        <w:rPr>
          <w:b/>
        </w:rPr>
        <w:t xml:space="preserve">[1:17:17] </w:t>
      </w:r>
      <w:r>
        <w:t>hai. quran se baat jo sabit hogi, woh woh sabit maani jayegi, nahin maani jayegi.</w:t>
      </w:r>
    </w:p>
    <w:p>
      <w:pPr>
        <w:jc w:val="right"/>
      </w:pPr>
      <w:r>
        <w:t>ہے۔ قرآنسے باتجوثابتہوگی،وہوہثابت مانیجائےگی، نہیں مانیجائےگی۔</w:t>
      </w:r>
    </w:p>
    <w:p>
      <w:r>
        <w:rPr>
          <w:b/>
        </w:rPr>
        <w:t xml:space="preserve">[1:17:25] </w:t>
      </w:r>
      <w:r>
        <w:t>doctor muhammad ibrahim ne sawal kiya hai: "is it true that hadith quoted in sahih hadith is hundred percent correct?</w:t>
      </w:r>
    </w:p>
    <w:p>
      <w:pPr>
        <w:jc w:val="right"/>
      </w:pPr>
      <w:r>
        <w:t>ڈاکٹرمحمد ابراہیمنے سوال کیاہے: "ازاٹٹرو دیٹ حدیث کو ٹڈان صح اح ست ست ہ از ہنڈرڈپرسنٹکریکٹ؟</w:t>
      </w:r>
    </w:p>
    <w:p>
      <w:r>
        <w:rPr>
          <w:b/>
        </w:rPr>
        <w:t xml:space="preserve">[1:17:36] </w:t>
      </w:r>
      <w:r>
        <w:t>if yes, what was the proof?" phir bhi aap bataiye, konsi hadith galat hai? hamein hamein hamari thodi zimmedari hai ke hum batayein.</w:t>
      </w:r>
    </w:p>
    <w:p>
      <w:pPr>
        <w:jc w:val="right"/>
      </w:pPr>
      <w:r>
        <w:t>اف یس، واٹاز داپروف ؟" پھربھیآپ بتائیے،کونسیحدیثغلطہے؟ ہمیںہمیںہماریتھوڑیذمہداریہےکہہمبتائیں۔</w:t>
      </w:r>
    </w:p>
    <w:p>
      <w:r>
        <w:rPr>
          <w:b/>
        </w:rPr>
        <w:t xml:space="preserve">[1:17:49] </w:t>
      </w:r>
      <w:r>
        <w:t>main ne kaha: "al bayyinah al mudda'i". aap ka daawa agar hai ke sahih hadith mein hadisein jo hain, woh galat hain to aap bataiye, woh hadith laiye, konsa is mein galat hai? bataiye, yeh aap ko batana padega.</w:t>
      </w:r>
    </w:p>
    <w:p>
      <w:pPr>
        <w:jc w:val="right"/>
      </w:pPr>
      <w:r>
        <w:t>میںنےکہا:"البینۃ المد عی"۔آپکادعویٰاگرہےکہصحاحستہمیںحدیثیںجوہیں،وہ غلطہیںتوآپبتائیے،وہحدیث لائیے،کونسیاسمیںغلطیہے؟بتائیے، یہآپکوبتاناپڑےگا۔</w:t>
      </w:r>
    </w:p>
    <w:p>
      <w:r>
        <w:rPr>
          <w:b/>
        </w:rPr>
        <w:t xml:space="preserve">[1:18:00] </w:t>
      </w:r>
      <w:r>
        <w:t>hum hum se kyun poochte hain? aap yeh to aap hi ko batana hai. main ne kaha: "al bayyinah al mudda'i". jo daawa kare, woh daleel de.</w:t>
      </w:r>
    </w:p>
    <w:p>
      <w:pPr>
        <w:jc w:val="right"/>
      </w:pPr>
      <w:r>
        <w:t>ہم ہم ہمسےکیوںپوچھتےہیں؟آپ یہتوآپہیکوبتاناہے۔ میںنےکہا:"الب ین ۃ المد عی"۔ جو دعویٰکرے،وہدلیلدے۔</w:t>
      </w:r>
    </w:p>
    <w:p>
      <w:r>
        <w:rPr>
          <w:b/>
        </w:rPr>
        <w:t xml:space="preserve">[1:18:11] </w:t>
      </w:r>
      <w:r>
        <w:t>hamara kaam nahin ke hum daawa aap karein, daleel hum faraham karein. aisa to yeh to nahin, yeh to sahi nahin. yeh bhi yeh bhi irrational arg</w:t>
      </w:r>
    </w:p>
    <w:p>
      <w:pPr>
        <w:jc w:val="right"/>
      </w:pPr>
      <w:r>
        <w:t>ہمارےکامنہیںکہہم دعویٰآپکریں،دلیلہمفراہمکریں۔ایساتو یہتونہیں، یہتوصحیحنہیں۔یہبھی یہبھیارریشنلارگ</w:t>
      </w:r>
    </w:p>
    <w:p>
      <w:r>
        <w:rPr>
          <w:b/>
        </w:rPr>
        <w:t xml:space="preserve">[1:18:18] </w:t>
      </w:r>
      <w:r>
        <w:t>ument hai. yeh main ne kaha na ke musalmanon ka jo mindset hai, woh reason based mindset nahin hai. out reach.</w:t>
      </w:r>
    </w:p>
    <w:p>
      <w:pPr>
        <w:jc w:val="right"/>
      </w:pPr>
      <w:r>
        <w:t>ومنٹہے۔ یہمیںنےکہاناکہمسلمانوںکاجو مائنڈسیٹہے، وہریزنبیسڈمائنڈسیٹنہیںہے۔ آؤٹچلیے۔</w:t>
      </w:r>
    </w:p>
    <w:p>
      <w:r>
        <w:rPr>
          <w:b/>
        </w:rPr>
        <w:t xml:space="preserve">[1:18:27] </w:t>
      </w:r>
      <w:r>
        <w:t>moulana mister faiq ne sawal kiya hai california se.</w:t>
      </w:r>
    </w:p>
    <w:p>
      <w:pPr>
        <w:jc w:val="right"/>
      </w:pPr>
      <w:r>
        <w:t>مول انامسٹر فائقنے سوال کیا ہے کیلیفورنیاسے۔</w:t>
      </w:r>
    </w:p>
    <w:p>
      <w:r>
        <w:rPr>
          <w:b/>
        </w:rPr>
        <w:t xml:space="preserve">[1:18:32] </w:t>
      </w:r>
      <w:r>
        <w:t>unhon ne likha hai: "in the last verse of surah fath, it was mentioned muhammad is the messenger of allah, and those who are with him, are severe against disbelievers, and merciful among themselves.</w:t>
      </w:r>
    </w:p>
    <w:p>
      <w:pPr>
        <w:jc w:val="right"/>
      </w:pPr>
      <w:r>
        <w:t>انہوںنےلکھاہے: "اندیلاسٹ ورس اف سورہ فتح ،اٹازمینشنڈ محمد از دامیس نجراف اللہ، اینڈدوز ہوآر ودہم، ار سیویئر اگینسٹ ڈسبیلیورز، اینڈ مر سیفل امنگ دیمسیلفس۔</w:t>
      </w:r>
    </w:p>
    <w:p>
      <w:r>
        <w:rPr>
          <w:b/>
        </w:rPr>
        <w:t xml:space="preserve">[1:18:53] </w:t>
      </w:r>
      <w:r>
        <w:t>"molana, please explain what does this severity against disbelievers mean?</w:t>
      </w:r>
    </w:p>
    <w:p>
      <w:pPr>
        <w:jc w:val="right"/>
      </w:pPr>
      <w:r>
        <w:t>"مولانا،پلیزایکسپلینوا ٹڈز دس سی ویریٹیاگینسٹ ڈسبیلیورزمین ؟</w:t>
      </w:r>
    </w:p>
    <w:p>
      <w:r>
        <w:rPr>
          <w:b/>
        </w:rPr>
        <w:t xml:space="preserve">[1:19:00] </w:t>
      </w:r>
      <w:r>
        <w:t>is this severity message applicable today as a practice for auliya rasool? nahin, nahin, dekhiye, yeh severity ka tarjuma galat hai.</w:t>
      </w:r>
    </w:p>
    <w:p>
      <w:pPr>
        <w:jc w:val="right"/>
      </w:pPr>
      <w:r>
        <w:t>از دسسیویریٹی میسج ایپلیکیبل ٹوڈے ایزاپریکٹس فار اقوان رسول ؟ نہیں،نہیں،دیکھیے، یہسیویریٹیکاترجمہغلطہے۔</w:t>
      </w:r>
    </w:p>
    <w:p>
      <w:r>
        <w:rPr>
          <w:b/>
        </w:rPr>
        <w:t xml:space="preserve">[1:19:10] </w:t>
      </w:r>
      <w:r>
        <w:t>yeh sab galtiyan hain jiski wajah se hum ne naya tarjuma chhapa hai.</w:t>
      </w:r>
    </w:p>
    <w:p>
      <w:pPr>
        <w:jc w:val="right"/>
      </w:pPr>
      <w:r>
        <w:t>یہسبغلطیاںہیںجسکیوجہسےہمنےنیاترجمہچھاپاہے۔</w:t>
      </w:r>
    </w:p>
    <w:p>
      <w:r>
        <w:rPr>
          <w:b/>
        </w:rPr>
        <w:t xml:space="preserve">[1:19:16] </w:t>
      </w:r>
      <w:r>
        <w:t>jo tarjuma naya chhapa hai, woh isi liye chhapa hai ke is mein bahut galtiyan kar rakhi hain logon ne. is mein lafz jo hai, jo is mein lafz hai: "ashidda'u 'alal kuffar".</w:t>
      </w:r>
    </w:p>
    <w:p>
      <w:pPr>
        <w:jc w:val="right"/>
      </w:pPr>
      <w:r>
        <w:t>جو ترجمہ نیاچھاپاہے،وہاسیلیےچھاپاہےکہاسمیںبہت غلطیاںکررکھیہیںلوگوںنے۔ اسمیںلفظجوہے، جواسمیںلفظہے: "اش د اء علی الکفار"۔</w:t>
      </w:r>
    </w:p>
    <w:p>
      <w:r>
        <w:rPr>
          <w:b/>
        </w:rPr>
        <w:t xml:space="preserve">[1:19:27] </w:t>
      </w:r>
      <w:r>
        <w:t>ashidda'u ke maani yeh nahin ke sakht hain.</w:t>
      </w:r>
    </w:p>
    <w:p>
      <w:pPr>
        <w:jc w:val="right"/>
      </w:pPr>
      <w:r>
        <w:t>اش داءکےمعنییہنہیںکہسختہیں۔</w:t>
      </w:r>
    </w:p>
    <w:p>
      <w:r>
        <w:rPr>
          <w:b/>
        </w:rPr>
        <w:t xml:space="preserve">[1:19:30] </w:t>
      </w:r>
      <w:r>
        <w:t>nahi, ish daa ke maani hain ke jo ghair khudai kalchehrahe, woh is woh is ka asar qabool nahi karte.</w:t>
      </w:r>
    </w:p>
    <w:p>
      <w:pPr>
        <w:jc w:val="right"/>
      </w:pPr>
      <w:r>
        <w:t>نہیں ، اش داءکےمعنیہیںکہ جو غیر خدائیکلچرہے، وہ اس وہ اسکااثرقبولنہیںکرتے۔</w:t>
      </w:r>
    </w:p>
    <w:p>
      <w:r>
        <w:rPr>
          <w:b/>
        </w:rPr>
        <w:t xml:space="preserve">[1:19:40] </w:t>
      </w:r>
      <w:r>
        <w:t>Yeh matlab hai is ka.</w:t>
      </w:r>
    </w:p>
    <w:p>
      <w:pPr>
        <w:jc w:val="right"/>
      </w:pPr>
      <w:r>
        <w:t>یہ مطلبہےاسکا۔</w:t>
      </w:r>
    </w:p>
    <w:p>
      <w:r>
        <w:rPr>
          <w:b/>
        </w:rPr>
        <w:t xml:space="preserve">[1:19:43] </w:t>
      </w:r>
      <w:r>
        <w:t>Yeh yeh usloob hai arabi zaban ka. Arabi mein kaha jaata hai: "shaheed ala ha" ke woh mera asar qabool nahi karta. Aur yeh usloob j woh hai, "shaheed ala ha" quran mein istemal hua hai ke mera asar qabool nahi karta. Ek shair hai arabi mein: "agar aayat al-burut nashiran ala ha shadeed". Yahan bhi dekhein, wohi lafz istemal hua hai.</w:t>
      </w:r>
    </w:p>
    <w:p>
      <w:pPr>
        <w:jc w:val="right"/>
      </w:pPr>
      <w:r>
        <w:t>یہ یہ اسلوبہے عربیزبان کا ۔ عربیمیںکہاجاتاہے:"شہید علی ہ" کہوہ میرااثرقبولنہیںکرتا۔اوریہاسلوبجوہے، "شہید علی ہ"قرآنمیںاستعمالہواہے کہ میرااثرقبولنہیںکرتا۔ایک شعرہے عربیمیں :"اگر آ یت البروت ناشرا علی ہشدید"۔یہاںبھیدیکھیں،وہیلفظاستعمالہواہے۔</w:t>
      </w:r>
    </w:p>
    <w:p>
      <w:r>
        <w:rPr>
          <w:b/>
        </w:rPr>
        <w:t xml:space="preserve">[1:20:03] </w:t>
      </w:r>
      <w:r>
        <w:t>Yaani jo aadmi marwa, yaani insani awsaaf jo neki ko hasil na kar sake, to barhaape par aur mushkil ho jayega hasil karna is ko</w:t>
      </w:r>
    </w:p>
    <w:p>
      <w:pPr>
        <w:jc w:val="right"/>
      </w:pPr>
      <w:r>
        <w:t>یعنیجوآدمی مروہ،یعنیانسانی اوصاف جوانیکو حاصل نہکرسکے، تو بڑھاپےپراورمشکلہوجائےگاحاصل کرنااسکو</w:t>
      </w:r>
    </w:p>
    <w:p>
      <w:r>
        <w:rPr>
          <w:b/>
        </w:rPr>
        <w:t xml:space="preserve">[1:20:13] </w:t>
      </w:r>
      <w:r>
        <w:t>Yahan shadeed ka lafz hai ke woh yeh nahi ke sakht ho jayega. Yeh matlab nahi hai. Sakht matlab nahi hai. Yaani barhaape mein jab pahunch jayega to aur mushkil ho jayega is ke liye insani awsaaf ka abdar paida karna.</w:t>
      </w:r>
    </w:p>
    <w:p>
      <w:pPr>
        <w:jc w:val="right"/>
      </w:pPr>
      <w:r>
        <w:t>۔یہاں شدیدکالفظہےکہ وہ یہنہیںکہ سختہوجائےگا۔ یہمطلبنہیںہے۔ سخت مطلبنہیںہے۔ یعنی بڑھاپےمیںجبپہنچجائےگاتو اور مشکلہوجائےگااسکےلیے انسانیاوصافکاابدرپیدا کرنا۔</w:t>
      </w:r>
    </w:p>
    <w:p>
      <w:r>
        <w:rPr>
          <w:b/>
        </w:rPr>
        <w:t xml:space="preserve">[1:20:27] </w:t>
      </w:r>
      <w:r>
        <w:t>Yeh maani is ke hain. To "shaheed al-alah" arabi mein istemal hota hai ke hua "shaheed al-alah". Woh aadmi mere mere liye mera asar qabool nahi karta. Yeh maani hain.</w:t>
      </w:r>
    </w:p>
    <w:p>
      <w:pPr>
        <w:jc w:val="right"/>
      </w:pPr>
      <w:r>
        <w:t>یہمعنیاسکےہیں۔ تو "شہید العلیہ"عربیمیںاستعمالہوتاہے کہ ہوا "شہید العلیہ"۔وہ آدمیمیرے میرےلیے میرااثرقبولنہیںکرتا۔یہمعنیہیں۔</w:t>
      </w:r>
    </w:p>
    <w:p>
      <w:r>
        <w:rPr>
          <w:b/>
        </w:rPr>
        <w:t xml:space="preserve">[1:20:38] </w:t>
      </w:r>
      <w:r>
        <w:t>To wahan bhi yeh hi maani hain. Jo tarjuma aap ne padha, woh tarjuma sahi nahi hai.</w:t>
      </w:r>
    </w:p>
    <w:p>
      <w:pPr>
        <w:jc w:val="right"/>
      </w:pPr>
      <w:r>
        <w:t>تووہاںبھییہیمعنیہیں۔ جو ترجمہآپنےپڑھا،وہترجمہصحیحنہیںہے۔</w:t>
      </w:r>
    </w:p>
    <w:p>
      <w:r>
        <w:rPr>
          <w:b/>
        </w:rPr>
        <w:t xml:space="preserve">[1:20:42] </w:t>
      </w:r>
      <w:r>
        <w:t>Aap hamare hamare jo tarjuma chhapa hai, us ko padhiye. Aap hamara jo tarjuma chhapa hai quran majeed ka, us ko aap padhiye. Is mein sahi tarjuma milega aap ko.</w:t>
      </w:r>
    </w:p>
    <w:p>
      <w:pPr>
        <w:jc w:val="right"/>
      </w:pPr>
      <w:r>
        <w:t>آپ ہمارے ہمارےجوترجمہچھپاہے،اسکوپڑھیے۔آپ ہماراجوترجمہچھپاہےقرآنمجیدکا،اسکوآپپڑھیے۔ اسمیں صحیح ترجمہملےگاآپکو ۔</w:t>
      </w:r>
    </w:p>
    <w:p>
      <w:r>
        <w:rPr>
          <w:b/>
        </w:rPr>
        <w:t xml:space="preserve">[1:20:54] </w:t>
      </w:r>
      <w:r>
        <w:t>Molana doctor fareeda khan munne Dilli se likha hai: "what is the reason for Muslims attaching such great emphasis on political power?</w:t>
      </w:r>
    </w:p>
    <w:p>
      <w:pPr>
        <w:jc w:val="right"/>
      </w:pPr>
      <w:r>
        <w:t>مول اناڈاکٹرفریدہخان منےدلیسےلکھاہے: "واٹاز داریزنفار مسلمز اٹیچنگ سچ گریٹ ایمفس ز ان پولیٹیکلپاور؟</w:t>
      </w:r>
    </w:p>
    <w:p>
      <w:r>
        <w:rPr>
          <w:b/>
        </w:rPr>
        <w:t xml:space="preserve">[1:21:05] </w:t>
      </w:r>
      <w:r>
        <w:t>"Kindly explain.</w:t>
      </w:r>
    </w:p>
    <w:p>
      <w:pPr>
        <w:jc w:val="right"/>
      </w:pPr>
      <w:r>
        <w:t>"کائنڈلیایکسپلین۔</w:t>
      </w:r>
    </w:p>
    <w:p>
      <w:r>
        <w:rPr>
          <w:b/>
        </w:rPr>
        <w:t xml:space="preserve">[1:21:07] </w:t>
      </w:r>
      <w:r>
        <w:t>Dekhiye, musalman jo aaj hain, woh haqeeqatan quran o hadith par nahi hain, woh apni tareekh par hain. Idhar hum sultan boot par hain. Woh ab muslim empire jo tha ek zamanay mein, us pe jeete hain. Woh usi corey ginkarna chahte hain.</w:t>
      </w:r>
    </w:p>
    <w:p>
      <w:pPr>
        <w:jc w:val="right"/>
      </w:pPr>
      <w:r>
        <w:t>دیکھیے،مس لمانجو آجہیں،وہ حقیقتاًقرآنوحدیثپرنہیںہیں، وہاپنیتاریخ پرہیں۔ ادھرہمسلطان بوتپرہیں۔وہ ابمسلم ایمپائرجوتھا ایکزمان ےمیں ، اس یپہجیتےہیں۔وہ اسیکوریگنکرناچاہتےہیں۔</w:t>
      </w:r>
    </w:p>
    <w:p>
      <w:r>
        <w:rPr>
          <w:b/>
        </w:rPr>
        <w:t xml:space="preserve">[1:21:23] </w:t>
      </w:r>
      <w:r>
        <w:t>In ko is se matlab nahi ke quran mein kya hai, hadith mein kya hai. Is se matlab nahi hai. In ko bas woh woh woh phir wohi zamanah chahiye in ko,</w:t>
      </w:r>
    </w:p>
    <w:p>
      <w:pPr>
        <w:jc w:val="right"/>
      </w:pPr>
      <w:r>
        <w:t>انکواسسےمطلبنہیںکہقرآنمیںکیاہے،حدیثمیںکیاہے۔اسسےمطلبہینہیںہے۔ انکوبسوہ وہ وہ پھر وہی زمان ہچاہیےانکو،</w:t>
      </w:r>
    </w:p>
    <w:p>
      <w:r>
        <w:rPr>
          <w:b/>
        </w:rPr>
        <w:t xml:space="preserve">[1:21:35] </w:t>
      </w:r>
      <w:r>
        <w:t>Jabke in ke badshah lal qila ban rahe hon, in ke badshah taj mahal ban rahe hon, woh zamanah in ko chahiye. To yeh woh jab bolte hain Islam ka revival, to is ka matlab tareekh ka revival hai.</w:t>
      </w:r>
    </w:p>
    <w:p>
      <w:pPr>
        <w:jc w:val="right"/>
      </w:pPr>
      <w:r>
        <w:t>جبکہ انکے بادشاہ لالقلعہبنارہےہوں،انکےبادشاہ تاجمحلبنارہےہوں،وہزمانہانکوچاہیے۔ تو یہ وہجببولتےہیںاسلام کاریوائیول،تواسکامطلبتاریخ کاریوائیولہے۔</w:t>
      </w:r>
    </w:p>
    <w:p>
      <w:r>
        <w:rPr>
          <w:b/>
        </w:rPr>
        <w:t xml:space="preserve">[1:21:48] </w:t>
      </w:r>
      <w:r>
        <w:t>Aaj ke musalmanon ka mazhab in ke tareekh se drive woh hai, quran o hadith drive nahi hai.</w:t>
      </w:r>
    </w:p>
    <w:p>
      <w:pPr>
        <w:jc w:val="right"/>
      </w:pPr>
      <w:r>
        <w:t>آجکےمسلمانوںکامذہبانکےتاریخ سے ڈرائیوہے، قرآنوحدیثڈرائیونہیںہے۔</w:t>
      </w:r>
    </w:p>
    <w:p>
      <w:r>
        <w:rPr>
          <w:b/>
        </w:rPr>
        <w:t xml:space="preserve">[1:21:59] </w:t>
      </w:r>
      <w:r>
        <w:t>Molana abdul bas at Omar ne Doha Qatar se likha hai :</w:t>
      </w:r>
    </w:p>
    <w:p>
      <w:pPr>
        <w:jc w:val="right"/>
      </w:pPr>
      <w:r>
        <w:t>مول اناعبدالب اسطعمرینے دوحہقطرسےلکھاہے :</w:t>
      </w:r>
    </w:p>
    <w:p>
      <w:r>
        <w:rPr>
          <w:b/>
        </w:rPr>
        <w:t xml:space="preserve">[1:22:04] </w:t>
      </w:r>
      <w:r>
        <w:t>"Kya shukr ka nuqta aaghaz hai? Agar hai to woh kya hai?" Shan ka matlab yeh hai ke shukr ka jazba kaise paida kiya jaye, is ke liye starting point kya hai.</w:t>
      </w:r>
    </w:p>
    <w:p>
      <w:pPr>
        <w:jc w:val="right"/>
      </w:pPr>
      <w:r>
        <w:t>"کیا شکرکا نقطہ آغاز ہے ؟ اگر ہے تو وہ کیا ہے ؟ " شان کامطلبیہہےکہشکر کاجذبہکیسےپیدا کیا جائے، اسکےلیےسٹارٹنگپوائنٹکیاہے۔</w:t>
      </w:r>
    </w:p>
    <w:p>
      <w:r>
        <w:rPr>
          <w:b/>
        </w:rPr>
        <w:t xml:space="preserve">[1:22:17] </w:t>
      </w:r>
      <w:r>
        <w:t>To mein yeh kahunga ke shukr, yaani har lamha jo aap ko Allah ta'ala ki nematein mili hui hain, woh bol kar nahi aati hain,</w:t>
      </w:r>
    </w:p>
    <w:p>
      <w:pPr>
        <w:jc w:val="right"/>
      </w:pPr>
      <w:r>
        <w:t>تومیں یہکہوںگاکہشکر ،یعنی ہرلمحہجوآپکو اللہ تعالیٰکی نعمتیں ملی ہوئیہیں، وہ بول کر نہیںآتیہیں،</w:t>
      </w:r>
    </w:p>
    <w:p>
      <w:r>
        <w:rPr>
          <w:b/>
        </w:rPr>
        <w:t xml:space="preserve">[1:22:31] </w:t>
      </w:r>
      <w:r>
        <w:t>Bina bol</w:t>
      </w:r>
    </w:p>
    <w:p>
      <w:pPr>
        <w:jc w:val="right"/>
      </w:pPr>
      <w:r>
        <w:t>بنابول</w:t>
      </w:r>
    </w:p>
    <w:p>
      <w:r>
        <w:rPr>
          <w:b/>
        </w:rPr>
        <w:t xml:space="preserve">[1:22:32] </w:t>
      </w:r>
      <w:r>
        <w:t>te hue aati hain. To aap ko sochna padta hai in ko jo, yaani log is ke liye woh ho jate hain,</w:t>
      </w:r>
    </w:p>
    <w:p>
      <w:pPr>
        <w:jc w:val="right"/>
      </w:pPr>
      <w:r>
        <w:t>ےہوئےآتیہیں۔ توآپکوسوچناپڑتاہے انکوجو ،یعنی لوگ اسکےلیےوہہوجاتےہیں،</w:t>
      </w:r>
    </w:p>
    <w:p>
      <w:r>
        <w:rPr>
          <w:b/>
        </w:rPr>
        <w:t xml:space="preserve">[1:22:42] </w:t>
      </w:r>
      <w:r>
        <w:t>Samajhte hain ke bas yeh toh ho raha hai, bas ho raha hai, hota rahega. Aap soch kar ke is mein woh pehlu nikalna padta hai ke kis tarah woh Khuda ki blessing hai, kis tarah woh Khuda ka inaam hai.</w:t>
      </w:r>
    </w:p>
    <w:p>
      <w:pPr>
        <w:jc w:val="right"/>
      </w:pPr>
      <w:r>
        <w:t>سمجھتےہیںکہبسیہتوہورہاہے،بسہورہاہے، ہوتارہےگا۔ آپ سوچکرکےاسمیںوہپہلونکالناپڑتاہےکہکسطرحوہخداکیبلیسنگہے، کسطرحوہخداکاانعامہے۔</w:t>
      </w:r>
    </w:p>
    <w:p>
      <w:r>
        <w:rPr>
          <w:b/>
        </w:rPr>
        <w:t xml:space="preserve">[1:22:53] </w:t>
      </w:r>
      <w:r>
        <w:t>To sochne se woh cheez aayegi. Mein samajhta hoon, soche baghair shukr aayega nahi. Jab aap sochenge, tab shukr aayega</w:t>
      </w:r>
    </w:p>
    <w:p>
      <w:pPr>
        <w:jc w:val="right"/>
      </w:pPr>
      <w:r>
        <w:t>تو سوچنے سے وہچیزآئےگی۔میںسمجھتاہوں ،سوچےبغیرشکرآئےگانہیں۔ جبآپسوچیںگے،تبشکرآئے</w:t>
      </w:r>
    </w:p>
    <w:p>
      <w:r>
        <w:rPr>
          <w:b/>
        </w:rPr>
        <w:t xml:space="preserve">[1:23:02] </w:t>
      </w:r>
      <w:r>
        <w:t>Ke kaise mein bolta hoon, kaise mein saans leta hoon, kaise mein khana khata hoon, kaise pani peeta hoon, kaise mein chalta hoon. Har cheez sochna padega.</w:t>
      </w:r>
    </w:p>
    <w:p>
      <w:pPr>
        <w:jc w:val="right"/>
      </w:pPr>
      <w:r>
        <w:t>گا کہکیسےمیںبولتاہوں ،کیسےمیںسانسلیتاہوں،کیسےمیںکھاناکھاتاہوں، کیسےپانیپیتاہوں،کیسےمیںچلتاہوں۔ ہرچیز سوچناپڑےگا۔</w:t>
      </w:r>
    </w:p>
    <w:p>
      <w:r>
        <w:rPr>
          <w:b/>
        </w:rPr>
        <w:t xml:space="preserve">[1:23:12] </w:t>
      </w:r>
      <w:r>
        <w:t>Baghair soche shukr nahi paida ho sakta. Baghair soche ke woh aadmi har cheez ko guaranteed leta rehta hai.</w:t>
      </w:r>
    </w:p>
    <w:p>
      <w:pPr>
        <w:jc w:val="right"/>
      </w:pPr>
      <w:r>
        <w:t>بغیرسوچےشکرنہیںپیدا ہوسکتا۔ بغیرسوچے کہوہآدمی ہرچیز کوفار گارنٹیڈ لیتارہتاہے۔</w:t>
      </w:r>
    </w:p>
    <w:p>
      <w:r>
        <w:rPr>
          <w:b/>
        </w:rPr>
        <w:t xml:space="preserve">[1:23:21] </w:t>
      </w:r>
      <w:r>
        <w:t>Insaan ka mizaj hai, har cheez ko guaranteed leta rehta hai. To shukr nahi aayega. Is tareeqe</w:t>
      </w:r>
    </w:p>
    <w:p>
      <w:pPr>
        <w:jc w:val="right"/>
      </w:pPr>
      <w:r>
        <w:t>انسانکامزاجہے، ہرچیزکو فار گارنٹیڈلیتارہتاہے۔ تو شکرنہیںآئےگا۔اسطریقے</w:t>
      </w:r>
    </w:p>
    <w:p>
      <w:r>
        <w:rPr>
          <w:b/>
        </w:rPr>
        <w:t xml:space="preserve">[1:23:27] </w:t>
      </w:r>
      <w:r>
        <w:t>Se aap ko har cheez par sochna padega aur is mein dhoondhna padega ke is mein Allah ki inaam ka pehlu kya hai.</w:t>
      </w:r>
    </w:p>
    <w:p>
      <w:pPr>
        <w:jc w:val="right"/>
      </w:pPr>
      <w:r>
        <w:t>سے آپ کو ہرچیز پرسوچناپڑےگا اوراسمیںڈھونڈناپڑےگاکہاسمیںاللہ کی انعامکاپہلوکیاہے۔</w:t>
      </w:r>
    </w:p>
    <w:p>
      <w:r>
        <w:rPr>
          <w:b/>
        </w:rPr>
        <w:t xml:space="preserve">[1:23:37] </w:t>
      </w:r>
      <w:r>
        <w:t>phir aap manim ko daryaft karenge aur phir shukr ka jazba paida hoga aapke andar.</w:t>
      </w:r>
    </w:p>
    <w:p>
      <w:pPr>
        <w:jc w:val="right"/>
      </w:pPr>
      <w:r>
        <w:t>پھرآپ منیمکودریافتکریںگےاورپھرشکر کاجذبہپیداہوگاآپکےاندر۔</w:t>
      </w:r>
    </w:p>
    <w:p>
      <w:r>
        <w:rPr>
          <w:b/>
        </w:rPr>
        <w:t xml:space="preserve">[1:23:44] </w:t>
      </w:r>
      <w:r>
        <w:t>mister khalid ansari ne new delhi se likha hai: "some traditional muslim scholars claim that banu quraiza was expelled from medina to prove muslim domination and create muslim oriented society.</w:t>
      </w:r>
    </w:p>
    <w:p>
      <w:pPr>
        <w:jc w:val="right"/>
      </w:pPr>
      <w:r>
        <w:t>مسٹرخالد انصارینے نئیدلیسے لکھاہے: "سم ٹریڈیشنل مسلم سک الرز کلیم دیٹ بانوقریضہوازایکسپیلڈ فراممدینہ ٹوپروف مسلم ڈومینیشن اینڈکریٹ مسلم اورینٹڈسوسائٹی۔</w:t>
      </w:r>
    </w:p>
    <w:p>
      <w:r>
        <w:rPr>
          <w:b/>
        </w:rPr>
        <w:t xml:space="preserve">[1:24:03] </w:t>
      </w:r>
      <w:r>
        <w:t>"maulana, what is the correct perspective on this issue? nahin, yeh bilkul galat hai. iski wazahat humne ki hai apni kitab mein. isko padh lijiye</w:t>
      </w:r>
    </w:p>
    <w:p>
      <w:pPr>
        <w:jc w:val="right"/>
      </w:pPr>
      <w:r>
        <w:t>"مولانا،واٹازداکریکٹپرسپیکٹوان دسایشو؟ نہیں،یہبالکلغلطہے۔ اسکیوضاحتہمنےکیہےاپنیکتاب میں۔اسکوپڑھلیجئے</w:t>
      </w:r>
    </w:p>
    <w:p>
      <w:r>
        <w:rPr>
          <w:b/>
        </w:rPr>
        <w:t xml:space="preserve">[1:24:11] </w:t>
      </w:r>
      <w:r>
        <w:t>jo chhapi hai, woh woh paighambar e inqilab ke naam se urdu mein, angrezi mein chhapi hai prophet of revolution ke naam se.</w:t>
      </w:r>
    </w:p>
    <w:p>
      <w:pPr>
        <w:jc w:val="right"/>
      </w:pPr>
      <w:r>
        <w:t>جو چھپیہے، وہ وہ پیغمبر انقلاب کےنامسےاردومیں، انگریزیمیںچھپیہے پرافٹری ولوشنکےنامسے ۔</w:t>
      </w:r>
    </w:p>
    <w:p>
      <w:r>
        <w:rPr>
          <w:b/>
        </w:rPr>
        <w:t xml:space="preserve">[1:24:23] </w:t>
      </w:r>
      <w:r>
        <w:t>toh bilkul yeh yeh baat jo kahi jaati hai, bilkul galat hai. yeh baat iski tafseel aap padh sakte hain. ismein</w:t>
      </w:r>
    </w:p>
    <w:p>
      <w:pPr>
        <w:jc w:val="right"/>
      </w:pPr>
      <w:r>
        <w:t>توبالکل یہ یہ باتجوکہیجاتیہے،بالکلغلطہے۔یہبات اسکیتفصیل آپپڑھسکتےہیں۔اسمیں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