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Man Al-Quran Builds April 2, 2006 Maulana Wahiduddin Khan</w:t>
      </w:r>
    </w:p>
    <w:p>
      <w:r>
        <w:t>https://www.youtube.com/watch?v=06TQIt_5vlw</w:t>
      </w:r>
    </w:p>
    <w:p>
      <w:r>
        <w:rPr>
          <w:b/>
        </w:rPr>
        <w:t xml:space="preserve">[00:13] </w:t>
      </w:r>
      <w:r>
        <w:t>bismillah hir rahman nir raheem, wasallallahu alan nabiyyil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ki baat ka jo topic hai woh hai "the man Quran builds".</w:t>
      </w:r>
    </w:p>
    <w:p>
      <w:pPr>
        <w:jc w:val="right"/>
      </w:pPr>
      <w:r>
        <w:t>آج کی بات کا جو ٹاپک ہے وہ ہے "دی مین القرآن بلڈز"۔</w:t>
      </w:r>
    </w:p>
    <w:p>
      <w:r>
        <w:rPr>
          <w:b/>
        </w:rPr>
        <w:t xml:space="preserve">[00:52] </w:t>
      </w:r>
      <w:r>
        <w:t>asal yeh hai ke ab se bohat pehle, yani azadi se pehle, ek kitab chhapi thi Hyderabad se.</w:t>
      </w:r>
    </w:p>
    <w:p>
      <w:pPr>
        <w:jc w:val="right"/>
      </w:pPr>
      <w:r>
        <w:t>اصل یہ ہے کہ اب سے بہت پہلے، یعنی آزادی سے پہلے، ایک کتاب چھپی تھی حیدرآباد سے۔</w:t>
      </w:r>
    </w:p>
    <w:p>
      <w:r>
        <w:rPr>
          <w:b/>
        </w:rPr>
        <w:t xml:space="preserve">[01:04] </w:t>
      </w:r>
      <w:r>
        <w:t>is ke likhne wale they Dr. Abdul Latif. to is ka title tha "the mind Quran builds".</w:t>
      </w:r>
    </w:p>
    <w:p>
      <w:pPr>
        <w:jc w:val="right"/>
      </w:pPr>
      <w:r>
        <w:t>اس کے لکھنے والے تھے ڈاکٹر عبداللطیف۔ تو اس کا ٹائٹل تھا "دا مائن القرآن بلڈز"۔</w:t>
      </w:r>
    </w:p>
    <w:p>
      <w:r>
        <w:rPr>
          <w:b/>
        </w:rPr>
        <w:t xml:space="preserve">[01:16] </w:t>
      </w:r>
      <w:r>
        <w:t>isi ko le kar aaj ka topic maine banaya hai "the man Quran builds".</w:t>
      </w:r>
    </w:p>
    <w:p>
      <w:pPr>
        <w:jc w:val="right"/>
      </w:pPr>
      <w:r>
        <w:t>اسی کو لے کر آج کا ٹاپک میں نے بنایا ہے "دا مین القرآن بلڈز"۔</w:t>
      </w:r>
    </w:p>
    <w:p>
      <w:r>
        <w:rPr>
          <w:b/>
        </w:rPr>
        <w:t xml:space="preserve">[01:27] </w:t>
      </w:r>
      <w:r>
        <w:t>yani Quran kis qism ke insaan banata hai.</w:t>
      </w:r>
    </w:p>
    <w:p>
      <w:pPr>
        <w:jc w:val="right"/>
      </w:pPr>
      <w:r>
        <w:t>یعنی قرآن کس قسم کے انسان بناتا ہے۔</w:t>
      </w:r>
    </w:p>
    <w:p>
      <w:r>
        <w:rPr>
          <w:b/>
        </w:rPr>
        <w:t xml:space="preserve">[01:33] </w:t>
      </w:r>
      <w:r>
        <w:t>to is topic ka ek aspect yeh hai ke is silsile mein hum Quran ki teaching kya hai, is ko janen.</w:t>
      </w:r>
    </w:p>
    <w:p>
      <w:pPr>
        <w:jc w:val="right"/>
      </w:pPr>
      <w:r>
        <w:t>تو اس ٹاپک کا ایک ایسپیکٹ یہ ہے کہ اس سلسلے میں ہم قرآن کی ٹیچنگ کیا ہے، اس کو جانیں۔</w:t>
      </w:r>
    </w:p>
    <w:p>
      <w:r>
        <w:rPr>
          <w:b/>
        </w:rPr>
        <w:t xml:space="preserve">[01:45] </w:t>
      </w:r>
      <w:r>
        <w:t>quran ki teaching.</w:t>
      </w:r>
    </w:p>
    <w:p>
      <w:pPr>
        <w:jc w:val="right"/>
      </w:pPr>
      <w:r>
        <w:t>قرآن کی ٹیچنگ۔</w:t>
      </w:r>
    </w:p>
    <w:p>
      <w:r>
        <w:rPr>
          <w:b/>
        </w:rPr>
        <w:t xml:space="preserve">[01:49] </w:t>
      </w:r>
      <w:r>
        <w:t>to quran ke har safhe par aap ko woh baatein milengi jo batayengi ke quran kis qism ki soch aadmi ke andar paida karna chahta hai.</w:t>
      </w:r>
    </w:p>
    <w:p>
      <w:pPr>
        <w:jc w:val="right"/>
      </w:pPr>
      <w:r>
        <w:t>تو قرآن کے ہر صفحے پر آپ کو وہ باتیں ملیں گی جو بتائیں گی کہ قرآن کس قسم کی سوچ آدمی کے اندر پیدا کرنا چاہتا ہے۔</w:t>
      </w:r>
    </w:p>
    <w:p>
      <w:r>
        <w:rPr>
          <w:b/>
        </w:rPr>
        <w:t xml:space="preserve">[02:05] </w:t>
      </w:r>
      <w:r>
        <w:t>kaise insaan banana chahta hai. jaise agar aap quran kholenge to pehli hi jo surah hai, pehla chapter hai, wahi kaafi hai samajhne ke liye ke iska just kya hai.</w:t>
      </w:r>
    </w:p>
    <w:p>
      <w:pPr>
        <w:jc w:val="right"/>
      </w:pPr>
      <w:r>
        <w:t>کیسے انسان بنانا چاہتا ہے۔ جیسے اگر آپ قرآن کھولیں تو پہلی ہی جو سورہ ہے، پہلا چیپٹر ہے، وہی کافی ہے سمجھنے کے لیے کہ اس کا جسٹ کیا ہے۔</w:t>
      </w:r>
    </w:p>
    <w:p>
      <w:r>
        <w:rPr>
          <w:b/>
        </w:rPr>
        <w:t xml:space="preserve">[02:23] </w:t>
      </w:r>
      <w:r>
        <w:t>pehla chapter jisko kehte hain "alfatiha".</w:t>
      </w:r>
    </w:p>
    <w:p>
      <w:pPr>
        <w:jc w:val="right"/>
      </w:pPr>
      <w:r>
        <w:t>پہلا چیپٹر جس کو کہتے ہیں "الفاتحہ"۔</w:t>
      </w:r>
    </w:p>
    <w:p>
      <w:r>
        <w:rPr>
          <w:b/>
        </w:rPr>
        <w:t xml:space="preserve">[02:27] </w:t>
      </w:r>
      <w:r>
        <w:t>alhamdolillah rabbul alameen, ar rehman ar raheem, malik e yomiddin, iyyaka na'budu wa iyyaka nasta'een, ihdinas siratal mustaqeem,</w:t>
      </w:r>
    </w:p>
    <w:p>
      <w:pPr>
        <w:jc w:val="right"/>
      </w:pPr>
      <w:r>
        <w:t>الحمدللہ رب العالمین، الرحمن الرحیم، مالک یوم الدین، ایاک نعبد وایاک نستعین، اہدنا الصراط المستقیم،</w:t>
      </w:r>
    </w:p>
    <w:p>
      <w:r>
        <w:rPr>
          <w:b/>
        </w:rPr>
        <w:t xml:space="preserve">[02:44] </w:t>
      </w:r>
      <w:r>
        <w:t>siratal lazeena an'amta alaihim, ghairil maghdubi alaihim walad dallin. yeh surah shuru hoti hai "bismillah ar rehman ar raheem" se.</w:t>
      </w:r>
    </w:p>
    <w:p>
      <w:pPr>
        <w:jc w:val="right"/>
      </w:pPr>
      <w:r>
        <w:t>صراط الذین انعمت علیہم، غیر المغضوب علیہم ولا الضالین۔ یہ سورہ شروع ہوتی ہے "بسم اللہ الرحمن الرحیم" سے۔</w:t>
      </w:r>
    </w:p>
    <w:p>
      <w:r>
        <w:rPr>
          <w:b/>
        </w:rPr>
        <w:t xml:space="preserve">[03:01] </w:t>
      </w:r>
      <w:r>
        <w:t>yani "in the name of god most merciful, most compassionate".</w:t>
      </w:r>
    </w:p>
    <w:p>
      <w:pPr>
        <w:jc w:val="right"/>
      </w:pPr>
      <w:r>
        <w:t>یعنی "ان دا نیم اف گاڈ موسٹ مرسی فل، موسٹ کمپیشنیٹ"۔</w:t>
      </w:r>
    </w:p>
    <w:p>
      <w:r>
        <w:rPr>
          <w:b/>
        </w:rPr>
        <w:t xml:space="preserve">[03:11] </w:t>
      </w:r>
      <w:r>
        <w:t>to is mein yeh milta hai ke ek believer ya quran ko manne wala aisa hota hai jo har kaam ko shuru karta hai khuda ke naam se.</w:t>
      </w:r>
    </w:p>
    <w:p>
      <w:pPr>
        <w:jc w:val="right"/>
      </w:pPr>
      <w:r>
        <w:t>تو اس میں یہ ملتا ہے کہ ایک بیلیور یا قرآن کو ماننے والا ایسا ہوتا ہے جو ہر کام کو شروع کرتا ہے خدا کے نام سے۔</w:t>
      </w:r>
    </w:p>
    <w:p>
      <w:r>
        <w:rPr>
          <w:b/>
        </w:rPr>
        <w:t xml:space="preserve">[03:27] </w:t>
      </w:r>
      <w:r>
        <w:t>yani khuda ke bharose par, khuda ko yaad kar ke, aur yeh dil mein bithha kar ke mujhe isi dhang par chalna hai jo khuda ne bataya hai.</w:t>
      </w:r>
    </w:p>
    <w:p>
      <w:pPr>
        <w:jc w:val="right"/>
      </w:pPr>
      <w:r>
        <w:t>یعنی خدا کے بھروسے پر، خدا کو یاد کر کے، اور یہ دل میں بٹھا کر کہ مجھے اسی ڈھنگ پر چلنا ہے جو خدا نے بتایا ہے۔</w:t>
      </w:r>
    </w:p>
    <w:p>
      <w:r>
        <w:rPr>
          <w:b/>
        </w:rPr>
        <w:t xml:space="preserve">[03:42] </w:t>
      </w:r>
      <w:r>
        <w:t>is ke baad yeh chapter aata hai "alhamdolillah rabbul alameen</w:t>
      </w:r>
    </w:p>
    <w:p>
      <w:pPr>
        <w:jc w:val="right"/>
      </w:pPr>
      <w:r>
        <w:t>اس کے بعد یہ چیپٹر آتا ہے "الحمدللہ رب العالمین</w:t>
      </w:r>
    </w:p>
    <w:p>
      <w:r>
        <w:rPr>
          <w:b/>
        </w:rPr>
        <w:t xml:space="preserve">[03:47] </w:t>
      </w:r>
      <w:r>
        <w:t>". is mein aap dekhiye to woh saare sentiment, woh saari soch jo ek quraani insaan ke andar honi chahiye, woh maujood hai.</w:t>
      </w:r>
    </w:p>
    <w:p>
      <w:pPr>
        <w:jc w:val="right"/>
      </w:pPr>
      <w:r>
        <w:t>"۔ اس میں آپ دیکھیے تو وہ سارے سینٹیمنٹ، وہ ساری سوچ جو ایک قرآنی انسان کے اندر ہونی چاہیے، وہ موجود ہے۔</w:t>
      </w:r>
    </w:p>
    <w:p>
      <w:r>
        <w:rPr>
          <w:b/>
        </w:rPr>
        <w:t xml:space="preserve">[03:59] </w:t>
      </w:r>
      <w:r>
        <w:t>is mein bataya gaya hai ke sab se pehle ek shukr is khuda ka jo malik hai saare jahanon ka.</w:t>
      </w:r>
    </w:p>
    <w:p>
      <w:pPr>
        <w:jc w:val="right"/>
      </w:pPr>
      <w:r>
        <w:t>اس میں بتایا گیا ہے کہ سب سے پہلے ایک شکر اس خدا کا جو مالک ہے سارے جہانوں کا۔</w:t>
      </w:r>
    </w:p>
    <w:p>
      <w:r>
        <w:rPr>
          <w:b/>
        </w:rPr>
        <w:t xml:space="preserve">[04:16] </w:t>
      </w:r>
      <w:r>
        <w:t>gaya momin ko ya quran ko manne wala jo hai, us ke andar khuda ko acknowledge karne ka, khuda ka shukr karne ka mizaj hona chahiye.</w:t>
      </w:r>
    </w:p>
    <w:p>
      <w:pPr>
        <w:jc w:val="right"/>
      </w:pPr>
      <w:r>
        <w:t>گیا مومن کو یا قرآن کو ماننے والا جو ہے، اس کے اندر خدا کو اکنالج کرنے کا، خدا کا شکر کرنے کا مزاج ہونا چاہیے۔</w:t>
      </w:r>
    </w:p>
    <w:p>
      <w:r>
        <w:rPr>
          <w:b/>
        </w:rPr>
        <w:t xml:space="preserve">[04:33] </w:t>
      </w:r>
      <w:r>
        <w:t>kyun ke jo kuch hamein mila hai duniya mein, woh sab khuda ke dene se mila hai. phir kaha ke "malik e yomiddin".</w:t>
      </w:r>
    </w:p>
    <w:p>
      <w:pPr>
        <w:jc w:val="right"/>
      </w:pPr>
      <w:r>
        <w:t>کیونکہ جو کچھ ہمیں ملا ہے دنیا میں، وہ سب خدا کے دینے سے ملا ہے۔ پھر کہا کہ "مالک یوم الدین"۔</w:t>
      </w:r>
    </w:p>
    <w:p>
      <w:r>
        <w:rPr>
          <w:b/>
        </w:rPr>
        <w:t xml:space="preserve">[04:45] </w:t>
      </w:r>
      <w:r>
        <w:t>phir kaha ke "ar rehman ar raheem, malik e yomiddin". yani khuda ka jo ta'aruf aata hai aise insaan ke andar, woh sab se pehle yeh ke khuda bohat meherban hai, bohat reham wala hai.</w:t>
      </w:r>
    </w:p>
    <w:p>
      <w:pPr>
        <w:jc w:val="right"/>
      </w:pPr>
      <w:r>
        <w:t>پھر کہا کہ "الرحمن الرحیم، مالک یوم الدین"۔ یعنی خدا کا جو تعارف آتا ہے ایسے انسان کے اندر، وہ سب سے پہلے یہ کہ خدا بہت مہربان ہے، بہت رحم والا ہے۔</w:t>
      </w:r>
    </w:p>
    <w:p>
      <w:r>
        <w:rPr>
          <w:b/>
        </w:rPr>
        <w:t xml:space="preserve">[04:57] </w:t>
      </w:r>
      <w:r>
        <w:t>us ko apne bando se bohat zyada mohabbat hai. yani yahi quality hamein bhi apne andar paida karna chahiye.</w:t>
      </w:r>
    </w:p>
    <w:p>
      <w:pPr>
        <w:jc w:val="right"/>
      </w:pPr>
      <w:r>
        <w:t>اس کو اپنے بندوں سے بہت زیادہ محبت ہے۔ یعنی یہی کوالٹی ہمیں بھی اپنے اندر پیدا کرنا چاہیے۔</w:t>
      </w:r>
    </w:p>
    <w:p>
      <w:r>
        <w:rPr>
          <w:b/>
        </w:rPr>
        <w:t xml:space="preserve">[05:10] </w:t>
      </w:r>
      <w:r>
        <w:t>takhallaqu bi akhlaqillah</w:t>
      </w:r>
    </w:p>
    <w:p>
      <w:pPr>
        <w:jc w:val="right"/>
      </w:pPr>
      <w:r>
        <w:t>تخلق باخلاق اللہ</w:t>
      </w:r>
    </w:p>
    <w:p>
      <w:r>
        <w:rPr>
          <w:b/>
        </w:rPr>
        <w:t xml:space="preserve">[05:12] </w:t>
      </w:r>
      <w:r>
        <w:t>. khuda ki siftien tum bhi apne andar paida karo.</w:t>
      </w:r>
    </w:p>
    <w:p>
      <w:pPr>
        <w:jc w:val="right"/>
      </w:pPr>
      <w:r>
        <w:t>۔ خدا کی صفتیں تم بھی اپنے اندر پیدا کرو۔</w:t>
      </w:r>
    </w:p>
    <w:p>
      <w:r>
        <w:rPr>
          <w:b/>
        </w:rPr>
        <w:t xml:space="preserve">[05:18] </w:t>
      </w:r>
      <w:r>
        <w:t>al malik e yomiddin. woh malik hai day of judgment ka.</w:t>
      </w:r>
    </w:p>
    <w:p>
      <w:pPr>
        <w:jc w:val="right"/>
      </w:pPr>
      <w:r>
        <w:t>المالک یوم الدین۔ وہ مالک ہے ڈے اف ججمنٹ کا۔</w:t>
      </w:r>
    </w:p>
    <w:p>
      <w:r>
        <w:rPr>
          <w:b/>
        </w:rPr>
        <w:t xml:space="preserve">[05:27] </w:t>
      </w:r>
      <w:r>
        <w:t>quran ki saari taleem isi ke gird ghoomti hai ke zindagi marne par khatm nahi hoti, marne ke baad bhi baqi rehti hai.</w:t>
      </w:r>
    </w:p>
    <w:p>
      <w:pPr>
        <w:jc w:val="right"/>
      </w:pPr>
      <w:r>
        <w:t>قرآن کی ساری تعلیم اسی کے گرد گھومتی ہے کہ زندگی مرنے پر ختم نہیں ہوتی، مرنے کے بعد بھی باقی رہتی ہے۔</w:t>
      </w:r>
    </w:p>
    <w:p>
      <w:r>
        <w:rPr>
          <w:b/>
        </w:rPr>
        <w:t xml:space="preserve">[05:40] </w:t>
      </w:r>
      <w:r>
        <w:t>to maut ke baad ka jo period hai, us mein day of judgment hai. log khuda ke samne pesh kiye jayenge aur apne pre death period ke record ke mutabiq unhein ya to reward milega ya punishment.</w:t>
      </w:r>
    </w:p>
    <w:p>
      <w:pPr>
        <w:jc w:val="right"/>
      </w:pPr>
      <w:r>
        <w:t>تو موت کے بعد کا جو پیریڈ ہے، اس میں ڈے اف ججمنٹ ہے۔ لوگ خدا کے سامنے پیش کیے جائیں گے اور اپنے پری ڈیتھ پیریڈ کے ریکارڈ کے مطابق انہیں یا تو ریوارڈ ملے گا یا پنشمنٹ۔</w:t>
      </w:r>
    </w:p>
    <w:p>
      <w:r>
        <w:rPr>
          <w:b/>
        </w:rPr>
        <w:t xml:space="preserve">[05:58] </w:t>
      </w:r>
      <w:r>
        <w:t>iyyak na'budu wa iyyaka nasta'een.</w:t>
      </w:r>
    </w:p>
    <w:p>
      <w:pPr>
        <w:jc w:val="right"/>
      </w:pPr>
      <w:r>
        <w:t>ایاک نعبد وایاک نستعین۔</w:t>
      </w:r>
    </w:p>
    <w:p>
      <w:r>
        <w:rPr>
          <w:b/>
        </w:rPr>
        <w:t xml:space="preserve">[06:02] </w:t>
      </w:r>
      <w:r>
        <w:t>phir yeh sentiment hota hai ek momin ke andar ke woh khuda hi ko apna helper samajhta hai.</w:t>
      </w:r>
    </w:p>
    <w:p>
      <w:pPr>
        <w:jc w:val="right"/>
      </w:pPr>
      <w:r>
        <w:t>پھر یہ سینٹیمنٹ ہوتا ہے ایک مومن کے اندر کہ وہ خدا ہی کو اپنا ہیلپر سمجھتا ہے۔</w:t>
      </w:r>
    </w:p>
    <w:p>
      <w:r>
        <w:rPr>
          <w:b/>
        </w:rPr>
        <w:t xml:space="preserve">[06:11] </w:t>
      </w:r>
      <w:r>
        <w:t>khuda hi se woh madad ki umeed rakhta hai. khuda ke siwa koi aur nahi jis se use umeed ho ke uska helper ban sakta hai woh.</w:t>
      </w:r>
    </w:p>
    <w:p>
      <w:pPr>
        <w:jc w:val="right"/>
      </w:pPr>
      <w:r>
        <w:t>خدا ہی سے وہ مدد کی امید رکھتا ہے۔ خدا کے سوا کوئی اور نہیں جس سے اسے امید ہو کہ اس کا ہیلپر بن سکتا ہے وہ۔</w:t>
      </w:r>
    </w:p>
    <w:p>
      <w:r>
        <w:rPr>
          <w:b/>
        </w:rPr>
        <w:t xml:space="preserve">[06:25] </w:t>
      </w:r>
      <w:r>
        <w:t>phir ihdinas siratal mustaqeem. yani jo sachha rasta hai jis par bina bhatke aadmi aage ja sakta hai manzil tak, woh bhi woh khuda hi se mangta hai.</w:t>
      </w:r>
    </w:p>
    <w:p>
      <w:pPr>
        <w:jc w:val="right"/>
      </w:pPr>
      <w:r>
        <w:t>پھر اہدنا الصراط المستقیم۔ یعنی جو سچا راستہ ہے جس پر بلا بھٹکے آدمی آگے جا سکتا ہے منزل تک، وہ بھی وہ خدا ہی سے مانگتا ہے۔</w:t>
      </w:r>
    </w:p>
    <w:p>
      <w:r>
        <w:rPr>
          <w:b/>
        </w:rPr>
        <w:t xml:space="preserve">[06:38] </w:t>
      </w:r>
      <w:r>
        <w:t>kyunke khuda agar is ko sachai ka rasta na dikhaye to kya hoga?</w:t>
      </w:r>
    </w:p>
    <w:p>
      <w:pPr>
        <w:jc w:val="right"/>
      </w:pPr>
      <w:r>
        <w:t>کیونکہ خدا اگر اس کو سچائی کا راستہ نہ دکھائے تو کیا ہوگا؟</w:t>
      </w:r>
    </w:p>
    <w:p>
      <w:r>
        <w:rPr>
          <w:b/>
        </w:rPr>
        <w:t xml:space="preserve">[06:47] </w:t>
      </w:r>
      <w:r>
        <w:t>dunya mein shaitan bhatkane wale hain, tarah tarah ke fitne hain. to un fitnon se bach kar ke sacha rasta pana bila khuda ki madad ke mumkin nahi hai.</w:t>
      </w:r>
    </w:p>
    <w:p>
      <w:pPr>
        <w:jc w:val="right"/>
      </w:pPr>
      <w:r>
        <w:t>دنیا میں شیطان بھٹکانے والے ہیں، طرح طرح کے فتنے ہیں۔ تو ان فتنوں سے بچ کر کے سچا راستہ پانا بلا خدا کی مدد کے ممکن نہیں ہے۔</w:t>
      </w:r>
    </w:p>
    <w:p>
      <w:r>
        <w:rPr>
          <w:b/>
        </w:rPr>
        <w:t xml:space="preserve">[07:01] </w:t>
      </w:r>
      <w:r>
        <w:t>phir kaha ke sirat al-lazina an'amta alaihim. aur wazeh kiya ke woh rasta jo in logon par to ne in logon ko diya jin par tera in'am hua,</w:t>
      </w:r>
    </w:p>
    <w:p>
      <w:pPr>
        <w:jc w:val="right"/>
      </w:pPr>
      <w:r>
        <w:t>پھر کہا کہ صراط الذین انعمت علیہم۔ اور واضح کیا کہ وہ راستہ جو ان لوگوں پر تو نے ان لوگوں کو دیا جن پر تیرا انعام ہوا،</w:t>
      </w:r>
    </w:p>
    <w:p>
      <w:r>
        <w:rPr>
          <w:b/>
        </w:rPr>
        <w:t xml:space="preserve">[07:15] </w:t>
      </w:r>
      <w:r>
        <w:t>woh rasta nahi jin par tera ghazab hua, jo tere raste se bhatak gaye.</w:t>
      </w:r>
    </w:p>
    <w:p>
      <w:pPr>
        <w:jc w:val="right"/>
      </w:pPr>
      <w:r>
        <w:t>وہ راستہ نہیں جن پر تیرا غضب ہوا، جو تیرے راستے سے بھٹک گئے۔</w:t>
      </w:r>
    </w:p>
    <w:p>
      <w:r>
        <w:rPr>
          <w:b/>
        </w:rPr>
        <w:t xml:space="preserve">[07:26] </w:t>
      </w:r>
      <w:r>
        <w:t>yani is aalami safar ka musafir banna jis mein khuda ke achhe bande chale, to yeh jazba hai le kar jis ko le kar ke momin quran mein dakhil hota hai.</w:t>
      </w:r>
    </w:p>
    <w:p>
      <w:pPr>
        <w:jc w:val="right"/>
      </w:pPr>
      <w:r>
        <w:t>یعنی اس عالمی سفر کا مسافر بننا جس میں خدا کے اچھے بندے چلے، تو یہ جذبہ ہے لے کر جس کو لے کر کے مومن قرآن میں داخل ہوتا ہے۔</w:t>
      </w:r>
    </w:p>
    <w:p>
      <w:r>
        <w:rPr>
          <w:b/>
        </w:rPr>
        <w:t xml:space="preserve">[07:45] </w:t>
      </w:r>
      <w:r>
        <w:t>is waqt mein</w:t>
      </w:r>
    </w:p>
    <w:p>
      <w:pPr>
        <w:jc w:val="right"/>
      </w:pPr>
      <w:r>
        <w:t>اس وقت میں</w:t>
      </w:r>
    </w:p>
    <w:p>
      <w:r>
        <w:rPr>
          <w:b/>
        </w:rPr>
        <w:t xml:space="preserve">[07:50] </w:t>
      </w:r>
      <w:r>
        <w:t>yani islam ki taleemat se zyada mein is ke practical aspect ko ke bare mein kuch arz karunga.</w:t>
      </w:r>
    </w:p>
    <w:p>
      <w:pPr>
        <w:jc w:val="right"/>
      </w:pPr>
      <w:r>
        <w:t>یعنی اسلام کی تعلیمات سے زیادہ میں اس کے پریکٹیکل ایسپیکٹ کو کے بارے میں کچھ عرض کروں گا۔</w:t>
      </w:r>
    </w:p>
    <w:p>
      <w:r>
        <w:rPr>
          <w:b/>
        </w:rPr>
        <w:t xml:space="preserve">[08:06] </w:t>
      </w:r>
      <w:r>
        <w:t>yani ek lafz mein yeh keh sakta hoon ke ek hai faith aur ek hai applied faith.</w:t>
      </w:r>
    </w:p>
    <w:p>
      <w:pPr>
        <w:jc w:val="right"/>
      </w:pPr>
      <w:r>
        <w:t>یعنی ایک لفظ میں یہ کہہ سکتا ہوں کہ ایک ہے فیتھ اور ایک ہے اپلائیڈ فیتھ۔</w:t>
      </w:r>
    </w:p>
    <w:p>
      <w:r>
        <w:rPr>
          <w:b/>
        </w:rPr>
        <w:t xml:space="preserve">[08:16] </w:t>
      </w:r>
      <w:r>
        <w:t>faith aur applied faith. agar aap ko yeh janna hai ke faith kya hai to quran mein aap padh kar aap is ko jaan sakte hain.</w:t>
      </w:r>
    </w:p>
    <w:p>
      <w:pPr>
        <w:jc w:val="right"/>
      </w:pPr>
      <w:r>
        <w:t>فیتھ اور اپلائیڈ فیتھ۔ اگر آپ کو یہ جاننا ہے کہ فیتھ کیا ہے تو قرآن میں آپ پڑھ کر آپ اس کو جان سکتے ہیں۔</w:t>
      </w:r>
    </w:p>
    <w:p>
      <w:r>
        <w:rPr>
          <w:b/>
        </w:rPr>
        <w:t xml:space="preserve">[08:26] </w:t>
      </w:r>
      <w:r>
        <w:t>lekin jo applied faith hai woh kahan milega? woh prophet ki zindagi mein aur prophet ke comparison ki zindagi mein jin ko hum sahaba kehte hain.</w:t>
      </w:r>
    </w:p>
    <w:p>
      <w:pPr>
        <w:jc w:val="right"/>
      </w:pPr>
      <w:r>
        <w:t>لیکن جو اپلائیڈ فیتھ ہے وہ کہاں ملے گا؟ وہ پرافٹ کی زندگی میں اور پرافٹ کے کمپیریژن کی زندگی میں جن کو ہم صحابہ کہتے ہیں۔</w:t>
      </w:r>
    </w:p>
    <w:p>
      <w:r>
        <w:rPr>
          <w:b/>
        </w:rPr>
        <w:t xml:space="preserve">[08:40] </w:t>
      </w:r>
      <w:r>
        <w:t>sahaba ko</w:t>
      </w:r>
    </w:p>
    <w:p>
      <w:pPr>
        <w:jc w:val="right"/>
      </w:pPr>
      <w:r>
        <w:t>صحابہ کو</w:t>
      </w:r>
    </w:p>
    <w:p>
      <w:r>
        <w:rPr>
          <w:b/>
        </w:rPr>
        <w:t xml:space="preserve">[08:44] </w:t>
      </w:r>
      <w:r>
        <w:t>quran mein aur hadith mein sahaba ko model ki hesiyat se pesh kiya gaya hai. model.</w:t>
      </w:r>
    </w:p>
    <w:p>
      <w:pPr>
        <w:jc w:val="right"/>
      </w:pPr>
      <w:r>
        <w:t>قرآن میں اور حدیث میں صحابہ کو ماڈل کی حیثیت سے پیش کیا گیا ہے۔ ماڈل۔</w:t>
      </w:r>
    </w:p>
    <w:p>
      <w:r>
        <w:rPr>
          <w:b/>
        </w:rPr>
        <w:t xml:space="preserve">[08:55] </w:t>
      </w:r>
      <w:r>
        <w:t>yani faith ki detail to aap quran mein payenge aur applied faith ko agar aap janna hai to aap ko to comparison of the prophet jo hain yani sahaba un ki zindagi se samjhenge.</w:t>
      </w:r>
    </w:p>
    <w:p>
      <w:pPr>
        <w:jc w:val="right"/>
      </w:pPr>
      <w:r>
        <w:t>یعنی فیتھ کی ڈیٹیل تو آپ قرآن میں پائیں گے اور اپلائیڈ فیتھ کو اگر آپ جاننا ہے تو آپ کو تو کمپیریژن اف دا پرافٹ جو ہیں یعنی صحابہ ان کی زندگیوں سے سمجھیں گے۔</w:t>
      </w:r>
    </w:p>
    <w:p>
      <w:r>
        <w:rPr>
          <w:b/>
        </w:rPr>
        <w:t xml:space="preserve">[09:07] </w:t>
      </w:r>
      <w:r>
        <w:t>lekin</w:t>
      </w:r>
    </w:p>
    <w:p>
      <w:pPr>
        <w:jc w:val="right"/>
      </w:pPr>
      <w:r>
        <w:t>لیکن</w:t>
      </w:r>
    </w:p>
    <w:p>
      <w:r>
        <w:rPr>
          <w:b/>
        </w:rPr>
        <w:t xml:space="preserve">[09:09] </w:t>
      </w:r>
      <w:r>
        <w:t>to is waqt mein yahi chahunga ke mein sahaba ki zindagi se kuch aise aspect arz karoon jo quran ki taleemat ko amli surat ko batate hain.</w:t>
      </w:r>
    </w:p>
    <w:p>
      <w:pPr>
        <w:jc w:val="right"/>
      </w:pPr>
      <w:r>
        <w:t>تو اس وقت میں یہی چاہوں گا کہ میں صحابہ کی زندگی سے کچھ ایسے ایسپیکٹ عرض کروں جو قرآن کی تعلیمات کو عملی صورت کو بتاتے ہیں۔</w:t>
      </w:r>
    </w:p>
    <w:p>
      <w:r>
        <w:rPr>
          <w:b/>
        </w:rPr>
        <w:t xml:space="preserve">[09:27] </w:t>
      </w:r>
      <w:r>
        <w:t>is silsile mein sab se pehle yeh kehna chahunga mein ke</w:t>
      </w:r>
    </w:p>
    <w:p>
      <w:pPr>
        <w:jc w:val="right"/>
      </w:pPr>
      <w:r>
        <w:t>اس سلسلے میں سب سے پہلے یہ کہنا چاہوں گا میں کہ</w:t>
      </w:r>
    </w:p>
    <w:p>
      <w:r>
        <w:rPr>
          <w:b/>
        </w:rPr>
        <w:t xml:space="preserve">[09:33] </w:t>
      </w:r>
      <w:r>
        <w:t>sahaba ka yeh model hai poori history mein akela model hai.</w:t>
      </w:r>
    </w:p>
    <w:p>
      <w:pPr>
        <w:jc w:val="right"/>
      </w:pPr>
      <w:r>
        <w:t>صحابہ کا یہ ماڈل ہے پوری ہسٹری میں اکیلا ماڈل ہے۔</w:t>
      </w:r>
    </w:p>
    <w:p>
      <w:r>
        <w:rPr>
          <w:b/>
        </w:rPr>
        <w:t xml:space="preserve">[09:39] </w:t>
      </w:r>
      <w:r>
        <w:t>kyun? is liye ke yeh historical model hai. is ki poori history hai. yeh koi mythology nahi hai, yeh koi kahani nahi hai, yeh koi novel nahi hai.</w:t>
      </w:r>
    </w:p>
    <w:p>
      <w:pPr>
        <w:jc w:val="right"/>
      </w:pPr>
      <w:r>
        <w:t>کیوں؟ اس لیے کہ یہ ہسٹاریکل ماڈل ہے۔ اس کی پوری ہسٹری ہے۔ یہ کوئی میتھالوجی نہیں ہے، یہ کوئی کہانی نہیں ہے، یہ کوئی ناول نہیں ہے۔</w:t>
      </w:r>
    </w:p>
    <w:p>
      <w:r>
        <w:rPr>
          <w:b/>
        </w:rPr>
        <w:t xml:space="preserve">[09:52] </w:t>
      </w:r>
      <w:r>
        <w:t>to sahaba jo hain woh historical character hain. un mein se ek ek historical character hai. to un ke zariye jo model bana woh model ek historical model hai.</w:t>
      </w:r>
    </w:p>
    <w:p>
      <w:pPr>
        <w:jc w:val="right"/>
      </w:pPr>
      <w:r>
        <w:t>تو صحابہ جو ہیں وہ ہسٹاریکل کریکٹر ہیں۔ ان میں سے ایک ایک ہسٹاریکل کریکٹر ہے۔ تو ان کے ذریعے جو ماڈل بنا وہ ماڈل ایک ہسٹاریکل ماڈل ہے۔</w:t>
      </w:r>
    </w:p>
    <w:p>
      <w:r>
        <w:rPr>
          <w:b/>
        </w:rPr>
        <w:t xml:space="preserve">[10:06] </w:t>
      </w:r>
      <w:r>
        <w:t>is ka matlab yeh hai ke hum un ke un ki zindagi ko padh kar yeh yaqin kar sakte hain ke aise log bhi dunya mein the. aisa nahi ke koi kahani ho, koi novel ya afsana ho ya koi mythology ho.</w:t>
      </w:r>
    </w:p>
    <w:p>
      <w:pPr>
        <w:jc w:val="right"/>
      </w:pPr>
      <w:r>
        <w:t>اس کا مطلب یہ ہے کہ ہم ان کے ان کی زندگی کو پڑھ کر یہ یقین کر سکتے ہیں کہ ایسے لوگ بھی دنیا میں تھے۔ ایسا نہیں کہ کوئی کہانی ہو، کوئی ناول یا افسانہ ہو یا کوئی میتھالوجی ہو۔</w:t>
      </w:r>
    </w:p>
    <w:p>
      <w:r>
        <w:rPr>
          <w:b/>
        </w:rPr>
        <w:t xml:space="preserve">[10:23] </w:t>
      </w:r>
      <w:r>
        <w:t>to yeh bohat hi important baat hai ke hum sahaba ke character ko ek historical character ke roop mein dekh sakte hain. kyunke woh isi dunya mein paida hue,</w:t>
      </w:r>
    </w:p>
    <w:p>
      <w:pPr>
        <w:jc w:val="right"/>
      </w:pPr>
      <w:r>
        <w:t>تو یہ بہت ہی امپورٹنٹ بات ہے کہ ہم صحابہ کے کریکٹر کو ایک ہسٹاریکل کریکٹر کے روپ میں دیکھ سکتے ہیں۔ کیونکہ وہ اسی دنیا میں پیدا ہوئے،</w:t>
      </w:r>
    </w:p>
    <w:p>
      <w:r>
        <w:rPr>
          <w:b/>
        </w:rPr>
        <w:t xml:space="preserve">[10:33] </w:t>
      </w:r>
      <w:r>
        <w:t>isi dunya mein rahe, isi dunya mein unhon ne islam ko ya quran ko apni zindagi mein ikhtiyar kiya.</w:t>
      </w:r>
    </w:p>
    <w:p>
      <w:pPr>
        <w:jc w:val="right"/>
      </w:pPr>
      <w:r>
        <w:t>اسی دنیا میں رہے، اسی دنیا میں انہوں نے اسلام کو یا قرآن کو اپنی زندگی میں اختیار کیا۔</w:t>
      </w:r>
    </w:p>
    <w:p>
      <w:r>
        <w:rPr>
          <w:b/>
        </w:rPr>
        <w:t xml:space="preserve">[10:45] </w:t>
      </w:r>
      <w:r>
        <w:t>mein samajhta hoon ke</w:t>
      </w:r>
    </w:p>
    <w:p>
      <w:pPr>
        <w:jc w:val="right"/>
      </w:pPr>
      <w:r>
        <w:t>میں سمجھتا ہوں کہ</w:t>
      </w:r>
    </w:p>
    <w:p>
      <w:r>
        <w:rPr>
          <w:b/>
        </w:rPr>
        <w:t xml:space="preserve">[10:50] </w:t>
      </w:r>
      <w:r>
        <w:t>sab se pehla, sab se pehli sifat jo mujhe nazar aati hai sahaba ke andar woh yeh hai ke unhon ne quran ko quran hi ki nazar se dekha, apni nazar se nahi.</w:t>
      </w:r>
    </w:p>
    <w:p>
      <w:pPr>
        <w:jc w:val="right"/>
      </w:pPr>
      <w:r>
        <w:t>سب سے پہلا، سب سے پہلی صفت جو مجھے نظر آتی ہے صحابہ کے اندر وہ یہ ہے کہ انہوں نے قرآن کو قرآن ہی کی نظر سے دیکھا، اپنی نظر سے نہیں۔</w:t>
      </w:r>
    </w:p>
    <w:p>
      <w:r>
        <w:rPr>
          <w:b/>
        </w:rPr>
        <w:t xml:space="preserve">[11:03] </w:t>
      </w:r>
      <w:r>
        <w:t>you know, people generally discover the quran in their own framework, but sahaba were those people who discover the quran in the framework, in the framework of quran itself.</w:t>
      </w:r>
    </w:p>
    <w:p>
      <w:pPr>
        <w:jc w:val="right"/>
      </w:pPr>
      <w:r>
        <w:t>یو نو، پیپل جنرلی ڈسکور دا قرآن ان دیر اون فریم ورک، بٹ صحابہ ویر دوز پیپل ہو ڈسکور دا قرآن ان دا فریم ورک، ان دا فریم ورک اف قرآن اٹ سیلف۔</w:t>
      </w:r>
    </w:p>
    <w:p>
      <w:r>
        <w:rPr>
          <w:b/>
        </w:rPr>
        <w:t xml:space="preserve">[11:27] </w:t>
      </w:r>
      <w:r>
        <w:t>yeh bohat bari baat hai.</w:t>
      </w:r>
    </w:p>
    <w:p>
      <w:pPr>
        <w:jc w:val="right"/>
      </w:pPr>
      <w:r>
        <w:t>یہ بہت بڑی بات ہے۔</w:t>
      </w:r>
    </w:p>
    <w:p>
      <w:r>
        <w:rPr>
          <w:b/>
        </w:rPr>
        <w:t xml:space="preserve">[11:30] </w:t>
      </w:r>
      <w:r>
        <w:t>log kya hota hai ke apne mind mein jo khayalat hain usi ko parh lete hain quran mein bhi ke un ka pana kuch pana nahi hota. yeh woh log thay jinhon ne empty mind ho kar sachay seekhar ban kar quran ko parha aur phir woh is ke mannay walay banay.</w:t>
      </w:r>
    </w:p>
    <w:p>
      <w:pPr>
        <w:jc w:val="right"/>
      </w:pPr>
      <w:r>
        <w:t>لوگ کیا ہوتا ہے کہ اپنے مائنڈ میں جو خیالات ہیں اسی کو پڑھ لیتے ہیں قرآن میں بھی کہ ان کا پانا کچھ پانا نہیں ہوتا۔ یہ وہ لوگ تھے جنہوں نے ایمپٹی مائنڈ ہو کر سچے سیکھر بن کر قرآن کو پڑھا اور پھر وہ اس کے ماننے والے بنے۔</w:t>
      </w:r>
    </w:p>
    <w:p>
      <w:r>
        <w:rPr>
          <w:b/>
        </w:rPr>
        <w:t xml:space="preserve">[11:54] </w:t>
      </w:r>
      <w:r>
        <w:t>is lihaaz se hum yeh keh sakte hain ke in ka jo in ka jo model hai woh poori tarah is par hum bharosa kar sakte hain ke woh sacha model hai.</w:t>
      </w:r>
    </w:p>
    <w:p>
      <w:pPr>
        <w:jc w:val="right"/>
      </w:pPr>
      <w:r>
        <w:t>اس لحاظ سے ہم یہ کہہ سکتے ہیں کہ ان کا جو ان کا جو ماڈل ہے وہ پوری طرح اس پر ہم بھروسہ کر سکتے ہیں کہ وہ سچا ماڈل ہے۔</w:t>
      </w:r>
    </w:p>
    <w:p>
      <w:r>
        <w:rPr>
          <w:b/>
        </w:rPr>
        <w:t xml:space="preserve">[12:07] </w:t>
      </w:r>
      <w:r>
        <w:t>yeh log itnay important hain yani sahaba ka jo group hai is aisay se itna important hai ke pichli kitabon mein bhi khuda ne yani nabiyon ki jo pichli kitabein theen un mein bhi khuda ne in ka z</w:t>
      </w:r>
    </w:p>
    <w:p>
      <w:pPr>
        <w:jc w:val="right"/>
      </w:pPr>
      <w:r>
        <w:t>یہ لوگ اتنے امپورٹنٹ ہیں یعنی صحابہ کا جو گروہ ہے اس ایسے سے اتنا امپورٹنٹ ہے کہ پچھلی کتابوں میں بھی خدا نے یعنی نبیوں کی جو پچھلی کتابیں تھیں ان میں بھی خدا نے ان کا ذ</w:t>
      </w:r>
    </w:p>
    <w:p>
      <w:r>
        <w:rPr>
          <w:b/>
        </w:rPr>
        <w:t xml:space="preserve">[12:22] </w:t>
      </w:r>
      <w:r>
        <w:t>kar kiya. yani in ki prediction maujood hai in kitabon ki jaisay bible mein jo quran se pehle dunya mein aai, agarchay ab apni shakal mein maujood nahi hai, phir bhi is ke andar aisi cheezein maujood hain jo hamare liye bohat important hain.</w:t>
      </w:r>
    </w:p>
    <w:p>
      <w:pPr>
        <w:jc w:val="right"/>
      </w:pPr>
      <w:r>
        <w:t>کر کیا۔ یعنی ان کی پریڈکشن موجود ہے ان کتابوں کی جیسے بائبل میں جو قرآن سے پہلے دنیا میں آئی، اگرچہ اب اپنی شکل میں موجود نہیں ہے، پھر بھی اس کے اندر ایسی چیزیں موجود ہیں جو ہمارے لیے بہت امپورٹنٹ ہیں۔</w:t>
      </w:r>
    </w:p>
    <w:p>
      <w:r>
        <w:rPr>
          <w:b/>
        </w:rPr>
        <w:t xml:space="preserve">[12:41] </w:t>
      </w:r>
      <w:r>
        <w:t>mislan bible mein aik jagah hai aik aanay walay prophet ke baray mein. he came with ten thousand saints.</w:t>
      </w:r>
    </w:p>
    <w:p>
      <w:pPr>
        <w:jc w:val="right"/>
      </w:pPr>
      <w:r>
        <w:t>مثلاً بائبل میں ایک جگہ ہے ایک آنے والے پرافٹ کے بارے میں۔ ہی کیم ود ٹین تھا سینٹس۔</w:t>
      </w:r>
    </w:p>
    <w:p>
      <w:r>
        <w:rPr>
          <w:b/>
        </w:rPr>
        <w:t xml:space="preserve">[12:57] </w:t>
      </w:r>
      <w:r>
        <w:t>yeh sentence hai bible ka. he came with ten thousand saints.</w:t>
      </w:r>
    </w:p>
    <w:p>
      <w:pPr>
        <w:jc w:val="right"/>
      </w:pPr>
      <w:r>
        <w:t>یہ سینٹنس ہے بائبل کا۔ ہی کیم ود ٹین تھا سینٹس۔</w:t>
      </w:r>
    </w:p>
    <w:p>
      <w:r>
        <w:rPr>
          <w:b/>
        </w:rPr>
        <w:t xml:space="preserve">[13:02] </w:t>
      </w:r>
      <w:r>
        <w:t>aap jantay hain ke rasool Allah ne jab makkah ki taraf march kiya tha, us waqt aap ke sath das hazar sahaba thay.</w:t>
      </w:r>
    </w:p>
    <w:p>
      <w:pPr>
        <w:jc w:val="right"/>
      </w:pPr>
      <w:r>
        <w:t>آپ جانتے ہیں کہ رسول اللہ نے جب مکہ کی طرف مارچ کیا تھا، اس وقت آپ کے ساتھ دس ہزار صحابہ تھے۔</w:t>
      </w:r>
    </w:p>
    <w:p>
      <w:r>
        <w:rPr>
          <w:b/>
        </w:rPr>
        <w:t xml:space="preserve">[13:13] </w:t>
      </w:r>
      <w:r>
        <w:t>to yeh itna important waqea hai ke khuda ne pichli kitabon mein bhi is ko likh diya, logon ko peshgi bataya taake jab woh log aayen to log un ka sath dein aur un ko pehchan kar un se zindagi ke liye rehnumai hasil karein.</w:t>
      </w:r>
    </w:p>
    <w:p>
      <w:pPr>
        <w:jc w:val="right"/>
      </w:pPr>
      <w:r>
        <w:t>تو یہ اتنا امپورٹنٹ واقعہ ہے کہ خدا نے پچھلی کتابوں میں بھی اس کو لکھ دیا، لوگوں کو پیشگی بتایا تاکہ جب وہ لوگ آئیں تو لوگ ان کا ساتھ دیں اور ان کو پہچان کر ان سے زندگی کے لیے رہنمائی حاصل کریں۔</w:t>
      </w:r>
    </w:p>
    <w:p>
      <w:r>
        <w:rPr>
          <w:b/>
        </w:rPr>
        <w:t xml:space="preserve">[13:33] </w:t>
      </w:r>
      <w:r>
        <w:t>yahan mein yeh kahunga ke yeh yeh jo tareekh ka jo concept hai, us waqt yeh maujood nahi tha.</w:t>
      </w:r>
    </w:p>
    <w:p>
      <w:pPr>
        <w:jc w:val="right"/>
      </w:pPr>
      <w:r>
        <w:t>یہاں میں یہ کہوں گا کہ یہ یہ جو تاریخ کا جو کانسیپٹ ہے، اس وقت یہ موجود نہیں تھا۔</w:t>
      </w:r>
    </w:p>
    <w:p>
      <w:r>
        <w:rPr>
          <w:b/>
        </w:rPr>
        <w:t xml:space="preserve">[13:44] </w:t>
      </w:r>
      <w:r>
        <w:t>yeh jo maine kaha ke tareekhi model to yeh aik bohat hi anokhi baat thi us waqt. kyun? is liye ke pehle aap jantay hain ke dunya mein sirf do qism ke log hua karte thay:</w:t>
      </w:r>
    </w:p>
    <w:p>
      <w:pPr>
        <w:jc w:val="right"/>
      </w:pPr>
      <w:r>
        <w:t>یہ جو میں نے کہا کہ تاریخی ماڈل تو یہ ایک بہت ہی انوکھی بات تھی اس وقت۔ کیوں؟ اس لیے کہ پہلے آپ جانتے ہیں کہ دنیا میں صرف دو قسم کے لوگ ہوا کرتے تھے:</w:t>
      </w:r>
    </w:p>
    <w:p>
      <w:r>
        <w:rPr>
          <w:b/>
        </w:rPr>
        <w:t xml:space="preserve">[14:00] </w:t>
      </w:r>
      <w:r>
        <w:t>aik royal historian aur doosray story tellers. royal historian aur story tellers. to jo royal historian thay, woh king ki kahani likhte thay.</w:t>
      </w:r>
    </w:p>
    <w:p>
      <w:pPr>
        <w:jc w:val="right"/>
      </w:pPr>
      <w:r>
        <w:t>ایک رائل ہسٹورین اور دوسرے اسٹوری ٹیلرز۔ رائل ہسٹورین اور اسٹوری ٹیلرز۔ تو جو رائل ہسٹورین تھے، وہ کنگ کی کہانی لکھتے تھے۔</w:t>
      </w:r>
    </w:p>
    <w:p>
      <w:r>
        <w:rPr>
          <w:b/>
        </w:rPr>
        <w:t xml:space="preserve">[14:15] </w:t>
      </w:r>
      <w:r>
        <w:t>unki unki victory, unki defeat, unka crowning ceremony, yeh sab baatein likhte thay woh jo royal historian thay.</w:t>
      </w:r>
    </w:p>
    <w:p>
      <w:pPr>
        <w:jc w:val="right"/>
      </w:pPr>
      <w:r>
        <w:t>ان کی ان کی وکٹری، ان کی ڈیفیٹ، ان کا کراؤننگ سیریمنی، یہ سب باتیں لکھتے تھے وہ جو رائل ہسٹورین تھے۔</w:t>
      </w:r>
    </w:p>
    <w:p>
      <w:r>
        <w:rPr>
          <w:b/>
        </w:rPr>
        <w:t xml:space="preserve">[14:27] </w:t>
      </w:r>
      <w:r>
        <w:t>aur story tellers se jo log thay, woh to apnay apnay imagination se, apnay khayal se kuch kahaniyan bana detay aur woh bari bari kahani likha karte thay.</w:t>
      </w:r>
    </w:p>
    <w:p>
      <w:pPr>
        <w:jc w:val="right"/>
      </w:pPr>
      <w:r>
        <w:t>اور اسٹوری ٹیلرز سے جو لوگ تھے، وہ تو اپنے اپنے امیجنیشن سے، اپنے خیال سے کچھ کہانیاں بنا دیتے اور وہ بڑی بڑی کہانی لکھا کرتے تھے۔</w:t>
      </w:r>
    </w:p>
    <w:p>
      <w:r>
        <w:rPr>
          <w:b/>
        </w:rPr>
        <w:t xml:space="preserve">[14:36] </w:t>
      </w:r>
      <w:r>
        <w:t>to dunya mein jo riwaj tha us zamanay mein, ya to story tellers ki kahaniyon ka ya royal historians ki is history ka jo tha taluq sirf king se hua karta tha, society se nahi.</w:t>
      </w:r>
    </w:p>
    <w:p>
      <w:pPr>
        <w:jc w:val="right"/>
      </w:pPr>
      <w:r>
        <w:t>تو دنیا میں جو رواج تھا اس زمانے میں، یا تو اسٹوری ٹیلرز کی کہانیوں کا یا رائل ہسٹورینز کی اس ہسٹری کا جو تھا تعلق صرف کنگ سے ہوا کرتا تھا، سوسائٹی سے نہیں۔</w:t>
      </w:r>
    </w:p>
    <w:p>
      <w:r>
        <w:rPr>
          <w:b/>
        </w:rPr>
        <w:t xml:space="preserve">[14:50] </w:t>
      </w:r>
      <w:r>
        <w:t>society us zamanay mein is qabil nahi samjhati thi ke is ko report kare history mein. history mein is ka record aaye.</w:t>
      </w:r>
    </w:p>
    <w:p>
      <w:pPr>
        <w:jc w:val="right"/>
      </w:pPr>
      <w:r>
        <w:t>سوسائٹی اس زمانے میں اس قابل نہیں سمجھاتی تھی کہ اس کو رپورٹ کرے ہسٹری میں۔ ہسٹری میں اس کا ریکارڈ آئے۔</w:t>
      </w:r>
    </w:p>
    <w:p>
      <w:r>
        <w:rPr>
          <w:b/>
        </w:rPr>
        <w:t xml:space="preserve">[14:58] </w:t>
      </w:r>
      <w:r>
        <w:t>quran ne pehli baar yani maloom tareekh mein quran ne pehli baar history ka concept paida kiya.</w:t>
      </w:r>
    </w:p>
    <w:p>
      <w:pPr>
        <w:jc w:val="right"/>
      </w:pPr>
      <w:r>
        <w:t>قرآن نے پہلی بار یعنی معلوم تاریخ میں قرآن نے پہلی بار ہسٹری کا کانسیپٹ پیدا کیا۔</w:t>
      </w:r>
    </w:p>
    <w:p>
      <w:r>
        <w:rPr>
          <w:b/>
        </w:rPr>
        <w:t xml:space="preserve">[15:08] </w:t>
      </w:r>
      <w:r>
        <w:t>history writing ka. is ke liye quran mein aaya hai ayyam Allah. ayyam Allah.</w:t>
      </w:r>
    </w:p>
    <w:p>
      <w:pPr>
        <w:jc w:val="right"/>
      </w:pPr>
      <w:r>
        <w:t>ہسٹری رائٹنگ کا۔ اس کے لیے قرآن میں آیا ہے ایام اللہ۔ ایام اللہ۔</w:t>
      </w:r>
    </w:p>
    <w:p>
      <w:r>
        <w:rPr>
          <w:b/>
        </w:rPr>
        <w:t xml:space="preserve">[15:16] </w:t>
      </w:r>
      <w:r>
        <w:t>to quran mein agarchay aap jantay hain ke quran koi history ki book nahi hai, quran aik dawat ki kitab hai, aik message denay ki kitab hai.</w:t>
      </w:r>
    </w:p>
    <w:p>
      <w:pPr>
        <w:jc w:val="right"/>
      </w:pPr>
      <w:r>
        <w:t>تو قرآن میں اگرچہ آپ جانتے ہیں کہ قرآن کوئی ہسٹری کی بک نہیں ہے، قرآن ایک دعوت کی کتاب ہے، ایک میسج دینے کی کتاب ہے۔</w:t>
      </w:r>
    </w:p>
    <w:p>
      <w:r>
        <w:rPr>
          <w:b/>
        </w:rPr>
        <w:t xml:space="preserve">[15:29] </w:t>
      </w:r>
      <w:r>
        <w:t>is ka andaaz dawati andaaz hai na ke tareekhi andaaz. lekin history writing ki sab se pehle jo shuru hui, jo shuruaat ki jis ne, woh quran hai.</w:t>
      </w:r>
    </w:p>
    <w:p>
      <w:pPr>
        <w:jc w:val="right"/>
      </w:pPr>
      <w:r>
        <w:t>اس کا انداز دعوتی انداز ہے نہ کہ تاریخی انداز۔ لیکن ہسٹری رائٹنگ کی سب سے پہلے جو شروع ہوئی، جو شروعات کی جس نے، وہ قرآن ہے۔</w:t>
      </w:r>
    </w:p>
    <w:p>
      <w:r>
        <w:rPr>
          <w:b/>
        </w:rPr>
        <w:t xml:space="preserve">[15:42] </w:t>
      </w:r>
      <w:r>
        <w:t>quran mein pehli baar history ke aisay waqeat ka reference diya gaya jo mythology nahi thay, jo story tellers ki kahaniyan nahi theen.</w:t>
      </w:r>
    </w:p>
    <w:p>
      <w:pPr>
        <w:jc w:val="right"/>
      </w:pPr>
      <w:r>
        <w:t>قرآن میں پہلی بار ہسٹری کے ایسے واقعات کا ریفرنس دیا گیا جو میتھالوجی نہیں تھے، جو اسٹوری ٹیلرز کی کہانیاں نہیں تھیں۔</w:t>
      </w:r>
    </w:p>
    <w:p>
      <w:r>
        <w:rPr>
          <w:b/>
        </w:rPr>
        <w:t xml:space="preserve">[15:54] </w:t>
      </w:r>
      <w:r>
        <w:t>yani peghambaron ke waqeat. woh qaumein jin ko peghambaron ne khitab kiya, un ko kaha gaya ayyam Allah.</w:t>
      </w:r>
    </w:p>
    <w:p>
      <w:pPr>
        <w:jc w:val="right"/>
      </w:pPr>
      <w:r>
        <w:t>یعنی پیغمبروں کے واقعات۔ وہ قومیں جن کو پیغمبروں نے خطاب کیا، ان کو کہا گیا ایام اللہ۔</w:t>
      </w:r>
    </w:p>
    <w:p>
      <w:r>
        <w:rPr>
          <w:b/>
        </w:rPr>
        <w:t xml:space="preserve">[16:03] </w:t>
      </w:r>
      <w:r>
        <w:t>to yeh jo tareekh likhnay ka jo naya zehan diya gaya, yani story nahi balkay events ko likhna aur sirf badshah nahi balkay pooray samaj ki baaton ko likhna, to yeh quran ne jo tasawwur diya, to yeh is ke mutabiq muslim murrakheen ne likhna shuru kiya.</w:t>
      </w:r>
    </w:p>
    <w:p>
      <w:pPr>
        <w:jc w:val="right"/>
      </w:pPr>
      <w:r>
        <w:t>تو یہ جو تاریخ لکھنے کا جو نیا ذہن دیا گیا، یعنی اسٹوری نہیں بلکہ ایونٹس کو لکھنا اور صرف بادشاہ نہیں بلکہ پورے سماج کی باتوں کو لکھنا، تو یہ قرآن نے جو تصور دیا، تو یہ اس کے مطابق مسلم مورخین نے لکھنا شروع کیا۔</w:t>
      </w:r>
    </w:p>
    <w:p>
      <w:r>
        <w:rPr>
          <w:b/>
        </w:rPr>
        <w:t xml:space="preserve">[16:25] </w:t>
      </w:r>
      <w:r>
        <w:t>lekin is ka jo culmination tha, woh hua abdul rehman ibn dakhil ke zamanay mein.</w:t>
      </w:r>
    </w:p>
    <w:p>
      <w:pPr>
        <w:jc w:val="right"/>
      </w:pPr>
      <w:r>
        <w:t>لیکن اس کا جو کلمینیشن تھا، وہ ہوا عبدالرحمن ابن داخل کے زمانے میں۔</w:t>
      </w:r>
    </w:p>
    <w:p>
      <w:r>
        <w:rPr>
          <w:b/>
        </w:rPr>
        <w:t xml:space="preserve">[16:31] </w:t>
      </w:r>
      <w:r>
        <w:t>abdul rehman ibn dakhil aik historian tha jo spain mein paida hua aur 1406 mein is ki death hui. 1406 mein.</w:t>
      </w:r>
    </w:p>
    <w:p>
      <w:pPr>
        <w:jc w:val="right"/>
      </w:pPr>
      <w:r>
        <w:t>عبدالرحمن ابن داخل ایک ہسٹورین تھا جو سپین میں پیدا ہوا اور 1406 میں اس کی ڈیتھ ہوئی۔ 1406 میں۔</w:t>
      </w:r>
    </w:p>
    <w:p>
      <w:r>
        <w:rPr>
          <w:b/>
        </w:rPr>
        <w:t xml:space="preserve">[16:44] </w:t>
      </w:r>
      <w:r>
        <w:t>yeh mana jata hai ke</w:t>
      </w:r>
    </w:p>
    <w:p>
      <w:pPr>
        <w:jc w:val="right"/>
      </w:pPr>
      <w:r>
        <w:t>یہ مانا جاتا ہے کہ</w:t>
      </w:r>
    </w:p>
    <w:p>
      <w:r>
        <w:rPr>
          <w:b/>
        </w:rPr>
        <w:t xml:space="preserve">[16:51] </w:t>
      </w:r>
      <w:r>
        <w:t>abdulrehman ibn khaldun pehla shakhs hai jisne history ko ilmi hesiyat di.</w:t>
      </w:r>
    </w:p>
    <w:p>
      <w:pPr>
        <w:jc w:val="right"/>
      </w:pPr>
      <w:r>
        <w:t>عبدالرحمن ابن خلدون پہلا شخص ہے جس نے ہسٹری کو علمی حیثیت دی۔</w:t>
      </w:r>
    </w:p>
    <w:p>
      <w:r>
        <w:rPr>
          <w:b/>
        </w:rPr>
        <w:t xml:space="preserve">[16:59] </w:t>
      </w:r>
      <w:r>
        <w:t>jaise ke maine arz kiya ke is se pehle history naam tha badshahon ki kahaniyan likhne ka. To ibn khaldun ne pehli baar quran ka ko follow karte hue history ka naya concept diya.</w:t>
      </w:r>
    </w:p>
    <w:p>
      <w:pPr>
        <w:jc w:val="right"/>
      </w:pPr>
      <w:r>
        <w:t>جیسے کہ میں نے عرض کیا کہ اس سے پہلے ہسٹری نام تھا بادشاہوں کی کہانیاں لکھنے کا۔ تو ابن خلدون نے پہلی بار قرآن کا کو فالو کرتے ہوئے ہسٹری کا نیا کانسیپٹ دیا۔</w:t>
      </w:r>
    </w:p>
    <w:p>
      <w:r>
        <w:rPr>
          <w:b/>
        </w:rPr>
        <w:t xml:space="preserve">[17:17] </w:t>
      </w:r>
      <w:r>
        <w:t>is ki detail aap is ki kitab muqaddama ibn khaldun mein dekh sakte hain.</w:t>
      </w:r>
    </w:p>
    <w:p>
      <w:pPr>
        <w:jc w:val="right"/>
      </w:pPr>
      <w:r>
        <w:t>اس کی ڈیٹیل آپ اس کی کتاب مقدمہ ابن خلدون میں دیکھ سکتے ہیں۔</w:t>
      </w:r>
    </w:p>
    <w:p>
      <w:r>
        <w:rPr>
          <w:b/>
        </w:rPr>
        <w:t xml:space="preserve">[17:22] </w:t>
      </w:r>
      <w:r>
        <w:t>To is is naye tasawwur ke mutabiq yeh hua ke pehli baar history mein ek aisa prophet wajood mein aaya jo historical prophet tha aur aise aisa group wajood mein aaya jis ko ke historical group keh sakte hain yani sahaba karam.</w:t>
      </w:r>
    </w:p>
    <w:p>
      <w:pPr>
        <w:jc w:val="right"/>
      </w:pPr>
      <w:r>
        <w:t>تو اس اس نئے تصور کے مطابق یہ ہوا کہ پہلی بار ہسٹری میں ایک ایسا پرافٹ وجود میں آیا جو ہسٹاریکل پرافٹ تھا اور ایسے ایسا گروپ وجود میں آیا جس کو کہ ہسٹاریکل گروپ کہہ سکتے ہیں یعنی صحابہ کرام۔</w:t>
      </w:r>
    </w:p>
    <w:p>
      <w:r>
        <w:rPr>
          <w:b/>
        </w:rPr>
        <w:t xml:space="preserve">[17:42] </w:t>
      </w:r>
      <w:r>
        <w:t>To yeh maine is liye kaha ke aap jab sahaba ki baton ko parhen to aap is pe yaqeen kar sakte hain ke aise log paida hue dunya mein.</w:t>
      </w:r>
    </w:p>
    <w:p>
      <w:pPr>
        <w:jc w:val="right"/>
      </w:pPr>
      <w:r>
        <w:t>تو یہ میں نے اس لیے کہا کہ آپ جب صحابہ کی باتوں کو پڑھیں تو آپ اس پہ یقین کر سکتے ہیں کہ ایسے لوگ پیدا ہوئے دنیا میں۔</w:t>
      </w:r>
    </w:p>
    <w:p>
      <w:r>
        <w:rPr>
          <w:b/>
        </w:rPr>
        <w:t xml:space="preserve">[17:55] </w:t>
      </w:r>
      <w:r>
        <w:t>jabke doosri kitabon mein jab aap parhte hain to aap ko yaqeen karna mushkil hota hai kyunke woh kahaniyan hain, woh woh woh mythology hai, woh myth hai, woh story hai.</w:t>
      </w:r>
    </w:p>
    <w:p>
      <w:pPr>
        <w:jc w:val="right"/>
      </w:pPr>
      <w:r>
        <w:t>جبکہ دوسری کتابوں میں جب آپ پڑھتے ہیں تو آپ کو یقین کرنا مشکل ہوتا ہے کیونکہ وہ کہانیاں ہیں، وہ وہ وہ میتھالوجی ہے، وہ متھ ہے، وہ اسٹوری ہے۔</w:t>
      </w:r>
    </w:p>
    <w:p>
      <w:r>
        <w:rPr>
          <w:b/>
        </w:rPr>
        <w:t xml:space="preserve">[18:06] </w:t>
      </w:r>
      <w:r>
        <w:t>lekin</w:t>
      </w:r>
    </w:p>
    <w:p>
      <w:pPr>
        <w:jc w:val="right"/>
      </w:pPr>
      <w:r>
        <w:t>لیکن</w:t>
      </w:r>
    </w:p>
    <w:p>
      <w:r>
        <w:rPr>
          <w:b/>
        </w:rPr>
        <w:t xml:space="preserve">[18:07] </w:t>
      </w:r>
      <w:r>
        <w:t>sahaba ke bare mein jo kuch likha gaya hai, woh history ka yani woh history ka safha hai, woh koi kahani nahi hai. Isi liye yeh tasawwur chala raha hai is zamane se ek the abdullah bin masood.</w:t>
      </w:r>
    </w:p>
    <w:p>
      <w:pPr>
        <w:jc w:val="right"/>
      </w:pPr>
      <w:r>
        <w:t>صحابہ کے بارے میں جو کچھ لکھا گیا ہے، وہ ہسٹری کا یعنی وہ ہسٹری کا صفحہ ہے، وہ کوئی کہانی نہیں ہے۔ اسی لیے یہ تصور چلا رہا ہے اس زمانے سے ایک تھے عبداللہ بن مسعود۔</w:t>
      </w:r>
    </w:p>
    <w:p>
      <w:r>
        <w:rPr>
          <w:b/>
        </w:rPr>
        <w:t xml:space="preserve">[18:26] </w:t>
      </w:r>
      <w:r>
        <w:t>To unhon ne</w:t>
      </w:r>
    </w:p>
    <w:p>
      <w:pPr>
        <w:jc w:val="right"/>
      </w:pPr>
      <w:r>
        <w:t>تو انہوں نے</w:t>
      </w:r>
    </w:p>
    <w:p>
      <w:r>
        <w:rPr>
          <w:b/>
        </w:rPr>
        <w:t xml:space="preserve">[18:29] </w:t>
      </w:r>
      <w:r>
        <w:t>kaha ke sahaba jo hain woh ek qudwah hain.</w:t>
      </w:r>
    </w:p>
    <w:p>
      <w:pPr>
        <w:jc w:val="right"/>
      </w:pPr>
      <w:r>
        <w:t>کہا کہ صحابہ جو ہیں وہ ایک قدوہ ہیں۔</w:t>
      </w:r>
    </w:p>
    <w:p>
      <w:r>
        <w:rPr>
          <w:b/>
        </w:rPr>
        <w:t xml:space="preserve">[18:34] </w:t>
      </w:r>
      <w:r>
        <w:t>qudwah means model, namuna. To sahaba ko ek model ke taur par islam mein pesh kiya gaya aur main samajhta hoon ke woh sirf ahle islam ke liye model hain balkeh insaan ke liye model hain.</w:t>
      </w:r>
    </w:p>
    <w:p>
      <w:pPr>
        <w:jc w:val="right"/>
      </w:pPr>
      <w:r>
        <w:t>قدوہ مینز ماڈل، نمونہ۔ تو صحابہ کو ایک ماڈل کے طور پر اسلام میں پیش کیا گیا اور میں سمجھتا ہوں کہ وہ صرف اہل اسلام کے لیے ماڈل ہیں بلکہ انسان کے لیے ماڈل ہیں۔</w:t>
      </w:r>
    </w:p>
    <w:p>
      <w:r>
        <w:rPr>
          <w:b/>
        </w:rPr>
        <w:t xml:space="preserve">[18:49] </w:t>
      </w:r>
      <w:r>
        <w:t>woh</w:t>
      </w:r>
    </w:p>
    <w:p>
      <w:pPr>
        <w:jc w:val="right"/>
      </w:pPr>
      <w:r>
        <w:t>وہ</w:t>
      </w:r>
    </w:p>
    <w:p>
      <w:r>
        <w:rPr>
          <w:b/>
        </w:rPr>
        <w:t xml:space="preserve">[18:52] </w:t>
      </w:r>
      <w:r>
        <w:t>un ko quran mein yani sahaba ko khair ummat kaha gaya hai. Best group. Best group ka matlab kya hai?</w:t>
      </w:r>
    </w:p>
    <w:p>
      <w:pPr>
        <w:jc w:val="right"/>
      </w:pPr>
      <w:r>
        <w:t>ان کو قرآن میں یعنی صحابہ کو خیر امت کہا گیا ہے۔ بیسٹ گروپ۔ بیسٹ گروپ کا مطلب کیا ہے؟</w:t>
      </w:r>
    </w:p>
    <w:p>
      <w:r>
        <w:rPr>
          <w:b/>
        </w:rPr>
        <w:t xml:space="preserve">[19:01] </w:t>
      </w:r>
      <w:r>
        <w:t>Best model.</w:t>
      </w:r>
    </w:p>
    <w:p>
      <w:pPr>
        <w:jc w:val="right"/>
      </w:pPr>
      <w:r>
        <w:t>بیسٹ ماڈل۔</w:t>
      </w:r>
    </w:p>
    <w:p>
      <w:r>
        <w:rPr>
          <w:b/>
        </w:rPr>
        <w:t xml:space="preserve">[19:04] </w:t>
      </w:r>
      <w:r>
        <w:t>Kyunke yeh woh log the jinhon ne barah e rast taur par prophet se training li. Prophet ki sohbat mein unhein seekhne ka mauqa mila.</w:t>
      </w:r>
    </w:p>
    <w:p>
      <w:pPr>
        <w:jc w:val="right"/>
      </w:pPr>
      <w:r>
        <w:t>کیونکہ یہ وہ لوگ تھے جنہوں نے براہ راست طور پر پرافٹ سے ٹریننگ لی۔ پرافٹ کی صحبت میں انہیں سیکھنے کا موقع ملا۔</w:t>
      </w:r>
    </w:p>
    <w:p>
      <w:r>
        <w:rPr>
          <w:b/>
        </w:rPr>
        <w:t xml:space="preserve">[19:17] </w:t>
      </w:r>
      <w:r>
        <w:t>Prophet ne un ki deconditioning ki, un ke mind ki re engineering ki, un ki training ki aur is tarah un ka tazkiya karke unhein poori tarah ek sacha insaan banaya.</w:t>
      </w:r>
    </w:p>
    <w:p>
      <w:pPr>
        <w:jc w:val="right"/>
      </w:pPr>
      <w:r>
        <w:t>پرافٹ نے ان کی ڈی کنڈیشننگ کی، ان کے مائنڈ کی ری انجینئرنگ کی، ان کی ٹریننگ کی اور اس طرح ان کا تزکیہ کر کے انہیں پوری طرح ایک سچا انسان بنایا۔</w:t>
      </w:r>
    </w:p>
    <w:p>
      <w:r>
        <w:rPr>
          <w:b/>
        </w:rPr>
        <w:t xml:space="preserve">[19:33] </w:t>
      </w:r>
      <w:r>
        <w:t>Is wajah se un ke jo waqiat hain, woh aise hain jo poori tarah aap yaqeen kar sakte hain ke yeh sache log the aur sahi log the.</w:t>
      </w:r>
    </w:p>
    <w:p>
      <w:pPr>
        <w:jc w:val="right"/>
      </w:pPr>
      <w:r>
        <w:t>اس وجہ سے ان کے جو واقعات ہیں، وہ ایسے ہیں جو پوری طرح آپ یقین کر سکتے ہیں کہ یہ سچے لوگ تھے اور صحیح لوگ تھے۔</w:t>
      </w:r>
    </w:p>
    <w:p>
      <w:r>
        <w:rPr>
          <w:b/>
        </w:rPr>
        <w:t xml:space="preserve">[19:51] </w:t>
      </w:r>
      <w:r>
        <w:t>Ek baat main yahan yahan kahunga ke sahaba ke bare mein jo references aate hain quran mein aur hadith mein to is mein ek baat yeh bohat zaroori janna hai sahi mutale ke liye ke aksar un ka jo zikr hota hai woh is tarah ke yani musalmanon ke reference pe hai jaise ruhamah bainahum.</w:t>
      </w:r>
    </w:p>
    <w:p>
      <w:pPr>
        <w:jc w:val="right"/>
      </w:pPr>
      <w:r>
        <w:t>ایک بات میں یہاں یہاں کہوں گا کہ صحابہ کے بارے میں جو ریفرنسز آتے ہیں قرآن میں اور حدیث میں تو اس میں ایک بات یہ بہت ضروری جاننا ہے صحیح مطالعے کے لیے کہ اکثر ان کا جو ذکر ہوتا ہے وہ اس طرح کے یعنی مسلمانوں کے ریفرنس پہ ہے جیسے رحماء بینہم۔</w:t>
      </w:r>
    </w:p>
    <w:p>
      <w:r>
        <w:rPr>
          <w:b/>
        </w:rPr>
        <w:t xml:space="preserve">[20:17] </w:t>
      </w:r>
      <w:r>
        <w:t>Quran mein hai ke ruhamah bainahum yani yeh log jo hain sahaba aapas mein ek doosre se reham aur meharbani ka taaluq rakhne wale the.</w:t>
      </w:r>
    </w:p>
    <w:p>
      <w:pPr>
        <w:jc w:val="right"/>
      </w:pPr>
      <w:r>
        <w:t>قرآن میں ہے کہ رحماء بینہم یعنی یہ لوگ جو ہیں صحابہ آپس میں ایک دوسرے سے رحم اور مہربانی کا تعلق رکھنے والے تھے۔</w:t>
      </w:r>
    </w:p>
    <w:p>
      <w:r>
        <w:rPr>
          <w:b/>
        </w:rPr>
        <w:t xml:space="preserve">[20:29] </w:t>
      </w:r>
      <w:r>
        <w:t>lekin is ka matlab yeh nahi hai ke woh sirf aapas mein yani musalmanon ke liye un ki meharbani hoti thi.</w:t>
      </w:r>
    </w:p>
    <w:p>
      <w:pPr>
        <w:jc w:val="right"/>
      </w:pPr>
      <w:r>
        <w:t>لیکن اس کا مطلب یہ نہیں ہے کہ وہ صرف آپس میں یعنی مسلمانوں کے لیے ان کی مہربانی ہوتی تھی۔</w:t>
      </w:r>
    </w:p>
    <w:p>
      <w:r>
        <w:rPr>
          <w:b/>
        </w:rPr>
        <w:t xml:space="preserve">[20:36] </w:t>
      </w:r>
      <w:r>
        <w:t>Yeh hai mamla immediate reference ke taur par is mein mention kiya gaya hai muslim ko warna apne apply apne greater sense mein is ka taaluq poori poori dunya se hai.</w:t>
      </w:r>
    </w:p>
    <w:p>
      <w:pPr>
        <w:jc w:val="right"/>
      </w:pPr>
      <w:r>
        <w:t>یہ ہے معاملہ امیڈیٹ ریفرنس کے طور پر اس میں مینشن کیا گیا ہے مسلم کو ورنہ اپنے اپلائی اپنے گریٹر سینس میں اس کا تعلق پوری پوری دنیا سے ہے۔</w:t>
      </w:r>
    </w:p>
    <w:p>
      <w:r>
        <w:rPr>
          <w:b/>
        </w:rPr>
        <w:t xml:space="preserve">[20:52] </w:t>
      </w:r>
      <w:r>
        <w:t>Woh universal teaching hai. Isi liye hadith mein isi baat ko hadith mein jab kaha gaya to is tarah kiya kaha gaya ke arham man fil ardh irhamkum man fis sama</w:t>
      </w:r>
    </w:p>
    <w:p>
      <w:pPr>
        <w:jc w:val="right"/>
      </w:pPr>
      <w:r>
        <w:t>وہ یونیورسل ٹیچنگ ہے۔ اسی لیے حدیث میں اسی بات کو حدیث میں جب کہا گیا تو اس طرح کیا کہا گیا کہ ارہم من فی الارضیرہمکم من فی السماء</w:t>
      </w:r>
    </w:p>
    <w:p>
      <w:r>
        <w:rPr>
          <w:b/>
        </w:rPr>
        <w:t xml:space="preserve">[21:07] </w:t>
      </w:r>
      <w:r>
        <w:t>yani dunya mein tum logon ke sath meharbani ka bartao karo to Khuda tum se aakhirat mein meharbani ka bartao karega. To aap dekhen ke wahan par musalmanon ke reference mein baat kahi gayi thi meharbani ki.</w:t>
      </w:r>
    </w:p>
    <w:p>
      <w:pPr>
        <w:jc w:val="right"/>
      </w:pPr>
      <w:r>
        <w:t>یعنی دنیا میں تم لوگوں کے ساتھ مہربانی کا برتاؤ کرو تو خدا تم سے آخرت میں مہربانی کا برتاؤ کرے گا۔ تو آپ دیکھیں کہ وہاں پر مسلمانوں کے ریفرنس میں بات کہی گئی تھی مہربانی کی۔</w:t>
      </w:r>
    </w:p>
    <w:p>
      <w:r>
        <w:rPr>
          <w:b/>
        </w:rPr>
        <w:t xml:space="preserve">[21:20] </w:t>
      </w:r>
      <w:r>
        <w:t>Yahan par general reference mein kahi ja rahi hai. To yeh main samjha hoon quran o hadith ke mutale se ke jab bhi kisi akhlaqi taleem ko musalmanon ke hawale se kaha jaye tab bhi woh universal hoti hai.</w:t>
      </w:r>
    </w:p>
    <w:p>
      <w:pPr>
        <w:jc w:val="right"/>
      </w:pPr>
      <w:r>
        <w:t>یہاں پر جنرل ریفرنس میں کہی جا رہی ہے۔ تو یہ میں سمجھا ہوں قرآن و حدیث کے مطالعے سے کہ جب بھی کسی اخلاقی تعلیم کو مسلمانوں کے حوالے سے کہا جائے تب بھی وہ یونیورسل ہوتی ہے۔</w:t>
      </w:r>
    </w:p>
    <w:p>
      <w:r>
        <w:rPr>
          <w:b/>
        </w:rPr>
        <w:t xml:space="preserve">[21:36] </w:t>
      </w:r>
      <w:r>
        <w:t>woh</w:t>
      </w:r>
    </w:p>
    <w:p>
      <w:pPr>
        <w:jc w:val="right"/>
      </w:pPr>
      <w:r>
        <w:t>وہ</w:t>
      </w:r>
    </w:p>
    <w:p>
      <w:r>
        <w:rPr>
          <w:b/>
        </w:rPr>
        <w:t xml:space="preserve">[21:37] </w:t>
      </w:r>
      <w:r>
        <w:t>yeh sirf immediate reference ke taur par wahan musalman ka naam aata hai warna apne yani greater application ke aitbar se woh ek universal teaching hoti hai.</w:t>
      </w:r>
    </w:p>
    <w:p>
      <w:pPr>
        <w:jc w:val="right"/>
      </w:pPr>
      <w:r>
        <w:t>یہ صرف امیڈیٹ ریفرنس کے طور پر وہاں مسلمان کا نام آتا ہے ورنہ اپنے یعنی گریٹر ایپلیکیشن کے اعتبار سے وہ ایک یونیورسل ٹیچنگ ہوتی ہے۔</w:t>
      </w:r>
    </w:p>
    <w:p>
      <w:r>
        <w:rPr>
          <w:b/>
        </w:rPr>
        <w:t xml:space="preserve">[21:49] </w:t>
      </w:r>
      <w:r>
        <w:t>main yahan par ek aur baat arz karoon ke Quran mein sahaba ke bare mein do lafz aaye hain. ek hai khair ummat aur ek hai ummat wasat.</w:t>
      </w:r>
    </w:p>
    <w:p>
      <w:pPr>
        <w:jc w:val="right"/>
      </w:pPr>
      <w:r>
        <w:t>میں یہاں پر ایک اور بات عرض کروں کہ قرآن میں صحابہ کے بارے میں دو لفظ آئے ہیں۔ ایک ہے خیر امت اور ایک ہے امت وسط۔</w:t>
      </w:r>
    </w:p>
    <w:p>
      <w:r>
        <w:rPr>
          <w:b/>
        </w:rPr>
        <w:t xml:space="preserve">[22:01] </w:t>
      </w:r>
      <w:r>
        <w:t>khair ummat ka matlab hai best group,</w:t>
      </w:r>
    </w:p>
    <w:p>
      <w:pPr>
        <w:jc w:val="right"/>
      </w:pPr>
      <w:r>
        <w:t>خیر امت کا مطلب ہے بیسٹ گروپ،</w:t>
      </w:r>
    </w:p>
    <w:p>
      <w:r>
        <w:rPr>
          <w:b/>
        </w:rPr>
        <w:t xml:space="preserve">[22:07] </w:t>
      </w:r>
      <w:r>
        <w:t>behtareen groh aur ummat wasat ka matlab hai beech ka groh, middle groh. toh yeh asal mein inke do kirdaar ko, do character ko batata hai.</w:t>
      </w:r>
    </w:p>
    <w:p>
      <w:pPr>
        <w:jc w:val="right"/>
      </w:pPr>
      <w:r>
        <w:t>بہترین گروہ اور امت وسط کا مطلب ہے بیچ کا گروہ، مڈل گروہ۔ تو یہ اصل میں ان کے دو کردار کو، دو کریکٹر کو بتاتا ہے۔</w:t>
      </w:r>
    </w:p>
    <w:p>
      <w:r>
        <w:rPr>
          <w:b/>
        </w:rPr>
        <w:t xml:space="preserve">[22:20] </w:t>
      </w:r>
      <w:r>
        <w:t>jab Quran mein khair ummat ka lafz aaya yani best group toh wahan unka woh character bataya gaya hai, woh woh role unka bataya gaya hai</w:t>
      </w:r>
    </w:p>
    <w:p>
      <w:pPr>
        <w:jc w:val="right"/>
      </w:pPr>
      <w:r>
        <w:t>جب قرآن میں خیر امت کا لفظ آیا یعنی بیسٹ گروپ تو وہاں ان کا وہ کریکٹر بتایا گیا ہے، وہ وہ رول ان کا بتایا گیا ہے</w:t>
      </w:r>
    </w:p>
    <w:p>
      <w:r>
        <w:rPr>
          <w:b/>
        </w:rPr>
        <w:t xml:space="preserve">[22:30] </w:t>
      </w:r>
      <w:r>
        <w:t>jo dakhli nisbat se hai. dakhli nisbat se aur jab ummat wasat aaya toh yahan par unka woh role bataya gaya jo jo kharji nisbat se hai yani daayana.</w:t>
      </w:r>
    </w:p>
    <w:p>
      <w:pPr>
        <w:jc w:val="right"/>
      </w:pPr>
      <w:r>
        <w:t>جو داخلی نسبت سے ہے۔ داخلی نسبت سے اور جب امت وسط آیا تو یہاں پر ان کا وہ رول بتایا گیا جو جو خارجی نسبت سے ہے یعنی داعیانہ۔</w:t>
      </w:r>
    </w:p>
    <w:p>
      <w:r>
        <w:rPr>
          <w:b/>
        </w:rPr>
        <w:t xml:space="preserve">[22:44] </w:t>
      </w:r>
      <w:r>
        <w:t>ummat wasat ka matlab yeh hai jaisa ke Quran mein aaya hai ke</w:t>
      </w:r>
    </w:p>
    <w:p>
      <w:pPr>
        <w:jc w:val="right"/>
      </w:pPr>
      <w:r>
        <w:t>امت وسط کا مطلب یہ ہے جیسا کہ قرآن میں آیا ہے کہ</w:t>
      </w:r>
    </w:p>
    <w:p>
      <w:r>
        <w:rPr>
          <w:b/>
        </w:rPr>
        <w:t xml:space="preserve">[22:50] </w:t>
      </w:r>
      <w:r>
        <w:t>ke rasool aur insaan ke beech mein tum tumhari hesiyat hai</w:t>
      </w:r>
    </w:p>
    <w:p>
      <w:pPr>
        <w:jc w:val="right"/>
      </w:pPr>
      <w:r>
        <w:t>کہ رسول اور انسان کے بیچ میں تم تمہاری حیثیت ہے</w:t>
      </w:r>
    </w:p>
    <w:p>
      <w:r>
        <w:rPr>
          <w:b/>
        </w:rPr>
        <w:t xml:space="preserve">[22:57] </w:t>
      </w:r>
      <w:r>
        <w:t>yani yeh yeh ashaab jo the unhone rasool se taleemat leen aur isko insaanon tak pahunchaya. yeh beech ki ummat the, middle group the.</w:t>
      </w:r>
    </w:p>
    <w:p>
      <w:pPr>
        <w:jc w:val="right"/>
      </w:pPr>
      <w:r>
        <w:t>یعنی یہ یہ اصحاب جو تھے انہوں نے رسول سے تعلیمات لیں اور اس کو انسانوں تک پہنچایا۔ یہ بیچ کی امت تھے، مڈل گروپ تھے۔</w:t>
      </w:r>
    </w:p>
    <w:p>
      <w:r>
        <w:rPr>
          <w:b/>
        </w:rPr>
        <w:t xml:space="preserve">[23:09] </w:t>
      </w:r>
      <w:r>
        <w:t>toh do character, do role hain unka.</w:t>
      </w:r>
    </w:p>
    <w:p>
      <w:pPr>
        <w:jc w:val="right"/>
      </w:pPr>
      <w:r>
        <w:t>تو دو کریکٹر، دو رول ہیں ان کا۔</w:t>
      </w:r>
    </w:p>
    <w:p>
      <w:r>
        <w:rPr>
          <w:b/>
        </w:rPr>
        <w:t xml:space="preserve">[23:13] </w:t>
      </w:r>
      <w:r>
        <w:t>ek role hai yani yeh ke woh akhlaqi model bane aur dakhli aitbar se unhone logon ko Islam par qaim karne ki koshish ki behtareen namune par.</w:t>
      </w:r>
    </w:p>
    <w:p>
      <w:pPr>
        <w:jc w:val="right"/>
      </w:pPr>
      <w:r>
        <w:t>ایک رول ہے یعنی یہ کہ وہ اخلاقی ماڈل بنے اور داخلی اعتبار سے انہوں نے لوگوں کو اسلام پر قائم کرنے کی کوشش کی بہترین نمونے پر۔</w:t>
      </w:r>
    </w:p>
    <w:p>
      <w:r>
        <w:rPr>
          <w:b/>
        </w:rPr>
        <w:t xml:space="preserve">[23:28] </w:t>
      </w:r>
      <w:r>
        <w:t>aur doosra ke unka role yeh hai ke unhone insaan ko yani greater sense mein Islam ka sachai ka paigham pahunchaya.</w:t>
      </w:r>
    </w:p>
    <w:p>
      <w:pPr>
        <w:jc w:val="right"/>
      </w:pPr>
      <w:r>
        <w:t>اور دوسرا کہ ان کا رول یہ ہے کہ انہوں نے انسان کو یعنی گریٹر سینس میں اسلام کا سچائی کا پیغام پہنچایا۔</w:t>
      </w:r>
    </w:p>
    <w:p>
      <w:r>
        <w:rPr>
          <w:b/>
        </w:rPr>
        <w:t xml:space="preserve">[23:38] </w:t>
      </w:r>
      <w:r>
        <w:t>jaisa ke aap jante hain ke rasool Allah ki jab death hui toh uske baad yeh sahaba jo the woh unki majority duniya mein phail gayi.</w:t>
      </w:r>
    </w:p>
    <w:p>
      <w:pPr>
        <w:jc w:val="right"/>
      </w:pPr>
      <w:r>
        <w:t>جیسا کہ آپ جانتے ہیں کہ رسول اللہ کی جب ڈیتھ ہوئی تو اس کے بعد یہ صحابہ جو تھے وہ ان کی میجورٹی دنیا میں پھیل گئی۔</w:t>
      </w:r>
    </w:p>
    <w:p>
      <w:r>
        <w:rPr>
          <w:b/>
        </w:rPr>
        <w:t xml:space="preserve">[23:52] </w:t>
      </w:r>
      <w:r>
        <w:t>chunaanche unki qabrein Makkah aur Madinah mein bohat kam hain kyunke bahar chale gaye the, wahin rahe, wahin unki wafat hui, wahin dafan kiye gaye. yeh gaye bahar kyun?</w:t>
      </w:r>
    </w:p>
    <w:p>
      <w:pPr>
        <w:jc w:val="right"/>
      </w:pPr>
      <w:r>
        <w:t>چنانچہ ان کی قبریں مکہ اور مدینہ میں بہت کم ہیں کیونکہ باہر چلے گئے تھے، وہیں رہے، وہیں ان کی وفات ہوئی، وہیں دفن کیے گئے۔ یہ گئے باہر کیوں؟</w:t>
      </w:r>
    </w:p>
    <w:p>
      <w:r>
        <w:rPr>
          <w:b/>
        </w:rPr>
        <w:t xml:space="preserve">[24:03] </w:t>
      </w:r>
      <w:r>
        <w:t>rasool Allah ne kaha tha ke tum log bahar chale jao aur jo paigham paigham mujh se mila hai tum ko Khuda ka is ko logon tak pahunchao. yeh Hajjat al-Wada ke mauqe par aap ne kaha tha</w:t>
      </w:r>
    </w:p>
    <w:p>
      <w:pPr>
        <w:jc w:val="right"/>
      </w:pPr>
      <w:r>
        <w:t>رسول اللہ نے کہا تھا کہ تم لوگ باہر چلے جاؤ اور جو پیغام پیغام مجھ سے ملا ہے تم کو خدا کا اس کو لوگوں تک پہنچاؤ۔ یہ حجۃ الوداع کے موقع پر آپ نے کہا تھا</w:t>
      </w:r>
    </w:p>
    <w:p>
      <w:r>
        <w:rPr>
          <w:b/>
        </w:rPr>
        <w:t xml:space="preserve">[24:16] </w:t>
      </w:r>
      <w:r>
        <w:t>ke</w:t>
      </w:r>
    </w:p>
    <w:p>
      <w:pPr>
        <w:jc w:val="right"/>
      </w:pPr>
      <w:r>
        <w:t>کہ</w:t>
      </w:r>
    </w:p>
    <w:p>
      <w:r>
        <w:rPr>
          <w:b/>
        </w:rPr>
        <w:t xml:space="preserve">[24:17] </w:t>
      </w:r>
      <w:r>
        <w:t>Khuda ne mujhe sare insaanon ke liye bheja hai toh tum sare insaanon tak mera paigham pahuncha do. yahan par main jo a yani ashaab rasool ke jo yani yani woh insaan jin jo khud jo Quran se bante hain jaisa ke aap zahir hai main ne kaha aaj ka topic hai da main Quran pers</w:t>
      </w:r>
    </w:p>
    <w:p>
      <w:pPr>
        <w:jc w:val="right"/>
      </w:pPr>
      <w:r>
        <w:t>خدا نے مجھے سارے انسانوں کے لیے بھیجا ہے تو تم سارے انسانوں تک میرا پیغام پہنچا دو۔ یہاں پر میں جو ا یعنی اصحاب رسول کے جو یعنی یعنی وہ انسان جن جو خود جو قرآن سے بنتے ہیں جیسا کہ آپ ظاہر ہے میں نے کہا آج کا ٹاپک ہے دا مین القرآن پرس</w:t>
      </w:r>
    </w:p>
    <w:p>
      <w:r>
        <w:rPr>
          <w:b/>
        </w:rPr>
        <w:t xml:space="preserve">[24:40] </w:t>
      </w:r>
      <w:r>
        <w:t>toh jo insaan banta hai Quran ke zariye is ka yani behtareen namuna hai ashaab rasool yani companions of the prophets.</w:t>
      </w:r>
    </w:p>
    <w:p>
      <w:pPr>
        <w:jc w:val="right"/>
      </w:pPr>
      <w:r>
        <w:t>تو جو انسان بنتا ہے قرآن کے ذریعے اس کا یعنی بہترین نمونہ ہے اصحاب رسول یعنی کمپین اف دا پرافٹس۔</w:t>
      </w:r>
    </w:p>
    <w:p>
      <w:r>
        <w:rPr>
          <w:b/>
        </w:rPr>
        <w:t xml:space="preserve">[24:51] </w:t>
      </w:r>
      <w:r>
        <w:t>toh unke zindagi mein jo baatein milti hain bohat lambi hain, bohat tafseeli hain. main chand baaton ko main ne muntakhib kiya hai aap ke samne arz karne ke liye.</w:t>
      </w:r>
    </w:p>
    <w:p>
      <w:pPr>
        <w:jc w:val="right"/>
      </w:pPr>
      <w:r>
        <w:t>تو ان کے زندگی میں جو باتیں ملتی ہیں بہت لمبی ہیں، بہت تفصیلی ہیں۔ میں چند باتوں کو میں نے منتخب کیا ہے آپ کے سامنے عرض کرنے کے لیے۔</w:t>
      </w:r>
    </w:p>
    <w:p>
      <w:r>
        <w:rPr>
          <w:b/>
        </w:rPr>
        <w:t xml:space="preserve">[25:02] </w:t>
      </w:r>
      <w:r>
        <w:t>sab se pehli baat main yeh kahunga jis ko hum kahein kahunga marifat. marifat yani rasool se jab unhone suna toh unko sachai ki marifat hui, sachai ka realization hua.</w:t>
      </w:r>
    </w:p>
    <w:p>
      <w:pPr>
        <w:jc w:val="right"/>
      </w:pPr>
      <w:r>
        <w:t>سب سے پہلی بات میں یہ کہوں گا جس کو ہم کہیں کہوں گا معرفت۔ معرفت یعنی رسول سے جب انہوں نے سنا تو ان کو سچائی کی معرفت ہوئی، سچائی کا ریلائزیشن ہوا۔</w:t>
      </w:r>
    </w:p>
    <w:p>
      <w:r>
        <w:rPr>
          <w:b/>
        </w:rPr>
        <w:t xml:space="preserve">[25:16] </w:t>
      </w:r>
      <w:r>
        <w:t>jaise Quran ki surah Aal-e-Imran yani surah three mein ke aakhir mein yeh hai rabbana innana samina munadiyun yunadi liamanin an aminu birabbikum famanna.</w:t>
      </w:r>
    </w:p>
    <w:p>
      <w:pPr>
        <w:jc w:val="right"/>
      </w:pPr>
      <w:r>
        <w:t>جیسے قرآن کی سورہ آل عمران یعنی سورہ تھری میں کہ آخر میں یہ ہے ربنا اننا سمن منادی یونادی لیمان انا منکم فامنا۔</w:t>
      </w:r>
    </w:p>
    <w:p>
      <w:r>
        <w:rPr>
          <w:b/>
        </w:rPr>
        <w:t xml:space="preserve">[25:29] </w:t>
      </w:r>
      <w:r>
        <w:t>ae Khuda hum ne suna ek pukarne wale ko woh pukaar raha tha ke Khuda ko maano toh hum ne us ki pukaar par labbaik kaha aur Khuda ko maana.</w:t>
      </w:r>
    </w:p>
    <w:p>
      <w:pPr>
        <w:jc w:val="right"/>
      </w:pPr>
      <w:r>
        <w:t>اے خدا ہم نے سنا ایک پکارنے والے کو وہ پکار رہا تھا کہ خدا کو مانو تو ہم نے اس کی پکار پر لبیک کہا اور خدا کو مانا۔</w:t>
      </w:r>
    </w:p>
    <w:p>
      <w:r>
        <w:rPr>
          <w:b/>
        </w:rPr>
        <w:t xml:space="preserve">[25:39] </w:t>
      </w:r>
      <w:r>
        <w:t>yeh yeh pehla yeh un ka pehla tha yani un ki pehli sifat hai jo hamare samne aati hai lekin yeh saada baat nahi hai.</w:t>
      </w:r>
    </w:p>
    <w:p>
      <w:pPr>
        <w:jc w:val="right"/>
      </w:pPr>
      <w:r>
        <w:t>یہ یہ پہلا یہ ان کا پہلا تھا یعنی ان کی پہلی صفت ہے جو ہمارے سامنے آتی ہے لیکن یہ سادہ بات نہیں ہے۔</w:t>
      </w:r>
    </w:p>
    <w:p>
      <w:r>
        <w:rPr>
          <w:b/>
        </w:rPr>
        <w:t xml:space="preserve">[25:50] </w:t>
      </w:r>
      <w:r>
        <w:t>dekhiye jis waqt unhone rasool par apne faith ka elaan kiya tha aur rasool ko rasool maana tha us waqt rasool ka matlab woh nahi tha jo aaj hai.</w:t>
      </w:r>
    </w:p>
    <w:p>
      <w:pPr>
        <w:jc w:val="right"/>
      </w:pPr>
      <w:r>
        <w:t>دیکھیے جس وقت انہوں نے رسول پر اپنے فیتھ کا اعلان کیا تھا اور رسول کو رسول مانا تھا اس وقت رسول کا مطلب وہ نہیں تھا جو آج ہے۔</w:t>
      </w:r>
    </w:p>
    <w:p>
      <w:r>
        <w:rPr>
          <w:b/>
        </w:rPr>
        <w:t xml:space="preserve">[26:03] </w:t>
      </w:r>
      <w:r>
        <w:t>aaj rasool ke saath historical groupi shamil ho chuki hai. bohat bari tareekh jo pichlay 1400 saal mein bani woh sab rasool ki pusht par maujood hoti hai.</w:t>
      </w:r>
    </w:p>
    <w:p>
      <w:pPr>
        <w:jc w:val="right"/>
      </w:pPr>
      <w:r>
        <w:t>آج رسول کے ساتھ ہسٹاریکل گروہی شامل ہو چکی ہے۔ بہت بڑی تاریخ جو پچھلے 1400 سال میں بنی وہ سب رسول کی پشت پر موجود ہوتی ہے۔</w:t>
      </w:r>
    </w:p>
    <w:p>
      <w:r>
        <w:rPr>
          <w:b/>
        </w:rPr>
        <w:t xml:space="preserve">[26:14] </w:t>
      </w:r>
      <w:r>
        <w:t>to aaj rasool ka naam aik azmat ka naam ban chuka hai</w:t>
      </w:r>
    </w:p>
    <w:p>
      <w:pPr>
        <w:jc w:val="right"/>
      </w:pPr>
      <w:r>
        <w:t>تو آج رسول کا نام ایک عظمت کا نام بن چکا ہے</w:t>
      </w:r>
    </w:p>
    <w:p>
      <w:r>
        <w:rPr>
          <w:b/>
        </w:rPr>
        <w:t xml:space="preserve">[26:18] </w:t>
      </w:r>
      <w:r>
        <w:t>yani history ko milakar ke. lekin jab woh makkah mein aaye thay us waqt to aap aik akeley insaan thay aap ke saath koi glory maujood nahi thi.</w:t>
      </w:r>
    </w:p>
    <w:p>
      <w:pPr>
        <w:jc w:val="right"/>
      </w:pPr>
      <w:r>
        <w:t>یعنی ہسٹری کو ملا کر کے۔ لیکن جب وہ مکہ میں آئے تھے اس وقت تو آپ ایک اکیلے انسان تھے آپ کے ساتھ کوئی گلوری موجود نہیں تھی۔</w:t>
      </w:r>
    </w:p>
    <w:p>
      <w:r>
        <w:rPr>
          <w:b/>
        </w:rPr>
        <w:t xml:space="preserve">[26:30] </w:t>
      </w:r>
      <w:r>
        <w:t>aik bilkul jaise doosre log waise aap bhi. to us waqt jin logon ne aap ko pehchana aur aap ka saath diya woh kya unhon ne aap ko aap ki merit par pehchana merit par na ke doosri doosri historical glory glory ki buniyad par.</w:t>
      </w:r>
    </w:p>
    <w:p>
      <w:pPr>
        <w:jc w:val="right"/>
      </w:pPr>
      <w:r>
        <w:t>ایک بالکل جیسے دوسرے لوگ ویسے آپ بھی۔ تو اس وقت جن لوگوں نے آپ کو پہچانا اور آپ کا ساتھ دیا وہ کیا انہوں نے آپ کو آپ کی میرٹ پر پہنچانا میرٹ پر نہ کہ دوسری دوسری ہسٹاریکل گلوری گلوری کی بنیاد پر۔</w:t>
      </w:r>
    </w:p>
    <w:p>
      <w:r>
        <w:rPr>
          <w:b/>
        </w:rPr>
        <w:t xml:space="preserve">[26:49] </w:t>
      </w:r>
      <w:r>
        <w:t>to unka imaan bohat hi bara imaan tha.</w:t>
      </w:r>
    </w:p>
    <w:p>
      <w:pPr>
        <w:jc w:val="right"/>
      </w:pPr>
      <w:r>
        <w:t>تو ان کا ایمان بہت ہی بڑا ایمان تھا۔</w:t>
      </w:r>
    </w:p>
    <w:p>
      <w:r>
        <w:rPr>
          <w:b/>
        </w:rPr>
        <w:t xml:space="preserve">[26:54] </w:t>
      </w:r>
      <w:r>
        <w:t>un un ko jo discovery hui woh goya ke bilkul yani kisi aur cheez ko dekh kar nahi hui.</w:t>
      </w:r>
    </w:p>
    <w:p>
      <w:pPr>
        <w:jc w:val="right"/>
      </w:pPr>
      <w:r>
        <w:t>ان ان کو جو ڈسکوری ہوئی وہ گویا کہ بالکل یعنی کسی اور چیز کو دیکھ کر نہیں ہوئی۔</w:t>
      </w:r>
    </w:p>
    <w:p>
      <w:r>
        <w:rPr>
          <w:b/>
        </w:rPr>
        <w:t xml:space="preserve">[27:04] </w:t>
      </w:r>
      <w:r>
        <w:t>jaise mislan aaj aap jaayen wahan par to aap dekhen ke haram jo hai madina mein ya makkah mein woh aaj kal ke mahal se bhi ziyada bara hai. kisi bhi badshah ke mahal se ziyada bara hai haram makkah aur haram madina.</w:t>
      </w:r>
    </w:p>
    <w:p>
      <w:pPr>
        <w:jc w:val="right"/>
      </w:pPr>
      <w:r>
        <w:t>جیسے مثلاً آج آپ جائیں وہاں پر تو آپ دیکھیں کہ حرم جو ہے مدینہ میں یا مکہ میں وہ آج کل کے محل سے بھی زیادہ بڑا ہے۔ کسی بھی بادشاہ کے محل سے زیادہ بڑا ہے محرم مکہ اور حرم مدینہ۔</w:t>
      </w:r>
    </w:p>
    <w:p>
      <w:r>
        <w:rPr>
          <w:b/>
        </w:rPr>
        <w:t xml:space="preserve">[27:17] </w:t>
      </w:r>
      <w:r>
        <w:t>to aap woh dekh kar aik azmat qaim hoti hai.</w:t>
      </w:r>
    </w:p>
    <w:p>
      <w:pPr>
        <w:jc w:val="right"/>
      </w:pPr>
      <w:r>
        <w:t>تو آپ وہ دیکھ کر ایک عظمت قائم ہوتی ہے۔</w:t>
      </w:r>
    </w:p>
    <w:p>
      <w:r>
        <w:rPr>
          <w:b/>
        </w:rPr>
        <w:t xml:space="preserve">[27:21] </w:t>
      </w:r>
      <w:r>
        <w:t>isi tarah tareekh jo bani aap ke baad us ko parh kar aap ki azmat qaim hoti hai. yeh sab us waqt maujood hi tha yeh sab kuch aur phir bhi unhon ne pehchana aap ko.</w:t>
      </w:r>
    </w:p>
    <w:p>
      <w:pPr>
        <w:jc w:val="right"/>
      </w:pPr>
      <w:r>
        <w:t>اسی طرح تاریخ جو بنی آپ کے بعد اس کو پڑھ کر آپ کی عظمت قائم ہوتی ہے۔ یہ سب اس وقت موجود ہی تھا یہ سب کچھ اور پھر بھی انہوں نے پہچانا آپ کو۔</w:t>
      </w:r>
    </w:p>
    <w:p>
      <w:r>
        <w:rPr>
          <w:b/>
        </w:rPr>
        <w:t xml:space="preserve">[27:32] </w:t>
      </w:r>
      <w:r>
        <w:t>yeh to aap ka jo yani sahaba ka jo imaan tha woh imaan merit ki satah par tha.</w:t>
      </w:r>
    </w:p>
    <w:p>
      <w:pPr>
        <w:jc w:val="right"/>
      </w:pPr>
      <w:r>
        <w:t>یہ تو آپ کا جو یعنی صحابہ کا جو ایمان تھا وہ ایمان منٹ کی سطح پر تھا۔</w:t>
      </w:r>
    </w:p>
    <w:p>
      <w:r>
        <w:rPr>
          <w:b/>
        </w:rPr>
        <w:t xml:space="preserve">[27:41] </w:t>
      </w:r>
      <w:r>
        <w:t>kisi zahiri chamak damak ke baghair kisi zahiri glory ke baghair sirf us ki us ko sachai ke level par dekhna aur sachai ki satah par us ko pehchanna aur phir us ko saath dena is ka yeh tha un ka imaan.</w:t>
      </w:r>
    </w:p>
    <w:p>
      <w:pPr>
        <w:jc w:val="right"/>
      </w:pPr>
      <w:r>
        <w:t>کسی ظاہری چمک دمک کے بغیر کسی ظاہری گلوری کے بغیر صرف اس کی اس کو سچائی کے لیول پر دیکھنا اور سچائی کی سطح پر اس کو پہچاننا اور پھر اس کو ساتھ دینا اس کا یہ تھا ان کا ایمان۔</w:t>
      </w:r>
    </w:p>
    <w:p>
      <w:r>
        <w:rPr>
          <w:b/>
        </w:rPr>
        <w:t xml:space="preserve">[27:59] </w:t>
      </w:r>
      <w:r>
        <w:t>sab se pehle jo sab se pehla insaan jo aap par imaan laya makkah mein jab aap ne ailaan kiya ke mujhe khuda ne paygambar banaya hai to woh khadijah theen.</w:t>
      </w:r>
    </w:p>
    <w:p>
      <w:pPr>
        <w:jc w:val="right"/>
      </w:pPr>
      <w:r>
        <w:t>سب سے پہلے جو سب سے پہلا انسان جو آپ پر ایمان لایا مکہ میں جب آپ نے اعلان کیا کہ مجھے خدا نے پیغمبر بنایا ہے تو وہ خدیجہ تھیں۔</w:t>
      </w:r>
    </w:p>
    <w:p>
      <w:r>
        <w:rPr>
          <w:b/>
        </w:rPr>
        <w:t xml:space="preserve">[28:12] </w:t>
      </w:r>
      <w:r>
        <w:t>khadijah aap ki wife theen to woh foran hi aap ko pehchan gayeen aur aur usi waqt woh aap par imaan layeen aap ko bator paygambar ke maan liya unhon ne.</w:t>
      </w:r>
    </w:p>
    <w:p>
      <w:pPr>
        <w:jc w:val="right"/>
      </w:pPr>
      <w:r>
        <w:t>خدیجہ آپ کی وائف تھیں تو وہ فوراً ہی آپ کو پہچان گئیں اور اور اسی وقت وہ آپ پر ایمان لائیں آپ کو بطور پیغمبر کے مان لیا انہوں نے۔</w:t>
      </w:r>
    </w:p>
    <w:p>
      <w:r>
        <w:rPr>
          <w:b/>
        </w:rPr>
        <w:t xml:space="preserve">[28:24] </w:t>
      </w:r>
      <w:r>
        <w:t>to un ki zindagi ko parh kar jo hamein maloom hoti hain baatein to mein keh sakta hoon ke khadijah aik model bani tamam auraton ke liye.</w:t>
      </w:r>
    </w:p>
    <w:p>
      <w:pPr>
        <w:jc w:val="right"/>
      </w:pPr>
      <w:r>
        <w:t>تو ان کی زندگی کو پڑھ کر جو ہمیں معلوم ہوتی ہیں باتیں تو میں کہہ سکتا ہوں کہ خدیجہ ایک ماڈل بنی تمام عورتوں کے لیے۔</w:t>
      </w:r>
    </w:p>
    <w:p>
      <w:r>
        <w:rPr>
          <w:b/>
        </w:rPr>
        <w:t xml:space="preserve">[28:34] </w:t>
      </w:r>
      <w:r>
        <w:t>woh model kya? woh booster ban gayeen rasool Allah ke liye. yani rasool Allah jo mission chalana chahte thay us mission mein unhon ne booster ka role ada kiya.</w:t>
      </w:r>
    </w:p>
    <w:p>
      <w:pPr>
        <w:jc w:val="right"/>
      </w:pPr>
      <w:r>
        <w:t>وہ ماڈل کیا؟ وہ بوسٹر بن گئیں رسول اللہ کے لیے۔ یعنی رسول اللہ جو مشن چلانا چاہتے تھے اس مشن میں انہوں نے بوسٹر کا رول ادا کیا۔</w:t>
      </w:r>
    </w:p>
    <w:p>
      <w:r>
        <w:rPr>
          <w:b/>
        </w:rPr>
        <w:t xml:space="preserve">[28:44] </w:t>
      </w:r>
      <w:r>
        <w:t>yani aap ka saath diya aap se cooperate kiya. har aitbar se woh un ke saath raheen.</w:t>
      </w:r>
    </w:p>
    <w:p>
      <w:pPr>
        <w:jc w:val="right"/>
      </w:pPr>
      <w:r>
        <w:t>یعنی آپ کا ساتھ دیا آپ سے کوآپریٹ کیا۔ ہر اعتبار سے وہ ان کے ساتھ رہیں۔</w:t>
      </w:r>
    </w:p>
    <w:p>
      <w:r>
        <w:rPr>
          <w:b/>
        </w:rPr>
        <w:t xml:space="preserve">[28:52] </w:t>
      </w:r>
      <w:r>
        <w:t>un un ka jo un ki property un ki daulat un ki taqat un ke un ka jo kuch bhi tha woh sab laga diya unhon ne. chunancha is zamane mein yani makkah do zamane mein jo kaam aap ne kiya us mein barah-e-rast khadijah ka haath rehta tha har aitbar se.</w:t>
      </w:r>
    </w:p>
    <w:p>
      <w:pPr>
        <w:jc w:val="right"/>
      </w:pPr>
      <w:r>
        <w:t>ان ان کا جو ان کی پراپرٹی ان کی دولت ان کی طاقت ان کے ان کا جو کچھ بھی تھا وہ سب لگا دیا انہوں نے۔ چنانچہ اس زمانے میں یعنی مکی دو زمانے میں جو کام آپ نے کیا اس میں براہ راست خدیجہ کا ہاتھ رہتا تھا ہر اعتبار سے۔</w:t>
      </w:r>
    </w:p>
    <w:p>
      <w:r>
        <w:rPr>
          <w:b/>
        </w:rPr>
        <w:t xml:space="preserve">[29:08] </w:t>
      </w:r>
      <w:r>
        <w:t>to is ke liye mere paas jo lafz hai woh yahi hai ke woh booster bani prophet ki.</w:t>
      </w:r>
    </w:p>
    <w:p>
      <w:pPr>
        <w:jc w:val="right"/>
      </w:pPr>
      <w:r>
        <w:t>تو اس کے لیے میرے پاس جو لفظ ہے وہ یہی ہے کہ وہ بوسٹر بنی پرافٹ کی۔</w:t>
      </w:r>
    </w:p>
    <w:p>
      <w:r>
        <w:rPr>
          <w:b/>
        </w:rPr>
        <w:t xml:space="preserve">[29:16] </w:t>
      </w:r>
      <w:r>
        <w:t>yani un ko aagay barhanay wali un ko taqat denay wali un ki backing karnay wali. mein samajhta hoon ke best role kisi khatoon ka yahi hai ke woh booster banay.</w:t>
      </w:r>
    </w:p>
    <w:p>
      <w:pPr>
        <w:jc w:val="right"/>
      </w:pPr>
      <w:r>
        <w:t>یعنی ان کو آگے بڑھانے والی ان کو طاقت دینے والی ان کی بیکنگ کرنے والی۔ میں سمجھتا ہوں کہ بیسٹ رول کسی خاتون کا یہی ہے کہ وہ بوسٹر بنے۔</w:t>
      </w:r>
    </w:p>
    <w:p>
      <w:r>
        <w:rPr>
          <w:b/>
        </w:rPr>
        <w:t xml:space="preserve">[29:29] </w:t>
      </w:r>
      <w:r>
        <w:t>is ke baad dekhiye aap ki biwi ayesha theen un ke inteqal ke baad un se shadi hui</w:t>
      </w:r>
    </w:p>
    <w:p>
      <w:pPr>
        <w:jc w:val="right"/>
      </w:pPr>
      <w:r>
        <w:t>اس کے بعد دیکھیے آپ کی بیوی عائشہ تھیں ان کے انتقال کے بعد ان سے شادی ہوئی</w:t>
      </w:r>
    </w:p>
    <w:p>
      <w:r>
        <w:rPr>
          <w:b/>
        </w:rPr>
        <w:t xml:space="preserve">[29:35] </w:t>
      </w:r>
      <w:r>
        <w:t>to unhon ne un ka aik aur karnama hai ke woh rasool Allah ki intellectual partner bani. aur agar aap parhen hadeeson ko to aap janen ge ke sab se ziyada ilm hadees ka ya fiqh ka ya masail ka jo hamein mila hai woh ayesha ke zariye mila hai.</w:t>
      </w:r>
    </w:p>
    <w:p>
      <w:pPr>
        <w:jc w:val="right"/>
      </w:pPr>
      <w:r>
        <w:t>تو انہوں نے ان کا ایک اور کارنامہ ہے کہ وہ رسول اللہ کی انٹلیکچول پارٹنر بنی۔ اور اگر آپ پڑھیں حدیثوں کو تو آپ جانیں گے کہ سب سے زیادہ علم حدیث کا یا فقہ کا یا مسائل کا جو ہمیں ملا ہے وہ عائشہ کے ذریعے ملا ہے۔</w:t>
      </w:r>
    </w:p>
    <w:p>
      <w:r>
        <w:rPr>
          <w:b/>
        </w:rPr>
        <w:t xml:space="preserve">[29:58] </w:t>
      </w:r>
      <w:r>
        <w:t>yani rasool Allah ka raat din un se seekha aap ne un se learning ki aap ne ke rasool Allah ke saath unhon ne aik learning process jari kiya jo barabar chalta rehta tha.</w:t>
      </w:r>
    </w:p>
    <w:p>
      <w:pPr>
        <w:jc w:val="right"/>
      </w:pPr>
      <w:r>
        <w:t>یعنی رسول اللہ کا رات دن ان سے سیکھا آپ نے ان سے لرننگ کی آپ نے کہ رسول اللہ کے ساتھ انہوں نے ایک لرننگ پراسیس جاری کیا جو برابر چلتا رہتا تھا۔</w:t>
      </w:r>
    </w:p>
    <w:p>
      <w:r>
        <w:rPr>
          <w:b/>
        </w:rPr>
        <w:t xml:space="preserve">[30:11] </w:t>
      </w:r>
      <w:r>
        <w:t>lekin is learning process ke liye unhein bohat bari qurbani dena pari. bohat bari qurbani kyunke is zamane mein jo Islam tha to us zamane mein Islam ke paas koi na political power thi na property thi na land thi kuch bhi nahi tha.</w:t>
      </w:r>
    </w:p>
    <w:p>
      <w:pPr>
        <w:jc w:val="right"/>
      </w:pPr>
      <w:r>
        <w:t>لیکن اس لرننگ پراسیس کے لیے انہیں بہت بڑی قربانی دینا پڑا۔ بہت بڑی قربانی کیونکہ اس زمانے میں جو اسلام تھا تو اس زمانے میں اسلام کے پاس کوئی نہ پولیٹیکل پاور تھی نہ پراپرٹی تھی نہ لینڈ تھی کچھ بھی نہیں تھا۔</w:t>
      </w:r>
    </w:p>
    <w:p>
      <w:r>
        <w:rPr>
          <w:b/>
        </w:rPr>
        <w:t xml:space="preserve">[30:28] </w:t>
      </w:r>
      <w:r>
        <w:t>bohat hi mushkilon ki zindagi thi. is ka andaza aap is se kar sakte hain ke aik martaba hazrat ayesha ne kaha ke hamare ghar mein no saal tak charagh nahi jala yani raat ko hum andheray mein rehtay thay.</w:t>
      </w:r>
    </w:p>
    <w:p>
      <w:pPr>
        <w:jc w:val="right"/>
      </w:pPr>
      <w:r>
        <w:t>بہت ہی مشکلوں کی زندگی تھی۔ اس کا اندازہ آپ اس سے کر سکتے ہیں کہ ایک مرتبہ حضرت عائشہ نے کہا کہ ہمارے گھر میں نو سال تک چراغ نہیں جلا یعنی رات کو ہم اندھیرے میں رہتے تھے۔</w:t>
      </w:r>
    </w:p>
    <w:p>
      <w:r>
        <w:rPr>
          <w:b/>
        </w:rPr>
        <w:t xml:space="preserve">[30:49] </w:t>
      </w:r>
      <w:r>
        <w:t>to logon ne kaha ke kya aap ke ghar mein tail nahi hota tha?</w:t>
      </w:r>
    </w:p>
    <w:p>
      <w:pPr>
        <w:jc w:val="right"/>
      </w:pPr>
      <w:r>
        <w:t>تو لوگوں نے کہا کہ کیا آپ کے گھر میں تیل نہیں ہوتا تھا؟</w:t>
      </w:r>
    </w:p>
    <w:p>
      <w:r>
        <w:rPr>
          <w:b/>
        </w:rPr>
        <w:t xml:space="preserve">[30:52] </w:t>
      </w:r>
      <w:r>
        <w:t>pehlay zamanay mein jab grocery nahi maloom hota tab jo khanay ka tail hota hai usi se diye jalte thay. to unhonay kaha kay agar paas tail hota to us ko pi jatay.</w:t>
      </w:r>
    </w:p>
    <w:p>
      <w:pPr>
        <w:jc w:val="right"/>
      </w:pPr>
      <w:r>
        <w:t>پہلے زمانے میں جب گروسری نہیں معلوم ہوتا تب جو کھانے کا تیل ہوتا ہے اسی سے دیے جلتے تھے۔ تو انہوں نے کہا کہ اگر پاس تیل ہوتا تو اس کو پی جاتے۔</w:t>
      </w:r>
    </w:p>
    <w:p>
      <w:r>
        <w:rPr>
          <w:b/>
        </w:rPr>
        <w:t xml:space="preserve">[31:04] </w:t>
      </w:r>
      <w:r>
        <w:t>is mani kay raat ko jalnay kay liye raat ko ghar roshan karnay kay liye charagh bhi nahi tha aur khanay kay liye bhi saman nahi tha.</w:t>
      </w:r>
    </w:p>
    <w:p>
      <w:pPr>
        <w:jc w:val="right"/>
      </w:pPr>
      <w:r>
        <w:t>اس معنی کہ رات کو جلانے کے لیے رات کو گھر روشن کرنے کے لیے چراغ بھی نہیں تھا اور کھانے کے لیے بھی سامان نہیں تھا۔</w:t>
      </w:r>
    </w:p>
    <w:p>
      <w:r>
        <w:rPr>
          <w:b/>
        </w:rPr>
        <w:t xml:space="preserve">[31:14] </w:t>
      </w:r>
      <w:r>
        <w:t>is tarah kay halaat mein unhonay Rasool Allah say koi taqaza nahi kiya kay humain achay halaat chahiye. sabr aur shukr kay sath un kay sath juri rahin aur un say sikhti rahin un say intellectual development karti rahin</w:t>
      </w:r>
    </w:p>
    <w:p>
      <w:pPr>
        <w:jc w:val="right"/>
      </w:pPr>
      <w:r>
        <w:t>اس طرح کے حالات میں انہوں نے رسول اللہ سے کوئی تقاضا نہیں کیا کہ ہمیں اچھے حالات چاہیے۔ صبر اور شکر کے ساتھ ان کے ساتھ جڑی رہیں اور ان سے سیکھتی رہیں ان سے انٹلیکچول ڈیویلپمنٹ کرتی رہیں</w:t>
      </w:r>
    </w:p>
    <w:p>
      <w:r>
        <w:rPr>
          <w:b/>
        </w:rPr>
        <w:t xml:space="preserve">[31:33] </w:t>
      </w:r>
      <w:r>
        <w:t>yahan tak kay wo is qabil bani kay wo yani ab Rasool Allah kay baad jo peghambar ka jo ilm hai peghambar ki jo wisdom hai wo doosron tak pohanchati rahin.</w:t>
      </w:r>
    </w:p>
    <w:p>
      <w:pPr>
        <w:jc w:val="right"/>
      </w:pPr>
      <w:r>
        <w:t>یہاں تک کہ وہ اس قابل بنی کہ وہ یعنی اب رسول اللہ کے بعد جو پیغمبر کا جو علم ہے پیغمبر کی جو وزڈم ہے وہ دوسروں تک پہنچاتی رہیں۔</w:t>
      </w:r>
    </w:p>
    <w:p>
      <w:r>
        <w:rPr>
          <w:b/>
        </w:rPr>
        <w:t xml:space="preserve">[31:52] </w:t>
      </w:r>
      <w:r>
        <w:t>main nay is ki tafseel likhi hai apni kitab mein jis ka naam hai khatoon mimar insaniyat.</w:t>
      </w:r>
    </w:p>
    <w:p>
      <w:pPr>
        <w:jc w:val="right"/>
      </w:pPr>
      <w:r>
        <w:t>میں نے اس کی تفصیل لکھی ہے اپنی کتاب میں جس کا نام ہے خاتون معمار انسانیت۔</w:t>
      </w:r>
    </w:p>
    <w:p>
      <w:r>
        <w:rPr>
          <w:b/>
        </w:rPr>
        <w:t xml:space="preserve">[32:01] </w:t>
      </w:r>
      <w:r>
        <w:t>aik aur character ka zikr wo mein hai kay jis ka naam Suhaib tha wo Sahabi thay. to jab Rasool Allah ki hijrat hui yani Makkah say Madina gaye aap to Suhaib jo hai wo baad ko gaye thay yani kai log ja chukay aakhri jo qafila tha aakhri zamanay mein jo chand log gaye un mein say aik yeh thay.</w:t>
      </w:r>
    </w:p>
    <w:p>
      <w:pPr>
        <w:jc w:val="right"/>
      </w:pPr>
      <w:r>
        <w:t>ایک اور کریکٹر کا ذکر وہ میں ہے کہ جس کا نام صہیب تھا وہ صحابی تھے۔ تو جب رسول اللہ کی ہجرت ہوئی یعنی مکہ سے مدینہ گئے آپ تو صہیب جو ہے وہ بعد کو گئے تھے یعنی کئی لوگ جا چکے آخری جو قافلہ تھا آخری زمانے میں جو چند لوگ گئے ان میں سے ایک یہ تھے۔</w:t>
      </w:r>
    </w:p>
    <w:p>
      <w:r>
        <w:rPr>
          <w:b/>
        </w:rPr>
        <w:t xml:space="preserve">[32:25] </w:t>
      </w:r>
      <w:r>
        <w:t>to yeh jab niklay Makkah say to un kay paas kuch sone kay sikkay thay yani dinar to Quraish kay nojawanon nay un ko ghairaa unhonay kaha kay tum nay yeh paisa Makkah mein kamaya hai hum is ko lay kar tum ko Madina nahi janay dein gay.</w:t>
      </w:r>
    </w:p>
    <w:p>
      <w:pPr>
        <w:jc w:val="right"/>
      </w:pPr>
      <w:r>
        <w:t>تو یہ جب نکلے مکہ سے تو ان کے پاس کچھ سونے کے سکے تھے یعنی دینار تو قریش کے نوجوانوں نے ان کو گھیرا انہوں نے کہا کہ تم نے یہ پیسہ مکہ میں کمایا ہے ہم اس کو لے کر تم کو مدینہ نہیں جانے دیں گے۔</w:t>
      </w:r>
    </w:p>
    <w:p>
      <w:r>
        <w:rPr>
          <w:b/>
        </w:rPr>
        <w:t xml:space="preserve">[32:48] </w:t>
      </w:r>
      <w:r>
        <w:t>to unhonay kaha kay agar main tum ko sikka day doon to mujhe janay do gay? unhonay kaha kay haan. to wo sone kay sikkay unhonay larkon ko day diye aur khud Madina pohanchay.</w:t>
      </w:r>
    </w:p>
    <w:p>
      <w:pPr>
        <w:jc w:val="right"/>
      </w:pPr>
      <w:r>
        <w:t>تو انہوں نے کہا کہ اگر میں تم کو سکہ دے دوں تو مجھے جانے دو گے؟ انہوں نے کہا کہ ہاں۔ تو وہ سونے کے سکے انہوں نے لڑکوں کو دے دیے اور خود مدینہ پہنچے۔</w:t>
      </w:r>
    </w:p>
    <w:p>
      <w:r>
        <w:rPr>
          <w:b/>
        </w:rPr>
        <w:t xml:space="preserve">[32:59] </w:t>
      </w:r>
      <w:r>
        <w:t>jab Rasool Allah ko maloom hua kay aisa hua hai to aap nay kaha kay ribh Suhaib ribh Suhaib. Suhaib ki tijarat kamyab rahi Suhaib ki tijarat kamyab rahi.</w:t>
      </w:r>
    </w:p>
    <w:p>
      <w:pPr>
        <w:jc w:val="right"/>
      </w:pPr>
      <w:r>
        <w:t>جب رسول اللہ کو معلوم ہوا کہ ایسا ہوا ہے تو آپ نے کہا کہ ربح صہیب ربح صہیب۔ صہیب کی تجارت کامیاب رہی صہیب کی تجارت کامیاب رہی۔</w:t>
      </w:r>
    </w:p>
    <w:p>
      <w:r>
        <w:rPr>
          <w:b/>
        </w:rPr>
        <w:t xml:space="preserve">[33:09] </w:t>
      </w:r>
      <w:r>
        <w:t>is mein kya milta hai sabak kay agar yeh yeh aajaye naubat kay aik taraf mission hai doosri taraf material interest hai to material interest ko sacrifice kar kay mission par qaim rehna kyun kay agar wo is sikkay kay liye ladte un say agar wo log maar dalte un ko to aap kya hota</w:t>
      </w:r>
    </w:p>
    <w:p>
      <w:pPr>
        <w:jc w:val="right"/>
      </w:pPr>
      <w:r>
        <w:t>اس میں کیا ملتا ہے سبق کہ اگر یہ یہ اجائے نوبت کہ ایک طرف مشن ہے دوسری طرف مٹیریل انٹرسٹ ہے تو مٹیریل انٹرسٹ کو سیکریفائس کر کے مشن پر قائم رہنا کیونکہ اگر وہ اس سکے کے لیے لڑتے ان سے اگر وہ لوگ مار ڈالتے ان کو تو آپ کیا ہوتا</w:t>
      </w:r>
    </w:p>
    <w:p>
      <w:r>
        <w:rPr>
          <w:b/>
        </w:rPr>
        <w:t xml:space="preserve">[33:36] </w:t>
      </w:r>
      <w:r>
        <w:t>aap wahan par na pohanchay Madinay mein aur jo aap nay kaam kiya yani jo aap nay Madina pohanch kar jo mission ka kaam kiya wo aap na kar saktay aur aap yani Makkah hi mein aap ki qabar ban jati.</w:t>
      </w:r>
    </w:p>
    <w:p>
      <w:pPr>
        <w:jc w:val="right"/>
      </w:pPr>
      <w:r>
        <w:t>آپ وہاں پر نہ پہنچتے مدینے میں اور جو آپ نے کام کیا یعنی جو آپ نے مدینہ پہنچ کر جو مشن کا کام کیا وہ آپ نہ کر سکتے اور آپ یعنی مکہ ہی میں آپ کی قبر بن جاتی۔</w:t>
      </w:r>
    </w:p>
    <w:p>
      <w:r>
        <w:rPr>
          <w:b/>
        </w:rPr>
        <w:t xml:space="preserve">[33:57] </w:t>
      </w:r>
      <w:r>
        <w:t>dekhiye Sahaba ki ajeeb aik sifat thi</w:t>
      </w:r>
    </w:p>
    <w:p>
      <w:pPr>
        <w:jc w:val="right"/>
      </w:pPr>
      <w:r>
        <w:t>دیکھیے صحابہ کی عجیب ایک صفت تھی</w:t>
      </w:r>
    </w:p>
    <w:p>
      <w:r>
        <w:rPr>
          <w:b/>
        </w:rPr>
        <w:t xml:space="preserve">[34:01] </w:t>
      </w:r>
      <w:r>
        <w:t>is ko main aik waqia say arz karoon kay Rasool Allah kay zamanay mein aik ghazwa hua Tabuk ghazwa hota hai aik campaign gayi thi us mein koi ladaai nahi hui aik campaign gayi thi Madina say Tabuk ki taraf to yeh garmi ka zamana tha aur is zamanay mein koi regular army nahi hua karti thi regular army nahi hua karti thi balkay log voluntarily apna naam likhwa detay</w:t>
      </w:r>
    </w:p>
    <w:p>
      <w:pPr>
        <w:jc w:val="right"/>
      </w:pPr>
      <w:r>
        <w:t>اس کو میں ایک واقعہ سے عرض کروں کہ رسول اللہ کے زمانے میں ایک غزوہ ہوا تبوک غزوہ ہوتا ہے ایک کیمپین گئی تھی اس میں کوئی لڑائی نہیں ہوئی ایک کیمپین گئی تھی مدینہ سے تبوک کی طرف تو یہ گرمی کا زمانہ تھا اور اس زمانے میں کوئی ریگولر ارمی نہیں ہوا کرتی تھی ریگولر ارمی نہیں ہوا کرتی تھی بلکہ لوگ والنٹیریلی اپنا نام لکھوا دیتے</w:t>
      </w:r>
    </w:p>
    <w:p>
      <w:r>
        <w:rPr>
          <w:b/>
        </w:rPr>
        <w:t xml:space="preserve">[34:30] </w:t>
      </w:r>
      <w:r>
        <w:t>to jo log jin logon kay paas sawari thi aur rastay kay liye khanay peenay ka saman hota tha unhonay apna naam likhwaya aur wo chalay gaye to kuch log thay jin kay paas paisa nahi tha jin kay paas sawari nahi thi to wo nahi ja sakay</w:t>
      </w:r>
    </w:p>
    <w:p>
      <w:pPr>
        <w:jc w:val="right"/>
      </w:pPr>
      <w:r>
        <w:t>تو جو لوگ جن لوگوں کے پاس سواری تھی اور راستے کے لیے کھانے پینے کا سامان ہوتا تھا انہوں نے اپنا نام لکھوایا اور وہ چلے گئے تو کچھ لوگ تھے جن کے پاس پیسہ نہیں تھا جن کے پاس سواری نہیں تھی تو وہ نہیں جا سکے</w:t>
      </w:r>
    </w:p>
    <w:p>
      <w:r>
        <w:rPr>
          <w:b/>
        </w:rPr>
        <w:t xml:space="preserve">[34:48] </w:t>
      </w:r>
      <w:r>
        <w:t>to Rasool Allah Sallallahu Alaihi Wasallam jab aagay barhay to rastay mein aap nay farmaya kay Madinay mein kuch log hain jin kay baray mein aap nay farmaya kay ma salaktum tareeqan wa la qata'tum wadan illa kano ma'akum yani jis tarah tum jo rastay par chal rahay ho aur jo ghaatiyan tay kar rahay ho to wo log tumharay sath sath hain</w:t>
      </w:r>
    </w:p>
    <w:p>
      <w:pPr>
        <w:jc w:val="right"/>
      </w:pPr>
      <w:r>
        <w:t>تو رسول اللہ صلی اللہ علیہ وسلم جب اگے بڑھے تو راستے میں آپ نے فرمایا کہ مدینے میں کچھ لوگ ہیں جن کے بارے میں آپ نے فرمایا کہ ما سلکتم طریقا ولا قطعتم وادا الا کانو معکم یعنی جس طرح تم جو راستے پر چل رہے ہو اور جو گھاٹیاں طے کر رہے ہو تو وہ لوگ تمہارے ساتھ ساتھ ہیں</w:t>
      </w:r>
    </w:p>
    <w:p>
      <w:r>
        <w:rPr>
          <w:b/>
        </w:rPr>
        <w:t xml:space="preserve">[35:15] </w:t>
      </w:r>
      <w:r>
        <w:t>ab sochiye kay sath sath kaise thay to maloom yeh hua kay jo log nahi aa sakay thay apni duaon kay zariye wo is mein shamil ho gaye</w:t>
      </w:r>
    </w:p>
    <w:p>
      <w:pPr>
        <w:jc w:val="right"/>
      </w:pPr>
      <w:r>
        <w:t>اب سوچیے کہ ساتھ ساتھ کیسے تھے تو معلوم یہ ہوا کہ جو لوگ نہیں ا سکے تھے اپنی دعاؤں کے ذریعے وہ اس میں شامل ہو گئے</w:t>
      </w:r>
    </w:p>
    <w:p>
      <w:r>
        <w:rPr>
          <w:b/>
        </w:rPr>
        <w:t xml:space="preserve">[35:29] </w:t>
      </w:r>
      <w:r>
        <w:t>wo log Makkah kay bahar safar kar rahay thay aur yeh Madinay mein Allah taala say dua kar rahay thay kay un kay safar ko kamyab karay is mein aik bohat bari misaal humain milti hai kay hum dua kay zariye bhi kisi kay sath shamil ho saktay hain</w:t>
      </w:r>
    </w:p>
    <w:p>
      <w:pPr>
        <w:jc w:val="right"/>
      </w:pPr>
      <w:r>
        <w:t>وہ لوگ مکے کے باہر سفر کر رہے تھے اور یہ مدینے میں اللہ تعالی سے دعا کر رہے تھے کہ ان کے سفر کو کامیاب کرے اس میں ایک بہت بڑی مثال ہمیں ملتی ہے کہ ہم دعا کے ذریعے بھی کسی کے ساتھ شامل ہو سکتے ہیں</w:t>
      </w:r>
    </w:p>
    <w:p>
      <w:r>
        <w:rPr>
          <w:b/>
        </w:rPr>
        <w:t xml:space="preserve">[35:43] </w:t>
      </w:r>
      <w:r>
        <w:t>aik shakhs koi kaam kar raha hai aap nahi kar pa rahay hain aik shakhs koi sachai ka kaam kar raha hai dawat ka kaam kar raha hai Khuda ka kaam kar raha hai aap kisi wajah say us kay sath shamil nahi ho pa rahay hain tab bhi aap kay liye participation ki aik soorat hai participation ki wo kya us kay liye duaen karain yeh kitna ooncha ideal hai yeh</w:t>
      </w:r>
    </w:p>
    <w:p>
      <w:pPr>
        <w:jc w:val="right"/>
      </w:pPr>
      <w:r>
        <w:t>ایک شخص کوئی کام کر رہا ہے آپ نہیں کر پا رہے ہیں ایک شخص کوئی سچائی کا کام کر رہا ہے دعوت کا کام کر رہا ہے خدا کا کام کر رہا ہے آپ کسی وجہ سے اس کے ساتھ شامل نہیں ہو پا رہے ہیں تب بھی آپ کے لیے پارٹیسپیشن کی ایک صورت ہے پارٹیسپیشن کی وہ کیا اس کے لیے دعائیں کریں یہ کتنا اونچا ائیڈیل ہے یہ</w:t>
      </w:r>
    </w:p>
    <w:p>
      <w:r>
        <w:rPr>
          <w:b/>
        </w:rPr>
        <w:t xml:space="preserve">[36:13] </w:t>
      </w:r>
      <w:r>
        <w:t>yani physically aap us ka part nahi hain lekin intellectually aap us ka part ban jatay hain</w:t>
      </w:r>
    </w:p>
    <w:p>
      <w:pPr>
        <w:jc w:val="right"/>
      </w:pPr>
      <w:r>
        <w:t>یعنی فزیکلی آپ اس کا پارٹ نہیں ہیں لیکن انٹلیکچولی آپ اس کا پارٹ بن جاتے ہیں</w:t>
      </w:r>
    </w:p>
    <w:p>
      <w:r>
        <w:rPr>
          <w:b/>
        </w:rPr>
        <w:t xml:space="preserve">[36:21] </w:t>
      </w:r>
      <w:r>
        <w:t>to aap nay farmaya kay kuch log hain jo Makkah mein hain lekin wo tumharay sath safar kar rahay hain kaise dua kay zariye</w:t>
      </w:r>
    </w:p>
    <w:p>
      <w:pPr>
        <w:jc w:val="right"/>
      </w:pPr>
      <w:r>
        <w:t>تو آپ نے فرمایا کہ کچھ لوگ ہیں جو مکہ میں ہیں لیکن وہ تمہارے ساتھ سفر کر رہے ہیں کیسے دعا کے ذریعے</w:t>
      </w:r>
    </w:p>
    <w:p>
      <w:r>
        <w:rPr>
          <w:b/>
        </w:rPr>
        <w:t xml:space="preserve">[36:29] </w:t>
      </w:r>
      <w:r>
        <w:t>to jab humain aisa ho kay hum</w:t>
      </w:r>
    </w:p>
    <w:p>
      <w:pPr>
        <w:jc w:val="right"/>
      </w:pPr>
      <w:r>
        <w:t>تو جب ہمیں ایسا ہو کہ ہم</w:t>
      </w:r>
    </w:p>
    <w:p>
      <w:r>
        <w:rPr>
          <w:b/>
        </w:rPr>
        <w:t xml:space="preserve">[36:34] </w:t>
      </w:r>
      <w:r>
        <w:t>yani kisi muhim mein kisi shakhs kay sath ya kisi group kay sath physically shamil na ho sakain</w:t>
      </w:r>
    </w:p>
    <w:p>
      <w:pPr>
        <w:jc w:val="right"/>
      </w:pPr>
      <w:r>
        <w:t>یعنی کسی مہم میں کسی شخص کے ساتھ یا کسی گروپ کے ساتھ فزیکلی شامل نہ ہو سکیں</w:t>
      </w:r>
    </w:p>
    <w:p>
      <w:r>
        <w:rPr>
          <w:b/>
        </w:rPr>
        <w:t xml:space="preserve">[36:45] </w:t>
      </w:r>
      <w:r>
        <w:t>tab bhi humain liye aik participation ki soorat maujood hai kay hum us kay liye duaen karain Allah taala say us kay liye achi duaen karain to hum ko wo sara sawab mil jaye ga wo sara reward jo un ko mil raha hai</w:t>
      </w:r>
    </w:p>
    <w:p>
      <w:pPr>
        <w:jc w:val="right"/>
      </w:pPr>
      <w:r>
        <w:t>تب بھی ہمارے لیے ایک پارٹیسپیشن کی صورت موجود ہے کہ ہم اس کے لیے دعائیں کریں اللہ تعالی سے اس کے لیے اچھی دعائیں کریں تو ہم کو وہ سارا ثواب مل جائے گا وہ سارا ریوارڈ جو ان کو مل رہا ہے</w:t>
      </w:r>
    </w:p>
    <w:p>
      <w:r>
        <w:rPr>
          <w:b/>
        </w:rPr>
        <w:t xml:space="preserve">[37:01] </w:t>
      </w:r>
      <w:r>
        <w:t>Rasool Allah jab logon say bait letay thay Sahaba say to aap un say kehtay thay kay fil makrih wal munshid kay tum ko itaat karni hogi chahay wo chahay tum like karo ya dislike karo chahay wo tumhari pasand ki ho ya napasand ki ho har haal mein</w:t>
      </w:r>
    </w:p>
    <w:p>
      <w:pPr>
        <w:jc w:val="right"/>
      </w:pPr>
      <w:r>
        <w:t>رسول اللہ جب لوگوں سے بیعت لیتے تھے صحابہ سے تو آپ ان سے کہتے تھے کہ فی المکرہ والمنشد کہ تم کو اطاعت کرنی ہوگی چاہے وہ چاہے تم لائک کرو یا ڈس لائک کرو چاہے وہ تمہاری پسند کی ہو یا ناپسند کی ہو ہر حال میں</w:t>
      </w:r>
    </w:p>
    <w:p>
      <w:r>
        <w:rPr>
          <w:b/>
        </w:rPr>
        <w:t xml:space="preserve">[37:25] </w:t>
      </w:r>
      <w:r>
        <w:t>to is ke yeh poori sahaba ki poori zindagi is ki misaal hai ke kis tarah unhon ne</w:t>
      </w:r>
    </w:p>
    <w:p>
      <w:pPr>
        <w:jc w:val="right"/>
      </w:pPr>
      <w:r>
        <w:t>تو اس کے یہ پوری صحابہ کی پوری زندگی اس کی مثال ہے کہ کس طرح انہوں نے</w:t>
      </w:r>
    </w:p>
    <w:p>
      <w:r>
        <w:rPr>
          <w:b/>
        </w:rPr>
        <w:t xml:space="preserve">[37:31] </w:t>
      </w:r>
      <w:r>
        <w:t>is ki parwah kiye baghair ke jo faisla hua hai jo kaam hone ja raha hai woh un</w:t>
      </w:r>
    </w:p>
    <w:p>
      <w:pPr>
        <w:jc w:val="right"/>
      </w:pPr>
      <w:r>
        <w:t>اس کی پرواہ کیے بغیر کہ جو فیصلہ ہوا ہے جو کام ہونے جا رہا ہے وہ ان</w:t>
      </w:r>
    </w:p>
    <w:p>
      <w:r>
        <w:rPr>
          <w:b/>
        </w:rPr>
        <w:t xml:space="preserve">[37:36] </w:t>
      </w:r>
      <w:r>
        <w:t>ki pasand ke mutabiq to khair nahi mutabiq hai woh saath dete rahe</w:t>
      </w:r>
    </w:p>
    <w:p>
      <w:pPr>
        <w:jc w:val="right"/>
      </w:pPr>
      <w:r>
        <w:t>کی پسند کے مطابق تو خیر نہیں مطابق ہے وہ ساتھ دیتے رہے</w:t>
      </w:r>
    </w:p>
    <w:p>
      <w:r>
        <w:rPr>
          <w:b/>
        </w:rPr>
        <w:t xml:space="preserve">[37:42] </w:t>
      </w:r>
      <w:r>
        <w:t>unhon ne shikayatein nahi keen unhon ne complain nahi kiya is liye ke un ki mizaj ke mutabiq</w:t>
      </w:r>
    </w:p>
    <w:p>
      <w:pPr>
        <w:jc w:val="right"/>
      </w:pPr>
      <w:r>
        <w:t>انہوں نے شکایتیں نہیں کیں انہوں نے کمپلین نہیں کیا اس لیے کہ ان کی مزاج کے مطابق</w:t>
      </w:r>
    </w:p>
    <w:p>
      <w:r>
        <w:rPr>
          <w:b/>
        </w:rPr>
        <w:t xml:space="preserve">[37:47] </w:t>
      </w:r>
      <w:r>
        <w:t>nahi tha is ka mein aik waqia aap ko arz karta hoon</w:t>
      </w:r>
    </w:p>
    <w:p>
      <w:pPr>
        <w:jc w:val="right"/>
      </w:pPr>
      <w:r>
        <w:t>نہیں تھا اس کا میں ایک واقعہ آپ کو عرض کرتا ہوں</w:t>
      </w:r>
    </w:p>
    <w:p>
      <w:r>
        <w:rPr>
          <w:b/>
        </w:rPr>
        <w:t xml:space="preserve">[37:52] </w:t>
      </w:r>
      <w:r>
        <w:t>ke aik sahabi thay khalid bin al-waleed</w:t>
      </w:r>
    </w:p>
    <w:p>
      <w:pPr>
        <w:jc w:val="right"/>
      </w:pPr>
      <w:r>
        <w:t>کہ ایک صحابی تھے خالد بن الولید</w:t>
      </w:r>
    </w:p>
    <w:p>
      <w:r>
        <w:rPr>
          <w:b/>
        </w:rPr>
        <w:t xml:space="preserve">[37:57] </w:t>
      </w:r>
      <w:r>
        <w:t>woh makka mein paida hue pehle woh mukhalifeen ke sath thay</w:t>
      </w:r>
    </w:p>
    <w:p>
      <w:pPr>
        <w:jc w:val="right"/>
      </w:pPr>
      <w:r>
        <w:t>وہ مکہ میں پیدا ہوئے پہلے وہ مخالفین کے ساتھ تھے</w:t>
      </w:r>
    </w:p>
    <w:p>
      <w:r>
        <w:rPr>
          <w:b/>
        </w:rPr>
        <w:t xml:space="preserve">[38:06] </w:t>
      </w:r>
      <w:r>
        <w:t>taqreeban 16 saal tak woh mukhalifeen ke sath rasool Allah ko mukhalifeen ke sath de kar rasool Allah ke khilaf larai ladte rahe dushman bane rahe islam ke islam ke dushman bane rahe</w:t>
      </w:r>
    </w:p>
    <w:p>
      <w:pPr>
        <w:jc w:val="right"/>
      </w:pPr>
      <w:r>
        <w:t>تقریبا 16 سال تک وہ مخالفین کے ساتھ رسول اللہ کو مخالفین کے ساتھ دے کر رسول اللہ کے خلاف لڑائی لڑتے رہے دشمن بنے رہے اسلام کے اسلام کے دشمن بنے رہے</w:t>
      </w:r>
    </w:p>
    <w:p>
      <w:r>
        <w:rPr>
          <w:b/>
        </w:rPr>
        <w:t xml:space="preserve">[38:22] </w:t>
      </w:r>
      <w:r>
        <w:t>phir jab makka fateh hua to is se sirf chand din pehle woh madina pahunche aur rasool Allah ke hath par baiat kar ke woh islam mein dakhil ho gaye aap ne kya kiya inhi khalid ko aap ne is foj ka commander bana diya jo march karne ja rahi thi makka ki taraf yani madina se makka ki taraf yeh log das hazar thay</w:t>
      </w:r>
    </w:p>
    <w:p>
      <w:pPr>
        <w:jc w:val="right"/>
      </w:pPr>
      <w:r>
        <w:t>پھر جب مکہ فتح ہوا تو اس سے صرف چند دن پہلے وہ مدینہ پہنچے اور رسول اللہ کے ہاتھ پر بیعت کر کے وہ اسلام میں داخل ہو گئے آپ نے کیا کیا انہی خالد کو آپ نے اس فوج کا کمانڈر بنا دیا جو مارچ کرنے جا رہی تھی مکہ کی طرف یعنی مدینہ سے مکہ کی طرف یہ لوگ دس ہزار تھے</w:t>
      </w:r>
    </w:p>
    <w:p>
      <w:r>
        <w:rPr>
          <w:b/>
        </w:rPr>
        <w:t xml:space="preserve">[38:48] </w:t>
      </w:r>
      <w:r>
        <w:t>to yahan par woh woh masla paida hua jis ko aap log kehte hain junior senior yani senior logon ke upar junior ko unhon ne commander bana diya yani woh log jo shuru se rasool Allah ke sath thay jinhon ne qurbaniyan di theen aur bohat museebatein uthai theen woh senior log kahe jatay thay aur yeh aadmi jo aaye yeh to junior thay yani abhi kal parson unhon ne islam qabool kiya tha</w:t>
      </w:r>
    </w:p>
    <w:p>
      <w:pPr>
        <w:jc w:val="right"/>
      </w:pPr>
      <w:r>
        <w:t>تو یہاں پر وہ وہ مسئلہ پیدا ہوا جس کو آپ لوگ کہتے ہیں جونیئر سینیئر یعنی سینیئر لوگوں کے اوپر جونیئر کو انہوں نے کمانڈر بنا دیا یعنی وہ لوگ جو شروع سے رسول اللہ کے ساتھ تھے جنہوں نے قربانیاں دی تھیں اور بہت مصیبتیں اٹھائی تھیں وہ سینیئر لوگ کہے جاتے تھے اور یہ ادمی جو ائے یہ تو جونیئر تھے یعنی ابھی کل پرسوں انہوں نے اسلام قبول کیا تھا</w:t>
      </w:r>
    </w:p>
    <w:p>
      <w:r>
        <w:rPr>
          <w:b/>
        </w:rPr>
        <w:t xml:space="preserve">[39:17] </w:t>
      </w:r>
      <w:r>
        <w:t>to in ko aap ne bana diya in logon ke upar yani senior logon ke upar commander to is par wahan bari cheh magoi hui is zamane mein sentiment ko zahir karne ka tareeqa shair hua karta tha shair yani shair is zamane mein aise hi tha jaise aaj kal journalism hota hai akhbaron mein jo statement chaptay hain aur reporten aati hain woh is zamane mein hua karta tha shair ke zariye se</w:t>
      </w:r>
    </w:p>
    <w:p>
      <w:pPr>
        <w:jc w:val="right"/>
      </w:pPr>
      <w:r>
        <w:t>تو ان کو آپ نے بنا دیا ان لوگوں کے اوپر یعنی سینیئر لوگوں کے اوپر کمانڈر تو اس پر وہاں بڑی چہ مگوئی ہوئی اس زمانے میں سینٹیمنٹ کو ظاہر کرنے کا طریقہ شیئر ہوا کرتا تھا شیئر یعنی شیئر اس زمانے میں ایسے ہی تھا جیسے اج کل جرنلزم ہوتا ہے اخباروں میں جو اسٹیٹمنٹ چھپتے ہیں اور رپورٹیں اتی ہیں وہ اس زمانے میں ہوا کرتا تھا شعر کے ذریعے سے</w:t>
      </w:r>
    </w:p>
    <w:p>
      <w:r>
        <w:rPr>
          <w:b/>
        </w:rPr>
        <w:t xml:space="preserve">[39:46] </w:t>
      </w:r>
      <w:r>
        <w:t>to chunache ashaar kahe logon ne to aik shair yeh tha is mein ke</w:t>
      </w:r>
    </w:p>
    <w:p>
      <w:pPr>
        <w:jc w:val="right"/>
      </w:pPr>
      <w:r>
        <w:t>تو چنانچہ اشعار کہے لوگوں نے تو ایک شعر یہ تھا اس میں کہ</w:t>
      </w:r>
    </w:p>
    <w:p>
      <w:r>
        <w:rPr>
          <w:b/>
        </w:rPr>
        <w:t xml:space="preserve">[39:56] </w:t>
      </w:r>
      <w:r>
        <w:t>wa qala nabiyul momineen taqaddama hubbun alayna an nakuna al-muqaddama</w:t>
      </w:r>
    </w:p>
    <w:p>
      <w:pPr>
        <w:jc w:val="right"/>
      </w:pPr>
      <w:r>
        <w:t>وقال نبی المومنین تقدم حب علینا انکون المقدمہ</w:t>
      </w:r>
    </w:p>
    <w:p>
      <w:r>
        <w:rPr>
          <w:b/>
        </w:rPr>
        <w:t xml:space="preserve">[40:02] </w:t>
      </w:r>
      <w:r>
        <w:t>yani rasool Allah ne khalid ko agarche woh junior thay hamare oopar unhein commander bana diya to agarche</w:t>
      </w:r>
    </w:p>
    <w:p>
      <w:pPr>
        <w:jc w:val="right"/>
      </w:pPr>
      <w:r>
        <w:t>یعنی رسول اللہ نے خالد کو اگرچہ وہ جونیئر تھے ہمارے اوپر انہیں کمانڈر بنا دیا تو اگرچہ</w:t>
      </w:r>
    </w:p>
    <w:p>
      <w:r>
        <w:rPr>
          <w:b/>
        </w:rPr>
        <w:t xml:space="preserve">[40:11] </w:t>
      </w:r>
      <w:r>
        <w:t>humein pasand nahi tha yeh lekin rasool Allah ne kaha ke unhi ko commander maan kar ke chalo</w:t>
      </w:r>
    </w:p>
    <w:p>
      <w:pPr>
        <w:jc w:val="right"/>
      </w:pPr>
      <w:r>
        <w:t>ہمیں پسند نہیں تھا یہ لیکن رسول اللہ نے کہا کہ انہی کو کمانڈر مان کر کے چلو</w:t>
      </w:r>
    </w:p>
    <w:p>
      <w:r>
        <w:rPr>
          <w:b/>
        </w:rPr>
        <w:t xml:space="preserve">[40:16] </w:t>
      </w:r>
      <w:r>
        <w:t>un ke saath</w:t>
      </w:r>
    </w:p>
    <w:p>
      <w:pPr>
        <w:jc w:val="right"/>
      </w:pPr>
      <w:r>
        <w:t>ان کے ساتھ</w:t>
      </w:r>
    </w:p>
    <w:p>
      <w:r>
        <w:rPr>
          <w:b/>
        </w:rPr>
        <w:t xml:space="preserve">[40:17] </w:t>
      </w:r>
      <w:r>
        <w:t>to hum un ke sath chale aur yahi hamein mehboob ban gaya habb alayna an nakuna al muqaddama yani rasool ne kaha ke khalid ki command ka commander man kar ke un ke sath chalo un ke peechay to hamein mehboob ban gaya ke ek junior aadmi commander ko qabool kar ke us ke sath hum aagay barhein yeh hai bohat hi bari sacrifice aam tor par aap jantay hain ke jo senior log hotay hain woh samajhtay hain ke hamein aagay hona chahiye</w:t>
      </w:r>
    </w:p>
    <w:p>
      <w:pPr>
        <w:jc w:val="right"/>
      </w:pPr>
      <w:r>
        <w:t>تو ہم ان کے ساتھ چلے اور یہی ہمیں محبوب بن گیا حب علینا انکون المقدمہ یعنی رسول نے کہا کہ خالد کی کمانڈ کا کمانڈر مان کر کے ان کے ساتھ چلو ان کے پیچھے تو ہمیں محبوب بن گیا کہ ایک جونیئر ادمی کمانڈر کو قبول کر کے اس کے ساتھ ہم اگے بڑھیں یہ ہے بہت ہی بڑی سیکریفائس عام طور پر اپ جانتے ہیں کہ جو سینئر لوگ ہوتے ہیں وہ سمجھتے ہیں کہ ہمیں اگے ہونا چاہیے</w:t>
      </w:r>
    </w:p>
    <w:p>
      <w:r>
        <w:rPr>
          <w:b/>
        </w:rPr>
        <w:t xml:space="preserve">[40:47] </w:t>
      </w:r>
      <w:r>
        <w:t>lekin yahan par jo tareekh bani hai sahaba ke zariye se ke senior aur junior ka farq mat dekho yeh dekho kis mauqa par kon aadmi ziyada mauzu hai kon aadmi ziyada acha kaam kar sakta hai senior junior nahi balkay is ki salahiyat ko dekho is ki competence ko dekho aur is par razi ho jao yani central leadership ka jo faisla ho us par razi ho jao to</w:t>
      </w:r>
    </w:p>
    <w:p>
      <w:pPr>
        <w:jc w:val="right"/>
      </w:pPr>
      <w:r>
        <w:t>لیکن یہاں پر جو تاریخ بنی ہے صحابہ کے ذریعے سے کہ سینئر اور جونیئر کا فرق مت دیکھو یہ دیکھو کس موقع پر کون ادمی زیادہ موضوع ہے کون ادمی زیادہ اچھا کام کر سکتا ہے سینئر جونیئر نہیں بلکہ اس کی صلاحیت کو دیکھو اس کی کمپیٹنس کو دیکھو اور اس پر راضی ہو جاؤ یعنی سینٹرل لیڈرشپ کا جو فیصلہ ہو اس پر راضی ہو جاؤ تو</w:t>
      </w:r>
    </w:p>
    <w:p>
      <w:r>
        <w:rPr>
          <w:b/>
        </w:rPr>
        <w:t xml:space="preserve">[41:13] </w:t>
      </w:r>
      <w:r>
        <w:t>yeh ek is tarah ki ek bohat hi sabak wali misal hai yeh ek ek sahib thay to un ki biwi jo thi naujawan thay woh bhi biwi naujawan thi to biwi to un ke pas jo tankhwah aai to biwi ne kaha is tankhwah ko use mere zevar banao mujhe yeh karo mujhe woh karo</w:t>
      </w:r>
    </w:p>
    <w:p>
      <w:pPr>
        <w:jc w:val="right"/>
      </w:pPr>
      <w:r>
        <w:t>یہ ایک اس طرح کی ایک بہت ہی سبق والی مثال ہے یہ ایک ایک صاحب تھے تو ان کی بیوی جو تھی نوجوان تھے وہ بھی بیوی نوجوان تھی تو بیوی تو ان کے پاس جو تنخواہ ائی تو بیوی نے کہا اس تنخواہ کو اسے میرے زیور بناؤ مجھے یہ کرو مجھے وہ کرو</w:t>
      </w:r>
    </w:p>
    <w:p>
      <w:r>
        <w:rPr>
          <w:b/>
        </w:rPr>
        <w:t xml:space="preserve">[41:42] </w:t>
      </w:r>
      <w:r>
        <w:t>to unhon ne woh sara paisa jo hai woh deen ke rastay mein de diya ab biwi bohat ghusa hui to unhon ne kaha ke dekho main tumhare liye paradise ko nahi chhod sakta main tumhare liye paradise ko nahi chhod sakta to kitab mein aata hai ke jab unhon ne aisa kaha to fasamahath waradhiyat to phir woh phir nar par gayi aur woh razi</w:t>
      </w:r>
    </w:p>
    <w:p>
      <w:pPr>
        <w:jc w:val="right"/>
      </w:pPr>
      <w:r>
        <w:t>تو انہوں نے وہ سارا پیسہ جو ہے وہ دین کے راستے میں دے دیا اب بیوی بہت غصہ ہوئی تو انہوں نے کہا کہ دیکھو میں تمہارے لیے پیراڈائز کو نہیں چھوڑ سکتا میں تمہارے لیے پیراڈائز کو نہیں چھوڑ سکتا تو کتاب میں اتا ہے کہ جب انہوں نے ایسا کہا تو فسمحت ورضیت تو پھر وہ پھر نر پڑ گئی اور وہ راض</w:t>
      </w:r>
    </w:p>
    <w:p>
      <w:r>
        <w:rPr>
          <w:b/>
        </w:rPr>
        <w:t xml:space="preserve">[42:09] </w:t>
      </w:r>
      <w:r>
        <w:t>yeh ho gayi aik waqia mein arz karunga</w:t>
      </w:r>
    </w:p>
    <w:p>
      <w:pPr>
        <w:jc w:val="right"/>
      </w:pPr>
      <w:r>
        <w:t>ی ہو گئی ایک واقعہ میں عرض کروں گا</w:t>
      </w:r>
    </w:p>
    <w:p>
      <w:r>
        <w:rPr>
          <w:b/>
        </w:rPr>
        <w:t xml:space="preserve">[42:13] </w:t>
      </w:r>
      <w:r>
        <w:t>jo bohat hi sabak wala hai</w:t>
      </w:r>
    </w:p>
    <w:p>
      <w:pPr>
        <w:jc w:val="right"/>
      </w:pPr>
      <w:r>
        <w:t>جو بہت ہی سبق والا ہے</w:t>
      </w:r>
    </w:p>
    <w:p>
      <w:r>
        <w:rPr>
          <w:b/>
        </w:rPr>
        <w:t xml:space="preserve">[42:18] </w:t>
      </w:r>
      <w:r>
        <w:t>dekhiye jab rasool Allah ki death hui to ab masla tha ke ab khaleefa kaun ho us waqt</w:t>
      </w:r>
    </w:p>
    <w:p>
      <w:pPr>
        <w:jc w:val="right"/>
      </w:pPr>
      <w:r>
        <w:t>دیکھیے جب رسول اللہ کی ڈیتھ ہوئی تو اب مسئلہ تھا کہ اب خلیفہ کون ہو اس وقت</w:t>
      </w:r>
    </w:p>
    <w:p>
      <w:r>
        <w:rPr>
          <w:b/>
        </w:rPr>
        <w:t xml:space="preserve">[42:26] </w:t>
      </w:r>
      <w:r>
        <w:t>na sirf makka madina balkeh poora arab islam ke tehat aa chuka tha to poore arab ke aik</w:t>
      </w:r>
    </w:p>
    <w:p>
      <w:pPr>
        <w:jc w:val="right"/>
      </w:pPr>
      <w:r>
        <w:t>نہ صرف مکہ مدینہ بلکہ پورا عرب اسلام کے تحت ا چکا تھا تو پورے عرب کے ایک</w:t>
      </w:r>
    </w:p>
    <w:p>
      <w:r>
        <w:rPr>
          <w:b/>
        </w:rPr>
        <w:t xml:space="preserve">[42:33] </w:t>
      </w:r>
      <w:r>
        <w:t>khaleefa ke bananay ka sawal tha</w:t>
      </w:r>
    </w:p>
    <w:p>
      <w:pPr>
        <w:jc w:val="right"/>
      </w:pPr>
      <w:r>
        <w:t>خلیفہ کے بنانے کا سوال تھا</w:t>
      </w:r>
    </w:p>
    <w:p>
      <w:r>
        <w:rPr>
          <w:b/>
        </w:rPr>
        <w:t xml:space="preserve">[42:39] </w:t>
      </w:r>
      <w:r>
        <w:t>to us waqt center jo tha woh madina tha</w:t>
      </w:r>
    </w:p>
    <w:p>
      <w:pPr>
        <w:jc w:val="right"/>
      </w:pPr>
      <w:r>
        <w:t>تو اس وقت سینٹر جو تھا وہ مدینہ تھا</w:t>
      </w:r>
    </w:p>
    <w:p>
      <w:r>
        <w:rPr>
          <w:b/>
        </w:rPr>
        <w:t xml:space="preserve">[42:45] </w:t>
      </w:r>
      <w:r>
        <w:t>madina mein us waqt do baray leader thay asal mein do baray tab woh thay group thay dono mein se ek leader tha to ek group tha muhajireen ka yani immigrants ka doosra group tha ansar ka yani locals ka</w:t>
      </w:r>
    </w:p>
    <w:p>
      <w:pPr>
        <w:jc w:val="right"/>
      </w:pPr>
      <w:r>
        <w:t>مدینہ میں اس وقت دو بڑے لیڈر تھے اصل میں دو بڑے تب وہ تھے گروپ تھے دونوں میں سے ایک لیڈر تھا تو ایک گروپ تھا مہاجرین کا یعنی امیگرنٹس کا دوسرا گروپ تھا انصار کا یعنی لوکلز کا</w:t>
      </w:r>
    </w:p>
    <w:p>
      <w:r>
        <w:rPr>
          <w:b/>
        </w:rPr>
        <w:t xml:space="preserve">[43:04] </w:t>
      </w:r>
      <w:r>
        <w:t>to ansar ke baray leader thay saad ibn ubadah aur quraish ke ya muhajireen ke baray leader thay abubakar to kya hua ke ansar jo thay woh chahtay thay ke saad bin ubadah ko khalifa banaya jaye</w:t>
      </w:r>
    </w:p>
    <w:p>
      <w:pPr>
        <w:jc w:val="right"/>
      </w:pPr>
      <w:r>
        <w:t>تو انصار کے بڑے لیڈر تھے سعد ابن عبادہ اور قریش کے یا مہاجرین کے بڑے لیڈر تھے ابوبکر تو کیا ہوا کہ انصار جو تھے وہ چاہتے تھے کہ سعد بن عبادہ کو خلیفہ بنایا جائے</w:t>
      </w:r>
    </w:p>
    <w:p>
      <w:r>
        <w:rPr>
          <w:b/>
        </w:rPr>
        <w:t xml:space="preserve">[43:23] </w:t>
      </w:r>
      <w:r>
        <w:t>doosri taraf muhajireen yeh chahtay thay ke in mein ek aadmi khalifa banaya jaye yani Hazrat abubakar ko</w:t>
      </w:r>
    </w:p>
    <w:p>
      <w:pPr>
        <w:jc w:val="right"/>
      </w:pPr>
      <w:r>
        <w:t>دوسری طرف مہاجرین یہ چاہتے تھے کہ ان میں ایک ادمی خلیفہ بنایا جائے یعنی حضرت ابوبکر کو</w:t>
      </w:r>
    </w:p>
    <w:p>
      <w:r>
        <w:rPr>
          <w:b/>
        </w:rPr>
        <w:t xml:space="preserve">[43:34] </w:t>
      </w:r>
      <w:r>
        <w:t>us waqt faisla kaise hua ke bara zabardast behas chali wahan par faisla is tarah hua ke wahan par ek sahabi ne bataya ke rasool Allah ne yeh kaha tha ke al a immatu min quraish ke khalifa jo hai woh quraish mein se hoga to sab logon ne surrender kar diya</w:t>
      </w:r>
    </w:p>
    <w:p>
      <w:pPr>
        <w:jc w:val="right"/>
      </w:pPr>
      <w:r>
        <w:t>اس وقت فیصلہ کیسے ہوا کہ بڑا زبردست بحث چلی وہاں پر فیصلہ اس طرح ہوا کہ وہاں پر ایک صحابی نے بتایا کہ رسول اللہ نے یہ کہا تھا کہ الائمۃ بن قریش کہ خلیفہ جو ہے وہ قریش میں سے ہوگا تو سب لوگوں نے سرینڈر کر دیا</w:t>
      </w:r>
    </w:p>
    <w:p>
      <w:r>
        <w:rPr>
          <w:b/>
        </w:rPr>
        <w:t xml:space="preserve">[43:59] </w:t>
      </w:r>
      <w:r>
        <w:t>rasool Allah ne kyun aisa kaha tha is ke bohat bari is ke peechay bohat bari wisdom thi kyun ke arab mein us waqt quraish jo thay quraish ka jo tribe tha woh hazaron saal se wahan par yani qaid bana chala aa raha tha yani नेतृत्व ki leadership ki jo traditions theen woh quraish walon ke sath thi</w:t>
      </w:r>
    </w:p>
    <w:p>
      <w:pPr>
        <w:jc w:val="right"/>
      </w:pPr>
      <w:r>
        <w:t>رسول اللہ نے کیوں ایسا کہا تھا اس کے بہت بڑی اس کے پیچھے بہت بڑی وزڈم تھی کیونکہ عرب میں اس وقت قریش جو تھے قریش کا جو ٹرائب تھا وہ ہزاروں سال سے وہاں پر یعنی قائد بنا چلا ا رہا تھا یعنی قیادت کی جو لیڈرشپ کی جو ٹریڈیشنز تھیں وہ قریش والوں کے ساتھ تھ</w:t>
      </w:r>
    </w:p>
    <w:p>
      <w:r>
        <w:rPr>
          <w:b/>
        </w:rPr>
        <w:t xml:space="preserve">[44:26] </w:t>
      </w:r>
      <w:r>
        <w:t>theen aap jantay hain ke political system is ke baghair nahi bach sakta ke woh aadmi qaid ho leader ho jis ke peechay traditions chali aa rahi hain</w:t>
      </w:r>
    </w:p>
    <w:p>
      <w:pPr>
        <w:jc w:val="right"/>
      </w:pPr>
      <w:r>
        <w:t>یں اپ جانتے ہیں کہ پولیٹیکل سسٹم اس کے بغیر نہیں بچ سکتا کہ وہ ادمی قائد ہو لیڈر ہو جس کے پیچھے ٹریڈیشنز چلی ا رہی ہیں</w:t>
      </w:r>
    </w:p>
    <w:p>
      <w:r>
        <w:rPr>
          <w:b/>
        </w:rPr>
        <w:t xml:space="preserve">[44:40] </w:t>
      </w:r>
      <w:r>
        <w:t>to agar aise logon ko banaya jata jin ke sath leadership ki tradition nahi thi to wahan revert ho jata log uska dab dabha na mantay us ki matahati qabool na kartay aur thode shuru ho jatay</w:t>
      </w:r>
    </w:p>
    <w:p>
      <w:pPr>
        <w:jc w:val="right"/>
      </w:pPr>
      <w:r>
        <w:t>تو اگر ایسے لوگوں کو بنایا جاتا جن کے ساتھ لیڈرشپ کی ٹریڈیشن نہیں تھی تو وہاں ریورٹ ہو جاتا لوگ اس کا دبدبہ نہ مانتے اس کا اس کی ماتحتی قبول نہ کرتے اور تھوڑے شروع ہو جاتے</w:t>
      </w:r>
    </w:p>
    <w:p>
      <w:r>
        <w:rPr>
          <w:b/>
        </w:rPr>
        <w:t xml:space="preserve">[44:56] </w:t>
      </w:r>
      <w:r>
        <w:t>is liye rasool Allah ne kaha tha ke al a immatu min quraish ke quraish mein se tum khalifa banana to us waqt jab yeh hadith samnay aai to logon ne is ko surrender kar ke maan liya is ka matlab yeh hai ke jab hadith aa jaye jab quran aa jaye to doosray sari consideration ko secondary bana dena chahiye</w:t>
      </w:r>
    </w:p>
    <w:p>
      <w:pPr>
        <w:jc w:val="right"/>
      </w:pPr>
      <w:r>
        <w:t>اس لیے رسول اللہ نے کہا تھا کہ الائمۃ بن قریش کہ قریش میں سے تم خلیفہ بنانا تو اس وقت جب یہ حدیث سامنے ائی تو لوگوں نے اس کو سرینڈر کر کے مان لیا اس کا معنی یہ ہے کہ جب حدیث ا جائے جب قران ا جائے تو دوسرے سارے کنسیڈریشن کو سیکنڈری بنا دینا چاہیے</w:t>
      </w:r>
    </w:p>
    <w:p>
      <w:r>
        <w:rPr>
          <w:b/>
        </w:rPr>
        <w:t xml:space="preserve">[45:19] </w:t>
      </w:r>
      <w:r>
        <w:t>apni sentiment ko apni soch ko us waqt peechay kar dena chahiye jab ke quran ki koi taleem ya rasool Allah ki koi taleem samnay aa jaye yeh tha sahaba ka tareeqa</w:t>
      </w:r>
    </w:p>
    <w:p>
      <w:pPr>
        <w:jc w:val="right"/>
      </w:pPr>
      <w:r>
        <w:t>اپنی سینٹیمنٹ کو اپنی سوچ کو اس وقت پیچھے کر دینا چاہیے جب کہ قران کی کوئی تعلیم یا رسول اللہ کی کوئی تعلیم سامنے اجائے یہ تھا صحابہ کا طریقہ</w:t>
      </w:r>
    </w:p>
    <w:p>
      <w:r>
        <w:rPr>
          <w:b/>
        </w:rPr>
        <w:t xml:space="preserve">[45:36] </w:t>
      </w:r>
      <w:r>
        <w:t>isi tarah se dekhiye sahaba ki majlison mein jo log bethay thay to sab log bohat hi ghaur se chup ho kar suntay thay bilkul chup chap suntay thay woh</w:t>
      </w:r>
    </w:p>
    <w:p>
      <w:pPr>
        <w:jc w:val="right"/>
      </w:pPr>
      <w:r>
        <w:t>اسی طرح سے دیکھیے صحابہ کی مجلسوں میں جو لوگ بیٹھتے تھے تو سب لوگ بہت ہی غور سے چپ ہو کر سنتے تھے بالکل چپ چاپ سنتے تھے وہ</w:t>
      </w:r>
    </w:p>
    <w:p>
      <w:r>
        <w:rPr>
          <w:b/>
        </w:rPr>
        <w:t xml:space="preserve">[45:49] </w:t>
      </w:r>
      <w:r>
        <w:t>kuch log aisay thay jo baray family walay thay paise walay thay to woh kehtay thay raay na raay na raay na ka matlab hota hai hamari taraf tawajjuh kijiye hamari taraf attention dijiye hamari taraf tawajjuh kijiye hamari attention yani matlab yeh ke woh expect kartay thay ke un se special attention diya jayega un ko</w:t>
      </w:r>
    </w:p>
    <w:p>
      <w:pPr>
        <w:jc w:val="right"/>
      </w:pPr>
      <w:r>
        <w:t>کچھ لوگ ایسے تھے جو بڑے فیملی والے تھے پیسے والے تھے تو وہ کہتے تھے رائے نہ رائے نہ رائے نہ کا مطلب ہوتا ہے ہماری طرف توجہ کیجئے ہماری طرف اٹینشن دیجئے ہماری طرف توجہ کیجئے ہماری اٹینشن یعنی مطلب یہ کہ وہ ایکسپیکٹ کرتے تھے کہ ان سے اسپیشل اٹینشن دیا جائے گا ان کو</w:t>
      </w:r>
    </w:p>
    <w:p>
      <w:r>
        <w:rPr>
          <w:b/>
        </w:rPr>
        <w:t xml:space="preserve">[46:13] </w:t>
      </w:r>
      <w:r>
        <w:t>raay na ka matlab yeh hota tha ke hamare sath hum baray log hain hum oonche log hain to hamare sath special attention dijiye aap</w:t>
      </w:r>
    </w:p>
    <w:p>
      <w:pPr>
        <w:jc w:val="right"/>
      </w:pPr>
      <w:r>
        <w:t>رائے نہ کا مطلب یہ ہوتا تھا کہ ہمارے ساتھ ہم بڑے لوگ ہیں ہم اونچے لوگ ہیں تو ہمارے ساتھ اسپیشل اٹینشن دیجئے اپ</w:t>
      </w:r>
    </w:p>
    <w:p>
      <w:r>
        <w:rPr>
          <w:b/>
        </w:rPr>
        <w:t xml:space="preserve">[46:25] </w:t>
      </w:r>
      <w:r>
        <w:t>to quran mein aaya ke yeh bohat hi buri zehniyat hai ke aap special attention chahen</w:t>
      </w:r>
    </w:p>
    <w:p>
      <w:pPr>
        <w:jc w:val="right"/>
      </w:pPr>
      <w:r>
        <w:t>تو قران میں ایا کہ یہ بہت ہی بری ذہنیت ہے کہ اپ اسپیشل اٹینشن چاہیں</w:t>
      </w:r>
    </w:p>
    <w:p>
      <w:r>
        <w:rPr>
          <w:b/>
        </w:rPr>
        <w:t xml:space="preserve">[46:34] </w:t>
      </w:r>
      <w:r>
        <w:t>ch</w:t>
      </w:r>
    </w:p>
    <w:p>
      <w:pPr>
        <w:jc w:val="right"/>
      </w:pPr>
      <w:r>
        <w:t>چ</w:t>
      </w:r>
    </w:p>
    <w:p>
      <w:r>
        <w:rPr>
          <w:b/>
        </w:rPr>
        <w:t xml:space="preserve">[46:35] </w:t>
      </w:r>
      <w:r>
        <w:t>nanchah logon ne itna zyada un ko dabaya ke phir un ka yani yeh mutalba khatm ho gaya aur chup chap aa kar sunne lage woh aa kar ke to is mein yeh sabaq milta hai ke jab bhi koi kaam ho to kisi ko yeh nahi chahie tha ke mujhe special attention diya jaye</w:t>
      </w:r>
    </w:p>
    <w:p>
      <w:pPr>
        <w:jc w:val="right"/>
      </w:pPr>
      <w:r>
        <w:t>نانچہ لوگوں نے اتنا زیادہ ان کو دبایا کہ پھر ان کا یعنی یہ مطالبہ ختم ہو گیا اور چپ چاپ ا کر سننے لگے وہ ا کر کے تو اس میں یہ سبق ملتا ہے کہ جب بھی کوئی کام ہو تو کسی کو یہ نہیں چاہنا چاہیے کہ مجھے اسپیشل اٹینشن دیا جائے</w:t>
      </w:r>
    </w:p>
    <w:p>
      <w:r>
        <w:rPr>
          <w:b/>
        </w:rPr>
        <w:t xml:space="preserve">[46:57] </w:t>
      </w:r>
      <w:r>
        <w:t>kuch nahi jo jo halaat ka jo taqaza hoga mission ka jo faida jis mein hoga us ko us ke us ka lehaaz kiya jayega kisi fard ko is liye ke woh bare family ka hai paise wala hai us ko special attention nahi diya jayega yeh hai sahaba ki ki ki zindagi ka sabaq</w:t>
      </w:r>
    </w:p>
    <w:p>
      <w:pPr>
        <w:jc w:val="right"/>
      </w:pPr>
      <w:r>
        <w:t>کچھ نہیں جو جو حالات کا جو تقاضا ہوگا مشن کا جو فائدہ جس میں ہوگا اس کو اس کے اس کا لحاظ کیا جائے گا کسی فرد کو اس لیے کہ وہ بڑے فیملی کا ہے پیسے والا ہے اس کو اسپیشل اٹینشن نہیں دیا جائے گا یہ ہے صحابہ کی کی کی زندگی کا سبق</w:t>
      </w:r>
    </w:p>
    <w:p>
      <w:r>
        <w:rPr>
          <w:b/>
        </w:rPr>
        <w:t xml:space="preserve">[47:27] </w:t>
      </w:r>
      <w:r>
        <w:t>ek rasool Allah ki ek ahliya theen aisha to ek khatoon jo ke un ka qad chota tha to un ke bare mein unhon ne keh diya un ka zikr hua to aap ne kaha ke woh yani aisha ne is hath se ishara kiya ke woh to is mein aata hai ke taani qaseera jis ko urdu mein hum kehte hain naati are woh naati</w:t>
      </w:r>
    </w:p>
    <w:p>
      <w:pPr>
        <w:jc w:val="right"/>
      </w:pPr>
      <w:r>
        <w:t>ایک رسول اللہ کی ایک اہلیہ تھیں عائشہ تو ایک خاتون جو کہ ان کا قد چھوٹا تھا تو ان کے بارے میں انہوں نے کہہ دیا ان کا ذکر ہوا تو اپ نے کہا کہ وہ یعنی عائشہ نے اس ہاتھ سے اشارہ کیا کہ وہ تو اس میں اتا ہے کہ تانی قصیرہ جس کو اردو میں ہم کہتے ہیں ناٹی ارے وہ ناٹی</w:t>
      </w:r>
    </w:p>
    <w:p>
      <w:r>
        <w:rPr>
          <w:b/>
        </w:rPr>
        <w:t xml:space="preserve">[47:56] </w:t>
      </w:r>
      <w:r>
        <w:t>un ka size chota tha to rasool Allah ne kaha ke tum ne ek aisi baat kahi hai ke agar us ko ocean mein daal diya hai ocean bhi pollute ho jaye itni si baat ke unhon ne hath ke ishare se kaha tha are woh matlab woh jo naati si hai kitab mein aata hai ke taani qaseera</w:t>
      </w:r>
    </w:p>
    <w:p>
      <w:pPr>
        <w:jc w:val="right"/>
      </w:pPr>
      <w:r>
        <w:t>ان کا سائز چھوٹا تھا تو رسول اللہ نے کہا کہ تم نے ایک ایسی بات کہی ہے کہ اگر اس کو اوشن میں ڈال دیا ہے اوشن بھی پلوٹ ہو جائے اتنی سی بات کہ انہوں نے ہاتھ کے اشارے سے کہا تھا ارے وہ مطلب وہ جو ناٹی سی ہے کتاب میں اتا ہے کہ تانی قصیرہ</w:t>
      </w:r>
    </w:p>
    <w:p>
      <w:r>
        <w:rPr>
          <w:b/>
        </w:rPr>
        <w:t xml:space="preserve">[48:21] </w:t>
      </w:r>
      <w:r>
        <w:t>to kisi ko humiliate karna kisi ko degrade karna kisi ko chota samajhna yeh bohat hi zyada buri cheez hai sahaba ki zindagi is se is se khali thi un ka har aadmi ka respect tha har aadmi ka barabar ki izzat thi aur chahe woh paise wala hai be paise wala hai chote qad ka hai bare qad ka hai kuch bhi hai insan hai to woh qabil izzat hai</w:t>
      </w:r>
    </w:p>
    <w:p>
      <w:pPr>
        <w:jc w:val="right"/>
      </w:pPr>
      <w:r>
        <w:t>تو کسی کو ہیومیلیٹ کرنا کسی کو ڈی گریٹ کرنا کسی کو چھوٹا سمجھنا یہ بہت ہی زیادہ بری چیز ہے صحابہ کی زندگی اس سے اس سے خالی تھی ان کا ہر ادمی کا ریسپیکٹ تھا ہر ادمی کا برابر کی عزت تھی اور چاہے وہ پیسے والا ہے بے پیسے والا ہے چھوٹے قد کا ہے بڑے قد کا ہے کچھ بھی ہے انسان ہے تو وہ قابل عزت ہے</w:t>
      </w:r>
    </w:p>
    <w:p>
      <w:r>
        <w:rPr>
          <w:b/>
        </w:rPr>
        <w:t xml:space="preserve">[48:49] </w:t>
      </w:r>
      <w:r>
        <w:t>to rasool Allah ne kaha ke yeh jo tum ne kaha yeh itna zyada Allah ko napasand hai ke agar yeh jumla yeh sentence ocean mein daal diya jaye ocean mein bhi pani is ka yani woh kharab ho jaye</w:t>
      </w:r>
    </w:p>
    <w:p>
      <w:pPr>
        <w:jc w:val="right"/>
      </w:pPr>
      <w:r>
        <w:t>تو رسول اللہ نے کہا کہ یہ جو تم نے کہا یہ اتنا زیادہ اللہ کو ناپسند ہے کہ اگر یہ جملہ یہ سینٹنس اوشن میں ڈال دیا جائے اوشن میں بھی پانی اس کا یعنی وہ خراب ہو جائے</w:t>
      </w:r>
    </w:p>
    <w:p>
      <w:r>
        <w:rPr>
          <w:b/>
        </w:rPr>
        <w:t xml:space="preserve">[49:08] </w:t>
      </w:r>
      <w:r>
        <w:t>is se aap samajh sakte hain ke kitni zyada importance hai is baat ki ke aadmi</w:t>
      </w:r>
    </w:p>
    <w:p>
      <w:pPr>
        <w:jc w:val="right"/>
      </w:pPr>
      <w:r>
        <w:t>اس سے اپ سمجھ سکتے ہیں کہ کتنی زیادہ امپورٹنس ہے اس بات کی کہ ادمی</w:t>
      </w:r>
    </w:p>
    <w:p>
      <w:r>
        <w:rPr>
          <w:b/>
        </w:rPr>
        <w:t xml:space="preserve">[49:16] </w:t>
      </w:r>
      <w:r>
        <w:t>aadmi apne aap pe na jiye balkeh mission mein jiye apne aap pe na jiye balkeh Khuda mein</w:t>
      </w:r>
    </w:p>
    <w:p>
      <w:pPr>
        <w:jc w:val="right"/>
      </w:pPr>
      <w:r>
        <w:t>ادمی اپنے اپ پہ نہ جیے بلکہ مشن میں جیے اپنے اپ پہ نہ جیے بلکہ خدا میں</w:t>
      </w:r>
    </w:p>
    <w:p>
      <w:r>
        <w:rPr>
          <w:b/>
        </w:rPr>
        <w:t xml:space="preserve">[49:22] </w:t>
      </w:r>
      <w:r>
        <w:t>jiye apne aap pe na jiye balkeh rasool Allah aur Khuda aur rasool ki jo marzi hai us</w:t>
      </w:r>
    </w:p>
    <w:p>
      <w:pPr>
        <w:jc w:val="right"/>
      </w:pPr>
      <w:r>
        <w:t>جیے اپنے اپ پہ نہ جیے بلکہ رسول اللہ اور خدا اور رسول کی جو مرضی ہے اس</w:t>
      </w:r>
    </w:p>
    <w:p>
      <w:r>
        <w:rPr>
          <w:b/>
        </w:rPr>
        <w:t xml:space="preserve">[49:28] </w:t>
      </w:r>
      <w:r>
        <w:t>ke mutabiq is ki soch ho is ke mutabiq is ka amal ho sahaba ki zindagi ka mutala</w:t>
      </w:r>
    </w:p>
    <w:p>
      <w:pPr>
        <w:jc w:val="right"/>
      </w:pPr>
      <w:r>
        <w:t>کے مطابق اس کی سوچ ہو اس کے مطابق اس کا عمل ہو صحابہ کی زندگی کا مطالعہ</w:t>
      </w:r>
    </w:p>
    <w:p>
      <w:r>
        <w:rPr>
          <w:b/>
        </w:rPr>
        <w:t xml:space="preserve">[49:34] </w:t>
      </w:r>
      <w:r>
        <w:t>karein aap to aksar un ko milenge aap ke apne ko bohat hi kam samajhte thay</w:t>
      </w:r>
    </w:p>
    <w:p>
      <w:pPr>
        <w:jc w:val="right"/>
      </w:pPr>
      <w:r>
        <w:t>کریں اپ تو اکثر ان کو ملیں گے اپ کہ اپنے کو بہت ہی کم سمجھتے تھے</w:t>
      </w:r>
    </w:p>
    <w:p>
      <w:r>
        <w:rPr>
          <w:b/>
        </w:rPr>
        <w:t xml:space="preserve">[49:40] </w:t>
      </w:r>
      <w:r>
        <w:t>bohat kam samajhte the woh jaise ek sahabi ne kaha ke kaash mein mitti ka mitti hota kaash mein tinka hota i wish i wear a particle of dust</w:t>
      </w:r>
    </w:p>
    <w:p>
      <w:pPr>
        <w:jc w:val="right"/>
      </w:pPr>
      <w:r>
        <w:t>بہت کم سمجھتے تھے وہ جیسے ایک صحابی نے کہا کہ کاش میں مٹی کا مٹی ہوتا کاش میں تنکا ہوتا ائی وش ائی ویئر ا پارٹیکل اف ڈسٹ</w:t>
      </w:r>
    </w:p>
    <w:p>
      <w:r>
        <w:rPr>
          <w:b/>
        </w:rPr>
        <w:t xml:space="preserve">[49:56] </w:t>
      </w:r>
      <w:r>
        <w:t>yeh yeh bhi ek yani sahaba ka tareeqa hai Islam ki taleem hai ke apne ko kam samajhna</w:t>
      </w:r>
    </w:p>
    <w:p>
      <w:pPr>
        <w:jc w:val="right"/>
      </w:pPr>
      <w:r>
        <w:t>یہ یہ بھی ایک یعنی صحابہ کا طریقہ ہے اسلام کی تعلیم ہے کہ اپنے کو کم سمجھنا</w:t>
      </w:r>
    </w:p>
    <w:p>
      <w:r>
        <w:rPr>
          <w:b/>
        </w:rPr>
        <w:t xml:space="preserve">[50:05] </w:t>
      </w:r>
      <w:r>
        <w:t>dekhiye arrogance aur egoism aur superiority complex yeh sab shaitani cheezein hain sahi tareeqa jo hai jo Allah ko pasand hai woh kya hai aap ke andar modesty ho aap ke andar tawazu ho aap apne ko aam insano se ki taraf samjhen aur apne ooncha na samjhen</w:t>
      </w:r>
    </w:p>
    <w:p>
      <w:pPr>
        <w:jc w:val="right"/>
      </w:pPr>
      <w:r>
        <w:t>دیکھیے اروگنس اور ایگو ازم اور فیپیٹری کمپلیکس یہ سب شیطانی چیزیں ہیں صحیح طریقہ جو ہے جو اللہ کو پسند ہے وہ کیا ہے اپ کے اندر ماڈیسٹی ہو اپ کے اندر تواضع ہو اپ اپنے کو عام انسانوں سے کی طرف سمجھیں اور اپنے اونچا نہ سمجھیں</w:t>
      </w:r>
    </w:p>
    <w:p>
      <w:r>
        <w:rPr>
          <w:b/>
        </w:rPr>
        <w:t xml:space="preserve">[50:34] </w:t>
      </w:r>
      <w:r>
        <w:t>to unhon ne kaha ke i wish i wear a particle of dust halankeh woh top ke aadmi the top ke aadmi the lekin dekhiye hota kya hai agar aap apna yani apne apna compare karen ek ek aam aadmi se ek insan se to insan insan ke muqable mein compare karne mein yeh hota hai ke aap woh agar us ke paas paisa kam hai to aap un ko bara samajhne lagenge</w:t>
      </w:r>
    </w:p>
    <w:p>
      <w:pPr>
        <w:jc w:val="right"/>
      </w:pPr>
      <w:r>
        <w:t>تو انہوں نے کہا کہ ائی وش ائی ویئر ا پارٹیکل اف ڈسٹ حالانکہ وہ ٹاپ کے ادمی تھے ٹاپ کے ادمی تھے لیکن دیکھیے ہوتا کیا ہے اگر اپ اپنا یعنی اپنے اپنا کمپیئر کریں ایک ایک عام ادمی سے ایک انسان سے تو انسان انسان کے مقابلے میں کمپیئر کرنے میں یہ ہوتا ہے کہ اپ وہ اگر اس کے پاس پیسہ کم ہے تو اپ ان کو بڑا سمجھنے لگیں گے</w:t>
      </w:r>
    </w:p>
    <w:p>
      <w:r>
        <w:rPr>
          <w:b/>
        </w:rPr>
        <w:t xml:space="preserve">[51:03] </w:t>
      </w:r>
      <w:r>
        <w:t>us ke paas political power nahi to aap aap ke paas power hai to aap unhein ooncha samjhenge jab insan aur insan ke muqable mein compare kiya jata hai tab bhi yeh egoism aata hai arrogance aata hai lekin agar aap apna comparison karen Khuda se to Khuda ke muqable mein kon bara hai chahe rich ho ya poor ho chahe badshah ho ya aam aadmi ho Khuda ke muqable mein to koi bara nahi hai</w:t>
      </w:r>
    </w:p>
    <w:p>
      <w:pPr>
        <w:jc w:val="right"/>
      </w:pPr>
      <w:r>
        <w:t>اس کے پاس پولیٹیکل پاور نہیں تو اپ اپ کے پاس پاور ہے تو اپ انہیں اونچا سمجھیں گے جب انسان اور انسان کے مقابلے میں کمپیئر کیا جاتا ہے تب بھی یہ ایگو ازم اتا ہے اروگنس اتا ہے لیکن اگر اپ اپنا کمپیریزن کریں خدا سے تو خدا کے مقابلے میں کون بڑا ہے چاہے رچ ہو یا پور ہو چاہے بادشاہ ہو یا عام ادمی ہو خدا کے مقابلے میں تو کوئی بڑا نہیں ہے</w:t>
      </w:r>
    </w:p>
    <w:p>
      <w:r>
        <w:rPr>
          <w:b/>
        </w:rPr>
        <w:t xml:space="preserve">[51:30] </w:t>
      </w:r>
      <w:r>
        <w:t>to yeh woh log the jo Khuda se apne ko muqabla kar ke dekhte the insan se nahi jaise ek ek ek sahabi the abu masood ansari ek martaba woh apne khadim ko apne servant ko maarne lage to rasool Allah wahan ne dekha to aap ne kaha ke ilam aba masood l Allah aqdar alaik minka alaihi al ghulam</w:t>
      </w:r>
    </w:p>
    <w:p>
      <w:pPr>
        <w:jc w:val="right"/>
      </w:pPr>
      <w:r>
        <w:t>تو یہ وہ لوگ تھے جو خدا سے اپنے کو مقابلہ کر کے دیکھتے تھے انسان سے نہیں جیسے ایک ایک ایک صحابی تھے ابو مسعود انصاری ایک مرتبہ وہ اپنے خادم کو اپنے سرونٹ کو مارنے لگے تو رسول اللہ وہاں نے دیکھا تو اپ نے کہا کہ علم ابا مسعود ل اللہ اقد علیک منک علی الغلام</w:t>
      </w:r>
    </w:p>
    <w:p>
      <w:r>
        <w:rPr>
          <w:b/>
        </w:rPr>
        <w:t xml:space="preserve">[51:57] </w:t>
      </w:r>
      <w:r>
        <w:t>yeh abu masood jaan lo ke jitni jitni taqat tum ko is aadmi par hai is khadim par hai us se zyada taqat tumhare upar Allah ko hai usi waqt un ka hath ruk gaya aur usi waqt woh maafi mangne lage is se ab is par ghor kijiye ke wohi aadmi jo pehle us ko maar raha tha wohi achanak badal kaise gaya aur kaise us se maafi mangne laga</w:t>
      </w:r>
    </w:p>
    <w:p>
      <w:pPr>
        <w:jc w:val="right"/>
      </w:pPr>
      <w:r>
        <w:t>اے ابو مسعود جان لو کہ جتنی جتنی طاقت تم کو اس ادمی پر ہے اس خادم پر ہے اس سے زیادہ طاقت تمہارے اوپر خدا کو ہے اسی وقت ان کا ہاتھ رک گیا اور اسی وقت وہ معافی مانگنے لگے اس سے اب اس پر غور کیجئے کہ وہی ادمی جو پہلے اس کو مار رہا تھا وہی اچانک بدل کیسے گیا اور کیسے اس سے معافی مانگنے لگا</w:t>
      </w:r>
    </w:p>
    <w:p>
      <w:r>
        <w:rPr>
          <w:b/>
        </w:rPr>
        <w:t xml:space="preserve">[52:26] </w:t>
      </w:r>
      <w:r>
        <w:t>to yeh samajh aayega ke pehle woh dekh rahe the yeh ke mein aaqa hoon woh ghulam hai mera mein paise wala hoon woh be paisa hai meri ek position hai samaj mein us ki koi position nahi hai is comparison mein apne ko woh ooncha paate the lekin jab rasool Allah ne yaad dilaya ke tum aur tumhara khadim dono Khuda ke muqable mein chhote hi chhote hain</w:t>
      </w:r>
    </w:p>
    <w:p>
      <w:pPr>
        <w:jc w:val="right"/>
      </w:pPr>
      <w:r>
        <w:t>تو یہ سمجھ ائے گا کہ پہلے وہ دیکھ رہے تھے یہ کہ میں اقا ہوں وہ غلام ہے میرا میں پیسے والا ہوں وہ بے پیسہ ہے میری ایک پوزیشن ہے سماج میں اس کی کوئی پوزیشن نہیں ہے اس کمپیریزن میں اپنے کو وہ اونچا پاتے تھے لیکن جب رسول اللہ نے یاد دلایا کہ تم اور تمہارا خادم دونوں خدا کے مقابلے میں چھوٹے ہی چھوٹے ہیں</w:t>
      </w:r>
    </w:p>
    <w:p>
      <w:r>
        <w:rPr>
          <w:b/>
        </w:rPr>
        <w:t xml:space="preserve">[52:53] </w:t>
      </w:r>
      <w:r>
        <w:t>ab yani matlab apna aur apne apne khadim dono compare karo Khuda se to jab unhon ne compare kiya to pata chala ke hum to dono ek hi satah par khade hue hain yani Khuda ke muqable mein dono chhote ho gaye to</w:t>
      </w:r>
    </w:p>
    <w:p>
      <w:pPr>
        <w:jc w:val="right"/>
      </w:pPr>
      <w:r>
        <w:t>اب یعنی مطلب اپنا اور اپنے اپنے خادم دونوں کمپیئر کرو خدا سے تو جب انہوں نے کمپیئر کیا تو پتہ چلا کہ ہم تو دونوں ایک ہی سطح پر کھڑے ہوئے ہیں یعنی خدا کے مقابلے میں دونوں چھوٹے ہو گئے تو</w:t>
      </w:r>
    </w:p>
    <w:p>
      <w:r>
        <w:rPr>
          <w:b/>
        </w:rPr>
        <w:t xml:space="preserve">[53:09] </w:t>
      </w:r>
      <w:r>
        <w:t>sahi jo hamein milta hai Islami mizaj yani sahaba ke zariye woh yeh hai ke apna taqabul apna comparison aap Khuda se karen to aap ke andar modesty rahegi aap ke andar superiority complex se bach jayenge aap apne ko ooncha nahi samjhenge kyunke Khuda ke muqable mein kon bara hai</w:t>
      </w:r>
    </w:p>
    <w:p>
      <w:pPr>
        <w:jc w:val="right"/>
      </w:pPr>
      <w:r>
        <w:t>صحیح جو ہمیں ملتا ہے اسلامی مزاج یعنی صحابہ کے ذریعے وہ یہ ہے کہ اپنا تقابل اپنا کمپیریزن اپ خدا سے کریں تو اپ کے اندر ماڈیسٹی رہے گی اپ کے اندر سپیریٹی کمپلیکس سے بچ جائیں گے اپ اپنے کو اونچا نہیں سمجھیں گے کیونکہ خدا کے مقابلے میں کون بڑا ہے</w:t>
      </w:r>
    </w:p>
    <w:p>
      <w:r>
        <w:rPr>
          <w:b/>
        </w:rPr>
        <w:t xml:space="preserve">[53:37] </w:t>
      </w:r>
      <w:r>
        <w:t>Khuda ke muqable mein to sare hi chhote hain</w:t>
      </w:r>
    </w:p>
    <w:p>
      <w:pPr>
        <w:jc w:val="right"/>
      </w:pPr>
      <w:r>
        <w:t>خدا کے مقابلے میں تو سارے ہی چھوٹے ہیں</w:t>
      </w:r>
    </w:p>
    <w:p>
      <w:r>
        <w:rPr>
          <w:b/>
        </w:rPr>
        <w:t xml:space="preserve">[53:42] </w:t>
      </w:r>
      <w:r>
        <w:t>in logon sahaba ki zindagi ka mutala karte hue mein ne ek baat yeh pai hai ke yeh log complex free insan the har qism ke complex se upar the woh acha complex free insan hona ek bohat bari blessing hai</w:t>
      </w:r>
    </w:p>
    <w:p>
      <w:pPr>
        <w:jc w:val="right"/>
      </w:pPr>
      <w:r>
        <w:t>ان لوگوں صحابہ کی زندگی کا مطالعہ کرتے ہوئے میں نے ایک بات یہ پائی ہے کہ یہ لوگ کمپلیکس فری انسان تھے ہر قسم کے کمپلیکس سے اوپر تھے وہ اچھا کمپلیکس فری انسان ہونا ایک بہت بڑی بلیسنگ ہے</w:t>
      </w:r>
    </w:p>
    <w:p>
      <w:r>
        <w:rPr>
          <w:b/>
        </w:rPr>
        <w:t xml:space="preserve">[54:00] </w:t>
      </w:r>
      <w:r>
        <w:t>complex free insan hona ek bohat bari blessing hai</w:t>
      </w:r>
    </w:p>
    <w:p>
      <w:pPr>
        <w:jc w:val="right"/>
      </w:pPr>
      <w:r>
        <w:t>کمپلیکس فری انسان ہونا ایک بہت بڑی بلیسنگ ہے</w:t>
      </w:r>
    </w:p>
    <w:p>
      <w:r>
        <w:rPr>
          <w:b/>
        </w:rPr>
        <w:t xml:space="preserve">[54:03] </w:t>
      </w:r>
      <w:r>
        <w:t>is mein se aik yeh hai ke aap ke andar wisdom wisdom aati hai samajh boojh aati hai</w:t>
      </w:r>
    </w:p>
    <w:p>
      <w:pPr>
        <w:jc w:val="right"/>
      </w:pPr>
      <w:r>
        <w:t>اس میں سے ایک یہ ہے کہ اپ کے اندر وزڈم وزڈم اتی ہے سمجھ بوجھ اتی ہے</w:t>
      </w:r>
    </w:p>
    <w:p>
      <w:r>
        <w:rPr>
          <w:b/>
        </w:rPr>
        <w:t xml:space="preserve">[54:11] </w:t>
      </w:r>
      <w:r>
        <w:t>budhi aati hai intellectual development hota hai</w:t>
      </w:r>
    </w:p>
    <w:p>
      <w:pPr>
        <w:jc w:val="right"/>
      </w:pPr>
      <w:r>
        <w:t>بدھی اتی ہے انٹلیکچول ڈیویلپمنٹ ہوتا ہے</w:t>
      </w:r>
    </w:p>
    <w:p>
      <w:r>
        <w:rPr>
          <w:b/>
        </w:rPr>
        <w:t xml:space="preserve">[54:15] </w:t>
      </w:r>
      <w:r>
        <w:t>yani wohi cheez jis ko wisdom kehte hain</w:t>
      </w:r>
    </w:p>
    <w:p>
      <w:pPr>
        <w:jc w:val="right"/>
      </w:pPr>
      <w:r>
        <w:t>یعنی وہی چیز جس کو وزڈم کہتے ہیں</w:t>
      </w:r>
    </w:p>
    <w:p>
      <w:r>
        <w:rPr>
          <w:b/>
        </w:rPr>
        <w:t xml:space="preserve">[54:18] </w:t>
      </w:r>
      <w:r>
        <w:t>chunache sahaba ke aap woh parhein un ki baaton ko parhein aap un ki sayings ko parhein un</w:t>
      </w:r>
    </w:p>
    <w:p>
      <w:pPr>
        <w:jc w:val="right"/>
      </w:pPr>
      <w:r>
        <w:t>چنانچہ صحابہ کے اپ وہ پڑھیں ان کی باتوں کو پڑھیں اپ ان کی سینگز کو پڑھیں ان</w:t>
      </w:r>
    </w:p>
    <w:p>
      <w:r>
        <w:rPr>
          <w:b/>
        </w:rPr>
        <w:t xml:space="preserve">[54:25] </w:t>
      </w:r>
      <w:r>
        <w:t>ki speeches ko parhein to is se bari bari wisdom ki baatein milein gi aap ko bohat gehri</w:t>
      </w:r>
    </w:p>
    <w:p>
      <w:pPr>
        <w:jc w:val="right"/>
      </w:pPr>
      <w:r>
        <w:t>کی سپیچز کو پڑھیں تو اس سے بڑی بڑی وزڈم کی باتیں ملیں گی اپ کو بہت گہری</w:t>
      </w:r>
    </w:p>
    <w:p>
      <w:r>
        <w:rPr>
          <w:b/>
        </w:rPr>
        <w:t xml:space="preserve">[54:30] </w:t>
      </w:r>
      <w:r>
        <w:t>baatein</w:t>
      </w:r>
    </w:p>
    <w:p>
      <w:pPr>
        <w:jc w:val="right"/>
      </w:pPr>
      <w:r>
        <w:t>باتیں</w:t>
      </w:r>
    </w:p>
    <w:p>
      <w:r>
        <w:rPr>
          <w:b/>
        </w:rPr>
        <w:t xml:space="preserve">[54:33] </w:t>
      </w:r>
      <w:r>
        <w:t>mein ek sirf ek example deta hoon aap ko ek sahabi ne kaha itni zabardast baat yeh hai ke halankeh yeh koi un ko koi master degree degree un ke paas nahi thi koi doctorate nahi kiya tha unhon ne kisi university ke professor nahi the to yeh jo wisdom ki baat unhon ne kahi woh kaise kahi woh Khuda ki taraf se wisdom aati hai</w:t>
      </w:r>
    </w:p>
    <w:p>
      <w:pPr>
        <w:jc w:val="right"/>
      </w:pPr>
      <w:r>
        <w:t>میں ایک صرف ایک ایگزیمپل دیتا ہوں اپ کو ایک صحابی نے کہا اتنی زبردست بات یہ ہے کہ حالانکہ یہ کوئی ان کو کوئی ماسٹر ڈگری ڈگری ان کے پاس نہیں تھی کوئی ڈاکٹریٹ نہیں کیا تھا انہوں نے کسی یونیورسٹی کے پروفیسر نہیں تھے تو یہ جو وزڈم کی بات انہوں نے کہی وہ کیسے کہی وہ خدا کی طرف سے وزڈم اتی ہے</w:t>
      </w:r>
    </w:p>
    <w:p>
      <w:r>
        <w:rPr>
          <w:b/>
        </w:rPr>
        <w:t xml:space="preserve">[54:58] </w:t>
      </w:r>
      <w:r>
        <w:t>jab aap apne aap ko complex free kar len to Khuda ki wisdom Khuda ka inspiration aap ko milne lagta hai to unhon ne kaha man la yarza bil qaleel mimma yati bihi safi ho yarza bil kaseer</w:t>
      </w:r>
    </w:p>
    <w:p>
      <w:pPr>
        <w:jc w:val="right"/>
      </w:pPr>
      <w:r>
        <w:t>جب اپ اپنے اپ کو کمپلیکس فری کر لیں تو خدا کی وزڈم خدا کا انسپریشن اپ کو ملنے لگتا ہے تو انہوں نے کہا من لایرضا بالقلیل مما یاتی بہ صفی ہویرضا بالکثیر</w:t>
      </w:r>
    </w:p>
    <w:p>
      <w:r>
        <w:rPr>
          <w:b/>
        </w:rPr>
        <w:t xml:space="preserve">[55:18] </w:t>
      </w:r>
      <w:r>
        <w:t>is ka translation yeh hai ke jo aadmi</w:t>
      </w:r>
    </w:p>
    <w:p>
      <w:pPr>
        <w:jc w:val="right"/>
      </w:pPr>
      <w:r>
        <w:t>اس کا ٹرانسلیشن یہ ہے کہ جو ادمی</w:t>
      </w:r>
    </w:p>
    <w:p>
      <w:r>
        <w:rPr>
          <w:b/>
        </w:rPr>
        <w:t xml:space="preserve">[55:25] </w:t>
      </w:r>
      <w:r>
        <w:t>kisi nadan ke chhote shar ko bardasht nahin karega is ko nadan ka bada shar bardasht karna parega yeh kitni badi wisdom ki baat hai is ka matlab yeh hai ke jis dunya mein aap hain jis samaj mein aap rehte hain wahan har aadmi</w:t>
      </w:r>
    </w:p>
    <w:p>
      <w:pPr>
        <w:jc w:val="right"/>
      </w:pPr>
      <w:r>
        <w:t>کسی نادان کے چھوٹے شر کو برداشت نہیں کرے گا اس کو نادان کا بڑا شر برداشت کرنا پڑے گا یہ کتنی بڑی وزڈم کی بات ہے اس کا مطلب یہ ہے کہ جس دنیا میں اپ ہیں جس سماج میں اپ رہتے ہیں وہاں ہر ادمی</w:t>
      </w:r>
    </w:p>
    <w:p>
      <w:r>
        <w:rPr>
          <w:b/>
        </w:rPr>
        <w:t xml:space="preserve">[55:47] </w:t>
      </w:r>
      <w:r>
        <w:t>free hai har aadmi ko azadi mili hui hai har aadmi kuch na kuch gadbad karta rehta hai to kahin na kahin koi kanta aap ko chubhega kahin na kahin koi kichar aap ko lag jayega kyunke jo hamare jo choice hai dunya mein woh lesser evil aur greater evil ka choice hai all good aur all bad ka choice nahin hai</w:t>
      </w:r>
    </w:p>
    <w:p>
      <w:pPr>
        <w:jc w:val="right"/>
      </w:pPr>
      <w:r>
        <w:t>فری ہے ہر ادمی کو ازادی ملی ہوئی ہے ہر ادمی کچھ نہ کچھ گڑبڑ کرتا رہتا ہے تو کہیں نہ کہیں کوئی کانٹا اپ کو چبھ جائے گا کہیں نہ کہیں کوئی کیچڑ اپ کو لگ جائے گا کیونکہ جو ہمارے جو چوائس ہے دنیا میں وہ لیسر ایول اور گیٹر ایول کا چوائس ہے ال گڈ اور ال بیڈ کا چوائس نہیں ہے</w:t>
      </w:r>
    </w:p>
    <w:p>
      <w:r>
        <w:rPr>
          <w:b/>
        </w:rPr>
        <w:t xml:space="preserve">[56:10] </w:t>
      </w:r>
      <w:r>
        <w:t>agar aap is is ko le kar sochen to jin logon ne yeh samjha ke woh all good pa sakte hain zindagi bhar ladte rahe aur kuch mila nahin un ko poori history ko dekh dali aap jin logon ne all good ko apna target kiya woh kuch bhi nahin pa sake poori history mein aap is ka namuna dekh sakte hain</w:t>
      </w:r>
    </w:p>
    <w:p>
      <w:pPr>
        <w:jc w:val="right"/>
      </w:pPr>
      <w:r>
        <w:t>اگر اپ اس اس کو لے کر سوچیں تو جن لوگوں نے یہ سمجھا کہ وہ ال گڈ پا سکتے ہیں زندگی بھر لڑتے رہے اور کچھ ملا نہیں ان کو پوری ہسٹری کو دیکھ ڈالی اپ جن لوگوں نے ال گڈ کو اپنا ٹارگٹ کیا وہ کچھ بھی نہیں پا سکے پوری ہسٹری میں اپ اس کا نمونہ دیکھ سکتے ہیں</w:t>
      </w:r>
    </w:p>
    <w:p>
      <w:r>
        <w:rPr>
          <w:b/>
        </w:rPr>
        <w:t xml:space="preserve">[56:35] </w:t>
      </w:r>
      <w:r>
        <w:t>yeh jo unhon ne kaha ke jo aadmi nadan ke chhote sar ko bardasht nahin karega us ko nadan ke bade sar ko bardasht karna parega yani is ka matlab kya hua is dunya mein choice jo hai woh lesser evil aur greater evil ke beech mein hai to lesser evil par razi ho jao taake tumhein greater evil na mile agar all good ke liye daudoge to kuch bhi nahin paoge</w:t>
      </w:r>
    </w:p>
    <w:p>
      <w:pPr>
        <w:jc w:val="right"/>
      </w:pPr>
      <w:r>
        <w:t>یہ جو انہوں نے کہا کہ جو ادمی نادان کے چھوٹے سر کو برداشت نہیں کرے گا اس کو نادان کے بڑے سر کو برداشت کرنا پڑے گا یعنی اس کا مطلب کیا ہوا اس دنیا میں چوائس جو ہے وہ لیسر ایول اور گریٹر ایول کے بیچ میں ہے تو لیسر ایول پر راضی ہو جاؤ تاکہ تمہیں گریٹر ایول نہ ملے اگر ال گڈ کے لیے دوڑو گے تو کچھ بھی نہیں پاؤ گے</w:t>
      </w:r>
    </w:p>
    <w:p>
      <w:r>
        <w:rPr>
          <w:b/>
        </w:rPr>
        <w:t xml:space="preserve">[57:02] </w:t>
      </w:r>
      <w:r>
        <w:t>yeh itni badi wisdom is ke andar hai main samajhta hoon ke is par aap sochen to poori ek kitab likh sakte hain aap ek poori book likh sakte hain</w:t>
      </w:r>
    </w:p>
    <w:p>
      <w:pPr>
        <w:jc w:val="right"/>
      </w:pPr>
      <w:r>
        <w:t>یہ اتنی بڑی وزڈم اس کے اندر ہے میں سمجھتا ہوں کہ اس پر اپ سوچیں تو پوری ایک کتاب لکھ سکتے ہیں اپ ایک پوری بک لکھ سکتے ہیں</w:t>
      </w:r>
    </w:p>
    <w:p>
      <w:r>
        <w:rPr>
          <w:b/>
        </w:rPr>
        <w:t xml:space="preserve">[57:13] </w:t>
      </w:r>
      <w:r>
        <w:t>yeh log jo the itne zyada yani ego less the main ek waqia arz karoon ke kaise ajeeb ghareeb waqia hai yeh</w:t>
      </w:r>
    </w:p>
    <w:p>
      <w:pPr>
        <w:jc w:val="right"/>
      </w:pPr>
      <w:r>
        <w:t>یہ لوگ جو تھے اتنے زیادہ یعنی ایگو لیس تھے میں ایک واقعہ عرض کروں کہ کیسے عجیب غریب واقعہ ہے یہ</w:t>
      </w:r>
    </w:p>
    <w:p>
      <w:r>
        <w:rPr>
          <w:b/>
        </w:rPr>
        <w:t xml:space="preserve">[57:22] </w:t>
      </w:r>
      <w:r>
        <w:t>jab rasool Allah ki aakhri waqt agaya jab aap ka death hone wali thi to kuch pehle se aap jo kamzori agai thi aap ki physically to aap apne masjid mein jo imamat ki aati hai woh nahin karte the aap apne hujre mein namaz padh lete the to ek din aisa hua ke namaz ka jab waqt hua ghaliban maghrib ka waqt tha to</w:t>
      </w:r>
    </w:p>
    <w:p>
      <w:pPr>
        <w:jc w:val="right"/>
      </w:pPr>
      <w:r>
        <w:t>جب رسول اللہ کی اخری وقت اگیا جب اپ کا ڈیتھ ہونے والی تھی تو کچھ پہلے سے اپ جو کمزوری ا گئی تھی اپ کی فزیکلی تو اپ اپنے مسجد میں جو امامت کی اتی ہے وہ نہیں کرتے تھے اپ اپنے حجرے میں نماز پڑھ لیتے تھے تو ایک دن ایسا ہوا کہ نماز کا جب وقت ہوا غالباً مغرب کا وقت تھا تو</w:t>
      </w:r>
    </w:p>
    <w:p>
      <w:r>
        <w:rPr>
          <w:b/>
        </w:rPr>
        <w:t xml:space="preserve">[57:52] </w:t>
      </w:r>
      <w:r>
        <w:t>jo log aaye the is mein abubakar nahin the hazrat abubakar jo senior sahabi the to hazrat umar the to unhon ne logon ne hazrat umar ko imam ki jagah par khada kar diya yani peechhe saf logon ne bana li aage imam ki jo jagah hoti hai jo namaz ko lead karta hai us ki jagah par unhon ne hazrat umar farooq ko khada kar diya rasool Allah ne dekha wahan hujra se yani woh namaz shuru bhi ho gayi</w:t>
      </w:r>
    </w:p>
    <w:p>
      <w:pPr>
        <w:jc w:val="right"/>
      </w:pPr>
      <w:r>
        <w:t>جو لوگ ائے تھے اس میں ابوبکر نہیں تھے حضرت ابوبکر جو سینئر صحابی تھے تو حضرت عمر تھے تو انہوں نے لوگوں نے حضرت عمر کو امام کی جگہ پر کھڑا کر دیا یعنی پیچھے صف لوگوں نے بنا لی اگے امام کی جو جگہ ہوتی ہے جو نماز کو لیڈ کرتا ہے اس کی جگہ پر انہوں نے حضرت عمر فاروق کو کھڑا کر دیا رسول اللہ نے دیکھا وہاں حجرہ سے یعنی وہ نماز شروع بھی ہو گئی</w:t>
      </w:r>
    </w:p>
    <w:p>
      <w:r>
        <w:rPr>
          <w:b/>
        </w:rPr>
        <w:t xml:space="preserve">[58:20] </w:t>
      </w:r>
      <w:r>
        <w:t>awaz suni aap ne to aap ne wahin se kaha ke umar ki imamat par khuda aur rasool razi nahin hain zara ghor kijiye ke saf ban chuki hai imamat ki jagah par woh khade ho chuke hain namaz shuru ho chuki hai aur rasool Allah wahan se kehte hain hujre se ke umar ki imamat par khuda aur rasool razi nahin hain</w:t>
      </w:r>
    </w:p>
    <w:p>
      <w:pPr>
        <w:jc w:val="right"/>
      </w:pPr>
      <w:r>
        <w:t>اواز سنی اپ نے تو اپ نے وہیں سے کہا کہ عمر کی امامت پر خدا اور رسول راضی نہیں ہیں ذرا غور کیجئے کہ صف بن چکی ہے امامت کی جگہ پر وہ کھڑے ہو چکے ہیں نماز شروع ہو چکی ہے اور رسول اللہ وہاں سے کہتے ہیں حجرے سے کہ عمر کی امامت پر خدا اور رسول راضی نہیں ہیں</w:t>
      </w:r>
    </w:p>
    <w:p>
      <w:r>
        <w:rPr>
          <w:b/>
        </w:rPr>
        <w:t xml:space="preserve">[58:47] </w:t>
      </w:r>
      <w:r>
        <w:t>yeh sun kar kya hua hazrat umar peechhe hat gaye</w:t>
      </w:r>
    </w:p>
    <w:p>
      <w:pPr>
        <w:jc w:val="right"/>
      </w:pPr>
      <w:r>
        <w:t>یہ سن کر کیا ہوا حضرت عمر پیچھے ہٹ گئے</w:t>
      </w:r>
    </w:p>
    <w:p>
      <w:r>
        <w:rPr>
          <w:b/>
        </w:rPr>
        <w:t xml:space="preserve">[58:50] </w:t>
      </w:r>
      <w:r>
        <w:t>tab tak hazrat abubakar aa chuke the logon ne un ko aage badhaya log samajh gaye ke rasool Allah kya chahte hain ke abubakar namaz padhayen namaz ki imamat abubakar karen na ke umar ab ghor kijiye ke imamat ki jagah par ek aadmi khada hua ho aur namaz shuru kar chuka ho aur us ko peechhe kar diya jaye ek aur aadmi ko aage badhaya jaye to dekhne mein to yeh humiliation ka waqia hai lekin unhon ne react nahin kiya</w:t>
      </w:r>
    </w:p>
    <w:p>
      <w:pPr>
        <w:jc w:val="right"/>
      </w:pPr>
      <w:r>
        <w:t>تب تک حضرت ابوبکر ا چکے تھے لوگوں نے ان کو اگے بڑھایا لوگ سمجھ گئے کہ رسول اللہ کیا چاہتے ہیں کہ ابوبکر نماز پڑھائیں نماز کی امامت ابوبکر کریں نہ کہ عمر اب غور کیجئے کہ امامت کی جگہ پر ایک ادمی کھڑا ہوا ہو اور نماز شروع کر چکا ہو اور اس کو پیچھے کر دیا جائے ایک اور ادمی کو اگے بڑھایا جائے تو دیکھنے میں تو یہ ہیومیلیشن کا واقعہ ہے لیکن انہوں نے ری ایکٹ نہیں کیا</w:t>
      </w:r>
    </w:p>
    <w:p>
      <w:r>
        <w:rPr>
          <w:b/>
        </w:rPr>
        <w:t xml:space="preserve">[59:17] </w:t>
      </w:r>
      <w:r>
        <w:t>chup chap peechhe aa gaye aur phir hazrat abubakar aage badhe unhon ne namaz padhai yeh jo hausla hai tha sahaba karam mein isi hausle ke log bade bade kaam karte hain jo yeh nahin dekhte ke mujhe mujhe aage jagah mili hai aap mujhe peechhe jagah mili dono halaton mein woh apne ko normal banaye rakhte hain aage hain tab bhi peechhe hain tab bhi yeh bahut bada dil chahiye is ke liye</w:t>
      </w:r>
    </w:p>
    <w:p>
      <w:pPr>
        <w:jc w:val="right"/>
      </w:pPr>
      <w:r>
        <w:t>چپ چاپ پیچھے اگئے اور پھر حضرت ابوبکر اگے بڑھے انہوں نے نماز پڑھائی یہ جو حوصلہ ہے تھا صحابہ کرام میں اسی حوصلے کے لوگ بڑے بڑے کام کرتے ہیں جو یہ نہیں دیکھتے کہ مجھے مجھے اگے جگہ ملی ہے اپ مجھے پیچھے جگہ ملی دونوں حالتوں میں وہ اپنے کو نارمل بنائے رکھتے ہیں اگے ہیں تب بھی پیچھے ہیں تب بھی یہ بہت بڑا دل چاہیے اس کے لیے</w:t>
      </w:r>
    </w:p>
    <w:p>
      <w:r>
        <w:rPr>
          <w:b/>
        </w:rPr>
        <w:t xml:space="preserve">[59:45] </w:t>
      </w:r>
      <w:r>
        <w:t>mein aksar kaha karta hoon</w:t>
      </w:r>
    </w:p>
    <w:p>
      <w:pPr>
        <w:jc w:val="right"/>
      </w:pPr>
      <w:r>
        <w:t>میں اکثر کہا کرتا ہوں</w:t>
      </w:r>
    </w:p>
    <w:p>
      <w:r>
        <w:rPr>
          <w:b/>
        </w:rPr>
        <w:t xml:space="preserve">[59:48] </w:t>
      </w:r>
      <w:r>
        <w:t>ke jitna bara dil utni bari kamyabi hai</w:t>
      </w:r>
    </w:p>
    <w:p>
      <w:pPr>
        <w:jc w:val="right"/>
      </w:pPr>
      <w:r>
        <w:t>کہ جتنا بڑا دل اتنی بڑی کامیابی ہے</w:t>
      </w:r>
    </w:p>
    <w:p>
      <w:r>
        <w:rPr>
          <w:b/>
        </w:rPr>
        <w:t xml:space="preserve">[59:53] </w:t>
      </w:r>
      <w:r>
        <w:t>to jo log dono ka mizaj ye ho kisi mamle ko izzat ka sawal bana lein humiliation kiya</w:t>
      </w:r>
    </w:p>
    <w:p>
      <w:pPr>
        <w:jc w:val="right"/>
      </w:pPr>
      <w:r>
        <w:t>تو جو لوگ دونوں کا مزاج یہ ہو کسی معاملے کو عزت کا سوال بنا لیں ہیومیلیٹ کیا</w:t>
      </w:r>
    </w:p>
    <w:p>
      <w:r>
        <w:rPr>
          <w:b/>
        </w:rPr>
        <w:t xml:space="preserve">[59:59] </w:t>
      </w:r>
      <w:r>
        <w:t>gaya mujh ko ye kehne lage hain wo koi bara kaam nahi kar sakte</w:t>
      </w:r>
    </w:p>
    <w:p>
      <w:pPr>
        <w:jc w:val="right"/>
      </w:pPr>
      <w:r>
        <w:t>گیا مجھ کو یہ کہنے لگے ہیں وہ کوئی بڑا کام نہیں کر سکتے</w:t>
      </w:r>
    </w:p>
    <w:p>
      <w:r>
        <w:rPr>
          <w:b/>
        </w:rPr>
        <w:t xml:space="preserve">[1:00:06] </w:t>
      </w:r>
      <w:r>
        <w:t>ye sahaba jo thay itna bara kaam kiya unho ne ke alam mein aik inqilab barpa kar diya</w:t>
      </w:r>
    </w:p>
    <w:p>
      <w:pPr>
        <w:jc w:val="right"/>
      </w:pPr>
      <w:r>
        <w:t>یہ صحابہ جو تھے اتنا بڑا کام کیا انہوں نے کہ عالم میں ایک انقلاب برپا کر دیا</w:t>
      </w:r>
    </w:p>
    <w:p>
      <w:r>
        <w:rPr>
          <w:b/>
        </w:rPr>
        <w:t xml:space="preserve">[1:00:12] </w:t>
      </w:r>
      <w:r>
        <w:t>aik aisa inqilab jo kabhi is se pehle nahi aaya tha</w:t>
      </w:r>
    </w:p>
    <w:p>
      <w:pPr>
        <w:jc w:val="right"/>
      </w:pPr>
      <w:r>
        <w:t>ایک ایسا انقلاب جو کبھی اس سے پہلے نہیں ایا تھا</w:t>
      </w:r>
    </w:p>
    <w:p>
      <w:r>
        <w:rPr>
          <w:b/>
        </w:rPr>
        <w:t xml:space="preserve">[1:00:17] </w:t>
      </w:r>
      <w:r>
        <w:t>to is ka raaz kya tha is ka raaz yeh tha ke woh log ego less the woh apne ko oonchi seat seat par dekhne ka mizaj nahin rakhte the apne ko special treatment nahin chahte the woh balkeh jahan bhi unhein khada kar diya jaye wohin woh apna kaam shuru kar dete the</w:t>
      </w:r>
    </w:p>
    <w:p>
      <w:pPr>
        <w:jc w:val="right"/>
      </w:pPr>
      <w:r>
        <w:t>تو اس کا راز کیا تھا اس کا راز یہ تھا کہ وہ لوگ ایگو لیس تھے وہ اپنے کو اونچی سیٹ سیٹ پر دیکھنے کا مزاج نہیں رکھتے تھے اپنے کو اسپیشل ٹریٹمنٹ نہیں چاہتے تھے وہ بلکہ جہاں بھی انہیں کھڑا کر دیا جائے وہیں وہ اپنا کام شروع کر دیتے تھے</w:t>
      </w:r>
    </w:p>
    <w:p>
      <w:r>
        <w:rPr>
          <w:b/>
        </w:rPr>
        <w:t xml:space="preserve">[1:00:44] </w:t>
      </w:r>
      <w:r>
        <w:t>to yeh jo qurbani hai jo sahaba karam ne di yeh hai raaz un ki azeem taraqqi ka jo itna bada ab inqalab laye dunya mein is ki wajah yeh thi ke un ke andar yeh sifat thi woh ego se khali the woh arrogance se khali the woh complex free log</w:t>
      </w:r>
    </w:p>
    <w:p>
      <w:pPr>
        <w:jc w:val="right"/>
      </w:pPr>
      <w:r>
        <w:t>تو یہ جو قربانی ہے جو صحابہ کرام نے دی یہ ہے راز ان کی عظیم ترقی کا جو اتنا بڑا اب انقلاب لائے دنیا میں اس کی وجہ یہ تھی کہ ان کے اندر یہ صفت تھی وہ ایگو سے خالی تھے وہ اروگنس سے خالی تھے وہ کمپلیکس فری لوگ</w:t>
      </w:r>
    </w:p>
    <w:p>
      <w:r>
        <w:rPr>
          <w:b/>
        </w:rPr>
        <w:t xml:space="preserve">[1:01:04] </w:t>
      </w:r>
      <w:r>
        <w:t>the hazrat umar farooq jo khalifa thay second caliph aur is zamane mein jo empire thi islam ki</w:t>
      </w:r>
    </w:p>
    <w:p>
      <w:pPr>
        <w:jc w:val="right"/>
      </w:pPr>
      <w:r>
        <w:t>تھے حضرت عمر فاروق جو خلیفہ تھے سیکنڈ کیلیف اور اس زمانے میں جو ایمپائر تھی اسلام کی</w:t>
      </w:r>
    </w:p>
    <w:p>
      <w:r>
        <w:rPr>
          <w:b/>
        </w:rPr>
        <w:t xml:space="preserve">[1:01:13] </w:t>
      </w:r>
      <w:r>
        <w:t>wo is se bari thi jitni aaj george bush ki empire hai</w:t>
      </w:r>
    </w:p>
    <w:p>
      <w:pPr>
        <w:jc w:val="right"/>
      </w:pPr>
      <w:r>
        <w:t>وہ اس سے بڑی تھی جتنی اج جارج بش کی ایمپائر ہے</w:t>
      </w:r>
    </w:p>
    <w:p>
      <w:r>
        <w:rPr>
          <w:b/>
        </w:rPr>
        <w:t xml:space="preserve">[1:01:17] </w:t>
      </w:r>
      <w:r>
        <w:t>is se bohat bari thi yani asia se le kar africa tak phaili hui thi</w:t>
      </w:r>
    </w:p>
    <w:p>
      <w:pPr>
        <w:jc w:val="right"/>
      </w:pPr>
      <w:r>
        <w:t>اس سے بہت بڑی تھی یعنی ایشیا سے لے کر افریقہ تک پھیلی ہوئی تھی</w:t>
      </w:r>
    </w:p>
    <w:p>
      <w:r>
        <w:rPr>
          <w:b/>
        </w:rPr>
        <w:t xml:space="preserve">[1:01:23] </w:t>
      </w:r>
      <w:r>
        <w:t>to aik din aisa hua ke wo</w:t>
      </w:r>
    </w:p>
    <w:p>
      <w:pPr>
        <w:jc w:val="right"/>
      </w:pPr>
      <w:r>
        <w:t>تو ایک دن ایسا ہوا کہ وہ</w:t>
      </w:r>
    </w:p>
    <w:p>
      <w:r>
        <w:rPr>
          <w:b/>
        </w:rPr>
        <w:t xml:space="preserve">[1:01:27] </w:t>
      </w:r>
      <w:r>
        <w:t>masjid mein khare hue</w:t>
      </w:r>
    </w:p>
    <w:p>
      <w:pPr>
        <w:jc w:val="right"/>
      </w:pPr>
      <w:r>
        <w:t>مسجد میں کھڑے ہوئے</w:t>
      </w:r>
    </w:p>
    <w:p>
      <w:r>
        <w:rPr>
          <w:b/>
        </w:rPr>
        <w:t xml:space="preserve">[1:01:29] </w:t>
      </w:r>
      <w:r>
        <w:t>bolne ke liye jis ko hum khutba kehte hain</w:t>
      </w:r>
    </w:p>
    <w:p>
      <w:pPr>
        <w:jc w:val="right"/>
      </w:pPr>
      <w:r>
        <w:t>بولنے کے لیے جس کو ہم خطبہ کہتے ہیں</w:t>
      </w:r>
    </w:p>
    <w:p>
      <w:r>
        <w:rPr>
          <w:b/>
        </w:rPr>
        <w:t xml:space="preserve">[1:01:34] </w:t>
      </w:r>
      <w:r>
        <w:t>to unho ne kaha ke agar yani jo audience tha audience ne kaha ke agar tum dekho ke</w:t>
      </w:r>
    </w:p>
    <w:p>
      <w:pPr>
        <w:jc w:val="right"/>
      </w:pPr>
      <w:r>
        <w:t>تو انہوں نے کہا کہ اگر یعنی جو اڈینس تھا اڈینس نے کہا کہ اگر تم دیکھو کہ</w:t>
      </w:r>
    </w:p>
    <w:p>
      <w:r>
        <w:rPr>
          <w:b/>
        </w:rPr>
        <w:t xml:space="preserve">[1:01:40] </w:t>
      </w:r>
      <w:r>
        <w:t>mein terha ho gaya hoon matlab koi</w:t>
      </w:r>
    </w:p>
    <w:p>
      <w:pPr>
        <w:jc w:val="right"/>
      </w:pPr>
      <w:r>
        <w:t>میں ٹیڑھا ہو گیا ہوں مطلب کوئی</w:t>
      </w:r>
    </w:p>
    <w:p>
      <w:r>
        <w:rPr>
          <w:b/>
        </w:rPr>
        <w:t xml:space="preserve">[1:01:46] </w:t>
      </w:r>
      <w:r>
        <w:t>ehtejaj ke lafz istemal kiya unho ne ke mein terha hotay hain yani mein koi bhatak gaya hoon</w:t>
      </w:r>
    </w:p>
    <w:p>
      <w:pPr>
        <w:jc w:val="right"/>
      </w:pPr>
      <w:r>
        <w:t>احتجاج کے لفظ استعمال کیا انہوں نے کہ میں ٹیڑھا ہوتے ہیں یعنی میں کوئی بھٹک گیا ہوں</w:t>
      </w:r>
    </w:p>
    <w:p>
      <w:r>
        <w:rPr>
          <w:b/>
        </w:rPr>
        <w:t xml:space="preserve">[1:01:50] </w:t>
      </w:r>
      <w:r>
        <w:t>koi ghalat kaam kar raha hoon to tum kiya karoge</w:t>
      </w:r>
    </w:p>
    <w:p>
      <w:pPr>
        <w:jc w:val="right"/>
      </w:pPr>
      <w:r>
        <w:t>کوئی غلط کام کر رہا ہوں تو تم کیا کرو گے</w:t>
      </w:r>
    </w:p>
    <w:p>
      <w:r>
        <w:rPr>
          <w:b/>
        </w:rPr>
        <w:t xml:space="preserve">[1:01:54] </w:t>
      </w:r>
      <w:r>
        <w:t>to aik aadmi bola audience mein se</w:t>
      </w:r>
    </w:p>
    <w:p>
      <w:pPr>
        <w:jc w:val="right"/>
      </w:pPr>
      <w:r>
        <w:t>تو ایک ادمی بولا اڈینس میں سے</w:t>
      </w:r>
    </w:p>
    <w:p>
      <w:r>
        <w:rPr>
          <w:b/>
        </w:rPr>
        <w:t xml:space="preserve">[1:01:59] </w:t>
      </w:r>
      <w:r>
        <w:t>ke hum tumhare terhay pan ko talwar se seedha kar denge</w:t>
      </w:r>
    </w:p>
    <w:p>
      <w:pPr>
        <w:jc w:val="right"/>
      </w:pPr>
      <w:r>
        <w:t>کہ ہم تمہارے ٹیڑھے پن کو تلوار سے سیدھا کر دیں گے</w:t>
      </w:r>
    </w:p>
    <w:p>
      <w:r>
        <w:rPr>
          <w:b/>
        </w:rPr>
        <w:t xml:space="preserve">[1:02:05] </w:t>
      </w:r>
      <w:r>
        <w:t>hum jab dekhenge tumhare andar tedha pan to aap apni talwaron se us ko seedha kar denge</w:t>
      </w:r>
    </w:p>
    <w:p>
      <w:pPr>
        <w:jc w:val="right"/>
      </w:pPr>
      <w:r>
        <w:t>ہم جب دیکھیں گے تمہارے اندر ٹیڑھا پن تو اپ اپنی تلواروں سے اس کو سیدھا کر دیں گے</w:t>
      </w:r>
    </w:p>
    <w:p>
      <w:r>
        <w:rPr>
          <w:b/>
        </w:rPr>
        <w:t xml:space="preserve">[1:02:16] </w:t>
      </w:r>
      <w:r>
        <w:t>to kya hua yani woh un ki hesiyat ruler ki thi aur jo aadmi bola tha woh ek aam aadmi tha common man tha</w:t>
      </w:r>
    </w:p>
    <w:p>
      <w:pPr>
        <w:jc w:val="right"/>
      </w:pPr>
      <w:r>
        <w:t>تو کیا ہوا یعنی وہ ان کی حیثیت رولر کی تھی اور جو ادمی بولا تھا وہ ایک عام ادمی تھا کامن مین تھا</w:t>
      </w:r>
    </w:p>
    <w:p>
      <w:r>
        <w:rPr>
          <w:b/>
        </w:rPr>
        <w:t xml:space="preserve">[1:02:26] </w:t>
      </w:r>
      <w:r>
        <w:t>aap member se utar pade aap ne kaha ke shukr hai us khuda ka ke main aise logon ke beech mein hoon ke agar main tedha chaloon to aise log hain jo mujhe seedha kar denge woh mujhe tedhe par par bas chalne nahin denge mujhe galati par chalne nahin denge ek seedhe raaste par mujhe le</w:t>
      </w:r>
    </w:p>
    <w:p>
      <w:pPr>
        <w:jc w:val="right"/>
      </w:pPr>
      <w:r>
        <w:t>اپ ممبر سے اتر پڑے اپ نے کہا کہ شکر ہے اس خدا کا کہ میں ایسے لوگوں کے بیچ میں ہوں کہ اگر میں ٹیڑھا چلوں تو ایسے لوگ ہیں جو مجھے سیدھا کر دیں گے وہ مجھے ٹیڑھے پر پر بس چلنے نہیں دیں گے مجھے غلطی پر چلنے نہیں دیں گے ایک سیدھے راستے پر مجھے لے</w:t>
      </w:r>
    </w:p>
    <w:p>
      <w:r>
        <w:rPr>
          <w:b/>
        </w:rPr>
        <w:t xml:space="preserve">[1:02:50] </w:t>
      </w:r>
      <w:r>
        <w:t>aayenge is par unhon ne shukr ada kiya yani jis baat par ghussa hona chahiye jis par aap unhein us ko gardan marwani chahiye us ko pakad ke jail mein band karna chahiye kyunke yeh bahut hi sakht criticism thi yeh yani criticism ko laye pasand karna criticism ka koi welcome karna ek bahut badi value hai main samajhta hoon ke is tarah ke waqiat jo sahaba ke haan milte hain woh woh is ki bahut badi misaal hai</w:t>
      </w:r>
    </w:p>
    <w:p>
      <w:pPr>
        <w:jc w:val="right"/>
      </w:pPr>
      <w:r>
        <w:t>ائیں گے اس پر انہوں نے شکر ادا کیا یعنی جس بات پر غصہ ہونا چاہیے جس پر اپ انہیں اس کو گردن مروانی چاہیے اس کو پکڑ کے جیل میں بند کرنا چاہیے کیونکہ یہ بہت ہی سخت کریٹیسزم تھی یہ یعنی کریٹیسزم کو لائے پسند کرنا کریٹیسزم کا کوئی ویلکم کرنا ایک بہت بڑی ویلیو ہے میں سمجھتا ہوں کہ اس طرح کے واقعات جو صحابہ کے ہاں ملتے ہیں وہ وہ اس کی بہت بڑی مثال ہے</w:t>
      </w:r>
    </w:p>
    <w:p>
      <w:r>
        <w:rPr>
          <w:b/>
        </w:rPr>
        <w:t xml:space="preserve">[1:03:19] </w:t>
      </w:r>
      <w:r>
        <w:t>ek sahabi the un ka naam hai abdul rahman bin auf ek aur sahabi hain un ka naam hai khalid bin waleed yeh bahut ajeeb waqia hai khalid bin waleed aur abdul rahman auf mein ek ek koi controversy ho gayi koi land ko le kar ya koi aisa property ko le kar ke koi controversy kuch ho gayi to ek aadmi aya abdul rahman auf ke paas us ne khalid ko bura</w:t>
      </w:r>
    </w:p>
    <w:p>
      <w:pPr>
        <w:jc w:val="right"/>
      </w:pPr>
      <w:r>
        <w:t>ایک صحابی تھے ان کا نام ہے عبدالرحمن بن عوف ایک اور صحابی ہیں ان کا نام ہے خالد بن الولید یہ بہت عجیب واقعہ ہے خالد بن الولید اور عبدالرحمن عوف میں ایک ایک کوئی کنٹروورسی ہو گئی کوئی لینڈ کو لے کر یا کوئی ایسا پراپرٹی کو لے کر کے کوئی کنٹروورسی کچھ ہو گئی تو ایک ادمی ایا عبدالرحمن عوف کے پاس اس نے خالد کو برا</w:t>
      </w:r>
    </w:p>
    <w:p>
      <w:r>
        <w:rPr>
          <w:b/>
        </w:rPr>
        <w:t xml:space="preserve">[1:03:48] </w:t>
      </w:r>
      <w:r>
        <w:t>kaha yeh to aise hi hain in ka iman to aise hi hai yani khalid ko unhon ne degrade kiya aur un ki yani un ko islam mein kamtar darja diya khalid ko</w:t>
      </w:r>
    </w:p>
    <w:p>
      <w:pPr>
        <w:jc w:val="right"/>
      </w:pPr>
      <w:r>
        <w:t>کہا یہ تو ایسے ہی ہیں ان کا ایمان تو ایسے ہی ہے یعنی خالد کو انہوں نے ڈی گریڈ کیا اور ان کی یعنی ان کو اسلام میں کمتر درجہ دیا خالد کو</w:t>
      </w:r>
    </w:p>
    <w:p>
      <w:r>
        <w:rPr>
          <w:b/>
        </w:rPr>
        <w:t xml:space="preserve">[1:04:12] </w:t>
      </w:r>
      <w:r>
        <w:t>to masla to tha property ka is aadmi ne un ke deen par hamla kiya deen par attack kiya ke un ka deen un ka iman bahut kamzor hai to jante hain kya hua abdul rahman bin auf ne kaha ma ma bina lam libin dina door ho</w:t>
      </w:r>
    </w:p>
    <w:p>
      <w:pPr>
        <w:jc w:val="right"/>
      </w:pPr>
      <w:r>
        <w:t>تو مسئلہ تو تھا پراپرٹی کا اس ادمی نے ان کے دین پر حملہ کیا دین پر اٹیک کیا کہ ان کا دین ان کا ایمان بہت کمزور ہے تو جانتے ہیں کیا ہوا عبدالرحمن بن عوف نے کہا ما ما بینا لم لبن دیننا دور ہو</w:t>
      </w:r>
    </w:p>
    <w:p>
      <w:r>
        <w:rPr>
          <w:b/>
        </w:rPr>
        <w:t xml:space="preserve">[1:04:36] </w:t>
      </w:r>
      <w:r>
        <w:t>yani is se lazzat lazzat nahin liya ke jo mera rival hai kitna kharab aadmi hai to lazzat leta hai aadmi yani koi mera rival ho us ki burai burai ki jaye to mujhe mere nafs ko lazzat milti hai mujhe achha lagta hai sun kar ke unhon ne kaha ke ma ma bina lam libin dina door ho</w:t>
      </w:r>
    </w:p>
    <w:p>
      <w:pPr>
        <w:jc w:val="right"/>
      </w:pPr>
      <w:r>
        <w:t>یعنی اس سے لذت لذت نہیں لیا کہ جو میرا رائیول ہے کتنا خراب ادمی ہے تو لذت لیتا ہے ادمی یعنی کوئی میرا رائیول ہو اس کی برائی برائی کی جائے تو مجھے میرے نفس کو لذت ملتی ہے مجھے اچھا لگتا ہے سن کر کے انہوں نے کہا کہ ما بینا لم لبن دیننا دور ہو</w:t>
      </w:r>
    </w:p>
    <w:p>
      <w:r>
        <w:rPr>
          <w:b/>
        </w:rPr>
        <w:t xml:space="preserve">[1:05:01] </w:t>
      </w:r>
      <w:r>
        <w:t>hamare in ke darmiyan jo controversy hai woh hamare deen tak nahi pahunche gi</w:t>
      </w:r>
    </w:p>
    <w:p>
      <w:pPr>
        <w:jc w:val="right"/>
      </w:pPr>
      <w:r>
        <w:t>ہمارے ان کے درمیان جو کنٹروورسی ہے وہ ہمارے دین تک نہیں پہنچے گی</w:t>
      </w:r>
    </w:p>
    <w:p>
      <w:r>
        <w:rPr>
          <w:b/>
        </w:rPr>
        <w:t xml:space="preserve">[1:05:11] </w:t>
      </w:r>
      <w:r>
        <w:t>hamare in ke darmiyan jo controversy hai woh hamare deen tak nahi pahunche gi yaani aisa nahi hoga ke hum controversy to hai property ke maamle mein aur hum kya karein in ke deen ko napne lagein in ke imaan ko napne lagein hum aisa nahi karein ge</w:t>
      </w:r>
    </w:p>
    <w:p>
      <w:pPr>
        <w:jc w:val="right"/>
      </w:pPr>
      <w:r>
        <w:t>ہمارے ان کے درمیان جو کنٹروورسی ہے وہ ہمارے دین تک نہیں پہنچے گی یعنی ایسا نہیں ہوگا کہ ہم کنٹروورسی تو ہے پراپرٹی کے معاملے میں اور ہم کیا کریں ان کے دین کو ناپنے لگیں ان کے ایمان کو ناپنے لگیں ہم ایسا نہیں کریں گے</w:t>
      </w:r>
    </w:p>
    <w:p>
      <w:r>
        <w:rPr>
          <w:b/>
        </w:rPr>
        <w:t xml:space="preserve">[1:05:29] </w:t>
      </w:r>
      <w:r>
        <w:t>yeh kitni bari value hai ke kisi niza' ko kisi controversy ko usi had tak rakhna jo ke had hai is ki is se bahar na le jana to unho ne kaha ke ma baina la mal ba'sa ala deenina door ho jao hamare in ke darmiyan jo controversy hai wohi tak woh simat rahe gi hum is se barh kar woh hamare imaan aur deen tak nahi pahunche gi</w:t>
      </w:r>
    </w:p>
    <w:p>
      <w:pPr>
        <w:jc w:val="right"/>
      </w:pPr>
      <w:r>
        <w:t>یہ کتنی بڑی ویلیو ہے کہ کسی نزاع کو کسی کنٹروورسی کو اسی حد تک رکھنا جو کہ حد ہے اس کی اس سے باہر نہ لے جانا تو انہوں نے کہا کہ ما بینا لم ببلق دیننا دور ہو جاؤ ہمارے ان کے درمیان جو کنٹروورسی ہے وہیں تک وہ سیمت رہے گی ہم اس سے بڑھ کر وہ ہمارے ایمان اور دین تک نہیں پہنچے گی</w:t>
      </w:r>
    </w:p>
    <w:p>
      <w:r>
        <w:rPr>
          <w:b/>
        </w:rPr>
        <w:t xml:space="preserve">[1:05:58] </w:t>
      </w:r>
      <w:r>
        <w:t>aisa nahi hoga ke hum is ki wajah se is ke imaan ko napen is ke deen ke oper shak is ke deen ke oper shak par shak karne lagein aisa nahi hone wala hai</w:t>
      </w:r>
    </w:p>
    <w:p>
      <w:pPr>
        <w:jc w:val="right"/>
      </w:pPr>
      <w:r>
        <w:t>ایسا نہیں ہوگا کہ ہم اس کی وجہ سے اس کے ایمان کو ناپیں اس کے دین کے اوپر شک اس کے دین کے اوپر شک پر شک کرنے لگیں ایسا نہیں ہونے والا ہے</w:t>
      </w:r>
    </w:p>
    <w:p>
      <w:r>
        <w:rPr>
          <w:b/>
        </w:rPr>
        <w:t xml:space="preserve">[1:06:10] </w:t>
      </w:r>
      <w:r>
        <w:t>ek waqea hai ke rasool Allah ek martaba bethe hue the ek jagah to ek aadmi samne se guzra aap ne kaha ke yeh jannati hai</w:t>
      </w:r>
    </w:p>
    <w:p>
      <w:pPr>
        <w:jc w:val="right"/>
      </w:pPr>
      <w:r>
        <w:t>ایک واقعہ ہے کہ رسول اللہ ایک مرتبہ بیٹھے ہوئے تھے ایک جگہ تو ایک ادمی سامنے سے گزرا اپ نے کہا کہ یہ جنتی ہے</w:t>
      </w:r>
    </w:p>
    <w:p>
      <w:r>
        <w:rPr>
          <w:b/>
        </w:rPr>
        <w:t xml:space="preserve">[1:06:24] </w:t>
      </w:r>
      <w:r>
        <w:t>woh aadmi guzar ke chala gaya</w:t>
      </w:r>
    </w:p>
    <w:p>
      <w:pPr>
        <w:jc w:val="right"/>
      </w:pPr>
      <w:r>
        <w:t>وہ ادمی گزر کے چلا گیا</w:t>
      </w:r>
    </w:p>
    <w:p>
      <w:r>
        <w:rPr>
          <w:b/>
        </w:rPr>
        <w:t xml:space="preserve">[1:06:26] </w:t>
      </w:r>
      <w:r>
        <w:t>to ek aadmi gaya is ke ghar yeh pata karne ke liye ke yeh aadmi is ke andar kya sifat hai teen tak teen din tak raha is ke paas kuch samajh mein nahi aai koi khaas baat nahi dekhi is ne</w:t>
      </w:r>
    </w:p>
    <w:p>
      <w:pPr>
        <w:jc w:val="right"/>
      </w:pPr>
      <w:r>
        <w:t>تو ایک ادمی گیا اس کے گھر یہ پتہ کرنے کے لیے کہ یہ ادمی اس کے اندر کیا صفت ہے تین تک تین دن تک رہا اس کے پاس کچھ سمجھ میں نہیں ائی کوئی خاص بات نہیں دیکھی اس نے</w:t>
      </w:r>
    </w:p>
    <w:p>
      <w:r>
        <w:rPr>
          <w:b/>
        </w:rPr>
        <w:t xml:space="preserve">[1:06:42] </w:t>
      </w:r>
      <w:r>
        <w:t>to aakhri din is ne poocha ke bhai tumhare andar kya sifat hai to woh rasool Allah ne kaha ke tum jannati ho to unho ne kaha ke main ek ek waise hi jaisa ke tum ne dekha mujhe koi khaas baat nahi mere andar hai ke raat din namaz parhoon raat din quran ki tilawat karoon rozay rozay rakhoon yeh sab baatein nahi mere andar hain</w:t>
      </w:r>
    </w:p>
    <w:p>
      <w:pPr>
        <w:jc w:val="right"/>
      </w:pPr>
      <w:r>
        <w:t>تو اخری دن اس نے پوچھا کہ بھئی تمہارے اندر کیا صفت ہے تو وہ رسول اللہ نے کہا کہ تم جنتی ہو تو انہوں نے کہا کہ میں ایک ایک ویسے ہی جیسا کہ تم نے دیکھا مجھے کوئی خاص بات نہیں میرے اندر ہے کہ رات دن نماز پڑھوں رات دن قران کی تلاوت کروں روزہ روزے رکھوں یہ سب باتیں نہیں میرے اندر ہیں</w:t>
      </w:r>
    </w:p>
    <w:p>
      <w:r>
        <w:rPr>
          <w:b/>
        </w:rPr>
        <w:t xml:space="preserve">[1:07:03] </w:t>
      </w:r>
      <w:r>
        <w:t>ek baat hai is ne kaha ke</w:t>
      </w:r>
    </w:p>
    <w:p>
      <w:pPr>
        <w:jc w:val="right"/>
      </w:pPr>
      <w:r>
        <w:t>ایک بات ہے اس نے کہا کہ</w:t>
      </w:r>
    </w:p>
    <w:p>
      <w:r>
        <w:rPr>
          <w:b/>
        </w:rPr>
        <w:t xml:space="preserve">[1:07:08] </w:t>
      </w:r>
      <w:r>
        <w:t>la ajdo la ajdo so lahad mein apne dil mein kisi ke liye burai nahi pata la ajdo so lahad yeh yeh sentence koi simple sentence nahi hai kyun dekhiye khwahmakhwah kisi ka dil kisi ke liye bura nahi hota</w:t>
      </w:r>
    </w:p>
    <w:p>
      <w:pPr>
        <w:jc w:val="right"/>
      </w:pPr>
      <w:r>
        <w:t>لا اجدو لا اجدو سو لحد میں اپنے دل میں کسی کے لیے برائی نہیں پاتا لا اجدو سو لحد یہ یہ سینٹنس کوئی سمپل سینٹنس نہیں ہے کیوں دیکھیے خوامخواہ کسی کا دل کسی کے لیے برا نہیں ہوتا</w:t>
      </w:r>
    </w:p>
    <w:p>
      <w:r>
        <w:rPr>
          <w:b/>
        </w:rPr>
        <w:t xml:space="preserve">[1:07:33] </w:t>
      </w:r>
      <w:r>
        <w:t>koi is ki taraf se koi aap ko yani negative experience hota hai tab hota hai yeh namumkin hai ke is se koi baat na pade is se koi jhagda na ho is se koi galat dealing na ho aur phir bhi aap is ke bare mein apne dil mein burai rakh lein aisa nahi hota kabhi bhi aisa nahi hota jo hota hai woh yeh hota hai ke is ne koi aap ko kadi baat keh di is se aap ko koi loss ho gaya</w:t>
      </w:r>
    </w:p>
    <w:p>
      <w:pPr>
        <w:jc w:val="right"/>
      </w:pPr>
      <w:r>
        <w:t>کوئی اس کی طرف سے کوئی اپ کو یعنی نیگیٹیو ایکسپیرینس ہوتا ہے تب ہوتا ہے یہ ناممکن ہے کہ اس سے کوئی بات نہ پڑے اس سے کوئی جھگڑا نہ ہو اس سے کوئی غلط ڈیلنگ نہ ہو اور پھر بھی اپ اس کے بارے میں اپنے دل میں برائی رکھ لیں ایسا نہیں ہوتا کبھی بھی ایسا نہیں ہوتا جو ہوتا ہے وہ یہ ہوتا ہے کہ اس نے کوئی اپ کو کڑی بات کہہ دی اس سے اپ کو کوئی لاس ہو گیا</w:t>
      </w:r>
    </w:p>
    <w:p>
      <w:r>
        <w:rPr>
          <w:b/>
        </w:rPr>
        <w:t xml:space="preserve">[1:08:01] </w:t>
      </w:r>
      <w:r>
        <w:t>is ki taraf se aap ko koi humiliation ka tajurba hua to aap is ke ghussa ho jate hain aap ke dil mein is ke liye burai aa jati hai to jab is ne yeh kaha ke main apne dil mein kisi ke liye burai nahi pata to is mein yeh add karna padega</w:t>
      </w:r>
    </w:p>
    <w:p>
      <w:pPr>
        <w:jc w:val="right"/>
      </w:pPr>
      <w:r>
        <w:t>اس کی طرف سے اپ کو کوئی ہیومیلیشن کا تجربہ ہوا تو اپ اس کے غصہ ہو جاتے ہیں اپ کے دل میں اس کے لیے برائی ا جاتی ہے تو جب اس نے یہ کہا کہ میں اپنے دل میں کسی کے لیے برائی نہیں پاتا تو اس میں یہ ایڈ کرنا پڑے گا</w:t>
      </w:r>
    </w:p>
    <w:p>
      <w:r>
        <w:rPr>
          <w:b/>
        </w:rPr>
        <w:t xml:space="preserve">[1:08:17] </w:t>
      </w:r>
      <w:r>
        <w:t>ke agarchay woh mere sath burai kare agarchay mujhe ghusay dilaye agarchay woh mujhe provoke kare agarchay is se mujhe nuqsan ho agarchay is se mujhe bura experience ho tab bhi main apne dil mein is ke liye koi burai nahi burai ko janam nahi deta burai le kar nahi baith jata yani</w:t>
      </w:r>
    </w:p>
    <w:p>
      <w:pPr>
        <w:jc w:val="right"/>
      </w:pPr>
      <w:r>
        <w:t>کہ اگرچہ وہ میرے ساتھ برائی کرے اگرچہ مجھے غصے دلائے اگرچہ وہ مجھے پرووک کرے اگرچہ اس سے مجھے نقصان ہو اگرچہ اس سے مجھے برا ایکسپیرینس ہو تب بھی میں اپنے دل میں اس کے لیے کوئی برائی نہیں برائی کو جنم نہیں دیتا برائی لے کر نہیں بیٹھ جاتا یعنی</w:t>
      </w:r>
    </w:p>
    <w:p>
      <w:r>
        <w:rPr>
          <w:b/>
        </w:rPr>
        <w:t xml:space="preserve">[1:08:42] </w:t>
      </w:r>
      <w:r>
        <w:t>negative situation mein bhi main positive bana rehta hoon</w:t>
      </w:r>
    </w:p>
    <w:p>
      <w:pPr>
        <w:jc w:val="right"/>
      </w:pPr>
      <w:r>
        <w:t>نیگیٹیو سچوئیشن میں بھی میں پازیٹیو بنا رہتا ہوں</w:t>
      </w:r>
    </w:p>
    <w:p>
      <w:r>
        <w:rPr>
          <w:b/>
        </w:rPr>
        <w:t xml:space="preserve">[1:08:48] </w:t>
      </w:r>
      <w:r>
        <w:t>negative situation mein bhi main positive bana rehta hoon doosron ki taraf se bura tajurba ho tab bhi main apni taraf se un ko un ke bare mein bura nahi sochta to yeh woh sifat hai jis ke bare mein rasool Allah ne kaha ke jis ke andar aisi baat ho woh paradise mein jayega do sahabi ke beech mein ek jhagda hua ek land ke bare mein aap jante hain ke us zamane mein likha padhi aati ya nahi hoti thi</w:t>
      </w:r>
    </w:p>
    <w:p>
      <w:pPr>
        <w:jc w:val="right"/>
      </w:pPr>
      <w:r>
        <w:t>نیگیٹیو سچوئیشن میں بھی میں پازیٹیو بنا رہتا ہوں دوسروں کی طرف سے برا تجربہ ہو تب بھی میں اپنی طرف سے ان کو ان کے بارے میں برا نہیں سوچتا تو یہ وہ صفت ہے جس کے بارے میں رسول اللہ نے کہا کہ جس کے اندر ایسی بات ہو وہ پیراڈائز میں جائے گا دو صحابی کے بیچ میں ایک جھگڑا ہوا ایک لینڈ کے بارے میں اپ جانتے ہیں کہ اس زمانے میں لکھا پڑھی اتی یا نہیں ہوتی تھی</w:t>
      </w:r>
    </w:p>
    <w:p>
      <w:r>
        <w:rPr>
          <w:b/>
        </w:rPr>
        <w:t xml:space="preserve">[1:09:17] </w:t>
      </w:r>
      <w:r>
        <w:t>jaise aaj kal hoti hai paper hote hain us zamane mein aise paper nahi hote the to do aadmi claim karne lage ek land ke bare mein ke yeh meri hai auqat hai meri hai to dono aadmi rasool Allah ke pas aaye aap ne kaha ke dekho paper ki shakal mein to koi documentary proof hai nahi</w:t>
      </w:r>
    </w:p>
    <w:p>
      <w:pPr>
        <w:jc w:val="right"/>
      </w:pPr>
      <w:r>
        <w:t>جیسے اج کل ہوتی ہے پیپر ہوتے ہیں اس زمانے میں ایسے پیپر نہیں ہوتے تھے تو دو ادمی کلیم کرنے لگے ایک لینڈ کے بارے میں کہ یہ میری ہے اوقات ہے میری ہے تو دونوں ادمی رسول اللہ کے پاس ائے اپ نے کہا کہ دیکھو پیپر کی شکل میں تو کوئی ڈاکومنٹری پروف ہے نہیں</w:t>
      </w:r>
    </w:p>
    <w:p>
      <w:r>
        <w:rPr>
          <w:b/>
        </w:rPr>
        <w:t xml:space="preserve">[1:09:45] </w:t>
      </w:r>
      <w:r>
        <w:t>ab tumhari baat sun kar hi main koi faisla karunga lekin ek baat samajh lo ke agar.</w:t>
      </w:r>
    </w:p>
    <w:p>
      <w:pPr>
        <w:jc w:val="right"/>
      </w:pPr>
      <w:r>
        <w:t>اب تمہاری بات سن کر ہی میں کوئی فیصلہ کروں گا لیکن ایک بات سمجھ لو کہ اگر.</w:t>
      </w:r>
    </w:p>
    <w:p>
      <w:r>
        <w:rPr>
          <w:b/>
        </w:rPr>
        <w:t xml:space="preserve">[1:09:53] </w:t>
      </w:r>
      <w:r>
        <w:t>tum mein se kisi ki baat ko sun kar ke main mujhe asar ho jaye aur us ko main zameen de doon halankay zameen us ki nahi hai yani jo yani real sense mein us ka owner nahi hai us ko main zameen de doon</w:t>
      </w:r>
    </w:p>
    <w:p>
      <w:pPr>
        <w:jc w:val="right"/>
      </w:pPr>
      <w:r>
        <w:t>تم میں سے کسی کی بات کو سن کر کے میں مجھے اثر ہو جائے اور اس کو میں زمین دے دوں حالانکہ زمین اس کی نہیں ہے یعنی جو یعنی ریئل سینس میں اس کا اونر نہیں ہے اس کو میں زمین دے دوں</w:t>
      </w:r>
    </w:p>
    <w:p>
      <w:r>
        <w:rPr>
          <w:b/>
        </w:rPr>
        <w:t xml:space="preserve">[1:10:12] </w:t>
      </w:r>
      <w:r>
        <w:t>due to absence of document tab bhi zameen us ki nahi hogi aur akhirat mein woh Khuda ke haan pakda jayega woh to kya hua dono ne dono yeh kehne lage haqee lee akhee haqee lee akhee agar zameen meri ho to maine us ko diya agar zameen meri ho to maine us ko diya</w:t>
      </w:r>
    </w:p>
    <w:p>
      <w:pPr>
        <w:jc w:val="right"/>
      </w:pPr>
      <w:r>
        <w:t>ڈیو ٹو ایبسنس اف ڈاکومنٹ تب بھی زمین اس کی نہیں ہوگی اور اخرت میں وہ خدا کے ہاں پکڑا جائے گا وہ تو کیا ہوا دونوں نے دونوں یہ کہنے لگے حقی لے اخی حقی لے اخی اگر زمین میری ہو تو میں نے اس کو دیا اگر زمین میری ہو تو میں نے اس کو دیا</w:t>
      </w:r>
    </w:p>
    <w:p>
      <w:r>
        <w:rPr>
          <w:b/>
        </w:rPr>
        <w:t xml:space="preserve">[1:10:39] </w:t>
      </w:r>
      <w:r>
        <w:t>yani wohi do aadmi jo pehle lad rahe thay ek zameen ke liye ek land ke liye ab kya keh rahe hain ke agar zameen meri ho to maine us ko de diya kyun ab masla yeh agaya ke ab main day of judgment mein us ka hisab dena hoga</w:t>
      </w:r>
    </w:p>
    <w:p>
      <w:pPr>
        <w:jc w:val="right"/>
      </w:pPr>
      <w:r>
        <w:t>یعنی وہی دو ادمی جو پہلے لڑ رہے تھے ایک زمین کے لیے ایک لینڈ کے لیے اب کیا کہہ رہے ہیں کہ اگر زمین میری ہو تو میں نے اس کو دے دیا کیوں اب مسئلہ یہ اگیا کہ اب میں دے اف ججمنٹ میں اس کا حساب دینا ہوگا</w:t>
      </w:r>
    </w:p>
    <w:p>
      <w:r>
        <w:rPr>
          <w:b/>
        </w:rPr>
        <w:t xml:space="preserve">[1:10:57] </w:t>
      </w:r>
      <w:r>
        <w:t>accountability ka mamla samne agaya</w:t>
      </w:r>
    </w:p>
    <w:p>
      <w:pPr>
        <w:jc w:val="right"/>
      </w:pPr>
      <w:r>
        <w:t>اکاؤنٹیبلٹی کا معاملہ سامنے اگیا</w:t>
      </w:r>
    </w:p>
    <w:p>
      <w:r>
        <w:rPr>
          <w:b/>
        </w:rPr>
        <w:t xml:space="preserve">[1:11:01] </w:t>
      </w:r>
      <w:r>
        <w:t>yeh hai momin ka character ke jab is ke samne yeh baat aa jaye ke tum accountable ho Khuda ke haan tumhari pakad hone wali hai wahan koi source nahi chalega wahan koi dhandhli nahi chalegi to ek dam is ki soch badal jati hai</w:t>
      </w:r>
    </w:p>
    <w:p>
      <w:pPr>
        <w:jc w:val="right"/>
      </w:pPr>
      <w:r>
        <w:t>یہ ہے مومن کا کریکٹر کہ جب اس کے سامنے یہ بات ا جائے کہ تم اکاؤنٹیبل ہو خدا کے ہاں تمہاری پکڑ ہونے والی ہے وہاں کوئی سورس نہیں چلے گا وہاں کوئی دھاندلی نہیں چلے گی تو ایک دم اس کی سوچ بدل جاتی ہے</w:t>
      </w:r>
    </w:p>
    <w:p>
      <w:r>
        <w:rPr>
          <w:b/>
        </w:rPr>
        <w:t xml:space="preserve">[1:11:23] </w:t>
      </w:r>
      <w:r>
        <w:t>bilkul is ki soch badal jati hai</w:t>
      </w:r>
    </w:p>
    <w:p>
      <w:pPr>
        <w:jc w:val="right"/>
      </w:pPr>
      <w:r>
        <w:t>بالکل اس کی سوچ بدل جاتی ہے</w:t>
      </w:r>
    </w:p>
    <w:p>
      <w:r>
        <w:rPr>
          <w:b/>
        </w:rPr>
        <w:t xml:space="preserve">[1:11:25] </w:t>
      </w:r>
      <w:r>
        <w:t>yahan tak ke woh agar us ki apni cheez bhi ja rahi ho kisi shakk ki wajah se to kehta hai ke chalo bhai choti si cheez kho dein akhirat mein to hum bache rahenge akhirat mein hamari pakad nahi hogi</w:t>
      </w:r>
    </w:p>
    <w:p>
      <w:pPr>
        <w:jc w:val="right"/>
      </w:pPr>
      <w:r>
        <w:t>یہاں تک کہ وہ اگر اس کی اپنی چیز بھی جا رہی ہو کسی شک کی وجہ سے تو کہتا ہے کہ چلو بھئی چھوٹی سی چیز کھو دیں اخرت میں تو ہم بچے رہیں گے اخرت میں ہماری پکڑ نہیں ہوگی</w:t>
      </w:r>
    </w:p>
    <w:p>
      <w:r>
        <w:rPr>
          <w:b/>
        </w:rPr>
        <w:t xml:space="preserve">[1:11:41] </w:t>
      </w:r>
      <w:r>
        <w:t>yeh hota hai momin ka mizaj jo hamein sahaba ki zindagi mein milta hai aise hi dekhiye jo Khalid thay bohat bare commander thay aur Iran mein bohat bari unhon ne fatahat ki theen</w:t>
      </w:r>
    </w:p>
    <w:p>
      <w:pPr>
        <w:jc w:val="right"/>
      </w:pPr>
      <w:r>
        <w:t>یہ ہوتا ہے مومن کا مزاج جو ہمیں صحابہ کی زندگی میں ملتا ہے ایسے ہی دیکھیے جو خالد تھے بہت بڑے کمانڈر تھے اور ایران میں بڑی بڑی انہوں نے فتوحات کی تھیں</w:t>
      </w:r>
    </w:p>
    <w:p>
      <w:r>
        <w:rPr>
          <w:b/>
        </w:rPr>
        <w:t xml:space="preserve">[1:11:55] </w:t>
      </w:r>
      <w:r>
        <w:t>to un ko kya hua ke ain is waqt zamane mein jab iran mein larai ho rahi thi hazrat umar jo khalifa the unhon ne khalid ko woh kar diya dismiss kar diya yani commander the pehle ab un ko mamooli soldier bana diya</w:t>
      </w:r>
    </w:p>
    <w:p>
      <w:pPr>
        <w:jc w:val="right"/>
      </w:pPr>
      <w:r>
        <w:t>تو ان کو کیا ہوا کہ عین اس وقت زمانے میں جب ایران میں لڑائی ہو رہی تھی حضرت عمر جو خلیفہ تھے انہوں نے خالد کو وہ کر دیا ڈسمس کر دیا یعنی کمانڈر تھے پہلے اب ان کو معمولی سولجر بنا دیا</w:t>
      </w:r>
    </w:p>
    <w:p>
      <w:r>
        <w:rPr>
          <w:b/>
        </w:rPr>
        <w:t xml:space="preserve">[1:12:18] </w:t>
      </w:r>
      <w:r>
        <w:t>to woh itne zyada kamyab the apni yani is mein fauji hasiyat se ke un ke fauji un ko bohat manne lage the faujiyon ke darmiyan un ki bari izzat thi to fauji log un ke tent mein aaye unhon ne kaha ke hum aap ke sath hain aap revert kar dijiye aur khalifa ke order ko na maniye</w:t>
      </w:r>
    </w:p>
    <w:p>
      <w:pPr>
        <w:jc w:val="right"/>
      </w:pPr>
      <w:r>
        <w:t>تو وہ اتنے زیادہ کامیاب تھے اپنی یعنی اس میں فوجی حیثیت سے کہ ان کے فوجی ان کو بہت ماننے لگے تھے فوجیوں کے درمیان ان کی بڑی عزت تھی تو فوجی لوگ ان کے ٹینٹ میں ائے انہوں نے کہا کہ ہم اپ کے ساتھ ہیں اپ ریورٹ کر دیجئے اور خلیفہ کے ارڈر کو نہ مانیے</w:t>
      </w:r>
    </w:p>
    <w:p>
      <w:r>
        <w:rPr>
          <w:b/>
        </w:rPr>
        <w:t xml:space="preserve">[1:12:44] </w:t>
      </w:r>
      <w:r>
        <w:t>to kya hua dekhiye</w:t>
      </w:r>
    </w:p>
    <w:p>
      <w:pPr>
        <w:jc w:val="right"/>
      </w:pPr>
      <w:r>
        <w:t>تو کیا ہوا دیکھیے</w:t>
      </w:r>
    </w:p>
    <w:p>
      <w:r>
        <w:rPr>
          <w:b/>
        </w:rPr>
        <w:t xml:space="preserve">[1:12:48] </w:t>
      </w:r>
      <w:r>
        <w:t>unhon ne kaha ani la اوقات فی سبیل عمر yani unhon ne inkar kar diya ke main khalifa ka hukum na manun unhon ne kaha ke ani la اوقات فی سبیل عمر ولكن اوقات فی سبیل رب عمر</w:t>
      </w:r>
    </w:p>
    <w:p>
      <w:pPr>
        <w:jc w:val="right"/>
      </w:pPr>
      <w:r>
        <w:t>انہوں نے کہا انی لا اوقات فی سبیل عمر یعنی انہوں نے انکار کر دیا کہ میں خلیفہ کا حکم نہ مانوں انہوں نے کہا کہ انی لا اوقات فی سبیل عمر ولكن اوقات فی سبیل رب عمر</w:t>
      </w:r>
    </w:p>
    <w:p>
      <w:r>
        <w:rPr>
          <w:b/>
        </w:rPr>
        <w:t xml:space="preserve">[1:13:06] </w:t>
      </w:r>
      <w:r>
        <w:t>main umar ke liye nahi ladta main umar ke rab ke liye ladta hoon</w:t>
      </w:r>
    </w:p>
    <w:p>
      <w:pPr>
        <w:jc w:val="right"/>
      </w:pPr>
      <w:r>
        <w:t>میں عمر کے لیے نہیں لڑتا میں عمر کے رب کے لیے لڑتا ہوں</w:t>
      </w:r>
    </w:p>
    <w:p>
      <w:r>
        <w:rPr>
          <w:b/>
        </w:rPr>
        <w:t xml:space="preserve">[1:13:14] </w:t>
      </w:r>
      <w:r>
        <w:t>aur phir isi tarah jis fauj mein woh pehle commander bane hue the ab soldier bankar is mein shamil ho gaye yeh hai soch</w:t>
      </w:r>
    </w:p>
    <w:p>
      <w:pPr>
        <w:jc w:val="right"/>
      </w:pPr>
      <w:r>
        <w:t>اور پھر اسی طریقے سے جس فوج میں وہ پہلے کمانڈر بنے ہوئے تھے اب سولجر بن کر اس میں شامل ہو گئے یہ ہے سوچ</w:t>
      </w:r>
    </w:p>
    <w:p>
      <w:r>
        <w:rPr>
          <w:b/>
        </w:rPr>
        <w:t xml:space="preserve">[1:13:27] </w:t>
      </w:r>
      <w:r>
        <w:t>is insan ki jo quran ko manta ho jo islam ko manta ho jis ko yaqeen ho ke us ko khuda ke samne hisab ke liye hazir hona hai ek bohat hi ajeeb waqia</w:t>
      </w:r>
    </w:p>
    <w:p>
      <w:pPr>
        <w:jc w:val="right"/>
      </w:pPr>
      <w:r>
        <w:t>اس انسان کی جو قران کو مانتا ہو جو اسلام کو مانتا ہو جس کو یقین ہو کہ اس کو خدا کے سامنے حساب کے لیے حاضر ہونا ہے ایک بہت ہی عجیب واقعہ</w:t>
      </w:r>
    </w:p>
    <w:p>
      <w:r>
        <w:rPr>
          <w:b/>
        </w:rPr>
        <w:t xml:space="preserve">[1:13:39] </w:t>
      </w:r>
      <w:r>
        <w:t>iran mein jo larai hui thi us mein qadsiya ki rai bohat hi important hai isi par faisla hua tha to qadsiya ki rai ke jo general the woh saat the saad bin abi waqas is zamane mein aisa hota tha ke general khud jang mein se shamil rehta tha aisa nahi hota tha ke ke woh khud jang mein na rahe wahan par kya hua ke wahan par ek abandent fort tha to us fort ke samne bohat bara khula maidan tha</w:t>
      </w:r>
    </w:p>
    <w:p>
      <w:pPr>
        <w:jc w:val="right"/>
      </w:pPr>
      <w:r>
        <w:t>ایران میں جو لڑائی ہوئی تھی اس میں قادسیہ کی رائے بہت ہی امپورٹنٹ ہے اسی پر فیصلہ ہوا تھا تو قادسیہ کی رائے کے جو جنرل تھے وہ سات تھے سعد بن ابی وقاص اس زمانے میں ایسا ہوتا تھا کہ جنرل خود جنگ میں سے شامل رہتا تھا ایسا نہیں ہوتا تھا کہ کہ وہ خود جنگ میں نہ رہے وہاں پر کیا ہوا کہ وہاں پر ایک ابینڈنٹ فورٹ تھا تو اس فورٹ کے سامنے بہت بڑا کھلا میدان تھا</w:t>
      </w:r>
    </w:p>
    <w:p>
      <w:r>
        <w:rPr>
          <w:b/>
        </w:rPr>
        <w:t xml:space="preserve">[1:14:09] </w:t>
      </w:r>
      <w:r>
        <w:t>to woh us fort ki chhat par baithe hue the aur samne wahan par larai hoti thi to us zamane ke lihaz se yeh bohat zyada objectionable baat thi woh ke khud to humein yani ladwa rahe hain aur aur aap apne aap jo chhat par baithe hue hain to wahan bohat logon ke andar is par resentment tha lekin phir bhi woh ladte rahe ladte rahe ladte rahe yahan tak ke fateh hui un ko</w:t>
      </w:r>
    </w:p>
    <w:p>
      <w:pPr>
        <w:jc w:val="right"/>
      </w:pPr>
      <w:r>
        <w:t>تو وہ اس فورٹ کی چھت پر بیٹھے ہوئے تھے اور سامنے وہاں پر لڑائی ہوتی تھی تو اس زمانے کے لحاظ سے یہ بہت زیادہ ابجیکشن ایبل بات تھی وہ کہ خود تو ہمیں یعنی لڑوا رہے ہیں اور اور اپ اپنے اپ جو چھت پر بیٹھے ہوئے ہیں تو وہاں بہت لوگوں کے اندر اس پر ریزنٹمنٹ تھا لیکن پھر بھی وہ لڑتے رہے لڑتے رہے لڑتے رہے یہاں تک کہ فتح ہوئی ان کو</w:t>
      </w:r>
    </w:p>
    <w:p>
      <w:r>
        <w:rPr>
          <w:b/>
        </w:rPr>
        <w:t xml:space="preserve">[1:14:36] </w:t>
      </w:r>
      <w:r>
        <w:t>to jab fateh ho gayi to jaisa ke maine arz kiya ke us zamane mein sentiment ka izhar shair ke zariye hua karta tha to ashaar likhe gaye ek shair yeh tha ke وقاتل تو حتی انزل اللہ نصرہ وسعد بباب القادسیۃ موسم وقت امد نساء کثیرۃ ونسبت سعد فیہ</w:t>
      </w:r>
    </w:p>
    <w:p>
      <w:pPr>
        <w:jc w:val="right"/>
      </w:pPr>
      <w:r>
        <w:t>تو جب فتح ہو گئی تو جیسا کہ میں نے عرض کیا کہ اس زمانے میں سینٹیمنٹ کا اظہار شعر کے ذریعے ہوا کرتا تھا تو اشعار لکھے گئے ایک شعر یہ تھا کہ وقاتل تو حتی انزل اللہ نصرہ وسعد بباب القادسیۃ موسم وقت امد نساء کثیرۃ ونسبت سعد فیہ</w:t>
      </w:r>
    </w:p>
    <w:p>
      <w:r>
        <w:rPr>
          <w:b/>
        </w:rPr>
        <w:t xml:space="preserve">[1:15:05] </w:t>
      </w:r>
      <w:r>
        <w:t>ka matlab ye hai ke hum lade</w:t>
      </w:r>
    </w:p>
    <w:p>
      <w:pPr>
        <w:jc w:val="right"/>
      </w:pPr>
      <w:r>
        <w:t>کا مطلب یہ ہے کہ ہم لڑے</w:t>
      </w:r>
    </w:p>
    <w:p>
      <w:r>
        <w:rPr>
          <w:b/>
        </w:rPr>
        <w:t xml:space="preserve">[1:15:09] </w:t>
      </w:r>
      <w:r>
        <w:t>aur saad jo hai wo qadsia ke darwaze hi pe chamte rahe matlab battlefield se bahar wo</w:t>
      </w:r>
    </w:p>
    <w:p>
      <w:pPr>
        <w:jc w:val="right"/>
      </w:pPr>
      <w:r>
        <w:t>اور سعد جو ہے وہ قادسیہ کے دروازے ہی پہ چمٹے رہے مطلب بیٹل فیلڈ سے باہر وہ</w:t>
      </w:r>
    </w:p>
    <w:p>
      <w:r>
        <w:rPr>
          <w:b/>
        </w:rPr>
        <w:t xml:space="preserve">[1:15:16] </w:t>
      </w:r>
      <w:r>
        <w:t>apne aram se baithe rahe wo aur hum hum lote jang se jabke hamari auratein bi woh ho chuki</w:t>
      </w:r>
    </w:p>
    <w:p>
      <w:pPr>
        <w:jc w:val="right"/>
      </w:pPr>
      <w:r>
        <w:t>اپنے ارام سے بیٹھے رہے وہ اور ہم ہم لوٹے جنگ سے جبکہ ہماری عورتیں بیوہ ہو چکی</w:t>
      </w:r>
    </w:p>
    <w:p>
      <w:r>
        <w:rPr>
          <w:b/>
        </w:rPr>
        <w:t xml:space="preserve">[1:15:24] </w:t>
      </w:r>
      <w:r>
        <w:t>thein lekin saath ki koi aurat bi woh nahi hui</w:t>
      </w:r>
    </w:p>
    <w:p>
      <w:pPr>
        <w:jc w:val="right"/>
      </w:pPr>
      <w:r>
        <w:t>تھیں لیکن ساتھ کی کوئی عورت بیوہ نہیں ہوئی</w:t>
      </w:r>
    </w:p>
    <w:p>
      <w:r>
        <w:rPr>
          <w:b/>
        </w:rPr>
        <w:t xml:space="preserve">[1:15:28] </w:t>
      </w:r>
      <w:r>
        <w:t>ye kitni ajeeb baat hai ke itne sakht ehsasat thay lekin logon ne jang mein poori poori poori</w:t>
      </w:r>
    </w:p>
    <w:p>
      <w:pPr>
        <w:jc w:val="right"/>
      </w:pPr>
      <w:r>
        <w:t>یہ کتنی عجیب بات ہے کہ اتنے سخت احساسات تھے لیکن لوگوں نے جنگ میں پوری پوری پوری</w:t>
      </w:r>
    </w:p>
    <w:p>
      <w:r>
        <w:rPr>
          <w:b/>
        </w:rPr>
        <w:t xml:space="preserve">[1:15:35] </w:t>
      </w:r>
      <w:r>
        <w:t>taqat se woh hissa liya aur yahan tak ke jang ko kamyab banaya</w:t>
      </w:r>
    </w:p>
    <w:p>
      <w:pPr>
        <w:jc w:val="right"/>
      </w:pPr>
      <w:r>
        <w:t>طاقت سے وہ حصہ لیا اور یہاں تک کہ جنگ کو کامیاب بنایا</w:t>
      </w:r>
    </w:p>
    <w:p>
      <w:r>
        <w:rPr>
          <w:b/>
        </w:rPr>
        <w:t xml:space="preserve">[1:15:40] </w:t>
      </w:r>
      <w:r>
        <w:t>is mein main yeh arz karna chahta hoon ke kai baar aisa hota hai ke aap</w:t>
      </w:r>
    </w:p>
    <w:p>
      <w:pPr>
        <w:jc w:val="right"/>
      </w:pPr>
      <w:r>
        <w:t>اس میں میں یہ عرض کرنا چاہتا ہوں کہ کئی بار ایسا ہوتا ہے کہ اپ</w:t>
      </w:r>
    </w:p>
    <w:p>
      <w:r>
        <w:rPr>
          <w:b/>
        </w:rPr>
        <w:t xml:space="preserve">[1:15:46] </w:t>
      </w:r>
      <w:r>
        <w:t>aik baat ko</w:t>
      </w:r>
    </w:p>
    <w:p>
      <w:pPr>
        <w:jc w:val="right"/>
      </w:pPr>
      <w:r>
        <w:t>ایک بات کو</w:t>
      </w:r>
    </w:p>
    <w:p>
      <w:r>
        <w:rPr>
          <w:b/>
        </w:rPr>
        <w:t xml:space="preserve">[1:15:49] </w:t>
      </w:r>
      <w:r>
        <w:t>kai bar aisa hota hai ke aap ko aitmad karna parta hai aitmad kyunke woh baat batai nahi ja sakti aap ko maslan is mamle mein kaha tha saad ko irq ul nisa ki bimari thi irq ul nisa ek bimari hoti hai jis se bohat takleef hoti hai bohat zyada takleef aadmi chal nahi sakta</w:t>
      </w:r>
    </w:p>
    <w:p>
      <w:pPr>
        <w:jc w:val="right"/>
      </w:pPr>
      <w:r>
        <w:t>کئی بار ایسا ہوتا ہے کہ اپ کو اعتماد کرنا پڑتا ہے اعتماد کیونکہ وہ بات بتائی نہیں جا سکتی اپ کو مثلا اس معاملے میں کہا تھا سعد کو عرق النساء کی بیماری تھی عرق النساء ایک بیماری ہوتی ہے جس سے بہت تکلیف ہوتی ہے بہت زیادہ تکلیف ادمی چل نہیں سکتا</w:t>
      </w:r>
    </w:p>
    <w:p>
      <w:r>
        <w:rPr>
          <w:b/>
        </w:rPr>
        <w:t xml:space="preserve">[1:16:08] </w:t>
      </w:r>
      <w:r>
        <w:t>irq ul nisa kehte hain is ko ab chunke us waqt jo general tha agar us ke bare mein ailan kar diya jaye logon mein ke woh ek bohat hi sakht bimari mein hain woh khud lad nahi sakte hain tum apne ladte raho tum log to yeh aisi khabar jab phail jayegi to fauj demoralize ho jayegi fauj jo hai demoralize ho j</w:t>
      </w:r>
    </w:p>
    <w:p>
      <w:pPr>
        <w:jc w:val="right"/>
      </w:pPr>
      <w:r>
        <w:t>عرق النساء کہتے ہیں اس کو اب چونکہ اس وقت جو جنرل تھا اگر اس کے بارے میں اعلان کر دیا جائے لوگوں میں کہ وہ ایک بہت ہی سخت بیماری میں ہیں وہ خود لڑ نہیں سکتے ہیں تم اپنے لڑتے رہو تم لوگ تو یہ ایسی خبر جب پھیل جائے گی تو فوج ڈی مورلائز ہو جائے گی فوج جو ہے ڈی مورلائز ہو ج</w:t>
      </w:r>
    </w:p>
    <w:p>
      <w:r>
        <w:rPr>
          <w:b/>
        </w:rPr>
        <w:t xml:space="preserve">[1:16:35] </w:t>
      </w:r>
      <w:r>
        <w:t>ayegi yani woh log jo lad rahe the agar unhein pata hota ke woh to bimar hain irq ul nisa mein ka un ko aarza hai woh chal bhi nahi sakte to poori poori fauj demoralize ho jati us ki himmat pas ho jati is liye us ko batana yani us ko chupana zaroori hota hai to baz auqat aisa hota hai ke leadership ka jo faisla hai tafseel se bata nahi sakta aap ko to aap ko trust karna parta hai</w:t>
      </w:r>
    </w:p>
    <w:p>
      <w:pPr>
        <w:jc w:val="right"/>
      </w:pPr>
      <w:r>
        <w:t>ائے گی یعنی وہ لوگ جو لڑ رہے تھے اگر انہیں پتہ ہوتا کہ وہ تو بیمار ہیں عرق النساء میں کا ان کو عارضہ ہے وہ چل بھی نہیں سکتے تو پوری پوری فوج ڈی مورلائز ہو جاتی اس کی ہمت پس ہو جاتی اس لیے اس کو بتانا یعنی اس کو چھپانا ضروری ہوتا ہے تو بعض اوقات ایسا ہوتا ہے کہ لیڈرشپ کا جو فیصلہ ہے تفصیل سے بتا نہیں سکتا اپ کو تو اپ کو ٹرسٹ کرنا پڑتا ہے</w:t>
      </w:r>
    </w:p>
    <w:p>
      <w:r>
        <w:rPr>
          <w:b/>
        </w:rPr>
        <w:t xml:space="preserve">[1:17:02] </w:t>
      </w:r>
      <w:r>
        <w:t>aap ko bataye baghair us ko sahi manna parta hai to sahaba ki sifat yeh thi ke woh is tarah ke bohat se waqiat hain ke kitna woh trust karte the leadership par isi se un ki unity qaim rehti thi is se un ki himmat badhti rehti thi is se woh aage badhte rehte the hamesha aur itna bara kaam unhon ne kiya ek baat wahi arz karun ga ke sahaba mein bohat khula mahol tha ek dam khula</w:t>
      </w:r>
    </w:p>
    <w:p>
      <w:pPr>
        <w:jc w:val="right"/>
      </w:pPr>
      <w:r>
        <w:t>اپ کو بتائے بغیر اس کو صحیح ماننا پڑتا ہے تو صحابہ کی صفت یہ تھی کہ وہ اس طرح کے بہت سے واقعات ہیں کہ کتنا وہ ٹرسٹ کرتے تھے لیڈرشپ پر اسی سے ان کی یونٹی قائم رہتی تھی اس سے ان کی ہمت بڑھتی رہتی تھی اس سے وہ اگے بڑھتے رہتے تھے ہمیشہ اور اتنا بڑا کام انہوں نے کیا ایک بات وہی عرض کروں گا کہ صحابہ میں بہت کھلا ماحول تھا ایک دم کھلا</w:t>
      </w:r>
    </w:p>
    <w:p>
      <w:r>
        <w:rPr>
          <w:b/>
        </w:rPr>
        <w:t xml:space="preserve">[1:17:32] </w:t>
      </w:r>
      <w:r>
        <w:t>yani criticism jo hai bilkul yani is ki ijazat thi maslan ek sahabi ne ek ayat padhi is ayat mein unhon ne jo padha to us mein kuch zabardasti der ka farq tha to dusre aadmi jo the dusre sahabi unhon ne yeh nahi kaha ke bohat narmi ke sath ke hazrat sheikh yeh dekhiye is mein aap se yeh ghalati ho gayi hai kaha ke kazab tha tum ne jhoot kaha</w:t>
      </w:r>
    </w:p>
    <w:p>
      <w:pPr>
        <w:jc w:val="right"/>
      </w:pPr>
      <w:r>
        <w:t>یعنی کریٹیسزم جو ہے بالکل یعنی اس کی اجازت تھی مثلا ایک صحابی نے ایک ایت پڑھی اس ایت میں انہوں نے جو پڑھا تو اس میں کچھ زبردست دیر کا فرق تھا تو دوسرے ادمی جو تھے دوسرے صحابی انہوں نے یہ نہیں کہا کہ بہت نرمی کے ساتھ کہ حضرت شیخ یہ دیکھیے اس میں اپ سے یہ غلطی ہو گئی ہے کہا کہ کذب تھا تم نے جھوٹ کہا</w:t>
      </w:r>
    </w:p>
    <w:p>
      <w:r>
        <w:rPr>
          <w:b/>
        </w:rPr>
        <w:t xml:space="preserve">[1:18:00] </w:t>
      </w:r>
      <w:r>
        <w:t>yani yeh kehne ke bajaye ke aap ne zabardasti ghalati kar di hai yeh kaha ke kazab tha tum ne jhoot kaha to kisi ne kuch bura nahi mana to us zamane mein yeh haal tha ke apne sentiment ka izhar aap kisi reservation ke baghair kar sakte the koi reservation ki zaroorat nahi hai aise khule mahol mein aadmi kya hota hai ke source ka irtaqa hota hai intellectual development hota hai open exchange hota hai</w:t>
      </w:r>
    </w:p>
    <w:p>
      <w:pPr>
        <w:jc w:val="right"/>
      </w:pPr>
      <w:r>
        <w:t>یعنی یہ کہنے کے بجائے کہ اپ نے زبردستی غلطی کر دی ہے یہ کہا کہ کذب تھا تم نے جھوٹ کہا تو کسی نے کچھ برا نہیں مانا تو اس زمانے میں یہ حال تھا کہ اپنے سینٹیمنٹ کا اظہار اپ کسی ریزرویشن کے بغیر کر سکتے تھے کوئی ریزرویشن کی ضرورت نہیں ہے ایسے کھلے ماحول میں ادمی کیا ہوتا ہے کہ سورس کا ارتقاء ہوتا ہے انٹلیکچول ڈیویلپمنٹ ہوتا ہے اوپن ایکسچینج ہوتا ہے</w:t>
      </w:r>
    </w:p>
    <w:p>
      <w:r>
        <w:rPr>
          <w:b/>
        </w:rPr>
        <w:t xml:space="preserve">[1:18:29] </w:t>
      </w:r>
      <w:r>
        <w:t>jab bhi aap close society ho close mind ke sath log rehte hon criticism ko bura mante hon to kabhi bhi aise mahol mein intellectual development nahi hoga hoga is liye yeh bhi ek bohat bari baat hai jo un se leni ki hai ke criticism ko kisi bhi haal mein bura nahi manna chahiye balkeh discussion hona chahiye discussion open discussion</w:t>
      </w:r>
    </w:p>
    <w:p>
      <w:pPr>
        <w:jc w:val="right"/>
      </w:pPr>
      <w:r>
        <w:t>جب بھی اپ کلوز سوسائٹی ہو کلوز مائنڈ کے ساتھ لوگ رہتے ہوں کریٹیسز کو برا مانتے ہوں تو کبھی بھی ایسے ماحول میں انٹلیکچول ڈیویلپمنٹ نہیں ہوگا ہوگا اس لیے یہ بھی ایک بہت بڑی بات ہے جو ان سے لینی کی ہے کہ کریٹیسزم کو کسی بھی حال میں برا نہیں ماننا چاہیے بلکہ ڈسکشن ہونا چاہیے ڈسکشن اوپن ڈسکشن</w:t>
      </w:r>
    </w:p>
    <w:p>
      <w:r>
        <w:rPr>
          <w:b/>
        </w:rPr>
        <w:t xml:space="preserve">[1:18:58] </w:t>
      </w:r>
      <w:r>
        <w:t>sahaba ka yeh haal tha ke wahan log chunke bohat zyada cultured nahi hote the wahan par to rasool Allah ke pas aate the to zor se awaz laga dete</w:t>
      </w:r>
    </w:p>
    <w:p>
      <w:pPr>
        <w:jc w:val="right"/>
      </w:pPr>
      <w:r>
        <w:t>صحابہ کا یہ حال تھا کہ وہاں لوگ چونکہ بہت زیادہ کلچرڈ نہیں ہوتے تھے وہاں پر تو رسول اللہ کے پاس اتے تھے تو زور سے اواز لگا دیتے</w:t>
      </w:r>
    </w:p>
    <w:p>
      <w:r>
        <w:rPr>
          <w:b/>
        </w:rPr>
        <w:t xml:space="preserve">[1:19:08] </w:t>
      </w:r>
      <w:r>
        <w:t>اخرج علینا یا محمد اخرج علینا محمد bahar aao hum se milo to mana kiya gaya ke koi tareeqa nahi hai to baat ko kya haal hua ke woh aate the milne ke liye to darwaza nakhun se khatkate the nakhun se yani wohi log jo pehle zor se bola karte the nakhun se darwaza khatkaane lage is mein kya sabak milta hai humein ke woh log foran baat ko pakad lete the</w:t>
      </w:r>
    </w:p>
    <w:p>
      <w:pPr>
        <w:jc w:val="right"/>
      </w:pPr>
      <w:r>
        <w:t>اخرج علینا یا محمد اخرج علینا محمد باہر اؤ ہم سے ملو تو منع کیا گیا کہ کوئی طریقہ نہیں ہے تو بات کو کیا حال ہوا کہ وہ اتے تھے ملنے کے لیے تو دروازہ ناخن سے کھٹکاتے تھے ناخن سے یعنی وہی لوگ جو پہلے زور سے بولا کرتے تھے ناخن سے دروازہ کھٹکانے لگے اس میں کیا سبق ملتا ہے ہمیں کہ وہ لوگ فورا بات کو پکڑ لیتے تھے</w:t>
      </w:r>
    </w:p>
    <w:p>
      <w:r>
        <w:rPr>
          <w:b/>
        </w:rPr>
        <w:t xml:space="preserve">[1:19:35] </w:t>
      </w:r>
      <w:r>
        <w:t>aisa nahi hota tha ke ghalati karen to ghalati par jam jayen baat ko na sune</w:t>
      </w:r>
    </w:p>
    <w:p>
      <w:pPr>
        <w:jc w:val="right"/>
      </w:pPr>
      <w:r>
        <w:t>ایسا نہیں ہوتا تھا کہ غلطی کریں تو غلطی پر جم جائیں بات کو نہ سنیں</w:t>
      </w:r>
    </w:p>
    <w:p>
      <w:r>
        <w:rPr>
          <w:b/>
        </w:rPr>
        <w:t xml:space="preserve">[1:19:47] </w:t>
      </w:r>
      <w:r>
        <w:t>aise hi log majlis mein bolne lagte the apas mein to mana kiya gaya ke bhai yeh koi tareeqa nahi hai suno baat ko jo baat kahi ja rahi hai to aata hai kitabon mein ke is taraf baithne lage log jaise un ke sir pe chidiya baithi hui ho</w:t>
      </w:r>
    </w:p>
    <w:p>
      <w:pPr>
        <w:jc w:val="right"/>
      </w:pPr>
      <w:r>
        <w:t>ایسے ہی لوگ مجلس میں بولنے لگتے تھے اپس میں تو منع کیا گیا کہ بھئی یہ کوئی طریقہ نہیں ہے سنو بات کو جو بات کہی جا رہی ہے تو اتا ہے کتابوں میں کہ اس طرف بیٹھنے لگے لوگ جیسے ان کے سر پہ چڑیا بیٹھی ہوئی ہو</w:t>
      </w:r>
    </w:p>
    <w:p>
      <w:r>
        <w:rPr>
          <w:b/>
        </w:rPr>
        <w:t xml:space="preserve">[1:20:02] </w:t>
      </w:r>
      <w:r>
        <w:t>aap jante hain sir pe chidiya agar baithi hui ho to aap bohat hi zyada yani aap move nahi karenge ke ud jayegi woh to is taraf baithne lage jaise ke un ke saron par chidiyan baithi hui hon</w:t>
      </w:r>
    </w:p>
    <w:p>
      <w:pPr>
        <w:jc w:val="right"/>
      </w:pPr>
      <w:r>
        <w:t>اپ جانتے ہیں سر پہ چڑیا اگر بیٹھی ہوئی ہو تو اپ بہت ہی زیادہ یعنی اپ موو نہیں کریں گے کہ اڑ جائے گی وہ تو اس طرف بیٹھنے لگے جیسے کہ ان کے سروں پر چڑیاں بیٹھی ہوئی ہوں</w:t>
      </w:r>
    </w:p>
    <w:p>
      <w:r>
        <w:rPr>
          <w:b/>
        </w:rPr>
        <w:t xml:space="preserve">[1:20:16] </w:t>
      </w:r>
      <w:r>
        <w:t>to</w:t>
      </w:r>
    </w:p>
    <w:p>
      <w:pPr>
        <w:jc w:val="right"/>
      </w:pPr>
      <w:r>
        <w:t>تو</w:t>
      </w:r>
    </w:p>
    <w:p>
      <w:r>
        <w:rPr>
          <w:b/>
        </w:rPr>
        <w:t xml:space="preserve">[1:20:20] </w:t>
      </w:r>
      <w:r>
        <w:t>sahaba ka jo character hai is mein har qism ki misalein milti hain bohat si kitabein likhi gayi hain sahaba ki zindagiun par</w:t>
      </w:r>
    </w:p>
    <w:p>
      <w:pPr>
        <w:jc w:val="right"/>
      </w:pPr>
      <w:r>
        <w:t>صحابہ کا جو کریکٹر ہے اس میں ہر قسم کی مثالیں ملتی ہیں بہت سی کتابیں لکھی گئی ہیں صحابہ کی زندگیوں پر</w:t>
      </w:r>
    </w:p>
    <w:p>
      <w:r>
        <w:rPr>
          <w:b/>
        </w:rPr>
        <w:t xml:space="preserve">[1:20:30] </w:t>
      </w:r>
      <w:r>
        <w:t>to aap dekhen to har qism ke waqiat milenge aap ko</w:t>
      </w:r>
    </w:p>
    <w:p>
      <w:pPr>
        <w:jc w:val="right"/>
      </w:pPr>
      <w:r>
        <w:t>تو اپ دیکھیں تو ہر قسم کے واقعات ملیں گے اپ کو</w:t>
      </w:r>
    </w:p>
    <w:p>
      <w:r>
        <w:rPr>
          <w:b/>
        </w:rPr>
        <w:t xml:space="preserve">[1:20:39] </w:t>
      </w:r>
      <w:r>
        <w:t>zindagi ke har morr ke liye is mein aap ko yani roshni milegi har morr ke liye aap ko rehnumai milegi to back waqt do baaten hain yani ek taraf to yeh ke har qism ke waqiat milenge aap ko is ko event full life thi un ki</w:t>
      </w:r>
    </w:p>
    <w:p>
      <w:pPr>
        <w:jc w:val="right"/>
      </w:pPr>
      <w:r>
        <w:t>زندگی کے ہر موڑ کے لیے اس میں اپ کو یعنی روشنی ملے گی ہر موڑ کے لیے اپ کو رہنمائی ملے گی تو بیک وقت دو باتیں ہیں یعنی ایک طرف تو یہ کہ ہر قسم کے واقعات ملیں گے اپ کو اس کو ایونٹ فل لائف تھی ان کی</w:t>
      </w:r>
    </w:p>
    <w:p>
      <w:r>
        <w:rPr>
          <w:b/>
        </w:rPr>
        <w:t xml:space="preserve">[1:21:00] </w:t>
      </w:r>
      <w:r>
        <w:t>doosri yeh ke woh ek historical character tha historical character yani is ka aap yaqeen kar sakte hain ke aise log dunya mein thay woh koi spirit teller ki kahani nahi hai woh koi mythology nahi hai</w:t>
      </w:r>
    </w:p>
    <w:p>
      <w:pPr>
        <w:jc w:val="right"/>
      </w:pPr>
      <w:r>
        <w:t>دوسری یہ کہ وہ ایک ہسٹاریکل کریکٹر تھا ہسٹاریکل کریکٹر یعنی اس کا اپ یقین کر سکتے ہیں کہ ایسے لوگ دنیا میں تھے وہ کوئی اسپیریٹ ٹیلر کی کہانی نہیں ہے وہ کوئی ماثالوجی نہیں ہے</w:t>
      </w:r>
    </w:p>
    <w:p>
      <w:r>
        <w:rPr>
          <w:b/>
        </w:rPr>
        <w:t xml:space="preserve">[1:21:14] </w:t>
      </w:r>
      <w:r>
        <w:t>to kitni bari baat hai ke aise log dunya mein paida hue jo historical character rakhte thay jin ke namonay ko hum is yaqeen ke sath pakar sakte hain ke aisa hua zameen pe aise log chale zameen pe aise logon ne apni zindagiyaan banai</w:t>
      </w:r>
    </w:p>
    <w:p>
      <w:pPr>
        <w:jc w:val="right"/>
      </w:pPr>
      <w:r>
        <w:t>تو کتنی بڑی بات ہے کہ ایسے لوگ دنیا میں پیدا ہوئے جو ہسٹاریکل کریکٹر رکھتے تھے جن کے نمونوں کو ہم اس یقین کے ساتھ پکڑ سکتے ہیں کہ ایسا ہوا زمین پہ ایسے لوگ چلے زمین پہ ایسے لوگوں نے اپنی زندگیاں بنائیں</w:t>
      </w:r>
    </w:p>
    <w:p>
      <w:r>
        <w:rPr>
          <w:b/>
        </w:rPr>
        <w:t xml:space="preserve">[1:21:34] </w:t>
      </w:r>
      <w:r>
        <w:t>jabke aap agar qissa kahani parhen to is mein aap ko yani kabhi bhi jaise ke mislan novel mein bohat se character dikhaye jaate hain kahaniyon mein dikhaye jaate hain lekin kabhi bhi kisi novel se kisi ke andar koi yani zindagi nahi bani character nahi bana character banta hai real character se yani afsanaati character jo hai us se kabhi character ki taameer nahi ho sakti hai</w:t>
      </w:r>
    </w:p>
    <w:p>
      <w:pPr>
        <w:jc w:val="right"/>
      </w:pPr>
      <w:r>
        <w:t>جبکہ اپ اگر قصہ کہانی پڑھیں تو اس میں اپ کو یعنی کبھی بھی جیسے کہ مثلا ناول میں بہت سے کریکٹر دکھائے جاتے ہیں کہانیوں میں دکھائے جاتے ہیں لیکن کبھی بھی کسی ناول سے کسی کے اندر کوئی یعنی زندگی نہیں بنی کریکٹر نہیں بنا کریکٹر بنتا ہے ریئل کریکٹر سے یعنی افسانوی کریکٹر جو ہے اس سے کبھی کریکٹر کی تعمیر نہیں ہو سکتی ہے</w:t>
      </w:r>
    </w:p>
    <w:p>
      <w:r>
        <w:rPr>
          <w:b/>
        </w:rPr>
        <w:t xml:space="preserve">[1:22:04] </w:t>
      </w:r>
      <w:r>
        <w:t>to main samajhta hoon ke sahaba hamare liye bohat bari nemat hain aur sahaba ki zindagiun ke jo waqiat hain is ko phailana chahiye aakhir mein main arz karunga ke kitaben to bohat sari hain lekin ek kitab bohat hi zyada qabil e mutala hai woh hai Maulana Yusuf sahib ki kitab jo hai hayat us sahaba woh teen volume mein hai woh arabic mein asal kitab arabic mein hai</w:t>
      </w:r>
    </w:p>
    <w:p>
      <w:pPr>
        <w:jc w:val="right"/>
      </w:pPr>
      <w:r>
        <w:t>تو میں سمجھتا ہوں کہ صحابہ ہمارے لیے بہت بڑی نعمت ہیں اور صحابہ کی زندگیوں کے جو واقعات ہیں اس کو پھیلانا چاہیے اخر میں میں عرض کروں گا کہ کتابیں تو بہت ساری ہیں لیکن ایک کتاب بہت ہی زیادہ قابل مطالعہ ہے وہ ہے مولانا یوسف صاحب کی کتاب جو ہے حیات الصحابہ وہ تین والیوم میں ہے وہ عربک میں اصل کتاب عربک میں ہے</w:t>
      </w:r>
    </w:p>
    <w:p>
      <w:r>
        <w:rPr>
          <w:b/>
        </w:rPr>
        <w:t xml:space="preserve">[1:22:31] </w:t>
      </w:r>
      <w:r>
        <w:t>phir is ka translation hua urdu mein aur english mein aur woh yahin dilli mein milti hai woh hayat us sahaba Maulana Yusuf sahib ki is mein bohat hi yani comprehensive andaaz mein sahaba ki zindagi ke ko ka naqsha diya gaya hai</w:t>
      </w:r>
    </w:p>
    <w:p>
      <w:pPr>
        <w:jc w:val="right"/>
      </w:pPr>
      <w:r>
        <w:t>پھر اس کا ٹرانسلیشن ہوا اردو میں اور انگلش میں اور وہ یہیں دلی میں ملتی ہے وہ حیات الصحابہ مولانا یوسف صاحب کی اس میں بہت ہی یعنی کمپرہنسیو انداز میں صحابہ کی زندگی کے کو کا نقشہ دیا گیا ہے</w:t>
      </w:r>
    </w:p>
    <w:p>
      <w:r>
        <w:rPr>
          <w:b/>
        </w:rPr>
        <w:t xml:space="preserve">[1:22:52] </w:t>
      </w:r>
      <w:r>
        <w:t>to aap un ka</w:t>
      </w:r>
    </w:p>
    <w:p>
      <w:pPr>
        <w:jc w:val="right"/>
      </w:pPr>
      <w:r>
        <w:t>تو اپ ان کا</w:t>
      </w:r>
    </w:p>
    <w:p>
      <w:r>
        <w:rPr>
          <w:b/>
        </w:rPr>
        <w:t xml:space="preserve">[1:22:56] </w:t>
      </w:r>
      <w:r>
        <w:t>in teeno jildon ka mutala kar ke sahaba ke baray mein jaan sakte hain ke woh kaise log</w:t>
      </w:r>
    </w:p>
    <w:p>
      <w:pPr>
        <w:jc w:val="right"/>
      </w:pPr>
      <w:r>
        <w:t>ان تینوں جلدوں کا مطالعہ کر کے صحابہ کے بارے میں جان سکتے ہیں کہ وہ کیسے لوگ</w:t>
      </w:r>
    </w:p>
    <w:p>
      <w:r>
        <w:rPr>
          <w:b/>
        </w:rPr>
        <w:t xml:space="preserve">[1:23:00] </w:t>
      </w:r>
      <w:r>
        <w:t>the aur kis tarah woh dunya mein rahe un se aap sabaq hasil kar sakte hain</w:t>
      </w:r>
    </w:p>
    <w:p>
      <w:pPr>
        <w:jc w:val="right"/>
      </w:pPr>
      <w:r>
        <w:t>تھے اور کس طرح وہ دنیا میں رہے ان سے اپ سبق حاصل کر سکتے ہیں</w:t>
      </w:r>
    </w:p>
    <w:p>
      <w:r>
        <w:rPr>
          <w:b/>
        </w:rPr>
        <w:t xml:space="preserve">[1:23:06] </w:t>
      </w:r>
      <w:r>
        <w:t>aqool qooli haza wastaghfirullahi alaikum ajmaeen</w:t>
      </w:r>
    </w:p>
    <w:p>
      <w:pPr>
        <w:jc w:val="right"/>
      </w:pPr>
      <w:r>
        <w:t>اقول قولیھذا واستغفراللہ علیکم اجمعین</w:t>
      </w:r>
    </w:p>
    <w:p>
      <w:r>
        <w:rPr>
          <w:b/>
        </w:rPr>
        <w:t xml:space="preserve">[1:23:23] </w:t>
      </w:r>
      <w:r>
        <w:t>she sees quran can only be properly understood if one is familiar with quranic language which is arabic so which translation according to you is right and how should one go about it</w:t>
      </w:r>
    </w:p>
    <w:p>
      <w:pPr>
        <w:jc w:val="right"/>
      </w:pPr>
      <w:r>
        <w:t>شی سیز قران کین اونلی بی پراپرلی انڈرسٹڈ اف ون از فیملیئر ود قرانک لینگویج وچ از عربک سو وچ ٹرانسلیشن اکارڈنگ ٹو یو از رائٹ اینڈ ہاؤ شوڈ ون گو اباؤٹ اٹ</w:t>
      </w:r>
    </w:p>
    <w:p>
      <w:r>
        <w:rPr>
          <w:b/>
        </w:rPr>
        <w:t xml:space="preserve">[1:23:42] </w:t>
      </w:r>
      <w:r>
        <w:t>dekhen jahan tak main janta hoon english mein to koi translation aisa nahi hai is ko hum kahein ke woh bohat hi sahi hai</w:t>
      </w:r>
    </w:p>
    <w:p>
      <w:pPr>
        <w:jc w:val="right"/>
      </w:pPr>
      <w:r>
        <w:t>دیکھیں جہاں تک میں جانتا ہوں انگلش میں تو کوئی ٹرانسلیشن ایسا نہیں ہے اس کو ہم کہیں کہ وہ بہت ہی صحیح ہے</w:t>
      </w:r>
    </w:p>
    <w:p>
      <w:r>
        <w:rPr>
          <w:b/>
        </w:rPr>
        <w:t xml:space="preserve">[1:23:52] </w:t>
      </w:r>
      <w:r>
        <w:t>mere janne ke mutabiq persian mein bohat hi sahi translation hai Shah Abdullah ka urdu mein bohat hi sahi translation hai Shah Abdul Qadir ka english mein main logon ko yeh kaha karta hoon ke bhai koi bhi bohat acha translation to nahi hai jo available ho usi ko parhiye aur dekhiye sab se bari baat translation nahi hai sab se bari baat dua hai</w:t>
      </w:r>
    </w:p>
    <w:p>
      <w:pPr>
        <w:jc w:val="right"/>
      </w:pPr>
      <w:r>
        <w:t>میرے جاننے کے مطابق پرشین میں بہت ہی صحیح ٹرانسلیشن ہے شاہ عبداللہ کا اردو میں بہت ہی صحیح ٹرانسلیشن ہے شاہ عبدالقادر کا انگلش میں میں لوگوں کو یہ کہا کرتا ہوں کہ بھئی کوئی بھی بہت اچھا ٹرانسلیشن تو نہیں ہے جو اویلیبل ہو اسی کو پڑھیے اور دیکھیے سب سے بڑی بات ٹرانسلیشن نہیں ہے سب سے بڑی بات دعا ہے</w:t>
      </w:r>
    </w:p>
    <w:p>
      <w:r>
        <w:rPr>
          <w:b/>
        </w:rPr>
        <w:t xml:space="preserve">[1:24:22] </w:t>
      </w:r>
      <w:r>
        <w:t>is ko achi tarah yaad rakhiye ke quran ek aisi kitab hai jis ke author se aap har lamha consult kar sakte hain quran mein yeh likha hua hai ke main tumhare qareeb hoon mujh ko pukaaro main tumhari pukaar ka jawab doonga</w:t>
      </w:r>
    </w:p>
    <w:p>
      <w:pPr>
        <w:jc w:val="right"/>
      </w:pPr>
      <w:r>
        <w:t>اس کو اچھی طرح یاد رکھیے کہ قران ایک ایسی کتاب ہے جس کے اتھر سے اپ ہر لمحہ کنسلٹ کر سکتے ہیں قران میں یہ لکھا ہوا ہے کہ میں تمہارے قریب ہوں مجھ کو پکارو میں تمہاری پکار کا جواب دوں گا</w:t>
      </w:r>
    </w:p>
    <w:p>
      <w:r>
        <w:rPr>
          <w:b/>
        </w:rPr>
        <w:t xml:space="preserve">[1:24:44] </w:t>
      </w:r>
      <w:r>
        <w:t>isi ko main in lafzon mein kaha ke quran ek aisi kitab hai jis ka author har waqt jis ke author se har waqt aap consult kar sakte hain ab dekhen kitni bari blessing hai to main manta hoon ke koi bhi translation chahe kitna hi acha kyun na ho woh quran ko samajhne ke liye kafi nahi ho sakta sab se bari cheez hai jo woh hai dua</w:t>
      </w:r>
    </w:p>
    <w:p>
      <w:pPr>
        <w:jc w:val="right"/>
      </w:pPr>
      <w:r>
        <w:t>اسی کو میں ان لفظوں میں کہا کہ قران ایک ایسی کتاب ہے جس کا اتھر ہر وقت جس کے اتھر سے ہر وقت اپ کنسلٹ کر سکتے ہیں اب دیکھیں کتنی بڑی بلیسنگ ہے تو میں مانتا ہوں کہ کوئی بھی ٹرانسلیشن چاہے کتنا ہی اچھا کیوں نہ ہو وہ قران کو سمجھنے کے لیے کافی نہیں ہو سکتا سب سے بڑی چیز ہے جو وہ ہے دعا</w:t>
      </w:r>
    </w:p>
    <w:p>
      <w:r>
        <w:rPr>
          <w:b/>
        </w:rPr>
        <w:t xml:space="preserve">[1:25:11] </w:t>
      </w:r>
      <w:r>
        <w:t>yahan main ek waqia arz karoon ke Allama Ibn Taymiyyah ek bohat bare aalim thay arabic ke bohat bare scholar thay woh un ko bhi quran mein kahin kahin atakna parta tha to woh kya karte thay ke chale aate thay jangla mein do rakat namaz parhte aur dua karte yeh kehte ke ya muallim ibrahim allimni aey ibrahim ko batane wale mujhe bhi bata de</w:t>
      </w:r>
    </w:p>
    <w:p>
      <w:pPr>
        <w:jc w:val="right"/>
      </w:pPr>
      <w:r>
        <w:t>یہاں میں ایک واقعہ عرض کروں کہ علامہ ابن تیمیہ ایک بہت بڑے عالم تھے عربی کے بہت بڑے سکالر تھے وہ ان کو بھی قران میں کہیں کہیں اٹکنا پڑتا تھا تو وہ کیا کرتے تھے کہ چلے اتے تھے جنگل میں دو رکعت نماز پڑھتے اور دعا کرتے یہ کہتے کہ یا معلم ابراہیم علمنی اے ابراہیم کو بتانے والے مجھے بھی بتا دے</w:t>
      </w:r>
    </w:p>
    <w:p>
      <w:r>
        <w:rPr>
          <w:b/>
        </w:rPr>
        <w:t xml:space="preserve">[1:25:41] </w:t>
      </w:r>
      <w:r>
        <w:t>to main yeh kahunga ke jo bhi available translation hai us ko lijiye aur dua ke sath parhiye zaroor aap quran ke baaton ko samajh jayenge</w:t>
      </w:r>
    </w:p>
    <w:p>
      <w:pPr>
        <w:jc w:val="right"/>
      </w:pPr>
      <w:r>
        <w:t>تو میں یہ کہوں گا کہ جو بھی اویلیبل ٹرانسلیشن ہے اس کو لیجئے اور دعا کے ساتھ پڑھیے ضرور اپ قران کے باتوں کو سمجھ جائیں گے</w:t>
      </w:r>
    </w:p>
    <w:p>
      <w:r>
        <w:rPr>
          <w:b/>
        </w:rPr>
        <w:t xml:space="preserve">[1:25:54] </w:t>
      </w:r>
      <w:r>
        <w:t>this question is from aisha she says that in the process of dawah work is it important to prove the authenticity of quran to people if yes then how do we go about it</w:t>
      </w:r>
    </w:p>
    <w:p>
      <w:pPr>
        <w:jc w:val="right"/>
      </w:pPr>
      <w:r>
        <w:t>دس کوسچن از فرام عائشہ شی سیز دیٹ ان دی پروسیس اف دعوی ورک از اٹ امپورٹنٹ ٹو پروف دی اتھنٹیسٹی اف قران ٹو پیپل اف یس دین ہاؤ ڈو وی گو اباؤٹ اٹ</w:t>
      </w:r>
    </w:p>
    <w:p>
      <w:r>
        <w:rPr>
          <w:b/>
        </w:rPr>
        <w:t xml:space="preserve">[1:26:12] </w:t>
      </w:r>
      <w:r>
        <w:t>dekhiye is ka taalluq is se hai ke aap kis se kis ke upar dawah work kar rahi hain</w:t>
      </w:r>
    </w:p>
    <w:p>
      <w:pPr>
        <w:jc w:val="right"/>
      </w:pPr>
      <w:r>
        <w:t>دیکھیے اس کا تعلق اس سے ہے کہ اپ کس سے کس کے اوپر دعوی ورک کر رہی ہیں</w:t>
      </w:r>
    </w:p>
    <w:p>
      <w:r>
        <w:rPr>
          <w:b/>
        </w:rPr>
        <w:t xml:space="preserve">[1:26:19] </w:t>
      </w:r>
      <w:r>
        <w:t>ab jaise ke main ne ek hindu scholar se meri baat hui to woh kehne lage ke main to quran ke manta hoon aur gita bhi manta hoon jab main quran parhta hoon to lagta hai ke main gita parh raha hoon gita parhta hoon to lagta hai ke main quran ko parhta hoon</w:t>
      </w:r>
    </w:p>
    <w:p>
      <w:pPr>
        <w:jc w:val="right"/>
      </w:pPr>
      <w:r>
        <w:t>اب جیسے کہ میں نے ایک ہندو سکالر سے میری بات ہوئی تو وہ کہنے لگے کہ میں تو قران کے مانتا ہوں اور گیتا بھی مانتا ہوں جب میں قران پڑھتا ہوں تو لگتا ہے کہ میں گیتا پڑھ رہا ہوں گیتا پڑھتا ہوں تو لگتا ہے کہ میں قران کو پڑھتا ہوں</w:t>
      </w:r>
    </w:p>
    <w:p>
      <w:r>
        <w:rPr>
          <w:b/>
        </w:rPr>
        <w:t xml:space="preserve">[1:26:37] </w:t>
      </w:r>
      <w:r>
        <w:t>to aise aadmi ke liye aap ko koi reason ki zaroorat to hai nahi woh to pehle se bane hue hain to koi ek hard and fast rule nahi ban sakta jahan tak daleel ke aur reason ke logic ki baat hai to main ne kai kitaben is par likhi hain mislan ek kitab jo hai is ka naam hi yahi hai azmat e quran aur kai kitaben hain is mein main ne daleelein ikhatta ki hain</w:t>
      </w:r>
    </w:p>
    <w:p>
      <w:pPr>
        <w:jc w:val="right"/>
      </w:pPr>
      <w:r>
        <w:t>تو ایسے ادمی کے لیے اپ کو کوئی ریزن کی ضرورت تو ہے نہیں وہ تو پہلے سے بنے ہوئے ہیں تو کوئی ایک ہارڈ اینڈ فاسٹ رول نہیں بن سکتا جہاں تک دلیل کے اور ریزن کے لاجک کی بات ہے تو میں نے کئی کتابیں اس پر لکھی ہیں مثلا ایک کتاب جو ہے اس کا نام ہی یہی ہے عظمت قران اور کئی کتابیں ہیں اس میں میں نے دلیلیں اکٹھا کی ہیں</w:t>
      </w:r>
    </w:p>
    <w:p>
      <w:r>
        <w:rPr>
          <w:b/>
        </w:rPr>
        <w:t xml:space="preserve">[1:27:03] </w:t>
      </w:r>
      <w:r>
        <w:t>to aap ko dekhna padega ke jo aap ka audience hai woh kaise sochta hai</w:t>
      </w:r>
    </w:p>
    <w:p>
      <w:pPr>
        <w:jc w:val="right"/>
      </w:pPr>
      <w:r>
        <w:t>تو اپ کو دیکھنا پڑے گا کہ جو اپ کا اڈینس ہے وہ کیسے سوچتا ہے</w:t>
      </w:r>
    </w:p>
    <w:p>
      <w:r>
        <w:rPr>
          <w:b/>
        </w:rPr>
        <w:t xml:space="preserve">[1:27:15] </w:t>
      </w:r>
      <w:r>
        <w:t>is ki soch ko jan kar hi aap yeh faisla kar sakte hain kis dhang se main kahoon taake uska mind address ho</w:t>
      </w:r>
    </w:p>
    <w:p>
      <w:pPr>
        <w:jc w:val="right"/>
      </w:pPr>
      <w:r>
        <w:t>اس کی سوچ کو جان کر ہی اپ یہ فیصلہ کر سکتے ہیں کس ڈھنگ سے میں کہوں تاکہ اس کا مائنڈ ایڈریس ہو</w:t>
      </w:r>
    </w:p>
    <w:p>
      <w:r>
        <w:rPr>
          <w:b/>
        </w:rPr>
        <w:t xml:space="preserve">[1:27:24] </w:t>
      </w:r>
      <w:r>
        <w:t>to main yahi kahunga ke apna apni study barhaiye tabhi aap doosron ko samajh payenge aur khud hi khud yeh jaan lenge ke kis aadmi ko mujhe kis tarah se address karna hai</w:t>
      </w:r>
    </w:p>
    <w:p>
      <w:pPr>
        <w:jc w:val="right"/>
      </w:pPr>
      <w:r>
        <w:t>تو میں یہی کہوں گا کہ اپنا اپنی اسٹڈی بڑھائیے تبھی اپ دوسروں کو سمجھ پائیں گے اور خود ہی خود یہ جان لیں گے کہ کس ادمی کو مجھے کس طرح سے ایڈریس کرنا ہے</w:t>
      </w:r>
    </w:p>
    <w:p>
      <w:r>
        <w:rPr>
          <w:b/>
        </w:rPr>
        <w:t xml:space="preserve">[1:27:40] </w:t>
      </w:r>
      <w:r>
        <w:t>ummul fadl raziq would like to ask you that last time in your lecture you had talked about firoz body</w:t>
      </w:r>
    </w:p>
    <w:p>
      <w:pPr>
        <w:jc w:val="right"/>
      </w:pPr>
      <w:r>
        <w:t>ام الفضل رازق وڈ لائک ٹو اسک یو دیٹ لاسٹ ٹائم ان یور لیکچر یو ہیڈ ٹاک اباؤٹ فیروز باڈی</w:t>
      </w:r>
    </w:p>
    <w:p>
      <w:r>
        <w:rPr>
          <w:b/>
        </w:rPr>
        <w:t xml:space="preserve">[1:27:51] </w:t>
      </w:r>
      <w:r>
        <w:t>could you give the specific reference of the verse in which god has talked about preservation of firoz body dekhiye quran mein hai surah yunus ka badan khalaf ka aya to chapter number 10 verse number 92 is mein aap dekh sakte hain</w:t>
      </w:r>
    </w:p>
    <w:p>
      <w:pPr>
        <w:jc w:val="right"/>
      </w:pPr>
      <w:r>
        <w:t>کڈ یو گیو دی سپیسیفک ریفرنس اف دی ورس ان وچ گاڈ ہیز ٹاک اباؤٹ پریزرویشن اف فیروز باڈی دیکھیے قران میں ہے سورہ یونس کا بدن خلف کا ایا تو چیپٹر نمبر 10 ورس نمبر 92 اس میں اپ دیکھ سکتے ہیں</w:t>
      </w:r>
    </w:p>
    <w:p>
      <w:r>
        <w:rPr>
          <w:b/>
        </w:rPr>
        <w:t xml:space="preserve">[1:28:19] </w:t>
      </w:r>
      <w:r>
        <w:t>this question is from aisha when the concept of god is inter woven in the nature of man then why is why is that god is replaced by many false false gods</w:t>
      </w:r>
    </w:p>
    <w:p>
      <w:pPr>
        <w:jc w:val="right"/>
      </w:pPr>
      <w:r>
        <w:t>دس کوسچن از فرام عائشہ وین دی کانسیپٹ اف گاڈ از انٹر وومن ان دی نیچر اف مین دین وائی از وائی از دیٹ گاڈ از ریپلیسڈ بائے مینی فال فالس گاڈز</w:t>
      </w:r>
    </w:p>
    <w:p>
      <w:r>
        <w:rPr>
          <w:b/>
        </w:rPr>
        <w:t xml:space="preserve">[1:28:40] </w:t>
      </w:r>
      <w:r>
        <w:t>dekhen jaisa ke kai baar yeh baat aai hai yahan par ke yeh duniya test ke liye banai gai hai dekhen jab test rahega to zaroor wahan par confusion bhi rahega agar duniya mein koi confusion na ho to test kaise liya jayega sab baat clear ho bilkul compulsory aap majboor hon manne ke liye to woh test nahi hua</w:t>
      </w:r>
    </w:p>
    <w:p>
      <w:pPr>
        <w:jc w:val="right"/>
      </w:pPr>
      <w:r>
        <w:t>دیکھیں جیسا کہ کئی بار یہ بات ائی ہے یہاں پر کہ یہ دنیا ٹیسٹ کے لیے بنائی گئی ہے دیکھیں جب ٹیسٹ رہے گا تو ضرور وہاں پر کنفیوژن بھی رہے گا اگر دنیا میں کوئی کنفیوژن نہ ہو تو ٹیسٹ کیسے لیا جائے گا سب بات کلیئر ہو بالکل کمپلسولی اپ مجبور ہوں ماننے کے لیے تو وہ ٹیسٹ نہیں ہوا</w:t>
      </w:r>
    </w:p>
    <w:p>
      <w:r>
        <w:rPr>
          <w:b/>
        </w:rPr>
        <w:t xml:space="preserve">[1:29:08] </w:t>
      </w:r>
      <w:r>
        <w:t>isi liye quran mein hai ke wa laa yulabbisoo alaihim ulabisoona yaani duniya ki cheezon mein ek element of doubt rakh diya gaya hai har cheez mein element of doubt to test yeh hai aap ka ke element of doubt jo hai us ko pharen aur phad kar sachai ko dekhen</w:t>
      </w:r>
    </w:p>
    <w:p>
      <w:pPr>
        <w:jc w:val="right"/>
      </w:pPr>
      <w:r>
        <w:t>اسی لیے قران میں ہے کہ ولا لبس علیہم مالبسون یعنی دنیا کی چیزوں میں ایک ایلیمنٹ اف ڈاؤٹ رکھ دیا گیا ہے ہر چیز میں ایلیمنٹ اف ڈاؤٹ تو ٹیسٹ یہ ہے اپ کا کہ ایلیمنٹ اف ڈاؤٹ جو ہے اس کو پھاڑیں اور پھاڑ کر سچائی کو دیکھیں</w:t>
      </w:r>
    </w:p>
    <w:p>
      <w:r>
        <w:rPr>
          <w:b/>
        </w:rPr>
        <w:t xml:space="preserve">[1:29:28] </w:t>
      </w:r>
      <w:r>
        <w:t>to khuda agarche fitrat mein chhupa fitrat mein maujood hai hamari lekin jo duniya bhar ke element of doubts hain jo confusion hai jo jangal hai ideas ka us mein se guzar kar hamein khuda tak pahunchna padta hai kyun is liye ke test hai to main is ko kehta hoon ke yeh hai discovery method aap jante hain ke discovery method kya hai</w:t>
      </w:r>
    </w:p>
    <w:p>
      <w:pPr>
        <w:jc w:val="right"/>
      </w:pPr>
      <w:r>
        <w:t>تو خدا اگرچہ فطرت میں چھپا فطرت میں موجود ہے ہماری لیکن جو دنیا بھر کے ایلیمنٹ اف ڈاؤٹس ہیں جو کنفیوژن ہے جو جنگل ہے ائیڈیاز کا اس میں سے گزر کر ہمیں خدا تک پہنچنا پڑتا ہے کیوں اس لیے کہ ٹیسٹ ہے تو میں اس کو کہتا ہوں کہ یہ ہے ڈسکوری میتھڈ اپ جانتے ہیں کہ ڈسکوری میتھڈ کیا ہے</w:t>
      </w:r>
    </w:p>
    <w:p>
      <w:r>
        <w:rPr>
          <w:b/>
        </w:rPr>
        <w:t xml:space="preserve">[1:29:57] </w:t>
      </w:r>
      <w:r>
        <w:t>ke bachon ko is tarah padhaya jata hai ke maslan oont hai camel to us ki body ko das bees tukde kar denge lakdi ke tukde bachche se kahenge to jodo yeh woh juda hua nahi hoga balkeh tukde tukde hoga to khuda ne sachai ko gaya tukde tukde bant diya hai duniya mein ab yeh discovery method hai yaani hamein daryaft karna hai discover karna hai discover kar ke is sachai ko pure poore sachai ko banana hai</w:t>
      </w:r>
    </w:p>
    <w:p>
      <w:pPr>
        <w:jc w:val="right"/>
      </w:pPr>
      <w:r>
        <w:t>کہ بچوں کو اس طرح پڑھایا جاتا ہے کہ مثلا اونٹ ہے کیمل تو اس کی باڈی کو دس بیس ٹکڑے کر دیں گے لکڑی کے ٹکڑے بچے سے کہیں گے تو جوڑو یہ وہ جڑا ہوا نہیں ہوگا بلکہ ٹکڑے ٹکڑے ہوگا تو خدا نے سچائی کو گیا ٹکڑے ٹکڑے بانٹ دیا ہے دنیا میں اب یہ ڈسکوری میتھڈ ہے یعنی ہمیں دریافت کرنا ہے ڈسکور کرنا ہے ڈسکور کر کے اس سچائی کو پورے پوری سچائی کو بنانا ہے</w:t>
      </w:r>
    </w:p>
    <w:p>
      <w:r>
        <w:rPr>
          <w:b/>
        </w:rPr>
        <w:t xml:space="preserve">[1:30:27] </w:t>
      </w:r>
      <w:r>
        <w:t>ke is is kuch hissa idhar hai kuch hissa idhar hai kuch hissa idhar hai to poora poora mamla yahan wahi hai discovery method wala hamein discover karna hai discover jab tak nahi kar payenge hum tab tak hum sachai ko daryaft nahi kar payenge</w:t>
      </w:r>
    </w:p>
    <w:p>
      <w:pPr>
        <w:jc w:val="right"/>
      </w:pPr>
      <w:r>
        <w:t>کہ اس اس کچھ حصہ ادھر ہے کچھ حصہ ادھر ہے کچھ حصہ ادھر ہے تو پورا پورا معاملہ یہاں وہی ہے ڈسکوری میتھڈ والا ہمیں ڈسکور کرنا ہے ڈسکور جب تک نہیں کر پائیں گے ہم تب تک ہم سچائی کو دریافت نہیں کر پائیں گے</w:t>
      </w:r>
    </w:p>
    <w:p>
      <w:r>
        <w:rPr>
          <w:b/>
        </w:rPr>
        <w:t xml:space="preserve">[1:30:45] </w:t>
      </w:r>
      <w:r>
        <w:t>Mahbub Alam would like to ask you that last time during your lecture you had given an example of Cat Stevens that he read Quran and he understood the message so his question is that what are the prerequisites to gain true guidance from the Quran and transform like Cat Stevens</w:t>
      </w:r>
    </w:p>
    <w:p>
      <w:pPr>
        <w:jc w:val="right"/>
      </w:pPr>
      <w:r>
        <w:t>محبوب عالم وڈ لائک ٹو اسک یو دیٹ لاسٹ ٹائم ڈیورنگ یور لیکچر یو ہیڈ گیون این ایگزامپل اف کیٹ سٹیونز دیٹ ہی ریڈ قران اینڈ ہی انڈرسٹڈ دی میسج سو ہز کوسچن از دیٹ واٹ ار دی پری ریکوزٹس ٹو گین ٹرو گائیڈنس فرام دی قران اینڈ ٹرانسفارم لائک کیٹ سٹیونز</w:t>
      </w:r>
    </w:p>
    <w:p>
      <w:r>
        <w:rPr>
          <w:b/>
        </w:rPr>
        <w:t xml:space="preserve">[1:31:15] </w:t>
      </w:r>
      <w:r>
        <w:t>un ka qissa yeh hai ke un ko TB ho gaya main samajhta hoon ke duniya mein jo museebaten padti hain na woh bohat bari blessing hai jab tak unhein bimari nahi lagi thi tab tak kuch sochte nahi the woh glory mein jeete the fame mein jeete the yahan party wahan voting tarah tarah ke char mein jeete the woh jab un ko TB ho gaya to kya hua hospitalize ho gaye</w:t>
      </w:r>
    </w:p>
    <w:p>
      <w:pPr>
        <w:jc w:val="right"/>
      </w:pPr>
      <w:r>
        <w:t>ان کا قصہ یہ ہے کہ ان کو ٹی بی ہو گیا میں سمجھتا ہوں کہ دنیا میں جو مصیبتیں پڑتی ہیں نا وہ بہت بڑی بلیسنگ ہے جب تک انہیں بیماری نہیں لگی تھی تب تک کچھ سوچتے نہیں تھے وہ گلوری میں جیتے تھے فیم میں جیتے تھے یہاں پارٹی وہاں ووٹنگ طرح طرح کے چار میں جیتے تھے وہ جب ان کو ٹی بی ہو گیا تو کیا ہوا ہاسپٹلائز ہو گئے</w:t>
      </w:r>
    </w:p>
    <w:p>
      <w:r>
        <w:rPr>
          <w:b/>
        </w:rPr>
        <w:t xml:space="preserve">[1:31:44] </w:t>
      </w:r>
      <w:r>
        <w:t>hospital mein zahir hai ke un ko main alag se rehna pada us zamane mein un ke bhai ne unhein quran de diya agar woh bimari se pehle diya hota to padhte bhi nahi is ko woh ab jab padha unhone quran ko to ek khaas baat jo unhone bataya jis se un ka mind jo hil gaya ke quran mein dekha unhone ke God jo hai direct un ko address kar raha hai aye insan aye insan</w:t>
      </w:r>
    </w:p>
    <w:p>
      <w:pPr>
        <w:jc w:val="right"/>
      </w:pPr>
      <w:r>
        <w:t>ہاسپٹل میں ظاہر ہے کہ ان کو میں الگ سے رہنا پڑا اس زمانے میں ان کے بھائی نے انہیں قران دے دیا اگر وہ بیماری سے پہلے دیا ہوتا تو پڑھتے بھی نہیں اس کو وہ اب جب پڑھا انہوں نے قران کو تو ایک خاص بات جو انہوں نے بتایا جس سے ان کا مائنڈ جو ہل گیا کہ قران میں دیکھا انہوں نے کہ گاڈ جو ہے ڈائریکٹ ان کو ایڈریس کر رہا ہے اے انسان اے انسان</w:t>
      </w:r>
    </w:p>
    <w:p>
      <w:r>
        <w:rPr>
          <w:b/>
        </w:rPr>
        <w:t xml:space="preserve">[1:32:12] </w:t>
      </w:r>
      <w:r>
        <w:t>to is dhang par koi kitab is se pehle nahi padhi thi unhon ne aap jante hain ke</w:t>
      </w:r>
    </w:p>
    <w:p>
      <w:pPr>
        <w:jc w:val="right"/>
      </w:pPr>
      <w:r>
        <w:t>تو اس ڈھنگ پر کوئی کتاب اس سے پہلے نہیں پڑھی تھی انہوں نے اپ جانتے ہیں کہ</w:t>
      </w:r>
    </w:p>
    <w:p>
      <w:r>
        <w:rPr>
          <w:b/>
        </w:rPr>
        <w:t xml:space="preserve">[1:32:18] </w:t>
      </w:r>
      <w:r>
        <w:t>difference jo hai aadmi ko hamesha mutasir karta hai difference to doosri kitabon mein kahin bhi yeh baat</w:t>
      </w:r>
    </w:p>
    <w:p>
      <w:pPr>
        <w:jc w:val="right"/>
      </w:pPr>
      <w:r>
        <w:t>ڈفرنس جو ہے ادمی کو ہمیشہ متاثر کرتا ہے ڈفرنس تو دوسری کتابوں میں کہیں بھی یہ بات</w:t>
      </w:r>
    </w:p>
    <w:p>
      <w:r>
        <w:rPr>
          <w:b/>
        </w:rPr>
        <w:t xml:space="preserve">[1:32:25] </w:t>
      </w:r>
      <w:r>
        <w:t>nahi thi ke direct tor par khuda un ko bol raha ho ke dekho main khuda tumhara hoon</w:t>
      </w:r>
    </w:p>
    <w:p>
      <w:pPr>
        <w:jc w:val="right"/>
      </w:pPr>
      <w:r>
        <w:t>نہیں تھی کہ ڈائریکٹ طور پر خدا ان کو بول رہا ہو کہ دیکھو میں خدا تمہارا ہوں</w:t>
      </w:r>
    </w:p>
    <w:p>
      <w:r>
        <w:rPr>
          <w:b/>
        </w:rPr>
        <w:t xml:space="preserve">[1:32:31] </w:t>
      </w:r>
      <w:r>
        <w:t>suno meri baat</w:t>
      </w:r>
    </w:p>
    <w:p>
      <w:pPr>
        <w:jc w:val="right"/>
      </w:pPr>
      <w:r>
        <w:t>سنو میری بات</w:t>
      </w:r>
    </w:p>
    <w:p>
      <w:r>
        <w:rPr>
          <w:b/>
        </w:rPr>
        <w:t xml:space="preserve">[1:32:34] </w:t>
      </w:r>
      <w:r>
        <w:t>to yeh difference jo hai is se yahan par woh mutasir hue aur phir mutala karte karte islam</w:t>
      </w:r>
    </w:p>
    <w:p>
      <w:pPr>
        <w:jc w:val="right"/>
      </w:pPr>
      <w:r>
        <w:t>تو یہ ڈفرنس جو ہے اس سے یہاں پر وہ متاثر ہوئے اور پھر مطالعہ کرتے کرتے اسلام</w:t>
      </w:r>
    </w:p>
    <w:p>
      <w:r>
        <w:rPr>
          <w:b/>
        </w:rPr>
        <w:t xml:space="preserve">[1:32:39] </w:t>
      </w:r>
      <w:r>
        <w:t>ki sachai tak pahunche</w:t>
      </w:r>
    </w:p>
    <w:p>
      <w:pPr>
        <w:jc w:val="right"/>
      </w:pPr>
      <w:r>
        <w:t>کی سچائی تک پہنچے</w:t>
      </w:r>
    </w:p>
    <w:p>
      <w:r>
        <w:rPr>
          <w:b/>
        </w:rPr>
        <w:t xml:space="preserve">[1:32:42] </w:t>
      </w:r>
      <w:r>
        <w:t>to main samajhta hoon ke is mein jo sabaq hai woh yeh hai ke bimari ne unhein sincere</w:t>
      </w:r>
    </w:p>
    <w:p>
      <w:pPr>
        <w:jc w:val="right"/>
      </w:pPr>
      <w:r>
        <w:t>تو میں سمجھتا ہوں کہ اس میں جو سبق ہے وہ یہ ہے کہ بیماری نے انہیں سنسیئر</w:t>
      </w:r>
    </w:p>
    <w:p>
      <w:r>
        <w:rPr>
          <w:b/>
        </w:rPr>
        <w:t xml:space="preserve">[1:32:46] </w:t>
      </w:r>
      <w:r>
        <w:t>banaya aur jab sincere ho kar ke unhon ne padha quran ko to woh sachai ko pa gaye</w:t>
      </w:r>
    </w:p>
    <w:p>
      <w:pPr>
        <w:jc w:val="right"/>
      </w:pPr>
      <w:r>
        <w:t>بنایا اور جب سنسیئر ہو کر کے انہوں نے پڑھا قران کو تو وہ سچائی کو پا گئے</w:t>
      </w:r>
    </w:p>
    <w:p>
      <w:r>
        <w:rPr>
          <w:b/>
        </w:rPr>
        <w:t xml:space="preserve">[1:32:53] </w:t>
      </w:r>
      <w:r>
        <w:t>quran mein dekhen shuru mein likha hua hai</w:t>
      </w:r>
    </w:p>
    <w:p>
      <w:pPr>
        <w:jc w:val="right"/>
      </w:pPr>
      <w:r>
        <w:t>قران میں دیکھیں شروع میں لکھا ہوا ہے</w:t>
      </w:r>
    </w:p>
    <w:p>
      <w:r>
        <w:rPr>
          <w:b/>
        </w:rPr>
        <w:t xml:space="preserve">[1:32:56] </w:t>
      </w:r>
      <w:r>
        <w:t>hud al mutaqeen mutaqeen ka matlab hi hai sincere sincerity</w:t>
      </w:r>
    </w:p>
    <w:p>
      <w:pPr>
        <w:jc w:val="right"/>
      </w:pPr>
      <w:r>
        <w:t>ھد المتقین متقین کا مطلب ہی ہے سنسیئر سنسیریٹی</w:t>
      </w:r>
    </w:p>
    <w:p>
      <w:r>
        <w:rPr>
          <w:b/>
        </w:rPr>
        <w:t xml:space="preserve">[1:33:02] </w:t>
      </w:r>
      <w:r>
        <w:t>sincere wale log to aadmi ko sab se pehle sincere banna padta hai jab tak aap sincere nahi</w:t>
      </w:r>
    </w:p>
    <w:p>
      <w:pPr>
        <w:jc w:val="right"/>
      </w:pPr>
      <w:r>
        <w:t>سنسیئر والے لوگ تو ادمی کو سب سے پہلے سنسیئر بننا پڑتا ہے جب تک اپ سنسیئر نہیں</w:t>
      </w:r>
    </w:p>
    <w:p>
      <w:r>
        <w:rPr>
          <w:b/>
        </w:rPr>
        <w:t xml:space="preserve">[1:33:08] </w:t>
      </w:r>
      <w:r>
        <w:t>بنیں گے تب تک اپ کے اندر سچی seeking speed نہیں ائے گی جب تک seeking speed نہیں</w:t>
      </w:r>
    </w:p>
    <w:p>
      <w:pPr>
        <w:jc w:val="right"/>
      </w:pPr>
      <w:r>
        <w:t>بنیں گے تب تک اپ کے اندر سچی سیکھنگ اسپیڈ نہیں ائے گی جب تک سیکھنگ اسپیڈ نہیں</w:t>
      </w:r>
    </w:p>
    <w:p>
      <w:r>
        <w:rPr>
          <w:b/>
        </w:rPr>
        <w:t xml:space="preserve">[1:33:15] </w:t>
      </w:r>
      <w:r>
        <w:t>aayegi tab tak aap kisi baat ko pakad nahi payenge</w:t>
      </w:r>
    </w:p>
    <w:p>
      <w:pPr>
        <w:jc w:val="right"/>
      </w:pPr>
      <w:r>
        <w:t>ائے گی تب تک اپ کسی بات کو پکڑ نہیں پائیں گے</w:t>
      </w:r>
    </w:p>
    <w:p>
      <w:r>
        <w:rPr>
          <w:b/>
        </w:rPr>
        <w:t xml:space="preserve">[1:33:20] </w:t>
      </w:r>
      <w:r>
        <w:t>to yeh sabaq milta hai un ke waqe se</w:t>
      </w:r>
    </w:p>
    <w:p>
      <w:pPr>
        <w:jc w:val="right"/>
      </w:pPr>
      <w:r>
        <w:t>تو یہ سبق ملتا ہے ان کے واقعے سے</w:t>
      </w:r>
    </w:p>
    <w:p>
      <w:r>
        <w:rPr>
          <w:b/>
        </w:rPr>
        <w:t xml:space="preserve">[1:33:27] </w:t>
      </w:r>
      <w:r>
        <w:t>This question is from Naghma she says that after understanding creation plan of God and realizing God's existence lot of times what happens is that we are not able to surrender hundred percent please advise how to surrender completely to God</w:t>
      </w:r>
    </w:p>
    <w:p>
      <w:pPr>
        <w:jc w:val="right"/>
      </w:pPr>
      <w:r>
        <w:t>دس کوسچن از فرام نغمہ شی سیز دیٹ افٹر انڈرسٹینڈنگ کریشن پلان اف گاڈ اینڈ ریلائزنگ گاڈز ایگزسٹنس لاٹ اف ٹائمز واٹ ہیپنز از دیٹ وی ار ناٹ ایبل ٹو سرینڈر ہنڈرڈ پرسنٹ پلیز ایڈوائس ہاؤ ٹو سرینڈر کمپلیٹلی ٹو گاڈ</w:t>
      </w:r>
    </w:p>
    <w:p>
      <w:r>
        <w:rPr>
          <w:b/>
        </w:rPr>
        <w:t xml:space="preserve">[1:33:53] </w:t>
      </w:r>
      <w:r>
        <w:t>dekhiye is ka koi koi magic to hai nahi</w:t>
      </w:r>
    </w:p>
    <w:p>
      <w:pPr>
        <w:jc w:val="right"/>
      </w:pPr>
      <w:r>
        <w:t>دیکھیے اس کا کوئی کوئی میجک تو ہے نہیں</w:t>
      </w:r>
    </w:p>
    <w:p>
      <w:r>
        <w:rPr>
          <w:b/>
        </w:rPr>
        <w:t xml:space="preserve">[1:34:01] </w:t>
      </w:r>
      <w:r>
        <w:t>main samajhta hoon ke khuda ki khuda ko paana aur phir paradise mein jana yeh</w:t>
      </w:r>
    </w:p>
    <w:p>
      <w:pPr>
        <w:jc w:val="right"/>
      </w:pPr>
      <w:r>
        <w:t>میں سمجھتا ہوں کہ خدا کی خدا کو پانا اور پھر پارڈائز میں جانا یہ</w:t>
      </w:r>
    </w:p>
    <w:p>
      <w:r>
        <w:rPr>
          <w:b/>
        </w:rPr>
        <w:t xml:space="preserve">[1:34:14] </w:t>
      </w:r>
      <w:r>
        <w:t>itna zyada precious hai itna zyada yeh qeemti hai ke is ke liye effort karni padti hai</w:t>
      </w:r>
    </w:p>
    <w:p>
      <w:pPr>
        <w:jc w:val="right"/>
      </w:pPr>
      <w:r>
        <w:t>اتنا زیادہ پریشیس ہے اتنا زیادہ یہ قیمتی ہے کہ اس کے لیے ایفرٹ کرنی پڑتی ہے</w:t>
      </w:r>
    </w:p>
    <w:p>
      <w:r>
        <w:rPr>
          <w:b/>
        </w:rPr>
        <w:t xml:space="preserve">[1:34:22] </w:t>
      </w:r>
      <w:r>
        <w:t>aur jahan tak mera apna jo tajurba hai woh yeh hai ke quran ka gehra mutala hadith ka gehra mutala aur khuda ka jo creation hai poori universe mein us ka gehra mutala to jab aap study karte hain in cheezon ki to aap ko inspiration milta hai aap ko mind ko sochne ki line milti hai sochte sochte aap pahunchte hain khuda tak</w:t>
      </w:r>
    </w:p>
    <w:p>
      <w:pPr>
        <w:jc w:val="right"/>
      </w:pPr>
      <w:r>
        <w:t>اور جہاں تک میرا اپنا جو تجربہ ہے وہ یہ ہے کہ قران کا گہرا مطالعہ حدیث کا گہرا مطالعہ اور خدا کا جو کریشن ہے پوری یونیورس میں اس کا گہرا مطالعہ تو جب اپ اسٹڈی کرتے ہیں ان چیزوں کی تو اپ کو انسپیریشن ملتا ہے اپ کو مائنڈ کو سوچنے کی لائن ملتی ہے سوچتے سوچتے اپ پہنچتے ہیں خدا تک</w:t>
      </w:r>
    </w:p>
    <w:p>
      <w:r>
        <w:rPr>
          <w:b/>
        </w:rPr>
        <w:t xml:space="preserve">[1:34:50] </w:t>
      </w:r>
      <w:r>
        <w:t>doosri shart jo quran mein batai gai hai woh yeh hai ke aap ke andar zuhd hona chahiye yeh ek hadith hai zuhd ka matlab hota hai ke other than God jo cheezen hain us ko aap sirf zaroorat ke taur par len need ke taur par maqsad ke taur par nahi is ke baghair kisi ko sachai nahi milti aur na sachai par chal sakta hai woh</w:t>
      </w:r>
    </w:p>
    <w:p>
      <w:pPr>
        <w:jc w:val="right"/>
      </w:pPr>
      <w:r>
        <w:t>دوسری شرط جو قران میں بتائی گئی ہے وہ یہ ہے کہ اپ کے اندر زہد ہونا چاہیے یہ ایک حدیث ہے زہد کا مطلب ہوتا ہے کہ ادر دین گاڈ جو چیزیں ہیں اس کو اپ صرف ضرورت کے طور پر لیں نیڈ کے طور پر مقصد کے طور پر نہیں اس کے بغیر کسی کو سچائی نہیں ملتی اور نہ سچائی پر چل سکتا ہے وہ</w:t>
      </w:r>
    </w:p>
    <w:p>
      <w:r>
        <w:rPr>
          <w:b/>
        </w:rPr>
        <w:t xml:space="preserve">[1:35:13] </w:t>
      </w:r>
      <w:r>
        <w:t>yani god jo hai ya paradise ka jo masla hai is ko aap lein</w:t>
      </w:r>
    </w:p>
    <w:p>
      <w:pPr>
        <w:jc w:val="right"/>
      </w:pPr>
      <w:r>
        <w:t>یعنی گاڈ جو ہے یا پارڈائز کا جو مسئلہ ہے اس کو اپ لیں</w:t>
      </w:r>
    </w:p>
    <w:p>
      <w:r>
        <w:rPr>
          <w:b/>
        </w:rPr>
        <w:t xml:space="preserve">[1:35:21] </w:t>
      </w:r>
      <w:r>
        <w:t>apne yani priority mein number one par lein aur doosri cheezon ko secondary banayein matlab material cheezon ko</w:t>
      </w:r>
    </w:p>
    <w:p>
      <w:pPr>
        <w:jc w:val="right"/>
      </w:pPr>
      <w:r>
        <w:t>اپنے یعنی پرائرٹی میں نمبر ون پر لیں اور دوسری چیزوں کو سیکنڈری بنائیں مطلب مٹیریل چیزوں کو</w:t>
      </w:r>
    </w:p>
    <w:p>
      <w:r>
        <w:rPr>
          <w:b/>
        </w:rPr>
        <w:t xml:space="preserve">[1:35:29] </w:t>
      </w:r>
      <w:r>
        <w:t>aap rakhein need ke khane mein zaroorat ke khane mein</w:t>
      </w:r>
    </w:p>
    <w:p>
      <w:pPr>
        <w:jc w:val="right"/>
      </w:pPr>
      <w:r>
        <w:t>اپ رکھیں نیڈ کے خانے میں ضرورت کے خانے میں</w:t>
      </w:r>
    </w:p>
    <w:p>
      <w:r>
        <w:rPr>
          <w:b/>
        </w:rPr>
        <w:t xml:space="preserve">[1:35:35] </w:t>
      </w:r>
      <w:r>
        <w:t>yeh karna zaroori hai yani life mein kehne ka matlab hai ke lifestyle jab tak aap ne</w:t>
      </w:r>
    </w:p>
    <w:p>
      <w:pPr>
        <w:jc w:val="right"/>
      </w:pPr>
      <w:r>
        <w:t>یہ کرنا ضروری ہے یعنی لائف میں کہنے کا مطلب ہے کہ لائف اسٹائل جب تک اپ نے</w:t>
      </w:r>
    </w:p>
    <w:p>
      <w:r>
        <w:rPr>
          <w:b/>
        </w:rPr>
        <w:t xml:space="preserve">[1:35:39] </w:t>
      </w:r>
      <w:r>
        <w:t>badlega nahi to sachai milne wali nahi hai</w:t>
      </w:r>
    </w:p>
    <w:p>
      <w:pPr>
        <w:jc w:val="right"/>
      </w:pPr>
      <w:r>
        <w:t>بدلے گا نہیں تو سچائی ملنے والی نہیں ہے</w:t>
      </w:r>
    </w:p>
    <w:p>
      <w:r>
        <w:rPr>
          <w:b/>
        </w:rPr>
        <w:t xml:space="preserve">[1:35:45] </w:t>
      </w:r>
      <w:r>
        <w:t>kabhi nahi mil sakti sachai to lifestyle ko badalna padega tabhi aisa hoga ke aadmi ke andar receptivity aayegi us ke andar soch aayegi gehrai aayegi us ke mind mein aur woh recipient ban jayega khuda ke inspiration ka</w:t>
      </w:r>
    </w:p>
    <w:p>
      <w:pPr>
        <w:jc w:val="right"/>
      </w:pPr>
      <w:r>
        <w:t>کبھی نہیں مل سکتی سچائی تو لائف اسٹائل کو بدلنا پڑے گا تبھی ایسا ہوگا کہ ادمی کے اندر ریسیپٹیوٹی ائے گی اس کے اندر سوچ ائے گی گہرائی ائے گی اس کے مائنڈ میں اور وہ ریسیپینٹ بن جائے گا خدا کے انسپیریشن کا</w:t>
      </w:r>
    </w:p>
    <w:p>
      <w:r>
        <w:rPr>
          <w:b/>
        </w:rPr>
        <w:t xml:space="preserve">[1:36:07] </w:t>
      </w:r>
      <w:r>
        <w:t>This question is from Muhammad Hassan</w:t>
      </w:r>
    </w:p>
    <w:p>
      <w:pPr>
        <w:jc w:val="right"/>
      </w:pPr>
      <w:r>
        <w:t>دس کوسچن از فرام محمد حسن</w:t>
      </w:r>
    </w:p>
    <w:p>
      <w:r>
        <w:rPr>
          <w:b/>
        </w:rPr>
        <w:t xml:space="preserve">[1:36:11] </w:t>
      </w:r>
      <w:r>
        <w:t>quran ko hukoomati taur par caliph Abu Bakr ki khilafat mein jama kiya gaya tha lekin hadith ko is tarah kyun nahi jama kiya gaya aur baad mein aise daur mein jama kiya gaya jis waqt shakk ki gunjaish thi is pe kuch roshni daliye</w:t>
      </w:r>
    </w:p>
    <w:p>
      <w:pPr>
        <w:jc w:val="right"/>
      </w:pPr>
      <w:r>
        <w:t>قران کو حکومتی طور پر کیلف ابوبکر کی خلافت میں جمع کیا گیا تھا لیکن حدیث کو اس طرح کیوں نہیں جمع کیا گیا اور بعد میں ایسے دور میں جمع کیا گیا جس وقت شک کی گنجائش تھی اس پہ کچھ روشنی ڈالیے</w:t>
      </w:r>
    </w:p>
    <w:p>
      <w:r>
        <w:rPr>
          <w:b/>
        </w:rPr>
        <w:t xml:space="preserve">[1:36:32] </w:t>
      </w:r>
      <w:r>
        <w:t>dekhiye masla shakk ka nahi hai shakk to quran mein bhi kar sakte hain aap woh kiya gaya hai</w:t>
      </w:r>
    </w:p>
    <w:p>
      <w:pPr>
        <w:jc w:val="right"/>
      </w:pPr>
      <w:r>
        <w:t>دیکھیے مسئلہ شک کا نہیں ہے شک تو قران میں بھی کر سکتے ہیں اپ وہ کیا گیا ہے</w:t>
      </w:r>
    </w:p>
    <w:p>
      <w:r>
        <w:rPr>
          <w:b/>
        </w:rPr>
        <w:t xml:space="preserve">[1:36:38] </w:t>
      </w:r>
      <w:r>
        <w:t>bahut saare shakk quran par kiye gaye hain agar aap chahenge to main iski misalein de</w:t>
      </w:r>
    </w:p>
    <w:p>
      <w:pPr>
        <w:jc w:val="right"/>
      </w:pPr>
      <w:r>
        <w:t>بہت سارے شک قران پر کیے گئے ہیں اگر اپ چاہیں گے تو میں اس کی مثالیں دے</w:t>
      </w:r>
    </w:p>
    <w:p>
      <w:r>
        <w:rPr>
          <w:b/>
        </w:rPr>
        <w:t xml:space="preserve">[1:36:43] </w:t>
      </w:r>
      <w:r>
        <w:t>sakta hoon aap ko</w:t>
      </w:r>
    </w:p>
    <w:p>
      <w:pPr>
        <w:jc w:val="right"/>
      </w:pPr>
      <w:r>
        <w:t>سکتا ہوں اپ کو</w:t>
      </w:r>
    </w:p>
    <w:p>
      <w:r>
        <w:rPr>
          <w:b/>
        </w:rPr>
        <w:t xml:space="preserve">[1:36:45] </w:t>
      </w:r>
      <w:r>
        <w:t>jahan tak hadith ki baat hai to yeh sahi nahi hai ke hadith baad ko jama ki gayi</w:t>
      </w:r>
    </w:p>
    <w:p>
      <w:pPr>
        <w:jc w:val="right"/>
      </w:pPr>
      <w:r>
        <w:t>جہاں تک حدیث کی بات ہے تو یہ صحیح نہیں ہے کہ حدیث بعد کو جمع کی گئی</w:t>
      </w:r>
    </w:p>
    <w:p>
      <w:r>
        <w:rPr>
          <w:b/>
        </w:rPr>
        <w:t xml:space="preserve">[1:36:50] </w:t>
      </w:r>
      <w:r>
        <w:t>ya aam taur par yeh myth phaila hua hai</w:t>
      </w:r>
    </w:p>
    <w:p>
      <w:pPr>
        <w:jc w:val="right"/>
      </w:pPr>
      <w:r>
        <w:t>یا عام طور پر یہ متھ پھیلا ہوا ہے</w:t>
      </w:r>
    </w:p>
    <w:p>
      <w:r>
        <w:rPr>
          <w:b/>
        </w:rPr>
        <w:t xml:space="preserve">[1:36:54] </w:t>
      </w:r>
      <w:r>
        <w:t>hadisein jama ho chuki theen rasool Allah ke zamane mein aur falfara rajni ke zamane hi mein bahut</w:t>
      </w:r>
    </w:p>
    <w:p>
      <w:pPr>
        <w:jc w:val="right"/>
      </w:pPr>
      <w:r>
        <w:t>حدیثیں جمع ہو چکی تھیں رسول اللہ کے زمانے میں اور فلفا راجنی کے زمانے ہی میں بہت</w:t>
      </w:r>
    </w:p>
    <w:p>
      <w:r>
        <w:rPr>
          <w:b/>
        </w:rPr>
        <w:t xml:space="preserve">[1:37:01] </w:t>
      </w:r>
      <w:r>
        <w:t>se logon ne likh bhi rakha tha is ko lekin bazabta taur par jo madawwan kiya gaya hai</w:t>
      </w:r>
    </w:p>
    <w:p>
      <w:pPr>
        <w:jc w:val="right"/>
      </w:pPr>
      <w:r>
        <w:t>سے لوگوں نے لکھ بھی رکھا تھا اس کو لیکن باضابطہ طور پر جو مدون کیا گیا ہے</w:t>
      </w:r>
    </w:p>
    <w:p>
      <w:r>
        <w:rPr>
          <w:b/>
        </w:rPr>
        <w:t xml:space="preserve">[1:37:06] </w:t>
      </w:r>
      <w:r>
        <w:t>woh abbasi daur mein kiya gaya hai</w:t>
      </w:r>
    </w:p>
    <w:p>
      <w:pPr>
        <w:jc w:val="right"/>
      </w:pPr>
      <w:r>
        <w:t>وہ عباسی دور میں کیا گیا ہے</w:t>
      </w:r>
    </w:p>
    <w:p>
      <w:r>
        <w:rPr>
          <w:b/>
        </w:rPr>
        <w:t xml:space="preserve">[1:37:08] </w:t>
      </w:r>
      <w:r>
        <w:t>is ki ek bohat hi bari misal yeh hai ke doctor Hamidullah jo Paris mein rehte the un ka intiqal ho chuka hai unhone ek manuscript daryaft kiya Istanbul ke library mein yeh yeh tha Wahb ibn Murra ka likha hua hadith ka majmooa</w:t>
      </w:r>
    </w:p>
    <w:p>
      <w:pPr>
        <w:jc w:val="right"/>
      </w:pPr>
      <w:r>
        <w:t>اس کی ایک بہت ہی بڑی مثال یہ ہے کہ ڈاکٹر حمید اللہ جو پیرس میں رہتے تھے ان کا انتقال ہو چکا ہے انہوں نے ایک منسکرپٹ دریافت کیا استنبول کے کی لائبریری میں یہ یہ تھا وہب ابن مربع کا لکھا ہوا حدیث کا مجموعہ</w:t>
      </w:r>
    </w:p>
    <w:p>
      <w:r>
        <w:rPr>
          <w:b/>
        </w:rPr>
        <w:t xml:space="preserve">[1:37:34] </w:t>
      </w:r>
      <w:r>
        <w:t>Wahb ibn Murra jo the woh Abu Abu Huraira ke shagird the yaani rasool Allah se suna Abu Huraira ne Abu Huraira se suna Wahb ibn Murra ne itna qareebi rishta tha woh to un ki kitab manuscript ki shakal mein library maujood thi ghaliban teen nuskhe the duniya mein unhone bohat zyada waqt is mein lagaya edit kiya edit kar ke use chhapa</w:t>
      </w:r>
    </w:p>
    <w:p>
      <w:pPr>
        <w:jc w:val="right"/>
      </w:pPr>
      <w:r>
        <w:t>وہب ابن مربع جو تھے وہ ابو ابو ہریرہ کے شاگرد تھے یعنی رسول اللہ سے سنا ابو ہریرہ نے ابو ہریرہ سے سنا وہب ابن مربع نے اتنا قریبی رشتہ تھا وہ تو ان کی کتاب منسکرپٹ کی شکل میں لائبریری موجود تھی غالبا تین نسخے تھے دنیا میں انہوں نے بہت زیادہ وقت اس میں لگایا ایڈٹ کیا ایڈٹ کر کے اسے چھپایا</w:t>
      </w:r>
    </w:p>
    <w:p>
      <w:r>
        <w:rPr>
          <w:b/>
        </w:rPr>
        <w:t xml:space="preserve">[1:38:02] </w:t>
      </w:r>
      <w:r>
        <w:t>yeh chupa hua aaj milta hai yaani bazaar mein is se kya sabit hua ke jo hadisein</w:t>
      </w:r>
    </w:p>
    <w:p>
      <w:pPr>
        <w:jc w:val="right"/>
      </w:pPr>
      <w:r>
        <w:t>یہ چھپا ہوا اج ملتا ہے یعنی بازار میں اس سے کیا ثابت ہوا کہ جو حدیثیں</w:t>
      </w:r>
    </w:p>
    <w:p>
      <w:r>
        <w:rPr>
          <w:b/>
        </w:rPr>
        <w:t xml:space="preserve">[1:38:10] </w:t>
      </w:r>
      <w:r>
        <w:t>is mein hain</w:t>
      </w:r>
    </w:p>
    <w:p>
      <w:pPr>
        <w:jc w:val="right"/>
      </w:pPr>
      <w:r>
        <w:t>اس میں ہیں</w:t>
      </w:r>
    </w:p>
    <w:p>
      <w:r>
        <w:rPr>
          <w:b/>
        </w:rPr>
        <w:t xml:space="preserve">[1:38:12] </w:t>
      </w:r>
      <w:r>
        <w:t>is kitab mein woh wohi hadisein hain jo musnad ahmad bin hanbal mein maujood hain</w:t>
      </w:r>
    </w:p>
    <w:p>
      <w:pPr>
        <w:jc w:val="right"/>
      </w:pPr>
      <w:r>
        <w:t>اس کتاب میں وہ وہی حدیثیں ہیں جو مسند احمد بن حنبل میں موجود ہیں</w:t>
      </w:r>
    </w:p>
    <w:p>
      <w:r>
        <w:rPr>
          <w:b/>
        </w:rPr>
        <w:t xml:space="preserve">[1:38:19] </w:t>
      </w:r>
      <w:r>
        <w:t>ek bahut badi tasdeeq hui hai ke log samajhte the ke musnad ahmad bin hanbal to baad ko</w:t>
      </w:r>
    </w:p>
    <w:p>
      <w:pPr>
        <w:jc w:val="right"/>
      </w:pPr>
      <w:r>
        <w:t>ایک بہت بڑی تصدیق ہوئی ہے کہ لوگ سمجھتے تھے کہ مسند احمد بن حنبل تو بعد کو</w:t>
      </w:r>
    </w:p>
    <w:p>
      <w:r>
        <w:rPr>
          <w:b/>
        </w:rPr>
        <w:t xml:space="preserve">[1:38:24] </w:t>
      </w:r>
      <w:r>
        <w:t>jama ki gayi hai is mein to kuch bhi bhar sakte hain aap maloom hua ke un se</w:t>
      </w:r>
    </w:p>
    <w:p>
      <w:pPr>
        <w:jc w:val="right"/>
      </w:pPr>
      <w:r>
        <w:t>جمع کی گئی ہے اس میں تو کچھ بھی بھر سکتے ہیں اپ معلوم ہوا کہ ان سے</w:t>
      </w:r>
    </w:p>
    <w:p>
      <w:r>
        <w:rPr>
          <w:b/>
        </w:rPr>
        <w:t xml:space="preserve">[1:38:28] </w:t>
      </w:r>
      <w:r>
        <w:t>bahut pehle wahab ibn murra ne jo kitab likhi thi us mein bhi woh hadisein isi tarah thi</w:t>
      </w:r>
    </w:p>
    <w:p>
      <w:pPr>
        <w:jc w:val="right"/>
      </w:pPr>
      <w:r>
        <w:t>بہت پہلے وہب ابن مربع نے جو کتاب لکھی تھی اس میں بھی وہ حدیثیں اسی طرح تھی</w:t>
      </w:r>
    </w:p>
    <w:p>
      <w:r>
        <w:rPr>
          <w:b/>
        </w:rPr>
        <w:t xml:space="preserve">[1:38:34] </w:t>
      </w:r>
      <w:r>
        <w:t>jis tarike se ah ahmad bin hanbal ki kitab mein maujood hain</w:t>
      </w:r>
    </w:p>
    <w:p>
      <w:pPr>
        <w:jc w:val="right"/>
      </w:pPr>
      <w:r>
        <w:t>جس طریقے سے اہ احمد بن حنبل کی کتاب میں موجود ہیں</w:t>
      </w:r>
    </w:p>
    <w:p>
      <w:r>
        <w:rPr>
          <w:b/>
        </w:rPr>
        <w:t xml:space="preserve">[1:38:39] </w:t>
      </w:r>
      <w:r>
        <w:t>to yeh main samajhta hoon ke hameedullah sahab ka bahut bada kar nama</w:t>
      </w:r>
    </w:p>
    <w:p>
      <w:pPr>
        <w:jc w:val="right"/>
      </w:pPr>
      <w:r>
        <w:t>تو یہ میں سمجھتا ہوں کہ حمید اللہ صاحب کا بہت بڑا کارنامہ</w:t>
      </w:r>
    </w:p>
    <w:p>
      <w:r>
        <w:rPr>
          <w:b/>
        </w:rPr>
        <w:t xml:space="preserve">[1:38:42] </w:t>
      </w:r>
      <w:r>
        <w:t>hai doctor hamidullah ka bohat qabil admi thay woh ke unhon ne is ko discipline kiya is myth ko ke hadith jama ki gayi hai sirf yani khulafa e abbasi ke zamanay mein is se bohat pehle woh jama ki aa chuki thi sirf yeh hai ke jo bazabta tor par is ki jo tadween hui hai woh bilashuba baad ke zamanay mein hui hai yeh main manta hoon</w:t>
      </w:r>
    </w:p>
    <w:p>
      <w:pPr>
        <w:jc w:val="right"/>
      </w:pPr>
      <w:r>
        <w:t>ہے ڈاکٹر حمید اللہ کا بہت قابل ادمی تھے وہ کہ انہوں نے اس کو ڈسپل کیا اس متھ کو کہ حدیث جمع کی گئی ہے صرف یعنی خلفاء عباسی کے زمانے میں اس سے بہت پہلے وہ جمع کی ا چکی تھی صرف یہ ہے کہ جو باضابطہ طور پر اس کی جو تدوین ہوئی ہے وہ بلاشبہ بعد کے زمانے میں ہوئی ہے یہ میں مانتا ہوں</w:t>
      </w:r>
    </w:p>
    <w:p>
      <w:r>
        <w:rPr>
          <w:b/>
        </w:rPr>
        <w:t xml:space="preserve">[1:39:09] </w:t>
      </w:r>
      <w:r>
        <w:t>das question is from muhammad aslam</w:t>
      </w:r>
    </w:p>
    <w:p>
      <w:pPr>
        <w:jc w:val="right"/>
      </w:pPr>
      <w:r>
        <w:t>دس کوسچن از فرام محمد اسلم</w:t>
      </w:r>
    </w:p>
    <w:p>
      <w:r>
        <w:rPr>
          <w:b/>
        </w:rPr>
        <w:t xml:space="preserve">[1:39:12] </w:t>
      </w:r>
      <w:r>
        <w:t>he says quran ki ayat ki tarteeb jo is waqt nazar mein aati hai woh waisi nahi ke jaisi asal mein nazool hua tha to ayaton ki yeh tarteeb rasool Allah ki hai ya sahaba ki taraf se hai dekhiye yeh sabit hai ke tarteeb rasool Allah hi ne qaim ki thi</w:t>
      </w:r>
    </w:p>
    <w:p>
      <w:pPr>
        <w:jc w:val="right"/>
      </w:pPr>
      <w:r>
        <w:t>ہی سیز قران کی ایات کی ترتیب جو اس وقت نظر میں اتی ہے وہ ویسی نہیں کہ جیسی اصل میں نزول ہوا تھا تو ایتوں کی یہ ترتیب رسول اللہ کی ہے یا صحابہ کی طرف سے ہے دیکھیے یہ ثابت ہے کہ ترتیب رسول اللہ ہی نے قائم کی تھی</w:t>
      </w:r>
    </w:p>
    <w:p>
      <w:r>
        <w:rPr>
          <w:b/>
        </w:rPr>
        <w:t xml:space="preserve">[1:39:41] </w:t>
      </w:r>
      <w:r>
        <w:t>aap padhein to aap payenge ke ek lafz aata hai arz aula arz aakhira yaani aakhri zamane</w:t>
      </w:r>
    </w:p>
    <w:p>
      <w:pPr>
        <w:jc w:val="right"/>
      </w:pPr>
      <w:r>
        <w:t>اپ پڑھیں تو اپ پائیں گے کہ ایک لفظ اتا ہے عرض اولی عرض اخیرہ یعنی اخری زمانے</w:t>
      </w:r>
    </w:p>
    <w:p>
      <w:r>
        <w:rPr>
          <w:b/>
        </w:rPr>
        <w:t xml:space="preserve">[1:39:50] </w:t>
      </w:r>
      <w:r>
        <w:t>mein rasool Allah ki death se pehle hazrat jibril ne do baar aa kar ke poore poore poore</w:t>
      </w:r>
    </w:p>
    <w:p>
      <w:pPr>
        <w:jc w:val="right"/>
      </w:pPr>
      <w:r>
        <w:t>میں رسول اللہ کی ڈیتھ سے پہلے حضرت جبرائیل نے دو بار ا کر کے پورے پورے پورے</w:t>
      </w:r>
    </w:p>
    <w:p>
      <w:r>
        <w:rPr>
          <w:b/>
        </w:rPr>
        <w:t xml:space="preserve">[1:39:59] </w:t>
      </w:r>
      <w:r>
        <w:t>quran ko isi order mein isi tarteeb mein sunaya aur rasool Allah ne sun kar dohraya to do</w:t>
      </w:r>
    </w:p>
    <w:p>
      <w:pPr>
        <w:jc w:val="right"/>
      </w:pPr>
      <w:r>
        <w:t>قران کو اسی ارڈر میں اسی ترتیب میں سنایا اور رسول اللہ نے سن کر دہرایا تو دو</w:t>
      </w:r>
    </w:p>
    <w:p>
      <w:r>
        <w:rPr>
          <w:b/>
        </w:rPr>
        <w:t xml:space="preserve">[1:40:05] </w:t>
      </w:r>
      <w:r>
        <w:t>baar yeh kaam hua hai ke jibril ne padha aur rasool Allah ne dohraya is ko kehte hain</w:t>
      </w:r>
    </w:p>
    <w:p>
      <w:pPr>
        <w:jc w:val="right"/>
      </w:pPr>
      <w:r>
        <w:t>بار یہ کام ہوا ہے کہ جبرائیل نے پڑھا اور رسول اللہ نے دہرایا اس کو کہتے ہیں</w:t>
      </w:r>
    </w:p>
    <w:p>
      <w:r>
        <w:rPr>
          <w:b/>
        </w:rPr>
        <w:t xml:space="preserve">[1:40:10] </w:t>
      </w:r>
      <w:r>
        <w:t>arz aula arz aakhira to yeh jo tarteeb hai woh 12 direct taur par hazrat jibril ko batai</w:t>
      </w:r>
    </w:p>
    <w:p>
      <w:pPr>
        <w:jc w:val="right"/>
      </w:pPr>
      <w:r>
        <w:t>عرض اولی عرض اخیرہ تو یہ جو ترتیب ہے وہ 12 ڈائریکٹ طور پر حضرت جبرائیل کو بتائی</w:t>
      </w:r>
    </w:p>
    <w:p>
      <w:r>
        <w:rPr>
          <w:b/>
        </w:rPr>
        <w:t xml:space="preserve">[1:40:16] </w:t>
      </w:r>
      <w:r>
        <w:t>hui hai aur rasool Allah ki qaim ki hui</w:t>
      </w:r>
    </w:p>
    <w:p>
      <w:pPr>
        <w:jc w:val="right"/>
      </w:pPr>
      <w:r>
        <w:t>ہوئی ہے اور رسول اللہ کی قائم کی ہوئی</w:t>
      </w:r>
    </w:p>
    <w:p>
      <w:r>
        <w:rPr>
          <w:b/>
        </w:rPr>
        <w:t xml:space="preserve">[1:40:18] </w:t>
      </w:r>
      <w:r>
        <w:t>hai aik baat aur main arz karoon ke quran jab aik ayaten parhta hai to phir history ki book mein jo jo aik order hota hai woh nahi milta is mein to kehte hain ke yeh yeh yeh tarteeb aisi jo banai gayi hai is ki wajah se aisa hai yeh galat baat hai dekhein quran is tarah ki kitab hai hi nahi jis mein aap is tarah ka order talash karein quran jo hai woh gaya sabak ki kitab hai</w:t>
      </w:r>
    </w:p>
    <w:p>
      <w:pPr>
        <w:jc w:val="right"/>
      </w:pPr>
      <w:r>
        <w:t>ہے ایک بات اور میں عرض کروں کہ قران جب ایک ایتیں پڑھتا ہے تو پھر ہسٹری کی بک میں جو جو ایک ارڈر ہوتا ہے وہ نہیں ملتا اس میں تو کہتے ہیں کہ یہ یہ یہ ترتیب ایسی جو بنائی گئی ہے اس کی وجہ سے ایسا ہے یہ غلط بات ہے دیکھیں قران اس طرح کی کتاب ہے ہی نہیں جس میں اپ اس طرح کا ارڈر تلاش کریں قران جو ہے وہ گیا سبق کی کتاب ہے</w:t>
      </w:r>
    </w:p>
    <w:p>
      <w:r>
        <w:rPr>
          <w:b/>
        </w:rPr>
        <w:t xml:space="preserve">[1:40:45] </w:t>
      </w:r>
      <w:r>
        <w:t>is tarah murattab ki gayi hai quran ko murattab kiya gaya hai ke aap aik page parhein aik ruku parhein yahan tak ke aik ayat parhein tab bhi is mein aap ko aik wisdom ki baat mil jaye aap ne khola aik safha parha aap ne to aap ko aik hikmat ki baat aik wisdom ki baat mil jati hai</w:t>
      </w:r>
    </w:p>
    <w:p>
      <w:pPr>
        <w:jc w:val="right"/>
      </w:pPr>
      <w:r>
        <w:t>اس طرح مرتب کی گئی ہے قران کو مرتب کیا گیا ہے کہ اپ ایک پیج پڑھیں ایک رکوع پڑھیں یہاں تک کہ ایک ایت پڑھیں تب بھی اس میں اپ کو ایک وزڈم کی بات مل جائے اپ نے کھولا ایک صفحہ پڑھا اپ نے تو اپ کو ایک حکمت کی بات ایک وزڈم کی بات مل جاتی ہے</w:t>
      </w:r>
    </w:p>
    <w:p>
      <w:r>
        <w:rPr>
          <w:b/>
        </w:rPr>
        <w:t xml:space="preserve">[1:41:02] </w:t>
      </w:r>
      <w:r>
        <w:t>to quran is tarteeb se nahi banaya gaya hai ke is hijr tak parhein tab samajh mein aaye ke kya matlab hai is ka jaise scholars book likhte hain is tarah nahi likhi gayi hai yeh book kyunke book hai naseehat ke liye tazkeer ke liye to tazkeer ke liye woh kitab maujood nahi hai jo is waqt samajh mein aaye jab is hijr tak aap poora parh chuke hon yeh yeh yeh tareeqa quran ke liye maujood nahi ho sakta tha woh to yeh hai ke aap ke paas paanch minute ka waqt hai</w:t>
      </w:r>
    </w:p>
    <w:p>
      <w:pPr>
        <w:jc w:val="right"/>
      </w:pPr>
      <w:r>
        <w:t>تو قران اس ترتیب سے نہیں بنایا گیا ہے کہ اس ہجر تک پڑھیں تب سمجھ میں ائے کہ کیا مطلب ہے اس کا جیسے سکالرز بک لکھتے ہیں اس طرح نہیں لکھی گئی ہے یہ بک کیونکہ بک ہے نصیحت کے لیے تذکیر کے لیے تو تذکیر کے لیے وہ کتاب موجود نہیں ہے جو اس وقت سمجھ میں ائے جب اس ہجر تک اپ پورا پڑھ چکے ہوں یہ یہ یہ یہ طریقہ قران کے لیے موجود نہیں ہو سکتا تھا وہ تو یہ ہے کہ اپ کے پاس پانچ منٹ کا وقت ہے</w:t>
      </w:r>
    </w:p>
    <w:p>
      <w:r>
        <w:rPr>
          <w:b/>
        </w:rPr>
        <w:t xml:space="preserve">[1:41:30] </w:t>
      </w:r>
      <w:r>
        <w:t>quran kholte hain aap kisi bhi page mein aap ko aik baat mil jati hai ab kabhi bhi aik ka tajurba kar lejiye is ka ke aap ke paas paanch minute hain das minute hain koi page kholiye aap discover karein ge ke itni bari baat is ke andar likhi hui hai to yeh Khuda ka mansha hi nahi hai ke quran aik aisi kitab ho ke a se zed tak parho tab samajh mein aaye ke is ka mansha kya hai kuch kuch bhi parh lo thoda sa bhi parh lo tum ko aik sabak mil jaye aik lesson mil j</w:t>
      </w:r>
    </w:p>
    <w:p>
      <w:pPr>
        <w:jc w:val="right"/>
      </w:pPr>
      <w:r>
        <w:t>قران کھولتے ہیں اپ کسی بھی پیج میں اپ کو ایک بات مل جاتی ہے اب کبھی بھی ایک کا تجربہ کر لیجئے اس کا کہ اپ کے پاس پانچ منٹ ہے دس منٹ ہے کوئی پیج کھولیے اپ ڈسکور کریں گے کہ اتنی بڑی بات اس کے اندر لکھی ہوئی ہے تو یہ خدا کا منشا ہی نہیں ہے کہ قران ایک ایسی کتاب ہو کہ اے سے زیڈ تک پڑھو تب سمجھ میں ائے کہ اس کا منشا کیا ہے کچھ کچھ بھی پڑھ لو تھوڑا سا بھی پڑھ لو تم کو ایک سبق مل جائے ایک لیسن مل ج</w:t>
      </w:r>
    </w:p>
    <w:p>
      <w:r>
        <w:rPr>
          <w:b/>
        </w:rPr>
        <w:t xml:space="preserve">[1:41:58] </w:t>
      </w:r>
      <w:r>
        <w:t>aye is dhang par kitab likhi gayi hai aur yahi maqsad hai is ka ke kyunke tazkeer maqsad hai quran ka woh scholarly jo books hoti hain is tarah nahi likhi gayi hain na woh aisa is se yani purpose solve hota hai purpose serve hota hai is se</w:t>
      </w:r>
    </w:p>
    <w:p>
      <w:pPr>
        <w:jc w:val="right"/>
      </w:pPr>
      <w:r>
        <w:t>ائے اس ڈھنگ پر کتاب لکھی گئی ہے اور یہی مقصد ہے اس کا کہ کیونکہ تذکیر مقصد ہے قران کا وہ اسکالرلی جو بکس ہوتی ہیں اس طرح نہیں لکھی گئی ہے نہ وہ ایسا اس سے یعنی پرپس سالو ہوتا ہے پرپس سر ہوتا ہے اس سے</w:t>
      </w:r>
    </w:p>
    <w:p>
      <w:r>
        <w:rPr>
          <w:b/>
        </w:rPr>
        <w:t xml:space="preserve">[1:42:20] </w:t>
      </w:r>
      <w:r>
        <w:t>muhammad shahid anwar would like to know</w:t>
      </w:r>
    </w:p>
    <w:p>
      <w:pPr>
        <w:jc w:val="right"/>
      </w:pPr>
      <w:r>
        <w:t>محمد شاہد انور وڈ لائک ٹو نو</w:t>
      </w:r>
    </w:p>
    <w:p>
      <w:r>
        <w:rPr>
          <w:b/>
        </w:rPr>
        <w:t xml:space="preserve">[1:42:24] </w:t>
      </w:r>
      <w:r>
        <w:t>in fact he says that quran ke manne walon ki kai sifatain aap ne bayan karein jin mein aap ne aik sifat yeh kahi ke Khuda wali sifat apne andar paida ki jaye is ka kya matlab hua baraye meharbani zara tafseel se batayein</w:t>
      </w:r>
    </w:p>
    <w:p>
      <w:pPr>
        <w:jc w:val="right"/>
      </w:pPr>
      <w:r>
        <w:t>ان فیکٹ ہی سیز دیٹ قران کے ماننے والوں کی کئی صفتیں اپ نے بیان کیں جن میں اپ نے ایک صفت یہ کہی کہ خدا والی صفت اپنے اندر پیدا کی جائے اس کا کیا مطلب ہوا برائے مہربانی ذرا تفصیل سے بتائیں</w:t>
      </w:r>
    </w:p>
    <w:p>
      <w:r>
        <w:rPr>
          <w:b/>
        </w:rPr>
        <w:t xml:space="preserve">[1:42:44] </w:t>
      </w:r>
      <w:r>
        <w:t>dekhiye aik hai Khuda banna zahir hai ke woh to koi pagal hi kahega ke Khuda ban jao yeh to koi kehne ki baat nahi hai</w:t>
      </w:r>
    </w:p>
    <w:p>
      <w:pPr>
        <w:jc w:val="right"/>
      </w:pPr>
      <w:r>
        <w:t>دیکھیے ایک ہے خدا بننا ظاہر ہے کہ وہ تو کوئی پاگل ہی کہے گا کہ خدا بن جاؤ یہ تو کوئی کہنے کی بات نہیں ہے</w:t>
      </w:r>
    </w:p>
    <w:p>
      <w:r>
        <w:rPr>
          <w:b/>
        </w:rPr>
        <w:t xml:space="preserve">[1:42:54] </w:t>
      </w:r>
      <w:r>
        <w:t>lekin hadith mein aata hai ke takhalluq bi akhlaq Allah yani Khuda wali akhlaq paida karo is ka matlab kya hai ke Khuda ne apni creation mein yani kainat mein apni pasand ki cheezein rakh di hain is ko daryaft karo waisi tum bhi bano</w:t>
      </w:r>
    </w:p>
    <w:p>
      <w:pPr>
        <w:jc w:val="right"/>
      </w:pPr>
      <w:r>
        <w:t>لیکن حدیث میں اتا ہے کہ تخلق باخلاق اللہ یعنی خدا والی اخلاق پیدا کرو اس کا مطلب کیا ہے کہ خدا نے اپنی کریشن میں یعنی کائنات میں اپنی پسند کی چیزیں رکھ دی ہیں اس کو دریافت کرو ویسی تم بھی بنو</w:t>
      </w:r>
    </w:p>
    <w:p>
      <w:r>
        <w:rPr>
          <w:b/>
        </w:rPr>
        <w:t xml:space="preserve">[1:43:13] </w:t>
      </w:r>
      <w:r>
        <w:t>misal ke taur par dekhiye aap</w:t>
      </w:r>
    </w:p>
    <w:p>
      <w:pPr>
        <w:jc w:val="right"/>
      </w:pPr>
      <w:r>
        <w:t>مثال کے طور پر دیکھیے اپ</w:t>
      </w:r>
    </w:p>
    <w:p>
      <w:r>
        <w:rPr>
          <w:b/>
        </w:rPr>
        <w:t xml:space="preserve">[1:43:19] </w:t>
      </w:r>
      <w:r>
        <w:t>ghor kijiye ke aap aik peed ke samne khade hain aur saans le rahe hain to back waqt do waqeye ho rahe hain yani peed se aap ko oxygen supply ho rahi hai aap apne munh se carbon nikal rahe hain yeh exchange bilkul barabar wala exchange nahi hai</w:t>
      </w:r>
    </w:p>
    <w:p>
      <w:pPr>
        <w:jc w:val="right"/>
      </w:pPr>
      <w:r>
        <w:t>غور کیجئے کہ اپ ایک پیڑ کے سامنے کھڑے ہیں اور سانس لے رہے ہیں تو بیک وقت دو واقعے ہو رہے ہیں یعنی پیڑ سے اپ کو اکسیجن سپلائی ہو رہی ہے اپ اپنے منہ سے کاربن نکال رہے ہیں یہ ایکسچینج بالکل برابر والا ایکسچینج نہیں ہے</w:t>
      </w:r>
    </w:p>
    <w:p>
      <w:r>
        <w:rPr>
          <w:b/>
        </w:rPr>
        <w:t xml:space="preserve">[1:43:41] </w:t>
      </w:r>
      <w:r>
        <w:t>woh to de raha hai oxygen aap de rahe hain carbon to yeh Khuda ki Khuda ka yeh aik woh hai demonstration hai ke Khuda kaisa chahta hai aap ko ke koi aap gali de tab bhi aap maaf karein koi aap ko nuqsan pohanchaye tab bhi aap us ko faida pohanchayein koi aap ko negative experience karwaye tab bhi aap us ko positive response karwayein</w:t>
      </w:r>
    </w:p>
    <w:p>
      <w:pPr>
        <w:jc w:val="right"/>
      </w:pPr>
      <w:r>
        <w:t>وہ تو دے رہا ہے اکسیجن اپ دے رہے ہیں کاربن تو یہ خدا کی خدا کا یہ ایک وہ ہے ڈیمونسٹریشن ہے کہ خدا کیسا چاہتا ہے اپ کو کہ کوئی اپ گالی دے تب بھی اپ معاف کریں کوئی اپ کو نقصان پہنچائے تب بھی اپ اس کو فائدہ پہنچائیں کوئی اپ کو نیگیٹیو ایکسپیرینس کروائے تب بھی اپ اس کو پازیٹیو رسپانس کروائیں</w:t>
      </w:r>
    </w:p>
    <w:p>
      <w:r>
        <w:rPr>
          <w:b/>
        </w:rPr>
        <w:t xml:space="preserve">[1:44:09] </w:t>
      </w:r>
      <w:r>
        <w:t>ke doosra chahe supply kare carbon lekin aap ki taraf se supply kiya jaye oxygen yahi hai Khuda'i akhlaqiyat aur isi par yani carbon hone ke liye Islam mein taleem di gayi hai</w:t>
      </w:r>
    </w:p>
    <w:p>
      <w:pPr>
        <w:jc w:val="right"/>
      </w:pPr>
      <w:r>
        <w:t>کہ دوسرا چاہے سپلائی کرے کاربن لیکن اپ کی طرف سے سپلائی کیا جائے اکسیجن یہی ہے خدائی اخلاقیات اور اسی پر یعنی کاربن ہونے کے لیے اسلام میں تعلیم دی گئی ہے</w:t>
      </w:r>
    </w:p>
    <w:p>
      <w:r>
        <w:rPr>
          <w:b/>
        </w:rPr>
        <w:t xml:space="preserve">[1:44:27] </w:t>
      </w:r>
      <w:r>
        <w:t>das question is from ahmad faraz this in hindi</w:t>
      </w:r>
    </w:p>
    <w:p>
      <w:pPr>
        <w:jc w:val="right"/>
      </w:pPr>
      <w:r>
        <w:t>دس کوسچن از فرام احمد فراز دس ان ہندی</w:t>
      </w:r>
    </w:p>
    <w:p>
      <w:r>
        <w:rPr>
          <w:b/>
        </w:rPr>
        <w:t xml:space="preserve">[1:44:32] </w:t>
      </w:r>
      <w:r>
        <w:t>maulana ne apni speech mein kaha ke hamein dayalu hona chahiye aur hamein insanon par daya karni chahiye tabhi Khuda hum par dayalu hoga lekin kai deshon mein jo ladai ho rahi hai jise har aadmi jihad kehta hai aur karta bhi hai aur is mein bohat se log mar jate hain to kya yeh sahi hai</w:t>
      </w:r>
    </w:p>
    <w:p>
      <w:pPr>
        <w:jc w:val="right"/>
      </w:pPr>
      <w:r>
        <w:t>مولانا نے اپنی اسپیچ میں کہا کہ ہمیں دیالو ہونا چاہیے اور ہمیں انسانوں پر دیا کرنی چاہیے تبھی خدا ہم پر دیالو ہوگا لیکن کئی دیشوں میں جو لڑائی ہو رہی ہے جسے ہر ادمی جہاد کہتا ہے اور کرتا بھی ہے اور اس میں بہت سے لوگ مر جاتے ہیں تو کیا یہ صحیح ہے</w:t>
      </w:r>
    </w:p>
    <w:p>
      <w:r>
        <w:rPr>
          <w:b/>
        </w:rPr>
        <w:t xml:space="preserve">[1:44:58] </w:t>
      </w:r>
      <w:r>
        <w:t>dekhiye yeh yani kai baar yeh baat aa chuki hai is se pehle bhi ke jihad ka jo term hai is ki kuch conditions hain jaise namaz padhna hai is ki kuch conditions hain ke aap wazu karein qibla rukh khade hon niyat karein quran ko padhein waghera</w:t>
      </w:r>
    </w:p>
    <w:p>
      <w:pPr>
        <w:jc w:val="right"/>
      </w:pPr>
      <w:r>
        <w:t>دیکھیے یہ یعنی کئی بار یہ بات ا چکی ہے اس سے پہلے بھی کہ جہاد کا جو ٹرم ہے اس کی کچھ کنڈیشنز ہیں جیسے نماز پڑھنا ہے اس کی کچھ کنڈیشنز ہیں کہ اپ وضو کریں قبلہ رخ کھڑے ہوں نیت کریں قران کو پڑھیں وغیرہ</w:t>
      </w:r>
    </w:p>
    <w:p>
      <w:r>
        <w:rPr>
          <w:b/>
        </w:rPr>
        <w:t xml:space="preserve">[1:45:23] </w:t>
      </w:r>
      <w:r>
        <w:t>jab tak is ki shartein aap poora karein nahi tab tak koi namaz namaz nahi hogi yani hajj hai is ki bhi shartein hain aik khaas zamanay mein aap jatay hain makkah wahan hajj karte hain tab hajj hota hai aisa nahi ke kabhi bhi chale jayein ya kahin bhi barh kar karne lagein to hajj nahi hoga to jihad bhi ki shartein hain in sharton ke baghair khair koi laday bhade to woh jihad nahi ban jaye ga</w:t>
      </w:r>
    </w:p>
    <w:p>
      <w:pPr>
        <w:jc w:val="right"/>
      </w:pPr>
      <w:r>
        <w:t>جب تک اس کی شرطیں اپ پورا کریں نہیں تب تک کوئی نماز نماز نہیں ہوگی یعنی حج ہے اس کی بھی شرطیں ہیں ایک خاص زمانے میں اپ جاتے ہیں مکہ وہاں حج کرتے ہیں تب حج ہوتا ہے ایسا نہیں کہ کبھی بھی چلے جائیں یا کہیں بھی بڑھ کر کرنے لگیں تو حج نہیں ہوگا تو جہاد بھی کی شرطیں ہیں ان شرطوں کے بغیر خیر کوئی لڑے بھڑے تو وہ جہاد نہیں بن جائے گا</w:t>
      </w:r>
    </w:p>
    <w:p>
      <w:r>
        <w:rPr>
          <w:b/>
        </w:rPr>
        <w:t xml:space="preserve">[1:45:48] </w:t>
      </w:r>
      <w:r>
        <w:t>misal pehli shart yeh hai jihad ki ke sirf state jihad ka hukum de sakti hai yeh masla hai baqayda ke al rahil al imam to declare a war is prerogative of state doosri baat kya hai</w:t>
      </w:r>
    </w:p>
    <w:p>
      <w:pPr>
        <w:jc w:val="right"/>
      </w:pPr>
      <w:r>
        <w:t>مثلا پہلی شرط یہ ہے جہاد کی کہ صرف اسٹیٹ جہاد کا حکم دے سکتی ہے یہ مسئلہ ہے باقاعدہ کہ الرحیل الامام ٹو ڈیکلیئر ا وار از پیراگیٹیو اف اسٹیٹ دوسری بات کیا ہے</w:t>
      </w:r>
    </w:p>
    <w:p>
      <w:r>
        <w:rPr>
          <w:b/>
        </w:rPr>
        <w:t xml:space="preserve">[1:46:11] </w:t>
      </w:r>
      <w:r>
        <w:t>ke is se jo nikalti hai woh yeh hai ke other than government koi bhi organization yeh haq nahi rakhti ke woh jihad ke naam par ladai chhod de bilkul woh unlawful hoga Islam mein doosri baat yeh hai ke sirf attack karne par ladai hai Islam</w:t>
      </w:r>
    </w:p>
    <w:p>
      <w:pPr>
        <w:jc w:val="right"/>
      </w:pPr>
      <w:r>
        <w:t>کہ اس سے جو نکلتی ہے وہ یہ ہے کہ ادر دین گورنمنٹ کوئی بھی ارگنائزیشن یہ حق نہیں رکھتی کہ وہ جہاد کے نام پر لڑائی چھوڑ دے بالکل وہ ان لافل ہوگا اسلام میں دوسری بات یہ ہے کہ صرف اٹیک کرنے پر لڑائی ہے اسلام</w:t>
      </w:r>
    </w:p>
    <w:p>
      <w:r>
        <w:rPr>
          <w:b/>
        </w:rPr>
        <w:t xml:space="preserve">[1:46:32] </w:t>
      </w:r>
      <w:r>
        <w:t>mein yani koi attack kare aap ke upar to defense mein aap yani aap matlab ke government muslim government jang ki taraf ja sakti hai jab tak attack na hua ho tab tak aap jang nahi chhod sakte aik bohat hi important baat jo main ne jo ghaliban is se pehle kahi hogi woh yeh hai ke Islam differentiates between enmity and aggression</w:t>
      </w:r>
    </w:p>
    <w:p>
      <w:pPr>
        <w:jc w:val="right"/>
      </w:pPr>
      <w:r>
        <w:t>میں یعنی کوئی اٹیک کرے اپ کے اوپر تو ڈیفنس میں اپ یعنی اپ مطلب کہ گورنمنٹ مسلم گورنمنٹ جنگ کی طرف جا سکتی ہے جب تک اٹیک نہ ہوا ہو تب تک اپ جنگ نہیں چھوڑ سکتے ایک بہت ہی امپورٹنٹ بات جو میں نے جو غالبا اس سے پہلے کہی ہوگی وہ یہ ہے کہ اسلام ڈیفرنشیٹس بٹوین اینمیٹی اینڈ ایگریشن</w:t>
      </w:r>
    </w:p>
    <w:p>
      <w:r>
        <w:rPr>
          <w:b/>
        </w:rPr>
        <w:t xml:space="preserve">[1:47:01] </w:t>
      </w:r>
      <w:r>
        <w:t>Islam farq karta hai dushmani mein aur aggression mein yani aggression ki halat mein koi ijazat hai ke qatil al ladheena qatalookum jo tum par aggression kare tum us se lado lekin agar dushmani ki baat ho to aap kisi ko dushman declare kar ke us ke khilaf ladai nahi chhod sakte yeh bohat hi important taleem hai Islam mein</w:t>
      </w:r>
    </w:p>
    <w:p>
      <w:pPr>
        <w:jc w:val="right"/>
      </w:pPr>
      <w:r>
        <w:t>اسلام فرق کرتا ہے دشمنی میں اور ایگریشن میں یعنی ایگریشن کی حالت میں کوئی اجازت ہے کہ قاتل الذین قاتلونکم جو تم پر ایگریشن کرے تم اس سے لڑو لیکن اگر دشمنی کی بات ہو تو اپ کسی کو دشمن ڈیکلیئر کر کے اس کے خلاف لڑائی نہیں چھوڑ سکتے یہ بہت ہی امپورٹنٹ تعلیم ہے اسلام میں</w:t>
      </w:r>
    </w:p>
    <w:p>
      <w:r>
        <w:rPr>
          <w:b/>
        </w:rPr>
        <w:t xml:space="preserve">[1:47:27] </w:t>
      </w:r>
      <w:r>
        <w:t>mujādla bilati ahsan faiz bank bano adāwoh kani wali hamim yani kisi ko tum pao ke woh tumhara dushman ban jaye ban gaya hai tum us se dosti karo tum us se acha sulook karo tum use positive dhang se pesh aao to us woh badal jayega aur woh dushmani ko chhod kar tumhara dost ban jayega yeh bohat bari taleem hai islam ki bohat se logon ko mein sunta hoon ke woh kisi ka dushman hona is ko kafi samajhte hain ke us ko larai bhi chhod dein woh</w:t>
      </w:r>
    </w:p>
    <w:p>
      <w:pPr>
        <w:jc w:val="right"/>
      </w:pPr>
      <w:r>
        <w:t>مجادلہ بالتی احسن فیض بینک بنو عداوہ کنی ولی حمیم یعنی کسی کو تم پاؤ کہ وہ تمہارا دشمن بن جائے بن گیا ہے تم اس سے دوستی کرو تم اس سے اچھا سلوک کرو تم اسے پازیٹیو ڈنگ سے پیش اؤ تو اس وہ بدل جائے گا اور وہ دشمنی کو چھوڑ کر تمہارا دوست بن جائے گا یہ بہت بڑی تعلیم ہے اسلام کی بہت سے لوگوں کو میں سنتا ہوں کہ وہ کسی کا دشمن ہونا اس کو کافی سمجھتے ہیں کہ اس کو لڑائی بھی چھوڑ دیں وہ</w:t>
      </w:r>
    </w:p>
    <w:p>
      <w:r>
        <w:rPr>
          <w:b/>
        </w:rPr>
        <w:t xml:space="preserve">[1:47:57] </w:t>
      </w:r>
      <w:r>
        <w:t>yeh bilashuba islam mein haram hai aap sirf aggressor se lad sakte hain dushman se larai nahi chhod sakte bilkul galat hoga yeh mazeed yeh ke jaisa ke maine arz kiya ke sirf hukumat hi larai chhod sakti hai lekin secret war islam mein nahi hai fambus ilayhim ala sawa</w:t>
      </w:r>
    </w:p>
    <w:p>
      <w:pPr>
        <w:jc w:val="right"/>
      </w:pPr>
      <w:r>
        <w:t>یہ بلاشبہ اسلام میں حرام ہے اپ صرف ایگریسر سے لڑ سکتے ہیں دشمن سے لڑائی نہیں چھوڑ سکتے بالکل غلط ہوگا یہ مزید یہ کہ جیسا کہ میں نے عرض کیا کہ صرف حکومت ہی لڑائی چھوڑ سکتی ہے لیکن سیکرٹ وار اسلام میں نہیں ہے فمبز الیہم علی سوا</w:t>
      </w:r>
    </w:p>
    <w:p>
      <w:r>
        <w:rPr>
          <w:b/>
        </w:rPr>
        <w:t xml:space="preserve">[1:48:18] </w:t>
      </w:r>
      <w:r>
        <w:t>yani agar aap dekhein aap matlab hukumat dekhe ke falan country aggression kar raha hai attack kar raha hai to us ko yeh kehna padega declare karna padega ke we and you are at war from this date aaj se hamare aur tumhare darmiyan larai hai jab tak aap declare na karein aap jang nahi chhod sakte islam mein secret war nahi hai</w:t>
      </w:r>
    </w:p>
    <w:p>
      <w:pPr>
        <w:jc w:val="right"/>
      </w:pPr>
      <w:r>
        <w:t>یعنی اگر اپ دیکھیں اپ مطلب حکومت دیکھے کہ فلاں کنٹری ایگریشن کر رہا ہے اٹیک کر رہا ہے تو اس کو یہ کہنا پڑے گا ڈیکلیئر کرنا پڑے گا کہ وی اینڈ یو ار ایٹ وار فرام دس ڈیٹ اج سے ہمارے اور تمہارے درمیان لڑائی ہے جب تک اپ ڈیکلیئر نہ کریں اپ جنگ نہیں چھوڑ سکتے اسلام میں سیکرٹ وار نہیں ہے</w:t>
      </w:r>
    </w:p>
    <w:p>
      <w:r>
        <w:rPr>
          <w:b/>
        </w:rPr>
        <w:t xml:space="preserve">[1:48:45] </w:t>
      </w:r>
      <w:r>
        <w:t>is ka matlab yeh hai ke gorilla war proxy war secret war undeclared war aggressive war sab</w:t>
      </w:r>
    </w:p>
    <w:p>
      <w:pPr>
        <w:jc w:val="right"/>
      </w:pPr>
      <w:r>
        <w:t>اس کا مطلب یہ ہے کہ گوریلا وار پروکسی وار سیکرٹ وار ان ڈیکلیئرڈ وار ایگریسو وار سب</w:t>
      </w:r>
    </w:p>
    <w:p>
      <w:r>
        <w:rPr>
          <w:b/>
        </w:rPr>
        <w:t xml:space="preserve">[1:48:53] </w:t>
      </w:r>
      <w:r>
        <w:t>ke sab Islam mein haram hain sirf ek war jaiz hai woh hai defensive war woh bhi jab</w:t>
      </w:r>
    </w:p>
    <w:p>
      <w:pPr>
        <w:jc w:val="right"/>
      </w:pPr>
      <w:r>
        <w:t>کے سب اسلام میں حرام ہیں صرف ایک وار جائز ہے وہ ہے ڈیفنسو وار وہ بھی جب</w:t>
      </w:r>
    </w:p>
    <w:p>
      <w:r>
        <w:rPr>
          <w:b/>
        </w:rPr>
        <w:t xml:space="preserve">[1:48:59] </w:t>
      </w:r>
      <w:r>
        <w:t>ke state lade</w:t>
      </w:r>
    </w:p>
    <w:p>
      <w:pPr>
        <w:jc w:val="right"/>
      </w:pPr>
      <w:r>
        <w:t>کہ اسٹیٹ لڑے</w:t>
      </w:r>
    </w:p>
    <w:p>
      <w:r>
        <w:rPr>
          <w:b/>
        </w:rPr>
        <w:t xml:space="preserve">[1:49:02] </w:t>
      </w:r>
      <w:r>
        <w:t>adar deen state koi</w:t>
      </w:r>
    </w:p>
    <w:p>
      <w:pPr>
        <w:jc w:val="right"/>
      </w:pPr>
      <w:r>
        <w:t>ادر دین اسٹیٹ کوئی</w:t>
      </w:r>
    </w:p>
    <w:p>
      <w:r>
        <w:rPr>
          <w:b/>
        </w:rPr>
        <w:t xml:space="preserve">[1:49:06] </w:t>
      </w:r>
      <w:r>
        <w:t>yani jahad nahi chhod sakta bilkul islam mein jaiz nahi hai</w:t>
      </w:r>
    </w:p>
    <w:p>
      <w:pPr>
        <w:jc w:val="right"/>
      </w:pPr>
      <w:r>
        <w:t>یعنی جہاد نہیں چھوڑ سکتا بالکل اسلام میں جائز نہیں ہے</w:t>
      </w:r>
    </w:p>
    <w:p>
      <w:r>
        <w:rPr>
          <w:b/>
        </w:rPr>
        <w:t xml:space="preserve">[1:49:15] </w:t>
      </w:r>
      <w:r>
        <w:t>sacrifice of an animal as practiced and done by muslims across the world ah sonia tulani would like to know how important is the spirit behind this tradition dekhein quran mein bataya gaya hai isi ke bare mein yani eid al-adha eid al-adha lafz nahi sahi eid adha lafz hai eid adha</w:t>
      </w:r>
    </w:p>
    <w:p>
      <w:pPr>
        <w:jc w:val="right"/>
      </w:pPr>
      <w:r>
        <w:t>سیکریفائس اف این اینیمل ایز پریکٹسڈ اینڈ ڈن بائی مسلمز اکراس دی ورلڈ اہ سونیا طولانی وڈ لائک ٹو نو ہاؤ امپورٹنٹ از دی سپرٹ بیہائنڈ دس ٹریڈیشن دیکھیں قران میں بتایا گیا ہے اسی کے بارے میں یعنی عید الضحی عید الضحی لفظ نہیں صحیح عید اضحی لفظ ہے عید اضحی</w:t>
      </w:r>
    </w:p>
    <w:p>
      <w:r>
        <w:rPr>
          <w:b/>
        </w:rPr>
        <w:t xml:space="preserve">[1:49:43] </w:t>
      </w:r>
      <w:r>
        <w:t>is mauqe par jo sacrifice ki jati hai to quran mein hai ke allah taqwa minkum khuda ko gosht aur khoon nahi pahunchta khuda ko tumhara taqwa pahunchta hai yani spirit to asal cheez spirit hai agar spirit na ho to is ka koi faida nahi</w:t>
      </w:r>
    </w:p>
    <w:p>
      <w:pPr>
        <w:jc w:val="right"/>
      </w:pPr>
      <w:r>
        <w:t>اس موقع پر جو سیکریفائس کی جاتی ہے تو قران میں ہے کہ اللہ تقوی منکم خدا کو گوشت اور خون نہیں پہنچتا خدا کو تمہارا تقوی پہنچتا ہے یعنی اسپیریٹ تو اصل چیز اسپیریٹ ہے اگر اسپیریٹ نہ ہو تو اس کا کوئی فائدہ نہیں</w:t>
      </w:r>
    </w:p>
    <w:p>
      <w:r>
        <w:rPr>
          <w:b/>
        </w:rPr>
        <w:t xml:space="preserve">[1:50:06] </w:t>
      </w:r>
      <w:r>
        <w:t>ap hazaron janwar qurban kar dein aur spirit na ho to wo kuch nahi ap ne paise ko</w:t>
      </w:r>
    </w:p>
    <w:p>
      <w:pPr>
        <w:jc w:val="right"/>
      </w:pPr>
      <w:r>
        <w:t>اپ ہزاروں جانور قربان کر دیں اور اسپیریٹ نہ ہو تو وہ کچھ نہیں اپ نے پیسے کو</w:t>
      </w:r>
    </w:p>
    <w:p>
      <w:r>
        <w:rPr>
          <w:b/>
        </w:rPr>
        <w:t xml:space="preserve">[1:50:12] </w:t>
      </w:r>
      <w:r>
        <w:t>wast kiya aur bilawaja dinon ko mara to jab tak spirit na ho admi ke andar tab tak</w:t>
      </w:r>
    </w:p>
    <w:p>
      <w:pPr>
        <w:jc w:val="right"/>
      </w:pPr>
      <w:r>
        <w:t>ویسٹ کیا اور بلاوجہ دنوں کو مارا تو جب تک اسپیریٹ نہ ہو ادمی کے اندر تب تک</w:t>
      </w:r>
    </w:p>
    <w:p>
      <w:r>
        <w:rPr>
          <w:b/>
        </w:rPr>
        <w:t xml:space="preserve">[1:50:18] </w:t>
      </w:r>
      <w:r>
        <w:t>iska koi faida nahi hai kyunke saaf saaf quran mein likha hua hai ke tumhara</w:t>
      </w:r>
    </w:p>
    <w:p>
      <w:pPr>
        <w:jc w:val="right"/>
      </w:pPr>
      <w:r>
        <w:t>اس کا کوئی فائدہ نہیں ہے کیونکہ صاف صاف قران میں لکھا ہوا ہے کہ تمہارا</w:t>
      </w:r>
    </w:p>
    <w:p>
      <w:r>
        <w:rPr>
          <w:b/>
        </w:rPr>
        <w:t xml:space="preserve">[1:50:25] </w:t>
      </w:r>
      <w:r>
        <w:t>tumhara yani gosht aur khoon khuda ko nahi pahunchta balke khuda ko tumhara taqwa pahunchta hai yani andar</w:t>
      </w:r>
    </w:p>
    <w:p>
      <w:pPr>
        <w:jc w:val="right"/>
      </w:pPr>
      <w:r>
        <w:t>تمہارا یعنی گوشت اور خون خدا کو نہیں پہنچتا بلکہ خدا کو تمہارا تقوی پہنچتا ہے یعنی اندر</w:t>
      </w:r>
    </w:p>
    <w:p>
      <w:r>
        <w:rPr>
          <w:b/>
        </w:rPr>
        <w:t xml:space="preserve">[1:50:32] </w:t>
      </w:r>
      <w:r>
        <w:t>ki spirit pahunchti hai</w:t>
      </w:r>
    </w:p>
    <w:p>
      <w:pPr>
        <w:jc w:val="right"/>
      </w:pPr>
      <w:r>
        <w:t>کی اسپیریٹ پہنچتی ہے</w:t>
      </w:r>
    </w:p>
    <w:p>
      <w:r>
        <w:rPr>
          <w:b/>
        </w:rPr>
        <w:t xml:space="preserve">[1:50:37] </w:t>
      </w:r>
      <w:r>
        <w:t>this question is from anwar hussain he says there are various historical references in quran and one can draw lessons also so what what historical lesson quran wants to deliver for human beings</w:t>
      </w:r>
    </w:p>
    <w:p>
      <w:pPr>
        <w:jc w:val="right"/>
      </w:pPr>
      <w:r>
        <w:t>دس کوسچن از فرام انور حسین ہی سیز دیر ار ویریس ہسٹوریکل ریفرنسز ان قران اینڈ ون کین ڈرا لیسنز السو سو واٹ واٹ ہسٹوریکل لیسن قران وانٹس ٹو ڈیلیور فار ہیومن بینگز</w:t>
      </w:r>
    </w:p>
    <w:p>
      <w:r>
        <w:rPr>
          <w:b/>
        </w:rPr>
        <w:t xml:space="preserve">[1:50:56] </w:t>
      </w:r>
      <w:r>
        <w:t>dekhein jahan tak mein samajhta hoon ke history ko study karne ka ek tareeqa yeh hai ke is ko ek ek ek technical subject ke taur par is ko padhein aap to universityon aur collegeon mein isi tarah padhaya jata hai history ko quran ka tareeqa hai is ko kehte hain quran mein kaha gaya hai tasawwum yani tasawwum ka tareeqa tasawwum ka tareeqa yeh hai ke matlab hai history se lesson lena</w:t>
      </w:r>
    </w:p>
    <w:p>
      <w:pPr>
        <w:jc w:val="right"/>
      </w:pPr>
      <w:r>
        <w:t>دیکھیں جہاں تک میں سمجھتا ہوں کہ ہسٹری کو اسٹڈی کرنے کا ایک طریقہ یہ ہے کہ اس کو ایک ایک ایک ٹیکنیکل سبجیکٹ کے طور پر اس کو پڑھیں اپ تو یونیورسٹیوں اور کالجوں میں اسی طرح پڑھایا جاتا ہے ہسٹری کو قران کا طریقہ ہے اس کو کہتے ہیں قران میں کہا گیا ہے توسم یعنی توسم کا طریقہ توسم کا طریقہ یہ ہے کہ مطلب ہے ہسٹری سے لیسن لینا</w:t>
      </w:r>
    </w:p>
    <w:p>
      <w:r>
        <w:rPr>
          <w:b/>
        </w:rPr>
        <w:t xml:space="preserve">[1:51:25] </w:t>
      </w:r>
      <w:r>
        <w:t>yani mehaz technical subject ke taur par padhein to woh yani universityon ke tareeqe ke mutabiq durust ho sakta hai lekin quran ka tareeqa jo hai woh tasawwum ka tareeqa hai mukhtalif waqiyat jo hain tareekh ke un ko aap is tarah padhein ke is se aap sabak le rahe hon sabak le rahe hon sabak le rahe hon misaal ke taur par aap first world war second world war ko padhein jis par hazaron kitabein likhi gayi hain</w:t>
      </w:r>
    </w:p>
    <w:p>
      <w:pPr>
        <w:jc w:val="right"/>
      </w:pPr>
      <w:r>
        <w:t>یعنی محض ٹیکنیکل سبجیکٹ کے طور پر پڑھیں تو وہ یعنی یونیورسٹیوں کے طریقے کے مطابق درست ہو سکتا ہے لیکن قران کا طریقہ جو ہے وہ توسم کا طریقہ ہے مختلف واقعات جو ہیں تاریخ کے ان کو اپ اس طرح پڑھیں کہ اس سے اپ سبق لے رہے ہوں سبق لے رہے ہوں سبق لے رہے ہوں مثال کے طور پر اپ فرسٹ ورلڈ وار سیکنڈ ورلڈ وار کو پڑھیں جس پر ہزاروں کتابیں لکھی گئی ہیں</w:t>
      </w:r>
    </w:p>
    <w:p>
      <w:r>
        <w:rPr>
          <w:b/>
        </w:rPr>
        <w:t xml:space="preserve">[1:51:52] </w:t>
      </w:r>
      <w:r>
        <w:t>to aap ek lesson le sakte hain is se ke itni bari larai ki gayi lekin result kuch nahi</w:t>
      </w:r>
    </w:p>
    <w:p>
      <w:pPr>
        <w:jc w:val="right"/>
      </w:pPr>
      <w:r>
        <w:t>تو اپ ایک لیسن لے سکتے ہیں اس سے کہ اتنی بڑی لڑائی کی گئی لیکن رزلٹ کچھ نہیں</w:t>
      </w:r>
    </w:p>
    <w:p>
      <w:r>
        <w:rPr>
          <w:b/>
        </w:rPr>
        <w:t xml:space="preserve">[1:52:02] </w:t>
      </w:r>
      <w:r>
        <w:t>no result at all aisi abhi jahaz bush ne jo afghanistan mein aur iraq mein jab bombardment kiya wahan bhi aap ghor karein to wahan tak no result at all</w:t>
      </w:r>
    </w:p>
    <w:p>
      <w:pPr>
        <w:jc w:val="right"/>
      </w:pPr>
      <w:r>
        <w:t>نو رزلٹ ایٹ ال ایسی ابھی جہاز بش نے جو افغانستان میں اور عراق میں جب بمبارڈمنٹ کیا وہاں بھی اپ غور کریں تو وہاں تک نو رزلٹ ایٹ ال</w:t>
      </w:r>
    </w:p>
    <w:p>
      <w:r>
        <w:rPr>
          <w:b/>
        </w:rPr>
        <w:t xml:space="preserve">[1:52:14] </w:t>
      </w:r>
      <w:r>
        <w:t>is se kya niklega ke quran ka yeh formula sahi sabit hoga ke asal wa khair yani peaceful adjustment is the best yani kisi se controversy ho to us se negotiation kijiye aur peaceful tareeqe se adjustment kijiye aur agreement kijiye jaisa ke rasool allah ne kiya rasool allah se aur quraish se laraiyan huin to aap ne negotiation kiya</w:t>
      </w:r>
    </w:p>
    <w:p>
      <w:pPr>
        <w:jc w:val="right"/>
      </w:pPr>
      <w:r>
        <w:t>اس سے کیا نکلے گا کہ قران کا یہ فارمولا صحیح ثابت ہوگا کہ اصل و خیر یعنی پیس فل ایڈجسٹمنٹ از دا بیسٹ یعنی کسی سے کنٹروورسی ہو تو اس سے نیگوشی ایشن کیجئے اور پیس فل طریقے سے ایڈجسٹمنٹ کیجئے اور ایگریمنٹ کیجئے جیسے کہ رسول اللہ نے کیا رسول اللہ سے اور قریش سے لڑائیاں ہوئیں تو اپ نے نیگوشی ایشن کیا</w:t>
      </w:r>
    </w:p>
    <w:p>
      <w:r>
        <w:rPr>
          <w:b/>
        </w:rPr>
        <w:t xml:space="preserve">[1:52:41] </w:t>
      </w:r>
      <w:r>
        <w:t>do hafte ke negotiation ke baad aap ne ek peace agreement kiya un se aur is peace agreement se wahan par ek naya breakthrough hua ek nayi tareekh bani arab mein to mein samajhta hoon ke jo laraiyan zamane ki gayi hain chahe woh first world war ho second world war ho ya abhi jo war hui hai isi ka koi bhi positive result aap nahi payenge</w:t>
      </w:r>
    </w:p>
    <w:p>
      <w:pPr>
        <w:jc w:val="right"/>
      </w:pPr>
      <w:r>
        <w:t>دو ہفتے کے نیگوشی ایشن کے بعد اپ نے ایک پیس ایگریمنٹ کیا ان سے اور اس پیس ایگریمنٹ سے وہاں پر ایک نیا بریک تھرو ہوا ایک نئی تاریخ بنی عرب میں تو میں سمجھتا ہوں کہ جو لڑائیاں زمانے کی گئی ہیں چاہے وہ فرسٹ ورلڈ وار ہو سیکنڈ ورلڈ وار ہو یا ابھی جو وار ہوئی ہے اسی کا کوئی بھی پازیٹیو رزلٹ اپ نہیں پائیں گے</w:t>
      </w:r>
    </w:p>
    <w:p>
      <w:r>
        <w:rPr>
          <w:b/>
        </w:rPr>
        <w:t xml:space="preserve">[1:53:06] </w:t>
      </w:r>
      <w:r>
        <w:t>is ke baraks aap dekhiye japan ko dekhiye ke japan par atom bomb giraya gaya is ko hiroshima aur nagasaki ko destroy kar diya gaya ab japan ne kya kiya larai nahi chhodi larai nahi chhodi is ne to na lad kar ke is ne zyada gain kiya agar ladta to kuch bhi gain na kar pata woh yani aaj japan jo hai economic superpower bana hua hai kyun larai ko chhod kar is ne doosra tareeqa ikhtiyar kiya</w:t>
      </w:r>
    </w:p>
    <w:p>
      <w:pPr>
        <w:jc w:val="right"/>
      </w:pPr>
      <w:r>
        <w:t>اس کے برعکس اپ دیکھیے جاپان کو دیکھیے کہ جاپان پر ایٹم بم گرایا گیا اس کو ہیروشما اور ناگاسی کو ڈسٹرائے کر دیا گیا اب جاپان نے کیا کیا لڑائی نہیں چھوڑی لڑائی نہیں چھوڑی اس نے تو نہ لڑ کر کے اس نے زیادہ گین کیا اگر لڑتا تو کچھ بھی گین نہ کر پاتا وہ یعنی اج جاپان جو ہے اکنامک سپر پاور بنا ہوا ہے کیوں لڑائی کو چھوڑ کر اس نے دوسرا طریقہ اختیار کیا</w:t>
      </w:r>
    </w:p>
    <w:p>
      <w:r>
        <w:rPr>
          <w:b/>
        </w:rPr>
        <w:t xml:space="preserve">[1:53:36] </w:t>
      </w:r>
      <w:r>
        <w:t>to is tarah se agar aap mutala karein ge lesson ke andaz mein to isi ko kehte hain tasawwum aur quran ka kehna yeh hai ke tasawwum ke andaz mein history ki study karna chahiye</w:t>
      </w:r>
    </w:p>
    <w:p>
      <w:pPr>
        <w:jc w:val="right"/>
      </w:pPr>
      <w:r>
        <w:t>تو اس طرح سے اگر اپ مطالعہ کریں گے لیسن کے انداز میں تو اسی کو کہتے ہیں توسم اور قران کا کہنا یہ ہے کہ توسم کے انداز میں ہسٹری کی اسٹڈی کرنا چاہیے</w:t>
      </w:r>
    </w:p>
    <w:p>
      <w:r>
        <w:rPr>
          <w:b/>
        </w:rPr>
        <w:t xml:space="preserve">[1:53:51] </w:t>
      </w:r>
      <w:r>
        <w:t>manju armani would like to ask how to become complex free personality and how it can be maintained for ever</w:t>
      </w:r>
    </w:p>
    <w:p>
      <w:pPr>
        <w:jc w:val="right"/>
      </w:pPr>
      <w:r>
        <w:t>منجو ارمانی وڈ لائک ٹو اسک ہاؤ ٹو بیکم کمپلیکس فری پرسنیلٹی اینڈ ہاؤ اٹ کین بی مینٹینڈ فار ایور</w:t>
      </w:r>
    </w:p>
    <w:p>
      <w:r>
        <w:rPr>
          <w:b/>
        </w:rPr>
        <w:t xml:space="preserve">[1:54:07] </w:t>
      </w:r>
      <w:r>
        <w:t>bhai dekhiye is mein koi doosra aadmi aap ko koi formula nahi de sakta yeh to introspection ki baat hai apni scrutiny karne ki baat hai jab aadmi sincere ho to kya karega woh aadmi</w:t>
      </w:r>
    </w:p>
    <w:p>
      <w:pPr>
        <w:jc w:val="right"/>
      </w:pPr>
      <w:r>
        <w:t>بھئی دیکھیے اس میں کوئی دوسرا ادمی اپ کو کوئی فارمولا نہیں دے سکتا یہ تو انٹراسپیکشن کی بات ہے اپنی سکروٹنی کرنے کی بات ہے جب ادمی سنسیئر ہو تو کیا کرے گا وہ ادمی</w:t>
      </w:r>
    </w:p>
    <w:p>
      <w:r>
        <w:rPr>
          <w:b/>
        </w:rPr>
        <w:t xml:space="preserve">[1:54:27] </w:t>
      </w:r>
      <w:r>
        <w:t>apne aap apne andar jhanakega apni scrutiny karega aur apni deconditioning karega jaise ke mein karta hoon ke mein zindagi bhar apni deconditioning karta raha aaj hi mein subah soch raha tha aaj hi maine ek deconditioning ki apni hamare bade bhai the woh shayari karte the bohat padhe likhe the lekin shayari karte the to un ka ek sher aaj subah hi mujhe yaad aaya is ko maine so</w:t>
      </w:r>
    </w:p>
    <w:p>
      <w:pPr>
        <w:jc w:val="right"/>
      </w:pPr>
      <w:r>
        <w:t>اپنے اپ اپنے اندر جھانکے گا اپنی سکروٹنی کرے گا اور اپنی ڈی کنڈیشننگ کرے گا جیسے کہ میں کرتا ہوں کہ میں زندگی بھر اپنی ڈی کنڈیشننگ کرتا رہا اج ہی میں صبح سوچ رہا تھا اج ہی میں نے ایک ڈی کنڈیشننگ کی اپنی ہمارے بڑے بھائی تھے وہ شاعری کرتے تھے بہت پڑھے لکھے تھے لیکن شاعری کرتے تھے تو ان کا ایک شعر اج صبح ہی مجھے یاد ایا اس کو میں نے سو</w:t>
      </w:r>
    </w:p>
    <w:p>
      <w:r>
        <w:rPr>
          <w:b/>
        </w:rPr>
        <w:t xml:space="preserve">[1:54:56] </w:t>
      </w:r>
      <w:r>
        <w:t>cha is ka matlab yeh tha is sher ka ke duniya mein itne bade bade waqiyat hue aur tabdiliyan huin lekin india mein koi tabdili nahi ho saki koi taraqqi nahi ho saki british period mein unhone aisa kaha tha to mein bhi bohat dinon tak is sher ko sahi samajhta tha ke british period mein koi taraqqi hamara nahi hui</w:t>
      </w:r>
    </w:p>
    <w:p>
      <w:pPr>
        <w:jc w:val="right"/>
      </w:pPr>
      <w:r>
        <w:t>چا اس کا مطلب یہ تھا اس شعر کا کہ دنیا میں اتنے بڑے بڑے واقعات ہوئے اور تبدیلیاں ہوئیں لیکن انڈیا میں کوئی تبدیلی نہیں ہو سکی کوئی ترقی نہیں ہو سکی برٹش پیریڈ میں انہوں نے ایسا کہا تھا تو میں بھی بہت دنوں تک اس شعر کو صحیح سمجھتا تھا کہ برٹش پیریڈ میں کوئی ترقی ہمارا نہیں ہوئی</w:t>
      </w:r>
    </w:p>
    <w:p>
      <w:r>
        <w:rPr>
          <w:b/>
        </w:rPr>
        <w:t xml:space="preserve">[1:55:19] </w:t>
      </w:r>
      <w:r>
        <w:t>woh yeh tha sher ke pahuncha na inqalab is hijre deyar tak badla agarche khud chaman rozgar tak ke door jadeed mein jo inqalab aaya hai woh hamare india tak nahi pahuncha aage duniya badal gayi to bohat dinon tak bas pata raha ke sir yeh sahi hai halanke bilkul galat yeh sher hai india mein angrezon ke zariye se itni taraqqi aayi hai isi taraqqi ki wajah se aaj hum yahan itni taraqqi dekh rah</w:t>
      </w:r>
    </w:p>
    <w:p>
      <w:pPr>
        <w:jc w:val="right"/>
      </w:pPr>
      <w:r>
        <w:t>وہ یہ تھا شعر کہ پہنچا نہ انقلاب اس ہجرے دیار تک بدلا اگرچہ خود چمن روزگار تک کہ دور جدید میں جو انقلاب ایا ہے وہ ہمارے انڈیا تک نہیں پہنچا اگے دنیا بدل گئی تو بہت دنوں تک بس پتہ رہا کہ سر یہ صحیح ہے حالانکہ بالکل غلط یہ شعر ہے انڈیا میں انگریزوں کے ذریعے سے اتنی ترقی ائی ہے اسی ترقی کی وجہ سے اج ہم یہاں اتنی ترقی دیکھ رہ</w:t>
      </w:r>
    </w:p>
    <w:p>
      <w:r>
        <w:rPr>
          <w:b/>
        </w:rPr>
        <w:t xml:space="preserve">[1:55:45] </w:t>
      </w:r>
      <w:r>
        <w:t>e hain yani taraqqi ki jo base hai india mein woh angrezon ne banai english education modern communication aur road infrastructure aur aur printing press education kya kya cheezein angrez laye lekin hamein is sher aur is tarah ki bohat sare baatein jo hum padhte the us zamane mein hum samajhte the ke india mein sirf angrez lootne ke liye aaye aur loota sirf unhone aur kuch kiya nahi halanke yeh sirf jhooti baatein thi</w:t>
      </w:r>
    </w:p>
    <w:p>
      <w:pPr>
        <w:jc w:val="right"/>
      </w:pPr>
      <w:r>
        <w:t>ے ہیں یعنی ترقی کی جو بیس ہے انڈیا میں وہ انگریزوں نے بنائی انگلش ایجوکیشن ماڈرن کمیونیکیشن اور روڈ انفراسٹرکچر اور اور پرنٹنگ پریس ایجوکیشن کیا کیا چیزیں انگریز لائے لیکن ہمیں اس شعر اور اس طرح کی بہت سارے باتیں جو ہم پڑھتے تھے اس زمانے میں ہم سمجھتے تھے کہ انڈیا میں صرف انگریز لوٹنے کے لیے ائے اور لوٹا صرف انہوں نے اور کچھ کیا نہیں حالانکہ یہ صرف جھوٹی باتیں تھیں</w:t>
      </w:r>
    </w:p>
    <w:p>
      <w:r>
        <w:rPr>
          <w:b/>
        </w:rPr>
        <w:t xml:space="preserve">[1:56:13] </w:t>
      </w:r>
      <w:r>
        <w:t>to apne ko aap jab deconditioning karege tabhi kisi sachai tak pahunchege aap to aap ko do level par karna hai yeh kaam ek to bahar ki cheezon ko samajhne ke liye introspection karna hai apna ke apni soch jo hai us ko badlein aap</w:t>
      </w:r>
    </w:p>
    <w:p>
      <w:pPr>
        <w:jc w:val="right"/>
      </w:pPr>
      <w:r>
        <w:t>تو اپنے کو اپ جب ڈی کنڈیشننگ کریں گے تبھی کسی سچائی تک پہنچیں گے اپ تو اپ کو دو لیول پر کرنا ہے یہ کام ایک تو باہر کی چیزوں کو سمجھنے کے لیے انٹراسپیکشن کرنا ہے اپنا کہ اپنی سوچ جو ہے اس کو بدلیں اپ</w:t>
      </w:r>
    </w:p>
    <w:p>
      <w:r>
        <w:rPr>
          <w:b/>
        </w:rPr>
        <w:t xml:space="preserve">[1:56:31] </w:t>
      </w:r>
      <w:r>
        <w:t>ek hai ke apne andar jo baatein hain ke bohat si baatein hum andar baitha lete hain kis liye yani list ki wajah se miles ki wajah se yani revenge ki wajah se inteqam ki wajah se daal lete hain apne dil mein woh hamare mind ka hissa ban jata hai wahan par hamein apni deconditioning karke us ko apne mind ko purify karna padega yeh aisa kaam hai jo hamein khud hi karna hai</w:t>
      </w:r>
    </w:p>
    <w:p>
      <w:pPr>
        <w:jc w:val="right"/>
      </w:pPr>
      <w:r>
        <w:t>ایک ہے کہ اپنے اندر جو باتیں ہیں کہ بہت سی باتیں ہم اندر بٹھا لیتے ہیں کس لیے یعنی لسٹ کی وجہ سے مائلس کی وجہ سے یعنی ریونج کی وجہ سے انتقام کی وجہ سے ڈال لیتے ہیں اپنے دل میں وہ ہمارے مائنڈ کا حصہ بن جاتا ہے وہاں پر ہمیں اپنی ڈی کنڈیشننگ کر کے اس کو اپنے مائنڈ کو پیوریفائی کرنا پڑے گا یہ ایسا کام ہے جو ہمیں خود ہی کرنا ہے</w:t>
      </w:r>
    </w:p>
    <w:p>
      <w:r>
        <w:rPr>
          <w:b/>
        </w:rPr>
        <w:t xml:space="preserve">[1:56:59] </w:t>
      </w:r>
      <w:r>
        <w:t>yeh ek process hai jo hamein khud hi karna hai jis tarah se ek janwar jo hai jugali khud karta hai kisi janwar ke hisse ki jugali doosra nahi kar sakta jugali ka kaam aadmi is janwar ko khud karna padega us animal ko isi tareeqe se hamein apni deconditioning khud karni padegi jitna zyada aap sincere honge utne zyada is mamle mein aap kamyab rahenge</w:t>
      </w:r>
    </w:p>
    <w:p>
      <w:pPr>
        <w:jc w:val="right"/>
      </w:pPr>
      <w:r>
        <w:t>یہ ایک پروسیس ہے جو ہمیں خود ہی کرنا ہے جس طرح سے ایک جانور جو ہے جگالی خود کرتا ہے کسی جانور کے حصے کی جگالی دوسرا نہیں کر سکتا جگالی کا کام ادمی اس جانور کو خود کرنا پڑے گا اس اینیمل کو اسی طریقے سے ہمیں اپنی ڈی کنڈیشننگ خود کرنی پڑے گی جتنا زیادہ اپ سنسیئر ہوں گے اتنے زیادہ اس معاملے میں اپ کامیاب رہیں گے</w:t>
      </w:r>
    </w:p>
    <w:p>
      <w:r>
        <w:rPr>
          <w:b/>
        </w:rPr>
        <w:t xml:space="preserve">[1:57:29] </w:t>
      </w:r>
      <w:r>
        <w:t>yeh javed akhtar sahib ka sawal hai kya charon imam barhaq hain agar haan to is mozu pe kuch roshni dali hai</w:t>
      </w:r>
    </w:p>
    <w:p>
      <w:pPr>
        <w:jc w:val="right"/>
      </w:pPr>
      <w:r>
        <w:t>یہ جاوید اختر صاحب کا سوال ہے کیا چاروں امام برحق ہیں اگر ہاں تو اس موضوع پہ کچھ روشنی ڈالی ہے</w:t>
      </w:r>
    </w:p>
    <w:p>
      <w:r>
        <w:rPr>
          <w:b/>
        </w:rPr>
        <w:t xml:space="preserve">[1:57:41] </w:t>
      </w:r>
      <w:r>
        <w:t>dekhiye yeh bohat lambi baat hai yeh choti si baat nahi hai is par maine ek kitab likhi hai is ka naam hai tajdeed deen is ko aap parh sakte hain</w:t>
      </w:r>
    </w:p>
    <w:p>
      <w:pPr>
        <w:jc w:val="right"/>
      </w:pPr>
      <w:r>
        <w:t>دیکھیے یہ بہت لمبی بات ہے یہ چھوٹی سی بات نہیں ہے اس پر میں نے ایک کتاب لکھی ہے اس کا نام ہے تجدید دین اس کو اپ پڑھ سکتے ہیں</w:t>
      </w:r>
    </w:p>
    <w:p>
      <w:r>
        <w:rPr>
          <w:b/>
        </w:rPr>
        <w:t xml:space="preserve">[1:57:55] </w:t>
      </w:r>
      <w:r>
        <w:t>main samajhta hoon charon imam barhaq hain yeh yeh sawal hi yaani be matlab hai kyunke haq na-haq ka masla hi nahi hai log yeh samajhte hain ke char haq ki baat hai char haq ki baat hi nahi hai kuch bohat hi trivial cheezein hain jis mein ikhtilafat hain is ka taluq haq na-haq se nahi hai mislan ek zor se ameen kahe dheere se ameen kahi jaye yeh haq na-haq ka masla nahi hai yeh</w:t>
      </w:r>
    </w:p>
    <w:p>
      <w:pPr>
        <w:jc w:val="right"/>
      </w:pPr>
      <w:r>
        <w:t>میں سمجھتا ہوں چاروں امام برحق ہیں یہ یہ سوال ہی یعنی بے مطلب ہے کیونکہ حق ناحق کا مسئلہ ہی نہیں ہے لوگ یہ سمجھتے ہیں کہ چار حق کی بات ہے چار حق کی بات ہی نہیں ہے کچھ بہت ہی ٹریویل چیزیں ہیں جس میں اختلافات ہیں اس کا تعلق حق ناحق سے نہیں ہے مثلاً ایک زور سے امین کہے دھیرے سے امین کہی جائے یہ حق ناحق کا مسئلہ نہیں ہے یہ</w:t>
      </w:r>
    </w:p>
    <w:p>
      <w:r>
        <w:rPr>
          <w:b/>
        </w:rPr>
        <w:t xml:space="preserve">[1:58:24] </w:t>
      </w:r>
      <w:r>
        <w:t>yeh haq na-haq ka masla nahi hai niyat jo hai baadi ja to pet aap ka seenay par ho ke haath par ho bohat choti si baat hai bilkul trivial cheez hai yeh kuch trivial cheezon par log itna hassas hue itna sensitive hue ke is par char ka barah fiqah bana di thi char hi nahi hain bohat sari fiqah bani kisi bhi fiqah mein koi bunyadi cheez nahi hai matlab khuda ek hai peghambar jo hai final peghambar the quran khuda ki kitab hai akhirat hogi</w:t>
      </w:r>
    </w:p>
    <w:p>
      <w:pPr>
        <w:jc w:val="right"/>
      </w:pPr>
      <w:r>
        <w:t>یہ حق ناحق کا مسئلہ نہیں ہے نیت جو ہے بعدی جا تو پیٹ اپ کا سینے پر ہو کہ ہاتھ پر ہو بہت چھوٹی سی بات ہے بالکل ٹریویل چیز ہے یہ کچھ ٹریویل چیزوں پر لوگ اتنا حساس ہوئے اتنا سینسٹیو ہوئے کہ اس پر چار کا بارہ فقہ بنا دی تھی چار ہی نہیں ہیں بہت ساری فقہ بنی کسی بھی فقہ میں کوئی بنیادی چیز نہیں ہے مطلب خدا ایک ہے پیغمبر جو ہے فائنل پیغمبر تھے قران خدا کی کتاب ہے اخرت ہوگی</w:t>
      </w:r>
    </w:p>
    <w:p>
      <w:r>
        <w:rPr>
          <w:b/>
        </w:rPr>
        <w:t xml:space="preserve">[1:58:53] </w:t>
      </w:r>
      <w:r>
        <w:t>yeh badi badi baatein hain is mein koi bhi zara bhi difference nahi hai difference kis mein hai bilkul trivial matters mein to yeh haq na-haq ki baat hi nahi hai yeh to kuch juz'i baaton ki baat thi jis ko badha kar itna hissa bana diya is ki detail aap parhna chahein to aap meri kitab jo hai yeh tajdeed deen is ko parh sakte hain</w:t>
      </w:r>
    </w:p>
    <w:p>
      <w:pPr>
        <w:jc w:val="right"/>
      </w:pPr>
      <w:r>
        <w:t>یہ بڑی بڑی باتیں ہیں اس میں کوئی بھی ذرا بھی ڈیفرنس نہیں ہے ڈیفرنس کس میں ہے بالکل ٹریویل میٹرز میں تو یہ حق ناحق کی بات ہی نہیں ہے یہ تو کچھ جزئیہ باتوں کی بات تھی جس کو بڑھا کر اتنا حصہ بنا دیا اس کی ڈیٹیل اپ پڑھنا چاہیں تو اپ میری کتاب جو ہے یہ تجدید دین اس کو پڑھ سکتے ہیں</w:t>
      </w:r>
    </w:p>
    <w:p>
      <w:r>
        <w:rPr>
          <w:b/>
        </w:rPr>
        <w:t xml:space="preserve">[1:59:16] </w:t>
      </w:r>
      <w:r>
        <w:t>this is an observation from sadia</w:t>
      </w:r>
    </w:p>
    <w:p>
      <w:pPr>
        <w:jc w:val="right"/>
      </w:pPr>
      <w:r>
        <w:t>دس از این ابزرویشن فرام سعدیہ</w:t>
      </w:r>
    </w:p>
    <w:p>
      <w:r>
        <w:rPr>
          <w:b/>
        </w:rPr>
        <w:t xml:space="preserve">[1:59:18] </w:t>
      </w:r>
      <w:r>
        <w:t>she says i have no question for today but i have definitely discovered that i have to kill my ego and i have to kill the i which is inside me yeh to bohat bari news hai yeh to more than question hai yeh</w:t>
      </w:r>
    </w:p>
    <w:p>
      <w:pPr>
        <w:jc w:val="right"/>
      </w:pPr>
      <w:r>
        <w:t>شی سیز ائی ہیو نو کوسچن فار ٹوڈے بٹ ائی ہیو ڈیفینیٹلی ڈسکورڈ دیٹ ائی ہیو ٹو کل مائی ایگو اینڈ ائی ہیو ٹو کل دی ائی وچ از انسائیڈ می یہ تو بہت بڑی نیوز ہے یہ تو مور دین کوسچن ہے یہ</w:t>
      </w:r>
    </w:p>
    <w:p>
      <w:r>
        <w:rPr>
          <w:b/>
        </w:rPr>
        <w:t xml:space="preserve">[1:59:39] </w:t>
      </w:r>
      <w:r>
        <w:t>yeh to question se badhkar ek cheez hui ke admi apne aap ko discover kare</w:t>
      </w:r>
    </w:p>
    <w:p>
      <w:pPr>
        <w:jc w:val="right"/>
      </w:pPr>
      <w:r>
        <w:t>یہ تو کوسچن سے بڑھ کر ایک چیز ہوئی کہ ادمی اپنے اپ کو ڈسکور کرے</w:t>
      </w:r>
    </w:p>
    <w:p>
      <w:r>
        <w:rPr>
          <w:b/>
        </w:rPr>
        <w:t xml:space="preserve">[1:59:47] </w:t>
      </w:r>
      <w:r>
        <w:t>aur yeh faisla kare ke mujhe egoism ka shikar nahi hona hai egoism ka victim nahi banna hai</w:t>
      </w:r>
    </w:p>
    <w:p>
      <w:pPr>
        <w:jc w:val="right"/>
      </w:pPr>
      <w:r>
        <w:t>اور یہ فیصلہ کرے کہ مجھے ایگوئزم کا شکار نہیں ہونا ہے ایگوئزم کا وکٹم نہیں بننا ہے</w:t>
      </w:r>
    </w:p>
    <w:p>
      <w:r>
        <w:rPr>
          <w:b/>
        </w:rPr>
        <w:t xml:space="preserve">[1:59:55] </w:t>
      </w:r>
      <w:r>
        <w:t>kyunke argument bhi har ek mein hai egoism bhi har ek mein hai</w:t>
      </w:r>
    </w:p>
    <w:p>
      <w:pPr>
        <w:jc w:val="right"/>
      </w:pPr>
      <w:r>
        <w:t>کیونکہ ارگومنٹ بھی ہر ایک میں ہے ایگوئزم بھی ہر ایک میں ہے</w:t>
      </w:r>
    </w:p>
    <w:p>
      <w:r>
        <w:rPr>
          <w:b/>
        </w:rPr>
        <w:t xml:space="preserve">[2:00:00] </w:t>
      </w:r>
      <w:r>
        <w:t>by nature har admi egoist hi hota hai</w:t>
      </w:r>
    </w:p>
    <w:p>
      <w:pPr>
        <w:jc w:val="right"/>
      </w:pPr>
      <w:r>
        <w:t>بائی نیچر ہر ادمی ایگوئسٹ ہی ہوتا ہے</w:t>
      </w:r>
    </w:p>
    <w:p>
      <w:r>
        <w:rPr>
          <w:b/>
        </w:rPr>
        <w:t xml:space="preserve">[2:00:04] </w:t>
      </w:r>
      <w:r>
        <w:t>koi bhi insan aisa nahi hai jo egoist na ho</w:t>
      </w:r>
    </w:p>
    <w:p>
      <w:pPr>
        <w:jc w:val="right"/>
      </w:pPr>
      <w:r>
        <w:t>کوئی بھی انسان ایسا نہیں ہے جو ایگوئسٹ نہ ہو</w:t>
      </w:r>
    </w:p>
    <w:p>
      <w:r>
        <w:rPr>
          <w:b/>
        </w:rPr>
        <w:t xml:space="preserve">[2:00:10] </w:t>
      </w:r>
      <w:r>
        <w:t>insan pathar nahi hai insan bheer bakri bhi nahi hai dekhiye star aur planet mein arguments nahi hai bheer bakri mein arguments nahi hai insan mein to hai aur rahega aur sachi baat yeh hai ke isi par to reward hai yaani khuda ne aap ko egoist banaya arguments diya aur malice aur revenge aur anger yeh sab baatein dein</w:t>
      </w:r>
    </w:p>
    <w:p>
      <w:pPr>
        <w:jc w:val="right"/>
      </w:pPr>
      <w:r>
        <w:t>انسان پتھر نہیں ہے انسان بھیڑ بکری بھی نہیں ہے دیکھیے سٹار اور پلینٹ میں ارگومنٹس نہیں ہے بھیڑ بکری میں ارگومنٹس نہیں ہے انسان میں تو ہے اور رہے گا اور سچی بات یہ ہے کہ اسی پر تو ریوارڈ ہے یعنی خدا نے اپ کو ایگوئسٹ بنایا ارگومنٹس دیا اور مائلس اور ریونج اور اینگر یہ سب باتیں دیں</w:t>
      </w:r>
    </w:p>
    <w:p>
      <w:r>
        <w:rPr>
          <w:b/>
        </w:rPr>
        <w:t xml:space="preserve">[2:00:40] </w:t>
      </w:r>
      <w:r>
        <w:t>in spite all those negative things aap ne yeh kiya ke aap apne ko is se oopar uthaya aap ne apne ko is se bahar laye aap to yahi to sab se bara virtue hai main ek baat aksar kaha karta hoon ke sard mulkon mein ek ek ek ek woh hai ek sing hai big bird of the storm toofan ki bari chir</w:t>
      </w:r>
    </w:p>
    <w:p>
      <w:pPr>
        <w:jc w:val="right"/>
      </w:pPr>
      <w:r>
        <w:t>ان انسپائٹ ال دوز نیگیٹیو تھنگز اپ نے یہ کیا کہ اپ اپنے کو اس سے اوپر اٹھایا اپ نے اپنے کو اس سے باہر لائے اپ تو یہی تو سب سے بڑا ورچو ہے میں ایک بات اکثر کہا کرتا ہوں کہ سرد ملکوں میں ایک ایک ایک ایک وہ ہے ایک سینگ ہے بگ برڈ اف دی سٹارم طوفان کی بڑی چڑ</w:t>
      </w:r>
    </w:p>
    <w:p>
      <w:r>
        <w:rPr>
          <w:b/>
        </w:rPr>
        <w:t xml:space="preserve">[2:01:07] </w:t>
      </w:r>
      <w:r>
        <w:t>ya yeh jo masla bani hai wo is tarah bani hai ke ke jab sard mulkon mein jab</w:t>
      </w:r>
    </w:p>
    <w:p>
      <w:pPr>
        <w:jc w:val="right"/>
      </w:pPr>
      <w:r>
        <w:t>یا یہ جو مسئلہ بنی ہے وہ اس طرح بنی ہے کہ کہ جب سرد ملکوں میں جب</w:t>
      </w:r>
    </w:p>
    <w:p>
      <w:r>
        <w:rPr>
          <w:b/>
        </w:rPr>
        <w:t xml:space="preserve">[2:01:13] </w:t>
      </w:r>
      <w:r>
        <w:t>toofan aata hai storm</w:t>
      </w:r>
    </w:p>
    <w:p>
      <w:pPr>
        <w:jc w:val="right"/>
      </w:pPr>
      <w:r>
        <w:t>طوفان اتا ہے سٹارم</w:t>
      </w:r>
    </w:p>
    <w:p>
      <w:r>
        <w:rPr>
          <w:b/>
        </w:rPr>
        <w:t xml:space="preserve">[2:01:16] </w:t>
      </w:r>
      <w:r>
        <w:t>to kya hota hai ke jo</w:t>
      </w:r>
    </w:p>
    <w:p>
      <w:pPr>
        <w:jc w:val="right"/>
      </w:pPr>
      <w:r>
        <w:t>تو کیا ہوتا ہے کہ جو</w:t>
      </w:r>
    </w:p>
    <w:p>
      <w:r>
        <w:rPr>
          <w:b/>
        </w:rPr>
        <w:t xml:space="preserve">[2:01:20] </w:t>
      </w:r>
      <w:r>
        <w:t>taqatwar pankh wali chidiyan hain urr kar upar chali jati hain aur chhoti chidiyan upar nahi ja pati</w:t>
      </w:r>
    </w:p>
    <w:p>
      <w:pPr>
        <w:jc w:val="right"/>
      </w:pPr>
      <w:r>
        <w:t>طاقتور پنکھ والی چڑیاں ہیں اڑ کر اوپر چلی جاتی ہیں اور چھوٹی چڑیاں اوپر نہیں جا پاتی</w:t>
      </w:r>
    </w:p>
    <w:p>
      <w:r>
        <w:rPr>
          <w:b/>
        </w:rPr>
        <w:t xml:space="preserve">[2:01:27] </w:t>
      </w:r>
      <w:r>
        <w:t>to storm chhoot mein chhoti chidiyan mar jati hain aur badi chidiyan bach jati hain kyun storm ki</w:t>
      </w:r>
    </w:p>
    <w:p>
      <w:pPr>
        <w:jc w:val="right"/>
      </w:pPr>
      <w:r>
        <w:t>تو اسٹارم چھوٹ میں چھوٹی چڑیاں مر جاتی ہیں اور بڑی چڑیاں بچ جاتی ہیں کیوں اسٹارم کی</w:t>
      </w:r>
    </w:p>
    <w:p>
      <w:r>
        <w:rPr>
          <w:b/>
        </w:rPr>
        <w:t xml:space="preserve">[2:01:33] </w:t>
      </w:r>
      <w:r>
        <w:t>ek limit hoti hai aisa nahi ke is aasman tak chala jaye wo</w:t>
      </w:r>
    </w:p>
    <w:p>
      <w:pPr>
        <w:jc w:val="right"/>
      </w:pPr>
      <w:r>
        <w:t>ایک لمٹ ہوتی ہے ایسا نہیں کہ اس اسمان تک چلا جائے وہ</w:t>
      </w:r>
    </w:p>
    <w:p>
      <w:r>
        <w:rPr>
          <w:b/>
        </w:rPr>
        <w:t xml:space="preserve">[2:01:37] </w:t>
      </w:r>
      <w:r>
        <w:t>ek had par rakh tak hi aata hai woh to badi chidiya us had se bahar chali jati hai aur choti chidiya us had se bahar nahi ja pati to main kehta hoon ke aadmi ko big bird of the storm banna hai yaani is ko main kehta hoon big bird thinker aap ko big bird thinker banna hai ke jo khayalat aaye hain negative khayalat jo arguments aaye aap ke andar jo malice aap ke andar aaye hain is ke oopar uth jaiye aap</w:t>
      </w:r>
    </w:p>
    <w:p>
      <w:pPr>
        <w:jc w:val="right"/>
      </w:pPr>
      <w:r>
        <w:t>ایک حد پر رکھ تک ہی اتا ہے وہ تو بڑی چڑیا اس حد سے باہر چلی جاتی ہے اور چھوٹی چڑیا اس حد سے باہر نہیں جا پاتی تو میں کہتا ہوں کہ ادمی کو بگ برڈ اف دی سٹار بننا ہے یعنی اس کو میں کہتا ہوں بگ برڈ تھنکر اپ کو بگ برڈ تھنکر بننا ہے کہ جو خیالات ائے ہیں نیگیٹیو خیالات جو ارگومنٹس ائے اپ کے اندر جو مائلس اپ کے اندر ائے ہیں اس کے اوپر اٹھ جائیے اپ</w:t>
      </w:r>
    </w:p>
    <w:p>
      <w:r>
        <w:rPr>
          <w:b/>
        </w:rPr>
        <w:t xml:space="preserve">[2:02:07] </w:t>
      </w:r>
      <w:r>
        <w:t>ab big bird ban jaiye yahi to sab se bari cheez hai is par ke paradise milegi paradise reward milega agar aisa na hota aadmi robot ki tarah hota to phir paradise ki zarurat hi nahi thi to khuda ne kisi ko bhi aisa nahi banaya ke is ke andar negative thought na ho kyun agar aisa banata to phir test ka matlab hi nahi kuch tha</w:t>
      </w:r>
    </w:p>
    <w:p>
      <w:pPr>
        <w:jc w:val="right"/>
      </w:pPr>
      <w:r>
        <w:t>اب بگ برڈ بن جائیے یہی تو سب سے بڑی چیز ہے اس پر کہ پیرالائز ملے گی پیرالائز ریوارڈ ملے گا اگر ایسا نہ ہوتا ادمی روبوٹ کی طرح ہوتا تو پھر پیرالائز ضرورت ہی نہیں تھی تو خدا نے کسی کو بھی ایسا نہیں بنایا کہ اس کے اندر نیگیٹیو تھاٹ نہ ہو کیوں اگر ایسا بناتا تو پھر ٹیسٹ کا مطلب ہی نہیں کچھ تھا</w:t>
      </w:r>
    </w:p>
    <w:p>
      <w:r>
        <w:rPr>
          <w:b/>
        </w:rPr>
        <w:t xml:space="preserve">[2:02:31] </w:t>
      </w:r>
      <w:r>
        <w:t>kyunke insan test ke liye banaya gaya is liye negative thought bhi iske andar rakh diye gaye</w:t>
      </w:r>
    </w:p>
    <w:p>
      <w:pPr>
        <w:jc w:val="right"/>
      </w:pPr>
      <w:r>
        <w:t>کیونکہ انسان ٹیسٹ کے لیے بنایا گیا اس لیے نیگیٹیو تھاٹ بھی اس کے اندر رکھ دیے گئے</w:t>
      </w:r>
    </w:p>
    <w:p>
      <w:r>
        <w:rPr>
          <w:b/>
        </w:rPr>
        <w:t xml:space="preserve">[2:02:34] </w:t>
      </w:r>
      <w:r>
        <w:t>hain aur yeh negative thought se ladna aur negative thought ke muqable mein big bird ban jana upar</w:t>
      </w:r>
    </w:p>
    <w:p>
      <w:pPr>
        <w:jc w:val="right"/>
      </w:pPr>
      <w:r>
        <w:t>ہیں اور یہ نیگیٹیو تھاٹ سے لڑنا اور نیگیٹیو تھاٹ کے مقابلے میں بگ برڈ بن جانا اوپر</w:t>
      </w:r>
    </w:p>
    <w:p>
      <w:r>
        <w:rPr>
          <w:b/>
        </w:rPr>
        <w:t xml:space="preserve">[2:02:41] </w:t>
      </w:r>
      <w:r>
        <w:t>upar uth jana utha lena apne aap ko yeh bahut badi virtue hai bahut bada yani yeh bahut</w:t>
      </w:r>
    </w:p>
    <w:p>
      <w:pPr>
        <w:jc w:val="right"/>
      </w:pPr>
      <w:r>
        <w:t>اوپر اٹھ جانا اٹھا لینا اپنے اپ کو یہ بہت بڑی ورچو ہے بہت بڑا یعنی یہ بہت</w:t>
      </w:r>
    </w:p>
    <w:p>
      <w:r>
        <w:rPr>
          <w:b/>
        </w:rPr>
        <w:t xml:space="preserve">[2:02:47] </w:t>
      </w:r>
      <w:r>
        <w:t>bada yeh kaam hai kisi insan ke liye aur jo admi aisa kar paye usi ke liye khuda</w:t>
      </w:r>
    </w:p>
    <w:p>
      <w:pPr>
        <w:jc w:val="right"/>
      </w:pPr>
      <w:r>
        <w:t>بڑا یہ کام ہے کسی انسان کے لیے اور جو ادمی ایسا کر پائے اسی کے لیے خدا</w:t>
      </w:r>
    </w:p>
    <w:p>
      <w:r>
        <w:rPr>
          <w:b/>
        </w:rPr>
        <w:t xml:space="preserve">[2:02:55] </w:t>
      </w:r>
      <w:r>
        <w:t>ke haan piralaize hai</w:t>
      </w:r>
    </w:p>
    <w:p>
      <w:pPr>
        <w:jc w:val="right"/>
      </w:pPr>
      <w:r>
        <w:t>کے ہاں پیرالائز ہے</w:t>
      </w:r>
    </w:p>
    <w:p>
      <w:r>
        <w:rPr>
          <w:b/>
        </w:rPr>
        <w:t xml:space="preserve">[2:02:59] </w:t>
      </w:r>
      <w:r>
        <w:t>this is the last question for today</w:t>
      </w:r>
    </w:p>
    <w:p>
      <w:pPr>
        <w:jc w:val="right"/>
      </w:pPr>
      <w:r>
        <w:t>دس از دی لاسٹ کوسچن فار ٹوڈے</w:t>
      </w:r>
    </w:p>
    <w:p>
      <w:r>
        <w:rPr>
          <w:b/>
        </w:rPr>
        <w:t xml:space="preserve">[2:03:02] </w:t>
      </w:r>
      <w:r>
        <w:t>this is from shakeel rehman he says ke rasool Allah ke cartoon par poori dunya mein musalmanon ne jis tarah se radd-e-amal zahir kiye kya woh sahi tareeqa tha agar nahi to sahaba ki zindagi mein agar is tarah ka masla aaya to un logon ne kis tarah se react kiya</w:t>
      </w:r>
    </w:p>
    <w:p>
      <w:pPr>
        <w:jc w:val="right"/>
      </w:pPr>
      <w:r>
        <w:t>دس فرام شکیل الرحمن ہی سیز کہ رسول اللہ کے کارٹون پر پوری دنیا میں مسلمانوں نے جس طرح سے ردعمل ظاہر کیے کیا وہ صحیح طریقہ تھا اگر نہیں تو صحابہ کی زندگی میں اگر اس طرح کا مسئلہ ایا تو ان لوگوں نے کس طرح سے ری ایکٹ کیا</w:t>
      </w:r>
    </w:p>
    <w:p>
      <w:r>
        <w:rPr>
          <w:b/>
        </w:rPr>
        <w:t xml:space="preserve">[2:03:26] </w:t>
      </w:r>
      <w:r>
        <w:t>dekhiye ek hadith hai ke pichli qaumein 72 sects mein baant gayeen ab musalman 73 sects mein baantenge hadith mein aata hai ke kull fi nar saare ke saare jayenge aag mein illa millatun wahida sirf ek qism ke log woh kaun ma ana alaihi wa ashabi</w:t>
      </w:r>
    </w:p>
    <w:p>
      <w:pPr>
        <w:jc w:val="right"/>
      </w:pPr>
      <w:r>
        <w:t>دیکھیے ایک حدیث ہے کہ پچھلی قومیں 72 سیکٹس میں بٹ گئیں اب مسلمان 73 سیکٹس میں بٹیں گے حدیث میں اتا ہے کہ کل فی النار سارے کے سارے جائیں گے اگ میں الا ملت واحدہ صرف ایک قسم کے لوگ وہ کون ما انا علیہ واصحابی</w:t>
      </w:r>
    </w:p>
    <w:p>
      <w:r>
        <w:rPr>
          <w:b/>
        </w:rPr>
        <w:t xml:space="preserve">[2:03:55] </w:t>
      </w:r>
      <w:r>
        <w:t>jis par mein hoon aur mere ashab</w:t>
      </w:r>
    </w:p>
    <w:p>
      <w:pPr>
        <w:jc w:val="right"/>
      </w:pPr>
      <w:r>
        <w:t>جس پر میں ہوں اور میرے اصحاب</w:t>
      </w:r>
    </w:p>
    <w:p>
      <w:r>
        <w:rPr>
          <w:b/>
        </w:rPr>
        <w:t xml:space="preserve">[2:03:58] </w:t>
      </w:r>
      <w:r>
        <w:t>is se kya maloom hua ke jab bhi koi situation</w:t>
      </w:r>
    </w:p>
    <w:p>
      <w:pPr>
        <w:jc w:val="right"/>
      </w:pPr>
      <w:r>
        <w:t>اس سے کیا معلوم ہوا کہ جب بھی کوئی سچویشن</w:t>
      </w:r>
    </w:p>
    <w:p>
      <w:r>
        <w:rPr>
          <w:b/>
        </w:rPr>
        <w:t xml:space="preserve">[2:04:03] </w:t>
      </w:r>
      <w:r>
        <w:t>paida ho to hamein yeh dekhna chahiye ke rasool Allah aur sahaba ka kya tareeqa tha yani ma</w:t>
      </w:r>
    </w:p>
    <w:p>
      <w:pPr>
        <w:jc w:val="right"/>
      </w:pPr>
      <w:r>
        <w:t>پیدا ہو تو ہمیں یہ دیکھنا چاہیے کہ رسول اللہ اور صحابہ کا کیا طریقہ تھا یعنی ما</w:t>
      </w:r>
    </w:p>
    <w:p>
      <w:r>
        <w:rPr>
          <w:b/>
        </w:rPr>
        <w:t xml:space="preserve">[2:04:09] </w:t>
      </w:r>
      <w:r>
        <w:t>ana alaih wa ashabi hamein criteria deta hai yeh janne ka ab cartoon ke maslay par kya aisa hua</w:t>
      </w:r>
    </w:p>
    <w:p>
      <w:pPr>
        <w:jc w:val="right"/>
      </w:pPr>
      <w:r>
        <w:t>انا علیہ واصحابی ہمیں کرائٹیریا دیتا ہے یہ جاننے کا اب کارٹون کے مسئلے پر کیا ایسا ہوا</w:t>
      </w:r>
    </w:p>
    <w:p>
      <w:r>
        <w:rPr>
          <w:b/>
        </w:rPr>
        <w:t xml:space="preserve">[2:04:15] </w:t>
      </w:r>
      <w:r>
        <w:t>ke ulama jama hue kahin sab log aur unhon ne socha ke quran o hadees mein kya hai</w:t>
      </w:r>
    </w:p>
    <w:p>
      <w:pPr>
        <w:jc w:val="right"/>
      </w:pPr>
      <w:r>
        <w:t>کہ علماء جمع ہوئے کہیں سب لوگ اور انہوں نے سوچا کہ قران و حدیث میں کیا ہے</w:t>
      </w:r>
    </w:p>
    <w:p>
      <w:r>
        <w:rPr>
          <w:b/>
        </w:rPr>
        <w:t xml:space="preserve">[2:04:21] </w:t>
      </w:r>
      <w:r>
        <w:t>milti hai hidayat bas bhadak kar khare ho gaye</w:t>
      </w:r>
    </w:p>
    <w:p>
      <w:pPr>
        <w:jc w:val="right"/>
      </w:pPr>
      <w:r>
        <w:t>ملتی ہے ہدایت بس بھڑک کر کھڑے ہوگئے</w:t>
      </w:r>
    </w:p>
    <w:p>
      <w:r>
        <w:rPr>
          <w:b/>
        </w:rPr>
        <w:t xml:space="preserve">[2:04:26] </w:t>
      </w:r>
      <w:r>
        <w:t>yeh to islam nahi hai amruhum shura baynahum ka matlab yeh hai ke jab bhi koi baat ave to logon ko chahe logon se murad ulma ko parhe likhe logon ko sincere logon ko senior logon ko ikhatta ho kar sochna chahiye ke quran aur hadith mein is ke bare mein kya hidayat mili hai kisi bhi country mein yaani yeh is masle par yaani hungame to har country mein hue</w:t>
      </w:r>
    </w:p>
    <w:p>
      <w:pPr>
        <w:jc w:val="right"/>
      </w:pPr>
      <w:r>
        <w:t>یہ تو اسلام نہیں ہے امرہم شوری بینہم کا مطلب یہ ہے کہ جب بھی کوئی بات اوے تو لوگوں کو چاہے لوگوں سے مراد علماء کو پڑھے لکھے لوگوں کو سنسیئر لوگوں کو سینئر لوگوں کو اکٹھا ہو کر سوچنا چاہیے کہ قران اور حدیث میں اس کے بارے میں کیا ہدایت ملی ہے کسی بھی کنٹری میں یعنی یہ اس مسئلے پر یعنی ہنگامے تو ہر کنٹری میں ہوئے</w:t>
      </w:r>
    </w:p>
    <w:p>
      <w:r>
        <w:rPr>
          <w:b/>
        </w:rPr>
        <w:t xml:space="preserve">[2:04:56] </w:t>
      </w:r>
      <w:r>
        <w:t>lekin kahin se bhi main mujhe to koi news aisi nahi mili nahi ke logon ne baith kar socha ho dekhein fiqah ka usool ek hai ke jab bhi koi masla aata hai to ek lafz hai un ka juz'i juz'i yaani pichli kitabon mein juz'i talash karte hain</w:t>
      </w:r>
    </w:p>
    <w:p>
      <w:pPr>
        <w:jc w:val="right"/>
      </w:pPr>
      <w:r>
        <w:t>لیکن کہیں سے بھی میں مجھے تو کوئی نیوز ایسی نہیں ملی نہیں کہ لوگوں نے بیٹھ کر سوچا ہو دیکھیں فقہ کا اصول ایک ہے کہ جب بھی کوئی مسئلہ اتا ہے تو ایک لفظ ہے ان کا جزئیہ جزئیہ یعنی پچھلی کتابوں میں جزئیہ تلاش کرتے ہیں</w:t>
      </w:r>
    </w:p>
    <w:p>
      <w:r>
        <w:rPr>
          <w:b/>
        </w:rPr>
        <w:t xml:space="preserve">[2:05:16] </w:t>
      </w:r>
      <w:r>
        <w:t>juz'i ka matlab yeh hota hai ke is se milta julta koi masla taake isi par qiyas kar ke hum aaj wale mamle mein khud shariat ka hukm pata kar sakein jaise misaal ke taur par injection lagaya jaye to roza tootta hai ke nahi tootta ek sawal hua injection agar lagaya jaye to roza toota ke nahi toota</w:t>
      </w:r>
    </w:p>
    <w:p>
      <w:pPr>
        <w:jc w:val="right"/>
      </w:pPr>
      <w:r>
        <w:t>جزئیہ کا مطلب یہ ہوتا ہے کہ اس سے ملتا جلتا کوئی مسئلہ تاکہ اسی پر قیاس کر کے ہم اج والے معاملے میں خود شریعت کا حکم پتہ کر سکیں جیسے مثال کے طور پر انجیکشن لگایا جائے تو روزہ ٹوٹتا ہے کہ نہیں ٹوٹتا ایک سوال ہوا انجیکشن اگر لگایا جائے تو روزہ ٹوٹا کہ نہیں ٹوٹا</w:t>
      </w:r>
    </w:p>
    <w:p>
      <w:r>
        <w:rPr>
          <w:b/>
        </w:rPr>
        <w:t xml:space="preserve">[2:05:43] </w:t>
      </w:r>
      <w:r>
        <w:t>to logon ne is masle par ulma ne socha to un ko ek juz'i mila pehle woh yeh ke ek juz'i ek hai pehle kitabon mein ke agar bichhoo dank maare dank maar kar aap ke andar zeher dakhil karte to aap ka roza nahi tootta is par qiyas kar ke unhone bataya ke injection se roza nahi toote ga isi tarah main kehta hoon ke yeh agar dhoondhte to woh pa lete ke wahan bhi ek juz'i maujood hai</w:t>
      </w:r>
    </w:p>
    <w:p>
      <w:pPr>
        <w:jc w:val="right"/>
      </w:pPr>
      <w:r>
        <w:t>تو لوگوں نے اس مسئلے پر علماء نے سوچا تو ان کو ایک جزئیہ ملا پہلے وہ یہ کہ ایک جزئیہ ایک ہے پہلے کتابوں میں کہ اگر بچھو ڈنک مارے ڈنک مار کر اپ کے اندر زہر داخل کرتے تو اپ کا روزہ نہیں ٹوٹتا اس پر قیاس کر کے انہوں نے بتایا کہ انجیکشن سے روزہ نہیں ٹوٹے گا اسی طرح میں کہتا ہوں کہ یہ اگر ڈھونڈتے تو وہ پا لیتے کہ وہاں بھی ایک جزئیہ موجود ہے</w:t>
      </w:r>
    </w:p>
    <w:p>
      <w:r>
        <w:rPr>
          <w:b/>
        </w:rPr>
        <w:t xml:space="preserve">[2:06:13] </w:t>
      </w:r>
      <w:r>
        <w:t>woh kya rasool Allah ke zamane mein aisa hota tha ke wahan jo hai aap ko unhone yaani bohat hi humiliate karne ke liye ek lafz banaya tha woh tha ek bureaucratic word tha is woh woh tha woh mudhham aap ka naam jo tha Muhammad tha Muhammad ke ma'ni hain parhez wardi tareekh kya hua</w:t>
      </w:r>
    </w:p>
    <w:p>
      <w:pPr>
        <w:jc w:val="right"/>
      </w:pPr>
      <w:r>
        <w:t>وہ کیا رسول اللہ کے زمانے میں ایسا ہوتا تھا کہ وہاں جو ہے اپ کو انہوں نے یعنی بہت ہی ہیومیلیٹ کرنے کے لیے ایک لفظ بنایا تھا وہ تھا ایک بیوروکریٹری ورڈ تھا اس وہ وہ تھا وہ مذمم اپ کا نام جو تھا محمد تھا محمد کے معنی ہیں پرہیز وردی تاریخ کیا ہوا</w:t>
      </w:r>
    </w:p>
    <w:p>
      <w:r>
        <w:rPr>
          <w:b/>
        </w:rPr>
        <w:t xml:space="preserve">[2:06:40] </w:t>
      </w:r>
      <w:r>
        <w:t>unhone ulta kiya is ko kaha ke nahi mudhham yaani condemn person to koi bhadka nahi koi wahan baqayda yeh wahan bolte the aur aap ko yeh dekho mudhham ja raha hai woh dekho mudhham ja raha hai na koi juloos nikla na koi ghussa hua na rasool Allah ne kaha ke in ko maro kaato khud rasool Allah ke munh par aa ke kehte the</w:t>
      </w:r>
    </w:p>
    <w:p>
      <w:pPr>
        <w:jc w:val="right"/>
      </w:pPr>
      <w:r>
        <w:t>انہوں نے الٹا کیا اس کو کہا کہ نہیں مذمم یعنی کنڈم پرسن تو کوئی بھڑکا نہیں کوئی وہاں باقاعدہ یہ وہاں بولتے تھے اور اپ کو یہ دیکھو مذمم جا رہا ہے وہ دیکھو مذمم جا رہا ہے نہ کوئی جلوس نکلا نہ کوئی غصہ ہوا نہ رسول اللہ نے کہا کہ ان کو مارو کاٹو خود رسول اللہ کے منہ پر ا کے کہتے تھے</w:t>
      </w:r>
    </w:p>
    <w:p>
      <w:r>
        <w:rPr>
          <w:b/>
        </w:rPr>
        <w:t xml:space="preserve">[2:07:06] </w:t>
      </w:r>
      <w:r>
        <w:t>mudhhamman bina wa amru din wasina munh par keh dete aur rasool Allah muskara dete the to aap agar dhoondhte jaisa ke fiqah mein dhoondhte hain aap to aap ko ek juz'i mil jata ke wahan par logon ne us zamane ke lehaz se yahi kiya jo aaj jis ka aap hamara reference dete hain</w:t>
      </w:r>
    </w:p>
    <w:p>
      <w:pPr>
        <w:jc w:val="right"/>
      </w:pPr>
      <w:r>
        <w:t>مذمما بینا وامرح دین واسینا منہ پر کہہ دیتے اور رسول اللہ مسکرا دیتے تھے تو اپ اگر ڈھونڈتے جیسا کہ فقہ میں ڈھونڈتے ہیں اپ تو اپ کو ایک جزئیہ مل جاتا کہ وہاں پر لوگوں نے اس زمانے کے لحاظ سے یہی کیا جو اج جس کا اپ ہمارا ریفرنس دیتے ہیں</w:t>
      </w:r>
    </w:p>
    <w:p>
      <w:r>
        <w:rPr>
          <w:b/>
        </w:rPr>
        <w:t xml:space="preserve">[2:07:30] </w:t>
      </w:r>
      <w:r>
        <w:t>to koi react nahi kiya kisi ne koi kuch bhi is par hungama nahi khada hua simply is ko ignore kiya gaya isi liye maine ek mazmoon likha tha is ka unwaan maine rakha tha ignore cartoons isi ko le kar ke ke jo cheez ignore karne ki thi us par aap hungama khada kar rahe hain</w:t>
      </w:r>
    </w:p>
    <w:p>
      <w:pPr>
        <w:jc w:val="right"/>
      </w:pPr>
      <w:r>
        <w:t>تو کوئی ری ایکٹ نہیں کیا کسی نے کوئی کچھ بھی اس پر ہنگامہ نہیں کھڑا ہوا سمپلی اس کو اگنور کیا گیا اسی لیے میں نے ایک مضمون لکھا تھا اس کا عنوان میں نے رکھا تھا اگنور کارٹونز اسی کو لے کر کے کہ جو چیز اگنور کرنے کی تھی اس پر اپ ہنگامہ کھڑا کر رہے ہیں</w:t>
      </w:r>
    </w:p>
    <w:p>
      <w:r>
        <w:rPr>
          <w:b/>
        </w:rPr>
        <w:t xml:space="preserve">[2:07:53] </w:t>
      </w:r>
      <w:r>
        <w:t>to mein yeh kahunga ke jab fiqah mein aap yahi karte hain ke pichla koi juzii dhoondhte hain jis ko le kar ke aap aaj wale masle ko jaan saken us ki nature ko us pe hukum laga saken to yahan pe to juzii talash kijiye aur maine talash kiya to mujhe mila juzii aur us ko le kar ke maine ek mazmoon likha ke ignore cartoons yeh hai meri rai aoozubillah minash shaitanir rajeem bismillahir rahmanir raheem</w:t>
      </w:r>
    </w:p>
    <w:p>
      <w:pPr>
        <w:jc w:val="right"/>
      </w:pPr>
      <w:r>
        <w:t>تو میں یہ کہوں گا کہ جب فقہ میں اپ یہی کرتے ہیں کہ پچھلا کوئی جزئیہ ڈھونڈتے ہیں جس کو لے کر کے اپ اج والے مسئلے کو جان سکیں اس کی نیچر کو اس پہ حکم لگا سکیں تو یہاں پہ تو جزئیہ تلاش کیجئے اور میں نے تلاش کیا تو مجھے ملا جزئیہ اور اس کو لے کر کے میں نے ایک مضمون لکھا کہ اگنور کارٹونز یہ ہے میری رائے اعوذ باللہ من الشیطان الرجیم بسم اللہ الرحمن الرحیم</w:t>
      </w:r>
    </w:p>
    <w:p>
      <w:r>
        <w:rPr>
          <w:b/>
        </w:rPr>
        <w:t xml:space="preserve">[2:08:23] </w:t>
      </w:r>
      <w:r>
        <w:t>ahmaduhu wa salaa ala rasoolihil kareem in the name of god most gracious the most merciful i greet you with the greeting of peace the greeting of islam assalam o alaikum</w:t>
      </w:r>
    </w:p>
    <w:p>
      <w:pPr>
        <w:jc w:val="right"/>
      </w:pPr>
      <w:r>
        <w:t>احمدہ وصلی علی رسولہ الکریم ان دا نیم اف گاڈ موسٹ گریشیس دا موسٹ مرسیفل ائی گریٹ یو ود دی گریٹنگ اف پیس دا گریٹنگ اف اسلام السلام علیکم</w:t>
      </w:r>
    </w:p>
    <w:p>
      <w:r>
        <w:rPr>
          <w:b/>
        </w:rPr>
        <w:t xml:space="preserve">[2:08:37] </w:t>
      </w:r>
      <w:r>
        <w:t>its rather embarrassing for me to speak in the presence of Maulana Wahiduddin Khan whom i have admired as a giant of a scholar of the muslim world and whose readings and whose writings have greatly benefited me and many people of my generation so surely i would not be delving into the subject that he was talking about that was the quran and its essence and its importance and relevance for ourselves in our life today</w:t>
      </w:r>
    </w:p>
    <w:p>
      <w:pPr>
        <w:jc w:val="right"/>
      </w:pPr>
      <w:r>
        <w:t>اٹس رادر ایمبیرسنگ فار می ٹو سپیک ان دا پریزنس اف مولانا وحید الدین خان ہوم ائی ہیو ایڈمائرڈ ایز ا جائنٹ اف ا سکالر اف دا مسلم ورلڈ اینڈ ہوز ریڈنگز اینڈ ہوز رائٹنگز ہیو گریٹلی بینیفٹڈ می اینڈ مینی پیپل اف مائی جنریشن تو سیٹلی ائی وڈ ناٹ بی ڈیلونگ انٹو دی سبجیکٹ دیٹ ہی واز ٹاکنگ اباؤٹ دیٹ واز دا قران اینڈ اٹس ایسنس اینڈ اٹس امپورٹنس اینڈ ریلیونس فار اور سیلفس ان اور لائف ٹوڈے</w:t>
      </w:r>
    </w:p>
    <w:p>
      <w:r>
        <w:rPr>
          <w:b/>
        </w:rPr>
        <w:t xml:space="preserve">[2:09:07] </w:t>
      </w:r>
      <w:r>
        <w:t>but i would like to share some of the scattered thoughts that sometimes puzzles me and sometimes i am sure puzzles many of us who are in this audience who are elsewhere as well it seems that we are living in a very strange time</w:t>
      </w:r>
    </w:p>
    <w:p>
      <w:pPr>
        <w:jc w:val="right"/>
      </w:pPr>
      <w:r>
        <w:t>بٹ ائی وڈ لائک ٹو شیئر سم اف دی سکatterڈ تھاٹس دیٹ سم ٹائم پزلز می اینڈ سم ٹائمز ائی ایم شور پزل many اف اس ہو ار ان دس اڈینس ہو اور ایلس ویر ایز ویل اٹ سیمز دیٹ وی ار لیونگ ان اے ویری سٹرینج ٹائم</w:t>
      </w:r>
    </w:p>
    <w:p>
      <w:r>
        <w:rPr>
          <w:b/>
        </w:rPr>
        <w:t xml:space="preserve">[2:09:26] </w:t>
      </w:r>
      <w:r>
        <w:t>a strange time in the sense that many of us are willing to die for the principles that we call the principles of our religion or our ideologies or our isms but we are not living willing to live by the principles of our religion and our ideology</w:t>
      </w:r>
    </w:p>
    <w:p>
      <w:pPr>
        <w:jc w:val="right"/>
      </w:pPr>
      <w:r>
        <w:t>اے سٹرینج ٹائم ان دا سینس دیٹ مینی اف اس ار ویلنگ ٹو ڈائی فار دا پرنسپل دیٹ وی کال دا پرنسپلز اف اور ریلیجن اور اور ائیڈیالوجیز اور اور ازمز بٹ وی ار ناٹ لیونگ ویلنگ ٹو لیو بائی دا پرنسپلز اف اور ریلیجن اینڈ اور ائیڈیالوجی</w:t>
      </w:r>
    </w:p>
    <w:p>
      <w:r>
        <w:rPr>
          <w:b/>
        </w:rPr>
        <w:t xml:space="preserve">[2:09:45] </w:t>
      </w:r>
      <w:r>
        <w:t>that we are willing to give our life in the case of muslims for the prophet but we are not willing to live according to the life that was preached by our prophet</w:t>
      </w:r>
    </w:p>
    <w:p>
      <w:pPr>
        <w:jc w:val="right"/>
      </w:pPr>
      <w:r>
        <w:t>دیٹ وی ار ویلنگ ٹو گیو اور لائف ان دا کیس اف مسلمز فار دا پرافٹ بٹ وی ار ناٹ ویلنگ ٹو لیو اکارڈنگ ٹو دا لائف دیٹ واز پریچڈ بائی اور پرافٹ</w:t>
      </w:r>
    </w:p>
    <w:p>
      <w:r>
        <w:rPr>
          <w:b/>
        </w:rPr>
        <w:t xml:space="preserve">[2:09:58] </w:t>
      </w:r>
      <w:r>
        <w:t>that religiosity tends to be increasing all over the world as we see many people are devoting themselves to the divine to god to islam to christianity to judaism to hinduism or non denominational religions yet the children and the creation of god has been suffering the way it has never suffered in our history as it does today so its a very strange time</w:t>
      </w:r>
    </w:p>
    <w:p>
      <w:pPr>
        <w:jc w:val="right"/>
      </w:pPr>
      <w:r>
        <w:t>دیٹ ریلیجیسٹی ٹینڈز ٹو بی انکریزنگ ال اوور دا ورلڈ ایز وی سی مینی پیپل ار ڈیوٹنگ دیم سیلف ٹو دا ڈیوائن ٹو گاڈ ٹو اسلام ٹو کرسچینٹی ٹو جودائزم ٹو ہندوازم اور نان ڈینامینیشنل ریلیجنز یٹ دا چلڈرن اینڈ دی کریشن اف گاڈ ہیز بین سفرنگ دا وے اٹ ہیز نیور سفرڈ ان اور ہسٹری ایز اٹ ڈز ٹوڈے سو اٹس اے ویری سٹرینج ٹائ</w:t>
      </w:r>
    </w:p>
    <w:p>
      <w:r>
        <w:rPr>
          <w:b/>
        </w:rPr>
        <w:t xml:space="preserve">[2:10:27] </w:t>
      </w:r>
      <w:r>
        <w:t>m its a very strange time that the world has the capacity to feed next 300 generations for</w:t>
      </w:r>
    </w:p>
    <w:p>
      <w:pPr>
        <w:jc w:val="right"/>
      </w:pPr>
      <w:r>
        <w:t>م اٹس اے ویری سٹرینج ٹائم دیٹ دا ورلڈ ہیز دا کپیسٹی ٹو فیڈ نیکسٹ 300 جنریشنز فار</w:t>
      </w:r>
    </w:p>
    <w:p>
      <w:r>
        <w:rPr>
          <w:b/>
        </w:rPr>
        <w:t xml:space="preserve">[2:10:36] </w:t>
      </w:r>
      <w:r>
        <w:t>almost 300 years and yet</w:t>
      </w:r>
    </w:p>
    <w:p>
      <w:pPr>
        <w:jc w:val="right"/>
      </w:pPr>
      <w:r>
        <w:t>الموسٹ 300 ایئرز اینڈ یٹ</w:t>
      </w:r>
    </w:p>
    <w:p>
      <w:r>
        <w:rPr>
          <w:b/>
        </w:rPr>
        <w:t xml:space="preserve">[2:10:40] </w:t>
      </w:r>
      <w:r>
        <w:t>900 million people in our world sleep hungry every day</w:t>
      </w:r>
    </w:p>
    <w:p>
      <w:pPr>
        <w:jc w:val="right"/>
      </w:pPr>
      <w:r>
        <w:t>900 ملین پیپل ان اور ورلڈ سلیپ ہنگری ایوری ڈے</w:t>
      </w:r>
    </w:p>
    <w:p>
      <w:r>
        <w:rPr>
          <w:b/>
        </w:rPr>
        <w:t xml:space="preserve">[2:10:45] </w:t>
      </w:r>
      <w:r>
        <w:t>that we talk about gender equality and we talk about the respect for women and the respect for</w:t>
      </w:r>
    </w:p>
    <w:p>
      <w:pPr>
        <w:jc w:val="right"/>
      </w:pPr>
      <w:r>
        <w:t>دیٹ وی ٹاک اباؤٹ جینڈر ایکوالٹی اینڈ وی ٹاک اباؤٹ دا ریسپیکٹ فار وومن اینڈ دا ریسپیکٹ فار</w:t>
      </w:r>
    </w:p>
    <w:p>
      <w:r>
        <w:rPr>
          <w:b/>
        </w:rPr>
        <w:t xml:space="preserve">[2:10:51] </w:t>
      </w:r>
      <w:r>
        <w:t>the human beings but every ten seconds there is a rape of women that takes place in our</w:t>
      </w:r>
    </w:p>
    <w:p>
      <w:pPr>
        <w:jc w:val="right"/>
      </w:pPr>
      <w:r>
        <w:t>دی ہیومن بینگز بٹ ایوری ٹین سیکنڈ دیر از اے ریپ اف وومن دیٹ ٹیکس پلیس ان اور</w:t>
      </w:r>
    </w:p>
    <w:p>
      <w:r>
        <w:rPr>
          <w:b/>
        </w:rPr>
        <w:t xml:space="preserve">[2:10:56] </w:t>
      </w:r>
      <w:r>
        <w:t>world</w:t>
      </w:r>
    </w:p>
    <w:p>
      <w:pPr>
        <w:jc w:val="right"/>
      </w:pPr>
      <w:r>
        <w:t>ورلڈ</w:t>
      </w:r>
    </w:p>
    <w:p>
      <w:r>
        <w:rPr>
          <w:b/>
        </w:rPr>
        <w:t xml:space="preserve">[2:10:58] </w:t>
      </w:r>
      <w:r>
        <w:t>that every 15 seconds a young man is killed as a result of gun violence in the last century alone way the human beings the most celebrated creation of the divine killed more than 191 million people in the name of our ethnicity religion you name it so its a very strange time time where pseudo religiosity has overtaken us</w:t>
      </w:r>
    </w:p>
    <w:p>
      <w:pPr>
        <w:jc w:val="right"/>
      </w:pPr>
      <w:r>
        <w:t>دیٹ ایوری 15 سیکنڈ اےینگ مین از کِلڈ ایز اے رزلٹ اف گن وائلنس ان دا لاسٹ سینچری الون وے دا ہیومن بینگز دا موسٹ سیلیبریٹڈ کریشن اف دا ڈیوائن کِلڈ مور دین 191 ملین پیپل ان دا نیم اف اور ایتھنیسٹی ریلیجن یو نیم اٹ سو اٹس اے ویری سٹرینج ٹائم ٹائم ویر سوڈو ریلیجیسٹی ہیز اوورٹیکن اس</w:t>
      </w:r>
    </w:p>
    <w:p>
      <w:r>
        <w:rPr>
          <w:b/>
        </w:rPr>
        <w:t xml:space="preserve">[2:11:27] </w:t>
      </w:r>
      <w:r>
        <w:t>and it seems that we tend to serve religion rather than serving god and if you look at the pattern of the islamic movements and the christian movements and the jewish movements and the hindu movements they emphasis is to serve our religion</w:t>
      </w:r>
    </w:p>
    <w:p>
      <w:pPr>
        <w:jc w:val="right"/>
      </w:pPr>
      <w:r>
        <w:t>اینڈ اٹ سیمز دیٹ وی ٹینڈ ٹو سرو ریلیجن رادر دین سرونگ گاڈ اینڈ اف یو لوک ایٹ دا پیٹرن اف دا اسلامک موومنٹس اینڈ دی کرسچن موومنٹس اینڈ دی جیوش موومنٹس اینڈ دی ہندو موومنٹس دے ایمفیسز از ٹو سرو اور ریلیجن</w:t>
      </w:r>
    </w:p>
    <w:p>
      <w:r>
        <w:rPr>
          <w:b/>
        </w:rPr>
        <w:t xml:space="preserve">[2:11:46] </w:t>
      </w:r>
      <w:r>
        <w:t>but very little is talked about serving god because when we think in terms of serving god then our parameters and our paradigm changes all together</w:t>
      </w:r>
    </w:p>
    <w:p>
      <w:pPr>
        <w:jc w:val="right"/>
      </w:pPr>
      <w:r>
        <w:t>بٹ ویری لٹل از ٹاک اباؤٹ سرونگ گاڈ بیکاز وین وی تھنک ان ٹرمز اف سرونگ گاڈ دین اور پیرامیٹرز اینڈ اور پیراڈائم چینجز ال ٹوگیدر</w:t>
      </w:r>
    </w:p>
    <w:p>
      <w:r>
        <w:rPr>
          <w:b/>
        </w:rPr>
        <w:t xml:space="preserve">[2:11:56] </w:t>
      </w:r>
      <w:r>
        <w:t>then we cannot make a distinction among human beings on the basis of the religious affiliations that</w:t>
      </w:r>
    </w:p>
    <w:p>
      <w:pPr>
        <w:jc w:val="right"/>
      </w:pPr>
      <w:r>
        <w:t>دین وی کین ناٹ میک اے ڈسٹنکشن امنگ ہیومن بینگز ان دا بیسز اف دا ریلیجیس ایفیلیشنز دیٹ</w:t>
      </w:r>
    </w:p>
    <w:p>
      <w:r>
        <w:rPr>
          <w:b/>
        </w:rPr>
        <w:t xml:space="preserve">[2:12:01] </w:t>
      </w:r>
      <w:r>
        <w:t>they have and they carry with them either as muslims or christians or jews or as hindus because</w:t>
      </w:r>
    </w:p>
    <w:p>
      <w:pPr>
        <w:jc w:val="right"/>
      </w:pPr>
      <w:r>
        <w:t>دے ہیو اینڈ دے کیری ود دیم ایتھر ایز مسلمز اور کرسچنز اور جیوز اور ایز ہندوز بیکاز</w:t>
      </w:r>
    </w:p>
    <w:p>
      <w:r>
        <w:rPr>
          <w:b/>
        </w:rPr>
        <w:t xml:space="preserve">[2:12:07] </w:t>
      </w:r>
      <w:r>
        <w:t>then everyone</w:t>
      </w:r>
    </w:p>
    <w:p>
      <w:pPr>
        <w:jc w:val="right"/>
      </w:pPr>
      <w:r>
        <w:t>دین ایوری ون</w:t>
      </w:r>
    </w:p>
    <w:p>
      <w:r>
        <w:rPr>
          <w:b/>
        </w:rPr>
        <w:t xml:space="preserve">[2:12:09] </w:t>
      </w:r>
      <w:r>
        <w:t>is the creation of god waqad karramna bani adam that god has given dignity to the children of</w:t>
      </w:r>
    </w:p>
    <w:p>
      <w:pPr>
        <w:jc w:val="right"/>
      </w:pPr>
      <w:r>
        <w:t>از دا کریشن اف گاڈ ولقد کرمنا بنی ادم دیٹ گاڈ ہیز گیون ڈگنٹی ٹو دا چلڈرن اف</w:t>
      </w:r>
    </w:p>
    <w:p>
      <w:r>
        <w:rPr>
          <w:b/>
        </w:rPr>
        <w:t xml:space="preserve">[2:12:15] </w:t>
      </w:r>
      <w:r>
        <w:t>adam and each one of us deserves a dignified status in our world regardless of what our origin</w:t>
      </w:r>
    </w:p>
    <w:p>
      <w:pPr>
        <w:jc w:val="right"/>
      </w:pPr>
      <w:r>
        <w:t>ادم اینڈ ایچ ون اف اس ڈیزروز اے ڈگنیفائیڈ اسٹیٹس ان اور ورلڈ ریگارڈلسٹ اف واٹ اور اوریجن</w:t>
      </w:r>
    </w:p>
    <w:p>
      <w:r>
        <w:rPr>
          <w:b/>
        </w:rPr>
        <w:t xml:space="preserve">[2:12:21] </w:t>
      </w:r>
      <w:r>
        <w:t>is what our ethnicity is what our culture is and what our background is</w:t>
      </w:r>
    </w:p>
    <w:p>
      <w:pPr>
        <w:jc w:val="right"/>
      </w:pPr>
      <w:r>
        <w:t>از واٹ اور ایتھنیسٹی از واٹ اور کلچر از اینڈ واٹ اور بیک گراؤنڈ از</w:t>
      </w:r>
    </w:p>
    <w:p>
      <w:r>
        <w:rPr>
          <w:b/>
        </w:rPr>
        <w:t xml:space="preserve">[2:12:26] </w:t>
      </w:r>
      <w:r>
        <w:t>but when we serve our religion we tend to divide and dissect our own feelings towards these children and these creation of god almighty we cry more when a muslim dies we cry more when a hindu dies if we happen to belong to that religion the sufferings of humanity means very little to us</w:t>
      </w:r>
    </w:p>
    <w:p>
      <w:pPr>
        <w:jc w:val="right"/>
      </w:pPr>
      <w:r>
        <w:t>بٹ وین وی سرو اور ریلیجن وی ٹینڈ ٹو ڈیوائیڈ اینڈ ڈائیسیکٹ اور اون فیلنگز ٹورڈز دیز چلڈرن اینڈ دیز کریشن اف گاڈ المائٹی وی کرائی مور وین اے مسلم ڈائز وی کرائی مور وین اے ہندو ڈائز اف وی ہیپن ٹو بیلانگ ٹو دیٹ ریلیجن دا سفرنگز اف ہیومینٹی مینز ویری لٹل ٹو اس</w:t>
      </w:r>
    </w:p>
    <w:p>
      <w:r>
        <w:rPr>
          <w:b/>
        </w:rPr>
        <w:t xml:space="preserve">[2:12:49] </w:t>
      </w:r>
      <w:r>
        <w:t>the sufferings of those who are more closer to us in chauvinistic sense means a lot and that is the difference between serving god and serving religion because when you serve god then you know do not make a distinction between the creation of god and the sufferings of the creation of god b</w:t>
      </w:r>
    </w:p>
    <w:p>
      <w:pPr>
        <w:jc w:val="right"/>
      </w:pPr>
      <w:r>
        <w:t>دا سفرنگز اف دوز ہو ار مور کلوزر ٹو اس ان شومنسٹک سینس مین ا لٹ اینڈ دیٹ از دا ڈیفرنس بٹوین سرونگ گاڈ اینڈ سرونگ ریلیجن بیکاز وین یو سرو گاڈ دین یو نو ڈو ناٹ میک اے ڈسٹنکشن بٹوین دا کریشن اف گاڈ اینڈ دا سفرنگز اف دا کریشن اف گاڈ ب</w:t>
      </w:r>
    </w:p>
    <w:p>
      <w:r>
        <w:rPr>
          <w:b/>
        </w:rPr>
        <w:t xml:space="preserve">[2:13:10] </w:t>
      </w:r>
      <w:r>
        <w:t>because then everyone becomes your responsibility to ensure that you sacrifice whatever god has given you for the sake of that human beings who are not reach to that particular level as a result of some historical injustices or as a result of some sociological realities or some psychological drawbacks that each individual goes through in his or hers span of time and that is the crisis that we face today</w:t>
      </w:r>
    </w:p>
    <w:p>
      <w:pPr>
        <w:jc w:val="right"/>
      </w:pPr>
      <w:r>
        <w:t>یکاز دین ایوری ون بیکمز یور ریسپانسبیلٹی ٹو انشور دیٹ یو سیکریفائس واٹ ایور گاڈ ہیز گیون یو فار دا سیک اف دیٹ ہیومن بینگز ہو ار ناٹ ریچ ٹو دیٹ پرٹیکولر لیول ایز ا رزلٹ اف سم ہسٹوریکل انجسٹسز اور ایز ا رزلٹ اف سم سوسیالوجیکل ریلیٹیز اور سم سائیکلوجیکل ڈرا بیکس دیٹ ایچ انڈیویجول گوز تھرو ان ہز اور ہرز سپین اف ٹائم اینڈ دیٹ از دا کرائسز دیٹ وی فیس ٹوڈے</w:t>
      </w:r>
    </w:p>
    <w:p>
      <w:r>
        <w:rPr>
          <w:b/>
        </w:rPr>
        <w:t xml:space="preserve">[2:13:33] </w:t>
      </w:r>
      <w:r>
        <w:t>that the religiosity has increased but the children of god and the creation of god has tended to suffer all over the world in the name of religion in the name of god and in the name of serving religion rather than serving god so what is the way out from that</w:t>
      </w:r>
    </w:p>
    <w:p>
      <w:pPr>
        <w:jc w:val="right"/>
      </w:pPr>
      <w:r>
        <w:t>دیٹ دا ریلیجیسٹی ہیز انکریزڈ بٹ دا چلڈرن اف گاڈ اینڈ دا کریشن اف گاڈ ہیز ٹینڈ ٹو سفر ال اوور دا ورلڈ ان دا نیم اف ریلیجن ان دا نیم اف گاڈ اینڈ ان دا نیم اف سرونگ ریلیجن رادر دین سرونگ گاڈ سو واٹ از دا وے اؤٹ فرام دیٹ</w:t>
      </w:r>
    </w:p>
    <w:p>
      <w:r>
        <w:rPr>
          <w:b/>
        </w:rPr>
        <w:t xml:space="preserve">[2:13:54] </w:t>
      </w:r>
      <w:r>
        <w:t>well the way out is very simple but simultaneously very difficult the</w:t>
      </w:r>
    </w:p>
    <w:p>
      <w:pPr>
        <w:jc w:val="right"/>
      </w:pPr>
      <w:r>
        <w:t>ویل دا وے اؤٹ از ویری سمپل بٹ سائملٹینیسلی ویری ڈیفیکلٹ دی</w:t>
      </w:r>
    </w:p>
    <w:p>
      <w:r>
        <w:rPr>
          <w:b/>
        </w:rPr>
        <w:t xml:space="preserve">[2:13:58] </w:t>
      </w:r>
      <w:r>
        <w:t>it each one of us has to go deep into ones own heart and try to bring about changes there before we talk of the changes outside why is it that when see a homeless person or a beggar or a person who is in need of some help in the streets and our inner self wants to help that person but something stops us from doing that what is that something</w:t>
      </w:r>
    </w:p>
    <w:p>
      <w:pPr>
        <w:jc w:val="right"/>
      </w:pPr>
      <w:r>
        <w:t>ٹ ایچ ون اف اس ہیز ٹو گو ڈیپ انٹو ونس اون ہارٹ اینڈ ٹرائی ٹو برنگ اباؤٹ چینجز دیر بیفور وی ٹاک اف دا چینجز اؤٹ سائیڈ وائی از اٹ دیٹ وین سی اے ہوم لیس پرسن اور اے بیگر اور اے پرسن ہو از ان نیڈ اف سم ہیلپ ان دی سٹریٹس اینڈ اور انر سیلف وانٹس ٹو ہیلپ دیٹ پرسن بٹ سم تھنگ اسٹاپس اس فرام ڈوئنگ دیٹ واٹ از دیٹ سم تھنگ</w:t>
      </w:r>
    </w:p>
    <w:p>
      <w:r>
        <w:rPr>
          <w:b/>
        </w:rPr>
        <w:t xml:space="preserve">[2:14:24] </w:t>
      </w:r>
      <w:r>
        <w:t>we have to go deep into our hearts to see why is it that whatever religion has taught us as we read in the quran as well faq riqab ma adrakamul aqabah faq riqab o yateeman maskeenan zaa matrabah that we have any idea what is the most difficult task it is to liberate people from the bondage in which they have been forced into it is to feed the people when they are hungry</w:t>
      </w:r>
    </w:p>
    <w:p>
      <w:pPr>
        <w:jc w:val="right"/>
      </w:pPr>
      <w:r>
        <w:t>وی ہیو ٹو گو ڈیپ انٹو اور ہارٹس ٹو سی وائی از اٹ دیٹ واٹ ایور ریلیجن ہیز ٹاٹ اس ایز وی ریڈ ان دا قران ایز ویل فق رقبہ ما ادراکم العقبہ فق رقبہ او یتیما مسکین ذا مغربہ دیٹ وی ہیو اینی ائیڈیا واٹ از دا موسٹ ڈیفیکلٹ ٹاسک اٹ از ٹو لبرٹ پیپل فرام دا بانڈیج ان وچ دے ہیو بین فورسڈ انٹو اٹ از ٹو فیڈ دا پیپل وین دے ار ہنگری</w:t>
      </w:r>
    </w:p>
    <w:p>
      <w:r>
        <w:rPr>
          <w:b/>
        </w:rPr>
        <w:t xml:space="preserve">[2:14:53] </w:t>
      </w:r>
      <w:r>
        <w:t>it is to uplift someone who is hopeless and who is helpless and who is powerless and it is to uplift those people who are disadvantaged so in that kind of situation we want to our inner self wants to help in these situations but the outer self draws a curtain between our true consciousness and the realities that exist and prevent our heart and our self to do anything for that he</w:t>
      </w:r>
    </w:p>
    <w:p>
      <w:pPr>
        <w:jc w:val="right"/>
      </w:pPr>
      <w:r>
        <w:t>اٹ از ٹو اپ لفٹ سم ون ہو از ہوپ لیس اینڈ ہو از ہیلپ لیس اینڈ ہو از پاور لیس اینڈ اٹ از ٹو اپ لفٹ دوز پیپل ہو ار ڈس ایڈوانٹیجز سو ان دیٹ کائنڈ اف سچویشن وی وانٹ ٹو اور انر سیلف وانٹ ٹو ہیلپ ان دیز سچویشنز بٹ دی اؤٹر سیلف ڈراز اے کرٹن بٹوین اور ٹرو کانشیسنس اینڈ دا ریلیٹیز دیٹ ایگزسٹ اینڈ پریوینٹ اور ہارٹ اینڈ اور سیلف ٹو ڈو اینی تھنگ فار دیٹ ہی</w:t>
      </w:r>
    </w:p>
    <w:p>
      <w:r>
        <w:rPr>
          <w:b/>
        </w:rPr>
        <w:t xml:space="preserve">[2:15:20] </w:t>
      </w:r>
      <w:r>
        <w:t>human being because then we tend to take refuge in our ethnicities and our own cultures and our own statuses and ignore that reality so the change has to come inside that is our heart and that change would not come as a result of any outside</w:t>
      </w:r>
    </w:p>
    <w:p>
      <w:pPr>
        <w:jc w:val="right"/>
      </w:pPr>
      <w:r>
        <w:t>ومن بینگ بیکاز دین وی ٹینڈ ٹو ٹیک ریفیوج ان اور ایتھنیسٹیز اینڈ اور اون کلچرز اینڈ اور اون اسٹیٹسز اینڈ اگنور دیٹ ریلیٹی سو دی چینج ہیز ٹو کم ان سائیڈ دیٹ از اور ہارٹ اینڈ دیٹ چینج وڈ ناٹ کم ایز ا رزلٹ اف اینی اؤٹ سائیڈ</w:t>
      </w:r>
    </w:p>
    <w:p>
      <w:r>
        <w:rPr>
          <w:b/>
        </w:rPr>
        <w:t xml:space="preserve">[2:15:37] </w:t>
      </w:r>
      <w:r>
        <w:t>intervention each individual has to go deep into ones self and try to relate to god in the manner that would ensure that we link our self with the humanity in the broader sense of the term not in the sectarian sense of the term that our religion teaches us that the life of a muslim or a hindu or a jew or a christian is better or an american or an indian is better than the life of the rest of humanity so that is the inner change that has to come initially</w:t>
      </w:r>
    </w:p>
    <w:p>
      <w:pPr>
        <w:jc w:val="right"/>
      </w:pPr>
      <w:r>
        <w:t>انٹروینشن ایچ انڈیویجول ہیز ٹو گو ڈیپ انٹو ونس سیلف اینڈ ٹرائی ٹو ریلیٹ ٹو گاڈ ان دا مینر دیٹ وڈ انشور دیٹ وی لنک اور سیلف ود دی ہیومینٹی ان دا براڈر سینس اف دا ٹرم ناٹ ان دا سیکٹیرین سینس اف دا ٹرم دیٹ اور ریلیجن ٹیچز اس دیٹ دا لائف اف ا مسلم اور اے ہندو اور اے جیو اور اے کرسچن از بیٹر اور ان امریکن اور ان انڈین از بیٹر دین دا لائف اف دا ریسٹ اف ہیومینٹی سو دیٹ از دی انر چینج دیٹ ہیز ٹو کم انیشلی</w:t>
      </w:r>
    </w:p>
    <w:p>
      <w:r>
        <w:rPr>
          <w:b/>
        </w:rPr>
        <w:t xml:space="preserve">[2:16:06] </w:t>
      </w:r>
      <w:r>
        <w:t>and that change would translate itself into our intellectuals intellect or thoughts processes that would be translated into our actions</w:t>
      </w:r>
    </w:p>
    <w:p>
      <w:pPr>
        <w:jc w:val="right"/>
      </w:pPr>
      <w:r>
        <w:t>اینڈ دیٹ چینج وڈ ٹرانسلیٹ اٹ سیلف انٹو اور انٹلیکچولز انٹلیکٹ اور تھاٹس پروسیسز دیٹ وڈ بی ٹرانسلیٹڈ انٹو اور ایکشنز</w:t>
      </w:r>
    </w:p>
    <w:p>
      <w:r>
        <w:rPr>
          <w:b/>
        </w:rPr>
        <w:t xml:space="preserve">[2:16:17] </w:t>
      </w:r>
      <w:r>
        <w:t>and thats what we find with the movements of various prophets in the past where they are described in the religious scriptures or not described in the religious scriptures that they brought their followers to a level of that change in heart where they could go deep into themselves and relate with the humanity in a universal sense of the term not in a sectarian terms</w:t>
      </w:r>
    </w:p>
    <w:p>
      <w:pPr>
        <w:jc w:val="right"/>
      </w:pPr>
      <w:r>
        <w:t>اینڈ دیٹس واٹ وی فائنڈ ود دا موومنٹس اف ویریس پرافٹس ان دا پاسٹ ویر دے ار ڈسکرائب ان دا ریلیجیس سکرپچرز اور نا ڈسکرائب ان دا ریلیجیس سکرپچرز دیٹ دے براٹ دیر فالوورز ٹو اے لیول اف دیٹ چینج ان ہارٹ ویر دے کڈ گو ڈیپ انٹو دیم سیلفس اینڈ ریلیٹ ود دی ہیومینٹی ان اے یونیورسل سینس اف دا ٹرم ناٹ ان اے سیکٹیرین ٹرمز</w:t>
      </w:r>
    </w:p>
    <w:p>
      <w:r>
        <w:rPr>
          <w:b/>
        </w:rPr>
        <w:t xml:space="preserve">[2:16:39] </w:t>
      </w:r>
      <w:r>
        <w:t>that when they saw the suffering of someone else they identified with that person regardless of his or her background and stood up on the basis of their understanding of the divine to ensure that that creation of the divine does not suffer as a result of the injustices as a result of anomalies that exist in our society so that change has to be brought in for that change we have to go through some hardships our self</w:t>
      </w:r>
    </w:p>
    <w:p>
      <w:pPr>
        <w:jc w:val="right"/>
      </w:pPr>
      <w:r>
        <w:t>دیٹ وین دے سو دا سفرنگ اف سم ون ایلس دے ائیڈینٹیفائیڈ ود دیٹ پرسن ریگارڈلسٹ اف ہز اور ہر بیک گراؤنڈ اینڈ اسٹوڈ اپ ان دا بیسز اف دیر انڈرسٹینڈنگ اف دا ڈیوائن ٹو انشور دیٹ دیٹ کریشن اف دا ڈیوائن ڈز ناٹ سفر ایز ا رزلٹ اف دی انجسٹسز ایز ا رزلٹ اف اناملیز دیٹ ایگزسٹ ان اور سوسائٹی سو دیٹ چینج ہیز ٹو بی براٹ ان فار دیٹ چینج وی ہیو ٹو گو تھرو سم ہارڈشپس اور سیلفس</w:t>
      </w:r>
    </w:p>
    <w:p>
      <w:r>
        <w:rPr>
          <w:b/>
        </w:rPr>
        <w:t xml:space="preserve">[2:17:05] </w:t>
      </w:r>
      <w:r>
        <w:t>we have to deprogram our self of what we have learned over the years through history through our socialization through our families through our culture which teaches us that we are superior because we belong to this particular caste or this particular group or that particular status group deprogram our self and then find our self in that true understanding of the divine feeling</w:t>
      </w:r>
    </w:p>
    <w:p>
      <w:pPr>
        <w:jc w:val="right"/>
      </w:pPr>
      <w:r>
        <w:t>وی ہیو ٹو ڈی پروگرام اور سیلف اف واٹ وی ہیو لرنڈ اوور دی ایئرز تھرو ہسٹری تھرو اور سوشلائزیشن تھرو اور فیملیز تھرو اور کلچر وچ ٹیچز اس دیٹ وی ار سپیریر بیکاز وی بیلانگ ٹو دس پرٹیکولر کاسٹ اور دس پرٹیکولر گروپ اور دیٹ پرٹیکولر اسٹیٹس گروپ ڈی پروگرام اور سیلف اور ایون دیٹ وی بیلانگ ٹو دس پرٹیکولر ریلیجن دیٹ ہینس وی ار سپیریر ڈی پروگرام اور سیلف اینڈ دین فائنڈ اور سیلف ان دیٹ ٹرو انڈرسٹینڈنگ اف دا ڈیوائن فیلنگ</w:t>
      </w:r>
    </w:p>
    <w:p>
      <w:r>
        <w:rPr>
          <w:b/>
        </w:rPr>
        <w:t xml:space="preserve">[2:17:32] </w:t>
      </w:r>
      <w:r>
        <w:t>and i think that is the process that would begin with each individual i remember last year this there was an interview on television which the one of the famous dryer and washer company was talking about its success in selling more than 30 million dryers and washers in the US</w:t>
      </w:r>
    </w:p>
    <w:p>
      <w:pPr>
        <w:jc w:val="right"/>
      </w:pPr>
      <w:r>
        <w:t>اینڈ ائی تھنک دیٹ از دا پروسیس دیٹ وڈ بیگن ود ایچ انڈیویجول ائی ریممبر لاسٹ ایئر دس دیر واز ان انٹرویو ان ٹیلی ویژن وچ دی ون اف دا فیمس ڈرائر اینڈ واشر کمپنی واز ٹاکنگ اباؤٹ اٹس سکسیس ان سیلنگ مور دین 30 ملین ڈرائیورز اینڈ واشرز ان دا یو ایس</w:t>
      </w:r>
    </w:p>
    <w:p>
      <w:r>
        <w:rPr>
          <w:b/>
        </w:rPr>
        <w:t xml:space="preserve">[2:17:58] </w:t>
      </w:r>
      <w:r>
        <w:t>so one of the reporters asked the general manager how did you do it that you sold 30</w:t>
      </w:r>
    </w:p>
    <w:p>
      <w:pPr>
        <w:jc w:val="right"/>
      </w:pPr>
      <w:r>
        <w:t>سو ون اف دا رپورٹرز ایسکڈ دا جنرل مینیجر ہاؤ ڈیڈ یو ڈو اٹ دیٹ یو سولڈ 30</w:t>
      </w:r>
    </w:p>
    <w:p>
      <w:r>
        <w:rPr>
          <w:b/>
        </w:rPr>
        <w:t xml:space="preserve">[2:18:03] </w:t>
      </w:r>
      <w:r>
        <w:t>million drivers and washers in one year and the response of the manager was i sold it one</w:t>
      </w:r>
    </w:p>
    <w:p>
      <w:pPr>
        <w:jc w:val="right"/>
      </w:pPr>
      <w:r>
        <w:t>ملین ڈرائیورز اینڈ واشرز ان ون ایئر اینڈ دا رسپانس اف دا مینیجر واز ائی سولڈ اٹ ون</w:t>
      </w:r>
    </w:p>
    <w:p>
      <w:r>
        <w:rPr>
          <w:b/>
        </w:rPr>
        <w:t xml:space="preserve">[2:18:10] </w:t>
      </w:r>
      <w:r>
        <w:t>by one so that change has to come one by one each one of us is responsible in</w:t>
      </w:r>
    </w:p>
    <w:p>
      <w:pPr>
        <w:jc w:val="right"/>
      </w:pPr>
      <w:r>
        <w:t>بائی ون سو دیٹ چینج ہیز ٹو کم ون بائی ون ایچ ون اف اس از ریسپانسبل ان</w:t>
      </w:r>
    </w:p>
    <w:p>
      <w:r>
        <w:rPr>
          <w:b/>
        </w:rPr>
        <w:t xml:space="preserve">[2:18:18] </w:t>
      </w:r>
      <w:r>
        <w:t>the ultimate analysis for what we do and what we say and each one of us has to</w:t>
      </w:r>
    </w:p>
    <w:p>
      <w:pPr>
        <w:jc w:val="right"/>
      </w:pPr>
      <w:r>
        <w:t>دی الٹیمیٹ انالیسز فار واٹ وی ڈو اینڈ واٹ وی سی اینڈ ایچ ون اف اس ہیز ٹو</w:t>
      </w:r>
    </w:p>
    <w:p>
      <w:r>
        <w:rPr>
          <w:b/>
        </w:rPr>
        <w:t xml:space="preserve">[2:18:22] </w:t>
      </w:r>
      <w:r>
        <w:t>assume that responsibility in relation to god in relation to our self in relation to humanity</w:t>
      </w:r>
    </w:p>
    <w:p>
      <w:pPr>
        <w:jc w:val="right"/>
      </w:pPr>
      <w:r>
        <w:t>ازیوم دیٹ ریسپانسبیلٹی ان ریلیشن ٹو گاڈ ان ریلیشن ٹو اور سیلف ان ریلیشن ٹو ہیومینٹی</w:t>
      </w:r>
    </w:p>
    <w:p>
      <w:r>
        <w:rPr>
          <w:b/>
        </w:rPr>
        <w:t xml:space="preserve">[2:18:28] </w:t>
      </w:r>
      <w:r>
        <w:t>and then what Rabindranath Tagore said once that if they answer not you call walk alone that if there is no one coming with you walk alone because then you have found your path that you have overcome your heart and that's what ultimately matters</w:t>
      </w:r>
    </w:p>
    <w:p>
      <w:pPr>
        <w:jc w:val="right"/>
      </w:pPr>
      <w:r>
        <w:t>اینڈ دین واٹ ربناللہ ٹیگور سیڈ ونس دیٹ اف دے انسر ناٹ یو کال واک الون دیٹ اف دیر از نو ون کمنگ ود یو واک الون بیکاز دین یو ہیو فاؤنڈ یور پاتھ دیٹ یو ہیو اوورکم یور ہارٹ اینڈ دیٹس واٹ الٹیمیٹلی میٹرز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