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Status of Women in Islam (English) February 28, 2007 Maulana Wahiduddin Khan</w:t>
      </w:r>
    </w:p>
    <w:p>
      <w:r>
        <w:t>https://www.youtube.com/watch?v=pSLnXzYImXo</w:t>
      </w:r>
    </w:p>
    <w:p>
      <w:r>
        <w:rPr>
          <w:b/>
        </w:rPr>
        <w:t xml:space="preserve">[00:10] </w:t>
      </w:r>
      <w:r>
        <w:t>bismillah al-rahman al-rahim, wa salla Allahu ala al-nabi al-karim. Rabb ishrah li sadri, wa yassir li amri, wa ihlul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[00:28] </w:t>
      </w:r>
      <w:r>
        <w:t>The theme for the present talk is "status of women in Islam".</w:t>
      </w:r>
    </w:p>
    <w:p>
      <w:pPr>
        <w:jc w:val="right"/>
      </w:pPr>
      <w:r>
        <w:t>دا تھیم فار دا پریزنٹ ٹاک از "اسٹیٹس آف وومن ان اسلام"۔</w:t>
      </w:r>
    </w:p>
    <w:p>
      <w:r>
        <w:rPr>
          <w:b/>
        </w:rPr>
        <w:t xml:space="preserve">[00:37] </w:t>
      </w:r>
      <w:r>
        <w:t>I would like to begin from today report.</w:t>
      </w:r>
    </w:p>
    <w:p>
      <w:pPr>
        <w:jc w:val="right"/>
      </w:pPr>
      <w:r>
        <w:t>آئی وڈ لائک ٹو بیگن فرام ٹوڈے ریپورٹ۔</w:t>
      </w:r>
    </w:p>
    <w:p>
      <w:r>
        <w:rPr>
          <w:b/>
        </w:rPr>
        <w:t xml:space="preserve">[00:46] </w:t>
      </w:r>
      <w:r>
        <w:t>This report I read in the Times of India, dated February 28.</w:t>
      </w:r>
    </w:p>
    <w:p>
      <w:pPr>
        <w:jc w:val="right"/>
      </w:pPr>
      <w:r>
        <w:t>دس ریپورٹ آئی ریڈ ان دی ٹائمز آف انڈیا، ڈیٹڈ فروری 28۔</w:t>
      </w:r>
    </w:p>
    <w:p>
      <w:r>
        <w:rPr>
          <w:b/>
        </w:rPr>
        <w:t xml:space="preserve">[01:04] </w:t>
      </w:r>
      <w:r>
        <w:t>That is today issue.</w:t>
      </w:r>
    </w:p>
    <w:p>
      <w:pPr>
        <w:jc w:val="right"/>
      </w:pPr>
      <w:r>
        <w:t>دیٹ از ٹوڈے ایشو۔</w:t>
      </w:r>
    </w:p>
    <w:p>
      <w:r>
        <w:rPr>
          <w:b/>
        </w:rPr>
        <w:t xml:space="preserve">[01:08] </w:t>
      </w:r>
      <w:r>
        <w:t>So</w:t>
      </w:r>
    </w:p>
    <w:p>
      <w:pPr>
        <w:jc w:val="right"/>
      </w:pPr>
      <w:r>
        <w:t>سو</w:t>
      </w:r>
    </w:p>
    <w:p>
      <w:r>
        <w:rPr>
          <w:b/>
        </w:rPr>
        <w:t xml:space="preserve">[01:12] </w:t>
      </w:r>
      <w:r>
        <w:t>in the today</w:t>
      </w:r>
    </w:p>
    <w:p>
      <w:pPr>
        <w:jc w:val="right"/>
      </w:pPr>
      <w:r>
        <w:t>ان دا ٹوڈے</w:t>
      </w:r>
    </w:p>
    <w:p>
      <w:r>
        <w:rPr>
          <w:b/>
        </w:rPr>
        <w:t xml:space="preserve">[01:17] </w:t>
      </w:r>
      <w:r>
        <w:t>issue of the Times of India, in its</w:t>
      </w:r>
    </w:p>
    <w:p>
      <w:pPr>
        <w:jc w:val="right"/>
      </w:pPr>
      <w:r>
        <w:t>ایشو آف دی ٹائمز آف انڈیا، ان اٹس</w:t>
      </w:r>
    </w:p>
    <w:p>
      <w:r>
        <w:rPr>
          <w:b/>
        </w:rPr>
        <w:t xml:space="preserve">[01:24] </w:t>
      </w:r>
      <w:r>
        <w:t>daily times,</w:t>
      </w:r>
    </w:p>
    <w:p>
      <w:pPr>
        <w:jc w:val="right"/>
      </w:pPr>
      <w:r>
        <w:t>ڈلی ٹائمز،</w:t>
      </w:r>
    </w:p>
    <w:p>
      <w:r>
        <w:rPr>
          <w:b/>
        </w:rPr>
        <w:t xml:space="preserve">[01:29] </w:t>
      </w:r>
      <w:r>
        <w:t>there is a report about a famous feminist, famous American feminist.</w:t>
      </w:r>
    </w:p>
    <w:p>
      <w:pPr>
        <w:jc w:val="right"/>
      </w:pPr>
      <w:r>
        <w:t>دیر از اے ریپورٹ اباؤٹ ا فیمس فیمینسٹ، فیمس امریکن فیمینسٹ۔</w:t>
      </w:r>
    </w:p>
    <w:p>
      <w:r>
        <w:rPr>
          <w:b/>
        </w:rPr>
        <w:t xml:space="preserve">[01:44] </w:t>
      </w:r>
      <w:r>
        <w:t>Her name is Gloria Steinem. She is a very famous feminist, Gloria Steinem.</w:t>
      </w:r>
    </w:p>
    <w:p>
      <w:pPr>
        <w:jc w:val="right"/>
      </w:pPr>
      <w:r>
        <w:t>ہر نیم از گلوریا اسٹینم۔ شی از ا ویری فیمس فیمینسٹ، گلوریا اسٹینم۔</w:t>
      </w:r>
    </w:p>
    <w:p>
      <w:r>
        <w:rPr>
          <w:b/>
        </w:rPr>
        <w:t xml:space="preserve">[02:00] </w:t>
      </w:r>
      <w:r>
        <w:t>So she</w:t>
      </w:r>
    </w:p>
    <w:p>
      <w:pPr>
        <w:jc w:val="right"/>
      </w:pPr>
      <w:r>
        <w:t>سو شی</w:t>
      </w:r>
    </w:p>
    <w:p>
      <w:r>
        <w:rPr>
          <w:b/>
        </w:rPr>
        <w:t xml:space="preserve">[02:06] </w:t>
      </w:r>
      <w:r>
        <w:t>is a great advocate of gender equality, but she admits that is not very easy</w:t>
      </w:r>
    </w:p>
    <w:p>
      <w:pPr>
        <w:jc w:val="right"/>
      </w:pPr>
      <w:r>
        <w:t>از ا گریٹ ایڈوکیٹ آف جینڈر ایکولٹی، بٹ شی ایڈمٹس دیٹ از ناٹ ویری ایزی</w:t>
      </w:r>
    </w:p>
    <w:p>
      <w:r>
        <w:rPr>
          <w:b/>
        </w:rPr>
        <w:t xml:space="preserve">[02:20] </w:t>
      </w:r>
      <w:r>
        <w:t>due to differences in biological structure of the both sexes.</w:t>
      </w:r>
    </w:p>
    <w:p>
      <w:pPr>
        <w:jc w:val="right"/>
      </w:pPr>
      <w:r>
        <w:t>ڈیو ٹو ڈیفرنسز ان بائیولوجیکل سٹرکچر آف دا بوتھ سکسز۔</w:t>
      </w:r>
    </w:p>
    <w:p>
      <w:r>
        <w:rPr>
          <w:b/>
        </w:rPr>
        <w:t xml:space="preserve">[02:27] </w:t>
      </w:r>
      <w:r>
        <w:t>so it is not</w:t>
      </w:r>
    </w:p>
    <w:p>
      <w:pPr>
        <w:jc w:val="right"/>
      </w:pPr>
      <w:r>
        <w:t>سو اٹ از ناٹ</w:t>
      </w:r>
    </w:p>
    <w:p>
      <w:r>
        <w:rPr>
          <w:b/>
        </w:rPr>
        <w:t xml:space="preserve">[02:31] </w:t>
      </w:r>
      <w:r>
        <w:t>an easy task.</w:t>
      </w:r>
    </w:p>
    <w:p>
      <w:pPr>
        <w:jc w:val="right"/>
      </w:pPr>
      <w:r>
        <w:t>این ایزی ٹاسک۔</w:t>
      </w:r>
    </w:p>
    <w:p>
      <w:r>
        <w:rPr>
          <w:b/>
        </w:rPr>
        <w:t xml:space="preserve">[02:36] </w:t>
      </w:r>
      <w:r>
        <w:t>so she says</w:t>
      </w:r>
    </w:p>
    <w:p>
      <w:pPr>
        <w:jc w:val="right"/>
      </w:pPr>
      <w:r>
        <w:t>سو شی سیز</w:t>
      </w:r>
    </w:p>
    <w:p>
      <w:r>
        <w:rPr>
          <w:b/>
        </w:rPr>
        <w:t xml:space="preserve">[02:41] </w:t>
      </w:r>
      <w:r>
        <w:t>in her recent book about these biological differences between the two sexes, she says it is decreed by nature, but we are changing it</w:t>
      </w:r>
    </w:p>
    <w:p>
      <w:pPr>
        <w:jc w:val="right"/>
      </w:pPr>
      <w:r>
        <w:t>ان ہر ریسنٹ بک اباؤٹ دیز بائیولوجیکل ڈیفرنسز بٹوین دا ٹو سکسز، شی سیز اٹ از ڈیکریٹ بائی نیچر، بٹ وی آر چینجنگ اٹ</w:t>
      </w:r>
    </w:p>
    <w:p>
      <w:r>
        <w:rPr>
          <w:b/>
        </w:rPr>
        <w:t xml:space="preserve">[02:58] </w:t>
      </w:r>
      <w:r>
        <w:t>. it is decreed by nature, but we are changing it. i would like to say that this kind of thinking is quite unnatural.</w:t>
      </w:r>
    </w:p>
    <w:p>
      <w:pPr>
        <w:jc w:val="right"/>
      </w:pPr>
      <w:r>
        <w:t>۔ اٹ از ڈیکریٹ بائی نیچر، بٹ وی آر چینجنگ اٹ۔ آئی وڈ لائک ٹو سے دیٹ دس کائنڈ آف تھنکنگ از کوائٹ ان نیچرل۔</w:t>
      </w:r>
    </w:p>
    <w:p>
      <w:r>
        <w:rPr>
          <w:b/>
        </w:rPr>
        <w:t xml:space="preserve">[03:16] </w:t>
      </w:r>
      <w:r>
        <w:t>the question is not about gender equality.</w:t>
      </w:r>
    </w:p>
    <w:p>
      <w:pPr>
        <w:jc w:val="right"/>
      </w:pPr>
      <w:r>
        <w:t>دا کوئسچن از ناٹ اباؤٹ جینڈر ایکولٹی۔</w:t>
      </w:r>
    </w:p>
    <w:p>
      <w:r>
        <w:rPr>
          <w:b/>
        </w:rPr>
        <w:t xml:space="preserve">[03:23] </w:t>
      </w:r>
      <w:r>
        <w:t>if you see the nature and you are, if you are a realist and you must know that you cannot change the nature, nature plan.</w:t>
      </w:r>
    </w:p>
    <w:p>
      <w:pPr>
        <w:jc w:val="right"/>
      </w:pPr>
      <w:r>
        <w:t>اف یو سی دا نیچر اینڈ یو آر، اف یو آر ا ریلسٹ اینڈ یو مسٹ نو دیٹ یو کین ناٹ چینج دا نیچر، نیچر پلان۔</w:t>
      </w:r>
    </w:p>
    <w:p>
      <w:r>
        <w:rPr>
          <w:b/>
        </w:rPr>
        <w:t xml:space="preserve">[03:39] </w:t>
      </w:r>
      <w:r>
        <w:t>even if you can change, the whole balance will be break down.</w:t>
      </w:r>
    </w:p>
    <w:p>
      <w:pPr>
        <w:jc w:val="right"/>
      </w:pPr>
      <w:r>
        <w:t>ایون اف یو کین چینج، دا ہول بیلنس ویل بی بریک ڈاؤن۔</w:t>
      </w:r>
    </w:p>
    <w:p>
      <w:r>
        <w:rPr>
          <w:b/>
        </w:rPr>
        <w:t xml:space="preserve">[03:48] </w:t>
      </w:r>
      <w:r>
        <w:t>there would be break down in the whole balance, and everything will be shatter. so it is disastrous.</w:t>
      </w:r>
    </w:p>
    <w:p>
      <w:pPr>
        <w:jc w:val="right"/>
      </w:pPr>
      <w:r>
        <w:t>دیر وڈ بی بریک ڈاؤن ان دا ہول بیلنس، اینڈ ایوری تھنگ ویل بی شیٹر۔ سو اٹ از ڈساسٹرس۔</w:t>
      </w:r>
    </w:p>
    <w:p>
      <w:r>
        <w:rPr>
          <w:b/>
        </w:rPr>
        <w:t xml:space="preserve">[03:59] </w:t>
      </w:r>
      <w:r>
        <w:t>so according to the gods creation plan,</w:t>
      </w:r>
    </w:p>
    <w:p>
      <w:pPr>
        <w:jc w:val="right"/>
      </w:pPr>
      <w:r>
        <w:t>سو اکارڈنگ ٹو دا گاڈز کرشن پلان،</w:t>
      </w:r>
    </w:p>
    <w:p>
      <w:r>
        <w:rPr>
          <w:b/>
        </w:rPr>
        <w:t xml:space="preserve">[04:04] </w:t>
      </w:r>
      <w:r>
        <w:t>the important thing is not gender equality, but it is gender complementarity.</w:t>
      </w:r>
    </w:p>
    <w:p>
      <w:pPr>
        <w:jc w:val="right"/>
      </w:pPr>
      <w:r>
        <w:t>دا امپورٹنٹ تھنگ از ناٹ جینڈر ایکولٹی، بٹ اٹ از جینڈر کمپلیمنٹیرٹی۔</w:t>
      </w:r>
    </w:p>
    <w:p>
      <w:r>
        <w:rPr>
          <w:b/>
        </w:rPr>
        <w:t xml:space="preserve">[04:25] </w:t>
      </w:r>
      <w:r>
        <w:t>the most important thing according to the natural plan is</w:t>
      </w:r>
    </w:p>
    <w:p>
      <w:pPr>
        <w:jc w:val="right"/>
      </w:pPr>
      <w:r>
        <w:t>دا موسٹ امپورٹنٹ تھنگ اکارڈنگ ٹو دا نیچرل پلان از</w:t>
      </w:r>
    </w:p>
    <w:p>
      <w:r>
        <w:rPr>
          <w:b/>
        </w:rPr>
        <w:t xml:space="preserve">[04:38] </w:t>
      </w:r>
      <w:r>
        <w:t>is not equal role, but supplementary role</w:t>
      </w:r>
    </w:p>
    <w:p>
      <w:pPr>
        <w:jc w:val="right"/>
      </w:pPr>
      <w:r>
        <w:t>از ناٹ ایکول رول، بٹ سپلیمنٹری رول</w:t>
      </w:r>
    </w:p>
    <w:p>
      <w:r>
        <w:rPr>
          <w:b/>
        </w:rPr>
        <w:t xml:space="preserve">[04:44] </w:t>
      </w:r>
      <w:r>
        <w:t>. i can say that according to the natural plan or creation plan, the right thing is that both have</w:t>
      </w:r>
    </w:p>
    <w:p>
      <w:pPr>
        <w:jc w:val="right"/>
      </w:pPr>
      <w:r>
        <w:t>۔ آئی کین سے دیٹ اکارڈنگ ٹو دا نیچرل پلان اور کرشن پلان، دا رائٹ تھنگ از دیٹ بوتھ ہیو</w:t>
      </w:r>
    </w:p>
    <w:p>
      <w:r>
        <w:rPr>
          <w:b/>
        </w:rPr>
        <w:t xml:space="preserve">[05:03] </w:t>
      </w:r>
      <w:r>
        <w:t>supplementary role, other than equal role.</w:t>
      </w:r>
    </w:p>
    <w:p>
      <w:pPr>
        <w:jc w:val="right"/>
      </w:pPr>
      <w:r>
        <w:t>سپلیمنٹری رول، ادر دین ایکول رول۔</w:t>
      </w:r>
    </w:p>
    <w:p>
      <w:r>
        <w:rPr>
          <w:b/>
        </w:rPr>
        <w:t xml:space="preserve">[05:11] </w:t>
      </w:r>
      <w:r>
        <w:t>there are different field, different field, different activities. so we want different kind of qualities, different kind of capacities.</w:t>
      </w:r>
    </w:p>
    <w:p>
      <w:pPr>
        <w:jc w:val="right"/>
      </w:pPr>
      <w:r>
        <w:t>دیر آر ڈفرنٹ فیلڈ، ڈفرنٹ فیلڈ، ڈفرنٹ ایکٹیویٹیز۔ سو وی وانٹ ڈفرنٹ کائنڈ آف کوالٹیز، ڈفرنٹ کائنڈ آف کیپیسٹیز۔</w:t>
      </w:r>
    </w:p>
    <w:p>
      <w:r>
        <w:rPr>
          <w:b/>
        </w:rPr>
        <w:t xml:space="preserve">[05:28] </w:t>
      </w:r>
      <w:r>
        <w:t>so god created both with different potentials, with different qualities</w:t>
      </w:r>
    </w:p>
    <w:p>
      <w:pPr>
        <w:jc w:val="right"/>
      </w:pPr>
      <w:r>
        <w:t>سو گاڈ کریٹڈ بوتھ ود ڈفرنٹ پوٹینشلز، ود ڈفرنٹ کوالٹیز</w:t>
      </w:r>
    </w:p>
    <w:p>
      <w:r>
        <w:rPr>
          <w:b/>
        </w:rPr>
        <w:t xml:space="preserve">[05:34] </w:t>
      </w:r>
      <w:r>
        <w:t>. so according to the creation plan of god, the more important thing is to play complementary role, or supplementary role, other than equal role.</w:t>
      </w:r>
    </w:p>
    <w:p>
      <w:pPr>
        <w:jc w:val="right"/>
      </w:pPr>
      <w:r>
        <w:t>۔ سو اکارڈنگ ٹو دا کرشن پلان آف گاڈ، دا مور امپورٹنٹ تھنگ از ٹو پلے کمپلیمنٹری رول، اور سپلیمنٹری رول، ادر دین ایکول رول۔</w:t>
      </w:r>
    </w:p>
    <w:p>
      <w:r>
        <w:rPr>
          <w:b/>
        </w:rPr>
        <w:t xml:space="preserve">[05:55] </w:t>
      </w:r>
      <w:r>
        <w:t>this very important.</w:t>
      </w:r>
    </w:p>
    <w:p>
      <w:pPr>
        <w:jc w:val="right"/>
      </w:pPr>
      <w:r>
        <w:t>دس ویری امپورٹنٹ۔</w:t>
      </w:r>
    </w:p>
    <w:p>
      <w:r>
        <w:rPr>
          <w:b/>
        </w:rPr>
        <w:t xml:space="preserve">[06:00] </w:t>
      </w:r>
      <w:r>
        <w:t>by this, we can establish a better society.</w:t>
      </w:r>
    </w:p>
    <w:p>
      <w:pPr>
        <w:jc w:val="right"/>
      </w:pPr>
      <w:r>
        <w:t>بائی دس، وی کین اسٹیبلش ا بیٹر سوسائٹی۔</w:t>
      </w:r>
    </w:p>
    <w:p>
      <w:r>
        <w:rPr>
          <w:b/>
        </w:rPr>
        <w:t xml:space="preserve">[06:10] </w:t>
      </w:r>
      <w:r>
        <w:t>division of labor is a very well known principle.</w:t>
      </w:r>
    </w:p>
    <w:p>
      <w:pPr>
        <w:jc w:val="right"/>
      </w:pPr>
      <w:r>
        <w:t>ڈویژن آف لیبر از ا ویری ویل نون پرنسپل۔</w:t>
      </w:r>
    </w:p>
    <w:p>
      <w:r>
        <w:rPr>
          <w:b/>
        </w:rPr>
        <w:t xml:space="preserve">[06:16] </w:t>
      </w:r>
      <w:r>
        <w:t>in every factory, in every office, you can see that they are running their system according to the, according to this principle,</w:t>
      </w:r>
    </w:p>
    <w:p>
      <w:pPr>
        <w:jc w:val="right"/>
      </w:pPr>
      <w:r>
        <w:t>ان ایوری فیکٹری، ان ایوری آفس، یو کین سی دیٹ دے آر رننگ دیر سسٹم اکارڈنگ ٹو دا، اکارڈنگ ٹو دس پرنسپل،</w:t>
      </w:r>
    </w:p>
    <w:p>
      <w:r>
        <w:rPr>
          <w:b/>
        </w:rPr>
        <w:t xml:space="preserve">[06:29] </w:t>
      </w:r>
      <w:r>
        <w:t>division in labor. so this is a natural principle. division of labor is natural principle.</w:t>
      </w:r>
    </w:p>
    <w:p>
      <w:pPr>
        <w:jc w:val="right"/>
      </w:pPr>
      <w:r>
        <w:t>ڈویژن ان لیبر۔ سو دس از ا نیچرل پرنسپل۔ ڈویژن آف لیبر از نیچرل پرنسپل۔</w:t>
      </w:r>
    </w:p>
    <w:p>
      <w:r>
        <w:rPr>
          <w:b/>
        </w:rPr>
        <w:t xml:space="preserve">[06:39] </w:t>
      </w:r>
      <w:r>
        <w:t>so gender equality is wrong principle, unnatural principle.</w:t>
      </w:r>
    </w:p>
    <w:p>
      <w:pPr>
        <w:jc w:val="right"/>
      </w:pPr>
      <w:r>
        <w:t>سو جینڈر ایکولٹی از رونگ پرنسپل، ان نیچرل پرنسپل۔</w:t>
      </w:r>
    </w:p>
    <w:p>
      <w:r>
        <w:rPr>
          <w:b/>
        </w:rPr>
        <w:t xml:space="preserve">[06:46] </w:t>
      </w:r>
      <w:r>
        <w:t>the correct principle, or natural principle is</w:t>
      </w:r>
    </w:p>
    <w:p>
      <w:pPr>
        <w:jc w:val="right"/>
      </w:pPr>
      <w:r>
        <w:t>دا کریکٹ پرنسپل، اور نیچرل پرنسپل از</w:t>
      </w:r>
    </w:p>
    <w:p>
      <w:r>
        <w:rPr>
          <w:b/>
        </w:rPr>
        <w:t xml:space="preserve">[06:52] </w:t>
      </w:r>
      <w:r>
        <w:t>supplementary role, other than equal role.</w:t>
      </w:r>
    </w:p>
    <w:p>
      <w:pPr>
        <w:jc w:val="right"/>
      </w:pPr>
      <w:r>
        <w:t>سپلیمنٹری رول، ادر دین ایکول رول۔</w:t>
      </w:r>
    </w:p>
    <w:p>
      <w:r>
        <w:rPr>
          <w:b/>
        </w:rPr>
        <w:t xml:space="preserve">[07:06] </w:t>
      </w:r>
      <w:r>
        <w:t>then these people are obsessed with</w:t>
      </w:r>
    </w:p>
    <w:p>
      <w:pPr>
        <w:jc w:val="right"/>
      </w:pPr>
      <w:r>
        <w:t>دین دیز پیپل آر ابسسڈ ود</w:t>
      </w:r>
    </w:p>
    <w:p>
      <w:r>
        <w:rPr>
          <w:b/>
        </w:rPr>
        <w:t xml:space="preserve">[07:13] </w:t>
      </w:r>
      <w:r>
        <w:t>workplace.</w:t>
      </w:r>
    </w:p>
    <w:p>
      <w:pPr>
        <w:jc w:val="right"/>
      </w:pPr>
      <w:r>
        <w:t>ورک پلیس۔</w:t>
      </w:r>
    </w:p>
    <w:p>
      <w:r>
        <w:rPr>
          <w:b/>
        </w:rPr>
        <w:t xml:space="preserve">[07:17] </w:t>
      </w:r>
      <w:r>
        <w:t>they want to provide same workplace for the both sexes. it is also wrong. according to the natural plan, the important thing is not workplace, but the most important thing is the will to work.</w:t>
      </w:r>
    </w:p>
    <w:p>
      <w:pPr>
        <w:jc w:val="right"/>
      </w:pPr>
      <w:r>
        <w:t>دے وانٹ ٹو پرووائیڈ سیم ورک پلیس فار دا بوتھ سکسز۔ اٹ از السو رونگ۔ اکارڈنگ ٹو دا نیچرل پلان، دا امپورٹنٹ تھنگ از ناٹ ورک پلیس، بٹ دا موسٹ امپورٹنٹ تھنگ از دا ول ٹو ورک۔</w:t>
      </w:r>
    </w:p>
    <w:p>
      <w:r>
        <w:rPr>
          <w:b/>
        </w:rPr>
        <w:t xml:space="preserve">[07:40] </w:t>
      </w:r>
      <w:r>
        <w:t>the will to work</w:t>
      </w:r>
    </w:p>
    <w:p>
      <w:pPr>
        <w:jc w:val="right"/>
      </w:pPr>
      <w:r>
        <w:t>دا ول ٹو ورک</w:t>
      </w:r>
    </w:p>
    <w:p>
      <w:r>
        <w:rPr>
          <w:b/>
        </w:rPr>
        <w:t xml:space="preserve">[07:42] </w:t>
      </w:r>
      <w:r>
        <w:t>. if people have will to work, they have spirit of work, then in every field they will be successful.</w:t>
      </w:r>
    </w:p>
    <w:p>
      <w:pPr>
        <w:jc w:val="right"/>
      </w:pPr>
      <w:r>
        <w:t>۔ اف پیپل ہیو ول ٹو ورک، دے ہیو اسپرٹ آف ورک، دین ان ایوری فیلڈ دے ویل بی سکسیس فل۔</w:t>
      </w:r>
    </w:p>
    <w:p>
      <w:r>
        <w:rPr>
          <w:b/>
        </w:rPr>
        <w:t xml:space="preserve">[07:57] </w:t>
      </w:r>
      <w:r>
        <w:t>simply placing people in one job is not enough, is not good</w:t>
      </w:r>
    </w:p>
    <w:p>
      <w:pPr>
        <w:jc w:val="right"/>
      </w:pPr>
      <w:r>
        <w:t>سمپلی پلیسنگ پیپل ان ون جاب از ناٹ انف، از ناٹ گڈ</w:t>
      </w:r>
    </w:p>
    <w:p>
      <w:r>
        <w:rPr>
          <w:b/>
        </w:rPr>
        <w:t xml:space="preserve">[08:07] </w:t>
      </w:r>
      <w:r>
        <w:t>. so more important is thing is not</w:t>
      </w:r>
    </w:p>
    <w:p>
      <w:pPr>
        <w:jc w:val="right"/>
      </w:pPr>
      <w:r>
        <w:t>۔ سو مور امپورٹنٹ از تھنگ از ناٹ</w:t>
      </w:r>
    </w:p>
    <w:p>
      <w:r>
        <w:rPr>
          <w:b/>
        </w:rPr>
        <w:t xml:space="preserve">[08:14] </w:t>
      </w:r>
      <w:r>
        <w:t>workplace, but more important is to inculcate spirit of work among them. here i would like to give an example, a historical example.</w:t>
      </w:r>
    </w:p>
    <w:p>
      <w:pPr>
        <w:jc w:val="right"/>
      </w:pPr>
      <w:r>
        <w:t>ورک پلیس، بٹ مور امپورٹنٹ از ٹو انکلکیٹ اسپرٹ آف ورک امنگ دیم۔ ہیر آئی وڈ لائک ٹو گیو ان ایگزامپل، ا ہسٹاریکل ایگزامپل۔</w:t>
      </w:r>
    </w:p>
    <w:p>
      <w:r>
        <w:rPr>
          <w:b/>
        </w:rPr>
        <w:t xml:space="preserve">[08:29] </w:t>
      </w:r>
      <w:r>
        <w:t>you know, in america, there was a great scientist. his name is thomas alva edison.</w:t>
      </w:r>
    </w:p>
    <w:p>
      <w:pPr>
        <w:jc w:val="right"/>
      </w:pPr>
      <w:r>
        <w:t>یو نو، ان امریکہ، دیر واز ا گریٹ سائنٹسٹ۔ ہز نیم از تھامس الوا ایڈیسن۔</w:t>
      </w:r>
    </w:p>
    <w:p>
      <w:r>
        <w:rPr>
          <w:b/>
        </w:rPr>
        <w:t xml:space="preserve">[08:38] </w:t>
      </w:r>
      <w:r>
        <w:t>he died in 1931. it is well known that thomas alva edison was</w:t>
      </w:r>
    </w:p>
    <w:p>
      <w:pPr>
        <w:jc w:val="right"/>
      </w:pPr>
      <w:r>
        <w:t>ہی ڈائیڈ ان 1931۔ اٹ از ویل نون دیٹ تھامس الوا ایڈیسن واز</w:t>
      </w:r>
    </w:p>
    <w:p>
      <w:r>
        <w:rPr>
          <w:b/>
        </w:rPr>
        <w:t xml:space="preserve">[08:56] </w:t>
      </w:r>
      <w:r>
        <w:t>failure in education.</w:t>
      </w:r>
    </w:p>
    <w:p>
      <w:pPr>
        <w:jc w:val="right"/>
      </w:pPr>
      <w:r>
        <w:t>فیلیر ان ایجوکیشن۔</w:t>
      </w:r>
    </w:p>
    <w:p>
      <w:r>
        <w:rPr>
          <w:b/>
        </w:rPr>
        <w:t xml:space="preserve">[09:02] </w:t>
      </w:r>
      <w:r>
        <w:t>he failed to complete his schooling because his teacher found him retarded.</w:t>
      </w:r>
    </w:p>
    <w:p>
      <w:pPr>
        <w:jc w:val="right"/>
      </w:pPr>
      <w:r>
        <w:t>ہی فیلڈ ٹو کمپلیٹ ہز سکولنگ بیکاز ہز ٹیچر فاؤنڈ ہم ریٹارڈڈ۔</w:t>
      </w:r>
    </w:p>
    <w:p>
      <w:r>
        <w:rPr>
          <w:b/>
        </w:rPr>
        <w:t xml:space="preserve">[09:13] </w:t>
      </w:r>
      <w:r>
        <w:t>the teacher of thomas alva edison found him retarded</w:t>
      </w:r>
    </w:p>
    <w:p>
      <w:pPr>
        <w:jc w:val="right"/>
      </w:pPr>
      <w:r>
        <w:t>دا ٹیچر آف تھامس الوا ایڈیسن فاؤنڈ ہم ریٹارڈڈ</w:t>
      </w:r>
    </w:p>
    <w:p>
      <w:r>
        <w:rPr>
          <w:b/>
        </w:rPr>
        <w:t xml:space="preserve">[09:20] </w:t>
      </w:r>
      <w:r>
        <w:t>. so he refused to give him,</w:t>
      </w:r>
    </w:p>
    <w:p>
      <w:pPr>
        <w:jc w:val="right"/>
      </w:pPr>
      <w:r>
        <w:t>۔ سو ہی ریفیوز ٹو گیو ہم،</w:t>
      </w:r>
    </w:p>
    <w:p>
      <w:r>
        <w:rPr>
          <w:b/>
        </w:rPr>
        <w:t xml:space="preserve">[09:31] </w:t>
      </w:r>
      <w:r>
        <w:t>refused to admit him in his school.</w:t>
      </w:r>
    </w:p>
    <w:p>
      <w:pPr>
        <w:jc w:val="right"/>
      </w:pPr>
      <w:r>
        <w:t>ریفیوز ٹو ایڈمٹ ہم ان ہز سکول۔</w:t>
      </w:r>
    </w:p>
    <w:p>
      <w:r>
        <w:rPr>
          <w:b/>
        </w:rPr>
        <w:t xml:space="preserve">[09:38] </w:t>
      </w:r>
      <w:r>
        <w:t>so thomas alva edison failed to complete his schooling.</w:t>
      </w:r>
    </w:p>
    <w:p>
      <w:pPr>
        <w:jc w:val="right"/>
      </w:pPr>
      <w:r>
        <w:t>سو تھامس الوا ایڈیسن فیلڈ ٹو کمپلیٹ ہز سکولنگ۔</w:t>
      </w:r>
    </w:p>
    <w:p>
      <w:r>
        <w:rPr>
          <w:b/>
        </w:rPr>
        <w:t xml:space="preserve">[09:48] </w:t>
      </w:r>
      <w:r>
        <w:t>in this sense, he was an educated person.</w:t>
      </w:r>
    </w:p>
    <w:p>
      <w:pPr>
        <w:jc w:val="right"/>
      </w:pPr>
      <w:r>
        <w:t>ان دس سینس، ہی واز ان ایجوکیٹڈ پرسن۔</w:t>
      </w:r>
    </w:p>
    <w:p>
      <w:r>
        <w:rPr>
          <w:b/>
        </w:rPr>
        <w:t xml:space="preserve">[09:57] </w:t>
      </w:r>
      <w:r>
        <w:t>then what happened? the mother of edison, her name was nancy,</w:t>
      </w:r>
    </w:p>
    <w:p>
      <w:pPr>
        <w:jc w:val="right"/>
      </w:pPr>
      <w:r>
        <w:t>دین واٹ ہیپن؟ دا مدر آف ایڈیسن، ہر نیم واز نینسی،</w:t>
      </w:r>
    </w:p>
    <w:p>
      <w:r>
        <w:rPr>
          <w:b/>
        </w:rPr>
        <w:t xml:space="preserve">[10:11] </w:t>
      </w:r>
      <w:r>
        <w:t>took the charge. she decided to teach her son.</w:t>
      </w:r>
    </w:p>
    <w:p>
      <w:pPr>
        <w:jc w:val="right"/>
      </w:pPr>
      <w:r>
        <w:t>ٹوک دا چارج۔ شی ڈیسائیڈڈ ٹو ٹیچ ہر سن۔</w:t>
      </w:r>
    </w:p>
    <w:p>
      <w:r>
        <w:rPr>
          <w:b/>
        </w:rPr>
        <w:t xml:space="preserve">[10:23] </w:t>
      </w:r>
      <w:r>
        <w:t>nancy inculcated</w:t>
      </w:r>
    </w:p>
    <w:p>
      <w:pPr>
        <w:jc w:val="right"/>
      </w:pPr>
      <w:r>
        <w:t>نینسی انکلکیٹڈ</w:t>
      </w:r>
    </w:p>
    <w:p>
      <w:r>
        <w:rPr>
          <w:b/>
        </w:rPr>
        <w:t xml:space="preserve">[10:28] </w:t>
      </w:r>
      <w:r>
        <w:t>the spirit of work</w:t>
      </w:r>
    </w:p>
    <w:p>
      <w:pPr>
        <w:jc w:val="right"/>
      </w:pPr>
      <w:r>
        <w:t>دا اسپرٹ آف ورک</w:t>
      </w:r>
    </w:p>
    <w:p>
      <w:r>
        <w:rPr>
          <w:b/>
        </w:rPr>
        <w:t xml:space="preserve">[10:32] </w:t>
      </w:r>
      <w:r>
        <w:t>in them, in Edison. Word, it was a feeling, a feeling of self-confidence.</w:t>
      </w:r>
    </w:p>
    <w:p>
      <w:pPr>
        <w:jc w:val="right"/>
      </w:pPr>
      <w:r>
        <w:t>ان دی، ان ایڈیسن ورڈ، اٹ واز ان فیلنگ، ان فیلنگ سیلف کانفیڈنس۔</w:t>
      </w:r>
    </w:p>
    <w:p>
      <w:r>
        <w:rPr>
          <w:b/>
        </w:rPr>
        <w:t xml:space="preserve">[10:46] </w:t>
      </w:r>
      <w:r>
        <w:t>an feeling self confidence.</w:t>
      </w:r>
    </w:p>
    <w:p>
      <w:pPr>
        <w:jc w:val="right"/>
      </w:pPr>
      <w:r>
        <w:t>ان فیلنگ سیلف کانفیڈنس۔</w:t>
      </w:r>
    </w:p>
    <w:p>
      <w:r>
        <w:rPr>
          <w:b/>
        </w:rPr>
        <w:t xml:space="preserve">[10:50] </w:t>
      </w:r>
      <w:r>
        <w:t>so nancy,</w:t>
      </w:r>
    </w:p>
    <w:p>
      <w:pPr>
        <w:jc w:val="right"/>
      </w:pPr>
      <w:r>
        <w:t>سو نینسی،</w:t>
      </w:r>
    </w:p>
    <w:p>
      <w:r>
        <w:rPr>
          <w:b/>
        </w:rPr>
        <w:t xml:space="preserve">[10:59] </w:t>
      </w:r>
      <w:r>
        <w:t>nancy incalckated the spirit of self confidence in her son.</w:t>
      </w:r>
    </w:p>
    <w:p>
      <w:pPr>
        <w:jc w:val="right"/>
      </w:pPr>
      <w:r>
        <w:t>نینسی انکلکیٹڈ دا اسپرٹ آف سیلف کانفیڈنس ان ہر سن۔</w:t>
      </w:r>
    </w:p>
    <w:p>
      <w:r>
        <w:rPr>
          <w:b/>
        </w:rPr>
        <w:t xml:space="preserve">[11:12] </w:t>
      </w:r>
      <w:r>
        <w:t>Aldous Addison failed to find admission in school, but her mother successfully established her home as a school.</w:t>
      </w:r>
    </w:p>
    <w:p>
      <w:pPr>
        <w:jc w:val="right"/>
      </w:pPr>
      <w:r>
        <w:t>الدو ایڈیسن فیلڈ ٹو فائنڈ ایڈمیشن ان سکول، بٹ ہر مدر سکسیس فلی اسٹیبلش ہر ہوم ایز ا سکول۔</w:t>
      </w:r>
    </w:p>
    <w:p>
      <w:r>
        <w:rPr>
          <w:b/>
        </w:rPr>
        <w:t xml:space="preserve">[11:31] </w:t>
      </w:r>
      <w:r>
        <w:t>and after great labor, Edison emerged as a greatest, one of the greatest scientist.</w:t>
      </w:r>
    </w:p>
    <w:p>
      <w:pPr>
        <w:jc w:val="right"/>
      </w:pPr>
      <w:r>
        <w:t>اینڈ افٹر گریٹ لیبر، ایڈیسن ایمرج ایز ا گریٹسٹ، ون آف دا گریٹسٹ سائنٹسٹ۔</w:t>
      </w:r>
    </w:p>
    <w:p>
      <w:r>
        <w:rPr>
          <w:b/>
        </w:rPr>
        <w:t xml:space="preserve">[11:44] </w:t>
      </w:r>
      <w:r>
        <w:t>he was able to invent more than one thousand items in electronics, in electricity, in telephone.</w:t>
      </w:r>
    </w:p>
    <w:p>
      <w:pPr>
        <w:jc w:val="right"/>
      </w:pPr>
      <w:r>
        <w:t>ہی واز ایبل ٹو انوینٹ مور دین ون تھا آئٹمز ان الیکٹرانکس، ان الیکٹریسٹی، ان ٹیلی فون۔</w:t>
      </w:r>
    </w:p>
    <w:p>
      <w:r>
        <w:rPr>
          <w:b/>
        </w:rPr>
        <w:t xml:space="preserve">[11:57] </w:t>
      </w:r>
      <w:r>
        <w:t>Edison was able to invent more than one thousand items in electronics, in electricity, in telephone, in communication.</w:t>
      </w:r>
    </w:p>
    <w:p>
      <w:pPr>
        <w:jc w:val="right"/>
      </w:pPr>
      <w:r>
        <w:t>ایڈیسن واز ایبل ٹو انوینٹ مور دین ون تھا آئٹمز ان الیکٹرانکس، ان الیکٹریسٹی، ان ٹیلی فون، ان کمیونیکیشن۔</w:t>
      </w:r>
    </w:p>
    <w:p>
      <w:r>
        <w:rPr>
          <w:b/>
        </w:rPr>
        <w:t xml:space="preserve">[12:14] </w:t>
      </w:r>
      <w:r>
        <w:t>so work place is not important. most important thing is spirit to work, will to work.</w:t>
      </w:r>
    </w:p>
    <w:p>
      <w:pPr>
        <w:jc w:val="right"/>
      </w:pPr>
      <w:r>
        <w:t>سو ورک پلیس از ناٹ امپورٹنٹ۔ موسٹ امپورٹنٹ تھنگ از اسپرٹ ٹو ورک، ول ٹو ورک۔</w:t>
      </w:r>
    </w:p>
    <w:p>
      <w:r>
        <w:rPr>
          <w:b/>
        </w:rPr>
        <w:t xml:space="preserve">[12:31] </w:t>
      </w:r>
      <w:r>
        <w:t>so nancy, the mother of addison, establish a school at her home</w:t>
      </w:r>
    </w:p>
    <w:p>
      <w:pPr>
        <w:jc w:val="right"/>
      </w:pPr>
      <w:r>
        <w:t>سو نینسی، دا مدر آف ایڈیسن، اسٹیبلش ا سکول ایٹ ہر ہوم</w:t>
      </w:r>
    </w:p>
    <w:p>
      <w:r>
        <w:rPr>
          <w:b/>
        </w:rPr>
        <w:t xml:space="preserve">[12:43] </w:t>
      </w:r>
      <w:r>
        <w:t>. her home became a school. and she educated her son. she incalckated the spirit of work in her son.</w:t>
      </w:r>
    </w:p>
    <w:p>
      <w:pPr>
        <w:jc w:val="right"/>
      </w:pPr>
      <w:r>
        <w:t>۔ ہر ہوم بیکم ا سکول۔ اینڈ شی ایجوکیٹڈ ہر سن۔ شی انکلکیٹڈ دا اسپرٹ آف ورک ان ہر سن۔</w:t>
      </w:r>
    </w:p>
    <w:p>
      <w:r>
        <w:rPr>
          <w:b/>
        </w:rPr>
        <w:t xml:space="preserve">[12:54] </w:t>
      </w:r>
      <w:r>
        <w:t>and the result was breakless. the result was breakless. so it is not work place that is important.</w:t>
      </w:r>
    </w:p>
    <w:p>
      <w:pPr>
        <w:jc w:val="right"/>
      </w:pPr>
      <w:r>
        <w:t>اینڈ دا رزلٹ واز بریکلس۔ دا رزلٹ واز بریکلس۔ سو اٹ از ناٹ ورک پلیس دیٹ از امپورٹنٹ۔</w:t>
      </w:r>
    </w:p>
    <w:p>
      <w:r>
        <w:rPr>
          <w:b/>
        </w:rPr>
        <w:t xml:space="preserve">[13:04] </w:t>
      </w:r>
      <w:r>
        <w:t>it is the most important thing is spirit of work.</w:t>
      </w:r>
    </w:p>
    <w:p>
      <w:pPr>
        <w:jc w:val="right"/>
      </w:pPr>
      <w:r>
        <w:t>اٹ از دا موسٹ امپورٹنٹ تھنگ از اسپرٹ آف ورک۔</w:t>
      </w:r>
    </w:p>
    <w:p>
      <w:r>
        <w:rPr>
          <w:b/>
        </w:rPr>
        <w:t xml:space="preserve">[13:15] </w:t>
      </w:r>
      <w:r>
        <w:t>spirit of work, will to work. so we have to incalckate this spirit among all men, as well as among women, both.</w:t>
      </w:r>
    </w:p>
    <w:p>
      <w:pPr>
        <w:jc w:val="right"/>
      </w:pPr>
      <w:r>
        <w:t>اسپرٹ آف ورک، ول ٹو ورک۔ سو وی ہیو ٹو انکلکیٹ دس اسپرٹ امنگ ال مین، ایز ویل ایز امنگ وومن، بوتھ۔</w:t>
      </w:r>
    </w:p>
    <w:p>
      <w:r>
        <w:rPr>
          <w:b/>
        </w:rPr>
        <w:t xml:space="preserve">[13:35] </w:t>
      </w:r>
      <w:r>
        <w:t>then there is a very, there is a well known example, historical example in islamic history, that is aisha.</w:t>
      </w:r>
    </w:p>
    <w:p>
      <w:pPr>
        <w:jc w:val="right"/>
      </w:pPr>
      <w:r>
        <w:t>دین دیر از ا ویری، دیر از ا ویل نون ایگزامپل، ہسٹاریکل ایگزامپل ان اسلامک ہسٹری، دیٹ از عائشہ۔</w:t>
      </w:r>
    </w:p>
    <w:p>
      <w:r>
        <w:rPr>
          <w:b/>
        </w:rPr>
        <w:t xml:space="preserve">[13:51] </w:t>
      </w:r>
      <w:r>
        <w:t>aisha was wife of the prophet.</w:t>
      </w:r>
    </w:p>
    <w:p>
      <w:pPr>
        <w:jc w:val="right"/>
      </w:pPr>
      <w:r>
        <w:t>عائشہ واز وائف آف دا پرافٹ۔</w:t>
      </w:r>
    </w:p>
    <w:p>
      <w:r>
        <w:rPr>
          <w:b/>
        </w:rPr>
        <w:t xml:space="preserve">[13:59] </w:t>
      </w:r>
      <w:r>
        <w:t>and</w:t>
      </w:r>
    </w:p>
    <w:p>
      <w:pPr>
        <w:jc w:val="right"/>
      </w:pPr>
      <w:r>
        <w:t>اینڈ</w:t>
      </w:r>
    </w:p>
    <w:p>
      <w:r>
        <w:rPr>
          <w:b/>
        </w:rPr>
        <w:t xml:space="preserve">[14:03] </w:t>
      </w:r>
      <w:r>
        <w:t>she lived as a house wife. at the time, there war no schools, and no colleges, no university.</w:t>
      </w:r>
    </w:p>
    <w:p>
      <w:pPr>
        <w:jc w:val="right"/>
      </w:pPr>
      <w:r>
        <w:t>شی لیوڈ ایز ا ہاؤس وائف۔ ایٹ دا ٹائم، دیر وار نو اسکولز، اینڈ نو کالجز، نو یونیورسٹی۔</w:t>
      </w:r>
    </w:p>
    <w:p>
      <w:r>
        <w:rPr>
          <w:b/>
        </w:rPr>
        <w:t xml:space="preserve">[14:15] </w:t>
      </w:r>
      <w:r>
        <w:t>. her home was her school</w:t>
      </w:r>
    </w:p>
    <w:p>
      <w:pPr>
        <w:jc w:val="right"/>
      </w:pPr>
      <w:r>
        <w:t>سو ہر ہوم واز ہر سکول</w:t>
      </w:r>
    </w:p>
    <w:p>
      <w:r>
        <w:rPr>
          <w:b/>
        </w:rPr>
        <w:t xml:space="preserve">[14:21] </w:t>
      </w:r>
      <w:r>
        <w:t>. the prophet tried to incalckate in her the spirit of work.</w:t>
      </w:r>
    </w:p>
    <w:p>
      <w:pPr>
        <w:jc w:val="right"/>
      </w:pPr>
      <w:r>
        <w:t>۔ دا پرافٹ ٹرائی ٹو انکلکیٹ ان ہر دا اسپرٹ آف ورک۔</w:t>
      </w:r>
    </w:p>
    <w:p>
      <w:r>
        <w:rPr>
          <w:b/>
        </w:rPr>
        <w:t xml:space="preserve">[14:30] </w:t>
      </w:r>
      <w:r>
        <w:t>and you know,</w:t>
      </w:r>
    </w:p>
    <w:p>
      <w:pPr>
        <w:jc w:val="right"/>
      </w:pPr>
      <w:r>
        <w:t>اینڈ یو نو،</w:t>
      </w:r>
    </w:p>
    <w:p>
      <w:r>
        <w:rPr>
          <w:b/>
        </w:rPr>
        <w:t xml:space="preserve">[14:36] </w:t>
      </w:r>
      <w:r>
        <w:t>the history of islam tells us that aisha was the wisest person among all the companions.</w:t>
      </w:r>
    </w:p>
    <w:p>
      <w:pPr>
        <w:jc w:val="right"/>
      </w:pPr>
      <w:r>
        <w:t>دا ہسٹری آف اسلام ٹیلز اس دیٹ عائشہ واز دا وائزسٹ پرسن امنگ ال دا کمپینینز۔</w:t>
      </w:r>
    </w:p>
    <w:p>
      <w:r>
        <w:rPr>
          <w:b/>
        </w:rPr>
        <w:t xml:space="preserve">[14:49] </w:t>
      </w:r>
      <w:r>
        <w:t>aisha was able to serve up to near about fifty years.</w:t>
      </w:r>
    </w:p>
    <w:p>
      <w:pPr>
        <w:jc w:val="right"/>
      </w:pPr>
      <w:r>
        <w:t>عائشہ واز ایبل ٹو سر اپ ٹو نیر اباؤٹ ففٹی ایئرز۔</w:t>
      </w:r>
    </w:p>
    <w:p>
      <w:r>
        <w:rPr>
          <w:b/>
        </w:rPr>
        <w:t xml:space="preserve">[15:01] </w:t>
      </w:r>
      <w:r>
        <w:t>she</w:t>
      </w:r>
    </w:p>
    <w:p>
      <w:pPr>
        <w:jc w:val="right"/>
      </w:pPr>
      <w:r>
        <w:t>شی</w:t>
      </w:r>
    </w:p>
    <w:p>
      <w:r>
        <w:rPr>
          <w:b/>
        </w:rPr>
        <w:t xml:space="preserve">[15:04] </w:t>
      </w:r>
      <w:r>
        <w:t>was able to produce a generation, aldo she was staying at her home, but she was able to do a great job, universal job.</w:t>
      </w:r>
    </w:p>
    <w:p>
      <w:pPr>
        <w:jc w:val="right"/>
      </w:pPr>
      <w:r>
        <w:t>واز ایبل ٹو پروڈیوس ا جنریشن، الدو شی واز سٹےنگ ایٹ ہر ہوم، بٹ شی واز ایبل ٹو ڈو ا گریٹ جاب، یونیورسل جاب۔</w:t>
      </w:r>
    </w:p>
    <w:p>
      <w:r>
        <w:rPr>
          <w:b/>
        </w:rPr>
        <w:t xml:space="preserve">[15:23] </w:t>
      </w:r>
      <w:r>
        <w:t>any one can read her seerah, for example seerat aisha, compile by syed sulaiman nadvi.</w:t>
      </w:r>
    </w:p>
    <w:p>
      <w:pPr>
        <w:jc w:val="right"/>
      </w:pPr>
      <w:r>
        <w:t>اینی ون کین ریڈ ہر سیرہ، فار ایگزامپل سیرت عائشہ، کمپائل بائی سید سلیمان ندوی۔</w:t>
      </w:r>
    </w:p>
    <w:p>
      <w:r>
        <w:rPr>
          <w:b/>
        </w:rPr>
        <w:t xml:space="preserve">[15:37] </w:t>
      </w:r>
      <w:r>
        <w:t>also, i have give the detail of her services in my book, aurat memar insaniyat, women the builder of humanity.</w:t>
      </w:r>
    </w:p>
    <w:p>
      <w:pPr>
        <w:jc w:val="right"/>
      </w:pPr>
      <w:r>
        <w:t>السو، آئی ہیو گیو دا ڈیٹیل آف ہر سروسز ان مائی بک، عورت معمار انسانیت، وومن دا بلڈر آف ہیومینٹی۔</w:t>
      </w:r>
    </w:p>
    <w:p>
      <w:r>
        <w:rPr>
          <w:b/>
        </w:rPr>
        <w:t xml:space="preserve">[15:53] </w:t>
      </w:r>
      <w:r>
        <w:t>so i can say that</w:t>
      </w:r>
    </w:p>
    <w:p>
      <w:pPr>
        <w:jc w:val="right"/>
      </w:pPr>
      <w:r>
        <w:t>سو آئی کین سے دیٹ</w:t>
      </w:r>
    </w:p>
    <w:p>
      <w:r>
        <w:rPr>
          <w:b/>
        </w:rPr>
        <w:t xml:space="preserve">[15:58] </w:t>
      </w:r>
      <w:r>
        <w:t>all these obsessions are simply are baseless. People are trying to give women same, to put women in the same work, work, work, same workplace.</w:t>
      </w:r>
    </w:p>
    <w:p>
      <w:pPr>
        <w:jc w:val="right"/>
      </w:pPr>
      <w:r>
        <w:t>ال دیز ابسیشنز ار سمپلی ار بیسلیس۔ پیپل ار ٹرائینگ ٹو گیو وومن سیم، ٹو پٹ وومن ان دا سیم ورک، ورک، ورک، سیم ورک پلیس۔</w:t>
      </w:r>
    </w:p>
    <w:p>
      <w:r>
        <w:rPr>
          <w:b/>
        </w:rPr>
        <w:t xml:space="preserve">[16:16] </w:t>
      </w:r>
      <w:r>
        <w:t>this is not, this is not important</w:t>
      </w:r>
    </w:p>
    <w:p>
      <w:pPr>
        <w:jc w:val="right"/>
      </w:pPr>
      <w:r>
        <w:t>دس از ناٹ، دس از ناٹ امپورٹنٹ</w:t>
      </w:r>
    </w:p>
    <w:p>
      <w:r>
        <w:rPr>
          <w:b/>
        </w:rPr>
        <w:t xml:space="preserve">[16:20] </w:t>
      </w:r>
      <w:r>
        <w:t>. the most important thing is to inculcate the spirit of work, the will to work.</w:t>
      </w:r>
    </w:p>
    <w:p>
      <w:pPr>
        <w:jc w:val="right"/>
      </w:pPr>
      <w:r>
        <w:t>۔ دا موسٹ امپورٹنٹ تھنگ از ٹو انکلکیٹ دا اسپرٹ آف ورک، دا ول ٹو ورک۔</w:t>
      </w:r>
    </w:p>
    <w:p>
      <w:r>
        <w:rPr>
          <w:b/>
        </w:rPr>
        <w:t xml:space="preserve">[16:34] </w:t>
      </w:r>
      <w:r>
        <w:t>there are thousand and thousand women are men, both who were who failed to</w:t>
      </w:r>
    </w:p>
    <w:p>
      <w:pPr>
        <w:jc w:val="right"/>
      </w:pPr>
      <w:r>
        <w:t>دیر ار تھا اینڈ تھا وومن ار مین، بوتھ ہو ویر ہو فیلڈ ٹو</w:t>
      </w:r>
    </w:p>
    <w:p>
      <w:r>
        <w:rPr>
          <w:b/>
        </w:rPr>
        <w:t xml:space="preserve">[16:47] </w:t>
      </w:r>
      <w:r>
        <w:t>to find high education. they were born in poor family, but after labor, after struggle, they became great people.</w:t>
      </w:r>
    </w:p>
    <w:p>
      <w:pPr>
        <w:jc w:val="right"/>
      </w:pPr>
      <w:r>
        <w:t>ٹو فائنڈ ہائی ایجوکیشن۔ دے وار بورن ان پور فیملی، بٹ افٹر لیبر، افٹر سٹرگل، دے بیکم گریٹ پیپل۔</w:t>
      </w:r>
    </w:p>
    <w:p>
      <w:r>
        <w:rPr>
          <w:b/>
        </w:rPr>
        <w:t xml:space="preserve">[17:04] </w:t>
      </w:r>
      <w:r>
        <w:t>so</w:t>
      </w:r>
    </w:p>
    <w:p>
      <w:pPr>
        <w:jc w:val="right"/>
      </w:pPr>
      <w:r>
        <w:t>سو</w:t>
      </w:r>
    </w:p>
    <w:p>
      <w:r>
        <w:rPr>
          <w:b/>
        </w:rPr>
        <w:t xml:space="preserve">[17:08] </w:t>
      </w:r>
      <w:r>
        <w:t>this is the, so the most important thing in life is intellectual development.</w:t>
      </w:r>
    </w:p>
    <w:p>
      <w:pPr>
        <w:jc w:val="right"/>
      </w:pPr>
      <w:r>
        <w:t>دس از دا، سو دا موسٹ امپورٹنٹ تھنگ ان لائف از انٹلیکچول ڈیولپمنٹ۔</w:t>
      </w:r>
    </w:p>
    <w:p>
      <w:r>
        <w:rPr>
          <w:b/>
        </w:rPr>
        <w:t xml:space="preserve">[17:24] </w:t>
      </w:r>
      <w:r>
        <w:t>these feminist always talk about gender equality</w:t>
      </w:r>
    </w:p>
    <w:p>
      <w:pPr>
        <w:jc w:val="right"/>
      </w:pPr>
      <w:r>
        <w:t>دیز فیمینسٹ الویز ٹاک اباؤٹ جینڈر ایکولٹی</w:t>
      </w:r>
    </w:p>
    <w:p>
      <w:r>
        <w:rPr>
          <w:b/>
        </w:rPr>
        <w:t xml:space="preserve">[17:31] </w:t>
      </w:r>
      <w:r>
        <w:t>. i think that most important thing is gender enlightenment, gender awakening.</w:t>
      </w:r>
    </w:p>
    <w:p>
      <w:pPr>
        <w:jc w:val="right"/>
      </w:pPr>
      <w:r>
        <w:t>۔ آئی تھنک دیٹ موسٹ امپورٹنٹ تھنگ از جینڈر انلائٹنمنٹ، جینڈر اویکننگ۔</w:t>
      </w:r>
    </w:p>
    <w:p>
      <w:r>
        <w:rPr>
          <w:b/>
        </w:rPr>
        <w:t xml:space="preserve">[17:42] </w:t>
      </w:r>
      <w:r>
        <w:t>most important thing is gender awakening, gender intl enlightenment, the education.</w:t>
      </w:r>
    </w:p>
    <w:p>
      <w:pPr>
        <w:jc w:val="right"/>
      </w:pPr>
      <w:r>
        <w:t>موسٹ امپورٹنٹ تھنگ از جینڈر اویکننگ، جینڈر انٹل انلائٹنمنٹ، دا ایجوکیشن۔</w:t>
      </w:r>
    </w:p>
    <w:p>
      <w:r>
        <w:rPr>
          <w:b/>
        </w:rPr>
        <w:t xml:space="preserve">[17:58] </w:t>
      </w:r>
      <w:r>
        <w:t>equality is a relative term. equality is a relative term. in life, there is no equality.</w:t>
      </w:r>
    </w:p>
    <w:p>
      <w:pPr>
        <w:jc w:val="right"/>
      </w:pPr>
      <w:r>
        <w:t>ایکولٹی از ا ریلیٹو ٹرم۔ ایکولٹی از ا ریلیٹو ٹرم۔ ان لائف، دیر از نو ایکولٹی۔</w:t>
      </w:r>
    </w:p>
    <w:p>
      <w:r>
        <w:rPr>
          <w:b/>
        </w:rPr>
        <w:t xml:space="preserve">[18:11] </w:t>
      </w:r>
      <w:r>
        <w:t>one philosopher has rightly said that nature abhors uniformity.</w:t>
      </w:r>
    </w:p>
    <w:p>
      <w:pPr>
        <w:jc w:val="right"/>
      </w:pPr>
      <w:r>
        <w:t>ون فلاسفر ہیز رائٹلی سیڈ دیٹ نیچر ابورڈز یونیفارمیٹی۔</w:t>
      </w:r>
    </w:p>
    <w:p>
      <w:r>
        <w:rPr>
          <w:b/>
        </w:rPr>
        <w:t xml:space="preserve">[18:22] </w:t>
      </w:r>
      <w:r>
        <w:t>nature abhors uniformity.</w:t>
      </w:r>
    </w:p>
    <w:p>
      <w:pPr>
        <w:jc w:val="right"/>
      </w:pPr>
      <w:r>
        <w:t>نیچر ابورڈز یونیفارمیٹی۔</w:t>
      </w:r>
    </w:p>
    <w:p>
      <w:r>
        <w:rPr>
          <w:b/>
        </w:rPr>
        <w:t xml:space="preserve">[18:26] </w:t>
      </w:r>
      <w:r>
        <w:t>when in nature, there is no equality, how you can establish equality in the life? per in fact, in nature, there is inequality.</w:t>
      </w:r>
    </w:p>
    <w:p>
      <w:pPr>
        <w:jc w:val="right"/>
      </w:pPr>
      <w:r>
        <w:t>وین ان نیچر، دیر از نو ایکولٹی، ہاؤ یو کین اسٹیبلش ایکولٹی ان دا لائف؟ پر ان فیکٹ، ان نیچر، دیر از ان ایکولٹی۔</w:t>
      </w:r>
    </w:p>
    <w:p>
      <w:r>
        <w:rPr>
          <w:b/>
        </w:rPr>
        <w:t xml:space="preserve">[18:45] </w:t>
      </w:r>
      <w:r>
        <w:t>here i would like to say that difference is not an evil</w:t>
      </w:r>
    </w:p>
    <w:p>
      <w:pPr>
        <w:jc w:val="right"/>
      </w:pPr>
      <w:r>
        <w:t>ہیر آئی وڈ لائک ٹو سی دیٹ ڈیفرنس از ناٹ این ایول</w:t>
      </w:r>
    </w:p>
    <w:p>
      <w:r>
        <w:rPr>
          <w:b/>
        </w:rPr>
        <w:t xml:space="preserve">[18:53] </w:t>
      </w:r>
      <w:r>
        <w:t>. difference is, difference is very important because it is difference that creates challenges, competition.</w:t>
      </w:r>
    </w:p>
    <w:p>
      <w:pPr>
        <w:jc w:val="right"/>
      </w:pPr>
      <w:r>
        <w:t>۔ ڈیفرنس از، ڈیفرنس از ویری امپورٹنٹ بیکاز اٹ از ڈیفرنس دیٹ کریٹس چیلنجز، کمپیٹیشن۔</w:t>
      </w:r>
    </w:p>
    <w:p>
      <w:r>
        <w:rPr>
          <w:b/>
        </w:rPr>
        <w:t xml:space="preserve">[19:09] </w:t>
      </w:r>
      <w:r>
        <w:t>and it is competition and challenge through which</w:t>
      </w:r>
    </w:p>
    <w:p>
      <w:pPr>
        <w:jc w:val="right"/>
      </w:pPr>
      <w:r>
        <w:t>اینڈ اٹ از کمپیٹیشن اینڈ چیلنج تھرو وچ</w:t>
      </w:r>
    </w:p>
    <w:p>
      <w:r>
        <w:rPr>
          <w:b/>
        </w:rPr>
        <w:t xml:space="preserve">[19:16] </w:t>
      </w:r>
      <w:r>
        <w:t>we enjoy all those progress and development</w:t>
      </w:r>
    </w:p>
    <w:p>
      <w:pPr>
        <w:jc w:val="right"/>
      </w:pPr>
      <w:r>
        <w:t>وی انجوائے ال دوز پروگریس اینڈ ڈیولپمنٹ</w:t>
      </w:r>
    </w:p>
    <w:p>
      <w:r>
        <w:rPr>
          <w:b/>
        </w:rPr>
        <w:t xml:space="preserve">[19:22] </w:t>
      </w:r>
      <w:r>
        <w:t>. so without difference, you cannot achieve all these progress.</w:t>
      </w:r>
    </w:p>
    <w:p>
      <w:pPr>
        <w:jc w:val="right"/>
      </w:pPr>
      <w:r>
        <w:t>۔ سو وداؤٹ ڈیفرنس، یو کاناٹ اچیو ال دیز پروگریس۔</w:t>
      </w:r>
    </w:p>
    <w:p>
      <w:r>
        <w:rPr>
          <w:b/>
        </w:rPr>
        <w:t xml:space="preserve">[19:33] </w:t>
      </w:r>
      <w:r>
        <w:t>difference creates challenges, and challenge leads to</w:t>
      </w:r>
    </w:p>
    <w:p>
      <w:pPr>
        <w:jc w:val="right"/>
      </w:pPr>
      <w:r>
        <w:t>ڈیفرنس کریٹس چیلنجز، اینڈ چیلنج لیڈز ٹو</w:t>
      </w:r>
    </w:p>
    <w:p>
      <w:r>
        <w:rPr>
          <w:b/>
        </w:rPr>
        <w:t xml:space="preserve">[19:40] </w:t>
      </w:r>
      <w:r>
        <w:t>development and progress. so difference is not an evil.</w:t>
      </w:r>
    </w:p>
    <w:p>
      <w:pPr>
        <w:jc w:val="right"/>
      </w:pPr>
      <w:r>
        <w:t>ڈیولپمنٹ اینڈ پروگریس۔ سو ڈیفرنس از ناٹ این ایول۔</w:t>
      </w:r>
    </w:p>
    <w:p>
      <w:r>
        <w:rPr>
          <w:b/>
        </w:rPr>
        <w:t xml:space="preserve">[19:50] </w:t>
      </w:r>
      <w:r>
        <w:t>difference is a blessing.</w:t>
      </w:r>
    </w:p>
    <w:p>
      <w:pPr>
        <w:jc w:val="right"/>
      </w:pPr>
      <w:r>
        <w:t>ڈیفرنس از ا بلیسنگ۔</w:t>
      </w:r>
    </w:p>
    <w:p>
      <w:r>
        <w:rPr>
          <w:b/>
        </w:rPr>
        <w:t xml:space="preserve">[19:56] </w:t>
      </w:r>
      <w:r>
        <w:t>then there is a some people talk about polygamy, that in islam, there is polygamy.</w:t>
      </w:r>
    </w:p>
    <w:p>
      <w:pPr>
        <w:jc w:val="right"/>
      </w:pPr>
      <w:r>
        <w:t>دین دیر از ا سم پیپل ٹاک اباؤٹ پولیگمی، دیٹ ان اسلام، دیر از پولیگمی۔</w:t>
      </w:r>
    </w:p>
    <w:p>
      <w:r>
        <w:rPr>
          <w:b/>
        </w:rPr>
        <w:t xml:space="preserve">[20:07] </w:t>
      </w:r>
      <w:r>
        <w:t>polygamy, a man can marry four women.</w:t>
      </w:r>
    </w:p>
    <w:p>
      <w:pPr>
        <w:jc w:val="right"/>
      </w:pPr>
      <w:r>
        <w:t>پولیگمی، ا مین کین میری فور وومن۔</w:t>
      </w:r>
    </w:p>
    <w:p>
      <w:r>
        <w:rPr>
          <w:b/>
        </w:rPr>
        <w:t xml:space="preserve">[20:19] </w:t>
      </w:r>
      <w:r>
        <w:t>the it is not true picture</w:t>
      </w:r>
    </w:p>
    <w:p>
      <w:pPr>
        <w:jc w:val="right"/>
      </w:pPr>
      <w:r>
        <w:t>دا اٹ از ناٹ ٹرو پکچر</w:t>
      </w:r>
    </w:p>
    <w:p>
      <w:r>
        <w:rPr>
          <w:b/>
        </w:rPr>
        <w:t xml:space="preserve">[20:26] </w:t>
      </w:r>
      <w:r>
        <w:t>. poligami in islam is</w:t>
      </w:r>
    </w:p>
    <w:p>
      <w:pPr>
        <w:jc w:val="right"/>
      </w:pPr>
      <w:r>
        <w:t>۔ پولیگمی ان اسلام از</w:t>
      </w:r>
    </w:p>
    <w:p>
      <w:r>
        <w:rPr>
          <w:b/>
        </w:rPr>
        <w:t xml:space="preserve">[20:31] </w:t>
      </w:r>
      <w:r>
        <w:t>an exception rather than rule. in islam, poligami is an exception rather than rule.</w:t>
      </w:r>
    </w:p>
    <w:p>
      <w:pPr>
        <w:jc w:val="right"/>
      </w:pPr>
      <w:r>
        <w:t>ان ایکسیپشن رادر دین رول۔ ان اسلام، پولیگمی از ان ایکسیپشن رادر دین رول۔</w:t>
      </w:r>
    </w:p>
    <w:p>
      <w:r>
        <w:rPr>
          <w:b/>
        </w:rPr>
        <w:t xml:space="preserve">[20:41] </w:t>
      </w:r>
      <w:r>
        <w:t>it is permitted only in such situation where women are in surplus.</w:t>
      </w:r>
    </w:p>
    <w:p>
      <w:pPr>
        <w:jc w:val="right"/>
      </w:pPr>
      <w:r>
        <w:t>اٹ از پرمیٹڈ اونلی ان سچ سچویشن ویر وومن ار ان سرپلس۔</w:t>
      </w:r>
    </w:p>
    <w:p>
      <w:r>
        <w:rPr>
          <w:b/>
        </w:rPr>
        <w:t xml:space="preserve">[20:51] </w:t>
      </w:r>
      <w:r>
        <w:t>when especially after war, after war, when women are in surplus, so islam allows poligami.</w:t>
      </w:r>
    </w:p>
    <w:p>
      <w:pPr>
        <w:jc w:val="right"/>
      </w:pPr>
      <w:r>
        <w:t>وین اسپیشلی افٹر وار، افٹر وار، وین وومن ار ان سرپلس، سو اسلام الاوز پولیگمی۔</w:t>
      </w:r>
    </w:p>
    <w:p>
      <w:r>
        <w:rPr>
          <w:b/>
        </w:rPr>
        <w:t xml:space="preserve">[21:07] </w:t>
      </w:r>
      <w:r>
        <w:t>and if you see, there is no other option.</w:t>
      </w:r>
    </w:p>
    <w:p>
      <w:pPr>
        <w:jc w:val="right"/>
      </w:pPr>
      <w:r>
        <w:t>اینڈ اف یو سی، دیر از نو ادر اپشن۔</w:t>
      </w:r>
    </w:p>
    <w:p>
      <w:r>
        <w:rPr>
          <w:b/>
        </w:rPr>
        <w:t xml:space="preserve">[21:16] </w:t>
      </w:r>
      <w:r>
        <w:t>after the second world war, women became surplus in german society. so what happened?</w:t>
      </w:r>
    </w:p>
    <w:p>
      <w:pPr>
        <w:jc w:val="right"/>
      </w:pPr>
      <w:r>
        <w:t>افٹر دی سیکنڈ ورلڈ وار، وومن بیکم سرپلس ان جرمن سوسائٹی۔ سو واٹ ہیپن؟</w:t>
      </w:r>
    </w:p>
    <w:p>
      <w:r>
        <w:rPr>
          <w:b/>
        </w:rPr>
        <w:t xml:space="preserve">[21:29] </w:t>
      </w:r>
      <w:r>
        <w:t>there were men became fewer, fewer, and women became surplus in the society.</w:t>
      </w:r>
    </w:p>
    <w:p>
      <w:pPr>
        <w:jc w:val="right"/>
      </w:pPr>
      <w:r>
        <w:t>دیر ویر مین بیکم فیور، فیور، اینڈ وومن بیکم سرپلس ان دا سوسائٹی۔</w:t>
      </w:r>
    </w:p>
    <w:p>
      <w:r>
        <w:rPr>
          <w:b/>
        </w:rPr>
        <w:t xml:space="preserve">[21:44] </w:t>
      </w:r>
      <w:r>
        <w:t>so what happened?</w:t>
      </w:r>
    </w:p>
    <w:p>
      <w:pPr>
        <w:jc w:val="right"/>
      </w:pPr>
      <w:r>
        <w:t>سو واٹ ہیپن؟</w:t>
      </w:r>
    </w:p>
    <w:p>
      <w:r>
        <w:rPr>
          <w:b/>
        </w:rPr>
        <w:t xml:space="preserve">[21:46] </w:t>
      </w:r>
      <w:r>
        <w:t>women failed to find a pair, a spouse. so in german cities, people saw this kind of board before</w:t>
      </w:r>
    </w:p>
    <w:p>
      <w:pPr>
        <w:jc w:val="right"/>
      </w:pPr>
      <w:r>
        <w:t>وومن فیلڈ ٹو فائنڈ ا پیئر، ا سپاؤس۔ سو ان جرمن سٹیز، پیپل سا دس کائنڈ اف بورڈ بیفور</w:t>
      </w:r>
    </w:p>
    <w:p>
      <w:r>
        <w:rPr>
          <w:b/>
        </w:rPr>
        <w:t xml:space="preserve">[22:03] </w:t>
      </w:r>
      <w:r>
        <w:t>the houses. wanted an evening guest.</w:t>
      </w:r>
    </w:p>
    <w:p>
      <w:pPr>
        <w:jc w:val="right"/>
      </w:pPr>
      <w:r>
        <w:t>دی ہاؤسز۔ وانٹڈ این ایوننگ گیسٹ۔</w:t>
      </w:r>
    </w:p>
    <w:p>
      <w:r>
        <w:rPr>
          <w:b/>
        </w:rPr>
        <w:t xml:space="preserve">[22:11] </w:t>
      </w:r>
      <w:r>
        <w:t>wanted an</w:t>
      </w:r>
    </w:p>
    <w:p>
      <w:pPr>
        <w:jc w:val="right"/>
      </w:pPr>
      <w:r>
        <w:t>وانٹڈ این</w:t>
      </w:r>
    </w:p>
    <w:p>
      <w:r>
        <w:rPr>
          <w:b/>
        </w:rPr>
        <w:t xml:space="preserve">[22:13] </w:t>
      </w:r>
      <w:r>
        <w:t>evening guest. it means that at the time, german found the solution in sexual anarchy.</w:t>
      </w:r>
    </w:p>
    <w:p>
      <w:pPr>
        <w:jc w:val="right"/>
      </w:pPr>
      <w:r>
        <w:t>ایوننگ گیسٹ۔ اٹ مینز دیٹ ایٹ دا ٹائم، جرمن فاؤنڈ دا سولیوشن ان سیکشول انارکی۔</w:t>
      </w:r>
    </w:p>
    <w:p>
      <w:r>
        <w:rPr>
          <w:b/>
        </w:rPr>
        <w:t xml:space="preserve">[22:25] </w:t>
      </w:r>
      <w:r>
        <w:t>it is sexual anarchy, clearly. so in such a situation, when women are in surplus, there are two options: poligami or sexual anarchy.</w:t>
      </w:r>
    </w:p>
    <w:p>
      <w:pPr>
        <w:jc w:val="right"/>
      </w:pPr>
      <w:r>
        <w:t>اٹ از سیکشول انارکی، کلیئرلی۔ سو ان سچ ا سچویشن، وین وومن ار ان سرپلس، دیر ار ٹو اپشنز: پولیگمی اور سیکشول انارکی۔</w:t>
      </w:r>
    </w:p>
    <w:p>
      <w:r>
        <w:rPr>
          <w:b/>
        </w:rPr>
        <w:t xml:space="preserve">[22:40] </w:t>
      </w:r>
      <w:r>
        <w:t>islam opts for poligami in such a situation.</w:t>
      </w:r>
    </w:p>
    <w:p>
      <w:pPr>
        <w:jc w:val="right"/>
      </w:pPr>
      <w:r>
        <w:t>اسلام اپس فار پولیگمی ان سچ ا سچویشن۔</w:t>
      </w:r>
    </w:p>
    <w:p>
      <w:r>
        <w:rPr>
          <w:b/>
        </w:rPr>
        <w:t xml:space="preserve">[22:48] </w:t>
      </w:r>
      <w:r>
        <w:t>and other people opts for</w:t>
      </w:r>
    </w:p>
    <w:p>
      <w:pPr>
        <w:jc w:val="right"/>
      </w:pPr>
      <w:r>
        <w:t>اینڈ ادر پیپل اپس فار</w:t>
      </w:r>
    </w:p>
    <w:p>
      <w:r>
        <w:rPr>
          <w:b/>
        </w:rPr>
        <w:t xml:space="preserve">[22:53] </w:t>
      </w:r>
      <w:r>
        <w:t>sexual anarchy. and i think that in such a situation, poligami is a better option, a better choice.</w:t>
      </w:r>
    </w:p>
    <w:p>
      <w:pPr>
        <w:jc w:val="right"/>
      </w:pPr>
      <w:r>
        <w:t>سیکشول انارکی۔ اینڈ آئی تھنک دیٹ ان سچ ا سچویشن، پولیگمی از ا بٹر اپشن، ا بٹر چوائس۔</w:t>
      </w:r>
    </w:p>
    <w:p>
      <w:r>
        <w:rPr>
          <w:b/>
        </w:rPr>
        <w:t xml:space="preserve">[23:12] </w:t>
      </w:r>
      <w:r>
        <w:t>then there is a question of talaq. people say that in islam, man has right to talaq, but women don't have this right.</w:t>
      </w:r>
    </w:p>
    <w:p>
      <w:pPr>
        <w:jc w:val="right"/>
      </w:pPr>
      <w:r>
        <w:t>دین دیر از ا کوسچن اف طلاق۔ پیپل سی دیٹ ان اسلام، مین ہیز رائٹ ٹو طلاق، بٹ وومن ڈونٹ ہیو دس رائٹ۔</w:t>
      </w:r>
    </w:p>
    <w:p>
      <w:r>
        <w:rPr>
          <w:b/>
        </w:rPr>
        <w:t xml:space="preserve">[23:27] </w:t>
      </w:r>
      <w:r>
        <w:t>here also, people don't know the fact. there is a well known principle that is called nikah tafweez.</w:t>
      </w:r>
    </w:p>
    <w:p>
      <w:pPr>
        <w:jc w:val="right"/>
      </w:pPr>
      <w:r>
        <w:t>ہیر السو، پیپل ڈونٹ نو دا فیکٹ۔ دیر از ا ویل نون پرنسپل دیٹ از کالڈ نکاح تفویض۔</w:t>
      </w:r>
    </w:p>
    <w:p>
      <w:r>
        <w:rPr>
          <w:b/>
        </w:rPr>
        <w:t xml:space="preserve">[23:41] </w:t>
      </w:r>
      <w:r>
        <w:t>there are two count of nikah in islam: general nikah and nikah tafweez. in in general nikah, it is true that only man has the right to give talaq.</w:t>
      </w:r>
    </w:p>
    <w:p>
      <w:pPr>
        <w:jc w:val="right"/>
      </w:pPr>
      <w:r>
        <w:t>دیر ار ٹو کاؤنٹ اف نکاح ان اسلام: جنرل نکاح اینڈ نکاح تفویض۔ ان ان جنرل نکاح، اٹ از ٹرو دیٹ اونلی مین ہیز دا رائٹ ٹو گیو طلاق۔</w:t>
      </w:r>
    </w:p>
    <w:p>
      <w:r>
        <w:rPr>
          <w:b/>
        </w:rPr>
        <w:t xml:space="preserve">[23:58] </w:t>
      </w:r>
      <w:r>
        <w:t>in such a situation for women, there is right of khula.</w:t>
      </w:r>
    </w:p>
    <w:p>
      <w:pPr>
        <w:jc w:val="right"/>
      </w:pPr>
      <w:r>
        <w:t>ان سچ ا سچوئیشن فار وومن، دیر از رائٹ اف خلا۔</w:t>
      </w:r>
    </w:p>
    <w:p>
      <w:r>
        <w:rPr>
          <w:b/>
        </w:rPr>
        <w:t xml:space="preserve">[24:02] </w:t>
      </w:r>
      <w:r>
        <w:t>so khula means woman can find separation through court.</w:t>
      </w:r>
    </w:p>
    <w:p>
      <w:pPr>
        <w:jc w:val="right"/>
      </w:pPr>
      <w:r>
        <w:t>سو خلا مینز وومن کین فائنڈ سیپریشن تھرو کورٹ۔</w:t>
      </w:r>
    </w:p>
    <w:p>
      <w:r>
        <w:rPr>
          <w:b/>
        </w:rPr>
        <w:t xml:space="preserve">[24:13] </w:t>
      </w:r>
      <w:r>
        <w:t>so in general nikah, woman has also the right to separation, the right of separation, but through court. but if the nikah is nikah tafweez, then woman has equal right, just like, just like man.</w:t>
      </w:r>
    </w:p>
    <w:p>
      <w:pPr>
        <w:jc w:val="right"/>
      </w:pPr>
      <w:r>
        <w:t>تو ان جنرل نکاح، وومن ہیز السو دا رائٹ ٹو سیپریشن، دا رائٹ اف سیپریشن، بٹ تھرو کورٹ۔ بٹ اف دا نکاح از نکاح تفویض، دین وومن ہیز ایکول رائٹ، جسٹ لائک، جسٹ لائک مین۔</w:t>
      </w:r>
    </w:p>
    <w:p>
      <w:r>
        <w:rPr>
          <w:b/>
        </w:rPr>
        <w:t xml:space="preserve">[24:32] </w:t>
      </w:r>
      <w:r>
        <w:t>in nikah tafweez, there is no difference. so if anyone, if any woman, want this kind of equality, he can adopt the method of nikah tafweez.</w:t>
      </w:r>
    </w:p>
    <w:p>
      <w:pPr>
        <w:jc w:val="right"/>
      </w:pPr>
      <w:r>
        <w:t>ان نکاح تفویض، دیر از نو ڈیفرنس۔ سو اف اینی ون، اف اینی وومن، وانٹ دس کائنڈ اف ایکولٹی، ہی کین اڈاپٹ دا میتھڈ اف نکاح تفویض۔</w:t>
      </w:r>
    </w:p>
    <w:p>
      <w:r>
        <w:rPr>
          <w:b/>
        </w:rPr>
        <w:t xml:space="preserve">[24:50] </w:t>
      </w:r>
      <w:r>
        <w:t>so</w:t>
      </w:r>
    </w:p>
    <w:p>
      <w:pPr>
        <w:jc w:val="right"/>
      </w:pPr>
      <w:r>
        <w:t>تو</w:t>
      </w:r>
    </w:p>
    <w:p>
      <w:r>
        <w:rPr>
          <w:b/>
        </w:rPr>
        <w:t xml:space="preserve">[24:51] </w:t>
      </w:r>
      <w:r>
        <w:t>here</w:t>
      </w:r>
    </w:p>
    <w:p>
      <w:pPr>
        <w:jc w:val="right"/>
      </w:pPr>
      <w:r>
        <w:t>ہیر</w:t>
      </w:r>
    </w:p>
    <w:p>
      <w:r>
        <w:rPr>
          <w:b/>
        </w:rPr>
        <w:t xml:space="preserve">[24:54] </w:t>
      </w:r>
      <w:r>
        <w:t>she is free to adopt this, this kind of nikah.</w:t>
      </w:r>
    </w:p>
    <w:p>
      <w:pPr>
        <w:jc w:val="right"/>
      </w:pPr>
      <w:r>
        <w:t>شی از فری ٹو اڈاپٹ دس، دس کائنڈ اف نکاح۔</w:t>
      </w:r>
    </w:p>
    <w:p>
      <w:r>
        <w:rPr>
          <w:b/>
        </w:rPr>
        <w:t xml:space="preserve">[25:07] </w:t>
      </w:r>
      <w:r>
        <w:t>so i think that all these things are simply misunderstanding.</w:t>
      </w:r>
    </w:p>
    <w:p>
      <w:pPr>
        <w:jc w:val="right"/>
      </w:pPr>
      <w:r>
        <w:t>سو آئی تھنک دیٹ ال دیز تھنگز ار سمپلی مس انڈرسٹینڈنگ۔</w:t>
      </w:r>
    </w:p>
    <w:p>
      <w:r>
        <w:rPr>
          <w:b/>
        </w:rPr>
        <w:t xml:space="preserve">[25:16] </w:t>
      </w:r>
      <w:r>
        <w:t>islamic law in this regard is based on nature and not on discrimination.</w:t>
      </w:r>
    </w:p>
    <w:p>
      <w:pPr>
        <w:jc w:val="right"/>
      </w:pPr>
      <w:r>
        <w:t>اسلامک لاء ان دس ریگارڈ از بیسڈ ان نیچر اینڈ ناٹ ان ڈسکریمینیشن۔</w:t>
      </w:r>
    </w:p>
    <w:p>
      <w:r>
        <w:rPr>
          <w:b/>
        </w:rPr>
        <w:t xml:space="preserve">[25:33] </w:t>
      </w:r>
      <w:r>
        <w:t>this is the basic principle</w:t>
      </w:r>
    </w:p>
    <w:p>
      <w:pPr>
        <w:jc w:val="right"/>
      </w:pPr>
      <w:r>
        <w:t>دس از دا بیسک پرنسپل</w:t>
      </w:r>
    </w:p>
    <w:p>
      <w:r>
        <w:rPr>
          <w:b/>
        </w:rPr>
        <w:t xml:space="preserve">[25:36] </w:t>
      </w:r>
      <w:r>
        <w:t>you must know that islamic law in this regard is based on nature and not on discrimination.</w:t>
      </w:r>
    </w:p>
    <w:p>
      <w:pPr>
        <w:jc w:val="right"/>
      </w:pPr>
      <w:r>
        <w:t>یو مسٹ نو دیٹ اسلامک لاء ان دس ریگارڈ از بیسڈ ان نیچر اینڈ ناٹ ان ڈسکریمینیشن۔</w:t>
      </w:r>
    </w:p>
    <w:p>
      <w:r>
        <w:rPr>
          <w:b/>
        </w:rPr>
        <w:t xml:space="preserve">[25:50] </w:t>
      </w:r>
      <w:r>
        <w:t>so first of all, you have to know what is nature scheme, what is the creation plan of god. so islamic law in this regard is just in accordance with the nature.</w:t>
      </w:r>
    </w:p>
    <w:p>
      <w:pPr>
        <w:jc w:val="right"/>
      </w:pPr>
      <w:r>
        <w:t>تو فرسٹ اف ال، یو ہیو ٹو نو واٹ از نیچر سکیم، واٹ از دا کریشن پلان اف گاڈ۔ سو اسلامک لاء ان دس ریگارڈ از جسٹ ان اکارڈنس ود دی نیچر۔</w:t>
      </w:r>
    </w:p>
    <w:p>
      <w:r>
        <w:rPr>
          <w:b/>
        </w:rPr>
        <w:t xml:space="preserve">[26:10] </w:t>
      </w:r>
      <w:r>
        <w:t>here islamic law is just in accordance with the law of nature. this is the only difference between islamic law and other law.</w:t>
      </w:r>
    </w:p>
    <w:p>
      <w:pPr>
        <w:jc w:val="right"/>
      </w:pPr>
      <w:r>
        <w:t>ہیر اسلامک لاء از جسٹ ان اکارڈنس ود دی لاء اف نیچر۔ دس از دا اونلی ڈیفرنس بٹوین اسلامک لاء اینڈ ادر لاء۔</w:t>
      </w:r>
    </w:p>
    <w:p>
      <w:r>
        <w:rPr>
          <w:b/>
        </w:rPr>
        <w:t xml:space="preserve">[26:29] </w:t>
      </w:r>
      <w:r>
        <w:t>it is wrong to say that islamic law is based on discrimination. no,</w:t>
      </w:r>
    </w:p>
    <w:p>
      <w:pPr>
        <w:jc w:val="right"/>
      </w:pPr>
      <w:r>
        <w:t>اٹ از رونگ ٹو سی دیٹ اسلامک لاء از بیسڈ ان ڈسکریمینیشن۔ نو،</w:t>
      </w:r>
    </w:p>
    <w:p>
      <w:r>
        <w:rPr>
          <w:b/>
        </w:rPr>
        <w:t xml:space="preserve">[26:37] </w:t>
      </w:r>
      <w:r>
        <w:t>in fact, the islamic law is based on natural laws.</w:t>
      </w:r>
    </w:p>
    <w:p>
      <w:pPr>
        <w:jc w:val="right"/>
      </w:pPr>
      <w:r>
        <w:t>ان فیکٹ، دا اسلامک لاء از بیسڈ ان نیچرل لاز۔</w:t>
      </w:r>
    </w:p>
    <w:p>
      <w:r>
        <w:rPr>
          <w:b/>
        </w:rPr>
        <w:t xml:space="preserve">[26:44] </w:t>
      </w:r>
      <w:r>
        <w:t>so there is no injustice between the two sexes. there is no discrimination between the two sexes.</w:t>
      </w:r>
    </w:p>
    <w:p>
      <w:pPr>
        <w:jc w:val="right"/>
      </w:pPr>
      <w:r>
        <w:t>سو دیر از نو انجسٹس بٹوین دی ٹو سیکسز۔ دیر از نو ڈسکریمینیشن بٹوین دی ٹو سیکسز۔</w:t>
      </w:r>
    </w:p>
    <w:p>
      <w:r>
        <w:rPr>
          <w:b/>
        </w:rPr>
        <w:t xml:space="preserve">[26:58] </w:t>
      </w:r>
      <w:r>
        <w:t>it is wrong to say that there are injustice or discrimination. no,</w:t>
      </w:r>
    </w:p>
    <w:p>
      <w:pPr>
        <w:jc w:val="right"/>
      </w:pPr>
      <w:r>
        <w:t>اٹ از رونگ ٹو سی دیٹ دیر ار انجسٹس اور ڈسکریمینیشن۔ نو،</w:t>
      </w:r>
    </w:p>
    <w:p>
      <w:r>
        <w:rPr>
          <w:b/>
        </w:rPr>
        <w:t xml:space="preserve">[27:07] </w:t>
      </w:r>
      <w:r>
        <w:t>all the law of islam, including,</w:t>
      </w:r>
    </w:p>
    <w:p>
      <w:pPr>
        <w:jc w:val="right"/>
      </w:pPr>
      <w:r>
        <w:t>ال دا لاء اف اسلام، انکلوڈنگ،</w:t>
      </w:r>
    </w:p>
    <w:p>
      <w:r>
        <w:rPr>
          <w:b/>
        </w:rPr>
        <w:t xml:space="preserve">[27:14] </w:t>
      </w:r>
      <w:r>
        <w:t>including those laws that are related to men, are based on nature.</w:t>
      </w:r>
    </w:p>
    <w:p>
      <w:pPr>
        <w:jc w:val="right"/>
      </w:pPr>
      <w:r>
        <w:t>انکلوڈنگ دوز لاز دیٹ ار ریلیٹڈ ٹو مین، ار بیسڈ ان نیچر۔</w:t>
      </w:r>
    </w:p>
    <w:p>
      <w:r>
        <w:rPr>
          <w:b/>
        </w:rPr>
        <w:t xml:space="preserve">[27:36] </w:t>
      </w:r>
      <w:r>
        <w:t>then you can see the result what happen in western society after adopting these laws, these unnatural laws.</w:t>
      </w:r>
    </w:p>
    <w:p>
      <w:pPr>
        <w:jc w:val="right"/>
      </w:pPr>
      <w:r>
        <w:t>دین یو کین سی دا رزلٹ واٹ ہیپن ان ویسٹرن سوسائٹی افٹر اڈاپٹنگ دیز لاز، دیز ان نیچرل لاز۔</w:t>
      </w:r>
    </w:p>
    <w:p>
      <w:r>
        <w:rPr>
          <w:b/>
        </w:rPr>
        <w:t xml:space="preserve">[27:55] </w:t>
      </w:r>
      <w:r>
        <w:t>you know, there are many many problems</w:t>
      </w:r>
    </w:p>
    <w:p>
      <w:pPr>
        <w:jc w:val="right"/>
      </w:pPr>
      <w:r>
        <w:t>یو نو، دیر ار مینی مینی پرابلمز</w:t>
      </w:r>
    </w:p>
    <w:p>
      <w:r>
        <w:rPr>
          <w:b/>
        </w:rPr>
        <w:t xml:space="preserve">[27:59] </w:t>
      </w:r>
      <w:r>
        <w:t>: broken homes, separation, divorce,</w:t>
      </w:r>
    </w:p>
    <w:p>
      <w:pPr>
        <w:jc w:val="right"/>
      </w:pPr>
      <w:r>
        <w:t>: بروکن ہومز، سیپریشن، ڈائیورس،</w:t>
      </w:r>
    </w:p>
    <w:p>
      <w:r>
        <w:rPr>
          <w:b/>
        </w:rPr>
        <w:t xml:space="preserve">[28:09] </w:t>
      </w:r>
      <w:r>
        <w:t>and quarrel between husband and wife. so many problems.</w:t>
      </w:r>
    </w:p>
    <w:p>
      <w:pPr>
        <w:jc w:val="right"/>
      </w:pPr>
      <w:r>
        <w:t>اینڈ کرل بٹوین ہسبینڈ اینڈ وائف۔ سو مینی پرابلمز۔</w:t>
      </w:r>
    </w:p>
    <w:p>
      <w:r>
        <w:rPr>
          <w:b/>
        </w:rPr>
        <w:t xml:space="preserve">[28:20] </w:t>
      </w:r>
      <w:r>
        <w:t>this, and it is a fact that western law has destroyed the balance among both the sexes.</w:t>
      </w:r>
    </w:p>
    <w:p>
      <w:pPr>
        <w:jc w:val="right"/>
      </w:pPr>
      <w:r>
        <w:t>دس، اینڈ اٹ از ا فیکٹ دیٹ ویسٹرن لاء ہیز ڈسٹروئے دا بیلنس امنگ بوتھ دا سیکسز۔</w:t>
      </w:r>
    </w:p>
    <w:p>
      <w:r>
        <w:rPr>
          <w:b/>
        </w:rPr>
        <w:t xml:space="preserve">[28:35] </w:t>
      </w:r>
      <w:r>
        <w:t>and the whole society is paying the price.</w:t>
      </w:r>
    </w:p>
    <w:p>
      <w:pPr>
        <w:jc w:val="right"/>
      </w:pPr>
      <w:r>
        <w:t>اینڈ دا ہو سوسائٹی از پینگ دا پرائس۔</w:t>
      </w:r>
    </w:p>
    <w:p>
      <w:r>
        <w:rPr>
          <w:b/>
        </w:rPr>
        <w:t xml:space="preserve">[28:40] </w:t>
      </w:r>
      <w:r>
        <w:t>there are violence, there are hate, there are broken homes, there are unmarried couples, there are fatherless boys.</w:t>
      </w:r>
    </w:p>
    <w:p>
      <w:pPr>
        <w:jc w:val="right"/>
      </w:pPr>
      <w:r>
        <w:t>دیر ار وائلنس، دیر ار ہیٹ، دیر ار بروکن ہومز، دیر ار ان میریڈ کپلز، دیر ار فادر لیس بوائز۔</w:t>
      </w:r>
    </w:p>
    <w:p>
      <w:r>
        <w:rPr>
          <w:b/>
        </w:rPr>
        <w:t xml:space="preserve">[28:56] </w:t>
      </w:r>
      <w:r>
        <w:t>all these things you can find. so you see, you have to see the result.</w:t>
      </w:r>
    </w:p>
    <w:p>
      <w:pPr>
        <w:jc w:val="right"/>
      </w:pPr>
      <w:r>
        <w:t>ال دیز تھنگز یو کین فائنڈ۔ سو یو سی، یو ہیو ٹو سی دا رزلٹ۔</w:t>
      </w:r>
    </w:p>
    <w:p>
      <w:r>
        <w:rPr>
          <w:b/>
        </w:rPr>
        <w:t xml:space="preserve">[29:06] </w:t>
      </w:r>
      <w:r>
        <w:t>gender equality or all these things sound good, but the result is negative.</w:t>
      </w:r>
    </w:p>
    <w:p>
      <w:pPr>
        <w:jc w:val="right"/>
      </w:pPr>
      <w:r>
        <w:t>جینڈر ایکولٹی اور ال دیز تھنگز ساؤنڈ گڈ، بٹ دا رزلٹ از نیگیٹیو۔</w:t>
      </w:r>
    </w:p>
    <w:p>
      <w:r>
        <w:rPr>
          <w:b/>
        </w:rPr>
        <w:t xml:space="preserve">[29:19] </w:t>
      </w:r>
      <w:r>
        <w:t>the result is negative because, because these laws are based or not based on nature.</w:t>
      </w:r>
    </w:p>
    <w:p>
      <w:pPr>
        <w:jc w:val="right"/>
      </w:pPr>
      <w:r>
        <w:t>دا رزلٹ از نیگیٹیو بیکاز، بیکاز دیز لاز ار بیسڈ اور ناٹ بیسڈ ان نیچر۔</w:t>
      </w:r>
    </w:p>
    <w:p>
      <w:r>
        <w:rPr>
          <w:b/>
        </w:rPr>
        <w:t xml:space="preserve">[29:31] </w:t>
      </w:r>
      <w:r>
        <w:t>you cannot ignore the natur</w:t>
      </w:r>
    </w:p>
    <w:p>
      <w:pPr>
        <w:jc w:val="right"/>
      </w:pPr>
      <w:r>
        <w:t>یو کاناٹ اگنور دا نیچ</w:t>
      </w:r>
    </w:p>
    <w:p>
      <w:r>
        <w:rPr>
          <w:b/>
        </w:rPr>
        <w:t xml:space="preserve">[29:34] </w:t>
      </w:r>
      <w:r>
        <w:t>e. you have to adjust with nature.</w:t>
      </w:r>
    </w:p>
    <w:p>
      <w:pPr>
        <w:jc w:val="right"/>
      </w:pPr>
      <w:r>
        <w:t>ر۔ یو ہیو ٹو ایڈجسٹ ود نیچر۔</w:t>
      </w:r>
    </w:p>
    <w:p>
      <w:r>
        <w:rPr>
          <w:b/>
        </w:rPr>
        <w:t xml:space="preserve">[29:42] </w:t>
      </w:r>
      <w:r>
        <w:t>nao dez people</w:t>
      </w:r>
    </w:p>
    <w:p>
      <w:pPr>
        <w:jc w:val="right"/>
      </w:pPr>
      <w:r>
        <w:t>ناؤ دیز پیپل</w:t>
      </w:r>
    </w:p>
    <w:p>
      <w:r>
        <w:rPr>
          <w:b/>
        </w:rPr>
        <w:t xml:space="preserve">[29:47] </w:t>
      </w:r>
      <w:r>
        <w:t>prefer love marriages as against to arrange marriages. but see the result, see the record</w:t>
      </w:r>
    </w:p>
    <w:p>
      <w:pPr>
        <w:jc w:val="right"/>
      </w:pPr>
      <w:r>
        <w:t>پریفر لو میریجز ایز اگینسٹ ٹو ارینج میریجز۔ بٹ سی دا رزلٹ، سی دا ریکارڈ</w:t>
      </w:r>
    </w:p>
    <w:p>
      <w:r>
        <w:rPr>
          <w:b/>
        </w:rPr>
        <w:t xml:space="preserve">[29:59] </w:t>
      </w:r>
      <w:r>
        <w:t>what is happening in our present life.</w:t>
      </w:r>
    </w:p>
    <w:p>
      <w:pPr>
        <w:jc w:val="right"/>
      </w:pPr>
      <w:r>
        <w:t>واٹ از ہیپننگ ان اور پریزنٹ لائف۔</w:t>
      </w:r>
    </w:p>
    <w:p>
      <w:r>
        <w:rPr>
          <w:b/>
        </w:rPr>
        <w:t xml:space="preserve">[30:03] </w:t>
      </w:r>
      <w:r>
        <w:t>record show that more than half of the so called love marriages are unsuccessful.</w:t>
      </w:r>
    </w:p>
    <w:p>
      <w:pPr>
        <w:jc w:val="right"/>
      </w:pPr>
      <w:r>
        <w:t>ریکارڈ شو دیٹ مور دین ہاف اف دی سو کالڈ لو میریجز ار ان سکسیس فل۔</w:t>
      </w:r>
    </w:p>
    <w:p>
      <w:r>
        <w:rPr>
          <w:b/>
        </w:rPr>
        <w:t xml:space="preserve">[30:15] </w:t>
      </w:r>
      <w:r>
        <w:t>more than half of those so called love marriages are failure.</w:t>
      </w:r>
    </w:p>
    <w:p>
      <w:pPr>
        <w:jc w:val="right"/>
      </w:pPr>
      <w:r>
        <w:t>مور دین ہاف اف دوز سو کالڈ لو میریجز ار فیلیر۔</w:t>
      </w:r>
    </w:p>
    <w:p>
      <w:r>
        <w:rPr>
          <w:b/>
        </w:rPr>
        <w:t xml:space="preserve">[30:27] </w:t>
      </w:r>
      <w:r>
        <w:t>so why, why this negative result</w:t>
      </w:r>
    </w:p>
    <w:p>
      <w:pPr>
        <w:jc w:val="right"/>
      </w:pPr>
      <w:r>
        <w:t>سو وائی، وائی دس نیگیٹیو رزلٹ</w:t>
      </w:r>
    </w:p>
    <w:p>
      <w:r>
        <w:rPr>
          <w:b/>
        </w:rPr>
        <w:t xml:space="preserve">[30:32] </w:t>
      </w:r>
      <w:r>
        <w:t>? because. is against the law, law of nature. they are not following the law of nature.</w:t>
      </w:r>
    </w:p>
    <w:p>
      <w:pPr>
        <w:jc w:val="right"/>
      </w:pPr>
      <w:r>
        <w:t>؟ بیکاز۔ از اگینسٹ دی لاء، لاء اف نیچر۔ دے ار ناٹ فالونگ دا لاء اف نیچر۔</w:t>
      </w:r>
    </w:p>
    <w:p>
      <w:r>
        <w:rPr>
          <w:b/>
        </w:rPr>
        <w:t xml:space="preserve">[30:42] </w:t>
      </w:r>
      <w:r>
        <w:t>in every aspect of life, you have to see first of all, you have to see the nature scheme, the creation plan of god.</w:t>
      </w:r>
    </w:p>
    <w:p>
      <w:pPr>
        <w:jc w:val="right"/>
      </w:pPr>
      <w:r>
        <w:t>ان ایوری اسپیکٹ اف لائف، یو ہیو ٹو سی فرسٹ اف ال، یو ہیو ٹو سی دا نیچر سکیم، دا کریشن پلان اف گاڈ۔</w:t>
      </w:r>
    </w:p>
    <w:p>
      <w:r>
        <w:rPr>
          <w:b/>
        </w:rPr>
        <w:t xml:space="preserve">[30:55] </w:t>
      </w:r>
      <w:r>
        <w:t>we are here in this planet earth</w:t>
      </w:r>
    </w:p>
    <w:p>
      <w:pPr>
        <w:jc w:val="right"/>
      </w:pPr>
      <w:r>
        <w:t>وی ار ہیر ان دس پلینٹ ارتھ</w:t>
      </w:r>
    </w:p>
    <w:p>
      <w:r>
        <w:rPr>
          <w:b/>
        </w:rPr>
        <w:t xml:space="preserve">[30:59] </w:t>
      </w:r>
      <w:r>
        <w:t>. this earth and this universe was not created by us. we are not the creator of this world.</w:t>
      </w:r>
    </w:p>
    <w:p>
      <w:pPr>
        <w:jc w:val="right"/>
      </w:pPr>
      <w:r>
        <w:t>۔ دس ارتھ اینڈ دس یونیورس واز ناٹ کریٹڈ بائی اس۔ وی ار ناٹ دا کریٹر اف دس ورلڈ۔</w:t>
      </w:r>
    </w:p>
    <w:p>
      <w:r>
        <w:rPr>
          <w:b/>
        </w:rPr>
        <w:t xml:space="preserve">[31:12] </w:t>
      </w:r>
      <w:r>
        <w:t>the world was created by god. so we have to know the creation plan of god, the law of nature.</w:t>
      </w:r>
    </w:p>
    <w:p>
      <w:pPr>
        <w:jc w:val="right"/>
      </w:pPr>
      <w:r>
        <w:t>دا ورلڈ واز کریٹڈ بائی گاڈ۔ سو وی ہیو ٹو نو دا کریشن پلان اف گاڈ، دی لاء اف نیچر۔</w:t>
      </w:r>
    </w:p>
    <w:p>
      <w:r>
        <w:rPr>
          <w:b/>
        </w:rPr>
        <w:t xml:space="preserve">[31:26] </w:t>
      </w:r>
      <w:r>
        <w:t>we cannot ignore this fact that we are not the creature, we are not the creator of this world.</w:t>
      </w:r>
    </w:p>
    <w:p>
      <w:pPr>
        <w:jc w:val="right"/>
      </w:pPr>
      <w:r>
        <w:t>وی کاناٹ اگنور دس فیکٹ دیٹ وی ار ناٹ دا کریچر، وی ار ناٹ دا کریٹر اف دس ورلڈ۔</w:t>
      </w:r>
    </w:p>
    <w:p>
      <w:r>
        <w:rPr>
          <w:b/>
        </w:rPr>
        <w:t xml:space="preserve">[31:37] </w:t>
      </w:r>
      <w:r>
        <w:t>so we have to adjust with the creation plan of god.</w:t>
      </w:r>
    </w:p>
    <w:p>
      <w:pPr>
        <w:jc w:val="right"/>
      </w:pPr>
      <w:r>
        <w:t>سو وی ہیو ٹو ایڈجسٹ ود دا کریشن پلان اف گاڈ۔</w:t>
      </w:r>
    </w:p>
    <w:p>
      <w:r>
        <w:rPr>
          <w:b/>
        </w:rPr>
        <w:t xml:space="preserve">[31:45] </w:t>
      </w:r>
      <w:r>
        <w:t>we cannot create a new world. we cannot create a new natural laws.</w:t>
      </w:r>
    </w:p>
    <w:p>
      <w:pPr>
        <w:jc w:val="right"/>
      </w:pPr>
      <w:r>
        <w:t>وی کاناٹ کریٹ ا نیو ورلڈ۔ وی کاناٹ کریٹ ا نیو نیچرل لاز۔</w:t>
      </w:r>
    </w:p>
    <w:p>
      <w:r>
        <w:rPr>
          <w:b/>
        </w:rPr>
        <w:t xml:space="preserve">[31:58] </w:t>
      </w:r>
      <w:r>
        <w:t>so the only realistic approach is to follow the law of nature,</w:t>
      </w:r>
    </w:p>
    <w:p>
      <w:pPr>
        <w:jc w:val="right"/>
      </w:pPr>
      <w:r>
        <w:t>سو دا اونلی ریلسٹک اپروچ از ٹو فالو دا لاء اف نیچر،</w:t>
      </w:r>
    </w:p>
    <w:p>
      <w:r>
        <w:rPr>
          <w:b/>
        </w:rPr>
        <w:t xml:space="preserve">[32:09] </w:t>
      </w:r>
      <w:r>
        <w:t>to behave in accordance with the law of nature.</w:t>
      </w:r>
    </w:p>
    <w:p>
      <w:pPr>
        <w:jc w:val="right"/>
      </w:pPr>
      <w:r>
        <w:t>ٹو بیہیو ان اکارڈنس ود دی لاء اف نیچر۔</w:t>
      </w:r>
    </w:p>
    <w:p>
      <w:r>
        <w:rPr>
          <w:b/>
        </w:rPr>
        <w:t xml:space="preserve">[32:18] </w:t>
      </w:r>
      <w:r>
        <w:t>and islam is a religion of nature.</w:t>
      </w:r>
    </w:p>
    <w:p>
      <w:pPr>
        <w:jc w:val="right"/>
      </w:pPr>
      <w:r>
        <w:t>اینڈ اسلام از ا ریلیجن اف نیچر۔</w:t>
      </w:r>
    </w:p>
    <w:p>
      <w:r>
        <w:rPr>
          <w:b/>
        </w:rPr>
        <w:t xml:space="preserve">[32:24] </w:t>
      </w:r>
      <w:r>
        <w:t>islam</w:t>
      </w:r>
    </w:p>
    <w:p>
      <w:pPr>
        <w:jc w:val="right"/>
      </w:pPr>
      <w:r>
        <w:t>اسلام</w:t>
      </w:r>
    </w:p>
    <w:p>
      <w:r>
        <w:rPr>
          <w:b/>
        </w:rPr>
        <w:t xml:space="preserve">[32:27] </w:t>
      </w:r>
      <w:r>
        <w:t>was send by god himself. god created our world.</w:t>
      </w:r>
    </w:p>
    <w:p>
      <w:pPr>
        <w:jc w:val="right"/>
      </w:pPr>
      <w:r>
        <w:t>واز سینڈ بائی گاڈ ہم سیلف۔ گاڈ کریٹڈ اور ورلڈ۔</w:t>
      </w:r>
    </w:p>
    <w:p>
      <w:r>
        <w:rPr>
          <w:b/>
        </w:rPr>
        <w:t xml:space="preserve">[32:35] </w:t>
      </w:r>
      <w:r>
        <w:t>god created man and woman. and it is god who send this religion.</w:t>
      </w:r>
    </w:p>
    <w:p>
      <w:pPr>
        <w:jc w:val="right"/>
      </w:pPr>
      <w:r>
        <w:t>گاڈ کریٹڈ مین اینڈ وومن۔ اینڈ اٹ از گاڈ ہو سینڈ دس ریلیجن۔</w:t>
      </w:r>
    </w:p>
    <w:p>
      <w:r>
        <w:rPr>
          <w:b/>
        </w:rPr>
        <w:t xml:space="preserve">[32:45] </w:t>
      </w:r>
      <w:r>
        <w:t>islam is a revealed religion. islam is religion revealed by god.</w:t>
      </w:r>
    </w:p>
    <w:p>
      <w:pPr>
        <w:jc w:val="right"/>
      </w:pPr>
      <w:r>
        <w:t>اسلام از ا ریویلڈ ریلیجن۔ اسلام از ریلیجن ریویلڈ بائی گاڈ۔</w:t>
      </w:r>
    </w:p>
    <w:p>
      <w:r>
        <w:rPr>
          <w:b/>
        </w:rPr>
        <w:t xml:space="preserve">[32:54] </w:t>
      </w:r>
      <w:r>
        <w:t>so</w:t>
      </w:r>
    </w:p>
    <w:p>
      <w:pPr>
        <w:jc w:val="right"/>
      </w:pPr>
      <w:r>
        <w:t>سو</w:t>
      </w:r>
    </w:p>
    <w:p>
      <w:r>
        <w:rPr>
          <w:b/>
        </w:rPr>
        <w:t xml:space="preserve">[32:58] </w:t>
      </w:r>
      <w:r>
        <w:t>here you can see that the law giver and creator both are one and the same.</w:t>
      </w:r>
    </w:p>
    <w:p>
      <w:pPr>
        <w:jc w:val="right"/>
      </w:pPr>
      <w:r>
        <w:t>ہیر یو کین سی دیٹ دی لاء گیور اینڈ کریٹر بوتھ ار ون اینڈ دا سیم۔</w:t>
      </w:r>
    </w:p>
    <w:p>
      <w:r>
        <w:rPr>
          <w:b/>
        </w:rPr>
        <w:t xml:space="preserve">[33:10] </w:t>
      </w:r>
      <w:r>
        <w:t>because of this, islam is just in accordance with the law of nature.</w:t>
      </w:r>
    </w:p>
    <w:p>
      <w:pPr>
        <w:jc w:val="right"/>
      </w:pPr>
      <w:r>
        <w:t>بیکاز اف دس، اسلام از جسٹ ان اکارڈنس ود دی لاء اف نیچر۔</w:t>
      </w:r>
    </w:p>
    <w:p>
      <w:r>
        <w:rPr>
          <w:b/>
        </w:rPr>
        <w:t xml:space="preserve">[33:18] </w:t>
      </w:r>
      <w:r>
        <w:t>islam provides a realistic. islam provides a realistic plan.</w:t>
      </w:r>
    </w:p>
    <w:p>
      <w:pPr>
        <w:jc w:val="right"/>
      </w:pPr>
      <w:r>
        <w:t>اسلام پرووائیڈز ا ریلسٹک۔ اسلام پرووائیڈز ا ریلسٹک پلان۔</w:t>
      </w:r>
    </w:p>
    <w:p>
      <w:r>
        <w:rPr>
          <w:b/>
        </w:rPr>
        <w:t xml:space="preserve">[33:30] </w:t>
      </w:r>
      <w:r>
        <w:t>islam provides a realistic approach towards the life.</w:t>
      </w:r>
    </w:p>
    <w:p>
      <w:pPr>
        <w:jc w:val="right"/>
      </w:pPr>
      <w:r>
        <w:t>اسلام پرووائیڈز ا ریلسٹک اپروچ ٹورڈز دی لائف۔</w:t>
      </w:r>
    </w:p>
    <w:p>
      <w:r>
        <w:rPr>
          <w:b/>
        </w:rPr>
        <w:t xml:space="preserve">[33:47] </w:t>
      </w:r>
      <w:r>
        <w:t>if you are, then there is other point. you have to differentiate between muslim society and islamic teachings.</w:t>
      </w:r>
    </w:p>
    <w:p>
      <w:pPr>
        <w:jc w:val="right"/>
      </w:pPr>
      <w:r>
        <w:t>اف یو ار، دین دیر از ادر پوائنٹ۔ یو ہیو ٹو ڈیفرنشیٹ بٹوین مسلم سوسائٹی اینڈ اسلامک ٹیچنگز۔</w:t>
      </w:r>
    </w:p>
    <w:p>
      <w:r>
        <w:rPr>
          <w:b/>
        </w:rPr>
        <w:t xml:space="preserve">[34:01] </w:t>
      </w:r>
      <w:r>
        <w:t>it is a fact that there are some perversion in muslim society.</w:t>
      </w:r>
    </w:p>
    <w:p>
      <w:pPr>
        <w:jc w:val="right"/>
      </w:pPr>
      <w:r>
        <w:t>اٹ از ا فیکٹ دیٹ دیر ار سم پرورژن ان مسلم سوسائٹی۔</w:t>
      </w:r>
    </w:p>
    <w:p>
      <w:r>
        <w:rPr>
          <w:b/>
        </w:rPr>
        <w:t xml:space="preserve">[34:09] </w:t>
      </w:r>
      <w:r>
        <w:t>it is a fact.</w:t>
      </w:r>
    </w:p>
    <w:p>
      <w:pPr>
        <w:jc w:val="right"/>
      </w:pPr>
      <w:r>
        <w:t>اٹ از ا فیکٹ۔</w:t>
      </w:r>
    </w:p>
    <w:p>
      <w:r>
        <w:rPr>
          <w:b/>
        </w:rPr>
        <w:t xml:space="preserve">[34:13] </w:t>
      </w:r>
      <w:r>
        <w:t>i can admit that there are some perversion in muslim society. but when you want to judge about islam, when you want to know what is islam,</w:t>
      </w:r>
    </w:p>
    <w:p>
      <w:pPr>
        <w:jc w:val="right"/>
      </w:pPr>
      <w:r>
        <w:t>ائی کین اڈمٹ دیٹ دیر ار سم پرورژن ان مسلم سوسائٹی۔ بٹ وین یو وانٹ ٹو جج اباؤٹ اسلام، وین یو وانٹ ٹو نو واٹ از اسلام،</w:t>
      </w:r>
    </w:p>
    <w:p>
      <w:r>
        <w:rPr>
          <w:b/>
        </w:rPr>
        <w:t xml:space="preserve">[34:27] </w:t>
      </w:r>
      <w:r>
        <w:t>then you have to see that teachings of islam in its scriptures. what i am saying, i am saying about the scriptures rather than about the muslim society.</w:t>
      </w:r>
    </w:p>
    <w:p>
      <w:pPr>
        <w:jc w:val="right"/>
      </w:pPr>
      <w:r>
        <w:t>دین یو ہیو ٹو سی دیٹ ٹیچنگز اف اسلام ان اٹس سکرپچرز۔ واٹ ائی ایم سیگنگ، ائی ایم سیگنگ اباؤٹ دی سکرپچرز رادر دین اباؤٹ دا مسلم سوسائٹی۔</w:t>
      </w:r>
    </w:p>
    <w:p>
      <w:r>
        <w:rPr>
          <w:b/>
        </w:rPr>
        <w:t xml:space="preserve">[34:46] </w:t>
      </w:r>
      <w:r>
        <w:t>i know that muslim, i know that muslim societies, present muslim society need some reform, some revival.</w:t>
      </w:r>
    </w:p>
    <w:p>
      <w:pPr>
        <w:jc w:val="right"/>
      </w:pPr>
      <w:r>
        <w:t>ائی نو دیٹ مسلم، ائی نو دیٹ مسلم سوسائٹیز، پریزنٹ مسلم سوسائٹی نیڈ سم ریفارم، سم ریوائیول۔</w:t>
      </w:r>
    </w:p>
    <w:p>
      <w:r>
        <w:rPr>
          <w:b/>
        </w:rPr>
        <w:t xml:space="preserve">[34:59] </w:t>
      </w:r>
      <w:r>
        <w:t>but as further, the islamic ideology is concern, as further, the islamic teaching is concern, that is intact</w:t>
      </w:r>
    </w:p>
    <w:p>
      <w:pPr>
        <w:jc w:val="right"/>
      </w:pPr>
      <w:r>
        <w:t>بٹ ایز فردر، دا اسلامک ائیڈیالوجی از کنسرن، ایز فردر، دا اسلامک ٹیچنگ از کنسرن، دیٹ از انٹیکٹ</w:t>
      </w:r>
    </w:p>
    <w:p>
      <w:r>
        <w:rPr>
          <w:b/>
        </w:rPr>
        <w:t xml:space="preserve">[35:12] </w:t>
      </w:r>
      <w:r>
        <w:t>. there is no perversion in it.</w:t>
      </w:r>
    </w:p>
    <w:p>
      <w:pPr>
        <w:jc w:val="right"/>
      </w:pPr>
      <w:r>
        <w:t>۔ دیر از نو پرورژن ان اٹ۔</w:t>
      </w:r>
    </w:p>
    <w:p>
      <w:r>
        <w:rPr>
          <w:b/>
        </w:rPr>
        <w:t xml:space="preserve">[35:20] </w:t>
      </w:r>
      <w:r>
        <w:t>so we have to apply the islamic teachings again in the muslim society. we have to bring about reform in muslim society.</w:t>
      </w:r>
    </w:p>
    <w:p>
      <w:pPr>
        <w:jc w:val="right"/>
      </w:pPr>
      <w:r>
        <w:t>سو وی ہیو ٹو اپلائی دا اسلامک ٹیچنگز اگین ان دا مسلم سوسائٹی۔ وی ہیو ٹو برنگ اباؤٹ ریفارم ان مسلم سوسائٹی۔</w:t>
      </w:r>
    </w:p>
    <w:p>
      <w:r>
        <w:rPr>
          <w:b/>
        </w:rPr>
        <w:t xml:space="preserve">[35:39] </w:t>
      </w:r>
      <w:r>
        <w:t>so what i am saying, i am saying about the</w:t>
      </w:r>
    </w:p>
    <w:p>
      <w:pPr>
        <w:jc w:val="right"/>
      </w:pPr>
      <w:r>
        <w:t>سو واٹ ائی ایم سیگنگ، ائی ایم سیگنگ اباؤٹ دی</w:t>
      </w:r>
    </w:p>
    <w:p>
      <w:r>
        <w:rPr>
          <w:b/>
        </w:rPr>
        <w:t xml:space="preserve">[35:45] </w:t>
      </w:r>
      <w:r>
        <w:t>true islamic teachings, original islamic teachings.</w:t>
      </w:r>
    </w:p>
    <w:p>
      <w:pPr>
        <w:jc w:val="right"/>
      </w:pPr>
      <w:r>
        <w:t>ٹرو اسلامک ٹیچنگز، اوریجنل اسلامک ٹیچنگز۔</w:t>
      </w:r>
    </w:p>
    <w:p>
      <w:r>
        <w:rPr>
          <w:b/>
        </w:rPr>
        <w:t xml:space="preserve">[35:52] </w:t>
      </w:r>
      <w:r>
        <w:t>so islamic teachings are intact up to this date. there is no alteration. there is no change in quran and hadith.</w:t>
      </w:r>
    </w:p>
    <w:p>
      <w:pPr>
        <w:jc w:val="right"/>
      </w:pPr>
      <w:r>
        <w:t>سو اسلامک ٹیچنگز ار انٹیکٹ اپ ٹو دس ڈیٹ۔ دیر از نو الٹرشن۔ دیر از نو چینج ان قرآن اینڈ حدیث۔</w:t>
      </w:r>
    </w:p>
    <w:p>
      <w:r>
        <w:rPr>
          <w:b/>
        </w:rPr>
        <w:t xml:space="preserve">[36:03] </w:t>
      </w:r>
      <w:r>
        <w:t>but there are</w:t>
      </w:r>
    </w:p>
    <w:p>
      <w:pPr>
        <w:jc w:val="right"/>
      </w:pPr>
      <w:r>
        <w:t>بٹ دیر ار</w:t>
      </w:r>
    </w:p>
    <w:p>
      <w:r>
        <w:rPr>
          <w:b/>
        </w:rPr>
        <w:t xml:space="preserve">[36:07] </w:t>
      </w:r>
      <w:r>
        <w:t>perversions in muslim society. so we have to reform the society.</w:t>
      </w:r>
    </w:p>
    <w:p>
      <w:pPr>
        <w:jc w:val="right"/>
      </w:pPr>
      <w:r>
        <w:t>پرورژنز ان مسلم سوسائٹی۔ سو وی ہیو ٹو ریفارم دا سوسائٹی۔</w:t>
      </w:r>
    </w:p>
    <w:p>
      <w:r>
        <w:rPr>
          <w:b/>
        </w:rPr>
        <w:t xml:space="preserve">[36:15] </w:t>
      </w:r>
      <w:r>
        <w:t>there is a hadith: "in allah</w:t>
      </w:r>
    </w:p>
    <w:p>
      <w:pPr>
        <w:jc w:val="right"/>
      </w:pPr>
      <w:r>
        <w:t>دیر از ا حدیث: "ان اللہ</w:t>
      </w:r>
    </w:p>
    <w:p>
      <w:r>
        <w:rPr>
          <w:b/>
        </w:rPr>
        <w:t xml:space="preserve">[36:27] </w:t>
      </w:r>
      <w:r>
        <w:t>god will send someone after every hundred years who will revive the muslim society,</w:t>
      </w:r>
    </w:p>
    <w:p>
      <w:pPr>
        <w:jc w:val="right"/>
      </w:pPr>
      <w:r>
        <w:t>گاڈ ول سینڈ سم ون افٹر ایوری ہنڈرڈ ایئرز ہو ول ریوائیو دا مسلم سوسائٹی،</w:t>
      </w:r>
    </w:p>
    <w:p>
      <w:r>
        <w:rPr>
          <w:b/>
        </w:rPr>
        <w:t xml:space="preserve">[36:40] </w:t>
      </w:r>
      <w:r>
        <w:t>who will return the muslim society again to the islamic teachings." so this hadith tells us that every society is prone to degeneration.</w:t>
      </w:r>
    </w:p>
    <w:p>
      <w:pPr>
        <w:jc w:val="right"/>
      </w:pPr>
      <w:r>
        <w:t>ہو ول ریٹرن دا مسلم سوسائٹی اگین ٹو دا اسلامک ٹیچنگز۔" سو دس حدیث ٹیلز اس دیٹ ایوری سوسائٹی از پرون ٹو ڈی جنریشن۔</w:t>
      </w:r>
    </w:p>
    <w:p>
      <w:r>
        <w:rPr>
          <w:b/>
        </w:rPr>
        <w:t xml:space="preserve">[36:59] </w:t>
      </w:r>
      <w:r>
        <w:t>every society is prone to degeneration.</w:t>
      </w:r>
    </w:p>
    <w:p>
      <w:pPr>
        <w:jc w:val="right"/>
      </w:pPr>
      <w:r>
        <w:t>ایوری سوسائٹی از پرون ٹو ڈی جنریشن۔</w:t>
      </w:r>
    </w:p>
    <w:p>
      <w:r>
        <w:rPr>
          <w:b/>
        </w:rPr>
        <w:t xml:space="preserve">[37:06] </w:t>
      </w:r>
      <w:r>
        <w:t>so the problem is muslim society rather than islamic teachings.</w:t>
      </w:r>
    </w:p>
    <w:p>
      <w:pPr>
        <w:jc w:val="right"/>
      </w:pPr>
      <w:r>
        <w:t>سو دا پرابلم از مسلم سوسائٹی رادر دین اسلامک ٹیچنگز۔</w:t>
      </w:r>
    </w:p>
    <w:p>
      <w:r>
        <w:rPr>
          <w:b/>
        </w:rPr>
        <w:t xml:space="preserve">[37:19] </w:t>
      </w:r>
      <w:r>
        <w:t>so the problem here lies in the present muslim society and not in the islamic scriptures or islamic teachings.</w:t>
      </w:r>
    </w:p>
    <w:p>
      <w:pPr>
        <w:jc w:val="right"/>
      </w:pPr>
      <w:r>
        <w:t>سو دا پرابلم ہیر لائیز ان دا پریزنٹ مسلم سوسائٹی اینڈ ناٹ ان دا اسلامک سکرپچرز اور اسلامک ٹیچنگز۔</w:t>
      </w:r>
    </w:p>
    <w:p>
      <w:r>
        <w:rPr>
          <w:b/>
        </w:rPr>
        <w:t xml:space="preserve">[37:33] </w:t>
      </w:r>
      <w:r>
        <w:t>we have to reapply the islamic teachings again in the muslim society. there are great misunderstandings regarding the status of women in islam.</w:t>
      </w:r>
    </w:p>
    <w:p>
      <w:pPr>
        <w:jc w:val="right"/>
      </w:pPr>
      <w:r>
        <w:t>وی ہیو ٹو ری اپلائی دا اسلامک ٹیچنگز اگین ان دا مسلم سوسائٹی۔ دیر ار گریٹ مس انڈرسٹینڈنگز ریگارڈنگ دا سٹیٹس اف وومن ان اسلام۔</w:t>
      </w:r>
    </w:p>
    <w:p>
      <w:r>
        <w:rPr>
          <w:b/>
        </w:rPr>
        <w:t xml:space="preserve">[37:51] </w:t>
      </w:r>
      <w:r>
        <w:t>it is a general misunderstanding that islam degrades women.</w:t>
      </w:r>
    </w:p>
    <w:p>
      <w:pPr>
        <w:jc w:val="right"/>
      </w:pPr>
      <w:r>
        <w:t>اٹ از ا جنرل مس انڈرسٹینڈنگ دیٹ اسلام ڈی گریڈز وومن۔</w:t>
      </w:r>
    </w:p>
    <w:p>
      <w:r>
        <w:rPr>
          <w:b/>
        </w:rPr>
        <w:t xml:space="preserve">[38:08] </w:t>
      </w:r>
      <w:r>
        <w:t>islam discriminates women.</w:t>
      </w:r>
    </w:p>
    <w:p>
      <w:pPr>
        <w:jc w:val="right"/>
      </w:pPr>
      <w:r>
        <w:t>اسلام ڈسکریمینیٹس وومن۔</w:t>
      </w:r>
    </w:p>
    <w:p>
      <w:r>
        <w:rPr>
          <w:b/>
        </w:rPr>
        <w:t xml:space="preserve">[38:16] </w:t>
      </w:r>
      <w:r>
        <w:t>this is a grave misunderstanding.</w:t>
      </w:r>
    </w:p>
    <w:p>
      <w:pPr>
        <w:jc w:val="right"/>
      </w:pPr>
      <w:r>
        <w:t>دس از ا گریو مس انڈرسٹینڈنگ۔</w:t>
      </w:r>
    </w:p>
    <w:p>
      <w:r>
        <w:rPr>
          <w:b/>
        </w:rPr>
        <w:t xml:space="preserve">[38:22] </w:t>
      </w:r>
      <w:r>
        <w:t>i have study islam from its original sources. i can see that according to the islamic teachings, there is no discrimination regarding the status of women in islam.</w:t>
      </w:r>
    </w:p>
    <w:p>
      <w:pPr>
        <w:jc w:val="right"/>
      </w:pPr>
      <w:r>
        <w:t>ائی ہیو سٹڈی اسلام فرام اٹس اوریجنل سورسز۔ ائی کین سی دیٹ اکارڈنگ ٹو دی اسلامک ٹیچنگز، دیر از نو ڈسکریمینیشن ریگارڈنگ دا سٹیٹس اف وومن ان اسلام۔</w:t>
      </w:r>
    </w:p>
    <w:p>
      <w:r>
        <w:rPr>
          <w:b/>
        </w:rPr>
        <w:t xml:space="preserve">[38:45] </w:t>
      </w:r>
      <w:r>
        <w:t>both are equally respectable</w:t>
      </w:r>
    </w:p>
    <w:p>
      <w:pPr>
        <w:jc w:val="right"/>
      </w:pPr>
      <w:r>
        <w:t>بوتھ ار ایکولی ریسپیکٹیبل</w:t>
      </w:r>
    </w:p>
    <w:p>
      <w:r>
        <w:rPr>
          <w:b/>
        </w:rPr>
        <w:t xml:space="preserve">[38:50] </w:t>
      </w:r>
      <w:r>
        <w:t>. both enjoy the same status.</w:t>
      </w:r>
    </w:p>
    <w:p>
      <w:pPr>
        <w:jc w:val="right"/>
      </w:pPr>
      <w:r>
        <w:t>۔ بوتھ انجوائے دا سیم سٹیٹس۔</w:t>
      </w:r>
    </w:p>
    <w:p>
      <w:r>
        <w:rPr>
          <w:b/>
        </w:rPr>
        <w:t xml:space="preserve">[38:58] </w:t>
      </w:r>
      <w:r>
        <w:t>i can see that the formula of islam in this regard is that both are one.</w:t>
      </w:r>
    </w:p>
    <w:p>
      <w:pPr>
        <w:jc w:val="right"/>
      </w:pPr>
      <w:r>
        <w:t>ائی کین سی دیٹ دا فارمولا اف اسلام ان دس ریگارڈ از دیٹ بوتھ ار ون۔</w:t>
      </w:r>
    </w:p>
    <w:p>
      <w:r>
        <w:rPr>
          <w:b/>
        </w:rPr>
        <w:t xml:space="preserve">[39:12] </w:t>
      </w:r>
      <w:r>
        <w:t>both are two parts of a single entity.</w:t>
      </w:r>
    </w:p>
    <w:p>
      <w:pPr>
        <w:jc w:val="right"/>
      </w:pPr>
      <w:r>
        <w:t>بوتھ ار ٹو پارٹس اف ا سنگل اینٹیٹی۔</w:t>
      </w:r>
    </w:p>
    <w:p>
      <w:r>
        <w:rPr>
          <w:b/>
        </w:rPr>
        <w:t xml:space="preserve">[39:20] </w:t>
      </w:r>
      <w:r>
        <w:t>so it is, so one can see that here is the formula one into and two in one.</w:t>
      </w:r>
    </w:p>
    <w:p>
      <w:pPr>
        <w:jc w:val="right"/>
      </w:pPr>
      <w:r>
        <w:t>سو اٹ از، سو ون کین سی دیٹ ہیر از دا فارمولا ون ان ٹو اینڈ ٹو ان ون۔</w:t>
      </w:r>
    </w:p>
    <w:p>
      <w:r>
        <w:rPr>
          <w:b/>
        </w:rPr>
        <w:t xml:space="preserve">[39:34] </w:t>
      </w:r>
      <w:r>
        <w:t>this is the islamic formula regarding the status between the two sexes.</w:t>
      </w:r>
    </w:p>
    <w:p>
      <w:pPr>
        <w:jc w:val="right"/>
      </w:pPr>
      <w:r>
        <w:t>دس از دا اسلامک فارمولا ریگارڈنگ دا سٹیٹس بٹوین دا ٹو سیکسز۔</w:t>
      </w:r>
    </w:p>
    <w:p>
      <w:r>
        <w:rPr>
          <w:b/>
        </w:rPr>
        <w:t xml:space="preserve">[39:44] </w:t>
      </w:r>
      <w:r>
        <w:t>there is a verse in the quran it tells us that first man and first woman were created by the same substance.</w:t>
      </w:r>
    </w:p>
    <w:p>
      <w:pPr>
        <w:jc w:val="right"/>
      </w:pPr>
      <w:r>
        <w:t>دیر از ا ورس ان دا قرآن اٹ ٹیلز اس دیٹ فرسٹ مین اینڈ فرسٹ وومن ویر کریٹڈ بائی دا سیم سبسٹنس۔</w:t>
      </w:r>
    </w:p>
    <w:p>
      <w:r>
        <w:rPr>
          <w:b/>
        </w:rPr>
        <w:t xml:space="preserve">[40:00] </w:t>
      </w:r>
      <w:r>
        <w:t>khalaqa minha zawjah. so man and woman both were created by by the same substance.</w:t>
      </w:r>
    </w:p>
    <w:p>
      <w:pPr>
        <w:jc w:val="right"/>
      </w:pPr>
      <w:r>
        <w:t>خلق منہا زوجہ۔ تو مین اینڈ وومن بوتھ ویر کریٹڈ بائی بائی دا سیم سبسٹنس۔</w:t>
      </w:r>
    </w:p>
    <w:p>
      <w:r>
        <w:rPr>
          <w:b/>
        </w:rPr>
        <w:t xml:space="preserve">[40:17] </w:t>
      </w:r>
      <w:r>
        <w:t>so there is no difference in creation.</w:t>
      </w:r>
    </w:p>
    <w:p>
      <w:pPr>
        <w:jc w:val="right"/>
      </w:pPr>
      <w:r>
        <w:t>سو دیر از نو ڈفرنس ان کریشن۔</w:t>
      </w:r>
    </w:p>
    <w:p>
      <w:r>
        <w:rPr>
          <w:b/>
        </w:rPr>
        <w:t xml:space="preserve">[40:23] </w:t>
      </w:r>
      <w:r>
        <w:t>deen</w:t>
      </w:r>
    </w:p>
    <w:p>
      <w:pPr>
        <w:jc w:val="right"/>
      </w:pPr>
      <w:r>
        <w:t>دین</w:t>
      </w:r>
    </w:p>
    <w:p>
      <w:r>
        <w:rPr>
          <w:b/>
        </w:rPr>
        <w:t xml:space="preserve">[40:27] </w:t>
      </w:r>
      <w:r>
        <w:t>in chapter number three, that is al imran,</w:t>
      </w:r>
    </w:p>
    <w:p>
      <w:pPr>
        <w:jc w:val="right"/>
      </w:pPr>
      <w:r>
        <w:t>ان چیپٹر نمبر تھری، دیٹ از ال عمران،</w:t>
      </w:r>
    </w:p>
    <w:p>
      <w:r>
        <w:rPr>
          <w:b/>
        </w:rPr>
        <w:t xml:space="preserve">[40:35] </w:t>
      </w:r>
      <w:r>
        <w:t>god says addressing to the two man and woman: "ba'dukum min ba'din,</w:t>
      </w:r>
    </w:p>
    <w:p>
      <w:pPr>
        <w:jc w:val="right"/>
      </w:pPr>
      <w:r>
        <w:t>گاڈ سیز ایڈریسنگ ٹو دا ٹو مین اینڈ وومن: "بعضکم ممبعض،</w:t>
      </w:r>
    </w:p>
    <w:p>
      <w:r>
        <w:rPr>
          <w:b/>
        </w:rPr>
        <w:t xml:space="preserve">[40:47] </w:t>
      </w:r>
      <w:r>
        <w:t>ba'dukum min ba'din, you are members one of another.</w:t>
      </w:r>
    </w:p>
    <w:p>
      <w:pPr>
        <w:jc w:val="right"/>
      </w:pPr>
      <w:r>
        <w:t>بعضکم ممبعض، یو آر ممبرز ون اف انادر۔</w:t>
      </w:r>
    </w:p>
    <w:p>
      <w:r>
        <w:rPr>
          <w:b/>
        </w:rPr>
        <w:t xml:space="preserve">[40:59] </w:t>
      </w:r>
      <w:r>
        <w:t>you are members of, you are members one of another." this is qurani q verse.</w:t>
      </w:r>
    </w:p>
    <w:p>
      <w:pPr>
        <w:jc w:val="right"/>
      </w:pPr>
      <w:r>
        <w:t>یو آر ممبرز اف، یو آر ممبرز ون اف انادر۔" دس از قرآنی کو ورس۔</w:t>
      </w:r>
    </w:p>
    <w:p>
      <w:r>
        <w:rPr>
          <w:b/>
        </w:rPr>
        <w:t xml:space="preserve">[41:12] </w:t>
      </w:r>
      <w:r>
        <w:t>deen there is a very relevant hadith that is saying of the prophet of islam.</w:t>
      </w:r>
    </w:p>
    <w:p>
      <w:pPr>
        <w:jc w:val="right"/>
      </w:pPr>
      <w:r>
        <w:t>دین دیر از ا ویری ریلیونٹ حدیث دیٹ از سیگنگ اف دا پرافٹ اف اسلام۔</w:t>
      </w:r>
    </w:p>
    <w:p>
      <w:r>
        <w:rPr>
          <w:b/>
        </w:rPr>
        <w:t xml:space="preserve">[41:24] </w:t>
      </w:r>
      <w:r>
        <w:t>the prophet of islam has said about the both sexes: "annisa'u shaqaiqur rijal." women are like shaqiqa</w:t>
      </w:r>
    </w:p>
    <w:p>
      <w:pPr>
        <w:jc w:val="right"/>
      </w:pPr>
      <w:r>
        <w:t>دا پرافٹ اف اسلام ہیز سیڈ اباؤٹ دا بوتھ سیکسز: "النساء شقائق الرجال۔" وومن ار لائک شقیقہ</w:t>
      </w:r>
    </w:p>
    <w:p>
      <w:r>
        <w:rPr>
          <w:b/>
        </w:rPr>
        <w:t xml:space="preserve">[41:40] </w:t>
      </w:r>
      <w:r>
        <w:t>towards me</w:t>
      </w:r>
    </w:p>
    <w:p>
      <w:pPr>
        <w:jc w:val="right"/>
      </w:pPr>
      <w:r>
        <w:t>ٹورڈز می</w:t>
      </w:r>
    </w:p>
    <w:p>
      <w:r>
        <w:rPr>
          <w:b/>
        </w:rPr>
        <w:t xml:space="preserve">[41:41] </w:t>
      </w:r>
      <w:r>
        <w:t>n. shaqiqa means half part of a single unit. for example, if you take an apple and</w:t>
      </w:r>
    </w:p>
    <w:p>
      <w:pPr>
        <w:jc w:val="right"/>
      </w:pPr>
      <w:r>
        <w:t>ن۔ شقیقہ مینز ہاف پارٹ اف ا سنگل یونٹ۔ فار ایگزامپل، اف یو ٹیک این ایپل اینڈ</w:t>
      </w:r>
    </w:p>
    <w:p>
      <w:r>
        <w:rPr>
          <w:b/>
        </w:rPr>
        <w:t xml:space="preserve">[41:58] </w:t>
      </w:r>
      <w:r>
        <w:t>cut it into two equal part, then every part is a shaqiqa</w:t>
      </w:r>
    </w:p>
    <w:p>
      <w:pPr>
        <w:jc w:val="right"/>
      </w:pPr>
      <w:r>
        <w:t>کٹ اٹ انٹو ٹو ایکول پارٹ، دین ایوری پارٹ از ا شقیقہ</w:t>
      </w:r>
    </w:p>
    <w:p>
      <w:r>
        <w:rPr>
          <w:b/>
        </w:rPr>
        <w:t xml:space="preserve">[42:05] </w:t>
      </w:r>
      <w:r>
        <w:t>. so according to this hadith,</w:t>
      </w:r>
    </w:p>
    <w:p>
      <w:pPr>
        <w:jc w:val="right"/>
      </w:pPr>
      <w:r>
        <w:t>۔ سو اکارڈنگ ٹو دس حدیث،</w:t>
      </w:r>
    </w:p>
    <w:p>
      <w:r>
        <w:rPr>
          <w:b/>
        </w:rPr>
        <w:t xml:space="preserve">[42:11] </w:t>
      </w:r>
      <w:r>
        <w:t>man and woman are two equal half of a single unit.</w:t>
      </w:r>
    </w:p>
    <w:p>
      <w:pPr>
        <w:jc w:val="right"/>
      </w:pPr>
      <w:r>
        <w:t>مین اینڈ وومن ار ٹو ایکول ہاف اف ا سنگل یونٹ۔</w:t>
      </w:r>
    </w:p>
    <w:p>
      <w:r>
        <w:rPr>
          <w:b/>
        </w:rPr>
        <w:t xml:space="preserve">[42:21] </w:t>
      </w:r>
      <w:r>
        <w:t>man, man and woman are two equal half of a single unit.</w:t>
      </w:r>
    </w:p>
    <w:p>
      <w:pPr>
        <w:jc w:val="right"/>
      </w:pPr>
      <w:r>
        <w:t>مین، مین اینڈ وومن ار ٹو ایکول ہاف اف ا سنگل یونٹ۔</w:t>
      </w:r>
    </w:p>
    <w:p>
      <w:r>
        <w:rPr>
          <w:b/>
        </w:rPr>
        <w:t xml:space="preserve">[42:30] </w:t>
      </w:r>
      <w:r>
        <w:t>this is the best expression of of the status of both sexes.</w:t>
      </w:r>
    </w:p>
    <w:p>
      <w:pPr>
        <w:jc w:val="right"/>
      </w:pPr>
      <w:r>
        <w:t>دس از دا بیسٹ ایکسپریشن اف اف دی سٹیٹس اف بوتھ سیکسز۔</w:t>
      </w:r>
    </w:p>
    <w:p>
      <w:r>
        <w:rPr>
          <w:b/>
        </w:rPr>
        <w:t xml:space="preserve">[42:42] </w:t>
      </w:r>
      <w:r>
        <w:t>deen there are some other verses which state some difference, like: "arrijalu qawamuna 'alan nisa'."</w:t>
      </w:r>
    </w:p>
    <w:p>
      <w:pPr>
        <w:jc w:val="right"/>
      </w:pPr>
      <w:r>
        <w:t>دین دیر ار سم ادر ورسز وچ سٹیٹ سم ڈفرنس، لائک: "الرجال قوام النساء۔"</w:t>
      </w:r>
    </w:p>
    <w:p>
      <w:r>
        <w:rPr>
          <w:b/>
        </w:rPr>
        <w:t xml:space="preserve">[42:55] </w:t>
      </w:r>
      <w:r>
        <w:t>These verses are based on biological differences.</w:t>
      </w:r>
    </w:p>
    <w:p>
      <w:pPr>
        <w:jc w:val="right"/>
      </w:pPr>
      <w:r>
        <w:t>دس ورسز ار بیسڈ ان بائیولوجیکل ڈفرنسز۔</w:t>
      </w:r>
    </w:p>
    <w:p>
      <w:r>
        <w:rPr>
          <w:b/>
        </w:rPr>
        <w:t xml:space="preserve">[43:02] </w:t>
      </w:r>
      <w:r>
        <w:t>you know,</w:t>
      </w:r>
    </w:p>
    <w:p>
      <w:pPr>
        <w:jc w:val="right"/>
      </w:pPr>
      <w:r>
        <w:t>یو نو،</w:t>
      </w:r>
    </w:p>
    <w:p>
      <w:r>
        <w:rPr>
          <w:b/>
        </w:rPr>
        <w:t xml:space="preserve">[43:07] </w:t>
      </w:r>
      <w:r>
        <w:t>The biological studies and psychological studies have established that there is a difference between the two sexes in terms of biology and in terms of psychology.</w:t>
      </w:r>
    </w:p>
    <w:p>
      <w:pPr>
        <w:jc w:val="right"/>
      </w:pPr>
      <w:r>
        <w:t>دا بائیولوجیکل سٹڈیز اینڈ سائیکلوجیکل سٹڈیز ہیو اسٹیبلش دیٹ دیر از ا ڈفرنس بٹوین دا ٹو سیکسز ان ٹرم اف بیولوجی اینڈ ان ٹرم اف سائیکالوجی۔</w:t>
      </w:r>
    </w:p>
    <w:p>
      <w:r>
        <w:rPr>
          <w:b/>
        </w:rPr>
        <w:t xml:space="preserve">[43:27] </w:t>
      </w:r>
      <w:r>
        <w:t>so</w:t>
      </w:r>
    </w:p>
    <w:p>
      <w:pPr>
        <w:jc w:val="right"/>
      </w:pPr>
      <w:r>
        <w:t>سو</w:t>
      </w:r>
    </w:p>
    <w:p>
      <w:r>
        <w:rPr>
          <w:b/>
        </w:rPr>
        <w:t xml:space="preserve">[43:31] </w:t>
      </w:r>
      <w:r>
        <w:t>by adding this biological fact, you can see that the formula of Islam towards the both sexes is like this:</w:t>
      </w:r>
    </w:p>
    <w:p>
      <w:pPr>
        <w:jc w:val="right"/>
      </w:pPr>
      <w:r>
        <w:t>بائی ایڈنگ دس بائیولوجیکل فیکٹ، یو کین سی دیٹ دا فارمولا اف اسلام ٹورڈز دا بوتھ سیکسز از لائک دس:</w:t>
      </w:r>
    </w:p>
    <w:p>
      <w:r>
        <w:rPr>
          <w:b/>
        </w:rPr>
        <w:t xml:space="preserve">[43:49] </w:t>
      </w:r>
      <w:r>
        <w:t>equal in respect but different in role.</w:t>
      </w:r>
    </w:p>
    <w:p>
      <w:pPr>
        <w:jc w:val="right"/>
      </w:pPr>
      <w:r>
        <w:t>ایکول ان ریسپیکٹ بٹ ڈفرنٹ ان رول۔</w:t>
      </w:r>
    </w:p>
    <w:p>
      <w:r>
        <w:rPr>
          <w:b/>
        </w:rPr>
        <w:t xml:space="preserve">[43:58] </w:t>
      </w:r>
      <w:r>
        <w:t>men and women are equal in respect but different in role.</w:t>
      </w:r>
    </w:p>
    <w:p>
      <w:pPr>
        <w:jc w:val="right"/>
      </w:pPr>
      <w:r>
        <w:t>مین اینڈ وومن ار ایکول ان ریسپیکٹ بٹ ڈفرنٹ ان رول۔</w:t>
      </w:r>
    </w:p>
    <w:p>
      <w:r>
        <w:rPr>
          <w:b/>
        </w:rPr>
        <w:t xml:space="preserve">[44:09] </w:t>
      </w:r>
      <w:r>
        <w:t>so the god's plan regarding both sexes is to give respect to the both sexes, but they have different role in society, in family.</w:t>
      </w:r>
    </w:p>
    <w:p>
      <w:pPr>
        <w:jc w:val="right"/>
      </w:pPr>
      <w:r>
        <w:t>سو دا گاڈز پلان ریگارڈنگ بوتھ سیکسز از ٹو گیو ریسپیکٹ ٹو دا بوتھ سیکسز، بٹ دے ہیو ڈفرنٹ رول ان سوسائٹی، ان فیملی۔</w:t>
      </w:r>
    </w:p>
    <w:p>
      <w:r>
        <w:rPr>
          <w:b/>
        </w:rPr>
        <w:t xml:space="preserve">[44:27] </w:t>
      </w:r>
      <w:r>
        <w:t>and this kind of, this is law, this are law of nature. and this kind of god's scheme you can see every where.</w:t>
      </w:r>
    </w:p>
    <w:p>
      <w:pPr>
        <w:jc w:val="right"/>
      </w:pPr>
      <w:r>
        <w:t>اینڈ دس کائنڈ اف، دس از لا، دس ار لاء اف نیچر۔ اینڈ دس کائنڈ اف گاڈز اسکیم یو کین سی ایوری ویر۔</w:t>
      </w:r>
    </w:p>
    <w:p>
      <w:r>
        <w:rPr>
          <w:b/>
        </w:rPr>
        <w:t xml:space="preserve">[44:43] </w:t>
      </w:r>
      <w:r>
        <w:t>there is a verse in the quran: "wa min kulli shai'in khalaqna zawjain." wa min kulli shai'in khalaqna zawjain.</w:t>
      </w:r>
    </w:p>
    <w:p>
      <w:pPr>
        <w:jc w:val="right"/>
      </w:pPr>
      <w:r>
        <w:t>دیر از ا ورس ان دا قرآن: "ومن کل شین خلقنا زوجین۔" ومن کل شین خلقنا زوجین۔</w:t>
      </w:r>
    </w:p>
    <w:p>
      <w:r>
        <w:rPr>
          <w:b/>
        </w:rPr>
        <w:t xml:space="preserve">[44:56] </w:t>
      </w:r>
      <w:r>
        <w:t>everything we created in pairs. everything we created in pairs.</w:t>
      </w:r>
    </w:p>
    <w:p>
      <w:pPr>
        <w:jc w:val="right"/>
      </w:pPr>
      <w:r>
        <w:t>ایوری تھنگ وی کریٹڈ ان پیئرز۔ ایوری تھنگ وی کریٹڈ ان پیئرز۔</w:t>
      </w:r>
    </w:p>
    <w:p>
      <w:r>
        <w:rPr>
          <w:b/>
        </w:rPr>
        <w:t xml:space="preserve">[45:07] </w:t>
      </w:r>
      <w:r>
        <w:t>for example, in matters you see there are negative particle and positive particle.</w:t>
      </w:r>
    </w:p>
    <w:p>
      <w:pPr>
        <w:jc w:val="right"/>
      </w:pPr>
      <w:r>
        <w:t>فار ایگزامپل، ان میٹرز یو سی دیر ار نیگیٹیو پارٹیکل اینڈ پازیٹیو پارٹیکل۔</w:t>
      </w:r>
    </w:p>
    <w:p>
      <w:r>
        <w:rPr>
          <w:b/>
        </w:rPr>
        <w:t xml:space="preserve">[45:19] </w:t>
      </w:r>
      <w:r>
        <w:t>negative particle and positive particle. so in matter is also pair system. then in plant you see that there are female plant and male plant</w:t>
      </w:r>
    </w:p>
    <w:p>
      <w:pPr>
        <w:jc w:val="right"/>
      </w:pPr>
      <w:r>
        <w:t>نیگیٹیو پارٹیکل اینڈ پازیٹیو پارٹیکل۔ سو ان میٹر از السو پیئر سسٹم۔ دین ان پلانٹ یو سی دیٹ دیر ار فیمیل پلانٹ اینڈ میل پلانٹ</w:t>
      </w:r>
    </w:p>
    <w:p>
      <w:r>
        <w:rPr>
          <w:b/>
        </w:rPr>
        <w:t xml:space="preserve">[45:35] </w:t>
      </w:r>
      <w:r>
        <w:t>. male plant and female plant.</w:t>
      </w:r>
    </w:p>
    <w:p>
      <w:pPr>
        <w:jc w:val="right"/>
      </w:pPr>
      <w:r>
        <w:t>۔ میل پلانٹ اینڈ فیمیل پلانٹ۔</w:t>
      </w:r>
    </w:p>
    <w:p>
      <w:r>
        <w:rPr>
          <w:b/>
        </w:rPr>
        <w:t xml:space="preserve">[45:41] </w:t>
      </w:r>
      <w:r>
        <w:t>so in plant world also there is pair system. then in animal, you know, there are she animal and he animal.</w:t>
      </w:r>
    </w:p>
    <w:p>
      <w:pPr>
        <w:jc w:val="right"/>
      </w:pPr>
      <w:r>
        <w:t>سو ان پلانٹ ورلڈ السو دیر از پیئر سسٹم۔ دین ان اینیمل، یو نو، دیر ار شی اینیمل اینڈ ہی اینیمل۔</w:t>
      </w:r>
    </w:p>
    <w:p>
      <w:r>
        <w:rPr>
          <w:b/>
        </w:rPr>
        <w:t xml:space="preserve">[45:56] </w:t>
      </w:r>
      <w:r>
        <w:t>so in animal kingdom also there is pair system.</w:t>
      </w:r>
    </w:p>
    <w:p>
      <w:pPr>
        <w:jc w:val="right"/>
      </w:pPr>
      <w:r>
        <w:t>سو ان اینیمل کنگڈم السو دیر از پیئر سسٹم۔</w:t>
      </w:r>
    </w:p>
    <w:p>
      <w:r>
        <w:rPr>
          <w:b/>
        </w:rPr>
        <w:t xml:space="preserve">[46:03] </w:t>
      </w:r>
      <w:r>
        <w:t>so is the case of human being, here you see that the same pair system prevails.</w:t>
      </w:r>
    </w:p>
    <w:p>
      <w:pPr>
        <w:jc w:val="right"/>
      </w:pPr>
      <w:r>
        <w:t>سو از دا کیس اف ہیومن بینگ، ہیر یو سی دیٹ دا سیم پیئر سسٹم پریویلز۔</w:t>
      </w:r>
    </w:p>
    <w:p>
      <w:r>
        <w:rPr>
          <w:b/>
        </w:rPr>
        <w:t xml:space="preserve">[46:18] </w:t>
      </w:r>
      <w:r>
        <w:t>men and women. so this system is called zawjain in the quran is every where in the world.</w:t>
      </w:r>
    </w:p>
    <w:p>
      <w:pPr>
        <w:jc w:val="right"/>
      </w:pPr>
      <w:r>
        <w:t>مین اینڈ وومن۔ سو دس سسٹم از کالڈ زوجین ان دا قرآن از ایوری ویر ان دا ورلڈ۔</w:t>
      </w:r>
    </w:p>
    <w:p>
      <w:r>
        <w:rPr>
          <w:b/>
        </w:rPr>
        <w:t xml:space="preserve">[46:31] </w:t>
      </w:r>
      <w:r>
        <w:t>so it is god's scheme that every species, every part of the universe may work by the way of pairs.</w:t>
      </w:r>
    </w:p>
    <w:p>
      <w:pPr>
        <w:jc w:val="right"/>
      </w:pPr>
      <w:r>
        <w:t>سو اٹ از گاڈز اسکیم دیٹ ایوری اسپیشی، ایوری پارٹ اف دا یونیورس می ورک بائی دا وے اف پیئرز۔</w:t>
      </w:r>
    </w:p>
    <w:p>
      <w:r>
        <w:rPr>
          <w:b/>
        </w:rPr>
        <w:t xml:space="preserve">[46:47] </w:t>
      </w:r>
      <w:r>
        <w:t>by pair, i mean that men and women have to</w:t>
      </w:r>
    </w:p>
    <w:p>
      <w:pPr>
        <w:jc w:val="right"/>
      </w:pPr>
      <w:r>
        <w:t>بائی پیئر، ائی مین دیٹ مین اینڈ وومن ہیو ٹو</w:t>
      </w:r>
    </w:p>
    <w:p>
      <w:r>
        <w:rPr>
          <w:b/>
        </w:rPr>
        <w:t xml:space="preserve">[46:59] </w:t>
      </w:r>
      <w:r>
        <w:t>two different role in the life.</w:t>
      </w:r>
    </w:p>
    <w:p>
      <w:pPr>
        <w:jc w:val="right"/>
      </w:pPr>
      <w:r>
        <w:t>ٹو ڈفرنٹ رول ان دا لائف۔</w:t>
      </w:r>
    </w:p>
    <w:p>
      <w:r>
        <w:rPr>
          <w:b/>
        </w:rPr>
        <w:t xml:space="preserve">[47:04] </w:t>
      </w:r>
      <w:r>
        <w:t>and this role is in according to the natural plan.</w:t>
      </w:r>
    </w:p>
    <w:p>
      <w:pPr>
        <w:jc w:val="right"/>
      </w:pPr>
      <w:r>
        <w:t>اینڈ دس رول از ان اکارڈنگ ٹو دا نیچرل پلان۔</w:t>
      </w:r>
    </w:p>
    <w:p>
      <w:r>
        <w:rPr>
          <w:b/>
        </w:rPr>
        <w:t xml:space="preserve">[47:15] </w:t>
      </w:r>
      <w:r>
        <w:t>this role is</w:t>
      </w:r>
    </w:p>
    <w:p>
      <w:pPr>
        <w:jc w:val="right"/>
      </w:pPr>
      <w:r>
        <w:t>دس رول از</w:t>
      </w:r>
    </w:p>
    <w:p>
      <w:r>
        <w:rPr>
          <w:b/>
        </w:rPr>
        <w:t xml:space="preserve">[47:19] </w:t>
      </w:r>
      <w:r>
        <w:t>complementary role rather than equal role. equal role is out of the nature plan.</w:t>
      </w:r>
    </w:p>
    <w:p>
      <w:pPr>
        <w:jc w:val="right"/>
      </w:pPr>
      <w:r>
        <w:t>کمپلیمنٹری رول رادر دین ایکول رول۔ ایکول رول از اؤٹ اف دا نیچر پلان۔</w:t>
      </w:r>
    </w:p>
    <w:p>
      <w:r>
        <w:rPr>
          <w:b/>
        </w:rPr>
        <w:t xml:space="preserve">[47:32] </w:t>
      </w:r>
      <w:r>
        <w:t>according to the nature, both have a complementary role rather than equal role.</w:t>
      </w:r>
    </w:p>
    <w:p>
      <w:pPr>
        <w:jc w:val="right"/>
      </w:pPr>
      <w:r>
        <w:t>اکارڈنگ ٹو دا نیچر، بوتھ ہیو ا کمپلیمنٹری رول رادر دین ایکول رول۔</w:t>
      </w:r>
    </w:p>
    <w:p>
      <w:r>
        <w:rPr>
          <w:b/>
        </w:rPr>
        <w:t xml:space="preserve">[47:42] </w:t>
      </w:r>
      <w:r>
        <w:t>so this is not the question of respect or status.</w:t>
      </w:r>
    </w:p>
    <w:p>
      <w:pPr>
        <w:jc w:val="right"/>
      </w:pPr>
      <w:r>
        <w:t>سو دس از ناٹ دا کوئسچن اف ریسپیکٹ اور سٹیٹس۔</w:t>
      </w:r>
    </w:p>
    <w:p>
      <w:r>
        <w:rPr>
          <w:b/>
        </w:rPr>
        <w:t xml:space="preserve">[47:49] </w:t>
      </w:r>
      <w:r>
        <w:t>in terms of status, both are equal. but in terms of role, both are different.</w:t>
      </w:r>
    </w:p>
    <w:p>
      <w:pPr>
        <w:jc w:val="right"/>
      </w:pPr>
      <w:r>
        <w:t>ان ٹرم اف سٹیٹس، بوتھ ار ایکول۔ بٹ ان ٹرم اف رول، بوتھ ار ڈفرنٹ۔</w:t>
      </w:r>
    </w:p>
    <w:p>
      <w:r>
        <w:rPr>
          <w:b/>
        </w:rPr>
        <w:t xml:space="preserve">[48:03] </w:t>
      </w:r>
      <w:r>
        <w:t>here i would like to refer a very relevant story.</w:t>
      </w:r>
    </w:p>
    <w:p>
      <w:pPr>
        <w:jc w:val="right"/>
      </w:pPr>
      <w:r>
        <w:t>ہیر ائی وڈ لائک ٹو ریفر ا ویری ریلیونٹ سٹوری۔</w:t>
      </w:r>
    </w:p>
    <w:p>
      <w:r>
        <w:rPr>
          <w:b/>
        </w:rPr>
        <w:t xml:space="preserve">[48:14] </w:t>
      </w:r>
      <w:r>
        <w:t>in the early period of islam, in medina, there was a lady whose name was</w:t>
      </w:r>
    </w:p>
    <w:p>
      <w:pPr>
        <w:jc w:val="right"/>
      </w:pPr>
      <w:r>
        <w:t>ان دا ارلی پیریڈ اف اسلام، ان مدینہ، دیر واز ا لیڈی از نیم واز</w:t>
      </w:r>
    </w:p>
    <w:p>
      <w:r>
        <w:rPr>
          <w:b/>
        </w:rPr>
        <w:t xml:space="preserve">[48:25] </w:t>
      </w:r>
      <w:r>
        <w:t>breira. she was married. her name was breira and she was married.</w:t>
      </w:r>
    </w:p>
    <w:p>
      <w:pPr>
        <w:jc w:val="right"/>
      </w:pPr>
      <w:r>
        <w:t>بریرا۔ شی واز میریڈ۔ ہر نیم واز بریرا اینڈ شی واز میریڈ۔</w:t>
      </w:r>
    </w:p>
    <w:p>
      <w:r>
        <w:rPr>
          <w:b/>
        </w:rPr>
        <w:t xml:space="preserve">[48:36] </w:t>
      </w:r>
      <w:r>
        <w:t>her husband, the name of her husband was mughis.</w:t>
      </w:r>
    </w:p>
    <w:p>
      <w:pPr>
        <w:jc w:val="right"/>
      </w:pPr>
      <w:r>
        <w:t>ہر ہسبینڈ، دا نیم اف ہر ہسبینڈ واز مغیس۔</w:t>
      </w:r>
    </w:p>
    <w:p>
      <w:r>
        <w:rPr>
          <w:b/>
        </w:rPr>
        <w:t xml:space="preserve">[48:43] </w:t>
      </w:r>
      <w:r>
        <w:t>then after some time, breira wanted separation.</w:t>
      </w:r>
    </w:p>
    <w:p>
      <w:pPr>
        <w:jc w:val="right"/>
      </w:pPr>
      <w:r>
        <w:t>دین افٹر سم ٹائم، بریرا وانٹڈ سیپریشن۔</w:t>
      </w:r>
    </w:p>
    <w:p>
      <w:r>
        <w:rPr>
          <w:b/>
        </w:rPr>
        <w:t xml:space="preserve">[48:53] </w:t>
      </w:r>
      <w:r>
        <w:t>she saw the case was referred to the prophet of islam.</w:t>
      </w:r>
    </w:p>
    <w:p>
      <w:pPr>
        <w:jc w:val="right"/>
      </w:pPr>
      <w:r>
        <w:t>شی سو دا کیس واز ریفرڈ ٹو دا پرافٹ اف اسلام۔</w:t>
      </w:r>
    </w:p>
    <w:p>
      <w:r>
        <w:rPr>
          <w:b/>
        </w:rPr>
        <w:t xml:space="preserve">[49:01] </w:t>
      </w:r>
      <w:r>
        <w:t>prophet of islam said: "o breira, i would like to advise you to make adjustment.</w:t>
      </w:r>
    </w:p>
    <w:p>
      <w:pPr>
        <w:jc w:val="right"/>
      </w:pPr>
      <w:r>
        <w:t>پرافٹ اف اسلام سیڈ: "او بریرا، ائی وڈ لائک ٹو ایڈوائز یو ٹو میک ایڈجسٹمنٹ۔</w:t>
      </w:r>
    </w:p>
    <w:p>
      <w:r>
        <w:rPr>
          <w:b/>
        </w:rPr>
        <w:t xml:space="preserve">[49:19] </w:t>
      </w:r>
      <w:r>
        <w:t>try to live with mughis. maybe it is good for you."</w:t>
      </w:r>
    </w:p>
    <w:p>
      <w:pPr>
        <w:jc w:val="right"/>
      </w:pPr>
      <w:r>
        <w:t>ٹرائی ٹو لیو ود مغیس۔ می بی اٹ از گڈ فار یو۔"</w:t>
      </w:r>
    </w:p>
    <w:p>
      <w:r>
        <w:rPr>
          <w:b/>
        </w:rPr>
        <w:t xml:space="preserve">[49:28] </w:t>
      </w:r>
      <w:r>
        <w:t>then breira asked: "is it your own, is it your personal advice or is it commandment of god?"</w:t>
      </w:r>
    </w:p>
    <w:p>
      <w:pPr>
        <w:jc w:val="right"/>
      </w:pPr>
      <w:r>
        <w:t>دین بریرا اسکڈ: "از اٹ یور اون، از اٹ یور پرسنل ایڈوائس اور از اٹ کمانڈمنٹ اف گاڈ؟"</w:t>
      </w:r>
    </w:p>
    <w:p>
      <w:r>
        <w:rPr>
          <w:b/>
        </w:rPr>
        <w:t xml:space="preserve">[49:46] </w:t>
      </w:r>
      <w:r>
        <w:t>she directly asked: "whether is it your personal advice or is it a command of god?" the prophet of islam said:</w:t>
      </w:r>
    </w:p>
    <w:p>
      <w:pPr>
        <w:jc w:val="right"/>
      </w:pPr>
      <w:r>
        <w:t>شی ڈائریکٹلی اسکڈ: "ویدر از اٹ یور پرسنل ایڈوائس اور از اٹ ا کمانڈ اف گاڈ؟" دا پرافٹ اف اسلام از سیڈ:</w:t>
      </w:r>
    </w:p>
    <w:p>
      <w:r>
        <w:rPr>
          <w:b/>
        </w:rPr>
        <w:t xml:space="preserve">[50:04] </w:t>
      </w:r>
      <w:r>
        <w:t>"is it, it is my own personal advice. it is my personal advice."</w:t>
      </w:r>
    </w:p>
    <w:p>
      <w:pPr>
        <w:jc w:val="right"/>
      </w:pPr>
      <w:r>
        <w:t>"از اٹ، اٹ از مائی اون پرسنل ایڈوائس۔ اٹ از مائی پرسنل ایڈوائس۔"</w:t>
      </w:r>
    </w:p>
    <w:p>
      <w:r>
        <w:rPr>
          <w:b/>
        </w:rPr>
        <w:t xml:space="preserve">[50:14] </w:t>
      </w:r>
      <w:r>
        <w:t>breira replied: "fala hajata ilaihi.</w:t>
      </w:r>
    </w:p>
    <w:p>
      <w:pPr>
        <w:jc w:val="right"/>
      </w:pPr>
      <w:r>
        <w:t>بریرا ریپلائیڈ: "فلا حاجت لی الیہ۔</w:t>
      </w:r>
    </w:p>
    <w:p>
      <w:r>
        <w:rPr>
          <w:b/>
        </w:rPr>
        <w:t xml:space="preserve">[50:23] </w:t>
      </w:r>
      <w:r>
        <w:t>so i don't need mughis. i don't want to live with mughis." so she refused to accept the advice of the prophet.</w:t>
      </w:r>
    </w:p>
    <w:p>
      <w:pPr>
        <w:jc w:val="right"/>
      </w:pPr>
      <w:r>
        <w:t>سو ائی ڈونٹ نیڈ مغیس۔ ائی ڈونٹ وانٹ ٹو لیو ود مغیس۔" تو شی ریفیوز ٹو ایکسیپٹ دا ایڈوائس اف دا پرافٹ۔</w:t>
      </w:r>
    </w:p>
    <w:p>
      <w:r>
        <w:rPr>
          <w:b/>
        </w:rPr>
        <w:t xml:space="preserve">[50:35] </w:t>
      </w:r>
      <w:r>
        <w:t>and prophet separated</w:t>
      </w:r>
    </w:p>
    <w:p>
      <w:pPr>
        <w:jc w:val="right"/>
      </w:pPr>
      <w:r>
        <w:t>اینڈ پرافٹ سیپریٹڈ</w:t>
      </w:r>
    </w:p>
    <w:p>
      <w:r>
        <w:rPr>
          <w:b/>
        </w:rPr>
        <w:t xml:space="preserve">[50:41] </w:t>
      </w:r>
      <w:r>
        <w:t>the marriage.</w:t>
      </w:r>
    </w:p>
    <w:p>
      <w:pPr>
        <w:jc w:val="right"/>
      </w:pPr>
      <w:r>
        <w:t>دا میرج۔</w:t>
      </w:r>
    </w:p>
    <w:p>
      <w:r>
        <w:rPr>
          <w:b/>
        </w:rPr>
        <w:t xml:space="preserve">[50:43] </w:t>
      </w:r>
      <w:r>
        <w:t>here you can see that</w:t>
      </w:r>
    </w:p>
    <w:p>
      <w:pPr>
        <w:jc w:val="right"/>
      </w:pPr>
      <w:r>
        <w:t>ہیر یو کین سی دیٹ</w:t>
      </w:r>
    </w:p>
    <w:p>
      <w:r>
        <w:rPr>
          <w:b/>
        </w:rPr>
        <w:t xml:space="preserve">[50:48] </w:t>
      </w:r>
      <w:r>
        <w:t>woman in islam is completely, woman in islam enjoy complete freedom.</w:t>
      </w:r>
    </w:p>
    <w:p>
      <w:pPr>
        <w:jc w:val="right"/>
      </w:pPr>
      <w:r>
        <w:t>وومن ان اسلام از کمپلیٹلی، وومن ان اسلام انجوائے کمپلیٹ فریڈم۔</w:t>
      </w:r>
    </w:p>
    <w:p>
      <w:r>
        <w:rPr>
          <w:b/>
        </w:rPr>
        <w:t xml:space="preserve">[50:57] </w:t>
      </w:r>
      <w:r>
        <w:t>there is no compulsion, no discrimination</w:t>
      </w:r>
    </w:p>
    <w:p>
      <w:pPr>
        <w:jc w:val="right"/>
      </w:pPr>
      <w:r>
        <w:t>دیر از نو کمپلشن، نو ڈسکریمینیشن</w:t>
      </w:r>
    </w:p>
    <w:p>
      <w:r>
        <w:rPr>
          <w:b/>
        </w:rPr>
        <w:t xml:space="preserve">[51:08] </w:t>
      </w:r>
      <w:r>
        <w:t>. this event is quite clear</w:t>
      </w:r>
    </w:p>
    <w:p>
      <w:pPr>
        <w:jc w:val="right"/>
      </w:pPr>
      <w:r>
        <w:t>۔ دس ایونٹ از کوائٹ کلیئر</w:t>
      </w:r>
    </w:p>
    <w:p>
      <w:r>
        <w:rPr>
          <w:b/>
        </w:rPr>
        <w:t xml:space="preserve">[51:13] </w:t>
      </w:r>
      <w:r>
        <w:t>to illustrate this point. then there are several other examples.</w:t>
      </w:r>
    </w:p>
    <w:p>
      <w:pPr>
        <w:jc w:val="right"/>
      </w:pPr>
      <w:r>
        <w:t>ٹو ایلسٹریٹ دس پوائنٹ۔ دین دیر ار سیورل ادر ایگزامپلز۔</w:t>
      </w:r>
    </w:p>
    <w:p>
      <w:r>
        <w:rPr>
          <w:b/>
        </w:rPr>
        <w:t xml:space="preserve">[51:27] </w:t>
      </w:r>
      <w:r>
        <w:t>anyone who has visited mecca and he performed hajj and umrah, he knows that among other rituals,</w:t>
      </w:r>
    </w:p>
    <w:p>
      <w:pPr>
        <w:jc w:val="right"/>
      </w:pPr>
      <w:r>
        <w:t>اینی ون ہو از وزٹڈ مکہ اینڈ ہی پرفارمڈ حج اینڈ عمرہ، ہی نوز دیٹ امنگ ادر ریچولز،</w:t>
      </w:r>
    </w:p>
    <w:p>
      <w:r>
        <w:rPr>
          <w:b/>
        </w:rPr>
        <w:t xml:space="preserve">[51:45] </w:t>
      </w:r>
      <w:r>
        <w:t>one ritual, one compulsory ritual is that anyone who wants to perform hajj and umrah, he must walk between two rocks</w:t>
      </w:r>
    </w:p>
    <w:p>
      <w:pPr>
        <w:jc w:val="right"/>
      </w:pPr>
      <w:r>
        <w:t>ون ریچول، ون کمپلسری ریچول از دیٹ اینی ون ہو وانٹ ٹو پرفارم حج اینڈ عمرہ، ہی مسٹ واک بٹوین ٹو راکس</w:t>
      </w:r>
    </w:p>
    <w:p>
      <w:r>
        <w:rPr>
          <w:b/>
        </w:rPr>
        <w:t xml:space="preserve">[51:58] </w:t>
      </w:r>
      <w:r>
        <w:t>there is safa and marwah seven times. so why this walk between safa and marwah?</w:t>
      </w:r>
    </w:p>
    <w:p>
      <w:pPr>
        <w:jc w:val="right"/>
      </w:pPr>
      <w:r>
        <w:t>دیر از صفا اینڈ مروہ سیون ٹائم۔ سو وائی دس واک بٹوین صفا اینڈ مروہ؟</w:t>
      </w:r>
    </w:p>
    <w:p>
      <w:r>
        <w:rPr>
          <w:b/>
        </w:rPr>
        <w:t xml:space="preserve">[52:09] </w:t>
      </w:r>
      <w:r>
        <w:t>it is to imitate a lady is name was Hajra.</w:t>
      </w:r>
    </w:p>
    <w:p>
      <w:pPr>
        <w:jc w:val="right"/>
      </w:pPr>
      <w:r>
        <w:t>اٹ از ٹو ایمیٹیٹ ا لیڈی از نیم واز ہاجرہ۔</w:t>
      </w:r>
    </w:p>
    <w:p>
      <w:r>
        <w:rPr>
          <w:b/>
        </w:rPr>
        <w:t xml:space="preserve">[52:16] </w:t>
      </w:r>
      <w:r>
        <w:t>so here you can see that everyone is,</w:t>
      </w:r>
    </w:p>
    <w:p>
      <w:pPr>
        <w:jc w:val="right"/>
      </w:pPr>
      <w:r>
        <w:t>سو ہیر یو کین سی دیٹ ایوری ون از،</w:t>
      </w:r>
    </w:p>
    <w:p>
      <w:r>
        <w:rPr>
          <w:b/>
        </w:rPr>
        <w:t xml:space="preserve">[52:26] </w:t>
      </w:r>
      <w:r>
        <w:t>everyone is order to follow the footstep of a woman</w:t>
      </w:r>
    </w:p>
    <w:p>
      <w:pPr>
        <w:jc w:val="right"/>
      </w:pPr>
      <w:r>
        <w:t>ایوری ون از ارڈر ٹو فالو دا فٹ سٹیپ اف ا وومن</w:t>
      </w:r>
    </w:p>
    <w:p>
      <w:r>
        <w:rPr>
          <w:b/>
        </w:rPr>
        <w:t xml:space="preserve">[52:38] </w:t>
      </w:r>
      <w:r>
        <w:t>that is Hajra.</w:t>
      </w:r>
    </w:p>
    <w:p>
      <w:pPr>
        <w:jc w:val="right"/>
      </w:pPr>
      <w:r>
        <w:t>دیٹ از ہاجرہ۔</w:t>
      </w:r>
    </w:p>
    <w:p>
      <w:r>
        <w:rPr>
          <w:b/>
        </w:rPr>
        <w:t xml:space="preserve">[52:43] </w:t>
      </w:r>
      <w:r>
        <w:t>here you can see that the principal ladies first is very much in the Islamic scheme.</w:t>
      </w:r>
    </w:p>
    <w:p>
      <w:pPr>
        <w:jc w:val="right"/>
      </w:pPr>
      <w:r>
        <w:t>ہیر یو کین سی دیٹ دا پرنسپل لیڈیز فرسٹ از ویری مچ ان دا اسلامک اسکیم۔</w:t>
      </w:r>
    </w:p>
    <w:p>
      <w:r>
        <w:rPr>
          <w:b/>
        </w:rPr>
        <w:t xml:space="preserve">[52:55] </w:t>
      </w:r>
      <w:r>
        <w:t>then there are</w:t>
      </w:r>
    </w:p>
    <w:p>
      <w:pPr>
        <w:jc w:val="right"/>
      </w:pPr>
      <w:r>
        <w:t>دین دیر ار</w:t>
      </w:r>
    </w:p>
    <w:p>
      <w:r>
        <w:rPr>
          <w:b/>
        </w:rPr>
        <w:t xml:space="preserve">[53:00] </w:t>
      </w:r>
      <w:r>
        <w:t>many hadith</w:t>
      </w:r>
    </w:p>
    <w:p>
      <w:pPr>
        <w:jc w:val="right"/>
      </w:pPr>
      <w:r>
        <w:t>مینی حدیث</w:t>
      </w:r>
    </w:p>
    <w:p>
      <w:r>
        <w:rPr>
          <w:b/>
        </w:rPr>
        <w:t xml:space="preserve">[53:08] </w:t>
      </w:r>
      <w:r>
        <w:t>that is very clear in this regard.</w:t>
      </w:r>
    </w:p>
    <w:p>
      <w:pPr>
        <w:jc w:val="right"/>
      </w:pPr>
      <w:r>
        <w:t>دیٹ از ویری کلیئر ان دس ریگارڈ۔</w:t>
      </w:r>
    </w:p>
    <w:p>
      <w:r>
        <w:rPr>
          <w:b/>
        </w:rPr>
        <w:t xml:space="preserve">[53:12] </w:t>
      </w:r>
      <w:r>
        <w:t>the prophet of Islam has said:</w:t>
      </w:r>
    </w:p>
    <w:p>
      <w:pPr>
        <w:jc w:val="right"/>
      </w:pPr>
      <w:r>
        <w:t>دا پرافٹ اف اسلام ہیز سیڈ:</w:t>
      </w:r>
    </w:p>
    <w:p>
      <w:r>
        <w:rPr>
          <w:b/>
        </w:rPr>
        <w:t xml:space="preserve">[53:18] </w:t>
      </w:r>
      <w:r>
        <w:t>"khair muta dunya al-marat al-salihah."</w:t>
      </w:r>
    </w:p>
    <w:p>
      <w:pPr>
        <w:jc w:val="right"/>
      </w:pPr>
      <w:r>
        <w:t>"خیر مطاع دنیا المرات الصالحہ۔"</w:t>
      </w:r>
    </w:p>
    <w:p>
      <w:r>
        <w:rPr>
          <w:b/>
        </w:rPr>
        <w:t xml:space="preserve">[53:28] </w:t>
      </w:r>
      <w:r>
        <w:t>the best asset for a believer is</w:t>
      </w:r>
    </w:p>
    <w:p>
      <w:pPr>
        <w:jc w:val="right"/>
      </w:pPr>
      <w:r>
        <w:t>دا بیسٹ اسٹ فار ا بیلیور از</w:t>
      </w:r>
    </w:p>
    <w:p>
      <w:r>
        <w:rPr>
          <w:b/>
        </w:rPr>
        <w:t xml:space="preserve">[53:33] </w:t>
      </w:r>
      <w:r>
        <w:t>a faithful wife.</w:t>
      </w:r>
    </w:p>
    <w:p>
      <w:pPr>
        <w:jc w:val="right"/>
      </w:pPr>
      <w:r>
        <w:t>ا فیتھ فل وائف۔</w:t>
      </w:r>
    </w:p>
    <w:p>
      <w:r>
        <w:rPr>
          <w:b/>
        </w:rPr>
        <w:t xml:space="preserve">[53:40] </w:t>
      </w:r>
      <w:r>
        <w:t>faithful life is the best asset, best worldly asset for a woman.</w:t>
      </w:r>
    </w:p>
    <w:p>
      <w:pPr>
        <w:jc w:val="right"/>
      </w:pPr>
      <w:r>
        <w:t>فیتھ فل لائف از دا بیسٹ اسٹ، بیسٹ ورلڈلی اسٹ فار ا وومن۔</w:t>
      </w:r>
    </w:p>
    <w:p>
      <w:r>
        <w:rPr>
          <w:b/>
        </w:rPr>
        <w:t xml:space="preserve">[53:52] </w:t>
      </w:r>
      <w:r>
        <w:t>then there is hadith</w:t>
      </w:r>
    </w:p>
    <w:p>
      <w:pPr>
        <w:jc w:val="right"/>
      </w:pPr>
      <w:r>
        <w:t>دین دیر از حدیث</w:t>
      </w:r>
    </w:p>
    <w:p>
      <w:r>
        <w:rPr>
          <w:b/>
        </w:rPr>
        <w:t xml:space="preserve">[53:54] </w:t>
      </w:r>
      <w:r>
        <w:t>it tells us that best woman is one who is helper to his husband, ali imani.</w:t>
      </w:r>
    </w:p>
    <w:p>
      <w:pPr>
        <w:jc w:val="right"/>
      </w:pPr>
      <w:r>
        <w:t>اٹ ٹیلز اس دیٹ بیسٹ وومن از ون ہو از ہیلپر ٹو ہز ہسبینڈ، علی ایمانی۔</w:t>
      </w:r>
    </w:p>
    <w:p>
      <w:r>
        <w:rPr>
          <w:b/>
        </w:rPr>
        <w:t xml:space="preserve">[54:10] </w:t>
      </w:r>
      <w:r>
        <w:t>one who helps</w:t>
      </w:r>
    </w:p>
    <w:p>
      <w:pPr>
        <w:jc w:val="right"/>
      </w:pPr>
      <w:r>
        <w:t>ون ہو ہیلپس</w:t>
      </w:r>
    </w:p>
    <w:p>
      <w:r>
        <w:rPr>
          <w:b/>
        </w:rPr>
        <w:t xml:space="preserve">[54:15] </w:t>
      </w:r>
      <w:r>
        <w:t>regarding the faith. this is very important.</w:t>
      </w:r>
    </w:p>
    <w:p>
      <w:pPr>
        <w:jc w:val="right"/>
      </w:pPr>
      <w:r>
        <w:t>ریگارڈنگ دی فیتھ۔ دس از ویری امپورٹنٹ۔</w:t>
      </w:r>
    </w:p>
    <w:p>
      <w:r>
        <w:rPr>
          <w:b/>
        </w:rPr>
        <w:t xml:space="preserve">[54:24] </w:t>
      </w:r>
      <w:r>
        <w:t>help, helper in matters of faith is very important. a wife is helper in matters of faith is very important.</w:t>
      </w:r>
    </w:p>
    <w:p>
      <w:pPr>
        <w:jc w:val="right"/>
      </w:pPr>
      <w:r>
        <w:t>ہیلپ، ہیلپر ان میٹرز اف فیتھ از ویری امپورٹنٹ۔ ا وائف از ہیلپر ان میٹرز اف فیتھ از ویری امپورٹنٹ۔</w:t>
      </w:r>
    </w:p>
    <w:p>
      <w:r>
        <w:rPr>
          <w:b/>
        </w:rPr>
        <w:t xml:space="preserve">[54:41] </w:t>
      </w:r>
      <w:r>
        <w:t>it is not that she provides breakfast or lunch. there is a deeper sense in this hadith.</w:t>
      </w:r>
    </w:p>
    <w:p>
      <w:pPr>
        <w:jc w:val="right"/>
      </w:pPr>
      <w:r>
        <w:t>اٹ از ناٹ دیٹ شی پرووائیڈز بریک فاسٹ اور لنچ۔ دیر از ا ڈیپر سینس ان دس حدیث۔</w:t>
      </w:r>
    </w:p>
    <w:p>
      <w:r>
        <w:rPr>
          <w:b/>
        </w:rPr>
        <w:t xml:space="preserve">[54:52] </w:t>
      </w:r>
      <w:r>
        <w:t>here I would like to another hadith that may explain this hadith.</w:t>
      </w:r>
    </w:p>
    <w:p>
      <w:pPr>
        <w:jc w:val="right"/>
      </w:pPr>
      <w:r>
        <w:t>ہیر ائی وڈ لائک ٹو انادر حدیث دیٹ می ایکسپلین دس حدیث۔</w:t>
      </w:r>
    </w:p>
    <w:p>
      <w:r>
        <w:rPr>
          <w:b/>
        </w:rPr>
        <w:t xml:space="preserve">[55:01] </w:t>
      </w:r>
      <w:r>
        <w:t>Aisha was a wife of the prophet. so she says this relation you can find in sahih al-Bukhari.</w:t>
      </w:r>
    </w:p>
    <w:p>
      <w:pPr>
        <w:jc w:val="right"/>
      </w:pPr>
      <w:r>
        <w:t>عائشہ واز ا وائف اف دا پرافٹ۔ سو شی سیز دس ریلیشن یو کین فائنڈ ان صحیح البخاری۔</w:t>
      </w:r>
    </w:p>
    <w:p>
      <w:r>
        <w:rPr>
          <w:b/>
        </w:rPr>
        <w:t xml:space="preserve">[55:14] </w:t>
      </w:r>
      <w:r>
        <w:t>Aisha says that the prophet of Islam used to rise early in the morning</w:t>
      </w:r>
    </w:p>
    <w:p>
      <w:pPr>
        <w:jc w:val="right"/>
      </w:pPr>
      <w:r>
        <w:t>عائشہ سیز دیٹ دا پرافٹ اف اسلام یوز ٹو رائز ارلی ان دا مارننگ</w:t>
      </w:r>
    </w:p>
    <w:p>
      <w:r>
        <w:rPr>
          <w:b/>
        </w:rPr>
        <w:t xml:space="preserve">[55:26] </w:t>
      </w:r>
      <w:r>
        <w:t>and pray his morning prayer. so she says that fan kunt mustaqdath muhaddithi.</w:t>
      </w:r>
    </w:p>
    <w:p>
      <w:pPr>
        <w:jc w:val="right"/>
      </w:pPr>
      <w:r>
        <w:t>اینڈ پری ہز مارننگ پریر۔ سو شی سیز دیٹ فین کنت مستقدۃ محدثنی۔</w:t>
      </w:r>
    </w:p>
    <w:p>
      <w:r>
        <w:rPr>
          <w:b/>
        </w:rPr>
        <w:t xml:space="preserve">[55:45] </w:t>
      </w:r>
      <w:r>
        <w:t>fan kunt mustaqdath muhaddithi. it means that if I were awaken,</w:t>
      </w:r>
    </w:p>
    <w:p>
      <w:pPr>
        <w:jc w:val="right"/>
      </w:pPr>
      <w:r>
        <w:t>فین کنت مستقدۃ محدثنی۔ اٹ مینز دیٹ اف ائی ویر اویکن،</w:t>
      </w:r>
    </w:p>
    <w:p>
      <w:r>
        <w:rPr>
          <w:b/>
        </w:rPr>
        <w:t xml:space="preserve">[56:00] </w:t>
      </w:r>
      <w:r>
        <w:t>he would discuss with me. this is very important.</w:t>
      </w:r>
    </w:p>
    <w:p>
      <w:pPr>
        <w:jc w:val="right"/>
      </w:pPr>
      <w:r>
        <w:t>ہی وڈ ڈسکس ود می۔ دس از ویری امپورٹنٹ۔</w:t>
      </w:r>
    </w:p>
    <w:p>
      <w:r>
        <w:rPr>
          <w:b/>
        </w:rPr>
        <w:t xml:space="preserve">[56:08] </w:t>
      </w:r>
      <w:r>
        <w:t>at means that aisha was an intellectual partner to the prophet. from this, i have draw a principle that according to this islamic teaching,</w:t>
      </w:r>
    </w:p>
    <w:p>
      <w:pPr>
        <w:jc w:val="right"/>
      </w:pPr>
      <w:r>
        <w:t>اٹ مینز دیٹ عائشہ واز این انٹلیکچول پارٹنر ٹو دا پرافٹ۔ فرام دس، ائی ہیو ڈرا پرنسپل دیٹ اکارڈنگ ٹو دس اسلامک ٹیچنگ،</w:t>
      </w:r>
    </w:p>
    <w:p>
      <w:r>
        <w:rPr>
          <w:b/>
        </w:rPr>
        <w:t xml:space="preserve">[56:28] </w:t>
      </w:r>
      <w:r>
        <w:t>the best expression of the relationship between wife and husband is that both are intellectual partner to each other.</w:t>
      </w:r>
    </w:p>
    <w:p>
      <w:pPr>
        <w:jc w:val="right"/>
      </w:pPr>
      <w:r>
        <w:t>دا بیسٹ ایکسپریشن اف دی ریلیشن شپ بٹوین وائف اینڈ ہسبینڈ از دیٹ بوتھ ار انٹلیکچول پارٹنر ٹو ایچ ادر۔</w:t>
      </w:r>
    </w:p>
    <w:p>
      <w:r>
        <w:rPr>
          <w:b/>
        </w:rPr>
        <w:t xml:space="preserve">[56:46] </w:t>
      </w:r>
      <w:r>
        <w:t>husband and wife, husband and wife both are intellectual partner to each other.</w:t>
      </w:r>
    </w:p>
    <w:p>
      <w:pPr>
        <w:jc w:val="right"/>
      </w:pPr>
      <w:r>
        <w:t>ہسبینڈ اینڈ وائف، ہسبینڈ اینڈ وائف بوتھ ار انٹلیکچول پارٹنر ٹو ایچ ادر۔</w:t>
      </w:r>
    </w:p>
    <w:p>
      <w:r>
        <w:rPr>
          <w:b/>
        </w:rPr>
        <w:t xml:space="preserve">[56:57] </w:t>
      </w:r>
      <w:r>
        <w:t>i think it is very important. you know, the most important thing for man or woman is intellectual development.</w:t>
      </w:r>
    </w:p>
    <w:p>
      <w:pPr>
        <w:jc w:val="right"/>
      </w:pPr>
      <w:r>
        <w:t>ائی تھنک اٹ از ویری امپورٹنٹ۔ یو نو، دا موسٹ امپورٹنٹ تھنگ فار مین اور وومن از انٹلیکچول ڈیولپمنٹ۔</w:t>
      </w:r>
    </w:p>
    <w:p>
      <w:r>
        <w:rPr>
          <w:b/>
        </w:rPr>
        <w:t xml:space="preserve">[57:14] </w:t>
      </w:r>
      <w:r>
        <w:t>intellectual development.</w:t>
      </w:r>
    </w:p>
    <w:p>
      <w:pPr>
        <w:jc w:val="right"/>
      </w:pPr>
      <w:r>
        <w:t>انٹلیکچول ڈیولپمنٹ۔</w:t>
      </w:r>
    </w:p>
    <w:p>
      <w:r>
        <w:rPr>
          <w:b/>
        </w:rPr>
        <w:t xml:space="preserve">[57:17] </w:t>
      </w:r>
      <w:r>
        <w:t>man or woman both are born with the, with great great capacity that is mind.</w:t>
      </w:r>
    </w:p>
    <w:p>
      <w:pPr>
        <w:jc w:val="right"/>
      </w:pPr>
      <w:r>
        <w:t>مین اور وومن بوتھ ار بورن ود دا، ود گریٹ گریٹ کیپیسٹی دیٹ از مائنڈ۔</w:t>
      </w:r>
    </w:p>
    <w:p>
      <w:r>
        <w:rPr>
          <w:b/>
        </w:rPr>
        <w:t xml:space="preserve">[57:28] </w:t>
      </w:r>
      <w:r>
        <w:t>mind has unlimited potential. there are hundred million, billion, billion particles in every individual brain.</w:t>
      </w:r>
    </w:p>
    <w:p>
      <w:pPr>
        <w:jc w:val="right"/>
      </w:pPr>
      <w:r>
        <w:t>مائنڈ ہیز ان لمیٹڈ پوٹینشل۔ دیر ار ہنڈرڈ ملین، بلین، بلین پارٹیکلز ان ایوری انڈیویجول برین۔</w:t>
      </w:r>
    </w:p>
    <w:p>
      <w:r>
        <w:rPr>
          <w:b/>
        </w:rPr>
        <w:t xml:space="preserve">[57:44] </w:t>
      </w:r>
      <w:r>
        <w:t>but all these particles are in dormant position. this potential is all refferred in quran in these words in surah al-baqarah:</w:t>
      </w:r>
    </w:p>
    <w:p>
      <w:pPr>
        <w:jc w:val="right"/>
      </w:pPr>
      <w:r>
        <w:t>بٹ ال دیز پارٹیکلز ار ان ڈارمن پوزیشن۔ دس پوٹینشل از الر ریفرڈ ان قرآن ان دیز ورڈز ان سورہ البقرہ:</w:t>
      </w:r>
    </w:p>
    <w:p>
      <w:r>
        <w:rPr>
          <w:b/>
        </w:rPr>
        <w:t xml:space="preserve">[58:00] </w:t>
      </w:r>
      <w:r>
        <w:t>allama adama al asmaa kullaha.</w:t>
      </w:r>
    </w:p>
    <w:p>
      <w:pPr>
        <w:jc w:val="right"/>
      </w:pPr>
      <w:r>
        <w:t>"علما آدم الاسماء کلہا۔"</w:t>
      </w:r>
    </w:p>
    <w:p>
      <w:r>
        <w:rPr>
          <w:b/>
        </w:rPr>
        <w:t xml:space="preserve">[58:06] </w:t>
      </w:r>
      <w:r>
        <w:t>this potential is refferred in the quran in these words: "allama adama al asmaa kullaha."</w:t>
      </w:r>
    </w:p>
    <w:p>
      <w:pPr>
        <w:jc w:val="right"/>
      </w:pPr>
      <w:r>
        <w:t>دس پوٹینشل از ریفرڈ ان دا قرآن ان دیز ورڈز: "علما آدم الاسماء کلہا۔"</w:t>
      </w:r>
    </w:p>
    <w:p>
      <w:r>
        <w:rPr>
          <w:b/>
        </w:rPr>
        <w:t xml:space="preserve">[58:16] </w:t>
      </w:r>
      <w:r>
        <w:t>is very important. so man, every man and every woman have a great potential that is mind.</w:t>
      </w:r>
    </w:p>
    <w:p>
      <w:pPr>
        <w:jc w:val="right"/>
      </w:pPr>
      <w:r>
        <w:t>از ویری امپورٹنٹ۔ سو مین، ایوری مین اینڈ ایوری وومن ہیو ا گریٹ پوٹینشل دیٹ از مائنڈ۔</w:t>
      </w:r>
    </w:p>
    <w:p>
      <w:r>
        <w:rPr>
          <w:b/>
        </w:rPr>
        <w:t xml:space="preserve">[58:27] </w:t>
      </w:r>
      <w:r>
        <w:t>now, there is a question: how to unfold these, this potential? how to turn this potential into actual?</w:t>
      </w:r>
    </w:p>
    <w:p>
      <w:pPr>
        <w:jc w:val="right"/>
      </w:pPr>
      <w:r>
        <w:t>ناؤ، دیر از ا کوئسچن: ہاؤ ٹو انفولڈ دیز، دس پوٹینشل؟ ہاؤ ٹو ٹرن دس پوٹینشل انٹو ایکچول؟</w:t>
      </w:r>
    </w:p>
    <w:p>
      <w:r>
        <w:rPr>
          <w:b/>
        </w:rPr>
        <w:t xml:space="preserve">[58:40] </w:t>
      </w:r>
      <w:r>
        <w:t>it is through intellectual exchange.</w:t>
      </w:r>
    </w:p>
    <w:p>
      <w:pPr>
        <w:jc w:val="right"/>
      </w:pPr>
      <w:r>
        <w:t>اٹ از تھرو انٹلیکچول ایکسچینج۔</w:t>
      </w:r>
    </w:p>
    <w:p>
      <w:r>
        <w:rPr>
          <w:b/>
        </w:rPr>
        <w:t xml:space="preserve">[58:45] </w:t>
      </w:r>
      <w:r>
        <w:t>the only way to unfold this potential is intellectual discussion, intellectual exchange, intellectual dialogue.</w:t>
      </w:r>
    </w:p>
    <w:p>
      <w:pPr>
        <w:jc w:val="right"/>
      </w:pPr>
      <w:r>
        <w:t>دا اونلی وے ٹو انفولڈ دس پوٹینشل از انٹلیکچول ڈسکشن، انٹلیکچول ایکسچینج، انٹلیکچول ڈائیلاگ۔</w:t>
      </w:r>
    </w:p>
    <w:p>
      <w:r>
        <w:rPr>
          <w:b/>
        </w:rPr>
        <w:t xml:space="preserve">[59:02] </w:t>
      </w:r>
      <w:r>
        <w:t>and i think the best partner for the both is their spouses.</w:t>
      </w:r>
    </w:p>
    <w:p>
      <w:pPr>
        <w:jc w:val="right"/>
      </w:pPr>
      <w:r>
        <w:t>اینڈ ائی تھنک دا بیسٹ پارٹنر فار دا بوتھ از دیر اسپاؤسز۔</w:t>
      </w:r>
    </w:p>
    <w:p>
      <w:r>
        <w:rPr>
          <w:b/>
        </w:rPr>
        <w:t xml:space="preserve">[59:10] </w:t>
      </w:r>
      <w:r>
        <w:t>husband and wife both are best intellectual partner to each other. so this is the best expression of islam</w:t>
      </w:r>
    </w:p>
    <w:p>
      <w:pPr>
        <w:jc w:val="right"/>
      </w:pPr>
      <w:r>
        <w:t>ہسبینڈ اینڈ وائف بوتھ ار بیسٹ انٹلیکچول پارٹنر ٹو ایچ ادر۔ سو دس از دا بیسٹ ایکسپریشن اف اسلام</w:t>
      </w:r>
    </w:p>
    <w:p>
      <w:r>
        <w:rPr>
          <w:b/>
        </w:rPr>
        <w:t xml:space="preserve">[59:25] </w:t>
      </w:r>
      <w:r>
        <w:t>regarding the present issue.</w:t>
      </w:r>
    </w:p>
    <w:p>
      <w:pPr>
        <w:jc w:val="right"/>
      </w:pPr>
      <w:r>
        <w:t>ریگارڈنگ دا پریزنٹ ایشو۔</w:t>
      </w:r>
    </w:p>
    <w:p>
      <w:r>
        <w:rPr>
          <w:b/>
        </w:rPr>
        <w:t xml:space="preserve">[59:31] </w:t>
      </w:r>
      <w:r>
        <w:t>i have written the details of this principle in my book: "aurat mamari insaniyat." women the builder of humanity.</w:t>
      </w:r>
    </w:p>
    <w:p>
      <w:pPr>
        <w:jc w:val="right"/>
      </w:pPr>
      <w:r>
        <w:t>ائی ہیو رٹن دا ڈیٹیلز اف دس پرنسپل ان مائی بک: "عورت مماری انسانیت۔" وومن دا بلڈر اف ہیومینٹی۔</w:t>
      </w:r>
    </w:p>
    <w:p>
      <w:r>
        <w:rPr>
          <w:b/>
        </w:rPr>
        <w:t xml:space="preserve">[59:48] </w:t>
      </w:r>
      <w:r>
        <w:t>in three chapters of this book, i have discussed in detail</w:t>
      </w:r>
    </w:p>
    <w:p>
      <w:pPr>
        <w:jc w:val="right"/>
      </w:pPr>
      <w:r>
        <w:t>ان تھری چیپٹرز اف دس بک، ائی ہیو ڈسکسڈ ان ڈیٹیل</w:t>
      </w:r>
    </w:p>
    <w:p>
      <w:r>
        <w:rPr>
          <w:b/>
        </w:rPr>
        <w:t xml:space="preserve">[59:57] </w:t>
      </w:r>
      <w:r>
        <w:t>that how husband and wife can try to turn their potential into actual by making their companion and intellectual partner.</w:t>
      </w:r>
    </w:p>
    <w:p>
      <w:pPr>
        <w:jc w:val="right"/>
      </w:pPr>
      <w:r>
        <w:t>دیٹ ہاؤ ہسبینڈ اینڈ وائف کین ٹرائی ٹو ٹرن دیر پوٹینشل انٹو ایکچول بائی میکنگ دیر کمپینین اینڈ انٹلیکچول پارٹنر۔</w:t>
      </w:r>
    </w:p>
    <w:p>
      <w:r>
        <w:rPr>
          <w:b/>
        </w:rPr>
        <w:t xml:space="preserve">[1:00:09] </w:t>
      </w:r>
      <w:r>
        <w:t>is very important.</w:t>
      </w:r>
    </w:p>
    <w:p>
      <w:pPr>
        <w:jc w:val="right"/>
      </w:pPr>
      <w:r>
        <w:t>از ویری امپورٹنٹ۔</w:t>
      </w:r>
    </w:p>
    <w:p>
      <w:r>
        <w:rPr>
          <w:b/>
        </w:rPr>
        <w:t xml:space="preserve">[1:00:15] </w:t>
      </w:r>
      <w:r>
        <w:t>so i can see that</w:t>
      </w:r>
    </w:p>
    <w:p>
      <w:pPr>
        <w:jc w:val="right"/>
      </w:pPr>
      <w:r>
        <w:t>سو ائی کین سی دیٹ</w:t>
      </w:r>
    </w:p>
    <w:p>
      <w:r>
        <w:rPr>
          <w:b/>
        </w:rPr>
        <w:t xml:space="preserve">[1:00:22] </w:t>
      </w:r>
      <w:r>
        <w:t>islam</w:t>
      </w:r>
    </w:p>
    <w:p>
      <w:pPr>
        <w:jc w:val="right"/>
      </w:pPr>
      <w:r>
        <w:t>اسلام</w:t>
      </w:r>
    </w:p>
    <w:p>
      <w:r>
        <w:rPr>
          <w:b/>
        </w:rPr>
        <w:t xml:space="preserve">[1:00:26] </w:t>
      </w:r>
      <w:r>
        <w:t>is a religion of nature. nature or god created both the sexes</w:t>
      </w:r>
    </w:p>
    <w:p>
      <w:pPr>
        <w:jc w:val="right"/>
      </w:pPr>
      <w:r>
        <w:t>از ا ریلیجن اف نیچر۔ نیچر اور گاڈ کریٹڈ بوتھ دا سکسز</w:t>
      </w:r>
    </w:p>
    <w:p>
      <w:r>
        <w:rPr>
          <w:b/>
        </w:rPr>
        <w:t xml:space="preserve">[1:00:42] </w:t>
      </w:r>
      <w:r>
        <w:t>. in the eyes of god, there is no, no one is superior or no one is inferior.</w:t>
      </w:r>
    </w:p>
    <w:p>
      <w:pPr>
        <w:jc w:val="right"/>
      </w:pPr>
      <w:r>
        <w:t>۔ ان دا ائیز اف گاڈ، دیر از نو، نو ون از سپیریر اور نو ون از انفیریر۔</w:t>
      </w:r>
    </w:p>
    <w:p>
      <w:r>
        <w:rPr>
          <w:b/>
        </w:rPr>
        <w:t xml:space="preserve">[1:00:53] </w:t>
      </w:r>
      <w:r>
        <w:t>al-khalq wa Allah. There are several hadith that tells us that God loves His creatures.</w:t>
      </w:r>
    </w:p>
    <w:p>
      <w:pPr>
        <w:jc w:val="right"/>
      </w:pPr>
      <w:r>
        <w:t>الخلق ویل اللہ۔ دیر ار سیورل حدیث دیٹ ٹیلز اس دیٹ گاڈ لوز ہز کریچر۔</w:t>
      </w:r>
    </w:p>
    <w:p>
      <w:r>
        <w:rPr>
          <w:b/>
        </w:rPr>
        <w:t xml:space="preserve">[1:01:07] </w:t>
      </w:r>
      <w:r>
        <w:t>God loves men and women both</w:t>
      </w:r>
    </w:p>
    <w:p>
      <w:pPr>
        <w:jc w:val="right"/>
      </w:pPr>
      <w:r>
        <w:t>گاڈ لوز مین اینڈ وومن بوتھ</w:t>
      </w:r>
    </w:p>
    <w:p>
      <w:r>
        <w:rPr>
          <w:b/>
        </w:rPr>
        <w:t xml:space="preserve">[1:01:11] </w:t>
      </w:r>
      <w:r>
        <w:t>. So in the creation plan of God, there is no discrimination, no discrimination between the two.</w:t>
      </w:r>
    </w:p>
    <w:p>
      <w:pPr>
        <w:jc w:val="right"/>
      </w:pPr>
      <w:r>
        <w:t>۔ سو ان دا کریشن پلان اف گاڈ، دیر از نو ڈسکریمینیشن، نو ڈسکریمینیشن بٹوین دا ٹو۔</w:t>
      </w:r>
    </w:p>
    <w:p>
      <w:r>
        <w:rPr>
          <w:b/>
        </w:rPr>
        <w:t xml:space="preserve">[1:01:22] </w:t>
      </w:r>
      <w:r>
        <w:t>So I Islam is a religion of nature. There is no such discrimination</w:t>
      </w:r>
    </w:p>
    <w:p>
      <w:pPr>
        <w:jc w:val="right"/>
      </w:pPr>
      <w:r>
        <w:t>سو ائی اسلام از ا ریلیجن اف نیچر۔ دیر از نو سچ ڈسکریمینیشن</w:t>
      </w:r>
    </w:p>
    <w:p>
      <w:r>
        <w:rPr>
          <w:b/>
        </w:rPr>
        <w:t xml:space="preserve">[1:01:31] </w:t>
      </w:r>
      <w:r>
        <w:t>in Islam. It is true that there is a, there is a, in some sense, there is a difference between the two sexes.</w:t>
      </w:r>
    </w:p>
    <w:p>
      <w:pPr>
        <w:jc w:val="right"/>
      </w:pPr>
      <w:r>
        <w:t>ان اسلام۔ اٹ از ٹرو دیٹ دیر از ا، دیر از ا، ان سم سینس، دیر از ا ڈیفرنس بٹوین دا ٹو سکسز۔</w:t>
      </w:r>
    </w:p>
    <w:p>
      <w:r>
        <w:rPr>
          <w:b/>
        </w:rPr>
        <w:t xml:space="preserve">[1:01:44] </w:t>
      </w:r>
      <w:r>
        <w:t>But these differences have nothing to do with the respect or status.</w:t>
      </w:r>
    </w:p>
    <w:p>
      <w:pPr>
        <w:jc w:val="right"/>
      </w:pPr>
      <w:r>
        <w:t>بٹ دیز ڈیفرنسز ہیو نتھنگ ٹو ڈو ود دا ریسپیکٹ اور اسٹیٹس۔</w:t>
      </w:r>
    </w:p>
    <w:p>
      <w:r>
        <w:rPr>
          <w:b/>
        </w:rPr>
        <w:t xml:space="preserve">[1:01:57] </w:t>
      </w:r>
      <w:r>
        <w:t>The national formula of Islam in this regard is that both are equal in respect, but their role is different in society.</w:t>
      </w:r>
    </w:p>
    <w:p>
      <w:pPr>
        <w:jc w:val="right"/>
      </w:pPr>
      <w:r>
        <w:t>دا نیشنل فارمولا اف اسلام ان دس ریگارڈ از دیٹ بوتھ ار ایکول ان ریسپیکٹ، بٹ دیر رول از ڈفرنٹ ان سوسائٹی۔</w:t>
      </w:r>
    </w:p>
    <w:p>
      <w:r>
        <w:rPr>
          <w:b/>
        </w:rPr>
        <w:t xml:space="preserve">[1:02:12] </w:t>
      </w:r>
      <w:r>
        <w:t>And it is very natural. You know, every human being is born with a different qualities.</w:t>
      </w:r>
    </w:p>
    <w:p>
      <w:pPr>
        <w:jc w:val="right"/>
      </w:pPr>
      <w:r>
        <w:t>اینڈ اٹ از ویری نیچرل۔ یو نو، ایوری ہیومن بینگ از بورن ود ا ڈفرنٹ کوالٹیز۔</w:t>
      </w:r>
    </w:p>
    <w:p>
      <w:r>
        <w:rPr>
          <w:b/>
        </w:rPr>
        <w:t xml:space="preserve">[1:02:25] </w:t>
      </w:r>
      <w:r>
        <w:t>Every man is Mr. Different and every woman is Ms. Different. In studies, conduct studies conducted in psychology, it is now established that difference is a part of life.</w:t>
      </w:r>
    </w:p>
    <w:p>
      <w:pPr>
        <w:jc w:val="right"/>
      </w:pPr>
      <w:r>
        <w:t>ایوری مین از مسٹر ڈفرنٹ اینڈ ایوری وومن از مس ڈفرنٹ۔ ان سٹڈیز، کنڈکٹ سٹڈیز کنڈکٹڈ ان سائیکالوجی، اٹ از ناو اسٹیبلش دیٹ ڈیفرنس از ا پارٹ اف لائف۔</w:t>
      </w:r>
    </w:p>
    <w:p>
      <w:r>
        <w:rPr>
          <w:b/>
        </w:rPr>
        <w:t xml:space="preserve">[1:02:49] </w:t>
      </w:r>
      <w:r>
        <w:t>Difference is a part of life.</w:t>
      </w:r>
    </w:p>
    <w:p>
      <w:pPr>
        <w:jc w:val="right"/>
      </w:pPr>
      <w:r>
        <w:t>ڈیفرنس از ا پارٹ اف لائف۔</w:t>
      </w:r>
    </w:p>
    <w:p>
      <w:r>
        <w:rPr>
          <w:b/>
        </w:rPr>
        <w:t xml:space="preserve">[1:02:54] </w:t>
      </w:r>
      <w:r>
        <w:t>So, so</w:t>
      </w:r>
    </w:p>
    <w:p>
      <w:pPr>
        <w:jc w:val="right"/>
      </w:pPr>
      <w:r>
        <w:t>سو، سو</w:t>
      </w:r>
    </w:p>
    <w:p>
      <w:r>
        <w:rPr>
          <w:b/>
        </w:rPr>
        <w:t xml:space="preserve">[1:02:58] </w:t>
      </w:r>
      <w:r>
        <w:t>it is a fact that God created both the sexes as Mr. Different and Ms. Different.</w:t>
      </w:r>
    </w:p>
    <w:p>
      <w:pPr>
        <w:jc w:val="right"/>
      </w:pPr>
      <w:r>
        <w:t>اٹ از ا فیکٹ دیٹ گاڈ کریٹڈ بوتھ دا سکسز ایز مسٹر ڈفرنٹ اینڈ مس ڈفرنٹ۔</w:t>
      </w:r>
    </w:p>
    <w:p>
      <w:r>
        <w:rPr>
          <w:b/>
        </w:rPr>
        <w:t xml:space="preserve">[1:03:10] </w:t>
      </w:r>
      <w:r>
        <w:t>So</w:t>
      </w:r>
    </w:p>
    <w:p>
      <w:pPr>
        <w:jc w:val="right"/>
      </w:pPr>
      <w:r>
        <w:t>سو</w:t>
      </w:r>
    </w:p>
    <w:p>
      <w:r>
        <w:rPr>
          <w:b/>
        </w:rPr>
        <w:t xml:space="preserve">[1:03:15] </w:t>
      </w:r>
      <w:r>
        <w:t>the creation plan of God is to give them different role. Men or women both are equally respectable, but</w:t>
      </w:r>
    </w:p>
    <w:p>
      <w:pPr>
        <w:jc w:val="right"/>
      </w:pPr>
      <w:r>
        <w:t>دا کریشن پلان اف گاڈ از ٹو گیو دیم ڈفرنٹ رول۔ مین اور وومن بوتھ ار ایکولی ریسپیکٹیبل، بٹ</w:t>
      </w:r>
    </w:p>
    <w:p>
      <w:r>
        <w:rPr>
          <w:b/>
        </w:rPr>
        <w:t xml:space="preserve">[1:03:26] </w:t>
      </w:r>
      <w:r>
        <w:t>according to their nature, both have different role in civilization, in human progress in society.</w:t>
      </w:r>
    </w:p>
    <w:p>
      <w:pPr>
        <w:jc w:val="right"/>
      </w:pPr>
      <w:r>
        <w:t>اکارڈنگ ٹو دیر نیچر، بوتھ ہیو ڈفرنٹ رول ان سولائزیشن، ان ہیومن پروگریس ان سوسائٹی۔</w:t>
      </w:r>
    </w:p>
    <w:p>
      <w:r>
        <w:rPr>
          <w:b/>
        </w:rPr>
        <w:t xml:space="preserve">[1:03:42] </w:t>
      </w:r>
      <w:r>
        <w:t>So it is wrong to say that Islam degrades women. No,</w:t>
      </w:r>
    </w:p>
    <w:p>
      <w:pPr>
        <w:jc w:val="right"/>
      </w:pPr>
      <w:r>
        <w:t>سو اٹ از رونگ ٹو سی دیٹ اسلام ڈی گریڈز وومن۔ نو،</w:t>
      </w:r>
    </w:p>
    <w:p>
      <w:r>
        <w:rPr>
          <w:b/>
        </w:rPr>
        <w:t xml:space="preserve">[1:03:52] </w:t>
      </w:r>
      <w:r>
        <w:t>Islam</w:t>
      </w:r>
    </w:p>
    <w:p>
      <w:pPr>
        <w:jc w:val="right"/>
      </w:pPr>
      <w:r>
        <w:t>اسلام</w:t>
      </w:r>
    </w:p>
    <w:p>
      <w:r>
        <w:rPr>
          <w:b/>
        </w:rPr>
        <w:t xml:space="preserve">[1:03:56] </w:t>
      </w:r>
      <w:r>
        <w:t>gives equal respect to the both sexes, but according to Islam, both have to play different roles in their life.</w:t>
      </w:r>
    </w:p>
    <w:p>
      <w:pPr>
        <w:jc w:val="right"/>
      </w:pPr>
      <w:r>
        <w:t>گیوز ایکول ریسپیکٹ ٹو دا بوتھ سکسز، بٹ اکارڈنگ ٹو اسلام، بوتھ ہیو ٹو پلے ڈفرنٹ رولز ان دیر لائف۔</w:t>
      </w:r>
    </w:p>
    <w:p>
      <w:r>
        <w:rPr>
          <w:b/>
        </w:rPr>
        <w:t xml:space="preserve">[1:04:15] </w:t>
      </w:r>
      <w:r>
        <w:t>Then, there is a very important hadith</w:t>
      </w:r>
    </w:p>
    <w:p>
      <w:pPr>
        <w:jc w:val="right"/>
      </w:pPr>
      <w:r>
        <w:t>دین، دیر از ا ویری امپورٹنٹ حدیث</w:t>
      </w:r>
    </w:p>
    <w:p>
      <w:r>
        <w:rPr>
          <w:b/>
        </w:rPr>
        <w:t xml:space="preserve">[1:04:22] </w:t>
      </w:r>
      <w:r>
        <w:t>das hadith addresses to husband.</w:t>
      </w:r>
    </w:p>
    <w:p>
      <w:pPr>
        <w:jc w:val="right"/>
      </w:pPr>
      <w:r>
        <w:t>۔ دس حدیث ایڈریسز ٹو ہسبینڈ۔</w:t>
      </w:r>
    </w:p>
    <w:p>
      <w:r>
        <w:rPr>
          <w:b/>
        </w:rPr>
        <w:t xml:space="preserve">[1:04:28] </w:t>
      </w:r>
      <w:r>
        <w:t>you know, when</w:t>
      </w:r>
    </w:p>
    <w:p>
      <w:pPr>
        <w:jc w:val="right"/>
      </w:pPr>
      <w:r>
        <w:t>یو نو، وین</w:t>
      </w:r>
    </w:p>
    <w:p>
      <w:r>
        <w:rPr>
          <w:b/>
        </w:rPr>
        <w:t xml:space="preserve">[1:04:31] </w:t>
      </w:r>
      <w:r>
        <w:t>a man and woman</w:t>
      </w:r>
    </w:p>
    <w:p>
      <w:pPr>
        <w:jc w:val="right"/>
      </w:pPr>
      <w:r>
        <w:t>ا مین اینڈ وومن</w:t>
      </w:r>
    </w:p>
    <w:p>
      <w:r>
        <w:rPr>
          <w:b/>
        </w:rPr>
        <w:t xml:space="preserve">[1:04:35] </w:t>
      </w:r>
      <w:r>
        <w:t>are together in marriage</w:t>
      </w:r>
    </w:p>
    <w:p>
      <w:pPr>
        <w:jc w:val="right"/>
      </w:pPr>
      <w:r>
        <w:t>ار ٹوگیدر ان میرج</w:t>
      </w:r>
    </w:p>
    <w:p>
      <w:r>
        <w:rPr>
          <w:b/>
        </w:rPr>
        <w:t xml:space="preserve">[1:04:39] </w:t>
      </w:r>
      <w:r>
        <w:t>and start living together,</w:t>
      </w:r>
    </w:p>
    <w:p>
      <w:pPr>
        <w:jc w:val="right"/>
      </w:pPr>
      <w:r>
        <w:t>اینڈ سٹارٹ لیونگ ٹوگیدر،</w:t>
      </w:r>
    </w:p>
    <w:p>
      <w:r>
        <w:rPr>
          <w:b/>
        </w:rPr>
        <w:t xml:space="preserve">[1:04:44] </w:t>
      </w:r>
      <w:r>
        <w:t>then sometimes there are differences, controversies.</w:t>
      </w:r>
    </w:p>
    <w:p>
      <w:pPr>
        <w:jc w:val="right"/>
      </w:pPr>
      <w:r>
        <w:t>دین سم ٹائم دیر ار ڈیفرنسز، کنٹروورسیز۔</w:t>
      </w:r>
    </w:p>
    <w:p>
      <w:r>
        <w:rPr>
          <w:b/>
        </w:rPr>
        <w:t xml:space="preserve">[1:04:52] </w:t>
      </w:r>
      <w:r>
        <w:t>So this hadith says: "Fa in kariha minha shay'un raziya minhu akhar." This hadith addresses to husband that if you find that in your wife, there are some dislikes.</w:t>
      </w:r>
    </w:p>
    <w:p>
      <w:pPr>
        <w:jc w:val="right"/>
      </w:pPr>
      <w:r>
        <w:t>سو دس حدیث سیز: "فین کرہا منہا شین رضیہ منہ الاخر۔" دس حدیث ایڈریسز ٹو ہسبینڈ دیٹ اف یو فائن دیٹ ان یور وائف، دیر ار سم ڈس لائکس۔</w:t>
      </w:r>
    </w:p>
    <w:p>
      <w:r>
        <w:rPr>
          <w:b/>
        </w:rPr>
        <w:t xml:space="preserve">[1:05:14] </w:t>
      </w:r>
      <w:r>
        <w:t>So you have to see, you have to see the things in a greater, in a deeper sense, because God created men or women with great potential</w:t>
      </w:r>
    </w:p>
    <w:p>
      <w:pPr>
        <w:jc w:val="right"/>
      </w:pPr>
      <w:r>
        <w:t>سو یو ہیو ٹو سی، یو ہیو ٹو سی دا تھنگز ان ا گریٹر، ان ا ڈیپر سینس، بیکاز گاڈ کریٹڈ مین اور وومن ود گریٹ پوٹینشل</w:t>
      </w:r>
    </w:p>
    <w:p>
      <w:r>
        <w:rPr>
          <w:b/>
        </w:rPr>
        <w:t xml:space="preserve">[1:05:32] </w:t>
      </w:r>
      <w:r>
        <w:t>in some respect. Maybe your wife is not fulfilling your desires, but in some other sense,</w:t>
      </w:r>
    </w:p>
    <w:p>
      <w:pPr>
        <w:jc w:val="right"/>
      </w:pPr>
      <w:r>
        <w:t>ز ان سم ریسپیکٹ۔ می بی یور وائف از ناٹ فلفلنگ یور ڈیزائرز، بٹ ان سم ادر سینس،</w:t>
      </w:r>
    </w:p>
    <w:p>
      <w:r>
        <w:rPr>
          <w:b/>
        </w:rPr>
        <w:t xml:space="preserve">[1:05:45] </w:t>
      </w:r>
      <w:r>
        <w:t>you will find that she is very competent, very very competent.</w:t>
      </w:r>
    </w:p>
    <w:p>
      <w:pPr>
        <w:jc w:val="right"/>
      </w:pPr>
      <w:r>
        <w:t>یو ویل فائن دیٹ شی از ویری کمپیٹنٹ، ویری ویری کمپیٹنٹ۔</w:t>
      </w:r>
    </w:p>
    <w:p>
      <w:r>
        <w:rPr>
          <w:b/>
        </w:rPr>
        <w:t xml:space="preserve">[1:05:55] </w:t>
      </w:r>
      <w:r>
        <w:t>So it is also a very important principle of successful marriage.</w:t>
      </w:r>
    </w:p>
    <w:p>
      <w:pPr>
        <w:jc w:val="right"/>
      </w:pPr>
      <w:r>
        <w:t>سو اٹ از السو ا ویری امپورٹنٹ پرنسپل اف سکسیس فل میرج۔</w:t>
      </w:r>
    </w:p>
    <w:p>
      <w:r>
        <w:rPr>
          <w:b/>
        </w:rPr>
        <w:t xml:space="preserve">[1:06:04] </w:t>
      </w:r>
      <w:r>
        <w:t>according to the nature, no man or woman are ideal person. there is no such thing as ideal husband or ideal wife.</w:t>
      </w:r>
    </w:p>
    <w:p>
      <w:pPr>
        <w:jc w:val="right"/>
      </w:pPr>
      <w:r>
        <w:t>اکارڈنگ ٹو دا نیچر، نو مین اور وومن ار ائیڈیل پرسن۔ دیر از نو سچ تھنگ ایز ائیڈیل ہسبینڈ اور ائیڈیل وائف۔</w:t>
      </w:r>
    </w:p>
    <w:p>
      <w:r>
        <w:rPr>
          <w:b/>
        </w:rPr>
        <w:t xml:space="preserve">[1:06:18] </w:t>
      </w:r>
      <w:r>
        <w:t>every human being is less than ideal.</w:t>
      </w:r>
    </w:p>
    <w:p>
      <w:pPr>
        <w:jc w:val="right"/>
      </w:pPr>
      <w:r>
        <w:t>ایوری ہیومن بینگ از لیس دین ائیڈیل۔</w:t>
      </w:r>
    </w:p>
    <w:p>
      <w:r>
        <w:rPr>
          <w:b/>
        </w:rPr>
        <w:t xml:space="preserve">[1:06:24] </w:t>
      </w:r>
      <w:r>
        <w:t>so both are less than ideal. to this principle is applied to the both</w:t>
      </w:r>
    </w:p>
    <w:p>
      <w:pPr>
        <w:jc w:val="right"/>
      </w:pPr>
      <w:r>
        <w:t>سو بوتھ ار لیس دین ائیڈیل۔ تو دس پرنسپل از اپلائیڈ ٹو دا بوتھ</w:t>
      </w:r>
    </w:p>
    <w:p>
      <w:r>
        <w:rPr>
          <w:b/>
        </w:rPr>
        <w:t xml:space="preserve">[1:06:34] </w:t>
      </w:r>
      <w:r>
        <w:t>. both have to understand, have to see the things in a wider sense.</w:t>
      </w:r>
    </w:p>
    <w:p>
      <w:pPr>
        <w:jc w:val="right"/>
      </w:pPr>
      <w:r>
        <w:t>۔ بوتھ ہیو ٹو انڈرسٹینڈ، ہیو ٹو سی دا تھنگز ان ا وائیڈر سینس۔</w:t>
      </w:r>
    </w:p>
    <w:p>
      <w:r>
        <w:rPr>
          <w:b/>
        </w:rPr>
        <w:t xml:space="preserve">[1:06:46] </w:t>
      </w:r>
      <w:r>
        <w:t>if they judge their spouses by the ideal euristic, both will fall into despair.</w:t>
      </w:r>
    </w:p>
    <w:p>
      <w:pPr>
        <w:jc w:val="right"/>
      </w:pPr>
      <w:r>
        <w:t>اف دے جج دیر اسپاؤسز بائی دا ائیڈیل یورسٹک، بوتھ ویل فیل انٹو ڈسپیئر۔</w:t>
      </w:r>
    </w:p>
    <w:p>
      <w:r>
        <w:rPr>
          <w:b/>
        </w:rPr>
        <w:t xml:space="preserve">[1:07:04] </w:t>
      </w:r>
      <w:r>
        <w:t>so it is best formula for a successful marriage life that both must admit that both are less than ideal.</w:t>
      </w:r>
    </w:p>
    <w:p>
      <w:pPr>
        <w:jc w:val="right"/>
      </w:pPr>
      <w:r>
        <w:t>سو اٹ از بیسٹ فارمولا فار ا سکسیس فل میرج لائف دیٹ بوتھ مسٹ ایڈمٹ دیٹ بوتھ ار لیس دین ائیڈیل۔</w:t>
      </w:r>
    </w:p>
    <w:p>
      <w:r>
        <w:rPr>
          <w:b/>
        </w:rPr>
        <w:t xml:space="preserve">[1:07:21] </w:t>
      </w:r>
      <w:r>
        <w:t>neither man and nor woman is ideal person.</w:t>
      </w:r>
    </w:p>
    <w:p>
      <w:pPr>
        <w:jc w:val="right"/>
      </w:pPr>
      <w:r>
        <w:t>نیدر مین اینڈ نا وومن از ائیڈیل پرسن۔</w:t>
      </w:r>
    </w:p>
    <w:p>
      <w:r>
        <w:rPr>
          <w:b/>
        </w:rPr>
        <w:t xml:space="preserve">[1:07:28] </w:t>
      </w:r>
      <w:r>
        <w:t>so when both will accept this natural fact, both will be able to</w:t>
      </w:r>
    </w:p>
    <w:p>
      <w:pPr>
        <w:jc w:val="right"/>
      </w:pPr>
      <w:r>
        <w:t>سو وین بوتھ ویل ایکسیپٹ دس نیچرل فیکٹ، بوتھ ویل بی ایبل ٹو</w:t>
      </w:r>
    </w:p>
    <w:p>
      <w:r>
        <w:rPr>
          <w:b/>
        </w:rPr>
        <w:t xml:space="preserve">[1:07:39] </w:t>
      </w:r>
      <w:r>
        <w:t>adjust and have a success, successfull, successfull marriage life.</w:t>
      </w:r>
    </w:p>
    <w:p>
      <w:pPr>
        <w:jc w:val="right"/>
      </w:pPr>
      <w:r>
        <w:t>ایڈجسٹ اینڈ ہیو ا سکسیس، سکسیس فل، سکسیس فل میرج لائف۔</w:t>
      </w:r>
    </w:p>
    <w:p>
      <w:r>
        <w:rPr>
          <w:b/>
        </w:rPr>
        <w:t xml:space="preserve">[1:07:52] </w:t>
      </w:r>
      <w:r>
        <w:t>then, about the</w:t>
      </w:r>
    </w:p>
    <w:p>
      <w:pPr>
        <w:jc w:val="right"/>
      </w:pPr>
      <w:r>
        <w:t>دین، اباؤٹ دا</w:t>
      </w:r>
    </w:p>
    <w:p>
      <w:r>
        <w:rPr>
          <w:b/>
        </w:rPr>
        <w:t xml:space="preserve">[1:07:56] </w:t>
      </w:r>
      <w:r>
        <w:t>role of woman in the society, i think that there is no discrimination in this regard.</w:t>
      </w:r>
    </w:p>
    <w:p>
      <w:pPr>
        <w:jc w:val="right"/>
      </w:pPr>
      <w:r>
        <w:t>رول اف وومن ان دا سوسائٹی، ائی تھنک دیٹ دیر از نو ڈسکریمینیشن ان دس ریگارڈ۔</w:t>
      </w:r>
    </w:p>
    <w:p>
      <w:r>
        <w:rPr>
          <w:b/>
        </w:rPr>
        <w:t xml:space="preserve">[1:08:09] </w:t>
      </w:r>
      <w:r>
        <w:t>the only thing is that</w:t>
      </w:r>
    </w:p>
    <w:p>
      <w:pPr>
        <w:jc w:val="right"/>
      </w:pPr>
      <w:r>
        <w:t>دا اونلی تھنگ از دیٹ</w:t>
      </w:r>
    </w:p>
    <w:p>
      <w:r>
        <w:rPr>
          <w:b/>
        </w:rPr>
        <w:t xml:space="preserve">[1:08:14] </w:t>
      </w:r>
      <w:r>
        <w:t>both have different qualities</w:t>
      </w:r>
    </w:p>
    <w:p>
      <w:pPr>
        <w:jc w:val="right"/>
      </w:pPr>
      <w:r>
        <w:t>بوتھ ہیو ڈفرنٹ کوالٹیز</w:t>
      </w:r>
    </w:p>
    <w:p>
      <w:r>
        <w:rPr>
          <w:b/>
        </w:rPr>
        <w:t xml:space="preserve">[1:08:17] </w:t>
      </w:r>
      <w:r>
        <w:t>, both have different temperament, both have different potential.</w:t>
      </w:r>
    </w:p>
    <w:p>
      <w:pPr>
        <w:jc w:val="right"/>
      </w:pPr>
      <w:r>
        <w:t>، بوتھ ہیو ڈفرنٹ ٹیمپرامنٹ، بوتھ ہیو ڈفرنٹ پوٹینشل۔</w:t>
      </w:r>
    </w:p>
    <w:p>
      <w:r>
        <w:rPr>
          <w:b/>
        </w:rPr>
        <w:t xml:space="preserve">[1:08:28] </w:t>
      </w:r>
      <w:r>
        <w:t>so it is but natural that both must be given that kind of role, which is quite, which is quite</w:t>
      </w:r>
    </w:p>
    <w:p>
      <w:pPr>
        <w:jc w:val="right"/>
      </w:pPr>
      <w:r>
        <w:t>سو اٹ از بٹ نیچرل دیٹ بوتھ مسٹ بی گیون دیٹ کائنڈ اف رول، وچ از کوائٹ، وچ از کوائٹ</w:t>
      </w:r>
    </w:p>
    <w:p>
      <w:r>
        <w:rPr>
          <w:b/>
        </w:rPr>
        <w:t xml:space="preserve">[1:08:51] </w:t>
      </w:r>
      <w:r>
        <w:t>appropriate, which is in accordance with their qualities</w:t>
      </w:r>
    </w:p>
    <w:p>
      <w:pPr>
        <w:jc w:val="right"/>
      </w:pPr>
      <w:r>
        <w:t>اپروپریٹ، وچ از ان اکارڈنس ود دیر کوالٹیز</w:t>
      </w:r>
    </w:p>
    <w:p>
      <w:r>
        <w:rPr>
          <w:b/>
        </w:rPr>
        <w:t xml:space="preserve">[1:08:59] </w:t>
      </w:r>
      <w:r>
        <w:t>. so this is a settlement or adjustment, this is not discrimination. for example,</w:t>
      </w:r>
    </w:p>
    <w:p>
      <w:pPr>
        <w:jc w:val="right"/>
      </w:pPr>
      <w:r>
        <w:t>۔ سو دس از ا سیٹلمنٹ اور ایڈجسٹمنٹ، دس از ناٹ ڈسکریمینیشن۔ فار ایگزامپل،</w:t>
      </w:r>
    </w:p>
    <w:p>
      <w:r>
        <w:rPr>
          <w:b/>
        </w:rPr>
        <w:t xml:space="preserve">[1:09:10] </w:t>
      </w:r>
      <w:r>
        <w:t>there are two different role. one is engineering role, and other one is teaching role.</w:t>
      </w:r>
    </w:p>
    <w:p>
      <w:pPr>
        <w:jc w:val="right"/>
      </w:pPr>
      <w:r>
        <w:t>دیر ار ٹو ڈفرنٹ رول۔ ون از انجینئرنگ رول، اینڈ ادر ون از ٹیچنگ رول۔</w:t>
      </w:r>
    </w:p>
    <w:p>
      <w:r>
        <w:rPr>
          <w:b/>
        </w:rPr>
        <w:t xml:space="preserve">[1:09:22] </w:t>
      </w:r>
      <w:r>
        <w:t>so if you find that man, man is better for engineer role, so you have to appoint man as an engineer.</w:t>
      </w:r>
    </w:p>
    <w:p>
      <w:pPr>
        <w:jc w:val="right"/>
      </w:pPr>
      <w:r>
        <w:t>سو اف یو فائنڈ دیٹ مین، مین از بٹر فار انجینئر رول، سو یو ہیو ٹو اپوائنٹ مین ایز ان انجینئر۔</w:t>
      </w:r>
    </w:p>
    <w:p>
      <w:r>
        <w:rPr>
          <w:b/>
        </w:rPr>
        <w:t xml:space="preserve">[1:09:36] </w:t>
      </w:r>
      <w:r>
        <w:t>and if you find that woman is better in teaching job, so</w:t>
      </w:r>
    </w:p>
    <w:p>
      <w:pPr>
        <w:jc w:val="right"/>
      </w:pPr>
      <w:r>
        <w:t>اینڈ اف یو فائنڈ دیٹ وومن از بٹر ان ٹیچنگ جاب، سو</w:t>
      </w:r>
    </w:p>
    <w:p>
      <w:r>
        <w:rPr>
          <w:b/>
        </w:rPr>
        <w:t xml:space="preserve">[1:09:45] </w:t>
      </w:r>
      <w:r>
        <w:t>you have to appoint woman in the teaching job</w:t>
      </w:r>
    </w:p>
    <w:p>
      <w:pPr>
        <w:jc w:val="right"/>
      </w:pPr>
      <w:r>
        <w:t>یو ہیو ٹو اپوائنٹ وومن ان دا ٹیچنگ جاب</w:t>
      </w:r>
    </w:p>
    <w:p>
      <w:r>
        <w:rPr>
          <w:b/>
        </w:rPr>
        <w:t xml:space="preserve">[1:09:51] </w:t>
      </w:r>
      <w:r>
        <w:t>. so it is, it is a division of labor. is not discrimination.</w:t>
      </w:r>
    </w:p>
    <w:p>
      <w:pPr>
        <w:jc w:val="right"/>
      </w:pPr>
      <w:r>
        <w:t>۔ سو اٹ از، اٹ از ا ڈویژن اف لیبر۔ از ناٹ ڈسکریمینیشن۔</w:t>
      </w:r>
    </w:p>
    <w:p>
      <w:r>
        <w:rPr>
          <w:b/>
        </w:rPr>
        <w:t xml:space="preserve">[1:09:59] </w:t>
      </w:r>
      <w:r>
        <w:t>it is simply division of labor. even there are differences among man and man, and among woman and woman.</w:t>
      </w:r>
    </w:p>
    <w:p>
      <w:pPr>
        <w:jc w:val="right"/>
      </w:pPr>
      <w:r>
        <w:t>اٹ از سمپلی ڈویژن اف لیبر۔ ایون دیر ار ڈیفرنسز امنگ مین اینڈ مین، اینڈ امنگ وومن اینڈ وومن۔</w:t>
      </w:r>
    </w:p>
    <w:p>
      <w:r>
        <w:rPr>
          <w:b/>
        </w:rPr>
        <w:t xml:space="preserve">[1:10:14] </w:t>
      </w:r>
      <w:r>
        <w:t>so difference is</w:t>
      </w:r>
    </w:p>
    <w:p>
      <w:pPr>
        <w:jc w:val="right"/>
      </w:pPr>
      <w:r>
        <w:t>سو ڈیفرنس از</w:t>
      </w:r>
    </w:p>
    <w:p>
      <w:r>
        <w:rPr>
          <w:b/>
        </w:rPr>
        <w:t xml:space="preserve">[1:10:18] </w:t>
      </w:r>
      <w:r>
        <w:t>found not only among sexs, but among individuals also.</w:t>
      </w:r>
    </w:p>
    <w:p>
      <w:pPr>
        <w:jc w:val="right"/>
      </w:pPr>
      <w:r>
        <w:t>فاؤنڈ ناٹ اونلی امنگ سکسز، بٹ امنگ انڈیویجولز السو۔</w:t>
      </w:r>
    </w:p>
    <w:p>
      <w:r>
        <w:rPr>
          <w:b/>
        </w:rPr>
        <w:t xml:space="preserve">[1:10:29] </w:t>
      </w:r>
      <w:r>
        <w:t>so you have to be realist. islamic approach is realistic approach.</w:t>
      </w:r>
    </w:p>
    <w:p>
      <w:pPr>
        <w:jc w:val="right"/>
      </w:pPr>
      <w:r>
        <w:t>سو یو ہیو ٹو بی ریلسٹ۔ اسلامک اپروچ از ریلسٹک اپروچ۔</w:t>
      </w:r>
    </w:p>
    <w:p>
      <w:r>
        <w:rPr>
          <w:b/>
        </w:rPr>
        <w:t xml:space="preserve">[1:10:41] </w:t>
      </w:r>
      <w:r>
        <w:t>islamic approach in this regard is a realistic approach.</w:t>
      </w:r>
    </w:p>
    <w:p>
      <w:pPr>
        <w:jc w:val="right"/>
      </w:pPr>
      <w:r>
        <w:t>اسلامک اپروچ ان دس ریگارڈ از ا ریلسٹک اپروچ۔</w:t>
      </w:r>
    </w:p>
    <w:p>
      <w:r>
        <w:rPr>
          <w:b/>
        </w:rPr>
        <w:t xml:space="preserve">[1:10:50] </w:t>
      </w:r>
      <w:r>
        <w:t>for example, according to the recent studies in psychology, it is after a survey, it is proved that women are somewhat emotional</w:t>
      </w:r>
    </w:p>
    <w:p>
      <w:pPr>
        <w:jc w:val="right"/>
      </w:pPr>
      <w:r>
        <w:t>فار ایگزامپل، اکارڈنگ ٹو دا ریسنٹ سٹڈیز ان سائیکالوجی، اٹ از افٹر ا سروے، اٹ از پرووڈ دیٹ وومن ار سم واٹ ایموشنل</w:t>
      </w:r>
    </w:p>
    <w:p>
      <w:r>
        <w:rPr>
          <w:b/>
        </w:rPr>
        <w:t xml:space="preserve">[1:11:11] </w:t>
      </w:r>
      <w:r>
        <w:t>compared to men</w:t>
      </w:r>
    </w:p>
    <w:p>
      <w:pPr>
        <w:jc w:val="right"/>
      </w:pPr>
      <w:r>
        <w:t>کمپیر ٹو مین</w:t>
      </w:r>
    </w:p>
    <w:p>
      <w:r>
        <w:rPr>
          <w:b/>
        </w:rPr>
        <w:t xml:space="preserve">[1:11:14] </w:t>
      </w:r>
      <w:r>
        <w:t>so if you,</w:t>
      </w:r>
    </w:p>
    <w:p>
      <w:pPr>
        <w:jc w:val="right"/>
      </w:pPr>
      <w:r>
        <w:t>۔ سو اف یو،</w:t>
      </w:r>
    </w:p>
    <w:p>
      <w:r>
        <w:rPr>
          <w:b/>
        </w:rPr>
        <w:t xml:space="preserve">[1:11:19] </w:t>
      </w:r>
      <w:r>
        <w:t>and it is a scientific fact, proved after great surveys, after long long researches.</w:t>
      </w:r>
    </w:p>
    <w:p>
      <w:pPr>
        <w:jc w:val="right"/>
      </w:pPr>
      <w:r>
        <w:t>اینڈ اٹ از ا سائنٹیفک فیکٹ، پرووڈ افٹر گریٹ سرویز، افٹر لانگ لانگ ریسرچز۔</w:t>
      </w:r>
    </w:p>
    <w:p>
      <w:r>
        <w:rPr>
          <w:b/>
        </w:rPr>
        <w:t xml:space="preserve">[1:11:32] </w:t>
      </w:r>
      <w:r>
        <w:t>so if women are emotional according to their nature, they are not very good in army,</w:t>
      </w:r>
    </w:p>
    <w:p>
      <w:pPr>
        <w:jc w:val="right"/>
      </w:pPr>
      <w:r>
        <w:t>سو اف وومن ار ایموشنل اکارڈنگ ٹو دیر نیچر، دے ار ناٹ ویری گڈ ان ارمی،</w:t>
      </w:r>
    </w:p>
    <w:p>
      <w:r>
        <w:rPr>
          <w:b/>
        </w:rPr>
        <w:t xml:space="preserve">[1:11:47] </w:t>
      </w:r>
      <w:r>
        <w:t>in military services. according to this nature, women are not very good in military services.</w:t>
      </w:r>
    </w:p>
    <w:p>
      <w:pPr>
        <w:jc w:val="right"/>
      </w:pPr>
      <w:r>
        <w:t>ان ملٹری سروسز۔ اکارڈنگ ٹو دس نیچر، وومن ار ناٹ ویری گڈ ان ملٹری سروسز۔</w:t>
      </w:r>
    </w:p>
    <w:p>
      <w:r>
        <w:rPr>
          <w:b/>
        </w:rPr>
        <w:t xml:space="preserve">[1:12:02] </w:t>
      </w:r>
      <w:r>
        <w:t>so this kind of difference is not based on discrimination. it is based on natural qualities.</w:t>
      </w:r>
    </w:p>
    <w:p>
      <w:pPr>
        <w:jc w:val="right"/>
      </w:pPr>
      <w:r>
        <w:t>سو دس کائنڈ اف ڈیفرنس از ناٹ بیسڈ ان ڈسکریمینیشن۔ اٹ از بیسڈ ان نیچرل کوالٹیز۔</w:t>
      </w:r>
    </w:p>
    <w:p>
      <w:r>
        <w:rPr>
          <w:b/>
        </w:rPr>
        <w:t xml:space="preserve">[1:12:19] </w:t>
      </w:r>
      <w:r>
        <w:t>as men and women both have different qualities, different natural qualities.</w:t>
      </w:r>
    </w:p>
    <w:p>
      <w:pPr>
        <w:jc w:val="right"/>
      </w:pPr>
      <w:r>
        <w:t>ایز مین اینڈ وومن بوتھ ہیو ڈفرنٹ کوالٹیز، ڈفرنٹ نیچرل کوالٹیز۔</w:t>
      </w:r>
    </w:p>
    <w:p>
      <w:r>
        <w:rPr>
          <w:b/>
        </w:rPr>
        <w:t xml:space="preserve">[1:12:28] </w:t>
      </w:r>
      <w:r>
        <w:t>so it is a, it is realistic approach. it is a realism to differentiate in the role.</w:t>
      </w:r>
    </w:p>
    <w:p>
      <w:pPr>
        <w:jc w:val="right"/>
      </w:pPr>
      <w:r>
        <w:t>سو اٹ از ا، اٹ از ریلسٹک اپروچ۔ اٹ از ا ریلزم ٹو ڈیفرنشیٹ ان دا رول۔</w:t>
      </w:r>
    </w:p>
    <w:p>
      <w:r>
        <w:rPr>
          <w:b/>
        </w:rPr>
        <w:t xml:space="preserve">[1:12:44] </w:t>
      </w:r>
      <w:r>
        <w:t>so the formula of Islam about men and women is based on this principle that</w:t>
      </w:r>
    </w:p>
    <w:p>
      <w:pPr>
        <w:jc w:val="right"/>
      </w:pPr>
      <w:r>
        <w:t>سو دا فارمولا اف اسلام اباؤٹ مین اینڈ وومن از بیسڈ ان دس پرنسپل دیٹ</w:t>
      </w:r>
    </w:p>
    <w:p>
      <w:r>
        <w:rPr>
          <w:b/>
        </w:rPr>
        <w:t xml:space="preserve">[1:12:59] </w:t>
      </w:r>
      <w:r>
        <w:t>equal in respect, but different in role.</w:t>
      </w:r>
    </w:p>
    <w:p>
      <w:pPr>
        <w:jc w:val="right"/>
      </w:pPr>
      <w:r>
        <w:t>ایکول ان ریسپیکٹ، بٹ ڈفرنٹ ان رول۔</w:t>
      </w:r>
    </w:p>
    <w:p>
      <w:r>
        <w:rPr>
          <w:b/>
        </w:rPr>
        <w:t xml:space="preserve">[1:13:08] </w:t>
      </w:r>
      <w:r>
        <w:t>this is the Islamic formula regarding the status of men and women in Islam.</w:t>
      </w:r>
    </w:p>
    <w:p>
      <w:pPr>
        <w:jc w:val="right"/>
      </w:pPr>
      <w:r>
        <w:t>دس از دا اسلامک فارمولا ریگارڈنگ دا اسٹیٹس اف مین اینڈ وومن ان اسلام۔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