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Message of Hajj November 4, 2008 Maulana Wahiduddin Khan</w:t>
      </w:r>
    </w:p>
    <w:p>
      <w:r>
        <w:t>https://www.youtube.com/watch?v=CIGhIpsejkY</w:t>
      </w:r>
    </w:p>
    <w:p>
      <w:r>
        <w:rPr>
          <w:b/>
        </w:rPr>
        <w:t xml:space="preserve">[00:13] </w:t>
      </w:r>
      <w:r>
        <w:t>bismillah rahman rahim, wa salla Allahu ala nabiyyi al-karim. rab ishrah li sadri, wa yassir li amri, wa hlul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[00:32] </w:t>
      </w:r>
      <w:r>
        <w:t>aaj ka topic hajj ke bare mein hai, hajj ka paigham, ya the message of hajj.</w:t>
      </w:r>
    </w:p>
    <w:p>
      <w:pPr>
        <w:jc w:val="right"/>
      </w:pPr>
      <w:r>
        <w:t>آج کا ٹاپک حج کے بارے میں ہے، حج کا پیغام، یا The Message of Hajj۔</w:t>
      </w:r>
    </w:p>
    <w:p>
      <w:r>
        <w:rPr>
          <w:b/>
        </w:rPr>
        <w:t xml:space="preserve">[00:44] </w:t>
      </w:r>
      <w:r>
        <w:t>dekhiye, hajj ke bare mein aam taur par ulama ne yeh kaha hai ke hajj ek jame ibadat hai, yani ek complete ibadat hai.</w:t>
      </w:r>
    </w:p>
    <w:p>
      <w:pPr>
        <w:jc w:val="right"/>
      </w:pPr>
      <w:r>
        <w:t>دیکھیے، حج کے بارے میں عام طور پر علماء نے یہ کہا ہے کہ حج ایک جامع عبادت ہے، یعنی ایک کمپلیٹ عبادت ہے۔</w:t>
      </w:r>
    </w:p>
    <w:p>
      <w:r>
        <w:rPr>
          <w:b/>
        </w:rPr>
        <w:t xml:space="preserve">[00:59] </w:t>
      </w:r>
      <w:r>
        <w:t>sab ibadaten jo hain, un sab ka iske andar khulasa aa gaya hai.</w:t>
      </w:r>
    </w:p>
    <w:p>
      <w:pPr>
        <w:jc w:val="right"/>
      </w:pPr>
      <w:r>
        <w:t>سب عبادتیں جو ہیں، ان سب کا اس کے اندر خلاصہ آ گیا ہے۔</w:t>
      </w:r>
    </w:p>
    <w:p>
      <w:r>
        <w:rPr>
          <w:b/>
        </w:rPr>
        <w:t xml:space="preserve">[01:09] </w:t>
      </w:r>
      <w:r>
        <w:t>lekin har cheez ka ek numayan pehlu hota hai, har amal ka.</w:t>
      </w:r>
    </w:p>
    <w:p>
      <w:pPr>
        <w:jc w:val="right"/>
      </w:pPr>
      <w:r>
        <w:t>لیکن ہر چیز کا ایک نمایاں پہلو ہوتا ہے، ہر عمل کا۔</w:t>
      </w:r>
    </w:p>
    <w:p>
      <w:r>
        <w:rPr>
          <w:b/>
        </w:rPr>
        <w:t xml:space="preserve">[01:18] </w:t>
      </w:r>
      <w:r>
        <w:t>ibadaten kai hain, lekin har ibadat ka apna apna ek numayan pehlu hai. isi tarah hajj ka bhi ek numayan pehlu hai.</w:t>
      </w:r>
    </w:p>
    <w:p>
      <w:pPr>
        <w:jc w:val="right"/>
      </w:pPr>
      <w:r>
        <w:t>عبادتیں کئی ہیں، لیکن ہر عبادت کا اپنا اپنا ایک نمایاں پہلو ہے۔ اسی طرح حج کا بھی ایک نمایاں پہلو ہے۔</w:t>
      </w:r>
    </w:p>
    <w:p>
      <w:r>
        <w:rPr>
          <w:b/>
        </w:rPr>
        <w:t xml:space="preserve">[01:29] </w:t>
      </w:r>
      <w:r>
        <w:t>yani agarchay hajj ek jame ibadat hai, ek pehlu se, lekin doosre pehlu se iska ek numayan pehlu hai, woh hai dawat.</w:t>
      </w:r>
    </w:p>
    <w:p>
      <w:pPr>
        <w:jc w:val="right"/>
      </w:pPr>
      <w:r>
        <w:t>یعنی اگرچہ حج ایک جامع عبادت ہے، ایک پہلو سے، لیکن دوسرے پہلو سے اس کا ایک نمایاں پہلو ہے، وہ ہے دعوت۔</w:t>
      </w:r>
    </w:p>
    <w:p>
      <w:r>
        <w:rPr>
          <w:b/>
        </w:rPr>
        <w:t xml:space="preserve">[01:42] </w:t>
      </w:r>
      <w:r>
        <w:t>main samajhta hoon ke hajj jo hai, mukhtalif pehluon se insaan ko tarbiyat di jati hai is mein ke woh hajj se farigh hone ke baad jab dunya mein lote to dawat ilal Allah ka kaam kare.</w:t>
      </w:r>
    </w:p>
    <w:p>
      <w:pPr>
        <w:jc w:val="right"/>
      </w:pPr>
      <w:r>
        <w:t>میں سمجھتا ہوں کہ حج جو ہے، مختلف پہلوؤں سے انسان کو تربیت دی جاتی ہے اس میں کہ وہ حج سے فارغ ہونے کے بعد جب دنیا میں لوٹے تو دعوت الی اللہ کا کام کرے۔</w:t>
      </w:r>
    </w:p>
    <w:p>
      <w:r>
        <w:rPr>
          <w:b/>
        </w:rPr>
        <w:t xml:space="preserve">[02:02] </w:t>
      </w:r>
      <w:r>
        <w:t>yeh hai main samajhta hoon ke hajj ka khaas pehlu aur hajj ka khaas paigham.</w:t>
      </w:r>
    </w:p>
    <w:p>
      <w:pPr>
        <w:jc w:val="right"/>
      </w:pPr>
      <w:r>
        <w:t>یہ ہے میں سمجھتا ہوں کہ حج کا خاص پہلو اور حج کا خاص پیغام۔</w:t>
      </w:r>
    </w:p>
    <w:p>
      <w:r>
        <w:rPr>
          <w:b/>
        </w:rPr>
        <w:t xml:space="preserve">[02:09] </w:t>
      </w:r>
      <w:r>
        <w:t>dekhiye, quran mein</w:t>
      </w:r>
    </w:p>
    <w:p>
      <w:pPr>
        <w:jc w:val="right"/>
      </w:pPr>
      <w:r>
        <w:t>دیکھیے، قرآن میں</w:t>
      </w:r>
    </w:p>
    <w:p>
      <w:r>
        <w:rPr>
          <w:b/>
        </w:rPr>
        <w:t xml:space="preserve">[02:14] </w:t>
      </w:r>
      <w:r>
        <w:t>jahan zikr hai kaaba ka, wahan yeh ayat hai ke "inna awwal bait wudi'a lilnnasi alladhi bi bakkata mubaraka".</w:t>
      </w:r>
    </w:p>
    <w:p>
      <w:pPr>
        <w:jc w:val="right"/>
      </w:pPr>
      <w:r>
        <w:t>جہاں ذکر ہے کعبہ کا، وہاں یہ آیت ہے کہ "انا اول بیت وض للناس الذی بکت مبارکا"۔</w:t>
      </w:r>
    </w:p>
    <w:p>
      <w:r>
        <w:rPr>
          <w:b/>
        </w:rPr>
        <w:t xml:space="preserve">[02:32] </w:t>
      </w:r>
      <w:r>
        <w:t>is ke baad hai "wa hudan lil alamin".</w:t>
      </w:r>
    </w:p>
    <w:p>
      <w:pPr>
        <w:jc w:val="right"/>
      </w:pPr>
      <w:r>
        <w:t>اس کے بعد ہے "وحد للعالمین"۔</w:t>
      </w:r>
    </w:p>
    <w:p>
      <w:r>
        <w:rPr>
          <w:b/>
        </w:rPr>
        <w:t xml:space="preserve">[02:39] </w:t>
      </w:r>
      <w:r>
        <w:t>"hadd lil alameen" yani baitullah ko ya kaba ko sare alam ke liye hidayat kaha gaya.</w:t>
      </w:r>
    </w:p>
    <w:p>
      <w:pPr>
        <w:jc w:val="right"/>
      </w:pPr>
      <w:r>
        <w:t>"حد للعالمین" یعنی بیت اللہ کو یا کعبہ کو سارے عالم کے لیے ہدایت کہا گیا۔</w:t>
      </w:r>
    </w:p>
    <w:p>
      <w:r>
        <w:rPr>
          <w:b/>
        </w:rPr>
        <w:t xml:space="preserve">[02:50] </w:t>
      </w:r>
      <w:r>
        <w:t>to ek bait hidayat kaise banega? iska matlab yeh hai ke is se murad hai hidayat alam ka markaz.</w:t>
      </w:r>
    </w:p>
    <w:p>
      <w:pPr>
        <w:jc w:val="right"/>
      </w:pPr>
      <w:r>
        <w:t>تو ایک بیت ہدایت کیسے بنے گا؟ اس کا مطلب یہ ہے کہ اس سے مراد ہے ہدایت عالم کا مرکز۔</w:t>
      </w:r>
    </w:p>
    <w:p>
      <w:r>
        <w:rPr>
          <w:b/>
        </w:rPr>
        <w:t xml:space="preserve">[03:01] </w:t>
      </w:r>
      <w:r>
        <w:t>hajj hidayat alam ka markaz hai. markaz kis silsile mein?</w:t>
      </w:r>
    </w:p>
    <w:p>
      <w:pPr>
        <w:jc w:val="right"/>
      </w:pPr>
      <w:r>
        <w:t>حج ہدایت عالم کا مرکز ہے۔ مرکز کس سلسلے میں؟</w:t>
      </w:r>
    </w:p>
    <w:p>
      <w:r>
        <w:rPr>
          <w:b/>
        </w:rPr>
        <w:t xml:space="preserve">[03:09] </w:t>
      </w:r>
      <w:r>
        <w:t>is silsile mein ke saal mein ek bar yahan almi ijtima ho, har jagah ke faithful log ekatha hon.</w:t>
      </w:r>
    </w:p>
    <w:p>
      <w:pPr>
        <w:jc w:val="right"/>
      </w:pPr>
      <w:r>
        <w:t>اس سلسلے میں کہ سال میں ایک بار یہاں عالمی اجتماع ہو، ہر جگہ کے فیتھ فل لوگ اکٹھا ہوں۔</w:t>
      </w:r>
    </w:p>
    <w:p>
      <w:r>
        <w:rPr>
          <w:b/>
        </w:rPr>
        <w:t xml:space="preserve">[03:21] </w:t>
      </w:r>
      <w:r>
        <w:t>wo hazrat ibrahim ki jo sunnat dawat hai, hazrat ibrahim daai azam the,</w:t>
      </w:r>
    </w:p>
    <w:p>
      <w:pPr>
        <w:jc w:val="right"/>
      </w:pPr>
      <w:r>
        <w:t>وہ حضرت ابراہیم کی جو سنت دعوت ہے، حضرت ابراہیم داعی اعظم تھے،</w:t>
      </w:r>
    </w:p>
    <w:p>
      <w:r>
        <w:rPr>
          <w:b/>
        </w:rPr>
        <w:t xml:space="preserve">[03:29] </w:t>
      </w:r>
      <w:r>
        <w:t>unhone almi satah par dawat ka kaam kiya. to unki zindagi ke mukhtalif jo relevant pehlu hain dawat se, usko tamseeli taur par dohrana.</w:t>
      </w:r>
    </w:p>
    <w:p>
      <w:pPr>
        <w:jc w:val="right"/>
      </w:pPr>
      <w:r>
        <w:t>انہوں نے عالمی سطح پر دعوت کا کام کیا۔ تو ان کی زندگی کے مختلف جو ریلیونٹ پہلو ہیں دعوت سے، اس کو تمثیلی طور پر دہرانا۔</w:t>
      </w:r>
    </w:p>
    <w:p>
      <w:r>
        <w:rPr>
          <w:b/>
        </w:rPr>
        <w:t xml:space="preserve">[03:45] </w:t>
      </w:r>
      <w:r>
        <w:t>phir wahan par duaein padhi jati hain, quran padhaya jata hai, aur khutba sunaya jata hai imam ka.</w:t>
      </w:r>
    </w:p>
    <w:p>
      <w:pPr>
        <w:jc w:val="right"/>
      </w:pPr>
      <w:r>
        <w:t>پھر وہاں پر دعائیں پڑھی جاتی ہیں، قرآن پڑھایا جاتا ہے، اور خطبہ سنایا جاتا ہے امام کا۔</w:t>
      </w:r>
    </w:p>
    <w:p>
      <w:r>
        <w:rPr>
          <w:b/>
        </w:rPr>
        <w:t xml:space="preserve">[03:55] </w:t>
      </w:r>
      <w:r>
        <w:t>yeh sari cheezein mil kar ke dawat ki tarbiyat hain.</w:t>
      </w:r>
    </w:p>
    <w:p>
      <w:pPr>
        <w:jc w:val="right"/>
      </w:pPr>
      <w:r>
        <w:t>یہ ساری چیزیں مل کر کے دعوت کی تربیت ہیں۔</w:t>
      </w:r>
    </w:p>
    <w:p>
      <w:r>
        <w:rPr>
          <w:b/>
        </w:rPr>
        <w:t xml:space="preserve">[04:01] </w:t>
      </w:r>
      <w:r>
        <w:t>sab cheezein dawat ki tarbiyat hain. misaal ke taur par dekhiye, hum sab jante hain jinhone bhi hajj kiya hai ke haji jab pahunchta hai arafat ke maidan mein to wahan yeh kehta hua pahunchta hai, har ek haji yeh kehte hue jate hain "labaik allahumma labaik".</w:t>
      </w:r>
    </w:p>
    <w:p>
      <w:pPr>
        <w:jc w:val="right"/>
      </w:pPr>
      <w:r>
        <w:t>سب چیزیں دعوت کی تربیت ہیں۔ مثال کے طور پر دیکھیے، ہم سب جانتے ہیں جنہوں نے بھی حج کیا ہے کہ حاجی جب پہنچتا ہے عرفات کے میدان میں تو وہاں یہ کہتا ہوا پہنچتا ہے، ہر ایک حاجی یہ کہتے ہوئے جاتے ہیں "لبیک اللہم لبیک"۔</w:t>
      </w:r>
    </w:p>
    <w:p>
      <w:r>
        <w:rPr>
          <w:b/>
        </w:rPr>
        <w:t xml:space="preserve">[04:27] </w:t>
      </w:r>
      <w:r>
        <w:t>yani "ae khuda! mein hazir hoon, ae khuda! mein hazir hoon". ab yeh sawal yeh hai ke kis baat ke liye hazir hoon? arafat ke maidan mein kis baat ke liye hazir hote hain yeh sare haji?</w:t>
      </w:r>
    </w:p>
    <w:p>
      <w:pPr>
        <w:jc w:val="right"/>
      </w:pPr>
      <w:r>
        <w:t>یعنی "اے خدا! میں حاضر ہوں، اے خدا! میں حاضر ہوں"۔ اب یہ سوال یہ ہے کہ کس بات کے لیے حاضر ہوں؟ عرفات کے میدان میں کس بات کے لیے حاضر ہوتے ہیں یہ سارے حاجی؟</w:t>
      </w:r>
    </w:p>
    <w:p>
      <w:r>
        <w:rPr>
          <w:b/>
        </w:rPr>
        <w:t xml:space="preserve">[04:43] </w:t>
      </w:r>
      <w:r>
        <w:t>yeh koi rasam nahi hai, yeh koi ritualistic cheez nahi hai. yeh hazir hote hain wahan par, yeh goya ke is awaz ko sun kar pahunch rahe hain.</w:t>
      </w:r>
    </w:p>
    <w:p>
      <w:pPr>
        <w:jc w:val="right"/>
      </w:pPr>
      <w:r>
        <w:t>یہ کوئی رسم نہیں ہے، یہ کوئی ریچولسٹک چیز نہیں ہے۔ یہ حاضر ہوتے ہیں وہاں پر، یہ گویا کہ اس آواز کو سن کر پہنچ رہے ہیں۔</w:t>
      </w:r>
    </w:p>
    <w:p>
      <w:r>
        <w:rPr>
          <w:b/>
        </w:rPr>
        <w:t xml:space="preserve">[04:57] </w:t>
      </w:r>
      <w:r>
        <w:t>aap ko maloom hai ke rasool allah sallallahu alaihi wasallam ne apne wafat se do dhai mahine pehle hajj kiya tha, jis ko kitabon mein "hajjat al wada" kaha jata hai.</w:t>
      </w:r>
    </w:p>
    <w:p>
      <w:pPr>
        <w:jc w:val="right"/>
      </w:pPr>
      <w:r>
        <w:t>آپ کو معلوم ہے کہ رسول اللہ صلی اللہ علیہ وسلم نے اپنے وفات سے دو ڈھائی مہینہ پہلے حج کیا تھا، جس کو کتابوں میں "حجۃ الوداع" کہا جاتا ہے۔</w:t>
      </w:r>
    </w:p>
    <w:p>
      <w:r>
        <w:rPr>
          <w:b/>
        </w:rPr>
        <w:t xml:space="preserve">[05:13] </w:t>
      </w:r>
      <w:r>
        <w:t>is mein tamam sahaba ekatha hue, jinki tadad batai jati hai ek lakh chalis hazar</w:t>
      </w:r>
    </w:p>
    <w:p>
      <w:pPr>
        <w:jc w:val="right"/>
      </w:pPr>
      <w:r>
        <w:t>اس میں تمام صحابہ اکٹھا ہوئے، جن کی تعداد بتائی جاتی ہے ایک لاکھ چالیس ہزار</w:t>
      </w:r>
    </w:p>
    <w:p>
      <w:r>
        <w:rPr>
          <w:b/>
        </w:rPr>
        <w:t xml:space="preserve">[05:25] </w:t>
      </w:r>
      <w:r>
        <w:t>ya ek lakh 24 hazar, riwayatein mukhtalif hain. to beharhal wahan tamam sahaba ekatha hue</w:t>
      </w:r>
    </w:p>
    <w:p>
      <w:pPr>
        <w:jc w:val="right"/>
      </w:pPr>
      <w:r>
        <w:t>یا ایک لاکھ 24 ہزار، روایتیں مختلف ہیں۔ تو بہرحال وہاں تمام صحابہ اکٹھا ہوئے</w:t>
      </w:r>
    </w:p>
    <w:p>
      <w:r>
        <w:rPr>
          <w:b/>
        </w:rPr>
        <w:t xml:space="preserve">[05:34] </w:t>
      </w:r>
      <w:r>
        <w:t>to aap ne wahan par tamam sahaba ko, jo goya ke</w:t>
      </w:r>
    </w:p>
    <w:p>
      <w:pPr>
        <w:jc w:val="right"/>
      </w:pPr>
      <w:r>
        <w:t>تو آپ نے وہاں پر تمام صحابہ کو، جو گویا کہ</w:t>
      </w:r>
    </w:p>
    <w:p>
      <w:r>
        <w:rPr>
          <w:b/>
        </w:rPr>
        <w:t xml:space="preserve">[05:41] </w:t>
      </w:r>
      <w:r>
        <w:t>door e awwal ke is islam ko manane wale the, to unko khitab karte hue aap ne farmaya ke "inna allaha ba'asani kaafatan lil naasi fa'addu inni".</w:t>
      </w:r>
    </w:p>
    <w:p>
      <w:pPr>
        <w:jc w:val="right"/>
      </w:pPr>
      <w:r>
        <w:t>دور اول کے اس اسلام کو ماننے والے تھے، تو ان کو خطاب کرتے ہوئے آپ نے فرمایا کہ "ان اللہ باسنی کافت للناس فعدو انی"۔</w:t>
      </w:r>
    </w:p>
    <w:p>
      <w:r>
        <w:rPr>
          <w:b/>
        </w:rPr>
        <w:t xml:space="preserve">[05:57] </w:t>
      </w:r>
      <w:r>
        <w:t>khuda ne mujhe</w:t>
      </w:r>
    </w:p>
    <w:p>
      <w:pPr>
        <w:jc w:val="right"/>
      </w:pPr>
      <w:r>
        <w:t>خدا نے مجھے</w:t>
      </w:r>
    </w:p>
    <w:p>
      <w:r>
        <w:rPr>
          <w:b/>
        </w:rPr>
        <w:t xml:space="preserve">[06:01] </w:t>
      </w:r>
      <w:r>
        <w:t>sari duniya ke liye paighambar banaya hai, to tum log mere paigham ko sari duniya tak pahuncha do.</w:t>
      </w:r>
    </w:p>
    <w:p>
      <w:pPr>
        <w:jc w:val="right"/>
      </w:pPr>
      <w:r>
        <w:t>ساری دنیا کے لیے پیغمبر بنایا ہے، تو تم لوگ میرے پیغام کو ساری دنیا تک پہنچا دو۔</w:t>
      </w:r>
    </w:p>
    <w:p>
      <w:r>
        <w:rPr>
          <w:b/>
        </w:rPr>
        <w:t xml:space="preserve">[06:13] </w:t>
      </w:r>
      <w:r>
        <w:t>yeh kaha aap ne.</w:t>
      </w:r>
    </w:p>
    <w:p>
      <w:pPr>
        <w:jc w:val="right"/>
      </w:pPr>
      <w:r>
        <w:t>یہ کہا آپ نے۔</w:t>
      </w:r>
    </w:p>
    <w:p>
      <w:r>
        <w:rPr>
          <w:b/>
        </w:rPr>
        <w:t xml:space="preserve">[06:17] </w:t>
      </w:r>
      <w:r>
        <w:t>aap ne yeh bhi kaha ke jo yahan maujood hain, wo unko unko pahuncha dein jo maujood nahi hain. yeh bhi aap ne farmaya.</w:t>
      </w:r>
    </w:p>
    <w:p>
      <w:pPr>
        <w:jc w:val="right"/>
      </w:pPr>
      <w:r>
        <w:t>آپ نے یہ بھی کہا کہ جو یہاں موجود ہیں، وہ ان کو ان کو پہنچا دیں جو موجود نہیں ہیں۔ یہ بھی آپ نے فرمایا۔</w:t>
      </w:r>
    </w:p>
    <w:p>
      <w:r>
        <w:rPr>
          <w:b/>
        </w:rPr>
        <w:t xml:space="preserve">[06:28] </w:t>
      </w:r>
      <w:r>
        <w:t>jo yahan maujood hain, jo hazir hain, wo is paigham ko un logon tak pahuncha dein, yani mere un followers tak jo yahan maujood nahi hain. iska matlab kya hua?</w:t>
      </w:r>
    </w:p>
    <w:p>
      <w:pPr>
        <w:jc w:val="right"/>
      </w:pPr>
      <w:r>
        <w:t>جو یہاں موجود ہیں، جو حاضر ہیں، وہ اس پیغام کو ان لوگوں تک پہنچا دیں، یعنی میرے ان فالوورز تک جو یہاں موجود نہیں ہیں۔ اس کا مطلب کیا ہوا؟</w:t>
      </w:r>
    </w:p>
    <w:p>
      <w:r>
        <w:rPr>
          <w:b/>
        </w:rPr>
        <w:t xml:space="preserve">[06:40] </w:t>
      </w:r>
      <w:r>
        <w:t>yeh awaz qayamat tak ke liye maidan arafat mein goonj rahi hai.</w:t>
      </w:r>
    </w:p>
    <w:p>
      <w:pPr>
        <w:jc w:val="right"/>
      </w:pPr>
      <w:r>
        <w:t>یہ آواز قیامت تک کے لیے میدان عرفات میں گونج رہی ہے۔</w:t>
      </w:r>
    </w:p>
    <w:p>
      <w:r>
        <w:rPr>
          <w:b/>
        </w:rPr>
        <w:t xml:space="preserve">[06:49] </w:t>
      </w:r>
      <w:r>
        <w:t>yeh kehna aap ka ke jo log yahan maujood hain, wo meri is baat ko un logon tak pahuncha dein jo yahan maujood</w:t>
      </w:r>
    </w:p>
    <w:p>
      <w:pPr>
        <w:jc w:val="right"/>
      </w:pPr>
      <w:r>
        <w:t>یہ کہنا آپ کا کہ جو لوگ یہاں موجود ہیں، وہ میری اس بات کو ان لوگوں تک پہنچا دیں جو یہاں موجود</w:t>
      </w:r>
    </w:p>
    <w:p>
      <w:r>
        <w:rPr>
          <w:b/>
        </w:rPr>
        <w:t xml:space="preserve">[06:57] </w:t>
      </w:r>
      <w:r>
        <w:t>nahi hain, yani nasal dar nasal jo aayenge, mere followers, mujh par iman rakhne wale, un sab tak yeh baat pahunchao.</w:t>
      </w:r>
    </w:p>
    <w:p>
      <w:pPr>
        <w:jc w:val="right"/>
      </w:pPr>
      <w:r>
        <w:t>نہیں ہیں، یعنی نسل در نسل جو آئیں گے، میرے فالوورز، مجھ پر ایمان رکھنے والے، ان سب تک یہ بات پہنچاؤ۔</w:t>
      </w:r>
    </w:p>
    <w:p>
      <w:r>
        <w:rPr>
          <w:b/>
        </w:rPr>
        <w:t xml:space="preserve">[07:09] </w:t>
      </w:r>
      <w:r>
        <w:t>ab is ko aap sochiye to goya ke rasool allah ki awaz goonj rahi hai arafat ke maidan mein, aur jab haji wahan par pahunchta hai "labaik allahumma labaik" kehte hue to goya ke wo kehta hai ke mein hazir hoon</w:t>
      </w:r>
    </w:p>
    <w:p>
      <w:pPr>
        <w:jc w:val="right"/>
      </w:pPr>
      <w:r>
        <w:t>اب اس کو آپ سوچیے تو گویا کہ رسول اللہ کی آواز گونج رہی ہے عرفات کے میدان میں، اور جب حاجی وہاں پر پہنچتا ہے "لبیک اللہم لبیک" کہتے ہوئے تو گویا کہ وہ کہتا ہے کہ میں حاضر ہوں</w:t>
      </w:r>
    </w:p>
    <w:p>
      <w:r>
        <w:rPr>
          <w:b/>
        </w:rPr>
        <w:t xml:space="preserve">[07:26] </w:t>
      </w:r>
      <w:r>
        <w:t>aap ke is paigham ko le le kar ke dunya is ko phailane ke liye. kitni bari baat hai yeh. goya tareekh mein rasool Allah ki awaz goonj rahi hai.</w:t>
      </w:r>
    </w:p>
    <w:p>
      <w:pPr>
        <w:jc w:val="right"/>
      </w:pPr>
      <w:r>
        <w:t>آپ کے اس پیغام کو لے لے کر کے دنیا اس کو پھیلانے کے لیے۔ کتنی بڑی بات ہے یہ۔ گویا تاریخ میں رسول اللہ کی آواز گونج رہی ہے۔</w:t>
      </w:r>
    </w:p>
    <w:p>
      <w:r>
        <w:rPr>
          <w:b/>
        </w:rPr>
        <w:t xml:space="preserve">[07:42] </w:t>
      </w:r>
      <w:r>
        <w:t>tareekh mein rasool Allah ki awaz goonj rahi hai. pukaar rahe ho logon ko jo aap ko rasool Allah ko maanne ka daawa karein.</w:t>
      </w:r>
    </w:p>
    <w:p>
      <w:pPr>
        <w:jc w:val="right"/>
      </w:pPr>
      <w:r>
        <w:t>تاریخ میں رسول اللہ کی آواز گونج رہی ہے۔ پکار رہے ہو لوگوں کو جو آپ کو رسول اللہ کو ماننے کا دعویٰ کریں۔</w:t>
      </w:r>
    </w:p>
    <w:p>
      <w:r>
        <w:rPr>
          <w:b/>
        </w:rPr>
        <w:t xml:space="preserve">[07:51] </w:t>
      </w:r>
      <w:r>
        <w:t>kyunke aap dekhiye, rasool Allah ki asal hesiyat kya thi? Khuda ke paighambar the aap, yaani Allah ke paigham ko logon tak pahunchana yahi aap ki asal hesiyat thi.</w:t>
      </w:r>
    </w:p>
    <w:p>
      <w:pPr>
        <w:jc w:val="right"/>
      </w:pPr>
      <w:r>
        <w:t>کیونکہ آپ دیکھیے، رسول اللہ کی اصل حیثیت کیا تھی؟ خدا کے پیغمبر تھے آپ، یعنی اللہ کے پیغام کو لوگوں تک پہنچانا یہی آپ کی اصل حیثیت تھی۔</w:t>
      </w:r>
    </w:p>
    <w:p>
      <w:r>
        <w:rPr>
          <w:b/>
        </w:rPr>
        <w:t xml:space="preserve">[08:07] </w:t>
      </w:r>
      <w:r>
        <w:t>to aap ki jo wafat ho gayi 632 eesvi mein, to jismani taur par aap dunya mein nahi rahe, lekin mission to jaari hai.</w:t>
      </w:r>
    </w:p>
    <w:p>
      <w:pPr>
        <w:jc w:val="right"/>
      </w:pPr>
      <w:r>
        <w:t>تو آپ کی جو وفات ہوگئی 632 عیسوی میں، تو جسمانی طور پر آپ دنیا میں نہیں رہے، لیکن مشن تو جاری ہے۔</w:t>
      </w:r>
    </w:p>
    <w:p>
      <w:r>
        <w:rPr>
          <w:b/>
        </w:rPr>
        <w:t xml:space="preserve">[08:20] </w:t>
      </w:r>
      <w:r>
        <w:t>kyunke phir bhi log paida ho rahe hain, phir bhi log mar rahe hain. to un ko ba-khabar karna yeh kaam basto jaari hai.</w:t>
      </w:r>
    </w:p>
    <w:p>
      <w:pPr>
        <w:jc w:val="right"/>
      </w:pPr>
      <w:r>
        <w:t>کیونکہ پھر بھی لوگ پیدا ہو رہے ہیں، پھر بھی لوگ مر رہے ہیں۔ تو ان کو باخبر کرنا یہ کام بستو جاری ہے۔</w:t>
      </w:r>
    </w:p>
    <w:p>
      <w:r>
        <w:rPr>
          <w:b/>
        </w:rPr>
        <w:t xml:space="preserve">[08:31] </w:t>
      </w:r>
      <w:r>
        <w:t>jo aap ki zabaan mein the, insaniyat isi ka naam nahi thi. woh to mar gaye, dunya se chale gaye. ab phir log paida ho rahe hain, phir paida ho rahe</w:t>
      </w:r>
    </w:p>
    <w:p>
      <w:pPr>
        <w:jc w:val="right"/>
      </w:pPr>
      <w:r>
        <w:t>جو آپ کی زبان میں تھے، انسانیت اسی کا نام نہیں تھی۔ وہ تو مر گئے، دنیا سے چلے گئے۔ اب پھر لوگ پیدا ہو رہے ہیں، پھر پیدا ہو رہے</w:t>
      </w:r>
    </w:p>
    <w:p>
      <w:r>
        <w:rPr>
          <w:b/>
        </w:rPr>
        <w:t xml:space="preserve">[08:41] </w:t>
      </w:r>
      <w:r>
        <w:t>hain. to is naye paida hone walon ko isi tarah paigham pahunchana hai jis tarah se aap ne apne zamane mein pahunchaya tha.</w:t>
      </w:r>
    </w:p>
    <w:p>
      <w:pPr>
        <w:jc w:val="right"/>
      </w:pPr>
      <w:r>
        <w:t>ہیں۔ تو اس نئے پیدا ہونے والوں کو اسی طرح پیغام پہنچانا ہے جس طرح سے آپ نے اپنے زمانے میں پہنچایا تھا۔</w:t>
      </w:r>
    </w:p>
    <w:p>
      <w:r>
        <w:rPr>
          <w:b/>
        </w:rPr>
        <w:t xml:space="preserve">[08:53] </w:t>
      </w:r>
      <w:r>
        <w:t>to goya ke</w:t>
      </w:r>
    </w:p>
    <w:p>
      <w:pPr>
        <w:jc w:val="right"/>
      </w:pPr>
      <w:r>
        <w:t>تو گویا کہ</w:t>
      </w:r>
    </w:p>
    <w:p>
      <w:r>
        <w:rPr>
          <w:b/>
        </w:rPr>
        <w:t xml:space="preserve">[08:58] </w:t>
      </w:r>
      <w:r>
        <w:t>Arfaat ke maidan mein rasool Allah ki awaz chaudah sau saal se goonj rahi hai, goonj rahi hai, goonj rahi hai. aur jab haaji wahan pahunchta hai aur "labbaik labbaik" kehte hue to goya ke woh keh raha hota hai ke aye Khuda ke rasool, aye mere rab,</w:t>
      </w:r>
    </w:p>
    <w:p>
      <w:pPr>
        <w:jc w:val="right"/>
      </w:pPr>
      <w:r>
        <w:t>عرفات کے میدان میں رسول اللہ کی آواز چودہ سو سال سے گونج رہی ہے، گونج رہی ہے، گونج رہی ہے۔ اور جب حاجی وہاں پہنچتا ہے اور "لبیک لبیک" کہتے ہوئے تو گویا کہ وہ کہہ رہا ہوتا ہے کہ اے خدا کے رسول، اے میرے رب،</w:t>
      </w:r>
    </w:p>
    <w:p>
      <w:r>
        <w:rPr>
          <w:b/>
        </w:rPr>
        <w:t xml:space="preserve">[09:18] </w:t>
      </w:r>
      <w:r>
        <w:t>kyunke Khuda ke rasool ke waaste se aadmi Khuda se judta hai ke main haazir hoon,</w:t>
      </w:r>
    </w:p>
    <w:p>
      <w:pPr>
        <w:jc w:val="right"/>
      </w:pPr>
      <w:r>
        <w:t>کیونکہ خدا کے رسول کے واسطے سے آدمی خدا سے جڑتا ہے کہ میں حاضر ہوں،</w:t>
      </w:r>
    </w:p>
    <w:p>
      <w:r>
        <w:rPr>
          <w:b/>
        </w:rPr>
        <w:t xml:space="preserve">[09:27] </w:t>
      </w:r>
      <w:r>
        <w:t>jo hukum hai is ko poora karne ko tayyar hoon.</w:t>
      </w:r>
    </w:p>
    <w:p>
      <w:pPr>
        <w:jc w:val="right"/>
      </w:pPr>
      <w:r>
        <w:t>جو حکم ہے اس کو پورا کرنے کو تیار ہوں۔</w:t>
      </w:r>
    </w:p>
    <w:p>
      <w:r>
        <w:rPr>
          <w:b/>
        </w:rPr>
        <w:t xml:space="preserve">[09:32] </w:t>
      </w:r>
      <w:r>
        <w:t>to main samajhta hoon ke Ka'aba ki hesiyat markaz-e-da'wat ki hai, haj ki hesiyat da'wat ki training ki hai, aur haj ka maqsad yeh hai asal ke log wahan par jayein,</w:t>
      </w:r>
    </w:p>
    <w:p>
      <w:pPr>
        <w:jc w:val="right"/>
      </w:pPr>
      <w:r>
        <w:t>تو میں سمجھتا ہوں کہ کعبہ کی حیثیت مرکز دعوت کی ہے، حج کی حیثیت دعوت کی ٹریننگ کی ہے، اور حج کا مقصد یہ ہے اصلی کہ لوگ وہاں پر جائیں،</w:t>
      </w:r>
    </w:p>
    <w:p>
      <w:r>
        <w:rPr>
          <w:b/>
        </w:rPr>
        <w:t xml:space="preserve">[09:51] </w:t>
      </w:r>
      <w:r>
        <w:t>haj ka paigham le kar lautein, aur saari dunya tak pahun</w:t>
      </w:r>
    </w:p>
    <w:p>
      <w:pPr>
        <w:jc w:val="right"/>
      </w:pPr>
      <w:r>
        <w:t>حج کا پیغام لے کر لوٹیں، اور ساری دنیا تک پہن</w:t>
      </w:r>
    </w:p>
    <w:p>
      <w:r>
        <w:rPr>
          <w:b/>
        </w:rPr>
        <w:t xml:space="preserve">[09:56] </w:t>
      </w:r>
      <w:r>
        <w:t>chain, jahan jahan woh hain, wahan is ko pahunchayein. dekhiye, Makka ke is aas paas haj kiya jata hai, jis ko maqaamat-e-haj kehte hain.</w:t>
      </w:r>
    </w:p>
    <w:p>
      <w:pPr>
        <w:jc w:val="right"/>
      </w:pPr>
      <w:r>
        <w:t>چائیں، جہاں جہاں وہ ہیں، وہاں اس کو پہنچائیں۔ دیکھیے، مکہ کے اس پاس حج کیا جاتا ہے، جس کو مقامت حج کہتے ہیں۔</w:t>
      </w:r>
    </w:p>
    <w:p>
      <w:r>
        <w:rPr>
          <w:b/>
        </w:rPr>
        <w:t xml:space="preserve">[10:10] </w:t>
      </w:r>
      <w:r>
        <w:t>is ki ahmiyat kyun hai? in ko shaa'ir kaha jata hai, yaani shaa'ir ke ma'ani hote hain yaad gaarein.</w:t>
      </w:r>
    </w:p>
    <w:p>
      <w:pPr>
        <w:jc w:val="right"/>
      </w:pPr>
      <w:r>
        <w:t>اس کی اہمیت کیوں ہے؟ ان کو شاعر کہا جاتا ہے، یعنی شاعر کے معنی ہوتے ہیں یادگاریں۔</w:t>
      </w:r>
    </w:p>
    <w:p>
      <w:r>
        <w:rPr>
          <w:b/>
        </w:rPr>
        <w:t xml:space="preserve">[10:20] </w:t>
      </w:r>
      <w:r>
        <w:t>is ka matlab kya hai?</w:t>
      </w:r>
    </w:p>
    <w:p>
      <w:pPr>
        <w:jc w:val="right"/>
      </w:pPr>
      <w:r>
        <w:t>اس کا مطلب کیا ہے؟</w:t>
      </w:r>
    </w:p>
    <w:p>
      <w:r>
        <w:rPr>
          <w:b/>
        </w:rPr>
        <w:t xml:space="preserve">[10:22] </w:t>
      </w:r>
      <w:r>
        <w:t>yeh ilaqa woh ilaqa hai jahan</w:t>
      </w:r>
    </w:p>
    <w:p>
      <w:pPr>
        <w:jc w:val="right"/>
      </w:pPr>
      <w:r>
        <w:t>یہ علاقہ وہ علاقہ ہے جہاں</w:t>
      </w:r>
    </w:p>
    <w:p>
      <w:r>
        <w:rPr>
          <w:b/>
        </w:rPr>
        <w:t xml:space="preserve">[10:27] </w:t>
      </w:r>
      <w:r>
        <w:t>nabiyon ne kaam kiya, sahaba ne kaam kiya, yahan par da'wat ki jah-o-judh chali, da'wat ka markaz banai, yeh maqaam.</w:t>
      </w:r>
    </w:p>
    <w:p>
      <w:pPr>
        <w:jc w:val="right"/>
      </w:pPr>
      <w:r>
        <w:t>نبیوں نے کام کیا، صحابہ نے کام کیا، یہاں پر دعوت کی جدوجہد چلی، دعوت کا مرکز بنائی، یہ مقام۔</w:t>
      </w:r>
    </w:p>
    <w:p>
      <w:r>
        <w:rPr>
          <w:b/>
        </w:rPr>
        <w:t xml:space="preserve">[10:38] </w:t>
      </w:r>
      <w:r>
        <w:t>to wahan par goya ke historical point of reference maujood hai.</w:t>
      </w:r>
    </w:p>
    <w:p>
      <w:pPr>
        <w:jc w:val="right"/>
      </w:pPr>
      <w:r>
        <w:t>تو وہاں پر گویا کہ ہسٹاریکل پوائنٹ آف ریفرنس موجود ہے۔</w:t>
      </w:r>
    </w:p>
    <w:p>
      <w:r>
        <w:rPr>
          <w:b/>
        </w:rPr>
        <w:t xml:space="preserve">[10:44] </w:t>
      </w:r>
      <w:r>
        <w:t>wahan ki cheezon ko dekh kar ke, wahan ke mahaul ko dekh kar ke aap ko woh tareekh yaad aati hai, jis ko hum tareekh-e-da'wat kehte hain.</w:t>
      </w:r>
    </w:p>
    <w:p>
      <w:pPr>
        <w:jc w:val="right"/>
      </w:pPr>
      <w:r>
        <w:t>وہاں کی چیزوں کو دیکھ کر کے، وہاں کے ماحول کو دیکھ کر کے آپ کو وہ تاریخ یاد آتی ہے، جس کو ہم تاریخ دعوت کہتے ہیں۔</w:t>
      </w:r>
    </w:p>
    <w:p>
      <w:r>
        <w:rPr>
          <w:b/>
        </w:rPr>
        <w:t xml:space="preserve">[10:56] </w:t>
      </w:r>
      <w:r>
        <w:t>tareekh-e-da'wat to haqeeqat yeh hai ke yeh maqaamaat jo hain, yeh historical point of reference hain da'wat ke mukhtalif pehluon ko samajhne ke liye, un ko yaad karne ke liye, aur apne andar yeh azm paida karne ke liye ke main isi kaam ko karunga,</w:t>
      </w:r>
    </w:p>
    <w:p>
      <w:pPr>
        <w:jc w:val="right"/>
      </w:pPr>
      <w:r>
        <w:t>تاریخ دعوت تو حقیقت یہ ہے کہ یہ مقامات جو ہیں، یہ ہسٹاریکل پوائنٹ آف ریفرنس ہیں دعوت کے مختلف پہلوؤں کو سمجھنے کے لیے، ان کو یاد کرنے کے لیے، اور اپنے اندر یہ عزم پیدا کرنے کے لیے کہ میں اسی کام کو کروں گا،</w:t>
      </w:r>
    </w:p>
    <w:p>
      <w:r>
        <w:rPr>
          <w:b/>
        </w:rPr>
        <w:t xml:space="preserve">[11:13] </w:t>
      </w:r>
      <w:r>
        <w:t>koi doosra kaam mujhe nahi karna hai. ab dekhiye ke haj mein jo jo maraasim ada kiye jate hain, woh kis tarah da'wat se mutalliq rakhte hain.</w:t>
      </w:r>
    </w:p>
    <w:p>
      <w:pPr>
        <w:jc w:val="right"/>
      </w:pPr>
      <w:r>
        <w:t>کوئی دوسرا کام مجھے نہیں کرنا ہے۔ اب دیکھیے کہ حج میں جو جو مراسم ادا کیے جاتے ہیں، وہ کس طرح دعوت سے متعلق رکھتے ہیں۔</w:t>
      </w:r>
    </w:p>
    <w:p>
      <w:r>
        <w:rPr>
          <w:b/>
        </w:rPr>
        <w:t xml:space="preserve">[11:27] </w:t>
      </w:r>
      <w:r>
        <w:t>aap ghar se niklte hain aur chalte hue Makka pahunchte hain. haj hi, haj sirf haj ek aisi ibaadat hai jis mein chal kar kahin pahunchna hota hai, is liye is ka naam haj hai.</w:t>
      </w:r>
    </w:p>
    <w:p>
      <w:pPr>
        <w:jc w:val="right"/>
      </w:pPr>
      <w:r>
        <w:t>آپ گھر سے نکلتے ہیں اور چلتے ہوئے مکہ پہنچتے ہیں۔ حج ہی، حج صرف حج ایک ایسی عبادت ہے جس میں چل کر کہیں پہنچنا ہوتا ہے، اس لیے اس کا نام حج ہے۔</w:t>
      </w:r>
    </w:p>
    <w:p>
      <w:r>
        <w:rPr>
          <w:b/>
        </w:rPr>
        <w:t xml:space="preserve">[11:43] </w:t>
      </w:r>
      <w:r>
        <w:t>haj ke ma'ani hain chal kar kahin pahunchna. yeh chal kar kahin pahunchna jo hai, woh kya hai? yahi to da'wat hai. da'wat mein aap apne maqaam se nikal kar doosre maqaam tak jate hain,</w:t>
      </w:r>
    </w:p>
    <w:p>
      <w:pPr>
        <w:jc w:val="right"/>
      </w:pPr>
      <w:r>
        <w:t>حج کے معنی ہیں چل کر کہیں پہنچنا۔ یہ چل کر کہیں پہنچنا جو ہے، وہ کیا ہے؟ یہی تو دعوت ہے۔ دعوت میں آپ اپنے مقام سے نکل کر دوسرے مقام تک جاتے ہیں،</w:t>
      </w:r>
    </w:p>
    <w:p>
      <w:r>
        <w:rPr>
          <w:b/>
        </w:rPr>
        <w:t xml:space="preserve">[11:57] </w:t>
      </w:r>
      <w:r>
        <w:t>yaani mad'u tak jate hain, mad'u tak apni baat pahunchate hain ja kar ke. to da'wat poore ma'anon mein chalne phirne ki activities hain.</w:t>
      </w:r>
    </w:p>
    <w:p>
      <w:pPr>
        <w:jc w:val="right"/>
      </w:pPr>
      <w:r>
        <w:t>یعنی مدعو تک جاتے ہیں، مدعو تک اپنی بات پہنچاتے ہیں جا کر کے۔ تو دعوت پورے معنوں میں چلنے پھرنے کی ایکٹیویٹیز ہیں۔</w:t>
      </w:r>
    </w:p>
    <w:p>
      <w:r>
        <w:rPr>
          <w:b/>
        </w:rPr>
        <w:t xml:space="preserve">[12:10] </w:t>
      </w:r>
      <w:r>
        <w:t>chale phire baghair dawat ka kaam nahi ho sakta. maujood zamane mein aap jante hain ke internet ka tareeqa ijad ho gaya hai.</w:t>
      </w:r>
    </w:p>
    <w:p>
      <w:pPr>
        <w:jc w:val="right"/>
      </w:pPr>
      <w:r>
        <w:t>چلے پھرے بغیر دعوت کا کام نہیں ہو سکتا۔ موجود زمانے میں آپ جانتے ہیں کہ انٹرنیٹ کا طریقہ ایجاد ہو گیا ہے۔</w:t>
      </w:r>
    </w:p>
    <w:p>
      <w:r>
        <w:rPr>
          <w:b/>
        </w:rPr>
        <w:t xml:space="preserve">[12:22] </w:t>
      </w:r>
      <w:r>
        <w:t>internet ke zariye aap sari duniya tak apna message bhej sakte hain. to woh bhi kya hai? woh mechanical chalna phirna hai.</w:t>
      </w:r>
    </w:p>
    <w:p>
      <w:pPr>
        <w:jc w:val="right"/>
      </w:pPr>
      <w:r>
        <w:t>انٹرنیٹ کے ذریعے آپ ساری دنیا تک اپنا میسج بھیج سکتے ہیں۔ تو وہ بھی کیا ہے؟ وہ مکینیکل چلنا پھرنا ہے۔</w:t>
      </w:r>
    </w:p>
    <w:p>
      <w:r>
        <w:rPr>
          <w:b/>
        </w:rPr>
        <w:t xml:space="preserve">[12:33] </w:t>
      </w:r>
      <w:r>
        <w:t>hum jab chalte phirte hain to physical sense mein chalte phirte hain, aur internet se jab message bheja jata hai to woh mechanical sense mein message bheja gaya logon ko, to woh bhi chalna phirna hai.</w:t>
      </w:r>
    </w:p>
    <w:p>
      <w:pPr>
        <w:jc w:val="right"/>
      </w:pPr>
      <w:r>
        <w:t>ہم جب چلتے پھرتے ہیں تو فزیکل سینس میں چلتے پھرتے ہیں، اور انٹرنیٹ سے جب میسج بھیجا جاتا ہے تو وہ مکینیکل سینس میں میسج بھیجا گیا لوگوں کو، تو وہ بھی چلنا پھرنا ہے۔</w:t>
      </w:r>
    </w:p>
    <w:p>
      <w:r>
        <w:rPr>
          <w:b/>
        </w:rPr>
        <w:t xml:space="preserve">[12:46] </w:t>
      </w:r>
      <w:r>
        <w:t>to yeh jo communication hai, communication jo hai chalne phirne ki tausee hai, is ka extension hai.</w:t>
      </w:r>
    </w:p>
    <w:p>
      <w:pPr>
        <w:jc w:val="right"/>
      </w:pPr>
      <w:r>
        <w:t>تو یہ جو کمیونیکیشن ہے، کمیونیکیشن جو ہے چلنے پھرنے کی توسیع ہے، اس کا ایکسٹینشن ہے۔</w:t>
      </w:r>
    </w:p>
    <w:p>
      <w:r>
        <w:rPr>
          <w:b/>
        </w:rPr>
        <w:t xml:space="preserve">[12:56] </w:t>
      </w:r>
      <w:r>
        <w:t>to dawat ka kaam hota hai chalne phirne se, apni baat ko door tak pahunchane ke liye active hone se.</w:t>
      </w:r>
    </w:p>
    <w:p>
      <w:pPr>
        <w:jc w:val="right"/>
      </w:pPr>
      <w:r>
        <w:t>تو دعوت کا کام ہوتا ہے چلنے پھرنے سے، اپنی بات کو دور تک پہنچانے کے لیے ایکٹیو ہونے سے۔</w:t>
      </w:r>
    </w:p>
    <w:p>
      <w:r>
        <w:rPr>
          <w:b/>
        </w:rPr>
        <w:t xml:space="preserve">[13:06] </w:t>
      </w:r>
      <w:r>
        <w:t>isi liye is ko hajj kaha jata hai. phir aap dekhiye, hajj mein kya hota hai? aap ghar se nikal ke wahan pahunchte hain, jis ko miqat kaha jata hai, makkah se qareeb.</w:t>
      </w:r>
    </w:p>
    <w:p>
      <w:pPr>
        <w:jc w:val="right"/>
      </w:pPr>
      <w:r>
        <w:t>اسی لیے اس کو حج کہا جاتا ہے۔ پھر آپ دیکھیے، حج میں کیا ہوتا ہے؟ آپ گھر سے نکل کے وہاں پہنچتے ہیں، جس کو میقات کہا جاتا ہے، مکہ سے قریب۔</w:t>
      </w:r>
    </w:p>
    <w:p>
      <w:r>
        <w:rPr>
          <w:b/>
        </w:rPr>
        <w:t xml:space="preserve">[13:21] </w:t>
      </w:r>
      <w:r>
        <w:t>to aap, yani har haji, apne kapde badal leta hai. hum jante hain, aap jante hain ke hum sile hue kapde pehente hain, sili hui qameez, sili hui pyame, sab sili hui cheezain.</w:t>
      </w:r>
    </w:p>
    <w:p>
      <w:pPr>
        <w:jc w:val="right"/>
      </w:pPr>
      <w:r>
        <w:t>تو آپ، یعنی ہر حاجی، اپنے کپڑے بدل لیتا ہے۔ ہم جانتے ہیں، آپ جانتے ہیں کہ ہم سلے ہوئے کپڑے پہنتے ہیں، سلی ہوئی قمیض، سلی ہوئی پجامے، سب سلی ہوئی چیزیں۔</w:t>
      </w:r>
    </w:p>
    <w:p>
      <w:r>
        <w:rPr>
          <w:b/>
        </w:rPr>
        <w:t xml:space="preserve">[13:37] </w:t>
      </w:r>
      <w:r>
        <w:t>lekin hajj mein aisa kapda pehanna nahi hai. hajj mein to sirf do goya ke chadarein hain, bana sili hui.</w:t>
      </w:r>
    </w:p>
    <w:p>
      <w:pPr>
        <w:jc w:val="right"/>
      </w:pPr>
      <w:r>
        <w:t>لیکن حج میں ایسا کپڑا پہننا نہیں ہے۔ حج میں تو صرف دو گویا کہ چادریں ہیں، بنا سلی ہوئی۔</w:t>
      </w:r>
    </w:p>
    <w:p>
      <w:r>
        <w:rPr>
          <w:b/>
        </w:rPr>
        <w:t xml:space="preserve">[13:48] </w:t>
      </w:r>
      <w:r>
        <w:t>ek neeche baandh liya, ek upar se lapet liya.</w:t>
      </w:r>
    </w:p>
    <w:p>
      <w:pPr>
        <w:jc w:val="right"/>
      </w:pPr>
      <w:r>
        <w:t>ایک نیچے باندھ لیا، ایک اوپر سے لپیٹ لیا۔</w:t>
      </w:r>
    </w:p>
    <w:p>
      <w:r>
        <w:rPr>
          <w:b/>
        </w:rPr>
        <w:t xml:space="preserve">[13:54] </w:t>
      </w:r>
      <w:r>
        <w:t>yeh kya hai? aur rang bhi safed hota hai, is ka color nahi hota. yeh kya hai? yeh hai sadgi ki alamat.</w:t>
      </w:r>
    </w:p>
    <w:p>
      <w:pPr>
        <w:jc w:val="right"/>
      </w:pPr>
      <w:r>
        <w:t>یہ کیا ہے؟ اور رنگ بھی سفید ہوتا ہے، اس کا کلر نہیں ہوتا۔ یہ کیا ہے؟ یہ ہے سادگی کی علامت۔</w:t>
      </w:r>
    </w:p>
    <w:p>
      <w:r>
        <w:rPr>
          <w:b/>
        </w:rPr>
        <w:t xml:space="preserve">[14:08] </w:t>
      </w:r>
      <w:r>
        <w:t>sadgi ki alamat, symbol of simplicity. yeh jo kapda hai, jis ko hum ehram kaha jata hai, ehram. ehram kya hai</w:t>
      </w:r>
    </w:p>
    <w:p>
      <w:pPr>
        <w:jc w:val="right"/>
      </w:pPr>
      <w:r>
        <w:t>سادگی کی علامت، سمبل آف سمپلیسٹی۔ یہ جو کپڑا ہے، جس کو ہم احرام کہا جاتا ہے، احرام۔ احرام کیا ہے</w:t>
      </w:r>
    </w:p>
    <w:p>
      <w:r>
        <w:rPr>
          <w:b/>
        </w:rPr>
        <w:t xml:space="preserve">[14:17] </w:t>
      </w:r>
      <w:r>
        <w:t>? ehram mahaz ek rasam nahi hai, ek kuch ritualistic cheez nahi hai. ehram symbolize kar raha hai simplicity ko.</w:t>
      </w:r>
    </w:p>
    <w:p>
      <w:pPr>
        <w:jc w:val="right"/>
      </w:pPr>
      <w:r>
        <w:t>؟ احرام محض ایک رسم نہیں ہے، ایک کچھ ریچولسٹک چیز نہیں ہے۔ احرام سمبلائز کر رہا ہے سمپلیسٹی کو۔</w:t>
      </w:r>
    </w:p>
    <w:p>
      <w:r>
        <w:rPr>
          <w:b/>
        </w:rPr>
        <w:t xml:space="preserve">[14:29] </w:t>
      </w:r>
      <w:r>
        <w:t>is ke maani hain ke haji hajj mein yeh ahad karta hai, shuru hi mein, hajj mein dakhil hote hi ke meri zindagi simple zindagi hogi.</w:t>
      </w:r>
    </w:p>
    <w:p>
      <w:pPr>
        <w:jc w:val="right"/>
      </w:pPr>
      <w:r>
        <w:t>اس کے معنی ہیں کہ حاجی حج میں یہ عہد کرتا ہے، شروع ہی میں، حج میں داخل ہوتے ہی کہ میری زندگی سمپل زندگی ہوگی۔</w:t>
      </w:r>
    </w:p>
    <w:p>
      <w:r>
        <w:rPr>
          <w:b/>
        </w:rPr>
        <w:t xml:space="preserve">[14:45] </w:t>
      </w:r>
      <w:r>
        <w:t>dekhiye, dai ka jo kaam, dawat ka jo kaam hai, to simple life ke baghair woh kaam nahi ho sakta.</w:t>
      </w:r>
    </w:p>
    <w:p>
      <w:pPr>
        <w:jc w:val="right"/>
      </w:pPr>
      <w:r>
        <w:t>دیکھیے، داعی کا جو کام، دعوت کا جو کام ہے، تو سمپل لائف کے بغیر وہ کام نہیں ہو سکتا۔</w:t>
      </w:r>
    </w:p>
    <w:p>
      <w:r>
        <w:rPr>
          <w:b/>
        </w:rPr>
        <w:t xml:space="preserve">[14:56] </w:t>
      </w:r>
      <w:r>
        <w:t>jo aadmi dawat ka kaam karna chahe, to us par lazim hai ke woh apne aap ko simple life, woh apne liye simple life ikhtiyar kare.</w:t>
      </w:r>
    </w:p>
    <w:p>
      <w:pPr>
        <w:jc w:val="right"/>
      </w:pPr>
      <w:r>
        <w:t>جو آدمی دعوت کا کام کرنا چاہے، تو اس پر لازم ہے کہ وہ اپنے آپ کو سمپل لائف، وہ اپنے لیے سمپل لائف اختیار کرے۔</w:t>
      </w:r>
    </w:p>
    <w:p>
      <w:r>
        <w:rPr>
          <w:b/>
        </w:rPr>
        <w:t xml:space="preserve">[15:09] </w:t>
      </w:r>
      <w:r>
        <w:t>sadah zindagi, sadah zindagi. har maamle mein sadgi, khana, kapda, har cheez mein sadgi.</w:t>
      </w:r>
    </w:p>
    <w:p>
      <w:pPr>
        <w:jc w:val="right"/>
      </w:pPr>
      <w:r>
        <w:t>سادہ زندگی، سادہ زندگی۔ ہر معاملے میں سادگی، کھانا، کپڑا، ہر چیز میں سادگی۔</w:t>
      </w:r>
    </w:p>
    <w:p>
      <w:r>
        <w:rPr>
          <w:b/>
        </w:rPr>
        <w:t xml:space="preserve">[15:15] </w:t>
      </w:r>
      <w:r>
        <w:t>to sadgi kya hai? simplicity kya hai? yani simplicity saves you from distraction.</w:t>
      </w:r>
    </w:p>
    <w:p>
      <w:pPr>
        <w:jc w:val="right"/>
      </w:pPr>
      <w:r>
        <w:t>تو سادگی کیا ہے؟ سمپلیسٹی کیا ہے؟ یعنی سمپلیسٹی سیوز یو فرام ڈسٹریکشن۔</w:t>
      </w:r>
    </w:p>
    <w:p>
      <w:r>
        <w:rPr>
          <w:b/>
        </w:rPr>
        <w:t xml:space="preserve">[15:28] </w:t>
      </w:r>
      <w:r>
        <w:t>zindagi mein sab se zyada tabah kun cheez hai distraction, yani kisi doosri cheez ki taraf bar bar munharif ho jana.</w:t>
      </w:r>
    </w:p>
    <w:p>
      <w:pPr>
        <w:jc w:val="right"/>
      </w:pPr>
      <w:r>
        <w:t>زندگی میں سب سے زیادہ تباہ کن چیز ہے ڈسٹریکشن، یعنی کسی دوسری چیز کی طرف بار بار منحرف ہو جانا۔</w:t>
      </w:r>
    </w:p>
    <w:p>
      <w:r>
        <w:rPr>
          <w:b/>
        </w:rPr>
        <w:t xml:space="preserve">[15:41] </w:t>
      </w:r>
      <w:r>
        <w:t>ab ghor kijiye ke ek seedhi sarak hai, us par aap chal rahe hain. to sarak chahe kitni chaudi ho, kitni achi ho, kitni seedhi ho, pahunchne ke liye zaroori hai ke aap us par barabar chalte rahen.</w:t>
      </w:r>
    </w:p>
    <w:p>
      <w:pPr>
        <w:jc w:val="right"/>
      </w:pPr>
      <w:r>
        <w:t>اب غور کیجئے کہ ایک سیدھی سڑک ہے، اس پر آپ چل رہے ہیں۔ تو سڑک چاہے کتنی چوڑی ہو، کتنی اچھی ہو، کتنی سیدھی ہو، پہنچنے کے لیے ضروری ہے کہ آپ اس پر برابر چلتے رہیں۔</w:t>
      </w:r>
    </w:p>
    <w:p>
      <w:r>
        <w:rPr>
          <w:b/>
        </w:rPr>
        <w:t xml:space="preserve">[15:56] </w:t>
      </w:r>
      <w:r>
        <w:t>agar aisa ho ke rastay ke dayen bayen jo cheezain hoti hain, aap us ki taraf murr jayen to kya hoga?</w:t>
      </w:r>
    </w:p>
    <w:p>
      <w:pPr>
        <w:jc w:val="right"/>
      </w:pPr>
      <w:r>
        <w:t>اگر ایسا ہو کہ راستے کے دائیں بائیں جو چیزیں ہوتی ہیں، آپ اس کی طرف مڑ جائیں تو کیا ہوگا؟</w:t>
      </w:r>
    </w:p>
    <w:p>
      <w:r>
        <w:rPr>
          <w:b/>
        </w:rPr>
        <w:t xml:space="preserve">[16:07] </w:t>
      </w:r>
      <w:r>
        <w:t>nahi pahunch sakte aap manzil par.</w:t>
      </w:r>
    </w:p>
    <w:p>
      <w:pPr>
        <w:jc w:val="right"/>
      </w:pPr>
      <w:r>
        <w:t>نہیں پہنچ سکتے آپ منزل پر۔</w:t>
      </w:r>
    </w:p>
    <w:p>
      <w:r>
        <w:rPr>
          <w:b/>
        </w:rPr>
        <w:t xml:space="preserve">[16:10] </w:t>
      </w:r>
      <w:r>
        <w:t>is ko kehte hain distraction. to sadgi aadmi ko distraction se bachati hai. sadgi mein kya hai?</w:t>
      </w:r>
    </w:p>
    <w:p>
      <w:pPr>
        <w:jc w:val="right"/>
      </w:pPr>
      <w:r>
        <w:t>اس کو کہتے ہیں ڈسٹریکشن۔ تو سادگی آدمی کو ڈسٹریکشن سے بچاتی ہے۔ سادگی میں کیا ہے؟</w:t>
      </w:r>
    </w:p>
    <w:p>
      <w:r>
        <w:rPr>
          <w:b/>
        </w:rPr>
        <w:t xml:space="preserve">[16:21] </w:t>
      </w:r>
      <w:r>
        <w:t>aap ki zarooriyat simat jati hain. sadgi ka matlab hai zarooriyat ko bilkul seemat lena, bohat hi limited, bohat hi mahdood.</w:t>
      </w:r>
    </w:p>
    <w:p>
      <w:pPr>
        <w:jc w:val="right"/>
      </w:pPr>
      <w:r>
        <w:t>آپ کی ضرورتیں سمٹ جاتی ہیں۔ سادگی کا مطلب ہے ضرورتوں کو بالکل سمیٹ لینا، بہت ہی لمیٹڈ، بہت ہی محدود۔</w:t>
      </w:r>
    </w:p>
    <w:p>
      <w:r>
        <w:rPr>
          <w:b/>
        </w:rPr>
        <w:t xml:space="preserve">[16:34] </w:t>
      </w:r>
      <w:r>
        <w:t>to jab aadmi apni zarooriyat ko seemat le, apne ko bilkul hi zaroori cheezon tak mahdood kar le, us ko kehte hain sadgi.</w:t>
      </w:r>
    </w:p>
    <w:p>
      <w:pPr>
        <w:jc w:val="right"/>
      </w:pPr>
      <w:r>
        <w:t>تو جب آدمی اپنی ضرورتوں کو سمیٹ لے، اپنے کو بالکل ہی ضروری چیزوں تک محدود کر لے، اس کو کہتے ہیں سادگی۔</w:t>
      </w:r>
    </w:p>
    <w:p>
      <w:r>
        <w:rPr>
          <w:b/>
        </w:rPr>
        <w:t xml:space="preserve">[16:45] </w:t>
      </w:r>
      <w:r>
        <w:t>to yeh sadgi jo hai, aadmi ko distraction se bachati hai. agar aap ki sadgi zindagi nahi hai, agar aap ke andar sadah mizaji nahi hai, to aap har waqt kisi aur cheez ki taraf mutawajjah hote rahen ge.</w:t>
      </w:r>
    </w:p>
    <w:p>
      <w:pPr>
        <w:jc w:val="right"/>
      </w:pPr>
      <w:r>
        <w:t>تو یہ سادگی جو ہے، آدمی کو ڈسٹریکشن سے بچاتی ہے۔ اگر آپ کی سادگی زندگی نہیں ہے، اگر آپ کے اندر سادہ مزاجی نہیں ہے، تو آپ ہر وقت کسی اور چیز کی طرف متوجہ ہوتے ہوتے رہیں گے۔</w:t>
      </w:r>
    </w:p>
    <w:p>
      <w:r>
        <w:rPr>
          <w:b/>
        </w:rPr>
        <w:t xml:space="preserve">[17:00] </w:t>
      </w:r>
      <w:r>
        <w:t>har cheez aap ko kheenche gi apni taraf,</w:t>
      </w:r>
    </w:p>
    <w:p>
      <w:pPr>
        <w:jc w:val="right"/>
      </w:pPr>
      <w:r>
        <w:t>ہر چیز آپ کو کھینچے گی اپنی طرف،</w:t>
      </w:r>
    </w:p>
    <w:p>
      <w:r>
        <w:rPr>
          <w:b/>
        </w:rPr>
        <w:t xml:space="preserve">[17:05] </w:t>
      </w:r>
      <w:r>
        <w:t>idhar jayen ge, idhar jayen ge. to simplicity jo hai, bohat hi zaroori hai, kyunke yeh aap ko distraction se bachati hai.</w:t>
      </w:r>
    </w:p>
    <w:p>
      <w:pPr>
        <w:jc w:val="right"/>
      </w:pPr>
      <w:r>
        <w:t>ادھر جائیں گے، ادھر جائیں گے۔ تو سمپلیسٹی جو ہے، بہت ہی ضروری ہے، کیونکہ یہ آپ کو ڈسٹریکشن سے بچاتی ہے۔</w:t>
      </w:r>
    </w:p>
    <w:p>
      <w:r>
        <w:rPr>
          <w:b/>
        </w:rPr>
        <w:t xml:space="preserve">[17:15] </w:t>
      </w:r>
      <w:r>
        <w:t>aur jab tak aap distraction se na bachayen apne aap ko, to aap aik missionary life nahi guzar sakte. aik mission wale aadmi ban kar aap nahi reh sakte.</w:t>
      </w:r>
    </w:p>
    <w:p>
      <w:pPr>
        <w:jc w:val="right"/>
      </w:pPr>
      <w:r>
        <w:t>اور جب تک آپ ڈسٹریکشن سے نہ بچائیں اپنے آپ کو، تو آپ ایک مشنری لائف نہیں گزار سکتے۔ ایک مشن والے آدمی بن کر آپ نہیں رہ سکتے۔</w:t>
      </w:r>
    </w:p>
    <w:p>
      <w:r>
        <w:rPr>
          <w:b/>
        </w:rPr>
        <w:t xml:space="preserve">[17:30] </w:t>
      </w:r>
      <w:r>
        <w:t>to yeh hai ehram, jo stimulate kar raha hai simplicity ko. is ke baad dekhiye,</w:t>
      </w:r>
    </w:p>
    <w:p>
      <w:pPr>
        <w:jc w:val="right"/>
      </w:pPr>
      <w:r>
        <w:t>تو یہ ہے احرام، جو سٹیمولائز کر رہا ہے سمپلیسٹی کو۔ اس کے بعد دیکھیے،</w:t>
      </w:r>
    </w:p>
    <w:p>
      <w:r>
        <w:rPr>
          <w:b/>
        </w:rPr>
        <w:t xml:space="preserve">[17:43] </w:t>
      </w:r>
      <w:r>
        <w:t>aap tawaf karte hain kaaba ka. tawaf kiya hai? tawaf ka matlab hai ke apna sochne ka jo focus hai, aik single point par focus karna.</w:t>
      </w:r>
    </w:p>
    <w:p>
      <w:pPr>
        <w:jc w:val="right"/>
      </w:pPr>
      <w:r>
        <w:t>آپ طواف کرتے ہیں کعبہ کا۔ طواف کیا ہے؟ طواف کا مطلب ہے کہ اپنا سوچنے کا جو فوکس ہے، ایک سنگل پوائنٹ پر فوکس کرنا۔</w:t>
      </w:r>
    </w:p>
    <w:p>
      <w:r>
        <w:rPr>
          <w:b/>
        </w:rPr>
        <w:t xml:space="preserve">[17:56] </w:t>
      </w:r>
      <w:r>
        <w:t>aik single point jo hai, wahi aap ka focus ban jaye.</w:t>
      </w:r>
    </w:p>
    <w:p>
      <w:pPr>
        <w:jc w:val="right"/>
      </w:pPr>
      <w:r>
        <w:t>ایک سنگل پوائنٹ جو ہے، وہی آپ کا فوکس بن جائے۔</w:t>
      </w:r>
    </w:p>
    <w:p>
      <w:r>
        <w:rPr>
          <w:b/>
        </w:rPr>
        <w:t xml:space="preserve">[18:01] </w:t>
      </w:r>
      <w:r>
        <w:t>bas kaaba hai, isi ko tawaf kar rahe hain, ghoom rahe hain, ghoom rahe hain, ghoom rahe hain. kaaba ke sath kuch aur soch nahi rahe. aap ke hath, aap ke paon, aap ka jism, aap ka soch, sab kaaba ke gird chal rahi hai.</w:t>
      </w:r>
    </w:p>
    <w:p>
      <w:pPr>
        <w:jc w:val="right"/>
      </w:pPr>
      <w:r>
        <w:t>بس کعبہ ہے، اسی کو طواف کر رہے ہیں، گھوم رہے ہیں، گھوم رہے ہیں، گھوم رہے ہیں۔ کعبہ کے ساتھ کچھ اور سوچ نہیں رہے۔ آپ کے ہاتھ، آپ کے پاؤں، آپ کا جسم، آپ کا سوچ، سب کعبہ کے گرد چل رہی ہے۔</w:t>
      </w:r>
    </w:p>
    <w:p>
      <w:r>
        <w:rPr>
          <w:b/>
        </w:rPr>
        <w:t xml:space="preserve">[18:17] </w:t>
      </w:r>
      <w:r>
        <w:t>to yahi to hai single focus ho jana.</w:t>
      </w:r>
    </w:p>
    <w:p>
      <w:pPr>
        <w:jc w:val="right"/>
      </w:pPr>
      <w:r>
        <w:t>تو یہی تو ہے سنگل فوکس ہو جانا۔</w:t>
      </w:r>
    </w:p>
    <w:p>
      <w:r>
        <w:rPr>
          <w:b/>
        </w:rPr>
        <w:t xml:space="preserve">[18:25] </w:t>
      </w:r>
      <w:r>
        <w:t>jab tak aap apne aap ko aik cheez par focus na karen, aik cheez par, tab tak aap bhatakte rahen ge, koi kaam nahi kar payen ge.</w:t>
      </w:r>
    </w:p>
    <w:p>
      <w:pPr>
        <w:jc w:val="right"/>
      </w:pPr>
      <w:r>
        <w:t>جب تک آپ اپنے آپ کو ایک چیز پر فوکس نہ کریں، ایک چیز پر، تب تک آپ بھٹکتے رہیں گے، کوئی کام نہیں کر پائیں گے۔</w:t>
      </w:r>
    </w:p>
    <w:p>
      <w:r>
        <w:rPr>
          <w:b/>
        </w:rPr>
        <w:t xml:space="preserve">[18:37] </w:t>
      </w:r>
      <w:r>
        <w:t>to tawaf ka matlab hai apna focus, apni tawajjuh, apna attention, sab aik nuqtay par jama dena.</w:t>
      </w:r>
    </w:p>
    <w:p>
      <w:pPr>
        <w:jc w:val="right"/>
      </w:pPr>
      <w:r>
        <w:t>تو طواف کا مطلب ہے اپنا فوکس، اپنی توجہ، اپنا اٹینشن، سب ایک نقطے پر جمع دینا۔</w:t>
      </w:r>
    </w:p>
    <w:p>
      <w:r>
        <w:rPr>
          <w:b/>
        </w:rPr>
        <w:t xml:space="preserve">[18:47] </w:t>
      </w:r>
      <w:r>
        <w:t>woh nuqta kiya hai? Khuda ke deen ki khidmat, Khuda ke paigham ko pohanchana.</w:t>
      </w:r>
    </w:p>
    <w:p>
      <w:pPr>
        <w:jc w:val="right"/>
      </w:pPr>
      <w:r>
        <w:t>وہ نقطہ کیا ہے؟ خدا کے دین کی خدمت، خدا کے پیغام کو پہنچانا۔</w:t>
      </w:r>
    </w:p>
    <w:p>
      <w:r>
        <w:rPr>
          <w:b/>
        </w:rPr>
        <w:t xml:space="preserve">[18:56] </w:t>
      </w:r>
      <w:r>
        <w:t>yani wahi cheez jo kaha gaya hai Quran majeed mein, dawat il Allah.</w:t>
      </w:r>
    </w:p>
    <w:p>
      <w:pPr>
        <w:jc w:val="right"/>
      </w:pPr>
      <w:r>
        <w:t>یعنی وہی چیز جو کہا گیا ہے قرآن مجید میں، دعوت الی اللہ۔</w:t>
      </w:r>
    </w:p>
    <w:p>
      <w:r>
        <w:rPr>
          <w:b/>
        </w:rPr>
        <w:t xml:space="preserve">[19:04] </w:t>
      </w:r>
      <w:r>
        <w:t>to dekhiye, yeh kis tarah se ehram bhi dawat se jud gaya aur tawaf bhi dawat se jud gaya.</w:t>
      </w:r>
    </w:p>
    <w:p>
      <w:pPr>
        <w:jc w:val="right"/>
      </w:pPr>
      <w:r>
        <w:t>تو دیکھیے، یہ کس طرح سے احرام بھی دعوت سے جڑ گیا اور طواف بھی دعوت سے جڑ گیا۔</w:t>
      </w:r>
    </w:p>
    <w:p>
      <w:r>
        <w:rPr>
          <w:b/>
        </w:rPr>
        <w:t xml:space="preserve">[19:13] </w:t>
      </w:r>
      <w:r>
        <w:t>ab dekhiye, safa o marwa ke darmiyan jo saaye hai,</w:t>
      </w:r>
    </w:p>
    <w:p>
      <w:pPr>
        <w:jc w:val="right"/>
      </w:pPr>
      <w:r>
        <w:t>اب دیکھیے، صفا و مروہ کے درمیان جو سائے ہے،</w:t>
      </w:r>
    </w:p>
    <w:p>
      <w:r>
        <w:rPr>
          <w:b/>
        </w:rPr>
        <w:t xml:space="preserve">[19:19] </w:t>
      </w:r>
      <w:r>
        <w:t>saat bar safa o marwa, jo do chatanen hain, us ke gird aadmi halki, yani</w:t>
      </w:r>
    </w:p>
    <w:p>
      <w:pPr>
        <w:jc w:val="right"/>
      </w:pPr>
      <w:r>
        <w:t>سات بار صفا و مروہ، جو دو چٹانیں ہیں، اس کے گرد آدمی ہلکی، یعنی</w:t>
      </w:r>
    </w:p>
    <w:p>
      <w:r>
        <w:rPr>
          <w:b/>
        </w:rPr>
        <w:t xml:space="preserve">[19:30] </w:t>
      </w:r>
      <w:r>
        <w:t>mamooli qism ki tez raftaar se daurta hai, yani disk walk karta hai. is ka yeh kiya hai? yeh bhi symbol hai, yeh bhi kisi cheez ko stimulate kar raha hai.</w:t>
      </w:r>
    </w:p>
    <w:p>
      <w:pPr>
        <w:jc w:val="right"/>
      </w:pPr>
      <w:r>
        <w:t>معمولی قسم کی تیز رفتار سے دوڑتا ہے، یعنی ڈسک واک کرتا ہے۔ اس کا یہ کیا ہے؟ یہ بھی سمبل ہے، یہ بھی کسی چیز کو سٹیمولائز کر رہا ہے۔</w:t>
      </w:r>
    </w:p>
    <w:p>
      <w:r>
        <w:rPr>
          <w:b/>
        </w:rPr>
        <w:t xml:space="preserve">[19:43] </w:t>
      </w:r>
      <w:r>
        <w:t>yeh chalna aap ka jo hai, yeh kisi cheez ko stimulate kar raha hai. woh kiya hai?</w:t>
      </w:r>
    </w:p>
    <w:p>
      <w:pPr>
        <w:jc w:val="right"/>
      </w:pPr>
      <w:r>
        <w:t>یہ چلنا آپ کا جو ہے، یہ کسی چیز کو سٹیمولائز کر رہا ہے۔ وہ کیا ہے؟</w:t>
      </w:r>
    </w:p>
    <w:p>
      <w:r>
        <w:rPr>
          <w:b/>
        </w:rPr>
        <w:t xml:space="preserve">[19:48] </w:t>
      </w:r>
      <w:r>
        <w:t>woh activities ko. aap ki activities jo hain, bas safa o marwa tak mehdood rahen gi, yani Khuda ke deen tak, Khuda ke kaam tak.</w:t>
      </w:r>
    </w:p>
    <w:p>
      <w:pPr>
        <w:jc w:val="right"/>
      </w:pPr>
      <w:r>
        <w:t>وہ ایکٹیویٹیز کو۔ آپ کی ایکٹیویٹیز جو ہیں، بس صفا و مروہ تک محدود رہیں گی، یعنی خدا کے دین تک، خدا کے کام تک۔</w:t>
      </w:r>
    </w:p>
    <w:p>
      <w:r>
        <w:rPr>
          <w:b/>
        </w:rPr>
        <w:t xml:space="preserve">[19:59] </w:t>
      </w:r>
      <w:r>
        <w:t>us ke aage aap ki koi, koi, koi daud hai, koi na, na koi daud dhoop hai, na, na kuch hai.</w:t>
      </w:r>
    </w:p>
    <w:p>
      <w:pPr>
        <w:jc w:val="right"/>
      </w:pPr>
      <w:r>
        <w:t>اس کے آگے آپ کی کوئی، کوئی، کوئی دوڑ ہے، کوئی نہ، نہ کوئی دوڑ دھوپ ہے، نہ، نہ کچھ ہے۔</w:t>
      </w:r>
    </w:p>
    <w:p>
      <w:r>
        <w:rPr>
          <w:b/>
        </w:rPr>
        <w:t xml:space="preserve">[20:07] </w:t>
      </w:r>
      <w:r>
        <w:t>to daud dhoop ka jo markaz hai, woh aik ban jaye, yani Khawand Quddus ka, yani ka jo kaam hai,</w:t>
      </w:r>
    </w:p>
    <w:p>
      <w:pPr>
        <w:jc w:val="right"/>
      </w:pPr>
      <w:r>
        <w:t>تو دوڑ دھوپ کا جو مرکز ہے، وہ ایک بن جائے، یعنی خداوند قدوس کا، یعنی کا جو کام ہے،</w:t>
      </w:r>
    </w:p>
    <w:p>
      <w:r>
        <w:rPr>
          <w:b/>
        </w:rPr>
        <w:t xml:space="preserve">[20:21] </w:t>
      </w:r>
      <w:r>
        <w:t>dawat il Allah. bas aap ki daud dhoop ka markaz wahi ban jaye. dekhen, dawat il Allah jo hai, saada kaam nahi hai.</w:t>
      </w:r>
    </w:p>
    <w:p>
      <w:pPr>
        <w:jc w:val="right"/>
      </w:pPr>
      <w:r>
        <w:t>دعوت الی اللہ۔ بس آپ کی دوڑ دھوپ کا مرکز وہی بن جائے۔ دیکھیں، دعوت الی اللہ جو ہے، سادہ کام نہیں ہے۔</w:t>
      </w:r>
    </w:p>
    <w:p>
      <w:r>
        <w:rPr>
          <w:b/>
        </w:rPr>
        <w:t xml:space="preserve">[20:32] </w:t>
      </w:r>
      <w:r>
        <w:t>iska taqaza hai ke aap apne aap ko prepare karen, apne aap ko tayyar karen.</w:t>
      </w:r>
    </w:p>
    <w:p>
      <w:pPr>
        <w:jc w:val="right"/>
      </w:pPr>
      <w:r>
        <w:t>اس کا تقاضا ہے کہ آپ اپنے آپ کو پریپئر کریں، اپنے آپ کو تیار کریں۔</w:t>
      </w:r>
    </w:p>
    <w:p>
      <w:r>
        <w:rPr>
          <w:b/>
        </w:rPr>
        <w:t xml:space="preserve">[20:38] </w:t>
      </w:r>
      <w:r>
        <w:t>baghair tayyari ke dawat ka kaam nahi ho sakta. misaal ke taur par dekhiye, jin logon tak aap ko dawat pohanchana hai, un ki language aap ko seekhni pare gi.</w:t>
      </w:r>
    </w:p>
    <w:p>
      <w:pPr>
        <w:jc w:val="right"/>
      </w:pPr>
      <w:r>
        <w:t>بغیر تیاری کے دعوت کا کام نہیں ہو سکتا۔ مثلاً دیکھیے، جن لوگوں تک آپ کو دعوت پہنچانا ہے، ان کی لینگویج آپ کو سیکھنی پڑے گی۔</w:t>
      </w:r>
    </w:p>
    <w:p>
      <w:r>
        <w:rPr>
          <w:b/>
        </w:rPr>
        <w:t xml:space="preserve">[20:51] </w:t>
      </w:r>
      <w:r>
        <w:t>to aap ke, taake aap ka un ke beech mein language gap na ho. jahan language gap ho, wahan dawat ka koi matlab hi nahi banta.</w:t>
      </w:r>
    </w:p>
    <w:p>
      <w:pPr>
        <w:jc w:val="right"/>
      </w:pPr>
      <w:r>
        <w:t>تو آپ کے، تاکہ آپ کا ان کے بیچ میں لینگویج گیپ نہ ہو۔ جہاں لینگویج گیپ ہو، وہاں دعوت کا کوئی مطلب ہی نہیں بنتا۔</w:t>
      </w:r>
    </w:p>
    <w:p>
      <w:r>
        <w:rPr>
          <w:b/>
        </w:rPr>
        <w:t xml:space="preserve">[21:02] </w:t>
      </w:r>
      <w:r>
        <w:t>isi tarah se dekhiye, aap ko janna pare ga ke un ki soch kiya hai,</w:t>
      </w:r>
    </w:p>
    <w:p>
      <w:pPr>
        <w:jc w:val="right"/>
      </w:pPr>
      <w:r>
        <w:t>اسی طرح سے دیکھیے، آپ کو جاننا پڑے گا کہ ان کی سوچ کیا ہے،</w:t>
      </w:r>
    </w:p>
    <w:p>
      <w:r>
        <w:rPr>
          <w:b/>
        </w:rPr>
        <w:t xml:space="preserve">[21:07] </w:t>
      </w:r>
      <w:r>
        <w:t>jo aap ka madعو hai, us ki soch kya hai, us ka culture kya hai, us ki zindagi ka tareeqa kya hai.</w:t>
      </w:r>
    </w:p>
    <w:p>
      <w:pPr>
        <w:jc w:val="right"/>
      </w:pPr>
      <w:r>
        <w:t>جو آپ کا مدعو ہے، اس کی سوچ کیا ہے، اس کا کلچر کیا ہے، اس کی زندگی کا طریقہ کیا ہے۔</w:t>
      </w:r>
    </w:p>
    <w:p>
      <w:r>
        <w:rPr>
          <w:b/>
        </w:rPr>
        <w:t xml:space="preserve">[21:17] </w:t>
      </w:r>
      <w:r>
        <w:t>yeh sab baatein janni parengi. us ka right aur wrong kya hai? agar aap na janen to ulta ja ke kya baat kahengay un se?</w:t>
      </w:r>
    </w:p>
    <w:p>
      <w:pPr>
        <w:jc w:val="right"/>
      </w:pPr>
      <w:r>
        <w:t>یہ سب باتیں جاننی پڑیں گی۔ اس کا رائٹ اور رنگ کیا ہے؟ اگر آپ نہ جانیں تو الٹا جا کے کیا بات کہیں گے ان سے؟</w:t>
      </w:r>
    </w:p>
    <w:p>
      <w:r>
        <w:rPr>
          <w:b/>
        </w:rPr>
        <w:t xml:space="preserve">[21:29] </w:t>
      </w:r>
      <w:r>
        <w:t>to dawat ka ka taqaza hai ke aadmi apne aap ko prepare kare,</w:t>
      </w:r>
    </w:p>
    <w:p>
      <w:pPr>
        <w:jc w:val="right"/>
      </w:pPr>
      <w:r>
        <w:t>تو دعوت کا کا تقاضا ہے کہ آدمی اپنے آپ کو پریپئر کرے،</w:t>
      </w:r>
    </w:p>
    <w:p>
      <w:r>
        <w:rPr>
          <w:b/>
        </w:rPr>
        <w:t xml:space="preserve">[21:36] </w:t>
      </w:r>
      <w:r>
        <w:t>apne aap ko prepare kare. is maamle mein koi excuse nahi hai, koi excuse nahi hai.</w:t>
      </w:r>
    </w:p>
    <w:p>
      <w:pPr>
        <w:jc w:val="right"/>
      </w:pPr>
      <w:r>
        <w:t>اپنے آپ کو پریپئر کرے۔ اس معاملے میں کوئی ایکسکیوز نہیں ہے، کوئی ایکسکیوز نہیں ہے۔</w:t>
      </w:r>
    </w:p>
    <w:p>
      <w:r>
        <w:rPr>
          <w:b/>
        </w:rPr>
        <w:t xml:space="preserve">[21:49] </w:t>
      </w:r>
      <w:r>
        <w:t>isi tarah dekhiye, jab aadmi hajj ke liye jata hai to us se quran majeed mein hai ke "falaan rafsah, falaan fasuha, falaan jidaal fil hajj".</w:t>
      </w:r>
    </w:p>
    <w:p>
      <w:pPr>
        <w:jc w:val="right"/>
      </w:pPr>
      <w:r>
        <w:t>اسی طرح دیکھیے، جب آدمی حج کے لیے جاتا ہے تو اس سے قرآن مجید میں ہے کہ "فلاں رفسہ، فلاں فسوخہ، فلاں جدال فی الحج"۔</w:t>
      </w:r>
    </w:p>
    <w:p>
      <w:r>
        <w:rPr>
          <w:b/>
        </w:rPr>
        <w:t xml:space="preserve">[22:03] </w:t>
      </w:r>
      <w:r>
        <w:t>to wahan gaali galoch nahi hai, wahan jhagda nahi hai, buri baatein karna nahi hai. yeh kyun hai? yeh sirf chand dinon ke liye nahi hai.</w:t>
      </w:r>
    </w:p>
    <w:p>
      <w:pPr>
        <w:jc w:val="right"/>
      </w:pPr>
      <w:r>
        <w:t>تو وہاں گالی گلوچ نہیں ہے، وہاں جھگڑا نہیں ہے، بری باتیں کرنا نہیں ہے۔ یہ کیوں ہے؟ یہ صرف چند دنوں کے لیے نہیں ہے۔</w:t>
      </w:r>
    </w:p>
    <w:p>
      <w:r>
        <w:rPr>
          <w:b/>
        </w:rPr>
        <w:t xml:space="preserve">[22:15] </w:t>
      </w:r>
      <w:r>
        <w:t>chand dinon mein to ek behaviour ki training ki jati hai ke is tarah rehna hai aap ko,</w:t>
      </w:r>
    </w:p>
    <w:p>
      <w:pPr>
        <w:jc w:val="right"/>
      </w:pPr>
      <w:r>
        <w:t>چند دنوں میں تو ایک بیہیویئر کی ٹریننگ کی جاتی ہے کہ اس طرح رہنا ہے آپ کو،</w:t>
      </w:r>
    </w:p>
    <w:p>
      <w:r>
        <w:rPr>
          <w:b/>
        </w:rPr>
        <w:t xml:space="preserve">[22:24] </w:t>
      </w:r>
      <w:r>
        <w:t>is tarah rehna hai aap ko. yaani kisi ko provoke nahi karna hai.</w:t>
      </w:r>
    </w:p>
    <w:p>
      <w:pPr>
        <w:jc w:val="right"/>
      </w:pPr>
      <w:r>
        <w:t>اس طرح رہنا ہے آپ کو۔ یعنی کسی کو پرووک نہیں کرنا ہے۔</w:t>
      </w:r>
    </w:p>
    <w:p>
      <w:r>
        <w:rPr>
          <w:b/>
        </w:rPr>
        <w:t xml:space="preserve">[22:29] </w:t>
      </w:r>
      <w:r>
        <w:t>koi aap ko provoke kar de to aap ko badla nahi lena hai. yaani ek taraf to aap khud kisi ko na bharkayen, kisi ko na mushtael karen.</w:t>
      </w:r>
    </w:p>
    <w:p>
      <w:pPr>
        <w:jc w:val="right"/>
      </w:pPr>
      <w:r>
        <w:t>کوئی آپ کو پرووک کر دے تو آپ کو بدلہ نہیں لینا ہے۔ یعنی ایک طرف تو آپ خود کسی کو نہ بھڑکائیں، کسی کو نہ مشتعل کریں۔</w:t>
      </w:r>
    </w:p>
    <w:p>
      <w:r>
        <w:rPr>
          <w:b/>
        </w:rPr>
        <w:t xml:space="preserve">[22:40] </w:t>
      </w:r>
      <w:r>
        <w:t>aap khud jo hai ke doosra aadmi agar aisa ghalti kar jaye ke aap ko bharkaye to aap, aap is par na bharkayen.</w:t>
      </w:r>
    </w:p>
    <w:p>
      <w:pPr>
        <w:jc w:val="right"/>
      </w:pPr>
      <w:r>
        <w:t>آپ خود جو ہے کہ دوسرا آدمی اگر ایسا غلطی کر جائے کہ آپ کو بھڑکائے تو آپ، آپ اس پر نہ بھڑکیں۔</w:t>
      </w:r>
    </w:p>
    <w:p>
      <w:r>
        <w:rPr>
          <w:b/>
        </w:rPr>
        <w:t xml:space="preserve">[22:53] </w:t>
      </w:r>
      <w:r>
        <w:t>na khud bharkayen, na doosre ko bharkane par khud bharkayen.</w:t>
      </w:r>
    </w:p>
    <w:p>
      <w:pPr>
        <w:jc w:val="right"/>
      </w:pPr>
      <w:r>
        <w:t>نہ خود بھڑکائیں، نہ دوسرے کو بھڑکانے پر خود بھڑکیں۔</w:t>
      </w:r>
    </w:p>
    <w:p>
      <w:r>
        <w:rPr>
          <w:b/>
        </w:rPr>
        <w:t xml:space="preserve">[22:58] </w:t>
      </w:r>
      <w:r>
        <w:t>to yeh, yeh to ek mushkil kaam hai. apne ko tayyar karna parega aur tayyari ka aap kaise kar sakte hain? kyunke aap madعو ke darmiyan aur saare insaan madعو hain.</w:t>
      </w:r>
    </w:p>
    <w:p>
      <w:pPr>
        <w:jc w:val="right"/>
      </w:pPr>
      <w:r>
        <w:t>تو یہ، یہ تو ایک مشکل کام ہے۔ اپنے کو تیار کرنا پڑے گا اور تیاری کا آپ کیسے کر سکتے ہیں؟ کیونکہ آپ مدعو کے درمیان اور سارے انسان مدعو ہیں۔</w:t>
      </w:r>
    </w:p>
    <w:p>
      <w:r>
        <w:rPr>
          <w:b/>
        </w:rPr>
        <w:t xml:space="preserve">[23:10] </w:t>
      </w:r>
      <w:r>
        <w:t>dekhiye, daai ke liye saare insaan madعو hain.</w:t>
      </w:r>
    </w:p>
    <w:p>
      <w:pPr>
        <w:jc w:val="right"/>
      </w:pPr>
      <w:r>
        <w:t>دیکھیے، داعی کے لیے سارے انسان مدعو ہیں۔</w:t>
      </w:r>
    </w:p>
    <w:p>
      <w:r>
        <w:rPr>
          <w:b/>
        </w:rPr>
        <w:t xml:space="preserve">[23:14] </w:t>
      </w:r>
      <w:r>
        <w:t>to madعو ke darmiyan kis tarah un ki napasand, napasandah baaton ko nazar andaz karte hue, un wanted cheezon ko nazar andaz karte hue, kis tarah hum normal tareeqe se rahen?</w:t>
      </w:r>
    </w:p>
    <w:p>
      <w:pPr>
        <w:jc w:val="right"/>
      </w:pPr>
      <w:r>
        <w:t>تو مدعو کے درمیان کس طرح ان کی ناپسند، ناپسندہ باتوں کو نظر انداز کرتے ہوئے، ان وانٹڈ چیزوں کو نظر انداز کرتے ہوئے، کس طرح ہم نارمل طریقے سے رہیں؟</w:t>
      </w:r>
    </w:p>
    <w:p>
      <w:r>
        <w:rPr>
          <w:b/>
        </w:rPr>
        <w:t xml:space="preserve">[23:30] </w:t>
      </w:r>
      <w:r>
        <w:t>normal tareeqe se rahen. yeh to ek training hai, yeh to ek training hai. dorr dhoop koi choti si cheez ka naam nahi hai.</w:t>
      </w:r>
    </w:p>
    <w:p>
      <w:pPr>
        <w:jc w:val="right"/>
      </w:pPr>
      <w:r>
        <w:t>نارمل طریقے سے رہیں۔ یہ تو ایک ٹریننگ ہے، یہ تو ایک ٹریننگ ہے۔ دوڑ دھوپ کوئی چھوٹی سی چیز کا نام نہیں ہے۔</w:t>
      </w:r>
    </w:p>
    <w:p>
      <w:r>
        <w:rPr>
          <w:b/>
        </w:rPr>
        <w:t xml:space="preserve">[23:43] </w:t>
      </w:r>
      <w:r>
        <w:t>bahut saare kaam karne padte hain. jis tarah se ek taajir hai, bahut se kaam karta hai to us ki tayyari chalti hai.</w:t>
      </w:r>
    </w:p>
    <w:p>
      <w:pPr>
        <w:jc w:val="right"/>
      </w:pPr>
      <w:r>
        <w:t>بہت سارے کام کرنے پڑتے ہیں۔ جس طرح سے ایک تاجر ہے، بہت سے کام کرتا ہے تو اس کی تیاری چلتی ہے۔</w:t>
      </w:r>
    </w:p>
    <w:p>
      <w:r>
        <w:rPr>
          <w:b/>
        </w:rPr>
        <w:t xml:space="preserve">[23:58] </w:t>
      </w:r>
      <w:r>
        <w:t>isi tarah se daai ko bhi apne aap ko prepare karna hai, bahut se kaam karna hai. jitne bhi dawat se related cheezein hain, un sab mein apne aap ko tayyar karna hai.</w:t>
      </w:r>
    </w:p>
    <w:p>
      <w:pPr>
        <w:jc w:val="right"/>
      </w:pPr>
      <w:r>
        <w:t>اسی طرح سے داعی کو بھی اپنے آپ کو پریپئر کرنا ہے، بہت سے کام کرنا ہے۔ جتنے بھی دعوت سے ریلیٹڈ چیزیں ہیں، ان سب میں اپنے آپ کو تیار کرنا ہے۔</w:t>
      </w:r>
    </w:p>
    <w:p>
      <w:r>
        <w:rPr>
          <w:b/>
        </w:rPr>
        <w:t xml:space="preserve">[24:12] </w:t>
      </w:r>
      <w:r>
        <w:t>aap kisi ko literature den, literature tab bhi sharifana andaaz mein kehna chahiye. ek booklet chhapi hui hai, farz ki jiye, dawati kitaab, dawati brochure aap dena chahte hain kisi ko to kaise denge?</w:t>
      </w:r>
    </w:p>
    <w:p>
      <w:pPr>
        <w:jc w:val="right"/>
      </w:pPr>
      <w:r>
        <w:t>آپ کسی کو لٹریچر دیں، لٹریچر تب بھی شریفانہ انداز میں کہنا چاہیے۔ ایک بکلیٹ چھپی ہوئی ہے، فرض کیجئے، دعوتی کتاب، دعوتی بروشر آپ دینا چاہتے ہیں کسی کو تو کیسے دیں گے؟</w:t>
      </w:r>
    </w:p>
    <w:p>
      <w:r>
        <w:rPr>
          <w:b/>
        </w:rPr>
        <w:t xml:space="preserve">[24:27] </w:t>
      </w:r>
      <w:r>
        <w:t>kehne ka kya aadaab janna chahiye aap ko? kya aadaab hain ek society mein, aaj ki society mein? aadaab e kalaam kya hain? kisi ko diya jaye to kya keh ke diya jana chahiye?</w:t>
      </w:r>
    </w:p>
    <w:p>
      <w:pPr>
        <w:jc w:val="right"/>
      </w:pPr>
      <w:r>
        <w:t>کہنے کا کیا آداب جاننا چاہیے آپ کو؟ کیا آداب ہیں ایک سوسائٹی میں، آج کی سوسائٹی میں؟ آداب کلام کیا ہیں؟ کسی کو دیا جائے تو کیا کہہ کے دیا جانا چاہیے؟</w:t>
      </w:r>
    </w:p>
    <w:p>
      <w:r>
        <w:rPr>
          <w:b/>
        </w:rPr>
        <w:t xml:space="preserve">[24:40] </w:t>
      </w:r>
      <w:r>
        <w:t>yeh janna padega. yeh, yeh bhi tayyari mein shamil hai.</w:t>
      </w:r>
    </w:p>
    <w:p>
      <w:pPr>
        <w:jc w:val="right"/>
      </w:pPr>
      <w:r>
        <w:t>یہ جاننا پڑے گا۔ یہ، یہ بھی تیاری میں شامل ہے۔</w:t>
      </w:r>
    </w:p>
    <w:p>
      <w:r>
        <w:rPr>
          <w:b/>
        </w:rPr>
        <w:t xml:space="preserve">[24:47] </w:t>
      </w:r>
      <w:r>
        <w:t>jise ek sahab ne jahaz ke andar, woh safar kar rahe the, hamare saathi to kisi aadmi ko unhon ne ek kitaab di, "reality of life".</w:t>
      </w:r>
    </w:p>
    <w:p>
      <w:pPr>
        <w:jc w:val="right"/>
      </w:pPr>
      <w:r>
        <w:t>جسے ایک صاحب نے جہاز کے اندر، وہ سفر کر رہے تھے، ہمارے ساتھی تو کسی آدمی کو انہوں نے ایک کتاب دی، "ریلیٹی آف لائف"۔</w:t>
      </w:r>
    </w:p>
    <w:p>
      <w:r>
        <w:rPr>
          <w:b/>
        </w:rPr>
        <w:t xml:space="preserve">[25:00] </w:t>
      </w:r>
      <w:r>
        <w:t>to un ko yeh keh kar pesh kiya ke "sir, this is for your in flight reading".</w:t>
      </w:r>
    </w:p>
    <w:p>
      <w:pPr>
        <w:jc w:val="right"/>
      </w:pPr>
      <w:r>
        <w:t>تو ان کو یہ کہہ کر پیش کیا کہ "سر، دس از فار یور ان فلائٹ ریڈنگ"۔</w:t>
      </w:r>
    </w:p>
    <w:p>
      <w:r>
        <w:rPr>
          <w:b/>
        </w:rPr>
        <w:t xml:space="preserve">[25:09] </w:t>
      </w:r>
      <w:r>
        <w:t>"sir, this is for your in flight reading" ke janab, yeh aap ke daraan e safar mutalliq ke liye hai.</w:t>
      </w:r>
    </w:p>
    <w:p>
      <w:pPr>
        <w:jc w:val="right"/>
      </w:pPr>
      <w:r>
        <w:t>"سر، دس از فار یور ان فلائٹ ریڈنگ" کہ جناب، یہ آپ کے دوران سفر متعلق کے لیے ہے۔</w:t>
      </w:r>
    </w:p>
    <w:p>
      <w:r>
        <w:rPr>
          <w:b/>
        </w:rPr>
        <w:t xml:space="preserve">[25:22] </w:t>
      </w:r>
      <w:r>
        <w:t>yeh bhi, yeh bhi seekhna padega ke kaise hum khitaab karen. kitaab de to kaise den? kitaab ka taaruf karen to kaise taaruf karen?</w:t>
      </w:r>
    </w:p>
    <w:p>
      <w:pPr>
        <w:jc w:val="right"/>
      </w:pPr>
      <w:r>
        <w:t>یہ بھی، یہ بھی سیکھنا پڑے گا کہ کیسے ہم خطاب کریں۔ کتاب دے تو کیسے دیں؟ کتاب کا تعارف کریں تو کیسے تعارف کریں؟</w:t>
      </w:r>
    </w:p>
    <w:p>
      <w:r>
        <w:rPr>
          <w:b/>
        </w:rPr>
        <w:t xml:space="preserve">[25:36] </w:t>
      </w:r>
      <w:r>
        <w:t>to tayyari jo hai, ek bahut hi mukammal cheez ka naam hai. to tayyari to karni padegi,</w:t>
      </w:r>
    </w:p>
    <w:p>
      <w:pPr>
        <w:jc w:val="right"/>
      </w:pPr>
      <w:r>
        <w:t>تو تیاری جو ہے، ایک بہت ہی مکمل چیز کا نام ہے۔ تو تیاری تو کرنی پڑے گی،</w:t>
      </w:r>
    </w:p>
    <w:p>
      <w:r>
        <w:rPr>
          <w:b/>
        </w:rPr>
        <w:t xml:space="preserve">[25:47] </w:t>
      </w:r>
      <w:r>
        <w:t>bghair tayari ke to kaam nahi ho sakta hai.</w:t>
      </w:r>
    </w:p>
    <w:p>
      <w:pPr>
        <w:jc w:val="right"/>
      </w:pPr>
      <w:r>
        <w:t>بغیر تیاری کے تو کام نہیں ہو سکتا ہے۔</w:t>
      </w:r>
    </w:p>
    <w:p>
      <w:r>
        <w:rPr>
          <w:b/>
        </w:rPr>
        <w:t xml:space="preserve">[25:52] </w:t>
      </w:r>
      <w:r>
        <w:t>is tarah dekhiye,</w:t>
      </w:r>
    </w:p>
    <w:p>
      <w:pPr>
        <w:jc w:val="right"/>
      </w:pPr>
      <w:r>
        <w:t>اس طرح دیکھیے،</w:t>
      </w:r>
    </w:p>
    <w:p>
      <w:r>
        <w:rPr>
          <w:b/>
        </w:rPr>
        <w:t xml:space="preserve">[25:57] </w:t>
      </w:r>
      <w:r>
        <w:t>safar mein jab jata hai aadmi to kya karta hai? woh qurbani karta hai.</w:t>
      </w:r>
    </w:p>
    <w:p>
      <w:pPr>
        <w:jc w:val="right"/>
      </w:pPr>
      <w:r>
        <w:t>سفر میں جب جاتا ہے آدمی تو کیا کرتا ہے؟ وہ قربانی کرتا ہے۔</w:t>
      </w:r>
    </w:p>
    <w:p>
      <w:r>
        <w:rPr>
          <w:b/>
        </w:rPr>
        <w:t xml:space="preserve">[26:05] </w:t>
      </w:r>
      <w:r>
        <w:t>qurbani kya hai? qurbani bhi ek symbolize kar rahi hai aap ki dedication ko, yaani apni qurbani ka woh symbol hai.</w:t>
      </w:r>
    </w:p>
    <w:p>
      <w:pPr>
        <w:jc w:val="right"/>
      </w:pPr>
      <w:r>
        <w:t>قربانی کیا ہے؟ قربانی بھی ایک سیمبلائز کر رہی ہے آپ کی ڈیڈیکیشن کو، یعنی اپنی قربانی کا وہ سمبل ہے۔</w:t>
      </w:r>
    </w:p>
    <w:p>
      <w:r>
        <w:rPr>
          <w:b/>
        </w:rPr>
        <w:t xml:space="preserve">[26:19] </w:t>
      </w:r>
      <w:r>
        <w:t>to qurbani ka matlab yeh hai ke aap yeh ahad karein, amli ahad ke meri zindagi khuda ke liye waqf rahegi.</w:t>
      </w:r>
    </w:p>
    <w:p>
      <w:pPr>
        <w:jc w:val="right"/>
      </w:pPr>
      <w:r>
        <w:t>تو قربانی کا مطلب یہ ہے کہ آپ یہ عہد کریں، عملی عہد کہ میری زندگی خدا کے لیے وقف رہے گی۔</w:t>
      </w:r>
    </w:p>
    <w:p>
      <w:r>
        <w:rPr>
          <w:b/>
        </w:rPr>
        <w:t xml:space="preserve">[26:28] </w:t>
      </w:r>
      <w:r>
        <w:t>apne aap ko mein dedicate kar doonga.</w:t>
      </w:r>
    </w:p>
    <w:p>
      <w:pPr>
        <w:jc w:val="right"/>
      </w:pPr>
      <w:r>
        <w:t>اپنے آپ کو میں ڈیڈیکیٹ کر دوں گا۔</w:t>
      </w:r>
    </w:p>
    <w:p>
      <w:r>
        <w:rPr>
          <w:b/>
        </w:rPr>
        <w:t xml:space="preserve">[26:31] </w:t>
      </w:r>
      <w:r>
        <w:t>khuda ka waqt, khuda ka, khuda ke kaam ka matlab kya hai? dawat,</w:t>
      </w:r>
    </w:p>
    <w:p>
      <w:pPr>
        <w:jc w:val="right"/>
      </w:pPr>
      <w:r>
        <w:t>خدا کا وقت، خدا کا، خدا کے کام کا مطلب کیا ہے؟ دعوت،</w:t>
      </w:r>
    </w:p>
    <w:p>
      <w:r>
        <w:rPr>
          <w:b/>
        </w:rPr>
        <w:t xml:space="preserve">[26:40] </w:t>
      </w:r>
      <w:r>
        <w:t>dawat. to qurbani jo hai, woh rasam nahi hai.</w:t>
      </w:r>
    </w:p>
    <w:p>
      <w:pPr>
        <w:jc w:val="right"/>
      </w:pPr>
      <w:r>
        <w:t>دعوت۔ تو قربانی جو ہے، وہ رسم نہیں ہے۔</w:t>
      </w:r>
    </w:p>
    <w:p>
      <w:r>
        <w:rPr>
          <w:b/>
        </w:rPr>
        <w:t xml:space="preserve">[26:47] </w:t>
      </w:r>
      <w:r>
        <w:t>qurbani apne aap ko dedicate karne ka ek ahad hai.</w:t>
      </w:r>
    </w:p>
    <w:p>
      <w:pPr>
        <w:jc w:val="right"/>
      </w:pPr>
      <w:r>
        <w:t>قربانی اپنے آپ کو ڈیڈیکیٹ کرنے کا ایک عہد ہے۔</w:t>
      </w:r>
    </w:p>
    <w:p>
      <w:r>
        <w:rPr>
          <w:b/>
        </w:rPr>
        <w:t xml:space="preserve">[26:55] </w:t>
      </w:r>
      <w:r>
        <w:t>to wahan par, wahan par to aadmi symbol ke roop mein ek kaam karta hai, ek ke qurbani pesh karta hai.</w:t>
      </w:r>
    </w:p>
    <w:p>
      <w:pPr>
        <w:jc w:val="right"/>
      </w:pPr>
      <w:r>
        <w:t>تو وہاں پر، وہاں پر تو آدمی سمبل کے روپ میں ایک کام کرتا ہے، ایک کہ قربانی پیش کرتا ہے۔</w:t>
      </w:r>
    </w:p>
    <w:p>
      <w:r>
        <w:rPr>
          <w:b/>
        </w:rPr>
        <w:t xml:space="preserve">[27:06] </w:t>
      </w:r>
      <w:r>
        <w:t>wahan wapas aa kar isi ko apni real, real life mein ikhtiyar karna hai. wahan par symbolic sense mein kya?</w:t>
      </w:r>
    </w:p>
    <w:p>
      <w:pPr>
        <w:jc w:val="right"/>
      </w:pPr>
      <w:r>
        <w:t>وہاں واپس آ کر اسی کو اپنی ریل، ریل لائف میں اختیار کرنا ہے۔ وہاں پر سمبولک سینس میں کیا؟</w:t>
      </w:r>
    </w:p>
    <w:p>
      <w:r>
        <w:rPr>
          <w:b/>
        </w:rPr>
        <w:t xml:space="preserve">[27:14] </w:t>
      </w:r>
      <w:r>
        <w:t>ek ek act wapas aa kar isi ko real sense mein karna hai. yeh matlab hai is ka.</w:t>
      </w:r>
    </w:p>
    <w:p>
      <w:pPr>
        <w:jc w:val="right"/>
      </w:pPr>
      <w:r>
        <w:t>ایک ایکٹ واپس آ کر اسی کو ریل سینس میں کرنا ہے۔ یہ مطلب ہے اس کا۔</w:t>
      </w:r>
    </w:p>
    <w:p>
      <w:r>
        <w:rPr>
          <w:b/>
        </w:rPr>
        <w:t xml:space="preserve">[27:24] </w:t>
      </w:r>
      <w:r>
        <w:t>jaisa ke hazrat ibrahim aleh salam ne kiya. aise aap dekhiye, har haji jo wahan jata hai to wahan par shaitan ke kuch nishanat bane hue hain.</w:t>
      </w:r>
    </w:p>
    <w:p>
      <w:pPr>
        <w:jc w:val="right"/>
      </w:pPr>
      <w:r>
        <w:t>جیسا کہ حضرت ابراہیم علیہ السلام نے کیا۔ ایسے آپ دیکھیے، ہر حاجی جو وہاں جاتا ہے تو وہاں پر شیطان کے کچھ نشانات بنے ہوئے ہیں۔</w:t>
      </w:r>
    </w:p>
    <w:p>
      <w:r>
        <w:rPr>
          <w:b/>
        </w:rPr>
        <w:t xml:space="preserve">[27:41] </w:t>
      </w:r>
      <w:r>
        <w:t>is mein woh kankriyan marta hai. yeh kya cheez hai? yeh bhi yaad rakhiye, koi rasam nahi hai.</w:t>
      </w:r>
    </w:p>
    <w:p>
      <w:pPr>
        <w:jc w:val="right"/>
      </w:pPr>
      <w:r>
        <w:t>اس میں وہ کنکریاں مارتا ہے۔ یہ کیا چیز ہے؟ یہ بھی یاد رکھیے، کوئی رسم نہیں ہے۔</w:t>
      </w:r>
    </w:p>
    <w:p>
      <w:r>
        <w:rPr>
          <w:b/>
        </w:rPr>
        <w:t xml:space="preserve">[27:50] </w:t>
      </w:r>
      <w:r>
        <w:t>yeh hai shaitan. jab aap ko bharkaye to aap shaitan ka jawab de sakein. jaise aap dawat work ke liye niklte hain ke mujhe dawat ka kaam karna hai, mujhe dawat ka kaam karna hai, mujhe khuda ke bando tak sachai ka paigham pahunchana hai.</w:t>
      </w:r>
    </w:p>
    <w:p>
      <w:pPr>
        <w:jc w:val="right"/>
      </w:pPr>
      <w:r>
        <w:t>یہ ہے شیطان۔ جب آپ کو بھڑکائے تو آپ شیطان کا جواب دے سکیں۔ جیسے آپ دعوت ورک کے لیے نکلتے ہیں کہ مجھے دعوت کا کام کرنا ہے، مجھے دعوت کا کام کرنا ہے، مجھے خدا کے بندوں تک سچائی کا پیغام پہنچانا ہے۔</w:t>
      </w:r>
    </w:p>
    <w:p>
      <w:r>
        <w:rPr>
          <w:b/>
        </w:rPr>
        <w:t xml:space="preserve">[28:11] </w:t>
      </w:r>
      <w:r>
        <w:t>ab shaitan aaye ga aap ke dil mein kyunke shaitan ek aisi cheez hai jo aadmi ke andar sama jata hai, khoon ki ragon mein teer jata hai.</w:t>
      </w:r>
    </w:p>
    <w:p>
      <w:pPr>
        <w:jc w:val="right"/>
      </w:pPr>
      <w:r>
        <w:t>اب شیطان آئے گا آپ کے دل میں کیونکہ شیطان ایک ایسی چیز ہے جو آدمی کے اندر سما جاتا ہے، خون کی رگوں میں تیر جاتا ہے۔</w:t>
      </w:r>
    </w:p>
    <w:p>
      <w:r>
        <w:rPr>
          <w:b/>
        </w:rPr>
        <w:t xml:space="preserve">[28:19] </w:t>
      </w:r>
      <w:r>
        <w:t>andar se woh bharkata hai</w:t>
      </w:r>
    </w:p>
    <w:p>
      <w:pPr>
        <w:jc w:val="right"/>
      </w:pPr>
      <w:r>
        <w:t>اندر سے وہ بھڑکاتا ہے</w:t>
      </w:r>
    </w:p>
    <w:p>
      <w:r>
        <w:rPr>
          <w:b/>
        </w:rPr>
        <w:t xml:space="preserve">[28:23] </w:t>
      </w:r>
      <w:r>
        <w:t>to woh aap ko tarah tarah se is se bharkaye ga ke tum to aalim nahi ho, aalimon ka kaam hai, aalimon ka kaam hai. woh aalim kahe ga tum is mein kyun parhte ho?</w:t>
      </w:r>
    </w:p>
    <w:p>
      <w:pPr>
        <w:jc w:val="right"/>
      </w:pPr>
      <w:r>
        <w:t>تو وہ آپ کو طرح طرح سے اس سے بھڑکائے گا کہ تم تو عالم نہیں ہو، عالموں کا کام ہے، عالموں کا کام ہے۔ وہ عالم کہے گا تم اس میں کیوں پڑھتے ہو؟</w:t>
      </w:r>
    </w:p>
    <w:p>
      <w:r>
        <w:rPr>
          <w:b/>
        </w:rPr>
        <w:t xml:space="preserve">[28:36] </w:t>
      </w:r>
      <w:r>
        <w:t>aalim se kahe ga ke koi manne wala to hai nahi, kyun apni jaan halkar karte ho?</w:t>
      </w:r>
    </w:p>
    <w:p>
      <w:pPr>
        <w:jc w:val="right"/>
      </w:pPr>
      <w:r>
        <w:t>عالم سے کہے گا کہ کوئی ماننے والا تو ہے نہیں، کیوں اپنی جان ہلکار کرتے ہو؟</w:t>
      </w:r>
    </w:p>
    <w:p>
      <w:r>
        <w:rPr>
          <w:b/>
        </w:rPr>
        <w:t xml:space="preserve">[28:43] </w:t>
      </w:r>
      <w:r>
        <w:t>warna har ek se kuch na kuch aisi baat jo us ke halaat ke lehaz se us par jazba hoti ho, woh kahe ga aur phir chahe ga ke yeh daawti kaam na kare.</w:t>
      </w:r>
    </w:p>
    <w:p>
      <w:pPr>
        <w:jc w:val="right"/>
      </w:pPr>
      <w:r>
        <w:t>ورنہ ہر ایک سے کچھ نہ کچھ ایسی بات جو اس کے حالات کے لحاظ سے اس پر جذبہ ہوتی ہو، وہ کہے گا اور پھر چاہے گا کہ یہ دعوتی کام نہ کرے۔</w:t>
      </w:r>
    </w:p>
    <w:p>
      <w:r>
        <w:rPr>
          <w:b/>
        </w:rPr>
        <w:t xml:space="preserve">[28:59] </w:t>
      </w:r>
      <w:r>
        <w:t>lekin yahan par kya karna hai? wahan jo aap ne pathar mare the shaitan ke upar, woh woh symbolic stoning thi.</w:t>
      </w:r>
    </w:p>
    <w:p>
      <w:pPr>
        <w:jc w:val="right"/>
      </w:pPr>
      <w:r>
        <w:t>لیکن یہاں پر کیا کرنا ہے؟ وہاں جو آپ نے پتھر مارے تھے شیطان کے اوپر، وہ وہ سمبولک سٹوننگ تھی۔</w:t>
      </w:r>
    </w:p>
    <w:p>
      <w:r>
        <w:rPr>
          <w:b/>
        </w:rPr>
        <w:t xml:space="preserve">[29:11] </w:t>
      </w:r>
      <w:r>
        <w:t>woh</w:t>
      </w:r>
    </w:p>
    <w:p>
      <w:pPr>
        <w:jc w:val="right"/>
      </w:pPr>
      <w:r>
        <w:t>وہ</w:t>
      </w:r>
    </w:p>
    <w:p>
      <w:r>
        <w:rPr>
          <w:b/>
        </w:rPr>
        <w:t xml:space="preserve">[29:12] </w:t>
      </w:r>
      <w:r>
        <w:t>ab aap ko real stoning karni hai. jab shaitan bharkaa kar aap ko dawat ke rastay se hataye, khuda ke rastay se hataye, jannat ke rastay se hataye to wahan par aap foran jaan lein ke shaitan ghus gaya hai mere andar.</w:t>
      </w:r>
    </w:p>
    <w:p>
      <w:pPr>
        <w:jc w:val="right"/>
      </w:pPr>
      <w:r>
        <w:t>اب آپ کو ریل سٹوننگ کرنی ہے۔ جب شیطان بھڑکا کر آپ کو دعوت کے راستے سے ہٹائے، خدا کے راستے سے ہٹائے، جنت کے راستے سے ہٹائے تو وہاں پر آپ فوراً جان لیں کہ شیطان گھس گیا ہے میرے اندر۔</w:t>
      </w:r>
    </w:p>
    <w:p>
      <w:r>
        <w:rPr>
          <w:b/>
        </w:rPr>
        <w:t xml:space="preserve">[29:34] </w:t>
      </w:r>
      <w:r>
        <w:t>foran jaan lein, aap itna active ho, aap ka mind, aap ka mind itna active hona chahiye ke jaise hi shaitan koi baat aisi daale aap ke dil mein, aap ko lead karne ke liye, koi shaitan andar se daale ga.</w:t>
      </w:r>
    </w:p>
    <w:p>
      <w:pPr>
        <w:jc w:val="right"/>
      </w:pPr>
      <w:r>
        <w:t>فوراً جان لیں، آپ اتنا ایکٹیو ہو، آپ کا مائنڈ، آپ کا مائنڈ اتنا ایکٹیو ہونا چاہیے کہ جیسے ہی شیطان کوئی بات ایسی ڈالے آپ کے دل میں، آپ کو لیڈ کرنے کے لیے، کوئی شیطان اندر سے ڈالے گا۔</w:t>
      </w:r>
    </w:p>
    <w:p>
      <w:r>
        <w:rPr>
          <w:b/>
        </w:rPr>
        <w:t xml:space="preserve">[29:51] </w:t>
      </w:r>
      <w:r>
        <w:t>dekhiye, shaitan ka tareeqa yeh nahi hai ke loudspeaker, loudspeaker par woh cheekhe. shaitan loudspeaker par nahi cheikhta,</w:t>
      </w:r>
    </w:p>
    <w:p>
      <w:pPr>
        <w:jc w:val="right"/>
      </w:pPr>
      <w:r>
        <w:t>دیکھیے، شیطان کا طریقہ یہ نہیں ہے کہ لاؤڈ سپیکر، لاؤڈ سپیکر پر وہ چیخے۔ شیطان لاؤڈ سپیکر پر نہیں چیختا،</w:t>
      </w:r>
    </w:p>
    <w:p>
      <w:r>
        <w:rPr>
          <w:b/>
        </w:rPr>
        <w:t xml:space="preserve">[30:02] </w:t>
      </w:r>
      <w:r>
        <w:t>woh aap ke dil mein ghus kar ke, aap ke rooh mein ghus kar aap ko sikhata hai.</w:t>
      </w:r>
    </w:p>
    <w:p>
      <w:pPr>
        <w:jc w:val="right"/>
      </w:pPr>
      <w:r>
        <w:t>وہ آپ کے دل میں گھس کر کے، آپ کے روح میں گھس کر آپ کو سکھاتا ہے۔</w:t>
      </w:r>
    </w:p>
    <w:p>
      <w:r>
        <w:rPr>
          <w:b/>
        </w:rPr>
        <w:t xml:space="preserve">[30:14] </w:t>
      </w:r>
      <w:r>
        <w:t>yeh baat bohat zyada samajhni chahiye ke shaitan ka tareeqa kya hai.</w:t>
      </w:r>
    </w:p>
    <w:p>
      <w:pPr>
        <w:jc w:val="right"/>
      </w:pPr>
      <w:r>
        <w:t>یہ بات بہت زیادہ سمجھنی چاہیے کہ شیطان کا طریقہ کیا ہے۔</w:t>
      </w:r>
    </w:p>
    <w:p>
      <w:r>
        <w:rPr>
          <w:b/>
        </w:rPr>
        <w:t xml:space="preserve">[30:20] </w:t>
      </w:r>
      <w:r>
        <w:t>warna stoning kaise karenge aap? jab shaitan dikhai nahi deta aur is ko marna hai hamein to ab shaitan aa gaya, hum dekh rahe nahi hain.</w:t>
      </w:r>
    </w:p>
    <w:p>
      <w:pPr>
        <w:jc w:val="right"/>
      </w:pPr>
      <w:r>
        <w:t>ورنہ اسٹوننگ کیسے کریں گے آپ؟ جب شیطان دکھائی نہیں دیتا اور اس کو مارنا ہے ہمیں تو اب شیطان آ گیا، ہم دیکھ رہے نہیں ہیں۔</w:t>
      </w:r>
    </w:p>
    <w:p>
      <w:r>
        <w:rPr>
          <w:b/>
        </w:rPr>
        <w:t xml:space="preserve">[30:31] </w:t>
      </w:r>
      <w:r>
        <w:t>to jab tak aap alert na hon, yaani intellectually awakened na hon, yaani intellectual awakening ke baghair aadmi pehchan nahi sakta ke shaitan aa gaya, woh mujhe bharka raha hai kyunke woh andar se aata hai.</w:t>
      </w:r>
    </w:p>
    <w:p>
      <w:pPr>
        <w:jc w:val="right"/>
      </w:pPr>
      <w:r>
        <w:t>تو جب تک آپ الرٹ نہ ہوں، یعنی انٹلیکچولی اویکنڈ نہ ہوں، یعنی انٹلیکچول اویکننگ کے بغیر آدمی پہچان نہیں سکتا کہ شیطان آ گیا، وہ مجھے بھڑکا رہا ہے کیونکہ وہ اندر سے آتا ہے۔</w:t>
      </w:r>
    </w:p>
    <w:p>
      <w:r>
        <w:rPr>
          <w:b/>
        </w:rPr>
        <w:t xml:space="preserve">[30:51] </w:t>
      </w:r>
      <w:r>
        <w:t>to real stoning kya hai? symbolic stoning to woh thi jo pathar mara aap ne. real stoning kya hai?</w:t>
      </w:r>
    </w:p>
    <w:p>
      <w:pPr>
        <w:jc w:val="right"/>
      </w:pPr>
      <w:r>
        <w:t>تو ریل سٹوننگ کیا ہے؟ سمبولک سٹوننگ تو وہ تھی جو پتھر مارا آپ نے۔ ریل سٹوننگ کیا ہے؟</w:t>
      </w:r>
    </w:p>
    <w:p>
      <w:r>
        <w:rPr>
          <w:b/>
        </w:rPr>
        <w:t xml:space="preserve">[31:01] </w:t>
      </w:r>
      <w:r>
        <w:t>jo baatein shaitan daale aap ko dawat ke kaam se rokne ke liye, is ko aap diffuse kar dein, wohin ko, wohin, wohin, wohin diffuse kar dein, wohin ka, wohin khatam kar dein.</w:t>
      </w:r>
    </w:p>
    <w:p>
      <w:pPr>
        <w:jc w:val="right"/>
      </w:pPr>
      <w:r>
        <w:t>جو باتیں شیطان ڈالے آپ کو دعوت کے کام سے روکنے کے لیے، اس کو آپ ڈیفیوز کر دیں، وہیں کو، وہیں، وہیں کا، وہیں ڈیفیوز کر دیں، وہیں کا، وہیں ختم کر دیں۔</w:t>
      </w:r>
    </w:p>
    <w:p>
      <w:r>
        <w:rPr>
          <w:b/>
        </w:rPr>
        <w:t xml:space="preserve">[31:19] </w:t>
      </w:r>
      <w:r>
        <w:t>to yeh hai symbolic stoning ko real stoning ban</w:t>
      </w:r>
    </w:p>
    <w:p>
      <w:pPr>
        <w:jc w:val="right"/>
      </w:pPr>
      <w:r>
        <w:t>تو یہ ہے سمبولک سٹوننگ کو ریل سٹوننگ بن</w:t>
      </w:r>
    </w:p>
    <w:p>
      <w:r>
        <w:rPr>
          <w:b/>
        </w:rPr>
        <w:t xml:space="preserve">[31:26] </w:t>
      </w:r>
      <w:r>
        <w:t>ana. dekhiye, jab haji jata hai wahan par Makkah ke area mein to kya hota hai?</w:t>
      </w:r>
    </w:p>
    <w:p>
      <w:pPr>
        <w:jc w:val="right"/>
      </w:pPr>
      <w:r>
        <w:t>انا۔ دیکھیے، جب حاجی جاتا ہے وہاں پر مکہ کے ایریا میں تو کیا ہوتا ہے؟</w:t>
      </w:r>
    </w:p>
    <w:p>
      <w:r>
        <w:rPr>
          <w:b/>
        </w:rPr>
        <w:t xml:space="preserve">[31:39] </w:t>
      </w:r>
      <w:r>
        <w:t>woh is ilaaqe ko dekhta hai jahan bare bare daaiyon ne dawat ka kaam kiya,</w:t>
      </w:r>
    </w:p>
    <w:p>
      <w:pPr>
        <w:jc w:val="right"/>
      </w:pPr>
      <w:r>
        <w:t>وہ اس علاقے کو دیکھتا ہے جہاں بڑے بڑے داعیوں نے دعوت کا کام کیا،</w:t>
      </w:r>
    </w:p>
    <w:p>
      <w:r>
        <w:rPr>
          <w:b/>
        </w:rPr>
        <w:t xml:space="preserve">[31:51] </w:t>
      </w:r>
      <w:r>
        <w:t>yaani Hazrat Ibrahim ne dawat ka kaam kiya, Hazrat Ismail ne dawat ka kaam kiya,</w:t>
      </w:r>
    </w:p>
    <w:p>
      <w:pPr>
        <w:jc w:val="right"/>
      </w:pPr>
      <w:r>
        <w:t>یعنی حضرت ابراہیم نے دعوت کا کام کیا، حضرت اسماعیل نے دعوت کا کام کیا،</w:t>
      </w:r>
    </w:p>
    <w:p>
      <w:r>
        <w:rPr>
          <w:b/>
        </w:rPr>
        <w:t xml:space="preserve">[31:57] </w:t>
      </w:r>
      <w:r>
        <w:t>Paighambar e Islam ne dawat ka kaam kiya, aur Sahaba ne dawat ka kaam kiya, Tabe'een ne dawat ka kaam kiya. to ek poori tareekh hai dawat ki.</w:t>
      </w:r>
    </w:p>
    <w:p>
      <w:pPr>
        <w:jc w:val="right"/>
      </w:pPr>
      <w:r>
        <w:t>پیغمبر اسلام نے دعوت کا کام کیا، اور صحابہ نے دعوت کا کام کیا، تابعین نے دعوت کا کام کیا۔ تو ایک پوری تاریخ ہے دعوت کی۔</w:t>
      </w:r>
    </w:p>
    <w:p>
      <w:r>
        <w:rPr>
          <w:b/>
        </w:rPr>
        <w:t xml:space="preserve">[32:10] </w:t>
      </w:r>
      <w:r>
        <w:t>to agar aap well aware hon is da'wati kaam se, aap ne parha ho is tareekh ko, parha ho jo dawat ki tareekh hai,</w:t>
      </w:r>
    </w:p>
    <w:p>
      <w:pPr>
        <w:jc w:val="right"/>
      </w:pPr>
      <w:r>
        <w:t>تو اگر آپ ویل اویئر ہوں اس دعوتی کام سے، آپ نے پڑھا ہو اس تاریخ کو، پڑھا ہو جو دعوت کی تاریخ ہے،</w:t>
      </w:r>
    </w:p>
    <w:p>
      <w:r>
        <w:rPr>
          <w:b/>
        </w:rPr>
        <w:t xml:space="preserve">[32:22] </w:t>
      </w:r>
      <w:r>
        <w:t>jo dawat ke yeh baaton ko batati hai, to jab aap jayenge wahan to bar bar woh baatein aap ko yaad aayengi.</w:t>
      </w:r>
    </w:p>
    <w:p>
      <w:pPr>
        <w:jc w:val="right"/>
      </w:pPr>
      <w:r>
        <w:t>جو دعوت کے یہ باتوں کو بتاتی ہے، تو جب آپ جائیں گے وہاں تو بار بار وہ باتیں آپ کو یاد آئیں گی۔</w:t>
      </w:r>
    </w:p>
    <w:p>
      <w:r>
        <w:rPr>
          <w:b/>
        </w:rPr>
        <w:t xml:space="preserve">[32:34] </w:t>
      </w:r>
      <w:r>
        <w:t>har mauqe par woh reference aap mein taaza hota rahega. to poora woh ilaaqa aap ko historical</w:t>
      </w:r>
    </w:p>
    <w:p>
      <w:pPr>
        <w:jc w:val="right"/>
      </w:pPr>
      <w:r>
        <w:t>ہر موقع پر وہ ریفرنس آپ میں تازہ ہوتا رہے گا۔ تو پورا وہ علاقہ آپ کو ہسٹوریکل</w:t>
      </w:r>
    </w:p>
    <w:p>
      <w:r>
        <w:rPr>
          <w:b/>
        </w:rPr>
        <w:t xml:space="preserve">[32:45] </w:t>
      </w:r>
      <w:r>
        <w:t>reference ban jayega, point of reference ban jayega wahan ki poori history.</w:t>
      </w:r>
    </w:p>
    <w:p>
      <w:pPr>
        <w:jc w:val="right"/>
      </w:pPr>
      <w:r>
        <w:t>ریفرنس بن جائے گا، پوائنٹ آف ریفرنس بن جائے گا وہاں کی پوری ہسٹری۔</w:t>
      </w:r>
    </w:p>
    <w:p>
      <w:r>
        <w:rPr>
          <w:b/>
        </w:rPr>
        <w:t xml:space="preserve">[32:53] </w:t>
      </w:r>
      <w:r>
        <w:t>to is tarah se aap ki tarbiyat hogi. wahan poora wahan ke jo a'maal ki aate hain Hajj mein, woh sab aap ko trade kar denge.</w:t>
      </w:r>
    </w:p>
    <w:p>
      <w:pPr>
        <w:jc w:val="right"/>
      </w:pPr>
      <w:r>
        <w:t>تو اس طرح سے آپ کی تربیت ہوگی۔ وہاں پورا وہاں کے جو اعمال کی آتے ہیں حج میں، وہ سب آپ کو ٹریڈ کر دیں گے۔</w:t>
      </w:r>
    </w:p>
    <w:p>
      <w:r>
        <w:rPr>
          <w:b/>
        </w:rPr>
        <w:t xml:space="preserve">[33:04] </w:t>
      </w:r>
      <w:r>
        <w:t>aur jab wapas aayenge aap apne watan mein to aap ek tarbiyat yafta insaan honge.</w:t>
      </w:r>
    </w:p>
    <w:p>
      <w:pPr>
        <w:jc w:val="right"/>
      </w:pPr>
      <w:r>
        <w:t>اور جب واپس آئیں گے آپ اپنے وطن میں تو آپ ایک تربیت یافتہ انسان ہوں گے۔</w:t>
      </w:r>
    </w:p>
    <w:p>
      <w:r>
        <w:rPr>
          <w:b/>
        </w:rPr>
        <w:t xml:space="preserve">[33:12] </w:t>
      </w:r>
      <w:r>
        <w:t>tarbiyat yafta, yaani wahan ke, wahan se, yaani apne aap ko garh kar goya wapas layenge.</w:t>
      </w:r>
    </w:p>
    <w:p>
      <w:pPr>
        <w:jc w:val="right"/>
      </w:pPr>
      <w:r>
        <w:t>تربیت یافتہ، یعنی وہاں کے، وہاں سے، یعنی اپنے آپ کو گڑھ کر گویا واپس لائیں گے۔</w:t>
      </w:r>
    </w:p>
    <w:p>
      <w:r>
        <w:rPr>
          <w:b/>
        </w:rPr>
        <w:t xml:space="preserve">[33:20] </w:t>
      </w:r>
      <w:r>
        <w:t>aap</w:t>
      </w:r>
    </w:p>
    <w:p>
      <w:pPr>
        <w:jc w:val="right"/>
      </w:pPr>
      <w:r>
        <w:t>آپ</w:t>
      </w:r>
    </w:p>
    <w:p>
      <w:r>
        <w:rPr>
          <w:b/>
        </w:rPr>
        <w:t xml:space="preserve">[33:22] </w:t>
      </w:r>
      <w:r>
        <w:t>phir aap ke andar yeh azm hoga ke main Hazrat Ibrahim ke namune ki pairvi karoon, main Hazrat Ismail ke namune ki pairvi karoon, main Hazrat Hajra ke namune ki pairvi karoon, main Rasool Allah ke namune ki pairvi karoon,</w:t>
      </w:r>
    </w:p>
    <w:p>
      <w:pPr>
        <w:jc w:val="right"/>
      </w:pPr>
      <w:r>
        <w:t>پھر آپ کے اندر یہ عزم ہوگا کہ میں حضرت ابراہیم کی نمونے کی پیروی کروں، میں حضرت اسماعیل کے نمونے کی پیروی کروں، میں حضرت ہاجرہ کے نمونے کی پیروی کروں، میں رسول اللہ کے نمونے کی پیروی کروں،</w:t>
      </w:r>
    </w:p>
    <w:p>
      <w:r>
        <w:rPr>
          <w:b/>
        </w:rPr>
        <w:t xml:space="preserve">[33:37] </w:t>
      </w:r>
      <w:r>
        <w:t>main Sahaba ke namune ki pairvi karoon. yeh sab baatein le kar ke aap lotenge.</w:t>
      </w:r>
    </w:p>
    <w:p>
      <w:pPr>
        <w:jc w:val="right"/>
      </w:pPr>
      <w:r>
        <w:t>میں صحابہ کے نمونے کی پیروی کروں۔ یہ سب باتیں لے کر کے آپ لوٹیں گے۔</w:t>
      </w:r>
    </w:p>
    <w:p>
      <w:r>
        <w:rPr>
          <w:b/>
        </w:rPr>
        <w:t xml:space="preserve">[33:47] </w:t>
      </w:r>
      <w:r>
        <w:t>to Hajj yaad rakhiye, Hajj koi bohat rasmi a'maal ka naam nahi hai,</w:t>
      </w:r>
    </w:p>
    <w:p>
      <w:pPr>
        <w:jc w:val="right"/>
      </w:pPr>
      <w:r>
        <w:t>تو حج یاد رکھیے، حج کوئی بہت رسمی اعمال کا نام نہیں ہے،</w:t>
      </w:r>
    </w:p>
    <w:p>
      <w:r>
        <w:rPr>
          <w:b/>
        </w:rPr>
        <w:t xml:space="preserve">[33:52] </w:t>
      </w:r>
      <w:r>
        <w:t>kisi rituals ka naam nahi hai, balke ek zinda amal hai jis ke saath ek spirit maujood hai. to jab aadmi is spirit ke saath Hajj karta hai to uska Hajj ek zinda Hajj ban jata hai.</w:t>
      </w:r>
    </w:p>
    <w:p>
      <w:pPr>
        <w:jc w:val="right"/>
      </w:pPr>
      <w:r>
        <w:t>کسی ریچولز کا نام نہیں ہے، بلکہ ایک زندہ عمل ہے جس کے ساتھ ایک سپرٹ موجود ہے۔ تو جب آدمی اس سپرٹ کے ساتھ حج کرتا ہے تو اس کا حج ایک زندہ حج بن جاتا ہے۔</w:t>
      </w:r>
    </w:p>
    <w:p>
      <w:r>
        <w:rPr>
          <w:b/>
        </w:rPr>
        <w:t xml:space="preserve">[34:11] </w:t>
      </w:r>
      <w:r>
        <w:t>zinda Hajj,</w:t>
      </w:r>
    </w:p>
    <w:p>
      <w:pPr>
        <w:jc w:val="right"/>
      </w:pPr>
      <w:r>
        <w:t>زندہ حج،</w:t>
      </w:r>
    </w:p>
    <w:p>
      <w:r>
        <w:rPr>
          <w:b/>
        </w:rPr>
        <w:t xml:space="preserve">[34:15] </w:t>
      </w:r>
      <w:r>
        <w:t>iski soch isi tarah ban jati hai, iske jazbaat isi tarah se dhal jate hain, isko apni zindagi ka ek target mil jata hai, nishana.</w:t>
      </w:r>
    </w:p>
    <w:p>
      <w:pPr>
        <w:jc w:val="right"/>
      </w:pPr>
      <w:r>
        <w:t>اس کی سوچ اسی طرح بن جاتی ہے، اس کے جذبات اسی طرح سے ڈھل جاتے ہیں، اس کو اپنی زندگی کا ایک ٹارگٹ مل جاتا ہے، نشانہ۔</w:t>
      </w:r>
    </w:p>
    <w:p>
      <w:r>
        <w:rPr>
          <w:b/>
        </w:rPr>
        <w:t xml:space="preserve">[34:29] </w:t>
      </w:r>
      <w:r>
        <w:t>yeh sab baatein hoti hain. to haj ka message dekhiye, wahan par loud speaker pe aelan nahi ho raha hai.</w:t>
      </w:r>
    </w:p>
    <w:p>
      <w:pPr>
        <w:jc w:val="right"/>
      </w:pPr>
      <w:r>
        <w:t>یہ سب باتیں ہوتی ہیں۔ تو حج کا میسج دیکھیے، وہاں پر لاؤڈ سپیکر پہ اعلان نہیں ہو رہا ہے۔</w:t>
      </w:r>
    </w:p>
    <w:p>
      <w:r>
        <w:rPr>
          <w:b/>
        </w:rPr>
        <w:t xml:space="preserve">[34:39] </w:t>
      </w:r>
      <w:r>
        <w:t>haj ka jo message hai to aisa nahi ke wahan koi loud speaker laga hua hai, wahan jaiye aur sun lijiye.</w:t>
      </w:r>
    </w:p>
    <w:p>
      <w:pPr>
        <w:jc w:val="right"/>
      </w:pPr>
      <w:r>
        <w:t>حج کا جو میسج ہے تو ایسا نہیں کہ وہاں کوئی لاؤڈ سپیکر لگا ہوا ہے، وہاں جائیے اور سن لیجئے۔</w:t>
      </w:r>
    </w:p>
    <w:p>
      <w:r>
        <w:rPr>
          <w:b/>
        </w:rPr>
        <w:t xml:space="preserve">[34:47] </w:t>
      </w:r>
      <w:r>
        <w:t>is tarah nahi hai. haj ka message jo hai, aap ko is tarah se janana parega ke jane se pehle aap haj ki tareekh ko padhein, dar awal ke islami kitabon ko padhein,</w:t>
      </w:r>
    </w:p>
    <w:p>
      <w:pPr>
        <w:jc w:val="right"/>
      </w:pPr>
      <w:r>
        <w:t>اس طرح نہیں ہے۔ حج کا میسج جو ہے، آپ کو اس طرح سے جاننا پڑے گا کہ جانے سے پہلے آپ حج کی تاریخ کو پڑھیں، دار اول کے اسلامی کتابوں کو پڑھیں،</w:t>
      </w:r>
    </w:p>
    <w:p>
      <w:r>
        <w:rPr>
          <w:b/>
        </w:rPr>
        <w:t xml:space="preserve">[35:01] </w:t>
      </w:r>
      <w:r>
        <w:t>quran padhein, hadith padhein, yeh sab baaton ko padhein. yani Hazrat Ibrahim, Hazrat Ismail, Hazrat Hajra, Rasool Allah salallaho alaihe wasallam, sahaba, un sab ke halaat ko padhein.</w:t>
      </w:r>
    </w:p>
    <w:p>
      <w:pPr>
        <w:jc w:val="right"/>
      </w:pPr>
      <w:r>
        <w:t>قرآن پڑھیں، حدیث پڑھیں، یہ سب باتوں کو پڑھیں۔ یعنی حضرت ابراہیم، حضرت اسماعیل، حضرت ہاجرہ، رسول اللہ صلی اللہ علیہ وسلم، صحابہ، ان سب کے حالات کو پڑھیں۔</w:t>
      </w:r>
    </w:p>
    <w:p>
      <w:r>
        <w:rPr>
          <w:b/>
        </w:rPr>
        <w:t xml:space="preserve">[35:17] </w:t>
      </w:r>
      <w:r>
        <w:t>jab aap ke zehen mein naqsha hoga</w:t>
      </w:r>
    </w:p>
    <w:p>
      <w:pPr>
        <w:jc w:val="right"/>
      </w:pPr>
      <w:r>
        <w:t>جب آپ کے ذہن میں نقشہ ہوگا</w:t>
      </w:r>
    </w:p>
    <w:p>
      <w:r>
        <w:rPr>
          <w:b/>
        </w:rPr>
        <w:t xml:space="preserve">[35:19] </w:t>
      </w:r>
      <w:r>
        <w:t>to parhe hue honge. to wahan jab jayenge to har cheez aap ko yaad dilayegi kyunke aap ke mind mein point of reference maujood hoga.</w:t>
      </w:r>
    </w:p>
    <w:p>
      <w:pPr>
        <w:jc w:val="right"/>
      </w:pPr>
      <w:r>
        <w:t>تو پڑھے ہوئے ہوں گے۔ تو وہاں جب جائیں گے تو ہر چیز آپ کو یاد دلائے گی کیونکہ آپ کے مائنڈ میں پوائنٹ آف ریفرنس موجود ہوگا۔</w:t>
      </w:r>
    </w:p>
    <w:p>
      <w:r>
        <w:rPr>
          <w:b/>
        </w:rPr>
        <w:t xml:space="preserve">[35:30] </w:t>
      </w:r>
      <w:r>
        <w:t>point of reference</w:t>
      </w:r>
    </w:p>
    <w:p>
      <w:pPr>
        <w:jc w:val="right"/>
      </w:pPr>
      <w:r>
        <w:t>پوائنٹ آف ریفرنس</w:t>
      </w:r>
    </w:p>
    <w:p>
      <w:r>
        <w:rPr>
          <w:b/>
        </w:rPr>
        <w:t xml:space="preserve">[35:34] </w:t>
      </w:r>
      <w:r>
        <w:t>to haj is tarah karna chahiye ke aap poori preparation ke sath haj karne jayen, tabhi aap ko message milega is ka.</w:t>
      </w:r>
    </w:p>
    <w:p>
      <w:pPr>
        <w:jc w:val="right"/>
      </w:pPr>
      <w:r>
        <w:t>تو حج اس طرح کرنا چاہیے کہ آپ پوری پریپریشن کے ساتھ حج کرنے جائیں، تبھی آپ کو میسج ملے گا اس کا۔</w:t>
      </w:r>
    </w:p>
    <w:p>
      <w:r>
        <w:rPr>
          <w:b/>
        </w:rPr>
        <w:t xml:space="preserve">[35:47] </w:t>
      </w:r>
      <w:r>
        <w:t>dekhiye, preparation ka matlab aap log yeh samajhte hain aam taur par ke koi duaen hain, is ko rat lo, koi azkar hain, is ko rat lo. is ko samajhte hain tayari.</w:t>
      </w:r>
    </w:p>
    <w:p>
      <w:pPr>
        <w:jc w:val="right"/>
      </w:pPr>
      <w:r>
        <w:t>دیکھیے، پریپریشن کا مطلب آپ لوگ یہ سمجھتے ہیں عام طور پر کہ کوئی دعائیں ہیں، اس کو رٹ لو، کوئی اذکار ہیں، اس کو رٹ لو۔ اس کو سمجھتے ہیں تیاری۔</w:t>
      </w:r>
    </w:p>
    <w:p>
      <w:r>
        <w:rPr>
          <w:b/>
        </w:rPr>
        <w:t xml:space="preserve">[35:59] </w:t>
      </w:r>
      <w:r>
        <w:t>yeh tayari ka underestimation hai, tayari ki tazheegr hai. haj ke mamle ko chhota bana kar dekhna hai.</w:t>
      </w:r>
    </w:p>
    <w:p>
      <w:pPr>
        <w:jc w:val="right"/>
      </w:pPr>
      <w:r>
        <w:t>یہ تیاری کا انڈر ایسٹیمیشن ہے، تیاری کی تزغیر ہے۔ حج کے معاملے کو چھوٹا بنا کر دیکھنا ہے۔</w:t>
      </w:r>
    </w:p>
    <w:p>
      <w:r>
        <w:rPr>
          <w:b/>
        </w:rPr>
        <w:t xml:space="preserve">[36:13] </w:t>
      </w:r>
      <w:r>
        <w:t>nahi to log jo karte hain ke duaen ratte hain, azkar ratte hain, bas isi ko samajhte hain.</w:t>
      </w:r>
    </w:p>
    <w:p>
      <w:pPr>
        <w:jc w:val="right"/>
      </w:pPr>
      <w:r>
        <w:t>نہیں تو لوگ جو کرتے ہیں کہ دعائیں رٹتے ہیں، اذکار رٹتے ہیں، بس اسی کو سمجھتے ہیں۔</w:t>
      </w:r>
    </w:p>
    <w:p>
      <w:r>
        <w:rPr>
          <w:b/>
        </w:rPr>
        <w:t xml:space="preserve">[36:23] </w:t>
      </w:r>
      <w:r>
        <w:t>tayari, tayari is ka naam hai ke aap haj ki tareekh ko padhein, haj ke falsafe ko samjhein,</w:t>
      </w:r>
    </w:p>
    <w:p>
      <w:pPr>
        <w:jc w:val="right"/>
      </w:pPr>
      <w:r>
        <w:t>تیاری، تیاری اس کا نام ہے کہ آپ حج کی تاریخ کو پڑھیں، حج کے فلسفے کو سمجھیں،</w:t>
      </w:r>
    </w:p>
    <w:p>
      <w:r>
        <w:rPr>
          <w:b/>
        </w:rPr>
        <w:t xml:space="preserve">[36:37] </w:t>
      </w:r>
      <w:r>
        <w:t>un sari jo cheezein is se related hain, un sab ko janen, phir wahan safar kar ke pahunchen. tab ek ek cheez aap ke dimagh ki taraf banegi.</w:t>
      </w:r>
    </w:p>
    <w:p>
      <w:pPr>
        <w:jc w:val="right"/>
      </w:pPr>
      <w:r>
        <w:t>ان ساری جو چیزیں اس سے ریلیٹڈ ہیں، ان سب کو جانیں، پھر وہاں سفر کر کے پہنچیں۔ تب ایک ایک چیز آپ کے دماغ کی طرف بنے گی۔</w:t>
      </w:r>
    </w:p>
    <w:p>
      <w:r>
        <w:rPr>
          <w:b/>
        </w:rPr>
        <w:t xml:space="preserve">[36:48] </w:t>
      </w:r>
      <w:r>
        <w:t>har cheez ko dekh kar aap ko yaad aayega ke yahan yeh hua tha, yahan yeh hua tha, yahan yeh hua tha.</w:t>
      </w:r>
    </w:p>
    <w:p>
      <w:pPr>
        <w:jc w:val="right"/>
      </w:pPr>
      <w:r>
        <w:t>ہر چیز کو دیکھ کر آپ کو یاد آئے گا کہ یہاں یہ ہوا تھا، یہاں یہ ہوا تھا، یہاں یہ ہوا تھا۔</w:t>
      </w:r>
    </w:p>
    <w:p>
      <w:r>
        <w:rPr>
          <w:b/>
        </w:rPr>
        <w:t xml:space="preserve">[36:58] </w:t>
      </w:r>
      <w:r>
        <w:t>to jab tak aap tayari na karein, aap haj ke message ko samajh nahi sakte aur na aur na kuch aap ko milega.</w:t>
      </w:r>
    </w:p>
    <w:p>
      <w:pPr>
        <w:jc w:val="right"/>
      </w:pPr>
      <w:r>
        <w:t>تو جب تک آپ تیاری نہ کریں، آپ حج کے میسج کو سمجھ نہیں سکتے اور نہ اور نہ کچھ آپ کو ملے گا۔</w:t>
      </w:r>
    </w:p>
    <w:p>
      <w:r>
        <w:rPr>
          <w:b/>
        </w:rPr>
        <w:t xml:space="preserve">[37:09] </w:t>
      </w:r>
      <w:r>
        <w:t>haj ke message ko sunne ke liye</w:t>
      </w:r>
    </w:p>
    <w:p>
      <w:pPr>
        <w:jc w:val="right"/>
      </w:pPr>
      <w:r>
        <w:t>حج کے میسج کو سننے کے لیے</w:t>
      </w:r>
    </w:p>
    <w:p>
      <w:r>
        <w:rPr>
          <w:b/>
        </w:rPr>
        <w:t xml:space="preserve">[37:15] </w:t>
      </w:r>
      <w:r>
        <w:t>loud speaker wali zaban nahi chahiye, balkeh aap ka mutala aap ko woh samaat dega ke aap sun saken is awaz ko.</w:t>
      </w:r>
    </w:p>
    <w:p>
      <w:pPr>
        <w:jc w:val="right"/>
      </w:pPr>
      <w:r>
        <w:t>لاؤڈ سپیکر والی زبان نہیں چاہیے، بلکہ آپ کا مطالعہ آپ کو وہ سماعت دے گا کہ آپ سن سکیں اس آواز کو۔</w:t>
      </w:r>
    </w:p>
    <w:p>
      <w:r>
        <w:rPr>
          <w:b/>
        </w:rPr>
        <w:t xml:space="preserve">[37:31] </w:t>
      </w:r>
      <w:r>
        <w:t>to mein samajhta hoon ke haj ke liye tayari ka jo tasawwur hai is waqt woh bohat misleading hai. tamam haji haji kuch na kuch tayari karte hain lekin tayari kis silsile mein karte hain?</w:t>
      </w:r>
    </w:p>
    <w:p>
      <w:pPr>
        <w:jc w:val="right"/>
      </w:pPr>
      <w:r>
        <w:t>تو میں سمجھتا ہوں کہ حج کے لیے تیاری کا جو تصور ہے اس وقت وہ بہت مس لیڈنگ ہے۔ تمام حاجی حاجی کچھ نہ کچھ تیاری کرتے ہیں لیکن تیاری کس سلسلے میں کرتے ہیں؟</w:t>
      </w:r>
    </w:p>
    <w:p>
      <w:r>
        <w:rPr>
          <w:b/>
        </w:rPr>
        <w:t xml:space="preserve">[37:48] </w:t>
      </w:r>
      <w:r>
        <w:t>woh rasoom ko seekhte hain, duaon ko ratte hain, azkar ko yaad karte hain.</w:t>
      </w:r>
    </w:p>
    <w:p>
      <w:pPr>
        <w:jc w:val="right"/>
      </w:pPr>
      <w:r>
        <w:t>وہ مراسم کو سیکھتے ہیں، دعاؤں کو رٹتے ہیں، اذکار کو یاد کرتے ہیں۔</w:t>
      </w:r>
    </w:p>
    <w:p>
      <w:r>
        <w:rPr>
          <w:b/>
        </w:rPr>
        <w:t xml:space="preserve">[37:57] </w:t>
      </w:r>
      <w:r>
        <w:t>bas yeh is ko jante hain, is ko samajhte hain ke haj, haj seekhna nahi. dekhiye, ek hai haj ka form, ek hai is ki spirit.</w:t>
      </w:r>
    </w:p>
    <w:p>
      <w:pPr>
        <w:jc w:val="right"/>
      </w:pPr>
      <w:r>
        <w:t>بس یہ اس کو جانتے ہیں، اس کو سمجھتے ہیں کہ حج، حج سیکھنا نہیں۔ دیکھیے، ایک ہے حج کا فارم، ایک ہے اس کی سپرٹ۔</w:t>
      </w:r>
    </w:p>
    <w:p>
      <w:r>
        <w:rPr>
          <w:b/>
        </w:rPr>
        <w:t xml:space="preserve">[38:11] </w:t>
      </w:r>
      <w:r>
        <w:t>to message jo hai woh spirit mein chupa hua hai. form ko janne se aap ko haj ka message nahi mil sakta.</w:t>
      </w:r>
    </w:p>
    <w:p>
      <w:pPr>
        <w:jc w:val="right"/>
      </w:pPr>
      <w:r>
        <w:t>تو میسج جو ہے وہ سپرٹ میں چھپا ہوا ہے۔ فارم کو جاننے سے آپ کو حج کا میسج نہیں مل سکتا۔</w:t>
      </w:r>
    </w:p>
    <w:p>
      <w:r>
        <w:rPr>
          <w:b/>
        </w:rPr>
        <w:t xml:space="preserve">[38:23] </w:t>
      </w:r>
      <w:r>
        <w:t>yani agar aap form ko jan len, form ko, is ka matlab nahi ke aap message bhi pa lenge. haj ka, haj ka message aap ko milega is se, yani is ki spirit ko janne se, is ki rooh ko janne se.</w:t>
      </w:r>
    </w:p>
    <w:p>
      <w:pPr>
        <w:jc w:val="right"/>
      </w:pPr>
      <w:r>
        <w:t>یعنی اگر آپ فارم کو جان لیں، فارم کو، اس کا مطلب نہیں کہ آپ میسج بھی پا لیں گے۔ حج کا، حج کا میسج آپ کو ملے گا اس سے، یعنی اس کی سپرٹ کو جاننے سے، اس کی روح کو جاننے سے۔</w:t>
      </w:r>
    </w:p>
    <w:p>
      <w:r>
        <w:rPr>
          <w:b/>
        </w:rPr>
        <w:t xml:space="preserve">[38:46] </w:t>
      </w:r>
      <w:r>
        <w:t>warna haj ka, haj ke, haj, warna haj ke message se aap be khabar rahenge.</w:t>
      </w:r>
    </w:p>
    <w:p>
      <w:pPr>
        <w:jc w:val="right"/>
      </w:pPr>
      <w:r>
        <w:t>ورنہ حج کا، حج کے، حج، ورنہ حج کے میسج سے آپ بے خبر رہیں گے۔</w:t>
      </w:r>
    </w:p>
    <w:p>
      <w:r>
        <w:rPr>
          <w:b/>
        </w:rPr>
        <w:t xml:space="preserve">[38:55] </w:t>
      </w:r>
      <w:r>
        <w:t>to is baat ko achi tarah se banna chahiye ke agar aadmi ko apne haj ko haj mabroor banana hai, yani woh haj jo Allah taala ke haan maqbool ho, to poori tarah tayar ho kar wahan jana hai</w:t>
      </w:r>
    </w:p>
    <w:p>
      <w:pPr>
        <w:jc w:val="right"/>
      </w:pPr>
      <w:r>
        <w:t>تو اس بات کو اچھی طرح سے بننا چاہیے کہ اگر آدمی کو اپنے حج کو حج مبرور بنانا ہے، یعنی وہ حج جو اللہ تعالیٰ کے ہاں مقبول ہو، تو پوری طرح تیار ہو کر وہاں جانا ہے</w:t>
      </w:r>
    </w:p>
    <w:p>
      <w:r>
        <w:rPr>
          <w:b/>
        </w:rPr>
        <w:t xml:space="preserve">[39:12] </w:t>
      </w:r>
      <w:r>
        <w:t>taake aadmi is ko samajh sake, taake aadmi wahan se jo masjid, jo sabaq hai, us sabaq ko le sake,</w:t>
      </w:r>
    </w:p>
    <w:p>
      <w:pPr>
        <w:jc w:val="right"/>
      </w:pPr>
      <w:r>
        <w:t>تاکہ آدمی اس کو سمجھ سکے، تاکہ آدمی وہاں سے جو مسجد، جو سبق ہے، اس سبق کو لے سکے،</w:t>
      </w:r>
    </w:p>
    <w:p>
      <w:r>
        <w:rPr>
          <w:b/>
        </w:rPr>
        <w:t xml:space="preserve">[39:24] </w:t>
      </w:r>
      <w:r>
        <w:t>is sabq ko le sake. maslan dekhiye, aap jaate hain makka, makka jaate hain, wahin par kaba hai, wahin par safa aur marwa hai.</w:t>
      </w:r>
    </w:p>
    <w:p>
      <w:pPr>
        <w:jc w:val="right"/>
      </w:pPr>
      <w:r>
        <w:t>اس سبق کو لے سکے۔ مثلاً دیکھیے، آپ جاتے ہیں مکہ، مکہ جاتے ہیں، وہیں پر کعبہ ہے، وہیں پر صفا اور مروہ ہے۔</w:t>
      </w:r>
    </w:p>
    <w:p>
      <w:r>
        <w:rPr>
          <w:b/>
        </w:rPr>
        <w:t xml:space="preserve">[39:37] </w:t>
      </w:r>
      <w:r>
        <w:t>to makka ke bare mein agar aap iski tareekh na jante hon, rasool Allah kis tarah se kaam kiya, unhon ne, rasool Allah sallallahu alaihi wasallam ne, woh na jante hon, sahaba ne kaise kaam kiya, woh na jante hon, aap</w:t>
      </w:r>
    </w:p>
    <w:p>
      <w:pPr>
        <w:jc w:val="right"/>
      </w:pPr>
      <w:r>
        <w:t>تو مکہ کے بارے میں اگر آپ اس کی تاریخ نہ جانتے ہوں، رسول اللہ کس طرح سے کام کیا، انہوں نے، رسول اللہ صلی اللہ علیہ وسلم نے، وہ نہ جانتے ہوں، صحابہ نے کیسے کام کیا، وہ نہ جانتے ہوں، آپ</w:t>
      </w:r>
    </w:p>
    <w:p>
      <w:r>
        <w:rPr>
          <w:b/>
        </w:rPr>
        <w:t xml:space="preserve">[39:52] </w:t>
      </w:r>
      <w:r>
        <w:t>to makka jayenge aur aap ko kuch bhi wahan se inspiration nahin milega. lekin agar aap hajj ke jaane se pehle aap ne makka ke halaat ko padha, sahaba ke halaat ko padha, rasool Allah ke halaat ko padha,</w:t>
      </w:r>
    </w:p>
    <w:p>
      <w:pPr>
        <w:jc w:val="right"/>
      </w:pPr>
      <w:r>
        <w:t>تو مکہ جائیں گے اور آپ کو کچھ بھی وہاں سے انسپیریشن نہیں ملے گا۔ لیکن اگر آپ حج کے جانے سے پہلے آپ نے مکہ کے حالات کو پڑھا، صحابہ کے حالات کو پڑھا، رسول اللہ کے حالات کو پڑھا،</w:t>
      </w:r>
    </w:p>
    <w:p>
      <w:r>
        <w:rPr>
          <w:b/>
        </w:rPr>
        <w:t xml:space="preserve">[40:06] </w:t>
      </w:r>
      <w:r>
        <w:t>kya hoga? jab aap makka pohnchenge to sab daftar khul jayega aap ke mind mein. aap sochen ke yeh jagah woh hai jahan rasool Allah ne tawheed ki dawat di to sakht mukhalifat ki gayi aap ki.</w:t>
      </w:r>
    </w:p>
    <w:p>
      <w:pPr>
        <w:jc w:val="right"/>
      </w:pPr>
      <w:r>
        <w:t>کیا ہوگا؟ جب آپ مکہ پہنچیں گے تو سب دفتر کھل جائے گا آپ کے مائنڈ میں۔ آپ سوچیں کہ یہ جگہ وہ ہے جہاں رسول اللہ نے توحید کی دعوت دی تو سخت مخالفت کی گئی آپ کی۔</w:t>
      </w:r>
    </w:p>
    <w:p>
      <w:r>
        <w:rPr>
          <w:b/>
        </w:rPr>
        <w:t xml:space="preserve">[40:23] </w:t>
      </w:r>
      <w:r>
        <w:t>aap ne tawheed ki dawat di to aap ke liye, yani tarz ke mushkilat paida ki gayi aap ke liye.</w:t>
      </w:r>
    </w:p>
    <w:p>
      <w:pPr>
        <w:jc w:val="right"/>
      </w:pPr>
      <w:r>
        <w:t>آپ نے توحید کی دعوت دی تو آپ کے لیے، یعنی طرز کے مشکلات پیدا کی گئی آپ کے لیے۔</w:t>
      </w:r>
    </w:p>
    <w:p>
      <w:r>
        <w:rPr>
          <w:b/>
        </w:rPr>
        <w:t xml:space="preserve">[40:33] </w:t>
      </w:r>
      <w:r>
        <w:t>phir bhi aap dawat ka kaam karte rahe, mushkilat ki koi qism nahin thi jo aap ke sath na ki gayi ho, phir bhi karte rahe.</w:t>
      </w:r>
    </w:p>
    <w:p>
      <w:pPr>
        <w:jc w:val="right"/>
      </w:pPr>
      <w:r>
        <w:t>پھر بھی آپ دعوت کا کام کرتے رہے، مشکلات کی کوئی قسم نہیں تھی جو آپ کے ساتھ نہ کی گئی ہو، پھر بھی کرتے رہے۔</w:t>
      </w:r>
    </w:p>
    <w:p>
      <w:r>
        <w:rPr>
          <w:b/>
        </w:rPr>
        <w:t xml:space="preserve">[40:43] </w:t>
      </w:r>
      <w:r>
        <w:t>kis tarah? kaise? aap socchiye ke kaise aadmi kar sakta hai? mushkilat hon, museebaten dali ja rahi hon to kaise aadmi kar sakta hai kaam ko?</w:t>
      </w:r>
    </w:p>
    <w:p>
      <w:pPr>
        <w:jc w:val="right"/>
      </w:pPr>
      <w:r>
        <w:t>کس طرح؟ کیسے؟ آپ سوچیے کہ کیسے آدمی کر سکتا ہے؟ مشکلات ہوں، مصیبتیں ڈالی جا رہی ہوں تو کیسے آدمی کر سکتا ہے کام کو؟</w:t>
      </w:r>
    </w:p>
    <w:p>
      <w:r>
        <w:rPr>
          <w:b/>
        </w:rPr>
        <w:t xml:space="preserve">[40:53] </w:t>
      </w:r>
      <w:r>
        <w:t>is ko ignore karna padta hai. jab tak aap namuwafiq baaton ko nazar andaz na karen, tab tak yeh mumkin nahin hai ke aap dawat ka, ke wahan, wahan se aap dawat ka paigham len,</w:t>
      </w:r>
    </w:p>
    <w:p>
      <w:pPr>
        <w:jc w:val="right"/>
      </w:pPr>
      <w:r>
        <w:t>اس کو اگنور کرنا پڑتا ہے۔ جب تک آپ ناموافق باتوں کو نظر انداز نہ کریں، تب تک یہ ممکن نہیں ہے کہ آپ دعوت کا، کہ وہاں، وہاں سے آپ دعوت کا پیغام لیں،</w:t>
      </w:r>
    </w:p>
    <w:p>
      <w:r>
        <w:rPr>
          <w:b/>
        </w:rPr>
        <w:t xml:space="preserve">[41:13] </w:t>
      </w:r>
      <w:r>
        <w:t>hajj ka paigham len aur wapas aa kar is</w:t>
      </w:r>
    </w:p>
    <w:p>
      <w:pPr>
        <w:jc w:val="right"/>
      </w:pPr>
      <w:r>
        <w:t>حج کا پیغام لیں اور واپس آ کر اس</w:t>
      </w:r>
    </w:p>
    <w:p>
      <w:r>
        <w:rPr>
          <w:b/>
        </w:rPr>
        <w:t xml:space="preserve">[41:17] </w:t>
      </w:r>
      <w:r>
        <w:t>par amal karen. dekhiye,</w:t>
      </w:r>
    </w:p>
    <w:p>
      <w:pPr>
        <w:jc w:val="right"/>
      </w:pPr>
      <w:r>
        <w:t>پر عمل کریں۔ دیکھیے،</w:t>
      </w:r>
    </w:p>
    <w:p>
      <w:r>
        <w:rPr>
          <w:b/>
        </w:rPr>
        <w:t xml:space="preserve">[41:21] </w:t>
      </w:r>
      <w:r>
        <w:t>aap jante hain ke kaba Hazrat Ibrahim ne banaya,</w:t>
      </w:r>
    </w:p>
    <w:p>
      <w:pPr>
        <w:jc w:val="right"/>
      </w:pPr>
      <w:r>
        <w:t>آپ جانتے ہیں کہ کعبہ حضرت ابراہیم نے بنایا،</w:t>
      </w:r>
    </w:p>
    <w:p>
      <w:r>
        <w:rPr>
          <w:b/>
        </w:rPr>
        <w:t xml:space="preserve">[41:27] </w:t>
      </w:r>
      <w:r>
        <w:t>Hazrat Ibrahim aur Hazrat Ismail ne wahan par hajj ka nizam qaim kiya.</w:t>
      </w:r>
    </w:p>
    <w:p>
      <w:pPr>
        <w:jc w:val="right"/>
      </w:pPr>
      <w:r>
        <w:t>حضرت ابراہیم اور حضرت اسماعیل نے وہاں پر حج کا نظام قائم کیا۔</w:t>
      </w:r>
    </w:p>
    <w:p>
      <w:r>
        <w:rPr>
          <w:b/>
        </w:rPr>
        <w:t xml:space="preserve">[41:33] </w:t>
      </w:r>
      <w:r>
        <w:t>is waqt se barabar wahan par hajj ka nizam chal raha hai. darmiyan mein jab wahan mushrikeen ka ghalba ho gaya tha to unhon ne kuch galat rasmein is mein mila din.</w:t>
      </w:r>
    </w:p>
    <w:p>
      <w:pPr>
        <w:jc w:val="right"/>
      </w:pPr>
      <w:r>
        <w:t>اس وقت سے برابر وہاں پر حج کا نظام چل رہا ہے۔ درمیان میں جب وہاں مشرکین کا غلبہ ہو گیا تھا تو انہوں نے کچھ غلط رسمیں اس میں ملا دیں۔</w:t>
      </w:r>
    </w:p>
    <w:p>
      <w:r>
        <w:rPr>
          <w:b/>
        </w:rPr>
        <w:t xml:space="preserve">[41:46] </w:t>
      </w:r>
      <w:r>
        <w:t>rasool Allah sallallahu alaihi wasallam ne in rasmon ko pak kiya, in rasmon se hajj ko pak kiya aur hajj ko phir Ibrahimi namune par qaim kar diya.</w:t>
      </w:r>
    </w:p>
    <w:p>
      <w:pPr>
        <w:jc w:val="right"/>
      </w:pPr>
      <w:r>
        <w:t>رسول اللہ صلی اللہ علیہ وسلم نے ان رسموں کو پاک کیا، ان رسموں سے حج کو پاک کیا اور حج کو پھر ابراہیمی نمونے پر قائم کر دیا۔</w:t>
      </w:r>
    </w:p>
    <w:p>
      <w:r>
        <w:rPr>
          <w:b/>
        </w:rPr>
        <w:t xml:space="preserve">[41:57] </w:t>
      </w:r>
      <w:r>
        <w:t>hajj ko dobara Ibrahimi namune par qaim kar diya. woh namuna ab bhi chala ja raha hai.</w:t>
      </w:r>
    </w:p>
    <w:p>
      <w:pPr>
        <w:jc w:val="right"/>
      </w:pPr>
      <w:r>
        <w:t>حج کو دوبارہ ابراہیمی نمونے پر قائم کر دیا۔ وہ نمونہ اب بھی چلا جا رہا ہے۔</w:t>
      </w:r>
    </w:p>
    <w:p>
      <w:r>
        <w:rPr>
          <w:b/>
        </w:rPr>
        <w:t xml:space="preserve">[42:07] </w:t>
      </w:r>
      <w:r>
        <w:t>to in sab baaton ko janna chahiye.</w:t>
      </w:r>
    </w:p>
    <w:p>
      <w:pPr>
        <w:jc w:val="right"/>
      </w:pPr>
      <w:r>
        <w:t>تو ان سب باتوں کو جاننا چاہیے۔</w:t>
      </w:r>
    </w:p>
    <w:p>
      <w:r>
        <w:rPr>
          <w:b/>
        </w:rPr>
        <w:t xml:space="preserve">[42:14] </w:t>
      </w:r>
      <w:r>
        <w:t>isi tarah se dekhiye, sare duniya ke logon se kaha jata hai ke tum wahan pahunch kar hajj karo.</w:t>
      </w:r>
    </w:p>
    <w:p>
      <w:pPr>
        <w:jc w:val="right"/>
      </w:pPr>
      <w:r>
        <w:t>اسی طرح سے دیکھیے، سارے دنیا کے لوگوں سے کہا جاتا ہے کہ تم وہاں پہنچ کر حج کرو۔</w:t>
      </w:r>
    </w:p>
    <w:p>
      <w:r>
        <w:rPr>
          <w:b/>
        </w:rPr>
        <w:t xml:space="preserve">[42:23] </w:t>
      </w:r>
      <w:r>
        <w:t>to kya yeh sirf rasam hai? duniya bhar se log aate hain, aaj kal taqreeban 30 lakh aadmi wahan pahunch jate hain. to yeh kis liye hai?</w:t>
      </w:r>
    </w:p>
    <w:p>
      <w:pPr>
        <w:jc w:val="right"/>
      </w:pPr>
      <w:r>
        <w:t>تو کیا یہ صرف رسم ہے؟ دنیا بھر سے لوگ آتے ہیں، آج کل تقریباً 30 لاکھ آدمی وہاں پہنچ جاتے ہیں۔ تو یہ کس لیے ہے؟</w:t>
      </w:r>
    </w:p>
    <w:p>
      <w:r>
        <w:rPr>
          <w:b/>
        </w:rPr>
        <w:t xml:space="preserve">[42:35] </w:t>
      </w:r>
      <w:r>
        <w:t>kya yeh bheed bhaad hai? kya is ka koi maqsad nahin hai?</w:t>
      </w:r>
    </w:p>
    <w:p>
      <w:pPr>
        <w:jc w:val="right"/>
      </w:pPr>
      <w:r>
        <w:t>کیا یہ بھیڑ بھاڑ ہے؟ کیا اس کا کوئی مقصد نہیں ہے؟</w:t>
      </w:r>
    </w:p>
    <w:p>
      <w:r>
        <w:rPr>
          <w:b/>
        </w:rPr>
        <w:t xml:space="preserve">[42:43] </w:t>
      </w:r>
      <w:r>
        <w:t>is ke bohat se maqsad hain, un mein se ek yeh hai jis ko hum kehte hain interaction, yani seekhna. aap logon se milen, logon se discussion karen, logon se un ke halaat poochen,</w:t>
      </w:r>
    </w:p>
    <w:p>
      <w:pPr>
        <w:jc w:val="right"/>
      </w:pPr>
      <w:r>
        <w:t>اس کے بہت سے مقصد ہیں، ان میں سے ایک یہ ہے جس کو ہم کہتے ہیں انٹریکشن، یعنی سیکھنا۔ آپ لوگوں سے ملیں، لوگوں سے ڈسکشن کریں، لوگوں سے ان کے حالات پوچھیں،</w:t>
      </w:r>
    </w:p>
    <w:p>
      <w:r>
        <w:rPr>
          <w:b/>
        </w:rPr>
        <w:t xml:space="preserve">[42:58] </w:t>
      </w:r>
      <w:r>
        <w:t>par seekhen un se.</w:t>
      </w:r>
    </w:p>
    <w:p>
      <w:pPr>
        <w:jc w:val="right"/>
      </w:pPr>
      <w:r>
        <w:t>پر سیکھیں ان سے۔</w:t>
      </w:r>
    </w:p>
    <w:p>
      <w:r>
        <w:rPr>
          <w:b/>
        </w:rPr>
        <w:t xml:space="preserve">[43:02] </w:t>
      </w:r>
      <w:r>
        <w:t>itne sare log jab kahin akhatta hote hain to kya hota hai? interaction hota hai, milna julna hota hai.</w:t>
      </w:r>
    </w:p>
    <w:p>
      <w:pPr>
        <w:jc w:val="right"/>
      </w:pPr>
      <w:r>
        <w:t>اتنے سارے لوگ جب کہیں اکٹھا ہوتے ہیں تو کیا ہوتا ہے؟ انٹریکشن ہوتا ہے، ملنا جلنا ہوتا ہے۔</w:t>
      </w:r>
    </w:p>
    <w:p>
      <w:r>
        <w:rPr>
          <w:b/>
        </w:rPr>
        <w:t xml:space="preserve">[43:08] </w:t>
      </w:r>
      <w:r>
        <w:t>milna julna hoga to har ek seekhega doosre se. learning process chalega.</w:t>
      </w:r>
    </w:p>
    <w:p>
      <w:pPr>
        <w:jc w:val="right"/>
      </w:pPr>
      <w:r>
        <w:t>ملنا جلنا ہوگا تو ہر ایک سیکھے گا دوسرے سے۔ لرننگ پروسیس چلے گا۔</w:t>
      </w:r>
    </w:p>
    <w:p>
      <w:r>
        <w:rPr>
          <w:b/>
        </w:rPr>
        <w:t xml:space="preserve">[43:17] </w:t>
      </w:r>
      <w:r>
        <w:t>to yeh bohat badi nemat hai ke sare duniya ke log aap ke ghar mein to payenge nahin, sare duniya ke logon ko aap chahenge, sare duniya ke log wahin ghar, mere ghar mein mulaqat ho jaye to nahin ho sakti hai.</w:t>
      </w:r>
    </w:p>
    <w:p>
      <w:pPr>
        <w:jc w:val="right"/>
      </w:pPr>
      <w:r>
        <w:t>تو یہ بہت بڑی نعمت ہے کہ سارے دنیا کے لوگ آپ کے گھر میں تو پائیں گے نہیں، سارے دنیا کے لوگوں کو آپ چاہیں گے، سارے دنیا کے لوگ وہیں گھر، میرے گھر میں ملاقات ہو جائے تو نہیں ہو سکتی ہے۔</w:t>
      </w:r>
    </w:p>
    <w:p>
      <w:r>
        <w:rPr>
          <w:b/>
        </w:rPr>
        <w:t xml:space="preserve">[43:31] </w:t>
      </w:r>
      <w:r>
        <w:t>lekin hajj mein log hajj ke liye pahuchte hain wahan par</w:t>
      </w:r>
    </w:p>
    <w:p>
      <w:pPr>
        <w:jc w:val="right"/>
      </w:pPr>
      <w:r>
        <w:t>لیکن حج میں لوگ حج کے لیے پہنچتے ہیں وہاں پر</w:t>
      </w:r>
    </w:p>
    <w:p>
      <w:r>
        <w:rPr>
          <w:b/>
        </w:rPr>
        <w:t xml:space="preserve">[43:36] </w:t>
      </w:r>
      <w:r>
        <w:t>to aap ko global interaction ka moqa mil jata hai. ek hi maqam par, yani dunya bhar ke logon se milna, dunya bhar ke logon se discussion karna,</w:t>
      </w:r>
    </w:p>
    <w:p>
      <w:pPr>
        <w:jc w:val="right"/>
      </w:pPr>
      <w:r>
        <w:t>تو آپ کو گلوبل انٹریکشن کا موقع مل جاتا ہے۔ ایک ہی مقام پر، یعنی دنیا بھر کے لوگوں سے ملنا، دنیا بھر کے لوگوں سے ڈسکشن کرنا،</w:t>
      </w:r>
    </w:p>
    <w:p>
      <w:r>
        <w:rPr>
          <w:b/>
        </w:rPr>
        <w:t xml:space="preserve">[43:52] </w:t>
      </w:r>
      <w:r>
        <w:t>dunya bhar ke logon se seekhna, batana, yeh sab wahan hasil ho jata hai aap ko. to yeh kaise hoga?</w:t>
      </w:r>
    </w:p>
    <w:p>
      <w:pPr>
        <w:jc w:val="right"/>
      </w:pPr>
      <w:r>
        <w:t>دنیا بھر کے لوگوں سے سیکھنا، بتانا، یہ سب وہاں حاصل ہو جاتا ہے آپ کو۔ تو یہ کیسے ہوگا؟</w:t>
      </w:r>
    </w:p>
    <w:p>
      <w:r>
        <w:rPr>
          <w:b/>
        </w:rPr>
        <w:t xml:space="preserve">[44:02] </w:t>
      </w:r>
      <w:r>
        <w:t>jab aap shaoori tor par janen,</w:t>
      </w:r>
    </w:p>
    <w:p>
      <w:pPr>
        <w:jc w:val="right"/>
      </w:pPr>
      <w:r>
        <w:t>جب آپ شعوری طور پر جانیں،</w:t>
      </w:r>
    </w:p>
    <w:p>
      <w:r>
        <w:rPr>
          <w:b/>
        </w:rPr>
        <w:t xml:space="preserve">[44:04] </w:t>
      </w:r>
      <w:r>
        <w:t>isko agar ehsas na ho aap ko to aap jayenge aur dekhenge ke wahan bohat aadmi hain to aap kahenge ke ek bheed hai,</w:t>
      </w:r>
    </w:p>
    <w:p>
      <w:pPr>
        <w:jc w:val="right"/>
      </w:pPr>
      <w:r>
        <w:t>اس کو اگر احساس نہ ہو آپ کو تو آپ جائیں گے اور دیکھیں گے کہ وہاں بہت آدمی ہیں تو آپ کہیں گے کہ ایک بھیڑ ہے،</w:t>
      </w:r>
    </w:p>
    <w:p>
      <w:r>
        <w:rPr>
          <w:b/>
        </w:rPr>
        <w:t xml:space="preserve">[44:14] </w:t>
      </w:r>
      <w:r>
        <w:t>ek bheed hai wahan. to agar aap ka zehan tayyar na ho to wahan ke jo log hain woh aap ko bheed dikhai denge.</w:t>
      </w:r>
    </w:p>
    <w:p>
      <w:pPr>
        <w:jc w:val="right"/>
      </w:pPr>
      <w:r>
        <w:t>ایک بھیڑ ہے وہاں۔ تو اگر آپ کا ذہن تیار نہ ہو تو وہاں کے جو لوگ ہیں وہ آپ کو بھیڑ دکھائی دیں گے۔</w:t>
      </w:r>
    </w:p>
    <w:p>
      <w:r>
        <w:rPr>
          <w:b/>
        </w:rPr>
        <w:t xml:space="preserve">[44:24] </w:t>
      </w:r>
      <w:r>
        <w:t>ab agar zehan tayyar ho to aap ko lagega yeh to bohat bara moqa hai, main logon se milun, logon se seekhun, apne ilm ko barhaun.</w:t>
      </w:r>
    </w:p>
    <w:p>
      <w:pPr>
        <w:jc w:val="right"/>
      </w:pPr>
      <w:r>
        <w:t>اب اگر ذہن تیار ہو تو آپ کو لگے گا یہ تو بہت بڑا موقع ہے، میں لوگوں سے ملوں، لوگوں سے سیکھوں، اپنے علم کو بڑھاؤں۔</w:t>
      </w:r>
    </w:p>
    <w:p>
      <w:r>
        <w:rPr>
          <w:b/>
        </w:rPr>
        <w:t xml:space="preserve">[44:39] </w:t>
      </w:r>
      <w:r>
        <w:t>to hajj jo hai chahta hai ke sahi hajj kar sakte hain woh log jo bashaoor haji hon.</w:t>
      </w:r>
    </w:p>
    <w:p>
      <w:pPr>
        <w:jc w:val="right"/>
      </w:pPr>
      <w:r>
        <w:t>تو حج جو ہے چاہتا ہے کہ صحیح حج کر سکتے ہیں وہ لوگ جو باشعور حاجی ہوں۔</w:t>
      </w:r>
    </w:p>
    <w:p>
      <w:r>
        <w:rPr>
          <w:b/>
        </w:rPr>
        <w:t xml:space="preserve">[44:50] </w:t>
      </w:r>
      <w:r>
        <w:t>sare aamal ka muamla yahi hai. hadith mein aata hai ke isko sawab milta hai iski aql ke b'ad. wala yaza illa bi qadri aqli.</w:t>
      </w:r>
    </w:p>
    <w:p>
      <w:pPr>
        <w:jc w:val="right"/>
      </w:pPr>
      <w:r>
        <w:t>سارے اعمال کا معاملہ یہی ہے۔ حدیث میں آتا ہے کہ اس کو ثواب ملتا ہے اس کی عقل کے بقدر۔ ولا یزا الا بقدر عقلی۔</w:t>
      </w:r>
    </w:p>
    <w:p>
      <w:r>
        <w:rPr>
          <w:b/>
        </w:rPr>
        <w:t xml:space="preserve">[45:02] </w:t>
      </w:r>
      <w:r>
        <w:t>to yeh muamla hajj ka hai. aql ka matlab yahan shaoor.</w:t>
      </w:r>
    </w:p>
    <w:p>
      <w:pPr>
        <w:jc w:val="right"/>
      </w:pPr>
      <w:r>
        <w:t>تو یہ معاملہ حج کا ہے۔ عقل کا مطلب یہاں شعور۔</w:t>
      </w:r>
    </w:p>
    <w:p>
      <w:r>
        <w:rPr>
          <w:b/>
        </w:rPr>
        <w:t xml:space="preserve">[45:07] </w:t>
      </w:r>
      <w:r>
        <w:t>jitna aap ka shaoor zinda hoga, utna hi zyada aap is se faida uthayenge. wala yaza illa bi qadri aqli.</w:t>
      </w:r>
    </w:p>
    <w:p>
      <w:pPr>
        <w:jc w:val="right"/>
      </w:pPr>
      <w:r>
        <w:t>جتنا آپ کا شعور زندہ ہوگا، اتنا ہی زیادہ آپ اس سے فائدہ اٹھائیں گے۔ ولا یزا الا بقدر عقلی۔</w:t>
      </w:r>
    </w:p>
    <w:p>
      <w:r>
        <w:rPr>
          <w:b/>
        </w:rPr>
        <w:t xml:space="preserve">[45:20] </w:t>
      </w:r>
      <w:r>
        <w:t>aur isko badla nahi milta magar sirf iske shaoor ke barabar.</w:t>
      </w:r>
    </w:p>
    <w:p>
      <w:pPr>
        <w:jc w:val="right"/>
      </w:pPr>
      <w:r>
        <w:t>اور اس کو بدلہ نہیں ملتا مگر صرف اس کے شعور کے برابر۔</w:t>
      </w:r>
    </w:p>
    <w:p>
      <w:r>
        <w:rPr>
          <w:b/>
        </w:rPr>
        <w:t xml:space="preserve">[45:26] </w:t>
      </w:r>
      <w:r>
        <w:t>iska matlab kya hua? tayyari ke mani yeh ho gaye ke aap apne shaoor ko zinda karen.</w:t>
      </w:r>
    </w:p>
    <w:p>
      <w:pPr>
        <w:jc w:val="right"/>
      </w:pPr>
      <w:r>
        <w:t>اس کا مطلب کیا ہوا؟ تیاری کے معنی یہ ہو گئے کہ آپ اپنے شعور کو زندہ کریں۔</w:t>
      </w:r>
    </w:p>
    <w:p>
      <w:r>
        <w:rPr>
          <w:b/>
        </w:rPr>
        <w:t xml:space="preserve">[45:33] </w:t>
      </w:r>
      <w:r>
        <w:t>tayyari ke mani yeh ho gaye ke apne andar intellectual awakening paida karen. tayyari ke mani yeh ho gaye ke aap poori tarah ba khabar ho kar ke wahan jayen hajj karne ke liye.</w:t>
      </w:r>
    </w:p>
    <w:p>
      <w:pPr>
        <w:jc w:val="right"/>
      </w:pPr>
      <w:r>
        <w:t>تیاری کے معنی یہ ہو گئے کہ اپنے اندر انٹلیکچول اویکننگ پیدا کریں۔ تیاری کے معنی یہ ہو گئے کہ آپ پوری طرح باخبر ہو کر کے وہاں جائیں حج کرنے کے لیے۔</w:t>
      </w:r>
    </w:p>
    <w:p>
      <w:r>
        <w:rPr>
          <w:b/>
        </w:rPr>
        <w:t xml:space="preserve">[45:47] </w:t>
      </w:r>
      <w:r>
        <w:t>tabhi aisa hoga ke aap hajj se seekhen, hajj ka jo message hai usko pakren,</w:t>
      </w:r>
    </w:p>
    <w:p>
      <w:pPr>
        <w:jc w:val="right"/>
      </w:pPr>
      <w:r>
        <w:t>تبھی ایسا ہوگا کہ آپ حج سے سیکھیں، حج کا جو میسج ہے اس کو پکڑیں،</w:t>
      </w:r>
    </w:p>
    <w:p>
      <w:r>
        <w:rPr>
          <w:b/>
        </w:rPr>
        <w:t xml:space="preserve">[45:54] </w:t>
      </w:r>
      <w:r>
        <w:t>hajj ka jo d'awati maqsad hai usko janen, aur phir wapas ja kar ke uske liye kaam karen.</w:t>
      </w:r>
    </w:p>
    <w:p>
      <w:pPr>
        <w:jc w:val="right"/>
      </w:pPr>
      <w:r>
        <w:t>حج کا جو دعوتی مقصد ہے اس کو جانیں، اور پھر واپس جا کر کے اس کے لیے کام کریں۔</w:t>
      </w:r>
    </w:p>
    <w:p>
      <w:r>
        <w:rPr>
          <w:b/>
        </w:rPr>
        <w:t xml:space="preserve">[46:08] </w:t>
      </w:r>
      <w:r>
        <w:t>to sab kuch depend karta hai shaoor ki bedari se. to shaoor ki bedari zaroori hai. jise sahaba kehte hain ke ta'allum al-iman thumma ta'allum al-quran.</w:t>
      </w:r>
    </w:p>
    <w:p>
      <w:pPr>
        <w:jc w:val="right"/>
      </w:pPr>
      <w:r>
        <w:t>تو سب کچھ ڈیپینڈ کرتا ہے شعور کی بیداری سے۔ تو شعور کی بیداری ضروری ہے۔ جسے صحابہ کہتے ہیں کہ تعلم الایمان ثم تعلم القرآن۔</w:t>
      </w:r>
    </w:p>
    <w:p>
      <w:r>
        <w:rPr>
          <w:b/>
        </w:rPr>
        <w:t xml:space="preserve">[46:22] </w:t>
      </w:r>
      <w:r>
        <w:t>hum ne pehle iman seekha, phir quran seekha. yahan par dekhiye, iman seekhne ka kya matlab hai? iska matlab shaoori bedari.</w:t>
      </w:r>
    </w:p>
    <w:p>
      <w:pPr>
        <w:jc w:val="right"/>
      </w:pPr>
      <w:r>
        <w:t>ہم نے پہلے ایمان سیکھا، پھر قرآن سیکھا۔ یہاں پر دیکھیے، ایمان سیکھنے کا کیا مطلب ہے؟ اس کا مطلب شعوری بیداری۔</w:t>
      </w:r>
    </w:p>
    <w:p>
      <w:r>
        <w:rPr>
          <w:b/>
        </w:rPr>
        <w:t xml:space="preserve">[46:34] </w:t>
      </w:r>
      <w:r>
        <w:t>pehley shaoor ko bidaar kiya, phir quran ko parh kar isko samjha. ta'allum al-iman thumma ta'allum al-quran. yeh koi mysterious cheez nahi hai.</w:t>
      </w:r>
    </w:p>
    <w:p>
      <w:pPr>
        <w:jc w:val="right"/>
      </w:pPr>
      <w:r>
        <w:t>پہلے شعور کو بیدار کیا، پھر قرآن کو پڑھ کر اس کو سمجھا۔ تعلم الایمان ثم تعلم القرآن۔ یہ کوئی مسٹیریس چیز نہیں ہے۔</w:t>
      </w:r>
    </w:p>
    <w:p>
      <w:r>
        <w:rPr>
          <w:b/>
        </w:rPr>
        <w:t xml:space="preserve">[46:46] </w:t>
      </w:r>
      <w:r>
        <w:t>yeh koi mysterious cheez nahi hai. yahan par iman se murad hai shaoor ki bedari.</w:t>
      </w:r>
    </w:p>
    <w:p>
      <w:pPr>
        <w:jc w:val="right"/>
      </w:pPr>
      <w:r>
        <w:t>یہ کوئی مسٹیریس چیز نہیں ہے۔ یہاں پر ایمان سے مراد ہے شعور کی بیداری۔</w:t>
      </w:r>
    </w:p>
    <w:p>
      <w:r>
        <w:rPr>
          <w:b/>
        </w:rPr>
        <w:t xml:space="preserve">[46:53] </w:t>
      </w:r>
      <w:r>
        <w:t>apne andar soch samajh paida karna, apne andar receptivity paida karna. yani main keh sakta hoon ke isko yani intellectual awakening murad hai yahan, lekin religious sense mein, secular sense mein nahi.</w:t>
      </w:r>
    </w:p>
    <w:p>
      <w:pPr>
        <w:jc w:val="right"/>
      </w:pPr>
      <w:r>
        <w:t>اپنے اندر سوچ سمجھ پیدا کرنا، اپنے اندر ریسیپٹیوٹی پیدا کرنا۔ یعنی میں کہہ سکتا ہوں کہ اس کو یعنی انٹلیکچول اویکننگ مراد ہے یہاں، لیکن ریلیجس سینس میں، سیکولر سینس میں نہیں۔</w:t>
      </w:r>
    </w:p>
    <w:p>
      <w:r>
        <w:rPr>
          <w:b/>
        </w:rPr>
        <w:t xml:space="preserve">[47:10] </w:t>
      </w:r>
      <w:r>
        <w:t>yani secular sense mein bhi intellectual awakening hoti hai. yahan main isko nahi keh raha hoon.</w:t>
      </w:r>
    </w:p>
    <w:p>
      <w:pPr>
        <w:jc w:val="right"/>
      </w:pPr>
      <w:r>
        <w:t>یعنی سیکولر سینس میں بھی انٹلیکچول اویکننگ ہوتی ہے۔ یہاں میں اس کو نہیں کہہ رہا ہوں۔</w:t>
      </w:r>
    </w:p>
    <w:p>
      <w:r>
        <w:rPr>
          <w:b/>
        </w:rPr>
        <w:t xml:space="preserve">[47:17] </w:t>
      </w:r>
      <w:r>
        <w:t>mazhabi sense mein jo intellectual awakening hoti hai, woh murad hai yahan par ta'allum al-iman se.</w:t>
      </w:r>
    </w:p>
    <w:p>
      <w:pPr>
        <w:jc w:val="right"/>
      </w:pPr>
      <w:r>
        <w:t>مذہبی سینس میں جو انٹلیکچول اویکننگ ہوتی ہے، وہ مراد ہے یہاں پر تعلم الایمان سے۔</w:t>
      </w:r>
    </w:p>
    <w:p>
      <w:r>
        <w:rPr>
          <w:b/>
        </w:rPr>
        <w:t xml:space="preserve">[47:28] </w:t>
      </w:r>
      <w:r>
        <w:t>to aap jante hain, har aadmi conditioned hota hai. to kaha ke hum sahaba ne apni conditioning ko pehle nikala, apne ko deconditioned kiya, apne ko tayyar kiya pehle zehni aitbar se.</w:t>
      </w:r>
    </w:p>
    <w:p>
      <w:pPr>
        <w:jc w:val="right"/>
      </w:pPr>
      <w:r>
        <w:t>تو آپ جانتے ہیں، ہر آدمی کنڈیشنڈ ہوتا ہے۔ تو کہا کہ ہم صحابہ نے اپنی کنڈیشننگ کو پہلے نکالا، اپنے کو ڈی کنڈیشن کیا، اپنے کو تیار کیا پہلے ذہنی اعتبار سے۔</w:t>
      </w:r>
    </w:p>
    <w:p>
      <w:r>
        <w:rPr>
          <w:b/>
        </w:rPr>
        <w:t xml:space="preserve">[47:45] </w:t>
      </w:r>
      <w:r>
        <w:t>phir aap is qabil ho gaye ke aap ja kar ke wahan, wahan par woh quran ko parhen aur samjhen isko. to ek hai pre quran course, ek hai post quran course.</w:t>
      </w:r>
    </w:p>
    <w:p>
      <w:pPr>
        <w:jc w:val="right"/>
      </w:pPr>
      <w:r>
        <w:t>پھر آپ اس قابل ہو گئے کہ آپ جا کر کے وہاں، وہاں پر وہ قرآن کو پڑھیں اور سمجھیں اس کو۔ تو ایک ہے پری قرآن کورس، ایک ہے پوسٹ قرآن کورس۔</w:t>
      </w:r>
    </w:p>
    <w:p>
      <w:r>
        <w:rPr>
          <w:b/>
        </w:rPr>
        <w:t xml:space="preserve">[47:59] </w:t>
      </w:r>
      <w:r>
        <w:t>aisi ek hai pre hajj course, ek hai post hajj course. to pre hajj kya hai? apna preparation, apne ko tayyar karna.</w:t>
      </w:r>
    </w:p>
    <w:p>
      <w:pPr>
        <w:jc w:val="right"/>
      </w:pPr>
      <w:r>
        <w:t>ایسی ایک ہے پری حج کورس، ایک ہے پوسٹ حج کورس۔ تو پری حج کیا ہے؟ اپنا پریپریشن، اپنے کو تیار کرنا۔</w:t>
      </w:r>
    </w:p>
    <w:p>
      <w:r>
        <w:rPr>
          <w:b/>
        </w:rPr>
        <w:t xml:space="preserve">[48:10] </w:t>
      </w:r>
      <w:r>
        <w:t>yeh pre haj course.</w:t>
      </w:r>
    </w:p>
    <w:p>
      <w:pPr>
        <w:jc w:val="right"/>
      </w:pPr>
      <w:r>
        <w:t>یہ پری حج کورس۔</w:t>
      </w:r>
    </w:p>
    <w:p>
      <w:r>
        <w:rPr>
          <w:b/>
        </w:rPr>
        <w:t xml:space="preserve">[48:13] </w:t>
      </w:r>
      <w:r>
        <w:t>to yeh bohat ziyada zaroori hai ke aadmi haj ke liye jab jaane ka irada kare to haj ki tayyari sabhi log karte hain, lekin haj ki tayyari sab se ziyada shaoor ki bedari hai.</w:t>
      </w:r>
    </w:p>
    <w:p>
      <w:pPr>
        <w:jc w:val="right"/>
      </w:pPr>
      <w:r>
        <w:t>تو یہ بہت زیادہ ضروری ہے کہ آدمی حج کے لیے جب جانے کا ارادہ کرے تو حج کی تیاری سبھی لوگ کرتے ہیں، لیکن حج کی تیاری سب سے زیادہ شعور کی بیداری ہے۔</w:t>
      </w:r>
    </w:p>
    <w:p>
      <w:r>
        <w:rPr>
          <w:b/>
        </w:rPr>
        <w:t xml:space="preserve">[48:29] </w:t>
      </w:r>
      <w:r>
        <w:t>sab se ziyada.</w:t>
      </w:r>
    </w:p>
    <w:p>
      <w:pPr>
        <w:jc w:val="right"/>
      </w:pPr>
      <w:r>
        <w:t>سب سے زیادہ۔</w:t>
      </w:r>
    </w:p>
    <w:p>
      <w:r>
        <w:rPr>
          <w:b/>
        </w:rPr>
        <w:t xml:space="preserve">[48:32] </w:t>
      </w:r>
      <w:r>
        <w:t>yani wahan jaane ke liye aap ke paas kapre ziyada na hon, bistar na ho, paisa bhi kam ho, yani har cheez mein kami ho, kami ho, kami ho.</w:t>
      </w:r>
    </w:p>
    <w:p>
      <w:pPr>
        <w:jc w:val="right"/>
      </w:pPr>
      <w:r>
        <w:t>یعنی وہاں جانے کے لیے آپ کے پاس کپڑے زیادہ نہ ہوں، بستر نہ ہو، پیسہ بھی کم ہو، یعنی ہر چیز میں کمی ہو، کمی ہو، کمی ہو۔</w:t>
      </w:r>
    </w:p>
    <w:p>
      <w:r>
        <w:rPr>
          <w:b/>
        </w:rPr>
        <w:t xml:space="preserve">[48:46] </w:t>
      </w:r>
      <w:r>
        <w:t>lekin aap ne samajh poori poori paida kar li ho, yani shaoor ko poora poora bedar kar liya ho aap ne, to aap ka haj mukammal haj ho jayega.</w:t>
      </w:r>
    </w:p>
    <w:p>
      <w:pPr>
        <w:jc w:val="right"/>
      </w:pPr>
      <w:r>
        <w:t>لیکن آپ نے سمجھ پوری پوری پیدا کر لی ہو، یعنی شعور کو پوری پورا بیدار کر لیا ہو آپ نے، تو آپ کا حج مکمل حج ہو جائے گا۔</w:t>
      </w:r>
    </w:p>
    <w:p>
      <w:r>
        <w:rPr>
          <w:b/>
        </w:rPr>
        <w:t xml:space="preserve">[49:01] </w:t>
      </w:r>
      <w:r>
        <w:t>aap ka haj mukammal hal ho jayega.</w:t>
      </w:r>
    </w:p>
    <w:p>
      <w:pPr>
        <w:jc w:val="right"/>
      </w:pPr>
      <w:r>
        <w:t>آپ کا حج مکمل حل ہو جائے گا۔</w:t>
      </w:r>
    </w:p>
    <w:p>
      <w:r>
        <w:rPr>
          <w:b/>
        </w:rPr>
        <w:t xml:space="preserve">[49:06] </w:t>
      </w:r>
      <w:r>
        <w:t>aur agar aap yeh karein ke sari tawajjuh laga dein maadi tayyariyon mein, yani yani kapra aur khana aur sari cheezein jo saath le kar jaate hain log, unhi cheezon mein aap masroof ho jayein to tayyari nahi hogi.</w:t>
      </w:r>
    </w:p>
    <w:p>
      <w:pPr>
        <w:jc w:val="right"/>
      </w:pPr>
      <w:r>
        <w:t>اور اگر آپ یہ کریں کہ ساری توجہ لگا دیں مادی تیاریوں میں، یعنی یعنی کپڑا اور کھانا اور ساری چیزیں جو ساتھ لے کر جاتے ہیں لوگ، انہی چیزوں میں آپ مصروف ہو جائیں تو تیاری نہیں ہوگی۔</w:t>
      </w:r>
    </w:p>
    <w:p>
      <w:r>
        <w:rPr>
          <w:b/>
        </w:rPr>
        <w:t xml:space="preserve">[49:30] </w:t>
      </w:r>
      <w:r>
        <w:t>tayyari nahi hogi to kya hoga? jaise jayenge, waise hi lotenge.</w:t>
      </w:r>
    </w:p>
    <w:p>
      <w:pPr>
        <w:jc w:val="right"/>
      </w:pPr>
      <w:r>
        <w:t>تیاری نہیں ہوگی تو کیا ہوگا؟ جیسے جائیں گے، ویسے ہی لوٹیں گے۔</w:t>
      </w:r>
    </w:p>
    <w:p>
      <w:r>
        <w:rPr>
          <w:b/>
        </w:rPr>
        <w:t xml:space="preserve">[49:38] </w:t>
      </w:r>
      <w:r>
        <w:t>yaad rakhiye, haj koi outing nahi hai.</w:t>
      </w:r>
    </w:p>
    <w:p>
      <w:pPr>
        <w:jc w:val="right"/>
      </w:pPr>
      <w:r>
        <w:t>یاد رکھیے، حج کوئی آؤٹنگ نہیں ہے۔</w:t>
      </w:r>
    </w:p>
    <w:p>
      <w:r>
        <w:rPr>
          <w:b/>
        </w:rPr>
        <w:t xml:space="preserve">[49:44] </w:t>
      </w:r>
      <w:r>
        <w:t>haj koi outing nahi hai. haj to ek bohat hi serious kaam hai. woh dawat ki training hai. nabiyon ke kaam ko apni zindagi mein dohrane ka azm hai.</w:t>
      </w:r>
    </w:p>
    <w:p>
      <w:pPr>
        <w:jc w:val="right"/>
      </w:pPr>
      <w:r>
        <w:t>حج کوئی آؤٹنگ نہیں ہے۔ حج تو ایک بہت ہی سیریس کام ہے۔ وہ دعوت کی ٹریننگ ہے۔ نبیوں کے کام کو اپنی زندگی میں دہرانے کا عزم ہے۔</w:t>
      </w:r>
    </w:p>
    <w:p>
      <w:r>
        <w:rPr>
          <w:b/>
        </w:rPr>
        <w:t xml:space="preserve">[50:01] </w:t>
      </w:r>
      <w:r>
        <w:t>dawat ke jo model hain, woh paighambar hain. paighambar jitne hain, sab ke sab dawat ke model hain.</w:t>
      </w:r>
    </w:p>
    <w:p>
      <w:pPr>
        <w:jc w:val="right"/>
      </w:pPr>
      <w:r>
        <w:t>دعوت کے جو ماڈل ہیں، وہ پیغمبر ہیں۔ پیغمبر جتنے ہیں، سب کے سب دعوت کے ماڈل ہیں۔</w:t>
      </w:r>
    </w:p>
    <w:p>
      <w:r>
        <w:rPr>
          <w:b/>
        </w:rPr>
        <w:t xml:space="preserve">[50:08] </w:t>
      </w:r>
      <w:r>
        <w:t>to in modelon ko samajhna aur is ke mutabiq dunya mein dawat ko phailana, yeh maqsad. dekhiye, haj ke bare mein yeh kaha jata hai ke woh jamia ibadat hai.</w:t>
      </w:r>
    </w:p>
    <w:p>
      <w:pPr>
        <w:jc w:val="right"/>
      </w:pPr>
      <w:r>
        <w:t>تو ان ماڈلوں کو سمجھنا اور اس کے مطابق دنیا میں دعوت کو پھیلانا، یہ مقصد۔ دیکھیے، حج کے بارے میں یہ کہا جاتا ہے کہ وہ جامع عبادت ہے۔</w:t>
      </w:r>
    </w:p>
    <w:p>
      <w:r>
        <w:rPr>
          <w:b/>
        </w:rPr>
        <w:t xml:space="preserve">[50:22] </w:t>
      </w:r>
      <w:r>
        <w:t>to yeh baat apni jagah par sahi hai. lekin dawat bhi to jamia amal hai.</w:t>
      </w:r>
    </w:p>
    <w:p>
      <w:pPr>
        <w:jc w:val="right"/>
      </w:pPr>
      <w:r>
        <w:t>تو یہ بات اپنی جگہ پر صحیح ہے۔ لیکن دعوت بھی تو جامع عمل ہے۔</w:t>
      </w:r>
    </w:p>
    <w:p>
      <w:r>
        <w:rPr>
          <w:b/>
        </w:rPr>
        <w:t xml:space="preserve">[50:32] </w:t>
      </w:r>
      <w:r>
        <w:t>dawat sab se bara amal hai. kyun? dawat mein sab aamal aa jate hain.</w:t>
      </w:r>
    </w:p>
    <w:p>
      <w:pPr>
        <w:jc w:val="right"/>
      </w:pPr>
      <w:r>
        <w:t>دعوت سب سے بڑا عمل ہے۔ کیوں؟ دعوت میں سب اعمال آ جاتے ہیں۔</w:t>
      </w:r>
    </w:p>
    <w:p>
      <w:r>
        <w:rPr>
          <w:b/>
        </w:rPr>
        <w:t xml:space="preserve">[50:38] </w:t>
      </w:r>
      <w:r>
        <w:t>jab aap dawat karte hain to kya hai? chalte phirte hain, interaction karte hain, logon ke galat baaton ko sehte hain,</w:t>
      </w:r>
    </w:p>
    <w:p>
      <w:pPr>
        <w:jc w:val="right"/>
      </w:pPr>
      <w:r>
        <w:t>جب آپ دعوت کرتے ہیں تو کیا ہے؟ چلتے پھرتے ہیں، انٹریکشن کرتے ہیں، لوگوں کے غلط باتوں کو سہتے ہیں،</w:t>
      </w:r>
    </w:p>
    <w:p>
      <w:r>
        <w:rPr>
          <w:b/>
        </w:rPr>
        <w:t xml:space="preserve">[50:51] </w:t>
      </w:r>
      <w:r>
        <w:t>sabr karte hain, logon se galat baatein sunte hain, phir bhi un ke liye duayein karte hain, phir madu ko address karne ke liye apne aap ko tayyar karte hain.</w:t>
      </w:r>
    </w:p>
    <w:p>
      <w:pPr>
        <w:jc w:val="right"/>
      </w:pPr>
      <w:r>
        <w:t>صبر کرتے ہیں، لوگوں سے غلط باتیں سنتے ہیں، پھر بھی ان کے لیے دعائیں کرتے ہیں، پھر مدعو کو ایڈریس کرنے کے لیے اپنے آپ کو تیار کرتے ہیں۔</w:t>
      </w:r>
    </w:p>
    <w:p>
      <w:r>
        <w:rPr>
          <w:b/>
        </w:rPr>
        <w:t xml:space="preserve">[51:07] </w:t>
      </w:r>
      <w:r>
        <w:t>yeh bohat sare kaam karne padte hain. dawat bhi, dawat ka matlab yeh nahi ke aap ne bas loud speaker par kuch awaz bher di.</w:t>
      </w:r>
    </w:p>
    <w:p>
      <w:pPr>
        <w:jc w:val="right"/>
      </w:pPr>
      <w:r>
        <w:t>یہ بہت سارے کام کرنے پڑتے ہیں۔ دعوت بھی، دعوت کا مطلب یہ نہیں کہ آپ نے بس لاؤڈ سپیکر پر کچھ آواز بکھیر دی۔</w:t>
      </w:r>
    </w:p>
    <w:p>
      <w:r>
        <w:rPr>
          <w:b/>
        </w:rPr>
        <w:t xml:space="preserve">[51:19] </w:t>
      </w:r>
      <w:r>
        <w:t>quran mein hai: "kal fi qaulun baligha". yani dil mein utarti hui baat kaho. to dil mein utarti hui baat kehne ke liye tayyari karni padegi.</w:t>
      </w:r>
    </w:p>
    <w:p>
      <w:pPr>
        <w:jc w:val="right"/>
      </w:pPr>
      <w:r>
        <w:t>قرآن میں ہے: "کل فی قول بلیغہ"۔ یعنی دل میں اترتی ہوئی بات کہو۔ تو دل میں اترتی ہوئی بات کہنے کے لیے تیاری کرنی پڑے گی۔</w:t>
      </w:r>
    </w:p>
    <w:p>
      <w:r>
        <w:rPr>
          <w:b/>
        </w:rPr>
        <w:t xml:space="preserve">[51:32] </w:t>
      </w:r>
      <w:r>
        <w:t>to hazrat ibrahim ne apni poori zindagi isi mein laga di aur aap ke ahle hajah ne laga di, hazrat ismail ne laga di, rasool Allah ne laga di isi mein.</w:t>
      </w:r>
    </w:p>
    <w:p>
      <w:pPr>
        <w:jc w:val="right"/>
      </w:pPr>
      <w:r>
        <w:t>تو حضرت ابراہیم نے اپنی پوری زندگی اسی میں لگا دی اور آپ کے اہل حاجہ نے لگا دی، حضرت اسماعیل نے لگا دی، رسول اللہ نے لگا دی اسی میں۔</w:t>
      </w:r>
    </w:p>
    <w:p>
      <w:r>
        <w:rPr>
          <w:b/>
        </w:rPr>
        <w:t xml:space="preserve">[51:44] </w:t>
      </w:r>
      <w:r>
        <w:t>tab ja kar yeh mumkin hua ke woh keh sakein woh baat jo dil mein utarti hai. to dil mein utarti hui baat kehne ke liye apne aap ko bohat ziyada tayyar karna padta hai.</w:t>
      </w:r>
    </w:p>
    <w:p>
      <w:pPr>
        <w:jc w:val="right"/>
      </w:pPr>
      <w:r>
        <w:t>تب جا کر یہ ممکن ہوا کہ وہ کہہ سکیں وہ بات جو دل میں اترتی ہے۔ تو دل میں اترتی ہوئی بات کہنے کے لیے اپنے آپ کو بہت زیادہ تیار کرنا پڑتا ہے۔</w:t>
      </w:r>
    </w:p>
    <w:p>
      <w:r>
        <w:rPr>
          <w:b/>
        </w:rPr>
        <w:t xml:space="preserve">[51:56] </w:t>
      </w:r>
      <w:r>
        <w:t>yani pehle apne idhar utarna padta hai, tab aap us ko doosre qadam utar sakte hain.</w:t>
      </w:r>
    </w:p>
    <w:p>
      <w:pPr>
        <w:jc w:val="right"/>
      </w:pPr>
      <w:r>
        <w:t>یعنی پہلے اپنے ادھر اتارنا پڑتا ہے، تب آپ اس کو دوسرے قدم اتار سکتے ہیں۔</w:t>
      </w:r>
    </w:p>
    <w:p>
      <w:r>
        <w:rPr>
          <w:b/>
        </w:rPr>
        <w:t xml:space="preserve">[52:05] </w:t>
      </w:r>
      <w:r>
        <w:t>bohat ziyada sanjeeda amal hai dawat. isi liye haj bhi bohat ziyada sanjeeda amal hai.</w:t>
      </w:r>
    </w:p>
    <w:p>
      <w:pPr>
        <w:jc w:val="right"/>
      </w:pPr>
      <w:r>
        <w:t>بہت زیادہ سنجیدہ عمل ہے دعوت۔ اسی لیے حج بھی بہت زیادہ سنجیدہ عمل ہے۔</w:t>
      </w:r>
    </w:p>
    <w:p>
      <w:r>
        <w:rPr>
          <w:b/>
        </w:rPr>
        <w:t xml:space="preserve">[52:14] </w:t>
      </w:r>
      <w:r>
        <w:t>main samajhta hoon ke insaan ko yeh chahiye ke jab haj ka irada kare aur ghar se nikle haj ke liye to sab se ziyada zaroori hai ke woh haj ke siwa doosri baaton ko ek dam bhula de.</w:t>
      </w:r>
    </w:p>
    <w:p>
      <w:pPr>
        <w:jc w:val="right"/>
      </w:pPr>
      <w:r>
        <w:t>میں سمجھتا ہوں کہ انسان کو یہ چاہیے کہ جب حج کا ارادہ کرے اور گھر سے نکلے حج کے لیے تو سب سے زیادہ ضروری ہے کہ وہ حج کے سوا دوسری باتوں کو ایک دم بھلا دے۔</w:t>
      </w:r>
    </w:p>
    <w:p>
      <w:r>
        <w:rPr>
          <w:b/>
        </w:rPr>
        <w:t xml:space="preserve">[52:31] </w:t>
      </w:r>
      <w:r>
        <w:t>woh</w:t>
      </w:r>
    </w:p>
    <w:p>
      <w:pPr>
        <w:jc w:val="right"/>
      </w:pPr>
      <w:r>
        <w:t>وہ</w:t>
      </w:r>
    </w:p>
    <w:p>
      <w:r>
        <w:rPr>
          <w:b/>
        </w:rPr>
        <w:t xml:space="preserve">[52:35] </w:t>
      </w:r>
      <w:r>
        <w:t>insaan, main ne dekha hai ke log haj ke liye niklte hain aur woh sari baaton ke sath sath, sari baaton ke sath sath, un ke sath mobile bhi rahega ke family se baat karna hai,</w:t>
      </w:r>
    </w:p>
    <w:p>
      <w:pPr>
        <w:jc w:val="right"/>
      </w:pPr>
      <w:r>
        <w:t>انسان، میں نے دیکھا ہے کہ لوگ حج کے لیے نکلتے ہیں اور وہ ساری باتوں کے ساتھ ساتھ، ساری باتوں کے ساتھ ساتھ، ان کے ساتھ موبائل بھی رہے گا کہ فیملی سے بات کرنا ہے،</w:t>
      </w:r>
    </w:p>
    <w:p>
      <w:r>
        <w:rPr>
          <w:b/>
        </w:rPr>
        <w:t xml:space="preserve">[52:50] </w:t>
      </w:r>
      <w:r>
        <w:t>feemli ki yaadon mein jeeyenge, wahan ja kar shopping karenge ke wapas ja kar ke logon ko gift dena hai. yaani gharaaz yeh hai ke hajj ke douran log isi tarah jure rehte hain apni duniya se jis se jitne pehle jure hue the.</w:t>
      </w:r>
    </w:p>
    <w:p>
      <w:pPr>
        <w:jc w:val="right"/>
      </w:pPr>
      <w:r>
        <w:t>فیملی کی یادوں میں جیئیں گے، وہاں جا کر شاپنگ کریں گے کہ واپس جا کر کے لوگوں کو گفٹ دینا ہے۔ یعنی غرض یہ ہے کہ حج کے دوران لوگ اسی طرح جڑے رہتے ہیں اپنی دنیا سے جس سے جتنے پہلے جڑے ہوئے تھے۔</w:t>
      </w:r>
    </w:p>
    <w:p>
      <w:r>
        <w:rPr>
          <w:b/>
        </w:rPr>
        <w:t xml:space="preserve">[53:05] </w:t>
      </w:r>
      <w:r>
        <w:t>woh</w:t>
      </w:r>
    </w:p>
    <w:p>
      <w:pPr>
        <w:jc w:val="right"/>
      </w:pPr>
      <w:r>
        <w:t>وہ</w:t>
      </w:r>
    </w:p>
    <w:p>
      <w:r>
        <w:rPr>
          <w:b/>
        </w:rPr>
        <w:t xml:space="preserve">[53:08] </w:t>
      </w:r>
      <w:r>
        <w:t>hajj ke liye jab safar karte hain, aap ehraam baandhte hain to is ka matlab yeh hai ke aap duniya se kat gaye.</w:t>
      </w:r>
    </w:p>
    <w:p>
      <w:pPr>
        <w:jc w:val="right"/>
      </w:pPr>
      <w:r>
        <w:t>حج کے لیے جب سفر کرتے ہیں، آپ احرام باندھتے ہیں تو اس کا مطلب یہ ہے کہ آپ دنیا سے کٹ گئے۔</w:t>
      </w:r>
    </w:p>
    <w:p>
      <w:r>
        <w:rPr>
          <w:b/>
        </w:rPr>
        <w:t xml:space="preserve">[53:17] </w:t>
      </w:r>
      <w:r>
        <w:t>jab aap ghar se nikle hajj ke liye aur phir aap ne ehraam baandha to is ka matlab yeh hai ke aap duniya se kat gaye, apni family se kat gaye, apne bachchon se kat gaye, apne business se kat gaye.</w:t>
      </w:r>
    </w:p>
    <w:p>
      <w:pPr>
        <w:jc w:val="right"/>
      </w:pPr>
      <w:r>
        <w:t>جب آپ گھر سے نکلے حج کے لیے اور پھر آپ نے احرام باندھا تو اس کا مطلب یہ ہے کہ آپ دنیا سے کٹ گئے، اپنی فیملی سے کٹ گئے، اپنے بچوں سے کٹ گئے، اپنے بزنس سے کٹ گئے۔</w:t>
      </w:r>
    </w:p>
    <w:p>
      <w:r>
        <w:rPr>
          <w:b/>
        </w:rPr>
        <w:t xml:space="preserve">[53:30] </w:t>
      </w:r>
      <w:r>
        <w:t>jab tak aadmi apne aap ko is tarah se na kaate doosri cheezon se, woh sachcha hajj nahi kar sakta.</w:t>
      </w:r>
    </w:p>
    <w:p>
      <w:pPr>
        <w:jc w:val="right"/>
      </w:pPr>
      <w:r>
        <w:t>جب تک آدمی اپنے آپ کو اس طرح سے نہ کاٹے دوسری چیزوں سے، وہ سچا حج نہیں کر سکتا۔</w:t>
      </w:r>
    </w:p>
    <w:p>
      <w:r>
        <w:rPr>
          <w:b/>
        </w:rPr>
        <w:t xml:space="preserve">[53:39] </w:t>
      </w:r>
      <w:r>
        <w:t>impossible hai ke woh sachcha hajj kar sake.</w:t>
      </w:r>
    </w:p>
    <w:p>
      <w:pPr>
        <w:jc w:val="right"/>
      </w:pPr>
      <w:r>
        <w:t>امپاسیبل ہے کہ وہ سچا حج کر سکے۔</w:t>
      </w:r>
    </w:p>
    <w:p>
      <w:r>
        <w:rPr>
          <w:b/>
        </w:rPr>
        <w:t xml:space="preserve">[53:45] </w:t>
      </w:r>
      <w:r>
        <w:t>dekhiye, quran mein hai ke "ma ja'alallahu min qalbain fi fi". kisi aadmi ke seene mein do dil nahi hote. yaani back waqt aap do cheezon ko apna focus nahi bana sakte,</w:t>
      </w:r>
    </w:p>
    <w:p>
      <w:pPr>
        <w:jc w:val="right"/>
      </w:pPr>
      <w:r>
        <w:t>دیکھیے، قرآن میں ہے کہ "ما جعل اللہ من قلبین فیفی"۔ کسی آدمی کے سینے میں دو دل نہیں ہوتے۔ یعنی بیک وقت آپ دو چیزوں کو اپنا فوکس نہیں بنا سکتے،</w:t>
      </w:r>
    </w:p>
    <w:p>
      <w:r>
        <w:rPr>
          <w:b/>
        </w:rPr>
        <w:t xml:space="preserve">[53:58] </w:t>
      </w:r>
      <w:r>
        <w:t>do cheezon ko apna concern nahi bana sakte. to hajj se pehle to yahi hota hai ke aap ka concern doosri cheezein rehti hain:</w:t>
      </w:r>
    </w:p>
    <w:p>
      <w:pPr>
        <w:jc w:val="right"/>
      </w:pPr>
      <w:r>
        <w:t>دو چیزوں کو اپنا کنسرن نہیں بنا سکتے۔ تو حج سے پہلے تو یہی ہوتا ہے کہ آپ کا کنسرن دوسری چیزیں رہتی ہیں:</w:t>
      </w:r>
    </w:p>
    <w:p>
      <w:r>
        <w:rPr>
          <w:b/>
        </w:rPr>
        <w:t xml:space="preserve">[54:06] </w:t>
      </w:r>
      <w:r>
        <w:t>aap ki family, aap ka business, aap ka job, aap ke khana peena waghera waghera.</w:t>
      </w:r>
    </w:p>
    <w:p>
      <w:pPr>
        <w:jc w:val="right"/>
      </w:pPr>
      <w:r>
        <w:t>آپ کی فیملی، آپ کا بزنس، آپ کا جاب، آپ کے کھانا پینا وغیرہ وغیرہ۔</w:t>
      </w:r>
    </w:p>
    <w:p>
      <w:r>
        <w:rPr>
          <w:b/>
        </w:rPr>
        <w:t xml:space="preserve">[54:15] </w:t>
      </w:r>
      <w:r>
        <w:t>to inhi cheezon ko le kar ke hajj nahi karna hai, in ko chhod kar hajj karna hai. jab saara dhyan denge aap hajj ke upar, tabhi aap ko hajj ki baatein khulegi.</w:t>
      </w:r>
    </w:p>
    <w:p>
      <w:pPr>
        <w:jc w:val="right"/>
      </w:pPr>
      <w:r>
        <w:t>تو انہی چیزوں کو لے کر کے حج نہیں کرنا ہے، ان کو چھوڑ کر حج کرنا ہے۔ جب سارا دھیان دیں گے آپ حج کے اوپر، تبھی آپ کو حج کی باتیں کھلیں گی۔</w:t>
      </w:r>
    </w:p>
    <w:p>
      <w:r>
        <w:rPr>
          <w:b/>
        </w:rPr>
        <w:t xml:space="preserve">[54:27] </w:t>
      </w:r>
      <w:r>
        <w:t>hajj ki baatein aap ki samajh mein aayegi. khuda ki taraf se jo message aayega, woh aap tak pahunchega.</w:t>
      </w:r>
    </w:p>
    <w:p>
      <w:pPr>
        <w:jc w:val="right"/>
      </w:pPr>
      <w:r>
        <w:t>حج کی باتیں آپ کی سمجھ میں آئیں گی۔ خدا کی طرف سے جو میسج آئے گا، وہ آپ تک پہنچے گا۔</w:t>
      </w:r>
    </w:p>
    <w:p>
      <w:r>
        <w:rPr>
          <w:b/>
        </w:rPr>
        <w:t xml:space="preserve">[54:37] </w:t>
      </w:r>
      <w:r>
        <w:t>kyunki jab aadmi hajj ke liye nikla hai, pukaarte hue, to khuda bhi us ki pukaar ka jawab deta hai. khuda ki us ka mutawajjah hota hai.</w:t>
      </w:r>
    </w:p>
    <w:p>
      <w:pPr>
        <w:jc w:val="right"/>
      </w:pPr>
      <w:r>
        <w:t>کیونکہ جب آدمی حج کے لیے نکلتا ہے، پکارتے ہوئے، تو خدا بھی اس کی پکار کا جواب دیتا ہے۔ خدا کی اس کا متوجہ ہوتا ہے۔</w:t>
      </w:r>
    </w:p>
    <w:p>
      <w:r>
        <w:rPr>
          <w:b/>
        </w:rPr>
        <w:t xml:space="preserve">[54:48] </w:t>
      </w:r>
      <w:r>
        <w:t>khuda farishton ke zariye apna paigham bhejta hai. to agar aap</w:t>
      </w:r>
    </w:p>
    <w:p>
      <w:pPr>
        <w:jc w:val="right"/>
      </w:pPr>
      <w:r>
        <w:t>خدا فرشتوں کے ذریعے اپنا پیغام بھیجتا ہے۔ تو اگر آپ</w:t>
      </w:r>
    </w:p>
    <w:p>
      <w:r>
        <w:rPr>
          <w:b/>
        </w:rPr>
        <w:t xml:space="preserve">[54:57] </w:t>
      </w:r>
      <w:r>
        <w:t>ka haal yeh ho ke hajj ke liye nikle hain, hajj ke liye, aur saara dhyan laga hua hai</w:t>
      </w:r>
    </w:p>
    <w:p>
      <w:pPr>
        <w:jc w:val="right"/>
      </w:pPr>
      <w:r>
        <w:t>کا حال یہ ہو کہ حج کے لیے نکلے ہیں، حج کے لیے، اور سارا دھیان لگا ہوا ہے</w:t>
      </w:r>
    </w:p>
    <w:p>
      <w:r>
        <w:rPr>
          <w:b/>
        </w:rPr>
        <w:t xml:space="preserve">[55:03] </w:t>
      </w:r>
      <w:r>
        <w:t>apne ghar mein, apne business mein, apne baal bachchon mein, apni family mein, to khuda ke farishte khuda ki taraf se paigham layenge aap ko, inspiration layenge, aur aap receive nahi kar sakenge is ko.</w:t>
      </w:r>
    </w:p>
    <w:p>
      <w:pPr>
        <w:jc w:val="right"/>
      </w:pPr>
      <w:r>
        <w:t>اپنے گھر میں، اپنے بزنس میں، اپنے بال بچوں میں، اپنی فیملی میں، تو خدا کے فرشتے خدا کی طرف سے پیغام لائیں گے آپ کو، انسپیریشن لائیں گے، اور آپ ریسیو نہیں کر سکیں گے اس کو۔</w:t>
      </w:r>
    </w:p>
    <w:p>
      <w:r>
        <w:rPr>
          <w:b/>
        </w:rPr>
        <w:t xml:space="preserve">[55:20] </w:t>
      </w:r>
      <w:r>
        <w:t>aap is ko receive nahi kar sakenge.</w:t>
      </w:r>
    </w:p>
    <w:p>
      <w:pPr>
        <w:jc w:val="right"/>
      </w:pPr>
      <w:r>
        <w:t>آپ اس کو ریسیو نہیں کر سکیں گے۔</w:t>
      </w:r>
    </w:p>
    <w:p>
      <w:r>
        <w:rPr>
          <w:b/>
        </w:rPr>
        <w:t xml:space="preserve">[55:24] </w:t>
      </w:r>
      <w:r>
        <w:t>yeh bahut hi aham baat hai.</w:t>
      </w:r>
    </w:p>
    <w:p>
      <w:pPr>
        <w:jc w:val="right"/>
      </w:pPr>
      <w:r>
        <w:t>یہ بہت ہی اہم بات ہے۔</w:t>
      </w:r>
    </w:p>
    <w:p>
      <w:r>
        <w:rPr>
          <w:b/>
        </w:rPr>
        <w:t xml:space="preserve">[55:28] </w:t>
      </w:r>
      <w:r>
        <w:t>jab insaan nikla hai khuda ke deen ke naam par to khuda apne farishton se kehta hai ke yeh jao is bande ke paas.</w:t>
      </w:r>
    </w:p>
    <w:p>
      <w:pPr>
        <w:jc w:val="right"/>
      </w:pPr>
      <w:r>
        <w:t>جب انسان نکلتا ہے خدا کے دین کے نام پر تو خدا اپنے فرشتوں سے کہتا ہے کہ یہ جاؤ اس بندے کے پاس۔</w:t>
      </w:r>
    </w:p>
    <w:p>
      <w:r>
        <w:rPr>
          <w:b/>
        </w:rPr>
        <w:t xml:space="preserve">[55:40] </w:t>
      </w:r>
      <w:r>
        <w:t>to farishte aate hain khuda ka paigham le kar, inspiration le kar, lekin isi waqt aap farishton ke recipient banenge, farishton ki baaton ko sun paayenge, un se inspiration le paayenge.</w:t>
      </w:r>
    </w:p>
    <w:p>
      <w:pPr>
        <w:jc w:val="right"/>
      </w:pPr>
      <w:r>
        <w:t>تو فرشتے آتے ہیں خدا کا پیغام لے کر، انسپیریشن لے کر، لیکن اسی وقت آپ فرشتوں کے ریسیپینٹ بنیں گے، فرشتوں کی باتوں کو سن پائیں گے، ان سے انسپیریشن لے پائیں گے۔</w:t>
      </w:r>
    </w:p>
    <w:p>
      <w:r>
        <w:rPr>
          <w:b/>
        </w:rPr>
        <w:t xml:space="preserve">[55:55] </w:t>
      </w:r>
      <w:r>
        <w:t>jab ke aap poori tarah idhar mutawajjah hon</w:t>
      </w:r>
    </w:p>
    <w:p>
      <w:pPr>
        <w:jc w:val="right"/>
      </w:pPr>
      <w:r>
        <w:t>جب کہ آپ پوری طرح ادھر متوجہ ہوں</w:t>
      </w:r>
    </w:p>
    <w:p>
      <w:r>
        <w:rPr>
          <w:b/>
        </w:rPr>
        <w:t xml:space="preserve">[56:01] </w:t>
      </w:r>
      <w:r>
        <w:t>ke bahut zaroori hai, bahut zaroori hai ke jo log hajj ke liye nikle to baqi un cheezon ko bhula kar nikle,</w:t>
      </w:r>
    </w:p>
    <w:p>
      <w:pPr>
        <w:jc w:val="right"/>
      </w:pPr>
      <w:r>
        <w:t>کہ بہت ضروری ہے، بہت ضروری ہے کہ جو لوگ حج کے لیے نکلیں تو باقی ان چیزوں کو بھلا کر نکلیں،</w:t>
      </w:r>
    </w:p>
    <w:p>
      <w:r>
        <w:rPr>
          <w:b/>
        </w:rPr>
        <w:t xml:space="preserve">[56:10] </w:t>
      </w:r>
      <w:r>
        <w:t>itne dinon ke liye bilkul woh apne aap ko kaat lein is duniya se jo duniya ab tak woh jee rahe the taake woh</w:t>
      </w:r>
    </w:p>
    <w:p>
      <w:pPr>
        <w:jc w:val="right"/>
      </w:pPr>
      <w:r>
        <w:t>اتنے دنوں کے لیے بالکل وہ اپنے آپ کو کاٹ لیں اس دنیا سے جو دنیا اب تک وہ جی رہے تھے تاکہ وہ</w:t>
      </w:r>
    </w:p>
    <w:p>
      <w:r>
        <w:rPr>
          <w:b/>
        </w:rPr>
        <w:t xml:space="preserve">[56:24] </w:t>
      </w:r>
      <w:r>
        <w:t>taake woh farishton ki aawazein sunein,</w:t>
      </w:r>
    </w:p>
    <w:p>
      <w:pPr>
        <w:jc w:val="right"/>
      </w:pPr>
      <w:r>
        <w:t>تاکہ وہ فرشتوں کی آوازیں سنیں،</w:t>
      </w:r>
    </w:p>
    <w:p>
      <w:r>
        <w:rPr>
          <w:b/>
        </w:rPr>
        <w:t xml:space="preserve">[56:27] </w:t>
      </w:r>
      <w:r>
        <w:t>taake woh maqamat hajj mein jo historical references hain, is ko jaane,</w:t>
      </w:r>
    </w:p>
    <w:p>
      <w:pPr>
        <w:jc w:val="right"/>
      </w:pPr>
      <w:r>
        <w:t>تاکہ وہ مقامات حج میں جو ہسٹوریکل ریفرنسز ہیں، اس کو جانیں،</w:t>
      </w:r>
    </w:p>
    <w:p>
      <w:r>
        <w:rPr>
          <w:b/>
        </w:rPr>
        <w:t xml:space="preserve">[56:36] </w:t>
      </w:r>
      <w:r>
        <w:t>taake hajj ke douran jo baatein samajhne wali hain, is ko samjhein.</w:t>
      </w:r>
    </w:p>
    <w:p>
      <w:pPr>
        <w:jc w:val="right"/>
      </w:pPr>
      <w:r>
        <w:t>تاکہ حج کے دوران جو باتیں سمجھنے والی ہیں، اس کو سمجھیں۔</w:t>
      </w:r>
    </w:p>
    <w:p>
      <w:r>
        <w:rPr>
          <w:b/>
        </w:rPr>
        <w:t xml:space="preserve">[56:47] </w:t>
      </w:r>
      <w:r>
        <w:t>to khulasa yeh hai ke haj jo hai, shaoor ke sath ada karna hai.</w:t>
      </w:r>
    </w:p>
    <w:p>
      <w:pPr>
        <w:jc w:val="right"/>
      </w:pPr>
      <w:r>
        <w:t>تو خلاصہ یہ ہے کہ حج جو ہے، شعور کے ساتھ ادا کرنا ہے۔</w:t>
      </w:r>
    </w:p>
    <w:p>
      <w:r>
        <w:rPr>
          <w:b/>
        </w:rPr>
        <w:t xml:space="preserve">[56:53] </w:t>
      </w:r>
      <w:r>
        <w:t>jo haj shaoor ke sath ada kiya jaye ga, wohi sacha haj hoga, wohi haj mabroor hoga. Aqqool qawli haza wastaghfirullah li walakum ajmaeen.</w:t>
      </w:r>
    </w:p>
    <w:p>
      <w:pPr>
        <w:jc w:val="right"/>
      </w:pPr>
      <w:r>
        <w:t>جو حج شعور کے ساتھ ادا کیا جائے گا، وہی سچا حج ہوگا، وہی حج مبرور ہوگا۔ اقول قولیھذا واستغفراللہ لی 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