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School of Fiqh in Islam (English) April 14, 2007 Maulana Wahiduddin Khan</w:t>
      </w:r>
    </w:p>
    <w:p>
      <w:r>
        <w:t>https://www.youtube.com/watch?v=Kc-mTjI23HM</w:t>
      </w:r>
    </w:p>
    <w:p>
      <w:r>
        <w:rPr>
          <w:b/>
        </w:rPr>
        <w:t xml:space="preserve">[00:13] </w:t>
      </w:r>
      <w:r>
        <w:t>wasallallahu alan nabiyyil kareem. Rabbishrah li sadri, wa yassir li amri, wahllul uqdatam mil lisani, yafqahu qawli.</w:t>
      </w:r>
    </w:p>
    <w:p>
      <w:pPr>
        <w:jc w:val="right"/>
      </w:pPr>
      <w:r>
        <w:t>وصلی اللہ علی النبی الکریم۔ رب اشرح لی صدری، ویسر لی امری، واحل العقدۃ من لسانی، یفقہ قولی۔</w:t>
      </w:r>
    </w:p>
    <w:p>
      <w:r>
        <w:rPr>
          <w:b/>
        </w:rPr>
        <w:t xml:space="preserve">[00:32] </w:t>
      </w:r>
      <w:r>
        <w:t>The theme for the present day talk is</w:t>
      </w:r>
    </w:p>
    <w:p>
      <w:pPr>
        <w:jc w:val="right"/>
      </w:pPr>
      <w:r>
        <w:t>دا تھیم فار دا پریزنٹ ڈے ٹاک از</w:t>
      </w:r>
    </w:p>
    <w:p>
      <w:r>
        <w:rPr>
          <w:b/>
        </w:rPr>
        <w:t xml:space="preserve">[00:43] </w:t>
      </w:r>
      <w:r>
        <w:t>"the schools of fiqh in Islam". "the schools of fiqh in Islam".</w:t>
      </w:r>
    </w:p>
    <w:p>
      <w:pPr>
        <w:jc w:val="right"/>
      </w:pPr>
      <w:r>
        <w:t>"دے سکولز آف فقہ ان اسلام"۔ "دے سکولز آف فقہ ان اسلام"۔</w:t>
      </w:r>
    </w:p>
    <w:p>
      <w:r>
        <w:rPr>
          <w:b/>
        </w:rPr>
        <w:t xml:space="preserve">[00:53] </w:t>
      </w:r>
      <w:r>
        <w:t>yesterday, i happen to meet a scholar, a senior scholar.</w:t>
      </w:r>
    </w:p>
    <w:p>
      <w:pPr>
        <w:jc w:val="right"/>
      </w:pPr>
      <w:r>
        <w:t>یسٹرڈے، آئی ہیپن ٹو میٹ اہ اسکالر، ا سینئر اسکالر۔</w:t>
      </w:r>
    </w:p>
    <w:p>
      <w:r>
        <w:rPr>
          <w:b/>
        </w:rPr>
        <w:t xml:space="preserve">[01:05] </w:t>
      </w:r>
      <w:r>
        <w:t>He was not a Muslim, but he was very sincere person. He said that I am interested in religious histories.</w:t>
      </w:r>
    </w:p>
    <w:p>
      <w:pPr>
        <w:jc w:val="right"/>
      </w:pPr>
      <w:r>
        <w:t>ہی واز ناٹ ا مسلم، بٹ ہی واز ویری سنسیر پرسن۔ ہی سیڈ دیٹ آئی ایم انٹرسٹڈ ان ریلیجس ہسٹریز۔</w:t>
      </w:r>
    </w:p>
    <w:p>
      <w:r>
        <w:rPr>
          <w:b/>
        </w:rPr>
        <w:t xml:space="preserve">[01:19] </w:t>
      </w:r>
      <w:r>
        <w:t>i am interested in religious studies.</w:t>
      </w:r>
    </w:p>
    <w:p>
      <w:pPr>
        <w:jc w:val="right"/>
      </w:pPr>
      <w:r>
        <w:t>آئی ایم انٹرسٹڈ ان ریلیجس اسٹڈیز۔</w:t>
      </w:r>
    </w:p>
    <w:p>
      <w:r>
        <w:rPr>
          <w:b/>
        </w:rPr>
        <w:t xml:space="preserve">[01:24] </w:t>
      </w:r>
      <w:r>
        <w:t>so, i have study Islam in detail. he said that i have read</w:t>
      </w:r>
    </w:p>
    <w:p>
      <w:pPr>
        <w:jc w:val="right"/>
      </w:pPr>
      <w:r>
        <w:t>سو، آئی ہیو اسٹڈی اسلام ان ڈیٹیل۔ ہی سیڈ دیٹ آئی ہیو ریڈ</w:t>
      </w:r>
    </w:p>
    <w:p>
      <w:r>
        <w:rPr>
          <w:b/>
        </w:rPr>
        <w:t xml:space="preserve">[01:34] </w:t>
      </w:r>
      <w:r>
        <w:t>quran and hadith from its translations, english translations.</w:t>
      </w:r>
    </w:p>
    <w:p>
      <w:pPr>
        <w:jc w:val="right"/>
      </w:pPr>
      <w:r>
        <w:t>قرآن اینڈ حدیث فرام اٹس ٹرانسلیشنز، انگلش ٹرانسلیشنز۔</w:t>
      </w:r>
    </w:p>
    <w:p>
      <w:r>
        <w:rPr>
          <w:b/>
        </w:rPr>
        <w:t xml:space="preserve">[01:45] </w:t>
      </w:r>
      <w:r>
        <w:t>i was impressed very much.</w:t>
      </w:r>
    </w:p>
    <w:p>
      <w:pPr>
        <w:jc w:val="right"/>
      </w:pPr>
      <w:r>
        <w:t>آئی واز امپریسڈ ویری مچ۔</w:t>
      </w:r>
    </w:p>
    <w:p>
      <w:r>
        <w:rPr>
          <w:b/>
        </w:rPr>
        <w:t xml:space="preserve">[01:51] </w:t>
      </w:r>
      <w:r>
        <w:t>i found that Islam is a unique religion in term of oneness, in term of in term of the concept of oneness.</w:t>
      </w:r>
    </w:p>
    <w:p>
      <w:pPr>
        <w:jc w:val="right"/>
      </w:pPr>
      <w:r>
        <w:t>آئی فاؤنڈ دیٹ اسلام از ا یونیک ریلیجن ان ٹرم آف وننس، ان ٹرم آف ان ٹرم آف دا کانسیپٹ آف وننس۔</w:t>
      </w:r>
    </w:p>
    <w:p>
      <w:r>
        <w:rPr>
          <w:b/>
        </w:rPr>
        <w:t xml:space="preserve">[02:04] </w:t>
      </w:r>
      <w:r>
        <w:t>tawheed is the basis of the religion of Islam. in Islam, God is one, prophet is one, quran is one.</w:t>
      </w:r>
    </w:p>
    <w:p>
      <w:pPr>
        <w:jc w:val="right"/>
      </w:pPr>
      <w:r>
        <w:t>توحید از دا بیسس آف دا ریلیجن آف اسلام۔ ان اسلام، گاڈ از ون، پرافٹ از ون، قرآن از ون۔</w:t>
      </w:r>
    </w:p>
    <w:p>
      <w:r>
        <w:rPr>
          <w:b/>
        </w:rPr>
        <w:t xml:space="preserve">[02:17] </w:t>
      </w:r>
      <w:r>
        <w:t>so, all the system of Islam is based on the concept of one. it is very fascinating, but at the same time,</w:t>
      </w:r>
    </w:p>
    <w:p>
      <w:pPr>
        <w:jc w:val="right"/>
      </w:pPr>
      <w:r>
        <w:t>سو، آل دا سسٹم آف اسلام از بیسڈ آن دا کانسیپٹ آف ون۔ اٹ از ویری فیسینیٹنگ، بٹ ایٹ دا سیم ٹائم،</w:t>
      </w:r>
    </w:p>
    <w:p>
      <w:r>
        <w:rPr>
          <w:b/>
        </w:rPr>
        <w:t xml:space="preserve">[02:35] </w:t>
      </w:r>
      <w:r>
        <w:t>i found that there is a contradiction in Islam.</w:t>
      </w:r>
    </w:p>
    <w:p>
      <w:pPr>
        <w:jc w:val="right"/>
      </w:pPr>
      <w:r>
        <w:t>آئی فاؤنڈ دیٹ دیر از ا کنٹراڈکشن ان اسلام۔</w:t>
      </w:r>
    </w:p>
    <w:p>
      <w:r>
        <w:rPr>
          <w:b/>
        </w:rPr>
        <w:t xml:space="preserve">[02:42] </w:t>
      </w:r>
      <w:r>
        <w:t>because Islam divided into four or more four schools of fiqh. you know, there are different schools of fiqh, like Hanafi,</w:t>
      </w:r>
    </w:p>
    <w:p>
      <w:pPr>
        <w:jc w:val="right"/>
      </w:pPr>
      <w:r>
        <w:t>بیکاز اسلام ڈیوائیڈڈ انٹو فور اور مور فور سکولز آف فقہ۔ یو نو، دیر آر ڈفرنٹ سکولز آف فقہ، لائک حنفی،</w:t>
      </w:r>
    </w:p>
    <w:p>
      <w:r>
        <w:rPr>
          <w:b/>
        </w:rPr>
        <w:t xml:space="preserve">[02:56] </w:t>
      </w:r>
      <w:r>
        <w:t>Shafi'i, Hanbali, and Maliki.</w:t>
      </w:r>
    </w:p>
    <w:p>
      <w:pPr>
        <w:jc w:val="right"/>
      </w:pPr>
      <w:r>
        <w:t>شافعی، حنبلی، اینڈ مالکی۔</w:t>
      </w:r>
    </w:p>
    <w:p>
      <w:r>
        <w:rPr>
          <w:b/>
        </w:rPr>
        <w:t xml:space="preserve">[03:03] </w:t>
      </w:r>
      <w:r>
        <w:t>although in term of history, there are more than four schools, but the popular schools are these four schools of fiqh.</w:t>
      </w:r>
    </w:p>
    <w:p>
      <w:pPr>
        <w:jc w:val="right"/>
      </w:pPr>
      <w:r>
        <w:t>الدو ان ٹرم آف ہسٹری، دیر آر مور دین فور سکولز، بٹ دا پاپولر سکولز آر دیز فور سکولز آف فقہ۔</w:t>
      </w:r>
    </w:p>
    <w:p>
      <w:r>
        <w:rPr>
          <w:b/>
        </w:rPr>
        <w:t xml:space="preserve">[03:19] </w:t>
      </w:r>
      <w:r>
        <w:t>so, he said that why Islam divided into four fiqh?</w:t>
      </w:r>
    </w:p>
    <w:p>
      <w:pPr>
        <w:jc w:val="right"/>
      </w:pPr>
      <w:r>
        <w:t>سو، ہی سیڈ دیٹ وائی اسلام ڈیوائیڈڈ انٹو فور فقہ؟</w:t>
      </w:r>
    </w:p>
    <w:p>
      <w:r>
        <w:rPr>
          <w:b/>
        </w:rPr>
        <w:t xml:space="preserve">[03:27] </w:t>
      </w:r>
      <w:r>
        <w:t>it is not understandable to me.</w:t>
      </w:r>
    </w:p>
    <w:p>
      <w:pPr>
        <w:jc w:val="right"/>
      </w:pPr>
      <w:r>
        <w:t>اٹ از ناٹ انڈرسٹینڈیبل ٹو می۔</w:t>
      </w:r>
    </w:p>
    <w:p>
      <w:r>
        <w:rPr>
          <w:b/>
        </w:rPr>
        <w:t xml:space="preserve">[03:31] </w:t>
      </w:r>
      <w:r>
        <w:t>so, i said, do you want in detail? do you want to explain this in detail, or in short?</w:t>
      </w:r>
    </w:p>
    <w:p>
      <w:pPr>
        <w:jc w:val="right"/>
      </w:pPr>
      <w:r>
        <w:t>سو، آئی سیڈ، ڈو یو وانٹ ان ڈیٹیل؟ ڈو یو وانٹ ٹو ایکسپلین دس ان ڈیٹیل، اور ان شارٹ؟</w:t>
      </w:r>
    </w:p>
    <w:p>
      <w:r>
        <w:rPr>
          <w:b/>
        </w:rPr>
        <w:t xml:space="preserve">[03:44] </w:t>
      </w:r>
      <w:r>
        <w:t>he said, no, i want to know in detail, and i have enough time to listen from you.</w:t>
      </w:r>
    </w:p>
    <w:p>
      <w:pPr>
        <w:jc w:val="right"/>
      </w:pPr>
      <w:r>
        <w:t>ہی سیڈ، نو، آئی وانٹ ٹو نو ان ڈیٹیل، اینڈ آئی ہیو انف ٹائم ٹو لسن فرام یو۔</w:t>
      </w:r>
    </w:p>
    <w:p>
      <w:r>
        <w:rPr>
          <w:b/>
        </w:rPr>
        <w:t xml:space="preserve">[03:54] </w:t>
      </w:r>
      <w:r>
        <w:t>so, i said that</w:t>
      </w:r>
    </w:p>
    <w:p>
      <w:pPr>
        <w:jc w:val="right"/>
      </w:pPr>
      <w:r>
        <w:t>سو، آئی سیڈ دیٹ</w:t>
      </w:r>
    </w:p>
    <w:p>
      <w:r>
        <w:rPr>
          <w:b/>
        </w:rPr>
        <w:t xml:space="preserve">[03:58] </w:t>
      </w:r>
      <w:r>
        <w:t>the first principle, first guiding principle in this regard is the principle of differentiation.</w:t>
      </w:r>
    </w:p>
    <w:p>
      <w:pPr>
        <w:jc w:val="right"/>
      </w:pPr>
      <w:r>
        <w:t>دا فرسٹ پرنسپل، فرسٹ گائیڈنگ پرنسپل ان دس ریگارڈ از دا پرنسپل آف ڈیفرنشیشن۔</w:t>
      </w:r>
    </w:p>
    <w:p>
      <w:r>
        <w:rPr>
          <w:b/>
        </w:rPr>
        <w:t xml:space="preserve">[04:11] </w:t>
      </w:r>
      <w:r>
        <w:t>you have to differentiate between Islam and Muslims.</w:t>
      </w:r>
    </w:p>
    <w:p>
      <w:pPr>
        <w:jc w:val="right"/>
      </w:pPr>
      <w:r>
        <w:t>یو ہیو ٹو ڈیفرنشیٹ بٹوین اسلام اینڈ مسلمز۔</w:t>
      </w:r>
    </w:p>
    <w:p>
      <w:r>
        <w:rPr>
          <w:b/>
        </w:rPr>
        <w:t xml:space="preserve">[04:17] </w:t>
      </w:r>
      <w:r>
        <w:t>you have to judge in the light of Islamic teachings, Quran and Hadith, not in the light of Muslim practices.</w:t>
      </w:r>
    </w:p>
    <w:p>
      <w:pPr>
        <w:jc w:val="right"/>
      </w:pPr>
      <w:r>
        <w:t>یو ہیو ٹو جج ان دا لائٹ آف اسلامک ٹیچنگز، قرآن اینڈ حدیث، ناٹ ان دا لائٹ آف مسلم پریکٹسز۔</w:t>
      </w:r>
    </w:p>
    <w:p>
      <w:r>
        <w:rPr>
          <w:b/>
        </w:rPr>
        <w:t xml:space="preserve">[04:32] </w:t>
      </w:r>
      <w:r>
        <w:t>then, I said that this kind of differentiation is found in every</w:t>
      </w:r>
    </w:p>
    <w:p>
      <w:pPr>
        <w:jc w:val="right"/>
      </w:pPr>
      <w:r>
        <w:t>دین، آئی سیڈ دیٹ دس کائنڈ آف ڈیفرنشیشن از فاؤنڈ ان ای</w:t>
      </w:r>
    </w:p>
    <w:p>
      <w:r>
        <w:rPr>
          <w:b/>
        </w:rPr>
        <w:t xml:space="preserve">[04:39] </w:t>
      </w:r>
      <w:r>
        <w:t>religion. You know, Christianity, as represented by clergy, is based on the concept of atonement and sinship.</w:t>
      </w:r>
    </w:p>
    <w:p>
      <w:pPr>
        <w:jc w:val="right"/>
      </w:pPr>
      <w:r>
        <w:t>وری ریلیجن۔ یو نو، کرسچینٹی، ایز ریپریزنٹڈ بائی کلرجی، از بیسڈ آن دی کانسیپٹ آف اٹونمنٹ اینڈ سنشپ۔</w:t>
      </w:r>
    </w:p>
    <w:p>
      <w:r>
        <w:rPr>
          <w:b/>
        </w:rPr>
        <w:t xml:space="preserve">[04:54] </w:t>
      </w:r>
      <w:r>
        <w:t>but these concepts are not found in the Bible, in its direct text</w:t>
      </w:r>
    </w:p>
    <w:p>
      <w:pPr>
        <w:jc w:val="right"/>
      </w:pPr>
      <w:r>
        <w:t>بٹ دیز کانسیپٹ آر ناٹ فاؤنڈ ان دا بائبل، ان اٹس ڈائریکٹ ٹیکسٹ</w:t>
      </w:r>
    </w:p>
    <w:p>
      <w:r>
        <w:rPr>
          <w:b/>
        </w:rPr>
        <w:t xml:space="preserve">[05:06] </w:t>
      </w:r>
      <w:r>
        <w:t>. Although there are some inferences, but inferences not enough to establish the basic creed of any religion.</w:t>
      </w:r>
    </w:p>
    <w:p>
      <w:pPr>
        <w:jc w:val="right"/>
      </w:pPr>
      <w:r>
        <w:t>۔ الدو دیر آر سم انفرنسز، بٹ انفرنسز ناٹ انف۔ اسٹیبلش دا بیسک کریڈ آف اینی ریلیجن۔</w:t>
      </w:r>
    </w:p>
    <w:p>
      <w:r>
        <w:rPr>
          <w:b/>
        </w:rPr>
        <w:t xml:space="preserve">[05:17] </w:t>
      </w:r>
      <w:r>
        <w:t>. Then, you see, among Hindus, Hindu scholars say that there is no idol worship in Vedas,</w:t>
      </w:r>
    </w:p>
    <w:p>
      <w:pPr>
        <w:jc w:val="right"/>
      </w:pPr>
      <w:r>
        <w:t>دین، یو سی، امنگ ہندوز، ہندو اسکالرز سے دیٹ دیر از نو ائیڈل ورشپس ان ویداز،</w:t>
      </w:r>
    </w:p>
    <w:p>
      <w:r>
        <w:rPr>
          <w:b/>
        </w:rPr>
        <w:t xml:space="preserve">[05:31] </w:t>
      </w:r>
      <w:r>
        <w:t>but the majority of Hindus are idol worshippers.</w:t>
      </w:r>
    </w:p>
    <w:p>
      <w:pPr>
        <w:jc w:val="right"/>
      </w:pPr>
      <w:r>
        <w:t>بٹ دا میجورٹی آف ہندوز آر ائیڈل ورشپرز</w:t>
      </w:r>
    </w:p>
    <w:p>
      <w:r>
        <w:rPr>
          <w:b/>
        </w:rPr>
        <w:t xml:space="preserve">[05:37] </w:t>
      </w:r>
      <w:r>
        <w:t>. Then, scholars say that in Gita, there is no such caste system which is known at present.</w:t>
      </w:r>
    </w:p>
    <w:p>
      <w:pPr>
        <w:jc w:val="right"/>
      </w:pPr>
      <w:r>
        <w:t>۔ دین، اسکالرز سے دیٹ ان گیتا، دیر از نو سچ کاسٹ سسٹم وچ از نون ایٹ پریزنٹ۔</w:t>
      </w:r>
    </w:p>
    <w:p>
      <w:r>
        <w:rPr>
          <w:b/>
        </w:rPr>
        <w:t xml:space="preserve">[05:49] </w:t>
      </w:r>
      <w:r>
        <w:t>but, you know, the Hindu society is based on caste system. So, this kind of difference is found in any religion.</w:t>
      </w:r>
    </w:p>
    <w:p>
      <w:pPr>
        <w:jc w:val="right"/>
      </w:pPr>
      <w:r>
        <w:t>بٹ، یو نو، دا ہندو سوسائٹی از بیسڈ آن کاسٹ سسٹم۔ سو، دس کائنڈ آف ڈفرنس از فاؤنڈ ان اینی ریلیجن۔</w:t>
      </w:r>
    </w:p>
    <w:p>
      <w:r>
        <w:rPr>
          <w:b/>
        </w:rPr>
        <w:t xml:space="preserve">[06:03] </w:t>
      </w:r>
      <w:r>
        <w:t>So, I said that this is the first principle.</w:t>
      </w:r>
    </w:p>
    <w:p>
      <w:pPr>
        <w:jc w:val="right"/>
      </w:pPr>
      <w:r>
        <w:t>سو، آئی سیڈ دیٹ دس از دا فرسٹ پرنسپل۔</w:t>
      </w:r>
    </w:p>
    <w:p>
      <w:r>
        <w:rPr>
          <w:b/>
        </w:rPr>
        <w:t xml:space="preserve">[06:10] </w:t>
      </w:r>
      <w:r>
        <w:t>if you want to know the exact meaning of Islam, you have to follow this principle, that is principle of differentiation.</w:t>
      </w:r>
    </w:p>
    <w:p>
      <w:pPr>
        <w:jc w:val="right"/>
      </w:pPr>
      <w:r>
        <w:t>اف یو وانٹ ٹو نو دا ایکسیکٹ میننگ آف اسلام، یو ہیو ٹو فالو دس پرنسپل، دیٹ از پرنسپل آف ڈیفرنشیشن۔</w:t>
      </w:r>
    </w:p>
    <w:p>
      <w:r>
        <w:rPr>
          <w:b/>
        </w:rPr>
        <w:t xml:space="preserve">[06:23] </w:t>
      </w:r>
      <w:r>
        <w:t>. Then, I said that</w:t>
      </w:r>
    </w:p>
    <w:p>
      <w:pPr>
        <w:jc w:val="right"/>
      </w:pPr>
      <w:r>
        <w:t>دین، آئی سیڈ دیٹ</w:t>
      </w:r>
    </w:p>
    <w:p>
      <w:r>
        <w:rPr>
          <w:b/>
        </w:rPr>
        <w:t xml:space="preserve">[06:27] </w:t>
      </w:r>
      <w:r>
        <w:t>see the word fiqh.</w:t>
      </w:r>
    </w:p>
    <w:p>
      <w:pPr>
        <w:jc w:val="right"/>
      </w:pPr>
      <w:r>
        <w:t>سی دا ورڈ فقہ۔</w:t>
      </w:r>
    </w:p>
    <w:p>
      <w:r>
        <w:rPr>
          <w:b/>
        </w:rPr>
        <w:t xml:space="preserve">[06:31] </w:t>
      </w:r>
      <w:r>
        <w:t>. Although fiqh, F-I-Q-H, is an Arabic word, and also, this word is found in Quran and Hadith</w:t>
      </w:r>
    </w:p>
    <w:p>
      <w:pPr>
        <w:jc w:val="right"/>
      </w:pPr>
      <w:r>
        <w:t>الدو فقہ، ایف آئی کیو ایچ، از این عربک ورڈ، اینڈ السو، دس ورڈ از فاؤنڈ ان قرآن اینڈ حدیث</w:t>
      </w:r>
    </w:p>
    <w:p>
      <w:r>
        <w:rPr>
          <w:b/>
        </w:rPr>
        <w:t xml:space="preserve">[06:42] </w:t>
      </w:r>
      <w:r>
        <w:t>. There is a verse in the Quran:</w:t>
      </w:r>
    </w:p>
    <w:p>
      <w:pPr>
        <w:jc w:val="right"/>
      </w:pPr>
      <w:r>
        <w:t>۔ دیر از اے ورس ان دا قرآن:</w:t>
      </w:r>
    </w:p>
    <w:p>
      <w:r>
        <w:rPr>
          <w:b/>
        </w:rPr>
        <w:t xml:space="preserve">[06:47] </w:t>
      </w:r>
      <w:r>
        <w:t>"فَلَوْلَا نَفَرٌ مِنْ كُلِّ فِرْقَةٍ طَعَيْفَةٌ لِيَتَفَقَّهُوا فِي الدِّينِ".</w:t>
      </w:r>
    </w:p>
    <w:p>
      <w:pPr>
        <w:jc w:val="right"/>
      </w:pPr>
      <w:r>
        <w:t>"فَلَوْلَا نَفَرًا مِنْ كُلِّ فِرْقَةٍ طَعَيْفَةٌ لِيَتَفَقَّهُوا فِي الدِّينِ"۔</w:t>
      </w:r>
    </w:p>
    <w:p>
      <w:r>
        <w:rPr>
          <w:b/>
        </w:rPr>
        <w:t xml:space="preserve">[06:59] </w:t>
      </w:r>
      <w:r>
        <w:t>. So, is the case of Hadith. There is also Hadith that "وَمَنْ يُرِدِ اللَّهُ بِهِ خَيْرًا يُفَقِّهُ فِي الدِّينِ".</w:t>
      </w:r>
    </w:p>
    <w:p>
      <w:pPr>
        <w:jc w:val="right"/>
      </w:pPr>
      <w:r>
        <w:t>سو، از دا کیس آف حدیث۔ دیر از السو حدیث دیٹ "وَمَنْ يُرِدِ اللَّهَ بِهِ خَيْرًا يُفَقَّهُ فِي الدِّينِ"۔</w:t>
      </w:r>
    </w:p>
    <w:p>
      <w:r>
        <w:rPr>
          <w:b/>
        </w:rPr>
        <w:t xml:space="preserve">[07:09] </w:t>
      </w:r>
      <w:r>
        <w:t>. So, word fiqh is used in both the</w:t>
      </w:r>
    </w:p>
    <w:p>
      <w:pPr>
        <w:jc w:val="right"/>
      </w:pPr>
      <w:r>
        <w:t>سو، ورڈ فقہ از یوزڈ ان بوتھ دا</w:t>
      </w:r>
    </w:p>
    <w:p>
      <w:r>
        <w:rPr>
          <w:b/>
        </w:rPr>
        <w:t xml:space="preserve">[07:15] </w:t>
      </w:r>
      <w:r>
        <w:t>references, in Quran and Hadith.</w:t>
      </w:r>
    </w:p>
    <w:p>
      <w:pPr>
        <w:jc w:val="right"/>
      </w:pPr>
      <w:r>
        <w:t>ریفرنسز، ان قرآن اینڈ حدیث۔</w:t>
      </w:r>
    </w:p>
    <w:p>
      <w:r>
        <w:rPr>
          <w:b/>
        </w:rPr>
        <w:t xml:space="preserve">[07:17] </w:t>
      </w:r>
      <w:r>
        <w:t>. But, it is not there in modern concept, in modern sense. In Quran and in Hadith, fiqh is used in the sense of wisdom.</w:t>
      </w:r>
    </w:p>
    <w:p>
      <w:pPr>
        <w:jc w:val="right"/>
      </w:pPr>
      <w:r>
        <w:t>بٹ، اٹ از ناٹ دیر ان ماڈرن کانسیپٹ، ان ماڈرن سینس۔ ان قرآن اینڈ ان حدیث، فقہ از یوزڈ ان دا سینس آف وزڈم۔</w:t>
      </w:r>
    </w:p>
    <w:p>
      <w:r>
        <w:rPr>
          <w:b/>
        </w:rPr>
        <w:t xml:space="preserve">[07:37] </w:t>
      </w:r>
      <w:r>
        <w:t>. Literally, fiqh means wisdom.</w:t>
      </w:r>
    </w:p>
    <w:p>
      <w:pPr>
        <w:jc w:val="right"/>
      </w:pPr>
      <w:r>
        <w:t>لٹرلی، فقہ مینز وزڈم۔</w:t>
      </w:r>
    </w:p>
    <w:p>
      <w:r>
        <w:rPr>
          <w:b/>
        </w:rPr>
        <w:t xml:space="preserve">[07:41] </w:t>
      </w:r>
      <w:r>
        <w:t>. And in Quran and Hadith, it is used in this literal sense. Wisdom, here it means divine wisdom.</w:t>
      </w:r>
    </w:p>
    <w:p>
      <w:pPr>
        <w:jc w:val="right"/>
      </w:pPr>
      <w:r>
        <w:t>اینڈ ان قرآن اینڈ حدیث، اٹ از یوزڈ ان دس لٹرل سینس۔ وزڈم، ہیر اٹ مینز ڈیوائن وزڈم۔</w:t>
      </w:r>
    </w:p>
    <w:p>
      <w:r>
        <w:rPr>
          <w:b/>
        </w:rPr>
        <w:t xml:space="preserve">[07:53] </w:t>
      </w:r>
      <w:r>
        <w:t>. So, according to the Quran and Hadith, fiqh means divine wisdom. But, in present term, fiqh means law, Sharia law.</w:t>
      </w:r>
    </w:p>
    <w:p>
      <w:pPr>
        <w:jc w:val="right"/>
      </w:pPr>
      <w:r>
        <w:t>سو، اکارڈنگ ٹو دا قرآن اینڈ حدیث، فقہ مینز ڈیوائن وزڈم۔ بٹ، ان پریزنٹ ٹرم، فقہ مینز لا، شریعہ لا۔</w:t>
      </w:r>
    </w:p>
    <w:p>
      <w:r>
        <w:rPr>
          <w:b/>
        </w:rPr>
        <w:t xml:space="preserve">[08:06] </w:t>
      </w:r>
      <w:r>
        <w:t>. Now, people use fiqh as Sharia law.</w:t>
      </w:r>
    </w:p>
    <w:p>
      <w:pPr>
        <w:jc w:val="right"/>
      </w:pPr>
      <w:r>
        <w:t>ناو، پیپل یوز فقہ ایز شریعہ لا۔</w:t>
      </w:r>
    </w:p>
    <w:p>
      <w:r>
        <w:rPr>
          <w:b/>
        </w:rPr>
        <w:t xml:space="preserve">[08:11] </w:t>
      </w:r>
      <w:r>
        <w:t>. But, in this sense, you cannot find this word in Quran and Hadith.</w:t>
      </w:r>
    </w:p>
    <w:p>
      <w:pPr>
        <w:jc w:val="right"/>
      </w:pPr>
      <w:r>
        <w:t>بٹ، ان دس سینس، یو کٹ ناٹ فائنڈ دس ورڈ ان قرآن اینڈ حدیث۔</w:t>
      </w:r>
    </w:p>
    <w:p>
      <w:r>
        <w:rPr>
          <w:b/>
        </w:rPr>
        <w:t xml:space="preserve">[08:22] </w:t>
      </w:r>
      <w:r>
        <w:t>deen, i said that</w:t>
      </w:r>
    </w:p>
    <w:p>
      <w:pPr>
        <w:jc w:val="right"/>
      </w:pPr>
      <w:r>
        <w:t>دین، آئی سیڈ دیٹ</w:t>
      </w:r>
    </w:p>
    <w:p>
      <w:r>
        <w:rPr>
          <w:b/>
        </w:rPr>
        <w:t xml:space="preserve">[08:27] </w:t>
      </w:r>
      <w:r>
        <w:t>why there are different schools. these different schools are not quite baseless.</w:t>
      </w:r>
    </w:p>
    <w:p>
      <w:pPr>
        <w:jc w:val="right"/>
      </w:pPr>
      <w:r>
        <w:t>وائی دیر آر ڈفرنٹ سکولز۔ دیز ڈفرنٹ سکولز آر ناٹ کوائٹ بیسلیس۔</w:t>
      </w:r>
    </w:p>
    <w:p>
      <w:r>
        <w:rPr>
          <w:b/>
        </w:rPr>
        <w:t xml:space="preserve">[08:40] </w:t>
      </w:r>
      <w:r>
        <w:t>these different schools are based on those differences which are found in the hadith literature.</w:t>
      </w:r>
    </w:p>
    <w:p>
      <w:pPr>
        <w:jc w:val="right"/>
      </w:pPr>
      <w:r>
        <w:t>دیز ڈفرنٹ سکولز آر بیسڈ آن دوز ڈفرنسز وچ آر فاؤنڈ ان دا حدیث لٹریچر۔</w:t>
      </w:r>
    </w:p>
    <w:p>
      <w:r>
        <w:rPr>
          <w:b/>
        </w:rPr>
        <w:t xml:space="preserve">[08:51] </w:t>
      </w:r>
      <w:r>
        <w:t>mostly, these differences are pretend to the prayer, salat prayer, example.</w:t>
      </w:r>
    </w:p>
    <w:p>
      <w:pPr>
        <w:jc w:val="right"/>
      </w:pPr>
      <w:r>
        <w:t>موسٹلی، دیز ڈفرنسز آر پرٹینڈ ٹو دی پریر، صلاۃ پریر، ایگزیمپل۔</w:t>
      </w:r>
    </w:p>
    <w:p>
      <w:r>
        <w:rPr>
          <w:b/>
        </w:rPr>
        <w:t xml:space="preserve">[09:01] </w:t>
      </w:r>
      <w:r>
        <w:t>so, if you read quran, you will find that in quran, there are several mentions of salat, that is namaz or prayer.</w:t>
      </w:r>
    </w:p>
    <w:p>
      <w:pPr>
        <w:jc w:val="right"/>
      </w:pPr>
      <w:r>
        <w:t>سو، اف یو ریڈ قرآن، یو ویل فائنڈ دیٹ ان قرآن، دیر آر سیورل مینشنز آف صلاۃ، دیٹ از نماز اور پریر۔</w:t>
      </w:r>
    </w:p>
    <w:p>
      <w:r>
        <w:rPr>
          <w:b/>
        </w:rPr>
        <w:t xml:space="preserve">[09:14] </w:t>
      </w:r>
      <w:r>
        <w:t>but, in quran, there is no practical details of salat. no, not at all.</w:t>
      </w:r>
    </w:p>
    <w:p>
      <w:pPr>
        <w:jc w:val="right"/>
      </w:pPr>
      <w:r>
        <w:t>بٹ، ان قرآن، دیر از نو پریکٹیکل ڈیٹیلز آف صلاۃ۔ نو، ناٹ ایٹ ال۔</w:t>
      </w:r>
    </w:p>
    <w:p>
      <w:r>
        <w:rPr>
          <w:b/>
        </w:rPr>
        <w:t xml:space="preserve">[09:21] </w:t>
      </w:r>
      <w:r>
        <w:t>quran says that "qad aflal mominun alladhina fi salatihim khashiun". those believers are successful, who are</w:t>
      </w:r>
    </w:p>
    <w:p>
      <w:pPr>
        <w:jc w:val="right"/>
      </w:pPr>
      <w:r>
        <w:t>قرآن سیز دیٹ "قد افل المومنون الذین فی صلاتہم خاشعون"۔ دوز بیلیورز آر سکسیس فل، ہو آر</w:t>
      </w:r>
    </w:p>
    <w:p>
      <w:r>
        <w:rPr>
          <w:b/>
        </w:rPr>
        <w:t xml:space="preserve">[09:36] </w:t>
      </w:r>
      <w:r>
        <w:t>who perform salat with god consciousness, with khushu. khushu means divine</w:t>
      </w:r>
    </w:p>
    <w:p>
      <w:pPr>
        <w:jc w:val="right"/>
      </w:pPr>
      <w:r>
        <w:t>ہو پرفارم صلاۃ ود گاڈ کانشیسنس، ود خشوع۔ خشوع مینز ڈیوائن</w:t>
      </w:r>
    </w:p>
    <w:p>
      <w:r>
        <w:rPr>
          <w:b/>
        </w:rPr>
        <w:t xml:space="preserve">[09:45] </w:t>
      </w:r>
      <w:r>
        <w:t>consciousness. also, there are some more verses in the quran regarding salat. but, you cannot find any detail about practical form of the salat.</w:t>
      </w:r>
    </w:p>
    <w:p>
      <w:pPr>
        <w:jc w:val="right"/>
      </w:pPr>
      <w:r>
        <w:t>کانشیسنس۔ السو، دیر آر سم مور ورسز ان دا قرآن ریگارڈنگ صلاۃ۔ بٹ، یو کٹ ناٹ فائنڈ اینی ڈیٹیل اباؤٹ پریکٹیکل فارم آف دا صلاۃ۔</w:t>
      </w:r>
    </w:p>
    <w:p>
      <w:r>
        <w:rPr>
          <w:b/>
        </w:rPr>
        <w:t xml:space="preserve">[09:59] </w:t>
      </w:r>
      <w:r>
        <w:t>practical form of salat is found only in hadith. the prophet of islam has said: "sallu kama raituni usalli".</w:t>
      </w:r>
    </w:p>
    <w:p>
      <w:pPr>
        <w:jc w:val="right"/>
      </w:pPr>
      <w:r>
        <w:t>پریکٹیکل فارم آف صلاۃ از فاؤنڈ اونلی ان حدیث۔ دا پرافٹ آف اسلام ہیز سیڈ: "صلو کما رایت منی وصلی"۔</w:t>
      </w:r>
    </w:p>
    <w:p>
      <w:r>
        <w:rPr>
          <w:b/>
        </w:rPr>
        <w:t xml:space="preserve">[10:12] </w:t>
      </w:r>
      <w:r>
        <w:t>perform salat prayer as you see myself. so, imitate my prayer.</w:t>
      </w:r>
    </w:p>
    <w:p>
      <w:pPr>
        <w:jc w:val="right"/>
      </w:pPr>
      <w:r>
        <w:t>پرفارم صلاۃ پریر ایز یو سی مائی سیلف۔ سو، ایمیٹیٹ مائی پریر۔</w:t>
      </w:r>
    </w:p>
    <w:p>
      <w:r>
        <w:rPr>
          <w:b/>
        </w:rPr>
        <w:t xml:space="preserve">[10:26] </w:t>
      </w:r>
      <w:r>
        <w:t>so, in quran, you cannot find commandment of salat, but without practical details.</w:t>
      </w:r>
    </w:p>
    <w:p>
      <w:pPr>
        <w:jc w:val="right"/>
      </w:pPr>
      <w:r>
        <w:t>سو، ان قرآن، یو کٹ فائنڈ کمانڈمنٹ آف صلاۃ، بٹ وداؤٹ پریکٹیکل ڈیٹیلز۔</w:t>
      </w:r>
    </w:p>
    <w:p>
      <w:r>
        <w:rPr>
          <w:b/>
        </w:rPr>
        <w:t xml:space="preserve">[10:38] </w:t>
      </w:r>
      <w:r>
        <w:t>these details are found in hadith literature.</w:t>
      </w:r>
    </w:p>
    <w:p>
      <w:pPr>
        <w:jc w:val="right"/>
      </w:pPr>
      <w:r>
        <w:t>دیز ڈیٹیلز آر فاؤنڈ ان حدیث لٹریچر۔</w:t>
      </w:r>
    </w:p>
    <w:p>
      <w:r>
        <w:rPr>
          <w:b/>
        </w:rPr>
        <w:t xml:space="preserve">[10:43] </w:t>
      </w:r>
      <w:r>
        <w:t>now,</w:t>
      </w:r>
    </w:p>
    <w:p>
      <w:pPr>
        <w:jc w:val="right"/>
      </w:pPr>
      <w:r>
        <w:t>ناو،</w:t>
      </w:r>
    </w:p>
    <w:p>
      <w:r>
        <w:rPr>
          <w:b/>
        </w:rPr>
        <w:t xml:space="preserve">[10:47] </w:t>
      </w:r>
      <w:r>
        <w:t>what happened? hadith literature was not compiled during prophet of islam. it was compiled during abbasid period.</w:t>
      </w:r>
    </w:p>
    <w:p>
      <w:pPr>
        <w:jc w:val="right"/>
      </w:pPr>
      <w:r>
        <w:t>واٹ ہیپنڈ؟ حدیث لٹریچر واز ناٹ کمپائلڈ ڈیورنگ پرافٹ آف اسلام۔ اٹ واز کمپائلڈ ڈیورنگ عباسد پیریڈ۔</w:t>
      </w:r>
    </w:p>
    <w:p>
      <w:r>
        <w:rPr>
          <w:b/>
        </w:rPr>
        <w:t xml:space="preserve">[11:03] </w:t>
      </w:r>
      <w:r>
        <w:t>during abbasid period. and, you know, there is hadith</w:t>
      </w:r>
    </w:p>
    <w:p>
      <w:pPr>
        <w:jc w:val="right"/>
      </w:pPr>
      <w:r>
        <w:t>ڈیورنگ عباسد پیریڈ۔ اینڈ، یو نو، دیر از حدیث</w:t>
      </w:r>
    </w:p>
    <w:p>
      <w:r>
        <w:rPr>
          <w:b/>
        </w:rPr>
        <w:t xml:space="preserve">[11:08] </w:t>
      </w:r>
      <w:r>
        <w:t>prophet of islam has said: "khairul qurun qarni thumma alladhina yalunahum thumma alladhina yalunahum".</w:t>
      </w:r>
    </w:p>
    <w:p>
      <w:pPr>
        <w:jc w:val="right"/>
      </w:pPr>
      <w:r>
        <w:t>پرافٹ آف اسلام ہیز سیڈ: "خیر القرون قرنی ثم الذینیلونہم ثم الذینیلونہم"۔</w:t>
      </w:r>
    </w:p>
    <w:p>
      <w:r>
        <w:rPr>
          <w:b/>
        </w:rPr>
        <w:t xml:space="preserve">[11:20] </w:t>
      </w:r>
      <w:r>
        <w:t>the best period is my period. then the next period, and then the third period.</w:t>
      </w:r>
    </w:p>
    <w:p>
      <w:pPr>
        <w:jc w:val="right"/>
      </w:pPr>
      <w:r>
        <w:t>دا بیسٹ پیریڈ از مائی پیریڈ۔ دین دی نیکسٹ پیریڈ، اینڈ دین دی تھرڈ پیریڈ۔</w:t>
      </w:r>
    </w:p>
    <w:p>
      <w:r>
        <w:rPr>
          <w:b/>
        </w:rPr>
        <w:t xml:space="preserve">[11:32] </w:t>
      </w:r>
      <w:r>
        <w:t>it means that there are three periods: period prophetic, period sahaba, period or tabi'een period.</w:t>
      </w:r>
    </w:p>
    <w:p>
      <w:pPr>
        <w:jc w:val="right"/>
      </w:pPr>
      <w:r>
        <w:t>اٹ مینز دیٹ دیر آر تھری پیریڈ: پیریڈ پروفیٹک، پیریڈ صحابہ، پیریڈ اور تابعین پیریڈ۔</w:t>
      </w:r>
    </w:p>
    <w:p>
      <w:r>
        <w:rPr>
          <w:b/>
        </w:rPr>
        <w:t xml:space="preserve">[11:43] </w:t>
      </w:r>
      <w:r>
        <w:t>yani, period of the prophet of islam, then the period of companions of the prophet of islam, then the companions of the companion of the prophet.</w:t>
      </w:r>
    </w:p>
    <w:p>
      <w:pPr>
        <w:jc w:val="right"/>
      </w:pPr>
      <w:r>
        <w:t>یعنی، پیریڈ آف دا پرافٹ آف اسلام، دین دا پیریڈ آف کمپینینز آف دا پرافٹ آف اسلام، دین دا کمپینینز آف دا کمپینین آف دا پرافٹ۔</w:t>
      </w:r>
    </w:p>
    <w:p>
      <w:r>
        <w:rPr>
          <w:b/>
        </w:rPr>
        <w:t xml:space="preserve">[11:58] </w:t>
      </w:r>
      <w:r>
        <w:t>it is rasul, sahaba and tabi'een.</w:t>
      </w:r>
    </w:p>
    <w:p>
      <w:pPr>
        <w:jc w:val="right"/>
      </w:pPr>
      <w:r>
        <w:t>اٹ از رسول، صحابہ اینڈ تابعین۔</w:t>
      </w:r>
    </w:p>
    <w:p>
      <w:r>
        <w:rPr>
          <w:b/>
        </w:rPr>
        <w:t xml:space="preserve">[12:03] </w:t>
      </w:r>
      <w:r>
        <w:t>so, these three periods are called qurun, mashhud, laha, bilkhair. these three periods are ideal periods in islam.</w:t>
      </w:r>
    </w:p>
    <w:p>
      <w:pPr>
        <w:jc w:val="right"/>
      </w:pPr>
      <w:r>
        <w:t>تو، دیز تھری پیریڈز آر کالڈ قروج، مشہود، لہٰہ، بالخیر۔ دیز تھری پیریڈز آر آئیڈیل پیریڈ ان اسلام۔</w:t>
      </w:r>
    </w:p>
    <w:p>
      <w:r>
        <w:rPr>
          <w:b/>
        </w:rPr>
        <w:t xml:space="preserve">[12:18] </w:t>
      </w:r>
      <w:r>
        <w:t>but, you see, the compilation of hadith was not hadith was compiled only in the abbasid period.</w:t>
      </w:r>
    </w:p>
    <w:p>
      <w:pPr>
        <w:jc w:val="right"/>
      </w:pPr>
      <w:r>
        <w:t>بٹ، یو سی، دا کمپائلیشن آف حدیث واز ناٹ حدیث واز کمپائلڈ اونلی ان دا عباسد پیریڈ۔</w:t>
      </w:r>
    </w:p>
    <w:p>
      <w:r>
        <w:rPr>
          <w:b/>
        </w:rPr>
        <w:t xml:space="preserve">[12:30] </w:t>
      </w:r>
      <w:r>
        <w:t>that is not included in three periods.</w:t>
      </w:r>
    </w:p>
    <w:p>
      <w:pPr>
        <w:jc w:val="right"/>
      </w:pPr>
      <w:r>
        <w:t>دیٹ از ناٹ انکلوڈڈ ان تھری پیریڈز۔</w:t>
      </w:r>
    </w:p>
    <w:p>
      <w:r>
        <w:rPr>
          <w:b/>
        </w:rPr>
        <w:t xml:space="preserve">[12:36] </w:t>
      </w:r>
      <w:r>
        <w:t>during three period, there are no compilation of hadith. although hadith was prevalent. although people are remembering hadith every day.</w:t>
      </w:r>
    </w:p>
    <w:p>
      <w:pPr>
        <w:jc w:val="right"/>
      </w:pPr>
      <w:r>
        <w:t>ڈیورنگ تھری پیریڈ، دیر آر نو کمپائلیشن آف حدیث۔ الدو حدیث واز پرولنٹ۔ الدو پیپل آر ریممبرنگ حدیث ایوری ڈے۔</w:t>
      </w:r>
    </w:p>
    <w:p>
      <w:r>
        <w:rPr>
          <w:b/>
        </w:rPr>
        <w:t xml:space="preserve">[12:51] </w:t>
      </w:r>
      <w:r>
        <w:t>every day. but, mostly through their memory. so, hadith was present in all these periods.</w:t>
      </w:r>
    </w:p>
    <w:p>
      <w:pPr>
        <w:jc w:val="right"/>
      </w:pPr>
      <w:r>
        <w:t>ایوری ڈے۔ بٹ، موسٹلی تھرو دیر میموری۔ سو، حدیث واز پریزنٹ ان آل دیز پیریڈز۔</w:t>
      </w:r>
    </w:p>
    <w:p>
      <w:r>
        <w:rPr>
          <w:b/>
        </w:rPr>
        <w:t xml:space="preserve">[13:05] </w:t>
      </w:r>
      <w:r>
        <w:t>but</w:t>
      </w:r>
    </w:p>
    <w:p>
      <w:pPr>
        <w:jc w:val="right"/>
      </w:pPr>
      <w:r>
        <w:t>بٹ</w:t>
      </w:r>
    </w:p>
    <w:p>
      <w:r>
        <w:rPr>
          <w:b/>
        </w:rPr>
        <w:t xml:space="preserve">[13:06] </w:t>
      </w:r>
      <w:r>
        <w:t>in term of compilation, it was not. so, compilation began during the period of abbas period.</w:t>
      </w:r>
    </w:p>
    <w:p>
      <w:pPr>
        <w:jc w:val="right"/>
      </w:pPr>
      <w:r>
        <w:t>، ان ٹرم آف کمپائلیشن، اٹ واز ناٹ۔ سو، کمپائلیشن بیگن ڈیورنگ دی پیریڈ آف عباس پیریڈ۔</w:t>
      </w:r>
    </w:p>
    <w:p>
      <w:r>
        <w:rPr>
          <w:b/>
        </w:rPr>
        <w:t xml:space="preserve">[13:19] </w:t>
      </w:r>
      <w:r>
        <w:t>you know, the first the political in term of political period. in term of political period, there were first was prophets period, the second was khilafat rashida,</w:t>
      </w:r>
    </w:p>
    <w:p>
      <w:pPr>
        <w:jc w:val="right"/>
      </w:pPr>
      <w:r>
        <w:t>یو نو، دا فرسٹ دا پولیٹیکل ان ٹرم آف پولیٹیکل پیریڈ۔ ان ٹرم آف پولیٹیکل پیریڈ، دیر وار فرسٹ واز پرافٹس پیریڈ، دا سیکنڈ واز خلافت راشدہ،</w:t>
      </w:r>
    </w:p>
    <w:p>
      <w:r>
        <w:rPr>
          <w:b/>
        </w:rPr>
        <w:t xml:space="preserve">[13:34] </w:t>
      </w:r>
      <w:r>
        <w:t>the third was umayyad period, and fourth was abbasid period. so, hadith was compiled in in this fourth period, abbasid period.</w:t>
      </w:r>
    </w:p>
    <w:p>
      <w:pPr>
        <w:jc w:val="right"/>
      </w:pPr>
      <w:r>
        <w:t>دا تھرڈ واز امیت پیریڈ، اینڈ فورتھ واز عباسد پیریڈ۔ تو، حدیث واز کمپائلڈ ان ان دس فورتھ پیریڈ، عباسد پیریڈ۔</w:t>
      </w:r>
    </w:p>
    <w:p>
      <w:r>
        <w:rPr>
          <w:b/>
        </w:rPr>
        <w:t xml:space="preserve">[13:47] </w:t>
      </w:r>
      <w:r>
        <w:t>now, what happened?</w:t>
      </w:r>
    </w:p>
    <w:p>
      <w:pPr>
        <w:jc w:val="right"/>
      </w:pPr>
      <w:r>
        <w:t>ناو، واٹ ہیپن؟</w:t>
      </w:r>
    </w:p>
    <w:p>
      <w:r>
        <w:rPr>
          <w:b/>
        </w:rPr>
        <w:t xml:space="preserve">[13:48] </w:t>
      </w:r>
      <w:r>
        <w:t>although these hadith were prevalent among muslims. hadith was not unknown.</w:t>
      </w:r>
    </w:p>
    <w:p>
      <w:pPr>
        <w:jc w:val="right"/>
      </w:pPr>
      <w:r>
        <w:t>الدو دیز حدیث ویر پرولنٹ امنگ مسلمز۔ حدیث واز ناٹ ان نون۔</w:t>
      </w:r>
    </w:p>
    <w:p>
      <w:r>
        <w:rPr>
          <w:b/>
        </w:rPr>
        <w:t xml:space="preserve">[13:58] </w:t>
      </w:r>
      <w:r>
        <w:t>although hadith were quite known to those muslims. but, not in a compiled form, not a book form. so, although these hadith were compiled in book form during the abbasid period.</w:t>
      </w:r>
    </w:p>
    <w:p>
      <w:pPr>
        <w:jc w:val="right"/>
      </w:pPr>
      <w:r>
        <w:t>الدو حدیث ویر کوائٹ نون ٹو دوز مسلمز۔ بٹ، ناٹ ان اے کمپائلڈ فارم، ناٹ اے بک فارم۔ سو، الدیز حدیث ویر کمپائلڈ ان بک فارم ڈیورنگ دی عباسد پیریڈ۔</w:t>
      </w:r>
    </w:p>
    <w:p>
      <w:r>
        <w:rPr>
          <w:b/>
        </w:rPr>
        <w:t xml:space="preserve">[14:15] </w:t>
      </w:r>
      <w:r>
        <w:t>so, what happened?</w:t>
      </w:r>
    </w:p>
    <w:p>
      <w:pPr>
        <w:jc w:val="right"/>
      </w:pPr>
      <w:r>
        <w:t>سو، واٹ ہیپن؟</w:t>
      </w:r>
    </w:p>
    <w:p>
      <w:r>
        <w:rPr>
          <w:b/>
        </w:rPr>
        <w:t xml:space="preserve">[14:18] </w:t>
      </w:r>
      <w:r>
        <w:t>when hadith were compiled, hadith means although traditions received from the companion.</w:t>
      </w:r>
    </w:p>
    <w:p>
      <w:pPr>
        <w:jc w:val="right"/>
      </w:pPr>
      <w:r>
        <w:t>وین حدیث ویر کمپائلڈ، حدیث مینز الدو ٹریڈیشنز ریسیوڈ فرام دی کمپینین۔</w:t>
      </w:r>
    </w:p>
    <w:p>
      <w:r>
        <w:rPr>
          <w:b/>
        </w:rPr>
        <w:t xml:space="preserve">[14:31] </w:t>
      </w:r>
      <w:r>
        <w:t>although hadith, although traditions</w:t>
      </w:r>
    </w:p>
    <w:p>
      <w:pPr>
        <w:jc w:val="right"/>
      </w:pPr>
      <w:r>
        <w:t>الدوز حدیث، الدوز ٹریڈیشنز</w:t>
      </w:r>
    </w:p>
    <w:p>
      <w:r>
        <w:rPr>
          <w:b/>
        </w:rPr>
        <w:t xml:space="preserve">[14:36] </w:t>
      </w:r>
      <w:r>
        <w:t>were not received by the prophet himself. but, through the companions of the prophet.</w:t>
      </w:r>
    </w:p>
    <w:p>
      <w:pPr>
        <w:jc w:val="right"/>
      </w:pPr>
      <w:r>
        <w:t>ویر ناٹ ریسیوڈ بائی دا پرافٹ ہم سیلف۔ بٹ، تھرو دی کمپینینز آف دا پرافٹ۔</w:t>
      </w:r>
    </w:p>
    <w:p>
      <w:r>
        <w:rPr>
          <w:b/>
        </w:rPr>
        <w:t xml:space="preserve">[14:46] </w:t>
      </w:r>
      <w:r>
        <w:t>so, there are three meanings of hadith according to the scholars. one, the sayings of the prophet of islam, the practice of the prophet of islam, and also the sayings of prophet, sayings of and practice of sahaba.</w:t>
      </w:r>
    </w:p>
    <w:p>
      <w:pPr>
        <w:jc w:val="right"/>
      </w:pPr>
      <w:r>
        <w:t>سو، دیر آر تھری میننگ آف حدیث اکارڈنگ ٹو دی سکالرز۔ ون، دا سینگز آف دا پرافٹ آف اسلام، دا پریکٹس آف دا پرافٹ آف اسلام، اینڈ السو دی سینگز آف پرافٹ، سینگز آف اینڈ پریکٹس آف صحابہ۔</w:t>
      </w:r>
    </w:p>
    <w:p>
      <w:r>
        <w:rPr>
          <w:b/>
        </w:rPr>
        <w:t xml:space="preserve">[15:09] </w:t>
      </w:r>
      <w:r>
        <w:t>so, some scholars to differentiate between the two, they used to terms: hadith and athar, a s a r.</w:t>
      </w:r>
    </w:p>
    <w:p>
      <w:pPr>
        <w:jc w:val="right"/>
      </w:pPr>
      <w:r>
        <w:t>تو، سم اسکالرز ٹو ڈیفرنشیٹ بٹوین دا ٹو، دے یوز ٹو ٹرمز: حدیث اینڈ اثر، اے ایس اے ار۔</w:t>
      </w:r>
    </w:p>
    <w:p>
      <w:r>
        <w:rPr>
          <w:b/>
        </w:rPr>
        <w:t xml:space="preserve">[15:18] </w:t>
      </w:r>
      <w:r>
        <w:t>hadith and athar. so, by hadith, they mean hadith of rasul, and by athar, they mean saying of the saying of the of the companions,</w:t>
      </w:r>
    </w:p>
    <w:p>
      <w:pPr>
        <w:jc w:val="right"/>
      </w:pPr>
      <w:r>
        <w:t>حدیث اینڈ اثر۔ تو، بائی حدیث، دے مین حدیث آف رسول، اینڈ بائی اثر، دے مین سینگ آف دا سینگ آف دا آف دا کمپینینز،</w:t>
      </w:r>
    </w:p>
    <w:p>
      <w:r>
        <w:rPr>
          <w:b/>
        </w:rPr>
        <w:t xml:space="preserve">[15:36] </w:t>
      </w:r>
      <w:r>
        <w:t>athar sahaba.</w:t>
      </w:r>
    </w:p>
    <w:p>
      <w:pPr>
        <w:jc w:val="right"/>
      </w:pPr>
      <w:r>
        <w:t>آثار صحابہ۔</w:t>
      </w:r>
    </w:p>
    <w:p>
      <w:r>
        <w:rPr>
          <w:b/>
        </w:rPr>
        <w:t xml:space="preserve">[15:39] </w:t>
      </w:r>
      <w:r>
        <w:t>so, but, according to the muslim scholars, there is no difference, there is no difference between the two.</w:t>
      </w:r>
    </w:p>
    <w:p>
      <w:pPr>
        <w:jc w:val="right"/>
      </w:pPr>
      <w:r>
        <w:t>سو، بٹ، اکارڈنگ ٹو دا مسلم سکالرز، دیر از نو ڈیفرنس، دیر از نو ڈیفرنس بٹوین دا ٹو۔</w:t>
      </w:r>
    </w:p>
    <w:p>
      <w:r>
        <w:rPr>
          <w:b/>
        </w:rPr>
        <w:t xml:space="preserve">[15:52] </w:t>
      </w:r>
      <w:r>
        <w:t>both are authentic. if a saying is established, it is authentic. either from hadith, from prophet, or from the companion of the prophet</w:t>
      </w:r>
    </w:p>
    <w:p>
      <w:pPr>
        <w:jc w:val="right"/>
      </w:pPr>
      <w:r>
        <w:t>بوتھ آر اتھینٹک۔ اف ا سینگ از اسٹیبلش، اٹ از اتھینٹک۔ ایدر فرام حدیث، فرام پرافٹ، اور فرام دا کمپین آف دا پرافٹ</w:t>
      </w:r>
    </w:p>
    <w:p>
      <w:r>
        <w:rPr>
          <w:b/>
        </w:rPr>
        <w:t xml:space="preserve">[16:06] </w:t>
      </w:r>
      <w:r>
        <w:t>. because prophet has said that: "my companions are like stars".</w:t>
      </w:r>
    </w:p>
    <w:p>
      <w:pPr>
        <w:jc w:val="right"/>
      </w:pPr>
      <w:r>
        <w:t>۔ بیکاز پرافٹ ہیز سیڈ دیٹ: "مائی کمپینینز آر لائک سٹارز"۔</w:t>
      </w:r>
    </w:p>
    <w:p>
      <w:r>
        <w:rPr>
          <w:b/>
        </w:rPr>
        <w:t xml:space="preserve">[16:21] </w:t>
      </w:r>
      <w:r>
        <w:t>so, you have to follow any one of them. you will be in right path.</w:t>
      </w:r>
    </w:p>
    <w:p>
      <w:pPr>
        <w:jc w:val="right"/>
      </w:pPr>
      <w:r>
        <w:t>سو، یو ہیو ٹو فالو اینی ون آف دیم۔ یو ویل بی ان رائٹ پاتھ۔</w:t>
      </w:r>
    </w:p>
    <w:p>
      <w:r>
        <w:rPr>
          <w:b/>
        </w:rPr>
        <w:t xml:space="preserve">[16:29] </w:t>
      </w:r>
      <w:r>
        <w:t>so, what happened?</w:t>
      </w:r>
    </w:p>
    <w:p>
      <w:pPr>
        <w:jc w:val="right"/>
      </w:pPr>
      <w:r>
        <w:t>سو، واٹ ہیپن؟</w:t>
      </w:r>
    </w:p>
    <w:p>
      <w:r>
        <w:rPr>
          <w:b/>
        </w:rPr>
        <w:t xml:space="preserve">[16:33] </w:t>
      </w:r>
      <w:r>
        <w:t>when the hadith was compiled in book form, people discovered that there is a difference.</w:t>
      </w:r>
    </w:p>
    <w:p>
      <w:pPr>
        <w:jc w:val="right"/>
      </w:pPr>
      <w:r>
        <w:t>وین دا حدیث واز کمپائلڈ ان بک فارم، پیپل ڈسکورڈ دیٹ دیر از اے ڈیفرنس۔</w:t>
      </w:r>
    </w:p>
    <w:p>
      <w:r>
        <w:rPr>
          <w:b/>
        </w:rPr>
        <w:t xml:space="preserve">[16:44] </w:t>
      </w:r>
      <w:r>
        <w:t>after compilation, this difference was very obvious. that although sahaba, although were performing salah, but there were some differences in method</w:t>
      </w:r>
    </w:p>
    <w:p>
      <w:pPr>
        <w:jc w:val="right"/>
      </w:pPr>
      <w:r>
        <w:t>افٹر کمپائلیشن، دس ڈیفرنس واز ویری ابویس۔ دیٹ الدو صحابہ، الدو ویر پرفارمنگ صلاۃ، بٹ دیر وار سم ڈیفرنسز ان میتھڈ</w:t>
      </w:r>
    </w:p>
    <w:p>
      <w:r>
        <w:rPr>
          <w:b/>
        </w:rPr>
        <w:t xml:space="preserve">[17:02] </w:t>
      </w:r>
      <w:r>
        <w:t>. so, here arose the question:</w:t>
      </w:r>
    </w:p>
    <w:p>
      <w:pPr>
        <w:jc w:val="right"/>
      </w:pPr>
      <w:r>
        <w:t>۔ سو، ہیر اروز دا کوئسچن:</w:t>
      </w:r>
    </w:p>
    <w:p>
      <w:r>
        <w:rPr>
          <w:b/>
        </w:rPr>
        <w:t xml:space="preserve">[17:11] </w:t>
      </w:r>
      <w:r>
        <w:t>which one of those differences is correct?</w:t>
      </w:r>
    </w:p>
    <w:p>
      <w:pPr>
        <w:jc w:val="right"/>
      </w:pPr>
      <w:r>
        <w:t>وچ ون آف دوز ڈیفرنس از کریکٹ؟</w:t>
      </w:r>
    </w:p>
    <w:p>
      <w:r>
        <w:rPr>
          <w:b/>
        </w:rPr>
        <w:t xml:space="preserve">[17:16] </w:t>
      </w:r>
      <w:r>
        <w:t>When they came to know that there are differences among the Sahaba practices, and also Sahaba narrated in a different way.</w:t>
      </w:r>
    </w:p>
    <w:p>
      <w:pPr>
        <w:jc w:val="right"/>
      </w:pPr>
      <w:r>
        <w:t>وین دے کیم ٹو نو دیٹ دیر آر ڈیفرنسز امنگ دا صحابہ پریکٹسز، اینڈ السو صحابہ نیریٹڈ ان اے ڈفرنٹ وے۔</w:t>
      </w:r>
    </w:p>
    <w:p>
      <w:r>
        <w:rPr>
          <w:b/>
        </w:rPr>
        <w:t xml:space="preserve">[17:27] </w:t>
      </w:r>
      <w:r>
        <w:t>For example, some Sahaba said that prophet said amin bil jahir loudly.</w:t>
      </w:r>
    </w:p>
    <w:p>
      <w:pPr>
        <w:jc w:val="right"/>
      </w:pPr>
      <w:r>
        <w:t>فار ایگزیمپل، سم صحابہ سیڈ دیٹ پرافٹ سیڈ امین بالجہر لاؤڈلی۔</w:t>
      </w:r>
    </w:p>
    <w:p>
      <w:r>
        <w:rPr>
          <w:b/>
        </w:rPr>
        <w:t xml:space="preserve">[17:39] </w:t>
      </w:r>
      <w:r>
        <w:t>amin loudly, called amin bil jahir. Some said that no. Prophet said amin secretly, that is basir.</w:t>
      </w:r>
    </w:p>
    <w:p>
      <w:pPr>
        <w:jc w:val="right"/>
      </w:pPr>
      <w:r>
        <w:t>امین لاؤڈلی، کالڈ امین بالجہر۔ سم سیڈ دیٹ نو۔ پرافٹ سیڈ امین سیکرٹلی، دیٹ از بسر۔</w:t>
      </w:r>
    </w:p>
    <w:p>
      <w:r>
        <w:rPr>
          <w:b/>
        </w:rPr>
        <w:t xml:space="preserve">[17:49] </w:t>
      </w:r>
      <w:r>
        <w:t>so, amin bil jahir or basir both were narrated by sahaba.</w:t>
      </w:r>
    </w:p>
    <w:p>
      <w:pPr>
        <w:jc w:val="right"/>
      </w:pPr>
      <w:r>
        <w:t>سو، امین بالجہر اور بسر بوتھ ویر نیریٹڈ بائی صحابہ۔</w:t>
      </w:r>
    </w:p>
    <w:p>
      <w:r>
        <w:rPr>
          <w:b/>
        </w:rPr>
        <w:t xml:space="preserve">[17:58] </w:t>
      </w:r>
      <w:r>
        <w:t>so, akarding to diz nareshanz,</w:t>
      </w:r>
    </w:p>
    <w:p>
      <w:pPr>
        <w:jc w:val="right"/>
      </w:pPr>
      <w:r>
        <w:t>سو، اکارڈنگ ٹو دیز نیریشنز،</w:t>
      </w:r>
    </w:p>
    <w:p>
      <w:r>
        <w:rPr>
          <w:b/>
        </w:rPr>
        <w:t xml:space="preserve">[18:03] </w:t>
      </w:r>
      <w:r>
        <w:t>People came to know sometime prophet said amen loudly, sometime he said amen secretly.</w:t>
      </w:r>
    </w:p>
    <w:p>
      <w:pPr>
        <w:jc w:val="right"/>
      </w:pPr>
      <w:r>
        <w:t>پیپل کیم ٹو نو سم ٹائم پرافٹ سیڈ امین لاؤڈلی، سم ٹائم ہی سیڈ امین سیکرٹلی۔</w:t>
      </w:r>
    </w:p>
    <w:p>
      <w:r>
        <w:rPr>
          <w:b/>
        </w:rPr>
        <w:t xml:space="preserve">[18:13] </w:t>
      </w:r>
      <w:r>
        <w:t>so, der ar kweschan.</w:t>
      </w:r>
    </w:p>
    <w:p>
      <w:pPr>
        <w:jc w:val="right"/>
      </w:pPr>
      <w:r>
        <w:t>سو، دیر آر کوئسچن۔</w:t>
      </w:r>
    </w:p>
    <w:p>
      <w:r>
        <w:rPr>
          <w:b/>
        </w:rPr>
        <w:t xml:space="preserve">[18:18] </w:t>
      </w:r>
      <w:r>
        <w:t>din some said that prophet put his hand like this, and some said that he put his hand like this.</w:t>
      </w:r>
    </w:p>
    <w:p>
      <w:pPr>
        <w:jc w:val="right"/>
      </w:pPr>
      <w:r>
        <w:t>دین سم سیڈ دیٹ پرافٹ پٹ ہز ہینڈ لائک دس، اینڈ سم سیڈ دیٹ ہی پٹ ہز ہینڈ لائک دس۔</w:t>
      </w:r>
    </w:p>
    <w:p>
      <w:r>
        <w:rPr>
          <w:b/>
        </w:rPr>
        <w:t xml:space="preserve">[18:29] </w:t>
      </w:r>
      <w:r>
        <w:t>So, such kind of differences were there. So, now, there are question: what to do?</w:t>
      </w:r>
    </w:p>
    <w:p>
      <w:pPr>
        <w:jc w:val="right"/>
      </w:pPr>
      <w:r>
        <w:t>سو، سچ کائنڈ آف ڈیفرنسز ویر دیر۔ سو، ناو، دیر آر کوئسچن: واٹ ٹو ڈو؟</w:t>
      </w:r>
    </w:p>
    <w:p>
      <w:r>
        <w:rPr>
          <w:b/>
        </w:rPr>
        <w:t xml:space="preserve">[18:38] </w:t>
      </w:r>
      <w:r>
        <w:t>So, there were two groups of scholars. Two groups of scholars. This happened during during Abbasid period.</w:t>
      </w:r>
    </w:p>
    <w:p>
      <w:pPr>
        <w:jc w:val="right"/>
      </w:pPr>
      <w:r>
        <w:t>سو، دیر ویر ٹو ٹو ٹو گروپس آف سکالرز۔ ٹو گروپس آف سکالرز۔ دس ہیپن ڈیورنگ ڈیورنگ عباسد پیریڈ۔</w:t>
      </w:r>
    </w:p>
    <w:p>
      <w:r>
        <w:rPr>
          <w:b/>
        </w:rPr>
        <w:t xml:space="preserve">[18:51] </w:t>
      </w:r>
      <w:r>
        <w:t>Sam ascalarz said that this is the matter of cause, the diversity</w:t>
      </w:r>
    </w:p>
    <w:p>
      <w:pPr>
        <w:jc w:val="right"/>
      </w:pPr>
      <w:r>
        <w:t>سم اسکالرز سیڈ دیٹ دس از دا میٹر آف توسع، دا ڈائیورسٹی</w:t>
      </w:r>
    </w:p>
    <w:p>
      <w:r>
        <w:rPr>
          <w:b/>
        </w:rPr>
        <w:t xml:space="preserve">[18:59] </w:t>
      </w:r>
      <w:r>
        <w:t>. Take it as a toss, as a diversity. Both are true. Because there is hadith: "ashabi al-nujummmmmmmmmmm".</w:t>
      </w:r>
    </w:p>
    <w:p>
      <w:pPr>
        <w:jc w:val="right"/>
      </w:pPr>
      <w:r>
        <w:t>۔ ٹیک اٹ ایز اے توسع، ایز اے ڈائیورسٹی۔ بوتھ آر ٹرو۔ بیکاز دیر از حدیث: "اصحابی النجوممممممممممم"۔</w:t>
      </w:r>
    </w:p>
    <w:p>
      <w:r>
        <w:rPr>
          <w:b/>
        </w:rPr>
        <w:t xml:space="preserve">[19:14] </w:t>
      </w:r>
      <w:r>
        <w:t>These are signs of prophet of Islam. "ashabi al-nujummmmmmmmmmm".</w:t>
      </w:r>
    </w:p>
    <w:p>
      <w:pPr>
        <w:jc w:val="right"/>
      </w:pPr>
      <w:r>
        <w:t>دیز آر سینگز آف پرافٹ آف اسلام۔ "اصحابی النجوممممممممممم"۔</w:t>
      </w:r>
    </w:p>
    <w:p>
      <w:r>
        <w:rPr>
          <w:b/>
        </w:rPr>
        <w:t xml:space="preserve">[19:24] </w:t>
      </w:r>
      <w:r>
        <w:t>mai kampeniyanz ar laik starz.</w:t>
      </w:r>
    </w:p>
    <w:p>
      <w:pPr>
        <w:jc w:val="right"/>
      </w:pPr>
      <w:r>
        <w:t>مائی کمپینینز آر لائک سٹارز۔</w:t>
      </w:r>
    </w:p>
    <w:p>
      <w:r>
        <w:rPr>
          <w:b/>
        </w:rPr>
        <w:t xml:space="preserve">[19:30] </w:t>
      </w:r>
      <w:r>
        <w:t>and one of them fall, and you will be in right path. This is sign of prophet.</w:t>
      </w:r>
    </w:p>
    <w:p>
      <w:pPr>
        <w:jc w:val="right"/>
      </w:pPr>
      <w:r>
        <w:t>اینی ون آف دیم فالو، اینڈ یو ویل بی ان رائٹ پاتھ۔ دس از سینگ آف پرافٹ۔</w:t>
      </w:r>
    </w:p>
    <w:p>
      <w:r>
        <w:rPr>
          <w:b/>
        </w:rPr>
        <w:t xml:space="preserve">[19:40] </w:t>
      </w:r>
      <w:r>
        <w:t>mai companions are like stars. Follow any one of them, and you will be in right path</w:t>
      </w:r>
    </w:p>
    <w:p>
      <w:pPr>
        <w:jc w:val="right"/>
      </w:pPr>
      <w:r>
        <w:t>مائی کمپینینز آر لائک سٹارز۔ فالو اینی ون آف دیم، اینڈ یو ویل بی ان رائٹ پاتھ</w:t>
      </w:r>
    </w:p>
    <w:p>
      <w:r>
        <w:rPr>
          <w:b/>
        </w:rPr>
        <w:t xml:space="preserve">[19:50] </w:t>
      </w:r>
      <w:r>
        <w:t>. so, they said that taking this hadith, we believe that all those methods are correct, which is proved by the prophet of Islam, or by companions of the prophet.</w:t>
      </w:r>
    </w:p>
    <w:p>
      <w:pPr>
        <w:jc w:val="right"/>
      </w:pPr>
      <w:r>
        <w:t>۔ سو، دے سیڈ دیٹ ٹیکنگ دس حدیث، وی بیلیو دیٹ الدوز میتھڈز آر کریکٹ، وچ از پروف بائی دا پرافٹ آف اسلام، اور بائی کمپینینز آف دا پرافٹ۔</w:t>
      </w:r>
    </w:p>
    <w:p>
      <w:r>
        <w:rPr>
          <w:b/>
        </w:rPr>
        <w:t xml:space="preserve">[20:08] </w:t>
      </w:r>
      <w:r>
        <w:t>bat, the other scholars adopted different formula, that is al-haq la taghadad.</w:t>
      </w:r>
    </w:p>
    <w:p>
      <w:pPr>
        <w:jc w:val="right"/>
      </w:pPr>
      <w:r>
        <w:t>بٹ، دا ادر سکالرز اڈاپٹڈ ڈفرنٹ فارمولا، دیٹ از الحق لا تغدد۔</w:t>
      </w:r>
    </w:p>
    <w:p>
      <w:r>
        <w:rPr>
          <w:b/>
        </w:rPr>
        <w:t xml:space="preserve">[20:19] </w:t>
      </w:r>
      <w:r>
        <w:t>al-haq la taghadad. it means that</w:t>
      </w:r>
    </w:p>
    <w:p>
      <w:pPr>
        <w:jc w:val="right"/>
      </w:pPr>
      <w:r>
        <w:t>الحق لا تغدد۔ اٹ مینز دیٹ</w:t>
      </w:r>
    </w:p>
    <w:p>
      <w:r>
        <w:rPr>
          <w:b/>
        </w:rPr>
        <w:t xml:space="preserve">[20:26] </w:t>
      </w:r>
      <w:r>
        <w:t>There is no diversity in the truth. al-haq la taghadad. There is no diversity in the truth.</w:t>
      </w:r>
    </w:p>
    <w:p>
      <w:pPr>
        <w:jc w:val="right"/>
      </w:pPr>
      <w:r>
        <w:t>دیر از نو ڈائیورسٹی ان دا ٹروتھ۔ الحق لا تغدد۔ دیر از نو ڈائیورسٹی ان دا ٹروتھ۔</w:t>
      </w:r>
    </w:p>
    <w:p>
      <w:r>
        <w:rPr>
          <w:b/>
        </w:rPr>
        <w:t xml:space="preserve">[20:35] </w:t>
      </w:r>
      <w:r>
        <w:t>so, we have to take one and leave other. so, they invented new principle, that is tarjih or tafdil.</w:t>
      </w:r>
    </w:p>
    <w:p>
      <w:pPr>
        <w:jc w:val="right"/>
      </w:pPr>
      <w:r>
        <w:t>سو، وی ہیو ٹو ٹیک ون اینڈ لیو ادر۔ سو، دے انوینٹڈ نیو پرنسپل، دیٹ از ترجیح اور تفضیل۔</w:t>
      </w:r>
    </w:p>
    <w:p>
      <w:r>
        <w:rPr>
          <w:b/>
        </w:rPr>
        <w:t xml:space="preserve">[20:51] </w:t>
      </w:r>
      <w:r>
        <w:t>This kind of terminology was not used during Prophet Islam, or during the companions. It was used during fiqaha, during Abbasid period.</w:t>
      </w:r>
    </w:p>
    <w:p>
      <w:pPr>
        <w:jc w:val="right"/>
      </w:pPr>
      <w:r>
        <w:t>دس کائنڈ آف ٹرمینالوجی واز ناٹ یوزڈ ڈیورنگ پرافٹ اسلام، اور ڈیورنگ دا کمپینینز۔ اٹ واز یوزڈ ڈیورنگ فقہاء، ڈیورنگ عباسد پیری</w:t>
      </w:r>
    </w:p>
    <w:p>
      <w:r>
        <w:rPr>
          <w:b/>
        </w:rPr>
        <w:t xml:space="preserve">[21:04] </w:t>
      </w:r>
      <w:r>
        <w:t>d. tarjih tafdil. It means that we will take one, and we will leave other.</w:t>
      </w:r>
    </w:p>
    <w:p>
      <w:pPr>
        <w:jc w:val="right"/>
      </w:pPr>
      <w:r>
        <w:t>ڈ۔ ترجیح تفصیل۔ اٹ مینز دیٹ وی ویل ٹیک ون، اینڈ وی ویل لیو ادر۔</w:t>
      </w:r>
    </w:p>
    <w:p>
      <w:r>
        <w:rPr>
          <w:b/>
        </w:rPr>
        <w:t xml:space="preserve">[21:17] </w:t>
      </w:r>
      <w:r>
        <w:t>That is selective. We select one. We select one, and we will leave other.</w:t>
      </w:r>
    </w:p>
    <w:p>
      <w:pPr>
        <w:jc w:val="right"/>
      </w:pPr>
      <w:r>
        <w:t>دیٹ از سلیکٹو۔ وی سلیکٹ ون۔ وی سلیکٹ ون، اینڈ وی ویل لیو ادر۔</w:t>
      </w:r>
    </w:p>
    <w:p>
      <w:r>
        <w:rPr>
          <w:b/>
        </w:rPr>
        <w:t xml:space="preserve">[21:26] </w:t>
      </w:r>
      <w:r>
        <w:t>This is tafdil and tarjih. So, they said that al-haq la</w:t>
      </w:r>
    </w:p>
    <w:p>
      <w:pPr>
        <w:jc w:val="right"/>
      </w:pPr>
      <w:r>
        <w:t>دس از تفضیل اینڈ ترجیح۔ سو، دے سیڈ دیٹ الحق لا</w:t>
      </w:r>
    </w:p>
    <w:p>
      <w:r>
        <w:rPr>
          <w:b/>
        </w:rPr>
        <w:t xml:space="preserve">[21:32] </w:t>
      </w:r>
      <w:r>
        <w:t>tagaddud. So, it is not possible for to follow all those methods, all those traditions, although there is differences.</w:t>
      </w:r>
    </w:p>
    <w:p>
      <w:pPr>
        <w:jc w:val="right"/>
      </w:pPr>
      <w:r>
        <w:t>تغدد۔ سو، اٹ از ناٹ پاسیبل فار ٹو فالو الدوز میتھڈز، الدوز ٹریڈیشنز، الدو دیر از ڈیفرنسز۔</w:t>
      </w:r>
    </w:p>
    <w:p>
      <w:r>
        <w:rPr>
          <w:b/>
        </w:rPr>
        <w:t xml:space="preserve">[21:41] </w:t>
      </w:r>
      <w:r>
        <w:t>it is this this notion or this concept that created all those schools.</w:t>
      </w:r>
    </w:p>
    <w:p>
      <w:pPr>
        <w:jc w:val="right"/>
      </w:pPr>
      <w:r>
        <w:t>اٹ از دس دس نوشن اور دس کانسیپٹ دیٹ کریٹڈ الدوز سکولز۔</w:t>
      </w:r>
    </w:p>
    <w:p>
      <w:r>
        <w:rPr>
          <w:b/>
        </w:rPr>
        <w:t xml:space="preserve">[21:53] </w:t>
      </w:r>
      <w:r>
        <w:t>yani, yani the point was that these people, these fuqaha, these scholars were not in a position to say that this is right, this is wrong, correct, incorrect.</w:t>
      </w:r>
    </w:p>
    <w:p>
      <w:pPr>
        <w:jc w:val="right"/>
      </w:pPr>
      <w:r>
        <w:t>یعنی، یعنی دا پوائنٹ واز دیٹ دیز پیپل، دیز فقہاء، دیز سکالرز ویر ناٹ ان اے پوزیشن ٹو سی دیٹ دس از رائٹ، دس از رونگ، کریکٹ، انکریکٹ۔</w:t>
      </w:r>
    </w:p>
    <w:p>
      <w:r>
        <w:rPr>
          <w:b/>
        </w:rPr>
        <w:t xml:space="preserve">[22:04] </w:t>
      </w:r>
      <w:r>
        <w:t>no, because all those traditions were established traditions. they were not in a position to say that this is right and this is wrong.</w:t>
      </w:r>
    </w:p>
    <w:p>
      <w:pPr>
        <w:jc w:val="right"/>
      </w:pPr>
      <w:r>
        <w:t>نو، بیکاز الدوز ٹریڈیشنز وار اسٹیبلش ٹریڈیشنز۔ دے ویر ناٹ ان اے پوزیشن ٹو سی دیٹ دس از رائٹ اینڈ دس از رونگ۔</w:t>
      </w:r>
    </w:p>
    <w:p>
      <w:r>
        <w:rPr>
          <w:b/>
        </w:rPr>
        <w:t xml:space="preserve">[22:16] </w:t>
      </w:r>
      <w:r>
        <w:t>so, they adopted the principle of tarjih or tafdil. yani, selective principles. but, what was the rational between between this this practice?</w:t>
      </w:r>
    </w:p>
    <w:p>
      <w:pPr>
        <w:jc w:val="right"/>
      </w:pPr>
      <w:r>
        <w:t>سو، دے اڈاپٹڈ دا پرنسپل آف ترجیح اور تفضیل۔ یعنی، سلیکٹیو پرنسپلز۔ بٹ، واٹ واز دا ریشنل بٹوین بٹوین دس دس پریکٹس؟</w:t>
      </w:r>
    </w:p>
    <w:p>
      <w:r>
        <w:rPr>
          <w:b/>
        </w:rPr>
        <w:t xml:space="preserve">[22:33] </w:t>
      </w:r>
      <w:r>
        <w:t>so, i here, i would like to refer Imam Shafi. Imam Shafi was a great, great scholar.</w:t>
      </w:r>
    </w:p>
    <w:p>
      <w:pPr>
        <w:jc w:val="right"/>
      </w:pPr>
      <w:r>
        <w:t>سو، ائی ہیر، ائی وڈ لائک ٹو ریفر امام شافعی۔ امام شافعی واز ا گریٹ، گریٹ سکالر۔</w:t>
      </w:r>
    </w:p>
    <w:p>
      <w:r>
        <w:rPr>
          <w:b/>
        </w:rPr>
        <w:t xml:space="preserve">[22:42] </w:t>
      </w:r>
      <w:r>
        <w:t>his book is Kitab al-Umm, very important in fiqh literature, very, very</w:t>
      </w:r>
    </w:p>
    <w:p>
      <w:pPr>
        <w:jc w:val="right"/>
      </w:pPr>
      <w:r>
        <w:t>ہز بک از کتاب الام، ویری امپورٹنٹ ان فقہ لٹریچر، ویری، ویری</w:t>
      </w:r>
    </w:p>
    <w:p>
      <w:r>
        <w:rPr>
          <w:b/>
        </w:rPr>
        <w:t xml:space="preserve">[22:49] </w:t>
      </w:r>
      <w:r>
        <w:t>important. Kitab al-Fiqh, Kitab al-Umm. so, he says in this book a very, yani, yani sly, very sly type of argument, because himself has adopted the same principle.</w:t>
      </w:r>
    </w:p>
    <w:p>
      <w:pPr>
        <w:jc w:val="right"/>
      </w:pPr>
      <w:r>
        <w:t>امپورٹنٹ۔ کتاب الفقہ، کتاب الام۔ سو، ہی سیز ان دس بک ا ویری، یعنی، یعنی سلی، ویری سلی ٹائپ آف ارگومنٹ، بیکاز ہم سیلف ہیز اڈاپٹڈ دا سیم پرنسپل۔</w:t>
      </w:r>
    </w:p>
    <w:p>
      <w:r>
        <w:rPr>
          <w:b/>
        </w:rPr>
        <w:t xml:space="preserve">[23:08] </w:t>
      </w:r>
      <w:r>
        <w:t>Allah so, he says that ra'i sawab yahtul khata.</w:t>
      </w:r>
    </w:p>
    <w:p>
      <w:pPr>
        <w:jc w:val="right"/>
      </w:pPr>
      <w:r>
        <w:t>اللہ سو، ہی سیز دیٹ رائی ثواب یحت الخطا۔</w:t>
      </w:r>
    </w:p>
    <w:p>
      <w:r>
        <w:rPr>
          <w:b/>
        </w:rPr>
        <w:t xml:space="preserve">[23:20] </w:t>
      </w:r>
      <w:r>
        <w:t>ra'i sawab, yani, hadha qawl al-Shafi, this Shafi principle.</w:t>
      </w:r>
    </w:p>
    <w:p>
      <w:pPr>
        <w:jc w:val="right"/>
      </w:pPr>
      <w:r>
        <w:t>رائی ثواب، یعنی،ھذا قول الشافعی، دس شافعی پرنسپل۔</w:t>
      </w:r>
    </w:p>
    <w:p>
      <w:r>
        <w:rPr>
          <w:b/>
        </w:rPr>
        <w:t xml:space="preserve">[23:29] </w:t>
      </w:r>
      <w:r>
        <w:t>ra'i sawab yahtul khata, wa ra'i ghairi khata yahtul sawab. it means that, it means that my opinion is correct.</w:t>
      </w:r>
    </w:p>
    <w:p>
      <w:pPr>
        <w:jc w:val="right"/>
      </w:pPr>
      <w:r>
        <w:t>رائی ثواب یحت الخطا، ورائی غیری خطا یحت الثواب۔ اٹ مینز دیٹ، اٹ مینز دیٹ مائی اوپینین از کریکٹ۔</w:t>
      </w:r>
    </w:p>
    <w:p>
      <w:r>
        <w:rPr>
          <w:b/>
        </w:rPr>
        <w:t xml:space="preserve">[23:49] </w:t>
      </w:r>
      <w:r>
        <w:t>see the argument: my opinion is correct with the possibility of being incorrect.</w:t>
      </w:r>
    </w:p>
    <w:p>
      <w:pPr>
        <w:jc w:val="right"/>
      </w:pPr>
      <w:r>
        <w:t>سی دا ارگومنٹ: مائی اوپینین از کریکٹ ود دی پاسیبلیٹی آف بینگ انکریکٹ۔</w:t>
      </w:r>
    </w:p>
    <w:p>
      <w:r>
        <w:rPr>
          <w:b/>
        </w:rPr>
        <w:t xml:space="preserve">[24:03] </w:t>
      </w:r>
      <w:r>
        <w:t>my opinion is correct with the possibility of being incorrect. and opinion of other incorrect with the possibility of being correct.</w:t>
      </w:r>
    </w:p>
    <w:p>
      <w:pPr>
        <w:jc w:val="right"/>
      </w:pPr>
      <w:r>
        <w:t>مائی اوپینین از کریکٹ ود دی پاسیبلیٹی آف بینگ انکریکٹ۔ اینڈ اوپینین آف ادر انکریکٹ ود دی پاسیبلیٹی آف بینگ کریکٹ۔</w:t>
      </w:r>
    </w:p>
    <w:p>
      <w:r>
        <w:rPr>
          <w:b/>
        </w:rPr>
        <w:t xml:space="preserve">[24:18] </w:t>
      </w:r>
      <w:r>
        <w:t>what a ridiculous formula? but, it was adopted by all those fuqaha, all those scholars.</w:t>
      </w:r>
    </w:p>
    <w:p>
      <w:pPr>
        <w:jc w:val="right"/>
      </w:pPr>
      <w:r>
        <w:t>واٹ ا ریڈیکلوس فارمولا؟ بٹ، اٹ واز اڈاپٹڈ بائی الدوز فقہاء، الدوز سکالرز۔</w:t>
      </w:r>
    </w:p>
    <w:p>
      <w:r>
        <w:rPr>
          <w:b/>
        </w:rPr>
        <w:t xml:space="preserve">[24:28] </w:t>
      </w:r>
      <w:r>
        <w:t>so, according to my analysis, according to my study, the first was right formula.</w:t>
      </w:r>
    </w:p>
    <w:p>
      <w:pPr>
        <w:jc w:val="right"/>
      </w:pPr>
      <w:r>
        <w:t>سو، اکارڈنگ ٹو مائی انالیسز، اکارڈنگ ٹو مائی سٹڈی، دا فرسٹ واز رائٹ فارمولا۔</w:t>
      </w:r>
    </w:p>
    <w:p>
      <w:r>
        <w:rPr>
          <w:b/>
        </w:rPr>
        <w:t xml:space="preserve">[24:36] </w:t>
      </w:r>
      <w:r>
        <w:t>this is saying of Prophet of Islam.</w:t>
      </w:r>
    </w:p>
    <w:p>
      <w:pPr>
        <w:jc w:val="right"/>
      </w:pPr>
      <w:r>
        <w:t>دس از سینگ آف پرافٹ آف اسلام۔</w:t>
      </w:r>
    </w:p>
    <w:p>
      <w:r>
        <w:rPr>
          <w:b/>
        </w:rPr>
        <w:t xml:space="preserve">[24:40] </w:t>
      </w:r>
      <w:r>
        <w:t>then, i would like to say that always in everything, there are two different parts, yani, fundamental and non-fundamental, or basics or non-basics.</w:t>
      </w:r>
    </w:p>
    <w:p>
      <w:pPr>
        <w:jc w:val="right"/>
      </w:pPr>
      <w:r>
        <w:t>دین، ائی وڈ لائک ٹو سی دیٹ الویز ان ایوری تھنگ، دیر آر ٹو ڈفرنٹ پارٹس، یعنی، فنڈامینٹل اینڈ نان فنڈامینٹل، اور بیسکس اور نان بیسکس۔</w:t>
      </w:r>
    </w:p>
    <w:p>
      <w:r>
        <w:rPr>
          <w:b/>
        </w:rPr>
        <w:t xml:space="preserve">[24:56] </w:t>
      </w:r>
      <w:r>
        <w:t>for example, in this room, there are several persons, or are sitting</w:t>
      </w:r>
    </w:p>
    <w:p>
      <w:pPr>
        <w:jc w:val="right"/>
      </w:pPr>
      <w:r>
        <w:t>فار ایگزیمپل، ان دس روم، دیر آر سیورل پرسنز، اور آر سیٹنگ</w:t>
      </w:r>
    </w:p>
    <w:p>
      <w:r>
        <w:rPr>
          <w:b/>
        </w:rPr>
        <w:t xml:space="preserve">[25:02] </w:t>
      </w:r>
      <w:r>
        <w:t>. if one enters in this room, as says, there are four persons, or are sitting.</w:t>
      </w:r>
    </w:p>
    <w:p>
      <w:pPr>
        <w:jc w:val="right"/>
      </w:pPr>
      <w:r>
        <w:t>۔ اف ون انٹرز ان دس روم، ایز سیز، دیر آر فور پرسنز، اور آر سیٹنگ۔</w:t>
      </w:r>
    </w:p>
    <w:p>
      <w:r>
        <w:rPr>
          <w:b/>
        </w:rPr>
        <w:t xml:space="preserve">[25:15] </w:t>
      </w:r>
      <w:r>
        <w:t>in one sense, correct, but, in but, all are not seated in a single mode, mode, m o d.</w:t>
      </w:r>
    </w:p>
    <w:p>
      <w:pPr>
        <w:jc w:val="right"/>
      </w:pPr>
      <w:r>
        <w:t>ان ون سینس، کریکٹ، بٹ، ان بٹ، ال ار ناٹ سیٹڈ ان اے سنگل موڈ، موڈ، ایم او ڈی۔</w:t>
      </w:r>
    </w:p>
    <w:p>
      <w:r>
        <w:rPr>
          <w:b/>
        </w:rPr>
        <w:t xml:space="preserve">[25:27] </w:t>
      </w:r>
      <w:r>
        <w:t>mode or method is different.</w:t>
      </w:r>
    </w:p>
    <w:p>
      <w:pPr>
        <w:jc w:val="right"/>
      </w:pPr>
      <w:r>
        <w:t>موڈ اور میتھڈ از ڈفرنٹ۔</w:t>
      </w:r>
    </w:p>
    <w:p>
      <w:r>
        <w:rPr>
          <w:b/>
        </w:rPr>
        <w:t xml:space="preserve">[25:30] </w:t>
      </w:r>
      <w:r>
        <w:t>all the four are sitting, but in different mode, in different method. so, is the case of salah, salah prayer.</w:t>
      </w:r>
    </w:p>
    <w:p>
      <w:pPr>
        <w:jc w:val="right"/>
      </w:pPr>
      <w:r>
        <w:t>الدا فور ار سیٹنگ، بٹ ان ڈفرنٹ موڈ، ان ڈفرنٹ میتھڈ۔ سو، از دا کیس آف صلاۃ، صلاۃ پریر۔</w:t>
      </w:r>
    </w:p>
    <w:p>
      <w:r>
        <w:rPr>
          <w:b/>
        </w:rPr>
        <w:t xml:space="preserve">[25:42] </w:t>
      </w:r>
      <w:r>
        <w:t>so, there are two different part of salah, fundamental and non-fundamental.</w:t>
      </w:r>
    </w:p>
    <w:p>
      <w:pPr>
        <w:jc w:val="right"/>
      </w:pPr>
      <w:r>
        <w:t>سو، دیر آر ٹو ڈفرنٹ پارٹ آف صلاۃ، فنڈامینٹل اینڈ نان فنڈامینٹل۔</w:t>
      </w:r>
    </w:p>
    <w:p>
      <w:r>
        <w:rPr>
          <w:b/>
        </w:rPr>
        <w:t xml:space="preserve">[25:51] </w:t>
      </w:r>
      <w:r>
        <w:t>so, there is no difference at all in. so, as far as the fundamental part is concerned, or basic part is concerned, so far as the basic part of salah is concerned, there is no difference at all.</w:t>
      </w:r>
    </w:p>
    <w:p>
      <w:pPr>
        <w:jc w:val="right"/>
      </w:pPr>
      <w:r>
        <w:t>سو، دیر از نو ڈیفرنس ایٹ آل ان۔ سو، ایز فار ایز دا فنڈامینٹل پارٹ از کنسرن، اور بیسک پارٹ از کنسرن، سو فار ایز دا بیسک پارٹ آف صلاۃ از کنسرن، دیر از نو ڈیفرنس ایٹ آل۔</w:t>
      </w:r>
    </w:p>
    <w:p>
      <w:r>
        <w:rPr>
          <w:b/>
        </w:rPr>
        <w:t xml:space="preserve">[26:08] </w:t>
      </w:r>
      <w:r>
        <w:t>all those difference pertain to the non-basics.</w:t>
      </w:r>
    </w:p>
    <w:p>
      <w:pPr>
        <w:jc w:val="right"/>
      </w:pPr>
      <w:r>
        <w:t>الدوز ڈیفرنس پرٹین ٹو دا نان بیسکس۔</w:t>
      </w:r>
    </w:p>
    <w:p>
      <w:r>
        <w:rPr>
          <w:b/>
        </w:rPr>
        <w:t xml:space="preserve">[26:12] </w:t>
      </w:r>
      <w:r>
        <w:t>for example, the do companions report, the do companions report that prophet prayed two units of salah al-fajr.</w:t>
      </w:r>
    </w:p>
    <w:p>
      <w:pPr>
        <w:jc w:val="right"/>
      </w:pPr>
      <w:r>
        <w:t>فار ایگزیمپل، الدوز کمپینینز رپورٹ، الدو کمپینینز رپورٹ دیٹ پرافٹ پریڈ ٹو یونٹس آف صلاۃ الفجر۔</w:t>
      </w:r>
    </w:p>
    <w:p>
      <w:r>
        <w:rPr>
          <w:b/>
        </w:rPr>
        <w:t xml:space="preserve">[26:33] </w:t>
      </w:r>
      <w:r>
        <w:t>prophet prayed four units of salah</w:t>
      </w:r>
    </w:p>
    <w:p>
      <w:pPr>
        <w:jc w:val="right"/>
      </w:pPr>
      <w:r>
        <w:t>پرافٹ پریڈ فور یونٹس آف صلاۃ</w:t>
      </w:r>
    </w:p>
    <w:p>
      <w:r>
        <w:rPr>
          <w:b/>
        </w:rPr>
        <w:t xml:space="preserve">[26:39] </w:t>
      </w:r>
      <w:r>
        <w:t>al-zuhr. prophet prayed four units of salah al-asr. prophet prayed three units of salah al-maghrib.</w:t>
      </w:r>
    </w:p>
    <w:p>
      <w:pPr>
        <w:jc w:val="right"/>
      </w:pPr>
      <w:r>
        <w:t>الظہر۔ پرافٹ پریڈ فور یونٹ آف صلاۃ العصر۔ پرافٹ پریڈ تھری یونٹس آف صلاۃ المغرب۔</w:t>
      </w:r>
    </w:p>
    <w:p>
      <w:r>
        <w:rPr>
          <w:b/>
        </w:rPr>
        <w:t xml:space="preserve">[26:48] </w:t>
      </w:r>
      <w:r>
        <w:t>prophet prayed four units of salah al-isha. so, there are some some items of salah about which there is no difference, but in some other part of the salah, difference.</w:t>
      </w:r>
    </w:p>
    <w:p>
      <w:pPr>
        <w:jc w:val="right"/>
      </w:pPr>
      <w:r>
        <w:t>پرافٹ پریڈ فور یونٹس آف صلاۃ العشاء۔ سو، دیر آر سم سم ائٹمز آف صلاۃ اباؤٹ وچ دیر از نو ڈیفرنس، بٹ ان سم ادر پارٹ آف دا صلاۃ، ڈیفرنس۔</w:t>
      </w:r>
    </w:p>
    <w:p>
      <w:r>
        <w:rPr>
          <w:b/>
        </w:rPr>
        <w:t xml:space="preserve">[27:07] </w:t>
      </w:r>
      <w:r>
        <w:t>so, i would say, i would like to say, two different part of salah, yani, basic part or non-basic part. so, as far as the basic part of salah is concerned, there is no difference at all.</w:t>
      </w:r>
    </w:p>
    <w:p>
      <w:pPr>
        <w:jc w:val="right"/>
      </w:pPr>
      <w:r>
        <w:t>سو، ائی وڈ سی، ائی وڈ لائک ٹو سی، ٹو ڈفرنٹ پارٹ آف صلاۃ، یعنی، بیسک پارٹ اور نان بیسک پارٹ۔ سو، ایز فار ایز دا بیسک پارٹ آف صلاۃ از کنسرن، دیر از نو ڈیفرنس ایٹ آل۔</w:t>
      </w:r>
    </w:p>
    <w:p>
      <w:r>
        <w:rPr>
          <w:b/>
        </w:rPr>
        <w:t xml:space="preserve">[27:21] </w:t>
      </w:r>
      <w:r>
        <w:t>but, as far as the non-basic part of salah is concerned, difference.</w:t>
      </w:r>
    </w:p>
    <w:p>
      <w:pPr>
        <w:jc w:val="right"/>
      </w:pPr>
      <w:r>
        <w:t>بٹ، ایز فار ایز دا نان بیسک پارٹ آف صلاۃ از کنسرن، ڈیفرنس۔</w:t>
      </w:r>
    </w:p>
    <w:p>
      <w:r>
        <w:rPr>
          <w:b/>
        </w:rPr>
        <w:t xml:space="preserve">[27:27] </w:t>
      </w:r>
      <w:r>
        <w:t>and that difference is not unwanted, but is wanted, because namaz is not simply a repetition of form, a rituals.</w:t>
      </w:r>
    </w:p>
    <w:p>
      <w:pPr>
        <w:jc w:val="right"/>
      </w:pPr>
      <w:r>
        <w:t>اینڈ دیٹ ڈیفرنس از ناٹ انوانٹڈ، بٹ از وانٹڈ، بیکاز نماز از ناٹ سمپلی ا ریپیٹیشن آف فارم، ا ریچولز۔</w:t>
      </w:r>
    </w:p>
    <w:p>
      <w:r>
        <w:rPr>
          <w:b/>
        </w:rPr>
        <w:t xml:space="preserve">[27:42] </w:t>
      </w:r>
      <w:r>
        <w:t>salah prayer is not simply a repetition of some rituals, some form. na, it is deeply, it is deeply rooted in our sentiment</w:t>
      </w:r>
    </w:p>
    <w:p>
      <w:pPr>
        <w:jc w:val="right"/>
      </w:pPr>
      <w:r>
        <w:t>صلاۃ پریر از ناٹ سمپلی ا ریپیٹیشن آف سم ریچولز، سم فارم۔ نہ، اٹ از ڈیپلی، اٹ از ڈیپلی روٹڈ ان اور سینٹیمنٹ</w:t>
      </w:r>
    </w:p>
    <w:p>
      <w:r>
        <w:rPr>
          <w:b/>
        </w:rPr>
        <w:t xml:space="preserve">[27:56] </w:t>
      </w:r>
      <w:r>
        <w:t>, term of form. salah is an expression of inner spirit, inner spirit.</w:t>
      </w:r>
    </w:p>
    <w:p>
      <w:pPr>
        <w:jc w:val="right"/>
      </w:pPr>
      <w:r>
        <w:t>، ٹرم آف فارم۔ صلاۃ از این ایکسپریشن آف انر اسپیٹ، انر اسپیٹ۔</w:t>
      </w:r>
    </w:p>
    <w:p>
      <w:r>
        <w:rPr>
          <w:b/>
        </w:rPr>
        <w:t xml:space="preserve">[28:06] </w:t>
      </w:r>
      <w:r>
        <w:t>so, everything, anything that is, that has the two parts, inner spirit and outer form, it is bound to be different.</w:t>
      </w:r>
    </w:p>
    <w:p>
      <w:pPr>
        <w:jc w:val="right"/>
      </w:pPr>
      <w:r>
        <w:t>سو، ایوری تھنگ، اینی تھنگ دیٹ از، دیٹ ہیز دی ٹو پارٹس، انر اسپیٹ اینڈ اؤٹر فارم، اٹ از باؤنڈ ٹو بی ڈفرنٹ۔</w:t>
      </w:r>
    </w:p>
    <w:p>
      <w:r>
        <w:rPr>
          <w:b/>
        </w:rPr>
        <w:t xml:space="preserve">[28:15] </w:t>
      </w:r>
      <w:r>
        <w:t>for example, love, take love.</w:t>
      </w:r>
    </w:p>
    <w:p>
      <w:pPr>
        <w:jc w:val="right"/>
      </w:pPr>
      <w:r>
        <w:t>فار ایگزیمپل، لو، ٹیک لو۔</w:t>
      </w:r>
    </w:p>
    <w:p>
      <w:r>
        <w:rPr>
          <w:b/>
        </w:rPr>
        <w:t xml:space="preserve">[28:18] </w:t>
      </w:r>
      <w:r>
        <w:t>if you love your friend, then you meet your friend several time.</w:t>
      </w:r>
    </w:p>
    <w:p>
      <w:pPr>
        <w:jc w:val="right"/>
      </w:pPr>
      <w:r>
        <w:t>اف یو لو یور فرینڈ، دین یو میٹ یور فرینڈ سیورل ٹائم۔</w:t>
      </w:r>
    </w:p>
    <w:p>
      <w:r>
        <w:rPr>
          <w:b/>
        </w:rPr>
        <w:t xml:space="preserve">[28:29] </w:t>
      </w:r>
      <w:r>
        <w:t>is it not possible to meet with your friend every time in the same manner, in term of form?</w:t>
      </w:r>
    </w:p>
    <w:p>
      <w:pPr>
        <w:jc w:val="right"/>
      </w:pPr>
      <w:r>
        <w:t>از اٹ ناٹ پاسیبل ٹو میٹ ود یور فرینڈ ایوری ٹائم ان دا سیم مینر، ان ٹرم آف فارم؟</w:t>
      </w:r>
    </w:p>
    <w:p>
      <w:r>
        <w:rPr>
          <w:b/>
        </w:rPr>
        <w:t xml:space="preserve">[28:40] </w:t>
      </w:r>
      <w:r>
        <w:t>not possible, because you love your friend. love is inner spirit.</w:t>
      </w:r>
    </w:p>
    <w:p>
      <w:pPr>
        <w:jc w:val="right"/>
      </w:pPr>
      <w:r>
        <w:t>ناٹ پاسیبل، بیکاز یو لو یور فرینڈ۔ لو از انر اسپیٹ۔</w:t>
      </w:r>
    </w:p>
    <w:p>
      <w:r>
        <w:rPr>
          <w:b/>
        </w:rPr>
        <w:t xml:space="preserve">[28:47] </w:t>
      </w:r>
      <w:r>
        <w:t>so, when this inner spirit takes the form of outer expression, there is bound to be different.</w:t>
      </w:r>
    </w:p>
    <w:p>
      <w:pPr>
        <w:jc w:val="right"/>
      </w:pPr>
      <w:r>
        <w:t>سو، وین دس انر اسپیٹ ٹیکس دی فارم آف اؤٹر ایکسپریشن، دیر از باؤنڈ ٹو بی ڈفرنٹ۔</w:t>
      </w:r>
    </w:p>
    <w:p>
      <w:r>
        <w:rPr>
          <w:b/>
        </w:rPr>
        <w:t xml:space="preserve">[28:58] </w:t>
      </w:r>
      <w:r>
        <w:t>in form, every time, there is difference, but in spirit, there is no difference. to, namaz has two different aspect: basic, basic part of this salah, and non-basic part of the salah.</w:t>
      </w:r>
    </w:p>
    <w:p>
      <w:pPr>
        <w:jc w:val="right"/>
      </w:pPr>
      <w:r>
        <w:t>ان فارم، ایوری ٹائم، دیر از ڈیفرنس، بٹ ان اسپیٹ، دیر از نو ڈیفرنس۔ تو، نماز ہیز ٹو ڈفرنٹ اسپیکٹ: بیسک، بیسک پارٹ آف دس صلاۃ، اینڈ نان بیسک پارٹ آف دا صلاۃ۔</w:t>
      </w:r>
    </w:p>
    <w:p>
      <w:r>
        <w:rPr>
          <w:b/>
        </w:rPr>
        <w:t xml:space="preserve">[29:17] </w:t>
      </w:r>
      <w:r>
        <w:t>in non-basic, not possible to unify, not possible, but in basics, there is unification.</w:t>
      </w:r>
    </w:p>
    <w:p>
      <w:pPr>
        <w:jc w:val="right"/>
      </w:pPr>
      <w:r>
        <w:t>ان نان بیسک، ناٹ پاسیبل ٹو انیفائبٹی، ناٹ پاسیبل، بٹ ان بیسکس، دیر از انیفائبٹی۔</w:t>
      </w:r>
    </w:p>
    <w:p>
      <w:r>
        <w:rPr>
          <w:b/>
        </w:rPr>
        <w:t xml:space="preserve">[29:30] </w:t>
      </w:r>
      <w:r>
        <w:t>i will give an example, very relevant. one day, the prophet of Islam led a salah, that is congregational prayer.</w:t>
      </w:r>
    </w:p>
    <w:p>
      <w:pPr>
        <w:jc w:val="right"/>
      </w:pPr>
      <w:r>
        <w:t>ائی ویل گیو این ایگزامپل، ویری ریلیونٹ۔ ون ڈے، دا پرافٹ آف اسلام لیڈ ا صلاۃ، دیٹ از کانگریگیشنل پریر۔</w:t>
      </w:r>
    </w:p>
    <w:p>
      <w:r>
        <w:rPr>
          <w:b/>
        </w:rPr>
        <w:t xml:space="preserve">[29:42] </w:t>
      </w:r>
      <w:r>
        <w:t>so, during salah, you know, we see after ruku,</w:t>
      </w:r>
    </w:p>
    <w:p>
      <w:pPr>
        <w:jc w:val="right"/>
      </w:pPr>
      <w:r>
        <w:t>سو، ڈیورنگ صلاۃ، یو نو، وی سی افٹر رکوع،</w:t>
      </w:r>
    </w:p>
    <w:p>
      <w:r>
        <w:rPr>
          <w:b/>
        </w:rPr>
        <w:t xml:space="preserve">[29:52] </w:t>
      </w:r>
      <w:r>
        <w:t>sami Allahu min hamidi. so, leader says, sami Allahu min hamidi, and the muqtadi</w:t>
      </w:r>
    </w:p>
    <w:p>
      <w:pPr>
        <w:jc w:val="right"/>
      </w:pPr>
      <w:r>
        <w:t>سمع اللہ من حمدہ۔ سو، لیڈر سیز، سمع اللہ من حمدہ، اینڈ دا مقتدی</w:t>
      </w:r>
    </w:p>
    <w:p>
      <w:r>
        <w:rPr>
          <w:b/>
        </w:rPr>
        <w:t xml:space="preserve">[30:03] </w:t>
      </w:r>
      <w:r>
        <w:t>says, rabbana lakal hamd. well known to all those pray, that imam says, sami Allahu min hamidi,</w:t>
      </w:r>
    </w:p>
    <w:p>
      <w:pPr>
        <w:jc w:val="right"/>
      </w:pPr>
      <w:r>
        <w:t>سی، ربنا لک الحمد۔ ویل نون ٹو الدوز پری، دیٹ امام سیز، سمع اللہ من حمدہ،</w:t>
      </w:r>
    </w:p>
    <w:p>
      <w:r>
        <w:rPr>
          <w:b/>
        </w:rPr>
        <w:t xml:space="preserve">[30:16] </w:t>
      </w:r>
      <w:r>
        <w:t>and then the muqtadi says, rabbana lakal hamd. but, what happen?</w:t>
      </w:r>
    </w:p>
    <w:p>
      <w:pPr>
        <w:jc w:val="right"/>
      </w:pPr>
      <w:r>
        <w:t>اینڈ دین دا مقتدی سے، ربنا لک الحمد۔ بٹ، واٹ ہیپن؟</w:t>
      </w:r>
    </w:p>
    <w:p>
      <w:r>
        <w:rPr>
          <w:b/>
        </w:rPr>
        <w:t xml:space="preserve">[30:22] </w:t>
      </w:r>
      <w:r>
        <w:t>one sahabi said at the time, rabbana lakal hamd, hamdan kathiran tayyiban mubarakan feeh. he added some more words.</w:t>
      </w:r>
    </w:p>
    <w:p>
      <w:pPr>
        <w:jc w:val="right"/>
      </w:pPr>
      <w:r>
        <w:t>ون صحابی سیڈ ایٹ دا ٹائم، ربنا لک الحمد، حمدا کثیرا طیبا وارک فی۔ ہی ایڈڈ سم مور ورڈز۔</w:t>
      </w:r>
    </w:p>
    <w:p>
      <w:r>
        <w:rPr>
          <w:b/>
        </w:rPr>
        <w:t xml:space="preserve">[30:34] </w:t>
      </w:r>
      <w:r>
        <w:t>routine word was, sami Allahu min</w:t>
      </w:r>
    </w:p>
    <w:p>
      <w:pPr>
        <w:jc w:val="right"/>
      </w:pPr>
      <w:r>
        <w:t>روٹین ورڈ واز، سمع اللہ من</w:t>
      </w:r>
    </w:p>
    <w:p>
      <w:r>
        <w:rPr>
          <w:b/>
        </w:rPr>
        <w:t xml:space="preserve">[30:37] </w:t>
      </w:r>
      <w:r>
        <w:t>hamidi, but he added some more words and said, rabbana lakal hamd, hamdan kathiran tayyiban mubarakan feeh.</w:t>
      </w:r>
    </w:p>
    <w:p>
      <w:pPr>
        <w:jc w:val="right"/>
      </w:pPr>
      <w:r>
        <w:t>حمدہ، بٹ ہی ایڈڈ سم مور ورڈز اینڈ سیڈ، ربنا لک الحمد، حمدا کثیرا طیبا وارک فی۔</w:t>
      </w:r>
    </w:p>
    <w:p>
      <w:r>
        <w:rPr>
          <w:b/>
        </w:rPr>
        <w:t xml:space="preserve">[30:48] </w:t>
      </w:r>
      <w:r>
        <w:t>so, after, after the prayer, when prophet finished his prayer, he asked, who was that person who said like this?</w:t>
      </w:r>
    </w:p>
    <w:p>
      <w:pPr>
        <w:jc w:val="right"/>
      </w:pPr>
      <w:r>
        <w:t>سو، افٹر، افٹر دی پریر، وین پرافٹ فنشڈ ہز پریر، ہی اسکڈ، ہو واز دیٹ پرسن ہو سیڈ لائک دس؟</w:t>
      </w:r>
    </w:p>
    <w:p>
      <w:r>
        <w:rPr>
          <w:b/>
        </w:rPr>
        <w:t xml:space="preserve">[31:02] </w:t>
      </w:r>
      <w:r>
        <w:t>who said like this? so, there was silence</w:t>
      </w:r>
    </w:p>
    <w:p>
      <w:pPr>
        <w:jc w:val="right"/>
      </w:pPr>
      <w:r>
        <w:t>ہو سیڈ لائک دس؟ سو، دیر واز سائلنس</w:t>
      </w:r>
    </w:p>
    <w:p>
      <w:r>
        <w:rPr>
          <w:b/>
        </w:rPr>
        <w:t xml:space="preserve">[31:07] </w:t>
      </w:r>
      <w:r>
        <w:t>, there was pause. that person was in fear, maybe i was wrong, and i will be punished.</w:t>
      </w:r>
    </w:p>
    <w:p>
      <w:pPr>
        <w:jc w:val="right"/>
      </w:pPr>
      <w:r>
        <w:t>، دیر واز پاز۔ دیٹ پرسن واز ان فیئر، می بی ائی واز رونگ، اینڈ ائی ویل بی پنشڈ۔</w:t>
      </w:r>
    </w:p>
    <w:p>
      <w:r>
        <w:rPr>
          <w:b/>
        </w:rPr>
        <w:t xml:space="preserve">[31:21] </w:t>
      </w:r>
      <w:r>
        <w:t>so, prophet said, no, it was not wrong.</w:t>
      </w:r>
    </w:p>
    <w:p>
      <w:pPr>
        <w:jc w:val="right"/>
      </w:pPr>
      <w:r>
        <w:t>سو، پرافٹ سیڈ، نو، اٹ واز ناٹ رونگ۔</w:t>
      </w:r>
    </w:p>
    <w:p>
      <w:r>
        <w:rPr>
          <w:b/>
        </w:rPr>
        <w:t xml:space="preserve">[31:27] </w:t>
      </w:r>
      <w:r>
        <w:t>it was greatly appreciated by god. why? it was expression of his sentiment.</w:t>
      </w:r>
    </w:p>
    <w:p>
      <w:pPr>
        <w:jc w:val="right"/>
      </w:pPr>
      <w:r>
        <w:t>اٹ واز گریٹلی اپریشیٹڈ بائی گاڈ۔ وائی؟ اٹ واز ایکسپریشن آف ہز سینٹیمنٹ۔</w:t>
      </w:r>
    </w:p>
    <w:p>
      <w:r>
        <w:rPr>
          <w:b/>
        </w:rPr>
        <w:t xml:space="preserve">[31:40] </w:t>
      </w:r>
      <w:r>
        <w:t>when you say, rabbana lakal hamd, you are repeating some ritual words, simply repetition of some memorized words.</w:t>
      </w:r>
    </w:p>
    <w:p>
      <w:pPr>
        <w:jc w:val="right"/>
      </w:pPr>
      <w:r>
        <w:t>وین یو سے، ربنا لک الحمد، یو آر ریپیٹنگ سم ریچول ورڈز، سمپلی ریپیٹیشن آف سم میمرائزڈ ورڈز۔</w:t>
      </w:r>
    </w:p>
    <w:p>
      <w:r>
        <w:rPr>
          <w:b/>
        </w:rPr>
        <w:t xml:space="preserve">[31:56] </w:t>
      </w:r>
      <w:r>
        <w:t>when you say, rabbana lakal hamd, you are repeating some memorized words. but, that sahabi, when he was praying,</w:t>
      </w:r>
    </w:p>
    <w:p>
      <w:pPr>
        <w:jc w:val="right"/>
      </w:pPr>
      <w:r>
        <w:t>وین یو سے، ربنا لک الحمد، یو آر ریپیٹنگ سم میمرائزڈ ورڈز۔ بٹ، دیٹ صحابی، وین ہی واز پرینگ،</w:t>
      </w:r>
    </w:p>
    <w:p>
      <w:r>
        <w:rPr>
          <w:b/>
        </w:rPr>
        <w:t xml:space="preserve">[32:08] </w:t>
      </w:r>
      <w:r>
        <w:t>he was inspired</w:t>
      </w:r>
    </w:p>
    <w:p>
      <w:pPr>
        <w:jc w:val="right"/>
      </w:pPr>
      <w:r>
        <w:t>ہی واز انسپائرڈ</w:t>
      </w:r>
    </w:p>
    <w:p>
      <w:r>
        <w:rPr>
          <w:b/>
        </w:rPr>
        <w:t xml:space="preserve">[32:15] </w:t>
      </w:r>
      <w:r>
        <w:t>with the remembrance of god. he remembered god, and he was inspired. he received, he was, he received thrilling experience, and this thrilling experience was expressed in such a way, that he said, rabbana lakal hamd, hamdan kathiran tayyiban mubarakan feeh.</w:t>
      </w:r>
    </w:p>
    <w:p>
      <w:pPr>
        <w:jc w:val="right"/>
      </w:pPr>
      <w:r>
        <w:t>ود دا ریممبرنس آف گاڈ۔ ہی ریممبرڈ گاڈ، اینڈ ہی واز انسپائرڈ۔ ہی ریسیوڈ، ہی واز، ہی ریسیوڈ تھرلنگ ایکسپیرینس، اینڈ دس تھرلنگ ایکسپیرینس واز ایکسپریسڈ ان سچ ا وے، دیٹ ہی سیڈ، ربنا لک الحمد، حمدا کثیرا طیبا وارک فی۔</w:t>
      </w:r>
    </w:p>
    <w:p>
      <w:r>
        <w:rPr>
          <w:b/>
        </w:rPr>
        <w:t xml:space="preserve">[32:40] </w:t>
      </w:r>
      <w:r>
        <w:t>it was a, it was a expression of imaan. it was expression of taqwa.</w:t>
      </w:r>
    </w:p>
    <w:p>
      <w:pPr>
        <w:jc w:val="right"/>
      </w:pPr>
      <w:r>
        <w:t>اٹ واز ا، اٹ واز ا ایکسپریشن آف ایمان۔ اٹ واز ایکسپریشن آف تقویٰ۔</w:t>
      </w:r>
    </w:p>
    <w:p>
      <w:r>
        <w:rPr>
          <w:b/>
        </w:rPr>
        <w:t xml:space="preserve">[32:51] </w:t>
      </w:r>
      <w:r>
        <w:t>so, it was greatly appreciated by god and by the prophet. so, here you can see, here is the difference.</w:t>
      </w:r>
    </w:p>
    <w:p>
      <w:pPr>
        <w:jc w:val="right"/>
      </w:pPr>
      <w:r>
        <w:t>سو، اٹ واز گریٹلی اپریشیٹڈ بائی گاڈ اینڈ بائی دا پرافٹ۔ سو، ہیر یو کین سی، ہیر از دی ڈیفرنس۔</w:t>
      </w:r>
    </w:p>
    <w:p>
      <w:r>
        <w:rPr>
          <w:b/>
        </w:rPr>
        <w:t xml:space="preserve">[33:02] </w:t>
      </w:r>
      <w:r>
        <w:t>he deviated from the routine and said, a new sentence, but he was right.</w:t>
      </w:r>
    </w:p>
    <w:p>
      <w:pPr>
        <w:jc w:val="right"/>
      </w:pPr>
      <w:r>
        <w:t>ہی ڈیویٹڈ فرام دا روٹین اینڈ سیڈ، ا نیو سینٹنس، بٹ ہی واز رائٹ۔</w:t>
      </w:r>
    </w:p>
    <w:p>
      <w:r>
        <w:rPr>
          <w:b/>
        </w:rPr>
        <w:t xml:space="preserve">[33:10] </w:t>
      </w:r>
      <w:r>
        <w:t>he was appreciated. why? because</w:t>
      </w:r>
    </w:p>
    <w:p>
      <w:pPr>
        <w:jc w:val="right"/>
      </w:pPr>
      <w:r>
        <w:t>ہی واز اپریشیٹڈ۔ وائی؟ بیکاز</w:t>
      </w:r>
    </w:p>
    <w:p>
      <w:r>
        <w:rPr>
          <w:b/>
        </w:rPr>
        <w:t xml:space="preserve">[33:18] </w:t>
      </w:r>
      <w:r>
        <w:t>salaah prayer is remembrance of god. is it not simply repetition of some rituals?</w:t>
      </w:r>
    </w:p>
    <w:p>
      <w:pPr>
        <w:jc w:val="right"/>
      </w:pPr>
      <w:r>
        <w:t>صلاۃ پریر از ریممبرنس آف گاڈ۔ از اٹ ناٹ سمپلی ریپیٹیشن آف سم ریچولز؟</w:t>
      </w:r>
    </w:p>
    <w:p>
      <w:r>
        <w:rPr>
          <w:b/>
        </w:rPr>
        <w:t xml:space="preserve">[33:29] </w:t>
      </w:r>
      <w:r>
        <w:t>no, when you remember god, it is what natural that to feel some, some expressions, some thrilling expressions.</w:t>
      </w:r>
    </w:p>
    <w:p>
      <w:pPr>
        <w:jc w:val="right"/>
      </w:pPr>
      <w:r>
        <w:t>نو، وین یو ریممبر گاڈ، اٹ از واٹ نیچرل دیٹ ٹو فیل سم، سم ایکسپریشنز، سم تھرلنگ ایکسپریشنز۔</w:t>
      </w:r>
    </w:p>
    <w:p>
      <w:r>
        <w:rPr>
          <w:b/>
        </w:rPr>
        <w:t xml:space="preserve">[33:40] </w:t>
      </w:r>
      <w:r>
        <w:t>at that time, not possible for you to simply repeat some, some memorized words.</w:t>
      </w:r>
    </w:p>
    <w:p>
      <w:pPr>
        <w:jc w:val="right"/>
      </w:pPr>
      <w:r>
        <w:t>ایٹ دیٹ ٹائم، ناٹ پاسیبل فار یو ٹو سمپلی ریپیٹ سم، سم میمرائزڈ ورڈز۔</w:t>
      </w:r>
    </w:p>
    <w:p>
      <w:r>
        <w:rPr>
          <w:b/>
        </w:rPr>
        <w:t xml:space="preserve">[33:50] </w:t>
      </w:r>
      <w:r>
        <w:t>your heart will, at that time, your, your, your, your impressions will take, will,</w:t>
      </w:r>
    </w:p>
    <w:p>
      <w:pPr>
        <w:jc w:val="right"/>
      </w:pPr>
      <w:r>
        <w:t>یور ہارٹ ویل، ایٹ دیٹ ٹائم، یور، یور، یور، یور امپریشنز ویل ٹیکس، ویل،</w:t>
      </w:r>
    </w:p>
    <w:p>
      <w:r>
        <w:rPr>
          <w:b/>
        </w:rPr>
        <w:t xml:space="preserve">[34:04] </w:t>
      </w:r>
      <w:r>
        <w:t>will manifest in some more words.</w:t>
      </w:r>
    </w:p>
    <w:p>
      <w:pPr>
        <w:jc w:val="right"/>
      </w:pPr>
      <w:r>
        <w:t>ویل مینیفیسٹ ان سم مور ورڈز۔</w:t>
      </w:r>
    </w:p>
    <w:p>
      <w:r>
        <w:rPr>
          <w:b/>
        </w:rPr>
        <w:t xml:space="preserve">[34:10] </w:t>
      </w:r>
      <w:r>
        <w:t>the thrilling experience, the thrilling sentiment which you experience at that time, it is not for you to contain that sentiment in your heart.</w:t>
      </w:r>
    </w:p>
    <w:p>
      <w:pPr>
        <w:jc w:val="right"/>
      </w:pPr>
      <w:r>
        <w:t>دا تھرلنگ ایکسپیرینس، دا تھرلنگ سینٹیمنٹ وچ یو ایکسپیرینس ایٹ دیٹ ٹائم، اٹ از ناٹ فار یو ٹو کنٹین دیٹ سینٹیمنٹ ان یور ہارٹ۔</w:t>
      </w:r>
    </w:p>
    <w:p>
      <w:r>
        <w:rPr>
          <w:b/>
        </w:rPr>
        <w:t xml:space="preserve">[34:24] </w:t>
      </w:r>
      <w:r>
        <w:t>you will say something, some more words, some more sentences, not simply the memorized sentences.</w:t>
      </w:r>
    </w:p>
    <w:p>
      <w:pPr>
        <w:jc w:val="right"/>
      </w:pPr>
      <w:r>
        <w:t>یو ویل سی سم تھنگ، سم مور ورڈز، سم مور سینٹنسز، ناٹ سمپلی دا میمرائزڈ سینٹنسز۔</w:t>
      </w:r>
    </w:p>
    <w:p>
      <w:r>
        <w:rPr>
          <w:b/>
        </w:rPr>
        <w:t xml:space="preserve">[34:38] </w:t>
      </w:r>
      <w:r>
        <w:t>so, that sahabi was thrilled, and he received inspiration from god. so, abruptly he said, rabbana lakal hamd, hamdan kathiran tayyiban mubarakan feeh.</w:t>
      </w:r>
    </w:p>
    <w:p>
      <w:pPr>
        <w:jc w:val="right"/>
      </w:pPr>
      <w:r>
        <w:t>سو، دیٹ صحابی واز تھرلڈ، اینڈ ہی ریسیوڈ انسپیریشن فرام گاڈ۔ سو، ابرپٹلی ہی سیڈ، ربنا لک الحمد، حمدا کثیرا طیبا وارک فی۔</w:t>
      </w:r>
    </w:p>
    <w:p>
      <w:r>
        <w:rPr>
          <w:b/>
        </w:rPr>
        <w:t xml:space="preserve">[34:52] </w:t>
      </w:r>
      <w:r>
        <w:t>this true prayer, this true salaah, this true dua, it was highly appreciated by god and by the prophet.</w:t>
      </w:r>
    </w:p>
    <w:p>
      <w:pPr>
        <w:jc w:val="right"/>
      </w:pPr>
      <w:r>
        <w:t>دس ٹرو پریر، دس ٹرو صلاۃ، دس ٹرو دعا، اٹ واز ہائیلی اپریشیٹڈ بائی گاڈ اینڈ بائی دا پرافٹ۔</w:t>
      </w:r>
    </w:p>
    <w:p>
      <w:r>
        <w:rPr>
          <w:b/>
        </w:rPr>
        <w:t xml:space="preserve">[35:03] </w:t>
      </w:r>
      <w:r>
        <w:t>so, those, all those people who tried, tried to make a single form of salaah, they were wrong according to my analysis.</w:t>
      </w:r>
    </w:p>
    <w:p>
      <w:pPr>
        <w:jc w:val="right"/>
      </w:pPr>
      <w:r>
        <w:t>سو، دوز، الدوز پیپل ہو ٹرائیڈ، ٹرائیڈ ٹو میک ا سنگل فارم آف صلاۃ، دے وار رونگ اکنڈنگ ٹو مائی انالیسز۔</w:t>
      </w:r>
    </w:p>
    <w:p>
      <w:r>
        <w:rPr>
          <w:b/>
        </w:rPr>
        <w:t xml:space="preserve">[35:21] </w:t>
      </w:r>
      <w:r>
        <w:t>it was a reduced form of salaah. it was a reduced form of salaah. so, those people who said, that</w:t>
      </w:r>
    </w:p>
    <w:p>
      <w:pPr>
        <w:jc w:val="right"/>
      </w:pPr>
      <w:r>
        <w:t>اٹ واز ا ریڈوس فارم آف صلاۃ۔ اٹ واز ا ریڈوس فارم آف صلاۃ۔ سو، دوز پیپل ہو سیڈ، دیٹ</w:t>
      </w:r>
    </w:p>
    <w:p>
      <w:r>
        <w:rPr>
          <w:b/>
        </w:rPr>
        <w:t xml:space="preserve">[35:37] </w:t>
      </w:r>
      <w:r>
        <w:t>anyone follow, anyone of them, follow anyone of them, and you will be in right, in right path.</w:t>
      </w:r>
    </w:p>
    <w:p>
      <w:pPr>
        <w:jc w:val="right"/>
      </w:pPr>
      <w:r>
        <w:t>اینی ون فالو، اینی ون آف دیم، فالو اینی ون آف دیم، اینڈ یو ویل بی ان رائٹ، ان رائٹ پاتھ۔</w:t>
      </w:r>
    </w:p>
    <w:p>
      <w:r>
        <w:rPr>
          <w:b/>
        </w:rPr>
        <w:t xml:space="preserve">[35:48] </w:t>
      </w:r>
      <w:r>
        <w:t>That was the correct, correct meaning of salat. So, all those schools of fiqh, like Hanafi and Shafi'i and Maliki, rahmali,</w:t>
      </w:r>
    </w:p>
    <w:p>
      <w:pPr>
        <w:jc w:val="right"/>
      </w:pPr>
      <w:r>
        <w:t>دس واز دا کریکٹ، کریکٹ میننگ آف صلاۃ۔ سو، الدوز سکولز آف فقہ، لائک حنفی اینڈ شافعی اینڈ مالکی، رحملی،</w:t>
      </w:r>
    </w:p>
    <w:p>
      <w:r>
        <w:rPr>
          <w:b/>
        </w:rPr>
        <w:t xml:space="preserve">[36:07] </w:t>
      </w:r>
      <w:r>
        <w:t>all those schools of fiqh, were invented, their innovation, their innovation, because during, because before this period,</w:t>
      </w:r>
    </w:p>
    <w:p>
      <w:pPr>
        <w:jc w:val="right"/>
      </w:pPr>
      <w:r>
        <w:t>الدوز سکول آف فقہ، ویر انوینٹڈ، دیر انویشن، دیر انویشن، بیکاز ڈیورنگ، بیکاز بیفور دس پیریڈ،</w:t>
      </w:r>
    </w:p>
    <w:p>
      <w:r>
        <w:rPr>
          <w:b/>
        </w:rPr>
        <w:t xml:space="preserve">[36:21] </w:t>
      </w:r>
      <w:r>
        <w:t>Sahaba period, all those Sahaba were praying salat in different way, not a single way.</w:t>
      </w:r>
    </w:p>
    <w:p>
      <w:pPr>
        <w:jc w:val="right"/>
      </w:pPr>
      <w:r>
        <w:t>صحابہ پیریڈ، الدوز صحابہ ویر پرینگ صلاۃ ان ڈفرنٹ وے، ناٹ اے سنگل وے۔</w:t>
      </w:r>
    </w:p>
    <w:p>
      <w:r>
        <w:rPr>
          <w:b/>
        </w:rPr>
        <w:t xml:space="preserve">[36:30] </w:t>
      </w:r>
      <w:r>
        <w:t>but, there was no objection, no</w:t>
      </w:r>
    </w:p>
    <w:p>
      <w:pPr>
        <w:jc w:val="right"/>
      </w:pPr>
      <w:r>
        <w:t>بٹ، دیر واز نو ابجیکشن، نو</w:t>
      </w:r>
    </w:p>
    <w:p>
      <w:r>
        <w:rPr>
          <w:b/>
        </w:rPr>
        <w:t xml:space="preserve">[36:33] </w:t>
      </w:r>
      <w:r>
        <w:t>one objected, because they consciously know that there are two different part of the salat, in basic structure and non-basic structure.</w:t>
      </w:r>
    </w:p>
    <w:p>
      <w:pPr>
        <w:jc w:val="right"/>
      </w:pPr>
      <w:r>
        <w:t>ون ابجیکٹڈ، بیکاز دے کانشیسلی نو دیٹ دیر ار ٹو ڈفرنٹ پارٹ آف دا صلاۃ، ان بیسک سٹرکچر اینڈ نان بیسک سٹرکچر۔</w:t>
      </w:r>
    </w:p>
    <w:p>
      <w:r>
        <w:rPr>
          <w:b/>
        </w:rPr>
        <w:t xml:space="preserve">[36:48] </w:t>
      </w:r>
      <w:r>
        <w:t>in basic structure, there was no difference, but in non-basic, but natural that there may be difference.</w:t>
      </w:r>
    </w:p>
    <w:p>
      <w:pPr>
        <w:jc w:val="right"/>
      </w:pPr>
      <w:r>
        <w:t>ان بیسک سٹرکچر، دیر واز نو ڈیفرنس، بٹ ان نان بیسک، بٹ نیچرل دیٹ دیر می بی ڈیفرنس۔</w:t>
      </w:r>
    </w:p>
    <w:p>
      <w:r>
        <w:rPr>
          <w:b/>
        </w:rPr>
        <w:t xml:space="preserve">[36:57] </w:t>
      </w:r>
      <w:r>
        <w:t>some one will say, Sami Allahu min hamidah, Rabbana lakal hamd.</w:t>
      </w:r>
    </w:p>
    <w:p>
      <w:pPr>
        <w:jc w:val="right"/>
      </w:pPr>
      <w:r>
        <w:t>سم ون ویل سی، سمع اللہ من حمدہ، ربنا لک الحمد۔</w:t>
      </w:r>
    </w:p>
    <w:p>
      <w:r>
        <w:rPr>
          <w:b/>
        </w:rPr>
        <w:t xml:space="preserve">[37:02] </w:t>
      </w:r>
      <w:r>
        <w:t>some one will say, Rabbana lakal hamd, hamdan kathiran tayyiban mubarakan feeh.</w:t>
      </w:r>
    </w:p>
    <w:p>
      <w:pPr>
        <w:jc w:val="right"/>
      </w:pPr>
      <w:r>
        <w:t>سم ون ویل سی، ربنا لک الحمد، حمدا کثیرا طیبا وارک فی۔</w:t>
      </w:r>
    </w:p>
    <w:p>
      <w:r>
        <w:rPr>
          <w:b/>
        </w:rPr>
        <w:t xml:space="preserve">[37:10] </w:t>
      </w:r>
      <w:r>
        <w:t>because it is expression. expression, you cannot limit your expression in a, in a, in a, very, in a single form.</w:t>
      </w:r>
    </w:p>
    <w:p>
      <w:pPr>
        <w:jc w:val="right"/>
      </w:pPr>
      <w:r>
        <w:t>بیکاز اٹ از انر ایکسپریشن۔ انر ایکسپریشن، یو کین ناٹ لمٹ یور انر ایکسپریشن ان اے، ان اے، ان اے، ویری، ان اے سنگل فارم۔</w:t>
      </w:r>
    </w:p>
    <w:p>
      <w:r>
        <w:rPr>
          <w:b/>
        </w:rPr>
        <w:t xml:space="preserve">[37:30] </w:t>
      </w:r>
      <w:r>
        <w:t>so, this is the, this was the genesis of four schools.</w:t>
      </w:r>
    </w:p>
    <w:p>
      <w:pPr>
        <w:jc w:val="right"/>
      </w:pPr>
      <w:r>
        <w:t>سو، دس از دا، دس واز دا جینیسس آف فور سکولز۔</w:t>
      </w:r>
    </w:p>
    <w:p>
      <w:r>
        <w:rPr>
          <w:b/>
        </w:rPr>
        <w:t xml:space="preserve">[37:40] </w:t>
      </w:r>
      <w:r>
        <w:t>you can follow any one of these schools, if you are not a great alim.</w:t>
      </w:r>
    </w:p>
    <w:p>
      <w:pPr>
        <w:jc w:val="right"/>
      </w:pPr>
      <w:r>
        <w:t>یو کین فالو اینی ون آف دیز سکول، اف یو آر ناٹ ا گریٹ عالم۔</w:t>
      </w:r>
    </w:p>
    <w:p>
      <w:r>
        <w:rPr>
          <w:b/>
        </w:rPr>
        <w:t xml:space="preserve">[37:49] </w:t>
      </w:r>
      <w:r>
        <w:t>but, for those who can understand, who are alim, who can read, they are not required to follow any one of these schools.</w:t>
      </w:r>
    </w:p>
    <w:p>
      <w:pPr>
        <w:jc w:val="right"/>
      </w:pPr>
      <w:r>
        <w:t>بٹ، فار دوز ہو کین انڈرسٹینڈ، ہو آر عالم، ہو کین ریڈ، دے آر ناٹ ریکوائرڈ ٹو فالو اینی ون آف دیز سکولز۔</w:t>
      </w:r>
    </w:p>
    <w:p>
      <w:r>
        <w:rPr>
          <w:b/>
        </w:rPr>
        <w:t xml:space="preserve">[38:02] </w:t>
      </w:r>
      <w:r>
        <w:t>these schools are only for, for facilitation, only to facilitate.</w:t>
      </w:r>
    </w:p>
    <w:p>
      <w:pPr>
        <w:jc w:val="right"/>
      </w:pPr>
      <w:r>
        <w:t>دیز سکولز آر اونلی فار، فار فیسلیٹیشن، اونلی ٹو فیسلیٹیٹ۔</w:t>
      </w:r>
    </w:p>
    <w:p>
      <w:r>
        <w:rPr>
          <w:b/>
        </w:rPr>
        <w:t xml:space="preserve">[38:11] </w:t>
      </w:r>
      <w:r>
        <w:t>in this sense, they are right. in this sense, they are right.</w:t>
      </w:r>
    </w:p>
    <w:p>
      <w:pPr>
        <w:jc w:val="right"/>
      </w:pPr>
      <w:r>
        <w:t>ان دس سینس، دے آر رائٹ۔ ان دس سینس، دے آر رائٹ۔</w:t>
      </w:r>
    </w:p>
    <w:p>
      <w:r>
        <w:rPr>
          <w:b/>
        </w:rPr>
        <w:t xml:space="preserve">[38:17] </w:t>
      </w:r>
      <w:r>
        <w:t>but, if you take these schools,</w:t>
      </w:r>
    </w:p>
    <w:p>
      <w:pPr>
        <w:jc w:val="right"/>
      </w:pPr>
      <w:r>
        <w:t>بٹ، اف یو ٹیک دیز سکولز،</w:t>
      </w:r>
    </w:p>
    <w:p>
      <w:r>
        <w:rPr>
          <w:b/>
        </w:rPr>
        <w:t xml:space="preserve">[38:23] </w:t>
      </w:r>
      <w:r>
        <w:t>as take these in absolute sense, then you are wrong. so, don't take these schools in absolute sense, but take it in the sense that it is only to facilitate, due to practical reasons.</w:t>
      </w:r>
    </w:p>
    <w:p>
      <w:pPr>
        <w:jc w:val="right"/>
      </w:pPr>
      <w:r>
        <w:t>ایز ٹیک دیز ان ایبسولیوٹ سینس، دین یو آر رونگ۔ سو، ڈونٹ ٹیک دیز سکولز ان ایبسولیوٹ سینس، بٹ ٹیک اٹ ان دا سینس دیٹ اٹ از اونلی ٹو فیسلیٹیٹ، ڈیو ٹو پریکٹیکل ریزن۔</w:t>
      </w:r>
    </w:p>
    <w:p>
      <w:r>
        <w:rPr>
          <w:b/>
        </w:rPr>
        <w:t xml:space="preserve">[38:43] </w:t>
      </w:r>
      <w:r>
        <w:t>then you are right.</w:t>
      </w:r>
    </w:p>
    <w:p>
      <w:pPr>
        <w:jc w:val="right"/>
      </w:pPr>
      <w:r>
        <w:t>دین یو آر رائٹ۔</w:t>
      </w:r>
    </w:p>
    <w:p>
      <w:r>
        <w:rPr>
          <w:b/>
        </w:rPr>
        <w:t xml:space="preserve">[38:47] </w:t>
      </w:r>
      <w:r>
        <w:t>this is my experience, and this is my</w:t>
      </w:r>
    </w:p>
    <w:p>
      <w:pPr>
        <w:jc w:val="right"/>
      </w:pPr>
      <w:r>
        <w:t>دس از مائی ایکسپیرینس، اینڈ دس از مائی</w:t>
      </w:r>
    </w:p>
    <w:p>
      <w:r>
        <w:rPr>
          <w:b/>
        </w:rPr>
        <w:t xml:space="preserve">[38:57] </w:t>
      </w:r>
      <w:r>
        <w:t>study.</w:t>
      </w:r>
    </w:p>
    <w:p>
      <w:pPr>
        <w:jc w:val="right"/>
      </w:pPr>
      <w:r>
        <w:t>اسٹڈی۔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