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Religious Understanding October 18, 2015 Maulana Wahiduddin Khan</w:t>
      </w:r>
    </w:p>
    <w:p>
      <w:r>
        <w:t>https://www.youtube.com/watch?v=yt5TAVhva6E</w:t>
      </w:r>
    </w:p>
    <w:p>
      <w:r>
        <w:rPr>
          <w:b/>
        </w:rPr>
        <w:t xml:space="preserve">[00:13] </w:t>
      </w:r>
      <w:r>
        <w:t>bismillah al-rahman al-rahim, wa salla Allahu ala nabiyyi al-karim. Rabb ishrah li sadri, wa yassir li amri, wa ihlul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[00:34] </w:t>
      </w:r>
      <w:r>
        <w:t>18 october 2015.</w:t>
      </w:r>
    </w:p>
    <w:p>
      <w:pPr>
        <w:jc w:val="right"/>
      </w:pPr>
      <w:r>
        <w:t>18 اکتوبر 2015۔</w:t>
      </w:r>
    </w:p>
    <w:p>
      <w:r>
        <w:rPr>
          <w:b/>
        </w:rPr>
        <w:t xml:space="preserve">[00:40] </w:t>
      </w:r>
      <w:r>
        <w:t>aaj ka topic hai</w:t>
      </w:r>
    </w:p>
    <w:p>
      <w:pPr>
        <w:jc w:val="right"/>
      </w:pPr>
      <w:r>
        <w:t>آج کا ٹاپک ہے</w:t>
      </w:r>
    </w:p>
    <w:p>
      <w:r>
        <w:rPr>
          <w:b/>
        </w:rPr>
        <w:t xml:space="preserve">[00:44] </w:t>
      </w:r>
      <w:r>
        <w:t>fehm-e-deen, yaani religious understanding.</w:t>
      </w:r>
    </w:p>
    <w:p>
      <w:pPr>
        <w:jc w:val="right"/>
      </w:pPr>
      <w:r>
        <w:t>فہم دین، یعنی religious understanding۔</w:t>
      </w:r>
    </w:p>
    <w:p>
      <w:r>
        <w:rPr>
          <w:b/>
        </w:rPr>
        <w:t xml:space="preserve">[00:53] </w:t>
      </w:r>
      <w:r>
        <w:t>deen ko samajhne ke do level hain.</w:t>
      </w:r>
    </w:p>
    <w:p>
      <w:pPr>
        <w:jc w:val="right"/>
      </w:pPr>
      <w:r>
        <w:t>دین کو سمجھنے کے دو لیول ہیں۔</w:t>
      </w:r>
    </w:p>
    <w:p>
      <w:r>
        <w:rPr>
          <w:b/>
        </w:rPr>
        <w:t xml:space="preserve">[01:04] </w:t>
      </w:r>
      <w:r>
        <w:t>do level ka zikr khud hadith mein maujood hai: "likul hadd muttalioon".</w:t>
      </w:r>
    </w:p>
    <w:p>
      <w:pPr>
        <w:jc w:val="right"/>
      </w:pPr>
      <w:r>
        <w:t>دو لیول کا ذکر خود حدیث میں موجود ہے: "لکل حد مطلعون"۔</w:t>
      </w:r>
    </w:p>
    <w:p>
      <w:r>
        <w:rPr>
          <w:b/>
        </w:rPr>
        <w:t xml:space="preserve">[01:12] </w:t>
      </w:r>
      <w:r>
        <w:t>to de level ka matlab yeh hai ke ek hai saada level, ke kisi hadith mein ya kisi ayat, quran ki ayat mein jo baat kahi gayi hai, us ka tarjuma padh kar jo baat samajh mein aaye, saada taur par us ko maan lena.</w:t>
      </w:r>
    </w:p>
    <w:p>
      <w:pPr>
        <w:jc w:val="right"/>
      </w:pPr>
      <w:r>
        <w:t>تو دے لیول کا مطلب یہ ہے کہ ایک ہے سادہ لیول، کہ کسی حدیث میں یا کسی آیت، قرآن کی آیت میں جو بات کہی گئی ہے، اس کا ترجمہ پڑھ کر جو بات سمجھ میں آئے، سادہ طور پر اس کو مان لینا۔</w:t>
      </w:r>
    </w:p>
    <w:p>
      <w:r>
        <w:rPr>
          <w:b/>
        </w:rPr>
        <w:t xml:space="preserve">[01:31] </w:t>
      </w:r>
      <w:r>
        <w:t>yeh hai ek level.</w:t>
      </w:r>
    </w:p>
    <w:p>
      <w:pPr>
        <w:jc w:val="right"/>
      </w:pPr>
      <w:r>
        <w:t>یہ ہے ایک لیول۔</w:t>
      </w:r>
    </w:p>
    <w:p>
      <w:r>
        <w:rPr>
          <w:b/>
        </w:rPr>
        <w:t xml:space="preserve">[01:35] </w:t>
      </w:r>
      <w:r>
        <w:t>dusra level yeh hai ke is ko sochna, is par tadabbur karna, aur phir is ki deep meaning tak pahunchna.</w:t>
      </w:r>
    </w:p>
    <w:p>
      <w:pPr>
        <w:jc w:val="right"/>
      </w:pPr>
      <w:r>
        <w:t>دوسرا لیول یہ ہے کہ اس کو سوچنا، اس پر تدبر کرنا، اور پھر اس کی ڈیپ میننگ تک پہنچنا۔</w:t>
      </w:r>
    </w:p>
    <w:p>
      <w:r>
        <w:rPr>
          <w:b/>
        </w:rPr>
        <w:t xml:space="preserve">[01:45] </w:t>
      </w:r>
      <w:r>
        <w:t>yeh dusra level hai.</w:t>
      </w:r>
    </w:p>
    <w:p>
      <w:pPr>
        <w:jc w:val="right"/>
      </w:pPr>
      <w:r>
        <w:t>یہ دوسرا لیول ہے۔</w:t>
      </w:r>
    </w:p>
    <w:p>
      <w:r>
        <w:rPr>
          <w:b/>
        </w:rPr>
        <w:t xml:space="preserve">[01:50] </w:t>
      </w:r>
      <w:r>
        <w:t>to</w:t>
      </w:r>
    </w:p>
    <w:p>
      <w:pPr>
        <w:jc w:val="right"/>
      </w:pPr>
      <w:r>
        <w:t>تو</w:t>
      </w:r>
    </w:p>
    <w:p>
      <w:r>
        <w:rPr>
          <w:b/>
        </w:rPr>
        <w:t xml:space="preserve">[01:53] </w:t>
      </w:r>
      <w:r>
        <w:t>dusre level ke aitbar se main kuch baatein arz karunga.</w:t>
      </w:r>
    </w:p>
    <w:p>
      <w:pPr>
        <w:jc w:val="right"/>
      </w:pPr>
      <w:r>
        <w:t>دوسرے لیول کے اعتبار سے میں کچھ باتیں عرض کروں گا۔</w:t>
      </w:r>
    </w:p>
    <w:p>
      <w:r>
        <w:rPr>
          <w:b/>
        </w:rPr>
        <w:t xml:space="preserve">[02:00] </w:t>
      </w:r>
      <w:r>
        <w:t>quran mein hai ke:</w:t>
      </w:r>
    </w:p>
    <w:p>
      <w:pPr>
        <w:jc w:val="right"/>
      </w:pPr>
      <w:r>
        <w:t>قرآن میں ہے کہ:</w:t>
      </w:r>
    </w:p>
    <w:p>
      <w:r>
        <w:rPr>
          <w:b/>
        </w:rPr>
        <w:t xml:space="preserve">[02:07] </w:t>
      </w:r>
      <w:r>
        <w:t>"kulluhum fi anfusihim qaul barighah". un se kaho</w:t>
      </w:r>
    </w:p>
    <w:p>
      <w:pPr>
        <w:jc w:val="right"/>
      </w:pPr>
      <w:r>
        <w:t>"کلھم فی انفسہم قول بریغہ"۔ ان سے کہو</w:t>
      </w:r>
    </w:p>
    <w:p>
      <w:r>
        <w:rPr>
          <w:b/>
        </w:rPr>
        <w:t xml:space="preserve">[02:15] </w:t>
      </w:r>
      <w:r>
        <w:t>un ke qalb mein utarne wali baat. yahan qalb se murad wahi hai jis ko hum zehn kehte hain, zehn mein utarne wali baat.</w:t>
      </w:r>
    </w:p>
    <w:p>
      <w:pPr>
        <w:jc w:val="right"/>
      </w:pPr>
      <w:r>
        <w:t>ان کے قلب میں اترنے والی بات۔ یہاں قلب سے مراد وہی ہے جس کو ہم ذہن کہتے ہیں، ذہن میں اترنے والی بات۔</w:t>
      </w:r>
    </w:p>
    <w:p>
      <w:r>
        <w:rPr>
          <w:b/>
        </w:rPr>
        <w:t xml:space="preserve">[02:29] </w:t>
      </w:r>
      <w:r>
        <w:t>isi ko hadith mein in alfaaz mein kaha gaya hai ke: "kallimun naas ala qadr uqoolihim". logon ke aqal ke mutabiq baat karo.</w:t>
      </w:r>
    </w:p>
    <w:p>
      <w:pPr>
        <w:jc w:val="right"/>
      </w:pPr>
      <w:r>
        <w:t>اسی کو حدیث میں ان الفاظ میں کہا گیا ہے کہ: "کلم الناس علی قدر عقولہم"۔ لوگوں کے عقل کے مطابق بات کرو۔</w:t>
      </w:r>
    </w:p>
    <w:p>
      <w:r>
        <w:rPr>
          <w:b/>
        </w:rPr>
        <w:t xml:space="preserve">[02:40] </w:t>
      </w:r>
      <w:r>
        <w:t>to is ka matlab kya hai? is ka matlab yeh hai ke har insan ki apni ek vocabulary hoti hai, zakhira alfaaz.</w:t>
      </w:r>
    </w:p>
    <w:p>
      <w:pPr>
        <w:jc w:val="right"/>
      </w:pPr>
      <w:r>
        <w:t>تو اس کا مطلب کیا ہے؟ اس کا مطلب یہ ہے کہ ہر انسان کی اپنی ایک وکیبلری ہوتی ہے، ذخیرہ الفاظ۔</w:t>
      </w:r>
    </w:p>
    <w:p>
      <w:r>
        <w:rPr>
          <w:b/>
        </w:rPr>
        <w:t xml:space="preserve">[02:53] </w:t>
      </w:r>
      <w:r>
        <w:t>ek aam insan hai, is ka ek khaas log hain jo parhe likhe hote hain, un ka. to aap agar</w:t>
      </w:r>
    </w:p>
    <w:p>
      <w:pPr>
        <w:jc w:val="right"/>
      </w:pPr>
      <w:r>
        <w:t>ایک عام انسان ہے، اس کا ایک خاص لوگ ہیں جو پڑھے لکھے ہوتے ہیں، ان کا۔ تو آپ اگر</w:t>
      </w:r>
    </w:p>
    <w:p>
      <w:r>
        <w:rPr>
          <w:b/>
        </w:rPr>
        <w:t xml:space="preserve">[03:06] </w:t>
      </w:r>
      <w:r>
        <w:t>khawwas ki vocabulary mein bolen to aam nahin samjhenge. awam ki vocabulary mein bolen to khawwas shayad na samjhen.</w:t>
      </w:r>
    </w:p>
    <w:p>
      <w:pPr>
        <w:jc w:val="right"/>
      </w:pPr>
      <w:r>
        <w:t>خواص کی وکیبلری میں بولیں تو عام نہیں سمجھیں گے۔ عوام کی وکیبلری میں بولیں تو خواص شاید نہ سمجھیں۔</w:t>
      </w:r>
    </w:p>
    <w:p>
      <w:r>
        <w:rPr>
          <w:b/>
        </w:rPr>
        <w:t xml:space="preserve">[03:17] </w:t>
      </w:r>
      <w:r>
        <w:t>main aap ko ek misaal deta hoon, saada misaal.</w:t>
      </w:r>
    </w:p>
    <w:p>
      <w:pPr>
        <w:jc w:val="right"/>
      </w:pPr>
      <w:r>
        <w:t>میں آپ کو ایک مثال دیتا ہوں، سادہ مثال۔</w:t>
      </w:r>
    </w:p>
    <w:p>
      <w:r>
        <w:rPr>
          <w:b/>
        </w:rPr>
        <w:t xml:space="preserve">[03:21] </w:t>
      </w:r>
      <w:r>
        <w:t>jaise aap kahen ke falan masjid mein falan molana sahib ka bayan hota hai, to woh log samajh jayenge is ko jo bayan ka, jin ke mani mein bayan ke lafz se jo aashna hai,</w:t>
      </w:r>
    </w:p>
    <w:p>
      <w:pPr>
        <w:jc w:val="right"/>
      </w:pPr>
      <w:r>
        <w:t>جیسے آپ کہیں کہ فلاں مسجد میں فلاں مولانا صاحب کا بیان ہوتا ہے، تو وہ لوگ سمجھ جائیں گے اس کو جو بیان کا، جن کے معنی میں بیان کے لفظ سے جو آشنا ہے،</w:t>
      </w:r>
    </w:p>
    <w:p>
      <w:r>
        <w:rPr>
          <w:b/>
        </w:rPr>
        <w:t xml:space="preserve">[03:38] </w:t>
      </w:r>
      <w:r>
        <w:t>lafz bayan ke lafz se aashna hai. lekin dusra aadmi nahin samjhega.</w:t>
      </w:r>
    </w:p>
    <w:p>
      <w:pPr>
        <w:jc w:val="right"/>
      </w:pPr>
      <w:r>
        <w:t>لفظ بیان کے لفظ سے آشنا ہے۔ لیکن دوسرا آدمی نہیں سمجھے گا۔</w:t>
      </w:r>
    </w:p>
    <w:p>
      <w:r>
        <w:rPr>
          <w:b/>
        </w:rPr>
        <w:t xml:space="preserve">[03:45] </w:t>
      </w:r>
      <w:r>
        <w:t>is ko kahen ke falan masjid mein molana molana sahib ka lecture hota hai to woh samjhega, kyunke lecture ke lafz se woh aashna hai.</w:t>
      </w:r>
    </w:p>
    <w:p>
      <w:pPr>
        <w:jc w:val="right"/>
      </w:pPr>
      <w:r>
        <w:t>اس کو کہیں کہ فلاں مسجد میں مولانا مولانا صاحب کا لیکچر ہوتا ہے تو وہ سمجھے گا، کیونکہ لیکچر کے لفظ سے وہ آشنا ہے۔</w:t>
      </w:r>
    </w:p>
    <w:p>
      <w:r>
        <w:rPr>
          <w:b/>
        </w:rPr>
        <w:t xml:space="preserve">[03:56] </w:t>
      </w:r>
      <w:r>
        <w:t>to isi ko kaha gaya hai ke logon ke مبلغ ilm ke mutabiq un se baat karo. to is lihaz se dekhen aap ka audience bhi do ban jata hai.</w:t>
      </w:r>
    </w:p>
    <w:p>
      <w:pPr>
        <w:jc w:val="right"/>
      </w:pPr>
      <w:r>
        <w:t>تو اسی کو کہا گیا ہے کہ لوگوں کے مبلغ علم کے مطابق ان سے بات کرو۔ تو اس لحاظ سے دیکھیں آپ کا آڈینس بھی دو بن جاتا ہے۔</w:t>
      </w:r>
    </w:p>
    <w:p>
      <w:r>
        <w:rPr>
          <w:b/>
        </w:rPr>
        <w:t xml:space="preserve">[04:10] </w:t>
      </w:r>
      <w:r>
        <w:t>ek awam ka audience, ek khawwas ka audience.</w:t>
      </w:r>
    </w:p>
    <w:p>
      <w:pPr>
        <w:jc w:val="right"/>
      </w:pPr>
      <w:r>
        <w:t>ایک عوام کا آڈینس، ایک خواص کا آڈینس۔</w:t>
      </w:r>
    </w:p>
    <w:p>
      <w:r>
        <w:rPr>
          <w:b/>
        </w:rPr>
        <w:t xml:space="preserve">[04:15] </w:t>
      </w:r>
      <w:r>
        <w:t>to jo audience awam ko mutasir karta hai woh khawwas ko nahin karega. jo khawwas ko mutasir karta hai woh awam ko nahin karega.</w:t>
      </w:r>
    </w:p>
    <w:p>
      <w:pPr>
        <w:jc w:val="right"/>
      </w:pPr>
      <w:r>
        <w:t>تو جو آڈینس عوام کو متاثر کرتا ہے وہ خواص کو نہیں کرے گا۔ جو خواص کو متاثر کرتا ہے وہ عوام کو نہیں کرے گا۔</w:t>
      </w:r>
    </w:p>
    <w:p>
      <w:r>
        <w:rPr>
          <w:b/>
        </w:rPr>
        <w:t xml:space="preserve">[04:26] </w:t>
      </w:r>
      <w:r>
        <w:t>to main samajhta hoon ke jo log parhe likhe hain, jo tadabbur ki salahiyat rakhte hain, un ko</w:t>
      </w:r>
    </w:p>
    <w:p>
      <w:pPr>
        <w:jc w:val="right"/>
      </w:pPr>
      <w:r>
        <w:t>تو میں سمجھتا ہوں کہ جو لوگ پڑھے لکھے ہیں، جو تدبر کی صلاحیت رکھتے ہیں، ان کو</w:t>
      </w:r>
    </w:p>
    <w:p>
      <w:r>
        <w:rPr>
          <w:b/>
        </w:rPr>
        <w:t xml:space="preserve">[04:42] </w:t>
      </w:r>
      <w:r>
        <w:t>zyada gehrai ke sath baat ko samajhna chahte hain, woh log isi ke lihaz se baat</w:t>
      </w:r>
    </w:p>
    <w:p>
      <w:pPr>
        <w:jc w:val="right"/>
      </w:pPr>
      <w:r>
        <w:t>زیادہ گہرائی کے ساتھ بات کو سمجھنا چاہتے ہیں، وہ لوگ اسی کے لحاظ سے بات</w:t>
      </w:r>
    </w:p>
    <w:p>
      <w:r>
        <w:rPr>
          <w:b/>
        </w:rPr>
        <w:t xml:space="preserve">[04:49] </w:t>
      </w:r>
      <w:r>
        <w:t>kahi jati hai. jaise dekhen quran ki ek ayat hai:</w:t>
      </w:r>
    </w:p>
    <w:p>
      <w:pPr>
        <w:jc w:val="right"/>
      </w:pPr>
      <w:r>
        <w:t>کہی جاتی ہے۔ جیسے دیکھیں قرآن کی ایک آیت ہے:</w:t>
      </w:r>
    </w:p>
    <w:p>
      <w:r>
        <w:rPr>
          <w:b/>
        </w:rPr>
        <w:t xml:space="preserve">[04:57] </w:t>
      </w:r>
      <w:r>
        <w:t>"wa qim min nabiy qatalahu rabiyun kathir". kitne hi nabi hain jin ke sath ko un ke saathi ne qatal kiya.</w:t>
      </w:r>
    </w:p>
    <w:p>
      <w:pPr>
        <w:jc w:val="right"/>
      </w:pPr>
      <w:r>
        <w:t>"وقیم من نبی قاتل ربیع کثیر"۔ کتنے ہی نبی ہیں جن کے ساتھ کو ان کے ساتھیوں نے قتال کیا۔</w:t>
      </w:r>
    </w:p>
    <w:p>
      <w:r>
        <w:rPr>
          <w:b/>
        </w:rPr>
        <w:t xml:space="preserve">[05:14] </w:t>
      </w:r>
      <w:r>
        <w:t>qitaal kiya.</w:t>
      </w:r>
    </w:p>
    <w:p>
      <w:pPr>
        <w:jc w:val="right"/>
      </w:pPr>
      <w:r>
        <w:t>قتال کیا۔</w:t>
      </w:r>
    </w:p>
    <w:p>
      <w:r>
        <w:rPr>
          <w:b/>
        </w:rPr>
        <w:t xml:space="preserve">[05:16] </w:t>
      </w:r>
      <w:r>
        <w:t>ab dekhen jo educated log hain woh kahengay quran mein to kisi nabi ke qitaal ka zikr hai nahin, history mein bhi nahin hai.</w:t>
      </w:r>
    </w:p>
    <w:p>
      <w:pPr>
        <w:jc w:val="right"/>
      </w:pPr>
      <w:r>
        <w:t>اب دیکھیں جو ایجوکیٹڈ لوگ ہیں وہ کہیں گے قرآن میں تو کسی نبی کے قتال کا ذکر ہے نہیں، ہسٹری میں بھی نہیں ہے۔</w:t>
      </w:r>
    </w:p>
    <w:p>
      <w:r>
        <w:rPr>
          <w:b/>
        </w:rPr>
        <w:t xml:space="preserve">[05:25] </w:t>
      </w:r>
      <w:r>
        <w:t>to kaun log hain jinhon ne qitaal kiya? un ki samajh mein baat nahin aayegi. aam log to kuch ghaur nahin karte, woh kahen is samajhne ki jo hai woh theek hai.</w:t>
      </w:r>
    </w:p>
    <w:p>
      <w:pPr>
        <w:jc w:val="right"/>
      </w:pPr>
      <w:r>
        <w:t>تو کون لوگ ہیں جنہوں نے قتال کیا؟ ان کی سمجھ میں بات نہیں آئے گی۔ عام لوگ تو کچھ غور نہیں کرتے، وہ کہیں اس سمجھنے کی جو ہے وہ ٹھیک ہے۔</w:t>
      </w:r>
    </w:p>
    <w:p>
      <w:r>
        <w:rPr>
          <w:b/>
        </w:rPr>
        <w:t xml:space="preserve">[05:37] </w:t>
      </w:r>
      <w:r>
        <w:t>to main main ne is par socha to mujhe samajh mein aaya ke qitaal ka lafz jang ke maani mein nahin hai.</w:t>
      </w:r>
    </w:p>
    <w:p>
      <w:pPr>
        <w:jc w:val="right"/>
      </w:pPr>
      <w:r>
        <w:t>تو میں میں نے اس پر سوچا تو مجھے سمجھ میں آیا کہ قتال کا لفظ جنگ کے معنی میں نہیں ہے۔</w:t>
      </w:r>
    </w:p>
    <w:p>
      <w:r>
        <w:rPr>
          <w:b/>
        </w:rPr>
        <w:t xml:space="preserve">[05:47] </w:t>
      </w:r>
      <w:r>
        <w:t>jaise main ne ek mazmoon mein parha maulana hafiz ur rehman sawari ke baray mein. to is mein likha tha ke maulana hafiz ur rehman sahib ne sari umar firqa parasti ke khilaaf ladaai ki.</w:t>
      </w:r>
    </w:p>
    <w:p>
      <w:pPr>
        <w:jc w:val="right"/>
      </w:pPr>
      <w:r>
        <w:t>جیسے میں نے ایک مضمون میں پڑھا مولانا حفظ الرحمن سواری کے بارے میں۔ تو اس میں لکھا تھا کہ مولانا حفظ الرحمن صاحب نے ساری عمر فرقہ پرستی کے خلاف لڑائی کی۔</w:t>
      </w:r>
    </w:p>
    <w:p>
      <w:r>
        <w:rPr>
          <w:b/>
        </w:rPr>
        <w:t xml:space="preserve">[06:07] </w:t>
      </w:r>
      <w:r>
        <w:t>maulana hafiz ur rehman sahib ne sari umar firqa parasti ke khilaaf ladaai ki.</w:t>
      </w:r>
    </w:p>
    <w:p>
      <w:pPr>
        <w:jc w:val="right"/>
      </w:pPr>
      <w:r>
        <w:t>مولانا حفظ الرحمن صاحب نے ساری عمر فرقہ پرستی کے خلاف لڑائی کی۔</w:t>
      </w:r>
    </w:p>
    <w:p>
      <w:r>
        <w:rPr>
          <w:b/>
        </w:rPr>
        <w:t xml:space="preserve">[06:13] </w:t>
      </w:r>
      <w:r>
        <w:t>to yahan ladaai ka maani yeh nahin ke talwaar chalaai ya bandook chalaai. matlab firqa parasti ke khilaaf taqreerein ki, koshishein ki.</w:t>
      </w:r>
    </w:p>
    <w:p>
      <w:pPr>
        <w:jc w:val="right"/>
      </w:pPr>
      <w:r>
        <w:t>تو یہاں لڑائی کا معنی یہ نہیں کہ تلوار چلائی یا بندوق چلائی۔ مطلب فرقہ پرستی کے خلاف تقریریں کی، کوششیں کی۔</w:t>
      </w:r>
    </w:p>
    <w:p>
      <w:r>
        <w:rPr>
          <w:b/>
        </w:rPr>
        <w:t xml:space="preserve">[06:24] </w:t>
      </w:r>
      <w:r>
        <w:t>to har zabaan mein aisa hota hai ke kisi cheez ko ziyada zor dene ke liye koi lafz istemaal kar liya jata hai.</w:t>
      </w:r>
    </w:p>
    <w:p>
      <w:pPr>
        <w:jc w:val="right"/>
      </w:pPr>
      <w:r>
        <w:t>تو ہر زبان میں ایسا ہوتا ہے کہ کسی چیز کو زیادہ زور دینے کے لیے کوئی لفظ استعمال کر لیا جاتا ہے۔</w:t>
      </w:r>
    </w:p>
    <w:p>
      <w:r>
        <w:rPr>
          <w:b/>
        </w:rPr>
        <w:t xml:space="preserve">[06:34] </w:t>
      </w:r>
      <w:r>
        <w:t>to yeh kehna hai ke firqa parasti ke saath firqa parasti ke khilaaf unhon ne ladaai ki, yeh is pe zor dene ke liye hai.</w:t>
      </w:r>
    </w:p>
    <w:p>
      <w:pPr>
        <w:jc w:val="right"/>
      </w:pPr>
      <w:r>
        <w:t>تو یہ کہنا ہے کہ فرقہ پرستی کے ساتھ فرقہ پرستی کے خلاف انہوں نے لڑائی کی، یہ اس پہ زور دینے کے لیے ہے۔</w:t>
      </w:r>
    </w:p>
    <w:p>
      <w:r>
        <w:rPr>
          <w:b/>
        </w:rPr>
        <w:t xml:space="preserve">[06:43] </w:t>
      </w:r>
      <w:r>
        <w:t>yahan ladaai ka lafz zor dene ke liye hai, emphasize karne ke liye hai. isi tarah se quran mein jo hai ke nabi ke saathiyon ne qitaal kiya to yahan matlab qitaal ke maani ladaai nahin hai, jang nahin hai.</w:t>
      </w:r>
    </w:p>
    <w:p>
      <w:pPr>
        <w:jc w:val="right"/>
      </w:pPr>
      <w:r>
        <w:t>یہاں لڑائی کا لفظ زور دینے کے لیے ہے، ایمفسائز کرنے کے لیے ہے۔ اسی طرح سے قرآن میں جو ہے کہ نبی کے ساتھیوں نے قتال کیا تو یہاں مطلب قتال کے معنی لڑائی نہیں ہے، جنگ نہیں ہے۔</w:t>
      </w:r>
    </w:p>
    <w:p>
      <w:r>
        <w:rPr>
          <w:b/>
        </w:rPr>
        <w:t xml:space="preserve">[07:02] </w:t>
      </w:r>
      <w:r>
        <w:t>matlab jo daawati kaam, dawat ka jo mashq tha peghambar ka, is mashq mein bharpoor hissa liya.</w:t>
      </w:r>
    </w:p>
    <w:p>
      <w:pPr>
        <w:jc w:val="right"/>
      </w:pPr>
      <w:r>
        <w:t>مطلب جو دعوتی کام، دعوت کا جو مشق تھا پیغمبر کا، اس مشق میں بھرپور حصہ لیا۔</w:t>
      </w:r>
    </w:p>
    <w:p>
      <w:r>
        <w:rPr>
          <w:b/>
        </w:rPr>
        <w:t xml:space="preserve">[07:10] </w:t>
      </w:r>
      <w:r>
        <w:t>to yeh yahan dawat ke peaceful mission ki baat hai, kisi ladaai ke maidan ki baat nahin hai.</w:t>
      </w:r>
    </w:p>
    <w:p>
      <w:pPr>
        <w:jc w:val="right"/>
      </w:pPr>
      <w:r>
        <w:t>تو یہ یہاں دعوت کے پیس فل مشن کی بات ہے، کسی لڑائی کے میدان کی بات نہیں ہے۔</w:t>
      </w:r>
    </w:p>
    <w:p>
      <w:r>
        <w:rPr>
          <w:b/>
        </w:rPr>
        <w:t xml:space="preserve">[07:22] </w:t>
      </w:r>
      <w:r>
        <w:t>to yeh fehm deen se is ka bohat gehra ta'alluq hai. agar aap is baat ko na jantay hon to aap sirf is ke saada mafhoom tak pohnch paayengay, gehraai tak nahin pohnch paayengay.</w:t>
      </w:r>
    </w:p>
    <w:p>
      <w:pPr>
        <w:jc w:val="right"/>
      </w:pPr>
      <w:r>
        <w:t>تو یہ فہم دین سے اس کا بہت گہرا تعلق ہے۔ اگر آپ اس بات کو نہ جانتے ہوں تو آپ صرف اس کے سادہ مفہوم تک پہنچ پائیں گے، گہرائی تک نہیں پہنچ پائیں گے۔</w:t>
      </w:r>
    </w:p>
    <w:p>
      <w:r>
        <w:rPr>
          <w:b/>
        </w:rPr>
        <w:t xml:space="preserve">[07:40] </w:t>
      </w:r>
      <w:r>
        <w:t>aise hi dekhen ek hadees hai:</w:t>
      </w:r>
    </w:p>
    <w:p>
      <w:pPr>
        <w:jc w:val="right"/>
      </w:pPr>
      <w:r>
        <w:t>ایسے ہی دیکھیں ایک حدیث ہے:</w:t>
      </w:r>
    </w:p>
    <w:p>
      <w:r>
        <w:rPr>
          <w:b/>
        </w:rPr>
        <w:t xml:space="preserve">[07:48] </w:t>
      </w:r>
      <w:r>
        <w:t>"zaak ta'am al eeman man raliya billahi rabban wa bil islami deenan wa bi muhammadin rasoolan".</w:t>
      </w:r>
    </w:p>
    <w:p>
      <w:pPr>
        <w:jc w:val="right"/>
      </w:pPr>
      <w:r>
        <w:t>"ذاک طعم الایمان من رضی باللہ ربا محمد رسول ابلیس دینا"۔</w:t>
      </w:r>
    </w:p>
    <w:p>
      <w:r>
        <w:rPr>
          <w:b/>
        </w:rPr>
        <w:t xml:space="preserve">[07:57] </w:t>
      </w:r>
      <w:r>
        <w:t>imaan ka mazaa chakhha us shakhs ne jo raazi ho gaya Allah par ko rabb maan kar, aur Islam ko apna deen maan kar, aur Muhammad ko apna rasool maan kar.</w:t>
      </w:r>
    </w:p>
    <w:p>
      <w:pPr>
        <w:jc w:val="right"/>
      </w:pPr>
      <w:r>
        <w:t>ایمان کا مزہ چکھا اس شخص نے جو راضی ہو گیا اللہ پر کو رب مان کر، اور اسلام کو اپنا دین مان کر، اور محمد کو اپنا رسول مان کر۔</w:t>
      </w:r>
    </w:p>
    <w:p>
      <w:r>
        <w:rPr>
          <w:b/>
        </w:rPr>
        <w:t xml:space="preserve">[08:13] </w:t>
      </w:r>
      <w:r>
        <w:t>yahan pe dekhen raazi hone se is ko zaa'iqah mila. is ka matlab kya hai? to aam aadmi ziyada sochega nahin, woh is theek samajh le ga bas.</w:t>
      </w:r>
    </w:p>
    <w:p>
      <w:pPr>
        <w:jc w:val="right"/>
      </w:pPr>
      <w:r>
        <w:t>یہاں پہ دیکھیں راضی ہونے سے اس کو ذائقہ ملا۔ اس کا مطلب کیا ہے؟ تو عام آدمی زیادہ سوچے گا نہیں، وہ اس ٹھیک سمجھ لے گا بس۔</w:t>
      </w:r>
    </w:p>
    <w:p>
      <w:r>
        <w:rPr>
          <w:b/>
        </w:rPr>
        <w:t xml:space="preserve">[08:27] </w:t>
      </w:r>
      <w:r>
        <w:t>lekin jo parha likha aadmi hai woh sochega ke izhaar raazi hone se mazaa zaa'iqah kaise mil gaya? to dekhen yahan in lafzon ko bilkul literature mein na leejiyay, balkay is pe ghaur keejiyay.</w:t>
      </w:r>
    </w:p>
    <w:p>
      <w:pPr>
        <w:jc w:val="right"/>
      </w:pPr>
      <w:r>
        <w:t>لیکن جو پڑھا لکھا آدمی ہے وہ سوچے گا کہ اظہار راضی ہونے سے ذائقہ ذائقہ کیسے مل گیا؟ تو دیکھیں یہاں ان لفظوں کو بالکل لٹریچر میں نہ لیجئے، بلکہ اس پہ غور کیجئے۔</w:t>
      </w:r>
    </w:p>
    <w:p>
      <w:r>
        <w:rPr>
          <w:b/>
        </w:rPr>
        <w:t xml:space="preserve">[08:50] </w:t>
      </w:r>
      <w:r>
        <w:t>yahan matlab hai raazi hone ka,</w:t>
      </w:r>
    </w:p>
    <w:p>
      <w:pPr>
        <w:jc w:val="right"/>
      </w:pPr>
      <w:r>
        <w:t>یہاں مطلب ہے راضی ہونے کا،</w:t>
      </w:r>
    </w:p>
    <w:p>
      <w:r>
        <w:rPr>
          <w:b/>
        </w:rPr>
        <w:t xml:space="preserve">[08:57] </w:t>
      </w:r>
      <w:r>
        <w:t>raazi hona goya nateeje ki baat hai, result. is ke peechay ek process hai, process is mein bataya nahin gaya hai, result bataya gaya hai.</w:t>
      </w:r>
    </w:p>
    <w:p>
      <w:pPr>
        <w:jc w:val="right"/>
      </w:pPr>
      <w:r>
        <w:t>راضی ہونا گویا نتیجے کی بات ہے، رزلٹ۔ اس کے پیچھے ایک پروسیس ہے، پروسیس اس میں بتایا نہیں گیا ہے، رزلٹ بتایا گیا ہے۔</w:t>
      </w:r>
    </w:p>
    <w:p>
      <w:r>
        <w:rPr>
          <w:b/>
        </w:rPr>
        <w:t xml:space="preserve">[09:11] </w:t>
      </w:r>
      <w:r>
        <w:t>to raazi hoga ka matlab yeh hai jis ne ghaur o fikr kiya, jis ne socha, aur us ko</w:t>
      </w:r>
    </w:p>
    <w:p>
      <w:pPr>
        <w:jc w:val="right"/>
      </w:pPr>
      <w:r>
        <w:t>تو راضی ہوگا کا مطلب یہ ہے جس نے غور و فکر کیا، جس نے سوچا، اور اس کو</w:t>
      </w:r>
    </w:p>
    <w:p>
      <w:r>
        <w:rPr>
          <w:b/>
        </w:rPr>
        <w:t xml:space="preserve">[09:22] </w:t>
      </w:r>
      <w:r>
        <w:t>ma'rifat ke darjay mein Islam haasil hua.</w:t>
      </w:r>
    </w:p>
    <w:p>
      <w:pPr>
        <w:jc w:val="right"/>
      </w:pPr>
      <w:r>
        <w:t>معرفت کے درجے میں اسلام حاصل ہوا۔</w:t>
      </w:r>
    </w:p>
    <w:p>
      <w:r>
        <w:rPr>
          <w:b/>
        </w:rPr>
        <w:t xml:space="preserve">[09:28] </w:t>
      </w:r>
      <w:r>
        <w:t>raazi hone ka matlab hai ke us ko ma'rifat ke darjay mein Islam haasil hua.</w:t>
      </w:r>
    </w:p>
    <w:p>
      <w:pPr>
        <w:jc w:val="right"/>
      </w:pPr>
      <w:r>
        <w:t>راضی ہونے کا مطلب ہے کہ اس کو معرفت کے درجے میں اسلام حاصل ہوا۔</w:t>
      </w:r>
    </w:p>
    <w:p>
      <w:r>
        <w:rPr>
          <w:b/>
        </w:rPr>
        <w:t xml:space="preserve">[09:38] </w:t>
      </w:r>
      <w:r>
        <w:t>to yeh jo Islam hota hai, ma'rifat ka darjay wala Islam, is mein intellectual level par bohat zabardast ek ek joy milta hai, ek</w:t>
      </w:r>
    </w:p>
    <w:p>
      <w:pPr>
        <w:jc w:val="right"/>
      </w:pPr>
      <w:r>
        <w:t>تو یہ جو اسلام ہوتا ہے، معرفت کا درجے والا اسلام، اس میں انٹلیکچول لیول پر بہت زبردست ایک ایک جوئے ملتا ہے، ایک</w:t>
      </w:r>
    </w:p>
    <w:p>
      <w:r>
        <w:rPr>
          <w:b/>
        </w:rPr>
        <w:t xml:space="preserve">[09:54] </w:t>
      </w:r>
      <w:r>
        <w:t>ek aisi cheez milti hai jis ko lafzon mein bayan karna mushkil hai.</w:t>
      </w:r>
    </w:p>
    <w:p>
      <w:pPr>
        <w:jc w:val="right"/>
      </w:pPr>
      <w:r>
        <w:t>ایک ایسی چیز ملتی ہے جس کو لفظوں میں بیان کرنا مشکل ہے۔</w:t>
      </w:r>
    </w:p>
    <w:p>
      <w:r>
        <w:rPr>
          <w:b/>
        </w:rPr>
        <w:t xml:space="preserve">[09:59] </w:t>
      </w:r>
      <w:r>
        <w:t>to is ka matlab hai is hadith ka ke woh log jo tadabbur karein, ghor o fikr karein, cheezon se sabak lein, to un ko marifat ke darje ka deen milega.</w:t>
      </w:r>
    </w:p>
    <w:p>
      <w:pPr>
        <w:jc w:val="right"/>
      </w:pPr>
      <w:r>
        <w:t>تو اس کا مطلب ہے اس حدیث کا کہ وہ لوگ جو تدبر کریں، غور و فکر کریں، چیزوں سے سبق لیں، تو ان کو معرفت کے درجے کا دین ملے گا۔</w:t>
      </w:r>
    </w:p>
    <w:p>
      <w:r>
        <w:rPr>
          <w:b/>
        </w:rPr>
        <w:t xml:space="preserve">[10:16] </w:t>
      </w:r>
      <w:r>
        <w:t>yani Allah ko Rabbul Alameen jab manenge to woh marifat ke darje ka manna hoga, sirf aqeeday ke darje ka manna nahi.</w:t>
      </w:r>
    </w:p>
    <w:p>
      <w:pPr>
        <w:jc w:val="right"/>
      </w:pPr>
      <w:r>
        <w:t>یعنی اللہ کو رب العالمین جب مانیں گے تو وہ معرفت کے درجے کا ماننا ہوگا، صرف عقیدے کے درجے کا ماننا نہیں۔</w:t>
      </w:r>
    </w:p>
    <w:p>
      <w:r>
        <w:rPr>
          <w:b/>
        </w:rPr>
        <w:t xml:space="preserve">[10:25] </w:t>
      </w:r>
      <w:r>
        <w:t>ek hai, ek hai aqeeday ki taraf maan lena,</w:t>
      </w:r>
    </w:p>
    <w:p>
      <w:pPr>
        <w:jc w:val="right"/>
      </w:pPr>
      <w:r>
        <w:t>ایک ہے، ایک ہے عقیدے کی طرف مان لینا،</w:t>
      </w:r>
    </w:p>
    <w:p>
      <w:r>
        <w:rPr>
          <w:b/>
        </w:rPr>
        <w:t xml:space="preserve">[10:28] </w:t>
      </w:r>
      <w:r>
        <w:t>aqeedah. ek hai marifat darje mein manna.</w:t>
      </w:r>
    </w:p>
    <w:p>
      <w:pPr>
        <w:jc w:val="right"/>
      </w:pPr>
      <w:r>
        <w:t>عقیدہ۔ ایک ہے معرفت درجے میں ماننا۔</w:t>
      </w:r>
    </w:p>
    <w:p>
      <w:r>
        <w:rPr>
          <w:b/>
        </w:rPr>
        <w:t xml:space="preserve">[10:35] </w:t>
      </w:r>
      <w:r>
        <w:t>to aqeeday ke darje par jab mante hain aap to is mein zaiqa nahi shamil hota, lekin jab aap marifat darje mein manenge to is mein zaiqa shamil ho jayega.</w:t>
      </w:r>
    </w:p>
    <w:p>
      <w:pPr>
        <w:jc w:val="right"/>
      </w:pPr>
      <w:r>
        <w:t>تو عقیدے کے درجے پر جب مانتے ہیں آپ تو اس میں ذائقہ نہیں شامل ہوتا، لیکن جب آپ معرفت درجے میں مانیں گے تو اس میں ذائقہ شامل ہو جائے گا۔</w:t>
      </w:r>
    </w:p>
    <w:p>
      <w:r>
        <w:rPr>
          <w:b/>
        </w:rPr>
        <w:t xml:space="preserve">[10:44] </w:t>
      </w:r>
      <w:r>
        <w:t>to Allah ko manna, deen ko manna, Rasool ko manna,</w:t>
      </w:r>
    </w:p>
    <w:p>
      <w:pPr>
        <w:jc w:val="right"/>
      </w:pPr>
      <w:r>
        <w:t>تو اللہ کو ماننا، دین کو ماننا، رسول کو ماننا،</w:t>
      </w:r>
    </w:p>
    <w:p>
      <w:r>
        <w:rPr>
          <w:b/>
        </w:rPr>
        <w:t xml:space="preserve">[10:49] </w:t>
      </w:r>
      <w:r>
        <w:t>jab yeh marifat darje mein hoga to is mein ek ek intellectual level par aap ko ek bohat zabardast qism ka ek</w:t>
      </w:r>
    </w:p>
    <w:p>
      <w:pPr>
        <w:jc w:val="right"/>
      </w:pPr>
      <w:r>
        <w:t>جب یہ معرفت درجے میں ہوگا تو اس میں ایک ایک انٹلیکچول لیول پر آپ کو ایک بہت زبردست قسم کا ایک</w:t>
      </w:r>
    </w:p>
    <w:p>
      <w:r>
        <w:rPr>
          <w:b/>
        </w:rPr>
        <w:t xml:space="preserve">[11:01] </w:t>
      </w:r>
      <w:r>
        <w:t>ek zaiqa kahiye ya koi aur lafz kahiye, woh hasil hoga.</w:t>
      </w:r>
    </w:p>
    <w:p>
      <w:pPr>
        <w:jc w:val="right"/>
      </w:pPr>
      <w:r>
        <w:t>ایک ذائقہ کہیے یا کوئی اور لفظ کہیے، وہ حاصل ہوگا۔</w:t>
      </w:r>
    </w:p>
    <w:p>
      <w:r>
        <w:rPr>
          <w:b/>
        </w:rPr>
        <w:t xml:space="preserve">[11:10] </w:t>
      </w:r>
      <w:r>
        <w:t>to yahan par jo baat kahi gayi hai woh alfaaz to istemal yeh hain ke jo raazi ho gaya, lekin raazi hua kaise?</w:t>
      </w:r>
    </w:p>
    <w:p>
      <w:pPr>
        <w:jc w:val="right"/>
      </w:pPr>
      <w:r>
        <w:t>تو یہاں پر جو بات کہی گئی ہے وہ الفاظ تو استعمال یہ ہیں کہ جو راضی ہو گیا، لیکن راضی ہوا کیسے؟</w:t>
      </w:r>
    </w:p>
    <w:p>
      <w:r>
        <w:rPr>
          <w:b/>
        </w:rPr>
        <w:t xml:space="preserve">[11:22] </w:t>
      </w:r>
      <w:r>
        <w:t>ek process chala is ke zehan mein sochne ka, tadabbur ka, har cheez se sabak lene ka. is process ka culmination tha, ek yaqeen aaya us ko,</w:t>
      </w:r>
    </w:p>
    <w:p>
      <w:pPr>
        <w:jc w:val="right"/>
      </w:pPr>
      <w:r>
        <w:t>ایک پروسیس چلا اس کے ذہن میں سوچنے کا، تدبر کا، ہر چیز سے سبق لینے کا۔ اس پروسیس کا کلمیشن تھا، ایک یقین آیا اس کو،</w:t>
      </w:r>
    </w:p>
    <w:p>
      <w:r>
        <w:rPr>
          <w:b/>
        </w:rPr>
        <w:t xml:space="preserve">[11:37] </w:t>
      </w:r>
      <w:r>
        <w:t>woh raazi ho gaya is par.</w:t>
      </w:r>
    </w:p>
    <w:p>
      <w:pPr>
        <w:jc w:val="right"/>
      </w:pPr>
      <w:r>
        <w:t>وہ راضی ہو گیا اس پر۔</w:t>
      </w:r>
    </w:p>
    <w:p>
      <w:r>
        <w:rPr>
          <w:b/>
        </w:rPr>
        <w:t xml:space="preserve">[11:40] </w:t>
      </w:r>
      <w:r>
        <w:t>to isi ko main kehta hoon ke marifat ke darje mein deen ko manna.</w:t>
      </w:r>
    </w:p>
    <w:p>
      <w:pPr>
        <w:jc w:val="right"/>
      </w:pPr>
      <w:r>
        <w:t>تو اسی کو میں کہتا ہوں کہ معرفت کے درجے میں دین کو ماننا۔</w:t>
      </w:r>
    </w:p>
    <w:p>
      <w:r>
        <w:rPr>
          <w:b/>
        </w:rPr>
        <w:t xml:space="preserve">[11:49] </w:t>
      </w:r>
      <w:r>
        <w:t>to yeh saare hi mamlaat mein hai.</w:t>
      </w:r>
    </w:p>
    <w:p>
      <w:pPr>
        <w:jc w:val="right"/>
      </w:pPr>
      <w:r>
        <w:t>تو یہ سارے ہی معاملات میں ہے۔</w:t>
      </w:r>
    </w:p>
    <w:p>
      <w:r>
        <w:rPr>
          <w:b/>
        </w:rPr>
        <w:t xml:space="preserve">[11:55] </w:t>
      </w:r>
      <w:r>
        <w:t>aise hi aaj mein soch raha tha ke Quran mein hai: "zalika jaza mantazka".</w:t>
      </w:r>
    </w:p>
    <w:p>
      <w:pPr>
        <w:jc w:val="right"/>
      </w:pPr>
      <w:r>
        <w:t>ایسے ہی آج میں سوچ رہا تھا کہ قرآن میں ہے: "ذالک جزا منتزکا"۔</w:t>
      </w:r>
    </w:p>
    <w:p>
      <w:r>
        <w:rPr>
          <w:b/>
        </w:rPr>
        <w:t xml:space="preserve">[12:04] </w:t>
      </w:r>
      <w:r>
        <w:t>yani jannat is ke liye hai jo tazkiyah kare.</w:t>
      </w:r>
    </w:p>
    <w:p>
      <w:pPr>
        <w:jc w:val="right"/>
      </w:pPr>
      <w:r>
        <w:t>یعنی جنت اس کے لیے ہے جو تزکیہ کرے۔</w:t>
      </w:r>
    </w:p>
    <w:p>
      <w:r>
        <w:rPr>
          <w:b/>
        </w:rPr>
        <w:t xml:space="preserve">[12:09] </w:t>
      </w:r>
      <w:r>
        <w:t>to is ka matlab log yeh samajhte hain ke yahan tazkiyah kiya, wahan jannat ka ghar mil gaya jahan hoorein hain aur jahan meway hain. lekin yeh jo maine kaha ke yeh awam ke darje ka form hai, yeh khawas ke darje ka nahi hai.</w:t>
      </w:r>
    </w:p>
    <w:p>
      <w:pPr>
        <w:jc w:val="right"/>
      </w:pPr>
      <w:r>
        <w:t>تو اس کا مطلب لوگ یہ سمجھتے ہیں کہ یہاں تزکیہ کیا، وہاں جنت کا گھر مل گیا جہاں حوریں ہیں اور جہاں میوے ہیں۔ لیکن یہ جو میں نے کہا کہ یہ عوام کے درجے کا فارم ہے، یہ خواص کے درجے کا نہیں ہے۔</w:t>
      </w:r>
    </w:p>
    <w:p>
      <w:r>
        <w:rPr>
          <w:b/>
        </w:rPr>
        <w:t xml:space="preserve">[12:30] </w:t>
      </w:r>
      <w:r>
        <w:t>is ki wajah kya hai? jo taleem yafta log hote hain, un ka jo un ki jo vocabulary hoti hai, woh different hoti hai</w:t>
      </w:r>
    </w:p>
    <w:p>
      <w:pPr>
        <w:jc w:val="right"/>
      </w:pPr>
      <w:r>
        <w:t>اس کی وجہ کیا ہے؟ جو تعلیم یافتہ لوگ ہوتے ہیں، ان کا جو ان کی جو وکیبلری ہوتی ہے، وہ ڈفرنٹ ہوتی ہے</w:t>
      </w:r>
    </w:p>
    <w:p>
      <w:r>
        <w:rPr>
          <w:b/>
        </w:rPr>
        <w:t xml:space="preserve">[12:38] </w:t>
      </w:r>
      <w:r>
        <w:t>ke woh zindagi mein dekhte hain ke hum hum ko koi position mili hai jis se pehle hum ne university mein parha, college mein parha, apni training karai to phir hum ko aisa hua.</w:t>
      </w:r>
    </w:p>
    <w:p>
      <w:pPr>
        <w:jc w:val="right"/>
      </w:pPr>
      <w:r>
        <w:t>کہ وہ زندگی میں دیکھتے ہیں کہ ہم ہم کو کوئی پوزیشن ملی ہے جس سے پہلے ہم نے یونیورسٹی میں پڑھا، کالج میں پڑھا، اپنی ٹریننگ کرائی تو پھر ہم کو ایسا ہوا۔</w:t>
      </w:r>
    </w:p>
    <w:p>
      <w:r>
        <w:rPr>
          <w:b/>
        </w:rPr>
        <w:t xml:space="preserve">[12:53] </w:t>
      </w:r>
      <w:r>
        <w:t>to training ka result hota hai, woh jo un ko jo position mili hai. to yeh jo kaha jata hai ke dunya mein amal, akhirat mein jaza, yeh vocabulary un ki nahi hai.</w:t>
      </w:r>
    </w:p>
    <w:p>
      <w:pPr>
        <w:jc w:val="right"/>
      </w:pPr>
      <w:r>
        <w:t>تو ٹریننگ کا رزلٹ ہوتا ہے، وہ جو ان کو جو پوزیشن ملی ہے۔ تو یہ جو کہا جاتا ہے کہ دنیا میں عمل، آخرت میں جزا، یہ وکیبلری ان کی نہیں ہے۔</w:t>
      </w:r>
    </w:p>
    <w:p>
      <w:r>
        <w:rPr>
          <w:b/>
        </w:rPr>
        <w:t xml:space="preserve">[13:08] </w:t>
      </w:r>
      <w:r>
        <w:t>un ki vocabulary doosri hai ke pehle training aur phir position. to mujhe samajh aaya ke yeh yeh yeh jo ayat hai, is ka matlab yeh hai ke dunya jo hai aap ke liye yahan aap ne koi preparation karne ki jagah hai,</w:t>
      </w:r>
    </w:p>
    <w:p>
      <w:pPr>
        <w:jc w:val="right"/>
      </w:pPr>
      <w:r>
        <w:t>ان کی وکیبلری دوسری ہے کہ پہلے ٹریننگ اور پھر پوزیشن۔ تو مجھے سمجھ آیا کہ یہ یہ یہ جو آیت ہے، اس کا مطلب یہ ہے کہ دنیا جو ہے آپ کے لیے یہاں آپ نے کوئی پریپریشن کرنے کی جگہ ہے،</w:t>
      </w:r>
    </w:p>
    <w:p>
      <w:r>
        <w:rPr>
          <w:b/>
        </w:rPr>
        <w:t xml:space="preserve">[13:30] </w:t>
      </w:r>
      <w:r>
        <w:t>role play karne ki jagah nahi hai. jaza ke maani hain role play karna.</w:t>
      </w:r>
    </w:p>
    <w:p>
      <w:pPr>
        <w:jc w:val="right"/>
      </w:pPr>
      <w:r>
        <w:t>رول پلے کرنے کی جگہ نہیں ہے۔ جزا کے معنی ہیں رول پلے کرنا۔</w:t>
      </w:r>
    </w:p>
    <w:p>
      <w:r>
        <w:rPr>
          <w:b/>
        </w:rPr>
        <w:t xml:space="preserve">[13:37] </w:t>
      </w:r>
      <w:r>
        <w:t>to yahan ek sacha momin mukhtalif marhalon se guzarta hai, museebaton se, museebat se aaram se, kabhi aaram, kabhi khushi, kabhi museebat, kabhi takleef.</w:t>
      </w:r>
    </w:p>
    <w:p>
      <w:pPr>
        <w:jc w:val="right"/>
      </w:pPr>
      <w:r>
        <w:t>تو یہاں ایک سچا مومن مختلف مراحل سے گزرتا ہے، مصیبتوں سے، مصیبت سے آرام سے، کبھی آرام، کبھی خوشی، کبھی مصیبت، کبھی تکلیف۔</w:t>
      </w:r>
    </w:p>
    <w:p>
      <w:r>
        <w:rPr>
          <w:b/>
        </w:rPr>
        <w:t xml:space="preserve">[13:51] </w:t>
      </w:r>
      <w:r>
        <w:t>yeh sara process jis ko hum kehte hain ke imtehan ka process, to is mein us ki ek personality banti hai,</w:t>
      </w:r>
    </w:p>
    <w:p>
      <w:pPr>
        <w:jc w:val="right"/>
      </w:pPr>
      <w:r>
        <w:t>یہ سارا پروسیس جس کو ہم کہتے ہیں کہ امتحان کا پروسیس، تو اس میں اس کی ایک پرسنیلٹی بنتی ہے،</w:t>
      </w:r>
    </w:p>
    <w:p>
      <w:r>
        <w:rPr>
          <w:b/>
        </w:rPr>
        <w:t xml:space="preserve">[14:01] </w:t>
      </w:r>
      <w:r>
        <w:t>us ki ek personality banti hai. to woh us ko main kahunga ke woh tarbiyat ka marhala hai, koi training ka marhala hai.</w:t>
      </w:r>
    </w:p>
    <w:p>
      <w:pPr>
        <w:jc w:val="right"/>
      </w:pPr>
      <w:r>
        <w:t>اس کی ایک پرسنیلٹی بنتی ہے۔ تو وہ اس کو میں کہوں گا کہ وہ تربیت کا مرحلہ ہے، کوئی ٹریننگ کا مرحلہ ہے۔</w:t>
      </w:r>
    </w:p>
    <w:p>
      <w:r>
        <w:rPr>
          <w:b/>
        </w:rPr>
        <w:t xml:space="preserve">[14:11] </w:t>
      </w:r>
      <w:r>
        <w:t>is training se guzar kar ke phir woh daur aata hai jahan jannat hai, to wahan us ko ek role milega. us training ki bina par un ko ek role milega.</w:t>
      </w:r>
    </w:p>
    <w:p>
      <w:pPr>
        <w:jc w:val="right"/>
      </w:pPr>
      <w:r>
        <w:t>اس ٹریننگ سے گزر کر کے پھر وہ دور آتا ہے جہاں جنت ہے، تو وہاں اس کو ایک رول ملے گا۔ اس ٹریننگ کی بنا پر ان کو ایک رول ملے گا۔</w:t>
      </w:r>
    </w:p>
    <w:p>
      <w:r>
        <w:rPr>
          <w:b/>
        </w:rPr>
        <w:t xml:space="preserve">[14:23] </w:t>
      </w:r>
      <w:r>
        <w:t>to woh ek ideal dunya hai, perfect dunya hai.</w:t>
      </w:r>
    </w:p>
    <w:p>
      <w:pPr>
        <w:jc w:val="right"/>
      </w:pPr>
      <w:r>
        <w:t>تو وہ ایک آئیڈیل دنیا ہے، پرفیکٹ دنیا ہے۔</w:t>
      </w:r>
    </w:p>
    <w:p>
      <w:r>
        <w:rPr>
          <w:b/>
        </w:rPr>
        <w:t xml:space="preserve">[14:26] </w:t>
      </w:r>
      <w:r>
        <w:t>is ke lehaz se wohi aadmi jo dunya mein apne competent sabit kare, usi ko wahan role milega.</w:t>
      </w:r>
    </w:p>
    <w:p>
      <w:pPr>
        <w:jc w:val="right"/>
      </w:pPr>
      <w:r>
        <w:t>اس کے لحاظ سے وہی آدمی جو دنیا میں اپنے کمپیٹنٹ ثابت کرے، اسی کو وہاں رول ملے گا۔</w:t>
      </w:r>
    </w:p>
    <w:p>
      <w:r>
        <w:rPr>
          <w:b/>
        </w:rPr>
        <w:t xml:space="preserve">[14:37] </w:t>
      </w:r>
      <w:r>
        <w:t>to dunya goya training ki jagah hai aur akhirat jo hai woh training ke mutabiq role play karne ki jagah hai.</w:t>
      </w:r>
    </w:p>
    <w:p>
      <w:pPr>
        <w:jc w:val="right"/>
      </w:pPr>
      <w:r>
        <w:t>تو دنیا گویا ٹریننگ کی جگہ ہے اور آخرت جو ہے وہ ٹریننگ کے مطابق رول پلے کرنے کی جگہ ہے۔</w:t>
      </w:r>
    </w:p>
    <w:p>
      <w:r>
        <w:rPr>
          <w:b/>
        </w:rPr>
        <w:t xml:space="preserve">[14:53] </w:t>
      </w:r>
      <w:r>
        <w:t>isi tarah se dekhen hadith mein hai ke</w:t>
      </w:r>
    </w:p>
    <w:p>
      <w:pPr>
        <w:jc w:val="right"/>
      </w:pPr>
      <w:r>
        <w:t>اسی طرح سے دیکھیں حدیث میں ہے کہ</w:t>
      </w:r>
    </w:p>
    <w:p>
      <w:r>
        <w:rPr>
          <w:b/>
        </w:rPr>
        <w:t xml:space="preserve">[15:02] </w:t>
      </w:r>
      <w:r>
        <w:t>ke deen deen ke saat arkan hain: bani al islam, awli khams, islam ke saat arkan hain, saat pillars hain: namaz, roza, hajj, zakat aur imaan.</w:t>
      </w:r>
    </w:p>
    <w:p>
      <w:pPr>
        <w:jc w:val="right"/>
      </w:pPr>
      <w:r>
        <w:t>کہ دین دین کے سات ارکان ہیں: بنی الاسلام، اولی خمس، اسلام کے سات ارکان ہیں، سات پلرز ہیں: نماز، روزہ، حج، زکوۃ اور ایمان۔</w:t>
      </w:r>
    </w:p>
    <w:p>
      <w:r>
        <w:rPr>
          <w:b/>
        </w:rPr>
        <w:t xml:space="preserve">[15:19] </w:t>
      </w:r>
      <w:r>
        <w:t>sab se pehle imaan hai.</w:t>
      </w:r>
    </w:p>
    <w:p>
      <w:pPr>
        <w:jc w:val="right"/>
      </w:pPr>
      <w:r>
        <w:t>سب سے پہلے ایمان ہے۔</w:t>
      </w:r>
    </w:p>
    <w:p>
      <w:r>
        <w:rPr>
          <w:b/>
        </w:rPr>
        <w:t xml:space="preserve">[15:24] </w:t>
      </w:r>
      <w:r>
        <w:t>to yeh kya hai? yani har har jo rukan hai, har rukan mein ek ek har rukan ka ek inner content hai, ek uska kharji form hai.</w:t>
      </w:r>
    </w:p>
    <w:p>
      <w:pPr>
        <w:jc w:val="right"/>
      </w:pPr>
      <w:r>
        <w:t>تو یہ کیا ہے؟ یعنی ہر ہر جو رکن ہے، ہر رکن میں ایک ایک ہر رکن کا ایک انر کنٹینٹ ہے، ایک اس کا خارجی فارم ہے۔</w:t>
      </w:r>
    </w:p>
    <w:p>
      <w:r>
        <w:rPr>
          <w:b/>
        </w:rPr>
        <w:t xml:space="preserve">[15:41] </w:t>
      </w:r>
      <w:r>
        <w:t>Allah par imaan pehla hai. to woh kya hai?</w:t>
      </w:r>
    </w:p>
    <w:p>
      <w:pPr>
        <w:jc w:val="right"/>
      </w:pPr>
      <w:r>
        <w:t>اللہ پر ایمان پہلا ہے۔ تو وہ کیا ہے؟</w:t>
      </w:r>
    </w:p>
    <w:p>
      <w:r>
        <w:rPr>
          <w:b/>
        </w:rPr>
        <w:t xml:space="preserve">[15:46] </w:t>
      </w:r>
      <w:r>
        <w:t>Allah par imaan bazahir to yeh hai ke aap kehte hain ke la ilaha illallah Muhammadur Rasulullah, yani kalma shahadat zuban se ada karte hain.</w:t>
      </w:r>
    </w:p>
    <w:p>
      <w:pPr>
        <w:jc w:val="right"/>
      </w:pPr>
      <w:r>
        <w:t>اللہ پر ایمان بظاہر تو یہ ہے کہ آپ کہتے ہیں کہ لا الہ الا اللہ محمد رسول اللہ، یعنی کلمہ شہادت زبان سے ادا کرتے ہیں۔</w:t>
      </w:r>
    </w:p>
    <w:p>
      <w:r>
        <w:rPr>
          <w:b/>
        </w:rPr>
        <w:t xml:space="preserve">[15:58] </w:t>
      </w:r>
      <w:r>
        <w:t>lekin iska jo inner content kya hai? yaqeen. to kalma ka inner content hai yaqeen. bazahir to kuch alfaaz ko dohrana hai.</w:t>
      </w:r>
    </w:p>
    <w:p>
      <w:pPr>
        <w:jc w:val="right"/>
      </w:pPr>
      <w:r>
        <w:t>لیکن اس کا جو انر کنٹینٹ کیا ہے؟ یقین۔ تو کلمہ کا انر کنٹینٹ ہے یقین۔ بظاہر تو کچھ الفاظ کو دہرانا ہے۔</w:t>
      </w:r>
    </w:p>
    <w:p>
      <w:r>
        <w:rPr>
          <w:b/>
        </w:rPr>
        <w:t xml:space="preserve">[16:11] </w:t>
      </w:r>
      <w:r>
        <w:t>aise hi namaz hai. namaz ka inner content kya hai? modesty.</w:t>
      </w:r>
    </w:p>
    <w:p>
      <w:pPr>
        <w:jc w:val="right"/>
      </w:pPr>
      <w:r>
        <w:t>ایسے ہی نماز ہے۔ نماز کا انر کنٹینٹ کیا ہے؟ ماڈیسٹی۔</w:t>
      </w:r>
    </w:p>
    <w:p>
      <w:r>
        <w:rPr>
          <w:b/>
        </w:rPr>
        <w:t xml:space="preserve">[16:15] </w:t>
      </w:r>
      <w:r>
        <w:t>bazahir to ek ek iska ek form hai, usko aap ne ada kar diya panch waqt. lekin iska inner content jo hai woh woh hai modesty.</w:t>
      </w:r>
    </w:p>
    <w:p>
      <w:pPr>
        <w:jc w:val="right"/>
      </w:pPr>
      <w:r>
        <w:t>بظاہر تو ایک ایک اس کا ایک فارم ہے، اس کو آپ نے ادا کر دیا پانچ وقت۔ لیکن اس کا انر کنٹینٹ جو ہے وہ وہ ہے ماڈیسٹی۔</w:t>
      </w:r>
    </w:p>
    <w:p>
      <w:r>
        <w:rPr>
          <w:b/>
        </w:rPr>
        <w:t xml:space="preserve">[16:28] </w:t>
      </w:r>
      <w:r>
        <w:t>to yaqeen modesty. isi tarah se dekhiye</w:t>
      </w:r>
    </w:p>
    <w:p>
      <w:pPr>
        <w:jc w:val="right"/>
      </w:pPr>
      <w:r>
        <w:t>تو یقین ماڈیسٹی۔ اسی طرح سے دیکھیے</w:t>
      </w:r>
    </w:p>
    <w:p>
      <w:r>
        <w:rPr>
          <w:b/>
        </w:rPr>
        <w:t xml:space="preserve">[16:35] </w:t>
      </w:r>
      <w:r>
        <w:t>roza kya hai? roza kya hai? self control. roza ka inner content hai self control</w:t>
      </w:r>
    </w:p>
    <w:p>
      <w:pPr>
        <w:jc w:val="right"/>
      </w:pPr>
      <w:r>
        <w:t>روزہ کیا ہے؟ روزہ کیا ہے؟ سیلف کنٹرول۔ روزہ کا انر کنٹینٹ ہے سیلف کنٹرول</w:t>
      </w:r>
    </w:p>
    <w:p>
      <w:r>
        <w:rPr>
          <w:b/>
        </w:rPr>
        <w:t xml:space="preserve">[16:44] </w:t>
      </w:r>
      <w:r>
        <w:t>. zahir hai ke bazahir yeh hai ke aap ne mehdood waqt ke liye khana chhod diya, pani chhod diya. lekin iska jo inner content hai woh hai self control,</w:t>
      </w:r>
    </w:p>
    <w:p>
      <w:pPr>
        <w:jc w:val="right"/>
      </w:pPr>
      <w:r>
        <w:t>۔ ظاہر ہے کہ بظاہر یہ ہے کہ آپ نے محدود وقت کے لیے کھانا چھوڑ دیا، پانی چھوڑ دیا۔ لیکن اس کا جو انر کنٹینٹ ہے وہ ہے سیلف کنٹرول،</w:t>
      </w:r>
    </w:p>
    <w:p>
      <w:r>
        <w:rPr>
          <w:b/>
        </w:rPr>
        <w:t xml:space="preserve">[16:57] </w:t>
      </w:r>
      <w:r>
        <w:t>self discipline. aise zakat jo hai bazahir nahi ke aap ne kuch maal de diya. iska bhi ek inner content hai, woh hai giving spirit.</w:t>
      </w:r>
    </w:p>
    <w:p>
      <w:pPr>
        <w:jc w:val="right"/>
      </w:pPr>
      <w:r>
        <w:t>سیلف ڈسپلن۔ ایسے زکوۃ جو ہے بظاہر نہیں کہ آپ نے کچھ مال دے دیا۔ اس کا بھی ایک انر کنٹینٹ ہے، وہ ہے گیونگ اسپرٹ۔</w:t>
      </w:r>
    </w:p>
    <w:p>
      <w:r>
        <w:rPr>
          <w:b/>
        </w:rPr>
        <w:t xml:space="preserve">[17:08] </w:t>
      </w:r>
      <w:r>
        <w:t>aap ne andar giving spirit paida ki.</w:t>
      </w:r>
    </w:p>
    <w:p>
      <w:pPr>
        <w:jc w:val="right"/>
      </w:pPr>
      <w:r>
        <w:t>آپ نے اندر گیونگ اسپرٹ پیدا کی۔</w:t>
      </w:r>
    </w:p>
    <w:p>
      <w:r>
        <w:rPr>
          <w:b/>
        </w:rPr>
        <w:t xml:space="preserve">[17:11] </w:t>
      </w:r>
      <w:r>
        <w:t>to ek hota ek hota woh insan jo taker hota hai, lena, lena, lena. ek hota hai giver hota hai, dena, dena, dena. to zakat aap ke andar giving spirit paida karne ke liye hai.</w:t>
      </w:r>
    </w:p>
    <w:p>
      <w:pPr>
        <w:jc w:val="right"/>
      </w:pPr>
      <w:r>
        <w:t>تو ایک ہوتا ایک ہوتا وہ انسان جو ٹیکر ہوتا ہے، لینا، لینا، لینا۔ ایک ہوتا ہے گیور ہوتا ہے، دینا، دینا، دینا۔ تو زکوۃ آپ کے اندر گیونگ اسپرٹ پیدا کرنے کے لیے ہے۔</w:t>
      </w:r>
    </w:p>
    <w:p>
      <w:r>
        <w:rPr>
          <w:b/>
        </w:rPr>
        <w:t xml:space="preserve">[17:24] </w:t>
      </w:r>
      <w:r>
        <w:t>aise hi hajj jo hai, hajj kya hai? hajj jo hai unity, ittehad. jab bohat se log ekatha hote hain to aapas mein ikhtilaf paida hota hai.</w:t>
      </w:r>
    </w:p>
    <w:p>
      <w:pPr>
        <w:jc w:val="right"/>
      </w:pPr>
      <w:r>
        <w:t>ایسے ہی حج جو ہے، حج کیا ہے؟ حج جو ہے یونٹی، اتحاد۔ جب بہت سے لوگ اکٹھا ہوتے ہیں تو آپس میں اختلاف پیدا ہوتا ہے۔</w:t>
      </w:r>
    </w:p>
    <w:p>
      <w:r>
        <w:rPr>
          <w:b/>
        </w:rPr>
        <w:t xml:space="preserve">[17:35] </w:t>
      </w:r>
      <w:r>
        <w:t>abhi aap ne suna ke hajj mein gaye kuch log aur bhagdar hui to is mein bohat sare log dab ke mar gaye.</w:t>
      </w:r>
    </w:p>
    <w:p>
      <w:pPr>
        <w:jc w:val="right"/>
      </w:pPr>
      <w:r>
        <w:t>ابھی آپ نے سنا کہ حج میں گئے کچھ لوگ اور بھگدڑ ہوئی تو اس میں بہت سارے لوگ دب کے مر گئے۔</w:t>
      </w:r>
    </w:p>
    <w:p>
      <w:r>
        <w:rPr>
          <w:b/>
        </w:rPr>
        <w:t xml:space="preserve">[17:44] </w:t>
      </w:r>
      <w:r>
        <w:t>to sirf inke andar woh yani woh spirit nahi thi, ittehad wali spirit. bas apne hi ko jante the woh.</w:t>
      </w:r>
    </w:p>
    <w:p>
      <w:pPr>
        <w:jc w:val="right"/>
      </w:pPr>
      <w:r>
        <w:t>تو صرف ان کے اندر وہ یعنی وہ اسپرٹ نہیں تھی، اتحاد والی اسپرٹ۔ بس اپنے ہی کو جانتے تھے وہ۔</w:t>
      </w:r>
    </w:p>
    <w:p>
      <w:r>
        <w:rPr>
          <w:b/>
        </w:rPr>
        <w:t xml:space="preserve">[17:55] </w:t>
      </w:r>
      <w:r>
        <w:t>to is mani ke yeh panch jo arkan hain, woh panch spirit paida karne ke liye hain. yani yaqeen ki spirit, modesty ki spirit, aur self control ki spirit,</w:t>
      </w:r>
    </w:p>
    <w:p>
      <w:pPr>
        <w:jc w:val="right"/>
      </w:pPr>
      <w:r>
        <w:t>تو اس معنی کے یہ پانچ جو ارکان ہیں، وہ پانچ اسپرٹ پیدا کرنے کے لیے ہیں۔ یعنی یقین کی اسپرٹ، ماڈیسٹی کی اسپرٹ، اور سیلف کنٹرول کی اسپرٹ،</w:t>
      </w:r>
    </w:p>
    <w:p>
      <w:r>
        <w:rPr>
          <w:b/>
        </w:rPr>
        <w:t xml:space="preserve">[18:11] </w:t>
      </w:r>
      <w:r>
        <w:t>aur giving ki spirit, aur ittehad ki spirit. is se jo personality banti hai, usi ko main training</w:t>
      </w:r>
    </w:p>
    <w:p>
      <w:pPr>
        <w:jc w:val="right"/>
      </w:pPr>
      <w:r>
        <w:t>اور گیونگ کی اسپرٹ، اور اتحاد کی اسپرٹ۔ اس سے جو پرسنیلٹی بنتی ہے، اسی کو میں ٹریننگ</w:t>
      </w:r>
    </w:p>
    <w:p>
      <w:r>
        <w:rPr>
          <w:b/>
        </w:rPr>
        <w:t xml:space="preserve">[18:19] </w:t>
      </w:r>
      <w:r>
        <w:t>kehta hoon. is mein jo trend ho kar ke yeh panch item jo hain, is ke douran trend ho kar ke ek personality banti hai, jiske andar yeh panch sifat hoti hain.</w:t>
      </w:r>
    </w:p>
    <w:p>
      <w:pPr>
        <w:jc w:val="right"/>
      </w:pPr>
      <w:r>
        <w:t>کہتا ہوں۔ اس میں جو ٹرینڈ ہو کر کے یہ پانچ آئٹم جو ہیں، اس کے دوران ٹرینڈ ہو کر کے ایک پرسنیلٹی بنتی ہے، جس کے اندر یہ پانچ صفت ہوتی ہیں۔</w:t>
      </w:r>
    </w:p>
    <w:p>
      <w:r>
        <w:rPr>
          <w:b/>
        </w:rPr>
        <w:t xml:space="preserve">[18:34] </w:t>
      </w:r>
      <w:r>
        <w:t>is insan ko mauqa milega ke apne role kar sake akhirat mein. wahan bhi sab kuch hoga. quran mein jo hai ke woh bhi ke jannat dunya ke milti milti hogi.</w:t>
      </w:r>
    </w:p>
    <w:p>
      <w:pPr>
        <w:jc w:val="right"/>
      </w:pPr>
      <w:r>
        <w:t>اس انسان کو موقع ملے گا کہ اپنے رول کر سکے آخرت میں۔ وہاں بھی سب کچھ ہوگا۔ قرآن میں جو ہے کہ وہ بھی کہ جنت دنیا کے ملتی ملتی ہوگی۔</w:t>
      </w:r>
    </w:p>
    <w:p>
      <w:r>
        <w:rPr>
          <w:b/>
        </w:rPr>
        <w:t xml:space="preserve">[18:48] </w:t>
      </w:r>
      <w:r>
        <w:t>is ka maani hai ke log samajhte hain ke bas wahan ka mewa jo hai, india ya dunya jaisa hi mewa hoga. maslan saib hai to waise waise dunya mein saib tha.</w:t>
      </w:r>
    </w:p>
    <w:p>
      <w:pPr>
        <w:jc w:val="right"/>
      </w:pPr>
      <w:r>
        <w:t>اس کا معنی ہے کہ لوگ سمجھتے ہیں کہ بس وہاں کا میوہ جو ہے، انڈیا یا دنیا جیسا ہی میوہ ہوگا۔ مثلاً سیب ہے تو ویسے ویسے دنیا میں سیب تھا۔</w:t>
      </w:r>
    </w:p>
    <w:p>
      <w:r>
        <w:rPr>
          <w:b/>
        </w:rPr>
        <w:t xml:space="preserve">[18:57] </w:t>
      </w:r>
      <w:r>
        <w:t>yeh matlab nahi hai is ka. balkeh apni activities ke lehaz se woh aise hi woh dunya hogi. activities ke aitbar se yahan hum safar karte hain, wahan bhi safar hoga.</w:t>
      </w:r>
    </w:p>
    <w:p>
      <w:pPr>
        <w:jc w:val="right"/>
      </w:pPr>
      <w:r>
        <w:t>یہ مطلب نہیں ہے اس کا۔ بلکہ اپنی ایکٹیویٹیز کے لحاظ سے وہ ایسے ہی وہ دنیا ہوگی۔ ایکٹیویٹیز کے اعتبار سے یہاں ہم سفر کرتے ہیں، وہاں بھی سفر ہوگا۔</w:t>
      </w:r>
    </w:p>
    <w:p>
      <w:r>
        <w:rPr>
          <w:b/>
        </w:rPr>
        <w:t xml:space="preserve">[19:12] </w:t>
      </w:r>
      <w:r>
        <w:t>yahan aap conference aur seminar karte hain, wahan bhi conference aur seminar hoga.</w:t>
      </w:r>
    </w:p>
    <w:p>
      <w:pPr>
        <w:jc w:val="right"/>
      </w:pPr>
      <w:r>
        <w:t>یہاں آپ کانفرنس اور سیمینار کرتے ہیں، وہاں بھی کانفرنس اور سیمینار ہوگا۔</w:t>
      </w:r>
    </w:p>
    <w:p>
      <w:r>
        <w:rPr>
          <w:b/>
        </w:rPr>
        <w:t xml:space="preserve">[19:19] </w:t>
      </w:r>
      <w:r>
        <w:t>yahan aap kitaab likhte hain, wahan bhi kitaab likhe gi. yahan par aap magazine chhapte hain, wahan bhi aisa hoga. to dunya ke jo activities hain, us ke waisi activities wahan bhi hongi.</w:t>
      </w:r>
    </w:p>
    <w:p>
      <w:pPr>
        <w:jc w:val="right"/>
      </w:pPr>
      <w:r>
        <w:t>یہاں آپ کتاب لکھتے ہیں، وہاں بھی کتاب لکھے گی۔ یہاں پر آپ میگزین چھاپتے ہیں، وہاں بھی ایسا ہوگا۔ تو دنیا کے جو ایکٹیویٹیز ہیں، اس کے اس ویسی ایکٹیویٹیز وہاں بھی ہوں گی۔</w:t>
      </w:r>
    </w:p>
    <w:p>
      <w:r>
        <w:rPr>
          <w:b/>
        </w:rPr>
        <w:t xml:space="preserve">[19:32] </w:t>
      </w:r>
      <w:r>
        <w:t>yeh matlab hai. to wahan ki activities ke liye</w:t>
      </w:r>
    </w:p>
    <w:p>
      <w:pPr>
        <w:jc w:val="right"/>
      </w:pPr>
      <w:r>
        <w:t>یہ مطلب ہے۔ تو وہاں کی ایکٹیویٹیز کے لیے</w:t>
      </w:r>
    </w:p>
    <w:p>
      <w:r>
        <w:rPr>
          <w:b/>
        </w:rPr>
        <w:t xml:space="preserve">[19:41] </w:t>
      </w:r>
      <w:r>
        <w:t>jo training darkar hai, jo training tarbiyat hai, woh yahan ki aati hai.</w:t>
      </w:r>
    </w:p>
    <w:p>
      <w:pPr>
        <w:jc w:val="right"/>
      </w:pPr>
      <w:r>
        <w:t>جو ٹریننگ درکار ہے، جو ٹریننگ تربیت ہے، وہ یہاں کی آتی ہے۔</w:t>
      </w:r>
    </w:p>
    <w:p>
      <w:r>
        <w:rPr>
          <w:b/>
        </w:rPr>
        <w:t xml:space="preserve">[19:50] </w:t>
      </w:r>
      <w:r>
        <w:t>yeh hai tazkiya zalik jaza muntazaka. yaani wahan jo doosri dunya hai, jo perfect dunya hai, ideal dunya hai, wahan ki jo activities hain, wahan ki sargharmiyan hain,</w:t>
      </w:r>
    </w:p>
    <w:p>
      <w:pPr>
        <w:jc w:val="right"/>
      </w:pPr>
      <w:r>
        <w:t>یہ ہے تزکیہ ذالک جزا منتزکا۔ یعنی وہاں جو دوسری دنیا ہے، جو پرفیکٹ دنیا ہے، آئیڈل دنیا ہے، وہاں کی جو ایکٹیویٹیز ہیں، وہاں کی سرگرمیاں ہیں،</w:t>
      </w:r>
    </w:p>
    <w:p>
      <w:r>
        <w:rPr>
          <w:b/>
        </w:rPr>
        <w:t xml:space="preserve">[20:06] </w:t>
      </w:r>
      <w:r>
        <w:t>wahan ke jo zindagi ke tareeqe hain, yeh wahan ka jo wahan ke jo social values hain, us ke lehaz se dunya mein jis ne apne ko trend kiya, woh wahan jagah payega.</w:t>
      </w:r>
    </w:p>
    <w:p>
      <w:pPr>
        <w:jc w:val="right"/>
      </w:pPr>
      <w:r>
        <w:t>وہاں کے جو زندگی کے طریقے ہیں، یہ وہاں کا جو وہاں کے جو سوشل ویلیوز ہیں، اس کے لحاظ سے دنیا میں جس نے اپنے کو ٹرینڈ کیا، وہ وہاں جگہ پائے گا۔</w:t>
      </w:r>
    </w:p>
    <w:p>
      <w:r>
        <w:rPr>
          <w:b/>
        </w:rPr>
        <w:t xml:space="preserve">[20:21] </w:t>
      </w:r>
      <w:r>
        <w:t>aur phir wahan wahan jo role ada karna hai,</w:t>
      </w:r>
    </w:p>
    <w:p>
      <w:pPr>
        <w:jc w:val="right"/>
      </w:pPr>
      <w:r>
        <w:t>اور پھر وہاں وہاں جو رول ادا کرنا ہے،</w:t>
      </w:r>
    </w:p>
    <w:p>
      <w:r>
        <w:rPr>
          <w:b/>
        </w:rPr>
        <w:t xml:space="preserve">[20:28] </w:t>
      </w:r>
      <w:r>
        <w:t>woh kar payega. jaise kal mein radio par ek ek ek hindi ke ek hindi ke likhak hain, yaani hindi ke ek writer,</w:t>
      </w:r>
    </w:p>
    <w:p>
      <w:pPr>
        <w:jc w:val="right"/>
      </w:pPr>
      <w:r>
        <w:t>وہ کر پائے گا۔ جیسے کل میں ریڈیو پر ایک ایک ایک ہندی کے ایک ہندی کے لکھک ہیں، یعنی ہندی کے ایک رائٹر،</w:t>
      </w:r>
    </w:p>
    <w:p>
      <w:r>
        <w:rPr>
          <w:b/>
        </w:rPr>
        <w:t xml:space="preserve">[20:43] </w:t>
      </w:r>
      <w:r>
        <w:t>iska interview suna tha kal.</w:t>
      </w:r>
    </w:p>
    <w:p>
      <w:pPr>
        <w:jc w:val="right"/>
      </w:pPr>
      <w:r>
        <w:t>اس کا انٹرویو سنا تھا کل۔</w:t>
      </w:r>
    </w:p>
    <w:p>
      <w:r>
        <w:rPr>
          <w:b/>
        </w:rPr>
        <w:t xml:space="preserve">[20:49] </w:t>
      </w:r>
      <w:r>
        <w:t>to is interview mein interviewer ne sawal kiya ke jo hindi ke writers hain, woh writing ke sath kuch aur bhi kaam karte hain.</w:t>
      </w:r>
    </w:p>
    <w:p>
      <w:pPr>
        <w:jc w:val="right"/>
      </w:pPr>
      <w:r>
        <w:t>تو اس انٹرویو میں انٹرویوئر نے سوال کیا کہ جو ہندی کے رائٹرز ہیں، وہ رائٹنگ کے ساتھ کچھ اور بھی کام کرتے ہیں۔</w:t>
      </w:r>
    </w:p>
    <w:p>
      <w:r>
        <w:rPr>
          <w:b/>
        </w:rPr>
        <w:t xml:space="preserve">[21:01] </w:t>
      </w:r>
      <w:r>
        <w:t>aisa kyun hai?</w:t>
      </w:r>
    </w:p>
    <w:p>
      <w:pPr>
        <w:jc w:val="right"/>
      </w:pPr>
      <w:r>
        <w:t>ایسا کیوں ہے؟</w:t>
      </w:r>
    </w:p>
    <w:p>
      <w:r>
        <w:rPr>
          <w:b/>
        </w:rPr>
        <w:t xml:space="preserve">[21:06] </w:t>
      </w:r>
      <w:r>
        <w:t>to unhon ne kaha ke jabke english wale aisa nahi karte. unhon ne kaha ke jo hindi writer hain, un ko itna kam milta hai ke is se un ka kharcha nahi poora hota.</w:t>
      </w:r>
    </w:p>
    <w:p>
      <w:pPr>
        <w:jc w:val="right"/>
      </w:pPr>
      <w:r>
        <w:t>تو انہوں نے کہا کہ جبکہ انگلش والے ایسا نہیں کرتے۔ انہوں نے کہا کہ جو ہندی رائٹر ہیں، ان کو اتنا کم ملتا ہے کہ اس سے ان کا خرچہ نہیں پورا ہوتا۔</w:t>
      </w:r>
    </w:p>
    <w:p>
      <w:r>
        <w:rPr>
          <w:b/>
        </w:rPr>
        <w:t xml:space="preserve">[21:20] </w:t>
      </w:r>
      <w:r>
        <w:t>unhein kuch aur karna parta hai. jabke jo english writer hain, jo english writer ko itna zyada mil jata hai ke wahi wahi isi se un ka kaam chal jata hai.</w:t>
      </w:r>
    </w:p>
    <w:p>
      <w:pPr>
        <w:jc w:val="right"/>
      </w:pPr>
      <w:r>
        <w:t>انہیں کچھ اور کرنا پڑتا ہے۔ جبکہ جو انگلش رائٹر ہیں، جو انگلش رائٹر کو اتنا زیادہ مل جاتا ہے کہ وہی وہی اسی سے ان کا کام چل جاتا ہے۔</w:t>
      </w:r>
    </w:p>
    <w:p>
      <w:r>
        <w:rPr>
          <w:b/>
        </w:rPr>
        <w:t xml:space="preserve">[21:32] </w:t>
      </w:r>
      <w:r>
        <w:t>to unhon ne kaha ke paanch feesad mushkil se aise hindi writer honge jin ko top ke hindi writer, jin ki writing se kaam un ka kaam chalta hoga.</w:t>
      </w:r>
    </w:p>
    <w:p>
      <w:pPr>
        <w:jc w:val="right"/>
      </w:pPr>
      <w:r>
        <w:t>تو انہوں نے کہا کہ پانچ فیصد مشکل سے ایسے ہندی رائٹر ہوں گے جن کو ٹاپ کے ہندی رائٹر، جن کی رائٹنگ سے کام ان کا کام چلتا ہوگا۔</w:t>
      </w:r>
    </w:p>
    <w:p>
      <w:r>
        <w:rPr>
          <w:b/>
        </w:rPr>
        <w:t xml:space="preserve">[21:44] </w:t>
      </w:r>
      <w:r>
        <w:t>95 feesad aise hain jo nahi chalta un ka kaam. to unhon ne jinhon ne hindi mein apni salahiyat paida ki, woh is jade ko nahi pahunche jinhon ne english mein salahiyat paida ki.</w:t>
      </w:r>
    </w:p>
    <w:p>
      <w:pPr>
        <w:jc w:val="right"/>
      </w:pPr>
      <w:r>
        <w:t>95 فیصد ایسے ہیں جو نہیں چلتا ان کا کام۔ تو انہوں نے جنہوں نے ہندی میں اپنی صلاحیت پیدا کی، وہ اس جدے کو نہیں پہنچے جنہوں نے انگلش میں صلاحیت پیدا کی۔</w:t>
      </w:r>
    </w:p>
    <w:p>
      <w:r>
        <w:rPr>
          <w:b/>
        </w:rPr>
        <w:t xml:space="preserve">[21:57] </w:t>
      </w:r>
      <w:r>
        <w:t>to ek hai hindi writing ki salahiyat, ek hai english writing ki salahiyat.</w:t>
      </w:r>
    </w:p>
    <w:p>
      <w:pPr>
        <w:jc w:val="right"/>
      </w:pPr>
      <w:r>
        <w:t>تو ایک ہے ہندی رائٹنگ کی صلاحیت، ایک ہے انگلش رائٹنگ کی صلاحیت۔</w:t>
      </w:r>
    </w:p>
    <w:p>
      <w:r>
        <w:rPr>
          <w:b/>
        </w:rPr>
        <w:t xml:space="preserve">[22:02] </w:t>
      </w:r>
      <w:r>
        <w:t>yehi se aap samajh sakte hain aap ke akhirat ka jo ideal world hai, jo perfect world hai, wahan ke lehaz se salahiyat, wahan ke lehaz se competition, wahan ke liye deserving candidate hona,</w:t>
      </w:r>
    </w:p>
    <w:p>
      <w:pPr>
        <w:jc w:val="right"/>
      </w:pPr>
      <w:r>
        <w:t>یہی سے آپ سمجھ سکتے ہیں آپ کہ آخرت کا جو آئیڈیل ورلڈ ہے، جو پرفیکٹ ورلڈ ہے، وہاں کے لحاظ سے صلاحیت، وہاں کے لحاظ سے کمپیٹیشن، وہاں کے لیے ڈیزرونگ کینڈیڈیٹ ہونا،</w:t>
      </w:r>
    </w:p>
    <w:p>
      <w:r>
        <w:rPr>
          <w:b/>
        </w:rPr>
        <w:t xml:space="preserve">[22:17] </w:t>
      </w:r>
      <w:r>
        <w:t>us ke liye dunya mein tayari ho rahi hai. dunya mein jo tayari, dunya mein jo kuch bhi activities hain, woh isi liye ke liye ho rahi hain.</w:t>
      </w:r>
    </w:p>
    <w:p>
      <w:pPr>
        <w:jc w:val="right"/>
      </w:pPr>
      <w:r>
        <w:t>اس کے لیے دنیا میں تیاری ہو رہی ہے۔ دنیا میں جو تیاری، دنیا میں جو کچھ بھی ایکٹیویٹیز ہیں، وہ اسی لیے کے لیے ہو رہی ہیں۔</w:t>
      </w:r>
    </w:p>
    <w:p>
      <w:r>
        <w:rPr>
          <w:b/>
        </w:rPr>
        <w:t xml:space="preserve">[22:27] </w:t>
      </w:r>
      <w:r>
        <w:t>jaise misaal ke tor par mein arz karunga</w:t>
      </w:r>
    </w:p>
    <w:p>
      <w:pPr>
        <w:jc w:val="right"/>
      </w:pPr>
      <w:r>
        <w:t>جیسے مثال کے طور پر میں عرض کروں گا</w:t>
      </w:r>
    </w:p>
    <w:p>
      <w:r>
        <w:rPr>
          <w:b/>
        </w:rPr>
        <w:t xml:space="preserve">[22:31] </w:t>
      </w:r>
      <w:r>
        <w:t>ke</w:t>
      </w:r>
    </w:p>
    <w:p>
      <w:pPr>
        <w:jc w:val="right"/>
      </w:pPr>
      <w:r>
        <w:t>کہ</w:t>
      </w:r>
    </w:p>
    <w:p>
      <w:r>
        <w:rPr>
          <w:b/>
        </w:rPr>
        <w:t xml:space="preserve">[22:35] </w:t>
      </w:r>
      <w:r>
        <w:t>ek hadith hai ke ek shakhs ne</w:t>
      </w:r>
    </w:p>
    <w:p>
      <w:pPr>
        <w:jc w:val="right"/>
      </w:pPr>
      <w:r>
        <w:t>ایک حدیث ہے کہ ایک شخص نے</w:t>
      </w:r>
    </w:p>
    <w:p>
      <w:r>
        <w:rPr>
          <w:b/>
        </w:rPr>
        <w:t xml:space="preserve">[22:44] </w:t>
      </w:r>
      <w:r>
        <w:t>paighambar ka sath diya daawti mission mein. paighambar ka mission daawti mission hota hai, us ko sath diya us ne aur barabar sath raha yahan tak ke ladai hui to us mein shareek hua.</w:t>
      </w:r>
    </w:p>
    <w:p>
      <w:pPr>
        <w:jc w:val="right"/>
      </w:pPr>
      <w:r>
        <w:t>پیغمبر کا ساتھ دیا دعوتی مشن میں۔ پیغمبر کا مشن دعوتی مشن ہوتا ہے، اس کو ساتھ دیا اس نے اور برابر ساتھ رہا یہاں تک کہ لڑائی ہوئی تو اس میں شریک ہوا۔</w:t>
      </w:r>
    </w:p>
    <w:p>
      <w:r>
        <w:rPr>
          <w:b/>
        </w:rPr>
        <w:t xml:space="preserve">[22:58] </w:t>
      </w:r>
      <w:r>
        <w:t>woh to wahan woh mara gaya.</w:t>
      </w:r>
    </w:p>
    <w:p>
      <w:pPr>
        <w:jc w:val="right"/>
      </w:pPr>
      <w:r>
        <w:t>وہ تو وہاں وہ مارا گیا۔</w:t>
      </w:r>
    </w:p>
    <w:p>
      <w:r>
        <w:rPr>
          <w:b/>
        </w:rPr>
        <w:t xml:space="preserve">[23:05] </w:t>
      </w:r>
      <w:r>
        <w:t>to aakhirat mein hadith mein aata hai ke aakhirat mein jab pahunchega to aisa aadmi chahega ke main dobara duniya mein jaaun, dobara main mara jaaun.</w:t>
      </w:r>
    </w:p>
    <w:p>
      <w:pPr>
        <w:jc w:val="right"/>
      </w:pPr>
      <w:r>
        <w:t>تو آخرت میں حدیث میں آتا ہے کہ آخرت میں جب پہنچے گا تو ایسا آدمی چاہے گا کہ میں دوبارہ دنیا میں جاؤں، دوبارہ میں مرا جاؤں۔</w:t>
      </w:r>
    </w:p>
    <w:p>
      <w:r>
        <w:rPr>
          <w:b/>
        </w:rPr>
        <w:t xml:space="preserve">[23:19] </w:t>
      </w:r>
      <w:r>
        <w:t>to is mein aik mara mun karamatuh, yaani apni qurbani ka jo wahan ooncha darja paayega, us ki wajah se</w:t>
      </w:r>
    </w:p>
    <w:p>
      <w:pPr>
        <w:jc w:val="right"/>
      </w:pPr>
      <w:r>
        <w:t>تو اس میں ایک مارا من کرامتہ، یعنی اپنی قربانی کا جو وہاں اونچا درجہ پائے گا، اس کی وجہ سے</w:t>
      </w:r>
    </w:p>
    <w:p>
      <w:r>
        <w:rPr>
          <w:b/>
        </w:rPr>
        <w:t xml:space="preserve">[23:35] </w:t>
      </w:r>
      <w:r>
        <w:t>yeh kya hai? yeh masla yaani qatl hone ki baat nahi hai, yeh balkeh poori poori zindagi ki baat hai.</w:t>
      </w:r>
    </w:p>
    <w:p>
      <w:pPr>
        <w:jc w:val="right"/>
      </w:pPr>
      <w:r>
        <w:t>یہ کیا ہے؟ یہ مسئلہ یعنی قتل ہونے کی بات نہیں ہے، یہ بلکہ پوری پوری زندگی کی بات ہے۔</w:t>
      </w:r>
    </w:p>
    <w:p>
      <w:r>
        <w:rPr>
          <w:b/>
        </w:rPr>
        <w:t xml:space="preserve">[23:43] </w:t>
      </w:r>
      <w:r>
        <w:t>woh poori zindagi woh is ne mushkilat ko saha, sabr ka muqabla kiya aur kahin is jaza faza nahi kiya, kahin shikayat nahi ki, kahin mayoosi ka izhaar nahi kiya,</w:t>
      </w:r>
    </w:p>
    <w:p>
      <w:pPr>
        <w:jc w:val="right"/>
      </w:pPr>
      <w:r>
        <w:t>وہ پوری زندگی وہ اس نے مشکلات کو سہا، صبر کا مقابلہ کیا اور کہیں اس جزا فضا نہیں کیا، کہیں شکایت نہیں کی، کہیں مایوسی کا اظہار نہیں کیا،</w:t>
      </w:r>
    </w:p>
    <w:p>
      <w:r>
        <w:rPr>
          <w:b/>
        </w:rPr>
        <w:t xml:space="preserve">[24:02] </w:t>
      </w:r>
      <w:r>
        <w:t>kahin</w:t>
      </w:r>
    </w:p>
    <w:p>
      <w:pPr>
        <w:jc w:val="right"/>
      </w:pPr>
      <w:r>
        <w:t>کہیں</w:t>
      </w:r>
    </w:p>
    <w:p>
      <w:r>
        <w:rPr>
          <w:b/>
        </w:rPr>
        <w:t xml:space="preserve">[24:05] </w:t>
      </w:r>
      <w:r>
        <w:t>woh negative nahi hua. to is se is ke andar personality banti rahi, positive personality.</w:t>
      </w:r>
    </w:p>
    <w:p>
      <w:pPr>
        <w:jc w:val="right"/>
      </w:pPr>
      <w:r>
        <w:t>وہ نیگیٹیو نہیں ہوا۔ تو اس سے اس کے اندر پرسنیلٹی بنتی رہی، پازیٹیو پرسنیلٹی۔</w:t>
      </w:r>
    </w:p>
    <w:p>
      <w:r>
        <w:rPr>
          <w:b/>
        </w:rPr>
        <w:t xml:space="preserve">[24:16] </w:t>
      </w:r>
      <w:r>
        <w:t>to wahan us ke mutabiq us ko role milega, us ko. lekin duniya mein jo sab koi kisi ne style angizi ki to bara katha,</w:t>
      </w:r>
    </w:p>
    <w:p>
      <w:pPr>
        <w:jc w:val="right"/>
      </w:pPr>
      <w:r>
        <w:t>تو وہاں اس کے مطابق اس کو رول ملے گا، اس کو۔ لیکن دنیا میں جو سب کوئی کسی نے اسٹائل انگیزی کی تو بڑا کٹھا،</w:t>
      </w:r>
    </w:p>
    <w:p>
      <w:r>
        <w:rPr>
          <w:b/>
        </w:rPr>
        <w:t xml:space="preserve">[24:29] </w:t>
      </w:r>
      <w:r>
        <w:t>koi mushkil pesh aayi to sab na kar saka, koi mujh kisi ne kahin sakht halaat the to wahan par woh us ke andar negative thinking aa gayi.</w:t>
      </w:r>
    </w:p>
    <w:p>
      <w:pPr>
        <w:jc w:val="right"/>
      </w:pPr>
      <w:r>
        <w:t>کوئی مشکل پیش آئی تو سب نہ کر سکا، کوئی مجھ کسی نے کہیں سخت حالات تھے تو وہاں پر وہ اس کے اندر نیگیٹیو تھنکنگ آ گئی۔</w:t>
      </w:r>
    </w:p>
    <w:p>
      <w:r>
        <w:rPr>
          <w:b/>
        </w:rPr>
        <w:t xml:space="preserve">[24:46] </w:t>
      </w:r>
      <w:r>
        <w:t>to is ke mani woh apni training mein fail ho gaya. woh</w:t>
      </w:r>
    </w:p>
    <w:p>
      <w:pPr>
        <w:jc w:val="right"/>
      </w:pPr>
      <w:r>
        <w:t>تو اس کے معنی وہ اس اپنی ٹریننگ میں فیل ہو گیا۔ وہ</w:t>
      </w:r>
    </w:p>
    <w:p>
      <w:r>
        <w:rPr>
          <w:b/>
        </w:rPr>
        <w:t xml:space="preserve">[24:53] </w:t>
      </w:r>
      <w:r>
        <w:t>to is tarah ke jo hadith hain ya is tarah ka jo tasawwur hai ke duniya amal ki jagah hai, aakhirat jaza ki jagah hai, to aisa nahi ke duniya mein koi amal hai, kar raha ho, us ke baad wahan khoob hoorein hongi aur meway honge, is mein aish karoge.</w:t>
      </w:r>
    </w:p>
    <w:p>
      <w:pPr>
        <w:jc w:val="right"/>
      </w:pPr>
      <w:r>
        <w:t>تو اس طرح کے جو حدیثیں ہیں یا اس طرح کا جو تصور ہے کہ دنیا عمل کی جگہ ہے، آخرت جزا کی جگہ ہے، تو ایسا نہیں کہ دنیا میں کوئی عمل ہے، کر رہا ہو، اس کے بعد وہاں خوب حوریں ہوں گی اور میوے ہوں گے، اس میں عیش کرو گے۔</w:t>
      </w:r>
    </w:p>
    <w:p>
      <w:r>
        <w:rPr>
          <w:b/>
        </w:rPr>
        <w:t xml:space="preserve">[25:09] </w:t>
      </w:r>
      <w:r>
        <w:t>yeh matlab nahi hai is ka.</w:t>
      </w:r>
    </w:p>
    <w:p>
      <w:pPr>
        <w:jc w:val="right"/>
      </w:pPr>
      <w:r>
        <w:t>یہ مطلب نہیں ہے اس کا۔</w:t>
      </w:r>
    </w:p>
    <w:p>
      <w:r>
        <w:rPr>
          <w:b/>
        </w:rPr>
        <w:t xml:space="preserve">[25:13] </w:t>
      </w:r>
      <w:r>
        <w:t>is ka matlab hai ke duniya mein aadmi ko trend hona hai, tarbiyat paana hai, apne andar personality develop karna hai.</w:t>
      </w:r>
    </w:p>
    <w:p>
      <w:pPr>
        <w:jc w:val="right"/>
      </w:pPr>
      <w:r>
        <w:t>اس کا مطلب ہے کہ دنیا میں آدمی کو ٹرینڈ ہونا ہے، تربیت پانا ہے، اپنے اندر پرسنیلٹی ڈیولپ کرنا ہے۔</w:t>
      </w:r>
    </w:p>
    <w:p>
      <w:r>
        <w:rPr>
          <w:b/>
        </w:rPr>
        <w:t xml:space="preserve">[25:24] </w:t>
      </w:r>
      <w:r>
        <w:t>to jis darje ki personality banayega, woh us darje ka wahan darja milega us ko.</w:t>
      </w:r>
    </w:p>
    <w:p>
      <w:pPr>
        <w:jc w:val="right"/>
      </w:pPr>
      <w:r>
        <w:t>تو جس درجے کی پرسنیلٹی بنائے گا، وہ اس درجے کا وہاں درجہ ملے گا اس کو۔</w:t>
      </w:r>
    </w:p>
    <w:p>
      <w:r>
        <w:rPr>
          <w:b/>
        </w:rPr>
        <w:t xml:space="preserve">[25:30] </w:t>
      </w:r>
      <w:r>
        <w:t>misalan aap duniya mein aap dekhte hain kisi ko koi peon hota hai, koi clerk hota hai, koi afsar hota hai, koi vice chancellor hota hai,</w:t>
      </w:r>
    </w:p>
    <w:p>
      <w:pPr>
        <w:jc w:val="right"/>
      </w:pPr>
      <w:r>
        <w:t>مثلاً آپ دنیا میں آپ دیکھتے ہیں کسی کو کوئی پین ہوتا ہے، کوئی کلرک ہوتا ہے، کوئی افسر ہوتا ہے، کوئی وائس چانسلر ہوتا ہے،</w:t>
      </w:r>
    </w:p>
    <w:p>
      <w:r>
        <w:rPr>
          <w:b/>
        </w:rPr>
        <w:t xml:space="preserve">[25:44] </w:t>
      </w:r>
      <w:r>
        <w:t>koi prime minister hota hai, darja badarja. to wahan bhi yeh sab yeh role, yeh bhi yahan bhi role hi ki baat hai, wahan bhi role ki baat hai ke jis darje ki tarbiyat, us darje ka role.</w:t>
      </w:r>
    </w:p>
    <w:p>
      <w:pPr>
        <w:jc w:val="right"/>
      </w:pPr>
      <w:r>
        <w:t>کوئی پرائم منسٹر ہوتا ہے، درجہ بدرجہ۔ تو وہاں بھی یہ سب یہ رول، یہ بھی یہاں بھی رول ہی کی بات ہے، وہاں بھی رول کی بات ہے کہ جس درجے کی تربیت، اس درجے کا رول۔</w:t>
      </w:r>
    </w:p>
    <w:p>
      <w:r>
        <w:rPr>
          <w:b/>
        </w:rPr>
        <w:t xml:space="preserve">[26:03] </w:t>
      </w:r>
      <w:r>
        <w:t>jis darje ki tarbiyat, us darje ka role. aise hi mein aik aayat par soch raha tha kal, aik aayat hai: "wa kayyib min aayat fil samawati wal ardi yamurrun alaiha wa hum anha mu'ridun" ke zameen o aasman ki kitni aayat nishaniyan hain,</w:t>
      </w:r>
    </w:p>
    <w:p>
      <w:pPr>
        <w:jc w:val="right"/>
      </w:pPr>
      <w:r>
        <w:t>جس درجے کی تربیت، اس درجے کا رول۔ ایسے ہی میں ایک آیت پر سوچ رہا تھا کل، ایک آیت ہے: "وکایب من آیت فی السماوات والارض یمرون علیہا وهم انا مردون" کہ زمین و آسمان کی کتنی آیت نشانیاں ہیں،</w:t>
      </w:r>
    </w:p>
    <w:p>
      <w:r>
        <w:rPr>
          <w:b/>
        </w:rPr>
        <w:t xml:space="preserve">[26:27] </w:t>
      </w:r>
      <w:r>
        <w:t>us ke upar log guzarte hain. yamurrun mani guzarna, magar woh a'raaz karte hain. to guzarne ka lafz jo hai "mar yamurru" ke mani guzarna hota,</w:t>
      </w:r>
    </w:p>
    <w:p>
      <w:pPr>
        <w:jc w:val="right"/>
      </w:pPr>
      <w:r>
        <w:t>اس کے اوپر لوگ گزرتے ہیں۔ یمرون معنی گزرنا، مگر وہ اعراض کرتے ہیں۔ تو گزرنے کا لفظ جو ہے "مر یمر" کے معنی گزرنا ہوتا،</w:t>
      </w:r>
    </w:p>
    <w:p>
      <w:r>
        <w:rPr>
          <w:b/>
        </w:rPr>
        <w:t xml:space="preserve">[26:42] </w:t>
      </w:r>
      <w:r>
        <w:t>chalna, guzarna. to chunke is mein muroor ka seigha hai "mar yamurru", to logon ne samjha ke wahan par oont par baith ke guzarna, paidal paidal chal ke guzarna, yeh murad hai.</w:t>
      </w:r>
    </w:p>
    <w:p>
      <w:pPr>
        <w:jc w:val="right"/>
      </w:pPr>
      <w:r>
        <w:t>چلنا، گزرنا۔ تو چونکہ اس میں مرور کا صیغہ ہے "مر یمر"، تو لوگوں نے سمجھا کہ وہاں پر اونٹ پر بیٹھ کے گزرنا، پیدل پیدل چل کے گزرنا، یہ مراد ہے۔</w:t>
      </w:r>
    </w:p>
    <w:p>
      <w:r>
        <w:rPr>
          <w:b/>
        </w:rPr>
        <w:t xml:space="preserve">[26:59] </w:t>
      </w:r>
      <w:r>
        <w:t>to yeh murad le liya ke kuch jo purane qomon ke khandar hain, us se guzarte hain aur us se sabak nahi lete.</w:t>
      </w:r>
    </w:p>
    <w:p>
      <w:pPr>
        <w:jc w:val="right"/>
      </w:pPr>
      <w:r>
        <w:t>تو یہ مراد لے لیا کہ کچھ جو پرانے قوموں کے کھنڈر ہیں، اس سے گزرتے ہیں اور اس سے سبق نہیں لیتے۔</w:t>
      </w:r>
    </w:p>
    <w:p>
      <w:r>
        <w:rPr>
          <w:b/>
        </w:rPr>
        <w:t xml:space="preserve">[27:10] </w:t>
      </w:r>
      <w:r>
        <w:t>yeh matlab nahi hai ke "mar yamurru" jo hai yahan par, woh aisa hi hai jaise ke main kahoon ke falan kitaab meri nazar guzri, falan kitaab meri nazar guzri.</w:t>
      </w:r>
    </w:p>
    <w:p>
      <w:pPr>
        <w:jc w:val="right"/>
      </w:pPr>
      <w:r>
        <w:t>یہ مطلب نہیں ہے کہ "مر یمر" جو ہے یہاں پر، وہ ایسا ہی ہے جیسے کہ میں کہوں کہ فلاں کتاب میری نظر گزری، فلاں کتاب میری نظر گزری۔</w:t>
      </w:r>
    </w:p>
    <w:p>
      <w:r>
        <w:rPr>
          <w:b/>
        </w:rPr>
        <w:t xml:space="preserve">[27:25] </w:t>
      </w:r>
      <w:r>
        <w:t>matlab yeh nahi ke wahan yeh matlab nahi ke main chala, wahan nazar guzri, woh maine dekha, padha. yeh matlab hai is ka. to is mein jo baat hai ke zameen o aasman mein kitni nishaniyan hain, jis se waaqif hote hain, woh</w:t>
      </w:r>
    </w:p>
    <w:p>
      <w:pPr>
        <w:jc w:val="right"/>
      </w:pPr>
      <w:r>
        <w:t>مطلب یہ نہیں کہ وہاں یہ مطلب نہیں کہ میں چلا، وہاں نظر گزری، وہ میں نے دیکھا، پڑھا۔ یہ مطلب ہے اس کا۔ تو اس میں جو بات ہے کہ زمین و آسمان میں کتنی نشانیاں ہیں، جس سے واقف ہوتے ہیں، وہ</w:t>
      </w:r>
    </w:p>
    <w:p>
      <w:r>
        <w:rPr>
          <w:b/>
        </w:rPr>
        <w:t xml:space="preserve">[27:40] </w:t>
      </w:r>
      <w:r>
        <w:t>guzarne ke mani waaqif hote hain, magar us se sabak nahi lete. is par ghore karte hue mujhe samajh aaya ke is zamane mein sab se bari nishani aik zahir hui hai, safar ki nishani.</w:t>
      </w:r>
    </w:p>
    <w:p>
      <w:pPr>
        <w:jc w:val="right"/>
      </w:pPr>
      <w:r>
        <w:t>گزرنے کے معنی واقف ہوتے ہیں، مگر اس سے سبق نہیں لیتے۔ اس پر غور کرتے ہوئے مجھے سمجھ آیا کہ اس زمانے میں سب سے بڑی نشانی ایک ظاہر ہوئی ہے، سفر کی نشانی۔</w:t>
      </w:r>
    </w:p>
    <w:p>
      <w:r>
        <w:rPr>
          <w:b/>
        </w:rPr>
        <w:t xml:space="preserve">[27:55] </w:t>
      </w:r>
      <w:r>
        <w:t>safar ki nishani ka matlab nahi hai dajjal aur maseeh. yeh matlab nahi ke maseeh aasman par utre hain ya dajjal zahir ho gaya hai. main is ko sab bari nishani nahi kahunga.</w:t>
      </w:r>
    </w:p>
    <w:p>
      <w:pPr>
        <w:jc w:val="right"/>
      </w:pPr>
      <w:r>
        <w:t>سفر کی نشانی کا مطلب نہیں ہے دجال اور مسیح۔ یہ مطلب نہیں کہ مسیح آسمان پر اترے ہیں یا دجال ظاہر ہو گیا ہے۔ میں اس کو سب بڑی نشانی نہیں کہوں گا۔</w:t>
      </w:r>
    </w:p>
    <w:p>
      <w:r>
        <w:rPr>
          <w:b/>
        </w:rPr>
        <w:t xml:space="preserve">[28:08] </w:t>
      </w:r>
      <w:r>
        <w:t>sab se bari nishani yeh hai ke musalman so saal se bhi ziyada muddat se ladai ki jihad ke naam par ladai kar rahe hain.</w:t>
      </w:r>
    </w:p>
    <w:p>
      <w:pPr>
        <w:jc w:val="right"/>
      </w:pPr>
      <w:r>
        <w:t>سب سے بڑی نشانی یہ ہے کہ مسلمان سو سال سے بھی زیادہ مدت سے لڑائی کی جہاد کے نام پر لڑائی کر رہے ہیں۔</w:t>
      </w:r>
    </w:p>
    <w:p>
      <w:r>
        <w:rPr>
          <w:b/>
        </w:rPr>
        <w:t xml:space="preserve">[28:18] </w:t>
      </w:r>
      <w:r>
        <w:t>beshumar log maare gaye, beshumar ghar jalaye gaye, beshumar log tabah hue.</w:t>
      </w:r>
    </w:p>
    <w:p>
      <w:pPr>
        <w:jc w:val="right"/>
      </w:pPr>
      <w:r>
        <w:t>بے شمار لوگ مارے گئے، بے شمار گھر جلائے گئے، بے شمار لوگ تباہ ہوئے۔</w:t>
      </w:r>
    </w:p>
    <w:p>
      <w:r>
        <w:rPr>
          <w:b/>
        </w:rPr>
        <w:t xml:space="preserve">[28:26] </w:t>
      </w:r>
      <w:r>
        <w:t>to is ka matlab kya hai? un ke andar aana chahiye re assessment, phir se sochna taake re plan kar saken.</w:t>
      </w:r>
    </w:p>
    <w:p>
      <w:pPr>
        <w:jc w:val="right"/>
      </w:pPr>
      <w:r>
        <w:t>تو اس کا مطلب کیا ہے؟ ان کے اندر آنا چاہیے ری اسیسمنٹ، پھر سے سوچنا تاکہ ری پلان کر سکیں۔</w:t>
      </w:r>
    </w:p>
    <w:p>
      <w:r>
        <w:rPr>
          <w:b/>
        </w:rPr>
        <w:t xml:space="preserve">[28:38] </w:t>
      </w:r>
      <w:r>
        <w:t>ek baar bhi agar aap ka koi koshish nakaam ho gayi hai to usi ko dohrana ya yeh to hewani aql ka kaam hai.</w:t>
      </w:r>
    </w:p>
    <w:p>
      <w:pPr>
        <w:jc w:val="right"/>
      </w:pPr>
      <w:r>
        <w:t>ایک بار بھی اگر آپ کا کوئی کوشش ناکام ہو گئی ہے تو اسی کو دہرانا یا یہ تو حیوانی عقل کا کام ہے۔</w:t>
      </w:r>
    </w:p>
    <w:p>
      <w:r>
        <w:rPr>
          <w:b/>
        </w:rPr>
        <w:t xml:space="preserve">[28:49] </w:t>
      </w:r>
      <w:r>
        <w:t>hewan ka aap ko chahiye ke is ko re think karen, re assess karen, revise karen aur apni amal ki re planning karen.</w:t>
      </w:r>
    </w:p>
    <w:p>
      <w:pPr>
        <w:jc w:val="right"/>
      </w:pPr>
      <w:r>
        <w:t>حیوان کا آپ کو چاہیے کہ اس کو ری تھنک کریں، ری اسیس کریں، ریوائز کریں اور اپنی عمل کی ری پلاننگ کریں۔</w:t>
      </w:r>
    </w:p>
    <w:p>
      <w:r>
        <w:rPr>
          <w:b/>
        </w:rPr>
        <w:t xml:space="preserve">[29:02] </w:t>
      </w:r>
      <w:r>
        <w:t>lekin aap dekhen, har jagah musalman tabah ho rahe hain, maare ja rahe hain aur so so hazar muddat se aur kahin bhi re thinking nahi ho rahi hai.</w:t>
      </w:r>
    </w:p>
    <w:p>
      <w:pPr>
        <w:jc w:val="right"/>
      </w:pPr>
      <w:r>
        <w:t>لیکن آپ دیکھیں، ہر جگہ مسلمان تباہ ہو رہے ہیں، مارے جا رہے ہیں اور سو سو ہزار مدت سے اور کہیں بھی ری تھنکنگ نہیں ہو رہی ہے۔</w:t>
      </w:r>
    </w:p>
    <w:p>
      <w:r>
        <w:rPr>
          <w:b/>
        </w:rPr>
        <w:t xml:space="preserve">[29:13] </w:t>
      </w:r>
      <w:r>
        <w:t>kahin bhi re thinking nahi ho rahi hai.</w:t>
      </w:r>
    </w:p>
    <w:p>
      <w:pPr>
        <w:jc w:val="right"/>
      </w:pPr>
      <w:r>
        <w:t>کہیں بھی ری تھنکنگ نہیں ہو رہی ہے۔</w:t>
      </w:r>
    </w:p>
    <w:p>
      <w:r>
        <w:rPr>
          <w:b/>
        </w:rPr>
        <w:t xml:space="preserve">[29:21] </w:t>
      </w:r>
      <w:r>
        <w:t>yaani har roz aap agar aap TV dekhte hain to wahan sunte honge,</w:t>
      </w:r>
    </w:p>
    <w:p>
      <w:pPr>
        <w:jc w:val="right"/>
      </w:pPr>
      <w:r>
        <w:t>یعنی ہر روز آپ اگر آپ ٹی وی دیکھتے ہیں تو وہاں سنتے ہوں گے،</w:t>
      </w:r>
    </w:p>
    <w:p>
      <w:r>
        <w:rPr>
          <w:b/>
        </w:rPr>
        <w:t xml:space="preserve">[29:28] </w:t>
      </w:r>
      <w:r>
        <w:t>hata ke misaal ke taur par jo yeh khabar aayi ke sankron ki tadad mein haji log jo hain mar gaye.</w:t>
      </w:r>
    </w:p>
    <w:p>
      <w:pPr>
        <w:jc w:val="right"/>
      </w:pPr>
      <w:r>
        <w:t>حتیٰ کہ مثال کے طور پر جو یہ خبر آئی کہ سینکڑوں کی تعداد میں حاجی لوگ جو ہیں مر گئے۔</w:t>
      </w:r>
    </w:p>
    <w:p>
      <w:r>
        <w:rPr>
          <w:b/>
        </w:rPr>
        <w:t xml:space="preserve">[29:37] </w:t>
      </w:r>
      <w:r>
        <w:t>yaani hajiyon ne hajiyon ko daba daba dala, bhagdad hui, bhagdad mein kuchal ke mar gaye. yahan bhi re thinking ki zaroorat hai.</w:t>
      </w:r>
    </w:p>
    <w:p>
      <w:pPr>
        <w:jc w:val="right"/>
      </w:pPr>
      <w:r>
        <w:t>یعنی حاجیوں نے حاجیوں کو دبا دبا ڈالا، بھگدڑ ہوئی، بھگدڑ میں کچل کے مر گئے۔ یہاں بھی ری تھنکنگ کی ضرورت ہے۔</w:t>
      </w:r>
    </w:p>
    <w:p>
      <w:r>
        <w:rPr>
          <w:b/>
        </w:rPr>
        <w:t xml:space="preserve">[29:47] </w:t>
      </w:r>
      <w:r>
        <w:t>itna bara waqea hai ke hajj karne ke liye jaate hain log,</w:t>
      </w:r>
    </w:p>
    <w:p>
      <w:pPr>
        <w:jc w:val="right"/>
      </w:pPr>
      <w:r>
        <w:t>اتنا بڑا واقعہ ہے کہ حج کرنے کے لیے جاتے ہیں لوگ،</w:t>
      </w:r>
    </w:p>
    <w:p>
      <w:r>
        <w:rPr>
          <w:b/>
        </w:rPr>
        <w:t xml:space="preserve">[29:51] </w:t>
      </w:r>
      <w:r>
        <w:t>ek bohat bari muqaddas jagah ibadat, wahan kya karte hain ke haji haji kuchal kar maar dalta hai,</w:t>
      </w:r>
    </w:p>
    <w:p>
      <w:pPr>
        <w:jc w:val="right"/>
      </w:pPr>
      <w:r>
        <w:t>ایک بہت بڑی مقدس جگہ عبادت، وہاں کیا کرتے ہیں کہ حاجی حاجی کچل کر مار ڈالتا ہے،</w:t>
      </w:r>
    </w:p>
    <w:p>
      <w:r>
        <w:rPr>
          <w:b/>
        </w:rPr>
        <w:t xml:space="preserve">[30:00] </w:t>
      </w:r>
      <w:r>
        <w:t>bohat bari tadad mein. aisa baar baar hua hai lekin re thinking nahi. to main is par soch raha tha, to mujhe samajh aaya ke is ka raaz kya hai?</w:t>
      </w:r>
    </w:p>
    <w:p>
      <w:pPr>
        <w:jc w:val="right"/>
      </w:pPr>
      <w:r>
        <w:t>بہت بڑی تعداد میں۔ ایسا بار بار ہوا ہے لیکن ری تھنکنگ نہیں۔ تو میں اس پر سوچ رہا تھا، تو مجھے سمجھ آیا کہ اس کا راز کیا ہے؟</w:t>
      </w:r>
    </w:p>
    <w:p>
      <w:r>
        <w:rPr>
          <w:b/>
        </w:rPr>
        <w:t xml:space="preserve">[30:12] </w:t>
      </w:r>
      <w:r>
        <w:t>yaani kyun haji haji kuchalta hai? is ka raaz kya hai?</w:t>
      </w:r>
    </w:p>
    <w:p>
      <w:pPr>
        <w:jc w:val="right"/>
      </w:pPr>
      <w:r>
        <w:t>یعنی کیوں حاجی حاجی کچلتا ہے؟ اس کا راز کیا ہے؟</w:t>
      </w:r>
    </w:p>
    <w:p>
      <w:r>
        <w:rPr>
          <w:b/>
        </w:rPr>
        <w:t xml:space="preserve">[30:18] </w:t>
      </w:r>
      <w:r>
        <w:t>aap jab re thinking karenge, aap tab aap ko apni kamiyon ka pata chalega, apni galtiyon ka pata chalega, apni naqis planning ka pata chalega.</w:t>
      </w:r>
    </w:p>
    <w:p>
      <w:pPr>
        <w:jc w:val="right"/>
      </w:pPr>
      <w:r>
        <w:t>آپ جب ری تھنکنگ کریں گے، آپ تب آپ کو اپنی کمیوں کا پتہ چلے گا، اپنی غلطیوں کا پتہ چلے گا، اپنی ناقص پلاننگ کا پتہ چلے گا۔</w:t>
      </w:r>
    </w:p>
    <w:p>
      <w:r>
        <w:rPr>
          <w:b/>
        </w:rPr>
        <w:t xml:space="preserve">[30:29] </w:t>
      </w:r>
      <w:r>
        <w:t>to phir aap re planning karenge, yaani dobara naye dhang se apna mashrooh banayenge.</w:t>
      </w:r>
    </w:p>
    <w:p>
      <w:pPr>
        <w:jc w:val="right"/>
      </w:pPr>
      <w:r>
        <w:t>تو پھر آپ ری پلاننگ کریں گے، یعنی دوبارہ نئے ڈھنگ سے اپنا مشروع بنائیں گے۔</w:t>
      </w:r>
    </w:p>
    <w:p>
      <w:r>
        <w:rPr>
          <w:b/>
        </w:rPr>
        <w:t xml:space="preserve">[30:39] </w:t>
      </w:r>
      <w:r>
        <w:t>to wajah kya hai? wajah hai ke awam mein ek galat khayal phaila hua hai.</w:t>
      </w:r>
    </w:p>
    <w:p>
      <w:pPr>
        <w:jc w:val="right"/>
      </w:pPr>
      <w:r>
        <w:t>تو وجہ کیا ہے؟ وجہ ہے کہ عوام میں ایک غلط خیال پھیلا ہوا ہے۔</w:t>
      </w:r>
    </w:p>
    <w:p>
      <w:r>
        <w:rPr>
          <w:b/>
        </w:rPr>
        <w:t xml:space="preserve">[30:48] </w:t>
      </w:r>
      <w:r>
        <w:t>Awam mein ek galat khayal phaila hua hai jis ko kehte hain ram jabar, yaani stoning. Jo wahan pe pathar maarte hain, woh pathar ka matlab pathar nahi hota, konkri hoti hai.</w:t>
      </w:r>
    </w:p>
    <w:p>
      <w:pPr>
        <w:jc w:val="right"/>
      </w:pPr>
      <w:r>
        <w:t>عوام میں ایک غلط خیال پھیلا ہوا ہے جس کو کہتے ہیں رم جبار، یعنی اسٹوننگ۔ جو وہاں پہ پتھر مارتے ہیں، وہ پتھر کا مطلب پتھر نہیں ہوتا، کنکری ہوتی ہے۔</w:t>
      </w:r>
    </w:p>
    <w:p>
      <w:r>
        <w:rPr>
          <w:b/>
        </w:rPr>
        <w:t xml:space="preserve">[31:02] </w:t>
      </w:r>
      <w:r>
        <w:t>yeh bas wajah hai ke pathar hote hain, konkri choti choti si, jaise matar ke daane ki tarah ho ya us se bhi chote hon.</w:t>
      </w:r>
    </w:p>
    <w:p>
      <w:pPr>
        <w:jc w:val="right"/>
      </w:pPr>
      <w:r>
        <w:t>یہ بس وجہ ہے کہ پتھر ہوتے ہیں، کنکری چھوٹی چھوٹی سی، جیسے مٹر کے دانے کی طرح ہو یا اس سے بھی چھوٹے ہوں۔</w:t>
      </w:r>
    </w:p>
    <w:p>
      <w:r>
        <w:rPr>
          <w:b/>
        </w:rPr>
        <w:t xml:space="preserve">[31:12] </w:t>
      </w:r>
      <w:r>
        <w:t>to konkri phenki jaati hai, woh</w:t>
      </w:r>
    </w:p>
    <w:p>
      <w:pPr>
        <w:jc w:val="right"/>
      </w:pPr>
      <w:r>
        <w:t>تو کنکری پھینکی جاتی ہے، وہ</w:t>
      </w:r>
    </w:p>
    <w:p>
      <w:r>
        <w:rPr>
          <w:b/>
        </w:rPr>
        <w:t xml:space="preserve">[31:16] </w:t>
      </w:r>
      <w:r>
        <w:t>is ko kehte hain rami jabar. to log samajhte hain ke woh wahan par jo hai, woh shaitan hai aur jab is ko hit hit karenge, tab hum ko sawab milega.</w:t>
      </w:r>
    </w:p>
    <w:p>
      <w:pPr>
        <w:jc w:val="right"/>
      </w:pPr>
      <w:r>
        <w:t>اس کو کہتے ہیں رمی جبار۔ تو لوگ سمجھتے ہیں کہ وہ وہاں پر جو ہے، وہ شیطان ہے اور جب اس کو ہٹ ہٹ کریں گے، تب ہم کو ثواب ملے گا۔</w:t>
      </w:r>
    </w:p>
    <w:p>
      <w:r>
        <w:rPr>
          <w:b/>
        </w:rPr>
        <w:t xml:space="preserve">[31:27] </w:t>
      </w:r>
      <w:r>
        <w:t>yaani hamari konkri jo ja ke us ko hit karegi, tab hum ko rabb jabar ka sawab milega. halanke mere ko galat hi tasawwur hai, yeh awami tasawwur hai.</w:t>
      </w:r>
    </w:p>
    <w:p>
      <w:pPr>
        <w:jc w:val="right"/>
      </w:pPr>
      <w:r>
        <w:t>یعنی ہماری کنکری جو جا کے اس کو ہٹ کرے گی، تب ہم کو رب جبار کا ثواب ملے گا۔ حالانکہ میرے کو غلط ہی تصور ہے، یہ عوامی تصور ہے۔</w:t>
      </w:r>
    </w:p>
    <w:p>
      <w:r>
        <w:rPr>
          <w:b/>
        </w:rPr>
        <w:t xml:space="preserve">[31:40] </w:t>
      </w:r>
      <w:r>
        <w:t>yeh baqayda masla hai kitabon mein ke aap ne phenk diya to bas aap ka woh ram jamal ka sawab mil gaya aap ko, chahe woh us ko hit kare ya na kare.</w:t>
      </w:r>
    </w:p>
    <w:p>
      <w:pPr>
        <w:jc w:val="right"/>
      </w:pPr>
      <w:r>
        <w:t>یہ باقاعدہ مسئلہ ہے کتابوں میں کہ آپ نے پھینک دیا تو بس آپ کا وہ رم جمال کا ثواب مل گیا آپ کو، چاہے وہ اس کو ہٹ کرے یا نہ کرے۔</w:t>
      </w:r>
    </w:p>
    <w:p>
      <w:r>
        <w:rPr>
          <w:b/>
        </w:rPr>
        <w:t xml:space="preserve">[31:53] </w:t>
      </w:r>
      <w:r>
        <w:t>baqayda yeh masla kitabon mein hai</w:t>
      </w:r>
    </w:p>
    <w:p>
      <w:pPr>
        <w:jc w:val="right"/>
      </w:pPr>
      <w:r>
        <w:t>باقاعدہ یہ مسئلہ کتابوں میں ہے</w:t>
      </w:r>
    </w:p>
    <w:p>
      <w:r>
        <w:rPr>
          <w:b/>
        </w:rPr>
        <w:t xml:space="preserve">[31:58] </w:t>
      </w:r>
      <w:r>
        <w:t>kyunki wahan bheed hoti hai to log chahte hain ghuste hain, ghuste hain ke wahan pahunchen, paas pahunchen.</w:t>
      </w:r>
    </w:p>
    <w:p>
      <w:pPr>
        <w:jc w:val="right"/>
      </w:pPr>
      <w:r>
        <w:t>کیونکہ وہاں بھیڑ ہوتی ہے تو لوگ چاہتے ہیں گھستے ہیں، گھستے ہیں کہ وہاں پہنچیں، پاس پہنچیں۔</w:t>
      </w:r>
    </w:p>
    <w:p>
      <w:r>
        <w:rPr>
          <w:b/>
        </w:rPr>
        <w:t xml:space="preserve">[32:06] </w:t>
      </w:r>
      <w:r>
        <w:t>yaani paas pahunchen ke liye race karte hain taake woh maare to hit kare. woh isi isi mein bhagdad ho jaati hai.</w:t>
      </w:r>
    </w:p>
    <w:p>
      <w:pPr>
        <w:jc w:val="right"/>
      </w:pPr>
      <w:r>
        <w:t>یعنی پاس پہنچنے کے لیے ریس کرتے ہیں تاکہ وہ مارے تو ہٹ کرے۔ وہ اسی اسی میں بھگدڑ ہو جاتی ہے۔</w:t>
      </w:r>
    </w:p>
    <w:p>
      <w:r>
        <w:rPr>
          <w:b/>
        </w:rPr>
        <w:t xml:space="preserve">[32:17] </w:t>
      </w:r>
      <w:r>
        <w:t>yaani bheed bheed ke darmiyan jab is ke paas pahunchen ke liye zor maarte hain log har taraf se, idhar se, idhar se, kyunki charon taraf se hote hain log, is mein bhagdad ho jaati hai.</w:t>
      </w:r>
    </w:p>
    <w:p>
      <w:pPr>
        <w:jc w:val="right"/>
      </w:pPr>
      <w:r>
        <w:t>یعنی بھیڑ بھیڑ کے درمیان جب اس کے پاس پہنچنے کے لیے زور مارتے ہیں لوگ ہر طرف سے، ادھر سے، ادھر سے، کیونکہ چاروں طرف سے ہوتے ہیں لوگ، اس میں بھگدڑ ہو جاتی ہے۔</w:t>
      </w:r>
    </w:p>
    <w:p>
      <w:r>
        <w:rPr>
          <w:b/>
        </w:rPr>
        <w:t xml:space="preserve">[32:29] </w:t>
      </w:r>
      <w:r>
        <w:t>to dekhiye,</w:t>
      </w:r>
    </w:p>
    <w:p>
      <w:pPr>
        <w:jc w:val="right"/>
      </w:pPr>
      <w:r>
        <w:t>تو دیکھیے،</w:t>
      </w:r>
    </w:p>
    <w:p>
      <w:r>
        <w:rPr>
          <w:b/>
        </w:rPr>
        <w:t xml:space="preserve">[32:33] </w:t>
      </w:r>
      <w:r>
        <w:t>ek ek ek ek hindu ne mujh se kaha ke kaise haji log hain ke khud hi hajiyon ko maar daalte hain kuchal kar.</w:t>
      </w:r>
    </w:p>
    <w:p>
      <w:pPr>
        <w:jc w:val="right"/>
      </w:pPr>
      <w:r>
        <w:t>ایک ایک ایک ایک ہندو نے مجھ سے کہا کہ کیسے حاجی لوگ ہیں کہ خود ہی حاجیوں کو مار ڈالتے ہیں کچل کر۔</w:t>
      </w:r>
    </w:p>
    <w:p>
      <w:r>
        <w:rPr>
          <w:b/>
        </w:rPr>
        <w:t xml:space="preserve">[32:42] </w:t>
      </w:r>
      <w:r>
        <w:t>main ne kaha woh haji ki baat nahi hai, woh awam galat fehmi ki baat hai. kyunke zyada tar aaj kal haj mein aap jayen, haj mein to zyada tar jahil qism ke log hote hain.</w:t>
      </w:r>
    </w:p>
    <w:p>
      <w:pPr>
        <w:jc w:val="right"/>
      </w:pPr>
      <w:r>
        <w:t>میں نے کہا وہ حاجی کی بات نہیں ہے، وہ عوام غلط فہمی کی بات ہے۔ کیونکہ زیادہ تر آج کل حج میں آپ جائیں، حج میں تو زیادہ تر جاہل قسم کے لوگ ہوتے ہیں۔</w:t>
      </w:r>
    </w:p>
    <w:p>
      <w:r>
        <w:rPr>
          <w:b/>
        </w:rPr>
        <w:t xml:space="preserve">[32:53] </w:t>
      </w:r>
      <w:r>
        <w:t>zyada tar aaj kal kya hai</w:t>
      </w:r>
    </w:p>
    <w:p>
      <w:pPr>
        <w:jc w:val="right"/>
      </w:pPr>
      <w:r>
        <w:t>زیادہ تر آج کل کیا ہے</w:t>
      </w:r>
    </w:p>
    <w:p>
      <w:r>
        <w:rPr>
          <w:b/>
        </w:rPr>
        <w:t xml:space="preserve">[32:58] </w:t>
      </w:r>
      <w:r>
        <w:t>ke logon ke bete jo hain idhar udhar kamate hain to woh apne baap ko haj karane ke liye paise bhejte hain. to boodha boodha zyada zyada umar ke log, boodha aur ghareeb aur jahil baap rawana ho jata hai haj karne ke liye.</w:t>
      </w:r>
    </w:p>
    <w:p>
      <w:pPr>
        <w:jc w:val="right"/>
      </w:pPr>
      <w:r>
        <w:t>کہ لوگوں کے بیٹے جو ہیں ادھر ادھر کماتے ہیں تو وہ اپنے باپ کو حج کرانے کے لیے پیسے بھیجتے ہیں۔ تو بوڑھا بوڑھا زیادہ زیادہ عمر کے لوگ، بوڑھا اور غریب اور جاہل باپ روانہ ہو جاتا ہے حج کرنے کے لیے۔</w:t>
      </w:r>
    </w:p>
    <w:p>
      <w:r>
        <w:rPr>
          <w:b/>
        </w:rPr>
        <w:t xml:space="preserve">[33:13] </w:t>
      </w:r>
      <w:r>
        <w:t>ab is ke dimagh mein yeh basa hua hai ke meri konkri ko woh us us ko hit karna chahiye. halanke yeh hai hi nahi, woh hai symbolic stoning.</w:t>
      </w:r>
    </w:p>
    <w:p>
      <w:pPr>
        <w:jc w:val="right"/>
      </w:pPr>
      <w:r>
        <w:t>اب اس کے دماغ میں یہ بسا ہوا ہے کہ میری کنکری کو وہ اس اس کو ہٹ کرنا چاہیے۔ حالانکہ یہ ہے ہی نہیں، وہ ہے سمبالک اسٹوننگ۔</w:t>
      </w:r>
    </w:p>
    <w:p>
      <w:r>
        <w:rPr>
          <w:b/>
        </w:rPr>
        <w:t xml:space="preserve">[33:27] </w:t>
      </w:r>
      <w:r>
        <w:t>woh symbolic stoning hai, woh stone bhi pathar nahi hota, woh konkri hoti hai.</w:t>
      </w:r>
    </w:p>
    <w:p>
      <w:pPr>
        <w:jc w:val="right"/>
      </w:pPr>
      <w:r>
        <w:t>وہ سمبالک اسٹوننگ ہے، وہ اسٹون بھی پتھر نہیں ہوتا، وہ کنکری ہوتی ہے۔</w:t>
      </w:r>
    </w:p>
    <w:p>
      <w:r>
        <w:rPr>
          <w:b/>
        </w:rPr>
        <w:t xml:space="preserve">[33:40] </w:t>
      </w:r>
      <w:r>
        <w:t>to bohat zyada zaroori hai jis ko main ne kaha ke fehm e deen, yani deen ki sahi samajh bohat zaroori hai.</w:t>
      </w:r>
    </w:p>
    <w:p>
      <w:pPr>
        <w:jc w:val="right"/>
      </w:pPr>
      <w:r>
        <w:t>تو بہت زیادہ ضروری ہے جس کو میں نے کہا کہ فہم دین، یعنی دین کی صحیح سمجھ بہت ضروری ہے۔</w:t>
      </w:r>
    </w:p>
    <w:p>
      <w:r>
        <w:rPr>
          <w:b/>
        </w:rPr>
        <w:t xml:space="preserve">[33:51] </w:t>
      </w:r>
      <w:r>
        <w:t>deen ki sahi samajh na ho to aap re-thinking bhi nahi karenge.</w:t>
      </w:r>
    </w:p>
    <w:p>
      <w:pPr>
        <w:jc w:val="right"/>
      </w:pPr>
      <w:r>
        <w:t>دین کی صحیح سمجھ نہ ہو تو آپ ریپ ری تھنکنگ بھی نہیں کریں گے۔</w:t>
      </w:r>
    </w:p>
    <w:p>
      <w:r>
        <w:rPr>
          <w:b/>
        </w:rPr>
        <w:t xml:space="preserve">[33:59] </w:t>
      </w:r>
      <w:r>
        <w:t>jab gehri samajh hogi tabhi aap re-thinking karenge, tabhi re-planning aayegi. to sari dunya mein musalman jo hain, kya hai?</w:t>
      </w:r>
    </w:p>
    <w:p>
      <w:pPr>
        <w:jc w:val="right"/>
      </w:pPr>
      <w:r>
        <w:t>جب گہری سمجھ ہوگی تبھی آپ ری تھنکنگ کریں گے، تبھی ری پلاننگ آئے گی۔ تو ساری دنیا میں مسلمان جو ہیں، کیا ہے؟</w:t>
      </w:r>
    </w:p>
    <w:p>
      <w:r>
        <w:rPr>
          <w:b/>
        </w:rPr>
        <w:t xml:space="preserve">[34:07] </w:t>
      </w:r>
      <w:r>
        <w:t>misalan India mein aap dekhiye, ek lakh se zyada India mein kamre right hui hain. kamre right.</w:t>
      </w:r>
    </w:p>
    <w:p>
      <w:pPr>
        <w:jc w:val="right"/>
      </w:pPr>
      <w:r>
        <w:t>مثلاً انڈیا میں آپ دیکھیے، ایک لاکھ سے زیادہ انڈیا میں کمرے رائٹ ہوئی ہیں۔ کمرے رائٹ۔</w:t>
      </w:r>
    </w:p>
    <w:p>
      <w:r>
        <w:rPr>
          <w:b/>
        </w:rPr>
        <w:t xml:space="preserve">[34:18] </w:t>
      </w:r>
      <w:r>
        <w:t>kal ek sahab se baat ho rahi thi, kal parson to kahe ke kehne lage ke India mein bohat zulm hota hai, yahan musalman maare jate hain.</w:t>
      </w:r>
    </w:p>
    <w:p>
      <w:pPr>
        <w:jc w:val="right"/>
      </w:pPr>
      <w:r>
        <w:t>کل ایک صاحب سے بات ہو رہی تھی، کل پرسوں تو کہے کہ کہنے لگے کہ انڈیا میں بہت ظلم ہوتا ہے، یہاں مسلمان مارے جاتے ہیں۔</w:t>
      </w:r>
    </w:p>
    <w:p>
      <w:r>
        <w:rPr>
          <w:b/>
        </w:rPr>
        <w:t xml:space="preserve">[34:29] </w:t>
      </w:r>
      <w:r>
        <w:t>yeh bhi kya hai? yeh na samajhne ka nateeja hai, galat fehmi ka nateeja hai. woh jitne bhi fasaad hain, bohat se fasaadon ko main ne mutala kiya hai,</w:t>
      </w:r>
    </w:p>
    <w:p>
      <w:pPr>
        <w:jc w:val="right"/>
      </w:pPr>
      <w:r>
        <w:t>یہ بھی کیا ہے؟ یہ نہ سمجھنے کا نتیجہ ہے، غلط فہمی کا نتیجہ ہے۔ وہ جتنے بھی فساد ہیں، بہت سے فسادوں کو میں نے مطالعہ کیا ہے،</w:t>
      </w:r>
    </w:p>
    <w:p>
      <w:r>
        <w:rPr>
          <w:b/>
        </w:rPr>
        <w:t xml:space="preserve">[34:42] </w:t>
      </w:r>
      <w:r>
        <w:t>woh kyun hote hain? woh yani jis ko kehte hain bhadak jana, misfire ho jana, is se hote hain.</w:t>
      </w:r>
    </w:p>
    <w:p>
      <w:pPr>
        <w:jc w:val="right"/>
      </w:pPr>
      <w:r>
        <w:t>وہ کیوں ہوتے ہیں؟ وہ یعنی جس کو کہتے ہیں بھڑک جانا، مسٹر ہو جانا، اس سے ہوتے ہیں۔</w:t>
      </w:r>
    </w:p>
    <w:p>
      <w:r>
        <w:rPr>
          <w:b/>
        </w:rPr>
        <w:t xml:space="preserve">[34:53] </w:t>
      </w:r>
      <w:r>
        <w:t>koi choti si baat hui, us ko bhadak uthte hain, is se falah ho jata hai.</w:t>
      </w:r>
    </w:p>
    <w:p>
      <w:pPr>
        <w:jc w:val="right"/>
      </w:pPr>
      <w:r>
        <w:t>کوئی چھوٹی سی بات ہوئی، اس کو بھڑک اٹھتے ہیں، اس سے فلاح ہو جاتا ہے۔</w:t>
      </w:r>
    </w:p>
    <w:p>
      <w:r>
        <w:rPr>
          <w:b/>
        </w:rPr>
        <w:t xml:space="preserve">[34:59] </w:t>
      </w:r>
      <w:r>
        <w:t>misal ke taur par holi mein ek fasaad hua tha,</w:t>
      </w:r>
    </w:p>
    <w:p>
      <w:pPr>
        <w:jc w:val="right"/>
      </w:pPr>
      <w:r>
        <w:t>مثال کے طور پر ہولی میں ایک فساد ہوا تھا،</w:t>
      </w:r>
    </w:p>
    <w:p>
      <w:r>
        <w:rPr>
          <w:b/>
        </w:rPr>
        <w:t xml:space="preserve">[35:05] </w:t>
      </w:r>
      <w:r>
        <w:t>aksar fasaad hota hai. to jo holi juloos nikalta hai, juloos un ke paas woh hota hai, rang pushkari mein rang bhar kar liye rehte hain.</w:t>
      </w:r>
    </w:p>
    <w:p>
      <w:pPr>
        <w:jc w:val="right"/>
      </w:pPr>
      <w:r>
        <w:t>اکثر فساد ہوتا ہے۔ تو جو ہولی جلوس نکلتا ہے، جلوس ان کے پاس وہ ہوتا ہے، رنگ پشکاری میں رنگ بھر کر لیے رہتے ہیں۔</w:t>
      </w:r>
    </w:p>
    <w:p>
      <w:r>
        <w:rPr>
          <w:b/>
        </w:rPr>
        <w:t xml:space="preserve">[35:17] </w:t>
      </w:r>
      <w:r>
        <w:t>to woh aise aise maarte hain idhar udhar. to kahin masjid ki deewar par rang pad gaya, ab log bhadak uthe,</w:t>
      </w:r>
    </w:p>
    <w:p>
      <w:pPr>
        <w:jc w:val="right"/>
      </w:pPr>
      <w:r>
        <w:t>تو وہ ایسے ایسے مارتے ہیں ادھر ادھر۔ تو کہیں مسجد کی دیوار پر رنگ پڑ گیا، اب لوگ بھڑک اٹھے،</w:t>
      </w:r>
    </w:p>
    <w:p>
      <w:r>
        <w:rPr>
          <w:b/>
        </w:rPr>
        <w:t xml:space="preserve">[35:26] </w:t>
      </w:r>
      <w:r>
        <w:t>bhadak uthe to yani pehle hoti hai heating, jis ko us ko kehte hain heating exchange, badhte badhte badhta aayi fasaad.</w:t>
      </w:r>
    </w:p>
    <w:p>
      <w:pPr>
        <w:jc w:val="right"/>
      </w:pPr>
      <w:r>
        <w:t>بھڑک اٹھے تو یعنی پہلے ہوتی ہے ہیٹنگ، جس کو اس کو کہتے ہیں ہیٹنگ ایکسچینج، بڑھتے بڑھتے بڑھتا آئی فساد۔</w:t>
      </w:r>
    </w:p>
    <w:p>
      <w:r>
        <w:rPr>
          <w:b/>
        </w:rPr>
        <w:t xml:space="preserve">[35:38] </w:t>
      </w:r>
      <w:r>
        <w:t>to yeh ek ek galat masla bana rakha hai ke masjid ki deewar par agar woh rang pad gaya to nijas ho gayi. halanke kuch bhi nahi, woh kuch bhi rahe, tab bhi dho diye, tab bhi khatam.</w:t>
      </w:r>
    </w:p>
    <w:p>
      <w:pPr>
        <w:jc w:val="right"/>
      </w:pPr>
      <w:r>
        <w:t>تو یہ ایک ایک غلط مسئلہ بنا رکھا ہے کہ مسجد کی دیوار پر اگر وہ رنگ پڑ گیا تو نجس ہو گئی۔ حالانکہ کچھ بھی نہیں، وہ کچھ بھی رہے، تب بھی دھو دیے، تب بھی ختم۔</w:t>
      </w:r>
    </w:p>
    <w:p>
      <w:r>
        <w:rPr>
          <w:b/>
        </w:rPr>
        <w:t xml:space="preserve">[35:52] </w:t>
      </w:r>
      <w:r>
        <w:t>aap chahe dho diye, chahe rehne dijiye,</w:t>
      </w:r>
    </w:p>
    <w:p>
      <w:pPr>
        <w:jc w:val="right"/>
      </w:pPr>
      <w:r>
        <w:t>آپ چاہے دھو دیے، چاہے رہنے دیجئے،</w:t>
      </w:r>
    </w:p>
    <w:p>
      <w:r>
        <w:rPr>
          <w:b/>
        </w:rPr>
        <w:t xml:space="preserve">[35:54] </w:t>
      </w:r>
      <w:r>
        <w:t>is se koi masjid nijas nahi hogi.</w:t>
      </w:r>
    </w:p>
    <w:p>
      <w:pPr>
        <w:jc w:val="right"/>
      </w:pPr>
      <w:r>
        <w:t>اس سے کوئی مسجد نجس نہیں ہوگی۔</w:t>
      </w:r>
    </w:p>
    <w:p>
      <w:r>
        <w:rPr>
          <w:b/>
        </w:rPr>
        <w:t xml:space="preserve">[36:03] </w:t>
      </w:r>
      <w:r>
        <w:t>to jitne bhi kamre right India mein hue hain, woh sab isi liye hue hain ke logon ke log khud sakhta masle bana rakhe hain, jis tarah haj mein mazhab bana rakha hai ke meri konkri ko ja ke hit karna chahiye.</w:t>
      </w:r>
    </w:p>
    <w:p>
      <w:pPr>
        <w:jc w:val="right"/>
      </w:pPr>
      <w:r>
        <w:t>تو جتنے بھی کمرے رائٹ انڈیا میں ہوئے ہیں، وہ سب اسی لیے ہوئے ہیں کہ لوگوں کے لوگ خود ساختہ مسئلے بنا رکھے ہیں، جس طرح حج میں مذہب بنا رکھا ہے کہ میری کنکری کو جا کے ہٹ کرنا چاہیے۔</w:t>
      </w:r>
    </w:p>
    <w:p>
      <w:r>
        <w:rPr>
          <w:b/>
        </w:rPr>
        <w:t xml:space="preserve">[36:19] </w:t>
      </w:r>
      <w:r>
        <w:t>aise hi galat masle, is galat masle ki wajah se musalman bhadak uthte hain, bhadak uthte hain to fasaad hota hai.</w:t>
      </w:r>
    </w:p>
    <w:p>
      <w:pPr>
        <w:jc w:val="right"/>
      </w:pPr>
      <w:r>
        <w:t>ایسے ہی غلط مسئلے، اس غلط مسئلے کی وجہ سے مسلمان بھڑک اٹھتے ہیں، بھڑک اٹھتے ہیں تو فساد ہوتا ہے۔</w:t>
      </w:r>
    </w:p>
    <w:p>
      <w:r>
        <w:rPr>
          <w:b/>
        </w:rPr>
        <w:t xml:space="preserve">[36:31] </w:t>
      </w:r>
      <w:r>
        <w:t>misalan yeh masla bana rakha hai ke masjid ke samne juloos nikla hai to baja nahi bajna chahiye, is se masjid ki be-urmati hoti hai.</w:t>
      </w:r>
    </w:p>
    <w:p>
      <w:pPr>
        <w:jc w:val="right"/>
      </w:pPr>
      <w:r>
        <w:t>مثلاً یہ مسئلہ بنا رکھا ہے کہ مسجد کے سامنے جلوس نکلا ہے تو باجا نہیں بجنا چاہیے، اس سے مسجد کی بے عرمتی ہوتی ہے۔</w:t>
      </w:r>
    </w:p>
    <w:p>
      <w:r>
        <w:rPr>
          <w:b/>
        </w:rPr>
        <w:t xml:space="preserve">[36:40] </w:t>
      </w:r>
      <w:r>
        <w:t>halankeh masjid ki be-urmati ka tasawwur hi galat hai ke baaja baje to masjid ki be-urmati ho jaye. To to aap bhadak uthe aur lage fasaad karne.</w:t>
      </w:r>
    </w:p>
    <w:p>
      <w:pPr>
        <w:jc w:val="right"/>
      </w:pPr>
      <w:r>
        <w:t>حالانکہ مسجد کی بے عرمتی کا تصور ہی غلط ہے کہ باجا بجے تو مسجد کی بے عرمتی ہو جائے۔ تو تو آپ بھڑک اٹھے اور لگے فساد کرنے۔</w:t>
      </w:r>
    </w:p>
    <w:p>
      <w:r>
        <w:rPr>
          <w:b/>
        </w:rPr>
        <w:t xml:space="preserve">[36:51] </w:t>
      </w:r>
      <w:r>
        <w:t>is tarah dekhiye, baar baar fasaad hua hai is par ke rasool Allah ki gustakhi. Ab aap ko aaj tak pata nahi hoga ke woh gustakhi mein woh lafz kya bola tha woh aadmi.</w:t>
      </w:r>
    </w:p>
    <w:p>
      <w:pPr>
        <w:jc w:val="right"/>
      </w:pPr>
      <w:r>
        <w:t>اس طرح دیکھیے، بار بار فساد ہوا ہے اس پر کہ رسول اللہ کی گستاخی۔ اب آپ کو آج تک پتہ نہیں ہوگا کہ وہ گستاخی میں وہ لفظ کیا بولا تھا وہ آدمی۔</w:t>
      </w:r>
    </w:p>
    <w:p>
      <w:r>
        <w:rPr>
          <w:b/>
        </w:rPr>
        <w:t xml:space="preserve">[37:03] </w:t>
      </w:r>
      <w:r>
        <w:t>hata ke ibn taimiya ne kitaab likhi hai isi par ke ek isai ne shatm kiya to unhon ne likha ke is ko maar dalo.</w:t>
      </w:r>
    </w:p>
    <w:p>
      <w:pPr>
        <w:jc w:val="right"/>
      </w:pPr>
      <w:r>
        <w:t>حتیٰ کہ ابن تیمیہ نے کتاب لکھی ہے اسی پر کہ ایک عیسائی نے شتم کیا تو انہوں نے لکھا کہ اس کو مار ڈالو۔</w:t>
      </w:r>
    </w:p>
    <w:p>
      <w:r>
        <w:rPr>
          <w:b/>
        </w:rPr>
        <w:t xml:space="preserve">[37:13] </w:t>
      </w:r>
      <w:r>
        <w:t>khud ibn taimiya ne bhi nahi bataya ke shatm kiya lafz bola tha. Woh jab aap kahein ke falan ne shatm kiya to aap poochna chahiye ke kya lafz bola tha woh</w:t>
      </w:r>
    </w:p>
    <w:p>
      <w:pPr>
        <w:jc w:val="right"/>
      </w:pPr>
      <w:r>
        <w:t>خود ابن تیمیہ نے بھی نہیں بتایا کہ شتم کیا لفظ بولا تھا۔ وہ جب آپ کہیں کہ فلاں نے شتم کیا تو آپ پوچھنا چاہیے کہ کیا لفظ کیا بولا تھا وہ</w:t>
      </w:r>
    </w:p>
    <w:p>
      <w:r>
        <w:rPr>
          <w:b/>
        </w:rPr>
        <w:t xml:space="preserve">[37:27] </w:t>
      </w:r>
      <w:r>
        <w:t>aur shatm ki tareef kya hai. Yeh sab ghair maloom hai, bas agar afwah urey gi ke shatm kiya</w:t>
      </w:r>
    </w:p>
    <w:p>
      <w:pPr>
        <w:jc w:val="right"/>
      </w:pPr>
      <w:r>
        <w:t>اور شتم کی تعریف کیا ہے۔ یہ سب غیر معلوم ہے، بس اگر افواہ اڑے گی کہ شتم کیا</w:t>
      </w:r>
    </w:p>
    <w:p>
      <w:r>
        <w:rPr>
          <w:b/>
        </w:rPr>
        <w:t xml:space="preserve">[37:33] </w:t>
      </w:r>
      <w:r>
        <w:t>hai aur lage maarne aap ko to deen ko gehrai ke saath samajhna bohat zaroori hai, warna yeh sab hota rahega.</w:t>
      </w:r>
    </w:p>
    <w:p>
      <w:pPr>
        <w:jc w:val="right"/>
      </w:pPr>
      <w:r>
        <w:t>ہے اور لگے مارنے آپ کو تو دین کو گہرائی کے ساتھ سمجھنا بہت ضروری ہے، ورنہ یہ سب ہوتا رہے گا۔</w:t>
      </w:r>
    </w:p>
    <w:p>
      <w:r>
        <w:rPr>
          <w:b/>
        </w:rPr>
        <w:t xml:space="preserve">[37:45] </w:t>
      </w:r>
      <w:r>
        <w:t>maine bohat logon se poocha jo shatm bardasht nahi kar sake, shatm hamare rasool par shatm kiya jaye to bardasht nahi kar sakte.</w:t>
      </w:r>
    </w:p>
    <w:p>
      <w:pPr>
        <w:jc w:val="right"/>
      </w:pPr>
      <w:r>
        <w:t>میں نے بہت لوگوں سے پوچھا جو شتم برداشت نہیں کر سکے، شتم ہمارے رسول پر شتم کیا جائے تو برداشت نہیں کر سکتے۔</w:t>
      </w:r>
    </w:p>
    <w:p>
      <w:r>
        <w:rPr>
          <w:b/>
        </w:rPr>
        <w:t xml:space="preserve">[38:00] </w:t>
      </w:r>
      <w:r>
        <w:t>ab poocho un se poocha kya lafz bola to</w:t>
      </w:r>
    </w:p>
    <w:p>
      <w:pPr>
        <w:jc w:val="right"/>
      </w:pPr>
      <w:r>
        <w:t>اب پوچھ ان سے پوچھا کیا لفظ بولا تو</w:t>
      </w:r>
    </w:p>
    <w:p>
      <w:r>
        <w:rPr>
          <w:b/>
        </w:rPr>
        <w:t xml:space="preserve">[38:02] </w:t>
      </w:r>
      <w:r>
        <w:t>nahi bata paate. Main ek martaba ali garh mein tha, ali garh mein ek professor sahab ka baitha hua tha to ek ladka aaya, ek student ali garh university ka, muslim university ka talib-e-ilm, bare jazbe mein, ghusse mein tha.</w:t>
      </w:r>
    </w:p>
    <w:p>
      <w:pPr>
        <w:jc w:val="right"/>
      </w:pPr>
      <w:r>
        <w:t>نہیں بتا پاتے۔ میں ایک مرتبہ علی گڑھ میں تھا، علی گڑھ میں ایک پروفیسر صاحب کا بیٹھا ہوا تھا تو ایک لڑکا آیا، ایک اسٹوڈنٹ علی گڑھ یونیورسٹی کا، مسلم یونیورسٹی کا طالب علم، بڑے جذبے میں، غصے میں تھا۔</w:t>
      </w:r>
    </w:p>
    <w:p>
      <w:r>
        <w:rPr>
          <w:b/>
        </w:rPr>
        <w:t xml:space="preserve">[38:20] </w:t>
      </w:r>
      <w:r>
        <w:t>to professor se woh kehta hai ke sahab yeh hum ko bardasht nahi, hamare rasool ke khilaaf gustakhi ki bardasht nahi, hum rasool ke khilaaf gustakhi ko bardasht nahi kar sakte.</w:t>
      </w:r>
    </w:p>
    <w:p>
      <w:pPr>
        <w:jc w:val="right"/>
      </w:pPr>
      <w:r>
        <w:t>تو پروفیسر سے وہ کہتا ہے کہ صاحب یہ ہم کو برداشت نہیں، ہمارے رسول کے خلاف گستاخی کی برداشت نہیں، ہم رسول کے خلاف گستاخی کو برداشت نہیں کر سکتے۔</w:t>
      </w:r>
    </w:p>
    <w:p>
      <w:r>
        <w:rPr>
          <w:b/>
        </w:rPr>
        <w:t xml:space="preserve">[38:33] </w:t>
      </w:r>
      <w:r>
        <w:t>to main sunta raha to main bohat narmi se poocha ke bhai gustakhi jis ko aap kahein woh kya lafz bola tha?</w:t>
      </w:r>
    </w:p>
    <w:p>
      <w:pPr>
        <w:jc w:val="right"/>
      </w:pPr>
      <w:r>
        <w:t>تو میں سنتا رہا تو میں بہت نرمی سے پوچھا کہ بھئی گستاخی جس کو آپ کہیں وہ کیا لفظ بولا تھا؟</w:t>
      </w:r>
    </w:p>
    <w:p>
      <w:r>
        <w:rPr>
          <w:b/>
        </w:rPr>
        <w:t xml:space="preserve">[38:42] </w:t>
      </w:r>
      <w:r>
        <w:t>woh jis aadmi ne gustakhi ki to lafz kya bola tha? Woh yeh bataya nahi is ne. Yani ghusse mein hai lekin us ko yeh batane ko, us ke paas yeh batane ke liye nahi hai ke gustakhi kar raha hai kya?</w:t>
      </w:r>
    </w:p>
    <w:p>
      <w:pPr>
        <w:jc w:val="right"/>
      </w:pPr>
      <w:r>
        <w:t>وہ جس آدمی نے گستاخی کی تو لفظ کیا بولا تھا؟ وہ یہ بتایا نہیں اس نے۔ یعنی غصے میں ہے لیکن اس کو یہ بتانے کو، اس کے پاس یہ بتانے کے لیے نہیں ہے کہ گستاخی کر رہا ہے کیا؟</w:t>
      </w:r>
    </w:p>
    <w:p>
      <w:r>
        <w:rPr>
          <w:b/>
        </w:rPr>
        <w:t xml:space="preserve">[38:56] </w:t>
      </w:r>
      <w:r>
        <w:t>jab us ne to lafz kya bola tha? Woh to yeh sab nasamjhi hai.</w:t>
      </w:r>
    </w:p>
    <w:p>
      <w:pPr>
        <w:jc w:val="right"/>
      </w:pPr>
      <w:r>
        <w:t>جب اس نے تو لفظ کیا بولا تھا؟ وہ تو یہ سب ناسمجھی ہے۔</w:t>
      </w:r>
    </w:p>
    <w:p>
      <w:r>
        <w:rPr>
          <w:b/>
        </w:rPr>
        <w:t xml:space="preserve">[39:04] </w:t>
      </w:r>
      <w:r>
        <w:t>aap ko agar koi kahe ke rasool Allah ki shaan mein gustakhi ki gayi to pata kijiye kya kya gustakhi hui? Kya bola woh? Gustakhi ki definition kya hai?</w:t>
      </w:r>
    </w:p>
    <w:p>
      <w:pPr>
        <w:jc w:val="right"/>
      </w:pPr>
      <w:r>
        <w:t>آپ کو اگر کوئی کہے کہ رسول اللہ کی شان میں گستاخی کی گئی تو پتہ کیجئے کیا کیا گستاخی ہوئی؟ کیا بولا وہ؟ گستاخی کی ڈیفینیشن کیا ہے؟</w:t>
      </w:r>
    </w:p>
    <w:p>
      <w:r>
        <w:rPr>
          <w:b/>
        </w:rPr>
        <w:t xml:space="preserve">[39:15] </w:t>
      </w:r>
      <w:r>
        <w:t>yani awalan to gustakhi par marna yeh koi masla deen ka nahi hai. Kitabon mein likha jata hai, fiqah kitabon mein yeqtul hadda, yeqtul hadda.</w:t>
      </w:r>
    </w:p>
    <w:p>
      <w:pPr>
        <w:jc w:val="right"/>
      </w:pPr>
      <w:r>
        <w:t>یعنی اولا تو گستاخی پر مارنا یہ کوئی مسئلہ دین کا نہیں ہے۔ کتابوں میں لکھا جاتا ہے، فقہ کتابوں میں یقتل حدا، یقتل حدا۔</w:t>
      </w:r>
    </w:p>
    <w:p>
      <w:r>
        <w:rPr>
          <w:b/>
        </w:rPr>
        <w:t xml:space="preserve">[39:30] </w:t>
      </w:r>
      <w:r>
        <w:t>lekin yeh yeh masla nahi batate ke pehle tehqeeq</w:t>
      </w:r>
    </w:p>
    <w:p>
      <w:pPr>
        <w:jc w:val="right"/>
      </w:pPr>
      <w:r>
        <w:t>لیکن یہ یہ مسئلہ نہیں بتاتے کہ پہلے تحقیق</w:t>
      </w:r>
    </w:p>
    <w:p>
      <w:r>
        <w:rPr>
          <w:b/>
        </w:rPr>
        <w:t xml:space="preserve">[39:33] </w:t>
      </w:r>
      <w:r>
        <w:t>karo.</w:t>
      </w:r>
    </w:p>
    <w:p>
      <w:pPr>
        <w:jc w:val="right"/>
      </w:pPr>
      <w:r>
        <w:t>کرو۔</w:t>
      </w:r>
    </w:p>
    <w:p>
      <w:r>
        <w:rPr>
          <w:b/>
        </w:rPr>
        <w:t xml:space="preserve">[39:38] </w:t>
      </w:r>
      <w:r>
        <w:t>fiqah kitabon mein aap bohat padhenge is baat ko ke jab koi aadmi rasool Allah ki shatm kare to yeqtul hadda, butar hadd us ko mara jayega.</w:t>
      </w:r>
    </w:p>
    <w:p>
      <w:pPr>
        <w:jc w:val="right"/>
      </w:pPr>
      <w:r>
        <w:t>فقہ کتابوں میں آپ بہت پڑھیں گے اس بات کو کہ جب کوئی آدمی رسول اللہ کی شتم کرے تو یقتل حدا، بتر حد اس کو مارا جائے گا۔</w:t>
      </w:r>
    </w:p>
    <w:p>
      <w:r>
        <w:rPr>
          <w:b/>
        </w:rPr>
        <w:t xml:space="preserve">[39:47] </w:t>
      </w:r>
      <w:r>
        <w:t>lekin jahan tak main jaanta hoon, kisi bhi fiqah kitab mein yeh masla nahi bayan kiya hai ke pehle ja ke tehqeeq karo. Jis ne shatm kiya quran ki ayaton ke mutabiq ke "idha ja'akum fasiqqun fatabayyanu".</w:t>
      </w:r>
    </w:p>
    <w:p>
      <w:pPr>
        <w:jc w:val="right"/>
      </w:pPr>
      <w:r>
        <w:t>لیکن جہاں تک میں جانتا ہوں، کسی بھی فقہ کتاب میں یہ مسئلہ نہیں بیان کیا ہے کہ پہلے جا کے تحقیق کرو۔ جس نے شتم کیا قرآن کی آیات کے مطابق کہ اذا جا کو فاسق فتبین۔</w:t>
      </w:r>
    </w:p>
    <w:p>
      <w:r>
        <w:rPr>
          <w:b/>
        </w:rPr>
        <w:t xml:space="preserve">[40:04] </w:t>
      </w:r>
      <w:r>
        <w:t>mere ilm ke mutabiq koi bhi fiqah kitab aisi nahi hai, yeh masla to bayan karegi. Woh yeqtul hadda, yeh nahi batayegi ke jab tum suno to ja ke tehqeeq karo ke us ne kya kya lafz bola?</w:t>
      </w:r>
    </w:p>
    <w:p>
      <w:pPr>
        <w:jc w:val="right"/>
      </w:pPr>
      <w:r>
        <w:t>میرے علم کے مطابق کوئی بھی فقہ کتاب ایسی نہیں ہے، یہ مسئلہ تو بیان کرے گی۔ وہ یقتل حدا، یہ نہیں بتائے گی کہ جب تم سنو تو جا کے تحقیق کرو کہ اس نے کیا کیا لفظ بولا؟</w:t>
      </w:r>
    </w:p>
    <w:p>
      <w:r>
        <w:rPr>
          <w:b/>
        </w:rPr>
        <w:t xml:space="preserve">[40:15] </w:t>
      </w:r>
      <w:r>
        <w:t>woh kya lafz bola? Woh bas afwah par maarne, afwah maarne khade ho jate hain. To dekhiye, deen ka jo maine kaha ke deen ka form, form deen ke do level hain.</w:t>
      </w:r>
    </w:p>
    <w:p>
      <w:pPr>
        <w:jc w:val="right"/>
      </w:pPr>
      <w:r>
        <w:t>وہ کیا لفظ بولا؟ وہ بس افواہ پر مارنے، افواہ مارنے کھڑے ہو جاتے ہیں۔ تو دیکھیے، دین کا جو میں نے کہا کہ دین کا فارم، فارم دین کے دو لیول ہیں۔</w:t>
      </w:r>
    </w:p>
    <w:p>
      <w:r>
        <w:rPr>
          <w:b/>
        </w:rPr>
        <w:t xml:space="preserve">[40:31] </w:t>
      </w:r>
      <w:r>
        <w:t>ek level hai aam, ek level hai khaas.</w:t>
      </w:r>
    </w:p>
    <w:p>
      <w:pPr>
        <w:jc w:val="right"/>
      </w:pPr>
      <w:r>
        <w:t>ایک لیول ہے عام، ایک لیول ہے خاص۔</w:t>
      </w:r>
    </w:p>
    <w:p>
      <w:r>
        <w:rPr>
          <w:b/>
        </w:rPr>
        <w:t xml:space="preserve">[40:39] </w:t>
      </w:r>
      <w:r>
        <w:t>to aam level yeh hai ke aap saada taur par jo tarjume se samajh mein aaye, woh padh liya aap ne, lekin woh kaafi nahi hai. Zaroori hai ke aap ko gehra deen, deen ka gehra form ho,</w:t>
      </w:r>
    </w:p>
    <w:p>
      <w:pPr>
        <w:jc w:val="right"/>
      </w:pPr>
      <w:r>
        <w:t>تو عام لیول یہ ہے کہ آپ سادہ طور پر جو ترجمے سے سمجھ میں آئے، وہ پڑھ لیا آپ نے، لیکن وہ کافی نہیں ہے۔ ضروری ہے کہ آپ کو گہرا دین، دین کا گہرا فارم ہو،</w:t>
      </w:r>
    </w:p>
    <w:p>
      <w:r>
        <w:rPr>
          <w:b/>
        </w:rPr>
        <w:t xml:space="preserve">[40:54] </w:t>
      </w:r>
      <w:r>
        <w:t>kyunki woh awami to sab yeh sab karte hain. Haj mein jo mare hain, sab awami the. Woh</w:t>
      </w:r>
    </w:p>
    <w:p>
      <w:pPr>
        <w:jc w:val="right"/>
      </w:pPr>
      <w:r>
        <w:t>کیونکہ وہ عوامی تو سب یہ سب کرتے ہیں۔ حج میں جو مرے ہیں، سب عوامی تھے۔ وہ</w:t>
      </w:r>
    </w:p>
    <w:p>
      <w:r>
        <w:rPr>
          <w:b/>
        </w:rPr>
        <w:t xml:space="preserve">[41:03] </w:t>
      </w:r>
      <w:r>
        <w:t>to aam, aam ka jo form hai, woh kaafi nahi hai. Aap ko deen ki deep knowledge honi chahiye, deep thinking honi chahiye, aur nahi to kam az kam aap ke andar sabr hona chahiye.</w:t>
      </w:r>
    </w:p>
    <w:p>
      <w:pPr>
        <w:jc w:val="right"/>
      </w:pPr>
      <w:r>
        <w:t>تو عام، عام کا جو فارم ہے، وہ کافی نہیں ہے۔ آپ کو دین کی ڈیپ نالج ہونی چاہیے، ڈیپ تھنکنگ ہونی چاہیے، اور نہیں تو کم از کم آپ کے اندر صبر ہونا چاہیے۔</w:t>
      </w:r>
    </w:p>
    <w:p>
      <w:r>
        <w:rPr>
          <w:b/>
        </w:rPr>
        <w:t xml:space="preserve">[41:18] </w:t>
      </w:r>
      <w:r>
        <w:t>agar aap ke andar deep thinking nahi hai to kam se kam, kam se kam yeh ho ke aap ke andar sabr ho ke koi kahe ke rasool ALLAH ki shan mein gustakhi hui hai to aap na bharkain, sa</w:t>
      </w:r>
    </w:p>
    <w:p>
      <w:pPr>
        <w:jc w:val="right"/>
      </w:pPr>
      <w:r>
        <w:t>اگر آپ کے اندر ڈیپ تھنکنگ نہیں ہے تو کم سے کم، کم سے کم یہ ہو کہ آپ کے اندر صبر ہو کہ کوئی کہے کہ رسول اللہ کی شان میں گستاخی ہوئی ہے تو آپ نہ بھڑکیں، ص</w:t>
      </w:r>
    </w:p>
    <w:p>
      <w:r>
        <w:rPr>
          <w:b/>
        </w:rPr>
        <w:t xml:space="preserve">[41:29] </w:t>
      </w:r>
      <w:r>
        <w:t>br kar lain. koi kahe ke masjid mein khareed ke gosht hai to aap na bharkain, sabr karain. koi kahe ke quran ka waraq phaar diya gaya hai to aap na bharkain, sabr karain.</w:t>
      </w:r>
    </w:p>
    <w:p>
      <w:pPr>
        <w:jc w:val="right"/>
      </w:pPr>
      <w:r>
        <w:t>بر کر لیں۔ کوئی کہے کہ مسجد میں خرید کے گوشت ہے تو آپ نہ بھڑکیں، صبر کریں۔ کوئی کہے کہ قرآن کا ورق پھاڑ دیا گیا ہے تو آپ نہ بھڑکیں، صبر کریں۔</w:t>
      </w:r>
    </w:p>
    <w:p>
      <w:r>
        <w:rPr>
          <w:b/>
        </w:rPr>
        <w:t xml:space="preserve">[41:43] </w:t>
      </w:r>
      <w:r>
        <w:t>to dekhiye, main teen baat kahunga.</w:t>
      </w:r>
    </w:p>
    <w:p>
      <w:pPr>
        <w:jc w:val="right"/>
      </w:pPr>
      <w:r>
        <w:t>تو دیکھیے، میں تین بات کہوں گا۔</w:t>
      </w:r>
    </w:p>
    <w:p>
      <w:r>
        <w:rPr>
          <w:b/>
        </w:rPr>
        <w:t xml:space="preserve">[41:50] </w:t>
      </w:r>
      <w:r>
        <w:t>deen ke baray mein saada form hargiz kafi nahi hai.</w:t>
      </w:r>
    </w:p>
    <w:p>
      <w:pPr>
        <w:jc w:val="right"/>
      </w:pPr>
      <w:r>
        <w:t>دین کے بارے میں سادہ فارم ہرگز کافی نہیں ہے۔</w:t>
      </w:r>
    </w:p>
    <w:p>
      <w:r>
        <w:rPr>
          <w:b/>
        </w:rPr>
        <w:t xml:space="preserve">[41:55] </w:t>
      </w:r>
      <w:r>
        <w:t>aap ko deen ke baray mein saada form par qaneh nahi hona chahiye. zarori hai ke aap ke andar deen ke baray mein gehra form ho, gehra form ho, deep knowledge ho.</w:t>
      </w:r>
    </w:p>
    <w:p>
      <w:pPr>
        <w:jc w:val="right"/>
      </w:pPr>
      <w:r>
        <w:t>آپ کو دین کے بارے میں سادہ فارم پر قانع نہیں ہونا چاہیے۔ ضروری ہے کہ آپ کے اندر دین کے بارے میں گہرا فارم ہو، گہرا فارم ہو، ڈیپ نالج ہو۔</w:t>
      </w:r>
    </w:p>
    <w:p>
      <w:r>
        <w:rPr>
          <w:b/>
        </w:rPr>
        <w:t xml:space="preserve">[42:09] </w:t>
      </w:r>
      <w:r>
        <w:t>acha, agar aap ke paas nahi hai aisa, aap kahain ge mere paas aisa time kahan hai? time nahi hai to kam se kam aap ko apne andar sabr paida karna chahiye.</w:t>
      </w:r>
    </w:p>
    <w:p>
      <w:pPr>
        <w:jc w:val="right"/>
      </w:pPr>
      <w:r>
        <w:t>اچھا، اگر آپ کے پاس نہیں ہے ایسا، آپ کہیں گے میرے پاس ایسا ٹائم کہاں ہے؟ ٹائم نہیں ہے تو کم سے کم آپ کو اپنے اندر صبر پیدا کرنا چاہیے۔</w:t>
      </w:r>
    </w:p>
    <w:p>
      <w:r>
        <w:rPr>
          <w:b/>
        </w:rPr>
        <w:t xml:space="preserve">[42:20] </w:t>
      </w:r>
      <w:r>
        <w:t>agar time hai to deen ka deep knowledge hasil</w:t>
      </w:r>
    </w:p>
    <w:p>
      <w:pPr>
        <w:jc w:val="right"/>
      </w:pPr>
      <w:r>
        <w:t>اگر ٹائم ہے تو دین کا ڈیپ نالج حاصل</w:t>
      </w:r>
    </w:p>
    <w:p>
      <w:r>
        <w:rPr>
          <w:b/>
        </w:rPr>
        <w:t xml:space="preserve">[42:24] </w:t>
      </w:r>
      <w:r>
        <w:t>kijiye, gehra form deen ka hasil kijiye. agar farz kijiye aap ke paas time nahi hai ya aap parhay likhay nahi hain, tab bhi aap ke liye koi excuse nahi hai.</w:t>
      </w:r>
    </w:p>
    <w:p>
      <w:pPr>
        <w:jc w:val="right"/>
      </w:pPr>
      <w:r>
        <w:t>کیجئے، گہرا فارم دین کا حاصل کیجئے۔ اگر فرض کیجئے آپ کے پاس ٹائم نہیں ہے یا آپ پڑھے لکھے نہیں ہیں، تب بھی آپ کے لیے کوئی ایکسکیوز نہیں ہے۔</w:t>
      </w:r>
    </w:p>
    <w:p>
      <w:r>
        <w:rPr>
          <w:b/>
        </w:rPr>
        <w:t xml:space="preserve">[42:36] </w:t>
      </w:r>
      <w:r>
        <w:t>aap par farz hai ke aap sabr karain ke koi kahe ke quran awaraq falan jagah phaar diye gaye hain to aap sabr kijiye.</w:t>
      </w:r>
    </w:p>
    <w:p>
      <w:pPr>
        <w:jc w:val="right"/>
      </w:pPr>
      <w:r>
        <w:t>آپ پر فرض ہے کہ آپ صبر کریں کہ کوئی کہے کہ قرآن اوراق فلاں جگہ پھاڑ دیے گئے ہیں تو آپ صبر کیجئے۔</w:t>
      </w:r>
    </w:p>
    <w:p>
      <w:r>
        <w:rPr>
          <w:b/>
        </w:rPr>
        <w:t xml:space="preserve">[42:47] </w:t>
      </w:r>
      <w:r>
        <w:t>koi kahe ke masjid mein khareedne ke gosht dala hai to aap sabr kijiye.</w:t>
      </w:r>
    </w:p>
    <w:p>
      <w:pPr>
        <w:jc w:val="right"/>
      </w:pPr>
      <w:r>
        <w:t>کوئی کہے کہ مسجد میں خریدنے کے گوشت ڈالا ہے تو آپ صبر کیجئے۔</w:t>
      </w:r>
    </w:p>
    <w:p>
      <w:r>
        <w:rPr>
          <w:b/>
        </w:rPr>
        <w:t xml:space="preserve">[42:52] </w:t>
      </w:r>
      <w:r>
        <w:t>koi koi kahe ke rasool ALLAH ki gustakhi ki kisi ne rasool ALLAH ki shan mein to aap sabr kijiye. to sabr jo hai, woh aakhri cheez hai har aadmi ke liye.</w:t>
      </w:r>
    </w:p>
    <w:p>
      <w:pPr>
        <w:jc w:val="right"/>
      </w:pPr>
      <w:r>
        <w:t>کوئی کوئی کہے کہ رسول اللہ کی گستاخی کی کسی نے رسول اللہ کی شان میں تو آپ صبر کیجئے۔ تو صبر جو ہے، وہ آخری چیز ہے ہر آدمی کے لیے۔</w:t>
      </w:r>
    </w:p>
    <w:p>
      <w:r>
        <w:rPr>
          <w:b/>
        </w:rPr>
        <w:t xml:space="preserve">[43:05] </w:t>
      </w:r>
      <w:r>
        <w:t>agar aadmi ke paas deen ka gehra form nahi hai to us ko kam az kam sabr to karna hi karna hai. sabr to sabir to banna hi banna hai us ko.</w:t>
      </w:r>
    </w:p>
    <w:p>
      <w:pPr>
        <w:jc w:val="right"/>
      </w:pPr>
      <w:r>
        <w:t>اگر آدمی کے پاس دین کا گہرا فارم نہیں ہے تو اس کو کم از کم صبر تو کرنا ہی کرنا ہے۔ صبر تو صابر تو بننا ہی بننا ہے اس کو۔</w:t>
      </w:r>
    </w:p>
    <w:p>
      <w:r>
        <w:rPr>
          <w:b/>
        </w:rPr>
        <w:t xml:space="preserve">[43:19] </w:t>
      </w:r>
      <w:r>
        <w:t>to meri dua hai ke ALLAH taala mujh ko aur aap ko tofeeq de ke hum deen ko sahi tor par samjhein. deen par sahi tor par samjhein ge, tabhi deen par sahi tab amal karna aayega hamare andar.</w:t>
      </w:r>
    </w:p>
    <w:p>
      <w:pPr>
        <w:jc w:val="right"/>
      </w:pPr>
      <w:r>
        <w:t>تو میری دعا ہے کہ اللہ تعالی مجھ کو اور آپ کو توفیق دے کہ ہم دین کو صحیح طور پر سمجھیں۔ دین پر صحیح طور پر سمجھیں گے، تبھی دین پر صحیح تب عمل کرنا آئے گا ہمارے اندر۔</w:t>
      </w:r>
    </w:p>
    <w:p>
      <w:r>
        <w:rPr>
          <w:b/>
        </w:rPr>
        <w:t xml:space="preserve">[43:35] </w:t>
      </w:r>
      <w:r>
        <w:t>ALLAH taala hamein sehat mustaqeem ki tofeeq de. assalam o alaikum wa rehmatullah.</w:t>
      </w:r>
    </w:p>
    <w:p>
      <w:pPr>
        <w:jc w:val="right"/>
      </w:pPr>
      <w:r>
        <w:t>اللہ تعالی ہمیں صحت مستقیم کی توفیق دے۔ السلام علیکم ورحمۃ اللہ۔</w:t>
      </w:r>
    </w:p>
    <w:p>
      <w:r>
        <w:rPr>
          <w:b/>
        </w:rPr>
        <w:t xml:space="preserve">[43:56] </w:t>
      </w:r>
      <w:r>
        <w:t>maulana, mera ek sawal yeh hai ke deen ki gehri samajh jo hai, fahm deen jo hai, public ke andar to nahi aa sakti hai.</w:t>
      </w:r>
    </w:p>
    <w:p>
      <w:pPr>
        <w:jc w:val="right"/>
      </w:pPr>
      <w:r>
        <w:t>مولانا، میرا ایک سوال یہ ہے کہ دین کی گہری سمجھ جو ہے، فہم دین جو ہے، پبلک کے اندر تو نہیں آ سکتی ہے۔</w:t>
      </w:r>
    </w:p>
    <w:p>
      <w:r>
        <w:rPr>
          <w:b/>
        </w:rPr>
        <w:t xml:space="preserve">[44:05] </w:t>
      </w:r>
      <w:r>
        <w:t>aur aam tor se jo sanhaat paish aate hain ya jo fasaad hotay hain, woh public hi karti hai. to kaise hum is ko khatam kar sakte hain?</w:t>
      </w:r>
    </w:p>
    <w:p>
      <w:pPr>
        <w:jc w:val="right"/>
      </w:pPr>
      <w:r>
        <w:t>اور عام طور سے جو سانحات پیش آتے ہیں یا جو فساد ہوتے ہیں، وہ پبلک ہی کرتی ہے۔ تو کیسے ہم اس کو ختم کر سکتے ہیں؟</w:t>
      </w:r>
    </w:p>
    <w:p>
      <w:r>
        <w:rPr>
          <w:b/>
        </w:rPr>
        <w:t xml:space="preserve">[44:14] </w:t>
      </w:r>
      <w:r>
        <w:t>public ke andar sabr ya gehri samajh aa sakti hai?</w:t>
      </w:r>
    </w:p>
    <w:p>
      <w:pPr>
        <w:jc w:val="right"/>
      </w:pPr>
      <w:r>
        <w:t>پبلک کے اندر صبر یا گہری سمجھ آ سکتی ہے؟</w:t>
      </w:r>
    </w:p>
    <w:p>
      <w:r>
        <w:rPr>
          <w:b/>
        </w:rPr>
        <w:t xml:space="preserve">[44:18] </w:t>
      </w:r>
      <w:r>
        <w:t>is ka jawab to de diya maine ke agar aap ke paas itna time nahi hai ke aap library pe ja ke mutala karain to aap se koi kon mana karta hai ke aap sabr karain?</w:t>
      </w:r>
    </w:p>
    <w:p>
      <w:pPr>
        <w:jc w:val="right"/>
      </w:pPr>
      <w:r>
        <w:t>اس کا جواب تو دے دیا میں نے کہ اگر آپ کے پاس اتنا ٹائم نہیں ہے کہ آپ لائبریری پہ جا کے مطالعہ کریں تو آپ سے کوئی کون منع کرتا ہے کہ آپ صبر کریں؟</w:t>
      </w:r>
    </w:p>
    <w:p>
      <w:r>
        <w:rPr>
          <w:b/>
        </w:rPr>
        <w:t xml:space="preserve">[44:32] </w:t>
      </w:r>
      <w:r>
        <w:t>ghar mein aap sabr karte hi karte hain. har maa, har baap ghar mein sabr karte hi karte hain. nahi to ghar mein roz larai ho. to kis ne aap ko mana kiya hai ke aap bahar bhi sabr karain?</w:t>
      </w:r>
    </w:p>
    <w:p>
      <w:pPr>
        <w:jc w:val="right"/>
      </w:pPr>
      <w:r>
        <w:t>گھر میں آپ صبر کرتے ہی کرتے ہیں۔ ہر ماں، ہر باپ گھر میں صبر کرتے ہی کرتے ہیں۔ نہیں تو گھر میں روز لڑائی ہو۔ تو کس نے آپ کو منع کیا ہے کہ آپ باہر بھی صبر کریں؟</w:t>
      </w:r>
    </w:p>
    <w:p>
      <w:r>
        <w:rPr>
          <w:b/>
        </w:rPr>
        <w:t xml:space="preserve">[44:46] </w:t>
      </w:r>
      <w:r>
        <w:t>yani ghar mein bachcha agar chaye ki pyali tod de to aap sabr kar lete hain. aur bahar zara si koi baat ho jati hai, aap wahan londay khare hotay hain.</w:t>
      </w:r>
    </w:p>
    <w:p>
      <w:pPr>
        <w:jc w:val="right"/>
      </w:pPr>
      <w:r>
        <w:t>یعنی گھر میں بچہ اگر چائے کی پیالی توڑ دے تو آپ صبر کر لیتے ہیں۔ اور باہر ذرا سی کوئی بات ہو جاتی ہے، آپ وہاں لونڈے کھڑے ہوتے ہیں۔</w:t>
      </w:r>
    </w:p>
    <w:p>
      <w:r>
        <w:rPr>
          <w:b/>
        </w:rPr>
        <w:t xml:space="preserve">[44:56] </w:t>
      </w:r>
      <w:r>
        <w:t>to yeh to, yeh to uzar nahi hai. yeh to, yani double character hai. yeh to munafiqat hai ke ghar mein aap sabr karte hain aur bahar kehte hain ke main sabr nahi karne ko tayar hoon.</w:t>
      </w:r>
    </w:p>
    <w:p>
      <w:pPr>
        <w:jc w:val="right"/>
      </w:pPr>
      <w:r>
        <w:t>تو یہ تو، یہ تو عذر نہیں ہے۔ یہ تو، یعنی ڈبل کریکٹر ہے۔ یہ تو منافقت ہے کہ گھر میں آپ صبر کرتے ہیں اور باہر کہتے ہیں کہ میں صبر نہیں کرنے کو تیار ہوں۔</w:t>
      </w:r>
    </w:p>
    <w:p>
      <w:r>
        <w:rPr>
          <w:b/>
        </w:rPr>
        <w:t xml:space="preserve">[45:08] </w:t>
      </w:r>
      <w:r>
        <w:t>to munafiqat hai. aur inner munafiqat hai.</w:t>
      </w:r>
    </w:p>
    <w:p>
      <w:pPr>
        <w:jc w:val="right"/>
      </w:pPr>
      <w:r>
        <w:t>تو منافقت ہے۔ اور انر منافقت ہے۔</w:t>
      </w:r>
    </w:p>
    <w:p>
      <w:r>
        <w:rPr>
          <w:b/>
        </w:rPr>
        <w:t xml:space="preserve">[45:16] </w:t>
      </w:r>
      <w:r>
        <w:t>father class farmandar, aap ghor kijiye ke kon insan hai jis ko sabr karna na aata ho? kon insan hai jo sabr karna na aata ho? har aadmi ko aata hai.</w:t>
      </w:r>
    </w:p>
    <w:p>
      <w:pPr>
        <w:jc w:val="right"/>
      </w:pPr>
      <w:r>
        <w:t>فدر کلاس فرماندار، آپ غور کیجئے کہ کون انسان ہے جس کو صبر کرنا نہ آتا ہو؟ کون انسان ہے جو صبر کرنا نہ آتا ہو؟ ہر آدمی کو آتا ہے۔</w:t>
      </w:r>
    </w:p>
    <w:p>
      <w:r>
        <w:rPr>
          <w:b/>
        </w:rPr>
        <w:t xml:space="preserve">[45:26] </w:t>
      </w:r>
      <w:r>
        <w:t>ghar mein har aadmi sabr karte hi karta hai. na kare to ghar ujad jaye.</w:t>
      </w:r>
    </w:p>
    <w:p>
      <w:pPr>
        <w:jc w:val="right"/>
      </w:pPr>
      <w:r>
        <w:t>گھر میں ہر آدمی صبر کرتے ہی کرتا ہے۔ نہ کرے تو گھر اجڑ جائے۔</w:t>
      </w:r>
    </w:p>
    <w:p>
      <w:r>
        <w:rPr>
          <w:b/>
        </w:rPr>
        <w:t xml:space="preserve">[45:38] </w:t>
      </w:r>
      <w:r>
        <w:t>main ek ghar, ek sahib ke ghar mein baitha tha. main</w:t>
      </w:r>
    </w:p>
    <w:p>
      <w:pPr>
        <w:jc w:val="right"/>
      </w:pPr>
      <w:r>
        <w:t>میں ایک گھر، ایک صاحب کے گھر میں بیٹھا تھا۔ میں</w:t>
      </w:r>
    </w:p>
    <w:p>
      <w:r>
        <w:rPr>
          <w:b/>
        </w:rPr>
        <w:t xml:space="preserve">[45:43] </w:t>
      </w:r>
      <w:r>
        <w:t>koi chhota bachcha, woh gend khel raha tha. to gend un ka munh par laga, un ke baap ke munh par laga ke. to hansne lagay.</w:t>
      </w:r>
    </w:p>
    <w:p>
      <w:pPr>
        <w:jc w:val="right"/>
      </w:pPr>
      <w:r>
        <w:t>کوئی چھوٹا بچہ، وہ گیند کھیل رہا تھا۔ تو گیند ان کا منہ پر لگا، ان کے باپ کے منہ پر لگا کے۔ تو ہنسنے لگے۔</w:t>
      </w:r>
    </w:p>
    <w:p>
      <w:r>
        <w:rPr>
          <w:b/>
        </w:rPr>
        <w:t xml:space="preserve">[45:53] </w:t>
      </w:r>
      <w:r>
        <w:t>to bachcha agar phere, phenke to aap ko munh par lag ja kar ke to aap hansne lagtay hain. aur road par agar koi kahin se koi aa jaye, koi konkri to aap ghussa ho jatay hain.</w:t>
      </w:r>
    </w:p>
    <w:p>
      <w:pPr>
        <w:jc w:val="right"/>
      </w:pPr>
      <w:r>
        <w:t>تو بچہ اگر پھیرے، پھینکے تو آپ کو منہ پر لگ جا کر کے تو آپ ہنسنے لگتے ہیں۔ اور روڈ پر اگر کوئی کہیں سے کوئی آ جائے، کوئی کنکری تو آپ غصہ ہو جاتے ہیں۔</w:t>
      </w:r>
    </w:p>
    <w:p>
      <w:r>
        <w:rPr>
          <w:b/>
        </w:rPr>
        <w:t xml:space="preserve">[46:06] </w:t>
      </w:r>
      <w:r>
        <w:t>to dekhiye, agar kisi ke paas</w:t>
      </w:r>
    </w:p>
    <w:p>
      <w:pPr>
        <w:jc w:val="right"/>
      </w:pPr>
      <w:r>
        <w:t>تو دیکھیے، اگر کسی کے پاس</w:t>
      </w:r>
    </w:p>
    <w:p>
      <w:r>
        <w:rPr>
          <w:b/>
        </w:rPr>
        <w:t xml:space="preserve">[46:12] </w:t>
      </w:r>
      <w:r>
        <w:t>gehra ilm nahin hai deen ka, tab bhi is ke liye koi uzr nahin hai, koi excuse nahin hai. woh is ko, is ko sabr karna chahiye.</w:t>
      </w:r>
    </w:p>
    <w:p>
      <w:pPr>
        <w:jc w:val="right"/>
      </w:pPr>
      <w:r>
        <w:t>گہرا علم نہیں ہے دین کا، تب بھی اس کے لیے کوئی عذر نہیں ہے، کوئی ایکسکیوز نہیں ہے۔ وہ اس کو، اس کو صبر کرنا چاہیے۔</w:t>
      </w:r>
    </w:p>
    <w:p>
      <w:r>
        <w:rPr>
          <w:b/>
        </w:rPr>
        <w:t xml:space="preserve">[46:22] </w:t>
      </w:r>
      <w:r>
        <w:t>sabr karna seekhna chahiye. is mein to koi uzr nahin. maine sabr woh aakhri shart hai jis ki training har aadmi ko ghar hi mein di jati hai.</w:t>
      </w:r>
    </w:p>
    <w:p>
      <w:pPr>
        <w:jc w:val="right"/>
      </w:pPr>
      <w:r>
        <w:t>صبر کرنا سیکھنا چاہیے۔ اس میں تو کوئی عذر نہیں۔ میں نے صبر وہ آخری شرط ہے جس کی ٹریننگ ہر آدمی کو گھر ہی میں دی جاتی ہے۔</w:t>
      </w:r>
    </w:p>
    <w:p>
      <w:r>
        <w:rPr>
          <w:b/>
        </w:rPr>
        <w:t xml:space="preserve">[46:36] </w:t>
      </w:r>
      <w:r>
        <w:t>ghar ka jo madrasa hai, wohi aap ko bata deta hai ke bhai sabr karo, warna ghar nahin chalay ga. to bahar bhi aisay rahiye aap.</w:t>
      </w:r>
    </w:p>
    <w:p>
      <w:pPr>
        <w:jc w:val="right"/>
      </w:pPr>
      <w:r>
        <w:t>گھر کا جو مدرسہ ہے، وہی آپ کو بتا دیتا ہے کہ بھئی صبر کرو، ورنہ گھر نہیں چلے گا۔ تو باہر بھی ایسے رہیے آپ۔</w:t>
      </w:r>
    </w:p>
    <w:p>
      <w:r>
        <w:rPr>
          <w:b/>
        </w:rPr>
        <w:t xml:space="preserve">[46:45] </w:t>
      </w:r>
      <w:r>
        <w:t>maulana, aaj aap ne jo hadith mein aik nai baat batai hai, woh jo hadith hai ke jo islam par razi hua to us ko iman ka zaiqa mile ga.</w:t>
      </w:r>
    </w:p>
    <w:p>
      <w:pPr>
        <w:jc w:val="right"/>
      </w:pPr>
      <w:r>
        <w:t>مولانا، آج آپ نے جو حدیث میں ایک نئی بات بتائی ہے، وہ جو حدیث ہے کہ جو اسلام پر راضی ہوا تو اس کو ایمان کا ذائقہ ملے گا۔</w:t>
      </w:r>
    </w:p>
    <w:p>
      <w:r>
        <w:rPr>
          <w:b/>
        </w:rPr>
        <w:t xml:space="preserve">[46:54] </w:t>
      </w:r>
      <w:r>
        <w:t>to aap ne yeh kaha is mein ke marifat ke darjay mein islam ko discover karna.</w:t>
      </w:r>
    </w:p>
    <w:p>
      <w:pPr>
        <w:jc w:val="right"/>
      </w:pPr>
      <w:r>
        <w:t>تو آپ نے یہ کہا اس میں کہ معرفت کے درجے میں اسلام کو ڈسکور کرنا۔</w:t>
      </w:r>
    </w:p>
    <w:p>
      <w:r>
        <w:rPr>
          <w:b/>
        </w:rPr>
        <w:t xml:space="preserve">[47:00] </w:t>
      </w:r>
      <w:r>
        <w:t>to yeh bilkul nai baat hai mere liye ke aadmi jab discover kare ga marifat ke darjay mein, tab us ko iman ka test mile ga.</w:t>
      </w:r>
    </w:p>
    <w:p>
      <w:pPr>
        <w:jc w:val="right"/>
      </w:pPr>
      <w:r>
        <w:t>تو یہ بالکل نئی بات ہے میرے لیے کہ آدمی جب ڈسکور کرے گا معرفت کے درجے میں، تب اس کو ایمان کا ٹیسٹ ملے گا۔</w:t>
      </w:r>
    </w:p>
    <w:p>
      <w:r>
        <w:rPr>
          <w:b/>
        </w:rPr>
        <w:t xml:space="preserve">[47:12] </w:t>
      </w:r>
      <w:r>
        <w:t>yahan par dekhen, yahan par uzr chal sakta hai. yani akhirat mein koi yeh kahay ke main marifat darjay ka islam jo hai, woh mere mere bas mein nahin tha ke main to kam aqal tha, jahil tha.</w:t>
      </w:r>
    </w:p>
    <w:p>
      <w:pPr>
        <w:jc w:val="right"/>
      </w:pPr>
      <w:r>
        <w:t>یہاں پر دیکھیں، یہاں پر عذر چل سکتا ہے۔ یعنی آخرت میں کوئی یہ کہے کہ میں معرفت درجے کا اسلام جو ہے، وہ میرے میرے بس میں نہیں تھا کہ میں تو کم عقل تھا، جاہل تھا۔</w:t>
      </w:r>
    </w:p>
    <w:p>
      <w:r>
        <w:rPr>
          <w:b/>
        </w:rPr>
        <w:t xml:space="preserve">[47:27] </w:t>
      </w:r>
      <w:r>
        <w:t>yeh yahan par chal jaye ga uzr.</w:t>
      </w:r>
    </w:p>
    <w:p>
      <w:pPr>
        <w:jc w:val="right"/>
      </w:pPr>
      <w:r>
        <w:t>یہ یہاں پر چل جائے گا عذر۔</w:t>
      </w:r>
    </w:p>
    <w:p>
      <w:r>
        <w:rPr>
          <w:b/>
        </w:rPr>
        <w:t xml:space="preserve">[47:29] </w:t>
      </w:r>
      <w:r>
        <w:t>lekin aap jo mushtarik ho kar barh kar ke fasad karne lagtay hain, wahan se chalay ga. wahan to khuda kahay ga bhai tum sab, sab, sab to kar sakte thay.</w:t>
      </w:r>
    </w:p>
    <w:p>
      <w:pPr>
        <w:jc w:val="right"/>
      </w:pPr>
      <w:r>
        <w:t>لیکن آپ جو مشترک ہو کر بڑھ کر کے فساد کرنے لگتے ہیں، وہاں سے چلے گا۔ وہاں تو خدا کہے گا بھئی تم سب، سب، سب تو کر سکتے تھے۔</w:t>
      </w:r>
    </w:p>
    <w:p>
      <w:r>
        <w:rPr>
          <w:b/>
        </w:rPr>
        <w:t xml:space="preserve">[47:39] </w:t>
      </w:r>
      <w:r>
        <w:t>to deen ke muamlay mein aala marifat koi na hasil kar sakay to yeh uzr chal jaye ga. lekin samajhi zindagi mein koi sabr na kare to uzr nahin chalay ga.</w:t>
      </w:r>
    </w:p>
    <w:p>
      <w:pPr>
        <w:jc w:val="right"/>
      </w:pPr>
      <w:r>
        <w:t>تو دین کے معاملے میں اعلیٰ معرفت کوئی نہ حاصل کر سکے تو یہ عذر چل جائے گا۔ لیکن سماجی زندگی میں کوئی صبر نہ کرے تو عذر نہیں چلے گا۔</w:t>
      </w:r>
    </w:p>
    <w:p>
      <w:r>
        <w:rPr>
          <w:b/>
        </w:rPr>
        <w:t xml:space="preserve">[47:50] </w:t>
      </w:r>
      <w:r>
        <w:t>wahan zaroor pakar hogi is ki, kyunke ghar mein sabr karte hi karta hai. jaise mujhe aik waqia yaad aata hai, zaati waqia.</w:t>
      </w:r>
    </w:p>
    <w:p>
      <w:pPr>
        <w:jc w:val="right"/>
      </w:pPr>
      <w:r>
        <w:t>وہاں ضرور پکڑ ہوگی اس کی، کیونکہ گھر میں صبر کرتے ہی کرتا ہے۔ جیسے مجھے ایک واقعہ یاد آتا ہے، ذاتی واقعہ۔</w:t>
      </w:r>
    </w:p>
    <w:p>
      <w:r>
        <w:rPr>
          <w:b/>
        </w:rPr>
        <w:t xml:space="preserve">[48:01] </w:t>
      </w:r>
      <w:r>
        <w:t>main aik sahib ke ghar par, unhon ne mujhe bulaya khane par. khane par main tha, kuch aur log thay. to un ka aik servant tha, woh khana la raha tha.</w:t>
      </w:r>
    </w:p>
    <w:p>
      <w:pPr>
        <w:jc w:val="right"/>
      </w:pPr>
      <w:r>
        <w:t>میں ایک صاحب کے گھر پر، انہوں نے مجھے بلایا کھانے پر۔ کھانے پر میں تھا، کچھ اور لوگ تھے۔ تو ان کا ایک سرونڈ تھا، وہ کھانا لا رہا تھا۔</w:t>
      </w:r>
    </w:p>
    <w:p>
      <w:r>
        <w:rPr>
          <w:b/>
        </w:rPr>
        <w:t xml:space="preserve">[48:15] </w:t>
      </w:r>
      <w:r>
        <w:t>to khana woh laya to koi salan tha, koi shorbay dar salan. aisay hi us ko baray bartan jo hota hai, jis ko kehtay hain qab, us mein la raha tha.</w:t>
      </w:r>
    </w:p>
    <w:p>
      <w:pPr>
        <w:jc w:val="right"/>
      </w:pPr>
      <w:r>
        <w:t>تو کھانا وہ لایا تو کوئی سالن تھا، کوئی شوربے دار سالن۔ ایسے ہی اس کو بڑے برتن جو ہوتا ہے، جس کو کہتے ہیں قاب، اس میں لا رہا تھا۔</w:t>
      </w:r>
    </w:p>
    <w:p>
      <w:r>
        <w:rPr>
          <w:b/>
        </w:rPr>
        <w:t xml:space="preserve">[48:29] </w:t>
      </w:r>
      <w:r>
        <w:t>to woh aisa hua ke jab woh ghar ke jo malik thay, un ke paas pohancha tha, woh gir gaya.</w:t>
      </w:r>
    </w:p>
    <w:p>
      <w:pPr>
        <w:jc w:val="right"/>
      </w:pPr>
      <w:r>
        <w:t>تو وہ ایسا ہوا کہ جب وہ گھر کے جو مالک تھے، ان کے پاس پہنچا تھا، وہ گر گیا۔</w:t>
      </w:r>
    </w:p>
    <w:p>
      <w:r>
        <w:rPr>
          <w:b/>
        </w:rPr>
        <w:t xml:space="preserve">[48:39] </w:t>
      </w:r>
      <w:r>
        <w:t>to sara salan isi ke sar pe gir gaya. ghar ke malik jo thay, sara sherwani pehray hue thay, sara woh.</w:t>
      </w:r>
    </w:p>
    <w:p>
      <w:pPr>
        <w:jc w:val="right"/>
      </w:pPr>
      <w:r>
        <w:t>تو سارا سالن اسی کے سر پہ گر گیا۔ گھر کے مالک جو تھے، سارا شیروانی پڑے ہوئے تھے، سارا وہ۔</w:t>
      </w:r>
    </w:p>
    <w:p>
      <w:r>
        <w:rPr>
          <w:b/>
        </w:rPr>
        <w:t xml:space="preserve">[48:51] </w:t>
      </w:r>
      <w:r>
        <w:t>to woh muskurah kar reh gay. woh shayad servant nahin tha, un ka beta hi tha.</w:t>
      </w:r>
    </w:p>
    <w:p>
      <w:pPr>
        <w:jc w:val="right"/>
      </w:pPr>
      <w:r>
        <w:t>تو وہ مسکرا کر رہ گئے۔ وہ شاید سرور نہیں تھا، ان کا بیٹا ہی تھا۔</w:t>
      </w:r>
    </w:p>
    <w:p>
      <w:r>
        <w:rPr>
          <w:b/>
        </w:rPr>
        <w:t xml:space="preserve">[48:57] </w:t>
      </w:r>
      <w:r>
        <w:t>shayad haan, un ka beta tha. acha, lekin jab bahar koi kechar daal de masjid ki deewar par ya holi ka rang daal de to wahan bhark uthtay hain.</w:t>
      </w:r>
    </w:p>
    <w:p>
      <w:pPr>
        <w:jc w:val="right"/>
      </w:pPr>
      <w:r>
        <w:t>شاید ہاں، ان کا بیٹا تھا۔ اچھا، لیکن جب باہر کوئی کیچڑ ڈال دے مسجد کی دیوار پر یا ہولی کا رنگ ڈال دے تو وہاں بھڑک اٹھتے ہیں۔</w:t>
      </w:r>
    </w:p>
    <w:p>
      <w:r>
        <w:rPr>
          <w:b/>
        </w:rPr>
        <w:t xml:space="preserve">[49:10] </w:t>
      </w:r>
      <w:r>
        <w:t>wahan to woh nahin bharkay, wahan bhark uthtay hain.</w:t>
      </w:r>
    </w:p>
    <w:p>
      <w:pPr>
        <w:jc w:val="right"/>
      </w:pPr>
      <w:r>
        <w:t>وہاں تو وہ نہیں بھڑکے، وہاں بھڑک اٹھتے ہیں۔</w:t>
      </w:r>
    </w:p>
    <w:p>
      <w:r>
        <w:rPr>
          <w:b/>
        </w:rPr>
        <w:t xml:space="preserve">[49:17] </w:t>
      </w:r>
      <w:r>
        <w:t>isi ko main kehta hoon ke yeh bakhsha, yeh yeh maaf nahin hoga. maulana, aik ah sabr se related hi aik question hai.</w:t>
      </w:r>
    </w:p>
    <w:p>
      <w:pPr>
        <w:jc w:val="right"/>
      </w:pPr>
      <w:r>
        <w:t>اسی کو میں کہتا ہوں کہ یہ بخشا، یہ یہ معاف نہیں ہوگا۔ مولانا، ایک اہ صبر سے ریلیٹڈ ہی ایک کوئسچن ہے۔</w:t>
      </w:r>
    </w:p>
    <w:p>
      <w:r>
        <w:rPr>
          <w:b/>
        </w:rPr>
        <w:t xml:space="preserve">[49:26] </w:t>
      </w:r>
      <w:r>
        <w:t>hamari baat ho rahi thi kisi se, CPS member se. to un ke ghar mein bohat ah zabardast ah nuqsan hua, chori ho gayi un ke ghar pe.</w:t>
      </w:r>
    </w:p>
    <w:p>
      <w:pPr>
        <w:jc w:val="right"/>
      </w:pPr>
      <w:r>
        <w:t>ہماری بات ہو رہی تھی کسی سے، سی پی ایس ممبر سے۔ تو ان کے گھر میں بہت اہ زبردست اہ نقصان ہوا، چوری ہو گئی ان کے گھر پہ۔</w:t>
      </w:r>
    </w:p>
    <w:p>
      <w:r>
        <w:rPr>
          <w:b/>
        </w:rPr>
        <w:t xml:space="preserve">[49:35] </w:t>
      </w:r>
      <w:r>
        <w:t>to ah aisay halaat mein maulana, woh kaisay manage karen apne mind ko? kyunke mind thora disturb ho jata hai. ab dekhiye, hadsat to hotay hi rehtay hain.</w:t>
      </w:r>
    </w:p>
    <w:p>
      <w:pPr>
        <w:jc w:val="right"/>
      </w:pPr>
      <w:r>
        <w:t>تو اہ ایسے حالات میں مولانا، وہ کیسے مینج کریں اپنے مائنڈ کو؟ کیونکہ مائنڈ تھوڑا ڈسٹرب ہو جاتا ہے۔ اب دیکھیے، حادثات تو ہوتے ہی رہتے ہیں۔</w:t>
      </w:r>
    </w:p>
    <w:p>
      <w:r>
        <w:rPr>
          <w:b/>
        </w:rPr>
        <w:t xml:space="preserve">[49:49] </w:t>
      </w:r>
      <w:r>
        <w:t>sabiq zamanay mein hadsat hue hue hain.</w:t>
      </w:r>
    </w:p>
    <w:p>
      <w:pPr>
        <w:jc w:val="right"/>
      </w:pPr>
      <w:r>
        <w:t>سابق زمانے میں حادثات ہوئے ہوئے ہیں۔</w:t>
      </w:r>
    </w:p>
    <w:p>
      <w:r>
        <w:rPr>
          <w:b/>
        </w:rPr>
        <w:t xml:space="preserve">[49:55] </w:t>
      </w:r>
      <w:r>
        <w:t>to ab is ko to koi</w:t>
      </w:r>
    </w:p>
    <w:p>
      <w:pPr>
        <w:jc w:val="right"/>
      </w:pPr>
      <w:r>
        <w:t>تو اب اس کو تو کوئی</w:t>
      </w:r>
    </w:p>
    <w:p>
      <w:r>
        <w:rPr>
          <w:b/>
        </w:rPr>
        <w:t xml:space="preserve">[50:00] </w:t>
      </w:r>
      <w:r>
        <w:t>bohat hi ziyada achhi hukoomat ho jo ihtishad rok sakay. ab is ka to yahi hai ke aadmi</w:t>
      </w:r>
    </w:p>
    <w:p>
      <w:pPr>
        <w:jc w:val="right"/>
      </w:pPr>
      <w:r>
        <w:t>بہت ہی زیادہ اچھی حکومت ہو جو احتشاد روک سکے۔ اب اس کا تو یہی ہے کہ آدمی</w:t>
      </w:r>
    </w:p>
    <w:p>
      <w:r>
        <w:rPr>
          <w:b/>
        </w:rPr>
        <w:t xml:space="preserve">[50:12] </w:t>
      </w:r>
      <w:r>
        <w:t>jitna is ki recovery ke liye jitna kar sakta hai, pasibali hota hai, karay nahi to sabr karay. ab kya kiya jayega?</w:t>
      </w:r>
    </w:p>
    <w:p>
      <w:pPr>
        <w:jc w:val="right"/>
      </w:pPr>
      <w:r>
        <w:t>جتنا اس کی ریکوری کے لیے جتنا کر سکتا ہے، پاسیبلی ہوتا ہے، کرے نہیں تو صبر کرے۔ اب کیا کیا جائے گا؟</w:t>
      </w:r>
    </w:p>
    <w:p>
      <w:r>
        <w:rPr>
          <w:b/>
        </w:rPr>
        <w:t xml:space="preserve">[50:22] </w:t>
      </w:r>
      <w:r>
        <w:t>dunya mein to aisa hota hai,</w:t>
      </w:r>
    </w:p>
    <w:p>
      <w:pPr>
        <w:jc w:val="right"/>
      </w:pPr>
      <w:r>
        <w:t>دنیا میں تو ایسا ہوتا ہے،</w:t>
      </w:r>
    </w:p>
    <w:p>
      <w:r>
        <w:rPr>
          <w:b/>
        </w:rPr>
        <w:t xml:space="preserve">[50:25] </w:t>
      </w:r>
      <w:r>
        <w:t>recovery ki koshish isi darjay mein honi chahiye jitna ke pasibal ho, is se ziyada ke nahi. kyunke ziyada ke liye aadmi karay ga to phir is ko yaani aur nuqsan uthana paday ga.</w:t>
      </w:r>
    </w:p>
    <w:p>
      <w:pPr>
        <w:jc w:val="right"/>
      </w:pPr>
      <w:r>
        <w:t>ریکوری کی کوشش اسی درجے میں ہونی چاہیے جتنا کہ پاسیبل ہو، اس سے زیادہ کہ نہیں۔ کیونکہ زیادہ کے لیے آدمی کرے گا تو پھر اس کو یعنی اور نقصان اٹھانا پڑے گا۔</w:t>
      </w:r>
    </w:p>
    <w:p>
      <w:r>
        <w:rPr>
          <w:b/>
        </w:rPr>
        <w:t xml:space="preserve">[50:44] </w:t>
      </w:r>
      <w:r>
        <w:t>aise mauqay ke liye islam ke talbi hai ke logon mein humdardi ka jazba paida ho, yaani is ko compensate karain.</w:t>
      </w:r>
    </w:p>
    <w:p>
      <w:pPr>
        <w:jc w:val="right"/>
      </w:pPr>
      <w:r>
        <w:t>ایسے موقع کے لیے اسلام کے طالبی ہے کہ لوگوں میں ہمدردی کا جذبہ پیدا ہو، یعنی اس کو کمپنسیٹ کریں۔</w:t>
      </w:r>
    </w:p>
    <w:p>
      <w:r>
        <w:rPr>
          <w:b/>
        </w:rPr>
        <w:t xml:space="preserve">[50:55] </w:t>
      </w:r>
      <w:r>
        <w:t>ab ab yeh sab khatam ho gayi baatein. hamaray bachpan mein theen yeh sab baatein ke logon ki to humdardi paida hoti thi. to mere gaon mein koi qissa hai jahan mein rehta tha.</w:t>
      </w:r>
    </w:p>
    <w:p>
      <w:pPr>
        <w:jc w:val="right"/>
      </w:pPr>
      <w:r>
        <w:t>اب اب یہ سب ختم ہو گئی باتیں۔ ہمارے بچپن میں تھیں یہ سب باتیں کہ لوگوں کی تو ہمدردی پیدا ہوتی تھی۔ تو میرے گاؤں میں کوئی قصہ ہے جہاں میں رہتا تھا۔</w:t>
      </w:r>
    </w:p>
    <w:p>
      <w:r>
        <w:rPr>
          <w:b/>
        </w:rPr>
        <w:t xml:space="preserve">[51:07] </w:t>
      </w:r>
      <w:r>
        <w:t>bohat pehlay ki baat hai, jab mein chhota tha, yaani angrezi daur mein, angrezi daur mein, tab woh purani traditions baqi theen, purani traditions baqi theen.</w:t>
      </w:r>
    </w:p>
    <w:p>
      <w:pPr>
        <w:jc w:val="right"/>
      </w:pPr>
      <w:r>
        <w:t>بہت پہلے کی بات ہے، جب میں چھوٹا تھا، یعنی انگریزی دور میں، انگریزی دور میں، تب وہ پرانی جو ٹریڈیشنز باقی تھیں، پرانی ٹریڈیشنز باقی تھیں۔</w:t>
      </w:r>
    </w:p>
    <w:p>
      <w:r>
        <w:rPr>
          <w:b/>
        </w:rPr>
        <w:t xml:space="preserve">[51:22] </w:t>
      </w:r>
      <w:r>
        <w:t>to hamaray gaon ke aik aadmi jo thay, un ka khaliyan jo kaha tha ke saal mein jab gehoon, chawal, aata, woh woh jo jo jo kaata, katai hoti thi, to khaliyan mein jama kiya jata tha.</w:t>
      </w:r>
    </w:p>
    <w:p>
      <w:pPr>
        <w:jc w:val="right"/>
      </w:pPr>
      <w:r>
        <w:t>تو ہمارے گاؤں کے ایک آدمی جو تھے، ان کا کھلیان جو کہا تھا کہ سال میں جب گیہوں، چاول، آٹا، وہ وہ جو جو جو کاٹا، کٹائی ہوتی تھی، تو کھلیان میں جمع کیا جاتا تھا۔</w:t>
      </w:r>
    </w:p>
    <w:p>
      <w:r>
        <w:rPr>
          <w:b/>
        </w:rPr>
        <w:t xml:space="preserve">[51:40] </w:t>
      </w:r>
      <w:r>
        <w:t>to khaliyan mein un ka saal bhar ki jo pedawar hui thi, woh wahan jama thi.</w:t>
      </w:r>
    </w:p>
    <w:p>
      <w:pPr>
        <w:jc w:val="right"/>
      </w:pPr>
      <w:r>
        <w:t>تو کھلیان میں ان کا سال بھر کی جو پیداوار ہوئی تھی، وہ وہاں جمع تھی۔</w:t>
      </w:r>
    </w:p>
    <w:p>
      <w:r>
        <w:rPr>
          <w:b/>
        </w:rPr>
        <w:t xml:space="preserve">[51:50] </w:t>
      </w:r>
      <w:r>
        <w:t>aik dushman koi tha, un ka kisi wajah se usay aag laga di. to poora un ka jo khaliyan jal gaya. to un ke ghar mein gaya tha.</w:t>
      </w:r>
    </w:p>
    <w:p>
      <w:pPr>
        <w:jc w:val="right"/>
      </w:pPr>
      <w:r>
        <w:t>ایک دشمن کوئی تھا، ان کا کسی وجہ سے اسے آگ لگا دیا۔ تو پورا ان کا جو کھلیان جل گیا۔ تو ان کے گھر میں گیا تھا۔</w:t>
      </w:r>
    </w:p>
    <w:p>
      <w:r>
        <w:rPr>
          <w:b/>
        </w:rPr>
        <w:t xml:space="preserve">[52:00] </w:t>
      </w:r>
      <w:r>
        <w:t>is ke baad to becharay ghar aurtain, bachay sab ro rahay thay. lekin is ke baad kya hua? har taraf khabar jab phail gayi to un ke rishtaydaar ya door ke rishtaydaar ya dost nay ghalla bhejna shuru kiya.</w:t>
      </w:r>
    </w:p>
    <w:p>
      <w:pPr>
        <w:jc w:val="right"/>
      </w:pPr>
      <w:r>
        <w:t>اس کے بعد تو بیچارے گھر عورتیں، بچے سب رو رہے تھے۔ لیکن اس کے بعد کیا ہوا؟ ہر طرف خبر جب پھیل گئی تو ان کے رشتہ دار یا دور کے رشتہ دار یا دوست نے غلہ بھیجنا شروع کیا۔</w:t>
      </w:r>
    </w:p>
    <w:p>
      <w:r>
        <w:rPr>
          <w:b/>
        </w:rPr>
        <w:t xml:space="preserve">[52:15] </w:t>
      </w:r>
      <w:r>
        <w:t>mein nay apni aankh say dekha hai, kisi koi oont par aa raha hai, koi sir pe rakh ke la raha hai, koi kaise la raha hai.</w:t>
      </w:r>
    </w:p>
    <w:p>
      <w:pPr>
        <w:jc w:val="right"/>
      </w:pPr>
      <w:r>
        <w:t>میں نے اپنی آنکھ سے دیکھا ہے، کسی کوئی اونٹ پر آ رہا ہے، کوئی سری پہ رکھ کے لا رہا ہے، کوئی کیسے لا رہا ہے۔</w:t>
      </w:r>
    </w:p>
    <w:p>
      <w:r>
        <w:rPr>
          <w:b/>
        </w:rPr>
        <w:t xml:space="preserve">[52:26] </w:t>
      </w:r>
      <w:r>
        <w:t>gharz yeh ke itna ghalla aaya ke jitna un ki jala tha, us se ziyada un ka aa gaya, us se ziyada aa gaya. yeh meri aankhon ki baat hai.</w:t>
      </w:r>
    </w:p>
    <w:p>
      <w:pPr>
        <w:jc w:val="right"/>
      </w:pPr>
      <w:r>
        <w:t>غرض یہ کہ اتنا غلہ آیا کہ جتنا ان کی جلا تھا، اس سے زیادہ ان کا آ گیا، اس سے زیادہ آ گیا۔ یہ میری آنکھوں کی بات ہے۔</w:t>
      </w:r>
    </w:p>
    <w:p>
      <w:r>
        <w:rPr>
          <w:b/>
        </w:rPr>
        <w:t xml:space="preserve">[52:36] </w:t>
      </w:r>
      <w:r>
        <w:t>to yeh islam mein yeh hai ke logon mein itni humdardi ho. yeh humdardi thi pehlay, ab khatam ho gayi hai.</w:t>
      </w:r>
    </w:p>
    <w:p>
      <w:pPr>
        <w:jc w:val="right"/>
      </w:pPr>
      <w:r>
        <w:t>تو یہ اسلام میں یہ ہے کہ لوگوں میں اتنی ہمدردی ہو۔ یہ ہمدردی تھی پہلے، اب ختم ہو گئی ہے۔</w:t>
      </w:r>
    </w:p>
    <w:p>
      <w:r>
        <w:rPr>
          <w:b/>
        </w:rPr>
        <w:t xml:space="preserve">[52:45] </w:t>
      </w:r>
      <w:r>
        <w:t>to hum logon ko bajaye is ke ke larai bar karain, humdardi ke jazba logon ke andar paida karain. koi ghalla la raha tha oont par, koi bail gaari par, koi sar par rakh ke la raha tha.</w:t>
      </w:r>
    </w:p>
    <w:p>
      <w:pPr>
        <w:jc w:val="right"/>
      </w:pPr>
      <w:r>
        <w:t>تو ہم لوگوں کو بجائے اس کے کہ لڑائی بار کریں، ہمدردی کے جذبہ لوگوں کے اندر پیدا کریں۔ کوئی غلہ لا رہا تھا اونٹ پر، کوئی بیل گاڑی پر، کوئی سر پر رکھ کے لا رہا تھا۔</w:t>
      </w:r>
    </w:p>
    <w:p>
      <w:r>
        <w:rPr>
          <w:b/>
        </w:rPr>
        <w:t xml:space="preserve">[52:58] </w:t>
      </w:r>
      <w:r>
        <w:t>gharz yeh ke jitnay dost thay, doston ke dost thay, rishtaydaar thay, rishtay daaron ke rishtay daar thay, sab nay bhejna shuru kiya.</w:t>
      </w:r>
    </w:p>
    <w:p>
      <w:pPr>
        <w:jc w:val="right"/>
      </w:pPr>
      <w:r>
        <w:t>غرض یہ کہ جتنے دوست تھے، دوستوں کے دوست تھے، رشتہ دار تھے، رشتہ داروں کے رشتہ دار تھے، سب نے بھیجنا شروع کیا۔</w:t>
      </w:r>
    </w:p>
    <w:p>
      <w:r>
        <w:rPr>
          <w:b/>
        </w:rPr>
        <w:t xml:space="preserve">[53:08] </w:t>
      </w:r>
      <w:r>
        <w:t>woh zamana tha, yaani</w:t>
      </w:r>
    </w:p>
    <w:p>
      <w:pPr>
        <w:jc w:val="right"/>
      </w:pPr>
      <w:r>
        <w:t>وہ زمانہ تھا، یعنی</w:t>
      </w:r>
    </w:p>
    <w:p>
      <w:r>
        <w:rPr>
          <w:b/>
        </w:rPr>
        <w:t xml:space="preserve">[53:13] </w:t>
      </w:r>
      <w:r>
        <w:t>yeh zamana tha, mislan ab se 80 saal pehlay ka zamana. 80 saal pehlay ka zamana to tradition khatam baqi thi.</w:t>
      </w:r>
    </w:p>
    <w:p>
      <w:pPr>
        <w:jc w:val="right"/>
      </w:pPr>
      <w:r>
        <w:t>یہ زمانہ تھا، مثلاً اب سے 80 سال پہلے کا زمانہ۔ 80 سال پہلے کا زمانہ تو ٹریڈیشن ختم باقی تھی۔</w:t>
      </w:r>
    </w:p>
    <w:p>
      <w:r>
        <w:rPr>
          <w:b/>
        </w:rPr>
        <w:t xml:space="preserve">[53:21] </w:t>
      </w:r>
      <w:r>
        <w:t>is zamanay mein ab to tradition toot gayi hain. sab</w:t>
      </w:r>
    </w:p>
    <w:p>
      <w:pPr>
        <w:jc w:val="right"/>
      </w:pPr>
      <w:r>
        <w:t>اس زمانے میں اب تو ٹریڈیشن ٹوٹ گئی ہیں۔ سب</w:t>
      </w:r>
    </w:p>
    <w:p>
      <w:r>
        <w:rPr>
          <w:b/>
        </w:rPr>
        <w:t xml:space="preserve">[53:26] </w:t>
      </w:r>
      <w:r>
        <w:t>ab insaan sirf interest ko jaanta hai, sirf interest, sirf interest ke saath kuch nahi jaanta. to hamein moral values ko zinda karna chahiye, kyunke hadsaat to khatam nahi hon gay.</w:t>
      </w:r>
    </w:p>
    <w:p>
      <w:pPr>
        <w:jc w:val="right"/>
      </w:pPr>
      <w:r>
        <w:t>اب انسان صرف انٹرسٹ کو جانتا ہے، صرف انٹرسٹ، صرف انٹرسٹ کے ساتھ کچھ نہیں جانتا۔ تو ہمیں مورل ویلیوز کو زندہ کرنا چاہیے، کیونکہ حادثات تو ختم نہیں ہوں گے۔</w:t>
      </w:r>
    </w:p>
    <w:p>
      <w:r>
        <w:rPr>
          <w:b/>
        </w:rPr>
        <w:t xml:space="preserve">[53:43] </w:t>
      </w:r>
      <w:r>
        <w:t>achhi bohat achhi hukoomat ho, tab bhi hadsaat khatam nahi hon gay. to is ki shakal yeh hai ke logon ke andar, yaani</w:t>
      </w:r>
    </w:p>
    <w:p>
      <w:pPr>
        <w:jc w:val="right"/>
      </w:pPr>
      <w:r>
        <w:t>اچھی بہت اچھی حکومت ہو، تب بھی حادثات ختم نہیں ہوں گے۔ تو اس کی شکل یہ ہے کہ لوگوں کے اندر، یعنی</w:t>
      </w:r>
    </w:p>
    <w:p>
      <w:r>
        <w:rPr>
          <w:b/>
        </w:rPr>
        <w:t xml:space="preserve">[53:54] </w:t>
      </w:r>
      <w:r>
        <w:t>humdardi ka jazba paida ho, is aur aik doosray se logon ko madad milti rahay.</w:t>
      </w:r>
    </w:p>
    <w:p>
      <w:pPr>
        <w:jc w:val="right"/>
      </w:pPr>
      <w:r>
        <w:t>ہمدردی کا جذبہ پیدا ہو، اس اور ایک دوسرے سے لوگوں کو مدد ملتی رہے۔</w:t>
      </w:r>
    </w:p>
    <w:p>
      <w:r>
        <w:rPr>
          <w:b/>
        </w:rPr>
        <w:t xml:space="preserve">[54:03] </w:t>
      </w:r>
      <w:r>
        <w:t>to Maulana, woh shakhs apnay andar kya ehsas rakhay jis ke ghar mein chori hui hai? Maulana, kyunke humdardi to jaisay aap nay bataya ke aaj kal khatam ho gayi hai.</w:t>
      </w:r>
    </w:p>
    <w:p>
      <w:pPr>
        <w:jc w:val="right"/>
      </w:pPr>
      <w:r>
        <w:t>تو مولانا، وہ شخص اپنے اندر کیا احساس رکھے جس کے گھر میں چوری ہوئی ہے؟ مولانا، کیونکہ ہمدردی تو جیسے آپ نے بتایا کہ آج کل ختم ہو گئی ہے۔</w:t>
      </w:r>
    </w:p>
    <w:p>
      <w:r>
        <w:rPr>
          <w:b/>
        </w:rPr>
        <w:t xml:space="preserve">[54:14] </w:t>
      </w:r>
      <w:r>
        <w:t>to jis ke ghar mein nuqsan hua hai, Maulana, woh shakhs kaise is situation ko lay? matlab woh sabr kiya keh kay apnay aap say karay?</w:t>
      </w:r>
    </w:p>
    <w:p>
      <w:pPr>
        <w:jc w:val="right"/>
      </w:pPr>
      <w:r>
        <w:t>تو جس کے گھر میں نقصان ہوا ہے، مولانا، وہ شخص کیسے اس سچوئیشن کو لے؟ مطلب وہ صبر کیا کہہ کے اپنے آپ سے کرے؟</w:t>
      </w:r>
    </w:p>
    <w:p>
      <w:r>
        <w:rPr>
          <w:b/>
        </w:rPr>
        <w:t xml:space="preserve">[54:24] </w:t>
      </w:r>
      <w:r>
        <w:t>ab jis ghar mein hua tha, woh to wahan mein gaya tha un ke ghar par. to bechare woh log sehat saaz log thay, matlab mazhabi mazhabi log thay.</w:t>
      </w:r>
    </w:p>
    <w:p>
      <w:pPr>
        <w:jc w:val="right"/>
      </w:pPr>
      <w:r>
        <w:t>اب جس گھر میں ہوا تھا، وہ تو وہاں میں گیا تھا ان کے گھر پر۔ تو بیچارے وہ لوگ صحت ساز لوگ تھے، مطلب مذہبی مذہبی لوگ تھے۔</w:t>
      </w:r>
    </w:p>
    <w:p>
      <w:r>
        <w:rPr>
          <w:b/>
        </w:rPr>
        <w:t xml:space="preserve">[54:33] </w:t>
      </w:r>
      <w:r>
        <w:t>to log ro rahe thay, baqi kuch aur koi reaction nahi dikhaya unhon ne, sirf ro rahe thay. mard bhi, auratain bhi, bachay bhi ro rahe thay, kyunke saal bhar gala jal jal gaya tha.</w:t>
      </w:r>
    </w:p>
    <w:p>
      <w:pPr>
        <w:jc w:val="right"/>
      </w:pPr>
      <w:r>
        <w:t>تو لوگ رو رہے تھے، باقی کچھ اور کوئی ری ایکشن نہیں دکھایا انہوں نے، صرف رو رہے تھے۔ مرد بھی، عورتیں بھی، بچے بھی رو رہے تھے، کیونکہ سال بھر گلا جل جل گیا تھا۔</w:t>
      </w:r>
    </w:p>
    <w:p>
      <w:r>
        <w:rPr>
          <w:b/>
        </w:rPr>
        <w:t xml:space="preserve">[54:48] </w:t>
      </w:r>
      <w:r>
        <w:t>to mein samajhta hoon ke khone walay ke andar sabr aur doosron ke andar humdardi yeh paida karna chahiye.</w:t>
      </w:r>
    </w:p>
    <w:p>
      <w:pPr>
        <w:jc w:val="right"/>
      </w:pPr>
      <w:r>
        <w:t>تو میں سمجھتا ہوں کہ کھونے والے کے اندر صبر اور دوسروں کے اندر ہمدردی یہ پیدا کرنا چاہیے۔</w:t>
      </w:r>
    </w:p>
    <w:p>
      <w:r>
        <w:rPr>
          <w:b/>
        </w:rPr>
        <w:t xml:space="preserve">[54:59] </w:t>
      </w:r>
      <w:r>
        <w:t>hukumat ko bhi farz hai, hukumat pata kare kis ne kiya hai, us ko saza de. us ko ji, yaani hukumat ka role khatam nahi hota.</w:t>
      </w:r>
    </w:p>
    <w:p>
      <w:pPr>
        <w:jc w:val="right"/>
      </w:pPr>
      <w:r>
        <w:t>حکومت کو بھی فرض ہے، حکومت پتہ کرے کس نے کیا ہے، اس کو سزا دے۔ اس کو جی، یعنی حکومت کا رول ختم نہیں ہوتا۔</w:t>
      </w:r>
    </w:p>
    <w:p>
      <w:r>
        <w:rPr>
          <w:b/>
        </w:rPr>
        <w:t xml:space="preserve">[55:10] </w:t>
      </w:r>
      <w:r>
        <w:t>us ko culprit ko pata kare, woh us ko us ko saza de.</w:t>
      </w:r>
    </w:p>
    <w:p>
      <w:pPr>
        <w:jc w:val="right"/>
      </w:pPr>
      <w:r>
        <w:t>اس کو کلپٹ کو پتہ کرے، وہ اس کو اس کو سزا 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