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Historical Role of Islam November 19, 2006 Maulana Wahiduddin Khan</w:t>
      </w:r>
    </w:p>
    <w:p>
      <w:r>
        <w:t>https://www.youtube.com/watch?v=mBLorblU68E</w:t>
      </w:r>
    </w:p>
    <w:p>
      <w:r>
        <w:rPr>
          <w:b/>
        </w:rPr>
        <w:t xml:space="preserve">[00:40] </w:t>
      </w:r>
      <w:r>
        <w:t>aaj ka topic hai "the historical role of Islam".</w:t>
      </w:r>
    </w:p>
    <w:p>
      <w:pPr>
        <w:jc w:val="right"/>
      </w:pPr>
      <w:r>
        <w:t>آج کا ٹاپک ہے "دا ہسٹوریکل رول آف اسلام"۔</w:t>
      </w:r>
    </w:p>
    <w:p>
      <w:r>
        <w:rPr>
          <w:b/>
        </w:rPr>
        <w:t xml:space="preserve">[00:52] </w:t>
      </w:r>
      <w:r>
        <w:t>yeh aik kitaab hai, us ko dekh kar maine yeh topic liya hai aaj ke liye. is kitaab ke writer hain M N Roy.</w:t>
      </w:r>
    </w:p>
    <w:p>
      <w:pPr>
        <w:jc w:val="right"/>
      </w:pPr>
      <w:r>
        <w:t>یہ ایک کتاب ہے، اس کو دیکھ کر میں نے یہ ٹاپک لیا ہے آج کے لیے۔ اس کتاب کے رائٹر ہیں ایم این رائے۔</w:t>
      </w:r>
    </w:p>
    <w:p>
      <w:r>
        <w:rPr>
          <w:b/>
        </w:rPr>
        <w:t xml:space="preserve">[01:07] </w:t>
      </w:r>
      <w:r>
        <w:t>M N Roy aik leader thay,</w:t>
      </w:r>
    </w:p>
    <w:p>
      <w:pPr>
        <w:jc w:val="right"/>
      </w:pPr>
      <w:r>
        <w:t>ایم این رائے ایک لیڈر تھے،</w:t>
      </w:r>
    </w:p>
    <w:p>
      <w:r>
        <w:rPr>
          <w:b/>
        </w:rPr>
        <w:t xml:space="preserve">[01:11] </w:t>
      </w:r>
      <w:r>
        <w:t>1954 mein un ki death hui. 1954. to kai kitaabain likhi hain unhon ne, is mein se aik kitaab yeh hai "the historical role of Islam".</w:t>
      </w:r>
    </w:p>
    <w:p>
      <w:pPr>
        <w:jc w:val="right"/>
      </w:pPr>
      <w:r>
        <w:t>1954 میں ان کی ڈیتھ ہوئی۔ 1954۔ تو کئی کتابیں لکھی ہیں انہوں نے، اس میں سے ایک کتاب یہ ہے "دا ہسٹوریکل رول آف اسلام"۔</w:t>
      </w:r>
    </w:p>
    <w:p>
      <w:r>
        <w:rPr>
          <w:b/>
        </w:rPr>
        <w:t xml:space="preserve">[01:31] </w:t>
      </w:r>
      <w:r>
        <w:t>us ko dekh kar mujhe aik theme mere mind mein aayi, to aaj maine isi ko liya hai.</w:t>
      </w:r>
    </w:p>
    <w:p>
      <w:pPr>
        <w:jc w:val="right"/>
      </w:pPr>
      <w:r>
        <w:t>اس کو دیکھ کر مجھے ایک تھیم میرے مائنڈ میں آئی، تو آج میں نے اسی کو لیا ہے۔</w:t>
      </w:r>
    </w:p>
    <w:p>
      <w:r>
        <w:rPr>
          <w:b/>
        </w:rPr>
        <w:t xml:space="preserve">[01:42] </w:t>
      </w:r>
      <w:r>
        <w:t>M N Roy ne apni is kitaab mein Islam ki bohat sarahna ki hai.</w:t>
      </w:r>
    </w:p>
    <w:p>
      <w:pPr>
        <w:jc w:val="right"/>
      </w:pPr>
      <w:r>
        <w:t>ایم این رائے نے اپنی اس کتاب میں اسلام کی بہت سراہنا کی ہے۔</w:t>
      </w:r>
    </w:p>
    <w:p>
      <w:r>
        <w:rPr>
          <w:b/>
        </w:rPr>
        <w:t xml:space="preserve">[01:51] </w:t>
      </w:r>
      <w:r>
        <w:t>unhon ne likha hai ke Islam ke history ke baray mein, Islam ka jo karkhana hai us ke baray mein ke</w:t>
      </w:r>
    </w:p>
    <w:p>
      <w:pPr>
        <w:jc w:val="right"/>
      </w:pPr>
      <w:r>
        <w:t>انہوں نے لکھا ہے کہ اسلام کے ہسٹری کے بارے میں، اسلام کا جو کارنامہ ہے اس کے بارے میں کہ</w:t>
      </w:r>
    </w:p>
    <w:p>
      <w:r>
        <w:rPr>
          <w:b/>
        </w:rPr>
        <w:t xml:space="preserve">[02:09] </w:t>
      </w:r>
      <w:r>
        <w:t>"the most miraculous of all miracles". saaray moajzon se bara moajza. yeh Islam ke baray mein likha hai unhon ne, M N Roy ne.</w:t>
      </w:r>
    </w:p>
    <w:p>
      <w:pPr>
        <w:jc w:val="right"/>
      </w:pPr>
      <w:r>
        <w:t>"دا موسٹ میریکولس آف آل میریکلز"۔ سارے معجزوں سے بڑا معجزہ۔ یہ اسلام کے بارے میں لکھا ہے انہوں نے، ایم این رائے نے۔</w:t>
      </w:r>
    </w:p>
    <w:p>
      <w:r>
        <w:rPr>
          <w:b/>
        </w:rPr>
        <w:t xml:space="preserve">[02:22] </w:t>
      </w:r>
      <w:r>
        <w:t>lekin kitaab ko parhiye to is mein jo cheez milti hai woh yeh hai ke kyun aap jantay hain, yeh aik secular aadmi thay.</w:t>
      </w:r>
    </w:p>
    <w:p>
      <w:pPr>
        <w:jc w:val="right"/>
      </w:pPr>
      <w:r>
        <w:t>لیکن کتاب کو پڑھیے تو اس میں جو چیز ملتی ہے وہ یہ ہے کہ کیوں آپ جانتے ہیں، یہ ایک سیکولر آدمی تھے۔</w:t>
      </w:r>
    </w:p>
    <w:p>
      <w:r>
        <w:rPr>
          <w:b/>
        </w:rPr>
        <w:t xml:space="preserve">[02:33] </w:t>
      </w:r>
      <w:r>
        <w:t>yeh God aur religion par believe nahi karte thay. Islam ko unhon ne liya hai aik historical phenomenon ke tor par, bas. woh Khuda aur mazhab ko nahi mantay thay woh.</w:t>
      </w:r>
    </w:p>
    <w:p>
      <w:pPr>
        <w:jc w:val="right"/>
      </w:pPr>
      <w:r>
        <w:t>یہ گاڈ اور ریلیجن پر بیلیو نہیں کرتے تھے۔ اسلام کو انہوں نے لیا ہے ایک ہسٹوریکل فیناومینا کے طور پر، بس۔ وہ خدا اور مذہب کو نہیں مانتے تھے وہ۔</w:t>
      </w:r>
    </w:p>
    <w:p>
      <w:r>
        <w:rPr>
          <w:b/>
        </w:rPr>
        <w:t xml:space="preserve">[02:47] </w:t>
      </w:r>
      <w:r>
        <w:t>woh communist thay aur secular thay.</w:t>
      </w:r>
    </w:p>
    <w:p>
      <w:pPr>
        <w:jc w:val="right"/>
      </w:pPr>
      <w:r>
        <w:t>وہ کمیونسٹ تھے اور سیکولر تھے۔</w:t>
      </w:r>
    </w:p>
    <w:p>
      <w:r>
        <w:rPr>
          <w:b/>
        </w:rPr>
        <w:t xml:space="preserve">[02:52] </w:t>
      </w:r>
      <w:r>
        <w:t>to unhon ne yeh jo likha hai ke "the most miraculous of all miracles", yeh kis sense mein hai? yeh political sense mein hai.</w:t>
      </w:r>
    </w:p>
    <w:p>
      <w:pPr>
        <w:jc w:val="right"/>
      </w:pPr>
      <w:r>
        <w:t>تو انہوں نے یہ جو لکھا ہے کہ "دا موسٹ میریکولس آف آل میریکلز"، یہ کس سینس میں ہے؟ یہ پولیٹیکل سینس میں ہے۔</w:t>
      </w:r>
    </w:p>
    <w:p>
      <w:r>
        <w:rPr>
          <w:b/>
        </w:rPr>
        <w:t xml:space="preserve">[03:03] </w:t>
      </w:r>
      <w:r>
        <w:t>Islam ka rapid expansion in ko bohat ziyada fascinate karta hai. aur aap ko maloom hona chahiye ke saaray hi historian, saaray historian yeh baat bohat hi anokhay tor par letay hain ke Islam ka jo rapid expansion hua,</w:t>
      </w:r>
    </w:p>
    <w:p>
      <w:pPr>
        <w:jc w:val="right"/>
      </w:pPr>
      <w:r>
        <w:t>اسلام کا ریپڈ ایکسپینشن ان کو بہت زیادہ فیسینیٹ کرتا ہے۔ اور آپ کو معلوم ہونا چاہیے کہ سارے ہی ہسٹورین، سارے ہسٹورین یہ بات بہت ہی انوکھے طور پر لیتے ہیں کہ اسلام کا جو ریپڈ ایکسپینشن ہوا،</w:t>
      </w:r>
    </w:p>
    <w:p>
      <w:r>
        <w:rPr>
          <w:b/>
        </w:rPr>
        <w:t xml:space="preserve">[03:23] </w:t>
      </w:r>
      <w:r>
        <w:t>woh aisa expansion kabhi kisi empire ko ya kisi civilization ko nahi hua.</w:t>
      </w:r>
    </w:p>
    <w:p>
      <w:pPr>
        <w:jc w:val="right"/>
      </w:pPr>
      <w:r>
        <w:t>وہ ایسا ایکسپینشن کبھی کسی ایمپائر کو یا کسی سویلائزیشن کو نہیں ہوا۔</w:t>
      </w:r>
    </w:p>
    <w:p>
      <w:r>
        <w:rPr>
          <w:b/>
        </w:rPr>
        <w:t xml:space="preserve">[03:30] </w:t>
      </w:r>
      <w:r>
        <w:t>to political expansion jo hai woh in ko bohat bari baat nazar aati hai. magar mein yeh kahoon ga ke Asad sahib ne aik likha tha apni kitaab jo un ki hai "At the Islam but the Crossroads"</w:t>
      </w:r>
    </w:p>
    <w:p>
      <w:pPr>
        <w:jc w:val="right"/>
      </w:pPr>
      <w:r>
        <w:t>تو پولیٹیکل ایکسپینشن جو ہے وہ ان کو بہت بڑی بات نظر آتی ہے۔ مگر میں یہ کہوں گا کہ اسد صاحب نے ایک لکھا تھا اپنی کتاب جو ان کی ہے "ایٹ دا اسلام بٹ دا کراس روڈز"</w:t>
      </w:r>
    </w:p>
    <w:p>
      <w:r>
        <w:rPr>
          <w:b/>
        </w:rPr>
        <w:t xml:space="preserve">[03:52] </w:t>
      </w:r>
      <w:r>
        <w:t>. aik aur context mein unhon ne baat ki, lekin woh yahan par mein apply karta hoon us ko ke "it is a strange underestimation of the prophetic role of Muhammad Mustafa".</w:t>
      </w:r>
    </w:p>
    <w:p>
      <w:pPr>
        <w:jc w:val="right"/>
      </w:pPr>
      <w:r>
        <w:t>۔ ایک اور کنٹیکسٹ میں انہوں نے بات کی، لیکن وہ یہاں پر میں اپلائی کرتا ہوں اس کو کہ "اٹ از اے سٹرینج انڈر ایسٹیمیشن آف دا پرافیٹک رول آف محمد مصطفی"۔</w:t>
      </w:r>
    </w:p>
    <w:p>
      <w:r>
        <w:rPr>
          <w:b/>
        </w:rPr>
        <w:t xml:space="preserve">[04:06] </w:t>
      </w:r>
      <w:r>
        <w:t>yaani peghambar e Islam ne jo kaam kiya, us ka yeh bohat kamtar andaza hai.</w:t>
      </w:r>
    </w:p>
    <w:p>
      <w:pPr>
        <w:jc w:val="right"/>
      </w:pPr>
      <w:r>
        <w:t>یعنی پیغمبر اسلام نے جو کام کیا، اس کا یہ بہت کمتر اندازہ ہے۔</w:t>
      </w:r>
    </w:p>
    <w:p>
      <w:r>
        <w:rPr>
          <w:b/>
        </w:rPr>
        <w:t xml:space="preserve">[04:16] </w:t>
      </w:r>
      <w:r>
        <w:t>agar peghambar e Islam ko aik yeh samjha jaye ke unhon ne aik political empire banayi ya un ke followers ne banayi, to yeh un ke asal karkhanay ka bohat hi kamtar andaza, yaani underestimation hai is ka.</w:t>
      </w:r>
    </w:p>
    <w:p>
      <w:pPr>
        <w:jc w:val="right"/>
      </w:pPr>
      <w:r>
        <w:t>اگر پیغمبر اسلام کو ایک یہ سمجھا جائے کہ انہوں نے ایک پولیٹیکل ایمپائر بنائی یا ان کے فالوورز نے بنائی، تو یہ ان کے اصل کارنامے کا بہت ہی کمتر اندازہ، یعنی انڈر ایسٹیمیشن ہے اس کا۔</w:t>
      </w:r>
    </w:p>
    <w:p>
      <w:r>
        <w:rPr>
          <w:b/>
        </w:rPr>
        <w:t xml:space="preserve">[04:35] </w:t>
      </w:r>
      <w:r>
        <w:t>dekhiye,</w:t>
      </w:r>
    </w:p>
    <w:p>
      <w:pPr>
        <w:jc w:val="right"/>
      </w:pPr>
      <w:r>
        <w:t>دیکھیے،</w:t>
      </w:r>
    </w:p>
    <w:p>
      <w:r>
        <w:rPr>
          <w:b/>
        </w:rPr>
        <w:t xml:space="preserve">[04:39] </w:t>
      </w:r>
      <w:r>
        <w:t>Quran mein prophet of Islam ke baray mein yeh ayat aayi hai ke "Wa ma arsalnaka illa rahmatan lil alamin".</w:t>
      </w:r>
    </w:p>
    <w:p>
      <w:pPr>
        <w:jc w:val="right"/>
      </w:pPr>
      <w:r>
        <w:t>قرآن میں پرافیٹ آف اسلام کے بارے میں یہ آیت آئی ہے کہ "وما أرسلناك إلا رحمة للعالمين"۔</w:t>
      </w:r>
    </w:p>
    <w:p>
      <w:r>
        <w:rPr>
          <w:b/>
        </w:rPr>
        <w:t xml:space="preserve">[04:51] </w:t>
      </w:r>
      <w:r>
        <w:t>keh hum ne bheja hai tum ko sirf sare logon ke liye rehmat bana kar. yani "we send you as a blessing to all mankind".</w:t>
      </w:r>
    </w:p>
    <w:p>
      <w:pPr>
        <w:jc w:val="right"/>
      </w:pPr>
      <w:r>
        <w:t>کہ ہم نے بھیجا ہے تم کو صرف سارے لوگوں کے لیے رحمت بنا کر۔ یعنی "وی سینڈ یو ایز اے بلیسنگ ٹو آل مین کائنڈ"۔</w:t>
      </w:r>
    </w:p>
    <w:p>
      <w:r>
        <w:rPr>
          <w:b/>
        </w:rPr>
        <w:t xml:space="preserve">[05:06] </w:t>
      </w:r>
      <w:r>
        <w:t>s</w:t>
      </w:r>
    </w:p>
    <w:p>
      <w:pPr>
        <w:jc w:val="right"/>
      </w:pPr>
      <w:r>
        <w:t>س</w:t>
      </w:r>
    </w:p>
    <w:p>
      <w:r>
        <w:rPr>
          <w:b/>
        </w:rPr>
        <w:t xml:space="preserve">[05:07] </w:t>
      </w:r>
      <w:r>
        <w:t>arey he mankind ke liye blessing. to is baat ko samjhiye, isi par main aaj kuch kehna chahta hoon.</w:t>
      </w:r>
    </w:p>
    <w:p>
      <w:pPr>
        <w:jc w:val="right"/>
      </w:pPr>
      <w:r>
        <w:t>ارے ہی مین کائنڈ کے لیے بلیسنگ۔ تو اس بات کو سمجھئیے، اسی پر میں آج کچھ کہنا چاہتا ہوں۔</w:t>
      </w:r>
    </w:p>
    <w:p>
      <w:r>
        <w:rPr>
          <w:b/>
        </w:rPr>
        <w:t xml:space="preserve">[05:22] </w:t>
      </w:r>
      <w:r>
        <w:t>main shuru karunga is ko aaj ke paper mein ek news aayi hai is se.</w:t>
      </w:r>
    </w:p>
    <w:p>
      <w:pPr>
        <w:jc w:val="right"/>
      </w:pPr>
      <w:r>
        <w:t>میں شروع کروں گا اس کو آج کے پیپر میں ایک نیوز آئی ہے اس سے۔</w:t>
      </w:r>
    </w:p>
    <w:p>
      <w:r>
        <w:rPr>
          <w:b/>
        </w:rPr>
        <w:t xml:space="preserve">[05:29] </w:t>
      </w:r>
      <w:r>
        <w:t>dekhiye, yeh hai times of india ka aaj ka issue, yani</w:t>
      </w:r>
    </w:p>
    <w:p>
      <w:pPr>
        <w:jc w:val="right"/>
      </w:pPr>
      <w:r>
        <w:t>دیکھیے، یہ ہے ٹائمز آف انڈیا کا آج کا ایشو، یعنی</w:t>
      </w:r>
    </w:p>
    <w:p>
      <w:r>
        <w:rPr>
          <w:b/>
        </w:rPr>
        <w:t xml:space="preserve">[05:38] </w:t>
      </w:r>
      <w:r>
        <w:t>november 19. 19 november ka. is mein jo pehli jo news hai woh tony blair ke bare mein hai.</w:t>
      </w:r>
    </w:p>
    <w:p>
      <w:pPr>
        <w:jc w:val="right"/>
      </w:pPr>
      <w:r>
        <w:t>نومبر 19۔ 19 نومبر کا۔ اس میں جو پہلی جو نیوز ہے وہ ٹونی بلیئر کے بارے میں ہے۔</w:t>
      </w:r>
    </w:p>
    <w:p>
      <w:r>
        <w:rPr>
          <w:b/>
        </w:rPr>
        <w:t xml:space="preserve">[05:55] </w:t>
      </w:r>
      <w:r>
        <w:t>is ka jo sarhi hai woh yeh hai ke "finally blair admits iraq</w:t>
      </w:r>
    </w:p>
    <w:p>
      <w:pPr>
        <w:jc w:val="right"/>
      </w:pPr>
      <w:r>
        <w:t>اس کا جو سرخی ہے وہ یہ ہے کہ "فائنلی بلیئر ایڈمٹس عراق</w:t>
      </w:r>
    </w:p>
    <w:p>
      <w:r>
        <w:rPr>
          <w:b/>
        </w:rPr>
        <w:t xml:space="preserve">[06:07] </w:t>
      </w:r>
      <w:r>
        <w:t>has been a disaster".</w:t>
      </w:r>
    </w:p>
    <w:p>
      <w:pPr>
        <w:jc w:val="right"/>
      </w:pPr>
      <w:r>
        <w:t>ہیز بین ا ڈساسٹر"۔</w:t>
      </w:r>
    </w:p>
    <w:p>
      <w:r>
        <w:rPr>
          <w:b/>
        </w:rPr>
        <w:t xml:space="preserve">[06:14] </w:t>
      </w:r>
      <w:r>
        <w:t>un se poocha gaya tha ke "western intervention in iraq was a disaster". "do you think it was a disaster"</w:t>
      </w:r>
    </w:p>
    <w:p>
      <w:pPr>
        <w:jc w:val="right"/>
      </w:pPr>
      <w:r>
        <w:t>ان سے پوچھا گیا تھا کہ "ویسٹرن انٹرویوشن ان عراق واز ا ڈساسٹر"۔ "ڈو یو تھنک اٹ واز ا ڈساسٹر"</w:t>
      </w:r>
    </w:p>
    <w:p>
      <w:r>
        <w:rPr>
          <w:b/>
        </w:rPr>
        <w:t xml:space="preserve">[06:24] </w:t>
      </w:r>
      <w:r>
        <w:t>? to unhon ne kaha ke "yes, it was a disaster".</w:t>
      </w:r>
    </w:p>
    <w:p>
      <w:pPr>
        <w:jc w:val="right"/>
      </w:pPr>
      <w:r>
        <w:t>؟ تو انہوں نے کہا کہ "یس، اٹ واز ا ڈساسٹر"۔</w:t>
      </w:r>
    </w:p>
    <w:p>
      <w:r>
        <w:rPr>
          <w:b/>
        </w:rPr>
        <w:t xml:space="preserve">[06:31] </w:t>
      </w:r>
      <w:r>
        <w:t>agar aap ko yaad ho to main ne bilkul shuru mein, yani jab unhon ne bombardment nahi kiya tha iraq par, is se pehle isi times of india mein mera ek interview chhaapa tha,</w:t>
      </w:r>
    </w:p>
    <w:p>
      <w:pPr>
        <w:jc w:val="right"/>
      </w:pPr>
      <w:r>
        <w:t>اگر آپ کو یاد ہو تو میں نے بالکل شروع میں، یعنی جب انہوں نے بمبارمنٹ نہیں کیا تھا عراق پر، اس سے پہلے اسی ٹائمز آف انڈیا میں میرا ایک انٹرویو چھپا تھا،</w:t>
      </w:r>
    </w:p>
    <w:p>
      <w:r>
        <w:rPr>
          <w:b/>
        </w:rPr>
        <w:t xml:space="preserve">[06:44] </w:t>
      </w:r>
      <w:r>
        <w:t>is se taqreeban ek mahina ya do mahina pehle, is mein main ne kaha tha ke agar america, yani is mein musallah intervention karta hai, yani bombardment karta hai wahan par,</w:t>
      </w:r>
    </w:p>
    <w:p>
      <w:pPr>
        <w:jc w:val="right"/>
      </w:pPr>
      <w:r>
        <w:t>اس سے تقریباً ایک مہینہ یا دو مہینہ پہلے، اس میں میں نے کہا تھا کہ اگر امریکہ، یعنی اس میں مسلح انٹرویوشن کرتا ہے، یعنی بمبارمنٹ کرتا ہے وہاں پر،</w:t>
      </w:r>
    </w:p>
    <w:p>
      <w:r>
        <w:rPr>
          <w:b/>
        </w:rPr>
        <w:t xml:space="preserve">[07:04] </w:t>
      </w:r>
      <w:r>
        <w:t>to kya hoga? yeh counter productive saabit hoga.</w:t>
      </w:r>
    </w:p>
    <w:p>
      <w:pPr>
        <w:jc w:val="right"/>
      </w:pPr>
      <w:r>
        <w:t>تو کیا ہوگا؟ یہ کاؤنٹر پروڈکٹیو ثابت ہوگا۔</w:t>
      </w:r>
    </w:p>
    <w:p>
      <w:r>
        <w:rPr>
          <w:b/>
        </w:rPr>
        <w:t xml:space="preserve">[07:13] </w:t>
      </w:r>
      <w:r>
        <w:t>counter productive. aur woh aaj ho chuka hai. aap jante hain ke america ka jo haal mein election hua hai, is mein george bush ki party ko bohat zyada set back hua hai.</w:t>
      </w:r>
    </w:p>
    <w:p>
      <w:pPr>
        <w:jc w:val="right"/>
      </w:pPr>
      <w:r>
        <w:t>کاؤنٹر پروڈکٹیو۔ اور وہ آج ہو چکا ہے۔ آپ جانتے ہیں کہ امریکہ کا جو حال میں الیکشن ہوا ہے، اس میں جارج بش کی پارٹی کو بہت زیادہ سیٹ بیک ہوا ہے۔</w:t>
      </w:r>
    </w:p>
    <w:p>
      <w:r>
        <w:rPr>
          <w:b/>
        </w:rPr>
        <w:t xml:space="preserve">[07:31] </w:t>
      </w:r>
      <w:r>
        <w:t>bohat set back hua. ab un ki party aage power mein aane wali nahi hai. idhar tony blair ki party ko bohat set back hua hai britain mein.</w:t>
      </w:r>
    </w:p>
    <w:p>
      <w:pPr>
        <w:jc w:val="right"/>
      </w:pPr>
      <w:r>
        <w:t>بہت سیٹ بیک ہوا۔ اب ان کی پارٹی آگے پاور میں آنے والی نہیں ہے۔ ادھر ٹونی بلیئر کی پارٹی کو بہت سیٹ بیک ہوا ہے برٹن میں۔</w:t>
      </w:r>
    </w:p>
    <w:p>
      <w:r>
        <w:rPr>
          <w:b/>
        </w:rPr>
        <w:t xml:space="preserve">[07:42] </w:t>
      </w:r>
      <w:r>
        <w:t>ab aage un ki party britain mein power mein aane wali nahi hai. ab aap sochiye ke george bush aur tony blair do bohat bari country ke president ya prime minister hain,</w:t>
      </w:r>
    </w:p>
    <w:p>
      <w:pPr>
        <w:jc w:val="right"/>
      </w:pPr>
      <w:r>
        <w:t>اب آگے ان کی پارٹی برٹن میں پاور میں آنے والی نہیں ہے۔ اب آپ سوچیے کہ جارج بش اور ٹونی بلیئر دو بہت بڑی کنٹری کے پریزیڈنٹ یا پرائم منسٹر ہیں،</w:t>
      </w:r>
    </w:p>
    <w:p>
      <w:r>
        <w:rPr>
          <w:b/>
        </w:rPr>
        <w:t xml:space="preserve">[07:59] </w:t>
      </w:r>
      <w:r>
        <w:t>aur woh un ka end kya ho raha hai? failure par.</w:t>
      </w:r>
    </w:p>
    <w:p>
      <w:pPr>
        <w:jc w:val="right"/>
      </w:pPr>
      <w:r>
        <w:t>اور وہ ان کا اینڈ کیا ہو رہا ہے؟ فیلیر پر۔</w:t>
      </w:r>
    </w:p>
    <w:p>
      <w:r>
        <w:rPr>
          <w:b/>
        </w:rPr>
        <w:t xml:space="preserve">[08:07] </w:t>
      </w:r>
      <w:r>
        <w:t>ab aap sochiye ke jab ab dono retire ho rahe hain, dono party se retire ho rahe hain, ab sochiye ke retire ho kar ke un ki jo agli zindagi banegi, woh kya hogi?</w:t>
      </w:r>
    </w:p>
    <w:p>
      <w:pPr>
        <w:jc w:val="right"/>
      </w:pPr>
      <w:r>
        <w:t>اب آپ سوچیے کہ جب اب دونوں ریٹائر ہو رہے ہیں، دونوں پارٹی سے ریٹائر ہو رہے ہیں، اب سوچیے کہ ریٹائر ہو کر کے ان کی جو اگلی زندگی بنے گی، وہ کیا ہوگی؟</w:t>
      </w:r>
    </w:p>
    <w:p>
      <w:r>
        <w:rPr>
          <w:b/>
        </w:rPr>
        <w:t xml:space="preserve">[08:19] </w:t>
      </w:r>
      <w:r>
        <w:t>total chaos, frustration, tension, stress.</w:t>
      </w:r>
    </w:p>
    <w:p>
      <w:pPr>
        <w:jc w:val="right"/>
      </w:pPr>
      <w:r>
        <w:t>ٹوٹل کیاز، فرسٹریشن، ٹینشن، اسٹریس۔</w:t>
      </w:r>
    </w:p>
    <w:p>
      <w:r>
        <w:rPr>
          <w:b/>
        </w:rPr>
        <w:t xml:space="preserve">[08:27] </w:t>
      </w:r>
      <w:r>
        <w:t>zahir hai ke itna bara political career khatam par jab khatam ho to pata chale ke yeh tumhara jo step liya tum ne woh galat tha, woh disastrous tha.</w:t>
      </w:r>
    </w:p>
    <w:p>
      <w:pPr>
        <w:jc w:val="right"/>
      </w:pPr>
      <w:r>
        <w:t>ظاہر ہے کہ اتنا بڑا پولیٹیکل کیریئر ختم پر جب ختم ہو تو پتہ چلے کہ یہ تمہارا جو اسٹیپ لیا تم نے وہ غلط تھا، وہ ڈساسٹرس تھا۔</w:t>
      </w:r>
    </w:p>
    <w:p>
      <w:r>
        <w:rPr>
          <w:b/>
        </w:rPr>
        <w:t xml:space="preserve">[08:39] </w:t>
      </w:r>
      <w:r>
        <w:t>yani woh karname nahi bana balkeh un ka ulta ho gaya. ab sochiye ke yeh log jo hain, in ka anjaam hoga george bush ka aur tony blair ka.</w:t>
      </w:r>
    </w:p>
    <w:p>
      <w:pPr>
        <w:jc w:val="right"/>
      </w:pPr>
      <w:r>
        <w:t>یعنی وہ کارنامہ نہیں بنا بلکہ ان کا الٹا ہو گیا۔ اب سوچیے کہ یہ لوگ جو ہیں، ان کا انجام ہوگا جارج بش کا اور ٹونی بلیئر کا۔</w:t>
      </w:r>
    </w:p>
    <w:p>
      <w:r>
        <w:rPr>
          <w:b/>
        </w:rPr>
        <w:t xml:space="preserve">[08:51] </w:t>
      </w:r>
      <w:r>
        <w:t>frustration mein jiyenge, frustration mein marenge. regret, har waqt regret.</w:t>
      </w:r>
    </w:p>
    <w:p>
      <w:pPr>
        <w:jc w:val="right"/>
      </w:pPr>
      <w:r>
        <w:t>فرسٹریشن میں جئیں گے، فرسٹریشن میں مریں گے۔ ریگریٹ، ہر وقت ریگریٹ۔</w:t>
      </w:r>
    </w:p>
    <w:p>
      <w:r>
        <w:rPr>
          <w:b/>
        </w:rPr>
        <w:t xml:space="preserve">[08:56] </w:t>
      </w:r>
      <w:r>
        <w:t>keh agar hum ne aisa na kiya hota to waisa hota. agar hum ne aisa nahi kiya hota to waisa hota. dono mr regret ke taur par jiyenge, mr regret ke taur par marenge.</w:t>
      </w:r>
    </w:p>
    <w:p>
      <w:pPr>
        <w:jc w:val="right"/>
      </w:pPr>
      <w:r>
        <w:t>کہ اگر ہم نے ایسا نہ کیا ہوتا تو ویسا ہوتا۔ اگر ہم نے ایسا نہیں کیا ہوتا تو ویسا ہوتا۔ دونوں مسٹر ریگریٹ کے طور پر جئیں گے، مسٹر ریگریٹ کے طور پر مریں گے۔</w:t>
      </w:r>
    </w:p>
    <w:p>
      <w:r>
        <w:rPr>
          <w:b/>
        </w:rPr>
        <w:t xml:space="preserve">[09:08] </w:t>
      </w:r>
      <w:r>
        <w:t>aur yeh dono ki baat nahi hai. history mein sare hi log mr regret ban kar mare hain. without any exception.</w:t>
      </w:r>
    </w:p>
    <w:p>
      <w:pPr>
        <w:jc w:val="right"/>
      </w:pPr>
      <w:r>
        <w:t>اور یہ دونوں کی بات نہیں ہے۔ ہسٹری میں سارے ہی لوگ مسٹر ریگریٹ بن کر مرے ہیں۔ ودا آؤٹ اینی ایکسیپشن۔</w:t>
      </w:r>
    </w:p>
    <w:p>
      <w:r>
        <w:rPr>
          <w:b/>
        </w:rPr>
        <w:t xml:space="preserve">[09:18] </w:t>
      </w:r>
      <w:r>
        <w:t>dhai hazar saal pehle plato paida hua, aur alexander the great jo tha, uska disciple tha.</w:t>
      </w:r>
    </w:p>
    <w:p>
      <w:pPr>
        <w:jc w:val="right"/>
      </w:pPr>
      <w:r>
        <w:t>ڈھائی ہزار سال پہلے پلیٹو پیدا ہوا، اور الیگزینڈر دا گریٹ جو تھا، اس کا ڈسائپل تھا۔</w:t>
      </w:r>
    </w:p>
    <w:p>
      <w:r>
        <w:rPr>
          <w:b/>
        </w:rPr>
        <w:t xml:space="preserve">[09:29] </w:t>
      </w:r>
      <w:r>
        <w:t>itni bari hasiyat is ki thi plato ki. aur is ne bohat bari philosophy banai, ideal state.</w:t>
      </w:r>
    </w:p>
    <w:p>
      <w:pPr>
        <w:jc w:val="right"/>
      </w:pPr>
      <w:r>
        <w:t>اتنی بڑی حیثیت اس کی تھی پلیٹو کی۔ اور اس نے بہت بڑی فلاسفی بنائی، آئیڈیل اسٹیٹ۔</w:t>
      </w:r>
    </w:p>
    <w:p>
      <w:r>
        <w:rPr>
          <w:b/>
        </w:rPr>
        <w:t xml:space="preserve">[09:38] </w:t>
      </w:r>
      <w:r>
        <w:t>ideal state. woh bohat bhram mein tha, lekin ideal state kuch bhi nahi bana. aur is ki life parhiye aap plato ki, to is mein likha rahe ga ke "he died in despair".</w:t>
      </w:r>
    </w:p>
    <w:p>
      <w:pPr>
        <w:jc w:val="right"/>
      </w:pPr>
      <w:r>
        <w:t>آئیڈیل اسٹیٹ۔ وہ بہت بھرم میں تھا، لیکن آئیڈیل اسٹیٹ کچھ بھی نہیں بنا۔ اور اس کی لائف پڑھیے آپ پلیٹو کی، تو اس میں لکھا رہے گا کہ "ہی ڈائیڈ ان ڈسپیئر"۔</w:t>
      </w:r>
    </w:p>
    <w:p>
      <w:r>
        <w:rPr>
          <w:b/>
        </w:rPr>
        <w:t xml:space="preserve">[09:53] </w:t>
      </w:r>
      <w:r>
        <w:t>"he died in frustration". to plato se le kar ke tony blair aur george bush tak har aadmi ki yahi kahani hai.</w:t>
      </w:r>
    </w:p>
    <w:p>
      <w:pPr>
        <w:jc w:val="right"/>
      </w:pPr>
      <w:r>
        <w:t>"ہی ڈائیڈ ان فرسٹریشن"۔ تو پلیٹو سے لے کر کے ٹونی بلیئر اور جارج بش تک ہر آدمی کی یہی کہانی ہے۔</w:t>
      </w:r>
    </w:p>
    <w:p>
      <w:r>
        <w:rPr>
          <w:b/>
        </w:rPr>
        <w:t xml:space="preserve">[10:05] </w:t>
      </w:r>
      <w:r>
        <w:t>abhi mein dekh raha tha america ke do bohat hi baray paisay walay, bohat hi baray rich, rockefeller aur ford, dono despair mein maray.</w:t>
      </w:r>
    </w:p>
    <w:p>
      <w:pPr>
        <w:jc w:val="right"/>
      </w:pPr>
      <w:r>
        <w:t>ابھی میں دیکھ رہا تھا امریکہ کے دو بہت ہی بڑے پیسے والے، بہت ہی بڑے رچ، راک فیلر اور فورڈ، دونوں ڈسپیئر میں مرے۔</w:t>
      </w:r>
    </w:p>
    <w:p>
      <w:r>
        <w:rPr>
          <w:b/>
        </w:rPr>
        <w:t xml:space="preserve">[10:16] </w:t>
      </w:r>
      <w:r>
        <w:t>rockefeller bhi kya hua? nervous breakdown is ka ho gaya. isi mein mara woh. ford ka kya hua? ke ford ko cancer ho gaya, aur frustration mein mara woh.</w:t>
      </w:r>
    </w:p>
    <w:p>
      <w:pPr>
        <w:jc w:val="right"/>
      </w:pPr>
      <w:r>
        <w:t>راک فیلر بھی کیا ہوا؟ نروس بریک ڈاؤن اس کا ہو گیا۔ اسی میں مرا وہ۔ فورڈ کا کیا ہوا؟ کہ فورڈ کو کینسر ہو گیا، اور فرسٹریشن میں مرا وہ۔</w:t>
      </w:r>
    </w:p>
    <w:p>
      <w:r>
        <w:rPr>
          <w:b/>
        </w:rPr>
        <w:t xml:space="preserve">[10:30] </w:t>
      </w:r>
      <w:r>
        <w:t>paisay in ke kaam nahi aaye.</w:t>
      </w:r>
    </w:p>
    <w:p>
      <w:pPr>
        <w:jc w:val="right"/>
      </w:pPr>
      <w:r>
        <w:t>پیسہ ان کے کام نہیں آیا۔</w:t>
      </w:r>
    </w:p>
    <w:p>
      <w:r>
        <w:rPr>
          <w:b/>
        </w:rPr>
        <w:t xml:space="preserve">[10:34] </w:t>
      </w:r>
      <w:r>
        <w:t>to hazaron saal ki tareekh mein jitnay baray baray log huay hain, baray baray political leader, baray baray dolatmand, baray baray writer, kisi ko bhi dekhiye, bertrand russell itna bara writer tha, woh frustration mein mara woh.</w:t>
      </w:r>
    </w:p>
    <w:p>
      <w:pPr>
        <w:jc w:val="right"/>
      </w:pPr>
      <w:r>
        <w:t>تو ہزاروں سال کی تاریخ میں جتنے بڑے بڑے لوگ ہوئے ہیں، بڑے بڑے پولیٹیکل لیڈر، بڑے بڑے دولت مند، بڑے بڑے رائٹر، کسی کو بھی دیکھیے، برٹن رسل اتنا بڑا رائٹر تھا، وہ فرسٹریشن میں مرا وہ۔</w:t>
      </w:r>
    </w:p>
    <w:p>
      <w:r>
        <w:rPr>
          <w:b/>
        </w:rPr>
        <w:t xml:space="preserve">[10:52] </w:t>
      </w:r>
      <w:r>
        <w:t>is ki book hai "the happiness". apnay aakhri dinon mein likhi hai</w:t>
      </w:r>
    </w:p>
    <w:p>
      <w:pPr>
        <w:jc w:val="right"/>
      </w:pPr>
      <w:r>
        <w:t>اس کی بک ہے "دا ہیپینس"۔ اپنے آخری دنوں میں لکھی ہے</w:t>
      </w:r>
    </w:p>
    <w:p>
      <w:r>
        <w:rPr>
          <w:b/>
        </w:rPr>
        <w:t xml:space="preserve">[10:58] </w:t>
      </w:r>
      <w:r>
        <w:t>is ne. to bertrand russell itna bara writer tha, is mein likhta hai ke "happiness" kitab mein ke insaan chahta hai khushi, lekin khushi is dunya mein achievable nahi.</w:t>
      </w:r>
    </w:p>
    <w:p>
      <w:pPr>
        <w:jc w:val="right"/>
      </w:pPr>
      <w:r>
        <w:t>اس نے۔ تو برٹن رسل اتنا بڑا رائٹر تھا، اس میں لکھتا ہے کہ "ہیپینس" کتاب میں کہ انسان چاہتا ہے خوشی، لیکن خوشی اس دنیا میں اچیویبل نہیں۔</w:t>
      </w:r>
    </w:p>
    <w:p>
      <w:r>
        <w:rPr>
          <w:b/>
        </w:rPr>
        <w:t xml:space="preserve">[11:10] </w:t>
      </w:r>
      <w:r>
        <w:t>yani happiness mil hi nahi sakti. ab bataiye kya hai zindagi? paisa kamao, kuch bhi hasil karo, lekin aakhir mein kya hai?</w:t>
      </w:r>
    </w:p>
    <w:p>
      <w:pPr>
        <w:jc w:val="right"/>
      </w:pPr>
      <w:r>
        <w:t>یعنی ہیپینس مل ہی نہیں سکتی۔ اب بتائیے کیا ہے زندگی؟ پیسہ کماؤ، کچھ بھی حاصل کرو، لیکن آخر میں کیا ہے؟</w:t>
      </w:r>
    </w:p>
    <w:p>
      <w:r>
        <w:rPr>
          <w:b/>
        </w:rPr>
        <w:t xml:space="preserve">[11:20] </w:t>
      </w:r>
      <w:r>
        <w:t>failure. abhi mein, mujhe kal aik qissa maloom hua,</w:t>
      </w:r>
    </w:p>
    <w:p>
      <w:pPr>
        <w:jc w:val="right"/>
      </w:pPr>
      <w:r>
        <w:t>فیلیر۔ ابھی میں، مجھے کل ایک قصہ معلوم ہوا،</w:t>
      </w:r>
    </w:p>
    <w:p>
      <w:r>
        <w:rPr>
          <w:b/>
        </w:rPr>
        <w:t xml:space="preserve">[11:27] </w:t>
      </w:r>
      <w:r>
        <w:t>bombay mein aik student ka,</w:t>
      </w:r>
    </w:p>
    <w:p>
      <w:pPr>
        <w:jc w:val="right"/>
      </w:pPr>
      <w:r>
        <w:t>بمبئی میں ایک اسٹوڈنٹ کا،</w:t>
      </w:r>
    </w:p>
    <w:p>
      <w:r>
        <w:rPr>
          <w:b/>
        </w:rPr>
        <w:t xml:space="preserve">[11:34] </w:t>
      </w:r>
      <w:r>
        <w:t>is ne suicide kar liya. yani aik student taqreeban bees saal ka, bombay mein parhta tha woh, to kisi competition mein woh baitha.</w:t>
      </w:r>
    </w:p>
    <w:p>
      <w:pPr>
        <w:jc w:val="right"/>
      </w:pPr>
      <w:r>
        <w:t>اس نے سوسائیڈ کر لیا۔ یعنی ایک اسٹوڈنٹ تقریباً بیس سال کا، بمبئی میں پڑھتا تھا وہ، تو کسی کمپیٹیشن میں وہ بیٹھا۔</w:t>
      </w:r>
    </w:p>
    <w:p>
      <w:r>
        <w:rPr>
          <w:b/>
        </w:rPr>
        <w:t xml:space="preserve">[11:48] </w:t>
      </w:r>
      <w:r>
        <w:t>woh pakka is ko yaqeen tha ke mein competition mein pass ho jaon ga. le liya jaon ga.</w:t>
      </w:r>
    </w:p>
    <w:p>
      <w:pPr>
        <w:jc w:val="right"/>
      </w:pPr>
      <w:r>
        <w:t>وہ پکا اس کو یقین تھا کہ میں کمپیٹیشن میں پاس ہو جاؤں گا۔ لے لیا جاؤں گا۔</w:t>
      </w:r>
    </w:p>
    <w:p>
      <w:r>
        <w:rPr>
          <w:b/>
        </w:rPr>
        <w:t xml:space="preserve">[11:57] </w:t>
      </w:r>
      <w:r>
        <w:t>lekin jis tareekh ko woh wait kar raha tha ke aaj result aye ga, to telephone ki ghanti baji, is ne uthaya, wahan se khabar aayi ke tum nahi liye gaye.</w:t>
      </w:r>
    </w:p>
    <w:p>
      <w:pPr>
        <w:jc w:val="right"/>
      </w:pPr>
      <w:r>
        <w:t>لیکن جس تاریخ کو وہ ویٹ کر رہا تھا کہ آج رزلٹ آئے گا، تو ٹیلی فون کی گھنٹی بجی، اس نے اٹھایا، وہاں سے خبر آئی کہ تم نہیں لیے گئے۔</w:t>
      </w:r>
    </w:p>
    <w:p>
      <w:r>
        <w:rPr>
          <w:b/>
        </w:rPr>
        <w:t xml:space="preserve">[12:11] </w:t>
      </w:r>
      <w:r>
        <w:t>yani competition mein tum fail ho gaye. jante hain kya hua</w:t>
      </w:r>
    </w:p>
    <w:p>
      <w:pPr>
        <w:jc w:val="right"/>
      </w:pPr>
      <w:r>
        <w:t>یعنی کمپیٹیشن میں تم فیل ہو گئے۔ جانتے ہیں کیا ہوا</w:t>
      </w:r>
    </w:p>
    <w:p>
      <w:r>
        <w:rPr>
          <w:b/>
        </w:rPr>
        <w:t xml:space="preserve">[12:15] </w:t>
      </w:r>
      <w:r>
        <w:t>? isi din is ne yeh kiya ke apni gardan mein aik kapra bandha aur ceiling fan se latak kar khudkushi, suicide kar li.</w:t>
      </w:r>
    </w:p>
    <w:p>
      <w:pPr>
        <w:jc w:val="right"/>
      </w:pPr>
      <w:r>
        <w:t>؟ اسی دن اس نے یہ کیا کہ اپنی گردن میں ایک کپڑا باندھا اور سیلنگ فین سے لٹک کر خودکشی، سوسائیڈ کر لی۔</w:t>
      </w:r>
    </w:p>
    <w:p>
      <w:r>
        <w:rPr>
          <w:b/>
        </w:rPr>
        <w:t xml:space="preserve">[12:26] </w:t>
      </w:r>
      <w:r>
        <w:t>aur note jo likha tha is ne, yeh abhi isi teen din pehle ki baat hai, bombay ki. note likha ke "i have been".</w:t>
      </w:r>
    </w:p>
    <w:p>
      <w:pPr>
        <w:jc w:val="right"/>
      </w:pPr>
      <w:r>
        <w:t>اور نوٹ جو لکھا تھا اس نے، یہ ابھی اسی تین دن پہلے کی بات ہے، بمبئی کی۔ نوٹ لکھا کہ "آئی ہیو بین"۔</w:t>
      </w:r>
    </w:p>
    <w:p>
      <w:r>
        <w:rPr>
          <w:b/>
        </w:rPr>
        <w:t xml:space="preserve">[12:39] </w:t>
      </w:r>
      <w:r>
        <w:t>"i have failed in my life".</w:t>
      </w:r>
    </w:p>
    <w:p>
      <w:pPr>
        <w:jc w:val="right"/>
      </w:pPr>
      <w:r>
        <w:t>"آئی ہیو فیلڈ ان مائی لائف"۔</w:t>
      </w:r>
    </w:p>
    <w:p>
      <w:r>
        <w:rPr>
          <w:b/>
        </w:rPr>
        <w:t xml:space="preserve">[12:42] </w:t>
      </w:r>
      <w:r>
        <w:t>woh larkay ne likha, "i have failed in my life".</w:t>
      </w:r>
    </w:p>
    <w:p>
      <w:pPr>
        <w:jc w:val="right"/>
      </w:pPr>
      <w:r>
        <w:t>وہ لڑکے نے لکھا، "آئی ہیو فیلڈ ان مائی لائف"۔</w:t>
      </w:r>
    </w:p>
    <w:p>
      <w:r>
        <w:rPr>
          <w:b/>
        </w:rPr>
        <w:t xml:space="preserve">[12:50] </w:t>
      </w:r>
      <w:r>
        <w:t>to mein ne jab yeh suna, yeh khabar, to mein ne kaha ke yeh larkay ki baat nahi hai, yeh saaray barhon ki baat bhi hai. sab aakhir mein yeh likh kar martay hain ke "i i failed in my life".</w:t>
      </w:r>
    </w:p>
    <w:p>
      <w:pPr>
        <w:jc w:val="right"/>
      </w:pPr>
      <w:r>
        <w:t>تو میں نے جب یہ سنا، یہ خبر، تو میں نے کہا کہ یہ لڑکے کی بات نہیں ہے، یہ سارے بڑوں کی بات بھی ہے۔ سب آخر میں یہ لکھ کر مرتے ہیں کہ "آئی آئی فیلڈ ان مائی لائف"۔</w:t>
      </w:r>
    </w:p>
    <w:p>
      <w:r>
        <w:rPr>
          <w:b/>
        </w:rPr>
        <w:t xml:space="preserve">[13:07] </w:t>
      </w:r>
      <w:r>
        <w:t>mein ne bohat se baray baray logon ki history nikali, kitab mein, internet mein, sab ka yeh aakhir mein yeh likha hua tha ke "he died in despair".</w:t>
      </w:r>
    </w:p>
    <w:p>
      <w:pPr>
        <w:jc w:val="right"/>
      </w:pPr>
      <w:r>
        <w:t>میں نے بہت سے بڑے بڑے لوگوں کی ہسٹری نکالی، کتاب میں، انٹرنیٹ میں، سب کا یہ آخر میں یہ لکھا ہوا تھا کہ "ہی ڈائیڈ ان ڈسپیئر"۔</w:t>
      </w:r>
    </w:p>
    <w:p>
      <w:r>
        <w:rPr>
          <w:b/>
        </w:rPr>
        <w:t xml:space="preserve">[13:17] </w:t>
      </w:r>
      <w:r>
        <w:t>"he died in failure".</w:t>
      </w:r>
    </w:p>
    <w:p>
      <w:pPr>
        <w:jc w:val="right"/>
      </w:pPr>
      <w:r>
        <w:t>"ہی ڈائیڈ ان فیلیر"۔</w:t>
      </w:r>
    </w:p>
    <w:p>
      <w:r>
        <w:rPr>
          <w:b/>
        </w:rPr>
        <w:t xml:space="preserve">[13:22] </w:t>
      </w:r>
      <w:r>
        <w:t>first world war ke zamanay mein india mein bohat bara top ka british tha,</w:t>
      </w:r>
    </w:p>
    <w:p>
      <w:pPr>
        <w:jc w:val="right"/>
      </w:pPr>
      <w:r>
        <w:t>فرسٹ ورلڈ وار کے زمانے میں انڈیا میں بہت بڑا ٹاپ کا برٹش تھا،</w:t>
      </w:r>
    </w:p>
    <w:p>
      <w:r>
        <w:rPr>
          <w:b/>
        </w:rPr>
        <w:t xml:space="preserve">[13:30] </w:t>
      </w:r>
      <w:r>
        <w:t>jo viceroy tha yahan. lekin kya hua? yahan se gaya london, aur wahan par woh chahta tha prime minister banna britain ka.</w:t>
      </w:r>
    </w:p>
    <w:p>
      <w:pPr>
        <w:jc w:val="right"/>
      </w:pPr>
      <w:r>
        <w:t>جو وائسرائے تھا یہاں۔ لیکن کیا ہوا؟ یہاں سے گیا لندن، اور وہاں پر وہ چاہتا تھا پرائم منسٹر بننا برٹن کا۔</w:t>
      </w:r>
    </w:p>
    <w:p>
      <w:r>
        <w:rPr>
          <w:b/>
        </w:rPr>
        <w:t xml:space="preserve">[13:45] </w:t>
      </w:r>
      <w:r>
        <w:t>lekin bilkul fresher ne mara woh. sab ka yeh, kisi ek do ka aadmi ki baat nahi hai yeh. sab ka yeh hai ke "I have failed in my life".</w:t>
      </w:r>
    </w:p>
    <w:p>
      <w:pPr>
        <w:jc w:val="right"/>
      </w:pPr>
      <w:r>
        <w:t>لیکن بالکل فریشر نے مرا وہ۔ سب کا یہ، کسی ایک دو کا آدمی کی بات نہیں ہے یہ۔ سب کا یہ ہے کہ "آئی ہیو فیلڈ ان مائی لائف"۔</w:t>
      </w:r>
    </w:p>
    <w:p>
      <w:r>
        <w:rPr>
          <w:b/>
        </w:rPr>
        <w:t xml:space="preserve">[13:57] </w:t>
      </w:r>
      <w:r>
        <w:t>"I have failed in my life". sab yahi keh kar marte hain.</w:t>
      </w:r>
    </w:p>
    <w:p>
      <w:pPr>
        <w:jc w:val="right"/>
      </w:pPr>
      <w:r>
        <w:t>"آئی ہیو فیلڈ ان مائی لائف"۔ سب یہی کہہ کر مرتے ہیں۔</w:t>
      </w:r>
    </w:p>
    <w:p>
      <w:r>
        <w:rPr>
          <w:b/>
        </w:rPr>
        <w:t xml:space="preserve">[14:00] </w:t>
      </w:r>
      <w:r>
        <w:t>to is par maine socha ke aisa hota kyun hai? is ka raaz kya hai? dekhiye, is ka raaz sirf ek hai.</w:t>
      </w:r>
    </w:p>
    <w:p>
      <w:pPr>
        <w:jc w:val="right"/>
      </w:pPr>
      <w:r>
        <w:t>تو اس پر میں نے سوچا کہ ایسا ہوتا کیوں ہے؟ اس کا راز کیا ہے؟ دیکھیے، اس کا راز صرف ایک ہے۔</w:t>
      </w:r>
    </w:p>
    <w:p>
      <w:r>
        <w:rPr>
          <w:b/>
        </w:rPr>
        <w:t xml:space="preserve">[14:10] </w:t>
      </w:r>
      <w:r>
        <w:t>do nahi hain, teen nahi hain, char nahi hain, paanch nahi hain. sirf ek hai. woh kya hai? Khuda ke creation plan ko jaane baghair zindagi ka naqsha banana.</w:t>
      </w:r>
    </w:p>
    <w:p>
      <w:pPr>
        <w:jc w:val="right"/>
      </w:pPr>
      <w:r>
        <w:t>دو نہیں ہیں، تین نہیں ہیں، چار نہیں ہیں، پانچ نہیں ہیں۔ صرف ایک ہے۔ وہ کیا ہے؟ خدا کے کریشن پلانٹ کو جانے بغیر زندگی کا نقشہ بنانا۔</w:t>
      </w:r>
    </w:p>
    <w:p>
      <w:r>
        <w:rPr>
          <w:b/>
        </w:rPr>
        <w:t xml:space="preserve">[14:26] </w:t>
      </w:r>
      <w:r>
        <w:t>yahi ek raaz hai.</w:t>
      </w:r>
    </w:p>
    <w:p>
      <w:pPr>
        <w:jc w:val="right"/>
      </w:pPr>
      <w:r>
        <w:t>یہی ایک راز ہے۔</w:t>
      </w:r>
    </w:p>
    <w:p>
      <w:r>
        <w:rPr>
          <w:b/>
        </w:rPr>
        <w:t xml:space="preserve">[14:31] </w:t>
      </w:r>
      <w:r>
        <w:t>yani "they plan their life without knowing what is the creation plan of God".</w:t>
      </w:r>
    </w:p>
    <w:p>
      <w:pPr>
        <w:jc w:val="right"/>
      </w:pPr>
      <w:r>
        <w:t>یعنی "دے پلانٹ دیر لائف ودا آؤٹ نوئنگ واٹ از دا کریشن پلانٹ آف گاڈ"۔</w:t>
      </w:r>
    </w:p>
    <w:p>
      <w:r>
        <w:rPr>
          <w:b/>
        </w:rPr>
        <w:t xml:space="preserve">[14:42] </w:t>
      </w:r>
      <w:r>
        <w:t>yeh aise hai jaise ke aap ek nai sophisticated car mangwayen, aur aap us ko baghair jaane hue ke woh us ki, us ki, us ka kya hai woh technology,</w:t>
      </w:r>
    </w:p>
    <w:p>
      <w:pPr>
        <w:jc w:val="right"/>
      </w:pPr>
      <w:r>
        <w:t>یہ ایسے ہے جیسے کہ آپ ایک نئی سوفیسٹیکیٹڈ کار منگوائیں، اور آپ اس کو بغیر جانے ہوئے کہ وہ اس کی، اس کی، اس کا کیا ہے وہ ٹیکنالوجی،</w:t>
      </w:r>
    </w:p>
    <w:p>
      <w:r>
        <w:rPr>
          <w:b/>
        </w:rPr>
        <w:t xml:space="preserve">[14:58] </w:t>
      </w:r>
      <w:r>
        <w:t>aap baith jayen aur ghumane idhar udhar, to kya hoga? accident hoga aur aap bhi marenge, aur car bhi tabah ho jayegi.</w:t>
      </w:r>
    </w:p>
    <w:p>
      <w:pPr>
        <w:jc w:val="right"/>
      </w:pPr>
      <w:r>
        <w:t>آپ بیٹھ جائیں اور گھمانے ادھر ادھر، تو کیا ہوگا؟ ایکسیڈنٹ ہوگا اور آپ بھی مریں گے، اور کار بھی تباہ ہو جائے گی۔</w:t>
      </w:r>
    </w:p>
    <w:p>
      <w:r>
        <w:rPr>
          <w:b/>
        </w:rPr>
        <w:t xml:space="preserve">[15:08] </w:t>
      </w:r>
      <w:r>
        <w:t>to aap ko jaanna padta hai ke yeh jo car hai nai, sophisticated car, engineer ne kaise us ko banaya hai? engineer ki,</w:t>
      </w:r>
    </w:p>
    <w:p>
      <w:pPr>
        <w:jc w:val="right"/>
      </w:pPr>
      <w:r>
        <w:t>تو آپ کو جاننا پڑتا ہے کہ یہ جو کار ہے نئی، سوفیسٹیکیٹڈ کار، انجینئر نے کیسے اس کو بنایا ہے؟ انجینئر کی،</w:t>
      </w:r>
    </w:p>
    <w:p>
      <w:r>
        <w:rPr>
          <w:b/>
        </w:rPr>
        <w:t xml:space="preserve">[15:21] </w:t>
      </w:r>
      <w:r>
        <w:t>yani is is automatic car ko, is sophisticated car ko jis mind ne banaya hai, woh kis tarah banaya hai?</w:t>
      </w:r>
    </w:p>
    <w:p>
      <w:pPr>
        <w:jc w:val="right"/>
      </w:pPr>
      <w:r>
        <w:t>یعنی اس اس آٹومیٹک کار کو، اس سوفیسٹیکیٹڈ کار کو جس مائنڈ نے بنایا ہے، وہ کس طرح بنایا ہے؟</w:t>
      </w:r>
    </w:p>
    <w:p>
      <w:r>
        <w:rPr>
          <w:b/>
        </w:rPr>
        <w:t xml:space="preserve">[15:27] </w:t>
      </w:r>
      <w:r>
        <w:t>to is ka aap pamphlet padhenge, us se puchhenge, training lenge. aise hi nahi chalane lagenge.</w:t>
      </w:r>
    </w:p>
    <w:p>
      <w:pPr>
        <w:jc w:val="right"/>
      </w:pPr>
      <w:r>
        <w:t>تو اس کا آپ پمفلیٹ پڑھیں گے، اس سے پوچھیں گے، ٹریننگ لیں گے۔ ایسے ہی نہیں چلانے لگیں گے۔</w:t>
      </w:r>
    </w:p>
    <w:p>
      <w:r>
        <w:rPr>
          <w:b/>
        </w:rPr>
        <w:t xml:space="preserve">[15:36] </w:t>
      </w:r>
      <w:r>
        <w:t>to yeh yeh jo duniya hai itni badi, jo ek car se trillion trillion trillion time zyada badi hai,</w:t>
      </w:r>
    </w:p>
    <w:p>
      <w:pPr>
        <w:jc w:val="right"/>
      </w:pPr>
      <w:r>
        <w:t>تو یہ یہ جو دنیا ہے اتنی بڑی، جو ایک کار سے ٹریلین ٹریلین ٹریلین ٹائم زیادہ بڑی ہے،</w:t>
      </w:r>
    </w:p>
    <w:p>
      <w:r>
        <w:rPr>
          <w:b/>
        </w:rPr>
        <w:t xml:space="preserve">[15:48] </w:t>
      </w:r>
      <w:r>
        <w:t>to saare log kya kar rahe hain? ke yeh yeh jaane baghair ke jis ne create kiya hai, jo khalique hai is universe ka, us ka apna naqsha kya hai?</w:t>
      </w:r>
    </w:p>
    <w:p>
      <w:pPr>
        <w:jc w:val="right"/>
      </w:pPr>
      <w:r>
        <w:t>تو سارے لوگ کیا کر رہے ہیں؟ کہ یہ یہ جانے بغیر کہ جس نے کریٹ کیا ہے، جو خالق ہے اس یونیورس کا، اس کا اپنا نقشہ کیا ہے؟</w:t>
      </w:r>
    </w:p>
    <w:p>
      <w:r>
        <w:rPr>
          <w:b/>
        </w:rPr>
        <w:t xml:space="preserve">[16:02] </w:t>
      </w:r>
      <w:r>
        <w:t>kis naqshe ke tehat us ne banaya hai?</w:t>
      </w:r>
    </w:p>
    <w:p>
      <w:pPr>
        <w:jc w:val="right"/>
      </w:pPr>
      <w:r>
        <w:t>کس نقشے کے تحت اس نے بنایا ہے؟</w:t>
      </w:r>
    </w:p>
    <w:p>
      <w:r>
        <w:rPr>
          <w:b/>
        </w:rPr>
        <w:t xml:space="preserve">[16:09] </w:t>
      </w:r>
      <w:r>
        <w:t>to Khuda ne banaya hai, suppose pani peene ke liye, aap peene ke bajaye us ko kya karen?</w:t>
      </w:r>
    </w:p>
    <w:p>
      <w:pPr>
        <w:jc w:val="right"/>
      </w:pPr>
      <w:r>
        <w:t>تو خدا نے بنایا ہے، سپوز پانی پینے کے لیے، آپ پینے کے بجائے اس کو کیا کریں؟</w:t>
      </w:r>
    </w:p>
    <w:p>
      <w:r>
        <w:rPr>
          <w:b/>
        </w:rPr>
        <w:t xml:space="preserve">[16:17] </w:t>
      </w:r>
      <w:r>
        <w:t>sar par bahate rahen, sar bahate rahen, to pyas to bujhegi nahi aap ki? pyas to nahi bujhegi? aap ko jaanna padega ke pani Khuda ne kyun banaya hai, tab aap us ko piyenge aap.</w:t>
      </w:r>
    </w:p>
    <w:p>
      <w:pPr>
        <w:jc w:val="right"/>
      </w:pPr>
      <w:r>
        <w:t>سر پر بہاتے رہیں، سر بہاتے رہیں، تو پیاس تو بجھے گی نہیں آپ کی؟ پیاس تو نہیں بجھے گی؟ آپ کو جاننا پڑے گا کہ پانی خدا نے کیوں بنایا ہے، تب آپ اس کو پیئیں گے آپ۔</w:t>
      </w:r>
    </w:p>
    <w:p>
      <w:r>
        <w:rPr>
          <w:b/>
        </w:rPr>
        <w:t xml:space="preserve">[16:30] </w:t>
      </w:r>
      <w:r>
        <w:t>nahi to sar par bahate rahenge aur pyas waisi ki waisi baqi rahegi aap ki. tadap tadap kar mar jayenge aap. to basic raaz jo hai ke saari duniya ke log kyun despair mein mar rahe hain?</w:t>
      </w:r>
    </w:p>
    <w:p>
      <w:pPr>
        <w:jc w:val="right"/>
      </w:pPr>
      <w:r>
        <w:t>نہیں تو سر پر بہاتے رہیں گے اور پیاس ویسی کی ویسی باقی رہے گی آپ کی۔ تڑپ تڑپ کر مر جائیں گے آپ۔ تو بیسک راز جو ہے کہ ساری دنیا کے لوگ کیوں ڈسپیئر میں مر رہے ہیں؟</w:t>
      </w:r>
    </w:p>
    <w:p>
      <w:r>
        <w:rPr>
          <w:b/>
        </w:rPr>
        <w:t xml:space="preserve">[16:42] </w:t>
      </w:r>
      <w:r>
        <w:t>kyun frustration mein mar rahe hain? kyun yeh keh</w:t>
      </w:r>
    </w:p>
    <w:p>
      <w:pPr>
        <w:jc w:val="right"/>
      </w:pPr>
      <w:r>
        <w:t>کیوں فرسٹریشن میں مر رہے ہیں؟ کیوں یہ کہہ</w:t>
      </w:r>
    </w:p>
    <w:p>
      <w:r>
        <w:rPr>
          <w:b/>
        </w:rPr>
        <w:t xml:space="preserve">[16:45] </w:t>
      </w:r>
      <w:r>
        <w:t>kar marta hai aadmi ke "I have been fail". "I have failed in my life". kyun?</w:t>
      </w:r>
    </w:p>
    <w:p>
      <w:pPr>
        <w:jc w:val="right"/>
      </w:pPr>
      <w:r>
        <w:t>کر مرتا ہے آدمی کہ "آئی ہیو بین فیل"۔ "آئی ہیو فیلڈ ان مائی لائف"۔ کیوں؟</w:t>
      </w:r>
    </w:p>
    <w:p>
      <w:r>
        <w:rPr>
          <w:b/>
        </w:rPr>
        <w:t xml:space="preserve">[16:55] </w:t>
      </w:r>
      <w:r>
        <w:t>creation plan ko jaane baghair. maslan is student ko agar woh mujh se mulaqat hui hoti to main kehta ke "it is it is the law of nature".</w:t>
      </w:r>
    </w:p>
    <w:p>
      <w:pPr>
        <w:jc w:val="right"/>
      </w:pPr>
      <w:r>
        <w:t>کریشن پلانٹ کو جانے بغیر۔ مثلاً اس اسٹوڈنٹ کو اگر وہ مجھ سے ملاقات ہوئی ہوتی تو میں کہتا کہ "اٹ از اٹ از دا لاء آف نیچر"۔</w:t>
      </w:r>
    </w:p>
    <w:p>
      <w:r>
        <w:rPr>
          <w:b/>
        </w:rPr>
        <w:t xml:space="preserve">[17:07] </w:t>
      </w:r>
      <w:r>
        <w:t>law of nature jo hai, first chance aap ko khona padta hai, tab second chance ko aap avail kar paate</w:t>
      </w:r>
    </w:p>
    <w:p>
      <w:pPr>
        <w:jc w:val="right"/>
      </w:pPr>
      <w:r>
        <w:t>لاء آف نیچر جو ہے، فرسٹ چانس آپ کو کھونا پڑتا ہے، تب سیکنڈ چانس کو آپ اویل کر پاتے</w:t>
      </w:r>
    </w:p>
    <w:p>
      <w:r>
        <w:rPr>
          <w:b/>
        </w:rPr>
        <w:t xml:space="preserve">[17:14] </w:t>
      </w:r>
      <w:r>
        <w:t>hain. first chance means experience. aap ne first chance ko samajh liya, achievement.</w:t>
      </w:r>
    </w:p>
    <w:p>
      <w:pPr>
        <w:jc w:val="right"/>
      </w:pPr>
      <w:r>
        <w:t>ہیں۔ فرسٹ چانس مینز ایکسپیرینس۔ آپ نے فرسٹ چانس کو سمجھ لیا، اچیومنٹ۔</w:t>
      </w:r>
    </w:p>
    <w:p>
      <w:r>
        <w:rPr>
          <w:b/>
        </w:rPr>
        <w:t xml:space="preserve">[17:23] </w:t>
      </w:r>
      <w:r>
        <w:t>first chance kisi ke liye achievement nahi hota. first chance hamesha tajrube ke liye hota hai, experience ke liye hota hai. to law of nature ko janiye.</w:t>
      </w:r>
    </w:p>
    <w:p>
      <w:pPr>
        <w:jc w:val="right"/>
      </w:pPr>
      <w:r>
        <w:t>فرسٹ چانس کسی کے لیے اچیومنٹ نہیں ہوتا۔ فرسٹ چانس ہمیشہ تجربے کے لیے ہوتا ہے، ایکسپیرینس کے لیے ہوتا ہے۔ تو لاء آف نیچر کو جانیے۔</w:t>
      </w:r>
    </w:p>
    <w:p>
      <w:r>
        <w:rPr>
          <w:b/>
        </w:rPr>
        <w:t xml:space="preserve">[17:32] </w:t>
      </w:r>
      <w:r>
        <w:t>law of nature ke mutabiq first chance to aap ko khona hi khona hai. aap ko ke har ek ko. sirf second chance ko aap avail kar payenge.</w:t>
      </w:r>
    </w:p>
    <w:p>
      <w:pPr>
        <w:jc w:val="right"/>
      </w:pPr>
      <w:r>
        <w:t>لاء آف نیچر کے مطابق فرسٹ چانس تو آپ کو کھونا ہی کھونا ہے۔ آپ کو کہ ہر ایک کو۔ صرف سیکنڈ چانس کو آپ اویل کر پائیں گے۔</w:t>
      </w:r>
    </w:p>
    <w:p>
      <w:r>
        <w:rPr>
          <w:b/>
        </w:rPr>
        <w:t xml:space="preserve">[17:45] </w:t>
      </w:r>
      <w:r>
        <w:t>to aap aap ko khud suicide karne ki kya zaroorat hai? jo ho raha hai woh to "it is but natural". jo ho raha hai wahi hona chahiye tha.</w:t>
      </w:r>
    </w:p>
    <w:p>
      <w:pPr>
        <w:jc w:val="right"/>
      </w:pPr>
      <w:r>
        <w:t>تو آپ آپ کو خود سوسائیڈ کرنے کی کیا ضرورت ہے؟ جو ہو رہا ہے وہ تو "اٹ از بٹ نیچرل"۔ جو ہو رہا ہے وہی ہونا چاہیے تھا۔</w:t>
      </w:r>
    </w:p>
    <w:p>
      <w:r>
        <w:rPr>
          <w:b/>
        </w:rPr>
        <w:t xml:space="preserve">[17:55] </w:t>
      </w:r>
      <w:r>
        <w:t>ab dekhen agar is student ko yeh pata hota ke first chance to khona hi khona hai, is ke liye to suicide kyun kar rahe ho?</w:t>
      </w:r>
    </w:p>
    <w:p>
      <w:pPr>
        <w:jc w:val="right"/>
      </w:pPr>
      <w:r>
        <w:t>اب دیکھیں اگر اس اسٹوڈنٹ کو یہ پتہ ہوتا کہ فرسٹ چانس تو کھونا ہی کھونا ہے، اس کے لیے تو سوسائیڈ کیوں کر رہے ہو؟</w:t>
      </w:r>
    </w:p>
    <w:p>
      <w:r>
        <w:rPr>
          <w:b/>
        </w:rPr>
        <w:t xml:space="preserve">[18:09] </w:t>
      </w:r>
      <w:r>
        <w:t>second chance abhi baqi hai, is ko avail karo.</w:t>
      </w:r>
    </w:p>
    <w:p>
      <w:pPr>
        <w:jc w:val="right"/>
      </w:pPr>
      <w:r>
        <w:t>سیکنڈ چانس ابھی باقی ہے، اس کو اویل کرو۔</w:t>
      </w:r>
    </w:p>
    <w:p>
      <w:r>
        <w:rPr>
          <w:b/>
        </w:rPr>
        <w:t xml:space="preserve">[18:13] </w:t>
      </w:r>
      <w:r>
        <w:t>to is ko ek hosla milta, ek umeed milti. lekin creation plan ko na janne ki wajah se, Khuda ke, woh par gaya frustration mein, yahan tak ke suicide kar liya.</w:t>
      </w:r>
    </w:p>
    <w:p>
      <w:pPr>
        <w:jc w:val="right"/>
      </w:pPr>
      <w:r>
        <w:t>تو اس کو ایک حوصلہ ملتا، ایک امید ملتی۔ لیکن کریشن پلانٹ کو نہ جاننے کی وجہ سے، خدا کے، وہ پڑ گیا فرسٹریشن میں، یہاں تک کہ سوسائیڈ کر لیا۔</w:t>
      </w:r>
    </w:p>
    <w:p>
      <w:r>
        <w:rPr>
          <w:b/>
        </w:rPr>
        <w:t xml:space="preserve">[18:23] </w:t>
      </w:r>
      <w:r>
        <w:t>aise hi Plato jo tha, us ne chaha ke ideal state banaye. ideal state is tarah nahi ban sakti ke Alexander aap ka disciple ho.</w:t>
      </w:r>
    </w:p>
    <w:p>
      <w:pPr>
        <w:jc w:val="right"/>
      </w:pPr>
      <w:r>
        <w:t>ایسے ہی پلیٹو جو تھا، اس نے چاہا کہ آئیڈیل اسٹیٹ بنائے۔ آئیڈیل اسٹیٹ اس طرح نہیں بن سکتی کہ الیگزینڈر آپ کا ڈسائپل ہو۔</w:t>
      </w:r>
    </w:p>
    <w:p>
      <w:r>
        <w:rPr>
          <w:b/>
        </w:rPr>
        <w:t xml:space="preserve">[18:36] </w:t>
      </w:r>
      <w:r>
        <w:t>sari duniya ke log aap ke disciple hon, tab bhi nahi ban sakti. ki</w:t>
      </w:r>
    </w:p>
    <w:p>
      <w:pPr>
        <w:jc w:val="right"/>
      </w:pPr>
      <w:r>
        <w:t>ساری دنیا کے لوگ آپ کے ڈسائپل ہوں، تب بھی نہیں بن سکتی۔ کی</w:t>
      </w:r>
    </w:p>
    <w:p>
      <w:r>
        <w:rPr>
          <w:b/>
        </w:rPr>
        <w:t xml:space="preserve">[18:40] </w:t>
      </w:r>
      <w:r>
        <w:t>yun? ideal state Khuda ke creation plan mein hai hi nahi. hai hi nahi. Khuda ke creation plan mein ideal paradise hai, ideal state nahi hai.</w:t>
      </w:r>
    </w:p>
    <w:p>
      <w:pPr>
        <w:jc w:val="right"/>
      </w:pPr>
      <w:r>
        <w:t>وں؟ آئیڈیل اسٹیٹ خدا کے کریشن پلانٹ میں ہے ہی نہیں۔ ہے ہی نہیں۔ خدا کے کریشن پلانٹ میں آئیڈیل پیراڈائز ہے، آئیڈیل اسٹیٹ نہیں ہے۔</w:t>
      </w:r>
    </w:p>
    <w:p>
      <w:r>
        <w:rPr>
          <w:b/>
        </w:rPr>
        <w:t xml:space="preserve">[18:54] </w:t>
      </w:r>
      <w:r>
        <w:t>yani is duniya mein aap chahen ke aap ideal state banayein, ideal samaj banayein, to impossible hai yeh. jo impossible hai woh aap kaise achieve karenge?</w:t>
      </w:r>
    </w:p>
    <w:p>
      <w:pPr>
        <w:jc w:val="right"/>
      </w:pPr>
      <w:r>
        <w:t>یعنی اس دنیا میں آپ چاہیں کہ آپ آئیڈیل اسٹیٹ بنائیں، آئیڈیل سماج بنائیں، تو امپاسیبل ہے یہ۔ جو امپاسیبل ہے وہ آپ کیسے اچیو کریں گے؟</w:t>
      </w:r>
    </w:p>
    <w:p>
      <w:r>
        <w:rPr>
          <w:b/>
        </w:rPr>
        <w:t xml:space="preserve">[19:08] </w:t>
      </w:r>
      <w:r>
        <w:t>woh to Khuda ne is duniya ko banaya hai sirf test ke liye. ideal samaj ya ideal state ya ideal home ya ideal paradise, woh to post death period mein hai.</w:t>
      </w:r>
    </w:p>
    <w:p>
      <w:pPr>
        <w:jc w:val="right"/>
      </w:pPr>
      <w:r>
        <w:t>وہ تو خدا نے اس دنیا کو بنایا ہے صرف ٹیسٹ کے لیے۔ آئیڈیل سماج یا آئیڈیل اسٹیٹ یا آئیڈیل ہوم یا آئیڈیل پیراڈائز، وہ تو پوسٹ ڈیتھ پیریڈ میں ہے۔</w:t>
      </w:r>
    </w:p>
    <w:p>
      <w:r>
        <w:rPr>
          <w:b/>
        </w:rPr>
        <w:t xml:space="preserve">[19:20] </w:t>
      </w:r>
      <w:r>
        <w:t>agar Plato is baat ko janta to aisa target na leta jo target achievable nahi tha. woh target achievable hi nahi tha.</w:t>
      </w:r>
    </w:p>
    <w:p>
      <w:pPr>
        <w:jc w:val="right"/>
      </w:pPr>
      <w:r>
        <w:t>اگر پلیٹو اس بات کو جانتا تو ایسا ٹارگٹ نہ لیتا جو ٹارگٹ اچیویبل نہیں تھا۔ وہ ٹارگٹ اچیویبل ہی نہیں تھا۔</w:t>
      </w:r>
    </w:p>
    <w:p>
      <w:r>
        <w:rPr>
          <w:b/>
        </w:rPr>
        <w:t xml:space="preserve">[19:30] </w:t>
      </w:r>
      <w:r>
        <w:t>lekin aap dekhiye, Plato, Rousseau, Marx, Gandhi, Tagore, sab yahi karte rahe.</w:t>
      </w:r>
    </w:p>
    <w:p>
      <w:pPr>
        <w:jc w:val="right"/>
      </w:pPr>
      <w:r>
        <w:t>لیکن آپ دیکھیے، پلیٹو، روسو، مارس، گاندھی، ٹیگور، سب یہی کرتے رہے۔</w:t>
      </w:r>
    </w:p>
    <w:p>
      <w:r>
        <w:rPr>
          <w:b/>
        </w:rPr>
        <w:t xml:space="preserve">[19:39] </w:t>
      </w:r>
      <w:r>
        <w:t>ideal samaj, ideal state, ideal system, ideal education, isi ko target banate rahe yeh sare log. aur har ek, har ek kya hua?</w:t>
      </w:r>
    </w:p>
    <w:p>
      <w:pPr>
        <w:jc w:val="right"/>
      </w:pPr>
      <w:r>
        <w:t>آئیڈیل سماج، آئیڈیل اسٹیٹ، آئیڈیل سسٹم، آئیڈیل ایجوکیشن، اسی کو ٹارگٹ بناتے رہے یہ سارے لوگ۔ اور ہر ایک، ہر ایک کیا ہوا؟</w:t>
      </w:r>
    </w:p>
    <w:p>
      <w:r>
        <w:rPr>
          <w:b/>
        </w:rPr>
        <w:t xml:space="preserve">[19:50] </w:t>
      </w:r>
      <w:r>
        <w:t>despair mein mara.</w:t>
      </w:r>
    </w:p>
    <w:p>
      <w:pPr>
        <w:jc w:val="right"/>
      </w:pPr>
      <w:r>
        <w:t>ڈسپیئر میں مرا۔</w:t>
      </w:r>
    </w:p>
    <w:p>
      <w:r>
        <w:rPr>
          <w:b/>
        </w:rPr>
        <w:t xml:space="preserve">[19:54] </w:t>
      </w:r>
      <w:r>
        <w:t>aap ko janna parega ke Khuda ne, Khuda ka jo creation plan hai, woh kya hai.</w:t>
      </w:r>
    </w:p>
    <w:p>
      <w:pPr>
        <w:jc w:val="right"/>
      </w:pPr>
      <w:r>
        <w:t>آپ کو جاننا پڑے گا کہ خدا نے، خدا کا جو کریشن پلانٹ ہے، وہ کیا ہے۔</w:t>
      </w:r>
    </w:p>
    <w:p>
      <w:r>
        <w:rPr>
          <w:b/>
        </w:rPr>
        <w:t xml:space="preserve">[20:04] </w:t>
      </w:r>
      <w:r>
        <w:t>isi ke framework mein aap kaam karna parega aap ko, tab aap k</w:t>
      </w:r>
    </w:p>
    <w:p>
      <w:pPr>
        <w:jc w:val="right"/>
      </w:pPr>
      <w:r>
        <w:t>اسی کے فریم ورک میں آپ کام کرنا پڑے گا آپ کو، تب آپ ک</w:t>
      </w:r>
    </w:p>
    <w:p>
      <w:r>
        <w:rPr>
          <w:b/>
        </w:rPr>
        <w:t xml:space="preserve">[20:08] </w:t>
      </w:r>
      <w:r>
        <w:t>amyab honge. nahi to nakami maqdar hai.</w:t>
      </w:r>
    </w:p>
    <w:p>
      <w:pPr>
        <w:jc w:val="right"/>
      </w:pPr>
      <w:r>
        <w:t>امیاب ہوں گے۔ نہیں تو ناکامی مقدر ہے۔</w:t>
      </w:r>
    </w:p>
    <w:p>
      <w:r>
        <w:rPr>
          <w:b/>
        </w:rPr>
        <w:t xml:space="preserve">[20:13] </w:t>
      </w:r>
      <w:r>
        <w:t>jaise ke maine arz kiya ke pani banaya hai Khuda ne pyas bhujhane ke liye, aap sar bahaiye, hazar saal tak sar par bahate rahiye, pyas to bujhegi nahi.</w:t>
      </w:r>
    </w:p>
    <w:p>
      <w:pPr>
        <w:jc w:val="right"/>
      </w:pPr>
      <w:r>
        <w:t>جیسے کہ میں نے عرض کیا کہ پانی بنایا ہے خدا نے پیاس بجھانے کے لیے، آپ سر بہائیے، ہزار سال تک سر پر بہاتے رہیے، پیاس تو بجھے گی نہیں۔</w:t>
      </w:r>
    </w:p>
    <w:p>
      <w:r>
        <w:rPr>
          <w:b/>
        </w:rPr>
        <w:t xml:space="preserve">[20:23] </w:t>
      </w:r>
      <w:r>
        <w:t>pyas to bujhegi nahi.</w:t>
      </w:r>
    </w:p>
    <w:p>
      <w:pPr>
        <w:jc w:val="right"/>
      </w:pPr>
      <w:r>
        <w:t>پیاس تو بجھے گی نہیں۔</w:t>
      </w:r>
    </w:p>
    <w:p>
      <w:r>
        <w:rPr>
          <w:b/>
        </w:rPr>
        <w:t xml:space="preserve">[20:26] </w:t>
      </w:r>
      <w:r>
        <w:t>to yeh sare log jo hain, jaise yeh Tony Blair aur George Bush agar jante ke Khuda kis ko political power mile, kis ko na mile, yeh is ka,</w:t>
      </w:r>
    </w:p>
    <w:p>
      <w:pPr>
        <w:jc w:val="right"/>
      </w:pPr>
      <w:r>
        <w:t>تو یہ سارے لوگ جو ہیں، جیسے یہ ٹونی بلیئر اور جارج بش اگر جانتے کہ خدا کس کو پولیٹیکل پاور ملے، کس کو نہ ملے، یہ اس کا،</w:t>
      </w:r>
    </w:p>
    <w:p>
      <w:r>
        <w:rPr>
          <w:b/>
        </w:rPr>
        <w:t xml:space="preserve">[20:40] </w:t>
      </w:r>
      <w:r>
        <w:t>is is ka teacher Khuda kya hota hai? aap nahi kar sakte. Quran mein likha hua hai: "Allah malik ul mulk tu ul mulka man tasha wa tanza ul mulka miman tasha".</w:t>
      </w:r>
    </w:p>
    <w:p>
      <w:pPr>
        <w:jc w:val="right"/>
      </w:pPr>
      <w:r>
        <w:t>اس اس کا ٹیسچر خدا کیا ہوتا ہے؟ آپ نہیں کر سکتے۔ قرآن میں لکھا ہوا ہے: "اللہ مالک الملک تو الملک منتشا وتنزع الملک منتشا"۔</w:t>
      </w:r>
    </w:p>
    <w:p>
      <w:r>
        <w:rPr>
          <w:b/>
        </w:rPr>
        <w:t xml:space="preserve">[20:54] </w:t>
      </w:r>
      <w:r>
        <w:t>yani yeh Khuda hai jo kisi ko power, political power deta hai, kisi se political power chheenta hai. to aap God ke domain mein dakhil ho gaye.</w:t>
      </w:r>
    </w:p>
    <w:p>
      <w:pPr>
        <w:jc w:val="right"/>
      </w:pPr>
      <w:r>
        <w:t>یعنی یہ خدا ہے جو کسی کو پاور، پولیٹیکل پاور دیتا ہے، کسی سے پولیٹیکل پاور چھینتا ہے۔ تو آپ گاڈ کے ڈومین میں داخل ہو گئے۔</w:t>
      </w:r>
    </w:p>
    <w:p>
      <w:r>
        <w:rPr>
          <w:b/>
        </w:rPr>
        <w:t xml:space="preserve">[21:05] </w:t>
      </w:r>
      <w:r>
        <w:t>yani political power ko dena, political power ko chheenna, yeh Khuda ke ikhtiyar ki baat hai. to Tony Blair aur aur aur George Bush ne kya kiya?</w:t>
      </w:r>
    </w:p>
    <w:p>
      <w:pPr>
        <w:jc w:val="right"/>
      </w:pPr>
      <w:r>
        <w:t>یعنی پولیٹیکل پاور کو دینا، پولیٹیکل پاور کو چھیننا، یہ خدا کے اختیار کی بات ہے۔ تو ٹونی بلیئر اور اور اور جارج بش نے کیا کیا؟</w:t>
      </w:r>
    </w:p>
    <w:p>
      <w:r>
        <w:rPr>
          <w:b/>
        </w:rPr>
        <w:t xml:space="preserve">[21:17] </w:t>
      </w:r>
      <w:r>
        <w:t>Khuda ke domain mein dakhil ho gaye.</w:t>
      </w:r>
    </w:p>
    <w:p>
      <w:pPr>
        <w:jc w:val="right"/>
      </w:pPr>
      <w:r>
        <w:t>خدا کے ڈومین میں داخل ہو گئے۔</w:t>
      </w:r>
    </w:p>
    <w:p>
      <w:r>
        <w:rPr>
          <w:b/>
        </w:rPr>
        <w:t xml:space="preserve">[21:20] </w:t>
      </w:r>
      <w:r>
        <w:t>to jo Khuda ke domain mein dakhil hoga, kya aap samajhte hain ke woh woh kamyab hoga? woh successful hoga? woh kabhi nahi.</w:t>
      </w:r>
    </w:p>
    <w:p>
      <w:pPr>
        <w:jc w:val="right"/>
      </w:pPr>
      <w:r>
        <w:t>تو جو خدا کے ڈومین میں داخل ہوگا، کیا آپ سمجھتے ہیں کہ وہ وہ کامیاب ہوگا؟ وہ سکسیس فل ہوگا؟ وہ کبھی نہیں۔</w:t>
      </w:r>
    </w:p>
    <w:p>
      <w:r>
        <w:rPr>
          <w:b/>
        </w:rPr>
        <w:t xml:space="preserve">[21:29] </w:t>
      </w:r>
      <w:r>
        <w:t>yeh doom to failure. yeh doom to failure.</w:t>
      </w:r>
    </w:p>
    <w:p>
      <w:pPr>
        <w:jc w:val="right"/>
      </w:pPr>
      <w:r>
        <w:t>یہ ڈوم ٹو فیلیر۔ یہ ڈوم ٹو فیلیر۔</w:t>
      </w:r>
    </w:p>
    <w:p>
      <w:r>
        <w:rPr>
          <w:b/>
        </w:rPr>
        <w:t xml:space="preserve">[21:38] </w:t>
      </w:r>
      <w:r>
        <w:t>to dekhiye, yeh baat mein is liye keh raha hoon ke jo Quran ki ayat maine padhi: "Wa ma arsalnaka illa rahmatan lil alameen", is ko samjhiye.</w:t>
      </w:r>
    </w:p>
    <w:p>
      <w:pPr>
        <w:jc w:val="right"/>
      </w:pPr>
      <w:r>
        <w:t>تو دیکھیے، یہ بات میں اس لیے کہہ رہا ہوں کہ جو قرآن کی آیت میں نے پڑھی: "وما أرسلناك إلا رحمة للعالمين"، اس کو سمجھیے۔</w:t>
      </w:r>
    </w:p>
    <w:p>
      <w:r>
        <w:rPr>
          <w:b/>
        </w:rPr>
        <w:t xml:space="preserve">[21:51] </w:t>
      </w:r>
      <w:r>
        <w:t>aam taur par is ko log bohat hi liptid maani mein lete hain. bohat hi mysterious maani mein. koi mysteriously aap ko koi fazilat mili hui hai.</w:t>
      </w:r>
    </w:p>
    <w:p>
      <w:pPr>
        <w:jc w:val="right"/>
      </w:pPr>
      <w:r>
        <w:t>عام طور پر اس کو لوگ بہت ہی لپٹڈ معنی میں لیتے ہیں۔ بہت ہی مسٹیریس معنی میں۔ کوئی مسٹیریسلی آپ کو کوئی فضیلت ملی ہوئی ہے۔</w:t>
      </w:r>
    </w:p>
    <w:p>
      <w:r>
        <w:rPr>
          <w:b/>
        </w:rPr>
        <w:t xml:space="preserve">[22:01] </w:t>
      </w:r>
      <w:r>
        <w:t>bilkul galat hai aisa maanna. yeh mystery nahi hai yeh.</w:t>
      </w:r>
    </w:p>
    <w:p>
      <w:pPr>
        <w:jc w:val="right"/>
      </w:pPr>
      <w:r>
        <w:t>بالکل غلط ہے ایسا ماننا۔ یہ مسٹری نہیں ہے یہ۔</w:t>
      </w:r>
    </w:p>
    <w:p>
      <w:r>
        <w:rPr>
          <w:b/>
        </w:rPr>
        <w:t xml:space="preserve">[22:07] </w:t>
      </w:r>
      <w:r>
        <w:t>yeh aik bohat bari scientific baat hai, bohat bari historical baat hai. woh kya? Allah taala ne Rasool Allah ko bheja taake woh dunya ko creation plant of God se aagah karein.</w:t>
      </w:r>
    </w:p>
    <w:p>
      <w:pPr>
        <w:jc w:val="right"/>
      </w:pPr>
      <w:r>
        <w:t>یہ ایک بہت بڑی سائنٹیفک بات ہے، بہت بڑی ہسٹاریکل بات ہے۔ وہ کیا؟ اللہ تعالیٰ نے رسول اللہ کو بھیجا تاکہ وہ دنیا کو کریشن پلانٹ آف گاڈ سے آگاہ کریں۔</w:t>
      </w:r>
    </w:p>
    <w:p>
      <w:r>
        <w:rPr>
          <w:b/>
        </w:rPr>
        <w:t xml:space="preserve">[22:22] </w:t>
      </w:r>
      <w:r>
        <w:t>taake insaan jo hai suicide kar ke na mare. taake insaan aisa target na banaye jo achieve hone wala nahi hai. woh aisa na kare ke dunya mein bhi fail aur aakhirat mein bhi</w:t>
      </w:r>
    </w:p>
    <w:p>
      <w:pPr>
        <w:jc w:val="right"/>
      </w:pPr>
      <w:r>
        <w:t>تاکہ انسان جو ہے سوسائیڈ کر کے نہ مرے۔ تاکہ انسان ایسا ٹارگٹ نہ بنائے جو اچیو ہونے والا نہیں ہے۔ وہ ایسا نہ کرے کہ دنیا میں بھی فیل اور آخرت میں بھی</w:t>
      </w:r>
    </w:p>
    <w:p>
      <w:r>
        <w:rPr>
          <w:b/>
        </w:rPr>
        <w:t xml:space="preserve">[22:35] </w:t>
      </w:r>
      <w:r>
        <w:t>fail. yahan bhi kuch na mile, wahan bhi kuch na mile. is is khusran se, is failure se bachane ke liye Khuda ne Rasool Allah ko bheja.</w:t>
      </w:r>
    </w:p>
    <w:p>
      <w:pPr>
        <w:jc w:val="right"/>
      </w:pPr>
      <w:r>
        <w:t>فیل۔ یہاں بھی کچھ نہ ملے، وہاں بھی کچھ نہ ملے۔ اس اس خسران سے، اس فیلیر سے بچانے کے لیے خدا نے رسول اللہ کو بھیجا۔</w:t>
      </w:r>
    </w:p>
    <w:p>
      <w:r>
        <w:rPr>
          <w:b/>
        </w:rPr>
        <w:t xml:space="preserve">[22:47] </w:t>
      </w:r>
      <w:r>
        <w:t>yeh koi mysterious baat nahi hai. yeh koi fazilat ki baat bhi nahi hai. yeh koi fazilat ki baat nahi hai. yeh aik scientific fact ki baat hai, aik historical fact ki baat hai.</w:t>
      </w:r>
    </w:p>
    <w:p>
      <w:pPr>
        <w:jc w:val="right"/>
      </w:pPr>
      <w:r>
        <w:t>یہ کوئی مسٹیریس بات نہیں ہے۔ یہ کوئی فضیلت کی بات بھی نہیں ہے۔ یہ کوئی فضیلت کی بات نہیں ہے۔ یہ ایک سائنٹیفک فیکٹ کی بات ہے، ایک ہسٹاریکل فیکٹ کی بات ہے۔</w:t>
      </w:r>
    </w:p>
    <w:p>
      <w:r>
        <w:rPr>
          <w:b/>
        </w:rPr>
        <w:t xml:space="preserve">[22:59] </w:t>
      </w:r>
      <w:r>
        <w:t>ke Khuda ne banaya is is dunya ko aur insaan ko basaya is zameen par.</w:t>
      </w:r>
    </w:p>
    <w:p>
      <w:pPr>
        <w:jc w:val="right"/>
      </w:pPr>
      <w:r>
        <w:t>کہ خدا نے بنایا اس اس دنیا کو اور انسان کو بسایا اس زمین پر۔</w:t>
      </w:r>
    </w:p>
    <w:p>
      <w:r>
        <w:rPr>
          <w:b/>
        </w:rPr>
        <w:t xml:space="preserve">[23:07] </w:t>
      </w:r>
      <w:r>
        <w:t>to Khuda hi ki yeh bhi responsibility thi ke woh bataye ke kyun banaya hai Khuda ne.</w:t>
      </w:r>
    </w:p>
    <w:p>
      <w:pPr>
        <w:jc w:val="right"/>
      </w:pPr>
      <w:r>
        <w:t>تو خدا ہی کی یہ بھی ریسپانسبیلٹی تھی کہ وہ بتائے کہ کیوں بنایا ہے خدا نے۔</w:t>
      </w:r>
    </w:p>
    <w:p>
      <w:r>
        <w:rPr>
          <w:b/>
        </w:rPr>
        <w:t xml:space="preserve">[23:16] </w:t>
      </w:r>
      <w:r>
        <w:t>jis tarah engineer, engineer is responsibility ko leta hai ke bataye yeh sophisticated car, yeh sophisticated machine, yeh sophisticated aeroplane, woh kaise banaya is ne?</w:t>
      </w:r>
    </w:p>
    <w:p>
      <w:pPr>
        <w:jc w:val="right"/>
      </w:pPr>
      <w:r>
        <w:t>جس طرح انجینئر، انجینئر اس ریسپانسبیلٹی کو لیتا ہے کہ بتائے یہ سوفیسٹیکیٹ کار، یہ سوفیسٹیکیٹڈ مشین، یہ سوفیسٹیکیٹڈ ایروپلین، وہ کیسے بنایا اس نے؟</w:t>
      </w:r>
    </w:p>
    <w:p>
      <w:r>
        <w:rPr>
          <w:b/>
        </w:rPr>
        <w:t xml:space="preserve">[23:28] </w:t>
      </w:r>
      <w:r>
        <w:t>kaise is ko chalaya jaye ga? yeh is ki responsibility leta hai woh. to Khuda ne jo itni bari dunya banai, insaan ko banaya, apne upar is ne yeh responsibility li ke insaan ko mujhe batana hai.</w:t>
      </w:r>
    </w:p>
    <w:p>
      <w:pPr>
        <w:jc w:val="right"/>
      </w:pPr>
      <w:r>
        <w:t>کیسے اس کو چلایا جائے گا؟ یہ اس کی ریسپانسبیلٹی لیتا ہے وہ۔ تو خدا نے جو اتنی بڑی دنیا بنائی، انسان کو بنایا، اپنے اوپر اس نے یہ ریسپانسبیلٹی لی کہ انسان کو مجھے بتانا ہے۔</w:t>
      </w:r>
    </w:p>
    <w:p>
      <w:r>
        <w:rPr>
          <w:b/>
        </w:rPr>
        <w:t xml:space="preserve">[23:44] </w:t>
      </w:r>
      <w:r>
        <w:t>isi ke liye is ne paygambar bhejna shuru kiya. prophet isi ke liye bhejna shuru kiya.</w:t>
      </w:r>
    </w:p>
    <w:p>
      <w:pPr>
        <w:jc w:val="right"/>
      </w:pPr>
      <w:r>
        <w:t>اسی کے لیے اس نے پیغمبر بھیجنا شروع کیا۔ پرافٹ اسی کے لیے بھیجنا شروع کیا۔</w:t>
      </w:r>
    </w:p>
    <w:p>
      <w:r>
        <w:rPr>
          <w:b/>
        </w:rPr>
        <w:t xml:space="preserve">[23:53] </w:t>
      </w:r>
      <w:r>
        <w:t>aur poori history mein barabar prophet aa</w:t>
      </w:r>
    </w:p>
    <w:p>
      <w:pPr>
        <w:jc w:val="right"/>
      </w:pPr>
      <w:r>
        <w:t>اور پوری ہسٹری میں برابر پرافٹ آ</w:t>
      </w:r>
    </w:p>
    <w:p>
      <w:r>
        <w:rPr>
          <w:b/>
        </w:rPr>
        <w:t xml:space="preserve">[23:56] </w:t>
      </w:r>
      <w:r>
        <w:t>te aate rahe. sirf marsarna, raslana, tatra. lagataar, lagataar, lagataar. aur ek lakh 24 hazar paygambar aaye, jaisa ke hadith mein aaya hai.</w:t>
      </w:r>
    </w:p>
    <w:p>
      <w:pPr>
        <w:jc w:val="right"/>
      </w:pPr>
      <w:r>
        <w:t>تے آتے رہے۔ صرف مارسرنا، رسلنا، تطرا۔ لگاتار، لگاتار، لگاتار۔ اور ایک لاکھ 24 ہزار پیغمبر آئے، جیسا کہ حدیث میں آیا ہے۔</w:t>
      </w:r>
    </w:p>
    <w:p>
      <w:r>
        <w:rPr>
          <w:b/>
        </w:rPr>
        <w:t xml:space="preserve">[24:09] </w:t>
      </w:r>
      <w:r>
        <w:t>ab yahan par baat kya thi? ke itne saare paygambar aaye, lekin kya hota tha?</w:t>
      </w:r>
    </w:p>
    <w:p>
      <w:pPr>
        <w:jc w:val="right"/>
      </w:pPr>
      <w:r>
        <w:t>اب یہاں پر بات کیا تھی؟ کہ اتنے سارے پیغمبر آئے، لیکن کیا ہوتا تھا؟</w:t>
      </w:r>
    </w:p>
    <w:p>
      <w:r>
        <w:rPr>
          <w:b/>
        </w:rPr>
        <w:t xml:space="preserve">[24:18] </w:t>
      </w:r>
      <w:r>
        <w:t>yeh hota tha ke un ki jo teaching thi, un ki jo un ko book di jati thi, woh sab gadbad hoti rahi.</w:t>
      </w:r>
    </w:p>
    <w:p>
      <w:pPr>
        <w:jc w:val="right"/>
      </w:pPr>
      <w:r>
        <w:t>یہ ہوتا تھا کہ ان کی جو ٹیچنگ تھی، ان کی جو ان کو بک دی جاتی تھی، وہ سب گڑبڑ ہوتی رہی۔</w:t>
      </w:r>
    </w:p>
    <w:p>
      <w:r>
        <w:rPr>
          <w:b/>
        </w:rPr>
        <w:t xml:space="preserve">[24:28] </w:t>
      </w:r>
      <w:r>
        <w:t>yaani insaan ko, woh yaani insaan, insaan ko, woh jo creation plant of God wali baat jo mein keh raha hoon, woh khatam ho jata tha.</w:t>
      </w:r>
    </w:p>
    <w:p>
      <w:pPr>
        <w:jc w:val="right"/>
      </w:pPr>
      <w:r>
        <w:t>یعنی انسان کو، وہ یعنی انسان، انسان کو، وہ جو کریشن پلانٹ آف گاڈ والی بات جو میں کہہ رہا ہوں، وہ ختم ہو جاتا تھا۔</w:t>
      </w:r>
    </w:p>
    <w:p>
      <w:r>
        <w:rPr>
          <w:b/>
        </w:rPr>
        <w:t xml:space="preserve">[24:40] </w:t>
      </w:r>
      <w:r>
        <w:t>woh naqsha, kitaab khatam ho gayi, history khatam ho gayi.</w:t>
      </w:r>
    </w:p>
    <w:p>
      <w:pPr>
        <w:jc w:val="right"/>
      </w:pPr>
      <w:r>
        <w:t>وہ نقشہ، کتاب ختم ہو گئی، ہسٹری ختم ہو گئی۔</w:t>
      </w:r>
    </w:p>
    <w:p>
      <w:r>
        <w:rPr>
          <w:b/>
        </w:rPr>
        <w:t xml:space="preserve">[24:46] </w:t>
      </w:r>
      <w:r>
        <w:t>to yahan jo aaya hai ke Rahmatulilalameen, to mein yahan aap ko chaar khaas aspect batana chahunga ke Rasool Allah ke zariye, yaani prophet alaihissalam ke zariye, Khuda ne aik bohat bari blessing ki aap ke liye, insaan ke liye.</w:t>
      </w:r>
    </w:p>
    <w:p>
      <w:pPr>
        <w:jc w:val="right"/>
      </w:pPr>
      <w:r>
        <w:t>تو یہاں جو آیا ہے کہ رحمت اللعالمین، تو میں یہاں آپ کو چار خاص اسپیکٹ بتانا چاہوں گا کہ رسول اللہ کے ذریعے، یعنی پرافٹ علیہ السلام کے ذریعے، خدا نے ایک بہت بڑی بلیسنگ کی آپ کے لیے، انسان کے لیے۔</w:t>
      </w:r>
    </w:p>
    <w:p>
      <w:r>
        <w:rPr>
          <w:b/>
        </w:rPr>
        <w:t xml:space="preserve">[25:02] </w:t>
      </w:r>
      <w:r>
        <w:t>bohat bari blessing.</w:t>
      </w:r>
    </w:p>
    <w:p>
      <w:pPr>
        <w:jc w:val="right"/>
      </w:pPr>
      <w:r>
        <w:t>بہت بڑی بلیسنگ۔</w:t>
      </w:r>
    </w:p>
    <w:p>
      <w:r>
        <w:rPr>
          <w:b/>
        </w:rPr>
        <w:t xml:space="preserve">[25:05] </w:t>
      </w:r>
      <w:r>
        <w:t>pehli blessing mein batana chahunga ke yeh thi ke pichle hazaron saal mein kya hua? ke shirk aur political power dono aik doosre se mile hue the.</w:t>
      </w:r>
    </w:p>
    <w:p>
      <w:pPr>
        <w:jc w:val="right"/>
      </w:pPr>
      <w:r>
        <w:t>پہلی بلیسنگ میں بتانا چاہوں گا کہ یہ تھی کہ پچھلے ہزاروں سال میں کیا ہوا؟ کہ شرک اور پولیٹیکل پاور دونوں ایک دوسرے سے ملے ہوئے تھے۔</w:t>
      </w:r>
    </w:p>
    <w:p>
      <w:r>
        <w:rPr>
          <w:b/>
        </w:rPr>
        <w:t xml:space="preserve">[25:18] </w:t>
      </w:r>
      <w:r>
        <w:t>hamesha, yaani jo pehle wale jo king hua karte the, king, woh shirk ke, shirk matlab jo falsehood hai. falsehood, false belief, false religion.</w:t>
      </w:r>
    </w:p>
    <w:p>
      <w:pPr>
        <w:jc w:val="right"/>
      </w:pPr>
      <w:r>
        <w:t>ہمیشہ، یعنی جو پہلے والے جو کنگ ہوا کرتے تھے، کنگ، وہ شرک کے، شرک مطلب جو فالس ہڈ ہے۔ فالس ہڈ، فالس بیلیف، فالس ریلیجن۔</w:t>
      </w:r>
    </w:p>
    <w:p>
      <w:r>
        <w:rPr>
          <w:b/>
        </w:rPr>
        <w:t xml:space="preserve">[25:33] </w:t>
      </w:r>
      <w:r>
        <w:t>is ko hum shirk Quran mein bataya gaya hai. yaani other there God ko apna supreme bana laina. shirk kya hai?</w:t>
      </w:r>
    </w:p>
    <w:p>
      <w:pPr>
        <w:jc w:val="right"/>
      </w:pPr>
      <w:r>
        <w:t>اس کو ہم شرک قرآن میں بتایا گیا ہے۔ یعنی ادر دیر گاڈ کو اپنا سپریم بنا لینا۔ شرک کیا ہے؟</w:t>
      </w:r>
    </w:p>
    <w:p>
      <w:r>
        <w:rPr>
          <w:b/>
        </w:rPr>
        <w:t xml:space="preserve">[25:43] </w:t>
      </w:r>
      <w:r>
        <w:t>shirk yeh hai ke other there God ko supreme banaya jaye.</w:t>
      </w:r>
    </w:p>
    <w:p>
      <w:pPr>
        <w:jc w:val="right"/>
      </w:pPr>
      <w:r>
        <w:t>شرک یہ ہے کہ ادر دیر گاڈ کو سپریم بنایا جائے۔</w:t>
      </w:r>
    </w:p>
    <w:p>
      <w:r>
        <w:rPr>
          <w:b/>
        </w:rPr>
        <w:t xml:space="preserve">[25:47] </w:t>
      </w:r>
      <w:r>
        <w:t>other there God se woh cheez chahiye jo jo sirf Khuda se milti hai insaan ko. to andada kaha gaya hai.</w:t>
      </w:r>
    </w:p>
    <w:p>
      <w:pPr>
        <w:jc w:val="right"/>
      </w:pPr>
      <w:r>
        <w:t>ادر دیر گاڈ سے وہ چیز چاہی جائے جو جو صرف خدا سے ملتی ہے انسان کو۔ تو انداد کہا گیا ہے۔</w:t>
      </w:r>
    </w:p>
    <w:p>
      <w:r>
        <w:rPr>
          <w:b/>
        </w:rPr>
        <w:t xml:space="preserve">[25:57] </w:t>
      </w:r>
      <w:r>
        <w:t>andada, yaani Khuda ka equal banana, yeh hai shirk.</w:t>
      </w:r>
    </w:p>
    <w:p>
      <w:pPr>
        <w:jc w:val="right"/>
      </w:pPr>
      <w:r>
        <w:t>اندادا، یعنی خدا کا ایکول بنانا، یہ ہے شرک۔</w:t>
      </w:r>
    </w:p>
    <w:p>
      <w:r>
        <w:rPr>
          <w:b/>
        </w:rPr>
        <w:t xml:space="preserve">[26:06] </w:t>
      </w:r>
      <w:r>
        <w:t>is ko quran mein andad kaha gaya hai. andad means equal, barabar. to shirk yeh hai ke aap khuda ka equal kisi aur ko banaein.</w:t>
      </w:r>
    </w:p>
    <w:p>
      <w:pPr>
        <w:jc w:val="right"/>
      </w:pPr>
      <w:r>
        <w:t>اس کو قرآن میں انداد کہا گیا ہے۔ انداد مینز ایکول، برابر۔ تو شرک یہ ہے کہ آپ خدا کا ایکول کسی اور کو بنائیں۔</w:t>
      </w:r>
    </w:p>
    <w:p>
      <w:r>
        <w:rPr>
          <w:b/>
        </w:rPr>
        <w:t xml:space="preserve">[26:15] </w:t>
      </w:r>
      <w:r>
        <w:t>is se woh umeed rakhein jo khuda se hoti hai. isi ko, isi ko quran mein shirk kaha gaya hai. yaani khuda ka equal banana, yeh shirk hai.</w:t>
      </w:r>
    </w:p>
    <w:p>
      <w:pPr>
        <w:jc w:val="right"/>
      </w:pPr>
      <w:r>
        <w:t>اس سے وہ امید رکھیں جو خدا سے ہوتی ہے۔ اسی کو، اسی کو قرآن میں شرک کہا گیا ہے۔ یعنی خدا کا ایکول بنانا، یہ شرک ہے۔</w:t>
      </w:r>
    </w:p>
    <w:p>
      <w:r>
        <w:rPr>
          <w:b/>
        </w:rPr>
        <w:t xml:space="preserve">[26:26] </w:t>
      </w:r>
      <w:r>
        <w:t>wama na'taqadua andadan min doonillah.</w:t>
      </w:r>
    </w:p>
    <w:p>
      <w:pPr>
        <w:jc w:val="right"/>
      </w:pPr>
      <w:r>
        <w:t>وَمَا نَعْتَقَدُوا أَنْدَادًا مِنْ دُونِ اللَّهِ۔</w:t>
      </w:r>
    </w:p>
    <w:p>
      <w:r>
        <w:rPr>
          <w:b/>
        </w:rPr>
        <w:t xml:space="preserve">[26:33] </w:t>
      </w:r>
      <w:r>
        <w:t>saari kharabi isi ki wajah se hoti hai ke insaan khuda ka kisi ko nad bana leta hai, equal.</w:t>
      </w:r>
    </w:p>
    <w:p>
      <w:pPr>
        <w:jc w:val="right"/>
      </w:pPr>
      <w:r>
        <w:t>ساری خرابی اسی کی وجہ سے ہوتی ہے کہ انسان خدا کا کسی کو ند بنا لیتا ہے، ایکول۔</w:t>
      </w:r>
    </w:p>
    <w:p>
      <w:r>
        <w:rPr>
          <w:b/>
        </w:rPr>
        <w:t xml:space="preserve">[26:42] </w:t>
      </w:r>
      <w:r>
        <w:t>to pehle zamane mein yeh tha ke yeh jo shirk tha, to political power jo thi us zamane ki, jo jo king ke hath mein hoti thi, king patron bana rehta tha hamesha shirk ka.</w:t>
      </w:r>
    </w:p>
    <w:p>
      <w:pPr>
        <w:jc w:val="right"/>
      </w:pPr>
      <w:r>
        <w:t>تو پہلے زمانے میں یہ تھا کہ یہ جو شرک تھا، تو پولیٹیکل پاور جو تھی اس زمانے کی، جو جو کنگ کے ہاتھ میں ہوتی تھی، کنگ پیٹرن بنا رہتا تھا ہمیشہ شرک کا۔</w:t>
      </w:r>
    </w:p>
    <w:p>
      <w:r>
        <w:rPr>
          <w:b/>
        </w:rPr>
        <w:t xml:space="preserve">[26:58] </w:t>
      </w:r>
      <w:r>
        <w:t>yeh poori history mein aap dekhiye, hazar saal ki history, jo kehte hain religious persecution, to king ke sath juda hota tha religious persecution.</w:t>
      </w:r>
    </w:p>
    <w:p>
      <w:pPr>
        <w:jc w:val="right"/>
      </w:pPr>
      <w:r>
        <w:t>یہ پوری ہسٹری میں آپ دیکھیے، ہزار سال کی ہسٹری، جو کہتے ہیں ریلیجس پرسیکیوشن، تو کنگ کے ساتھ جڑا ہوتا تھا ریلیجس پرسیکیوشن۔</w:t>
      </w:r>
    </w:p>
    <w:p>
      <w:r>
        <w:rPr>
          <w:b/>
        </w:rPr>
        <w:t xml:space="preserve">[27:09] </w:t>
      </w:r>
      <w:r>
        <w:t>ek hi power hoti thi, woh king tha. isi ke paas sab kuch hota tha. woh shirk ko patronize karta tha. is wajah se religious freedom maujood nahi thi, religious, religious freedom.</w:t>
      </w:r>
    </w:p>
    <w:p>
      <w:pPr>
        <w:jc w:val="right"/>
      </w:pPr>
      <w:r>
        <w:t>ایک ہی پاور ہوتی تھی، وہ کنگ تھا۔ اسی کے پاس سب کچھ ہوتا تھا۔ وہ شرک کو پیٹرولائز کرتا تھا۔ اس وجہ سے ریلیجس فریڈم موجود نہیں تھی، ریلیجس، ریلیجس فریڈم۔</w:t>
      </w:r>
    </w:p>
    <w:p>
      <w:r>
        <w:rPr>
          <w:b/>
        </w:rPr>
        <w:t xml:space="preserve">[27:24] </w:t>
      </w:r>
      <w:r>
        <w:t>log soch nahi paate the. yaani other than official religion, kisi aur religion ko pakad nahi paate the. isi liye kaha jata tha ke: "annasu alaa deeni malookihim".</w:t>
      </w:r>
    </w:p>
    <w:p>
      <w:pPr>
        <w:jc w:val="right"/>
      </w:pPr>
      <w:r>
        <w:t>لوگ سوچ نہیں پاتے تھے۔ یعنی ادر دین آفیشل ریلیجن، کسی اور ریلیجن کو پکڑ نہیں پاتے تھے۔ اسی لیے کہا جاتا تھا کہ: "الناس اولادین ملوکہم"۔</w:t>
      </w:r>
    </w:p>
    <w:p>
      <w:r>
        <w:rPr>
          <w:b/>
        </w:rPr>
        <w:t xml:space="preserve">[27:36] </w:t>
      </w:r>
      <w:r>
        <w:t>log apne badshah ke mazhab par hote hain. yeh kingship ke zamane ka yeh baat thi. "annasu alaa deeni malookihim".</w:t>
      </w:r>
    </w:p>
    <w:p>
      <w:pPr>
        <w:jc w:val="right"/>
      </w:pPr>
      <w:r>
        <w:t>لوگ اپنے بادشاہ کے مذہب پر ہوتے ہیں۔ یہ کنگ شپ کے زمانے کا یہ بات تھی۔ "الناس اولادین ملوکہم"۔</w:t>
      </w:r>
    </w:p>
    <w:p>
      <w:r>
        <w:rPr>
          <w:b/>
        </w:rPr>
        <w:t xml:space="preserve">[27:46] </w:t>
      </w:r>
      <w:r>
        <w:t>jo king ka deen, wohi sab ka deen. jo king ka religion, wohi sab ka religion. koi aur religion agar karoge to hum talwar se maar dalenge.</w:t>
      </w:r>
    </w:p>
    <w:p>
      <w:pPr>
        <w:jc w:val="right"/>
      </w:pPr>
      <w:r>
        <w:t>جو کنگ کا دین، وہی سب کا دین۔ جو کنگ کا ریلیجن، وہی سب کا ریلیجن۔ کوئی اور ریلیجن اگر کرو گے تو ہم تلوار سے مار ڈالیں گے۔</w:t>
      </w:r>
    </w:p>
    <w:p>
      <w:r>
        <w:rPr>
          <w:b/>
        </w:rPr>
        <w:t xml:space="preserve">[27:59] </w:t>
      </w:r>
      <w:r>
        <w:t>is zamane mein aap king ke religion ko chhod kar kisi doosre religion ko agar pakadte to uska anjaam yeh tha ke aap ki gardan maar di jaye.</w:t>
      </w:r>
    </w:p>
    <w:p>
      <w:pPr>
        <w:jc w:val="right"/>
      </w:pPr>
      <w:r>
        <w:t>اس زمانے میں آپ کنگ کے ریلیجن کو چھوڑ کر کسی دوسرے ریلیجن کو اگر پکڑتے تو اس کا انجام یہ تھا کہ آپ کی گردن مار دی جائے۔</w:t>
      </w:r>
    </w:p>
    <w:p>
      <w:r>
        <w:rPr>
          <w:b/>
        </w:rPr>
        <w:t xml:space="preserve">[28:10] </w:t>
      </w:r>
      <w:r>
        <w:t>to kingship jo thi pehle zamane mein, woh patron bani hui thi, woh patronize karti thi shirk ko.</w:t>
      </w:r>
    </w:p>
    <w:p>
      <w:pPr>
        <w:jc w:val="right"/>
      </w:pPr>
      <w:r>
        <w:t>تو کنگ شپ جو تھی پہلے زمانے میں، وہ پیٹرن بنی ہوئی تھی، وہ پیٹرولائز کرتی تھی شرک کو۔</w:t>
      </w:r>
    </w:p>
    <w:p>
      <w:r>
        <w:rPr>
          <w:b/>
        </w:rPr>
        <w:t xml:space="preserve">[28:18] </w:t>
      </w:r>
      <w:r>
        <w:t>is wajah se religious freedom nahi thi. yeh insaan ka option nahi tha insaan ke liye. yaani option khatm kar rakh kar, khatm badshahon ne.</w:t>
      </w:r>
    </w:p>
    <w:p>
      <w:pPr>
        <w:jc w:val="right"/>
      </w:pPr>
      <w:r>
        <w:t>اس وجہ سے ریلیجس فریڈم نہیں تھی۔ یہ انسان کا آپشن نہیں تھا انسان کے لیے۔ یعنی آپشن ختم کر رکھ کر، ختم بادشاہوں نے۔</w:t>
      </w:r>
    </w:p>
    <w:p>
      <w:r>
        <w:rPr>
          <w:b/>
        </w:rPr>
        <w:t xml:space="preserve">[28:29] </w:t>
      </w:r>
      <w:r>
        <w:t>yaani hamein option hona chahiye ke hum apni azadi ke sath sachai ko pakadein, sochein, pakadein, follow karein. lekin is option ko kingship ne khatm kar rakha tha.</w:t>
      </w:r>
    </w:p>
    <w:p>
      <w:pPr>
        <w:jc w:val="right"/>
      </w:pPr>
      <w:r>
        <w:t>یعنی ہمیں آپشن ہونا چاہیے کہ ہم اپنی آزادی کے ساتھ سچائی کو پکڑیں، سوچیں، پکڑیں، فالو کریں۔ لیکن اس آپشن کو کنگ شپ نے ختم کر رکھا تھا۔</w:t>
      </w:r>
    </w:p>
    <w:p>
      <w:r>
        <w:rPr>
          <w:b/>
        </w:rPr>
        <w:t xml:space="preserve">[28:43] </w:t>
      </w:r>
      <w:r>
        <w:t>wama naqamoo minhum illa yumno billahil azeemil hameed. yaani sirf is liye aag mein daal dete the, aara chala dete the, gardan maar dete the ke badshah ke mazhab ke siwa koi aur mazhab aadmi ikhtiyar kare.</w:t>
      </w:r>
    </w:p>
    <w:p>
      <w:pPr>
        <w:jc w:val="right"/>
      </w:pPr>
      <w:r>
        <w:t>وَمَا نَقَمُوا مِنْهُمْ إِلَّا يُمْنُوا بِاللَّهِ الْعَظِيمِ الْحَمِيدِ۔ یعنی صرف اس لیے آگ میں ڈال دیتے تھے، آرا چلا دیتے تھے، گردن مار دیتے تھے کہ بادشاہ کے مذہب کے سوا کوئی اور مذہب آدمی اختیار کرے۔</w:t>
      </w:r>
    </w:p>
    <w:p>
      <w:r>
        <w:rPr>
          <w:b/>
        </w:rPr>
        <w:t xml:space="preserve">[28:57] </w:t>
      </w:r>
      <w:r>
        <w:t>yeh historical fact hai ke pichhle hazaron saal tak duniya mein religious freedom nahi tha. yaani option nahi tha insaan ke liye. to rasool Allah ke zariye pehla kaam jo hua, woh kya hua?</w:t>
      </w:r>
    </w:p>
    <w:p>
      <w:pPr>
        <w:jc w:val="right"/>
      </w:pPr>
      <w:r>
        <w:t>یہ ہسٹاریکل فیکٹ ہے کہ پچھلے ہزاروں سال تک دنیا میں ریلیجس فریڈم نہیں تھا۔ یعنی آپشن نہیں تھا انسان کے لیے۔ تو رسول اللہ کے ذریعے پہلا کام جو ہوا، وہ کیا ہوا؟</w:t>
      </w:r>
    </w:p>
    <w:p>
      <w:r>
        <w:rPr>
          <w:b/>
        </w:rPr>
        <w:t xml:space="preserve">[29:11] </w:t>
      </w:r>
      <w:r>
        <w:t>shirk ko political power se alag kar diya gaya.</w:t>
      </w:r>
    </w:p>
    <w:p>
      <w:pPr>
        <w:jc w:val="right"/>
      </w:pPr>
      <w:r>
        <w:t>شرک کو پولیٹیکل پاور سے الگ کر دیا گیا۔</w:t>
      </w:r>
    </w:p>
    <w:p>
      <w:r>
        <w:rPr>
          <w:b/>
        </w:rPr>
        <w:t xml:space="preserve">[29:16] </w:t>
      </w:r>
      <w:r>
        <w:t>isi ko quran mein kaha gaya hai: "wa qaatiluhum hatta la takuna fitnah". lado yahan tak ke fitna khatm ho jaye. fitna means religious persecution.</w:t>
      </w:r>
    </w:p>
    <w:p>
      <w:pPr>
        <w:jc w:val="right"/>
      </w:pPr>
      <w:r>
        <w:t>اسی کو قرآن میں کہا گیا ہے: "وَقَاتِلُوهُمْ حَتَّىٰ لَا تَكُونَ فِتْنَةٌ"۔ لڑو یہاں تک کہ فتنہ ختم ہو جائے۔ فتنہ مینز ریلیجس پرسیکیوشن۔</w:t>
      </w:r>
    </w:p>
    <w:p>
      <w:r>
        <w:rPr>
          <w:b/>
        </w:rPr>
        <w:t xml:space="preserve">[29:29] </w:t>
      </w:r>
      <w:r>
        <w:t>to is zamane mein jo jo ladai hui, islam ladai ka naam nahi hai, islam ladai ka mazhab nahi hai. is zamane mein jo ladai pesh aayi, woh is liye pesh aayi ke yeh jo log the, king log, woh patronize karte the shirk ko.</w:t>
      </w:r>
    </w:p>
    <w:p>
      <w:pPr>
        <w:jc w:val="right"/>
      </w:pPr>
      <w:r>
        <w:t>تو اس زمانے میں جو جو لڑائی ہوئی، اسلام لڑائی کا نام نہیں ہے، اسلام لڑائی کا مذہب نہیں ہے۔ اس زمانے میں جو لڑائی پیش آئی، وہ اس لیے پیش آئی کہ یہ جو لوگ تھے، کنگ لوگ، وہ پیٹرولائز کرتے تھے شرک کو۔</w:t>
      </w:r>
    </w:p>
    <w:p>
      <w:r>
        <w:rPr>
          <w:b/>
        </w:rPr>
        <w:t xml:space="preserve">[29:45] </w:t>
      </w:r>
      <w:r>
        <w:t>aur woh religious freedom ko khatm kiye hue the.</w:t>
      </w:r>
    </w:p>
    <w:p>
      <w:pPr>
        <w:jc w:val="right"/>
      </w:pPr>
      <w:r>
        <w:t>اور وہ ریلیجس فریڈم کو ختم کیے ہوئے تھے۔</w:t>
      </w:r>
    </w:p>
    <w:p>
      <w:r>
        <w:rPr>
          <w:b/>
        </w:rPr>
        <w:t xml:space="preserve">[29:51] </w:t>
      </w:r>
      <w:r>
        <w:t>to duniya mein religious freedom daalne ke liye aisa hua. is ko fitna kaha gaya quran ke andar.</w:t>
      </w:r>
    </w:p>
    <w:p>
      <w:pPr>
        <w:jc w:val="right"/>
      </w:pPr>
      <w:r>
        <w:t>تو دنیا میں ریلیجس فریڈم ڈالنے کے لیے ایسا ہوا۔ اس کو فتنہ کہا گیا قرآن کے اندر۔</w:t>
      </w:r>
    </w:p>
    <w:p>
      <w:r>
        <w:rPr>
          <w:b/>
        </w:rPr>
        <w:t xml:space="preserve">[30:00] </w:t>
      </w:r>
      <w:r>
        <w:t>to aap jante hain is zamane mein do badi empire the: sasani empire aur byzantine empire. do hi bade empire the is zamane mein.</w:t>
      </w:r>
    </w:p>
    <w:p>
      <w:pPr>
        <w:jc w:val="right"/>
      </w:pPr>
      <w:r>
        <w:t>تو آپ جانتے ہیں اس زمانے میں دو بڑی ایمپائر تھے: ساسانی ایمپائر اور بازنطینی ایمپائر۔ دو ہی بڑے ایمپائر تھے اس زمانے میں۔</w:t>
      </w:r>
    </w:p>
    <w:p>
      <w:r>
        <w:rPr>
          <w:b/>
        </w:rPr>
        <w:t xml:space="preserve">[30:09] </w:t>
      </w:r>
      <w:r>
        <w:t>to inhi logon ke aggression ki wajah se unse takrao ho gaya rasool Allah ke followers ka. yeh baat hai seven century ki.</w:t>
      </w:r>
    </w:p>
    <w:p>
      <w:pPr>
        <w:jc w:val="right"/>
      </w:pPr>
      <w:r>
        <w:t>تو انہی لوگوں کے ایگریشن کی وجہ سے ان سے ٹکراؤ ہو گیا رسول اللہ کے فالوورز کا۔ یہ بات ہے سیون سینچری کی۔</w:t>
      </w:r>
    </w:p>
    <w:p>
      <w:r>
        <w:rPr>
          <w:b/>
        </w:rPr>
        <w:t xml:space="preserve">[30:21] </w:t>
      </w:r>
      <w:r>
        <w:t>yeh seven century mein arab ke aur dono arab ke, yaani paros mein the.</w:t>
      </w:r>
    </w:p>
    <w:p>
      <w:pPr>
        <w:jc w:val="right"/>
      </w:pPr>
      <w:r>
        <w:t>یہ سیون سینچری میں عرب کے اور دونوں عرب کے، یعنی پڑوس میں تھے۔</w:t>
      </w:r>
    </w:p>
    <w:p>
      <w:r>
        <w:rPr>
          <w:b/>
        </w:rPr>
        <w:t xml:space="preserve">[30:27] </w:t>
      </w:r>
      <w:r>
        <w:t>byzantine empire bhi paros mein aur sasani empire bhi aap ke paros mein. yeh do empire the. aur dono patronize kar rahe the shirk ko.</w:t>
      </w:r>
    </w:p>
    <w:p>
      <w:pPr>
        <w:jc w:val="right"/>
      </w:pPr>
      <w:r>
        <w:t>بازنطینی ایمپائر بھی پڑوس میں اور ساسانی ایمپائر بھی آپ کے پڑوس میں۔ یہ دو ایمپائر تھے۔ اور دونوں پیٹرولائز کر رہے تھے شرک کو۔</w:t>
      </w:r>
    </w:p>
    <w:p>
      <w:r>
        <w:rPr>
          <w:b/>
        </w:rPr>
        <w:t xml:space="preserve">[30:38] </w:t>
      </w:r>
      <w:r>
        <w:t>donon. religious freedom ko khatm kar rakha tha unhon ne. aur poora dunya un ke sehtere mein thi. to aisa hua ke rasool Allah ke followers, yani sahaba aur tabeen ka un se takrao hua.</w:t>
      </w:r>
    </w:p>
    <w:p>
      <w:pPr>
        <w:jc w:val="right"/>
      </w:pPr>
      <w:r>
        <w:t>دونوں۔ ریلیجس فریڈم کو ختم کر رکھا تھا انہوں نے۔ اور پورا دنیا ان کے سہترے میں تھی۔ تو ایسا ہوا کہ رسول اللہ کے فالوورز، یعنی صحابہ اور تابعین کا ان سے ٹکراؤ ہوا۔</w:t>
      </w:r>
    </w:p>
    <w:p>
      <w:r>
        <w:rPr>
          <w:b/>
        </w:rPr>
        <w:t xml:space="preserve">[30:58] </w:t>
      </w:r>
      <w:r>
        <w:t>aur Khuda ki bohat khaas madad mili un ko. aur donon empire toot gaye. jis ko bible mein kaha gaya hai ke chattanen toot gayeen.</w:t>
      </w:r>
    </w:p>
    <w:p>
      <w:pPr>
        <w:jc w:val="right"/>
      </w:pPr>
      <w:r>
        <w:t>اور خدا کی بہت خاص مدد ملی ان کو۔ اور دونوں ایمپائر ٹوٹ گئے۔ جس کو بائبل میں کہا گیا ہے کہ چٹانیں ٹوٹ گئیں۔</w:t>
      </w:r>
    </w:p>
    <w:p>
      <w:r>
        <w:rPr>
          <w:b/>
        </w:rPr>
        <w:t xml:space="preserve">[31:12] </w:t>
      </w:r>
      <w:r>
        <w:t>to yeh donon empire ka tootna, yani ek bohat anokhi baat hai ke pachas saal se kam arse mein yeh sara waqea ho gaya.</w:t>
      </w:r>
    </w:p>
    <w:p>
      <w:pPr>
        <w:jc w:val="right"/>
      </w:pPr>
      <w:r>
        <w:t>تو یہ دونوں ایمپائر کا ٹوٹنا، یعنی ایک بہت انوکھی بات ہے کہ پچاس سال سے کم عرصے میں یہ سارا واقعہ ہو گیا۔</w:t>
      </w:r>
    </w:p>
    <w:p>
      <w:r>
        <w:rPr>
          <w:b/>
        </w:rPr>
        <w:t xml:space="preserve">[31:23] </w:t>
      </w:r>
      <w:r>
        <w:t>ke donon empire toot gaye.</w:t>
      </w:r>
    </w:p>
    <w:p>
      <w:pPr>
        <w:jc w:val="right"/>
      </w:pPr>
      <w:r>
        <w:t>کہ دونوں ایمپائر ٹوٹ گئیں۔</w:t>
      </w:r>
    </w:p>
    <w:p>
      <w:r>
        <w:rPr>
          <w:b/>
        </w:rPr>
        <w:t xml:space="preserve">[31:26] </w:t>
      </w:r>
      <w:r>
        <w:t>to jab empire toot gaye to religious freedom nikal aaya. woh khatm ho gaya woh persecution. is ko bohat acha likha hai is ne.</w:t>
      </w:r>
    </w:p>
    <w:p>
      <w:pPr>
        <w:jc w:val="right"/>
      </w:pPr>
      <w:r>
        <w:t>تو جب ایمپائر ٹوٹ گئے تو ریلیجس فریڈم نکل آیا۔ وہ ختم ہو گیا وہ پرسیکیوشن۔ اس کو بہت اچھا لکھا ہے اس نے۔</w:t>
      </w:r>
    </w:p>
    <w:p>
      <w:r>
        <w:rPr>
          <w:b/>
        </w:rPr>
        <w:t xml:space="preserve">[31:36] </w:t>
      </w:r>
      <w:r>
        <w:t>France ka jo historian hai, Henry Piren. France ka historian Henry Piren ne is ki kai kitaben hain.</w:t>
      </w:r>
    </w:p>
    <w:p>
      <w:pPr>
        <w:jc w:val="right"/>
      </w:pPr>
      <w:r>
        <w:t>فرانس کا جو ہسٹورین ہے، ہنری پرین۔ فرانس کا ہسٹورین ہنری پرین نے اس کی کئی کتابیں ہیں۔</w:t>
      </w:r>
    </w:p>
    <w:p>
      <w:r>
        <w:rPr>
          <w:b/>
        </w:rPr>
        <w:t xml:space="preserve">[31:45] </w:t>
      </w:r>
      <w:r>
        <w:t>aur bohat acha is ne explain kiya hai.</w:t>
      </w:r>
    </w:p>
    <w:p>
      <w:pPr>
        <w:jc w:val="right"/>
      </w:pPr>
      <w:r>
        <w:t>اور بہت اچھا اس نے ایکسپلین کیا ہے۔</w:t>
      </w:r>
    </w:p>
    <w:p>
      <w:r>
        <w:rPr>
          <w:b/>
        </w:rPr>
        <w:t xml:space="preserve">[31:48] </w:t>
      </w:r>
      <w:r>
        <w:t>to woh keh raha hai ke agar yeh empire toda na gaya hota to dunya hamesha darkness mein pari hoti. darkness mein. matlab choice jo tha woh khatm kar rakha tha unhon ne.</w:t>
      </w:r>
    </w:p>
    <w:p>
      <w:pPr>
        <w:jc w:val="right"/>
      </w:pPr>
      <w:r>
        <w:t>تو وہ کہہ رہا ہے کہ اگر یہ ایمپائر ٹوڑا نہ گیا ہوتا تو دنیا ہمیشہ ڈارکنس میں پڑی ہوتی۔ ڈارکنس میں۔ مطلب چوائس جو تھا وہ ختم کر رکھا تھا انہوں نے۔</w:t>
      </w:r>
    </w:p>
    <w:p>
      <w:r>
        <w:rPr>
          <w:b/>
        </w:rPr>
        <w:t xml:space="preserve">[32:01] </w:t>
      </w:r>
      <w:r>
        <w:t>jo choice yeh nahi to aap sochen ge kaise? kaise koi naya naqsha banayen ge? kaise koi nayi zindagi banayen ge? to is ne kitne zabardast alfaaz mein is ka acknowledge kiya hai is ko</w:t>
      </w:r>
    </w:p>
    <w:p>
      <w:pPr>
        <w:jc w:val="right"/>
      </w:pPr>
      <w:r>
        <w:t>جو چوائس یہ نہیں تو آپ سوچیں گے کیسے؟ کیسے کوئی نیا نقشہ بنائیں گے؟ کیسے کوئی نئی زندگی بنائیں گے؟ تو اس نے کتنے زبردست الفاظ میں اس کا اکنالج کیا ہے اس کو</w:t>
      </w:r>
    </w:p>
    <w:p>
      <w:r>
        <w:rPr>
          <w:b/>
        </w:rPr>
        <w:t xml:space="preserve">[32:16] </w:t>
      </w:r>
      <w:r>
        <w:t>. is ne kaha hai ke: "Islam changed the age. Islam changed the face of the globe. The traditional order of history was overthrown." yeh is ke Henry Piren ke alfaaz hain.</w:t>
      </w:r>
    </w:p>
    <w:p>
      <w:pPr>
        <w:jc w:val="right"/>
      </w:pPr>
      <w:r>
        <w:t>۔ اس نے کہا ہے کہ: "اسلام چینجڈ ای ڈی۔ اسلام چینجڈ دا فیس آف دا گلوب۔ دا ٹریڈیشنل آرڈر آف ہسٹری واز اوور تھرون۔" یہ اس کے ہنری پرین کے الفاظ ہیں۔</w:t>
      </w:r>
    </w:p>
    <w:p>
      <w:r>
        <w:rPr>
          <w:b/>
        </w:rPr>
        <w:t xml:space="preserve">[32:32] </w:t>
      </w:r>
      <w:r>
        <w:t>is ki kitaben French language mein hain lekin translation hua hai angrezi mein sari kitabon ka. to: "Islam changed the face of the globe. The traditional order of history was overthrown."</w:t>
      </w:r>
    </w:p>
    <w:p>
      <w:pPr>
        <w:jc w:val="right"/>
      </w:pPr>
      <w:r>
        <w:t>اس کی کتابیں فرنچ لینگویج میں ہیں لیکن ٹرانسلیشن ہوا ہے انگریزی میں ساری کتابوں کا۔ تو: "اسلام چینجڈ دا فیس آف دا گلوب۔ دا ٹریڈیشنل آرڈر آف ہسٹری واز اوور تھرون۔"</w:t>
      </w:r>
    </w:p>
    <w:p>
      <w:r>
        <w:rPr>
          <w:b/>
        </w:rPr>
        <w:t xml:space="preserve">[32:45] </w:t>
      </w:r>
      <w:r>
        <w:t>to jo order bana rakha tha kingship ne hazaron saal tak pehle, woh sab tod phod, toot phoot gaya.</w:t>
      </w:r>
    </w:p>
    <w:p>
      <w:pPr>
        <w:jc w:val="right"/>
      </w:pPr>
      <w:r>
        <w:t>تو جو آرڈر بنا رکھا تھا کنگ شپ نے ہزاروں سال تک پہلے، وہ سب توڑ پھوڑ، ٹوٹ پھوٹ گیا۔</w:t>
      </w:r>
    </w:p>
    <w:p>
      <w:r>
        <w:rPr>
          <w:b/>
        </w:rPr>
        <w:t xml:space="preserve">[32:55] </w:t>
      </w:r>
      <w:r>
        <w:t>aur is ke baad kya hua? religious freedom nikal aayi. religious persecution khatm hua aur religious freedom aa gayi.</w:t>
      </w:r>
    </w:p>
    <w:p>
      <w:pPr>
        <w:jc w:val="right"/>
      </w:pPr>
      <w:r>
        <w:t>اور اس کے بعد کیا ہوا؟ ریلیجس فریڈم نکل آئی۔ ریلیجس پرسیکیوشن ختم ہوا اور ریلیجس فریڈم آ گئی۔</w:t>
      </w:r>
    </w:p>
    <w:p>
      <w:r>
        <w:rPr>
          <w:b/>
        </w:rPr>
        <w:t xml:space="preserve">[33:06] </w:t>
      </w:r>
      <w:r>
        <w:t>isi ko Quran mein kaha gaya hai ke: "Qatiloo hatta la takuna fitna." jang karo yahan tak ke fitna khatm ho jaye.</w:t>
      </w:r>
    </w:p>
    <w:p>
      <w:pPr>
        <w:jc w:val="right"/>
      </w:pPr>
      <w:r>
        <w:t>اسی کو قرآن میں کہا گیا ہے کہ: "قاتلو مت لاتکون فتنہ۔" جنگ کرو یہاں تک کہ فتنہ ختم ہو جائے۔</w:t>
      </w:r>
    </w:p>
    <w:p>
      <w:r>
        <w:rPr>
          <w:b/>
        </w:rPr>
        <w:t xml:space="preserve">[33:14] </w:t>
      </w:r>
      <w:r>
        <w:t>yani religious freedom, religious persecution khatm ho aur religious freedom dunya mein aa jaye. insan ko choice mile. ek baat samajh lijiye ke Khuda ne is dunya ko banaya hai test ke liye.</w:t>
      </w:r>
    </w:p>
    <w:p>
      <w:pPr>
        <w:jc w:val="right"/>
      </w:pPr>
      <w:r>
        <w:t>یعنی ریلیجس فریڈم، ریلیجس پرسیکیوشن ختم ہو اور ریلیجس فریڈم دنیا میں آ جائے۔ انسان کو چوائس ملے۔ ایک بات سمجھ لیجیے کہ خدا نے اس دنیا کو بنایا ہے ٹیسٹ کے لیے۔</w:t>
      </w:r>
    </w:p>
    <w:p>
      <w:r>
        <w:rPr>
          <w:b/>
        </w:rPr>
        <w:t xml:space="preserve">[33:28] </w:t>
      </w:r>
      <w:r>
        <w:t>test. yeh testing ground hai sari dunya.</w:t>
      </w:r>
    </w:p>
    <w:p>
      <w:pPr>
        <w:jc w:val="right"/>
      </w:pPr>
      <w:r>
        <w:t>ٹیسٹ۔ یہ ٹیسٹنگ گراؤنڈ ہے ساری دنیا۔</w:t>
      </w:r>
    </w:p>
    <w:p>
      <w:r>
        <w:rPr>
          <w:b/>
        </w:rPr>
        <w:t xml:space="preserve">[33:34] </w:t>
      </w:r>
      <w:r>
        <w:t>to jab aap test len to aap ko freedom deni pare gi.</w:t>
      </w:r>
    </w:p>
    <w:p>
      <w:pPr>
        <w:jc w:val="right"/>
      </w:pPr>
      <w:r>
        <w:t>تو جب آپ ٹیسٹ لیں تو آپ کو فریڈم دینی پڑے گی۔</w:t>
      </w:r>
    </w:p>
    <w:p>
      <w:r>
        <w:rPr>
          <w:b/>
        </w:rPr>
        <w:t xml:space="preserve">[33:39] </w:t>
      </w:r>
      <w:r>
        <w:t>kisi student ko aap examination hall mein bulayen, wahan is ka test len to kya is ka hath bandh den ge aap?</w:t>
      </w:r>
    </w:p>
    <w:p>
      <w:pPr>
        <w:jc w:val="right"/>
      </w:pPr>
      <w:r>
        <w:t>کسی اسٹوڈنٹ کو آپ ایگزامینیشن ہال میں بلائیں، وہاں اس کا ٹیسٹ لیں تو کیا اس کا ہاتھ باندھ دیں گے آپ؟</w:t>
      </w:r>
    </w:p>
    <w:p>
      <w:r>
        <w:rPr>
          <w:b/>
        </w:rPr>
        <w:t xml:space="preserve">[33:48] </w:t>
      </w:r>
      <w:r>
        <w:t>hath bandh kar, hath bandh kar kisi student se test liya ja sakta hai? to test means freedom. test hai to freedom hai.</w:t>
      </w:r>
    </w:p>
    <w:p>
      <w:pPr>
        <w:jc w:val="right"/>
      </w:pPr>
      <w:r>
        <w:t>ہاتھ باندھ کر، ہاتھ باندھ کر کسی اسٹوڈنٹ سے ٹیسٹ لیا جا سکتا ہے؟ تو ٹیسٹ مینز فریڈم۔ ٹیسٹ ہے تو فریڈم ہے۔</w:t>
      </w:r>
    </w:p>
    <w:p>
      <w:r>
        <w:rPr>
          <w:b/>
        </w:rPr>
        <w:t xml:space="preserve">[34:00] </w:t>
      </w:r>
      <w:r>
        <w:t>freedom nahi to test bhi nahi. to Khuda ne chounke banaya hai dunya test ke liye</w:t>
      </w:r>
    </w:p>
    <w:p>
      <w:pPr>
        <w:jc w:val="right"/>
      </w:pPr>
      <w:r>
        <w:t>فریڈم نہیں تو ٹیسٹ بھی نہیں۔ تو خدا نے چونکہ بنایا ہے دنیا ٹیسٹ کے لیے</w:t>
      </w:r>
    </w:p>
    <w:p>
      <w:r>
        <w:rPr>
          <w:b/>
        </w:rPr>
        <w:t xml:space="preserve">[34:05] </w:t>
      </w:r>
      <w:r>
        <w:t>, yahan ke test ki wajah se is death period mein faisla kiya jaye ga ke kaun kis ko punishment mile, kis ko reward mile. kis ko hell mein jana hai, kis ko paradise mein jana hai.</w:t>
      </w:r>
    </w:p>
    <w:p>
      <w:pPr>
        <w:jc w:val="right"/>
      </w:pPr>
      <w:r>
        <w:t>، یہاں کے ٹیسٹ کی وجہ سے اس ڈیتھ پیریڈ میں فیصلہ کیا جائے گا کہ کون کس کو پنشمنٹ ملے، کس کو ریوارڈ ملے۔ کس کو ہیل میں جانا ہے، کس کو پیراڈائز میں جانا ہے۔</w:t>
      </w:r>
    </w:p>
    <w:p>
      <w:r>
        <w:rPr>
          <w:b/>
        </w:rPr>
        <w:t xml:space="preserve">[34:16] </w:t>
      </w:r>
      <w:r>
        <w:t>is ke test ho raha hai yahan par. to jo bhi yaad rakhiye dunya se freedom ko khatm kare ga us ko Khuda demolish kar de ga.</w:t>
      </w:r>
    </w:p>
    <w:p>
      <w:pPr>
        <w:jc w:val="right"/>
      </w:pPr>
      <w:r>
        <w:t>اس کے ٹیسٹ ہو رہا ہے یہاں پر۔ تو جو بھی یاد رکھیے دنیا سے فریڈم کو ختم کرے گا اس کو خدا ڈیمالش کر دے گا۔</w:t>
      </w:r>
    </w:p>
    <w:p>
      <w:r>
        <w:rPr>
          <w:b/>
        </w:rPr>
        <w:t xml:space="preserve">[34:29] </w:t>
      </w:r>
      <w:r>
        <w:t>tod phod de ga.</w:t>
      </w:r>
    </w:p>
    <w:p>
      <w:pPr>
        <w:jc w:val="right"/>
      </w:pPr>
      <w:r>
        <w:t>توڑ پھوڑ دے گا۔</w:t>
      </w:r>
    </w:p>
    <w:p>
      <w:r>
        <w:rPr>
          <w:b/>
        </w:rPr>
        <w:t xml:space="preserve">[34:33] </w:t>
      </w:r>
      <w:r>
        <w:t>is se pehle kingship ne dunya se freedom ko khatm kar diya tha. Khuda ne is ko demolish kar diya. mujhe yeh rasool Allah aur aap ke sahaba ke zariye se.</w:t>
      </w:r>
    </w:p>
    <w:p>
      <w:pPr>
        <w:jc w:val="right"/>
      </w:pPr>
      <w:r>
        <w:t>اس سے پہلے کنگ شپ نے دنیا سے فریڈم کو ختم کر دیا تھا۔ خدا نے اس کو ڈیمالش کر دیا۔ مجھے یہ رسول اللہ اور آپ کے صحابہ کے ذریعے سے۔</w:t>
      </w:r>
    </w:p>
    <w:p>
      <w:r>
        <w:rPr>
          <w:b/>
        </w:rPr>
        <w:t xml:space="preserve">[34:44] </w:t>
      </w:r>
      <w:r>
        <w:t>isi ko is ne kaha Henry Piren ne: "Islam changed the face of the globe. The traditional order of history was overthrown." kyunke freedom ko kingship ne abalish kar rakha tha.</w:t>
      </w:r>
    </w:p>
    <w:p>
      <w:pPr>
        <w:jc w:val="right"/>
      </w:pPr>
      <w:r>
        <w:t>اسی کو اس نے کہا ہنری پرین نے: "اسلام چینج دا فیس آف دا گروپ۔ دا ٹریڈیشنل آرڈر آف ہسٹری واز اوور تھرون۔" کیونکہ فریڈم کو کنگ شپ نے ابالش کر رکھا تھا۔</w:t>
      </w:r>
    </w:p>
    <w:p>
      <w:r>
        <w:rPr>
          <w:b/>
        </w:rPr>
        <w:t xml:space="preserve">[34:58] </w:t>
      </w:r>
      <w:r>
        <w:t>to khuda ne isi ko abalsh kar diya.</w:t>
      </w:r>
    </w:p>
    <w:p>
      <w:pPr>
        <w:jc w:val="right"/>
      </w:pPr>
      <w:r>
        <w:t>تو خدا نے اسی کو ابالش کر دیا۔</w:t>
      </w:r>
    </w:p>
    <w:p>
      <w:r>
        <w:rPr>
          <w:b/>
        </w:rPr>
        <w:t xml:space="preserve">[35:02] </w:t>
      </w:r>
      <w:r>
        <w:t>is tarah aap dekhen communist empire bana. communist empire ne bhi mazhabi freedom ko abalsh kar diya. communist empire mein religious freedom nahin hoti thi.</w:t>
      </w:r>
    </w:p>
    <w:p>
      <w:pPr>
        <w:jc w:val="right"/>
      </w:pPr>
      <w:r>
        <w:t>اس طرح آپ دیکھیں کمیونسٹ ایمپائر بنا۔ کمیونسٹ ایمپائر نے بھی مذہبی فریڈم کو ابالش کر دیا۔ کمیونسٹ ایمپائر میں ریلیجس فریڈم نہیں ہوتی تھی۔</w:t>
      </w:r>
    </w:p>
    <w:p>
      <w:r>
        <w:rPr>
          <w:b/>
        </w:rPr>
        <w:t xml:space="preserve">[35:13] </w:t>
      </w:r>
      <w:r>
        <w:t>to kya hua? 75 years ke baad is ko khuda ne is ko khatm kar diya. aaj is ka koi wajood nahin hai. communist empire ka koi wajood nahin hai.</w:t>
      </w:r>
    </w:p>
    <w:p>
      <w:pPr>
        <w:jc w:val="right"/>
      </w:pPr>
      <w:r>
        <w:t>تو کیا ہوا؟ 75 ائیرز کے بعد اس کو خدا نے اس کو ختم کر دیا۔ آج اس کا کوئی وجود نہیں ہے۔ کمیونسٹ ایمپائر کا کوئی وجود نہیں ہے۔</w:t>
      </w:r>
    </w:p>
    <w:p>
      <w:r>
        <w:rPr>
          <w:b/>
        </w:rPr>
        <w:t xml:space="preserve">[35:26] </w:t>
      </w:r>
      <w:r>
        <w:t>jab bhi dunya mein koi aisa uthega, chahe kitna hi powerful ho, jo khuda ki scheme ko gadbad karega, yani freedom ko khatm karega.</w:t>
      </w:r>
    </w:p>
    <w:p>
      <w:pPr>
        <w:jc w:val="right"/>
      </w:pPr>
      <w:r>
        <w:t>جب بھی دنیا میں کوئی ایسا اٹھے گا، چاہے کتنا ہی پاور فل ہو، جو خدا کی اسکیم کو گڑبڑ کرے گا، یعنی فریڈم کو ختم کرے گا۔</w:t>
      </w:r>
    </w:p>
    <w:p>
      <w:r>
        <w:rPr>
          <w:b/>
        </w:rPr>
        <w:t xml:space="preserve">[35:37] </w:t>
      </w:r>
      <w:r>
        <w:t>freedom, freedom jo hai, freedom is an integral part of test, of the test.</w:t>
      </w:r>
    </w:p>
    <w:p>
      <w:pPr>
        <w:jc w:val="right"/>
      </w:pPr>
      <w:r>
        <w:t>فریڈم، فریڈم جو ہے، فریڈم از این انٹیگرل پارٹ آف ٹیسٹ، آف دا ٹیسٹ۔</w:t>
      </w:r>
    </w:p>
    <w:p>
      <w:r>
        <w:rPr>
          <w:b/>
        </w:rPr>
        <w:t xml:space="preserve">[35:47] </w:t>
      </w:r>
      <w:r>
        <w:t>to khuda ki scheme ko koi gaddabtarize karega to khuda bardasht karega is ko?</w:t>
      </w:r>
    </w:p>
    <w:p>
      <w:pPr>
        <w:jc w:val="right"/>
      </w:pPr>
      <w:r>
        <w:t>تو خدا کی اسکیموں کو کوئی جبرٹائز کرے گا تو خدا برداشت کرے گا اس کو؟</w:t>
      </w:r>
    </w:p>
    <w:p>
      <w:r>
        <w:rPr>
          <w:b/>
        </w:rPr>
        <w:t xml:space="preserve">[35:53] </w:t>
      </w:r>
      <w:r>
        <w:t>freedom ko khatm karna khuda ki scheme, aap thing ko gaddabtarize karna hai. khuda kabhi bardasht nahin karega. kabhi nahin.</w:t>
      </w:r>
    </w:p>
    <w:p>
      <w:pPr>
        <w:jc w:val="right"/>
      </w:pPr>
      <w:r>
        <w:t>فریڈم کو ختم کرنا خدا کی اسکیم، آپ تھنگ کو جبرٹائز کرنا ہے۔ خدا کبھی برداشت نہیں کرے گا۔ کبھی نہیں۔</w:t>
      </w:r>
    </w:p>
    <w:p>
      <w:r>
        <w:rPr>
          <w:b/>
        </w:rPr>
        <w:t xml:space="preserve">[36:05] </w:t>
      </w:r>
      <w:r>
        <w:t>to is liye dekhiye, main is ko bohat hi important yeh baat hai, is ko aap samjhiye ke khuda ko test lena hai.</w:t>
      </w:r>
    </w:p>
    <w:p>
      <w:pPr>
        <w:jc w:val="right"/>
      </w:pPr>
      <w:r>
        <w:t>تو اس لیے دیکھیے، میں اس کو بہت ہی امپورٹنٹ یہ بات ہے، اس کو آپ سمجھیے کہ خدا کو ٹیسٹ لینا ہے۔</w:t>
      </w:r>
    </w:p>
    <w:p>
      <w:r>
        <w:rPr>
          <w:b/>
        </w:rPr>
        <w:t xml:space="preserve">[36:18] </w:t>
      </w:r>
      <w:r>
        <w:t>test lena hai to aap ko azadi bhi dena hai.</w:t>
      </w:r>
    </w:p>
    <w:p>
      <w:pPr>
        <w:jc w:val="right"/>
      </w:pPr>
      <w:r>
        <w:t>ٹیسٹ لینا ہے تو آپ کو آزادی بھی دینا ہے۔</w:t>
      </w:r>
    </w:p>
    <w:p>
      <w:r>
        <w:rPr>
          <w:b/>
        </w:rPr>
        <w:t xml:space="preserve">[36:22] </w:t>
      </w:r>
      <w:r>
        <w:t>to yeh jo hua, khuda ne hukum diya ke in se jang karo yahan tak ke khatm kar do is fitne ko. yani woh log jinhon ne khuda ki scheme of thing jo hai, us ko gaddabtarize kar rakha hai aur freedom of choice ko khatm kar rakha hai,</w:t>
      </w:r>
    </w:p>
    <w:p>
      <w:pPr>
        <w:jc w:val="right"/>
      </w:pPr>
      <w:r>
        <w:t>تو یہ جو ہوا، خدا نے حکم دیا کہ ان سے جنگ کرو یہاں تک کہ ختم کر دو اس فتنے کو۔ یعنی وہ لوگ جنہوں نے خدا کی اسکیم آف تھنگ جو ہے، اس کو جبرٹائز کر رکھا ہے اور فریڈم آف چوائس کو ختم کر رکھا ہے،</w:t>
      </w:r>
    </w:p>
    <w:p>
      <w:r>
        <w:rPr>
          <w:b/>
        </w:rPr>
        <w:t xml:space="preserve">[36:39] </w:t>
      </w:r>
      <w:r>
        <w:t>to freedom of choice ko khatm karne ka right nahin kisi ko hai dunya mein. khuda is ko, is ko khatm karega. is ko rehne nahin dega.</w:t>
      </w:r>
    </w:p>
    <w:p>
      <w:pPr>
        <w:jc w:val="right"/>
      </w:pPr>
      <w:r>
        <w:t>تو فریڈم آف چوائس کو ختم کرنے کا رائٹ نہیں کسی کو ہے دنیا میں۔ خدا اس کو، اس کو ختم کرے گا۔ اس کو رہنے نہیں دے گا۔</w:t>
      </w:r>
    </w:p>
    <w:p>
      <w:r>
        <w:rPr>
          <w:b/>
        </w:rPr>
        <w:t xml:space="preserve">[36:47] </w:t>
      </w:r>
      <w:r>
        <w:t>is ko kaam nahin karne dega is ko. na history mein kabhi aisa hua, na aage kabhi aisa hoga.</w:t>
      </w:r>
    </w:p>
    <w:p>
      <w:pPr>
        <w:jc w:val="right"/>
      </w:pPr>
      <w:r>
        <w:t>اس کو کام نہیں کرنے دے گا اس کو۔ نہ ہسٹری میں کبھی ایسا ہوا، نہ آگے کبھی ایسا ہوگا۔</w:t>
      </w:r>
    </w:p>
    <w:p>
      <w:r>
        <w:rPr>
          <w:b/>
        </w:rPr>
        <w:t xml:space="preserve">[36:52] </w:t>
      </w:r>
      <w:r>
        <w:t>jo bhi, chahe individual ho ya koi empire ho, jo bhi freedom of choice ko khatm karega, khuda is ko khatm kar dega.</w:t>
      </w:r>
    </w:p>
    <w:p>
      <w:pPr>
        <w:jc w:val="right"/>
      </w:pPr>
      <w:r>
        <w:t>جو بھی، چاہے انڈیویجول ہو یا کوئی ایمپائر ہو، جو بھی فریڈم آف چوائس کو ختم کرے گا، خدا اس کو ختم کر دے گا۔</w:t>
      </w:r>
    </w:p>
    <w:p>
      <w:r>
        <w:rPr>
          <w:b/>
        </w:rPr>
        <w:t xml:space="preserve">[37:03] </w:t>
      </w:r>
      <w:r>
        <w:t>khatm kar dega is ko. yeh bohat hi important baat hai jis ko samajhna chahiye.</w:t>
      </w:r>
    </w:p>
    <w:p>
      <w:pPr>
        <w:jc w:val="right"/>
      </w:pPr>
      <w:r>
        <w:t>ختم کر دے گا اس کو۔ یہ بہت ہی امپورٹنٹ بات ہے جس کو سمجھنا چاہیے۔</w:t>
      </w:r>
    </w:p>
    <w:p>
      <w:r>
        <w:rPr>
          <w:b/>
        </w:rPr>
        <w:t xml:space="preserve">[37:11] </w:t>
      </w:r>
      <w:r>
        <w:t>to dekhiye, prophet of Islam</w:t>
      </w:r>
    </w:p>
    <w:p>
      <w:pPr>
        <w:jc w:val="right"/>
      </w:pPr>
      <w:r>
        <w:t>تو دیکھیے، پرافٹ آف اسلام</w:t>
      </w:r>
    </w:p>
    <w:p>
      <w:r>
        <w:rPr>
          <w:b/>
        </w:rPr>
        <w:t xml:space="preserve">[37:16] </w:t>
      </w:r>
      <w:r>
        <w:t>ke bare mein jo quran mein aaya hai ke aap ko bheja gaya sari dunya walon ki blessing ke liye, is ka ek aspect yeh tha jo main ne arz kiya ke khuda ne shirk ko aur political power ko ek doosre se detach kar diya, alag kar diya</w:t>
      </w:r>
    </w:p>
    <w:p>
      <w:pPr>
        <w:jc w:val="right"/>
      </w:pPr>
      <w:r>
        <w:t>کے بارے میں جو قرآن میں آیا ہے کہ آپ کو بھیجا گیا ساری دنیا والوں کی بلیسنگ کے لیے، اس کا ایک آسپیکٹ یہ تھا جو میں نے عرض کیا کہ خدا نے شرک کو اور پولیٹیکل پاور کو ایک دوسرے سے ڈیٹیچ کر دیا، الگ کر دیا</w:t>
      </w:r>
    </w:p>
    <w:p>
      <w:r>
        <w:rPr>
          <w:b/>
        </w:rPr>
        <w:t xml:space="preserve">[37:36] </w:t>
      </w:r>
      <w:r>
        <w:t>. ab bhi shirk dunya mein hai lekin is ke paas political power nahin hai.</w:t>
      </w:r>
    </w:p>
    <w:p>
      <w:pPr>
        <w:jc w:val="right"/>
      </w:pPr>
      <w:r>
        <w:t>۔ اب بھی شرک دنیا میں ہے لیکن اس کے پاس پولیٹیکل پاور نہیں ہے۔</w:t>
      </w:r>
    </w:p>
    <w:p>
      <w:r>
        <w:rPr>
          <w:b/>
        </w:rPr>
        <w:t xml:space="preserve">[37:44] </w:t>
      </w:r>
      <w:r>
        <w:t>shirk ke paas political power nahin hai. yeh kitni bari blessing thi khuda ki ke freedom of choice ko jinhon ne band kar rakha tha, us ko khuda ne hata diya.</w:t>
      </w:r>
    </w:p>
    <w:p>
      <w:pPr>
        <w:jc w:val="right"/>
      </w:pPr>
      <w:r>
        <w:t>شرک کے پاس پولیٹیکل پاور نہیں ہے۔ یہ کتنی بڑی بلیسنگ تھی خدا کی کہ فریڈم آف چوائس کو جنہوں نے بند کر رکھا تھا، اس کو خدا نے ہٹا دیا۔</w:t>
      </w:r>
    </w:p>
    <w:p>
      <w:r>
        <w:rPr>
          <w:b/>
        </w:rPr>
        <w:t xml:space="preserve">[37:54] </w:t>
      </w:r>
      <w:r>
        <w:t>aur hamesha ke liye shirk ko aur political power ko ek doosre se alag kar diya. ab kabhi dono milne wale nahin hain.</w:t>
      </w:r>
    </w:p>
    <w:p>
      <w:pPr>
        <w:jc w:val="right"/>
      </w:pPr>
      <w:r>
        <w:t>اور ہمیشہ کے لیے شرک کو اور پولیٹیکل پاور کو ایک دوسرے سے الگ کر دیا۔ اب کبھی دونوں ملنے والے نہیں ہیں۔</w:t>
      </w:r>
    </w:p>
    <w:p>
      <w:r>
        <w:rPr>
          <w:b/>
        </w:rPr>
        <w:t xml:space="preserve">[38:02] </w:t>
      </w:r>
      <w:r>
        <w:t>yeh kitni bari blessing hai kyunke goya ke yeh paradise ka darwaza hi band kiye hue the ke hamare religion ko lo, kisi aur religion par tum ko hum jaane nahin denge.</w:t>
      </w:r>
    </w:p>
    <w:p>
      <w:pPr>
        <w:jc w:val="right"/>
      </w:pPr>
      <w:r>
        <w:t>یہ کتنی بڑی بلیسنگ ہے کیونکہ گویا کہ یہ پیراڈائز کا دروازہ ہی بند کیے ہوئے تھے کہ ہمارے ریلیجن کو لو، کسی اور ریلیجن پر تم کو ہم جانے نہیں دیں گے۔</w:t>
      </w:r>
    </w:p>
    <w:p>
      <w:r>
        <w:rPr>
          <w:b/>
        </w:rPr>
        <w:t xml:space="preserve">[38:15] </w:t>
      </w:r>
      <w:r>
        <w:t>matlab chote religion par chalo jo hum ne chala rakha hai. aur sache religion ki tum talash nahin kar sakte. sache religion ki tum choice nahin le sakte. to kitni bari blessing thi jo aap ke zariye hui.</w:t>
      </w:r>
    </w:p>
    <w:p>
      <w:pPr>
        <w:jc w:val="right"/>
      </w:pPr>
      <w:r>
        <w:t>مطلب چھوٹے ریلیجن پر چلو جو ہم نے چلا رکھا ہے۔ اور سچے ریلیجن کی تم تلاش نہیں کر سکتے۔ سچے ریلیجن کی تم چوائس نہیں لے سکتے۔ تو کتنی بڑی بلیسنگ تھی جو آپ کے ذریعے ہوئی۔</w:t>
      </w:r>
    </w:p>
    <w:p>
      <w:r>
        <w:rPr>
          <w:b/>
        </w:rPr>
        <w:t xml:space="preserve">[38:27] </w:t>
      </w:r>
      <w:r>
        <w:t>is ke liye aap ke jo followers the, jo unhon ne karmana anjam diya hai, woh is kitab mein bhi hai aur doosri kitabon mein ke bohat zabardast sacrifice kiya in logon ne.</w:t>
      </w:r>
    </w:p>
    <w:p>
      <w:pPr>
        <w:jc w:val="right"/>
      </w:pPr>
      <w:r>
        <w:t>اس کے لیے آپ کے جو فالوورز تھے، جو انہوں نے کارنامہ انجام دیا ہے، وہ اس کتاب میں بھی ہے اور دوسری کتابوں میں کہ بہت زبردست سیکریفائس کیا ان لوگوں نے۔</w:t>
      </w:r>
    </w:p>
    <w:p>
      <w:r>
        <w:rPr>
          <w:b/>
        </w:rPr>
        <w:t xml:space="preserve">[38:39] </w:t>
      </w:r>
      <w:r>
        <w:t>yani ek hi generation mein dono empire khatm ho gayi. aap zara ghor kijiye. yeh dono empire jo jin ko bible ne chittane kaha gaya hai, abdi chittane kaha gaya hai, woh ek hi generation mein, yani sahaba ke zamane mein, dono ka khatma ho gaya.</w:t>
      </w:r>
    </w:p>
    <w:p>
      <w:pPr>
        <w:jc w:val="right"/>
      </w:pPr>
      <w:r>
        <w:t>یعنی ایک ہی جنریشن میں دونوں ایمپائر ختم ہو گئی۔ آپ ذرا غور کیجیے۔ یہ دونوں ایمپائر جو جن کو بائبل نے چٹانے کہا گیا ہے، ابدی چٹانے کہا گیا ہے، وہ ایک ہی جنریشن میں، یعنی صحابہ کے زمانے میں، دونوں کا خاتمہ ہو گیا۔</w:t>
      </w:r>
    </w:p>
    <w:p>
      <w:r>
        <w:rPr>
          <w:b/>
        </w:rPr>
        <w:t xml:space="preserve">[38:55] </w:t>
      </w:r>
      <w:r>
        <w:t>jabke hazrat umar khalifa the. insan ke liye darwaza khol diya gaya freedom of choice ka. ek baat yeh hai.</w:t>
      </w:r>
    </w:p>
    <w:p>
      <w:pPr>
        <w:jc w:val="right"/>
      </w:pPr>
      <w:r>
        <w:t>جبکہ حضرت عمر خلیفہ تھے۔ انسان کے لیے دروازہ کھول دیا گیا فریڈم آف چوائس کا۔ ایک بات یہ ہے۔</w:t>
      </w:r>
    </w:p>
    <w:p>
      <w:r>
        <w:rPr>
          <w:b/>
        </w:rPr>
        <w:t xml:space="preserve">[39:05] </w:t>
      </w:r>
      <w:r>
        <w:t>doosri baat yeh hai ke yeh jo nature khuda ne, yeh dunya mein jo nature khuda ne banai hai, aap jante hain ke sari world hai, us ko nature kaha jata hai.</w:t>
      </w:r>
    </w:p>
    <w:p>
      <w:pPr>
        <w:jc w:val="right"/>
      </w:pPr>
      <w:r>
        <w:t>دوسری بات یہ ہے کہ یہ جو نیچر خدا نے، یہ دنیا میں جو نیچر خدا نے بنائی ہے، آپ جانتے ہیں کہ ساری ورلڈ ہے، اس کو نیچر کہا جاتا ہے۔</w:t>
      </w:r>
    </w:p>
    <w:p>
      <w:r>
        <w:rPr>
          <w:b/>
        </w:rPr>
        <w:t xml:space="preserve">[39:16] </w:t>
      </w:r>
      <w:r>
        <w:t>yani sitare hon, yani stars hon, planet ho, suraj ho, chand ho, samandar ho, pahad ho, darakht hon, in sab ko nature kaha jata hai.</w:t>
      </w:r>
    </w:p>
    <w:p>
      <w:pPr>
        <w:jc w:val="right"/>
      </w:pPr>
      <w:r>
        <w:t>یعنی ستارے ہوں، یعنی اسٹارز ہوں، پلینٹ ہو، سورج ہو، چاند ہو، سمندر ہو، پہاڑ ہو، درخت ہوں، ان سب کو نیچر کہا جاتا ہے۔</w:t>
      </w:r>
    </w:p>
    <w:p>
      <w:r>
        <w:rPr>
          <w:b/>
        </w:rPr>
        <w:t xml:space="preserve">[39:26] </w:t>
      </w:r>
      <w:r>
        <w:t>nature. To hazaron saal se insan is ko poochta tha:</w:t>
      </w:r>
    </w:p>
    <w:p>
      <w:pPr>
        <w:jc w:val="right"/>
      </w:pPr>
      <w:r>
        <w:t>نیچر۔ تو ہزاروں سال سے انسان اس کو پوچھتا تھا:</w:t>
      </w:r>
    </w:p>
    <w:p>
      <w:r>
        <w:rPr>
          <w:b/>
        </w:rPr>
        <w:t xml:space="preserve">[39:33] </w:t>
      </w:r>
      <w:r>
        <w:t>"rabana kathira". Ye dekha is ko? Ab aap raat ko jab pollution na ho, hamari dilli mein to pollution hota hai, raat ko bilkul, yani fiza bilkul saaf ho,</w:t>
      </w:r>
    </w:p>
    <w:p>
      <w:pPr>
        <w:jc w:val="right"/>
      </w:pPr>
      <w:r>
        <w:t>"ربنا کثیرا"۔ یہ دیکھا اس کو؟ اب آپ رات کو جب پولیوشن نہ ہو، ہماری دلی میں تو پولیوشن ہوتا ہے، رات کو بالکل، یعنی فضا بالکل صاف ہو،</w:t>
      </w:r>
    </w:p>
    <w:p>
      <w:r>
        <w:rPr>
          <w:b/>
        </w:rPr>
        <w:t xml:space="preserve">[39:49] </w:t>
      </w:r>
      <w:r>
        <w:t>to aap dekhiye raat ko zara aisa jugmag jugmag sitare karte hain ke aadmi bilkul, yani ek ek wo hota hai, ek ek terrible experience hota hai.</w:t>
      </w:r>
    </w:p>
    <w:p>
      <w:pPr>
        <w:jc w:val="right"/>
      </w:pPr>
      <w:r>
        <w:t>تو آپ دیکھیے رات کو ذرا ایسا جگمگ جگمگ ستارے کرتے ہیں کہ آدمی بالکل، یعنی ایک ایک وہ ہوتا ہے، ایک ایک ٹریبل ایکسپیرینس ہوتا ہے۔</w:t>
      </w:r>
    </w:p>
    <w:p>
      <w:r>
        <w:rPr>
          <w:b/>
        </w:rPr>
        <w:t xml:space="preserve">[40:03] </w:t>
      </w:r>
      <w:r>
        <w:t>Main ne aaj bar bar aisa dekha hai, aise jagah jahan ke kuch bhi pollution na ho, fiza bilkul saaf ho, aur phir jab sitare nikalte hain to ek ajib dahshat khaz mamla hota hai, wo terrible experience hota hai.</w:t>
      </w:r>
    </w:p>
    <w:p>
      <w:pPr>
        <w:jc w:val="right"/>
      </w:pPr>
      <w:r>
        <w:t>میں نے آج بار بار ایسا دیکھا ہے، ایسے جگہ جہاں کہ کچھ بھی پولیوشن نہ ہو، فضا بالکل صاف ہو، اور پھر جب ستارے نکلتے ہیں تو ایک عجیب دہشت خیز معاملہ ہوتا ہے، وہ ٹریبل ایکسپیرینس ہوتا ہے۔</w:t>
      </w:r>
    </w:p>
    <w:p>
      <w:r>
        <w:rPr>
          <w:b/>
        </w:rPr>
        <w:t xml:space="preserve">[40:15] </w:t>
      </w:r>
      <w:r>
        <w:t>To aadmi ne samajh liya ke ye khuda, ye ye devta log hain. Ye aisi jab chaudhvin ka chand nikalta hai, jab aasman saaf ho, ajib manzar hota hai, ajib scene hota hai wo.</w:t>
      </w:r>
    </w:p>
    <w:p>
      <w:pPr>
        <w:jc w:val="right"/>
      </w:pPr>
      <w:r>
        <w:t>تو آدمی نے سمجھ لیا کہ یہ خدا، یہ یہ دیوتا لوگ ہیں۔ یہ ایسی جب چودھویں کا چاند نکلتا ہے، جب آسمان صاف ہو، عجیب منظر ہوتا ہے، عجیب سین ہوتا ہے وہ۔</w:t>
      </w:r>
    </w:p>
    <w:p>
      <w:r>
        <w:rPr>
          <w:b/>
        </w:rPr>
        <w:t xml:space="preserve">[40:27] </w:t>
      </w:r>
      <w:r>
        <w:t>To lagta hai koi khuda hai ye upar se dekh raha hai hum ko.</w:t>
      </w:r>
    </w:p>
    <w:p>
      <w:pPr>
        <w:jc w:val="right"/>
      </w:pPr>
      <w:r>
        <w:t>تو لگتا ہے کوئی خدا ہے یہ اوپر سے دیکھ رہا ہے ہم کو۔</w:t>
      </w:r>
    </w:p>
    <w:p>
      <w:r>
        <w:rPr>
          <w:b/>
        </w:rPr>
        <w:t xml:space="preserve">[40:31] </w:t>
      </w:r>
      <w:r>
        <w:t>Aur suraj to wo to maah khuda samjha hai insan ne is ko.</w:t>
      </w:r>
    </w:p>
    <w:p>
      <w:pPr>
        <w:jc w:val="right"/>
      </w:pPr>
      <w:r>
        <w:t>اور سورج تو وہ تو ماہ خدا سمجھا ہے انسان نے اس کو۔</w:t>
      </w:r>
    </w:p>
    <w:p>
      <w:r>
        <w:rPr>
          <w:b/>
        </w:rPr>
        <w:t xml:space="preserve">[40:38] </w:t>
      </w:r>
      <w:r>
        <w:t>Khas tor par desert mein main ne dekha hai chand suraj ko chamakte hue, ek ajib anokha scene hota hai wo. To suraj ko, chand ko, sitaron ko dekh kar insan par ek dahshat tari hoti thi.</w:t>
      </w:r>
    </w:p>
    <w:p>
      <w:pPr>
        <w:jc w:val="right"/>
      </w:pPr>
      <w:r>
        <w:t>خاص طور پر ڈیزرٹ میں میں نے دیکھا ہے چاند سورج کو چمکتے ہوئے، ایک عجیب انوکھا سین ہوتا ہے وہ۔ تو سورج کو، چاند کو، ستاروں کو دیکھ کر انسان پر ایک دہشت طاری ہوتی تھی۔</w:t>
      </w:r>
    </w:p>
    <w:p>
      <w:r>
        <w:rPr>
          <w:b/>
        </w:rPr>
        <w:t xml:space="preserve">[40:50] </w:t>
      </w:r>
      <w:r>
        <w:t>Is ne samajhna samajh liya ke ye khuda hai. Isi Quran mein ishara kiya gaya hai: "rabana</w:t>
      </w:r>
    </w:p>
    <w:p>
      <w:pPr>
        <w:jc w:val="right"/>
      </w:pPr>
      <w:r>
        <w:t>اس نے سمجھنا سمجھ لیا کہ یہ خدا ہے۔ اسی قرآن میں اشارہ کیا گیا ہے: "ربنا</w:t>
      </w:r>
    </w:p>
    <w:p>
      <w:r>
        <w:rPr>
          <w:b/>
        </w:rPr>
        <w:t xml:space="preserve">[40:56] </w:t>
      </w:r>
      <w:r>
        <w:t>kathira". Isi tarah insan ne mountain ko dekha, itna bara pahad khada hua hai. Samandar ko dekha ke itna bara paniyon ka, itna bara zakhira hai, mojen maar raha hai.</w:t>
      </w:r>
    </w:p>
    <w:p>
      <w:pPr>
        <w:jc w:val="right"/>
      </w:pPr>
      <w:r>
        <w:t>کثیرا"۔ اسی طرح انسان نے ماؤنٹین کو دیکھا، اتنا بڑا پہاڑ کھڑا ہوا ہے۔ سمندر کو دیکھا کہ اتنا بڑا پانیوں کا، اتنا بڑا ذخیرہ ہے، موجیں مار رہا ہے۔</w:t>
      </w:r>
    </w:p>
    <w:p>
      <w:r>
        <w:rPr>
          <w:b/>
        </w:rPr>
        <w:t xml:space="preserve">[41:08] </w:t>
      </w:r>
      <w:r>
        <w:t>Jis cheez ko dekha, bohat hi, yani is ke andar ek greatness thi, us samajh liya ke khuda hai. Ab hazaron saal se insan nature ko poojne laga.</w:t>
      </w:r>
    </w:p>
    <w:p>
      <w:pPr>
        <w:jc w:val="right"/>
      </w:pPr>
      <w:r>
        <w:t>جس چیز کو دیکھا، بہت ہی، یعنی اس کے اندر ایک گریٹنس تھی، اس سمجھ لیا کہ خدا ہے۔ اب ہزاروں سال سے انسان نیچر کو پوجنے لگا۔</w:t>
      </w:r>
    </w:p>
    <w:p>
      <w:r>
        <w:rPr>
          <w:b/>
        </w:rPr>
        <w:t xml:space="preserve">[41:20] </w:t>
      </w:r>
      <w:r>
        <w:t>Jis ko kehte hain nature worship. Hazaron saal ka zamana nature worship ka zamana tha.</w:t>
      </w:r>
    </w:p>
    <w:p>
      <w:pPr>
        <w:jc w:val="right"/>
      </w:pPr>
      <w:r>
        <w:t>جس کو کہتے ہیں نیچر ورشپ۔ ہزاروں سال کا زمانہ نیچر ورشپ کا زمانہ تھا۔</w:t>
      </w:r>
    </w:p>
    <w:p>
      <w:r>
        <w:rPr>
          <w:b/>
        </w:rPr>
        <w:t xml:space="preserve">[41:27] </w:t>
      </w:r>
      <w:r>
        <w:t>Is ka sabab aur nuksan kya tha? Sabab aur nuksan ye nahi tha ke is mein is tarah se motor car nahi ban rahi thi, hawai jahaz nahi ban raha tha, mobile nahi ban rahe the.</w:t>
      </w:r>
    </w:p>
    <w:p>
      <w:pPr>
        <w:jc w:val="right"/>
      </w:pPr>
      <w:r>
        <w:t>اس کا سبب اور نقصان کیا تھا؟ سبب اور نقصان یہ نہیں تھا کہ اس میں اس طرح سے موٹر کار نہیں بن رہی تھی، ہوائی جہاز نہیں بن رہا تھا، موبائل نہیں بن رہے تھے۔</w:t>
      </w:r>
    </w:p>
    <w:p>
      <w:r>
        <w:rPr>
          <w:b/>
        </w:rPr>
        <w:t xml:space="preserve">[41:37] </w:t>
      </w:r>
      <w:r>
        <w:t>Mehanti ki sab secondary cheezein hain. Secondary cheezein hain. Sab se bara jo nuksan tha wo kya tha? Ye sab cheezon mein signs of god thin in mein.</w:t>
      </w:r>
    </w:p>
    <w:p>
      <w:pPr>
        <w:jc w:val="right"/>
      </w:pPr>
      <w:r>
        <w:t>محنتی کی سب سیکنڈری چیزیں ہیں۔ سیکنڈری چیزیں ہیں۔ سب سے بڑا جو نقصان تھا وہ کیا تھا؟ یہ سب چیزوں میں سائنز آف گاڈ تھیں ان میں۔</w:t>
      </w:r>
    </w:p>
    <w:p>
      <w:r>
        <w:rPr>
          <w:b/>
        </w:rPr>
        <w:t xml:space="preserve">[41:46] </w:t>
      </w:r>
      <w:r>
        <w:t>Signs of god, khuda ki nishaniyan. Khuda ki nishaniyan.</w:t>
      </w:r>
    </w:p>
    <w:p>
      <w:pPr>
        <w:jc w:val="right"/>
      </w:pPr>
      <w:r>
        <w:t>سائنز آف گاڈ، خدا کی نشانیاں۔ خدا کی نشانیاں۔</w:t>
      </w:r>
    </w:p>
    <w:p>
      <w:r>
        <w:rPr>
          <w:b/>
        </w:rPr>
        <w:t xml:space="preserve">[41:52] </w:t>
      </w:r>
      <w:r>
        <w:t>Nature di, nature jo hai, is ke andar khuda ki nishaniyan thin. Signs of god tha. Is se insan bekhabar tha. Is ko janta nahi tha.</w:t>
      </w:r>
    </w:p>
    <w:p>
      <w:pPr>
        <w:jc w:val="right"/>
      </w:pPr>
      <w:r>
        <w:t>نیچر دی، نیچر جو ہے، اس کے اندر خدا کی نشانیاں تھیں۔ سائنز آف گاڈ تھا۔ اس سے انسان بے خبر تھا۔ اس کو جانتا نہیں تھا۔</w:t>
      </w:r>
    </w:p>
    <w:p>
      <w:r>
        <w:rPr>
          <w:b/>
        </w:rPr>
        <w:t xml:space="preserve">[42:03] </w:t>
      </w:r>
      <w:r>
        <w:t>To khuda ke bare mein jo scientific proof yahan rakha hua tha nature mein, isi se bekhabar tha insan.</w:t>
      </w:r>
    </w:p>
    <w:p>
      <w:pPr>
        <w:jc w:val="right"/>
      </w:pPr>
      <w:r>
        <w:t>تو خدا کے بارے میں جو سائنٹیفک پروف یہاں رکھا ہوا تھا نیچر میں، اسی سے بے خبر تھا انسان۔</w:t>
      </w:r>
    </w:p>
    <w:p>
      <w:r>
        <w:rPr>
          <w:b/>
        </w:rPr>
        <w:t xml:space="preserve">[42:14] </w:t>
      </w:r>
      <w:r>
        <w:t>Ajib, yani is par main ne kai kitabein likhi hain. Aur sab se pehli kitab jo chapi hai is mauzu par, wo hai Sir James Jeans ki "Mysterious Universe".</w:t>
      </w:r>
    </w:p>
    <w:p>
      <w:pPr>
        <w:jc w:val="right"/>
      </w:pPr>
      <w:r>
        <w:t>عجیب، یعنی اس پر میں نے کئی کتابیں لکھی ہیں۔ اور سب سے پہلی کتاب جو چھپی ہے اس موضوع پر، وہ ہے سر جیمز جینز کی "مسٹیریس یونیورس"۔</w:t>
      </w:r>
    </w:p>
    <w:p>
      <w:r>
        <w:rPr>
          <w:b/>
        </w:rPr>
        <w:t xml:space="preserve">[42:25] </w:t>
      </w:r>
      <w:r>
        <w:t>Main bataun ke is ko number one credit milta hai Sir James Jeans ko. Is pehlu ko khola is ne ke nature jo hai, wo to science of god hai.</w:t>
      </w:r>
    </w:p>
    <w:p>
      <w:pPr>
        <w:jc w:val="right"/>
      </w:pPr>
      <w:r>
        <w:t>میں بتاؤں کہ اس کو نمبر ون کریڈٹ ملتا ہے سر جیمز جینز کو۔ اس پہلو کو کھولا اس نے کہ نیچر جو ہے، وہ تو سائنس آف گاڈ ہے۔</w:t>
      </w:r>
    </w:p>
    <w:p>
      <w:r>
        <w:rPr>
          <w:b/>
        </w:rPr>
        <w:t xml:space="preserve">[42:35] </w:t>
      </w:r>
      <w:r>
        <w:t>Khuda ki nishaniyan hain is ke andar hain. Yani khuda ko scientific level par proof kar raha hai ye nature ki study.</w:t>
      </w:r>
    </w:p>
    <w:p>
      <w:pPr>
        <w:jc w:val="right"/>
      </w:pPr>
      <w:r>
        <w:t>خدا کی نشانیاں ہیں اس کے اندر ہیں۔ یعنی خدا کو سائنٹیفک لیول پر پروف کر رہا ہے یہ نیچر کی اسٹڈی۔</w:t>
      </w:r>
    </w:p>
    <w:p>
      <w:r>
        <w:rPr>
          <w:b/>
        </w:rPr>
        <w:t xml:space="preserve">[42:44] </w:t>
      </w:r>
      <w:r>
        <w:t>To ye ye possible kaise hua? Jab nature ko khudai ke darje se hataya gaya. Nature ko khudai ke darje se hataya gaya.</w:t>
      </w:r>
    </w:p>
    <w:p>
      <w:pPr>
        <w:jc w:val="right"/>
      </w:pPr>
      <w:r>
        <w:t>تو یہ یہ پاسیبل کیسے ہوا؟ جب نیچر کو خدائی کے درجے سے ہٹایا گیا۔ نیچر کو خدائی کے درجے سے ہٹایا گیا۔</w:t>
      </w:r>
    </w:p>
    <w:p>
      <w:r>
        <w:rPr>
          <w:b/>
        </w:rPr>
        <w:t xml:space="preserve">[42:54] </w:t>
      </w:r>
      <w:r>
        <w:t>To Quran mein bar bar ye kaha gaya ke "sakharkum fis samawati wal ard". Yani is parastish ke bajaye ek aur formula diya gaya, wo taskheer ka formula.</w:t>
      </w:r>
    </w:p>
    <w:p>
      <w:pPr>
        <w:jc w:val="right"/>
      </w:pPr>
      <w:r>
        <w:t>تو قرآن میں بار بار یہ کہا گیا کہ "سخرکم فی السماوات والارض"۔ یعنی اس پرستش کے بجائے ایک اور فارمولا دیا گیا، وہ تسخیر کا فارمولا۔</w:t>
      </w:r>
    </w:p>
    <w:p>
      <w:r>
        <w:rPr>
          <w:b/>
        </w:rPr>
        <w:t xml:space="preserve">[43:07] </w:t>
      </w:r>
      <w:r>
        <w:t>Ab tak insan jee raha tha parastish ke formula ko le kar</w:t>
      </w:r>
    </w:p>
    <w:p>
      <w:pPr>
        <w:jc w:val="right"/>
      </w:pPr>
      <w:r>
        <w:t>اب تک انسان جی رہا تھا پرستش کے فارمولے کو لے کر</w:t>
      </w:r>
    </w:p>
    <w:p>
      <w:r>
        <w:rPr>
          <w:b/>
        </w:rPr>
        <w:t xml:space="preserve">[43:11] </w:t>
      </w:r>
      <w:r>
        <w:t>. Ab taskheer ka formula diya gaya ke nature jo hai, wo poojne ke liye nahi hai. Nature is liye ke tum is ko explore karo.</w:t>
      </w:r>
    </w:p>
    <w:p>
      <w:pPr>
        <w:jc w:val="right"/>
      </w:pPr>
      <w:r>
        <w:t>۔ اب تسخیر کا فارمولا دیا گیا کہ نیچر جو ہے، وہ پوجنے کے لیے نہیں ہے۔ نیچر اس لیے کہ تم اس کو ایکسپلور کرو۔</w:t>
      </w:r>
    </w:p>
    <w:p>
      <w:r>
        <w:rPr>
          <w:b/>
        </w:rPr>
        <w:t xml:space="preserve">[43:19] </w:t>
      </w:r>
      <w:r>
        <w:t>is ko explore karo. yeh ek anokhi inqilabi taleem thi jo insaan ne kabhi socha nahi tha.</w:t>
      </w:r>
    </w:p>
    <w:p>
      <w:pPr>
        <w:jc w:val="right"/>
      </w:pPr>
      <w:r>
        <w:t>اس کو ایکسپلور کرو۔ یہ ایک انوکھی انقلابی تعلیم تھی جو انسان نے کبھی سوچا نہیں تھا۔</w:t>
      </w:r>
    </w:p>
    <w:p>
      <w:r>
        <w:rPr>
          <w:b/>
        </w:rPr>
        <w:t xml:space="preserve">[43:29] </w:t>
      </w:r>
      <w:r>
        <w:t>hamesha se ek hi formula insaan ke paas tha nature ke bare mein.</w:t>
      </w:r>
    </w:p>
    <w:p>
      <w:pPr>
        <w:jc w:val="right"/>
      </w:pPr>
      <w:r>
        <w:t>ہمیشہ سے ایک ہی فارمولا انسان کے پاس تھا نیچر کے بارے میں۔</w:t>
      </w:r>
    </w:p>
    <w:p>
      <w:r>
        <w:rPr>
          <w:b/>
        </w:rPr>
        <w:t xml:space="preserve">[43:34] </w:t>
      </w:r>
      <w:r>
        <w:t>woh tha formula, woh base karta tha worship par ke yeh yeh sab, yani devta hain, yeh sab khuda hain, in ko humein poojna hai.</w:t>
      </w:r>
    </w:p>
    <w:p>
      <w:pPr>
        <w:jc w:val="right"/>
      </w:pPr>
      <w:r>
        <w:t>وہ تھا فارمولا، وہ بیس کرتا تھا ورشپ پر کہ یہ یہ سب، یعنی دیوتا ہیں، یہ سب خدا ہیں، ان کو ہمیں پوجنا ہے۔</w:t>
      </w:r>
    </w:p>
    <w:p>
      <w:r>
        <w:rPr>
          <w:b/>
        </w:rPr>
        <w:t xml:space="preserve">[43:47] </w:t>
      </w:r>
      <w:r>
        <w:t>toh ek hi formula par insaan chal rahi thi hazaron saal se ke is ko humein poojna hai, poojna hai, poojna hai. jis ko kehte hain nature worship.</w:t>
      </w:r>
    </w:p>
    <w:p>
      <w:pPr>
        <w:jc w:val="right"/>
      </w:pPr>
      <w:r>
        <w:t>تو ایک ہی فارمولا پر انسان چل رہی تھی ہزاروں سال سے کہ اس کو ہمیں پوجنا ہے، پوجنا ہے، پوجنا ہے۔ جس کو کہتے ہیں نیچر ورشپ۔</w:t>
      </w:r>
    </w:p>
    <w:p>
      <w:r>
        <w:rPr>
          <w:b/>
        </w:rPr>
        <w:t xml:space="preserve">[43:56] </w:t>
      </w:r>
      <w:r>
        <w:t>poori history jo hai, woh nature worship par guzar gayi pichle saal ki zamane ki.</w:t>
      </w:r>
    </w:p>
    <w:p>
      <w:pPr>
        <w:jc w:val="right"/>
      </w:pPr>
      <w:r>
        <w:t>پوری ہسٹری جو ہے، وہ نیچر ورشپ پر گزر گئی پچھلے سال کی زمانے کی۔</w:t>
      </w:r>
    </w:p>
    <w:p>
      <w:r>
        <w:rPr>
          <w:b/>
        </w:rPr>
        <w:t xml:space="preserve">[44:02] </w:t>
      </w:r>
      <w:r>
        <w:t>toh formula of worship ko khuda ne hataya aur formula of exploration ko rasool Allah ke zariye laya gaya.</w:t>
      </w:r>
    </w:p>
    <w:p>
      <w:pPr>
        <w:jc w:val="right"/>
      </w:pPr>
      <w:r>
        <w:t>تو فارمولا آف ورشپ کو خدا نے ہٹایا اور فارمولا آف ایکسپلوریشن کو رسول اللہ کے ذریعے لایا گیا۔</w:t>
      </w:r>
    </w:p>
    <w:p>
      <w:r>
        <w:rPr>
          <w:b/>
        </w:rPr>
        <w:t xml:space="preserve">[44:12] </w:t>
      </w:r>
      <w:r>
        <w:t>explore karo, explore karo, explore karo. is ko quran mein kaha gaya taskheer. taskheer. yeh taskheer ke liye hai, tumhare liye hai.</w:t>
      </w:r>
    </w:p>
    <w:p>
      <w:pPr>
        <w:jc w:val="right"/>
      </w:pPr>
      <w:r>
        <w:t>ایکسپلور کرو، ایکسپلور کرو، ایکسپلور کرو۔ اس کو قرآن میں کہا گیا تسخیر۔ تسخیر۔ یہ تسخیر کے لیے ہے، تمہارے لیے ہے۔</w:t>
      </w:r>
    </w:p>
    <w:p>
      <w:r>
        <w:rPr>
          <w:b/>
        </w:rPr>
        <w:t xml:space="preserve">[44:24] </w:t>
      </w:r>
      <w:r>
        <w:t>tumhare liye taskheer karo is ko. yani is ko discover karo, is ko explore karo, is ko control karo.</w:t>
      </w:r>
    </w:p>
    <w:p>
      <w:pPr>
        <w:jc w:val="right"/>
      </w:pPr>
      <w:r>
        <w:t>تمہارے لیے تسخیر کرو اس کو۔ یعنی اس کو ڈسکور کرو، اس کو ایکسپلور کرو، اس کو کنٹرول کرو۔</w:t>
      </w:r>
    </w:p>
    <w:p>
      <w:r>
        <w:rPr>
          <w:b/>
        </w:rPr>
        <w:t xml:space="preserve">[44:31] </w:t>
      </w:r>
      <w:r>
        <w:t>is ke andar jo gehrai baat hai, is ko jano. isi formula ko le kar ke musalmanon ne kaam kiya. yeh yeh kaam shuru hua makkah mein, phir woh is ka center bana madina, phir is ka center bana damishq, phir is ka center bana baghdad, phir is ka center bana qahirah,</w:t>
      </w:r>
    </w:p>
    <w:p>
      <w:pPr>
        <w:jc w:val="right"/>
      </w:pPr>
      <w:r>
        <w:t>اس کے اندر جو گہرائی بات ہے، اس کو جانو۔ اسی فارمولے کو لے کر کے مسلمانوں نے کام کیا۔ یہ یہ کام شروع ہوا مکے میں، پھر وہ اس کا سینٹر بنا مدینہ، پھر اس کا سینٹر بنا دمشق، پھر اس کا سینٹر بنا بغداد، پھر اس کا سینٹر بنا قاہرہ،</w:t>
      </w:r>
    </w:p>
    <w:p>
      <w:r>
        <w:rPr>
          <w:b/>
        </w:rPr>
        <w:t xml:space="preserve">[44:52] </w:t>
      </w:r>
      <w:r>
        <w:t>yahan tak ke is ka center bana spain, qurtuba aur warna tha.</w:t>
      </w:r>
    </w:p>
    <w:p>
      <w:pPr>
        <w:jc w:val="right"/>
      </w:pPr>
      <w:r>
        <w:t>یہاں تک کہ اس کا سینٹر بنا اسپین، قرطبہ اور ورنہ تھا۔</w:t>
      </w:r>
    </w:p>
    <w:p>
      <w:r>
        <w:rPr>
          <w:b/>
        </w:rPr>
        <w:t xml:space="preserve">[44:58] </w:t>
      </w:r>
      <w:r>
        <w:t>yeh ek ek process tha ke nature ko divinity ke jagah se hatana, nature ko divinity ke jagah se hatana aur is ko exploration ki cheez banana.</w:t>
      </w:r>
    </w:p>
    <w:p>
      <w:pPr>
        <w:jc w:val="right"/>
      </w:pPr>
      <w:r>
        <w:t>یہ ایک ایک پروسیس تھا کہ نیچر کو ڈیوینیٹی کے جگہ سے ہٹانا، نیچر کو ڈیوینیٹی کے جگہ سے ہٹانا اور اس کو ایکسپلوریشن کی چیز بنانا۔</w:t>
      </w:r>
    </w:p>
    <w:p>
      <w:r>
        <w:rPr>
          <w:b/>
        </w:rPr>
        <w:t xml:space="preserve">[45:11] </w:t>
      </w:r>
      <w:r>
        <w:t>yeh tha ek ek safar history ka. toh yeh safar musalmanon ne pahunchaya spain tak. phir spain pahunch kar ke baad phir woh phaila, phir woh italy mein aaya aur france mein aaya aur britain mein aaya, aakhir mein america pahuncha woh.</w:t>
      </w:r>
    </w:p>
    <w:p>
      <w:pPr>
        <w:jc w:val="right"/>
      </w:pPr>
      <w:r>
        <w:t>یہ تھا ایک ایک سفر ہسٹری کا۔ تو یہ سفر مسلمانوں نے پہنچایا اسپین تک۔ پھر اسپین پہنچ کر کے بعد پھر وہ پھیلا، پھر وہ اٹلی میں آیا اور فرانس میں آیا اور برٹن میں آیا، آخر میں امریکہ پہنچا وہ۔</w:t>
      </w:r>
    </w:p>
    <w:p>
      <w:r>
        <w:rPr>
          <w:b/>
        </w:rPr>
        <w:t xml:space="preserve">[45:25] </w:t>
      </w:r>
      <w:r>
        <w:t>toh</w:t>
      </w:r>
    </w:p>
    <w:p>
      <w:pPr>
        <w:jc w:val="right"/>
      </w:pPr>
      <w:r>
        <w:t>تو</w:t>
      </w:r>
    </w:p>
    <w:p>
      <w:r>
        <w:rPr>
          <w:b/>
        </w:rPr>
        <w:t xml:space="preserve">[45:26] </w:t>
      </w:r>
      <w:r>
        <w:t>jis cheez ko aap kehte hain yeh western civilization, woh kya hai? woh isi ka culmination hai. isi culmination hai.</w:t>
      </w:r>
    </w:p>
    <w:p>
      <w:pPr>
        <w:jc w:val="right"/>
      </w:pPr>
      <w:r>
        <w:t>جس چیز کو آپ کہتے ہیں یہ ویسٹرن سویلائزیشن، وہ کیا ہے؟ وہ اسی کا کلمنیشن ہے۔ اسی کلمنیشن ہے۔</w:t>
      </w:r>
    </w:p>
    <w:p>
      <w:r>
        <w:rPr>
          <w:b/>
        </w:rPr>
        <w:t xml:space="preserve">[45:36] </w:t>
      </w:r>
      <w:r>
        <w:t>yani Islamic process jo chala gaya tha, isi culmination hai yeh. ab ab itna zyada uncover ho chuka hai sara ke aap ke is ko parh kar iman mein izafa hota hai.</w:t>
      </w:r>
    </w:p>
    <w:p>
      <w:pPr>
        <w:jc w:val="right"/>
      </w:pPr>
      <w:r>
        <w:t>یعنی اسلامک پروسیس جو چلا گیا تھا، اسی کلمنیشن ہے یہ۔ اب اب اتنا زیادہ ان کور ہو چکا ہے سارا کہ آپ کہ اس کو پڑھ کر ایمان میں اضافہ ہوتا ہے۔</w:t>
      </w:r>
    </w:p>
    <w:p>
      <w:r>
        <w:rPr>
          <w:b/>
        </w:rPr>
        <w:t xml:space="preserve">[45:53] </w:t>
      </w:r>
      <w:r>
        <w:t>ek kitab chhapi hai america se, is ka naam hai "man does not stand alone".</w:t>
      </w:r>
    </w:p>
    <w:p>
      <w:pPr>
        <w:jc w:val="right"/>
      </w:pPr>
      <w:r>
        <w:t>ایک کتاب چھپی ہے امریکہ سے، اس کا نام ہے "مین ڈز ناٹ اسٹینڈ الون"۔</w:t>
      </w:r>
    </w:p>
    <w:p>
      <w:r>
        <w:rPr>
          <w:b/>
        </w:rPr>
        <w:t xml:space="preserve">[46:04] </w:t>
      </w:r>
      <w:r>
        <w:t>is mein yahi sab baatein hain. is ko arabic language mein jo transition hua hai, is ka bohat hi meaningful hai. is ka title arabic language mein is ka title hai "Allah yatajalla fi asr al-ilm".</w:t>
      </w:r>
    </w:p>
    <w:p>
      <w:pPr>
        <w:jc w:val="right"/>
      </w:pPr>
      <w:r>
        <w:t>اس میں یہی سب باتیں ہیں۔ اس کو عربک لینگویج میں جو ٹرانزیشن ہوا ہے، اس کا بہت ہی میننگ فل ہے۔ اس کا ٹائٹل عربک لینگویج میں اس کا ٹائٹل ہے "اللہ یتجلی فی عصر العلم"۔</w:t>
      </w:r>
    </w:p>
    <w:p>
      <w:r>
        <w:rPr>
          <w:b/>
        </w:rPr>
        <w:t xml:space="preserve">[46:16] </w:t>
      </w:r>
      <w:r>
        <w:t>yani english mein toh is ka title hai "man does not stand alone".</w:t>
      </w:r>
    </w:p>
    <w:p>
      <w:pPr>
        <w:jc w:val="right"/>
      </w:pPr>
      <w:r>
        <w:t>یعنی انگلش میں تو اس کا ٹائٹل ہے "مین ڈز ناٹ اسٹینڈ الون"۔</w:t>
      </w:r>
    </w:p>
    <w:p>
      <w:r>
        <w:rPr>
          <w:b/>
        </w:rPr>
        <w:t xml:space="preserve">[46:22] </w:t>
      </w:r>
      <w:r>
        <w:t>lekin arabic mein is ka title unhon ne rakha hai bohat acha ke "Allah yatajalla fi asr al-ilm" ke science mein, zabani maujooda zabani ke uloom mein khuda zahir ho raha hai.</w:t>
      </w:r>
    </w:p>
    <w:p>
      <w:pPr>
        <w:jc w:val="right"/>
      </w:pPr>
      <w:r>
        <w:t>لیکن عربک میں اس کا ٹائٹل انہوں نے رکھا ہے بہت اچھا کہ "اللہ یتجلی فی عصر العلم" کہ سائنس میں، زبانی موجودہ زبانی کے علوم میں خدا ظاہر ہو رہا ہے۔</w:t>
      </w:r>
    </w:p>
    <w:p>
      <w:r>
        <w:rPr>
          <w:b/>
        </w:rPr>
        <w:t xml:space="preserve">[46:36] </w:t>
      </w:r>
      <w:r>
        <w:t>"Allah yatajalla fi asr al-ilm". toh is tarah ke bohat si kitabein chhapi hain. agarche yeh sara kaam christian logon ne kiya hai.</w:t>
      </w:r>
    </w:p>
    <w:p>
      <w:pPr>
        <w:jc w:val="right"/>
      </w:pPr>
      <w:r>
        <w:t>"اللہ یتجلی فی عصر العلم"۔ تو اس طرح کے بہت سی کتابیں چھپی ہیں۔ اگرچہ یہ سارا کام کرسچن لوگوں نے کیا ہے۔</w:t>
      </w:r>
    </w:p>
    <w:p>
      <w:r>
        <w:rPr>
          <w:b/>
        </w:rPr>
        <w:t xml:space="preserve">[46:46] </w:t>
      </w:r>
      <w:r>
        <w:t>mujh se duniya mein mein akela hoon jis ne yeh kaam kiya. baqi christian logon ne bohat kaam kiya is is mamle mein.</w:t>
      </w:r>
    </w:p>
    <w:p>
      <w:pPr>
        <w:jc w:val="right"/>
      </w:pPr>
      <w:r>
        <w:t>مجھ سے دنیا میں میں اکیلا ہوں جس نے یہ کام کیا۔ باقی کرسچن لوگوں نے بہت کام کیا اس اس معاملے میں۔</w:t>
      </w:r>
    </w:p>
    <w:p>
      <w:r>
        <w:rPr>
          <w:b/>
        </w:rPr>
        <w:t xml:space="preserve">[46:52] </w:t>
      </w:r>
      <w:r>
        <w:t>kyun ke khuda ko wahi mante hain, khuda ko hum bhi mante hain. toh behal mein yeh keh raha tha ke rasool Allah ka jo jo blessing thi insaan ke liye khuda ki taraf se, is ka jo doosra aspect mein bata raha hoon, woh yeh ke nature ko divinity ki jagah se hatana aur nature ko explore karne ka woh dena,</w:t>
      </w:r>
    </w:p>
    <w:p>
      <w:pPr>
        <w:jc w:val="right"/>
      </w:pPr>
      <w:r>
        <w:t>کیونکہ خدا کو وہی مانتے ہیں، خدا کو ہم بھی مانتے ہیں۔ تو بہرحال میں یہ کہہ رہا تھا کہ رسول اللہ کا جو جو بلیسنگ تھی انسان کے لیے خدا کی طرف سے، اس کا جو دوسرا آسپیکٹ میں بتا رہا ہوں، وہ یہ کہ نیچر کو ڈیوینیٹی کی جگہ سے ہٹانا اور نیچر کو ایکسپلور کرنے کا وہ دینا،</w:t>
      </w:r>
    </w:p>
    <w:p>
      <w:r>
        <w:rPr>
          <w:b/>
        </w:rPr>
        <w:t xml:space="preserve">[47:15] </w:t>
      </w:r>
      <w:r>
        <w:t>impetus dena. aur hote hote aaj nature itna zyada khul gayi, itna zyada is mein maloomat ho gayin ke ab har cheez mein aap ek ek ek particle pe sochen toh isi mein khuda ka jalwa dikhai dega aap ko.</w:t>
      </w:r>
    </w:p>
    <w:p>
      <w:pPr>
        <w:jc w:val="right"/>
      </w:pPr>
      <w:r>
        <w:t>ایمپیٹنس دینا۔ اور ہوتے ہوتے آج نیچر اتنا زیادہ کھل گئی، اتنا زیادہ اس میں معلومات ہو گئیں کہ اب ہر چیز میں آپ ایک ایک ایک پارٹیکل پہ سوچیں تو اسی میں خدا کا جلوہ دکھائی دے گا آپ کو۔</w:t>
      </w:r>
    </w:p>
    <w:p>
      <w:r>
        <w:rPr>
          <w:b/>
        </w:rPr>
        <w:t xml:space="preserve">[47:32] </w:t>
      </w:r>
      <w:r>
        <w:t>isi mein khuda ka jalwa dikhai dega aap ko. aap enzyme par sochen toh isi mein khuda khuda ka jalwa dikhai dega aap ko. kisi bhi cheez par aap sochen, aap yeh pehle janta nahi tha insaan.</w:t>
      </w:r>
    </w:p>
    <w:p>
      <w:pPr>
        <w:jc w:val="right"/>
      </w:pPr>
      <w:r>
        <w:t>اسی میں خدا کا جلوہ دکھائی دے گا آپ کو۔ آپ انزائم پر سوچیں تو اسی میں خدا خدا کا جلوہ دکھائی دے گا آپ کو۔ کسی بھی چیز پر آپ سوچیں، آپ یہ پہلے جانتا نہیں تھا انسان۔</w:t>
      </w:r>
    </w:p>
    <w:p>
      <w:r>
        <w:rPr>
          <w:b/>
        </w:rPr>
        <w:t xml:space="preserve">[47:43] </w:t>
      </w:r>
      <w:r>
        <w:t>pehlay insaan janta tha ke sab kuch mysteriously ho raha hai. yeh nahi janta tha ke is ke andar koi bohat bari, bohat bari law kaam kar raha hai, bohat bara yani khuda ka qanoon kaam kar raha hai.</w:t>
      </w:r>
    </w:p>
    <w:p>
      <w:pPr>
        <w:jc w:val="right"/>
      </w:pPr>
      <w:r>
        <w:t>پہلے انسان جانتا تھا کہ سب کچھ مسٹیریسلی ہو رہا ہے۔ یہ نہیں جانتا تھا کہ اس کے اندر کوئی بہت بڑی، بہت بڑی لا کام کر رہا ہے، بہت بڑا یعنی خدا کا قانون کام کر رہا ہے۔</w:t>
      </w:r>
    </w:p>
    <w:p>
      <w:r>
        <w:rPr>
          <w:b/>
        </w:rPr>
        <w:t xml:space="preserve">[47:56] </w:t>
      </w:r>
      <w:r>
        <w:t>yeh sab insaan nahi jaanta tha. bas matlab misteriously ho raha hai.</w:t>
      </w:r>
    </w:p>
    <w:p>
      <w:pPr>
        <w:jc w:val="right"/>
      </w:pPr>
      <w:r>
        <w:t>یہ سب انسان نہیں جانتا تھا۔ بس مطلب مسٹیریسلی ہو رہا ہے۔</w:t>
      </w:r>
    </w:p>
    <w:p>
      <w:r>
        <w:rPr>
          <w:b/>
        </w:rPr>
        <w:t xml:space="preserve">[48:00] </w:t>
      </w:r>
      <w:r>
        <w:t>bas usay superstition tha bohat ziyada pehle zamanay mein. to doosra kaam jo aap ke zariye hua, woh yeh hai ke nature mein Khuda ne apne saare daleelain rakh di theen.</w:t>
      </w:r>
    </w:p>
    <w:p>
      <w:pPr>
        <w:jc w:val="right"/>
      </w:pPr>
      <w:r>
        <w:t>بس اسے سپرسیشن تھا بہت زیادہ پہلے زمانے میں۔ تو دوسرا کام جو آپ کے ذریعے ہوا، وہ یہ ہے کہ نیچر میں خدا نے اپنے سارے دلیلیں رکھ دی تھیں۔</w:t>
      </w:r>
    </w:p>
    <w:p>
      <w:r>
        <w:rPr>
          <w:b/>
        </w:rPr>
        <w:t xml:space="preserve">[48:13] </w:t>
      </w:r>
      <w:r>
        <w:t>quran mein sign kaha gaya hai "SI G and sign". nature mein Khuda ne jo daleelain rakh di theen, jo us ko quran mein sign kaha gaya, science.</w:t>
      </w:r>
    </w:p>
    <w:p>
      <w:pPr>
        <w:jc w:val="right"/>
      </w:pPr>
      <w:r>
        <w:t>قرآن میں سائن کہا گیا ہے "ایس آئی جی اینڈ سائن"۔ نیچر میں خدا نے جو دلیلیں رکھ دی تھیں، جو اس کو قرآن میں سائن کہا گیا، سائنس۔</w:t>
      </w:r>
    </w:p>
    <w:p>
      <w:r>
        <w:rPr>
          <w:b/>
        </w:rPr>
        <w:t xml:space="preserve">[48:24] </w:t>
      </w:r>
      <w:r>
        <w:t>to "Fabi rabbikuma tukazziban" us waqt kaha gaya jab yeh sab khula nahi tha, yeh sab baatein. yaani Khuda ke aala jo thay, aala abhi khule nahi thay, ab sab khul gaye.</w:t>
      </w:r>
    </w:p>
    <w:p>
      <w:pPr>
        <w:jc w:val="right"/>
      </w:pPr>
      <w:r>
        <w:t>تو "فبی ربکما تکذبان" اس وقت کہا گیا جب یہ سب کھلا نہیں تھا، یہ سب باتیں۔ یعنی خدا کے اعلیٰ جو تھے، اعلیٰ ابھی کھلے نہیں تھے، اب سب کھل گئے۔</w:t>
      </w:r>
    </w:p>
    <w:p>
      <w:r>
        <w:rPr>
          <w:b/>
        </w:rPr>
        <w:t xml:space="preserve">[48:37] </w:t>
      </w:r>
      <w:r>
        <w:t>kyunke Khuda ne insaan ke liye darwaza khola ke jis cheez ko woh, yaani yaani us ki apni apni insani logic se hi se woh cheezein pa</w:t>
      </w:r>
    </w:p>
    <w:p>
      <w:pPr>
        <w:jc w:val="right"/>
      </w:pPr>
      <w:r>
        <w:t>کیونکہ خدا نے انسان کے لیے دروازہ کھولا کہ جس چیز کو وہ، یعنی یعنی اس کی اپنی اپنی انسانی لاجک سے ہی سے وہ چیزیں پ</w:t>
      </w:r>
    </w:p>
    <w:p>
      <w:r>
        <w:rPr>
          <w:b/>
        </w:rPr>
        <w:t xml:space="preserve">[48:48] </w:t>
      </w:r>
      <w:r>
        <w:t>roof ho rahi hain. yahan mein aik baat aur arz karunga ke pehle zamanay mein peghambaron ke zamanay mein barqal hua karte thay, moajza. moajza.</w:t>
      </w:r>
    </w:p>
    <w:p>
      <w:pPr>
        <w:jc w:val="right"/>
      </w:pPr>
      <w:r>
        <w:t>روف ہو رہی ہیں۔ یہاں میں ایک بات اور عرض کروں گا کہ پہلے زمانے میں پیغمبروں کے زمانے میں بریکل ہوا کرتے تھے، معجزہ۔ معجزہ۔</w:t>
      </w:r>
    </w:p>
    <w:p>
      <w:r>
        <w:rPr>
          <w:b/>
        </w:rPr>
        <w:t xml:space="preserve">[48:58] </w:t>
      </w:r>
      <w:r>
        <w:t>aaj moajze ki zaroorat nahi hai. aaj jo insaan utha hai peghambar wala kaam karne ke liye, us ko moajze ki zaroorat nahi hai.</w:t>
      </w:r>
    </w:p>
    <w:p>
      <w:pPr>
        <w:jc w:val="right"/>
      </w:pPr>
      <w:r>
        <w:t>آج معجزے کی ضرورت نہیں ہے۔ آج جو انسان اٹھا ہے پیغمبر والا کام کرنے کے لیے، اس کو معجزے کی ضرورت نہیں ہے۔</w:t>
      </w:r>
    </w:p>
    <w:p>
      <w:r>
        <w:rPr>
          <w:b/>
        </w:rPr>
        <w:t xml:space="preserve">[49:09] </w:t>
      </w:r>
      <w:r>
        <w:t>kyunke yeh jo scientific daleel hain, yeh khud moajza hain. is baat ko samjhiye, yeh baat bohat hi important baat hai</w:t>
      </w:r>
    </w:p>
    <w:p>
      <w:pPr>
        <w:jc w:val="right"/>
      </w:pPr>
      <w:r>
        <w:t>کیونکہ یہ جو سائنٹیفک دلائل ہیں، یہ خود معجزہ ہیں۔ اس بات کو سمجھئے، یہ بات بہت ہی امپورٹنٹ بات ہے</w:t>
      </w:r>
    </w:p>
    <w:p>
      <w:r>
        <w:rPr>
          <w:b/>
        </w:rPr>
        <w:t xml:space="preserve">[49:17] </w:t>
      </w:r>
      <w:r>
        <w:t>ke pehle ke zamanay ka insaan jo hai, superstition mein jeeta tha. superstition. yaani cheezon ko, har cheez ko mysteriously dekhta tha woh.</w:t>
      </w:r>
    </w:p>
    <w:p>
      <w:pPr>
        <w:jc w:val="right"/>
      </w:pPr>
      <w:r>
        <w:t>کہ پہلے کے زمانے کا انسان جو ہے، سپرسیشن میں جیتا تھا۔ سپرسیشن۔ یعنی چیزوں کو، ہر چیز کو مسٹیریسلی دیکھتا تھا وہ۔</w:t>
      </w:r>
    </w:p>
    <w:p>
      <w:r>
        <w:rPr>
          <w:b/>
        </w:rPr>
        <w:t xml:space="preserve">[49:27] </w:t>
      </w:r>
      <w:r>
        <w:t>to jab aap ne aik moajza pesh kiya to us ko aadmi maan leta tha. koi cheez hai, mysterious, us ke nazdeek mysteriously hoti hai saari cheezein. us ke nazdeek suraj chand jo chamak raha hai, woh mysteriously chamak rahe hain.</w:t>
      </w:r>
    </w:p>
    <w:p>
      <w:pPr>
        <w:jc w:val="right"/>
      </w:pPr>
      <w:r>
        <w:t>تو جب آپ نے ایک معجزہ پیش کیا تو اس کو آدمی مان لیتا تھا۔ کوئی چیز ہے، مسٹیریس، اس کے نزدیک مسٹیریسلی ہوتی ہے ساری چیزیں۔ اس کے نزدیک سورج چاند جو چمک رہا ہے، وہ مسٹیریسلی چمک رہے ہیں۔</w:t>
      </w:r>
    </w:p>
    <w:p>
      <w:r>
        <w:rPr>
          <w:b/>
        </w:rPr>
        <w:t xml:space="preserve">[49:43] </w:t>
      </w:r>
      <w:r>
        <w:t>samundar ka pani jo hai, mysteriously woh thaate maar raha hai.</w:t>
      </w:r>
    </w:p>
    <w:p>
      <w:pPr>
        <w:jc w:val="right"/>
      </w:pPr>
      <w:r>
        <w:t>سمندر کا پانی جو ہے، مسٹیریسلی وہ ٹھاٹے مار رہا ہے۔</w:t>
      </w:r>
    </w:p>
    <w:p>
      <w:r>
        <w:rPr>
          <w:b/>
        </w:rPr>
        <w:t xml:space="preserve">[49:47] </w:t>
      </w:r>
      <w:r>
        <w:t>isi tarah se aik aik moajza bhi us ne kaha ke jis tarah cheezein mysteriously hoti hain, to yeh bhi aik usi silsilay ki aik cheez hai. to apne mysterious mind ki wajah se insaan moajze ko bohat bari cheez maankar ke oopar imaan laata tha.</w:t>
      </w:r>
    </w:p>
    <w:p>
      <w:pPr>
        <w:jc w:val="right"/>
      </w:pPr>
      <w:r>
        <w:t>اسی طرح سے ایک ایک معجزہ بھی اس نے کہا کہ جس طرح چیزیں مسٹیریسلی ہوتی ہیں، تو یہ بھی ایک اسی سلسلے کی ایک چیز ہے۔ تو اپنے مسٹیریس مائنڈ کی وجہ سے انسان معجزے کو بہت بڑی چیز مان کر کے اوپر ایمان لاتا تھا۔</w:t>
      </w:r>
    </w:p>
    <w:p>
      <w:r>
        <w:rPr>
          <w:b/>
        </w:rPr>
        <w:t xml:space="preserve">[50:05] </w:t>
      </w:r>
      <w:r>
        <w:t>aaj ka insaan nahi maanta hai us ko. aaj aap agar moajza koi dikhayen, maslan mein jis kursi pe baitha hua hoon, yeh wooden kursi hai, lakri ki hai.</w:t>
      </w:r>
    </w:p>
    <w:p>
      <w:pPr>
        <w:jc w:val="right"/>
      </w:pPr>
      <w:r>
        <w:t>آج کا انسان نہیں مانتا ہے اس کو۔ آج آپ اگر معجزہ کوئی دکھائیں، مثلاً میں جس کرسی پہ بیٹھا ہوا ہوں، یہ وڈن کرسی ہے، لکڑی کی ہے۔</w:t>
      </w:r>
    </w:p>
    <w:p>
      <w:r>
        <w:rPr>
          <w:b/>
        </w:rPr>
        <w:t xml:space="preserve">[50:15] </w:t>
      </w:r>
      <w:r>
        <w:t>agar mein us ko sone ka bana doon achaanak, to aaj ka insaan kahega yeh to koi magician hai. maane ga nahi is baat ko. kyunke aaj ka mind jo hai, reason par chalta hai.</w:t>
      </w:r>
    </w:p>
    <w:p>
      <w:pPr>
        <w:jc w:val="right"/>
      </w:pPr>
      <w:r>
        <w:t>اگر میں اس کو سونے کا بنا دوں اچانک، تو آج کا انسان کہے گا یہ تو کوئی میجیسین ہے۔ مانے گا نہیں اس بات کو۔ کیونکہ آج کا مائنڈ جو ہے، ریزن پر چلتا ہے۔</w:t>
      </w:r>
    </w:p>
    <w:p>
      <w:r>
        <w:rPr>
          <w:b/>
        </w:rPr>
        <w:t xml:space="preserve">[50:25] </w:t>
      </w:r>
      <w:r>
        <w:t>aaj ka mind reason based baat ko maanta hai. agar reason hai to maane ga. yeh to kahega yeh to koi magician hai, magic dikha raha hai. to aaj ka jo insaan hai, us ka moajza kya hai?</w:t>
      </w:r>
    </w:p>
    <w:p>
      <w:pPr>
        <w:jc w:val="right"/>
      </w:pPr>
      <w:r>
        <w:t>آج کا مائنڈ ریزن بیسڈ بات کو مانتا ہے۔ اگر ریزن ہے تو مانے گا۔ یہ تو کہے گا یہ تو کوئی میجیسین ہے، میجک دکھا رہا ہے۔ تو آج کا جو انسان ہے، اس کا معجزہ کیا ہے؟</w:t>
      </w:r>
    </w:p>
    <w:p>
      <w:r>
        <w:rPr>
          <w:b/>
        </w:rPr>
        <w:t xml:space="preserve">[50:38] </w:t>
      </w:r>
      <w:r>
        <w:t>us ka barqal reason par aap pesh kar sakein Khuda ke deen ko, tab us ka mind address hoga.</w:t>
      </w:r>
    </w:p>
    <w:p>
      <w:pPr>
        <w:jc w:val="right"/>
      </w:pPr>
      <w:r>
        <w:t>اس کا بریکل ریزن پر آپ پیش کر سکیں خدا کے دین کو، تب اس کا مائنڈ ایڈریس ہوگا۔</w:t>
      </w:r>
    </w:p>
    <w:p>
      <w:r>
        <w:rPr>
          <w:b/>
        </w:rPr>
        <w:t xml:space="preserve">[50:45] </w:t>
      </w:r>
      <w:r>
        <w:t>aaj ke insaan ke liye aap moajza dikhayen to us ka mind address nahi hone wala hai. kyunke woh to reason par chahta hai baat ko ke prove ki jaye.</w:t>
      </w:r>
    </w:p>
    <w:p>
      <w:pPr>
        <w:jc w:val="right"/>
      </w:pPr>
      <w:r>
        <w:t>آج کے انسان کے لیے آپ معجزہ دکھائیں تو اس کا مائنڈ ایڈریس نہیں ہونے والا ہے۔ کیونکہ وہ تو ریزن پر چاہتا ہے بات کو کہ پروف کی جائے۔</w:t>
      </w:r>
    </w:p>
    <w:p>
      <w:r>
        <w:rPr>
          <w:b/>
        </w:rPr>
        <w:t xml:space="preserve">[50:57] </w:t>
      </w:r>
      <w:r>
        <w:t>mysteriously ya barqally agar aap prove karein to aaj ke insaan ka mind address nahi hoga. usay woh maane ga bhi nahi.</w:t>
      </w:r>
    </w:p>
    <w:p>
      <w:pPr>
        <w:jc w:val="right"/>
      </w:pPr>
      <w:r>
        <w:t>مسٹیریسلی یا بریکلسلی اگر آپ پروف کریں تو آج کے انسان کا مائنڈ ایڈریس نہیں ہوگا۔ اسے وہ مانے گا بھی نہیں۔</w:t>
      </w:r>
    </w:p>
    <w:p>
      <w:r>
        <w:rPr>
          <w:b/>
        </w:rPr>
        <w:t xml:space="preserve">[51:05] </w:t>
      </w:r>
      <w:r>
        <w:t>aaj ka insaan jo hai, woh bohat maane ga jabke aap scientific reason dein us ke liye. scientific daleelein dein us ke liye. aur woh science, khud science ne khol diya hai.</w:t>
      </w:r>
    </w:p>
    <w:p>
      <w:pPr>
        <w:jc w:val="right"/>
      </w:pPr>
      <w:r>
        <w:t>آج کا انسان جو ہے، وہ بہت مانے گا جبکہ آپ سائنٹیفک ریزن دیں اس کے لیے۔ سائنٹیفک دلیلیں دیں اس کے لیے۔ اور وہ سائنس، خود سائنس نے کھول دیا ہے۔</w:t>
      </w:r>
    </w:p>
    <w:p>
      <w:r>
        <w:rPr>
          <w:b/>
        </w:rPr>
        <w:t xml:space="preserve">[51:18] </w:t>
      </w:r>
      <w:r>
        <w:t>to jab is baat ko aap reason par dikhayenge to us ka mind address hoga. phir woh surrender kar dega. agar us ka, us ka mind jo jo rational mind hai, rational mind jab tak address nahi hoga, tab tak woh surrender bhi nahi karega woh.</w:t>
      </w:r>
    </w:p>
    <w:p>
      <w:pPr>
        <w:jc w:val="right"/>
      </w:pPr>
      <w:r>
        <w:t>تو جب اس بات کو آپ ریزن پر دکھائیں گے تو اس کا مائنڈ ایڈریس ہوگا۔ پھر وہ سرینڈر کر دے گا۔ اگر اس کا، اس کا مائنڈ جو جو ریشنل مائنڈ ہے، ریشنل مائنڈ جب تک ایڈریس نہیں ہوگا، تب تک وہ سرینڈر بھی نہیں کرے گا وہ۔</w:t>
      </w:r>
    </w:p>
    <w:p>
      <w:r>
        <w:rPr>
          <w:b/>
        </w:rPr>
        <w:t xml:space="preserve">[51:34] </w:t>
      </w:r>
      <w:r>
        <w:t>to aaj aap ko barqal ki zaroorat nahi hai. aaj aap ko scientific argument ki zaroorat hai. aaj scientific argument hi wohi wohi barqal hai aaj ka.</w:t>
      </w:r>
    </w:p>
    <w:p>
      <w:pPr>
        <w:jc w:val="right"/>
      </w:pPr>
      <w:r>
        <w:t>تو آج آپ کو بریکل کی ضرورت نہیں ہے۔ آج آپ کو سائنٹیفک ارگیومنٹ کی ضرورت ہے۔ آج سائنٹیفک ارگیومنٹ ہی وہی وہی بریکل ہے آج کا۔</w:t>
      </w:r>
    </w:p>
    <w:p>
      <w:r>
        <w:rPr>
          <w:b/>
        </w:rPr>
        <w:t xml:space="preserve">[51:45] </w:t>
      </w:r>
      <w:r>
        <w:t>yeh kitna aasan bana diya Khuda ne. kyunke asaa ka moajza to sirf aik peghambar dikha sakta tha. Hazrat Musa peghambar thay to unhon ne asaa ka moajza dikha diya.</w:t>
      </w:r>
    </w:p>
    <w:p>
      <w:pPr>
        <w:jc w:val="right"/>
      </w:pPr>
      <w:r>
        <w:t>یہ کتنا آسان بنا دیا خدا نے۔ کیونکہ عصا کا معجزہ تو صرف ایک پیغمبر دکھا سکتا تھا۔ حضرت موسیٰ پیغمبر تھے تو انہوں نے عصا کا معجزہ دکھا دیا۔</w:t>
      </w:r>
    </w:p>
    <w:p>
      <w:r>
        <w:rPr>
          <w:b/>
        </w:rPr>
        <w:t xml:space="preserve">[51:57] </w:t>
      </w:r>
      <w:r>
        <w:t>aap kaise dikhayenge? aaj Khuda ne har aik ke haath mein asaa de diya hai.</w:t>
      </w:r>
    </w:p>
    <w:p>
      <w:pPr>
        <w:jc w:val="right"/>
      </w:pPr>
      <w:r>
        <w:t>آپ کیسے دکھائیں گے؟ آج خدا نے ہر ایک کے ہاتھ میں عصا دے دیا ہے۔</w:t>
      </w:r>
    </w:p>
    <w:p>
      <w:r>
        <w:rPr>
          <w:b/>
        </w:rPr>
        <w:t xml:space="preserve">[52:03] </w:t>
      </w:r>
      <w:r>
        <w:t>aap science ki cheezein parhiye, jo nature ke baray mein jo exploration hui, woh parhiye aur saari baaton ko janiye to itnay baray daleel aap ke haath mein aayenge, itnay baray baray daleel ke jab us ko pesh karenge to insaan chup jaye ga.</w:t>
      </w:r>
    </w:p>
    <w:p>
      <w:pPr>
        <w:jc w:val="right"/>
      </w:pPr>
      <w:r>
        <w:t>آپ سائنس کی چیزیں پڑھیے، جو نیچر کے بارے میں جو ایکسپلوریشن ہوئی، وہ پڑھیے اور ساری باتوں کو جانیے تو اتنے بڑے دلائل آپ کے ہاتھ میں آئیں گے، اتنے بڑے بڑے دلائل کہ جب اس کو پیش کریں گے تو انسان چھپ جائے گا۔</w:t>
      </w:r>
    </w:p>
    <w:p>
      <w:r>
        <w:rPr>
          <w:b/>
        </w:rPr>
        <w:t xml:space="preserve">[52:17] </w:t>
      </w:r>
      <w:r>
        <w:t>to Khuda ne jo moajze pehle sirf peghambar ke paas hua karte thay, aaj woh har daai ke liye Khuda ne muahiya kar diya hai. us ko khud mein is ka tajurba, is ka saboot hoon ke meri kitabein parh</w:t>
      </w:r>
    </w:p>
    <w:p>
      <w:pPr>
        <w:jc w:val="right"/>
      </w:pPr>
      <w:r>
        <w:t>تو خدا نے جو معجزے پہلے صرف پیغمبر کے پاس ہوا کرتے تھے، آج وہ ہر داعی کے لیے خدا نے مہیا کر دیا ہے۔ اس کو خود میں اس کا تجربہ، اس کا ثبوت ہوں کہ میری کتابیں پڑ</w:t>
      </w:r>
    </w:p>
    <w:p>
      <w:r>
        <w:rPr>
          <w:b/>
        </w:rPr>
        <w:t xml:space="preserve">[52:31] </w:t>
      </w:r>
      <w:r>
        <w:t>h parh kar hazaron lakhon logon ko woh hua hai ke islam ko regain kiya unhon ne. apne khoye hue aqeeday ko phir se paya unhon ne.</w:t>
      </w:r>
    </w:p>
    <w:p>
      <w:pPr>
        <w:jc w:val="right"/>
      </w:pPr>
      <w:r>
        <w:t>ھ پڑھ کر ہزاروں لاکھوں لوگوں کو وہ ہوا ہے کہ اسلام کو ری گین کیا انہوں نے۔ اپنے کھوئے ہوئے عقیدے کو پھر سے پایا انہوں نے۔</w:t>
      </w:r>
    </w:p>
    <w:p>
      <w:r>
        <w:rPr>
          <w:b/>
        </w:rPr>
        <w:t xml:space="preserve">[52:41] </w:t>
      </w:r>
      <w:r>
        <w:t>kyun? maine scientific dalail is mein diye, scientific reason is ke andar pesh kiya. to is baat ko samajh lijiye, aaj aap ko moajze ki zaroorat nahi hai.</w:t>
      </w:r>
    </w:p>
    <w:p>
      <w:pPr>
        <w:jc w:val="right"/>
      </w:pPr>
      <w:r>
        <w:t>کیوں؟ میں نے سائنٹیفک دلائل اس میں دیے، سائنٹیفک ریزن اس کے اندر پیش کی۔ تو اس بات کو سمجھ لیجئے، آج آپ کو معجزے کی ضرورت نہیں ہے۔</w:t>
      </w:r>
    </w:p>
    <w:p>
      <w:r>
        <w:rPr>
          <w:b/>
        </w:rPr>
        <w:t xml:space="preserve">[52:52] </w:t>
      </w:r>
      <w:r>
        <w:t>aaj aap ko science ki ilm ki zaroorat hai.</w:t>
      </w:r>
    </w:p>
    <w:p>
      <w:pPr>
        <w:jc w:val="right"/>
      </w:pPr>
      <w:r>
        <w:t>آج آپ کو سائنس کی علم کی ضرورت ہے۔</w:t>
      </w:r>
    </w:p>
    <w:p>
      <w:r>
        <w:rPr>
          <w:b/>
        </w:rPr>
        <w:t xml:space="preserve">[52:56] </w:t>
      </w:r>
      <w:r>
        <w:t>science ka ilm hasil kijiye aur science ne jo baatein discover ki hain, jis ko quran mein science kaha gaya hai,</w:t>
      </w:r>
    </w:p>
    <w:p>
      <w:pPr>
        <w:jc w:val="right"/>
      </w:pPr>
      <w:r>
        <w:t>سائنس کا علم حاصل کیجئے اور سائنس نے جو باتیں ڈسکور کی ہیں، جس کو قرآن میں سائنس کہا گیا ہے،</w:t>
      </w:r>
    </w:p>
    <w:p>
      <w:r>
        <w:rPr>
          <w:b/>
        </w:rPr>
        <w:t xml:space="preserve">[53:13] </w:t>
      </w:r>
      <w:r>
        <w:t>ayat kaha gaya hai. science ne isi ayat ko daryaft kiya hai, in nishaniyon ko, science ko, signs science.</w:t>
      </w:r>
    </w:p>
    <w:p>
      <w:pPr>
        <w:jc w:val="right"/>
      </w:pPr>
      <w:r>
        <w:t>آیات کہا گیا ہے۔ سائنس نے اسی آیات کو دریافت کیا ہے، ان نشانیوں کو، سائنس کو، ایس آئی جی این ایس سائنس۔</w:t>
      </w:r>
    </w:p>
    <w:p>
      <w:r>
        <w:rPr>
          <w:b/>
        </w:rPr>
        <w:t xml:space="preserve">[53:23] </w:t>
      </w:r>
      <w:r>
        <w:t>to kitna zyada Allah taala ne aasan bana diya. yani pehle zamanay mein, yani agar aap ko, agar aap ko miracle zaroori ho to aap ko prophet banna parega.</w:t>
      </w:r>
    </w:p>
    <w:p>
      <w:pPr>
        <w:jc w:val="right"/>
      </w:pPr>
      <w:r>
        <w:t>تو کتنا زیادہ اللہ تعالیٰ نے آسان بنا دیا۔ یعنی پہلے زمانے میں، یعنی اگر آپ کو، اگر آپ کو بریکل ضروری ہو تو آپ کو پرافٹ بننا پڑے گا۔</w:t>
      </w:r>
    </w:p>
    <w:p>
      <w:r>
        <w:rPr>
          <w:b/>
        </w:rPr>
        <w:t xml:space="preserve">[53:35] </w:t>
      </w:r>
      <w:r>
        <w:t>prophet kaise banenge aap? aap aap khud se to prophet ban nahi sakte. to aap ke paas moajze bhi nahi rahega.</w:t>
      </w:r>
    </w:p>
    <w:p>
      <w:pPr>
        <w:jc w:val="right"/>
      </w:pPr>
      <w:r>
        <w:t>پرافٹ کیسے بنیں گے آپ؟ آپ آپ خود سے تو پرافٹ بن نہیں سکتے۔ تو آپ کے پاس معجزہ بھی نہیں رہے گا۔</w:t>
      </w:r>
    </w:p>
    <w:p>
      <w:r>
        <w:rPr>
          <w:b/>
        </w:rPr>
        <w:t xml:space="preserve">[53:44] </w:t>
      </w:r>
      <w:r>
        <w:t>to aaj aap ko kisi miracle ki zaroorat nahi hai. scientific knowledge ki zaroorat hai. scientific argument ki zaroorat hai.</w:t>
      </w:r>
    </w:p>
    <w:p>
      <w:pPr>
        <w:jc w:val="right"/>
      </w:pPr>
      <w:r>
        <w:t>تو آج آپ کو کسی بریکل کی ضرورت نہیں ہے۔ سائنٹیفک نالج کی ضرورت ہے۔ سائنٹیفک ارگیومنٹ کی ضرورت ہے۔</w:t>
      </w:r>
    </w:p>
    <w:p>
      <w:r>
        <w:rPr>
          <w:b/>
        </w:rPr>
        <w:t xml:space="preserve">[53:55] </w:t>
      </w:r>
      <w:r>
        <w:t>aap kitabein parhiye, jaise misaal ke taur par ek kitab hai "the evidence of god in an expanding universe". is mein 50 scientist ka mazameen is ke andar hain.</w:t>
      </w:r>
    </w:p>
    <w:p>
      <w:pPr>
        <w:jc w:val="right"/>
      </w:pPr>
      <w:r>
        <w:t>آپ کتابیں پڑھیے، جیسے مثال کے طور پر ایک کتاب ہے "دا ایویڈنس آف گاڈ ان این ایکسپینڈنگ یونیورس"۔ اس میں 50 سائنٹسٹ کا مضامین اس کے اندر ہیں۔</w:t>
      </w:r>
    </w:p>
    <w:p>
      <w:r>
        <w:rPr>
          <w:b/>
        </w:rPr>
        <w:t xml:space="preserve">[54:05] </w:t>
      </w:r>
      <w:r>
        <w:t>article 50 scientist ke article "the evidence of god in an exp</w:t>
      </w:r>
    </w:p>
    <w:p>
      <w:pPr>
        <w:jc w:val="right"/>
      </w:pPr>
      <w:r>
        <w:t>آرٹیکل 50 سائنٹسٹ کے آرٹیکل "دا ایویڈنس آف گاڈ ان این ایکسپ</w:t>
      </w:r>
    </w:p>
    <w:p>
      <w:r>
        <w:rPr>
          <w:b/>
        </w:rPr>
        <w:t xml:space="preserve">[54:12] </w:t>
      </w:r>
      <w:r>
        <w:t>anding universe". is ko parhte hue aisa lagta hai ke jaise bilkul, yani sab baat samne aa gayi hai. sab baat rational way mein prove ho rahi hai.</w:t>
      </w:r>
    </w:p>
    <w:p>
      <w:pPr>
        <w:jc w:val="right"/>
      </w:pPr>
      <w:r>
        <w:t>ینڈنگ یونیورس"۔ اس کو پڑھتے ہوئے ایسا لگتا ہے کہ جیسے بالکل، یعنی سب بات سامنے آ گئی ہے۔ سب بات ریشنل وے میں پروف ہو رہی ہے۔</w:t>
      </w:r>
    </w:p>
    <w:p>
      <w:r>
        <w:rPr>
          <w:b/>
        </w:rPr>
        <w:t xml:space="preserve">[54:24] </w:t>
      </w:r>
      <w:r>
        <w:t>to yeh yahi to miracle hai.</w:t>
      </w:r>
    </w:p>
    <w:p>
      <w:pPr>
        <w:jc w:val="right"/>
      </w:pPr>
      <w:r>
        <w:t>تو یہ یہی تو بریکل ہے۔</w:t>
      </w:r>
    </w:p>
    <w:p>
      <w:r>
        <w:rPr>
          <w:b/>
        </w:rPr>
        <w:t xml:space="preserve">[54:27] </w:t>
      </w:r>
      <w:r>
        <w:t>to doosri baat yeh hui ke Allah taala ne insan ka jo ilm hai, us ko, jis ko aap in ilm insani kehte hain, usi ki satah par, usi ke level par Khuda ne sachai ko sabit shuda bana diya.</w:t>
      </w:r>
    </w:p>
    <w:p>
      <w:pPr>
        <w:jc w:val="right"/>
      </w:pPr>
      <w:r>
        <w:t>تو دوسری بات یہ ہوئی کہ اللہ تعالیٰ نے انسان کا جو علم ہے، اس کو، جس کو آپ ان علم انسانی کہتے ہیں، اسی کی سطح پر، اسی کے لیول پر خدا نے سچائی کو ثابت شدہ بنا دیا۔</w:t>
      </w:r>
    </w:p>
    <w:p>
      <w:r>
        <w:rPr>
          <w:b/>
        </w:rPr>
        <w:t xml:space="preserve">[54:49] </w:t>
      </w:r>
      <w:r>
        <w:t>ek proved fact bana diya.</w:t>
      </w:r>
    </w:p>
    <w:p>
      <w:pPr>
        <w:jc w:val="right"/>
      </w:pPr>
      <w:r>
        <w:t>ایک پروفڈ فیکٹ بنا دیا۔</w:t>
      </w:r>
    </w:p>
    <w:p>
      <w:r>
        <w:rPr>
          <w:b/>
        </w:rPr>
        <w:t xml:space="preserve">[54:52] </w:t>
      </w:r>
      <w:r>
        <w:t>yani sachai jo hai, khud insan ke apne ilm jo janta hai, jis ko insan apna jo gyan is ka hai, usi ke level par Khuda ne us ko ek proved fact bana diya.</w:t>
      </w:r>
    </w:p>
    <w:p>
      <w:pPr>
        <w:jc w:val="right"/>
      </w:pPr>
      <w:r>
        <w:t>یعنی سچائی جو ہے، خود انسان کے اپنے علم جو جانتا ہے، جس کو انسان اپنا جو گیان اس کا ہے، اسی کے لیول پر خدا نے اس کو ایک پروفڈ فیکٹ بنا دیا۔</w:t>
      </w:r>
    </w:p>
    <w:p>
      <w:r>
        <w:rPr>
          <w:b/>
        </w:rPr>
        <w:t xml:space="preserve">[55:05] </w:t>
      </w:r>
      <w:r>
        <w:t>yeh kitni bari baat hui hai. yani jis cheez ko prove karne ke liye pehle miracle dikhaya jata tha,</w:t>
      </w:r>
    </w:p>
    <w:p>
      <w:pPr>
        <w:jc w:val="right"/>
      </w:pPr>
      <w:r>
        <w:t>یہ کتنی بڑی بات ہوئی ہے۔ یعنی جس چیز کو پروف کرنے کے لیے پہلے بریکل دکھایا جاتا تھا،</w:t>
      </w:r>
    </w:p>
    <w:p>
      <w:r>
        <w:rPr>
          <w:b/>
        </w:rPr>
        <w:t xml:space="preserve">[55:12] </w:t>
      </w:r>
      <w:r>
        <w:t>miracle, ab us ko prove karne ke liye miracle ki zaroorat nahi hai. kyunke khud insani knowledge ka jo development hua hai, insan ka jo ilm hai, us ka jo development hua hai, usi hi se prove ho rahi hain sari baatein.</w:t>
      </w:r>
    </w:p>
    <w:p>
      <w:pPr>
        <w:jc w:val="right"/>
      </w:pPr>
      <w:r>
        <w:t>بریکل، اب اس کو پروف کرنے کے لیے بریکل کی ضرورت نہیں ہے۔ کیونکہ خود انسانی نالج کا جو ڈیولپمنٹ ہوا ہے، انسان کا جو علم ہے، اس کا جو ڈیولپمنٹ ہوا ہے، اسی ہی سے پروف ہو رہی ہیں ساری باتیں۔</w:t>
      </w:r>
    </w:p>
    <w:p>
      <w:r>
        <w:rPr>
          <w:b/>
        </w:rPr>
        <w:t xml:space="preserve">[55:29] </w:t>
      </w:r>
      <w:r>
        <w:t>wohi us ko proved fact bana raha hai.</w:t>
      </w:r>
    </w:p>
    <w:p>
      <w:pPr>
        <w:jc w:val="right"/>
      </w:pPr>
      <w:r>
        <w:t>وہی اس کو پروفڈ فیکٹ بنا رہا ہے۔</w:t>
      </w:r>
    </w:p>
    <w:p>
      <w:r>
        <w:rPr>
          <w:b/>
        </w:rPr>
        <w:t xml:space="preserve">[55:33] </w:t>
      </w:r>
      <w:r>
        <w:t>teesri cheez jo main kehna chahunga, woh yeh hai ke kitab, yani word of god ka preserve hona, Khuda ki kitab ka preserve hona, book of god ka preserve hona.</w:t>
      </w:r>
    </w:p>
    <w:p>
      <w:pPr>
        <w:jc w:val="right"/>
      </w:pPr>
      <w:r>
        <w:t>تیسری چیز جو میں کہنا چاہوں گا، وہ یہ ہے کہ کتاب، یعنی ورڈ آف گاڈ کا پریزرو ہونا، خدا کی کتاب کا پریزرو ہونا، بک آف گاڈ کا پریزرو ہونا۔</w:t>
      </w:r>
    </w:p>
    <w:p>
      <w:r>
        <w:rPr>
          <w:b/>
        </w:rPr>
        <w:t xml:space="preserve">[55:47] </w:t>
      </w:r>
      <w:r>
        <w:t>dekhiye, pichle hazaron saal ke darmiyan paighambar aaye, un ko kitab di gayi, Khuda ne apna kalam utara, lekin kisi bhi paighambar ke paas utra hua kalam preserve nahi hai, including Hazrat Masih.</w:t>
      </w:r>
    </w:p>
    <w:p>
      <w:pPr>
        <w:jc w:val="right"/>
      </w:pPr>
      <w:r>
        <w:t>دیکھیں، پچھلے ہزاروں سال کے درمیان پیغمبر آئے، ان کو کتاب دی گئی، خدا نے اپنا کلام اتارا، لیکن کسی بھی پیغمبر کے پاس اترا ہوا کلام پریزرو نہیں ہے، انکلوڈنگ حضرت مسیح۔</w:t>
      </w:r>
    </w:p>
    <w:p>
      <w:r>
        <w:rPr>
          <w:b/>
        </w:rPr>
        <w:t xml:space="preserve">[56:03] </w:t>
      </w:r>
      <w:r>
        <w:t>to Khuda ne jo jo guide book bheji thi, yani Khuda ki kitab kya hoti thi? woh hoti thi guide book. guide book, jaise ek certified machine ke sath ek guide book aati hai,</w:t>
      </w:r>
    </w:p>
    <w:p>
      <w:pPr>
        <w:jc w:val="right"/>
      </w:pPr>
      <w:r>
        <w:t>تو خدا نے جو جو گائیڈ بک بھیجی تھی، یعنی خدا کی کتاب کیا ہوتی تھی؟ وہ ہوتی تھی گائیڈ بک۔ گائیڈ بک، جیسے ایک سرٹیفیکیٹڈ مشین کے ساتھ ایک گائیڈ بک آتی ہے،</w:t>
      </w:r>
    </w:p>
    <w:p>
      <w:r>
        <w:rPr>
          <w:b/>
        </w:rPr>
        <w:t xml:space="preserve">[56:18] </w:t>
      </w:r>
      <w:r>
        <w:t>isi tarah se Khuda ne insan ke liye bator guide book apna kalam bheja paighambaron ke zariye se.</w:t>
      </w:r>
    </w:p>
    <w:p>
      <w:pPr>
        <w:jc w:val="right"/>
      </w:pPr>
      <w:r>
        <w:t>اسی طرح سے خدا نے انسان کے لیے بطور گائیڈ بک اپنا کلام بھیجا پیغمبروں کے ذریع</w:t>
      </w:r>
    </w:p>
    <w:p>
      <w:r>
        <w:rPr>
          <w:b/>
        </w:rPr>
        <w:t xml:space="preserve">[56:25] </w:t>
      </w:r>
      <w:r>
        <w:t>lekin pichle zamanay mein aise halaat the ke koi bhi book Khuda ki, koi bhi kalam Khuda ka preserve na rakha saka.</w:t>
      </w:r>
    </w:p>
    <w:p>
      <w:pPr>
        <w:jc w:val="right"/>
      </w:pPr>
      <w:r>
        <w:t>ے سے۔ لیکن پچھلے زمانے میں ایسے حالات تھے کہ کوئی بھی بک خدا کی، کوئی بھی کلام خدا کا پریزرو نہ رکھا سکا۔</w:t>
      </w:r>
    </w:p>
    <w:p>
      <w:r>
        <w:rPr>
          <w:b/>
        </w:rPr>
        <w:t xml:space="preserve">[56:38] </w:t>
      </w:r>
      <w:r>
        <w:t>ya to khatam hi hoga bilkul, ya is mein milawat ho gayi, is mein interpolation hua. ab dekhiye, yani koi authentic source na raha Khuda ki baat ko janne ka.</w:t>
      </w:r>
    </w:p>
    <w:p>
      <w:pPr>
        <w:jc w:val="right"/>
      </w:pPr>
      <w:r>
        <w:t>یا تو ختم ہی ہوگا بالکل، یا اس میں ملاوٹ ہو گئی، اس میں انٹرپلیشن ہوا۔ اب دیکھیے، یعنی کوئی اتھینٹک سورس نہ رہا خدا کی بات کو جاننے کا۔</w:t>
      </w:r>
    </w:p>
    <w:p>
      <w:r>
        <w:rPr>
          <w:b/>
        </w:rPr>
        <w:t xml:space="preserve">[56:50] </w:t>
      </w:r>
      <w:r>
        <w:t>kitni bari mehroomi thi insan ki hazaron saal se.</w:t>
      </w:r>
    </w:p>
    <w:p>
      <w:pPr>
        <w:jc w:val="right"/>
      </w:pPr>
      <w:r>
        <w:t>کتنی بڑی محرومی تھی انسان کی ہزاروں سال سے۔</w:t>
      </w:r>
    </w:p>
    <w:p>
      <w:r>
        <w:rPr>
          <w:b/>
        </w:rPr>
        <w:t xml:space="preserve">[56:56] </w:t>
      </w:r>
      <w:r>
        <w:t>yeh kaam rasool Allah ke zariye hua.</w:t>
      </w:r>
    </w:p>
    <w:p>
      <w:pPr>
        <w:jc w:val="right"/>
      </w:pPr>
      <w:r>
        <w:t>یہ کام رسول اللہ کے ذریعے ہوا۔</w:t>
      </w:r>
    </w:p>
    <w:p>
      <w:r>
        <w:rPr>
          <w:b/>
        </w:rPr>
        <w:t xml:space="preserve">[57:02] </w:t>
      </w:r>
      <w:r>
        <w:t>rasool Allah ke zariye hua. na na, nazalna al zikr wa inna al hafizoon. yani Khuda ne jo Quran utara, Quran usi ke saath Khuda ne khud apne upar yeh zimmedari le li, apne upar ke Khuda is kalam ko utarne wala bhi hai aur Khuda is kalam ko mehfooz rakhne wala bhi hai.</w:t>
      </w:r>
    </w:p>
    <w:p>
      <w:pPr>
        <w:jc w:val="right"/>
      </w:pPr>
      <w:r>
        <w:t>رسول اللہ کے ذریعے ہوا۔ نہ نہ، نزلنا الذکر وانا الحافظون۔ یعنی خدا نے جو قرآن اتارا، قرآن اسی کے ساتھ خدا نے خود اپنے اوپر یہ ذمہ داری لے لی، اپنے اوپر کہ خدا اس کلام کو اتارنے والا بھی ہے اور خدا اس کلام کو محفوظ رکھنے والا بھی ہے۔</w:t>
      </w:r>
    </w:p>
    <w:p>
      <w:r>
        <w:rPr>
          <w:b/>
        </w:rPr>
        <w:t xml:space="preserve">[57:23] </w:t>
      </w:r>
      <w:r>
        <w:t>na nazalna al zikr wa inna al hafizoon. to Quran ko Khuda ne utara rasool Allah ke upar aur iski hifazat ke liye zimmedari le li.</w:t>
      </w:r>
    </w:p>
    <w:p>
      <w:pPr>
        <w:jc w:val="right"/>
      </w:pPr>
      <w:r>
        <w:t>نہ نزلنا الذکر وانا الحافظون۔ تو قرآن کو خدا نے اتارا رسول اللہ کے اوپر اور اس کی حفاظت کے لیے ذمہ داری لے لی۔</w:t>
      </w:r>
    </w:p>
    <w:p>
      <w:r>
        <w:rPr>
          <w:b/>
        </w:rPr>
        <w:t xml:space="preserve">[57:34] </w:t>
      </w:r>
      <w:r>
        <w:t>zimmedari ka matlab kya hai? aise factors ikattha hue, aise is situation create ki gayi, aise halaat jama kiye gaye, jiski wajah se iska preservation possible ban gaya.</w:t>
      </w:r>
    </w:p>
    <w:p>
      <w:pPr>
        <w:jc w:val="right"/>
      </w:pPr>
      <w:r>
        <w:t>ذمہ داری کا مطلب کیا ہے؟ ایسے فیکٹرز اکٹھا ہوئے، ایسے اس سچویشن کریٹ کی گئی، ایسے حالات جمع کیے گئے، جس کی وجہ سے اس کا پریزرویشن پاسیبل بن گیا۔</w:t>
      </w:r>
    </w:p>
    <w:p>
      <w:r>
        <w:rPr>
          <w:b/>
        </w:rPr>
        <w:t xml:space="preserve">[57:48] </w:t>
      </w:r>
      <w:r>
        <w:t>iska preserve hona possible ban gaya.</w:t>
      </w:r>
    </w:p>
    <w:p>
      <w:pPr>
        <w:jc w:val="right"/>
      </w:pPr>
      <w:r>
        <w:t>اس کا پریزرو ہونا پاسیبل بن گیا۔</w:t>
      </w:r>
    </w:p>
    <w:p>
      <w:r>
        <w:rPr>
          <w:b/>
        </w:rPr>
        <w:t xml:space="preserve">[57:51] </w:t>
      </w:r>
      <w:r>
        <w:t>woh kaise? Quran ke zamane mein paper ban chuka tha China mein. woh paper jo hai, tajir log la kar ke jagah jagah bechte the.</w:t>
      </w:r>
    </w:p>
    <w:p>
      <w:pPr>
        <w:jc w:val="right"/>
      </w:pPr>
      <w:r>
        <w:t>وہ کیسے؟ قرآن کے زمانے میں پیپر بن چکا تھا چائنہ میں۔ وہ پیپر جو ہے، تاجر لوگ لا کر کے جگہ جگہ بیچتے تھے۔</w:t>
      </w:r>
    </w:p>
    <w:p>
      <w:r>
        <w:rPr>
          <w:b/>
        </w:rPr>
        <w:t xml:space="preserve">[58:05] </w:t>
      </w:r>
      <w:r>
        <w:t>to is se pehle paper nahi hua karta tha. log yaad karte the sirf. log kehte the sarti, yani yaad karte the isko.</w:t>
      </w:r>
    </w:p>
    <w:p>
      <w:pPr>
        <w:jc w:val="right"/>
      </w:pPr>
      <w:r>
        <w:t>تو اس سے پہلے پیپر نہیں ہوا کرتا تھا۔ لوگ یاد کرتے تھے صرف۔ لوگ کہتے تھے سرتی، یعنی یاد کرتے تھے اس کو۔</w:t>
      </w:r>
    </w:p>
    <w:p>
      <w:r>
        <w:rPr>
          <w:b/>
        </w:rPr>
        <w:t xml:space="preserve">[58:14] </w:t>
      </w:r>
      <w:r>
        <w:t>to pehle kitabein yaad-daasht mein hua karti thi, memory mein.</w:t>
      </w:r>
    </w:p>
    <w:p>
      <w:pPr>
        <w:jc w:val="right"/>
      </w:pPr>
      <w:r>
        <w:t>تو پہلے کتابیں یادداشت میں ہوا کرتی تھیں، میموری میں۔</w:t>
      </w:r>
    </w:p>
    <w:p>
      <w:r>
        <w:rPr>
          <w:b/>
        </w:rPr>
        <w:t xml:space="preserve">[58:18] </w:t>
      </w:r>
      <w:r>
        <w:t>to zahir hai ke ab memory mein bahut zyada mehfooz rakhna mushkil hota hai. to Quran ek aise zamane mein aaya jab ke paper ban chuka tha. to likha jaane laga: "noon wal qalam wa ma yasharoon".</w:t>
      </w:r>
    </w:p>
    <w:p>
      <w:pPr>
        <w:jc w:val="right"/>
      </w:pPr>
      <w:r>
        <w:t>تو ظاہر ہے کہ اب میموری میں بہت زیادہ محفوظ رکھنا مشکل ہوتا ہے۔ تو قرآن ایک ایسے زمانے میں آیا جب کہ پیپر بن چکا تھا۔ تو لکھا جانے لگا: "نون والقلم وما یشترون"۔</w:t>
      </w:r>
    </w:p>
    <w:p>
      <w:r>
        <w:rPr>
          <w:b/>
        </w:rPr>
        <w:t xml:space="preserve">[58:33] </w:t>
      </w:r>
      <w:r>
        <w:t>yeh yeh ayat sirf Quran mein milegi aap ko. kisi bhi doosri kitab mein nahi mili. kisi mazhabi kitab mein aap yeh aise aise shabd nahi pa sakte.</w:t>
      </w:r>
    </w:p>
    <w:p>
      <w:pPr>
        <w:jc w:val="right"/>
      </w:pPr>
      <w:r>
        <w:t>یہ یہ آیت صرف قرآن میں ملے گی آپ کو۔ کسی بھی دوسری کتاب میں نہیں ملی۔ کسی مذہبی کتاب میں آپ یہ ایسے ایسے शब्द نہیں پا سکتے۔</w:t>
      </w:r>
    </w:p>
    <w:p>
      <w:r>
        <w:rPr>
          <w:b/>
        </w:rPr>
        <w:t xml:space="preserve">[58:44] </w:t>
      </w:r>
      <w:r>
        <w:t>"noon wal qalam wa ma yasharoon"</w:t>
      </w:r>
    </w:p>
    <w:p>
      <w:pPr>
        <w:jc w:val="right"/>
      </w:pPr>
      <w:r>
        <w:t>"نون والقلم وما یشترون"</w:t>
      </w:r>
    </w:p>
    <w:p>
      <w:r>
        <w:rPr>
          <w:b/>
        </w:rPr>
        <w:t xml:space="preserve">[58:47] </w:t>
      </w:r>
      <w:r>
        <w:t>. pehli ayat utri thi, pehli ayat: "alam bil qalam". qalam ke zariye sikhaya, qalam ke zariye likha, likha jaane wala kalam utara.</w:t>
      </w:r>
    </w:p>
    <w:p>
      <w:pPr>
        <w:jc w:val="right"/>
      </w:pPr>
      <w:r>
        <w:t>۔ پہلی آیت اتری تھی، پہلی آیت: "علم بالقلم"۔ قلم کے ذریعے سکھایا، قلم کے ذریعے لکھا، لکھا جانے والا کلام اتارا۔</w:t>
      </w:r>
    </w:p>
    <w:p>
      <w:r>
        <w:rPr>
          <w:b/>
        </w:rPr>
        <w:t xml:space="preserve">[58:59] </w:t>
      </w:r>
      <w:r>
        <w:t>yeh kisi bhi kitab mein nahi payenge aap. kyunke yeh baat sirf Quran ke saath ikattha hui ke Khuda ki taraf se Quran jo utra, usko qalam se likha gaya, likha gaya, likha gaya, likha gaya.</w:t>
      </w:r>
    </w:p>
    <w:p>
      <w:pPr>
        <w:jc w:val="right"/>
      </w:pPr>
      <w:r>
        <w:t>یہ کسی بھی کتاب میں نہیں پائیں گے آپ۔ کیونکہ یہ بات صرف قرآن کے ساتھ اکٹھا ہوئی کہ خدا کی طرف سے قرآن جو اترا، اس کو قلم سے لکھا گیا، لکھا گیا، لکھا گیا، لکھا گیا۔</w:t>
      </w:r>
    </w:p>
    <w:p>
      <w:r>
        <w:rPr>
          <w:b/>
        </w:rPr>
        <w:t xml:space="preserve">[59:13] </w:t>
      </w:r>
      <w:r>
        <w:t>is tarah se preserve hota raha.</w:t>
      </w:r>
    </w:p>
    <w:p>
      <w:pPr>
        <w:jc w:val="right"/>
      </w:pPr>
      <w:r>
        <w:t>اس طرح سے پریزرو ہوتا رہا۔</w:t>
      </w:r>
    </w:p>
    <w:p>
      <w:r>
        <w:rPr>
          <w:b/>
        </w:rPr>
        <w:t xml:space="preserve">[59:16] </w:t>
      </w:r>
      <w:r>
        <w:t>to likh likh kar iski copyan banti rahin. pehle zamane mein jab print plus nahi tha, haath se likh kar ke log iski copyan banate the. "noon wal qalam wa ma yasharoon".</w:t>
      </w:r>
    </w:p>
    <w:p>
      <w:pPr>
        <w:jc w:val="right"/>
      </w:pPr>
      <w:r>
        <w:t>تو لکھ لکھ کر اس کی کاپیاں بنتی رہیں۔ پہلے زمانے میں جب پریڈکٹ پلس نہیں تھا، ہاتھ سے لکھ کر کے لوگ اس کی کاپیاں بناتے تھے۔ "نون والقلم وما یشترون"۔</w:t>
      </w:r>
    </w:p>
    <w:p>
      <w:r>
        <w:rPr>
          <w:b/>
        </w:rPr>
        <w:t xml:space="preserve">[59:26] </w:t>
      </w:r>
      <w:r>
        <w:t>yeh bahut zyada sochne ki baat hai ke aisi ayat Quran ke siwa kisi aur book mein kyun nahi hai?</w:t>
      </w:r>
    </w:p>
    <w:p>
      <w:pPr>
        <w:jc w:val="right"/>
      </w:pPr>
      <w:r>
        <w:t>یہ بہت زیادہ سوچنے کی بات ہے کہ ایسی آیت قرآن کے سوا کسی اور بک میں کیوں نہیں ہے؟</w:t>
      </w:r>
    </w:p>
    <w:p>
      <w:r>
        <w:rPr>
          <w:b/>
        </w:rPr>
        <w:t xml:space="preserve">[59:34] </w:t>
      </w:r>
      <w:r>
        <w:t>sirf Quran mein kyun hai? kyun Quran hi mein yeh yeh intezam ho saka ke jo utha, jo jo utra hai, usko likha jaye, jo utra hai, usko likha jaye?</w:t>
      </w:r>
    </w:p>
    <w:p>
      <w:pPr>
        <w:jc w:val="right"/>
      </w:pPr>
      <w:r>
        <w:t>صرف قرآن میں کیوں ہے؟ کیوں قرآن ہی میں یہ یہ اہتمام ہو سکا کہ جو اٹھا، جو جو اترا ہے، اس کو لکھا جائے، جو اترا ہے، اس کو لکھا جائے؟</w:t>
      </w:r>
    </w:p>
    <w:p>
      <w:r>
        <w:rPr>
          <w:b/>
        </w:rPr>
        <w:t xml:space="preserve">[59:47] </w:t>
      </w:r>
      <w:r>
        <w:t>to</w:t>
      </w:r>
    </w:p>
    <w:p>
      <w:pPr>
        <w:jc w:val="right"/>
      </w:pPr>
      <w:r>
        <w:t>تو</w:t>
      </w:r>
    </w:p>
    <w:p>
      <w:r>
        <w:rPr>
          <w:b/>
        </w:rPr>
        <w:t xml:space="preserve">[59:48] </w:t>
      </w:r>
      <w:r>
        <w:t>rasool Allah ki zindagi mein sara Quran likha gaya. phir aap ke baad aap ke jo jo ashaab the aur doosre jo baat ko aap ke manne wale the, sab usko likh likh kar, likh likh kar iski copy banate rahe.</w:t>
      </w:r>
    </w:p>
    <w:p>
      <w:pPr>
        <w:jc w:val="right"/>
      </w:pPr>
      <w:r>
        <w:t>رسول اللہ کی زندگی میں سارا قرآن لکھا گیا۔ پھر آپ کے بعد آپ کے جو جو اصحاب تھے اور دوسرے جو بات کو آپ کے ماننے والے تھے، سب اس کو لکھ لکھ کر، لکھ لکھ کر اس کی کاپی بناتے رہے۔</w:t>
      </w:r>
    </w:p>
    <w:p>
      <w:r>
        <w:rPr>
          <w:b/>
        </w:rPr>
        <w:t xml:space="preserve">[1:00:02] </w:t>
      </w:r>
      <w:r>
        <w:t>yahan tak ke aap jante hain ke Aurangzeb shehenshah jo tha, woh bhi likh kar Quran ki copy tayyar karta tha. to is tarah se Quran jo hai, preserve raha history mein</w:t>
      </w:r>
    </w:p>
    <w:p>
      <w:pPr>
        <w:jc w:val="right"/>
      </w:pPr>
      <w:r>
        <w:t>یہاں تک کہ آپ جانتے ہیں کہ اورنگزیب شہنشاہ جو تھا، وہ بھی لکھ کر قرآن کی کاپی تیار کرتا تھا۔ تو اس طرح سے قرآن جو ہے، پریزرو رہا ہسٹری میں</w:t>
      </w:r>
    </w:p>
    <w:p>
      <w:r>
        <w:rPr>
          <w:b/>
        </w:rPr>
        <w:t xml:space="preserve">[1:00:15] </w:t>
      </w:r>
      <w:r>
        <w:t>. yahan tak ke 18th century mein press, printing press ban gaya. printing press 19th century mein woh aa chuka tha hamare haan.</w:t>
      </w:r>
    </w:p>
    <w:p>
      <w:pPr>
        <w:jc w:val="right"/>
      </w:pPr>
      <w:r>
        <w:t>۔ یہاں تک کہ 18 سینچری میں پریس، پرنٹنگ پریس بن گیا۔ پرنٹنگ پریس 19 سینچری میں وہ آ چکا تھا ہمارے ہاں۔</w:t>
      </w:r>
    </w:p>
    <w:p>
      <w:r>
        <w:rPr>
          <w:b/>
        </w:rPr>
        <w:t xml:space="preserve">[1:00:28] </w:t>
      </w:r>
      <w:r>
        <w:t>India mein sab se pehle jo printing press jo log laye hain, woh hai Christian missionary. aur Arab world mein jo sab se pehle jo printing press le le gaya, woh Napoleon tha.</w:t>
      </w:r>
    </w:p>
    <w:p>
      <w:pPr>
        <w:jc w:val="right"/>
      </w:pPr>
      <w:r>
        <w:t>انڈیا میں سب سے پہلے جو پرنٹنگ پریس جو لوگ لائے ہیں، وہ ہے کرسچن مشنری۔ اور عرب ورلڈ میں جو سب سے پہلے جو پرنٹنگ پریس لے لے گیا، وہ نیپولین تھا۔</w:t>
      </w:r>
    </w:p>
    <w:p>
      <w:r>
        <w:rPr>
          <w:b/>
        </w:rPr>
        <w:t xml:space="preserve">[1:00:40] </w:t>
      </w:r>
      <w:r>
        <w:t>Napoleon ke zariye printing press Arab world mein pohancha. to Christian missionaries ke zariye printing press India mein aaya. to jab printing press ban gaya, ab Quran kya hua?</w:t>
      </w:r>
    </w:p>
    <w:p>
      <w:pPr>
        <w:jc w:val="right"/>
      </w:pPr>
      <w:r>
        <w:t>نیپولین کے ذریعے پرنٹنگ پریس عرب ورلڈ میں پہنچا۔ تو کرسچن مشنریز کے ذریعے پرنٹنگ پریس انڈیا میں آیا۔ تو جب پرنٹنگ پریس بن گیا، اب قرآن کیا ہوا؟</w:t>
      </w:r>
    </w:p>
    <w:p>
      <w:r>
        <w:rPr>
          <w:b/>
        </w:rPr>
        <w:t xml:space="preserve">[1:00:50] </w:t>
      </w:r>
      <w:r>
        <w:t>chhapne laga. chhapne ka matlab kya hai? pehle ek Quran ko likha jata tha, ek ek ek ek ek ek ek alag alag.</w:t>
      </w:r>
    </w:p>
    <w:p>
      <w:pPr>
        <w:jc w:val="right"/>
      </w:pPr>
      <w:r>
        <w:t>چھپنے لگا۔ چھپنے کا مطلب کیا ہے؟ پہلے ایک قرآن کو لکھا جاتا تھا، ایک ایک ایک ایک ایک ایک ایک الگ الگ۔</w:t>
      </w:r>
    </w:p>
    <w:p>
      <w:r>
        <w:rPr>
          <w:b/>
        </w:rPr>
        <w:t xml:space="preserve">[1:01:00] </w:t>
      </w:r>
      <w:r>
        <w:t>yani har Quran alag alag likhna padta tha. yani Quran ka agar ek hazar copy ho to ek hazar bar likhna padega.</w:t>
      </w:r>
    </w:p>
    <w:p>
      <w:pPr>
        <w:jc w:val="right"/>
      </w:pPr>
      <w:r>
        <w:t>یعنی ہر قرآن الگ الگ لکھنا پڑتا تھا۔ یعنی قرآن کا اگر ایک ہزار کاپی ہو تو ایک ہزار بار لکھنا پڑے گا۔</w:t>
      </w:r>
    </w:p>
    <w:p>
      <w:r>
        <w:rPr>
          <w:b/>
        </w:rPr>
        <w:t xml:space="preserve">[1:01:09] </w:t>
      </w:r>
      <w:r>
        <w:t>tab hazar copy banegi. ab kya hua? ek copy aap tayar kijiye, khoob is ko correction kijiye, khoob sahi kijiye.</w:t>
      </w:r>
    </w:p>
    <w:p>
      <w:pPr>
        <w:jc w:val="right"/>
      </w:pPr>
      <w:r>
        <w:t>تب ہزار کاپی بنے گی۔ اب کیا ہوا؟ ایک کاپی آپ تیار کیجئے، خوب اس کو کریکشن کیجئے، خوب صحیح کیجئے۔</w:t>
      </w:r>
    </w:p>
    <w:p>
      <w:r>
        <w:rPr>
          <w:b/>
        </w:rPr>
        <w:t xml:space="preserve">[1:01:19] </w:t>
      </w:r>
      <w:r>
        <w:t>is mein aap sankron hafizon ko, boliyon ko laga dijiye ke correction karo is ka. aur ek ayat ke barabar bhi is ki koi galti na rahe, koi zabardasti ki galti na rahe.</w:t>
      </w:r>
    </w:p>
    <w:p>
      <w:pPr>
        <w:jc w:val="right"/>
      </w:pPr>
      <w:r>
        <w:t>اس میں آپ سینکڑوں حافظوں کو، بولیوں کو لگا دیجئے کہ کریکشن کرو اس کا۔ اور ایک آیت کے برابر بھی اس کی کوئی غلطی نہ رہے، کوئی زبردستی کی غلطی نہ رہے۔</w:t>
      </w:r>
    </w:p>
    <w:p>
      <w:r>
        <w:rPr>
          <w:b/>
        </w:rPr>
        <w:t xml:space="preserve">[1:01:30] </w:t>
      </w:r>
      <w:r>
        <w:t>ek authentic copy bana li aap ne. ab is ko printing press mein dal dijiye. ab aap million billion copy nikal lijiye.</w:t>
      </w:r>
    </w:p>
    <w:p>
      <w:pPr>
        <w:jc w:val="right"/>
      </w:pPr>
      <w:r>
        <w:t>ایک اتھینٹک کاپی بنا لی آپ نے۔ اب اس کو پرنٹنگ پریس میں ڈال دیجئے۔ اب آپ ملین بلین کاپی نکال لیجئے۔</w:t>
      </w:r>
    </w:p>
    <w:p>
      <w:r>
        <w:rPr>
          <w:b/>
        </w:rPr>
        <w:t xml:space="preserve">[1:01:39] </w:t>
      </w:r>
      <w:r>
        <w:t>yani ek copy se billion copy nikalna, is ka naam hai printing press. to pre printing press zamane mein kya hota tha?</w:t>
      </w:r>
    </w:p>
    <w:p>
      <w:pPr>
        <w:jc w:val="right"/>
      </w:pPr>
      <w:r>
        <w:t>یعنی ایک کاپی سے بلین کاپی نکالنا، اس کا نام ہے پرنٹنگ پریس۔ تو پری پرنٹنگ پریس زمانے میں کیا ہوتا تھا؟</w:t>
      </w:r>
    </w:p>
    <w:p>
      <w:r>
        <w:rPr>
          <w:b/>
        </w:rPr>
        <w:t xml:space="preserve">[1:01:49] </w:t>
      </w:r>
      <w:r>
        <w:t>ek ek copy alag alag likhi jati thi, alag alag. har copy alag, har copy alag. yani hazar copy hazar bar likhna padta tha. ab kya hai?</w:t>
      </w:r>
    </w:p>
    <w:p>
      <w:pPr>
        <w:jc w:val="right"/>
      </w:pPr>
      <w:r>
        <w:t>ایک ایک کاپی الگ الگ لکھی جاتی تھی، الگ الگ۔ ہر کاپی الگ، ہر کاپی الگ۔ یعنی ہزار کاپی ہزار بار لکھنا پڑتا تھا۔ اب کیا ہے؟</w:t>
      </w:r>
    </w:p>
    <w:p>
      <w:r>
        <w:rPr>
          <w:b/>
        </w:rPr>
        <w:t xml:space="preserve">[1:01:59] </w:t>
      </w:r>
      <w:r>
        <w:t>printing press zamane mein ek copy banaiye aur aap use chhapte rahiye, chhapte rahiye, chhapte rahiye. ab yahi ho raha hai.</w:t>
      </w:r>
    </w:p>
    <w:p>
      <w:pPr>
        <w:jc w:val="right"/>
      </w:pPr>
      <w:r>
        <w:t>پرنٹنگ پریس زمانے میں ایک کاپی بنائیے اور آپ اسے چھاپتے رہیے، چھاپتے رہیے، چھاپتے رہیے۔ اب یہی ہو رہا ہے۔</w:t>
      </w:r>
    </w:p>
    <w:p>
      <w:r>
        <w:rPr>
          <w:b/>
        </w:rPr>
        <w:t xml:space="preserve">[1:02:10] </w:t>
      </w:r>
      <w:r>
        <w:t>hamare zamane mein, bachpan mein hum dekhte the ke pathar ke woh hua karte the. pathar par chhapta tha. aap logon ne is ko nahi dekha hoga.</w:t>
      </w:r>
    </w:p>
    <w:p>
      <w:pPr>
        <w:jc w:val="right"/>
      </w:pPr>
      <w:r>
        <w:t>ہمارے زمانے میں، بچپن میں ہم دیکھتے تھے کہ پتھر کے وہ ہوا کرتے تھے۔ پتھر پر چھپتا تھا۔ آپ لوگوں نے اس کو نہیں دیکھا ہوگا۔</w:t>
      </w:r>
    </w:p>
    <w:p>
      <w:r>
        <w:rPr>
          <w:b/>
        </w:rPr>
        <w:t xml:space="preserve">[1:02:20] </w:t>
      </w:r>
      <w:r>
        <w:t>is ko kehte the lithopress, kehte the is ko lithopress. phir block printing aai. block printing is ke baad aai.</w:t>
      </w:r>
    </w:p>
    <w:p>
      <w:pPr>
        <w:jc w:val="right"/>
      </w:pPr>
      <w:r>
        <w:t>اس کو کہتے تھے لیتھوپریس، کہتے تھے اس کو لیتھوپریس۔ پھر بلاک پرنٹنگ آئی۔ بلاک پرنٹنگ اس کے بعد آئی۔</w:t>
      </w:r>
    </w:p>
    <w:p>
      <w:r>
        <w:rPr>
          <w:b/>
        </w:rPr>
        <w:t xml:space="preserve">[1:02:30] </w:t>
      </w:r>
      <w:r>
        <w:t>phir is ke baad aur aage badha. phir offset printing aai. ab to technology bahut aage badh gai hai.</w:t>
      </w:r>
    </w:p>
    <w:p>
      <w:pPr>
        <w:jc w:val="right"/>
      </w:pPr>
      <w:r>
        <w:t>پھر اس کے بعد اور آگے بڑھا۔ پھر افسر پرنٹنگ آئی۔ اب تو ٹیکنالوجی بہت آگے بڑھ گئی ہے۔</w:t>
      </w:r>
    </w:p>
    <w:p>
      <w:r>
        <w:rPr>
          <w:b/>
        </w:rPr>
        <w:t xml:space="preserve">[1:02:37] </w:t>
      </w:r>
      <w:r>
        <w:t>to ab dekh, yeh Khuda ne is tarah mehfooz kiya Quran ko ke pehle kaghaz ke zariye hath se likh likh kar is ko mehfooz kiya gaya.</w:t>
      </w:r>
    </w:p>
    <w:p>
      <w:pPr>
        <w:jc w:val="right"/>
      </w:pPr>
      <w:r>
        <w:t>تو اب دیکھ، یہ خدا نے اس طرح محفوظ کیا قرآن کو کہ پہلے کاغذ کے ذریعے ہاتھ سے لکھ لکھ کر اس کو محفوظ کیا گیا۔</w:t>
      </w:r>
    </w:p>
    <w:p>
      <w:r>
        <w:rPr>
          <w:b/>
        </w:rPr>
        <w:t xml:space="preserve">[1:02:47] </w:t>
      </w:r>
      <w:r>
        <w:t>phir printing press Khuda ne paida kar diya. aur ab Quran itna zyada preserve ho chuka hai ke koi kuch bhi chahe, us ko us ko badal nahi sakta.</w:t>
      </w:r>
    </w:p>
    <w:p>
      <w:pPr>
        <w:jc w:val="right"/>
      </w:pPr>
      <w:r>
        <w:t>پھر پرنٹنگ پریس خدا نے پیدا کر دیا۔ اور اب قرآن اتنا زیادہ پریزرو ہو چکا ہے کہ کوئی کچھ بھی چاہے، اس کو اس کو بدل نہیں سکتا۔</w:t>
      </w:r>
    </w:p>
    <w:p>
      <w:r>
        <w:rPr>
          <w:b/>
        </w:rPr>
        <w:t xml:space="preserve">[1:02:58] </w:t>
      </w:r>
      <w:r>
        <w:t>ke billion trillion copy sahi theek theek chhapi hui sari dunya mein pahunch gai hai.</w:t>
      </w:r>
    </w:p>
    <w:p>
      <w:pPr>
        <w:jc w:val="right"/>
      </w:pPr>
      <w:r>
        <w:t>کہ بلین ٹریلین کاپی صحیح ٹھیک ٹھیک چھپی ہوئی ساری دنیا میں پہنچ گئی ہے۔</w:t>
      </w:r>
    </w:p>
    <w:p>
      <w:r>
        <w:rPr>
          <w:b/>
        </w:rPr>
        <w:t xml:space="preserve">[1:03:03] </w:t>
      </w:r>
      <w:r>
        <w:t>har ghar mein, har masjid mein, har library mein, har institution mein, har jagah. ab kya karenge is ko? ab aakhri, yani finally woh preserve ho chuka hai.</w:t>
      </w:r>
    </w:p>
    <w:p>
      <w:pPr>
        <w:jc w:val="right"/>
      </w:pPr>
      <w:r>
        <w:t>ہر گھر میں، ہر مسجد میں، ہر لائبریری میں، ہر انسٹیٹیوشن میں، ہر جگہ۔ اب کیا کریں گے اس کو؟ اب آخری، یعنی فائنلی وہ پریزرو ہو چکا ہے۔</w:t>
      </w:r>
    </w:p>
    <w:p>
      <w:r>
        <w:rPr>
          <w:b/>
        </w:rPr>
        <w:t xml:space="preserve">[1:03:14] </w:t>
      </w:r>
      <w:r>
        <w:t>to yeh maine yeh teesri baat arz ki ke Khuda ne apna kalam, yeh word of God ko preserve kar ke insan ko de diya.</w:t>
      </w:r>
    </w:p>
    <w:p>
      <w:pPr>
        <w:jc w:val="right"/>
      </w:pPr>
      <w:r>
        <w:t>تو یہ میں نے یہ تیسری بات عرض کی کہ خدا نے اپنا کلام، یہ ورڈ آف گاڈ کو پریزرو کر کے انسان کو دے دیا۔</w:t>
      </w:r>
    </w:p>
    <w:p>
      <w:r>
        <w:rPr>
          <w:b/>
        </w:rPr>
        <w:t xml:space="preserve">[1:03:24] </w:t>
      </w:r>
      <w:r>
        <w:t>jabke is se pehle, yani pre Muhammad period mein aisa nahi hua tha.</w:t>
      </w:r>
    </w:p>
    <w:p>
      <w:pPr>
        <w:jc w:val="right"/>
      </w:pPr>
      <w:r>
        <w:t>جبکہ اس سے پہلے، یعنی پری محمد پیریڈ میں ایسا نہیں ہوا تھا۔</w:t>
      </w:r>
    </w:p>
    <w:p>
      <w:r>
        <w:rPr>
          <w:b/>
        </w:rPr>
        <w:t xml:space="preserve">[1:03:30] </w:t>
      </w:r>
      <w:r>
        <w:t>yani is tarike se Khuda ka word maujood nahi hua karta tha. to yeh blessing thi Rasool Allah ke zariye jo hui ke kalam ilahi ko preserve form mein aur puri tarah se correct form mein tayar kar ke sare insan ko pahuncha diya gaya.</w:t>
      </w:r>
    </w:p>
    <w:p>
      <w:pPr>
        <w:jc w:val="right"/>
      </w:pPr>
      <w:r>
        <w:t>یعنی اس طریقے سے خدا کا ورڈ موجود نہیں ہوا کرتا تھا۔ تو یہ بلیسنگ تھی رسول اللہ کے ذریعے جو ہوئی کہ کلام الہی کو پریزرو فارم میں اور پوری طرح سے کریکٹ فارم میں تیار کر کے سارے انسان کو پہنچا دیا گیا۔</w:t>
      </w:r>
    </w:p>
    <w:p>
      <w:r>
        <w:rPr>
          <w:b/>
        </w:rPr>
        <w:t xml:space="preserve">[1:03:54] </w:t>
      </w:r>
      <w:r>
        <w:t>sari dunya mein.</w:t>
      </w:r>
    </w:p>
    <w:p>
      <w:pPr>
        <w:jc w:val="right"/>
      </w:pPr>
      <w:r>
        <w:t>ساری دنیا میں۔</w:t>
      </w:r>
    </w:p>
    <w:p>
      <w:r>
        <w:rPr>
          <w:b/>
        </w:rPr>
        <w:t xml:space="preserve">[1:03:57] </w:t>
      </w:r>
      <w:r>
        <w:t>ab chauthi baat mein arz karunga, woh yeh hai ke Khuda ki baat ko pahunchana logon tak. to pehle zamane mein kya tha?</w:t>
      </w:r>
    </w:p>
    <w:p>
      <w:pPr>
        <w:jc w:val="right"/>
      </w:pPr>
      <w:r>
        <w:t>اب چوتھی بات میں عرض کروں گا، وہ یہ ہے کہ خدا کی بات کو پہنچانا لوگوں تک۔ تو پہلے زمانے میں کیا تھا؟</w:t>
      </w:r>
    </w:p>
    <w:p>
      <w:r>
        <w:rPr>
          <w:b/>
        </w:rPr>
        <w:t xml:space="preserve">[1:04:08] </w:t>
      </w:r>
      <w:r>
        <w:t>pehle zamane mein person to person hua karta tha. ek insan doosre insan ko baat kar ke baat pahunchata tha. ek insan doosre insan ko baat kar ke pahunchata tha.</w:t>
      </w:r>
    </w:p>
    <w:p>
      <w:pPr>
        <w:jc w:val="right"/>
      </w:pPr>
      <w:r>
        <w:t>پہلے زمانے میں پرسن ٹو پرسن ہوا کرتا تھا۔ ایک انسان دوسرے انسان کو بات کر کے بات پہنچاتا تھا۔ ایک انسان دوسرے انسان کو بات کر کے پہنچاتا تھا۔</w:t>
      </w:r>
    </w:p>
    <w:p>
      <w:r>
        <w:rPr>
          <w:b/>
        </w:rPr>
        <w:t xml:space="preserve">[1:04:19] </w:t>
      </w:r>
      <w:r>
        <w:t>yeh chalta raha bahut dinon tak. yahan tak ke media ka zamana aaya. media.</w:t>
      </w:r>
    </w:p>
    <w:p>
      <w:pPr>
        <w:jc w:val="right"/>
      </w:pPr>
      <w:r>
        <w:t>یہ چلتا رہا بہت دنوں تک۔ یہاں تک کہ میڈیا کا زمانہ آیا۔ میڈیا۔</w:t>
      </w:r>
    </w:p>
    <w:p>
      <w:r>
        <w:rPr>
          <w:b/>
        </w:rPr>
        <w:t xml:space="preserve">[1:04:29] </w:t>
      </w:r>
      <w:r>
        <w:t>ab media ke zamane mein kya hua?</w:t>
      </w:r>
    </w:p>
    <w:p>
      <w:pPr>
        <w:jc w:val="right"/>
      </w:pPr>
      <w:r>
        <w:t>اب میڈیا کے زمانے میں کیا ہوا؟</w:t>
      </w:r>
    </w:p>
    <w:p>
      <w:r>
        <w:rPr>
          <w:b/>
        </w:rPr>
        <w:t xml:space="preserve">[1:04:34] </w:t>
      </w:r>
      <w:r>
        <w:t>ke aap isi ek kamre mein baith kar ke, ek hi building mein baith kar ke sari dunya mein pahuncha sakte hain. radio ke zariye, TV ke zariye, aur print kar ke book ke zariye.</w:t>
      </w:r>
    </w:p>
    <w:p>
      <w:pPr>
        <w:jc w:val="right"/>
      </w:pPr>
      <w:r>
        <w:t>کہ آپ اسی ایک کمرے میں بیٹھ کر کے، ایک ہی بلڈنگ میں بیٹھ کر کے ساری دنیا میں پہنچا سکتے ہیں۔ ریڈیو کے ذریعے، ٹی وی کے ذریعے، اور پرنٹ کر کے بک کے ذریعے۔</w:t>
      </w:r>
    </w:p>
    <w:p>
      <w:r>
        <w:rPr>
          <w:b/>
        </w:rPr>
        <w:t xml:space="preserve">[1:04:50] </w:t>
      </w:r>
      <w:r>
        <w:t>yani print media aur electronic media ne is baat ko mumkin bana diya hai ke aap ko jana na pare. yahin se aap pahuncha saken har jagah.</w:t>
      </w:r>
    </w:p>
    <w:p>
      <w:pPr>
        <w:jc w:val="right"/>
      </w:pPr>
      <w:r>
        <w:t>یعنی پرنٹ میڈیا اور الیکٹرانک میڈیا نے اس بات کو ممکن بنا دیا ہے کہ آپ کو جانا نہ پڑے۔ یہیں سے آپ پہنچا سکیں ہر جگہ۔</w:t>
      </w:r>
    </w:p>
    <w:p>
      <w:r>
        <w:rPr>
          <w:b/>
        </w:rPr>
        <w:t xml:space="preserve">[1:04:59] </w:t>
      </w:r>
      <w:r>
        <w:t>jaisa ke aap padhte hain ke Rasool Allah ke baad jo tabi ka zamana kaha jata hai, ek the Uqba bin Nafi tabi.</w:t>
      </w:r>
    </w:p>
    <w:p>
      <w:pPr>
        <w:jc w:val="right"/>
      </w:pPr>
      <w:r>
        <w:t>جیسا کہ آپ پڑھتے ہیں کہ رسول اللہ کے بعد جو تابعی کا زمانہ کہا جاتا ہے، ایک تھے عقبہ بن نافع تابعی۔</w:t>
      </w:r>
    </w:p>
    <w:p>
      <w:r>
        <w:rPr>
          <w:b/>
        </w:rPr>
        <w:t xml:space="preserve">[1:05:09] </w:t>
      </w:r>
      <w:r>
        <w:t>woh Arab se nikle aur Africa tak pahunche, Islam ko phailate hue. yahan tak ke aap wahan pahunch gaye jahan Atlantic ka samandar hai.</w:t>
      </w:r>
    </w:p>
    <w:p>
      <w:pPr>
        <w:jc w:val="right"/>
      </w:pPr>
      <w:r>
        <w:t>وہ عرب سے نکلے اور افریقہ تک پہنچے، اسلام کو پھیلاتے ہوئے۔ یہاں تک کہ آپ وہاں پہنچ گئے جہاں اٹلانٹک کا سمندر ہے۔</w:t>
      </w:r>
    </w:p>
    <w:p>
      <w:r>
        <w:rPr>
          <w:b/>
        </w:rPr>
        <w:t xml:space="preserve">[1:05:19] </w:t>
      </w:r>
      <w:r>
        <w:t>aap jante hain ke atlantic hai ek taraf, atlantic ek taraf africa hai, doosri taraf america hai. to wahan tak pahunch gaye.</w:t>
      </w:r>
    </w:p>
    <w:p>
      <w:pPr>
        <w:jc w:val="right"/>
      </w:pPr>
      <w:r>
        <w:t>آپ جانتے ہیں کہ اٹلانٹک ہے ایک طرف، اٹلانٹک ایک طرف افریقہ ہے، دوسری طرف امریکہ ہے۔ تو وہاں تک پہنچ گئے۔</w:t>
      </w:r>
    </w:p>
    <w:p>
      <w:r>
        <w:rPr>
          <w:b/>
        </w:rPr>
        <w:t xml:space="preserve">[1:05:27] </w:t>
      </w:r>
      <w:r>
        <w:t>ab dekha ke samandar hi samandar hai sara. is zamane mein kisi ko pata nahi tha ke samandar ke baad bhi kuch hai.</w:t>
      </w:r>
    </w:p>
    <w:p>
      <w:pPr>
        <w:jc w:val="right"/>
      </w:pPr>
      <w:r>
        <w:t>اب دیکھا کہ سمندر ہی سمندر ہے سارا۔ اس زمانے میں کسی کو پتہ نہیں تھا کہ سمندر کے بعد بھی کچھ ہے۔</w:t>
      </w:r>
    </w:p>
    <w:p>
      <w:r>
        <w:rPr>
          <w:b/>
        </w:rPr>
        <w:t xml:space="preserve">[1:05:35] </w:t>
      </w:r>
      <w:r>
        <w:t>to aata hai, wahan ghoṛe par thay woh. is ke is ke sahil par, is ke kinare, ghoṛe par khaṛe ho gaye aur unhon ne kaha, yeh tareekhi kalam</w:t>
      </w:r>
    </w:p>
    <w:p>
      <w:pPr>
        <w:jc w:val="right"/>
      </w:pPr>
      <w:r>
        <w:t>تو آتا ہے، وہاں گھوڑے پر تھے وہ۔ اس کے اس کے ساحل پر، اس کے کنارے، گھوڑے پر کھڑے ہو گئے اور انہوں نے کہا، یہ تاریخی کلام</w:t>
      </w:r>
    </w:p>
    <w:p>
      <w:r>
        <w:rPr>
          <w:b/>
        </w:rPr>
        <w:t xml:space="preserve">[1:05:50] </w:t>
      </w:r>
      <w:r>
        <w:t>kaha unhon ne ke wallah la'alamt anna wara'a hadha al-bahr baladun li-khazat</w:t>
      </w:r>
    </w:p>
    <w:p>
      <w:pPr>
        <w:jc w:val="right"/>
      </w:pPr>
      <w:r>
        <w:t>کہا انہوں نے کہ والله لعلمت أن وراء هذا البحر بلد لخزت</w:t>
      </w:r>
    </w:p>
    <w:p>
      <w:r>
        <w:rPr>
          <w:b/>
        </w:rPr>
        <w:t xml:space="preserve">[1:06:01] </w:t>
      </w:r>
      <w:r>
        <w:t>hatta la ya'budu ahadun dunaka</w:t>
      </w:r>
    </w:p>
    <w:p>
      <w:pPr>
        <w:jc w:val="right"/>
      </w:pPr>
      <w:r>
        <w:t>حتیٰ لا یعبد أحد دونک</w:t>
      </w:r>
    </w:p>
    <w:p>
      <w:r>
        <w:rPr>
          <w:b/>
        </w:rPr>
        <w:t xml:space="preserve">[1:06:05] </w:t>
      </w:r>
      <w:r>
        <w:t>khuda ki qasam, agar main janta ke is yeh jo ocean hai, is ocean ke us paar bhi insan rehte hain, to main ghus jata is ocean mein, wahan tak pahunchta taake khuda ke kalam se woh bhi bekhabar na reh jayein.</w:t>
      </w:r>
    </w:p>
    <w:p>
      <w:pPr>
        <w:jc w:val="right"/>
      </w:pPr>
      <w:r>
        <w:t>خدا کی قسم، اگر میں جانتا کہ اس یہ جو اوشن ہے، اس اوشن کے اس پار بھی انسان رہتے ہیں، تو میں گھس جاتا اس اوشن میں، وہاں تک پہنچتا تاکہ خدا کے کلام سے وہ بھی بے خبر نہ رہ جائیں۔</w:t>
      </w:r>
    </w:p>
    <w:p>
      <w:r>
        <w:rPr>
          <w:b/>
        </w:rPr>
        <w:t xml:space="preserve">[1:06:22] </w:t>
      </w:r>
      <w:r>
        <w:t>lekin unhein pata nahi tha ke atlantic ocean ke us paar bhi kuch dunya hai. ab bataiye ke woh insan, is generation ka aadmi, yeh soch kar mar gaya.</w:t>
      </w:r>
    </w:p>
    <w:p>
      <w:pPr>
        <w:jc w:val="right"/>
      </w:pPr>
      <w:r>
        <w:t>لیکن انہیں پتہ نہیں تھا کہ اٹلانٹک اوشن کے اس پار بھی کچھ دنیا ہے۔ اب بتائیے کہ وہ انسان، اس جنریشن کا آدمی، یہ سوچ کر مر گیا۔</w:t>
      </w:r>
    </w:p>
    <w:p>
      <w:r>
        <w:rPr>
          <w:b/>
        </w:rPr>
        <w:t xml:space="preserve">[1:06:35] </w:t>
      </w:r>
      <w:r>
        <w:t>aaj woh, aap aaj ki generation jo hai, aaj aap jo hain, aap ko pata ho chuka hai zameen ke chappe chappe ka. aap jante hain kahan insan hain, kahan kon si country hai, kahan kon si nation rehti hai.</w:t>
      </w:r>
    </w:p>
    <w:p>
      <w:pPr>
        <w:jc w:val="right"/>
      </w:pPr>
      <w:r>
        <w:t>آج وہ، آپ آج کی جنریشن جو ہے، آج آپ جو ہیں، آپ کو پتہ ہو چکا ہے زمین کے چپے چپے کا۔ آپ جانتے ہیں کہاں انسان ہیں، کہاں کون سی کنٹری ہے، کہاں کون سی نیشن رہتی ہے۔</w:t>
      </w:r>
    </w:p>
    <w:p>
      <w:r>
        <w:rPr>
          <w:b/>
        </w:rPr>
        <w:t xml:space="preserve">[1:06:47] </w:t>
      </w:r>
      <w:r>
        <w:t>aur atlantic us paar ek poora poori dunya hai jis ko hum united states of america kehte hain. aur sath sath transportation itna baṛh gaya hai, communication itna baṛh gaya hai, media itna baṛh gaya hai ke aap ko safar karne ki zaroorat nahi hai.</w:t>
      </w:r>
    </w:p>
    <w:p>
      <w:pPr>
        <w:jc w:val="right"/>
      </w:pPr>
      <w:r>
        <w:t>اور اٹلانٹک اس پار ایک پورا پوری دنیا ہے جس کو ہم یونائٹڈ اسٹیٹس آف امریکہ کہتے ہیں۔ اور ساتھ ساتھ ٹرانسپورٹیشن اتنا بڑھ گیا ہے، کمیونیکیشن اتنا بڑھ گیا ہے، میڈیا اتنا بڑھ گیا ہے کہ آپ کو سفر کرنے کی ضرورت نہیں ہے۔</w:t>
      </w:r>
    </w:p>
    <w:p>
      <w:r>
        <w:rPr>
          <w:b/>
        </w:rPr>
        <w:t xml:space="preserve">[1:07:03] </w:t>
      </w:r>
      <w:r>
        <w:t>woh to safar kar ke ghoṛe par chal pahunche thay wahan. aaj to aap yahin beṭhe beṭhe sab kuch kar sakte hain. to woh jo hadith mein aata hai ke dunya ka koi kacha ya pakka ghar,</w:t>
      </w:r>
    </w:p>
    <w:p>
      <w:pPr>
        <w:jc w:val="right"/>
      </w:pPr>
      <w:r>
        <w:t>وہ تو سفر کر کے گھوڑے پر چل پہنچے تھے وہاں۔ آج تو آپ یہیں بیٹھے بیٹھے سب کچھ کر سکتے ہیں۔ تو وہ جو حدیث میں آتا ہے کہ دنیا کا کوئی کچا یا پکا گھر،</w:t>
      </w:r>
    </w:p>
    <w:p>
      <w:r>
        <w:rPr>
          <w:b/>
        </w:rPr>
        <w:t xml:space="preserve">[1:07:19] </w:t>
      </w:r>
      <w:r>
        <w:t>koi chhoṭa ya baṛa ghar nahi bachega jahan khuda ka word pahunch na jaye, word of god pahunch na jaye. to pehle zamane mein kaise ho sakta tha?</w:t>
      </w:r>
    </w:p>
    <w:p>
      <w:pPr>
        <w:jc w:val="right"/>
      </w:pPr>
      <w:r>
        <w:t>کوئی چھوٹا یا بڑا گھر نہیں بچے گا جہاں خدا کا ورڈ پہنچ نہ جائے، ورڈ آف گاڈ پہنچ نہ جائے۔ تو پہلے زمانے میں کیسے ہو سکتا تھا؟</w:t>
      </w:r>
    </w:p>
    <w:p>
      <w:r>
        <w:rPr>
          <w:b/>
        </w:rPr>
        <w:t xml:space="preserve">[1:07:30] </w:t>
      </w:r>
      <w:r>
        <w:t>kyun ke wahan to limit aa gayi. 'uqbah nafi' chale to pata chala ke yahan to ocean hai. ab kaise pahunchayein idhar walon ko khuda ki baat?</w:t>
      </w:r>
    </w:p>
    <w:p>
      <w:pPr>
        <w:jc w:val="right"/>
      </w:pPr>
      <w:r>
        <w:t>کیونکہ وہاں تو لمٹ آ گئی۔ عقبہ نافع چلے تو پتہ چلا کہ یہاں تو اوشن ہے۔ اب کیسے پہنچائیں ادھر والوں کو خدا کی بات؟</w:t>
      </w:r>
    </w:p>
    <w:p>
      <w:r>
        <w:rPr>
          <w:b/>
        </w:rPr>
        <w:t xml:space="preserve">[1:07:40] </w:t>
      </w:r>
      <w:r>
        <w:t>to limitations ha'il theen. rukawatein beech beech mein aati theen. ke jangla hai, kahin pahaṛ hai, kahin ocean hai, kahin samandar hai, kahin kuch hai.</w:t>
      </w:r>
    </w:p>
    <w:p>
      <w:pPr>
        <w:jc w:val="right"/>
      </w:pPr>
      <w:r>
        <w:t>تو لیمیٹیشنز حائل تھیں۔ رکاوٹیں بیچ بیچ میں آتی تھیں۔ کہ جنگل ہے، کہیں پہاڑ ہے، کہیں اوشن ہے، کہیں سمندر ہے، کہیں کچھ ہے۔</w:t>
      </w:r>
    </w:p>
    <w:p>
      <w:r>
        <w:rPr>
          <w:b/>
        </w:rPr>
        <w:t xml:space="preserve">[1:07:50] </w:t>
      </w:r>
      <w:r>
        <w:t>aaj kya hai? aaj hawa mein aap ke alfaaz safar karte hain. hawa mein. aap yahan boliye aur hawa mein safar kar ke woh baat aap ko sari dunya mein pahunchegi.</w:t>
      </w:r>
    </w:p>
    <w:p>
      <w:pPr>
        <w:jc w:val="right"/>
      </w:pPr>
      <w:r>
        <w:t>آج کیا ہے؟ آج ہوا میں آپ کے الفاظ سفر کرتے ہیں۔ ہوا میں۔ آپ یہاں بولیے اور ہوا میں سفر کر کے وہ بات آپ کو ساری دنیا میں پہنچے گی۔</w:t>
      </w:r>
    </w:p>
    <w:p>
      <w:r>
        <w:rPr>
          <w:b/>
        </w:rPr>
        <w:t xml:space="preserve">[1:08:02] </w:t>
      </w:r>
      <w:r>
        <w:t>is tarah khuda ne rasool Allah ke zariye jo inqalab aaya tha, yeh sab isi ka agla, isi ke process ka agla stage hai.</w:t>
      </w:r>
    </w:p>
    <w:p>
      <w:pPr>
        <w:jc w:val="right"/>
      </w:pPr>
      <w:r>
        <w:t>اس طرح خدا نے رسول اللہ کے ذریعے جو انقلاب آیا تھا، یہ سب اسی کا اگلا، اسی کے پروسیس کا اگلا اسٹیج ہے۔</w:t>
      </w:r>
    </w:p>
    <w:p>
      <w:r>
        <w:rPr>
          <w:b/>
        </w:rPr>
        <w:t xml:space="preserve">[1:08:10] </w:t>
      </w:r>
      <w:r>
        <w:t>yeh ek process chala tha rasool Allah ke zamane mein. ek process. ek revolutionary process.</w:t>
      </w:r>
    </w:p>
    <w:p>
      <w:pPr>
        <w:jc w:val="right"/>
      </w:pPr>
      <w:r>
        <w:t>یہ ایک پروسیس چلا تھا رسول اللہ کے زمانے میں۔ ایک پروسیس۔ ایک ریولیشنری پروسیس۔</w:t>
      </w:r>
    </w:p>
    <w:p>
      <w:r>
        <w:rPr>
          <w:b/>
        </w:rPr>
        <w:t xml:space="preserve">[1:08:18] </w:t>
      </w:r>
      <w:r>
        <w:t>isi process ke agle stages hain yeh sab.</w:t>
      </w:r>
    </w:p>
    <w:p>
      <w:pPr>
        <w:jc w:val="right"/>
      </w:pPr>
      <w:r>
        <w:t>اسی پروسیس کے اگلے اسٹیجز ہیں یہ سب۔</w:t>
      </w:r>
    </w:p>
    <w:p>
      <w:r>
        <w:rPr>
          <w:b/>
        </w:rPr>
        <w:t xml:space="preserve">[1:08:23] </w:t>
      </w:r>
      <w:r>
        <w:t>to insan ke liye blessing hai khuda ki taraf se ke ab insan ko ba-khabar karne ke liye, insan ko aware karne ke liye itna baṛe level par sab kuch ho gaya ke akhbar chhapiye, magazine chhapiye, book chhapiye, radio lagaiye, television lagaiye aur sari dunya mein word of god pahuncha diye.</w:t>
      </w:r>
    </w:p>
    <w:p>
      <w:pPr>
        <w:jc w:val="right"/>
      </w:pPr>
      <w:r>
        <w:t>تو انسان کے لیے بلیسنگ ہے خدا کی طرف سے کہ اب انسان کو باخبر کرنے کے لیے، انسان کو اویئر کرنے کے لیے اتنا بڑے لیول پر سب کچھ ہو گیا کہ اخبار چھاپیے، میگزین چھاپیے، بک چھاپیے، ریڈیو لگائیے، ٹیلی ویژن لگائیے اور ساری دنیا میں ورڈ آف گاڈ پہنچا دیے۔</w:t>
      </w:r>
    </w:p>
    <w:p>
      <w:r>
        <w:rPr>
          <w:b/>
        </w:rPr>
        <w:t xml:space="preserve">[1:08:46] </w:t>
      </w:r>
      <w:r>
        <w:t>koi koi aadmi in aware na rahe, koi aadmi bekhabar na rahe. yeh kitni baṛi blessing hai.</w:t>
      </w:r>
    </w:p>
    <w:p>
      <w:pPr>
        <w:jc w:val="right"/>
      </w:pPr>
      <w:r>
        <w:t>کوئی کوئی آدمی ان اویئر نہ رہے، کوئی آدمی بے خبر نہ رہے۔ یہ کتنی بڑی بلیسنگ ہے۔</w:t>
      </w:r>
    </w:p>
    <w:p>
      <w:r>
        <w:rPr>
          <w:b/>
        </w:rPr>
        <w:t xml:space="preserve">[1:08:55] </w:t>
      </w:r>
      <w:r>
        <w:t>yani blessing wahan se shuru hoti hai jab aap ne in is empire ko toṛa jo freedom of speech pe record bane hue thay.</w:t>
      </w:r>
    </w:p>
    <w:p>
      <w:pPr>
        <w:jc w:val="right"/>
      </w:pPr>
      <w:r>
        <w:t>یعنی بلیسنگ وہاں سے شروع ہوتی ہے جب آپ نے ان اس ایمپائر کو توڑا جو فریڈم آف اسپیچ پہ ریکارڈ بنے ہوئے تھے۔</w:t>
      </w:r>
    </w:p>
    <w:p>
      <w:r>
        <w:rPr>
          <w:b/>
        </w:rPr>
        <w:t xml:space="preserve">[1:09:04] </w:t>
      </w:r>
      <w:r>
        <w:t>freedom of thought pe record bana hua tha. is ko toṛa aap. toṛ kar khatm kar diya is ko. phir kya hua?</w:t>
      </w:r>
    </w:p>
    <w:p>
      <w:pPr>
        <w:jc w:val="right"/>
      </w:pPr>
      <w:r>
        <w:t>فریڈم آف تھاٹ پہ ریکارڈ بنا ہوا تھا۔ اس کو توڑا آپ۔ توڑ کر ختم کر دیا اس کو۔ پھر کیا ہوا؟</w:t>
      </w:r>
    </w:p>
    <w:p>
      <w:r>
        <w:rPr>
          <w:b/>
        </w:rPr>
        <w:t xml:space="preserve">[1:09:13] </w:t>
      </w:r>
      <w:r>
        <w:t>ke nature ko explore kiya gaya.</w:t>
      </w:r>
    </w:p>
    <w:p>
      <w:pPr>
        <w:jc w:val="right"/>
      </w:pPr>
      <w:r>
        <w:t>کہ نیچر کو ایکسپلور کیا گیا۔</w:t>
      </w:r>
    </w:p>
    <w:p>
      <w:r>
        <w:rPr>
          <w:b/>
        </w:rPr>
        <w:t xml:space="preserve">[1:09:18] </w:t>
      </w:r>
      <w:r>
        <w:t>jo nature log puchte thay, khali nature worship ke zamane ko khatm kar ke nature ko explore karne ka zamana dunya mein aaya. aur is ke andar jo baatein theen, jo secret thay, us ko insan ne discover kiya.</w:t>
      </w:r>
    </w:p>
    <w:p>
      <w:pPr>
        <w:jc w:val="right"/>
      </w:pPr>
      <w:r>
        <w:t>جو نیچر لوگ پوچھتے تھے، خالی نیچر ورشپ کے زمانے کو ختم کر کے نیچر کو ایکسپلور کرنے کا زمانہ دنیا میں آیا۔ اور اس کے اندر جو باتیں تھیں، جو سیکرٹ تھے، اس کو انسان نے ڈسکور کیا۔</w:t>
      </w:r>
    </w:p>
    <w:p>
      <w:r>
        <w:rPr>
          <w:b/>
        </w:rPr>
        <w:t xml:space="preserve">[1:09:33] </w:t>
      </w:r>
      <w:r>
        <w:t>aur khuda ki jo sachai hai, khuda ki sachai ko ek naya level mil gaya is ko rationalize karne ka. khuda ki sachai ko rationalize karne ka, is ko ek logic dene ka ek naya zamana aa gaya.</w:t>
      </w:r>
    </w:p>
    <w:p>
      <w:pPr>
        <w:jc w:val="right"/>
      </w:pPr>
      <w:r>
        <w:t>اور خدا کی جو سچائی ہے، خدا کی سچائی کو ایک نیا لیول مل گیا اس کو ریشنلائز کرنے کا۔ خدا کی سچائی کو ریشنلائز کرنے کا، اس کو ایک لاجک دینے کا ایک نیا زمانہ آ گیا۔</w:t>
      </w:r>
    </w:p>
    <w:p>
      <w:r>
        <w:rPr>
          <w:b/>
        </w:rPr>
        <w:t xml:space="preserve">[1:09:50] </w:t>
      </w:r>
      <w:r>
        <w:t>kitni baṛi baat yeh hui hai. phir quran ko, yani word of god ko preserve kiya gaya jo kabhi is se pehle hua nahi tha. is se pehle kabhi hua nahi tha.</w:t>
      </w:r>
    </w:p>
    <w:p>
      <w:pPr>
        <w:jc w:val="right"/>
      </w:pPr>
      <w:r>
        <w:t>کتنی بڑی بات یہ ہوئی ہے۔ پھر قرآن کو، یعنی ورڈ آف گاڈ کو پریزرو کیا گیا جو کبھی اس سے پہلے ہوا نہیں تھا۔ اس سے پہلے کبھی ہوا نہیں تھا۔</w:t>
      </w:r>
    </w:p>
    <w:p>
      <w:r>
        <w:rPr>
          <w:b/>
        </w:rPr>
        <w:t xml:space="preserve">[1:10:02] </w:t>
      </w:r>
      <w:r>
        <w:t>arab mein aise log thay jin ko kaha jata hai hanifa. khud arab mein rasool Allah se pehle woh bechare yeh kehte hue mar gaye.</w:t>
      </w:r>
    </w:p>
    <w:p>
      <w:pPr>
        <w:jc w:val="right"/>
      </w:pPr>
      <w:r>
        <w:t>عرب میں ایسے لوگ تھے جن کو کہا جاتا ہے حنفہ۔ خود عرب میں رسول اللہ سے پہلے وہ بیچارے یہ کہتے ہوئے مر گئے۔</w:t>
      </w:r>
    </w:p>
    <w:p>
      <w:r>
        <w:rPr>
          <w:b/>
        </w:rPr>
        <w:t xml:space="preserve">[1:10:15] </w:t>
      </w:r>
      <w:r>
        <w:t>yeh hanifa jo thay, yeh seeker. hanifa ka matlab seeker. woh seeker thay. yeh kehte hue mar gaye ke khuda ya agar hum jante ke tujh ko kaise teri ibadat kaise ki jati hai to hum kaise teri ibadat karte hain?</w:t>
      </w:r>
    </w:p>
    <w:p>
      <w:pPr>
        <w:jc w:val="right"/>
      </w:pPr>
      <w:r>
        <w:t>یہ حنفہ جو تھے، یہ سیکر۔ حنفہ کا مطلب سیکر۔ وہ سیکر تھے۔ یہ کہتے ہوئے مر گئے کہ خدایا اگر ہم جانتے کہ تجھ کو کیسے تیری عبادت کیسے کی جاتی ہے تو ہم کیسے تیری عبادت کرتے ہیں؟</w:t>
      </w:r>
    </w:p>
    <w:p>
      <w:r>
        <w:rPr>
          <w:b/>
        </w:rPr>
        <w:t xml:space="preserve">[1:10:32] </w:t>
      </w:r>
      <w:r>
        <w:t>ke nature chahti thi ke ab khuda ke aage surrender kare. ke nature chahti thi yeh bhi khuda ke aage chup jaye. ke nature chahti thi ke jis ne use paida kiya hai us ki ibadat karein.</w:t>
      </w:r>
    </w:p>
    <w:p>
      <w:pPr>
        <w:jc w:val="right"/>
      </w:pPr>
      <w:r>
        <w:t>کہ نیچر چاہتی تھی کہ اب خدا کے آگے سرینڈر کرے۔ کہ نیچر چاہتی تھی یہ بھی خدا کے آگے چھپ جائے۔ کہ نیچر چاہتی تھی کہ جس نے اسے پیدا کیا ہے اس کی عبادت کریں۔</w:t>
      </w:r>
    </w:p>
    <w:p>
      <w:r>
        <w:rPr>
          <w:b/>
        </w:rPr>
        <w:t xml:space="preserve">[1:10:42] </w:t>
      </w:r>
      <w:r>
        <w:t>lekin unhein pata nahi tha.</w:t>
      </w:r>
    </w:p>
    <w:p>
      <w:pPr>
        <w:jc w:val="right"/>
      </w:pPr>
      <w:r>
        <w:t>لیکن انہیں پتہ نہیں تھا۔</w:t>
      </w:r>
    </w:p>
    <w:p>
      <w:r>
        <w:rPr>
          <w:b/>
        </w:rPr>
        <w:t xml:space="preserve">[1:10:45] </w:t>
      </w:r>
      <w:r>
        <w:t>koi kitab nahi thi jisay parh ke jaane woh is baat ko. to yeh bechare kehte hue mar gaye. woh seeker log ke khuda ya agar mein janta ke teri ibadat kaise ki jati hai to mein waise hi teri ibadat karta.</w:t>
      </w:r>
    </w:p>
    <w:p>
      <w:pPr>
        <w:jc w:val="right"/>
      </w:pPr>
      <w:r>
        <w:t>کوئی کتاب نہیں تھی جسے پڑھ کے جانے وہ اس بات کو۔ تو یہ بیچارے کہتے ہوئے مر گئے۔ وہ سیکر لوگ کہ خدایا اگر میں جانتا کہ تیری عبادت کیسے کی جاتی ہے تو میں ویسے ہی تیری عبادت کرتا۔</w:t>
      </w:r>
    </w:p>
    <w:p>
      <w:r>
        <w:rPr>
          <w:b/>
        </w:rPr>
        <w:t xml:space="preserve">[1:11:07] </w:t>
      </w:r>
      <w:r>
        <w:t>to is in awareness ke daur ko khuda ne khatam kar diya. is bekhabari ke zamane ko khuda ne khatam kar diya.</w:t>
      </w:r>
    </w:p>
    <w:p>
      <w:pPr>
        <w:jc w:val="right"/>
      </w:pPr>
      <w:r>
        <w:t>تو اس ان اویئرنس کے دور کو خدا نے ختم کر دیا۔ اس بے خبری کے زمانے کو خدا نے ختم کر دیا۔</w:t>
      </w:r>
    </w:p>
    <w:p>
      <w:r>
        <w:rPr>
          <w:b/>
        </w:rPr>
        <w:t xml:space="preserve">[1:11:15] </w:t>
      </w:r>
      <w:r>
        <w:t>kisi ko yeh kehna na rahe ke mein ne mein nahi janta ke khuda ki ibadat kaise kiya jaye. yeh kehne ka mauqa kisi ko na rahe. phir sara, yani ek revolution laya gaya dunya mein.</w:t>
      </w:r>
    </w:p>
    <w:p>
      <w:pPr>
        <w:jc w:val="right"/>
      </w:pPr>
      <w:r>
        <w:t>کسی کو یہ کہنا نہ رہے کہ میں نے میں نہیں جانتا کہ خدا کی عبادت کیسے کیا جائے۔ یہ کہنے کا موقع کسی کو نہ رہے۔ پھر سارا، یعنی ایک ریولیوشن لایا گیا دنیا میں۔</w:t>
      </w:r>
    </w:p>
    <w:p>
      <w:r>
        <w:rPr>
          <w:b/>
        </w:rPr>
        <w:t xml:space="preserve">[1:11:30] </w:t>
      </w:r>
      <w:r>
        <w:t>sab se achi kitab is par jo mujhe mili hai wahi Henry Preen ki. Henry Preen ki kitab. jis mein us ne bohat bohat zabardast tareeqe se acknowledge kiya hai.</w:t>
      </w:r>
    </w:p>
    <w:p>
      <w:pPr>
        <w:jc w:val="right"/>
      </w:pPr>
      <w:r>
        <w:t>سب سے اچھی کتاب اس پر جو مجھے ملی ہے وہی ہنری پرین کی۔ ہنری پرین کی کتاب۔ جس میں اس نے بہت بہت زبردست طریقے سے ایکنالج کیا ہے۔</w:t>
      </w:r>
    </w:p>
    <w:p>
      <w:r>
        <w:rPr>
          <w:b/>
        </w:rPr>
        <w:t xml:space="preserve">[1:11:41] </w:t>
      </w:r>
      <w:r>
        <w:t>jo mein ne abhi aap ko suna hai is ka is ka is ka woh sentence ke Islam change the face of the globe.</w:t>
      </w:r>
    </w:p>
    <w:p>
      <w:pPr>
        <w:jc w:val="right"/>
      </w:pPr>
      <w:r>
        <w:t>جو میں نے ابھی آپ کو سنا ہے اس کا اس کا اس کا وہ سینٹنس کہ اسلام چینج دا فیس آف دا گلوب۔</w:t>
      </w:r>
    </w:p>
    <w:p>
      <w:r>
        <w:rPr>
          <w:b/>
        </w:rPr>
        <w:t xml:space="preserve">[1:11:52] </w:t>
      </w:r>
      <w:r>
        <w:t>the traditional order of history was worth. is mein sari baat chupi hui hai.</w:t>
      </w:r>
    </w:p>
    <w:p>
      <w:pPr>
        <w:jc w:val="right"/>
      </w:pPr>
      <w:r>
        <w:t>دا ٹریڈیشنل آرڈر آف ہسٹری واز ورتھ۔ اس میں ساری بات چھپی ہوئی ہے۔</w:t>
      </w:r>
    </w:p>
    <w:p>
      <w:r>
        <w:rPr>
          <w:b/>
        </w:rPr>
        <w:t xml:space="preserve">[1:12:01] </w:t>
      </w:r>
      <w:r>
        <w:t>to yeh jo bataya gaya hai ke mohabbat jo hai woh sari dunya ke blessing ke taur par bheje gaye, woh koi mysterious kalma nahi hai.</w:t>
      </w:r>
    </w:p>
    <w:p>
      <w:pPr>
        <w:jc w:val="right"/>
      </w:pPr>
      <w:r>
        <w:t>تو یہ جو بتایا گیا ہے کہ محبت جو ہے وہ ساری دنیا کے بلیسنگ کے طور پر بھیجے گئے، وہ کوئی مسٹیریس کلمہ نہیں ہے۔</w:t>
      </w:r>
    </w:p>
    <w:p>
      <w:r>
        <w:rPr>
          <w:b/>
        </w:rPr>
        <w:t xml:space="preserve">[1:12:09] </w:t>
      </w:r>
      <w:r>
        <w:t>woh simply fazilat ki baat nahi hai. woh fazilat to ek shakhsi cheez hoti hai. ek shakhs ko fazilat de di aap ne. yeh yeh koi personal fazilat ki baat nahi hai.</w:t>
      </w:r>
    </w:p>
    <w:p>
      <w:pPr>
        <w:jc w:val="right"/>
      </w:pPr>
      <w:r>
        <w:t>وہ سمپلی فضیلت کی بات نہیں ہے۔ وہ فضیلت تو ایک شخصی چیز ہوتی ہے۔ ایک شخص کو فضیلت دے دی آپ نے۔ یہ یہ کوئی پرسنل فضیلت کی بات نہیں ہے۔</w:t>
      </w:r>
    </w:p>
    <w:p>
      <w:r>
        <w:rPr>
          <w:b/>
        </w:rPr>
        <w:t xml:space="preserve">[1:12:22] </w:t>
      </w:r>
      <w:r>
        <w:t>yeh yeh sare insano ke liye blessing ki baat hai. yeh sari humanity ke liye blessing ki baat hai. yeh ke ek shakhs ko aap ne afzal maan liya to doosre insano ka kamla is se bataiye.</w:t>
      </w:r>
    </w:p>
    <w:p>
      <w:pPr>
        <w:jc w:val="right"/>
      </w:pPr>
      <w:r>
        <w:t>یہ یہ سارے انسانوں کے لیے بلیسنگ کی بات ہے۔ یہ ساری ہیومینٹی کے لیے بلیسنگ کی بات ہے۔ یہ کہ ایک شخص کو آپ نے افضل مان لیا تو دوسرے انسانوں کا کاملہ اس سے بتائیے۔</w:t>
      </w:r>
    </w:p>
    <w:p>
      <w:r>
        <w:rPr>
          <w:b/>
        </w:rPr>
        <w:t xml:space="preserve">[1:12:37] </w:t>
      </w:r>
      <w:r>
        <w:t>to Quran mein aisa nahi hai yeh ke kisi ek shakhs ko keh diya ke yeh ek shakhs bohat bara afzal hai. yeh nahi. khuda ne ek darwaza khola hai sari humanity ke liye.</w:t>
      </w:r>
    </w:p>
    <w:p>
      <w:pPr>
        <w:jc w:val="right"/>
      </w:pPr>
      <w:r>
        <w:t>تو قرآن میں ایسا نہیں ہے یہ کہ کسی ایک شخص کو کہہ دیا کہ یہ ایک شخص بہت بڑا افضل ہے۔ یہ نہیں۔ خدا نے ایک دروازہ کھولا ہے ساری ہیومینٹی کے لیے۔</w:t>
      </w:r>
    </w:p>
    <w:p>
      <w:r>
        <w:rPr>
          <w:b/>
        </w:rPr>
        <w:t xml:space="preserve">[1:12:48] </w:t>
      </w:r>
      <w:r>
        <w:t>is ka zikr hai wahan par. وما أرسلناك إلا رحمة للعالمين</w:t>
      </w:r>
    </w:p>
    <w:p>
      <w:pPr>
        <w:jc w:val="right"/>
      </w:pPr>
      <w:r>
        <w:t>اس کا ذکر ہے وہاں پر۔ وما أرسلناك إلا رحمة للعالمين</w:t>
      </w:r>
    </w:p>
    <w:p>
      <w:r>
        <w:rPr>
          <w:b/>
        </w:rPr>
        <w:t xml:space="preserve">[1:12:55] </w:t>
      </w:r>
      <w:r>
        <w:t>we have sent you for send you as a blessing for all mankind. sari humanity ke liye blessing ke taur par bheja gaya.</w:t>
      </w:r>
    </w:p>
    <w:p>
      <w:pPr>
        <w:jc w:val="right"/>
      </w:pPr>
      <w:r>
        <w:t>وی ہیو سینڈ یو فار سینڈ یو ایز اے بلیسنگ فار ملکائن ال مین کائنڈ۔ ساری ہیومینٹی کے لیے بلیسنگ کے طور پر بھیجا گیا۔</w:t>
      </w:r>
    </w:p>
    <w:p>
      <w:r>
        <w:rPr>
          <w:b/>
        </w:rPr>
        <w:t xml:space="preserve">[1:13:06] </w:t>
      </w:r>
      <w:r>
        <w:t>is blessing ke mein ne char aspect bataye aap ko. number one ke shirk ko, yani falsehood ko aur political power ko ek doosre se detach kar diya gaya.</w:t>
      </w:r>
    </w:p>
    <w:p>
      <w:pPr>
        <w:jc w:val="right"/>
      </w:pPr>
      <w:r>
        <w:t>اس بلیسنگ کے میں نے چار اسپیکٹ بتائے آپ کو۔ نمبر ون کہ شرک کو، یعنی فالس ہڈ کو اور پولیٹیکل پاور کو ایک دوسرے سے ڈیٹیچ کر دیا گیا۔</w:t>
      </w:r>
    </w:p>
    <w:p>
      <w:r>
        <w:rPr>
          <w:b/>
        </w:rPr>
        <w:t xml:space="preserve">[1:13:19] </w:t>
      </w:r>
      <w:r>
        <w:t>taake political power jo patronize karti thi hazaron saal se, woh na rahe. yeh shirk to rahe lekin woh political power ki taqat par na rahe.</w:t>
      </w:r>
    </w:p>
    <w:p>
      <w:pPr>
        <w:jc w:val="right"/>
      </w:pPr>
      <w:r>
        <w:t>تاکہ پولیٹیکل پاور جو پیٹرنائز کرتی تھی ہزاروں سال سے، وہ نہ رہے۔ یہ شرک تو رہے لیکن وہ پولیٹیکل پاور کی طاقت پر نہ رہے۔</w:t>
      </w:r>
    </w:p>
    <w:p>
      <w:r>
        <w:rPr>
          <w:b/>
        </w:rPr>
        <w:t xml:space="preserve">[1:13:29] </w:t>
      </w:r>
      <w:r>
        <w:t>is ko khatam karne ke baad kya hua? ke freedom of choice ka zamana aa gaya.</w:t>
      </w:r>
    </w:p>
    <w:p>
      <w:pPr>
        <w:jc w:val="right"/>
      </w:pPr>
      <w:r>
        <w:t>اس کو ختم کرنے کے بعد کیا ہوا؟ کہ فریڈم آف چوائس کا زمانہ آ گیا۔</w:t>
      </w:r>
    </w:p>
    <w:p>
      <w:r>
        <w:rPr>
          <w:b/>
        </w:rPr>
        <w:t xml:space="preserve">[1:13:35] </w:t>
      </w:r>
      <w:r>
        <w:t>pehle freedom of choice nahi tha. yeh political power jo thi, is ne har choice ko khatam kar ke ek choice rakha tha. bohat se option nahi thay insan ke liye.</w:t>
      </w:r>
    </w:p>
    <w:p>
      <w:pPr>
        <w:jc w:val="right"/>
      </w:pPr>
      <w:r>
        <w:t>پہلے فریڈم آف چوائس نہیں تھا۔ یہ پولیٹیکل پاور جو تھی، اس نے ہر چوائس کو ختم کر کے ایک چوائس رکھا تھا۔ بہت سے آپشن نہیں تھے انسان کے لیے۔</w:t>
      </w:r>
    </w:p>
    <w:p>
      <w:r>
        <w:rPr>
          <w:b/>
        </w:rPr>
        <w:t xml:space="preserve">[1:13:45] </w:t>
      </w:r>
      <w:r>
        <w:t>ek hi option tha. woh tha wahi الناس والعدين ملوكهم badshah ka jo mazhab hai, wahi tumhein manna hai. nahi manoge to hum mar dalenge tum ko.</w:t>
      </w:r>
    </w:p>
    <w:p>
      <w:pPr>
        <w:jc w:val="right"/>
      </w:pPr>
      <w:r>
        <w:t>ایک ہی آپشن تھا۔ وہ تھا وہی الناس والعدين ملوکهم بادشاہ کا جو مذہب ہے، وہی تمہیں ماننا ہے۔ نہیں مانو گے تو ہم مار ڈالیں گے تم کو۔</w:t>
      </w:r>
    </w:p>
    <w:p>
      <w:r>
        <w:rPr>
          <w:b/>
        </w:rPr>
        <w:t xml:space="preserve">[1:13:55] </w:t>
      </w:r>
      <w:r>
        <w:t>to sare option ko band kar ke ek option baqi raha. to yeh yeh cheez hui.</w:t>
      </w:r>
    </w:p>
    <w:p>
      <w:pPr>
        <w:jc w:val="right"/>
      </w:pPr>
      <w:r>
        <w:t>تو سارے آپشن کو بند کر کے ایک آپشن باقی رہا۔ تو یہ یہ چیز ہوئی۔</w:t>
      </w:r>
    </w:p>
    <w:p>
      <w:r>
        <w:rPr>
          <w:b/>
        </w:rPr>
        <w:t xml:space="preserve">[1:14:02] </w:t>
      </w:r>
      <w:r>
        <w:t>is ke baad nature mein jo khuda ne jo jo jo jo nishaniyan, jo science, jo dalail rakhe thay, jo abhi tak chhupe hue thay, kyunke insan nature ko poojta tha, jhukta tha us ke aage,</w:t>
      </w:r>
    </w:p>
    <w:p>
      <w:pPr>
        <w:jc w:val="right"/>
      </w:pPr>
      <w:r>
        <w:t>اس کے بعد نیچر میں جو خدا نے جو جو جو جو نشانیاں، جو سائنس، جو دلائل رکھے تھے، جو ابھی تک چھپے ہوئے تھے، کیونکہ انسان نیچر کو پوچھتا تھا، جھکتا تھا اس کے آگے،</w:t>
      </w:r>
    </w:p>
    <w:p>
      <w:r>
        <w:rPr>
          <w:b/>
        </w:rPr>
        <w:t xml:space="preserve">[1:14:16] </w:t>
      </w:r>
      <w:r>
        <w:t>to is ko explore karne ka rasta khola gaya. aur phir is ke andar sare jo chhupe hue thay nishaniyan, jo dalail, woh sab samne aa gaye. signs of God.</w:t>
      </w:r>
    </w:p>
    <w:p>
      <w:pPr>
        <w:jc w:val="right"/>
      </w:pPr>
      <w:r>
        <w:t>تو اس کو ایکسپلور کرنے کا راستہ کھولا گیا۔ اور پھر اس کے اندر سارے جو چھپے ہوئے تھے نشانیاں، جو دلائل، وہ سب سامنے آ گئے۔ سائنز آف گاڈ۔</w:t>
      </w:r>
    </w:p>
    <w:p>
      <w:r>
        <w:rPr>
          <w:b/>
        </w:rPr>
        <w:t xml:space="preserve">[1:14:27] </w:t>
      </w:r>
      <w:r>
        <w:t>phir khuda ka jo kalam hai, yeh is se pehle mehfooz nahi tha. to insan yani bhatakta tha. woh seeker banta tha lekin finder nahi banta tha.</w:t>
      </w:r>
    </w:p>
    <w:p>
      <w:pPr>
        <w:jc w:val="right"/>
      </w:pPr>
      <w:r>
        <w:t>پھر خدا کا جو کلام ہے، یہ اس سے پہلے محفوظ نہیں تھا۔ تو انسان یعنی بھٹکتا تھا۔ وہ سیکر بنتا تھا لیکن فائنڈر نہیں بنتا تھا۔</w:t>
      </w:r>
    </w:p>
    <w:p>
      <w:r>
        <w:rPr>
          <w:b/>
        </w:rPr>
        <w:t xml:space="preserve">[1:14:37] </w:t>
      </w:r>
      <w:r>
        <w:t>woh pehle zamanay mein logon ke liye yeh possibility thi ke woh seeker banay lekin yeh possibility nahi thi ke woh finder banay. kyunke jo guide, jo guide book hai, wohi mojood nahi thi.</w:t>
      </w:r>
    </w:p>
    <w:p>
      <w:pPr>
        <w:jc w:val="right"/>
      </w:pPr>
      <w:r>
        <w:t>وہ پہلے زمانے میں لوگوں کے لیے یہ پاسیبلیٹی تھی کہ وہ سیکر بنے لیکن یہ پاسیبلیٹی نہیں تھی کہ وہ فائنڈر بنے۔ کیونکہ جو گائیڈ، جو گائیڈ بک ہے، وہی موجود نہیں تھی۔</w:t>
      </w:r>
    </w:p>
    <w:p>
      <w:r>
        <w:rPr>
          <w:b/>
        </w:rPr>
        <w:t xml:space="preserve">[1:14:49] </w:t>
      </w:r>
      <w:r>
        <w:t>toh finder kaise banenge aap? dhoondhiye, dhoondhiye, dhoondhiye aur mar jaiye.</w:t>
      </w:r>
    </w:p>
    <w:p>
      <w:pPr>
        <w:jc w:val="right"/>
      </w:pPr>
      <w:r>
        <w:t>تو فائنڈر کیسے بنیں گے آپ؟ ڈھونڈیے، ڈھونڈیے، ڈھونڈیے اور مر جائیے۔</w:t>
      </w:r>
    </w:p>
    <w:p>
      <w:r>
        <w:rPr>
          <w:b/>
        </w:rPr>
        <w:t xml:space="preserve">[1:14:54] </w:t>
      </w:r>
      <w:r>
        <w:t>aap ko paana aap ke liye muqaddar nahi hai. aise bohat se log hain pehle zamanay mein jo dhoondhte rahe, dhoondhte rahe aur dhoondhte dhoondhte mar gaye.</w:t>
      </w:r>
    </w:p>
    <w:p>
      <w:pPr>
        <w:jc w:val="right"/>
      </w:pPr>
      <w:r>
        <w:t>آپ کو پانا آپ کے لیے مقدر نہیں ہے۔ ایسے بہت سے لوگ ہیں پہلے زمانے میں جو ڈھونڈتے رہے، ڈھونڈتے رہے اور ڈھونڈتے ڈھونڈتے مر گئے۔</w:t>
      </w:r>
    </w:p>
    <w:p>
      <w:r>
        <w:rPr>
          <w:b/>
        </w:rPr>
        <w:t xml:space="preserve">[1:15:06] </w:t>
      </w:r>
      <w:r>
        <w:t>woh finder nahi ban sake. toh Khuda ne Quran ko preserve book ke hesiyat se de diya insaan ko.</w:t>
      </w:r>
    </w:p>
    <w:p>
      <w:pPr>
        <w:jc w:val="right"/>
      </w:pPr>
      <w:r>
        <w:t>وہ فائنڈر نہیں بن سکے۔ تو خدا نے قرآن کو پریزرو بک کے حیثیت سے دے دیا انسان کو۔</w:t>
      </w:r>
    </w:p>
    <w:p>
      <w:r>
        <w:rPr>
          <w:b/>
        </w:rPr>
        <w:t xml:space="preserve">[1:15:18] </w:t>
      </w:r>
      <w:r>
        <w:t>ab Khuda ka kalam ek poori tarah se mehfooz hai.</w:t>
      </w:r>
    </w:p>
    <w:p>
      <w:pPr>
        <w:jc w:val="right"/>
      </w:pPr>
      <w:r>
        <w:t>اب خدا کا کلام ایک پوری طرح سے محفوظ ہے۔</w:t>
      </w:r>
    </w:p>
    <w:p>
      <w:r>
        <w:rPr>
          <w:b/>
        </w:rPr>
        <w:t xml:space="preserve">[1:15:23] </w:t>
      </w:r>
      <w:r>
        <w:t>ek ayat ke barabar bhi is mein koi adl badal nahi hua hai. aur phir in sab ke baad Khuda ne yeh kiya ke modern communication ka zamana paida kiya.</w:t>
      </w:r>
    </w:p>
    <w:p>
      <w:pPr>
        <w:jc w:val="right"/>
      </w:pPr>
      <w:r>
        <w:t>ایک آیت کے برابر بھی اس میں کوئی ادل بدل نہیں ہوا ہے۔ اور پھر ان سب کے بعد خدا نے یہ کیا کہ ماڈرن کمیونیکیشن کا زمانہ پیدا کیا۔</w:t>
      </w:r>
    </w:p>
    <w:p>
      <w:r>
        <w:rPr>
          <w:b/>
        </w:rPr>
        <w:t xml:space="preserve">[1:15:37] </w:t>
      </w:r>
      <w:r>
        <w:t>modern communication ne poori duniya ko, aap jante hain ke ek ek global village bana diya hai. global village.</w:t>
      </w:r>
    </w:p>
    <w:p>
      <w:pPr>
        <w:jc w:val="right"/>
      </w:pPr>
      <w:r>
        <w:t>ماڈرن کمیونیکیشن نے پوری دنیا کو، آپ جانتے ہیں کہ ایک ایک گلوبل ولیج بنا دیا ہے۔ گلوبل ولیج۔</w:t>
      </w:r>
    </w:p>
    <w:p>
      <w:r>
        <w:rPr>
          <w:b/>
        </w:rPr>
        <w:t xml:space="preserve">[1:15:47] </w:t>
      </w:r>
      <w:r>
        <w:t>hamare zamanay mein hum chote se gaon mein rehte thay. bohat chota sa gaon tha.</w:t>
      </w:r>
    </w:p>
    <w:p>
      <w:pPr>
        <w:jc w:val="right"/>
      </w:pPr>
      <w:r>
        <w:t>ہمارے زمانے میں ہم چھوٹے سے گاؤں میں رہتے تھے۔ بہت چھوٹا سا گاؤں تھا۔</w:t>
      </w:r>
    </w:p>
    <w:p>
      <w:r>
        <w:rPr>
          <w:b/>
        </w:rPr>
        <w:t xml:space="preserve">[1:15:51] </w:t>
      </w:r>
      <w:r>
        <w:t>agar ek aadmi chhat par khara ho kar pukare toh sara gaon sunta tha. ek aadmi ki awaz jo hai, sare gaon mein sunai sunai deti thi.</w:t>
      </w:r>
    </w:p>
    <w:p>
      <w:pPr>
        <w:jc w:val="right"/>
      </w:pPr>
      <w:r>
        <w:t>اگر ایک آدمی چھت پر کھڑا ہو کر پکارے تو سارا گاؤں سنتا تھا۔ ایک آدمی کی آواز جو ہے، سارے گاؤں میں سنائی سنائی دیتی تھی۔</w:t>
      </w:r>
    </w:p>
    <w:p>
      <w:r>
        <w:rPr>
          <w:b/>
        </w:rPr>
        <w:t xml:space="preserve">[1:16:03] </w:t>
      </w:r>
      <w:r>
        <w:t>aaj kya hai? poora poora globe ek village ban gaya hai. global village. ke poore poore globe par aap ki awaz puhanch sakti hai.</w:t>
      </w:r>
    </w:p>
    <w:p>
      <w:pPr>
        <w:jc w:val="right"/>
      </w:pPr>
      <w:r>
        <w:t>آج کیا ہے؟ پورا پورا گلوب ایک ولیج بن گیا ہے۔ گلوبل ولیج۔ کہ پورے پورے گلوب پر آپ کی آواز پہنچ سکتی ہے۔</w:t>
      </w:r>
    </w:p>
    <w:p>
      <w:r>
        <w:rPr>
          <w:b/>
        </w:rPr>
        <w:t xml:space="preserve">[1:16:13] </w:t>
      </w:r>
      <w:r>
        <w:t>through mechanical device. yaani wahan toh ek insaan zor zor se bolta tha toh sare log sunte thay.</w:t>
      </w:r>
    </w:p>
    <w:p>
      <w:pPr>
        <w:jc w:val="right"/>
      </w:pPr>
      <w:r>
        <w:t>تھرو مکینیکل ڈیوائس۔ یعنی وہاں تو ایک انسان زور زور سے بولتا تھا تو سارے لوگ سنتے تھے۔</w:t>
      </w:r>
    </w:p>
    <w:p>
      <w:r>
        <w:rPr>
          <w:b/>
        </w:rPr>
        <w:t xml:space="preserve">[1:16:21] </w:t>
      </w:r>
      <w:r>
        <w:t>ab kya hai? ab jo nai jo naye tareeqay nikle hain, radio ke aur TV ke aur aur mechanical tareeqa, toh aap wohi kaam ziyada baray pemanay par mumkin ho gaya hai.</w:t>
      </w:r>
    </w:p>
    <w:p>
      <w:pPr>
        <w:jc w:val="right"/>
      </w:pPr>
      <w:r>
        <w:t>اب کیا ہے؟ اب جو نئی جو نئے طریقے نکلے ہیں، ریڈیو کے اور ٹی وی کے اور اور مکینیکل طریقہ، تو آپ وہی کام زیادہ بڑے پیمانے پر ممکن ہو گیا ہے۔</w:t>
      </w:r>
    </w:p>
    <w:p>
      <w:r>
        <w:rPr>
          <w:b/>
        </w:rPr>
        <w:t xml:space="preserve">[1:16:38] </w:t>
      </w:r>
      <w:r>
        <w:t>pehlay ek chote se gaon mein hota tha, ab poore globe par woh mumkin ho gaya hai ke aap ek jagah se boliye aur sari duniya sune aap ki baat ko.</w:t>
      </w:r>
    </w:p>
    <w:p>
      <w:pPr>
        <w:jc w:val="right"/>
      </w:pPr>
      <w:r>
        <w:t>پہلے ایک چھوٹے سے گاؤں میں ہوتا تھا، اب پورے گلوب پر وہ ممکن ہو گیا ہے کہ آپ ایک جگہ سے بولیے اور ساری دنیا سنے آپ کی بات کو۔</w:t>
      </w:r>
    </w:p>
    <w:p>
      <w:r>
        <w:rPr>
          <w:b/>
        </w:rPr>
        <w:t xml:space="preserve">[1:16:47] </w:t>
      </w:r>
      <w:r>
        <w:t>sari duniya mein sachai ka paigham puhanch jaye.</w:t>
      </w:r>
    </w:p>
    <w:p>
      <w:pPr>
        <w:jc w:val="right"/>
      </w:pPr>
      <w:r>
        <w:t>ساری دنیا میں سچائی کا پیغام پہنچ جائے۔</w:t>
      </w:r>
    </w:p>
    <w:p>
      <w:r>
        <w:rPr>
          <w:b/>
        </w:rPr>
        <w:t xml:space="preserve">[1:16:52] </w:t>
      </w:r>
      <w:r>
        <w:t>ab mein aakhir mein kahunga ke is cheez ne aap ki zimmedari ko bilkul tay kar diya hai ke aap ki zimmedari hai kiya. ab kisi ko confusion mein nahi rehna chahiye ke meri zimmedari kya hai.</w:t>
      </w:r>
    </w:p>
    <w:p>
      <w:pPr>
        <w:jc w:val="right"/>
      </w:pPr>
      <w:r>
        <w:t>اب میں آخر میں کہوں گا کہ اس چیز نے آپ کی ذمہ داری کو بالکل طے کر دیا ہے کہ آپ کی ذمہ داری ہے کیا۔ اب کسی کو کنفیوژن میں نہیں رہنا چاہیے کہ میری ذمہ داری کیا ہے۔</w:t>
      </w:r>
    </w:p>
    <w:p>
      <w:r>
        <w:rPr>
          <w:b/>
        </w:rPr>
        <w:t xml:space="preserve">[1:17:04] </w:t>
      </w:r>
      <w:r>
        <w:t>zimmedari yahi hai ke aap word of God ko duniya mein phailayen. sab kuch kar ke Khuda ne aap ko de diya. sab kuch kar ke de diya.</w:t>
      </w:r>
    </w:p>
    <w:p>
      <w:pPr>
        <w:jc w:val="right"/>
      </w:pPr>
      <w:r>
        <w:t>ذمہ داری یہی ہے کہ آپ ورڈ آف گاڈ کو دنیا میں پھیلائیں۔ سب کچھ کر کے خدا نے آپ کو دے دیا۔ سب کچھ کر کے دے دیا۔</w:t>
      </w:r>
    </w:p>
    <w:p>
      <w:r>
        <w:rPr>
          <w:b/>
        </w:rPr>
        <w:t xml:space="preserve">[1:17:17] </w:t>
      </w:r>
      <w:r>
        <w:t>ab aap ko uthna hai.</w:t>
      </w:r>
    </w:p>
    <w:p>
      <w:pPr>
        <w:jc w:val="right"/>
      </w:pPr>
      <w:r>
        <w:t>اب آپ کو اٹھنا ہے۔</w:t>
      </w:r>
    </w:p>
    <w:p>
      <w:r>
        <w:rPr>
          <w:b/>
        </w:rPr>
        <w:t xml:space="preserve">[1:17:21] </w:t>
      </w:r>
      <w:r>
        <w:t>ab peghambar nahi aanay wala lekin peghambar ka role baqi hai. yaad rakhiye, ab peghambar koi nahi ayega lekin peghambar ka role khatam nahi hua.</w:t>
      </w:r>
    </w:p>
    <w:p>
      <w:pPr>
        <w:jc w:val="right"/>
      </w:pPr>
      <w:r>
        <w:t>اب پیغمبر نہیں آنے والا لیکن پیغمبر کا رول باقی ہے۔ یاد رکھیے، اب پیغمبر کوئی نہیں آئے گا لیکن پیغمبر کا رول ختم نہیں ہوا۔</w:t>
      </w:r>
    </w:p>
    <w:p>
      <w:r>
        <w:rPr>
          <w:b/>
        </w:rPr>
        <w:t xml:space="preserve">[1:17:32] </w:t>
      </w:r>
      <w:r>
        <w:t>woh baqi hai. aap ko peghambar ka role ada karna hai. yaani peghambar na hotay hue bhi aap ko peghambar wala kaam karna hai.</w:t>
      </w:r>
    </w:p>
    <w:p>
      <w:pPr>
        <w:jc w:val="right"/>
      </w:pPr>
      <w:r>
        <w:t>وہ باقی ہے۔ آپ کو پیغمبر کا رول ادا کرنا ہے۔ یعنی پیغمبر نہ ہوتے ہوئے بھی آپ کو پیغمبر والا کام کرنا ہے۔</w:t>
      </w:r>
    </w:p>
    <w:p>
      <w:r>
        <w:rPr>
          <w:b/>
        </w:rPr>
        <w:t xml:space="preserve">[1:17:41] </w:t>
      </w:r>
      <w:r>
        <w:t>peghambar na hotay hue bhi aap ko peghambar wala role karna hai aap ko. aur sare Allah taala ne sare sadhan de diye aap ko. sare chances khol diye.</w:t>
      </w:r>
    </w:p>
    <w:p>
      <w:pPr>
        <w:jc w:val="right"/>
      </w:pPr>
      <w:r>
        <w:t>پیغمبر نہ ہوتے ہوئے بھی آپ کو پیغمبر والا رول کرنا ہے آپ کو۔ اور سارے اللہ تعالی نے سارے سادھن دے دیے آپ کو۔ سارے چانسز کھول دیے۔</w:t>
      </w:r>
    </w:p>
    <w:p>
      <w:r>
        <w:rPr>
          <w:b/>
        </w:rPr>
        <w:t xml:space="preserve">[1:17:52] </w:t>
      </w:r>
      <w:r>
        <w:t>sare opportunities khol dein. aur sath sath aap ko religious freedom bhi de diya. peace bhi de diya. kuch bhi aap ko sacrifice nahi karna jo pehle karna parta tha.</w:t>
      </w:r>
    </w:p>
    <w:p>
      <w:pPr>
        <w:jc w:val="right"/>
      </w:pPr>
      <w:r>
        <w:t>سارے اپرچونیٹیز کھول دیں۔ اور ساتھ ساتھ آپ کو ریلیجیس فریڈم بھی دے دیا۔ پیس بھی دے دیا۔ کچھ بھی آپ کو سیکریفائس نہیں کرنا جو پہلے کرنا پڑتا تھا۔</w:t>
      </w:r>
    </w:p>
    <w:p>
      <w:r>
        <w:rPr>
          <w:b/>
        </w:rPr>
        <w:t xml:space="preserve">[1:18:18] </w:t>
      </w:r>
      <w:r>
        <w:t>This question is from Muhammad Athar Shamsi. Maulana, it is said in Quran that God is a Lord of two East and two West.</w:t>
      </w:r>
    </w:p>
    <w:p>
      <w:pPr>
        <w:jc w:val="right"/>
      </w:pPr>
      <w:r>
        <w:t>This question is from محمد اطہر شمسی۔ مولانا، it is said in Quran that God is a Lord of two East and two West.</w:t>
      </w:r>
    </w:p>
    <w:p>
      <w:r>
        <w:rPr>
          <w:b/>
        </w:rPr>
        <w:t xml:space="preserve">[1:18:30] </w:t>
      </w:r>
      <w:r>
        <w:t>How would you explain it scientifically?</w:t>
      </w:r>
    </w:p>
    <w:p>
      <w:pPr>
        <w:jc w:val="right"/>
      </w:pPr>
      <w:r>
        <w:t>How would you explain it scientifically?</w:t>
      </w:r>
    </w:p>
    <w:p>
      <w:r>
        <w:rPr>
          <w:b/>
        </w:rPr>
        <w:t xml:space="preserve">[1:18:36] </w:t>
      </w:r>
      <w:r>
        <w:t>dekhein, yeh toh bohat hi clear baat hai.</w:t>
      </w:r>
    </w:p>
    <w:p>
      <w:pPr>
        <w:jc w:val="right"/>
      </w:pPr>
      <w:r>
        <w:t>دیکھیں، یہ تو بہت ہی کلیئر بات ہے۔</w:t>
      </w:r>
    </w:p>
    <w:p>
      <w:r>
        <w:rPr>
          <w:b/>
        </w:rPr>
        <w:t xml:space="preserve">[1:18:43] </w:t>
      </w:r>
      <w:r>
        <w:t>do ka matlab hota hai kai. aur kai is tarah se ke zameen jo hai, yaani hamara jo earth planet hamara jo hai, is mein ek exceptional baat ek hai ke woh double rotation is ka hai.</w:t>
      </w:r>
    </w:p>
    <w:p>
      <w:pPr>
        <w:jc w:val="right"/>
      </w:pPr>
      <w:r>
        <w:t>دو کا مطلب ہوتا ہے کئی۔ اور کئی اس طرح سے کہ زمین جو ہے، یعنی ہمارا جو ارتھ پلینٹ ہمارا جو ہے، اس میں ایک ایکسیپشنل بات ایک ہے کہ وہ ڈبل روٹیشن اس کا ہے۔</w:t>
      </w:r>
    </w:p>
    <w:p>
      <w:r>
        <w:rPr>
          <w:b/>
        </w:rPr>
        <w:t xml:space="preserve">[1:19:01] </w:t>
      </w:r>
      <w:r>
        <w:t>saare aur jo planets hain, woh ek hi rotation hai un ka. yaani, yaani woh ek ek orbit hai.</w:t>
      </w:r>
    </w:p>
    <w:p>
      <w:pPr>
        <w:jc w:val="right"/>
      </w:pPr>
      <w:r>
        <w:t>سارے اور جو پلینٹس ہیں، وہ ایک ہی روٹیشن ہے ان کا۔ یعنی، یعنی وہ ایک ایک آربٹ ہے۔</w:t>
      </w:r>
    </w:p>
    <w:p>
      <w:r>
        <w:rPr>
          <w:b/>
        </w:rPr>
        <w:t xml:space="preserve">[1:19:10] </w:t>
      </w:r>
      <w:r>
        <w:t>is orbit par woh ghoomte hain.</w:t>
      </w:r>
    </w:p>
    <w:p>
      <w:pPr>
        <w:jc w:val="right"/>
      </w:pPr>
      <w:r>
        <w:t>اس آربٹ پر وہ گھ</w:t>
      </w:r>
    </w:p>
    <w:p>
      <w:r>
        <w:rPr>
          <w:b/>
        </w:rPr>
        <w:t xml:space="preserve">[1:19:12] </w:t>
      </w:r>
      <w:r>
        <w:t>te hain. suraj, aap jante hain ke yeh yeh hai sun aur is ke idhar orbit banta hai in ka. lekin zameen jo hai, woh double rotation is ka hai.</w:t>
      </w:r>
    </w:p>
    <w:p>
      <w:pPr>
        <w:jc w:val="right"/>
      </w:pPr>
      <w:r>
        <w:t>ومتے ہیں۔ سورج، آپ جانتے ہیں کہ یہ یہ ہے سن اور اس کے ادھر آربٹ بنتا ہے ان کا۔ لیکن زمین جو ہے، وہ ڈبل روٹیشن اس کا ہے۔</w:t>
      </w:r>
    </w:p>
    <w:p>
      <w:r>
        <w:rPr>
          <w:b/>
        </w:rPr>
        <w:t xml:space="preserve">[1:19:22] </w:t>
      </w:r>
      <w:r>
        <w:t>yaani apne orbit pe ghoomti hai, saath saath axis pe ghoomti hai. woh axis pe ghoomne ki wajah se is par raat aur din aate hain. toh yeh Khuda ne is apni anokhi jo qudrat hai ke kisi ek planet ko is ne aisa kar diya ke apne mad apne orbit pe ghoomne ke saath saath apne axis pe bhi ghoome.</w:t>
      </w:r>
    </w:p>
    <w:p>
      <w:pPr>
        <w:jc w:val="right"/>
      </w:pPr>
      <w:r>
        <w:t>یعنی اپنے آربٹ پہ گھومتی ہے، ساتھ ساتھ ایکسز پہ گھومتی ہے۔ وہ ایکسز پہ گھومنے کی وجہ سے اس پر رات اور دن آتے ہیں۔ تو یہ خدا نے اس اپنی انوکھی جو قدرت ہے کہ کسی ایک پلینٹ کو اس نے ایسا کر دیا کہ اپنے مد اپنے آربٹ پہ گھومنے کے ساتھ ساتھ اپنے ایکسز پہ بھی گھومے۔</w:t>
      </w:r>
    </w:p>
    <w:p>
      <w:r>
        <w:rPr>
          <w:b/>
        </w:rPr>
        <w:t xml:space="preserve">[1:19:40] </w:t>
      </w:r>
      <w:r>
        <w:t>woh yeh anokha ek barikal hai. yeh</w:t>
      </w:r>
    </w:p>
    <w:p>
      <w:pPr>
        <w:jc w:val="right"/>
      </w:pPr>
      <w:r>
        <w:t>وہ یہ انوکھا ایک بریکل ہے۔ یہ</w:t>
      </w:r>
    </w:p>
    <w:p>
      <w:r>
        <w:rPr>
          <w:b/>
        </w:rPr>
        <w:t xml:space="preserve">[1:19:43] </w:t>
      </w:r>
      <w:r>
        <w:t>double bashar mubarak wane kai mashriq o kai maghrib. kai is liye hote hain ke jo zameen ghoomti hai toh yahan roshni pari, yahan roshni pari, yahan roshni pari toh baar baar andhera aur ujala hota hai.</w:t>
      </w:r>
    </w:p>
    <w:p>
      <w:pPr>
        <w:jc w:val="right"/>
      </w:pPr>
      <w:r>
        <w:t>ڈبل بشار مبارک وانے کئی مشرق و کئی مغرب۔ کئی اس لیے ہوتے ہیں کہ جو زمین گھومتی ہے تو یہاں روشنی پڑی، یہاں روشنی پڑی، یہاں روشنی پڑی تو بار بار اندھیرا اور اجالا ہوتا ہے۔</w:t>
      </w:r>
    </w:p>
    <w:p>
      <w:r>
        <w:rPr>
          <w:b/>
        </w:rPr>
        <w:t xml:space="preserve">[1:19:58] </w:t>
      </w:r>
      <w:r>
        <w:t>jaise ke jo gaya tha aadmi upar</w:t>
      </w:r>
    </w:p>
    <w:p>
      <w:pPr>
        <w:jc w:val="right"/>
      </w:pPr>
      <w:r>
        <w:t>جیسے کہ جو گیا تھا آدمی اوپر</w:t>
      </w:r>
    </w:p>
    <w:p>
      <w:r>
        <w:rPr>
          <w:b/>
        </w:rPr>
        <w:t xml:space="preserve">[1:20:03] </w:t>
      </w:r>
      <w:r>
        <w:t>space mein, usne wahan se jab dekha zameen ko to apna jo bataya tha, usne apna</w:t>
      </w:r>
    </w:p>
    <w:p>
      <w:pPr>
        <w:jc w:val="right"/>
      </w:pPr>
      <w:r>
        <w:t>اسپیس میں، اس نے وہاں سے جب دیکھا زمین کو تو اپنا جو بتایا تھا، اس نے اپنا</w:t>
      </w:r>
    </w:p>
    <w:p>
      <w:r>
        <w:rPr>
          <w:b/>
        </w:rPr>
        <w:t xml:space="preserve">[1:20:09] </w:t>
      </w:r>
      <w:r>
        <w:t>jo observation to usne yeh kaha tha ke I saw a rapid</w:t>
      </w:r>
    </w:p>
    <w:p>
      <w:pPr>
        <w:jc w:val="right"/>
      </w:pPr>
      <w:r>
        <w:t>جو ابزرویشن تو اس نے یہ کہا تھا کہ I saw a rapid</w:t>
      </w:r>
    </w:p>
    <w:p>
      <w:r>
        <w:rPr>
          <w:b/>
        </w:rPr>
        <w:t xml:space="preserve">[1:20:17] </w:t>
      </w:r>
      <w:r>
        <w:t>succession of darkness and light over the earth ke zameen ke upar mein ne dekha ke roshni aur</w:t>
      </w:r>
    </w:p>
    <w:p>
      <w:pPr>
        <w:jc w:val="right"/>
      </w:pPr>
      <w:r>
        <w:t>succession of darkness and light over the earth کہ زمین کے اوپر میں نے دیکھا کہ روشنی اور</w:t>
      </w:r>
    </w:p>
    <w:p>
      <w:r>
        <w:rPr>
          <w:b/>
        </w:rPr>
        <w:t xml:space="preserve">[1:20:26] </w:t>
      </w:r>
      <w:r>
        <w:t>tareeki bar bar</w:t>
      </w:r>
    </w:p>
    <w:p>
      <w:pPr>
        <w:jc w:val="right"/>
      </w:pPr>
      <w:r>
        <w:t>تاریکی بار بار</w:t>
      </w:r>
    </w:p>
    <w:p>
      <w:r>
        <w:rPr>
          <w:b/>
        </w:rPr>
        <w:t xml:space="preserve">[1:20:28] </w:t>
      </w:r>
      <w:r>
        <w:t>aa rahe hain, ja rahe hain.</w:t>
      </w:r>
    </w:p>
    <w:p>
      <w:pPr>
        <w:jc w:val="right"/>
      </w:pPr>
      <w:r>
        <w:t>آ رہے ہیں، جا رہے ہیں۔</w:t>
      </w:r>
    </w:p>
    <w:p>
      <w:r>
        <w:rPr>
          <w:b/>
        </w:rPr>
        <w:t xml:space="preserve">[1:20:29] </w:t>
      </w:r>
      <w:r>
        <w:t>wohi hai, isi liye doosri jagah jama bhi hai, mashariq wal magharib bhi hai. yaani bohat se mashriq aur bohat se maghrib.</w:t>
      </w:r>
    </w:p>
    <w:p>
      <w:pPr>
        <w:jc w:val="right"/>
      </w:pPr>
      <w:r>
        <w:t>وہی ہے، اسی لیے دوسری جگہ جمع بھی ہے، مشارق والمغارب بھی ہے۔ یعنی بہت سے مشرق اور بہت سے مغرب۔</w:t>
      </w:r>
    </w:p>
    <w:p>
      <w:r>
        <w:rPr>
          <w:b/>
        </w:rPr>
        <w:t xml:space="preserve">[1:20:39] </w:t>
      </w:r>
      <w:r>
        <w:t>toh baar baar, yaani roshni aati hai, baar baar tareeki aati hai. rapid succession andhere aur ujale ka isi ki taraf ishara hai</w:t>
      </w:r>
    </w:p>
    <w:p>
      <w:pPr>
        <w:jc w:val="right"/>
      </w:pPr>
      <w:r>
        <w:t>تو بار بار، یعنی روشنی آتی ہے، بار بار تاریکی آتی ہے۔ ریپڈ سیکسیشن اندھیرے اور اجالے کا اسی کی طرف اشارہ ہے</w:t>
      </w:r>
    </w:p>
    <w:p>
      <w:r>
        <w:rPr>
          <w:b/>
        </w:rPr>
        <w:t xml:space="preserve">[1:20:50] </w:t>
      </w:r>
      <w:r>
        <w:t>ke dua ke Khuda ki qudrat ko dekho, kitni bari space hai, itna bara solar system hai. is ne exceptionally, is ne aise ek ek planet ko hukum diya ke tum double tareeqe se ghoomo,</w:t>
      </w:r>
    </w:p>
    <w:p>
      <w:pPr>
        <w:jc w:val="right"/>
      </w:pPr>
      <w:r>
        <w:t>کہ دعا کہ خدا کی قدرت کو دیکھو، کتنی بڑی اسپیس ہے، اتنا بڑا سولر سسٹم ہے۔ اس نے ایکسیپشنلی، اس نے ایسے ایک ایک پلینٹ کو حکم دیا کہ تم ڈبل طریقے سے گھومو،</w:t>
      </w:r>
    </w:p>
    <w:p>
      <w:r>
        <w:rPr>
          <w:b/>
        </w:rPr>
        <w:t xml:space="preserve">[1:21:04] </w:t>
      </w:r>
      <w:r>
        <w:t>yaani orbit par bhi ghoomo aur apne axis par bhi ghoomo. toh kitna control Khuda ko hai is universe mein, kitna taqat ke saath Khuda is system ko chala raha hai.</w:t>
      </w:r>
    </w:p>
    <w:p>
      <w:pPr>
        <w:jc w:val="right"/>
      </w:pPr>
      <w:r>
        <w:t>یعنی آربٹ پر بھی گھومو اور اپنے ایکسز پر بھی گھومو۔ تو کتنا کنٹرول خدا کو ہے اس یونیورس میں، کتنا طاقت کے ساتھ خدا اس سسٹم کو چلا رہا ہے۔</w:t>
      </w:r>
    </w:p>
    <w:p>
      <w:r>
        <w:rPr>
          <w:b/>
        </w:rPr>
        <w:t xml:space="preserve">[1:21:16] </w:t>
      </w:r>
      <w:r>
        <w:t>aur aap jante hain ke zameen ka jo rotation hai, double rotation ke bawajood aap dekhiye, hum aaram se baithe hue hain, koi hilta jalta nahin.</w:t>
      </w:r>
    </w:p>
    <w:p>
      <w:pPr>
        <w:jc w:val="right"/>
      </w:pPr>
      <w:r>
        <w:t>اور آپ جانتے ہیں کہ زمین کا جو روٹیشن ہے، ڈبل روٹیشن کے باوجود آپ دیکھیے، ہم آرام سے بیٹھے ہوئے ہیں، کوئی ہلتا جلتا نہیں۔</w:t>
      </w:r>
    </w:p>
    <w:p>
      <w:r>
        <w:rPr>
          <w:b/>
        </w:rPr>
        <w:t xml:space="preserve">[1:21:25] </w:t>
      </w:r>
      <w:r>
        <w:t>hawai jahaz jab baithe hain, woh bhi hilta hai. carain baithe hain, woh bhi hilta hai. yahan par poore sukoon ke saath baithi hui hain, agarche woh double woh gardish is ki ho rahi hai.</w:t>
      </w:r>
    </w:p>
    <w:p>
      <w:pPr>
        <w:jc w:val="right"/>
      </w:pPr>
      <w:r>
        <w:t>ہوائی جہاز جب بیٹھے ہیں، وہ بھی ہلتا ہے۔ کاریں بیٹھی ہیں، وہ بھی ہلتا ہے۔ یہاں پر پورے سکون کے ساتھ بیٹھی ہوئی ہیں، اگرچہ وہ ڈبل وہ گردش اس کی ہو رہی ہے۔</w:t>
      </w:r>
    </w:p>
    <w:p>
      <w:r>
        <w:rPr>
          <w:b/>
        </w:rPr>
        <w:t xml:space="preserve">[1:21:38] </w:t>
      </w:r>
      <w:r>
        <w:t>ek orbit par, doosre axis par. aur itna sahi hoti hai ke ek second ka difference nahin hota.</w:t>
      </w:r>
    </w:p>
    <w:p>
      <w:pPr>
        <w:jc w:val="right"/>
      </w:pPr>
      <w:r>
        <w:t>ایک آربٹ پر، دوسرے ایکسز پر۔ اور اتنا صحیح ہوتی ہے کہ ایک سیکنڈ کا ڈیفرنس نہیں ہوتا۔</w:t>
      </w:r>
    </w:p>
    <w:p>
      <w:r>
        <w:rPr>
          <w:b/>
        </w:rPr>
        <w:t xml:space="preserve">[1:21:46] </w:t>
      </w:r>
      <w:r>
        <w:t>jo calculation hota hai, is mein itna sahi sahi, yaani peshgi aap bata sakte hain ke zameen agle 24 ghante mein kahan hogi, 10 saal ke baad kahan hogi, 1000 saal ke baad kahan hogi.</w:t>
      </w:r>
    </w:p>
    <w:p>
      <w:pPr>
        <w:jc w:val="right"/>
      </w:pPr>
      <w:r>
        <w:t>جو کیلکولیشن ہوتا ہے، اس میں اتنا صحیح صحیح، یعنی پیشگی آپ بتا سکتے ہیں کہ زمین اگلے 24 گھنٹے میں کہاں ہوگی، 10 سال کے بعد کہاں ہوگی، 1000 سال کے بعد کہاں ہوگی۔</w:t>
      </w:r>
    </w:p>
    <w:p>
      <w:r>
        <w:rPr>
          <w:b/>
        </w:rPr>
        <w:t xml:space="preserve">[1:22:00] </w:t>
      </w:r>
      <w:r>
        <w:t>aap calculate kar ke in advance jaan sakte hain is ko</w:t>
      </w:r>
    </w:p>
    <w:p>
      <w:pPr>
        <w:jc w:val="right"/>
      </w:pPr>
      <w:r>
        <w:t>آپ کیلکولیٹ کر کے ان ایڈوانس جان سکتے ہیں اس کو</w:t>
      </w:r>
    </w:p>
    <w:p>
      <w:r>
        <w:rPr>
          <w:b/>
        </w:rPr>
        <w:t xml:space="preserve">[1:22:04] </w:t>
      </w:r>
      <w:r>
        <w:t>. toh Khuda ne is yeh jo yeh jo nature ka jo phenomena hai, is ka ishara kiya hai ke dekho, kitna azeem Khuda hai, kitni kitna bara is ka is ka power hai ke itne bare huge system ko control kar raha hai.</w:t>
      </w:r>
    </w:p>
    <w:p>
      <w:pPr>
        <w:jc w:val="right"/>
      </w:pPr>
      <w:r>
        <w:t>۔ تو خدا نے اس یہ جو یہ جو نیچر کا جو فیناومینا ہے، اس کا اشارہ کیا ہے کہ دیکھو، کتنا عظیم خدا ہے، کتنی کتنا بڑا اس کا اس کا پاور ہے کہ اتنے بڑے ہیوج سسٹم کو کنٹرول کر رہا ہے۔</w:t>
      </w:r>
    </w:p>
    <w:p>
      <w:r>
        <w:rPr>
          <w:b/>
        </w:rPr>
        <w:t xml:space="preserve">[1:22:19] </w:t>
      </w:r>
      <w:r>
        <w:t>woh is ki taraf ishara hai is mein. He has two more questions. Firstly, how can we see God in the nature?</w:t>
      </w:r>
    </w:p>
    <w:p>
      <w:pPr>
        <w:jc w:val="right"/>
      </w:pPr>
      <w:r>
        <w:t>وہ اس کی طرف اشارہ ہے اس میں۔ He has two more questions. Firstly, how can we see God in the nature?</w:t>
      </w:r>
    </w:p>
    <w:p>
      <w:r>
        <w:rPr>
          <w:b/>
        </w:rPr>
        <w:t xml:space="preserve">[1:22:28] </w:t>
      </w:r>
      <w:r>
        <w:t>Please el</w:t>
      </w:r>
    </w:p>
    <w:p>
      <w:pPr>
        <w:jc w:val="right"/>
      </w:pPr>
      <w:r>
        <w:t>Please el</w:t>
      </w:r>
    </w:p>
    <w:p>
      <w:r>
        <w:rPr>
          <w:b/>
        </w:rPr>
        <w:t xml:space="preserve">[1:22:29] </w:t>
      </w:r>
      <w:r>
        <w:t>aborate. takhleeq mein Khaliq ko dekhna, machine mein engineer ko dekhna, building mein is ke woh architect ko dekhna, yahi hai.</w:t>
      </w:r>
    </w:p>
    <w:p>
      <w:pPr>
        <w:jc w:val="right"/>
      </w:pPr>
      <w:r>
        <w:t>aborate. تخلیق میں خالق کو دیکھنا، مشین میں انجینئر کو دیکھنا، بلڈنگ میں اس کے وہ آرکیٹیکٹ کو دیکھنا، یہی ہے۔</w:t>
      </w:r>
    </w:p>
    <w:p>
      <w:r>
        <w:rPr>
          <w:b/>
        </w:rPr>
        <w:t xml:space="preserve">[1:22:41] </w:t>
      </w:r>
      <w:r>
        <w:t>yahi hai. yaani itna anokha aap ke samne itne anokhe waqiat aate hain ke aap explain nahin kar sakte is ke baghair ke aap manen ke koi hai is ke peechay.</w:t>
      </w:r>
    </w:p>
    <w:p>
      <w:pPr>
        <w:jc w:val="right"/>
      </w:pPr>
      <w:r>
        <w:t>یہی ہے۔ یعنی اتنا انوکھا آپ کے سامنے اتنے انوکھے واقعات آتے ہیں کہ آپ ایکسپلین نہیں کر سکتے اس کے بغیر کہ آپ مانیں کہ کوئی ہے اس کے پیچھے۔</w:t>
      </w:r>
    </w:p>
    <w:p>
      <w:r>
        <w:rPr>
          <w:b/>
        </w:rPr>
        <w:t xml:space="preserve">[1:22:56] </w:t>
      </w:r>
      <w:r>
        <w:t>mein ne is se pehle bataya tha ke Bertrand Russell, jo pakka mulhid tha, Khuda ko nahin manta tha, us ne mana apni kitab "Why I Am Not a Christian" ke argument from design apne nature ke aitbar se ek scientific argument hai.</w:t>
      </w:r>
    </w:p>
    <w:p>
      <w:pPr>
        <w:jc w:val="right"/>
      </w:pPr>
      <w:r>
        <w:t>میں نے اس سے پہلے بتایا تھا کہ برٹن رسل، جو پکا ملحد تھا، خدا کو نہیں مانتا تھا، اس نے مانا اپنی کتاب "وائی آئی ایم ناٹ ا کرسچن" کہ آرگیومنٹ فرام ڈیزائن اپنے نیچر کے اعتبار سے ایک سائنٹیفک آرگیومنٹ ہے۔</w:t>
      </w:r>
    </w:p>
    <w:p>
      <w:r>
        <w:rPr>
          <w:b/>
        </w:rPr>
        <w:t xml:space="preserve">[1:23:15] </w:t>
      </w:r>
      <w:r>
        <w:t>yaani yeh yeh argument ke where there is a design, there is a designer. jahan design hai toh wahan koi designer zaroor hoga.</w:t>
      </w:r>
    </w:p>
    <w:p>
      <w:pPr>
        <w:jc w:val="right"/>
      </w:pPr>
      <w:r>
        <w:t>یعنی یہ یہ آرگیومنٹ کہ where there is a design, there is a designer. جہاں ڈیزائن ہے تو وہاں کوئی ڈیزائنر ضرور ہوگا۔</w:t>
      </w:r>
    </w:p>
    <w:p>
      <w:r>
        <w:rPr>
          <w:b/>
        </w:rPr>
        <w:t xml:space="preserve">[1:23:24] </w:t>
      </w:r>
      <w:r>
        <w:t>toh where there is a design, there is a designer. is ko kehte hain argument from design. toh wohi design ko, yaani jab aap nature mein study karte hain toh aap ko design samne aati hai.</w:t>
      </w:r>
    </w:p>
    <w:p>
      <w:pPr>
        <w:jc w:val="right"/>
      </w:pPr>
      <w:r>
        <w:t>تو where there is a design, there is a designer. اس کو کہتے ہیں آرگیومنٹ فرام ڈیزائن۔ تو وہی ڈیزائن کو، یعنی جب آپ نیچر میں اسٹڈی کرتے ہیں تو آپ کو ڈیزائن سامنے آتی ہے۔</w:t>
      </w:r>
    </w:p>
    <w:p>
      <w:r>
        <w:rPr>
          <w:b/>
        </w:rPr>
        <w:t xml:space="preserve">[1:23:35] </w:t>
      </w:r>
      <w:r>
        <w:t>design. tarah tarah ke design.</w:t>
      </w:r>
    </w:p>
    <w:p>
      <w:pPr>
        <w:jc w:val="right"/>
      </w:pPr>
      <w:r>
        <w:t>ڈیزائن۔ طرح طرح کے ڈیزائن۔</w:t>
      </w:r>
    </w:p>
    <w:p>
      <w:r>
        <w:rPr>
          <w:b/>
        </w:rPr>
        <w:t xml:space="preserve">[1:23:41] </w:t>
      </w:r>
      <w:r>
        <w:t>ab kal kisi se baat ho rahi thi to maine kaha ke aap door ko jate hain, aap apne ghar mein dekhiye, aap aur aap ki biwi, aap sochiye ke kis tarah khuda ne aap ki biwi kahin bangalor mein paida hui, aap paida hue kahin bombay mein, aur shadi hone ke baad aap milte hain, ek doosre se itna jud jate hain jaise ke wo dono ek doosre ka wo hain, counter part hain.</w:t>
      </w:r>
    </w:p>
    <w:p>
      <w:pPr>
        <w:jc w:val="right"/>
      </w:pPr>
      <w:r>
        <w:t>اب کل کسی سے بات ہو رہی تھی تو میں نے کہا کہ آپ دور کو جاتے ہیں، آپ اپنے گھر میں دیکھیے، آپ اور آپ کی بیوی، آپ سوچیے کہ کس طرح خدا نے آپ کی بیوی کہیں بنگلور میں پیدا ہوئی، آپ پیدا ہوئے کہیں بمبئی میں، اور شادی ہونے کے بعد آپ ملتے ہیں، ایک دوسرے سے اتنا جڑ جاتے ہیں جیسے کہ وہ دونوں ایک دوسرے کا وہ ہیں، کاؤنٹر پارٹ ہیں۔</w:t>
      </w:r>
    </w:p>
    <w:p>
      <w:r>
        <w:rPr>
          <w:b/>
        </w:rPr>
        <w:t xml:space="preserve">[1:24:05] </w:t>
      </w:r>
      <w:r>
        <w:t>kaise aisa hota hai ke do insan paida hon alag alag, wo do ek doosre counter part hon? to agar dono ka khaliq ek na ho to kaise aisa hota hai?</w:t>
      </w:r>
    </w:p>
    <w:p>
      <w:pPr>
        <w:jc w:val="right"/>
      </w:pPr>
      <w:r>
        <w:t>کیسے ایسا ہوتا ہے کہ دو انسان پیدا ہوں الگ الگ، وہ دو ایک دوسرے کاؤنٹر پارٹ ہوں؟ تو اگر دونوں کا خالق ایک نہ ہو تو کیسے ایسا ہوتا ہے؟</w:t>
      </w:r>
    </w:p>
    <w:p>
      <w:r>
        <w:rPr>
          <w:b/>
        </w:rPr>
        <w:t xml:space="preserve">[1:24:15] </w:t>
      </w:r>
      <w:r>
        <w:t>ho sakta hai. agar agar agar aurat ka paida karne wala koi aur hota, mard ka paida karne wala koi aur aur hota, doosre itna zyada ek doosre se koi milte ho,</w:t>
      </w:r>
    </w:p>
    <w:p>
      <w:pPr>
        <w:jc w:val="right"/>
      </w:pPr>
      <w:r>
        <w:t>ہو سکتا ہے۔ اگر اگر اگر عورت کا پیدا کرنے والا کوئی اور ہوتا، مرد کا پیدا کرنے والا کوئی اور اور ہوتا، دوسرے اتنا زیادہ ایک دوسرے سے کوئی ملتے ہو،</w:t>
      </w:r>
    </w:p>
    <w:p>
      <w:r>
        <w:rPr>
          <w:b/>
        </w:rPr>
        <w:t xml:space="preserve">[1:24:26] </w:t>
      </w:r>
      <w:r>
        <w:t>itna zyada koi milte ho, to main samajhta hoon ke jab hum sochte hain nature mein to uske andar chhupe hue jo jo aspect hain, wo samne aate hain.</w:t>
      </w:r>
    </w:p>
    <w:p>
      <w:pPr>
        <w:jc w:val="right"/>
      </w:pPr>
      <w:r>
        <w:t>اتنا زیادہ کوئی ملتے ہو، تو میں سمجھتا ہوں کہ جب ہم سوچتے ہیں نیچر میں تو اس کے اندر چھپے ہوئے جو جو اسپیکٹ ہیں، وہ سامنے آتے ہیں۔</w:t>
      </w:r>
    </w:p>
    <w:p>
      <w:r>
        <w:rPr>
          <w:b/>
        </w:rPr>
        <w:t xml:space="preserve">[1:24:37] </w:t>
      </w:r>
      <w:r>
        <w:t>wo aspect batate hain ke bagair designer ke ye design yahan nahi ho sakti. itni anokhi design chhupi hui hai iske iske andar ke wo design khuda ko maane bagair possible hi nahi hai.</w:t>
      </w:r>
    </w:p>
    <w:p>
      <w:pPr>
        <w:jc w:val="right"/>
      </w:pPr>
      <w:r>
        <w:t>وہ اسپیکٹ بتاتے ہیں کہ بغیر ڈیزائنر کے یہ ڈیزائن یہاں نہیں ہو سکتی۔ اتنی انوکھی ڈیزائن چھپی ہوئی ہے اس کے اس کے اندر کہ وہ ڈیزائن خدا کو مانے بغیر پاسیبل ہی نہیں ہے۔</w:t>
      </w:r>
    </w:p>
    <w:p>
      <w:r>
        <w:rPr>
          <w:b/>
        </w:rPr>
        <w:t xml:space="preserve">[1:24:51] </w:t>
      </w:r>
      <w:r>
        <w:t>possible nahi hai.</w:t>
      </w:r>
    </w:p>
    <w:p>
      <w:pPr>
        <w:jc w:val="right"/>
      </w:pPr>
      <w:r>
        <w:t>پاسیبل نہیں ہے۔</w:t>
      </w:r>
    </w:p>
    <w:p>
      <w:r>
        <w:rPr>
          <w:b/>
        </w:rPr>
        <w:t xml:space="preserve">[1:24:53] </w:t>
      </w:r>
      <w:r>
        <w:t>maine iske bare mein bahut detail mein apni kitabon mein likha hai, jaise "buzz jaddi challenge" waghera, isko aap dekh sakte hain. His other question is, how can we seek an intellectual life partner?</w:t>
      </w:r>
    </w:p>
    <w:p>
      <w:pPr>
        <w:jc w:val="right"/>
      </w:pPr>
      <w:r>
        <w:t>میں نے اس کے بارے میں بہت ڈیٹیل میں اپنی کتابوں میں لکھا ہے، جیسے "بز جدی چیلنج" وغیرہ، اس کو آپ دیکھ سکتے ہیں۔ His other question is, how can we seek an intellectual life partner?</w:t>
      </w:r>
    </w:p>
    <w:p>
      <w:r>
        <w:rPr>
          <w:b/>
        </w:rPr>
        <w:t xml:space="preserve">[1:25:05] </w:t>
      </w:r>
      <w:r>
        <w:t>dekhiye, iske liye sacrifice karni padti hai. pichhli baar maine bataya tha ek hadith mein, rasool Allah ne farmaya ke aurat ke muqable mard ko kaisa hona chahiye?</w:t>
      </w:r>
    </w:p>
    <w:p>
      <w:pPr>
        <w:jc w:val="right"/>
      </w:pPr>
      <w:r>
        <w:t>دیکھیے، اس کے لیے سیکریفائس کرنی پڑتی ہے۔ پچھلی بار میں نے بتایا تھا ایک حدیث میں، رسول اللہ نے فرمایا کہ عورت کے مقابلے مرد کو کیسا ہونا چاہیے؟</w:t>
      </w:r>
    </w:p>
    <w:p>
      <w:r>
        <w:rPr>
          <w:b/>
        </w:rPr>
        <w:t xml:space="preserve">[1:25:18] </w:t>
      </w:r>
      <w:r>
        <w:t>is mein aap ne bataya hai ke ke bar bar aap ko peeche hatna padta hai, recede karna padta hai, kyunke bar bar aisa hota hai, ego clash ho jata hai.</w:t>
      </w:r>
    </w:p>
    <w:p>
      <w:pPr>
        <w:jc w:val="right"/>
      </w:pPr>
      <w:r>
        <w:t>اس میں آپ نے بتایا ہے کہ کہ بار بار آپ کو پیچھے ہٹنا پڑتا ہے، ریسیڈ کرنا پڑتا ہے، کیونکہ بار بار ایسا ہوتا ہے، ایگو کلیش ہو جاتا ہے۔</w:t>
      </w:r>
    </w:p>
    <w:p>
      <w:r>
        <w:rPr>
          <w:b/>
        </w:rPr>
        <w:t xml:space="preserve">[1:25:29] </w:t>
      </w:r>
      <w:r>
        <w:t>ek taraf emotions hain, ek taraf reason hai, takrao ho jata hai. to kaise khatam ho? to wo use stop ho jata hai, yani process chal nahi pata, intellectual process.</w:t>
      </w:r>
    </w:p>
    <w:p>
      <w:pPr>
        <w:jc w:val="right"/>
      </w:pPr>
      <w:r>
        <w:t>ایک طرف ایموشنز ہیں، ایک طرف ریزن ہے، ٹکراؤ ہو جاتا ہے۔ تو کیسے ختم ہو؟ تو وہ اسے سٹاپ ہو جاتا ہے، یعنی پروسیس چل نہیں پاتا، انٹلیکچول پروسیس۔</w:t>
      </w:r>
    </w:p>
    <w:p>
      <w:r>
        <w:rPr>
          <w:b/>
        </w:rPr>
        <w:t xml:space="preserve">[1:25:43] </w:t>
      </w:r>
      <w:r>
        <w:t>to iska aap ne farmaya ke yani wo wo shakhs laeem hai jo takrao karta rahe, takrao karta rahe, yahan tak breakdown aa jaye.</w:t>
      </w:r>
    </w:p>
    <w:p>
      <w:pPr>
        <w:jc w:val="right"/>
      </w:pPr>
      <w:r>
        <w:t>تو اس کا آپ نے فرمایا کہ یعنی وہ وہ شخص لعیم ہے جو ٹکراؤ کرتا رہے، ٹکراؤ کرتا رہے، یہاں تک بریک ڈاؤن آ جائے۔</w:t>
      </w:r>
    </w:p>
    <w:p>
      <w:r>
        <w:rPr>
          <w:b/>
        </w:rPr>
        <w:t xml:space="preserve">[1:25:55] </w:t>
      </w:r>
      <w:r>
        <w:t>doosra shakhs kareem hai jo peeche hat jaye, peeche hat jaye, peeche hat jaye taake takrao khatam ho jaye. to aap ne farmaya ke ahabb an akun qareeban maghloob ahabb an akun qareeban magh</w:t>
      </w:r>
    </w:p>
    <w:p>
      <w:pPr>
        <w:jc w:val="right"/>
      </w:pPr>
      <w:r>
        <w:t>دوسرا شخص کریم ہے جو پیچھے ہٹ جائے، پیچھے ہٹ جائے، پیچھے ہٹ جائے تاکہ ٹکراؤ ختم ہو جائے۔ تو آپ نے فرمایا کہ احب انکون قریبا مغلوبا احب انکون قریبا مغل</w:t>
      </w:r>
    </w:p>
    <w:p>
      <w:r>
        <w:rPr>
          <w:b/>
        </w:rPr>
        <w:t xml:space="preserve">[1:26:08] </w:t>
      </w:r>
      <w:r>
        <w:t>looba yani mujhe pasand hai ke main peeche hatne wala gentleman banu, achha insan banu, peeche hatne wala.</w:t>
      </w:r>
    </w:p>
    <w:p>
      <w:pPr>
        <w:jc w:val="right"/>
      </w:pPr>
      <w:r>
        <w:t>وبا یعنی مجھے پسند ہے کہ میں پیچھے ہٹنے والا جنٹلمین بنوں، اچھا انسان بنوں، پیچھے ہٹنے والا۔</w:t>
      </w:r>
    </w:p>
    <w:p>
      <w:r>
        <w:rPr>
          <w:b/>
        </w:rPr>
        <w:t xml:space="preserve">[1:26:16] </w:t>
      </w:r>
      <w:r>
        <w:t>ye takrao hua, peeche hat gaya. jis aadmi ko ye art, ye itni modesty aadmi ke andar ho aur peeche hatna jaane, wahi kisi doosre ko apna intellectual partner bana sakta hai.</w:t>
      </w:r>
    </w:p>
    <w:p>
      <w:pPr>
        <w:jc w:val="right"/>
      </w:pPr>
      <w:r>
        <w:t>یہ ٹکراؤ ہوا، پیچھے ہٹ گیا۔ جس آدمی کو یہ آرٹ، یہ اتنی ماڈسٹری آدمی کے اندر ہو اور پیچھے ہٹنا جانے، وہی کسی دوسرے کو اپنا انٹلیکچول پارٹنر بنا سکتا ہے۔</w:t>
      </w:r>
    </w:p>
    <w:p>
      <w:r>
        <w:rPr>
          <w:b/>
        </w:rPr>
        <w:t xml:space="preserve">[1:26:30] </w:t>
      </w:r>
      <w:r>
        <w:t>kyunke jab bhi aap intellectual exchange karte hain to full for ego clash ho jata hai, bar bar, bar bar, bar bar.</w:t>
      </w:r>
    </w:p>
    <w:p>
      <w:pPr>
        <w:jc w:val="right"/>
      </w:pPr>
      <w:r>
        <w:t>کیونکہ جب بھی آپ انٹلیکچول ایکسچینج کرتے ہیں تو فل فور ایگو کلیش ہو جاتا ہے، بار بار، بار بار، بار بار۔</w:t>
      </w:r>
    </w:p>
    <w:p>
      <w:r>
        <w:rPr>
          <w:b/>
        </w:rPr>
        <w:t xml:space="preserve">[1:26:38] </w:t>
      </w:r>
      <w:r>
        <w:t>to aap peeche kyunh hat te hain? is liye hat te hain ke non stop process jari rahe. yani intellectual progress ka jo process hai, wo non stop jari rahe.</w:t>
      </w:r>
    </w:p>
    <w:p>
      <w:pPr>
        <w:jc w:val="right"/>
      </w:pPr>
      <w:r>
        <w:t>تو آپ پیچھے کیوں ہٹتے ہیں؟ اس لیے ہٹتے ہیں کہ نان اسٹاپ پروسیس جاری رہے۔ یعنی انٹلیکچول پروگریس کا جو پروسیس ہے، وہ نان اسٹاپ جاری رہے۔</w:t>
      </w:r>
    </w:p>
    <w:p>
      <w:r>
        <w:rPr>
          <w:b/>
        </w:rPr>
        <w:t xml:space="preserve">[1:26:52] </w:t>
      </w:r>
      <w:r>
        <w:t>to aap iski sacrifice kijiye, ego clash ki naubat na aane dijiye, emotional takrao ki naubat na aane dijiye, recede kijiye, peeche hatiye.</w:t>
      </w:r>
    </w:p>
    <w:p>
      <w:pPr>
        <w:jc w:val="right"/>
      </w:pPr>
      <w:r>
        <w:t>تو آپ اس کی سیکریفائس کیجیے، ایگو کلیش کی نوبت نہ آنے دیجیے، ایموشنل ٹکراؤ کی نوبت نہ آنے دیجیے، ریسیڈ کیجیے، پیچھے ہٹیے۔</w:t>
      </w:r>
    </w:p>
    <w:p>
      <w:r>
        <w:rPr>
          <w:b/>
        </w:rPr>
        <w:t xml:space="preserve">[1:27:02] </w:t>
      </w:r>
      <w:r>
        <w:t>rasool Allah ka ye soch kar ke ye sunnat rasool hai to aap ko sawab bhi mile</w:t>
      </w:r>
    </w:p>
    <w:p>
      <w:pPr>
        <w:jc w:val="right"/>
      </w:pPr>
      <w:r>
        <w:t>رسول اللہ کا یہ سوچ کر کہ یہ سنت رسول ہے تو آپ کو ثواب بھی ملے</w:t>
      </w:r>
    </w:p>
    <w:p>
      <w:r>
        <w:rPr>
          <w:b/>
        </w:rPr>
        <w:t xml:space="preserve">[1:27:07] </w:t>
      </w:r>
      <w:r>
        <w:t>ga is mein. ahabb an akun qareeban maghloob jab aap ye soch kar karein is kaam ko ke rasool Allah peeche hate, qareeb mein maghloob banne ke liye, to aap peeche hatiye.</w:t>
      </w:r>
    </w:p>
    <w:p>
      <w:pPr>
        <w:jc w:val="right"/>
      </w:pPr>
      <w:r>
        <w:t>گا اس میں۔ احب انکون قریبا مغلوبا جب آپ یہ سوچ کر کریں اس کام کو کہ رسول اللہ پیچھے ہٹے، قریب میں مغلوب بننے کے لیے، تو آپ پیچھے ہٹیے۔</w:t>
      </w:r>
    </w:p>
    <w:p>
      <w:r>
        <w:rPr>
          <w:b/>
        </w:rPr>
        <w:t xml:space="preserve">[1:27:20] </w:t>
      </w:r>
      <w:r>
        <w:t>to aap ko is mein wahan hum hum khurma o hum sawab wali baat hogi. yani intellectual exchange ka faida bhi hoga aur sawab bhi milega.</w:t>
      </w:r>
    </w:p>
    <w:p>
      <w:pPr>
        <w:jc w:val="right"/>
      </w:pPr>
      <w:r>
        <w:t>تو آپ کو اس میں وہاں ہم ہم خرمہ و ہم ثواب والی بات ہوگی۔ یعنی انٹلیکچول ایکسچینج کا فائدہ بھی ہوگا اور ثواب بھی ملے گا۔</w:t>
      </w:r>
    </w:p>
    <w:p>
      <w:r>
        <w:rPr>
          <w:b/>
        </w:rPr>
        <w:t xml:space="preserve">[1:27:31] </w:t>
      </w:r>
      <w:r>
        <w:t>baghair sacrifice ke aap kisi ko apna intellectual partner nahi bana sakte.</w:t>
      </w:r>
    </w:p>
    <w:p>
      <w:pPr>
        <w:jc w:val="right"/>
      </w:pPr>
      <w:r>
        <w:t>بغیر سیکریفائس کے آپ کسی کو اپنا انٹلیکچول پارٹنر نہیں بنا سکتے۔</w:t>
      </w:r>
    </w:p>
    <w:p>
      <w:r>
        <w:rPr>
          <w:b/>
        </w:rPr>
        <w:t xml:space="preserve">[1:27:38] </w:t>
      </w:r>
      <w:r>
        <w:t>isi liye koi bana nahi pata. bas batao, history mein akela hoon jisne intellectual partner banaya. maine kabhi padha, itni novels mein zikr hota hai auraton ka, kisi ek bhi novel ko aap bata nahi sakte jis mein ye raaz bataya gaya ho ke aurat ko apna intellectual partner banao.</w:t>
      </w:r>
    </w:p>
    <w:p>
      <w:pPr>
        <w:jc w:val="right"/>
      </w:pPr>
      <w:r>
        <w:t>اسی لیے کوئی بنا نہیں پاتا۔ بس بتاؤ، ہسٹری میں اکیلا ہوں جس نے انٹلیکچول پارٹنر بنایا۔ میں نے کبھی پڑھا، اتنی ناولوں میں ذکر ہوتا ہے عورتوں کا، کسی ایک بھی ناول کو آپ بتا نہیں سکتے جس میں یہ راز بتایا گیا ہو کہ عورت کو اپنا انٹلیکچول پارٹنر بناؤ۔</w:t>
      </w:r>
    </w:p>
    <w:p>
      <w:r>
        <w:rPr>
          <w:b/>
        </w:rPr>
        <w:t xml:space="preserve">[1:27:56] </w:t>
      </w:r>
      <w:r>
        <w:t>bas love partner hota hai. love love kya bhala hai? love to kuch bhi nahi hai. love to ek emotional cheez ka naam hai. kisi bhi ek novel ko nahi bata sakte aap ko.</w:t>
      </w:r>
    </w:p>
    <w:p>
      <w:pPr>
        <w:jc w:val="right"/>
      </w:pPr>
      <w:r>
        <w:t>بس لو پارٹنر ہوتا ہے۔ لو لو کیا بھلا ہے؟ لو تو کچھ بھی نہیں ہے۔ لو تو ایک ایموشنل چیز کا نام ہے۔ کسی بھی ایک ناول کو نہیں بتا سکتے آپ کو۔</w:t>
      </w:r>
    </w:p>
    <w:p>
      <w:r>
        <w:rPr>
          <w:b/>
        </w:rPr>
        <w:t xml:space="preserve">[1:28:07] </w:t>
      </w:r>
      <w:r>
        <w:t>billion novelain likhi gayi hain jis mein ye raaz bataya gaya ho ke aurat jo hai tumhare liye intellectual partner hai, behtareen. aur is ko avail karne ke liye kya hai?</w:t>
      </w:r>
    </w:p>
    <w:p>
      <w:pPr>
        <w:jc w:val="right"/>
      </w:pPr>
      <w:r>
        <w:t>بلین ناولیں لکھی گئی ہیں جس میں یہ راز بتایا گیا ہو کہ عورت جو ہے تمہارے لیے انٹلیکچول پارٹنر ہے، بہترین۔ اور اس کو اویل کرنے کے لیے کیا ہے؟</w:t>
      </w:r>
    </w:p>
    <w:p>
      <w:r>
        <w:rPr>
          <w:b/>
        </w:rPr>
        <w:t xml:space="preserve">[1:28:16] </w:t>
      </w:r>
      <w:r>
        <w:t>tum recede karna hai, tum fun seekho. main to pata hai, history mein akela aadmi hoon jisne is ko daryaft kiya, is ko discover kiya. is ko discover kiya ke aurat ka sab se bada kamal ye hai ke wo intellectual partner ban sakti hai.</w:t>
      </w:r>
    </w:p>
    <w:p>
      <w:pPr>
        <w:jc w:val="right"/>
      </w:pPr>
      <w:r>
        <w:t>تم ریسیڈ کرنا ہے، تم فن سیکھو۔ میں تو پتہ ہے، ہسٹری میں اکیلا آدمی ہوں جس نے اس کو دریافت کیا، اس کو ڈسکور کیا۔ اس کو ڈسکور کیا کہ عورت کا سب سے بڑا کمال یہ ہے کہ وہ انٹلیکچول پارٹنر بن سکتی ہے۔</w:t>
      </w:r>
    </w:p>
    <w:p>
      <w:r>
        <w:rPr>
          <w:b/>
        </w:rPr>
        <w:t xml:space="preserve">[1:28:32] </w:t>
      </w:r>
      <w:r>
        <w:t>aur is ko main ne aawail kiya, insha</w:t>
      </w:r>
    </w:p>
    <w:p>
      <w:pPr>
        <w:jc w:val="right"/>
      </w:pPr>
      <w:r>
        <w:t>اور اس کو میں نے اویل کیا، انشاء</w:t>
      </w:r>
    </w:p>
    <w:p>
      <w:r>
        <w:rPr>
          <w:b/>
        </w:rPr>
        <w:t xml:space="preserve">[1:28:34] </w:t>
      </w:r>
      <w:r>
        <w:t>Allah. To aap seekhiye, is raaz ko seekhiye. Ek baat, ab main ne likhi hai apni kitab mein, woh jo hai "Aurat Ma'maar-e-Insaniyat".</w:t>
      </w:r>
    </w:p>
    <w:p>
      <w:pPr>
        <w:jc w:val="right"/>
      </w:pPr>
      <w:r>
        <w:t>اللہ۔ تو آپ سیکھیے، اس راز کو سیکھیے۔ ایک بات، اب میں نے لکھی ہے اپنی کتاب میں، وہ جو ہے "عورت معمار انسانیت"۔</w:t>
      </w:r>
    </w:p>
    <w:p>
      <w:r>
        <w:rPr>
          <w:b/>
        </w:rPr>
        <w:t xml:space="preserve">[1:28:44] </w:t>
      </w:r>
      <w:r>
        <w:t>Is mein detail ke sath likhi hai is baat ko. Is ko parhiye aur is ko apni zindagi mein follow kijiye. This question is from Priya.</w:t>
      </w:r>
    </w:p>
    <w:p>
      <w:pPr>
        <w:jc w:val="right"/>
      </w:pPr>
      <w:r>
        <w:t>اس میں ڈیٹیل کے ساتھ لکھی ہے اس بات کو۔ اس کو پڑھیے اور اس کو اپنی زندگی میں فالو کیجیے۔ This question is from Priya.</w:t>
      </w:r>
    </w:p>
    <w:p>
      <w:r>
        <w:rPr>
          <w:b/>
        </w:rPr>
        <w:t xml:space="preserve">[1:28:54] </w:t>
      </w:r>
      <w:r>
        <w:t>Based on what I have heard in the lecture today, I feel that Prophet Muhammad had the most revolutionary role in the whole history of Islam.</w:t>
      </w:r>
    </w:p>
    <w:p>
      <w:pPr>
        <w:jc w:val="right"/>
      </w:pPr>
      <w:r>
        <w:t>Based on what I have heard in the lecture today, I feel that Prophet Muhammad had the most revolutionary role in the whole history of Islam.</w:t>
      </w:r>
    </w:p>
    <w:p>
      <w:r>
        <w:rPr>
          <w:b/>
        </w:rPr>
        <w:t xml:space="preserve">[1:29:04] </w:t>
      </w:r>
      <w:r>
        <w:t>Then are the Muslims wrong to say that Prophet Muhammad was the most afzal prophet in the history of Islam? Afzal ka jo term hai, yeh Musalmanon ka ejaad kiya hua hai.</w:t>
      </w:r>
    </w:p>
    <w:p>
      <w:pPr>
        <w:jc w:val="right"/>
      </w:pPr>
      <w:r>
        <w:t>Then are the Muslims wrong to say that Prophet Muhammad was the most afzal prophet in the history of Islam? افضل کا جو ٹرم ہے، یہ مسلمانوں کا ایجاد کیا ہوا ہے۔</w:t>
      </w:r>
    </w:p>
    <w:p>
      <w:r>
        <w:rPr>
          <w:b/>
        </w:rPr>
        <w:t xml:space="preserve">[1:29:16] </w:t>
      </w:r>
      <w:r>
        <w:t>Main is ko nahi manta.</w:t>
      </w:r>
    </w:p>
    <w:p>
      <w:pPr>
        <w:jc w:val="right"/>
      </w:pPr>
      <w:r>
        <w:t>میں اس کو نہیں مانتا۔</w:t>
      </w:r>
    </w:p>
    <w:p>
      <w:r>
        <w:rPr>
          <w:b/>
        </w:rPr>
        <w:t xml:space="preserve">[1:29:20] </w:t>
      </w:r>
      <w:r>
        <w:t>Role ek alag cheez hai aur afzal hona ek alag cheez hai. Main wohi manta hoon jo hadithon mein hai. La tafdalu baynal anbiya' kisi nabi ko doosre nabi par fazilat na do.</w:t>
      </w:r>
    </w:p>
    <w:p>
      <w:pPr>
        <w:jc w:val="right"/>
      </w:pPr>
      <w:r>
        <w:t>رول ایک الگ چیز ہے اور افضل ہونا ایک الگ چیز ہے۔ میں وہی مانتا ہوں جو حدیثوں میں ہے۔ لا تفضلوا بين الأنبياء کسی نبی کو دوسرے نبی پر فضیلت نہ دو۔</w:t>
      </w:r>
    </w:p>
    <w:p>
      <w:r>
        <w:rPr>
          <w:b/>
        </w:rPr>
        <w:t xml:space="preserve">[1:29:34] </w:t>
      </w:r>
      <w:r>
        <w:t>Main wohi manunga jo Quran majeed mein, jo hadith mein hai. La tafdalu baynal anbiya' Quran mein hai ke la nufarriqu bayna ahadin rusulihi hum rusulon mein farq nahi karte.</w:t>
      </w:r>
    </w:p>
    <w:p>
      <w:pPr>
        <w:jc w:val="right"/>
      </w:pPr>
      <w:r>
        <w:t>میں وہی مانوں گا جو قرآن مجید میں، جو حدیث میں ہے۔ لا تفضلوا بين الأنبياء قرآن میں ہے کہ لا نفرق بين أحد رسله ہم رسولوں میں فرق نہیں کرتے۔</w:t>
      </w:r>
    </w:p>
    <w:p>
      <w:r>
        <w:rPr>
          <w:b/>
        </w:rPr>
        <w:t xml:space="preserve">[1:29:44] </w:t>
      </w:r>
      <w:r>
        <w:t>To khula khula text, jo hamara text is mein likha hua hai ke farq na karo ek nabi aur doosre nabi mein. To role ka farq main manta hoon lekin fazilat ke concept ko main bilkul nahi manta.</w:t>
      </w:r>
    </w:p>
    <w:p>
      <w:pPr>
        <w:jc w:val="right"/>
      </w:pPr>
      <w:r>
        <w:t>تو کھلا کھلا ٹیکسٹ، جو ہمارا ٹیکسٹ اس میں لکھا ہوا ہے کہ فرق نہ کرو ایک نبی اور دوسرے نبی میں۔ تو رول کا فرق میں مانتا ہوں لیکن فضیلت کے کانسیپٹ کو میں بالکل نہیں مانتا۔</w:t>
      </w:r>
    </w:p>
    <w:p>
      <w:r>
        <w:rPr>
          <w:b/>
        </w:rPr>
        <w:t xml:space="preserve">[1:29:57] </w:t>
      </w:r>
      <w:r>
        <w:t>Is ko is liye ke Quran mein nahi hai, hadith mein nahi hai.</w:t>
      </w:r>
    </w:p>
    <w:p>
      <w:pPr>
        <w:jc w:val="right"/>
      </w:pPr>
      <w:r>
        <w:t>اس کو اس لیے کہ قرآن میں نہیں ہے، حدیث میں نہیں ہے۔</w:t>
      </w:r>
    </w:p>
    <w:p>
      <w:r>
        <w:rPr>
          <w:b/>
        </w:rPr>
        <w:t xml:space="preserve">[1:30:00] </w:t>
      </w:r>
      <w:r>
        <w:t>This is a common question asked by Faraz and Sufia: Why was the preservation of the religious text sent to earlier prophets not part of the creation plan of God?</w:t>
      </w:r>
    </w:p>
    <w:p>
      <w:pPr>
        <w:jc w:val="right"/>
      </w:pPr>
      <w:r>
        <w:t>This is a common question asked by Faraz and Sufia: Why was the preservation of the religious text sent to earlier prophets not part of the creation plan of God?</w:t>
      </w:r>
    </w:p>
    <w:p>
      <w:r>
        <w:rPr>
          <w:b/>
        </w:rPr>
        <w:t xml:space="preserve">[1:30:12] </w:t>
      </w:r>
      <w:r>
        <w:t>Text ko preserve karna dekhiye. Pehle zamaney mein jo paighambar they, wahan paper nahi tha, pen bhi nahi tha, ink bhi nahi thi.</w:t>
      </w:r>
    </w:p>
    <w:p>
      <w:pPr>
        <w:jc w:val="right"/>
      </w:pPr>
      <w:r>
        <w:t>ٹیکسٹ کو پریزرو کرنا دیکھیے۔ پہلے زمانے میں جو پیغمبر تھے، وہاں پیپر نہیں تھا، پین بھی نہیں تھا، انک بھی نہیں تھی۔</w:t>
      </w:r>
    </w:p>
    <w:p>
      <w:r>
        <w:rPr>
          <w:b/>
        </w:rPr>
        <w:t xml:space="preserve">[1:30:21] </w:t>
      </w:r>
      <w:r>
        <w:t>Paper na ink, na qalam. Pen.</w:t>
      </w:r>
    </w:p>
    <w:p>
      <w:pPr>
        <w:jc w:val="right"/>
      </w:pPr>
      <w:r>
        <w:t>پیپر نہ انک، نہ قلم۔ پین۔</w:t>
      </w:r>
    </w:p>
    <w:p>
      <w:r>
        <w:rPr>
          <w:b/>
        </w:rPr>
        <w:t xml:space="preserve">[1:30:25] </w:t>
      </w:r>
      <w:r>
        <w:t>Teen cheez chahiye: pen chahiye aur ink chahiye aur paper chahiye. Yeh tha nahi. To log kya karte they? Memory mein rakh lete they.</w:t>
      </w:r>
    </w:p>
    <w:p>
      <w:pPr>
        <w:jc w:val="right"/>
      </w:pPr>
      <w:r>
        <w:t>تین چیز چاہیے: پین چاہیے اور انک چاہیے اور پیپر چاہیے۔ یہ تھا نہیں۔ تو لوگ کیا کرتے تھے؟ میموری میں رکھ لیتے تھے۔</w:t>
      </w:r>
    </w:p>
    <w:p>
      <w:r>
        <w:rPr>
          <w:b/>
        </w:rPr>
        <w:t xml:space="preserve">[1:30:34] </w:t>
      </w:r>
      <w:r>
        <w:t>Memory mein rakh lete they. Yeh chalta chalta raha. Yahan tak ke paper bana aur ink aur pen bana to likha jaane laga. Phir bohat dinon ke baad phir printing press bana.</w:t>
      </w:r>
    </w:p>
    <w:p>
      <w:pPr>
        <w:jc w:val="right"/>
      </w:pPr>
      <w:r>
        <w:t>میموری میں رکھ لیتے تھے۔ یہ چلتا چلتا رہا۔ یہاں تک کہ پیپر بنا اور انک اور پین بنا تو لکھا جانے لگا۔ پھر بہت دنوں کے بعد پھر پرنٹنگ پریس بنا۔</w:t>
      </w:r>
    </w:p>
    <w:p>
      <w:r>
        <w:rPr>
          <w:b/>
        </w:rPr>
        <w:t xml:space="preserve">[1:30:47] </w:t>
      </w:r>
      <w:r>
        <w:t>Printing press bhi aap jante hain ke pehle jo bana tha, woh block printing hua karti thi. Block printing. Bohat din ke baad phir litho printing aayi.</w:t>
      </w:r>
    </w:p>
    <w:p>
      <w:pPr>
        <w:jc w:val="right"/>
      </w:pPr>
      <w:r>
        <w:t>پرنٹنگ پریس بھی آپ جانتے ہیں کہ پہلے جو بنا تھا، وہ بلاک پرنٹنگ ہوا کرتی تھی۔ بلاک پرنٹنگ۔ بہت دن کے بعد پھر لیوتھو پرنٹنگ آئی۔</w:t>
      </w:r>
    </w:p>
    <w:p>
      <w:r>
        <w:rPr>
          <w:b/>
        </w:rPr>
        <w:t xml:space="preserve">[1:30:55] </w:t>
      </w:r>
      <w:r>
        <w:t>Litho printing ke baad dheere dheere dheere dheere aur bohat sara is mein stages hue. Offset printing aayi aur aaj kal bohat nayi technology ban chuki hai. To yeh gradual tareeqe se hua.</w:t>
      </w:r>
    </w:p>
    <w:p>
      <w:pPr>
        <w:jc w:val="right"/>
      </w:pPr>
      <w:r>
        <w:t>لیوتھو پرنٹنگ کے بعد دھیرے دھیرے دھیرے دھیرے اور بہت سارا اس میں اسٹیجز ہوئے۔ آف سیٹ پرنٹنگ آئی اور آج کل بہت نئی ٹیکنالوجی بن چکی ہے۔ تو یہ گریجول طریقے سے ہوا۔</w:t>
      </w:r>
    </w:p>
    <w:p>
      <w:r>
        <w:rPr>
          <w:b/>
        </w:rPr>
        <w:t xml:space="preserve">[1:31:06] </w:t>
      </w:r>
      <w:r>
        <w:t>To deen to hamesha ek raha hai. Kuch log aise hi mante hain, main galat samajhta hoon is ko ke khud deen mein koi evolution hua hai. Yeh bilkul galat baat hai.</w:t>
      </w:r>
    </w:p>
    <w:p>
      <w:pPr>
        <w:jc w:val="right"/>
      </w:pPr>
      <w:r>
        <w:t>تو دین تو ہمیشہ ایک رہا ہے۔ کچھ لوگ ایسے ہی مانتے ہیں، میں غلط سمجھتا ہوں اس کو کہ خود دین میں کوئی ایولوشن ہوا ہے۔ یہ بالکل غلط بات ہے۔</w:t>
      </w:r>
    </w:p>
    <w:p>
      <w:r>
        <w:rPr>
          <w:b/>
        </w:rPr>
        <w:t xml:space="preserve">[1:31:16] </w:t>
      </w:r>
      <w:r>
        <w:t>Deen hamesha ek raha hai. Lekin deen ko preserve karne ke mode different they.</w:t>
      </w:r>
    </w:p>
    <w:p>
      <w:pPr>
        <w:jc w:val="right"/>
      </w:pPr>
      <w:r>
        <w:t>دین ہمیشہ ایک رہا ہے۔ لیکن دین کو پریزرو کرنے کے موڈ ڈفرنٹ تھے۔</w:t>
      </w:r>
    </w:p>
    <w:p>
      <w:r>
        <w:rPr>
          <w:b/>
        </w:rPr>
        <w:t xml:space="preserve">[1:31:24] </w:t>
      </w:r>
      <w:r>
        <w:t>Is ko difference ko samjhiye aap ke Khuda ka deen pehle bhi wohi tha, aaj bhi wohi hai. Is mein koi evolution nahi. Lekin jo preserve karne ke mode they, woh is mein albattah farq raha hai.</w:t>
      </w:r>
    </w:p>
    <w:p>
      <w:pPr>
        <w:jc w:val="right"/>
      </w:pPr>
      <w:r>
        <w:t>اس کو ڈفرنس کو سمجھیے آپ کہ خدا کا دین پہلے بھی وہی تھا، آج بھی وہی ہے۔ اس میں کوئی ایولوشن نہیں۔ لیکن جو پریزرو کرنے کے موڈ تھے، وہ اس میں البتہ فرق رہا ہے۔</w:t>
      </w:r>
    </w:p>
    <w:p>
      <w:r>
        <w:rPr>
          <w:b/>
        </w:rPr>
        <w:t xml:space="preserve">[1:31:38] </w:t>
      </w:r>
      <w:r>
        <w:t>To is bina par pichli kitabein preserve na ho saki. Yani yeh Christian plan of God jo hai, is ka part nahi tha.</w:t>
      </w:r>
    </w:p>
    <w:p>
      <w:pPr>
        <w:jc w:val="right"/>
      </w:pPr>
      <w:r>
        <w:t>تو اس بنا پر پچھلی کتابیں پریزرو نہ ہو سکیں۔ یعنی یہ کرسچن پلان آف گاڈ جو ہے، اس کا پارٹ نہیں تھا۔</w:t>
      </w:r>
    </w:p>
    <w:p>
      <w:r>
        <w:rPr>
          <w:b/>
        </w:rPr>
        <w:t xml:space="preserve">[1:31:46] </w:t>
      </w:r>
      <w:r>
        <w:t>History ka part tha.</w:t>
      </w:r>
    </w:p>
    <w:p>
      <w:pPr>
        <w:jc w:val="right"/>
      </w:pPr>
      <w:r>
        <w:t>ہسٹری کا پارٹ تھا۔</w:t>
      </w:r>
    </w:p>
    <w:p>
      <w:r>
        <w:rPr>
          <w:b/>
        </w:rPr>
        <w:t xml:space="preserve">[1:31:48] </w:t>
      </w:r>
      <w:r>
        <w:t>Jo cheez history se judi hui hai, us ko aap Christian plan se jodein to is mein confusion aa jayega. Christian plan alag hai, history alag hai.</w:t>
      </w:r>
    </w:p>
    <w:p>
      <w:pPr>
        <w:jc w:val="right"/>
      </w:pPr>
      <w:r>
        <w:t>جو چیز ہسٹری سے جڑی ہوئی ہے، اس کو آپ کرسچن پلان سے جوڑیں تو اس میں کنفیوژن آ جائے گا۔ کرسچن پلان الگ ہے، ہسٹری الگ ہے۔</w:t>
      </w:r>
    </w:p>
    <w:p>
      <w:r>
        <w:rPr>
          <w:b/>
        </w:rPr>
        <w:t xml:space="preserve">[1:31:59] </w:t>
      </w:r>
      <w:r>
        <w:t>To yeh jo tha phenomena, yeh history ka phenomena tha. Yeh Christian plan ka phenomena nahi tha.</w:t>
      </w:r>
    </w:p>
    <w:p>
      <w:pPr>
        <w:jc w:val="right"/>
      </w:pPr>
      <w:r>
        <w:t>تو یہ جو تھا فیناومینا، یہ ہسٹری کا فیناومینا تھا۔ یہ کرسچن پلان کا فیناومینا نہیں تھا۔</w:t>
      </w:r>
    </w:p>
    <w:p>
      <w:r>
        <w:rPr>
          <w:b/>
        </w:rPr>
        <w:t xml:space="preserve">[1:32:07] </w:t>
      </w:r>
      <w:r>
        <w:t>Yeh mera manna hai. This question is from Nagma</w:t>
      </w:r>
    </w:p>
    <w:p>
      <w:pPr>
        <w:jc w:val="right"/>
      </w:pPr>
      <w:r>
        <w:t>یہ میرا ماننا ہے۔ This question is from Nagma</w:t>
      </w:r>
    </w:p>
    <w:p>
      <w:r>
        <w:rPr>
          <w:b/>
        </w:rPr>
        <w:t xml:space="preserve">[1:32:11] </w:t>
      </w:r>
      <w:r>
        <w:t>: How do we explain to the Muslim world that the time of fitnah is over, as people say that Denmark, Cartoon, and Palestine are cases of fitnah?</w:t>
      </w:r>
    </w:p>
    <w:p>
      <w:pPr>
        <w:jc w:val="right"/>
      </w:pPr>
      <w:r>
        <w:t>: How do we explain to the Muslim world that the time of fitnah is over, as people say that Denmark, Cartoon, and Palestine are cases of fitnah?</w:t>
      </w:r>
    </w:p>
    <w:p>
      <w:r>
        <w:rPr>
          <w:b/>
        </w:rPr>
        <w:t xml:space="preserve">[1:32:22] </w:t>
      </w:r>
      <w:r>
        <w:t>dekhiye, hum fitnah ka definition khud nahin kar sakte. namaz ka definition badal dein to hum namaz parh rahe hain, hum keh sakte hain. agar hum namaz ki definition badal dein to kahengay hum namaz parh rahe hain yahan.</w:t>
      </w:r>
    </w:p>
    <w:p>
      <w:pPr>
        <w:jc w:val="right"/>
      </w:pPr>
      <w:r>
        <w:t>دیکھیے، ہم فتنہ کا ڈیفینیشن خود نہیں کر سکتے۔ نماز کا ڈیفینیشن بدل دیں تو ہم نماز پڑھ رہے ہیں، ہم کہہ سکتے ہیں۔ اگر ہم نماز کی ڈیفینیشن بدل دیں تو کہیں گے ہم نماز پڑھ رہے ہیں یہاں۔</w:t>
      </w:r>
    </w:p>
    <w:p>
      <w:r>
        <w:rPr>
          <w:b/>
        </w:rPr>
        <w:t xml:space="preserve">[1:32:36] </w:t>
      </w:r>
      <w:r>
        <w:t>hum yahan hajj kar rahe hain yahan par. to fitnah ki definition ko janiye.</w:t>
      </w:r>
    </w:p>
    <w:p>
      <w:pPr>
        <w:jc w:val="right"/>
      </w:pPr>
      <w:r>
        <w:t>ہم یہاں حج کر رہے ہیں یہاں پر۔ تو فتنہ کی ڈیفینیشن کو جانیے۔</w:t>
      </w:r>
    </w:p>
    <w:p>
      <w:r>
        <w:rPr>
          <w:b/>
        </w:rPr>
        <w:t xml:space="preserve">[1:32:41] </w:t>
      </w:r>
      <w:r>
        <w:t>fitnah ki definition kya hai? yeh musalmanon ne khud se definition nikal rakhi hai ke unka kisi desh par agar woh rehte hain to wahan par koi attack na kare.</w:t>
      </w:r>
    </w:p>
    <w:p>
      <w:pPr>
        <w:jc w:val="right"/>
      </w:pPr>
      <w:r>
        <w:t>فتنہ کی ڈیفینیشن کیا ہے؟ یہ مسلمانوں نے خود سے ڈیفینیشن نکال رکھی ہے کہ ان کا کسی دیش پر اگر وہ رہتے ہیں تو وہاں پر کوئی اٹیک نہ کرے۔</w:t>
      </w:r>
    </w:p>
    <w:p>
      <w:r>
        <w:rPr>
          <w:b/>
        </w:rPr>
        <w:t xml:space="preserve">[1:32:53] </w:t>
      </w:r>
      <w:r>
        <w:t>yeh fitnah nahin hai. ya koi cartoon na nikale, yeh fitnah nahin hai. fitnah sirf ek sense mein hota hai. woh hai religious option ko koi abalish kar de.</w:t>
      </w:r>
    </w:p>
    <w:p>
      <w:pPr>
        <w:jc w:val="right"/>
      </w:pPr>
      <w:r>
        <w:t>یہ فتنہ نہیں ہے۔ یا کوئی کارٹون نہ نکالے، یہ فتنہ نہیں ہے۔ فتنہ صرف ایک سینس میں ہوتا ہے۔ وہ ہے ریلیجس آپشن کو کوئی ابالش کر دے۔</w:t>
      </w:r>
    </w:p>
    <w:p>
      <w:r>
        <w:rPr>
          <w:b/>
        </w:rPr>
        <w:t xml:space="preserve">[1:33:06] </w:t>
      </w:r>
      <w:r>
        <w:t>jisko kehte hain religious persecution. yani ek society hai, ek state hai. mujhe yeh option hona chahiye ke main chahoon to, yani is religion A ko manoon, chahe religion ko B ko manoon, option hona chahiye.</w:t>
      </w:r>
    </w:p>
    <w:p>
      <w:pPr>
        <w:jc w:val="right"/>
      </w:pPr>
      <w:r>
        <w:t>جس کو کہتے ہیں ریلیجس پرسیکیوشن۔ یعنی ایک سوسائٹی ہے، ایک اسٹیٹ ہے۔ مجھے یہ آپشن ہونا چاہیے کہ میں چاہوں تو، یعنی اس ریلیجن اے کو مانوں، چاہے ریلیجن کو بی کو مانوں، آپشن ہونا چاہیے۔</w:t>
      </w:r>
    </w:p>
    <w:p>
      <w:r>
        <w:rPr>
          <w:b/>
        </w:rPr>
        <w:t xml:space="preserve">[1:33:22] </w:t>
      </w:r>
      <w:r>
        <w:t>yeh nahin ke mujhe option khatam kar ke ek hi option rakha jaye ke nahin, tum ko king ke religion ko manna hai, bas. king ka religion jo nahin hai, woh tum ko man nahin sakte tum.</w:t>
      </w:r>
    </w:p>
    <w:p>
      <w:pPr>
        <w:jc w:val="right"/>
      </w:pPr>
      <w:r>
        <w:t>یہ نہیں کہ مجھے آپشن ختم کر کے ایک ہی آپشن رکھا جائے کہ نہیں، تم کو کنگ کے ریلیجن کو ماننا ہے، بس۔ کنگ کا ریلیجن جو نہیں ہے، وہ تم کو مان نہیں سکتے تم۔</w:t>
      </w:r>
    </w:p>
    <w:p>
      <w:r>
        <w:rPr>
          <w:b/>
        </w:rPr>
        <w:t xml:space="preserve">[1:33:33] </w:t>
      </w:r>
      <w:r>
        <w:t>to religious option ko khatam karna, yeh jo hai, is ko fitnah kaha gaya hai. is ko tafseeron mein kaha jata hai, yani is ko tafseeron mein kaha jata hai shirk jarah.</w:t>
      </w:r>
    </w:p>
    <w:p>
      <w:pPr>
        <w:jc w:val="right"/>
      </w:pPr>
      <w:r>
        <w:t>تو ریلیجس آپشن کو ختم کرنا، یہ جو ہے، اس کو فتنہ کہا گیا ہے۔ اس کو تفسیروں میں کہا جاتا ہے، یعنی اس کو تفسیروں میں کہا جاتا ہے شرک جارح۔</w:t>
      </w:r>
    </w:p>
    <w:p>
      <w:r>
        <w:rPr>
          <w:b/>
        </w:rPr>
        <w:t xml:space="preserve">[1:33:45] </w:t>
      </w:r>
      <w:r>
        <w:t>pehli tafseeron mein. pehli tafseeron mein is ko kaha jata hai shirk jarah. ab kaha jata hai religious persecution.</w:t>
      </w:r>
    </w:p>
    <w:p>
      <w:pPr>
        <w:jc w:val="right"/>
      </w:pPr>
      <w:r>
        <w:t>پچھلی تفسیروں میں۔ پچھلی تفسیروں میں اس کو کہا جاتا ہے شرک جارح۔ اب کہا جاتا ہے ریلیجس پرسیکیوشن۔</w:t>
      </w:r>
    </w:p>
    <w:p>
      <w:r>
        <w:rPr>
          <w:b/>
        </w:rPr>
        <w:t xml:space="preserve">[1:33:54] </w:t>
      </w:r>
      <w:r>
        <w:t>to jahan shirk jarah ho, yani religious persecution ho, yani aisa political system jo aap ke liye option ko khatam kar de, woh hai fitnah.</w:t>
      </w:r>
    </w:p>
    <w:p>
      <w:pPr>
        <w:jc w:val="right"/>
      </w:pPr>
      <w:r>
        <w:t>تو جہاں شرک جارح ہو، یعنی ریلیجس پرسیکیوشن ہو، یعنی ایسا پولیٹیکل سسٹم جو آپ کے لیے آپشن کو ختم کر دے، وہ ہے فتنہ۔</w:t>
      </w:r>
    </w:p>
    <w:p>
      <w:r>
        <w:rPr>
          <w:b/>
        </w:rPr>
        <w:t xml:space="preserve">[1:34:05] </w:t>
      </w:r>
      <w:r>
        <w:t>baqi yeh hai ke aap Palestine mein yahoodi chale gaye to fitnah ban gaya. koi cartoon chhaap diya, fitnah ban gaya. yeh bilkul jhooti definition hai. is ka Islam se koi talluq nahin.</w:t>
      </w:r>
    </w:p>
    <w:p>
      <w:pPr>
        <w:jc w:val="right"/>
      </w:pPr>
      <w:r>
        <w:t>باقی یہ ہے کہ آپ فلسطین میں یہودی چلے گئے تو فتنہ بن گیا۔ کوئی کارٹون چھاپ دیا، فتنہ بن گیا۔ یہ بالکل جھوٹی ڈیفینیشن ہے۔ اس کا اسلام سے کوئی تعلق نہیں۔</w:t>
      </w:r>
    </w:p>
    <w:p>
      <w:r>
        <w:rPr>
          <w:b/>
        </w:rPr>
        <w:t xml:space="preserve">[1:34:15] </w:t>
      </w:r>
      <w:r>
        <w:t>to ek self-styled definition se log kehte hain ke sahib, fitnah aaj bhi hai. aap pehle janiye ke fitnah kya hai.</w:t>
      </w:r>
    </w:p>
    <w:p>
      <w:pPr>
        <w:jc w:val="right"/>
      </w:pPr>
      <w:r>
        <w:t>تو ایک سیلف اسٹائل ڈیفینیشن سے لوگ کہتے ہیں کہ صاحب، فتنہ آج بھی ہے۔ آپ پہلے جانیں کہ فتنہ کیا ہے۔</w:t>
      </w:r>
    </w:p>
    <w:p>
      <w:r>
        <w:rPr>
          <w:b/>
        </w:rPr>
        <w:t xml:space="preserve">[1:34:25] </w:t>
      </w:r>
      <w:r>
        <w:t>to agar aap is tarah se karenge to har cheez ko aap fitnah keh sakte hain. ke main road par ja raha hoon, koi aa ke mujhe takkar maar de to woh fitnah ho jayega.</w:t>
      </w:r>
    </w:p>
    <w:p>
      <w:pPr>
        <w:jc w:val="right"/>
      </w:pPr>
      <w:r>
        <w:t>تو اگر آپ اس طرح سے کریں گے تو ہر چیز کو آپ فتنہ کہہ سکتے ہیں۔ کہ میں روڈ پر جا رہا ہوں، کوئی آ کے مجھے ٹکر مار دے تو وہ فتنہ ہو جائے گا۔</w:t>
      </w:r>
    </w:p>
    <w:p>
      <w:r>
        <w:rPr>
          <w:b/>
        </w:rPr>
        <w:t xml:space="preserve">[1:34:34] </w:t>
      </w:r>
      <w:r>
        <w:t>fitnah ka matlab nahin hai. fitnah ka sirf ek hi matlab hai ke religious option khula hua ho. to is par koi pabandi na ho.</w:t>
      </w:r>
    </w:p>
    <w:p>
      <w:pPr>
        <w:jc w:val="right"/>
      </w:pPr>
      <w:r>
        <w:t>فتنہ کا مطلب نہیں ہے۔ فتنہ کا صرف ایک ہی مطلب ہے کہ ریلیجس آپشن کھلا ہوا ہو۔ تو اس پر کوئی پابندی نہ ہو۔</w:t>
      </w:r>
    </w:p>
    <w:p>
      <w:r>
        <w:rPr>
          <w:b/>
        </w:rPr>
        <w:t xml:space="preserve">[1:34:44] </w:t>
      </w:r>
      <w:r>
        <w:t>koi pabandi lagaye to phir fitnah loot ayega. jaise communist empire mein loot aya tha fitnah. baqi aaj kahin fitnah nahin hai.</w:t>
      </w:r>
    </w:p>
    <w:p>
      <w:pPr>
        <w:jc w:val="right"/>
      </w:pPr>
      <w:r>
        <w:t>کوئی پابندی لگائے تو پھر فتنہ لوٹ آئے گا۔ جیسے کمونسٹ ایمپائر میں لوٹ آیا تھا فتنہ۔ باقی آج کہیں فتنہ نہیں ہے۔</w:t>
      </w:r>
    </w:p>
    <w:p>
      <w:r>
        <w:rPr>
          <w:b/>
        </w:rPr>
        <w:t xml:space="preserve">[1:34:54] </w:t>
      </w:r>
      <w:r>
        <w:t>ab to kahin bhi nahin. communist empire khatam hone ke baad ab kahin bhi fitnah nahin hai. yani religious freedom sari duniya mein hai. religious option jagah khula hua hai.</w:t>
      </w:r>
    </w:p>
    <w:p>
      <w:pPr>
        <w:jc w:val="right"/>
      </w:pPr>
      <w:r>
        <w:t>اب تو کہیں بھی نہیں۔ کمونسٹ ایمپائر ختم ہونے کے بعد اب کہیں بھی فتنہ نہیں ہے۔ یعنی ریلیجس فریڈم ساری دنیا میں ہے۔ ریلیجس آپشن جگہ کھلا ہوا ہے۔</w:t>
      </w:r>
    </w:p>
    <w:p>
      <w:r>
        <w:rPr>
          <w:b/>
        </w:rPr>
        <w:t xml:space="preserve">[1:35:04] </w:t>
      </w:r>
      <w:r>
        <w:t>India mein bhi aur sari country mein. to asal cheez yeh hai ke log apne communal mind ke sath fitnah ka ko define karte hain.</w:t>
      </w:r>
    </w:p>
    <w:p>
      <w:pPr>
        <w:jc w:val="right"/>
      </w:pPr>
      <w:r>
        <w:t>انڈیا میں بھی اور ساری کنٹری میں۔ تو اصل چیز یہ ہے کہ لوگ اپنے کمیونل مائنڈ کے ساتھ فتنہ کا کو ڈیفائن کرتے ہیں۔</w:t>
      </w:r>
    </w:p>
    <w:p>
      <w:r>
        <w:rPr>
          <w:b/>
        </w:rPr>
        <w:t xml:space="preserve">[1:35:16] </w:t>
      </w:r>
      <w:r>
        <w:t>communal mind ke sath define karte hain. apni community ko le kar define karte hain.</w:t>
      </w:r>
    </w:p>
    <w:p>
      <w:pPr>
        <w:jc w:val="right"/>
      </w:pPr>
      <w:r>
        <w:t>کمیونل مائنڈ کے ساتھ ڈیفائن کرتے ہیں۔ اپنی کمیونٹی کو لے کر ڈیفائن کرتے ہیں۔</w:t>
      </w:r>
    </w:p>
    <w:p>
      <w:r>
        <w:rPr>
          <w:b/>
        </w:rPr>
        <w:t xml:space="preserve">[1:35:20] </w:t>
      </w:r>
      <w:r>
        <w:t>yani apni community ka interest kahin kahin woh ho raha ho. yani community ka risk aa raha ho to aap kahin fitnah hain. aap ki community Khuda ka concern nahin hai.</w:t>
      </w:r>
    </w:p>
    <w:p>
      <w:pPr>
        <w:jc w:val="right"/>
      </w:pPr>
      <w:r>
        <w:t>یعنی اپنی کمیونٹی کا انٹرسٹ کہیں کہیں وہ ہو رہا ہو۔ یعنی کمیونٹی کا رسک آ رہا ہو تو آپ کہیں فتنہ ہیں۔ آپ کی کمیونٹی خدا کا کنسرن نہیں ہے۔</w:t>
      </w:r>
    </w:p>
    <w:p>
      <w:r>
        <w:rPr>
          <w:b/>
        </w:rPr>
        <w:t xml:space="preserve">[1:35:32] </w:t>
      </w:r>
      <w:r>
        <w:t>Khuda ka concern yeh nahin ke aap ki community ko kya ho raha hai, kya nahin ho raha. woh aap ka concern hai. Khuda ka concern yeh hai ke insaan ko religious option khula hua ho.</w:t>
      </w:r>
    </w:p>
    <w:p>
      <w:pPr>
        <w:jc w:val="right"/>
      </w:pPr>
      <w:r>
        <w:t>خدا کا کنسرن یہ نہیں کہ آپ کی کمیونٹی کو کیا ہو رہا ہے، کیا نہیں ہو رہا۔ وہ آپ کا کنسرن ہے۔ خدا کا کنسرن یہ ہے کہ انسان کو ریلیجس آپشن کھلا ہوا ہو۔</w:t>
      </w:r>
    </w:p>
    <w:p>
      <w:r>
        <w:rPr>
          <w:b/>
        </w:rPr>
        <w:t xml:space="preserve">[1:35:40] </w:t>
      </w:r>
      <w:r>
        <w:t>taake Khuda test le sake ke tum ne sachai ka rasta khula hua tha, tum ne sachai ka option kyun nahin liya.</w:t>
      </w:r>
    </w:p>
    <w:p>
      <w:pPr>
        <w:jc w:val="right"/>
      </w:pPr>
      <w:r>
        <w:t>تاکہ خدا ٹیسٹ لے سکے کہ تم نے سچائی کا راستہ کھلا ہوا تھا، تم نے سچائی کا آپشن کیوں نہیں لیا۔</w:t>
      </w:r>
    </w:p>
    <w:p>
      <w:r>
        <w:rPr>
          <w:b/>
        </w:rPr>
        <w:t xml:space="preserve">[1:35:49] </w:t>
      </w:r>
      <w:r>
        <w:t>is baat ko achhe se samajh lijiye. khalaqal mauta wal hayata liyabluakum ayyukum ahsan amalan. to asal cheez yeh hai ke jo log aisi baatein karte hain, unhon ne definition badal rakhi hai.</w:t>
      </w:r>
    </w:p>
    <w:p>
      <w:pPr>
        <w:jc w:val="right"/>
      </w:pPr>
      <w:r>
        <w:t>اس بات کو اچھے سے سمجھ لیجیے۔ خلق الموت والحياة ليبلوكم أيكم أحسن عملاً تو اصل چیز یہ ہے کہ جو لوگ ایسی باتیں کرتے ہیں، انہوں نے ڈیفینیشن بدل رکھی ہے۔</w:t>
      </w:r>
    </w:p>
    <w:p>
      <w:r>
        <w:rPr>
          <w:b/>
        </w:rPr>
        <w:t xml:space="preserve">[1:36:03] </w:t>
      </w:r>
      <w:r>
        <w:t>abhi maine suna ke yahan India mein koi jagah hai, wahan par hajj hota hai. maine akhbar mein padha to definition badal diya unhon ne.</w:t>
      </w:r>
    </w:p>
    <w:p>
      <w:pPr>
        <w:jc w:val="right"/>
      </w:pPr>
      <w:r>
        <w:t>ابھی میں نے سنا کہ یہاں انڈیا میں کوئی جگہ ہے، وہاں پر حج ہوتا ہے۔ میں نے اخبار میں پڑھا تو ڈیفینیشن بدل دیا انہوں نے۔</w:t>
      </w:r>
    </w:p>
    <w:p>
      <w:r>
        <w:rPr>
          <w:b/>
        </w:rPr>
        <w:t xml:space="preserve">[1:36:12] </w:t>
      </w:r>
      <w:r>
        <w:t>hajj karne ke liye Mecca jaane ki zaroorat nahin hai, kahin bhi kar lo.</w:t>
      </w:r>
    </w:p>
    <w:p>
      <w:pPr>
        <w:jc w:val="right"/>
      </w:pPr>
      <w:r>
        <w:t>حج کرنے کے لیے مکہ جانے کی ضرورت نہیں ہے، کہیں بھی کر لو۔</w:t>
      </w:r>
    </w:p>
    <w:p>
      <w:r>
        <w:rPr>
          <w:b/>
        </w:rPr>
        <w:t xml:space="preserve">[1:36:16] </w:t>
      </w:r>
      <w:r>
        <w:t>to definition badal kar ke aap kuch bhi nikal sakte hain. lekin fitnah ka definition jo Quran o Hadees mein hai, woh sirf yahi hai. is mein Bukhari mein Hazrat Abdullah Ibn Umar ki jo riwayat hai, maine naqal kiya aap ki kitab mein.</w:t>
      </w:r>
    </w:p>
    <w:p>
      <w:pPr>
        <w:jc w:val="right"/>
      </w:pPr>
      <w:r>
        <w:t>تو ڈیفینیشن بدل کر کے آپ کچھ بھی نکال سکتے ہیں۔ لیکن فتنہ کا ڈیفینیشن جو قرآن و حدیث میں ہے، وہ صرف یہی ہے۔ اس میں بخاری میں حضرت عبداللہ ابن عمر کی جو روایت ہے، میں نے نقل کیا آپ کی کتاب میں۔</w:t>
      </w:r>
    </w:p>
    <w:p>
      <w:r>
        <w:rPr>
          <w:b/>
        </w:rPr>
        <w:t xml:space="preserve">[1:36:31] </w:t>
      </w:r>
      <w:r>
        <w:t>aur bohat clear tor par batati hai ke fitna kya hai. aap parh sakte hain is ko. volum un ki quran ki tafseer par hai, bukhari ki.</w:t>
      </w:r>
    </w:p>
    <w:p>
      <w:pPr>
        <w:jc w:val="right"/>
      </w:pPr>
      <w:r>
        <w:t>اور بہت کلیئر طور پر بتاتی ہے کہ فتنہ کیا ہے۔ آپ پڑھ سکتے ہیں اس کو۔ ولوم ان کی قرآن کی تفسیری پر ہے، بخاری کی۔</w:t>
      </w:r>
    </w:p>
    <w:p>
      <w:r>
        <w:rPr>
          <w:b/>
        </w:rPr>
        <w:t xml:space="preserve">[1:36:39] </w:t>
      </w:r>
      <w:r>
        <w:t>is mein abdullah ibn umar ki riwayat aayi hai, woh mein ne naqal kiya hai. usay clear tor par proof hota hai ke fitna ka matlab kya hai. religious option khatam karna.</w:t>
      </w:r>
    </w:p>
    <w:p>
      <w:pPr>
        <w:jc w:val="right"/>
      </w:pPr>
      <w:r>
        <w:t>اس میں عبداللہ ابن عمر کی روایت آئی ہے، وہ میں نے نقل کیا ہے۔ اسے کلیئر طور پر پروف ہوتا ہے کہ فتنہ کا مطلب کیا ہے۔ ریلیجس آپشن ختم کرنا۔</w:t>
      </w:r>
    </w:p>
    <w:p>
      <w:r>
        <w:rPr>
          <w:b/>
        </w:rPr>
        <w:t xml:space="preserve">[1:36:48] </w:t>
      </w:r>
      <w:r>
        <w:t>baqi koi cheez fitna nahi hai. misaal ke tor par un ke zamane mein abdullah ibn zubair ka jo jhagda hua tha, koi is ko fitna bata diya unhon ne.</w:t>
      </w:r>
    </w:p>
    <w:p>
      <w:pPr>
        <w:jc w:val="right"/>
      </w:pPr>
      <w:r>
        <w:t>باقی کوئی چیز فتنہ نہیں ہے۔ مثال کے طور پر ان کے زمانے میں عبداللہ ابن زبیر کا جو جھگڑا ہوا تھا، کوئی اس کو فتنہ بتا دیا انہوں نے۔</w:t>
      </w:r>
    </w:p>
    <w:p>
      <w:r>
        <w:rPr>
          <w:b/>
        </w:rPr>
        <w:t xml:space="preserve">[1:36:57] </w:t>
      </w:r>
      <w:r>
        <w:t>to unhon ne kaha ke nahi, yeh fitna nahi hai. yeh tum khud se tum ne bana rakha hai fitna. abdullah ibn zubair ka jo masla khara hua hai, woh fitna nahi hai.</w:t>
      </w:r>
    </w:p>
    <w:p>
      <w:pPr>
        <w:jc w:val="right"/>
      </w:pPr>
      <w:r>
        <w:t>تو انہوں نے کہا کہ نہیں، یہ فتنہ نہیں ہے۔ یہ تم خود سے تم نے بنا رکھا ہے فتنہ۔ عبداللہ ابن زبیر کا جو مسئلہ کھڑا ہوا ہے، وہ فتنہ نہیں ہے۔</w:t>
      </w:r>
    </w:p>
    <w:p>
      <w:r>
        <w:rPr>
          <w:b/>
        </w:rPr>
        <w:t xml:space="preserve">[1:37:06] </w:t>
      </w:r>
      <w:r>
        <w:t>woh</w:t>
      </w:r>
    </w:p>
    <w:p>
      <w:pPr>
        <w:jc w:val="right"/>
      </w:pPr>
      <w:r>
        <w:t>وہ</w:t>
      </w:r>
    </w:p>
    <w:p>
      <w:r>
        <w:rPr>
          <w:b/>
        </w:rPr>
        <w:t xml:space="preserve">[1:37:08] </w:t>
      </w:r>
      <w:r>
        <w:t>fitna to yeh hai ke aap ko religious option mein koi rok laga de. jis ko is mein shakk ho. fikr islami meri kitab hai, is mein aap parh sakte hain. mein ne un ki riwayat ko naqal kiya hai.</w:t>
      </w:r>
    </w:p>
    <w:p>
      <w:pPr>
        <w:jc w:val="right"/>
      </w:pPr>
      <w:r>
        <w:t>فتنہ تو یہ ہے کہ آپ کو ریلیجس آپشن میں کوئی روک لگا دے۔ جس کو اس میں شک ہو۔ فکر اسلامی میری کتاب ہے، اس میں آپ پڑھ سکتے ہیں۔ میں نے ان کی روایت کو نقل کیا ہے۔</w:t>
      </w:r>
    </w:p>
    <w:p>
      <w:r>
        <w:rPr>
          <w:b/>
        </w:rPr>
        <w:t xml:space="preserve">[1:37:19] </w:t>
      </w:r>
      <w:r>
        <w:t>jo bukhari mein do jagah aayi hai. dono ko naqal kiya, is ko aap parh sakte hain. aur aap ko maloom hai ji ke abdullah ibn zubair top ke sahabi hain.</w:t>
      </w:r>
    </w:p>
    <w:p>
      <w:pPr>
        <w:jc w:val="right"/>
      </w:pPr>
      <w:r>
        <w:t>جو بخاری میں دو جگہ آئی ہے۔ دونوں کو نقل کیا، اس کو آپ پڑھ سکتے ہیں۔ اور آپ کو معلوم ہے جی کہ عبداللہ ابن زبیر ٹاپ کے صحابی ہیں۔</w:t>
      </w:r>
    </w:p>
    <w:p>
      <w:r>
        <w:rPr>
          <w:b/>
        </w:rPr>
        <w:t xml:space="preserve">[1:37:31] </w:t>
      </w:r>
      <w:r>
        <w:t>top ke sahabi hain. this question is from mohammad athar shamsi</w:t>
      </w:r>
    </w:p>
    <w:p>
      <w:pPr>
        <w:jc w:val="right"/>
      </w:pPr>
      <w:r>
        <w:t>ٹاپ کے صحابی ہیں۔ This question is from Mohammad Athar Shamsi</w:t>
      </w:r>
    </w:p>
    <w:p>
      <w:r>
        <w:rPr>
          <w:b/>
        </w:rPr>
        <w:t xml:space="preserve">[1:37:37] </w:t>
      </w:r>
      <w:r>
        <w:t>: what is the possible role islam today can play in construction of modern india? sab se pehla hai ke musalman jhagda khatam kar dein.</w:t>
      </w:r>
    </w:p>
    <w:p>
      <w:pPr>
        <w:jc w:val="right"/>
      </w:pPr>
      <w:r>
        <w:t>: What is the possible role Islam today can play in construction of modern India? سب سے پہلا ہے کہ مسلمان جھگڑا ختم کر دیں۔</w:t>
      </w:r>
    </w:p>
    <w:p>
      <w:r>
        <w:rPr>
          <w:b/>
        </w:rPr>
        <w:t xml:space="preserve">[1:37:48] </w:t>
      </w:r>
      <w:r>
        <w:t>communal jhagda. sab se bura role jo musalman kar rahe hain, 47 se le kar ab tak, woh yeh ke hindu muslim jhagda. hindu muslim jhagda.</w:t>
      </w:r>
    </w:p>
    <w:p>
      <w:pPr>
        <w:jc w:val="right"/>
      </w:pPr>
      <w:r>
        <w:t>کمیونل جھگڑا۔ سب سے برا رول جو مسلمان کر رہے ہیں، 47 سے لے کر اب تک، وہ یہ کہ ہندو مسلم جھگڑا۔ ہندو مسلم جھگڑا۔</w:t>
      </w:r>
    </w:p>
    <w:p>
      <w:r>
        <w:rPr>
          <w:b/>
        </w:rPr>
        <w:t xml:space="preserve">[1:37:58] </w:t>
      </w:r>
      <w:r>
        <w:t>kisi bhi koi bhi issue aata hai to us ko foran communal jhagda bana dete</w:t>
      </w:r>
    </w:p>
    <w:p>
      <w:pPr>
        <w:jc w:val="right"/>
      </w:pPr>
      <w:r>
        <w:t>کسی بھی کوئی بھی ایشو آتا ہے تو اس کو فوراً کمیونل جھگڑا بنا دیتے</w:t>
      </w:r>
    </w:p>
    <w:p>
      <w:r>
        <w:rPr>
          <w:b/>
        </w:rPr>
        <w:t xml:space="preserve">[1:38:03] </w:t>
      </w:r>
      <w:r>
        <w:t>hain woh. jaise babri masjid ka bohat hi bara qissa tha. is mein log road par aa gaye. jalsa jaloos karne lage.</w:t>
      </w:r>
    </w:p>
    <w:p>
      <w:pPr>
        <w:jc w:val="right"/>
      </w:pPr>
      <w:r>
        <w:t>ہیں وہ۔ جیسے بابری مسجد کا بہت ہی بڑا قصہ تھا۔ اس میں لوگ روڈ پر آ گئے۔ جلسہ جلوس کرنے لگے۔</w:t>
      </w:r>
    </w:p>
    <w:p>
      <w:r>
        <w:rPr>
          <w:b/>
        </w:rPr>
        <w:t xml:space="preserve">[1:38:11] </w:t>
      </w:r>
      <w:r>
        <w:t>mein ne kaha ke is maamle ko aap sirf court mein decide kijiye. bas. sadkon par na laiye. sadkon par na laiye. koi communalize karna hai. yaad rakhiye, is masle ko court mein rakha jata to woh ek bohat hi ek is mein legal limit mein rehta woh.</w:t>
      </w:r>
    </w:p>
    <w:p>
      <w:pPr>
        <w:jc w:val="right"/>
      </w:pPr>
      <w:r>
        <w:t>میں نے کہا کہ اس معاملے کو آپ صرف کورٹ میں ڈیسائیڈ کیجیے۔ بس۔ سڑکوں پر نہ لائیے۔ سڑکوں پر نہ لائیے۔ کوئی کمیونلائز کرنا ہے۔ یاد رکھیے، اس مسئلے کو کورٹ میں رکھا جاتا تو وہ ایک بہت ہی ایک اس میں لیگل لیمٹ میں رہتا وہ۔</w:t>
      </w:r>
    </w:p>
    <w:p>
      <w:r>
        <w:rPr>
          <w:b/>
        </w:rPr>
        <w:t xml:space="preserve">[1:38:29] </w:t>
      </w:r>
      <w:r>
        <w:t>lekin jab aap road par laye to aap ne usay</w:t>
      </w:r>
    </w:p>
    <w:p>
      <w:pPr>
        <w:jc w:val="right"/>
      </w:pPr>
      <w:r>
        <w:t>لیکن جب آپ روڈ پر لائے تو آپ نے اسے</w:t>
      </w:r>
    </w:p>
    <w:p>
      <w:r>
        <w:rPr>
          <w:b/>
        </w:rPr>
        <w:t xml:space="preserve">[1:38:31] </w:t>
      </w:r>
      <w:r>
        <w:t>communalize kiya. phir hindu muslim takrao ho gaya. aisi shahbaniyon ka masla, us ko bhi road par laye. mein sakht khilaf tha is ke. mein ne kaha is ko road par bhi late hain aap.</w:t>
      </w:r>
    </w:p>
    <w:p>
      <w:pPr>
        <w:jc w:val="right"/>
      </w:pPr>
      <w:r>
        <w:t>کمیونلائز کیا۔ پھر ہندو مسلم ٹکراؤ ہو گیا۔ ایسی شاہبانیوں کا مسئلہ، اس کو بھی روڈ پر لائے۔ میں سخت خلاف تھا اس کے۔ میں نے کہا اس کو روڈ پر بھی لاتے ہیں آپ۔</w:t>
      </w:r>
    </w:p>
    <w:p>
      <w:r>
        <w:rPr>
          <w:b/>
        </w:rPr>
        <w:t xml:space="preserve">[1:38:42] </w:t>
      </w:r>
      <w:r>
        <w:t>to india ke musalmanon ka sab se pehla kamyabi islam ke aitbar se ke communal thinking chhoden. communal method chhoden.</w:t>
      </w:r>
    </w:p>
    <w:p>
      <w:pPr>
        <w:jc w:val="right"/>
      </w:pPr>
      <w:r>
        <w:t>تو انڈیا کے مسلمانوں کا سب سے پہلا کامیابی اسلام کے اعتبار سے کہ کمیونل تھنکنگ چھوڑیں۔ کمیونل میتھڈ چھوڑیں۔</w:t>
      </w:r>
    </w:p>
    <w:p>
      <w:r>
        <w:rPr>
          <w:b/>
        </w:rPr>
        <w:t xml:space="preserve">[1:38:51] </w:t>
      </w:r>
      <w:r>
        <w:t>communal clash chhoden. sab kuch chhod den. bilkul.</w:t>
      </w:r>
    </w:p>
    <w:p>
      <w:pPr>
        <w:jc w:val="right"/>
      </w:pPr>
      <w:r>
        <w:t>کمیونل کلیش چھوڑیں۔ سب کچھ چھوڑ دیں۔ بالکل۔</w:t>
      </w:r>
    </w:p>
    <w:p>
      <w:r>
        <w:rPr>
          <w:b/>
        </w:rPr>
        <w:t xml:space="preserve">[1:38:57] </w:t>
      </w:r>
      <w:r>
        <w:t>hindu ko sach much dil se mohabbat karen hindu se. is mulk se sach much dil se mohabbat karen. munafiqana tor par nahi.</w:t>
      </w:r>
    </w:p>
    <w:p>
      <w:pPr>
        <w:jc w:val="right"/>
      </w:pPr>
      <w:r>
        <w:t>ہندو کو سچ مچ دل سے محبت کریں ہندو سے۔ اس ملک سے سچ مچ دل سے محبت کریں۔ منافقانہ طور پر نہیں۔</w:t>
      </w:r>
    </w:p>
    <w:p>
      <w:r>
        <w:rPr>
          <w:b/>
        </w:rPr>
        <w:t xml:space="preserve">[1:39:06] </w:t>
      </w:r>
      <w:r>
        <w:t>sab se pehli cheez hai mohabbat ka jazba apne andar aana. mulk ke liye, qaum ke liye, logon ke liye. logon ke dil to nafrat se bhare hue hain.</w:t>
      </w:r>
    </w:p>
    <w:p>
      <w:pPr>
        <w:jc w:val="right"/>
      </w:pPr>
      <w:r>
        <w:t>سب سے پہلی چیز ہے محبت کا جذبہ اپنے اندر آنا۔ ملک کے لیے، قوم کے لیے، لوگوں کے لیے۔ لوگوں کے دل تو نفرت سے بھرے ہوئے ہیں۔</w:t>
      </w:r>
    </w:p>
    <w:p>
      <w:r>
        <w:rPr>
          <w:b/>
        </w:rPr>
        <w:t xml:space="preserve">[1:39:16] </w:t>
      </w:r>
      <w:r>
        <w:t>dawat kya hai? mein to kehta hoon woh lip service hogi woh dawat.</w:t>
      </w:r>
    </w:p>
    <w:p>
      <w:pPr>
        <w:jc w:val="right"/>
      </w:pPr>
      <w:r>
        <w:t>دعوت کیا ہے؟ میں تو کہتا ہوں وہ لپ سروس ہوگی وہ دعوت۔</w:t>
      </w:r>
    </w:p>
    <w:p>
      <w:r>
        <w:rPr>
          <w:b/>
        </w:rPr>
        <w:t xml:space="preserve">[1:39:20] </w:t>
      </w:r>
      <w:r>
        <w:t>india ke musalmanon ka sab se bara role yeh hai ke woh nafrat ko nikal den. communal parties ko nikal den. communal jhagdon ko nikal den.</w:t>
      </w:r>
    </w:p>
    <w:p>
      <w:pPr>
        <w:jc w:val="right"/>
      </w:pPr>
      <w:r>
        <w:t>انڈیا کے مسلمانوں کا سب سے بڑا رول یہ ہے کہ وہ نفرت کو نکال دیں۔ کمیونل پارٹیز کو نکال دیں۔ کمیونل جھگڑوں کو نکال دیں۔</w:t>
      </w:r>
    </w:p>
    <w:p>
      <w:r>
        <w:rPr>
          <w:b/>
        </w:rPr>
        <w:t xml:space="preserve">[1:39:30] </w:t>
      </w:r>
      <w:r>
        <w:t>aur bohat baray ghalati musalman yeh kar rahe hain ke jab election ka zamana aata hai, ek party ko harana, ek party ko jeetana. yeh bohat buri bra kaam ho raha hai yeh.</w:t>
      </w:r>
    </w:p>
    <w:p>
      <w:pPr>
        <w:jc w:val="right"/>
      </w:pPr>
      <w:r>
        <w:t>اور بہت بڑے غلطی مسلمان یہ کر رہے ہیں کہ جب الیکشن کا زمانہ آتا ہے، ایک پارٹی کو ہرانا، ایک پارٹی کو جیتانا۔ یہ بہت بری برا کام ہو رہا ہے یہ۔</w:t>
      </w:r>
    </w:p>
    <w:p>
      <w:r>
        <w:rPr>
          <w:b/>
        </w:rPr>
        <w:t xml:space="preserve">[1:39:40] </w:t>
      </w:r>
      <w:r>
        <w:t>is ki wajah se ke nafraten barhti hain. aap yeh yeh stand jo lete hain ke yeh pro muslim hai ya anti muslim hai, us ko jeetana hai, us ko harana hai, yeh sab mere nazdeek islam mein haram hai.</w:t>
      </w:r>
    </w:p>
    <w:p>
      <w:pPr>
        <w:jc w:val="right"/>
      </w:pPr>
      <w:r>
        <w:t>اس کی وجہ سے کہ نفرتیں بڑھتی ہیں۔ آپ یہ یہ اسٹینڈ جو لیتے ہیں کہ یہ پرو مسلم ہے یا اینٹی مسلم ہے، اس کو جیتانا ہے، اس کو ہرانا ہے، یہ سب میرے نزدیک اسلام میں حرام ہے۔</w:t>
      </w:r>
    </w:p>
    <w:p>
      <w:r>
        <w:rPr>
          <w:b/>
        </w:rPr>
        <w:t xml:space="preserve">[1:39:50] </w:t>
      </w:r>
      <w:r>
        <w:t>haram. is se dawat ka rasta khatam hota hai.</w:t>
      </w:r>
    </w:p>
    <w:p>
      <w:pPr>
        <w:jc w:val="right"/>
      </w:pPr>
      <w:r>
        <w:t>حرام۔ اس سے دعوت کا راستہ ختم ہوتا ہے۔</w:t>
      </w:r>
    </w:p>
    <w:p>
      <w:r>
        <w:rPr>
          <w:b/>
        </w:rPr>
        <w:t xml:space="preserve">[1:39:55] </w:t>
      </w:r>
      <w:r>
        <w:t>to sab se bara role doosron par nahi, apne upar hai. yaad rakhiye. india ke musalmanon ke liye sab se bara role jo hai, doosron par nahi hai. apne upar hai.</w:t>
      </w:r>
    </w:p>
    <w:p>
      <w:pPr>
        <w:jc w:val="right"/>
      </w:pPr>
      <w:r>
        <w:t>تو سب سے بڑا رول دوسروں پر نہیں، اپنے اوپر ہے۔ یاد رکھیے۔ انڈیا کے مسلمانوں کے لیے سب سے بڑا رول جو ہے، دوسروں پر نہیں ہے۔ اپنے اوپر ہے۔</w:t>
      </w:r>
    </w:p>
    <w:p>
      <w:r>
        <w:rPr>
          <w:b/>
        </w:rPr>
        <w:t xml:space="preserve">[1:40:04] </w:t>
      </w:r>
      <w:r>
        <w:t>apni parties ko badlo. apni communal thinking ko badlo. is ke baad apne aap rasta khul jayega. yeh sufiyon ke zamane mein khula hua tha.</w:t>
      </w:r>
    </w:p>
    <w:p>
      <w:pPr>
        <w:jc w:val="right"/>
      </w:pPr>
      <w:r>
        <w:t>اپنی پارٹیز کو بدلو۔ اپنی کمیونل تھنکنگ کو بدلو۔ اس کے بعد اپنے آپ راستہ کھل جائے گا۔ یہ صوفیوں کے زمانے میں کھلا ہوا تھا۔</w:t>
      </w:r>
    </w:p>
    <w:p>
      <w:r>
        <w:rPr>
          <w:b/>
        </w:rPr>
        <w:t xml:space="preserve">[1:40:15] </w:t>
      </w:r>
      <w:r>
        <w:t>sufiyon ke zamane mein apne aap islam phail gaya tha. kisi koshish ke baghair. ab jo hai kya hai, log rukawatein khadi kar di hain.</w:t>
      </w:r>
    </w:p>
    <w:p>
      <w:pPr>
        <w:jc w:val="right"/>
      </w:pPr>
      <w:r>
        <w:t>صوفیوں کے زمانے میں اپنے آپ اسلام پھیل گیا تھا۔ کسی کوشش کے بغیر۔ اب جو ہے کیا ہے، لوگ رکاوٹیں کھڑی کر دی ہیں۔</w:t>
      </w:r>
    </w:p>
    <w:p>
      <w:r>
        <w:rPr>
          <w:b/>
        </w:rPr>
        <w:t xml:space="preserve">[1:40:23] </w:t>
      </w:r>
      <w:r>
        <w:t>to musalmanon ko mein kehta hoon ke rukawatein khatam karo. balke yahan tak mein kehta hoon ke aap yeh kijiye, kuch na kijiye. musalmanon ko mein kehta hoon ke aap yeh kijiye, kuch na kijiye.</w:t>
      </w:r>
    </w:p>
    <w:p>
      <w:pPr>
        <w:jc w:val="right"/>
      </w:pPr>
      <w:r>
        <w:t>تو مسلمانوں کو میں کہتا ہوں کہ رکاوٹیں ختم کرو۔ بلکہ یہاں تک میں کہتا ہوں کہ آپ یہ کیجیے، کچھ نہ کیجیے۔ مسلمانوں کو میں کہتا ہوں کہ آپ یہ کیجیے، کچھ نہ کیجیے۔</w:t>
      </w:r>
    </w:p>
    <w:p>
      <w:r>
        <w:rPr>
          <w:b/>
        </w:rPr>
        <w:t xml:space="preserve">[1:40:36] </w:t>
      </w:r>
      <w:r>
        <w:t>aap ne khai kamaiye bas. chup chap se. khai kamaiye. kuch bhi na akhbaron mein statement dijiye.</w:t>
      </w:r>
    </w:p>
    <w:p>
      <w:pPr>
        <w:jc w:val="right"/>
      </w:pPr>
      <w:r>
        <w:t>آپ نے کھائی کمائیے بس۔ چپ چاپ سے۔ کھائی کمائیے۔ کچھ بھی نہ اخباروں میں سٹیٹمنٹ دیجیے۔</w:t>
      </w:r>
    </w:p>
    <w:p>
      <w:r>
        <w:rPr>
          <w:b/>
        </w:rPr>
        <w:t xml:space="preserve">[1:40:45] </w:t>
      </w:r>
      <w:r>
        <w:t>na koi bayan dijiye. na koi jalsa jaloos kijiye. khai kamaiye bas. yeh minimum, minimum.</w:t>
      </w:r>
    </w:p>
    <w:p>
      <w:pPr>
        <w:jc w:val="right"/>
      </w:pPr>
      <w:r>
        <w:t>نہ کوئی بیان دیجیے۔ نہ کوئی جلسہ جلوس کیجیے۔ کھائی کمائیے بس۔ یہ منیمم، منیمم۔</w:t>
      </w:r>
    </w:p>
    <w:p>
      <w:r>
        <w:rPr>
          <w:b/>
        </w:rPr>
        <w:t xml:space="preserve">[1:40:51] </w:t>
      </w:r>
      <w:r>
        <w:t>is ke baad dekh ke yahan kitna zabardast islam ki fasal ugaye gi. mera zaati tajurba hai ke hindu ko islam se nafrat nahi hai. hindu ko islam se nafrat nahi hai.</w:t>
      </w:r>
    </w:p>
    <w:p>
      <w:pPr>
        <w:jc w:val="right"/>
      </w:pPr>
      <w:r>
        <w:t>اس کے بعد دیکھ کے یہاں کتنا زبردست اسلام کی فصل اگائے گی۔ میرا ذاتی تجربہ ہے کہ ہندو کو اسلام سے نفرت نہیں ہے۔ ہندو کو اسلام سے نفرت نہیں ہے۔</w:t>
      </w:r>
    </w:p>
    <w:p>
      <w:r>
        <w:rPr>
          <w:b/>
        </w:rPr>
        <w:t xml:space="preserve">[1:41:03] </w:t>
      </w:r>
      <w:r>
        <w:t>hindu ko musalmanon ke communal party se nafrat hai. communal thinking se nafrat hai. is ko khatam karna hai humein. agar hamein islam ki koi history banana hai islam mein, india mein to.</w:t>
      </w:r>
    </w:p>
    <w:p>
      <w:pPr>
        <w:jc w:val="right"/>
      </w:pPr>
      <w:r>
        <w:t>ہندو کو مسلمانوں کے کمیونل پارٹی سے نفرت ہے۔ کمیونل تھنکنگ سے نفرت ہے۔ اس کو ختم کرنا ہے ہمیں۔ اگر ہمیں اسلام کی کوئی ہسٹری بنانا ہے اسلام میں، انڈیا میں تو۔</w:t>
      </w:r>
    </w:p>
    <w:p>
      <w:r>
        <w:rPr>
          <w:b/>
        </w:rPr>
        <w:t xml:space="preserve">[1:41:16] </w:t>
      </w:r>
      <w:r>
        <w:t>He has another question:</w:t>
      </w:r>
    </w:p>
    <w:p>
      <w:pPr>
        <w:jc w:val="right"/>
      </w:pPr>
      <w:r>
        <w:t>He has another question:</w:t>
      </w:r>
    </w:p>
    <w:p>
      <w:r>
        <w:rPr>
          <w:b/>
        </w:rPr>
        <w:t xml:space="preserve">[1:41:18] </w:t>
      </w:r>
      <w:r>
        <w:t>If a man can have four wives, then why a woman cannot have four life partners as per Islam? mein bas woh four wife ko bhi nahi manta.</w:t>
      </w:r>
    </w:p>
    <w:p>
      <w:pPr>
        <w:jc w:val="right"/>
      </w:pPr>
      <w:r>
        <w:t>If a man can have four wives, then why a woman cannot have four life partners as per Islam? میں بس وہ فور وائف کو بھی نہیں مانتا۔</w:t>
      </w:r>
    </w:p>
    <w:p>
      <w:r>
        <w:rPr>
          <w:b/>
        </w:rPr>
        <w:t xml:space="preserve">[1:41:29] </w:t>
      </w:r>
      <w:r>
        <w:t>mein to samajhta hoon ke ek ek mard, ek aurat, bas yahi behtareen tareeqa hai. yeh four wife ka tareeqa jo hai, yeh bilkul yani logon ka banaya hua hai.</w:t>
      </w:r>
    </w:p>
    <w:p>
      <w:pPr>
        <w:jc w:val="right"/>
      </w:pPr>
      <w:r>
        <w:t>میں تو سمجھتا ہوں کہ ایک ایک مرد، ایک عورت، بس یہی بہترین طریقہ ہے۔ یہ فور وائف کا طریقہ جو ہے، یہ بالکل یعنی لوگوں کا بنایا ہوا ہے۔</w:t>
      </w:r>
    </w:p>
    <w:p>
      <w:r>
        <w:rPr>
          <w:b/>
        </w:rPr>
        <w:t xml:space="preserve">[1:41:39] </w:t>
      </w:r>
      <w:r>
        <w:t>dekhiye, aap is ko achi tarah samajh lijiye ke islam mein char biwi ki jo raat di gayi hai, woh sirf ek emergency ke liye hai.</w:t>
      </w:r>
    </w:p>
    <w:p>
      <w:pPr>
        <w:jc w:val="right"/>
      </w:pPr>
      <w:r>
        <w:t>دیکھیے، آپ اس کو اچھی طرح سمجھ لیجیے کہ اسلام میں چار بیوی کی جو رات دی گئی ہے، وہ صرف ایک ایمرجنسی کے لیے ہے۔</w:t>
      </w:r>
    </w:p>
    <w:p>
      <w:r>
        <w:rPr>
          <w:b/>
        </w:rPr>
        <w:t xml:space="preserve">[1:41:48] </w:t>
      </w:r>
      <w:r>
        <w:t>bas yeh nahi ke aam halat mein aap char char shadiyan karein. emergency kya hai? jab society mein auratein surplus ho jayein. bas us waqt ke liye hai.</w:t>
      </w:r>
    </w:p>
    <w:p>
      <w:pPr>
        <w:jc w:val="right"/>
      </w:pPr>
      <w:r>
        <w:t>بس یہ نہیں کہ عام حالت میں آپ چار چار شادیاں کریں۔ ایمرجنسی کیا ہے؟ جب سوسائٹی میں عورتیں سرپلس ہو جائیں۔ بس اس وقت کے لیے ہے۔</w:t>
      </w:r>
    </w:p>
    <w:p>
      <w:r>
        <w:rPr>
          <w:b/>
        </w:rPr>
        <w:t xml:space="preserve">[1:41:58] </w:t>
      </w:r>
      <w:r>
        <w:t>aur chunke generally yeh hota hai ke mard surplus nahi hote, auratein surplus hoti hain. ladai mein mard mare jate hain. koi building gire to mard mazdoor mare jate hain.</w:t>
      </w:r>
    </w:p>
    <w:p>
      <w:pPr>
        <w:jc w:val="right"/>
      </w:pPr>
      <w:r>
        <w:t>اور چونکہ جنرلی یہ ہوتا ہے کہ مرد سرپلس نہیں ہوتے، عورتیں سرپلس ہوتی ہیں۔ لڑائی میں مرد مارے جاتے ہیں۔ کوئی بلڈنگ گرے تو مرد مزدور مارے جاتے ہیں۔</w:t>
      </w:r>
    </w:p>
    <w:p>
      <w:r>
        <w:rPr>
          <w:b/>
        </w:rPr>
        <w:t xml:space="preserve">[1:42:11] </w:t>
      </w:r>
      <w:r>
        <w:t>aaj bhi yahi hota hai. hawadath mein clash ho to hum zyada tar mard mare jate hain.</w:t>
      </w:r>
    </w:p>
    <w:p>
      <w:pPr>
        <w:jc w:val="right"/>
      </w:pPr>
      <w:r>
        <w:t>آج بھی یہی ہوتا ہے۔ حوادث میں کلیش ہو تو ہم زیادہ تر مرد مارے جاتے ہیں۔</w:t>
      </w:r>
    </w:p>
    <w:p>
      <w:r>
        <w:rPr>
          <w:b/>
        </w:rPr>
        <w:t xml:space="preserve">[1:42:16] </w:t>
      </w:r>
      <w:r>
        <w:t>to chunke aisa hota hai ke mard jo hain, woh mare jate hain, is liye auratein surplus ho jati hain. mard kabhi surplus, poori history mein aisa kabhi nahi hua ke mard surplus ho gaye hon.</w:t>
      </w:r>
    </w:p>
    <w:p>
      <w:pPr>
        <w:jc w:val="right"/>
      </w:pPr>
      <w:r>
        <w:t>تو چونکہ ایسا ہوتا ہے کہ مرد جو ہیں، وہ مارے جاتے ہیں، اس لیے عورتیں سرپلس ہو جاتی ہیں۔ مرد کبھی سرپلس، پوری ہسٹری میں ایسا کبھی نہیں ہوا کہ مرد سرپلس ہو گئے ہوں۔</w:t>
      </w:r>
    </w:p>
    <w:p>
      <w:r>
        <w:rPr>
          <w:b/>
        </w:rPr>
        <w:t xml:space="preserve">[1:42:27] </w:t>
      </w:r>
      <w:r>
        <w:t>aisa kabhi kabhi nahi hua. yeh ek practical issue hai yeh. is ka taluq aqeeday se nahi hai. practical baat hai ke jab aurat surplus ho jaye to is ko kaise yani manage kiya jaye.</w:t>
      </w:r>
    </w:p>
    <w:p>
      <w:pPr>
        <w:jc w:val="right"/>
      </w:pPr>
      <w:r>
        <w:t>ایسا کبھی کبھی نہیں ہوا۔ یہ ایک پریکٹیکل ایشو ہے یہ۔ اس کا تعلق عقیدے سے نہیں ہے۔ پریکٹیکل بات ہے کہ جب عورت سرپلس ہو جائے تو اس کو کیسے یعنی مینج کیا جائے۔</w:t>
      </w:r>
    </w:p>
    <w:p>
      <w:r>
        <w:rPr>
          <w:b/>
        </w:rPr>
        <w:t xml:space="preserve">[1:42:43] </w:t>
      </w:r>
      <w:r>
        <w:t>woh manage karne ka yeh tareeq</w:t>
      </w:r>
    </w:p>
    <w:p>
      <w:pPr>
        <w:jc w:val="right"/>
      </w:pPr>
      <w:r>
        <w:t>وہ مینج کرنے کا یہ طریق</w:t>
      </w:r>
    </w:p>
    <w:p>
      <w:r>
        <w:rPr>
          <w:b/>
        </w:rPr>
        <w:t xml:space="preserve">[1:42:44] </w:t>
      </w:r>
      <w:r>
        <w:t>hai. us waqt tak jab tak auratein surplus mein hain. bas jab auratein surplus na rahein to yeh phir yeh jo hai, us waqt nahi, yeh nahi hoga.</w:t>
      </w:r>
    </w:p>
    <w:p>
      <w:pPr>
        <w:jc w:val="right"/>
      </w:pPr>
      <w:r>
        <w:t>ہ ہے۔ اس وقت تک جب تک عورتیں سرپلس میں ہیں۔ بس جب عورتیں سرپلس نہ رہیں تو یہ پھر یہ جو ہے، اس وقت نہیں، یہ نہیں ہوگا۔</w:t>
      </w:r>
    </w:p>
    <w:p>
      <w:r>
        <w:rPr>
          <w:b/>
        </w:rPr>
        <w:t xml:space="preserve">[1:42:54] </w:t>
      </w:r>
      <w:r>
        <w:t>aisa nahi kiya jayega. to us waqt auratein surplus mein nahi hain. us waqt ek mard, ek aurat, mere nazariye yeh hai is mamle mein.</w:t>
      </w:r>
    </w:p>
    <w:p>
      <w:pPr>
        <w:jc w:val="right"/>
      </w:pPr>
      <w:r>
        <w:t>ایسا نہیں کیا جائے گا۔ تو اس وقت عورتیں سرپلس میں نہیں ہیں۔ اس وقت ایک مرد، ایک عورت، میرے نظریے یہ ہے اس معاملے میں۔</w:t>
      </w:r>
    </w:p>
    <w:p>
      <w:r>
        <w:rPr>
          <w:b/>
        </w:rPr>
        <w:t xml:space="preserve">[1:43:03] </w:t>
      </w:r>
      <w:r>
        <w:t>This question is from Stuti: Is first chance according to law of nature always lost?</w:t>
      </w:r>
    </w:p>
    <w:p>
      <w:pPr>
        <w:jc w:val="right"/>
      </w:pPr>
      <w:r>
        <w:t>This question is from Stuti: Is first chance according to law of nature always lost?</w:t>
      </w:r>
    </w:p>
    <w:p>
      <w:r>
        <w:rPr>
          <w:b/>
        </w:rPr>
        <w:t xml:space="preserve">[1:43:12] </w:t>
      </w:r>
      <w:r>
        <w:t>bhai dekhiye, first chance ka matlab hai without having experience zindagi mein chhalang lagana.</w:t>
      </w:r>
    </w:p>
    <w:p>
      <w:pPr>
        <w:jc w:val="right"/>
      </w:pPr>
      <w:r>
        <w:t>بھائی دیکھیے، first chance کا مطلب ہے without having experience زندگی میں چھلانگ لگانا۔</w:t>
      </w:r>
    </w:p>
    <w:p>
      <w:r>
        <w:rPr>
          <w:b/>
        </w:rPr>
        <w:t xml:space="preserve">[1:43:25] </w:t>
      </w:r>
      <w:r>
        <w:t>aur second chance ka matlab hai ke ke is ki experience lene ke baad zindagi mein dakhil hona.</w:t>
      </w:r>
    </w:p>
    <w:p>
      <w:pPr>
        <w:jc w:val="right"/>
      </w:pPr>
      <w:r>
        <w:t>اور second chance کا مطلب ہے کہ کہ اس کی experience لینے کے بعد زندگی میں داخل ہونا۔</w:t>
      </w:r>
    </w:p>
    <w:p>
      <w:r>
        <w:rPr>
          <w:b/>
        </w:rPr>
        <w:t xml:space="preserve">[1:43:37] </w:t>
      </w:r>
      <w:r>
        <w:t>to jab bhi aap aisa karenge to to pehla chance jo hai usi waqt hota hai ke abhi aap ko tajurba nahi hai, abhi aap ko experience nahi hai, aap ne kaam shuru kar diya.</w:t>
      </w:r>
    </w:p>
    <w:p>
      <w:pPr>
        <w:jc w:val="right"/>
      </w:pPr>
      <w:r>
        <w:t>تو جب بھی آپ ایسا کریں گے تو تو پہلا chance جو ہے اسی وقت ہوتا ہے کہ ابھی آپ کو تجربہ نہیں ہے، ابھی آپ کو experience نہیں ہے، آپ نے کام شروع کر دیا۔</w:t>
      </w:r>
    </w:p>
    <w:p>
      <w:r>
        <w:rPr>
          <w:b/>
        </w:rPr>
        <w:t xml:space="preserve">[1:43:49] </w:t>
      </w:r>
      <w:r>
        <w:t>to without experience shuru kar diya aap ne. to kuch dinon ke baad aap ko jo experience hota hai, kuch nuksan, kuch faida dene ke baad, to phir ek naya chance lete hain aap.</w:t>
      </w:r>
    </w:p>
    <w:p>
      <w:pPr>
        <w:jc w:val="right"/>
      </w:pPr>
      <w:r>
        <w:t>تو without experience شروع کر دیا آپ نے۔ تو کچھ دنوں کے بعد آپ کو جو experience ہوتا ہے، کچھ نقصان، کچھ فائدہ دینے کے بعد، تو پھر ایک نیا chance لیتے ہیں آپ۔</w:t>
      </w:r>
    </w:p>
    <w:p>
      <w:r>
        <w:rPr>
          <w:b/>
        </w:rPr>
        <w:t xml:space="preserve">[1:44:00] </w:t>
      </w:r>
      <w:r>
        <w:t>second chance</w:t>
      </w:r>
    </w:p>
    <w:p>
      <w:pPr>
        <w:jc w:val="right"/>
      </w:pPr>
      <w:r>
        <w:t>Second chance</w:t>
      </w:r>
    </w:p>
    <w:p>
      <w:r>
        <w:rPr>
          <w:b/>
        </w:rPr>
        <w:t xml:space="preserve">[1:44:01] </w:t>
      </w:r>
      <w:r>
        <w:t>. to second chance ka matlab hai experience ke baad zindagi mein dakhil hona. first chance ka matlab yeh hai without experience zindagi mein dakhil hona.</w:t>
      </w:r>
    </w:p>
    <w:p>
      <w:pPr>
        <w:jc w:val="right"/>
      </w:pPr>
      <w:r>
        <w:t>۔ تو second chance کا مطلب ہے experience کے بعد زندگی میں داخل ہونا۔ First chance کا مطلب یہ ہے without experience زندگی میں داخل ہونا۔</w:t>
      </w:r>
    </w:p>
    <w:p>
      <w:r>
        <w:rPr>
          <w:b/>
        </w:rPr>
        <w:t xml:space="preserve">[1:44:14] </w:t>
      </w:r>
      <w:r>
        <w:t>It is but natural ke woh aisa hota hi hota hai har ek ke sath. sab ke sath aisa hota hai. yahan jo log baithe hue hain, woh bhi sochen, unhon ne bhi kisi first chance ko khoya hoga.</w:t>
      </w:r>
    </w:p>
    <w:p>
      <w:pPr>
        <w:jc w:val="right"/>
      </w:pPr>
      <w:r>
        <w:t>It is but natural کہ وہ ایسا ہوتا ہی ہوتا ہے ہر ایک کے ساتھ۔ سب کے ساتھ ایسا ہوتا ہے۔ یہاں جو لوگ بیٹھے ہوئے ہیں، وہ بھی سوچیں، انہوں نے بھی کسی first chance کو کھویا ہوگا۔</w:t>
      </w:r>
    </w:p>
    <w:p>
      <w:r>
        <w:rPr>
          <w:b/>
        </w:rPr>
        <w:t xml:space="preserve">[1:44:26] </w:t>
      </w:r>
      <w:r>
        <w:t>phir second chance mein aa kar ke woh is ko achieve kiya hoga.</w:t>
      </w:r>
    </w:p>
    <w:p>
      <w:pPr>
        <w:jc w:val="right"/>
      </w:pPr>
      <w:r>
        <w:t>پھر second chance میں آ کر کے وہ اس کو achieve کیا ہوگا۔</w:t>
      </w:r>
    </w:p>
    <w:p>
      <w:r>
        <w:rPr>
          <w:b/>
        </w:rPr>
        <w:t xml:space="preserve">[1:44:32] </w:t>
      </w:r>
      <w:r>
        <w:t>This question is from Abru Aman: According to Quranic revelation, what is the first thing which came to the world? Is it pen, knowledge, or wisdom?</w:t>
      </w:r>
    </w:p>
    <w:p>
      <w:pPr>
        <w:jc w:val="right"/>
      </w:pPr>
      <w:r>
        <w:t>This question is from Abru Aman: According to Quranic revelation, what is the first thing which came to the world? Is it pen, knowledge, or wisdom?</w:t>
      </w:r>
    </w:p>
    <w:p>
      <w:r>
        <w:rPr>
          <w:b/>
        </w:rPr>
        <w:t xml:space="preserve">[1:44:43] </w:t>
      </w:r>
      <w:r>
        <w:t>dekhiye, hadith mein to hai ke Khuda ne sab se pehle qalam ko paida kiya. Quran mein aisa nahi hai. yeh hadith mein aisa hai ke sab se pehle Khuda ne qalam ko paida kiya.</w:t>
      </w:r>
    </w:p>
    <w:p>
      <w:pPr>
        <w:jc w:val="right"/>
      </w:pPr>
      <w:r>
        <w:t>دیکھیے، حدیث میں تو ہے کہ خدا نے سب سے پہلے قلم کو پیدا کیا۔ قرآن میں ایسا نہیں ہے۔ یہ حدیث میں ایسا ہے کہ سب سے پہلے خدا نے قلم کو پیدا کیا۔</w:t>
      </w:r>
    </w:p>
    <w:p>
      <w:r>
        <w:rPr>
          <w:b/>
        </w:rPr>
        <w:t xml:space="preserve">[1:44:54] </w:t>
      </w:r>
      <w:r>
        <w:t>aur Bible mein hai ke Khuda ne word ko paida kiya. word, shab.</w:t>
      </w:r>
    </w:p>
    <w:p>
      <w:pPr>
        <w:jc w:val="right"/>
      </w:pPr>
      <w:r>
        <w:t>اور بائبل میں ہے کہ خدا نے ورڈ کو پیدا کیا۔ ورڈ، شب۔</w:t>
      </w:r>
    </w:p>
    <w:p>
      <w:r>
        <w:rPr>
          <w:b/>
        </w:rPr>
        <w:t xml:space="preserve">[1:44:59] </w:t>
      </w:r>
      <w:r>
        <w:t>Bible ke mutabiq Khuda ne sab se pehle shab ko paida kiya. hadith ke mutabiq Khuda ne sab se pehle qalam ko paida kiya. baqi is ki koi history, koi is ki nahi hai. yani Bible mein yeh baat hai, hadith mein yeh baat hai, lekin agar historical, historical record se aap janna chahen to history mein aisa koi record nahi hai jise hum aap ko bata saken.</w:t>
      </w:r>
    </w:p>
    <w:p>
      <w:pPr>
        <w:jc w:val="right"/>
      </w:pPr>
      <w:r>
        <w:t>بائبل کے مطابق خدا نے سب سے پہلے شب کو پیدا کیا۔ حدیث کے مطابق خدا نے سب سے پہلے قلم کو پیدا کیا۔ باقی اس کی کوئی ہسٹری، کوئی اس کی نہیں ہے۔ یعنی بائبل میں یہ بات ہے، حدیث میں یہ بات ہے، لیکن اگر ہسٹوریکل، ہسٹوریکل ریکارڈ سے آپ جاننا چاہیں تو ہسٹری میں ایسا کوئی ریکارڈ نہیں ہے جسے ہم آپ کو بتا سکیں۔</w:t>
      </w:r>
    </w:p>
    <w:p>
      <w:r>
        <w:rPr>
          <w:b/>
        </w:rPr>
        <w:t xml:space="preserve">[1:45:18] </w:t>
      </w:r>
      <w:r>
        <w:t>lekin main yahi keh sakta hoon ke hadith mein aisa hai, Bible mein aisa hai. baqi historically kya hai to main is ko kuch bata nahi sakta.</w:t>
      </w:r>
    </w:p>
    <w:p>
      <w:pPr>
        <w:jc w:val="right"/>
      </w:pPr>
      <w:r>
        <w:t>لیکن میں یہی کہہ سکتا ہوں کہ حدیث میں ایسا ہے، بائبل میں ایسا ہے۔ باقی ہسٹوریکلی کیا ہے تو میں اس کو کچھ بتا نہیں سکتا۔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