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&amp; The Prophet of Islam October 21, 2012</w:t>
      </w:r>
    </w:p>
    <w:p>
      <w:r>
        <w:t>https://youtu.be/qdki-pNoY3I</w:t>
      </w:r>
    </w:p>
    <w:p>
      <w:r>
        <w:rPr>
          <w:b/>
        </w:rPr>
        <w:t xml:space="preserve">[00:15] </w:t>
      </w:r>
      <w:r>
        <w:t>bismillah rahman rahim. wa salallahu ala nabiyyil karim. rab ishrah li sadri, wa yassir li amri,</w:t>
      </w:r>
    </w:p>
    <w:p>
      <w:pPr>
        <w:jc w:val="right"/>
      </w:pPr>
      <w:r>
        <w:t>بسماللہ الرحمن الرحیم۔ وصلیاللہ علی النبی الکریم ۔ رباشرحلی صدری ،و یسرلیامری ،</w:t>
      </w:r>
    </w:p>
    <w:p>
      <w:r>
        <w:rPr>
          <w:b/>
        </w:rPr>
        <w:t xml:space="preserve">[00:29] </w:t>
      </w:r>
      <w:r>
        <w:t>wah lul uqdatan min lisani, yafqahu qawli.</w:t>
      </w:r>
    </w:p>
    <w:p>
      <w:pPr>
        <w:jc w:val="right"/>
      </w:pPr>
      <w:r>
        <w:t>واحلالعقد ۃمن لسانی ، یفقہ قولی۔</w:t>
      </w:r>
    </w:p>
    <w:p>
      <w:r>
        <w:rPr>
          <w:b/>
        </w:rPr>
        <w:t xml:space="preserve">[00:38] </w:t>
      </w:r>
      <w:r>
        <w:t>aaj ka topic hai:</w:t>
      </w:r>
    </w:p>
    <w:p>
      <w:pPr>
        <w:jc w:val="right"/>
      </w:pPr>
      <w:r>
        <w:t>آج کاٹاپکہے:</w:t>
      </w:r>
    </w:p>
    <w:p>
      <w:r>
        <w:rPr>
          <w:b/>
        </w:rPr>
        <w:t xml:space="preserve">[00:42] </w:t>
      </w:r>
      <w:r>
        <w:t>islam and the prophet of islam. yaani islam aur paighambar e islam.</w:t>
      </w:r>
    </w:p>
    <w:p>
      <w:pPr>
        <w:jc w:val="right"/>
      </w:pPr>
      <w:r>
        <w:t>اسلام اینڈ دیپرافٹآفاسلام ۔ یعنیاسلام اور پیغمبر اسلام ۔</w:t>
      </w:r>
    </w:p>
    <w:p>
      <w:r>
        <w:rPr>
          <w:b/>
        </w:rPr>
        <w:t xml:space="preserve">[00:53] </w:t>
      </w:r>
      <w:r>
        <w:t>quran mein surah al maidah mein ek ayat hai: "alyawma akmaltu lakum deenakum wa atmamtu alaykum ni'mati wa radhitu lakumul islaama deena".</w:t>
      </w:r>
    </w:p>
    <w:p>
      <w:pPr>
        <w:jc w:val="right"/>
      </w:pPr>
      <w:r>
        <w:t>قرآنمیں سورہ المائدہمیں ایکآیتہے: "الیوم اکملت لکم دین کم واتممت علیکم نعم تی ورز یتلکم الاسلام دینا"۔</w:t>
      </w:r>
    </w:p>
    <w:p>
      <w:r>
        <w:rPr>
          <w:b/>
        </w:rPr>
        <w:t xml:space="preserve">[01:11] </w:t>
      </w:r>
      <w:r>
        <w:t>iska matlab hai ke aaj</w:t>
      </w:r>
    </w:p>
    <w:p>
      <w:pPr>
        <w:jc w:val="right"/>
      </w:pPr>
      <w:r>
        <w:t>اسکامطلبہےکہآج</w:t>
      </w:r>
    </w:p>
    <w:p>
      <w:r>
        <w:rPr>
          <w:b/>
        </w:rPr>
        <w:t xml:space="preserve">[01:15] </w:t>
      </w:r>
      <w:r>
        <w:t>maine, yaani Allah ne,</w:t>
      </w:r>
    </w:p>
    <w:p>
      <w:pPr>
        <w:jc w:val="right"/>
      </w:pPr>
      <w:r>
        <w:t>میںنے ،یعنیاللہ نے،</w:t>
      </w:r>
    </w:p>
    <w:p>
      <w:r>
        <w:rPr>
          <w:b/>
        </w:rPr>
        <w:t xml:space="preserve">[01:20] </w:t>
      </w:r>
      <w:r>
        <w:t>complete kar diya tumhara deen. aur raazi ho gaya tumhare deen par.</w:t>
      </w:r>
    </w:p>
    <w:p>
      <w:pPr>
        <w:jc w:val="right"/>
      </w:pPr>
      <w:r>
        <w:t>کمپلیٹکردیا تمہارادین ۔ اور راضیہوگیا تمہارے دینپر ۔</w:t>
      </w:r>
    </w:p>
    <w:p>
      <w:r>
        <w:rPr>
          <w:b/>
        </w:rPr>
        <w:t xml:space="preserve">[01:30] </w:t>
      </w:r>
      <w:r>
        <w:t>toh yeh jo lafz hai "complete kar diya" ya "ikmal" ya "takmeel", iska matlab yeh nahin hai ke deen ke jo teachings hain,</w:t>
      </w:r>
    </w:p>
    <w:p>
      <w:pPr>
        <w:jc w:val="right"/>
      </w:pPr>
      <w:r>
        <w:t>تو یہ جولفظہے "کمپلیٹکردیا" یا "اکمال "یا "تکمیل" ،اسکا مطلب یہنہیں ہے کہ دین کےجوٹیچنگزہیں،</w:t>
      </w:r>
    </w:p>
    <w:p>
      <w:r>
        <w:rPr>
          <w:b/>
        </w:rPr>
        <w:t xml:space="preserve">[01:43] </w:t>
      </w:r>
      <w:r>
        <w:t>deen ke jo ahkam hain, inki list complete kar di. yeh completion of list ka mamla nahin hai.</w:t>
      </w:r>
    </w:p>
    <w:p>
      <w:pPr>
        <w:jc w:val="right"/>
      </w:pPr>
      <w:r>
        <w:t>دینکےجو احکامہیں، انکی لسٹ کمپلیٹکردی۔ یہ کمپلی شن آفلسٹکا معاملہنہیں ہے۔</w:t>
      </w:r>
    </w:p>
    <w:p>
      <w:r>
        <w:rPr>
          <w:b/>
        </w:rPr>
        <w:t xml:space="preserve">[01:55] </w:t>
      </w:r>
      <w:r>
        <w:t>dekhiye, quran ke mutabiq Allah ne pichhle tamam zamanon mein barabar apne prophet bheje.</w:t>
      </w:r>
    </w:p>
    <w:p>
      <w:pPr>
        <w:jc w:val="right"/>
      </w:pPr>
      <w:r>
        <w:t>دیکھیے، قرآنکےمطابق اللہ نے پچھلےتمام زبان وںمیں برابر اپنے پرافٹبھیجے۔</w:t>
      </w:r>
    </w:p>
    <w:p>
      <w:r>
        <w:rPr>
          <w:b/>
        </w:rPr>
        <w:t xml:space="preserve">[02:10] </w:t>
      </w:r>
      <w:r>
        <w:t>thumma arsalna rusulana tatara. tamam prophet surah ashr mein jo ayat hai uske mutabiq ek hi deen le kar aaye.</w:t>
      </w:r>
    </w:p>
    <w:p>
      <w:pPr>
        <w:jc w:val="right"/>
      </w:pPr>
      <w:r>
        <w:t>ثم ارسلنا رسل نا تطرا۔ تمام پرافٹ سورہعاشورہمیں جو آیتہےاسکےمطابق ایکہی دینلےکرآئے۔</w:t>
      </w:r>
    </w:p>
    <w:p>
      <w:r>
        <w:rPr>
          <w:b/>
        </w:rPr>
        <w:t xml:space="preserve">[02:24] </w:t>
      </w:r>
      <w:r>
        <w:t>yaani hazrat nooh ka jo deen tha wahi hazrat muhammad ka deen tha. koi farq nahin tha dono ke deen mein. toh ab sawal yeh hai ke yeh deen ko complete karne ka matlab kya hai?</w:t>
      </w:r>
    </w:p>
    <w:p>
      <w:pPr>
        <w:jc w:val="right"/>
      </w:pPr>
      <w:r>
        <w:t>یعنیحضرتنوحکاجودینتھا وہیحضرتمحمد کادینتھا۔ کوئیفرقنہیں تھا دونوںکےدینمیں ۔ تو ابسوالیہہےکہ یہ دینکو کمپلیٹکرنےکامطلبکیاہے ؟</w:t>
      </w:r>
    </w:p>
    <w:p>
      <w:r>
        <w:rPr>
          <w:b/>
        </w:rPr>
        <w:t xml:space="preserve">[02:40] </w:t>
      </w:r>
      <w:r>
        <w:t>toh deen ko complete karne ka yeh matlab nahin hai ke quran mein, ya pichhle quran mein, complete kar diya pichhle deen ke ahkam ko.</w:t>
      </w:r>
    </w:p>
    <w:p>
      <w:pPr>
        <w:jc w:val="right"/>
      </w:pPr>
      <w:r>
        <w:t>تو دینکو کمپلیٹکرنے کایہمطلبنہیںہے کہ قرآنمیں، یا پچھلے قرآنمیں،کمپلیٹکردیا پچھلے دین کے احکامکو ۔</w:t>
      </w:r>
    </w:p>
    <w:p>
      <w:r>
        <w:rPr>
          <w:b/>
        </w:rPr>
        <w:t xml:space="preserve">[02:55] </w:t>
      </w:r>
      <w:r>
        <w:t>nahin. quran mein wohi deen hai jo pichhle nabiyon ki kitabon mein jo deen tha.</w:t>
      </w:r>
    </w:p>
    <w:p>
      <w:pPr>
        <w:jc w:val="right"/>
      </w:pPr>
      <w:r>
        <w:t>نہیں ۔ قرآنمیں وہیدینہےجو پچھلےنبیوںکیکتاب وںمیںجودینتھا۔</w:t>
      </w:r>
    </w:p>
    <w:p>
      <w:r>
        <w:rPr>
          <w:b/>
        </w:rPr>
        <w:t xml:space="preserve">[03:01] </w:t>
      </w:r>
      <w:r>
        <w:t>yahan par complete karne ka matlab yeh hai: supporting element. supporting elements ka add karna.</w:t>
      </w:r>
    </w:p>
    <w:p>
      <w:pPr>
        <w:jc w:val="right"/>
      </w:pPr>
      <w:r>
        <w:t>یہاںپر کمپلیٹکرنےکامطلب یہہے: سپورٹنگ ایلیمنٹ۔ سپورٹنگایلیمنٹسکا ایڈکرنا۔</w:t>
      </w:r>
    </w:p>
    <w:p>
      <w:r>
        <w:rPr>
          <w:b/>
        </w:rPr>
        <w:t xml:space="preserve">[03:13] </w:t>
      </w:r>
      <w:r>
        <w:t>yaani Allah ta'ala ne deen mein ek cheez ko add kiya, ek cheez ka izafa kiya. isko main kahunga supporting elements.</w:t>
      </w:r>
    </w:p>
    <w:p>
      <w:pPr>
        <w:jc w:val="right"/>
      </w:pPr>
      <w:r>
        <w:t>یعنیاللہتعالیٰنے دینمیں ایکچیزکو ایڈکیا ، ایکچیزکااضافہکیا۔ اسکومیںکہوںگا سپورٹنگ ایلیمنٹس۔</w:t>
      </w:r>
    </w:p>
    <w:p>
      <w:r>
        <w:rPr>
          <w:b/>
        </w:rPr>
        <w:t xml:space="preserve">[03:23] </w:t>
      </w:r>
      <w:r>
        <w:t>yaani ta'ayydi anasir.</w:t>
      </w:r>
    </w:p>
    <w:p>
      <w:pPr>
        <w:jc w:val="right"/>
      </w:pPr>
      <w:r>
        <w:t>یعنی تائیدی عناصر ۔</w:t>
      </w:r>
    </w:p>
    <w:p>
      <w:r>
        <w:rPr>
          <w:b/>
        </w:rPr>
        <w:t xml:space="preserve">[03:28] </w:t>
      </w:r>
      <w:r>
        <w:t>dekhiye, aap mazahib ki tareekh padhein toh ek bahut ajeeb cheez yeh nazar aati hai ke pichhle mazahib ya pichhle paighambaron ke laye hue deen apne original halaat mein baqi nahin rahe.</w:t>
      </w:r>
    </w:p>
    <w:p>
      <w:pPr>
        <w:jc w:val="right"/>
      </w:pPr>
      <w:r>
        <w:t>دیکھیے،آپ مذاہبکیتاریخ پڑھیں تو ایکبہت عجیبچیز یہنظر آتیہے کہ پچھلے مذاہب یا پچھلے پیغمبروںکے لائےہوئےدین اپنے اوریجنلحالاتمیںباقینہیںرہے۔</w:t>
      </w:r>
    </w:p>
    <w:p>
      <w:r>
        <w:rPr>
          <w:b/>
        </w:rPr>
        <w:t xml:space="preserve">[03:49] </w:t>
      </w:r>
      <w:r>
        <w:t>unmein bahut zyada farq aa gaya.</w:t>
      </w:r>
    </w:p>
    <w:p>
      <w:pPr>
        <w:jc w:val="right"/>
      </w:pPr>
      <w:r>
        <w:t>انمیں بہت زیادہ فرقآگیا۔</w:t>
      </w:r>
    </w:p>
    <w:p>
      <w:r>
        <w:rPr>
          <w:b/>
        </w:rPr>
        <w:t xml:space="preserve">[03:52] </w:t>
      </w:r>
      <w:r>
        <w:t>altreshun hua, distarshun hua. aur har ek ki history, historical authenticity khatam ho gayi.</w:t>
      </w:r>
    </w:p>
    <w:p>
      <w:pPr>
        <w:jc w:val="right"/>
      </w:pPr>
      <w:r>
        <w:t>الٹریشنہوا، ڈسٹارشنہوا۔ اور ہرایک کی ہسٹاری ،ہسٹاریکل اتھنٹیسٹیختمہوگئی۔</w:t>
      </w:r>
    </w:p>
    <w:p>
      <w:r>
        <w:rPr>
          <w:b/>
        </w:rPr>
        <w:t xml:space="preserve">[04:05] </w:t>
      </w:r>
      <w:r>
        <w:t>to pichhle tamam deen wahin unki history nahin bani. woh recorded history mein unka mention nahin hua.</w:t>
      </w:r>
    </w:p>
    <w:p>
      <w:pPr>
        <w:jc w:val="right"/>
      </w:pPr>
      <w:r>
        <w:t>تو پچھلےتمام دینجوہیں انکیہسٹرینہیںبنی ۔ وہ ریکارڈڈہسٹریمیں انکا مینشننہیں ہوا ۔</w:t>
      </w:r>
    </w:p>
    <w:p>
      <w:r>
        <w:rPr>
          <w:b/>
        </w:rPr>
        <w:t xml:space="preserve">[04:15] </w:t>
      </w:r>
      <w:r>
        <w:t>yeh masla tha. to</w:t>
      </w:r>
    </w:p>
    <w:p>
      <w:pPr>
        <w:jc w:val="right"/>
      </w:pPr>
      <w:r>
        <w:t>یہ مسئلہتھا۔ تو</w:t>
      </w:r>
    </w:p>
    <w:p>
      <w:r>
        <w:rPr>
          <w:b/>
        </w:rPr>
        <w:t xml:space="preserve">[04:18] </w:t>
      </w:r>
      <w:r>
        <w:t>Allah taala ko yeh matloob tha ke peghamabaron ka silsila khatam ho.</w:t>
      </w:r>
    </w:p>
    <w:p>
      <w:pPr>
        <w:jc w:val="right"/>
      </w:pPr>
      <w:r>
        <w:t>اللہ تعالیٰکو یہ مطلوبتھاکہ پیغمبریکاسلسلہختمہو ۔</w:t>
      </w:r>
    </w:p>
    <w:p>
      <w:r>
        <w:rPr>
          <w:b/>
        </w:rPr>
        <w:t xml:space="preserve">[04:25] </w:t>
      </w:r>
      <w:r>
        <w:t>to lekin iske liye zaroorat thi ke Allah ke deen ka, yani Allah ki guidance ka, ek authentic version preserve ho jaye.</w:t>
      </w:r>
    </w:p>
    <w:p>
      <w:pPr>
        <w:jc w:val="right"/>
      </w:pPr>
      <w:r>
        <w:t>تو لیکن اسکےلیےضروریتھاکہ اللہ کے دینکا ،یعنیاللہ کی گائیڈنس کا ،ایک اتھینٹک ورژن پریزروہوجائے۔</w:t>
      </w:r>
    </w:p>
    <w:p>
      <w:r>
        <w:rPr>
          <w:b/>
        </w:rPr>
        <w:t xml:space="preserve">[04:43] </w:t>
      </w:r>
      <w:r>
        <w:t>preserve ho jaye.</w:t>
      </w:r>
    </w:p>
    <w:p>
      <w:pPr>
        <w:jc w:val="right"/>
      </w:pPr>
      <w:r>
        <w:t>پریزروہوجائے۔</w:t>
      </w:r>
    </w:p>
    <w:p>
      <w:r>
        <w:rPr>
          <w:b/>
        </w:rPr>
        <w:t xml:space="preserve">[04:44] </w:t>
      </w:r>
      <w:r>
        <w:t>to preserve hone ke liye zaroorat thi ke kuch aise asbab jama hon. preserve hone ke liye asbab darkar the.</w:t>
      </w:r>
    </w:p>
    <w:p>
      <w:pPr>
        <w:jc w:val="right"/>
      </w:pPr>
      <w:r>
        <w:t>تو پریزروہونے کےلیے ضروریتھا کہکچھ ایسےاسبابجمع ہوں۔ پریزروہونےکےلیے اسباب درکار تھے۔</w:t>
      </w:r>
    </w:p>
    <w:p>
      <w:r>
        <w:rPr>
          <w:b/>
        </w:rPr>
        <w:t xml:space="preserve">[04:52] </w:t>
      </w:r>
      <w:r>
        <w:t>isi ko main keh raha hoon ke supporting elements. ek misaal lijiye aap.</w:t>
      </w:r>
    </w:p>
    <w:p>
      <w:pPr>
        <w:jc w:val="right"/>
      </w:pPr>
      <w:r>
        <w:t>اسیکومیںکہہرہاہوںکہ سپورٹنگ ایلیمنٹس۔ ایک مثاللیجیےآپ۔</w:t>
      </w:r>
    </w:p>
    <w:p>
      <w:r>
        <w:rPr>
          <w:b/>
        </w:rPr>
        <w:t xml:space="preserve">[05:03] </w:t>
      </w:r>
      <w:r>
        <w:t>pichhle peghamabaron ki jo zindagi thi, ya unka jo life thi, woh history mein record kyun nahin hui?</w:t>
      </w:r>
    </w:p>
    <w:p>
      <w:pPr>
        <w:jc w:val="right"/>
      </w:pPr>
      <w:r>
        <w:t>پچھلے پیغمبروںکی جو زندگی تھی، یا انکاجو لائفتھی، وہ ہسٹریمیںریکارڈکیوںنہیںہوئی ؟</w:t>
      </w:r>
    </w:p>
    <w:p>
      <w:r>
        <w:rPr>
          <w:b/>
        </w:rPr>
        <w:t xml:space="preserve">[05:15] </w:t>
      </w:r>
      <w:r>
        <w:t>aap dekhiye, Hazrat Musa peghamabr the, Hazrat Ibrahim peghamabr the, is tarah bahut se peghamabr the. kisi ka mention recorded history mein nahin hai.</w:t>
      </w:r>
    </w:p>
    <w:p>
      <w:pPr>
        <w:jc w:val="right"/>
      </w:pPr>
      <w:r>
        <w:t>آپ دیکھیے، حضرتموسیٰ پیغمبرتھے ، حضرتابراہیمپیغمبرتھے، اسطرح بہتسےپیغمبرتھے۔ کسی کا مینشن ریکارڈڈہسٹریمیںنہیںہے۔</w:t>
      </w:r>
    </w:p>
    <w:p>
      <w:r>
        <w:rPr>
          <w:b/>
        </w:rPr>
        <w:t xml:space="preserve">[05:30] </w:t>
      </w:r>
      <w:r>
        <w:t>kisi ka bhi nahin.</w:t>
      </w:r>
    </w:p>
    <w:p>
      <w:pPr>
        <w:jc w:val="right"/>
      </w:pPr>
      <w:r>
        <w:t>کسی کابھینہیں ۔</w:t>
      </w:r>
    </w:p>
    <w:p>
      <w:r>
        <w:rPr>
          <w:b/>
        </w:rPr>
        <w:t xml:space="preserve">[05:32] </w:t>
      </w:r>
      <w:r>
        <w:t>mazhabi kitabon mein hum unko padhte hain, history mein nahin padhte unko. yahan tak ke Rasool Allah se jo jo last prophet hain, Hazrat Masih, yani Rasool Allah se pehle paanch sau saal pehle aane wale,</w:t>
      </w:r>
    </w:p>
    <w:p>
      <w:pPr>
        <w:jc w:val="right"/>
      </w:pPr>
      <w:r>
        <w:t>مذہبیکتاب وںمیںہمانکوپڑھتےہیں، ہسٹریمیںنہیںپڑھتےانکو ۔ یہاںتککہرسولاللہ سے جو جو لاسٹبٹونپرافٹہیں،حضرتمسیح، یعنیرسولاللہسےپہلے پانچسوسالپہلے آنےوالے،</w:t>
      </w:r>
    </w:p>
    <w:p>
      <w:r>
        <w:rPr>
          <w:b/>
        </w:rPr>
        <w:t xml:space="preserve">[05:49] </w:t>
      </w:r>
      <w:r>
        <w:t>unka bhi history mein record nahin. jo ke last prophet hain.</w:t>
      </w:r>
    </w:p>
    <w:p>
      <w:pPr>
        <w:jc w:val="right"/>
      </w:pPr>
      <w:r>
        <w:t>انکا بھی ہسٹریمیںریکارڈنہیں۔ جو کہلاسٹبٹون ہیں۔</w:t>
      </w:r>
    </w:p>
    <w:p>
      <w:r>
        <w:rPr>
          <w:b/>
        </w:rPr>
        <w:t xml:space="preserve">[05:55] </w:t>
      </w:r>
      <w:r>
        <w:t>but Einstein ne likha hai Hazrat Masih ke bare mein ke historically it is quite doubtful ke whether Christ ever existed at all.</w:t>
      </w:r>
    </w:p>
    <w:p>
      <w:pPr>
        <w:jc w:val="right"/>
      </w:pPr>
      <w:r>
        <w:t>بٹاینڈرسلنے لکھاہے حضرتمسیحکےبارےمیں کہ ہسٹاریکلی اٹازکوائٹڈاؤٹفل کہویدرکرائسٹ ایورایگزسٹڈای ٹآل۔</w:t>
      </w:r>
    </w:p>
    <w:p>
      <w:r>
        <w:rPr>
          <w:b/>
        </w:rPr>
        <w:t xml:space="preserve">[06:09] </w:t>
      </w:r>
      <w:r>
        <w:t>to sawal yeh hai ke jin peghamabaron ka history mein record na ho, jin peghamabaron ki taleemat ko authenticity hasil na ho, historical authenticity, to insan kaise maane unko?</w:t>
      </w:r>
    </w:p>
    <w:p>
      <w:pPr>
        <w:jc w:val="right"/>
      </w:pPr>
      <w:r>
        <w:t>تو سوالیہہےکہ جس جن پیغمبروںکاہسٹریمیںریکارڈنہہو، جن پیغمبروںکیتعلیم ات کو اتھنٹیسٹیحاصل نہہو ، ہسٹاریکلاتھنٹیسٹی، توانسانکیسےمانےانکو ؟</w:t>
      </w:r>
    </w:p>
    <w:p>
      <w:r>
        <w:rPr>
          <w:b/>
        </w:rPr>
        <w:t xml:space="preserve">[06:25] </w:t>
      </w:r>
      <w:r>
        <w:t>kaise maane? to Allah taala ko yeh matloob hua ke aakhri peghamabr, yani Muhammad Sallallahu Alaihi Wasallam ke sath aise asbab jama kiye jayen.</w:t>
      </w:r>
    </w:p>
    <w:p>
      <w:pPr>
        <w:jc w:val="right"/>
      </w:pPr>
      <w:r>
        <w:t>کیسےمانے؟ تواللہ تعالیٰکویہمطلوبہواکہ آخریپیغمبر، یعنیمحمد صلیاللہعلیہوسلمکے ساتھ ایسےاسبابجمع کیےجائیں۔</w:t>
      </w:r>
    </w:p>
    <w:p>
      <w:r>
        <w:rPr>
          <w:b/>
        </w:rPr>
        <w:t xml:space="preserve">[06:38] </w:t>
      </w:r>
      <w:r>
        <w:t>aise supporting elements jama kiye jayen ke aap ka la ilaha illallah deen history mein record ho jaye.</w:t>
      </w:r>
    </w:p>
    <w:p>
      <w:pPr>
        <w:jc w:val="right"/>
      </w:pPr>
      <w:r>
        <w:t>ایسے سپورٹنگایلیمنٹسجمع کیےجائیں کہ آپ کا لاایوادین ہسٹریمیںریکارڈہوجائے۔</w:t>
      </w:r>
    </w:p>
    <w:p>
      <w:r>
        <w:rPr>
          <w:b/>
        </w:rPr>
        <w:t xml:space="preserve">[06:48] </w:t>
      </w:r>
      <w:r>
        <w:t>dekhiye, ek scholar tha, usne likha hai Hazrat Rasool Allah Sallallahu Alaihi Wasallam ke bare mein ke ek European scholar, woh likhta hai ke</w:t>
      </w:r>
    </w:p>
    <w:p>
      <w:pPr>
        <w:jc w:val="right"/>
      </w:pPr>
      <w:r>
        <w:t>دیکھیے، ایک اسک الرتھا، اسنے لکھاہے حضرترسولاللہصلیاللہعلیہوسلمکےبارےمیں کہ ایک یورپیناسک الر، وہلکھتاہےکہ</w:t>
      </w:r>
    </w:p>
    <w:p>
      <w:r>
        <w:rPr>
          <w:b/>
        </w:rPr>
        <w:t xml:space="preserve">[07:06] </w:t>
      </w:r>
      <w:r>
        <w:t>unlike other founders of religion, Prophet Muhammad was born within the full light of history.</w:t>
      </w:r>
    </w:p>
    <w:p>
      <w:pPr>
        <w:jc w:val="right"/>
      </w:pPr>
      <w:r>
        <w:t>ان لائک ادر فاؤنڈرز آف ریلیجن، پرافٹمحمد وازبورن وداندافل لائٹآفہسٹری۔</w:t>
      </w:r>
    </w:p>
    <w:p>
      <w:r>
        <w:rPr>
          <w:b/>
        </w:rPr>
        <w:t xml:space="preserve">[07:17] </w:t>
      </w:r>
      <w:r>
        <w:t>kai scholars ne aisi baat likhi hai to ke pichhle founders jo the mazhabon ke, woh to history mein record nahin hue, lekin peghamabr Islam jo hain poori tarah se woh history mein record hain aur woh historical prophet ki haisiyat rakhte hain.</w:t>
      </w:r>
    </w:p>
    <w:p>
      <w:pPr>
        <w:jc w:val="right"/>
      </w:pPr>
      <w:r>
        <w:t>کئی اسکالرزنےایسیباتلکھیہے تو کہ پچھلے فاؤنڈرزجوتھے مذہبوںکے ، وہتو ہسٹریمیںریکارڈنہیںہوئے ،لیکن پیغمبراسلام جوہیں پوریطریق ےسےوہہسٹری میں ریکارڈہیں اوروہ ہسٹاریکلپرافٹکیحیثیترکھتےہیں۔</w:t>
      </w:r>
    </w:p>
    <w:p>
      <w:r>
        <w:rPr>
          <w:b/>
        </w:rPr>
        <w:t xml:space="preserve">[07:40] </w:t>
      </w:r>
      <w:r>
        <w:t>magar yeh kaise hua? yeh Allah taala ne ek special intezam ke zariye hua.</w:t>
      </w:r>
    </w:p>
    <w:p>
      <w:pPr>
        <w:jc w:val="right"/>
      </w:pPr>
      <w:r>
        <w:t>مگریہکیسےہوا ؟ یہاللہ تعالیٰنے ایک کےایکسپیشل انتظامکےذریعےہوا ۔</w:t>
      </w:r>
    </w:p>
    <w:p>
      <w:r>
        <w:rPr>
          <w:b/>
        </w:rPr>
        <w:t xml:space="preserve">[07:48] </w:t>
      </w:r>
      <w:r>
        <w:t>dekhiye, aap jo historiography jo tareekh hai, usko padhein aap. to pichhle zamanon mein, yani Ibn Khaldun se pehle,</w:t>
      </w:r>
    </w:p>
    <w:p>
      <w:pPr>
        <w:jc w:val="right"/>
      </w:pPr>
      <w:r>
        <w:t>دیکھیے،آپ جو ہسٹوری وگرافیکیجوتاریخ ہے،اسکوپڑھیںآپ۔ تو پچھلےزمان ےمیں ،یعنیابن خلدونسےپہلے،</w:t>
      </w:r>
    </w:p>
    <w:p>
      <w:r>
        <w:rPr>
          <w:b/>
        </w:rPr>
        <w:t xml:space="preserve">[08:02] </w:t>
      </w:r>
      <w:r>
        <w:t>tareekh likhne ka yeh tareeqa tha ke sirf badshahon ki tareekh likhi jati thi.</w:t>
      </w:r>
    </w:p>
    <w:p>
      <w:pPr>
        <w:jc w:val="right"/>
      </w:pPr>
      <w:r>
        <w:t>تاریخ لکھ نےکایہطریقہتھا کہ صرف بادشاہوںکیتاریخ لکھیجاتیتھی۔</w:t>
      </w:r>
    </w:p>
    <w:p>
      <w:r>
        <w:rPr>
          <w:b/>
        </w:rPr>
        <w:t xml:space="preserve">[08:10] </w:t>
      </w:r>
      <w:r>
        <w:t>badshah aur general jo hua karte the, yani political important ke log, unhi ki history likhte the log.</w:t>
      </w:r>
    </w:p>
    <w:p>
      <w:pPr>
        <w:jc w:val="right"/>
      </w:pPr>
      <w:r>
        <w:t>بادشاہاور جنرل جو ہوا کرتے تھے،یعنیپولیٹیکلامپورٹنٹسکےلوگ ،انہیکیہسٹری لکھتےتھےلوگ ۔</w:t>
      </w:r>
    </w:p>
    <w:p>
      <w:r>
        <w:rPr>
          <w:b/>
        </w:rPr>
        <w:t xml:space="preserve">[08:19] </w:t>
      </w:r>
      <w:r>
        <w:t>doosri history unke liye, yani worthy of recording nahin thi. yeh tha historians ka test, jiski wajah se, jisse pichhle peghamabr recorded history mein likhe na ja sake.</w:t>
      </w:r>
    </w:p>
    <w:p>
      <w:pPr>
        <w:jc w:val="right"/>
      </w:pPr>
      <w:r>
        <w:t>دوس ریہسٹریانکےلیے، یعنی وردیآفریکارڈنگہینہیںتھی۔ یہ تھا ہسٹورینزکا ٹیسٹ ،جسکیوجہ سے ،جس ےپچھلے پیغمبر ریکارڈڈہسٹریمیں لکھ ے نہنہجاسکے۔</w:t>
      </w:r>
    </w:p>
    <w:p>
      <w:r>
        <w:rPr>
          <w:b/>
        </w:rPr>
        <w:t xml:space="preserve">[08:38] </w:t>
      </w:r>
      <w:r>
        <w:t>tovallah ta'ala ne kiya kiya? Allah ta'ala ne historians ki ek nai generation paida ki. Rasool Allah ke liye. Jo Rasool Allah ke jo sahabi the, sahaba, companions, woh sab ke sab inhi ko main keh raha hoon ke woh ek historian ki ek nai generation the.</w:t>
      </w:r>
    </w:p>
    <w:p>
      <w:pPr>
        <w:jc w:val="right"/>
      </w:pPr>
      <w:r>
        <w:t>تواللہ تعالیٰنےکیاکیا ؟اللہ تعالیٰنے ہسٹورینزکیایک نئیجنریشنپیدا کی۔ رسولاللہکےلیے۔ جورسولاللہکےجوصحابی تھے، صحابہ، کمپینینز، وہسب کےسب انہیکومیںکہہرہاہوںکہوہ ایک ہسٹورین کی ایک نئیجنریشنتھے۔</w:t>
      </w:r>
    </w:p>
    <w:p>
      <w:r>
        <w:rPr>
          <w:b/>
        </w:rPr>
        <w:t xml:space="preserve">[09:01] </w:t>
      </w:r>
      <w:r>
        <w:t>yeh paida kiye gaye desert mein Hazrat Hajra ke, Hazrat Hajra, Hazrat Ismail, Hazrat Ibrahim ne wahan par ek ek bohat bare mansoobe ke tehat wahan basaya.</w:t>
      </w:r>
    </w:p>
    <w:p>
      <w:pPr>
        <w:jc w:val="right"/>
      </w:pPr>
      <w:r>
        <w:t>یہ پیدا کیےگئے ڈیزرٹمیں حضرت ہاجرہکے ،حضرت ہاجرہ،حضرتاسماعیل،حضرتابراہیمنےوہاںپرایک ایکبہت بڑے منصوبےکےتحت وہاںبسایا۔</w:t>
      </w:r>
    </w:p>
    <w:p>
      <w:r>
        <w:rPr>
          <w:b/>
        </w:rPr>
        <w:t xml:space="preserve">[09:13] </w:t>
      </w:r>
      <w:r>
        <w:t>aur wahan do hazar saal se ziyada muddat tak log wahan ek ke dauran ek qaum paida hui jisko hum kehte hain Banu Ismail.</w:t>
      </w:r>
    </w:p>
    <w:p>
      <w:pPr>
        <w:jc w:val="right"/>
      </w:pPr>
      <w:r>
        <w:t>اور وہاں دو ہزار سال سےزیادہ مد تتکلوگ وہاں ایک کےدوران ایکقومپیدا ہوئی جسکوہمکہتےہیںبنواسماعیل۔</w:t>
      </w:r>
    </w:p>
    <w:p>
      <w:r>
        <w:rPr>
          <w:b/>
        </w:rPr>
        <w:t xml:space="preserve">[09:23] </w:t>
      </w:r>
      <w:r>
        <w:t>inhi mein phir Prophet Muhammad aaye. Aur phir inhi mein kaam karke aap ne aap ke saath.</w:t>
      </w:r>
    </w:p>
    <w:p>
      <w:pPr>
        <w:jc w:val="right"/>
      </w:pPr>
      <w:r>
        <w:t>انہیمیں پرافٹمحمد آئے۔ اورپھرانہیمیں کامکرکےآپنے آپکےساتھ یبنے۔</w:t>
      </w:r>
    </w:p>
    <w:p>
      <w:r>
        <w:rPr>
          <w:b/>
        </w:rPr>
        <w:t xml:space="preserve">[09:33] </w:t>
      </w:r>
      <w:r>
        <w:t>aap ke saathiyon ki tadad ke bare mein kaha jata hai ke unka total number jo tha woh taqreeban do lakh tha.</w:t>
      </w:r>
    </w:p>
    <w:p>
      <w:pPr>
        <w:jc w:val="right"/>
      </w:pPr>
      <w:r>
        <w:t>آپ کےساتھیوںکیتعداد کےبارےمیں کہاجاتاہےکہ انکا ٹوٹلنمبرجوتھاوہ تقریباًدولاکھتھا۔</w:t>
      </w:r>
    </w:p>
    <w:p>
      <w:r>
        <w:rPr>
          <w:b/>
        </w:rPr>
        <w:t xml:space="preserve">[09:44] </w:t>
      </w:r>
      <w:r>
        <w:t>aap companions jo the, companions. Aur Hajjat-ul-Wida ke waqt, aaj jo aap ki death se do do mahine pehle taqreeban, jo log Arafat ke maidan mein aap ki aap ki final statement jo di thi aap ne wahan, usko sunne ke liye maujood the, jo unki tadad thi ek lakh chobis hazar.</w:t>
      </w:r>
    </w:p>
    <w:p>
      <w:pPr>
        <w:jc w:val="right"/>
      </w:pPr>
      <w:r>
        <w:t>آپ کمپینینجوتھے،کمپینین۔ اور حجۃالوداعکےوقت ،آججوآپکی ڈیتھسےدو دومہینےپہلے تقریباً، جولوگ عرفاتکےمیدانمیںآپ کی آپ کی فائنلسٹیٹمنٹجو دیاتھاآپنےوہاں،اسکوسننےکےلیےموجود تھے،جو انکی تعداد تھیایک لاکھچوبیسہزار ۔</w:t>
      </w:r>
    </w:p>
    <w:p>
      <w:r>
        <w:rPr>
          <w:b/>
        </w:rPr>
        <w:t xml:space="preserve">[10:07] </w:t>
      </w:r>
      <w:r>
        <w:t>to yeh kiya? Yeh yeh log kaun the? Yeh sab historians ki ek nai generation thi.</w:t>
      </w:r>
    </w:p>
    <w:p>
      <w:pPr>
        <w:jc w:val="right"/>
      </w:pPr>
      <w:r>
        <w:t>تویہکیا؟یہ یہلوگ کونتھے؟یہسب ہسٹورینزکیایکنئیجنریشنتھی۔</w:t>
      </w:r>
    </w:p>
    <w:p>
      <w:r>
        <w:rPr>
          <w:b/>
        </w:rPr>
        <w:t xml:space="preserve">[10:13] </w:t>
      </w:r>
      <w:r>
        <w:t>kyunki wahan par kiya hua? Rasool Allah (SAW) par jo wahi aati thi Quran ki shakal mein, to yeh saare log use yaad karte the.</w:t>
      </w:r>
    </w:p>
    <w:p>
      <w:pPr>
        <w:jc w:val="right"/>
      </w:pPr>
      <w:r>
        <w:t>کیونکہ وہاںپرکیاہوا ؟ رسولاللہصلیاللہعلیہوسلمپرجو وحیآتیتھی قرآنکیشکلمیں، تویہ سارےلوگ اسےیادکرتے تھے۔</w:t>
      </w:r>
    </w:p>
    <w:p>
      <w:r>
        <w:rPr>
          <w:b/>
        </w:rPr>
        <w:t xml:space="preserve">[10:25] </w:t>
      </w:r>
      <w:r>
        <w:t>do to dainasay log the jo har waqt Rasool Allah ke saath rehte the, bari bari. Is liye ke jab bhi koi wahi aaye to foran woh likh le woh.</w:t>
      </w:r>
    </w:p>
    <w:p>
      <w:pPr>
        <w:jc w:val="right"/>
      </w:pPr>
      <w:r>
        <w:t>دو ٹوڈزنایسےلوگ تھے جو ہروقت رسولاللہ کےساتھ رہتےتھے ،باریباری۔ اس لیے کہجببھیکوئیوحیآئےتوفوراًوہلکھلیںوہ۔</w:t>
      </w:r>
    </w:p>
    <w:p>
      <w:r>
        <w:rPr>
          <w:b/>
        </w:rPr>
        <w:t xml:space="preserve">[10:36] </w:t>
      </w:r>
      <w:r>
        <w:t>to do darjay to aise log the jo baqayda aap ke secretary the, aap keh sakte hain aaj kal ki zaban mein.</w:t>
      </w:r>
    </w:p>
    <w:p>
      <w:pPr>
        <w:jc w:val="right"/>
      </w:pPr>
      <w:r>
        <w:t>تو دو درجنتوایسےلوگ تھےجوباقاعدہ آپکےسیکرٹریتھے ،آپ کہہسکتےہیںآجکلکیزبان میں ۔</w:t>
      </w:r>
    </w:p>
    <w:p>
      <w:r>
        <w:rPr>
          <w:b/>
        </w:rPr>
        <w:t xml:space="preserve">[10:43] </w:t>
      </w:r>
      <w:r>
        <w:t>lekin saare hi sahaba Quran ko yaad karte the. To jab Quran utra ussi waqt record bhi ho gaya woh. Pehle memory mein, phir kaghaz par.</w:t>
      </w:r>
    </w:p>
    <w:p>
      <w:pPr>
        <w:jc w:val="right"/>
      </w:pPr>
      <w:r>
        <w:t>لیکن سارے ہیصحابہ قرآنکویادکرتے تھے۔ تو جب قرآناترااسیوقت ریکارڈبھیہوگیاوہ۔ پہلے ممبریمیں ،پھر کاغذپر ۔</w:t>
      </w:r>
    </w:p>
    <w:p>
      <w:r>
        <w:rPr>
          <w:b/>
        </w:rPr>
        <w:t xml:space="preserve">[10:55] </w:t>
      </w:r>
      <w:r>
        <w:t>pichhle zamanay mein jo ambiya aaye unke saath aisa nahi hua. To nabi chala gaya to uski uski kitab bhi chali gayi. Usi ke saath kiya hua?</w:t>
      </w:r>
    </w:p>
    <w:p>
      <w:pPr>
        <w:jc w:val="right"/>
      </w:pPr>
      <w:r>
        <w:t>پچھلےزمان ےمیںجونبیآئےانکےساتھایسانہیںہوا۔ تونبی چلاگیا تو اسکی اسکیکتاب بھی چلیگئی ۔ اسیکےساتھ کیاہوا ؟</w:t>
      </w:r>
    </w:p>
    <w:p>
      <w:r>
        <w:rPr>
          <w:b/>
        </w:rPr>
        <w:t xml:space="preserve">[11:07] </w:t>
      </w:r>
      <w:r>
        <w:t>ke Rasool Allah (SAW) jo bolte the, jo karte the, jo aap ke mamlaat the, woh sab ko log dekhte the aur usko phir record karte the woh.</w:t>
      </w:r>
    </w:p>
    <w:p>
      <w:pPr>
        <w:jc w:val="right"/>
      </w:pPr>
      <w:r>
        <w:t>کہرسولاللہصلیاللہعلیہوسلم جو بولتےتھے ، جو کرتے تھے، جوآپکےمعاملاتتھے،وہسب کولوگدیکھتےتھے اوراسکوبھیریکارڈکرتے تھےوہ۔</w:t>
      </w:r>
    </w:p>
    <w:p>
      <w:r>
        <w:rPr>
          <w:b/>
        </w:rPr>
        <w:t xml:space="preserve">[11:18] </w:t>
      </w:r>
      <w:r>
        <w:t>Rasool Allah ke baad, yani Quran to Rasool Allah ki zabani bhi likha ja chuka tha.</w:t>
      </w:r>
    </w:p>
    <w:p>
      <w:pPr>
        <w:jc w:val="right"/>
      </w:pPr>
      <w:r>
        <w:t>رسولاللہکےبعد ،یعنیقرآن تورسولاللہ کیزبانیبھیلکھاجاچکاتھا۔</w:t>
      </w:r>
    </w:p>
    <w:p>
      <w:r>
        <w:rPr>
          <w:b/>
        </w:rPr>
        <w:t xml:space="preserve">[11:24] </w:t>
      </w:r>
      <w:r>
        <w:t>aur phir uski copy karke jagah jagah bheji jati thi. To Quran record ho gaya tha Rasool Allah ki zabani mein.</w:t>
      </w:r>
    </w:p>
    <w:p>
      <w:pPr>
        <w:jc w:val="right"/>
      </w:pPr>
      <w:r>
        <w:t>اور پھراسکی کاپیکرکرکے جگہجگہ بھیجیجاتیتھی۔ تو قرآن ریکارڈہوگیا تھارسولاللہکیزبانیمیں ۔</w:t>
      </w:r>
    </w:p>
    <w:p>
      <w:r>
        <w:rPr>
          <w:b/>
        </w:rPr>
        <w:t xml:space="preserve">[11:33] </w:t>
      </w:r>
      <w:r>
        <w:t>lekin uske baad kiya hua ke ek ek aur ilm paida hua jisko kehte hain hadith. To Rasool Allah ki tamam baatein, jo bhi aap ne kaha, jo bhi aap ne kiya, jab bhi aap bole, woh sab hadith mein record kiya gaya.</w:t>
      </w:r>
    </w:p>
    <w:p>
      <w:pPr>
        <w:jc w:val="right"/>
      </w:pPr>
      <w:r>
        <w:t>لیکن اسکےبعد کیاہوا کہ ایک ایکاور علم پیدا ہوا جسکو کہتےہیںحدیث۔ تورسولاللہ کیتمام باتیں، جو بھیآپ نےکہا، جوبھیآپ نےکیا، جببھیآپبولے، وہ سب حدیثمیںریکارڈکیاگیا۔</w:t>
      </w:r>
    </w:p>
    <w:p>
      <w:r>
        <w:rPr>
          <w:b/>
        </w:rPr>
        <w:t xml:space="preserve">[11:48] </w:t>
      </w:r>
      <w:r>
        <w:t>hadithon ki tadad taqreeban pachas hazar hai.</w:t>
      </w:r>
    </w:p>
    <w:p>
      <w:pPr>
        <w:jc w:val="right"/>
      </w:pPr>
      <w:r>
        <w:t>حدیثوںکیتعداد تقریباً پچاسہزارہے۔</w:t>
      </w:r>
    </w:p>
    <w:p>
      <w:r>
        <w:rPr>
          <w:b/>
        </w:rPr>
        <w:t xml:space="preserve">[11:53] </w:t>
      </w:r>
      <w:r>
        <w:t>to woh kiya hai? Woh Rasool Allah ki zindagi ka record hai. Jo revelation aaya Allah ki taraf se uska record hai Quran.</w:t>
      </w:r>
    </w:p>
    <w:p>
      <w:pPr>
        <w:jc w:val="right"/>
      </w:pPr>
      <w:r>
        <w:t>تو وہکیاہے؟ وہ رسولاللہ کی زندگی کاریکارڈہے۔ جو ریولیشنآیااللہ کیطرفسےاسکا ریکارڈہےقرآن ۔</w:t>
      </w:r>
    </w:p>
    <w:p>
      <w:r>
        <w:rPr>
          <w:b/>
        </w:rPr>
        <w:t xml:space="preserve">[12:04] </w:t>
      </w:r>
      <w:r>
        <w:t>aur Rasool Allah ne jo karke dikhaya apni zindagi se uska record hai hadith.</w:t>
      </w:r>
    </w:p>
    <w:p>
      <w:pPr>
        <w:jc w:val="right"/>
      </w:pPr>
      <w:r>
        <w:t>اور رسولاللہنےجو کرکےدکھایا اپنی زندگی سے اسکا ریکارڈہےحدیث ۔</w:t>
      </w:r>
    </w:p>
    <w:p>
      <w:r>
        <w:rPr>
          <w:b/>
        </w:rPr>
        <w:t xml:space="preserve">[12:11] </w:t>
      </w:r>
      <w:r>
        <w:t>to Quran mein hai ke nahnu nazzalna zikra wa inna lahu lahafizoon. Yani hum ne bheja hai yeh kitab Quran aur hum isko zaroor mehfoz rakhenge.</w:t>
      </w:r>
    </w:p>
    <w:p>
      <w:pPr>
        <w:jc w:val="right"/>
      </w:pPr>
      <w:r>
        <w:t>تو قرآنمیں ہےکہ نحن نزلناذکرا و انالہ الحافظون ۔ یعنیہمنے بھیجاہے یہ کتاب قرآن اور ہماسکو ضرور محفوظرکھیںگے۔</w:t>
      </w:r>
    </w:p>
    <w:p>
      <w:r>
        <w:rPr>
          <w:b/>
        </w:rPr>
        <w:t xml:space="preserve">[12:25] </w:t>
      </w:r>
      <w:r>
        <w:t>to Quran ek taraf Allah ta'ala ne zimmedari le li Quran ki hifazat ki. Aur doosri taraf hadith Quran mein hai ke laqad kana lakum fi Rasool Allah uswatun hasanah.</w:t>
      </w:r>
    </w:p>
    <w:p>
      <w:pPr>
        <w:jc w:val="right"/>
      </w:pPr>
      <w:r>
        <w:t>تو قرآنایکطرف اللہ تعالیٰنے ذمہداریلےلیقرآنکیحفاظتکی۔ اور دوسریطرف حدیثقرآنمیںہےکہ لقد کان ک مفیرسولاللہ اسوۃحسنہ۔</w:t>
      </w:r>
    </w:p>
    <w:p>
      <w:r>
        <w:rPr>
          <w:b/>
        </w:rPr>
        <w:t xml:space="preserve">[12:38] </w:t>
      </w:r>
      <w:r>
        <w:t>to Rasool Allah ka uswa jo tha, aap ki jo life thi, aap ki zindagi ke jo namoone the, woh sab hadith mein jama hote rahe. To saari hadith likhi gayi.</w:t>
      </w:r>
    </w:p>
    <w:p>
      <w:pPr>
        <w:jc w:val="right"/>
      </w:pPr>
      <w:r>
        <w:t>تورسولاللہکااسوہجوتھا،آپکیجولائفتھی، آپ کیزندگی کےجو نم ونےتھے، وہ سبحدیثمیں جمع ہوتےرہے۔ تو ساریحدیث یں لکھیگئیں۔</w:t>
      </w:r>
    </w:p>
    <w:p>
      <w:r>
        <w:rPr>
          <w:b/>
        </w:rPr>
        <w:t xml:space="preserve">[12:52] </w:t>
      </w:r>
      <w:r>
        <w:t>isko kehte hain hadithon ki tadween, hadithon ka tadween karna. To yeh kaun log the? Yeh ek nai generation thi historians ki</w:t>
      </w:r>
    </w:p>
    <w:p>
      <w:pPr>
        <w:jc w:val="right"/>
      </w:pPr>
      <w:r>
        <w:t>اسکو کہتےہیں حدیثوںکیتدوین ،حدیثوںکابدون کرنا۔ تویہ کونلوگتھے؟یہ ایک نئیجنریشنتھی ہسٹورینزکی</w:t>
      </w:r>
    </w:p>
    <w:p>
      <w:r>
        <w:rPr>
          <w:b/>
        </w:rPr>
        <w:t xml:space="preserve">[13:01] </w:t>
      </w:r>
      <w:r>
        <w:t>jinhon ne ek taraf Rasool Allah ki wahi ko likha, doosri taraf Rasool Allah ke apne baaton ko likha. To dono cheezon, dono cheezon ka recording ban gaya.</w:t>
      </w:r>
    </w:p>
    <w:p>
      <w:pPr>
        <w:jc w:val="right"/>
      </w:pPr>
      <w:r>
        <w:t>جنہوںنےایک طرف رسولاللہ کی وحیکولکھا، دوسریطرفرسولاللہکے اپنے باتوںکولکھا۔ تو دونوںچیزوں، دونوںچیزوںکاریکارڈبنگیا۔</w:t>
      </w:r>
    </w:p>
    <w:p>
      <w:r>
        <w:rPr>
          <w:b/>
        </w:rPr>
        <w:t xml:space="preserve">[13:12] </w:t>
      </w:r>
      <w:r>
        <w:t>yani kitab ka bhi aur Rasool Allah ke namoone ka bhi. To Allah ta'ala ka matlab tha ke do cheezon ka authentic record tareekh mein mehfoz ho jaye.</w:t>
      </w:r>
    </w:p>
    <w:p>
      <w:pPr>
        <w:jc w:val="right"/>
      </w:pPr>
      <w:r>
        <w:t>یعنیکتاب کابھی اور رسولاللہکےنم ونےکابھی۔ تو اللہ تعالیٰکامطلوبتھاکہ دوچیزوںکا اتھینٹکریکارڈتاریخ میں محفوظہوجائے۔</w:t>
      </w:r>
    </w:p>
    <w:p>
      <w:r>
        <w:rPr>
          <w:b/>
        </w:rPr>
        <w:t xml:space="preserve">[13:23] </w:t>
      </w:r>
      <w:r>
        <w:t>yani ek kitab ka, doosre uswa ka, yani model ka. paighambar ka model, practical model.</w:t>
      </w:r>
    </w:p>
    <w:p>
      <w:pPr>
        <w:jc w:val="right"/>
      </w:pPr>
      <w:r>
        <w:t>یعنیایک کتاب کا ،دوسرے اسوہکا،یعنیماڈلکا ۔ پیغمبرکاماڈل، پریکٹیکلماڈل۔</w:t>
      </w:r>
    </w:p>
    <w:p>
      <w:r>
        <w:rPr>
          <w:b/>
        </w:rPr>
        <w:t xml:space="preserve">[13:31] </w:t>
      </w:r>
      <w:r>
        <w:t>to aaj ideological sense mein quran</w:t>
      </w:r>
    </w:p>
    <w:p>
      <w:pPr>
        <w:jc w:val="right"/>
      </w:pPr>
      <w:r>
        <w:t>تو آجآئیڈیلوجیکلسینسمیں قرآن</w:t>
      </w:r>
    </w:p>
    <w:p>
      <w:r>
        <w:rPr>
          <w:b/>
        </w:rPr>
        <w:t xml:space="preserve">[13:38] </w:t>
      </w:r>
      <w:r>
        <w:t>wo source hai Allah ki hidayat ko janne ka. aur practical sense mein source hai hadith jisse hum Rasool Allah ke model ko jante hain.</w:t>
      </w:r>
    </w:p>
    <w:p>
      <w:pPr>
        <w:jc w:val="right"/>
      </w:pPr>
      <w:r>
        <w:t>وہ سورسہے اللہ کیہدایتکوجاننےکا۔ اور پریکٹیکل سینسمیں سورسہے حدیث جسسےہم رسولاللہکےماڈلکوجانتےہیں۔</w:t>
      </w:r>
    </w:p>
    <w:p>
      <w:r>
        <w:rPr>
          <w:b/>
        </w:rPr>
        <w:t xml:space="preserve">[13:48] </w:t>
      </w:r>
      <w:r>
        <w:t>to yeh do cheez Allah ke khaas intezam ke tehat record ho gayi. aur wo aaj tak record</w:t>
      </w:r>
    </w:p>
    <w:p>
      <w:pPr>
        <w:jc w:val="right"/>
      </w:pPr>
      <w:r>
        <w:t>تویہ دوچیز اللہ کے خصوصی انتظامکےتحت ریکارڈہوگئی۔ اور وہ آجتک ریکارڈ</w:t>
      </w:r>
    </w:p>
    <w:p>
      <w:r>
        <w:rPr>
          <w:b/>
        </w:rPr>
        <w:t xml:space="preserve">[13:56] </w:t>
      </w:r>
      <w:r>
        <w:t>hai. ek British scholar tha, uska naam hai</w:t>
      </w:r>
    </w:p>
    <w:p>
      <w:pPr>
        <w:jc w:val="right"/>
      </w:pPr>
      <w:r>
        <w:t>ہے۔ ایک برٹشسکالرتھا، اسکانامہے</w:t>
      </w:r>
    </w:p>
    <w:p>
      <w:r>
        <w:rPr>
          <w:b/>
        </w:rPr>
        <w:t xml:space="preserve">[14:03] </w:t>
      </w:r>
      <w:r>
        <w:t>Moore, William Moore. William Moore ne ek kitab likhi hai Life of the Prophet, Life of Prophet Muhammad.</w:t>
      </w:r>
    </w:p>
    <w:p>
      <w:pPr>
        <w:jc w:val="right"/>
      </w:pPr>
      <w:r>
        <w:t>مور،ولیم مور۔ و لیم مورنے ایککتاب لکھیہے لائف آف دا پرافٹ ، لائفآفپرافٹمحمد ۔</w:t>
      </w:r>
    </w:p>
    <w:p>
      <w:r>
        <w:rPr>
          <w:b/>
        </w:rPr>
        <w:t xml:space="preserve">[14:12] </w:t>
      </w:r>
      <w:r>
        <w:t>ismein usne likha hai ke yeh jo quran hai jo Muhammad ne pesh kiya, to quran wahid kitab hai deegar tamam mazhabi kitabon mein jiska text, jiska matn aaj bhi poori tarah mehfooz hai.</w:t>
      </w:r>
    </w:p>
    <w:p>
      <w:pPr>
        <w:jc w:val="right"/>
      </w:pPr>
      <w:r>
        <w:t>اسمیں اسنے لکھاہے کہیہجو قرآنہے جو محمد نے پیشکیا، تو قرآن واحد کتاب ہے دیگر تمام مذہبیکتاب وںمیں جسکا ٹیکسٹ ،جسکا مت ن آجبھی پوریطرحمحفوظہے۔</w:t>
      </w:r>
    </w:p>
    <w:p>
      <w:r>
        <w:rPr>
          <w:b/>
        </w:rPr>
        <w:t xml:space="preserve">[14:31] </w:t>
      </w:r>
      <w:r>
        <w:t>aap jante hain ke chaudah sau saal beet gaye quran ko utre hue.</w:t>
      </w:r>
    </w:p>
    <w:p>
      <w:pPr>
        <w:jc w:val="right"/>
      </w:pPr>
      <w:r>
        <w:t>آپجانتےہیںکہ چودہسو سال بیتگئے قرآنکواترےہوئے۔</w:t>
      </w:r>
    </w:p>
    <w:p>
      <w:r>
        <w:rPr>
          <w:b/>
        </w:rPr>
        <w:t xml:space="preserve">[14:36] </w:t>
      </w:r>
      <w:r>
        <w:t>to koi bhi kitab jo chaudah sau saal jis mein beet gaye hon, uska text aaj mehfooz nahi hai. kyunke printing press pehle se pehle ka zamana tha woh. to koi cheez mehfooz rehti nahi thi.</w:t>
      </w:r>
    </w:p>
    <w:p>
      <w:pPr>
        <w:jc w:val="right"/>
      </w:pPr>
      <w:r>
        <w:t>تو کوئیبھی کتاب جو چودہسو سالجسمیںبیتگئےہوں، اسکا ٹیکسٹ آج محفوظنہیں ہے۔ کیونکہ پرنٹنگپریس پہلے سے پہلے کا زمان ہتھاوہ ۔تو کوئیچیزمحفوظرہتینہیںتھی۔</w:t>
      </w:r>
    </w:p>
    <w:p>
      <w:r>
        <w:rPr>
          <w:b/>
        </w:rPr>
        <w:t xml:space="preserve">[14:49] </w:t>
      </w:r>
      <w:r>
        <w:t>to William Moore ne bohat hi, yani aur yeh William Moore ki baat nahi hai, bohat se scholar ne isko mana hai jinhone iski tehqeeq ki hai ke quran ka jo text hai wo poori tarah se mehfooz hai.</w:t>
      </w:r>
    </w:p>
    <w:p>
      <w:pPr>
        <w:jc w:val="right"/>
      </w:pPr>
      <w:r>
        <w:t>تو و لیم مورنے بہت ہی، یعنی اور یہ ولیممورکیباتنہیںہے، بہت سےسکالرنےاسکو ماناہے جنہوںنےاسکیتحقیقکیہے کہ قرآنکاجو ٹیکسٹہے وہ پوریطریقےسےمحفوظہے۔</w:t>
      </w:r>
    </w:p>
    <w:p>
      <w:r>
        <w:rPr>
          <w:b/>
        </w:rPr>
        <w:t xml:space="preserve">[15:03] </w:t>
      </w:r>
      <w:r>
        <w:t>to ismein usne likha hai ke quran ke bare mein whose text has remained totally pure.</w:t>
      </w:r>
    </w:p>
    <w:p>
      <w:pPr>
        <w:jc w:val="right"/>
      </w:pPr>
      <w:r>
        <w:t>تواسمیںاسنےلکھاہےکہ قرآنکےبارےمیں ہوزٹیکسٹ ہیزریمینڈ ٹوٹلی پیور۔</w:t>
      </w:r>
    </w:p>
    <w:p>
      <w:r>
        <w:rPr>
          <w:b/>
        </w:rPr>
        <w:t xml:space="preserve">[15:13] </w:t>
      </w:r>
      <w:r>
        <w:t>iska text poori tarah se aaj bhi waise hi waise hi hai jaisa us waqt tha. to do cheezein maine arz ki ke Allah taala ka matlab tha ke Allah ki guidance ka authentic version history mein record ho jaye.</w:t>
      </w:r>
    </w:p>
    <w:p>
      <w:pPr>
        <w:jc w:val="right"/>
      </w:pPr>
      <w:r>
        <w:t>اسکا ٹیکسٹ پوریطریقےسےآجبھی ویسےہیکیویسےہیہےجیساکہ اسوقت تھا۔ تو دوچیزیںمیںنےعرضکیں کہاللہ تعالیٰکامط لوبتھا کہ اللہ کی گائیڈنسکا اتھینٹک ورژن ہسٹریمیںریکارڈہوجائے۔</w:t>
      </w:r>
    </w:p>
    <w:p>
      <w:r>
        <w:rPr>
          <w:b/>
        </w:rPr>
        <w:t xml:space="preserve">[15:31] </w:t>
      </w:r>
      <w:r>
        <w:t>ek quran ki shakal mein, doosre Rasool Allah ke model ki shakal mein. agar aap ko ideological sense mein janna hai ke Allah ki guidance kya hai to quran ko padhiye.</w:t>
      </w:r>
    </w:p>
    <w:p>
      <w:pPr>
        <w:jc w:val="right"/>
      </w:pPr>
      <w:r>
        <w:t>ایک قرآنکیشکلمیں، دوسرےرسولاللہکےماڈلکیشکلمیں۔ اگر آپ کو آئیڈیلوجیکلسینسمیںجانناہے کہاللہ کیگائیڈنسکیاہے تو قرآنکوپڑھیے۔</w:t>
      </w:r>
    </w:p>
    <w:p>
      <w:r>
        <w:rPr>
          <w:b/>
        </w:rPr>
        <w:t xml:space="preserve">[15:43] </w:t>
      </w:r>
      <w:r>
        <w:t>agar aap iska namuna dekhna hai to paighambar ko dekhiye. to dono cheezein poori tarah se preserve ho gayi.</w:t>
      </w:r>
    </w:p>
    <w:p>
      <w:pPr>
        <w:jc w:val="right"/>
      </w:pPr>
      <w:r>
        <w:t>اگر آپاسکانمونہدیکھناہےتو پیغمبرکودیکھیے۔ تو دونوںچیزیں پوریطریقےسے پریزروہوگئیں۔</w:t>
      </w:r>
    </w:p>
    <w:p>
      <w:r>
        <w:rPr>
          <w:b/>
        </w:rPr>
        <w:t xml:space="preserve">[15:52] </w:t>
      </w:r>
      <w:r>
        <w:t>aur ek unka authentic version tayyar ho gaya.</w:t>
      </w:r>
    </w:p>
    <w:p>
      <w:pPr>
        <w:jc w:val="right"/>
      </w:pPr>
      <w:r>
        <w:t>اور ایک انکا اتھینٹکورژنتیارہوگیا۔</w:t>
      </w:r>
    </w:p>
    <w:p>
      <w:r>
        <w:rPr>
          <w:b/>
        </w:rPr>
        <w:t xml:space="preserve">[15:57] </w:t>
      </w:r>
      <w:r>
        <w:t>to pichle zamane mein chunke historian jo the wo is tarah ki cheezon ko likhte nahi the, badshahon ki baatein likhte the, isliye unki history nahi banti thi.</w:t>
      </w:r>
    </w:p>
    <w:p>
      <w:pPr>
        <w:jc w:val="right"/>
      </w:pPr>
      <w:r>
        <w:t>تو پچھلےزمان ےمیں چونکہ ہسٹورینجوتھے وہ اسطرحکیچیزوںکولکھتےنہیںتھے، بادشاہوںکیباتیںلکھتےتھے، اسلیےانکیہسٹرینہیںبنتیتھی۔</w:t>
      </w:r>
    </w:p>
    <w:p>
      <w:r>
        <w:rPr>
          <w:b/>
        </w:rPr>
        <w:t xml:space="preserve">[16:07] </w:t>
      </w:r>
      <w:r>
        <w:t>lekin Allah taala ne paighambar Islam ke liye intezam kiya Arab mein ke poori ek generation tayyar ki jinko mein kehta hoon ke</w:t>
      </w:r>
    </w:p>
    <w:p>
      <w:pPr>
        <w:jc w:val="right"/>
      </w:pPr>
      <w:r>
        <w:t>لیکن اللہ تعالیٰنے پیغمبراسلام کےلیے انتظامکیا عربمیں کہ پوریایک جنریشنتیارکی جنکومیںکہتاہوںکہ</w:t>
      </w:r>
    </w:p>
    <w:p>
      <w:r>
        <w:rPr>
          <w:b/>
        </w:rPr>
        <w:t xml:space="preserve">[16:19] </w:t>
      </w:r>
      <w:r>
        <w:t>historians ki generation, unhone yeh sab kaam kar dala.</w:t>
      </w:r>
    </w:p>
    <w:p>
      <w:pPr>
        <w:jc w:val="right"/>
      </w:pPr>
      <w:r>
        <w:t>ہسٹورینزکیجنریشن، انہوںنےیہسبکامکرڈالا۔</w:t>
      </w:r>
    </w:p>
    <w:p>
      <w:r>
        <w:rPr>
          <w:b/>
        </w:rPr>
        <w:t xml:space="preserve">[16:25] </w:t>
      </w:r>
      <w:r>
        <w:t>to yeh kaam Sahaba ke zamane mein hua, phir Tabeen ke zamane mein hua, phir Taba Tabeen ke zamane mein hua, yahan tak ke press ka daur aa gaya. to press ke daur mein woh cheezein chhu chhu kar, chhu chhu kar libraryon mein maujood ho gayi.</w:t>
      </w:r>
    </w:p>
    <w:p>
      <w:pPr>
        <w:jc w:val="right"/>
      </w:pPr>
      <w:r>
        <w:t>تویہکام صحابہکےزمانےمیںہوا، پھرتابعینکےزمانےمیںہوا، پھرتبعتابعینکے زمانےمیںہوا،یہاںتککہ پریسکادورآگیا۔ تو پریسکےدور میںوہچیزیںچھپچھپکر،چھپچھپکر لائبریریوںمیںموجود ہوگئیں۔</w:t>
      </w:r>
    </w:p>
    <w:p>
      <w:r>
        <w:rPr>
          <w:b/>
        </w:rPr>
        <w:t xml:space="preserve">[16:38] </w:t>
      </w:r>
      <w:r>
        <w:t>ek baat yeh hai. ab main aapko quran ki ek aur ayat ki taraf le chalta hoon.</w:t>
      </w:r>
    </w:p>
    <w:p>
      <w:pPr>
        <w:jc w:val="right"/>
      </w:pPr>
      <w:r>
        <w:t>ایکبات یہہے۔ ابمیں آپکو قرآنکیایکاور آیتکیطرف لےچلتاہوں۔</w:t>
      </w:r>
    </w:p>
    <w:p>
      <w:r>
        <w:rPr>
          <w:b/>
        </w:rPr>
        <w:t xml:space="preserve">[16:47] </w:t>
      </w:r>
      <w:r>
        <w:t>quran mein ek ayat teen jagah aayi hai. yani Surah At-Tawbah mein, Surah Al-Fath mein aur Surah As-Saff mein.</w:t>
      </w:r>
    </w:p>
    <w:p>
      <w:pPr>
        <w:jc w:val="right"/>
      </w:pPr>
      <w:r>
        <w:t>قرآنمیں ایک آیت تینجگہآئیہے۔ یعنیسورہ التوبہمیں، سورہ الفتحمیں اور سورہ الصفمیں۔</w:t>
      </w:r>
    </w:p>
    <w:p>
      <w:r>
        <w:rPr>
          <w:b/>
        </w:rPr>
        <w:t xml:space="preserve">[16:58] </w:t>
      </w:r>
      <w:r>
        <w:t>wo yeh hai ke Huwal-ladhi arsala rasulahu bil huda wa deenil haqq wa liyukrihaka waka billahi shaheeda aur do jagah ek aur ayat is mein shamil hai ke</w:t>
      </w:r>
    </w:p>
    <w:p>
      <w:pPr>
        <w:jc w:val="right"/>
      </w:pPr>
      <w:r>
        <w:t>وہیہہےکہ هو الذ ی ارسل رسولہ بالہدی ودین الحق والد ینکلی وکفاباللہ شہیدا اور دوجگہایکاور آیتاسمیںشامل ہےکہ</w:t>
      </w:r>
    </w:p>
    <w:p>
      <w:r>
        <w:rPr>
          <w:b/>
        </w:rPr>
        <w:t xml:space="preserve">[17:24] </w:t>
      </w:r>
      <w:r>
        <w:t>dekhiye, is ayat mein bataya gaya hai ke Rasool paighambar Islam ko Allah taala ne do cheezein dein: huda aur deen.</w:t>
      </w:r>
    </w:p>
    <w:p>
      <w:pPr>
        <w:jc w:val="right"/>
      </w:pPr>
      <w:r>
        <w:t>دیکھیں،اسآیتمیں بت ایاگیاہےکہ رسول پیغمبراسلام کو اللہ تعالیٰنے دوچیزیںدیں: ہ دیاور دین ۔</w:t>
      </w:r>
    </w:p>
    <w:p>
      <w:r>
        <w:rPr>
          <w:b/>
        </w:rPr>
        <w:t xml:space="preserve">[17:33] </w:t>
      </w:r>
      <w:r>
        <w:t>huda aur deen, do cheezon ke saath bheja. lekin is ayat mein agla jo hissa hai, wahan par ek cheez ke lafz badal gaya hai.</w:t>
      </w:r>
    </w:p>
    <w:p>
      <w:pPr>
        <w:jc w:val="right"/>
      </w:pPr>
      <w:r>
        <w:t>ہدیاوردین، دوچیزوںکےساتھ بھیجا۔ لیکن اس آیتمیں اگلاجوحصہہے، وہاںپر ایکچیز کیلفظبدلگیاہے۔</w:t>
      </w:r>
    </w:p>
    <w:p>
      <w:r>
        <w:rPr>
          <w:b/>
        </w:rPr>
        <w:t xml:space="preserve">[17:46] </w:t>
      </w:r>
      <w:r>
        <w:t>yani Huwal-ladhi arsala rasulahu bil huda wa deenil haqq jo</w:t>
      </w:r>
    </w:p>
    <w:p>
      <w:pPr>
        <w:jc w:val="right"/>
      </w:pPr>
      <w:r>
        <w:t>یعنیهو الذیارسلرسولہبالہدیودینالحق جو</w:t>
      </w:r>
    </w:p>
    <w:p>
      <w:r>
        <w:rPr>
          <w:b/>
        </w:rPr>
        <w:t xml:space="preserve">[17:52] </w:t>
      </w:r>
      <w:r>
        <w:t>deen ke bare mein izhaar-e-matlub tha, hidayat ke liye woh lafz nahi bola gaya. Yeh yeh farq bohat hi important hai ke teenon jagah yeh lafz keh keh iska izhaar ma'ani ghalba keh taake Allah ghalib kar de,</w:t>
      </w:r>
    </w:p>
    <w:p>
      <w:pPr>
        <w:jc w:val="right"/>
      </w:pPr>
      <w:r>
        <w:t>دین کےبارےمیںاظہارمطلوبتھا، ہدیکےلیےوہلفظنہیںبولاگیا۔ یہ یہفرقبہتہیامپورٹنٹہے کہ تینوںجگہ یہ لفظ کہ کہاسکا اظہارمعنیغلبہ کہ تاکہاللہ غالب کردے،</w:t>
      </w:r>
    </w:p>
    <w:p>
      <w:r>
        <w:rPr>
          <w:b/>
        </w:rPr>
        <w:t xml:space="preserve">[18:14] </w:t>
      </w:r>
      <w:r>
        <w:t>taake Allah ghalib kar de. To ghalib karne ka maamla deen ke liye aaya hai, hidayat ke liye nahi aaya hai. Huwallazi arsala rasulahu bil huda wa deenil haqq</w:t>
      </w:r>
    </w:p>
    <w:p>
      <w:pPr>
        <w:jc w:val="right"/>
      </w:pPr>
      <w:r>
        <w:t>تاکہاللہ غالبکردے۔توغالبکرنےکا معاملہدینکےلیےآیاہے، ہدیکےلیےنہیںآیاہے۔ هو الذیارسلرسولہ بالہدی ودینالحق</w:t>
      </w:r>
    </w:p>
    <w:p>
      <w:r>
        <w:rPr>
          <w:b/>
        </w:rPr>
        <w:t xml:space="preserve">[18:26] </w:t>
      </w:r>
      <w:r>
        <w:t>To Allah ne bheja peghambar ko hidayat ke saath, yaani hidayat ke saath, guidance ke saath aur deen ke saath taake deen ko ghalib kar de tamam doosre deenon par.</w:t>
      </w:r>
    </w:p>
    <w:p>
      <w:pPr>
        <w:jc w:val="right"/>
      </w:pPr>
      <w:r>
        <w:t>تو اللہ نے بھیجا پیغمبرکو ہدیکےساتھ،یعنیہدایت کےساتھ،گائیڈنکےساتھ اور دینکےساتھ تاکہ دینکو غالب کردے تمام دوسرےدینوںپر ۔</w:t>
      </w:r>
    </w:p>
    <w:p>
      <w:r>
        <w:rPr>
          <w:b/>
        </w:rPr>
        <w:t xml:space="preserve">[18:40] </w:t>
      </w:r>
      <w:r>
        <w:t>Yahan par sochne ki baat yeh hai</w:t>
      </w:r>
    </w:p>
    <w:p>
      <w:pPr>
        <w:jc w:val="right"/>
      </w:pPr>
      <w:r>
        <w:t>یہاںپر سوچنےکیباتیہہے</w:t>
      </w:r>
    </w:p>
    <w:p>
      <w:r>
        <w:rPr>
          <w:b/>
        </w:rPr>
        <w:t xml:space="preserve">[18:45] </w:t>
      </w:r>
      <w:r>
        <w:t>ke deen ke maamle mein in alfaaz se maloom hota hai ke deen ke maamle mein yeh hai ke woh ghalib ho, ek waqe'a bane, sirf kahani sunne ki had tak nahi hai. Woh</w:t>
      </w:r>
    </w:p>
    <w:p>
      <w:pPr>
        <w:jc w:val="right"/>
      </w:pPr>
      <w:r>
        <w:t>کہ دینکے معاملےمیں ان الفاظ سے معلوم ہوتاہےکہدینکےمعاملےمیںیہہےکہوہغالبہو،ایک واقع ہبنے، صرف کہانیسننےکیحدتکنہرہے۔وہ</w:t>
      </w:r>
    </w:p>
    <w:p>
      <w:r>
        <w:rPr>
          <w:b/>
        </w:rPr>
        <w:t xml:space="preserve">[18:57] </w:t>
      </w:r>
      <w:r>
        <w:t>To hum ko iski aisi aisi aisa interpretation dena hoga, aisa aisa iski ta'abeer karni hogi jismein ke waqe'atan woh bil fi'l ho gaya ho, yaani practically woh ghalib hua ho, practically woh naafiz hua ho.</w:t>
      </w:r>
    </w:p>
    <w:p>
      <w:pPr>
        <w:jc w:val="right"/>
      </w:pPr>
      <w:r>
        <w:t>توہمکو اسکیایسی ایسی ایسا انٹرپریٹیشندیناہوگا،ایسا ایسا اسکی تعبیرکرنیہوگی جسمیں کہ واق عتا وہ بال فعلہوگیاہو ، یعنی پریکٹیکلیوہغالبہواہو،پریکٹیکلیوہنافذہواہو۔</w:t>
      </w:r>
    </w:p>
    <w:p>
      <w:r>
        <w:rPr>
          <w:b/>
        </w:rPr>
        <w:t xml:space="preserve">[19:15] </w:t>
      </w:r>
      <w:r>
        <w:t>Woh lena padega.</w:t>
      </w:r>
    </w:p>
    <w:p>
      <w:pPr>
        <w:jc w:val="right"/>
      </w:pPr>
      <w:r>
        <w:t>وہ لیناپڑےگا۔</w:t>
      </w:r>
    </w:p>
    <w:p>
      <w:r>
        <w:rPr>
          <w:b/>
        </w:rPr>
        <w:t xml:space="preserve">[19:18] </w:t>
      </w:r>
      <w:r>
        <w:t>To jo log iske ma'ani lete hain, Islami nizam, Islami qanoon, to Islami nizam, Islami qanoon to kabhi naafiz nahi hua poore ma'ano mein, na Rasool Allah ke zamane mein, na khilafat ke zamane mein.</w:t>
      </w:r>
    </w:p>
    <w:p>
      <w:pPr>
        <w:jc w:val="right"/>
      </w:pPr>
      <w:r>
        <w:t>تو جو لوگ اسکےمعنیلیتےہیں، اسلامی نظام،اسلامی قانون ،تو اسلامی نظام،اسلام وقانون توکبھینافذہینہیںہوا پورےمعنوںمیں، نہرسولاللہکےزمان ےمیں، نہخلافتکےزمانےمیں۔</w:t>
      </w:r>
    </w:p>
    <w:p>
      <w:r>
        <w:rPr>
          <w:b/>
        </w:rPr>
        <w:t xml:space="preserve">[19:32] </w:t>
      </w:r>
      <w:r>
        <w:t>Kabhi bhi jis cheez ko hum kehte hain nizam, is ma'ani mein jis cheez ko hum hukoomat-e-ilahiya, is ma'ani mein saari duniya mein kiya mukammal deen bhi nahi hua. Woh to iske ma'ani keh Allah ka yeh ma'ani jo target tha, woh poora nahi hua.</w:t>
      </w:r>
    </w:p>
    <w:p>
      <w:pPr>
        <w:jc w:val="right"/>
      </w:pPr>
      <w:r>
        <w:t>کبھی بھی جس چیزکوہمکہتےہیںنظام، اس معنیمیں جسچیزکوہمحکومت الہیہ، اس معنیمیں ساریدنیا میںکیامک ہمدینہبھینہیںہوا۔وہ تو اسکےمعنیکہاللہ کا یہ یعنیجو ٹارگٹتھا،وہپوراہینہیںہوا۔</w:t>
      </w:r>
    </w:p>
    <w:p>
      <w:r>
        <w:rPr>
          <w:b/>
        </w:rPr>
        <w:t xml:space="preserve">[19:47] </w:t>
      </w:r>
      <w:r>
        <w:t>To hum ko aisa iski ta'abeer karni padegi jismein keh Allah ka nishaan poora hua ho, Allah ka target poora hua ho. Is par ghhor karte hue mere saamne yeh baat aati hai ke Prophet (PBUH) ka mission jo tha, to fold mission tha.</w:t>
      </w:r>
    </w:p>
    <w:p>
      <w:pPr>
        <w:jc w:val="right"/>
      </w:pPr>
      <w:r>
        <w:t>توہمکو ایسا اسکیتعبیرکرنیپڑےگیجس میںکہاللہ کانشان ہپوراہواہو، اللہ کاٹارگٹپوراہواہو۔ اسپر غورکرتے ہوئےمیرےسامنےیہباتآتیہے کہ پرافٹ علیہالسلامکا مشنجوتھا،ٹوفولڈمشنتھا۔</w:t>
      </w:r>
    </w:p>
    <w:p>
      <w:r>
        <w:rPr>
          <w:b/>
        </w:rPr>
        <w:t xml:space="preserve">[20:06] </w:t>
      </w:r>
      <w:r>
        <w:t>Prophet (PBUH) ka mission jo tha, to fold mission tha. Ek mission, ek pehlu jo tha, hidayat ka pehlu tha.</w:t>
      </w:r>
    </w:p>
    <w:p>
      <w:pPr>
        <w:jc w:val="right"/>
      </w:pPr>
      <w:r>
        <w:t>پرافٹعلیہالسلامکامشنجوتھا،ٹوفولڈمشنتھا۔ ایک مشن، ایک پہلوجوتھا،ہدیکاپہلوتھا۔</w:t>
      </w:r>
    </w:p>
    <w:p>
      <w:r>
        <w:rPr>
          <w:b/>
        </w:rPr>
        <w:t xml:space="preserve">[20:13] </w:t>
      </w:r>
      <w:r>
        <w:t>Hidayat ke pehlu se sirf yeh matlub tha ke authentic version woh hai, woh preserve ho jaye. Hidayat ka matlab hai guidance, yaani guidance, divine guidance ka jo authentic version hai, woh preserve ho jaye ke koi bhi insaan agar jaanna chahe ke Allah ki guidance kiya hai to woh dekh kar jaan le.</w:t>
      </w:r>
    </w:p>
    <w:p>
      <w:pPr>
        <w:jc w:val="right"/>
      </w:pPr>
      <w:r>
        <w:t>ہدیکے پہلو سےصرفیہمطلوبتھا کہ اتھینٹک ورژنجوہے، وہ پریزروہوجائے۔ ہدی کامطلبہےگائیڈنس ، یعنی گائیڈنس، ڈیوائنگائیڈنسکاجواتھینٹکورژنہے، وہ پریزروہوجائے کہکوئیبھیانسان اگر جانناچاہے کہاللہ کیگائیڈنسکیاہےتووہدیکھکرجان لے۔</w:t>
      </w:r>
    </w:p>
    <w:p>
      <w:r>
        <w:rPr>
          <w:b/>
        </w:rPr>
        <w:t xml:space="preserve">[20:39] </w:t>
      </w:r>
      <w:r>
        <w:t>To yahan par jo matlub tha hidayat ke maamle mein, woh sirf yeh tha ke woh preserve ho jaye. To chunancha Quran o Hadees preserve ho gaye, mehfooz ho gaye.</w:t>
      </w:r>
    </w:p>
    <w:p>
      <w:pPr>
        <w:jc w:val="right"/>
      </w:pPr>
      <w:r>
        <w:t>تویہاںپرجو مطلوبتھاہدیکےمعاملےمیں، وہصرفیہتھاکہوہ پریزروہوجائے۔ تو چنانچہقرآنوحدیث پریزروہوگئے، محفوظہوگئے۔</w:t>
      </w:r>
    </w:p>
    <w:p>
      <w:r>
        <w:rPr>
          <w:b/>
        </w:rPr>
        <w:t xml:space="preserve">[20:49] </w:t>
      </w:r>
      <w:r>
        <w:t>To hidayat se murad hai Quran o Hadees,</w:t>
      </w:r>
    </w:p>
    <w:p>
      <w:pPr>
        <w:jc w:val="right"/>
      </w:pPr>
      <w:r>
        <w:t>تو ہدیسے مرادہےقرآنوحدیث ،</w:t>
      </w:r>
    </w:p>
    <w:p>
      <w:r>
        <w:rPr>
          <w:b/>
        </w:rPr>
        <w:t xml:space="preserve">[20:53] </w:t>
      </w:r>
      <w:r>
        <w:t>Yeh isko qaim karna, naafiz karna murad nahi hai. Kyun ke jab yeh aap len, agar to aap ko sabit karna padega ke kab naafiz hua. Woh kabhi bhi naafiz nahi hua.</w:t>
      </w:r>
    </w:p>
    <w:p>
      <w:pPr>
        <w:jc w:val="right"/>
      </w:pPr>
      <w:r>
        <w:t>یہاسکو قائمکرنا،نافذکرنا مرادنہیںہے۔ کیونکہجب یہ آپلیں،اگر تو آپکوثابتکرناپڑےگاکہکبنافذہوا۔وہ کبھیبھینافذنہیںہوا۔</w:t>
      </w:r>
    </w:p>
    <w:p>
      <w:r>
        <w:rPr>
          <w:b/>
        </w:rPr>
        <w:t xml:space="preserve">[21:04] </w:t>
      </w:r>
      <w:r>
        <w:t>Maine apni kitabon mein yeh baat dikhai hai ke jo log isko samajhte hain ke koi wahan nizam qaim ho gaya tha, hukoomat qaim ho gayi thi Islami, woh to kabhi hua hi nahi. Yeh ek farzi baat hai.</w:t>
      </w:r>
    </w:p>
    <w:p>
      <w:pPr>
        <w:jc w:val="right"/>
      </w:pPr>
      <w:r>
        <w:t>میںنےاپنیکتاب وںمیںیہباتدکھائیہےکہجولوگاسکوسمجھتےہیںکہکوئیوہاں نظام قائمہوگیاتھا،حکومت قائم ہوگئیتھیاسلامی،وہتوکبھیہواہینہیں۔ یہ ایک فرضیباتہے۔</w:t>
      </w:r>
    </w:p>
    <w:p>
      <w:r>
        <w:rPr>
          <w:b/>
        </w:rPr>
        <w:t xml:space="preserve">[21:15] </w:t>
      </w:r>
      <w:r>
        <w:t>To to dono ko alag karna padega.</w:t>
      </w:r>
    </w:p>
    <w:p>
      <w:pPr>
        <w:jc w:val="right"/>
      </w:pPr>
      <w:r>
        <w:t>تو تو دونوںکوالگکرناپڑےگا۔</w:t>
      </w:r>
    </w:p>
    <w:p>
      <w:r>
        <w:rPr>
          <w:b/>
        </w:rPr>
        <w:t xml:space="preserve">[21:18] </w:t>
      </w:r>
      <w:r>
        <w:t>To main arz kar raha hoon ke hidayat se murad hai, yaani divine guidance ka preserve ho jana hamesha ke liye taake jab bhi koi insaan jaanna chahe ke Allah ki marzi kiya hai to woh dekh kar jaan sake.</w:t>
      </w:r>
    </w:p>
    <w:p>
      <w:pPr>
        <w:jc w:val="right"/>
      </w:pPr>
      <w:r>
        <w:t>تومیں عرضکررہاہوںکہہدیسےمرادہے، یعنی ڈیوائن گائیڈنسکا پریزروہوجانا ہمیشہکےلیے تاکہجببھیکوئیانسان جانناچاہے کہاللہ کیمرضیکیاہےتووہدیکھکےجانسکے۔</w:t>
      </w:r>
    </w:p>
    <w:p>
      <w:r>
        <w:rPr>
          <w:b/>
        </w:rPr>
        <w:t xml:space="preserve">[21:33] </w:t>
      </w:r>
      <w:r>
        <w:t>Woh hai Quran o Hadees. Ab ab dekhiye ke deen deen se kiya matlab hai jisko ke Allah Ta'ala ko matlub tha ke isko ghalib hona hai, isko na isko ghalba tak pahunchana hai.</w:t>
      </w:r>
    </w:p>
    <w:p>
      <w:pPr>
        <w:jc w:val="right"/>
      </w:pPr>
      <w:r>
        <w:t>وہہےقرآنوحدیث ۔ اب ابدیکھیےکہ دیندینسےکیامطلبہے جسکو کہاللہتعالیٰکومطلوبتھاکہاسکو غالبہوناہے، اسکو نہاسکو غلبہتکپہنچاناہے۔</w:t>
      </w:r>
    </w:p>
    <w:p>
      <w:r>
        <w:rPr>
          <w:b/>
        </w:rPr>
        <w:t xml:space="preserve">[21:46] </w:t>
      </w:r>
      <w:r>
        <w:t>To yahan deen se murad religion nahi hai. Is par maine ghhor karte hue yeh samjha hai ke deen se murad religion nahi hai balkeh deen se murad hai haalat-e-fitri.</w:t>
      </w:r>
    </w:p>
    <w:p>
      <w:pPr>
        <w:jc w:val="right"/>
      </w:pPr>
      <w:r>
        <w:t>تویہاں دینسے مرادریلیجننہیںہے۔ اسپر میںنےغورکرتے ہوئےیہسمجھاہے کہ دینسےمرادریلیجننہیںہےبلکہ دینسےمرادہے حالت فطری۔</w:t>
      </w:r>
    </w:p>
    <w:p>
      <w:r>
        <w:rPr>
          <w:b/>
        </w:rPr>
        <w:t xml:space="preserve">[21:57] </w:t>
      </w:r>
      <w:r>
        <w:t>Dekhiye, ek aur ayat hai, is se is mein madad milti hai samajhne mein.</w:t>
      </w:r>
    </w:p>
    <w:p>
      <w:pPr>
        <w:jc w:val="right"/>
      </w:pPr>
      <w:r>
        <w:t>دیکھیے،ایکاور آیتہے، اسسےاسمیں مددملتیہےسمجھنےمیں۔</w:t>
      </w:r>
    </w:p>
    <w:p>
      <w:r>
        <w:rPr>
          <w:b/>
        </w:rPr>
        <w:t xml:space="preserve">[22:03] </w:t>
      </w:r>
      <w:r>
        <w:t>Af ghaira din Allahi yabghoon walaw aslamam mirr fissamawati wal arz walaw karuha walaw yarji'oon Kya woh chahte hain Allah ke deen ke saath koi aur deen, halan ke saare zameen o aasman mein isi ka deen qaim hai?</w:t>
      </w:r>
    </w:p>
    <w:p>
      <w:pPr>
        <w:jc w:val="right"/>
      </w:pPr>
      <w:r>
        <w:t>اف غیر دین اللہ یبغون ولو اسلمم رف السماوات ولو کروا ولہ ارجعون کیا وہ چاہتےہیںاللہ کےدینکےساتھ کوئیاوردین ،حالانکہسارےزمین وآسمانمیںاسیکادینقائمہے؟</w:t>
      </w:r>
    </w:p>
    <w:p>
      <w:r>
        <w:rPr>
          <w:b/>
        </w:rPr>
        <w:t xml:space="preserve">[22:18] </w:t>
      </w:r>
      <w:r>
        <w:t>To zahir hai ke saare zameen o aasman mein Islam to qaim hai nahi, Islam mein qanoon to naafiz nahi hai. Woh hai haalat-e-fitri, natural law.</w:t>
      </w:r>
    </w:p>
    <w:p>
      <w:pPr>
        <w:jc w:val="right"/>
      </w:pPr>
      <w:r>
        <w:t>توظاہرہےکہ سارے زمین وآسمانمیںاسلام توقائمہےنہیں، اسلام میںقانون تونافذنہیںہے۔ وہ ہےحالت فطری، نیچرللاء۔</w:t>
      </w:r>
    </w:p>
    <w:p>
      <w:r>
        <w:rPr>
          <w:b/>
        </w:rPr>
        <w:t xml:space="preserve">[22:29] </w:t>
      </w:r>
      <w:r>
        <w:t>Woh kiya hai</w:t>
      </w:r>
    </w:p>
    <w:p>
      <w:pPr>
        <w:jc w:val="right"/>
      </w:pPr>
      <w:r>
        <w:t>وہکیا ہے</w:t>
      </w:r>
    </w:p>
    <w:p>
      <w:r>
        <w:rPr>
          <w:b/>
        </w:rPr>
        <w:t xml:space="preserve">[22:30] </w:t>
      </w:r>
      <w:r>
        <w:t>? Allah Ta'ala ne jo paida kiya hai insaan ko, to paida kiya hai Quran ke mutabiq duniya mein azaad de kar inko test liya ja raha hai.</w:t>
      </w:r>
    </w:p>
    <w:p>
      <w:pPr>
        <w:jc w:val="right"/>
      </w:pPr>
      <w:r>
        <w:t>؟ اللہ تعالیٰ نے جو پیدا کیاہےانسانکو ، تو پیدا کیاہے قرآنکےمطابق دنیا میں آز ادیدےکر انکوٹیسٹ لیاجارہاہے۔</w:t>
      </w:r>
    </w:p>
    <w:p>
      <w:r>
        <w:rPr>
          <w:b/>
        </w:rPr>
        <w:t xml:space="preserve">[22:42] </w:t>
      </w:r>
      <w:r>
        <w:t>kon azadi komsiuzkarta hai, kon az adiko thikiuzkarta hai, iska test ho raha hai. to khalq al maut wal hayat liabl wa kam aik mausamam la yani insan paida kiya gaya hai dunya mein azadi ke sath</w:t>
      </w:r>
    </w:p>
    <w:p>
      <w:pPr>
        <w:jc w:val="right"/>
      </w:pPr>
      <w:r>
        <w:t>کون آزادی کومسیوزکرتاہے، کون آز ادیکو ٹھیکیوزکرتاہے، اسکاٹیسٹ ہورہاہے۔ تو خلق الموت والحیات ليبل وكم ايكماعصمام لا یعنیانسان پیدا کیا گیاہےدنیا میںآزادیکےساتھ</w:t>
      </w:r>
    </w:p>
    <w:p>
      <w:r>
        <w:rPr>
          <w:b/>
        </w:rPr>
        <w:t xml:space="preserve">[22:58] </w:t>
      </w:r>
      <w:r>
        <w:t>. azadi jo hai, test ke liye hai. Allah taala dekh raha hai, farishte record kar rahe hain ke kon apni azadi ko yani misuse karta hai, kon iska proper use karta hai.</w:t>
      </w:r>
    </w:p>
    <w:p>
      <w:pPr>
        <w:jc w:val="right"/>
      </w:pPr>
      <w:r>
        <w:t>۔آزادی جوہے، ٹیسٹ کےلیےہے۔ اللہ تعالیٰدیکھرہاہے، فرشتےریکارڈکررہےہیں کہ کون اپنیآزادیکو یعنی مسیوزکرتاہے، کوناسکا پراپریوزکرتاہے۔</w:t>
      </w:r>
    </w:p>
    <w:p>
      <w:r>
        <w:rPr>
          <w:b/>
        </w:rPr>
        <w:t xml:space="preserve">[23:11] </w:t>
      </w:r>
      <w:r>
        <w:t>iske liye azadi di gayi hai. to Allah taala ko matloob hai ke yeh azadi barqarar rakhe, is az adiko koi abush na kare, azadi ko koi ikhtam na kare.</w:t>
      </w:r>
    </w:p>
    <w:p>
      <w:pPr>
        <w:jc w:val="right"/>
      </w:pPr>
      <w:r>
        <w:t>اسکےلیےآزادیدیگئیہے۔ تو اللہ تعالیٰکو مطلوبہےکہیہ آزادی برقراررکھے، اس آز ادیکو کوئی ابوشنہکرے،آزادیکو کوئیکوئیختمنہکرے۔</w:t>
      </w:r>
    </w:p>
    <w:p>
      <w:r>
        <w:rPr>
          <w:b/>
        </w:rPr>
        <w:t xml:space="preserve">[23:23] </w:t>
      </w:r>
      <w:r>
        <w:t>to</w:t>
      </w:r>
    </w:p>
    <w:p>
      <w:pPr>
        <w:jc w:val="right"/>
      </w:pPr>
      <w:r>
        <w:t>تو</w:t>
      </w:r>
    </w:p>
    <w:p>
      <w:r>
        <w:rPr>
          <w:b/>
        </w:rPr>
        <w:t xml:space="preserve">[23:24] </w:t>
      </w:r>
      <w:r>
        <w:t>yeh jo ayat hai, ayat ka jo doosra hissa hai, is ayat ka matlab yeh hai ke Allah ka yeh jo jo naam fitriya hai, isko dobara qaim kiya jaye tareekh mein.</w:t>
      </w:r>
    </w:p>
    <w:p>
      <w:pPr>
        <w:jc w:val="right"/>
      </w:pPr>
      <w:r>
        <w:t>یہجو آیتہے، آیتکاجو دوسراحصہہے، اس آیتکامطلبیہہےکہ اللہ کا یہ جو جونام فطریہے، اسکو دوبارہ قائمکیاجائےتاریخ میں۔</w:t>
      </w:r>
    </w:p>
    <w:p>
      <w:r>
        <w:rPr>
          <w:b/>
        </w:rPr>
        <w:t xml:space="preserve">[23:38] </w:t>
      </w:r>
      <w:r>
        <w:t>ab ab aap dekhiye ke kya surat hal thi rasool Allah ke zaman e mein . rasool Allah ke zaman e mein hazaron saal se kingship ka daur chal raha tha.</w:t>
      </w:r>
    </w:p>
    <w:p>
      <w:pPr>
        <w:jc w:val="right"/>
      </w:pPr>
      <w:r>
        <w:t>ابابآپدیکھیے کہ کیا صورت حالتھیرسولاللہکےزمان ےمیں ۔ رسولاللہکےزمان ےمیںہزاروںسالسے کنگشپ کادور چلرہاتھا۔</w:t>
      </w:r>
    </w:p>
    <w:p>
      <w:r>
        <w:rPr>
          <w:b/>
        </w:rPr>
        <w:t xml:space="preserve">[23:48] </w:t>
      </w:r>
      <w:r>
        <w:t>kingship, kingship ka zamana chal</w:t>
      </w:r>
    </w:p>
    <w:p>
      <w:pPr>
        <w:jc w:val="right"/>
      </w:pPr>
      <w:r>
        <w:t>کنگشپ، کنگشپکازمانہچ</w:t>
      </w:r>
    </w:p>
    <w:p>
      <w:r>
        <w:rPr>
          <w:b/>
        </w:rPr>
        <w:t xml:space="preserve">[23:51] </w:t>
      </w:r>
      <w:r>
        <w:t>raha tha. kingship ke zaman e mein sara power ek badshah ke hath mein, sara hukum badshah ka, yani badshah jo kar de, wahi qanoon hai.</w:t>
      </w:r>
    </w:p>
    <w:p>
      <w:pPr>
        <w:jc w:val="right"/>
      </w:pPr>
      <w:r>
        <w:t>لرہاتھا۔ کنگشپکےزمانےمیں سارا پاور ایک بادشاہکےہاتھمیں، ساراحکمبادشاہکا ،یعنیبادشاہجو کردے،وہیقانون ہے۔</w:t>
      </w:r>
    </w:p>
    <w:p>
      <w:r>
        <w:rPr>
          <w:b/>
        </w:rPr>
        <w:t xml:space="preserve">[24:01] </w:t>
      </w:r>
      <w:r>
        <w:t>aam insan ko koi azadi nahi thi. iska matlab hai ke jo deen fitri tha, isko khatam kar rakha tha unhone. yani Allah taala chahta hai ke log azad rahein taake jan chali jaye ke kisne azadi ko msiuz kiya, kisne isko prapriuz kiya. to dekh kar chala jayega jab aap azadi ko abush karein.</w:t>
      </w:r>
    </w:p>
    <w:p>
      <w:pPr>
        <w:jc w:val="right"/>
      </w:pPr>
      <w:r>
        <w:t>عام انسان کو کوئیآزادینہیںتھی۔ اسکامعنیہےکہجودین فطریتھا،اسکوختمکررکھاتھاانہوںنے۔ یعنیاللہ تعالیٰچاہتاہےکہلوگ آزادیرہے تاکہ جان چاجائے کہکسنے آز ادیکو مسیوزکیا ،کسنےاسکوپراپریوزکیا۔تودیکھاکر جائےگا جب آپآزادیکوابوشکردیں۔</w:t>
      </w:r>
    </w:p>
    <w:p>
      <w:r>
        <w:rPr>
          <w:b/>
        </w:rPr>
        <w:t xml:space="preserve">[24:21] </w:t>
      </w:r>
      <w:r>
        <w:t>to kingship ka jo nizam tha hazaron saal se, ismein Allah taala ke nizam fitri ko unhone abush kar rakha tha, isko khatam karna tha.</w:t>
      </w:r>
    </w:p>
    <w:p>
      <w:pPr>
        <w:jc w:val="right"/>
      </w:pPr>
      <w:r>
        <w:t>تو کنگشپکاجونظامتھاہ زاروںسالسے ،اسمیں اللہ تعالیٰکے نظام فطریکو انہوںنےابوشکررکھاتھا، اسکو ختمکرناتھا۔</w:t>
      </w:r>
    </w:p>
    <w:p>
      <w:r>
        <w:rPr>
          <w:b/>
        </w:rPr>
        <w:t xml:space="preserve">[24:34] </w:t>
      </w:r>
      <w:r>
        <w:t>is baat ko ek historian ne bahut achhi tarike se samjha hai aur likha hai. yeh historian tha, yani Henry Pirenne. woh Belgium mein paida hua aur iski kitab mein French zuban mein hain.</w:t>
      </w:r>
    </w:p>
    <w:p>
      <w:pPr>
        <w:jc w:val="right"/>
      </w:pPr>
      <w:r>
        <w:t>اس باتکو ایک ہسٹوریننے بہت اچھیطریقےسےسمجھا ہےاورلکھاہے۔ یہ ہسٹورینتھا ،یعنی ہنریپرین ۔وہ بیلجیممیںپیداہوا اور اسکیکتاب یںفرنچزبان میںہیں۔</w:t>
      </w:r>
    </w:p>
    <w:p>
      <w:r>
        <w:rPr>
          <w:b/>
        </w:rPr>
        <w:t xml:space="preserve">[24:50] </w:t>
      </w:r>
      <w:r>
        <w:t>to isne likha hai ke</w:t>
      </w:r>
    </w:p>
    <w:p>
      <w:pPr>
        <w:jc w:val="right"/>
      </w:pPr>
      <w:r>
        <w:t>تواسنےلکھاہےکہ</w:t>
      </w:r>
    </w:p>
    <w:p>
      <w:r>
        <w:rPr>
          <w:b/>
        </w:rPr>
        <w:t xml:space="preserve">[24:54] </w:t>
      </w:r>
      <w:r>
        <w:t>is zaman e mein, yani paighambar Islam ke zaman e tak jo halat thi, woh thi ke iske alfaaz hain ke monarchical absolutism qaim ho gaya tha dunya mein .</w:t>
      </w:r>
    </w:p>
    <w:p>
      <w:pPr>
        <w:jc w:val="right"/>
      </w:pPr>
      <w:r>
        <w:t>اس زمان ےمیں ،یعنی پیغمبر اسلام کےزمان ےتکجوحالتتھی،وہیتھی کہ اسکےالفاظہیںکہ من ارک یکل ایبسولیوٹزمقائمہوگیاتھادنیا میں ۔</w:t>
      </w:r>
    </w:p>
    <w:p>
      <w:r>
        <w:rPr>
          <w:b/>
        </w:rPr>
        <w:t xml:space="preserve">[25:04] </w:t>
      </w:r>
      <w:r>
        <w:t>monarchical absolutism, yani mutlaq shahanshahiyat, mutlaq shahanshahiyat, monarchical absolutism, isko khatam kiya Muhammad ne aur ke paighambar</w:t>
      </w:r>
    </w:p>
    <w:p>
      <w:pPr>
        <w:jc w:val="right"/>
      </w:pPr>
      <w:r>
        <w:t>من ارکیکل ایبسولیوٹزم ،یعنی مطلق شہ نشاہیت ، مطلق شہنشاہیت ، منارکیکلایبسولیوٹزم، اسکو ختم کیا محمد نےاور کےپرو نے</w:t>
      </w:r>
    </w:p>
    <w:p>
      <w:r>
        <w:rPr>
          <w:b/>
        </w:rPr>
        <w:t xml:space="preserve">[25:17] </w:t>
      </w:r>
      <w:r>
        <w:t>. yeh kehta hai woh Henry Pirenne. isne bahut zabardast taur par iska etraf kiya hai. isne likha hai ke asas ka batate hue yeh baat ke Islam change the face of the globe,</w:t>
      </w:r>
    </w:p>
    <w:p>
      <w:pPr>
        <w:jc w:val="right"/>
      </w:pPr>
      <w:r>
        <w:t>۔ یہ کہتاہےوہ ہنریپرین۔ اسنےبہت زبرد ستطور پراسکا اعترافکیاہے۔ اسنےلکھاہےکہ اساسکا بتاتےہوئے یہبات کہ اسلام چینج دا فیسافداگلوب،</w:t>
      </w:r>
    </w:p>
    <w:p>
      <w:r>
        <w:rPr>
          <w:b/>
        </w:rPr>
        <w:t xml:space="preserve">[25:31] </w:t>
      </w:r>
      <w:r>
        <w:t>the treasured order of history was overthrown. yeh kaise hua ? yeh aise hua ke rasool Allah ne aur aap ke paighambar yeh jo jo monarchical absolutism, isko khatam kiya.</w:t>
      </w:r>
    </w:p>
    <w:p>
      <w:pPr>
        <w:jc w:val="right"/>
      </w:pPr>
      <w:r>
        <w:t>دا ٹریژرڈآرڈرافہسٹریوازاوورتھرون۔ یہکیسےہوا ؟ یہایسےہوا کہ رسولاللہنےاورآپکے پرو نے یہ جو جو منارکیکل ایبسولیوٹزم،اسکوختمکیا۔</w:t>
      </w:r>
    </w:p>
    <w:p>
      <w:r>
        <w:rPr>
          <w:b/>
        </w:rPr>
        <w:t xml:space="preserve">[25:46] </w:t>
      </w:r>
      <w:r>
        <w:t>is zaman e mein aap jante hain ke do bade empire qaim the 7th century mein, jo chale aa rahe the bahut pehle se. ek tha Sasani empire, ek tha Byzantine empire, jo Roman empire ka East</w:t>
      </w:r>
    </w:p>
    <w:p>
      <w:pPr>
        <w:jc w:val="right"/>
      </w:pPr>
      <w:r>
        <w:t>اسزمان ےمیںآپجانتےہیںکہ دوبڑے ایمپائرقائمتھے سیونتھسینچریمیں،جوچلےآرہےتھےبہت پہلے سے۔ ایک تھا ساسانیایمپائر ،ایکتھا باز نتینایمپائر ،جو روم نایمپائرکا ایسٹ</w:t>
      </w:r>
    </w:p>
    <w:p>
      <w:r>
        <w:rPr>
          <w:b/>
        </w:rPr>
        <w:t xml:space="preserve">[26:02] </w:t>
      </w:r>
      <w:r>
        <w:t>ern part tha. to yeh jo do empire the, is zaman e ka jo nizam jo chal raha tha, yani monarchical absolutism ka, iske yeh inka khamthe, iske pillars the, pillars,</w:t>
      </w:r>
    </w:p>
    <w:p>
      <w:pPr>
        <w:jc w:val="right"/>
      </w:pPr>
      <w:r>
        <w:t>رنپارٹتھا۔ تو یہجو دو ایمپائرتھے، اس زمان ےکاجو نظامجوچلارہاتھا، یعنیمنارکیکلایبسولیوٹزمکا، اس کے یہ انکا کھمبتھے،اسکے پلرزتھے،پلرز،</w:t>
      </w:r>
    </w:p>
    <w:p>
      <w:r>
        <w:rPr>
          <w:b/>
        </w:rPr>
        <w:t xml:space="preserve">[26:18] </w:t>
      </w:r>
      <w:r>
        <w:t>iske pillars the. to yeh dono isi area mein the, yani Asia aur Africa ke area mein</w:t>
      </w:r>
    </w:p>
    <w:p>
      <w:pPr>
        <w:jc w:val="right"/>
      </w:pPr>
      <w:r>
        <w:t>اسکےپلرزتھے۔ تو یہ دونوں اسیایریامیں تھے،یعنیایشیااورافریقہکے ایریامیں</w:t>
      </w:r>
    </w:p>
    <w:p>
      <w:r>
        <w:rPr>
          <w:b/>
        </w:rPr>
        <w:t xml:space="preserve">[26:26] </w:t>
      </w:r>
      <w:r>
        <w:t>. to Allah taala ka matlab tha ke yeh pillars tode jayein taake yeh daur khatam ho, yani monarchical absolutism khatam ho, kingship khatam ho, ek naya daur shuru ho jismein insan azad rahe.</w:t>
      </w:r>
    </w:p>
    <w:p>
      <w:pPr>
        <w:jc w:val="right"/>
      </w:pPr>
      <w:r>
        <w:t>۔ تو اللہ تعالیٰکامطلوبتھاکہیہپلرز تو ڑے جائیں تاکہ یہ دور ختم ہو ،یعنی منارکیکل ایبسولیوٹزمختمہو ، کنگشپختمہو، ایک نیادورشروع ہو جسمیںانسان آزاد رہے۔</w:t>
      </w:r>
    </w:p>
    <w:p>
      <w:r>
        <w:rPr>
          <w:b/>
        </w:rPr>
        <w:t xml:space="preserve">[26:42] </w:t>
      </w:r>
      <w:r>
        <w:t>yani yeh despotism ya monarchical absolutism ya badshahat, yeh Allah ke ke creation plan ke khilaf tha.</w:t>
      </w:r>
    </w:p>
    <w:p>
      <w:pPr>
        <w:jc w:val="right"/>
      </w:pPr>
      <w:r>
        <w:t>یعنی یہ ڈسپارٹزم یا منارکیکلایبسولیوٹزم یا بادشاہت،یہ اللہ کے کے کرشنپلانکےخلاف تھا۔</w:t>
      </w:r>
    </w:p>
    <w:p>
      <w:r>
        <w:rPr>
          <w:b/>
        </w:rPr>
        <w:t xml:space="preserve">[26:55] </w:t>
      </w:r>
      <w:r>
        <w:t>Allah ka jo creation plan hai, ismein ke har insan ko azad rahe taake dekha jaye kisne kya kiya, kisne kya kiya ,</w:t>
      </w:r>
    </w:p>
    <w:p>
      <w:pPr>
        <w:jc w:val="right"/>
      </w:pPr>
      <w:r>
        <w:t>اللہ کا جو کرشنپلانہے،اسمیںکہہرانسانکوآزادیرہے تاکہدیکھاجائےکسنےکیاکیا،کسنےکیاکیا ،</w:t>
      </w:r>
    </w:p>
    <w:p>
      <w:r>
        <w:rPr>
          <w:b/>
        </w:rPr>
        <w:t xml:space="preserve">[27:02] </w:t>
      </w:r>
      <w:r>
        <w:t>kisne azadi ko msiuz kiya, kisne azadi ko prapriuz kiya taake aakhir mein insan ke liye faisla kiya jaye ke kon jannat qabil hai, kon jannat qabil nahi hai, iska faisla kiya jaye.</w:t>
      </w:r>
    </w:p>
    <w:p>
      <w:pPr>
        <w:jc w:val="right"/>
      </w:pPr>
      <w:r>
        <w:t>کسنےآزادیکومسیوزکیا،کسنےآزادیکو پراپریوزکیا تاکہ آخرتمیں انسان کےلیے فیصلہکیاجائے کہ کون جنت قابلہے،کون جنتقابلنہیںہے، اسکافیصلہکیاجائے۔</w:t>
      </w:r>
    </w:p>
    <w:p>
      <w:r>
        <w:rPr>
          <w:b/>
        </w:rPr>
        <w:t xml:space="preserve">[27:16] </w:t>
      </w:r>
      <w:r>
        <w:t>to yeh log jo the, yani badshah log, Allah ke nizam fitri ko unhone badal rakha tha, badal dala tha. insan ko azadi hasil nahi thi.</w:t>
      </w:r>
    </w:p>
    <w:p>
      <w:pPr>
        <w:jc w:val="right"/>
      </w:pPr>
      <w:r>
        <w:t>تو یہ لوگ جو تھے،یعنیبادشاہلوگ، اللہ کے نظام فطریکوانہوںنےبدلبدلرکھاتھا، بدلڈالاتھا۔انسانکوآزادیحاصل نہیںتھی۔</w:t>
      </w:r>
    </w:p>
    <w:p>
      <w:r>
        <w:rPr>
          <w:b/>
        </w:rPr>
        <w:t xml:space="preserve">[27:25] </w:t>
      </w:r>
      <w:r>
        <w:t>to Allah taala ka matlab tha ke is system ko tod diya jaye.</w:t>
      </w:r>
    </w:p>
    <w:p>
      <w:pPr>
        <w:jc w:val="right"/>
      </w:pPr>
      <w:r>
        <w:t>تواللہ تعالیٰکامطلوبتھاکہاسسسٹمکوتوڑدیا جائے۔</w:t>
      </w:r>
    </w:p>
    <w:p>
      <w:r>
        <w:rPr>
          <w:b/>
        </w:rPr>
        <w:t xml:space="preserve">[27:30] </w:t>
      </w:r>
      <w:r>
        <w:t>iske bare mein agar aap bible ko parhein to bible mein iski prediction maujood tha, iski iski pesh nagoee maujood thi.</w:t>
      </w:r>
    </w:p>
    <w:p>
      <w:pPr>
        <w:jc w:val="right"/>
      </w:pPr>
      <w:r>
        <w:t>اسکے بارےمیں اگرآپ بائبلکوپڑھیں تو بائبلمیں اسکی پریڈکشنموجود تھا، اسکی اسکی پیش نگوئیموجود تھی۔</w:t>
      </w:r>
    </w:p>
    <w:p>
      <w:r>
        <w:rPr>
          <w:b/>
        </w:rPr>
        <w:t xml:space="preserve">[27:41] </w:t>
      </w:r>
      <w:r>
        <w:t>aap habqoq ko parhiye, bible ka habqoq is aik israeeel peghambar thay. to unka jo unki jo baat kahe bible mein, usko kehte hain habqoq</w:t>
      </w:r>
    </w:p>
    <w:p>
      <w:pPr>
        <w:jc w:val="right"/>
      </w:pPr>
      <w:r>
        <w:t>آپ حبقوقکوپڑھیے، بائبل کاحبقوق اسایک اسرائیلیپیغمبرتھے۔ تو انکاجو انکیجو بکہے بائبلمیں، اسکوکہتےہیںحبقوق</w:t>
      </w:r>
    </w:p>
    <w:p>
      <w:r>
        <w:rPr>
          <w:b/>
        </w:rPr>
        <w:t xml:space="preserve">[27:54] </w:t>
      </w:r>
      <w:r>
        <w:t>. to is mein aik pesh nagoee aanfaaz mein aee hai ke woh aya, woh utha, usne dekha aur qaumain paragaanda ho gaee, chataanain choor choor ho gaee,</w:t>
      </w:r>
    </w:p>
    <w:p>
      <w:pPr>
        <w:jc w:val="right"/>
      </w:pPr>
      <w:r>
        <w:t>۔ تو اسمیں ایک پیش نگوئیانالفاظمیںآئیہے کہ وہآیا، وہ اٹھا، اسنےدیکھااور قومیںپراگندہہوگئیں، چٹانیں چورچورہوگئیں،</w:t>
      </w:r>
    </w:p>
    <w:p>
      <w:r>
        <w:rPr>
          <w:b/>
        </w:rPr>
        <w:t xml:space="preserve">[28:07] </w:t>
      </w:r>
      <w:r>
        <w:t>pahaar reza reza ho gaee. aik aik abadi tor par iska usne aik aik naya duniya mein daur qaim kiya.</w:t>
      </w:r>
    </w:p>
    <w:p>
      <w:pPr>
        <w:jc w:val="right"/>
      </w:pPr>
      <w:r>
        <w:t>پہاڑ ریزہریزہہوگئے۔ ایک ایک ابدیطورپر اسکا اسنےایکایک نیا دنیا میں دور قائمکیا۔</w:t>
      </w:r>
    </w:p>
    <w:p>
      <w:r>
        <w:rPr>
          <w:b/>
        </w:rPr>
        <w:t xml:space="preserve">[28:17] </w:t>
      </w:r>
      <w:r>
        <w:t>to yeh kaun hai jisne aisa kiya ?</w:t>
      </w:r>
    </w:p>
    <w:p>
      <w:pPr>
        <w:jc w:val="right"/>
      </w:pPr>
      <w:r>
        <w:t>تو یہکونہے جسنےایساکیا ؟</w:t>
      </w:r>
    </w:p>
    <w:p>
      <w:r>
        <w:rPr>
          <w:b/>
        </w:rPr>
        <w:t xml:space="preserve">[28:21] </w:t>
      </w:r>
      <w:r>
        <w:t>to agar che bible ke jo murakhkheen hain, woh nahin mante rasool Allah ko, lekin agar aap mutala karain to yeh alfaaz sirf chashma hote hain rasool Allah ke oopar, aap ke ashaab ke oopar.</w:t>
      </w:r>
    </w:p>
    <w:p>
      <w:pPr>
        <w:jc w:val="right"/>
      </w:pPr>
      <w:r>
        <w:t>تو اگر چہبائبل کےجو مورخینہیں،وہنہیںمانتےرسولاللہکو ،لیکن اگر آپ مطالعہکریں تو یہ الفاظ صرف چشمہہوتےہیںرسولاللہکےاوپر ، آپ کےاصحابکےاوپر ۔</w:t>
      </w:r>
    </w:p>
    <w:p>
      <w:r>
        <w:rPr>
          <w:b/>
        </w:rPr>
        <w:t xml:space="preserve">[28:34] </w:t>
      </w:r>
      <w:r>
        <w:t>is mein aik jo aik jumlay mein aap ko batata hoon: "everlasting mountains were scattered"</w:t>
      </w:r>
    </w:p>
    <w:p>
      <w:pPr>
        <w:jc w:val="right"/>
      </w:pPr>
      <w:r>
        <w:t>اسمیں ایک جوایکجملہمیںآپکوبتاتاہوں: "ایورلاسٹنگ ماؤنٹینز ویئر اسکار ٹڈ"</w:t>
      </w:r>
    </w:p>
    <w:p>
      <w:r>
        <w:rPr>
          <w:b/>
        </w:rPr>
        <w:t xml:space="preserve">[28:44] </w:t>
      </w:r>
      <w:r>
        <w:t>jo jo aik chapter hai, uska aik word hai :"everlasting mountains were scattered". to yeh kisne kiya ?</w:t>
      </w:r>
    </w:p>
    <w:p>
      <w:pPr>
        <w:jc w:val="right"/>
      </w:pPr>
      <w:r>
        <w:t>جو جو ایکچیپٹرہے،اسکاایکورڈہے :"ایورلاسٹنگ ماؤنٹینز ویئر اسکارٹڈ"۔ تو یہ کسنےکیا ؟</w:t>
      </w:r>
    </w:p>
    <w:p>
      <w:r>
        <w:rPr>
          <w:b/>
        </w:rPr>
        <w:t xml:space="preserve">[28:54] </w:t>
      </w:r>
      <w:r>
        <w:t>yeh dekhein, yahan par jo chataan ka word hai, jo mountain ka word hai, yeh usi usi ke liye hai. yani woh jo jo jo yani jo imperialism tha, jo badshahat thi, jis jo monarchical jo absolutism tha, usi ke liye hai.</w:t>
      </w:r>
    </w:p>
    <w:p>
      <w:pPr>
        <w:jc w:val="right"/>
      </w:pPr>
      <w:r>
        <w:t>یہ دیکھیں،یہاںپرجو چٹانکاورڈہے، جو ماؤنٹینکاورڈہے، یہ اسی اسیکےلیے ہے۔ یعنیوہجو جو جو یعنیجو ایمپیریلزمتھا،جو بادشاہتتھی، جسجو منارکیکلجوایبسولیوٹزمتھا،اسیکےلیےہے۔</w:t>
      </w:r>
    </w:p>
    <w:p>
      <w:r>
        <w:rPr>
          <w:b/>
        </w:rPr>
        <w:t xml:space="preserve">[29:11] </w:t>
      </w:r>
      <w:r>
        <w:t>yani political chataanain, is se murad hai political chataanain, political mountain. to saatveen sadi mein peghambar e Islam ke jo paish raw thay, unka takrao hua un logon se, yani sasani empire se, bizantini empire se, aur pachaas saal ke andar andar unka khatma ho gaya.</w:t>
      </w:r>
    </w:p>
    <w:p>
      <w:pPr>
        <w:jc w:val="right"/>
      </w:pPr>
      <w:r>
        <w:t>یعنیپولیٹیکلچٹانیں، اسسےمرادہےپولیٹیکلچٹانیں،پولیٹیکلماؤنٹین۔ تو ساتویںصدی میں پیغمبراسلام کےجو پرو تھے، انکا ٹکراؤہوا انلوگوںسے ،یعنی ساسانی ایمپائرسے، باز نتینیایمپائرسے، اور پچاسسالکےاندراندر انکا خاتمہہوگیا۔</w:t>
      </w:r>
    </w:p>
    <w:p>
      <w:r>
        <w:rPr>
          <w:b/>
        </w:rPr>
        <w:t xml:space="preserve">[29:32] </w:t>
      </w:r>
      <w:r>
        <w:t>tab ja kar yeh hua ke duniya mein azaadi aee.</w:t>
      </w:r>
    </w:p>
    <w:p>
      <w:pPr>
        <w:jc w:val="right"/>
      </w:pPr>
      <w:r>
        <w:t>تب جاکریہہواکہدنیا میںآزادیآئی۔</w:t>
      </w:r>
    </w:p>
    <w:p>
      <w:r>
        <w:rPr>
          <w:b/>
        </w:rPr>
        <w:t xml:space="preserve">[29:35] </w:t>
      </w:r>
      <w:r>
        <w:t>dekhiye, yeh freedom jisko hum kehte hain, aaj kal ke musalman jisko samajhte nahin, jo idhar udhar shor gul kar rahe hain ke freedom of speech ko khatam karo. freedom to Allah taala ne duniya mein paida di hai insaan ko, aap kaise khatam karain ge ?</w:t>
      </w:r>
    </w:p>
    <w:p>
      <w:pPr>
        <w:jc w:val="right"/>
      </w:pPr>
      <w:r>
        <w:t>دیکھیے،یہ فریڈمجسکوہمکہتےہیں،آجکلکےمسلمانجسکوسمجھتےنہیں،جوادھرادھرشورگلکررہےہیں کہفریڈماسپیچکوختمکرو۔ فریڈمتواللہ تعالیٰنے دنیا میں پیدا دیہےانسانکو ، آپکیسےختمکریںگے ؟</w:t>
      </w:r>
    </w:p>
    <w:p>
      <w:r>
        <w:rPr>
          <w:b/>
        </w:rPr>
        <w:t xml:space="preserve">[29:54] </w:t>
      </w:r>
      <w:r>
        <w:t>yani musalman shor gul kar rahe hain aath sau saal se ke rasool Allah ke khilaf gustakhana na ki jaye, aur lekin woh nakaam hain, nakaam hain.</w:t>
      </w:r>
    </w:p>
    <w:p>
      <w:pPr>
        <w:jc w:val="right"/>
      </w:pPr>
      <w:r>
        <w:t>یعنی مسلمان شور گلکررہےہیں آٹھسوسالسے کہرسولاللہ کےخلاف گستاخینہکیجائے، اور ان لیکن وہ ناکامہیں، ناکامہیں۔</w:t>
      </w:r>
    </w:p>
    <w:p>
      <w:r>
        <w:rPr>
          <w:b/>
        </w:rPr>
        <w:t xml:space="preserve">[30:06] </w:t>
      </w:r>
      <w:r>
        <w:t>yani jo log ke woh anjaam ko le kar soch na chahiye ke kyun hum nakaam hain. agar yeh matlab hai ke peghambar ke khilaf koi shaan mein koi gustakhana na kare, to kyun gustakhian barhti chali ja rahi hain ?</w:t>
      </w:r>
    </w:p>
    <w:p>
      <w:pPr>
        <w:jc w:val="right"/>
      </w:pPr>
      <w:r>
        <w:t>یعنی جولوگ کہ وہانہیں نتیجےکولےکرسوچناچاہیے کہکیوںہمناکامہیں۔ اگر یہ مطلوبہے کہ پیغمبر کےخلاف کوئی شانمیںکوئیگستاخینہکرے،توکیوں گستاخیاںبڑھتیچلیجارہیہیں؟</w:t>
      </w:r>
    </w:p>
    <w:p>
      <w:r>
        <w:rPr>
          <w:b/>
        </w:rPr>
        <w:t xml:space="preserve">[30:21] </w:t>
      </w:r>
      <w:r>
        <w:t>aath sau saal pehle ibn Taymiyyah ne aik kitaab likhi thi: "Al Saalim Al Rasool Ala Shateem Al Rasool". jo jo rasool Allah ki shaan mein gustakhi kare, usko gardan maar do.</w:t>
      </w:r>
    </w:p>
    <w:p>
      <w:pPr>
        <w:jc w:val="right"/>
      </w:pPr>
      <w:r>
        <w:t>آٹھسوسالپہلے ابن طیبہنےایککتاب لکھیتھی: "الصارب المسول علی شاطبالرسول"۔ جو جورسولاللہکیشانمیںگستاخیکرے،اسکوگرد نمار دو۔</w:t>
      </w:r>
    </w:p>
    <w:p>
      <w:r>
        <w:rPr>
          <w:b/>
        </w:rPr>
        <w:t xml:space="preserve">[30:32] </w:t>
      </w:r>
      <w:r>
        <w:t>us waqt jab yani aik insaan ne aisa kiya tha, us par unhon ne kitaab likhi thi. aaj jab poora poora daur khatam kar raha hai, aaj poora poora daur rasool Allah ki shaan mein gustakhi kar raha hai, yani thousand time barh gaee hai gustakhi.</w:t>
      </w:r>
    </w:p>
    <w:p>
      <w:pPr>
        <w:jc w:val="right"/>
      </w:pPr>
      <w:r>
        <w:t>اس وقت جب یعنی ایکانسان نےایساکیا تھا، اسپرانہوںنےکتاب لکھیتھی۔ آججب پوراپورادور ختمکررہاہے، آجپوراپورادوررسولاللہکیشانمیںگستاخیکررہاہے، یعنی تھاؤزنڈٹائم بڑھگئیہےگستاخی ۔</w:t>
      </w:r>
    </w:p>
    <w:p>
      <w:r>
        <w:rPr>
          <w:b/>
        </w:rPr>
        <w:t xml:space="preserve">[30:49] </w:t>
      </w:r>
      <w:r>
        <w:t>to yeh kya hai? musalman Allah ke qanoon ke khilaf lad rahe hain.</w:t>
      </w:r>
    </w:p>
    <w:p>
      <w:pPr>
        <w:jc w:val="right"/>
      </w:pPr>
      <w:r>
        <w:t>تو یہکیاہے؟ مس لمان اللہ کے قانون کےخلاف لڑرہےہیں۔</w:t>
      </w:r>
    </w:p>
    <w:p>
      <w:r>
        <w:rPr>
          <w:b/>
        </w:rPr>
        <w:t xml:space="preserve">[30:55] </w:t>
      </w:r>
      <w:r>
        <w:t>Allah ne insaan ko azaadi di hai, freedom of expression Allah ki di hui cheez hai, aur jab bhi koi freedom ko khatam karta hai to Khuda usko tod deta hai.</w:t>
      </w:r>
    </w:p>
    <w:p>
      <w:pPr>
        <w:jc w:val="right"/>
      </w:pPr>
      <w:r>
        <w:t>اللہ نےانسانکوآزادیدیہے، فریڈمافایکسپریشن اللہ کیدیہوئیچیزہے، اور جب بھیکوئی فریڈمکو ختم کرتاہےتوخدااسکوتوڑدیتاہے۔</w:t>
      </w:r>
    </w:p>
    <w:p>
      <w:r>
        <w:rPr>
          <w:b/>
        </w:rPr>
        <w:t xml:space="preserve">[31:08] </w:t>
      </w:r>
      <w:r>
        <w:t>koi bhi badshah, koi bhi system aisa agar duniya mein banaya jata hai jo insaan ki freedom ko khatam kare to Khuda usko tod deta hai.</w:t>
      </w:r>
    </w:p>
    <w:p>
      <w:pPr>
        <w:jc w:val="right"/>
      </w:pPr>
      <w:r>
        <w:t>کوئیبھی بادشاہ،کوئیبھی سسٹمایسااگر دنیا میںبنایاجاتا ہے جو انسان کیفریڈمکوختمکرےتوخدااسکوتوڑدیتاہے۔</w:t>
      </w:r>
    </w:p>
    <w:p>
      <w:r>
        <w:rPr>
          <w:b/>
        </w:rPr>
        <w:t xml:space="preserve">[31:16] </w:t>
      </w:r>
      <w:r>
        <w:t>iski aik misaal thi pehle zamanay ki, yani sasani empire ko toda gaya, bizantini empire ko toda gaya, Roman empire ko toda gaya, kyunke un logon ne insaan ki azaadi ko khatam kar rakha tha.</w:t>
      </w:r>
    </w:p>
    <w:p>
      <w:pPr>
        <w:jc w:val="right"/>
      </w:pPr>
      <w:r>
        <w:t>اسکیایک مثالتھی پہلے زمان ےکی ، یعنیساسانی ایمپائرکوتوڑاگیا، باز نتینایمپائرکوتوڑاگیا، رومنایمپائرکوتوڑاگیا، کیونکہ انلوگوںنے انسان کیآزادیکوختمکررکھاتھا۔</w:t>
      </w:r>
    </w:p>
    <w:p>
      <w:r>
        <w:rPr>
          <w:b/>
        </w:rPr>
        <w:t xml:space="preserve">[31:29] </w:t>
      </w:r>
      <w:r>
        <w:t>uske baad jab yeh communism aya aur aur yeh communist state bani aik Russia mein aur aur aik poore ilaqay mein, wahan bhi insaan ki azaadi ko unhon ne khatam kar diya tha.</w:t>
      </w:r>
    </w:p>
    <w:p>
      <w:pPr>
        <w:jc w:val="right"/>
      </w:pPr>
      <w:r>
        <w:t>اسکےبعد جب یہ کمیونزم آیا اور اور یہ کمیونسٹاسٹیٹبنی ایک رشیامیںاور اور ایک پورےعلاقےمیں، وہاںبھیانسانکیآزادیکوانہوںنےختمکردیا تھا۔</w:t>
      </w:r>
    </w:p>
    <w:p>
      <w:r>
        <w:rPr>
          <w:b/>
        </w:rPr>
        <w:t xml:space="preserve">[31:43] </w:t>
      </w:r>
      <w:r>
        <w:t>usko bhi Khuda ne tod diya</w:t>
      </w:r>
    </w:p>
    <w:p>
      <w:pPr>
        <w:jc w:val="right"/>
      </w:pPr>
      <w:r>
        <w:t>اسکوبھیخدانےتوڑدیا</w:t>
      </w:r>
    </w:p>
    <w:p>
      <w:r>
        <w:rPr>
          <w:b/>
        </w:rPr>
        <w:t xml:space="preserve">[31:45] </w:t>
      </w:r>
      <w:r>
        <w:t>. is bare mein Allah ne istemal kiya America ko. us waqt Allah ne istemal kiya tha, yani rasool Allah ke paish rawon ko seventh century mein. Allah ne istemal kiya, woh "that was a divine operation".</w:t>
      </w:r>
    </w:p>
    <w:p>
      <w:pPr>
        <w:jc w:val="right"/>
      </w:pPr>
      <w:r>
        <w:t>۔ اسبارےمیںاللہ نےاستعمال کیا امریک ہکو ۔ اسوقت اللہ نےاستعمال کیاتھا، یعنی رسولاللہکےپرو ںکو سیونتھسینچریمیں۔اللہنے استعمال کیا ،وہ "دیٹواز اڈیوائنآپریشن"۔</w:t>
      </w:r>
    </w:p>
    <w:p>
      <w:r>
        <w:rPr>
          <w:b/>
        </w:rPr>
        <w:t xml:space="preserve">[32:00] </w:t>
      </w:r>
      <w:r>
        <w:t>woh jo uske baad mein hua seventh century mein, woh aik divine operation tha.</w:t>
      </w:r>
    </w:p>
    <w:p>
      <w:pPr>
        <w:jc w:val="right"/>
      </w:pPr>
      <w:r>
        <w:t>وہجو اسبعدمیںہوا سیونتھسینچریمیں، وہایکڈیوائنآپریشنتھا۔</w:t>
      </w:r>
    </w:p>
    <w:p>
      <w:r>
        <w:rPr>
          <w:b/>
        </w:rPr>
        <w:t xml:space="preserve">[32:05] </w:t>
      </w:r>
      <w:r>
        <w:t>Allah taala ne aik operation kiya jis ke nateeje mein us waqt jo empire qaim thi, Roman empire, bizantini empire, sasani empire, usko Allah taala ne uske khilaf aik operation karwaya.</w:t>
      </w:r>
    </w:p>
    <w:p>
      <w:pPr>
        <w:jc w:val="right"/>
      </w:pPr>
      <w:r>
        <w:t>اللہ تعالیٰنے ایک آپریشنکیا جسکے نتیجےمیں اسوقتجو ایمپائرقائمتھی، روم نایمپائر،باز نتینایمپائر،ساسانیایمپائر،اسکو اللہ تعالیٰنے اسکےخلاف ایک آپریشنکروایا۔</w:t>
      </w:r>
    </w:p>
    <w:p>
      <w:r>
        <w:rPr>
          <w:b/>
        </w:rPr>
        <w:t xml:space="preserve">[32:19] </w:t>
      </w:r>
      <w:r>
        <w:t>wo operation karwaya rasoolullah ke pro n ke zariye se, isko khatm kardiya. is zamane mein jo communist empire khara hua, jismein insaan ki azadi khatm kardi thi an logo ne, to america ko allah ne istemal kiya, isko tod diya 7 5 saal ke baad.</w:t>
      </w:r>
    </w:p>
    <w:p>
      <w:pPr>
        <w:jc w:val="right"/>
      </w:pPr>
      <w:r>
        <w:t>وہ آپریشنکروایا رسولاللہ کے پرو ںکےذریعےسے،اسکوختمکردیا۔ اس زمان ےمیںجو کمیونسٹایمپائرکھڑا ہوا،جسمیں انسان کیآزادیختمکردیتھیانلوگوںنے، تو امریک ہکواللہ نےاستعمال کیا،اسکوتوڑدیا 7 5سالکےبعد ۔</w:t>
      </w:r>
    </w:p>
    <w:p>
      <w:r>
        <w:rPr>
          <w:b/>
        </w:rPr>
        <w:t xml:space="preserve">[32:34] </w:t>
      </w:r>
      <w:r>
        <w:t>to dekhiye, yaad rakhiye, azadi je woh hai, azadi allah ko matloob hai. kyun azadi? kyun matloob hai?</w:t>
      </w:r>
    </w:p>
    <w:p>
      <w:pPr>
        <w:jc w:val="right"/>
      </w:pPr>
      <w:r>
        <w:t>تو دیکھیے،یادرکھیے، آز ادیجوہے، آز ادی اللہ کو مطلوبہے۔ کیوں آز ادی؟کیوںمطلوبہے؟</w:t>
      </w:r>
    </w:p>
    <w:p>
      <w:r>
        <w:rPr>
          <w:b/>
        </w:rPr>
        <w:t xml:space="preserve">[32:46] </w:t>
      </w:r>
      <w:r>
        <w:t>iske do bohat hi aham sabab hain. do : ek to yeh hai ke agar azadi nahi to test kis baat ka hoga? agar insaan ko azad na ho to test kis baat ka hoga?</w:t>
      </w:r>
    </w:p>
    <w:p>
      <w:pPr>
        <w:jc w:val="right"/>
      </w:pPr>
      <w:r>
        <w:t>اسکےدو بہت ہیاہم سببہیں۔ دو :ایکتویہہےکہاگر آزادینہیںتو ٹیسٹ کسباتکاہوگا؟ اگر انسانکوآز ادینہہوتوٹیسٹ کسباتکاہوگا؟</w:t>
      </w:r>
    </w:p>
    <w:p>
      <w:r>
        <w:rPr>
          <w:b/>
        </w:rPr>
        <w:t xml:space="preserve">[32:58] </w:t>
      </w:r>
      <w:r>
        <w:t>to ek hai ke test ki halat baqi rakhne ke liye insaan ko azadi de di gayi hai, woh baqi rahegi, kabhi isko aap tod nahi sakte.</w:t>
      </w:r>
    </w:p>
    <w:p>
      <w:pPr>
        <w:jc w:val="right"/>
      </w:pPr>
      <w:r>
        <w:t>تو ایک ہےکہ ٹیسٹ کی حالت باقیرکھنےکےلیے انسانکوآزادی دےدیگئیہے، وہباقیرہےگی،کبھیاسکو آپتوڑنہیںسکتے۔</w:t>
      </w:r>
    </w:p>
    <w:p>
      <w:r>
        <w:rPr>
          <w:b/>
        </w:rPr>
        <w:t xml:space="preserve">[33:07] </w:t>
      </w:r>
      <w:r>
        <w:t>doosri baat yeh hai ke allah ta'ala ne is duniya mein bohat si cheezein potential ke taur par rakhi thi.</w:t>
      </w:r>
    </w:p>
    <w:p>
      <w:pPr>
        <w:jc w:val="right"/>
      </w:pPr>
      <w:r>
        <w:t>دوسریباتیہہے کہاللہتعالیٰنے اسدنیا میں بہت سیچیزیں پوٹینشل طورپررکھیتھیں۔</w:t>
      </w:r>
    </w:p>
    <w:p>
      <w:r>
        <w:rPr>
          <w:b/>
        </w:rPr>
        <w:t xml:space="preserve">[33:17] </w:t>
      </w:r>
      <w:r>
        <w:t>potential</w:t>
      </w:r>
    </w:p>
    <w:p>
      <w:pPr>
        <w:jc w:val="right"/>
      </w:pPr>
      <w:r>
        <w:t>پوٹینشل</w:t>
      </w:r>
    </w:p>
    <w:p>
      <w:r>
        <w:rPr>
          <w:b/>
        </w:rPr>
        <w:t xml:space="preserve">[33:18] </w:t>
      </w:r>
      <w:r>
        <w:t>, yaani allah ta'ala ne sawari ke liye ghode to animal ki surat mein de diye, lekin car aur hawai jahaz potential ke taur par rakh diye is is is is duniya mein .</w:t>
      </w:r>
    </w:p>
    <w:p>
      <w:pPr>
        <w:jc w:val="right"/>
      </w:pPr>
      <w:r>
        <w:t>،یعنیاللہ تعالیٰنےسواریکےلیے گھوڑےتو اینیملکیصورت میںدےدیے، لیکن کار اورہوائیجہاز پوٹینشلکےطورپر رکھدیے اس اس اس اسدنیا میں ۔</w:t>
      </w:r>
    </w:p>
    <w:p>
      <w:r>
        <w:rPr>
          <w:b/>
        </w:rPr>
        <w:t xml:space="preserve">[33:30] </w:t>
      </w:r>
      <w:r>
        <w:t>isko ispar ghor farmaiye aap ke allah ta'ala ne shuru mein kuch cheezon ko apni taraf se de diya ke is tarah isko istemal karo, isko maslan ghoda sawari ke liye</w:t>
      </w:r>
    </w:p>
    <w:p>
      <w:pPr>
        <w:jc w:val="right"/>
      </w:pPr>
      <w:r>
        <w:t>اسکو اسپر غورفرمائیےآپ کہاللہ تعالیٰنے شروع میں کچھچیزوںکو اپنی طرفسےدےدیا کہاسطرح اسکو استعمال کرو،اسکو مثلاًگھوڑاسواریکےلیے</w:t>
      </w:r>
    </w:p>
    <w:p>
      <w:r>
        <w:rPr>
          <w:b/>
        </w:rPr>
        <w:t xml:space="preserve">[33:42] </w:t>
      </w:r>
      <w:r>
        <w:t>to sawari ke liye ek animal de diya ke ispar sawar karo. lekin allah ta'ala ka matlab tha ke insaan stamp aur ko daryaft kare, insaan car banaye, insaan hawai jahaz banaye.</w:t>
      </w:r>
    </w:p>
    <w:p>
      <w:pPr>
        <w:jc w:val="right"/>
      </w:pPr>
      <w:r>
        <w:t>تو سواریکےلیے ایک این یملدےدیاکہاسپرسواریکرو۔لیکن اللہ تعالیٰکامطلوبتھاکہ انسان اسٹیمپاورکودریا فتکرے، انسان کار بنائے،انسان ہوائیجہازبن ائے۔</w:t>
      </w:r>
    </w:p>
    <w:p>
      <w:r>
        <w:rPr>
          <w:b/>
        </w:rPr>
        <w:t xml:space="preserve">[33:52] </w:t>
      </w:r>
      <w:r>
        <w:t>lekin yeh tha potential ke taur par, woh woh daryaft karne ke liye zaroorat thi ke azadi ho . jab tak azadi na ho, tab tak is potential ko aap unfold nahi kar sakte, is potential ko aap actual nahi bana sakte.</w:t>
      </w:r>
    </w:p>
    <w:p>
      <w:pPr>
        <w:jc w:val="right"/>
      </w:pPr>
      <w:r>
        <w:t>لیکن یہ تھا پوٹینشل کےطورپر،وہ وہدریافتکرنےکےلیےضروریتھی کہ آزادیہو ۔ جب تک آز ادی نہہو، تب تک اس پوٹینشلکوآپ انفولڈنہیںکرسکتے، اسپوٹینشلکوآپایکچولنہیںبناسکتے۔</w:t>
      </w:r>
    </w:p>
    <w:p>
      <w:r>
        <w:rPr>
          <w:b/>
        </w:rPr>
        <w:t xml:space="preserve">[34:08] </w:t>
      </w:r>
      <w:r>
        <w:t>to hazaron saal se yeh potential pada hua tha, unfold nahi ho raha tha. yaani log oont par sawar kar kar sawari karte the, ghode par sawari karte the, khachhar par sawari karte the, jab ke potentially sab kuch maujood tha is zameen mein.</w:t>
      </w:r>
    </w:p>
    <w:p>
      <w:pPr>
        <w:jc w:val="right"/>
      </w:pPr>
      <w:r>
        <w:t>تو ہزاروںسال سے یہ پوٹینشلپڑاہوا تھا،انفولڈنہیںہورہاتھا۔ یعنیلوگاونٹپرسوار کر کر سواریکرتے تھے،گھوڑےپرسواریکرتے تھے،خچرپرسواریکرتے تھے، جب کہپوٹینشلیسبکچھموجود تھااسزمین میں۔</w:t>
      </w:r>
    </w:p>
    <w:p>
      <w:r>
        <w:rPr>
          <w:b/>
        </w:rPr>
        <w:t xml:space="preserve">[34:22] </w:t>
      </w:r>
      <w:r>
        <w:t>yaani car bhi potential maujood thi, hawai jahaz bhi maujood tha, telephone bhi maujood tha, sara communication maujood tha potential sense mein, lekin woh pada hua tha unfold.</w:t>
      </w:r>
    </w:p>
    <w:p>
      <w:pPr>
        <w:jc w:val="right"/>
      </w:pPr>
      <w:r>
        <w:t>یعنی کاربھی پوٹینشلیموجود تھی، ہوائیجہازبھیموجود تھا، ٹیلیفونبھیموجود تھا، سارا کمیونیکیشنموجود تھا پ وٹینشلسینسمیں،لیکن وہپڑاہواتھاان فولڈ۔</w:t>
      </w:r>
    </w:p>
    <w:p>
      <w:r>
        <w:rPr>
          <w:b/>
        </w:rPr>
        <w:t xml:space="preserve">[34:34] </w:t>
      </w:r>
      <w:r>
        <w:t>kyun? iske liye azadi chahiye thi.</w:t>
      </w:r>
    </w:p>
    <w:p>
      <w:pPr>
        <w:jc w:val="right"/>
      </w:pPr>
      <w:r>
        <w:t>کیوں؟اسکےلیےآزادیچاہیےتھی۔</w:t>
      </w:r>
    </w:p>
    <w:p>
      <w:r>
        <w:rPr>
          <w:b/>
        </w:rPr>
        <w:t xml:space="preserve">[34:36] </w:t>
      </w:r>
      <w:r>
        <w:t>to jo empire thi, jo kingship thi, woh azadi ki dushman thi, kyun ke unhe apne apne empire ko bachane ke liye zaroorat thi ke logo ko azad na ho .</w:t>
      </w:r>
    </w:p>
    <w:p>
      <w:pPr>
        <w:jc w:val="right"/>
      </w:pPr>
      <w:r>
        <w:t>تو جو ایمپائرتھیں،جو کنگشپتھیں، وہ آز ادی کیدشمنتھیں، کیونکہانہیں اپنے اپنے ایمپائرکوبچانےکےلیے ضروریتھاکہلوگوںکو آز ادینہہو ۔</w:t>
      </w:r>
    </w:p>
    <w:p>
      <w:r>
        <w:rPr>
          <w:b/>
        </w:rPr>
        <w:t xml:space="preserve">[34:48] </w:t>
      </w:r>
      <w:r>
        <w:t>log bilkul sab subject bankar rahein, subject raya, praja bankar ke. to jisko kehte hain pichla jo culture tha, woh praja culture tha, woh subject culture tha, woh ghulami, woh azadi culture nahi tha.</w:t>
      </w:r>
    </w:p>
    <w:p>
      <w:pPr>
        <w:jc w:val="right"/>
      </w:pPr>
      <w:r>
        <w:t>لوگ بالکل سب جیکٹبنکررہیں،سبجیکٹ رایا، پرجابنکرکے۔ تو جسکوکہتےہیں پچھلاجوکلچرتھا،وہپرجاکلچرتھا،وہ سبجیکٹکلچرتھا، وہ غلامی، وہ آز ادیکل چرنہیںتھا۔</w:t>
      </w:r>
    </w:p>
    <w:p>
      <w:r>
        <w:rPr>
          <w:b/>
        </w:rPr>
        <w:t xml:space="preserve">[35:02] </w:t>
      </w:r>
      <w:r>
        <w:t>to allah ta'ala ka matlab tha ke yeh yeh daur khatm ho ,</w:t>
      </w:r>
    </w:p>
    <w:p>
      <w:pPr>
        <w:jc w:val="right"/>
      </w:pPr>
      <w:r>
        <w:t>تواللہ تعالیٰکامطلوبتھاکہ یہ یہ دور ختمہو ،</w:t>
      </w:r>
    </w:p>
    <w:p>
      <w:r>
        <w:rPr>
          <w:b/>
        </w:rPr>
        <w:t xml:space="preserve">[35:07] </w:t>
      </w:r>
      <w:r>
        <w:t>insaan ko dobara azadi mile taake uska test liya ja sake. aur doosri baat yeh hai ke cheezein unfold hon, cheezein niklein.</w:t>
      </w:r>
    </w:p>
    <w:p>
      <w:pPr>
        <w:jc w:val="right"/>
      </w:pPr>
      <w:r>
        <w:t>انسانکو دوبارہآزادیملے تاکہاسکا ٹیسٹ لیا سکے۔ اور دوسریباتیہہےکہچیزیںاناٹفولڈہوں، چیزیںنکلیں۔</w:t>
      </w:r>
    </w:p>
    <w:p>
      <w:r>
        <w:rPr>
          <w:b/>
        </w:rPr>
        <w:t xml:space="preserve">[35:16] </w:t>
      </w:r>
      <w:r>
        <w:t>agar yeh daur na aata to hum aap yehhan baithe hue hain, wahan baatein kar rahe hain, aur sara duniya ke log sun rahe hain. isko yeh na hota, kabhi na hota, na cable hoti, na telephone hota, na electronics hote, na computer hota, na car hoti, na hawa jo jahaz hota, kuch bhi na hota.</w:t>
      </w:r>
    </w:p>
    <w:p>
      <w:pPr>
        <w:jc w:val="right"/>
      </w:pPr>
      <w:r>
        <w:t>اگر یہدور نہآتاتوہمآپیہاںبیٹھےہوئےہیں، وہاںباتیںکررہےہیں،اورساریدنیاکےلوگسنرہےہیں۔اسکویہنہہوتا،کبھینہہوتا، نہ بیلیہوتی، نہ ٹیلیفونہوتا، نہ الیکٹرانکسہوتے،نہکمپیوٹرہوتا، نہ کار ہوتی،نہہوا جو جہازہوتا،کچھبھینہہوتا۔</w:t>
      </w:r>
    </w:p>
    <w:p>
      <w:r>
        <w:rPr>
          <w:b/>
        </w:rPr>
        <w:t xml:space="preserve">[35:32] </w:t>
      </w:r>
      <w:r>
        <w:t>yeh azadi ke zariye se yeh cheezein aayi.</w:t>
      </w:r>
    </w:p>
    <w:p>
      <w:pPr>
        <w:jc w:val="right"/>
      </w:pPr>
      <w:r>
        <w:t>یہآز ادیکےذریعےسےیہ چیزیںآئیں۔</w:t>
      </w:r>
    </w:p>
    <w:p>
      <w:r>
        <w:rPr>
          <w:b/>
        </w:rPr>
        <w:t xml:space="preserve">[35:35] </w:t>
      </w:r>
      <w:r>
        <w:t>isko tareekh agar aapko padhna ho to aap iski kitaab padh lijiye, draper ki kitaab jo hai "conflict between science and religion". to bohat zabardast ek ek operation hua allah ta'ala ka, tab mein waqat zinda aaye.</w:t>
      </w:r>
    </w:p>
    <w:p>
      <w:pPr>
        <w:jc w:val="right"/>
      </w:pPr>
      <w:r>
        <w:t>اسکیتاریخ اگرآپکوپڑھناہوتوآپ اسکی کتاب پڑھلیجئے، ڈریپرکیکتاب جوہے "کانفلکٹبٹوینسائنساینڈریلیجن"۔ تو بہت زبرد ست ایک ایک آپریشنہوااللہتعالیٰکا،تب میںوقاتزند ہآئے۔</w:t>
      </w:r>
    </w:p>
    <w:p>
      <w:r>
        <w:rPr>
          <w:b/>
        </w:rPr>
        <w:t xml:space="preserve">[35:52] </w:t>
      </w:r>
      <w:r>
        <w:t>ab aap dekhiye ke tareekh mein kis tarah se yeh process jari hua . do baaton ka mein hawala doonga aapko.</w:t>
      </w:r>
    </w:p>
    <w:p>
      <w:pPr>
        <w:jc w:val="right"/>
      </w:pPr>
      <w:r>
        <w:t>ابآپدیکھیے کہ تاریخ میںکسطرح سے یہ پروسیسجاریہوا ۔ دوباتوںکامیںحوالہ دوںگاآپکو۔</w:t>
      </w:r>
    </w:p>
    <w:p>
      <w:r>
        <w:rPr>
          <w:b/>
        </w:rPr>
        <w:t xml:space="preserve">[36:02] </w:t>
      </w:r>
      <w:r>
        <w:t>rasoolullah ke zamane mein, rasoolullah ke zariye se jo quran utarta tha, usmein yeh aayat thi ke "amruhum shura baynahum". yaani log , yaani usmein wahi baat kahi gayi jisko hum kehte hain democracy.</w:t>
      </w:r>
    </w:p>
    <w:p>
      <w:pPr>
        <w:jc w:val="right"/>
      </w:pPr>
      <w:r>
        <w:t>رسولاللہ کےزمان ےمیں، رسولاللہکےذریعےسےجوقرآناتراتھا، اسمیں یہآیتتھیکہ"ام روہشور ہبین ہم"۔ یعنی لوگ ،یعنی اسمیں وہیباتکہیگئی جسکوہمکہتےہیںڈیموکریسی۔</w:t>
      </w:r>
    </w:p>
    <w:p>
      <w:r>
        <w:rPr>
          <w:b/>
        </w:rPr>
        <w:t xml:space="preserve">[36:17] </w:t>
      </w:r>
      <w:r>
        <w:t>yaani democracy ke zariye baatein tay hon, logo ki raaye se baatein tay hon. is aayat ka tarjuma hai ke unka maamla mashware se tay hota hai, consultancy se tay hota hai, yaani democratic way mein tay hota hai.</w:t>
      </w:r>
    </w:p>
    <w:p>
      <w:pPr>
        <w:jc w:val="right"/>
      </w:pPr>
      <w:r>
        <w:t>یعنی ڈیموکریسیکےذریعےباتیںطےہوں، لوگوںکیرائےسےباتیںطےہوں۔ اسآیتکاترجمہہےکہ انکا معاملہ مشورےسےطےہوتاہے، کنسلٹنسیزطےہوتاہے، یعنیڈیموکریٹکوےمیںطےہوتاہے۔</w:t>
      </w:r>
    </w:p>
    <w:p>
      <w:r>
        <w:rPr>
          <w:b/>
        </w:rPr>
        <w:t xml:space="preserve">[36:30] </w:t>
      </w:r>
      <w:r>
        <w:t>to rasoolullah se pehle jo daur tha, usmein democracy nahi thi, consultation nahi tha, bas ek badshah hota tha jisne keh diya, wahi qanoon hai.</w:t>
      </w:r>
    </w:p>
    <w:p>
      <w:pPr>
        <w:jc w:val="right"/>
      </w:pPr>
      <w:r>
        <w:t>تو رسولاللہ سے پہلے جودور تھا،اسمیں ڈیموکریسینہیںتھی، کنسلٹیشننہیںتھا، بس ایک بادشاہہوتاتھا جواسنےکہہدیا ،وہیقانون ہے۔</w:t>
      </w:r>
    </w:p>
    <w:p>
      <w:r>
        <w:rPr>
          <w:b/>
        </w:rPr>
        <w:t xml:space="preserve">[36:41] </w:t>
      </w:r>
      <w:r>
        <w:t>rasoolullah ke baad jo nizam bane, yaani khilafat rashida bani, umayyad period aaya, abbasid period aaya, ottoman empire bana, uth khilafat, uth bar khilafat, usmani khilafat bani,</w:t>
      </w:r>
    </w:p>
    <w:p>
      <w:pPr>
        <w:jc w:val="right"/>
      </w:pPr>
      <w:r>
        <w:t>رسولاللہکےبعدجو نظامبنے، یعنیخلافت راشدہبنی، امیہپیریڈآیا، عبیدپیریڈآیا، اٹمانایمپائربنا، اٹھ خلافت،اٹھبار خلافت،عثمانی خلافتبنی،</w:t>
      </w:r>
    </w:p>
    <w:p>
      <w:r>
        <w:rPr>
          <w:b/>
        </w:rPr>
        <w:t xml:space="preserve">[36:55] </w:t>
      </w:r>
      <w:r>
        <w:t>ubaasi khilafat bani. insab pe agar che dynasty aagayi thi, lekin iske bawajood democracy maujood thi is mein.</w:t>
      </w:r>
    </w:p>
    <w:p>
      <w:pPr>
        <w:jc w:val="right"/>
      </w:pPr>
      <w:r>
        <w:t>عب اسیخلافتبنی۔ انسب پہ اگر چہڈائنسٹیآگئیتھی، لیکن اسکے باوجود ڈیموکریسیموجود تھیاسمیں ۔</w:t>
      </w:r>
    </w:p>
    <w:p>
      <w:r>
        <w:rPr>
          <w:b/>
        </w:rPr>
        <w:t xml:space="preserve">[37:04] </w:t>
      </w:r>
      <w:r>
        <w:t>yaani "that was a democratic khilafat". democratic khilafat thi, woh kingship nahi thi, woh kingship nahi thi.</w:t>
      </w:r>
    </w:p>
    <w:p>
      <w:pPr>
        <w:jc w:val="right"/>
      </w:pPr>
      <w:r>
        <w:t>یعنی "دیٹوازاڈیموکریٹکخلا فت"۔ ڈ یموکریٹکخلافتتھی،وہکنگشپنہیںتھی،وہ کنگشپنہیںتھی۔</w:t>
      </w:r>
    </w:p>
    <w:p>
      <w:r>
        <w:rPr>
          <w:b/>
        </w:rPr>
        <w:t xml:space="preserve">[37:14] </w:t>
      </w:r>
      <w:r>
        <w:t>mein aapko do misaal deta hoon. Hazrat Umar khalifa the, yaani second khalifa the aap khilafat e rashida ke.</w:t>
      </w:r>
    </w:p>
    <w:p>
      <w:pPr>
        <w:jc w:val="right"/>
      </w:pPr>
      <w:r>
        <w:t>میںآپکو دومثالدیتاہوں۔ حضرت عمر خلیفہ تھے، یعنی سیکنڈخلیفہتھےآپ خلافتراشدہکے۔</w:t>
      </w:r>
    </w:p>
    <w:p>
      <w:r>
        <w:rPr>
          <w:b/>
        </w:rPr>
        <w:t xml:space="preserve">[37:26] </w:t>
      </w:r>
      <w:r>
        <w:t>Hazrat Umar ke zaman e mein misr mein ek waqea hua ke ek ghord daud hui.</w:t>
      </w:r>
    </w:p>
    <w:p>
      <w:pPr>
        <w:jc w:val="right"/>
      </w:pPr>
      <w:r>
        <w:t>حضرتعمر کےزمان ےمیں مصر میںایک واقعہہوا کہایکگھوڑدوڑہوئی۔</w:t>
      </w:r>
    </w:p>
    <w:p>
      <w:r>
        <w:rPr>
          <w:b/>
        </w:rPr>
        <w:t xml:space="preserve">[37:33] </w:t>
      </w:r>
      <w:r>
        <w:t>is ghord daud mein governor ka beta tha, jo ke Abdullah al as tha, governor. uske bete ne hissa liya aur ek Coptic tha, yaani qibti, jo misr ka, yaani bashinda tha.</w:t>
      </w:r>
    </w:p>
    <w:p>
      <w:pPr>
        <w:jc w:val="right"/>
      </w:pPr>
      <w:r>
        <w:t>اسگھوڑدوڑمیں گورن رکابیٹا تھا، جو کہ عبداللہالع اصتھے،گورن ر۔اسکےبیٹے نےحصہلیا اور ایک کاپٹکتھا،یعنیقبطی، جو مصر کا ،یعنی باش ندہتھا۔</w:t>
      </w:r>
    </w:p>
    <w:p>
      <w:r>
        <w:rPr>
          <w:b/>
        </w:rPr>
        <w:t xml:space="preserve">[37:49] </w:t>
      </w:r>
      <w:r>
        <w:t>to aisa hua ke misri bashinde ka jo ghoda tha, woh aage badh gaya aur governor ke bete ka ghoda peeche reh gaya.</w:t>
      </w:r>
    </w:p>
    <w:p>
      <w:pPr>
        <w:jc w:val="right"/>
      </w:pPr>
      <w:r>
        <w:t>تو ایسا ہوا کہ مص ریباش ندےکا جو گھوڑاتھا،وہآگےبڑھگیا اورگورنرکےبیٹےکاگھوڑاپیچھےرہگیا۔</w:t>
      </w:r>
    </w:p>
    <w:p>
      <w:r>
        <w:rPr>
          <w:b/>
        </w:rPr>
        <w:t xml:space="preserve">[37:57] </w:t>
      </w:r>
      <w:r>
        <w:t>to governor ke bete ne is qibti ko kode se mara ke "tumhari bajaye ke tum apne ghode ko mujhse aage badha do, mein governor ka beta hoon".</w:t>
      </w:r>
    </w:p>
    <w:p>
      <w:pPr>
        <w:jc w:val="right"/>
      </w:pPr>
      <w:r>
        <w:t>تو گورن رکےبیٹےنےاس قبطیکوکوڑےسےمارا کہ"تمہاریبجائےکہتم اپنے گھوڑےکومجھسےآگےبڑھادو، میںگورنرکابیٹاہوں"۔</w:t>
      </w:r>
    </w:p>
    <w:p>
      <w:r>
        <w:rPr>
          <w:b/>
        </w:rPr>
        <w:t xml:space="preserve">[38:09] </w:t>
      </w:r>
      <w:r>
        <w:t>to jo qibti tha, usne kya kiya? misr se chal kar woh aaya madina, madina aaya, Hazrat Umar se shikayat ki ke "aapke governor ke bete ne mere saath aisa kiya hai".</w:t>
      </w:r>
    </w:p>
    <w:p>
      <w:pPr>
        <w:jc w:val="right"/>
      </w:pPr>
      <w:r>
        <w:t>تو جو قبطیتھا، اسنے کیا کیا ؟ مصر سےچلکر وہآیا مدینہ ، مدینہآیا، حضرتعمر سےشکایتکی کہ "آپکے گورنرکےبیٹےنےمیرےساتھ ایساکیاہے"۔</w:t>
      </w:r>
    </w:p>
    <w:p>
      <w:r>
        <w:rPr>
          <w:b/>
        </w:rPr>
        <w:t xml:space="preserve">[38:31] </w:t>
      </w:r>
      <w:r>
        <w:t>to Hazrat Umar, jo khalifa the, unhone foran ek aadmi bheja ke "misr mein, misr mein ja kar lao usko, us aadmi, us ladke ko lao yahan aur uske baap ko bhi lao".</w:t>
      </w:r>
    </w:p>
    <w:p>
      <w:pPr>
        <w:jc w:val="right"/>
      </w:pPr>
      <w:r>
        <w:t>توحضرتعمر،جو خلیفہتھے، انہوں نے فوراًایکآدمیبھیجا کہ "مصرمیں،مصرمیںجاکےلاؤاسکو،اسآدمی،اسلڑکےکولاؤیہاںاوراسکےباپکوبھیلاؤ"۔</w:t>
      </w:r>
    </w:p>
    <w:p>
      <w:r>
        <w:rPr>
          <w:b/>
        </w:rPr>
        <w:t xml:space="preserve">[38:42] </w:t>
      </w:r>
      <w:r>
        <w:t>yaani governor aur unke bete dono ko madina lao. to ek sahabi gaye aur wahan unhone dono ko liya aur saath le kar madina aaye.</w:t>
      </w:r>
    </w:p>
    <w:p>
      <w:pPr>
        <w:jc w:val="right"/>
      </w:pPr>
      <w:r>
        <w:t>یعنیگورن راورانکےبیٹےدونوںکو مدینہلاؤ۔ تو ایک صحابیگئے اور وہاں انہوںنےدونوںکو لیا اور ساتھلےکرمدینہآئے۔</w:t>
      </w:r>
    </w:p>
    <w:p>
      <w:r>
        <w:rPr>
          <w:b/>
        </w:rPr>
        <w:t xml:space="preserve">[38:54] </w:t>
      </w:r>
      <w:r>
        <w:t>jab madina aa gaye dono to Hazrat Umar ne bulaya qibti ko, us Coptic ko,</w:t>
      </w:r>
    </w:p>
    <w:p>
      <w:pPr>
        <w:jc w:val="right"/>
      </w:pPr>
      <w:r>
        <w:t>جب مدینہآگئےدونوں تو حضرتعمر نےبلایا قبطیکو، اس کاپٹککو،</w:t>
      </w:r>
    </w:p>
    <w:p>
      <w:r>
        <w:rPr>
          <w:b/>
        </w:rPr>
        <w:t xml:space="preserve">[39:01] </w:t>
      </w:r>
      <w:r>
        <w:t>usko,</w:t>
      </w:r>
    </w:p>
    <w:p>
      <w:pPr>
        <w:jc w:val="right"/>
      </w:pPr>
      <w:r>
        <w:t>اسکو،</w:t>
      </w:r>
    </w:p>
    <w:p>
      <w:r>
        <w:rPr>
          <w:b/>
        </w:rPr>
        <w:t xml:space="preserve">[39:09] </w:t>
      </w:r>
      <w:r>
        <w:t>usko koda diya to kaha ke "maro unke bete ko, governor ke bete ko maro".</w:t>
      </w:r>
    </w:p>
    <w:p>
      <w:pPr>
        <w:jc w:val="right"/>
      </w:pPr>
      <w:r>
        <w:t>اسکو کوڑادیا توکہاکہ"ماروانکےبیٹےکو ، گورنرکےبیٹےکومارو"۔</w:t>
      </w:r>
    </w:p>
    <w:p>
      <w:r>
        <w:rPr>
          <w:b/>
        </w:rPr>
        <w:t xml:space="preserve">[39:24] </w:t>
      </w:r>
      <w:r>
        <w:t>woh marta raha, marta raha, marta raha, yahan tak ke</w:t>
      </w:r>
    </w:p>
    <w:p>
      <w:pPr>
        <w:jc w:val="right"/>
      </w:pPr>
      <w:r>
        <w:t>وہ مارتارہا،مارتارہا،مارتارہا، یہاںتک کہ</w:t>
      </w:r>
    </w:p>
    <w:p>
      <w:r>
        <w:rPr>
          <w:b/>
        </w:rPr>
        <w:t xml:space="preserve">[39:29] </w:t>
      </w:r>
      <w:r>
        <w:t>kaha ke "ab ho gaya, ab maine badla le liya apna".</w:t>
      </w:r>
    </w:p>
    <w:p>
      <w:pPr>
        <w:jc w:val="right"/>
      </w:pPr>
      <w:r>
        <w:t>کہاکہ"ابہوگیا،ابمیںنےبدلہلےلیااپنا"۔</w:t>
      </w:r>
    </w:p>
    <w:p>
      <w:r>
        <w:rPr>
          <w:b/>
        </w:rPr>
        <w:t xml:space="preserve">[39:35] </w:t>
      </w:r>
      <w:r>
        <w:t>kaha ke "unke baap ko bhi maro".</w:t>
      </w:r>
    </w:p>
    <w:p>
      <w:pPr>
        <w:jc w:val="right"/>
      </w:pPr>
      <w:r>
        <w:t>کہاکہ"انکے باپکوبھیمار و"۔</w:t>
      </w:r>
    </w:p>
    <w:p>
      <w:r>
        <w:rPr>
          <w:b/>
        </w:rPr>
        <w:t xml:space="preserve">[39:44] </w:t>
      </w:r>
      <w:r>
        <w:t>kyun ke "wallah ma darabahadha illa bisultani", yaani apne baap ke zor par isne to kopara</w:t>
      </w:r>
    </w:p>
    <w:p>
      <w:pPr>
        <w:jc w:val="right"/>
      </w:pPr>
      <w:r>
        <w:t>کیونکہ "واللہ ما ضربھذاالا بسلطانی" ،یعنی اپنے باپکےزورپراسنےتوکپارہا</w:t>
      </w:r>
    </w:p>
    <w:p>
      <w:r>
        <w:rPr>
          <w:b/>
        </w:rPr>
        <w:t xml:space="preserve">[39:51] </w:t>
      </w:r>
      <w:r>
        <w:t>tha. to usne kaha ke "nahi, mujhe baap ko nahi marna hai, mujhe bete se mera badla poora ho gaya".</w:t>
      </w:r>
    </w:p>
    <w:p>
      <w:pPr>
        <w:jc w:val="right"/>
      </w:pPr>
      <w:r>
        <w:t>تھا۔ تواسنےکہاکہ"نہیں، مجھےباپکونہیںمارناہے، مجھےبیٹےسے میرا بدلہپوراہوگیا"۔</w:t>
      </w:r>
    </w:p>
    <w:p>
      <w:r>
        <w:rPr>
          <w:b/>
        </w:rPr>
        <w:t xml:space="preserve">[40:02] </w:t>
      </w:r>
      <w:r>
        <w:t>yeh jo Hazrat Umar ne kiya tha, usika repercussion hai jo uski jo kitaab hai "Rousseau" ki, yaani jiska naam hai "The Social Justice".</w:t>
      </w:r>
    </w:p>
    <w:p>
      <w:pPr>
        <w:jc w:val="right"/>
      </w:pPr>
      <w:r>
        <w:t>یہجو حضرت عمر نےکیاتھا، اسیکا ریپرک شنہے جو اسکیجوکتاب ہے "روسو"کی، یعنی جسکانامہے "وہ سوشلجسٹس"۔</w:t>
      </w:r>
    </w:p>
    <w:p>
      <w:r>
        <w:rPr>
          <w:b/>
        </w:rPr>
        <w:t xml:space="preserve">[40:19] </w:t>
      </w:r>
      <w:r>
        <w:t>woh isi se woh shuru karta hai, usi kitaab se.</w:t>
      </w:r>
    </w:p>
    <w:p>
      <w:pPr>
        <w:jc w:val="right"/>
      </w:pPr>
      <w:r>
        <w:t>وہ اسی سے وہ شروع کرتاہے،اسیکتاب سے۔</w:t>
      </w:r>
    </w:p>
    <w:p>
      <w:r>
        <w:rPr>
          <w:b/>
        </w:rPr>
        <w:t xml:space="preserve">[40:22] </w:t>
      </w:r>
      <w:r>
        <w:t>Hazrat Umar ne kaha tha ke Hazrat Umar ne kaha tha us waqt yeh jumla governor se ke "</w:t>
      </w:r>
    </w:p>
    <w:p>
      <w:pPr>
        <w:jc w:val="right"/>
      </w:pPr>
      <w:r>
        <w:t>حضرتعمر نےکہاتھاکہ حضرتعمر نےکہاتھااسوقتیہجملہ گورن رسے کہ"</w:t>
      </w:r>
    </w:p>
    <w:p>
      <w:r>
        <w:rPr>
          <w:b/>
        </w:rPr>
        <w:t xml:space="preserve">[40:32] </w:t>
      </w:r>
      <w:r>
        <w:t>Allah ne logon ko azaad paida kiya tha, tum ne kab se inko ghulam bana liya".</w:t>
      </w:r>
    </w:p>
    <w:p>
      <w:pPr>
        <w:jc w:val="right"/>
      </w:pPr>
      <w:r>
        <w:t>اللہنے لوگوںکو آزادپیدا کیاتھا، تم نےکبسےانکوغلامبنالیا"۔</w:t>
      </w:r>
    </w:p>
    <w:p>
      <w:r>
        <w:rPr>
          <w:b/>
        </w:rPr>
        <w:t xml:space="preserve">[40:42] </w:t>
      </w:r>
      <w:r>
        <w:t>Hazrat Umar ne us waqt kaha tha ke "Allah ne insano ko azaad paida kiya tha, tum ne kab se inko ghulam bana liya".</w:t>
      </w:r>
    </w:p>
    <w:p>
      <w:pPr>
        <w:jc w:val="right"/>
      </w:pPr>
      <w:r>
        <w:t>حضرتعمر نے اسوقت کہاتھا کہ"اللہنے انسان وںکوآزادپیدا کیاتھا،تمنےکبسےانکوغلامبنالیا"۔</w:t>
      </w:r>
    </w:p>
    <w:p>
      <w:r>
        <w:rPr>
          <w:b/>
        </w:rPr>
        <w:t xml:space="preserve">[40:51] </w:t>
      </w:r>
      <w:r>
        <w:t>yahi cheez dekhiye, Rousseau ne dohrai hai apni kitaab mein "Social Contract" ke "man was born free but I see him in chains". yeh hai wahi woh aawaz jo democracy ki hai, wahi aakar isi ki culmination tha jo Europe mein poora hua.</w:t>
      </w:r>
    </w:p>
    <w:p>
      <w:pPr>
        <w:jc w:val="right"/>
      </w:pPr>
      <w:r>
        <w:t>یہیچیز دیکھیے، روسونےدہرائیہے اپنیکتاب میں "سوشلکنٹریکٹ" کہ "مین وازبورن فری بٹ آئیسیہمانچینز" ۔یہہے وہی وہ آوازجو ڈیموکریسیکیہے،وہیآکر اسیک لمینیشنتھا جو یورپمیںپوراہوا۔</w:t>
      </w:r>
    </w:p>
    <w:p>
      <w:r>
        <w:rPr>
          <w:b/>
        </w:rPr>
        <w:t xml:space="preserve">[41:12] </w:t>
      </w:r>
      <w:r>
        <w:t>phir ek aur waqea hamein arz karunga ke Muslim khilafat democratic khilafat thi,</w:t>
      </w:r>
    </w:p>
    <w:p>
      <w:pPr>
        <w:jc w:val="right"/>
      </w:pPr>
      <w:r>
        <w:t>پھرایکاورواقع ہمیںعرضکروںگا کہ مسلم خلافت ڈیموکریٹکخلافتتھی،</w:t>
      </w:r>
    </w:p>
    <w:p>
      <w:r>
        <w:rPr>
          <w:b/>
        </w:rPr>
        <w:t xml:space="preserve">[41:18] </w:t>
      </w:r>
      <w:r>
        <w:t>hargiz woh badshahi khilafat nahi thi. dekhiye, haroon rasheed jo hai, woh abbaseed period ka panchwan khalifa hai jo baghdad mein rehta tha.</w:t>
      </w:r>
    </w:p>
    <w:p>
      <w:pPr>
        <w:jc w:val="right"/>
      </w:pPr>
      <w:r>
        <w:t>ہرگزوہ بادشاہیخلافتنہیںتھی۔ دیکھیے،ہارونرشیدجوہے، وہ عب اسیدپیریڈکا پانچواںخلیفہہے جو بغدادمیںرہتاتھا۔</w:t>
      </w:r>
    </w:p>
    <w:p>
      <w:r>
        <w:rPr>
          <w:b/>
        </w:rPr>
        <w:t xml:space="preserve">[41:31] </w:t>
      </w:r>
      <w:r>
        <w:t>panchwan khalifa abbaseed period ka toh ek yeh wazeer tha wahan baghdad mein, woh apne kisi kaam ke liye aaya khalifa haroon rasheed ke paas.</w:t>
      </w:r>
    </w:p>
    <w:p>
      <w:pPr>
        <w:jc w:val="right"/>
      </w:pPr>
      <w:r>
        <w:t>پانچواںخلیفہعباسیدپیریڈکا تو ایک یہ ودیتھا وہاںبغدادمیں، وہ اپنے کسی کامکےلیےآیا خلیفہہارونرشیدکےپاس۔</w:t>
      </w:r>
    </w:p>
    <w:p>
      <w:r>
        <w:rPr>
          <w:b/>
        </w:rPr>
        <w:t xml:space="preserve">[41:43] </w:t>
      </w:r>
      <w:r>
        <w:t>toh haroon rasheed ne usko uska kaam nahi kiya.</w:t>
      </w:r>
    </w:p>
    <w:p>
      <w:pPr>
        <w:jc w:val="right"/>
      </w:pPr>
      <w:r>
        <w:t>تو ہارونرشیدنےاسکو اسکا کامنہیں کیا۔</w:t>
      </w:r>
    </w:p>
    <w:p>
      <w:r>
        <w:rPr>
          <w:b/>
        </w:rPr>
        <w:t xml:space="preserve">[41:46] </w:t>
      </w:r>
      <w:r>
        <w:t>ek saal tak woh aata raha baar baar, lekin usne kaam nahi kiya. phir kya hua ke ek din jab badshah nikla apne mahal se, gate par se nikla, woh ghore ghore par baitha hua tha.</w:t>
      </w:r>
    </w:p>
    <w:p>
      <w:pPr>
        <w:jc w:val="right"/>
      </w:pPr>
      <w:r>
        <w:t>ایک سال تک وہآتارہا بار بار ،لیکن اسنےکامنہیںکیا۔ پھرکیاہوا کہایکدنجب بادشاہنکلا اپنے محلسے، گیٹپر سےنکلا،وہ گھوڑے گھوڑےپربیٹھاہواتھا۔</w:t>
      </w:r>
    </w:p>
    <w:p>
      <w:r>
        <w:rPr>
          <w:b/>
        </w:rPr>
        <w:t xml:space="preserve">[42:01] </w:t>
      </w:r>
      <w:r>
        <w:t>toh jab gate ke bahar aaya aur woh apne abhi apne ghore par tha toh saamne aakar khada ho gaya woh woh yeh wazeer. usne kaha ke "ameer ul momineen, allah se daro,</w:t>
      </w:r>
    </w:p>
    <w:p>
      <w:pPr>
        <w:jc w:val="right"/>
      </w:pPr>
      <w:r>
        <w:t>توجب گیٹکےباہرآیا اور وہ اپنے ابھیاپنےگھوڑےپرتھاتوسامنےآکرکھڑاہوگیاوہ وہ یہ ودی۔ اسنےکہاکہ "امیر المومنین، اللہ سےڈرو،</w:t>
      </w:r>
    </w:p>
    <w:p>
      <w:r>
        <w:rPr>
          <w:b/>
        </w:rPr>
        <w:t xml:space="preserve">[42:17] </w:t>
      </w:r>
      <w:r>
        <w:t>ae ameer ul momineen, allah se dar se daro". toh jab usne yeh keh diya ke "ae momineen, allah se daro" toh h haroon rasheed ro pada,</w:t>
      </w:r>
    </w:p>
    <w:p>
      <w:pPr>
        <w:jc w:val="right"/>
      </w:pPr>
      <w:r>
        <w:t>اےامیرالمومنین،اللہ سےڈر سےڈرو"۔ تو جب اسنےیہکہہدیا کہ "اے مومنین،اللہ سے ڈرو" تو ہ مہارونرشیدروپڑا،</w:t>
      </w:r>
    </w:p>
    <w:p>
      <w:r>
        <w:rPr>
          <w:b/>
        </w:rPr>
        <w:t xml:space="preserve">[42:30] </w:t>
      </w:r>
      <w:r>
        <w:t>woh ghore se utar pada, ussi waqt sajde mein gir pada. woh</w:t>
      </w:r>
    </w:p>
    <w:p>
      <w:pPr>
        <w:jc w:val="right"/>
      </w:pPr>
      <w:r>
        <w:t>وہگھوڑ ےسےاترپڑا، اسیوقت سجدےمیںگرپڑا۔وہ</w:t>
      </w:r>
    </w:p>
    <w:p>
      <w:r>
        <w:rPr>
          <w:b/>
        </w:rPr>
        <w:t xml:space="preserve">[42:38] </w:t>
      </w:r>
      <w:r>
        <w:t>toh is tarah ke bohat se waqiat hain, sab mein le kar yeh kehta hoon ke muslim khilafat jo thi, woh badshahi khilafat hargiz nahi thi. agar che is mein dynasty thi, woh democratic khilafat thi.</w:t>
      </w:r>
    </w:p>
    <w:p>
      <w:pPr>
        <w:jc w:val="right"/>
      </w:pPr>
      <w:r>
        <w:t>تواسطرح کےبہت سےواقعاتہیں،سب میںلےکریہکہتاہوں کہ مسلم خلافتجوتھی،وہ بادشاہیخلافتہرگزنہیںتھی۔ اگر چہاسمیںڈائنسٹیتھی، وہ ڈیموکریٹکخلافتتھی۔</w:t>
      </w:r>
    </w:p>
    <w:p>
      <w:r>
        <w:rPr>
          <w:b/>
        </w:rPr>
        <w:t xml:space="preserve">[42:52] </w:t>
      </w:r>
      <w:r>
        <w:t>farq sirf yeh tha ke democracy mein jo check hota hai, woh voters ke zariye hota, voters ke zariye. aur muslim khilafat mein jo check tha, woh allah ka ka ka khauf tha.</w:t>
      </w:r>
    </w:p>
    <w:p>
      <w:pPr>
        <w:jc w:val="right"/>
      </w:pPr>
      <w:r>
        <w:t>فرقصرفیہتھا کہ ڈیموکریسیمیںجوچیکہوتاہے، وہ ووٹرزکےذریعےہوتا، ووٹرزکےذریعے۔ اور مسلم خلافتمیںجوچیکتھا،وہاللہ کا کا کاخوفتھا۔</w:t>
      </w:r>
    </w:p>
    <w:p>
      <w:r>
        <w:rPr>
          <w:b/>
        </w:rPr>
        <w:t xml:space="preserve">[43:04] </w:t>
      </w:r>
      <w:r>
        <w:t>yani allah ka aqeeda muslim khilafat ko check karta tha, usko control karta tha. aur democracy mein voter ka dar check karta hai ke agle agle election mein woh voter mujhe vote nahi dega, main haar jaunga.</w:t>
      </w:r>
    </w:p>
    <w:p>
      <w:pPr>
        <w:jc w:val="right"/>
      </w:pPr>
      <w:r>
        <w:t>یعنیاللہ کا عقیدہ مسلم خلافت کو چیککرتاتھا، اسکوکنٹرولکرتاتھا۔ اور ڈیموکریسیمیں ووٹرکا ڈر چیککرتاہے کہاگلے اگلے الیکشنمیں وہ ووٹرمجھےووٹنہیںدےگا،میںہارجاؤںگا۔</w:t>
      </w:r>
    </w:p>
    <w:p>
      <w:r>
        <w:rPr>
          <w:b/>
        </w:rPr>
        <w:t xml:space="preserve">[43:22] </w:t>
      </w:r>
      <w:r>
        <w:t>toh yeh yani jo inqilab rasool allah ke baad jo inqilab aaya, toh woh agar che democracy ka derivative nahi hota tha us zaman</w:t>
      </w:r>
    </w:p>
    <w:p>
      <w:pPr>
        <w:jc w:val="right"/>
      </w:pPr>
      <w:r>
        <w:t>تو یہ یعنی جو انقلاب رسولاللہکےبعدجوانقلابآیا، تو وہ اگر چہ ڈیموکریسیکاورڈ یوزنہیں ہوتاتھااسزمان</w:t>
      </w:r>
    </w:p>
    <w:p>
      <w:r>
        <w:rPr>
          <w:b/>
        </w:rPr>
        <w:t xml:space="preserve">[43:33] </w:t>
      </w:r>
      <w:r>
        <w:t>e mein, lekin haqeeqatan woh democracy tha. toh democratic process jaari hua. ek yani madine mein jo inqilab aaya tha aur arab mein jo inqilab aaya tha rasool allah ke zaman e mein, woh ek democratic process ke roop mein chalta raha.</w:t>
      </w:r>
    </w:p>
    <w:p>
      <w:pPr>
        <w:jc w:val="right"/>
      </w:pPr>
      <w:r>
        <w:t>ےمیں، لیکن ح قیقتاًوہڈیموکریسیتھا۔ تو ڈیموکریٹکپروسیسجاریہوا۔ایک یعنی مدینےمیں جو انقلابآیاتھا اور عرب میںجوانقلابآیاتھارسولاللہکےزمان ےمیں، وہ ایک ڈیموکریٹکپروسیسکےروپمیںچلتارہا۔</w:t>
      </w:r>
    </w:p>
    <w:p>
      <w:r>
        <w:rPr>
          <w:b/>
        </w:rPr>
        <w:t xml:space="preserve">[43:50] </w:t>
      </w:r>
      <w:r>
        <w:t>yani umayyad period, abbasi period aur saare jo muslim hukumat ein qaim huin, jinko mein keh raha hoon ke democratic khilafat thi, woh</w:t>
      </w:r>
    </w:p>
    <w:p>
      <w:pPr>
        <w:jc w:val="right"/>
      </w:pPr>
      <w:r>
        <w:t>یعنی امیہپیریڈ، عباسیپی ریڈ اور سارےجو مسلم حکومت یںقائمہوئیں،جنکومیںکہہرہاہوںکہ ڈیموکریٹکخلافتتھی،وہ</w:t>
      </w:r>
    </w:p>
    <w:p>
      <w:r>
        <w:rPr>
          <w:b/>
        </w:rPr>
        <w:t xml:space="preserve">[44:00] </w:t>
      </w:r>
      <w:r>
        <w:t>phir pahunchi woh europe tak. aur france ka inqilab jo satveen sadi mein aaya, democratic inqilab, woh haqeeqat usika manish tha usika.</w:t>
      </w:r>
    </w:p>
    <w:p>
      <w:pPr>
        <w:jc w:val="right"/>
      </w:pPr>
      <w:r>
        <w:t>پھر پہنچاوہ یورپتک۔ اور فرانس کاانقلابجو سترویںصدی میںآیا، ڈیموکریٹک انقلاب،وہ حقیقت اسیکل مینیشنتھااسیکا ۔</w:t>
      </w:r>
    </w:p>
    <w:p>
      <w:r>
        <w:rPr>
          <w:b/>
        </w:rPr>
        <w:t xml:space="preserve">[44:11] </w:t>
      </w:r>
      <w:r>
        <w:t>toh dekhiye, ek view yeh thi, yani democratic view, yani azadana nizam ki view.</w:t>
      </w:r>
    </w:p>
    <w:p>
      <w:pPr>
        <w:jc w:val="right"/>
      </w:pPr>
      <w:r>
        <w:t>تو دیکھیے،ایک ویویہتھی، یعنیڈیموکریٹکویو، یعنی آز ادانہ نظامکی ویو۔</w:t>
      </w:r>
    </w:p>
    <w:p>
      <w:r>
        <w:rPr>
          <w:b/>
        </w:rPr>
        <w:t xml:space="preserve">[44:20] </w:t>
      </w:r>
      <w:r>
        <w:t>doosri view thi, woh scientific view thi.</w:t>
      </w:r>
    </w:p>
    <w:p>
      <w:pPr>
        <w:jc w:val="right"/>
      </w:pPr>
      <w:r>
        <w:t>دوسریویوتھی،وہ سائنٹیفکویوتھی۔</w:t>
      </w:r>
    </w:p>
    <w:p>
      <w:r>
        <w:rPr>
          <w:b/>
        </w:rPr>
        <w:t xml:space="preserve">[44:24] </w:t>
      </w:r>
      <w:r>
        <w:t>islam ne yeh kiya tha ke nature ko, nature ko woh kiya tha, yani uske worship ka maqam chhutaya tha.</w:t>
      </w:r>
    </w:p>
    <w:p>
      <w:pPr>
        <w:jc w:val="right"/>
      </w:pPr>
      <w:r>
        <w:t>اسلام نے یہکیاتھاکہ نیچرکو، نیچرکو وہ کیاتھا،یعنیاسکے ور شپکامقام چھٹایاتھا۔</w:t>
      </w:r>
    </w:p>
    <w:p>
      <w:r>
        <w:rPr>
          <w:b/>
        </w:rPr>
        <w:t xml:space="preserve">[44:36] </w:t>
      </w:r>
      <w:r>
        <w:t>aap jante hain ke pichla poora zaman a jo guzra hai, toh insan nature ko poojta raha hai, yani suraj ko, chand ko, darya ko, pahad ko, samandar ko, usko maabood banaya hua tha. woh</w:t>
      </w:r>
    </w:p>
    <w:p>
      <w:pPr>
        <w:jc w:val="right"/>
      </w:pPr>
      <w:r>
        <w:t>آپجانتےہیںکہ پچھلاپورا زمان ہجوگزراہے، توانسان نیچرکوپوج تارہاہے، یعنیسورجکو،چاندکو،دریا کو،پہاڑکو،سم ندرکو، اسکومعبودبنایاہواتھا۔وہ</w:t>
      </w:r>
    </w:p>
    <w:p>
      <w:r>
        <w:rPr>
          <w:b/>
        </w:rPr>
        <w:t xml:space="preserve">[44:47] </w:t>
      </w:r>
      <w:r>
        <w:t>toh islam ne inko divinity ka maqam chhutaya aur yeh bataya insaan ko ke sirf khudai jo hai, woh wahi god hai, koi cheez god nahi hai.</w:t>
      </w:r>
    </w:p>
    <w:p>
      <w:pPr>
        <w:jc w:val="right"/>
      </w:pPr>
      <w:r>
        <w:t>تو اسلام نےانکو ڈیوینیٹیکامقام چھٹایا اور یہ بت ایاانسانکو کہصرفخدائیجوہے،وہ وہیگاڈہے،کوئیچیزگاڈنہیںہے۔</w:t>
      </w:r>
    </w:p>
    <w:p>
      <w:r>
        <w:rPr>
          <w:b/>
        </w:rPr>
        <w:t xml:space="preserve">[44:57] </w:t>
      </w:r>
      <w:r>
        <w:t>yeh sab cheezein maabood nahi hain, balkeh makhlooq hain. toh iske baad kya hua ke woh mizaj aaya jisko hum kehte hain scientific mizaj, yani nature ko explore karo.</w:t>
      </w:r>
    </w:p>
    <w:p>
      <w:pPr>
        <w:jc w:val="right"/>
      </w:pPr>
      <w:r>
        <w:t>یہسبچیزیں معبود نہیں ہیں، بلکہمخلوقہیں۔ تو اسکےبعد کیا ہوا کہ وہ مزاجآیا جسکوہمکہتےہیںسائنٹیفکمزاج،یعنینیچرکوایکسپلورکرو۔</w:t>
      </w:r>
    </w:p>
    <w:p>
      <w:r>
        <w:rPr>
          <w:b/>
        </w:rPr>
        <w:t xml:space="preserve">[45:10] </w:t>
      </w:r>
      <w:r>
        <w:t>nature ko, yani nature ko poojne ke bajaye, nature ko explore karo, yeh mizaj paida hua.</w:t>
      </w:r>
    </w:p>
    <w:p>
      <w:pPr>
        <w:jc w:val="right"/>
      </w:pPr>
      <w:r>
        <w:t>نیچرکو، یعنینیچرکو پوجنےکےبجائے،نیچرکوایکسپلورکرو،یہمزاج پیدا ہوا۔</w:t>
      </w:r>
    </w:p>
    <w:p>
      <w:r>
        <w:rPr>
          <w:b/>
        </w:rPr>
        <w:t xml:space="preserve">[45:18] </w:t>
      </w:r>
      <w:r>
        <w:t>chanaanche yeh is mizaj ke tehat aap, aap, aap woh ek daur paida hua jiska aaghaz hua baghdad mein, yani muslim science jisko hum kehte hain.</w:t>
      </w:r>
    </w:p>
    <w:p>
      <w:pPr>
        <w:jc w:val="right"/>
      </w:pPr>
      <w:r>
        <w:t>چنانچہیہ اس مزاج کےتحت آپ ،آپ ،آپ وہ ایک دور پیدا ہوا جسکاآغاز ہوا بغدادمیں، یعنیمسلم سائنسجسکوہمکہتےہیں۔</w:t>
      </w:r>
    </w:p>
    <w:p>
      <w:r>
        <w:rPr>
          <w:b/>
        </w:rPr>
        <w:t xml:space="preserve">[45:29] </w:t>
      </w:r>
      <w:r>
        <w:t>toh ek muslim science wajood mein aayi jo baghdad mein aur qurtuba mein shuru hui, phir dheere dheere woh spain pahunchi.</w:t>
      </w:r>
    </w:p>
    <w:p>
      <w:pPr>
        <w:jc w:val="right"/>
      </w:pPr>
      <w:r>
        <w:t>تو ایک مسلم سائنسوجود میںآئی جو بغدادمیں اور قرطبہمیں شروع ہوئی ،پھردھیرےدھیرےوہاسپینپہنچی۔</w:t>
      </w:r>
    </w:p>
    <w:p>
      <w:r>
        <w:rPr>
          <w:b/>
        </w:rPr>
        <w:t xml:space="preserve">[45:39] </w:t>
      </w:r>
      <w:r>
        <w:t>spain ke musalmanon ne, yani arbon ne, bohat bara kaam kiya us zaman e mein science ke me</w:t>
      </w:r>
    </w:p>
    <w:p>
      <w:pPr>
        <w:jc w:val="right"/>
      </w:pPr>
      <w:r>
        <w:t>اسپین کے مسلمانوںنے ،یعنیعرب وںنے، بہت بڑا کام کیااسزمان ےمیں سائنسکےمی</w:t>
      </w:r>
    </w:p>
    <w:p>
      <w:r>
        <w:rPr>
          <w:b/>
        </w:rPr>
        <w:t xml:space="preserve">[45:45] </w:t>
      </w:r>
      <w:r>
        <w:t>danon mein. abhi mein gaya tha turkey toh wahan par istanbul mein ek bohat bara museum banaya gaya hai jismein musalmanon ke us daur mein jo musalmanon ne science mein tarqqi ki thi, uske sab namune hamare rakhe hue hain.</w:t>
      </w:r>
    </w:p>
    <w:p>
      <w:pPr>
        <w:jc w:val="right"/>
      </w:pPr>
      <w:r>
        <w:t>دانمیں۔ابھیمیںگیاتھا ترکی تووہاںپر استنبولمیں ایک بہت بڑا میوزیمبنایاگیاہے جسمیں مسلمانوں کے اس دورمیںجومسلمانوںنےسائنسمیںترقیکی تھی،اس کےسب نمونےہمارےرکھےہوئےہیں۔</w:t>
      </w:r>
    </w:p>
    <w:p>
      <w:r>
        <w:rPr>
          <w:b/>
        </w:rPr>
        <w:t xml:space="preserve">[46:00] </w:t>
      </w:r>
      <w:r>
        <w:t>to arbon ne gaya quran se inspire hokar ke science ka dour paida kiya aur woh dour phir, yaani ek process ke roop mein chalte hue pahuncha Europe mein.</w:t>
      </w:r>
    </w:p>
    <w:p>
      <w:pPr>
        <w:jc w:val="right"/>
      </w:pPr>
      <w:r>
        <w:t>تو عرب وںنے گیا قرآنسے انسپائر ہوکر کے سائنسکادور پیدا کیا اوروہ دور پھر ،یعنی ایک پروسیسکےروپمیںچلتےہوئے پہنچا یورپمیں۔</w:t>
      </w:r>
    </w:p>
    <w:p>
      <w:r>
        <w:rPr>
          <w:b/>
        </w:rPr>
        <w:t xml:space="preserve">[46:16] </w:t>
      </w:r>
      <w:r>
        <w:t>aap jante hain ke Spain mein jo Moorish empire thi, Moorish jo rulers the, unka khatma hua pandrahveen sadi mein.</w:t>
      </w:r>
    </w:p>
    <w:p>
      <w:pPr>
        <w:jc w:val="right"/>
      </w:pPr>
      <w:r>
        <w:t>آپجانتےہیںکہ اسپینمیں جو مورشایمپائرتھی، مورش جو رولرزتھے، انکا خاتمہہوا پندرہویںصدی میں۔</w:t>
      </w:r>
    </w:p>
    <w:p>
      <w:r>
        <w:rPr>
          <w:b/>
        </w:rPr>
        <w:t xml:space="preserve">[46:26] </w:t>
      </w:r>
      <w:r>
        <w:t>pandrahveen sadi ke baad solahveen sadi mein aakar ke woh, woh dour uska, yaani wahan par shuru hua dobara</w:t>
      </w:r>
    </w:p>
    <w:p>
      <w:pPr>
        <w:jc w:val="right"/>
      </w:pPr>
      <w:r>
        <w:t>پندرہویںصدیکےبعد سولہویںصدی میںآکرکے وہ ،وہ دور اسکا ،یعنی وہاںپر شروع ہوا دوبار</w:t>
      </w:r>
    </w:p>
    <w:p>
      <w:r>
        <w:rPr>
          <w:b/>
        </w:rPr>
        <w:t xml:space="preserve">[46:36] </w:t>
      </w:r>
      <w:r>
        <w:t>h. yaani science ke irteqa ka jo dour shuru hua tha Muslim hukumat ke zamane mein, Muslim mulkon mein jab Spain mein saltanat khatma hui pandrahveen sadi mein to solahveen sadi mein aakar woh dhara yahan pahuncha,</w:t>
      </w:r>
    </w:p>
    <w:p>
      <w:pPr>
        <w:jc w:val="right"/>
      </w:pPr>
      <w:r>
        <w:t>ہ۔ یعنی سائنسکے ارتقاءکاجودور شروع ہواتھا مسلم حکومت کےزمانےمیں، مسلم ملکوں میں جب اسپینمیںسلطنتختمہوئی پندرہویںصدی میں تو سولہویںصدی میں آکروہ دھارایہاںپہنچا،</w:t>
      </w:r>
    </w:p>
    <w:p>
      <w:r>
        <w:rPr>
          <w:b/>
        </w:rPr>
        <w:t xml:space="preserve">[46:54] </w:t>
      </w:r>
      <w:r>
        <w:t>woh dhara Europe pahuncha. yahan taraqqi hui to Europe mein jo scientific taraqqi hui hai, woh gaya ke arbon ki scientific taraqqi ka culmination hai.</w:t>
      </w:r>
    </w:p>
    <w:p>
      <w:pPr>
        <w:jc w:val="right"/>
      </w:pPr>
      <w:r>
        <w:t>وہ دھارا یورپپہنچا۔ یہاںترقیہوئی تو یورپمیںجو سائنسیترقیہوئیہے، وہ گیا کہ عرب وںکیسائنسیترقیکلمینیشنہے۔</w:t>
      </w:r>
    </w:p>
    <w:p>
      <w:r>
        <w:rPr>
          <w:b/>
        </w:rPr>
        <w:t xml:space="preserve">[47:07] </w:t>
      </w:r>
      <w:r>
        <w:t>iska itraaf bib eask alraznaykiaha hai. misaal ke taur par dekhiye, ek briefalt aik scholar hai, briefalt, isne likha hai apni kitab mein ke "but for the arabs,</w:t>
      </w:r>
    </w:p>
    <w:p>
      <w:pPr>
        <w:jc w:val="right"/>
      </w:pPr>
      <w:r>
        <w:t>اسکا اعتراف بب ےاسک الرزنےکیاہے۔ مثالکےطور پردیکھیے، ایک بریفالٹایک اسکالرہے، بریفالٹ، اسنے لکھاہےاپنیکتاب میں کہ "بٹفار دیعرب ز،</w:t>
      </w:r>
    </w:p>
    <w:p>
      <w:r>
        <w:rPr>
          <w:b/>
        </w:rPr>
        <w:t xml:space="preserve">[47:26] </w:t>
      </w:r>
      <w:r>
        <w:t>Western civilization never would have arisen at all, but for the Arabs, Western industrial civilization would have arisen at all."</w:t>
      </w:r>
    </w:p>
    <w:p>
      <w:pPr>
        <w:jc w:val="right"/>
      </w:pPr>
      <w:r>
        <w:t>ویسٹرن سیولائزیشن نیور وڈنیورہیو ایریزنایٹآل ، بٹ فاردیعربز، ویسٹرن انڈسٹریلسیولائزیشن وڈنیورہیوای ریزنایٹآل"</w:t>
      </w:r>
    </w:p>
    <w:p>
      <w:r>
        <w:rPr>
          <w:b/>
        </w:rPr>
        <w:t xml:space="preserve">[47:39] </w:t>
      </w:r>
      <w:r>
        <w:t>ke arabs ne jo science mein irtaqa, science mein jo kaam kiya, woh kaam agar na mila hota europe walon ko to phir europe mein phir science ka inqilab na aata, yahan industrial revolution na aata.</w:t>
      </w:r>
    </w:p>
    <w:p>
      <w:pPr>
        <w:jc w:val="right"/>
      </w:pPr>
      <w:r>
        <w:t>کہعرب وںنے جو سائنس میں ارتقاء، سائنسمیںجوکام کیا، وہ کام اگر نہملاہوتا یورپوالوںکو توپھر یورپمیںپھرسائنسیانقلابنہآتا،یہاںانڈ سٹریلریولوشننہآتا۔</w:t>
      </w:r>
    </w:p>
    <w:p>
      <w:r>
        <w:rPr>
          <w:b/>
        </w:rPr>
        <w:t xml:space="preserve">[47:54] </w:t>
      </w:r>
      <w:r>
        <w:t>to ab, ab aap in, in, in ayaton ko lekar ghaur farmayiye jo maine shuru mein kaha tha ke rasool Allah salallahu alaihi wasallam ko jo kaam diya gaya tha, woh yeh tha ke ek taraf Khuda, yani divine guidance ko preserve kar dein, uska authentic version duniya mein maujood ho jaye.</w:t>
      </w:r>
    </w:p>
    <w:p>
      <w:pPr>
        <w:jc w:val="right"/>
      </w:pPr>
      <w:r>
        <w:t>تو اب،اب آپ ان،ان،ان آیتوںکولےکرغورفرمائیےجومیںنےشروعمیںکہاتھا کہ رسولاللہصلیاللہعلیہوسلم کوجوکامدیاگیاتھا،وہ یہتھا کہایکطرف خدا، یعنیڈیوائنگائیڈنسکو پریزروکردیں،اسکا اتھینٹک ورژن دنیا میںموجود ہوجائے۔</w:t>
      </w:r>
    </w:p>
    <w:p>
      <w:r>
        <w:rPr>
          <w:b/>
        </w:rPr>
        <w:t xml:space="preserve">[48:14] </w:t>
      </w:r>
      <w:r>
        <w:t>woh Quran o sunnat ki shakal mein maujood ho gaya. woh ek, ek, ek peaceful qalam tha ya ideological qalam tha. iska party se koi matlab nahi tha, is</w:t>
      </w:r>
    </w:p>
    <w:p>
      <w:pPr>
        <w:jc w:val="right"/>
      </w:pPr>
      <w:r>
        <w:t>وہ قرآناورسنتکیشکلمیںموجود ہوگیا۔ وہ ایک،ایک،ایکپیسفلکامتھا یا آئیڈیالوجیکلکامتھا۔اسکا پار ٹیسےکوئیمطلبنہیںتھا،اس</w:t>
      </w:r>
    </w:p>
    <w:p>
      <w:r>
        <w:rPr>
          <w:b/>
        </w:rPr>
        <w:t xml:space="preserve">[48:24] </w:t>
      </w:r>
      <w:r>
        <w:t>ka matlab sirf yeh tha ke Allah ne jo insaan ko paida kiya hai, to us Allah ke naqsh e takhleeq kiya hai, Allah ka creation plan kiya hai, Allah ki scheme of things kya hai, usko janne ke liye ek authentic source ho.</w:t>
      </w:r>
    </w:p>
    <w:p>
      <w:pPr>
        <w:jc w:val="right"/>
      </w:pPr>
      <w:r>
        <w:t>کامطلبصرفیہتھا کہ اللہ نے جو انسانکو پیدا کیاہے، تو اساللہ کے نقش ہتخلیقکیاہے، اللہ کا کریشنپلانکیاہے، اللہ کی سکیمآفتھنگزکیاہے،اسکو جاننےکےلیے ایک اتھینٹکسورسہو۔</w:t>
      </w:r>
    </w:p>
    <w:p>
      <w:r>
        <w:rPr>
          <w:b/>
        </w:rPr>
        <w:t xml:space="preserve">[48:41] </w:t>
      </w:r>
      <w:r>
        <w:t>woh rasool Allah ke zariye se Quran o Hadees ki shakal mein mehfooz ho gaya, jisko hum Khuda kehte hain.</w:t>
      </w:r>
    </w:p>
    <w:p>
      <w:pPr>
        <w:jc w:val="right"/>
      </w:pPr>
      <w:r>
        <w:t>وہ رسولاللہکےذریعےسے قرآنوحدیث شکلمیں محفوظہوگیا، جسکوہمخداکہتےہیں۔</w:t>
      </w:r>
    </w:p>
    <w:p>
      <w:r>
        <w:rPr>
          <w:b/>
        </w:rPr>
        <w:t xml:space="preserve">[48:48] </w:t>
      </w:r>
      <w:r>
        <w:t>ab jo doosri cheez thi deen, to deen ke maane tha ke is halat e fitri ko qaim ho jana jis par Allah ne takhleeq kiya hai duniya ko.</w:t>
      </w:r>
    </w:p>
    <w:p>
      <w:pPr>
        <w:jc w:val="right"/>
      </w:pPr>
      <w:r>
        <w:t>ابجودوسریچیز تھی دین، تو دین کےمعنیتھا کہ اس حالت فطریکاقائمہوجانا جسپراللہ نےتخلیقکیاہےدنیا کو ۔</w:t>
      </w:r>
    </w:p>
    <w:p>
      <w:r>
        <w:rPr>
          <w:b/>
        </w:rPr>
        <w:t xml:space="preserve">[48:58] </w:t>
      </w:r>
      <w:r>
        <w:t>woh halat e fitri yahi hai, duniya mein azadi aa jaye to empire ko khatam karke is azadi ka daur shuru kiya gaya.</w:t>
      </w:r>
    </w:p>
    <w:p>
      <w:pPr>
        <w:jc w:val="right"/>
      </w:pPr>
      <w:r>
        <w:t>وہحالتفطرییہیہے،دنیا میںآزادیآجائے تو ایمپائرکوختم کرکے اس آزادیکا دور شروع کیاگیا۔</w:t>
      </w:r>
    </w:p>
    <w:p>
      <w:r>
        <w:rPr>
          <w:b/>
        </w:rPr>
        <w:t xml:space="preserve">[49:09] </w:t>
      </w:r>
      <w:r>
        <w:t>iska yeh, yeh, yeh koi religious baat nahi thi.</w:t>
      </w:r>
    </w:p>
    <w:p>
      <w:pPr>
        <w:jc w:val="right"/>
      </w:pPr>
      <w:r>
        <w:t>اسکا یہ،یہ ،یہ کوئیریلیجیسباتنہیںتھی۔</w:t>
      </w:r>
    </w:p>
    <w:p>
      <w:r>
        <w:rPr>
          <w:b/>
        </w:rPr>
        <w:t xml:space="preserve">[49:12] </w:t>
      </w:r>
      <w:r>
        <w:t>isi ko mein kehta hoon ke yeh, yeh tha yani supporting element mazhab ke liye. taayidi ananas iski hesiyat thi.</w:t>
      </w:r>
    </w:p>
    <w:p>
      <w:pPr>
        <w:jc w:val="right"/>
      </w:pPr>
      <w:r>
        <w:t>اسیکومیںکہتاہوںکہیہ، یہتھا یعنی سپورٹنگایلیمنٹ مذہبکےلیے۔ تائیدی انانسکی حیثیتاسکیتھی۔</w:t>
      </w:r>
    </w:p>
    <w:p>
      <w:r>
        <w:rPr>
          <w:b/>
        </w:rPr>
        <w:t xml:space="preserve">[49:22] </w:t>
      </w:r>
      <w:r>
        <w:t>mazhab to wohi hai, Quran o Hadees ki shakal mein jo cheez hai, wohi mazhab hai.</w:t>
      </w:r>
    </w:p>
    <w:p>
      <w:pPr>
        <w:jc w:val="right"/>
      </w:pPr>
      <w:r>
        <w:t>مذہبتووہیہے، قرآنوحدیثشکلمیںجوچیزہے،وہیمذہبہے۔</w:t>
      </w:r>
    </w:p>
    <w:p>
      <w:r>
        <w:rPr>
          <w:b/>
        </w:rPr>
        <w:t xml:space="preserve">[49:26] </w:t>
      </w:r>
      <w:r>
        <w:t>asal mazhab wohi hai. aur yeh jo hai ke jo duniya mein azadi layi gayi, azadi lane ke baad phir science ka daur aaya aur phir sari cheezein daryaft huin.</w:t>
      </w:r>
    </w:p>
    <w:p>
      <w:pPr>
        <w:jc w:val="right"/>
      </w:pPr>
      <w:r>
        <w:t>اصلمذہبوہیہے۔ اور یہجوہے کہجودنیا میں آز ادی لائیگئی، آزادی لانےکےبعد پھرسائنسکادور آیا اورپھر ساریچیزیں دریافت ہوئیں۔</w:t>
      </w:r>
    </w:p>
    <w:p>
      <w:r>
        <w:rPr>
          <w:b/>
        </w:rPr>
        <w:t xml:space="preserve">[49:40] </w:t>
      </w:r>
      <w:r>
        <w:t>aur yeh sari cheezein jo communication jisko hum kehte hain, wajood mein aayin. aur hum aap position mein ho gaye ke hum sachai ke paigham ko sari duniya mein pohncha sakein.</w:t>
      </w:r>
    </w:p>
    <w:p>
      <w:pPr>
        <w:jc w:val="right"/>
      </w:pPr>
      <w:r>
        <w:t>اور یہ ساریچیزیںجو کمیونیکیشن جسکوہمکہتےہیں،وجود میںآئیں۔ اور ہمآپ اسپوزیشنمیںہوگئےکہہم سچائیکےپیغامکوساریدنیامیںپہنچاسکیں۔</w:t>
      </w:r>
    </w:p>
    <w:p>
      <w:r>
        <w:rPr>
          <w:b/>
        </w:rPr>
        <w:t xml:space="preserve">[49:50] </w:t>
      </w:r>
      <w:r>
        <w:t>hum yahan bolein aur sari duniya mein hum log iski awaz ko sunein. yeh sab kaise mumkin hua ?</w:t>
      </w:r>
    </w:p>
    <w:p>
      <w:pPr>
        <w:jc w:val="right"/>
      </w:pPr>
      <w:r>
        <w:t>ہمیہاں بولیںاورساریدنیا میںہملوگاسکیآوازکوسنیں۔ یہسبکیسےممکنہوا ؟</w:t>
      </w:r>
    </w:p>
    <w:p>
      <w:r>
        <w:rPr>
          <w:b/>
        </w:rPr>
        <w:t xml:space="preserve">[49:55] </w:t>
      </w:r>
      <w:r>
        <w:t>yeh ek hazar saala process ke zariye mumkin hua. to Allah taala ka matlab tha ke ek taraf yeh kaam ho ke Allah ki jo guidance hai, woh apni pure shakal mein mehfooz ho jaye ke jo Allah ka banda chahe janna ke Allah ki marzi kya hai, woh usko padhkar jaan le.</w:t>
      </w:r>
    </w:p>
    <w:p>
      <w:pPr>
        <w:jc w:val="right"/>
      </w:pPr>
      <w:r>
        <w:t>یہ ایک ہزار سالہپروسیسکےذریعےممکنہوا۔ تو اللہ تعالیٰکامطلوبتھا کہایکطرف یہکام ہو کہ اللہ کیجو گائیڈنسہے، وہ اپنی پیورشکلمیںمحفوظہوجائے کہجواللہ کابندہچاہےجاننا کہاللہ کیمرضیکیاہے، وہ اسکوپڑھکرجان لے۔</w:t>
      </w:r>
    </w:p>
    <w:p>
      <w:r>
        <w:rPr>
          <w:b/>
        </w:rPr>
        <w:t xml:space="preserve">[50:15] </w:t>
      </w:r>
      <w:r>
        <w:t>yeh ek peaceful kaam tha, ek non political kaam tha. iska koi taaluq politics se nahi tha.</w:t>
      </w:r>
    </w:p>
    <w:p>
      <w:pPr>
        <w:jc w:val="right"/>
      </w:pPr>
      <w:r>
        <w:t>یہ ایکپیسفلکام تھا،ایک نانپولیٹیکلکامتھا۔ اسکاکوئی تعلقپولیٹ کپولیٹکسسےنہیںتھا۔</w:t>
      </w:r>
    </w:p>
    <w:p>
      <w:r>
        <w:rPr>
          <w:b/>
        </w:rPr>
        <w:t xml:space="preserve">[50:21] </w:t>
      </w:r>
      <w:r>
        <w:t>woh sirf yeh hai ke aadmi apni azadi ko kis tarah istemal kare, usko janne ke liye usko ek authentic text mil jaye.</w:t>
      </w:r>
    </w:p>
    <w:p>
      <w:pPr>
        <w:jc w:val="right"/>
      </w:pPr>
      <w:r>
        <w:t>وہصرفیہہےکہآ دمی اپنی آزادی کو کسطرحاستعمال کرے، اسکو جاننےکےلیے اسکوایک اتھینٹک ٹیکسٹملجائے۔</w:t>
      </w:r>
    </w:p>
    <w:p>
      <w:r>
        <w:rPr>
          <w:b/>
        </w:rPr>
        <w:t xml:space="preserve">[50:30] </w:t>
      </w:r>
      <w:r>
        <w:t>yeh tha.</w:t>
      </w:r>
    </w:p>
    <w:p>
      <w:pPr>
        <w:jc w:val="right"/>
      </w:pPr>
      <w:r>
        <w:t>یہتھا۔</w:t>
      </w:r>
    </w:p>
    <w:p>
      <w:r>
        <w:rPr>
          <w:b/>
        </w:rPr>
        <w:t xml:space="preserve">[50:31] </w:t>
      </w:r>
      <w:r>
        <w:t>doosri cheez thi, woh thi supporting element jisko maine kaha ke yeh jo cheez hai, iske liye kuch support karne wali cheezein chahiye. woh kya? duniya mein azadi ho, duniya mein science ki tarraqi ho, duniya mein communication ho, duniya mein mobility ho, duniya mein yeh mumkin ho ke hum printing press aayin.</w:t>
      </w:r>
    </w:p>
    <w:p>
      <w:pPr>
        <w:jc w:val="right"/>
      </w:pPr>
      <w:r>
        <w:t>دوس ریچیز تھی، وہ تھی سپورٹنگایلیمنٹجسکومیںنےکہا کہیہجو چیزہے،اسکےلیےکچھسپورٹ کرنے والیچیزیںچاہیے۔ وہکیا ؟دنیا میںآزادیہو ، دنیا میںسائنسیتر قیہو، دنیا میں کمیونیکیشنہو ، دنیا میں موبیلٹیہو، دنیا میں یہممکنہوکہہم پرنٹنگپریسآئیں۔</w:t>
      </w:r>
    </w:p>
    <w:p>
      <w:r>
        <w:rPr>
          <w:b/>
        </w:rPr>
        <w:t xml:space="preserve">[50:53] </w:t>
      </w:r>
      <w:r>
        <w:t>sari woh cheezen wujood mein aaein jiss ko le kar ke hum Allah ke paigham ko dunya mein pohncha sakein peaceful tareeqe se</w:t>
      </w:r>
    </w:p>
    <w:p>
      <w:pPr>
        <w:jc w:val="right"/>
      </w:pPr>
      <w:r>
        <w:t>ساریوہچیزیںوجود میںآئیںجسکولےکرکےہم اللہ کے پیغامکو دنیا میںپہنچاسکیںپیسفلطریقےسے</w:t>
      </w:r>
    </w:p>
    <w:p>
      <w:r>
        <w:rPr>
          <w:b/>
        </w:rPr>
        <w:t xml:space="preserve">[51:01] </w:t>
      </w:r>
      <w:r>
        <w:t>to yeh hai supporting element. to woh jo ayat hai Quran majeed ki, us ayat mein Khuda se murad hai, yani authentic version of divine guidance ka preserve ho jana.</w:t>
      </w:r>
    </w:p>
    <w:p>
      <w:pPr>
        <w:jc w:val="right"/>
      </w:pPr>
      <w:r>
        <w:t>۔ تویہہے سپورٹنگایلیمنٹ۔ تووہجوآیتہےقرآنمجیدکی، اسآیتمیںخداسےمرادہے، یعنی اتھینٹک ورژن آف ڈیوائنگائیڈنس کا پریزروہوجانا۔</w:t>
      </w:r>
    </w:p>
    <w:p>
      <w:r>
        <w:rPr>
          <w:b/>
        </w:rPr>
        <w:t xml:space="preserve">[51:17] </w:t>
      </w:r>
      <w:r>
        <w:t>yeh murad hai. aur woh jo jo izhaar-e-deen jiss ko kaha gaya hai, izhaar-e-deen se murad yeh hai ke dunya mein woh taaqatein khatam hon jinhone azaadi ko abuse kar rakha hai taake insaan azaadaana mahol mein soche, azaadaana mahol mein apna test de sake aur phir azaadaana mahol mein nature ki unfolding ho.</w:t>
      </w:r>
    </w:p>
    <w:p>
      <w:pPr>
        <w:jc w:val="right"/>
      </w:pPr>
      <w:r>
        <w:t>یہ مرادہے۔ اور وہجو جو اظہاردینجسکوکہاگیاہے،اظہاردینسےمرادیہہے کہ دنیا میں وہ طاقتیںختم ہوں جنہوںنے آزادیکو ابالشکررکھاہے تاکہانسان آزادانہماحولمیںسوچے، آزادانہماحولمیں اپناٹیسٹ دےسکےاور پھرآزادانہماحولمیں نیچرکیانفولڈنگہو ۔</w:t>
      </w:r>
    </w:p>
    <w:p>
      <w:r>
        <w:rPr>
          <w:b/>
        </w:rPr>
        <w:t xml:space="preserve">[51:40] </w:t>
      </w:r>
      <w:r>
        <w:t>woh sari baatein insaan jaanta jaa sake.</w:t>
      </w:r>
    </w:p>
    <w:p>
      <w:pPr>
        <w:jc w:val="right"/>
      </w:pPr>
      <w:r>
        <w:t>وہساریباتیں انسان جانتا جان سکے۔</w:t>
      </w:r>
    </w:p>
    <w:p>
      <w:r>
        <w:rPr>
          <w:b/>
        </w:rPr>
        <w:t xml:space="preserve">[51:44] </w:t>
      </w:r>
      <w:r>
        <w:t>ab dekhiye ke aaj kal jo Musalman shor gul kar rahe hain,</w:t>
      </w:r>
    </w:p>
    <w:p>
      <w:pPr>
        <w:jc w:val="right"/>
      </w:pPr>
      <w:r>
        <w:t>ابدیکھیےکہآجکلجو مسلمان شور گلکررہےہیں،</w:t>
      </w:r>
    </w:p>
    <w:p>
      <w:r>
        <w:rPr>
          <w:b/>
        </w:rPr>
        <w:t xml:space="preserve">[51:52] </w:t>
      </w:r>
      <w:r>
        <w:t>mukhtalif issues ko le kar ke, aur aaj kal to woh issue bana hua hai ke "innocence of muslim" wali jo film hai, uss ko le kar ke sari dunya hangama hai.</w:t>
      </w:r>
    </w:p>
    <w:p>
      <w:pPr>
        <w:jc w:val="right"/>
      </w:pPr>
      <w:r>
        <w:t>مختلف ایشوزکولےکرکے، اورآجکلتووہایشو بناہواہےکہ "انوینسنسآفمسلم"والیجوفلمہے،اسکولےکرکے ساریدنیا ہنگامہہے۔</w:t>
      </w:r>
    </w:p>
    <w:p>
      <w:r>
        <w:rPr>
          <w:b/>
        </w:rPr>
        <w:t xml:space="preserve">[52:02] </w:t>
      </w:r>
      <w:r>
        <w:t>sari dunya Musalman hangama kar rahe hain ke humein freedom of expression nahi chahiye, hum azaadi nahi chahiye. jis azaadi se hamare paighambar ko gustakhi ki jaati ho, humein azaadi nahi chahiye.</w:t>
      </w:r>
    </w:p>
    <w:p>
      <w:pPr>
        <w:jc w:val="right"/>
      </w:pPr>
      <w:r>
        <w:t>ساریدنیا مسلمان ہنگامہکررہےہیںکہہمیںفریڈمآف ایکسپریشننہیںچاہیے،ہمآز ادینہیںچاہیے۔ جس آز ادیسے ہمارے پیغمبرکوگستاخی کیجاتیہو، ہمیں آزادی نہیںچاہیے۔</w:t>
      </w:r>
    </w:p>
    <w:p>
      <w:r>
        <w:rPr>
          <w:b/>
        </w:rPr>
        <w:t xml:space="preserve">[52:15] </w:t>
      </w:r>
      <w:r>
        <w:t>yeh bilkul hi, yani mein iss ko kahunga, reduce courtesy learning hai. yeh mazhab ka kis had tak galat hai. yeh Musalmanon ka jo stand hai, yeh that is reduce courtesy learning stand. stand mazhab ka kis had tak galat stand hai. kyun? is liye ke Allah ke scheme ke khilaaf hai.</w:t>
      </w:r>
    </w:p>
    <w:p>
      <w:pPr>
        <w:jc w:val="right"/>
      </w:pPr>
      <w:r>
        <w:t>یہ بالکل ہی، یعنی میںاسکوکہوںگا، ریڈوکریسلیرونگہے۔یہ مذہبکاخیزحدتکغلطہے۔یہ مس لمانوںکاجواسٹینڈہے،یہ دیٹاز ریڈوکریسلیرونگاسٹینڈ۔اسٹینڈ مذہبکاخیزحدتکغلطاسٹینڈہے۔کیوں ؟اسلیےکہاللہ کیسکیمکےخلاف ہے۔</w:t>
      </w:r>
    </w:p>
    <w:p>
      <w:r>
        <w:rPr>
          <w:b/>
        </w:rPr>
        <w:t xml:space="preserve">[52:35] </w:t>
      </w:r>
      <w:r>
        <w:t>Musalmanon ka yeh stand Allah ke scheme ke khilaaf hai. dekhein, jab azaadi aaye gi to koi misuse bhi kare ga.</w:t>
      </w:r>
    </w:p>
    <w:p>
      <w:pPr>
        <w:jc w:val="right"/>
      </w:pPr>
      <w:r>
        <w:t>مسلمانوںکایہ اسٹینڈ اللہ کیسکیمکےخلاف ہے۔ دیکھیں،جبآزادیآئےگیتوکوئیمسیوزبھیکرےگا۔</w:t>
      </w:r>
    </w:p>
    <w:p>
      <w:r>
        <w:rPr>
          <w:b/>
        </w:rPr>
        <w:t xml:space="preserve">[52:43] </w:t>
      </w:r>
      <w:r>
        <w:t>to yeh, yeh jo jiss ko Musalman keh rahe hain ke "astaghfirullah rasool", woh kya hai? woh azaadi ko misuse karna hai. woh bhi ho ga,</w:t>
      </w:r>
    </w:p>
    <w:p>
      <w:pPr>
        <w:jc w:val="right"/>
      </w:pPr>
      <w:r>
        <w:t>تو یہ، یہجو جسکو مس لمانکہہرہےہیںکہ"استغفراللہرسول"،وہکیاہے؟ وہ آزادی کومسیوزکرناہے۔ وہبھیہوگا،</w:t>
      </w:r>
    </w:p>
    <w:p>
      <w:r>
        <w:rPr>
          <w:b/>
        </w:rPr>
        <w:t xml:space="preserve">[52:54] </w:t>
      </w:r>
      <w:r>
        <w:t>woh bhi ho ga. Allah taala yeh nahi karne wala hai ke azaadi ko abuse kar de sirf is liye ke log misuse karein ge.</w:t>
      </w:r>
    </w:p>
    <w:p>
      <w:pPr>
        <w:jc w:val="right"/>
      </w:pPr>
      <w:r>
        <w:t>وہبھیہوگا۔ اللہ تعالیٰ یہ نہیں کرنے والاہےکہ آز ادیکوابالشکردےصرفاسلیےکہلوگمسیوزکریںگے۔</w:t>
      </w:r>
    </w:p>
    <w:p>
      <w:r>
        <w:rPr>
          <w:b/>
        </w:rPr>
        <w:t xml:space="preserve">[53:05] </w:t>
      </w:r>
      <w:r>
        <w:t>yeh nahi karne wala hai. Allah taala qayamat se pehle</w:t>
      </w:r>
    </w:p>
    <w:p>
      <w:pPr>
        <w:jc w:val="right"/>
      </w:pPr>
      <w:r>
        <w:t>یہنہیںکرنے والاہے۔اللہ تعالیٰ قیامتسےپہلے</w:t>
      </w:r>
    </w:p>
    <w:p>
      <w:r>
        <w:rPr>
          <w:b/>
        </w:rPr>
        <w:t xml:space="preserve">[53:09] </w:t>
      </w:r>
      <w:r>
        <w:t>misuse karta hai to koi kare, aur koi proper use karta hai to theek hai. to koi agar misuse kar raha hai to Allah ki di hui azaadi ki bina par misuse kar raha hai.</w:t>
      </w:r>
    </w:p>
    <w:p>
      <w:pPr>
        <w:jc w:val="right"/>
      </w:pPr>
      <w:r>
        <w:t>مس یوزکرتاہےتوکوئیکرے، اورکوئیپراپریوزکرتاہےتوٹھیکہے۔ تو کوئیاگر مس یوزکررہاہےتواللہ کی دیہوئیآزادیکیبناپرمسیوزکررہاہے۔</w:t>
      </w:r>
    </w:p>
    <w:p>
      <w:r>
        <w:rPr>
          <w:b/>
        </w:rPr>
        <w:t xml:space="preserve">[53:21] </w:t>
      </w:r>
      <w:r>
        <w:t>to jis cheez ko Musalman kehte hain "Rasool Allah ke shaan mein gustakhi", woh gustakhi nahi hai. woh azaadi ka misuse karna hai. aur jo Allah ke creation plan ki wajah se hai, kisi aur wajah se nahi hai.</w:t>
      </w:r>
    </w:p>
    <w:p>
      <w:pPr>
        <w:jc w:val="right"/>
      </w:pPr>
      <w:r>
        <w:t>تو جس چیزکومس لمانکہتےہیں"رسولاللہکےشانمیںگستاخی" ،وہ گستاخینہیںہے۔ وہ آز ادی کا مسیوزکرناہے۔ اور جو اللہ کے کریشنپلانکیوجہ سےہے، کسی اوروجہسےنہیںہے۔</w:t>
      </w:r>
    </w:p>
    <w:p>
      <w:r>
        <w:rPr>
          <w:b/>
        </w:rPr>
        <w:t xml:space="preserve">[53:36] </w:t>
      </w:r>
      <w:r>
        <w:t>iss mein na koi conspiracy hai, na koi saazish hai, na koi dushmani hai kisi ki. yeh sab kuch bhi nahi hai. yeh jo Musalman samajhte hain ke saazishein ho rahi hain, dushmani ho rahi hain, Islam ko mitaane ki ke mansoobe ban rahi hain, yeh sab bilkul galat baat hai.</w:t>
      </w:r>
    </w:p>
    <w:p>
      <w:pPr>
        <w:jc w:val="right"/>
      </w:pPr>
      <w:r>
        <w:t>اسمیں نہکوئی کانسپریسیہے، نہکوئیسازشہے، نہ کوئی دشمنیہےکسی کی۔ یہسبکچھبھینہیںہے۔ یہجومسلمانسمجھتےہیںکہ ساز شیںہورہیہیں،دشمنیاںہورہیہیں، اسلام کومٹانےکی کی منصوبےبنرہیہیں،یہسببالکلغلطباتہے۔</w:t>
      </w:r>
    </w:p>
    <w:p>
      <w:r>
        <w:rPr>
          <w:b/>
        </w:rPr>
        <w:t xml:space="preserve">[53:56] </w:t>
      </w:r>
      <w:r>
        <w:t>yeh sab bilkul galat baat hai. saare Musalman, ek ek billion Musalman mil kar koshish karein, tab bhi woh Khuda ki scheme ko khatam nahi kar sakte, woh</w:t>
      </w:r>
    </w:p>
    <w:p>
      <w:pPr>
        <w:jc w:val="right"/>
      </w:pPr>
      <w:r>
        <w:t>یہسببالکلغلطباتہے۔ سارے مسلمان،ایک ایک بل ینمسلمانملکر کوششکریں،تببھیوہ خداکیسکیمکوختمنہیںکرسکتے،وہ</w:t>
      </w:r>
    </w:p>
    <w:p>
      <w:r>
        <w:rPr>
          <w:b/>
        </w:rPr>
        <w:t xml:space="preserve">[54:05] </w:t>
      </w:r>
      <w:r>
        <w:t>jaisa ke ab tak khatam nahi kar sake. You can't abuse freedom. Yeh usse impossible hai. Jab aap freedom ko abuse nahi kar sakte to misuse bhi baqi rahe ga.</w:t>
      </w:r>
    </w:p>
    <w:p>
      <w:pPr>
        <w:jc w:val="right"/>
      </w:pPr>
      <w:r>
        <w:t>جیساکہابتکختمنہیںکرسکے۔ یوکانٹ ابائسدافریڈم۔ یہ اسے امپاسیبلہے۔ جب آپ فریڈمکوابائسنہیںکرسکتے تو مسیوزبھیباقیرہےگا۔</w:t>
      </w:r>
    </w:p>
    <w:p>
      <w:r>
        <w:rPr>
          <w:b/>
        </w:rPr>
        <w:t xml:space="preserve">[54:20] </w:t>
      </w:r>
      <w:r>
        <w:t>to aap ko chahiye ke yeh aap option galat, yeh yeh aap option galat rakha le rakh hai aap ne ke aap chahte hain ke log misuse na karein. nahi, un ko misuse karna hai to karne dein.</w:t>
      </w:r>
    </w:p>
    <w:p>
      <w:pPr>
        <w:jc w:val="right"/>
      </w:pPr>
      <w:r>
        <w:t>تو آپ کو چاہیےکہ یہ آپ شنغلط، یہیہآپشنغلط رکھا لےرکھاہےآپنے کہآپ چاہتےہیںکہلوگ مسیوزنہکریں۔نہیں ، انکومس یوزکرناہےتوکرنے دیجیے۔</w:t>
      </w:r>
    </w:p>
    <w:p>
      <w:r>
        <w:rPr>
          <w:b/>
        </w:rPr>
        <w:t xml:space="preserve">[54:32] </w:t>
      </w:r>
      <w:r>
        <w:t>aap tableegh kijiye, dawat pohnchaiye, un ko Islam ki baatein pohnchaiye. abhi dekhein, hamare saathi gaye the Germany, wahan ke wahan ke book fair mein to literature le kar ke.</w:t>
      </w:r>
    </w:p>
    <w:p>
      <w:pPr>
        <w:jc w:val="right"/>
      </w:pPr>
      <w:r>
        <w:t>آپ تبلیغکیجئے،دعوتپہنچائیے، انکو اسلام کی باتیںپہنچائیے۔ ابھیدیکھیں،ہمارےساتھیگئےتھے جرمنی، وہاںکے وہاںکے بکفیئرمیں تو لٹریچرلےکرکے۔</w:t>
      </w:r>
    </w:p>
    <w:p>
      <w:r>
        <w:rPr>
          <w:b/>
        </w:rPr>
        <w:t xml:space="preserve">[54:50] </w:t>
      </w:r>
      <w:r>
        <w:t>wahan jitne log mile, sab ne bohat hi iss ko pasand kiya ke peaceful version of Islam ka jo hai, yeh yeh to hum chahte hain.</w:t>
      </w:r>
    </w:p>
    <w:p>
      <w:pPr>
        <w:jc w:val="right"/>
      </w:pPr>
      <w:r>
        <w:t>وہاں جتنےلوگ ملے، سب نےبہتہی اسکو پسندکیا کہ پیسفلورژناسلامکاجوہے، یہ یہتوہمچاہتےہیں۔</w:t>
      </w:r>
    </w:p>
    <w:p>
      <w:r>
        <w:rPr>
          <w:b/>
        </w:rPr>
        <w:t xml:space="preserve">[55:01] </w:t>
      </w:r>
      <w:r>
        <w:t>to logon ke logon ke andar new soch aayi, logon ko naya naye dhang se sochne ka moqa mila. to karne ka kaam yeh nahi hai ke aap aap yeh chahein ke log misuse na karein.</w:t>
      </w:r>
    </w:p>
    <w:p>
      <w:pPr>
        <w:jc w:val="right"/>
      </w:pPr>
      <w:r>
        <w:t>تو لوگوںکے لوگوںکےاندر نئیسوچآئی،لوگوںکو نیا نئے ڈھنگسےسوچنےکاموقعملا۔ تو کرنے کا کامیہنہیںہےکہآپ آپ یہچاہیںکہلوگ مسیوزنہکریں۔</w:t>
      </w:r>
    </w:p>
    <w:p>
      <w:r>
        <w:rPr>
          <w:b/>
        </w:rPr>
        <w:t xml:space="preserve">[55:13] </w:t>
      </w:r>
      <w:r>
        <w:t>karne ka kaam yeh hai ke aap aap Islam ka paigham pohnchaiye, Allah ki jo jo aap ke paas dawat hai, uss ko pohnchaiye, jo Allah ka kalam hai, uss ko pohnchaiye, Quran ko har zabaan mein tarjuma kar ke pohnchaiye.</w:t>
      </w:r>
    </w:p>
    <w:p>
      <w:pPr>
        <w:jc w:val="right"/>
      </w:pPr>
      <w:r>
        <w:t>کرنے کاکامیہہےکہآپ آپ اسلام کا پیغامپہنچائیے، اللہ کیجو جوآپکےپاس دعوتہے،اسکوپہنچائیے، جواللہ کاکلامہے،اسکوپہنچائیے، قرآنکوہرزبان میںترجمہکرکےپہنچائیے۔</w:t>
      </w:r>
    </w:p>
    <w:p>
      <w:r>
        <w:rPr>
          <w:b/>
        </w:rPr>
        <w:t xml:space="preserve">[55:31] </w:t>
      </w:r>
      <w:r>
        <w:t>jitni, yani Arabi zabaan to sab log samajh nahi sakte. yeh mumkin nahi hai ke sab log Arabi parhein. to aap ko har zabaan mein Quran ka tarjuma unhein pohnchana chahiye taake jaane ke Allah kya chahta hai aapse.</w:t>
      </w:r>
    </w:p>
    <w:p>
      <w:pPr>
        <w:jc w:val="right"/>
      </w:pPr>
      <w:r>
        <w:t>جتنی ، یعنی عربیزبان توسبلوگسمجھنہیںسکتے۔ یہممکننہیںہےکہسبلوگعربیپڑھیں۔ تو آپکوہرزبان میں قرآنکاترجمہ انہیںپہنچاناچاہیےتاکہجانےکہ اللہ کیاچاہتاہےآپسے ۔</w:t>
      </w:r>
    </w:p>
    <w:p>
      <w:r>
        <w:rPr>
          <w:b/>
        </w:rPr>
        <w:t xml:space="preserve">[55:46] </w:t>
      </w:r>
      <w:r>
        <w:t>to yeh galat aap option aap Musalmanon ne le rakha hai. option yeh option galat hai ke aap misuse of misuse misuse of freedom ko khatat karna chahte hain.</w:t>
      </w:r>
    </w:p>
    <w:p>
      <w:pPr>
        <w:jc w:val="right"/>
      </w:pPr>
      <w:r>
        <w:t>تویہ غلطآپ شن آپ مسلمانوںنے لےرکھاہے۔آپشن یہآپشنغلطہے کہآپ مس یوز آف مس یوز مسیوزآففریڈمکوختمکرناچاہتےہیں۔</w:t>
      </w:r>
    </w:p>
    <w:p>
      <w:r>
        <w:rPr>
          <w:b/>
        </w:rPr>
        <w:t xml:space="preserve">[55:58] </w:t>
      </w:r>
      <w:r>
        <w:t>nahi, aap ka option yeh hona chahiye ke aap logon ko Allah ki guidance faraham karein har zabaan mein. har zabaan mein logon ko batayein ke Allah kya chahta hai.</w:t>
      </w:r>
    </w:p>
    <w:p>
      <w:pPr>
        <w:jc w:val="right"/>
      </w:pPr>
      <w:r>
        <w:t>نہیں ، آپ کاآپشن یہہوناچاہیےکہآپ لوگوںکو اللہ کیگائیڈنسفراہمکریںہ رزبان میں۔ ہر زبان میں لوگوںکوبتائیںکہاللہ کیاچاہتاہے۔</w:t>
      </w:r>
    </w:p>
    <w:p>
      <w:r>
        <w:rPr>
          <w:b/>
        </w:rPr>
        <w:t xml:space="preserve">[56:11] </w:t>
      </w:r>
      <w:r>
        <w:t>to quran ke pohnchayen, rasool allah ki sirat ko pohnchayen, hadith ko pohnchayen, jis tarah hum literature ko pohnchayen. yeh yeh hai.</w:t>
      </w:r>
    </w:p>
    <w:p>
      <w:pPr>
        <w:jc w:val="right"/>
      </w:pPr>
      <w:r>
        <w:t>تو قرآنکے پہنچائیں،رسولاللہکیسیرتکوپہنچائیں،حدیثکوپہنچائیں، جسطرح ہملٹریچرکوپہنچائیں۔ یہ یہہے۔</w:t>
      </w:r>
    </w:p>
    <w:p>
      <w:r>
        <w:rPr>
          <w:b/>
        </w:rPr>
        <w:t xml:space="preserve">[56:20] </w:t>
      </w:r>
      <w:r>
        <w:t>to basic baat yeh hai ke is dunya mein hum hum ek aisi dunya mein hain jo hum ne khud nahi banaya hai.</w:t>
      </w:r>
    </w:p>
    <w:p>
      <w:pPr>
        <w:jc w:val="right"/>
      </w:pPr>
      <w:r>
        <w:t>تو بیسکباتیہہے کہاسدنیا میں ہم ہمایکایسیدنیامیںہیںجوہمنےخود نہیںبنایاہے۔</w:t>
      </w:r>
    </w:p>
    <w:p>
      <w:r>
        <w:rPr>
          <w:b/>
        </w:rPr>
        <w:t xml:space="preserve">[56:30] </w:t>
      </w:r>
      <w:r>
        <w:t>yeh dunya ko hum ne create nahi kiya hai. agar hum chahen ke dunya ko apne apne marzi ke mutabiq chalayen to impossible hai.</w:t>
      </w:r>
    </w:p>
    <w:p>
      <w:pPr>
        <w:jc w:val="right"/>
      </w:pPr>
      <w:r>
        <w:t>یہدنیا کوہمنےکریٹنہیںکیاہے۔ اگر ہمچاہیںکہدنیا کو اپنے اپنے مرضیکےمط ابقچلائیںتو امپاسیبلہے۔</w:t>
      </w:r>
    </w:p>
    <w:p>
      <w:r>
        <w:rPr>
          <w:b/>
        </w:rPr>
        <w:t xml:space="preserve">[56:39] </w:t>
      </w:r>
      <w:r>
        <w:t>dunya chali gaya is naqshe par jo khuda ne isko banaya hai. hamare naqshe par nahi chal sakti dunya.</w:t>
      </w:r>
    </w:p>
    <w:p>
      <w:pPr>
        <w:jc w:val="right"/>
      </w:pPr>
      <w:r>
        <w:t>دنیا چلےگیاس نقش ےپرجوخدانےاسکو بن ایاہے۔ ہمارے نقش ےپرنہیںچلسکتیدنیا ۔</w:t>
      </w:r>
    </w:p>
    <w:p>
      <w:r>
        <w:rPr>
          <w:b/>
        </w:rPr>
        <w:t xml:space="preserve">[56:47] </w:t>
      </w:r>
      <w:r>
        <w:t>to allah ne dunya walon ko azadi di hai. woh azadi baqi rahe gi qayamat tak. woh woh misuse karen ge, tab bhi khuda unko unko pakre ga nahi qayamat se pehle.</w:t>
      </w:r>
    </w:p>
    <w:p>
      <w:pPr>
        <w:jc w:val="right"/>
      </w:pPr>
      <w:r>
        <w:t>تو اللہ نے دنیا والوںکوآزادیدیہے۔وہآزادیباقیرہےگیقیامتتک۔ وہوہ مس یوزکریںگے،تببھیخداانکو انکو پکڑےگانہیں قیامتسےپہلے۔</w:t>
      </w:r>
    </w:p>
    <w:p>
      <w:r>
        <w:rPr>
          <w:b/>
        </w:rPr>
        <w:t xml:space="preserve">[56:58] </w:t>
      </w:r>
      <w:r>
        <w:t>allah ki pakar qayamat mein zahir ho gi. to musalmanon ko sahi option yeh hai ke woh dawat o tabligh ka kaam karen bajaye is ke ke protest karen.</w:t>
      </w:r>
    </w:p>
    <w:p>
      <w:pPr>
        <w:jc w:val="right"/>
      </w:pPr>
      <w:r>
        <w:t>اللہ کیپکڑ قیامتمیںظاہرہوگی۔ تو مسلمانوںکو صحیحآپشنیہہے کہ وہ دعوتوتبلیغکاکامکریںبجائےاسکےکہ پروٹیسٹکریں۔</w:t>
      </w:r>
    </w:p>
    <w:p>
      <w:r>
        <w:rPr>
          <w:b/>
        </w:rPr>
        <w:t xml:space="preserve">[57:09] </w:t>
      </w:r>
      <w:r>
        <w:t>protest galat option hai. dawat sahi option hai. sara khulasa meri baat ka yeh hai</w:t>
      </w:r>
    </w:p>
    <w:p>
      <w:pPr>
        <w:jc w:val="right"/>
      </w:pPr>
      <w:r>
        <w:t>پروٹیسٹ غلطآپشنہے۔ دعوت صحیحآپشنہے۔ ساراخلاصہمیریباتکایہہے</w:t>
      </w:r>
    </w:p>
    <w:p>
      <w:r>
        <w:rPr>
          <w:b/>
        </w:rPr>
        <w:t xml:space="preserve">[57:15] </w:t>
      </w:r>
      <w:r>
        <w:t>ke is waqt musalmanon ne sara dunya mein jo option le rakha hai, woh protest ka option hai. woh option hai hi nahi. is ki koi feasibility nahi hai.</w:t>
      </w:r>
    </w:p>
    <w:p>
      <w:pPr>
        <w:jc w:val="right"/>
      </w:pPr>
      <w:r>
        <w:t>کہاسوقت مسلمانوںنےساریدنیا میں جو آپشنلےرکھاہے،وہپروٹیسٹکاآپشنہے۔ وہ آپشنہےہینہیں۔ اسکیکوئیفیزیبلٹینہیںہے۔</w:t>
      </w:r>
    </w:p>
    <w:p>
      <w:r>
        <w:rPr>
          <w:b/>
        </w:rPr>
        <w:t xml:space="preserve">[57:25] </w:t>
      </w:r>
      <w:r>
        <w:t>woh work nahi kare ga. woh to humein jo option lena hai, woh dawat ka option hai. yani allah ki baat ko insanon tak pohnchana. yeh yeh yeh option humein lena hai.</w:t>
      </w:r>
    </w:p>
    <w:p>
      <w:pPr>
        <w:jc w:val="right"/>
      </w:pPr>
      <w:r>
        <w:t>وہورکنہیںکرےگا۔وہ تو ہمیںجوآپشنلیناہے،وہدعوت کاآپشنہے۔ یعنی اللہ کیباتکو انسان وںتکپہنچانا۔یہ یہ یہآپشن ہمیںلیناہے۔</w:t>
      </w:r>
    </w:p>
    <w:p>
      <w:r>
        <w:rPr>
          <w:b/>
        </w:rPr>
        <w:t xml:space="preserve">[57:37] </w:t>
      </w:r>
      <w:r>
        <w:t>to apne aap apne option ko durust kijiye bajaye is ke ke doosron ko aap kahein ke tum durust karo. doosra durust nahi karne wala hai. doosra to allah ki di hui azadi ko istemal kare ke chahe galat ya sahi.</w:t>
      </w:r>
    </w:p>
    <w:p>
      <w:pPr>
        <w:jc w:val="right"/>
      </w:pPr>
      <w:r>
        <w:t>تو اپنے آپ اپنے آپشنکودرستکیجئےبجائےاسکےکہدوسروںکوآپکہیںکہتمدرستکرو۔ دوسرادرستنہیںکرنےوالاہے۔ دوسرا تو اللہ کی دیہوئیآزادیکو استعمال کرےکہچاہےغلطیاصحیح۔</w:t>
      </w:r>
    </w:p>
    <w:p>
      <w:r>
        <w:rPr>
          <w:b/>
        </w:rPr>
        <w:t xml:space="preserve">[57:51] </w:t>
      </w:r>
      <w:r>
        <w:t>allah chheen sakta hai to chheenna chheen sakta hai. lekin allah ka faisla yeh hai ke woh qayamat se pehle kisi ki azadi nahi chheene ga. qayamat se pehle allah kisi ki azadi nahi chheene wala hai.</w:t>
      </w:r>
    </w:p>
    <w:p>
      <w:pPr>
        <w:jc w:val="right"/>
      </w:pPr>
      <w:r>
        <w:t>اللہ چھینسکتاہےتوچھینناچھینسکتاہے۔لیکن اللہ کافیصلہیہہےکہ وہ قیامتسےپہلے کسی کیآزادینہیںچھینےگا۔ قیامتسےپہلے اللہ کسیکیآزادینہیںچھیننےوالاہے۔</w:t>
      </w:r>
    </w:p>
    <w:p>
      <w:r>
        <w:rPr>
          <w:b/>
        </w:rPr>
        <w:t xml:space="preserve">[58:03] </w:t>
      </w:r>
      <w:r>
        <w:t>to aap kaise chheen sakte hain?</w:t>
      </w:r>
    </w:p>
    <w:p>
      <w:pPr>
        <w:jc w:val="right"/>
      </w:pPr>
      <w:r>
        <w:t>توآپ کیسےچھینسکتےہیں؟</w:t>
      </w:r>
    </w:p>
    <w:p>
      <w:r>
        <w:rPr>
          <w:b/>
        </w:rPr>
        <w:t xml:space="preserve">[58:06] </w:t>
      </w:r>
      <w:r>
        <w:t>to yeh allah ke domain mein dakhil hona chahte hain. yeh log jo chahte hain ke log azadi ko sahi azadi ko apni pasand ke mutabiq istemal na karen, yeh aap allah ke domain mein dakhil ho rahe hain jo mumkin nahi hai.</w:t>
      </w:r>
    </w:p>
    <w:p>
      <w:pPr>
        <w:jc w:val="right"/>
      </w:pPr>
      <w:r>
        <w:t>تو یہ اللہ کے ڈومینمیںداخلہوناچاہتےہیں۔ یہلوگ جو چاہتےہیںکہلوگ آزادیکو صحیح آز ادیکواپنی پسند کےمطابق استعمالنہکریں، یہآپاللہ کےڈومینمیںداخلہورہےہیں جو ممکننہیںہے۔</w:t>
      </w:r>
    </w:p>
    <w:p>
      <w:r>
        <w:rPr>
          <w:b/>
        </w:rPr>
        <w:t xml:space="preserve">[58:20] </w:t>
      </w:r>
      <w:r>
        <w:t>meri dua hai ke allah taala humein aur aap ko sahi raah-e-raast dikhaye aur aakhir mein humein jannat naseeb kare. aqool qawli haza wastaghfirullaha li walikum ajmaeen</w:t>
      </w:r>
    </w:p>
    <w:p>
      <w:pPr>
        <w:jc w:val="right"/>
      </w:pPr>
      <w:r>
        <w:t>میریدعاہےکہاللہتعالیٰہمکواورآپکوصحیحراستہدکھائے اور آخرتمیںہمیں جنتنصیبکرے۔ أقول قوليهذا واستغفراللہليولكماجمعین</w:t>
      </w:r>
    </w:p>
    <w:p>
      <w:r>
        <w:rPr>
          <w:b/>
        </w:rPr>
        <w:t xml:space="preserve">[58:47] </w:t>
      </w:r>
      <w:r>
        <w:t>main ne yeh sawal aaya hai karachi pakistan se miss saira latif ka. unhone likha hai: "aap kehte hain ke murtad ki saza qatl nahi hai, jab ke ek hadith mein aaya hai ke jo koi apne deen ko badal dale to use qatl kar do." Maulana sahib, phir us hadith ka matlab kya hai?</w:t>
      </w:r>
    </w:p>
    <w:p>
      <w:pPr>
        <w:jc w:val="right"/>
      </w:pPr>
      <w:r>
        <w:t>میںنےیہسوال آیاہے کراچی پاکستانسے مس سائرہلطیفکا ۔انہوںنےلکھاہے: "آپکہتےہیں کہ مرت دکی سزا قتلنہیں ہے، جب کہ ایک حدیثمیںآیاہے کہ جو کوئی اپنے دینکو بدلڈالے تو اسے قتلکردو ۔" مول اناصاحب،پھراس حدیثکا مطلب کیا ہے ؟</w:t>
      </w:r>
    </w:p>
    <w:p>
      <w:r>
        <w:rPr>
          <w:b/>
        </w:rPr>
        <w:t xml:space="preserve">[59:10] </w:t>
      </w:r>
      <w:r>
        <w:t>iske bare mein bataein.</w:t>
      </w:r>
    </w:p>
    <w:p>
      <w:pPr>
        <w:jc w:val="right"/>
      </w:pPr>
      <w:r>
        <w:t>اسکےبارےمیںبت ائیں۔</w:t>
      </w:r>
    </w:p>
    <w:p>
      <w:r>
        <w:rPr>
          <w:b/>
        </w:rPr>
        <w:t xml:space="preserve">[59:13] </w:t>
      </w:r>
      <w:r>
        <w:t>haan, dekhiye, meri ek kitab hai, is ka naam hai "hikmat e islam". to us mein main ne is mamle mein, yani jis ko kaha jata hai murtad ki saza,</w:t>
      </w:r>
    </w:p>
    <w:p>
      <w:pPr>
        <w:jc w:val="right"/>
      </w:pPr>
      <w:r>
        <w:t>ہاں،دیکھیے، میریایککتاب ہے،اسکانامہے "حکمت اسلام " ۔ تواسمیںمیںنے اس معاملےمیں،یعنی جس کوکہاجاتاہے ارت داد کیسزا،</w:t>
      </w:r>
    </w:p>
    <w:p>
      <w:r>
        <w:rPr>
          <w:b/>
        </w:rPr>
        <w:t xml:space="preserve">[59:29] </w:t>
      </w:r>
      <w:r>
        <w:t>iske mamle mein tees panne ka ek chapter likha hai, thirty page ka. to aap us kitab ko parhiye, us mein is thirty page ko parhiye.</w:t>
      </w:r>
    </w:p>
    <w:p>
      <w:pPr>
        <w:jc w:val="right"/>
      </w:pPr>
      <w:r>
        <w:t>اسکےمعاملےمیں تیس صفحے کاایک ایکچیپٹرلکھاہے، تھرٹیپیجکا ۔ تو آپ اسکتاب کوپڑھیے، اسمیں استھرٹیپیجکوپڑھیے۔</w:t>
      </w:r>
    </w:p>
    <w:p>
      <w:r>
        <w:rPr>
          <w:b/>
        </w:rPr>
        <w:t xml:space="preserve">[59:40] </w:t>
      </w:r>
      <w:r>
        <w:t>us mein is hadith ko main ne baqayda le kar ke is pe guftagu ki hai, is ka tajziya kiya hai. is ko pehle parhiye, is ke baad bhi agar aap ke ishkab baqi hai to aap dobara ek sawal kar sakte hain.</w:t>
      </w:r>
    </w:p>
    <w:p>
      <w:pPr>
        <w:jc w:val="right"/>
      </w:pPr>
      <w:r>
        <w:t>اسمیں اسحدیثکو میںنے باقاعدہ لےکر کےاسپہگفتگوکیہے،اسکاتجزیہکیاہے۔ اسکو پہلے پڑھیے، اسکےبعد بھیاگرآپ اشکالباقیرہےتوآپ دوبارہایکسوالکرسکتےہیں۔</w:t>
      </w:r>
    </w:p>
    <w:p>
      <w:r>
        <w:rPr>
          <w:b/>
        </w:rPr>
        <w:t xml:space="preserve">[59:52] </w:t>
      </w:r>
      <w:r>
        <w:t>fil haal mein yeh kahoon ga ke aap hikmat e islam ke is bab ko parhiye jis ka unwan hai "murtad aur murtadad". yeh hai is ka unwan.</w:t>
      </w:r>
    </w:p>
    <w:p>
      <w:pPr>
        <w:jc w:val="right"/>
      </w:pPr>
      <w:r>
        <w:t>فیالحالمیںیہیکہوںگاکہآپ حکمت اسلام کے اس بابکو پڑھیے جسکا عنوانہے "مرتد اور ارت داد"۔یہہےاسکا عنوان۔</w:t>
      </w:r>
    </w:p>
    <w:p>
      <w:r>
        <w:rPr>
          <w:b/>
        </w:rPr>
        <w:t xml:space="preserve">[1:00:06] </w:t>
      </w:r>
      <w:r>
        <w:t>Maulana, agla sawal bhi karachi pakistan se hai abdul latif sahib ka. unhone likha hai: "Maulana sahib, is madi daur mein ek insan apne aap ko hiras se kis tarah bachaye?</w:t>
      </w:r>
    </w:p>
    <w:p>
      <w:pPr>
        <w:jc w:val="right"/>
      </w:pPr>
      <w:r>
        <w:t>مولانا،اگلاسوالبھی کراچی پاکستانسےہے عبد اللطیف صاحبکا۔انہوںنےلکھاہے: "مولاناصاحب،اس م ادی دور میں ایک انسان اپنے آپ کو حرصسے کسطرح بچائے ؟</w:t>
      </w:r>
    </w:p>
    <w:p>
      <w:r>
        <w:rPr>
          <w:b/>
        </w:rPr>
        <w:t xml:space="preserve">[1:00:20] </w:t>
      </w:r>
      <w:r>
        <w:t>kyun ke aaj insan ki zaroorat itni zyada ho chuki hai ke qana'at wali zindagi guzarna mushkil ho gaya hai." is ke bare mein.</w:t>
      </w:r>
    </w:p>
    <w:p>
      <w:pPr>
        <w:jc w:val="right"/>
      </w:pPr>
      <w:r>
        <w:t>کیونکہ آج انسان کی ضرورت اتنیزیادہ ہوچکیہے کہ قناعتوالی زندگی گزار نا مش کل ہوگیاہے۔" اسکےبارےمیں ۔</w:t>
      </w:r>
    </w:p>
    <w:p>
      <w:r>
        <w:rPr>
          <w:b/>
        </w:rPr>
        <w:t xml:space="preserve">[1:00:32] </w:t>
      </w:r>
      <w:r>
        <w:t>main samajhta hoon ke hiras se bachane ke liye sirf yeh hai ke aap apni aql ko istemal karen. aql ko istemal karen.</w:t>
      </w:r>
    </w:p>
    <w:p>
      <w:pPr>
        <w:jc w:val="right"/>
      </w:pPr>
      <w:r>
        <w:t>میںسمجھتاہوںکہ حرصسےبچانےکےلیے صرفیہہےکہآپاپنیعقلکو استعمالکریں۔ عقلکواستعمالکریں۔</w:t>
      </w:r>
    </w:p>
    <w:p>
      <w:r>
        <w:rPr>
          <w:b/>
        </w:rPr>
        <w:t xml:space="preserve">[1:00:42] </w:t>
      </w:r>
      <w:r>
        <w:t>abhi dekhiye, aaj kal khabron mein aa rahi hain kingfisher airline ke bare mein. bohat zyada badhaya apne kaam ko unhone.</w:t>
      </w:r>
    </w:p>
    <w:p>
      <w:pPr>
        <w:jc w:val="right"/>
      </w:pPr>
      <w:r>
        <w:t>ابھیدیکھیے، آجکل خبروںمیںآرہیہیں کنگفشر ایئرلائنکےبارےمیں ۔ بہت زیادہ بڑھایااپنے کامکوانہوںنے۔</w:t>
      </w:r>
    </w:p>
    <w:p>
      <w:r>
        <w:rPr>
          <w:b/>
        </w:rPr>
        <w:t xml:space="preserve">[1:00:51] </w:t>
      </w:r>
      <w:r>
        <w:t>yani hiras ko apni akhirat tak pohncha diya. nateeja kya hua? ke bilkul dham se gir gaye.</w:t>
      </w:r>
    </w:p>
    <w:p>
      <w:pPr>
        <w:jc w:val="right"/>
      </w:pPr>
      <w:r>
        <w:t>یعنیحرصکواپنی آخرتتکپہنچادیا۔ نتیجہکیاہوا؟کہبالکل ڈھامسےگر گئے۔</w:t>
      </w:r>
    </w:p>
    <w:p>
      <w:r>
        <w:rPr>
          <w:b/>
        </w:rPr>
        <w:t xml:space="preserve">[1:00:59] </w:t>
      </w:r>
      <w:r>
        <w:t>aap khabron mein padhte honge, tafseel ki zaroorat nahi hai batane ki. aise waqiyat rozana hote rehte hain. yani hirs mein aakhir mein kya hai ?</w:t>
      </w:r>
    </w:p>
    <w:p>
      <w:pPr>
        <w:jc w:val="right"/>
      </w:pPr>
      <w:r>
        <w:t>آپ خبروںمیںپڑھتےہوںگے، تفصیل کیضرورتنہیںہےبتانےکی۔ ایسےواقعاتروزانہہوتےرہتےہیں۔ یعنیحرص میں آخرمیںکیاہے ؟</w:t>
      </w:r>
    </w:p>
    <w:p>
      <w:r>
        <w:rPr>
          <w:b/>
        </w:rPr>
        <w:t xml:space="preserve">[1:01:09] </w:t>
      </w:r>
      <w:r>
        <w:t>frustration. qanaat mein kya hai? sukoon. itminan. to nateeje ko dekhkar faisla kijiye ke hirs mein aadmi ko sukoon milta hai ya qanaat mein milta hai.</w:t>
      </w:r>
    </w:p>
    <w:p>
      <w:pPr>
        <w:jc w:val="right"/>
      </w:pPr>
      <w:r>
        <w:t>فرسٹریشن۔ قناعتمیںکیاہے ؟ سکون ۔ اطمینان ۔ تو نتیجےکودیکھکر فیصلہکیجیے کہ حرصمیں آدمیکو سکونملتاہے یا قناعتمیںملتاہے۔</w:t>
      </w:r>
    </w:p>
    <w:p>
      <w:r>
        <w:rPr>
          <w:b/>
        </w:rPr>
        <w:t xml:space="preserve">[1:01:25] </w:t>
      </w:r>
      <w:r>
        <w:t>jitne log hirs mein daudte hain, yani takasur ka rasta ikhtiyar karte hain,</w:t>
      </w:r>
    </w:p>
    <w:p>
      <w:pPr>
        <w:jc w:val="right"/>
      </w:pPr>
      <w:r>
        <w:t>جتنےلوگ حرصمیںدوڑتےہیں،یعنیتکاثرکاراستہاختیارکرتے ہیں،</w:t>
      </w:r>
    </w:p>
    <w:p>
      <w:r>
        <w:rPr>
          <w:b/>
        </w:rPr>
        <w:t xml:space="preserve">[1:01:29] </w:t>
      </w:r>
      <w:r>
        <w:t>aakhir mein unke hisse mein sawab, frustration ka kuch bhi nahi aata. kitne log to khud khushi kar lete hain.</w:t>
      </w:r>
    </w:p>
    <w:p>
      <w:pPr>
        <w:jc w:val="right"/>
      </w:pPr>
      <w:r>
        <w:t>آخرمیںانکےحصےمیںثواب،فرسٹسائیڈکاکچھبھینہیںآتا۔کتنےلوگ توخود خوشیکرلیتےہیں۔</w:t>
      </w:r>
    </w:p>
    <w:p>
      <w:r>
        <w:rPr>
          <w:b/>
        </w:rPr>
        <w:t xml:space="preserve">[1:01:37] </w:t>
      </w:r>
      <w:r>
        <w:t>to asal cheez yeh hai ke nateeje ko nateeje ko saamne lekar log nahi sochte. nateeje ko saamne lekar sochein to bohat aasani se masla samajh mein aa jayega.</w:t>
      </w:r>
    </w:p>
    <w:p>
      <w:pPr>
        <w:jc w:val="right"/>
      </w:pPr>
      <w:r>
        <w:t>تو اصلچیز یہہے کہ نتیجےکو نتیجےکوسامنےلےکر لوگنہیںسوچتے۔ نتیجےکو سامنےلےکرسوچیںتو بہت آسانیسے مسئلہسمجھمیںآجائےگا۔</w:t>
      </w:r>
    </w:p>
    <w:p>
      <w:r>
        <w:rPr>
          <w:b/>
        </w:rPr>
        <w:t xml:space="preserve">[1:01:49] </w:t>
      </w:r>
      <w:r>
        <w:t>is dunyamain mumkin nahin hai ke aap hiras ke rastay par chal kar ke, yani paisa mind milay aap ko, sukoon milay.</w:t>
      </w:r>
    </w:p>
    <w:p>
      <w:pPr>
        <w:jc w:val="right"/>
      </w:pPr>
      <w:r>
        <w:t>اسدنیا میں ممکننہیںہےکہآپ حرص کےراستےپرچلکرکے ،یعنی پیسہمائنڈملےآپکو ، سکونملے۔</w:t>
      </w:r>
    </w:p>
    <w:p>
      <w:r>
        <w:rPr>
          <w:b/>
        </w:rPr>
        <w:t xml:space="preserve">[1:01:58] </w:t>
      </w:r>
      <w:r>
        <w:t>qanaat ke rastay par chal kar ke aap ko paisa mind milay ga. to agar nateeja ko lay kar socha jaye to bohat aasani se aap is mamlay main aik sahih faisla le sakte hain.</w:t>
      </w:r>
    </w:p>
    <w:p>
      <w:pPr>
        <w:jc w:val="right"/>
      </w:pPr>
      <w:r>
        <w:t>قناعتکےراستےپرچلکرکےآپکو پیسہمائنڈملےگا۔ تواگر نتیجےکولےکر سوچاجائےتوبہت آسانیسےآپ اسمعاملےمیں ایک صحیحفیصلہلےسکتےہیں۔</w:t>
      </w:r>
    </w:p>
    <w:p>
      <w:r>
        <w:rPr>
          <w:b/>
        </w:rPr>
        <w:t xml:space="preserve">[1:02:11] </w:t>
      </w:r>
      <w:r>
        <w:t>maulana, agla sawal aligarh se aya hai doctor muhammad qamar sahib ka.</w:t>
      </w:r>
    </w:p>
    <w:p>
      <w:pPr>
        <w:jc w:val="right"/>
      </w:pPr>
      <w:r>
        <w:t>مولانا،اگلاسوال علی گڑھسےآیاہے ڈاکٹر محمد قمرصاحبکا ۔</w:t>
      </w:r>
    </w:p>
    <w:p>
      <w:r>
        <w:rPr>
          <w:b/>
        </w:rPr>
        <w:t xml:space="preserve">[1:02:16] </w:t>
      </w:r>
      <w:r>
        <w:t>unhon ne likha hai: "maulana sahib, diary main aap ka aik waqia parha ke aap ke pas aik aadmi hamla karne ki niyat se aya tha.</w:t>
      </w:r>
    </w:p>
    <w:p>
      <w:pPr>
        <w:jc w:val="right"/>
      </w:pPr>
      <w:r>
        <w:t>انہوں نےلکھاہے: "مول اناصاحب،ڈائریمیںآپکا ایک واقع ہپڑھا کہآپکے پاس ایک آدمی حملہکرنے کی نیتسے آیاتھا۔</w:t>
      </w:r>
    </w:p>
    <w:p>
      <w:r>
        <w:rPr>
          <w:b/>
        </w:rPr>
        <w:t xml:space="preserve">[1:02:27] </w:t>
      </w:r>
      <w:r>
        <w:t>aap is ko zameen par patak kar is ke seenay par charh gaye. is aadmi ko dawat dene ki bajaye aap ne is ke sath aisa kyun kiya ?</w:t>
      </w:r>
    </w:p>
    <w:p>
      <w:pPr>
        <w:jc w:val="right"/>
      </w:pPr>
      <w:r>
        <w:t>آپ اسکو زمین پر پٹککر اسکے سینےپر چڑھگئے۔ اس آدمیکو دعوتدینےکیبجائےآپنے اسکے ساتھ ایسا کیوںکیا ؟</w:t>
      </w:r>
    </w:p>
    <w:p>
      <w:r>
        <w:rPr>
          <w:b/>
        </w:rPr>
        <w:t xml:space="preserve">[1:02:37] </w:t>
      </w:r>
      <w:r>
        <w:t>yeh to aap ke mission ke khilaf tha. maulana sahib, is ki kiya wajah thi ?" main woh to khud giya tha.</w:t>
      </w:r>
    </w:p>
    <w:p>
      <w:pPr>
        <w:jc w:val="right"/>
      </w:pPr>
      <w:r>
        <w:t>یہتو آپکے مشنکے خلاف تھا۔ مولاناصاحب،اسکیکیا وجہ تھی ؟" میںوہتوخود گیاتھا۔</w:t>
      </w:r>
    </w:p>
    <w:p>
      <w:r>
        <w:rPr>
          <w:b/>
        </w:rPr>
        <w:t xml:space="preserve">[1:02:44] </w:t>
      </w:r>
      <w:r>
        <w:t>main ne is ko main ne mana kiya. pehle neechay neechay tha. phir main ne kaha ke aap neechay rakhiye, main aata hoon. phir oopar aa gaya.</w:t>
      </w:r>
    </w:p>
    <w:p>
      <w:pPr>
        <w:jc w:val="right"/>
      </w:pPr>
      <w:r>
        <w:t>میںنے اسکو میںنےمنعکیا۔ پہلے نیچےنیچےتھا۔ پھرمیںنےکہاکہآپنیچےرکھیے،میںآتاہوں۔ پھراوپرآگیا۔</w:t>
      </w:r>
    </w:p>
    <w:p>
      <w:r>
        <w:rPr>
          <w:b/>
        </w:rPr>
        <w:t xml:space="preserve">[1:02:53] </w:t>
      </w:r>
      <w:r>
        <w:t>main ne kaha aap yahan oopar kyun aa gaye? aap neechay baithiye. phir charh raha tha woh. charhta chala ja raha tha oopar. to is ko to hum ne yeh hi karna tha. abhi main ne gireban pakar liya to main kya karta hoon is ko?</w:t>
      </w:r>
    </w:p>
    <w:p>
      <w:pPr>
        <w:jc w:val="right"/>
      </w:pPr>
      <w:r>
        <w:t>میںنےکہاآپیہاں اوپرکیوںآگئے؟آپنیچےبیٹھیے۔ پھرچڑھرہاتھاوہ۔چڑھتاچلاجارہاتھااوپر ۔ تواسکوتوہمیںیہیکرناتھا۔ ابھیمیںنےگریبانپکڑلیاتومیںکیاکرتاہوںاسکو؟</w:t>
      </w:r>
    </w:p>
    <w:p>
      <w:r>
        <w:rPr>
          <w:b/>
        </w:rPr>
        <w:t xml:space="preserve">[1:03:05] </w:t>
      </w:r>
      <w:r>
        <w:t>main ne gireban pakar liya. bilkul aik aik bohat hi critical position thi. us waqt har aadmi yeh hi kare ga. us waqt har aadmi yeh hi kare ga.</w:t>
      </w:r>
    </w:p>
    <w:p>
      <w:pPr>
        <w:jc w:val="right"/>
      </w:pPr>
      <w:r>
        <w:t>میںنےگریبانپکڑلیا۔ بالکل ایک ایک بہت ہی کریٹیکلپوزیشنتھی۔اسوقتہرآدمییہیکرےگا۔ اسوقت ہرآدمییہیکرےگا۔</w:t>
      </w:r>
    </w:p>
    <w:p>
      <w:r>
        <w:rPr>
          <w:b/>
        </w:rPr>
        <w:t xml:space="preserve">[1:03:17] </w:t>
      </w:r>
      <w:r>
        <w:t>is mein shuk yeh hai is ka mamla ke main fajar ki namaz parh kar ke masjid se ghar loTa to wahan aik sahib maujood thay.</w:t>
      </w:r>
    </w:p>
    <w:p>
      <w:pPr>
        <w:jc w:val="right"/>
      </w:pPr>
      <w:r>
        <w:t>اسمیں شک یہہے اسکا معاملہکہ میں فجرکینمازپڑھکرکےمسجدسے گھرلوٹا تو وہاںایکصاحبموجود تھے۔</w:t>
      </w:r>
    </w:p>
    <w:p>
      <w:r>
        <w:rPr>
          <w:b/>
        </w:rPr>
        <w:t xml:space="preserve">[1:03:27] </w:t>
      </w:r>
      <w:r>
        <w:t>to main ne kaha ke aap in ka keh aap yahan neechay baithiye, main abhi aata hoon. oopar oopar ja kar ke abhi wapas aaon ga. to baithe nahin woh. phir charhne lagay.</w:t>
      </w:r>
    </w:p>
    <w:p>
      <w:pPr>
        <w:jc w:val="right"/>
      </w:pPr>
      <w:r>
        <w:t>تو میںنےکہاکہآپ ان کا کہآپیہاںنیچےبیٹھیے،میںابھی آتاہوں۔اوپر اوپرجاکرکےابھیواپسآؤںگا۔ تو بیٹھےنہیںوہ۔پھر چڑھنےلگے۔</w:t>
      </w:r>
    </w:p>
    <w:p>
      <w:r>
        <w:rPr>
          <w:b/>
        </w:rPr>
        <w:t xml:space="preserve">[1:03:38] </w:t>
      </w:r>
      <w:r>
        <w:t>charh kar oopar tak pohnche. main ne kaha aap oopar kaise aa gaye? main ne kaha ke aage baithiye. to</w:t>
      </w:r>
    </w:p>
    <w:p>
      <w:pPr>
        <w:jc w:val="right"/>
      </w:pPr>
      <w:r>
        <w:t>چڑھکےاوپرتکپہنچے۔میںنےکہاآپاوپرکیسےآگئے؟میںنےکہاکہآگےبیٹھیے۔ تو</w:t>
      </w:r>
    </w:p>
    <w:p>
      <w:r>
        <w:rPr>
          <w:b/>
        </w:rPr>
        <w:t xml:space="preserve">[1:03:44] </w:t>
      </w:r>
      <w:r>
        <w:t>kya kiya unhon ne keh mera gireban pakar liya. to us waqt zahiri qaul main kya karta? aur to kuch nahin kar sakta tha main. phir jo shor gul hua to woh aa gaye hamare call on ke jo woh hain jo chokidar log, guard log.</w:t>
      </w:r>
    </w:p>
    <w:p>
      <w:pPr>
        <w:jc w:val="right"/>
      </w:pPr>
      <w:r>
        <w:t>کیا کیاانہوںنےکہ میراگریبانپکڑلیا۔ تواسوقت ظاہریقولمیںکیاکرتا؟اورتوکچھنہیںکرسکتاتھامیں۔ پھر جو شور گلہواتو وہآگئے ہمارے کال ونیکے جو وہ ہیں جو چوکیدارلوگ ، گارڈلوگ ۔</w:t>
      </w:r>
    </w:p>
    <w:p>
      <w:r>
        <w:rPr>
          <w:b/>
        </w:rPr>
        <w:t xml:space="preserve">[1:04:05] </w:t>
      </w:r>
      <w:r>
        <w:t>to is ko pakar le gaye.</w:t>
      </w:r>
    </w:p>
    <w:p>
      <w:pPr>
        <w:jc w:val="right"/>
      </w:pPr>
      <w:r>
        <w:t>تواسکوپکڑلےگئے۔</w:t>
      </w:r>
    </w:p>
    <w:p>
      <w:r>
        <w:rPr>
          <w:b/>
        </w:rPr>
        <w:t xml:space="preserve">[1:04:09] </w:t>
      </w:r>
      <w:r>
        <w:t>yeh aap bohat ajeeb ghareeb aap ka aap mein yeh kehta hoon ke aap ne soche baghair yeh yeh likh diya apna sawal.</w:t>
      </w:r>
    </w:p>
    <w:p>
      <w:pPr>
        <w:jc w:val="right"/>
      </w:pPr>
      <w:r>
        <w:t>یہآپبہتعجیبغریب آپکا آپمیں یہکہ تاہوںکہآپنے سوچےبغیریہ یہ لکھ دیا اپناسوال ۔</w:t>
      </w:r>
    </w:p>
    <w:p>
      <w:r>
        <w:rPr>
          <w:b/>
        </w:rPr>
        <w:t xml:space="preserve">[1:04:19] </w:t>
      </w:r>
      <w:r>
        <w:t>maulana, agla sawal aya hai delhi se mister matunjay panday sahib ka. unhon ne likha hai: "What is the need for God to put us to test ?</w:t>
      </w:r>
    </w:p>
    <w:p>
      <w:pPr>
        <w:jc w:val="right"/>
      </w:pPr>
      <w:r>
        <w:t>مولانا،اگلاسوال آیاہے دلیسے مسٹر متیونجے پانڈےصاحبکا ۔ انہوںنےلکھاہے: "Whatistheneedfor God to put usto test ?</w:t>
      </w:r>
    </w:p>
    <w:p>
      <w:r>
        <w:rPr>
          <w:b/>
        </w:rPr>
        <w:t xml:space="preserve">[1:04:31] </w:t>
      </w:r>
      <w:r>
        <w:t>Can this be avoided</w:t>
      </w:r>
    </w:p>
    <w:p>
      <w:pPr>
        <w:jc w:val="right"/>
      </w:pPr>
      <w:r>
        <w:t>Can this be avoided</w:t>
      </w:r>
    </w:p>
    <w:p>
      <w:r>
        <w:rPr>
          <w:b/>
        </w:rPr>
        <w:t xml:space="preserve">[1:04:33] </w:t>
      </w:r>
      <w:r>
        <w:t>?If it is not avoidable, then what is the best way to prepare for the test? Please comment." dekhiye, test ka jo mamla hai woh juda hua hai Allah taala ki poori jo is ki mahafthingz hai us se.</w:t>
      </w:r>
    </w:p>
    <w:p>
      <w:pPr>
        <w:jc w:val="right"/>
      </w:pPr>
      <w:r>
        <w:t>?Ifitisnot avoidable ,then whatisthebest wayto prepare for thetest ? Pleasecomment."دیکھیے،ٹیسٹ کاجومعاملہہے وہ جڑاہواہے اللہ تعالیٰکیپوری جو اسک یمآفتھنگزہے اسسے ۔</w:t>
      </w:r>
    </w:p>
    <w:p>
      <w:r>
        <w:rPr>
          <w:b/>
        </w:rPr>
        <w:t xml:space="preserve">[1:04:48] </w:t>
      </w:r>
      <w:r>
        <w:t>is ki mahafthingz kya hai? woh yeh hai ke Allah taala ne aik dunya banai jis ko hum kehte hain paradise.</w:t>
      </w:r>
    </w:p>
    <w:p>
      <w:pPr>
        <w:jc w:val="right"/>
      </w:pPr>
      <w:r>
        <w:t>اسک یمآفتھنگزکیاہے؟ وہیہہےکہاللہ تعالیٰنے ایکدنیا بن ائی جسکوہمکہتےہیںپیراڈائز ۔</w:t>
      </w:r>
    </w:p>
    <w:p>
      <w:r>
        <w:rPr>
          <w:b/>
        </w:rPr>
        <w:t xml:space="preserve">[1:04:57] </w:t>
      </w:r>
      <w:r>
        <w:t>aik ideal world, aik perfect world.</w:t>
      </w:r>
    </w:p>
    <w:p>
      <w:pPr>
        <w:jc w:val="right"/>
      </w:pPr>
      <w:r>
        <w:t>ایک آئیڈیلورلڈ ،ایک پرفیکٹورلڈ۔</w:t>
      </w:r>
    </w:p>
    <w:p>
      <w:r>
        <w:rPr>
          <w:b/>
        </w:rPr>
        <w:t xml:space="preserve">[1:05:01] </w:t>
      </w:r>
      <w:r>
        <w:t>wahan har har woh cheez hai jo insaan chahta hai. quran mein hai ke وَلَكُمْفِيهَامَاتَشْتَهُونأَنْفُسَكُمْ wahan sab kuch hai jo tum chaho.</w:t>
      </w:r>
    </w:p>
    <w:p>
      <w:pPr>
        <w:jc w:val="right"/>
      </w:pPr>
      <w:r>
        <w:t>وہاںہر ہروہچیزہے جو انسان چاہتاہے۔ قرآنمیںہےکہ وَلَكُمْفِيهَامَاتَشْتَيْئُونَأَنْفَسَكُمْ وہاںسبکچھہےجوتم چاہو۔</w:t>
      </w:r>
    </w:p>
    <w:p>
      <w:r>
        <w:rPr>
          <w:b/>
        </w:rPr>
        <w:t xml:space="preserve">[1:05:13] </w:t>
      </w:r>
      <w:r>
        <w:t>to aik bohat hi beautiful world, perfect world, ideal world banai. ab Allah taala ko yeh matloob hai ke wahan par settle karne ke liye insaan. to kis ko settle kiya jaye wahan? kis ko wahan rehne ka mauqa diya jaye?</w:t>
      </w:r>
    </w:p>
    <w:p>
      <w:pPr>
        <w:jc w:val="right"/>
      </w:pPr>
      <w:r>
        <w:t>توایکبہت ہی بیوٹیفلورلڈ، پرفیکٹورلڈ، آئیڈیلورلڈ بنائی۔ اب اللہ تعالیٰکو یہمطلوبہےکہوہاںپر سیٹلکرنےکےلئےانسان ۔توکسکوسیٹلکیاجائےوہاں؟کسکووہاں رہنےکاموقعدیا جائے؟</w:t>
      </w:r>
    </w:p>
    <w:p>
      <w:r>
        <w:rPr>
          <w:b/>
        </w:rPr>
        <w:t xml:space="preserve">[1:05:29] </w:t>
      </w:r>
      <w:r>
        <w:t>is ke liye yeh dunya banai.</w:t>
      </w:r>
    </w:p>
    <w:p>
      <w:pPr>
        <w:jc w:val="right"/>
      </w:pPr>
      <w:r>
        <w:t>اسکےلئے یہ دنیا بنائی۔</w:t>
      </w:r>
    </w:p>
    <w:p>
      <w:r>
        <w:rPr>
          <w:b/>
        </w:rPr>
        <w:t xml:space="preserve">[1:05:31] </w:t>
      </w:r>
      <w:r>
        <w:t>yahan par logon ko test ke liye rakha. to azadi ke baghair test ho nahin sakta. jahan test hai wahan jahan azadi hai wahan test hai.</w:t>
      </w:r>
    </w:p>
    <w:p>
      <w:pPr>
        <w:jc w:val="right"/>
      </w:pPr>
      <w:r>
        <w:t>یہاںپرلوگوںکوٹیسٹ کےلئےرکھا۔ تو آزادی کےبغیرٹیسٹہونہیںسکتا۔ جہاں ٹیسٹ ہے وہاں جہاںآز ادیہےوہاںٹیسٹ ہے۔</w:t>
      </w:r>
    </w:p>
    <w:p>
      <w:r>
        <w:rPr>
          <w:b/>
        </w:rPr>
        <w:t xml:space="preserve">[1:05:42] </w:t>
      </w:r>
      <w:r>
        <w:t>to Allah taala ne asal jo hai jo Allah taala ki jo is ki mahafthingz hai us ke mutabiq asal jo cheez hai woh yeh hai ke paradise mein settle karne ke liye, paradise ka inaam dene ke liye, paradise ka reward dene ke liye Allah taala ko insaanon ka intikhab karna hai.</w:t>
      </w:r>
    </w:p>
    <w:p>
      <w:pPr>
        <w:jc w:val="right"/>
      </w:pPr>
      <w:r>
        <w:t>تو اللہ تعالیٰنے اصلجوہے جو جو اللہ تعالیٰکیجواسک یمآفتھنگزہےاسکےمطابق اصلجوچیزہےوہیہہے کہ پیراڈائزمیں سیٹلکرنےکےلئے،پیراڈائز کا انعامدینےکےلئے، پیراڈائزکاریوارڈدینےکےلئےاللہ تعالیٰکو انسان وںکا انتخاب کرناہے۔</w:t>
      </w:r>
    </w:p>
    <w:p>
      <w:r>
        <w:rPr>
          <w:b/>
        </w:rPr>
        <w:t xml:space="preserve">[1:06:03] </w:t>
      </w:r>
      <w:r>
        <w:t>yeh duniya ko Allah taala ne rakha hai isiliye.</w:t>
      </w:r>
    </w:p>
    <w:p>
      <w:pPr>
        <w:jc w:val="right"/>
      </w:pPr>
      <w:r>
        <w:t>یہدنیا کو اللہ تعالیٰنےرکھاہےاسیلئے۔</w:t>
      </w:r>
    </w:p>
    <w:p>
      <w:r>
        <w:rPr>
          <w:b/>
        </w:rPr>
        <w:t xml:space="preserve">[1:06:06] </w:t>
      </w:r>
      <w:r>
        <w:t>yeh test ground hai. To yahan jo log is par poore utrenge unko select kar liya jayega. Poori history se select log jo honge woh jannat ke liye muntakhib kiye jayenge.</w:t>
      </w:r>
    </w:p>
    <w:p>
      <w:pPr>
        <w:jc w:val="right"/>
      </w:pPr>
      <w:r>
        <w:t>یہ ٹیسٹ نگگراؤنڈیہہے۔ تو یہاں جولوگ اسپرپورےاتریںگے انکو سلیکٹکرلیاجائےگا۔ پوری ہسٹریسے سلیکٹڈلوگ جوہوںگے وہ جنتکےلئے منتخبکیےجائیںگے۔</w:t>
      </w:r>
    </w:p>
    <w:p>
      <w:r>
        <w:rPr>
          <w:b/>
        </w:rPr>
        <w:t xml:space="preserve">[1:06:21] </w:t>
      </w:r>
      <w:r>
        <w:t>Poori history se. Yani jannat ka faisla group wise nahi hoga. Individual wise hoga.</w:t>
      </w:r>
    </w:p>
    <w:p>
      <w:pPr>
        <w:jc w:val="right"/>
      </w:pPr>
      <w:r>
        <w:t>پوریہسٹریسے ۔ یعنیجنتکا فیصلہ گروپوائزنہیںہوگا۔ انڈیویجولوائزہوگا۔</w:t>
      </w:r>
    </w:p>
    <w:p>
      <w:r>
        <w:rPr>
          <w:b/>
        </w:rPr>
        <w:t xml:space="preserve">[1:06:27] </w:t>
      </w:r>
      <w:r>
        <w:t>Koi bhi group, koi bhi group as a group wahan dakhil nahi kiya jayega. Balke poori history se individual chune jayenge. Individual.</w:t>
      </w:r>
    </w:p>
    <w:p>
      <w:pPr>
        <w:jc w:val="right"/>
      </w:pPr>
      <w:r>
        <w:t>کوئیبھی گروپ ،کوئیبھیگروپ ایزاےگروپوہاںداخلنہیںکیاجائےگا۔ بلکہ پوریہسٹریسے انڈیویجولچنےجائیںگے۔انڈیویجول۔</w:t>
      </w:r>
    </w:p>
    <w:p>
      <w:r>
        <w:rPr>
          <w:b/>
        </w:rPr>
        <w:t xml:space="preserve">[1:06:39] </w:t>
      </w:r>
      <w:r>
        <w:t>Unko wahan par mauqa diya jayega rehne ka.</w:t>
      </w:r>
    </w:p>
    <w:p>
      <w:pPr>
        <w:jc w:val="right"/>
      </w:pPr>
      <w:r>
        <w:t>انکو وہاںپر موقعدیاجائےگارہنےکا ۔</w:t>
      </w:r>
    </w:p>
    <w:p>
      <w:r>
        <w:rPr>
          <w:b/>
        </w:rPr>
        <w:t xml:space="preserve">[1:06:42] </w:t>
      </w:r>
      <w:r>
        <w:t>To baqi logon ko main samajhta hoon ke doosre log jo hain unko ek universal detention mein dakhil honge. Ek kainaati kooda khana.</w:t>
      </w:r>
    </w:p>
    <w:p>
      <w:pPr>
        <w:jc w:val="right"/>
      </w:pPr>
      <w:r>
        <w:t>تو باقیلوگوںکو میںسمجھتاہوںکہدوسرےلوگجوہیںانکو ایک یونیور سلڈیٹرمنہوگااسمیں داخلہوںگے۔ ایککائناتی کوڑاخانہ۔</w:t>
      </w:r>
    </w:p>
    <w:p>
      <w:r>
        <w:rPr>
          <w:b/>
        </w:rPr>
        <w:t xml:space="preserve">[1:06:51] </w:t>
      </w:r>
      <w:r>
        <w:t>Yeh hai iska scheme. To aap aap sochne ka mamla test se shuru kijiye. Paradise se shuru kijiye. Jab aap paradise ko sochenge to is baat ka is sawal ka jawab aapko mil jayega.</w:t>
      </w:r>
    </w:p>
    <w:p>
      <w:pPr>
        <w:jc w:val="right"/>
      </w:pPr>
      <w:r>
        <w:t>یہہے اسک یم۔ توآپ آپ سوچنےکامعاملہ ٹیسٹ سےشروعکیجیے۔پیراڈائزسےشروعکیجیے۔ جبآپپیراڈائز کو سوچیںگے تو اسباتکا اسسوالکاجوابآپکوملجائےگا۔</w:t>
      </w:r>
    </w:p>
    <w:p>
      <w:r>
        <w:rPr>
          <w:b/>
        </w:rPr>
        <w:t xml:space="preserve">[1:07:08] </w:t>
      </w:r>
      <w:r>
        <w:t>Maulana, agla sawal Karachi Pakistan se aaya hai Ms Abdul Lateef ka. Unhone likha hai: "Aaj ke daur mein daadhi tripan ki ek alamat ban chuki hai.</w:t>
      </w:r>
    </w:p>
    <w:p>
      <w:pPr>
        <w:jc w:val="right"/>
      </w:pPr>
      <w:r>
        <w:t>مولانا،اگلاسوال کراچی پاکستانسےآیاہے مس عبداللطیفکا ۔انہوںنےلکھاہے: "آجکے دور میں داڑھیک ٹرپنکی ایک علامت بنچکیہے۔</w:t>
      </w:r>
    </w:p>
    <w:p>
      <w:r>
        <w:rPr>
          <w:b/>
        </w:rPr>
        <w:t xml:space="preserve">[1:07:20] </w:t>
      </w:r>
      <w:r>
        <w:t>To kya ek daai apni daadhi khatam kar de ya use modern daadhi bana de? Iske bare mein aap bataye." Main daadhi rakhta hoon, dekhiye, main kabhi katta nahi hoon.</w:t>
      </w:r>
    </w:p>
    <w:p>
      <w:pPr>
        <w:jc w:val="right"/>
      </w:pPr>
      <w:r>
        <w:t>توکیا ایک داعی اپنی داڑھیختم کردے یا اسے ماڈرنداڑھیبنادے؟ اسکےبارےمیں آپبتائیں۔" میں داڑھیرکھتاہوں،دیکھیے،میںکبھیکاٹتاہینہیں ۔</w:t>
      </w:r>
    </w:p>
    <w:p>
      <w:r>
        <w:rPr>
          <w:b/>
        </w:rPr>
        <w:t xml:space="preserve">[1:07:33] </w:t>
      </w:r>
      <w:r>
        <w:t>Yani pachas baras ho gaye honge meri daadhi par kachi nahi lagayi maine. To mujhe to koi tripan nahi sochta. Tripan aap ke ravaiye, aap ke apne ravaiye se tripan bante hain. Aap ki boli se tripan bante hain.</w:t>
      </w:r>
    </w:p>
    <w:p>
      <w:pPr>
        <w:jc w:val="right"/>
      </w:pPr>
      <w:r>
        <w:t>یعنیپچاسبرسہوگئےہوںگےمیریداڑھی پہ کچی نہیںلگائیمیںنے۔ تومجھےتوکوئیکٹرنہیںسوچتا۔ ک ٹرپنآپ کےروی ہ ،آپکے اپنےروی ےسےکٹرپنبنتےہیں۔آپکیبولیسےکٹرپنبنتےہیں۔</w:t>
      </w:r>
    </w:p>
    <w:p>
      <w:r>
        <w:rPr>
          <w:b/>
        </w:rPr>
        <w:t xml:space="preserve">[1:07:48] </w:t>
      </w:r>
      <w:r>
        <w:t>Daadhi se nahi. Yeh galat khayal hai ke daadhi hai to tripan ho gaya.</w:t>
      </w:r>
    </w:p>
    <w:p>
      <w:pPr>
        <w:jc w:val="right"/>
      </w:pPr>
      <w:r>
        <w:t>داڑھیسےنہیں۔ یہغلط خیالہےکہداڑھیہےتوکٹرپنہوگیا۔</w:t>
      </w:r>
    </w:p>
    <w:p>
      <w:r>
        <w:rPr>
          <w:b/>
        </w:rPr>
        <w:t xml:space="preserve">[1:07:53] </w:t>
      </w:r>
      <w:r>
        <w:t>Yeh jo log hain jo tripan ki boli bolte hain, matlab nafrat ki boli. We and they ka concept le kar chalte hain ke doosre log ghair hain, hum aur yeh hamare apne hain.</w:t>
      </w:r>
    </w:p>
    <w:p>
      <w:pPr>
        <w:jc w:val="right"/>
      </w:pPr>
      <w:r>
        <w:t>یہجو لوگ ہیںجو کٹرپنکیبولیبولتےہیں،مطلبنفرتکیبولی۔ وی اینڈدےکاکانسیپٹلےکرچلتےہیں کہ دوسرےلوگغیر ہیں،ہم اور یہ ہمارےاپنے ہیں۔</w:t>
      </w:r>
    </w:p>
    <w:p>
      <w:r>
        <w:rPr>
          <w:b/>
        </w:rPr>
        <w:t xml:space="preserve">[1:08:04] </w:t>
      </w:r>
      <w:r>
        <w:t>To yeh sab cheezein jo log chalte hain us se tripan aata hai. Us se hi hate paida hoti hai. Daadhi se nahi. Main isi daadhi ke saath duniya bhar mein jaata hoon aur mujhe koi tripan nahi sochta.</w:t>
      </w:r>
    </w:p>
    <w:p>
      <w:pPr>
        <w:jc w:val="right"/>
      </w:pPr>
      <w:r>
        <w:t>تو یہ سبچیزیں جو لوگ چلتےہیں اسسے کٹرپنآتاہے۔ اسسےہیٹپیدا ہوتیہے۔ داڑھیسےنہیں ۔ میںاسیداڑھیکےساتھدنیا بھرمیںجاتاہوں اورمجھےکوئیکٹرنہیںسوچتا۔</w:t>
      </w:r>
    </w:p>
    <w:p>
      <w:r>
        <w:rPr>
          <w:b/>
        </w:rPr>
        <w:t xml:space="preserve">[1:08:17] </w:t>
      </w:r>
      <w:r>
        <w:t>Kyunke boli boli jo hai us mein mohabbat hoti hai, khair khwahi hoti hai.</w:t>
      </w:r>
    </w:p>
    <w:p>
      <w:pPr>
        <w:jc w:val="right"/>
      </w:pPr>
      <w:r>
        <w:t>کیونکہ بولیبولیجوہےاسمیں محبتہوتیہے، خیرخواہیہوتیہے۔</w:t>
      </w:r>
    </w:p>
    <w:p>
      <w:r>
        <w:rPr>
          <w:b/>
        </w:rPr>
        <w:t xml:space="preserve">[1:08:23] </w:t>
      </w:r>
      <w:r>
        <w:t>Asal cheez hai aap ke dil mein aap insano ke liye shafaqat thinking, sari insano ke liye khair khwah bane.</w:t>
      </w:r>
    </w:p>
    <w:p>
      <w:pPr>
        <w:jc w:val="right"/>
      </w:pPr>
      <w:r>
        <w:t>اصلچیزہےآپکےدلمیںآپ انسانوںکےلئے وشفل تھنکنگ، ساری انسانوںکےلئےخیرخواہبنی ے۔</w:t>
      </w:r>
    </w:p>
    <w:p>
      <w:r>
        <w:rPr>
          <w:b/>
        </w:rPr>
        <w:t xml:space="preserve">[1:08:32] </w:t>
      </w:r>
      <w:r>
        <w:t>Sari duniya ke liye yani aap ke dil mein pyar ho. To phir aap ki boli mein pyar hoga. Aap ke har cheez mein pyar ka andaaz jhalakega. To koi tripan nahi samjhega aap ko. Chahe daadhi ho ya daadhi na ho.</w:t>
      </w:r>
    </w:p>
    <w:p>
      <w:pPr>
        <w:jc w:val="right"/>
      </w:pPr>
      <w:r>
        <w:t>ساریدنیا کےلئے یعنی آپ کےدلمیں پیار ہو ۔ تو پھرآپکیبولیمیںپیارہوگا۔آپ کے ہرچیزمیں پیارکا اندازجھلکےگا۔توکوئی کٹرنہیںسمجھےگاآپکو۔چاہےداڑھیہویا داڑھینہہو ۔</w:t>
      </w:r>
    </w:p>
    <w:p>
      <w:r>
        <w:rPr>
          <w:b/>
        </w:rPr>
        <w:t xml:space="preserve">[1:08:48] </w:t>
      </w:r>
      <w:r>
        <w:t>Yeh bilkul ek galat tasawwur hai.</w:t>
      </w:r>
    </w:p>
    <w:p>
      <w:pPr>
        <w:jc w:val="right"/>
      </w:pPr>
      <w:r>
        <w:t>یہبالکل ایک غلطتص ورہے۔</w:t>
      </w:r>
    </w:p>
    <w:p>
      <w:r>
        <w:rPr>
          <w:b/>
        </w:rPr>
        <w:t xml:space="preserve">[1:08:54] </w:t>
      </w:r>
      <w:r>
        <w:t>Maulana, agla sawal Kashmir se hai Hamidullah Hameed sahib ka. Unhone likha hai: "Love Islam , hate America.</w:t>
      </w:r>
    </w:p>
    <w:p>
      <w:pPr>
        <w:jc w:val="right"/>
      </w:pPr>
      <w:r>
        <w:t>مولانا،اگلاسوال کشمیرسے ہے حامد اللہ حمیدصاحبکا ۔ انہوںنےلکھاہے: "Love Islam , hate Amer ica.</w:t>
      </w:r>
    </w:p>
    <w:p>
      <w:r>
        <w:rPr>
          <w:b/>
        </w:rPr>
        <w:t xml:space="preserve">[1:09:03] </w:t>
      </w:r>
      <w:r>
        <w:t>These hoardings were placed in tourist spots in reaction to a recent movie produced in America. Can a Muslim hate a non-believer because of any excuse?" Dekhiye, love Islam bhi ek ek ek yani ek bilkul galat hai.</w:t>
      </w:r>
    </w:p>
    <w:p>
      <w:pPr>
        <w:jc w:val="right"/>
      </w:pPr>
      <w:r>
        <w:t>These hoardings were pla ced in tour istsp ots in reactionto arecent movie produc edin Amer ica. Can aMuslim hate anon -believer becauseof any excuse ?"دیکھیے،لو اسلام بھی ایک ایک ایک یعنی ایکبالکل غلطہے۔</w:t>
      </w:r>
    </w:p>
    <w:p>
      <w:r>
        <w:rPr>
          <w:b/>
        </w:rPr>
        <w:t xml:space="preserve">[1:09:21] </w:t>
      </w:r>
      <w:r>
        <w:t>Agar aap Islam se love karenge to logon se hate nahi kar sakte aap. Yeh naam mumkin hai ke aap Islam se love karein aur aap logon se hate karein aap.</w:t>
      </w:r>
    </w:p>
    <w:p>
      <w:pPr>
        <w:jc w:val="right"/>
      </w:pPr>
      <w:r>
        <w:t>اگر آپ اسلام سےلو کریںگے تو لوگوںسےہیٹکرنہیںسکتے آپ ۔ یہ نام مکنہےکہآپاسلام سےلوکریںاورآپ لوگوںسےہیٹکریںآپ۔</w:t>
      </w:r>
    </w:p>
    <w:p>
      <w:r>
        <w:rPr>
          <w:b/>
        </w:rPr>
        <w:t xml:space="preserve">[1:09:31] </w:t>
      </w:r>
      <w:r>
        <w:t>Islam se love karna aap ko doosron se mohabbat sikhayega. Kyun?</w:t>
      </w:r>
    </w:p>
    <w:p>
      <w:pPr>
        <w:jc w:val="right"/>
      </w:pPr>
      <w:r>
        <w:t>اسلام سےلو کرناآپکودوسروںسےمحبتسکھائےگا۔ کیوں ؟</w:t>
      </w:r>
    </w:p>
    <w:p>
      <w:r>
        <w:rPr>
          <w:b/>
        </w:rPr>
        <w:t xml:space="preserve">[1:09:36] </w:t>
      </w:r>
      <w:r>
        <w:t>Aap Quran ko padhiye. Chapter 41 jo hai Hameem Sajdah us mein yeh ayat hai ke La tastawil hasanatu wal sayyi'atu idfa' bil lati hiya ahsan fa idha alladhi bainaka wa bainahu 'adawatun ka annahu waliyyun hamim. Yani kisi ko agar tum pao ke tumhare saath uska sulook dushman wala sulook hai to tum uske saath dosti karo.</w:t>
      </w:r>
    </w:p>
    <w:p>
      <w:pPr>
        <w:jc w:val="right"/>
      </w:pPr>
      <w:r>
        <w:t>آپ قرآنکوپڑھیے۔ چیپٹر 4 1 جوہے حامی وس جدہاسمیںیہآیتہے کہ لا تستبعالح سن ۃوال سيئۃ إثوا بالتي أح سن فإذاالذي بين كوبينهعداوةكانواوليونحميم یعنیکسی کواگر تم پاؤ کہتمہارےساتھ اسکاسلوکدشمنوالاسلوکہے تو تم اسکےساتھدو ستیکرو ۔</w:t>
      </w:r>
    </w:p>
    <w:p>
      <w:r>
        <w:rPr>
          <w:b/>
        </w:rPr>
        <w:t xml:space="preserve">[1:09:59] </w:t>
      </w:r>
      <w:r>
        <w:t>Tum uska achha sulook karo. Phir woh dushman tumhara dost ban jayega. Fa idha alladhi bainaka wa bainahu 'adawatun ka annahu waliyyun hamim. Uske mutabiq dushman ko potential friend ke roop mein dekhna. Yeh hai Islam.</w:t>
      </w:r>
    </w:p>
    <w:p>
      <w:pPr>
        <w:jc w:val="right"/>
      </w:pPr>
      <w:r>
        <w:t>تم اسکااچھاسلوککرو۔ پھروہدشمنتمہارادوستبنجائےگا۔ فإذاالذي بين كوبينهعداوةكانواوليونحميم اسکےمطابق دشمنکو پوٹینشل فرینڈکےروپمیںدیکھنا۔یہہے اسلام ۔</w:t>
      </w:r>
    </w:p>
    <w:p>
      <w:r>
        <w:rPr>
          <w:b/>
        </w:rPr>
        <w:t xml:space="preserve">[1:10:14] </w:t>
      </w:r>
      <w:r>
        <w:t>Yani you have to see yourenemy</w:t>
      </w:r>
    </w:p>
    <w:p>
      <w:pPr>
        <w:jc w:val="right"/>
      </w:pPr>
      <w:r>
        <w:t>یعنیyouhavetosee yourenemy</w:t>
      </w:r>
    </w:p>
    <w:p>
      <w:r>
        <w:rPr>
          <w:b/>
        </w:rPr>
        <w:t xml:space="preserve">[1:10:21] </w:t>
      </w:r>
      <w:r>
        <w:t>asapotentialfriend. Apne dushman ko potential friend ke roop mein dekhna yeh Islam hai. To jo log kehte hain ke love Islam yeh yeh bilkul galat keh rahe hain.</w:t>
      </w:r>
    </w:p>
    <w:p>
      <w:pPr>
        <w:jc w:val="right"/>
      </w:pPr>
      <w:r>
        <w:t>asapotentialfriend اپنے دشمنکو پوٹینشلفرینڈکےروپمیںدیکھنایہ اسلام ہے۔ توجولوگکہتےہیںکہلو اسلام یہیہبالکلغلطکہہرہےہیں۔</w:t>
      </w:r>
    </w:p>
    <w:p>
      <w:r>
        <w:rPr>
          <w:b/>
        </w:rPr>
        <w:t xml:space="preserve">[1:10:31] </w:t>
      </w:r>
      <w:r>
        <w:t>wo woheit islam inke dilon mein hai. islam se mohabbat to inko nahin hai. mohabbat hoti to wo quran se lete rehte ke kya karna chahiye humein.</w:t>
      </w:r>
    </w:p>
    <w:p>
      <w:pPr>
        <w:jc w:val="right"/>
      </w:pPr>
      <w:r>
        <w:t>وہ وہہیٹاسلام انکےدلوںمیںہے۔ اسلام سے محبتتوانکونہیںہے۔ محبتہوتیتووہقرآنسےلیتے رہتےکہکیاکرناچاہیےہمیں۔</w:t>
      </w:r>
    </w:p>
    <w:p>
      <w:r>
        <w:rPr>
          <w:b/>
        </w:rPr>
        <w:t xml:space="preserve">[1:10:41] </w:t>
      </w:r>
      <w:r>
        <w:t>quran ko dekhte, parhte quran ko</w:t>
      </w:r>
    </w:p>
    <w:p>
      <w:pPr>
        <w:jc w:val="right"/>
      </w:pPr>
      <w:r>
        <w:t>قرآنکودیکھتے،پڑھتےقرآنکو</w:t>
      </w:r>
    </w:p>
    <w:p>
      <w:r>
        <w:rPr>
          <w:b/>
        </w:rPr>
        <w:t xml:space="preserve">[1:10:43] </w:t>
      </w:r>
      <w:r>
        <w:t>. jab quran mein saaf saaf yeh hai ke dushman ko apna potential friend samjho. to aap kaise aisa kar sakte hain?</w:t>
      </w:r>
    </w:p>
    <w:p>
      <w:pPr>
        <w:jc w:val="right"/>
      </w:pPr>
      <w:r>
        <w:t>۔جب قرآنمیںصافصافیہہےکہتمدشمنکو اپنا پوٹینشلفرینڈسمجھو۔ توآپکیسے ایساکرسکتےہیں؟</w:t>
      </w:r>
    </w:p>
    <w:p>
      <w:r>
        <w:rPr>
          <w:b/>
        </w:rPr>
        <w:t xml:space="preserve">[1:10:54] </w:t>
      </w:r>
      <w:r>
        <w:t>main wahan gaya tha america to wahan pe ek church mein mujhe bulaya gaya. to unhone kaha ke bible mein hazrat masih ne yeh kaha tha ke "Love you enemy" to kya aap ke quran mein bhi aisi taleem hai ?</w:t>
      </w:r>
    </w:p>
    <w:p>
      <w:pPr>
        <w:jc w:val="right"/>
      </w:pPr>
      <w:r>
        <w:t>میں وہاںگیاتھا امریک ہتووہاںپہایک چرچمیںمجھےبلایاگیا۔ تو انہوںنےکہاکہ بائبلمیں حضرتمسیحنے یہ کہاتھا کہ "Loveyourenemy" تو کیاآپ کے قرآنمیںبھیایسیتعلیم ہے ؟</w:t>
      </w:r>
    </w:p>
    <w:p>
      <w:r>
        <w:rPr>
          <w:b/>
        </w:rPr>
        <w:t xml:space="preserve">[1:11:10] </w:t>
      </w:r>
      <w:r>
        <w:t>to maine yeh ayat padhi unke samne to bohat khush hue wo. ke quran mein bhi yeh hi taleem hai. is ayat ko aap ghor kijiye ke kitni zabardast zabardast ayat hai ke agar aap sach much muslim hain, sach much momin hain, sach much quran ko manne wale hain to aap ko chahiye ke aap dushman ko potential friend ke roop mein dekhein.</w:t>
      </w:r>
    </w:p>
    <w:p>
      <w:pPr>
        <w:jc w:val="right"/>
      </w:pPr>
      <w:r>
        <w:t>تو میںنے یہآ یتپڑھیانکےسامنےتوبہتخوشہوئے وہ۔ کہقرآنمیںبھییہیتعلیم ہے۔ اس آیتکوآپ غورکیجیے کہ کتنیزبردست زبردستآیتہےکہ اگر آپ سچمچ مسلمہیں،سچمچمومنہیں، سچمچ قرآنکوماننےوالے ہیں تو آپ کو چاہیےکہآپ دشمنکو پوٹینشلفرینڈکےروپمیںدیکھیں۔</w:t>
      </w:r>
    </w:p>
    <w:p>
      <w:r>
        <w:rPr>
          <w:b/>
        </w:rPr>
        <w:t xml:space="preserve">[1:11:34] </w:t>
      </w:r>
      <w:r>
        <w:t>nahin to aap muslim nahin hain. nahin to aap quran ko nahin mante.</w:t>
      </w:r>
    </w:p>
    <w:p>
      <w:pPr>
        <w:jc w:val="right"/>
      </w:pPr>
      <w:r>
        <w:t>نہیںتوآپمسلمنہیںہیں۔ نہیں توآپقرآنکونہیںمانتے۔</w:t>
      </w:r>
    </w:p>
    <w:p>
      <w:r>
        <w:rPr>
          <w:b/>
        </w:rPr>
        <w:t xml:space="preserve">[1:11:40] </w:t>
      </w:r>
      <w:r>
        <w:t>maulana, agla sawal aaya hai doha, qatar se maulana abdul basit umri sahib ka. unhone likha hai: "maulana, shaitan har ek ko alag alag andaaz se behkata hai.</w:t>
      </w:r>
    </w:p>
    <w:p>
      <w:pPr>
        <w:jc w:val="right"/>
      </w:pPr>
      <w:r>
        <w:t>مولانا،اگلاسوال آیاہے دو حہ،قطرسے مول اناعبدالب اسط عمریصاحبکا۔ انہوںنےلکھاہے: "مول انا،شیطان ہرایک کو الگ الگ اندازسے بہکاتاہے۔</w:t>
      </w:r>
    </w:p>
    <w:p>
      <w:r>
        <w:rPr>
          <w:b/>
        </w:rPr>
        <w:t xml:space="preserve">[1:11:53] </w:t>
      </w:r>
      <w:r>
        <w:t>to maulana, taizeen shaitan ko pehchanne ka koi formula agar hai to aap hamein bataiye taake hum apne aap ko is se bacha saken." dekhiye ke iska koi formula nahin hota.</w:t>
      </w:r>
    </w:p>
    <w:p>
      <w:pPr>
        <w:jc w:val="right"/>
      </w:pPr>
      <w:r>
        <w:t>تو مولانا، تزین شیطانکو پہچاننےکاکوئی فار مولااگر ہے تو آپ ہمیںبت ائیے تاکہمیں اپنے آپ کو اسسے بچاسکوں۔" دیکھیےکہاسکاکوئیفارمولانہیںہوتا۔</w:t>
      </w:r>
    </w:p>
    <w:p>
      <w:r>
        <w:rPr>
          <w:b/>
        </w:rPr>
        <w:t xml:space="preserve">[1:12:07] </w:t>
      </w:r>
      <w:r>
        <w:t>iska formula hai dua.</w:t>
      </w:r>
    </w:p>
    <w:p>
      <w:pPr>
        <w:jc w:val="right"/>
      </w:pPr>
      <w:r>
        <w:t>اسکا فارمولاہےدعا۔</w:t>
      </w:r>
    </w:p>
    <w:p>
      <w:r>
        <w:rPr>
          <w:b/>
        </w:rPr>
        <w:t xml:space="preserve">[1:12:10] </w:t>
      </w:r>
      <w:r>
        <w:t>jab bhi aisi koi cheez aap ke dil mein aati hai to foran padhiye allahumma inni aoozubika min hamazatis shayateen foran padhiye allahumma inni aoozubika min hamazatis shayateen aur koi doosra formula nahin .</w:t>
      </w:r>
    </w:p>
    <w:p>
      <w:pPr>
        <w:jc w:val="right"/>
      </w:pPr>
      <w:r>
        <w:t>جببھی ایسی کوئیچیز آپ کےدلمیںآتیہے تو فوراًپڑھیے الل همإنيأعوذبكمنحمدات الشياطين فوراًپڑھیے الل هم إنيأعوذبك منحمدات الشياطين اور کوئیدوسرا فارمولانہیں ۔</w:t>
      </w:r>
    </w:p>
    <w:p>
      <w:r>
        <w:rPr>
          <w:b/>
        </w:rPr>
        <w:t xml:space="preserve">[1:12:27] </w:t>
      </w:r>
      <w:r>
        <w:t>us waqt allah ki taraf se aap ko madad milegi. allah ki taraf se aap ke dil se parda hatega aur aap ko sahi rehnumai allah ki taraf se hasil hogi.</w:t>
      </w:r>
    </w:p>
    <w:p>
      <w:pPr>
        <w:jc w:val="right"/>
      </w:pPr>
      <w:r>
        <w:t>اسوقت اللہ کیطرف سےآپکومددملےگی۔ اللہ کیطرفسےآپکےدلسے پردہہٹےگا اورآپکو صحیح رہنمائی اللہ کیطرف سے حاصل ہوگی۔</w:t>
      </w:r>
    </w:p>
    <w:p>
      <w:r>
        <w:rPr>
          <w:b/>
        </w:rPr>
        <w:t xml:space="preserve">[1:12:38] </w:t>
      </w:r>
      <w:r>
        <w:t>bas yahi formula hai aur koi doosra formula nahin . maulana, agla sawal aaya hai gulberga se maulana yaqoob umri ka .</w:t>
      </w:r>
    </w:p>
    <w:p>
      <w:pPr>
        <w:jc w:val="right"/>
      </w:pPr>
      <w:r>
        <w:t>بس یہی فارمولاہے اور کوئیدوسرافارمولانہیں ۔ مولانا،اگلاسوال آیاہے گل برگہسے مول انا یعقوب عمریکا ۔</w:t>
      </w:r>
    </w:p>
    <w:p>
      <w:r>
        <w:rPr>
          <w:b/>
        </w:rPr>
        <w:t xml:space="preserve">[1:12:49] </w:t>
      </w:r>
      <w:r>
        <w:t>unhone likha hai: "maulana, ek sahib ne kaha ke mazhab insaan ki azaadi par rokelagata hai, is liye hum ko mazhab nahin chahiye.</w:t>
      </w:r>
    </w:p>
    <w:p>
      <w:pPr>
        <w:jc w:val="right"/>
      </w:pPr>
      <w:r>
        <w:t>انہوںنےلکھاہے: "مولانا،ایک صاحبنےکہا کہ مذہب انسان کی آز ادیپر روکلگاتاہے، اس لئے ہمکو مذہب نہیں چاہیے۔</w:t>
      </w:r>
    </w:p>
    <w:p>
      <w:r>
        <w:rPr>
          <w:b/>
        </w:rPr>
        <w:t xml:space="preserve">[1:13:00] </w:t>
      </w:r>
      <w:r>
        <w:t>maulana, log kyun aisa samajhte hain ?"</w:t>
      </w:r>
    </w:p>
    <w:p>
      <w:pPr>
        <w:jc w:val="right"/>
      </w:pPr>
      <w:r>
        <w:t>مولانا، لوگ کیوں ایساسمجھتےہیں ؟"</w:t>
      </w:r>
    </w:p>
    <w:p>
      <w:r>
        <w:rPr>
          <w:b/>
        </w:rPr>
        <w:t xml:space="preserve">[1:13:04] </w:t>
      </w:r>
      <w:r>
        <w:t>aaj maine jo kaha hai baatein is se aap andaza kar sakte hain ke ke islam to zabardast daai hai azaadi ka .</w:t>
      </w:r>
    </w:p>
    <w:p>
      <w:pPr>
        <w:jc w:val="right"/>
      </w:pPr>
      <w:r>
        <w:t>آجمیںنےجوکہاہے باتیں اسسےآپ اندازہکرسکتےہیںکہ کہ اسلام تو زبرد ست داعیہے آزادیکا ۔</w:t>
      </w:r>
    </w:p>
    <w:p>
      <w:r>
        <w:rPr>
          <w:b/>
        </w:rPr>
        <w:t xml:space="preserve">[1:13:18] </w:t>
      </w:r>
      <w:r>
        <w:t>yani yani allah taala ka ki jo scheme hai uske mutabiq azaadi shart hai, lazim hai. koi is ko misuse kare ya properly use kare, is se aap ke paas nahin .</w:t>
      </w:r>
    </w:p>
    <w:p>
      <w:pPr>
        <w:jc w:val="right"/>
      </w:pPr>
      <w:r>
        <w:t>یعنی یعنیاللہ تعالیٰکا کیجو اسک یمآفتھنگزہےاسکےمطابق آزادی شرطہے،لازمہے۔ کوئیاسکو مس یوزکرےیا پراپرلییوزکرے،اسسےآپکےپاسنہیں ۔</w:t>
      </w:r>
    </w:p>
    <w:p>
      <w:r>
        <w:rPr>
          <w:b/>
        </w:rPr>
        <w:t xml:space="preserve">[1:13:32] </w:t>
      </w:r>
      <w:r>
        <w:t>isko azaadi behraal rahegi hasil .</w:t>
      </w:r>
    </w:p>
    <w:p>
      <w:pPr>
        <w:jc w:val="right"/>
      </w:pPr>
      <w:r>
        <w:t>اسکوآز ادیبہرحالرہےگیحاصل ۔</w:t>
      </w:r>
    </w:p>
    <w:p>
      <w:r>
        <w:rPr>
          <w:b/>
        </w:rPr>
        <w:t xml:space="preserve">[1:13:34] </w:t>
      </w:r>
      <w:r>
        <w:t>ek hi cheez par shart laga sakte hain aap, wohi ke woh aap ko physical harm na pahunchaye. dekhiye, aajkal ke musalman jo protest kar rahe hain, is farq ko nahin samajhte ke insaan par pabandi sirf yeh lag sakti hai ke tum doosre ko physical harm pahunchane ka haq nahin rakhte.</w:t>
      </w:r>
    </w:p>
    <w:p>
      <w:pPr>
        <w:jc w:val="right"/>
      </w:pPr>
      <w:r>
        <w:t>ایکہیچیز پرشرطلگاسکتےہیںآپ،وہیہکہ وہآپکو فزیکلہارمنہپہنچائے۔ دیکھیے،آجکلکےمسلمانجوپروٹیسٹکررہےہیں، اسفرقکونہیںسمجھتے کہ انسان پر پابندیصرفیہلگسکتیہےکہ تم دوسرےکو فزیکلہارمپہنچانےکاحق نہیںرکھتے۔</w:t>
      </w:r>
    </w:p>
    <w:p>
      <w:r>
        <w:rPr>
          <w:b/>
        </w:rPr>
        <w:t xml:space="preserve">[1:13:54] </w:t>
      </w:r>
      <w:r>
        <w:t>abhi maine ek taqreer suni ek ek ek ek bade aalim ki. to unhone is ke khilaf bol rahe the wo . yani yeh woh j woh hai innocents of muslim wali film jo hai.</w:t>
      </w:r>
    </w:p>
    <w:p>
      <w:pPr>
        <w:jc w:val="right"/>
      </w:pPr>
      <w:r>
        <w:t>ابھیمیںنےایکتقریرسنیایک ایک ایک ایکبڑےعالمکی۔ تو انہوں نے اسکےخلاف بولرہےتھےوہ ۔ یعنی یہ وہجوہے انوسنٹسآفمسلموالی فلم جوہے۔</w:t>
      </w:r>
    </w:p>
    <w:p>
      <w:r>
        <w:rPr>
          <w:b/>
        </w:rPr>
        <w:t xml:space="preserve">[1:14:09] </w:t>
      </w:r>
      <w:r>
        <w:t>to wo is mein unhone yeh kaha ke yani west mein bhi yahi concept hai azaadi ka ke tumhari azaadi, unhone yeh kaha ke tumhari azaadi wahan khatam ho jati hai jahan doosre ki khairkhwahi majrooh hoti ho</w:t>
      </w:r>
    </w:p>
    <w:p>
      <w:pPr>
        <w:jc w:val="right"/>
      </w:pPr>
      <w:r>
        <w:t>تووہ اسمیںانہوںنےیہکہا کہ یعنی ویسٹمیںبھی یہی کانسیپٹہے آزادیکا کہ تمہاریآزادی،انہوںنےیہکہاکہتمہاری آز ادیوہاںختمہوجاتیہےجہاں دوسرے کی خیرخواہیمجروحہوتیہو</w:t>
      </w:r>
    </w:p>
    <w:p>
      <w:r>
        <w:rPr>
          <w:b/>
        </w:rPr>
        <w:t xml:space="preserve">[1:14:28] </w:t>
      </w:r>
      <w:r>
        <w:t>. yeh bilkul galat baat hai. yeh west ka yeh concept nahin hai. unhone ghhaliban angrezi ka lafz to nahin istemal kiya tha, ghhaliban unka matlab tha woh woh jo mashhoor hai america ke bare mein ke "Your freedom ends where my rose begins" . to is ka matlab to yeh hai ke tum azaad ho us waqt tak jab tak ke tum kisi ko harm na pahunchao.</w:t>
      </w:r>
    </w:p>
    <w:p>
      <w:pPr>
        <w:jc w:val="right"/>
      </w:pPr>
      <w:r>
        <w:t>۔ یہبالکلغلطباتہے۔ یہ ویسٹکایہ کانسیپٹنہیںہے۔ انہوںنے غالباً انگریزیکالفظتونہیںاستعمالکیاتھا، غالباًانکامطلب ہواتھاوہ وہجو مشہورہے امریک ہ کے بارےمیں کہ "Your freedomends where myrosebeg ins" ۔تواسکامطلبتویہہےکہ تم آزادہو اسوقت تکجبتککہتم کسی کوہارمنہپہنچاؤ۔</w:t>
      </w:r>
    </w:p>
    <w:p>
      <w:r>
        <w:rPr>
          <w:b/>
        </w:rPr>
        <w:t xml:space="preserve">[1:14:54] </w:t>
      </w:r>
      <w:r>
        <w:t>jab tum meri naak ko maro ge to kaha tum ne mujhe koi harm pahunchaya.</w:t>
      </w:r>
    </w:p>
    <w:p>
      <w:pPr>
        <w:jc w:val="right"/>
      </w:pPr>
      <w:r>
        <w:t>جب تم میری ناککومار وگےتوکہاتم نےمجھےکوئیہارمپہنچایا۔</w:t>
      </w:r>
    </w:p>
    <w:p>
      <w:r>
        <w:rPr>
          <w:b/>
        </w:rPr>
        <w:t xml:space="preserve">[1:14:59] </w:t>
      </w:r>
      <w:r>
        <w:t>to aap ke jazbaat majrooh hote hain, yeh kisi ki concern nahin hai. na west ka, na na khuda ka . na khuda ki bhi concern nahin hai. aap janiye, aap ka kaam janiye.</w:t>
      </w:r>
    </w:p>
    <w:p>
      <w:pPr>
        <w:jc w:val="right"/>
      </w:pPr>
      <w:r>
        <w:t>تو آپ کےجذبات مجروحہوتےہیں،یہکسی کیکنسرننہیںہے۔ نہویسٹکا، نہنہخداکا ۔ نہخداکیبھیکنسرنیہنہیںہے۔ آپ جانیے،آپکاکامجانیں۔</w:t>
      </w:r>
    </w:p>
    <w:p>
      <w:r>
        <w:rPr>
          <w:b/>
        </w:rPr>
        <w:t xml:space="preserve">[1:15:10] </w:t>
      </w:r>
      <w:r>
        <w:t>aap ke jazbaat majrooh hote hain to aap janiye. is ki bina par kisi ki azaadi is owaisein nahin ki jayegi. acche se samajh lijiye ke na yeh west ka concept hai, na yeh khuda ka concept hai.</w:t>
      </w:r>
    </w:p>
    <w:p>
      <w:pPr>
        <w:jc w:val="right"/>
      </w:pPr>
      <w:r>
        <w:t>آپ کےجذباتمجروحہوتےہیںتوآپجانیے۔ اسکی بناپر کسیکیآزادی اس اوائسنہیںکیجائےگی۔ اچھےسےسمجھلیجیےکہ نہ یہ ویسٹکاکانسیپٹہے،نہیہخداکاکانسیپٹہے۔</w:t>
      </w:r>
    </w:p>
    <w:p>
      <w:r>
        <w:rPr>
          <w:b/>
        </w:rPr>
        <w:t xml:space="preserve">[1:15:24] </w:t>
      </w:r>
      <w:r>
        <w:t>khuda ka concept hargiz yeh nahin hai ke kisi kisi ke jazbaat majrooh ho rahe hon to us ki azaadi j woh hai khatam kar di jaye. aadmi us waqt tak azaad hai jab tak woh apni azaadi ko peaceful daayre mein istemal karta ho.</w:t>
      </w:r>
    </w:p>
    <w:p>
      <w:pPr>
        <w:jc w:val="right"/>
      </w:pPr>
      <w:r>
        <w:t>خداکاکانسیپٹہرگزیہنہیںہے کہکسی کسی کےجذباتمجروحہورہےہوں تو اسکیآزادیجوہے ختمکردیجائے۔ آدمیاسوقتتک آزادہے جب تک وہ اپنیآزادیکو پیسفلدائرےمیںاستعمالکرتاہے۔</w:t>
      </w:r>
    </w:p>
    <w:p>
      <w:r>
        <w:rPr>
          <w:b/>
        </w:rPr>
        <w:t xml:space="preserve">[1:15:39] </w:t>
      </w:r>
      <w:r>
        <w:t>sirf us waqt pabandi lagai ja sakti hai uske upar jab ke woh doosron ke liye physical harm ban jaye. yeh islam ka concept hai, yeh west ka concept</w:t>
      </w:r>
    </w:p>
    <w:p>
      <w:pPr>
        <w:jc w:val="right"/>
      </w:pPr>
      <w:r>
        <w:t>صرفاسوقتپابندیلگےگیاسکےاوپر جب کہوہدوسرےکےلیےہارمفلبنجائے۔ یہ اسلام کاکانسیپٹہے،یہ ویسٹکاکانسیپ</w:t>
      </w:r>
    </w:p>
    <w:p>
      <w:r>
        <w:rPr>
          <w:b/>
        </w:rPr>
        <w:t xml:space="preserve">[1:15:47] </w:t>
      </w:r>
      <w:r>
        <w:t>hai. yeh galat logon ne samajh rakha hai. kisi ke jazbat majrooh hon to wahan pabandi lagai jayegi. hargiz nahin. bilkul galat hai agar koi aisa karta hai.</w:t>
      </w:r>
    </w:p>
    <w:p>
      <w:pPr>
        <w:jc w:val="right"/>
      </w:pPr>
      <w:r>
        <w:t>ٹہے۔ یہغلط لوگوںنےسمجھرکھاہے۔ کسی کےجذبات مجروحہوںتووہاںپابندیلگائیجائےگی۔ہرگزنہیں۔ بالکل غلطہےاگرکوئیایساکرتاہے۔</w:t>
      </w:r>
    </w:p>
    <w:p>
      <w:r>
        <w:rPr>
          <w:b/>
        </w:rPr>
        <w:t xml:space="preserve">[1:15:56] </w:t>
      </w:r>
      <w:r>
        <w:t>jazbat majrooh hote hain to aapka personal masla hai. woh islam ka masla nahin hai. aisa koi qanoon na ban sakta hai, na chal sakta hai, na iski koi feasibility hai ke jazbat ke majrooh hone par qanoon banaya jaye.</w:t>
      </w:r>
    </w:p>
    <w:p>
      <w:pPr>
        <w:jc w:val="right"/>
      </w:pPr>
      <w:r>
        <w:t>جذبات مجروحہوتےہیںتوآپکاپرسنلمسئلہہے۔ وہ اسلام کامسئلہنہیںہے۔ ایساکوئی قانون نہبنسکتاہے،نہچلسکتاہے، نہ اسکیکوئیفیزیبیلٹیہے کہجذباتکےمجروحہونےپرقانون بنایاجائے۔</w:t>
      </w:r>
    </w:p>
    <w:p>
      <w:r>
        <w:rPr>
          <w:b/>
        </w:rPr>
        <w:t xml:space="preserve">[1:16:10] </w:t>
      </w:r>
      <w:r>
        <w:t>abhi maine padha ke invitations ke jo general assembly mein musalmanon ki tadad 58 hai. 58 muslim members hain.</w:t>
      </w:r>
    </w:p>
    <w:p>
      <w:pPr>
        <w:jc w:val="right"/>
      </w:pPr>
      <w:r>
        <w:t>ابھیمیںنےپڑھا کہ انویٹیشنزکےجو جنرلاسمبلیمیں مسلمانوںکیتعداد 5 8 ہے۔ 5 8مسلمممبرانہیں۔</w:t>
      </w:r>
    </w:p>
    <w:p>
      <w:r>
        <w:rPr>
          <w:b/>
        </w:rPr>
        <w:t xml:space="preserve">[1:16:20] </w:t>
      </w:r>
      <w:r>
        <w:t>unhone ittifaqe rai ke sath yeh wahan par mutalba kiya ke ke invitations jo hai aisa qanoon banaye jis par pabandi lagai jaye freedom of expression par.</w:t>
      </w:r>
    </w:p>
    <w:p>
      <w:pPr>
        <w:jc w:val="right"/>
      </w:pPr>
      <w:r>
        <w:t>انہوں نے اتفاق رائےکےساتھ یہوہاںپرمطالبہکیا کہ کہ انویٹیشنزجوہےایساقانون بن ائے جسپرپابندیلگائیجائے فریڈمآف ایکسپریشنپر ۔</w:t>
      </w:r>
    </w:p>
    <w:p>
      <w:r>
        <w:rPr>
          <w:b/>
        </w:rPr>
        <w:t xml:space="preserve">[1:16:31] </w:t>
      </w:r>
      <w:r>
        <w:t>yeh bilkul ridiculous baat hai. aisa is demand ridiculous hai.</w:t>
      </w:r>
    </w:p>
    <w:p>
      <w:pPr>
        <w:jc w:val="right"/>
      </w:pPr>
      <w:r>
        <w:t>یہبالکلریڈیکولسباتہے۔ ایساای سیمانگ ریڈیکولسہے۔</w:t>
      </w:r>
    </w:p>
    <w:p>
      <w:r>
        <w:rPr>
          <w:b/>
        </w:rPr>
        <w:t xml:space="preserve">[1:16:38] </w:t>
      </w:r>
      <w:r>
        <w:t>kyunke aap kaise pabandi lagayenge? dekhiye, yahi islam ka stand hai, yeh west ka stand hai, aur yeh invitations ka stand hai ke har aadmi azaad hai ke apni ke woh yani freedom of expression jo hai woh uska uska absolute right hai insaan ko.</w:t>
      </w:r>
    </w:p>
    <w:p>
      <w:pPr>
        <w:jc w:val="right"/>
      </w:pPr>
      <w:r>
        <w:t>کیونکہآپکیسےپابندیلگائیںگے؟ دیکھیے، یہی اسلام کا اسٹینڈہے،یہیویسٹکااسٹینڈہے، اوریہانویٹیشنزکااسٹینڈہے کہہرآدمی آزادہے کہ اپنی کہوہ یعنیفریڈمآفایکسپریشنجوہے وہاسکا اسکاایبسولیوٹرائٹہےانسانکو ۔</w:t>
      </w:r>
    </w:p>
    <w:p>
      <w:r>
        <w:rPr>
          <w:b/>
        </w:rPr>
        <w:t xml:space="preserve">[1:16:55] </w:t>
      </w:r>
      <w:r>
        <w:t>absolute right hai. sirf us waqt uska right khatam hota hai jab ke woh doosron ko physical harm pahunchane lage. jab tak peaceful hai, aap koi pabandi nahin laga sakte uske upar.</w:t>
      </w:r>
    </w:p>
    <w:p>
      <w:pPr>
        <w:jc w:val="right"/>
      </w:pPr>
      <w:r>
        <w:t>ایبسولیوٹرائٹہے۔ صرف اسوقت اسکارائٹختمہوتاہے جب کہوہدوسروںکو فزیکلہارمپہنچانےلگے۔ جبتک پیسفلہے،آپکوئیپابندینہیںلگاسکتےاسکےاوپر۔</w:t>
      </w:r>
    </w:p>
    <w:p>
      <w:r>
        <w:rPr>
          <w:b/>
        </w:rPr>
        <w:t xml:space="preserve">[1:17:10] </w:t>
      </w:r>
      <w:r>
        <w:t>maulana, agla sawal raipur se aaya hai miss shabana ka. unhone likha hai: "Maulana sahib, please guide us which book we should read to understand the life of prophet of Islam and Sahaba?" ke bahut sari kitabein hain, apne test ke lehaz se aap padhiye.</w:t>
      </w:r>
    </w:p>
    <w:p>
      <w:pPr>
        <w:jc w:val="right"/>
      </w:pPr>
      <w:r>
        <w:t>مولانا،اگلاسوال رائےپورسےآیاہے مس شبانہکا ۔انہوںنےلکھاہے: "مول اناصاحب،پلیزگائیڈاس و چبک ویشوڈریڈ ٹوانڈرسٹینڈدالائفآف پرافٹآفاسلام اینڈ صحابہ؟" کہبہتساریکتاب یںہیں، اپنے ٹیسٹ کےلحاظسےآپپڑھیے۔</w:t>
      </w:r>
    </w:p>
    <w:p>
      <w:r>
        <w:rPr>
          <w:b/>
        </w:rPr>
        <w:t xml:space="preserve">[1:17:30] </w:t>
      </w:r>
      <w:r>
        <w:t>yani sankron ki tadad mein kitabein hain, main koi kitab suggest nahin kar sakta.</w:t>
      </w:r>
    </w:p>
    <w:p>
      <w:pPr>
        <w:jc w:val="right"/>
      </w:pPr>
      <w:r>
        <w:t>یعنی سینکڑوںکیتعداد میں کتاب یںہیں،میںکوئیکتاب سجیسٹنہیںکرسکتا۔</w:t>
      </w:r>
    </w:p>
    <w:p>
      <w:r>
        <w:rPr>
          <w:b/>
        </w:rPr>
        <w:t xml:space="preserve">[1:17:37] </w:t>
      </w:r>
      <w:r>
        <w:t>aap khud library mein jaiye, wahan par dekhiye. hamara mein sirf yeh keh sakta hoon ke hamare yahan aisi kitabein kai chhapi hain.</w:t>
      </w:r>
    </w:p>
    <w:p>
      <w:pPr>
        <w:jc w:val="right"/>
      </w:pPr>
      <w:r>
        <w:t>آپ خود ل ائبریریمیںجائیے، وہاںپردیکھیے۔ہمارا میںصرفیہکہہسکتاہوںکہہمارےہاںایسیکتاب یںکئیچھپیہیں۔</w:t>
      </w:r>
    </w:p>
    <w:p>
      <w:r>
        <w:rPr>
          <w:b/>
        </w:rPr>
        <w:t xml:space="preserve">[1:17:49] </w:t>
      </w:r>
      <w:r>
        <w:t>baqi aap ko haq hai ke aap jo chahein kitabein padh</w:t>
      </w:r>
    </w:p>
    <w:p>
      <w:pPr>
        <w:jc w:val="right"/>
      </w:pPr>
      <w:r>
        <w:t>باقیآپ کوحق ہےکہآپجوچاہیںکتابیںپڑھ</w:t>
      </w:r>
    </w:p>
    <w:p>
      <w:r>
        <w:rPr>
          <w:b/>
        </w:rPr>
        <w:t xml:space="preserve">[1:17:52] </w:t>
      </w:r>
      <w:r>
        <w:t>ein. dekhiye, hamare yahan kitab chhapi hai Paighambar e Inqilab aur Mutalia-e-Seerat aur Seerat-e-Rasool aur Prophet of Peace. yeh kitabein chhapi hain.</w:t>
      </w:r>
    </w:p>
    <w:p>
      <w:pPr>
        <w:jc w:val="right"/>
      </w:pPr>
      <w:r>
        <w:t>یں۔ دیکھیے،ہمارےہاںکتاب چھپیہے پیغمبر انقلاب اور مطالعہ سیرت اور سیرت رسول اور پرافٹآفپیس ۔یہکتاب یںچھپیہیں۔</w:t>
      </w:r>
    </w:p>
    <w:p>
      <w:r>
        <w:rPr>
          <w:b/>
        </w:rPr>
        <w:t xml:space="preserve">[1:18:08] </w:t>
      </w:r>
      <w:r>
        <w:t>aur bhi kitabein hain, lekin yeh to direct taur par seerat par kitab hai. hamare yahan se.</w:t>
      </w:r>
    </w:p>
    <w:p>
      <w:pPr>
        <w:jc w:val="right"/>
      </w:pPr>
      <w:r>
        <w:t>اور بھیکتاب یںہیں، لیکن یہتوڈائریکٹطورپرسیرتپرکتاب ہے۔ ہمارےہاںسے۔</w:t>
      </w:r>
    </w:p>
    <w:p>
      <w:r>
        <w:rPr>
          <w:b/>
        </w:rPr>
        <w:t xml:space="preserve">[1:18:14] </w:t>
      </w:r>
      <w:r>
        <w:t>baqi aap konse kitabein padhna pasand karenge? to yeh to aapko haq hai ke aap kisi bhi book shop mein jakar ke wahan se jo chahein le lein, jo jo pasand ho aapko.</w:t>
      </w:r>
    </w:p>
    <w:p>
      <w:pPr>
        <w:jc w:val="right"/>
      </w:pPr>
      <w:r>
        <w:t>باقیآپکونسیکتابیںپڑھناپسندکریںگے؟ تویہتوآپکوحق ہے کہآپ کسی بھی بکشاپمیںجاکرکےوہاںسے جو چاہیں لےلیں، جوجوپسندہوآپکو۔</w:t>
      </w:r>
    </w:p>
    <w:p>
      <w:r>
        <w:rPr>
          <w:b/>
        </w:rPr>
        <w:t xml:space="preserve">[1:18:26] </w:t>
      </w:r>
      <w:r>
        <w:t>maulana, agla sawal hai delhi se miss naghma siddiqui ka. unhone likha hai: "As this world is for test, we get less than ideal.</w:t>
      </w:r>
    </w:p>
    <w:p>
      <w:pPr>
        <w:jc w:val="right"/>
      </w:pPr>
      <w:r>
        <w:t>مولانا،اگلاسوال ہے دلیسے مس نغمہ صدی قیکا ۔انہوںنے لکھاہے: "Asthis world isfor test, weget lessthan ide al.</w:t>
      </w:r>
    </w:p>
    <w:p>
      <w:r>
        <w:rPr>
          <w:b/>
        </w:rPr>
        <w:t xml:space="preserve">[1:18:38] </w:t>
      </w:r>
      <w:r>
        <w:t>But our nature wants ideal. This results in stress.</w:t>
      </w:r>
    </w:p>
    <w:p>
      <w:pPr>
        <w:jc w:val="right"/>
      </w:pPr>
      <w:r>
        <w:t>But ournature wants ide al. This res ults in stress .</w:t>
      </w:r>
    </w:p>
    <w:p>
      <w:r>
        <w:rPr>
          <w:b/>
        </w:rPr>
        <w:t xml:space="preserve">[1:18:44] </w:t>
      </w:r>
      <w:r>
        <w:t>How can we manage stress? Please guide us." dekhiye, maine jahan tak samjha apne tajurbe se, woh yeh hai ke stress ya tension naam hai over expectation ka.</w:t>
      </w:r>
    </w:p>
    <w:p>
      <w:pPr>
        <w:jc w:val="right"/>
      </w:pPr>
      <w:r>
        <w:t>How canwe man age stress ?Pleaseguideus." دیکھیے،میںنے جہاںتک سمجھااپنےتجربےسے، وہیہہے کہ stress یا t ension نامہے over exp ect ationکا ۔</w:t>
      </w:r>
    </w:p>
    <w:p>
      <w:r>
        <w:rPr>
          <w:b/>
        </w:rPr>
        <w:t xml:space="preserve">[1:19:01] </w:t>
      </w:r>
      <w:r>
        <w:t>ch</w:t>
      </w:r>
    </w:p>
    <w:p>
      <w:pPr>
        <w:jc w:val="right"/>
      </w:pPr>
      <w:r>
        <w:t>چ</w:t>
      </w:r>
    </w:p>
    <w:p>
      <w:r>
        <w:rPr>
          <w:b/>
        </w:rPr>
        <w:t xml:space="preserve">[1:19:05] </w:t>
      </w:r>
      <w:r>
        <w:t>hai woh shohar biwi ki baat ho, chahe government ki baat ho. jab shadi hoti hai aur husband wife ekattha hote hain ek ghar mein, to dono ek doosre se over expect karne lagte hain.</w:t>
      </w:r>
    </w:p>
    <w:p>
      <w:pPr>
        <w:jc w:val="right"/>
      </w:pPr>
      <w:r>
        <w:t>اہےوہ شوہربیویکیباتہو ، چاہے گورنمنٹکیباتہو ۔ جب شادیہوتیہے اور ہسبینڈوائفاکٹھاہوتےہیںایکگھرمیں ،تو دونوںایکدوسرےسے اوورایکسپیکٹکرنےلگتےہیں۔</w:t>
      </w:r>
    </w:p>
    <w:p>
      <w:r>
        <w:rPr>
          <w:b/>
        </w:rPr>
        <w:t xml:space="preserve">[1:19:20] </w:t>
      </w:r>
      <w:r>
        <w:t>wahin se shikayat paida ho jati hai. yani husband chahta hai, woh us se zyada hota hai jo biwi de sakti hai usko. biwi jo chahti hai, woh us se zyada hota hai jo shohar usko de sakta hai.</w:t>
      </w:r>
    </w:p>
    <w:p>
      <w:pPr>
        <w:jc w:val="right"/>
      </w:pPr>
      <w:r>
        <w:t>وہیںسےشکایتپیدا ہوجاتیہے۔ یعنیہسبینڈ چاہتاہے،وہاسسےزیادہ ہوتاہےجو بیویدےسکتیہےاسکو ۔ بیویجوچاہتیہے،وہ اسسےزیادہ ہوتاہےجو شوہراسکودےسکتاہے۔</w:t>
      </w:r>
    </w:p>
    <w:p>
      <w:r>
        <w:rPr>
          <w:b/>
        </w:rPr>
        <w:t xml:space="preserve">[1:19:32] </w:t>
      </w:r>
      <w:r>
        <w:t>to married life mein jitne bhi conflict hain, woh paida hote hain over expectation ki wajah se. aisi mamla government ka hai. governments se sab log shikayat karte hain, aap jante hain.</w:t>
      </w:r>
    </w:p>
    <w:p>
      <w:pPr>
        <w:jc w:val="right"/>
      </w:pPr>
      <w:r>
        <w:t>تو میریڈلائفمیںجتنےبھی کانفلکٹ ہیں،وہ پیدا ہوتےہیں اوورایکسپیکٹیشنکیوجہسے۔ ایسی معاملہ گورنمنٹکاہے۔گورنمنٹسےسبلوگشکایتکرتےہیں،آپ جانتےہیں۔</w:t>
      </w:r>
    </w:p>
    <w:p>
      <w:r>
        <w:rPr>
          <w:b/>
        </w:rPr>
        <w:t xml:space="preserve">[1:19:43] </w:t>
      </w:r>
      <w:r>
        <w:t>jisko dekhein, woh government ki shikayat hi bolega. kyun? woh over expect kar raha hai. to over expectation jo hai, woh kabhi bhi aap ko shikayat se khalina kar sakta.</w:t>
      </w:r>
    </w:p>
    <w:p>
      <w:pPr>
        <w:jc w:val="right"/>
      </w:pPr>
      <w:r>
        <w:t>جسکودیکھیں،وہگورنمنٹکیشک ایتہی بولےگا۔ کیوں ؟ وہ اوورایکسپیکٹکررہاہے۔ تو اوورایکسپیکٹی شنجوہے،وہکبھیبھی آپ کو شکایتسےخالینہیںکرسکتا۔</w:t>
      </w:r>
    </w:p>
    <w:p>
      <w:r>
        <w:rPr>
          <w:b/>
        </w:rPr>
        <w:t xml:space="preserve">[1:19:57] </w:t>
      </w:r>
      <w:r>
        <w:t>to sahi tareeqa kya hai? ke aap realist banein. realist.</w:t>
      </w:r>
    </w:p>
    <w:p>
      <w:pPr>
        <w:jc w:val="right"/>
      </w:pPr>
      <w:r>
        <w:t>تو صحیحطریقہکیاہے؟ کہآپر یلسٹبنیں۔ریلسٹ۔</w:t>
      </w:r>
    </w:p>
    <w:p>
      <w:r>
        <w:rPr>
          <w:b/>
        </w:rPr>
        <w:t xml:space="preserve">[1:20:01] </w:t>
      </w:r>
      <w:r>
        <w:t>aap yeh jaanein ke kaun kya kuch de sakta hai aap ko. balke mera tareeqa to yeh hai ke main kisi se expect nahin karta. jo usne de diya to bara acha.</w:t>
      </w:r>
    </w:p>
    <w:p>
      <w:pPr>
        <w:jc w:val="right"/>
      </w:pPr>
      <w:r>
        <w:t>آپیہجانیںکہکون کیاکچھدےسکتاہےآپکو ۔ بلکہ میراطریقہتویہہےکہمیںکسی سےایکسپیکٹہینہیںکرتا۔ جو اسنےدےدیاتو بڑااچھا۔</w:t>
      </w:r>
    </w:p>
    <w:p>
      <w:r>
        <w:rPr>
          <w:b/>
        </w:rPr>
        <w:t xml:space="preserve">[1:20:10] </w:t>
      </w:r>
      <w:r>
        <w:t>hamare gaon mein, jahan youp ka rehne wala hoon mein, to bachpan mein mujhe yaad aata hai ek ek faqeer aata tha. ek faqeer.</w:t>
      </w:r>
    </w:p>
    <w:p>
      <w:pPr>
        <w:jc w:val="right"/>
      </w:pPr>
      <w:r>
        <w:t>ہمارےگاؤںمیں ،جہاں یوپیکارہنےوالاہوں میں،تو بچپنمیں مجھےیادآتاہےایکایک فقیرآ تاتھا۔ ایک فقیر۔</w:t>
      </w:r>
    </w:p>
    <w:p>
      <w:r>
        <w:rPr>
          <w:b/>
        </w:rPr>
        <w:t xml:space="preserve">[1:20:20] </w:t>
      </w:r>
      <w:r>
        <w:t>boorha faqeer tha. to woh aawaz lagata tha ke jo de, us ka bhi bhala. jo na de, us ka bhi bhala. jo de, us ka bhi bhala.</w:t>
      </w:r>
    </w:p>
    <w:p>
      <w:pPr>
        <w:jc w:val="right"/>
      </w:pPr>
      <w:r>
        <w:t>بوڑھافقیرتھا۔ تو وہ آوازلگاتاتھا کہجو دے،اسکاہیبھلا۔جو نہدے،اسکاہیبھلا۔ جو دے،اسکابھیبھلا۔</w:t>
      </w:r>
    </w:p>
    <w:p>
      <w:r>
        <w:rPr>
          <w:b/>
        </w:rPr>
        <w:t xml:space="preserve">[1:20:31] </w:t>
      </w:r>
      <w:r>
        <w:t>jo na de, us ka bhi bhala. best formula yeh hai. best formula hai.</w:t>
      </w:r>
    </w:p>
    <w:p>
      <w:pPr>
        <w:jc w:val="right"/>
      </w:pPr>
      <w:r>
        <w:t>جو نہدے،اسکابھیبھلا۔ بیسٹفارمولایہہے۔ بیسٹفارمولاہے۔</w:t>
      </w:r>
    </w:p>
    <w:p>
      <w:r>
        <w:rPr>
          <w:b/>
        </w:rPr>
        <w:t xml:space="preserve">[1:20:37] </w:t>
      </w:r>
      <w:r>
        <w:t>doosron se jo kuch mil gaya aap ko, behta acha. nahin mila, tab bhi acha. doosron se agar mil gaya kuch to tab bhi acha hai.</w:t>
      </w:r>
    </w:p>
    <w:p>
      <w:pPr>
        <w:jc w:val="right"/>
      </w:pPr>
      <w:r>
        <w:t>دوسروںسےجوکچھملگیاآپکو ، بہتاچھا۔ نہیںملا،تببھیاچھا۔ دوسروںسےاگر ملگیا کچھتوتببھیاچھاہے۔</w:t>
      </w:r>
    </w:p>
    <w:p>
      <w:r>
        <w:rPr>
          <w:b/>
        </w:rPr>
        <w:t xml:space="preserve">[1:20:45] </w:t>
      </w:r>
      <w:r>
        <w:t>nahin mila, tab bhi acha hai. yahi wahid cheez hai jis se aap stress free reh sakte hain. aur koi doosra formula nahin.</w:t>
      </w:r>
    </w:p>
    <w:p>
      <w:pPr>
        <w:jc w:val="right"/>
      </w:pPr>
      <w:r>
        <w:t>نہیںملا،تببھیاچھاہے۔ یہیواحد چیزہے جسسےآپ اسٹریسفری رہسکتےہیں۔ اور کوئیدوسرا فارمولانہیں ۔</w:t>
      </w:r>
    </w:p>
    <w:p>
      <w:r>
        <w:rPr>
          <w:b/>
        </w:rPr>
        <w:t xml:space="preserve">[1:20:55] </w:t>
      </w:r>
      <w:r>
        <w:t>maulana, agla sawal dilli se hai mister parthas rathika. unhon ne likha hai: "Do I need to follow a religion to be a good human being</w:t>
      </w:r>
    </w:p>
    <w:p>
      <w:pPr>
        <w:jc w:val="right"/>
      </w:pPr>
      <w:r>
        <w:t>مولانا،اگلاسوال دلیسے ہے مسٹر پارتھس راتھیکا ۔ انہوںنےلکھاہے: "DoIneedto follow arelig ion tobe agood human being</w:t>
      </w:r>
    </w:p>
    <w:p>
      <w:r>
        <w:rPr>
          <w:b/>
        </w:rPr>
        <w:t xml:space="preserve">[1:21:06] </w:t>
      </w:r>
      <w:r>
        <w:t>? What are the similarities in all religions? What does it take to be a good human being? "kind of like that.</w:t>
      </w:r>
    </w:p>
    <w:p>
      <w:pPr>
        <w:jc w:val="right"/>
      </w:pPr>
      <w:r>
        <w:t>?Whatarethesimilar ities in all relig ions? Whatdoesittaketobeagood human being ? "کائنڈلیکمنٹ۔</w:t>
      </w:r>
    </w:p>
    <w:p>
      <w:r>
        <w:rPr>
          <w:b/>
        </w:rPr>
        <w:t xml:space="preserve">[1:21:16] </w:t>
      </w:r>
      <w:r>
        <w:t>dekhiye, asal masla good human being ka nahin hai. good human being to ek relative term hai. relative.</w:t>
      </w:r>
    </w:p>
    <w:p>
      <w:pPr>
        <w:jc w:val="right"/>
      </w:pPr>
      <w:r>
        <w:t>دیکھیے،اصلمسئلہ گڈہیومنبینگکانہیںہے۔ گڈہیومنبینگتوایک ریلیٹوٹرمہے۔ریلیٹو۔</w:t>
      </w:r>
    </w:p>
    <w:p>
      <w:r>
        <w:rPr>
          <w:b/>
        </w:rPr>
        <w:t xml:space="preserve">[1:21:25] </w:t>
      </w:r>
      <w:r>
        <w:t>aap ke zehn mein kuch hoga, mere zehn mein kuch hoga.</w:t>
      </w:r>
    </w:p>
    <w:p>
      <w:pPr>
        <w:jc w:val="right"/>
      </w:pPr>
      <w:r>
        <w:t>آپکےذہنمیںکچھہوگا،میرےذہنمیںکچھہوگا۔</w:t>
      </w:r>
    </w:p>
    <w:p>
      <w:r>
        <w:rPr>
          <w:b/>
        </w:rPr>
        <w:t xml:space="preserve">[1:21:29] </w:t>
      </w:r>
      <w:r>
        <w:t>woh ek relative term hai. sahi soch yeh hai ke aap yeh sochein ke jo jis ne is duniya ko banaya hai, jo creator hai, us ki scheme of things kya hai?</w:t>
      </w:r>
    </w:p>
    <w:p>
      <w:pPr>
        <w:jc w:val="right"/>
      </w:pPr>
      <w:r>
        <w:t>وہایکریلیٹوٹرمہے۔ صحیح سوچیہہےکہآپ یہ سوچیں کہ جو جسنے اسدنیا کوبنایاہے، جو کریٹر ہے، اسکی اسکیمآفتھنگزکیاہے؟</w:t>
      </w:r>
    </w:p>
    <w:p>
      <w:r>
        <w:rPr>
          <w:b/>
        </w:rPr>
        <w:t xml:space="preserve">[1:21:43] </w:t>
      </w:r>
      <w:r>
        <w:t>aur us ke mutabiq mujhe kaisa banna hai? good human being relative term hai, us ka koi aap aisa accepted definition nahin pa sakte aap us ka.</w:t>
      </w:r>
    </w:p>
    <w:p>
      <w:pPr>
        <w:jc w:val="right"/>
      </w:pPr>
      <w:r>
        <w:t>اوراسکےمطابق مجھےکیسابنناہے؟ گڈہیومنبینگریلیٹوٹرمہے،اسکا کوئیآپ ایسا ایکسیپٹڈڈیفینیشننہیںپاسکتےآپاسکا ۔</w:t>
      </w:r>
    </w:p>
    <w:p>
      <w:r>
        <w:rPr>
          <w:b/>
        </w:rPr>
        <w:t xml:space="preserve">[1:21:55] </w:t>
      </w:r>
      <w:r>
        <w:t>isi liye jo akhlaq par jo kitabein likhi gayi hain, ethics par, bohat is mein ikhtilaf hai. to main ne jo samjha hai, woh yeh hai ke sab se pehle aap ko janna parega ke creator ki scheme of things kya hai.</w:t>
      </w:r>
    </w:p>
    <w:p>
      <w:pPr>
        <w:jc w:val="right"/>
      </w:pPr>
      <w:r>
        <w:t>اسیلیےجو اخلاق پرجوکتاب یںلکھیگئیہیں، ایتھکسپر ، بہت اسمیںاختلافہے۔ تو میںنےجو سمجھاہے،وہیہہےکہ سبسے پہلے آپکو جان ناپڑےگا کہ کریٹرکی اسکیمآفتھنگزکیاہے۔</w:t>
      </w:r>
    </w:p>
    <w:p>
      <w:r>
        <w:rPr>
          <w:b/>
        </w:rPr>
        <w:t xml:space="preserve">[1:22:12] </w:t>
      </w:r>
      <w:r>
        <w:t>us ke nazdeek jo creation plan hai, woh kya hai. aur phir aap apne ko us ke mutabiq dhalen. kyun ke dekhiye, har ek ko marna hai.</w:t>
      </w:r>
    </w:p>
    <w:p>
      <w:pPr>
        <w:jc w:val="right"/>
      </w:pPr>
      <w:r>
        <w:t>اسکے نزدیک جو کریشنپلانہے،وہکیاہے۔ اورپھرآپ اپنےکو اسکےمطابقڈھالیں۔ کیونکہ دیکھیے،ہرایککومرناہے۔</w:t>
      </w:r>
    </w:p>
    <w:p>
      <w:r>
        <w:rPr>
          <w:b/>
        </w:rPr>
        <w:t xml:space="preserve">[1:22:22] </w:t>
      </w:r>
      <w:r>
        <w:t>maut se koi bach nahin sakta.</w:t>
      </w:r>
    </w:p>
    <w:p>
      <w:pPr>
        <w:jc w:val="right"/>
      </w:pPr>
      <w:r>
        <w:t>موتسےکوئیبچنہیںسکتا۔</w:t>
      </w:r>
    </w:p>
    <w:p>
      <w:r>
        <w:rPr>
          <w:b/>
        </w:rPr>
        <w:t xml:space="preserve">[1:22:24] </w:t>
      </w:r>
      <w:r>
        <w:t>maut ke baad jo hai, hum ko usi creator se samna pesh aayega. mere baap jo the, woh kaha karte the ke Khuda ka munh na dikhana hai.</w:t>
      </w:r>
    </w:p>
    <w:p>
      <w:pPr>
        <w:jc w:val="right"/>
      </w:pPr>
      <w:r>
        <w:t>موتکےبعد جوہے، ہمکو اسی کریٹرسےسامناپیشآئےگا۔ میرےباپجوتھے،وہکہاکرتے تھےکہ خداکامنہدکھاناہے۔</w:t>
      </w:r>
    </w:p>
    <w:p>
      <w:r>
        <w:rPr>
          <w:b/>
        </w:rPr>
        <w:t xml:space="preserve">[1:22:35] </w:t>
      </w:r>
      <w:r>
        <w:t>hamare baap jo the, woh kehte the Khuda ka munh na dikhana hai. to har aadmi aakhir kar to wahin pahunchega jahan Khuda se us ko samna pesh aayega.</w:t>
      </w:r>
    </w:p>
    <w:p>
      <w:pPr>
        <w:jc w:val="right"/>
      </w:pPr>
      <w:r>
        <w:t>ہمارےباپجوتھے،وہکہتےتھےخداکامنہدکھاناہے۔ توہرآدمی آخرکار تو وہیںپہنچےگاجہاںخداسےاسکو سامنا پیشآئےگا۔</w:t>
      </w:r>
    </w:p>
    <w:p>
      <w:r>
        <w:rPr>
          <w:b/>
        </w:rPr>
        <w:t xml:space="preserve">[1:22:44] </w:t>
      </w:r>
      <w:r>
        <w:t>to Allah ki marzi ko janna, creator ki marzi ko janna, yeh asal cheez hai. us ko pata hai, apne ko mold karna.</w:t>
      </w:r>
    </w:p>
    <w:p>
      <w:pPr>
        <w:jc w:val="right"/>
      </w:pPr>
      <w:r>
        <w:t>تو اللہ کی مرضیکوجاننا، کریٹرکیمرضیکوجاننا،یہ اصلچیزہے۔اسکوپتہہے، اپنےکو مولڈکرنا۔</w:t>
      </w:r>
    </w:p>
    <w:p>
      <w:r>
        <w:rPr>
          <w:b/>
        </w:rPr>
        <w:t xml:space="preserve">[1:22:52] </w:t>
      </w:r>
      <w:r>
        <w:t>good human being ka jo criterion hai, woh ek relative criterion hai.</w:t>
      </w:r>
    </w:p>
    <w:p>
      <w:pPr>
        <w:jc w:val="right"/>
      </w:pPr>
      <w:r>
        <w:t>گڈہیومنبینگکاجو کرائٹیرینہے، وہ ایک ایک ریلیٹوکرائٹیرینہے۔</w:t>
      </w:r>
    </w:p>
    <w:p>
      <w:r>
        <w:rPr>
          <w:b/>
        </w:rPr>
        <w:t xml:space="preserve">[1:23:01] </w:t>
      </w:r>
      <w:r>
        <w:t>maulana, agla sawal dilli se hai naveed ahmed sahib ka. unhon ne likha hai: "How could you say Islamic government was not established at the time of Prophet Muhammad? However, it was established fully in the area of Hijaz as an example." main ne yeh nahin kaha ke Islam musalmanon ka role nahin</w:t>
      </w:r>
    </w:p>
    <w:p>
      <w:pPr>
        <w:jc w:val="right"/>
      </w:pPr>
      <w:r>
        <w:t>مولانا،اگلاسوال دلیسےہے ناویداحمد صاحبکا ۔انہوںنےلکھاہے: "Howcouldyousay Islam ic government was not established atthetime of ProphetMuhamm ad ?How ever,itwas established fullyinthearea of Hij az as anexample." میںنےیہنہیںکہاکہ اسلام مس لمان وںکارولنہیں</w:t>
      </w:r>
    </w:p>
    <w:p>
      <w:r>
        <w:rPr>
          <w:b/>
        </w:rPr>
        <w:t xml:space="preserve">[1:23:22] </w:t>
      </w:r>
      <w:r>
        <w:t>tha. nahin, main ne yeh kaha ke jo jo depict karte hain log, ideal role, woh kahin maujood nahin tha us ka.</w:t>
      </w:r>
    </w:p>
    <w:p>
      <w:pPr>
        <w:jc w:val="right"/>
      </w:pPr>
      <w:r>
        <w:t>تھا۔ نہیں ، میںنےیہکہاکہجو جو ڈیپکٹکرتےہیںلوگ ،آئیڈیلرول، وہ کہیںوجود نہیںتھااسکا ۔</w:t>
      </w:r>
    </w:p>
    <w:p>
      <w:r>
        <w:rPr>
          <w:b/>
        </w:rPr>
        <w:t xml:space="preserve">[1:23:32] </w:t>
      </w:r>
      <w:r>
        <w:t>ideal government, ideal system, ideal society, us ka kahin maujood nahin tha. role to tha, zahir hai. Islam se pehle bhi tha, Islam ke baad bhi tha. aaj bhi hai.</w:t>
      </w:r>
    </w:p>
    <w:p>
      <w:pPr>
        <w:jc w:val="right"/>
      </w:pPr>
      <w:r>
        <w:t>آئیڈیلگورنمنٹ،آئیڈیلسسٹم،آئیڈیلسوسائٹی،اسکاکہیںوجود نہیں تھا۔ رولتوتھا،ظاہرہے۔ اسلام سےپہلے بھیتھا،اسلام کےبعدبھیتھا۔ آجبھیہے۔</w:t>
      </w:r>
    </w:p>
    <w:p>
      <w:r>
        <w:rPr>
          <w:b/>
        </w:rPr>
        <w:t xml:space="preserve">[1:23:43] </w:t>
      </w:r>
      <w:r>
        <w:t>to Islam ki government ka hona alag baat hai. lekin log jo us ko depict karte hain us tareeqe se ke wahan koi ideal system tha, perfect samaj</w:t>
      </w:r>
    </w:p>
    <w:p>
      <w:pPr>
        <w:jc w:val="right"/>
      </w:pPr>
      <w:r>
        <w:t>تو اسلام کگورنمنٹکافاہونا الگباتہے۔ لیکن لوگ جواسکو ڈیپکٹکرتےہیںاسطریقےسےکہوہاںکوئی آئیڈیلسسٹمتھا، پرفیکٹ سماج</w:t>
      </w:r>
    </w:p>
    <w:p>
      <w:r>
        <w:rPr>
          <w:b/>
        </w:rPr>
        <w:t xml:space="preserve">[1:23:52] </w:t>
      </w:r>
      <w:r>
        <w:t>tha, yeh bilkul afsanvi baat hai. us ka koi maujood nahin keh. us ka koi maujood nahin. aap dekhiye, main Rasul Allah (SAW) ki wafat hui to Hazrat Aisha kehti hain ke film a to fir Rasul Allah (SAW) atadud al Arab Rasul Allah ki wafat hui to saare Arab mein baghavat phail gayi.</w:t>
      </w:r>
    </w:p>
    <w:p>
      <w:pPr>
        <w:jc w:val="right"/>
      </w:pPr>
      <w:r>
        <w:t>تھا، یہ بالکل افسانویباتہے۔اسکاکوئیوجود نہیں کہیں۔ اسکاکوئیوجود نہیں ۔ آپدیکھیے،میں رسولاللہصلیاللہعلیہوسلمکیوفاتہوئیتوحضرتعائشہکہتیہیںکہ فلم ا توفیرسولاللہصلیاللہ علیہوسلم اتعدد العرب رسولاللہ کیوفاتہوئیتوسارےعربمیںبغاوتپھیلگئی۔</w:t>
      </w:r>
    </w:p>
    <w:p>
      <w:r>
        <w:rPr>
          <w:b/>
        </w:rPr>
        <w:t xml:space="preserve">[1:24:15] </w:t>
      </w:r>
      <w:r>
        <w:t>Where was that ideal government? Where was that ideal government?</w:t>
      </w:r>
    </w:p>
    <w:p>
      <w:pPr>
        <w:jc w:val="right"/>
      </w:pPr>
      <w:r>
        <w:t>Wherewas thatide algovernment ? Wherewas thatidealgovernment ?</w:t>
      </w:r>
    </w:p>
    <w:p>
      <w:r>
        <w:rPr>
          <w:b/>
        </w:rPr>
        <w:t xml:space="preserve">[1:24:19] </w:t>
      </w:r>
      <w:r>
        <w:t>aap bataiye. Hazrat Hazrat Usman ke zamane mein khaleefa ko qatal kar diya logon ne. musalmanon ne qatal kiya. us ke baad Hazrat Ali aur Muawiya mein jang hui. us mein kitne saal woh maare gaye?</w:t>
      </w:r>
    </w:p>
    <w:p>
      <w:pPr>
        <w:jc w:val="right"/>
      </w:pPr>
      <w:r>
        <w:t>آپبتائیے۔ حضرت حضرتعثمانکےزمانےمیں خلیفہکوقتل کردیالوگوںنے۔مسلمانوںنےقتلکیا۔ اسکےبعد حضرتعلیاورمعاویہمیںجنگہوئی۔اسمیںکتنےسالوہمارےگئے؟</w:t>
      </w:r>
    </w:p>
    <w:p>
      <w:r>
        <w:rPr>
          <w:b/>
        </w:rPr>
        <w:t xml:space="preserve">[1:24:31] </w:t>
      </w:r>
      <w:r>
        <w:t>to wherewasthat idealgovernment ? government thi us ka banne mein inkar kar raha hoon. lekin log jo aaj bhi ghareeb tasveer pesh karte hain ke wahan ideal government thi aur perfect system tha, ideal society thi, yeh sab bilkul khayali baat hai. aisa kuch nahi tha.</w:t>
      </w:r>
    </w:p>
    <w:p>
      <w:pPr>
        <w:jc w:val="right"/>
      </w:pPr>
      <w:r>
        <w:t>تو Wherewasthat idealgovernment ? گورنمنٹ تھی اسکابننےمیںانکارکررہاہوں۔ لیکن لوگجو آجبھیغریب تص ویرپیشکرتےہیںکہوہاںآئیڈیلگورنمنٹتھی اورپرفیکٹسسٹمتھا، آئیڈیلسوسائٹیتھی،یہسببالکلخیالیباتہے۔ایساکچھنہیںتھا۔</w:t>
      </w:r>
    </w:p>
    <w:p>
      <w:r>
        <w:rPr>
          <w:b/>
        </w:rPr>
        <w:t xml:space="preserve">[1:24:49] </w:t>
      </w:r>
      <w:r>
        <w:t>Maulana, agla sawal Raipur se hai Idrees sahib ka. Unhon ne likha hai: "At the time of Prophet of Islam, was there any incident of insult? If yes, how was it dealt with?"</w:t>
      </w:r>
    </w:p>
    <w:p>
      <w:pPr>
        <w:jc w:val="right"/>
      </w:pPr>
      <w:r>
        <w:t>مولانا،اگلاسوال رائےپورسےہے ادریسصاحبکا ۔ انہوں نےلکھاہے: "Atthetime of Prophetof Islam ,was there any inc ident of ins ult ?Ifyes, how was it dealtwith ?"</w:t>
      </w:r>
    </w:p>
    <w:p>
      <w:r>
        <w:rPr>
          <w:b/>
        </w:rPr>
        <w:t xml:space="preserve">[1:25:08] </w:t>
      </w:r>
      <w:r>
        <w:t>aap dekhiye quran ko sab se pehle ke quran mein saare hi paighambaron ki insult ki gayi.</w:t>
      </w:r>
    </w:p>
    <w:p>
      <w:pPr>
        <w:jc w:val="right"/>
      </w:pPr>
      <w:r>
        <w:t>آپدیکھیے قرآنکو سبسےپہلے کہ قرآنمیں سارےہی پیغمبروں کیانسلٹکیگئی ۔</w:t>
      </w:r>
    </w:p>
    <w:p>
      <w:r>
        <w:rPr>
          <w:b/>
        </w:rPr>
        <w:t xml:space="preserve">[1:25:17] </w:t>
      </w:r>
      <w:r>
        <w:t>misal ke taur par yeh ayat hai quran mein ke wahan quran mein hai ke. yā ḥasratan ʿalā al-ʿibādi mā yaʾtīhim min rasūlin illā kānū bihi yastahziʾūn. afsos hai badon par ke jo bhi paighambar aaya, har paighambar ka unhon ne mazaaq uraya, har paighambar ko istehza kiya.</w:t>
      </w:r>
    </w:p>
    <w:p>
      <w:pPr>
        <w:jc w:val="right"/>
      </w:pPr>
      <w:r>
        <w:t>مثالکےطورپریہآیتہےقرآنمیں کہ وہاں قرآنمیںہےکہ۔ ياحس رة على الرباعما يأتي هممنرسل إلاكانواي سترجعون افسوس ہےبد وںپرکہ جوبھی پیغمبرآیا ، ہرپیغمبر کاانہوںنے مذاقاڑایا، ہرپیغمبرکواستہزاءکیا۔</w:t>
      </w:r>
    </w:p>
    <w:p>
      <w:r>
        <w:rPr>
          <w:b/>
        </w:rPr>
        <w:t xml:space="preserve">[1:25:39] </w:t>
      </w:r>
      <w:r>
        <w:t>to har paighambar ke saath, har rasool Allah ke saath bhi hua.</w:t>
      </w:r>
    </w:p>
    <w:p>
      <w:pPr>
        <w:jc w:val="right"/>
      </w:pPr>
      <w:r>
        <w:t>توہرپیغمبرکےساتھیہرسولاللہکےساتھبھیہوا۔</w:t>
      </w:r>
    </w:p>
    <w:p>
      <w:r>
        <w:rPr>
          <w:b/>
        </w:rPr>
        <w:t xml:space="preserve">[1:25:43] </w:t>
      </w:r>
      <w:r>
        <w:t>to har paighambar ke saath woh waqea hua jisko aaj kal kehte hain gustakhi ya insult. lekin paighambaron ne kya kiya?</w:t>
      </w:r>
    </w:p>
    <w:p>
      <w:pPr>
        <w:jc w:val="right"/>
      </w:pPr>
      <w:r>
        <w:t>تو ہر پیغمبر کےساتھ وہواقعہہواجسکوآجکلکہتےہیں گستا خی یا انسلٹ ۔لیکن پیغمبروںنےکیاکیا ؟</w:t>
      </w:r>
    </w:p>
    <w:p>
      <w:r>
        <w:rPr>
          <w:b/>
        </w:rPr>
        <w:t xml:space="preserve">[1:25:53] </w:t>
      </w:r>
      <w:r>
        <w:t>hargiz hargiz protest nahi kiya. paighambaron ne apni dawat tabligh ko jaari rakha. bas jaari rakha, jaari rakha yahan tak ke woh log, bahut se log convince hue.</w:t>
      </w:r>
    </w:p>
    <w:p>
      <w:pPr>
        <w:jc w:val="right"/>
      </w:pPr>
      <w:r>
        <w:t>ہرگزہرگزپروٹیسٹنہیںکیا۔ پیغمبروںنے اپنی دعوت تبلیغکوجاریرکھا۔بس جاریرکھا،جاریرکھایہاںتککہوہلوگ ،بہتسےلوگ کنونس ہوئے۔</w:t>
      </w:r>
    </w:p>
    <w:p>
      <w:r>
        <w:rPr>
          <w:b/>
        </w:rPr>
        <w:t xml:space="preserve">[1:26:04] </w:t>
      </w:r>
      <w:r>
        <w:t>jo nahi convince hue, unka muamla Allah ke hawale ho gaya. jo convince hue, woh unke saathi bane.</w:t>
      </w:r>
    </w:p>
    <w:p>
      <w:pPr>
        <w:jc w:val="right"/>
      </w:pPr>
      <w:r>
        <w:t>جو نہیں کن ونسہوئے،انکامعاملہاللہ کےحوالےہوگیا۔ جو کن ونسہوئے، وہ انکے ساتھیبنگئے۔</w:t>
      </w:r>
    </w:p>
    <w:p>
      <w:r>
        <w:rPr>
          <w:b/>
        </w:rPr>
        <w:t xml:space="preserve">[1:26:15] </w:t>
      </w:r>
      <w:r>
        <w:t>molana, agla sawal dilli se hai shakir sahib ka. unhon ne likha hai: molana sahib, yeh bataein ke prophet ka mission kya tha? logon ko musalman banana ya phir quran ke paigham ko logon tak pahunchana?</w:t>
      </w:r>
    </w:p>
    <w:p>
      <w:pPr>
        <w:jc w:val="right"/>
      </w:pPr>
      <w:r>
        <w:t>مولانا،اگلاسوال دلیسے ہے شاکرصاحبکا۔انہوںنےلکھاہے: مول اناصاحب،یہبتائیں کہ پرافٹکا مشن کیا تھا ؟لوگوںکو مس لمان بن انا یا پھر قرآنکے پیغامکو لوگوںتک پہنچ انا ؟</w:t>
      </w:r>
    </w:p>
    <w:p>
      <w:r>
        <w:rPr>
          <w:b/>
        </w:rPr>
        <w:t xml:space="preserve">[1:26:30] </w:t>
      </w:r>
      <w:r>
        <w:t>jaisa ke log samajhte hain ke islam jabran logon ko musalman banane ka hukum deta hai. bhai, quran mein saaf saaf hai la ikraha fid deen. deen mein jabr nahi hai.</w:t>
      </w:r>
    </w:p>
    <w:p>
      <w:pPr>
        <w:jc w:val="right"/>
      </w:pPr>
      <w:r>
        <w:t>جیساکہلوگ سمجھتےہیںکہ اسلام جب راًلوگوںکو مسلمان بن انےکا حکم دیتاہے۔ بھئی،قرآنمیںصافصافہے لا إكراه فيالدين دینمیںجبرنہیںہے۔</w:t>
      </w:r>
    </w:p>
    <w:p>
      <w:r>
        <w:rPr>
          <w:b/>
        </w:rPr>
        <w:t xml:space="preserve">[1:26:45] </w:t>
      </w:r>
      <w:r>
        <w:t>to yeh khud se apne aap khud saakhta taur par kehte hain karne wale la ikraha fid deen saaf saaf hai.</w:t>
      </w:r>
    </w:p>
    <w:p>
      <w:pPr>
        <w:jc w:val="right"/>
      </w:pPr>
      <w:r>
        <w:t>تو یہ خود سےاپنےآپ خود ساخت ہطورپرکہتےہیںکرنے والے لاإكراهفيالدين صافصافہے۔</w:t>
      </w:r>
    </w:p>
    <w:p>
      <w:r>
        <w:rPr>
          <w:b/>
        </w:rPr>
        <w:t xml:space="preserve">[1:26:56] </w:t>
      </w:r>
      <w:r>
        <w:t>bahut si ayatein hain is tarah quran majeed mein hain jismein bataya gaya hai ke paighambar ka kaam sirf pahunchana hai. fa dhakkir innamā anta mudhakkir. lastu ʿalayhim bimubayṭir. logon ko baat pahunchao, tum logon ke upar darogha nahi ho.</w:t>
      </w:r>
    </w:p>
    <w:p>
      <w:pPr>
        <w:jc w:val="right"/>
      </w:pPr>
      <w:r>
        <w:t>بہت سیآیاتہیںاسطرحقرآنمجیدمیںہیںجسمیںبتایاگیاہےکہ پیغمبرکاکامصرفپہنچاناہے۔ فَذَكِّرْنَامَاتَبَذَكِّرْنَالَسْتَعَلَيْهِمْبَمُ شَيْط ٍتملوگوںکوباتپہنچاؤ،تملوگوںکےاوپرداروغہنہیںہو ۔</w:t>
      </w:r>
    </w:p>
    <w:p>
      <w:r>
        <w:rPr>
          <w:b/>
        </w:rPr>
        <w:t xml:space="preserve">[1:27:08] </w:t>
      </w:r>
      <w:r>
        <w:t>to log khud saakhta taur par jo bhi nazariya banayein, lekin jo bhi quran ko padhega to usmein woh dekhega ke usmein bilkul bilkul saaf taur par yeh baatein batai gayi hain.</w:t>
      </w:r>
    </w:p>
    <w:p>
      <w:pPr>
        <w:jc w:val="right"/>
      </w:pPr>
      <w:r>
        <w:t>تو لوگ خود ساخت ہطورپرجوبھینظریہبنائیں،لیکن جوبھیقرآنکوپڑھےگا تو اسمیں وہدیکھے گاکہاسمیںبالکل بالکل صافطورپریہباتیںبتائیگئیہیں۔</w:t>
      </w:r>
    </w:p>
    <w:p>
      <w:r>
        <w:rPr>
          <w:b/>
        </w:rPr>
        <w:t xml:space="preserve">[1:27:20] </w:t>
      </w:r>
      <w:r>
        <w:t>usmein koi shaq nahi hai. molana, yeh sawal aaya hai dilli se muhammad</w:t>
      </w:r>
    </w:p>
    <w:p>
      <w:pPr>
        <w:jc w:val="right"/>
      </w:pPr>
      <w:r>
        <w:t>اسمیںکوئیشکنہیں ہے۔ مولانا،یہسوال آیاہے دلیسے محمد</w:t>
      </w:r>
    </w:p>
    <w:p>
      <w:r>
        <w:rPr>
          <w:b/>
        </w:rPr>
        <w:t xml:space="preserve">[1:27:27] </w:t>
      </w:r>
      <w:r>
        <w:t>hussain sahib ka. unhon ne likha hai: molana, jaisa ke kehte hain ke ghair muslim ko aadaab karna chahiye, kya hum namaste kar sakte hain aur salam bhi kar sakte hain ghair muslim logon ko?</w:t>
      </w:r>
    </w:p>
    <w:p>
      <w:pPr>
        <w:jc w:val="right"/>
      </w:pPr>
      <w:r>
        <w:t>انسصاحبکا ۔انہوںنےلکھاہے: مولانا، جیساکہکہتےہیںکہ غیر مسلمکو آداب کرناچاہیے ،کیا ہم نم ستےکرسکتےہیں اور سلامبھیکرسکتےہیں غیر مسلملوگوںکو ؟</w:t>
      </w:r>
    </w:p>
    <w:p>
      <w:r>
        <w:rPr>
          <w:b/>
        </w:rPr>
        <w:t xml:space="preserve">[1:27:40] </w:t>
      </w:r>
      <w:r>
        <w:t>iske bare mein bataein. salam bhi kijiye, namaste bhi kijiye, aadaab bhi kijiye, qurbani jaisa mauqa ho. salam to dua hai.</w:t>
      </w:r>
    </w:p>
    <w:p>
      <w:pPr>
        <w:jc w:val="right"/>
      </w:pPr>
      <w:r>
        <w:t>اسکےبارےمیں بتائیں۔ سلامبھیکیجیے،نمستےبھیکیجیے،آداببھیکیجیے،ق ربانیجیساموقعہو ۔ سلام تودعاہے۔</w:t>
      </w:r>
    </w:p>
    <w:p>
      <w:r>
        <w:rPr>
          <w:b/>
        </w:rPr>
        <w:t xml:space="preserve">[1:27:50] </w:t>
      </w:r>
      <w:r>
        <w:t>aap ghair muslim na bhi banein, tab bhi ghar mein pahunch kar dua kijiye ke unko Allah salamat i ke saath rakhe.</w:t>
      </w:r>
    </w:p>
    <w:p>
      <w:pPr>
        <w:jc w:val="right"/>
      </w:pPr>
      <w:r>
        <w:t>آپ غیر مسلمنہبھیبنیں،تببھیگھرمیںپہنچکر دعاکیجیے کہانکواللہ سلامتیکےساتھرکھے۔</w:t>
      </w:r>
    </w:p>
    <w:p>
      <w:r>
        <w:rPr>
          <w:b/>
        </w:rPr>
        <w:t xml:space="preserve">[1:27:57] </w:t>
      </w:r>
      <w:r>
        <w:t>yeh izhaar e khair khwahi hai. yeh yeh to karni hai aap ko, usmein koi fark nahi karna aap ko ghair muslim aur muslim mein.</w:t>
      </w:r>
    </w:p>
    <w:p>
      <w:pPr>
        <w:jc w:val="right"/>
      </w:pPr>
      <w:r>
        <w:t>یہ اظہار خیرخواہیہے۔ یہیہتو کرنیہےآپکو،اسمیں کوئیفرقنہیںکرناآپکو غیر مسلماورمسلم میں۔</w:t>
      </w:r>
    </w:p>
    <w:p>
      <w:r>
        <w:rPr>
          <w:b/>
        </w:rPr>
        <w:t xml:space="preserve">[1:28:05] </w:t>
      </w:r>
      <w:r>
        <w:t>har ek ke liye aap ko dua karni hai, har ek ke liye aap ke dil mein paisa hona hai. jo log samajhte hain ke ghair muslimon ko salam nahi kiya ja sakta, galat samajhte hain isko.</w:t>
      </w:r>
    </w:p>
    <w:p>
      <w:pPr>
        <w:jc w:val="right"/>
      </w:pPr>
      <w:r>
        <w:t>ہرایککےلیےآپکودعاکرناہے، ہرایککےلیےآپکےدل میں پیسہوناہے۔ جولوگ سمجھتےہیںکہ غیر مسلموںکو سلامنہیںکیاجاسکتا،غلطسمجھتےہیںاسکو ۔</w:t>
      </w:r>
    </w:p>
    <w:p>
      <w:r>
        <w:rPr>
          <w:b/>
        </w:rPr>
        <w:t xml:space="preserve">[1:28:18] </w:t>
      </w:r>
      <w:r>
        <w:t>yeh to masla hai, kitabon mein maujood hai yeh baat ke salam sab ko kiya ja sakta hai.</w:t>
      </w:r>
    </w:p>
    <w:p>
      <w:pPr>
        <w:jc w:val="right"/>
      </w:pPr>
      <w:r>
        <w:t>یہتو مسئلہہے، کتاب وںمیںموجود ہےیہباتکہ سلامسبکوکیاجاسکتاہے۔</w:t>
      </w:r>
    </w:p>
    <w:p>
      <w:r>
        <w:rPr>
          <w:b/>
        </w:rPr>
        <w:t xml:space="preserve">[1:28:23] </w:t>
      </w:r>
      <w:r>
        <w:t>aur karte hi hain, dekhiye. namaz aap padhte hain panch waqt to kya hota hai? namaz jab khatam hoti hai, aap kehte hain assalamu alaikum wa rahmatullah. assalamu alaikum wa rahmatullah. to kya idhar se musalman hote hain? idhar se musalman hote hain?</w:t>
      </w:r>
    </w:p>
    <w:p>
      <w:pPr>
        <w:jc w:val="right"/>
      </w:pPr>
      <w:r>
        <w:t>اورکرتے ہیہیں،دیکھیے۔ نمازآپپڑھتےہیںپانچوقت توکیاہوتاہے؟ نمازجبختمہوتیہے،آپکہتےہیں السلام علیکمورحمة الله السلامعلیکمورحمة الله ۔توکیاادھرسےمسلمانہوتےہیں؟ادھرسے مسلمانہوتےہیں؟</w:t>
      </w:r>
    </w:p>
    <w:p>
      <w:r>
        <w:rPr>
          <w:b/>
        </w:rPr>
        <w:t xml:space="preserve">[1:28:39] </w:t>
      </w:r>
      <w:r>
        <w:t>saare log hote hain. yaani dono taraf rukh kar ke tamam namazi kehte hain ke assalamu alaikum aye logon, tum par salamti ho.</w:t>
      </w:r>
    </w:p>
    <w:p>
      <w:pPr>
        <w:jc w:val="right"/>
      </w:pPr>
      <w:r>
        <w:t>سارےلوگہوتےہیں۔ یعنی دونوںطرفرخکرکےتمام نمازی کہتےہیںکہ السلامعلیکم اےلوگوں،تمپرسلامتیہو ۔</w:t>
      </w:r>
    </w:p>
    <w:p>
      <w:r>
        <w:rPr>
          <w:b/>
        </w:rPr>
        <w:t xml:space="preserve">[1:28:50] </w:t>
      </w:r>
      <w:r>
        <w:t>aye logon, tum par salamti ho. to kya hum sirf muslim khade hue hain wahan par? saari duniya ko kehte hain ke aye logon, tum par salamti ho. yeh to panch waqt aisa hota hai.</w:t>
      </w:r>
    </w:p>
    <w:p>
      <w:pPr>
        <w:jc w:val="right"/>
      </w:pPr>
      <w:r>
        <w:t>اےلوگوں،تم پرسلامتیہو۔توکیاہمصرفمسلمانکھڑےہوئےہیںوہاںپر ؟ ساری دنیا کوکہتےہیںکہاےلوگوں،تمپرسلامتیہو ۔ یہتوپانچوقت ایساہوتاہے۔</w:t>
      </w:r>
    </w:p>
    <w:p>
      <w:r>
        <w:rPr>
          <w:b/>
        </w:rPr>
        <w:t xml:space="preserve">[1:29:00] </w:t>
      </w:r>
      <w:r>
        <w:t>yeh yeh behas hi bilkul baseless hai. kyunke namaz khud sikhati hai ke sab ko salamti pahunchao. sab ke liye tumhare dil mein khair khwahi ho.</w:t>
      </w:r>
    </w:p>
    <w:p>
      <w:pPr>
        <w:jc w:val="right"/>
      </w:pPr>
      <w:r>
        <w:t>یہ یہ بحثہیبالکل بیسلیسہے۔ کیونکہ نمازخود سکھاتیہےکہسبکو سلامتیپہنچاؤ۔ سبکےلیےتمہارےدلمیںخیرخواہیہو ۔</w:t>
      </w:r>
    </w:p>
    <w:p>
      <w:r>
        <w:rPr>
          <w:b/>
        </w:rPr>
        <w:t xml:space="preserve">[1:29:10] </w:t>
      </w:r>
      <w:r>
        <w:t>sab ke liye tumhare liye paisa ho tumhare dil mein. log bina soche samjhe namaz padhte hain. baat yeh hai. namaz koi soch samajh kar nahi padhta hai.</w:t>
      </w:r>
    </w:p>
    <w:p>
      <w:pPr>
        <w:jc w:val="right"/>
      </w:pPr>
      <w:r>
        <w:t>سبکےلیےتمہارےلیے پیسہوتمہارےدلمیں۔ لوگ بلاسوچسمجھےنمازپڑھتےہیں۔ باتیہہے۔ نماز کوئیسوچسمجھکرنہیںپڑھتاہے۔</w:t>
      </w:r>
    </w:p>
    <w:p>
      <w:r>
        <w:rPr>
          <w:b/>
        </w:rPr>
        <w:t xml:space="preserve">[1:29:19] </w:t>
      </w:r>
      <w:r>
        <w:t>ek ritual ke taur par parhta hai. ritual.</w:t>
      </w:r>
    </w:p>
    <w:p>
      <w:pPr>
        <w:jc w:val="right"/>
      </w:pPr>
      <w:r>
        <w:t>ایک ریچولکےطورپرپڑھتاہے۔ریچول۔</w:t>
      </w:r>
    </w:p>
    <w:p>
      <w:r>
        <w:rPr>
          <w:b/>
        </w:rPr>
        <w:t xml:space="preserve">[1:29:23] </w:t>
      </w:r>
      <w:r>
        <w:t>warna sochna chahiye ke hum namaz jab padhkar khatm karte hain to kehte hain assalamu alaikum wa rahmatullah assalamu alaikum wa rahmatullah. yani sari duniya walon ko aap address karte hain ke aye logon, tum par salamat ho. aye logon, tum par salamat ho.</w:t>
      </w:r>
    </w:p>
    <w:p>
      <w:pPr>
        <w:jc w:val="right"/>
      </w:pPr>
      <w:r>
        <w:t>ورنہ سوچناچاہیےکہہمنمازجبپڑھکرختمکرتےہیںتوکہتےہیں السلامعلیکمورحمة الله السلامعلیکمورحمةالله ۔ یعنیساریدنیا والوںکو آپ ایڈریسکرتےہیںکہاےلوگوں،تمپرسلامتیہو۔اےلوگوں،تمپرسلامتیہو۔</w:t>
      </w:r>
    </w:p>
    <w:p>
      <w:r>
        <w:rPr>
          <w:b/>
        </w:rPr>
        <w:t xml:space="preserve">[1:29:37] </w:t>
      </w:r>
      <w:r>
        <w:t>agar soch samajhkar padhein namaz to kisi ke dil mein yeh yeh waswasa nahi aayega, kabhi nahi aayega. Maulana, agla sawal Dilli se hai Shah Imran Hasan Sah</w:t>
      </w:r>
    </w:p>
    <w:p>
      <w:pPr>
        <w:jc w:val="right"/>
      </w:pPr>
      <w:r>
        <w:t>اگر سوچسمجھکرپڑھیںنماز تو کسی کےدل میں یہیہوسوسہنہیںآئےگا،کبھینہیںآئےگا۔ مولانا،اگلاسوال دلیسےہے شاہ عمران حسنصاح</w:t>
      </w:r>
    </w:p>
    <w:p>
      <w:r>
        <w:rPr>
          <w:b/>
        </w:rPr>
        <w:t xml:space="preserve">[1:29:49] </w:t>
      </w:r>
      <w:r>
        <w:t>bka. unhone likha hai: ek sahib se baat hui, unhone kaha ke al risala mission ki kami sirf yeh hai ke woh musalmanon ko sulah kul ki taleem deta hai.</w:t>
      </w:r>
    </w:p>
    <w:p>
      <w:pPr>
        <w:jc w:val="right"/>
      </w:pPr>
      <w:r>
        <w:t>بکا ۔انہوںنےلکھاہے: ایک صاحبسے بات ہوئی ،انہوںنےکہاکہ الرسالہمشنکی کمی صرف یہ ہے کہ وہ مس لمانوںکو صلح کلکیتعلیم دیتاہے۔</w:t>
      </w:r>
    </w:p>
    <w:p>
      <w:r>
        <w:rPr>
          <w:b/>
        </w:rPr>
        <w:t xml:space="preserve">[1:30:01] </w:t>
      </w:r>
      <w:r>
        <w:t>aap is par kya kahenge? bhai, to Quran mein hai asal khair</w:t>
      </w:r>
    </w:p>
    <w:p>
      <w:pPr>
        <w:jc w:val="right"/>
      </w:pPr>
      <w:r>
        <w:t>آپ اسپر کیا کہیںگے؟ بھئی،توقرآنمیںہےأصل الخير</w:t>
      </w:r>
    </w:p>
    <w:p>
      <w:r>
        <w:rPr>
          <w:b/>
        </w:rPr>
        <w:t xml:space="preserve">[1:30:08] </w:t>
      </w:r>
      <w:r>
        <w:t>to wohi wohi taleem Islam ki jo hai, Quran risale mein hoti hai. yeh to Quran ki ayat hai asal khair sulah behtar hai.</w:t>
      </w:r>
    </w:p>
    <w:p>
      <w:pPr>
        <w:jc w:val="right"/>
      </w:pPr>
      <w:r>
        <w:t>تووہیوہی تعلیم اسلام کیجوہے، قرآن رسالےمیںہوتیہے۔ یہتوقرآنکیآیتہے أصل الخير صلحبہترہے۔</w:t>
      </w:r>
    </w:p>
    <w:p>
      <w:r>
        <w:rPr>
          <w:b/>
        </w:rPr>
        <w:t xml:space="preserve">[1:30:19] </w:t>
      </w:r>
      <w:r>
        <w:t>sulah ka tareeqa behtar tareeqa hai. Reconciliation is the best to pehle hi aap sabit kiye ke yeh ayat Quran mein nahi hai.</w:t>
      </w:r>
    </w:p>
    <w:p>
      <w:pPr>
        <w:jc w:val="right"/>
      </w:pPr>
      <w:r>
        <w:t>صلحکاطریقہبہترطریقہہے۔ Rec onciliationisthebest تو پہلےہیآپثابتکیےکہ یہآیتقرآنمیںنہیںہے۔</w:t>
      </w:r>
    </w:p>
    <w:p>
      <w:r>
        <w:rPr>
          <w:b/>
        </w:rPr>
        <w:t xml:space="preserve">[1:30:29] </w:t>
      </w:r>
      <w:r>
        <w:t>agar Quran mein hai yeh ayat to hum sahi kar rahe hain, hum galat thodi kar rahe hain. phir Quran ke mutabiq hai hamara tareeqa.</w:t>
      </w:r>
    </w:p>
    <w:p>
      <w:pPr>
        <w:jc w:val="right"/>
      </w:pPr>
      <w:r>
        <w:t>اگر قرآنمیںہےیہآیتتوہم صحیحکررہےہیں،ہمغلطتھوڑیکررہےہیں۔پھرقرآنکے مطابقہےہماراطریقہ۔</w:t>
      </w:r>
    </w:p>
    <w:p>
      <w:r>
        <w:rPr>
          <w:b/>
        </w:rPr>
        <w:t xml:space="preserve">[1:30:38] </w:t>
      </w:r>
      <w:r>
        <w:t>Maulana, agla sawal Dilli se hai Doctor Farida Khan ka. unhone likha hai: In this present world, no one is offered a job without proper training.</w:t>
      </w:r>
    </w:p>
    <w:p>
      <w:pPr>
        <w:jc w:val="right"/>
      </w:pPr>
      <w:r>
        <w:t>مولانا،اگلاسوال دلیسےہے ڈاکٹرفریدہخانمکا۔انہوںنےلکھاہے: Inthis present world , no oneis offeredajob without pro per tra ining.</w:t>
      </w:r>
    </w:p>
    <w:p>
      <w:r>
        <w:rPr>
          <w:b/>
        </w:rPr>
        <w:t xml:space="preserve">[1:30:51] </w:t>
      </w:r>
      <w:r>
        <w:t>But on the contrary, people want that they should be ushered into eternal paradise without any preparation for it. What is the reason for this double standard?</w:t>
      </w:r>
    </w:p>
    <w:p>
      <w:pPr>
        <w:jc w:val="right"/>
      </w:pPr>
      <w:r>
        <w:t>But onthe contr ary, people want that theyshouldbe ushered into eternalparad ise without any prepar ationfor it . Whatisthereasonfor this double standard ?</w:t>
      </w:r>
    </w:p>
    <w:p>
      <w:r>
        <w:rPr>
          <w:b/>
        </w:rPr>
        <w:t xml:space="preserve">[1:31:05] </w:t>
      </w:r>
      <w:r>
        <w:t>yeh musalmanon ne galat aqeedey bana rakhe hain. woh samajhte hain ke jannat group wise milegi.</w:t>
      </w:r>
    </w:p>
    <w:p>
      <w:pPr>
        <w:jc w:val="right"/>
      </w:pPr>
      <w:r>
        <w:t>یہ مس لمانوں نےغلطعقیدےبنارکھےہیں۔ وہسمجھتےہیںکہ جن ت گروپوائزملےگی۔</w:t>
      </w:r>
    </w:p>
    <w:p>
      <w:r>
        <w:rPr>
          <w:b/>
        </w:rPr>
        <w:t xml:space="preserve">[1:31:14] </w:t>
      </w:r>
      <w:r>
        <w:t>yeh musalman nahi to unko sab jannat mein dakhil kar do. falan doosra hai to usko sab jahannum mein daal do. to yaad rakhiye, jannat group wise nahi hai. wal qadi hisabun afradan individually wise hai.</w:t>
      </w:r>
    </w:p>
    <w:p>
      <w:pPr>
        <w:jc w:val="right"/>
      </w:pPr>
      <w:r>
        <w:t>یہمس لمانہیں توانکوسبجنتمیںداخلکردو ۔ فلاںدوسراہےتواسکوسبجہنممیںڈالدو ۔ تویادرکھیے،جنت گروپوائزنہیںہے۔ ول قديحسبون أفراد اً انڈیویجولوائزہے۔</w:t>
      </w:r>
    </w:p>
    <w:p>
      <w:r>
        <w:rPr>
          <w:b/>
        </w:rPr>
        <w:t xml:space="preserve">[1:31:28] </w:t>
      </w:r>
      <w:r>
        <w:t>jannat ka faisla ek ek individual ko lekar hoga. ek ek fard ke case lekar hoga. group wise har giz nahi hoga. kahin Quran mein yeh nahi likha hai ke jannat ka faisla group wise hoga.</w:t>
      </w:r>
    </w:p>
    <w:p>
      <w:pPr>
        <w:jc w:val="right"/>
      </w:pPr>
      <w:r>
        <w:t>جنتکافیصلہ ایکایک انڈیویجول کولےکرہوگا۔ ایکایکفردکےکیسکولےکرہوگا۔ گروپوائزہرگزنہیںہوگا۔ کہیںقرآنمیںیہنہیںلکھاہےکہجنتکافیصلہگروپوائزہوگا۔</w:t>
      </w:r>
    </w:p>
    <w:p>
      <w:r>
        <w:rPr>
          <w:b/>
        </w:rPr>
        <w:t xml:space="preserve">[1:31:41] </w:t>
      </w:r>
      <w:r>
        <w:t>to yeh galat aqeedah bana rakha hai. isliye log logon ko bohat itminan hai ke hamein to jannat milni hi milni hai. mere paas ek sahib aaye, ek musalman jo mujhe jaanta tha ke namaz nahi padhte woh.</w:t>
      </w:r>
    </w:p>
    <w:p>
      <w:pPr>
        <w:jc w:val="right"/>
      </w:pPr>
      <w:r>
        <w:t>تو یہغلط عقیدہبنارکھاہے۔اسلیےلوگ لوگوںکوبہت اطمینانہےکہہمیںتوجنت مل نیہیملنیہے۔ میرےپاسایکصاحبآئے، ایک مس لمان جو مجھےجانتاتھاکہنمازنہیںپڑھتےوہ۔</w:t>
      </w:r>
    </w:p>
    <w:p>
      <w:r>
        <w:rPr>
          <w:b/>
        </w:rPr>
        <w:t xml:space="preserve">[1:31:57] </w:t>
      </w:r>
      <w:r>
        <w:t>to woh kya kehte hain? Allah ka shukar hai ke hum ko Allah ne Muslim ghar mein paida kiya. jannat hamari pakki ho gayi. to maine kaha, yeh kahan se nikala aapne?</w:t>
      </w:r>
    </w:p>
    <w:p>
      <w:pPr>
        <w:jc w:val="right"/>
      </w:pPr>
      <w:r>
        <w:t>تووہکیاکہتےہیں؟ اللہ کاشکرہےکہہمکواللہ نے مسلمگھرمیںپیدا کیا۔ جنتہماریپکیہوگئی ۔ تومیںنےکہا،یہکہاںسےنکالاآپنے؟</w:t>
      </w:r>
    </w:p>
    <w:p>
      <w:r>
        <w:rPr>
          <w:b/>
        </w:rPr>
        <w:t xml:space="preserve">[1:32:08] </w:t>
      </w:r>
      <w:r>
        <w:t>Muslim ghar mein paida hue, jannat pakki ho gayi, yeh kahan se nikala aapne? to musalmanon ne khud se aqeedey bana rakhe hain. iski wajah se unko lagta hai ke jannat hamari pakki hai.</w:t>
      </w:r>
    </w:p>
    <w:p>
      <w:pPr>
        <w:jc w:val="right"/>
      </w:pPr>
      <w:r>
        <w:t>مسلمگھرمیںپیدا ہوئے،جنتپکیہوگئی،یہکہاںسےنکالاآپنے؟ تو مس لمانوںنےخود سےعقیدےبنارکھےہیں۔ اسکیوجہ سےانکو لگتاہےکہجنتہماریپکیہے۔</w:t>
      </w:r>
    </w:p>
    <w:p>
      <w:r>
        <w:rPr>
          <w:b/>
        </w:rPr>
        <w:t xml:space="preserve">[1:32:20] </w:t>
      </w:r>
      <w:r>
        <w:t>kisi ki jannat pakki nahi hai.</w:t>
      </w:r>
    </w:p>
    <w:p>
      <w:pPr>
        <w:jc w:val="right"/>
      </w:pPr>
      <w:r>
        <w:t>کسی کیجنتپکینہیںہے۔</w:t>
      </w:r>
    </w:p>
    <w:p>
      <w:r>
        <w:rPr>
          <w:b/>
        </w:rPr>
        <w:t xml:space="preserve">[1:32:23] </w:t>
      </w:r>
      <w:r>
        <w:t>jannat ka faisla Allah ke hath mein hai. aur bohat aham baat yeh jaanna ke jannat ka faisla group wise nahi hoga. balkeh individual wise hoga.</w:t>
      </w:r>
    </w:p>
    <w:p>
      <w:pPr>
        <w:jc w:val="right"/>
      </w:pPr>
      <w:r>
        <w:t>جنتکافیصلہاللہ کےہاتھمیںہے۔ اور بہت اہمباتیہ جانناکہجنتکافیصلہگروپوائزنہیںہوگا۔ بلکہ انڈیویجولوائزہوگا۔</w:t>
      </w:r>
    </w:p>
    <w:p>
      <w:r>
        <w:rPr>
          <w:b/>
        </w:rPr>
        <w:t xml:space="preserve">[1:32:34] </w:t>
      </w:r>
      <w:r>
        <w:t>yeh bohat zaroori hai is baat ko jaanna.</w:t>
      </w:r>
    </w:p>
    <w:p>
      <w:pPr>
        <w:jc w:val="right"/>
      </w:pPr>
      <w:r>
        <w:t>یہبہتضروریہےاسباتکوجاننا۔</w:t>
      </w:r>
    </w:p>
    <w:p>
      <w:r>
        <w:rPr>
          <w:b/>
        </w:rPr>
        <w:t xml:space="preserve">[1:32:37] </w:t>
      </w:r>
      <w:r>
        <w:t>Maulana, agla sawal lene se pehle ek comment padhna chahenge jo Patna, Bihar se aaya hai Dani Sahab ka. unhone likha hai: Maulana, hal mein logon ne aapke Times of India mein chhpe blasphemy ke article ke khilaf likha aur bola.</w:t>
      </w:r>
    </w:p>
    <w:p>
      <w:pPr>
        <w:jc w:val="right"/>
      </w:pPr>
      <w:r>
        <w:t>مولانا،اگلاسواللینےسےپہلے ایک کمنٹپڑھناچاہیںگےجو پٹنہ،بہارسےآیاہے دانیالصاحبکا۔انہوںنےلکھاہے: مولانا، حالمیں لوگوںنے آپکے ٹائمزآف انڈیامیں چھپےبلاسف یمیکےآرٹیکلکےخلاف لکھا اور بولے۔</w:t>
      </w:r>
    </w:p>
    <w:p>
      <w:r>
        <w:rPr>
          <w:b/>
        </w:rPr>
        <w:t xml:space="preserve">[1:32:54] </w:t>
      </w:r>
      <w:r>
        <w:t>is se yeh ek baat mujhe samajh mein aayi ke daur haazir mein door door tak aap tanha aise shakhs dikhte hain jo khalis taur par Khuda ki Ghalori ki bazi abhi ke liye uthe hain.</w:t>
      </w:r>
    </w:p>
    <w:p>
      <w:pPr>
        <w:jc w:val="right"/>
      </w:pPr>
      <w:r>
        <w:t>اسسے یہ ایک باتمجھےسمجھمیںآئی کہ دور حاضرمیں دور دور تک آپ تنہاایسےشخص دکھتےہیں جو خالص طورپر خ داکی گل وریکی بازی ابیکےلیےاٹھےہیں۔</w:t>
      </w:r>
    </w:p>
    <w:p>
      <w:r>
        <w:rPr>
          <w:b/>
        </w:rPr>
        <w:t xml:space="preserve">[1:33:08] </w:t>
      </w:r>
      <w:r>
        <w:t>chunki aaj majority dawat il Allah ke concept se poori tarah ghafil hai, lehaza yeh aap ke mission ko bhi samajhne se qasir hain.</w:t>
      </w:r>
    </w:p>
    <w:p>
      <w:pPr>
        <w:jc w:val="right"/>
      </w:pPr>
      <w:r>
        <w:t>چونکہ آج میجورٹیدعوت الا اللہکےکانسیپٹسے پوریطرح غافلہے، لہٰذا یہ آپ کے مشنکوبھی سمجھنےسے قاصرہیں۔</w:t>
      </w:r>
    </w:p>
    <w:p>
      <w:r>
        <w:rPr>
          <w:b/>
        </w:rPr>
        <w:t xml:space="preserve">[1:33:20] </w:t>
      </w:r>
      <w:r>
        <w:t>haan, yeh baat sahi hai.</w:t>
      </w:r>
    </w:p>
    <w:p>
      <w:pPr>
        <w:jc w:val="right"/>
      </w:pPr>
      <w:r>
        <w:t>ہاں،یہباتصحیحہے۔</w:t>
      </w:r>
    </w:p>
    <w:p>
      <w:r>
        <w:rPr>
          <w:b/>
        </w:rPr>
        <w:t xml:space="preserve">[1:33:23] </w:t>
      </w:r>
      <w:r>
        <w:t>agar dawat ka concept wazeh ho jaye to lagega ke sab ridiculous lagega. yeh protest waghera karna. Ridiculous. Protest kya karna hai? abhi dawat ka kaam karo.</w:t>
      </w:r>
    </w:p>
    <w:p>
      <w:pPr>
        <w:jc w:val="right"/>
      </w:pPr>
      <w:r>
        <w:t>اگر دعوت کا کانسیپٹواضحہوجائےتو لگےگاکہسب ri diculousلگےگا۔یہprotest وغیرہکرنا۔R idiculous. Prot estکیاکرناہے؟ابھیدعوتکاکامکرو ۔</w:t>
      </w:r>
    </w:p>
    <w:p>
      <w:r>
        <w:rPr>
          <w:b/>
        </w:rPr>
        <w:t xml:space="preserve">[1:33:34] </w:t>
      </w:r>
      <w:r>
        <w:t>Allah ka paigham pahunchao. Maulana, agla sawal Dilli se hai Maulana Sharq Hus</w:t>
      </w:r>
    </w:p>
    <w:p>
      <w:pPr>
        <w:jc w:val="right"/>
      </w:pPr>
      <w:r>
        <w:t>اللہ کاپیغامپہنچاؤ۔ مولانا،اگلاسوال دلیسےہے مول انا شارقحس</w:t>
      </w:r>
    </w:p>
    <w:p>
      <w:r>
        <w:rPr>
          <w:b/>
        </w:rPr>
        <w:t xml:space="preserve">[1:33:41] </w:t>
      </w:r>
      <w:r>
        <w:t>yinka. unhon ne likha hai: Maulana, yeh riwaj bohat aam ho gaya hai ke log haj par janay walay shakhs se mulaqat ke liye door door se atay hain.</w:t>
      </w:r>
    </w:p>
    <w:p>
      <w:pPr>
        <w:jc w:val="right"/>
      </w:pPr>
      <w:r>
        <w:t>ینکا ۔ انہوںنےلکھاہے: مولانا،یہ رواج بہت عام ہوگیا ہے کہ لوگ حجپر جانےوالے شخص سے ملاقاتکےلیے دور دورسےآتےہیں۔</w:t>
      </w:r>
    </w:p>
    <w:p>
      <w:r>
        <w:rPr>
          <w:b/>
        </w:rPr>
        <w:t xml:space="preserve">[1:33:53] </w:t>
      </w:r>
      <w:r>
        <w:t>aur un se kehte hain ke woh pohnch kar hamare liye khoob dua karein. ya yeh ke g laaf pakar kar dua karna.</w:t>
      </w:r>
    </w:p>
    <w:p>
      <w:pPr>
        <w:jc w:val="right"/>
      </w:pPr>
      <w:r>
        <w:t>اور انسےکہتےہیں کہوہ پہنچکر ہمارےلیے خوب دعاکریں۔ یا یہ کہ گ لاف پکڑکر دعاکرنا ۔</w:t>
      </w:r>
    </w:p>
    <w:p>
      <w:r>
        <w:rPr>
          <w:b/>
        </w:rPr>
        <w:t xml:space="preserve">[1:34:02] </w:t>
      </w:r>
      <w:r>
        <w:t>aisa mehsoos hota hai ke Allah sirf haj ke maqamat par maujood hain. is ki wazahat farmaye</w:t>
      </w:r>
    </w:p>
    <w:p>
      <w:pPr>
        <w:jc w:val="right"/>
      </w:pPr>
      <w:r>
        <w:t>ایسا محسوسہوتاہےکہ اللہ صرف حجکے مقام اتپرموجود ہیں۔ اسکیوضاحتفرمائ</w:t>
      </w:r>
    </w:p>
    <w:p>
      <w:r>
        <w:rPr>
          <w:b/>
        </w:rPr>
        <w:t xml:space="preserve">[1:34:09] </w:t>
      </w:r>
      <w:r>
        <w:t>in. dekhiye, bohat zaroori hai janna ke dua aik har aadmi ka apna muamla hai.</w:t>
      </w:r>
    </w:p>
    <w:p>
      <w:pPr>
        <w:jc w:val="right"/>
      </w:pPr>
      <w:r>
        <w:t>یں۔ دیکھیے،بہت ضروریہےجاننا کہ دعا ایک ہرآدمیکااپنامعاملہہے۔</w:t>
      </w:r>
    </w:p>
    <w:p>
      <w:r>
        <w:rPr>
          <w:b/>
        </w:rPr>
        <w:t xml:space="preserve">[1:34:18] </w:t>
      </w:r>
      <w:r>
        <w:t>hargiz hargiz sari dunya mil kar dua kare, tab bhi is ka faida mujh ko nahi milnay wala hai. chahay Makkah mein kare, chahay Madinah mein kare, chahay kahin bhi kare. doosre ki dua se mujh ko mil jaye ga, yeh kan si pehli bilkul baseless hai.</w:t>
      </w:r>
    </w:p>
    <w:p>
      <w:pPr>
        <w:jc w:val="right"/>
      </w:pPr>
      <w:r>
        <w:t>ہرگزہرگز ساریدنیا ملکردعاکرے، تببھیاسکافائدہمجھکونہیںملنےوالاہے۔ چاہے مکہمیںکرے،چاہےمدینےمیںکرے،چاہےکہیںبھیکرے۔ دوسرے کیدعاسےمجھکوملجائےگا، یہ کان سیپٹہیبالکل بیسلیسہے۔</w:t>
      </w:r>
    </w:p>
    <w:p>
      <w:r>
        <w:rPr>
          <w:b/>
        </w:rPr>
        <w:t xml:space="preserve">[1:34:33] </w:t>
      </w:r>
      <w:r>
        <w:t>Hundred percent baseless yeh kan sipt.</w:t>
      </w:r>
    </w:p>
    <w:p>
      <w:pPr>
        <w:jc w:val="right"/>
      </w:pPr>
      <w:r>
        <w:t>Hundredpercent baselessیہ کانسیپٹ۔</w:t>
      </w:r>
    </w:p>
    <w:p>
      <w:r>
        <w:rPr>
          <w:b/>
        </w:rPr>
        <w:t xml:space="preserve">[1:34:36] </w:t>
      </w:r>
      <w:r>
        <w:t>dua aap ki apni cheez hai. bilkul apni cheez hai. yeh yeh jo riwaj hai ke ke ja raha hoon wahan se dua karna, yeh yani bilashuba yeh yeh sarkashi hai, yeh tum radd hai.</w:t>
      </w:r>
    </w:p>
    <w:p>
      <w:pPr>
        <w:jc w:val="right"/>
      </w:pPr>
      <w:r>
        <w:t>دعاآپ کی اپنیچیزہے۔ بالکل اپنیچیزہے۔ یہ یہ جو رواج ہے کہ کہجارہاہوںوہاںسےدعاکرنا ،یہ یعنی بلاشبہیہ یہسرکشیہے،یہ تم ردہے۔</w:t>
      </w:r>
    </w:p>
    <w:p>
      <w:r>
        <w:rPr>
          <w:b/>
        </w:rPr>
        <w:t xml:space="preserve">[1:34:53] </w:t>
      </w:r>
      <w:r>
        <w:t>aur Allah ko under estimate kar raha hai.</w:t>
      </w:r>
    </w:p>
    <w:p>
      <w:pPr>
        <w:jc w:val="right"/>
      </w:pPr>
      <w:r>
        <w:t>اور اللہ کو under estimateکررہاہے۔</w:t>
      </w:r>
    </w:p>
    <w:p>
      <w:r>
        <w:rPr>
          <w:b/>
        </w:rPr>
        <w:t xml:space="preserve">[1:34:57] </w:t>
      </w:r>
      <w:r>
        <w:t>khud pukaro Allah ko. khud Allah se jo kehna hai kaho. baqi haji jao wahan dua karo tumhare liye. chahay gilaaf e Kaaba pakar kar kare ya kaise bhi kare.</w:t>
      </w:r>
    </w:p>
    <w:p>
      <w:pPr>
        <w:jc w:val="right"/>
      </w:pPr>
      <w:r>
        <w:t>خود پکارواللہکو ۔خود اللہ سے جو کہناہےکہو۔ باقیحاجیجاکروہاںدعاکرےتمہارےلیے۔ چاہے غلاف کعبہپکڑ کر کرےیایا کیسےبھیکرے۔</w:t>
      </w:r>
    </w:p>
    <w:p>
      <w:r>
        <w:rPr>
          <w:b/>
        </w:rPr>
        <w:t xml:space="preserve">[1:35:09] </w:t>
      </w:r>
      <w:r>
        <w:t>is ka koi faida aap ko nahi milnay wala hai. yeh bilkul baseless baat hai. yeh yeh is ko kehte hain Quran mein aamani. khush fehmi.</w:t>
      </w:r>
    </w:p>
    <w:p>
      <w:pPr>
        <w:jc w:val="right"/>
      </w:pPr>
      <w:r>
        <w:t>اسکاکوئیفائدہ آپکونہیں ملنےوالاہے۔ یہبالکل بیسلیسباتہے۔ یہ یہاسکوکہتےہیںقرآنمیںآمانی ۔ خوشفہمی۔</w:t>
      </w:r>
    </w:p>
    <w:p>
      <w:r>
        <w:rPr>
          <w:b/>
        </w:rPr>
        <w:t xml:space="preserve">[1:35:19] </w:t>
      </w:r>
      <w:r>
        <w:t>Wishful thinking yeh sab aamani hain, aamani. is ka ta'alluq Islam se hargiz nahi hai.</w:t>
      </w:r>
    </w:p>
    <w:p>
      <w:pPr>
        <w:jc w:val="right"/>
      </w:pPr>
      <w:r>
        <w:t>Wishfulthinking یہسب آمانیہیں،آمانی ۔ اسکا تعلق اسلام سےہرگزنہیںہے۔</w:t>
      </w:r>
    </w:p>
    <w:p>
      <w:r>
        <w:rPr>
          <w:b/>
        </w:rPr>
        <w:t xml:space="preserve">[1:35:27] </w:t>
      </w:r>
      <w:r>
        <w:t>Maulana, agla sawal aaya hai Anantnag Kashmir se Mr. Amir jinka. unhon ne likha hai: How can a person increase his or her wisdom? Is it God-given?</w:t>
      </w:r>
    </w:p>
    <w:p>
      <w:pPr>
        <w:jc w:val="right"/>
      </w:pPr>
      <w:r>
        <w:t>مولانا،اگلاسوال آیاہے اننت ناگکشمیرسے مسٹر عامر جن کا۔انہوں نےلکھاہے: How cana person increase his orher wisdom ?Is it God -giv en?</w:t>
      </w:r>
    </w:p>
    <w:p>
      <w:r>
        <w:rPr>
          <w:b/>
        </w:rPr>
        <w:t xml:space="preserve">[1:35:45] </w:t>
      </w:r>
      <w:r>
        <w:t>dekhiye, wisdom jo hai, jahan tak mein ne samjha hai, distraction-free mind ka nateeja hai.</w:t>
      </w:r>
    </w:p>
    <w:p>
      <w:pPr>
        <w:jc w:val="right"/>
      </w:pPr>
      <w:r>
        <w:t>دیکھیے،wisdomجوہے، جہاںتک میںنےسمجھاہے، dist rac tion -free mind کا نتیجہہے۔</w:t>
      </w:r>
    </w:p>
    <w:p>
      <w:r>
        <w:rPr>
          <w:b/>
        </w:rPr>
        <w:t xml:space="preserve">[1:35:55] </w:t>
      </w:r>
      <w:r>
        <w:t>agar aap ne koi aap bacha sakein distraction se to bas wisdom aap ko naqd mil jaye gi.</w:t>
      </w:r>
    </w:p>
    <w:p>
      <w:pPr>
        <w:jc w:val="right"/>
      </w:pPr>
      <w:r>
        <w:t>اگر آپ نے کوئیآپ بچاسکیں dist rac tionسے تو بس wisdomآپکو نقدملجائےگی۔</w:t>
      </w:r>
    </w:p>
    <w:p>
      <w:r>
        <w:rPr>
          <w:b/>
        </w:rPr>
        <w:t xml:space="preserve">[1:36:03] </w:t>
      </w:r>
      <w:r>
        <w:t>Wisdom already yahan par hai, already hai. lekin jo distraction hai, is ki wajah se aap us se mehroom ho jatay hain.</w:t>
      </w:r>
    </w:p>
    <w:p>
      <w:pPr>
        <w:jc w:val="right"/>
      </w:pPr>
      <w:r>
        <w:t>W isdom alreadyیہاںپرہے، alreadyہے۔ لیکن جو distrac tionہے، اسکیوجہسےآپاسسے محرومہوجاتےہیں۔</w:t>
      </w:r>
    </w:p>
    <w:p>
      <w:r>
        <w:rPr>
          <w:b/>
        </w:rPr>
        <w:t xml:space="preserve">[1:36:16] </w:t>
      </w:r>
      <w:r>
        <w:t>Distraction ka matlab yeh hai ke aap ko yani har cheez, mein mein dekhta hoon logon ko ke har har baat in ko distract karti rehti hai.</w:t>
      </w:r>
    </w:p>
    <w:p>
      <w:pPr>
        <w:jc w:val="right"/>
      </w:pPr>
      <w:r>
        <w:t>Distractionکامطلبیہہےکہآپکو یعنی ہرچیز ، میں میںدیکھتاہوںلوگوںکو کہہرہربات انکو distractکرتیرہتیہے۔</w:t>
      </w:r>
    </w:p>
    <w:p>
      <w:r>
        <w:rPr>
          <w:b/>
        </w:rPr>
        <w:t xml:space="preserve">[1:36:27] </w:t>
      </w:r>
      <w:r>
        <w:t>agar aap wisdom chahte hain to aap ko apne ko concentration lana pare ga. apne ko dedicate karna pare ga.</w:t>
      </w:r>
    </w:p>
    <w:p>
      <w:pPr>
        <w:jc w:val="right"/>
      </w:pPr>
      <w:r>
        <w:t>اگر آپ wisdomچاہتےہیںتو آپکو اپنے کو con cent rationلاناپڑےگا۔اپنےکوdedic ateکرناپڑےگا۔</w:t>
      </w:r>
    </w:p>
    <w:p>
      <w:r>
        <w:rPr>
          <w:b/>
        </w:rPr>
        <w:t xml:space="preserve">[1:36:37] </w:t>
      </w:r>
      <w:r>
        <w:t>aap ko wisdom hi ko apna super culture banana pare ga.</w:t>
      </w:r>
    </w:p>
    <w:p>
      <w:pPr>
        <w:jc w:val="right"/>
      </w:pPr>
      <w:r>
        <w:t>آپکو wisdomہیکواپنا super culture بناناپڑےگا۔</w:t>
      </w:r>
    </w:p>
    <w:p>
      <w:r>
        <w:rPr>
          <w:b/>
        </w:rPr>
        <w:t xml:space="preserve">[1:36:41] </w:t>
      </w:r>
      <w:r>
        <w:t>Wisdom to bilkul aap ka yani andar maujood hai wisdom. lekin aap parda daale hue hain, is liye milti nahi hai aap ko. mera tajurba to yahi hai ke distraction aik waahid cheez hai jis ki wajah se aadmi apne aap ko wisdom se mehroom kar leta hai.</w:t>
      </w:r>
    </w:p>
    <w:p>
      <w:pPr>
        <w:jc w:val="right"/>
      </w:pPr>
      <w:r>
        <w:t>Wisdomتوبالکلآپ کا یعنی اندرموجود ہے wisdom ۔ لیکن آپ پردہڈالےہوئےہیں،اسلیےملتینہیںہےآپکو۔ میراتجربہتویہیہے کہ distrac tion ایک واحد چیزہے جسکیوجہسےآدمی اپنےآپکوwisdomسےمحرومکرلیتاہے۔</w:t>
      </w:r>
    </w:p>
    <w:p>
      <w:r>
        <w:rPr>
          <w:b/>
        </w:rPr>
        <w:t xml:space="preserve">[1:37:03] </w:t>
      </w:r>
      <w:r>
        <w:t>Maulana, agla sawal Srinagar se hai Shafi Ahmed Dar sahib ka. unhon ne likha hai: Is doing strike yani harrtal permitted in Islam as we have seen fourteen thousand strikes since last twenty years and these hartals are called by our religious leaders?</w:t>
      </w:r>
    </w:p>
    <w:p>
      <w:pPr>
        <w:jc w:val="right"/>
      </w:pPr>
      <w:r>
        <w:t>مولانا،اگلاسوال سری نگرسےہے شفیعاحمد ڈارصاحبکا۔انہوںنےلکھاہے: Is do ing strike یعنیہڑتال permitted inIslam as wehaveseen fourteen thousandstrikes since last twentyyears and these hartals are called by ourrelig iouslead ers?</w:t>
      </w:r>
    </w:p>
    <w:p>
      <w:r>
        <w:rPr>
          <w:b/>
        </w:rPr>
        <w:t xml:space="preserve">[1:37:26] </w:t>
      </w:r>
      <w:r>
        <w:t>yeh dekhiye, Islam abhi mein ne jo baat kahi ke Islam mein Allah ke ka tareeqa kya hai, is ka aik authentic version Rasool Allah (SAW) ke zariye preserve ho gaya, mehfooz ho gaya.</w:t>
      </w:r>
    </w:p>
    <w:p>
      <w:pPr>
        <w:jc w:val="right"/>
      </w:pPr>
      <w:r>
        <w:t>یہدیکھیے، اسلام ابھیمیںنےجوباتکہی کہاسلام میں اللہ کےکاطریقہکیاہے، اسکا ایک authentic version رسولاللہصلیاللہعلیہوسلم کےذریعے preserveہوگیا ، محفوظہوگیا۔</w:t>
      </w:r>
    </w:p>
    <w:p>
      <w:r>
        <w:rPr>
          <w:b/>
        </w:rPr>
        <w:t xml:space="preserve">[1:37:43] </w:t>
      </w:r>
      <w:r>
        <w:t>ab is tarah ka sawal hi bilkul be maani hai. dekhna yeh chahiye ke kya Rasool Allah aap ke Sahaba harrtal karte thay? Woh saare waqiat wahan hotay thay jo jis ko le kar aaj harrtal ki jati hai.</w:t>
      </w:r>
    </w:p>
    <w:p>
      <w:pPr>
        <w:jc w:val="right"/>
      </w:pPr>
      <w:r>
        <w:t>اباسطرح کاسوال ہیبالکل بےمعنیہے۔ دیکھنایہچاہیےکہکیا رسولاللہ آپ کےصحابہ ہڑتالکرتے تھے ؟ وہ سارے واقعات وہاںہوتےتھے جو جسکولےکرآجہڑتالکیجاتیہے۔</w:t>
      </w:r>
    </w:p>
    <w:p>
      <w:r>
        <w:rPr>
          <w:b/>
        </w:rPr>
        <w:t xml:space="preserve">[1:37:56] </w:t>
      </w:r>
      <w:r>
        <w:t>harrtal, strike, protest yeh sab hota hai aaj kal, yeh sab wahan hotay thay. lekin Rasool Allah ne aur aap ke Sahaba ne kabhi bhi aisa nahi kiya ke aap harrtal karein, protest karein, strike karein.</w:t>
      </w:r>
    </w:p>
    <w:p>
      <w:pPr>
        <w:jc w:val="right"/>
      </w:pPr>
      <w:r>
        <w:t>ہڑتال ،strike،protest یہسبجوہوتاہےآجکل ، یہسبوہاںہوتےتھے۔ لیکن رسولاللہنے اورآپکے صحابہنےکبھی بھی ایسانہیںکیا کہآپہڑتال کریں،protest کریں، strikeکریں۔</w:t>
      </w:r>
    </w:p>
    <w:p>
      <w:r>
        <w:rPr>
          <w:b/>
        </w:rPr>
        <w:t xml:space="preserve">[1:38:10] </w:t>
      </w:r>
      <w:r>
        <w:t>to bas yeh hi baat kaafi hai is baat samajhne ki ke yeh un-Islamic hai. yeh bilkul hi galat hai.</w:t>
      </w:r>
    </w:p>
    <w:p>
      <w:pPr>
        <w:jc w:val="right"/>
      </w:pPr>
      <w:r>
        <w:t>تو بسیہی ب اتکا فیہےاسباتسمجھنےکیکہیہ un islamicہے۔ یہ بالکل ہیغلطہے۔</w:t>
      </w:r>
    </w:p>
    <w:p>
      <w:r>
        <w:rPr>
          <w:b/>
        </w:rPr>
        <w:t xml:space="preserve">[1:38:20] </w:t>
      </w:r>
      <w:r>
        <w:t>Hadees mein aata hai ke man radd fi amrina hadha ma laysa minhu fa huwa mardood. keh hamare deen mein jo shakhs aisi baat nikale jo is mein na ho to woh rejected hai, woh us ko radd kar diya jaye ga.</w:t>
      </w:r>
    </w:p>
    <w:p>
      <w:pPr>
        <w:jc w:val="right"/>
      </w:pPr>
      <w:r>
        <w:t>حدیث میںآتاہےکہمنرد ث فیامرناھذا مایہزمین فورۃ کہہمارےدینمیںجو شخص ایسیباتنکال نکالےجواسمیںنہہو تو وہ rejectedہے،وہ اسکوردکردیاجائےگا۔</w:t>
      </w:r>
    </w:p>
    <w:p>
      <w:r>
        <w:rPr>
          <w:b/>
        </w:rPr>
        <w:t xml:space="preserve">[1:38:35] </w:t>
      </w:r>
      <w:r>
        <w:t>to jab deen mein hartal nahin hai, dil mein protest nahin hai, dil mein jaloos nahin hai, deen mein naara baazi nahin hai to sab woh radd hai, woh jo kare woh galat kaam karta hai, Allah ka pakra jayega woh.</w:t>
      </w:r>
    </w:p>
    <w:p>
      <w:pPr>
        <w:jc w:val="right"/>
      </w:pPr>
      <w:r>
        <w:t>تو جب دینمیں ہڑتالنہیںہے،دلمیںprotest نہیںہے،دلمیںجلوسنہیںہے، دینمیںنعرہبازی نہیںہے تو سب وہردہے،وہ جو کرےوہ غلطکام کرتاہے،اللہکاپکڑاجائےگاوہ ۔</w:t>
      </w:r>
    </w:p>
    <w:p>
      <w:r>
        <w:rPr>
          <w:b/>
        </w:rPr>
        <w:t xml:space="preserve">[1:38:48] </w:t>
      </w:r>
      <w:r>
        <w:t>isi ayek hadees mein saari baat ka jawab hai man radd fi amrina hadha ma laysa minhu. Iska tarjuma yeh hai ke jo shakhs hamare deen mein aisi baat nikale jo ismein na ho,</w:t>
      </w:r>
    </w:p>
    <w:p>
      <w:pPr>
        <w:jc w:val="right"/>
      </w:pPr>
      <w:r>
        <w:t>اسیایکہیحدیثمیں ساریباتکاجوابہے منرد ث فی امرناھذا مایہزمین فورۃ اسکاترجمہیہہےکہجو شخص ہمارےدینمیں ایسی باتنکالے جو اسمیںنہہو ،</w:t>
      </w:r>
    </w:p>
    <w:p>
      <w:r>
        <w:rPr>
          <w:b/>
        </w:rPr>
        <w:t xml:space="preserve">[1:39:04] </w:t>
      </w:r>
      <w:r>
        <w:t>yaani Quran mein, hadees mein na ho to usko radd kar diya jayega. Woh rejected ho jayegi. Bas ayek baat mein saari baaton ka jawab hai.</w:t>
      </w:r>
    </w:p>
    <w:p>
      <w:pPr>
        <w:jc w:val="right"/>
      </w:pPr>
      <w:r>
        <w:t>یعنیقرآنمیں،حدیثمیںنہہو تو اسکو ردکردیا جائےگا۔ وہ rejectedہوجائےگی۔ بساسیایکباتمیںساریباتوںکاجوابہے۔</w:t>
      </w:r>
    </w:p>
    <w:p>
      <w:r>
        <w:rPr>
          <w:b/>
        </w:rPr>
        <w:t xml:space="preserve">[1:39:19] </w:t>
      </w:r>
      <w:r>
        <w:t>Maulana, agla sawal Bangalore se hai Javed sahab ka. Unhone likha hai: How can one avoid a negative response and stay in a positive frame of mind? Kindly advise us.</w:t>
      </w:r>
    </w:p>
    <w:p>
      <w:pPr>
        <w:jc w:val="right"/>
      </w:pPr>
      <w:r>
        <w:t>مولانا،اگلاسوال بینگلورسےہے جاویدصاحبکا۔انہوںنےلکھاہے: How can one avoid aneg ative response and stayinapos itiveframeof mind ?Kindly adv iseus.</w:t>
      </w:r>
    </w:p>
    <w:p>
      <w:r>
        <w:rPr>
          <w:b/>
        </w:rPr>
        <w:t xml:space="preserve">[1:39:33] </w:t>
      </w:r>
      <w:r>
        <w:t>Ab yeh toh apne ko train karna padega, apne ko apni soch ko develop karna padega.</w:t>
      </w:r>
    </w:p>
    <w:p>
      <w:pPr>
        <w:jc w:val="right"/>
      </w:pPr>
      <w:r>
        <w:t>ابیہتو اپنے کوtrainکرناپڑےگا، اپنےکو اپنی سوچکوdevelop کرناپڑےگا۔</w:t>
      </w:r>
    </w:p>
    <w:p>
      <w:r>
        <w:rPr>
          <w:b/>
        </w:rPr>
        <w:t xml:space="preserve">[1:39:40] </w:t>
      </w:r>
      <w:r>
        <w:t>Kyunke aadmi ek aisa duniya mein hai jahan toh jo negativity ka jangla hai. Aap agar aap chahein ke negativity ka jangla yahan na ho toh aap aap chahein ge ke Allah ke iskiyon aap things ko badalna chahte hain?</w:t>
      </w:r>
    </w:p>
    <w:p>
      <w:pPr>
        <w:jc w:val="right"/>
      </w:pPr>
      <w:r>
        <w:t>کیونکہآدمیایکایسیدنیا میںہےجہاںتو جو neg ativ ityکاجنگلہے۔ آپ اگر آپچاہیںکہ neg ativ ityکاجنگلیہاںنہہوتوآپ آپچاہیںگے کہ اللہ کے اسکیوںآپthingsکوبدلناچاہتےہیں؟</w:t>
      </w:r>
    </w:p>
    <w:p>
      <w:r>
        <w:rPr>
          <w:b/>
        </w:rPr>
        <w:t xml:space="preserve">[1:39:55] </w:t>
      </w:r>
      <w:r>
        <w:t>Allah ne jo duniya ko banaya hai, wahan toh negativity ka jangla rahega. Ab agar aap ko chahte hain ke Allah ki blessing aap ko mile, Allah ki rehmat aap ko mile, Allah ka reward mile toh apne ko bachaiye isse.</w:t>
      </w:r>
    </w:p>
    <w:p>
      <w:pPr>
        <w:jc w:val="right"/>
      </w:pPr>
      <w:r>
        <w:t>اللہ نے جو دنیا کوبنایاہے،وہاںتوnegativ ityکاجنگلرہےگا۔ اباگرآپ کو چ اہتےہیںکہاللہ کیblessingآپکوملے، اللہ کیرحمتآپکوملے،اللہ کاreward ملے تو اپنے کوبچائیےاسسے ۔</w:t>
      </w:r>
    </w:p>
    <w:p>
      <w:r>
        <w:rPr>
          <w:b/>
        </w:rPr>
        <w:t xml:space="preserve">[1:40:11] </w:t>
      </w:r>
      <w:r>
        <w:t>Hazrat Umar ne behtar sahih kaha tha ke jab tum jung ke duniya ek ek kaantey daar jhaadi ke maanind hai, ismein chalne ka tareeqa kya hai? Apne kapde ko sambhal lo.</w:t>
      </w:r>
    </w:p>
    <w:p>
      <w:pPr>
        <w:jc w:val="right"/>
      </w:pPr>
      <w:r>
        <w:t>حضرتعمر نےبہتصحیحکہاکہ کہجب تم جنگ کہدنیا ایک ایک کانٹےدار جھاڑیکیمانندہے، اسمیں چلنےکاطریقہکیاہے؟اپنےکپڑےکوسنبھاللو۔</w:t>
      </w:r>
    </w:p>
    <w:p>
      <w:r>
        <w:rPr>
          <w:b/>
        </w:rPr>
        <w:t xml:space="preserve">[1:40:28] </w:t>
      </w:r>
      <w:r>
        <w:t>Apne kapde sambhal ke nikal jao. Kaantey daar jhaadi khatam nahin hogi. Negativity ka jangla khatam nahin hoga.</w:t>
      </w:r>
    </w:p>
    <w:p>
      <w:pPr>
        <w:jc w:val="right"/>
      </w:pPr>
      <w:r>
        <w:t>اپنے کپ ڑاسنبھالکےنکلجاؤ ۔ کانٹےدار جھاڑیختمنہیںہوگی۔ neg ativ ityکاجنگلختمنہیںہوگا۔</w:t>
      </w:r>
    </w:p>
    <w:p>
      <w:r>
        <w:rPr>
          <w:b/>
        </w:rPr>
        <w:t xml:space="preserve">[1:40:36] </w:t>
      </w:r>
      <w:r>
        <w:t>Hum apne aap ko bachate hue, bachate hue, bachate hue isse nikal jayen. Bas yahi possible hai.</w:t>
      </w:r>
    </w:p>
    <w:p>
      <w:pPr>
        <w:jc w:val="right"/>
      </w:pPr>
      <w:r>
        <w:t>ہم اپنےآپکو بچاتےہوئے،بچاتےہوئے،بچاتےہوئےاسسےنکلجائیں۔ بسیہی poss ibleہے۔</w:t>
      </w:r>
    </w:p>
    <w:p>
      <w:r>
        <w:rPr>
          <w:b/>
        </w:rPr>
        <w:t xml:space="preserve">[1:40:44] </w:t>
      </w:r>
      <w:r>
        <w:t>Maulana, agla sawal Delhi se hai Maulana Shariq Hussain ka. Unhone likha hai: Haj par jaane wale aadmi se dua ke liye kehne ke liye log Prophet ke ek event se lete hain.</w:t>
      </w:r>
    </w:p>
    <w:p>
      <w:pPr>
        <w:jc w:val="right"/>
      </w:pPr>
      <w:r>
        <w:t>مولانا،اگلاسوال دلیسےہے مول انا شارقحس ینکا ۔انہوںنےلکھاہے: حجپر جانےوالے آدمیسے دعاکےلیے کہنےکیدل یل لوگ Prophetکےایک event سےلیتےہیں۔</w:t>
      </w:r>
    </w:p>
    <w:p>
      <w:r>
        <w:rPr>
          <w:b/>
        </w:rPr>
        <w:t xml:space="preserve">[1:40:57] </w:t>
      </w:r>
      <w:r>
        <w:t>Ek baar jab Hazrat Umar Haj par ja rahe the, us waqt Prophet ne unse kaha ke la tansana fi du'aika ya akhi.</w:t>
      </w:r>
    </w:p>
    <w:p>
      <w:pPr>
        <w:jc w:val="right"/>
      </w:pPr>
      <w:r>
        <w:t>ایکبار جب حضرت عمر حجپرجارہےتھے ، اس وقت Prophetنےانسے کہا کہ لا تنسنا في دعائك ياأخ ي۔</w:t>
      </w:r>
    </w:p>
    <w:p>
      <w:r>
        <w:rPr>
          <w:b/>
        </w:rPr>
        <w:t xml:space="preserve">[1:41:08] </w:t>
      </w:r>
      <w:r>
        <w:t>uske bare</w:t>
      </w:r>
    </w:p>
    <w:p>
      <w:pPr>
        <w:jc w:val="right"/>
      </w:pPr>
      <w:r>
        <w:t>اسکےبارے</w:t>
      </w:r>
    </w:p>
    <w:p>
      <w:r>
        <w:rPr>
          <w:b/>
        </w:rPr>
        <w:t xml:space="preserve">[1:41:09] </w:t>
      </w:r>
      <w:r>
        <w:t>mein. Dekhiye, yeh ek cheez ko lekar aap kehte hain, lekin kya saare Sahaba ka yeh mamool tha? Koi koi doosra waqe nahin.</w:t>
      </w:r>
    </w:p>
    <w:p>
      <w:pPr>
        <w:jc w:val="right"/>
      </w:pPr>
      <w:r>
        <w:t>میں۔دیکھیے، یہ ایکچیزکولےکرآپ کہتےہیں ،لیکن کیا سارےصحابہکایہمعمولتھا ؟ کوئیکوئیدوسرا واقع ہنہیں ۔</w:t>
      </w:r>
    </w:p>
    <w:p>
      <w:r>
        <w:rPr>
          <w:b/>
        </w:rPr>
        <w:t xml:space="preserve">[1:41:18] </w:t>
      </w:r>
      <w:r>
        <w:t>Yeh toh bas ek akhlaqi baat thi. Main bhi ek kehta hoon kisi se is tarah se. Bahut si baatein akhlaqi taur par kahi jaati hain. Woh toh usool nahin hoti hain. Woh aur agar usool hoti toh har Sahabi is par amal karta.</w:t>
      </w:r>
    </w:p>
    <w:p>
      <w:pPr>
        <w:jc w:val="right"/>
      </w:pPr>
      <w:r>
        <w:t>یہتو بس ایکاخلاقیباتتھی۔ میںبھیایک کہتاہوںکسی سےاسطرحسے ۔ بہت سیباتیںاخلاقیطورپرکہیجاتیہیں۔ وہتواصولنہیںہوتیہیں۔وہ اوراگر اصولہوتیتوہرصحابی اسپرعملکرتا۔</w:t>
      </w:r>
    </w:p>
    <w:p>
      <w:r>
        <w:rPr>
          <w:b/>
        </w:rPr>
        <w:t xml:space="preserve">[1:41:34] </w:t>
      </w:r>
      <w:r>
        <w:t>Humein aaj koi saboot nahin maloom hadeeson mein ke har Sahabi is par amal karta tha. Toh woh ayek akhlaqi baat thi bas.</w:t>
      </w:r>
    </w:p>
    <w:p>
      <w:pPr>
        <w:jc w:val="right"/>
      </w:pPr>
      <w:r>
        <w:t>ہمیں آجکوئیثبوت نہیں معلوم حدیثوںمیں کہہرصحابیاسپرعملکرتاتھا۔ تو وہایکاخلاقیباتتھیبس۔</w:t>
      </w:r>
    </w:p>
    <w:p>
      <w:r>
        <w:rPr>
          <w:b/>
        </w:rPr>
        <w:t xml:space="preserve">[1:41:45] </w:t>
      </w:r>
      <w:r>
        <w:t>Isse zyada iski koi haqeeqat nahin hai. Maulana, yeh sawal Delhi se hai Shah Imran Hassan sahab ka. Unhone likha hai: Aapke mission mein Dr. Zafar Islam Khan ka contribution kya hai?</w:t>
      </w:r>
    </w:p>
    <w:p>
      <w:pPr>
        <w:jc w:val="right"/>
      </w:pPr>
      <w:r>
        <w:t>اسسےزیادہ اسکیکوئیحقیقتنہیںہے۔ مولانا،یہسوال دلیسےہے شاہعمرانحسنصاحبکا۔انہوںنےلکھاہے: آپکے مشنمیں ڈاکٹر ظفر الاسلام خان کا cont ribu tionکیا ہے ؟</w:t>
      </w:r>
    </w:p>
    <w:p>
      <w:r>
        <w:rPr>
          <w:b/>
        </w:rPr>
        <w:t xml:space="preserve">[1:41:57] </w:t>
      </w:r>
      <w:r>
        <w:t>Iske bare mein bataiye. Bahut bada hai. Unhone risala niklwaya.</w:t>
      </w:r>
    </w:p>
    <w:p>
      <w:pPr>
        <w:jc w:val="right"/>
      </w:pPr>
      <w:r>
        <w:t>اسکےبارےمیںبت ائیں۔ بہت بڑاہے۔ انہوں نے رس الہنکلوایا۔</w:t>
      </w:r>
    </w:p>
    <w:p>
      <w:r>
        <w:rPr>
          <w:b/>
        </w:rPr>
        <w:t xml:space="preserve">[1:42:04] </w:t>
      </w:r>
      <w:r>
        <w:t>Unhone Islam United Arab zaban mein chhapi. Aur woh bahut hi critical waqt mein bahut paisa diya unhone is mission ko. Barabar dete rahe.</w:t>
      </w:r>
    </w:p>
    <w:p>
      <w:pPr>
        <w:jc w:val="right"/>
      </w:pPr>
      <w:r>
        <w:t>انہوںنے اسلام متحدہ عربیزبان میںچھاپی۔ اور وہ بہت ہی crit icalوقتمیںبہت پیسہدیاانہوںنےاسمشنکو۔ برابردیتےرہے۔</w:t>
      </w:r>
    </w:p>
    <w:p>
      <w:r>
        <w:rPr>
          <w:b/>
        </w:rPr>
        <w:t xml:space="preserve">[1:42:15] </w:t>
      </w:r>
      <w:r>
        <w:t>Aaj bhi woh hamare saath hain. Jo log propaganda karte hain, woh jhootha propaganda karte hain. Yaani iski jad mein inka haath hai, jad mein iski.</w:t>
      </w:r>
    </w:p>
    <w:p>
      <w:pPr>
        <w:jc w:val="right"/>
      </w:pPr>
      <w:r>
        <w:t>آجبھی وہہمارےساتھ ہیں۔ جولوگ پروپیگنڈاکرتےہیں،وہجھوٹاپروپیگنڈاکرتے ہیں۔ یعنیاسکیجڑمیں انکاہاتھہے،جڑمیں اسکی۔</w:t>
      </w:r>
    </w:p>
    <w:p>
      <w:r>
        <w:rPr>
          <w:b/>
        </w:rPr>
        <w:t xml:space="preserve">[1:42:28] </w:t>
      </w:r>
      <w:r>
        <w:t>Yeh maine likha hai apni diary mein ya mazmoon mein kahin ke</w:t>
      </w:r>
    </w:p>
    <w:p>
      <w:pPr>
        <w:jc w:val="right"/>
      </w:pPr>
      <w:r>
        <w:t>یہمیںنےلکھاہے اپنی ڈ ائریمیںیامضمونمیںکہیں کہ</w:t>
      </w:r>
    </w:p>
    <w:p>
      <w:r>
        <w:rPr>
          <w:b/>
        </w:rPr>
        <w:t xml:space="preserve">[1:42:37] </w:t>
      </w:r>
      <w:r>
        <w:t>Unhone bahut hi nazuk mauqe par kaafi paisa diya is mission ko. Unhone risala niklwaya. Aur Ali Islam sabse pehle unhone chhapi thi.</w:t>
      </w:r>
    </w:p>
    <w:p>
      <w:pPr>
        <w:jc w:val="right"/>
      </w:pPr>
      <w:r>
        <w:t>انہوں نے بہت ہینازکموقعپر کافی پیسہدیا اس مشنکو ۔انہوں نے رسالہنکلوایا۔ اور علیاسلام سبسےپہلےانہوںنےچھپائیتھی۔</w:t>
      </w:r>
    </w:p>
    <w:p>
      <w:r>
        <w:rPr>
          <w:b/>
        </w:rPr>
        <w:t xml:space="preserve">[1:42:46] </w:t>
      </w:r>
      <w:r>
        <w:t>Pehli kitaab chhapti thi, pehli kitaab. Ali Islam. Unhone chhapi thi.</w:t>
      </w:r>
    </w:p>
    <w:p>
      <w:pPr>
        <w:jc w:val="right"/>
      </w:pPr>
      <w:r>
        <w:t>پہلیکتاب چھپیتھی،پہلیکتاب ۔علیاسلام ۔ انہوںنےچھپائیتھی۔</w:t>
      </w:r>
    </w:p>
    <w:p>
      <w:r>
        <w:rPr>
          <w:b/>
        </w:rPr>
        <w:t xml:space="preserve">[1:42:51] </w:t>
      </w:r>
      <w:r>
        <w:t>Phir jo kitaabein aayi thin Urdu mein, Mazhab aur Jadeed Challenge, isko Arabi mein bahut shandar tareeqe par unhone Arab duniya mein chhapa.</w:t>
      </w:r>
    </w:p>
    <w:p>
      <w:pPr>
        <w:jc w:val="right"/>
      </w:pPr>
      <w:r>
        <w:t>پھرجوکتاب یںآئیںتھیںاردومیں، مذہباورجدیدچیلنج، اسکو عربیمیںبہت شاندار طریقےپرانہوںنے عرب دنیا میں چھپایا۔</w:t>
      </w:r>
    </w:p>
    <w:p>
      <w:r>
        <w:rPr>
          <w:b/>
        </w:rPr>
        <w:t xml:space="preserve">[1:42:59] </w:t>
      </w:r>
      <w:r>
        <w:t>Aur saari duniya mein is mission ka taaruf hua. Abhi bhi woh hamare saath hain.</w:t>
      </w:r>
    </w:p>
    <w:p>
      <w:pPr>
        <w:jc w:val="right"/>
      </w:pPr>
      <w:r>
        <w:t>اور ساریدنیا میں اسمشنکا تعارفہوا۔ ابھیبھیوہہمارےساتھ ہیں۔</w:t>
      </w:r>
    </w:p>
    <w:p>
      <w:r>
        <w:rPr>
          <w:b/>
        </w:rPr>
        <w:t xml:space="preserve">[1:43:09] </w:t>
      </w:r>
      <w:r>
        <w:t>yeh to jhoota propaganda hai. jhoota propaganda hai.</w:t>
      </w:r>
    </w:p>
    <w:p>
      <w:pPr>
        <w:jc w:val="right"/>
      </w:pPr>
      <w:r>
        <w:t>یہتو جھوٹاپروپیگنڈاایکہے۔ جھوٹاپروپیگنڈاہے۔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