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Oriented Life (English) January 6, 2007 Maulana Wahiduddin Khan</w:t>
      </w:r>
    </w:p>
    <w:p>
      <w:r>
        <w:t>https://www.youtube.com/watch?v=kjKfha7l8uo</w:t>
      </w:r>
    </w:p>
    <w:p>
      <w:r>
        <w:rPr>
          <w:b/>
        </w:rPr>
        <w:t xml:space="preserve">[00:10] </w:t>
      </w:r>
      <w:r>
        <w:t>Bismillah Rehman ur Rahim, wa salallahu ala nabiyyil karim. Rab ishrah li sadri, wa yassir li amri,</w:t>
      </w:r>
    </w:p>
    <w:p>
      <w:pPr>
        <w:jc w:val="right"/>
      </w:pPr>
      <w:r>
        <w:t>بسم اللہ الرحمن الرحیم، وصلی اللہ علی النبی الکریم۔ رب اشرح لی صدری، ویسر لی امری،</w:t>
      </w:r>
    </w:p>
    <w:p>
      <w:r>
        <w:rPr>
          <w:b/>
        </w:rPr>
        <w:t xml:space="preserve">[00:25] </w:t>
      </w:r>
      <w:r>
        <w:t>wahl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[00:35] </w:t>
      </w:r>
      <w:r>
        <w:t>The subject of the present talk is God oriented life.</w:t>
      </w:r>
    </w:p>
    <w:p>
      <w:pPr>
        <w:jc w:val="right"/>
      </w:pPr>
      <w:r>
        <w:t>دا سبجیکٹ آف دا پریزنٹ ٹاک از گاڈ اورینٹڈ لائف۔</w:t>
      </w:r>
    </w:p>
    <w:p>
      <w:r>
        <w:rPr>
          <w:b/>
        </w:rPr>
        <w:t xml:space="preserve">[00:49] </w:t>
      </w:r>
      <w:r>
        <w:t>God oriented life.</w:t>
      </w:r>
    </w:p>
    <w:p>
      <w:pPr>
        <w:jc w:val="right"/>
      </w:pPr>
      <w:r>
        <w:t>گاڈ اورینٹڈ لائف۔</w:t>
      </w:r>
    </w:p>
    <w:p>
      <w:r>
        <w:rPr>
          <w:b/>
        </w:rPr>
        <w:t xml:space="preserve">[00:54] </w:t>
      </w:r>
      <w:r>
        <w:t>It means</w:t>
      </w:r>
    </w:p>
    <w:p>
      <w:pPr>
        <w:jc w:val="right"/>
      </w:pPr>
      <w:r>
        <w:t>اٹ مینز</w:t>
      </w:r>
    </w:p>
    <w:p>
      <w:r>
        <w:rPr>
          <w:b/>
        </w:rPr>
        <w:t xml:space="preserve">[01:01] </w:t>
      </w:r>
      <w:r>
        <w:t>how to live a life</w:t>
      </w:r>
    </w:p>
    <w:p>
      <w:pPr>
        <w:jc w:val="right"/>
      </w:pPr>
      <w:r>
        <w:t>ہاؤ ٹو لیو ا لائف</w:t>
      </w:r>
    </w:p>
    <w:p>
      <w:r>
        <w:rPr>
          <w:b/>
        </w:rPr>
        <w:t xml:space="preserve">[01:08] </w:t>
      </w:r>
      <w:r>
        <w:t>that is required by God.</w:t>
      </w:r>
    </w:p>
    <w:p>
      <w:pPr>
        <w:jc w:val="right"/>
      </w:pPr>
      <w:r>
        <w:t>دیٹ از ریکوائرڈ بائی گاڈ۔</w:t>
      </w:r>
    </w:p>
    <w:p>
      <w:r>
        <w:rPr>
          <w:b/>
        </w:rPr>
        <w:t xml:space="preserve">[01:17] </w:t>
      </w:r>
      <w:r>
        <w:t>How to manage your activities in the light of God's command. So it is God oriented life.</w:t>
      </w:r>
    </w:p>
    <w:p>
      <w:pPr>
        <w:jc w:val="right"/>
      </w:pPr>
      <w:r>
        <w:t>ہاؤ ٹو مینج یور ایکٹیویٹیز ان دا لائٹ آف گاڈز کمانڈ۔ سو اٹ از گاڈ اورینٹڈ لائف۔</w:t>
      </w:r>
    </w:p>
    <w:p>
      <w:r>
        <w:rPr>
          <w:b/>
        </w:rPr>
        <w:t xml:space="preserve">[01:35] </w:t>
      </w:r>
      <w:r>
        <w:t>Quranic word for this life style is Al-Rabaniah. or Al-Rabbani.</w:t>
      </w:r>
    </w:p>
    <w:p>
      <w:pPr>
        <w:jc w:val="right"/>
      </w:pPr>
      <w:r>
        <w:t>قرآنک ورڈ فار دس لائف آف سٹائل از الربانیہ۔ اور الربانی۔</w:t>
      </w:r>
    </w:p>
    <w:p>
      <w:r>
        <w:rPr>
          <w:b/>
        </w:rPr>
        <w:t xml:space="preserve">[01:47] </w:t>
      </w:r>
      <w:r>
        <w:t>Al-Rabbani means</w:t>
      </w:r>
    </w:p>
    <w:p>
      <w:pPr>
        <w:jc w:val="right"/>
      </w:pPr>
      <w:r>
        <w:t>الربانی مینز</w:t>
      </w:r>
    </w:p>
    <w:p>
      <w:r>
        <w:rPr>
          <w:b/>
        </w:rPr>
        <w:t xml:space="preserve">[01:51] </w:t>
      </w:r>
      <w:r>
        <w:t>Rabb wala. Al-Rabaniah means Rabb oriented life. So God oriented life means Al-Rabaniah.</w:t>
      </w:r>
    </w:p>
    <w:p>
      <w:pPr>
        <w:jc w:val="right"/>
      </w:pPr>
      <w:r>
        <w:t>رب والا۔ الربانیہ مینز رب اورینٹڈ لائف۔ سو گاڈ اورینٹڈ لائف مینز الربانیہ۔</w:t>
      </w:r>
    </w:p>
    <w:p>
      <w:r>
        <w:rPr>
          <w:b/>
        </w:rPr>
        <w:t xml:space="preserve">[02:10] </w:t>
      </w:r>
      <w:r>
        <w:t>This is the</w:t>
      </w:r>
    </w:p>
    <w:p>
      <w:pPr>
        <w:jc w:val="right"/>
      </w:pPr>
      <w:r>
        <w:t>دس از دا</w:t>
      </w:r>
    </w:p>
    <w:p>
      <w:r>
        <w:rPr>
          <w:b/>
        </w:rPr>
        <w:t xml:space="preserve">[02:14] </w:t>
      </w:r>
      <w:r>
        <w:t>best name for the life that is required by a true believer.</w:t>
      </w:r>
    </w:p>
    <w:p>
      <w:pPr>
        <w:jc w:val="right"/>
      </w:pPr>
      <w:r>
        <w:t>بیسٹ نیم فار دا لائف دیٹ از ریکوائرڈ بائی ا ٹرو بیلیور۔</w:t>
      </w:r>
    </w:p>
    <w:p>
      <w:r>
        <w:rPr>
          <w:b/>
        </w:rPr>
        <w:t xml:space="preserve">[02:27] </w:t>
      </w:r>
      <w:r>
        <w:t>Then I would like to begin with a Quranic verse.</w:t>
      </w:r>
    </w:p>
    <w:p>
      <w:pPr>
        <w:jc w:val="right"/>
      </w:pPr>
      <w:r>
        <w:t>دین آئی وڈ لائک ٹو بیگن ودا قرآنک ورس۔</w:t>
      </w:r>
    </w:p>
    <w:p>
      <w:r>
        <w:rPr>
          <w:b/>
        </w:rPr>
        <w:t xml:space="preserve">[02:39] </w:t>
      </w:r>
      <w:r>
        <w:t>Afaghayra din Allahi yabghuna wa lahul aslama min fis samawati wal ardi taw'an wa karhan wa ilayhi yurja'un.</w:t>
      </w:r>
    </w:p>
    <w:p>
      <w:pPr>
        <w:jc w:val="right"/>
      </w:pPr>
      <w:r>
        <w:t>افغیر دین اللہ یبغون ولہ اسلما من فی السماوات والارض ولہ یرجعون۔</w:t>
      </w:r>
    </w:p>
    <w:p>
      <w:r>
        <w:rPr>
          <w:b/>
        </w:rPr>
        <w:t xml:space="preserve">[02:49] </w:t>
      </w:r>
      <w:r>
        <w:t>It means that the whole universe and everything that is in our universe live the same life.</w:t>
      </w:r>
    </w:p>
    <w:p>
      <w:pPr>
        <w:jc w:val="right"/>
      </w:pPr>
      <w:r>
        <w:t>اٹ مینز دیٹ دا ہول یونیورس اینڈ ایوری تھنگ دیٹ از ان اور یونیورس لیو دا سیم لائف۔</w:t>
      </w:r>
    </w:p>
    <w:p>
      <w:r>
        <w:rPr>
          <w:b/>
        </w:rPr>
        <w:t xml:space="preserve">[03:04] </w:t>
      </w:r>
      <w:r>
        <w:t>The whole universe is God oriented universe.</w:t>
      </w:r>
    </w:p>
    <w:p>
      <w:pPr>
        <w:jc w:val="right"/>
      </w:pPr>
      <w:r>
        <w:t>دا ہول یونیورس از گاڈ اورینٹڈ یونیورس۔</w:t>
      </w:r>
    </w:p>
    <w:p>
      <w:r>
        <w:rPr>
          <w:b/>
        </w:rPr>
        <w:t xml:space="preserve">[03:09] </w:t>
      </w:r>
      <w:r>
        <w:t>you can</w:t>
      </w:r>
    </w:p>
    <w:p>
      <w:pPr>
        <w:jc w:val="right"/>
      </w:pPr>
      <w:r>
        <w:t>یو کین</w:t>
      </w:r>
    </w:p>
    <w:p>
      <w:r>
        <w:rPr>
          <w:b/>
        </w:rPr>
        <w:t xml:space="preserve">[03:14] </w:t>
      </w:r>
      <w:r>
        <w:t>we can take the example of solar system.</w:t>
      </w:r>
    </w:p>
    <w:p>
      <w:pPr>
        <w:jc w:val="right"/>
      </w:pPr>
      <w:r>
        <w:t>وی کین ٹیک دا ایگزیمپل آف سولر سسٹم۔</w:t>
      </w:r>
    </w:p>
    <w:p>
      <w:r>
        <w:rPr>
          <w:b/>
        </w:rPr>
        <w:t xml:space="preserve">[03:22] </w:t>
      </w:r>
      <w:r>
        <w:t>solar system what is solar system?</w:t>
      </w:r>
    </w:p>
    <w:p>
      <w:pPr>
        <w:jc w:val="right"/>
      </w:pPr>
      <w:r>
        <w:t>سولر سسٹم واٹ از سولر سسٹم؟</w:t>
      </w:r>
    </w:p>
    <w:p>
      <w:r>
        <w:rPr>
          <w:b/>
        </w:rPr>
        <w:t xml:space="preserve">[03:28] </w:t>
      </w:r>
      <w:r>
        <w:t>solar system means that sun is in the center and all the planets are revolving around it including our earth.</w:t>
      </w:r>
    </w:p>
    <w:p>
      <w:pPr>
        <w:jc w:val="right"/>
      </w:pPr>
      <w:r>
        <w:t>سولر سسٹم مینز دیٹ سن از ان دا سینٹر اینڈ ال دا پلینٹس ار ریوالونگ اراؤنڈ اٹ انکلوڈنگ اور ارتھ۔</w:t>
      </w:r>
    </w:p>
    <w:p>
      <w:r>
        <w:rPr>
          <w:b/>
        </w:rPr>
        <w:t xml:space="preserve">[03:47] </w:t>
      </w:r>
      <w:r>
        <w:t>is called heliocentric system.</w:t>
      </w:r>
    </w:p>
    <w:p>
      <w:pPr>
        <w:jc w:val="right"/>
      </w:pPr>
      <w:r>
        <w:t>از کالڈ ہیلیو سینٹرک سسٹم۔</w:t>
      </w:r>
    </w:p>
    <w:p>
      <w:r>
        <w:rPr>
          <w:b/>
        </w:rPr>
        <w:t xml:space="preserve">[03:54] </w:t>
      </w:r>
      <w:r>
        <w:t>so this is a demonstration</w:t>
      </w:r>
    </w:p>
    <w:p>
      <w:pPr>
        <w:jc w:val="right"/>
      </w:pPr>
      <w:r>
        <w:t>سو دس از ا ڈیمونسٹریشن</w:t>
      </w:r>
    </w:p>
    <w:p>
      <w:r>
        <w:rPr>
          <w:b/>
        </w:rPr>
        <w:t xml:space="preserve">[03:59] </w:t>
      </w:r>
      <w:r>
        <w:t>of god oriented system. so the whole world is living in such a way.</w:t>
      </w:r>
    </w:p>
    <w:p>
      <w:pPr>
        <w:jc w:val="right"/>
      </w:pPr>
      <w:r>
        <w:t>آف گاڈ اورینٹڈ سسٹم۔ سو دا ہول ورلڈ از لیونگ ان سچ ا وے۔</w:t>
      </w:r>
    </w:p>
    <w:p>
      <w:r>
        <w:rPr>
          <w:b/>
        </w:rPr>
        <w:t xml:space="preserve">[04:10] </w:t>
      </w:r>
      <w:r>
        <w:t>the whole world is living a god oriented system like solar system. so it is a physical demonstration.</w:t>
      </w:r>
    </w:p>
    <w:p>
      <w:pPr>
        <w:jc w:val="right"/>
      </w:pPr>
      <w:r>
        <w:t>دا ہول ورلڈ از لیونگ ا گاڈ اورینٹڈ سسٹم لائک سولر سسٹم۔ تو اٹ از ا فزیکل ڈیمونسٹریشن۔</w:t>
      </w:r>
    </w:p>
    <w:p>
      <w:r>
        <w:rPr>
          <w:b/>
        </w:rPr>
        <w:t xml:space="preserve">[04:22] </w:t>
      </w:r>
      <w:r>
        <w:t>we have to live just like solar system.</w:t>
      </w:r>
    </w:p>
    <w:p>
      <w:pPr>
        <w:jc w:val="right"/>
      </w:pPr>
      <w:r>
        <w:t>وی ہیو ٹو لیو جسٹ لائک سولر سسٹم۔</w:t>
      </w:r>
    </w:p>
    <w:p>
      <w:r>
        <w:rPr>
          <w:b/>
        </w:rPr>
        <w:t xml:space="preserve">[04:28] </w:t>
      </w:r>
      <w:r>
        <w:t>solar system is a well known system for us. in this system everything is</w:t>
      </w:r>
    </w:p>
    <w:p>
      <w:pPr>
        <w:jc w:val="right"/>
      </w:pPr>
      <w:r>
        <w:t>سولر سسٹم از ا ویل نون سسٹم فار اس۔ ان دس سسٹم ایوری تھنگ از</w:t>
      </w:r>
    </w:p>
    <w:p>
      <w:r>
        <w:rPr>
          <w:b/>
        </w:rPr>
        <w:t xml:space="preserve">[04:41] </w:t>
      </w:r>
      <w:r>
        <w:t>physical or material. yani all those planets are revolving around sun but in knowingly</w:t>
      </w:r>
    </w:p>
    <w:p>
      <w:pPr>
        <w:jc w:val="right"/>
      </w:pPr>
      <w:r>
        <w:t>فزیکل اور مٹیریل۔ یعنی ال دوز پلینٹس ار ریوالونگ اراؤنڈ سن بٹ ان نوئنگلی</w:t>
      </w:r>
    </w:p>
    <w:p>
      <w:r>
        <w:rPr>
          <w:b/>
        </w:rPr>
        <w:t xml:space="preserve">[04:52] </w:t>
      </w:r>
      <w:r>
        <w:t>. they follow god's command unknowingly. but man is required to do the same knowingly.</w:t>
      </w:r>
    </w:p>
    <w:p>
      <w:pPr>
        <w:jc w:val="right"/>
      </w:pPr>
      <w:r>
        <w:t>۔ دے فالو گاڈز کمانڈ ان نوئنگلی۔ بٹ مین از ریکوائرڈ ٹو ڈو دا سیم نوئنگلی۔</w:t>
      </w:r>
    </w:p>
    <w:p>
      <w:r>
        <w:rPr>
          <w:b/>
        </w:rPr>
        <w:t xml:space="preserve">[05:02] </w:t>
      </w:r>
      <w:r>
        <w:t>knowingly. here i would like to give an example.</w:t>
      </w:r>
    </w:p>
    <w:p>
      <w:pPr>
        <w:jc w:val="right"/>
      </w:pPr>
      <w:r>
        <w:t>نوئنگلی۔ ہیر آئی وڈ لائک ٹو گیو این ایگزامپل۔</w:t>
      </w:r>
    </w:p>
    <w:p>
      <w:r>
        <w:rPr>
          <w:b/>
        </w:rPr>
        <w:t xml:space="preserve">[05:11] </w:t>
      </w:r>
      <w:r>
        <w:t>a man came to the prophet of Islam in Medina. when he was in Medina and he accepted Islam.</w:t>
      </w:r>
    </w:p>
    <w:p>
      <w:pPr>
        <w:jc w:val="right"/>
      </w:pPr>
      <w:r>
        <w:t>ا مین کیم ٹو دا پرافٹ آف اسلام ان مدینہ۔ وین ہی واز ان مدینہ اینڈ ہی ایکسیپٹڈ اسلام۔</w:t>
      </w:r>
    </w:p>
    <w:p>
      <w:r>
        <w:rPr>
          <w:b/>
        </w:rPr>
        <w:t xml:space="preserve">[05:27] </w:t>
      </w:r>
      <w:r>
        <w:t>then prophet said</w:t>
      </w:r>
    </w:p>
    <w:p>
      <w:pPr>
        <w:jc w:val="right"/>
      </w:pPr>
      <w:r>
        <w:t>دین پرافٹ سیڈ</w:t>
      </w:r>
    </w:p>
    <w:p>
      <w:r>
        <w:rPr>
          <w:b/>
        </w:rPr>
        <w:t xml:space="preserve">[05:32] </w:t>
      </w:r>
      <w:r>
        <w:t>that you have to learn Islam and Ali ibn Abi Talib is your teacher.</w:t>
      </w:r>
    </w:p>
    <w:p>
      <w:pPr>
        <w:jc w:val="right"/>
      </w:pPr>
      <w:r>
        <w:t>دیٹ یو ہیو ٹو لرن اسلام اینڈ علی ابن ابی طالب از یور ٹیچر۔</w:t>
      </w:r>
    </w:p>
    <w:p>
      <w:r>
        <w:rPr>
          <w:b/>
        </w:rPr>
        <w:t xml:space="preserve">[05:41] </w:t>
      </w:r>
      <w:r>
        <w:t>so live with Ali ibn Abi Talib and learn your deen.</w:t>
      </w:r>
    </w:p>
    <w:p>
      <w:pPr>
        <w:jc w:val="right"/>
      </w:pPr>
      <w:r>
        <w:t>سو لیو ود علی ابن ابی طالب اینڈ لرن یور دین۔</w:t>
      </w:r>
    </w:p>
    <w:p>
      <w:r>
        <w:rPr>
          <w:b/>
        </w:rPr>
        <w:t xml:space="preserve">[05:50] </w:t>
      </w:r>
      <w:r>
        <w:t>so what happened? this man lived for few days with Ali ibn Abi Talib.</w:t>
      </w:r>
    </w:p>
    <w:p>
      <w:pPr>
        <w:jc w:val="right"/>
      </w:pPr>
      <w:r>
        <w:t>سو واٹ ہیپن؟ دس مین لیوڈ فار فیو ڈیز ود علی ابن ابی طالب۔</w:t>
      </w:r>
    </w:p>
    <w:p>
      <w:r>
        <w:rPr>
          <w:b/>
        </w:rPr>
        <w:t xml:space="preserve">[05:59] </w:t>
      </w:r>
      <w:r>
        <w:t>was a senior sahabi and then he left away.</w:t>
      </w:r>
    </w:p>
    <w:p>
      <w:pPr>
        <w:jc w:val="right"/>
      </w:pPr>
      <w:r>
        <w:t>واز ا سینئر صحابی اینڈ دین ہی لیفٹ اوے۔</w:t>
      </w:r>
    </w:p>
    <w:p>
      <w:r>
        <w:rPr>
          <w:b/>
        </w:rPr>
        <w:t xml:space="preserve">[06:08] </w:t>
      </w:r>
      <w:r>
        <w:t>prophet notices that that person is not present in Medina. so he asked</w:t>
      </w:r>
    </w:p>
    <w:p>
      <w:pPr>
        <w:jc w:val="right"/>
      </w:pPr>
      <w:r>
        <w:t>پرافٹ نوٹس دیٹ دیٹ پرسن از ناٹ پریزنٹ ان مدینہ۔ سو ہی اسکڈ</w:t>
      </w:r>
    </w:p>
    <w:p>
      <w:r>
        <w:rPr>
          <w:b/>
        </w:rPr>
        <w:t xml:space="preserve">[06:20] </w:t>
      </w:r>
      <w:r>
        <w:t>about the whereabouts of this person. he was told that he left away.</w:t>
      </w:r>
    </w:p>
    <w:p>
      <w:pPr>
        <w:jc w:val="right"/>
      </w:pPr>
      <w:r>
        <w:t>اباؤٹ دا ویر اباؤٹس آف دس پرسن۔ ہی واز ٹولڈ دیٹ ہی لیفٹ اوے۔</w:t>
      </w:r>
    </w:p>
    <w:p>
      <w:r>
        <w:rPr>
          <w:b/>
        </w:rPr>
        <w:t xml:space="preserve">[06:33] </w:t>
      </w:r>
      <w:r>
        <w:t>he is not in Medina.</w:t>
      </w:r>
    </w:p>
    <w:p>
      <w:pPr>
        <w:jc w:val="right"/>
      </w:pPr>
      <w:r>
        <w:t>ہی از ناٹ ان مدینہ۔</w:t>
      </w:r>
    </w:p>
    <w:p>
      <w:r>
        <w:rPr>
          <w:b/>
        </w:rPr>
        <w:t xml:space="preserve">[06:36] </w:t>
      </w:r>
      <w:r>
        <w:t>he was living with Ali ibn Talib for few days. then he left Medina and no one knows where he is at present.</w:t>
      </w:r>
    </w:p>
    <w:p>
      <w:pPr>
        <w:jc w:val="right"/>
      </w:pPr>
      <w:r>
        <w:t>ہی واز لیونگ ود علی ابن طالب فار فیو ڈیز۔ دین ہی لیفٹ مدینہ اینڈ نو ون نوز ویر ہی از ایٹ پریزنٹ۔</w:t>
      </w:r>
    </w:p>
    <w:p>
      <w:r>
        <w:rPr>
          <w:b/>
        </w:rPr>
        <w:t xml:space="preserve">[06:53] </w:t>
      </w:r>
      <w:r>
        <w:t>so prophet said anyone of you if you find him please tell him to meet me.</w:t>
      </w:r>
    </w:p>
    <w:p>
      <w:pPr>
        <w:jc w:val="right"/>
      </w:pPr>
      <w:r>
        <w:t>تو پرافٹ سیڈ اینی ون آف یو اف یو فائنڈ ہم پلیز ٹیل ہم ٹو میٹ می۔</w:t>
      </w:r>
    </w:p>
    <w:p>
      <w:r>
        <w:rPr>
          <w:b/>
        </w:rPr>
        <w:t xml:space="preserve">[07:10] </w:t>
      </w:r>
      <w:r>
        <w:t>so after some time he came to the prophet</w:t>
      </w:r>
    </w:p>
    <w:p>
      <w:pPr>
        <w:jc w:val="right"/>
      </w:pPr>
      <w:r>
        <w:t>سو افٹر سم ٹائم ہی کیم ٹو دا پرافٹ</w:t>
      </w:r>
    </w:p>
    <w:p>
      <w:r>
        <w:rPr>
          <w:b/>
        </w:rPr>
        <w:t xml:space="preserve">[07:15] </w:t>
      </w:r>
      <w:r>
        <w:t>. prophet asked i said you to live with ali ibn talib and learn your deen. learn your religion.</w:t>
      </w:r>
    </w:p>
    <w:p>
      <w:pPr>
        <w:jc w:val="right"/>
      </w:pPr>
      <w:r>
        <w:t>۔ پرافٹ اسکڈ آئی سیڈ یو ٹو لیو ود علی ابن طالب اینڈ لرن یور دین۔ لرن یور ریلیجن۔</w:t>
      </w:r>
    </w:p>
    <w:p>
      <w:r>
        <w:rPr>
          <w:b/>
        </w:rPr>
        <w:t xml:space="preserve">[07:25] </w:t>
      </w:r>
      <w:r>
        <w:t>so why you left him? he said oh i learnt the religion.</w:t>
      </w:r>
    </w:p>
    <w:p>
      <w:pPr>
        <w:jc w:val="right"/>
      </w:pPr>
      <w:r>
        <w:t>سو وائی یو لیفٹ ہم؟ ہی سیڈ او آئی لرنٹ دا ریلیجن۔</w:t>
      </w:r>
    </w:p>
    <w:p>
      <w:r>
        <w:rPr>
          <w:b/>
        </w:rPr>
        <w:t xml:space="preserve">[07:37] </w:t>
      </w:r>
      <w:r>
        <w:t>the religion of god. deen. so there was no reason to stay.</w:t>
      </w:r>
    </w:p>
    <w:p>
      <w:pPr>
        <w:jc w:val="right"/>
      </w:pPr>
      <w:r>
        <w:t>دا ریلیجن آف گاڈ۔ الدین۔ سو دیر واز نو ریزن ٹو سٹے۔</w:t>
      </w:r>
    </w:p>
    <w:p>
      <w:r>
        <w:rPr>
          <w:b/>
        </w:rPr>
        <w:t xml:space="preserve">[07:46] </w:t>
      </w:r>
      <w:r>
        <w:t>so i left oh. prophet asked how you learnt deen? he said that ali ibn talib learn me surah al zalzalah.</w:t>
      </w:r>
    </w:p>
    <w:p>
      <w:pPr>
        <w:jc w:val="right"/>
      </w:pPr>
      <w:r>
        <w:t>سو آئی لیفٹ اوے۔ پرافٹ اسکڈ ہاؤ یو لرنٹ دین؟ ہی سیڈ دیٹ علی ابن طالب لرن می سورہ الزلزال۔</w:t>
      </w:r>
    </w:p>
    <w:p>
      <w:r>
        <w:rPr>
          <w:b/>
        </w:rPr>
        <w:t xml:space="preserve">[08:02] </w:t>
      </w:r>
      <w:r>
        <w:t>that is chapter 99 of quran.</w:t>
      </w:r>
    </w:p>
    <w:p>
      <w:pPr>
        <w:jc w:val="right"/>
      </w:pPr>
      <w:r>
        <w:t>دیٹ از چیپٹر 99 آف القرآن۔</w:t>
      </w:r>
    </w:p>
    <w:p>
      <w:r>
        <w:rPr>
          <w:b/>
        </w:rPr>
        <w:t xml:space="preserve">[08:29] </w:t>
      </w:r>
      <w:r>
        <w:t>then he recited this verse.</w:t>
      </w:r>
    </w:p>
    <w:p>
      <w:pPr>
        <w:jc w:val="right"/>
      </w:pPr>
      <w:r>
        <w:t>دین ہی ریسائیٹڈ دس ورس۔</w:t>
      </w:r>
    </w:p>
    <w:p>
      <w:r>
        <w:rPr>
          <w:b/>
        </w:rPr>
        <w:t xml:space="preserve">[08:40] </w:t>
      </w:r>
      <w:r>
        <w:t>it means that</w:t>
      </w:r>
    </w:p>
    <w:p>
      <w:pPr>
        <w:jc w:val="right"/>
      </w:pPr>
      <w:r>
        <w:t>اٹ مینز دیٹ</w:t>
      </w:r>
    </w:p>
    <w:p>
      <w:r>
        <w:rPr>
          <w:b/>
        </w:rPr>
        <w:t xml:space="preserve">[08:45] </w:t>
      </w:r>
      <w:r>
        <w:t>one who has done any good he will see.</w:t>
      </w:r>
    </w:p>
    <w:p>
      <w:pPr>
        <w:jc w:val="right"/>
      </w:pPr>
      <w:r>
        <w:t>ون ہو ہیز ڈن اینی گڈ ہی ویل سیٹ۔</w:t>
      </w:r>
    </w:p>
    <w:p>
      <w:r>
        <w:rPr>
          <w:b/>
        </w:rPr>
        <w:t xml:space="preserve">[08:56] </w:t>
      </w:r>
      <w:r>
        <w:t>one who has done any good he shall see. and one who has dead any evil he shall see.</w:t>
      </w:r>
    </w:p>
    <w:p>
      <w:pPr>
        <w:jc w:val="right"/>
      </w:pPr>
      <w:r>
        <w:t>ون ہو ہیز ڈن اینی گڈ ہی شیل سیٹ۔ اینڈ ون ہو ہیز ڈیڈ اینی ایول ہی شیل سیٹ۔</w:t>
      </w:r>
    </w:p>
    <w:p>
      <w:r>
        <w:rPr>
          <w:b/>
        </w:rPr>
        <w:t xml:space="preserve">[09:07] </w:t>
      </w:r>
      <w:r>
        <w:t>so that person said that in this verse i learnt the whole deen. everything. prophet asked how?</w:t>
      </w:r>
    </w:p>
    <w:p>
      <w:pPr>
        <w:jc w:val="right"/>
      </w:pPr>
      <w:r>
        <w:t>سو دیٹ پرسن سیڈ دیٹ ان دس ورس آئی لرن دا ہول دین۔ ایوری تھنگ۔ پرافٹ اسکڈ ہاؤ؟</w:t>
      </w:r>
    </w:p>
    <w:p>
      <w:r>
        <w:rPr>
          <w:b/>
        </w:rPr>
        <w:t xml:space="preserve">[09:17] </w:t>
      </w:r>
      <w:r>
        <w:t>he said that this verse says that everything in the knowledge of god</w:t>
      </w:r>
    </w:p>
    <w:p>
      <w:pPr>
        <w:jc w:val="right"/>
      </w:pPr>
      <w:r>
        <w:t>ہی سیڈ دیٹ دس ورس سیز دیٹ ایوری تھنگ ان دا نالج آف گاڈ</w:t>
      </w:r>
    </w:p>
    <w:p>
      <w:r>
        <w:rPr>
          <w:b/>
        </w:rPr>
        <w:t xml:space="preserve">[09:27] </w:t>
      </w:r>
      <w:r>
        <w:t>. so when i speech or i am busy in some action. so i always think whether it is good or bad.</w:t>
      </w:r>
    </w:p>
    <w:p>
      <w:pPr>
        <w:jc w:val="right"/>
      </w:pPr>
      <w:r>
        <w:t>۔ سو وین آئی سپیچ اور آئی ایم بزی ان سم ایکشن۔ سو آئی الویز تھنک ویدر اٹ از گڈ اور بیڈ۔</w:t>
      </w:r>
    </w:p>
    <w:p>
      <w:r>
        <w:rPr>
          <w:b/>
        </w:rPr>
        <w:t xml:space="preserve">[09:38] </w:t>
      </w:r>
      <w:r>
        <w:t>whether it is according to the will of god or against the will of god. so when my conscience speak that is good i do it.</w:t>
      </w:r>
    </w:p>
    <w:p>
      <w:pPr>
        <w:jc w:val="right"/>
      </w:pPr>
      <w:r>
        <w:t>ویدر اٹ از اکارڈنگ ٹو دا ول آف گاڈ اور اگینسٹ دی ول آف گاڈ۔ سو وین مائی کانشیس سپیک دیٹ از گڈ آئی ڈو اٹ۔</w:t>
      </w:r>
    </w:p>
    <w:p>
      <w:r>
        <w:rPr>
          <w:b/>
        </w:rPr>
        <w:t xml:space="preserve">[09:51] </w:t>
      </w:r>
      <w:r>
        <w:t>and when my conscience says that is bad i leave it.</w:t>
      </w:r>
    </w:p>
    <w:p>
      <w:pPr>
        <w:jc w:val="right"/>
      </w:pPr>
      <w:r>
        <w:t>اینڈ وین مائی کانشیس سیز دیٹ از بیڈ آئی لیو اٹ۔</w:t>
      </w:r>
    </w:p>
    <w:p>
      <w:r>
        <w:rPr>
          <w:b/>
        </w:rPr>
        <w:t xml:space="preserve">[09:56] </w:t>
      </w:r>
      <w:r>
        <w:t>when my common sense tells me that is against the command of god i leave it.</w:t>
      </w:r>
    </w:p>
    <w:p>
      <w:pPr>
        <w:jc w:val="right"/>
      </w:pPr>
      <w:r>
        <w:t>وین مائی کامن سینس ٹیلز می دیٹ از اگینسٹ دی کمانڈ آف گاڈ آئی لیو اٹ۔</w:t>
      </w:r>
    </w:p>
    <w:p>
      <w:r>
        <w:rPr>
          <w:b/>
        </w:rPr>
        <w:t xml:space="preserve">[10:06] </w:t>
      </w:r>
      <w:r>
        <w:t>and when my common sense tells me that is according to the will of god i adopt it.</w:t>
      </w:r>
    </w:p>
    <w:p>
      <w:pPr>
        <w:jc w:val="right"/>
      </w:pPr>
      <w:r>
        <w:t>اینڈ وین مائی کامن سینس ٹیلز می دیٹ از اکارڈنگ ٹو دا ول آف گاڈ آئی اڈاپٹ اٹ۔</w:t>
      </w:r>
    </w:p>
    <w:p>
      <w:r>
        <w:rPr>
          <w:b/>
        </w:rPr>
        <w:t xml:space="preserve">[10:17] </w:t>
      </w:r>
      <w:r>
        <w:t>so this is the simple way how to live a life god oriented.</w:t>
      </w:r>
    </w:p>
    <w:p>
      <w:pPr>
        <w:jc w:val="right"/>
      </w:pPr>
      <w:r>
        <w:t>سو دس از دا سمپل وے ہاؤ ٹو لیو ا لائف گاڈ اورینٹڈ۔</w:t>
      </w:r>
    </w:p>
    <w:p>
      <w:r>
        <w:rPr>
          <w:b/>
        </w:rPr>
        <w:t xml:space="preserve">[10:29] </w:t>
      </w:r>
      <w:r>
        <w:t>if you try to know.</w:t>
      </w:r>
    </w:p>
    <w:p>
      <w:pPr>
        <w:jc w:val="right"/>
      </w:pPr>
      <w:r>
        <w:t>اف یو ٹرائی ٹو نو۔</w:t>
      </w:r>
    </w:p>
    <w:p>
      <w:r>
        <w:rPr>
          <w:b/>
        </w:rPr>
        <w:t xml:space="preserve">[10:35] </w:t>
      </w:r>
      <w:r>
        <w:t>if you try to explain this event you will find that everyone is given a very important thing that is conscience.</w:t>
      </w:r>
    </w:p>
    <w:p>
      <w:pPr>
        <w:jc w:val="right"/>
      </w:pPr>
      <w:r>
        <w:t>اف یو ٹرائی ٹو ایکسپلین دس ایونٹ یو ویل فائنڈ دیٹ ایوری ون از گیون ا ویری امپورٹنٹ تھنگ دیٹ از کانشیس۔</w:t>
      </w:r>
    </w:p>
    <w:p>
      <w:r>
        <w:rPr>
          <w:b/>
        </w:rPr>
        <w:t xml:space="preserve">[10:51] </w:t>
      </w:r>
      <w:r>
        <w:t>conscience. conscience is the book of god in your heart.</w:t>
      </w:r>
    </w:p>
    <w:p>
      <w:pPr>
        <w:jc w:val="right"/>
      </w:pPr>
      <w:r>
        <w:t>کانشیس۔ کانشیس از دا بک آف گاڈ ان یور ہارٹ۔</w:t>
      </w:r>
    </w:p>
    <w:p>
      <w:r>
        <w:rPr>
          <w:b/>
        </w:rPr>
        <w:t xml:space="preserve">[10:57] </w:t>
      </w:r>
      <w:r>
        <w:t>your conscience if it is alive tells you every time that what is good and what is bad.</w:t>
      </w:r>
    </w:p>
    <w:p>
      <w:pPr>
        <w:jc w:val="right"/>
      </w:pPr>
      <w:r>
        <w:t>یور کانشیس اف اٹ از الائیو ٹیلز یو ایوری ٹائم دیٹ واٹ از گڈ اینڈ واٹ از بیڈ۔</w:t>
      </w:r>
    </w:p>
    <w:p>
      <w:r>
        <w:rPr>
          <w:b/>
        </w:rPr>
        <w:t xml:space="preserve">[11:09] </w:t>
      </w:r>
      <w:r>
        <w:t>so that person after accepting islam. when he read this chapter of the quran he found everything in it.</w:t>
      </w:r>
    </w:p>
    <w:p>
      <w:pPr>
        <w:jc w:val="right"/>
      </w:pPr>
      <w:r>
        <w:t>سو دیٹ پرسن افٹر ایکسیپٹنگ اسلام۔ وین ہی ریڈ دس چیپٹر آف دا قرآن ہی فاؤنڈ ایوری تھنگ ان اٹ۔</w:t>
      </w:r>
    </w:p>
    <w:p>
      <w:r>
        <w:rPr>
          <w:b/>
        </w:rPr>
        <w:t xml:space="preserve">[11:23] </w:t>
      </w:r>
      <w:r>
        <w:t>because his conscience was alive. his common sense was alive. he was in his nature. so there was no difficulty.</w:t>
      </w:r>
    </w:p>
    <w:p>
      <w:pPr>
        <w:jc w:val="right"/>
      </w:pPr>
      <w:r>
        <w:t>بیکاز ہز کانشیس واز الائیو۔ ہز کامن سینس واز الائیو۔ ہی واز ان ہز نیچر۔ سو دیر واز نو ڈیفیکلٹی۔</w:t>
      </w:r>
    </w:p>
    <w:p>
      <w:r>
        <w:rPr>
          <w:b/>
        </w:rPr>
        <w:t xml:space="preserve">[11:35] </w:t>
      </w:r>
      <w:r>
        <w:t>so this is god oriented life.</w:t>
      </w:r>
    </w:p>
    <w:p>
      <w:pPr>
        <w:jc w:val="right"/>
      </w:pPr>
      <w:r>
        <w:t>سو دس از گاڈ اورینٹڈ لائف۔</w:t>
      </w:r>
    </w:p>
    <w:p>
      <w:r>
        <w:rPr>
          <w:b/>
        </w:rPr>
        <w:t xml:space="preserve">[11:41] </w:t>
      </w:r>
      <w:r>
        <w:t>you know every human being wants a centerized life.</w:t>
      </w:r>
    </w:p>
    <w:p>
      <w:pPr>
        <w:jc w:val="right"/>
      </w:pPr>
      <w:r>
        <w:t>یو نو ایوری ہیومن بینگ وانٹس ا سینٹر فائز لائف۔</w:t>
      </w:r>
    </w:p>
    <w:p>
      <w:r>
        <w:rPr>
          <w:b/>
        </w:rPr>
        <w:t xml:space="preserve">[11:50] </w:t>
      </w:r>
      <w:r>
        <w:t>without a center one can not live. a center that controls all of his activities.</w:t>
      </w:r>
    </w:p>
    <w:p>
      <w:pPr>
        <w:jc w:val="right"/>
      </w:pPr>
      <w:r>
        <w:t>وداؤٹ ا سینٹر ون کین ناٹ لیو۔ ا سینٹر دیٹ کنٹرولز ال آف ہز ایکٹیویٹیز۔</w:t>
      </w:r>
    </w:p>
    <w:p>
      <w:r>
        <w:rPr>
          <w:b/>
        </w:rPr>
        <w:t xml:space="preserve">[12:05] </w:t>
      </w:r>
      <w:r>
        <w:t>common man you see the common man</w:t>
      </w:r>
    </w:p>
    <w:p>
      <w:pPr>
        <w:jc w:val="right"/>
      </w:pPr>
      <w:r>
        <w:t>کامن مین یو سی دا کامن مین</w:t>
      </w:r>
    </w:p>
    <w:p>
      <w:r>
        <w:rPr>
          <w:b/>
        </w:rPr>
        <w:t xml:space="preserve">[12:09] </w:t>
      </w:r>
      <w:r>
        <w:t>. the center of common man is money. money. always he thinks always about money.</w:t>
      </w:r>
    </w:p>
    <w:p>
      <w:pPr>
        <w:jc w:val="right"/>
      </w:pPr>
      <w:r>
        <w:t>۔ دا سینٹر آف کامن مین از منی۔ منی۔ الویز ہی تھنکس الویز اباؤٹ منی۔</w:t>
      </w:r>
    </w:p>
    <w:p>
      <w:r>
        <w:rPr>
          <w:b/>
        </w:rPr>
        <w:t xml:space="preserve">[12:19] </w:t>
      </w:r>
      <w:r>
        <w:t>money that regulate his life. money is central point in his life.</w:t>
      </w:r>
    </w:p>
    <w:p>
      <w:pPr>
        <w:jc w:val="right"/>
      </w:pPr>
      <w:r>
        <w:t>منی دیٹ ریگولیٹ ہز لائف۔ منی از سینٹرل پوائنٹ ان ہز لائف۔</w:t>
      </w:r>
    </w:p>
    <w:p>
      <w:r>
        <w:rPr>
          <w:b/>
        </w:rPr>
        <w:t xml:space="preserve">[12:29] </w:t>
      </w:r>
      <w:r>
        <w:t>so common man revolvo</w:t>
      </w:r>
    </w:p>
    <w:p>
      <w:pPr>
        <w:jc w:val="right"/>
      </w:pPr>
      <w:r>
        <w:t>سو کامن مین ریوالو</w:t>
      </w:r>
    </w:p>
    <w:p>
      <w:r>
        <w:rPr>
          <w:b/>
        </w:rPr>
        <w:t xml:space="preserve">[12:36] </w:t>
      </w:r>
      <w:r>
        <w:t>around money.</w:t>
      </w:r>
    </w:p>
    <w:p>
      <w:pPr>
        <w:jc w:val="right"/>
      </w:pPr>
      <w:r>
        <w:t>اراؤنڈ منی۔</w:t>
      </w:r>
    </w:p>
    <w:p>
      <w:r>
        <w:rPr>
          <w:b/>
        </w:rPr>
        <w:t xml:space="preserve">[12:39] </w:t>
      </w:r>
      <w:r>
        <w:t>so is the case other people. for example politicians. the soul concern of politician is political power.</w:t>
      </w:r>
    </w:p>
    <w:p>
      <w:pPr>
        <w:jc w:val="right"/>
      </w:pPr>
      <w:r>
        <w:t>سو از دا کیس ادر پیپل۔ فار ایگزامپل پولیٹیشنز۔ دا سول کنسرن آف پولیٹیشن از پولیٹیکل پاور۔</w:t>
      </w:r>
    </w:p>
    <w:p>
      <w:r>
        <w:rPr>
          <w:b/>
        </w:rPr>
        <w:t xml:space="preserve">[12:51] </w:t>
      </w:r>
      <w:r>
        <w:t>so all his activities. all his</w:t>
      </w:r>
    </w:p>
    <w:p>
      <w:pPr>
        <w:jc w:val="right"/>
      </w:pPr>
      <w:r>
        <w:t>سو ال ہز ایکٹیویٹیز۔ ال ہز</w:t>
      </w:r>
    </w:p>
    <w:p>
      <w:r>
        <w:rPr>
          <w:b/>
        </w:rPr>
        <w:t xml:space="preserve">[12:59] </w:t>
      </w:r>
      <w:r>
        <w:t>effort. revolvo around this point. to gain political power. to achieve political power.</w:t>
      </w:r>
    </w:p>
    <w:p>
      <w:pPr>
        <w:jc w:val="right"/>
      </w:pPr>
      <w:r>
        <w:t>ایفرٹ۔ ریوالو اراؤنڈ دس پوائنٹ۔ ٹو گین پولیٹیکل پاور۔ ٹو اچیو پولیٹیکل پاور۔</w:t>
      </w:r>
    </w:p>
    <w:p>
      <w:r>
        <w:rPr>
          <w:b/>
        </w:rPr>
        <w:t xml:space="preserve">[13:09] </w:t>
      </w:r>
      <w:r>
        <w:t>so everyone</w:t>
      </w:r>
    </w:p>
    <w:p>
      <w:pPr>
        <w:jc w:val="right"/>
      </w:pPr>
      <w:r>
        <w:t>سو ایوری ون</w:t>
      </w:r>
    </w:p>
    <w:p>
      <w:r>
        <w:rPr>
          <w:b/>
        </w:rPr>
        <w:t xml:space="preserve">[13:13] </w:t>
      </w:r>
      <w:r>
        <w:t>wants a center. but the true center is god. those who don't believe in god they adopt different kind of center.</w:t>
      </w:r>
    </w:p>
    <w:p>
      <w:pPr>
        <w:jc w:val="right"/>
      </w:pPr>
      <w:r>
        <w:t>وانٹس ا سینٹر۔ بٹ دا ٹرو سینٹر از گاڈ۔ دوز ہو ڈونٹ بیلیو ان گاڈ دے اڈاپٹ ڈفرنٹ کائنڈ آف سینٹر۔</w:t>
      </w:r>
    </w:p>
    <w:p>
      <w:r>
        <w:rPr>
          <w:b/>
        </w:rPr>
        <w:t xml:space="preserve">[13:31] </w:t>
      </w:r>
      <w:r>
        <w:t>for example there is a verse in the quran.</w:t>
      </w:r>
    </w:p>
    <w:p>
      <w:pPr>
        <w:jc w:val="right"/>
      </w:pPr>
      <w:r>
        <w:t>فار ایگزامپل دیر از ا ورس ان دا قرآن۔</w:t>
      </w:r>
    </w:p>
    <w:p>
      <w:r>
        <w:rPr>
          <w:b/>
        </w:rPr>
        <w:t xml:space="preserve">[13:40] </w:t>
      </w:r>
      <w:r>
        <w:t>it means that there are some who take them self as god.</w:t>
      </w:r>
    </w:p>
    <w:p>
      <w:pPr>
        <w:jc w:val="right"/>
      </w:pPr>
      <w:r>
        <w:t>اٹ مینز دیٹ دیر ار سم ہو ٹیک دیم سیلف ایز گاڈ۔</w:t>
      </w:r>
    </w:p>
    <w:p>
      <w:r>
        <w:rPr>
          <w:b/>
        </w:rPr>
        <w:t xml:space="preserve">[13:54] </w:t>
      </w:r>
      <w:r>
        <w:t>it is i centered life.</w:t>
      </w:r>
    </w:p>
    <w:p>
      <w:pPr>
        <w:jc w:val="right"/>
      </w:pPr>
      <w:r>
        <w:t>اٹ از آئی سینٹرڈ لائف۔</w:t>
      </w:r>
    </w:p>
    <w:p>
      <w:r>
        <w:rPr>
          <w:b/>
        </w:rPr>
        <w:t xml:space="preserve">[13:59] </w:t>
      </w:r>
      <w:r>
        <w:t>or men centered life. to</w:t>
      </w:r>
    </w:p>
    <w:p>
      <w:pPr>
        <w:jc w:val="right"/>
      </w:pPr>
      <w:r>
        <w:t>اور مین سینٹرڈ لائف۔ تو</w:t>
      </w:r>
    </w:p>
    <w:p>
      <w:r>
        <w:rPr>
          <w:b/>
        </w:rPr>
        <w:t xml:space="preserve">[14:03] </w:t>
      </w:r>
      <w:r>
        <w:t>some there are some people who take them self as god.</w:t>
      </w:r>
    </w:p>
    <w:p>
      <w:pPr>
        <w:jc w:val="right"/>
      </w:pPr>
      <w:r>
        <w:t>سم دیر ار سم پیپل ہو ٹیک دیم سیلف ایز گاڈ۔</w:t>
      </w:r>
    </w:p>
    <w:p>
      <w:r>
        <w:rPr>
          <w:b/>
        </w:rPr>
        <w:t xml:space="preserve">[14:11] </w:t>
      </w:r>
      <w:r>
        <w:t>they make them self in the center. it means that they follow the desires.</w:t>
      </w:r>
    </w:p>
    <w:p>
      <w:pPr>
        <w:jc w:val="right"/>
      </w:pPr>
      <w:r>
        <w:t>دے میک دیم سیلف ان دا سینٹر۔ اٹ مینز دیٹ دے فالو دا ڈیزائرز۔</w:t>
      </w:r>
    </w:p>
    <w:p>
      <w:r>
        <w:rPr>
          <w:b/>
        </w:rPr>
        <w:t xml:space="preserve">[14:21] </w:t>
      </w:r>
      <w:r>
        <w:t>they follow their whims. they follow their interest. they follow their passions.</w:t>
      </w:r>
    </w:p>
    <w:p>
      <w:pPr>
        <w:jc w:val="right"/>
      </w:pPr>
      <w:r>
        <w:t>دے فالو دیر ومز۔ دے فالو دیر انٹرسٹ۔ دے فالو دیر پیشنز۔</w:t>
      </w:r>
    </w:p>
    <w:p>
      <w:r>
        <w:rPr>
          <w:b/>
        </w:rPr>
        <w:t xml:space="preserve">[14:34] </w:t>
      </w:r>
      <w:r>
        <w:t>they follow their mind.</w:t>
      </w:r>
    </w:p>
    <w:p>
      <w:pPr>
        <w:jc w:val="right"/>
      </w:pPr>
      <w:r>
        <w:t>دے فالو دیر مائنڈ۔</w:t>
      </w:r>
    </w:p>
    <w:p>
      <w:r>
        <w:rPr>
          <w:b/>
        </w:rPr>
        <w:t xml:space="preserve">[14:38] </w:t>
      </w:r>
      <w:r>
        <w:t>so their life is self centered life. self centered life. all these life are in wanted.</w:t>
      </w:r>
    </w:p>
    <w:p>
      <w:pPr>
        <w:jc w:val="right"/>
      </w:pPr>
      <w:r>
        <w:t>سو دیر لائف از سیلف سینٹرڈ لائف۔ سیلف سینٹرڈ لائف۔ ال دیز لائف ار ان وانٹڈ۔</w:t>
      </w:r>
    </w:p>
    <w:p>
      <w:r>
        <w:rPr>
          <w:b/>
        </w:rPr>
        <w:t xml:space="preserve">[14:49] </w:t>
      </w:r>
      <w:r>
        <w:t>against the universal culture. the universal culture is</w:t>
      </w:r>
    </w:p>
    <w:p>
      <w:pPr>
        <w:jc w:val="right"/>
      </w:pPr>
      <w:r>
        <w:t>اگینسٹ دا یونیورسل کلچر۔ دا یونیورسل کلچر از</w:t>
      </w:r>
    </w:p>
    <w:p>
      <w:r>
        <w:rPr>
          <w:b/>
        </w:rPr>
        <w:t xml:space="preserve">[14:57] </w:t>
      </w:r>
      <w:r>
        <w:t>god oriented culture.</w:t>
      </w:r>
    </w:p>
    <w:p>
      <w:pPr>
        <w:jc w:val="right"/>
      </w:pPr>
      <w:r>
        <w:t>گاڈ اورینٹڈ کلچر۔</w:t>
      </w:r>
    </w:p>
    <w:p>
      <w:r>
        <w:rPr>
          <w:b/>
        </w:rPr>
        <w:t xml:space="preserve">[15:00] </w:t>
      </w:r>
      <w:r>
        <w:t>as i recited the quranic verse.</w:t>
      </w:r>
    </w:p>
    <w:p>
      <w:pPr>
        <w:jc w:val="right"/>
      </w:pPr>
      <w:r>
        <w:t>ایز آئی ریسائیٹڈ دا قرآنک ورس۔</w:t>
      </w:r>
    </w:p>
    <w:p>
      <w:r>
        <w:rPr>
          <w:b/>
        </w:rPr>
        <w:t xml:space="preserve">[15:11] </w:t>
      </w:r>
      <w:r>
        <w:t>this verse tells us that the whole universe revolvo around the around god.</w:t>
      </w:r>
    </w:p>
    <w:p>
      <w:pPr>
        <w:jc w:val="right"/>
      </w:pPr>
      <w:r>
        <w:t>دس ورس ٹیلز اس دیٹ دا ہول یونیورس ریوالو اراؤنڈ دی اراؤنڈ گاڈ۔</w:t>
      </w:r>
    </w:p>
    <w:p>
      <w:r>
        <w:rPr>
          <w:b/>
        </w:rPr>
        <w:t xml:space="preserve">[15:22] </w:t>
      </w:r>
      <w:r>
        <w:t>around the command of god.</w:t>
      </w:r>
    </w:p>
    <w:p>
      <w:pPr>
        <w:jc w:val="right"/>
      </w:pPr>
      <w:r>
        <w:t>اراؤنڈ دا کمانڈ آف گاڈ۔</w:t>
      </w:r>
    </w:p>
    <w:p>
      <w:r>
        <w:rPr>
          <w:b/>
        </w:rPr>
        <w:t xml:space="preserve">[15:24] </w:t>
      </w:r>
      <w:r>
        <w:t>the whole universe. the whole physical universe as long as life that is God-oriented life.</w:t>
      </w:r>
    </w:p>
    <w:p>
      <w:pPr>
        <w:jc w:val="right"/>
      </w:pPr>
      <w:r>
        <w:t>دا ہول یونیورس۔ دا ہول فزیکل یونیورس از لیونگ ا لائف دیٹ از گاڈ گاڈ اورینٹڈ لائف۔</w:t>
      </w:r>
    </w:p>
    <w:p>
      <w:r>
        <w:rPr>
          <w:b/>
        </w:rPr>
        <w:t xml:space="preserve">[15:35] </w:t>
      </w:r>
      <w:r>
        <w:t>so is required by human being. so if human being adopts any other thing as center.</w:t>
      </w:r>
    </w:p>
    <w:p>
      <w:pPr>
        <w:jc w:val="right"/>
      </w:pPr>
      <w:r>
        <w:t>سو از ریکوائرڈ بائی ہیومن بینگ۔ سو اف ہیومن بینگ اڈاپٹس اینی ادر تھنگ ایز سینٹر۔</w:t>
      </w:r>
    </w:p>
    <w:p>
      <w:r>
        <w:rPr>
          <w:b/>
        </w:rPr>
        <w:t xml:space="preserve">[15:45] </w:t>
      </w:r>
      <w:r>
        <w:t>as central to his life. That is wrong</w:t>
      </w:r>
    </w:p>
    <w:p>
      <w:pPr>
        <w:jc w:val="right"/>
      </w:pPr>
      <w:r>
        <w:t>ایز سینٹرل ٹو ہز لائف۔ دیٹ از رون</w:t>
      </w:r>
    </w:p>
    <w:p>
      <w:r>
        <w:rPr>
          <w:b/>
        </w:rPr>
        <w:t xml:space="preserve">[15:48] </w:t>
      </w:r>
      <w:r>
        <w:t>g. they is going against the universal culture. against the universal culture.</w:t>
      </w:r>
    </w:p>
    <w:p>
      <w:pPr>
        <w:jc w:val="right"/>
      </w:pPr>
      <w:r>
        <w:t>گ۔ دے از گوئنگ اگینسٹ دا یونیورسل کلچر۔ اگینسٹ دا یونیورسل کلچر۔</w:t>
      </w:r>
    </w:p>
    <w:p>
      <w:r>
        <w:rPr>
          <w:b/>
        </w:rPr>
        <w:t xml:space="preserve">[15:58] </w:t>
      </w:r>
      <w:r>
        <w:t>so if you want to know the details of their culture. God oriented culture. you can read Quran.</w:t>
      </w:r>
    </w:p>
    <w:p>
      <w:pPr>
        <w:jc w:val="right"/>
      </w:pPr>
      <w:r>
        <w:t>سو اف یو وانٹ ٹو نو دا ڈیٹیلز آف دیر کلچر۔ گاڈ اورینٹڈ کلچر۔ یو کین ریڈ قرآن۔</w:t>
      </w:r>
    </w:p>
    <w:p>
      <w:r>
        <w:rPr>
          <w:b/>
        </w:rPr>
        <w:t xml:space="preserve">[16:08] </w:t>
      </w:r>
      <w:r>
        <w:t>you can read hadith. you can read the life of the companions of the prophet.</w:t>
      </w:r>
    </w:p>
    <w:p>
      <w:pPr>
        <w:jc w:val="right"/>
      </w:pPr>
      <w:r>
        <w:t>یو کین ریڈ حدیث۔ یو کین ریڈ دا لائف آف دا کمپینینز آف دا پرافٹ۔</w:t>
      </w:r>
    </w:p>
    <w:p>
      <w:r>
        <w:rPr>
          <w:b/>
        </w:rPr>
        <w:t xml:space="preserve">[16:17] </w:t>
      </w:r>
      <w:r>
        <w:t>by reading these books. you can understand the details of God oriented life.</w:t>
      </w:r>
    </w:p>
    <w:p>
      <w:pPr>
        <w:jc w:val="right"/>
      </w:pPr>
      <w:r>
        <w:t>بائی ریڈنگ دیز بکس۔ یو کین انڈرسٹینڈ دا ڈیٹیلز آف گاڈ اورینٹڈ لائف۔</w:t>
      </w:r>
    </w:p>
    <w:p>
      <w:r>
        <w:rPr>
          <w:b/>
        </w:rPr>
        <w:t xml:space="preserve">[16:29] </w:t>
      </w:r>
      <w:r>
        <w:t>Those who live like this. Those who adopt this kind of lifestyle. They will be rewarded paradise in the hereafter.</w:t>
      </w:r>
    </w:p>
    <w:p>
      <w:pPr>
        <w:jc w:val="right"/>
      </w:pPr>
      <w:r>
        <w:t>دوز ہو لیو لائک دس۔ دوز ہو اڈاپٹ دس کائنڈ آف لائف اسٹائل۔ دے ویل بی ریوارڈڈ پیراڈائز ان دے ہیر افٹر۔</w:t>
      </w:r>
    </w:p>
    <w:p>
      <w:r>
        <w:rPr>
          <w:b/>
        </w:rPr>
        <w:t xml:space="preserve">[16:43] </w:t>
      </w:r>
      <w:r>
        <w:t>but those who fail to adopt this, this divine culture.</w:t>
      </w:r>
    </w:p>
    <w:p>
      <w:pPr>
        <w:jc w:val="right"/>
      </w:pPr>
      <w:r>
        <w:t>بٹ دوز ہو فیل ٹو اڈاپٹ دس۔ دس ڈیوائن کلچر۔</w:t>
      </w:r>
    </w:p>
    <w:p>
      <w:r>
        <w:rPr>
          <w:b/>
        </w:rPr>
        <w:t xml:space="preserve">[16:51] </w:t>
      </w:r>
      <w:r>
        <w:t>they adopted anything else for their. for their</w:t>
      </w:r>
    </w:p>
    <w:p>
      <w:pPr>
        <w:jc w:val="right"/>
      </w:pPr>
      <w:r>
        <w:t>دے اڈاپٹڈ اینی تھنگ ایلس فار دیر۔ فار دیر</w:t>
      </w:r>
    </w:p>
    <w:p>
      <w:r>
        <w:rPr>
          <w:b/>
        </w:rPr>
        <w:t xml:space="preserve">[17:00] </w:t>
      </w:r>
      <w:r>
        <w:t>center for their life. They will be punished in the world hereafter. They will go to hell.</w:t>
      </w:r>
    </w:p>
    <w:p>
      <w:pPr>
        <w:jc w:val="right"/>
      </w:pPr>
      <w:r>
        <w:t>سینٹر فار دیر لائف۔ دے ویل بی پنش ان دا ورلڈ ہیر افٹر۔ دے ویل گو ٹو ہیل۔</w:t>
      </w:r>
    </w:p>
    <w:p>
      <w:r>
        <w:rPr>
          <w:b/>
        </w:rPr>
        <w:t xml:space="preserve">[17:10] </w:t>
      </w:r>
      <w:r>
        <w:t>So God-oriented life is key to paradise. And any any life other than this is key to go to hell.</w:t>
      </w:r>
    </w:p>
    <w:p>
      <w:pPr>
        <w:jc w:val="right"/>
      </w:pPr>
      <w:r>
        <w:t>سو گاڈ اورینٹڈ لائف از کی ٹو پیراڈائز۔ اینڈ اینی اینی لائف ادر دین دس از کیپ ٹو گو ٹو ہیل۔</w:t>
      </w:r>
    </w:p>
    <w:p>
      <w:r>
        <w:rPr>
          <w:b/>
        </w:rPr>
        <w:t xml:space="preserve">[17:27] </w:t>
      </w:r>
      <w:r>
        <w:t>now I would like to refer some verses from the Quran and</w:t>
      </w:r>
    </w:p>
    <w:p>
      <w:pPr>
        <w:jc w:val="right"/>
      </w:pPr>
      <w:r>
        <w:t>ناؤ آئی وڈ لائک ٹو ریفر سم ورسز فرام دا قرآن اینڈ</w:t>
      </w:r>
    </w:p>
    <w:p>
      <w:r>
        <w:rPr>
          <w:b/>
        </w:rPr>
        <w:t xml:space="preserve">[17:34] </w:t>
      </w:r>
      <w:r>
        <w:t>hadith. in chapter number.</w:t>
      </w:r>
    </w:p>
    <w:p>
      <w:pPr>
        <w:jc w:val="right"/>
      </w:pPr>
      <w:r>
        <w:t>حدیث۔ ان چیپٹر نمبر۔</w:t>
      </w:r>
    </w:p>
    <w:p>
      <w:r>
        <w:rPr>
          <w:b/>
        </w:rPr>
        <w:t xml:space="preserve">[17:39] </w:t>
      </w:r>
      <w:r>
        <w:t>in chapter dat is called al jumuah. surah al jumuah ya chapter al jumuah.</w:t>
      </w:r>
    </w:p>
    <w:p>
      <w:pPr>
        <w:jc w:val="right"/>
      </w:pPr>
      <w:r>
        <w:t>ان چیپٹر دیٹ از کالڈ الجمعہ۔ سورہ الجمعہ یا چیپٹر الجمعہ۔</w:t>
      </w:r>
    </w:p>
    <w:p>
      <w:r>
        <w:rPr>
          <w:b/>
        </w:rPr>
        <w:t xml:space="preserve">[17:48] </w:t>
      </w:r>
      <w:r>
        <w:t>In this chapter there is a verse. That</w:t>
      </w:r>
    </w:p>
    <w:p>
      <w:pPr>
        <w:jc w:val="right"/>
      </w:pPr>
      <w:r>
        <w:t>ان دس چیپٹر دیر از ا ورس۔ دیٹ</w:t>
      </w:r>
    </w:p>
    <w:p>
      <w:r>
        <w:rPr>
          <w:b/>
        </w:rPr>
        <w:t xml:space="preserve">[18:10] </w:t>
      </w:r>
      <w:r>
        <w:t>This verse tells us that when you hear the call to the salat you have to go to mosque. To perform the prayer.</w:t>
      </w:r>
    </w:p>
    <w:p>
      <w:pPr>
        <w:jc w:val="right"/>
      </w:pPr>
      <w:r>
        <w:t>دس ورس ٹیلز اس دیٹ وین یو ہیئر دا کال ٹو دا صلاۃ یو ہیو ٹو گو ٹو ماسک۔ ٹو پرفارم دا پریر۔</w:t>
      </w:r>
    </w:p>
    <w:p>
      <w:r>
        <w:rPr>
          <w:b/>
        </w:rPr>
        <w:t xml:space="preserve">[18:22] </w:t>
      </w:r>
      <w:r>
        <w:t>and after performing prayer. you may return to your business. but every time you have to remember god.</w:t>
      </w:r>
    </w:p>
    <w:p>
      <w:pPr>
        <w:jc w:val="right"/>
      </w:pPr>
      <w:r>
        <w:t>اینڈ افٹر پرفارمنگ پریر۔ یو می ریٹرن ٹو یور بزنس۔ بٹ ایوری ٹائم یو ہیو ٹو ریممبر گاڈ۔</w:t>
      </w:r>
    </w:p>
    <w:p>
      <w:r>
        <w:rPr>
          <w:b/>
        </w:rPr>
        <w:t xml:space="preserve">[18:33] </w:t>
      </w:r>
      <w:r>
        <w:t>don't forget God. This is the basic principle. Man is free to engage in his worldly activities for his business for his job</w:t>
      </w:r>
    </w:p>
    <w:p>
      <w:pPr>
        <w:jc w:val="right"/>
      </w:pPr>
      <w:r>
        <w:t>ڈونٹ فارگیٹ گاڈ۔ دس از دا بیسک پرنسپل۔ مین از فری ٹو انگیج ان ہز ورلڈلی ایکٹیویٹیز فار ہز بزنس فار ہز جاب</w:t>
      </w:r>
    </w:p>
    <w:p>
      <w:r>
        <w:rPr>
          <w:b/>
        </w:rPr>
        <w:t xml:space="preserve">[18:48] </w:t>
      </w:r>
      <w:r>
        <w:t>. but every time in every activities he must remember god. That is dhikr Allah.</w:t>
      </w:r>
    </w:p>
    <w:p>
      <w:pPr>
        <w:jc w:val="right"/>
      </w:pPr>
      <w:r>
        <w:t>۔ بٹ ایوری ٹائم ان ایوری ایکٹیویٹیز ہی مسٹ ریممبر گاڈ۔ دیٹ از ذکر اللہ۔</w:t>
      </w:r>
    </w:p>
    <w:p>
      <w:r>
        <w:rPr>
          <w:b/>
        </w:rPr>
        <w:t xml:space="preserve">[18:58] </w:t>
      </w:r>
      <w:r>
        <w:t>in quranic word is dhikr allah. you are free to engage in your worldly affairs. but you have to remember god every time.</w:t>
      </w:r>
    </w:p>
    <w:p>
      <w:pPr>
        <w:jc w:val="right"/>
      </w:pPr>
      <w:r>
        <w:t>ان قرآنک ورڈ از ذکر اللہ۔ یو آر فری ٹو انگیج ان یور ورلڈلی افیئرز۔ بٹ یو ہیو ٹو ریممبر گاڈ ایوری ٹائم۔</w:t>
      </w:r>
    </w:p>
    <w:p>
      <w:r>
        <w:rPr>
          <w:b/>
        </w:rPr>
        <w:t xml:space="preserve">[19:11] </w:t>
      </w:r>
      <w:r>
        <w:t>and follow God's command in every aspect. This is God-oriented life.</w:t>
      </w:r>
    </w:p>
    <w:p>
      <w:pPr>
        <w:jc w:val="right"/>
      </w:pPr>
      <w:r>
        <w:t>اینڈ فالو گاڈ کمانڈ ان ایوری اسپیکٹ۔ دس از گاڈ اورینٹڈ لائف۔</w:t>
      </w:r>
    </w:p>
    <w:p>
      <w:r>
        <w:rPr>
          <w:b/>
        </w:rPr>
        <w:t xml:space="preserve">[19:19] </w:t>
      </w:r>
      <w:r>
        <w:t>God-oriented life does mean that you have to leave this world and go to mountain. Do go to jungle. That is not required.</w:t>
      </w:r>
    </w:p>
    <w:p>
      <w:pPr>
        <w:jc w:val="right"/>
      </w:pPr>
      <w:r>
        <w:t>گاڈ اورینٹڈ لائف ڈز مین دیٹ یو ہیو ٹو لیو دس ورلڈ اینڈ گو ٹو ماؤنٹن۔ ڈو گو ٹو جنگل۔ دیر از ناٹ ریکوائرڈ۔</w:t>
      </w:r>
    </w:p>
    <w:p>
      <w:r>
        <w:rPr>
          <w:b/>
        </w:rPr>
        <w:t xml:space="preserve">[19:28] </w:t>
      </w:r>
      <w:r>
        <w:t>der is rahbaniyat. and der is hadith dat la rahbaniyat fi al islam. der is no rahbaniyat in islam.</w:t>
      </w:r>
    </w:p>
    <w:p>
      <w:pPr>
        <w:jc w:val="right"/>
      </w:pPr>
      <w:r>
        <w:t>دیر از رہبانیہ۔ اینڈ دیر از حدیث دیٹ لا رہبانیت فی الاسلام۔ دیر از نو رہبانیت ان اسلام۔</w:t>
      </w:r>
    </w:p>
    <w:p>
      <w:r>
        <w:rPr>
          <w:b/>
        </w:rPr>
        <w:t xml:space="preserve">[19:39] </w:t>
      </w:r>
      <w:r>
        <w:t>to living material world is not required by Islam. This is not God oriented life.</w:t>
      </w:r>
    </w:p>
    <w:p>
      <w:pPr>
        <w:jc w:val="right"/>
      </w:pPr>
      <w:r>
        <w:t>تو لیونگ مٹیریل ورلڈ از ناٹ ریکوائرڈ بائے اسلام۔ دس از ناٹ گاڈ اورینٹڈ لائف۔</w:t>
      </w:r>
    </w:p>
    <w:p>
      <w:r>
        <w:rPr>
          <w:b/>
        </w:rPr>
        <w:t xml:space="preserve">[19:48] </w:t>
      </w:r>
      <w:r>
        <w:t>But God-oriented life is that you, that you are free to live in this world.</w:t>
      </w:r>
    </w:p>
    <w:p>
      <w:pPr>
        <w:jc w:val="right"/>
      </w:pPr>
      <w:r>
        <w:t>بٹ گاڈ اورینٹڈ لائف از دیٹ یو۔ دیٹ یو آر فری ٹو لیو ان دس ورلڈ۔</w:t>
      </w:r>
    </w:p>
    <w:p>
      <w:r>
        <w:rPr>
          <w:b/>
        </w:rPr>
        <w:t xml:space="preserve">[19:59] </w:t>
      </w:r>
      <w:r>
        <w:t>you are free to engage all those material.</w:t>
      </w:r>
    </w:p>
    <w:p>
      <w:pPr>
        <w:jc w:val="right"/>
      </w:pPr>
      <w:r>
        <w:t>یو آر فری ٹو انگیج ال دوز مٹیریل۔</w:t>
      </w:r>
    </w:p>
    <w:p>
      <w:r>
        <w:rPr>
          <w:b/>
        </w:rPr>
        <w:t xml:space="preserve">[20:05] </w:t>
      </w:r>
      <w:r>
        <w:t>in all those material jobs material business. but you have to remember God every time.</w:t>
      </w:r>
    </w:p>
    <w:p>
      <w:pPr>
        <w:jc w:val="right"/>
      </w:pPr>
      <w:r>
        <w:t>ان ال دوز مٹیریل جابز مٹیریل بزنس۔ بٹ یو ہیو ٹو ریممبر گاڈ ایوری ٹائم۔</w:t>
      </w:r>
    </w:p>
    <w:p>
      <w:r>
        <w:rPr>
          <w:b/>
        </w:rPr>
        <w:t xml:space="preserve">[20:13] </w:t>
      </w:r>
      <w:r>
        <w:t>you have to follow the commandment of God every time. So this is God oriented life.</w:t>
      </w:r>
    </w:p>
    <w:p>
      <w:pPr>
        <w:jc w:val="right"/>
      </w:pPr>
      <w:r>
        <w:t>یو ہیو ٹو فالو دا کمانڈمنٹ آف گاڈ ایوری ٹائم۔ سو دس از گاڈ اورینٹڈ لائف۔</w:t>
      </w:r>
    </w:p>
    <w:p>
      <w:r>
        <w:rPr>
          <w:b/>
        </w:rPr>
        <w:t xml:space="preserve">[20:22] </w:t>
      </w:r>
      <w:r>
        <w:t>deen there is a hadith. here I would like to cite some hadith to illustrate this point</w:t>
      </w:r>
    </w:p>
    <w:p>
      <w:pPr>
        <w:jc w:val="right"/>
      </w:pPr>
      <w:r>
        <w:t>دین دیر از ا حدیث۔ ہیر آئی وڈ لائک ٹو سائیٹ سم حدیث ٹو ایلسٹریٹ دس پوائنٹ</w:t>
      </w:r>
    </w:p>
    <w:p>
      <w:r>
        <w:rPr>
          <w:b/>
        </w:rPr>
        <w:t xml:space="preserve">[20:34] </w:t>
      </w:r>
      <w:r>
        <w:t>. the prophet of islam has said.</w:t>
      </w:r>
    </w:p>
    <w:p>
      <w:pPr>
        <w:jc w:val="right"/>
      </w:pPr>
      <w:r>
        <w:t>۔ دا پرافٹ آف اسلام ہیز سیڈ۔</w:t>
      </w:r>
    </w:p>
    <w:p>
      <w:r>
        <w:rPr>
          <w:b/>
        </w:rPr>
        <w:t xml:space="preserve">[20:48] </w:t>
      </w:r>
      <w:r>
        <w:t>allazi la yaman jahoroh. it means that he is not a true believer. who creates problem for his neighbors.</w:t>
      </w:r>
    </w:p>
    <w:p>
      <w:pPr>
        <w:jc w:val="right"/>
      </w:pPr>
      <w:r>
        <w:t>الذی لا یامن جارہو۔ اٹ مینز دیٹ ہی از ناٹ ا ٹرو بیلیور۔ ہو کریٹس پرابلم فار ہز نیبرز۔</w:t>
      </w:r>
    </w:p>
    <w:p>
      <w:r>
        <w:rPr>
          <w:b/>
        </w:rPr>
        <w:t xml:space="preserve">[21:00] </w:t>
      </w:r>
      <w:r>
        <w:t>he is not a true believer who creates problem for his neighbors. this is the. this is the principle.</w:t>
      </w:r>
    </w:p>
    <w:p>
      <w:pPr>
        <w:jc w:val="right"/>
      </w:pPr>
      <w:r>
        <w:t>ہی از ناٹ ا ٹرو بیلیور ہو کریٹس پرابلم فار ہز نیبرز۔ دس از دا۔ دس از دا پرنسپل۔</w:t>
      </w:r>
    </w:p>
    <w:p>
      <w:r>
        <w:rPr>
          <w:b/>
        </w:rPr>
        <w:t xml:space="preserve">[21:13] </w:t>
      </w:r>
      <w:r>
        <w:t>of god oriented life. you live in society. and every time there are some people for your neighbors.</w:t>
      </w:r>
    </w:p>
    <w:p>
      <w:pPr>
        <w:jc w:val="right"/>
      </w:pPr>
      <w:r>
        <w:t>آف گاڈ اورینٹڈ لائف۔ یو لیو ان سوسائٹی۔ اینڈ ایوری ٹائم دیر آر سم پیپل فار یور نیبرز۔</w:t>
      </w:r>
    </w:p>
    <w:p>
      <w:r>
        <w:rPr>
          <w:b/>
        </w:rPr>
        <w:t xml:space="preserve">[21:23] </w:t>
      </w:r>
      <w:r>
        <w:t>so you are you have to live with neighbors without creating any problem for them.</w:t>
      </w:r>
    </w:p>
    <w:p>
      <w:pPr>
        <w:jc w:val="right"/>
      </w:pPr>
      <w:r>
        <w:t>سو یو آر یو ہیو ٹو لیو ود نیبرز وداؤٹ کریٹنگ اینی پرابلم فار دیم۔</w:t>
      </w:r>
    </w:p>
    <w:p>
      <w:r>
        <w:rPr>
          <w:b/>
        </w:rPr>
        <w:t xml:space="preserve">[21:32] </w:t>
      </w:r>
      <w:r>
        <w:t>there is other hadith. that tells us.</w:t>
      </w:r>
    </w:p>
    <w:p>
      <w:pPr>
        <w:jc w:val="right"/>
      </w:pPr>
      <w:r>
        <w:t>دیر از ادر حدیث۔ دیٹ ٹیل اس۔</w:t>
      </w:r>
    </w:p>
    <w:p>
      <w:r>
        <w:rPr>
          <w:b/>
        </w:rPr>
        <w:t xml:space="preserve">[21:41] </w:t>
      </w:r>
      <w:r>
        <w:t>it means that there are only two type of living. one. you have to be useful for your neighbors.</w:t>
      </w:r>
    </w:p>
    <w:p>
      <w:pPr>
        <w:jc w:val="right"/>
      </w:pPr>
      <w:r>
        <w:t>اٹ مینز دیٹ دیر آر اونلی ٹو ٹائپ آف لیونگ۔ ون۔ یو ہیو ٹو بی یوزفل فار یور نیبرز۔</w:t>
      </w:r>
    </w:p>
    <w:p>
      <w:r>
        <w:rPr>
          <w:b/>
        </w:rPr>
        <w:t xml:space="preserve">[21:52] </w:t>
      </w:r>
      <w:r>
        <w:t>for your surroundings. for your society.</w:t>
      </w:r>
    </w:p>
    <w:p>
      <w:pPr>
        <w:jc w:val="right"/>
      </w:pPr>
      <w:r>
        <w:t>فار یور سراؤنڈنگز۔ فار یور سوسائٹی۔</w:t>
      </w:r>
    </w:p>
    <w:p>
      <w:r>
        <w:rPr>
          <w:b/>
        </w:rPr>
        <w:t xml:space="preserve">[21:57] </w:t>
      </w:r>
      <w:r>
        <w:t>and you live as a giver member of the society. as a useful member of society. this is the first option.</w:t>
      </w:r>
    </w:p>
    <w:p>
      <w:pPr>
        <w:jc w:val="right"/>
      </w:pPr>
      <w:r>
        <w:t>اینڈ یو لیو ایز ا گیور ممبر آف دا سوسائٹی۔ ایز ا یوزفل ممبر آف سوسائٹی۔ دس از دا فرسٹ آپشن۔</w:t>
      </w:r>
    </w:p>
    <w:p>
      <w:r>
        <w:rPr>
          <w:b/>
        </w:rPr>
        <w:t xml:space="preserve">[22:08] </w:t>
      </w:r>
      <w:r>
        <w:t>the second is that that you have to live as a no problem person in your society. there is no third position. there is no third position.</w:t>
      </w:r>
    </w:p>
    <w:p>
      <w:pPr>
        <w:jc w:val="right"/>
      </w:pPr>
      <w:r>
        <w:t>دا سیکنڈ از دیٹ دیٹ یو ہیو ٹو لیو ایز ا نو پرابلم پرسن ان یور سوسائٹی۔ دیر از نو تھرڈ پوزیشن۔ دیر از نو تھرڈ پوزیشن۔</w:t>
      </w:r>
    </w:p>
    <w:p>
      <w:r>
        <w:rPr>
          <w:b/>
        </w:rPr>
        <w:t xml:space="preserve">[22:19] </w:t>
      </w:r>
      <w:r>
        <w:t>either you have to live in your society as a giver member. useful member</w:t>
      </w:r>
    </w:p>
    <w:p>
      <w:pPr>
        <w:jc w:val="right"/>
      </w:pPr>
      <w:r>
        <w:t>ایدر یو ہیو ٹو لیو ان یور سوسائٹی ایز ا گیور ممبر۔ یوزفل ممبر</w:t>
      </w:r>
    </w:p>
    <w:p>
      <w:r>
        <w:rPr>
          <w:b/>
        </w:rPr>
        <w:t xml:space="preserve">[22:27] </w:t>
      </w:r>
      <w:r>
        <w:t>. this is the first. or you have to live in your society as a no problem person.</w:t>
      </w:r>
    </w:p>
    <w:p>
      <w:pPr>
        <w:jc w:val="right"/>
      </w:pPr>
      <w:r>
        <w:t>۔ دس از دا فرسٹ۔ اور یو ہیو ٹو لیو ان یور سوسائٹی ایز ا نو پرابلم پرسن۔</w:t>
      </w:r>
    </w:p>
    <w:p>
      <w:r>
        <w:rPr>
          <w:b/>
        </w:rPr>
        <w:t xml:space="preserve">[22:37] </w:t>
      </w:r>
      <w:r>
        <w:t>you have to keep yourself from creating problem for other. to this is two option for you. one who want to live a life god oriented he must keep in his mind that there is no third option.</w:t>
      </w:r>
    </w:p>
    <w:p>
      <w:pPr>
        <w:jc w:val="right"/>
      </w:pPr>
      <w:r>
        <w:t>یو ہیو ٹو کیپ یور سیلف فرام کریٹنگ پرابلم فار ادر۔ تو دس از ٹو آپشن فار یو۔ ون ہو وانٹ ٹو لیو ا لائف گاڈ اورینٹڈ ہی مسٹ کیپ ان ہز مائنڈ دیٹ دیر از نو تھرڈ آپشن۔</w:t>
      </w:r>
    </w:p>
    <w:p>
      <w:r>
        <w:rPr>
          <w:b/>
        </w:rPr>
        <w:t xml:space="preserve">[22:55] </w:t>
      </w:r>
      <w:r>
        <w:t>either you have to live as a giver person in your society. or you have to live as a no problem person in your society.</w:t>
      </w:r>
    </w:p>
    <w:p>
      <w:pPr>
        <w:jc w:val="right"/>
      </w:pPr>
      <w:r>
        <w:t>ایدر یو ہیو ٹو لیو ایز ا گیور پرسن ان یور سوسائٹی۔ اور یو ہیو ٹو لیو ایز ا نو پرابلم پرسن ان یور سوسائٹی۔</w:t>
      </w:r>
    </w:p>
    <w:p>
      <w:r>
        <w:rPr>
          <w:b/>
        </w:rPr>
        <w:t xml:space="preserve">[23:12] </w:t>
      </w:r>
      <w:r>
        <w:t>deen there is a hadith. al muslim man salima nas</w:t>
      </w:r>
    </w:p>
    <w:p>
      <w:pPr>
        <w:jc w:val="right"/>
      </w:pPr>
      <w:r>
        <w:t>دین دیر از ا حدیث۔ المسلم من سلم ناس</w:t>
      </w:r>
    </w:p>
    <w:p>
      <w:r>
        <w:rPr>
          <w:b/>
        </w:rPr>
        <w:t xml:space="preserve">[23:23] </w:t>
      </w:r>
      <w:r>
        <w:t>a true muslim is one. a true believer is one. by whose hands and tongue people are safe.</w:t>
      </w:r>
    </w:p>
    <w:p>
      <w:pPr>
        <w:jc w:val="right"/>
      </w:pPr>
      <w:r>
        <w:t>ا ٹرو مسلم از ون۔ ا ٹرو بیلیور از ون۔ بائی ہوز ہینڈز اینڈ ٹنگ پیپل آر سیف۔</w:t>
      </w:r>
    </w:p>
    <w:p>
      <w:r>
        <w:rPr>
          <w:b/>
        </w:rPr>
        <w:t xml:space="preserve">[23:36] </w:t>
      </w:r>
      <w:r>
        <w:t>a true muslim is one by whose hands and tongue people are safe. it means that true muslim is a harmless member of society.</w:t>
      </w:r>
    </w:p>
    <w:p>
      <w:pPr>
        <w:jc w:val="right"/>
      </w:pPr>
      <w:r>
        <w:t>ا ٹرو مسلم از ون بائی ہوز ہینڈز اینڈ ٹنگ پیپل آر سیف۔ اٹ مینز دیٹ ٹرو مسلم از ا ہارملیس ممبر آف سوسائٹی۔</w:t>
      </w:r>
    </w:p>
    <w:p>
      <w:r>
        <w:rPr>
          <w:b/>
        </w:rPr>
        <w:t xml:space="preserve">[23:50] </w:t>
      </w:r>
      <w:r>
        <w:t>harmless member of society. peaceful member of society. tolerant tolerant member of society.</w:t>
      </w:r>
    </w:p>
    <w:p>
      <w:pPr>
        <w:jc w:val="right"/>
      </w:pPr>
      <w:r>
        <w:t>ہارملیس ممبر آف سوسائٹی۔ پیس فل ممبر آف سوسائٹی۔ ٹولرٹ ٹولرنٹ ممبر آف سوسائٹی۔</w:t>
      </w:r>
    </w:p>
    <w:p>
      <w:r>
        <w:rPr>
          <w:b/>
        </w:rPr>
        <w:t xml:space="preserve">[24:01] </w:t>
      </w:r>
      <w:r>
        <w:t>very important.</w:t>
      </w:r>
    </w:p>
    <w:p>
      <w:pPr>
        <w:jc w:val="right"/>
      </w:pPr>
      <w:r>
        <w:t>ویری امپورٹنٹ۔</w:t>
      </w:r>
    </w:p>
    <w:p>
      <w:r>
        <w:rPr>
          <w:b/>
        </w:rPr>
        <w:t xml:space="preserve">[24:05] </w:t>
      </w:r>
      <w:r>
        <w:t>a true muslim is one who can live in society as a harmless member.</w:t>
      </w:r>
    </w:p>
    <w:p>
      <w:pPr>
        <w:jc w:val="right"/>
      </w:pPr>
      <w:r>
        <w:t>ا ٹرو مسلم از ون ہو کین لیو ان سوسائٹی ایز ا ہارملیس ممبر۔</w:t>
      </w:r>
    </w:p>
    <w:p>
      <w:r>
        <w:rPr>
          <w:b/>
        </w:rPr>
        <w:t xml:space="preserve">[24:14] </w:t>
      </w:r>
      <w:r>
        <w:t>is a peaceful member. is a tolerant member.</w:t>
      </w:r>
    </w:p>
    <w:p>
      <w:pPr>
        <w:jc w:val="right"/>
      </w:pPr>
      <w:r>
        <w:t>ایز ا پیس فل ممبر۔ ایز ا ٹولرٹ ممبر۔</w:t>
      </w:r>
    </w:p>
    <w:p>
      <w:r>
        <w:rPr>
          <w:b/>
        </w:rPr>
        <w:t xml:space="preserve">[24:19] </w:t>
      </w:r>
      <w:r>
        <w:t>one who fail to follow this god commandment he is not a believer. he is not a muslim.</w:t>
      </w:r>
    </w:p>
    <w:p>
      <w:pPr>
        <w:jc w:val="right"/>
      </w:pPr>
      <w:r>
        <w:t>ون ہو فیل ٹو فالو دس گاڈ کمانڈمنٹ ہی از ناٹ ا بیلیور۔ ہی از ناٹ ا مسلم۔</w:t>
      </w:r>
    </w:p>
    <w:p>
      <w:r>
        <w:rPr>
          <w:b/>
        </w:rPr>
        <w:t xml:space="preserve">[24:28] </w:t>
      </w:r>
      <w:r>
        <w:t>he is not a momin.</w:t>
      </w:r>
    </w:p>
    <w:p>
      <w:pPr>
        <w:jc w:val="right"/>
      </w:pPr>
      <w:r>
        <w:t>ہی از ناٹ ا مومن۔</w:t>
      </w:r>
    </w:p>
    <w:p>
      <w:r>
        <w:rPr>
          <w:b/>
        </w:rPr>
        <w:t xml:space="preserve">[24:35] </w:t>
      </w:r>
      <w:r>
        <w:t>then there is hadith.</w:t>
      </w:r>
    </w:p>
    <w:p>
      <w:pPr>
        <w:jc w:val="right"/>
      </w:pPr>
      <w:r>
        <w:t>دین دیر از حدیث۔</w:t>
      </w:r>
    </w:p>
    <w:p>
      <w:r>
        <w:rPr>
          <w:b/>
        </w:rPr>
        <w:t xml:space="preserve">[24:42] </w:t>
      </w:r>
      <w:r>
        <w:t>man kan yumin billahi wal yawm al akhir fal yqul khair or yasud.</w:t>
      </w:r>
    </w:p>
    <w:p>
      <w:pPr>
        <w:jc w:val="right"/>
      </w:pPr>
      <w:r>
        <w:t>من کان یومن باللہ والیوم الاخر فلیق الخیر اور یسود۔</w:t>
      </w:r>
    </w:p>
    <w:p>
      <w:r>
        <w:rPr>
          <w:b/>
        </w:rPr>
        <w:t xml:space="preserve">[24:52] </w:t>
      </w:r>
      <w:r>
        <w:t>it means that</w:t>
      </w:r>
    </w:p>
    <w:p>
      <w:pPr>
        <w:jc w:val="right"/>
      </w:pPr>
      <w:r>
        <w:t>اٹ مینز دیٹ</w:t>
      </w:r>
    </w:p>
    <w:p>
      <w:r>
        <w:rPr>
          <w:b/>
        </w:rPr>
        <w:t xml:space="preserve">[24:53] </w:t>
      </w:r>
      <w:r>
        <w:t>a true believer is one who speaks either truth. either a sound thing.</w:t>
      </w:r>
    </w:p>
    <w:p>
      <w:pPr>
        <w:jc w:val="right"/>
      </w:pPr>
      <w:r>
        <w:t>ا ٹرو بیلیور از ون ہو سپیکس ایدر ٹروتھ۔ ایدر ا ساؤنڈ تھنگ۔</w:t>
      </w:r>
    </w:p>
    <w:p>
      <w:r>
        <w:rPr>
          <w:b/>
        </w:rPr>
        <w:t xml:space="preserve">[25:05] </w:t>
      </w:r>
      <w:r>
        <w:t>or keep silence. so there is two option in your speech.</w:t>
      </w:r>
    </w:p>
    <w:p>
      <w:pPr>
        <w:jc w:val="right"/>
      </w:pPr>
      <w:r>
        <w:t>اور کیپ سائلنس۔ سو دیر از ٹو آپشن ان یور سپیچ۔</w:t>
      </w:r>
    </w:p>
    <w:p>
      <w:r>
        <w:rPr>
          <w:b/>
        </w:rPr>
        <w:t xml:space="preserve">[25:13] </w:t>
      </w:r>
      <w:r>
        <w:t>either you have to speak. something that is true. this is good. this is correct.</w:t>
      </w:r>
    </w:p>
    <w:p>
      <w:pPr>
        <w:jc w:val="right"/>
      </w:pPr>
      <w:r>
        <w:t>ایدر یو ہیو ٹو سپیک۔ سمتھنگ دیٹ از ٹرو۔ دس از گڈ۔ دس از کریکٹ۔</w:t>
      </w:r>
    </w:p>
    <w:p>
      <w:r>
        <w:rPr>
          <w:b/>
        </w:rPr>
        <w:t xml:space="preserve">[25:23] </w:t>
      </w:r>
      <w:r>
        <w:t>or you have to keep silence. you are not allowed to speech.</w:t>
      </w:r>
    </w:p>
    <w:p>
      <w:pPr>
        <w:jc w:val="right"/>
      </w:pPr>
      <w:r>
        <w:t>اور یو ہیو ٹو کیپ سائلنس۔ یو آر ناٹ الاؤڈ ٹو سپیچ۔</w:t>
      </w:r>
    </w:p>
    <w:p>
      <w:r>
        <w:rPr>
          <w:b/>
        </w:rPr>
        <w:t xml:space="preserve">[25:32] </w:t>
      </w:r>
      <w:r>
        <w:t>to speak absurd things. to tell a lie. to beg fighting. to violent talk.</w:t>
      </w:r>
    </w:p>
    <w:p>
      <w:pPr>
        <w:jc w:val="right"/>
      </w:pPr>
      <w:r>
        <w:t>ٹو سپیک ایبسرٹ تھنگز۔ ٹو ٹیل ا لائی۔ ٹو بیگ فائٹنگ۔ ٹو والنٹ ٹاک۔</w:t>
      </w:r>
    </w:p>
    <w:p>
      <w:r>
        <w:rPr>
          <w:b/>
        </w:rPr>
        <w:t xml:space="preserve">[25:45] </w:t>
      </w:r>
      <w:r>
        <w:t>all those things are forbidden for you. you only two option.</w:t>
      </w:r>
    </w:p>
    <w:p>
      <w:pPr>
        <w:jc w:val="right"/>
      </w:pPr>
      <w:r>
        <w:t>ال دوز تھنگز آر فاربیڈن فار یو۔ یو اونلی ٹو آپشن۔</w:t>
      </w:r>
    </w:p>
    <w:p>
      <w:r>
        <w:rPr>
          <w:b/>
        </w:rPr>
        <w:t xml:space="preserve">[25:52] </w:t>
      </w:r>
      <w:r>
        <w:t>either you have to speak. you have to speak. what is good and correct and sound.</w:t>
      </w:r>
    </w:p>
    <w:p>
      <w:pPr>
        <w:jc w:val="right"/>
      </w:pPr>
      <w:r>
        <w:t>ایدر یو ہیو ٹو سپیک۔ یو ہیو ٹو سپیک۔ واٹ از گڈ اینڈ کریکٹ اینڈ ساؤنڈ۔</w:t>
      </w:r>
    </w:p>
    <w:p>
      <w:r>
        <w:rPr>
          <w:b/>
        </w:rPr>
        <w:t xml:space="preserve">[26:06] </w:t>
      </w:r>
      <w:r>
        <w:t>or you have to keep silence. i think all it is very comprehensive teaching.</w:t>
      </w:r>
    </w:p>
    <w:p>
      <w:pPr>
        <w:jc w:val="right"/>
      </w:pPr>
      <w:r>
        <w:t>اور یو ہیو ٹو کیپ سائلنس۔ ائی تھنک ال اٹ از ویری کمپرہنسیو ٹیچنگ۔</w:t>
      </w:r>
    </w:p>
    <w:p>
      <w:r>
        <w:rPr>
          <w:b/>
        </w:rPr>
        <w:t xml:space="preserve">[26:18] </w:t>
      </w:r>
      <w:r>
        <w:t>very comprehensive teaching. because everything begins from speech. it is speech that creates problem.</w:t>
      </w:r>
    </w:p>
    <w:p>
      <w:pPr>
        <w:jc w:val="right"/>
      </w:pPr>
      <w:r>
        <w:t>ویری کمپرہنسیو ٹیچنگ۔ بیکاز ایوری تھنگ بگنز فرام سپیچ۔ اٹ از سپیچ دیٹ کریٹس پرابلم۔</w:t>
      </w:r>
    </w:p>
    <w:p>
      <w:r>
        <w:rPr>
          <w:b/>
        </w:rPr>
        <w:t xml:space="preserve">[26:31] </w:t>
      </w:r>
      <w:r>
        <w:t>the speech that was a war. the speech that creates hate and revenge everything.</w:t>
      </w:r>
    </w:p>
    <w:p>
      <w:pPr>
        <w:jc w:val="right"/>
      </w:pPr>
      <w:r>
        <w:t>دی سپیچ دیٹ واز ا وار۔ دی سپیچ دیٹ کریٹس ہیٹ اینڈ ریونج ایوری تھنگ۔</w:t>
      </w:r>
    </w:p>
    <w:p>
      <w:r>
        <w:rPr>
          <w:b/>
        </w:rPr>
        <w:t xml:space="preserve">[26:43] </w:t>
      </w:r>
      <w:r>
        <w:t>so speech is basic in human life.</w:t>
      </w:r>
    </w:p>
    <w:p>
      <w:pPr>
        <w:jc w:val="right"/>
      </w:pPr>
      <w:r>
        <w:t>تو سپیچ از بیسک ان ہیومن لائف۔</w:t>
      </w:r>
    </w:p>
    <w:p>
      <w:r>
        <w:rPr>
          <w:b/>
        </w:rPr>
        <w:t xml:space="preserve">[26:48] </w:t>
      </w:r>
      <w:r>
        <w:t>speech is basic in human life. all thing begins from speech.</w:t>
      </w:r>
    </w:p>
    <w:p>
      <w:pPr>
        <w:jc w:val="right"/>
      </w:pPr>
      <w:r>
        <w:t>سپیچ از بیسک ان ہیومن لائف۔ ال تھنگ بگنز فرام سپیچ۔</w:t>
      </w:r>
    </w:p>
    <w:p>
      <w:r>
        <w:rPr>
          <w:b/>
        </w:rPr>
        <w:t xml:space="preserve">[26:58] </w:t>
      </w:r>
      <w:r>
        <w:t>all thing begins from speech.</w:t>
      </w:r>
    </w:p>
    <w:p>
      <w:pPr>
        <w:jc w:val="right"/>
      </w:pPr>
      <w:r>
        <w:t>ال تھنگ بگنز فرام سپیچ۔</w:t>
      </w:r>
    </w:p>
    <w:p>
      <w:r>
        <w:rPr>
          <w:b/>
        </w:rPr>
        <w:t xml:space="preserve">[27:02] </w:t>
      </w:r>
      <w:r>
        <w:t>stones can not speech. so there is no quarrel. don't know hate.</w:t>
      </w:r>
    </w:p>
    <w:p>
      <w:pPr>
        <w:jc w:val="right"/>
      </w:pPr>
      <w:r>
        <w:t>سٹونز کین ناٹ سپیچ۔ سو دیر از نو کوئرل۔ ڈونٹ نو ہیٹ۔</w:t>
      </w:r>
    </w:p>
    <w:p>
      <w:r>
        <w:rPr>
          <w:b/>
        </w:rPr>
        <w:t xml:space="preserve">[27:10] </w:t>
      </w:r>
      <w:r>
        <w:t>stones and and trees. can not speech.</w:t>
      </w:r>
    </w:p>
    <w:p>
      <w:pPr>
        <w:jc w:val="right"/>
      </w:pPr>
      <w:r>
        <w:t>سٹونز اینڈ اینڈ ٹریز۔ کین ناٹ سپیچ۔</w:t>
      </w:r>
    </w:p>
    <w:p>
      <w:r>
        <w:rPr>
          <w:b/>
        </w:rPr>
        <w:t xml:space="preserve">[27:17] </w:t>
      </w:r>
      <w:r>
        <w:t>so there is no fighting among trees. there no fighting among stones. so everything begins from speech.</w:t>
      </w:r>
    </w:p>
    <w:p>
      <w:pPr>
        <w:jc w:val="right"/>
      </w:pPr>
      <w:r>
        <w:t>سو دیر از نو فائٹنگ امنگ ٹریز۔ دیر نو فائٹنگ امنگ سٹونز۔ سو ایوری تھنگ بگنز فرام سپیچ۔</w:t>
      </w:r>
    </w:p>
    <w:p>
      <w:r>
        <w:rPr>
          <w:b/>
        </w:rPr>
        <w:t xml:space="preserve">[27:30] </w:t>
      </w:r>
      <w:r>
        <w:t>war and violence. and all those evil practices begin from speech.</w:t>
      </w:r>
    </w:p>
    <w:p>
      <w:pPr>
        <w:jc w:val="right"/>
      </w:pPr>
      <w:r>
        <w:t>وار اینڈ وائلنس۔ اینڈ ال دوز ایول پریکٹسز بگن فرام سپیچ۔</w:t>
      </w:r>
    </w:p>
    <w:p>
      <w:r>
        <w:rPr>
          <w:b/>
        </w:rPr>
        <w:t xml:space="preserve">[27:39] </w:t>
      </w:r>
      <w:r>
        <w:t>so if you control your tongue. if you control your speech. there is no then there is no evil.</w:t>
      </w:r>
    </w:p>
    <w:p>
      <w:pPr>
        <w:jc w:val="right"/>
      </w:pPr>
      <w:r>
        <w:t>سو اف یو کنٹرول یور ٹنگ۔ اف یو کنٹرول یور سپیچ۔ دیر از نو دین دیر از نو ایول۔</w:t>
      </w:r>
    </w:p>
    <w:p>
      <w:r>
        <w:rPr>
          <w:b/>
        </w:rPr>
        <w:t xml:space="preserve">[27:52] </w:t>
      </w:r>
      <w:r>
        <w:t>every all the evils certainly will disappear if people. follow this commandment.</w:t>
      </w:r>
    </w:p>
    <w:p>
      <w:pPr>
        <w:jc w:val="right"/>
      </w:pPr>
      <w:r>
        <w:t>ایوری ال دی ایولز سرٹنلی ول ڈسپیئر اف پیپل۔ فالو دس کمانڈمنٹ۔</w:t>
      </w:r>
    </w:p>
    <w:p>
      <w:r>
        <w:rPr>
          <w:b/>
        </w:rPr>
        <w:t xml:space="preserve">[28:02] </w:t>
      </w:r>
      <w:r>
        <w:t>naat to speak accept truth.</w:t>
      </w:r>
    </w:p>
    <w:p>
      <w:pPr>
        <w:jc w:val="right"/>
      </w:pPr>
      <w:r>
        <w:t>ناٹ ٹو سپیک ایکسیپٹ ٹروتھ۔</w:t>
      </w:r>
    </w:p>
    <w:p>
      <w:r>
        <w:rPr>
          <w:b/>
        </w:rPr>
        <w:t xml:space="preserve">[28:09] </w:t>
      </w:r>
      <w:r>
        <w:t>naat to speak accept truth. very simple commandment. but if people follow this commandment there is no evil.</w:t>
      </w:r>
    </w:p>
    <w:p>
      <w:pPr>
        <w:jc w:val="right"/>
      </w:pPr>
      <w:r>
        <w:t>ناٹ ٹو سپیک ایکسیپٹ ٹروتھ۔ ویری سمپل کمانڈمنٹ۔ بٹ اف پیپل فالو دس کمانڈمنٹ دیر از نو ایول۔</w:t>
      </w:r>
    </w:p>
    <w:p>
      <w:r>
        <w:rPr>
          <w:b/>
        </w:rPr>
        <w:t xml:space="preserve">[28:21] </w:t>
      </w:r>
      <w:r>
        <w:t>no evil.</w:t>
      </w:r>
    </w:p>
    <w:p>
      <w:pPr>
        <w:jc w:val="right"/>
      </w:pPr>
      <w:r>
        <w:t>نو ایول۔</w:t>
      </w:r>
    </w:p>
    <w:p>
      <w:r>
        <w:rPr>
          <w:b/>
        </w:rPr>
        <w:t xml:space="preserve">[28:24] </w:t>
      </w:r>
      <w:r>
        <w:t>so this are the principal of living.</w:t>
      </w:r>
    </w:p>
    <w:p>
      <w:pPr>
        <w:jc w:val="right"/>
      </w:pPr>
      <w:r>
        <w:t>سو دس ار دا پرنسپل آف لیونگ۔</w:t>
      </w:r>
    </w:p>
    <w:p>
      <w:r>
        <w:rPr>
          <w:b/>
        </w:rPr>
        <w:t xml:space="preserve">[28:37] </w:t>
      </w:r>
      <w:r>
        <w:t>a life that is called god oriented life. then.</w:t>
      </w:r>
    </w:p>
    <w:p>
      <w:pPr>
        <w:jc w:val="right"/>
      </w:pPr>
      <w:r>
        <w:t>ا لائف دیٹ از کالڈ گاڈ اورینٹڈ لائف۔ دین۔</w:t>
      </w:r>
    </w:p>
    <w:p>
      <w:r>
        <w:rPr>
          <w:b/>
        </w:rPr>
        <w:t xml:space="preserve">[28:50] </w:t>
      </w:r>
      <w:r>
        <w:t>and that is called in islam in quran rabbania. rabbani. rabbani means.</w:t>
      </w:r>
    </w:p>
    <w:p>
      <w:pPr>
        <w:jc w:val="right"/>
      </w:pPr>
      <w:r>
        <w:t>اینڈ دیٹ از کالڈ ان اسلام ان قرآن الربانیہ۔ الربانی۔ ربانی مینز۔</w:t>
      </w:r>
    </w:p>
    <w:p>
      <w:r>
        <w:rPr>
          <w:b/>
        </w:rPr>
        <w:t xml:space="preserve">[28:59] </w:t>
      </w:r>
      <w:r>
        <w:t>yani godly people. those who follow the commandment of god.</w:t>
      </w:r>
    </w:p>
    <w:p>
      <w:pPr>
        <w:jc w:val="right"/>
      </w:pPr>
      <w:r>
        <w:t>یعنی گاڈلی پیپل۔ دوز ہو فالو دا کمانڈمنٹ آف گاڈ۔</w:t>
      </w:r>
    </w:p>
    <w:p>
      <w:r>
        <w:rPr>
          <w:b/>
        </w:rPr>
        <w:t xml:space="preserve">[29:10] </w:t>
      </w:r>
      <w:r>
        <w:t>so you know in this world man has freedom. freedom. freedom of speech.</w:t>
      </w:r>
    </w:p>
    <w:p>
      <w:pPr>
        <w:jc w:val="right"/>
      </w:pPr>
      <w:r>
        <w:t>سو یو نو ان دس ورلڈ مین ہیز فریڈم۔ فریڈم۔ فریڈم آف سپیچ۔</w:t>
      </w:r>
    </w:p>
    <w:p>
      <w:r>
        <w:rPr>
          <w:b/>
        </w:rPr>
        <w:t xml:space="preserve">[29:19] </w:t>
      </w:r>
      <w:r>
        <w:t>freedom of action. freedom of everything.</w:t>
      </w:r>
    </w:p>
    <w:p>
      <w:pPr>
        <w:jc w:val="right"/>
      </w:pPr>
      <w:r>
        <w:t>فریڈم آف ایکشن۔ فریڈم آف ایوری تھنگ۔</w:t>
      </w:r>
    </w:p>
    <w:p>
      <w:r>
        <w:rPr>
          <w:b/>
        </w:rPr>
        <w:t xml:space="preserve">[29:25] </w:t>
      </w:r>
      <w:r>
        <w:t>so one who controls freedom. one who lives a life that is that man be called self life of disciplined life.</w:t>
      </w:r>
    </w:p>
    <w:p>
      <w:pPr>
        <w:jc w:val="right"/>
      </w:pPr>
      <w:r>
        <w:t>سو ون ہو کنٹرولز فریڈم۔ ون ہو لیوز ا لائف دیٹ از دیٹ مین بی کالڈ سیلف لائف آف ڈسپلنڈ لائف۔</w:t>
      </w:r>
    </w:p>
    <w:p>
      <w:r>
        <w:rPr>
          <w:b/>
        </w:rPr>
        <w:t xml:space="preserve">[29:36] </w:t>
      </w:r>
      <w:r>
        <w:t>disciplined life. and control life. and self.</w:t>
      </w:r>
    </w:p>
    <w:p>
      <w:pPr>
        <w:jc w:val="right"/>
      </w:pPr>
      <w:r>
        <w:t>ڈسپلنڈ لائف۔ اینڈ کنٹرول لائف۔ اینڈ سیلف۔</w:t>
      </w:r>
    </w:p>
    <w:p>
      <w:r>
        <w:rPr>
          <w:b/>
        </w:rPr>
        <w:t xml:space="preserve">[29:45] </w:t>
      </w:r>
      <w:r>
        <w:t>so. there are two ways of life in this world.</w:t>
      </w:r>
    </w:p>
    <w:p>
      <w:pPr>
        <w:jc w:val="right"/>
      </w:pPr>
      <w:r>
        <w:t>سو۔ دیر آر ٹو ویز آف لائف ان دس ورلڈ۔</w:t>
      </w:r>
    </w:p>
    <w:p>
      <w:r>
        <w:rPr>
          <w:b/>
        </w:rPr>
        <w:t xml:space="preserve">[29:51] </w:t>
      </w:r>
      <w:r>
        <w:t>either you live in discipline. in control. that is to. to use your freedom properly.</w:t>
      </w:r>
    </w:p>
    <w:p>
      <w:pPr>
        <w:jc w:val="right"/>
      </w:pPr>
      <w:r>
        <w:t>ایدر یو لیو ان ڈسپلن۔ ان کنٹرول۔ دیٹ از ٹو۔ ٹو یوز یور فریڈم پراپرلی۔</w:t>
      </w:r>
    </w:p>
    <w:p>
      <w:r>
        <w:rPr>
          <w:b/>
        </w:rPr>
        <w:t xml:space="preserve">[30:06] </w:t>
      </w:r>
      <w:r>
        <w:t>this is one way of life. the other way is to misuse your freedom. not to control your behavior.</w:t>
      </w:r>
    </w:p>
    <w:p>
      <w:pPr>
        <w:jc w:val="right"/>
      </w:pPr>
      <w:r>
        <w:t>دس از ون وے آف لائف۔ دی ادر وے از ٹو مس یوز یور فریڈم۔ ناٹ ٹو کنٹرول یور بیہیویئر۔</w:t>
      </w:r>
    </w:p>
    <w:p>
      <w:r>
        <w:rPr>
          <w:b/>
        </w:rPr>
        <w:t xml:space="preserve">[30:17] </w:t>
      </w:r>
      <w:r>
        <w:t>not to adopt any discipline.</w:t>
      </w:r>
    </w:p>
    <w:p>
      <w:pPr>
        <w:jc w:val="right"/>
      </w:pPr>
      <w:r>
        <w:t>ناٹ ٹو اڈاپٹ اینی ڈسپلن۔</w:t>
      </w:r>
    </w:p>
    <w:p>
      <w:r>
        <w:rPr>
          <w:b/>
        </w:rPr>
        <w:t xml:space="preserve">[30:20] </w:t>
      </w:r>
      <w:r>
        <w:t>so one who.</w:t>
      </w:r>
    </w:p>
    <w:p>
      <w:pPr>
        <w:jc w:val="right"/>
      </w:pPr>
      <w:r>
        <w:t>سو ون ہو۔</w:t>
      </w:r>
    </w:p>
    <w:p>
      <w:r>
        <w:rPr>
          <w:b/>
        </w:rPr>
        <w:t xml:space="preserve">[30:24] </w:t>
      </w:r>
      <w:r>
        <w:t>one who follows god commandments. and one who adopts. discipline style of life.</w:t>
      </w:r>
    </w:p>
    <w:p>
      <w:pPr>
        <w:jc w:val="right"/>
      </w:pPr>
      <w:r>
        <w:t>ون ہو فالوز گاڈ کمانڈمنٹس۔ اینڈ ون ہو اڈاپٹس۔ ڈسپلن سٹائل آف لائف۔</w:t>
      </w:r>
    </w:p>
    <w:p>
      <w:r>
        <w:rPr>
          <w:b/>
        </w:rPr>
        <w:t xml:space="preserve">[30:34] </w:t>
      </w:r>
      <w:r>
        <w:t>has living god oriented life. and one who. fail to control his desires.</w:t>
      </w:r>
    </w:p>
    <w:p>
      <w:pPr>
        <w:jc w:val="right"/>
      </w:pPr>
      <w:r>
        <w:t>ہیز لیونگ گاڈ اورینٹڈ لائف۔ اینڈ ون ہو۔ فیل ٹو کنٹرول ہز ڈیزائرز۔</w:t>
      </w:r>
    </w:p>
    <w:p>
      <w:r>
        <w:rPr>
          <w:b/>
        </w:rPr>
        <w:t xml:space="preserve">[30:44] </w:t>
      </w:r>
      <w:r>
        <w:t>fail to control his freedom</w:t>
      </w:r>
    </w:p>
    <w:p>
      <w:pPr>
        <w:jc w:val="right"/>
      </w:pPr>
      <w:r>
        <w:t>فیل ٹو کنٹرول ہز فریڈم</w:t>
      </w:r>
    </w:p>
    <w:p>
      <w:r>
        <w:rPr>
          <w:b/>
        </w:rPr>
        <w:t xml:space="preserve">[30:48] </w:t>
      </w:r>
      <w:r>
        <w:t>. so he is not living life that is god oriented life. he is living a self oriented life.</w:t>
      </w:r>
    </w:p>
    <w:p>
      <w:pPr>
        <w:jc w:val="right"/>
      </w:pPr>
      <w:r>
        <w:t>۔ سو ہی از ناٹ لیونگ لائف دیٹ از گاڈ اورینٹڈ لائف۔ ہی از لیونگ ا سیلف اورینٹڈ لائف۔</w:t>
      </w:r>
    </w:p>
    <w:p>
      <w:r>
        <w:rPr>
          <w:b/>
        </w:rPr>
        <w:t xml:space="preserve">[30:58] </w:t>
      </w:r>
      <w:r>
        <w:t>a self oriented life is not allowed anyone in this world. you are free but you are not free to misuse your freedom.</w:t>
      </w:r>
    </w:p>
    <w:p>
      <w:pPr>
        <w:jc w:val="right"/>
      </w:pPr>
      <w:r>
        <w:t>ا سیلف اورینٹڈ لائف از ناٹ الاؤڈ اینی ون ان دس ورلڈ۔ یو آر فری بٹ یو آر ناٹ فری ٹو مس یوز یور فریڈم۔</w:t>
      </w:r>
    </w:p>
    <w:p>
      <w:r>
        <w:rPr>
          <w:b/>
        </w:rPr>
        <w:t xml:space="preserve">[31:08] </w:t>
      </w:r>
      <w:r>
        <w:t>this is the point. man is free. but he is not free to misuse his freedom.</w:t>
      </w:r>
    </w:p>
    <w:p>
      <w:pPr>
        <w:jc w:val="right"/>
      </w:pPr>
      <w:r>
        <w:t>دس از دا پوائنٹ۔ مین از فری۔ بٹ ہی از ناٹ فری ٹو مس یوز ہز فریڈم۔</w:t>
      </w:r>
    </w:p>
    <w:p>
      <w:r>
        <w:rPr>
          <w:b/>
        </w:rPr>
        <w:t xml:space="preserve">[31:19] </w:t>
      </w:r>
      <w:r>
        <w:t>very important.</w:t>
      </w:r>
    </w:p>
    <w:p>
      <w:pPr>
        <w:jc w:val="right"/>
      </w:pPr>
      <w:r>
        <w:t>ویری امپورٹنٹ۔</w:t>
      </w:r>
    </w:p>
    <w:p>
      <w:r>
        <w:rPr>
          <w:b/>
        </w:rPr>
        <w:t xml:space="preserve">[31:23] </w:t>
      </w:r>
      <w:r>
        <w:t>man has given you freedom as a test. and not as a right. man has given freedom as a test.</w:t>
      </w:r>
    </w:p>
    <w:p>
      <w:pPr>
        <w:jc w:val="right"/>
      </w:pPr>
      <w:r>
        <w:t>مین ہیز گیون یو فریڈم ایز ا ٹیسٹ۔ اینڈ ناٹ ایز ا رائٹ۔ مین ہیز گیون فریڈم ایز ا ٹیسٹ۔</w:t>
      </w:r>
    </w:p>
    <w:p>
      <w:r>
        <w:rPr>
          <w:b/>
        </w:rPr>
        <w:t xml:space="preserve">[31:35] </w:t>
      </w:r>
      <w:r>
        <w:t>and not as a right.</w:t>
      </w:r>
    </w:p>
    <w:p>
      <w:pPr>
        <w:jc w:val="right"/>
      </w:pPr>
      <w:r>
        <w:t>اینڈ ناٹ ایز ا رائٹ۔</w:t>
      </w:r>
    </w:p>
    <w:p>
      <w:r>
        <w:rPr>
          <w:b/>
        </w:rPr>
        <w:t xml:space="preserve">[31:39] </w:t>
      </w:r>
      <w:r>
        <w:t>so men has.</w:t>
      </w:r>
    </w:p>
    <w:p>
      <w:pPr>
        <w:jc w:val="right"/>
      </w:pPr>
      <w:r>
        <w:t>سو مین ہیز۔</w:t>
      </w:r>
    </w:p>
    <w:p>
      <w:r>
        <w:rPr>
          <w:b/>
        </w:rPr>
        <w:t xml:space="preserve">[31:45] </w:t>
      </w:r>
      <w:r>
        <w:t>freedom but he is not free to misuse his freedom. those people who misuse freedom they will go to hell.</w:t>
      </w:r>
    </w:p>
    <w:p>
      <w:pPr>
        <w:jc w:val="right"/>
      </w:pPr>
      <w:r>
        <w:t>فریڈم بٹ ہی از ناٹ فری ٹو مس یوز ہز فریڈم۔ دوز پیپل ہو مس یوز فریڈم دے ول گو ٹو ہیل۔</w:t>
      </w:r>
    </w:p>
    <w:p>
      <w:r>
        <w:rPr>
          <w:b/>
        </w:rPr>
        <w:t xml:space="preserve">[31:56] </w:t>
      </w:r>
      <w:r>
        <w:t>they will be punished in hereafter.</w:t>
      </w:r>
    </w:p>
    <w:p>
      <w:pPr>
        <w:jc w:val="right"/>
      </w:pPr>
      <w:r>
        <w:t>دے ول بی پنشڈ ان ہیر افٹر۔</w:t>
      </w:r>
    </w:p>
    <w:p>
      <w:r>
        <w:rPr>
          <w:b/>
        </w:rPr>
        <w:t xml:space="preserve">[32:03] </w:t>
      </w:r>
      <w:r>
        <w:t>they will be. they will fail to find their place in paradise.</w:t>
      </w:r>
    </w:p>
    <w:p>
      <w:pPr>
        <w:jc w:val="right"/>
      </w:pPr>
      <w:r>
        <w:t>دے ول بی۔ دے ول فیل ٹو فائنڈ دیر پلیس ان پیراڈائز۔</w:t>
      </w:r>
    </w:p>
    <w:p>
      <w:r>
        <w:rPr>
          <w:b/>
        </w:rPr>
        <w:t xml:space="preserve">[32:13] </w:t>
      </w:r>
      <w:r>
        <w:t>so this is the crucial test. crucial test. proper use of freedom. is a key to paradise.</w:t>
      </w:r>
    </w:p>
    <w:p>
      <w:pPr>
        <w:jc w:val="right"/>
      </w:pPr>
      <w:r>
        <w:t>سو دس از دا کروشل ٹیسٹ۔ کروشل ٹیسٹ۔ پراپر یوز آف فریڈم۔ از ا کی ٹو پیراڈائز۔</w:t>
      </w:r>
    </w:p>
    <w:p>
      <w:r>
        <w:rPr>
          <w:b/>
        </w:rPr>
        <w:t xml:space="preserve">[32:24] </w:t>
      </w:r>
      <w:r>
        <w:t>and misuse of freedom is a key to hell.</w:t>
      </w:r>
    </w:p>
    <w:p>
      <w:pPr>
        <w:jc w:val="right"/>
      </w:pPr>
      <w:r>
        <w:t>اینڈ مس یوز آف فریڈم از ا کی ٹو ہیل۔</w:t>
      </w:r>
    </w:p>
    <w:p>
      <w:r>
        <w:rPr>
          <w:b/>
        </w:rPr>
        <w:t xml:space="preserve">[32:28] </w:t>
      </w:r>
      <w:r>
        <w:t>this is the short shortest formula of. success and failure in this world.</w:t>
      </w:r>
    </w:p>
    <w:p>
      <w:pPr>
        <w:jc w:val="right"/>
      </w:pPr>
      <w:r>
        <w:t>دس از دا شارٹ شارٹسٹ فارمولا آف۔ سکسیس اینڈ فیلیر ان دس ورلڈ۔</w:t>
      </w:r>
    </w:p>
    <w:p>
      <w:r>
        <w:rPr>
          <w:b/>
        </w:rPr>
        <w:t xml:space="preserve">[32:44] </w:t>
      </w:r>
      <w:r>
        <w:t>now. it is not very simple thing.</w:t>
      </w:r>
    </w:p>
    <w:p>
      <w:pPr>
        <w:jc w:val="right"/>
      </w:pPr>
      <w:r>
        <w:t>ناؤ۔ اٹ از ناٹ ویری سمپل تھنگ۔</w:t>
      </w:r>
    </w:p>
    <w:p>
      <w:r>
        <w:rPr>
          <w:b/>
        </w:rPr>
        <w:t xml:space="preserve">[32:51] </w:t>
      </w:r>
      <w:r>
        <w:t>the question is that. man himself can not understand what is good for him and what is bad for him.</w:t>
      </w:r>
    </w:p>
    <w:p>
      <w:pPr>
        <w:jc w:val="right"/>
      </w:pPr>
      <w:r>
        <w:t>دا کوئسچن از دیٹ۔ مین ہم سیلف کین ناٹ انڈرسٹینڈ واٹ از گڈ فار ہم اینڈ واٹ از بیڈ فار ہم۔</w:t>
      </w:r>
    </w:p>
    <w:p>
      <w:r>
        <w:rPr>
          <w:b/>
        </w:rPr>
        <w:t xml:space="preserve">[33:03] </w:t>
      </w:r>
      <w:r>
        <w:t>man. is.</w:t>
      </w:r>
    </w:p>
    <w:p>
      <w:pPr>
        <w:jc w:val="right"/>
      </w:pPr>
      <w:r>
        <w:t>مین۔ از۔</w:t>
      </w:r>
    </w:p>
    <w:p>
      <w:r>
        <w:rPr>
          <w:b/>
        </w:rPr>
        <w:t xml:space="preserve">[33:10] </w:t>
      </w:r>
      <w:r>
        <w:t>man. has mind. man has the power of thinking. but his knowledge is limited.</w:t>
      </w:r>
    </w:p>
    <w:p>
      <w:pPr>
        <w:jc w:val="right"/>
      </w:pPr>
      <w:r>
        <w:t>مین۔ ہیز مائنڈ۔ مین ہیز دا پاور آف تھنکنگ۔ بٹ ہز نالج از لمیٹڈ۔</w:t>
      </w:r>
    </w:p>
    <w:p>
      <w:r>
        <w:rPr>
          <w:b/>
        </w:rPr>
        <w:t xml:space="preserve">[33:22] </w:t>
      </w:r>
      <w:r>
        <w:t>he himself can not know all the things. he himself by his own can not.</w:t>
      </w:r>
    </w:p>
    <w:p>
      <w:pPr>
        <w:jc w:val="right"/>
      </w:pPr>
      <w:r>
        <w:t>ہی ہم سیلف کین ناٹ نو ال دا تھنگز۔ ہی ہم سیلف بائی ہز اون کین ناٹ۔</w:t>
      </w:r>
    </w:p>
    <w:p>
      <w:r>
        <w:rPr>
          <w:b/>
        </w:rPr>
        <w:t xml:space="preserve">[33:30] </w:t>
      </w:r>
      <w:r>
        <w:t>can not organize his life. so man wants to.</w:t>
      </w:r>
    </w:p>
    <w:p>
      <w:pPr>
        <w:jc w:val="right"/>
      </w:pPr>
      <w:r>
        <w:t>کین ناٹ ارگنائز ہز لائف۔ تو مین وانٹس ٹو۔</w:t>
      </w:r>
    </w:p>
    <w:p>
      <w:r>
        <w:rPr>
          <w:b/>
        </w:rPr>
        <w:t xml:space="preserve">[33:39] </w:t>
      </w:r>
      <w:r>
        <w:t>know the god commands. god who creator. god who sustainer. god who. who knows everything.</w:t>
      </w:r>
    </w:p>
    <w:p>
      <w:pPr>
        <w:jc w:val="right"/>
      </w:pPr>
      <w:r>
        <w:t>نو دا گاڈ کمانڈز۔ گاڈ ہو کریٹر۔ گاڈ ہو سسٹینر۔ گاڈ ہو۔ ہو نوز ایوری تھنگ۔</w:t>
      </w:r>
    </w:p>
    <w:p>
      <w:r>
        <w:rPr>
          <w:b/>
        </w:rPr>
        <w:t xml:space="preserve">[33:52] </w:t>
      </w:r>
      <w:r>
        <w:t>so man is in need of god command. god guidance. quran is that kind of guidance.</w:t>
      </w:r>
    </w:p>
    <w:p>
      <w:pPr>
        <w:jc w:val="right"/>
      </w:pPr>
      <w:r>
        <w:t>سو مین از ان نیڈ آف گاڈ کمانڈ۔ گاڈ گائیڈنس۔ قرآن از دیٹ کائنڈ آف گائیڈنس۔</w:t>
      </w:r>
    </w:p>
    <w:p>
      <w:r>
        <w:rPr>
          <w:b/>
        </w:rPr>
        <w:t xml:space="preserve">[34:04] </w:t>
      </w:r>
      <w:r>
        <w:t>god has sent his prophet. and he revealed quran. as a guide book.</w:t>
      </w:r>
    </w:p>
    <w:p>
      <w:pPr>
        <w:jc w:val="right"/>
      </w:pPr>
      <w:r>
        <w:t>گاڈ ہیز سینٹ ہز پرافٹ۔ اینڈ ہی ریویل قرآن۔ ایز ا گائیڈ بک۔</w:t>
      </w:r>
    </w:p>
    <w:p>
      <w:r>
        <w:rPr>
          <w:b/>
        </w:rPr>
        <w:t xml:space="preserve">[34:15] </w:t>
      </w:r>
      <w:r>
        <w:t>so everyone who wants to live a life. god oriented life.</w:t>
      </w:r>
    </w:p>
    <w:p>
      <w:pPr>
        <w:jc w:val="right"/>
      </w:pPr>
      <w:r>
        <w:t>سو ایوری ون ہو وانٹس ٹو لیو ا لائف۔ گاڈ اورینٹڈ لائف۔</w:t>
      </w:r>
    </w:p>
    <w:p>
      <w:r>
        <w:rPr>
          <w:b/>
        </w:rPr>
        <w:t xml:space="preserve">[34:23] </w:t>
      </w:r>
      <w:r>
        <w:t>i want to have a place in paradise. he must read quran. that is guide guide book for him.</w:t>
      </w:r>
    </w:p>
    <w:p>
      <w:pPr>
        <w:jc w:val="right"/>
      </w:pPr>
      <w:r>
        <w:t>ائی وانٹ ٹو ہیو ا پلیس ان پیراڈائز۔ ہی مسٹ ریڈ القرآن۔ دیٹ از گائیڈ گائیڈ بک فار ہم۔</w:t>
      </w:r>
    </w:p>
    <w:p>
      <w:r>
        <w:rPr>
          <w:b/>
        </w:rPr>
        <w:t xml:space="preserve">[34:34] </w:t>
      </w:r>
      <w:r>
        <w:t>in this world there is no other book. that may be called as guide book for human being.</w:t>
      </w:r>
    </w:p>
    <w:p>
      <w:pPr>
        <w:jc w:val="right"/>
      </w:pPr>
      <w:r>
        <w:t>ان دس ورلڈ دیر از نو ادر بک۔ دیٹ می بی کالڈ ایز گائیڈ بک فار ہیومن بینگ۔</w:t>
      </w:r>
    </w:p>
    <w:p>
      <w:r>
        <w:rPr>
          <w:b/>
        </w:rPr>
        <w:t xml:space="preserve">[34:45] </w:t>
      </w:r>
      <w:r>
        <w:t>quran is the only guide book. because you know. philosophy has failed to give you.</w:t>
      </w:r>
    </w:p>
    <w:p>
      <w:pPr>
        <w:jc w:val="right"/>
      </w:pPr>
      <w:r>
        <w:t>قرآن از دا اونلی گائیڈ بک۔ بیکاز یو نو۔ فلاسفی ہیز فیل ٹو گیو یو۔</w:t>
      </w:r>
    </w:p>
    <w:p>
      <w:r>
        <w:rPr>
          <w:b/>
        </w:rPr>
        <w:t xml:space="preserve">[34:55] </w:t>
      </w:r>
      <w:r>
        <w:t>any.</w:t>
      </w:r>
    </w:p>
    <w:p>
      <w:pPr>
        <w:jc w:val="right"/>
      </w:pPr>
      <w:r>
        <w:t>اینی۔</w:t>
      </w:r>
    </w:p>
    <w:p>
      <w:r>
        <w:rPr>
          <w:b/>
        </w:rPr>
        <w:t xml:space="preserve">[34:59] </w:t>
      </w:r>
      <w:r>
        <w:t>trust worthy knowledge. philosophy is a bundle of confusion. then science admit itself that.</w:t>
      </w:r>
    </w:p>
    <w:p>
      <w:pPr>
        <w:jc w:val="right"/>
      </w:pPr>
      <w:r>
        <w:t>ٹرسٹ وردی نالج۔ فلاسفی از ا بنڈل آف کنفیوژن۔ دین سائنس ایڈمٹ اٹ سیلف دیٹ۔</w:t>
      </w:r>
    </w:p>
    <w:p>
      <w:r>
        <w:rPr>
          <w:b/>
        </w:rPr>
        <w:t xml:space="preserve">[35:10] </w:t>
      </w:r>
      <w:r>
        <w:t>it is not in position to give. complete knowledge.</w:t>
      </w:r>
    </w:p>
    <w:p>
      <w:pPr>
        <w:jc w:val="right"/>
      </w:pPr>
      <w:r>
        <w:t>اٹ از ناٹ ان پوزیشن ٹو گیو۔ کمپلیٹ نالج۔</w:t>
      </w:r>
    </w:p>
    <w:p>
      <w:r>
        <w:rPr>
          <w:b/>
        </w:rPr>
        <w:t xml:space="preserve">[35:16] </w:t>
      </w:r>
      <w:r>
        <w:t>then other religions. are not preserved in original form. only islam is preserved religion.</w:t>
      </w:r>
    </w:p>
    <w:p>
      <w:pPr>
        <w:jc w:val="right"/>
      </w:pPr>
      <w:r>
        <w:t>دین ادر ریلیجنز۔ ار ناٹ پریزروڈ ان اریجنل فارم۔ اونلی اسلام از پریزروڈ ریلیجن۔</w:t>
      </w:r>
    </w:p>
    <w:p>
      <w:r>
        <w:rPr>
          <w:b/>
        </w:rPr>
        <w:t xml:space="preserve">[35:26] </w:t>
      </w:r>
      <w:r>
        <w:t>only quran is a preserved book. so one who want to live a life. god life. he must read quran.</w:t>
      </w:r>
    </w:p>
    <w:p>
      <w:pPr>
        <w:jc w:val="right"/>
      </w:pPr>
      <w:r>
        <w:t>اونلی قرآن از ا پریزروڈ بک۔ سو ون ہو وانٹ ٹو لیو ا لائف۔ گاڈ لائف۔ ہی مسٹ ریڈ قرآن۔</w:t>
      </w:r>
    </w:p>
    <w:p>
      <w:r>
        <w:rPr>
          <w:b/>
        </w:rPr>
        <w:t xml:space="preserve">[35:37] </w:t>
      </w:r>
      <w:r>
        <w:t>he must take quran as his guide book. there is no other option.</w:t>
      </w:r>
    </w:p>
    <w:p>
      <w:pPr>
        <w:jc w:val="right"/>
      </w:pPr>
      <w:r>
        <w:t>ہی مسٹ ٹیک قرآن ایز ہز گائیڈ بک۔ دیر از نو ادر آپشن۔</w:t>
      </w:r>
    </w:p>
    <w:p>
      <w:r>
        <w:rPr>
          <w:b/>
        </w:rPr>
        <w:t xml:space="preserve">[35:45] </w:t>
      </w:r>
      <w:r>
        <w:t>there is no other option. so quran gives you. sense of direction.</w:t>
      </w:r>
    </w:p>
    <w:p>
      <w:pPr>
        <w:jc w:val="right"/>
      </w:pPr>
      <w:r>
        <w:t>دیر از نو ادر آپشن۔ سو قرآن گیوز یو۔ سینس آف ڈائریکشن۔</w:t>
      </w:r>
    </w:p>
    <w:p>
      <w:r>
        <w:rPr>
          <w:b/>
        </w:rPr>
        <w:t xml:space="preserve">[35:54] </w:t>
      </w:r>
      <w:r>
        <w:t>quran gives you. line of direction. quran gives you the fundamentals of life. quran guides you.</w:t>
      </w:r>
    </w:p>
    <w:p>
      <w:pPr>
        <w:jc w:val="right"/>
      </w:pPr>
      <w:r>
        <w:t>قرآن گیوز یو۔ لائن آف ڈائریکشن۔ قرآن گیوز یو دا فنڈامینٹلز آف لائف۔ قرآن گائیڈس یو۔</w:t>
      </w:r>
    </w:p>
    <w:p>
      <w:r>
        <w:rPr>
          <w:b/>
        </w:rPr>
        <w:t xml:space="preserve">[36:06] </w:t>
      </w:r>
      <w:r>
        <w:t>how to live in this world. what is good what is bad.</w:t>
      </w:r>
    </w:p>
    <w:p>
      <w:pPr>
        <w:jc w:val="right"/>
      </w:pPr>
      <w:r>
        <w:t>ہاؤ ٹو لیو ان دس ورلڈ۔ واٹ از گڈ واٹ از بیڈ۔</w:t>
      </w:r>
    </w:p>
    <w:p>
      <w:r>
        <w:rPr>
          <w:b/>
        </w:rPr>
        <w:t xml:space="preserve">[36:14] </w:t>
      </w:r>
      <w:r>
        <w:t>so although man is free. but this freedom is. only for test. so every human being must read quran.</w:t>
      </w:r>
    </w:p>
    <w:p>
      <w:pPr>
        <w:jc w:val="right"/>
      </w:pPr>
      <w:r>
        <w:t>سو الدو مین از فری۔ بٹ دس فریڈم از۔ اونلی فار ٹیسٹ۔ سو ایوری ہیومن بینگ مسٹ ریڈ قرآن۔</w:t>
      </w:r>
    </w:p>
    <w:p>
      <w:r>
        <w:rPr>
          <w:b/>
        </w:rPr>
        <w:t xml:space="preserve">[36:27] </w:t>
      </w:r>
      <w:r>
        <w:t>and take it as a guide book. otherwise he will go to failure.</w:t>
      </w:r>
    </w:p>
    <w:p>
      <w:pPr>
        <w:jc w:val="right"/>
      </w:pPr>
      <w:r>
        <w:t>اینڈ ٹیک اٹ ایز ا گائیڈ بک۔ ادر وائز ہی ول گو ٹو فیلیر۔</w:t>
      </w:r>
    </w:p>
    <w:p>
      <w:r>
        <w:rPr>
          <w:b/>
        </w:rPr>
        <w:t xml:space="preserve">[36:38] </w:t>
      </w:r>
      <w:r>
        <w:t>quran is the only book that claims. that it is a guide book. divine guide book.</w:t>
      </w:r>
    </w:p>
    <w:p>
      <w:pPr>
        <w:jc w:val="right"/>
      </w:pPr>
      <w:r>
        <w:t>قرآن از دا اونلی بک دیٹ کلیمز۔ دیٹ اٹ از ا گائیڈ بک۔ ڈیوائن گائیڈ بک۔</w:t>
      </w:r>
    </w:p>
    <w:p>
      <w:r>
        <w:rPr>
          <w:b/>
        </w:rPr>
        <w:t xml:space="preserve">[36:47] </w:t>
      </w:r>
      <w:r>
        <w:t>if you read quran you will find. hundreds references in it. that quran claims that it is divine guide book.</w:t>
      </w:r>
    </w:p>
    <w:p>
      <w:pPr>
        <w:jc w:val="right"/>
      </w:pPr>
      <w:r>
        <w:t>اف یو ریڈ قرآن یو ول فائنڈ۔ ہنڈرڈز ریفرنسز ان اٹ۔ دیٹ قرآن کلیمز دیٹ اٹ از ڈیوائن گائیڈ بک۔</w:t>
      </w:r>
    </w:p>
    <w:p>
      <w:r>
        <w:rPr>
          <w:b/>
        </w:rPr>
        <w:t xml:space="preserve">[36:58] </w:t>
      </w:r>
      <w:r>
        <w:t>it is a guide book revealed by god for human being. no other book. you can find in this earth.</w:t>
      </w:r>
    </w:p>
    <w:p>
      <w:pPr>
        <w:jc w:val="right"/>
      </w:pPr>
      <w:r>
        <w:t>اٹ از ا گائیڈ بک ریویلڈ بائی گاڈ فار ہیومن بینگ۔ نو ادر بک۔ یو کین فائنڈ ان دس ارتھ۔</w:t>
      </w:r>
    </w:p>
    <w:p>
      <w:r>
        <w:rPr>
          <w:b/>
        </w:rPr>
        <w:t xml:space="preserve">[37:07] </w:t>
      </w:r>
      <w:r>
        <w:t>that claims. that it is divine guide book.</w:t>
      </w:r>
    </w:p>
    <w:p>
      <w:pPr>
        <w:jc w:val="right"/>
      </w:pPr>
      <w:r>
        <w:t>دیٹ کلیمز۔ دیٹ اٹ از ڈیوائن گائیڈ بک۔</w:t>
      </w:r>
    </w:p>
    <w:p>
      <w:r>
        <w:rPr>
          <w:b/>
        </w:rPr>
        <w:t xml:space="preserve">[37:14] </w:t>
      </w:r>
      <w:r>
        <w:t>so so so you have no option other than to take quran as your guide book.</w:t>
      </w:r>
    </w:p>
    <w:p>
      <w:pPr>
        <w:jc w:val="right"/>
      </w:pPr>
      <w:r>
        <w:t>سو سو سو یو ہیو نو آپشن ادر دین ٹو ٹیک قرآن ایز یور گائیڈ بک۔</w:t>
      </w:r>
    </w:p>
    <w:p>
      <w:r>
        <w:rPr>
          <w:b/>
        </w:rPr>
        <w:t xml:space="preserve">[37:25] </w:t>
      </w:r>
      <w:r>
        <w:t>so successful life depends. on the formula that you may adopt. a lifestyle that is god oriented life.</w:t>
      </w:r>
    </w:p>
    <w:p>
      <w:pPr>
        <w:jc w:val="right"/>
      </w:pPr>
      <w:r>
        <w:t>سو سکسیس فل لائف ڈیپینڈز۔ ان دا فارمولا دیٹ یو می اڈاپٹ۔ ا لائف سٹائل دیٹ از گاڈ اورینٹڈ لائف۔</w:t>
      </w:r>
    </w:p>
    <w:p>
      <w:r>
        <w:rPr>
          <w:b/>
        </w:rPr>
        <w:t xml:space="preserve">[37:38] </w:t>
      </w:r>
      <w:r>
        <w:t>and guide book. to live such life is only quran. there is no other book that may guide you in this regard.</w:t>
      </w:r>
    </w:p>
    <w:p>
      <w:pPr>
        <w:jc w:val="right"/>
      </w:pPr>
      <w:r>
        <w:t>اینڈ گائیڈ بک۔ ٹو لیو سچ لائف از اونلی قرآن۔ دیر از نو ادر بک دیٹ می گائیڈ یو ان دس ریگارڈ۔</w:t>
      </w:r>
    </w:p>
    <w:p>
      <w:r>
        <w:rPr>
          <w:b/>
        </w:rPr>
        <w:t xml:space="preserve">[37:54] </w:t>
      </w:r>
      <w:r>
        <w:t>then. quran is not simply a book. with quran. we find.</w:t>
      </w:r>
    </w:p>
    <w:p>
      <w:pPr>
        <w:jc w:val="right"/>
      </w:pPr>
      <w:r>
        <w:t>دین۔ قرآن از ناٹ سمپلی ا بک۔ ود قرآن۔ وی فائنڈ۔</w:t>
      </w:r>
    </w:p>
    <w:p>
      <w:r>
        <w:rPr>
          <w:b/>
        </w:rPr>
        <w:t xml:space="preserve">[38:04] </w:t>
      </w:r>
      <w:r>
        <w:t>also model. practical model.</w:t>
      </w:r>
    </w:p>
    <w:p>
      <w:pPr>
        <w:jc w:val="right"/>
      </w:pPr>
      <w:r>
        <w:t>السو ماڈل۔ پریکٹیکل ماڈل۔</w:t>
      </w:r>
    </w:p>
    <w:p>
      <w:r>
        <w:rPr>
          <w:b/>
        </w:rPr>
        <w:t xml:space="preserve">[38:09] </w:t>
      </w:r>
      <w:r>
        <w:t>there is a verse in the quran. "kan rasul allah hasanah".</w:t>
      </w:r>
    </w:p>
    <w:p>
      <w:pPr>
        <w:jc w:val="right"/>
      </w:pPr>
      <w:r>
        <w:t>دیر از ا ورس ان دا قرآن۔ کان فی رسول اللہ حسنہ۔</w:t>
      </w:r>
    </w:p>
    <w:p>
      <w:r>
        <w:rPr>
          <w:b/>
        </w:rPr>
        <w:t xml:space="preserve">[38:18] </w:t>
      </w:r>
      <w:r>
        <w:t>in the prophet. there is. there was a. best model for you.</w:t>
      </w:r>
    </w:p>
    <w:p>
      <w:pPr>
        <w:jc w:val="right"/>
      </w:pPr>
      <w:r>
        <w:t>ان دا پرافٹ۔ دیر از۔ دیر واز ا۔ بیسٹ ماڈل فار یو۔</w:t>
      </w:r>
    </w:p>
    <w:p>
      <w:r>
        <w:rPr>
          <w:b/>
        </w:rPr>
        <w:t xml:space="preserve">[38:28] </w:t>
      </w:r>
      <w:r>
        <w:t>best example for you.</w:t>
      </w:r>
    </w:p>
    <w:p>
      <w:pPr>
        <w:jc w:val="right"/>
      </w:pPr>
      <w:r>
        <w:t>بیسٹ ایگزیمپل فار یو۔</w:t>
      </w:r>
    </w:p>
    <w:p>
      <w:r>
        <w:rPr>
          <w:b/>
        </w:rPr>
        <w:t xml:space="preserve">[38:31] </w:t>
      </w:r>
      <w:r>
        <w:t>so prophet gave us quran a book of guidance. and he himself. practiced those things.</w:t>
      </w:r>
    </w:p>
    <w:p>
      <w:pPr>
        <w:jc w:val="right"/>
      </w:pPr>
      <w:r>
        <w:t>سو پرافٹ گیو اس قرآن ا بک آف گائیڈنس۔ اینڈ ہی ہم سیلف۔ پریکٹس دوز تھنگز۔</w:t>
      </w:r>
    </w:p>
    <w:p>
      <w:r>
        <w:rPr>
          <w:b/>
        </w:rPr>
        <w:t xml:space="preserve">[38:41] </w:t>
      </w:r>
      <w:r>
        <w:t>so he became practical model. then the companions of the prophet.</w:t>
      </w:r>
    </w:p>
    <w:p>
      <w:pPr>
        <w:jc w:val="right"/>
      </w:pPr>
      <w:r>
        <w:t>سو ہی بیکم پریکٹیکل ماڈل۔ دین دا کمپینینز آف دا پرافٹ۔</w:t>
      </w:r>
    </w:p>
    <w:p>
      <w:r>
        <w:rPr>
          <w:b/>
        </w:rPr>
        <w:t xml:space="preserve">[38:49] </w:t>
      </w:r>
      <w:r>
        <w:t>also became model for.</w:t>
      </w:r>
    </w:p>
    <w:p>
      <w:pPr>
        <w:jc w:val="right"/>
      </w:pPr>
      <w:r>
        <w:t>السو بیکم ماڈل فار۔</w:t>
      </w:r>
    </w:p>
    <w:p>
      <w:r>
        <w:rPr>
          <w:b/>
        </w:rPr>
        <w:t xml:space="preserve">[38:53] </w:t>
      </w:r>
      <w:r>
        <w:t>so if you read. life of the prophet. if you read life of companions. full find. that all kind of models are there.</w:t>
      </w:r>
    </w:p>
    <w:p>
      <w:pPr>
        <w:jc w:val="right"/>
      </w:pPr>
      <w:r>
        <w:t>سو اف یو ریڈ۔ لائف آف دا پرافٹ۔ اف یو ریڈ لائف آف کمپینینز۔ فل فائنڈ۔ دیٹ ال کائنڈ آف ماڈلز ار دیر۔</w:t>
      </w:r>
    </w:p>
    <w:p>
      <w:r>
        <w:rPr>
          <w:b/>
        </w:rPr>
        <w:t xml:space="preserve">[39:08] </w:t>
      </w:r>
      <w:r>
        <w:t>prophet lives very eventful life. his life was a. and eventful life. and companions life were eventful life.</w:t>
      </w:r>
    </w:p>
    <w:p>
      <w:pPr>
        <w:jc w:val="right"/>
      </w:pPr>
      <w:r>
        <w:t>پرافٹ لیوز ویری ایونٹ فل لائف۔ ہز لائف واز ا۔ اینڈ ایونٹ فل لائف۔ اینڈ کمپینینز لائف ویر ایونٹ فل لائف۔</w:t>
      </w:r>
    </w:p>
    <w:p>
      <w:r>
        <w:rPr>
          <w:b/>
        </w:rPr>
        <w:t xml:space="preserve">[39:21] </w:t>
      </w:r>
      <w:r>
        <w:t>so in prophet and companion. we find. all kind of examples. all kind of models. all kind of references.</w:t>
      </w:r>
    </w:p>
    <w:p>
      <w:pPr>
        <w:jc w:val="right"/>
      </w:pPr>
      <w:r>
        <w:t>سو ان پرافٹ اینڈ کمپینین۔ وی فائنڈ۔ ال کائنڈ آف ایگزیمپلز۔ ال کائنڈ آف ماڈلز۔ ال کائنڈ آف ریفرنسز۔</w:t>
      </w:r>
    </w:p>
    <w:p>
      <w:r>
        <w:rPr>
          <w:b/>
        </w:rPr>
        <w:t xml:space="preserve">[39:33] </w:t>
      </w:r>
      <w:r>
        <w:t>so quran is a guide book. and prophet and companions are practical model. so this two things.</w:t>
      </w:r>
    </w:p>
    <w:p>
      <w:pPr>
        <w:jc w:val="right"/>
      </w:pPr>
      <w:r>
        <w:t>تو قرآن از ا گائیڈ بک۔ اینڈ پرافٹ اینڈ کمپینینز ار پریکٹیکل ماڈل۔ تو دس ٹو تھنگز۔</w:t>
      </w:r>
    </w:p>
    <w:p>
      <w:r>
        <w:rPr>
          <w:b/>
        </w:rPr>
        <w:t xml:space="preserve">[39:43] </w:t>
      </w:r>
      <w:r>
        <w:t>ar complete. guide for. in this world.</w:t>
      </w:r>
    </w:p>
    <w:p>
      <w:pPr>
        <w:jc w:val="right"/>
      </w:pPr>
      <w:r>
        <w:t>ار کمپلیٹ۔ گائیڈ فار۔ ان دس ورلڈ۔</w:t>
      </w:r>
    </w:p>
    <w:p>
      <w:r>
        <w:rPr>
          <w:b/>
        </w:rPr>
        <w:t xml:space="preserve">[39:54] </w:t>
      </w:r>
      <w:r>
        <w:t>deen. i would like to add one hadith. that tells us. the formula.</w:t>
      </w:r>
    </w:p>
    <w:p>
      <w:pPr>
        <w:jc w:val="right"/>
      </w:pPr>
      <w:r>
        <w:t>دین۔ ائی وڈ لائک ٹو ایڈ ون حدیث۔ دیٹ ٹیلز اس۔ دا فارمولا۔</w:t>
      </w:r>
    </w:p>
    <w:p>
      <w:r>
        <w:rPr>
          <w:b/>
        </w:rPr>
        <w:t xml:space="preserve">[40:04] </w:t>
      </w:r>
      <w:r>
        <w:t>of this kind of life. there is a hadith. in this hadith there are four. four principles.</w:t>
      </w:r>
    </w:p>
    <w:p>
      <w:pPr>
        <w:jc w:val="right"/>
      </w:pPr>
      <w:r>
        <w:t>آف دس کائنڈ آف لائف۔ دیر از ا حدیث۔ ان دس حدیث دیر ار فور۔ فور پرنسپلز۔</w:t>
      </w:r>
    </w:p>
    <w:p>
      <w:r>
        <w:rPr>
          <w:b/>
        </w:rPr>
        <w:t xml:space="preserve">[40:14] </w:t>
      </w:r>
      <w:r>
        <w:t>precisely there are four principles.</w:t>
      </w:r>
    </w:p>
    <w:p>
      <w:pPr>
        <w:jc w:val="right"/>
      </w:pPr>
      <w:r>
        <w:t>پریسائزلی دیر ار فور پرنسپلز۔</w:t>
      </w:r>
    </w:p>
    <w:p>
      <w:r>
        <w:rPr>
          <w:b/>
        </w:rPr>
        <w:t xml:space="preserve">[40:18] </w:t>
      </w:r>
      <w:r>
        <w:t>malik mugallub al-aql antakun sa'at. sa'at. rabb sa'at.</w:t>
      </w:r>
    </w:p>
    <w:p>
      <w:pPr>
        <w:jc w:val="right"/>
      </w:pPr>
      <w:r>
        <w:t>معلمک مغلوب العقل انتکون ساعات۔ ساعات۔ رب ساعات۔</w:t>
      </w:r>
    </w:p>
    <w:p>
      <w:r>
        <w:rPr>
          <w:b/>
        </w:rPr>
        <w:t xml:space="preserve">[40:31] </w:t>
      </w:r>
      <w:r>
        <w:t>nafsah. wa sa'at. allah wa sa'at. yakhlu fiha li hajatih min al-matlab wal-mashriq.</w:t>
      </w:r>
    </w:p>
    <w:p>
      <w:pPr>
        <w:jc w:val="right"/>
      </w:pPr>
      <w:r>
        <w:t>نفسہ۔ وساعات۔ اللہ وساعات۔ یخلو فیہا لحاجتہ من المطلب والمشرق۔</w:t>
      </w:r>
    </w:p>
    <w:p>
      <w:r>
        <w:rPr>
          <w:b/>
        </w:rPr>
        <w:t xml:space="preserve">[40:46] </w:t>
      </w:r>
      <w:r>
        <w:t>is a saying of the prophet of islam.</w:t>
      </w:r>
    </w:p>
    <w:p>
      <w:pPr>
        <w:jc w:val="right"/>
      </w:pPr>
      <w:r>
        <w:t>از ا سینگ آف دا پرافٹ آف اسلام۔</w:t>
      </w:r>
    </w:p>
    <w:p>
      <w:r>
        <w:rPr>
          <w:b/>
        </w:rPr>
        <w:t xml:space="preserve">[40:50] </w:t>
      </w:r>
      <w:r>
        <w:t>so it is a hadith. so according to this hadith.</w:t>
      </w:r>
    </w:p>
    <w:p>
      <w:pPr>
        <w:jc w:val="right"/>
      </w:pPr>
      <w:r>
        <w:t>سو اٹ از ا حدیث۔ تو اکارڈنگ ٹو دس حدیث۔</w:t>
      </w:r>
    </w:p>
    <w:p>
      <w:r>
        <w:rPr>
          <w:b/>
        </w:rPr>
        <w:t xml:space="preserve">[40:58] </w:t>
      </w:r>
      <w:r>
        <w:t>there.</w:t>
      </w:r>
    </w:p>
    <w:p>
      <w:pPr>
        <w:jc w:val="right"/>
      </w:pPr>
      <w:r>
        <w:t>دیر۔</w:t>
      </w:r>
    </w:p>
    <w:p>
      <w:r>
        <w:rPr>
          <w:b/>
        </w:rPr>
        <w:t xml:space="preserve">[41:01] </w:t>
      </w:r>
      <w:r>
        <w:t>yani every human being. every man and woman. must have.</w:t>
      </w:r>
    </w:p>
    <w:p>
      <w:pPr>
        <w:jc w:val="right"/>
      </w:pPr>
      <w:r>
        <w:t>یعنی ایوری ہیومن بینگ۔ ایوری مین اینڈ وومن۔ مسٹ ہیو۔</w:t>
      </w:r>
    </w:p>
    <w:p>
      <w:r>
        <w:rPr>
          <w:b/>
        </w:rPr>
        <w:t xml:space="preserve">[41:09] </w:t>
      </w:r>
      <w:r>
        <w:t>four moments. four moments in their life.</w:t>
      </w:r>
    </w:p>
    <w:p>
      <w:pPr>
        <w:jc w:val="right"/>
      </w:pPr>
      <w:r>
        <w:t>فور مومنٹس۔ فور مومنٹس ان دیر لائف۔</w:t>
      </w:r>
    </w:p>
    <w:p>
      <w:r>
        <w:rPr>
          <w:b/>
        </w:rPr>
        <w:t xml:space="preserve">[41:16] </w:t>
      </w:r>
      <w:r>
        <w:t>one. when.</w:t>
      </w:r>
    </w:p>
    <w:p>
      <w:pPr>
        <w:jc w:val="right"/>
      </w:pPr>
      <w:r>
        <w:t>ون۔ وین۔</w:t>
      </w:r>
    </w:p>
    <w:p>
      <w:r>
        <w:rPr>
          <w:b/>
        </w:rPr>
        <w:t xml:space="preserve">[41:22] </w:t>
      </w:r>
      <w:r>
        <w:t>fiha rabb. when. he is busy. in whisper.</w:t>
      </w:r>
    </w:p>
    <w:p>
      <w:pPr>
        <w:jc w:val="right"/>
      </w:pPr>
      <w:r>
        <w:t>فیہا ربا۔ وین۔ ہی از بزی۔ ان وسپر۔</w:t>
      </w:r>
    </w:p>
    <w:p>
      <w:r>
        <w:rPr>
          <w:b/>
        </w:rPr>
        <w:t xml:space="preserve">[41:32] </w:t>
      </w:r>
      <w:r>
        <w:t>to god. with whisper to god. that is. yani. that is nearness to god.</w:t>
      </w:r>
    </w:p>
    <w:p>
      <w:pPr>
        <w:jc w:val="right"/>
      </w:pPr>
      <w:r>
        <w:t>ٹو ود گاڈ۔ ود وسپر ٹو گاڈ۔ دیٹ از۔ یعنی۔ دیٹ از نیئرنس ٹو گاڈ۔</w:t>
      </w:r>
    </w:p>
    <w:p>
      <w:r>
        <w:rPr>
          <w:b/>
        </w:rPr>
        <w:t xml:space="preserve">[41:43] </w:t>
      </w:r>
      <w:r>
        <w:t>presence of god.</w:t>
      </w:r>
    </w:p>
    <w:p>
      <w:pPr>
        <w:jc w:val="right"/>
      </w:pPr>
      <w:r>
        <w:t>پریزنس آف گاڈ۔</w:t>
      </w:r>
    </w:p>
    <w:p>
      <w:r>
        <w:rPr>
          <w:b/>
        </w:rPr>
        <w:t xml:space="preserve">[41:44] </w:t>
      </w:r>
      <w:r>
        <w:t>he must experience. the presence of god. nearness of god. and he may.</w:t>
      </w:r>
    </w:p>
    <w:p>
      <w:pPr>
        <w:jc w:val="right"/>
      </w:pPr>
      <w:r>
        <w:t>ہی مسٹ ایکسپیرینس۔ دا پریزنس آف گاڈ۔ نیئرنس آف گاڈ۔ اینڈ ہی می۔</w:t>
      </w:r>
    </w:p>
    <w:p>
      <w:r>
        <w:rPr>
          <w:b/>
        </w:rPr>
        <w:t xml:space="preserve">[41:52] </w:t>
      </w:r>
      <w:r>
        <w:t>he. must. engage in dua. called whisper. so there must be some moment when.</w:t>
      </w:r>
    </w:p>
    <w:p>
      <w:pPr>
        <w:jc w:val="right"/>
      </w:pPr>
      <w:r>
        <w:t>ہی۔ مسٹ۔ انگیج ان دعا۔ کالڈ وسپر۔ سو دیر مسٹ بی سم مومنٹ وین۔</w:t>
      </w:r>
    </w:p>
    <w:p>
      <w:r>
        <w:rPr>
          <w:b/>
        </w:rPr>
        <w:t xml:space="preserve">[42:04] </w:t>
      </w:r>
      <w:r>
        <w:t>one feel so near to god. that he engage in whispers. in conversation. conversation.</w:t>
      </w:r>
    </w:p>
    <w:p>
      <w:pPr>
        <w:jc w:val="right"/>
      </w:pPr>
      <w:r>
        <w:t>ون فیل سو نیئر ٹو گاڈ۔ دیٹ ہی انگیج ان وسپرز۔ ان کنورسیشن۔ کنورسیشن۔</w:t>
      </w:r>
    </w:p>
    <w:p>
      <w:r>
        <w:rPr>
          <w:b/>
        </w:rPr>
        <w:t xml:space="preserve">[42:15] </w:t>
      </w:r>
      <w:r>
        <w:t>to fiha rabb.</w:t>
      </w:r>
    </w:p>
    <w:p>
      <w:pPr>
        <w:jc w:val="right"/>
      </w:pPr>
      <w:r>
        <w:t>تو فیہا ربا۔</w:t>
      </w:r>
    </w:p>
    <w:p>
      <w:r>
        <w:rPr>
          <w:b/>
        </w:rPr>
        <w:t xml:space="preserve">[42:20] </w:t>
      </w:r>
      <w:r>
        <w:t>such moment when he is. very near to god. and he engage in conversation to god.</w:t>
      </w:r>
    </w:p>
    <w:p>
      <w:pPr>
        <w:jc w:val="right"/>
      </w:pPr>
      <w:r>
        <w:t>سچ مومنٹ وین ہی از۔ ویری نیئر ٹو گاڈ۔ اینڈ ہی انگیج ان کنورسیشن ٹو گاڈ۔</w:t>
      </w:r>
    </w:p>
    <w:p>
      <w:r>
        <w:rPr>
          <w:b/>
        </w:rPr>
        <w:t xml:space="preserve">[42:29] </w:t>
      </w:r>
      <w:r>
        <w:t>that is whisper. in the form of whisper. the second moment is.</w:t>
      </w:r>
    </w:p>
    <w:p>
      <w:pPr>
        <w:jc w:val="right"/>
      </w:pPr>
      <w:r>
        <w:t>دیٹ از وسپر۔ ان دا فارم آف وسپر۔ دا سیکنڈ مومنٹ از۔</w:t>
      </w:r>
    </w:p>
    <w:p>
      <w:r>
        <w:rPr>
          <w:b/>
        </w:rPr>
        <w:t xml:space="preserve">[42:40] </w:t>
      </w:r>
      <w:r>
        <w:t>yuhasib fiha nafsah. that is introspection.</w:t>
      </w:r>
    </w:p>
    <w:p>
      <w:pPr>
        <w:jc w:val="right"/>
      </w:pPr>
      <w:r>
        <w:t>یحاسب فیہا نفسہ۔ دیٹ از انٹروسپیکشن۔</w:t>
      </w:r>
    </w:p>
    <w:p>
      <w:r>
        <w:rPr>
          <w:b/>
        </w:rPr>
        <w:t xml:space="preserve">[42:46] </w:t>
      </w:r>
      <w:r>
        <w:t>so every day and night. one must experience. this kind of. moment also when he engage introspection.</w:t>
      </w:r>
    </w:p>
    <w:p>
      <w:pPr>
        <w:jc w:val="right"/>
      </w:pPr>
      <w:r>
        <w:t>تو ایوری ڈے اینڈ نائٹ۔ ون مسٹ ایکسپیرینس۔ دس کائنڈ آف۔ مومنٹ السو وین ہی انگیج انٹروسپیکشن۔</w:t>
      </w:r>
    </w:p>
    <w:p>
      <w:r>
        <w:rPr>
          <w:b/>
        </w:rPr>
        <w:t xml:space="preserve">[43:01] </w:t>
      </w:r>
      <w:r>
        <w:t>in saying. in yourself. that is called introspection.</w:t>
      </w:r>
    </w:p>
    <w:p>
      <w:pPr>
        <w:jc w:val="right"/>
      </w:pPr>
      <w:r>
        <w:t>ان سینگ۔ ان یور سیلف۔ دیٹ از کالڈ انٹروسپیکشن۔</w:t>
      </w:r>
    </w:p>
    <w:p>
      <w:r>
        <w:rPr>
          <w:b/>
        </w:rPr>
        <w:t xml:space="preserve">[43:11] </w:t>
      </w:r>
      <w:r>
        <w:t>so is the second moment. when you are engaged in. introspection.</w:t>
      </w:r>
    </w:p>
    <w:p>
      <w:pPr>
        <w:jc w:val="right"/>
      </w:pPr>
      <w:r>
        <w:t>تو از دا سیکنڈ مومنٹ۔ وین یو ار انگیجڈ ان۔ انٹروسپیکشن۔</w:t>
      </w:r>
    </w:p>
    <w:p>
      <w:r>
        <w:rPr>
          <w:b/>
        </w:rPr>
        <w:t xml:space="preserve">[43:21] </w:t>
      </w:r>
      <w:r>
        <w:t>self self thinking. taking against your own self. anti maybe called anti self thinking.</w:t>
      </w:r>
    </w:p>
    <w:p>
      <w:pPr>
        <w:jc w:val="right"/>
      </w:pPr>
      <w:r>
        <w:t>سیلف سیلف تھنکنگ۔ ٹیکنگ اگینسٹ یور اون سیلف۔ اینٹی می بی کالڈ اینٹی سیلف تھنکنگ۔</w:t>
      </w:r>
    </w:p>
    <w:p>
      <w:r>
        <w:rPr>
          <w:b/>
        </w:rPr>
        <w:t xml:space="preserve">[43:32] </w:t>
      </w:r>
      <w:r>
        <w:t>so the second moment is. one when you are engaged in. anti self thinking.</w:t>
      </w:r>
    </w:p>
    <w:p>
      <w:pPr>
        <w:jc w:val="right"/>
      </w:pPr>
      <w:r>
        <w:t>سو دا سیکنڈ مومنٹ از۔ ون وین یو ار انگیجڈ ان۔ اینٹی سیلف تھنکنگ۔</w:t>
      </w:r>
    </w:p>
    <w:p>
      <w:r>
        <w:rPr>
          <w:b/>
        </w:rPr>
        <w:t xml:space="preserve">[43:40] </w:t>
      </w:r>
      <w:r>
        <w:t>yani finding. mistakes in your own. what was wrong with you. so introspection.</w:t>
      </w:r>
    </w:p>
    <w:p>
      <w:pPr>
        <w:jc w:val="right"/>
      </w:pPr>
      <w:r>
        <w:t>یعنی فائنڈنگ۔ مسٹیکس ان یور اون۔ واٹ واز رونگ ود یو۔ سو انٹروسپیکشن۔</w:t>
      </w:r>
    </w:p>
    <w:p>
      <w:r>
        <w:rPr>
          <w:b/>
        </w:rPr>
        <w:t xml:space="preserve">[43:50] </w:t>
      </w:r>
      <w:r>
        <w:t>then the third moment is. contemplation. in the nature. in the creation.</w:t>
      </w:r>
    </w:p>
    <w:p>
      <w:pPr>
        <w:jc w:val="right"/>
      </w:pPr>
      <w:r>
        <w:t>دین دا تھرڈ مومنٹ از۔ کنٹمپلیشن۔ ان دا نیچر۔ ان دا کریشن۔</w:t>
      </w:r>
    </w:p>
    <w:p>
      <w:r>
        <w:rPr>
          <w:b/>
        </w:rPr>
        <w:t xml:space="preserve">[44:00] </w:t>
      </w:r>
      <w:r>
        <w:t>fiha allah. third moment. so it is also necessary that you must find some experience</w:t>
      </w:r>
    </w:p>
    <w:p>
      <w:pPr>
        <w:jc w:val="right"/>
      </w:pPr>
      <w:r>
        <w:t>فیہا اللہ۔ تھرڈ مومنٹ۔ تو اٹ از السو نیسیسری دیٹ یو مسٹ فائنڈ سم ایکسپیرینس</w:t>
      </w:r>
    </w:p>
    <w:p>
      <w:r>
        <w:rPr>
          <w:b/>
        </w:rPr>
        <w:t xml:space="preserve">[44:08] </w:t>
      </w:r>
      <w:r>
        <w:t>. you must experience some moment when. you are contemplating in the nature. in the. in the creation plan.</w:t>
      </w:r>
    </w:p>
    <w:p>
      <w:pPr>
        <w:jc w:val="right"/>
      </w:pPr>
      <w:r>
        <w:t>۔ یو مسٹ ایکسپیرینس سم مومنٹ وین۔ یو ار کنٹمپلیٹنگ ان دا نیچر۔ ان دا۔ ان دا کریشن پلان۔</w:t>
      </w:r>
    </w:p>
    <w:p>
      <w:r>
        <w:rPr>
          <w:b/>
        </w:rPr>
        <w:t xml:space="preserve">[44:18] </w:t>
      </w:r>
      <w:r>
        <w:t>in the creation of god. and taking lessons from. from taking lesson from. creation.</w:t>
      </w:r>
    </w:p>
    <w:p>
      <w:pPr>
        <w:jc w:val="right"/>
      </w:pPr>
      <w:r>
        <w:t>ان دا کریشن آف گاڈ۔ اینڈ ٹیکنگ لیسنز فرام۔ فرام ٹیکنگ لیسن فرام۔ کریشن۔</w:t>
      </w:r>
    </w:p>
    <w:p>
      <w:r>
        <w:rPr>
          <w:b/>
        </w:rPr>
        <w:t xml:space="preserve">[44:28] </w:t>
      </w:r>
      <w:r>
        <w:t>taking lessons from. from. world around you. contemplation.</w:t>
      </w:r>
    </w:p>
    <w:p>
      <w:pPr>
        <w:jc w:val="right"/>
      </w:pPr>
      <w:r>
        <w:t>ٹیکنگ لیسنز فرام۔ فرام۔ ورلڈ اراؤنڈ یو۔ کنٹمپلیشن۔</w:t>
      </w:r>
    </w:p>
    <w:p>
      <w:r>
        <w:rPr>
          <w:b/>
        </w:rPr>
        <w:t xml:space="preserve">[44:37] </w:t>
      </w:r>
      <w:r>
        <w:t>then the fourth is. to. to try to find some livelihood. for your life.</w:t>
      </w:r>
    </w:p>
    <w:p>
      <w:pPr>
        <w:jc w:val="right"/>
      </w:pPr>
      <w:r>
        <w:t>دین دا فورتھ از۔ ٹو۔ ٹو ٹرائی ٹو فائنڈ سم لیولی ہڈ۔ فار یور لائف۔</w:t>
      </w:r>
    </w:p>
    <w:p>
      <w:r>
        <w:rPr>
          <w:b/>
        </w:rPr>
        <w:t xml:space="preserve">[44:46] </w:t>
      </w:r>
      <w:r>
        <w:t>so first is. so first is. conversation with god.</w:t>
      </w:r>
    </w:p>
    <w:p>
      <w:pPr>
        <w:jc w:val="right"/>
      </w:pPr>
      <w:r>
        <w:t>سو فرسٹ از۔ سو فرسٹ از۔ کنورسیشن ود گاڈ۔</w:t>
      </w:r>
    </w:p>
    <w:p>
      <w:r>
        <w:rPr>
          <w:b/>
        </w:rPr>
        <w:t xml:space="preserve">[44:55] </w:t>
      </w:r>
      <w:r>
        <w:t>second is introspection. third is contemplation. and fourth is. find some time to.</w:t>
      </w:r>
    </w:p>
    <w:p>
      <w:pPr>
        <w:jc w:val="right"/>
      </w:pPr>
      <w:r>
        <w:t>سیکنڈ از انٹروسپیکشن۔ تھرڈ از کنٹمپلیشن۔ اینڈ فورتھ از۔ فائنڈ سم ٹائم ٹو۔</w:t>
      </w:r>
    </w:p>
    <w:p>
      <w:r>
        <w:rPr>
          <w:b/>
        </w:rPr>
        <w:t xml:space="preserve">[45:08] </w:t>
      </w:r>
      <w:r>
        <w:t>to. to get. livelihood for you. for your daily living</w:t>
      </w:r>
    </w:p>
    <w:p>
      <w:pPr>
        <w:jc w:val="right"/>
      </w:pPr>
      <w:r>
        <w:t>ٹو۔ ٹو گیٹ۔ لیولی ہڈ فار یو۔ فار یور ڈیلی لیونگ</w:t>
      </w:r>
    </w:p>
    <w:p>
      <w:r>
        <w:rPr>
          <w:b/>
        </w:rPr>
        <w:t xml:space="preserve">[45:19] </w:t>
      </w:r>
      <w:r>
        <w:t>. this is the. shortest. formula of. that kind of living.</w:t>
      </w:r>
    </w:p>
    <w:p>
      <w:pPr>
        <w:jc w:val="right"/>
      </w:pPr>
      <w:r>
        <w:t>۔ دس از دا۔ شارٹسٹ۔ فارمولا آف۔ دیٹ کائنڈ آف لیونگ۔</w:t>
      </w:r>
    </w:p>
    <w:p>
      <w:r>
        <w:rPr>
          <w:b/>
        </w:rPr>
        <w:t xml:space="preserve">[45:29] </w:t>
      </w:r>
      <w:r>
        <w:t>that is god oriented life.</w:t>
      </w:r>
    </w:p>
    <w:p>
      <w:pPr>
        <w:jc w:val="right"/>
      </w:pPr>
      <w:r>
        <w:t>دیٹ از گاڈ اورینٹڈ لائف۔</w:t>
      </w:r>
    </w:p>
    <w:p>
      <w:r>
        <w:rPr>
          <w:b/>
        </w:rPr>
        <w:t xml:space="preserve">[45:34] </w:t>
      </w:r>
      <w:r>
        <w:t>so if you keep your mind. that you have to. you can you can judge. about your life. whether you are living.</w:t>
      </w:r>
    </w:p>
    <w:p>
      <w:pPr>
        <w:jc w:val="right"/>
      </w:pPr>
      <w:r>
        <w:t>سو اف یو کیپ یور مائنڈ۔ دیٹ یو ہیو ٹو۔ یو کین یو کین جج۔ اباؤٹ یور لائف۔ ویدر یو ار لیونگ۔</w:t>
      </w:r>
    </w:p>
    <w:p>
      <w:r>
        <w:rPr>
          <w:b/>
        </w:rPr>
        <w:t xml:space="preserve">[45:43] </w:t>
      </w:r>
      <w:r>
        <w:t>that kind of life or not.</w:t>
      </w:r>
    </w:p>
    <w:p>
      <w:pPr>
        <w:jc w:val="right"/>
      </w:pPr>
      <w:r>
        <w:t>دیٹ کائنڈ آف لائف اور ناٹ۔</w:t>
      </w:r>
    </w:p>
    <w:p>
      <w:r>
        <w:rPr>
          <w:b/>
        </w:rPr>
        <w:t xml:space="preserve">[45:46] </w:t>
      </w:r>
      <w:r>
        <w:t>if you keep this four things in your mind. every day you can judge. every day you are in position to judge.</w:t>
      </w:r>
    </w:p>
    <w:p>
      <w:pPr>
        <w:jc w:val="right"/>
      </w:pPr>
      <w:r>
        <w:t>اف یو کیپ دس فور تھنگز ان یور مائنڈ۔ ایوری ڈے یو کین جج۔ ایوری ڈے یو ار ان پوزیشن ٹو جج۔</w:t>
      </w:r>
    </w:p>
    <w:p>
      <w:r>
        <w:rPr>
          <w:b/>
        </w:rPr>
        <w:t xml:space="preserve">[45:55] </w:t>
      </w:r>
      <w:r>
        <w:t>whether you are living. life. that is god oriented life or not.</w:t>
      </w:r>
    </w:p>
    <w:p>
      <w:pPr>
        <w:jc w:val="right"/>
      </w:pPr>
      <w:r>
        <w:t>ویدر یو ار لیونگ۔ لائف۔ دیٹ از گاڈ اورینٹڈ لائف اور ناٹ۔</w:t>
      </w:r>
    </w:p>
    <w:p>
      <w:r>
        <w:rPr>
          <w:b/>
        </w:rPr>
        <w:t xml:space="preserve">[46:03] </w:t>
      </w:r>
      <w:r>
        <w:t>if you find that. you experience. the presence of god. every day. if you find that.</w:t>
      </w:r>
    </w:p>
    <w:p>
      <w:pPr>
        <w:jc w:val="right"/>
      </w:pPr>
      <w:r>
        <w:t>اف یو فائنڈ دیٹ۔ یو ایکسپیرینس۔ دا پریزنس آف گاڈ۔ ایوری ڈے۔ اف یو فائنڈ دیٹ۔</w:t>
      </w:r>
    </w:p>
    <w:p>
      <w:r>
        <w:rPr>
          <w:b/>
        </w:rPr>
        <w:t xml:space="preserve">[46:14] </w:t>
      </w:r>
      <w:r>
        <w:t>you go to introspection every day. if you find that. you are engaged in contemplation.</w:t>
      </w:r>
    </w:p>
    <w:p>
      <w:pPr>
        <w:jc w:val="right"/>
      </w:pPr>
      <w:r>
        <w:t>یو گو ٹو انٹروسپیکشن ایوری ڈے۔ اف یو فائنڈ دیٹ۔ یو ار انگیج ان کنٹمپلیشن۔</w:t>
      </w:r>
    </w:p>
    <w:p>
      <w:r>
        <w:rPr>
          <w:b/>
        </w:rPr>
        <w:t xml:space="preserve">[46:23] </w:t>
      </w:r>
      <w:r>
        <w:t>contemplation. in nature. in god creation. then if you find that only fourth.</w:t>
      </w:r>
    </w:p>
    <w:p>
      <w:pPr>
        <w:jc w:val="right"/>
      </w:pPr>
      <w:r>
        <w:t>کنٹمپلیشن۔ ان نیچر۔ ان گاڈ کریشن۔ دین اف یو فائنڈ دیٹ اونلی فورتھ۔</w:t>
      </w:r>
    </w:p>
    <w:p>
      <w:r>
        <w:rPr>
          <w:b/>
        </w:rPr>
        <w:t xml:space="preserve">[46:35] </w:t>
      </w:r>
      <w:r>
        <w:t>fourth part of time. you are engaged in your livelihood.</w:t>
      </w:r>
    </w:p>
    <w:p>
      <w:pPr>
        <w:jc w:val="right"/>
      </w:pPr>
      <w:r>
        <w:t>فورتھ پارٹ آف ٹائم۔ یو ار انگیج ان یور لیولی ہڈ۔</w:t>
      </w:r>
    </w:p>
    <w:p>
      <w:r>
        <w:rPr>
          <w:b/>
        </w:rPr>
        <w:t xml:space="preserve">[46:42] </w:t>
      </w:r>
      <w:r>
        <w:t>one fourth. according to this hadith. you are allowed to. spend only.</w:t>
      </w:r>
    </w:p>
    <w:p>
      <w:pPr>
        <w:jc w:val="right"/>
      </w:pPr>
      <w:r>
        <w:t>ون فورتھ۔ اکارڈنگ ٹو دس حدیث۔ یو ار الاؤڈ ٹو۔ سپینڈ اونلی۔</w:t>
      </w:r>
    </w:p>
    <w:p>
      <w:r>
        <w:rPr>
          <w:b/>
        </w:rPr>
        <w:t xml:space="preserve">[46:52] </w:t>
      </w:r>
      <w:r>
        <w:t>one fourth of your time. in your business. in your job. in your. worldly affairs.</w:t>
      </w:r>
    </w:p>
    <w:p>
      <w:pPr>
        <w:jc w:val="right"/>
      </w:pPr>
      <w:r>
        <w:t>ون فورتھ آف یور ٹائم۔ ان یور بزنس۔ ان یور جاب۔ ان یور۔ ورلڈلی افیئرز۔</w:t>
      </w:r>
    </w:p>
    <w:p>
      <w:r>
        <w:rPr>
          <w:b/>
        </w:rPr>
        <w:t xml:space="preserve">[47:03] </w:t>
      </w:r>
      <w:r>
        <w:t>so this is the shortest. formula. and this is the formula by which. you can judge your life.</w:t>
      </w:r>
    </w:p>
    <w:p>
      <w:pPr>
        <w:jc w:val="right"/>
      </w:pPr>
      <w:r>
        <w:t>سو دس از دا شارٹسٹ۔ فارمولا۔ اینڈ دس از دا فارمولا بائی وچ۔ یو کین جج یور لائف۔</w:t>
      </w:r>
    </w:p>
    <w:p>
      <w:r>
        <w:rPr>
          <w:b/>
        </w:rPr>
        <w:t xml:space="preserve">[47:12] </w:t>
      </w:r>
      <w:r>
        <w:t>every day. and night.</w:t>
      </w:r>
    </w:p>
    <w:p>
      <w:pPr>
        <w:jc w:val="right"/>
      </w:pPr>
      <w:r>
        <w:t>ایوری ڈے۔ اینڈ نائٹ۔</w:t>
      </w:r>
    </w:p>
    <w:p>
      <w:r>
        <w:rPr>
          <w:b/>
        </w:rPr>
        <w:t xml:space="preserve">[47:17] </w:t>
      </w:r>
      <w:r>
        <w:t>whether you are living. good life or not.</w:t>
      </w:r>
    </w:p>
    <w:p>
      <w:pPr>
        <w:jc w:val="right"/>
      </w:pPr>
      <w:r>
        <w:t>ویدر یو ار لیونگ۔ گڈ لائف اور ناٹ۔</w:t>
      </w:r>
    </w:p>
    <w:p>
      <w:r>
        <w:rPr>
          <w:b/>
        </w:rPr>
        <w:t xml:space="preserve">[47:24] </w:t>
      </w:r>
      <w:r>
        <w:t>very important.</w:t>
      </w:r>
    </w:p>
    <w:p>
      <w:pPr>
        <w:jc w:val="right"/>
      </w:pPr>
      <w:r>
        <w:t>ویری امپورٹنٹ۔</w:t>
      </w:r>
    </w:p>
    <w:p>
      <w:r>
        <w:rPr>
          <w:b/>
        </w:rPr>
        <w:t xml:space="preserve">[47:29] </w:t>
      </w:r>
      <w:r>
        <w:t>very very simple formula. and you have to. you have to. introspect every day.</w:t>
      </w:r>
    </w:p>
    <w:p>
      <w:pPr>
        <w:jc w:val="right"/>
      </w:pPr>
      <w:r>
        <w:t>ویری ویری سمپل فارمولا۔ اینڈ یو ہیو ٹو۔ یو ہیو ٹو۔ انٹروسپیکٹ ایوری ڈے۔</w:t>
      </w:r>
    </w:p>
    <w:p>
      <w:r>
        <w:rPr>
          <w:b/>
        </w:rPr>
        <w:t xml:space="preserve">[47:39] </w:t>
      </w:r>
      <w:r>
        <w:t>you have to see yourself every day. you have to examine. yourself every day. whether you are living. according to this formula or not.</w:t>
      </w:r>
    </w:p>
    <w:p>
      <w:pPr>
        <w:jc w:val="right"/>
      </w:pPr>
      <w:r>
        <w:t>یو ہیو ٹو سی یور سیلف ایوری ڈے۔ یو ہیو ٹو ایگزیمن۔ یور سیلف ایوری ڈے۔ ویدر یو ار لیونگ۔ اکارڈنگ ٹو دس فارمولا اور ناٹ۔</w:t>
      </w:r>
    </w:p>
    <w:p>
      <w:r>
        <w:rPr>
          <w:b/>
        </w:rPr>
        <w:t xml:space="preserve">[47:52] </w:t>
      </w:r>
      <w:r>
        <w:t>yani your time is divided into four parts.</w:t>
      </w:r>
    </w:p>
    <w:p>
      <w:pPr>
        <w:jc w:val="right"/>
      </w:pPr>
      <w:r>
        <w:t>یعنی یور ٹائم از ڈیوائیڈڈ انٹو فور پارٹس۔</w:t>
      </w:r>
    </w:p>
    <w:p>
      <w:r>
        <w:rPr>
          <w:b/>
        </w:rPr>
        <w:t xml:space="preserve">[47:57] </w:t>
      </w:r>
      <w:r>
        <w:t>your time. your day and night are divided into four parts. in one part. you are engaged in conversation with god.</w:t>
      </w:r>
    </w:p>
    <w:p>
      <w:pPr>
        <w:jc w:val="right"/>
      </w:pPr>
      <w:r>
        <w:t>یور ٹائم۔ یور ڈے اینڈ نائٹ ار ڈیوائیڈڈ انٹو فور پارٹس۔ ان ون پارٹ۔ یو ار انگیجڈ ان کنورسیشن ود گاڈ۔</w:t>
      </w:r>
    </w:p>
    <w:p>
      <w:r>
        <w:rPr>
          <w:b/>
        </w:rPr>
        <w:t xml:space="preserve">[48:08] </w:t>
      </w:r>
      <w:r>
        <w:t>in the second part. you are engaged introspection. in the third part. you are engaged in contemplation.</w:t>
      </w:r>
    </w:p>
    <w:p>
      <w:pPr>
        <w:jc w:val="right"/>
      </w:pPr>
      <w:r>
        <w:t>ان دا سیکنڈ پارٹ۔ یو ار انگیجڈ انٹروسپیکشن۔ ان دا تھرڈ پارٹ۔ یو ار انگیجڈ ان کنٹمپلیشن۔</w:t>
      </w:r>
    </w:p>
    <w:p>
      <w:r>
        <w:rPr>
          <w:b/>
        </w:rPr>
        <w:t xml:space="preserve">[48:16] </w:t>
      </w:r>
      <w:r>
        <w:t>and only in one fourth of your time. you are engaged. in your job and business.</w:t>
      </w:r>
    </w:p>
    <w:p>
      <w:pPr>
        <w:jc w:val="right"/>
      </w:pPr>
      <w:r>
        <w:t>اینڈ اونلی ان ون فورتھ آف یور ٹائم۔ یو ار انگیجڈ۔ ان یور جاب اینڈ بزنس۔</w:t>
      </w:r>
    </w:p>
    <w:p>
      <w:r>
        <w:rPr>
          <w:b/>
        </w:rPr>
        <w:t xml:space="preserve">[48:27] </w:t>
      </w:r>
      <w:r>
        <w:t>in your worldly affairs. so this is what we call god oriented life. or rabbani life.</w:t>
      </w:r>
    </w:p>
    <w:p>
      <w:pPr>
        <w:jc w:val="right"/>
      </w:pPr>
      <w:r>
        <w:t>ان یور ورلڈلی افیئرز۔ سو دس از واٹ وی کال گاڈ اورینٹڈ لائف۔ اور ربانی لائف۔</w:t>
      </w:r>
    </w:p>
    <w:p>
      <w:r>
        <w:rPr>
          <w:b/>
        </w:rPr>
        <w:t xml:space="preserve">[48:37] </w:t>
      </w:r>
      <w:r>
        <w:t>or rabbania</w:t>
      </w:r>
    </w:p>
    <w:p>
      <w:pPr>
        <w:jc w:val="right"/>
      </w:pPr>
      <w:r>
        <w:t>اور ربانیہ</w:t>
      </w:r>
    </w:p>
    <w:p>
      <w:r>
        <w:rPr>
          <w:b/>
        </w:rPr>
        <w:t xml:space="preserve">[48:40] </w:t>
      </w:r>
      <w:r>
        <w:t>. so one who want to.</w:t>
      </w:r>
    </w:p>
    <w:p>
      <w:pPr>
        <w:jc w:val="right"/>
      </w:pPr>
      <w:r>
        <w:t>۔ سو ون ہو وانٹ ٹو۔</w:t>
      </w:r>
    </w:p>
    <w:p>
      <w:r>
        <w:rPr>
          <w:b/>
        </w:rPr>
        <w:t xml:space="preserve">[48:46] </w:t>
      </w:r>
      <w:r>
        <w:t>to make his life successful. one who want. to live successful life in present period.</w:t>
      </w:r>
    </w:p>
    <w:p>
      <w:pPr>
        <w:jc w:val="right"/>
      </w:pPr>
      <w:r>
        <w:t>ٹو میک ہز لائف سکسیس فل۔ ون ہو وانٹ۔ ٹو لیو سکسیس لائف ان پریڈ پیریڈ۔</w:t>
      </w:r>
    </w:p>
    <w:p>
      <w:r>
        <w:rPr>
          <w:b/>
        </w:rPr>
        <w:t xml:space="preserve">[48:57] </w:t>
      </w:r>
      <w:r>
        <w:t>and then. he want to. get paradise in the post death period. he must follow this.</w:t>
      </w:r>
    </w:p>
    <w:p>
      <w:pPr>
        <w:jc w:val="right"/>
      </w:pPr>
      <w:r>
        <w:t>اینڈ دین۔ ہی وانٹ ٹو۔ گیٹ پیراڈائز ان دا پوسٹ ڈیتھ پیریڈ۔ ہی مسٹ فالو دس۔</w:t>
      </w:r>
    </w:p>
    <w:p>
      <w:r>
        <w:rPr>
          <w:b/>
        </w:rPr>
        <w:t xml:space="preserve">[49:06] </w:t>
      </w:r>
      <w:r>
        <w:t>this formula.</w:t>
      </w:r>
    </w:p>
    <w:p>
      <w:pPr>
        <w:jc w:val="right"/>
      </w:pPr>
      <w:r>
        <w:t>دس فارمولا۔</w:t>
      </w:r>
    </w:p>
    <w:p>
      <w:r>
        <w:rPr>
          <w:b/>
        </w:rPr>
        <w:t xml:space="preserve">[49:09] </w:t>
      </w:r>
      <w:r>
        <w:t>he must live. a life that is god god oriented life. otherwise doom to failure. now.</w:t>
      </w:r>
    </w:p>
    <w:p>
      <w:pPr>
        <w:jc w:val="right"/>
      </w:pPr>
      <w:r>
        <w:t>ہی مسٹ لیو۔ ا لائف دیٹ از گاڈ گاڈ اورینٹڈ لائف۔ ادروائز ڈوم ٹو فیلیر۔ ناؤ۔</w:t>
      </w:r>
    </w:p>
    <w:p>
      <w:r>
        <w:rPr>
          <w:b/>
        </w:rPr>
        <w:t xml:space="preserve">[49:19] </w:t>
      </w:r>
      <w:r>
        <w:t>there are. two. part. of.</w:t>
      </w:r>
    </w:p>
    <w:p>
      <w:pPr>
        <w:jc w:val="right"/>
      </w:pPr>
      <w:r>
        <w:t>دیر ار۔ ٹو۔ پارٹ۔ آف۔</w:t>
      </w:r>
    </w:p>
    <w:p>
      <w:r>
        <w:rPr>
          <w:b/>
        </w:rPr>
        <w:t xml:space="preserve">[49:28] </w:t>
      </w:r>
      <w:r>
        <w:t>god oriented life. the plan of god oriented life. two part.</w:t>
      </w:r>
    </w:p>
    <w:p>
      <w:pPr>
        <w:jc w:val="right"/>
      </w:pPr>
      <w:r>
        <w:t>گاڈ اورینٹڈ لائف۔ دا پلان آف گاڈ اورینٹڈ لائف۔ ٹو پارٹ۔</w:t>
      </w:r>
    </w:p>
    <w:p>
      <w:r>
        <w:rPr>
          <w:b/>
        </w:rPr>
        <w:t xml:space="preserve">[49:36] </w:t>
      </w:r>
      <w:r>
        <w:t>one is. its belief system. belief system. and second is moral conduct.</w:t>
      </w:r>
    </w:p>
    <w:p>
      <w:pPr>
        <w:jc w:val="right"/>
      </w:pPr>
      <w:r>
        <w:t>ون از۔ اٹس بیلیف سسٹم۔ بیلیف سسٹم۔ اینڈ سیکنڈ از مورل کنڈکٹ۔</w:t>
      </w:r>
    </w:p>
    <w:p>
      <w:r>
        <w:rPr>
          <w:b/>
        </w:rPr>
        <w:t xml:space="preserve">[49:46] </w:t>
      </w:r>
      <w:r>
        <w:t>two basic parts. of. this quranic verse. belief system and.</w:t>
      </w:r>
    </w:p>
    <w:p>
      <w:pPr>
        <w:jc w:val="right"/>
      </w:pPr>
      <w:r>
        <w:t>ٹو بیسک پارٹس۔ آف۔ دس قرآنک ورس۔ بیلیف سسٹم اینڈ۔</w:t>
      </w:r>
    </w:p>
    <w:p>
      <w:r>
        <w:rPr>
          <w:b/>
        </w:rPr>
        <w:t xml:space="preserve">[49:56] </w:t>
      </w:r>
      <w:r>
        <w:t>and moral conduct.</w:t>
      </w:r>
    </w:p>
    <w:p>
      <w:pPr>
        <w:jc w:val="right"/>
      </w:pPr>
      <w:r>
        <w:t>اینڈ مورل کنڈکٹ۔</w:t>
      </w:r>
    </w:p>
    <w:p>
      <w:r>
        <w:rPr>
          <w:b/>
        </w:rPr>
        <w:t xml:space="preserve">[50:02] </w:t>
      </w:r>
      <w:r>
        <w:t>so just of. moral conduct is. given in this hadith.</w:t>
      </w:r>
    </w:p>
    <w:p>
      <w:pPr>
        <w:jc w:val="right"/>
      </w:pPr>
      <w:r>
        <w:t>سو جسٹ آف۔ مورل کنڈکٹ از۔ گیون ان دس حدیث۔</w:t>
      </w:r>
    </w:p>
    <w:p>
      <w:r>
        <w:rPr>
          <w:b/>
        </w:rPr>
        <w:t xml:space="preserve">[50:23] </w:t>
      </w:r>
      <w:r>
        <w:t>just of moral conduct in this world. it means that.</w:t>
      </w:r>
    </w:p>
    <w:p>
      <w:pPr>
        <w:jc w:val="right"/>
      </w:pPr>
      <w:r>
        <w:t>جسٹ آف مورل کنڈکٹ ان دس ورلڈ۔ اٹ مینز دیٹ۔</w:t>
      </w:r>
    </w:p>
    <w:p>
      <w:r>
        <w:rPr>
          <w:b/>
        </w:rPr>
        <w:t xml:space="preserve">[50:28] </w:t>
      </w:r>
      <w:r>
        <w:t>that love fathers. which you love for yourself.</w:t>
      </w:r>
    </w:p>
    <w:p>
      <w:pPr>
        <w:jc w:val="right"/>
      </w:pPr>
      <w:r>
        <w:t>دیٹ لو فادرز۔ وچ یو لو فار یور سیلف۔</w:t>
      </w:r>
    </w:p>
    <w:p>
      <w:r>
        <w:rPr>
          <w:b/>
        </w:rPr>
        <w:t xml:space="preserve">[50:36] </w:t>
      </w:r>
      <w:r>
        <w:t>do fathers that you want to do by yourself. everyone knows. about himself.</w:t>
      </w:r>
    </w:p>
    <w:p>
      <w:pPr>
        <w:jc w:val="right"/>
      </w:pPr>
      <w:r>
        <w:t>ڈو فادرز دیٹ یو وانٹ ٹو ڈو بائی یور سیلف۔ ایوری ون نوز۔ اباؤٹ ہم سیلف۔</w:t>
      </w:r>
    </w:p>
    <w:p>
      <w:r>
        <w:rPr>
          <w:b/>
        </w:rPr>
        <w:t xml:space="preserve">[50:45] </w:t>
      </w:r>
      <w:r>
        <w:t>every one knows that. what. what he love.</w:t>
      </w:r>
    </w:p>
    <w:p>
      <w:pPr>
        <w:jc w:val="right"/>
      </w:pPr>
      <w:r>
        <w:t>ایوری ون نوز دیٹ۔ واٹ۔ واٹ ہی لو۔</w:t>
      </w:r>
    </w:p>
    <w:p>
      <w:r>
        <w:rPr>
          <w:b/>
        </w:rPr>
        <w:t xml:space="preserve">[50:53] </w:t>
      </w:r>
      <w:r>
        <w:t>every one knows what he love. what is good for him. what is pleasant for him.</w:t>
      </w:r>
    </w:p>
    <w:p>
      <w:pPr>
        <w:jc w:val="right"/>
      </w:pPr>
      <w:r>
        <w:t>ایوری ون نوز واٹ ہی لو۔ واٹ از گڈ فار ہم۔ واٹ از پلیزنٹ فار ہم۔</w:t>
      </w:r>
    </w:p>
    <w:p>
      <w:r>
        <w:rPr>
          <w:b/>
        </w:rPr>
        <w:t xml:space="preserve">[51:01] </w:t>
      </w:r>
      <w:r>
        <w:t>every one knows. that.</w:t>
      </w:r>
    </w:p>
    <w:p>
      <w:pPr>
        <w:jc w:val="right"/>
      </w:pPr>
      <w:r>
        <w:t>ایوری ون نوز۔ دیٹ۔</w:t>
      </w:r>
    </w:p>
    <w:p>
      <w:r>
        <w:rPr>
          <w:b/>
        </w:rPr>
        <w:t xml:space="preserve">[51:08] </w:t>
      </w:r>
      <w:r>
        <w:t>about this. so. you have to do the same thing with other. what you want to do with you.</w:t>
      </w:r>
    </w:p>
    <w:p>
      <w:pPr>
        <w:jc w:val="right"/>
      </w:pPr>
      <w:r>
        <w:t>اباؤٹ دس۔ سو۔ یو ہیو ٹو ڈو دا سیم تھنگ ود ادر۔ واٹ یو وانٹ ٹو ڈو ود یو۔</w:t>
      </w:r>
    </w:p>
    <w:p>
      <w:r>
        <w:rPr>
          <w:b/>
        </w:rPr>
        <w:t xml:space="preserve">[51:21] </w:t>
      </w:r>
      <w:r>
        <w:t>you have to do the same thing to other.</w:t>
      </w:r>
    </w:p>
    <w:p>
      <w:pPr>
        <w:jc w:val="right"/>
      </w:pPr>
      <w:r>
        <w:t>یو ہیو ٹو ڈو دا سیم تھنگ ٹو ادر۔</w:t>
      </w:r>
    </w:p>
    <w:p>
      <w:r>
        <w:rPr>
          <w:b/>
        </w:rPr>
        <w:t xml:space="preserve">[51:26] </w:t>
      </w:r>
      <w:r>
        <w:t>in persian. it is said that. the same teaching. in persian language.</w:t>
      </w:r>
    </w:p>
    <w:p>
      <w:pPr>
        <w:jc w:val="right"/>
      </w:pPr>
      <w:r>
        <w:t>ان پرشین۔ اٹ از سیڈ دیٹ۔ دا سیم ٹیچنگ۔ ان پرشین لینگویج۔</w:t>
      </w:r>
    </w:p>
    <w:p>
      <w:r>
        <w:rPr>
          <w:b/>
        </w:rPr>
        <w:t xml:space="preserve">[51:35] </w:t>
      </w:r>
      <w:r>
        <w:t>harch barkhud bapsandi bar digar ma pasand. What is not good for you, don't do the same with others.</w:t>
      </w:r>
    </w:p>
    <w:p>
      <w:pPr>
        <w:jc w:val="right"/>
      </w:pPr>
      <w:r>
        <w:t>ہرچ برخود بپسندی بر دیگر ما پسند۔ واٹ از ناٹ گڈ فار یو۔ ڈونٹ ڈو دا سیم ود ادر۔</w:t>
      </w:r>
    </w:p>
    <w:p>
      <w:r>
        <w:rPr>
          <w:b/>
        </w:rPr>
        <w:t xml:space="preserve">[51:47] </w:t>
      </w:r>
      <w:r>
        <w:t>simplest formula and also comprehensive formula. of moral conduct.</w:t>
      </w:r>
    </w:p>
    <w:p>
      <w:pPr>
        <w:jc w:val="right"/>
      </w:pPr>
      <w:r>
        <w:t>سمپلسٹ فارمولا اینڈ السو کمپرہنسیو فارمولا۔ آف مورل کنڈکٹ۔</w:t>
      </w:r>
    </w:p>
    <w:p>
      <w:r>
        <w:rPr>
          <w:b/>
        </w:rPr>
        <w:t xml:space="preserve">[51:55] </w:t>
      </w:r>
      <w:r>
        <w:t>i think that. everything is included in this formula. it is sufficient.</w:t>
      </w:r>
    </w:p>
    <w:p>
      <w:pPr>
        <w:jc w:val="right"/>
      </w:pPr>
      <w:r>
        <w:t>ائی تھنک دیٹ۔ ایوری تھنگ از انکلوڈڈ ان دس فارمولا۔ اٹ از سفیشنٹ۔</w:t>
      </w:r>
    </w:p>
    <w:p>
      <w:r>
        <w:rPr>
          <w:b/>
        </w:rPr>
        <w:t xml:space="preserve">[52:04] </w:t>
      </w:r>
      <w:r>
        <w:t>if you keep your mind this formula. harch barkhud bapsandi bar digar ma pasand. so it is sufficient for you.</w:t>
      </w:r>
    </w:p>
    <w:p>
      <w:pPr>
        <w:jc w:val="right"/>
      </w:pPr>
      <w:r>
        <w:t>اف یو کیپ یور مائنڈ دس فارمولا۔ ہرچ برخود بپسندی بر دیگر ما پسند۔ سو اٹ از سفیشنٹ فار یو۔</w:t>
      </w:r>
    </w:p>
    <w:p>
      <w:r>
        <w:rPr>
          <w:b/>
        </w:rPr>
        <w:t xml:space="preserve">[52:19] </w:t>
      </w:r>
      <w:r>
        <w:t>it is the best formula for good life in a society.</w:t>
      </w:r>
    </w:p>
    <w:p>
      <w:pPr>
        <w:jc w:val="right"/>
      </w:pPr>
      <w:r>
        <w:t>اٹ از دا بیسٹ فارمولا فار گڈ لائف ان اے سوسائٹی۔</w:t>
      </w:r>
    </w:p>
    <w:p>
      <w:r>
        <w:rPr>
          <w:b/>
        </w:rPr>
        <w:t xml:space="preserve">[52:25] </w:t>
      </w:r>
      <w:r>
        <w:t>your speech. your intention. your action. your behaviour. everything must control by this formula.</w:t>
      </w:r>
    </w:p>
    <w:p>
      <w:pPr>
        <w:jc w:val="right"/>
      </w:pPr>
      <w:r>
        <w:t>یور سپیچ۔ یور انٹینشن۔ یور ایکشن۔ یور بیہیویئر۔ ایوری تھنگ مسٹ کنٹرول بائی دس فارمولا۔</w:t>
      </w:r>
    </w:p>
    <w:p>
      <w:r>
        <w:rPr>
          <w:b/>
        </w:rPr>
        <w:t xml:space="preserve">[52:35] </w:t>
      </w:r>
      <w:r>
        <w:t>what is good for you. that is also good for other. so you have to. do fathers what you want to do by you.</w:t>
      </w:r>
    </w:p>
    <w:p>
      <w:pPr>
        <w:jc w:val="right"/>
      </w:pPr>
      <w:r>
        <w:t>واٹ از گڈ فار یو۔ دیٹ از السو گڈ فار ادر۔ سو یو ہیو ٹو۔ ڈو فادرز واٹ یو وانٹ ٹو ڈو بائی یو۔</w:t>
      </w:r>
    </w:p>
    <w:p>
      <w:r>
        <w:rPr>
          <w:b/>
        </w:rPr>
        <w:t xml:space="preserve">[52:51] </w:t>
      </w:r>
      <w:r>
        <w:t>live with other that want to be live with you. every one want something for other.</w:t>
      </w:r>
    </w:p>
    <w:p>
      <w:pPr>
        <w:jc w:val="right"/>
      </w:pPr>
      <w:r>
        <w:t>لیو ود ادر دیٹ وانٹ ٹو بی لیو ود یو۔ ایوری ون وانٹ سم تھنگ فار ادر۔</w:t>
      </w:r>
    </w:p>
    <w:p>
      <w:r>
        <w:rPr>
          <w:b/>
        </w:rPr>
        <w:t xml:space="preserve">[53:00] </w:t>
      </w:r>
      <w:r>
        <w:t>every one. want that people must behave in a best manner. with him self.</w:t>
      </w:r>
    </w:p>
    <w:p>
      <w:pPr>
        <w:jc w:val="right"/>
      </w:pPr>
      <w:r>
        <w:t>ایوری ون۔ وانٹ دیٹ پیپل مسٹ بیہیو ان ا بیسٹ مینر۔ ود ہم سیلف۔</w:t>
      </w:r>
    </w:p>
    <w:p>
      <w:r>
        <w:rPr>
          <w:b/>
        </w:rPr>
        <w:t xml:space="preserve">[53:11] </w:t>
      </w:r>
      <w:r>
        <w:t>so he must keep the same. formula for other. harch barkhud bapsandi bar digar ma pasand.</w:t>
      </w:r>
    </w:p>
    <w:p>
      <w:pPr>
        <w:jc w:val="right"/>
      </w:pPr>
      <w:r>
        <w:t>سو ہی مسٹ کیپ دا سیم۔ فارمولا فار ادر۔ ہرچ برخود بپسندی بر دیگر ما پسند۔</w:t>
      </w:r>
    </w:p>
    <w:p>
      <w:r>
        <w:rPr>
          <w:b/>
        </w:rPr>
        <w:t xml:space="preserve">[53:20] </w:t>
      </w:r>
      <w:r>
        <w:t>this is the principal of. this is the basic principal of moral conduct. then let us take the belief system.</w:t>
      </w:r>
    </w:p>
    <w:p>
      <w:pPr>
        <w:jc w:val="right"/>
      </w:pPr>
      <w:r>
        <w:t>دس از دا پرنسپل آف۔ دس از دا بیسک پرنسپل آف مورل کنڈکٹ۔ دین لیٹ اس ٹیک دا بیلیف سسٹم۔</w:t>
      </w:r>
    </w:p>
    <w:p>
      <w:r>
        <w:rPr>
          <w:b/>
        </w:rPr>
        <w:t xml:space="preserve">[53:29] </w:t>
      </w:r>
      <w:r>
        <w:t>what is the belief system. belief system is based in tauheed. that is oneness of god.</w:t>
      </w:r>
    </w:p>
    <w:p>
      <w:pPr>
        <w:jc w:val="right"/>
      </w:pPr>
      <w:r>
        <w:t>واٹ از دا بیلیف سسٹم۔ بیلیف سسٹم از بیسڈ ان توحید۔ دیٹ از وننس آف گاڈ۔</w:t>
      </w:r>
    </w:p>
    <w:p>
      <w:r>
        <w:rPr>
          <w:b/>
        </w:rPr>
        <w:t xml:space="preserve">[53:39] </w:t>
      </w:r>
      <w:r>
        <w:t>tauheed means oneness of god.</w:t>
      </w:r>
    </w:p>
    <w:p>
      <w:pPr>
        <w:jc w:val="right"/>
      </w:pPr>
      <w:r>
        <w:t>توحید مینز وننس آف گاڈ۔</w:t>
      </w:r>
    </w:p>
    <w:p>
      <w:r>
        <w:rPr>
          <w:b/>
        </w:rPr>
        <w:t xml:space="preserve">[53:44] </w:t>
      </w:r>
      <w:r>
        <w:t>so belief system. of god oriented life is. based in tauheed. oneness of god.</w:t>
      </w:r>
    </w:p>
    <w:p>
      <w:pPr>
        <w:jc w:val="right"/>
      </w:pPr>
      <w:r>
        <w:t>سو بیلیف سسٹم۔ آف گاڈ اورینٹڈ لائف از۔ بیسڈ ان توحید۔ وننس آف گاڈ۔</w:t>
      </w:r>
    </w:p>
    <w:p>
      <w:r>
        <w:rPr>
          <w:b/>
        </w:rPr>
        <w:t xml:space="preserve">[53:55] </w:t>
      </w:r>
      <w:r>
        <w:t>there is no god but one god. la ilaha illallah. there is no god but one god. this is tauheed.</w:t>
      </w:r>
    </w:p>
    <w:p>
      <w:pPr>
        <w:jc w:val="right"/>
      </w:pPr>
      <w:r>
        <w:t>دیر از نو گاڈ بٹ ون گاڈ۔ لا الہ الا اللہ۔ دیر از نو گاڈ بٹ ون گاڈ۔ دس از توحید۔</w:t>
      </w:r>
    </w:p>
    <w:p>
      <w:r>
        <w:rPr>
          <w:b/>
        </w:rPr>
        <w:t xml:space="preserve">[54:04] </w:t>
      </w:r>
      <w:r>
        <w:t>and this is the basic principal. of belief system.</w:t>
      </w:r>
    </w:p>
    <w:p>
      <w:pPr>
        <w:jc w:val="right"/>
      </w:pPr>
      <w:r>
        <w:t>اینڈ دس از دا بیسک پرنسپل۔ آف بیلیف سسٹم۔</w:t>
      </w:r>
    </w:p>
    <w:p>
      <w:r>
        <w:rPr>
          <w:b/>
        </w:rPr>
        <w:t xml:space="preserve">[54:10] </w:t>
      </w:r>
      <w:r>
        <w:t>now.</w:t>
      </w:r>
    </w:p>
    <w:p>
      <w:pPr>
        <w:jc w:val="right"/>
      </w:pPr>
      <w:r>
        <w:t>ناؤ۔</w:t>
      </w:r>
    </w:p>
    <w:p>
      <w:r>
        <w:rPr>
          <w:b/>
        </w:rPr>
        <w:t xml:space="preserve">[54:14] </w:t>
      </w:r>
      <w:r>
        <w:t>you know there are different religion different systems. and every one. has some different belief system.</w:t>
      </w:r>
    </w:p>
    <w:p>
      <w:pPr>
        <w:jc w:val="right"/>
      </w:pPr>
      <w:r>
        <w:t>یو نو دیر ار ڈفرنٹ ریلیجن ڈفرنٹ سسٹمز۔ اینڈ ایوری ون۔ ہیز سم ڈفرنٹ بیلیف سسٹم۔</w:t>
      </w:r>
    </w:p>
    <w:p>
      <w:r>
        <w:rPr>
          <w:b/>
        </w:rPr>
        <w:t xml:space="preserve">[54:27] </w:t>
      </w:r>
      <w:r>
        <w:t>for example some. religion say that god is two. god is three. god is numerous.</w:t>
      </w:r>
    </w:p>
    <w:p>
      <w:pPr>
        <w:jc w:val="right"/>
      </w:pPr>
      <w:r>
        <w:t>فار ایگزامپل سم۔ ریلیجن سے دیٹ گاڈ از ٹو۔ گاڈ از تھری۔ گاڈ از نیومرس۔</w:t>
      </w:r>
    </w:p>
    <w:p>
      <w:r>
        <w:rPr>
          <w:b/>
        </w:rPr>
        <w:t xml:space="preserve">[54:38] </w:t>
      </w:r>
      <w:r>
        <w:t>and guru guru is god. and.</w:t>
      </w:r>
    </w:p>
    <w:p>
      <w:pPr>
        <w:jc w:val="right"/>
      </w:pPr>
      <w:r>
        <w:t>اینڈ گرو گرو از گاڈ۔ اینڈ۔</w:t>
      </w:r>
    </w:p>
    <w:p>
      <w:r>
        <w:rPr>
          <w:b/>
        </w:rPr>
        <w:t xml:space="preserve">[54:46] </w:t>
      </w:r>
      <w:r>
        <w:t>spiritual. guru or god</w:t>
      </w:r>
    </w:p>
    <w:p>
      <w:pPr>
        <w:jc w:val="right"/>
      </w:pPr>
      <w:r>
        <w:t>سپریچول۔ گرو اور گاڈ</w:t>
      </w:r>
    </w:p>
    <w:p>
      <w:r>
        <w:rPr>
          <w:b/>
        </w:rPr>
        <w:t xml:space="preserve">[54:51] </w:t>
      </w:r>
      <w:r>
        <w:t>. but. according to. quranic principle. there is no god but one god.</w:t>
      </w:r>
    </w:p>
    <w:p>
      <w:pPr>
        <w:jc w:val="right"/>
      </w:pPr>
      <w:r>
        <w:t>۔ بٹ۔ اکارڈنگ ٹو۔ قرآنک پرنسپل۔ دیر از نو گاڈ بٹ ون گاڈ۔</w:t>
      </w:r>
    </w:p>
    <w:p>
      <w:r>
        <w:rPr>
          <w:b/>
        </w:rPr>
        <w:t xml:space="preserve">[55:04] </w:t>
      </w:r>
      <w:r>
        <w:t>once i dial my telephone. and the voice i received from the other side. that this number does not exist.</w:t>
      </w:r>
    </w:p>
    <w:p>
      <w:pPr>
        <w:jc w:val="right"/>
      </w:pPr>
      <w:r>
        <w:t>ونس ائی ڈائل مائی ٹیلی فون۔ اینڈ دا وائس ائی ریسیوڈ فرام دی ادر سائیڈ۔ دیٹ دس نمبر ڈز ناٹ ایگزسٹ۔</w:t>
      </w:r>
    </w:p>
    <w:p>
      <w:r>
        <w:rPr>
          <w:b/>
        </w:rPr>
        <w:t xml:space="preserve">[55:16] </w:t>
      </w:r>
      <w:r>
        <w:t>i think all of you have experienced this kind of. thing. so the voice from the other side came to me.</w:t>
      </w:r>
    </w:p>
    <w:p>
      <w:pPr>
        <w:jc w:val="right"/>
      </w:pPr>
      <w:r>
        <w:t>ائی تھنک ال اف یو ہیو ایکسپیرینس دس کائنڈ آف۔ تھنگ۔ سو دا وائس فرام دی ادر سائیڈ کیم ٹو می۔</w:t>
      </w:r>
    </w:p>
    <w:p>
      <w:r>
        <w:rPr>
          <w:b/>
        </w:rPr>
        <w:t xml:space="preserve">[55:26] </w:t>
      </w:r>
      <w:r>
        <w:t>this number does not exist. so this is this is the case of all those other system of belief. only one system of belief is correct.</w:t>
      </w:r>
    </w:p>
    <w:p>
      <w:pPr>
        <w:jc w:val="right"/>
      </w:pPr>
      <w:r>
        <w:t>دس نمبر ڈز ناٹ ایگزسٹ۔ سو دس از دس از دا کیس اف ال دو ادر سسٹم اف بیلیف۔ اونلی ون سسٹم اف بیلیف از کریکٹ۔</w:t>
      </w:r>
    </w:p>
    <w:p>
      <w:r>
        <w:rPr>
          <w:b/>
        </w:rPr>
        <w:t xml:space="preserve">[55:38] </w:t>
      </w:r>
      <w:r>
        <w:t>that is based on oneness of god.</w:t>
      </w:r>
    </w:p>
    <w:p>
      <w:pPr>
        <w:jc w:val="right"/>
      </w:pPr>
      <w:r>
        <w:t>دیٹ از بیسڈ ان وننس اف گاڈ۔</w:t>
      </w:r>
    </w:p>
    <w:p>
      <w:r>
        <w:rPr>
          <w:b/>
        </w:rPr>
        <w:t xml:space="preserve">[55:41] </w:t>
      </w:r>
      <w:r>
        <w:t>all other systems are just like. wrong call. just like wrong call. you called.</w:t>
      </w:r>
    </w:p>
    <w:p>
      <w:pPr>
        <w:jc w:val="right"/>
      </w:pPr>
      <w:r>
        <w:t>ال ادر سسٹمز ار جسٹ لائک۔ رونگ کال۔ جسٹ لائک رونگ کال۔ یو کالڈ۔</w:t>
      </w:r>
    </w:p>
    <w:p>
      <w:r>
        <w:rPr>
          <w:b/>
        </w:rPr>
        <w:t xml:space="preserve">[55:51] </w:t>
      </w:r>
      <w:r>
        <w:t>to a god. that does not exist. there are no two god. there are no three god. there are no numerous god.</w:t>
      </w:r>
    </w:p>
    <w:p>
      <w:pPr>
        <w:jc w:val="right"/>
      </w:pPr>
      <w:r>
        <w:t>ٹو ا گاڈ۔ دیٹ ڈز ناٹ ایگزسٹ۔ دیر ار نو ٹو گاڈ۔ دیر ار نو تھری گاڈ۔ دیر ار نو نیومرس گاڈ۔</w:t>
      </w:r>
    </w:p>
    <w:p>
      <w:r>
        <w:rPr>
          <w:b/>
        </w:rPr>
        <w:t xml:space="preserve">[56:00] </w:t>
      </w:r>
      <w:r>
        <w:t>there is no guru he is a god. no. so all this calls are wrong calls.</w:t>
      </w:r>
    </w:p>
    <w:p>
      <w:pPr>
        <w:jc w:val="right"/>
      </w:pPr>
      <w:r>
        <w:t>دیر از نو گرو ہی از ا گاڈ۔ نو۔ سو ال دس کالز ار رونگ کالز۔</w:t>
      </w:r>
    </w:p>
    <w:p>
      <w:r>
        <w:rPr>
          <w:b/>
        </w:rPr>
        <w:t xml:space="preserve">[56:08] </w:t>
      </w:r>
      <w:r>
        <w:t>when you dial to these gods. you receive. from. voice from the other side.</w:t>
      </w:r>
    </w:p>
    <w:p>
      <w:pPr>
        <w:jc w:val="right"/>
      </w:pPr>
      <w:r>
        <w:t>وین یو ڈائل ٹو دس گاڈز۔ یو ریسیو۔ فرام۔ وائس فرام دی ادر سائیڈ۔</w:t>
      </w:r>
    </w:p>
    <w:p>
      <w:r>
        <w:rPr>
          <w:b/>
        </w:rPr>
        <w:t xml:space="preserve">[56:19] </w:t>
      </w:r>
      <w:r>
        <w:t>that there is no. such god. this god does not exist.</w:t>
      </w:r>
    </w:p>
    <w:p>
      <w:pPr>
        <w:jc w:val="right"/>
      </w:pPr>
      <w:r>
        <w:t>دیٹ دیر از نو۔ سچ گاڈ۔ دس گاڈ ڈز ناٹ ایگزسٹ۔</w:t>
      </w:r>
    </w:p>
    <w:p>
      <w:r>
        <w:rPr>
          <w:b/>
        </w:rPr>
        <w:t xml:space="preserve">[56:26] </w:t>
      </w:r>
      <w:r>
        <w:t>then there are two basic. there are two basic.</w:t>
      </w:r>
    </w:p>
    <w:p>
      <w:pPr>
        <w:jc w:val="right"/>
      </w:pPr>
      <w:r>
        <w:t>دین دیر ار ٹو بیسک۔ دیر ار ٹو بیسک۔</w:t>
      </w:r>
    </w:p>
    <w:p>
      <w:r>
        <w:rPr>
          <w:b/>
        </w:rPr>
        <w:t xml:space="preserve">[56:37] </w:t>
      </w:r>
      <w:r>
        <w:t>basic theology. two basic theological system. in the belief of god.</w:t>
      </w:r>
    </w:p>
    <w:p>
      <w:pPr>
        <w:jc w:val="right"/>
      </w:pPr>
      <w:r>
        <w:t>بیسک تھیلوجی۔ ٹو بیسک تھیلوجیکل سسٹم۔ ان دا بیلیف اف گاڈ۔</w:t>
      </w:r>
    </w:p>
    <w:p>
      <w:r>
        <w:rPr>
          <w:b/>
        </w:rPr>
        <w:t xml:space="preserve">[56:46] </w:t>
      </w:r>
      <w:r>
        <w:t>one is called monism. and the second is called monotheism.</w:t>
      </w:r>
    </w:p>
    <w:p>
      <w:pPr>
        <w:jc w:val="right"/>
      </w:pPr>
      <w:r>
        <w:t>ون از کالڈ مونزم۔ اینڈ دا سیکنڈ از کالڈ مونوتھیزم۔</w:t>
      </w:r>
    </w:p>
    <w:p>
      <w:r>
        <w:rPr>
          <w:b/>
        </w:rPr>
        <w:t xml:space="preserve">[56:54] </w:t>
      </w:r>
      <w:r>
        <w:t>monism means wahdat al wajood. it means that. there is only one reality. it is a single reality that is manifested in everything.</w:t>
      </w:r>
    </w:p>
    <w:p>
      <w:pPr>
        <w:jc w:val="right"/>
      </w:pPr>
      <w:r>
        <w:t>مونزم مینز وحدت وجود۔ اٹ مینز دیٹ۔ دیر از اونلی ون ریلیٹی۔ اٹ از ا سنگل ریلیٹی دیٹ از مینیفیسٹڈ ان ایوری تھنگ۔</w:t>
      </w:r>
    </w:p>
    <w:p>
      <w:r>
        <w:rPr>
          <w:b/>
        </w:rPr>
        <w:t xml:space="preserve">[57:10] </w:t>
      </w:r>
      <w:r>
        <w:t>there is sun moon stars trees mountain ocean. everything is simply manifestation of one reality.</w:t>
      </w:r>
    </w:p>
    <w:p>
      <w:pPr>
        <w:jc w:val="right"/>
      </w:pPr>
      <w:r>
        <w:t>دیر از سن مون سٹارز ٹریز ماؤنٹین اوشن۔ ایوری تھنگ از سمپلی مینیفیسٹیشن اف ون ریلیٹی۔</w:t>
      </w:r>
    </w:p>
    <w:p>
      <w:r>
        <w:rPr>
          <w:b/>
        </w:rPr>
        <w:t xml:space="preserve">[57:20] </w:t>
      </w:r>
      <w:r>
        <w:t>there is wajood or monism or adwaita vada. so according to this.</w:t>
      </w:r>
    </w:p>
    <w:p>
      <w:pPr>
        <w:jc w:val="right"/>
      </w:pPr>
      <w:r>
        <w:t>دیر از وجود اور مونزم اور ادوئی واد۔ سو اکارڈنگ ٹو دس۔</w:t>
      </w:r>
    </w:p>
    <w:p>
      <w:r>
        <w:rPr>
          <w:b/>
        </w:rPr>
        <w:t xml:space="preserve">[57:29] </w:t>
      </w:r>
      <w:r>
        <w:t>this belief they say there is no difference between god and dog. because everything is god.</w:t>
      </w:r>
    </w:p>
    <w:p>
      <w:pPr>
        <w:jc w:val="right"/>
      </w:pPr>
      <w:r>
        <w:t>دس بیلیف دے سے دیر از نو ڈیفرنس بٹوین جی او ڈی اینڈ ڈی او جی۔ بیکاز ایوری تھنگ از گاڈ۔</w:t>
      </w:r>
    </w:p>
    <w:p>
      <w:r>
        <w:rPr>
          <w:b/>
        </w:rPr>
        <w:t xml:space="preserve">[57:40] </w:t>
      </w:r>
      <w:r>
        <w:t>so according to this belief god is a like pervading spirit. god is not just like us</w:t>
      </w:r>
    </w:p>
    <w:p>
      <w:pPr>
        <w:jc w:val="right"/>
      </w:pPr>
      <w:r>
        <w:t>تو اکارڈنگ ٹو دس بیلیف گاڈ از ا لائک پرویڈنگ سپرٹ۔ گاڈ از ناٹ جسٹ لائک اس</w:t>
      </w:r>
    </w:p>
    <w:p>
      <w:r>
        <w:rPr>
          <w:b/>
        </w:rPr>
        <w:t xml:space="preserve">[57:47] </w:t>
      </w:r>
      <w:r>
        <w:t>. we see we know we hear we think. so god has no such faculties. god simply like cosmic rays or gravitational pull.</w:t>
      </w:r>
    </w:p>
    <w:p>
      <w:pPr>
        <w:jc w:val="right"/>
      </w:pPr>
      <w:r>
        <w:t>۔ وی سی وی نو وی ہیئر وی تھنک۔ تو گاڈ ہیز نو سچ فیکلٹیز۔ گاڈ سمپلی لائک کاسمک ریز اور گریویٹیشنل پل۔</w:t>
      </w:r>
    </w:p>
    <w:p>
      <w:r>
        <w:rPr>
          <w:b/>
        </w:rPr>
        <w:t xml:space="preserve">[58:02] </w:t>
      </w:r>
      <w:r>
        <w:t>so god is a pervading spirit rather than a personal god. so this kind of thinking is name</w:t>
      </w:r>
    </w:p>
    <w:p>
      <w:pPr>
        <w:jc w:val="right"/>
      </w:pPr>
      <w:r>
        <w:t>سو گاڈ از ا پرویڈنگ سپرٹ رادر دین ا پرسنل گاڈ۔ سو دس کائنڈ اف تھنکنگ از نیم</w:t>
      </w:r>
    </w:p>
    <w:p>
      <w:r>
        <w:rPr>
          <w:b/>
        </w:rPr>
        <w:t xml:space="preserve">[58:12] </w:t>
      </w:r>
      <w:r>
        <w:t>. so monism is. monism presents this kind of. theology this kind of thinking.</w:t>
      </w:r>
    </w:p>
    <w:p>
      <w:pPr>
        <w:jc w:val="right"/>
      </w:pPr>
      <w:r>
        <w:t>۔ سو مونزم از۔ مونزم پریزنٹس دس کائنڈ اف۔ تھیلوجی دس کائنڈ اف تھنکنگ۔</w:t>
      </w:r>
    </w:p>
    <w:p>
      <w:r>
        <w:rPr>
          <w:b/>
        </w:rPr>
        <w:t xml:space="preserve">[58:21] </w:t>
      </w:r>
      <w:r>
        <w:t>but according to islam it is wrong. basically according to islam. the brief system of islam is based on monotheism.</w:t>
      </w:r>
    </w:p>
    <w:p>
      <w:pPr>
        <w:jc w:val="right"/>
      </w:pPr>
      <w:r>
        <w:t>بٹ اکارڈنگ ٹو اسلام اٹ از رونگ۔ بیسلس اکارڈنگ ٹو اسلام۔ دا بریف سسٹم اف اسلام از بیسڈ ان مونوتھیزم۔</w:t>
      </w:r>
    </w:p>
    <w:p>
      <w:r>
        <w:rPr>
          <w:b/>
        </w:rPr>
        <w:t xml:space="preserve">[58:32] </w:t>
      </w:r>
      <w:r>
        <w:t>there is personal god. oneness of god means god is a person</w:t>
      </w:r>
    </w:p>
    <w:p>
      <w:pPr>
        <w:jc w:val="right"/>
      </w:pPr>
      <w:r>
        <w:t>دیر از پرسنل گاڈ۔ وننس اف گاڈ مینز گاڈ از ا پرسن</w:t>
      </w:r>
    </w:p>
    <w:p>
      <w:r>
        <w:rPr>
          <w:b/>
        </w:rPr>
        <w:t xml:space="preserve">[58:41] </w:t>
      </w:r>
      <w:r>
        <w:t>god can hear god can see god can think. god can do everything.</w:t>
      </w:r>
    </w:p>
    <w:p>
      <w:pPr>
        <w:jc w:val="right"/>
      </w:pPr>
      <w:r>
        <w:t>۔ گاڈ کین ہیئر گاڈ کین سی گاڈ کین تھنک۔ گاڈ کین ڈو ایوری تھنگ۔</w:t>
      </w:r>
    </w:p>
    <w:p>
      <w:r>
        <w:rPr>
          <w:b/>
        </w:rPr>
        <w:t xml:space="preserve">[58:51] </w:t>
      </w:r>
      <w:r>
        <w:t>so this is the islamic belief. you know some sufi people believing in monism.</w:t>
      </w:r>
    </w:p>
    <w:p>
      <w:pPr>
        <w:jc w:val="right"/>
      </w:pPr>
      <w:r>
        <w:t>سو دس از دا اسلامک بیلیف۔ یو نو سم صوفی پیپل بیلیونگ ان مونزم۔</w:t>
      </w:r>
    </w:p>
    <w:p>
      <w:r>
        <w:rPr>
          <w:b/>
        </w:rPr>
        <w:t xml:space="preserve">[59:04] </w:t>
      </w:r>
      <w:r>
        <w:t>like mola mola room.</w:t>
      </w:r>
    </w:p>
    <w:p>
      <w:pPr>
        <w:jc w:val="right"/>
      </w:pPr>
      <w:r>
        <w:t>لائک مولا مولا روم۔</w:t>
      </w:r>
    </w:p>
    <w:p>
      <w:r>
        <w:rPr>
          <w:b/>
        </w:rPr>
        <w:t xml:space="preserve">[59:09] </w:t>
      </w:r>
      <w:r>
        <w:t>his famous book masnavi is based on this kind of thinking. the whole masnavi is based on monotheistic concept.</w:t>
      </w:r>
    </w:p>
    <w:p>
      <w:pPr>
        <w:jc w:val="right"/>
      </w:pPr>
      <w:r>
        <w:t>ہز فیمس بک مسنوی از بیسڈ ان دس کائنڈ اف تھنکنگ۔ دا ہول مسنوی از بیسڈ ان مونوتھیسٹک کانسیپٹ۔</w:t>
      </w:r>
    </w:p>
    <w:p>
      <w:r>
        <w:rPr>
          <w:b/>
        </w:rPr>
        <w:t xml:space="preserve">[59:17] </w:t>
      </w:r>
      <w:r>
        <w:t>wojood but is not islamic. is not islamic according to the quran. and according to the prophet of islam.</w:t>
      </w:r>
    </w:p>
    <w:p>
      <w:pPr>
        <w:jc w:val="right"/>
      </w:pPr>
      <w:r>
        <w:t>وجود بٹ از ناٹ اسلامک۔ از ناٹ اسلامک اکارڈنگ ٹو دا قرآن۔ اینڈ اکارڈنگ ٹو دا پرافٹ اف اسلام۔</w:t>
      </w:r>
    </w:p>
    <w:p>
      <w:r>
        <w:rPr>
          <w:b/>
        </w:rPr>
        <w:t xml:space="preserve">[59:29] </w:t>
      </w:r>
      <w:r>
        <w:t>monotheism is islamic concept.</w:t>
      </w:r>
    </w:p>
    <w:p>
      <w:pPr>
        <w:jc w:val="right"/>
      </w:pPr>
      <w:r>
        <w:t>مونوتھیزم از اسلامک کانسیپٹ۔</w:t>
      </w:r>
    </w:p>
    <w:p>
      <w:r>
        <w:rPr>
          <w:b/>
        </w:rPr>
        <w:t xml:space="preserve">[59:32] </w:t>
      </w:r>
      <w:r>
        <w:t>monotheism means god is one. god is a person. god has a separate being. god is a his an interpretant being.</w:t>
      </w:r>
    </w:p>
    <w:p>
      <w:pPr>
        <w:jc w:val="right"/>
      </w:pPr>
      <w:r>
        <w:t>مونوتھیزم مینز گاڈ از ون۔ گاڈ از ا پرسن۔ گاڈ ہیز ا سیپریٹ بینگ۔ گاڈ از ا ہیز ان انٹریپٹنٹ بینگ۔</w:t>
      </w:r>
    </w:p>
    <w:p>
      <w:r>
        <w:rPr>
          <w:b/>
        </w:rPr>
        <w:t xml:space="preserve">[59:44] </w:t>
      </w:r>
      <w:r>
        <w:t>god can do anything. god is all powerful. god is. god everything.</w:t>
      </w:r>
    </w:p>
    <w:p>
      <w:pPr>
        <w:jc w:val="right"/>
      </w:pPr>
      <w:r>
        <w:t>گاڈ کین ڈو اینی تھنگ۔ گاڈ از ال پاور فل۔ گاڈ از۔ گاڈ ایوری تھنگ۔</w:t>
      </w:r>
    </w:p>
    <w:p>
      <w:r>
        <w:rPr>
          <w:b/>
        </w:rPr>
        <w:t xml:space="preserve">[59:56] </w:t>
      </w:r>
      <w:r>
        <w:t>god has all kind of power.</w:t>
      </w:r>
    </w:p>
    <w:p>
      <w:pPr>
        <w:jc w:val="right"/>
      </w:pPr>
      <w:r>
        <w:t>گاڈ ہیز ال کائنڈ اف پاور۔</w:t>
      </w:r>
    </w:p>
    <w:p>
      <w:r>
        <w:rPr>
          <w:b/>
        </w:rPr>
        <w:t xml:space="preserve">[59:59] </w:t>
      </w:r>
      <w:r>
        <w:t>so islamic concept is based on monotheistic concept. and not monistic concept. now.</w:t>
      </w:r>
    </w:p>
    <w:p>
      <w:pPr>
        <w:jc w:val="right"/>
      </w:pPr>
      <w:r>
        <w:t>سو اسلامک کانسیپٹ از بیسڈ ان مونوتھیسٹک کانسیپٹ۔ اینڈ ناٹ مونسٹک کانسیپٹ۔ ناؤ۔</w:t>
      </w:r>
    </w:p>
    <w:p>
      <w:r>
        <w:rPr>
          <w:b/>
        </w:rPr>
        <w:t xml:space="preserve">[1:00:12] </w:t>
      </w:r>
      <w:r>
        <w:t>quran is a introduction of. this god. the whole quran is like an introduction of god.</w:t>
      </w:r>
    </w:p>
    <w:p>
      <w:pPr>
        <w:jc w:val="right"/>
      </w:pPr>
      <w:r>
        <w:t>قرآن از ا انٹروڈکشن اف۔ دس گاڈ۔ دا ہول قرآن از لائک ان انٹروڈکشن اف گاڈ۔</w:t>
      </w:r>
    </w:p>
    <w:p>
      <w:r>
        <w:rPr>
          <w:b/>
        </w:rPr>
        <w:t xml:space="preserve">[1:00:26] </w:t>
      </w:r>
      <w:r>
        <w:t>the very first verse. tell us the. tell us about about this god.</w:t>
      </w:r>
    </w:p>
    <w:p>
      <w:pPr>
        <w:jc w:val="right"/>
      </w:pPr>
      <w:r>
        <w:t>دا ویری فرسٹ ورس۔ ٹیل اس دا۔ ٹیل اس اباؤٹ اباؤٹ دس گاڈ۔</w:t>
      </w:r>
    </w:p>
    <w:p>
      <w:r>
        <w:rPr>
          <w:b/>
        </w:rPr>
        <w:t xml:space="preserve">[1:00:35] </w:t>
      </w:r>
      <w:r>
        <w:t>bismillah-ir-rahman-ir-rahim. it means that god is one. and god is.</w:t>
      </w:r>
    </w:p>
    <w:p>
      <w:pPr>
        <w:jc w:val="right"/>
      </w:pPr>
      <w:r>
        <w:t>بسم اللہ الرحمن الرحیم۔ اٹ مینز دیٹ گاڈ از ون۔ اینڈ گاڈ از۔</w:t>
      </w:r>
    </w:p>
    <w:p>
      <w:r>
        <w:rPr>
          <w:b/>
        </w:rPr>
        <w:t xml:space="preserve">[1:00:45] </w:t>
      </w:r>
      <w:r>
        <w:t>merciful and compassionate god. two very important qualities of god is mentioned here.</w:t>
      </w:r>
    </w:p>
    <w:p>
      <w:pPr>
        <w:jc w:val="right"/>
      </w:pPr>
      <w:r>
        <w:t>مرسی فل اینڈ کمپیشنیٹ گاڈ۔ ٹو ویری امپورٹنٹ کوالٹیز اف گاڈ از مینشن ہیر۔</w:t>
      </w:r>
    </w:p>
    <w:p>
      <w:r>
        <w:rPr>
          <w:b/>
        </w:rPr>
        <w:t xml:space="preserve">[1:00:54] </w:t>
      </w:r>
      <w:r>
        <w:t>rahman-ir-rahim. most merciful most compassionate. this the introduction of god in the very first verse of the quran.</w:t>
      </w:r>
    </w:p>
    <w:p>
      <w:pPr>
        <w:jc w:val="right"/>
      </w:pPr>
      <w:r>
        <w:t>رحمن الرحیم۔ موسٹ مرسی فل موسٹ کمپیشنیٹ۔ دس دا انٹروڈکشن اف گاڈ ان دی ویری فرسٹ ورس اف دا قرآن۔</w:t>
      </w:r>
    </w:p>
    <w:p>
      <w:r>
        <w:rPr>
          <w:b/>
        </w:rPr>
        <w:t xml:space="preserve">[1:01:06] </w:t>
      </w:r>
      <w:r>
        <w:t>then the whole quran is introduction. of this god. there is one god. and one who accept islam.</w:t>
      </w:r>
    </w:p>
    <w:p>
      <w:pPr>
        <w:jc w:val="right"/>
      </w:pPr>
      <w:r>
        <w:t>دین دا ہول قرآن از انٹروڈکشن۔ اف دس گاڈ۔ دیر از ون گاڈ۔ اینڈ ون ہو ایکسیپٹ اسلام۔</w:t>
      </w:r>
    </w:p>
    <w:p>
      <w:r>
        <w:rPr>
          <w:b/>
        </w:rPr>
        <w:t xml:space="preserve">[1:01:17] </w:t>
      </w:r>
      <w:r>
        <w:t>now what is what means accepting islam.</w:t>
      </w:r>
    </w:p>
    <w:p>
      <w:pPr>
        <w:jc w:val="right"/>
      </w:pPr>
      <w:r>
        <w:t>ناؤ واٹ از واٹ مینز ایکسیپٹنگ اسلام۔</w:t>
      </w:r>
    </w:p>
    <w:p>
      <w:r>
        <w:rPr>
          <w:b/>
        </w:rPr>
        <w:t xml:space="preserve">[1:01:21] </w:t>
      </w:r>
      <w:r>
        <w:t>it means that one who discovers truth. one who discovers that god is one. accepting islam is not simply like a lip service.</w:t>
      </w:r>
    </w:p>
    <w:p>
      <w:pPr>
        <w:jc w:val="right"/>
      </w:pPr>
      <w:r>
        <w:t>اٹ مینز دیٹ ون ہو ڈسکورز ٹروتھ۔ ون ہو ڈسکورز دیٹ گاڈ از ون۔ ایکسیپٹنگ اسلام از ناٹ سمپلی لائک ا لپ سروس۔</w:t>
      </w:r>
    </w:p>
    <w:p>
      <w:r>
        <w:rPr>
          <w:b/>
        </w:rPr>
        <w:t xml:space="preserve">[1:01:34] </w:t>
      </w:r>
      <w:r>
        <w:t>it is a discovery of truth</w:t>
      </w:r>
    </w:p>
    <w:p>
      <w:pPr>
        <w:jc w:val="right"/>
      </w:pPr>
      <w:r>
        <w:t>اٹ از ا ڈسکوری اف ٹروتھ</w:t>
      </w:r>
    </w:p>
    <w:p>
      <w:r>
        <w:rPr>
          <w:b/>
        </w:rPr>
        <w:t xml:space="preserve">[1:01:37] </w:t>
      </w:r>
      <w:r>
        <w:t>when one discovers that there is god. one who realize that there is a god almighty. then he say.</w:t>
      </w:r>
    </w:p>
    <w:p>
      <w:pPr>
        <w:jc w:val="right"/>
      </w:pPr>
      <w:r>
        <w:t>۔ وین ون ڈسکورز دیٹ دیر از گاڈ۔ ون ہو ریلائز دیٹ دیر از ا گاڈ المائٹی۔ دین ہی سے۔</w:t>
      </w:r>
    </w:p>
    <w:p>
      <w:r>
        <w:rPr>
          <w:b/>
        </w:rPr>
        <w:t xml:space="preserve">[1:01:48] </w:t>
      </w:r>
      <w:r>
        <w:t>ashhadu an la ilaha illallah wa ashhadu anna muhammadan abduhu wa rasuluh. i bear witness that. there no god but one god.</w:t>
      </w:r>
    </w:p>
    <w:p>
      <w:pPr>
        <w:jc w:val="right"/>
      </w:pPr>
      <w:r>
        <w:t>اشھد ان لا الہ الا اللہ واشہد ان محمد عبدہ ورسولہ۔ ائی بیئر وٹنس دیٹ۔ دیر نو گاڈ بٹ ون گاڈ۔</w:t>
      </w:r>
    </w:p>
    <w:p>
      <w:r>
        <w:rPr>
          <w:b/>
        </w:rPr>
        <w:t xml:space="preserve">[1:01:58] </w:t>
      </w:r>
      <w:r>
        <w:t>and i bear witness that muhammad is prophet. is rasul.</w:t>
      </w:r>
    </w:p>
    <w:p>
      <w:pPr>
        <w:jc w:val="right"/>
      </w:pPr>
      <w:r>
        <w:t>اینڈ ائی بیئر وٹنس دیٹ محمد از پرافٹ۔ از رسول۔</w:t>
      </w:r>
    </w:p>
    <w:p>
      <w:r>
        <w:rPr>
          <w:b/>
        </w:rPr>
        <w:t xml:space="preserve">[1:02:06] </w:t>
      </w:r>
      <w:r>
        <w:t>so by reciting this kalma. one accept god. one accept islam. then there are.</w:t>
      </w:r>
    </w:p>
    <w:p>
      <w:pPr>
        <w:jc w:val="right"/>
      </w:pPr>
      <w:r>
        <w:t>سو بائی ریسائٹنگ دس کلمہ۔ ون ایکسیپٹ گاڈ۔ ون ایکسیپٹ اسلام۔ دین دیر ار۔</w:t>
      </w:r>
    </w:p>
    <w:p>
      <w:r>
        <w:rPr>
          <w:b/>
        </w:rPr>
        <w:t xml:space="preserve">[1:02:20] </w:t>
      </w:r>
      <w:r>
        <w:t>other obligations. when one accept islam. he must follow. the commandments of ga</w:t>
      </w:r>
    </w:p>
    <w:p>
      <w:pPr>
        <w:jc w:val="right"/>
      </w:pPr>
      <w:r>
        <w:t>ادر ابلیگیشنز۔ وین ون ایکسیپٹ اسلام۔ ہی مسٹ فالو۔ دا کمانڈمنٹس اف گا</w:t>
      </w:r>
    </w:p>
    <w:p>
      <w:r>
        <w:rPr>
          <w:b/>
        </w:rPr>
        <w:t xml:space="preserve">[1:02:30] </w:t>
      </w:r>
      <w:r>
        <w:t>d. he must perform prayers. and you know there are. five pillars of islam.</w:t>
      </w:r>
    </w:p>
    <w:p>
      <w:pPr>
        <w:jc w:val="right"/>
      </w:pPr>
      <w:r>
        <w:t>ڈ۔ ہی مسٹ پرفارم پریئرز۔ اینڈ یو نو دیر ار۔ فائیو پلرز اف اسلام۔</w:t>
      </w:r>
    </w:p>
    <w:p>
      <w:r>
        <w:rPr>
          <w:b/>
        </w:rPr>
        <w:t xml:space="preserve">[1:02:41] </w:t>
      </w:r>
      <w:r>
        <w:t>five pillars. one is kalma. and then there are. salat zakat soum and hajj.</w:t>
      </w:r>
    </w:p>
    <w:p>
      <w:pPr>
        <w:jc w:val="right"/>
      </w:pPr>
      <w:r>
        <w:t>فائیو پلرز۔ ون از کلمہ۔ اینڈ دین دیر ار۔ صلاۃ زکوۃ صوم اینڈ حج۔</w:t>
      </w:r>
    </w:p>
    <w:p>
      <w:r>
        <w:rPr>
          <w:b/>
        </w:rPr>
        <w:t xml:space="preserve">[1:02:52] </w:t>
      </w:r>
      <w:r>
        <w:t>that is prayer. and fasting. and. and zakat and hajj.</w:t>
      </w:r>
    </w:p>
    <w:p>
      <w:pPr>
        <w:jc w:val="right"/>
      </w:pPr>
      <w:r>
        <w:t>دیٹ از پریئر۔ اینڈ فاسٹنگ۔ اینڈ۔ اینڈ زکوۃ اینڈ حج۔</w:t>
      </w:r>
    </w:p>
    <w:p>
      <w:r>
        <w:rPr>
          <w:b/>
        </w:rPr>
        <w:t xml:space="preserve">[1:03:01] </w:t>
      </w:r>
      <w:r>
        <w:t>hajj is a.</w:t>
      </w:r>
    </w:p>
    <w:p>
      <w:pPr>
        <w:jc w:val="right"/>
      </w:pPr>
      <w:r>
        <w:t>حج از ا۔</w:t>
      </w:r>
    </w:p>
    <w:p>
      <w:r>
        <w:rPr>
          <w:b/>
        </w:rPr>
        <w:t xml:space="preserve">[1:03:06] </w:t>
      </w:r>
      <w:r>
        <w:t>annual worship. performed in mecca. then there are. moral.</w:t>
      </w:r>
    </w:p>
    <w:p>
      <w:pPr>
        <w:jc w:val="right"/>
      </w:pPr>
      <w:r>
        <w:t>اینول ورشپ۔ پرفارمڈ ان مکہ۔ دین دیر ار۔ مورل۔</w:t>
      </w:r>
    </w:p>
    <w:p>
      <w:r>
        <w:rPr>
          <w:b/>
        </w:rPr>
        <w:t xml:space="preserve">[1:03:17] </w:t>
      </w:r>
      <w:r>
        <w:t>teachings. one who accepts islam he must follow all those moral teachings.</w:t>
      </w:r>
    </w:p>
    <w:p>
      <w:pPr>
        <w:jc w:val="right"/>
      </w:pPr>
      <w:r>
        <w:t>ٹیچنگز۔ ون ہو ایکسیپٹ اسلام ہی مسٹ فالو ال دو بورل ٹیچنگز۔</w:t>
      </w:r>
    </w:p>
    <w:p>
      <w:r>
        <w:rPr>
          <w:b/>
        </w:rPr>
        <w:t xml:space="preserve">[1:03:24] </w:t>
      </w:r>
      <w:r>
        <w:t>and. the most important is that he must learn his life.</w:t>
      </w:r>
    </w:p>
    <w:p>
      <w:pPr>
        <w:jc w:val="right"/>
      </w:pPr>
      <w:r>
        <w:t>اینڈ۔ دا موسٹ امپورٹنٹ از دیٹ ہی مسٹ لان ہز لائف۔</w:t>
      </w:r>
    </w:p>
    <w:p>
      <w:r>
        <w:rPr>
          <w:b/>
        </w:rPr>
        <w:t xml:space="preserve">[1:03:33] </w:t>
      </w:r>
      <w:r>
        <w:t>taking god in his focus. once scholars has rightly said that. the greater concern of islam is god.</w:t>
      </w:r>
    </w:p>
    <w:p>
      <w:pPr>
        <w:jc w:val="right"/>
      </w:pPr>
      <w:r>
        <w:t>ٹیکنگ گاڈ ان ہز فوکس۔ ونس اسکالرز ہیز رائٹلی سیڈ دیٹ۔ دا گریٹر کنسرن اف اسلام از گاڈ۔</w:t>
      </w:r>
    </w:p>
    <w:p>
      <w:r>
        <w:rPr>
          <w:b/>
        </w:rPr>
        <w:t xml:space="preserve">[1:03:45] </w:t>
      </w:r>
      <w:r>
        <w:t>the greater concern of islam is allah.</w:t>
      </w:r>
    </w:p>
    <w:p>
      <w:pPr>
        <w:jc w:val="right"/>
      </w:pPr>
      <w:r>
        <w:t>دا گریٹر کنسرن اف اسلام از اللہ۔</w:t>
      </w:r>
    </w:p>
    <w:p>
      <w:r>
        <w:rPr>
          <w:b/>
        </w:rPr>
        <w:t xml:space="preserve">[1:03:49] </w:t>
      </w:r>
      <w:r>
        <w:t>so one who accepts islam. one who wants to live.</w:t>
      </w:r>
    </w:p>
    <w:p>
      <w:pPr>
        <w:jc w:val="right"/>
      </w:pPr>
      <w:r>
        <w:t>سو ون ہو ایکسیپٹ اسلام۔ ون ہو وانٹ ٹو لیو۔</w:t>
      </w:r>
    </w:p>
    <w:p>
      <w:r>
        <w:rPr>
          <w:b/>
        </w:rPr>
        <w:t xml:space="preserve">[1:03:56] </w:t>
      </w:r>
      <w:r>
        <w:t>in islamic life. he must know this point. to.</w:t>
      </w:r>
    </w:p>
    <w:p>
      <w:pPr>
        <w:jc w:val="right"/>
      </w:pPr>
      <w:r>
        <w:t>ان اسلامک لائف۔ ہی مسٹ نو دس پوائنٹ۔ تو۔</w:t>
      </w:r>
    </w:p>
    <w:p>
      <w:r>
        <w:rPr>
          <w:b/>
        </w:rPr>
        <w:t xml:space="preserve">[1:04:08] </w:t>
      </w:r>
      <w:r>
        <w:t>after following this five. commandments. he becomes a muslim. a true muslim.</w:t>
      </w:r>
    </w:p>
    <w:p>
      <w:pPr>
        <w:jc w:val="right"/>
      </w:pPr>
      <w:r>
        <w:t>افٹر فالونگ دس فائیو۔ کمانڈمنٹس۔ ہی بیکمز ا مسلم۔ ا ٹرو مسلم۔</w:t>
      </w:r>
    </w:p>
    <w:p>
      <w:r>
        <w:rPr>
          <w:b/>
        </w:rPr>
        <w:t xml:space="preserve">[1:04:17] </w:t>
      </w:r>
      <w:r>
        <w:t>but following means following with true spirit. not simply a form. although there is a form.</w:t>
      </w:r>
    </w:p>
    <w:p>
      <w:pPr>
        <w:jc w:val="right"/>
      </w:pPr>
      <w:r>
        <w:t>بٹ فالونگ مینز فالونگ ود ٹرو سپرٹ۔ ناٹ سمپلی ا فارم۔ الدو دیر از ا فارم۔</w:t>
      </w:r>
    </w:p>
    <w:p>
      <w:r>
        <w:rPr>
          <w:b/>
        </w:rPr>
        <w:t xml:space="preserve">[1:04:26] </w:t>
      </w:r>
      <w:r>
        <w:t>but. form is not enough. you have to perform all these practices. with letter spirit.</w:t>
      </w:r>
    </w:p>
    <w:p>
      <w:pPr>
        <w:jc w:val="right"/>
      </w:pPr>
      <w:r>
        <w:t>بٹ۔ فارم از ناٹ انف۔ یو ہیو ٹو پرفارم ال دس پریکٹسز۔ ود لیٹر سپرٹ۔</w:t>
      </w:r>
    </w:p>
    <w:p>
      <w:r>
        <w:rPr>
          <w:b/>
        </w:rPr>
        <w:t xml:space="preserve">[1:04:37] </w:t>
      </w:r>
      <w:r>
        <w:t>with form. with spirit and form. both are equally required. without spirit there is no form.</w:t>
      </w:r>
    </w:p>
    <w:p>
      <w:pPr>
        <w:jc w:val="right"/>
      </w:pPr>
      <w:r>
        <w:t>ود فارم۔ ود سپرٹ اینڈ فارم۔ بوتھ ار ایکولی ریکوائرڈ۔ وداؤٹ سپرٹ دیر از نو فارم۔</w:t>
      </w:r>
    </w:p>
    <w:p>
      <w:r>
        <w:rPr>
          <w:b/>
        </w:rPr>
        <w:t xml:space="preserve">[1:04:48] </w:t>
      </w:r>
      <w:r>
        <w:t>without form there is no spirit. so both are equally required.</w:t>
      </w:r>
    </w:p>
    <w:p>
      <w:pPr>
        <w:jc w:val="right"/>
      </w:pPr>
      <w:r>
        <w:t>وداؤٹ فارم دیر از نو سپرٹ۔ سو بوتھ ار ایکولی ریکوائرڈ۔</w:t>
      </w:r>
    </w:p>
    <w:p>
      <w:r>
        <w:rPr>
          <w:b/>
        </w:rPr>
        <w:t xml:space="preserve">[1:04:55] </w:t>
      </w:r>
      <w:r>
        <w:t>both are equally required.</w:t>
      </w:r>
    </w:p>
    <w:p>
      <w:pPr>
        <w:jc w:val="right"/>
      </w:pPr>
      <w:r>
        <w:t>بوتھ ار ایکولی ریکوائرڈ۔</w:t>
      </w:r>
    </w:p>
    <w:p>
      <w:r>
        <w:rPr>
          <w:b/>
        </w:rPr>
        <w:t xml:space="preserve">[1:05:03] </w:t>
      </w:r>
      <w:r>
        <w:t>the.</w:t>
      </w:r>
    </w:p>
    <w:p>
      <w:pPr>
        <w:jc w:val="right"/>
      </w:pPr>
      <w:r>
        <w:t>دا۔</w:t>
      </w:r>
    </w:p>
    <w:p>
      <w:r>
        <w:rPr>
          <w:b/>
        </w:rPr>
        <w:t xml:space="preserve">[1:05:07] </w:t>
      </w:r>
      <w:r>
        <w:t>there is a verse in the quran.</w:t>
      </w:r>
    </w:p>
    <w:p>
      <w:pPr>
        <w:jc w:val="right"/>
      </w:pPr>
      <w:r>
        <w:t>دیر از ا ورس ان دا قرآن۔</w:t>
      </w:r>
    </w:p>
    <w:p>
      <w:r>
        <w:rPr>
          <w:b/>
        </w:rPr>
        <w:t xml:space="preserve">[1:05:19] </w:t>
      </w:r>
      <w:r>
        <w:t>it means that god is very near to human being. very near. when you call you will find god.</w:t>
      </w:r>
    </w:p>
    <w:p>
      <w:pPr>
        <w:jc w:val="right"/>
      </w:pPr>
      <w:r>
        <w:t>اٹ مینز دیٹ گاڈ از ویری نیئر ٹو ہیومن بینگ۔ ویری نیئر۔ وین یو کال یو ویل فائنڈ گاڈ۔</w:t>
      </w:r>
    </w:p>
    <w:p>
      <w:r>
        <w:rPr>
          <w:b/>
        </w:rPr>
        <w:t xml:space="preserve">[1:05:33] </w:t>
      </w:r>
      <w:r>
        <w:t>god is not far from you. god is very near from you. when you call god by your heart.</w:t>
      </w:r>
    </w:p>
    <w:p>
      <w:pPr>
        <w:jc w:val="right"/>
      </w:pPr>
      <w:r>
        <w:t>گاڈ از ناٹ فار فرام یو۔ گاڈ از ویری نیئر فرام یو۔ وین یو کال گاڈ بائی یور ہارٹ۔</w:t>
      </w:r>
    </w:p>
    <w:p>
      <w:r>
        <w:rPr>
          <w:b/>
        </w:rPr>
        <w:t xml:space="preserve">[1:05:44] </w:t>
      </w:r>
      <w:r>
        <w:t>you will find that god god was very near to him. he will response you.</w:t>
      </w:r>
    </w:p>
    <w:p>
      <w:pPr>
        <w:jc w:val="right"/>
      </w:pPr>
      <w:r>
        <w:t>یو ویل فائنڈ دیٹ گاڈ گاڈ واز ویری نیئر ٹو ہی۔ ہی ویل ریسپانس یو۔</w:t>
      </w:r>
    </w:p>
    <w:p>
      <w:r>
        <w:rPr>
          <w:b/>
        </w:rPr>
        <w:t xml:space="preserve">[1:05:55] </w:t>
      </w:r>
      <w:r>
        <w:t>so in islam there is no intermediate. there no intermediary.</w:t>
      </w:r>
    </w:p>
    <w:p>
      <w:pPr>
        <w:jc w:val="right"/>
      </w:pPr>
      <w:r>
        <w:t>تو ان اسلام دیر از نو انٹرمیڈیٹ۔ دیر نو انٹرمیڈیری۔</w:t>
      </w:r>
    </w:p>
    <w:p>
      <w:r>
        <w:rPr>
          <w:b/>
        </w:rPr>
        <w:t xml:space="preserve">[1:06:05] </w:t>
      </w:r>
      <w:r>
        <w:t>between man and god. no. any man. man may ask god directly.</w:t>
      </w:r>
    </w:p>
    <w:p>
      <w:pPr>
        <w:jc w:val="right"/>
      </w:pPr>
      <w:r>
        <w:t>بٹوین مین اینڈ گاڈ۔ نو۔ اینی مین۔ مین می اسک گاڈ ڈائریکٹلی۔</w:t>
      </w:r>
    </w:p>
    <w:p>
      <w:r>
        <w:rPr>
          <w:b/>
        </w:rPr>
        <w:t xml:space="preserve">[1:06:19] </w:t>
      </w:r>
      <w:r>
        <w:t>without taking any. any intermediary agent.</w:t>
      </w:r>
    </w:p>
    <w:p>
      <w:pPr>
        <w:jc w:val="right"/>
      </w:pPr>
      <w:r>
        <w:t>وداؤٹ ٹیکنگ اینی۔ اینی انٹرمیڈیری ایجنٹ۔</w:t>
      </w:r>
    </w:p>
    <w:p>
      <w:r>
        <w:rPr>
          <w:b/>
        </w:rPr>
        <w:t xml:space="preserve">[1:06:26] </w:t>
      </w:r>
      <w:r>
        <w:t>very important. in other religions you will see that. they believe in intermediary agent.</w:t>
      </w:r>
    </w:p>
    <w:p>
      <w:pPr>
        <w:jc w:val="right"/>
      </w:pPr>
      <w:r>
        <w:t>ویری امپورٹنٹ۔ ان ادر ریلیجنز یو ویل سی دیٹ۔ دے بیلیو ان انٹرمیڈیری ایجنٹ۔</w:t>
      </w:r>
    </w:p>
    <w:p>
      <w:r>
        <w:rPr>
          <w:b/>
        </w:rPr>
        <w:t xml:space="preserve">[1:06:37] </w:t>
      </w:r>
      <w:r>
        <w:t>There are someone who is between men and God. But Islam in Islam not. In Islam there is no nothing between God and men.</w:t>
      </w:r>
    </w:p>
    <w:p>
      <w:pPr>
        <w:jc w:val="right"/>
      </w:pPr>
      <w:r>
        <w:t>دیر ار سم ون ہو از بٹوین مین اینڈ گاڈ۔ بٹ اسلام ان اسلام ناٹ۔ ان اسلام دیر از نو نتھنگ بٹوین گاڈ اینڈ مین۔</w:t>
      </w:r>
    </w:p>
    <w:p>
      <w:r>
        <w:rPr>
          <w:b/>
        </w:rPr>
        <w:t xml:space="preserve">[1:06:51] </w:t>
      </w:r>
      <w:r>
        <w:t>When men ask, when men call, he find that God was very near to him.</w:t>
      </w:r>
    </w:p>
    <w:p>
      <w:pPr>
        <w:jc w:val="right"/>
      </w:pPr>
      <w:r>
        <w:t>وین مین اسک وین مین کال ہی فائنڈ دیٹ گاڈ واز ویری نیئر ٹو ہم۔</w:t>
      </w:r>
    </w:p>
    <w:p>
      <w:r>
        <w:rPr>
          <w:b/>
        </w:rPr>
        <w:t xml:space="preserve">[1:07:01] </w:t>
      </w:r>
      <w:r>
        <w:t>ds is mentin in da quran.</w:t>
      </w:r>
    </w:p>
    <w:p>
      <w:pPr>
        <w:jc w:val="right"/>
      </w:pPr>
      <w:r>
        <w:t>دس از مینشن ان دا قرآن۔</w:t>
      </w:r>
    </w:p>
    <w:p>
      <w:r>
        <w:rPr>
          <w:b/>
        </w:rPr>
        <w:t xml:space="preserve">[1:07:04] </w:t>
      </w:r>
      <w:r>
        <w:t>in ds wrs.</w:t>
      </w:r>
    </w:p>
    <w:p>
      <w:pPr>
        <w:jc w:val="right"/>
      </w:pPr>
      <w:r>
        <w:t>ان دس ورس۔</w:t>
      </w:r>
    </w:p>
    <w:p>
      <w:r>
        <w:rPr>
          <w:b/>
        </w:rPr>
        <w:t xml:space="preserve">[1:07:19] </w:t>
      </w:r>
      <w:r>
        <w:t>So this is the. This is the God-oriented life, or Rabbani pattern of life.</w:t>
      </w:r>
    </w:p>
    <w:p>
      <w:pPr>
        <w:jc w:val="right"/>
      </w:pPr>
      <w:r>
        <w:t>سو دس از دا۔ دس از دا گاڈ اورینٹڈ لائف۔ اور ربانی پیٹرن اف لائف۔</w:t>
      </w:r>
    </w:p>
    <w:p>
      <w:r>
        <w:rPr>
          <w:b/>
        </w:rPr>
        <w:t xml:space="preserve">[1:07:31] </w:t>
      </w:r>
      <w:r>
        <w:t>to one part of this life is belief. is based on belief. and the other part is based on moral conduct.</w:t>
      </w:r>
    </w:p>
    <w:p>
      <w:pPr>
        <w:jc w:val="right"/>
      </w:pPr>
      <w:r>
        <w:t>تو ون پارٹ اف دس لائف از بیلیف۔ از بیسڈ ان بیلیف۔ اینڈ دی ادر پارٹ از بیسڈ ان مورل کنڈکٹ۔</w:t>
      </w:r>
    </w:p>
    <w:p>
      <w:r>
        <w:rPr>
          <w:b/>
        </w:rPr>
        <w:t xml:space="preserve">[1:07:45] </w:t>
      </w:r>
      <w:r>
        <w:t>yu.</w:t>
      </w:r>
    </w:p>
    <w:p>
      <w:pPr>
        <w:jc w:val="right"/>
      </w:pPr>
      <w:r>
        <w:t>یو۔</w:t>
      </w:r>
    </w:p>
    <w:p>
      <w:r>
        <w:rPr>
          <w:b/>
        </w:rPr>
        <w:t xml:space="preserve">[1:07:49] </w:t>
      </w:r>
      <w:r>
        <w:t>who is interested to know the details, he must read Quran and in Hadith and the life of the companions.</w:t>
      </w:r>
    </w:p>
    <w:p>
      <w:pPr>
        <w:jc w:val="right"/>
      </w:pPr>
      <w:r>
        <w:t>ون ون ہو از انٹرسٹڈ ٹو نو دا ڈیٹیلز۔ ہی مسٹ ریڈ القرآن۔ اینڈ ان حدیث۔ اینڈ دا لائف اف دا کمپینینز۔</w:t>
      </w:r>
    </w:p>
    <w:p>
      <w:r>
        <w:rPr>
          <w:b/>
        </w:rPr>
        <w:t xml:space="preserve">[1:08:03] </w:t>
      </w:r>
      <w:r>
        <w:t>It is must for everyone. Must for everyone. There is no excuse. No excuse will be.</w:t>
      </w:r>
    </w:p>
    <w:p>
      <w:pPr>
        <w:jc w:val="right"/>
      </w:pPr>
      <w:r>
        <w:t>اٹ از مسٹ فار ایوری ون۔ مسٹ فار ایوری ون۔ دیر از نو ایکسکیوز۔ نو ایکسکیوز ویل بی۔</w:t>
      </w:r>
    </w:p>
    <w:p>
      <w:r>
        <w:rPr>
          <w:b/>
        </w:rPr>
        <w:t xml:space="preserve">[1:08:13] </w:t>
      </w:r>
      <w:r>
        <w:t>accepted by God in this regard. When Quran is preserved. When the life of Muhammad is historically preserved.</w:t>
      </w:r>
    </w:p>
    <w:p>
      <w:pPr>
        <w:jc w:val="right"/>
      </w:pPr>
      <w:r>
        <w:t>ایکسیپٹڈ بائی گاڈ ان دس ریگارڈ۔ وین قرآن از پریزروڈ۔ وین دا لائف اف محمد از ہسٹوریکلی پریزروڈ۔</w:t>
      </w:r>
    </w:p>
    <w:p>
      <w:r>
        <w:rPr>
          <w:b/>
        </w:rPr>
        <w:t xml:space="preserve">[1:08:23] </w:t>
      </w:r>
      <w:r>
        <w:t>When the life of compliance is historically preserved. Then. No excuse will be accepted to God.</w:t>
      </w:r>
    </w:p>
    <w:p>
      <w:pPr>
        <w:jc w:val="right"/>
      </w:pPr>
      <w:r>
        <w:t>وین دا لائف اف کمپینینز از ہسٹوریکلی پریزروڈ۔ دین۔ نو ایکسکیوز ویل بی ایکسیپٹڈ ٹو گاڈ۔</w:t>
      </w:r>
    </w:p>
    <w:p>
      <w:r>
        <w:rPr>
          <w:b/>
        </w:rPr>
        <w:t xml:space="preserve">[1:08:34] </w:t>
      </w:r>
      <w:r>
        <w:t>You have to read all these materials and find what is truth.</w:t>
      </w:r>
    </w:p>
    <w:p>
      <w:pPr>
        <w:jc w:val="right"/>
      </w:pPr>
      <w:r>
        <w:t>یو ہیو ٹو ریڈ ال دس مٹیریلز۔ اینڈ فائنڈ واٹ از ٹروتھ۔</w:t>
      </w:r>
    </w:p>
    <w:p>
      <w:r>
        <w:rPr>
          <w:b/>
        </w:rPr>
        <w:t xml:space="preserve">[1:08:42] </w:t>
      </w:r>
      <w:r>
        <w:t>What are God's commands? What is the formula of success? So everyone must.</w:t>
      </w:r>
    </w:p>
    <w:p>
      <w:pPr>
        <w:jc w:val="right"/>
      </w:pPr>
      <w:r>
        <w:t>واٹ ار گاڈز کمانڈز۔ واٹ از دا فارمولا اف سکسیس۔ سو ایوری ون مسٹ۔</w:t>
      </w:r>
    </w:p>
    <w:p>
      <w:r>
        <w:rPr>
          <w:b/>
        </w:rPr>
        <w:t xml:space="preserve">[1:08:52] </w:t>
      </w:r>
      <w:r>
        <w:t>rid al ds mtirials</w:t>
      </w:r>
    </w:p>
    <w:p>
      <w:pPr>
        <w:jc w:val="right"/>
      </w:pPr>
      <w:r>
        <w:t>ریڈ ال دس مٹیریلز</w:t>
      </w:r>
    </w:p>
    <w:p>
      <w:r>
        <w:rPr>
          <w:b/>
        </w:rPr>
        <w:t xml:space="preserve">[1:08:56] </w:t>
      </w:r>
      <w:r>
        <w:t>. Basically these books are in Arabic. But you know. Translations are available everywhere.</w:t>
      </w:r>
    </w:p>
    <w:p>
      <w:pPr>
        <w:jc w:val="right"/>
      </w:pPr>
      <w:r>
        <w:t>۔ بیسکلی دس بکس ار ان عربک۔ بٹ یو نو۔ ٹرانسلیشن ار اویلیبل ایوری ویر۔</w:t>
      </w:r>
    </w:p>
    <w:p>
      <w:r>
        <w:rPr>
          <w:b/>
        </w:rPr>
        <w:t xml:space="preserve">[1:09:05] </w:t>
      </w:r>
      <w:r>
        <w:t>in very languages. in English, in German, in French, in Russian.</w:t>
      </w:r>
    </w:p>
    <w:p>
      <w:pPr>
        <w:jc w:val="right"/>
      </w:pPr>
      <w:r>
        <w:t>ان ایوری لینگویجز۔ ان انگلش ان جرمن ان فرنچ۔ ان ریشن۔</w:t>
      </w:r>
    </w:p>
    <w:p>
      <w:r>
        <w:rPr>
          <w:b/>
        </w:rPr>
        <w:t xml:space="preserve">[1:09:15] </w:t>
      </w:r>
      <w:r>
        <w:t>and also in Hindi and Urdu. In Persian. In every language that the translation is available. So there is no excuse.</w:t>
      </w:r>
    </w:p>
    <w:p>
      <w:pPr>
        <w:jc w:val="right"/>
      </w:pPr>
      <w:r>
        <w:t>اینڈ السو ان ہندی اینڈ اردو۔ ان پرشین۔ ان ایوری لینگویج دیٹ دا ٹرانسلیشن از اویلیبل۔ سو دیر از نو ایکسکیوز۔</w:t>
      </w:r>
    </w:p>
    <w:p>
      <w:r>
        <w:rPr>
          <w:b/>
        </w:rPr>
        <w:t xml:space="preserve">[1:09:27] </w:t>
      </w:r>
      <w:r>
        <w:t>no xkuz at al.</w:t>
      </w:r>
    </w:p>
    <w:p>
      <w:pPr>
        <w:jc w:val="right"/>
      </w:pPr>
      <w:r>
        <w:t>نو ایکسکیوز ایٹ ال۔</w:t>
      </w:r>
    </w:p>
    <w:p>
      <w:r>
        <w:rPr>
          <w:b/>
        </w:rPr>
        <w:t xml:space="preserve">[1:09:31] </w:t>
      </w:r>
      <w:r>
        <w:t>to before we complete our lifespan in this world and die. And you know after death you will be presented before God.</w:t>
      </w:r>
    </w:p>
    <w:p>
      <w:pPr>
        <w:jc w:val="right"/>
      </w:pPr>
      <w:r>
        <w:t>تو بیفور وی۔ کمپلیٹ اف لائف سپین ان دس ورلڈ۔ اینڈ ڈائی۔ اینڈ یو نو افٹر ڈیتھ یو ویل بی پریزنٹڈ بیفور گاڈ۔</w:t>
      </w:r>
    </w:p>
    <w:p>
      <w:r>
        <w:rPr>
          <w:b/>
        </w:rPr>
        <w:t xml:space="preserve">[1:09:43] </w:t>
      </w:r>
      <w:r>
        <w:t>There is in the Day of Judgment. Before all these things you have to know what is.</w:t>
      </w:r>
    </w:p>
    <w:p>
      <w:pPr>
        <w:jc w:val="right"/>
      </w:pPr>
      <w:r>
        <w:t>دیر از ان دی ڈے اف ججمنٹ۔ بیفور ال دس تھنگز یو ہیو ٹو نو واٹ از۔</w:t>
      </w:r>
    </w:p>
    <w:p>
      <w:r>
        <w:rPr>
          <w:b/>
        </w:rPr>
        <w:t xml:space="preserve">[1:09:53] </w:t>
      </w:r>
      <w:r>
        <w:t>wht is da trth</w:t>
      </w:r>
    </w:p>
    <w:p>
      <w:pPr>
        <w:jc w:val="right"/>
      </w:pPr>
      <w:r>
        <w:t>واٹ از دا ٹروتھ</w:t>
      </w:r>
    </w:p>
    <w:p>
      <w:r>
        <w:rPr>
          <w:b/>
        </w:rPr>
        <w:t xml:space="preserve">[1:09:57] </w:t>
      </w:r>
      <w:r>
        <w:t>. People are sincere about knowing the. The laws of income tax. And.</w:t>
      </w:r>
    </w:p>
    <w:p>
      <w:pPr>
        <w:jc w:val="right"/>
      </w:pPr>
      <w:r>
        <w:t>۔ پیپل ار سینسر اباؤٹ نوئنگ دا۔ دا لاز اف انکم ٹیکس۔ اینڈ۔</w:t>
      </w:r>
    </w:p>
    <w:p>
      <w:r>
        <w:rPr>
          <w:b/>
        </w:rPr>
        <w:t xml:space="preserve">[1:10:05] </w:t>
      </w:r>
      <w:r>
        <w:t>and laz of. and adr laz.</w:t>
      </w:r>
    </w:p>
    <w:p>
      <w:pPr>
        <w:jc w:val="right"/>
      </w:pPr>
      <w:r>
        <w:t>اینڈ لاز اف۔ اینڈ ادر لاز۔</w:t>
      </w:r>
    </w:p>
    <w:p>
      <w:r>
        <w:rPr>
          <w:b/>
        </w:rPr>
        <w:t xml:space="preserve">[1:10:12] </w:t>
      </w:r>
      <w:r>
        <w:t>But it is more important to know the law of God, the commandments of God, which is revealed.</w:t>
      </w:r>
    </w:p>
    <w:p>
      <w:pPr>
        <w:jc w:val="right"/>
      </w:pPr>
      <w:r>
        <w:t>بٹ۔ اٹ از مور امپورٹنٹ ٹو نو دی لاء اف گاڈ۔ دی کمانڈمنٹس اف گاڈ۔ وچ از ریویل۔</w:t>
      </w:r>
    </w:p>
    <w:p>
      <w:r>
        <w:rPr>
          <w:b/>
        </w:rPr>
        <w:t xml:space="preserve">[1:10:24] </w:t>
      </w:r>
      <w:r>
        <w:t>which was revealed in prophet. and is preserved in the form of Quran.</w:t>
      </w:r>
    </w:p>
    <w:p>
      <w:pPr>
        <w:jc w:val="right"/>
      </w:pPr>
      <w:r>
        <w:t>وچ واز ریویلڈ ان پرافٹ۔ اینڈ از پریزروڈ ان دا فارم اف القرآن۔</w:t>
      </w:r>
    </w:p>
    <w:p>
      <w:r>
        <w:rPr>
          <w:b/>
        </w:rPr>
        <w:t xml:space="preserve">[1:10:32] </w:t>
      </w:r>
      <w:r>
        <w:t>so das is da.</w:t>
      </w:r>
    </w:p>
    <w:p>
      <w:pPr>
        <w:jc w:val="right"/>
      </w:pPr>
      <w:r>
        <w:t>سو دس از دا۔</w:t>
      </w:r>
    </w:p>
    <w:p>
      <w:r>
        <w:rPr>
          <w:b/>
        </w:rPr>
        <w:t xml:space="preserve">[1:10:38] </w:t>
      </w:r>
      <w:r>
        <w:t>das is da.</w:t>
      </w:r>
    </w:p>
    <w:p>
      <w:pPr>
        <w:jc w:val="right"/>
      </w:pPr>
      <w:r>
        <w:t>دس از دا۔</w:t>
      </w:r>
    </w:p>
    <w:p>
      <w:r>
        <w:rPr>
          <w:b/>
        </w:rPr>
        <w:t xml:space="preserve">[1:10:44] </w:t>
      </w:r>
      <w:r>
        <w:t>basic. This is the basic thing for all men. All men and women. There is no escape for everyone.</w:t>
      </w:r>
    </w:p>
    <w:p>
      <w:pPr>
        <w:jc w:val="right"/>
      </w:pPr>
      <w:r>
        <w:t>بیسک۔ دس از دا بیسک تھنگز فار ال مین۔ ال مین اینڈ وومن۔ دیر از نو اسکیپ فار ایوری ون۔</w:t>
      </w:r>
    </w:p>
    <w:p>
      <w:r>
        <w:rPr>
          <w:b/>
        </w:rPr>
        <w:t xml:space="preserve">[1:10:56] </w:t>
      </w:r>
      <w:r>
        <w:t>everyone must know. all these things</w:t>
      </w:r>
    </w:p>
    <w:p>
      <w:pPr>
        <w:jc w:val="right"/>
      </w:pPr>
      <w:r>
        <w:t>ایوری ون مسٹ نو۔ ال دس تھنگز</w:t>
      </w:r>
    </w:p>
    <w:p>
      <w:r>
        <w:rPr>
          <w:b/>
        </w:rPr>
        <w:t xml:space="preserve">[1:11:01] </w:t>
      </w:r>
      <w:r>
        <w:t>. otherwise he is doomed to failure. Nothing can save you from. from failure.</w:t>
      </w:r>
    </w:p>
    <w:p>
      <w:pPr>
        <w:jc w:val="right"/>
      </w:pPr>
      <w:r>
        <w:t>۔ ادر وائز ہی از ڈوم ٹو فیلیر۔ نتھنگ کین سیو یو فرام۔ فرام فیلیر۔</w:t>
      </w:r>
    </w:p>
    <w:p>
      <w:r>
        <w:rPr>
          <w:b/>
        </w:rPr>
        <w:t xml:space="preserve">[1:11:13] </w:t>
      </w:r>
      <w:r>
        <w:t>nothing else can save you from failure.</w:t>
      </w:r>
    </w:p>
    <w:p>
      <w:pPr>
        <w:jc w:val="right"/>
      </w:pPr>
      <w:r>
        <w:t>نتھنگ ایلس کین سیو یو فرام فیلیر۔</w:t>
      </w:r>
    </w:p>
    <w:p>
      <w:r>
        <w:rPr>
          <w:b/>
        </w:rPr>
        <w:t xml:space="preserve">[1:11:22] </w:t>
      </w:r>
      <w:r>
        <w:t>so.</w:t>
      </w:r>
    </w:p>
    <w:p>
      <w:pPr>
        <w:jc w:val="right"/>
      </w:pPr>
      <w:r>
        <w:t>سو۔</w:t>
      </w:r>
    </w:p>
    <w:p>
      <w:r>
        <w:rPr>
          <w:b/>
        </w:rPr>
        <w:t xml:space="preserve">[1:11:26] </w:t>
      </w:r>
      <w:r>
        <w:t>in short this is the creation plan of God.</w:t>
      </w:r>
    </w:p>
    <w:p>
      <w:pPr>
        <w:jc w:val="right"/>
      </w:pPr>
      <w:r>
        <w:t>ان شارٹ دس از دا۔ کرشن پلان اف گاڈ۔</w:t>
      </w:r>
    </w:p>
    <w:p>
      <w:r>
        <w:rPr>
          <w:b/>
        </w:rPr>
        <w:t xml:space="preserve">[1:11:35] </w:t>
      </w:r>
      <w:r>
        <w:t>aqool qawlihaza wastaghfirullaha alaikum ajmaeen.</w:t>
      </w:r>
    </w:p>
    <w:p>
      <w:pPr>
        <w:jc w:val="right"/>
      </w:pPr>
      <w:r>
        <w:t>اقول قولیھذا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