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 A Religion of Peace (English) January 8, 2007 Maulana Wahiduddin Khan</w:t>
      </w:r>
    </w:p>
    <w:p>
      <w:r>
        <w:t>https://www.youtube.com/watch?v=1Yv-qCZhTJE</w:t>
      </w:r>
    </w:p>
    <w:p>
      <w:r>
        <w:rPr>
          <w:b/>
        </w:rPr>
        <w:t xml:space="preserve">[00:25] </w:t>
      </w:r>
      <w:r>
        <w:t>wali. i would like to say a few words about islam.</w:t>
      </w:r>
    </w:p>
    <w:p>
      <w:pPr>
        <w:jc w:val="right"/>
      </w:pPr>
      <w:r>
        <w:t>ولی۔ آئی وڈ لائک ٹو سے ا فیو ورڈز اباؤٹ اسلام۔</w:t>
      </w:r>
    </w:p>
    <w:p>
      <w:r>
        <w:rPr>
          <w:b/>
        </w:rPr>
        <w:t xml:space="preserve">[00:36] </w:t>
      </w:r>
      <w:r>
        <w:t>da first principle</w:t>
      </w:r>
    </w:p>
    <w:p>
      <w:pPr>
        <w:jc w:val="right"/>
      </w:pPr>
      <w:r>
        <w:t>دا فرسٹ پرنسپل</w:t>
      </w:r>
    </w:p>
    <w:p>
      <w:r>
        <w:rPr>
          <w:b/>
        </w:rPr>
        <w:t xml:space="preserve">[00:40] </w:t>
      </w:r>
      <w:r>
        <w:t>you have to keep in your mind</w:t>
      </w:r>
    </w:p>
    <w:p>
      <w:pPr>
        <w:jc w:val="right"/>
      </w:pPr>
      <w:r>
        <w:t>یو ہیو ٹو کیپ ان یور مائنڈ</w:t>
      </w:r>
    </w:p>
    <w:p>
      <w:r>
        <w:rPr>
          <w:b/>
        </w:rPr>
        <w:t xml:space="preserve">[00:47] </w:t>
      </w:r>
      <w:r>
        <w:t>to differentiate between islam and muslims.</w:t>
      </w:r>
    </w:p>
    <w:p>
      <w:pPr>
        <w:jc w:val="right"/>
      </w:pPr>
      <w:r>
        <w:t>ٹو ڈیفرنشیٹ بٹوین اسلام اینڈ مسلمز۔</w:t>
      </w:r>
    </w:p>
    <w:p>
      <w:r>
        <w:rPr>
          <w:b/>
        </w:rPr>
        <w:t xml:space="preserve">[00:52] </w:t>
      </w:r>
      <w:r>
        <w:t>if you want to know islam,</w:t>
      </w:r>
    </w:p>
    <w:p>
      <w:pPr>
        <w:jc w:val="right"/>
      </w:pPr>
      <w:r>
        <w:t>اف یو وانٹ ٹو نو اسلام،</w:t>
      </w:r>
    </w:p>
    <w:p>
      <w:r>
        <w:rPr>
          <w:b/>
        </w:rPr>
        <w:t xml:space="preserve">[00:58] </w:t>
      </w:r>
      <w:r>
        <w:t>if you want to know what is Islam in actual sense, so you have to adopt this principle.</w:t>
      </w:r>
    </w:p>
    <w:p>
      <w:pPr>
        <w:jc w:val="right"/>
      </w:pPr>
      <w:r>
        <w:t>اف یو وانٹ ٹو نو واٹ از اسلام ان ایکچول سینس، سو یو ہیو ٹو اڈاپٹ دس پرنسپل۔</w:t>
      </w:r>
    </w:p>
    <w:p>
      <w:r>
        <w:rPr>
          <w:b/>
        </w:rPr>
        <w:t xml:space="preserve">[01:08] </w:t>
      </w:r>
      <w:r>
        <w:t>you have to try to understand islam in its scriptures and from the life of the prophet of islam</w:t>
      </w:r>
    </w:p>
    <w:p>
      <w:pPr>
        <w:jc w:val="right"/>
      </w:pPr>
      <w:r>
        <w:t>یو ہیو ٹو ٹرائی ٹو انڈرسٹینڈ اسلام ان اٹس سکرپچرز اینڈ فرام دی لائف اف دا پرافٹ اف اسلام</w:t>
      </w:r>
    </w:p>
    <w:p>
      <w:r>
        <w:rPr>
          <w:b/>
        </w:rPr>
        <w:t xml:space="preserve">[01:23] </w:t>
      </w:r>
      <w:r>
        <w:t>. these are the real source of islam. as fraies the muslims are concern, muslims are a community like other communities.</w:t>
      </w:r>
    </w:p>
    <w:p>
      <w:pPr>
        <w:jc w:val="right"/>
      </w:pPr>
      <w:r>
        <w:t>۔ دیز ار دا ریل سورس اف اسلام۔ ایز فرائیز دا مسلمز ار کنسرن، مسلمز ار ا کمیونٹی لائک ادر کمیونٹیز۔</w:t>
      </w:r>
    </w:p>
    <w:p>
      <w:r>
        <w:rPr>
          <w:b/>
        </w:rPr>
        <w:t xml:space="preserve">[01:37] </w:t>
      </w:r>
      <w:r>
        <w:t>so don't take muslims as a point of reference towards understanding islam. these are first principle.</w:t>
      </w:r>
    </w:p>
    <w:p>
      <w:pPr>
        <w:jc w:val="right"/>
      </w:pPr>
      <w:r>
        <w:t>سو ڈونٹ ٹیک مسلمز ایز ا پوائنٹ اف ریفرنس ٹورڈز انڈرسٹینڈنگ اسلام۔ دیز ار فرسٹ پرنسپل۔</w:t>
      </w:r>
    </w:p>
    <w:p>
      <w:r>
        <w:rPr>
          <w:b/>
        </w:rPr>
        <w:t xml:space="preserve">[01:47] </w:t>
      </w:r>
      <w:r>
        <w:t>if you fail to differentiate between islam and muslims, you will fail to understand islam in a proper way.</w:t>
      </w:r>
    </w:p>
    <w:p>
      <w:pPr>
        <w:jc w:val="right"/>
      </w:pPr>
      <w:r>
        <w:t>اف یو فیل ٹو ڈیفرنشیٹ بٹوین اسلام اینڈ مسلمز، یو ویل فیل ٹو انڈرسٹینڈ اسلام ان ا پراپر وے۔</w:t>
      </w:r>
    </w:p>
    <w:p>
      <w:r>
        <w:rPr>
          <w:b/>
        </w:rPr>
        <w:t xml:space="preserve">[01:59] </w:t>
      </w:r>
      <w:r>
        <w:t>now</w:t>
      </w:r>
    </w:p>
    <w:p>
      <w:pPr>
        <w:jc w:val="right"/>
      </w:pPr>
      <w:r>
        <w:t>ناؤ</w:t>
      </w:r>
    </w:p>
    <w:p>
      <w:r>
        <w:rPr>
          <w:b/>
        </w:rPr>
        <w:t xml:space="preserve">[02:03] </w:t>
      </w:r>
      <w:r>
        <w:t>let us take, let us take first the very name of islam. the very name of islam, our title of islam is enough to understand what is islam.</w:t>
      </w:r>
    </w:p>
    <w:p>
      <w:pPr>
        <w:jc w:val="right"/>
      </w:pPr>
      <w:r>
        <w:t>لیٹ اس ٹیک، لیٹ اس ٹیک فرسٹ دا ویری نیم اف اسلام۔ دا ویری نیم اف اسلام، اور ٹائٹل اف اسلام از انف ٹو انڈرسٹینڈ واٹ از اسلام۔</w:t>
      </w:r>
    </w:p>
    <w:p>
      <w:r>
        <w:rPr>
          <w:b/>
        </w:rPr>
        <w:t xml:space="preserve">[02:17] </w:t>
      </w:r>
      <w:r>
        <w:t>islam means, according to arabic language, the root word of islam is salm.</w:t>
      </w:r>
    </w:p>
    <w:p>
      <w:pPr>
        <w:jc w:val="right"/>
      </w:pPr>
      <w:r>
        <w:t>اسلام مینز، اکارڈنگ ٹو عربک لینگویج، دا روٹ ورڈ اف اسلام از سلم۔</w:t>
      </w:r>
    </w:p>
    <w:p>
      <w:r>
        <w:rPr>
          <w:b/>
        </w:rPr>
        <w:t xml:space="preserve">[02:30] </w:t>
      </w:r>
      <w:r>
        <w:t>salm means peace.</w:t>
      </w:r>
    </w:p>
    <w:p>
      <w:pPr>
        <w:jc w:val="right"/>
      </w:pPr>
      <w:r>
        <w:t>سلم مینز پیس۔</w:t>
      </w:r>
    </w:p>
    <w:p>
      <w:r>
        <w:rPr>
          <w:b/>
        </w:rPr>
        <w:t xml:space="preserve">[02:36] </w:t>
      </w:r>
      <w:r>
        <w:t>so islam means religion of peace.</w:t>
      </w:r>
    </w:p>
    <w:p>
      <w:pPr>
        <w:jc w:val="right"/>
      </w:pPr>
      <w:r>
        <w:t>سو اسلام مینز ریلیجن اف پیس۔</w:t>
      </w:r>
    </w:p>
    <w:p>
      <w:r>
        <w:rPr>
          <w:b/>
        </w:rPr>
        <w:t xml:space="preserve">[02:44] </w:t>
      </w:r>
      <w:r>
        <w:t>islam by by its name</w:t>
      </w:r>
    </w:p>
    <w:p>
      <w:pPr>
        <w:jc w:val="right"/>
      </w:pPr>
      <w:r>
        <w:t>اسلام بائی بائی اٹس نیم</w:t>
      </w:r>
    </w:p>
    <w:p>
      <w:r>
        <w:rPr>
          <w:b/>
        </w:rPr>
        <w:t xml:space="preserve">[02:49] </w:t>
      </w:r>
      <w:r>
        <w:t>he's the connotation of peace. so the best title you can give to Islam is that it is a religion of peace.</w:t>
      </w:r>
    </w:p>
    <w:p>
      <w:pPr>
        <w:jc w:val="right"/>
      </w:pPr>
      <w:r>
        <w:t>ہیز دا کنوٹیشن اف پیس۔ سو دا بیسٹ ٹائٹل یو کین گیو ٹو اسلام از دیٹ اٹ از ا ریلیجن اف پیس۔</w:t>
      </w:r>
    </w:p>
    <w:p>
      <w:r>
        <w:rPr>
          <w:b/>
        </w:rPr>
        <w:t xml:space="preserve">[03:03] </w:t>
      </w:r>
      <w:r>
        <w:t>all the teachings of Islam, i can say all the teachings of Islam are based on the concept of peace.</w:t>
      </w:r>
    </w:p>
    <w:p>
      <w:pPr>
        <w:jc w:val="right"/>
      </w:pPr>
      <w:r>
        <w:t>ال دا ٹیچنگز اف اسلام، ائی کین سے دا ال دا ٹیچنگز اف اسلام ار بیسڈ ان دا کانسیپٹ اف پیس۔</w:t>
      </w:r>
    </w:p>
    <w:p>
      <w:r>
        <w:rPr>
          <w:b/>
        </w:rPr>
        <w:t xml:space="preserve">[03:12] </w:t>
      </w:r>
      <w:r>
        <w:t>peace and tolerance and justice, all these things.</w:t>
      </w:r>
    </w:p>
    <w:p>
      <w:pPr>
        <w:jc w:val="right"/>
      </w:pPr>
      <w:r>
        <w:t>پیس اینڈ ٹولرنس اینڈ جسٹس، ال دیز تھنگز۔</w:t>
      </w:r>
    </w:p>
    <w:p>
      <w:r>
        <w:rPr>
          <w:b/>
        </w:rPr>
        <w:t xml:space="preserve">[03:19] </w:t>
      </w:r>
      <w:r>
        <w:t>to either directly or indirectly, some verses of the Quran are related directly to this, to this concept, or some are indirectly related to this.</w:t>
      </w:r>
    </w:p>
    <w:p>
      <w:pPr>
        <w:jc w:val="right"/>
      </w:pPr>
      <w:r>
        <w:t>تو ایدر ڈائریکٹلی اور ان ڈائریکٹلی، سم ورسز اف دا قرآن ار ریلیٹڈ ڈائریکٹلی ٹو دس، ٹو دس کانسیپٹ، اور سم ار ان ڈائریکٹلی ریلیٹڈ ٹو دس۔</w:t>
      </w:r>
    </w:p>
    <w:p>
      <w:r>
        <w:rPr>
          <w:b/>
        </w:rPr>
        <w:t xml:space="preserve">[03:37] </w:t>
      </w:r>
      <w:r>
        <w:t>for example, there is a verse in the Quran:</w:t>
      </w:r>
    </w:p>
    <w:p>
      <w:pPr>
        <w:jc w:val="right"/>
      </w:pPr>
      <w:r>
        <w:t>فار ایگزامپل، دیر از ا ورس ان دا قرآن:</w:t>
      </w:r>
    </w:p>
    <w:p>
      <w:r>
        <w:rPr>
          <w:b/>
        </w:rPr>
        <w:t xml:space="preserve">[03:43] </w:t>
      </w:r>
      <w:r>
        <w:t>"wallahido ila dar al-salam". It means</w:t>
      </w:r>
    </w:p>
    <w:p>
      <w:pPr>
        <w:jc w:val="right"/>
      </w:pPr>
      <w:r>
        <w:t>"واللہیدو الی دار السلام"۔ اٹ مینز</w:t>
      </w:r>
    </w:p>
    <w:p>
      <w:r>
        <w:rPr>
          <w:b/>
        </w:rPr>
        <w:t xml:space="preserve">[03:50] </w:t>
      </w:r>
      <w:r>
        <w:t>God calls to the home of peace.</w:t>
      </w:r>
    </w:p>
    <w:p>
      <w:pPr>
        <w:jc w:val="right"/>
      </w:pPr>
      <w:r>
        <w:t>گاڈ کالز ٹو دا ہوم اف پیس۔</w:t>
      </w:r>
    </w:p>
    <w:p>
      <w:r>
        <w:rPr>
          <w:b/>
        </w:rPr>
        <w:t xml:space="preserve">[03:57] </w:t>
      </w:r>
      <w:r>
        <w:t>God calls to the home of peace. it very clear,</w:t>
      </w:r>
    </w:p>
    <w:p>
      <w:pPr>
        <w:jc w:val="right"/>
      </w:pPr>
      <w:r>
        <w:t>گاڈ کالز ٹو دا ہوم اف پیس۔ اٹ ویری کلیئر،</w:t>
      </w:r>
    </w:p>
    <w:p>
      <w:r>
        <w:rPr>
          <w:b/>
        </w:rPr>
        <w:t xml:space="preserve">[04:05] </w:t>
      </w:r>
      <w:r>
        <w:t>no interpretation is required.</w:t>
      </w:r>
    </w:p>
    <w:p>
      <w:pPr>
        <w:jc w:val="right"/>
      </w:pPr>
      <w:r>
        <w:t>نو انٹرپریشن از ریکوائرڈ۔</w:t>
      </w:r>
    </w:p>
    <w:p>
      <w:r>
        <w:rPr>
          <w:b/>
        </w:rPr>
        <w:t xml:space="preserve">[04:10] </w:t>
      </w:r>
      <w:r>
        <w:t>then there is a verse in the Quran: "asl khair". Reconciliation is the best.</w:t>
      </w:r>
    </w:p>
    <w:p>
      <w:pPr>
        <w:jc w:val="right"/>
      </w:pPr>
      <w:r>
        <w:t>دین دیر از ا ورس ان دا قرآن: "اصل خیر"۔ ریکنسیلیشن از دا بیسٹ۔</w:t>
      </w:r>
    </w:p>
    <w:p>
      <w:r>
        <w:rPr>
          <w:b/>
        </w:rPr>
        <w:t xml:space="preserve">[04:19] </w:t>
      </w:r>
      <w:r>
        <w:t>it means that at the time of controversy,</w:t>
      </w:r>
    </w:p>
    <w:p>
      <w:pPr>
        <w:jc w:val="right"/>
      </w:pPr>
      <w:r>
        <w:t>اٹ مینز دیٹ ایٹ دا ٹائم اف کنٹروورسی،</w:t>
      </w:r>
    </w:p>
    <w:p>
      <w:r>
        <w:rPr>
          <w:b/>
        </w:rPr>
        <w:t xml:space="preserve">[04:27] </w:t>
      </w:r>
      <w:r>
        <w:t>you have to adopt conciliatory course of action, rather than confrontational course of action.</w:t>
      </w:r>
    </w:p>
    <w:p>
      <w:pPr>
        <w:jc w:val="right"/>
      </w:pPr>
      <w:r>
        <w:t>یو ہیو ٹو اڈاپٹ کانسلیٹری کورس اف ایکشن، رادر دین کنفرنٹیشنل کورس اف ایکشن۔</w:t>
      </w:r>
    </w:p>
    <w:p>
      <w:r>
        <w:rPr>
          <w:b/>
        </w:rPr>
        <w:t xml:space="preserve">[04:40] </w:t>
      </w:r>
      <w:r>
        <w:t>it is a comprehensive teaching. it is applicable to all human affairs, from family up to society, as well as up to international relationship.</w:t>
      </w:r>
    </w:p>
    <w:p>
      <w:pPr>
        <w:jc w:val="right"/>
      </w:pPr>
      <w:r>
        <w:t>اٹ از ا کمپرہنسیو ٹیچنگ۔ اٹ از ایپلیکیبل ٹو ال ہیومن افیئرز، فرام فیملی اپ ٹو سوسائٹی، ایز ویل ایز اپ ٹو انٹرنیشنل ریلیشن شپ۔</w:t>
      </w:r>
    </w:p>
    <w:p>
      <w:r>
        <w:rPr>
          <w:b/>
        </w:rPr>
        <w:t xml:space="preserve">[05:03] </w:t>
      </w:r>
      <w:r>
        <w:t>this is the true introduction of Islam.</w:t>
      </w:r>
    </w:p>
    <w:p>
      <w:pPr>
        <w:jc w:val="right"/>
      </w:pPr>
      <w:r>
        <w:t>دس از دا ٹرو انٹروڈکشن اف اسلام۔</w:t>
      </w:r>
    </w:p>
    <w:p>
      <w:r>
        <w:rPr>
          <w:b/>
        </w:rPr>
        <w:t xml:space="preserve">[05:09] </w:t>
      </w:r>
      <w:r>
        <w:t>Islam is religion of peace, religion of love, religion of tolerance, and this is the true nature of human being.</w:t>
      </w:r>
    </w:p>
    <w:p>
      <w:pPr>
        <w:jc w:val="right"/>
      </w:pPr>
      <w:r>
        <w:t>اسلام از ریلیجن اف پیس، ریلیجن اف لو، ریلیجن اف ٹولرنس، اینڈ دس از دا ٹرو نیچر اف ہیومن بینگ۔</w:t>
      </w:r>
    </w:p>
    <w:p>
      <w:r>
        <w:rPr>
          <w:b/>
        </w:rPr>
        <w:t xml:space="preserve">[05:20] </w:t>
      </w:r>
      <w:r>
        <w:t>in fact, Islam is religion of nature. Islam means</w:t>
      </w:r>
    </w:p>
    <w:p>
      <w:pPr>
        <w:jc w:val="right"/>
      </w:pPr>
      <w:r>
        <w:t>ان فیکٹ، اسلام از ریلیجن اف نیچر۔ اسلام مینز</w:t>
      </w:r>
    </w:p>
    <w:p>
      <w:r>
        <w:rPr>
          <w:b/>
        </w:rPr>
        <w:t xml:space="preserve">[05:30] </w:t>
      </w:r>
      <w:r>
        <w:t>Islam translates the real nature of human being, the real nature of man towards.</w:t>
      </w:r>
    </w:p>
    <w:p>
      <w:pPr>
        <w:jc w:val="right"/>
      </w:pPr>
      <w:r>
        <w:t>اسلام ٹرانسلیٹس دا ریل نیچر اف ہیومن بینگ، دا ریل نیچر اف مین ٹو ورڈز۔</w:t>
      </w:r>
    </w:p>
    <w:p>
      <w:r>
        <w:rPr>
          <w:b/>
        </w:rPr>
        <w:t xml:space="preserve">[05:40] </w:t>
      </w:r>
      <w:r>
        <w:t>what is inherent in the nature, in human nature, the same is written in the Quran.</w:t>
      </w:r>
    </w:p>
    <w:p>
      <w:pPr>
        <w:jc w:val="right"/>
      </w:pPr>
      <w:r>
        <w:t>واٹ از انٹربن ان دا نیچر، ان ہیومن نیچر، دا سیم از رٹن ان دا قرآن۔</w:t>
      </w:r>
    </w:p>
    <w:p>
      <w:r>
        <w:rPr>
          <w:b/>
        </w:rPr>
        <w:t xml:space="preserve">[05:50] </w:t>
      </w:r>
      <w:r>
        <w:t>so Quran and human nature both are one and the same. Quran is nothing but a literal statement of of those of the human nature.</w:t>
      </w:r>
    </w:p>
    <w:p>
      <w:pPr>
        <w:jc w:val="right"/>
      </w:pPr>
      <w:r>
        <w:t>تو قرآن اینڈ ہیومن نیچر بوتھ ار ون اینڈ دا سیم۔ قرآن از نتھنگ بٹ ا لٹرل سٹیٹمنٹ اف اف دوز اف دا ہیومن نیچر۔</w:t>
      </w:r>
    </w:p>
    <w:p>
      <w:r>
        <w:rPr>
          <w:b/>
        </w:rPr>
        <w:t xml:space="preserve">[06:09] </w:t>
      </w:r>
      <w:r>
        <w:t>and you know, every human being is born with the concept of peace.</w:t>
      </w:r>
    </w:p>
    <w:p>
      <w:pPr>
        <w:jc w:val="right"/>
      </w:pPr>
      <w:r>
        <w:t>اینڈ یو نو، ایوری ہیومن بینگ از بورن ود دی کانسیپٹ اف پیس۔</w:t>
      </w:r>
    </w:p>
    <w:p>
      <w:r>
        <w:rPr>
          <w:b/>
        </w:rPr>
        <w:t xml:space="preserve">[06:21] </w:t>
      </w:r>
      <w:r>
        <w:t>so as human being is</w:t>
      </w:r>
    </w:p>
    <w:p>
      <w:pPr>
        <w:jc w:val="right"/>
      </w:pPr>
      <w:r>
        <w:t>سو ایز ہیومن بینگ از</w:t>
      </w:r>
    </w:p>
    <w:p>
      <w:r>
        <w:rPr>
          <w:b/>
        </w:rPr>
        <w:t xml:space="preserve">[06:29] </w:t>
      </w:r>
      <w:r>
        <w:t>a has a nature of peace, so is the case of Islam.</w:t>
      </w:r>
    </w:p>
    <w:p>
      <w:pPr>
        <w:jc w:val="right"/>
      </w:pPr>
      <w:r>
        <w:t>ا ہیز ا نیچر اف پیس، سو از دا کیس اف اسلام۔</w:t>
      </w:r>
    </w:p>
    <w:p>
      <w:r>
        <w:rPr>
          <w:b/>
        </w:rPr>
        <w:t xml:space="preserve">[06:34] </w:t>
      </w:r>
      <w:r>
        <w:t>here i would like to refer some,</w:t>
      </w:r>
    </w:p>
    <w:p>
      <w:pPr>
        <w:jc w:val="right"/>
      </w:pPr>
      <w:r>
        <w:t>ہیر ائی وڈ لائک ٹو ریفر سم،</w:t>
      </w:r>
    </w:p>
    <w:p>
      <w:r>
        <w:rPr>
          <w:b/>
        </w:rPr>
        <w:t xml:space="preserve">[06:40] </w:t>
      </w:r>
      <w:r>
        <w:t>so i would like to mention some references from the scriptures.</w:t>
      </w:r>
    </w:p>
    <w:p>
      <w:pPr>
        <w:jc w:val="right"/>
      </w:pPr>
      <w:r>
        <w:t>سو ائی وڈ لائک ٹو مینشن سم ریفرنسز فرام دی سکرپچرز۔</w:t>
      </w:r>
    </w:p>
    <w:p>
      <w:r>
        <w:rPr>
          <w:b/>
        </w:rPr>
        <w:t xml:space="preserve">[06:48] </w:t>
      </w:r>
      <w:r>
        <w:t>the prophet of Islam</w:t>
      </w:r>
    </w:p>
    <w:p>
      <w:pPr>
        <w:jc w:val="right"/>
      </w:pPr>
      <w:r>
        <w:t>دا پرافٹ اف اسلام</w:t>
      </w:r>
    </w:p>
    <w:p>
      <w:r>
        <w:rPr>
          <w:b/>
        </w:rPr>
        <w:t xml:space="preserve">[06:53] </w:t>
      </w:r>
      <w:r>
        <w:t>used to rise early in the morning, and after his morning prayer, he used to say: "Allah mashhad an al-ibadah kul ikhwah".</w:t>
      </w:r>
    </w:p>
    <w:p>
      <w:pPr>
        <w:jc w:val="right"/>
      </w:pPr>
      <w:r>
        <w:t>یوز ٹو رائز ارلی ان دا مارننگ، اینڈ افٹر ہز مارننگ پریر، ہی یوز ٹو سے: "اللہ مشہد ان العبادہ کل اخواہ"۔</w:t>
      </w:r>
    </w:p>
    <w:p>
      <w:r>
        <w:rPr>
          <w:b/>
        </w:rPr>
        <w:t xml:space="preserve">[07:13] </w:t>
      </w:r>
      <w:r>
        <w:t>it means that o God, i bear witness that all men and women are sisters and brothers to each other.</w:t>
      </w:r>
    </w:p>
    <w:p>
      <w:pPr>
        <w:jc w:val="right"/>
      </w:pPr>
      <w:r>
        <w:t>اٹ مینز دیٹ او گاڈ، ائی بیئر وٹنس دیٹ ال مین اینڈ ویمن ار سسٹرز اینڈ برادرز ٹو ایچ ادر۔</w:t>
      </w:r>
    </w:p>
    <w:p>
      <w:r>
        <w:rPr>
          <w:b/>
        </w:rPr>
        <w:t xml:space="preserve">[07:34] </w:t>
      </w:r>
      <w:r>
        <w:t>this is the true aspect of Islam.</w:t>
      </w:r>
    </w:p>
    <w:p>
      <w:pPr>
        <w:jc w:val="right"/>
      </w:pPr>
      <w:r>
        <w:t>دس از دا ٹرو اسپیٹ اف اسلام۔</w:t>
      </w:r>
    </w:p>
    <w:p>
      <w:r>
        <w:rPr>
          <w:b/>
        </w:rPr>
        <w:t xml:space="preserve">[07:39] </w:t>
      </w:r>
      <w:r>
        <w:t>according to Islam,</w:t>
      </w:r>
    </w:p>
    <w:p>
      <w:pPr>
        <w:jc w:val="right"/>
      </w:pPr>
      <w:r>
        <w:t>اکارڈنگ ٹو اسلام،</w:t>
      </w:r>
    </w:p>
    <w:p>
      <w:r>
        <w:rPr>
          <w:b/>
        </w:rPr>
        <w:t xml:space="preserve">[07:43] </w:t>
      </w:r>
      <w:r>
        <w:t>all mankind is a single family.</w:t>
      </w:r>
    </w:p>
    <w:p>
      <w:pPr>
        <w:jc w:val="right"/>
      </w:pPr>
      <w:r>
        <w:t>ال مین کائنڈ از ا سنگل فیملی۔</w:t>
      </w:r>
    </w:p>
    <w:p>
      <w:r>
        <w:rPr>
          <w:b/>
        </w:rPr>
        <w:t xml:space="preserve">[07:49] </w:t>
      </w:r>
      <w:r>
        <w:t>there is a hadith: "al-khalq ayal Allah".</w:t>
      </w:r>
    </w:p>
    <w:p>
      <w:pPr>
        <w:jc w:val="right"/>
      </w:pPr>
      <w:r>
        <w:t>دیر از ا حدیث: "الخلق ایال اللہ"۔</w:t>
      </w:r>
    </w:p>
    <w:p>
      <w:r>
        <w:rPr>
          <w:b/>
        </w:rPr>
        <w:t xml:space="preserve">[07:56] </w:t>
      </w:r>
      <w:r>
        <w:t>all the creatures, all the creatures, all human beings, all men and women are just like a family.</w:t>
      </w:r>
    </w:p>
    <w:p>
      <w:pPr>
        <w:jc w:val="right"/>
      </w:pPr>
      <w:r>
        <w:t>ال کریچرز، ال دا کریچر، ال ہیومن بینگ، ال مین اینڈ ویمن ار جسٹ لائک ا فیملی۔</w:t>
      </w:r>
    </w:p>
    <w:p>
      <w:r>
        <w:rPr>
          <w:b/>
        </w:rPr>
        <w:t xml:space="preserve">[08:09] </w:t>
      </w:r>
      <w:r>
        <w:t>it means that</w:t>
      </w:r>
    </w:p>
    <w:p>
      <w:pPr>
        <w:jc w:val="right"/>
      </w:pPr>
      <w:r>
        <w:t>اٹ مینز دیٹ</w:t>
      </w:r>
    </w:p>
    <w:p>
      <w:r>
        <w:rPr>
          <w:b/>
        </w:rPr>
        <w:t xml:space="preserve">[08:13] </w:t>
      </w:r>
      <w:r>
        <w:t>Islam tries to promote those values that are already present in a family.</w:t>
      </w:r>
    </w:p>
    <w:p>
      <w:pPr>
        <w:jc w:val="right"/>
      </w:pPr>
      <w:r>
        <w:t>اسلام ٹریز ٹو پروموٹ دوز ویلیوز دیٹ ار الریڈی پریزنٹ ان ا فیملی۔</w:t>
      </w:r>
    </w:p>
    <w:p>
      <w:r>
        <w:rPr>
          <w:b/>
        </w:rPr>
        <w:t xml:space="preserve">[08:25] </w:t>
      </w:r>
      <w:r>
        <w:t>you know, every family is based on love,</w:t>
      </w:r>
    </w:p>
    <w:p>
      <w:pPr>
        <w:jc w:val="right"/>
      </w:pPr>
      <w:r>
        <w:t>یو نو، ایوری فیملی از بیسڈ ان لو،</w:t>
      </w:r>
    </w:p>
    <w:p>
      <w:r>
        <w:rPr>
          <w:b/>
        </w:rPr>
        <w:t xml:space="preserve">[08:31] </w:t>
      </w:r>
      <w:r>
        <w:t>love between brothers and sisters, love between mother and father, love between relatives.</w:t>
      </w:r>
    </w:p>
    <w:p>
      <w:pPr>
        <w:jc w:val="right"/>
      </w:pPr>
      <w:r>
        <w:t>لو بٹوین برادرز اینڈ سسٹرز، لو بٹوین مدر اینڈ فادر، لو بٹوین ریلیٹوز۔</w:t>
      </w:r>
    </w:p>
    <w:p>
      <w:r>
        <w:rPr>
          <w:b/>
        </w:rPr>
        <w:t xml:space="preserve">[08:43] </w:t>
      </w:r>
      <w:r>
        <w:t>so family is a unit where everything is based on love, so is required for the rest of humanity.</w:t>
      </w:r>
    </w:p>
    <w:p>
      <w:pPr>
        <w:jc w:val="right"/>
      </w:pPr>
      <w:r>
        <w:t>سو فیملی از ا یونٹ ویر ایوری تھنگ از بیسڈ ان لو، سو از ریکوائرڈ فار دا ریسٹ اف ہیومینٹی۔</w:t>
      </w:r>
    </w:p>
    <w:p>
      <w:r>
        <w:rPr>
          <w:b/>
        </w:rPr>
        <w:t xml:space="preserve">[08:57] </w:t>
      </w:r>
      <w:r>
        <w:t>Islam tries to promote the same value in the rest of the world that is always, that always, that persists in the relationship of family members.</w:t>
      </w:r>
    </w:p>
    <w:p>
      <w:pPr>
        <w:jc w:val="right"/>
      </w:pPr>
      <w:r>
        <w:t>اسلام ٹریز ٹو پروموٹ دا سیم ویلیو ان دا ریسٹ اف دا ورلڈ دیٹ از الویز، دیٹ الویز، دیٹ پرسسٹ ان دا ریلیشن شپ اف فیملی ممبرز۔</w:t>
      </w:r>
    </w:p>
    <w:p>
      <w:r>
        <w:rPr>
          <w:b/>
        </w:rPr>
        <w:t xml:space="preserve">[09:19] </w:t>
      </w:r>
      <w:r>
        <w:t>this is the true aspect of Islam,</w:t>
      </w:r>
    </w:p>
    <w:p>
      <w:pPr>
        <w:jc w:val="right"/>
      </w:pPr>
      <w:r>
        <w:t>دس از دا ٹرو اسپیٹ اف اسلام،</w:t>
      </w:r>
    </w:p>
    <w:p>
      <w:r>
        <w:rPr>
          <w:b/>
        </w:rPr>
        <w:t xml:space="preserve">[09:25] </w:t>
      </w:r>
      <w:r>
        <w:t>and this aspect is not for Muslims, also for non-Muslims.</w:t>
      </w:r>
    </w:p>
    <w:p>
      <w:pPr>
        <w:jc w:val="right"/>
      </w:pPr>
      <w:r>
        <w:t>اینڈ دس اسپیٹ از ناٹ فار مسلمز، السو فار نان مسلمز۔</w:t>
      </w:r>
    </w:p>
    <w:p>
      <w:r>
        <w:rPr>
          <w:b/>
        </w:rPr>
        <w:t xml:space="preserve">[09:35] </w:t>
      </w:r>
      <w:r>
        <w:t>Islam don't differentiate between Muslims and non-Muslims.</w:t>
      </w:r>
    </w:p>
    <w:p>
      <w:pPr>
        <w:jc w:val="right"/>
      </w:pPr>
      <w:r>
        <w:t>اسلام ڈونٹ ڈیفرنشیٹ بٹوین مسلمز اینڈ نان مسلمز۔</w:t>
      </w:r>
    </w:p>
    <w:p>
      <w:r>
        <w:rPr>
          <w:b/>
        </w:rPr>
        <w:t xml:space="preserve">[09:44] </w:t>
      </w:r>
      <w:r>
        <w:t>as far as the human values are concerned, there is required for all human beings</w:t>
      </w:r>
    </w:p>
    <w:p>
      <w:pPr>
        <w:jc w:val="right"/>
      </w:pPr>
      <w:r>
        <w:t>ایز فار ایز دا ہیومن ویلیوز ار کنسرن، دیر از ریکوائرڈ فار ال ہیومن بینگ</w:t>
      </w:r>
    </w:p>
    <w:p>
      <w:r>
        <w:rPr>
          <w:b/>
        </w:rPr>
        <w:t xml:space="preserve">[09:52] </w:t>
      </w:r>
      <w:r>
        <w:t>they know difference between one community or another community, one religious group and the other religious groups.</w:t>
      </w:r>
    </w:p>
    <w:p>
      <w:pPr>
        <w:jc w:val="right"/>
      </w:pPr>
      <w:r>
        <w:t>دے نو ڈیفرنس بٹوین ون کمیونٹی اور انادر کمیونٹی، ون ریلیجس گروپ اینڈ دی ادر ریلیجس گروپس۔</w:t>
      </w:r>
    </w:p>
    <w:p>
      <w:r>
        <w:rPr>
          <w:b/>
        </w:rPr>
        <w:t xml:space="preserve">[10:03] </w:t>
      </w:r>
      <w:r>
        <w:t>so love is a universal value, and it is required for all human beings.</w:t>
      </w:r>
    </w:p>
    <w:p>
      <w:pPr>
        <w:jc w:val="right"/>
      </w:pPr>
      <w:r>
        <w:t>تو لو از ا یونیورسل ویلیو، اینڈ اٹ از ریکوائرڈ فار ال ہیومن بینگ۔</w:t>
      </w:r>
    </w:p>
    <w:p>
      <w:r>
        <w:rPr>
          <w:b/>
        </w:rPr>
        <w:t xml:space="preserve">[10:15] </w:t>
      </w:r>
      <w:r>
        <w:t>you know, the prophet of Islam was born in Mecca in 570 AD. then he was appointed as a prophet in 610.</w:t>
      </w:r>
    </w:p>
    <w:p>
      <w:pPr>
        <w:jc w:val="right"/>
      </w:pPr>
      <w:r>
        <w:t>یو نو، دا پرافٹ اف اسلام واز بورن ان مکہ ان 570 اے ڈی۔ دین ہی واز اپوائنٹڈ ایز ا پرافٹ ان 610۔</w:t>
      </w:r>
    </w:p>
    <w:p>
      <w:r>
        <w:rPr>
          <w:b/>
        </w:rPr>
        <w:t xml:space="preserve">[10:32] </w:t>
      </w:r>
      <w:r>
        <w:t>at that time, he was living in Mecca, so he started his mission in Mecca. then after 13 years, he migrated to Medina.</w:t>
      </w:r>
    </w:p>
    <w:p>
      <w:pPr>
        <w:jc w:val="right"/>
      </w:pPr>
      <w:r>
        <w:t>ایٹ دا ٹائم، ہی واز لیونگ ان مکہ، سو ہی سٹارٹڈ ہز مشن ان مکہ۔ دین افٹر 13 ایئرز، ہی مائیگریٹڈ ٹو مدینہ۔</w:t>
      </w:r>
    </w:p>
    <w:p>
      <w:r>
        <w:rPr>
          <w:b/>
        </w:rPr>
        <w:t xml:space="preserve">[10:48] </w:t>
      </w:r>
      <w:r>
        <w:t>at that time, there were some Jewish tribes in Medina. so what happened?</w:t>
      </w:r>
    </w:p>
    <w:p>
      <w:pPr>
        <w:jc w:val="right"/>
      </w:pPr>
      <w:r>
        <w:t>ایٹ دا ٹائم، دیر وار سم جش ٹرائبس ان مدینہ۔ سو واٹ ہیپنڈ؟</w:t>
      </w:r>
    </w:p>
    <w:p>
      <w:r>
        <w:rPr>
          <w:b/>
        </w:rPr>
        <w:t xml:space="preserve">[10:57] </w:t>
      </w:r>
      <w:r>
        <w:t>one day, the prophet saw a funeral procession passing through a street in Medina.</w:t>
      </w:r>
    </w:p>
    <w:p>
      <w:pPr>
        <w:jc w:val="right"/>
      </w:pPr>
      <w:r>
        <w:t>ون ڈے، دا پرافٹ سا ا فیونرل پروسیشن پاسنگ تھرو ا سٹریٹ ان مدینہ۔</w:t>
      </w:r>
    </w:p>
    <w:p>
      <w:r>
        <w:rPr>
          <w:b/>
        </w:rPr>
        <w:t xml:space="preserve">[11:12] </w:t>
      </w:r>
      <w:r>
        <w:t>the prophet was seated at that time.</w:t>
      </w:r>
    </w:p>
    <w:p>
      <w:pPr>
        <w:jc w:val="right"/>
      </w:pPr>
      <w:r>
        <w:t>دا پرافٹ واز سیٹڈ ایٹ دا ٹائم۔</w:t>
      </w:r>
    </w:p>
    <w:p>
      <w:r>
        <w:rPr>
          <w:b/>
        </w:rPr>
        <w:t xml:space="preserve">[11:18] </w:t>
      </w:r>
      <w:r>
        <w:t>on seeing the funeral, prophet stood up in respect.</w:t>
      </w:r>
    </w:p>
    <w:p>
      <w:pPr>
        <w:jc w:val="right"/>
      </w:pPr>
      <w:r>
        <w:t>ان سینگ دا فیونرل، پرافٹ اسٹڈ اپ ان ریسپیکٹ۔</w:t>
      </w:r>
    </w:p>
    <w:p>
      <w:r>
        <w:rPr>
          <w:b/>
        </w:rPr>
        <w:t xml:space="preserve">[11:30] </w:t>
      </w:r>
      <w:r>
        <w:t>One of his companions said: "O Prophet, it was funeral of a Jew, funeral of a non-Muslim and not a Muslim.</w:t>
      </w:r>
    </w:p>
    <w:p>
      <w:pPr>
        <w:jc w:val="right"/>
      </w:pPr>
      <w:r>
        <w:t>ون اف ہز کمپینین سیڈ: "او پرافٹ، اٹ واز فیونرل اف ا جو، فیونرل اف ا نان مسلم اینڈ ناٹ ا مسلم۔</w:t>
      </w:r>
    </w:p>
    <w:p>
      <w:r>
        <w:rPr>
          <w:b/>
        </w:rPr>
        <w:t xml:space="preserve">[11:47] </w:t>
      </w:r>
      <w:r>
        <w:t>" prophet replied:</w:t>
      </w:r>
    </w:p>
    <w:p>
      <w:pPr>
        <w:jc w:val="right"/>
      </w:pPr>
      <w:r>
        <w:t>" پرافٹ ریپلائیڈ:</w:t>
      </w:r>
    </w:p>
    <w:p>
      <w:r>
        <w:rPr>
          <w:b/>
        </w:rPr>
        <w:t xml:space="preserve">[11:50] </w:t>
      </w:r>
      <w:r>
        <w:t>"Alice Nafs, was he not a human being."</w:t>
      </w:r>
    </w:p>
    <w:p>
      <w:pPr>
        <w:jc w:val="right"/>
      </w:pPr>
      <w:r>
        <w:t>"علیس نفس، واز ہی ناٹ ا ہیومن بینگ۔"</w:t>
      </w:r>
    </w:p>
    <w:p>
      <w:r>
        <w:rPr>
          <w:b/>
        </w:rPr>
        <w:t xml:space="preserve">[12:00] </w:t>
      </w:r>
      <w:r>
        <w:t>here you can see that</w:t>
      </w:r>
    </w:p>
    <w:p>
      <w:pPr>
        <w:jc w:val="right"/>
      </w:pPr>
      <w:r>
        <w:t>ہیر یو کین سی دیٹ</w:t>
      </w:r>
    </w:p>
    <w:p>
      <w:r>
        <w:rPr>
          <w:b/>
        </w:rPr>
        <w:t xml:space="preserve">[12:04] </w:t>
      </w:r>
      <w:r>
        <w:t>prophet was able</w:t>
      </w:r>
    </w:p>
    <w:p>
      <w:pPr>
        <w:jc w:val="right"/>
      </w:pPr>
      <w:r>
        <w:t>پرافٹ واز ایبل</w:t>
      </w:r>
    </w:p>
    <w:p>
      <w:r>
        <w:rPr>
          <w:b/>
        </w:rPr>
        <w:t xml:space="preserve">[12:07] </w:t>
      </w:r>
      <w:r>
        <w:t>to discover a communality between himself and that jash body.</w:t>
      </w:r>
    </w:p>
    <w:p>
      <w:pPr>
        <w:jc w:val="right"/>
      </w:pPr>
      <w:r>
        <w:t>ٹو ڈسکور ا کمیونلٹی بٹوین ہم سیلف اینڈ دیٹ جیش باڈی۔</w:t>
      </w:r>
    </w:p>
    <w:p>
      <w:r>
        <w:rPr>
          <w:b/>
        </w:rPr>
        <w:t xml:space="preserve">[12:18] </w:t>
      </w:r>
      <w:r>
        <w:t>So prophet said: "Both are human being, both were created by God."</w:t>
      </w:r>
    </w:p>
    <w:p>
      <w:pPr>
        <w:jc w:val="right"/>
      </w:pPr>
      <w:r>
        <w:t>سو پرافٹ سیڈ: "بوتھ ار ہیومن بینگ، بوتھ ویر کریٹڈ بائی گاڈ۔"</w:t>
      </w:r>
    </w:p>
    <w:p>
      <w:r>
        <w:rPr>
          <w:b/>
        </w:rPr>
        <w:t xml:space="preserve">[12:28] </w:t>
      </w:r>
      <w:r>
        <w:t>as a human being, as a human being, both are one and the same.</w:t>
      </w:r>
    </w:p>
    <w:p>
      <w:pPr>
        <w:jc w:val="right"/>
      </w:pPr>
      <w:r>
        <w:t>ایز ا ہیومن بینگ، ایز ا ہیومن بینگ، بوتھ ار ون اینڈ دا سیم۔</w:t>
      </w:r>
    </w:p>
    <w:p>
      <w:r>
        <w:rPr>
          <w:b/>
        </w:rPr>
        <w:t xml:space="preserve">[12:38] </w:t>
      </w:r>
      <w:r>
        <w:t>So he said: "Alas, was he not a human being? I am a human being, and he is also a human being.</w:t>
      </w:r>
    </w:p>
    <w:p>
      <w:pPr>
        <w:jc w:val="right"/>
      </w:pPr>
      <w:r>
        <w:t>سو ہی سیڈ: "علیس نفس، واز ہی ناٹ ا ہیومن بینگ۔ ائی ایم ا ہیومن بینگ، اینڈ ہی از السو ا ہیومن بینگ۔</w:t>
      </w:r>
    </w:p>
    <w:p>
      <w:r>
        <w:rPr>
          <w:b/>
        </w:rPr>
        <w:t xml:space="preserve">[12:48] </w:t>
      </w:r>
      <w:r>
        <w:t>" both ar rispiktibl,</w:t>
      </w:r>
    </w:p>
    <w:p>
      <w:pPr>
        <w:jc w:val="right"/>
      </w:pPr>
      <w:r>
        <w:t>" بوتھ ار ریسپیکٹیبل،</w:t>
      </w:r>
    </w:p>
    <w:p>
      <w:r>
        <w:rPr>
          <w:b/>
        </w:rPr>
        <w:t xml:space="preserve">[12:55] </w:t>
      </w:r>
      <w:r>
        <w:t>Both deserve respect equal in equal level. This is the true aspect of Islam.</w:t>
      </w:r>
    </w:p>
    <w:p>
      <w:pPr>
        <w:jc w:val="right"/>
      </w:pPr>
      <w:r>
        <w:t>بوتھ ڈیزرو ریسپیکٹ ایکول ان ایکول لیول۔ دس از دا ٹرو اسپیٹ اف اسلام۔</w:t>
      </w:r>
    </w:p>
    <w:p>
      <w:r>
        <w:rPr>
          <w:b/>
        </w:rPr>
        <w:t xml:space="preserve">[13:07] </w:t>
      </w:r>
      <w:r>
        <w:t>dis iz da tru aspit af islam.</w:t>
      </w:r>
    </w:p>
    <w:p>
      <w:pPr>
        <w:jc w:val="right"/>
      </w:pPr>
      <w:r>
        <w:t>دس از دا ٹرو اسپیٹ اف اسلام۔</w:t>
      </w:r>
    </w:p>
    <w:p>
      <w:r>
        <w:rPr>
          <w:b/>
        </w:rPr>
        <w:t xml:space="preserve">[13:12] </w:t>
      </w:r>
      <w:r>
        <w:t>islam triz tu</w:t>
      </w:r>
    </w:p>
    <w:p>
      <w:pPr>
        <w:jc w:val="right"/>
      </w:pPr>
      <w:r>
        <w:t>اسلام ٹریز ٹو</w:t>
      </w:r>
    </w:p>
    <w:p>
      <w:r>
        <w:rPr>
          <w:b/>
        </w:rPr>
        <w:t xml:space="preserve">[13:16] </w:t>
      </w:r>
      <w:r>
        <w:t>inklkit</w:t>
      </w:r>
    </w:p>
    <w:p>
      <w:pPr>
        <w:jc w:val="right"/>
      </w:pPr>
      <w:r>
        <w:t>انکلکیٹ</w:t>
      </w:r>
    </w:p>
    <w:p>
      <w:r>
        <w:rPr>
          <w:b/>
        </w:rPr>
        <w:t xml:space="preserve">[13:20] </w:t>
      </w:r>
      <w:r>
        <w:t>the spirit of love, the spirit of peace in every individual. Then he tries to establish a society where the relationship are based on love and peace and tolerance.</w:t>
      </w:r>
    </w:p>
    <w:p>
      <w:pPr>
        <w:jc w:val="right"/>
      </w:pPr>
      <w:r>
        <w:t>دی اسپیٹ اف لو، دی اسپیٹ اف پیس ان ایوری انڈیویجول۔ دین ہی ٹریز ٹو اسٹیبلش ا سوسائٹی ویر دا ریلیشن شپ ار بیسڈ ان لو اینڈ پیس اینڈ ٹولرنس۔</w:t>
      </w:r>
    </w:p>
    <w:p>
      <w:r>
        <w:rPr>
          <w:b/>
        </w:rPr>
        <w:t xml:space="preserve">[13:40] </w:t>
      </w:r>
      <w:r>
        <w:t>This is the true aspect of Islam. Here I would like to add that in Islam, these things are not merely</w:t>
      </w:r>
    </w:p>
    <w:p>
      <w:pPr>
        <w:jc w:val="right"/>
      </w:pPr>
      <w:r>
        <w:t>دس از دا ٹرو اسپیٹ اف اسلام۔ ہیر ائی وڈ لائک ٹو ایڈ دیٹ ان اسلام، دیز تھنگز ار ناٹ میرلی</w:t>
      </w:r>
    </w:p>
    <w:p>
      <w:r>
        <w:rPr>
          <w:b/>
        </w:rPr>
        <w:t xml:space="preserve">[13:57] </w:t>
      </w:r>
      <w:r>
        <w:t>moral teachings. Also Islam teaches some moral thing that is accountability</w:t>
      </w:r>
    </w:p>
    <w:p>
      <w:pPr>
        <w:jc w:val="right"/>
      </w:pPr>
      <w:r>
        <w:t>مورل ٹیچنگز۔ السو اسلام ٹیچز سم مور تھنگ دیٹ از اکاؤنٹیبلٹی</w:t>
      </w:r>
    </w:p>
    <w:p>
      <w:r>
        <w:rPr>
          <w:b/>
        </w:rPr>
        <w:t xml:space="preserve">[14:09] </w:t>
      </w:r>
      <w:r>
        <w:t>. Accountability, the concept of accountability provides an incentive, powerful incentive.</w:t>
      </w:r>
    </w:p>
    <w:p>
      <w:pPr>
        <w:jc w:val="right"/>
      </w:pPr>
      <w:r>
        <w:t>۔ اکاؤنٹیبلٹی، دا کانسیپٹ اف اکاؤنٹیبلٹی پرووائیڈس این انسینٹو، پاورفل انسینٹو۔</w:t>
      </w:r>
    </w:p>
    <w:p>
      <w:r>
        <w:rPr>
          <w:b/>
        </w:rPr>
        <w:t xml:space="preserve">[14:19] </w:t>
      </w:r>
      <w:r>
        <w:t>Why one should adapt moral values? Why one should adapt justice and tolerance and love and peace?</w:t>
      </w:r>
    </w:p>
    <w:p>
      <w:pPr>
        <w:jc w:val="right"/>
      </w:pPr>
      <w:r>
        <w:t>وائی ون شوڈ اڈاپٹ مورل ویلیوز؟ وائی ون شوڈ اڈاپٹ جسٹس اینڈ ٹولرنس اینڈ لو اینڈ پیس؟</w:t>
      </w:r>
    </w:p>
    <w:p>
      <w:r>
        <w:rPr>
          <w:b/>
        </w:rPr>
        <w:t xml:space="preserve">[14:34] </w:t>
      </w:r>
      <w:r>
        <w:t>wai?</w:t>
      </w:r>
    </w:p>
    <w:p>
      <w:pPr>
        <w:jc w:val="right"/>
      </w:pPr>
      <w:r>
        <w:t>وائی؟</w:t>
      </w:r>
    </w:p>
    <w:p>
      <w:r>
        <w:rPr>
          <w:b/>
        </w:rPr>
        <w:t xml:space="preserve">[14:37] </w:t>
      </w:r>
      <w:r>
        <w:t>Islam says it because you are accountable to God. So if you fail, you will be punished, and if you adhere all these values, then you will be rewarded paradise.</w:t>
      </w:r>
    </w:p>
    <w:p>
      <w:pPr>
        <w:jc w:val="right"/>
      </w:pPr>
      <w:r>
        <w:t>اسلام سیز دیٹ بیکاز یو ار اکاؤنٹیبل ٹو گاڈ۔ سو اف یو فیل، یو ویل بی پنشڈ، اینڈ اف یو اڈیر ال دیز ویلیوز، دین یو ویل بی ریوارڈڈ پیراڈائز۔</w:t>
      </w:r>
    </w:p>
    <w:p>
      <w:r>
        <w:rPr>
          <w:b/>
        </w:rPr>
        <w:t xml:space="preserve">[14:57] </w:t>
      </w:r>
      <w:r>
        <w:t>dis kansapt pruvaids insantiv.</w:t>
      </w:r>
    </w:p>
    <w:p>
      <w:pPr>
        <w:jc w:val="right"/>
      </w:pPr>
      <w:r>
        <w:t>دس کانسیپٹ پرووائیڈس انسینٹو۔</w:t>
      </w:r>
    </w:p>
    <w:p>
      <w:r>
        <w:rPr>
          <w:b/>
        </w:rPr>
        <w:t xml:space="preserve">[15:10] </w:t>
      </w:r>
      <w:r>
        <w:t>Accountability is a motive force behind the moral system of Islam.</w:t>
      </w:r>
    </w:p>
    <w:p>
      <w:pPr>
        <w:jc w:val="right"/>
      </w:pPr>
      <w:r>
        <w:t>اکاؤنٹیبلٹی از ا موٹیو فورس بیہائنڈ دا مورل سسٹم اف اسلام۔</w:t>
      </w:r>
    </w:p>
    <w:p>
      <w:r>
        <w:rPr>
          <w:b/>
        </w:rPr>
        <w:t xml:space="preserve">[15:21] </w:t>
      </w:r>
      <w:r>
        <w:t>Here I would like to narrate a story. During prophet's time, there was a Muslim in Madina.</w:t>
      </w:r>
    </w:p>
    <w:p>
      <w:pPr>
        <w:jc w:val="right"/>
      </w:pPr>
      <w:r>
        <w:t>ہیر ائی وڈ لائک ٹو نریٹ ا سٹوری۔ ڈیورنگ پرافٹس ٹائم، دیر واز ا مسلم ان مدینہ۔</w:t>
      </w:r>
    </w:p>
    <w:p>
      <w:r>
        <w:rPr>
          <w:b/>
        </w:rPr>
        <w:t xml:space="preserve">[15:33] </w:t>
      </w:r>
      <w:r>
        <w:t>hiz nim waz abu masud.</w:t>
      </w:r>
    </w:p>
    <w:p>
      <w:pPr>
        <w:jc w:val="right"/>
      </w:pPr>
      <w:r>
        <w:t>ہز نیم واز ابو مسعود۔</w:t>
      </w:r>
    </w:p>
    <w:p>
      <w:r>
        <w:rPr>
          <w:b/>
        </w:rPr>
        <w:t xml:space="preserve">[15:39] </w:t>
      </w:r>
      <w:r>
        <w:t>hi waz a, parhaps hi waz a land lard. su wn dai, hi startid bating hiz sarvant.</w:t>
      </w:r>
    </w:p>
    <w:p>
      <w:pPr>
        <w:jc w:val="right"/>
      </w:pPr>
      <w:r>
        <w:t>ہی واز ا، پرہیپس ہی واز ا لینڈ لارڈ۔ سو ون ڈے، ہی سٹارٹڈ بیٹنگ ہز سرونٹ۔</w:t>
      </w:r>
    </w:p>
    <w:p>
      <w:r>
        <w:rPr>
          <w:b/>
        </w:rPr>
        <w:t xml:space="preserve">[15:52] </w:t>
      </w:r>
      <w:r>
        <w:t>prpht af islam sa dis sin.</w:t>
      </w:r>
    </w:p>
    <w:p>
      <w:pPr>
        <w:jc w:val="right"/>
      </w:pPr>
      <w:r>
        <w:t>پرافٹ اف اسلام سا دس سین۔</w:t>
      </w:r>
    </w:p>
    <w:p>
      <w:r>
        <w:rPr>
          <w:b/>
        </w:rPr>
        <w:t xml:space="preserve">[15:57] </w:t>
      </w:r>
      <w:r>
        <w:t>he said: "alam abu masud, allah akal alaik minak al-ghulam." prophet of Islam said: "O Abu Masud,</w:t>
      </w:r>
    </w:p>
    <w:p>
      <w:pPr>
        <w:jc w:val="right"/>
      </w:pPr>
      <w:r>
        <w:t>ہی سیڈ: "علم ابا مسعود، اللہ عقل علیک منک الغلام۔" پرافٹ اف اسلام سیڈ: "او ابو مسعود،</w:t>
      </w:r>
    </w:p>
    <w:p>
      <w:r>
        <w:rPr>
          <w:b/>
        </w:rPr>
        <w:t xml:space="preserve">[16:10] </w:t>
      </w:r>
      <w:r>
        <w:t>du yu nu</w:t>
      </w:r>
    </w:p>
    <w:p>
      <w:pPr>
        <w:jc w:val="right"/>
      </w:pPr>
      <w:r>
        <w:t>ڈو یو نو</w:t>
      </w:r>
    </w:p>
    <w:p>
      <w:r>
        <w:rPr>
          <w:b/>
        </w:rPr>
        <w:t xml:space="preserve">[16:13] </w:t>
      </w:r>
      <w:r>
        <w:t>god is more powerful up you than you in this servant?</w:t>
      </w:r>
    </w:p>
    <w:p>
      <w:pPr>
        <w:jc w:val="right"/>
      </w:pPr>
      <w:r>
        <w:t>گاڈ از مور پاورفل اپ یو دین یو ان دس سرونٹ؟</w:t>
      </w:r>
    </w:p>
    <w:p>
      <w:r>
        <w:rPr>
          <w:b/>
        </w:rPr>
        <w:t xml:space="preserve">[16:25] </w:t>
      </w:r>
      <w:r>
        <w:t>" it means that god will punish you, just like you punishing your servant.</w:t>
      </w:r>
    </w:p>
    <w:p>
      <w:pPr>
        <w:jc w:val="right"/>
      </w:pPr>
      <w:r>
        <w:t>" اٹ مینز دیٹ گاڈ ویل پنش یو، جسٹ لائک یو پنشنگ یور سرونٹ۔</w:t>
      </w:r>
    </w:p>
    <w:p>
      <w:r>
        <w:rPr>
          <w:b/>
        </w:rPr>
        <w:t xml:space="preserve">[16:38] </w:t>
      </w:r>
      <w:r>
        <w:t>so what happen?</w:t>
      </w:r>
    </w:p>
    <w:p>
      <w:pPr>
        <w:jc w:val="right"/>
      </w:pPr>
      <w:r>
        <w:t>سو واٹ ہیپن؟</w:t>
      </w:r>
    </w:p>
    <w:p>
      <w:r>
        <w:rPr>
          <w:b/>
        </w:rPr>
        <w:t xml:space="preserve">[16:43] </w:t>
      </w:r>
      <w:r>
        <w:t>abu masood abandon beating, and he wanted forgiveness from that servant.</w:t>
      </w:r>
    </w:p>
    <w:p>
      <w:pPr>
        <w:jc w:val="right"/>
      </w:pPr>
      <w:r>
        <w:t>ابو مسعود ابینڈن بیٹنگ، اینڈ ہی وانٹڈ فارگیونس فرام دیٹ سرونٹ۔</w:t>
      </w:r>
    </w:p>
    <w:p>
      <w:r>
        <w:rPr>
          <w:b/>
        </w:rPr>
        <w:t xml:space="preserve">[16:55] </w:t>
      </w:r>
      <w:r>
        <w:t>this was power of account, power of accountability. the concept of accountability is very powerful concept.</w:t>
      </w:r>
    </w:p>
    <w:p>
      <w:pPr>
        <w:jc w:val="right"/>
      </w:pPr>
      <w:r>
        <w:t>دس واز پاور اف اکاؤنٹ، پاور اف اکاؤنٹیبلٹی۔ دا کانسیپٹ اف اکاؤنٹیبلٹی از ویری پاورفل کانسیپٹ۔</w:t>
      </w:r>
    </w:p>
    <w:p>
      <w:r>
        <w:rPr>
          <w:b/>
        </w:rPr>
        <w:t xml:space="preserve">[17:07] </w:t>
      </w:r>
      <w:r>
        <w:t>it is, it is a awful check. it is, it serves like a speed breaker in our roads.</w:t>
      </w:r>
    </w:p>
    <w:p>
      <w:pPr>
        <w:jc w:val="right"/>
      </w:pPr>
      <w:r>
        <w:t>اٹ از، اٹ از ا اورفل چیک۔ اٹ از، اٹ سروز لائک ا سپیڈ بریکر ان اور روڈز۔</w:t>
      </w:r>
    </w:p>
    <w:p>
      <w:r>
        <w:rPr>
          <w:b/>
        </w:rPr>
        <w:t xml:space="preserve">[17:21] </w:t>
      </w:r>
      <w:r>
        <w:t>you know, in our roads there are speed breakers.</w:t>
      </w:r>
    </w:p>
    <w:p>
      <w:pPr>
        <w:jc w:val="right"/>
      </w:pPr>
      <w:r>
        <w:t>یو نو، ان اور روڈز دیر ار سپیڈ بریکرز۔</w:t>
      </w:r>
    </w:p>
    <w:p>
      <w:r>
        <w:rPr>
          <w:b/>
        </w:rPr>
        <w:t xml:space="preserve">[17:25] </w:t>
      </w:r>
      <w:r>
        <w:t>these speed breakers control the traffic, control the speed of traffic.</w:t>
      </w:r>
    </w:p>
    <w:p>
      <w:pPr>
        <w:jc w:val="right"/>
      </w:pPr>
      <w:r>
        <w:t>دیز سپیڈ بریکرز کنٹرول دا ٹریفک، کنٹرول دا سپیڈ اف ٹریفک۔</w:t>
      </w:r>
    </w:p>
    <w:p>
      <w:r>
        <w:rPr>
          <w:b/>
        </w:rPr>
        <w:t xml:space="preserve">[17:35] </w:t>
      </w:r>
      <w:r>
        <w:t>so, so account, so the concept of accountability is like speed breaker. this concept</w:t>
      </w:r>
    </w:p>
    <w:p>
      <w:pPr>
        <w:jc w:val="right"/>
      </w:pPr>
      <w:r>
        <w:t>سو، سو اکاؤنٹ، سو دا کانسیپٹ اف اکاؤنٹیبلٹی از لائک سپیڈ بریکر۔ دس کانسیپٹ</w:t>
      </w:r>
    </w:p>
    <w:p>
      <w:r>
        <w:rPr>
          <w:b/>
        </w:rPr>
        <w:t xml:space="preserve">[17:46] </w:t>
      </w:r>
      <w:r>
        <w:t>is provides a system of check and balance. it is self control system</w:t>
      </w:r>
    </w:p>
    <w:p>
      <w:pPr>
        <w:jc w:val="right"/>
      </w:pPr>
      <w:r>
        <w:t>از پرووائیڈز ا سسٹم اف چیک اینڈ بیلنس۔ اٹ از سیلف کنٹرول سسٹم</w:t>
      </w:r>
    </w:p>
    <w:p>
      <w:r>
        <w:rPr>
          <w:b/>
        </w:rPr>
        <w:t xml:space="preserve">[17:55] </w:t>
      </w:r>
      <w:r>
        <w:t>. it makes morality your own interest.</w:t>
      </w:r>
    </w:p>
    <w:p>
      <w:pPr>
        <w:jc w:val="right"/>
      </w:pPr>
      <w:r>
        <w:t>۔ اٹ میکس موریلٹی یور اون انٹرسٹ۔</w:t>
      </w:r>
    </w:p>
    <w:p>
      <w:r>
        <w:rPr>
          <w:b/>
        </w:rPr>
        <w:t xml:space="preserve">[18:04] </w:t>
      </w:r>
      <w:r>
        <w:t>it becomes your own interest to follow moral values,</w:t>
      </w:r>
    </w:p>
    <w:p>
      <w:pPr>
        <w:jc w:val="right"/>
      </w:pPr>
      <w:r>
        <w:t>اٹ بیکمز یور اون انٹرسٹ ٹو فالو مورل ویلیوز،</w:t>
      </w:r>
    </w:p>
    <w:p>
      <w:r>
        <w:rPr>
          <w:b/>
        </w:rPr>
        <w:t xml:space="preserve">[18:12] </w:t>
      </w:r>
      <w:r>
        <w:t>because of you fail to follow moral values, you lose in the akhirat, in the hereafter</w:t>
      </w:r>
    </w:p>
    <w:p>
      <w:pPr>
        <w:jc w:val="right"/>
      </w:pPr>
      <w:r>
        <w:t>بیکاز اف یو فیل ٹو فالو مورل ویلیوز، یو لوز ان دا اخرت، ان دا ہیر افٹر</w:t>
      </w:r>
    </w:p>
    <w:p>
      <w:r>
        <w:rPr>
          <w:b/>
        </w:rPr>
        <w:t xml:space="preserve">[18:21] </w:t>
      </w:r>
      <w:r>
        <w:t>. so, it is, it is in your, in the, in the, in the best is in your own interest to follow these, these values.</w:t>
      </w:r>
    </w:p>
    <w:p>
      <w:pPr>
        <w:jc w:val="right"/>
      </w:pPr>
      <w:r>
        <w:t>۔ سو، اٹ از، اٹ از ان یور، ان دا، ان دا، ان دا بیسٹ از ان یور اون انٹرسٹ ٹو فالو دیز، دیز ویلیوز۔</w:t>
      </w:r>
    </w:p>
    <w:p>
      <w:r>
        <w:rPr>
          <w:b/>
        </w:rPr>
        <w:t xml:space="preserve">[18:37] </w:t>
      </w:r>
      <w:r>
        <w:t>very important.</w:t>
      </w:r>
    </w:p>
    <w:p>
      <w:pPr>
        <w:jc w:val="right"/>
      </w:pPr>
      <w:r>
        <w:t>ویری امپورٹنٹ۔</w:t>
      </w:r>
    </w:p>
    <w:p>
      <w:r>
        <w:rPr>
          <w:b/>
        </w:rPr>
        <w:t xml:space="preserve">[18:44] </w:t>
      </w:r>
      <w:r>
        <w:t>i know that now a days, there are why respect concept the islam is religion of violence.</w:t>
      </w:r>
    </w:p>
    <w:p>
      <w:pPr>
        <w:jc w:val="right"/>
      </w:pPr>
      <w:r>
        <w:t>ائی نو دیٹ ناؤ ڈیز، دیر ار وائی ریسپیکٹ کانسیپٹ دا اسلام از ریلیجن اف وائلنس۔</w:t>
      </w:r>
    </w:p>
    <w:p>
      <w:r>
        <w:rPr>
          <w:b/>
        </w:rPr>
        <w:t xml:space="preserve">[18:58] </w:t>
      </w:r>
      <w:r>
        <w:t>the well known london daily, the times published in article about islam</w:t>
      </w:r>
    </w:p>
    <w:p>
      <w:pPr>
        <w:jc w:val="right"/>
      </w:pPr>
      <w:r>
        <w:t>دا ویل نون لندن ڈیلی، دا ٹائمز پبلشڈ ان ارٹیکل اباؤٹ اسلام</w:t>
      </w:r>
    </w:p>
    <w:p>
      <w:r>
        <w:rPr>
          <w:b/>
        </w:rPr>
        <w:t xml:space="preserve">[19:09] </w:t>
      </w:r>
      <w:r>
        <w:t>. the title was: "a religion that sanctions violence." i think this, this, this caption was due to,</w:t>
      </w:r>
    </w:p>
    <w:p>
      <w:pPr>
        <w:jc w:val="right"/>
      </w:pPr>
      <w:r>
        <w:t>۔ دا ٹائٹل واز: "ا ریلیجن دیٹ سینکشنز وائلنس۔" ائی تھنک دس، دس، دس کیپشن واز ڈیو ٹو،</w:t>
      </w:r>
    </w:p>
    <w:p>
      <w:r>
        <w:rPr>
          <w:b/>
        </w:rPr>
        <w:t xml:space="preserve">[19:25] </w:t>
      </w:r>
      <w:r>
        <w:t>due to, due to a confusion. it is fact that some muslims are engaged in violence.</w:t>
      </w:r>
    </w:p>
    <w:p>
      <w:pPr>
        <w:jc w:val="right"/>
      </w:pPr>
      <w:r>
        <w:t>ڈیو ٹو، ڈیو ٹو ا کنفیوژن۔ اٹ از فیکٹ دیٹ سم مسلمز ار انگیجڈ ان وائلنس۔</w:t>
      </w:r>
    </w:p>
    <w:p>
      <w:r>
        <w:rPr>
          <w:b/>
        </w:rPr>
        <w:t xml:space="preserve">[19:37] </w:t>
      </w:r>
      <w:r>
        <w:t>it is a fact that some muslims are engaged in violence. so, this paper</w:t>
      </w:r>
    </w:p>
    <w:p>
      <w:pPr>
        <w:jc w:val="right"/>
      </w:pPr>
      <w:r>
        <w:t>اٹ از ا فیکٹ دیٹ سم مسلمز ار انگیجڈ ان وائلنس۔ سو، دس پیپر</w:t>
      </w:r>
    </w:p>
    <w:p>
      <w:r>
        <w:rPr>
          <w:b/>
        </w:rPr>
        <w:t xml:space="preserve">[19:48] </w:t>
      </w:r>
      <w:r>
        <w:t>confuse</w:t>
      </w:r>
    </w:p>
    <w:p>
      <w:pPr>
        <w:jc w:val="right"/>
      </w:pPr>
      <w:r>
        <w:t>کنفیوز</w:t>
      </w:r>
    </w:p>
    <w:p>
      <w:r>
        <w:rPr>
          <w:b/>
        </w:rPr>
        <w:t xml:space="preserve">[19:52] </w:t>
      </w:r>
      <w:r>
        <w:t>between islam and muslims. the paper attributed violence to islam while it was some muslim group that was engaged in violence.</w:t>
      </w:r>
    </w:p>
    <w:p>
      <w:pPr>
        <w:jc w:val="right"/>
      </w:pPr>
      <w:r>
        <w:t>بٹوین اسلام اینڈ مسلمز۔ دا پیپر ایٹریبیوٹڈ وائلنس ٹو اسلام وائل اٹ واز سم مسلم گروپ دیٹ واز انگیجڈ ان وائلنس۔</w:t>
      </w:r>
    </w:p>
    <w:p>
      <w:r>
        <w:rPr>
          <w:b/>
        </w:rPr>
        <w:t xml:space="preserve">[20:06] </w:t>
      </w:r>
      <w:r>
        <w:t>to, although it is fact that some muslims are engaged in violence, but islam is completely based on the concept of peace.</w:t>
      </w:r>
    </w:p>
    <w:p>
      <w:pPr>
        <w:jc w:val="right"/>
      </w:pPr>
      <w:r>
        <w:t>تو، الدو اٹ از فیکٹ دیٹ سم مسلمز ار انگیجڈ ان وائلنس، بٹ اسلام از کمپلیٹلی بیسڈ ان دا کانسیپٹ اف پیس۔</w:t>
      </w:r>
    </w:p>
    <w:p>
      <w:r>
        <w:rPr>
          <w:b/>
        </w:rPr>
        <w:t xml:space="preserve">[20:20] </w:t>
      </w:r>
      <w:r>
        <w:t>i can say that islam can not afford violence</w:t>
      </w:r>
    </w:p>
    <w:p>
      <w:pPr>
        <w:jc w:val="right"/>
      </w:pPr>
      <w:r>
        <w:t>ائی کین سی دیٹ اسلام کین ناٹ افورڈ وائلنس</w:t>
      </w:r>
    </w:p>
    <w:p>
      <w:r>
        <w:rPr>
          <w:b/>
        </w:rPr>
        <w:t xml:space="preserve">[20:27] </w:t>
      </w:r>
      <w:r>
        <w:t>. islam is against violence to such extent that it is true to say that islam can not afford violence.</w:t>
      </w:r>
    </w:p>
    <w:p>
      <w:pPr>
        <w:jc w:val="right"/>
      </w:pPr>
      <w:r>
        <w:t>۔ اسلام از اگینسٹ وائلنس ٹو سچ ایکسٹینٹ دیٹ اٹ از ٹرو ٹو سی دیٹ اسلام کین ناٹ افورڈ وائلنس۔</w:t>
      </w:r>
    </w:p>
    <w:p>
      <w:r>
        <w:rPr>
          <w:b/>
        </w:rPr>
        <w:t xml:space="preserve">[20:42] </w:t>
      </w:r>
      <w:r>
        <w:t>wai?</w:t>
      </w:r>
    </w:p>
    <w:p>
      <w:pPr>
        <w:jc w:val="right"/>
      </w:pPr>
      <w:r>
        <w:t>وائی؟</w:t>
      </w:r>
    </w:p>
    <w:p>
      <w:r>
        <w:rPr>
          <w:b/>
        </w:rPr>
        <w:t xml:space="preserve">[20:45] </w:t>
      </w:r>
      <w:r>
        <w:t>The basic target of Islam is to change human mind, to change human thinking, to change people's thinking.</w:t>
      </w:r>
    </w:p>
    <w:p>
      <w:pPr>
        <w:jc w:val="right"/>
      </w:pPr>
      <w:r>
        <w:t>دا بیسک ٹارگٹ اف اسلام از ٹو چینج ہیومن مائنڈ، ٹو چینج ہیومن تھنکنگ، ٹو چینج پیپلز تھنکنگ۔</w:t>
      </w:r>
    </w:p>
    <w:p>
      <w:r>
        <w:rPr>
          <w:b/>
        </w:rPr>
        <w:t xml:space="preserve">[21:01] </w:t>
      </w:r>
      <w:r>
        <w:t>The basic target is to change thinking, to change mind.</w:t>
      </w:r>
    </w:p>
    <w:p>
      <w:pPr>
        <w:jc w:val="right"/>
      </w:pPr>
      <w:r>
        <w:t>دا بیسک ٹارگٹ از ٹو چینج تھنکنگ، ٹو چینج مائنڈ۔</w:t>
      </w:r>
    </w:p>
    <w:p>
      <w:r>
        <w:rPr>
          <w:b/>
        </w:rPr>
        <w:t xml:space="preserve">[21:10] </w:t>
      </w:r>
      <w:r>
        <w:t>this goal can not be achieved by violence.</w:t>
      </w:r>
    </w:p>
    <w:p>
      <w:pPr>
        <w:jc w:val="right"/>
      </w:pPr>
      <w:r>
        <w:t>دس گول کین ناٹ بی اچیوڈ بائی وائلنس۔</w:t>
      </w:r>
    </w:p>
    <w:p>
      <w:r>
        <w:rPr>
          <w:b/>
        </w:rPr>
        <w:t xml:space="preserve">[21:14] </w:t>
      </w:r>
      <w:r>
        <w:t>a matter of discussion, matter of dialogue, matter of intellectual exchange, matter of advice.</w:t>
      </w:r>
    </w:p>
    <w:p>
      <w:pPr>
        <w:jc w:val="right"/>
      </w:pPr>
      <w:r>
        <w:t>ا میٹر اف ڈسکشن، میٹر اف ڈائیلاگ، میٹر اف انٹلیکچول ایکسچینج، میٹر اف ایڈوائس۔</w:t>
      </w:r>
    </w:p>
    <w:p>
      <w:r>
        <w:rPr>
          <w:b/>
        </w:rPr>
        <w:t xml:space="preserve">[21:25] </w:t>
      </w:r>
      <w:r>
        <w:t>how you can change one mind through violence?</w:t>
      </w:r>
    </w:p>
    <w:p>
      <w:pPr>
        <w:jc w:val="right"/>
      </w:pPr>
      <w:r>
        <w:t>ہاؤ یو کین چینج ون مائنڈ تھرو وائلنس؟</w:t>
      </w:r>
    </w:p>
    <w:p>
      <w:r>
        <w:rPr>
          <w:b/>
        </w:rPr>
        <w:t xml:space="preserve">[21:35] </w:t>
      </w:r>
      <w:r>
        <w:t>there is verse the quran: "it means that you speak in such a way that people listen you and change their mind."</w:t>
      </w:r>
    </w:p>
    <w:p>
      <w:pPr>
        <w:jc w:val="right"/>
      </w:pPr>
      <w:r>
        <w:t>دیر از ورس دا قران: "اٹ مینز دیٹ یو سپیک ان سچ ا وے دیٹ پیپل لسن یو اینڈ چینج دیر مائنڈ۔"</w:t>
      </w:r>
    </w:p>
    <w:p>
      <w:r>
        <w:rPr>
          <w:b/>
        </w:rPr>
        <w:t xml:space="preserve">[21:51] </w:t>
      </w:r>
      <w:r>
        <w:t>so, islam tries to change peoples mind, peoples thinking, peoples sentiment</w:t>
      </w:r>
    </w:p>
    <w:p>
      <w:pPr>
        <w:jc w:val="right"/>
      </w:pPr>
      <w:r>
        <w:t>سو، اسلام ٹریز ٹو چینج پیپلز مائنڈ، پیپلز تھنکنگ، پیپلز سینٹیمنٹ</w:t>
      </w:r>
    </w:p>
    <w:p>
      <w:r>
        <w:rPr>
          <w:b/>
        </w:rPr>
        <w:t xml:space="preserve">[21:58] </w:t>
      </w:r>
      <w:r>
        <w:t>. and this kind of action can not adopt violence as a method, because</w:t>
      </w:r>
    </w:p>
    <w:p>
      <w:pPr>
        <w:jc w:val="right"/>
      </w:pPr>
      <w:r>
        <w:t>۔ اینڈ دس کائنڈ اف ایکشن کین ناٹ اڈاپٹ وائلنس ایز ا میتھڈ، بیکاز</w:t>
      </w:r>
    </w:p>
    <w:p>
      <w:r>
        <w:rPr>
          <w:b/>
        </w:rPr>
        <w:t xml:space="preserve">[22:13] </w:t>
      </w:r>
      <w:r>
        <w:t>violence will prove counter productive. only peaceful method will serve the purpose.</w:t>
      </w:r>
    </w:p>
    <w:p>
      <w:pPr>
        <w:jc w:val="right"/>
      </w:pPr>
      <w:r>
        <w:t>وائلنس ویل پروو کاؤنٹر پروڈکٹو۔ اونلی پیس فل میتھڈ ویل سرو دا پرپس۔</w:t>
      </w:r>
    </w:p>
    <w:p>
      <w:r>
        <w:rPr>
          <w:b/>
        </w:rPr>
        <w:t xml:space="preserve">[22:28] </w:t>
      </w:r>
      <w:r>
        <w:t>as far as the war in islam, one can see there are some wars in islam also. i would like to see the wars are all these, all these wars were defensive wars.</w:t>
      </w:r>
    </w:p>
    <w:p>
      <w:pPr>
        <w:jc w:val="right"/>
      </w:pPr>
      <w:r>
        <w:t>ایز فار ایز دا وار ان اسلام، ون کین سی دیر ار سم وارز ان اسلام السو۔ ائی وڈ لائک ٹو سی دا وارز ار ال دیز، ال دیز وارز وار ڈیفنسو وارز۔</w:t>
      </w:r>
    </w:p>
    <w:p>
      <w:r>
        <w:rPr>
          <w:b/>
        </w:rPr>
        <w:t xml:space="preserve">[22:43] </w:t>
      </w:r>
      <w:r>
        <w:t>defensive wars.</w:t>
      </w:r>
    </w:p>
    <w:p>
      <w:pPr>
        <w:jc w:val="right"/>
      </w:pPr>
      <w:r>
        <w:t>ڈیفنسو وارز۔</w:t>
      </w:r>
    </w:p>
    <w:p>
      <w:r>
        <w:rPr>
          <w:b/>
        </w:rPr>
        <w:t xml:space="preserve">[22:45] </w:t>
      </w:r>
      <w:r>
        <w:t>when prophet was in makkah, there was no war, because at the time muslims were,</w:t>
      </w:r>
    </w:p>
    <w:p>
      <w:pPr>
        <w:jc w:val="right"/>
      </w:pPr>
      <w:r>
        <w:t>وین پرافٹ واز ان مکہ، دیر واز نو وار، بیکاز ایٹ دا ٹائم مسلمز وار،</w:t>
      </w:r>
    </w:p>
    <w:p>
      <w:r>
        <w:rPr>
          <w:b/>
        </w:rPr>
        <w:t xml:space="preserve">[22:58] </w:t>
      </w:r>
      <w:r>
        <w:t>there was no muslim state in makkah.</w:t>
      </w:r>
    </w:p>
    <w:p>
      <w:pPr>
        <w:jc w:val="right"/>
      </w:pPr>
      <w:r>
        <w:t>دیر واز ناو مسلم اسٹیٹ ان مکہ۔</w:t>
      </w:r>
    </w:p>
    <w:p>
      <w:r>
        <w:rPr>
          <w:b/>
        </w:rPr>
        <w:t xml:space="preserve">[23:02] </w:t>
      </w:r>
      <w:r>
        <w:t>but after migration,</w:t>
      </w:r>
    </w:p>
    <w:p>
      <w:pPr>
        <w:jc w:val="right"/>
      </w:pPr>
      <w:r>
        <w:t>بٹ افٹر مائیگریشن،</w:t>
      </w:r>
    </w:p>
    <w:p>
      <w:r>
        <w:rPr>
          <w:b/>
        </w:rPr>
        <w:t xml:space="preserve">[23:07] </w:t>
      </w:r>
      <w:r>
        <w:t>muslim when, after when, when prophet migrated from makkah and established in madinah, he was able to establish a state.</w:t>
      </w:r>
    </w:p>
    <w:p>
      <w:pPr>
        <w:jc w:val="right"/>
      </w:pPr>
      <w:r>
        <w:t>مسلم وین، افٹر وین، وین پرافٹ مائیگریٹڈ فرام مکہ اینڈ اسٹیبلش ان مدینہ، ہی واز ایبل ٹو اسٹیبلش ا سٹیٹ۔</w:t>
      </w:r>
    </w:p>
    <w:p>
      <w:r>
        <w:rPr>
          <w:b/>
        </w:rPr>
        <w:t xml:space="preserve">[23:19] </w:t>
      </w:r>
      <w:r>
        <w:t>so, it is a, it is an state affair. when someone attacks on a state, this state has right to go to defence.</w:t>
      </w:r>
    </w:p>
    <w:p>
      <w:pPr>
        <w:jc w:val="right"/>
      </w:pPr>
      <w:r>
        <w:t>سو، اٹ از ا، اٹ از این اسٹیٹ افیئر۔ وین سمون اٹیکس ان ا سٹیٹ، دس اسٹیٹ ہیز رائٹ ٹو گو ٹو ڈیفنس۔</w:t>
      </w:r>
    </w:p>
    <w:p>
      <w:r>
        <w:rPr>
          <w:b/>
        </w:rPr>
        <w:t xml:space="preserve">[23:32] </w:t>
      </w:r>
      <w:r>
        <w:t>so, when prophet migrated from makkah and established himself in madinah, and also he was able to establish a state, so people became angry.</w:t>
      </w:r>
    </w:p>
    <w:p>
      <w:pPr>
        <w:jc w:val="right"/>
      </w:pPr>
      <w:r>
        <w:t>سو، وین پرافٹ مائیگریٹڈ فرام مکہ اینڈ اسٹیبلش ہم سیلف ان مدینہ، اینڈ السو ہی واز ایبل ٹو اسٹیبلش ا سٹیٹ، سو پیپل بیکم اینگری۔</w:t>
      </w:r>
    </w:p>
    <w:p>
      <w:r>
        <w:rPr>
          <w:b/>
        </w:rPr>
        <w:t xml:space="preserve">[23:45] </w:t>
      </w:r>
      <w:r>
        <w:t>makkah people became angry. they tried to finish this state.</w:t>
      </w:r>
    </w:p>
    <w:p>
      <w:pPr>
        <w:jc w:val="right"/>
      </w:pPr>
      <w:r>
        <w:t>مک پیپل بیکم اینگری۔ دے ٹرائی ٹو فنش دس اسٹیٹ۔</w:t>
      </w:r>
    </w:p>
    <w:p>
      <w:r>
        <w:rPr>
          <w:b/>
        </w:rPr>
        <w:t xml:space="preserve">[23:56] </w:t>
      </w:r>
      <w:r>
        <w:t>so, they attack of</w:t>
      </w:r>
    </w:p>
    <w:p>
      <w:pPr>
        <w:jc w:val="right"/>
      </w:pPr>
      <w:r>
        <w:t>سو، دے اٹیک اف</w:t>
      </w:r>
    </w:p>
    <w:p>
      <w:r>
        <w:rPr>
          <w:b/>
        </w:rPr>
        <w:t xml:space="preserve">[23:59] </w:t>
      </w:r>
      <w:r>
        <w:t>aggression, prophet was compelled to go to war defence.</w:t>
      </w:r>
    </w:p>
    <w:p>
      <w:pPr>
        <w:jc w:val="right"/>
      </w:pPr>
      <w:r>
        <w:t>ٹر ایگریشن، پرافٹ واز کمپل ٹو گو ٹو وار ڈیفنس۔</w:t>
      </w:r>
    </w:p>
    <w:p>
      <w:r>
        <w:rPr>
          <w:b/>
        </w:rPr>
        <w:t xml:space="preserve">[24:10] </w:t>
      </w:r>
      <w:r>
        <w:t>so, in islam, war is only defence.</w:t>
      </w:r>
    </w:p>
    <w:p>
      <w:pPr>
        <w:jc w:val="right"/>
      </w:pPr>
      <w:r>
        <w:t>سو، ان اسلام، وار از اونلی ڈیفنس۔</w:t>
      </w:r>
    </w:p>
    <w:p>
      <w:r>
        <w:rPr>
          <w:b/>
        </w:rPr>
        <w:t xml:space="preserve">[24:18] </w:t>
      </w:r>
      <w:r>
        <w:t>no other kind of war is permitted in islam. so, there are some very very important conditions.</w:t>
      </w:r>
    </w:p>
    <w:p>
      <w:pPr>
        <w:jc w:val="right"/>
      </w:pPr>
      <w:r>
        <w:t>نو ادر کائنڈ اف وار از پرمیٹڈ ان اسلام۔ سو، دیر ار سم ویری ویری امپورٹنٹ کنڈیشنز۔</w:t>
      </w:r>
    </w:p>
    <w:p>
      <w:r>
        <w:rPr>
          <w:b/>
        </w:rPr>
        <w:t xml:space="preserve">[24:27] </w:t>
      </w:r>
      <w:r>
        <w:t>only state can go to war, and state, and also state can go to war only as a defence, rather than aggression.</w:t>
      </w:r>
    </w:p>
    <w:p>
      <w:pPr>
        <w:jc w:val="right"/>
      </w:pPr>
      <w:r>
        <w:t>اونلی اسٹیٹ کین گو ٹو وار، اینڈ اسٹیٹ، اینڈ السو اسٹیٹ کین گو ٹو وار اونلی ایز ا ڈیفنس، رادر دین ایگریشن۔</w:t>
      </w:r>
    </w:p>
    <w:p>
      <w:r>
        <w:rPr>
          <w:b/>
        </w:rPr>
        <w:t xml:space="preserve">[24:40] </w:t>
      </w:r>
      <w:r>
        <w:t>then there are very very strict injunctions. any agency, any organization other than state is not allowed to go to war.</w:t>
      </w:r>
    </w:p>
    <w:p>
      <w:pPr>
        <w:jc w:val="right"/>
      </w:pPr>
      <w:r>
        <w:t>دین دیر ار ویری ویری سٹرکٹ انجنکشنز۔ اینی ایجنسی، اینی ارگنائزیشن ادر دین اسٹیٹ از ناٹ الاؤڈ ٹو گو ٹو وار۔</w:t>
      </w:r>
    </w:p>
    <w:p>
      <w:r>
        <w:rPr>
          <w:b/>
        </w:rPr>
        <w:t xml:space="preserve">[24:55] </w:t>
      </w:r>
      <w:r>
        <w:t>for example, gorilla war is not permitted in Islam. so, gorilla war, proxy war, aggressive war, undeclared war, all these wars are not permitted in Islam.</w:t>
      </w:r>
    </w:p>
    <w:p>
      <w:pPr>
        <w:jc w:val="right"/>
      </w:pPr>
      <w:r>
        <w:t>فار ایگزامپل، گوریلا وار از ناٹ پرمیٹڈ ان اسلام۔ سو، گوریلا وار، پروکسی وار، ایگریسو وار، ان ڈیکلیرڈ وار، ال دیز وارز ار ناٹ پرمیٹڈ ان اسلام۔</w:t>
      </w:r>
    </w:p>
    <w:p>
      <w:r>
        <w:rPr>
          <w:b/>
        </w:rPr>
        <w:t xml:space="preserve">[25:12] </w:t>
      </w:r>
      <w:r>
        <w:t>only defensive war at the time of attack is permitted in Islam.</w:t>
      </w:r>
    </w:p>
    <w:p>
      <w:pPr>
        <w:jc w:val="right"/>
      </w:pPr>
      <w:r>
        <w:t>اونلی ڈیفنسو وار ایٹ دا ٹائم اف اٹیک از پرمیٹڈ ان اسلام۔</w:t>
      </w:r>
    </w:p>
    <w:p>
      <w:r>
        <w:rPr>
          <w:b/>
        </w:rPr>
        <w:t xml:space="preserve">[25:21] </w:t>
      </w:r>
      <w:r>
        <w:t>so, I can see that</w:t>
      </w:r>
    </w:p>
    <w:p>
      <w:pPr>
        <w:jc w:val="right"/>
      </w:pPr>
      <w:r>
        <w:t>سو، ائی کین سی دیٹ</w:t>
      </w:r>
    </w:p>
    <w:p>
      <w:r>
        <w:rPr>
          <w:b/>
        </w:rPr>
        <w:t xml:space="preserve">[25:27] </w:t>
      </w:r>
      <w:r>
        <w:t>in Islam, peace is rule and war is a rare exception.</w:t>
      </w:r>
    </w:p>
    <w:p>
      <w:pPr>
        <w:jc w:val="right"/>
      </w:pPr>
      <w:r>
        <w:t>ان اسلام، پیس از رول اینڈ وار از ا ریئر ایکسیپشن۔</w:t>
      </w:r>
    </w:p>
    <w:p>
      <w:r>
        <w:rPr>
          <w:b/>
        </w:rPr>
        <w:t xml:space="preserve">[25:37] </w:t>
      </w:r>
      <w:r>
        <w:t>peace is a rule and war is a rare exception.</w:t>
      </w:r>
    </w:p>
    <w:p>
      <w:pPr>
        <w:jc w:val="right"/>
      </w:pPr>
      <w:r>
        <w:t>پیس از ا رول اینڈ وار از ا ریئر ایکسیپشن۔</w:t>
      </w:r>
    </w:p>
    <w:p>
      <w:r>
        <w:rPr>
          <w:b/>
        </w:rPr>
        <w:t xml:space="preserve">[25:46] </w:t>
      </w:r>
      <w:r>
        <w:t>if you take a copy of the Quran and start reading it, the first verse you will read is: "Alhamdolillah Rabbil Alameen,</w:t>
      </w:r>
    </w:p>
    <w:p>
      <w:pPr>
        <w:jc w:val="right"/>
      </w:pPr>
      <w:r>
        <w:t>اف یو ٹیک ا کاپی اف دا قران اینڈ سٹارٹ ریڈنگ اٹ، دا فرسٹ ورس یو ویل ریڈ از: "الحمدللہ رب العالمین،</w:t>
      </w:r>
    </w:p>
    <w:p>
      <w:r>
        <w:rPr>
          <w:b/>
        </w:rPr>
        <w:t xml:space="preserve">[26:02] </w:t>
      </w:r>
      <w:r>
        <w:t>all praise is for God Almighty." so, this is the true spirit.</w:t>
      </w:r>
    </w:p>
    <w:p>
      <w:pPr>
        <w:jc w:val="right"/>
      </w:pPr>
      <w:r>
        <w:t>ال پریز از فار گاڈ المائٹی۔" سو، دس از دا ٹرو سپرٹ۔</w:t>
      </w:r>
    </w:p>
    <w:p>
      <w:r>
        <w:rPr>
          <w:b/>
        </w:rPr>
        <w:t xml:space="preserve">[26:13] </w:t>
      </w:r>
      <w:r>
        <w:t>every Muslim, every believer must live in the glory of God.</w:t>
      </w:r>
    </w:p>
    <w:p>
      <w:pPr>
        <w:jc w:val="right"/>
      </w:pPr>
      <w:r>
        <w:t>ایوری مسلم، ایوری بیلیور مسٹ لیو ان دا گلوری اف گاڈ۔</w:t>
      </w:r>
    </w:p>
    <w:p>
      <w:r>
        <w:rPr>
          <w:b/>
        </w:rPr>
        <w:t xml:space="preserve">[26:21] </w:t>
      </w:r>
      <w:r>
        <w:t>in the glory of God. so, Islam begins not from war, but from iman, from discovery</w:t>
      </w:r>
    </w:p>
    <w:p>
      <w:pPr>
        <w:jc w:val="right"/>
      </w:pPr>
      <w:r>
        <w:t>ان دا گلوری اف گاڈ۔ تو، اسلام بگنز ناٹ فرام وار، بٹ فرام ایمان، فرام ڈسکوری</w:t>
      </w:r>
    </w:p>
    <w:p>
      <w:r>
        <w:rPr>
          <w:b/>
        </w:rPr>
        <w:t xml:space="preserve">[26:32] </w:t>
      </w:r>
      <w:r>
        <w:t>. when person discovers the existence of God and realizes that there is a God, the creator, sustainer.</w:t>
      </w:r>
    </w:p>
    <w:p>
      <w:pPr>
        <w:jc w:val="right"/>
      </w:pPr>
      <w:r>
        <w:t>۔ وین پرسن ڈسکورز دا ایگزسٹنس اف گاڈ اینڈ ریلائزز دیٹ دیر از ا گاڈ، دا کریٹر، سسٹینر۔</w:t>
      </w:r>
    </w:p>
    <w:p>
      <w:r>
        <w:rPr>
          <w:b/>
        </w:rPr>
        <w:t xml:space="preserve">[26:49] </w:t>
      </w:r>
      <w:r>
        <w:t>so, he adopts God as his lord, as his Rabb,</w:t>
      </w:r>
    </w:p>
    <w:p>
      <w:pPr>
        <w:jc w:val="right"/>
      </w:pPr>
      <w:r>
        <w:t>سو، ہی اڈاپٹس گاڈ ایز ہز لارڈ، ایز ہز رب،</w:t>
      </w:r>
    </w:p>
    <w:p>
      <w:r>
        <w:rPr>
          <w:b/>
        </w:rPr>
        <w:t xml:space="preserve">[27:00] </w:t>
      </w:r>
      <w:r>
        <w:t>as his supreme concern. then this is the beginning of Islam. so, after this faith, he tries to decondition his mind.</w:t>
      </w:r>
    </w:p>
    <w:p>
      <w:pPr>
        <w:jc w:val="right"/>
      </w:pPr>
      <w:r>
        <w:t>ایز ہز سپریم کنسرن۔ دین دس از دا بگننگ اف اسلام۔ سو، افٹر دس فیتھ، ہی ٹریز ٹو ڈی کنڈیشن ہز مائنڈ۔</w:t>
      </w:r>
    </w:p>
    <w:p>
      <w:r>
        <w:rPr>
          <w:b/>
        </w:rPr>
        <w:t xml:space="preserve">[27:16] </w:t>
      </w:r>
      <w:r>
        <w:t>he tries to reorient his thinking</w:t>
      </w:r>
    </w:p>
    <w:p>
      <w:pPr>
        <w:jc w:val="right"/>
      </w:pPr>
      <w:r>
        <w:t>ہی ٹریز ٹو ری اورینٹڈ ہز تھنکنگ</w:t>
      </w:r>
    </w:p>
    <w:p>
      <w:r>
        <w:rPr>
          <w:b/>
        </w:rPr>
        <w:t xml:space="preserve">[27:22] </w:t>
      </w:r>
      <w:r>
        <w:t>. he tries to</w:t>
      </w:r>
    </w:p>
    <w:p>
      <w:pPr>
        <w:jc w:val="right"/>
      </w:pPr>
      <w:r>
        <w:t>۔ ہی ٹریز ٹو</w:t>
      </w:r>
    </w:p>
    <w:p>
      <w:r>
        <w:rPr>
          <w:b/>
        </w:rPr>
        <w:t xml:space="preserve">[27:27] </w:t>
      </w:r>
      <w:r>
        <w:t>mold his life in according the commandments of God. this is Islam.</w:t>
      </w:r>
    </w:p>
    <w:p>
      <w:pPr>
        <w:jc w:val="right"/>
      </w:pPr>
      <w:r>
        <w:t>مول ہز لائف ان دا اکارڈنگ دا کمانڈمنٹس اف گاڈ۔ دس از اسلام۔</w:t>
      </w:r>
    </w:p>
    <w:p>
      <w:r>
        <w:rPr>
          <w:b/>
        </w:rPr>
        <w:t xml:space="preserve">[27:40] </w:t>
      </w:r>
      <w:r>
        <w:t>then when one discovers God, discovers Islam, discovers Quran as a book of God, he becomes very very serious, very very sincere about his hereafter</w:t>
      </w:r>
    </w:p>
    <w:p>
      <w:pPr>
        <w:jc w:val="right"/>
      </w:pPr>
      <w:r>
        <w:t>دین وین ون ڈسکورز گاڈ، ڈسکورز اسلام، ڈسکورز قران ایز ا بک اف گاڈ، ہی بیکمز ویری ویری سیریس، ویری ویری سنسیر اباؤٹ ہز ہیر افٹر</w:t>
      </w:r>
    </w:p>
    <w:p>
      <w:r>
        <w:rPr>
          <w:b/>
        </w:rPr>
        <w:t xml:space="preserve">[28:01] </w:t>
      </w:r>
      <w:r>
        <w:t>. because you know, according to Islamic teachings, death is not</w:t>
      </w:r>
    </w:p>
    <w:p>
      <w:pPr>
        <w:jc w:val="right"/>
      </w:pPr>
      <w:r>
        <w:t>۔ بیکاز یو نو، اکارڈ ٹو اسلامک ٹیچنگز، ڈیتھ از ناٹ</w:t>
      </w:r>
    </w:p>
    <w:p>
      <w:r>
        <w:rPr>
          <w:b/>
        </w:rPr>
        <w:t xml:space="preserve">[28:13] </w:t>
      </w:r>
      <w:r>
        <w:t>final. after death, there is again a life. so, human life is divided into two parts: in pre death period and post death period.</w:t>
      </w:r>
    </w:p>
    <w:p>
      <w:pPr>
        <w:jc w:val="right"/>
      </w:pPr>
      <w:r>
        <w:t>فائنل۔ افٹر ڈیتھ، دیر از اگین ا لائف۔ سو، ہیومن لائف از ڈیوائیڈڈ انٹو ٹو پارٹس: ان پری ڈیتھ پیریڈ اینڈ پوسٹ ڈیتھ پیریڈ۔</w:t>
      </w:r>
    </w:p>
    <w:p>
      <w:r>
        <w:rPr>
          <w:b/>
        </w:rPr>
        <w:t xml:space="preserve">[28:29] </w:t>
      </w:r>
      <w:r>
        <w:t>pre death period life is very temporary, very short, and post death period life is very very long.</w:t>
      </w:r>
    </w:p>
    <w:p>
      <w:pPr>
        <w:jc w:val="right"/>
      </w:pPr>
      <w:r>
        <w:t>پری ڈیتھ پیریڈ لائف از ویری ٹیمپریری، ویری شارٹ، اینڈ پوسٹ ڈیتھ پیریڈ لائف از ویری ویری لانگ۔</w:t>
      </w:r>
    </w:p>
    <w:p>
      <w:r>
        <w:rPr>
          <w:b/>
        </w:rPr>
        <w:t xml:space="preserve">[28:42] </w:t>
      </w:r>
      <w:r>
        <w:t>it is eternal. so, everyone becomes anxious</w:t>
      </w:r>
    </w:p>
    <w:p>
      <w:pPr>
        <w:jc w:val="right"/>
      </w:pPr>
      <w:r>
        <w:t>اٹ از ایٹرنل۔ سو، ایوری ون بیکمز اینشیس</w:t>
      </w:r>
    </w:p>
    <w:p>
      <w:r>
        <w:rPr>
          <w:b/>
        </w:rPr>
        <w:t xml:space="preserve">[28:47] </w:t>
      </w:r>
      <w:r>
        <w:t>when one discovers the</w:t>
      </w:r>
    </w:p>
    <w:p>
      <w:pPr>
        <w:jc w:val="right"/>
      </w:pPr>
      <w:r>
        <w:t>وین ون ڈسکورز دا</w:t>
      </w:r>
    </w:p>
    <w:p>
      <w:r>
        <w:rPr>
          <w:b/>
        </w:rPr>
        <w:t xml:space="preserve">[28:54] </w:t>
      </w:r>
      <w:r>
        <w:t>existence of God. when we, when one reads Quran, and when one adopts Islamic teachings, he becomes very very anxious.</w:t>
      </w:r>
    </w:p>
    <w:p>
      <w:pPr>
        <w:jc w:val="right"/>
      </w:pPr>
      <w:r>
        <w:t>ایگزسٹنس اف گاڈ۔ وین وی، وین ون ریڈز قران، اینڈ وین ون اڈاپٹس اسلامک ٹیچنگز، ہی بیکمز ویری ویری اینشیس۔</w:t>
      </w:r>
    </w:p>
    <w:p>
      <w:r>
        <w:rPr>
          <w:b/>
        </w:rPr>
        <w:t xml:space="preserve">[29:09] </w:t>
      </w:r>
      <w:r>
        <w:t>because he, because according to Islamic teaching, our present life is very short, very very short.</w:t>
      </w:r>
    </w:p>
    <w:p>
      <w:pPr>
        <w:jc w:val="right"/>
      </w:pPr>
      <w:r>
        <w:t>بیکاز ہی، بیکاز اکارڈنگ ٹو اسلامک ٹیچنگ، اور پریزنٹ لائف از ویری شارٹ، ویری ویری شارٹ۔</w:t>
      </w:r>
    </w:p>
    <w:p>
      <w:r>
        <w:rPr>
          <w:b/>
        </w:rPr>
        <w:t xml:space="preserve">[29:23] </w:t>
      </w:r>
      <w:r>
        <w:t>and after death, we face a longer life, but eternal life.</w:t>
      </w:r>
    </w:p>
    <w:p>
      <w:pPr>
        <w:jc w:val="right"/>
      </w:pPr>
      <w:r>
        <w:t>اینڈ افٹر ڈیتھ، وی فیس ا لانگر لائف، بٹ ایٹرنل لائف۔</w:t>
      </w:r>
    </w:p>
    <w:p>
      <w:r>
        <w:rPr>
          <w:b/>
        </w:rPr>
        <w:t xml:space="preserve">[29:32] </w:t>
      </w:r>
      <w:r>
        <w:t>so, one becomes anxious to prepare himself for the, for the, for the longer period of life, longer period of his life.</w:t>
      </w:r>
    </w:p>
    <w:p>
      <w:pPr>
        <w:jc w:val="right"/>
      </w:pPr>
      <w:r>
        <w:t>سو، ون بیکمز اینشیس ٹو پریپیئر ہم سیلف فار دا، فار دا، فار دا لانگر پیریڈ اف لائف، لانگر پیریڈ اف ہز لائف۔</w:t>
      </w:r>
    </w:p>
    <w:p>
      <w:r>
        <w:rPr>
          <w:b/>
        </w:rPr>
        <w:t xml:space="preserve">[29:44] </w:t>
      </w:r>
      <w:r>
        <w:t>so, all these things made him very very serious about his life.</w:t>
      </w:r>
    </w:p>
    <w:p>
      <w:pPr>
        <w:jc w:val="right"/>
      </w:pPr>
      <w:r>
        <w:t>سو، ال دیز تھنگز میڈ ہم ویری ویری سیریس اباؤٹ ہز لائف۔</w:t>
      </w:r>
    </w:p>
    <w:p>
      <w:r>
        <w:rPr>
          <w:b/>
        </w:rPr>
        <w:t xml:space="preserve">[29:52] </w:t>
      </w:r>
      <w:r>
        <w:t>there is no room for violence and war in this scheme of life. no, why war?</w:t>
      </w:r>
    </w:p>
    <w:p>
      <w:pPr>
        <w:jc w:val="right"/>
      </w:pPr>
      <w:r>
        <w:t>دیر از نو روم فار وائلنس اینڈ وار ان دس اسکیم اف لائف۔ نو، وائی وار؟</w:t>
      </w:r>
    </w:p>
    <w:p>
      <w:r>
        <w:rPr>
          <w:b/>
        </w:rPr>
        <w:t xml:space="preserve">[30:01] </w:t>
      </w:r>
      <w:r>
        <w:t>why violence? after accepting islam, one becomes conscious about him, about himself.</w:t>
      </w:r>
    </w:p>
    <w:p>
      <w:pPr>
        <w:jc w:val="right"/>
      </w:pPr>
      <w:r>
        <w:t>وائی وائلنس؟ افٹر ایکسیپٹنگ اسلام، ون بیکمز کانشیس اباؤٹ ہم، اباؤٹ ہم سیلف۔</w:t>
      </w:r>
    </w:p>
    <w:p>
      <w:r>
        <w:rPr>
          <w:b/>
        </w:rPr>
        <w:t xml:space="preserve">[30:14] </w:t>
      </w:r>
      <w:r>
        <w:t>he adopts introspection</w:t>
      </w:r>
    </w:p>
    <w:p>
      <w:pPr>
        <w:jc w:val="right"/>
      </w:pPr>
      <w:r>
        <w:t>ہی اڈاپٹس انٹروسپیکشن</w:t>
      </w:r>
    </w:p>
    <w:p>
      <w:r>
        <w:rPr>
          <w:b/>
        </w:rPr>
        <w:t xml:space="preserve">[30:18] </w:t>
      </w:r>
      <w:r>
        <w:t>. every time, he is engaged in introspection to correct himself, to decondition his own mind, to reorient his own life.</w:t>
      </w:r>
    </w:p>
    <w:p>
      <w:pPr>
        <w:jc w:val="right"/>
      </w:pPr>
      <w:r>
        <w:t>۔ ایوری ٹائم، ہی از انگیجڈ ان انٹروسپیکشن ٹو کریکٹ ہم سیلف، ٹو ڈی کنڈیشن ہز اون مائنڈ، ٹو ری اورینٹ ہز اون لائف۔</w:t>
      </w:r>
    </w:p>
    <w:p>
      <w:r>
        <w:rPr>
          <w:b/>
        </w:rPr>
        <w:t xml:space="preserve">[30:34] </w:t>
      </w:r>
      <w:r>
        <w:t>so, there is no room for violence in islam. violence is affair of state, not affair of individuals.</w:t>
      </w:r>
    </w:p>
    <w:p>
      <w:pPr>
        <w:jc w:val="right"/>
      </w:pPr>
      <w:r>
        <w:t>تو، دیر از نو روم فار وائلنس ان اسلام۔ وائلنس از افیئر اف اسٹیٹ، ناٹ افیئر اف انڈیویجولز۔</w:t>
      </w:r>
    </w:p>
    <w:p>
      <w:r>
        <w:rPr>
          <w:b/>
        </w:rPr>
        <w:t xml:space="preserve">[30:48] </w:t>
      </w:r>
      <w:r>
        <w:t>war, violence in the sense of war. war is strictly an affair of state.</w:t>
      </w:r>
    </w:p>
    <w:p>
      <w:pPr>
        <w:jc w:val="right"/>
      </w:pPr>
      <w:r>
        <w:t>وار، وائلنس ان دا سینس اف وار۔ وار از سٹرکٹلی ان افیئر اف اسٹیٹ۔</w:t>
      </w:r>
    </w:p>
    <w:p>
      <w:r>
        <w:rPr>
          <w:b/>
        </w:rPr>
        <w:t xml:space="preserve">[30:58] </w:t>
      </w:r>
      <w:r>
        <w:t>war is a prerogative of established state. as far as the individual or society is concerned, there is no need for war for them.</w:t>
      </w:r>
    </w:p>
    <w:p>
      <w:pPr>
        <w:jc w:val="right"/>
      </w:pPr>
      <w:r>
        <w:t>وار از ا پریڈکٹیو اف اسٹیبلش اسٹیٹ۔ ایز فار ایز دا انڈیویجول اور سوسائٹی از کنسرن، دیر از نو نیڈ فار وار فار دیم۔</w:t>
      </w:r>
    </w:p>
    <w:p>
      <w:r>
        <w:rPr>
          <w:b/>
        </w:rPr>
        <w:t xml:space="preserve">[31:10] </w:t>
      </w:r>
      <w:r>
        <w:t>individual are not allowed to engage in war. society is not allowed to go to war</w:t>
      </w:r>
    </w:p>
    <w:p>
      <w:pPr>
        <w:jc w:val="right"/>
      </w:pPr>
      <w:r>
        <w:t>انڈیویجول ار ناٹ الاؤڈ ٹو انگیج ان وار۔ سوسائٹی از ناٹ الاؤڈ ٹو گو ٹو وار</w:t>
      </w:r>
    </w:p>
    <w:p>
      <w:r>
        <w:rPr>
          <w:b/>
        </w:rPr>
        <w:t xml:space="preserve">[31:16] </w:t>
      </w:r>
      <w:r>
        <w:t>. only state can go to war at the time of attack and aggression.</w:t>
      </w:r>
    </w:p>
    <w:p>
      <w:pPr>
        <w:jc w:val="right"/>
      </w:pPr>
      <w:r>
        <w:t>۔ اونلی اسٹیٹ کین گو ٹو وار ایٹ دا ٹائم اف اٹیک اینڈ ایگریشن۔</w:t>
      </w:r>
    </w:p>
    <w:p>
      <w:r>
        <w:rPr>
          <w:b/>
        </w:rPr>
        <w:t xml:space="preserve">[31:24] </w:t>
      </w:r>
      <w:r>
        <w:t>so, islam is a scheme of peaceful life. islam is a, islam is, islam means living in the fear of god.</w:t>
      </w:r>
    </w:p>
    <w:p>
      <w:pPr>
        <w:jc w:val="right"/>
      </w:pPr>
      <w:r>
        <w:t>سو، اسلام از ا سکیم اف پیس فل لائف۔ اسلام از ا، اسلام از، اسلام مینز لیونگ ان دا فیئر اف گاڈ۔</w:t>
      </w:r>
    </w:p>
    <w:p>
      <w:r>
        <w:rPr>
          <w:b/>
        </w:rPr>
        <w:t xml:space="preserve">[31:47] </w:t>
      </w:r>
      <w:r>
        <w:t>when you discover islam, you discover that god almighty punishes you if you go against his commandments.</w:t>
      </w:r>
    </w:p>
    <w:p>
      <w:pPr>
        <w:jc w:val="right"/>
      </w:pPr>
      <w:r>
        <w:t>وین یو ڈسکور اسلام، یو ڈسکور دیٹ گاڈ المائٹی پنش یو اف یو گو اگینسٹ ہز کمانڈمنٹس۔</w:t>
      </w:r>
    </w:p>
    <w:p>
      <w:r>
        <w:rPr>
          <w:b/>
        </w:rPr>
        <w:t xml:space="preserve">[31:58] </w:t>
      </w:r>
      <w:r>
        <w:t>so, every time, so, a true believer is every time thinks about his own life, about his own life, rather than about about other.</w:t>
      </w:r>
    </w:p>
    <w:p>
      <w:pPr>
        <w:jc w:val="right"/>
      </w:pPr>
      <w:r>
        <w:t>سو، ایوری ٹائم، سو، ا ٹرو بیلیور از ایوری ٹائم تھنکس اباؤٹ ہز اون لائف، اباؤٹ ہز اون لائف، رادر دین اباؤٹ اباؤٹ ادر۔</w:t>
      </w:r>
    </w:p>
    <w:p>
      <w:r>
        <w:rPr>
          <w:b/>
        </w:rPr>
        <w:t xml:space="preserve">[32:19] </w:t>
      </w:r>
      <w:r>
        <w:t>so, all those verse like conspiracy, enmity are alien to islam. no one is our enemy.</w:t>
      </w:r>
    </w:p>
    <w:p>
      <w:pPr>
        <w:jc w:val="right"/>
      </w:pPr>
      <w:r>
        <w:t>سو، ال دوز ورس لائک کانسپریسی، اینمیٹی ار ایلین ٹو اسلام۔ نو ون از اور اینمی۔</w:t>
      </w:r>
    </w:p>
    <w:p>
      <w:r>
        <w:rPr>
          <w:b/>
        </w:rPr>
        <w:t xml:space="preserve">[32:30] </w:t>
      </w:r>
      <w:r>
        <w:t>no one is our enemy. there is a very, very relevant verse in the quran:</w:t>
      </w:r>
    </w:p>
    <w:p>
      <w:pPr>
        <w:jc w:val="right"/>
      </w:pPr>
      <w:r>
        <w:t>نو ون از اور اینمی۔ دیر از ا ویری، ویری ریلیونٹ ورس ان دا قران:</w:t>
      </w:r>
    </w:p>
    <w:p>
      <w:r>
        <w:rPr>
          <w:b/>
        </w:rPr>
        <w:t xml:space="preserve">[32:40] </w:t>
      </w:r>
      <w:r>
        <w:t>"</w:t>
      </w:r>
    </w:p>
    <w:p>
      <w:pPr>
        <w:jc w:val="right"/>
      </w:pPr>
      <w:r>
        <w:t>"</w:t>
      </w:r>
    </w:p>
    <w:p>
      <w:r>
        <w:rPr>
          <w:b/>
        </w:rPr>
        <w:t xml:space="preserve">[32:46] </w:t>
      </w:r>
      <w:r>
        <w:t>it means that do good deed in return for bad deed, and you will see that your enemy has become your dearest friend." it means that enemy, every enemy is your potential friend.</w:t>
      </w:r>
    </w:p>
    <w:p>
      <w:pPr>
        <w:jc w:val="right"/>
      </w:pPr>
      <w:r>
        <w:t>اٹ مینز دیٹ ڈو گڈ ڈیڈ ان ریٹرن فار بیڈ ڈیڈ، اینڈ یو ویل سی دیٹ یور اینمی ہیز بیکم یور ڈیئرسٹ فرینڈ۔" اٹ مینز دیٹ اینمی، ایوری اینمی از یور پوٹینشل فرینڈز۔</w:t>
      </w:r>
    </w:p>
    <w:p>
      <w:r>
        <w:rPr>
          <w:b/>
        </w:rPr>
        <w:t xml:space="preserve">[33:08] </w:t>
      </w:r>
      <w:r>
        <w:t>turn this potential, potential into actual.</w:t>
      </w:r>
    </w:p>
    <w:p>
      <w:pPr>
        <w:jc w:val="right"/>
      </w:pPr>
      <w:r>
        <w:t>ٹرن دس پوٹینشل، پوٹینشل انٹو ایکچول۔</w:t>
      </w:r>
    </w:p>
    <w:p>
      <w:r>
        <w:rPr>
          <w:b/>
        </w:rPr>
        <w:t xml:space="preserve">[33:15] </w:t>
      </w:r>
      <w:r>
        <w:t>so, true believer is not allowed to think in terms of enmity, in terms of conspiracy, in terms of rivalry.</w:t>
      </w:r>
    </w:p>
    <w:p>
      <w:pPr>
        <w:jc w:val="right"/>
      </w:pPr>
      <w:r>
        <w:t>تو، ٹرو بیلیور از ناٹ الاؤڈ ٹو تھنک ان ٹرم اف اینمیٹی، ان ٹرم اف کانسپریسی، ان ٹرم اف رائیولری۔</w:t>
      </w:r>
    </w:p>
    <w:p>
      <w:r>
        <w:rPr>
          <w:b/>
        </w:rPr>
        <w:t xml:space="preserve">[33:29] </w:t>
      </w:r>
      <w:r>
        <w:t>all these kind of thinking are alien in islamic way of life.</w:t>
      </w:r>
    </w:p>
    <w:p>
      <w:pPr>
        <w:jc w:val="right"/>
      </w:pPr>
      <w:r>
        <w:t>ال دیز کائنڈ اف تھنکنگ ار ایلین ان اسلامک وے اف لائف۔</w:t>
      </w:r>
    </w:p>
    <w:p>
      <w:r>
        <w:rPr>
          <w:b/>
        </w:rPr>
        <w:t xml:space="preserve">[33:40] </w:t>
      </w:r>
      <w:r>
        <w:t>i can see that islam promotes positive thinking. positive thinking, positive thinking means.</w:t>
      </w:r>
    </w:p>
    <w:p>
      <w:pPr>
        <w:jc w:val="right"/>
      </w:pPr>
      <w:r>
        <w:t>ائی کین سی دیٹ اسلام پروموٹس پوزیٹیو تھنکنگ۔ پوزیٹیو تھنکنگ، پوزیٹیو تھنکنگ مینز۔</w:t>
      </w:r>
    </w:p>
    <w:p>
      <w:r>
        <w:rPr>
          <w:b/>
        </w:rPr>
        <w:t xml:space="preserve">[33:50] </w:t>
      </w:r>
      <w:r>
        <w:t>not to react negatively, but respond positively. for example, person came to the prophet of islam</w:t>
      </w:r>
    </w:p>
    <w:p>
      <w:pPr>
        <w:jc w:val="right"/>
      </w:pPr>
      <w:r>
        <w:t>ناٹ ٹو ری ایکٹ نیگیٹیولی، بٹ ریسپانڈ پوزیٹیولی۔ فار ایگزامپل، پرسن کیم ٹو دا پرافٹ اف اسلام</w:t>
      </w:r>
    </w:p>
    <w:p>
      <w:r>
        <w:rPr>
          <w:b/>
        </w:rPr>
        <w:t xml:space="preserve">[34:08] </w:t>
      </w:r>
      <w:r>
        <w:t>. he said:</w:t>
      </w:r>
    </w:p>
    <w:p>
      <w:pPr>
        <w:jc w:val="right"/>
      </w:pPr>
      <w:r>
        <w:t>۔ ہی سیڈ:</w:t>
      </w:r>
    </w:p>
    <w:p>
      <w:r>
        <w:rPr>
          <w:b/>
        </w:rPr>
        <w:t xml:space="preserve">[34:12] </w:t>
      </w:r>
      <w:r>
        <w:t>"ya rasulullah, aalaimni kalimaat aish bahna, wa la taksar ala fannasa." it means that: "o prophet, give me master advice by which i may be able to manage all the affairs of my life."</w:t>
      </w:r>
    </w:p>
    <w:p>
      <w:pPr>
        <w:jc w:val="right"/>
      </w:pPr>
      <w:r>
        <w:t>"یا رسول اللہ، علمنی کلمات عیش بہنا، ولا تکسر علی فانسا۔" اٹ مینز دیٹ: "او پرافٹ، گیو می ماسٹر ایڈوائس بائے وچ ائی می بی ایبل ٹو مینج ال دا افیئرز اف مائی لائف۔"</w:t>
      </w:r>
    </w:p>
    <w:p>
      <w:r>
        <w:rPr>
          <w:b/>
        </w:rPr>
        <w:t xml:space="preserve">[34:38] </w:t>
      </w:r>
      <w:r>
        <w:t>the prophet replied: "la taghzab, don't be angry." it means: "don't be angry even when provoked." you know, without provocation, there is no anger.</w:t>
      </w:r>
    </w:p>
    <w:p>
      <w:pPr>
        <w:jc w:val="right"/>
      </w:pPr>
      <w:r>
        <w:t>دا پرافٹ ریپلائیڈ: "لا تغضب، ڈونٹ بی اینگری۔" اٹ مینز: "ڈونٹ بی اینگری ایون وین پرووکڈ۔" یو نو، وداؤٹ پرووکیشن، دیر از نو اینگر۔</w:t>
      </w:r>
    </w:p>
    <w:p>
      <w:r>
        <w:rPr>
          <w:b/>
        </w:rPr>
        <w:t xml:space="preserve">[35:01] </w:t>
      </w:r>
      <w:r>
        <w:t>without provocation, there is no anger.</w:t>
      </w:r>
    </w:p>
    <w:p>
      <w:pPr>
        <w:jc w:val="right"/>
      </w:pPr>
      <w:r>
        <w:t>وداؤٹ پرووکیشن، دیر از نو اینگر۔</w:t>
      </w:r>
    </w:p>
    <w:p>
      <w:r>
        <w:rPr>
          <w:b/>
        </w:rPr>
        <w:t xml:space="preserve">[35:08] </w:t>
      </w:r>
      <w:r>
        <w:t>so, the fact is that we are living in a society where every time there are provocations. you know, man is free.</w:t>
      </w:r>
    </w:p>
    <w:p>
      <w:pPr>
        <w:jc w:val="right"/>
      </w:pPr>
      <w:r>
        <w:t>سو، دا فیکٹ از دیٹ وی ار لیونگ ان ا سوسائٹی ویر ایوری ٹائم دیر ار پرووکیشنز۔ یو نو، مین از فری۔</w:t>
      </w:r>
    </w:p>
    <w:p>
      <w:r>
        <w:rPr>
          <w:b/>
        </w:rPr>
        <w:t xml:space="preserve">[35:22] </w:t>
      </w:r>
      <w:r>
        <w:t>every human being enjoys freedom, man and woman both. so, every time there are, there are possibility to misuse their freedom.</w:t>
      </w:r>
    </w:p>
    <w:p>
      <w:pPr>
        <w:jc w:val="right"/>
      </w:pPr>
      <w:r>
        <w:t>ایوری ہیومن بینگ انجوائے فریڈم، مین اینڈ وومن بوتھ۔ سو، ایوری ٹائم دیر ار، دیر ار پوسیبلیٹی ٹو مس یوز دیر فریڈم۔</w:t>
      </w:r>
    </w:p>
    <w:p>
      <w:r>
        <w:rPr>
          <w:b/>
        </w:rPr>
        <w:t xml:space="preserve">[35:39] </w:t>
      </w:r>
      <w:r>
        <w:t>it is misuse of freedom that creates provocation.</w:t>
      </w:r>
    </w:p>
    <w:p>
      <w:pPr>
        <w:jc w:val="right"/>
      </w:pPr>
      <w:r>
        <w:t>اٹ از مس یوز اف فریڈم دیٹ کریٹس پرووکیشن۔</w:t>
      </w:r>
    </w:p>
    <w:p>
      <w:r>
        <w:rPr>
          <w:b/>
        </w:rPr>
        <w:t xml:space="preserve">[35:46] </w:t>
      </w:r>
      <w:r>
        <w:t>so, due to this phenomena, man every time faces provocation, in present situation, negativity.</w:t>
      </w:r>
    </w:p>
    <w:p>
      <w:pPr>
        <w:jc w:val="right"/>
      </w:pPr>
      <w:r>
        <w:t>سو، ڈیو ٹو دس فیناومینا، مین ایوری ٹائم فیس پرووکیشن، ان پریزنٹ سچویشن، نیگیٹیوٹی۔</w:t>
      </w:r>
    </w:p>
    <w:p>
      <w:r>
        <w:rPr>
          <w:b/>
        </w:rPr>
        <w:t xml:space="preserve">[36:03] </w:t>
      </w:r>
      <w:r>
        <w:t>all these things are part of divine plan, rather than part of, part of, part of human life.</w:t>
      </w:r>
    </w:p>
    <w:p>
      <w:pPr>
        <w:jc w:val="right"/>
      </w:pPr>
      <w:r>
        <w:t>ال دیز تھنگز ار پارٹ اف ڈیوائن پلان، رادر دین پارٹ اف، پارٹ اف، پارٹ اف ہیومن لائف۔</w:t>
      </w:r>
    </w:p>
    <w:p>
      <w:r>
        <w:rPr>
          <w:b/>
        </w:rPr>
        <w:t xml:space="preserve">[36:19] </w:t>
      </w:r>
      <w:r>
        <w:t>god himself have given freedom to every human being.</w:t>
      </w:r>
    </w:p>
    <w:p>
      <w:pPr>
        <w:jc w:val="right"/>
      </w:pPr>
      <w:r>
        <w:t>گاڈ ہم سیلف ہیو گیون فریڈم ٹو ایوری ہیومن بینگ۔</w:t>
      </w:r>
    </w:p>
    <w:p>
      <w:r>
        <w:rPr>
          <w:b/>
        </w:rPr>
        <w:t xml:space="preserve">[36:28] </w:t>
      </w:r>
      <w:r>
        <w:t>it is god's, it is god's gift to human being.</w:t>
      </w:r>
    </w:p>
    <w:p>
      <w:pPr>
        <w:jc w:val="right"/>
      </w:pPr>
      <w:r>
        <w:t>اٹ از گاڈز، اٹ از گاڈز گفٹ ٹو ہیومن بینگ۔</w:t>
      </w:r>
    </w:p>
    <w:p>
      <w:r>
        <w:rPr>
          <w:b/>
        </w:rPr>
        <w:t xml:space="preserve">[36:34] </w:t>
      </w:r>
      <w:r>
        <w:t>god want to, to, to put them in test. every, every human being, man or woman both, are, are in the test.</w:t>
      </w:r>
    </w:p>
    <w:p>
      <w:pPr>
        <w:jc w:val="right"/>
      </w:pPr>
      <w:r>
        <w:t>گاڈ وانٹ ٹو، ٹو، ٹو پٹ دیم ان ٹیسٹ۔ ایوری، ایوری ہیومن بینگ، مین اور وومن بوتھ، ار، ار ان دا ٹیسٹ۔</w:t>
      </w:r>
    </w:p>
    <w:p>
      <w:r>
        <w:rPr>
          <w:b/>
        </w:rPr>
        <w:t xml:space="preserve">[36:48] </w:t>
      </w:r>
      <w:r>
        <w:t>because of this scheme, god has given freedom. so, where there is freedom, there is also misuse of freedom.</w:t>
      </w:r>
    </w:p>
    <w:p>
      <w:pPr>
        <w:jc w:val="right"/>
      </w:pPr>
      <w:r>
        <w:t>بیکاز اف دس اسکیم، گاڈ ہیز گیون فریڈم۔ سو، ویر دیر از فریڈم، دیر از السو مس یوز اف فریڈم۔</w:t>
      </w:r>
    </w:p>
    <w:p>
      <w:r>
        <w:rPr>
          <w:b/>
        </w:rPr>
        <w:t xml:space="preserve">[37:01] </w:t>
      </w:r>
      <w:r>
        <w:t>it means that, it is, it is this. divine scheme that creates all kind of provocation and negativity.</w:t>
      </w:r>
    </w:p>
    <w:p>
      <w:pPr>
        <w:jc w:val="right"/>
      </w:pPr>
      <w:r>
        <w:t>اٹ مینز دیٹ، اٹ از، اٹ از دس۔ ڈیوائن اسکیم دیٹ کریٹس ال کائنڈ اف پرووکیشن اینڈ نیگیٹیوٹی۔</w:t>
      </w:r>
    </w:p>
    <w:p>
      <w:r>
        <w:rPr>
          <w:b/>
        </w:rPr>
        <w:t xml:space="preserve">[37:14] </w:t>
      </w:r>
      <w:r>
        <w:t>so,</w:t>
      </w:r>
    </w:p>
    <w:p>
      <w:pPr>
        <w:jc w:val="right"/>
      </w:pPr>
      <w:r>
        <w:t>سو،</w:t>
      </w:r>
    </w:p>
    <w:p>
      <w:r>
        <w:rPr>
          <w:b/>
        </w:rPr>
        <w:t xml:space="preserve">[37:18] </w:t>
      </w:r>
      <w:r>
        <w:t>this is the test. you have to keep yourself in positivity.</w:t>
      </w:r>
    </w:p>
    <w:p>
      <w:pPr>
        <w:jc w:val="right"/>
      </w:pPr>
      <w:r>
        <w:t>دس از دا ٹیسٹ۔ یو ہیو ٹو کیپ یور سیلف ان پوزیٹیوٹی۔</w:t>
      </w:r>
    </w:p>
    <w:p>
      <w:r>
        <w:rPr>
          <w:b/>
        </w:rPr>
        <w:t xml:space="preserve">[37:28] </w:t>
      </w:r>
      <w:r>
        <w:t>you have to try to respond positively even in negative situations.</w:t>
      </w:r>
    </w:p>
    <w:p>
      <w:pPr>
        <w:jc w:val="right"/>
      </w:pPr>
      <w:r>
        <w:t>یو ہیو ٹو ٹرائی ٹو ریسپانڈ پوزیٹیولی ایون ان نیگیٹیو سچویشنز۔</w:t>
      </w:r>
    </w:p>
    <w:p>
      <w:r>
        <w:rPr>
          <w:b/>
        </w:rPr>
        <w:t xml:space="preserve">[37:38] </w:t>
      </w:r>
      <w:r>
        <w:t>this is the test.</w:t>
      </w:r>
    </w:p>
    <w:p>
      <w:pPr>
        <w:jc w:val="right"/>
      </w:pPr>
      <w:r>
        <w:t>دس از دا ٹیسٹ۔</w:t>
      </w:r>
    </w:p>
    <w:p>
      <w:r>
        <w:rPr>
          <w:b/>
        </w:rPr>
        <w:t xml:space="preserve">[37:44] </w:t>
      </w:r>
      <w:r>
        <w:t>so, the, i can say that the central teaching of islam is based on positivity, positive thinking, positive behavior, positive action,</w:t>
      </w:r>
    </w:p>
    <w:p>
      <w:pPr>
        <w:jc w:val="right"/>
      </w:pPr>
      <w:r>
        <w:t>سو، دا، ائی کین سی دیٹ دا سینٹرل ٹیچنگ اف اسلام از بیسڈ ان پوزیٹیوٹی، پوزیٹیو تھنکنگ، پوزیٹیو بیہیویئر، پوزیٹیو ایکشن،</w:t>
      </w:r>
    </w:p>
    <w:p>
      <w:r>
        <w:rPr>
          <w:b/>
        </w:rPr>
        <w:t xml:space="preserve">[38:00] </w:t>
      </w:r>
      <w:r>
        <w:t>positive planning. so, positivity is the most important teaching of islam.</w:t>
      </w:r>
    </w:p>
    <w:p>
      <w:pPr>
        <w:jc w:val="right"/>
      </w:pPr>
      <w:r>
        <w:t>پوزیٹیو پلاننگ۔ سو، پوزیٹیوٹی از دا موسٹ امپورٹنٹ ٹیچنگ اف اسلام۔</w:t>
      </w:r>
    </w:p>
    <w:p>
      <w:r>
        <w:rPr>
          <w:b/>
        </w:rPr>
        <w:t xml:space="preserve">[38:11] </w:t>
      </w:r>
      <w:r>
        <w:t>and positivity means you have to be adopt positive behavior inspired all those negative,</w:t>
      </w:r>
    </w:p>
    <w:p>
      <w:pPr>
        <w:jc w:val="right"/>
      </w:pPr>
      <w:r>
        <w:t>اینڈ پوزیٹیوٹی مینز یو ہیو ٹو بی اڈاپٹ پوزیٹیو بیہیویئر انسپائرڈ ال دوز نیگیٹیو،</w:t>
      </w:r>
    </w:p>
    <w:p>
      <w:r>
        <w:rPr>
          <w:b/>
        </w:rPr>
        <w:t xml:space="preserve">[38:23] </w:t>
      </w:r>
      <w:r>
        <w:t>negative items. you have to keep yourself from anger, from malice, from greed, from revenge, from intolerance.</w:t>
      </w:r>
    </w:p>
    <w:p>
      <w:pPr>
        <w:jc w:val="right"/>
      </w:pPr>
      <w:r>
        <w:t>نیگیٹیو ائٹمز۔ یو ہیو ٹو کیپ یور سیلف فرام اینگر، فرام میلز، فرام گریڈ، فرام ریونج، فرام انٹولرنس۔</w:t>
      </w:r>
    </w:p>
    <w:p>
      <w:r>
        <w:rPr>
          <w:b/>
        </w:rPr>
        <w:t xml:space="preserve">[38:42] </w:t>
      </w:r>
      <w:r>
        <w:t>so, this is the test. if you go to violence, then it means that you have failed in the test.</w:t>
      </w:r>
    </w:p>
    <w:p>
      <w:pPr>
        <w:jc w:val="right"/>
      </w:pPr>
      <w:r>
        <w:t>سو، دس از دا ٹیسٹ۔ اف یو گو ٹو وائلنس، دین اٹ مینز دیٹ یو ہیو فیلڈ ان دا ٹیسٹ۔</w:t>
      </w:r>
    </w:p>
    <w:p>
      <w:r>
        <w:rPr>
          <w:b/>
        </w:rPr>
        <w:t xml:space="preserve">[38:55] </w:t>
      </w:r>
      <w:r>
        <w:t>violence is not simply violence, it is failure in test.</w:t>
      </w:r>
    </w:p>
    <w:p>
      <w:pPr>
        <w:jc w:val="right"/>
      </w:pPr>
      <w:r>
        <w:t>وائلنس از ناٹ سمپلی وائلنس، اٹ از فیلیر ان ٹیسٹ۔</w:t>
      </w:r>
    </w:p>
    <w:p>
      <w:r>
        <w:rPr>
          <w:b/>
        </w:rPr>
        <w:t xml:space="preserve">[39:02] </w:t>
      </w:r>
      <w:r>
        <w:t>if there is some provocation and you adopt violent course of action, it means that you failed in your test.</w:t>
      </w:r>
    </w:p>
    <w:p>
      <w:pPr>
        <w:jc w:val="right"/>
      </w:pPr>
      <w:r>
        <w:t>اف دیر از سم پرووکیشن اینڈ یو اڈاپٹ وائلنٹ کورس اف ایکشن، اٹ مینز دیٹ یو فیلڈ ان یور ٹیسٹ۔</w:t>
      </w:r>
    </w:p>
    <w:p>
      <w:r>
        <w:rPr>
          <w:b/>
        </w:rPr>
        <w:t xml:space="preserve">[39:15] </w:t>
      </w:r>
      <w:r>
        <w:t>to keeping yourself from violence is very very important. otherwise, you will be punish by god.</w:t>
      </w:r>
    </w:p>
    <w:p>
      <w:pPr>
        <w:jc w:val="right"/>
      </w:pPr>
      <w:r>
        <w:t>تو کیپنگ یور سیلف فرام وائلنس از ویری ویری امپورٹنٹ۔ ادروائز، یو ویل بی پنش بائی گاڈ۔</w:t>
      </w:r>
    </w:p>
    <w:p>
      <w:r>
        <w:rPr>
          <w:b/>
        </w:rPr>
        <w:t xml:space="preserve">[39:25] </w:t>
      </w:r>
      <w:r>
        <w:t>your case becomes a case of failure.</w:t>
      </w:r>
    </w:p>
    <w:p>
      <w:pPr>
        <w:jc w:val="right"/>
      </w:pPr>
      <w:r>
        <w:t>یور کیس بیکمز ا کیس اف فیلیر۔</w:t>
      </w:r>
    </w:p>
    <w:p>
      <w:r>
        <w:rPr>
          <w:b/>
        </w:rPr>
        <w:t xml:space="preserve">[39:32] </w:t>
      </w:r>
      <w:r>
        <w:t>so, this is the most important teaching of islam. the prophet of islam has said: "la tamannu illal afiyah."</w:t>
      </w:r>
    </w:p>
    <w:p>
      <w:pPr>
        <w:jc w:val="right"/>
      </w:pPr>
      <w:r>
        <w:t>سو، دس از دا موسٹ امپورٹنٹ ٹیچنگ اف اسلام۔ دا پرافٹ اف اسلام ہیز سیڈ: "لا تمنو اللہ العافیہ۔"</w:t>
      </w:r>
    </w:p>
    <w:p>
      <w:r>
        <w:rPr>
          <w:b/>
        </w:rPr>
        <w:t xml:space="preserve">[39:55] </w:t>
      </w:r>
      <w:r>
        <w:t>it means that don't wish, don't wish</w:t>
      </w:r>
    </w:p>
    <w:p>
      <w:pPr>
        <w:jc w:val="right"/>
      </w:pPr>
      <w:r>
        <w:t>اٹ مینز دیٹ ڈونٹ وش، ڈونٹ وش</w:t>
      </w:r>
    </w:p>
    <w:p>
      <w:r>
        <w:rPr>
          <w:b/>
        </w:rPr>
        <w:t xml:space="preserve">[40:06] </w:t>
      </w:r>
      <w:r>
        <w:t>confrontation from your enemy.</w:t>
      </w:r>
    </w:p>
    <w:p>
      <w:pPr>
        <w:jc w:val="right"/>
      </w:pPr>
      <w:r>
        <w:t>کنفرنٹیشن فرام یور اینمی۔</w:t>
      </w:r>
    </w:p>
    <w:p>
      <w:r>
        <w:rPr>
          <w:b/>
        </w:rPr>
        <w:t xml:space="preserve">[40:10] </w:t>
      </w:r>
      <w:r>
        <w:t>always ask peace from God.</w:t>
      </w:r>
    </w:p>
    <w:p>
      <w:pPr>
        <w:jc w:val="right"/>
      </w:pPr>
      <w:r>
        <w:t>الویز اسک پیس فرام گاڈ۔</w:t>
      </w:r>
    </w:p>
    <w:p>
      <w:r>
        <w:rPr>
          <w:b/>
        </w:rPr>
        <w:t xml:space="preserve">[40:19] </w:t>
      </w:r>
      <w:r>
        <w:t>it means that, although there are some enemies, although there are some</w:t>
      </w:r>
    </w:p>
    <w:p>
      <w:pPr>
        <w:jc w:val="right"/>
      </w:pPr>
      <w:r>
        <w:t>اٹ مینز دیٹ، الدو دیر ار سم اینمیز، الدو دیر ار سم</w:t>
      </w:r>
    </w:p>
    <w:p>
      <w:r>
        <w:rPr>
          <w:b/>
        </w:rPr>
        <w:t xml:space="preserve">[40:28] </w:t>
      </w:r>
      <w:r>
        <w:t>enmity against you, but you have to keep yourself</w:t>
      </w:r>
    </w:p>
    <w:p>
      <w:pPr>
        <w:jc w:val="right"/>
      </w:pPr>
      <w:r>
        <w:t>اینمیٹی اگینسٹ یو، بٹ یو ہیو ٹو کیپ یور سیلف</w:t>
      </w:r>
    </w:p>
    <w:p>
      <w:r>
        <w:rPr>
          <w:b/>
        </w:rPr>
        <w:t xml:space="preserve">[40:34] </w:t>
      </w:r>
      <w:r>
        <w:t>from violence. You are not allowed to go to violence.</w:t>
      </w:r>
    </w:p>
    <w:p>
      <w:pPr>
        <w:jc w:val="right"/>
      </w:pPr>
      <w:r>
        <w:t>فرام وائلنس۔ یو ار ناٹ الاؤڈ ٹو گو ٹو وائلنس۔</w:t>
      </w:r>
    </w:p>
    <w:p>
      <w:r>
        <w:rPr>
          <w:b/>
        </w:rPr>
        <w:t xml:space="preserve">[40:39] </w:t>
      </w:r>
      <w:r>
        <w:t>you have to adopt forgiveness. You have to adopt avoidance. You have to adopt patience.</w:t>
      </w:r>
    </w:p>
    <w:p>
      <w:pPr>
        <w:jc w:val="right"/>
      </w:pPr>
      <w:r>
        <w:t>یو ہیو ٹو اڈاپٹ فارگیونس۔ یو ہیو ٹو اڈاپٹ اوائیڈنس۔ یو ہیو ٹو اڈاپٹ پیشنس۔</w:t>
      </w:r>
    </w:p>
    <w:p>
      <w:r>
        <w:rPr>
          <w:b/>
        </w:rPr>
        <w:t xml:space="preserve">[40:52] </w:t>
      </w:r>
      <w:r>
        <w:t>this is the true teaching of Islam.</w:t>
      </w:r>
    </w:p>
    <w:p>
      <w:pPr>
        <w:jc w:val="right"/>
      </w:pPr>
      <w:r>
        <w:t>دس از دا ٹرو ٹیچنگ اف اسلام۔</w:t>
      </w:r>
    </w:p>
    <w:p>
      <w:r>
        <w:rPr>
          <w:b/>
        </w:rPr>
        <w:t xml:space="preserve">[40:58] </w:t>
      </w:r>
      <w:r>
        <w:t>then there is hadith: "in Allah yuti mal yuti al-unf."</w:t>
      </w:r>
    </w:p>
    <w:p>
      <w:pPr>
        <w:jc w:val="right"/>
      </w:pPr>
      <w:r>
        <w:t>دین دیر از حدیث: "ان اللہ یوتی مال یوتی العنف۔"</w:t>
      </w:r>
    </w:p>
    <w:p>
      <w:r>
        <w:rPr>
          <w:b/>
        </w:rPr>
        <w:t xml:space="preserve">[41:13] </w:t>
      </w:r>
      <w:r>
        <w:t>God grants to non-violence what he does not grant to violence.</w:t>
      </w:r>
    </w:p>
    <w:p>
      <w:pPr>
        <w:jc w:val="right"/>
      </w:pPr>
      <w:r>
        <w:t>گاڈ گرانٹس ٹو نان وائلنس واٹ ہی ڈز ناٹ گرانٹ ٹو وائلنس۔</w:t>
      </w:r>
    </w:p>
    <w:p>
      <w:r>
        <w:rPr>
          <w:b/>
        </w:rPr>
        <w:t xml:space="preserve">[41:27] </w:t>
      </w:r>
      <w:r>
        <w:t>it means that, according to the creation plan of God, according to the creation plan of God,</w:t>
      </w:r>
    </w:p>
    <w:p>
      <w:pPr>
        <w:jc w:val="right"/>
      </w:pPr>
      <w:r>
        <w:t>اٹ مینز دیٹ، اکارڈنگ ٹو دا کریشن پلان اف گاڈ، اکارڈنگ ٹو دا کریشن پلان اف گاڈ،</w:t>
      </w:r>
    </w:p>
    <w:p>
      <w:r>
        <w:rPr>
          <w:b/>
        </w:rPr>
        <w:t xml:space="preserve">[41:39] </w:t>
      </w:r>
      <w:r>
        <w:t>confrontation is not the best way, but avoidance is the best way for you.</w:t>
      </w:r>
    </w:p>
    <w:p>
      <w:pPr>
        <w:jc w:val="right"/>
      </w:pPr>
      <w:r>
        <w:t>کنفرنٹیشن از ناٹ دا بیسٹ وے، بٹ اوائیڈنس از دا بیسٹ وے فار یو۔</w:t>
      </w:r>
    </w:p>
    <w:p>
      <w:r>
        <w:rPr>
          <w:b/>
        </w:rPr>
        <w:t xml:space="preserve">[41:52] </w:t>
      </w:r>
      <w:r>
        <w:t>if you want to back up success, you want to be a, if you want to live a successful person in this world, you have to adopt peace</w:t>
      </w:r>
    </w:p>
    <w:p>
      <w:pPr>
        <w:jc w:val="right"/>
      </w:pPr>
      <w:r>
        <w:t>اف یو وانٹ ٹو بیک اپ سکسیس، یو وانٹ ٹو بی ا، اف یو وانٹ ٹو لیو ا سکسیس فل پرسن ان دس ورلڈ، یو ہیو ٹو اڈاپٹ پیس</w:t>
      </w:r>
    </w:p>
    <w:p>
      <w:r>
        <w:rPr>
          <w:b/>
        </w:rPr>
        <w:t xml:space="preserve">[42:12] </w:t>
      </w:r>
      <w:r>
        <w:t>and not violence.</w:t>
      </w:r>
    </w:p>
    <w:p>
      <w:pPr>
        <w:jc w:val="right"/>
      </w:pPr>
      <w:r>
        <w:t>اینڈ ناٹ وائلنس۔</w:t>
      </w:r>
    </w:p>
    <w:p>
      <w:r>
        <w:rPr>
          <w:b/>
        </w:rPr>
        <w:t xml:space="preserve">[42:17] </w:t>
      </w:r>
      <w:r>
        <w:t>most effective method is based on peace.</w:t>
      </w:r>
    </w:p>
    <w:p>
      <w:pPr>
        <w:jc w:val="right"/>
      </w:pPr>
      <w:r>
        <w:t>موسٹ ایفیکٹیو میتھڈ از بیسڈ ان پیس۔</w:t>
      </w:r>
    </w:p>
    <w:p>
      <w:r>
        <w:rPr>
          <w:b/>
        </w:rPr>
        <w:t xml:space="preserve">[42:27] </w:t>
      </w:r>
      <w:r>
        <w:t>violent method is not effective. Violent method is against the creation plan of God.</w:t>
      </w:r>
    </w:p>
    <w:p>
      <w:pPr>
        <w:jc w:val="right"/>
      </w:pPr>
      <w:r>
        <w:t>وائلنٹ میتھڈ از ناٹ ایفیکٹیو۔ وائلنٹ میتھڈ از اگینسٹ دا کریشن پلان اف گاڈ۔</w:t>
      </w:r>
    </w:p>
    <w:p>
      <w:r>
        <w:rPr>
          <w:b/>
        </w:rPr>
        <w:t xml:space="preserve">[42:43] </w:t>
      </w:r>
      <w:r>
        <w:t>you see the whole universe, the world around us.</w:t>
      </w:r>
    </w:p>
    <w:p>
      <w:pPr>
        <w:jc w:val="right"/>
      </w:pPr>
      <w:r>
        <w:t>یو سی دا ہول یونیورس، دا ورلڈ اراؤنڈ اس۔</w:t>
      </w:r>
    </w:p>
    <w:p>
      <w:r>
        <w:rPr>
          <w:b/>
        </w:rPr>
        <w:t xml:space="preserve">[42:54] </w:t>
      </w:r>
      <w:r>
        <w:t>you see the world around us. The world of stars, the world of galaxies, world of solar system. Everywhere there is peace.</w:t>
      </w:r>
    </w:p>
    <w:p>
      <w:pPr>
        <w:jc w:val="right"/>
      </w:pPr>
      <w:r>
        <w:t>یو سی دا ورلڈ اراؤنڈ اس۔ دا ورلڈ اف سٹارز، دا ورلڈ اف گلیکسیز، ورلڈ اف سولر سسٹم۔ ایوری ویر دیر از پیس۔</w:t>
      </w:r>
    </w:p>
    <w:p>
      <w:r>
        <w:rPr>
          <w:b/>
        </w:rPr>
        <w:t xml:space="preserve">[43:09] </w:t>
      </w:r>
      <w:r>
        <w:t>everywhere there is peace.</w:t>
      </w:r>
    </w:p>
    <w:p>
      <w:pPr>
        <w:jc w:val="right"/>
      </w:pPr>
      <w:r>
        <w:t>ایوری ویر دیر ار پیس۔</w:t>
      </w:r>
    </w:p>
    <w:p>
      <w:r>
        <w:rPr>
          <w:b/>
        </w:rPr>
        <w:t xml:space="preserve">[43:13] </w:t>
      </w:r>
      <w:r>
        <w:t>you know, star, there is no confrontation between stars, no confrontation between planets, no hate among rivers,</w:t>
      </w:r>
    </w:p>
    <w:p>
      <w:pPr>
        <w:jc w:val="right"/>
      </w:pPr>
      <w:r>
        <w:t>یو نو، اسٹار، دیر از نو کنفرنٹیشن بٹوین سٹارز، نو کنفرنشن بٹوین پلینٹس، نو ہیٹ امنگ ریورز،</w:t>
      </w:r>
    </w:p>
    <w:p>
      <w:r>
        <w:rPr>
          <w:b/>
        </w:rPr>
        <w:t xml:space="preserve">[43:30] </w:t>
      </w:r>
      <w:r>
        <w:t>among trees. So, everywhere there is peace in the universe.</w:t>
      </w:r>
    </w:p>
    <w:p>
      <w:pPr>
        <w:jc w:val="right"/>
      </w:pPr>
      <w:r>
        <w:t>امنگ ٹریز۔ سو، ایوری ویر دیر ار پیس ان دا یونیورس۔</w:t>
      </w:r>
    </w:p>
    <w:p>
      <w:r>
        <w:rPr>
          <w:b/>
        </w:rPr>
        <w:t xml:space="preserve">[43:39] </w:t>
      </w:r>
      <w:r>
        <w:t>so, is required by human being.</w:t>
      </w:r>
    </w:p>
    <w:p>
      <w:pPr>
        <w:jc w:val="right"/>
      </w:pPr>
      <w:r>
        <w:t>سو، از ریکوائرڈ بائی ہیومن بینگ۔</w:t>
      </w:r>
    </w:p>
    <w:p>
      <w:r>
        <w:rPr>
          <w:b/>
        </w:rPr>
        <w:t xml:space="preserve">[43:47] </w:t>
      </w:r>
      <w:r>
        <w:t>the rest of the world is like a model, like a model. And man must adopt this model,</w:t>
      </w:r>
    </w:p>
    <w:p>
      <w:pPr>
        <w:jc w:val="right"/>
      </w:pPr>
      <w:r>
        <w:t>دا ریسٹ اف دا ورلڈ از لائک ا ماڈل، لائک ا ماڈل۔ اینڈ مین مسٹ اڈاپٹ دس ماڈل،</w:t>
      </w:r>
    </w:p>
    <w:p>
      <w:r>
        <w:rPr>
          <w:b/>
        </w:rPr>
        <w:t xml:space="preserve">[44:00] </w:t>
      </w:r>
      <w:r>
        <w:t>with the only difference that. That the rest of the world has adopted this model compulsorily.</w:t>
      </w:r>
    </w:p>
    <w:p>
      <w:pPr>
        <w:jc w:val="right"/>
      </w:pPr>
      <w:r>
        <w:t>ودا اونلی ڈیفرنس دیٹ۔ دیٹ دا ریسٹ اف دا ورلڈ ہیز اڈاپٹڈ دس ماڈل کمپلسولی۔</w:t>
      </w:r>
    </w:p>
    <w:p>
      <w:r>
        <w:rPr>
          <w:b/>
        </w:rPr>
        <w:t xml:space="preserve">[44:12] </w:t>
      </w:r>
      <w:r>
        <w:t>if we see that there is no confrontation between stars, it is because</w:t>
      </w:r>
    </w:p>
    <w:p>
      <w:pPr>
        <w:jc w:val="right"/>
      </w:pPr>
      <w:r>
        <w:t>اف وی سی دیٹ دیر از نو کنفرنٹیشن بٹوین سٹارز، اٹ از بیکاز</w:t>
      </w:r>
    </w:p>
    <w:p>
      <w:r>
        <w:rPr>
          <w:b/>
        </w:rPr>
        <w:t xml:space="preserve">[44:21] </w:t>
      </w:r>
      <w:r>
        <w:t>dear complete to adopt this method, according to the divine laws.</w:t>
      </w:r>
    </w:p>
    <w:p>
      <w:pPr>
        <w:jc w:val="right"/>
      </w:pPr>
      <w:r>
        <w:t>دے ار کمپل ٹو اڈاپٹ دس میتھڈ، اکارڈنگ ٹو دا ڈیوائن لاز۔</w:t>
      </w:r>
    </w:p>
    <w:p>
      <w:r>
        <w:rPr>
          <w:b/>
        </w:rPr>
        <w:t xml:space="preserve">[44:33] </w:t>
      </w:r>
      <w:r>
        <w:t>but human being is free. god has given freedom to human being.</w:t>
      </w:r>
    </w:p>
    <w:p>
      <w:pPr>
        <w:jc w:val="right"/>
      </w:pPr>
      <w:r>
        <w:t>بٹ ہیومن بینگ از فری۔ گاڈ ہیز گیون فریڈم ٹو ہیومن بینگ۔</w:t>
      </w:r>
    </w:p>
    <w:p>
      <w:r>
        <w:rPr>
          <w:b/>
        </w:rPr>
        <w:t xml:space="preserve">[44:39] </w:t>
      </w:r>
      <w:r>
        <w:t>and what is required in the rest of the universe under compulsory laws, is also required by human being, but voluntarily.</w:t>
      </w:r>
    </w:p>
    <w:p>
      <w:pPr>
        <w:jc w:val="right"/>
      </w:pPr>
      <w:r>
        <w:t>اینڈ واٹ از ریکوائرڈ ان دا ریسٹ اف دا یونیورس انڈر کمپلسو لاز، از السو ریکوائرڈ بائی ہیومن بینگ، بٹ والنٹیریلی۔</w:t>
      </w:r>
    </w:p>
    <w:p>
      <w:r>
        <w:rPr>
          <w:b/>
        </w:rPr>
        <w:t xml:space="preserve">[44:55] </w:t>
      </w:r>
      <w:r>
        <w:t>man must adopt the same, the same way of life, according to his own choice</w:t>
      </w:r>
    </w:p>
    <w:p>
      <w:pPr>
        <w:jc w:val="right"/>
      </w:pPr>
      <w:r>
        <w:t>مین مسٹ اڈاپٹ دا سیم، دا سیم وے اف لائف، اکارڈنگ ٹو ہز اون چوائس</w:t>
      </w:r>
    </w:p>
    <w:p>
      <w:r>
        <w:rPr>
          <w:b/>
        </w:rPr>
        <w:t xml:space="preserve">[45:02] </w:t>
      </w:r>
      <w:r>
        <w:t>. and because of this choice, man is the best creation, best among all creatures.</w:t>
      </w:r>
    </w:p>
    <w:p>
      <w:pPr>
        <w:jc w:val="right"/>
      </w:pPr>
      <w:r>
        <w:t>۔ اینڈ بیکاز اف دس چوائس، مین از دا بیسٹ کریشن، بیسٹ امنگ ال کریچرز۔</w:t>
      </w:r>
    </w:p>
    <w:p>
      <w:r>
        <w:rPr>
          <w:b/>
        </w:rPr>
        <w:t xml:space="preserve">[45:15] </w:t>
      </w:r>
      <w:r>
        <w:t>and because of this, man will be rewarded praises. there no praises for stars, there no praises for galaxies, there no praises for mountain and oceans,</w:t>
      </w:r>
    </w:p>
    <w:p>
      <w:pPr>
        <w:jc w:val="right"/>
      </w:pPr>
      <w:r>
        <w:t>اینڈ بیکاز اف دس، مین ویل بی ریوارڈڈ پیرائیز۔ دیر نو پیرائیز فار سٹارز، دیر نو پیرائیز فار گلیکسیز، دیر نو پیرائیز فار ماؤنٹین اینڈ اوشنز،</w:t>
      </w:r>
    </w:p>
    <w:p>
      <w:r>
        <w:rPr>
          <w:b/>
        </w:rPr>
        <w:t xml:space="preserve">[45:31] </w:t>
      </w:r>
      <w:r>
        <w:t>there no praises for trees. it is human being that will be rewarded praises. if it prove to be successful, it prove to be,</w:t>
      </w:r>
    </w:p>
    <w:p>
      <w:pPr>
        <w:jc w:val="right"/>
      </w:pPr>
      <w:r>
        <w:t>دیر نو پیرائیز فار ٹریز۔ اٹ از ہیومن بینگ دیٹ ویل بی ریوارڈڈ پیرائیز۔ اف اٹ پروف ٹو بی سکسیس فل، اٹ پروف ٹو بی،</w:t>
      </w:r>
    </w:p>
    <w:p>
      <w:r>
        <w:rPr>
          <w:b/>
        </w:rPr>
        <w:t xml:space="preserve">[45:44] </w:t>
      </w:r>
      <w:r>
        <w:t>if it, if man refrains himself from misusing the freedom, then he will be rewarded praises.</w:t>
      </w:r>
    </w:p>
    <w:p>
      <w:pPr>
        <w:jc w:val="right"/>
      </w:pPr>
      <w:r>
        <w:t>اف اٹ، اف مین ریفرنس ہم سیلف فرام مس یوزنگ دا فریڈم، دین ہی ویل بی ریوارڈڈ پیرائیز۔</w:t>
      </w:r>
    </w:p>
    <w:p>
      <w:r>
        <w:rPr>
          <w:b/>
        </w:rPr>
        <w:t xml:space="preserve">[45:55] </w:t>
      </w:r>
      <w:r>
        <w:t>otherwise not.</w:t>
      </w:r>
    </w:p>
    <w:p>
      <w:pPr>
        <w:jc w:val="right"/>
      </w:pPr>
      <w:r>
        <w:t>ادروائز ناٹ۔</w:t>
      </w:r>
    </w:p>
    <w:p>
      <w:r>
        <w:rPr>
          <w:b/>
        </w:rPr>
        <w:t xml:space="preserve">[46:01] </w:t>
      </w:r>
      <w:r>
        <w:t>so, islam is not an exception. people generally take other religion as a religion of peace and spirituality, but they take islam, islam as an exception.</w:t>
      </w:r>
    </w:p>
    <w:p>
      <w:pPr>
        <w:jc w:val="right"/>
      </w:pPr>
      <w:r>
        <w:t>سو، اسلام از ناٹ این ایکسیپشن۔ پیپل جنرلی ٹیک ادر ریلیجن ایز ا ریلیجن اف پیس اینڈ سپرچولیٹی، بٹ دے ٹیک اسلام، اسلام ایز این ایکسیپشن۔</w:t>
      </w:r>
    </w:p>
    <w:p>
      <w:r>
        <w:rPr>
          <w:b/>
        </w:rPr>
        <w:t xml:space="preserve">[46:18] </w:t>
      </w:r>
      <w:r>
        <w:t>it is a general</w:t>
      </w:r>
    </w:p>
    <w:p>
      <w:pPr>
        <w:jc w:val="right"/>
      </w:pPr>
      <w:r>
        <w:t>اٹ از ا جنرل</w:t>
      </w:r>
    </w:p>
    <w:p>
      <w:r>
        <w:rPr>
          <w:b/>
        </w:rPr>
        <w:t xml:space="preserve">[46:24] </w:t>
      </w:r>
      <w:r>
        <w:t>belief that islam is religion of violence and other religions are religion of peace and spirituality.</w:t>
      </w:r>
    </w:p>
    <w:p>
      <w:pPr>
        <w:jc w:val="right"/>
      </w:pPr>
      <w:r>
        <w:t>بیلیف دیٹ اسلام از ریلیجن اف وائلنس اینڈ ادر ریلیجنز ار ریلیجن اف پیس اینڈ سپرچولیٹی۔</w:t>
      </w:r>
    </w:p>
    <w:p>
      <w:r>
        <w:rPr>
          <w:b/>
        </w:rPr>
        <w:t xml:space="preserve">[46:32] </w:t>
      </w:r>
      <w:r>
        <w:t>no, islam is not an exception. islam is also religion of peace and love and tolerance.</w:t>
      </w:r>
    </w:p>
    <w:p>
      <w:pPr>
        <w:jc w:val="right"/>
      </w:pPr>
      <w:r>
        <w:t>نو، اسلام از ناٹ این ایکسیپشن۔ اسلام از السو ریلیجن اف پیس اینڈ لو اینڈ ٹولرنس۔</w:t>
      </w:r>
    </w:p>
    <w:p>
      <w:r>
        <w:rPr>
          <w:b/>
        </w:rPr>
        <w:t xml:space="preserve">[46:44] </w:t>
      </w:r>
      <w:r>
        <w:t>in this sense, there is no difference. i have studied all the</w:t>
      </w:r>
    </w:p>
    <w:p>
      <w:pPr>
        <w:jc w:val="right"/>
      </w:pPr>
      <w:r>
        <w:t>ان دس سینس، دیر از نو ڈیفرنس۔ ائی ہیو سٹڈی ال دا</w:t>
      </w:r>
    </w:p>
    <w:p>
      <w:r>
        <w:rPr>
          <w:b/>
        </w:rPr>
        <w:t xml:space="preserve">[46:51] </w:t>
      </w:r>
      <w:r>
        <w:t>religions. i found that two part of every religion: theology and moral scheme, ethical scheme.</w:t>
      </w:r>
    </w:p>
    <w:p>
      <w:pPr>
        <w:jc w:val="right"/>
      </w:pPr>
      <w:r>
        <w:t>ریلیجنز۔ ائی فاؤنڈ دیٹ ٹو پارٹ اف ایوری ریلیجن: تھیولوجی اینڈ مورل اسکیم، ایتھیکل اسکیم۔</w:t>
      </w:r>
    </w:p>
    <w:p>
      <w:r>
        <w:rPr>
          <w:b/>
        </w:rPr>
        <w:t xml:space="preserve">[47:05] </w:t>
      </w:r>
      <w:r>
        <w:t>so, as far the theology is concerned, there are differences among different religion.</w:t>
      </w:r>
    </w:p>
    <w:p>
      <w:pPr>
        <w:jc w:val="right"/>
      </w:pPr>
      <w:r>
        <w:t>سو، ایز فار دا تھیولوجی از کنسرن، دیر ار ڈیفرنسز امنگ ڈفرنٹ ریلیجن۔</w:t>
      </w:r>
    </w:p>
    <w:p>
      <w:r>
        <w:rPr>
          <w:b/>
        </w:rPr>
        <w:t xml:space="preserve">[47:14] </w:t>
      </w:r>
      <w:r>
        <w:t>theology is quite different.</w:t>
      </w:r>
    </w:p>
    <w:p>
      <w:pPr>
        <w:jc w:val="right"/>
      </w:pPr>
      <w:r>
        <w:t>تھیولوجی از کوائٹ ڈفرنٹ۔</w:t>
      </w:r>
    </w:p>
    <w:p>
      <w:r>
        <w:rPr>
          <w:b/>
        </w:rPr>
        <w:t xml:space="preserve">[47:19] </w:t>
      </w:r>
      <w:r>
        <w:t>in theology, there are differences between different religion. for example, islam believe in oneness of god, and there are some other religion who believe in polytheism.</w:t>
      </w:r>
    </w:p>
    <w:p>
      <w:pPr>
        <w:jc w:val="right"/>
      </w:pPr>
      <w:r>
        <w:t>ان تھیولوجی، دیر ار ڈیفرنسز بٹوین ڈفرنٹ ریلیجن۔ فار ایگزیمپل، اسلام بیلیو ان وننس اف گاڈ، اینڈ دیر ار سم ادر ریلیجن ہو بیلیو ان پولیتھزم۔</w:t>
      </w:r>
    </w:p>
    <w:p>
      <w:r>
        <w:rPr>
          <w:b/>
        </w:rPr>
        <w:t xml:space="preserve">[47:36] </w:t>
      </w:r>
      <w:r>
        <w:t>but as far the moral scheme is concerned, there is no difference at all.</w:t>
      </w:r>
    </w:p>
    <w:p>
      <w:pPr>
        <w:jc w:val="right"/>
      </w:pPr>
      <w:r>
        <w:t>بٹ ایز فار دا مورل اسکیم از کنسرن، دیر از نو ڈیفرنس ایٹ ال۔</w:t>
      </w:r>
    </w:p>
    <w:p>
      <w:r>
        <w:rPr>
          <w:b/>
        </w:rPr>
        <w:t xml:space="preserve">[47:46] </w:t>
      </w:r>
      <w:r>
        <w:t>no difference at all.</w:t>
      </w:r>
    </w:p>
    <w:p>
      <w:pPr>
        <w:jc w:val="right"/>
      </w:pPr>
      <w:r>
        <w:t>نو ڈیفرنس ایٹ ال۔</w:t>
      </w:r>
    </w:p>
    <w:p>
      <w:r>
        <w:rPr>
          <w:b/>
        </w:rPr>
        <w:t xml:space="preserve">[47:49] </w:t>
      </w:r>
      <w:r>
        <w:t>in this sense, islam is also based on spirituality, and peace, and love and tolerance. violence or war is not part of islam.</w:t>
      </w:r>
    </w:p>
    <w:p>
      <w:pPr>
        <w:jc w:val="right"/>
      </w:pPr>
      <w:r>
        <w:t>ان دس سینس، اسلام از السو بیسڈ ان سپرچولیٹی، اینڈ پیس، اینڈ لو اینڈ ٹولرنس۔ وائلنس اور وار از ناٹ پارٹ اف اسلام۔</w:t>
      </w:r>
    </w:p>
    <w:p>
      <w:r>
        <w:rPr>
          <w:b/>
        </w:rPr>
        <w:t xml:space="preserve">[48:04] </w:t>
      </w:r>
      <w:r>
        <w:t>it is part of muslim community. it is muslim community that is engaged in violence or war. it is not islamic teachings.</w:t>
      </w:r>
    </w:p>
    <w:p>
      <w:pPr>
        <w:jc w:val="right"/>
      </w:pPr>
      <w:r>
        <w:t>اٹ از پارٹ اف مسلم کمیونٹی۔ اٹ از مسلم کمیونٹی دیٹ از انگیج ان وائلنس اور وار۔ اٹ از ناٹ اسلامک ٹیچنگز۔</w:t>
      </w:r>
    </w:p>
    <w:p>
      <w:r>
        <w:rPr>
          <w:b/>
        </w:rPr>
        <w:t xml:space="preserve">[48:19] </w:t>
      </w:r>
      <w:r>
        <w:t>only state is allowed to go to war at the time of attack, time aggression. otherwise, there is no, there is no war, violence in islam.</w:t>
      </w:r>
    </w:p>
    <w:p>
      <w:pPr>
        <w:jc w:val="right"/>
      </w:pPr>
      <w:r>
        <w:t>اونلی سٹیٹ از الاؤڈ ٹو گو ٹو ار دا ٹائم اف اٹیک، ٹائم اگریشن۔ ادروائز، دیر از نو، دیر از نو وار، وائلنس ان اسلام۔</w:t>
      </w:r>
    </w:p>
    <w:p>
      <w:r>
        <w:rPr>
          <w:b/>
        </w:rPr>
        <w:t xml:space="preserve">[48:35] </w:t>
      </w:r>
      <w:r>
        <w:t>so, if you read quran, and if you read hadith, if you read the life of the prophet and his companions, you will find that all the teachings of islam are based on positive behaviour, and love, and patience, and tolerance.</w:t>
      </w:r>
    </w:p>
    <w:p>
      <w:pPr>
        <w:jc w:val="right"/>
      </w:pPr>
      <w:r>
        <w:t>سو، اف یو ریڈ قران، اینڈ اف یو ریڈ حدیث، اف یو ریڈ دا لائف اف دا پرافٹ اینڈ ہز کمپینینز، یو ویل فائنڈ دیٹ ال دا ٹیچنگز اف اسلام ار بیسڈ ان پوزیٹیو بیہیویئر، اینڈ لو، اینڈ پیشنس، اینڈ ٹولرنس۔</w:t>
      </w:r>
    </w:p>
    <w:p>
      <w:r>
        <w:rPr>
          <w:b/>
        </w:rPr>
        <w:t xml:space="preserve">[49:04] </w:t>
      </w:r>
      <w:r>
        <w:t>let us take the very first verse of the quran.</w:t>
      </w:r>
    </w:p>
    <w:p>
      <w:pPr>
        <w:jc w:val="right"/>
      </w:pPr>
      <w:r>
        <w:t>لیٹ اس ٹیک دا ویری فرسٹ ورس اف دا قران۔</w:t>
      </w:r>
    </w:p>
    <w:p>
      <w:r>
        <w:rPr>
          <w:b/>
        </w:rPr>
        <w:t xml:space="preserve">[49:13] </w:t>
      </w:r>
      <w:r>
        <w:t>alhamdolillah rabb-ul-alameen, malik-e-yom-id-deen, iyyaka na'budu wa iyyaka nasta'een, ihdina-s-sirat-al-mustaqeem, sirat-al-lazina an'amta 'alayhim,</w:t>
      </w:r>
    </w:p>
    <w:p>
      <w:pPr>
        <w:jc w:val="right"/>
      </w:pPr>
      <w:r>
        <w:t>اٹ ریڈز: الحمدللہ رب العالمین، مالک یوم الدین، ایاک نعبد وایاک نستعین، اهدنا الصراط المستقیم، صراط الذین انعمت علیہم،</w:t>
      </w:r>
    </w:p>
    <w:p>
      <w:r>
        <w:rPr>
          <w:b/>
        </w:rPr>
        <w:t xml:space="preserve">[49:31] </w:t>
      </w:r>
      <w:r>
        <w:t>ghair-il-maghdubi 'alayhim wa la-d-dallin. this is the first</w:t>
      </w:r>
    </w:p>
    <w:p>
      <w:pPr>
        <w:jc w:val="right"/>
      </w:pPr>
      <w:r>
        <w:t>غیر المغضوب علیہم ولا الضالین۔ دس از دا فرسٹ</w:t>
      </w:r>
    </w:p>
    <w:p>
      <w:r>
        <w:rPr>
          <w:b/>
        </w:rPr>
        <w:t xml:space="preserve">[49:40] </w:t>
      </w:r>
      <w:r>
        <w:t>chapter of the quran.</w:t>
      </w:r>
    </w:p>
    <w:p>
      <w:pPr>
        <w:jc w:val="right"/>
      </w:pPr>
      <w:r>
        <w:t>چیپٹر اف دا قران۔</w:t>
      </w:r>
    </w:p>
    <w:p>
      <w:r>
        <w:rPr>
          <w:b/>
        </w:rPr>
        <w:t xml:space="preserve">[49:43] </w:t>
      </w:r>
      <w:r>
        <w:t>you know, there are 114 chapters in the quran, and this is the first chapter. and it is said that this quranic chapter is just of the, the, all the teachings of the quran.</w:t>
      </w:r>
    </w:p>
    <w:p>
      <w:pPr>
        <w:jc w:val="right"/>
      </w:pPr>
      <w:r>
        <w:t>یو نو، دیر ار 114 چیپٹرز ان دا قران، اینڈ دس از دا فرسٹ چیپٹر۔ اینڈ اٹ از سیڈ دیٹ دس قرانی چیپٹر از جسٹ اف دا، دا، ال دا ٹیچنگز اف دا قران۔</w:t>
      </w:r>
    </w:p>
    <w:p>
      <w:r>
        <w:rPr>
          <w:b/>
        </w:rPr>
        <w:t xml:space="preserve">[50:02] </w:t>
      </w:r>
      <w:r>
        <w:t>so, this chapter says that all pages belong to god almighty.</w:t>
      </w:r>
    </w:p>
    <w:p>
      <w:pPr>
        <w:jc w:val="right"/>
      </w:pPr>
      <w:r>
        <w:t>سو، دس چیپٹر سیز دیٹ ال پیجز بی ٹو گاڈ المائٹی۔</w:t>
      </w:r>
    </w:p>
    <w:p>
      <w:r>
        <w:rPr>
          <w:b/>
        </w:rPr>
        <w:t xml:space="preserve">[50:12] </w:t>
      </w:r>
      <w:r>
        <w:t>he is the lord of the day of judgment,</w:t>
      </w:r>
    </w:p>
    <w:p>
      <w:pPr>
        <w:jc w:val="right"/>
      </w:pPr>
      <w:r>
        <w:t>ہی از دا لارڈ اف دا ڈے اف ججمنٹ،</w:t>
      </w:r>
    </w:p>
    <w:p>
      <w:r>
        <w:rPr>
          <w:b/>
        </w:rPr>
        <w:t xml:space="preserve">[50:19] </w:t>
      </w:r>
      <w:r>
        <w:t>and we worship you. believer says that: o god, we worship you,</w:t>
      </w:r>
    </w:p>
    <w:p>
      <w:pPr>
        <w:jc w:val="right"/>
      </w:pPr>
      <w:r>
        <w:t>اینڈ وی ورشپ یو۔ بیلیور سیز دیٹ: او گاڈ، وی ورشپ یو،</w:t>
      </w:r>
    </w:p>
    <w:p>
      <w:r>
        <w:rPr>
          <w:b/>
        </w:rPr>
        <w:t xml:space="preserve">[50:32] </w:t>
      </w:r>
      <w:r>
        <w:t>and we seek your help. o god, give us guidance</w:t>
      </w:r>
    </w:p>
    <w:p>
      <w:pPr>
        <w:jc w:val="right"/>
      </w:pPr>
      <w:r>
        <w:t>اینڈ وی سیک یور ہیلپ۔ او گاڈ، گیو اس گائیڈنس</w:t>
      </w:r>
    </w:p>
    <w:p>
      <w:r>
        <w:rPr>
          <w:b/>
        </w:rPr>
        <w:t xml:space="preserve">[50:43] </w:t>
      </w:r>
      <w:r>
        <w:t>, show us the right path, that path that is followed by all pious people.</w:t>
      </w:r>
    </w:p>
    <w:p>
      <w:pPr>
        <w:jc w:val="right"/>
      </w:pPr>
      <w:r>
        <w:t>، شو اس دا رائٹ پاتھ، دیٹ پاتھ دیٹ از فالوڈ بائی ال پائس پیپل۔</w:t>
      </w:r>
    </w:p>
    <w:p>
      <w:r>
        <w:rPr>
          <w:b/>
        </w:rPr>
        <w:t xml:space="preserve">[50:57] </w:t>
      </w:r>
      <w:r>
        <w:t>this is the first chapter of the quran, and this is the just of the all teachings of the quran.</w:t>
      </w:r>
    </w:p>
    <w:p>
      <w:pPr>
        <w:jc w:val="right"/>
      </w:pPr>
      <w:r>
        <w:t>دس از دا فرسٹ چیپٹر اف دا قران، اینڈ دس از دا جسٹ اف دا ال ٹیچنگز اف دا قران۔</w:t>
      </w:r>
    </w:p>
    <w:p>
      <w:r>
        <w:rPr>
          <w:b/>
        </w:rPr>
        <w:t xml:space="preserve">[51:11] </w:t>
      </w:r>
      <w:r>
        <w:t>now,</w:t>
      </w:r>
    </w:p>
    <w:p>
      <w:pPr>
        <w:jc w:val="right"/>
      </w:pPr>
      <w:r>
        <w:t>ناو،</w:t>
      </w:r>
    </w:p>
    <w:p>
      <w:r>
        <w:rPr>
          <w:b/>
        </w:rPr>
        <w:t xml:space="preserve">[51:14] </w:t>
      </w:r>
      <w:r>
        <w:t>there is a hadith:</w:t>
      </w:r>
    </w:p>
    <w:p>
      <w:pPr>
        <w:jc w:val="right"/>
      </w:pPr>
      <w:r>
        <w:t>دیر از ا حدیث:</w:t>
      </w:r>
    </w:p>
    <w:p>
      <w:r>
        <w:rPr>
          <w:b/>
        </w:rPr>
        <w:t xml:space="preserve">[51:19] </w:t>
      </w:r>
      <w:r>
        <w:t>utqullah kunt</w:t>
      </w:r>
    </w:p>
    <w:p>
      <w:pPr>
        <w:jc w:val="right"/>
      </w:pPr>
      <w:r>
        <w:t>اتق اللہ کنت</w:t>
      </w:r>
    </w:p>
    <w:p>
      <w:r>
        <w:rPr>
          <w:b/>
        </w:rPr>
        <w:t xml:space="preserve">[51:24] </w:t>
      </w:r>
      <w:r>
        <w:t>bi khulq hasan. according to this hadith,</w:t>
      </w:r>
    </w:p>
    <w:p>
      <w:pPr>
        <w:jc w:val="right"/>
      </w:pPr>
      <w:r>
        <w:t>بخلق حسن۔ اکارڈنگ ٹو دس حدیث،</w:t>
      </w:r>
    </w:p>
    <w:p>
      <w:r>
        <w:rPr>
          <w:b/>
        </w:rPr>
        <w:t xml:space="preserve">[51:33] </w:t>
      </w:r>
      <w:r>
        <w:t>islam the basic, basic teacher of, basic teaching of islam is divided to part.</w:t>
      </w:r>
    </w:p>
    <w:p>
      <w:pPr>
        <w:jc w:val="right"/>
      </w:pPr>
      <w:r>
        <w:t>اسلام دا بیسک، بیسک ٹیچر اف، بیسک ٹیچنگ اف اسلام از ڈیوائیڈ ٹو پارٹ۔</w:t>
      </w:r>
    </w:p>
    <w:p>
      <w:r>
        <w:rPr>
          <w:b/>
        </w:rPr>
        <w:t xml:space="preserve">[51:43] </w:t>
      </w:r>
      <w:r>
        <w:t>you two formula, it is two point formula: fear of god, and</w:t>
      </w:r>
    </w:p>
    <w:p>
      <w:pPr>
        <w:jc w:val="right"/>
      </w:pPr>
      <w:r>
        <w:t>یہ ٹو فارمولا، اٹ از ٹو پوائنٹ فارمولا: فیئر اف گاڈ، اینڈ</w:t>
      </w:r>
    </w:p>
    <w:p>
      <w:r>
        <w:rPr>
          <w:b/>
        </w:rPr>
        <w:t xml:space="preserve">[51:54] </w:t>
      </w:r>
      <w:r>
        <w:t>and well wishing to all mankind.</w:t>
      </w:r>
    </w:p>
    <w:p>
      <w:pPr>
        <w:jc w:val="right"/>
      </w:pPr>
      <w:r>
        <w:t>اینڈ ویل وشنگ ٹو ال مین کائنڈ۔</w:t>
      </w:r>
    </w:p>
    <w:p>
      <w:r>
        <w:rPr>
          <w:b/>
        </w:rPr>
        <w:t xml:space="preserve">[51:58] </w:t>
      </w:r>
      <w:r>
        <w:t>it is two, this two, this are two basic principles of islam.</w:t>
      </w:r>
    </w:p>
    <w:p>
      <w:pPr>
        <w:jc w:val="right"/>
      </w:pPr>
      <w:r>
        <w:t>اٹ از ٹو، دس ٹو، دس ار ٹو بیسک پرنسپلز اف اسلام۔</w:t>
      </w:r>
    </w:p>
    <w:p>
      <w:r>
        <w:rPr>
          <w:b/>
        </w:rPr>
        <w:t xml:space="preserve">[52:07] </w:t>
      </w:r>
      <w:r>
        <w:t>that is making god your greatest concern.</w:t>
      </w:r>
    </w:p>
    <w:p>
      <w:pPr>
        <w:jc w:val="right"/>
      </w:pPr>
      <w:r>
        <w:t>دیٹ از میکنگ گاڈ یور گریٹسٹ کنسرن۔</w:t>
      </w:r>
    </w:p>
    <w:p>
      <w:r>
        <w:rPr>
          <w:b/>
        </w:rPr>
        <w:t xml:space="preserve">[52:11] </w:t>
      </w:r>
      <w:r>
        <w:t>fear of god means making god your sole concern, your supreme concern.</w:t>
      </w:r>
    </w:p>
    <w:p>
      <w:pPr>
        <w:jc w:val="right"/>
      </w:pPr>
      <w:r>
        <w:t>فیئر اف گاڈ مینز میکنگ گاڈ یور سول کنسرن، یور سپریم کنسرن۔</w:t>
      </w:r>
    </w:p>
    <w:p>
      <w:r>
        <w:rPr>
          <w:b/>
        </w:rPr>
        <w:t xml:space="preserve">[52:26] </w:t>
      </w:r>
      <w:r>
        <w:t>utqullah kunt means make god your supreme concern.</w:t>
      </w:r>
    </w:p>
    <w:p>
      <w:pPr>
        <w:jc w:val="right"/>
      </w:pPr>
      <w:r>
        <w:t>اتق اللہ کنت مینز میک گاڈ یور سپریم کنسرن۔</w:t>
      </w:r>
    </w:p>
    <w:p>
      <w:r>
        <w:rPr>
          <w:b/>
        </w:rPr>
        <w:t xml:space="preserve">[52:35] </w:t>
      </w:r>
      <w:r>
        <w:t>washar bi khulq hasan. it means that be well wisher to all mankind.</w:t>
      </w:r>
    </w:p>
    <w:p>
      <w:pPr>
        <w:jc w:val="right"/>
      </w:pPr>
      <w:r>
        <w:t>واشر بخلق حسن۔ اٹ مینز دیٹ بی ویل وشر ٹو ال مین کائنڈ۔</w:t>
      </w:r>
    </w:p>
    <w:p>
      <w:r>
        <w:rPr>
          <w:b/>
        </w:rPr>
        <w:t xml:space="preserve">[52:43] </w:t>
      </w:r>
      <w:r>
        <w:t>so, this is the two point formula. this are the two basic principles of islam.</w:t>
      </w:r>
    </w:p>
    <w:p>
      <w:pPr>
        <w:jc w:val="right"/>
      </w:pPr>
      <w:r>
        <w:t>سو، دس از دا ٹو پوائنٹ فارمولا۔ دس ار دا ٹو بیسک پرنسپلز اف اسلام۔</w:t>
      </w:r>
    </w:p>
    <w:p>
      <w:r>
        <w:rPr>
          <w:b/>
        </w:rPr>
        <w:t xml:space="preserve">[52:54] </w:t>
      </w:r>
      <w:r>
        <w:t>man lives between, between the two: one is god, another one is all human beings.</w:t>
      </w:r>
    </w:p>
    <w:p>
      <w:pPr>
        <w:jc w:val="right"/>
      </w:pPr>
      <w:r>
        <w:t>مین لیوز بٹوین، بٹوین دا ٹو: ون از گاڈ، انادر ون از ال ہیومن بینگز۔</w:t>
      </w:r>
    </w:p>
    <w:p>
      <w:r>
        <w:rPr>
          <w:b/>
        </w:rPr>
        <w:t xml:space="preserve">[53:02] </w:t>
      </w:r>
      <w:r>
        <w:t>so, man is required that he must make god his own, his greatest concern, and then he will adopt the culture of</w:t>
      </w:r>
    </w:p>
    <w:p>
      <w:pPr>
        <w:jc w:val="right"/>
      </w:pPr>
      <w:r>
        <w:t>تو، مین از ریکوائرڈ دیٹ ہی مسٹ میک گاڈ ہز اون، ہز گریٹسٹ کنسرن، اینڈ دین ہی ویل اڈاپٹ دا کلچر اف</w:t>
      </w:r>
    </w:p>
    <w:p>
      <w:r>
        <w:rPr>
          <w:b/>
        </w:rPr>
        <w:t xml:space="preserve">[53:19] </w:t>
      </w:r>
      <w:r>
        <w:t>wel wishing for other human being.</w:t>
      </w:r>
    </w:p>
    <w:p>
      <w:pPr>
        <w:jc w:val="right"/>
      </w:pPr>
      <w:r>
        <w:t>ویل وشنگ فار ادر ہیومن بینگ۔</w:t>
      </w:r>
    </w:p>
    <w:p>
      <w:r>
        <w:rPr>
          <w:b/>
        </w:rPr>
        <w:t xml:space="preserve">[53:26] </w:t>
      </w:r>
      <w:r>
        <w:t>so, this is the just of the Islam.</w:t>
      </w:r>
    </w:p>
    <w:p>
      <w:pPr>
        <w:jc w:val="right"/>
      </w:pPr>
      <w:r>
        <w:t>سو، دس از دا جسٹ اف دا اسلام۔</w:t>
      </w:r>
    </w:p>
    <w:p>
      <w:r>
        <w:rPr>
          <w:b/>
        </w:rPr>
        <w:t xml:space="preserve">[53:31] </w:t>
      </w:r>
      <w:r>
        <w:t>this is the just of the Islam.</w:t>
      </w:r>
    </w:p>
    <w:p>
      <w:pPr>
        <w:jc w:val="right"/>
      </w:pPr>
      <w:r>
        <w:t>دس از دا جسٹ اف دا اسلام۔</w:t>
      </w:r>
    </w:p>
    <w:p>
      <w:r>
        <w:rPr>
          <w:b/>
        </w:rPr>
        <w:t xml:space="preserve">[53:35] </w:t>
      </w:r>
      <w:r>
        <w:t>the prophet of Islam has said: al muslim man salima nasu min lisanihi.</w:t>
      </w:r>
    </w:p>
    <w:p>
      <w:pPr>
        <w:jc w:val="right"/>
      </w:pPr>
      <w:r>
        <w:t>دا پرافٹ اف اسلام ہیز سیڈ: المسلم من سلم ناسو من لسانہ۔</w:t>
      </w:r>
    </w:p>
    <w:p>
      <w:r>
        <w:rPr>
          <w:b/>
        </w:rPr>
        <w:t xml:space="preserve">[53:46] </w:t>
      </w:r>
      <w:r>
        <w:t>muslim is one by whose hands and tongue, people are safe.</w:t>
      </w:r>
    </w:p>
    <w:p>
      <w:pPr>
        <w:jc w:val="right"/>
      </w:pPr>
      <w:r>
        <w:t>مسلم از ون بائی ہوز ہینڈز اینڈ ٹنگ۔ پیپل ار سیف۔</w:t>
      </w:r>
    </w:p>
    <w:p>
      <w:r>
        <w:rPr>
          <w:b/>
        </w:rPr>
        <w:t xml:space="preserve">[53:56] </w:t>
      </w:r>
      <w:r>
        <w:t>it means that muslim is a true believer,</w:t>
      </w:r>
    </w:p>
    <w:p>
      <w:pPr>
        <w:jc w:val="right"/>
      </w:pPr>
      <w:r>
        <w:t>اٹ مینز دیٹ مسلم از ا ٹرو بیلیور،</w:t>
      </w:r>
    </w:p>
    <w:p>
      <w:r>
        <w:rPr>
          <w:b/>
        </w:rPr>
        <w:t xml:space="preserve">[54:04] </w:t>
      </w:r>
      <w:r>
        <w:t>a true believer, a true muslim is harmless member of his society. he is a peaceful member of his society.</w:t>
      </w:r>
    </w:p>
    <w:p>
      <w:pPr>
        <w:jc w:val="right"/>
      </w:pPr>
      <w:r>
        <w:t>ا ٹرو بیلیور، ا ٹرو مسلم از ہارملیس ممبر اف ہز سوسائٹی۔ ہی از ا پیس فل ممبر اف ہز سوسائٹی۔</w:t>
      </w:r>
    </w:p>
    <w:p>
      <w:r>
        <w:rPr>
          <w:b/>
        </w:rPr>
        <w:t xml:space="preserve">[54:16] </w:t>
      </w:r>
      <w:r>
        <w:t>muslim is not a violent member of his society. he has no hate against anyone.</w:t>
      </w:r>
    </w:p>
    <w:p>
      <w:pPr>
        <w:jc w:val="right"/>
      </w:pPr>
      <w:r>
        <w:t>مسلم از ناٹ ا وائلنٹ ممبر اف ہز سوسائٹی۔ ہی ہیز نو ہیٹ اگینسٹ اینی ون۔</w:t>
      </w:r>
    </w:p>
    <w:p>
      <w:r>
        <w:rPr>
          <w:b/>
        </w:rPr>
        <w:t xml:space="preserve">[54:27] </w:t>
      </w:r>
      <w:r>
        <w:t>so, this is the picture of a true mus</w:t>
      </w:r>
    </w:p>
    <w:p>
      <w:pPr>
        <w:jc w:val="right"/>
      </w:pPr>
      <w:r>
        <w:t>سو، دس از دا پکچر اف ا ٹرو مس</w:t>
      </w:r>
    </w:p>
    <w:p>
      <w:r>
        <w:rPr>
          <w:b/>
        </w:rPr>
        <w:t xml:space="preserve">[54:29] </w:t>
      </w:r>
      <w:r>
        <w:t>lim. now, let us take the</w:t>
      </w:r>
    </w:p>
    <w:p>
      <w:pPr>
        <w:jc w:val="right"/>
      </w:pPr>
      <w:r>
        <w:t>لم۔ ناو، لیٹ اس ٹیک دا</w:t>
      </w:r>
    </w:p>
    <w:p>
      <w:r>
        <w:rPr>
          <w:b/>
        </w:rPr>
        <w:t xml:space="preserve">[54:34] </w:t>
      </w:r>
      <w:r>
        <w:t>worship. what is worship in Islam? you know, the greatest worship in Islam is namaz, five time prayer.</w:t>
      </w:r>
    </w:p>
    <w:p>
      <w:pPr>
        <w:jc w:val="right"/>
      </w:pPr>
      <w:r>
        <w:t>ورشپ۔ واٹ از ورشپ ان اسلام؟ یو نو، دا گریٹسٹ ورشپ ان اسلام از نماز، فائیو ٹائم پریئر۔</w:t>
      </w:r>
    </w:p>
    <w:p>
      <w:r>
        <w:rPr>
          <w:b/>
        </w:rPr>
        <w:t xml:space="preserve">[54:46] </w:t>
      </w:r>
      <w:r>
        <w:t>five time prayer.</w:t>
      </w:r>
    </w:p>
    <w:p>
      <w:pPr>
        <w:jc w:val="right"/>
      </w:pPr>
      <w:r>
        <w:t>فائیو ٹائم پریئر۔</w:t>
      </w:r>
    </w:p>
    <w:p>
      <w:r>
        <w:rPr>
          <w:b/>
        </w:rPr>
        <w:t xml:space="preserve">[54:49] </w:t>
      </w:r>
      <w:r>
        <w:t>now,</w:t>
      </w:r>
    </w:p>
    <w:p>
      <w:pPr>
        <w:jc w:val="right"/>
      </w:pPr>
      <w:r>
        <w:t>ناو،</w:t>
      </w:r>
    </w:p>
    <w:p>
      <w:r>
        <w:rPr>
          <w:b/>
        </w:rPr>
        <w:t xml:space="preserve">[54:58] </w:t>
      </w:r>
      <w:r>
        <w:t>prayer in Islam begins from Allahu Akbar. every day, muslims repeat this word 250 times, more than 200 times: Allahu Akbar, Allahu Akbar.</w:t>
      </w:r>
    </w:p>
    <w:p>
      <w:pPr>
        <w:jc w:val="right"/>
      </w:pPr>
      <w:r>
        <w:t>پریئر ان اسلام بگنز فرام اللہ اکبر۔ ایوری ڈے، مسلمز ریپیٹ دس ورڈ 250 ٹائمز، مور دین 200 ٹائمز: اللہ اکبر، اللہ اکبر۔</w:t>
      </w:r>
    </w:p>
    <w:p>
      <w:r>
        <w:rPr>
          <w:b/>
        </w:rPr>
        <w:t xml:space="preserve">[55:16] </w:t>
      </w:r>
      <w:r>
        <w:t>in their azan, that is called, and also in their, during their</w:t>
      </w:r>
    </w:p>
    <w:p>
      <w:pPr>
        <w:jc w:val="right"/>
      </w:pPr>
      <w:r>
        <w:t>ان دیر اذان، دیٹ از کالڈ، اینڈ السو ان دیر، ڈیورنگ دیر</w:t>
      </w:r>
    </w:p>
    <w:p>
      <w:r>
        <w:rPr>
          <w:b/>
        </w:rPr>
        <w:t xml:space="preserve">[55:26] </w:t>
      </w:r>
      <w:r>
        <w:t>five time prayers. so, Allahu Akbar means God is great. God is great means God is great, and I am not great.</w:t>
      </w:r>
    </w:p>
    <w:p>
      <w:pPr>
        <w:jc w:val="right"/>
      </w:pPr>
      <w:r>
        <w:t>فائیو ٹائم پریئرز۔ سو، اللہ اکبر مینز گاڈ از گریٹ۔ گاڈ از گریٹ مینز گاڈ از گریٹ، اینڈ ائی ایم ناٹ گریٹ۔</w:t>
      </w:r>
    </w:p>
    <w:p>
      <w:r>
        <w:rPr>
          <w:b/>
        </w:rPr>
        <w:t xml:space="preserve">[55:44] </w:t>
      </w:r>
      <w:r>
        <w:t>God is great, and I am not great. greatness belongs to God Almighty. in other words, it teaches modesty.</w:t>
      </w:r>
    </w:p>
    <w:p>
      <w:pPr>
        <w:jc w:val="right"/>
      </w:pPr>
      <w:r>
        <w:t>گاڈ از گریٹ، اینڈ ائی ایم ناٹ گریٹ۔ گریٹنس بیلنگز ٹو گاڈ المائٹی۔ ان ادر ورڈز، اٹ ٹیچز ماڈیسٹی۔</w:t>
      </w:r>
    </w:p>
    <w:p>
      <w:r>
        <w:rPr>
          <w:b/>
        </w:rPr>
        <w:t xml:space="preserve">[56:01] </w:t>
      </w:r>
      <w:r>
        <w:t>modesty. Allahu Akbar means modesty, humility.</w:t>
      </w:r>
    </w:p>
    <w:p>
      <w:pPr>
        <w:jc w:val="right"/>
      </w:pPr>
      <w:r>
        <w:t>ماڈیسٹی۔ اللہ اکبر مینز ماڈیسٹی، ہیومیلیٹی۔</w:t>
      </w:r>
    </w:p>
    <w:p>
      <w:r>
        <w:rPr>
          <w:b/>
        </w:rPr>
        <w:t xml:space="preserve">[56:14] </w:t>
      </w:r>
      <w:r>
        <w:t>so, the crux of the prayer is modesty.</w:t>
      </w:r>
    </w:p>
    <w:p>
      <w:pPr>
        <w:jc w:val="right"/>
      </w:pPr>
      <w:r>
        <w:t>سو، دا کرکس اف دا پریئر از ماڈیسٹی۔</w:t>
      </w:r>
    </w:p>
    <w:p>
      <w:r>
        <w:rPr>
          <w:b/>
        </w:rPr>
        <w:t xml:space="preserve">[56:21] </w:t>
      </w:r>
      <w:r>
        <w:t>crux of the prayer in Islam is modesty. then we,</w:t>
      </w:r>
    </w:p>
    <w:p>
      <w:pPr>
        <w:jc w:val="right"/>
      </w:pPr>
      <w:r>
        <w:t>کرکس اف دا پریئر ان اسلام از ماڈیسٹی۔ دین وی،</w:t>
      </w:r>
    </w:p>
    <w:p>
      <w:r>
        <w:rPr>
          <w:b/>
        </w:rPr>
        <w:t xml:space="preserve">[56:29] </w:t>
      </w:r>
      <w:r>
        <w:t>then when we finish our prayer, in the end, I will say: Assalamu Alaikum wa Rahmatullah.</w:t>
      </w:r>
    </w:p>
    <w:p>
      <w:pPr>
        <w:jc w:val="right"/>
      </w:pPr>
      <w:r>
        <w:t>دین وین وی فنش اور پریئر، ان دا اینڈ، ائی وی سے: السلام علیکم ورحمۃ اللہ۔</w:t>
      </w:r>
    </w:p>
    <w:p>
      <w:r>
        <w:rPr>
          <w:b/>
        </w:rPr>
        <w:t xml:space="preserve">[56:39] </w:t>
      </w:r>
      <w:r>
        <w:t>Assalamu Alaikum wa Rahmatullah. this we address the whole humanity, all those people who are living on the globe.</w:t>
      </w:r>
    </w:p>
    <w:p>
      <w:pPr>
        <w:jc w:val="right"/>
      </w:pPr>
      <w:r>
        <w:t>السلام علیکم ورحمۃ اللہ۔ دس وی ایڈریس دا ہول ہیومینٹی، ال دوز پیپل ہو ار لیونگ ان دا گلوب۔</w:t>
      </w:r>
    </w:p>
    <w:p>
      <w:r>
        <w:rPr>
          <w:b/>
        </w:rPr>
        <w:t xml:space="preserve">[56:50] </w:t>
      </w:r>
      <w:r>
        <w:t>so, we address them in the, by these words</w:t>
      </w:r>
    </w:p>
    <w:p>
      <w:pPr>
        <w:jc w:val="right"/>
      </w:pPr>
      <w:r>
        <w:t>سو، وی ایڈریس دیم ان دی، بائی دیز ورڈز</w:t>
      </w:r>
    </w:p>
    <w:p>
      <w:r>
        <w:rPr>
          <w:b/>
        </w:rPr>
        <w:t xml:space="preserve">[56:55] </w:t>
      </w:r>
      <w:r>
        <w:t>: O people, peace be upon you, blessings of God be upon you. Assalamu Alaikum wa Rahmatullah.</w:t>
      </w:r>
    </w:p>
    <w:p>
      <w:pPr>
        <w:jc w:val="right"/>
      </w:pPr>
      <w:r>
        <w:t>: او پیپل، پیس بی اپ یو، بلیسنگز اف گاڈ بی اپ یو۔ السلام علیکم ورحمۃ اللہ۔</w:t>
      </w:r>
    </w:p>
    <w:p>
      <w:r>
        <w:rPr>
          <w:b/>
        </w:rPr>
        <w:t xml:space="preserve">[57:08] </w:t>
      </w:r>
      <w:r>
        <w:t>this every muslim, after in, after his prayer, addresses the whole humanity and says: O people,</w:t>
      </w:r>
    </w:p>
    <w:p>
      <w:pPr>
        <w:jc w:val="right"/>
      </w:pPr>
      <w:r>
        <w:t>دس ایوری مسلم، افٹر ان، افٹر ہز پریئر، ایڈریس دا ہول ہیومینٹی اینڈ سیز: او پیپل،</w:t>
      </w:r>
    </w:p>
    <w:p>
      <w:r>
        <w:rPr>
          <w:b/>
        </w:rPr>
        <w:t xml:space="preserve">[57:26] </w:t>
      </w:r>
      <w:r>
        <w:t>peace be upon you, peace be upon you, blessings of God be upon you.</w:t>
      </w:r>
    </w:p>
    <w:p>
      <w:pPr>
        <w:jc w:val="right"/>
      </w:pPr>
      <w:r>
        <w:t>پیس اف، پیس بی اپ یو، بلیسنگز اف گاڈ بی اپ یو۔</w:t>
      </w:r>
    </w:p>
    <w:p>
      <w:r>
        <w:rPr>
          <w:b/>
        </w:rPr>
        <w:t xml:space="preserve">[57:33] </w:t>
      </w:r>
      <w:r>
        <w:t>it means that</w:t>
      </w:r>
    </w:p>
    <w:p>
      <w:pPr>
        <w:jc w:val="right"/>
      </w:pPr>
      <w:r>
        <w:t>اٹ مینز دیٹ</w:t>
      </w:r>
    </w:p>
    <w:p>
      <w:r>
        <w:rPr>
          <w:b/>
        </w:rPr>
        <w:t xml:space="preserve">[57:37] </w:t>
      </w:r>
      <w:r>
        <w:t>prayer teaches love towards, towards humanity. it</w:t>
      </w:r>
    </w:p>
    <w:p>
      <w:pPr>
        <w:jc w:val="right"/>
      </w:pPr>
      <w:r>
        <w:t>پریئر ٹیچز لو ٹورڈز، ٹورڈز ہیومینٹی۔ ایٹ</w:t>
      </w:r>
    </w:p>
    <w:p>
      <w:r>
        <w:rPr>
          <w:b/>
        </w:rPr>
        <w:t xml:space="preserve">[57:50] </w:t>
      </w:r>
      <w:r>
        <w:t>at one side, prayer teaches modesty, and on the other side, prayer teaches love towards all mankind.</w:t>
      </w:r>
    </w:p>
    <w:p>
      <w:pPr>
        <w:jc w:val="right"/>
      </w:pPr>
      <w:r>
        <w:t>ایٹ ون سائیڈ، پریئر ٹیچز ماڈیسٹی، اینڈ ان دا ادر سائیڈ، پریئر ٹیچز لو ٹورڈز ال مین کائنڈ۔</w:t>
      </w:r>
    </w:p>
    <w:p>
      <w:r>
        <w:rPr>
          <w:b/>
        </w:rPr>
        <w:t xml:space="preserve">[58:03] </w:t>
      </w:r>
      <w:r>
        <w:t>this is the gist of the prayer. so, where is that violence? where is that intolerance? where is that hate?</w:t>
      </w:r>
    </w:p>
    <w:p>
      <w:pPr>
        <w:jc w:val="right"/>
      </w:pPr>
      <w:r>
        <w:t>دس از دا جسٹ اف دا پریئر۔ سو، ویر از دیٹ وائلنس؟ ویر از دیٹ انٹولرنس؟ ویر از دیٹ ہیٹ؟</w:t>
      </w:r>
    </w:p>
    <w:p>
      <w:r>
        <w:rPr>
          <w:b/>
        </w:rPr>
        <w:t xml:space="preserve">[58:17] </w:t>
      </w:r>
      <w:r>
        <w:t>this prayer, all the muslims are</w:t>
      </w:r>
    </w:p>
    <w:p>
      <w:pPr>
        <w:jc w:val="right"/>
      </w:pPr>
      <w:r>
        <w:t>دس پریئر، ال دا مسلمز ار</w:t>
      </w:r>
    </w:p>
    <w:p>
      <w:r>
        <w:rPr>
          <w:b/>
        </w:rPr>
        <w:t xml:space="preserve">[58:24] </w:t>
      </w:r>
      <w:r>
        <w:t>required to go to this prayer every day, five time every day.</w:t>
      </w:r>
    </w:p>
    <w:p>
      <w:pPr>
        <w:jc w:val="right"/>
      </w:pPr>
      <w:r>
        <w:t>ریکوائرڈ ٹو گو ٹو دس پریئر ایوری ڈے، فائیو ٹائم ایوری ڈے۔</w:t>
      </w:r>
    </w:p>
    <w:p>
      <w:r>
        <w:rPr>
          <w:b/>
        </w:rPr>
        <w:t xml:space="preserve">[58:33] </w:t>
      </w:r>
      <w:r>
        <w:t>so, during this prayer, they are,</w:t>
      </w:r>
    </w:p>
    <w:p>
      <w:pPr>
        <w:jc w:val="right"/>
      </w:pPr>
      <w:r>
        <w:t>سو، ڈیورنگ دس پریئر، دے ار،</w:t>
      </w:r>
    </w:p>
    <w:p>
      <w:r>
        <w:rPr>
          <w:b/>
        </w:rPr>
        <w:t xml:space="preserve">[58:39] </w:t>
      </w:r>
      <w:r>
        <w:t>they receive lesson of modesty, lesson of peace, lesson of love. this is the islamic culture.</w:t>
      </w:r>
    </w:p>
    <w:p>
      <w:pPr>
        <w:jc w:val="right"/>
      </w:pPr>
      <w:r>
        <w:t>دے ریسیو لیسن اف ماڈیسٹی، لیسن اف پیس، لیسن اف لو۔ دس از دا اسلامک کلچر۔</w:t>
      </w:r>
    </w:p>
    <w:p>
      <w:r>
        <w:rPr>
          <w:b/>
        </w:rPr>
        <w:t xml:space="preserve">[58:50] </w:t>
      </w:r>
      <w:r>
        <w:t>so, islamic culture is based on two points: modesty and love.</w:t>
      </w:r>
    </w:p>
    <w:p>
      <w:pPr>
        <w:jc w:val="right"/>
      </w:pPr>
      <w:r>
        <w:t>تو، اسلامک کلچر از بیسڈ ان ٹو پوائنٹ: ماڈیسٹی اینڈ لو۔</w:t>
      </w:r>
    </w:p>
    <w:p>
      <w:r>
        <w:rPr>
          <w:b/>
        </w:rPr>
        <w:t xml:space="preserve">[59:00] </w:t>
      </w:r>
      <w:r>
        <w:t>if you take the system of prayer in islam, you can say that islamic culture is based on two points: modesty and love.</w:t>
      </w:r>
    </w:p>
    <w:p>
      <w:pPr>
        <w:jc w:val="right"/>
      </w:pPr>
      <w:r>
        <w:t>اف یو ٹیک دا سسٹم اف پریئر ان اسلام، یو کین سے دیٹ اسلامک کلچر از بیسڈ ان ٹو پوائنٹس: ماڈیسٹی اینڈ لو۔</w:t>
      </w:r>
    </w:p>
    <w:p>
      <w:r>
        <w:rPr>
          <w:b/>
        </w:rPr>
        <w:t xml:space="preserve">[59:14] </w:t>
      </w:r>
      <w:r>
        <w:t>so, this is the true picture of islam. then, let us take the fasting.</w:t>
      </w:r>
    </w:p>
    <w:p>
      <w:pPr>
        <w:jc w:val="right"/>
      </w:pPr>
      <w:r>
        <w:t>سو، دس از دا ٹرو پکچر اف اسلام۔ دین، لیٹ اس ٹیک دی فاسٹنگ۔</w:t>
      </w:r>
    </w:p>
    <w:p>
      <w:r>
        <w:rPr>
          <w:b/>
        </w:rPr>
        <w:t xml:space="preserve">[59:27] </w:t>
      </w:r>
      <w:r>
        <w:t>all the muslims are required to go to fast in the whole month of ramadan. what is fasting?</w:t>
      </w:r>
    </w:p>
    <w:p>
      <w:pPr>
        <w:jc w:val="right"/>
      </w:pPr>
      <w:r>
        <w:t>ال دا مسلمز ار ریکوائرڈ ٹو گو ٹو فاسٹ ان دا ہول منتھ اف رمضان۔ واٹ از فاسٹنگ؟</w:t>
      </w:r>
    </w:p>
    <w:p>
      <w:r>
        <w:rPr>
          <w:b/>
        </w:rPr>
        <w:t xml:space="preserve">[59:37] </w:t>
      </w:r>
      <w:r>
        <w:t>fasting means</w:t>
      </w:r>
    </w:p>
    <w:p>
      <w:pPr>
        <w:jc w:val="right"/>
      </w:pPr>
      <w:r>
        <w:t>فاسٹنگ مینز</w:t>
      </w:r>
    </w:p>
    <w:p>
      <w:r>
        <w:rPr>
          <w:b/>
        </w:rPr>
        <w:t xml:space="preserve">[59:41] </w:t>
      </w:r>
      <w:r>
        <w:t>adopting self discipline culture, self control culture.</w:t>
      </w:r>
    </w:p>
    <w:p>
      <w:pPr>
        <w:jc w:val="right"/>
      </w:pPr>
      <w:r>
        <w:t>اڈاپٹنگ سیلف ڈسپلن کلچر، سیلف کنٹرول کلچر۔</w:t>
      </w:r>
    </w:p>
    <w:p>
      <w:r>
        <w:rPr>
          <w:b/>
        </w:rPr>
        <w:t xml:space="preserve">[59:50] </w:t>
      </w:r>
      <w:r>
        <w:t>fasting or som or roza means to adopt self control culture. self control culture.</w:t>
      </w:r>
    </w:p>
    <w:p>
      <w:pPr>
        <w:jc w:val="right"/>
      </w:pPr>
      <w:r>
        <w:t>فاسٹنگ اور سوم اور روزہ مینز ٹو اڈاپٹ سیلف کنٹرول کلچر۔ سیلف کنٹرول کلچر۔</w:t>
      </w:r>
    </w:p>
    <w:p>
      <w:r>
        <w:rPr>
          <w:b/>
        </w:rPr>
        <w:t xml:space="preserve">[1:00:06] </w:t>
      </w:r>
      <w:r>
        <w:t>then, we are required to to pay zakat. what is zakat</w:t>
      </w:r>
    </w:p>
    <w:p>
      <w:pPr>
        <w:jc w:val="right"/>
      </w:pPr>
      <w:r>
        <w:t>دین، وی ار ریکوائرڈ ٹو ٹو پے زکوۃ۔ واٹ از زکوۃ</w:t>
      </w:r>
    </w:p>
    <w:p>
      <w:r>
        <w:rPr>
          <w:b/>
        </w:rPr>
        <w:t xml:space="preserve">[1:00:15] </w:t>
      </w:r>
      <w:r>
        <w:t>? zakat is philanthropy, philanthropy culture. are to provide help fathers.</w:t>
      </w:r>
    </w:p>
    <w:p>
      <w:pPr>
        <w:jc w:val="right"/>
      </w:pPr>
      <w:r>
        <w:t>؟ زکوۃ از فیلینتھراپی، فیلینتھراپی کلچر۔ ار ٹو پرووائیڈ ہیلپ فادرز۔</w:t>
      </w:r>
    </w:p>
    <w:p>
      <w:r>
        <w:rPr>
          <w:b/>
        </w:rPr>
        <w:t xml:space="preserve">[1:00:28] </w:t>
      </w:r>
      <w:r>
        <w:t>it is help culture.</w:t>
      </w:r>
    </w:p>
    <w:p>
      <w:pPr>
        <w:jc w:val="right"/>
      </w:pPr>
      <w:r>
        <w:t>اٹ از ہیلپ کلچر۔</w:t>
      </w:r>
    </w:p>
    <w:p>
      <w:r>
        <w:rPr>
          <w:b/>
        </w:rPr>
        <w:t xml:space="preserve">[1:00:34] </w:t>
      </w:r>
      <w:r>
        <w:t>so, the whole islamic culture, all islamic teachings are based on positive values</w:t>
      </w:r>
    </w:p>
    <w:p>
      <w:pPr>
        <w:jc w:val="right"/>
      </w:pPr>
      <w:r>
        <w:t>سو، دا ہول اسلامک کلچر، ال اسلامک ٹیچنگز ار بیسڈ ان پوزیٹیو ویلیوز</w:t>
      </w:r>
    </w:p>
    <w:p>
      <w:r>
        <w:rPr>
          <w:b/>
        </w:rPr>
        <w:t xml:space="preserve">[1:00:43] </w:t>
      </w:r>
      <w:r>
        <w:t>: modesty, love, patience, philanthropy, and self control.</w:t>
      </w:r>
    </w:p>
    <w:p>
      <w:pPr>
        <w:jc w:val="right"/>
      </w:pPr>
      <w:r>
        <w:t>: ماڈیسٹی، لو، پیشنس، فیلینتھراپی، اینڈ سیلف کنٹرول۔</w:t>
      </w:r>
    </w:p>
    <w:p>
      <w:r>
        <w:rPr>
          <w:b/>
        </w:rPr>
        <w:t xml:space="preserve">[1:00:54] </w:t>
      </w:r>
      <w:r>
        <w:t>all these things are islamic values, and islamic culture</w:t>
      </w:r>
    </w:p>
    <w:p>
      <w:pPr>
        <w:jc w:val="right"/>
      </w:pPr>
      <w:r>
        <w:t>ال دیز تھنگز ار اسلامک ویلیوز، اینڈ اسلامک کلچر</w:t>
      </w:r>
    </w:p>
    <w:p>
      <w:r>
        <w:rPr>
          <w:b/>
        </w:rPr>
        <w:t xml:space="preserve">[1:01:03] </w:t>
      </w:r>
      <w:r>
        <w:t>is a combination of these small values.</w:t>
      </w:r>
    </w:p>
    <w:p>
      <w:pPr>
        <w:jc w:val="right"/>
      </w:pPr>
      <w:r>
        <w:t>از ا کمبینیشن اف دیز سمال ویلیوز۔</w:t>
      </w:r>
    </w:p>
    <w:p>
      <w:r>
        <w:rPr>
          <w:b/>
        </w:rPr>
        <w:t xml:space="preserve">[1:01:09] </w:t>
      </w:r>
      <w:r>
        <w:t>so, according to my study, there is no room for violence in islam. there is no room for revenge and malice and negativity in islam.</w:t>
      </w:r>
    </w:p>
    <w:p>
      <w:pPr>
        <w:jc w:val="right"/>
      </w:pPr>
      <w:r>
        <w:t>سو، اکارڈنگ ٹو مائی سٹڈی، دیر نو روم فار وائلنس ان اسلام۔ دیر نو روم فار ریونج اینڈ میلس اینڈ نیگیٹیوٹی ان اسلام۔</w:t>
      </w:r>
    </w:p>
    <w:p>
      <w:r>
        <w:rPr>
          <w:b/>
        </w:rPr>
        <w:t xml:space="preserve">[1:01:30] </w:t>
      </w:r>
      <w:r>
        <w:t>according to islamic teachings,</w:t>
      </w:r>
    </w:p>
    <w:p>
      <w:pPr>
        <w:jc w:val="right"/>
      </w:pPr>
      <w:r>
        <w:t>اکارڈنگ ٹو اسلامک ٹیچنگز،</w:t>
      </w:r>
    </w:p>
    <w:p>
      <w:r>
        <w:rPr>
          <w:b/>
        </w:rPr>
        <w:t xml:space="preserve">[1:01:35] </w:t>
      </w:r>
      <w:r>
        <w:t>every one is put a test in this world.</w:t>
      </w:r>
    </w:p>
    <w:p>
      <w:pPr>
        <w:jc w:val="right"/>
      </w:pPr>
      <w:r>
        <w:t>ایوری ون از پٹ ار ٹیسٹ ان دس ورلڈ۔</w:t>
      </w:r>
    </w:p>
    <w:p>
      <w:r>
        <w:rPr>
          <w:b/>
        </w:rPr>
        <w:t xml:space="preserve">[1:01:40] </w:t>
      </w:r>
      <w:r>
        <w:t>so, what is that test? you must prepare your self. during this test, you must prepare your self to be a deserving candidate for paradise.</w:t>
      </w:r>
    </w:p>
    <w:p>
      <w:pPr>
        <w:jc w:val="right"/>
      </w:pPr>
      <w:r>
        <w:t>سو، واٹ از دیٹ ٹیسٹ؟ یو مسٹ پریپیئر یور سیلف۔ ڈیورنگ دس ٹیسٹ، یو مسٹ پریپیئر یور سیلف ٹو بی ا ڈیزرونگ کینڈیڈیٹ فار پیراڈائز۔</w:t>
      </w:r>
    </w:p>
    <w:p>
      <w:r>
        <w:rPr>
          <w:b/>
        </w:rPr>
        <w:t xml:space="preserve">[1:01:55] </w:t>
      </w:r>
      <w:r>
        <w:t>this is the crux of the of the islamic teachings.</w:t>
      </w:r>
    </w:p>
    <w:p>
      <w:pPr>
        <w:jc w:val="right"/>
      </w:pPr>
      <w:r>
        <w:t>دس از دا کرکس اف دا اف دا اسلامک ٹیچنگز۔</w:t>
      </w:r>
    </w:p>
    <w:p>
      <w:r>
        <w:rPr>
          <w:b/>
        </w:rPr>
        <w:t xml:space="preserve">[1:02:01] </w:t>
      </w:r>
      <w:r>
        <w:t>in our short period of life, we have to prepare our self in such a way that we may be selected as a deserving candidate for paradise.</w:t>
      </w:r>
    </w:p>
    <w:p>
      <w:pPr>
        <w:jc w:val="right"/>
      </w:pPr>
      <w:r>
        <w:t>ان اور شارٹ پیریڈ اف لائف، وی ہیو ٹو پریپیئر اور سیلف ان سچ ا وے دیٹ وی می بی سلیکٹڈ ایز ا ڈیزرونگ کینڈیڈیٹ فار پیراڈائز۔</w:t>
      </w:r>
    </w:p>
    <w:p>
      <w:r>
        <w:rPr>
          <w:b/>
        </w:rPr>
        <w:t xml:space="preserve">[1:02:20] </w:t>
      </w:r>
      <w:r>
        <w:t>to paradise the goal, the goal in islam is paradise.</w:t>
      </w:r>
    </w:p>
    <w:p>
      <w:pPr>
        <w:jc w:val="right"/>
      </w:pPr>
      <w:r>
        <w:t>ٹو پیراڈائز دا گول، دا گول ان اسلام از پیراڈائز۔</w:t>
      </w:r>
    </w:p>
    <w:p>
      <w:r>
        <w:rPr>
          <w:b/>
        </w:rPr>
        <w:t xml:space="preserve">[1:02:31] </w:t>
      </w:r>
      <w:r>
        <w:t>this is the only goal.</w:t>
      </w:r>
    </w:p>
    <w:p>
      <w:pPr>
        <w:jc w:val="right"/>
      </w:pPr>
      <w:r>
        <w:t>دس از دا اونلی گول۔</w:t>
      </w:r>
    </w:p>
    <w:p>
      <w:r>
        <w:rPr>
          <w:b/>
        </w:rPr>
        <w:t xml:space="preserve">[1:02:36] </w:t>
      </w:r>
      <w:r>
        <w:t>if you read quran, you will find that the whole</w:t>
      </w:r>
    </w:p>
    <w:p>
      <w:pPr>
        <w:jc w:val="right"/>
      </w:pPr>
      <w:r>
        <w:t>اف یو ریڈ قرآن، یو ویل فائنڈ دیٹ دا ہول</w:t>
      </w:r>
    </w:p>
    <w:p>
      <w:r>
        <w:rPr>
          <w:b/>
        </w:rPr>
        <w:t xml:space="preserve">[1:02:43] </w:t>
      </w:r>
      <w:r>
        <w:t>teaching of islam are based on this concept that you must prepare your self to be selected for paradise.</w:t>
      </w:r>
    </w:p>
    <w:p>
      <w:pPr>
        <w:jc w:val="right"/>
      </w:pPr>
      <w:r>
        <w:t>ٹیچنگ اف اسلام ار بیسڈ ان دس کانسیپٹ دیٹ یو مسٹ پریپیئر یور سیلف ٹو بی سلیکٹڈ فار پیراڈائز۔</w:t>
      </w:r>
    </w:p>
    <w:p>
      <w:r>
        <w:rPr>
          <w:b/>
        </w:rPr>
        <w:t xml:space="preserve">[1:02:56] </w:t>
      </w:r>
      <w:r>
        <w:t>and you know, in paradise, there is no room for anger. in paradise, there is no room for hate.</w:t>
      </w:r>
    </w:p>
    <w:p>
      <w:pPr>
        <w:jc w:val="right"/>
      </w:pPr>
      <w:r>
        <w:t>اینڈ یو نو، ان پیراڈائز، دیر از نو روم فار اینگر۔ ان پیراڈائز، دیر از نو روم فار ہیٹ۔</w:t>
      </w:r>
    </w:p>
    <w:p>
      <w:r>
        <w:rPr>
          <w:b/>
        </w:rPr>
        <w:t xml:space="preserve">[1:03:07] </w:t>
      </w:r>
      <w:r>
        <w:t>in paradise, there is no room for negativity. in paradise, there is no room for fighting.</w:t>
      </w:r>
    </w:p>
    <w:p>
      <w:pPr>
        <w:jc w:val="right"/>
      </w:pPr>
      <w:r>
        <w:t>ان پیراڈائز، دیر از نو روم فار نیگیٹیوٹی۔ ان پیراڈائز، دیر از نو روم فار فائٹنگ۔</w:t>
      </w:r>
    </w:p>
    <w:p>
      <w:r>
        <w:rPr>
          <w:b/>
        </w:rPr>
        <w:t xml:space="preserve">[1:03:18] </w:t>
      </w:r>
      <w:r>
        <w:t>so, you have to prepare your self in these lines</w:t>
      </w:r>
    </w:p>
    <w:p>
      <w:pPr>
        <w:jc w:val="right"/>
      </w:pPr>
      <w:r>
        <w:t>سو، یو ہیو ٹو پریپیئر یور سیلف ان دیز لائنز</w:t>
      </w:r>
    </w:p>
    <w:p>
      <w:r>
        <w:rPr>
          <w:b/>
        </w:rPr>
        <w:t xml:space="preserve">[1:03:23] </w:t>
      </w:r>
      <w:r>
        <w:t>. otherwise, you are not, you can, you will be rejected as a, and you will not be allowed to enter into paradise.</w:t>
      </w:r>
    </w:p>
    <w:p>
      <w:pPr>
        <w:jc w:val="right"/>
      </w:pPr>
      <w:r>
        <w:t>۔ ادروائز، یو ار ناٹ، یو کان، یو ویل بی ریجیکٹڈ ایز ا، اینڈ یو ویل ناٹ بی الاؤڈ ٹو انٹر انٹو پیراڈائز۔</w:t>
      </w:r>
    </w:p>
    <w:p>
      <w:r>
        <w:rPr>
          <w:b/>
        </w:rPr>
        <w:t xml:space="preserve">[1:03:41] </w:t>
      </w:r>
      <w:r>
        <w:t>so, all every true believer puts this in his mind.</w:t>
      </w:r>
    </w:p>
    <w:p>
      <w:pPr>
        <w:jc w:val="right"/>
      </w:pPr>
      <w:r>
        <w:t>سو، ال ایوری ٹرو بیلیور پٹس دس ان ہز مائنڈ۔</w:t>
      </w:r>
    </w:p>
    <w:p>
      <w:r>
        <w:rPr>
          <w:b/>
        </w:rPr>
        <w:t xml:space="preserve">[1:03:48] </w:t>
      </w:r>
      <w:r>
        <w:t>every true believer tries to train him self in these lines to become a deserving candidate for paradise.</w:t>
      </w:r>
    </w:p>
    <w:p>
      <w:pPr>
        <w:jc w:val="right"/>
      </w:pPr>
      <w:r>
        <w:t>ایوری ٹرو بیلیور ٹرائیز ٹو ٹرین ہم سیلف ان دیز لائنز ٹو بیکم ا ڈیزرونگ کینڈیڈیٹ فار پیراڈائز۔</w:t>
      </w:r>
    </w:p>
    <w:p>
      <w:r>
        <w:rPr>
          <w:b/>
        </w:rPr>
        <w:t xml:space="preserve">[1:03:58] </w:t>
      </w:r>
      <w:r>
        <w:t>and when there is no room for hate in paradise, so he must refrain him self from all these negative things.</w:t>
      </w:r>
    </w:p>
    <w:p>
      <w:pPr>
        <w:jc w:val="right"/>
      </w:pPr>
      <w:r>
        <w:t>اینڈ وین دیر از نو روم فار ہیٹ ان پیراڈائز، سو ہی مسٹ ریفرن ہم سیلف فرام ال دیز نیگیٹیو تھنگز۔</w:t>
      </w:r>
    </w:p>
    <w:p>
      <w:r>
        <w:rPr>
          <w:b/>
        </w:rPr>
        <w:t xml:space="preserve">[1:04:11] </w:t>
      </w:r>
      <w:r>
        <w:t>so, this is the scheme of things in islam. this is the scheme of life in islam.</w:t>
      </w:r>
    </w:p>
    <w:p>
      <w:pPr>
        <w:jc w:val="right"/>
      </w:pPr>
      <w:r>
        <w:t>سو، دس از دا اسکیم اف تھنگز ان اسلام۔ دس از دا اسکیم اف لائف ان اسلام۔</w:t>
      </w:r>
    </w:p>
    <w:p>
      <w:r>
        <w:rPr>
          <w:b/>
        </w:rPr>
        <w:t xml:space="preserve">[1:04:19] </w:t>
      </w:r>
      <w:r>
        <w:t>islam inculcate the spirit of love and peace in every human being, so that he may be able to find entry into paradise.</w:t>
      </w:r>
    </w:p>
    <w:p>
      <w:pPr>
        <w:jc w:val="right"/>
      </w:pPr>
      <w:r>
        <w:t>اسلام انکلکیٹ دا سپرٹ اف لو اینڈ پیس ان ایوری ہیومن بینگ، سو دیٹ ہی می بی ایبل ٹو فائنڈ انٹری انٹو پیراڈائز۔</w:t>
      </w:r>
    </w:p>
    <w:p>
      <w:r>
        <w:rPr>
          <w:b/>
        </w:rPr>
        <w:t xml:space="preserve">[1:04:36] </w:t>
      </w:r>
      <w:r>
        <w:t>paradise is a world of</w:t>
      </w:r>
    </w:p>
    <w:p>
      <w:pPr>
        <w:jc w:val="right"/>
      </w:pPr>
      <w:r>
        <w:t>پیراڈائز از ا ورلڈ اف</w:t>
      </w:r>
    </w:p>
    <w:p>
      <w:r>
        <w:rPr>
          <w:b/>
        </w:rPr>
        <w:t xml:space="preserve">[1:04:41] </w:t>
      </w:r>
      <w:r>
        <w:t>world of peace. quran says: "god calls to the home of peace.</w:t>
      </w:r>
    </w:p>
    <w:p>
      <w:pPr>
        <w:jc w:val="right"/>
      </w:pPr>
      <w:r>
        <w:t>ورلڈ اف پیس۔ قرآن سیز: "گاڈ کالز ٹو دا ہوم اف پیس۔</w:t>
      </w:r>
    </w:p>
    <w:p>
      <w:r>
        <w:rPr>
          <w:b/>
        </w:rPr>
        <w:t xml:space="preserve">[1:04:49] </w:t>
      </w:r>
      <w:r>
        <w:t>" that is paradise. so, paradise is home of peace. so, you must have be, must have train your self as a peaceful person.</w:t>
      </w:r>
    </w:p>
    <w:p>
      <w:pPr>
        <w:jc w:val="right"/>
      </w:pPr>
      <w:r>
        <w:t>" دیٹ از پیراڈائز۔ تو، پیراڈائز از ہوم اف پیس۔ سو، یو مسٹ ہیو بی، مسٹ ہیو ٹرین یور سیلف ایز ا پیس فل پرسن۔</w:t>
      </w:r>
    </w:p>
    <w:p>
      <w:r>
        <w:rPr>
          <w:b/>
        </w:rPr>
        <w:t xml:space="preserve">[1:05:06] </w:t>
      </w:r>
      <w:r>
        <w:t>otherwise, you can not enter paradise. the concept of paradise makes one a peaceful person</w:t>
      </w:r>
    </w:p>
    <w:p>
      <w:pPr>
        <w:jc w:val="right"/>
      </w:pPr>
      <w:r>
        <w:t>ادروائز، یو کین ناٹ انٹر پیراڈائز۔ دا کانسیپٹ اف پیراڈائز میکس ون ا پیس فل پرسن</w:t>
      </w:r>
    </w:p>
    <w:p>
      <w:r>
        <w:rPr>
          <w:b/>
        </w:rPr>
        <w:t xml:space="preserve">[1:05:19] </w:t>
      </w:r>
      <w:r>
        <w:t>, a person who find love for every one. so, this is the ideology of islam.</w:t>
      </w:r>
    </w:p>
    <w:p>
      <w:pPr>
        <w:jc w:val="right"/>
      </w:pPr>
      <w:r>
        <w:t>، ا پرسن ہو فائنڈ لو فار ایوری ون۔ سو، دس از دا ائیڈالوجی اف اسلام۔</w:t>
      </w:r>
    </w:p>
    <w:p>
      <w:r>
        <w:rPr>
          <w:b/>
        </w:rPr>
        <w:t xml:space="preserve">[1:05:30] </w:t>
      </w:r>
      <w:r>
        <w:t>this is the teaching of islam. so, if you want to know what is islam, you have to see the scriptures of islam rather than muslim community.</w:t>
      </w:r>
    </w:p>
    <w:p>
      <w:pPr>
        <w:jc w:val="right"/>
      </w:pPr>
      <w:r>
        <w:t>دس از دا ٹیچنگ اف اسلام۔ سو، اف یو وانٹ ٹو نو واٹ از اسلام، یو ہیو ٹو سی دی سکرپچرز اف اسلام رادر دین مسلم کمیونٹی۔</w:t>
      </w:r>
    </w:p>
    <w:p>
      <w:r>
        <w:rPr>
          <w:b/>
        </w:rPr>
        <w:t xml:space="preserve">[1:05:40] </w:t>
      </w:r>
      <w:r>
        <w:t>you have to different, you have to differentiate muslim community and the quran and islam.</w:t>
      </w:r>
    </w:p>
    <w:p>
      <w:pPr>
        <w:jc w:val="right"/>
      </w:pPr>
      <w:r>
        <w:t>یو ہیو ٹو ڈیفرنٹ، یو ہیو ٹو ڈیفرنشیٹ مسلم کمیونٹی اینڈ دی قرآن اینڈ اسلام۔</w:t>
      </w:r>
    </w:p>
    <w:p>
      <w:r>
        <w:rPr>
          <w:b/>
        </w:rPr>
        <w:t xml:space="preserve">[1:05:55] </w:t>
      </w:r>
      <w:r>
        <w:t>this is the basic principle. if you want to understand islam, you have to differentiate between islam and muslims.</w:t>
      </w:r>
    </w:p>
    <w:p>
      <w:pPr>
        <w:jc w:val="right"/>
      </w:pPr>
      <w:r>
        <w:t>دس از دا بیسک پرنسپل۔ اف یو وانٹ ٹو انڈرسٹینڈ اسلام، یو ہیو ٹو ڈیفرنشیٹ بٹوین اسلام اینڈ مسلمز۔</w:t>
      </w:r>
    </w:p>
    <w:p>
      <w:r>
        <w:rPr>
          <w:b/>
        </w:rPr>
        <w:t xml:space="preserve">[1:06:06] </w:t>
      </w:r>
      <w:r>
        <w:t>adruwaiz, you will fail to understand Islam. Muslims are simply a community, just like other communities.</w:t>
      </w:r>
    </w:p>
    <w:p>
      <w:pPr>
        <w:jc w:val="right"/>
      </w:pPr>
      <w:r>
        <w:t>ادروائز، یو ویل فیل ٹو انڈرسٹینڈ اسلام۔ مسلمز ار سمپلی ا کمیونٹی، جسٹ لائک ادر کمیونٹیز۔</w:t>
      </w:r>
    </w:p>
    <w:p>
      <w:r>
        <w:rPr>
          <w:b/>
        </w:rPr>
        <w:t xml:space="preserve">[1:06:17] </w:t>
      </w:r>
      <w:r>
        <w:t>they are not representative of Islam.</w:t>
      </w:r>
    </w:p>
    <w:p>
      <w:pPr>
        <w:jc w:val="right"/>
      </w:pPr>
      <w:r>
        <w:t>دے ار ناٹ ریپریزنٹیٹیو اف اسلام۔</w:t>
      </w:r>
    </w:p>
    <w:p>
      <w:r>
        <w:rPr>
          <w:b/>
        </w:rPr>
        <w:t xml:space="preserve">[1:06:23] </w:t>
      </w:r>
      <w:r>
        <w:t>the source of Islam is Quran and Hadith, and not Muslim practice or Muslim saying or Muslim culture.</w:t>
      </w:r>
    </w:p>
    <w:p>
      <w:pPr>
        <w:jc w:val="right"/>
      </w:pPr>
      <w:r>
        <w:t>دا سورس اف اسلام از قرآن اینڈ حدیث، اینڈ ناٹ مسلم پریکٹس اور مسلم سینگ اور مسلم کلچر۔</w:t>
      </w:r>
    </w:p>
    <w:p>
      <w:r>
        <w:rPr>
          <w:b/>
        </w:rPr>
        <w:t xml:space="preserve">[1:06:34] </w:t>
      </w:r>
      <w:r>
        <w:t>that are other thing. so, you have to differentiate between Islam and Muslims. you have to judge Muslims in the light of Islamic teachings and not vice versa.</w:t>
      </w:r>
    </w:p>
    <w:p>
      <w:pPr>
        <w:jc w:val="right"/>
      </w:pPr>
      <w:r>
        <w:t>دیٹ ار ادر تھنگ۔ سو، یو ہیو ٹو ڈیفرنشیٹ بٹوین اسلام اینڈ مسلمز۔ یو ہیو ٹو جج مسلمز ان دا لائٹ اف اسلامک ٹیچنگز اینڈ ناٹ وائس ورسا۔</w:t>
      </w:r>
    </w:p>
    <w:p>
      <w:r>
        <w:rPr>
          <w:b/>
        </w:rPr>
        <w:t xml:space="preserve">[1:06:51] </w:t>
      </w:r>
      <w:r>
        <w:t>aqool q</w:t>
      </w:r>
    </w:p>
    <w:p>
      <w:pPr>
        <w:jc w:val="right"/>
      </w:pPr>
      <w:r>
        <w:t>اقول 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