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mein Fiqhi Ikhtelaf (Jurisprudential Disagreement in Islam) Maulana Wahiddudin Khan</w:t>
      </w:r>
    </w:p>
    <w:p>
      <w:r>
        <w:t>https://www.youtube.com/watch?v=8S3yyG9KYOE</w:t>
      </w:r>
    </w:p>
    <w:p>
      <w:r>
        <w:rPr>
          <w:b/>
        </w:rPr>
        <w:t xml:space="preserve">[00:14] </w:t>
      </w:r>
      <w:r>
        <w:t>bismillah rahman rahim wa salallahu ala nabiyyil karim. aaj kal Islam ke bare mein bahut zyada misconception ya misunderstanding pai jati hai.</w:t>
      </w:r>
    </w:p>
    <w:p>
      <w:pPr>
        <w:jc w:val="right"/>
      </w:pPr>
      <w:r>
        <w:t>بسم اللہ الرحمن الرحیم و صلی اللہ علی النبی الکریم۔ آج کل اسلام کے بارے میں بہت زیادہ مس کنسیپشن یا مس انڈرسٹینڈنگ پائی جاتی ہے۔</w:t>
      </w:r>
    </w:p>
    <w:p>
      <w:r>
        <w:rPr>
          <w:b/>
        </w:rPr>
        <w:t xml:space="preserve">[00:33] </w:t>
      </w:r>
      <w:r>
        <w:t>ek kitab chhapi hai, is ka naam hi yahi hai, is ka title "Islam: The Most Misunderstood Religion"</w:t>
      </w:r>
    </w:p>
    <w:p>
      <w:pPr>
        <w:jc w:val="right"/>
      </w:pPr>
      <w:r>
        <w:t>ایک کتاب چھپی ہے، اس کا نام ہی یہی ہے، اس کا ٹائٹل "اسلام: دا موسٹ مس انڈرسٹڈ ریلیجن"</w:t>
      </w:r>
    </w:p>
    <w:p>
      <w:r>
        <w:rPr>
          <w:b/>
        </w:rPr>
        <w:t xml:space="preserve">[00:42] </w:t>
      </w:r>
      <w:r>
        <w:t>. lekin is kitab mein clear nahi hota ke kyun aisa hai, why this misunderstanding. moti si kitab hai, lekin is mein unhon ne yeh nahi bata paye woh log ke kyun.</w:t>
      </w:r>
    </w:p>
    <w:p>
      <w:pPr>
        <w:jc w:val="right"/>
      </w:pPr>
      <w:r>
        <w:t>۔ لیکن اس کتاب میں کلیئر نہیں ہوتا کہ کیوں ایسا ہے، وائی دس مس انڈرسٹینڈنگ۔ موٹی سی کتاب ہے، لیکن اس میں انہوں نے یہ نہیں بتا پائے وہ لوگ کہ کیوں۔</w:t>
      </w:r>
    </w:p>
    <w:p>
      <w:r>
        <w:rPr>
          <w:b/>
        </w:rPr>
        <w:t xml:space="preserve">[00:57] </w:t>
      </w:r>
      <w:r>
        <w:t>bahut se log samajhte hain ke Islam mein bhi wahi sab kharabiyan hain jo doosre mazhabon mein hain, magar woh bhi samajh nahi paate. yani these people fail to differentiate between text and interpretation.</w:t>
      </w:r>
    </w:p>
    <w:p>
      <w:pPr>
        <w:jc w:val="right"/>
      </w:pPr>
      <w:r>
        <w:t>بہت سے لوگ سمجھتے ہیں کہ اسلام میں بھی وہی سب خرابیاں ہیں جو دوسرے مذہبوں میں ہیں، مگر وہ بھی سمجھ نہیں پاتے۔ یعنی دیز پیپل فیل ٹو ڈیفرنشیٹ بٹوین ٹیکسٹ اینڈ انٹرپریٹیشن۔</w:t>
      </w:r>
    </w:p>
    <w:p>
      <w:r>
        <w:rPr>
          <w:b/>
        </w:rPr>
        <w:t xml:space="preserve">[01:13] </w:t>
      </w:r>
      <w:r>
        <w:t>jarh yeh hai ke jo kharabiyan interpretation se aayi thin, us ko unhon ne attribute kar diya text ki taraf.</w:t>
      </w:r>
    </w:p>
    <w:p>
      <w:pPr>
        <w:jc w:val="right"/>
      </w:pPr>
      <w:r>
        <w:t>جڑ یہ ہے کہ جو خرابیاں انٹرپریٹیشن سے آئی تھیں، اس کو انہوں نے ایٹریبیوٹ کر دیا ٹیکسٹ کی طرف۔</w:t>
      </w:r>
    </w:p>
    <w:p>
      <w:r>
        <w:rPr>
          <w:b/>
        </w:rPr>
        <w:t xml:space="preserve">[01:23] </w:t>
      </w:r>
      <w:r>
        <w:t>yeh hai sara raaz. ab mein ek bahut hi zyada, yani jo logon ke zehn mein sawal rehta hai hamesha ke fiqh mein jhagde kyun?</w:t>
      </w:r>
    </w:p>
    <w:p>
      <w:pPr>
        <w:jc w:val="right"/>
      </w:pPr>
      <w:r>
        <w:t>یہ ہے سارا راز۔ اب میں ایک بہت ہی زیادہ، یعنی جو لوگوں کے ذہن میں سوال رہتا ہے ہمیشہ کہ فقہ میں جھگڑے کیوں؟</w:t>
      </w:r>
    </w:p>
    <w:p>
      <w:r>
        <w:rPr>
          <w:b/>
        </w:rPr>
        <w:t xml:space="preserve">[01:33] </w:t>
      </w:r>
      <w:r>
        <w:t>fiqh ka matlab hota hai woh ilm jis se hum seekhte hain ke kaise namaz parhein, kaise roza rakhein, kaise hajj karein. is ko fiqh kehte hain.</w:t>
      </w:r>
    </w:p>
    <w:p>
      <w:pPr>
        <w:jc w:val="right"/>
      </w:pPr>
      <w:r>
        <w:t>فقہ کا مطلب ہوتا ہے وہ علم جس سے ہم سیکھتے ہیں کہ کیسے نماز پڑھیں، کیسے روزہ رکھیں، کیسے حج کریں۔ اس کو فقہ کہتے ہیں۔</w:t>
      </w:r>
    </w:p>
    <w:p>
      <w:r>
        <w:rPr>
          <w:b/>
        </w:rPr>
        <w:t xml:space="preserve">[01:45] </w:t>
      </w:r>
      <w:r>
        <w:t>to aap jante hain ke bahut zyada differences hain, bade jhagde hote hain, masjidें alag ban gayi hain aur yeh hota hai, woh hota hai. log generally yeh samajh nahi paate ke aisa kyun?</w:t>
      </w:r>
    </w:p>
    <w:p>
      <w:pPr>
        <w:jc w:val="right"/>
      </w:pPr>
      <w:r>
        <w:t>تو آپ جانتے ہیں کہ بہت زیادہ ڈیفرنسز ہیں، بڑے جھگڑے ہوتے ہیں، مسجدیں الگ بن گئی ہیں اور یہ ہوتا ہے، وہ ہوتا ہے۔ لوگ جنرلی یہ سمجھ نہیں پاتے کہ ایسا کیوں؟</w:t>
      </w:r>
    </w:p>
    <w:p>
      <w:r>
        <w:rPr>
          <w:b/>
        </w:rPr>
        <w:t xml:space="preserve">[01:56] </w:t>
      </w:r>
      <w:r>
        <w:t>ek hi Islam mein char fiqhi school kyun? char kya? yani baad ko Abbas period mein jo school bane, woh to 12 period school the, bahut sare the.</w:t>
      </w:r>
    </w:p>
    <w:p>
      <w:pPr>
        <w:jc w:val="right"/>
      </w:pPr>
      <w:r>
        <w:t>ایک ہی اسلام میں چار فقہی اسکول کیوں؟ چار کیا؟ یعنی بعد کو عباس پیریڈ میں جو اسکول بنے، وہ تو 12 پیریڈ اسکول تھے، بہت سارے تھے۔</w:t>
      </w:r>
    </w:p>
    <w:p>
      <w:r>
        <w:rPr>
          <w:b/>
        </w:rPr>
        <w:t xml:space="preserve">[02:10] </w:t>
      </w:r>
      <w:r>
        <w:t>abhi bhi char hi nahi hain, abhi bhi fiqh Jafariya bhi hai, is ko le kar paanch bante hain.</w:t>
      </w:r>
    </w:p>
    <w:p>
      <w:pPr>
        <w:jc w:val="right"/>
      </w:pPr>
      <w:r>
        <w:t>ابھی بھی چار ہی نہیں ہیں، ابھی بھی فقہ جعفریہ بھی ہے، اس کو لے کر پانچ بنتے ہیں۔</w:t>
      </w:r>
    </w:p>
    <w:p>
      <w:r>
        <w:rPr>
          <w:b/>
        </w:rPr>
        <w:t xml:space="preserve">[02:17] </w:t>
      </w:r>
      <w:r>
        <w:t>is ko mein thoda sa arz karna chahta hoon ke kya qissa hai yeh ke ek Islam mein paanch paanch Islam kaise ban gaye? ek Islam mein paanch deen kaise ban gaye?</w:t>
      </w:r>
    </w:p>
    <w:p>
      <w:pPr>
        <w:jc w:val="right"/>
      </w:pPr>
      <w:r>
        <w:t>اس کو میں تھوڑا سا عرض کرنا چاہتا ہوں کہ کیا قصہ ہے یہ کہ ایک اسلام میں پانچ پانچ اسلام کیسے بن گئے؟ ایک اسلام میں پانچ دین کیسے بن گئے؟</w:t>
      </w:r>
    </w:p>
    <w:p>
      <w:r>
        <w:rPr>
          <w:b/>
        </w:rPr>
        <w:t xml:space="preserve">[02:27] </w:t>
      </w:r>
      <w:r>
        <w:t>paanch mazhab kaise ban gaye? is ko mein thoda sa explain karna chahta hoon. dekhiye, Rasool Allah ke zamane mein koi fiqhi school nahi tha, na Maliki, na Hanbali, na Shafi, na Hanafi, koi bhi nahi tha.</w:t>
      </w:r>
    </w:p>
    <w:p>
      <w:pPr>
        <w:jc w:val="right"/>
      </w:pPr>
      <w:r>
        <w:t>پانچ مذہب کیسے بن گئے؟ اس کو میں تھوڑا سا ایکسپلین کرنا چاہتا ہوں۔ دیکھیے، رسول اللہ کے زمانے میں کوئی فقہی اسکول نہیں تھا، نہ مالکی، نہ حنبلی، نہ شافعی، نہ حنفی، کوئی بھی نہیں تھا۔</w:t>
      </w:r>
    </w:p>
    <w:p>
      <w:r>
        <w:rPr>
          <w:b/>
        </w:rPr>
        <w:t xml:space="preserve">[02:44] </w:t>
      </w:r>
      <w:r>
        <w:t>Rasool Allah ke zamane mein fiqhi school nahi the. is ke baad jo zamana hai companion ka, Sahaba ka, tab bhi koi fiqhi school nahi tha. to Rasool Allah ke zamana, Khilafat e Rashida ke zamana aur Banu Umayya ka zamana,</w:t>
      </w:r>
    </w:p>
    <w:p>
      <w:pPr>
        <w:jc w:val="right"/>
      </w:pPr>
      <w:r>
        <w:t>رسول اللہ کے زمانے میں فقہی اسکول نہیں تھے۔ اس کے بعد جو زمانہ ہے کمپینین کا، صحابہ کا، تب بھی کوئی فقہی اسکول نہیں تھا۔ تو رسول اللہ کے زمانہ، خلافت راشدہ کے زمانہ اور بنو امیہ کا زمانہ،</w:t>
      </w:r>
    </w:p>
    <w:p>
      <w:r>
        <w:rPr>
          <w:b/>
        </w:rPr>
        <w:t xml:space="preserve">[03:01] </w:t>
      </w:r>
      <w:r>
        <w:t>in teeno zamane mein fiqhi school nahi the. yeh sab log jante hain. fiqhi school bane hain kab? Abbas period mein, Abbas period mein, aur yeh Iran mein ban</w:t>
      </w:r>
    </w:p>
    <w:p>
      <w:pPr>
        <w:jc w:val="right"/>
      </w:pPr>
      <w:r>
        <w:t>ان تینوں زمانے میں فقہی اسکول نہیں تھے۔ یہ سب لوگ جانتے ہیں۔ فقہی اسکول بنے ہیں کب؟ عباس پیریڈ میں، عباس پیریڈ میں، اور یہ ایران میں بن</w:t>
      </w:r>
    </w:p>
    <w:p>
      <w:r>
        <w:rPr>
          <w:b/>
        </w:rPr>
        <w:t xml:space="preserve">[03:14] </w:t>
      </w:r>
      <w:r>
        <w:t>e hain. woh kaise bane? is ki tareekh yeh hai, is ki history yeh hai ke Abbas period hi mein Hadithon ko compile kiya gaya.</w:t>
      </w:r>
    </w:p>
    <w:p>
      <w:pPr>
        <w:jc w:val="right"/>
      </w:pPr>
      <w:r>
        <w:t>ے ہیں۔ وہ کیسے بنے؟ اس کی تاریخ یہ ہے، اس کی ہسٹری یہ ہے کہ عباس پیریڈ ہی میں حدیثوں کو کمپائل کیا گیا۔</w:t>
      </w:r>
    </w:p>
    <w:p>
      <w:r>
        <w:rPr>
          <w:b/>
        </w:rPr>
        <w:t xml:space="preserve">[03:29] </w:t>
      </w:r>
      <w:r>
        <w:t>is se pehle Hadithein jo thin, woh phaili hui thin logon ke darmiyan. log un ka charcha karte the, log un ko ek doosre ko sunate the, aur alag alag likh bhi rakha tha.</w:t>
      </w:r>
    </w:p>
    <w:p>
      <w:pPr>
        <w:jc w:val="right"/>
      </w:pPr>
      <w:r>
        <w:t>اس سے پہلے حدیثیں جو تھیں، وہ پھیلی ہوئی تھیں لوگوں کے درمیان۔ لوگ ان کا چرچہ کرتے تھے، لوگ ان کو ایک دوسرے کو سناتے تھے، اور الگ الگ لکھ بھی رکھا تھا۔</w:t>
      </w:r>
    </w:p>
    <w:p>
      <w:r>
        <w:rPr>
          <w:b/>
        </w:rPr>
        <w:t xml:space="preserve">[03:40] </w:t>
      </w:r>
      <w:r>
        <w:t>logon ne</w:t>
      </w:r>
    </w:p>
    <w:p>
      <w:pPr>
        <w:jc w:val="right"/>
      </w:pPr>
      <w:r>
        <w:t>لوگوں نے</w:t>
      </w:r>
    </w:p>
    <w:p>
      <w:r>
        <w:rPr>
          <w:b/>
        </w:rPr>
        <w:t xml:space="preserve">[03:41] </w:t>
      </w:r>
      <w:r>
        <w:t>likhi hui halat mein bhi Hadithein thin, to jagah jagah thin, lekin bade paimane par baqayda taur par jis ko kehte hain tadween karna, us paimane par Hadithein Abbas period mein ikattha ki gayi.</w:t>
      </w:r>
    </w:p>
    <w:p>
      <w:pPr>
        <w:jc w:val="right"/>
      </w:pPr>
      <w:r>
        <w:t>لکھی ہوئی حالت میں بھی حدیثیں تھیں، تو جگہ جگہ تھیں، لیکن بڑے پیمانے پر باقاعدہ طور پر جس کو کہتے ہیں تدوین کرنا، اس پیمانے پر حدیثیں عباس پیریڈ میں اکٹھا کی گئی۔</w:t>
      </w:r>
    </w:p>
    <w:p>
      <w:r>
        <w:rPr>
          <w:b/>
        </w:rPr>
        <w:t xml:space="preserve">[03:57] </w:t>
      </w:r>
      <w:r>
        <w:t>yahan do baatein mein clear karna chahta hoon, woh yeh hai ke yeh hum mante hain, sab log kehte hain ke Hadithon mein bahut si mauzu Hadithein hain, yani banawati Hadithein, khud se bana liya logon ne.</w:t>
      </w:r>
    </w:p>
    <w:p>
      <w:pPr>
        <w:jc w:val="right"/>
      </w:pPr>
      <w:r>
        <w:t>یہاں دو باتیں میں کلیئر کرنا چاہتا ہوں، وہ یہ ہے کہ یہ ہم مانتے ہیں، سب لوگ کہتے ہیں کہ حدیثوں میں بہت سی موضوع حدیثیں ہیں، یعنی بناوٹی حدیثیں، خود سے بنا لیا لوگوں نے۔</w:t>
      </w:r>
    </w:p>
    <w:p>
      <w:r>
        <w:rPr>
          <w:b/>
        </w:rPr>
        <w:t xml:space="preserve">[04:12] </w:t>
      </w:r>
      <w:r>
        <w:t>aisi Hadith hai. to yeh sawal logon ka andar hota hai ke kaise hum farq karein? kaise hum difference jaanein? to dekhiye, yeh koi difficult kaam nahi hai.</w:t>
      </w:r>
    </w:p>
    <w:p>
      <w:pPr>
        <w:jc w:val="right"/>
      </w:pPr>
      <w:r>
        <w:t>ایسی حدیث ہے۔ تو یہ سوال لوگوں کا اندر ہوتا ہے کہ کیسے ہم فرق کریں؟ کیسے ہم ڈیفرنس جانیں؟ تو دیکھیے، یہ کوئی ڈیفیکلٹ کام نہیں ہے۔</w:t>
      </w:r>
    </w:p>
    <w:p>
      <w:r>
        <w:rPr>
          <w:b/>
        </w:rPr>
        <w:t xml:space="preserve">[04:26] </w:t>
      </w:r>
      <w:r>
        <w:t>muhaddiseen ne 15 lakh aadmiyon ka data, jis ko kehte hain aap log, banaya hai. 15 lakh aadmiyon ki history ikattha ki hai,</w:t>
      </w:r>
    </w:p>
    <w:p>
      <w:pPr>
        <w:jc w:val="right"/>
      </w:pPr>
      <w:r>
        <w:t>محدثین نے 15 لاکھ آدمیوں کا ڈیٹا، جس کو کہتے ہیں آپ لوگ، بنایا ہے۔ 15 لاکھ آدمیوں کی ہسٹری اکٹھا کی ہے،</w:t>
      </w:r>
    </w:p>
    <w:p>
      <w:r>
        <w:rPr>
          <w:b/>
        </w:rPr>
        <w:t xml:space="preserve">[04:37] </w:t>
      </w:r>
      <w:r>
        <w:t>jis ko kehte hain ilm-e-rijal. ilm-e-rijal ek discipline hai, jis mein study ki jaati hai un aadmiyon ke jo jinhon ne narrate kiya, jo narrator thay, hadeeson ko bayan karne walon ko hum kehte hain raavi.</w:t>
      </w:r>
    </w:p>
    <w:p>
      <w:pPr>
        <w:jc w:val="right"/>
      </w:pPr>
      <w:r>
        <w:t>جس کو کہتے ہیں علم رجال۔ علم رجال ایک ڈسپلن ہے، جس میں اسٹڈی کی جاتی ہے ان آدمیوں کے جو جنہوں نے نیریٹ کیا، جو نیریٹر تھے، حدیثوں کو بیان کرنے والوں کو ہم کہتے ہیں راوی۔</w:t>
      </w:r>
    </w:p>
    <w:p>
      <w:r>
        <w:rPr>
          <w:b/>
        </w:rPr>
        <w:t xml:space="preserve">[04:53] </w:t>
      </w:r>
      <w:r>
        <w:t>raavi yaani narrator. to aise logon ki ginti 15 lakh tak pahunchti hai.</w:t>
      </w:r>
    </w:p>
    <w:p>
      <w:pPr>
        <w:jc w:val="right"/>
      </w:pPr>
      <w:r>
        <w:t>راوی یعنی نیریٹر۔ تو ایسے لوگوں کی گنتی 15 لاکھ تک پہنچتی ہے۔</w:t>
      </w:r>
    </w:p>
    <w:p>
      <w:r>
        <w:rPr>
          <w:b/>
        </w:rPr>
        <w:t xml:space="preserve">[05:00] </w:t>
      </w:r>
      <w:r>
        <w:t>logon ne bohat zabardast pemane par 15 lakh aadmiyon ko contact kiya Abbas period mein, aur is tarah kiya ke unhon ne yeh jo aaj kal yeh saare jhagde hote hain har mulk mein, is se poori tarah apne ko detach rakha, alag rakha.</w:t>
      </w:r>
    </w:p>
    <w:p>
      <w:pPr>
        <w:jc w:val="right"/>
      </w:pPr>
      <w:r>
        <w:t>لوگوں نے بہت زبردست پیمانے پر 15 لاکھ آدمیوں کو کنٹیکٹ کیا عباس پیریڈ میں، اور اس طرح کیا کہ انہوں نے یہ جو آج کل یہ سارے جھگڑے ہوتے ہیں ہر ملک میں، اس سے پوری طرح اپنے کو ڈیٹیچ رکھا، الگ رکھا۔</w:t>
      </w:r>
    </w:p>
    <w:p>
      <w:r>
        <w:rPr>
          <w:b/>
        </w:rPr>
        <w:t xml:space="preserve">[05:17] </w:t>
      </w:r>
      <w:r>
        <w:t>aap jaante hain ke Abbas period mein woh saari kharabiyan aa chuki theen politics mein, jis ko aaj le kar ke log ladai kar rahe hain idhar udhar.</w:t>
      </w:r>
    </w:p>
    <w:p>
      <w:pPr>
        <w:jc w:val="right"/>
      </w:pPr>
      <w:r>
        <w:t>آپ جانتے ہیں کہ عباس پیریڈ میں وہ ساری خرابیاں آ چکی تھیں پولیٹکس میں، جس کو آج لے کر کے لوگ لڑائی کر رہے ہیں ادھر ادھر۔</w:t>
      </w:r>
    </w:p>
    <w:p>
      <w:r>
        <w:rPr>
          <w:b/>
        </w:rPr>
        <w:t xml:space="preserve">[05:26] </w:t>
      </w:r>
      <w:r>
        <w:t>lekin yeh muhaddiseen jo thay, yeh jo scholars thay, unhon ne apne aap ko poori tarah is se alag rakha, yaani political jhagdon se alag rakhne hi ki wajah se yeh possible hua ke 15 lakh aadmiyon ke record tayyar karein.</w:t>
      </w:r>
    </w:p>
    <w:p>
      <w:pPr>
        <w:jc w:val="right"/>
      </w:pPr>
      <w:r>
        <w:t>لیکن یہ محدثین جو تھے، یہ جو سکالرز تھے، انہوں نے اپنے آپ کو پوری طرح اس سے الگ رکھا، یعنی پولیٹیکل جھگڑوں سے الگ رکھنے ہی کی وجہ سے یہ پاسیبل ہوا کہ 15 لاکھ آدمیوں کے کا ریکارڈ تیار کریں۔</w:t>
      </w:r>
    </w:p>
    <w:p>
      <w:r>
        <w:rPr>
          <w:b/>
        </w:rPr>
        <w:t xml:space="preserve">[05:40] </w:t>
      </w:r>
      <w:r>
        <w:t>yeh bhi ek history hai ke political jhagdon mein jo ulajhega, woh koi kaam nahi kar sakta. jis ko koi constructive kaam karna hai, to us ko pehla kaam yeh karna hoga ke political jhagdon se apne ko door le jaaye.</w:t>
      </w:r>
    </w:p>
    <w:p>
      <w:pPr>
        <w:jc w:val="right"/>
      </w:pPr>
      <w:r>
        <w:t>یہ بھی ایک ہسٹری ہے کہ پولیٹیکل جھگڑوں میں جو الجھے گا، وہ کوئی کام نہیں کر سکتا۔ جس کو کوئی کنسٹرکٹو کام کرنا ہے، تو اس کو پہلا کام یہ کرنا ہوگا کہ پولیٹیکل جھگڑوں سے اپنے کو دور لے جائے۔</w:t>
      </w:r>
    </w:p>
    <w:p>
      <w:r>
        <w:rPr>
          <w:b/>
        </w:rPr>
        <w:t xml:space="preserve">[05:55] </w:t>
      </w:r>
      <w:r>
        <w:t>aap gaur kijiye, main aksar sochta hoon yeh muhaddiseen jin ke mind mein lakhon hadeesein theen, kyunke is waqt memory, aap aap jaante hain ke jab memory bohat use hoti thi is zamane mein, to jo log memory bohat achhi hoti thi,</w:t>
      </w:r>
    </w:p>
    <w:p>
      <w:pPr>
        <w:jc w:val="right"/>
      </w:pPr>
      <w:r>
        <w:t>آپ غور کیجئے، میں اکثر سوچتا ہوں یہ محدثین جن کے مائنڈ میں لاکھوں حدیثیں تھیں، کیونکہ اس وقت میموری، آپ آپ جانتے ہیں کہ جب میموری بہت یوز ہوتی تھی اس زمانے میں، تو جو لوگ میموری بہت اچھی ہوتی تھی،</w:t>
      </w:r>
    </w:p>
    <w:p>
      <w:r>
        <w:rPr>
          <w:b/>
        </w:rPr>
        <w:t xml:space="preserve">[06:12] </w:t>
      </w:r>
      <w:r>
        <w:t>photographic memory aaj to chand logon ki hoti hai, us waqt har aadmi ki photographic memory thi, ya aisi samajh lijiye, aisi hoti hai. aaj kisi kisi ki photographic memory hoti hai.</w:t>
      </w:r>
    </w:p>
    <w:p>
      <w:pPr>
        <w:jc w:val="right"/>
      </w:pPr>
      <w:r>
        <w:t>فوٹوگرافک میموری آج تو چند لوگوں کی ہوتی ہے، اس وقت ہر آدمی کی فوٹوگرافک میموری تھی، یا ایسی سمجھ لیجئے، ایسی ہوتی ہے۔ آج کسی کسی کی فوٹوگرافک میموری ہوتی ہے۔</w:t>
      </w:r>
    </w:p>
    <w:p>
      <w:r>
        <w:rPr>
          <w:b/>
        </w:rPr>
        <w:t xml:space="preserve">[06:24] </w:t>
      </w:r>
      <w:r>
        <w:t>is zamane mein har aadmi hi ki photographic memory thi, kyunke likhna hota nahi tha, memory mein rakhte thay baaton ko. to photographic memory hua is zamane mein hua karti thi logon ki.</w:t>
      </w:r>
    </w:p>
    <w:p>
      <w:pPr>
        <w:jc w:val="right"/>
      </w:pPr>
      <w:r>
        <w:t>اس زمانے میں ہر آدمی ہی کی فوٹوگرافک میموری تھی، کیونکہ لکھنا ہوتا نہیں تھا، میموری میں رکھتے تھے باتوں کو۔ تو فوٹوگرافک میموری ہوا اس زمانے میں ہوا کرتی تھی لوگوں کی۔</w:t>
      </w:r>
    </w:p>
    <w:p>
      <w:r>
        <w:rPr>
          <w:b/>
        </w:rPr>
        <w:t xml:space="preserve">[06:37] </w:t>
      </w:r>
      <w:r>
        <w:t>to aap sochiye ke jin logon ke mind mein yeh saari hadeesein theen, agar woh ladne lagte rulers se, un excuses ko le kar, jaise le kar ke aaj ladaiyan karte hain log Muslim countries mein, to kya hota?</w:t>
      </w:r>
    </w:p>
    <w:p>
      <w:pPr>
        <w:jc w:val="right"/>
      </w:pPr>
      <w:r>
        <w:t>تو آپ سوچیے کہ جن لوگوں کے مائنڈ میں یہ ساری حدیثیں تھیں، اگر وہ لڑنے لگتے رولرز سے، ان ایکسکیوزز کو لے کر، جیسے لے کر کے آج لڑائیاں کرتے ہیں لوگ مسلم کنٹریز میں، تو کیا ہوتا؟</w:t>
      </w:r>
    </w:p>
    <w:p>
      <w:r>
        <w:rPr>
          <w:b/>
        </w:rPr>
        <w:t xml:space="preserve">[06:53] </w:t>
      </w:r>
      <w:r>
        <w:t>yeh saare log qatal kar diye jaate aur qabron pe chale jaate, aur hadees ka humein kuch pata hi nahi hota. hadees ka pata hi nahi hota humein ke hadees kahan gayi.</w:t>
      </w:r>
    </w:p>
    <w:p>
      <w:pPr>
        <w:jc w:val="right"/>
      </w:pPr>
      <w:r>
        <w:t>یہ سارے لوگ قتل کر دیے جاتے اور قبروں پہ چلے جاتے، اور حدیث کا ہمیں کچھ پتہ ہی نہیں ہوتا۔ حدیث کا پتہ ہی نہیں ہوتا ہمیں کہ حدیث کہاں گئی۔</w:t>
      </w:r>
    </w:p>
    <w:p>
      <w:r>
        <w:rPr>
          <w:b/>
        </w:rPr>
        <w:t xml:space="preserve">[07:06] </w:t>
      </w:r>
      <w:r>
        <w:t>jin mind mein, jin logon ke memory mein hadeesein theen, woh agar ladne lagte to yahi hota,</w:t>
      </w:r>
    </w:p>
    <w:p>
      <w:pPr>
        <w:jc w:val="right"/>
      </w:pPr>
      <w:r>
        <w:t>جن مائنڈ میں، جن لوگوں کے میموری میں حدیثیں تھیں، وہ اگر لڑنے لگتے تو یہی ہوتا،</w:t>
      </w:r>
    </w:p>
    <w:p>
      <w:r>
        <w:rPr>
          <w:b/>
        </w:rPr>
        <w:t xml:space="preserve">[07:14] </w:t>
      </w:r>
      <w:r>
        <w:t>jaisa ke Bangladesh mein hua, jaisa ke Pakistan mein hua, jaisa ke jaisa ke Afghanistan mein hua. har jagah kitne saare log lad lad ke qatal ho gaye aur qabron pe chale gaye.</w:t>
      </w:r>
    </w:p>
    <w:p>
      <w:pPr>
        <w:jc w:val="right"/>
      </w:pPr>
      <w:r>
        <w:t>جیسا کہ بنگلہ دیش میں ہوا، جیسا کہ پاکستان میں ہوا، جیسا کہ جیسا کہ افغانستان میں ہوا۔ ہر جگہ کتنے سارے لوگ لڑ لڑ کے قتل ہو گئے اور قبروں پہ چلے گئے۔</w:t>
      </w:r>
    </w:p>
    <w:p>
      <w:r>
        <w:rPr>
          <w:b/>
        </w:rPr>
        <w:t xml:space="preserve">[07:30] </w:t>
      </w:r>
      <w:r>
        <w:t>Abbas period mein aap ne kitabon mein padha hoga ke woh saari kharabiyan aa chuki theen, jis ko le kar aaj Muslim countries mein so-called Islamic, yaani jamaatein lad rahi hain apne apne rulers se.</w:t>
      </w:r>
    </w:p>
    <w:p>
      <w:pPr>
        <w:jc w:val="right"/>
      </w:pPr>
      <w:r>
        <w:t>عباس پیریڈ میں آپ نے کتابوں میں پڑھا ہوگا کہ وہ ساری خرابیاں آ چکی تھیں، جس کو لے کر آج مسلم کنٹریز میں سو کالڈ اسلامک، یعنی جماعتیں لڑ رہی ہیں اپنے اپنے رولرز سے۔</w:t>
      </w:r>
    </w:p>
    <w:p>
      <w:r>
        <w:rPr>
          <w:b/>
        </w:rPr>
        <w:t xml:space="preserve">[07:46] </w:t>
      </w:r>
      <w:r>
        <w:t>har jagah ladai chidi hui hai, aap jaante hain, Arab world mein Al-Ikhwan Al-Muslimeen jo hai, woh lad rahi hai, aur Pakistan wagera mein Islami Jamaat Islami lad rahi hai.</w:t>
      </w:r>
    </w:p>
    <w:p>
      <w:pPr>
        <w:jc w:val="right"/>
      </w:pPr>
      <w:r>
        <w:t>ہر جگہ لڑائی چھڑی ہوئی ہے، آپ جانتے ہیں، عرب ورلڈ میں الاخوال المسلمون جو ہے، وہ لڑ رہی ہے، اور پاکستان وغیرہ میں اسلامی جماعت اسلامی لڑ رہی ہے۔</w:t>
      </w:r>
    </w:p>
    <w:p>
      <w:r>
        <w:rPr>
          <w:b/>
        </w:rPr>
        <w:t xml:space="preserve">[07:58] </w:t>
      </w:r>
      <w:r>
        <w:t>har jagah yeh lad rahe hain log</w:t>
      </w:r>
    </w:p>
    <w:p>
      <w:pPr>
        <w:jc w:val="right"/>
      </w:pPr>
      <w:r>
        <w:t>ہر جگہ یہ لڑ رہے ہیں لوگ</w:t>
      </w:r>
    </w:p>
    <w:p>
      <w:r>
        <w:rPr>
          <w:b/>
        </w:rPr>
        <w:t xml:space="preserve">[08:00] </w:t>
      </w:r>
      <w:r>
        <w:t>jin cheezon ko le kar ke yeh rulers se lad rahe hain, yeh saari kharabiyan Abbas period mein maujood theen. agar aisa hota ke in in political kharabiyon ko le kar ladte yeh muhaddis, yeh scholars, ke yeh sab qabar pe chale jaate,</w:t>
      </w:r>
    </w:p>
    <w:p>
      <w:pPr>
        <w:jc w:val="right"/>
      </w:pPr>
      <w:r>
        <w:t>۔ جن چیزوں کو لے کر کے یہ رولرز سے لڑ رہے ہیں، یہ ساری خرابیاں عباس پیریڈ میں موجود تھیں۔ اگر ایسا ہوتا کہ ان ان پولیٹیکل خرابیوں کو لے کر لڑتے یہ محدث، یہ سکالرز، کہ یہ سب قبر پہ چلے جاتے،</w:t>
      </w:r>
    </w:p>
    <w:p>
      <w:r>
        <w:rPr>
          <w:b/>
        </w:rPr>
        <w:t xml:space="preserve">[08:19] </w:t>
      </w:r>
      <w:r>
        <w:t>qoul hadeeson ko jama karta, humein hadeeson ke baare mein kuch bhi pata na hota. phir is ke</w:t>
      </w:r>
    </w:p>
    <w:p>
      <w:pPr>
        <w:jc w:val="right"/>
      </w:pPr>
      <w:r>
        <w:t>قول حدیثوں کو جمع کرتا، ہمیں حدیثوں کے بارے میں کچھ بھی پتہ نہ ہوتا۔ پھر اس کے</w:t>
      </w:r>
    </w:p>
    <w:p>
      <w:r>
        <w:rPr>
          <w:b/>
        </w:rPr>
        <w:t xml:space="preserve">[08:26] </w:t>
      </w:r>
      <w:r>
        <w:t>isi liye hadees mein bohat zyada Rasool Allah ne mana kiya tha ke rulers mein tum kharabiyan dekhoge, lekin un se revolt mat karna. is ki yahi hikmat thi, is ke peeche yahi wisdom tha ke agar tum ladoge to jo kaam hona hai constructive, woh nahi hoga,</w:t>
      </w:r>
    </w:p>
    <w:p>
      <w:pPr>
        <w:jc w:val="right"/>
      </w:pPr>
      <w:r>
        <w:t>اسی لیے حدیث میں بہت زیادہ رسول اللہ نے منع کیا تھا کہ رولرز میں تم خرابیاں دیکھو گے، لیکن ان سے ریولٹ مت کرنا۔ اس کی یہی حکمت تھی، اس کے پیچھے یہی وزڈم تھا کہ اگر تم لڑو گے تو جو کام ہونا ہے کنسٹرکٹو، وہ نہیں ہوگا،</w:t>
      </w:r>
    </w:p>
    <w:p>
      <w:r>
        <w:rPr>
          <w:b/>
        </w:rPr>
        <w:t xml:space="preserve">[08:42] </w:t>
      </w:r>
      <w:r>
        <w:t>positive kaam nahi hoga. to saari Islamic learning jo hai, Abbas period mein is ki tadween hui hai.</w:t>
      </w:r>
    </w:p>
    <w:p>
      <w:pPr>
        <w:jc w:val="right"/>
      </w:pPr>
      <w:r>
        <w:t>پوزیٹیو کام نہیں ہوگا۔ تو ساری اسلامک لرننگ جو ہے، عباس پیریڈ میں اس کی تدوین ہوئی ہے۔</w:t>
      </w:r>
    </w:p>
    <w:p>
      <w:r>
        <w:rPr>
          <w:b/>
        </w:rPr>
        <w:t xml:space="preserve">[08:51] </w:t>
      </w:r>
      <w:r>
        <w:t>ab bataiye ke log ladte agar to sab khatm ho jaate? phir Abdullah ibn Zubair khatm ho gaye, aur Sayyid ibn Jubayr khatm ho gaye.</w:t>
      </w:r>
    </w:p>
    <w:p>
      <w:pPr>
        <w:jc w:val="right"/>
      </w:pPr>
      <w:r>
        <w:t>اب بتائیے کہ لوگ لڑتے اگر تو سب ختم ہو جاتے؟ پھر عبداللہ ابن زبیر ختم ہوگئے، اور سید ابن جبر ختم ہوگئے۔</w:t>
      </w:r>
    </w:p>
    <w:p>
      <w:r>
        <w:rPr>
          <w:b/>
        </w:rPr>
        <w:t xml:space="preserve">[09:00] </w:t>
      </w:r>
      <w:r>
        <w:t>bohat saare log khatm hue, maare gaye, woh log qatal kiye gaye. to yeh bohat badi hikmat thi, is ko samajh lijiye ke ek kaam ko karne ke liye doosre kaam ko chhodna padta hai.</w:t>
      </w:r>
    </w:p>
    <w:p>
      <w:pPr>
        <w:jc w:val="right"/>
      </w:pPr>
      <w:r>
        <w:t>بہت سارے لوگ ختم ہوئے، مارے گئے، وہ لوگ قتل کیے گئے۔ تو یہ بہت بڑی حکمت تھی، اس کو سمجھ لیجئے کہ ایک کام کو کرنے کے لیے دوسرے کام کو چھوڑنا پڑتا ہے۔</w:t>
      </w:r>
    </w:p>
    <w:p>
      <w:r>
        <w:rPr>
          <w:b/>
        </w:rPr>
        <w:t xml:space="preserve">[09:12] </w:t>
      </w:r>
      <w:r>
        <w:t>aap ek chahte hain ke constructive kaam karein to ladai bhadai chhodni padegi, is ko avoid karna padega.</w:t>
      </w:r>
    </w:p>
    <w:p>
      <w:pPr>
        <w:jc w:val="right"/>
      </w:pPr>
      <w:r>
        <w:t>آپ ایک چاہتے ہیں کہ کنسٹرکٹو کام کریں تو لڑائی بھڑائی چھوڑنی پڑے گی، اس کو اوائڈ کرنا پڑے گا۔</w:t>
      </w:r>
    </w:p>
    <w:p>
      <w:r>
        <w:rPr>
          <w:b/>
        </w:rPr>
        <w:t xml:space="preserve">[09:19] </w:t>
      </w:r>
      <w:r>
        <w:t>to in logon ne hadeeson ko, main yeh yeh bataunga aap ko ke yeh jo ilm-e-rijal banaya hai, logon ne kisi bhi hadees ko aap jaanch sakte hain ke woh sahi hai ke nahi sahi hai,</w:t>
      </w:r>
    </w:p>
    <w:p>
      <w:pPr>
        <w:jc w:val="right"/>
      </w:pPr>
      <w:r>
        <w:t>تو ان لوگوں نے حدیثوں کو، میں یہ یہ بتاؤں گا آپ کو کہ یہ جو علم رجال بنایا ہے، لوگوں نے کسی بھی حدیث کو آپ جانچ سکتے ہیں کہ وہ صحیح ہے کہ نہیں صحیح ہے،</w:t>
      </w:r>
    </w:p>
    <w:p>
      <w:r>
        <w:rPr>
          <w:b/>
        </w:rPr>
        <w:t xml:space="preserve">[09:34] </w:t>
      </w:r>
      <w:r>
        <w:t>kyunke jo neyritors hain, sab ke halaat maloom hain. un ke halaat maloom kar kar ke aap jaan sakte hain. agar aap chahen to direct tor par khud aap un kitabon ko parhen.</w:t>
      </w:r>
    </w:p>
    <w:p>
      <w:pPr>
        <w:jc w:val="right"/>
      </w:pPr>
      <w:r>
        <w:t>کیونکہ جو نیریٹرز ہیں، سب کے حالات معلوم ہیں۔ ان کے حالات معلوم کر کر کے آپ جان سکتے ہیں۔ اگر آپ چاہیں تو ڈائریکٹ طور پر خود آپ ان کتابوں کو پڑھیں۔</w:t>
      </w:r>
    </w:p>
    <w:p>
      <w:r>
        <w:rPr>
          <w:b/>
        </w:rPr>
        <w:t xml:space="preserve">[09:46] </w:t>
      </w:r>
      <w:r>
        <w:t>agar aap ke pas time nahin hai to allama naseeruddin al albani ne chah jildon mein kitab likhi, chah volume mein, chah volume mein.</w:t>
      </w:r>
    </w:p>
    <w:p>
      <w:pPr>
        <w:jc w:val="right"/>
      </w:pPr>
      <w:r>
        <w:t>اگر آپ کے پاس ٹائم نہیں ہے تو علامہ ناصر الدین الالبانی نے چھ جلدوں میں کتاب لکھی، چھ والیوم میں، چھ والیوم میں۔</w:t>
      </w:r>
    </w:p>
    <w:p>
      <w:r>
        <w:rPr>
          <w:b/>
        </w:rPr>
        <w:t xml:space="preserve">[09:56] </w:t>
      </w:r>
      <w:r>
        <w:t>ek set ka naam hai "al ahadees al sahiha", doosre ka naam hai "al ahadees al daeefa". poori life khatam kar ke unhon ne hadeeson ko chanta, aur jo hadeesen authentic theen, un ko unhon ne "al ahadees al sahiha" mein ikattha kar diya,</w:t>
      </w:r>
    </w:p>
    <w:p>
      <w:pPr>
        <w:jc w:val="right"/>
      </w:pPr>
      <w:r>
        <w:t>ایک سیٹ کا نام ہے "الاحادیث الصحیحہ"، دوسرے کا نام ہے "الاحادیث الضعیفہ"۔ پوری لائف ختم کر کے انہوں نے حدیثوں کو چھانٹا، اور جو حدیثیں اتھینٹک تھیں، ان کو انہوں نے "الاحادیث الصحیحہ" میں اکٹھا کر دیا،</w:t>
      </w:r>
    </w:p>
    <w:p>
      <w:r>
        <w:rPr>
          <w:b/>
        </w:rPr>
        <w:t xml:space="preserve">[10:12] </w:t>
      </w:r>
      <w:r>
        <w:t>jo hadeesen authentic nahin theen, un ko "al ahadees al daeefa" mein ikattha kar diya. to aap agar chahen ke direct tor par ek ek hadees ko chanein to fan rijal ki kitabon ko parhiye,</w:t>
      </w:r>
    </w:p>
    <w:p>
      <w:pPr>
        <w:jc w:val="right"/>
      </w:pPr>
      <w:r>
        <w:t>جو حدیثیں اتھینٹک نہیں تھیں، ان کو "الاحادیث الضعیفہ" میں اکٹھا کر دیا۔ تو آپ اگر چاہیں کہ ڈائریکٹ طور پر ایک ایک حدیث کو چھانیں تو فن رجال کی کتابوں کو پڑھیے،</w:t>
      </w:r>
    </w:p>
    <w:p>
      <w:r>
        <w:rPr>
          <w:b/>
        </w:rPr>
        <w:t xml:space="preserve">[10:27] </w:t>
      </w:r>
      <w:r>
        <w:t>jis mein ek ek aadmi ke halaat likhe hue maujood hain. agar aap ke pas itna time nahin hai to albani sahib ki yeh kitab dekh lijiyey, aap chanta chanta kar unhon ne alag kar diya.</w:t>
      </w:r>
    </w:p>
    <w:p>
      <w:pPr>
        <w:jc w:val="right"/>
      </w:pPr>
      <w:r>
        <w:t>جس میں ایک ایک آدمی کے حالات لکھے ہوئے موجود ہیں۔ اگر آپ کے پاس اتنا ٹائم نہیں ہے تو البانی صاحب کی یہ کتاب دیکھ لیجئے، آپ چھانٹ چھانٹ کر انہوں نے الگ کر دیا۔</w:t>
      </w:r>
    </w:p>
    <w:p>
      <w:r>
        <w:rPr>
          <w:b/>
        </w:rPr>
        <w:t xml:space="preserve">[10:40] </w:t>
      </w:r>
      <w:r>
        <w:t>"al ahadees al sahiha" mein authentic hadeesen hain, "al ahadees al daeefa" mein woh hadeesen hain jo authentic nahin hain. yeh koi mushkil kaam nahin ke hadeeson ko chanta jae.</w:t>
      </w:r>
    </w:p>
    <w:p>
      <w:pPr>
        <w:jc w:val="right"/>
      </w:pPr>
      <w:r>
        <w:t>"الاحادیث الصحیحہ" میں اتھینٹک حدیثیں ہیں، "الاحادیث الضعیفہ" میں وہ حدیثیں ہیں جو اتھینٹک نہیں ہیں۔ یہ کوئی مشکل کام نہیں کہ حدیثوں کو چھانٹا جائے۔</w:t>
      </w:r>
    </w:p>
    <w:p>
      <w:r>
        <w:rPr>
          <w:b/>
        </w:rPr>
        <w:t xml:space="preserve">[10:54] </w:t>
      </w:r>
      <w:r>
        <w:t>to main yeh keh raha tha ke jis zamane mein hadeesen ikattha ki gayeen, us zamane mein ek problem samne aaya.</w:t>
      </w:r>
    </w:p>
    <w:p>
      <w:pPr>
        <w:jc w:val="right"/>
      </w:pPr>
      <w:r>
        <w:t>تو میں یہ کہہ رہا تھا کہ جس زمانے میں حدیثیں اکٹھا کی گئیں، اس زمانے میں ایک پرابلم سامنے آیا۔</w:t>
      </w:r>
    </w:p>
    <w:p>
      <w:r>
        <w:rPr>
          <w:b/>
        </w:rPr>
        <w:t xml:space="preserve">[11:00] </w:t>
      </w:r>
      <w:r>
        <w:t>woh problem samne yeh aaya ke yeh hadeesen batati theen ke sahaba ne, rasool Allah companion ne, namaz kis tarah parhi.</w:t>
      </w:r>
    </w:p>
    <w:p>
      <w:pPr>
        <w:jc w:val="right"/>
      </w:pPr>
      <w:r>
        <w:t>وہ پرابلم سامنے یہ آیا کہ یہ حدیثیں بتاتی تھیں کہ صحابہ نے، رسول اللہ کمپینین نے، نماز کس طرح پڑھی۔</w:t>
      </w:r>
    </w:p>
    <w:p>
      <w:r>
        <w:rPr>
          <w:b/>
        </w:rPr>
        <w:t xml:space="preserve">[11:09] </w:t>
      </w:r>
      <w:r>
        <w:t>misal ke tor par, for example, sab se zyada jo differences paida hue, woh namaz kaise parhi jae, us ke upar paida hue. to pata yeh chala ke in logon ne different tareeqe se namaz parhi hai.</w:t>
      </w:r>
    </w:p>
    <w:p>
      <w:pPr>
        <w:jc w:val="right"/>
      </w:pPr>
      <w:r>
        <w:t>مثال کے طور پر، فار ایگزامپل، سب سے زیادہ جو ڈیفرنسز پیدا ہوئے، وہ نماز کیسے پڑھی جائے، اس کے اوپر پیدا ہوئے۔ تو پتہ یہ چلا کہ ان لوگوں نے ڈفرنٹ طریقے سے نماز پڑھی ہے۔</w:t>
      </w:r>
    </w:p>
    <w:p>
      <w:r>
        <w:rPr>
          <w:b/>
        </w:rPr>
        <w:t xml:space="preserve">[11:22] </w:t>
      </w:r>
      <w:r>
        <w:t>to companion jo the, wohi to namuna the. al qudwahtum yeh samjha jata tha.</w:t>
      </w:r>
    </w:p>
    <w:p>
      <w:pPr>
        <w:jc w:val="right"/>
      </w:pPr>
      <w:r>
        <w:t>تو کمپینین جو تھے، وہی تو نمونہ تھے۔ القدوتہم یہ سمجھا جاتا تھا۔</w:t>
      </w:r>
    </w:p>
    <w:p>
      <w:r>
        <w:rPr>
          <w:b/>
        </w:rPr>
        <w:t xml:space="preserve">[11:29] </w:t>
      </w:r>
      <w:r>
        <w:t>rasool Allah ne kaha tha ke "ashabuki al nujoom bi ayihim iqtadaytum azdaytum". mere sahaba jo hain, woh woh sitaron ki tarah hain, un ki pervi karo tum.</w:t>
      </w:r>
    </w:p>
    <w:p>
      <w:pPr>
        <w:jc w:val="right"/>
      </w:pPr>
      <w:r>
        <w:t>رسول اللہ نے کہا تھا کہ "اصحابک النجوم بیایہم اقتدیتم ازدیتم"۔ میرے صحابہ جو ہیں، وہ وہ ستاروں کی طرح ہیں، ان کی پیروی کرو تم۔</w:t>
      </w:r>
    </w:p>
    <w:p>
      <w:r>
        <w:rPr>
          <w:b/>
        </w:rPr>
        <w:t xml:space="preserve">[11:42] </w:t>
      </w:r>
      <w:r>
        <w:t>to ab jab sahaba se yeh sari hadeesen sahaba se mili theen, hum ko rasool Allah se suna, sahaba unhein, sahaba ne bayan kiya doosron se.</w:t>
      </w:r>
    </w:p>
    <w:p>
      <w:pPr>
        <w:jc w:val="right"/>
      </w:pPr>
      <w:r>
        <w:t>تو اب جب صحابہ سے یہ ساری حدیثیں صحابہ سے ملی تھیں، ہم کو رسول اللہ سے سنا، صحابہ انہیں، صحابہ نے بیان کیا دوسروں سے۔</w:t>
      </w:r>
    </w:p>
    <w:p>
      <w:r>
        <w:rPr>
          <w:b/>
        </w:rPr>
        <w:t xml:space="preserve">[11:51] </w:t>
      </w:r>
      <w:r>
        <w:t>to ab jo hadeesen aayeen, us mein pata chala ke sahabi jo the, woh sab ke sab namaz ek dhang par nahin parhte the.</w:t>
      </w:r>
    </w:p>
    <w:p>
      <w:pPr>
        <w:jc w:val="right"/>
      </w:pPr>
      <w:r>
        <w:t>تو اب جو حدیثیں آئیں، اس میں پتہ چلا کہ صحابی جو تھے، وہ سب کے سب نماز ایک ڈھنگ پر نہیں پڑھتے تھے۔</w:t>
      </w:r>
    </w:p>
    <w:p>
      <w:r>
        <w:rPr>
          <w:b/>
        </w:rPr>
        <w:t xml:space="preserve">[12:00] </w:t>
      </w:r>
      <w:r>
        <w:t>misalan kisi ne hath uthaya "Allah o Akbar" ka to hath yahan tak uthaya, kisi ne yahan tak uthaya, kisi ne hath bandha to yahan hath bandha, kisi ne yahan hath bandha, kisi ne "ameen" zor se keh diya, kisi ne "ameen" dheere se keh diya.</w:t>
      </w:r>
    </w:p>
    <w:p>
      <w:pPr>
        <w:jc w:val="right"/>
      </w:pPr>
      <w:r>
        <w:t>مثلاً کسی نے ہاتھ اٹھایا "اللہ اکبر" کا تو ہاتھ یہاں تک اٹھایا، کسی نے یہاں تک اٹھایا، کسی نے ہاتھ باندھا تو یہاں ہاتھ باندھا، کسی نے یہاں ہاتھ باندھا، کسی نے "امین" زور سے کہہ دیا، کسی نے "امین" دھیرے سے کہہ دیا۔</w:t>
      </w:r>
    </w:p>
    <w:p>
      <w:r>
        <w:rPr>
          <w:b/>
        </w:rPr>
        <w:t xml:space="preserve">[12:17] </w:t>
      </w:r>
      <w:r>
        <w:t>yahi sab cheezein jo aaj jis par fiqhi school bane hue hain, to jis ko aap kehte hain "siyashata" yani hadees ki chah</w:t>
      </w:r>
    </w:p>
    <w:p>
      <w:pPr>
        <w:jc w:val="right"/>
      </w:pPr>
      <w:r>
        <w:t>یہی سب چیزیں جو آج جس پر فقہی اسکول بنے ہوئے ہیں، تو جس کو آپ کہتے ہیں "سیاشطہ" یعنی حدیث کی چھ</w:t>
      </w:r>
    </w:p>
    <w:p>
      <w:r>
        <w:rPr>
          <w:b/>
        </w:rPr>
        <w:t xml:space="preserve">[12:26] </w:t>
      </w:r>
      <w:r>
        <w:t>kitabein, agar aap parhen un ko to yeh sare differences isi mein aap ko milenge ke rasool Allah ke jo companion the, unhon ne namazein kai dhang se parheen, ek dhang se nahin parheen.</w:t>
      </w:r>
    </w:p>
    <w:p>
      <w:pPr>
        <w:jc w:val="right"/>
      </w:pPr>
      <w:r>
        <w:t>کتابیں، اگر آپ پڑھیں ان کو تو یہ سارے ڈیفرنسز اسی میں آپ کو ملیں گے کہ رسول اللہ کے جو کمپینین تھے، انہوں نے نمازیں کئی ڈھنگ سے پڑھیں، ایک ڈھنگ سے نہیں پڑھیں۔</w:t>
      </w:r>
    </w:p>
    <w:p>
      <w:r>
        <w:rPr>
          <w:b/>
        </w:rPr>
        <w:t xml:space="preserve">[12:40] </w:t>
      </w:r>
      <w:r>
        <w:t>ab sawal paida hua ke jab sahabi hi namuna hain, unhi se humein lena hai ke kaise namaz parhi jae, aur wohi alag alag dhang se parh rahe hain, to hum kya karein?</w:t>
      </w:r>
    </w:p>
    <w:p>
      <w:pPr>
        <w:jc w:val="right"/>
      </w:pPr>
      <w:r>
        <w:t>اب سوال پیدا ہوا کہ جب صحابی ہی نمونہ ہیں، انہی سے ہمیں لینا ہے کہ کیسے نماز پڑھی جائے، اور وہی الگ الگ ڈھنگ سے پڑھ رہے ہیں، تو ہم کیا کریں؟</w:t>
      </w:r>
    </w:p>
    <w:p>
      <w:r>
        <w:rPr>
          <w:b/>
        </w:rPr>
        <w:t xml:space="preserve">[12:49] </w:t>
      </w:r>
      <w:r>
        <w:t>ab yahan par ek bahut badi bhool hui logon se.</w:t>
      </w:r>
    </w:p>
    <w:p>
      <w:pPr>
        <w:jc w:val="right"/>
      </w:pPr>
      <w:r>
        <w:t>اب یہاں پر ایک بہت بڑی بھول ہوئی لوگوں سے۔</w:t>
      </w:r>
    </w:p>
    <w:p>
      <w:r>
        <w:rPr>
          <w:b/>
        </w:rPr>
        <w:t xml:space="preserve">[12:55] </w:t>
      </w:r>
      <w:r>
        <w:t>woh bhool yeh hui ke unhon ne keh diya ke "al haq la ta'addud". yeh principle bilkul false principle tha. yeh "al haq la ta'addud" haq kai nahin ho sakta.</w:t>
      </w:r>
    </w:p>
    <w:p>
      <w:pPr>
        <w:jc w:val="right"/>
      </w:pPr>
      <w:r>
        <w:t>وہ بھول یہ ہوئی کہ انہوں نے کہہ دیا کہ "الحق لا تعدد"۔ یہ پرنسپل بالکل فالس پرنسپل تھا۔ یہ "الحق لا تعدد" حق کئی نہیں ہو سکتا۔</w:t>
      </w:r>
    </w:p>
    <w:p>
      <w:r>
        <w:rPr>
          <w:b/>
        </w:rPr>
        <w:t xml:space="preserve">[13:07] </w:t>
      </w:r>
      <w:r>
        <w:t>"al haq la ta'addud" mani hain haq kai nahin ho sakta, yani namaz ka ek hi tareeqa sahi hoga, doosra galat hoga. yani agar koi kisi ne keh diya "ameen" zor se aur kisi ne kaha ke dheere se, to dono mein se ek hi ko sahi hoga, doosra galat hoga.</w:t>
      </w:r>
    </w:p>
    <w:p>
      <w:pPr>
        <w:jc w:val="right"/>
      </w:pPr>
      <w:r>
        <w:t>"الحق لا تعدد" معنی ہیں حق کئی نہیں ہو سکتا، یعنی نماز کا ایک ہی طریقہ صحیح ہوگا، دوسرا غلط ہوگا۔ یعنی اگر کوئی کسی نے کہہ دیا "امین" زور سے اور کسی نے کہا کہ دھیرے سے، تو دونوں میں سے ایک ہی کو صحیح ہوگا، دوسرا غلط ہوگا۔</w:t>
      </w:r>
    </w:p>
    <w:p>
      <w:r>
        <w:rPr>
          <w:b/>
        </w:rPr>
        <w:t xml:space="preserve">[13:25] </w:t>
      </w:r>
      <w:r>
        <w:t>kisi ne yahan agar neet bandhi aur kisi ne yahan bandhi, dono mein se ek hi tareeqa sahi hoga, doosra galat hoga. ab poora jhagda is par khada hua. "al haq la ta'addud" haq to ek hi hoga.</w:t>
      </w:r>
    </w:p>
    <w:p>
      <w:pPr>
        <w:jc w:val="right"/>
      </w:pPr>
      <w:r>
        <w:t>کسی نے یہاں اگر نیت باندھی اور کسی نے یہاں باندھی، دونوں میں سے ایک ہی طریقہ صحیح ہوگا، دوسرا غلط ہوگا۔ اب پورا جھگڑا اس پر کھڑا ہوا۔ "الحق لا تعدد" حق تو ایک ہی ہوگا۔</w:t>
      </w:r>
    </w:p>
    <w:p>
      <w:r>
        <w:rPr>
          <w:b/>
        </w:rPr>
        <w:t xml:space="preserve">[13:39] </w:t>
      </w:r>
      <w:r>
        <w:t>yeh bahut hi bada bhool hui hai hamari history mein, jis ko aaj tak hum bhugat rahe hain ke Islam ke naam par bahut sare group bane hue hain.</w:t>
      </w:r>
    </w:p>
    <w:p>
      <w:pPr>
        <w:jc w:val="right"/>
      </w:pPr>
      <w:r>
        <w:t>یہ بہت ہی بڑا بھول ہوئی ہے ہماری ہسٹری میں، جس کو آج تک ہم بھگت رہے ہیں کہ اسلام کے نام پر بہت سارے گروپ بنے ہوئے ہیں۔</w:t>
      </w:r>
    </w:p>
    <w:p>
      <w:r>
        <w:rPr>
          <w:b/>
        </w:rPr>
        <w:t xml:space="preserve">[13:49] </w:t>
      </w:r>
      <w:r>
        <w:t>ek aadmi doosri masjid mein namaz nahin parhta, ek aadmi doosre imam ke peechhe namaz nahin parhta.</w:t>
      </w:r>
    </w:p>
    <w:p>
      <w:pPr>
        <w:jc w:val="right"/>
      </w:pPr>
      <w:r>
        <w:t>ایک آدمی دوسری مسجد میں نماز نہیں پڑھتا، ایک آدمی دوسرے امام کے پیچھے نماز نہیں پڑھتا۔</w:t>
      </w:r>
    </w:p>
    <w:p>
      <w:r>
        <w:rPr>
          <w:b/>
        </w:rPr>
        <w:t xml:space="preserve">[13:55] </w:t>
      </w:r>
      <w:r>
        <w:t>ab bahut jhagde agar aap jante hon to is ki wajah se paida hue hain. to unhon ne kya kaha ke hum phir kya karenge? hum is ko pata karenge aur pata kar ke kuch ko kuch ko len, kuch ko nahin lenge.</w:t>
      </w:r>
    </w:p>
    <w:p>
      <w:pPr>
        <w:jc w:val="right"/>
      </w:pPr>
      <w:r>
        <w:t>اب بہت جھگڑے اگر آپ جانتے ہوں تو اس کی وجہ سے پیدا ہوئے ہیں۔ تو انہوں نے کیا کہا کہ ہم پھر کیا کریں گے؟ ہم اس کو پتہ کریں گے اور پتہ کر کے کچھ کو کچھ کو لیں، کچھ کو نہیں لیں گے۔</w:t>
      </w:r>
    </w:p>
    <w:p>
      <w:r>
        <w:rPr>
          <w:b/>
        </w:rPr>
        <w:t xml:space="preserve">[14:10] </w:t>
      </w:r>
      <w:r>
        <w:t>yani jis ko kehte hain tarjeeh, kisi ko ya to galat sabit karenge ya us ko hum tarjeeh denge. yani ek ko chhod kar doosre ko afzal samjhenge.</w:t>
      </w:r>
    </w:p>
    <w:p>
      <w:pPr>
        <w:jc w:val="right"/>
      </w:pPr>
      <w:r>
        <w:t>یعنی جس کو کہتے ہیں ترجیح، کسی کو یا تو غلط ثابت کریں گے یا اس کو ہم ترجیح دیں گے۔ یعنی ایک کو چھوڑ کر دوسرے کو افضل سمجھیں گے۔</w:t>
      </w:r>
    </w:p>
    <w:p>
      <w:r>
        <w:rPr>
          <w:b/>
        </w:rPr>
        <w:t xml:space="preserve">[14:21] </w:t>
      </w:r>
      <w:r>
        <w:t>ab ek poori woh kar ke logon ne kai set banaye, jo kai fiqhi school hain, is mein yahi ke kuch ko chhod kar unhon ne kuch aur ko le kar ke ek set banaya apna, ek set pattern.</w:t>
      </w:r>
    </w:p>
    <w:p>
      <w:pPr>
        <w:jc w:val="right"/>
      </w:pPr>
      <w:r>
        <w:t>اب ایک پوری وہ کر کے لوگوں نے کئی سیٹ بنائے، جو کئی فقہی اسکول ہیں، اس میں یہی کہ کچھ کو چھوڑ کر انہوں نے کچھ اور کو لے کر کے ایک سیٹ بنایا اپنا، ایک سیٹ پیٹرن۔</w:t>
      </w:r>
    </w:p>
    <w:p>
      <w:r>
        <w:rPr>
          <w:b/>
        </w:rPr>
        <w:t xml:space="preserve">[14:34] </w:t>
      </w:r>
      <w:r>
        <w:t>to chaar yeh jo hain ya paanch jo hain, aaj kal jo zyada tar maujood hain, hamare haan paanch set pattern hain ya namaz parhne ke, aur bhi doosri cheezein bhi hain.</w:t>
      </w:r>
    </w:p>
    <w:p>
      <w:pPr>
        <w:jc w:val="right"/>
      </w:pPr>
      <w:r>
        <w:t>تو چار یہ جو ہیں یا پانچ جو ہیں، آج کل جو زیادہ تر موجود ہیں، ہمارے ہاں پانچ سیٹ پیٹرن ہیں یا نماز پڑھنے کے، اور بھی دوسری چیزیں بھی ہیں۔</w:t>
      </w:r>
    </w:p>
    <w:p>
      <w:r>
        <w:rPr>
          <w:b/>
        </w:rPr>
        <w:t xml:space="preserve">[14:45] </w:t>
      </w:r>
      <w:r>
        <w:t>yeh sab bilkul ek bekaar kaam hai. yeh ki</w:t>
      </w:r>
    </w:p>
    <w:p>
      <w:pPr>
        <w:jc w:val="right"/>
      </w:pPr>
      <w:r>
        <w:t>یہ سب بالکل ایک بیکار کام ہے۔ یہ کی</w:t>
      </w:r>
    </w:p>
    <w:p>
      <w:r>
        <w:rPr>
          <w:b/>
        </w:rPr>
        <w:t xml:space="preserve">[14:49] </w:t>
      </w:r>
      <w:r>
        <w:t>oon? dekhiye, is ki logic kitni galat hai.</w:t>
      </w:r>
    </w:p>
    <w:p>
      <w:pPr>
        <w:jc w:val="right"/>
      </w:pPr>
      <w:r>
        <w:t>وں؟ دیکھیے، اس کی لاجک کتنی غلط ہے۔</w:t>
      </w:r>
    </w:p>
    <w:p>
      <w:r>
        <w:rPr>
          <w:b/>
        </w:rPr>
        <w:t xml:space="preserve">[14:55] </w:t>
      </w:r>
      <w:r>
        <w:t>logic is liye galat hai ke jab ek tareeqa aap ko mil raha hai sahabi se, doosra tareeqa bhi sahabi se mil raha hai aap ko, to aap ko yeh right hi nahi ke ek ek ko na manen, doosre ko manen.</w:t>
      </w:r>
    </w:p>
    <w:p>
      <w:pPr>
        <w:jc w:val="right"/>
      </w:pPr>
      <w:r>
        <w:t>لاجک اس لیے غلط ہے کہ جب ایک طریقہ آپ کو مل رہا ہے صحابی سے، دوسرا طریقہ بھی صحابی سے مل رہا ہے آپ کو، تو آپ کو یہ رائٹ ہی نہیں کہ ایک ایک کو نہ مانیں، دوسرے کو مانیں۔</w:t>
      </w:r>
    </w:p>
    <w:p>
      <w:r>
        <w:rPr>
          <w:b/>
        </w:rPr>
        <w:t xml:space="preserve">[15:08] </w:t>
      </w:r>
      <w:r>
        <w:t>koi aap ke paas aisa aisa aap ke paas koi authority nahi hai.</w:t>
      </w:r>
    </w:p>
    <w:p>
      <w:pPr>
        <w:jc w:val="right"/>
      </w:pPr>
      <w:r>
        <w:t>کوئی آپ کے پاس ایسا ایسا آپ کے پاس کوئی اتھارٹی نہیں ہے۔</w:t>
      </w:r>
    </w:p>
    <w:p>
      <w:r>
        <w:rPr>
          <w:b/>
        </w:rPr>
        <w:t xml:space="preserve">[15:14] </w:t>
      </w:r>
      <w:r>
        <w:t>jab dono hi tareeqe sahabi se mil rahe hain, to kis ne aap ko right diya ke aap ek ko reject karen, doosre ko manen? kitni galat logic hai yeh.</w:t>
      </w:r>
    </w:p>
    <w:p>
      <w:pPr>
        <w:jc w:val="right"/>
      </w:pPr>
      <w:r>
        <w:t>جب دونوں ہی طریقے صحابی سے مل رہے ہیں، تو کس نے آپ کو رائٹ دیا کہ آپ ایک کو ریجیکٹ کریں، دوسرے کو مانیں؟ کتنی غلط لاجک ہے یہ۔</w:t>
      </w:r>
    </w:p>
    <w:p>
      <w:r>
        <w:rPr>
          <w:b/>
        </w:rPr>
        <w:t xml:space="preserve">[15:25] </w:t>
      </w:r>
      <w:r>
        <w:t>aap par laazim hai ke dono ko manen, is ko bhi theek manen, is ko bhi theek manen, aur phir sochen ke dono hi kaise theek ho sakte hain.</w:t>
      </w:r>
    </w:p>
    <w:p>
      <w:pPr>
        <w:jc w:val="right"/>
      </w:pPr>
      <w:r>
        <w:t>آپ پر لازم ہے کہ دونوں کو مانیں، اس کو بھی ٹھیک مانیں، اس کو بھی ٹھیک مانیں، اور پھر سوچیں کہ دونوں ہی کیسے ٹھیک ہو سکتے ہیں۔</w:t>
      </w:r>
    </w:p>
    <w:p>
      <w:r>
        <w:rPr>
          <w:b/>
        </w:rPr>
        <w:t xml:space="preserve">[15:35] </w:t>
      </w:r>
      <w:r>
        <w:t>yaani pehla qulo aap ko jab yeh milega ke dono hi jab theek hain, to mujhe sochna padega ke dono kaise theek ho sakte hain.</w:t>
      </w:r>
    </w:p>
    <w:p>
      <w:pPr>
        <w:jc w:val="right"/>
      </w:pPr>
      <w:r>
        <w:t>یعنی پہلا قلو آپ کو جب یہ ملے گا کہ دونوں ہی جب ٹھیک ہیں، تو مجھے سوچنا پڑے گا کہ دونوں کیسے ٹھیک ہو سکتے ہیں۔</w:t>
      </w:r>
    </w:p>
    <w:p>
      <w:r>
        <w:rPr>
          <w:b/>
        </w:rPr>
        <w:t xml:space="preserve">[15:44] </w:t>
      </w:r>
      <w:r>
        <w:t>agar is tarah sochte hain na, to masla hal ho jata hai. woh kya? woh yeh ke aap dekhiye ke different sahabi jo hain, woh un ke yahan differences jo hain, woh do dhang ke hain.</w:t>
      </w:r>
    </w:p>
    <w:p>
      <w:pPr>
        <w:jc w:val="right"/>
      </w:pPr>
      <w:r>
        <w:t>اگر اس طرح سوچتے ہیں نا، تو مسئلہ حل ہو جاتا ہے۔ وہ کیا؟ وہ یہ کہ آپ دیکھیے کہ ڈفرنٹ صحابی جو ہیں، وہ ان کے یہاں ڈیفرنسز جو ہیں، وہ دو ڈھنگ کے ہیں۔</w:t>
      </w:r>
    </w:p>
    <w:p>
      <w:r>
        <w:rPr>
          <w:b/>
        </w:rPr>
        <w:t xml:space="preserve">[16:00] </w:t>
      </w:r>
      <w:r>
        <w:t>yaani jahan tak is baat ka ta'alluq hai ke namaz ke jo basic principles hain, is mein koi bhi difference nahi hai. misaal ke taur par saare sahabi kehte hain ke fajar ki namaz do rakat, saare kehte hain ke zuhr ki namaz chaar rakat, saare kehte hain ke asr ki namaz chaar rakat, saare kehte hain ke maghrib ki namaz teen rakat, saare kehte hain ke isha ki namaz chaar rakat.</w:t>
      </w:r>
    </w:p>
    <w:p>
      <w:pPr>
        <w:jc w:val="right"/>
      </w:pPr>
      <w:r>
        <w:t>یعنی جہاں تک اس بات کا تعلق ہے کہ نماز کے جو بیسک پرنسپلز ہیں، اس میں کوئی بھی ڈیفرنس نہیں ہے۔ مثلاً سارے صحابی کہتے ہیں کہ فجر کی نماز دو رکعت، سارے کہتے ہیں کہ ظہر کی نماز چار رکعت، سارے کہتے ہیں کہ عصر کی نماز چار رکعت، سارے کہتے ہیں کہ مغرب کی نماز تین رکعت، سارے کہتے ہیں کہ عشاء کی نماز چار رکعت۔</w:t>
      </w:r>
    </w:p>
    <w:p>
      <w:r>
        <w:rPr>
          <w:b/>
        </w:rPr>
        <w:t xml:space="preserve">[16:22] </w:t>
      </w:r>
      <w:r>
        <w:t>is mein koi bhi difference nahi hai, koi bhi difference nahi hai.</w:t>
      </w:r>
    </w:p>
    <w:p>
      <w:pPr>
        <w:jc w:val="right"/>
      </w:pPr>
      <w:r>
        <w:t>اس میں کوئی بھی ڈیفرنس نہیں ہے، کوئی بھی ڈیفرنس نہیں ہے۔</w:t>
      </w:r>
    </w:p>
    <w:p>
      <w:r>
        <w:rPr>
          <w:b/>
        </w:rPr>
        <w:t xml:space="preserve">[16:29] </w:t>
      </w:r>
      <w:r>
        <w:t>is tarah aur bhi kai cheezein hain jin ko hum farz kehte hain, koi difference is mein nahi hai. ab difference kis mein aata hai? wohi "ameen" zor se kahen ge, dheere se kahen waghera mein.</w:t>
      </w:r>
    </w:p>
    <w:p>
      <w:pPr>
        <w:jc w:val="right"/>
      </w:pPr>
      <w:r>
        <w:t>اس طرح اور بھی کئی چیزیں ہیں جن کو ہم فرائض کہتے ہیں، کوئی ڈیفرنس اس میں نہیں ہے۔ اب ڈیفرنس کس میں آتا ہے؟ وہی "امین" زور سے کہیں گے، دھیرے سے کہیں وغیرہ میں۔</w:t>
      </w:r>
    </w:p>
    <w:p>
      <w:r>
        <w:rPr>
          <w:b/>
        </w:rPr>
        <w:t xml:space="preserve">[16:39] </w:t>
      </w:r>
      <w:r>
        <w:t>wuzu karen to wuzu mein ek hi baar dho len ya do baar dhoen ke teen baar dhoen. to dekhiye, yahan par aap ko jaanna chahiye tha ke basics mein difference nahi hai, non basics mein difference hai.</w:t>
      </w:r>
    </w:p>
    <w:p>
      <w:pPr>
        <w:jc w:val="right"/>
      </w:pPr>
      <w:r>
        <w:t>وضو کریں تو وضو میں ایک ہی بار دھو لیں یا دو بار دھوئیں کہ تین بار دھوئیں۔ تو دیکھیے، یہاں پر آپ کو جاننا چاہیے تھا کہ بیسکس میں ڈیفرنس نہیں ہے، نان بیسکس میں ڈیفرنس ہے۔</w:t>
      </w:r>
    </w:p>
    <w:p>
      <w:r>
        <w:rPr>
          <w:b/>
        </w:rPr>
        <w:t xml:space="preserve">[16:54] </w:t>
      </w:r>
      <w:r>
        <w:t>har cheez mein kuch basics hote hain, kuch non basics hote hain.</w:t>
      </w:r>
    </w:p>
    <w:p>
      <w:pPr>
        <w:jc w:val="right"/>
      </w:pPr>
      <w:r>
        <w:t>ہر چیز میں کچھ بیسکس ہوتے ہیں، کچھ نان بیسکس ہوتے ہیں۔</w:t>
      </w:r>
    </w:p>
    <w:p>
      <w:r>
        <w:rPr>
          <w:b/>
        </w:rPr>
        <w:t xml:space="preserve">[16:57] </w:t>
      </w:r>
      <w:r>
        <w:t>jaise is kamre mein dekhiye, itne saare log baithe hue hain. ek aadmi aata hai, woh ek statement deta hai ke is kamre mein 100 aadmi baithe hue hain, suppose.</w:t>
      </w:r>
    </w:p>
    <w:p>
      <w:pPr>
        <w:jc w:val="right"/>
      </w:pPr>
      <w:r>
        <w:t>جیسے اس کمرے میں دیکھیے، اتنے سارے لوگ بیٹھے ہوئے ہیں۔ ایک آدمی آتا ہے، وہ ایک سٹیٹمنٹ دیتا ہے کہ اس کمرے میں 100 آدمی بیٹھے ہوئے ہیں، سپوز۔</w:t>
      </w:r>
    </w:p>
    <w:p>
      <w:r>
        <w:rPr>
          <w:b/>
        </w:rPr>
        <w:t xml:space="preserve">[17:09] </w:t>
      </w:r>
      <w:r>
        <w:t>ab kya sab ke baithne ka mood ek hi hai? ab dekhiye, baith is baat mein to koi farq nahi hai ke baithe hue hain, lekin alag alag mood se baithe hue hain, alag alag dhang se baithe hue</w:t>
      </w:r>
    </w:p>
    <w:p>
      <w:pPr>
        <w:jc w:val="right"/>
      </w:pPr>
      <w:r>
        <w:t>اب کیا سب کے بیٹھنے کا موڈ ایک ہی ہے؟ اب دیکھیے، بیٹھ اس بات میں تو کوئی فرق نہیں ہے کہ بیٹھے ہوئے ہیں، لیکن الگ الگ موڈ سے بیٹھے ہوئے ہیں، الگ الگ ڈھنگ سے بیٹھے ہوئے</w:t>
      </w:r>
    </w:p>
    <w:p>
      <w:r>
        <w:rPr>
          <w:b/>
        </w:rPr>
        <w:t xml:space="preserve">[17:22] </w:t>
      </w:r>
      <w:r>
        <w:t>hain. kisi ke paon phaila hua hai, kisi ke paon chimta hua hai, koi koi wall ko tek kar baitha hua hai, koi alag se baitha hua hai.</w:t>
      </w:r>
    </w:p>
    <w:p>
      <w:pPr>
        <w:jc w:val="right"/>
      </w:pPr>
      <w:r>
        <w:t>ہیں۔ کسی کے پاؤں پھیلا ہوا ہے، کسی کے پاؤں چمٹا ہوا ہے، کوئی کوئی وال کو ٹیک کر بیٹھا ہوا ہے، کوئی الگ سے بیٹھا ہوا ہے۔</w:t>
      </w:r>
    </w:p>
    <w:p>
      <w:r>
        <w:rPr>
          <w:b/>
        </w:rPr>
        <w:t xml:space="preserve">[17:31] </w:t>
      </w:r>
      <w:r>
        <w:t>to dekhiye, ek hai baithna, ek hai baithne ka tareeqa. to baithne mein koi farq nahi hai, lekin is mein farq hai.</w:t>
      </w:r>
    </w:p>
    <w:p>
      <w:pPr>
        <w:jc w:val="right"/>
      </w:pPr>
      <w:r>
        <w:t>تو دیکھیے، ایک ہے بیٹھنا، ایک ہے بیٹھنے کا طریقہ۔ تو بیٹھنے میں کوئی فرق نہیں ہے، لیکن اس میں فرق ہے۔</w:t>
      </w:r>
    </w:p>
    <w:p>
      <w:r>
        <w:rPr>
          <w:b/>
        </w:rPr>
        <w:t xml:space="preserve">[17:41] </w:t>
      </w:r>
      <w:r>
        <w:t>to is namaz mein yeh tha ke jo basics the namaz ke, woh ek the, lekin jo non basics the, us mein difference tha.</w:t>
      </w:r>
    </w:p>
    <w:p>
      <w:pPr>
        <w:jc w:val="right"/>
      </w:pPr>
      <w:r>
        <w:t>تو اس نماز میں یہ تھا کہ جو بیسکس تھے نماز کے، وہ ایک تھے، لیکن جو نان بیسکس تھے، اس میں ڈیفرنس تھا۔</w:t>
      </w:r>
    </w:p>
    <w:p>
      <w:r>
        <w:rPr>
          <w:b/>
        </w:rPr>
        <w:t xml:space="preserve">[17:50] </w:t>
      </w:r>
      <w:r>
        <w:t>and that was but natural.</w:t>
      </w:r>
    </w:p>
    <w:p>
      <w:pPr>
        <w:jc w:val="right"/>
      </w:pPr>
      <w:r>
        <w:t>اینڈ دیٹ واز بٹ نیچرل۔</w:t>
      </w:r>
    </w:p>
    <w:p>
      <w:r>
        <w:rPr>
          <w:b/>
        </w:rPr>
        <w:t xml:space="preserve">[17:53] </w:t>
      </w:r>
      <w:r>
        <w:t>kyun? dekhen, is is baat ko bhi samajhne mein bahut bhool log hui hai ke namaz koi set of rituals nahi hai, koi circus nahi hai.</w:t>
      </w:r>
    </w:p>
    <w:p>
      <w:pPr>
        <w:jc w:val="right"/>
      </w:pPr>
      <w:r>
        <w:t>کیوں؟ دیکھیں، اس اس بات کو بھی سمجھنے میں بہت بھول لوگ ہوئی ہے کہ نماز کوئی سیٹ آف ریچولز نہیں ہے، کوئی سرکس نہیں ہے۔</w:t>
      </w:r>
    </w:p>
    <w:p>
      <w:r>
        <w:rPr>
          <w:b/>
        </w:rPr>
        <w:t xml:space="preserve">[18:02] </w:t>
      </w:r>
      <w:r>
        <w:t>namaz circus nahi hai ke bilkul aise ek dam ek set pattern hai, us ko dohra do. namaz ek spirited kaam ka naam hai, ek spirit se namaz parhta hai aadmi.</w:t>
      </w:r>
    </w:p>
    <w:p>
      <w:pPr>
        <w:jc w:val="right"/>
      </w:pPr>
      <w:r>
        <w:t>نماز سرکس نہیں ہے کہ بالکل ایسے ایک دم ایک سیٹ پیٹرن ہے، اس کو دہرا دو۔ نماز ایک اسپیریٹڈ کام کا نام ہے، ایک اسپیٹ سے نماز پڑھتا ہے آدمی۔</w:t>
      </w:r>
    </w:p>
    <w:p>
      <w:r>
        <w:rPr>
          <w:b/>
        </w:rPr>
        <w:t xml:space="preserve">[18:16] </w:t>
      </w:r>
      <w:r>
        <w:t>to difference to aayega is mein,</w:t>
      </w:r>
    </w:p>
    <w:p>
      <w:pPr>
        <w:jc w:val="right"/>
      </w:pPr>
      <w:r>
        <w:t>تو ڈیفرنس تو آئے گا اس میں،</w:t>
      </w:r>
    </w:p>
    <w:p>
      <w:r>
        <w:rPr>
          <w:b/>
        </w:rPr>
        <w:t xml:space="preserve">[18:21] </w:t>
      </w:r>
      <w:r>
        <w:t>ab difference to aayega.</w:t>
      </w:r>
    </w:p>
    <w:p>
      <w:pPr>
        <w:jc w:val="right"/>
      </w:pPr>
      <w:r>
        <w:t>اب ڈیفرنس تو آئے گا۔</w:t>
      </w:r>
    </w:p>
    <w:p>
      <w:r>
        <w:rPr>
          <w:b/>
        </w:rPr>
        <w:t xml:space="preserve">[18:22] </w:t>
      </w:r>
      <w:r>
        <w:t>yani aap ki bohat ziyada dosti kisi se hai, woh aap ka bohat ziyada friend hai, to kya yeh possible hai ke aap aik banayein, aik aik aik woh aik tareeqa banayein ke dost se milne ka tareeqa aik paper par likhein ke dost se milne ka tareeqa?</w:t>
      </w:r>
    </w:p>
    <w:p>
      <w:pPr>
        <w:jc w:val="right"/>
      </w:pPr>
      <w:r>
        <w:t>یعنی آپ کی بہت زیادہ دوستی کسی سے ہے، وہ آپ کا بہت زیادہ فرینڈ ہے، تو کیا یہ پاسیبل ہے کہ آپ ایک بنائیں، ایک ایک ایک وہ ایک طریقہ بنائیں کہ دوست سے ملنے کا طریقہ ایک پیپر پر لکھیں کہ دوست سے ملنے کا طریقہ؟</w:t>
      </w:r>
    </w:p>
    <w:p>
      <w:r>
        <w:rPr>
          <w:b/>
        </w:rPr>
        <w:t xml:space="preserve">[18:39] </w:t>
      </w:r>
      <w:r>
        <w:t>ab yeh kahein ke jab mile to haath yun uthao aur phir haath yun barhao, phir aik qadam aage barhao, aik qadam peechay hatao, phir us se poocho ke chaye piyoge, pani piyoge?</w:t>
      </w:r>
    </w:p>
    <w:p>
      <w:pPr>
        <w:jc w:val="right"/>
      </w:pPr>
      <w:r>
        <w:t>اب یہ کہیں کہ جب ملے تو ہاتھ یوں اٹھاؤ اور پھر ہاتھ یوں بڑھاؤ، پھر ایک قدم آگے بڑھاؤ، ایک قدم پیچھے ہٹاؤ، پھر اس سے پوچھو کہ چائے پیو گے، پانی پیو گے؟</w:t>
      </w:r>
    </w:p>
    <w:p>
      <w:r>
        <w:rPr>
          <w:b/>
        </w:rPr>
        <w:t xml:space="preserve">[18:48] </w:t>
      </w:r>
      <w:r>
        <w:t>aisa kya chal sakta hai? kya dost se milne ka aisa koi method chal sakta hai? dost se milna bilkul aik spirit ke tehat hota hai, is mein differences zaroor aayenge.</w:t>
      </w:r>
    </w:p>
    <w:p>
      <w:pPr>
        <w:jc w:val="right"/>
      </w:pPr>
      <w:r>
        <w:t>ایسا کیا چل سکتا ہے؟ کیا دوست سے ملنے کا ایسا کوئی میتھڈ چل سکتا ہے؟ دوست سے ملنا بالکل ایک اسپیٹ کے تحت ہوتا ہے، اس میں ڈیفرنسز ضرور آئیں گے۔</w:t>
      </w:r>
    </w:p>
    <w:p>
      <w:r>
        <w:rPr>
          <w:b/>
        </w:rPr>
        <w:t xml:space="preserve">[19:00] </w:t>
      </w:r>
      <w:r>
        <w:t>aik baar alag tarah se milenge, doosri baar alag tarah se milenge. aap chunancha mein aik misaal deta hoon aap ko.</w:t>
      </w:r>
    </w:p>
    <w:p>
      <w:pPr>
        <w:jc w:val="right"/>
      </w:pPr>
      <w:r>
        <w:t>ایک بار الگ طرح سے ملیں گے، دوسری بار الگ طرح سے ملیں گے۔ آپ چنانچہ میں ایک مثال دیتا ہوں آپ کو۔</w:t>
      </w:r>
    </w:p>
    <w:p>
      <w:r>
        <w:rPr>
          <w:b/>
        </w:rPr>
        <w:t xml:space="preserve">[19:07] </w:t>
      </w:r>
      <w:r>
        <w:t>rasool Allah ke zamanay mein aik baar aisa hua ke aap namaz parha rahe thay. to aap jante hain ke "rabbana lakal hamd" parha jata hai jab aadmi khara hota hai.</w:t>
      </w:r>
    </w:p>
    <w:p>
      <w:pPr>
        <w:jc w:val="right"/>
      </w:pPr>
      <w:r>
        <w:t>رسول اللہ کے زمانے میں ایک بار ایسا ہوا کہ آپ نماز پڑھا رہے تھے۔ تو آپ جانتے ہیں کہ "ربنا لک الحمد" پڑھا جاتا ہے جب آدمی کھڑا ہوتا ہے۔</w:t>
      </w:r>
    </w:p>
    <w:p>
      <w:r>
        <w:rPr>
          <w:b/>
        </w:rPr>
        <w:t xml:space="preserve">[19:18] </w:t>
      </w:r>
      <w:r>
        <w:t>rukoo ke baad, rukoo ke baad jab khara hota hai to kaha jata hai ke "rabbana lakal hamd". yeh sab log jante hain.</w:t>
      </w:r>
    </w:p>
    <w:p>
      <w:pPr>
        <w:jc w:val="right"/>
      </w:pPr>
      <w:r>
        <w:t>رکوع کے بعد، رکوع کے بعد جب کھڑا ہوتا ہے تو کہا جاتا ہے کہ "ربنا لک الحمد"۔ یہ سب لوگ جانتے ہیں۔</w:t>
      </w:r>
    </w:p>
    <w:p>
      <w:r>
        <w:rPr>
          <w:b/>
        </w:rPr>
        <w:t xml:space="preserve">[19:26] </w:t>
      </w:r>
      <w:r>
        <w:t>to wahan kya hua ke jab rasool Allah khare hue rukoo ke baad to aik shakhs ki zuban se nikla "rabbana lakal hamd hamdan kasiran tayyiban mubarakan feeh".</w:t>
      </w:r>
    </w:p>
    <w:p>
      <w:pPr>
        <w:jc w:val="right"/>
      </w:pPr>
      <w:r>
        <w:t>تو وہاں کیا ہوا کہ جب رسول اللہ کھڑے ہوئے رکوع کے بعد تو ایک شخص کی زبان سے نکلا "ربنا لک الحمد حمدا کثیرا طیبا مبارک فی"۔</w:t>
      </w:r>
    </w:p>
    <w:p>
      <w:r>
        <w:rPr>
          <w:b/>
        </w:rPr>
        <w:t xml:space="preserve">[19:42] </w:t>
      </w:r>
      <w:r>
        <w:t>yani jo jo aam taur par parha jata tha, woh to tha "rabbana lakal hamd". woh keh pada ke "rabbana lakal hamd hamdan kasiran tayyiban mubarakan feeh".</w:t>
      </w:r>
    </w:p>
    <w:p>
      <w:pPr>
        <w:jc w:val="right"/>
      </w:pPr>
      <w:r>
        <w:t>یعنی جو جو عام طور پر پڑھا جاتا تھا، وہ تو تھا "ربنا لک الحمد"۔ وہ کہہ پڑا کہ "ربنا لک الحمد حمدا کثیرا طیبا مبارک فی"۔</w:t>
      </w:r>
    </w:p>
    <w:p>
      <w:r>
        <w:rPr>
          <w:b/>
        </w:rPr>
        <w:t xml:space="preserve">[19:54] </w:t>
      </w:r>
      <w:r>
        <w:t>ab kya hua</w:t>
      </w:r>
    </w:p>
    <w:p>
      <w:pPr>
        <w:jc w:val="right"/>
      </w:pPr>
      <w:r>
        <w:t>اب کیا ہوا</w:t>
      </w:r>
    </w:p>
    <w:p>
      <w:r>
        <w:rPr>
          <w:b/>
        </w:rPr>
        <w:t xml:space="preserve">[19:55] </w:t>
      </w:r>
      <w:r>
        <w:t>? namaz khatam jab hui to rasool Allah ne poocha ke kis ne aisa kaha tha? woh aadmi dar gaya ke shayad mein ne koi ghalti ki hai.</w:t>
      </w:r>
    </w:p>
    <w:p>
      <w:pPr>
        <w:jc w:val="right"/>
      </w:pPr>
      <w:r>
        <w:t>؟ نماز ختم جب ہوئی تو رسول اللہ نے پوچھا کہ کس نے ایسا کہا تھا؟ وہ آدمی ڈر گیا کہ شاید میں نے کوئی غلطی کی ہے۔</w:t>
      </w:r>
    </w:p>
    <w:p>
      <w:r>
        <w:rPr>
          <w:b/>
        </w:rPr>
        <w:t xml:space="preserve">[20:06] </w:t>
      </w:r>
      <w:r>
        <w:t>dar ki wajah se woh bol nahi raha tha. to aap ne farmaya ke darne ki koi baat nahi hai, batao. to aik aadmi khara hua, unhon ne kaha mein ne kaha tha aisa.</w:t>
      </w:r>
    </w:p>
    <w:p>
      <w:pPr>
        <w:jc w:val="right"/>
      </w:pPr>
      <w:r>
        <w:t>ڈر کی وجہ سے وہ بول نہیں رہا تھا۔ تو آپ نے فرمایا کہ ڈرنے کی کوئی بات نہیں ہے، بتاؤ۔ تو ایک آدمی کھڑا ہوا، انہوں نے کہا میں نے کہا تھا ایسا۔</w:t>
      </w:r>
    </w:p>
    <w:p>
      <w:r>
        <w:rPr>
          <w:b/>
        </w:rPr>
        <w:t xml:space="preserve">[20:20] </w:t>
      </w:r>
      <w:r>
        <w:t>to dekhein, yahan par agar is ka different tareeqa tha,</w:t>
      </w:r>
    </w:p>
    <w:p>
      <w:pPr>
        <w:jc w:val="right"/>
      </w:pPr>
      <w:r>
        <w:t>تو دیکھیں، یہاں پر اگر اس کا ڈفرنٹ طریقہ تھا،</w:t>
      </w:r>
    </w:p>
    <w:p>
      <w:r>
        <w:rPr>
          <w:b/>
        </w:rPr>
        <w:t xml:space="preserve">[20:24] </w:t>
      </w:r>
      <w:r>
        <w:t>set pattern se alag tareeqa tha is ka. lekin kya hua? rasool Allah ne kya farmaya? aap ne farmaya ke jab tum ne aisa kaha to bohat se farishtay toot pade wahan us ko report karne ke liye ke kaun pehle is ko le aur le kar Khuda ke haan us ki report pohanchaye.</w:t>
      </w:r>
    </w:p>
    <w:p>
      <w:pPr>
        <w:jc w:val="right"/>
      </w:pPr>
      <w:r>
        <w:t>سیٹ پیٹرن سے الگ طریقہ تھا اس کا۔ لیکن کیا ہوا؟ رسول اللہ نے کیا فرمایا؟ آپ نے فرمایا کہ جب تم نے ایسا کہا تو بہت سے فرشتے ٹوٹ پڑے وہاں اس کو رپورٹ کرنے کے لیے کہ کون پہلے اس کو لے اور لے کر خدا کے ہاں اس کی رپورٹ پہنچائے۔</w:t>
      </w:r>
    </w:p>
    <w:p>
      <w:r>
        <w:rPr>
          <w:b/>
        </w:rPr>
        <w:t xml:space="preserve">[20:49] </w:t>
      </w:r>
      <w:r>
        <w:t>to kyunke is ke jo kaha tha, is ke andar aik spirit jaagi thi,</w:t>
      </w:r>
    </w:p>
    <w:p>
      <w:pPr>
        <w:jc w:val="right"/>
      </w:pPr>
      <w:r>
        <w:t>تو کیونکہ اس کے جو کہا تھا، اس کے اندر ایک اسپیٹ جاگی تھی،</w:t>
      </w:r>
    </w:p>
    <w:p>
      <w:r>
        <w:rPr>
          <w:b/>
        </w:rPr>
        <w:t xml:space="preserve">[20:53] </w:t>
      </w:r>
      <w:r>
        <w:t>Khuda se mohabbat ki, Khuda se khauf ki, Khuda se ta'alluq ki, Khuda ki yaad ki. aik storm aaya tha is ke andar, is ke tehat bol pada woh "rabbana lakal hamd hamdan kasiran tayyiban mubarakan feeh".</w:t>
      </w:r>
    </w:p>
    <w:p>
      <w:pPr>
        <w:jc w:val="right"/>
      </w:pPr>
      <w:r>
        <w:t>خدا سے محبت کی، خدا سے خوف کی، خدا سے تعلق کی، خدا کی یاد کی۔ ایک اسٹارم آیا تھا اس کے اندر، اس کے تحت بول پڑا وہ "ربنا لک الحمد حمدا کثیرا طیبا مبارک فی"۔</w:t>
      </w:r>
    </w:p>
    <w:p>
      <w:r>
        <w:rPr>
          <w:b/>
        </w:rPr>
        <w:t xml:space="preserve">[21:06] </w:t>
      </w:r>
      <w:r>
        <w:t>to Khuda kya is ko dekha ke koi circus ka maamla yeh hai ke "rabbana lakal hamd" unhon ne kaha ke do lafz kaha ke char lafz kaha ke panch lafz kaha? aisa koi ho sakta hai?</w:t>
      </w:r>
    </w:p>
    <w:p>
      <w:pPr>
        <w:jc w:val="right"/>
      </w:pPr>
      <w:r>
        <w:t>تو خدا کیا اس کو دیکھا کہ کوئی سرکس کا معاملہ یہ ہے کہ "ربنا لک الحمد" انہوں نے کہا کہ دو لفظ کہا ہے کہ چار لفظ کہا کہ پانچ لفظ کہا؟ ایسا کوئی ہو سکتا ہے؟</w:t>
      </w:r>
    </w:p>
    <w:p>
      <w:r>
        <w:rPr>
          <w:b/>
        </w:rPr>
        <w:t xml:space="preserve">[21:18] </w:t>
      </w:r>
      <w:r>
        <w:t>Khuda spirit ko dekhta hai. hadees mein aata hai ke Khuda tumhare dilon ko dekhta hai.</w:t>
      </w:r>
    </w:p>
    <w:p>
      <w:pPr>
        <w:jc w:val="right"/>
      </w:pPr>
      <w:r>
        <w:t>خدا اسپیٹ کو دیکھتا ہے۔ حدیث میں آتا ہے کہ خدا تمہارے دلوں کو دیکھتا ہے۔</w:t>
      </w:r>
    </w:p>
    <w:p>
      <w:r>
        <w:rPr>
          <w:b/>
        </w:rPr>
        <w:t xml:space="preserve">[21:24] </w:t>
      </w:r>
      <w:r>
        <w:t>yeh kitni bari bhool yeh hai ke logon ne samajh liya ke namaz naam hai aik form ka, aik set pattern ka. to is mein to farq ho nahi sakta.</w:t>
      </w:r>
    </w:p>
    <w:p>
      <w:pPr>
        <w:jc w:val="right"/>
      </w:pPr>
      <w:r>
        <w:t>یہ کتنی بڑی بھول یہ ہے کہ لوگوں نے سمجھ لیا کہ نماز نام ہے ایک فارم کا، ایک سیٹ پیٹرن کا۔ تو اس میں تو فرق ہو نہیں سکتا۔</w:t>
      </w:r>
    </w:p>
    <w:p>
      <w:r>
        <w:rPr>
          <w:b/>
        </w:rPr>
        <w:t xml:space="preserve">[21:35] </w:t>
      </w:r>
      <w:r>
        <w:t>ab is wajah se itne jhagray hue hain ke 12 fiqhi school ban gaye, jis mein se aaj kal panch fiqhi school zinda hain. yeh sara mere nazdeek bhi ghalat kaam hua hai.</w:t>
      </w:r>
    </w:p>
    <w:p>
      <w:pPr>
        <w:jc w:val="right"/>
      </w:pPr>
      <w:r>
        <w:t>اب اس وجہ سے اتنے جھگڑے ہوئے ہیں کہ 12 فقہی اسکول بن گئے، جس میں سے آج کل پانچ فقہی اسکول زندہ ہیں۔ یہ سارا میرے نزدیک بھی غلط کام ہوا ہے۔</w:t>
      </w:r>
    </w:p>
    <w:p>
      <w:r>
        <w:rPr>
          <w:b/>
        </w:rPr>
        <w:t xml:space="preserve">[21:46] </w:t>
      </w:r>
      <w:r>
        <w:t>kisi aik fiqhi school ki zaroorat nahi. hadeeson se le lijiye. kyunke jab baad ko aik tehreek uthi, jis ko kehte hain tehreek Ahl-e-Hadees,</w:t>
      </w:r>
    </w:p>
    <w:p>
      <w:pPr>
        <w:jc w:val="right"/>
      </w:pPr>
      <w:r>
        <w:t>کسی ایک فقہی اسکول کی ضرورت نہیں۔ حدیثوں سے لیجئے۔ کیونکہ جب بعد کو ایک تحریک اٹھی، جس کو کہتے ہیں تحریک اہل حدیث،</w:t>
      </w:r>
    </w:p>
    <w:p>
      <w:r>
        <w:rPr>
          <w:b/>
        </w:rPr>
        <w:t xml:space="preserve">[21:55] </w:t>
      </w:r>
      <w:r>
        <w:t>woh bohat minority mein hai. to tehreek Ahl-e-Hadees yahi hai ke fiqh ke baghair aap hadeeson se aap de lijiye apna deen. fiqh ki zaroorat nahi hai.</w:t>
      </w:r>
    </w:p>
    <w:p>
      <w:pPr>
        <w:jc w:val="right"/>
      </w:pPr>
      <w:r>
        <w:t>وہ بہت مائنورٹی میں ہے۔ تو تحریک اہل حدیث یہی ہے کہ فقہ کے بغیر آپ حدیثوں سے آپ دی لیجئے اپنا دین۔ فقہ کی ضرورت نہیں ہے۔</w:t>
      </w:r>
    </w:p>
    <w:p>
      <w:r>
        <w:rPr>
          <w:b/>
        </w:rPr>
        <w:t xml:space="preserve">[22:06] </w:t>
      </w:r>
      <w:r>
        <w:t>yeh chal rahi hai Ibn Taymiyyah se chal rahi hai, lekin aaj tak yeh woh log minority mein hain. to bahar haal yeh aik alag masla hai. mein yeh keh raha hoon ke fiqh mein jo ikhtilafat hue, woh ikhtilafat bilkul baseless thay.</w:t>
      </w:r>
    </w:p>
    <w:p>
      <w:pPr>
        <w:jc w:val="right"/>
      </w:pPr>
      <w:r>
        <w:t>یہ چل رہی ہے ابن تیمیہ سے چل رہی ہے، لیکن آج تک یہ وہ لوگ مائنورٹی میں ہیں۔ تو بہرحال یہ ایک الگ مسئلہ ہے۔ میں یہ کہہ رہا ہوں کہ فقہ میں جو اختلافات ہوئے، وہ اختلافات بالکل بیس لیس تھے۔</w:t>
      </w:r>
    </w:p>
    <w:p>
      <w:r>
        <w:rPr>
          <w:b/>
        </w:rPr>
        <w:t xml:space="preserve">[22:20] </w:t>
      </w:r>
      <w:r>
        <w:t>ab mein is ko aik aik misaal se wazeh karta hoon.</w:t>
      </w:r>
    </w:p>
    <w:p>
      <w:pPr>
        <w:jc w:val="right"/>
      </w:pPr>
      <w:r>
        <w:t>اب میں اس کو ایک ایک مثال سے واضح کرتا ہوں۔</w:t>
      </w:r>
    </w:p>
    <w:p>
      <w:r>
        <w:rPr>
          <w:b/>
        </w:rPr>
        <w:t xml:space="preserve">[22:24] </w:t>
      </w:r>
      <w:r>
        <w:t>aap jante hain ke char jo imam hamare hain, un mein se aik hain Imam Shafi'i. un ki kitab hai "Kitab al-Umm", bohat mashhoor kitab hai, jo fiqh ki bohat hi authentic book samjhi jati hai.</w:t>
      </w:r>
    </w:p>
    <w:p>
      <w:pPr>
        <w:jc w:val="right"/>
      </w:pPr>
      <w:r>
        <w:t>آپ جانتے ہیں کہ چار جو امام ہمارے ہیں، ان میں سے ایک ہیں امام شافعی۔ ان کی کتاب ہے "کتاب الام"، بہت مشہور کتاب ہے، جو فقہ کی بہت ہی اتھینٹک بک سمجھی جاتی ہے۔</w:t>
      </w:r>
    </w:p>
    <w:p>
      <w:r>
        <w:rPr>
          <w:b/>
        </w:rPr>
        <w:t xml:space="preserve">[22:36] </w:t>
      </w:r>
      <w:r>
        <w:t>is ko discuss kiya unhon ne. ab woh kya kehte hain ke fiqh mein jo differences hain, to har difference kisi na kisi prophetic opinion se mil raha hai.</w:t>
      </w:r>
    </w:p>
    <w:p>
      <w:pPr>
        <w:jc w:val="right"/>
      </w:pPr>
      <w:r>
        <w:t>اس کو ڈسکس کیا انہوں نے۔ اب وہ کیا کہتے ہیں کہ فقہ میں جو ڈیفرنسز ہیں، تو ہر ڈیفرنس کسی نہ کسی پرافٹک اوپینین سے مل رہا ہے۔</w:t>
      </w:r>
    </w:p>
    <w:p>
      <w:r>
        <w:rPr>
          <w:b/>
        </w:rPr>
        <w:t xml:space="preserve">[22:49] </w:t>
      </w:r>
      <w:r>
        <w:t>jo</w:t>
      </w:r>
    </w:p>
    <w:p>
      <w:pPr>
        <w:jc w:val="right"/>
      </w:pPr>
      <w:r>
        <w:t>جو</w:t>
      </w:r>
    </w:p>
    <w:p>
      <w:r>
        <w:rPr>
          <w:b/>
        </w:rPr>
        <w:t xml:space="preserve">[22:50] </w:t>
      </w:r>
      <w:r>
        <w:t>bhi difference hai, ke "ameen" zor zor se kahein, tab bhi milta hai. Dheere se kahein, tab bhi milta hai. Yani jitne bhi differences hain, woh kisi kisi na kisi sahabi se mil rahe hain, kisi na kisi companion se mil rahe hain.</w:t>
      </w:r>
    </w:p>
    <w:p>
      <w:pPr>
        <w:jc w:val="right"/>
      </w:pPr>
      <w:r>
        <w:t>بھی ڈیفرنس ہے، کہ "امین" زور زور سے کہیں، تب بھی ملتا ہے۔ دھیرے سے کہیں، تب بھی ملتا ہے۔ یعنی جتنے بھی ڈیفرنسز ہیں، وہ کسی کسی نہ کسی صحابی سے مل رہے ہیں، کسی نہ کسی کمپینین سے مل رہے ہیں۔</w:t>
      </w:r>
    </w:p>
    <w:p>
      <w:r>
        <w:rPr>
          <w:b/>
        </w:rPr>
        <w:t xml:space="preserve">[23:03] </w:t>
      </w:r>
      <w:r>
        <w:t>To woh yeh kehte hain ke jab ek difference aur doosra difference, ek tareeqa aur doosra tareeqa, sab mil rahe hain sahabi se, to humein kya right hai ke hum kahein ke yeh galat hai, woh sahi hai?</w:t>
      </w:r>
    </w:p>
    <w:p>
      <w:pPr>
        <w:jc w:val="right"/>
      </w:pPr>
      <w:r>
        <w:t>تو وہ یہ کہتے ہیں کہ جب ایک ڈیفرنس اور دوسرا ڈیفرنس، ایک طریقہ اور دوسرا طریقہ، سب مل رہے ہیں صحابی سے، تو ہمیں کیا رائٹ ہے کہ ہم کہیں کہ یہ غلط ہے، وہ صحیح ہے؟</w:t>
      </w:r>
    </w:p>
    <w:p>
      <w:r>
        <w:rPr>
          <w:b/>
        </w:rPr>
        <w:t xml:space="preserve">[23:14] </w:t>
      </w:r>
      <w:r>
        <w:t>Kaise hum keh sakte hain?</w:t>
      </w:r>
    </w:p>
    <w:p>
      <w:pPr>
        <w:jc w:val="right"/>
      </w:pPr>
      <w:r>
        <w:t>کیسے ہم کہہ سکتے ہیں؟</w:t>
      </w:r>
    </w:p>
    <w:p>
      <w:r>
        <w:rPr>
          <w:b/>
        </w:rPr>
        <w:t xml:space="preserve">[23:18] </w:t>
      </w:r>
      <w:r>
        <w:t>Har har har sahabi authentic hai. Hum kaise? Humare paas koi authority nahi hai. Hum kahein ke yes, yeh yeh sahabi galat tha, woh sahabi sahi hai.</w:t>
      </w:r>
    </w:p>
    <w:p>
      <w:pPr>
        <w:jc w:val="right"/>
      </w:pPr>
      <w:r>
        <w:t>ہر ہر ہر صحابی اتھینٹک ہے۔ ہم کیسے؟ ہمارے پاس کوئی اتھارٹی نہیں ہے۔ ہم کہیں کہ یس، یہ یہ صحابی غلط تھا، وہ صحابی صحیح ہے۔</w:t>
      </w:r>
    </w:p>
    <w:p>
      <w:r>
        <w:rPr>
          <w:b/>
        </w:rPr>
        <w:t xml:space="preserve">[23:28] </w:t>
      </w:r>
      <w:r>
        <w:t>Humare paas koi authority aisi nahi hai. Badi behas ki unhone. Aakhir mein kya likhte hain? Ab dekhein, kitni ridiculous baat yeh hai, kitni ridiculous baat yeh hai.</w:t>
      </w:r>
    </w:p>
    <w:p>
      <w:pPr>
        <w:jc w:val="right"/>
      </w:pPr>
      <w:r>
        <w:t>ہمارے پاس کوئی اتھارٹی ایسی نہیں ہے۔ بڑی بحث کی انہوں نے۔ آخر میں کیا لکھتے ہیں؟ اب دیکھیں، کتنی ریڈیکولس بات یہ ہے، کتنی ریڈیکولس بات یہ ہے۔</w:t>
      </w:r>
    </w:p>
    <w:p>
      <w:r>
        <w:rPr>
          <w:b/>
        </w:rPr>
        <w:t xml:space="preserve">[23:39] </w:t>
      </w:r>
      <w:r>
        <w:t>Woh kehte hain ke is difference ko ya alag alag fiqhi school banane ko justify karte hain, yeh keh kar ke "Rai rai thawab yahtamal al khata, wa rai wa ghairi khata yahtamal thawab".</w:t>
      </w:r>
    </w:p>
    <w:p>
      <w:pPr>
        <w:jc w:val="right"/>
      </w:pPr>
      <w:r>
        <w:t>وہ کہتے ہیں کہ اس ڈیفرنس کو یا الگ الگ فقہی اسکول بنانے کو جسٹیفائی کرتے ہیں، یہ کہہ کر کہ "رائی رائی ثواب یحتمل الخطا، ورائی وغیری خطا یحتمل الثواب"۔</w:t>
      </w:r>
    </w:p>
    <w:p>
      <w:r>
        <w:rPr>
          <w:b/>
        </w:rPr>
        <w:t xml:space="preserve">[23:55] </w:t>
      </w:r>
      <w:r>
        <w:t>" Uska matlab yeh hai ke meri rai sahi hai, is is imkaan ke sath ke shayad galat bhi ho, aur doosre ki rai galat hai, is imkaan ke sath shayad sahi bhi ho.</w:t>
      </w:r>
    </w:p>
    <w:p>
      <w:pPr>
        <w:jc w:val="right"/>
      </w:pPr>
      <w:r>
        <w:t>دیکھیں، کتنی ریڈیکولس بات یہ ہے۔ اتنا بڑا امام کہہ رہا ہے، اس کا اس یہ جو بولے، وہ جو لکھا انہوں نے "کتاب العم" میں کہ "رائی ثواب یحتمل الخطا، ورائی وغیری خطا یحتمل الثواب</w:t>
      </w:r>
    </w:p>
    <w:p>
      <w:r>
        <w:rPr>
          <w:b/>
        </w:rPr>
        <w:t xml:space="preserve">[24:10] </w:t>
      </w:r>
      <w:r>
        <w:t>Yeh yeh kitna ridiculous baat yeh hai. Kyunke doosra jo jo bata raha hai, woh woh bhi ek sahabi hai.</w:t>
      </w:r>
    </w:p>
    <w:p>
      <w:pPr>
        <w:jc w:val="right"/>
      </w:pPr>
      <w:r>
        <w:t>"۔ اس کا مطلب یہ ہے کہ میری رائے درست ہے، اس اس احتمال کے ساتھ کہ شاید غلط بھی ہو، اور دوسرے کی رائے غلط ہے، اس احتمال کے ساتھ شاید صحیح بھی ہو۔</w:t>
      </w:r>
    </w:p>
    <w:p>
      <w:r>
        <w:rPr>
          <w:b/>
        </w:rPr>
        <w:t xml:space="preserve">[24:26] </w:t>
      </w:r>
      <w:r>
        <w:t>Yani Imam Shafi kisi sahabi ki baat le kar ke keh rahe hain ke aisa karna hai humein. Lekin jo doosra jo party hai, woh woh bhi kisi kisi sahabi ko le kar keh raha hai ke nahi, aisa karna hai.</w:t>
      </w:r>
    </w:p>
    <w:p>
      <w:pPr>
        <w:jc w:val="right"/>
      </w:pPr>
      <w:r>
        <w:t>یہ یہ کتنا ریڈیکولس بات یہ ہے۔ کیونکہ دوسرا جو جو بتا رہا ہے، وہ وہ بھی ایک صحابی ہے۔</w:t>
      </w:r>
    </w:p>
    <w:p>
      <w:r>
        <w:rPr>
          <w:b/>
        </w:rPr>
        <w:t xml:space="preserve">[24:35] </w:t>
      </w:r>
      <w:r>
        <w:t>To keh rahe hain ke main samajhta hoon ke mera maslak sahi hai, lekin shayad unka bhi sahi ho, kyunke woh bhi to sahabi ke reference de rahe hain.</w:t>
      </w:r>
    </w:p>
    <w:p>
      <w:pPr>
        <w:jc w:val="right"/>
      </w:pPr>
      <w:r>
        <w:t>یعنی امام شافعی کسی صحابی کی بات لے کر کے کہہ رہے ہیں کہ ایسا کرنا ہے ہمیں۔ لیکن جو دوسرا جو پارٹی ہے، وہ وہ بھی کسی کسی صحابی کو لے کر کہہ رہا ہے کہ نہیں، ایسا کرنا ہے۔</w:t>
      </w:r>
    </w:p>
    <w:p>
      <w:r>
        <w:rPr>
          <w:b/>
        </w:rPr>
        <w:t xml:space="preserve">[24:48] </w:t>
      </w:r>
      <w:r>
        <w:t>To iski zaroorat kya hai? Ab yeh keh dein ke yeh bhi sahi, woh bhi sahi.</w:t>
      </w:r>
    </w:p>
    <w:p>
      <w:pPr>
        <w:jc w:val="right"/>
      </w:pPr>
      <w:r>
        <w:t>تو کہہ رہے ہیں کہ میں سمجھتا ہوں کہ میرا مسلک صحیح ہے، لیکن شاید ان کا بھی صحیح ہو، کیونکہ وہ بھی تو صحابی کے ریفرنس دے رہے ہیں۔</w:t>
      </w:r>
    </w:p>
    <w:p>
      <w:r>
        <w:rPr>
          <w:b/>
        </w:rPr>
        <w:t xml:space="preserve">[24:57] </w:t>
      </w:r>
      <w:r>
        <w:t>Yeh seedhi si baat hai ke is sahabi ka tareeqa bhi sahi, is sahabi ke tareeqe bhi sahi. Yani itne yeh jo hai, yeh jo nazariya nikala unhone, bilkul ridiculous sahi hai.</w:t>
      </w:r>
    </w:p>
    <w:p>
      <w:pPr>
        <w:jc w:val="right"/>
      </w:pPr>
      <w:r>
        <w:t>تو اس کی ضرورت کیا ہے؟ اب یہ کہہ دیں کہ یہ بھی صحیح، وہ بھی صحیح۔</w:t>
      </w:r>
    </w:p>
    <w:p>
      <w:r>
        <w:rPr>
          <w:b/>
        </w:rPr>
        <w:t xml:space="preserve">[25:02] </w:t>
      </w:r>
      <w:r>
        <w:t>To dekhiye, yahan par maamla kya tha ke al haqq al adad ka nazariya bilkul galat banaya gaya. Haq bilashuba ek hota hai, lekin non basics hamesha different hua karte hain.</w:t>
      </w:r>
    </w:p>
    <w:p>
      <w:pPr>
        <w:jc w:val="right"/>
      </w:pPr>
      <w:r>
        <w:t>یہ سیدھی سی بات ہے کہ اس صحابی کا طریقہ بھی صحیح، اس صحابی کے طریقے بھی صحیح۔ یعنی اتنے یہ جو ہے، یہ جو نظریہ نکالا انہوں نے، بالکل ریڈیکولس صحیح ہے۔</w:t>
      </w:r>
    </w:p>
    <w:p>
      <w:r>
        <w:rPr>
          <w:b/>
        </w:rPr>
        <w:t xml:space="preserve">[25:13] </w:t>
      </w:r>
      <w:r>
        <w:t>Hamesha</w:t>
      </w:r>
    </w:p>
    <w:p>
      <w:pPr>
        <w:jc w:val="right"/>
      </w:pPr>
      <w:r>
        <w:t>تو دیکھیے، یہاں پر معاملہ کیا تھا کہ الحق العدت کا نظریہ بالکل غلط بنایا گیا۔ حق بلاشبہ ایک ہوتا ہے، لیکن نان بیسکس ہمیشہ ڈفرنٹ ہوا کرتے ہیں۔</w:t>
      </w:r>
    </w:p>
    <w:p>
      <w:r>
        <w:rPr>
          <w:b/>
        </w:rPr>
        <w:t xml:space="preserve">[25:26] </w:t>
      </w:r>
      <w:r>
        <w:t>Yani basics mein hamesha aap payenge unity, lekin non basics mein hamesha payenge differences.</w:t>
      </w:r>
    </w:p>
    <w:p>
      <w:pPr>
        <w:jc w:val="right"/>
      </w:pPr>
      <w:r>
        <w:t>ہمیشہ</w:t>
      </w:r>
    </w:p>
    <w:p>
      <w:r>
        <w:rPr>
          <w:b/>
        </w:rPr>
        <w:t xml:space="preserve">[25:29] </w:t>
      </w:r>
      <w:r>
        <w:t>Is saada si baat ko na samajhne ki wajah se itne saare fiqhi school ban gaye.</w:t>
      </w:r>
    </w:p>
    <w:p>
      <w:pPr>
        <w:jc w:val="right"/>
      </w:pPr>
      <w:r>
        <w:t>یعنی بیسکس میں ہمیشہ آپ پائیں گے یونٹی، لیکن نان بیسکس میں ہمیشہ پائیں گے ڈیفرنسز۔</w:t>
      </w:r>
    </w:p>
    <w:p>
      <w:r>
        <w:rPr>
          <w:b/>
        </w:rPr>
        <w:t xml:space="preserve">[25:40] </w:t>
      </w:r>
      <w:r>
        <w:t>To</w:t>
      </w:r>
    </w:p>
    <w:p>
      <w:pPr>
        <w:jc w:val="right"/>
      </w:pPr>
      <w:r>
        <w:t>اس سادہ سی بات کو نہ سمجھنے کی وجہ سے اتنے سارے فقہی اسکول بن گئے۔</w:t>
      </w:r>
    </w:p>
    <w:p>
      <w:r>
        <w:rPr>
          <w:b/>
        </w:rPr>
        <w:t xml:space="preserve">[25:47] </w:t>
      </w:r>
      <w:r>
        <w:t>Yeh saare jo jhagde hain, woh khud text mein yeh jhagde nahi the. Yeh jhagde paida hue hain text ke bahar.</w:t>
      </w:r>
    </w:p>
    <w:p>
      <w:pPr>
        <w:jc w:val="right"/>
      </w:pPr>
      <w:r>
        <w:t>تو</w:t>
      </w:r>
    </w:p>
    <w:p>
      <w:r>
        <w:rPr>
          <w:b/>
        </w:rPr>
        <w:t xml:space="preserve">[25:53] </w:t>
      </w:r>
      <w:r>
        <w:t>Logon ne apni taraf se jo commentary likhi, uski jo sharah ki, uska jo unhone petition diya, us se yeh saare jhagde paida hue hain.</w:t>
      </w:r>
    </w:p>
    <w:p>
      <w:pPr>
        <w:jc w:val="right"/>
      </w:pPr>
      <w:r>
        <w:t>یہ سارے جو جھگڑے ہیں، وہ خود ٹیکسٹ میں یہ جھگڑے نہیں تھے۔ یہ جھگڑے پیدا ہوئے ہیں ٹیکسٹ کے باہر۔</w:t>
      </w:r>
    </w:p>
    <w:p>
      <w:r>
        <w:rPr>
          <w:b/>
        </w:rPr>
        <w:t xml:space="preserve">[26:04] </w:t>
      </w:r>
      <w:r>
        <w:t>To do option unke liye</w:t>
      </w:r>
    </w:p>
    <w:p>
      <w:pPr>
        <w:jc w:val="right"/>
      </w:pPr>
      <w:r>
        <w:t>لوگوں نے اپنی طرف سے جو کمنٹری لکھی، اس کی جو شرح کی، اس کا جو انہوں نے پٹیشن دیا، اس سے یہ سارے جھگڑے پیدا ہوئے ہیں۔</w:t>
      </w:r>
    </w:p>
    <w:p>
      <w:r>
        <w:rPr>
          <w:b/>
        </w:rPr>
        <w:t xml:space="preserve">[26:14] </w:t>
      </w:r>
      <w:r>
        <w:t>tha: Ek yeh hai ke different jo tareeqe mil rahe the sahaba se, ek ko sahi batayein, ek ko galat batayein. Ek option yeh tha.</w:t>
      </w:r>
    </w:p>
    <w:p>
      <w:pPr>
        <w:jc w:val="right"/>
      </w:pPr>
      <w:r>
        <w:t>تو دو آپشن ان کے لیے</w:t>
      </w:r>
    </w:p>
    <w:p>
      <w:r>
        <w:rPr>
          <w:b/>
        </w:rPr>
        <w:t xml:space="preserve">[26:16] </w:t>
      </w:r>
      <w:r>
        <w:t>Doosra yeh tha ke woh kahein ke yeh bhi theek hai, woh bhi theek hai. Bhai yeh muqtada tum, yeh bhi ek ek ek nazariya yeh bhi tha. Ek sahabi, ek ek tabi ne kaha ke yeh dono theek hain.</w:t>
      </w:r>
    </w:p>
    <w:p>
      <w:pPr>
        <w:jc w:val="right"/>
      </w:pPr>
      <w:r>
        <w:t>تھا: ایک یہ ہے کہ ڈفرنٹ جو طریقے مل رہے تھے صحابہ سے، ایک کو صحیح بتائیں، ایک کو غلط بتائیں۔ ایک آپشن یہ تھا۔</w:t>
      </w:r>
    </w:p>
    <w:p>
      <w:r>
        <w:rPr>
          <w:b/>
        </w:rPr>
        <w:t xml:space="preserve">[26:25] </w:t>
      </w:r>
      <w:r>
        <w:t>Bhai yeh muqtada tum, woh bhi theek hai, woh bhi theek hai. Aisa karo, tabhi namaz ho jayegi. Woh aisa karo, tabhi namaz ho jayegi.</w:t>
      </w:r>
    </w:p>
    <w:p>
      <w:pPr>
        <w:jc w:val="right"/>
      </w:pPr>
      <w:r>
        <w:t>دوسرا یہ تھا کہ وہ کہیں کہ یہ بھی ٹھیک ہے، وہ بھی ٹھیک ہے۔ بیا یہ مقتدا تم، یہ بھی ایک ایک ایک نظریہ یہ بھی تھا۔ ایک صحابی، ایک ایک تابعی نے کہا کہ یہ دونوں ٹھیک ہیں۔</w:t>
      </w:r>
    </w:p>
    <w:p>
      <w:r>
        <w:rPr>
          <w:b/>
        </w:rPr>
        <w:t xml:space="preserve">[26:38] </w:t>
      </w:r>
      <w:r>
        <w:t>biya yeh muqtada tum, woh bhi theek hai, woh bhi theek hai. aisa karo, tabhi namaz ho jayegi. woh aisa karo, tabhi namaz ho jayegi.</w:t>
      </w:r>
    </w:p>
    <w:p>
      <w:pPr>
        <w:jc w:val="right"/>
      </w:pPr>
      <w:r>
        <w:t>بیا یہ مقتدا تم، وہ بھی ٹھیک ہے، وہ بھی ٹھیک ہے۔ ایسا کرو، تبھی نماز ہو جائے گی۔ وہ ایسا کرو، تبھی نماز ہو جائے گی۔</w:t>
      </w:r>
    </w:p>
    <w:p>
      <w:r>
        <w:rPr>
          <w:b/>
        </w:rPr>
        <w:t xml:space="preserve">[26:48] </w:t>
      </w:r>
      <w:r>
        <w:t>ab itni itni minor cheezon mein jhagde hain. maslan aap agar masjid mein dekhen to jab khare hote hain to dono paon ek hath mila kar khara hona, ek hath wahan door door kar ke khara hona.</w:t>
      </w:r>
    </w:p>
    <w:p>
      <w:pPr>
        <w:jc w:val="right"/>
      </w:pPr>
      <w:r>
        <w:t>اب اتنی اتنی مائنر چیزوں میں جھگڑے ہیں۔ مثلاً آپ اگر مسجد میں دیکھیں تو جب کھڑے ہوتے ہیں تو دونوں پاؤں ایک ہاتھ ملا کر کھڑا ہونا، ایک ہاتھ وہاں دور دور کر کے کھڑا ہونا۔</w:t>
      </w:r>
    </w:p>
    <w:p>
      <w:r>
        <w:rPr>
          <w:b/>
        </w:rPr>
        <w:t xml:space="preserve">[27:00] </w:t>
      </w:r>
      <w:r>
        <w:t>yeh kya? yeh koi ikhtilaf hai? yeh koi difference yeh hai? arey bhai, mila kar khara ho, tab bhi theek hai, door door paon kar lo, tab bhi theek hai. is se namaz, is mein bhi namaz achi hai, buri ho jati hai.</w:t>
      </w:r>
    </w:p>
    <w:p>
      <w:pPr>
        <w:jc w:val="right"/>
      </w:pPr>
      <w:r>
        <w:t>یہ کیا؟ یہ کوئی اختلاف ہے؟ یہ کوئی ڈیفرنس یہ ہے؟ ارے بھئی، ملا کے کھڑا ہو، تب بھی ٹھیک ہے، دور دور پاؤں کر لو، تب بھی ٹھیک ہے۔ اس سے نماز، اس میں بھی نماز اچھی ہے، بری ہو جاتی ہے۔</w:t>
      </w:r>
    </w:p>
    <w:p>
      <w:r>
        <w:rPr>
          <w:b/>
        </w:rPr>
        <w:t xml:space="preserve">[27:13] </w:t>
      </w:r>
      <w:r>
        <w:t>yeh bhi theek hai, woh bhi theek hai.</w:t>
      </w:r>
    </w:p>
    <w:p>
      <w:pPr>
        <w:jc w:val="right"/>
      </w:pPr>
      <w:r>
        <w:t>یہ بھی ٹھیک ہے، وہ بھی ٹھیک ہے۔</w:t>
      </w:r>
    </w:p>
    <w:p>
      <w:r>
        <w:rPr>
          <w:b/>
        </w:rPr>
        <w:t xml:space="preserve">[27:15] </w:t>
      </w:r>
      <w:r>
        <w:t>asal cheez hai spirit, asal cheez hai rooh, asal cheez hai Khuda ka khauf. Quran mein hai ke "qad aflaha al mominun allazina fi salatihim khashiun".</w:t>
      </w:r>
    </w:p>
    <w:p>
      <w:pPr>
        <w:jc w:val="right"/>
      </w:pPr>
      <w:r>
        <w:t>اصل چیز ہے اسپیٹ، اصل چیز ہے روح، اصل چیز ہے خدا کا خوف۔ قرآن میں ہے کہ "قد افل المومنون الذین فی صلاۃ خاشعون"۔</w:t>
      </w:r>
    </w:p>
    <w:p>
      <w:r>
        <w:rPr>
          <w:b/>
        </w:rPr>
        <w:t xml:space="preserve">[27:25] </w:t>
      </w:r>
      <w:r>
        <w:t>yani namaz ka criteria kya hai? is ke andar khushu ho. is ayat par ghor kijiye aap. hadith mein bhi aata hai ke "Allah salata lam lam takhshu".</w:t>
      </w:r>
    </w:p>
    <w:p>
      <w:pPr>
        <w:jc w:val="right"/>
      </w:pPr>
      <w:r>
        <w:t>یعنی نماز کا کرائٹیریا کیا ہے؟ اس کے اندر خشوع ہو۔ اس آیت پر غور کیجئے آپ۔ حدیث میں بھی آتا ہے کہ "اللہ صلاۃ لملم تخش"۔</w:t>
      </w:r>
    </w:p>
    <w:p>
      <w:r>
        <w:rPr>
          <w:b/>
        </w:rPr>
        <w:t xml:space="preserve">[27:35] </w:t>
      </w:r>
      <w:r>
        <w:t>to namaz hui ke nahi hui, is ka criteria hai khushu. lekin logon ne kya bana liya? criteria ke form durust hua ke nahi durust hua?</w:t>
      </w:r>
    </w:p>
    <w:p>
      <w:pPr>
        <w:jc w:val="right"/>
      </w:pPr>
      <w:r>
        <w:t>تو نماز ہوئی کہ نہیں ہوئی، اس کا کرائٹیریا ہے خشوع۔ لیکن لوگوں نے کیا بنا لیا؟ کرائٹیریا کہ فارم درست ہوا کہ نہیں درست ہوا؟</w:t>
      </w:r>
    </w:p>
    <w:p>
      <w:r>
        <w:rPr>
          <w:b/>
        </w:rPr>
        <w:t xml:space="preserve">[27:44] </w:t>
      </w:r>
      <w:r>
        <w:t>ek set pattern ke mutabiq parhi ke nahi parhi gayi? to unhon ne criteria badal diya. criteria tha spirit aur bana diya unhon ne form.</w:t>
      </w:r>
    </w:p>
    <w:p>
      <w:pPr>
        <w:jc w:val="right"/>
      </w:pPr>
      <w:r>
        <w:t>ایک سیٹ پیٹرن کے مطابق پڑھی کہ نہیں پڑھی گئی؟ تو انہوں نے کرائٹیریا بدل دیا۔ کرائٹیریا تھا اسپیٹ اور بنا دیا انہوں نے فارم۔</w:t>
      </w:r>
    </w:p>
    <w:p>
      <w:r>
        <w:rPr>
          <w:b/>
        </w:rPr>
        <w:t xml:space="preserve">[27:56] </w:t>
      </w:r>
      <w:r>
        <w:t>is ke nateejay mein itne jhagde hue hain, itne Islam ke khilaf itni badgumaniyan, itna misunderstanding. to khulasa yeh hai ke agar kisi ko yeh janna hai ke Islam sach much kya hai,</w:t>
      </w:r>
    </w:p>
    <w:p>
      <w:pPr>
        <w:jc w:val="right"/>
      </w:pPr>
      <w:r>
        <w:t>اس کے نتیجے میں اتنے جھگڑے ہوئے ہیں، اتنے اسلام کے خلاف اتنی بدگمانیاں، اتنا مس انڈرسٹینڈنگ۔ تو خلاصہ یہ ہے کہ اگر کسی کو یہ جاننا ہے کہ اسلام سچ مچ کیا ہے،</w:t>
      </w:r>
    </w:p>
    <w:p>
      <w:r>
        <w:rPr>
          <w:b/>
        </w:rPr>
        <w:t xml:space="preserve">[28:12] </w:t>
      </w:r>
      <w:r>
        <w:t>isko Quran ko parhna chahiye aur hadith ko parhna chahiye. doosri kitaben jo hain, jo baat koi likhi gayi hain, woh kitaben aap parh sakte hain, lekin yeh nahi karna chahiye aap ko yeh ghalti ke aap yeh samjhen ke jo darja Quran o hadith ka hai, wahi darja un kitabon ka hai.</w:t>
      </w:r>
    </w:p>
    <w:p>
      <w:pPr>
        <w:jc w:val="right"/>
      </w:pPr>
      <w:r>
        <w:t>اس کو قرآن کو پڑھنا چاہیے اور حدیث کو پڑھنا چاہیے۔ دوسری کتابیں جو ہیں، جو بات کوئی لکھی گئی ہیں، وہ کتابیں آپ پڑھ سکتے ہیں، لیکن یہ نہیں کرنا چاہیے آپ کو یہ غلطی کہ آپ یہ سمجھیں کہ جو درجہ قرآن و حدیث کا ہے، وہی درجہ ان کتابوں کا ہے۔</w:t>
      </w:r>
    </w:p>
    <w:p>
      <w:r>
        <w:rPr>
          <w:b/>
        </w:rPr>
        <w:t xml:space="preserve">[28:31] </w:t>
      </w:r>
      <w:r>
        <w:t>aap ko yeh kehne ki himmat honi chahiye ke Quran o hadith ke baad jo kuch hai, woh is waqt hai jab ke Quran o ha</w:t>
      </w:r>
    </w:p>
    <w:p>
      <w:pPr>
        <w:jc w:val="right"/>
      </w:pPr>
      <w:r>
        <w:t>آپ کو یہ کہنے کی ہمت ہونی چاہیے کہ قرآن و حدیث کے بعد جو کچھ ہے، وہ اس وقت ہے جب کہ قرآن و ح</w:t>
      </w:r>
    </w:p>
    <w:p>
      <w:r>
        <w:rPr>
          <w:b/>
        </w:rPr>
        <w:t xml:space="preserve">[28:39] </w:t>
      </w:r>
      <w:r>
        <w:t>dith ke mutabiq ho. nahi ho to woh sab hum us ko reject kar denge. yeh logon ki himmat nahi hai. isi liye confusion rehta hai, isi liye misunderstanding mein pade rehte hain.</w:t>
      </w:r>
    </w:p>
    <w:p>
      <w:pPr>
        <w:jc w:val="right"/>
      </w:pPr>
      <w:r>
        <w:t>دیث کے مطابق ہو۔ نہیں ہو تو وہ سب ہم اس کو ریجیکٹ کر دیں گے۔ یہ لوگوں کی ہمت نہیں ہے۔ اسی لیے کنفیوژن رہتا ہے، اسی لیے مس انڈرسٹڈنگ میں پڑے رہتے ہیں۔</w:t>
      </w:r>
    </w:p>
    <w:p>
      <w:r>
        <w:rPr>
          <w:b/>
        </w:rPr>
        <w:t xml:space="preserve">[28:51] </w:t>
      </w:r>
      <w:r>
        <w:t>woh to sahi masla yeh hai ke aap yeh kaise kahein? yeh himmat aap ke andar ho ke deen wahi hai jo Quran mein aur hadith mein hai. baqi jo hai, woh interpretation hai.</w:t>
      </w:r>
    </w:p>
    <w:p>
      <w:pPr>
        <w:jc w:val="right"/>
      </w:pPr>
      <w:r>
        <w:t>وہ تو صحیح مسئلہ یہ ہے کہ آپ یہ کیسے کہیں؟ یہ ہمت آپ کے اندر ہو کہ دین وہی ہے جو قرآن میں اور حدیث میں ہے۔ باقی جو ہے، وہ انٹرپریٹیشن ہے۔</w:t>
      </w:r>
    </w:p>
    <w:p>
      <w:r>
        <w:rPr>
          <w:b/>
        </w:rPr>
        <w:t xml:space="preserve">[29:01] </w:t>
      </w:r>
      <w:r>
        <w:t>interpretation jo hai, ghalt bhi ho sakta hai, sahi bhi ho sakta hai. jahan interpretation aaya, wahan sahi ghalt dono aa gaya.</w:t>
      </w:r>
    </w:p>
    <w:p>
      <w:pPr>
        <w:jc w:val="right"/>
      </w:pPr>
      <w:r>
        <w:t>انٹرپریٹیشن جو ہے، غلط بھی ہو سکتا ہے، صحیح بھی ہو سکتا ہے۔ جہاں انٹرپریٹیشن آیا، وہاں صحیح غلط دونوں آ گیا۔</w:t>
      </w:r>
    </w:p>
    <w:p>
      <w:r>
        <w:rPr>
          <w:b/>
        </w:rPr>
        <w:t xml:space="preserve">[29:09] </w:t>
      </w:r>
      <w:r>
        <w:t>seedhi si baat agar aap samajh lein ke jahan tak Quran ka aur hadith ka taluq hai, is ke text ka, us mein koi ikhtilaf nahi, koi shakk nahi.</w:t>
      </w:r>
    </w:p>
    <w:p>
      <w:pPr>
        <w:jc w:val="right"/>
      </w:pPr>
      <w:r>
        <w:t>سیدھی سی بات اگر آپ سمجھ لیں کہ جہاں تک قرآن کا اور حدیث کا تعلق ہے، اس کے ٹیکسٹ کا، اس میں کوئی اختلاف نہیں، کوئی شک نہیں۔</w:t>
      </w:r>
    </w:p>
    <w:p>
      <w:r>
        <w:rPr>
          <w:b/>
        </w:rPr>
        <w:t xml:space="preserve">[29:19] </w:t>
      </w:r>
      <w:r>
        <w:t>lekin jahan doosre insanon mein ki baaten jab hain, jab un ki sharah ho, un ka commentary ho, un ka interpretation ho, to woh sahi bhi ho sakta hai, ghalt bhi ho sakta hai.</w:t>
      </w:r>
    </w:p>
    <w:p>
      <w:pPr>
        <w:jc w:val="right"/>
      </w:pPr>
      <w:r>
        <w:t>لیکن جہاں دوسرے انسانوں میں کی باتیں جب ہیں، جب ان کی شرح ہو، ان کا کمنٹری ہو، ان کا انٹرپریٹیشن ہو، تو وہ صحیح بھی ہو سکتا ہے، غلط بھی ہو سکتا ہے۔</w:t>
      </w:r>
    </w:p>
    <w:p>
      <w:r>
        <w:rPr>
          <w:b/>
        </w:rPr>
        <w:t xml:space="preserve">[29:31] </w:t>
      </w:r>
      <w:r>
        <w:t>jab tak yeh clear na ho mind mein, hamesha confusion rahega. aur jo yaqeen hona chahiye ke yeh deen haq hai, yeh Khuda ka deen hai, yeh mehfooz deen hai, woh yaqeeni mehroom rahenge.</w:t>
      </w:r>
    </w:p>
    <w:p>
      <w:pPr>
        <w:jc w:val="right"/>
      </w:pPr>
      <w:r>
        <w:t>جب تک یہ کلیئر نہ ہو مائنڈ میں، ہمیشہ کنفیوژن رہے گا۔ اور جو یقین ہونا چاہیے کہ یہ دین حق ہے، یہ خدا کا دین ہے، یہ محفوظ دین ہے، وہ یقینی محروم رہیں گے۔</w:t>
      </w:r>
    </w:p>
    <w:p>
      <w:r>
        <w:rPr>
          <w:b/>
        </w:rPr>
        <w:t xml:space="preserve">[29:43] </w:t>
      </w:r>
      <w:r>
        <w:t>aap is yaqeen se mehroom rahenge. ghor kijiye ke kitni bari mehroomi hai ke aadmi ko yaqeen na ho apne Khuda ke paigham par, Khuda ke deen par yaqeen na ho.</w:t>
      </w:r>
    </w:p>
    <w:p>
      <w:pPr>
        <w:jc w:val="right"/>
      </w:pPr>
      <w:r>
        <w:t>آپ اس یقین سے محروم رہیں گے۔ غور کیجئے کہ کتنی بڑی محرومی ہے کہ آدمی کو یقین نہ ہو اپنے خدا کے پیغام پر، خدا کے دین پر یقین نہ ہو۔</w:t>
      </w:r>
    </w:p>
    <w:p>
      <w:r>
        <w:rPr>
          <w:b/>
        </w:rPr>
        <w:t xml:space="preserve">[29:55] </w:t>
      </w:r>
      <w:r>
        <w:t>sab se bari cheez hai conviction.</w:t>
      </w:r>
    </w:p>
    <w:p>
      <w:pPr>
        <w:jc w:val="right"/>
      </w:pPr>
      <w:r>
        <w:t>سب سے بڑی چیز ہے کنوکشن۔</w:t>
      </w:r>
    </w:p>
    <w:p>
      <w:r>
        <w:rPr>
          <w:b/>
        </w:rPr>
        <w:t xml:space="preserve">[29:58] </w:t>
      </w:r>
      <w:r>
        <w:t>conviction jab aayega? jab ke aap is usool ko manen jo maine arz kiya aap ki khidmat mein. aqool qawli haza wastaghfirullaha lakum ajmaeen.</w:t>
      </w:r>
    </w:p>
    <w:p>
      <w:pPr>
        <w:jc w:val="right"/>
      </w:pPr>
      <w:r>
        <w:t>کنکشن جب آئے گا؟ جب کہ آپ اس اصول کو مانیں جو میں نے عرض کیا آپ کی خدمت میں۔ اقول قولیھذا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