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Terrorism February 10, 2009 Maulana Wahiduddin Khan</w:t>
      </w:r>
    </w:p>
    <w:p>
      <w:r>
        <w:t>https://www.youtube.com/watch?v=vCEjp0w7Qjo</w:t>
      </w:r>
    </w:p>
    <w:p>
      <w:r>
        <w:rPr>
          <w:b/>
        </w:rPr>
        <w:t xml:space="preserve">[00:10] </w:t>
      </w:r>
      <w:r>
        <w:t>adding to that, the original arabic scripture, mawlana's target, has given us the real pace of islam: basic peace, tolerance, and coexistence.</w:t>
      </w:r>
    </w:p>
    <w:p>
      <w:pPr>
        <w:jc w:val="right"/>
      </w:pPr>
      <w:r>
        <w:t>Adding to that, the original Arabic scripture, Mawlana's target, has given us the real pace of Islam: basic peace, tolerance, and coexistence.</w:t>
      </w:r>
    </w:p>
    <w:p>
      <w:r>
        <w:rPr>
          <w:b/>
        </w:rPr>
        <w:t xml:space="preserve">[00:22] </w:t>
      </w:r>
      <w:r>
        <w:t>from the beginning, he has dedicated himself to the establishment of peace and has presented islam in the modern indian world.</w:t>
      </w:r>
    </w:p>
    <w:p>
      <w:pPr>
        <w:jc w:val="right"/>
      </w:pPr>
      <w:r>
        <w:t>From the beginning, he has dedicated himself to the establishment of peace and has presented Islam in the modern Indian world.</w:t>
      </w:r>
    </w:p>
    <w:p>
      <w:r>
        <w:rPr>
          <w:b/>
        </w:rPr>
        <w:t xml:space="preserve">[00:32] </w:t>
      </w:r>
      <w:r>
        <w:t>in september 1917, he established islamic center in new delhi. al-risalah, the voice of the muslim in urdu language, is regularly published as a monthly periodical.</w:t>
      </w:r>
    </w:p>
    <w:p>
      <w:pPr>
        <w:jc w:val="right"/>
      </w:pPr>
      <w:r>
        <w:t>In September 1917, he established Islamic Center in New Delhi. Al-Risalah, the voice of the Muslim in Urdu language, is regularly published as a monthly periodical.</w:t>
      </w:r>
    </w:p>
    <w:p>
      <w:r>
        <w:rPr>
          <w:b/>
        </w:rPr>
        <w:t xml:space="preserve">[00:47] </w:t>
      </w:r>
      <w:r>
        <w:t>mawlana sahib has traveled extensively and has been a recipient of several national and international awards.</w:t>
      </w:r>
    </w:p>
    <w:p>
      <w:pPr>
        <w:jc w:val="right"/>
      </w:pPr>
      <w:r>
        <w:t>Mawlana Sahib has traveled extensively and has been a recipient of several national and international awards.</w:t>
      </w:r>
    </w:p>
    <w:p>
      <w:r>
        <w:rPr>
          <w:b/>
        </w:rPr>
        <w:t xml:space="preserve">[00:57] </w:t>
      </w:r>
      <w:r>
        <w:t>mawlana sahib has received the jewish international peace award 2002 in switzerland for an outstanding achievement in strengthening peace among nations.</w:t>
      </w:r>
    </w:p>
    <w:p>
      <w:pPr>
        <w:jc w:val="right"/>
      </w:pPr>
      <w:r>
        <w:t>Mawlana Sahib has received the Jewish International Peace Award 2002 in Switzerland for an outstanding achievement in strengthening peace among nations.</w:t>
      </w:r>
    </w:p>
    <w:p>
      <w:r>
        <w:rPr>
          <w:b/>
        </w:rPr>
        <w:t xml:space="preserve">[01:10] </w:t>
      </w:r>
      <w:r>
        <w:t>he has also been awarded the title of ambassador of peace by the international federation for world peace of korea.</w:t>
      </w:r>
    </w:p>
    <w:p>
      <w:pPr>
        <w:jc w:val="right"/>
      </w:pPr>
      <w:r>
        <w:t>He has also been awarded the title of Ambassador of Peace by the International Federation for World Peace of Korea.</w:t>
      </w:r>
    </w:p>
    <w:p>
      <w:r>
        <w:rPr>
          <w:b/>
        </w:rPr>
        <w:t xml:space="preserve">[01:19] </w:t>
      </w:r>
      <w:r>
        <w:t>Some of the national awards that he has been awarded are Padma Kushan, National Amity Award, Delhi Coral, and many more.</w:t>
      </w:r>
    </w:p>
    <w:p>
      <w:pPr>
        <w:jc w:val="right"/>
      </w:pPr>
      <w:r>
        <w:t>Some of the national awards that he has been awarded are Padma Kushan, National Amity Award, Delhi Coral, and many more.</w:t>
      </w:r>
    </w:p>
    <w:p>
      <w:r>
        <w:rPr>
          <w:b/>
        </w:rPr>
        <w:t xml:space="preserve">[01:30] </w:t>
      </w:r>
      <w:r>
        <w:t>He has authored over 200 books on Islam, prophetic wisdom, and peaceful coexistence in a multi-ethnic society.</w:t>
      </w:r>
    </w:p>
    <w:p>
      <w:pPr>
        <w:jc w:val="right"/>
      </w:pPr>
      <w:r>
        <w:t>He has authored over 200 books on Islam, prophetic wisdom, and peaceful coexistence in a multi-ethnic society.</w:t>
      </w:r>
    </w:p>
    <w:p>
      <w:r>
        <w:rPr>
          <w:b/>
        </w:rPr>
        <w:t xml:space="preserve">[01:39] </w:t>
      </w:r>
      <w:r>
        <w:t>His latest work, The Ideology of Peace, elucidates the concept of peace in Islam. To spread his spirituality messages globally, Mawlana Sahib established the Center for Peace and Spirituality,</w:t>
      </w:r>
    </w:p>
    <w:p>
      <w:pPr>
        <w:jc w:val="right"/>
      </w:pPr>
      <w:r>
        <w:t>His latest work, The Ideology of Peace, elucidates the concept of peace in Islam. To spread his spirituality messages globally, Mawlana Sahib established the Center for Peace and Spirituality,</w:t>
      </w:r>
    </w:p>
    <w:p>
      <w:r>
        <w:rPr>
          <w:b/>
        </w:rPr>
        <w:t xml:space="preserve">[01:56] </w:t>
      </w:r>
      <w:r>
        <w:t>which aims to promote and reinforce the culture of peace through mind-based spirituality. Thank you. bismillah hir rahman nir rahim, wa salli allah ala nabiyyil karim.</w:t>
      </w:r>
    </w:p>
    <w:p>
      <w:pPr>
        <w:jc w:val="right"/>
      </w:pPr>
      <w:r>
        <w:t>which aims to promote and reinforce the culture of peace through mind-based spirituality. Thank you. بسم اللہ الرحمن الرحیم، و صلی اللہ علی نبی الکریم۔</w:t>
      </w:r>
    </w:p>
    <w:p>
      <w:r>
        <w:rPr>
          <w:b/>
        </w:rPr>
        <w:t xml:space="preserve">[02:12] </w:t>
      </w:r>
      <w:r>
        <w:t>Dear sisters, I am thankful to Dr. Narayanan and her colleagues for giving me the opportunity to attend this beautiful meeting and share my views with you.</w:t>
      </w:r>
    </w:p>
    <w:p>
      <w:pPr>
        <w:jc w:val="right"/>
      </w:pPr>
      <w:r>
        <w:t>Dear sisters, I am thankful to Dr. Narayanan and her colleagues for giving me the opportunity to attend this beautiful meeting and share my views with you.</w:t>
      </w:r>
    </w:p>
    <w:p>
      <w:r>
        <w:rPr>
          <w:b/>
        </w:rPr>
        <w:t xml:space="preserve">[02:39] </w:t>
      </w:r>
      <w:r>
        <w:t>You know, the topic for this morning is Islam and terrorism. It is a very strange topic.</w:t>
      </w:r>
    </w:p>
    <w:p>
      <w:pPr>
        <w:jc w:val="right"/>
      </w:pPr>
      <w:r>
        <w:t>You know, the topic for this morning is Islam and terrorism. It is a very strange topic.</w:t>
      </w:r>
    </w:p>
    <w:p>
      <w:r>
        <w:rPr>
          <w:b/>
        </w:rPr>
        <w:t xml:space="preserve">[02:51] </w:t>
      </w:r>
      <w:r>
        <w:t>You know, Islam is a peaceful religion. Islam has nothing to do with terrorism.</w:t>
      </w:r>
    </w:p>
    <w:p>
      <w:pPr>
        <w:jc w:val="right"/>
      </w:pPr>
      <w:r>
        <w:t>You know, Islam is a peaceful religion. Islam has nothing to do with terrorism.</w:t>
      </w:r>
    </w:p>
    <w:p>
      <w:r>
        <w:rPr>
          <w:b/>
        </w:rPr>
        <w:t xml:space="preserve">[03:02] </w:t>
      </w:r>
      <w:r>
        <w:t>But now, you know, Islam has breaking with terrorism.</w:t>
      </w:r>
    </w:p>
    <w:p>
      <w:pPr>
        <w:jc w:val="right"/>
      </w:pPr>
      <w:r>
        <w:t>But now, you know, Islam has breaking with terrorism.</w:t>
      </w:r>
    </w:p>
    <w:p>
      <w:r>
        <w:rPr>
          <w:b/>
        </w:rPr>
        <w:t xml:space="preserve">[03:06] </w:t>
      </w:r>
      <w:r>
        <w:t>In fact, Islam and terrorism are contradictory to each other, just as Gauthian philosophy and terrorism are contradictory to each other.</w:t>
      </w:r>
    </w:p>
    <w:p>
      <w:pPr>
        <w:jc w:val="right"/>
      </w:pPr>
      <w:r>
        <w:t>In fact, Islam and terrorism are contradictory to each other, just as Gauthian philosophy and terrorism are contradictory to each other.</w:t>
      </w:r>
    </w:p>
    <w:p>
      <w:r>
        <w:rPr>
          <w:b/>
        </w:rPr>
        <w:t xml:space="preserve">[03:32] </w:t>
      </w:r>
      <w:r>
        <w:t>You know, Islam is a religion.</w:t>
      </w:r>
    </w:p>
    <w:p>
      <w:pPr>
        <w:jc w:val="right"/>
      </w:pPr>
      <w:r>
        <w:t>You know, Islam is a religion.</w:t>
      </w:r>
    </w:p>
    <w:p>
      <w:r>
        <w:rPr>
          <w:b/>
        </w:rPr>
        <w:t xml:space="preserve">[03:36] </w:t>
      </w:r>
      <w:r>
        <w:t>Islam is not a movement of terrorism. And all the religions are religions of peace and spirituality.</w:t>
      </w:r>
    </w:p>
    <w:p>
      <w:pPr>
        <w:jc w:val="right"/>
      </w:pPr>
      <w:r>
        <w:t>Islam is not a movement of terrorism. And all the religions are religions of peace and spirituality.</w:t>
      </w:r>
    </w:p>
    <w:p>
      <w:r>
        <w:rPr>
          <w:b/>
        </w:rPr>
        <w:t xml:space="preserve">[03:52] </w:t>
      </w:r>
      <w:r>
        <w:t>And Islam is not an exception.</w:t>
      </w:r>
    </w:p>
    <w:p>
      <w:pPr>
        <w:jc w:val="right"/>
      </w:pPr>
      <w:r>
        <w:t>And Islam is not an exception.</w:t>
      </w:r>
    </w:p>
    <w:p>
      <w:r>
        <w:rPr>
          <w:b/>
        </w:rPr>
        <w:t xml:space="preserve">[03:57] </w:t>
      </w:r>
      <w:r>
        <w:t>The basic concern of Islam is to establish peace and spirituality.</w:t>
      </w:r>
    </w:p>
    <w:p>
      <w:pPr>
        <w:jc w:val="right"/>
      </w:pPr>
      <w:r>
        <w:t>The basic concern of Islam is to establish peace and spirituality.</w:t>
      </w:r>
    </w:p>
    <w:p>
      <w:r>
        <w:rPr>
          <w:b/>
        </w:rPr>
        <w:t xml:space="preserve">[04:06] </w:t>
      </w:r>
      <w:r>
        <w:t>If you read the Al-Qur'an, that is the most sacred book of Islam, you will find that all the verses of Al-Qur'an are related to peace and spirituality,</w:t>
      </w:r>
    </w:p>
    <w:p>
      <w:pPr>
        <w:jc w:val="right"/>
      </w:pPr>
      <w:r>
        <w:t>If you read the Al-Qur'an, that is the most sacred book of Islam, you will find that all the verses of Al-Qur'an are related to peace and spirituality,</w:t>
      </w:r>
    </w:p>
    <w:p>
      <w:r>
        <w:rPr>
          <w:b/>
        </w:rPr>
        <w:t xml:space="preserve">[04:28] </w:t>
      </w:r>
      <w:r>
        <w:t>either directly or indirectly.</w:t>
      </w:r>
    </w:p>
    <w:p>
      <w:pPr>
        <w:jc w:val="right"/>
      </w:pPr>
      <w:r>
        <w:t>either directly or indirectly.</w:t>
      </w:r>
    </w:p>
    <w:p>
      <w:r>
        <w:rPr>
          <w:b/>
        </w:rPr>
        <w:t xml:space="preserve">[04:34] </w:t>
      </w:r>
      <w:r>
        <w:t>Now,</w:t>
      </w:r>
    </w:p>
    <w:p>
      <w:pPr>
        <w:jc w:val="right"/>
      </w:pPr>
      <w:r>
        <w:t>Now,</w:t>
      </w:r>
    </w:p>
    <w:p>
      <w:r>
        <w:rPr>
          <w:b/>
        </w:rPr>
        <w:t xml:space="preserve">[04:37] </w:t>
      </w:r>
      <w:r>
        <w:t>you know, Islam was founded by Muhammad bin Abdullah bin Abdul Muttalib. Muhammad sallallahu alayhi wa sallam was born in 570 AD in Mecca,</w:t>
      </w:r>
    </w:p>
    <w:p>
      <w:pPr>
        <w:jc w:val="right"/>
      </w:pPr>
      <w:r>
        <w:t>you know, Islam was founded by Muhammad bin Abdullah bin Abdul Muttalib. Muhammad صلى الله عليه وسلم was born in 570 AD in Mecca,</w:t>
      </w:r>
    </w:p>
    <w:p>
      <w:r>
        <w:rPr>
          <w:b/>
        </w:rPr>
        <w:t xml:space="preserve">[04:54] </w:t>
      </w:r>
      <w:r>
        <w:t>in Arabia. And he was appointed as a prophet in 610 AD.</w:t>
      </w:r>
    </w:p>
    <w:p>
      <w:pPr>
        <w:jc w:val="right"/>
      </w:pPr>
      <w:r>
        <w:t>in Arabia. And he was appointed as a prophet in 610 AD.</w:t>
      </w:r>
    </w:p>
    <w:p>
      <w:r>
        <w:rPr>
          <w:b/>
        </w:rPr>
        <w:t xml:space="preserve">[05:07] </w:t>
      </w:r>
      <w:r>
        <w:t>God sent to him Al-Qur'an, that is, the Book of God. So there are two main sources of Islam: Qur'an and Hadith.</w:t>
      </w:r>
    </w:p>
    <w:p>
      <w:pPr>
        <w:jc w:val="right"/>
      </w:pPr>
      <w:r>
        <w:t>God sent to him Al-Qur'an, that is, the Book of God. So there are two main sources of Islam: Qur'an and Hadith.</w:t>
      </w:r>
    </w:p>
    <w:p>
      <w:r>
        <w:rPr>
          <w:b/>
        </w:rPr>
        <w:t xml:space="preserve">[05:19] </w:t>
      </w:r>
      <w:r>
        <w:t>Qur'an means the Word of God, and Hadith means the sayings of the Prophet of Islam. So these two are the main sources of Islam.</w:t>
      </w:r>
    </w:p>
    <w:p>
      <w:pPr>
        <w:jc w:val="right"/>
      </w:pPr>
      <w:r>
        <w:t>Qur'an means the Word of God, and Hadith means the sayings of the Prophet of Islam. So these two are the main sources of Islam.</w:t>
      </w:r>
    </w:p>
    <w:p>
      <w:r>
        <w:rPr>
          <w:b/>
        </w:rPr>
        <w:t xml:space="preserve">[05:34] </w:t>
      </w:r>
      <w:r>
        <w:t>The first very important principle I would like to mention is that if you want to know what Islam is, you have to differentiate between Islam and Muslims.</w:t>
      </w:r>
    </w:p>
    <w:p>
      <w:pPr>
        <w:jc w:val="right"/>
      </w:pPr>
      <w:r>
        <w:t>The first very important principle I would like to mention is that if you want to know what Islam is, you have to differentiate between Islam and Muslims.</w:t>
      </w:r>
    </w:p>
    <w:p>
      <w:r>
        <w:rPr>
          <w:b/>
        </w:rPr>
        <w:t xml:space="preserve">[05:49] </w:t>
      </w:r>
      <w:r>
        <w:t>You have to judge Muslims in the light of Islamic teaching and not vice versa.</w:t>
      </w:r>
    </w:p>
    <w:p>
      <w:pPr>
        <w:jc w:val="right"/>
      </w:pPr>
      <w:r>
        <w:t>You have to judge Muslims in the light of Islamic teaching and not vice versa.</w:t>
      </w:r>
    </w:p>
    <w:p>
      <w:r>
        <w:rPr>
          <w:b/>
        </w:rPr>
        <w:t xml:space="preserve">[05:58] </w:t>
      </w:r>
      <w:r>
        <w:t>Here, I would like to mention some references from the Qur'an and Hadith. For example, a person came to the Prophet of Islam.</w:t>
      </w:r>
    </w:p>
    <w:p>
      <w:pPr>
        <w:jc w:val="right"/>
      </w:pPr>
      <w:r>
        <w:t>Here, I would like to mention some references from the Qur'an and Hadith. For example, a person came to the Prophet of Islam.</w:t>
      </w:r>
    </w:p>
    <w:p>
      <w:r>
        <w:rPr>
          <w:b/>
        </w:rPr>
        <w:t xml:space="preserve">[06:14] </w:t>
      </w:r>
      <w:r>
        <w:t>He asked, "Ya Rasulallah,</w:t>
      </w:r>
    </w:p>
    <w:p>
      <w:pPr>
        <w:jc w:val="right"/>
      </w:pPr>
      <w:r>
        <w:t>He asked, "Ya Rasulallah,</w:t>
      </w:r>
    </w:p>
    <w:p>
      <w:r>
        <w:rPr>
          <w:b/>
        </w:rPr>
        <w:t xml:space="preserve">[06:27] </w:t>
      </w:r>
      <w:r>
        <w:t>O Prophet, give me a master advice by which I may be able to manage all the affairs of my life." You see,</w:t>
      </w:r>
    </w:p>
    <w:p>
      <w:pPr>
        <w:jc w:val="right"/>
      </w:pPr>
      <w:r>
        <w:t>O Prophet, give me a master advice by which I may be able to manage all the affairs of my life." You see,</w:t>
      </w:r>
    </w:p>
    <w:p>
      <w:r>
        <w:rPr>
          <w:b/>
        </w:rPr>
        <w:t xml:space="preserve">[06:43] </w:t>
      </w:r>
      <w:r>
        <w:t>this person asked a master formula, a master formula of life.</w:t>
      </w:r>
    </w:p>
    <w:p>
      <w:pPr>
        <w:jc w:val="right"/>
      </w:pPr>
      <w:r>
        <w:t>this person asked a master formula, a master formula of life.</w:t>
      </w:r>
    </w:p>
    <w:p>
      <w:r>
        <w:rPr>
          <w:b/>
        </w:rPr>
        <w:t xml:space="preserve">[06:53] </w:t>
      </w:r>
      <w:r>
        <w:t>The answer was the answer from the Prophet was, "La taaghzab." Very short and very comprehensive.</w:t>
      </w:r>
    </w:p>
    <w:p>
      <w:pPr>
        <w:jc w:val="right"/>
      </w:pPr>
      <w:r>
        <w:t>The answer was the answer from the Prophet was, "La taaghzab." Very short and very comprehensive.</w:t>
      </w:r>
    </w:p>
    <w:p>
      <w:r>
        <w:rPr>
          <w:b/>
        </w:rPr>
        <w:t xml:space="preserve">[07:05] </w:t>
      </w:r>
      <w:r>
        <w:t>It means, "Don't be angry." You know what anger is?</w:t>
      </w:r>
    </w:p>
    <w:p>
      <w:pPr>
        <w:jc w:val="right"/>
      </w:pPr>
      <w:r>
        <w:t>It means, "Don't be angry." You know what anger is?</w:t>
      </w:r>
    </w:p>
    <w:p>
      <w:r>
        <w:rPr>
          <w:b/>
        </w:rPr>
        <w:t xml:space="preserve">[07:13] </w:t>
      </w:r>
      <w:r>
        <w:t>Anger symbolizes all kinds of unwanted behavior, like intolerance, violence, revenge, malice,</w:t>
      </w:r>
    </w:p>
    <w:p>
      <w:pPr>
        <w:jc w:val="right"/>
      </w:pPr>
      <w:r>
        <w:t>Anger symbolizes all kinds of unwanted behavior, like intolerance, violence, revenge, malice,</w:t>
      </w:r>
    </w:p>
    <w:p>
      <w:r>
        <w:rPr>
          <w:b/>
        </w:rPr>
        <w:t xml:space="preserve">[07:27] </w:t>
      </w:r>
      <w:r>
        <w:t>negative thoughts. So this master formula means you have to adopt positive behavior and you have to safeguard from negative behavior.</w:t>
      </w:r>
    </w:p>
    <w:p>
      <w:pPr>
        <w:jc w:val="right"/>
      </w:pPr>
      <w:r>
        <w:t>negative thoughts. So this master formula means you have to adopt positive behavior and you have to safeguard from negative behavior.</w:t>
      </w:r>
    </w:p>
    <w:p>
      <w:r>
        <w:rPr>
          <w:b/>
        </w:rPr>
        <w:t xml:space="preserve">[07:42] </w:t>
      </w:r>
      <w:r>
        <w:t>You know, we are living in a society in which every time there are some negative experiences, some provocations.</w:t>
      </w:r>
    </w:p>
    <w:p>
      <w:pPr>
        <w:jc w:val="right"/>
      </w:pPr>
      <w:r>
        <w:t>You know, we are living in a society in which every time there are some negative experiences, some provocations.</w:t>
      </w:r>
    </w:p>
    <w:p>
      <w:r>
        <w:rPr>
          <w:b/>
        </w:rPr>
        <w:t xml:space="preserve">[07:52] </w:t>
      </w:r>
      <w:r>
        <w:t>So what to do in such a situation? So the Prophet of Islam gave this advice. It is a master formula. It means that</w:t>
      </w:r>
    </w:p>
    <w:p>
      <w:pPr>
        <w:jc w:val="right"/>
      </w:pPr>
      <w:r>
        <w:t>So what to do in such a situation? So the Prophet of Islam gave this advice. It is a master formula. It means that</w:t>
      </w:r>
    </w:p>
    <w:p>
      <w:r>
        <w:rPr>
          <w:b/>
        </w:rPr>
        <w:t xml:space="preserve">[08:04] </w:t>
      </w:r>
      <w:r>
        <w:t>avoid confrontation, avoid anger, avoid intolerance.</w:t>
      </w:r>
    </w:p>
    <w:p>
      <w:pPr>
        <w:jc w:val="right"/>
      </w:pPr>
      <w:r>
        <w:t>avoid confrontation, avoid anger, avoid intolerance.</w:t>
      </w:r>
    </w:p>
    <w:p>
      <w:r>
        <w:rPr>
          <w:b/>
        </w:rPr>
        <w:t xml:space="preserve">[08:11] </w:t>
      </w:r>
      <w:r>
        <w:t>You have to keep peace and love and tolerance and spiritual behavior.</w:t>
      </w:r>
    </w:p>
    <w:p>
      <w:pPr>
        <w:jc w:val="right"/>
      </w:pPr>
      <w:r>
        <w:t>You have to keep peace and love and tolerance and spiritual behavior.</w:t>
      </w:r>
    </w:p>
    <w:p>
      <w:r>
        <w:rPr>
          <w:b/>
        </w:rPr>
        <w:t xml:space="preserve">[08:24] </w:t>
      </w:r>
      <w:r>
        <w:t>You know, Jesus Christ has said, "Love your enemy." It is a beautiful formula. Love your enemy.</w:t>
      </w:r>
    </w:p>
    <w:p>
      <w:pPr>
        <w:jc w:val="right"/>
      </w:pPr>
      <w:r>
        <w:t>You know, Jesus Christ has said, "Love your enemy." It is a beautiful formula. Love your enemy.</w:t>
      </w:r>
    </w:p>
    <w:p>
      <w:r>
        <w:rPr>
          <w:b/>
        </w:rPr>
        <w:t xml:space="preserve">[08:34] </w:t>
      </w:r>
      <w:r>
        <w:t>Now, what does it mean?</w:t>
      </w:r>
    </w:p>
    <w:p>
      <w:pPr>
        <w:jc w:val="right"/>
      </w:pPr>
      <w:r>
        <w:t>Now, what does it mean?</w:t>
      </w:r>
    </w:p>
    <w:p>
      <w:r>
        <w:rPr>
          <w:b/>
        </w:rPr>
        <w:t xml:space="preserve">[08:39] </w:t>
      </w:r>
      <w:r>
        <w:t>Love your enemy means love all, including your enemy. Love all, including your enemy.</w:t>
      </w:r>
    </w:p>
    <w:p>
      <w:pPr>
        <w:jc w:val="right"/>
      </w:pPr>
      <w:r>
        <w:t>Love your enemy means love all, including your enemy. Love all, including your enemy.</w:t>
      </w:r>
    </w:p>
    <w:p>
      <w:r>
        <w:rPr>
          <w:b/>
        </w:rPr>
        <w:t xml:space="preserve">[08:49] </w:t>
      </w:r>
      <w:r>
        <w:t>The same formula was given by the Qur'an.</w:t>
      </w:r>
    </w:p>
    <w:p>
      <w:pPr>
        <w:jc w:val="right"/>
      </w:pPr>
      <w:r>
        <w:t>The same formula was given by the Qur'an.</w:t>
      </w:r>
    </w:p>
    <w:p>
      <w:r>
        <w:rPr>
          <w:b/>
        </w:rPr>
        <w:t xml:space="preserve">[08:52] </w:t>
      </w:r>
      <w:r>
        <w:t>There is a verse in the Qur'an, "La tastabil hasanat wal asiyya with fa billati hi asan fayzal ladhi bain kaabain wa adhawa kanu waliyun hamim." It means,</w:t>
      </w:r>
    </w:p>
    <w:p>
      <w:pPr>
        <w:jc w:val="right"/>
      </w:pPr>
      <w:r>
        <w:t>There is a verse in the Qur'an, "La tastabil hasanat wal asiyya with fa billati hi asan fayzal ladhi bain kaabain wa adhawa kanu waliyun hamim." It means,</w:t>
      </w:r>
    </w:p>
    <w:p>
      <w:r>
        <w:rPr>
          <w:b/>
        </w:rPr>
        <w:t xml:space="preserve">[09:07] </w:t>
      </w:r>
      <w:r>
        <w:t>"Do good deeds in return for enemies' bad deeds, and you will find that your enemy has become your dearest friend."</w:t>
      </w:r>
    </w:p>
    <w:p>
      <w:pPr>
        <w:jc w:val="right"/>
      </w:pPr>
      <w:r>
        <w:t>"Do good deeds in return for enemies' bad deeds, and you will find that your enemy has become your dearest friend."</w:t>
      </w:r>
    </w:p>
    <w:p>
      <w:r>
        <w:rPr>
          <w:b/>
        </w:rPr>
        <w:t xml:space="preserve">[09:22] </w:t>
      </w:r>
      <w:r>
        <w:t>You see, this verse means that your enemy is your potential friend.</w:t>
      </w:r>
    </w:p>
    <w:p>
      <w:pPr>
        <w:jc w:val="right"/>
      </w:pPr>
      <w:r>
        <w:t>You see, this verse means that your enemy is your potential friend.</w:t>
      </w:r>
    </w:p>
    <w:p>
      <w:r>
        <w:rPr>
          <w:b/>
        </w:rPr>
        <w:t xml:space="preserve">[09:32] </w:t>
      </w:r>
      <w:r>
        <w:t>What a beautiful idea! Your enemy is your potential friend. So turn this potential into actual. It is the best formula of positive living in society.</w:t>
      </w:r>
    </w:p>
    <w:p>
      <w:pPr>
        <w:jc w:val="right"/>
      </w:pPr>
      <w:r>
        <w:t>What a beautiful idea! Your enemy is your potential friend. So turn this potential into actual. It is the best formula of positive living in society.</w:t>
      </w:r>
    </w:p>
    <w:p>
      <w:r>
        <w:rPr>
          <w:b/>
        </w:rPr>
        <w:t xml:space="preserve">[09:48] </w:t>
      </w:r>
      <w:r>
        <w:t>Now, we are living in an age of media.</w:t>
      </w:r>
    </w:p>
    <w:p>
      <w:pPr>
        <w:jc w:val="right"/>
      </w:pPr>
      <w:r>
        <w:t>Now, we are living in an age of media.</w:t>
      </w:r>
    </w:p>
    <w:p>
      <w:r>
        <w:rPr>
          <w:b/>
        </w:rPr>
        <w:t xml:space="preserve">[09:53] </w:t>
      </w:r>
      <w:r>
        <w:t>People generally take the information from media. And you know, media is an industry of</w:t>
      </w:r>
    </w:p>
    <w:p>
      <w:pPr>
        <w:jc w:val="right"/>
      </w:pPr>
      <w:r>
        <w:t>People generally take the information from media. And you know, media is an industry of</w:t>
      </w:r>
    </w:p>
    <w:p>
      <w:r>
        <w:rPr>
          <w:b/>
        </w:rPr>
        <w:t xml:space="preserve">[10:05] </w:t>
      </w:r>
      <w:r>
        <w:t>hot news, sensational news. So media always covers sensational news regarding Islam. This creates problems.</w:t>
      </w:r>
    </w:p>
    <w:p>
      <w:pPr>
        <w:jc w:val="right"/>
      </w:pPr>
      <w:r>
        <w:t>hot news, sensational news. So media always covers sensational news regarding Islam. This creates problems.</w:t>
      </w:r>
    </w:p>
    <w:p>
      <w:r>
        <w:rPr>
          <w:b/>
        </w:rPr>
        <w:t xml:space="preserve">[10:17] </w:t>
      </w:r>
      <w:r>
        <w:t>Due to this kind of reporting, what happened? The</w:t>
      </w:r>
    </w:p>
    <w:p>
      <w:pPr>
        <w:jc w:val="right"/>
      </w:pPr>
      <w:r>
        <w:t>Due to this kind of reporting, what happened? The</w:t>
      </w:r>
    </w:p>
    <w:p>
      <w:r>
        <w:rPr>
          <w:b/>
        </w:rPr>
        <w:t xml:space="preserve">[10:31] </w:t>
      </w:r>
      <w:r>
        <w:t>most important aspect of Islam became unknown. People don't know.</w:t>
      </w:r>
    </w:p>
    <w:p>
      <w:pPr>
        <w:jc w:val="right"/>
      </w:pPr>
      <w:r>
        <w:t>most important aspect of Islam became unknown. People don't know.</w:t>
      </w:r>
    </w:p>
    <w:p>
      <w:r>
        <w:rPr>
          <w:b/>
        </w:rPr>
        <w:t xml:space="preserve">[10:39] </w:t>
      </w:r>
      <w:r>
        <w:t>People know only what Muslims are doing. But what Islam teaches, they don't know about this. I will give you some very important examples.</w:t>
      </w:r>
    </w:p>
    <w:p>
      <w:pPr>
        <w:jc w:val="right"/>
      </w:pPr>
      <w:r>
        <w:t>People know only what Muslims are doing. But what Islam teaches, they don't know about this. I will give you some very important examples.</w:t>
      </w:r>
    </w:p>
    <w:p>
      <w:r>
        <w:rPr>
          <w:b/>
        </w:rPr>
        <w:t xml:space="preserve">[10:51] </w:t>
      </w:r>
      <w:r>
        <w:t>For example, let us take the issue of women. It is a gender perception that Islam degrades women.</w:t>
      </w:r>
    </w:p>
    <w:p>
      <w:pPr>
        <w:jc w:val="right"/>
      </w:pPr>
      <w:r>
        <w:t>For example, let us take the issue of women. It is a gender perception that Islam degrades women.</w:t>
      </w:r>
    </w:p>
    <w:p>
      <w:r>
        <w:rPr>
          <w:b/>
        </w:rPr>
        <w:t xml:space="preserve">[11:02] </w:t>
      </w:r>
      <w:r>
        <w:t>It is wrong, completely wrong.</w:t>
      </w:r>
    </w:p>
    <w:p>
      <w:pPr>
        <w:jc w:val="right"/>
      </w:pPr>
      <w:r>
        <w:t>It is wrong, completely wrong.</w:t>
      </w:r>
    </w:p>
    <w:p>
      <w:r>
        <w:rPr>
          <w:b/>
        </w:rPr>
        <w:t xml:space="preserve">[11:07] </w:t>
      </w:r>
      <w:r>
        <w:t>There is a hadith. The Prophet of Islam has said, "An-nisa'u shaka'iqur rajal." It means, "Men and women are two equal halves of a single unit." Men and women are two equal halves of a single unit.</w:t>
      </w:r>
    </w:p>
    <w:p>
      <w:pPr>
        <w:jc w:val="right"/>
      </w:pPr>
      <w:r>
        <w:t>There is a hadith. The Prophet of Islam has said, "An-nisa'u shaka'iqur rajal." It means, "Men and women are two equal halves of a single unit." Men and women are two equal halves of a single unit.</w:t>
      </w:r>
    </w:p>
    <w:p>
      <w:r>
        <w:rPr>
          <w:b/>
        </w:rPr>
        <w:t xml:space="preserve">[11:31] </w:t>
      </w:r>
      <w:r>
        <w:t>It is the best expression of gender equality.</w:t>
      </w:r>
    </w:p>
    <w:p>
      <w:pPr>
        <w:jc w:val="right"/>
      </w:pPr>
      <w:r>
        <w:t>It is the best expression of gender equality.</w:t>
      </w:r>
    </w:p>
    <w:p>
      <w:r>
        <w:rPr>
          <w:b/>
        </w:rPr>
        <w:t xml:space="preserve">[11:38] </w:t>
      </w:r>
      <w:r>
        <w:t>And this is a hadith that is saying about the Prophet of Islam. Then, I would like to give a very important aspect of Islam.</w:t>
      </w:r>
    </w:p>
    <w:p>
      <w:pPr>
        <w:jc w:val="right"/>
      </w:pPr>
      <w:r>
        <w:t>And this is a hadith that is saying about the Prophet of Islam. Then, I would like to give a very important aspect of Islam.</w:t>
      </w:r>
    </w:p>
    <w:p>
      <w:r>
        <w:rPr>
          <w:b/>
        </w:rPr>
        <w:t xml:space="preserve">[11:54] </w:t>
      </w:r>
      <w:r>
        <w:t>I have read Islam through its original sources.</w:t>
      </w:r>
    </w:p>
    <w:p>
      <w:pPr>
        <w:jc w:val="right"/>
      </w:pPr>
      <w:r>
        <w:t>I have read Islam through its original sources.</w:t>
      </w:r>
    </w:p>
    <w:p>
      <w:r>
        <w:rPr>
          <w:b/>
        </w:rPr>
        <w:t xml:space="preserve">[11:59] </w:t>
      </w:r>
      <w:r>
        <w:t>I can say that in Islam, men and women are intellectual partners.</w:t>
      </w:r>
    </w:p>
    <w:p>
      <w:pPr>
        <w:jc w:val="right"/>
      </w:pPr>
      <w:r>
        <w:t>I can say that in Islam, men and women are intellectual partners.</w:t>
      </w:r>
    </w:p>
    <w:p>
      <w:r>
        <w:rPr>
          <w:b/>
        </w:rPr>
        <w:t xml:space="preserve">[12:12] </w:t>
      </w:r>
      <w:r>
        <w:t>Intellectual partners. Prophet himself demonstrated this principle. His wife was Aisha. Aisha was an intelligent l</w:t>
      </w:r>
    </w:p>
    <w:p>
      <w:pPr>
        <w:jc w:val="right"/>
      </w:pPr>
      <w:r>
        <w:t>Intellectual partners. Prophet himself demonstrated this principle. His wife was Aisha. Aisha was an intelligent l</w:t>
      </w:r>
    </w:p>
    <w:p>
      <w:r>
        <w:rPr>
          <w:b/>
        </w:rPr>
        <w:t xml:space="preserve">[12:21] </w:t>
      </w:r>
      <w:r>
        <w:t>ady. She says that, "It</w:t>
      </w:r>
    </w:p>
    <w:p>
      <w:pPr>
        <w:jc w:val="right"/>
      </w:pPr>
      <w:r>
        <w:t>ady. She says that, "It</w:t>
      </w:r>
    </w:p>
    <w:p>
      <w:r>
        <w:rPr>
          <w:b/>
        </w:rPr>
        <w:t xml:space="preserve">[12:30] </w:t>
      </w:r>
      <w:r>
        <w:t>means that the Prophet used to discuss her, used to take her advice." So Aisha was an intellectual partner of the Prophet of Islam.</w:t>
      </w:r>
    </w:p>
    <w:p>
      <w:pPr>
        <w:jc w:val="right"/>
      </w:pPr>
      <w:r>
        <w:t>means that the Prophet used to discuss her, used to take her advice." So Aisha was an intellectual partner of the Prophet of Islam.</w:t>
      </w:r>
    </w:p>
    <w:p>
      <w:r>
        <w:rPr>
          <w:b/>
        </w:rPr>
        <w:t xml:space="preserve">[12:46] </w:t>
      </w:r>
      <w:r>
        <w:t>It is very important to know. Aisha, his wife, was an intellectual partner of the Prophet of Islam.</w:t>
      </w:r>
    </w:p>
    <w:p>
      <w:pPr>
        <w:jc w:val="right"/>
      </w:pPr>
      <w:r>
        <w:t>It is very important to know. Aisha, his wife, was an intellectual partner of the Prophet of Islam.</w:t>
      </w:r>
    </w:p>
    <w:p>
      <w:r>
        <w:rPr>
          <w:b/>
        </w:rPr>
        <w:t xml:space="preserve">[13:00] </w:t>
      </w:r>
      <w:r>
        <w:t>So you will find that if you read the life of Aisha, you will find Aisha was the wisest Muslim of that period due</w:t>
      </w:r>
    </w:p>
    <w:p>
      <w:pPr>
        <w:jc w:val="right"/>
      </w:pPr>
      <w:r>
        <w:t>So you will find that if you read the life of Aisha, you will find Aisha was the wisest Muslim of that period due</w:t>
      </w:r>
    </w:p>
    <w:p>
      <w:r>
        <w:rPr>
          <w:b/>
        </w:rPr>
        <w:t xml:space="preserve">[13:13] </w:t>
      </w:r>
      <w:r>
        <w:t>to this intellectual exchange. I will give you one example. Aisha has given a very important formula for general policy.</w:t>
      </w:r>
    </w:p>
    <w:p>
      <w:pPr>
        <w:jc w:val="right"/>
      </w:pPr>
      <w:r>
        <w:t>to this intellectual exchange. I will give you one example. Aisha has given a very important formula for general policy.</w:t>
      </w:r>
    </w:p>
    <w:p>
      <w:r>
        <w:rPr>
          <w:b/>
        </w:rPr>
        <w:t xml:space="preserve">[13:27] </w:t>
      </w:r>
      <w:r>
        <w:t>Her grasp was very, very import</w:t>
      </w:r>
    </w:p>
    <w:p>
      <w:pPr>
        <w:jc w:val="right"/>
      </w:pPr>
      <w:r>
        <w:t>Her grasp was very, very import</w:t>
      </w:r>
    </w:p>
    <w:p>
      <w:r>
        <w:rPr>
          <w:b/>
        </w:rPr>
        <w:t xml:space="preserve">[13:34] </w:t>
      </w:r>
      <w:r>
        <w:t>ant. So she was able to understand the Prophet's policy, the Prophet's behavior, the Prophet's thinking.</w:t>
      </w:r>
    </w:p>
    <w:p>
      <w:pPr>
        <w:jc w:val="right"/>
      </w:pPr>
      <w:r>
        <w:t>ant. So she was able to understand the Prophet's policy, the Prophet's behavior, the Prophet's thinking.</w:t>
      </w:r>
    </w:p>
    <w:p>
      <w:r>
        <w:rPr>
          <w:b/>
        </w:rPr>
        <w:t xml:space="preserve">[13:43] </w:t>
      </w:r>
      <w:r>
        <w:t>She says that what was the general policy of the Prophet of</w:t>
      </w:r>
    </w:p>
    <w:p>
      <w:pPr>
        <w:jc w:val="right"/>
      </w:pPr>
      <w:r>
        <w:t>She says that what was the general policy of the Prophet of</w:t>
      </w:r>
    </w:p>
    <w:p>
      <w:r>
        <w:rPr>
          <w:b/>
        </w:rPr>
        <w:t xml:space="preserve">[13:49] </w:t>
      </w:r>
      <w:r>
        <w:t>Islam? She says, "Ma khuyira Rasulallah sallallahu alaihi wasallam bain amrain illa khtaara aisha rahma." It means that whenever the Prophet had to choose between the two, he always opted for the easier option rather than the harder option.</w:t>
      </w:r>
    </w:p>
    <w:p>
      <w:pPr>
        <w:jc w:val="right"/>
      </w:pPr>
      <w:r>
        <w:t>Islam? She says, "Ma khuyira Rasulallah صلى الله عليه وسلم bain amrain illa khtaara aisha rahma." It means that whenever the Prophet had to choose between the two, he always opted for the easier option rather than the harder option.</w:t>
      </w:r>
    </w:p>
    <w:p>
      <w:r>
        <w:rPr>
          <w:b/>
        </w:rPr>
        <w:t xml:space="preserve">[14:13] </w:t>
      </w:r>
      <w:r>
        <w:t>Now, what is the easier option</w:t>
      </w:r>
    </w:p>
    <w:p>
      <w:pPr>
        <w:jc w:val="right"/>
      </w:pPr>
      <w:r>
        <w:t>Now, what is the easier option</w:t>
      </w:r>
    </w:p>
    <w:p>
      <w:r>
        <w:rPr>
          <w:b/>
        </w:rPr>
        <w:t xml:space="preserve">[14:15] </w:t>
      </w:r>
      <w:r>
        <w:t>? It means a sustainable option, a sustainable course of action. So the Prophet of Islam always used the sustainable course of action rather than the harder course of action.</w:t>
      </w:r>
    </w:p>
    <w:p>
      <w:pPr>
        <w:jc w:val="right"/>
      </w:pPr>
      <w:r>
        <w:t>? It means a sustainable option, a sustainable course of action. So the Prophet of Islam always used the sustainable course of action rather than the harder course of action.</w:t>
      </w:r>
    </w:p>
    <w:p>
      <w:r>
        <w:rPr>
          <w:b/>
        </w:rPr>
        <w:t xml:space="preserve">[14:29] </w:t>
      </w:r>
      <w:r>
        <w:t>In other words, you can say that there are two kinds of options in every situation: peaceful option and violent option.</w:t>
      </w:r>
    </w:p>
    <w:p>
      <w:pPr>
        <w:jc w:val="right"/>
      </w:pPr>
      <w:r>
        <w:t>In other words, you can say that there are two kinds of options in every situation: peaceful option and violent option.</w:t>
      </w:r>
    </w:p>
    <w:p>
      <w:r>
        <w:rPr>
          <w:b/>
        </w:rPr>
        <w:t xml:space="preserve">[14:41] </w:t>
      </w:r>
      <w:r>
        <w:t>A peaceful course of action and a violent course of action.</w:t>
      </w:r>
    </w:p>
    <w:p>
      <w:pPr>
        <w:jc w:val="right"/>
      </w:pPr>
      <w:r>
        <w:t>A peaceful course of action and a violent course of action.</w:t>
      </w:r>
    </w:p>
    <w:p>
      <w:r>
        <w:rPr>
          <w:b/>
        </w:rPr>
        <w:t xml:space="preserve">[14:46] </w:t>
      </w:r>
      <w:r>
        <w:t>In every situation, in your family, in your society, in national life, in international life, everywhere, every time, you have two options.</w:t>
      </w:r>
    </w:p>
    <w:p>
      <w:pPr>
        <w:jc w:val="right"/>
      </w:pPr>
      <w:r>
        <w:t>In every situation, in your family, in your society, in national life, in international life, everywhere, every time, you have two options.</w:t>
      </w:r>
    </w:p>
    <w:p>
      <w:r>
        <w:rPr>
          <w:b/>
        </w:rPr>
        <w:t xml:space="preserve">[14:57] </w:t>
      </w:r>
      <w:r>
        <w:t>Either you have to choose a peaceful course of action or a violent course of action. So the Prophet always used to adopt a peaceful course of action rather than a harder course of</w:t>
      </w:r>
    </w:p>
    <w:p>
      <w:pPr>
        <w:jc w:val="right"/>
      </w:pPr>
      <w:r>
        <w:t>Either you have to choose a peaceful course of action or a violent course of action. So the Prophet always used to adopt a peaceful course of action rather than a harder course of</w:t>
      </w:r>
    </w:p>
    <w:p>
      <w:r>
        <w:rPr>
          <w:b/>
        </w:rPr>
        <w:t xml:space="preserve">[15:15] </w:t>
      </w:r>
      <w:r>
        <w:t>action. It is a very important formula. You can apply this formula in your school life, in your family life, in your national life, everywhere.</w:t>
      </w:r>
    </w:p>
    <w:p>
      <w:pPr>
        <w:jc w:val="right"/>
      </w:pPr>
      <w:r>
        <w:t>action. It is a very important formula. You can apply this formula in your school life, in your family life, in your national life, everywhere.</w:t>
      </w:r>
    </w:p>
    <w:p>
      <w:r>
        <w:rPr>
          <w:b/>
        </w:rPr>
        <w:t xml:space="preserve">[15:26] </w:t>
      </w:r>
      <w:r>
        <w:t>The best formula for life was given by a Muslim lady that was Aisha binti Abi Bakr.</w:t>
      </w:r>
    </w:p>
    <w:p>
      <w:pPr>
        <w:jc w:val="right"/>
      </w:pPr>
      <w:r>
        <w:t>The best formula for life was given by a Muslim lady that was Aisha binti Abi Bakr.</w:t>
      </w:r>
    </w:p>
    <w:p>
      <w:r>
        <w:rPr>
          <w:b/>
        </w:rPr>
        <w:t xml:space="preserve">[15:35] </w:t>
      </w:r>
      <w:r>
        <w:t>The Prophet of Islam has said that, "Innallaha yauhti ala rifq, mala yauhti ala naunru." This saying of the Prophet of Islam means that God grants to non-violence what He does not grant to violence.</w:t>
      </w:r>
    </w:p>
    <w:p>
      <w:pPr>
        <w:jc w:val="right"/>
      </w:pPr>
      <w:r>
        <w:t>The Prophet of Islam has said that, "Innallaha yauhti ala rifq, mala yauhti ala naunru." This saying of the Prophet of Islam means that God grants to non-violence what He does not grant to violence.</w:t>
      </w:r>
    </w:p>
    <w:p>
      <w:r>
        <w:rPr>
          <w:b/>
        </w:rPr>
        <w:t xml:space="preserve">[16:00] </w:t>
      </w:r>
      <w:r>
        <w:t>It means that these kinds of behaviors are according to the law of nature. In this world that was created by God, the most powerful course of action is a peaceful course of action.</w:t>
      </w:r>
    </w:p>
    <w:p>
      <w:pPr>
        <w:jc w:val="right"/>
      </w:pPr>
      <w:r>
        <w:t>It means that these kinds of behaviors are according to the law of nature. In this world that was created by God, the most powerful course of action is a peaceful course of action.</w:t>
      </w:r>
    </w:p>
    <w:p>
      <w:r>
        <w:rPr>
          <w:b/>
        </w:rPr>
        <w:t xml:space="preserve">[16:19] </w:t>
      </w:r>
      <w:r>
        <w:t>So he says that God grants to non-violence what He does not grant to violence.</w:t>
      </w:r>
    </w:p>
    <w:p>
      <w:pPr>
        <w:jc w:val="right"/>
      </w:pPr>
      <w:r>
        <w:t>So he says that God grants to non-violence what He does not grant to violence.</w:t>
      </w:r>
    </w:p>
    <w:p>
      <w:r>
        <w:rPr>
          <w:b/>
        </w:rPr>
        <w:t xml:space="preserve">[16:26] </w:t>
      </w:r>
      <w:r>
        <w:t>It means that if you adopt a peaceful course of action, a non-violent course of action, then everything will come into favor of you, will support you.</w:t>
      </w:r>
    </w:p>
    <w:p>
      <w:pPr>
        <w:jc w:val="right"/>
      </w:pPr>
      <w:r>
        <w:t>It means that if you adopt a peaceful course of action, a non-violent course of action, then everything will come into favor of you, will support you.</w:t>
      </w:r>
    </w:p>
    <w:p>
      <w:r>
        <w:rPr>
          <w:b/>
        </w:rPr>
        <w:t xml:space="preserve">[16:40] </w:t>
      </w:r>
      <w:r>
        <w:t>The whole nature will support you. So this is also a very important</w:t>
      </w:r>
    </w:p>
    <w:p>
      <w:pPr>
        <w:jc w:val="right"/>
      </w:pPr>
      <w:r>
        <w:t>The whole nature will support you. So this is also a very important</w:t>
      </w:r>
    </w:p>
    <w:p>
      <w:r>
        <w:rPr>
          <w:b/>
        </w:rPr>
        <w:t xml:space="preserve">[16:48] </w:t>
      </w:r>
      <w:r>
        <w:t>principle.</w:t>
      </w:r>
    </w:p>
    <w:p>
      <w:pPr>
        <w:jc w:val="right"/>
      </w:pPr>
      <w:r>
        <w:t>principle.</w:t>
      </w:r>
    </w:p>
    <w:p>
      <w:r>
        <w:rPr>
          <w:b/>
        </w:rPr>
        <w:t xml:space="preserve">[16:50] </w:t>
      </w:r>
      <w:r>
        <w:t>So in every situation, you have to believe that if I opted for a non-violent method, then I will be successful.</w:t>
      </w:r>
    </w:p>
    <w:p>
      <w:pPr>
        <w:jc w:val="right"/>
      </w:pPr>
      <w:r>
        <w:t>So in every situation, you have to believe that if I opted for a non-violent method, then I will be successful.</w:t>
      </w:r>
    </w:p>
    <w:p>
      <w:r>
        <w:rPr>
          <w:b/>
        </w:rPr>
        <w:t xml:space="preserve">[17:02] </w:t>
      </w:r>
      <w:r>
        <w:t>And if I opted for a violent method, then I will be a failure. This is the Islamic principle, Islamic formula.</w:t>
      </w:r>
    </w:p>
    <w:p>
      <w:pPr>
        <w:jc w:val="right"/>
      </w:pPr>
      <w:r>
        <w:t>And if I opted for a violent method, then I will be a failure. This is the Islamic principle, Islamic formula.</w:t>
      </w:r>
    </w:p>
    <w:p>
      <w:r>
        <w:rPr>
          <w:b/>
        </w:rPr>
        <w:t xml:space="preserve">[17:12] </w:t>
      </w:r>
      <w:r>
        <w:t>Then there is a question: how to live in a multi-religious society?</w:t>
      </w:r>
    </w:p>
    <w:p>
      <w:pPr>
        <w:jc w:val="right"/>
      </w:pPr>
      <w:r>
        <w:t>Then there is a question: how to live in a multi-religious society?</w:t>
      </w:r>
    </w:p>
    <w:p>
      <w:r>
        <w:rPr>
          <w:b/>
        </w:rPr>
        <w:t xml:space="preserve">[17:22] </w:t>
      </w:r>
      <w:r>
        <w:t>It is a very important question, perhaps in every country, in India and in every country. So the Qur'an gives us a very, very practical formula.</w:t>
      </w:r>
    </w:p>
    <w:p>
      <w:pPr>
        <w:jc w:val="right"/>
      </w:pPr>
      <w:r>
        <w:t>It is a very important question, perhaps in every country, in India and in every country. So the Qur'an gives us a very, very practical formula.</w:t>
      </w:r>
    </w:p>
    <w:p>
      <w:r>
        <w:rPr>
          <w:b/>
        </w:rPr>
        <w:t xml:space="preserve">[17:38] </w:t>
      </w:r>
      <w:r>
        <w:t>You know, there are differences not only between two religions but in every aspect of life.</w:t>
      </w:r>
    </w:p>
    <w:p>
      <w:pPr>
        <w:jc w:val="right"/>
      </w:pPr>
      <w:r>
        <w:t>You know, there are differences not only between two religions but in every aspect of life.</w:t>
      </w:r>
    </w:p>
    <w:p>
      <w:r>
        <w:rPr>
          <w:b/>
        </w:rPr>
        <w:t xml:space="preserve">[17:49] </w:t>
      </w:r>
      <w:r>
        <w:t>Difference is a part of life</w:t>
      </w:r>
    </w:p>
    <w:p>
      <w:pPr>
        <w:jc w:val="right"/>
      </w:pPr>
      <w:r>
        <w:t>Difference is a part of life</w:t>
      </w:r>
    </w:p>
    <w:p>
      <w:r>
        <w:rPr>
          <w:b/>
        </w:rPr>
        <w:t xml:space="preserve">[17:53] </w:t>
      </w:r>
      <w:r>
        <w:t>in every situation. In your house, in your society, in your national life, everywhere there are differences.</w:t>
      </w:r>
    </w:p>
    <w:p>
      <w:pPr>
        <w:jc w:val="right"/>
      </w:pPr>
      <w:r>
        <w:t>in every situation. In your house, in your society, in your national life, everywhere there are differences.</w:t>
      </w:r>
    </w:p>
    <w:p>
      <w:r>
        <w:rPr>
          <w:b/>
        </w:rPr>
        <w:t xml:space="preserve">[18:03] </w:t>
      </w:r>
      <w:r>
        <w:t>So what to do in such a situation? The Qur'an says, "Lakum dinukum waliya din." For you, your religion; for me, mine.</w:t>
      </w:r>
    </w:p>
    <w:p>
      <w:pPr>
        <w:jc w:val="right"/>
      </w:pPr>
      <w:r>
        <w:t>So what to do in such a situation? The Qur'an says, "Lakum dinukum waliya din." For you, your religion; for me, mine.</w:t>
      </w:r>
    </w:p>
    <w:p>
      <w:r>
        <w:rPr>
          <w:b/>
        </w:rPr>
        <w:t xml:space="preserve">[18:17] </w:t>
      </w:r>
      <w:r>
        <w:t>The literal translation of this verse is, "For you, your religion; for me, mine." It means that</w:t>
      </w:r>
    </w:p>
    <w:p>
      <w:pPr>
        <w:jc w:val="right"/>
      </w:pPr>
      <w:r>
        <w:t>The literal translation of this verse is, "For you, your religion; for me, mine." It means that</w:t>
      </w:r>
    </w:p>
    <w:p>
      <w:r>
        <w:rPr>
          <w:b/>
        </w:rPr>
        <w:t xml:space="preserve">[18:29] </w:t>
      </w:r>
      <w:r>
        <w:t>it means that follow one and respect all. I have formulated this principle in these verses: follow one and respect all.</w:t>
      </w:r>
    </w:p>
    <w:p>
      <w:pPr>
        <w:jc w:val="right"/>
      </w:pPr>
      <w:r>
        <w:t>it means that follow one and respect all. I have formulated this principle in these verses: follow one and respect all.</w:t>
      </w:r>
    </w:p>
    <w:p>
      <w:r>
        <w:rPr>
          <w:b/>
        </w:rPr>
        <w:t xml:space="preserve">[18:39] </w:t>
      </w:r>
      <w:r>
        <w:t>It is the best formula.</w:t>
      </w:r>
    </w:p>
    <w:p>
      <w:pPr>
        <w:jc w:val="right"/>
      </w:pPr>
      <w:r>
        <w:t>It is the best formula.</w:t>
      </w:r>
    </w:p>
    <w:p>
      <w:r>
        <w:rPr>
          <w:b/>
        </w:rPr>
        <w:t xml:space="preserve">[18:42] </w:t>
      </w:r>
      <w:r>
        <w:t>If you try to eliminate all those differences, you will failure. You cannot eliminate differences from society because difference is part of life, part of creation.</w:t>
      </w:r>
    </w:p>
    <w:p>
      <w:pPr>
        <w:jc w:val="right"/>
      </w:pPr>
      <w:r>
        <w:t>If you try to eliminate all those differences, you will failure. You cannot eliminate differences from society because difference is part of life, part of creation.</w:t>
      </w:r>
    </w:p>
    <w:p>
      <w:r>
        <w:rPr>
          <w:b/>
        </w:rPr>
        <w:t xml:space="preserve">[18:59] </w:t>
      </w:r>
      <w:r>
        <w:t>It is impossible for anyone to eliminate all those differences. In such a situation, this is the best formula: follow one and respect all.</w:t>
      </w:r>
    </w:p>
    <w:p>
      <w:pPr>
        <w:jc w:val="right"/>
      </w:pPr>
      <w:r>
        <w:t>It is impossible for anyone to eliminate all those differences. In such a situation, this is the best formula: follow one and respect all.</w:t>
      </w:r>
    </w:p>
    <w:p>
      <w:r>
        <w:rPr>
          <w:b/>
        </w:rPr>
        <w:t xml:space="preserve">[19:12] </w:t>
      </w:r>
      <w:r>
        <w:t>And God and the Prophet of Islam have given a very beautiful demonstration of this principle. When the Prophet was in Madinah--so at that time, there were some Jewish tribes in Madinah.</w:t>
      </w:r>
    </w:p>
    <w:p>
      <w:pPr>
        <w:jc w:val="right"/>
      </w:pPr>
      <w:r>
        <w:t>And God and the Prophet of Islam have given a very beautiful demonstration of this principle. When the Prophet was in Madinah--so at that time, there were some Jewish tribes in Madinah.</w:t>
      </w:r>
    </w:p>
    <w:p>
      <w:r>
        <w:rPr>
          <w:b/>
        </w:rPr>
        <w:t xml:space="preserve">[19:30] </w:t>
      </w:r>
      <w:r>
        <w:t>So what happened?</w:t>
      </w:r>
    </w:p>
    <w:p>
      <w:pPr>
        <w:jc w:val="right"/>
      </w:pPr>
      <w:r>
        <w:t>So what happened?</w:t>
      </w:r>
    </w:p>
    <w:p>
      <w:r>
        <w:rPr>
          <w:b/>
        </w:rPr>
        <w:t xml:space="preserve">[19:32] </w:t>
      </w:r>
      <w:r>
        <w:t>One day, the Prophet saw a funeral procession</w:t>
      </w:r>
    </w:p>
    <w:p>
      <w:pPr>
        <w:jc w:val="right"/>
      </w:pPr>
      <w:r>
        <w:t>One day, the Prophet saw a funeral procession</w:t>
      </w:r>
    </w:p>
    <w:p>
      <w:r>
        <w:rPr>
          <w:b/>
        </w:rPr>
        <w:t xml:space="preserve">[19:41] </w:t>
      </w:r>
      <w:r>
        <w:t>passing through a street in Madinah. The Prophet was seated at that time. And seeing the funeral procession, he stood up in respect.</w:t>
      </w:r>
    </w:p>
    <w:p>
      <w:pPr>
        <w:jc w:val="right"/>
      </w:pPr>
      <w:r>
        <w:t>passing through a street in Madinah. The Prophet was seated at that time. And seeing the funeral procession, he stood up in respect.</w:t>
      </w:r>
    </w:p>
    <w:p>
      <w:r>
        <w:rPr>
          <w:b/>
        </w:rPr>
        <w:t xml:space="preserve">[19:56] </w:t>
      </w:r>
      <w:r>
        <w:t>So</w:t>
      </w:r>
    </w:p>
    <w:p>
      <w:pPr>
        <w:jc w:val="right"/>
      </w:pPr>
      <w:r>
        <w:t>So</w:t>
      </w:r>
    </w:p>
    <w:p>
      <w:r>
        <w:rPr>
          <w:b/>
        </w:rPr>
        <w:t xml:space="preserve">[19:58] </w:t>
      </w:r>
      <w:r>
        <w:t>one of his companions said, "O Prophet, it was the funeral of a Jew, not a Muslim.</w:t>
      </w:r>
    </w:p>
    <w:p>
      <w:pPr>
        <w:jc w:val="right"/>
      </w:pPr>
      <w:r>
        <w:t>one of his companions said, "O Prophet, it was the funeral of a Jew, not a Muslim.</w:t>
      </w:r>
    </w:p>
    <w:p>
      <w:r>
        <w:rPr>
          <w:b/>
        </w:rPr>
        <w:t xml:space="preserve">[20:09] </w:t>
      </w:r>
      <w:r>
        <w:t>It was the funeral of a Jew, not a Muslim." The Prophet replied, "Alaisat nafsan?</w:t>
      </w:r>
    </w:p>
    <w:p>
      <w:pPr>
        <w:jc w:val="right"/>
      </w:pPr>
      <w:r>
        <w:t>It was the funeral of a Jew, not a Muslim." The Prophet replied, "Alaisat nafsan?</w:t>
      </w:r>
    </w:p>
    <w:p>
      <w:r>
        <w:rPr>
          <w:b/>
        </w:rPr>
        <w:t xml:space="preserve">[20:18] </w:t>
      </w:r>
      <w:r>
        <w:t>Alaisat nafsan? Was he not a human being? Was he not a human being</w:t>
      </w:r>
    </w:p>
    <w:p>
      <w:pPr>
        <w:jc w:val="right"/>
      </w:pPr>
      <w:r>
        <w:t>Alaisat nafsan? Was he not a human being? Was he not a human being</w:t>
      </w:r>
    </w:p>
    <w:p>
      <w:r>
        <w:rPr>
          <w:b/>
        </w:rPr>
        <w:t xml:space="preserve">[20:26] </w:t>
      </w:r>
      <w:r>
        <w:t>?" You see, the Prophet discovered a commonality between himself and that Jewish person.</w:t>
      </w:r>
    </w:p>
    <w:p>
      <w:pPr>
        <w:jc w:val="right"/>
      </w:pPr>
      <w:r>
        <w:t>?" You see, the Prophet discovered a commonality between himself and that Jewish person.</w:t>
      </w:r>
    </w:p>
    <w:p>
      <w:r>
        <w:rPr>
          <w:b/>
        </w:rPr>
        <w:t xml:space="preserve">[20:40] </w:t>
      </w:r>
      <w:r>
        <w:t>So Islamic principles are based on this commonality. According to Islam, every human being is a human being.</w:t>
      </w:r>
    </w:p>
    <w:p>
      <w:pPr>
        <w:jc w:val="right"/>
      </w:pPr>
      <w:r>
        <w:t>So Islamic principles are based on this commonality. According to Islam, every human being is a human being.</w:t>
      </w:r>
    </w:p>
    <w:p>
      <w:r>
        <w:rPr>
          <w:b/>
        </w:rPr>
        <w:t xml:space="preserve">[20:51] </w:t>
      </w:r>
      <w:r>
        <w:t>Every man is a man.</w:t>
      </w:r>
    </w:p>
    <w:p>
      <w:pPr>
        <w:jc w:val="right"/>
      </w:pPr>
      <w:r>
        <w:t>Every man is a man.</w:t>
      </w:r>
    </w:p>
    <w:p>
      <w:r>
        <w:rPr>
          <w:b/>
        </w:rPr>
        <w:t xml:space="preserve">[20:54] </w:t>
      </w:r>
      <w:r>
        <w:t>So all the men and women are sisters and brothers to each other. This is the Islamic principle.</w:t>
      </w:r>
    </w:p>
    <w:p>
      <w:pPr>
        <w:jc w:val="right"/>
      </w:pPr>
      <w:r>
        <w:t>So all the men and women are sisters and brothers to each other. This is the Islamic principle.</w:t>
      </w:r>
    </w:p>
    <w:p>
      <w:r>
        <w:rPr>
          <w:b/>
        </w:rPr>
        <w:t xml:space="preserve">[21:03] </w:t>
      </w:r>
      <w:r>
        <w:t>"Ala kullukum baniyadam wa adwam min turab." It means all mankind are sisters and brothers to each other. So this was demonstrated by the Prophet himself.</w:t>
      </w:r>
    </w:p>
    <w:p>
      <w:pPr>
        <w:jc w:val="right"/>
      </w:pPr>
      <w:r>
        <w:t>"Ala kullukum baniyadam wa adwam min turab." It means all mankind are sisters and brothers to each other. So this was demonstrated by the Prophet himself.</w:t>
      </w:r>
    </w:p>
    <w:p>
      <w:r>
        <w:rPr>
          <w:b/>
        </w:rPr>
        <w:t xml:space="preserve">[21:17] </w:t>
      </w:r>
      <w:r>
        <w:t>Then there is a very important principle in the Qur'an: "As-sulhu khair.</w:t>
      </w:r>
    </w:p>
    <w:p>
      <w:pPr>
        <w:jc w:val="right"/>
      </w:pPr>
      <w:r>
        <w:t>Then there is a very important principle in the Qur'an: "As-sulhu khair.</w:t>
      </w:r>
    </w:p>
    <w:p>
      <w:r>
        <w:rPr>
          <w:b/>
        </w:rPr>
        <w:t xml:space="preserve">[21:27] </w:t>
      </w:r>
      <w:r>
        <w:t>" As-sulhu khair means peace is the best. Peace is the best. You know, Sufi people have adopted this principle in these verses.</w:t>
      </w:r>
    </w:p>
    <w:p>
      <w:pPr>
        <w:jc w:val="right"/>
      </w:pPr>
      <w:r>
        <w:t>" As-sulhu khair means peace is the best. Peace is the best. You know, Sufi people have adopted this principle in these verses.</w:t>
      </w:r>
    </w:p>
    <w:p>
      <w:r>
        <w:rPr>
          <w:b/>
        </w:rPr>
        <w:t xml:space="preserve">[21:44] </w:t>
      </w:r>
      <w:r>
        <w:t>"Sulhi kul." Sulhi kul is a Persian word. It is a Sufi formula. Sulhi kul means peace with all.</w:t>
      </w:r>
    </w:p>
    <w:p>
      <w:pPr>
        <w:jc w:val="right"/>
      </w:pPr>
      <w:r>
        <w:t>"Sulhi kul." Sulhi kul is a Persian word. It is a Sufi formula. Sulhi kul means peace with all.</w:t>
      </w:r>
    </w:p>
    <w:p>
      <w:r>
        <w:rPr>
          <w:b/>
        </w:rPr>
        <w:t xml:space="preserve">[21:55] </w:t>
      </w:r>
      <w:r>
        <w:t>Peace with all</w:t>
      </w:r>
    </w:p>
    <w:p>
      <w:pPr>
        <w:jc w:val="right"/>
      </w:pPr>
      <w:r>
        <w:t>Peace with all</w:t>
      </w:r>
    </w:p>
    <w:p>
      <w:r>
        <w:rPr>
          <w:b/>
        </w:rPr>
        <w:t xml:space="preserve">[21:57] </w:t>
      </w:r>
      <w:r>
        <w:t>. This is a comprehensive principle in any situation, for any situation.</w:t>
      </w:r>
    </w:p>
    <w:p>
      <w:pPr>
        <w:jc w:val="right"/>
      </w:pPr>
      <w:r>
        <w:t>. This is a comprehensive principle in any situation, for any situation.</w:t>
      </w:r>
    </w:p>
    <w:p>
      <w:r>
        <w:rPr>
          <w:b/>
        </w:rPr>
        <w:t xml:space="preserve">[22:07] </w:t>
      </w:r>
      <w:r>
        <w:t>So peace with all is the most important principle of Islam.</w:t>
      </w:r>
    </w:p>
    <w:p>
      <w:pPr>
        <w:jc w:val="right"/>
      </w:pPr>
      <w:r>
        <w:t>So peace with all is the most important principle of Islam.</w:t>
      </w:r>
    </w:p>
    <w:p>
      <w:r>
        <w:rPr>
          <w:b/>
        </w:rPr>
        <w:t xml:space="preserve">[22:17] </w:t>
      </w:r>
      <w:r>
        <w:t>Why? I can say that in Islam, peace is the samambonam, the greatest good.</w:t>
      </w:r>
    </w:p>
    <w:p>
      <w:pPr>
        <w:jc w:val="right"/>
      </w:pPr>
      <w:r>
        <w:t>Why? I can say that in Islam, peace is the samambonam, the greatest good.</w:t>
      </w:r>
    </w:p>
    <w:p>
      <w:r>
        <w:rPr>
          <w:b/>
        </w:rPr>
        <w:t xml:space="preserve">[22:28] </w:t>
      </w:r>
      <w:r>
        <w:t>Peace is the samambonam, the greatest good. In Islam, peace is the rule and war is an exception.</w:t>
      </w:r>
    </w:p>
    <w:p>
      <w:pPr>
        <w:jc w:val="right"/>
      </w:pPr>
      <w:r>
        <w:t>Peace is the samambonam, the greatest good. In Islam, peace is the rule and war is an exception.</w:t>
      </w:r>
    </w:p>
    <w:p>
      <w:r>
        <w:rPr>
          <w:b/>
        </w:rPr>
        <w:t xml:space="preserve">[22:41] </w:t>
      </w:r>
      <w:r>
        <w:t>If you read the Qur'an, you will find that all the verses of the Qur'an are related to peace, except some verses.</w:t>
      </w:r>
    </w:p>
    <w:p>
      <w:pPr>
        <w:jc w:val="right"/>
      </w:pPr>
      <w:r>
        <w:t>If you read the Qur'an, you will find that all the verses of the Qur'an are related to peace, except some verses.</w:t>
      </w:r>
    </w:p>
    <w:p>
      <w:r>
        <w:rPr>
          <w:b/>
        </w:rPr>
        <w:t xml:space="preserve">[22:54] </w:t>
      </w:r>
      <w:r>
        <w:t>There are some verses about the war, that is qatal. But all these verses relate to different situations.</w:t>
      </w:r>
    </w:p>
    <w:p>
      <w:pPr>
        <w:jc w:val="right"/>
      </w:pPr>
      <w:r>
        <w:t>There are some verses about the war, that is qatal. But all these verses relate to different situations.</w:t>
      </w:r>
    </w:p>
    <w:p>
      <w:r>
        <w:rPr>
          <w:b/>
        </w:rPr>
        <w:t xml:space="preserve">[23:04] </w:t>
      </w:r>
      <w:r>
        <w:t>I can say that in Islam, there is no aggressive war. Not at all.</w:t>
      </w:r>
    </w:p>
    <w:p>
      <w:pPr>
        <w:jc w:val="right"/>
      </w:pPr>
      <w:r>
        <w:t>I can say that in Islam, there is no aggressive war. Not at all.</w:t>
      </w:r>
    </w:p>
    <w:p>
      <w:r>
        <w:rPr>
          <w:b/>
        </w:rPr>
        <w:t xml:space="preserve">[23:13] </w:t>
      </w:r>
      <w:r>
        <w:t>Only defensive war is permitted in Islam.</w:t>
      </w:r>
    </w:p>
    <w:p>
      <w:pPr>
        <w:jc w:val="right"/>
      </w:pPr>
      <w:r>
        <w:t>Only defensive war is permitted in Islam.</w:t>
      </w:r>
    </w:p>
    <w:p>
      <w:r>
        <w:rPr>
          <w:b/>
        </w:rPr>
        <w:t xml:space="preserve">[23:18] </w:t>
      </w:r>
      <w:r>
        <w:t>And all those wars like the guerrilla war, and proxy war, and undocumented war, and secret war, all these wars are haram in Islam.</w:t>
      </w:r>
    </w:p>
    <w:p>
      <w:pPr>
        <w:jc w:val="right"/>
      </w:pPr>
      <w:r>
        <w:t>And all those wars like the guerrilla war, and proxy war, and undocumented war, and secret war, all these wars are haram in Islam.</w:t>
      </w:r>
    </w:p>
    <w:p>
      <w:r>
        <w:rPr>
          <w:b/>
        </w:rPr>
        <w:t xml:space="preserve">[23:30] </w:t>
      </w:r>
      <w:r>
        <w:t>Haram means unlawful. Only one type of war is allowed, that is defensive war.</w:t>
      </w:r>
    </w:p>
    <w:p>
      <w:pPr>
        <w:jc w:val="right"/>
      </w:pPr>
      <w:r>
        <w:t>Haram means unlawful. Only one type of war is allowed, that is defensive war.</w:t>
      </w:r>
    </w:p>
    <w:p>
      <w:r>
        <w:rPr>
          <w:b/>
        </w:rPr>
        <w:t xml:space="preserve">[23:39] </w:t>
      </w:r>
      <w:r>
        <w:t>And now I can say that even defensive war is not possible in Islam. Why?</w:t>
      </w:r>
    </w:p>
    <w:p>
      <w:pPr>
        <w:jc w:val="right"/>
      </w:pPr>
      <w:r>
        <w:t>And now I can say that even defensive war is not possible in Islam. Why?</w:t>
      </w:r>
    </w:p>
    <w:p>
      <w:r>
        <w:rPr>
          <w:b/>
        </w:rPr>
        <w:t xml:space="preserve">[23:48] </w:t>
      </w:r>
      <w:r>
        <w:t>Because Islam differentiates between combatants and non-combatants. Even in a genuine war, you cannot kill a non-combatant.</w:t>
      </w:r>
    </w:p>
    <w:p>
      <w:pPr>
        <w:jc w:val="right"/>
      </w:pPr>
      <w:r>
        <w:t>Because Islam differentiates between combatants and non-combatants. Even in a genuine war, you cannot kill a non-combatant.</w:t>
      </w:r>
    </w:p>
    <w:p>
      <w:r>
        <w:rPr>
          <w:b/>
        </w:rPr>
        <w:t xml:space="preserve">[24:01] </w:t>
      </w:r>
      <w:r>
        <w:t>Even in a genuine war, in a defensive war, you are not allowed to kill a non-combatant. Now you know we are living in the age of weapons of mass destruction.</w:t>
      </w:r>
    </w:p>
    <w:p>
      <w:pPr>
        <w:jc w:val="right"/>
      </w:pPr>
      <w:r>
        <w:t>Even in a genuine war, in a defensive war, you are not allowed to kill a non-combatant. Now you know we are living in the age of weapons of mass destruction.</w:t>
      </w:r>
    </w:p>
    <w:p>
      <w:r>
        <w:rPr>
          <w:b/>
        </w:rPr>
        <w:t xml:space="preserve">[24:15] </w:t>
      </w:r>
      <w:r>
        <w:t>Now there is a great revolution in armament. We are living in the age where in the age of weapons of mass destruction.</w:t>
      </w:r>
    </w:p>
    <w:p>
      <w:pPr>
        <w:jc w:val="right"/>
      </w:pPr>
      <w:r>
        <w:t>Now there is a great revolution in armament. We are living in the age where in the age of weapons of mass destruction.</w:t>
      </w:r>
    </w:p>
    <w:p>
      <w:r>
        <w:rPr>
          <w:b/>
        </w:rPr>
        <w:t xml:space="preserve">[24:27] </w:t>
      </w:r>
      <w:r>
        <w:t>In such a situation, you cannot differentiate between combatant and non-combatant. How can you differentiate? So I can say that now this formula is not applicable</w:t>
      </w:r>
    </w:p>
    <w:p>
      <w:pPr>
        <w:jc w:val="right"/>
      </w:pPr>
      <w:r>
        <w:t>In such a situation, you cannot differentiate between combatant and non-combatant. How can you differentiate? So I can say that now this formula is not applicable</w:t>
      </w:r>
    </w:p>
    <w:p>
      <w:r>
        <w:rPr>
          <w:b/>
        </w:rPr>
        <w:t xml:space="preserve">[24:42] </w:t>
      </w:r>
      <w:r>
        <w:t>. Only the formula of peace is applicable. So I can say that in Islam, in the modern situation, only peace is the workable formula.</w:t>
      </w:r>
    </w:p>
    <w:p>
      <w:pPr>
        <w:jc w:val="right"/>
      </w:pPr>
      <w:r>
        <w:t>. Only the formula of peace is applicable. So I can say that in Islam, in the modern situation, only peace is the workable formula.</w:t>
      </w:r>
    </w:p>
    <w:p>
      <w:r>
        <w:rPr>
          <w:b/>
        </w:rPr>
        <w:t xml:space="preserve">[24:55] </w:t>
      </w:r>
      <w:r>
        <w:t>War is not the feasibility of war is not in our situation.</w:t>
      </w:r>
    </w:p>
    <w:p>
      <w:pPr>
        <w:jc w:val="right"/>
      </w:pPr>
      <w:r>
        <w:t>War is not the feasibility of war is not in our situation.</w:t>
      </w:r>
    </w:p>
    <w:p>
      <w:r>
        <w:rPr>
          <w:b/>
        </w:rPr>
        <w:t xml:space="preserve">[25:06] </w:t>
      </w:r>
      <w:r>
        <w:t>So</w:t>
      </w:r>
    </w:p>
    <w:p>
      <w:pPr>
        <w:jc w:val="right"/>
      </w:pPr>
      <w:r>
        <w:t>So</w:t>
      </w:r>
    </w:p>
    <w:p>
      <w:r>
        <w:rPr>
          <w:b/>
        </w:rPr>
        <w:t xml:space="preserve">[25:11] </w:t>
      </w:r>
      <w:r>
        <w:t>you know the word Islam</w:t>
      </w:r>
    </w:p>
    <w:p>
      <w:pPr>
        <w:jc w:val="right"/>
      </w:pPr>
      <w:r>
        <w:t>you know the word Islam</w:t>
      </w:r>
    </w:p>
    <w:p>
      <w:r>
        <w:rPr>
          <w:b/>
        </w:rPr>
        <w:t xml:space="preserve">[25:16] </w:t>
      </w:r>
      <w:r>
        <w:t>the word Islam is the is also has a connotation of peace. The root word of Islam is Silm.</w:t>
      </w:r>
    </w:p>
    <w:p>
      <w:pPr>
        <w:jc w:val="right"/>
      </w:pPr>
      <w:r>
        <w:t>the word Islam is the is also has a connotation of peace. The root word of Islam is Silm.</w:t>
      </w:r>
    </w:p>
    <w:p>
      <w:r>
        <w:rPr>
          <w:b/>
        </w:rPr>
        <w:t xml:space="preserve">[25:27] </w:t>
      </w:r>
      <w:r>
        <w:t>S-I-L-M, Silm. And Silm means peace. So Islam means a religion of peace.</w:t>
      </w:r>
    </w:p>
    <w:p>
      <w:pPr>
        <w:jc w:val="right"/>
      </w:pPr>
      <w:r>
        <w:t>S-I-L-M, Silm. And Silm means peace. So Islam means a religion of peace.</w:t>
      </w:r>
    </w:p>
    <w:p>
      <w:r>
        <w:rPr>
          <w:b/>
        </w:rPr>
        <w:t xml:space="preserve">[25:37] </w:t>
      </w:r>
      <w:r>
        <w:t>Then there is a verse in the Qur'an, "Wallahu yadu ila daris-salaam." "And God calls to the home of peace." This is a Qur'anic verse.</w:t>
      </w:r>
    </w:p>
    <w:p>
      <w:pPr>
        <w:jc w:val="right"/>
      </w:pPr>
      <w:r>
        <w:t>Then there is a verse in the Qur'an, "Wallahu yadu ila daris-salaam." "And God calls to the home of peace." This is a Qur'anic verse.</w:t>
      </w:r>
    </w:p>
    <w:p>
      <w:r>
        <w:rPr>
          <w:b/>
        </w:rPr>
        <w:t xml:space="preserve">[25:54] </w:t>
      </w:r>
      <w:r>
        <w:t>"And God calls to the home of peace." It means that the Qur'an wants to establish a peaceful society.</w:t>
      </w:r>
    </w:p>
    <w:p>
      <w:pPr>
        <w:jc w:val="right"/>
      </w:pPr>
      <w:r>
        <w:t>"And God calls to the home of peace." It means that the Qur'an wants to establish a peaceful society.</w:t>
      </w:r>
    </w:p>
    <w:p>
      <w:r>
        <w:rPr>
          <w:b/>
        </w:rPr>
        <w:t xml:space="preserve">[26:05] </w:t>
      </w:r>
      <w:r>
        <w:t>This is the target of Islam.</w:t>
      </w:r>
    </w:p>
    <w:p>
      <w:pPr>
        <w:jc w:val="right"/>
      </w:pPr>
      <w:r>
        <w:t>This is the target of Islam.</w:t>
      </w:r>
    </w:p>
    <w:p>
      <w:r>
        <w:rPr>
          <w:b/>
        </w:rPr>
        <w:t xml:space="preserve">[26:09] </w:t>
      </w:r>
      <w:r>
        <w:t>This is the goal of Islam. "Wallahu yadu ila daris-salaam." "And God calls to the home of peace." So this is the main purpose of Islam.</w:t>
      </w:r>
    </w:p>
    <w:p>
      <w:pPr>
        <w:jc w:val="right"/>
      </w:pPr>
      <w:r>
        <w:t>This is the goal of Islam. "Wallahu yadu ila daris-salaam." "And God calls to the home of peace." So this is the main purpose of Islam.</w:t>
      </w:r>
    </w:p>
    <w:p>
      <w:r>
        <w:rPr>
          <w:b/>
        </w:rPr>
        <w:t xml:space="preserve">[26:22] </w:t>
      </w:r>
      <w:r>
        <w:t>This is the main target of Islam. Islam wants to establish a peaceful society.</w:t>
      </w:r>
    </w:p>
    <w:p>
      <w:pPr>
        <w:jc w:val="right"/>
      </w:pPr>
      <w:r>
        <w:t>This is the main target of Islam. Islam wants to establish a peaceful society.</w:t>
      </w:r>
    </w:p>
    <w:p>
      <w:r>
        <w:rPr>
          <w:b/>
        </w:rPr>
        <w:t xml:space="preserve">[26:30] </w:t>
      </w:r>
      <w:r>
        <w:t>In a society where people live in peace and spirituality, there is a hadith the Prophet of Islam has said,</w:t>
      </w:r>
    </w:p>
    <w:p>
      <w:pPr>
        <w:jc w:val="right"/>
      </w:pPr>
      <w:r>
        <w:t>In a society where people live in peace and spirituality, there is a hadith the Prophet of Islam has said,</w:t>
      </w:r>
    </w:p>
    <w:p>
      <w:r>
        <w:rPr>
          <w:b/>
        </w:rPr>
        <w:t xml:space="preserve">[26:46] </w:t>
      </w:r>
      <w:r>
        <w:t>"Al-Muslimu man Saliman Nasu min lisanihi wa yadihi." It means that a true Muslim is on</w:t>
      </w:r>
    </w:p>
    <w:p>
      <w:pPr>
        <w:jc w:val="right"/>
      </w:pPr>
      <w:r>
        <w:t>"Al-Muslimu man Saliman Nasu min lisanihi wa yadihi." It means that a true Muslim is on</w:t>
      </w:r>
    </w:p>
    <w:p>
      <w:r>
        <w:rPr>
          <w:b/>
        </w:rPr>
        <w:t xml:space="preserve">[26:56] </w:t>
      </w:r>
      <w:r>
        <w:t>e A true Muslim is one by whose hands and tongue people are safe. This is the definition of a true Muslim.</w:t>
      </w:r>
    </w:p>
    <w:p>
      <w:pPr>
        <w:jc w:val="right"/>
      </w:pPr>
      <w:r>
        <w:t>e. A true Muslim is one by whose hands and tongue people are safe. This is the definition of a true Muslim.</w:t>
      </w:r>
    </w:p>
    <w:p>
      <w:r>
        <w:rPr>
          <w:b/>
        </w:rPr>
        <w:t xml:space="preserve">[27:07] </w:t>
      </w:r>
      <w:r>
        <w:t>This is the definition of a true Muslim. A true Muslim is one by whose hands and tongue people are safe.</w:t>
      </w:r>
    </w:p>
    <w:p>
      <w:pPr>
        <w:jc w:val="right"/>
      </w:pPr>
      <w:r>
        <w:t>This is the definition of a true Muslim. A true Muslim is one by whose hands and tongue people are safe.</w:t>
      </w:r>
    </w:p>
    <w:p>
      <w:r>
        <w:rPr>
          <w:b/>
        </w:rPr>
        <w:t xml:space="preserve">[27:18] </w:t>
      </w:r>
      <w:r>
        <w:t>The Prophet of Islam has said,</w:t>
      </w:r>
    </w:p>
    <w:p>
      <w:pPr>
        <w:jc w:val="right"/>
      </w:pPr>
      <w:r>
        <w:t>The Prophet of Islam has said,</w:t>
      </w:r>
    </w:p>
    <w:p>
      <w:r>
        <w:rPr>
          <w:b/>
        </w:rPr>
        <w:t xml:space="preserve">[27:23] </w:t>
      </w:r>
      <w:r>
        <w:t>"Wallahi la yu minu, wallahi la yu minu, wallahi la yu minu. Alladhi la ya manu jaru hu bawaikum." It means that</w:t>
      </w:r>
    </w:p>
    <w:p>
      <w:pPr>
        <w:jc w:val="right"/>
      </w:pPr>
      <w:r>
        <w:t>"Wallahi la yu minu, wallahi la yu minu, wallahi la yu minu. Alladhi la ya manu jaru hu bawaikum." It means that</w:t>
      </w:r>
    </w:p>
    <w:p>
      <w:r>
        <w:rPr>
          <w:b/>
        </w:rPr>
        <w:t xml:space="preserve">[27:38] </w:t>
      </w:r>
      <w:r>
        <w:t>he is not a Mumin. He is not a true Mumin who creates problems for his neighbors.</w:t>
      </w:r>
    </w:p>
    <w:p>
      <w:pPr>
        <w:jc w:val="right"/>
      </w:pPr>
      <w:r>
        <w:t>he is not a Mumin. He is not a true Mumin who creates problems for his neighbors.</w:t>
      </w:r>
    </w:p>
    <w:p>
      <w:r>
        <w:rPr>
          <w:b/>
        </w:rPr>
        <w:t xml:space="preserve">[27:48] </w:t>
      </w:r>
      <w:r>
        <w:t>He is not a Mumin or he is not a true Mumin who creates problems for his neighbors. This is the definition of Muslim and Mumin.</w:t>
      </w:r>
    </w:p>
    <w:p>
      <w:pPr>
        <w:jc w:val="right"/>
      </w:pPr>
      <w:r>
        <w:t>He is not a Mumin or he is not a true Mumin who creates problems for his neighbors. This is the definition of Muslim and Mumin.</w:t>
      </w:r>
    </w:p>
    <w:p>
      <w:r>
        <w:rPr>
          <w:b/>
        </w:rPr>
        <w:t xml:space="preserve">[28:00] </w:t>
      </w:r>
      <w:r>
        <w:t>You are not allowed to create nuisance to your neighbors.</w:t>
      </w:r>
    </w:p>
    <w:p>
      <w:pPr>
        <w:jc w:val="right"/>
      </w:pPr>
      <w:r>
        <w:t>You are not allowed to create nuisance to your neighbors.</w:t>
      </w:r>
    </w:p>
    <w:p>
      <w:r>
        <w:rPr>
          <w:b/>
        </w:rPr>
        <w:t xml:space="preserve">[28:09] </w:t>
      </w:r>
      <w:r>
        <w:t>So all these news you listen to in media or read in media that are that has nothing to do with Islam,</w:t>
      </w:r>
    </w:p>
    <w:p>
      <w:pPr>
        <w:jc w:val="right"/>
      </w:pPr>
      <w:r>
        <w:t>So all these news you listen to in media or read in media that are that has nothing to do with Islam,</w:t>
      </w:r>
    </w:p>
    <w:p>
      <w:r>
        <w:rPr>
          <w:b/>
        </w:rPr>
        <w:t xml:space="preserve">[28:28] </w:t>
      </w:r>
      <w:r>
        <w:t>these news are created by Muslims. By Muslims. And Muslims and Islam are not one and the same.</w:t>
      </w:r>
    </w:p>
    <w:p>
      <w:pPr>
        <w:jc w:val="right"/>
      </w:pPr>
      <w:r>
        <w:t>these news are created by Muslims. By Muslims. And Muslims and Islam are not one and the same.</w:t>
      </w:r>
    </w:p>
    <w:p>
      <w:r>
        <w:rPr>
          <w:b/>
        </w:rPr>
        <w:t xml:space="preserve">[28:39] </w:t>
      </w:r>
      <w:r>
        <w:t>I always condemn these practices.</w:t>
      </w:r>
    </w:p>
    <w:p>
      <w:pPr>
        <w:jc w:val="right"/>
      </w:pPr>
      <w:r>
        <w:t>I always condemn these practices.</w:t>
      </w:r>
    </w:p>
    <w:p>
      <w:r>
        <w:rPr>
          <w:b/>
        </w:rPr>
        <w:t xml:space="preserve">[28:46] </w:t>
      </w:r>
      <w:r>
        <w:t>I always say that if you want to adopt the violent method, you have to adopt unknown.</w:t>
      </w:r>
    </w:p>
    <w:p>
      <w:pPr>
        <w:jc w:val="right"/>
      </w:pPr>
      <w:r>
        <w:t>I always say that if you want to adopt the violent method, you have to adopt unknown.</w:t>
      </w:r>
    </w:p>
    <w:p>
      <w:r>
        <w:rPr>
          <w:b/>
        </w:rPr>
        <w:t xml:space="preserve">[28:57] </w:t>
      </w:r>
      <w:r>
        <w:t>Don't mention Islam. It is not Islam. It is not Jihad. Now, what is Jihad?</w:t>
      </w:r>
    </w:p>
    <w:p>
      <w:pPr>
        <w:jc w:val="right"/>
      </w:pPr>
      <w:r>
        <w:t>Don't mention Islam. It is not Islam. It is not Jihad. Now, what is Jihad?</w:t>
      </w:r>
    </w:p>
    <w:p>
      <w:r>
        <w:rPr>
          <w:b/>
        </w:rPr>
        <w:t xml:space="preserve">[29:06] </w:t>
      </w:r>
      <w:r>
        <w:t>Jihad literally means to strive, to struggle. That is peacefully struggle.</w:t>
      </w:r>
    </w:p>
    <w:p>
      <w:pPr>
        <w:jc w:val="right"/>
      </w:pPr>
      <w:r>
        <w:t>Jihad literally means to strive, to struggle. That is peacefully struggle.</w:t>
      </w:r>
    </w:p>
    <w:p>
      <w:r>
        <w:rPr>
          <w:b/>
        </w:rPr>
        <w:t xml:space="preserve">[29:16] </w:t>
      </w:r>
      <w:r>
        <w:t>If you see any dictionary of the Arabic language, you will find that Jihad means simply struggle, strive.</w:t>
      </w:r>
    </w:p>
    <w:p>
      <w:pPr>
        <w:jc w:val="right"/>
      </w:pPr>
      <w:r>
        <w:t>If you see any dictionary of the Arabic language, you will find that Jihad means simply struggle, strive.</w:t>
      </w:r>
    </w:p>
    <w:p>
      <w:r>
        <w:rPr>
          <w:b/>
        </w:rPr>
        <w:t xml:space="preserve">[29:29] </w:t>
      </w:r>
      <w:r>
        <w:t>So Jihad means peacefully struggle.</w:t>
      </w:r>
    </w:p>
    <w:p>
      <w:pPr>
        <w:jc w:val="right"/>
      </w:pPr>
      <w:r>
        <w:t>So Jihad means peacefully struggle.</w:t>
      </w:r>
    </w:p>
    <w:p>
      <w:r>
        <w:rPr>
          <w:b/>
        </w:rPr>
        <w:t xml:space="preserve">[29:34] </w:t>
      </w:r>
      <w:r>
        <w:t>Struggle for any noble cause. Struggle for any noble cause. Jihad has nothing to do with violence and war.</w:t>
      </w:r>
    </w:p>
    <w:p>
      <w:pPr>
        <w:jc w:val="right"/>
      </w:pPr>
      <w:r>
        <w:t>Struggle for any noble cause. Struggle for any noble cause. Jihad has nothing to do with violence and war.</w:t>
      </w:r>
    </w:p>
    <w:p>
      <w:r>
        <w:rPr>
          <w:b/>
        </w:rPr>
        <w:t xml:space="preserve">[29:46] </w:t>
      </w:r>
      <w:r>
        <w:t>During these times, people misuse the word Jihad. They misuse the word Jihad.</w:t>
      </w:r>
    </w:p>
    <w:p>
      <w:pPr>
        <w:jc w:val="right"/>
      </w:pPr>
      <w:r>
        <w:t>During these times, people misuse the word Jihad. They misuse the word Jihad.</w:t>
      </w:r>
    </w:p>
    <w:p>
      <w:r>
        <w:rPr>
          <w:b/>
        </w:rPr>
        <w:t xml:space="preserve">[29:57] </w:t>
      </w:r>
      <w:r>
        <w:t>Jihad means peaceful behavior. Jihad means to overpower your desir</w:t>
      </w:r>
    </w:p>
    <w:p>
      <w:pPr>
        <w:jc w:val="right"/>
      </w:pPr>
      <w:r>
        <w:t>Jihad means peaceful behavior. Jihad means to overpower your desir</w:t>
      </w:r>
    </w:p>
    <w:p>
      <w:r>
        <w:rPr>
          <w:b/>
        </w:rPr>
        <w:t xml:space="preserve">[30:04] </w:t>
      </w:r>
      <w:r>
        <w:t>es. Jihad means to overpower your anger. This is Jihad.</w:t>
      </w:r>
    </w:p>
    <w:p>
      <w:pPr>
        <w:jc w:val="right"/>
      </w:pPr>
      <w:r>
        <w:t>es. Jihad means to overpower your anger. This is Jihad.</w:t>
      </w:r>
    </w:p>
    <w:p>
      <w:r>
        <w:rPr>
          <w:b/>
        </w:rPr>
        <w:t xml:space="preserve">[30:14] </w:t>
      </w:r>
      <w:r>
        <w:t>So this is the true picture of Islam. I would suggest that if you want to know what Islam is, please don't rely on media reports.</w:t>
      </w:r>
    </w:p>
    <w:p>
      <w:pPr>
        <w:jc w:val="right"/>
      </w:pPr>
      <w:r>
        <w:t>So this is the true picture of Islam. I would suggest that if you want to know what Islam is, please don't rely on media reports.</w:t>
      </w:r>
    </w:p>
    <w:p>
      <w:r>
        <w:rPr>
          <w:b/>
        </w:rPr>
        <w:t xml:space="preserve">[30:32] </w:t>
      </w:r>
      <w:r>
        <w:t>Please read the Qur'an. The Qur'an is the most sacred book of Islam. The Qur'an is a very modest book.</w:t>
      </w:r>
    </w:p>
    <w:p>
      <w:pPr>
        <w:jc w:val="right"/>
      </w:pPr>
      <w:r>
        <w:t>Please read the Qur'an. The Qur'an is the most sacred book of Islam. The Qur'an is a very modest book.</w:t>
      </w:r>
    </w:p>
    <w:p>
      <w:r>
        <w:rPr>
          <w:b/>
        </w:rPr>
        <w:t xml:space="preserve">[30:46] </w:t>
      </w:r>
      <w:r>
        <w:t>It is very easy to understand the Qur'an and to read it. And the translation of the Qur'an is available in every language, in English and other languages.</w:t>
      </w:r>
    </w:p>
    <w:p>
      <w:pPr>
        <w:jc w:val="right"/>
      </w:pPr>
      <w:r>
        <w:t>It is very easy to understand the Qur'an and to read it. And the translation of the Qur'an is available in every language, in English and other languages.</w:t>
      </w:r>
    </w:p>
    <w:p>
      <w:r>
        <w:rPr>
          <w:b/>
        </w:rPr>
        <w:t xml:space="preserve">[30:59] </w:t>
      </w:r>
      <w:r>
        <w:t>We have published a translation of the Qur'an from our institution. It is very in a very simple language and very it is very easy to understand the Qur'an.</w:t>
      </w:r>
    </w:p>
    <w:p>
      <w:pPr>
        <w:jc w:val="right"/>
      </w:pPr>
      <w:r>
        <w:t>We have published a translation of the Qur'an from our institution. It is very in a very simple language and very it is very easy to understand the Qur'an.</w:t>
      </w:r>
    </w:p>
    <w:p>
      <w:r>
        <w:rPr>
          <w:b/>
        </w:rPr>
        <w:t xml:space="preserve">[31:15] </w:t>
      </w:r>
      <w:r>
        <w:t>So I would like to say that if anyone wants to know what Islam is, he must read the Qur'an.</w:t>
      </w:r>
    </w:p>
    <w:p>
      <w:pPr>
        <w:jc w:val="right"/>
      </w:pPr>
      <w:r>
        <w:t>So I would like to say that if anyone wants to know what Islam is, he must read the Qur'an.</w:t>
      </w:r>
    </w:p>
    <w:p>
      <w:r>
        <w:rPr>
          <w:b/>
        </w:rPr>
        <w:t xml:space="preserve">[31:27] </w:t>
      </w:r>
      <w:r>
        <w:t>Please don't rely on media reports because media is an industry, the industry of hot news.</w:t>
      </w:r>
    </w:p>
    <w:p>
      <w:pPr>
        <w:jc w:val="right"/>
      </w:pPr>
      <w:r>
        <w:t>Please don't rely on media reports because media is an industry, the industry of hot news.</w:t>
      </w:r>
    </w:p>
    <w:p>
      <w:r>
        <w:rPr>
          <w:b/>
        </w:rPr>
        <w:t xml:space="preserve">[31:37] </w:t>
      </w:r>
      <w:r>
        <w:t>Media always selects hot news or sensational news. Media has no interest in spiritual news or peaceful news.</w:t>
      </w:r>
    </w:p>
    <w:p>
      <w:pPr>
        <w:jc w:val="right"/>
      </w:pPr>
      <w:r>
        <w:t>Media always selects hot news or sensational news. Media has no interest in spiritual news or peaceful news.</w:t>
      </w:r>
    </w:p>
    <w:p>
      <w:r>
        <w:rPr>
          <w:b/>
        </w:rPr>
        <w:t xml:space="preserve">[31:49] </w:t>
      </w:r>
      <w:r>
        <w:t>So you cannot find the true picture of Islam through media.</w:t>
      </w:r>
    </w:p>
    <w:p>
      <w:pPr>
        <w:jc w:val="right"/>
      </w:pPr>
      <w:r>
        <w:t>So you cannot find the true picture of Islam through media.</w:t>
      </w:r>
    </w:p>
    <w:p>
      <w:r>
        <w:rPr>
          <w:b/>
        </w:rPr>
        <w:t xml:space="preserve">[31:56] </w:t>
      </w:r>
      <w:r>
        <w:t>You have to read the Qur'an. You have to read the life of the Prophet of Islam. Now, I would like to say a few words about terrorism.</w:t>
      </w:r>
    </w:p>
    <w:p>
      <w:pPr>
        <w:jc w:val="right"/>
      </w:pPr>
      <w:r>
        <w:t>You have to read the Qur'an. You have to read the life of the Prophet of Islam. Now, I would like to say a few words about terrorism.</w:t>
      </w:r>
    </w:p>
    <w:p>
      <w:r>
        <w:rPr>
          <w:b/>
        </w:rPr>
        <w:t xml:space="preserve">[32:09] </w:t>
      </w:r>
      <w:r>
        <w:t>Terrorism. I can say I happened to meet a scholar from the Harvard University of America.</w:t>
      </w:r>
    </w:p>
    <w:p>
      <w:pPr>
        <w:jc w:val="right"/>
      </w:pPr>
      <w:r>
        <w:t>Terrorism. I can say I happened to meet a scholar from the Harvard University of America.</w:t>
      </w:r>
    </w:p>
    <w:p>
      <w:r>
        <w:rPr>
          <w:b/>
        </w:rPr>
        <w:t xml:space="preserve">[32:23] </w:t>
      </w:r>
      <w:r>
        <w:t>He was researching about terrorism. What is terrorism? I asked him, "What is the definition of terrorism?" But he failed to give a very workable definition.</w:t>
      </w:r>
    </w:p>
    <w:p>
      <w:pPr>
        <w:jc w:val="right"/>
      </w:pPr>
      <w:r>
        <w:t>He was researching about terrorism. What is terrorism? I asked him, "What is the definition of terrorism?" But he failed to give a very workable definition.</w:t>
      </w:r>
    </w:p>
    <w:p>
      <w:r>
        <w:rPr>
          <w:b/>
        </w:rPr>
        <w:t xml:space="preserve">[32:37] </w:t>
      </w:r>
      <w:r>
        <w:t>I said to him that Islam has given a very, very, very important definition, a very clear definition of terrorism.</w:t>
      </w:r>
    </w:p>
    <w:p>
      <w:pPr>
        <w:jc w:val="right"/>
      </w:pPr>
      <w:r>
        <w:t>I said to him that Islam has given a very, very, very important definition, a very clear definition of terrorism.</w:t>
      </w:r>
    </w:p>
    <w:p>
      <w:r>
        <w:rPr>
          <w:b/>
        </w:rPr>
        <w:t xml:space="preserve">[32:49] </w:t>
      </w:r>
      <w:r>
        <w:t>According to Islam, I have derived this definition from a well-known principle of Islam, that is Al-Rahil Ulil Imam. By this principle, I have derived the definition of terrorism</w:t>
      </w:r>
    </w:p>
    <w:p>
      <w:pPr>
        <w:jc w:val="right"/>
      </w:pPr>
      <w:r>
        <w:t>According to Islam, I have derived this definition from a well-known principle of Islam, that is Al-Rahil Ulil Imam. By this principle, I have derived the definition of terrorism</w:t>
      </w:r>
    </w:p>
    <w:p>
      <w:r>
        <w:rPr>
          <w:b/>
        </w:rPr>
        <w:t xml:space="preserve">[33:04] </w:t>
      </w:r>
      <w:r>
        <w:t>. So according to my study, the definition of terrorism is to use the use of arms by</w:t>
      </w:r>
    </w:p>
    <w:p>
      <w:pPr>
        <w:jc w:val="right"/>
      </w:pPr>
      <w:r>
        <w:t>. So according to my study, the definition of terrorism is to use the use of arms by</w:t>
      </w:r>
    </w:p>
    <w:p>
      <w:r>
        <w:rPr>
          <w:b/>
        </w:rPr>
        <w:t xml:space="preserve">[33:22] </w:t>
      </w:r>
      <w:r>
        <w:t>any organization other than the state. The use of arms by any organization other than the state.</w:t>
      </w:r>
    </w:p>
    <w:p>
      <w:pPr>
        <w:jc w:val="right"/>
      </w:pPr>
      <w:r>
        <w:t>any organization other than the state. The use of arms by any organization other than the state.</w:t>
      </w:r>
    </w:p>
    <w:p>
      <w:r>
        <w:rPr>
          <w:b/>
        </w:rPr>
        <w:t xml:space="preserve">[33:33] </w:t>
      </w:r>
      <w:r>
        <w:t>This is the definition of terrorism.</w:t>
      </w:r>
    </w:p>
    <w:p>
      <w:pPr>
        <w:jc w:val="right"/>
      </w:pPr>
      <w:r>
        <w:t>This is the definition of terrorism.</w:t>
      </w:r>
    </w:p>
    <w:p>
      <w:r>
        <w:rPr>
          <w:b/>
        </w:rPr>
        <w:t xml:space="preserve">[33:37] </w:t>
      </w:r>
      <w:r>
        <w:t>So according to this definition, all those people who are engaged in violence, they are terrorists.</w:t>
      </w:r>
    </w:p>
    <w:p>
      <w:pPr>
        <w:jc w:val="right"/>
      </w:pPr>
      <w:r>
        <w:t>So according to this definition, all those people who are engaged in violence, they are terrorists.</w:t>
      </w:r>
    </w:p>
    <w:p>
      <w:r>
        <w:rPr>
          <w:b/>
        </w:rPr>
        <w:t xml:space="preserve">[33:47] </w:t>
      </w:r>
      <w:r>
        <w:t>They cannot say that they are afraid of fighters. No. Because according to Islam, the use of arms is allowed only to the state.</w:t>
      </w:r>
    </w:p>
    <w:p>
      <w:pPr>
        <w:jc w:val="right"/>
      </w:pPr>
      <w:r>
        <w:t>They cannot say that they are afraid of fighters. No. Because according to Islam, the use of arms is allowed only to the state.</w:t>
      </w:r>
    </w:p>
    <w:p>
      <w:r>
        <w:rPr>
          <w:b/>
        </w:rPr>
        <w:t xml:space="preserve">[33:58] </w:t>
      </w:r>
      <w:r>
        <w:t>No other agency, no other organization is allowed to use arms.</w:t>
      </w:r>
    </w:p>
    <w:p>
      <w:pPr>
        <w:jc w:val="right"/>
      </w:pPr>
      <w:r>
        <w:t>No other agency, no other organization is allowed to use arms.</w:t>
      </w:r>
    </w:p>
    <w:p>
      <w:r>
        <w:rPr>
          <w:b/>
        </w:rPr>
        <w:t xml:space="preserve">[34:04] </w:t>
      </w:r>
      <w:r>
        <w:t>You know all these people who are engaged in violence, they are not states. They are NGOs.</w:t>
      </w:r>
    </w:p>
    <w:p>
      <w:pPr>
        <w:jc w:val="right"/>
      </w:pPr>
      <w:r>
        <w:t>You know all these people who are engaged in violence, they are not states. They are NGOs.</w:t>
      </w:r>
    </w:p>
    <w:p>
      <w:r>
        <w:rPr>
          <w:b/>
        </w:rPr>
        <w:t xml:space="preserve">[34:15] </w:t>
      </w:r>
      <w:r>
        <w:t>They are organizations. They are individuals. So according to Islam, the use of arms is prohibited for any organization other than the state.</w:t>
      </w:r>
    </w:p>
    <w:p>
      <w:pPr>
        <w:jc w:val="right"/>
      </w:pPr>
      <w:r>
        <w:t>They are organizations. They are individuals. So according to Islam, the use of arms is prohibited for any organization other than the state.</w:t>
      </w:r>
    </w:p>
    <w:p>
      <w:r>
        <w:rPr>
          <w:b/>
        </w:rPr>
        <w:t xml:space="preserve">[34:32] </w:t>
      </w:r>
      <w:r>
        <w:t>So all these activities are terrorist activities because all these activities no state is involved in these activities.</w:t>
      </w:r>
    </w:p>
    <w:p>
      <w:pPr>
        <w:jc w:val="right"/>
      </w:pPr>
      <w:r>
        <w:t>So all these activities are terrorist activities because all these activities no state is involved in these activities.</w:t>
      </w:r>
    </w:p>
    <w:p>
      <w:r>
        <w:rPr>
          <w:b/>
        </w:rPr>
        <w:t xml:space="preserve">[34:44] </w:t>
      </w:r>
      <w:r>
        <w:t>In some cases, you can say that some states are secretly involved, secretly involved, which is called proxy wars.</w:t>
      </w:r>
    </w:p>
    <w:p>
      <w:pPr>
        <w:jc w:val="right"/>
      </w:pPr>
      <w:r>
        <w:t>In some cases, you can say that some states are secretly involved, secretly involved, which is called proxy wars.</w:t>
      </w:r>
    </w:p>
    <w:p>
      <w:r>
        <w:rPr>
          <w:b/>
        </w:rPr>
        <w:t xml:space="preserve">[34:56] </w:t>
      </w:r>
      <w:r>
        <w:t>But proxy war is also unlawful in Islam.</w:t>
      </w:r>
    </w:p>
    <w:p>
      <w:pPr>
        <w:jc w:val="right"/>
      </w:pPr>
      <w:r>
        <w:t>But proxy war is also unlawful in Islam.</w:t>
      </w:r>
    </w:p>
    <w:p>
      <w:r>
        <w:rPr>
          <w:b/>
        </w:rPr>
        <w:t xml:space="preserve">[35:01] </w:t>
      </w:r>
      <w:r>
        <w:t>It is a well-known principle in Islam that secret war is not allowed. "ثمَّ بِهِ إِلَيْهِمْ أَلَا سَوَى." You cannot go to war secretly.</w:t>
      </w:r>
    </w:p>
    <w:p>
      <w:pPr>
        <w:jc w:val="right"/>
      </w:pPr>
      <w:r>
        <w:t>It is a well-known principle in Islam that secret war is not allowed. "ثمَّ بِهِ إِلَيْهِمْ أَلَا سَوَى." You cannot go to war secretly.</w:t>
      </w:r>
    </w:p>
    <w:p>
      <w:r>
        <w:rPr>
          <w:b/>
        </w:rPr>
        <w:t xml:space="preserve">[35:15] </w:t>
      </w:r>
      <w:r>
        <w:t>You have to declare. You have to declare that we and you are at war from this date. So when secret war is haram in Islam, so proxy war is also haram in Islam.</w:t>
      </w:r>
    </w:p>
    <w:p>
      <w:pPr>
        <w:jc w:val="right"/>
      </w:pPr>
      <w:r>
        <w:t>You have to declare. You have to declare that we and you are at war from this date. So when secret war is haram in Islam, so proxy war is also haram in Islam.</w:t>
      </w:r>
    </w:p>
    <w:p>
      <w:r>
        <w:rPr>
          <w:b/>
        </w:rPr>
        <w:t xml:space="preserve">[35:33] </w:t>
      </w:r>
      <w:r>
        <w:t>So I can say that according to Islam, all those organizations that are involved in violence and they are not the state, they are terrorists.</w:t>
      </w:r>
    </w:p>
    <w:p>
      <w:pPr>
        <w:jc w:val="right"/>
      </w:pPr>
      <w:r>
        <w:t>So I can say that according to Islam, all those organizations that are involved in violence and they are not the state, they are terrorists.</w:t>
      </w:r>
    </w:p>
    <w:p>
      <w:r>
        <w:rPr>
          <w:b/>
        </w:rPr>
        <w:t xml:space="preserve">[35:50] </w:t>
      </w:r>
      <w:r>
        <w:t>And terrorism is worse than any other evil.</w:t>
      </w:r>
    </w:p>
    <w:p>
      <w:pPr>
        <w:jc w:val="right"/>
      </w:pPr>
      <w:r>
        <w:t>And terrorism is worse than any other evil.</w:t>
      </w:r>
    </w:p>
    <w:p>
      <w:r>
        <w:rPr>
          <w:b/>
        </w:rPr>
        <w:t xml:space="preserve">[35:55] </w:t>
      </w:r>
      <w:r>
        <w:t>The greatest evil is terrorism. God will not give support to these people.</w:t>
      </w:r>
    </w:p>
    <w:p>
      <w:pPr>
        <w:jc w:val="right"/>
      </w:pPr>
      <w:r>
        <w:t>The greatest evil is terrorism. God will not give support to these people.</w:t>
      </w:r>
    </w:p>
    <w:p>
      <w:r>
        <w:rPr>
          <w:b/>
        </w:rPr>
        <w:t xml:space="preserve">[36:06] </w:t>
      </w:r>
      <w:r>
        <w:t>Now, I would like to say a few words about Palestine, that is the epic center of violence.</w:t>
      </w:r>
    </w:p>
    <w:p>
      <w:pPr>
        <w:jc w:val="right"/>
      </w:pPr>
      <w:r>
        <w:t>Now, I would like to say a few words about Palestine, that is the epic center of violence.</w:t>
      </w:r>
    </w:p>
    <w:p>
      <w:r>
        <w:rPr>
          <w:b/>
        </w:rPr>
        <w:t xml:space="preserve">[36:17] </w:t>
      </w:r>
      <w:r>
        <w:t>I can say that in this case, Muslims are not on the right path. You know Israel was formed on Israel was formed in 1948 according to the Balfour Commission.</w:t>
      </w:r>
    </w:p>
    <w:p>
      <w:pPr>
        <w:jc w:val="right"/>
      </w:pPr>
      <w:r>
        <w:t>I can say that in this case, Muslims are not on theright path. You know Israel was formed on Israel was formed in 1948 according to the Balfour Commission.</w:t>
      </w:r>
    </w:p>
    <w:p>
      <w:r>
        <w:rPr>
          <w:b/>
        </w:rPr>
        <w:t xml:space="preserve">[36:39] </w:t>
      </w:r>
      <w:r>
        <w:t>And the Balfour Commission divided Palestine into two parts.</w:t>
      </w:r>
    </w:p>
    <w:p>
      <w:pPr>
        <w:jc w:val="right"/>
      </w:pPr>
      <w:r>
        <w:t>And the Balfour Commission divided Palestine into two parts.</w:t>
      </w:r>
    </w:p>
    <w:p>
      <w:r>
        <w:rPr>
          <w:b/>
        </w:rPr>
        <w:t xml:space="preserve">[36:44] </w:t>
      </w:r>
      <w:r>
        <w:t>Roughly half of Palestine was given to Jews and half of Palestine was given to Arabs. I think this was I think that Balfour was quiteright because who were these Jews?</w:t>
      </w:r>
    </w:p>
    <w:p>
      <w:pPr>
        <w:jc w:val="right"/>
      </w:pPr>
      <w:r>
        <w:t>Roughly half of Palestine was given to Jews and half of Palestine was given to Arabs. I think this was I think that Balfour was quiteright because who were these Jews?</w:t>
      </w:r>
    </w:p>
    <w:p>
      <w:r>
        <w:rPr>
          <w:b/>
        </w:rPr>
        <w:t xml:space="preserve">[37:01] </w:t>
      </w:r>
      <w:r>
        <w:t>They were Jewish in the diaspora.</w:t>
      </w:r>
    </w:p>
    <w:p>
      <w:pPr>
        <w:jc w:val="right"/>
      </w:pPr>
      <w:r>
        <w:t>They were Jewish in the diaspora.</w:t>
      </w:r>
    </w:p>
    <w:p>
      <w:r>
        <w:rPr>
          <w:b/>
        </w:rPr>
        <w:t xml:space="preserve">[37:05] </w:t>
      </w:r>
      <w:r>
        <w:t>In the Qur'an, there is a verse that says that any community that is in the diaspora has theright to return to its homeland.</w:t>
      </w:r>
    </w:p>
    <w:p>
      <w:pPr>
        <w:jc w:val="right"/>
      </w:pPr>
      <w:r>
        <w:t>In the Qur'an, there is a verse that says that any community that is in the diaspora has theright to return to its homeland.</w:t>
      </w:r>
    </w:p>
    <w:p>
      <w:r>
        <w:rPr>
          <w:b/>
        </w:rPr>
        <w:t xml:space="preserve">[37:21] </w:t>
      </w:r>
      <w:r>
        <w:t>So these Jews who were allowed to settle in Palestine, in Israel, they were Jewish in the diaspora.</w:t>
      </w:r>
    </w:p>
    <w:p>
      <w:pPr>
        <w:jc w:val="right"/>
      </w:pPr>
      <w:r>
        <w:t>So these Jews who were allowed to settle in Palestine, in Israel, they were Jewish in the diaspora.</w:t>
      </w:r>
    </w:p>
    <w:p>
      <w:r>
        <w:rPr>
          <w:b/>
        </w:rPr>
        <w:t xml:space="preserve">[37:33] </w:t>
      </w:r>
      <w:r>
        <w:t>So they have theright to go back to their homeland. So I think that the Balfour Commission wasright.</w:t>
      </w:r>
    </w:p>
    <w:p>
      <w:pPr>
        <w:jc w:val="right"/>
      </w:pPr>
      <w:r>
        <w:t>So they have theright to go back to their homeland. So I think that the Balfour Commission wasright.</w:t>
      </w:r>
    </w:p>
    <w:p>
      <w:r>
        <w:rPr>
          <w:b/>
        </w:rPr>
        <w:t xml:space="preserve">[37:42] </w:t>
      </w:r>
      <w:r>
        <w:t>His decision wasright. His partition wasright. So it was wrong with the Arabs who refused to accept the verdict of Balfour and waged a war.</w:t>
      </w:r>
    </w:p>
    <w:p>
      <w:pPr>
        <w:jc w:val="right"/>
      </w:pPr>
      <w:r>
        <w:t>His decision wasright. His partition wasright. So it was wrong with the Arabs who refused to accept the verdict of Balfour and waged a war.</w:t>
      </w:r>
    </w:p>
    <w:p>
      <w:r>
        <w:rPr>
          <w:b/>
        </w:rPr>
        <w:t xml:space="preserve">[37:57] </w:t>
      </w:r>
      <w:r>
        <w:t>I published this I a book on this subject. You can see it.</w:t>
      </w:r>
    </w:p>
    <w:p>
      <w:pPr>
        <w:jc w:val="right"/>
      </w:pPr>
      <w:r>
        <w:t>I published this I a book on this subject. You can see it.</w:t>
      </w:r>
    </w:p>
    <w:p>
      <w:r>
        <w:rPr>
          <w:b/>
        </w:rPr>
        <w:t xml:space="preserve">[38:07] </w:t>
      </w:r>
      <w:r>
        <w:t>And it is available in my office. So in all these situations, although Islam they refer to Islam, but all these references are wrong.</w:t>
      </w:r>
    </w:p>
    <w:p>
      <w:pPr>
        <w:jc w:val="right"/>
      </w:pPr>
      <w:r>
        <w:t>And it is available in my office. So in all these situations, although Islam they refer to Islam, but all these references are wrong.</w:t>
      </w:r>
    </w:p>
    <w:p>
      <w:r>
        <w:rPr>
          <w:b/>
        </w:rPr>
        <w:t xml:space="preserve">[38:22] </w:t>
      </w:r>
      <w:r>
        <w:t>Islam is not involved in this violence, in this terrorism, in these activities.</w:t>
      </w:r>
    </w:p>
    <w:p>
      <w:pPr>
        <w:jc w:val="right"/>
      </w:pPr>
      <w:r>
        <w:t>Islam is not involved in this violence, in this terrorism, in these activities.</w:t>
      </w:r>
    </w:p>
    <w:p>
      <w:r>
        <w:rPr>
          <w:b/>
        </w:rPr>
        <w:t xml:space="preserve">[38:28] </w:t>
      </w:r>
      <w:r>
        <w:t>Islam is completely a peaceful religion. All the teachings of Islam are based on spirituality. The most important aspect of Islam is to develop spiritual personality.</w:t>
      </w:r>
    </w:p>
    <w:p>
      <w:pPr>
        <w:jc w:val="right"/>
      </w:pPr>
      <w:r>
        <w:t>Islam is completely a peaceful religion. All the teachings of Islam are based on spirituality. The most important aspect of Islam is to develop spiritual personality.</w:t>
      </w:r>
    </w:p>
    <w:p>
      <w:r>
        <w:rPr>
          <w:b/>
        </w:rPr>
        <w:t xml:space="preserve">[38:45] </w:t>
      </w:r>
      <w:r>
        <w:t>About the creation plan of God, what is the creation plan of God?</w:t>
      </w:r>
    </w:p>
    <w:p>
      <w:pPr>
        <w:jc w:val="right"/>
      </w:pPr>
      <w:r>
        <w:t>About the creation plan of God, what is the creation plan of God?</w:t>
      </w:r>
    </w:p>
    <w:p>
      <w:r>
        <w:rPr>
          <w:b/>
        </w:rPr>
        <w:t xml:space="preserve">[38:51] </w:t>
      </w:r>
      <w:r>
        <w:t>I said that God created man and He settled man on this planet Earth.</w:t>
      </w:r>
    </w:p>
    <w:p>
      <w:pPr>
        <w:jc w:val="right"/>
      </w:pPr>
      <w:r>
        <w:t>I said that God created man and He settled man on this planet Earth.</w:t>
      </w:r>
    </w:p>
    <w:p>
      <w:r>
        <w:rPr>
          <w:b/>
        </w:rPr>
        <w:t xml:space="preserve">[39:00] </w:t>
      </w:r>
      <w:r>
        <w:t>And He gave him freedom. Freedom. We enjoy freedom completely. So God wants to know who misuses his freedom and who is the person who properly uses freed</w:t>
      </w:r>
    </w:p>
    <w:p>
      <w:pPr>
        <w:jc w:val="right"/>
      </w:pPr>
      <w:r>
        <w:t>And He gave him freedom. Freedom. We enjoy freedom completely. So God wants to know who misuses his freedom and who is the person who properly uses freed</w:t>
      </w:r>
    </w:p>
    <w:p>
      <w:r>
        <w:rPr>
          <w:b/>
        </w:rPr>
        <w:t xml:space="preserve">[39:17] </w:t>
      </w:r>
      <w:r>
        <w:t>om. So this is the main purpose of our life. One who misuses freedom, he will go to hell.</w:t>
      </w:r>
    </w:p>
    <w:p>
      <w:pPr>
        <w:jc w:val="right"/>
      </w:pPr>
      <w:r>
        <w:t>om. So this is the main purpose of our life. One who misuses freedom, he will go to hell.</w:t>
      </w:r>
    </w:p>
    <w:p>
      <w:r>
        <w:rPr>
          <w:b/>
        </w:rPr>
        <w:t xml:space="preserve">[39:25] </w:t>
      </w:r>
      <w:r>
        <w:t>And one who lives with and with one who properly uses his freedom, he will go to paradise.</w:t>
      </w:r>
    </w:p>
    <w:p>
      <w:pPr>
        <w:jc w:val="right"/>
      </w:pPr>
      <w:r>
        <w:t>And one who lives with and with one who properly uses his freedom, he will go to paradise.</w:t>
      </w:r>
    </w:p>
    <w:p>
      <w:r>
        <w:rPr>
          <w:b/>
        </w:rPr>
        <w:t xml:space="preserve">[39:34] </w:t>
      </w:r>
      <w:r>
        <w:t>This is the creation plan of God. So the Qur'an is the Qur'an was set for this purpose.</w:t>
      </w:r>
    </w:p>
    <w:p>
      <w:pPr>
        <w:jc w:val="right"/>
      </w:pPr>
      <w:r>
        <w:t>This is the creation plan of God. So the Qur'an is the Qur'an was set for this purpose.</w:t>
      </w:r>
    </w:p>
    <w:p>
      <w:r>
        <w:rPr>
          <w:b/>
        </w:rPr>
        <w:t xml:space="preserve">[39:44] </w:t>
      </w:r>
      <w:r>
        <w:t>The Qur'an is not a book of war because it is not a book of violence. The main message of the Qur'an is to</w:t>
      </w:r>
    </w:p>
    <w:p>
      <w:pPr>
        <w:jc w:val="right"/>
      </w:pPr>
      <w:r>
        <w:t>The Qur'an is not a book of war because it is not a book of violence. The main message of the Qur'an is to</w:t>
      </w:r>
    </w:p>
    <w:p>
      <w:r>
        <w:rPr>
          <w:b/>
        </w:rPr>
        <w:t xml:space="preserve">[39:55] </w:t>
      </w:r>
      <w:r>
        <w:t>make people know why God created this world, what is the creation plan of God, and what is the way of intellect, what is the way to develop a positive personality that will be will find entry to paradise.</w:t>
      </w:r>
    </w:p>
    <w:p>
      <w:pPr>
        <w:jc w:val="right"/>
      </w:pPr>
      <w:r>
        <w:t>make people know why God created this world, what is the creation plan of God, and what is the way of intellect, what is the way to develop a positive personality that will be will find entry to paradise.</w:t>
      </w:r>
    </w:p>
    <w:p>
      <w:r>
        <w:rPr>
          <w:b/>
        </w:rPr>
        <w:t xml:space="preserve">[40:18] </w:t>
      </w:r>
      <w:r>
        <w:t>So the wanted so the main</w:t>
      </w:r>
    </w:p>
    <w:p>
      <w:pPr>
        <w:jc w:val="right"/>
      </w:pPr>
      <w:r>
        <w:t>So the wanted so the main</w:t>
      </w:r>
    </w:p>
    <w:p>
      <w:r>
        <w:rPr>
          <w:b/>
        </w:rPr>
        <w:t xml:space="preserve">[40:29] </w:t>
      </w:r>
      <w:r>
        <w:t>target of the Qur'an is that you must develop a positive personality.</w:t>
      </w:r>
    </w:p>
    <w:p>
      <w:pPr>
        <w:jc w:val="right"/>
      </w:pPr>
      <w:r>
        <w:t>target of the Qur'an is that you must develop a positive personality.</w:t>
      </w:r>
    </w:p>
    <w:p>
      <w:r>
        <w:rPr>
          <w:b/>
        </w:rPr>
        <w:t xml:space="preserve">[40:39] </w:t>
      </w:r>
      <w:r>
        <w:t>You must develop a positive mind. You have to live with positive behavior in this world,</w:t>
      </w:r>
    </w:p>
    <w:p>
      <w:pPr>
        <w:jc w:val="right"/>
      </w:pPr>
      <w:r>
        <w:t>You must develop a positive mind. You have to live with positive behavior in this world,</w:t>
      </w:r>
    </w:p>
    <w:p>
      <w:r>
        <w:rPr>
          <w:b/>
        </w:rPr>
        <w:t xml:space="preserve">[40:45] </w:t>
      </w:r>
      <w:r>
        <w:t>with peace, with tolerance, with love. This is the main message of the Qur'an.</w:t>
      </w:r>
    </w:p>
    <w:p>
      <w:pPr>
        <w:jc w:val="right"/>
      </w:pPr>
      <w:r>
        <w:t>with peace, with tolerance, with love. This is the main message of the Qur'an.</w:t>
      </w:r>
    </w:p>
    <w:p>
      <w:r>
        <w:rPr>
          <w:b/>
        </w:rPr>
        <w:t xml:space="preserve">[40:54] </w:t>
      </w:r>
      <w:r>
        <w:t>Now, I would like to give a very important formula. This formula was given by a companion, Ali ibn Abi Talib, a formula of lif</w:t>
      </w:r>
    </w:p>
    <w:p>
      <w:pPr>
        <w:jc w:val="right"/>
      </w:pPr>
      <w:r>
        <w:t>Now, I would like to give a very important formula. This formula was given by a companion, Ali ibn Abi Talib, a formula of lif</w:t>
      </w:r>
    </w:p>
    <w:p>
      <w:r>
        <w:rPr>
          <w:b/>
        </w:rPr>
        <w:t xml:space="preserve">[41:09] </w:t>
      </w:r>
      <w:r>
        <w:t>e. He says, "qimatul mar'i ma uhsin."</w:t>
      </w:r>
    </w:p>
    <w:p>
      <w:pPr>
        <w:jc w:val="right"/>
      </w:pPr>
      <w:r>
        <w:t>e. He says, "قيمة المرء ما يحسن."</w:t>
      </w:r>
    </w:p>
    <w:p>
      <w:r>
        <w:rPr>
          <w:b/>
        </w:rPr>
        <w:t xml:space="preserve">[41:18] </w:t>
      </w:r>
      <w:r>
        <w:t>It means the value of a person lies in excellence. The value of a person lies in excellence.</w:t>
      </w:r>
    </w:p>
    <w:p>
      <w:pPr>
        <w:jc w:val="right"/>
      </w:pPr>
      <w:r>
        <w:t>It means the value of a person lies in excellence. The value of a person lies in excellence.</w:t>
      </w:r>
    </w:p>
    <w:p>
      <w:r>
        <w:rPr>
          <w:b/>
        </w:rPr>
        <w:t xml:space="preserve">[41:28] </w:t>
      </w:r>
      <w:r>
        <w:t>It means that adopt excellence and you will be successful. Adopt excellence and you will be successful</w:t>
      </w:r>
    </w:p>
    <w:p>
      <w:pPr>
        <w:jc w:val="right"/>
      </w:pPr>
      <w:r>
        <w:t>It means that adopt excellence and you will be successful. Adopt excellence and you will be successful</w:t>
      </w:r>
    </w:p>
    <w:p>
      <w:r>
        <w:rPr>
          <w:b/>
        </w:rPr>
        <w:t xml:space="preserve">[41:39] </w:t>
      </w:r>
      <w:r>
        <w:t>. So this is the formula given by a companion, Ali ibn Abi Talib. And in the end, I thank you and I pray for God.</w:t>
      </w:r>
    </w:p>
    <w:p>
      <w:pPr>
        <w:jc w:val="right"/>
      </w:pPr>
      <w:r>
        <w:t>. So this is the formula given by a companion, Ali ibn Abi Talib. And in the end, I thank you and I pray for God.</w:t>
      </w:r>
    </w:p>
    <w:p>
      <w:r>
        <w:rPr>
          <w:b/>
        </w:rPr>
        <w:t xml:space="preserve">[41:55] </w:t>
      </w:r>
      <w:r>
        <w:t>May God bless you forever.</w:t>
      </w:r>
    </w:p>
    <w:p>
      <w:pPr>
        <w:jc w:val="right"/>
      </w:pPr>
      <w:r>
        <w:t>May God bless you forever.</w:t>
      </w:r>
    </w:p>
    <w:p>
      <w:r>
        <w:rPr>
          <w:b/>
        </w:rPr>
        <w:t xml:space="preserve">[42:10] </w:t>
      </w:r>
      <w:r>
        <w:t>People are misusing it as a misusing the name of Islam. So can you tell us more on terrorism?</w:t>
      </w:r>
    </w:p>
    <w:p>
      <w:pPr>
        <w:jc w:val="right"/>
      </w:pPr>
      <w:r>
        <w:t>People are misusing it as a misusing the name of Islam. So can you tell us more on terrorism?</w:t>
      </w:r>
    </w:p>
    <w:p>
      <w:r>
        <w:rPr>
          <w:b/>
        </w:rPr>
        <w:t xml:space="preserve">[42:21] </w:t>
      </w:r>
      <w:r>
        <w:t>If Islam and Muslims Fine. I will give what of my experience. Once I happened to meet an Arab scholar in violence.</w:t>
      </w:r>
    </w:p>
    <w:p>
      <w:pPr>
        <w:jc w:val="right"/>
      </w:pPr>
      <w:r>
        <w:t>If Islam and Muslims Fine. I will give what of my experience. Once I happened to meet an Arab scholar in violence.</w:t>
      </w:r>
    </w:p>
    <w:p>
      <w:r>
        <w:rPr>
          <w:b/>
        </w:rPr>
        <w:t xml:space="preserve">[42:36] </w:t>
      </w:r>
      <w:r>
        <w:t>Islam is a peaceful religion.</w:t>
      </w:r>
    </w:p>
    <w:p>
      <w:pPr>
        <w:jc w:val="right"/>
      </w:pPr>
      <w:r>
        <w:t>Islam is a peaceful religion.</w:t>
      </w:r>
    </w:p>
    <w:p>
      <w:r>
        <w:rPr>
          <w:b/>
        </w:rPr>
        <w:t xml:space="preserve">[42:38] </w:t>
      </w:r>
      <w:r>
        <w:t>He said, "Yes, we want peace. But we want peace with justice." "Assalam al-'Adl." So he said that we want peace.</w:t>
      </w:r>
    </w:p>
    <w:p>
      <w:pPr>
        <w:jc w:val="right"/>
      </w:pPr>
      <w:r>
        <w:t>He said, "Yes, we want peace. But we want peace with justice." "Assalam al-'Adl." So he said that we want peace.</w:t>
      </w:r>
    </w:p>
    <w:p>
      <w:r>
        <w:rPr>
          <w:b/>
        </w:rPr>
        <w:t xml:space="preserve">[42:50] </w:t>
      </w:r>
      <w:r>
        <w:t>But we want peace with justice. I said that</w:t>
      </w:r>
    </w:p>
    <w:p>
      <w:pPr>
        <w:jc w:val="right"/>
      </w:pPr>
      <w:r>
        <w:t>But we want peace with justice. I said that</w:t>
      </w:r>
    </w:p>
    <w:p>
      <w:r>
        <w:rPr>
          <w:b/>
        </w:rPr>
        <w:t xml:space="preserve">[42:58] </w:t>
      </w:r>
      <w:r>
        <w:t>it is wrong because peace, because justice and peace are two different aspects.</w:t>
      </w:r>
    </w:p>
    <w:p>
      <w:pPr>
        <w:jc w:val="right"/>
      </w:pPr>
      <w:r>
        <w:t>it is wrong because peace, because justice and peace are two different aspects.</w:t>
      </w:r>
    </w:p>
    <w:p>
      <w:r>
        <w:rPr>
          <w:b/>
        </w:rPr>
        <w:t xml:space="preserve">[43:09] </w:t>
      </w:r>
      <w:r>
        <w:t>No peace can you can give you justice. Justice is you can achieve justice only by your own effort, by your own struggle.</w:t>
      </w:r>
    </w:p>
    <w:p>
      <w:pPr>
        <w:jc w:val="right"/>
      </w:pPr>
      <w:r>
        <w:t>No peace can you can give you justice. Justice is you can achieve justice only by your own effort, by your own struggle.</w:t>
      </w:r>
    </w:p>
    <w:p>
      <w:r>
        <w:rPr>
          <w:b/>
        </w:rPr>
        <w:t xml:space="preserve">[43:20] </w:t>
      </w:r>
      <w:r>
        <w:t>So first of all, you have to establish peace. And peace will open the door of opportunities.</w:t>
      </w:r>
    </w:p>
    <w:p>
      <w:pPr>
        <w:jc w:val="right"/>
      </w:pPr>
      <w:r>
        <w:t>So first of all, you have to establish peace. And peace will open the door of opportunities.</w:t>
      </w:r>
    </w:p>
    <w:p>
      <w:r>
        <w:rPr>
          <w:b/>
        </w:rPr>
        <w:t xml:space="preserve">[43:29] </w:t>
      </w:r>
      <w:r>
        <w:t>And by availing all these opportunities, you can</w:t>
      </w:r>
    </w:p>
    <w:p>
      <w:pPr>
        <w:jc w:val="right"/>
      </w:pPr>
      <w:r>
        <w:t>And by availing all these opportunities, you can</w:t>
      </w:r>
    </w:p>
    <w:p>
      <w:r>
        <w:rPr>
          <w:b/>
        </w:rPr>
        <w:t xml:space="preserve">[43:36] </w:t>
      </w:r>
      <w:r>
        <w:t>find justice.</w:t>
      </w:r>
    </w:p>
    <w:p>
      <w:pPr>
        <w:jc w:val="right"/>
      </w:pPr>
      <w:r>
        <w:t>find justice.</w:t>
      </w:r>
    </w:p>
    <w:p>
      <w:r>
        <w:rPr>
          <w:b/>
        </w:rPr>
        <w:t xml:space="preserve">[43:38] </w:t>
      </w:r>
      <w:r>
        <w:t>So I think that these people are misguided people. They don't know what is the formula of life.</w:t>
      </w:r>
    </w:p>
    <w:p>
      <w:pPr>
        <w:jc w:val="right"/>
      </w:pPr>
      <w:r>
        <w:t>So I think that these people are misguided people. They don't know what is the formula of life.</w:t>
      </w:r>
    </w:p>
    <w:p>
      <w:r>
        <w:rPr>
          <w:b/>
        </w:rPr>
        <w:t xml:space="preserve">[43:52] </w:t>
      </w:r>
      <w:r>
        <w:t>They want justice but they don't know how to attain justice.</w:t>
      </w:r>
    </w:p>
    <w:p>
      <w:pPr>
        <w:jc w:val="right"/>
      </w:pPr>
      <w:r>
        <w:t>They want justice but they don't know how to attain justice.</w:t>
      </w:r>
    </w:p>
    <w:p>
      <w:r>
        <w:rPr>
          <w:b/>
        </w:rPr>
        <w:t xml:space="preserve">[43:58] </w:t>
      </w:r>
      <w:r>
        <w:t>The formula of life is that you have to establish peace. And peace will open the door of opportunities. And then you have to avail all those opportunities.</w:t>
      </w:r>
    </w:p>
    <w:p>
      <w:pPr>
        <w:jc w:val="right"/>
      </w:pPr>
      <w:r>
        <w:t>The formula of life is that you have to establish peace. And peace will open the door of opportunities. And then you have to avail all those opportunities.</w:t>
      </w:r>
    </w:p>
    <w:p>
      <w:r>
        <w:rPr>
          <w:b/>
        </w:rPr>
        <w:t xml:space="preserve">[44:10] </w:t>
      </w:r>
      <w:r>
        <w:t>By availing these opportunities, you can achieve justice. This is the formula of life. So these people are misguided people. They don't know.</w:t>
      </w:r>
    </w:p>
    <w:p>
      <w:pPr>
        <w:jc w:val="right"/>
      </w:pPr>
      <w:r>
        <w:t>By availing these opportunities, you can achieve justice. This is the formula of life. So these people are misguided people. They don't know.</w:t>
      </w:r>
    </w:p>
    <w:p>
      <w:r>
        <w:rPr>
          <w:b/>
        </w:rPr>
        <w:t xml:space="preserve">[44:19] </w:t>
      </w:r>
      <w:r>
        <w:t>I am trying to</w:t>
      </w:r>
    </w:p>
    <w:p>
      <w:pPr>
        <w:jc w:val="right"/>
      </w:pPr>
      <w:r>
        <w:t>I am trying to</w:t>
      </w:r>
    </w:p>
    <w:p>
      <w:r>
        <w:rPr>
          <w:b/>
        </w:rPr>
        <w:t xml:space="preserve">[44:25] </w:t>
      </w:r>
      <w:r>
        <w:t>train their mind</w:t>
      </w:r>
    </w:p>
    <w:p>
      <w:pPr>
        <w:jc w:val="right"/>
      </w:pPr>
      <w:r>
        <w:t>train their mind</w:t>
      </w:r>
    </w:p>
    <w:p>
      <w:r>
        <w:rPr>
          <w:b/>
        </w:rPr>
        <w:t xml:space="preserve">[44:27] </w:t>
      </w:r>
      <w:r>
        <w:t>. And I can say that I have changed the mind of thousands and thousands of people everywhere in the world. So this is my mission.</w:t>
      </w:r>
    </w:p>
    <w:p>
      <w:pPr>
        <w:jc w:val="right"/>
      </w:pPr>
      <w:r>
        <w:t>. And I can say that I have changed the mind of thousands and thousands of people everywhere in the world. So this is my mission.</w:t>
      </w:r>
    </w:p>
    <w:p>
      <w:r>
        <w:rPr>
          <w:b/>
        </w:rPr>
        <w:t xml:space="preserve">[44:38] </w:t>
      </w:r>
      <w:r>
        <w:t>And I am hopeful that</w:t>
      </w:r>
    </w:p>
    <w:p>
      <w:pPr>
        <w:jc w:val="right"/>
      </w:pPr>
      <w:r>
        <w:t>And I am hopeful that</w:t>
      </w:r>
    </w:p>
    <w:p>
      <w:r>
        <w:rPr>
          <w:b/>
        </w:rPr>
        <w:t xml:space="preserve">[44:43] </w:t>
      </w:r>
      <w:r>
        <w:t>the future will come when we will</w:t>
      </w:r>
    </w:p>
    <w:p>
      <w:pPr>
        <w:jc w:val="right"/>
      </w:pPr>
      <w:r>
        <w:t>the future will come when we will</w:t>
      </w:r>
    </w:p>
    <w:p>
      <w:r>
        <w:rPr>
          <w:b/>
        </w:rPr>
        <w:t xml:space="preserve">[44:49] </w:t>
      </w:r>
      <w:r>
        <w:t>succeed, we will achieve success to change their mind. Inshallah, peace will prevail.</w:t>
      </w:r>
    </w:p>
    <w:p>
      <w:pPr>
        <w:jc w:val="right"/>
      </w:pPr>
      <w:r>
        <w:t>succeed, we will achieve success to change their mind. Inshallah, peace will prevail.</w:t>
      </w:r>
    </w:p>
    <w:p>
      <w:r>
        <w:rPr>
          <w:b/>
        </w:rPr>
        <w:t xml:space="preserve">[45:01] </w:t>
      </w:r>
      <w:r>
        <w:t>Thank you very much for giving me a knowledgeable talk on Islam and terrorism. I have a small query. If Islam and Muslims, they are two different things, then why can't Islam disown those Muslims who believe in terrorism?</w:t>
      </w:r>
    </w:p>
    <w:p>
      <w:pPr>
        <w:jc w:val="right"/>
      </w:pPr>
      <w:r>
        <w:t>Thank you very much for giving me a knowledgeable talk on Islam and terrorism. I have a small query. If Islam and Muslims, they are two different things, then why can't Islam disown those Muslims who believe in terrorism?</w:t>
      </w:r>
    </w:p>
    <w:p>
      <w:r>
        <w:rPr>
          <w:b/>
        </w:rPr>
        <w:t xml:space="preserve">[45:17] </w:t>
      </w:r>
      <w:r>
        <w:t>Why do they get sheltered in madrasas which are supported by Islamic religion and Maldives?</w:t>
      </w:r>
    </w:p>
    <w:p>
      <w:pPr>
        <w:jc w:val="right"/>
      </w:pPr>
      <w:r>
        <w:t>Why do they get sheltered in madrasas which are supported by Islamic religion and Maldives?</w:t>
      </w:r>
    </w:p>
    <w:p>
      <w:r>
        <w:rPr>
          <w:b/>
        </w:rPr>
        <w:t xml:space="preserve">[45:25] </w:t>
      </w:r>
      <w:r>
        <w:t>I think that Islam disowns all these people who are engaged in violence.</w:t>
      </w:r>
    </w:p>
    <w:p>
      <w:pPr>
        <w:jc w:val="right"/>
      </w:pPr>
      <w:r>
        <w:t>I think that Islam disowns all these people who are engaged in violence.</w:t>
      </w:r>
    </w:p>
    <w:p>
      <w:r>
        <w:rPr>
          <w:b/>
        </w:rPr>
        <w:t xml:space="preserve">[45:37] </w:t>
      </w:r>
      <w:r>
        <w:t>And you can see myself. I condemn these people and I say that it is not Islam.</w:t>
      </w:r>
    </w:p>
    <w:p>
      <w:pPr>
        <w:jc w:val="right"/>
      </w:pPr>
      <w:r>
        <w:t>And you can see myself. I condemn these people and I say that it is not Islam.</w:t>
      </w:r>
    </w:p>
    <w:p>
      <w:r>
        <w:rPr>
          <w:b/>
        </w:rPr>
        <w:t xml:space="preserve">[45:47] </w:t>
      </w:r>
      <w:r>
        <w:t>And so this movement is you could find everywhere in the world. There are so many.</w:t>
      </w:r>
    </w:p>
    <w:p>
      <w:pPr>
        <w:jc w:val="right"/>
      </w:pPr>
      <w:r>
        <w:t>And so this movement is you could find everywhere in the world. There are so many.</w:t>
      </w:r>
    </w:p>
    <w:p>
      <w:r>
        <w:rPr>
          <w:b/>
        </w:rPr>
        <w:t xml:space="preserve">[46:00] </w:t>
      </w:r>
      <w:r>
        <w:t>I have so many colleagues who are working in every part of the world, in India, in Kashmir, in Palestine, in America,</w:t>
      </w:r>
    </w:p>
    <w:p>
      <w:pPr>
        <w:jc w:val="right"/>
      </w:pPr>
      <w:r>
        <w:t>I have so many colleagues who are working in every part of the world, in India, in Kashmir, in Palestine, in America,</w:t>
      </w:r>
    </w:p>
    <w:p>
      <w:r>
        <w:rPr>
          <w:b/>
        </w:rPr>
        <w:t xml:space="preserve">[46:09] </w:t>
      </w:r>
      <w:r>
        <w:t>everywhere. So they are preaching this concept. And I can say that so many people have changed their mind.</w:t>
      </w:r>
    </w:p>
    <w:p>
      <w:pPr>
        <w:jc w:val="right"/>
      </w:pPr>
      <w:r>
        <w:t>everywhere. So they are preaching this concept. And I can say that so many people have changed their mind.</w:t>
      </w:r>
    </w:p>
    <w:p>
      <w:r>
        <w:rPr>
          <w:b/>
        </w:rPr>
        <w:t xml:space="preserve">[46:21] </w:t>
      </w:r>
      <w:r>
        <w:t>Even today, I received an email from America. You can please think about that mail.</w:t>
      </w:r>
    </w:p>
    <w:p>
      <w:pPr>
        <w:jc w:val="right"/>
      </w:pPr>
      <w:r>
        <w:t>Even today, I received an email from America. You can please think about that mail.</w:t>
      </w:r>
    </w:p>
    <w:p>
      <w:r>
        <w:rPr>
          <w:b/>
        </w:rPr>
        <w:t xml:space="preserve">[46:31] </w:t>
      </w:r>
      <w:r>
        <w:t>Okay. I think I have long</w:t>
      </w:r>
    </w:p>
    <w:p>
      <w:pPr>
        <w:jc w:val="right"/>
      </w:pPr>
      <w:r>
        <w:t>Okay. I think I have long</w:t>
      </w:r>
    </w:p>
    <w:p>
      <w:r>
        <w:rPr>
          <w:b/>
        </w:rPr>
        <w:t xml:space="preserve">[46:34] </w:t>
      </w:r>
      <w:r>
        <w:t>enough. We received, in fact, today a letter from the United States Jail. And it was sent by one Mr. Joshua.</w:t>
      </w:r>
    </w:p>
    <w:p>
      <w:pPr>
        <w:jc w:val="right"/>
      </w:pPr>
      <w:r>
        <w:t>enough. We received, in fact, today a letter from the United States Jail. And it was sent by one Mr. Joshua.</w:t>
      </w:r>
    </w:p>
    <w:p>
      <w:r>
        <w:rPr>
          <w:b/>
        </w:rPr>
        <w:t xml:space="preserve">[46:42] </w:t>
      </w:r>
      <w:r>
        <w:t>And he had read Molana's leaflets and books. And he was very moved. And he requested him if he could send more books, more leaflets, so that he can share it with the other jail inmates.</w:t>
      </w:r>
    </w:p>
    <w:p>
      <w:pPr>
        <w:jc w:val="right"/>
      </w:pPr>
      <w:r>
        <w:t>And he had read Molana's leaflets and books. And he was very moved. And he requested him if he could send more books, more leaflets, so that he can share it with the other jail inmates.</w:t>
      </w:r>
    </w:p>
    <w:p>
      <w:r>
        <w:rPr>
          <w:b/>
        </w:rPr>
        <w:t xml:space="preserve">[46:54] </w:t>
      </w:r>
      <w:r>
        <w:t>So just to throw a little bit of light, Molana's mission is very well spread in all continents of the world</w:t>
      </w:r>
    </w:p>
    <w:p>
      <w:pPr>
        <w:jc w:val="right"/>
      </w:pPr>
      <w:r>
        <w:t>So just to throw a little bit of light, Molana's mission is very well spread in all continents of the world</w:t>
      </w:r>
    </w:p>
    <w:p>
      <w:r>
        <w:rPr>
          <w:b/>
        </w:rPr>
        <w:t xml:space="preserve">[47:01] </w:t>
      </w:r>
      <w:r>
        <w:t>. And there is a significant reduction in terrorism which has happened in India and Kashmir. And many governments have acknowledged that.</w:t>
      </w:r>
    </w:p>
    <w:p>
      <w:pPr>
        <w:jc w:val="right"/>
      </w:pPr>
      <w:r>
        <w:t>. And there is a significant reduction in terrorism which has happened in India and Kashmir. And many governments have acknowledged that.</w:t>
      </w:r>
    </w:p>
    <w:p>
      <w:r>
        <w:rPr>
          <w:b/>
        </w:rPr>
        <w:t xml:space="preserve">[47:09] </w:t>
      </w:r>
      <w:r>
        <w:t>So there is a huge network that is taking place. And his ideology is being taken to those people to address their mind because violence as an ideology needs to be addressed.</w:t>
      </w:r>
    </w:p>
    <w:p>
      <w:pPr>
        <w:jc w:val="right"/>
      </w:pPr>
      <w:r>
        <w:t>So there is a huge network that is taking place. And his ideology is being taken to those people to address their mind because violence as an ideology needs to be addressed.</w:t>
      </w:r>
    </w:p>
    <w:p>
      <w:r>
        <w:rPr>
          <w:b/>
        </w:rPr>
        <w:t xml:space="preserve">[47:22] </w:t>
      </w:r>
      <w:r>
        <w:t>And that is what he is doing globally. So if that would answer your question in any way. But in Pakistan,</w:t>
      </w:r>
    </w:p>
    <w:p>
      <w:pPr>
        <w:jc w:val="right"/>
      </w:pPr>
      <w:r>
        <w:t>And that is what he is doing globally. So if that would answer your question in any way. But in Pakistan,</w:t>
      </w:r>
    </w:p>
    <w:p>
      <w:r>
        <w:rPr>
          <w:b/>
        </w:rPr>
        <w:t xml:space="preserve">[47:31] </w:t>
      </w:r>
      <w:r>
        <w:t>there are so many madrasas in which the jailing camps have been opened for training these terrorists. So terrorist activities are going like anything in Islamic country, which is Islam which is recognized by the state itself, officially recognized.</w:t>
      </w:r>
    </w:p>
    <w:p>
      <w:pPr>
        <w:jc w:val="right"/>
      </w:pPr>
      <w:r>
        <w:t>there are so many madrasas in which the jailing camps have been opened for training these terrorists. So terrorist activities are going like anything in Islamic country, which is Islam which is recognized by the state itself, officially recognized.</w:t>
      </w:r>
    </w:p>
    <w:p>
      <w:r>
        <w:rPr>
          <w:b/>
        </w:rPr>
        <w:t xml:space="preserve">[47:47] </w:t>
      </w:r>
      <w:r>
        <w:t>And in that particular country, it's a great shame to have those terrorist camps. Yes, you areright. There are such kinds of camps.</w:t>
      </w:r>
    </w:p>
    <w:p>
      <w:pPr>
        <w:jc w:val="right"/>
      </w:pPr>
      <w:r>
        <w:t>And in that particular country, it's a great shame to have those terrorist camps. Yes, you areright. There are such kinds of camps.</w:t>
      </w:r>
    </w:p>
    <w:p>
      <w:r>
        <w:rPr>
          <w:b/>
        </w:rPr>
        <w:t xml:space="preserve">[47:57] </w:t>
      </w:r>
      <w:r>
        <w:t>And I tell them about these camps.</w:t>
      </w:r>
    </w:p>
    <w:p>
      <w:pPr>
        <w:jc w:val="right"/>
      </w:pPr>
      <w:r>
        <w:t>And I tell them about these camps.</w:t>
      </w:r>
    </w:p>
    <w:p>
      <w:r>
        <w:rPr>
          <w:b/>
        </w:rPr>
        <w:t xml:space="preserve">[47:59] </w:t>
      </w:r>
      <w:r>
        <w:t>So you know this world is and it's not an ideal world. Ideal world is paradise.</w:t>
      </w:r>
    </w:p>
    <w:p>
      <w:pPr>
        <w:jc w:val="right"/>
      </w:pPr>
      <w:r>
        <w:t>So you know this world is and it's not an ideal world. Ideal world is paradise.</w:t>
      </w:r>
    </w:p>
    <w:p>
      <w:r>
        <w:rPr>
          <w:b/>
        </w:rPr>
        <w:t xml:space="preserve">[48:08] </w:t>
      </w:r>
      <w:r>
        <w:t>In this world, everybody is free. Every man and woman are free. So if you want to see the world as an ideal world, it is impossible.</w:t>
      </w:r>
    </w:p>
    <w:p>
      <w:pPr>
        <w:jc w:val="right"/>
      </w:pPr>
      <w:r>
        <w:t>In this world, everybody is free. Every man and woman are free. So if you want to see the world as an ideal world, it is impossible.</w:t>
      </w:r>
    </w:p>
    <w:p>
      <w:r>
        <w:rPr>
          <w:b/>
        </w:rPr>
        <w:t xml:space="preserve">[48:23] </w:t>
      </w:r>
      <w:r>
        <w:t>No one has so powerful to establish an ide</w:t>
      </w:r>
    </w:p>
    <w:p>
      <w:pPr>
        <w:jc w:val="right"/>
      </w:pPr>
      <w:r>
        <w:t>No one has so powerful to establish an ide</w:t>
      </w:r>
    </w:p>
    <w:p>
      <w:r>
        <w:rPr>
          <w:b/>
        </w:rPr>
        <w:t xml:space="preserve">[48:28] </w:t>
      </w:r>
      <w:r>
        <w:t>al world. So every time there are some bad things in the society. So reformers try to</w:t>
      </w:r>
    </w:p>
    <w:p>
      <w:pPr>
        <w:jc w:val="right"/>
      </w:pPr>
      <w:r>
        <w:t>al world. So every time there are some bad things in the society. So reformers try to</w:t>
      </w:r>
    </w:p>
    <w:p>
      <w:r>
        <w:rPr>
          <w:b/>
        </w:rPr>
        <w:t xml:space="preserve">[48:43] </w:t>
      </w:r>
      <w:r>
        <w:t>change the mind of people. And I'm that kind of reformer. And there are other people who are trying to change the minds of people</w:t>
      </w:r>
    </w:p>
    <w:p>
      <w:pPr>
        <w:jc w:val="right"/>
      </w:pPr>
      <w:r>
        <w:t>change the mind of people. And I'm that kind of reformer. And there are other people who are trying to change the minds of people</w:t>
      </w:r>
    </w:p>
    <w:p>
      <w:r>
        <w:rPr>
          <w:b/>
        </w:rPr>
        <w:t xml:space="preserve">[48:55] </w:t>
      </w:r>
      <w:r>
        <w:t>. And you know in Pakistan, I am on their hit list because I always say that this is not Islam.</w:t>
      </w:r>
    </w:p>
    <w:p>
      <w:pPr>
        <w:jc w:val="right"/>
      </w:pPr>
      <w:r>
        <w:t>. And you know in Pakistan, I am on their hit list because I always say that this is not Islam.</w:t>
      </w:r>
    </w:p>
    <w:p>
      <w:r>
        <w:rPr>
          <w:b/>
        </w:rPr>
        <w:t xml:space="preserve">[49:07] </w:t>
      </w:r>
      <w:r>
        <w:t>So the world is a world of struggle every time.</w:t>
      </w:r>
    </w:p>
    <w:p>
      <w:pPr>
        <w:jc w:val="right"/>
      </w:pPr>
      <w:r>
        <w:t>So the world is a world of struggle every time.</w:t>
      </w:r>
    </w:p>
    <w:p>
      <w:r>
        <w:rPr>
          <w:b/>
        </w:rPr>
        <w:t xml:space="preserve">[49:14] </w:t>
      </w:r>
      <w:r>
        <w:t>You cannot establish an ideal world. Ideal world, you can achieve an ideal world in the paradise, not in this world</w:t>
      </w:r>
    </w:p>
    <w:p>
      <w:pPr>
        <w:jc w:val="right"/>
      </w:pPr>
      <w:r>
        <w:t>You cannot establish an ideal world. Ideal world, you can achieve an ideal world in the paradise, not in this world</w:t>
      </w:r>
    </w:p>
    <w:p>
      <w:r>
        <w:rPr>
          <w:b/>
        </w:rPr>
        <w:t xml:space="preserve">[49:23] </w:t>
      </w:r>
      <w:r>
        <w:t>. This world of struggle, world of challenge. I would like to add something. In fact, in Pakistan itself, Molana's magazine, which is called Al-Risalah, it is getting published from there.</w:t>
      </w:r>
    </w:p>
    <w:p>
      <w:pPr>
        <w:jc w:val="right"/>
      </w:pPr>
      <w:r>
        <w:t>. This world of struggle, world of challenge. I would like to add something. In fact, in Pakistan itself, Molana's magazine, which is called Al-Risalah, it is getting published from there.</w:t>
      </w:r>
    </w:p>
    <w:p>
      <w:r>
        <w:rPr>
          <w:b/>
        </w:rPr>
        <w:t xml:space="preserve">[49:37] </w:t>
      </w:r>
      <w:r>
        <w:t>And it is very well spread out in Pakistan. And it has addressed many people out ther</w:t>
      </w:r>
    </w:p>
    <w:p>
      <w:pPr>
        <w:jc w:val="right"/>
      </w:pPr>
      <w:r>
        <w:t>And it is very well spread out in Pakistan. And it has addressed many people out ther</w:t>
      </w:r>
    </w:p>
    <w:p>
      <w:r>
        <w:rPr>
          <w:b/>
        </w:rPr>
        <w:t xml:space="preserve">[49:46] </w:t>
      </w:r>
      <w:r>
        <w:t>e. In fact, about three, four days back, we received an email from Pakistan. And we've been getting regular responses from there.</w:t>
      </w:r>
    </w:p>
    <w:p>
      <w:pPr>
        <w:jc w:val="right"/>
      </w:pPr>
      <w:r>
        <w:t>e. In fact, about three, four days back, we received an email from Pakistan. And we've been getting regular responses from there.</w:t>
      </w:r>
    </w:p>
    <w:p>
      <w:r>
        <w:rPr>
          <w:b/>
        </w:rPr>
        <w:t xml:space="preserve">[49:54] </w:t>
      </w:r>
      <w:r>
        <w:t>They've been saying that their understanding about Islam was different before they read Molana's magazine.</w:t>
      </w:r>
    </w:p>
    <w:p>
      <w:pPr>
        <w:jc w:val="right"/>
      </w:pPr>
      <w:r>
        <w:t>They've been saying that their understanding about Islam was different before they read Molana's magazine.</w:t>
      </w:r>
    </w:p>
    <w:p>
      <w:r>
        <w:rPr>
          <w:b/>
        </w:rPr>
        <w:t xml:space="preserve">[50:03] </w:t>
      </w:r>
      <w:r>
        <w:t>And his books are printed and spread out in Pakistan as well. So it's a mission which is slowly and gradually reaching out to theright targeted segment</w:t>
      </w:r>
    </w:p>
    <w:p>
      <w:pPr>
        <w:jc w:val="right"/>
      </w:pPr>
      <w:r>
        <w:t>And his books are printed and spread out in Pakistan as well. So it's a mission which is slowly and gradually reaching out to theright targeted segment</w:t>
      </w:r>
    </w:p>
    <w:p>
      <w:r>
        <w:rPr>
          <w:b/>
        </w:rPr>
        <w:t xml:space="preserve">[50:16] </w:t>
      </w:r>
      <w:r>
        <w:t>. But it takes some time to change the minds of people. Their minds have got conditioned over the last so many decades. You can't change it overnight.</w:t>
      </w:r>
    </w:p>
    <w:p>
      <w:pPr>
        <w:jc w:val="right"/>
      </w:pPr>
      <w:r>
        <w:t>. But it takes some time to change the minds of people. Their minds have got conditioned over the last so many decades. You can't change it overnight.</w:t>
      </w:r>
    </w:p>
    <w:p>
      <w:r>
        <w:rPr>
          <w:b/>
        </w:rPr>
        <w:t xml:space="preserve">[50:24] </w:t>
      </w:r>
      <w:r>
        <w:t>It takes a lot of effort, a lot of time. So that's what he's been doing. And his centers all over the world are doing, reaching out to those people and telling them to understand Islam in theright perspective, take the guidance for which it is me</w:t>
      </w:r>
    </w:p>
    <w:p>
      <w:pPr>
        <w:jc w:val="right"/>
      </w:pPr>
      <w:r>
        <w:t>It takes a lot of effort, a lot of time. So that's what he's been doing. And his centers all over the world are doing, reaching out to those people and telling them to understand Islam in theright perspective, take the guidance for which it is me</w:t>
      </w:r>
    </w:p>
    <w:p>
      <w:r>
        <w:rPr>
          <w:b/>
        </w:rPr>
        <w:t xml:space="preserve">[50:39] </w:t>
      </w:r>
      <w:r>
        <w:t>ant for. So I think it will be sometime soon that we will start hearing good news coming from all corners of the world. I really appreciate that.</w:t>
      </w:r>
    </w:p>
    <w:p>
      <w:pPr>
        <w:jc w:val="right"/>
      </w:pPr>
      <w:r>
        <w:t>ant for. So I think it will be sometime soon that we will start hearing good news coming from all corners of the world. I really appreciate that.</w:t>
      </w:r>
    </w:p>
    <w:p>
      <w:r>
        <w:rPr>
          <w:b/>
        </w:rPr>
        <w:t xml:space="preserve">[50:50] </w:t>
      </w:r>
      <w:r>
        <w:t>Thank you. I would also like to say something that people are away from the Qur'an, actually. They recite the Arabic words of the Qur'an, but they don't understand</w:t>
      </w:r>
    </w:p>
    <w:p>
      <w:pPr>
        <w:jc w:val="right"/>
      </w:pPr>
      <w:r>
        <w:t>Thank you. I would also like to say something that people are away from the Qur'an, actually. They recite the Arabic words of the Qur'an, but they don't understand</w:t>
      </w:r>
    </w:p>
    <w:p>
      <w:r>
        <w:rPr>
          <w:b/>
        </w:rPr>
        <w:t xml:space="preserve">[51:01] </w:t>
      </w:r>
      <w:r>
        <w:t>. That is why my father, my Molana, has translated the Qur'an in we have translated it into Urdu, Hindi, English, three languages, very simple language, so that anyone and everyone can understand it.</w:t>
      </w:r>
    </w:p>
    <w:p>
      <w:pPr>
        <w:jc w:val="right"/>
      </w:pPr>
      <w:r>
        <w:t>. That is why my father, my Molana, has translated the Qur'an in we have translated it into Urdu, Hindi, English, three languages, very simple language, so that anyone and everyone can understand it.</w:t>
      </w:r>
    </w:p>
    <w:p>
      <w:r>
        <w:rPr>
          <w:b/>
        </w:rPr>
        <w:t xml:space="preserve">[51:17] </w:t>
      </w:r>
      <w:r>
        <w:t>There were so many leaders who misinterpreted Islam in the last decades. They have misinterpreted it. They have given a political interpretation of Islam that they have to rule the whole</w:t>
      </w:r>
    </w:p>
    <w:p>
      <w:pPr>
        <w:jc w:val="right"/>
      </w:pPr>
      <w:r>
        <w:t>There were so many leaders who misinterpreted Islam in the last decades. They have misinterpreted it. They have given a political interpretation of Islam that they have to rule the whole</w:t>
      </w:r>
    </w:p>
    <w:p>
      <w:r>
        <w:rPr>
          <w:b/>
        </w:rPr>
        <w:t xml:space="preserve">[51:29] </w:t>
      </w:r>
      <w:r>
        <w:t>world. So that has to be countered. And we are working our best to counter that political ideology because that breeds violence.</w:t>
      </w:r>
    </w:p>
    <w:p>
      <w:pPr>
        <w:jc w:val="right"/>
      </w:pPr>
      <w:r>
        <w:t>world. So that has to be countered. And we are working our best to counter that political ideology because that breeds violence.</w:t>
      </w:r>
    </w:p>
    <w:p>
      <w:r>
        <w:rPr>
          <w:b/>
        </w:rPr>
        <w:t xml:space="preserve">[51:40] </w:t>
      </w:r>
      <w:r>
        <w:t>So in Pakistan, in everywhere, in Pakistan, in everywhere, they think that it is their right to rule. And this is not the Islamic concept.</w:t>
      </w:r>
    </w:p>
    <w:p>
      <w:pPr>
        <w:jc w:val="right"/>
      </w:pPr>
      <w:r>
        <w:t>So in Pakistan, in everywhere, in Pakistan, in everywhere, they think that it is theirright to rule. And this is not the Islamic concept.</w:t>
      </w:r>
    </w:p>
    <w:p>
      <w:r>
        <w:rPr>
          <w:b/>
        </w:rPr>
        <w:t xml:space="preserve">[51:49] </w:t>
      </w:r>
      <w:r>
        <w:t>So we have to live together in this world. And we have to live together and share in the system, not that we should have the</w:t>
      </w:r>
    </w:p>
    <w:p>
      <w:pPr>
        <w:jc w:val="right"/>
      </w:pPr>
      <w:r>
        <w:t>So we have to live together in this world. And we have to live together and share in the system, not that we should have the</w:t>
      </w:r>
    </w:p>
    <w:p>
      <w:r>
        <w:rPr>
          <w:b/>
        </w:rPr>
        <w:t xml:space="preserve">[51:59] </w:t>
      </w:r>
      <w:r>
        <w:t>power of light because Muslims have ruled for 1,000 years. So they are conditioned. They think that it is our right to rule. This is no right.</w:t>
      </w:r>
    </w:p>
    <w:p>
      <w:pPr>
        <w:jc w:val="right"/>
      </w:pPr>
      <w:r>
        <w:t>power of light because Muslims have ruled for 1,000 years. So they are conditioned. They think that it is ourright to rule. This is noright.</w:t>
      </w:r>
    </w:p>
    <w:p>
      <w:r>
        <w:rPr>
          <w:b/>
        </w:rPr>
        <w:t xml:space="preserve">[52:09] </w:t>
      </w:r>
      <w:r>
        <w:t>So the Qur'an says that it is God's gift. God can give this gift to anyone. It is not that Muslims have some special right or some chosen people.</w:t>
      </w:r>
    </w:p>
    <w:p>
      <w:pPr>
        <w:jc w:val="right"/>
      </w:pPr>
      <w:r>
        <w:t>So the Qur'an says that it is God's gift. God can give this gift to anyone. It is not that Muslims have some specialright or some chosen people.</w:t>
      </w:r>
    </w:p>
    <w:p>
      <w:r>
        <w:rPr>
          <w:b/>
        </w:rPr>
        <w:t xml:space="preserve">[52:21] </w:t>
      </w:r>
      <w:r>
        <w:t>So all these concepts are being co</w:t>
      </w:r>
    </w:p>
    <w:p>
      <w:pPr>
        <w:jc w:val="right"/>
      </w:pPr>
      <w:r>
        <w:t>So all these concepts are being co</w:t>
      </w:r>
    </w:p>
    <w:p>
      <w:r>
        <w:rPr>
          <w:b/>
        </w:rPr>
        <w:t xml:space="preserve">[52:25] </w:t>
      </w:r>
      <w:r>
        <w:t>untered. Molana has formed an ideology of peace. And that is why in Kashmir, there are so many people who have read and studied our literature.</w:t>
      </w:r>
    </w:p>
    <w:p>
      <w:pPr>
        <w:jc w:val="right"/>
      </w:pPr>
      <w:r>
        <w:t>untered. Molana has formed an ideology of peace. And that is why in Kashmir, there are so many people who have read and studied our literature.</w:t>
      </w:r>
    </w:p>
    <w:p>
      <w:r>
        <w:rPr>
          <w:b/>
        </w:rPr>
        <w:t xml:space="preserve">[52:38] </w:t>
      </w:r>
      <w:r>
        <w:t>And peace prevails there, except only some scattered, some violence happens. But otherwise, all the people are reading the literature and coming under its influence.</w:t>
      </w:r>
    </w:p>
    <w:p>
      <w:pPr>
        <w:jc w:val="right"/>
      </w:pPr>
      <w:r>
        <w:t>And peace prevails there, except only some scattered, some violence happens. But otherwise, all the people are reading the literature and coming under its influence.</w:t>
      </w:r>
    </w:p>
    <w:p>
      <w:r>
        <w:rPr>
          <w:b/>
        </w:rPr>
        <w:t xml:space="preserve">[52:52] </w:t>
      </w:r>
      <w:r>
        <w:t>So we hope to bring all these people under this peaceful ideology of Islam. You said that so long as I mean, we have to agree with it, so long as there is injustice in this world, things like this will keep on happening.</w:t>
      </w:r>
    </w:p>
    <w:p>
      <w:pPr>
        <w:jc w:val="right"/>
      </w:pPr>
      <w:r>
        <w:t>So we hope to bring all these people under this peaceful ideology of Islam. You said that so long as I mean, we have to agree with it, so long as there is injustice in this world, things like this will keep on happening.</w:t>
      </w:r>
    </w:p>
    <w:p>
      <w:r>
        <w:rPr>
          <w:b/>
        </w:rPr>
        <w:t xml:space="preserve">[53:11] </w:t>
      </w:r>
      <w:r>
        <w:t>So your answer was that we have to have a peaceful world. Only then justice will come.</w:t>
      </w:r>
    </w:p>
    <w:p>
      <w:pPr>
        <w:jc w:val="right"/>
      </w:pPr>
      <w:r>
        <w:t>So your answer was that we have to have a peaceful world. Only then justice will come.</w:t>
      </w:r>
    </w:p>
    <w:p>
      <w:r>
        <w:rPr>
          <w:b/>
        </w:rPr>
        <w:t xml:space="preserve">[53:18] </w:t>
      </w:r>
      <w:r>
        <w:t>But then to answer to these people who are talking of to live with dignity, to live with justice, they have to fight.</w:t>
      </w:r>
    </w:p>
    <w:p>
      <w:pPr>
        <w:jc w:val="right"/>
      </w:pPr>
      <w:r>
        <w:t>But then to answer to these people who are talking of to live with dignity, to live with justice, they have to fight.</w:t>
      </w:r>
    </w:p>
    <w:p>
      <w:r>
        <w:rPr>
          <w:b/>
        </w:rPr>
        <w:t xml:space="preserve">[53:26] </w:t>
      </w:r>
      <w:r>
        <w:t>I mean, don't you agree that only in a just world, we can have peace? You are saying it's first peace, then justice.</w:t>
      </w:r>
    </w:p>
    <w:p>
      <w:pPr>
        <w:jc w:val="right"/>
      </w:pPr>
      <w:r>
        <w:t>I mean, don't you agree that only in a just world, we can have peace? You are saying it's first peace, then justice.</w:t>
      </w:r>
    </w:p>
    <w:p>
      <w:r>
        <w:rPr>
          <w:b/>
        </w:rPr>
        <w:t xml:space="preserve">[53:36] </w:t>
      </w:r>
      <w:r>
        <w:t>But only in a just world, we can have peace. I would like to add one point</w:t>
      </w:r>
    </w:p>
    <w:p>
      <w:pPr>
        <w:jc w:val="right"/>
      </w:pPr>
      <w:r>
        <w:t>But only in a just world, we can have peace. I would like to add one point</w:t>
      </w:r>
    </w:p>
    <w:p>
      <w:r>
        <w:rPr>
          <w:b/>
        </w:rPr>
        <w:t xml:space="preserve">[53:44] </w:t>
      </w:r>
      <w:r>
        <w:t>. People are confused in the concept of justice and in terms of peace. The most important aspect is that we are living in a world that was not created by us, but it was created by God.</w:t>
      </w:r>
    </w:p>
    <w:p>
      <w:pPr>
        <w:jc w:val="right"/>
      </w:pPr>
      <w:r>
        <w:t>. People are confused in the concept of justice and in terms of peace. The most important aspect is that we are living in a world that was not created by us, but it was created by God.</w:t>
      </w:r>
    </w:p>
    <w:p>
      <w:r>
        <w:rPr>
          <w:b/>
        </w:rPr>
        <w:t xml:space="preserve">[54:00] </w:t>
      </w:r>
      <w:r>
        <w:t>God is the creator of this world. So first of all, we have to know what is the creation plan of God? What is the divine law</w:t>
      </w:r>
    </w:p>
    <w:p>
      <w:pPr>
        <w:jc w:val="right"/>
      </w:pPr>
      <w:r>
        <w:t>God is the creator of this world. So first of all, we have to know what is the creation plan of God? What is the divine law</w:t>
      </w:r>
    </w:p>
    <w:p>
      <w:r>
        <w:rPr>
          <w:b/>
        </w:rPr>
        <w:t xml:space="preserve">[54:12] </w:t>
      </w:r>
      <w:r>
        <w:t>? We cannot go beyond the divine law. It is beyond our capacity. So according to the creation plan of God, man is free.</w:t>
      </w:r>
    </w:p>
    <w:p>
      <w:pPr>
        <w:jc w:val="right"/>
      </w:pPr>
      <w:r>
        <w:t>? We cannot go beyond the divine law. It is beyond our capacity. So according to the creation plan of God, man is free.</w:t>
      </w:r>
    </w:p>
    <w:p>
      <w:r>
        <w:rPr>
          <w:b/>
        </w:rPr>
        <w:t xml:space="preserve">[54:24] </w:t>
      </w:r>
      <w:r>
        <w:t>You cannot abolish freedom. You cannot abolish freedom. You have to adjust with this situation. So what I have seen is according to the law of nature.</w:t>
      </w:r>
    </w:p>
    <w:p>
      <w:pPr>
        <w:jc w:val="right"/>
      </w:pPr>
      <w:r>
        <w:t>You cannot abolish freedom. You cannot abolish freedom. You have to adjust with this situation. So what I have seen is according to the law of nature.</w:t>
      </w:r>
    </w:p>
    <w:p>
      <w:r>
        <w:rPr>
          <w:b/>
        </w:rPr>
        <w:t xml:space="preserve">[54:39] </w:t>
      </w:r>
      <w:r>
        <w:t>So we must know what is the law of nature. Law of nature is that everything we can achieve by our own effort.</w:t>
      </w:r>
    </w:p>
    <w:p>
      <w:pPr>
        <w:jc w:val="right"/>
      </w:pPr>
      <w:r>
        <w:t>So we must know what is the law of nature. Law of nature is that everything we can achieve by our own effort.</w:t>
      </w:r>
    </w:p>
    <w:p>
      <w:r>
        <w:rPr>
          <w:b/>
        </w:rPr>
        <w:t xml:space="preserve">[54:51] </w:t>
      </w:r>
      <w:r>
        <w:t>So justice is the result of our own effort. Justice is not the outcome of peace. Peace gives you only opportunity.</w:t>
      </w:r>
    </w:p>
    <w:p>
      <w:pPr>
        <w:jc w:val="right"/>
      </w:pPr>
      <w:r>
        <w:t>So justice is the result of our own effort. Justice is not the outcome of peace. Peace gives you only opportunity.</w:t>
      </w:r>
    </w:p>
    <w:p>
      <w:r>
        <w:rPr>
          <w:b/>
        </w:rPr>
        <w:t xml:space="preserve">[54:59] </w:t>
      </w:r>
      <w:r>
        <w:t>This is the law of nature.</w:t>
      </w:r>
    </w:p>
    <w:p>
      <w:pPr>
        <w:jc w:val="right"/>
      </w:pPr>
      <w:r>
        <w:t>This is the law of nature.</w:t>
      </w:r>
    </w:p>
    <w:p>
      <w:r>
        <w:rPr>
          <w:b/>
        </w:rPr>
        <w:t xml:space="preserve">[55:02] </w:t>
      </w:r>
      <w:r>
        <w:t>The best example in the lives of the Prophet of Islam, that is called the Hudaybiyyah Agreement. At that time, when the Prophet was in Madinah, there so many people became hostile.</w:t>
      </w:r>
    </w:p>
    <w:p>
      <w:pPr>
        <w:jc w:val="right"/>
      </w:pPr>
      <w:r>
        <w:t>The best example in the lives of the Prophet of Islam, that is called the Hudaybiyyah Agreement. At that time, when the Prophet was in Madinah, there so many people became hostile.</w:t>
      </w:r>
    </w:p>
    <w:p>
      <w:r>
        <w:rPr>
          <w:b/>
        </w:rPr>
        <w:t xml:space="preserve">[55:18] </w:t>
      </w:r>
      <w:r>
        <w:t>They waged a war and so many violence. So the Prophet entered into negotiation.</w:t>
      </w:r>
    </w:p>
    <w:p>
      <w:pPr>
        <w:jc w:val="right"/>
      </w:pPr>
      <w:r>
        <w:t>They waged a war and so many violence. So the Prophet entered into negotiation.</w:t>
      </w:r>
    </w:p>
    <w:p>
      <w:r>
        <w:rPr>
          <w:b/>
        </w:rPr>
        <w:t xml:space="preserve">[55:28] </w:t>
      </w:r>
      <w:r>
        <w:t>And he finalized an agreement of peace. This is called the Hudaybiyyah. The Hudaybiyyah Agreement was finalized on unilateral conditions. Why?</w:t>
      </w:r>
    </w:p>
    <w:p>
      <w:pPr>
        <w:jc w:val="right"/>
      </w:pPr>
      <w:r>
        <w:t>And he finalized an agreement of pe</w:t>
      </w:r>
    </w:p>
    <w:p>
      <w:r>
        <w:rPr>
          <w:b/>
        </w:rPr>
        <w:t xml:space="preserve">[55:31] </w:t>
      </w:r>
      <w:r>
        <w:t>Because when there is peace, there are opportunities. Those people who want peace and justice both at a time, they cannot achieve anything.</w:t>
      </w:r>
    </w:p>
    <w:p>
      <w:pPr>
        <w:jc w:val="right"/>
      </w:pPr>
      <w:r>
        <w:t>ace. This is called the Hudaybiyyah. The Hudaybiyyah Agreement was finalized on unilateral conditions. Why?</w:t>
      </w:r>
    </w:p>
    <w:p>
      <w:r>
        <w:rPr>
          <w:b/>
        </w:rPr>
        <w:t xml:space="preserve">[55:41] </w:t>
      </w:r>
      <w:r>
        <w:t>There is an example of Japan.</w:t>
      </w:r>
    </w:p>
    <w:p>
      <w:pPr>
        <w:jc w:val="right"/>
      </w:pPr>
      <w:r>
        <w:t>Because when there is peace, there are opportunities. Those people who want peace and justice both at a time, they cannot achieve anything.</w:t>
      </w:r>
    </w:p>
    <w:p>
      <w:r>
        <w:rPr>
          <w:b/>
        </w:rPr>
        <w:t xml:space="preserve">[55:53] </w:t>
      </w:r>
      <w:r>
        <w:t>There is an example of Japan.</w:t>
      </w:r>
    </w:p>
    <w:p>
      <w:pPr>
        <w:jc w:val="right"/>
      </w:pPr>
      <w:r>
        <w:t>There is an example of Japan.</w:t>
      </w:r>
    </w:p>
    <w:p>
      <w:r>
        <w:rPr>
          <w:b/>
        </w:rPr>
        <w:t xml:space="preserve">[55:56] </w:t>
      </w:r>
      <w:r>
        <w:t>After the Second World War, Japan was a victim of an atomic bomb. But Japan avoided all those things.</w:t>
      </w:r>
    </w:p>
    <w:p>
      <w:pPr>
        <w:jc w:val="right"/>
      </w:pPr>
      <w:r>
        <w:t>After the Second World War, Japan was a victim of an atomic bomb. But Japan avoided all those things.</w:t>
      </w:r>
    </w:p>
    <w:p>
      <w:r>
        <w:rPr>
          <w:b/>
        </w:rPr>
        <w:t xml:space="preserve">[56:08] </w:t>
      </w:r>
      <w:r>
        <w:t>And Japan uniquely adjusted with the USA. The Hirohito, who was king of Japan at the time, he said in one of his speeches that we have to suffer the unsufferable</w:t>
      </w:r>
    </w:p>
    <w:p>
      <w:pPr>
        <w:jc w:val="right"/>
      </w:pPr>
      <w:r>
        <w:t>And Japan uniquely adjusted with the USA. The Hirohito, who was king of Japan at the time, he said in one of his speeches that we have to suffer the unsufferable</w:t>
      </w:r>
    </w:p>
    <w:p>
      <w:r>
        <w:rPr>
          <w:b/>
        </w:rPr>
        <w:t xml:space="preserve">[56:26] </w:t>
      </w:r>
      <w:r>
        <w:t>. It means that we have to adjust with American hegemony so that we may find time to build our nation.</w:t>
      </w:r>
    </w:p>
    <w:p>
      <w:pPr>
        <w:jc w:val="right"/>
      </w:pPr>
      <w:r>
        <w:t>. It means that we have to adjust with American hegemony so that we may find time to build our nation.</w:t>
      </w:r>
    </w:p>
    <w:p>
      <w:r>
        <w:rPr>
          <w:b/>
        </w:rPr>
        <w:t xml:space="preserve">[56:39] </w:t>
      </w:r>
      <w:r>
        <w:t>So Japan avoided confrontation with America. And they diverted their efforts to education.</w:t>
      </w:r>
    </w:p>
    <w:p>
      <w:pPr>
        <w:jc w:val="right"/>
      </w:pPr>
      <w:r>
        <w:t>So Japan avoided confrontation with America. And they diverted their efforts to education.</w:t>
      </w:r>
    </w:p>
    <w:p>
      <w:r>
        <w:rPr>
          <w:b/>
        </w:rPr>
        <w:t xml:space="preserve">[56:48] </w:t>
      </w:r>
      <w:r>
        <w:t>And after.</w:t>
      </w:r>
    </w:p>
    <w:p>
      <w:pPr>
        <w:jc w:val="right"/>
      </w:pPr>
      <w:r>
        <w:t>And after.</w:t>
      </w:r>
    </w:p>
    <w:p>
      <w:r>
        <w:rPr>
          <w:b/>
        </w:rPr>
        <w:t xml:space="preserve">[57:23] </w:t>
      </w:r>
      <w:r>
        <w:t>Molana, I'd like to add one thing. Molana often gives one more example of the same lines of peace and justice. Look at India as an example. The freedom struggle was going on.</w:t>
      </w:r>
    </w:p>
    <w:p>
      <w:pPr>
        <w:jc w:val="right"/>
      </w:pPr>
      <w:r>
        <w:t>Molana, I'd like to add one thing. Molana often gives one more example of the same lines of peace and justice. Look at India as an example. The freedom struggle was going on.</w:t>
      </w:r>
    </w:p>
    <w:p>
      <w:r>
        <w:rPr>
          <w:b/>
        </w:rPr>
        <w:t xml:space="preserve">[57:36] </w:t>
      </w:r>
      <w:r>
        <w:t>I mean, it was going on for many hundreds of years. But it didn't actually materialize freedom. But it was only Gandhi's slogan of peace which brought India to freedom.</w:t>
      </w:r>
    </w:p>
    <w:p>
      <w:pPr>
        <w:jc w:val="right"/>
      </w:pPr>
      <w:r>
        <w:t>I mean, it was going on for many hundreds of years. But it didn't actually materialize freedom. But it was only Gandhi's slogan of peace which brought India to freedom.</w:t>
      </w:r>
    </w:p>
    <w:p>
      <w:r>
        <w:rPr>
          <w:b/>
        </w:rPr>
        <w:t xml:space="preserve">[57:48] </w:t>
      </w:r>
      <w:r>
        <w:t>In fact, there is this famous quote where a British senior officer wired a telegraph message to the British secretariat.</w:t>
      </w:r>
    </w:p>
    <w:p>
      <w:pPr>
        <w:jc w:val="right"/>
      </w:pPr>
      <w:r>
        <w:t>In fact, there is this famous quote where a British senior officer wired a telegraph message to the British secretariat.</w:t>
      </w:r>
    </w:p>
    <w:p>
      <w:r>
        <w:rPr>
          <w:b/>
        </w:rPr>
        <w:t xml:space="preserve">[58:00] </w:t>
      </w:r>
      <w:r>
        <w:t>And he wrote that, "Kindly wire instructions how to kill a tiger non-violently." So it was only after this long, sustained struggle for peace that India got freedom.</w:t>
      </w:r>
    </w:p>
    <w:p>
      <w:pPr>
        <w:jc w:val="right"/>
      </w:pPr>
      <w:r>
        <w:t>And he wrote that, "Kindly wire instructions how to kill a tiger non-violently." So it was only after this long, sustained struggle for peace that India got freedom.</w:t>
      </w:r>
    </w:p>
    <w:p>
      <w:r>
        <w:rPr>
          <w:b/>
        </w:rPr>
        <w:t xml:space="preserve">[58:12] </w:t>
      </w:r>
      <w:r>
        <w:t>And today, we all know that India is not only China's fastest-growing economy.</w:t>
      </w:r>
    </w:p>
    <w:p>
      <w:pPr>
        <w:jc w:val="right"/>
      </w:pPr>
      <w:r>
        <w:t>And today, we all know that India is not only China's fastest-growing economy.</w:t>
      </w:r>
    </w:p>
    <w:p>
      <w:r>
        <w:rPr>
          <w:b/>
        </w:rPr>
        <w:t xml:space="preserve">[58:16] </w:t>
      </w:r>
      <w:r>
        <w:t>So what Molana Sahib has always advocated for is that just look at peace as an opportunity. Don't ask for justice. You should do your duties and ask your rights from God.</w:t>
      </w:r>
    </w:p>
    <w:p>
      <w:pPr>
        <w:jc w:val="right"/>
      </w:pPr>
      <w:r>
        <w:t>So what Molana Sahib has always advocated for is that just look at peace as an opportunity. Don't ask for justice. You should do your duties and ask your rights from God.</w:t>
      </w:r>
    </w:p>
    <w:p>
      <w:r>
        <w:rPr>
          <w:b/>
        </w:rPr>
        <w:t xml:space="preserve">[58:28] </w:t>
      </w:r>
      <w:r>
        <w:t>Today, the problem in the whole world is that the whole society is becoming rights-conscious. I want this. I want that. We want our rights. But nobody talks about duties.</w:t>
      </w:r>
    </w:p>
    <w:p>
      <w:pPr>
        <w:jc w:val="right"/>
      </w:pPr>
      <w:r>
        <w:t>Today, the problem in the whole world is that the whole society is becoming rights-conscious. I want this. I want that. We want our rights. But nobody talks about duties.</w:t>
      </w:r>
    </w:p>
    <w:p>
      <w:r>
        <w:rPr>
          <w:b/>
        </w:rPr>
        <w:t xml:space="preserve">[58:37] </w:t>
      </w:r>
      <w:r>
        <w:t>So as a duty, it is very important that one should look at those aspects. And then justice follow</w:t>
      </w:r>
    </w:p>
    <w:p>
      <w:pPr>
        <w:jc w:val="right"/>
      </w:pPr>
      <w:r>
        <w:t>So as a duty, it is very important that one should look at those aspects. And then justice follow</w:t>
      </w:r>
    </w:p>
    <w:p>
      <w:r>
        <w:rPr>
          <w:b/>
        </w:rPr>
        <w:t xml:space="preserve">[58:45] </w:t>
      </w:r>
      <w:r>
        <w:t>s. So that is one of his examples that he always quotes. I thought it would be comfortable to put in here.</w:t>
      </w:r>
    </w:p>
    <w:p>
      <w:pPr>
        <w:jc w:val="right"/>
      </w:pPr>
      <w:r>
        <w:t>s. So that is one of his examples that he always quotes. I thought it would be comfortable to put in here.</w:t>
      </w:r>
    </w:p>
    <w:p>
      <w:r>
        <w:rPr>
          <w:b/>
        </w:rPr>
        <w:t xml:space="preserve">[58:53] </w:t>
      </w:r>
      <w:r>
        <w:t>Thank you.</w:t>
      </w:r>
    </w:p>
    <w:p>
      <w:pPr>
        <w:jc w:val="right"/>
      </w:pPr>
      <w:r>
        <w:t>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