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Haqeeqat-E-Hajj Book by Maulana Wahiduddin Khan</w:t>
      </w:r>
    </w:p>
    <w:p>
      <w:r>
        <w:t>https://www.youtube.com/watch?v=fNuk7YC0jSM</w:t>
      </w:r>
    </w:p>
    <w:p>
      <w:r>
        <w:rPr>
          <w:b/>
        </w:rPr>
        <w:t xml:space="preserve">[00:00] </w:t>
      </w:r>
      <w:r>
        <w:t>Aayaat o ahadees, kitaab "Haqeeqat e Hajj" Maulana Wahiduddin Khan, safha number 13.</w:t>
      </w:r>
    </w:p>
    <w:p>
      <w:pPr>
        <w:jc w:val="right"/>
      </w:pPr>
      <w:r>
        <w:t>آیات و احادیث، کتاب "حقیقت حج" مولانا وحید الدین خان، صفحہ نمبر 13۔</w:t>
      </w:r>
    </w:p>
    <w:p>
      <w:r>
        <w:rPr>
          <w:b/>
        </w:rPr>
        <w:t xml:space="preserve">[00:12] </w:t>
      </w:r>
      <w:r>
        <w:t>Hajj ki adaiygi, yaani bashart e istita'at, tamam musalmanon par farz hai. Woh Islam ke paanch arkaan mein se aik laazmi رکن hai.</w:t>
      </w:r>
    </w:p>
    <w:p>
      <w:pPr>
        <w:jc w:val="right"/>
      </w:pPr>
      <w:r>
        <w:t>حج کی ادائیگی، یعنی بشرط استطاعت، تمام مسلمانوں پر فرض ہے۔ وہ اسلام کے پانچ ارکان میں سے ایک لازمی رکن ہے۔</w:t>
      </w:r>
    </w:p>
    <w:p>
      <w:r>
        <w:rPr>
          <w:b/>
        </w:rPr>
        <w:t xml:space="preserve">[00:28] </w:t>
      </w:r>
      <w:r>
        <w:t>Yahan Hajj ke farz se mutalliq kuch aayatein aur ahadees naqal ki jaati hain. Aayaat: "Wa lillahi alal naasi hijjul baiti manistataa'a ilaihi sabeela,</w:t>
      </w:r>
    </w:p>
    <w:p>
      <w:pPr>
        <w:jc w:val="right"/>
      </w:pPr>
      <w:r>
        <w:t>یہاں حج کے فریضے سے متعلق کچھ آیتیں اور حدیثیں نقل کی جاتی ہیں۔ آیات: "وللہ علی الناس حج البیت من استطاع الیہ سبیلا،</w:t>
      </w:r>
    </w:p>
    <w:p>
      <w:r>
        <w:rPr>
          <w:b/>
        </w:rPr>
        <w:t xml:space="preserve">[00:45] </w:t>
      </w:r>
      <w:r>
        <w:t>Wa man kafara fa innal laaha ghaniyun anil aalameen". Aal e Imran, 97.</w:t>
      </w:r>
    </w:p>
    <w:p>
      <w:pPr>
        <w:jc w:val="right"/>
      </w:pPr>
      <w:r>
        <w:t>ومن کفر فإن اللہ غنی عن العالمین"۔ آل عمران، 97۔</w:t>
      </w:r>
    </w:p>
    <w:p>
      <w:r>
        <w:rPr>
          <w:b/>
        </w:rPr>
        <w:t xml:space="preserve">[00:54] </w:t>
      </w:r>
      <w:r>
        <w:t>Aur logon par Baitullah ka Hajj Allah ka haq hai, jo wahan tak pohnchne ki istita'at rakhta ho.</w:t>
      </w:r>
    </w:p>
    <w:p>
      <w:pPr>
        <w:jc w:val="right"/>
      </w:pPr>
      <w:r>
        <w:t>اور لوگوں پر بیت اللہ کا حج اللہ کا حق ہے، جو وہاں تک پہنچنے کی استطاعت رکھتا ہو۔</w:t>
      </w:r>
    </w:p>
    <w:p>
      <w:r>
        <w:rPr>
          <w:b/>
        </w:rPr>
        <w:t xml:space="preserve">[01:04] </w:t>
      </w:r>
      <w:r>
        <w:t>Aur jo shakhs inkaar kare to Allah dunya walon se be niaz hai. "Inna awwala baitin wudhi'a lil naasi lullazi bibakka mubaraka wa hudan lil aalameen</w:t>
      </w:r>
    </w:p>
    <w:p>
      <w:pPr>
        <w:jc w:val="right"/>
      </w:pPr>
      <w:r>
        <w:t>اور جو شخص انکار کرے تو اللہ دنیا والوں سے بے نیاز ہے۔ "إن أول بيت وضع للناس الذي بقت مبارك وهدى للعالم</w:t>
      </w:r>
    </w:p>
    <w:p>
      <w:r>
        <w:rPr>
          <w:b/>
        </w:rPr>
        <w:t xml:space="preserve">[01:21] </w:t>
      </w:r>
      <w:r>
        <w:t>". Aal e Imran, 96. Pehla ghar jo logon ke liye muqarrar kiya gaya, woh wohi hai jo Makke mein hai, barkat wala aur saare jahan ke liye rehnuma.</w:t>
      </w:r>
    </w:p>
    <w:p>
      <w:pPr>
        <w:jc w:val="right"/>
      </w:pPr>
      <w:r>
        <w:t>ين"۔ آل عمران، 96۔ پہلا گھر جو لوگوں کے لیے مقرر کیا گیا، وہ وہی ہے جو مکے میں ہے، برکت والا اور سارے جہاں کے لیے رہنما۔</w:t>
      </w:r>
    </w:p>
    <w:p>
      <w:r>
        <w:rPr>
          <w:b/>
        </w:rPr>
        <w:t xml:space="preserve">[01:40] </w:t>
      </w:r>
      <w:r>
        <w:t>"waadhin fil naasi bil haj yatooka rijalam wa'ala kulli damirin ya'tiyna min kulli fajin 'ameeq</w:t>
      </w:r>
    </w:p>
    <w:p>
      <w:pPr>
        <w:jc w:val="right"/>
      </w:pPr>
      <w:r>
        <w:t>"وأذن في الناس بالحج يأتوك رجالا وعلى كل ضامر يأتين من كل فج عميق</w:t>
      </w:r>
    </w:p>
    <w:p>
      <w:r>
        <w:rPr>
          <w:b/>
        </w:rPr>
        <w:t xml:space="preserve">[01:52] </w:t>
      </w:r>
      <w:r>
        <w:t>liyashhadoo manafi'a lahum wa yadhkuroosmal laahi fee ayyamin ma'loomaatin 'ala ma razaqahum mim baheematil an'aam</w:t>
      </w:r>
    </w:p>
    <w:p>
      <w:pPr>
        <w:jc w:val="right"/>
      </w:pPr>
      <w:r>
        <w:t>ليشهدوا منافع لهم ويذكروا اسم الله في أيام معلومات على ما رزقهم من بهيمة الأنعام</w:t>
      </w:r>
    </w:p>
    <w:p>
      <w:r>
        <w:rPr>
          <w:b/>
        </w:rPr>
        <w:t xml:space="preserve">[02:05] </w:t>
      </w:r>
      <w:r>
        <w:t>fakuloo minha wa at'imool baa'is al faqeer</w:t>
      </w:r>
    </w:p>
    <w:p>
      <w:pPr>
        <w:jc w:val="right"/>
      </w:pPr>
      <w:r>
        <w:t>فكلوا منها وأطعموا البائس الفقير</w:t>
      </w:r>
    </w:p>
    <w:p>
      <w:r>
        <w:rPr>
          <w:b/>
        </w:rPr>
        <w:t xml:space="preserve">[02:11] </w:t>
      </w:r>
      <w:r>
        <w:t>thumma layaqdoo tufathahum wa liyufawwo nuzoorahum</w:t>
      </w:r>
    </w:p>
    <w:p>
      <w:pPr>
        <w:jc w:val="right"/>
      </w:pPr>
      <w:r>
        <w:t>ثم ليقضوا طفثهم وليوفوا نذورهم</w:t>
      </w:r>
    </w:p>
    <w:p>
      <w:r>
        <w:rPr>
          <w:b/>
        </w:rPr>
        <w:t xml:space="preserve">[02:16] </w:t>
      </w:r>
      <w:r>
        <w:t>wa liyatufaw bil baitil 'ateeq".</w:t>
      </w:r>
    </w:p>
    <w:p>
      <w:pPr>
        <w:jc w:val="right"/>
      </w:pPr>
      <w:r>
        <w:t>وليطوفوا بالبيت العتيق"۔</w:t>
      </w:r>
    </w:p>
    <w:p>
      <w:r>
        <w:rPr>
          <w:b/>
        </w:rPr>
        <w:t xml:space="preserve">[02:21] </w:t>
      </w:r>
      <w:r>
        <w:t>Al Hajj, 27 ta 29. Aur logon mein Hajj ke liye pukaar do. Woh paidal chal kar aur dabley oonton par sawaar ho kar chalay aayen,</w:t>
      </w:r>
    </w:p>
    <w:p>
      <w:pPr>
        <w:jc w:val="right"/>
      </w:pPr>
      <w:r>
        <w:t>الحج، 27 تا 29۔ اور لوگوں میں حج کے لیے پکار دو۔ وہ پیدل چل کر اور دبلے اونٹوں پر سوار ہو کر چلے آئیں،</w:t>
      </w:r>
    </w:p>
    <w:p>
      <w:r>
        <w:rPr>
          <w:b/>
        </w:rPr>
        <w:t xml:space="preserve">[02:37] </w:t>
      </w:r>
      <w:r>
        <w:t>door ki raahon se, taake woh apne faide ki jagahon par pohnchein aur maloom dino mein Allah ka naam len un chopayon par jo Allah ne unhein diye hain.</w:t>
      </w:r>
    </w:p>
    <w:p>
      <w:pPr>
        <w:jc w:val="right"/>
      </w:pPr>
      <w:r>
        <w:t>دور کی راہوں سے، تاکہ وہ اپنے فائدے کی جگہوں پر پہنچیں اور معلوم دنوں میں اللہ کا نام لیں ان چوپائیوں پر جو اللہ نے انہیں دیے ہیں۔</w:t>
      </w:r>
    </w:p>
    <w:p>
      <w:r>
        <w:rPr>
          <w:b/>
        </w:rPr>
        <w:t xml:space="preserve">[02:53] </w:t>
      </w:r>
      <w:r>
        <w:t>pas tum is mein se khao aur muhtajon ko khilao.</w:t>
      </w:r>
    </w:p>
    <w:p>
      <w:pPr>
        <w:jc w:val="right"/>
      </w:pPr>
      <w:r>
        <w:t>پس تم اس میں سے کھاؤ اور محتاجوں کو کھلاؤ۔</w:t>
      </w:r>
    </w:p>
    <w:p>
      <w:r>
        <w:rPr>
          <w:b/>
        </w:rPr>
        <w:t xml:space="preserve">[02:57] </w:t>
      </w:r>
      <w:r>
        <w:t>phir chahiye ke woh apna mail door karein aur apni nazrein poori karein aur qadeem ghar ka tawaf karein.</w:t>
      </w:r>
    </w:p>
    <w:p>
      <w:pPr>
        <w:jc w:val="right"/>
      </w:pPr>
      <w:r>
        <w:t>پھر چاہیے کہ وہ اپنا میل دور کریں اور اپنی نظریں پوری کریں اور قدیم گھر کا طواف کریں۔</w:t>
      </w:r>
    </w:p>
    <w:p>
      <w:r>
        <w:rPr>
          <w:b/>
        </w:rPr>
        <w:t xml:space="preserve">[03:11] </w:t>
      </w:r>
      <w:r>
        <w:t>alhaj ashhoor maloomat. "faman farada fihi alhaj fala rafas wa la fusooqa wa la jidala fi alhaj wa ma taf'aloo min khairin ya'lamuhu Allah wa tazawwadoo fa inna khaira azzaadi al-taqwa wa ittaqoone ya oolial albab".</w:t>
      </w:r>
    </w:p>
    <w:p>
      <w:pPr>
        <w:jc w:val="right"/>
      </w:pPr>
      <w:r>
        <w:t>الحج اشہور معلومات۔ "فمن فرض فیہ الحج فلا رفس ولا فسوق ولا جدال فی الحج وما تفعلوا من خیر یعلمہ اللہ وتزودوا فإن خیر الزاد التقویٰ واتقون یا أولی الالباب"۔</w:t>
      </w:r>
    </w:p>
    <w:p>
      <w:r>
        <w:rPr>
          <w:b/>
        </w:rPr>
        <w:t xml:space="preserve">[03:36] </w:t>
      </w:r>
      <w:r>
        <w:t>al-baqarah, 197. haj ke mutayyan mahine hain. pas jis ne haj kaazim kar liya to phir us ko haj ke dauran na koi fash baat karni hai aur na gunah ki aur na larai jhagde ki.</w:t>
      </w:r>
    </w:p>
    <w:p>
      <w:pPr>
        <w:jc w:val="right"/>
      </w:pPr>
      <w:r>
        <w:t>البقرہ، 197۔ حج کے متعین مہینے ہیں۔ پس جس نے حج کاظم کر لیا تو پھر اس کو حج کے دوران نہ کوئی فحش بات کرنی ہے اور نہ گناہ کی اور نہ لڑائی جھگڑے کی۔</w:t>
      </w:r>
    </w:p>
    <w:p>
      <w:r>
        <w:rPr>
          <w:b/>
        </w:rPr>
        <w:t xml:space="preserve">[03:58] </w:t>
      </w:r>
      <w:r>
        <w:t>aur jo naik kaam tum karoge Allah us ko jaan lega.</w:t>
      </w:r>
    </w:p>
    <w:p>
      <w:pPr>
        <w:jc w:val="right"/>
      </w:pPr>
      <w:r>
        <w:t>اور جو نیک کام تم کرو گے اللہ اس کو جان لے گا۔</w:t>
      </w:r>
    </w:p>
    <w:p>
      <w:r>
        <w:rPr>
          <w:b/>
        </w:rPr>
        <w:t xml:space="preserve">[04:04] </w:t>
      </w:r>
      <w:r>
        <w:t>aur tum zad-e-rah lo, behtar zad-e-rah taqwe ka zad-e-rah hai. aur aye aql walo mujh se daro.</w:t>
      </w:r>
    </w:p>
    <w:p>
      <w:pPr>
        <w:jc w:val="right"/>
      </w:pPr>
      <w:r>
        <w:t>اور تم زاد راہ لو، بہتر زاد راہ تقوے کا زاد راہ ہے۔ اور اے عقل والو مجھ سے ڈرو۔</w:t>
      </w:r>
    </w:p>
    <w:p>
      <w:r>
        <w:rPr>
          <w:b/>
        </w:rPr>
        <w:t xml:space="preserve">[04:17] </w:t>
      </w:r>
      <w:r>
        <w:t>ahadith: "buniyal islam ala khams shahadati la ilaha illallah wa anna Muhammadan rasoolullah wa iqami al-salati wa itai al-zakati wa hajji al-bayti wa sawmi ramadan".</w:t>
      </w:r>
    </w:p>
    <w:p>
      <w:pPr>
        <w:jc w:val="right"/>
      </w:pPr>
      <w:r>
        <w:t>احادیث: "بنی الاسلام علی خمس شہادت لا الہ الا اللہ وان محمد رسول اللہ واقام الصلاۃ وایتا الزکوۃ وحج البیت وصوم رمضان"۔</w:t>
      </w:r>
    </w:p>
    <w:p>
      <w:r>
        <w:rPr>
          <w:b/>
        </w:rPr>
        <w:t xml:space="preserve">[04:31] </w:t>
      </w:r>
      <w:r>
        <w:t>muttafaq alayh. islam ki buniyad panch cheezon par rakhi gayi hai: is baat ki gawahi dena ke Allah ke siwa koi mabood nahi aur yeh ke Muhammad salallahu alayhi wasallam Allah ke rasool hain aur namaz qaim karna aur zakat ada karna aur baitullah ka haj karna aur ramadan ke mahine ke roze rakhna.</w:t>
      </w:r>
    </w:p>
    <w:p>
      <w:pPr>
        <w:jc w:val="right"/>
      </w:pPr>
      <w:r>
        <w:t>متفق علیہ۔ اسلام کی بنیاد پانچ چیزوں پر رکھی گئی ہے: اس بات کی گواہی دینا کہ اللہ کے سوا کوئی معبود نہیں اور یہ کہ محمد صلی اللہ علیہ وسلم اللہ کے رسول ہیں اور نماز قائم کرنا اور زکوۃ ادا کرنا اور بیت اللہ کا حج کرنا اور رمضان کے مہینے کے روزے رکھنا۔</w:t>
      </w:r>
    </w:p>
    <w:p>
      <w:r>
        <w:rPr>
          <w:b/>
        </w:rPr>
        <w:t xml:space="preserve">[04:58] </w:t>
      </w:r>
      <w:r>
        <w:t>"ayyuha al-nas qad farada Allahu alaykumu alhaj fahujjoo man hajja lillahi falam yurfis wa lam yafsa kharaj min zunoobihi ka yawmi waladathu ummuhu wal umratu kaffaratun lima baynahuma wal hajju al-mabrooru laysa lahu jazaun illal jannatu".</w:t>
      </w:r>
    </w:p>
    <w:p>
      <w:pPr>
        <w:jc w:val="right"/>
      </w:pPr>
      <w:r>
        <w:t>"ایہا الناس قد فرض اللہ علیکم الحج فحجوا من حج للہ فلمیرفس ولم یفسخ خرج من ذنوبہ کیوم ولدتہ امہ والعمرۃ کفارۃ لما بینہما والحج المبرور لیس لہ جزا الا الجنہ"۔</w:t>
      </w:r>
    </w:p>
    <w:p>
      <w:r>
        <w:rPr>
          <w:b/>
        </w:rPr>
        <w:t xml:space="preserve">[05:20] </w:t>
      </w:r>
      <w:r>
        <w:t>muttafaq alayh.</w:t>
      </w:r>
    </w:p>
    <w:p>
      <w:pPr>
        <w:jc w:val="right"/>
      </w:pPr>
      <w:r>
        <w:t>متفق علیہ۔</w:t>
      </w:r>
    </w:p>
    <w:p>
      <w:r>
        <w:rPr>
          <w:b/>
        </w:rPr>
        <w:t xml:space="preserve">[05:22] </w:t>
      </w:r>
      <w:r>
        <w:t>aye logo! Allah ne tumhare upar haj farz kiya hai to tum haj karo. jo shakhs Allah ke liye haj kare phir woh na koi fash baat kare aur na koi gunah kare to woh apne gunahon se is tarah nikal aayega jaise ke woh us din tha jab ke woh apni maan ke pait se paida hua tha.</w:t>
      </w:r>
    </w:p>
    <w:p>
      <w:pPr>
        <w:jc w:val="right"/>
      </w:pPr>
      <w:r>
        <w:t>اے لوگوں! اللہ نے تمہارے اوپر حج فرض کیا ہے تو تم حج کرو۔ جو شخص اللہ کے لیے حج کرے پھر وہ نہ کوئی فحش بات کرے اور نہ کوئی گناہ کرے تو وہ اپنے گناہوں سے اس طرح نکل آئے گا جیسے کہ وہ اس دن تھا جب کہ وہ اپنی ماں کے پیٹ سے پیدا ہوا تھا۔</w:t>
      </w:r>
    </w:p>
    <w:p>
      <w:r>
        <w:rPr>
          <w:b/>
        </w:rPr>
        <w:t xml:space="preserve">[05:47] </w:t>
      </w:r>
      <w:r>
        <w:t>aur ek umre ke baad doosra umra darmiyani gunahon ka kaffara hai aur haj mabroor ki jaza sirf jannat hai.</w:t>
      </w:r>
    </w:p>
    <w:p>
      <w:pPr>
        <w:jc w:val="right"/>
      </w:pPr>
      <w:r>
        <w:t>اور ایک عمرے کے بعد دوسرا عمرہ درمیانی گناہوں کا کفارہ ہے اور حج مبرور کی جزا صرف جنت ہے۔</w:t>
      </w:r>
    </w:p>
    <w:p>
      <w:r>
        <w:rPr>
          <w:b/>
        </w:rPr>
        <w:t xml:space="preserve">[05:58] </w:t>
      </w:r>
      <w:r>
        <w:t>an abi hurairata qala: "suila al-nabiyyu salallahu alayhi wasallam ayyu al-amali afdalu". qala: "iman billahi wa rasoolihi".</w:t>
      </w:r>
    </w:p>
    <w:p>
      <w:pPr>
        <w:jc w:val="right"/>
      </w:pPr>
      <w:r>
        <w:t>ان ابی ہریرہ رضی اللہ عنہ قال: "سو النبی صلی اللہ علیہ وسلم ای العمل افضل"۔ قال: "ایمان باللہ ورسولہ"۔</w:t>
      </w:r>
    </w:p>
    <w:p>
      <w:r>
        <w:rPr>
          <w:b/>
        </w:rPr>
        <w:t xml:space="preserve">[06:07] </w:t>
      </w:r>
      <w:r>
        <w:t>qeela: "thumma madha?" qala: "aljihadu fi sabeelillah". thumma qeela: "thumma madha?" qala: "hajun mabroor".</w:t>
      </w:r>
    </w:p>
    <w:p>
      <w:pPr>
        <w:jc w:val="right"/>
      </w:pPr>
      <w:r>
        <w:t>قیل: "ثم ماذا؟" قال: "الجہاد فی سبیل اللہ"۔ ثم قیل: "ثم ماذا؟" قال: "حج مبرور"۔</w:t>
      </w:r>
    </w:p>
    <w:p>
      <w:r>
        <w:rPr>
          <w:b/>
        </w:rPr>
        <w:t xml:space="preserve">[06:17] </w:t>
      </w:r>
      <w:r>
        <w:t>muttafaq alayh.</w:t>
      </w:r>
    </w:p>
    <w:p>
      <w:pPr>
        <w:jc w:val="right"/>
      </w:pPr>
      <w:r>
        <w:t>متفق علیہ۔</w:t>
      </w:r>
    </w:p>
    <w:p>
      <w:r>
        <w:rPr>
          <w:b/>
        </w:rPr>
        <w:t xml:space="preserve">[06:19] </w:t>
      </w:r>
      <w:r>
        <w:t>hazrat abu hurairah se riwayat hai ke rasool Allah salallahu alayhi wasallam se poocha gaya ke kaun sa amal afzal hai? aap ne farmaya: "Allah par aur rasool par iman".</w:t>
      </w:r>
    </w:p>
    <w:p>
      <w:pPr>
        <w:jc w:val="right"/>
      </w:pPr>
      <w:r>
        <w:t>حضرت ابوہریرہ سے روایت ہے کہ رسول اللہ صلی اللہ علیہ وسلم سے پوچھا گیا کہ کون سا عمل افضل ہے؟ آپ نے فرمایا: "اللہ پر اور رسول پر ایمان"۔</w:t>
      </w:r>
    </w:p>
    <w:p>
      <w:r>
        <w:rPr>
          <w:b/>
        </w:rPr>
        <w:t xml:space="preserve">[06:32] </w:t>
      </w:r>
      <w:r>
        <w:t>poocha gaya ke is ke baad kaun sa? aap ne farmaya: "ke Allah ke rastay mein jihad". poocha gaya ke is ke baad kaun sa?</w:t>
      </w:r>
    </w:p>
    <w:p>
      <w:pPr>
        <w:jc w:val="right"/>
      </w:pPr>
      <w:r>
        <w:t>پوچھا گیا کہ اس کے بعد کون سا؟ آپ نے فرمایا: "کہ اللہ کے راستے میں جہاد"۔ پوچھا گیا کہ اس کے بعد کون سا؟</w:t>
      </w:r>
    </w:p>
    <w:p>
      <w:r>
        <w:rPr>
          <w:b/>
        </w:rPr>
        <w:t xml:space="preserve">[06:43] </w:t>
      </w:r>
      <w:r>
        <w:t>farmaya: "ke haj mabroor". yani woh haj jis ke sath gunah shamil na ho. an abi hurairata qala: "sama'tu rasoola Allahi salallahu alayhi wasallama yaqoolu: wafdu Allahi thalathatun al-ghazi wal haajji wal mu'tamiru".</w:t>
      </w:r>
    </w:p>
    <w:p>
      <w:pPr>
        <w:jc w:val="right"/>
      </w:pPr>
      <w:r>
        <w:t>فرمایا: "کہ حج مبرور"۔ یعنی وہ حج جس کے ساتھ گناہ شامل نہ ہو۔ ان ابی ہریرہ قال: "سمعت رسول اللہ صلی اللہ علیہ وسلم یقول: وفد اللہ ثلاثۃ الغازی والحاج والمعتمر"۔</w:t>
      </w:r>
    </w:p>
    <w:p>
      <w:r>
        <w:rPr>
          <w:b/>
        </w:rPr>
        <w:t xml:space="preserve">[07:03] </w:t>
      </w:r>
      <w:r>
        <w:t>nasai, bayhaqi. hazrat abu hurairah kehte hain ke maine rasool Allah salallahu alayhi wasallam ko yeh farmate hue suna: "Allah ke wufud teen hain: ghazi aur haji aur umra karne wala".</w:t>
      </w:r>
    </w:p>
    <w:p>
      <w:pPr>
        <w:jc w:val="right"/>
      </w:pPr>
      <w:r>
        <w:t>نسائی، بیہقی۔ حضرت ابوہریرہ کہتے ہیں کہ میں نے رسول اللہ صلی اللہ علیہ وسلم کو یہ فرماتے ہوئے سنا: "اللہ کے وفد تین ہیں: غازی اور حاجی اور عمرہ کرنے والا"۔</w:t>
      </w:r>
    </w:p>
    <w:p>
      <w:r>
        <w:rPr>
          <w:b/>
        </w:rPr>
        <w:t xml:space="preserve">[07:19] </w:t>
      </w:r>
      <w:r>
        <w:t>an abi umamata qala: "qala rasoolu Allahi salallahu alayhi wasallama: man lam yuminnahu min alhajji hajjaatun dhahirah aw sultanun jaa'irun aw maradhun habisun famata wa lam yahujj falim yashaa yahudiyan wa lima yashaa nasraniyan".</w:t>
      </w:r>
    </w:p>
    <w:p>
      <w:pPr>
        <w:jc w:val="right"/>
      </w:pPr>
      <w:r>
        <w:t>ان ابی امامت قال: "قال رسول اللہ صلی اللہ علیہ وسلم: من لمیمنہ من الحج حاجۃ ظاہرۃ او سلطان جائر او مرض حابس فمات ولم یحج فلیم انشاء یہودیا وانشاء نصرانی"۔</w:t>
      </w:r>
    </w:p>
    <w:p>
      <w:r>
        <w:rPr>
          <w:b/>
        </w:rPr>
        <w:t xml:space="preserve">[07:39] </w:t>
      </w:r>
      <w:r>
        <w:t>darimi. hazrat abu umamah se riwayat hai ke rasool Allah salallahu alayhi wasallam ne farmaya ke jis shakhs ko koi khuli hui zaroorat haj se na roke aur na koi zalim badshah ya koi sakht marz roke aur woh haj kiye baghair mar jaye to woh chahe yahudi ho kar maray ya nasrani ho kar maray.</w:t>
      </w:r>
    </w:p>
    <w:p>
      <w:pPr>
        <w:jc w:val="right"/>
      </w:pPr>
      <w:r>
        <w:t>دارمی۔ حضرت ابو امامہ سے روایت ہے کہ رسول اللہ صلی اللہ علیہ وسلم نے فرمایا کہ جس شخص کو کوئی کھلی ہوئی ضرورت حج سے نہ روکے اور نہ کوئی ظالم بادشاہ یا کوئی سخت مرض روکے اور وہ حج کیے بغیر مر جائے تو وہ چاہے یہودی ہو کر مرے یا نصرانی ہو کر مرے۔</w:t>
      </w:r>
    </w:p>
    <w:p>
      <w:r>
        <w:rPr>
          <w:b/>
        </w:rPr>
        <w:t xml:space="preserve">[08:07] </w:t>
      </w:r>
      <w:r>
        <w:t>an abdillahi ibn umara qala: "ja a'raabiyyun ila rasooli al-nabiyyi salallahu alayhi wasallama fa qala: ya rasoola Allah!</w:t>
      </w:r>
    </w:p>
    <w:p>
      <w:pPr>
        <w:jc w:val="right"/>
      </w:pPr>
      <w:r>
        <w:t>ان عبداللہ ابن عمر قال: "جا اور رسول النبی صلی اللہ علیہ وسلم فقال: یا رسول اللہ! ما یوجب الحج؟" فقال: "الزاد والراحلۃ"۔</w:t>
      </w:r>
    </w:p>
    <w:p>
      <w:r>
        <w:rPr>
          <w:b/>
        </w:rPr>
        <w:t xml:space="preserve">[08:19] </w:t>
      </w:r>
      <w:r>
        <w:t>tirmidhi ibn majah. hazrat abdullah ibn umar kehte hain ke ek shakhs rasool Allah salallahu alayhi wasallam ke paas aaya aur kaha ke: "aye Allah ke rasool!</w:t>
      </w:r>
    </w:p>
    <w:p>
      <w:pPr>
        <w:jc w:val="right"/>
      </w:pPr>
      <w:r>
        <w:t>ترمذی ابن ماجہ۔ حضرت عبداللہ ابن عمر کہتے ہیں کہ ایک شخص رسول اللہ صلی اللہ علیہ وسلم کے پاس آیا اور کہا کہ: "اے اللہ کے رسول!</w:t>
      </w:r>
    </w:p>
    <w:p>
      <w:r>
        <w:rPr>
          <w:b/>
        </w:rPr>
        <w:t xml:space="preserve">[08:30] </w:t>
      </w:r>
      <w:r>
        <w:t>kya cheez haj ko wajib karti hai?</w:t>
      </w:r>
    </w:p>
    <w:p>
      <w:pPr>
        <w:jc w:val="right"/>
      </w:pPr>
      <w:r>
        <w:t>کیا چیز حج کو واجب کرتی ہے؟</w:t>
      </w:r>
    </w:p>
    <w:p>
      <w:r>
        <w:rPr>
          <w:b/>
        </w:rPr>
        <w:t xml:space="preserve">[08:33] </w:t>
      </w:r>
      <w:r>
        <w:t>" aap ne farmaya: "ke zad-e-rah aur sawari".</w:t>
      </w:r>
    </w:p>
    <w:p>
      <w:pPr>
        <w:jc w:val="right"/>
      </w:pPr>
      <w:r>
        <w:t>" آپ نے فرمایا: "کہ زاد راہ اور سواری"۔ ان علی ابن ابی طالب رضی اللہ عنہ قال: "قال رسول اللہ صلی اللہ علیہ وسلم: من ملک زادا وراحلۃ تبلغہ الی بیت اللہ ولم یحج فلا علیہ انیموت یہودیا او نصرانی"۔</w:t>
      </w:r>
    </w:p>
    <w:p>
      <w:r>
        <w:rPr>
          <w:b/>
        </w:rPr>
        <w:t xml:space="preserve">[08:57] </w:t>
      </w:r>
      <w:r>
        <w:t>Tirmidhi. Hazrat Ali R.A. se riwayat hai ke Rasool Allah S.A.W. ne farmaya ke jis shakhs ke paas zaad safar aur sawari ho jo us ko Baitullah tak pouncha de aur woh Hajj na kare to woh khwah Yahudi ho kar mare ya Nasrani ho kar.</w:t>
      </w:r>
    </w:p>
    <w:p>
      <w:pPr>
        <w:jc w:val="right"/>
      </w:pPr>
      <w:r>
        <w:t>ترمذی۔ حضرت علی رضی اللہ عنہ سے روایت ہے کہ رسول اللہ صلی اللہ علیہ وسلم نے فرمایا کہ جس شخص کے پاس زاد سفر اور سواری ہو جو اس کو بیت اللہ تک پہنچا دے اور وہ حج نہ کرے تو وہ خواہ یہودی ہو کر مرے یا نصرانی ہو کر۔</w:t>
      </w:r>
    </w:p>
    <w:p>
      <w:r>
        <w:rPr>
          <w:b/>
        </w:rPr>
        <w:t xml:space="preserve">[09:19] </w:t>
      </w:r>
      <w:r>
        <w:t>An Abdullah Ibn Abbas R.A. qala: "Qala Rasool Allah S.A.W.: Man arada al-haj fa li yata'ajjal".</w:t>
      </w:r>
    </w:p>
    <w:p>
      <w:pPr>
        <w:jc w:val="right"/>
      </w:pPr>
      <w:r>
        <w:t>ان عبداللہ ابن عباس رضی اللہ عنہ قال: "قال رسول اللہ صلی اللہ علیہ وسلم: من اراد الحج فلیتعجل"۔</w:t>
      </w:r>
    </w:p>
    <w:p>
      <w:r>
        <w:rPr>
          <w:b/>
        </w:rPr>
        <w:t xml:space="preserve">[09:29] </w:t>
      </w:r>
      <w:r>
        <w:t>Abu Dawud.</w:t>
      </w:r>
    </w:p>
    <w:p>
      <w:pPr>
        <w:jc w:val="right"/>
      </w:pPr>
      <w:r>
        <w:t>ابو داؤد۔</w:t>
      </w:r>
    </w:p>
    <w:p>
      <w:r>
        <w:rPr>
          <w:b/>
        </w:rPr>
        <w:t xml:space="preserve">[09:30] </w:t>
      </w:r>
      <w:r>
        <w:t>Hazrat Abdullah Ibn Abbas R.A. riwayat karte hain ke Rasool Allah S.A.W. ne farmaya ke jo shakhs Hajj karna chahta ho woh jaldi kare.</w:t>
      </w:r>
    </w:p>
    <w:p>
      <w:pPr>
        <w:jc w:val="right"/>
      </w:pPr>
      <w:r>
        <w:t>حضرت عبداللہ ابن عباس رضی اللہ عنہ روایت کرتے ہیں کہ رسول اللہ صلی اللہ علیہ وسلم نے فرمایا کہ جو شخص حج کرنا چاہتا ہو وہ جلدی کرے۔</w:t>
      </w:r>
    </w:p>
    <w:p>
      <w:r>
        <w:rPr>
          <w:b/>
        </w:rPr>
        <w:t xml:space="preserve">[09:42] </w:t>
      </w:r>
      <w:r>
        <w:t>An Abdullah Ibn Umar qala: "Saala rajulun: Ya Rasool Allah! Man al-haj?" Qala: "Al-sha'ath al-tafil".</w:t>
      </w:r>
    </w:p>
    <w:p>
      <w:pPr>
        <w:jc w:val="right"/>
      </w:pPr>
      <w:r>
        <w:t>ان عبداللہ ابن عمر قال: "سال رجل: یا رسول اللہ! من الحج؟" قال: "الشعث التفیل"۔</w:t>
      </w:r>
    </w:p>
    <w:p>
      <w:r>
        <w:rPr>
          <w:b/>
        </w:rPr>
        <w:t xml:space="preserve">[09:51] </w:t>
      </w:r>
      <w:r>
        <w:t>Fa qaama aakhar fa qaala: "Ya Rasool Allah! Ay al-haj afdal?" Qala: "Al-'ajj wa al-shajj". Al-'ajj wa al-shajj.</w:t>
      </w:r>
    </w:p>
    <w:p>
      <w:pPr>
        <w:jc w:val="right"/>
      </w:pPr>
      <w:r>
        <w:t>فقام اخر فقال: "یا رسول اللہ! ای الحج افضل؟" قال: "العج والشح"۔ العج والشج۔</w:t>
      </w:r>
    </w:p>
    <w:p>
      <w:r>
        <w:rPr>
          <w:b/>
        </w:rPr>
        <w:t xml:space="preserve">[10:00] </w:t>
      </w:r>
      <w:r>
        <w:t>Fa qaama aakhar fa qaala: "Ya Rasool Allah! Ma al-sabeel?" Qala: "Al-zaad wa al-rahila". Ibn Majah. Rasool Allah S.A.W. se poocha.</w:t>
      </w:r>
    </w:p>
    <w:p>
      <w:pPr>
        <w:jc w:val="right"/>
      </w:pPr>
      <w:r>
        <w:t>فقام اخر فقال: "یا رسول اللہ! ما السبیل؟" قال: "الزاد والراحلۃ"۔ ابن ماجہ۔ رسول اللہ صلی اللہ علیہ وسلم سے پوچھا۔</w:t>
      </w:r>
    </w:p>
    <w:p>
      <w:r>
        <w:rPr>
          <w:b/>
        </w:rPr>
        <w:t xml:space="preserve">[10:12] </w:t>
      </w:r>
      <w:r>
        <w:t>Hazrat Abdullah Ibn Umar kehte hain ke ek shakhs ne Rasool Allah S.A.W. se poocha ke: "Ae Khuda ke Rasool! Haj</w:t>
      </w:r>
    </w:p>
    <w:p>
      <w:pPr>
        <w:jc w:val="right"/>
      </w:pPr>
      <w:r>
        <w:t>حضرت عبداللہ ابن عمر کہتے ہیں کہ ایک شخص نے رسول اللہ صلی اللہ علیہ وسلم سے پوچھا کہ: "اے خدا کے رسول! حاج</w:t>
      </w:r>
    </w:p>
    <w:p>
      <w:r>
        <w:rPr>
          <w:b/>
        </w:rPr>
        <w:t xml:space="preserve">[10:21] </w:t>
      </w:r>
      <w:r>
        <w:t>ki kon hai?" Aap ne farmaya ke: "Paragandah baal aur boodaar". Doosra shakhs utha aur us ne kaha ke: "Ae Khuda ke Rasool!</w:t>
      </w:r>
    </w:p>
    <w:p>
      <w:pPr>
        <w:jc w:val="right"/>
      </w:pPr>
      <w:r>
        <w:t>ی کون ہے؟" آپ نے فرمایا کہ: "پراگندہ بال اور بو دار"۔ دوسرا شخص اٹھا اور اس نے کہا کہ: "اے خدا کے رسول!</w:t>
      </w:r>
    </w:p>
    <w:p>
      <w:r>
        <w:rPr>
          <w:b/>
        </w:rPr>
        <w:t xml:space="preserve">[10:32] </w:t>
      </w:r>
      <w:r>
        <w:t>Kon sa Hajj afdal hai?" Aap ne farmaya ke: "Buland ba awaz buland labbaik kehna aur jaanwar qurbani karna".</w:t>
      </w:r>
    </w:p>
    <w:p>
      <w:pPr>
        <w:jc w:val="right"/>
      </w:pPr>
      <w:r>
        <w:t>کون سا حج افضل ہے؟" آپ نے فرمایا کہ: "بلند با آواز بلند لبیک کہنا اور جانور قربان کرنا"۔</w:t>
      </w:r>
    </w:p>
    <w:p>
      <w:r>
        <w:rPr>
          <w:b/>
        </w:rPr>
        <w:t xml:space="preserve">[10:42] </w:t>
      </w:r>
      <w:r>
        <w:t>Phir ek aur shakhs utha aur us ne kaha ke: "Is ki sabeel kiya hai?" Aap ne farmaya ke: "Zaad safar aur sawari".</w:t>
      </w:r>
    </w:p>
    <w:p>
      <w:pPr>
        <w:jc w:val="right"/>
      </w:pPr>
      <w:r>
        <w:t>پھر ایک اور شخص اٹھا اور اس نے کہا کہ: "اس کی سبیل کیا ہے؟" آپ نے فرمایا کہ: "زاد سفر اور سواری"۔</w:t>
      </w:r>
    </w:p>
    <w:p>
      <w:r>
        <w:rPr>
          <w:b/>
        </w:rPr>
        <w:t xml:space="preserve">[10:52] </w:t>
      </w:r>
      <w:r>
        <w:t>An Abi Hurairah qala: "Qala Rasool Allah S.A.W.: Man kharaja hajjan aw mu'tamiran aw ghaziyan thumma maata fi tareeqihi kutiba Allah lahu ajr al-ghazi wa al-haj wa al-mu'tamir".</w:t>
      </w:r>
    </w:p>
    <w:p>
      <w:pPr>
        <w:jc w:val="right"/>
      </w:pPr>
      <w:r>
        <w:t>ان ابی ہریرہ قال: "قال رسول اللہ صلی اللہ علیہ وسلم: من خرج حاجا او معتمرا او غازیا ثم مات فی طریقہ کتب اللہ لہ اجر الغازی والحاج والمعتمر"۔</w:t>
      </w:r>
    </w:p>
    <w:p>
      <w:r>
        <w:rPr>
          <w:b/>
        </w:rPr>
        <w:t xml:space="preserve">[11:08] </w:t>
      </w:r>
      <w:r>
        <w:t>Al-Bayhaqi.</w:t>
      </w:r>
    </w:p>
    <w:p>
      <w:pPr>
        <w:jc w:val="right"/>
      </w:pPr>
      <w:r>
        <w:t>البیہقی۔</w:t>
      </w:r>
    </w:p>
    <w:p>
      <w:r>
        <w:rPr>
          <w:b/>
        </w:rPr>
        <w:t xml:space="preserve">[11:11] </w:t>
      </w:r>
      <w:r>
        <w:t>Hazrat Abu Hurairah R.A. kehte hain ke Rasool Allah S.A.W. ne farmaya ke jo shakhs Hajj ya Umrah ya Jihad ke irade se nikle phir woh raaste mein mar jaye to Allah us ke liye ghazi aur haji aur umrah karne wale ka ajr likh de ga.</w:t>
      </w:r>
    </w:p>
    <w:p>
      <w:pPr>
        <w:jc w:val="right"/>
      </w:pPr>
      <w:r>
        <w:t>حضرت ابوہریرہ رضی اللہ عنہ کہتے ہیں کہ رسول اللہ صلی اللہ علیہ وسلم نے فرمایا کہ جو شخص حج یا عمرہ یا جہاد کے ارادے سے نکلے پھر وہ راستے میں مر جائے تو اللہ اس کے لیے غازی اور حاجی اور عمرہ کرنے والے کا اجر لکھ دے گا۔</w:t>
      </w:r>
    </w:p>
    <w:p>
      <w:r>
        <w:rPr>
          <w:b/>
        </w:rPr>
        <w:t xml:space="preserve">[11:32] </w:t>
      </w:r>
      <w:r>
        <w:t>An Aisha qalat: "Ista'adtu bi al-Nabi S.A.W. fi al-jihad". Fa qala: "Jihad al-haj".</w:t>
      </w:r>
    </w:p>
    <w:p>
      <w:pPr>
        <w:jc w:val="right"/>
      </w:pPr>
      <w:r>
        <w:t>ان عائشہ قالت: "استعدت النبی صلی اللہ علیہ وسلم فی الجہاد"۔ فقال: "جہاد الحج"۔</w:t>
      </w:r>
    </w:p>
    <w:p>
      <w:r>
        <w:rPr>
          <w:b/>
        </w:rPr>
        <w:t xml:space="preserve">[11:43] </w:t>
      </w:r>
      <w:r>
        <w:t>Muttafaq alayh.</w:t>
      </w:r>
    </w:p>
    <w:p>
      <w:pPr>
        <w:jc w:val="right"/>
      </w:pPr>
      <w:r>
        <w:t>متفق علیہ۔</w:t>
      </w:r>
    </w:p>
    <w:p>
      <w:r>
        <w:rPr>
          <w:b/>
        </w:rPr>
        <w:t xml:space="preserve">[11:46] </w:t>
      </w:r>
      <w:r>
        <w:t>Hazrat Aisha R.A. kehti hain ke maine Rasool Allah S.A.W. se Jihad mein jaane ki ijazat talab ki to aap ne farmaya ke auraton ka Jihad Hajj hai.</w:t>
      </w:r>
    </w:p>
    <w:p>
      <w:pPr>
        <w:jc w:val="right"/>
      </w:pPr>
      <w:r>
        <w:t>حضرت عائشہ رضی اللہ عنہا کہتی ہیں کہ میں نے رسول اللہ صلی اللہ علیہ وسلم سے جہاد میں جانے کی اجازت طلب کی تو آپ نے فرمایا کہ عورتوں کا جہاد حج ہے۔</w:t>
      </w:r>
    </w:p>
    <w:p>
      <w:r>
        <w:rPr>
          <w:b/>
        </w:rPr>
        <w:t xml:space="preserve">[12:00] </w:t>
      </w:r>
      <w:r>
        <w:t>An Abdullah Ibn Abbas R.A. qala:</w:t>
      </w:r>
    </w:p>
    <w:p>
      <w:pPr>
        <w:jc w:val="right"/>
      </w:pPr>
      <w:r>
        <w:t>ان عبداللہ ابن عباس رضی اللہ عنہ قال:</w:t>
      </w:r>
    </w:p>
    <w:p>
      <w:r>
        <w:rPr>
          <w:b/>
        </w:rPr>
        <w:t xml:space="preserve">[12:03] </w:t>
      </w:r>
      <w:r>
        <w:t>"Kana ahl al-Yaman yahujjoona fala yatazawwadoona wa yaqooloona: Nahnu al-mutawakkiloon. Fa idha qadimoo Makka saala al-nas fa anzal Allahu ta'ala wa tazawwadoo fa khayr al-zaadi al-taqwa".</w:t>
      </w:r>
    </w:p>
    <w:p>
      <w:pPr>
        <w:jc w:val="right"/>
      </w:pPr>
      <w:r>
        <w:t>"کان اہل الیمن یحجون فلا یتزودون ویقولون: نحن المتوکلون فاذا قدموا مکۃ سال الناس فانزل اللہ تعالی وتزودوا فان خیر الزادی التقوی"۔</w:t>
      </w:r>
    </w:p>
    <w:p>
      <w:r>
        <w:rPr>
          <w:b/>
        </w:rPr>
        <w:t xml:space="preserve">[12:21] </w:t>
      </w:r>
      <w:r>
        <w:t>Bukhari. Hazrat Abdullah Ibn Abbas R.A. kehte hain ke Yaman ke log Hajj karte the aur zaad safar nahi lete the.</w:t>
      </w:r>
    </w:p>
    <w:p>
      <w:pPr>
        <w:jc w:val="right"/>
      </w:pPr>
      <w:r>
        <w:t>بخاری۔ حضرت عبداللہ ابن عباس رضی اللہ عنہ کہتے ہیں کہیمن کے لوگ حج کرتے تھے اور زاد سفر نہیں لیتے تھے۔</w:t>
      </w:r>
    </w:p>
    <w:p>
      <w:r>
        <w:rPr>
          <w:b/>
        </w:rPr>
        <w:t xml:space="preserve">[12:33] </w:t>
      </w:r>
      <w:r>
        <w:t>Woh kehte the ke hum mutawakkil hain. Jab woh Makka aate to logon se sawal karte. Chunache Allah ne yeh aayat utari ke tum log zaad raah le liya karo.</w:t>
      </w:r>
    </w:p>
    <w:p>
      <w:pPr>
        <w:jc w:val="right"/>
      </w:pPr>
      <w:r>
        <w:t>وہ کہتے تھے کہ ہم متوکل ہیں۔ جب وہ مکہ آتے تو لوگوں سے سوال کرتے۔ چنانچہ اللہ نے یہ آیت اتاری کہ تم لوگ زاد راہ لے لیا کرو۔</w:t>
      </w:r>
    </w:p>
    <w:p>
      <w:r>
        <w:rPr>
          <w:b/>
        </w:rPr>
        <w:t xml:space="preserve">[12:46] </w:t>
      </w:r>
      <w:r>
        <w:t>Behtareen zaad raah taqwa hai. Innama ju'ilat tawafu bi al-Bayt bayna al-Safa wa al-Marwah wa ramay al-jimari iqamat dhikr Allah ta'ala.</w:t>
      </w:r>
    </w:p>
    <w:p>
      <w:pPr>
        <w:jc w:val="right"/>
      </w:pPr>
      <w:r>
        <w:t>بہترین زاد راہ تقوی ہے۔ انما جعلت طواف بالبیت بین الصفا والمروۃ ورمیمار اقامت ذکر اللہ تعالی۔</w:t>
      </w:r>
    </w:p>
    <w:p>
      <w:r>
        <w:rPr>
          <w:b/>
        </w:rPr>
        <w:t xml:space="preserve">[13:00] </w:t>
      </w:r>
      <w:r>
        <w:t>Abu Dawud.</w:t>
      </w:r>
    </w:p>
    <w:p>
      <w:pPr>
        <w:jc w:val="right"/>
      </w:pPr>
      <w:r>
        <w:t>ابو داؤد۔</w:t>
      </w:r>
    </w:p>
    <w:p>
      <w:r>
        <w:rPr>
          <w:b/>
        </w:rPr>
        <w:t xml:space="preserve">[13:02] </w:t>
      </w:r>
      <w:r>
        <w:t>Kabeh ka tawaf karna aur Safa aur Marwah ke darmiyan sa'ee karna aur jimaar par kankariyan marna yeh sab sirf Allah ki yaad qaim karne ke liye muqarrar kiye gaye hain.</w:t>
      </w:r>
    </w:p>
    <w:p>
      <w:pPr>
        <w:jc w:val="right"/>
      </w:pPr>
      <w:r>
        <w:t>کعبے کا طواف کرنا اور صفا اور مروہ کے درمیان صحیح کرنا اور جمرات پر کنکریاں مارنا یہ سب صرف اللہ کی یاد قائم کرنے کے لیے مقرر کیے گئے ہیں۔</w:t>
      </w:r>
    </w:p>
    <w:p>
      <w:r>
        <w:rPr>
          <w:b/>
        </w:rPr>
        <w:t xml:space="preserve">[13:18] </w:t>
      </w:r>
      <w:r>
        <w:t>Hajj zindagi mein ek baar hai. Al-haj marratun fa man zaada fa huwa tatwawwu'. Hajj zindagi mein ek baar hai.</w:t>
      </w:r>
    </w:p>
    <w:p>
      <w:pPr>
        <w:jc w:val="right"/>
      </w:pPr>
      <w:r>
        <w:t>حج زندگی میں ایک بار ہے۔ الحج مرتا فمن زاد فہو تطوع۔ حج زندگی میں ایک بار ہے۔</w:t>
      </w:r>
    </w:p>
    <w:p>
      <w:r>
        <w:rPr>
          <w:b/>
        </w:rPr>
        <w:t xml:space="preserve">[13:28] </w:t>
      </w:r>
      <w:r>
        <w:t>phir jo ziyada kare to woh tatavvu hai. man qadara alal haj fatarkahu fala alaihi an yamoota yahudiyan aw nasrani.</w:t>
      </w:r>
    </w:p>
    <w:p>
      <w:pPr>
        <w:jc w:val="right"/>
      </w:pPr>
      <w:r>
        <w:t>پھر جو زیادہ کرے تو وہ تطوع ہے۔ من قدر علی الحج فترکہ فلا علیہ انیموت یہودیا او نصرانی۔</w:t>
      </w:r>
    </w:p>
    <w:p>
      <w:r>
        <w:rPr>
          <w:b/>
        </w:rPr>
        <w:t xml:space="preserve">[13:41] </w:t>
      </w:r>
      <w:r>
        <w:t>jo shakhs haj karne par qadir ho phir bhi woh us ko chhod de to us par kuch nahi khwah woh yahudi ho kar mare ya isai ho kar mare.</w:t>
      </w:r>
    </w:p>
    <w:p>
      <w:pPr>
        <w:jc w:val="right"/>
      </w:pPr>
      <w:r>
        <w:t>جو شخص حج کرنے پر قادر ہو پھر بھی وہ اس کو چھوڑ دے تو اس پر کچھ نہیں خواہ وہ یہودی ہو کر مرے یا عیسائی ہو کر مرے۔</w:t>
      </w:r>
    </w:p>
    <w:p>
      <w:r>
        <w:rPr>
          <w:b/>
        </w:rPr>
        <w:t xml:space="preserve">[13:54] </w:t>
      </w:r>
      <w:r>
        <w:t>in aisha annaha qalat: "ya rasool allah! min jahad qala alaihi jahad la qital fihi al haj wal umrah".</w:t>
      </w:r>
    </w:p>
    <w:p>
      <w:pPr>
        <w:jc w:val="right"/>
      </w:pPr>
      <w:r>
        <w:t>ان عائشہ انہا قالت: "یا رسول اللہ! من جہاد قال علیہ جہاد لا قتال فیہ الحج والعمرۃ"۔</w:t>
      </w:r>
    </w:p>
    <w:p>
      <w:r>
        <w:rPr>
          <w:b/>
        </w:rPr>
        <w:t xml:space="preserve">[14:05] </w:t>
      </w:r>
      <w:r>
        <w:t>akhraja ahmed wa ibn majah. hazrat aisha kehti hain ke unhon ne rasool allah sallallah alaihi wasallam se poocha:</w:t>
      </w:r>
    </w:p>
    <w:p>
      <w:pPr>
        <w:jc w:val="right"/>
      </w:pPr>
      <w:r>
        <w:t>اخرجہ احمد وابن ماجہ۔ حضرت عائشہ کہتی ہیں کہ انہوں نے رسول اللہ صلی اللہ علیہ وسلم سے پوچھا:</w:t>
      </w:r>
    </w:p>
    <w:p>
      <w:r>
        <w:rPr>
          <w:b/>
        </w:rPr>
        <w:t xml:space="preserve">[14:14] </w:t>
      </w:r>
      <w:r>
        <w:t>"kya auraton par jihad hai?" aap ne farmaya: "haan, un par aisa jihad hai jis mein qital nahi. woh hai haj aur umrah".</w:t>
      </w:r>
    </w:p>
    <w:p>
      <w:pPr>
        <w:jc w:val="right"/>
      </w:pPr>
      <w:r>
        <w:t>"کیا عورتوں پر جہاد ہے؟" آپ نے فرمایا: "ہاں، ان پر ایسا جہاد ہے جس میں قتال نہیں۔ وہ ہے حج اور عمرہ"۔</w:t>
      </w:r>
    </w:p>
    <w:p>
      <w:r>
        <w:rPr>
          <w:b/>
        </w:rPr>
        <w:t xml:space="preserve">[14:25] </w:t>
      </w:r>
      <w:r>
        <w:t>in abdullah ibn aufa qala: "rasool allah sallallah alaihi wasallam: in ar rajul lam yahij yastaqriz lil haj?" qala: "la".</w:t>
      </w:r>
    </w:p>
    <w:p>
      <w:pPr>
        <w:jc w:val="right"/>
      </w:pPr>
      <w:r>
        <w:t>ان عبداللہ ابن اوفہ قال: "رسول اللہ صلی اللہ علیہ وسلم: ان الرجل لم یحج ایستقرض للحج؟" قال: "لا"۔</w:t>
      </w:r>
    </w:p>
    <w:p>
      <w:r>
        <w:rPr>
          <w:b/>
        </w:rPr>
        <w:t xml:space="preserve">[14:37] </w:t>
      </w:r>
      <w:r>
        <w:t>hazrat abdullah ibn aufa kehte hain ke maine rasool allah sallallah alaihi wasallam se aise shakhs ke bare mein poocha jis ne haj nahi kiya hai.</w:t>
      </w:r>
    </w:p>
    <w:p>
      <w:pPr>
        <w:jc w:val="right"/>
      </w:pPr>
      <w:r>
        <w:t>حضرت عبداللہ ابن اوفہ کہتے ہیں کہ میں نے رسول اللہ صلی اللہ علیہ وسلم سے ایسے شخص کے بارے میں پوچھا جس نے حج نہیں کیا ہے۔</w:t>
      </w:r>
    </w:p>
    <w:p>
      <w:r>
        <w:rPr>
          <w:b/>
        </w:rPr>
        <w:t xml:space="preserve">[14:46] </w:t>
      </w:r>
      <w:r>
        <w:t>kya woh haj ke liye qarz le sakta hai? aap ne farmaya: "nahi". idha kharaja ar rajul hajjan binfaqatin tayyibatin</w:t>
      </w:r>
    </w:p>
    <w:p>
      <w:pPr>
        <w:jc w:val="right"/>
      </w:pPr>
      <w:r>
        <w:t>کیا وہ حج کے لیے قرض لے سکتا ہے؟ آپ نے فرمایا: "نہیں"۔ اذا خرج الرجل حاجا بنفقۃ طیبۃ</w:t>
      </w:r>
    </w:p>
    <w:p>
      <w:r>
        <w:rPr>
          <w:b/>
        </w:rPr>
        <w:t xml:space="preserve">[14:57] </w:t>
      </w:r>
      <w:r>
        <w:t>wa wadaa rajulahu fil gharaḍi fanada: "labbayk allahumma labbayk". nada munadin min as samai: "labbayk wa sa'adak, zaduka halalun wa rahlatuka halalun wa hajuka mabroorun ghaira ma'dhoor".</w:t>
      </w:r>
    </w:p>
    <w:p>
      <w:pPr>
        <w:jc w:val="right"/>
      </w:pPr>
      <w:r>
        <w:t>ووضع رجلہ فی الغرض فنادا: "لبیک اللہم لبیک"۔ نادا مناد من السمائی: "لبیک وسعدک، زادک حلال وراحلتک حلال وحجک مبرور غیر معذور"۔</w:t>
      </w:r>
    </w:p>
    <w:p>
      <w:r>
        <w:rPr>
          <w:b/>
        </w:rPr>
        <w:t xml:space="preserve">[15:17] </w:t>
      </w:r>
      <w:r>
        <w:t>wa idha kharaja ar rajul binfaqatin khabithatin fawadaa rajulahu fil gharaḍi fanada: "labbayk allahumma la labbayka wa la sa'adak, zaduka haramun wa nifqatun haramun wa hajuka ghaira mabroor".</w:t>
      </w:r>
    </w:p>
    <w:p>
      <w:pPr>
        <w:jc w:val="right"/>
      </w:pPr>
      <w:r>
        <w:t>واذا خرج الرجل بنفقۃ الخبیثۃ فوضع رجلہ فی الغرض فنادا: "لبیک اللہم لا لبیک ولا سعدک، زادک حرام ونفقۃ حرام وحجک غیر مبرور"۔</w:t>
      </w:r>
    </w:p>
    <w:p>
      <w:r>
        <w:rPr>
          <w:b/>
        </w:rPr>
        <w:t xml:space="preserve">[15:35] </w:t>
      </w:r>
      <w:r>
        <w:t>tabarani.</w:t>
      </w:r>
    </w:p>
    <w:p>
      <w:pPr>
        <w:jc w:val="right"/>
      </w:pPr>
      <w:r>
        <w:t>الطبرانی۔</w:t>
      </w:r>
    </w:p>
    <w:p>
      <w:r>
        <w:rPr>
          <w:b/>
        </w:rPr>
        <w:t xml:space="preserve">[15:38] </w:t>
      </w:r>
      <w:r>
        <w:t>jab aadmi pak maal ke sath haj ke liye nikalta hai aur apna paon raqab mein rakhta hai to woh kehta hai: "labbayk allahumma labbayk".</w:t>
      </w:r>
    </w:p>
    <w:p>
      <w:pPr>
        <w:jc w:val="right"/>
      </w:pPr>
      <w:r>
        <w:t>جب آدمی پاک مال کے ساتھ حج کے لیے نکلتا ہے اور اپنا پاؤں رقاب میں رکھتا ہے تو وہ کہتا ہے: "لبیک اللہم لبیک"۔</w:t>
      </w:r>
    </w:p>
    <w:p>
      <w:r>
        <w:rPr>
          <w:b/>
        </w:rPr>
        <w:t xml:space="preserve">[15:50] </w:t>
      </w:r>
      <w:r>
        <w:t>us waqt aasman se ek pukarne wala pukarta hai ke: "labbayk! khush aamdeed, tumhara zad safar halal hai aur tumhari sawari halal hai aur tumhara haj mabroor hai.</w:t>
      </w:r>
    </w:p>
    <w:p>
      <w:pPr>
        <w:jc w:val="right"/>
      </w:pPr>
      <w:r>
        <w:t>اس وقت آسمان سے ایک پکارنے والا پکارتا ہے کہ: "لبیک! خوش آمدید، تمہارا زاد سفر حلال ہے اور تمہاری سواری حلال ہے اور تمہارا حج مبرور ہے۔</w:t>
      </w:r>
    </w:p>
    <w:p>
      <w:r>
        <w:rPr>
          <w:b/>
        </w:rPr>
        <w:t xml:space="preserve">[16:06] </w:t>
      </w:r>
      <w:r>
        <w:t>is mein gunah shamil nahi". aur jab aadmi napak maal ke sath haj ke liye nikalta hai aur woh apna paon raqab mein rakhta hai aur kehta hai ke: "labbayk allahumma labbayk".</w:t>
      </w:r>
    </w:p>
    <w:p>
      <w:pPr>
        <w:jc w:val="right"/>
      </w:pPr>
      <w:r>
        <w:t>اس میں گناہ شامل نہیں"۔ اور جب آدمی ناپاک مال کے ساتھ حج کے لیے نکلتا ہے اور وہ اپنا پاؤں رقاب میں رکھتا ہے اور کہتا ہے کہ: "لبیک اللہم لبیک"۔</w:t>
      </w:r>
    </w:p>
    <w:p>
      <w:r>
        <w:rPr>
          <w:b/>
        </w:rPr>
        <w:t xml:space="preserve">[16:21] </w:t>
      </w:r>
      <w:r>
        <w:t>us waqt aasman se ek pukarne wala pukarta hai: "ana labbayka wa la sa'adak, tumhara zad safar haram hai, tumhara maal haram hai aur tumhara haj ghair mabroor hai".</w:t>
      </w:r>
    </w:p>
    <w:p>
      <w:pPr>
        <w:jc w:val="right"/>
      </w:pPr>
      <w:r>
        <w:t>اس وقت آسمان سے ایک پکارنے والا پکارتا ہے: "انا لبیک اور نہ خوش آمدید، تمہارا زاد سفر حرام ہے، تمہارا مال حرام ہے اور تمہارا حج غیر مبرور ہے"۔</w:t>
      </w:r>
    </w:p>
    <w:p>
      <w:r>
        <w:rPr>
          <w:b/>
        </w:rPr>
        <w:t xml:space="preserve">[16:36] </w:t>
      </w:r>
      <w:r>
        <w:t>allahumma anta as saahibu fis safar wa anta al khaleefatu fil aheli wal mal. allahumma inna nas'aluka fi maserina hadha al birra wat taqwa wa min al amali ma tuhibbu wa tarḍa.</w:t>
      </w:r>
    </w:p>
    <w:p>
      <w:pPr>
        <w:jc w:val="right"/>
      </w:pPr>
      <w:r>
        <w:t>اللہم انت الصاحب فی السفر وانت الخلیفۃ فی الاہل والمال۔ اللہم انا نسالک فی مسیرناھذا البر والتقوی ومن العمل ما تحب وترضی۔</w:t>
      </w:r>
    </w:p>
    <w:p>
      <w:r>
        <w:rPr>
          <w:b/>
        </w:rPr>
        <w:t xml:space="preserve">[16:52] </w:t>
      </w:r>
      <w:r>
        <w:t>ae allah! tu hi safar mein saathi hai aur tu hi ghar aur maal mein khabargiri karne wala hai.</w:t>
      </w:r>
    </w:p>
    <w:p>
      <w:pPr>
        <w:jc w:val="right"/>
      </w:pPr>
      <w:r>
        <w:t>اے اللہ! تو ہی سفر میں ساتھی ہے اور تو ہی گھر اور مال میں خبرگیری کرنے والا ہے۔</w:t>
      </w:r>
    </w:p>
    <w:p>
      <w:r>
        <w:rPr>
          <w:b/>
        </w:rPr>
        <w:t xml:space="preserve">[16:59] </w:t>
      </w:r>
      <w:r>
        <w:t>ae allah! hum tujh se is safar mein neki aur parhezgari mangte hain aur woh amal jis ko tu pasand kare aur jis se tu razi ho.</w:t>
      </w:r>
    </w:p>
    <w:p>
      <w:pPr>
        <w:jc w:val="right"/>
      </w:pPr>
      <w:r>
        <w:t>اے اللہ! ہم تجھ سے اس سفر میں نیکی اور پرہیزگاری مانگتے ہیں اور وہ عمل جس کو تو پسند کرے اور جس سے تو راضی ہو۔</w:t>
      </w:r>
    </w:p>
    <w:p>
      <w:r>
        <w:rPr>
          <w:b/>
        </w:rPr>
        <w:t xml:space="preserve">[17:11] </w:t>
      </w:r>
      <w:r>
        <w:t>labbayk allahumma labbayk, labbayka la shareeka lak, labbayk. innal hamda wan nimata lak wal mulka la shareeka lak.</w:t>
      </w:r>
    </w:p>
    <w:p>
      <w:pPr>
        <w:jc w:val="right"/>
      </w:pPr>
      <w:r>
        <w:t>لبیک اللہم لبیک، لبیک لا شریک، لبیک۔ ان الحمد والنعمت لک والملک لا شریک لک۔</w:t>
      </w:r>
    </w:p>
    <w:p>
      <w:r>
        <w:rPr>
          <w:b/>
        </w:rPr>
        <w:t xml:space="preserve">[17:21] </w:t>
      </w:r>
      <w:r>
        <w:t>bukhari wa muslim. hazir hoon khudaaya, main hazir hoon</w:t>
      </w:r>
    </w:p>
    <w:p>
      <w:pPr>
        <w:jc w:val="right"/>
      </w:pPr>
      <w:r>
        <w:t>بخاری و مسلم۔ حاضر ہوں خدایا، میں حاضر ہوں</w:t>
      </w:r>
    </w:p>
    <w:p>
      <w:r>
        <w:rPr>
          <w:b/>
        </w:rPr>
        <w:t xml:space="preserve">[17:27] </w:t>
      </w:r>
      <w:r>
        <w:t>, hazir hoon, tera koi shareek nahi, main hazir hoon. tareef aur nemt tere hi liye hai aur badshahi mein tera koi shareek nahi.</w:t>
      </w:r>
    </w:p>
    <w:p>
      <w:pPr>
        <w:jc w:val="right"/>
      </w:pPr>
      <w:r>
        <w:t>، حاضر ہوں، تیرا کوئی شریک نہیں، میں حاضر ہوں۔ تعریف اور نعمت تیرے ہی لیے ہے اور بادشاہی میں تیرا کوئی شریک نہیں۔</w:t>
      </w:r>
    </w:p>
    <w:p>
      <w:r>
        <w:rPr>
          <w:b/>
        </w:rPr>
        <w:t xml:space="preserve">[17:40] </w:t>
      </w:r>
      <w:r>
        <w:t>allahumma aj'al hajjan mabrooran wa dhanban maghfooran. musnad ahmed. khudaaya! mere is haj ko tu haj mabroor bana de aur is ko mere gunahon ki bakhshish bana de.</w:t>
      </w:r>
    </w:p>
    <w:p>
      <w:pPr>
        <w:jc w:val="right"/>
      </w:pPr>
      <w:r>
        <w:t>اللہم اجعل حجا مبرورا وذنبا مغفورا۔ مسند احمد۔ خدایا! میرے اس حج کو تو حج مبرور بنا دے اور اس کو میرے گناہوں کی بخشش بنا دے۔</w:t>
      </w:r>
    </w:p>
    <w:p>
      <w:r>
        <w:rPr>
          <w:b/>
        </w:rPr>
        <w:t xml:space="preserve">[17:59] </w:t>
      </w:r>
      <w:r>
        <w:t>rasool allah ka haj. kitab haqiqat haj maulana wahiduddin khan safha number 19.</w:t>
      </w:r>
    </w:p>
    <w:p>
      <w:pPr>
        <w:jc w:val="right"/>
      </w:pPr>
      <w:r>
        <w:t>رسول اللہ کا حج۔ کتاب حقیقت حج مولانا وحید الدین خان صفحہ نمبر 19۔</w:t>
      </w:r>
    </w:p>
    <w:p>
      <w:r>
        <w:rPr>
          <w:b/>
        </w:rPr>
        <w:t xml:space="preserve">[18:11] </w:t>
      </w:r>
      <w:r>
        <w:t>haj ki ibadat ka nizam hazrat ibrahim aur hazrat ismail ne qaim farmaya tha. is ke baad agarchay is nizam mein bohat se bigad paida hue,</w:t>
      </w:r>
    </w:p>
    <w:p>
      <w:pPr>
        <w:jc w:val="right"/>
      </w:pPr>
      <w:r>
        <w:t>حج کی عبادت کا نظام حضرت ابراہیم اور حضرت اسماعیل نے قائم فرمایا تھا۔ اس کے بعد اگرچہ اس نظام میں بہت سے بگاڑ پیدا ہوئے،</w:t>
      </w:r>
    </w:p>
    <w:p>
      <w:r>
        <w:rPr>
          <w:b/>
        </w:rPr>
        <w:t xml:space="preserve">[18:25] </w:t>
      </w:r>
      <w:r>
        <w:t>taham is ka riwaj barabar baqi raha.</w:t>
      </w:r>
    </w:p>
    <w:p>
      <w:pPr>
        <w:jc w:val="right"/>
      </w:pPr>
      <w:r>
        <w:t>تاہم اس کا رواج برابر باقی رہا۔</w:t>
      </w:r>
    </w:p>
    <w:p>
      <w:r>
        <w:rPr>
          <w:b/>
        </w:rPr>
        <w:t xml:space="preserve">[18:30] </w:t>
      </w:r>
      <w:r>
        <w:t>rasool Allah sal Allah alih wasallam jab makay mein paida hue to hajj jahili rasoom ki aamizish ke bawajood poori tarah zinda tha.</w:t>
      </w:r>
    </w:p>
    <w:p>
      <w:pPr>
        <w:jc w:val="right"/>
      </w:pPr>
      <w:r>
        <w:t>رسول اللہ صلی اللہ علیہ وسلم جب مکے میں پیدا ہوئے تو حج جاہلی رسوم کی آمیزش کے باوجود پوری طرح زندہ تھا۔</w:t>
      </w:r>
    </w:p>
    <w:p>
      <w:r>
        <w:rPr>
          <w:b/>
        </w:rPr>
        <w:t xml:space="preserve">[18:43] </w:t>
      </w:r>
      <w:r>
        <w:t>rasool Allah sal Allah alih wasallam ne kitni baar hajj ada farmaya? tareekhi aitbar se is sawal ke do hissay hain: aik hijrat se pehle, doosra hijrat ke baad.</w:t>
      </w:r>
    </w:p>
    <w:p>
      <w:pPr>
        <w:jc w:val="right"/>
      </w:pPr>
      <w:r>
        <w:t>رسول اللہ صلی اللہ علیہ وسلم نے کتنی بار حج ادا فرمایا؟ تاریخی اعتبار سے اس سوال کے دو حصے ہیں: ایک ہجرت سے پہلے، دوسرا ہجرت کے بعد۔</w:t>
      </w:r>
    </w:p>
    <w:p>
      <w:r>
        <w:rPr>
          <w:b/>
        </w:rPr>
        <w:t xml:space="preserve">[19:00] </w:t>
      </w:r>
      <w:r>
        <w:t>sani zikr hissay ke baray mein hum ko mukammal maloomat hasil hain, magar jahan tak awwal uzkar hissay ka mamla hai, is ki babat qatai maloomat hasil nahin.</w:t>
      </w:r>
    </w:p>
    <w:p>
      <w:pPr>
        <w:jc w:val="right"/>
      </w:pPr>
      <w:r>
        <w:t>ثانی ذکر حصے کے بارے میں ہم کو مکمل معلومات حاصل ہیں، مگر جہاں تک اول الذکر حصے کا معاملہ ہے، اس کی بابت قطعی معلومات حاصل نہیں۔</w:t>
      </w:r>
    </w:p>
    <w:p>
      <w:r>
        <w:rPr>
          <w:b/>
        </w:rPr>
        <w:t xml:space="preserve">[19:17] </w:t>
      </w:r>
      <w:r>
        <w:t>hijrat ke baad rasool Allah sal Allah alih wasallam ne sirf aik baar hajj ka fariza ada kiya, jis ko aam taur par hajja tul wida kaha jata hai.</w:t>
      </w:r>
    </w:p>
    <w:p>
      <w:pPr>
        <w:jc w:val="right"/>
      </w:pPr>
      <w:r>
        <w:t>ہجرت کے بعد رسول اللہ صلی اللہ علیہ وسلم نے صرف ایک بار حج کا فریضہ ادا کیا، جس کو عام طور پر حجۃ الوداع کہا جاتا ہے۔</w:t>
      </w:r>
    </w:p>
    <w:p>
      <w:r>
        <w:rPr>
          <w:b/>
        </w:rPr>
        <w:t xml:space="preserve">[19:31] </w:t>
      </w:r>
      <w:r>
        <w:t>hijrat se pehle aap makay mein muqeem thay. riwayat se itna sabit hota hai ke makay ke zamana qayam mein bhi aap ne hajj ka fariza ada kiya,</w:t>
      </w:r>
    </w:p>
    <w:p>
      <w:pPr>
        <w:jc w:val="right"/>
      </w:pPr>
      <w:r>
        <w:t>ہجرت سے پہلے آپ مکے میں مقیم تھے۔ روایات سے اتنا ثابت ہوتا ہے کہ مکے کے زمانہ قیام میں بھی آپ نے حج کا فریضہ ادا کیا،</w:t>
      </w:r>
    </w:p>
    <w:p>
      <w:r>
        <w:rPr>
          <w:b/>
        </w:rPr>
        <w:t xml:space="preserve">[19:45] </w:t>
      </w:r>
      <w:r>
        <w:t>magar is ki qatai tafseel nahin milti. sunan tirmizi aur ibn majah mein hai ke aap ne hijrat se pehle do hajj ada kiye.</w:t>
      </w:r>
    </w:p>
    <w:p>
      <w:pPr>
        <w:jc w:val="right"/>
      </w:pPr>
      <w:r>
        <w:t>مگر اس کی قطعی تفصیل نہیں ملتی۔ سنن ترمذی اور ابن ماجہ میں ہے کہ آپ نے ہجرت سے پہلے دو حج ادا کیے۔</w:t>
      </w:r>
    </w:p>
    <w:p>
      <w:r>
        <w:rPr>
          <w:b/>
        </w:rPr>
        <w:t xml:space="preserve">[19:58] </w:t>
      </w:r>
      <w:r>
        <w:t>sahih muslim mein sirf aik hajj ka zikr maujood hai. baaz muhaddiseen ka qaul hai ke aap ahle makah ki aadat ke mutabiq har saal hajj ada karte thay.</w:t>
      </w:r>
    </w:p>
    <w:p>
      <w:pPr>
        <w:jc w:val="right"/>
      </w:pPr>
      <w:r>
        <w:t>صحیح مسلم میں صرف ایک حج کا ذکر موجود ہے۔ بعض محدثین کا قول ہے کہ آپ اہل مکہ کی عادت کے مطابق ہر سال حج ادا کرتے تھے۔</w:t>
      </w:r>
    </w:p>
    <w:p>
      <w:r>
        <w:rPr>
          <w:b/>
        </w:rPr>
        <w:t xml:space="preserve">[20:13] </w:t>
      </w:r>
      <w:r>
        <w:t>tabqat ibn saad ki riwayat se maloom hota hai ke nabuwat ke baad aap ne aik hajj ke siwa aur koi hajj ada nahin kiya.</w:t>
      </w:r>
    </w:p>
    <w:p>
      <w:pPr>
        <w:jc w:val="right"/>
      </w:pPr>
      <w:r>
        <w:t>طبقات ابن سعد کی روایت سے معلوم ہوتا ہے کہ نبوت کے بعد آپ نے ایک حج کے سوا اور کوئی حج ادا نہیں کیا۔</w:t>
      </w:r>
    </w:p>
    <w:p>
      <w:r>
        <w:rPr>
          <w:b/>
        </w:rPr>
        <w:t xml:space="preserve">[20:25] </w:t>
      </w:r>
      <w:r>
        <w:t>aik taraf hijrat se qabl hajj ke baray mein itni kam maloomat hain aur doosri taraf hajja tul wida ke baray mein itni tafseeli riwayat milti hain ke is ke mutaliq awwal se aakhir tak mukammal diary murattab ki ja sakti hai.</w:t>
      </w:r>
    </w:p>
    <w:p>
      <w:pPr>
        <w:jc w:val="right"/>
      </w:pPr>
      <w:r>
        <w:t>ایک طرف ہجرت سے قبل حج کے بارے میں اتنی کم معلومات ہیں اور دوسری طرف حجۃ الوداع کے بارے میں اتنی تفصیلی روایات ملتی ہیں کہ اس کے متعلق اول سے آخر تک مکمل ڈائری مرتب کی جا سکتی ہے۔</w:t>
      </w:r>
    </w:p>
    <w:p>
      <w:r>
        <w:rPr>
          <w:b/>
        </w:rPr>
        <w:t xml:space="preserve">[20:48] </w:t>
      </w:r>
      <w:r>
        <w:t>is farq ki wajah kya hai? is ki wajah zamanay ka farq hai.</w:t>
      </w:r>
    </w:p>
    <w:p>
      <w:pPr>
        <w:jc w:val="right"/>
      </w:pPr>
      <w:r>
        <w:t>اس فرق کی وجہ کیا ہے؟ اس کی وجہ زمانے کا فرق ہے۔</w:t>
      </w:r>
    </w:p>
    <w:p>
      <w:r>
        <w:rPr>
          <w:b/>
        </w:rPr>
        <w:t xml:space="preserve">[20:55] </w:t>
      </w:r>
      <w:r>
        <w:t>hijrat se pehle aap ki hesiyat aik nakabil zikr shakhsiyat ki thi. logon ki nazar mein aap koi khaas ahmiyat nahin rakhte thay, magar hajja tul wida aap ki aakhri umar mein is waqt pesh aaya jab ke aap ki hesiyat arab ke fateh ki ho chuki thi.</w:t>
      </w:r>
    </w:p>
    <w:p>
      <w:pPr>
        <w:jc w:val="right"/>
      </w:pPr>
      <w:r>
        <w:t>ہجرت سے پہلے آپ کی حیثیت ایک ناقابل ذکر شخصیت کی تھی۔ لوگوں کی نظر میں آپ کوئی خاص اہمیت نہیں رکھتے تھے، مگر حجۃ الوداع آپ کی آخری عمر میں اس وقت پیش آیا جب کہ آپ کی حیثیت عرب کے فاتح کی ہو چکی تھی۔</w:t>
      </w:r>
    </w:p>
    <w:p>
      <w:r>
        <w:rPr>
          <w:b/>
        </w:rPr>
        <w:t xml:space="preserve">[21:17] </w:t>
      </w:r>
      <w:r>
        <w:t>aap ki zindagi ke do dauron ka yahi farq hai, jis ki bina par aap ke ibtidai hajj ke waqiat ko tareekh ne baqaidah record nahin kiya.</w:t>
      </w:r>
    </w:p>
    <w:p>
      <w:pPr>
        <w:jc w:val="right"/>
      </w:pPr>
      <w:r>
        <w:t>آپ کی زندگی کے دو دوروں کا یہی فرق ہے، جس کی بنا پر آپ کے ابتدائی حج کے واقعات کو تاریخ نے باقاعدہ ریکارڈ نہیں کیا۔</w:t>
      </w:r>
    </w:p>
    <w:p>
      <w:r>
        <w:rPr>
          <w:b/>
        </w:rPr>
        <w:t xml:space="preserve">[21:31] </w:t>
      </w:r>
      <w:r>
        <w:t>aur aap ke aakhri hajj ko tareekh ne itni tafseel ke sath record kiya ke is ka koi chotay se chota juz bhi ghair mazkoor nahin.</w:t>
      </w:r>
    </w:p>
    <w:p>
      <w:pPr>
        <w:jc w:val="right"/>
      </w:pPr>
      <w:r>
        <w:t>اور آپ کے آخری حج کو تاریخ نے اتنی تفصیل کے ساتھ ریکارڈ کیا کہ اس کا کوئی چھوٹے سے چھوٹا جز بھی غیر مذکور نہیں۔</w:t>
      </w:r>
    </w:p>
    <w:p>
      <w:r>
        <w:rPr>
          <w:b/>
        </w:rPr>
        <w:t xml:space="preserve">[21:43] </w:t>
      </w:r>
      <w:r>
        <w:t>riwayat ke zakhairay mein hajja tul wida ki jo tafseelat bikhri hui hain, un ko baaz muallifeen ne yakja karne ki koshish ki hai.</w:t>
      </w:r>
    </w:p>
    <w:p>
      <w:pPr>
        <w:jc w:val="right"/>
      </w:pPr>
      <w:r>
        <w:t>روایات کے ذخیرے میں حجۃ الوداع کی جو تفصیلات بکھری ہوئی ہیں، ان کو بعض مؤلفین نے یکجا کرنے کی کوشش کی ہے۔</w:t>
      </w:r>
    </w:p>
    <w:p>
      <w:r>
        <w:rPr>
          <w:b/>
        </w:rPr>
        <w:t xml:space="preserve">[21:56] </w:t>
      </w:r>
      <w:r>
        <w:t>is silsilay mein chand kitabon ke naam yeh hain:</w:t>
      </w:r>
    </w:p>
    <w:p>
      <w:pPr>
        <w:jc w:val="right"/>
      </w:pPr>
      <w:r>
        <w:t>اس سلسلے میں چند کتابوں کے نام یہ ہیں:</w:t>
      </w:r>
    </w:p>
    <w:p>
      <w:r>
        <w:rPr>
          <w:b/>
        </w:rPr>
        <w:t xml:space="preserve">[22:00] </w:t>
      </w:r>
      <w:r>
        <w:t>al-seerat al-nabawiyyah imam abu al-fida ismail ibn kathir, zad al-maad allamah shamsuddin ibn qayyim al-jawziyyah, sharh al-mawahib al-dunya,</w:t>
      </w:r>
    </w:p>
    <w:p>
      <w:pPr>
        <w:jc w:val="right"/>
      </w:pPr>
      <w:r>
        <w:t>السیرت النبویہ امام ابو الفدا اسماعیل ابن کثیر، زاد المعاد علامہ شمس الدین ابن قیم الجوزیہ، شرح المواہب الدنیا،</w:t>
      </w:r>
    </w:p>
    <w:p>
      <w:r>
        <w:rPr>
          <w:b/>
        </w:rPr>
        <w:t xml:space="preserve">[22:17] </w:t>
      </w:r>
      <w:r>
        <w:t>allamah muhammad ibn abd al-baqi al-zurqani.</w:t>
      </w:r>
    </w:p>
    <w:p>
      <w:pPr>
        <w:jc w:val="right"/>
      </w:pPr>
      <w:r>
        <w:t>علامہ محمد ابن عبدالباقی الزرقانی۔</w:t>
      </w:r>
    </w:p>
    <w:p>
      <w:r>
        <w:rPr>
          <w:b/>
        </w:rPr>
        <w:t xml:space="preserve">[22:24] </w:t>
      </w:r>
      <w:r>
        <w:t>hajja tul wida wa juzw umrat al-nabiy sal Allah alih wasallam al-shaykh muhammad zakariya al-kandahlawi. zeil mein rasool Allah sal Allah alih wasallam ke is hajj ka bayan mukhtasar taur par naqal kiya jata hai.</w:t>
      </w:r>
    </w:p>
    <w:p>
      <w:pPr>
        <w:jc w:val="right"/>
      </w:pPr>
      <w:r>
        <w:t>حجۃ الوداع و جزو عمرات النبی صلی اللہ علیہ وسلم الشیخ محمد زکریا الکاندہلوی ذیل میں رسول اللہ صلی اللہ علیہ وسلم کے اس حج کا بیان مختصر طور پر نقل کیا جاتا ہے۔</w:t>
      </w:r>
    </w:p>
    <w:p>
      <w:r>
        <w:rPr>
          <w:b/>
        </w:rPr>
        <w:t xml:space="preserve">[22:45] </w:t>
      </w:r>
      <w:r>
        <w:t>hajja tul wida san das hijri mein pesh aaya. is ke taqreeban do mah baad madinay mein aap ki wafat ho gayi.</w:t>
      </w:r>
    </w:p>
    <w:p>
      <w:pPr>
        <w:jc w:val="right"/>
      </w:pPr>
      <w:r>
        <w:t>حجۃ الوداع سن دس ہجری میں پیش آیا۔ اس کے تقریباً دو ماہ بعد مدینے میں آپ کی وفات ہوگئی۔</w:t>
      </w:r>
    </w:p>
    <w:p>
      <w:r>
        <w:rPr>
          <w:b/>
        </w:rPr>
        <w:t xml:space="preserve">[22:55] </w:t>
      </w:r>
      <w:r>
        <w:t>aap ke is hajj ko hajja tul wida is liye kaha jata hai ke aap ne minna mein aur arafah ke khutbay mein is waqt ke ahl-e-iman ko wida kaha tha.</w:t>
      </w:r>
    </w:p>
    <w:p>
      <w:pPr>
        <w:jc w:val="right"/>
      </w:pPr>
      <w:r>
        <w:t>آپ کے اس حج کو حجۃ الوداع اس لیے کہا جاتا ہے کہ آپ نے منی میں اور عرفے کے خطبے میں اس وقت کے اہل ایمان کو وداع کہا تھا۔</w:t>
      </w:r>
    </w:p>
    <w:p>
      <w:r>
        <w:rPr>
          <w:b/>
        </w:rPr>
        <w:t xml:space="preserve">[23:09] </w:t>
      </w:r>
      <w:r>
        <w:t>aap ne farmaya tha ke is saal ke baad aindah is jagah tum se meri mulaqat na ho sake gi. rasool Allah sal Allah alih wasallam ka yeh hajj mukhtalif pehluon se ahmiyat rakhta tha.</w:t>
      </w:r>
    </w:p>
    <w:p>
      <w:pPr>
        <w:jc w:val="right"/>
      </w:pPr>
      <w:r>
        <w:t>آپ نے فرمایا تھا کہ اس سال کے بعد آئندہ اس جگہ تم سے میری ملاقات نہ ہو سکے گی۔ رسول اللہ صلی اللہ علیہ وسلم کا یہ حج مختلف پہلوؤں سے اہمیت رکھتا تھا۔</w:t>
      </w:r>
    </w:p>
    <w:p>
      <w:r>
        <w:rPr>
          <w:b/>
        </w:rPr>
        <w:t xml:space="preserve">[23:27] </w:t>
      </w:r>
      <w:r>
        <w:t>isi liye is ko kai namon se yaad kiya jata hai, mislan hajja tul wida, hajja tul islam,</w:t>
      </w:r>
    </w:p>
    <w:p>
      <w:pPr>
        <w:jc w:val="right"/>
      </w:pPr>
      <w:r>
        <w:t>اسی لیے اس کو کئی ناموں سے یاد کیا جاتا ہے، مثلاً حجۃ الوداع، حجۃ الاسلام،</w:t>
      </w:r>
    </w:p>
    <w:p>
      <w:r>
        <w:rPr>
          <w:b/>
        </w:rPr>
        <w:t xml:space="preserve">[23:39] </w:t>
      </w:r>
      <w:r>
        <w:t>hajja tul balagh, hajja tul kamal, hujjat tamam. makkah ramzan san aath hijri mein fateh hua.</w:t>
      </w:r>
    </w:p>
    <w:p>
      <w:pPr>
        <w:jc w:val="right"/>
      </w:pPr>
      <w:r>
        <w:t>حجۃ البلاغ، حجۃ الکمال، حجت تمام۔ مکہ رمضان سن آٹھ ہجری میں فتح ہوا۔</w:t>
      </w:r>
    </w:p>
    <w:p>
      <w:r>
        <w:rPr>
          <w:b/>
        </w:rPr>
        <w:t xml:space="preserve">[23:53] </w:t>
      </w:r>
      <w:r>
        <w:t>rasool Allah sal Allah alih wasallam san aath aur san nau hijri mein hajj ke liye tashreef nahin le gaye. albatta aap ki hidayat ke mutabiq san nau hijri mein teen so musalmanon ki aik jamaat ne madinay se makkah ja kar hajj ada kiya.</w:t>
      </w:r>
    </w:p>
    <w:p>
      <w:pPr>
        <w:jc w:val="right"/>
      </w:pPr>
      <w:r>
        <w:t>رسول اللہ صلی اللہ علیہ وسلم سن آٹھ اور سن نو ہجری میں حج کے لیے تشریف نہیں لے گئے۔ البتہ آپ کی ہدایت کے مطابق سن نو ہجری میں تین سو مسلمانوں کی ایک جماعت نے مدینے سے مکہ جا کر حج ادا کیا۔</w:t>
      </w:r>
    </w:p>
    <w:p>
      <w:r>
        <w:rPr>
          <w:b/>
        </w:rPr>
        <w:t xml:space="preserve">[24:14] </w:t>
      </w:r>
      <w:r>
        <w:t>is jamaat ke ameer Hazrat Abu Bakr Siddiq thay.</w:t>
      </w:r>
    </w:p>
    <w:p>
      <w:pPr>
        <w:jc w:val="right"/>
      </w:pPr>
      <w:r>
        <w:t>اس جماعت کے امیر حضرت ابوبکر صدیق تھے۔</w:t>
      </w:r>
    </w:p>
    <w:p>
      <w:r>
        <w:rPr>
          <w:b/>
        </w:rPr>
        <w:t xml:space="preserve">[24:18] </w:t>
      </w:r>
      <w:r>
        <w:t>is haj mein arab ke mushrikeen bhi shareek thay, magar surah tubah mein nazil shuda hukum ke mutabiq san nau hijri ke haj mein yeh ailaan kar diya gaya ke aaenda se kisi mushrik ko haj karne ki ijazat na hogi.</w:t>
      </w:r>
    </w:p>
    <w:p>
      <w:pPr>
        <w:jc w:val="right"/>
      </w:pPr>
      <w:r>
        <w:t>اس حج میں عرب کے مشرکین بھی شریک تھے، مگر سورہ توبہ میں نازل شدہ حکم کے مطابق سن نو ہجری کے حج میں یہ اعلان کر دیا گیا کہ آئندہ سے کسی مشرک کو حج کرنے کی اجازت نہ ہوگی۔</w:t>
      </w:r>
    </w:p>
    <w:p>
      <w:r>
        <w:rPr>
          <w:b/>
        </w:rPr>
        <w:t xml:space="preserve">[24:36] </w:t>
      </w:r>
      <w:r>
        <w:t>yeh ailaan Hazrat Ali ne kiya. Bukhari. Aglay saal san das hijri mein Rasool Allah Sal Allah Alaihi Wasallam ne haj ka irada farmaya.</w:t>
      </w:r>
    </w:p>
    <w:p>
      <w:pPr>
        <w:jc w:val="right"/>
      </w:pPr>
      <w:r>
        <w:t>یہ اعلان حضرت علی نے کیا۔ بخاری۔ اگلے سال سن دس ہجری میں رسول اللہ صلی اللہ علیہ وسلم نے حج کا ارادہ فرمایا۔</w:t>
      </w:r>
    </w:p>
    <w:p>
      <w:r>
        <w:rPr>
          <w:b/>
        </w:rPr>
        <w:t xml:space="preserve">[24:48] </w:t>
      </w:r>
      <w:r>
        <w:t>isi ke sath tamam qabail mein ehtimam ke sath itlaaat bhi bhej di gayi taake ziyada se ziyada log aap ke sath shareek ho saken.</w:t>
      </w:r>
    </w:p>
    <w:p>
      <w:pPr>
        <w:jc w:val="right"/>
      </w:pPr>
      <w:r>
        <w:t>اسی کے ساتھ تمام قبائل میں اہتمام کے ساتھ اطلاعات بھیج دی گئی تاکہ زیادہ سے زیادہ لوگ آپ کے ساتھ شریک ہو سکیں۔</w:t>
      </w:r>
    </w:p>
    <w:p>
      <w:r>
        <w:rPr>
          <w:b/>
        </w:rPr>
        <w:t xml:space="preserve">[25:01] </w:t>
      </w:r>
      <w:r>
        <w:t>Hazrat Ibrahim aur Hazrat Ismail ke baad haj ki ibadat agarchay jaari thi, magar is mein bohat si jahili rasmein shamil ho gayi theen.</w:t>
      </w:r>
    </w:p>
    <w:p>
      <w:pPr>
        <w:jc w:val="right"/>
      </w:pPr>
      <w:r>
        <w:t>حضرت ابراہیم اور حضرت اسماعیل کے بعد حج کی عبادت اگرچہ جاری تھی، مگر اس میں بہت سی جاہلی رسمیں شامل ہو گئی تھیں۔</w:t>
      </w:r>
    </w:p>
    <w:p>
      <w:r>
        <w:rPr>
          <w:b/>
        </w:rPr>
        <w:t xml:space="preserve">[25:13] </w:t>
      </w:r>
      <w:r>
        <w:t>is liye zaroori tha ke bari tadaad mein log aap ko haj ke aamaal karte hue dekh len aur aaenda isi ke mutabiq haj ada karte rahen.</w:t>
      </w:r>
    </w:p>
    <w:p>
      <w:pPr>
        <w:jc w:val="right"/>
      </w:pPr>
      <w:r>
        <w:t>اس لیے ضروری تھا کہ بڑی تعداد میں لوگ آپ کو حج کے اعمال کرتے ہوئے دیکھ لیں اور آئندہ اسی کے مطابق حج ادا کرتے رہیں۔</w:t>
      </w:r>
    </w:p>
    <w:p>
      <w:r>
        <w:rPr>
          <w:b/>
        </w:rPr>
        <w:t xml:space="preserve">[25:27] </w:t>
      </w:r>
      <w:r>
        <w:t>is qism ke aamaal hamesha dekh kar hi samajh mein aate hain, lafzon mein batane se samajh mein nahin aate. Hazrat Jabir Ibn Abdullah kehte hain ke maine Rasool Allah Sal Allah Alaihi Wasallam ko dekha.</w:t>
      </w:r>
    </w:p>
    <w:p>
      <w:pPr>
        <w:jc w:val="right"/>
      </w:pPr>
      <w:r>
        <w:t>اس قسم کے اعمال ہمیشہ دیکھ کر ہی سمجھ میں آتے ہیں، لفظوں میں بتانے سے سمجھ میں نہیں آتے۔ حضرت جابر ابن عبداللہ کہتے ہیں کہ میں نے رسول اللہ صلی اللہ علیہ وسلم کو دیکھا۔</w:t>
      </w:r>
    </w:p>
    <w:p>
      <w:r>
        <w:rPr>
          <w:b/>
        </w:rPr>
        <w:t xml:space="preserve">[25:43] </w:t>
      </w:r>
      <w:r>
        <w:t>aap apni sawari par thay aur rami jimar kar rahay thay. Aap ne logon ko mukhatib karte hue farmaya ke logon!</w:t>
      </w:r>
    </w:p>
    <w:p>
      <w:pPr>
        <w:jc w:val="right"/>
      </w:pPr>
      <w:r>
        <w:t>آپ اپنی سواری پر تھے اور رمی جمار کر رہے تھے۔ آپ نے لوگوں کو مخاطب کرتے ہوئے فرمایا کہ لوگوں!</w:t>
      </w:r>
    </w:p>
    <w:p>
      <w:r>
        <w:rPr>
          <w:b/>
        </w:rPr>
        <w:t xml:space="preserve">[25:53] </w:t>
      </w:r>
      <w:r>
        <w:t>haj ke tareeqay mujh se seekh lo, shayad is saal ke baad main dobara haj na kar sakoon. Rasool Allah Sal Allah Alaihi Wasallam ke safar haj ki khabar atraf mulk mein phaili.</w:t>
      </w:r>
    </w:p>
    <w:p>
      <w:pPr>
        <w:jc w:val="right"/>
      </w:pPr>
      <w:r>
        <w:t>حج کے طریقے مجھ سے سیکھ لو، شاید اس سال کے بعد میں دوبارہ حج نہ کر سکوں۔ رسول اللہ صلی اللہ علیہ وسلم کے سفر حج کی خبر اطراف ملک میں پھیلی۔</w:t>
      </w:r>
    </w:p>
    <w:p>
      <w:r>
        <w:rPr>
          <w:b/>
        </w:rPr>
        <w:t xml:space="preserve">[26:13] </w:t>
      </w:r>
      <w:r>
        <w:t>Rasool Allah Sal Allah Alaihi Wasallam ke safar haj ki khabar atraf mulk mein phaili to log aana shuru hue, yahan tak ke Madine mein taqreeban ek lakh aadmiyon ka majma ikatha ho gaya.</w:t>
      </w:r>
    </w:p>
    <w:p>
      <w:pPr>
        <w:jc w:val="right"/>
      </w:pPr>
      <w:r>
        <w:t>رسول اللہ صلی اللہ علیہ وسلم کے سفر حج کی خبر اطراف ملک میں پھیلی تو لوگ آنا شروع ہوئے، یہاں تک کہ مدینے میں تقریباً ایک لاکھ آدمیوں کا مجمع اکٹھا ہو گیا۔</w:t>
      </w:r>
    </w:p>
    <w:p>
      <w:r>
        <w:rPr>
          <w:b/>
        </w:rPr>
        <w:t xml:space="preserve">[26:28] </w:t>
      </w:r>
      <w:r>
        <w:t>aap 25 Ziqad 10 Hijri ko Madine se rawana hue. Rastay mein bhi log is qafilay mein shareek hotay rahay.</w:t>
      </w:r>
    </w:p>
    <w:p>
      <w:pPr>
        <w:jc w:val="right"/>
      </w:pPr>
      <w:r>
        <w:t>آپ 25 ذیقعدہ سن دس ہجری کو مدینے سے روانہ ہوئے۔ راستے میں بھی لوگ اس قافلے میں شریک ہوتے رہے۔</w:t>
      </w:r>
    </w:p>
    <w:p>
      <w:r>
        <w:rPr>
          <w:b/>
        </w:rPr>
        <w:t xml:space="preserve">[26:39] </w:t>
      </w:r>
      <w:r>
        <w:t>aap is tarah Makay ki taraf ja rahay thay ke aap ke charon taraf aadmiyon ka hujoom tha. Hazrat Jabir kehte hain ke meri nigah jahan tak jati thi,</w:t>
      </w:r>
    </w:p>
    <w:p>
      <w:pPr>
        <w:jc w:val="right"/>
      </w:pPr>
      <w:r>
        <w:t>آپ اس طرح مکے کی طرف جا رہے تھے کہ آپ کے چاروں طرف آدمیوں کا ہجوم تھا۔ حضرت جابر کہتے ہیں کہ میری نگاہ جہاں تک جاتی تھی،</w:t>
      </w:r>
    </w:p>
    <w:p>
      <w:r>
        <w:rPr>
          <w:b/>
        </w:rPr>
        <w:t xml:space="preserve">[26:53] </w:t>
      </w:r>
      <w:r>
        <w:t>mujhe har taraf insaan hi insaan dikhai detay thay. Makay pohanch kar yeh majma taqreeban sawah lakh ho gaya.</w:t>
      </w:r>
    </w:p>
    <w:p>
      <w:pPr>
        <w:jc w:val="right"/>
      </w:pPr>
      <w:r>
        <w:t>مجھے ہر طرف انسان ہی انسان دکھائی دیتے تھے۔ مکہ پہنچ کر یہ مجمع تقریباً سوا لاکھ ہو گیا۔</w:t>
      </w:r>
    </w:p>
    <w:p>
      <w:r>
        <w:rPr>
          <w:b/>
        </w:rPr>
        <w:t xml:space="preserve">[27:03] </w:t>
      </w:r>
      <w:r>
        <w:t>Rasool Allah Sal Allah Alaihi Wasallam apni is oontni par sawaar thay jis ka naam Qaswa tha.</w:t>
      </w:r>
    </w:p>
    <w:p>
      <w:pPr>
        <w:jc w:val="right"/>
      </w:pPr>
      <w:r>
        <w:t>رسول اللہ صلی اللہ علیہ وسلم اپنی اس اونٹنی پر سوار تھے جس کا نام قصوہ تھا۔</w:t>
      </w:r>
    </w:p>
    <w:p>
      <w:r>
        <w:rPr>
          <w:b/>
        </w:rPr>
        <w:t xml:space="preserve">[27:13] </w:t>
      </w:r>
      <w:r>
        <w:t>yeh ek ghair maamooli qism ki tez raftaar oontni thi, taham is waqt is ke oopar jo kajawa bandha hua tha, us ki qeemat char dirham se ziyada na thi.</w:t>
      </w:r>
    </w:p>
    <w:p>
      <w:pPr>
        <w:jc w:val="right"/>
      </w:pPr>
      <w:r>
        <w:t>یہ ایک غیر معمولی قسم کی تیز رفتار اونٹنی تھی، تاہم اس وقت اس کے اوپر جو کجاوا بندھا ہوا تھا، اس کی قیمت چار درہم سے زیادہ نہ تھی۔</w:t>
      </w:r>
    </w:p>
    <w:p>
      <w:r>
        <w:rPr>
          <w:b/>
        </w:rPr>
        <w:t xml:space="preserve">[27:28] </w:t>
      </w:r>
      <w:r>
        <w:t>goya zaroorat ki had tak aala mayar aur jahan zaroorat ki had khatam ho jaye, wahan sirf sadgi.</w:t>
      </w:r>
    </w:p>
    <w:p>
      <w:pPr>
        <w:jc w:val="right"/>
      </w:pPr>
      <w:r>
        <w:t>گویا ضرورت کی حد تک اعلیٰ معیار اور جہاں ضرورت کی حد ختم ہو جائے، وہاں صرف سادگی۔</w:t>
      </w:r>
    </w:p>
    <w:p>
      <w:r>
        <w:rPr>
          <w:b/>
        </w:rPr>
        <w:t xml:space="preserve">[27:38] </w:t>
      </w:r>
      <w:r>
        <w:t>Rasool Allah Sal Allah Alaihi Wasallam ne rawangi se pehle zuhr ki char rakatein logon ke sath parheen.</w:t>
      </w:r>
    </w:p>
    <w:p>
      <w:pPr>
        <w:jc w:val="right"/>
      </w:pPr>
      <w:r>
        <w:t>رسول اللہ صلی اللہ علیہ وسلم نے روانگی سے پہلے ظہر کی چار رکعتیں لوگوں کے ساتھ پڑھیں۔</w:t>
      </w:r>
    </w:p>
    <w:p>
      <w:r>
        <w:rPr>
          <w:b/>
        </w:rPr>
        <w:t xml:space="preserve">[27:49] </w:t>
      </w:r>
      <w:r>
        <w:t>aap ne ek taqreer farmayi jis mein bataya ke ehram bandhnay ke farz o aadab kya hain.</w:t>
      </w:r>
    </w:p>
    <w:p>
      <w:pPr>
        <w:jc w:val="right"/>
      </w:pPr>
      <w:r>
        <w:t>آپ نے ایک تقریر فرمائی جس میں بتایا کہ احرام باندھنے کے فرائض و آداب کیا ہیں۔</w:t>
      </w:r>
    </w:p>
    <w:p>
      <w:r>
        <w:rPr>
          <w:b/>
        </w:rPr>
        <w:t xml:space="preserve">[27:57] </w:t>
      </w:r>
      <w:r>
        <w:t>is ke baad aap Madine se rawana hue. Madine se paanch meel ke faaslay par Zul Hulaifa ek maqam hai jo ahl e Madina ki miqat hai.</w:t>
      </w:r>
    </w:p>
    <w:p>
      <w:pPr>
        <w:jc w:val="right"/>
      </w:pPr>
      <w:r>
        <w:t>اس کے بعد آپ مدینے سے روانہ ہوئے۔ مدینے سے پانچ میل کے فاصلے پر ذوالحلیفہ ایک مقام ہے جو اہل مدینہ کی میقات ہے۔</w:t>
      </w:r>
    </w:p>
    <w:p>
      <w:r>
        <w:rPr>
          <w:b/>
        </w:rPr>
        <w:t xml:space="preserve">[28:10] </w:t>
      </w:r>
      <w:r>
        <w:t>yahan pohanch kar aap ne raat guzari. Aglay din aap ne ghusal kiya, zuhr ki namaz do rak'at ada ki aur haj o umrah yani qiran ka ehram bandha.</w:t>
      </w:r>
    </w:p>
    <w:p>
      <w:pPr>
        <w:jc w:val="right"/>
      </w:pPr>
      <w:r>
        <w:t>یہاں پہنچ کر آپ نے رات گزاری۔ اگلے دن آپ نے غسل کیا، ظہر کی نماز دو رکعت ادا کی اور حج و عمرہ یعنی قرآن کا احرام باندھا۔</w:t>
      </w:r>
    </w:p>
    <w:p>
      <w:r>
        <w:rPr>
          <w:b/>
        </w:rPr>
        <w:t xml:space="preserve">[28:25] </w:t>
      </w:r>
      <w:r>
        <w:t>p</w:t>
      </w:r>
    </w:p>
    <w:p>
      <w:pPr>
        <w:jc w:val="right"/>
      </w:pPr>
      <w:r>
        <w:t>پ</w:t>
      </w:r>
    </w:p>
    <w:p>
      <w:r>
        <w:rPr>
          <w:b/>
        </w:rPr>
        <w:t xml:space="preserve">[28:26] </w:t>
      </w:r>
      <w:r>
        <w:t>her talbiya kehtay huay rawana huay: labbaik Allahumma labbaik, labbaik la sharika laka labbaik, innal hamda wan-ni'mata laka wal mulk la sharika lak.</w:t>
      </w:r>
    </w:p>
    <w:p>
      <w:pPr>
        <w:jc w:val="right"/>
      </w:pPr>
      <w:r>
        <w:t>ھر تلبیہ کہتے ہوئے روانہ ہوئے: لبیک اللہم لبیک، لبیک لا شریک لک لبیک، ان الحمد والنعمت لک والملک لا شریک لک۔</w:t>
      </w:r>
    </w:p>
    <w:p>
      <w:r>
        <w:rPr>
          <w:b/>
        </w:rPr>
        <w:t xml:space="preserve">[28:39] </w:t>
      </w:r>
      <w:r>
        <w:t>yani hazir hoon Khudaaya, main hazir hoon, hazir hoon, tera koi shareek nahin, main hazir hoon</w:t>
      </w:r>
    </w:p>
    <w:p>
      <w:pPr>
        <w:jc w:val="right"/>
      </w:pPr>
      <w:r>
        <w:t>یعنی حاضر ہوں خدایا، میں حاضر ہوں، حاضر ہوں، تیرا کوئی شریک نہیں، میں حاضر ہوں</w:t>
      </w:r>
    </w:p>
    <w:p>
      <w:r>
        <w:rPr>
          <w:b/>
        </w:rPr>
        <w:t xml:space="preserve">[28:48] </w:t>
      </w:r>
      <w:r>
        <w:t>, tareef aur nemt tere hi liye hai aur badshahi mein tera koi shareek nahin. Is tarah aap Madine se Makay ki taraf ja rahay thay.</w:t>
      </w:r>
    </w:p>
    <w:p>
      <w:pPr>
        <w:jc w:val="right"/>
      </w:pPr>
      <w:r>
        <w:t>، تعریف اور نعمت تیرے ہی لیے ہے اور بادشاہی میں تیرا کوئی شریک نہیں۔ اس طرح آپ مدینے سے مکے کی طرف جا رہے تھے۔</w:t>
      </w:r>
    </w:p>
    <w:p>
      <w:r>
        <w:rPr>
          <w:b/>
        </w:rPr>
        <w:t xml:space="preserve">[29:02] </w:t>
      </w:r>
      <w:r>
        <w:t>rastay mein koi teela milta to us par charh kar aap buland awaz se Allah o Akbar yani Allah sab se bara hai kehtay,</w:t>
      </w:r>
    </w:p>
    <w:p>
      <w:pPr>
        <w:jc w:val="right"/>
      </w:pPr>
      <w:r>
        <w:t>راستے میں کوئی ٹیلہ ملتا تو اس پر چڑھ کر آپ بلند آواز سے اللہ اکبر یعنی اللہ سب سے بڑا ہے کہتے،</w:t>
      </w:r>
    </w:p>
    <w:p>
      <w:r>
        <w:rPr>
          <w:b/>
        </w:rPr>
        <w:t xml:space="preserve">[29:13] </w:t>
      </w:r>
      <w:r>
        <w:t>goya ke yahan se aap sare aalam ke samnay Allah ki barhai ka ailaan kar rahay hain. Aap char Zilhajj ko Makay pohanchay.</w:t>
      </w:r>
    </w:p>
    <w:p>
      <w:pPr>
        <w:jc w:val="right"/>
      </w:pPr>
      <w:r>
        <w:t>گویا کہ یہاں سے آپ سارے عالم کے سامنے اللہ کی بڑائی کا اعلان کر رہے ہوں۔ آپ چار ذوالحجہ کو مکہ پہنچے۔</w:t>
      </w:r>
    </w:p>
    <w:p>
      <w:r>
        <w:rPr>
          <w:b/>
        </w:rPr>
        <w:t xml:space="preserve">[29:25] </w:t>
      </w:r>
      <w:r>
        <w:t>madine se makkah ka safar no din mein tay hua.</w:t>
      </w:r>
    </w:p>
    <w:p>
      <w:pPr>
        <w:jc w:val="right"/>
      </w:pPr>
      <w:r>
        <w:t>مدینے سے مکے کا سفر نو دن میں طے ہوا۔</w:t>
      </w:r>
    </w:p>
    <w:p>
      <w:r>
        <w:rPr>
          <w:b/>
        </w:rPr>
        <w:t xml:space="preserve">[29:32] </w:t>
      </w:r>
      <w:r>
        <w:t>yeh sehar pahar ka waqt tha. aap chalte hue haram mein dakhil hue.</w:t>
      </w:r>
    </w:p>
    <w:p>
      <w:pPr>
        <w:jc w:val="right"/>
      </w:pPr>
      <w:r>
        <w:t>یہ سہ پہر کا وقت تھا۔ آپ چلتے ہوئے حرم میں داخل ہوئے۔</w:t>
      </w:r>
    </w:p>
    <w:p>
      <w:r>
        <w:rPr>
          <w:b/>
        </w:rPr>
        <w:t xml:space="preserve">[29:40] </w:t>
      </w:r>
      <w:r>
        <w:t>baitullah par nazar pari to aap ki zuban mubarak se nikla: allahumma zid baitakha thashreef-an wa ta'zeeman wa takreeman wa mahabatan.</w:t>
      </w:r>
    </w:p>
    <w:p>
      <w:pPr>
        <w:jc w:val="right"/>
      </w:pPr>
      <w:r>
        <w:t>بیت اللہ پر نظر پڑی تو آپ کی زبان مبارک سے نکلا: اللہم ضد بیتکھذا تشریفا وتعظیما وتکریما ومہابتا۔</w:t>
      </w:r>
    </w:p>
    <w:p>
      <w:r>
        <w:rPr>
          <w:b/>
        </w:rPr>
        <w:t xml:space="preserve">[29:53] </w:t>
      </w:r>
      <w:r>
        <w:t>ae allah! tu apne is ghar ke sharaf aur azmat aur buzurgi aur heebat mein izafa farma. aap apne hath ko utha kar takbeer kehte aur farmate: allahumma antas salam wa minkas salam,</w:t>
      </w:r>
    </w:p>
    <w:p>
      <w:pPr>
        <w:jc w:val="right"/>
      </w:pPr>
      <w:r>
        <w:t>اے اللہ! تو اپنے اس گھر کے شرف اور عظمت اور بزرگی اور ہیبت میں اضافہ فرما۔ آپ اپنے ہاتھ کو اٹھا کر تکبیر کہتے اور فرماتے: اللہم انت السلام ومنک السلام،</w:t>
      </w:r>
    </w:p>
    <w:p>
      <w:r>
        <w:rPr>
          <w:b/>
        </w:rPr>
        <w:t xml:space="preserve">[30:10] </w:t>
      </w:r>
      <w:r>
        <w:t>hayyina rabbana bis salam. ae allah! tu salamti hai, tujh hi se salamti hai. ae hamare rab!</w:t>
      </w:r>
    </w:p>
    <w:p>
      <w:pPr>
        <w:jc w:val="right"/>
      </w:pPr>
      <w:r>
        <w:t>حینا ربنا بالسلام۔ اے اللہ! تو سلامتی ہے، تجھ ہی سے سلامتی ہے۔ اے ہمارے رب!</w:t>
      </w:r>
    </w:p>
    <w:p>
      <w:r>
        <w:rPr>
          <w:b/>
        </w:rPr>
        <w:t xml:space="preserve">[30:18] </w:t>
      </w:r>
      <w:r>
        <w:t>hum ko salamti ke sath zinda rakh. haram mein dakhil ho kar aap ne tahiyatul masjid ka dugana nahi padha balkeh tawaf-e-qudoom shuru kar diya.</w:t>
      </w:r>
    </w:p>
    <w:p>
      <w:pPr>
        <w:jc w:val="right"/>
      </w:pPr>
      <w:r>
        <w:t>ہم کو سلامتی کے ساتھ زندہ رکھ۔ حرم میں داخل ہو کر آپ نے تحیۃ المسجد کا دوگانہ نہیں پڑھا بلکہ طواف قدوم شروع کر دیا۔</w:t>
      </w:r>
    </w:p>
    <w:p>
      <w:r>
        <w:rPr>
          <w:b/>
        </w:rPr>
        <w:t xml:space="preserve">[30:34] </w:t>
      </w:r>
      <w:r>
        <w:t>aap hajar-e-aswad ke pas aaye aur bismillah allah-o-akbar keh kar is ka istilam kiya. phir dayen taraf se chal kar saat bar is ka tawaf is tarah kiya ke ka'bah aap ke bayen taraf tha.</w:t>
      </w:r>
    </w:p>
    <w:p>
      <w:pPr>
        <w:jc w:val="right"/>
      </w:pPr>
      <w:r>
        <w:t>آپ حجر اسود کے پاس آئے اور بسم اللہ اللہ اکبر کہہ کر اس کا استلام کیا۔ پھر دائیں طرف سے چل کر سات بار اس کا طواف اس طرح کیا کہ کعبہ آپ کے بائیں طرف تھا۔</w:t>
      </w:r>
    </w:p>
    <w:p>
      <w:r>
        <w:rPr>
          <w:b/>
        </w:rPr>
        <w:t xml:space="preserve">[30:51] </w:t>
      </w:r>
      <w:r>
        <w:t>tawaf ke pehle teen shawt yani phere mein aap tez tez chale, jis ko ramal kaha jata hai. baqi char pheron mein aap mamool ki chaal chale.</w:t>
      </w:r>
    </w:p>
    <w:p>
      <w:pPr>
        <w:jc w:val="right"/>
      </w:pPr>
      <w:r>
        <w:t>طواف کے پہلے تین شوط یعنی پھیرے میں آپ تیز تیز چلے، جس کو رمل کہا جاتا ہے۔ باقی چار پھیروں میں آپ معمول کی چال چلے۔</w:t>
      </w:r>
    </w:p>
    <w:p>
      <w:r>
        <w:rPr>
          <w:b/>
        </w:rPr>
        <w:t xml:space="preserve">[31:04] </w:t>
      </w:r>
      <w:r>
        <w:t>aap ke bayen shane par ehram ki chadar padi hui thi aur dayen shana khula hua tha. is tareeqe ko ittaba' kaha jata hai.</w:t>
      </w:r>
    </w:p>
    <w:p>
      <w:pPr>
        <w:jc w:val="right"/>
      </w:pPr>
      <w:r>
        <w:t>آپ کے بائیں شانے پر احرام کی چادر پڑی ہوئی تھی اور دایاں شانہ کھلا ہوا تھا۔ اس طریقے کو اتباع کہا جاتا ہے۔</w:t>
      </w:r>
    </w:p>
    <w:p>
      <w:r>
        <w:rPr>
          <w:b/>
        </w:rPr>
        <w:t xml:space="preserve">[31:17] </w:t>
      </w:r>
      <w:r>
        <w:t>tawaf ke dauran jab aap hajar-e-aswad ke samne se guzarte to us ki taraf ishara kar ke apni chhari se istilam karte.</w:t>
      </w:r>
    </w:p>
    <w:p>
      <w:pPr>
        <w:jc w:val="right"/>
      </w:pPr>
      <w:r>
        <w:t>طواف کے دوران جب آپ حجر اسود کے سامنے سے گزرتے تو اس کی طرف اشارہ کر کے اپنی چھڑی سے استلام کرتے۔</w:t>
      </w:r>
    </w:p>
    <w:p>
      <w:r>
        <w:rPr>
          <w:b/>
        </w:rPr>
        <w:t xml:space="preserve">[31:29] </w:t>
      </w:r>
      <w:r>
        <w:t>hajar-e-aswad aur rukn-e-yamani ke darmiyan yeh dua masoor hai: rabbana atina fid dunya hasanatan wa fil akhirati hasanatan wa qina azab-an nar.</w:t>
      </w:r>
    </w:p>
    <w:p>
      <w:pPr>
        <w:jc w:val="right"/>
      </w:pPr>
      <w:r>
        <w:t>حجر اسود اور رکنیمانی کے درمیان یہ دعا معصور ہے: ربنا اتنا فی الدنیا حسنۃ وفاخرۃ حسنۃ وقنا عذاب النار۔</w:t>
      </w:r>
    </w:p>
    <w:p>
      <w:r>
        <w:rPr>
          <w:b/>
        </w:rPr>
        <w:t xml:space="preserve">[31:42] </w:t>
      </w:r>
      <w:r>
        <w:t>yani ae hamare rab! hamein dunya mein bhi bhalai de aur akhirat mein bhi bhalai de aur hum ko aag ke azab se bacha.</w:t>
      </w:r>
    </w:p>
    <w:p>
      <w:pPr>
        <w:jc w:val="right"/>
      </w:pPr>
      <w:r>
        <w:t>یعنی اے ہمارے رب! ہمیں دنیا میں بھی بھلائی دے اور آخرت میں بھی بھلائی دے اور ہم کو آگ کے عذاب سے بچا۔</w:t>
      </w:r>
    </w:p>
    <w:p>
      <w:r>
        <w:rPr>
          <w:b/>
        </w:rPr>
        <w:t xml:space="preserve">[31:52] </w:t>
      </w:r>
      <w:r>
        <w:t>isi tarah tawaf mein aap se baz aur duayein bhi manqool hain.</w:t>
      </w:r>
    </w:p>
    <w:p>
      <w:pPr>
        <w:jc w:val="right"/>
      </w:pPr>
      <w:r>
        <w:t>اسی طرح طواف میں آپ سے بعض اور دعائیں بھی منقول ہیں۔</w:t>
      </w:r>
    </w:p>
    <w:p>
      <w:r>
        <w:rPr>
          <w:b/>
        </w:rPr>
        <w:t xml:space="preserve">[31:59] </w:t>
      </w:r>
      <w:r>
        <w:t>tawaf-e-ka'bah se faraghat ke baad aap maqam-e-ibrahim ke pas aaye aur quran ki yeh ayat padhi: wattakhizoo min maqami ibrahima musalla.</w:t>
      </w:r>
    </w:p>
    <w:p>
      <w:pPr>
        <w:jc w:val="right"/>
      </w:pPr>
      <w:r>
        <w:t>طواف کعبے سے فراغت کے بعد آپ مقام ابراہیم کے پاس آئے اور قرآن کی یہ آیت پڑھی: وتخذوا من مقام ابراہیم مصلی۔</w:t>
      </w:r>
    </w:p>
    <w:p>
      <w:r>
        <w:rPr>
          <w:b/>
        </w:rPr>
        <w:t xml:space="preserve">[32:14] </w:t>
      </w:r>
      <w:r>
        <w:t>al-baqarah 125. maqam-e-ibrahim ke pas khare ho kar aap ne do rakat namaz ada ki. is ke baad hajar-e-aswad ke pas gaye aur is ka boosa liya.</w:t>
      </w:r>
    </w:p>
    <w:p>
      <w:pPr>
        <w:jc w:val="right"/>
      </w:pPr>
      <w:r>
        <w:t>البقرہ 125۔ مقام ابراہیم کے پاس کھڑے ہو کر آپ نے دو رکعت نماز ادا کی۔ اس کے بعد حجر اسود کے پاس گئے اور اس کا بوسہ لیا۔</w:t>
      </w:r>
    </w:p>
    <w:p>
      <w:r>
        <w:rPr>
          <w:b/>
        </w:rPr>
        <w:t xml:space="preserve">[32:28] </w:t>
      </w:r>
      <w:r>
        <w:t>phir safa ki taraf rawana hue. qareeb aaye to farmaya: inas safa wal marwata min sha'airillah, abda bima bada'allah bih.</w:t>
      </w:r>
    </w:p>
    <w:p>
      <w:pPr>
        <w:jc w:val="right"/>
      </w:pPr>
      <w:r>
        <w:t>پھر صفا کی طرف روانہ ہوئے۔ قریب آئے تو فرمایا: ان الصفا والمروۃ من شاعر اللہ، ابدا بما بدا اللہ بہ۔</w:t>
      </w:r>
    </w:p>
    <w:p>
      <w:r>
        <w:rPr>
          <w:b/>
        </w:rPr>
        <w:t xml:space="preserve">[32:42] </w:t>
      </w:r>
      <w:r>
        <w:t>beshak safa aur marwah allah ki nishaniyon mein se hai. main is se shuru karta hoon jis se allah ne shuru kiya hai.</w:t>
      </w:r>
    </w:p>
    <w:p>
      <w:pPr>
        <w:jc w:val="right"/>
      </w:pPr>
      <w:r>
        <w:t>بے شک صفا اور مروہ اللہ کی نشانیوں میں سے ہے۔ میں اس سے شروع کرتا ہوں جس سے اللہ نے شروع کیا ہے۔</w:t>
      </w:r>
    </w:p>
    <w:p>
      <w:r>
        <w:rPr>
          <w:b/>
        </w:rPr>
        <w:t xml:space="preserve">[32:54] </w:t>
      </w:r>
      <w:r>
        <w:t>phir aap safa par chadhe yahan tak ke ka'bah dikhai dene laga. aap ne qibla ki taraf mutawajjah ho kar yeh alfaaz kahe: la ilaha illallah wahdah la sharika lah,</w:t>
      </w:r>
    </w:p>
    <w:p>
      <w:pPr>
        <w:jc w:val="right"/>
      </w:pPr>
      <w:r>
        <w:t>پھر آپ صفا پر چڑھے یہاں تک کہ کعبہ دکھائی دینے لگا۔ آپ نے قبلے کی طرف متوجہ ہو کر یہ الفاظ کہے: لا الہ الا اللہ وحدہ لا شریک لہ،</w:t>
      </w:r>
    </w:p>
    <w:p>
      <w:r>
        <w:rPr>
          <w:b/>
        </w:rPr>
        <w:t xml:space="preserve">[33:08] </w:t>
      </w:r>
      <w:r>
        <w:t>lahul mulku wa lahul hamdu wa huwa 'ala kulli shai'in qadeer. la ilaha illallah wahdah, anjaza wa'dah wa nasara 'abdah wa hazamal ahzaba wahdah.</w:t>
      </w:r>
    </w:p>
    <w:p>
      <w:pPr>
        <w:jc w:val="right"/>
      </w:pPr>
      <w:r>
        <w:t>لہ الملک ولہ الحمد وھو علی کل شی قدیر۔ لا الہ الا اللہ وحدہ، انجز وعدہ ونصر عبدہ وحزم الاحزاب وحدہ۔</w:t>
      </w:r>
    </w:p>
    <w:p>
      <w:r>
        <w:rPr>
          <w:b/>
        </w:rPr>
        <w:t xml:space="preserve">[33:23] </w:t>
      </w:r>
      <w:r>
        <w:t>allah ke siwa koi ilah nahi, woh akela hai, uska koi sharik nahi, usi ki badshahi hai aur usi ke liye sari tareef hai aur woh har cheez par qudrat rakhta hai.</w:t>
      </w:r>
    </w:p>
    <w:p>
      <w:pPr>
        <w:jc w:val="right"/>
      </w:pPr>
      <w:r>
        <w:t>اللہ کے سوا کوئی الہ نہیں، وہ اکیلا ہے، اس کا کوئی شریک نہیں، اسی کی بادشاہی ہے اور اسی کے لیے ساری تعریف ہے اور وہ ہر چیز پر قدرت رکھتا ہے۔</w:t>
      </w:r>
    </w:p>
    <w:p>
      <w:r>
        <w:rPr>
          <w:b/>
        </w:rPr>
        <w:t xml:space="preserve">[33:37] </w:t>
      </w:r>
      <w:r>
        <w:t>allah ke siwa koi ilah nahi, woh akela hai, us ne apna wada pura kar diya, us ne apne bande ki madad farmayi aur tamam girohon ko tanha shikast di.</w:t>
      </w:r>
    </w:p>
    <w:p>
      <w:pPr>
        <w:jc w:val="right"/>
      </w:pPr>
      <w:r>
        <w:t>اللہ کے سوا کوئی الہ نہیں، وہ اکیلا ہے، اس نے اپنا وعدہ پورا کر دیا، اس نے اپنے بندے کی مدد فرمائی اور تمام گروہوں کو تنہا شکست دی۔</w:t>
      </w:r>
    </w:p>
    <w:p>
      <w:r>
        <w:rPr>
          <w:b/>
        </w:rPr>
        <w:t xml:space="preserve">[33:52] </w:t>
      </w:r>
      <w:r>
        <w:t>phir aap safa se utar kar marwah ki taraf rawana hue. dono pahadiyon ke darmiyan aap ne is tarah sai'ee farmayi ke jab aap nashib mein yani milayn-e-akhzarin ke darmiyan pahunche to daudne lage.</w:t>
      </w:r>
    </w:p>
    <w:p>
      <w:pPr>
        <w:jc w:val="right"/>
      </w:pPr>
      <w:r>
        <w:t>پھر آپ صفا سے اتر کر مروہ کی طرف روانہ ہوئے۔ دونوں پہاڑیوں کے درمیان آپ نے اس طرح صحیح فرمائی کہ جب آپ نشیب میں یعنی میلین اخزرین کے درمیان پہنچے تو دوڑنے لگے۔</w:t>
      </w:r>
    </w:p>
    <w:p>
      <w:r>
        <w:rPr>
          <w:b/>
        </w:rPr>
        <w:t xml:space="preserve">[34:09] </w:t>
      </w:r>
      <w:r>
        <w:t>nashib khatam hua to ahista chalne lage. marwah pahunch kar aap us ke upar itna chadhe ke ka'bah dikhai dene laga.</w:t>
      </w:r>
    </w:p>
    <w:p>
      <w:pPr>
        <w:jc w:val="right"/>
      </w:pPr>
      <w:r>
        <w:t>نشیب ختم ہوا تو آہستہ چلنے لگے۔ مروہ پہنچ کر آپ اس کے اوپر اتنا چڑھے کہ کعبہ دکھائی دینے لگا۔</w:t>
      </w:r>
    </w:p>
    <w:p>
      <w:r>
        <w:rPr>
          <w:b/>
        </w:rPr>
        <w:t xml:space="preserve">[34:20] </w:t>
      </w:r>
      <w:r>
        <w:t>yahan bhi aap ne takbeer o tahleel ki aur dua mangi. isi tarah aap ne safa o marwah ke darmiyan saat phere kiye.</w:t>
      </w:r>
    </w:p>
    <w:p>
      <w:pPr>
        <w:jc w:val="right"/>
      </w:pPr>
      <w:r>
        <w:t>یہاں بھی آپ نے تکبیر و تحلیل کی اور دعا مانگی۔ اسی طرح آپ نے صفا و مروہ کے درمیان سات پھیرے کیے۔</w:t>
      </w:r>
    </w:p>
    <w:p>
      <w:r>
        <w:rPr>
          <w:b/>
        </w:rPr>
        <w:t xml:space="preserve">[34:32] </w:t>
      </w:r>
      <w:r>
        <w:t>baz riwayat ke mutabiq aap ne ibtidai chand phere pairon par kiye aur baqi phere apni oontni par sawar ho kar.</w:t>
      </w:r>
    </w:p>
    <w:p>
      <w:pPr>
        <w:jc w:val="right"/>
      </w:pPr>
      <w:r>
        <w:t>بعض روایات کے مطابق آپ نے ابتدائی چند پھیرے پیروں پر کیے اور بقیہ پھیرے اپنی اونٹنی پر سوار ہو کر۔</w:t>
      </w:r>
    </w:p>
    <w:p>
      <w:r>
        <w:rPr>
          <w:b/>
        </w:rPr>
        <w:t xml:space="preserve">[34:42] </w:t>
      </w:r>
      <w:r>
        <w:t>aap ne aisa غالباً is liye kiya ke door tak phaila hua majma aap ke amal ko بخوبی طور par dekh sakay.</w:t>
      </w:r>
    </w:p>
    <w:p>
      <w:pPr>
        <w:jc w:val="right"/>
      </w:pPr>
      <w:r>
        <w:t>آپ نے ایسا غالباً اس لیے کیا کہ دور تک پھیلا ہوا مجمع آپ کے عمل کو بخوبی طور پر دیکھ سکے۔</w:t>
      </w:r>
    </w:p>
    <w:p>
      <w:r>
        <w:rPr>
          <w:b/>
        </w:rPr>
        <w:t xml:space="preserve">[34:53] </w:t>
      </w:r>
      <w:r>
        <w:t>aap ka saatwan phaira marwa par khatam hua. rasool Allah sal Allah alaih wasallam chaar zul hajjah ko makay mein maqam abtah mein utray thay.</w:t>
      </w:r>
    </w:p>
    <w:p>
      <w:pPr>
        <w:jc w:val="right"/>
      </w:pPr>
      <w:r>
        <w:t>آپ کا ساتواں پھیرا مروہ پر ختم ہوا۔ رسول اللہ صلی اللہ علیہ وسلم چار ذوالحجہ کو مکے میں مقام ابطح میں اترے تھے۔</w:t>
      </w:r>
    </w:p>
    <w:p>
      <w:r>
        <w:rPr>
          <w:b/>
        </w:rPr>
        <w:t xml:space="preserve">[35:06] </w:t>
      </w:r>
      <w:r>
        <w:t>yahan aap aath zul hajjah tak yaani chaar din rahay aur wahin apne hamrahiyon ke sath qasr kar ke namaz parhtay rahay.</w:t>
      </w:r>
    </w:p>
    <w:p>
      <w:pPr>
        <w:jc w:val="right"/>
      </w:pPr>
      <w:r>
        <w:t>یہاں آپ آٹھ ذوالحجہ تک یعنی چار دن رہے اور وہیں اپنے ہمراہیوں کے ساتھ قصر کر کے نماز پڑھتے رہے۔</w:t>
      </w:r>
    </w:p>
    <w:p>
      <w:r>
        <w:rPr>
          <w:b/>
        </w:rPr>
        <w:t xml:space="preserve">[35:17] </w:t>
      </w:r>
      <w:r>
        <w:t>aath zul hajjah ko aap apne tamam ashaab ke sath minah gaye. jatay waqt koi tawaf nahi kiya. is din zuhr aur asar aur maghrib aur isha ki namazain aap ne minah mein parhin aur raat ko yahin qiyam kiya.</w:t>
      </w:r>
    </w:p>
    <w:p>
      <w:pPr>
        <w:jc w:val="right"/>
      </w:pPr>
      <w:r>
        <w:t>آٹھ ذوالحجہ کو آپ اپنے تمام اصحاب کے ساتھ منی گئے۔ جاتے وقت کوئی طواف نہیں کیا۔ اس دن ظہر اور عصر اور مغرب اور عشاء کی نمازیں آپ نے منی میں پڑھیں اور رات کو یہیں قیام کیا۔</w:t>
      </w:r>
    </w:p>
    <w:p>
      <w:r>
        <w:rPr>
          <w:b/>
        </w:rPr>
        <w:t xml:space="preserve">[35:36] </w:t>
      </w:r>
      <w:r>
        <w:t>subah nau zul hajjah ko suraj nikalnay ke baad aap arafat ki taraf rawana hue.</w:t>
      </w:r>
    </w:p>
    <w:p>
      <w:pPr>
        <w:jc w:val="right"/>
      </w:pPr>
      <w:r>
        <w:t>صبح نو ذوالحجہ کو سورج نکلنے کے بعد آپ عرفات کی طرف روانہ ہوئے۔</w:t>
      </w:r>
    </w:p>
    <w:p>
      <w:r>
        <w:rPr>
          <w:b/>
        </w:rPr>
        <w:t xml:space="preserve">[35:45] </w:t>
      </w:r>
      <w:r>
        <w:t>aap namirah yaani wadi e arafah ke aik khaymay mein utray. sahaba mein se koi labbaik pukarta tha aur koi takbeer kehta tha, koi aik doosray par aitraaz nahi karta tha.</w:t>
      </w:r>
    </w:p>
    <w:p>
      <w:pPr>
        <w:jc w:val="right"/>
      </w:pPr>
      <w:r>
        <w:t>آپ نمیرہ یعنی وادی عرفہ کے ایک خیمے میں اترے۔ صحابہ میں سے کوئی لبیک پکارتا تھا اور کوئی تکبیر کہتا تھا، کوئی ایک دوسرے پر اعتراض نہیں کرتا تھا۔</w:t>
      </w:r>
    </w:p>
    <w:p>
      <w:r>
        <w:rPr>
          <w:b/>
        </w:rPr>
        <w:t xml:space="preserve">[36:00] </w:t>
      </w:r>
      <w:r>
        <w:t>jab zawal ka waqt aaya to aap apni oontni par sawar ho kar chalay aur maidan e arafah ke beech mein thehray. yahan maujoodah masjid namirah ki jagah apni sawari par bethay hue aap ne woh khutbah diya jo khutbah hajjat ul wida ke naam se mashhoor hai.</w:t>
      </w:r>
    </w:p>
    <w:p>
      <w:pPr>
        <w:jc w:val="right"/>
      </w:pPr>
      <w:r>
        <w:t>جب زوال کا وقت آیا تو آپ اپنی اونٹنی پر سوار ہو کر چلے اور میدان عرفہ کے بیچ میں ٹھہرے۔ یہاں موجودہ مسجد نمیرہ کی جگہ اپنی سواری پر بیٹھے ہوئے آپ نے وہ خطبہ دیا جو خطبہ حجۃ الوداع کے نام سے مشہور ہے۔</w:t>
      </w:r>
    </w:p>
    <w:p>
      <w:r>
        <w:rPr>
          <w:b/>
        </w:rPr>
        <w:t xml:space="preserve">[36:22] </w:t>
      </w:r>
      <w:r>
        <w:t>yeh khutbah aur doosra khutbah jo aap ne minah mein diya, woh mutfarriq tor par hadees ki kitabon mein mazkoor hain.</w:t>
      </w:r>
    </w:p>
    <w:p>
      <w:pPr>
        <w:jc w:val="right"/>
      </w:pPr>
      <w:r>
        <w:t>یہ خطبہ اور دوسرا خطبہ جو آپ نے منی میں دیا، وہ متفرق طور پر حدیث کی کتابوں میں مذکور ہیں۔</w:t>
      </w:r>
    </w:p>
    <w:p>
      <w:r>
        <w:rPr>
          <w:b/>
        </w:rPr>
        <w:t xml:space="preserve">[36:31] </w:t>
      </w:r>
      <w:r>
        <w:t>in ka majmooa aglay safhon mein naqal kiya ja raha hai. yeh jummah yaani nau zul hajjah ka din tha. jab aap khutbah de chukay to aap ne hazrat bilal ko azan ka hukum diya.</w:t>
      </w:r>
    </w:p>
    <w:p>
      <w:pPr>
        <w:jc w:val="right"/>
      </w:pPr>
      <w:r>
        <w:t>ان کا مجموعہ اگلے صفحات میں نقل کیا جا رہا ہے۔ یہ جمعہ یعنی نو ذوالحجہ کا دن تھا۔ جب آپ خطبہ دے چکے تو آپ نے حضرت بلال کو اذان کا حکم دیا۔</w:t>
      </w:r>
    </w:p>
    <w:p>
      <w:r>
        <w:rPr>
          <w:b/>
        </w:rPr>
        <w:t xml:space="preserve">[36:45] </w:t>
      </w:r>
      <w:r>
        <w:t>unhon ne azan di. aap ne aik azan aur do iqamat se zuhr aur asar ki namaz jama kar ke do do rak'at parhin.</w:t>
      </w:r>
    </w:p>
    <w:p>
      <w:pPr>
        <w:jc w:val="right"/>
      </w:pPr>
      <w:r>
        <w:t>انہوں نے اذان دی۔ آپ نے ایک اذان اور دو اقامت سے ظہر اور عصر کی نماز جمع کر کے دو دو رکعت پڑھیں۔</w:t>
      </w:r>
    </w:p>
    <w:p>
      <w:r>
        <w:rPr>
          <w:b/>
        </w:rPr>
        <w:t xml:space="preserve">[36:55] </w:t>
      </w:r>
      <w:r>
        <w:t>yeh jummah ki namaz nahi balkay zuhr ki qasr namaz thi kyunkay aap ne is mein qirat bil jahar nahi ki. farz ke ilawa is mauqay par koi sunnat ya nafl aap ne nahi parhi.</w:t>
      </w:r>
    </w:p>
    <w:p>
      <w:pPr>
        <w:jc w:val="right"/>
      </w:pPr>
      <w:r>
        <w:t>یہ جمعہ کی نماز نہیں بلکہ ظہر کی قصر نماز تھی کیونکہ آپ نے اس میں قرت بالجہر نہیں کی۔ فرض کے علاوہ اس موقع پر کوئی سنت یا نفل آپ نے نہیں پڑھی۔</w:t>
      </w:r>
    </w:p>
    <w:p>
      <w:r>
        <w:rPr>
          <w:b/>
        </w:rPr>
        <w:t xml:space="preserve">[37:10] </w:t>
      </w:r>
      <w:r>
        <w:t>namaz se farigh ho kar aap arafat ke is maqam par aaye jis ko waqoof ki jagah kaha jata hai. yahan aap ne apne oont par bethay bethay suraj doobnay tak dua ki.</w:t>
      </w:r>
    </w:p>
    <w:p>
      <w:pPr>
        <w:jc w:val="right"/>
      </w:pPr>
      <w:r>
        <w:t>نماز سے فارغ ہو کر آپ عرفات کے اس مقام پر آئے جس کو وقوف کی جگہ کہا جاتا ہے۔ یہاں آپ نے اپنے اونٹ پر بیٹھے بیٹھے سورج ڈوبنے تک دعا کی۔</w:t>
      </w:r>
    </w:p>
    <w:p>
      <w:r>
        <w:rPr>
          <w:b/>
        </w:rPr>
        <w:t xml:space="preserve">[37:23] </w:t>
      </w:r>
      <w:r>
        <w:t>aap ne farmaya ke is din ki dua behtareen dua hai. is waqt aap kis qisam ke rabbani ehsasat se bharay hue thay,</w:t>
      </w:r>
    </w:p>
    <w:p>
      <w:pPr>
        <w:jc w:val="right"/>
      </w:pPr>
      <w:r>
        <w:t>آپ نے فرمایا کہ اس دن کی دعا بہترین دعا ہے۔ اس وقت آپ کس قسم کے ربانی احساسات سے بھرے ہوئے تھے،</w:t>
      </w:r>
    </w:p>
    <w:p>
      <w:r>
        <w:rPr>
          <w:b/>
        </w:rPr>
        <w:t xml:space="preserve">[37:35] </w:t>
      </w:r>
      <w:r>
        <w:t>is ka andaza un kalmat se hota hai jo is waqt aap ki zabaan se nikal rahay thay. aik riwayat ke mutabiq aap ne farmaya: Allahumma innaka tasma'u kalami wa tarani makanai wa ta'lamu sirri wa 'alaniyati, la yakhfa 'alaika shay'un min amri, ana al ba'is al faqeer,</w:t>
      </w:r>
    </w:p>
    <w:p>
      <w:pPr>
        <w:jc w:val="right"/>
      </w:pPr>
      <w:r>
        <w:t>اس کا اندازہ ان کلمات سے ہوتا ہے جو اس وقت آپ کی زبان سے نکل رہے تھے۔ ایک روایت کے مطابق آپ نے فرمایا: اللہم انک تسمع کلامی وترامکانی وتعلم سری وعلانیتی، لا یخف علیک شیء من امری، انا البائس الفقیر،</w:t>
      </w:r>
    </w:p>
    <w:p>
      <w:r>
        <w:rPr>
          <w:b/>
        </w:rPr>
        <w:t xml:space="preserve">[37:59] </w:t>
      </w:r>
      <w:r>
        <w:t>al mughith al mustajeer, al wajil al mushfiq al muqirr, al mu'tarif bi dhanbi, as'aluka mas'alat al miskeen, wa abtahilu ilaika ibtihal al mudhnib al dhaleel,</w:t>
      </w:r>
    </w:p>
    <w:p>
      <w:pPr>
        <w:jc w:val="right"/>
      </w:pPr>
      <w:r>
        <w:t>المغیث المستجیر، الوجل المشفق المقر، المعترف بذنبی، اسلک مسئلہ المسکین، وابتہل الیک ابتہال المذنب الذلیل،</w:t>
      </w:r>
    </w:p>
    <w:p>
      <w:r>
        <w:rPr>
          <w:b/>
        </w:rPr>
        <w:t xml:space="preserve">[38:14] </w:t>
      </w:r>
      <w:r>
        <w:t>wa ad'ooka da'a al kha'if al dharir, man khada'at laka ruqdatuhu wa faadat laka 'aynahu wa dhalla jasaduhu wa raghama anfuhu lak.</w:t>
      </w:r>
    </w:p>
    <w:p>
      <w:pPr>
        <w:jc w:val="right"/>
      </w:pPr>
      <w:r>
        <w:t>ودعوک دعا الخائف الضریر، من خضعت لک رقدتہ وفاضت لک عیناہ وذل جسدہ ورغم انفہ لک۔</w:t>
      </w:r>
    </w:p>
    <w:p>
      <w:r>
        <w:rPr>
          <w:b/>
        </w:rPr>
        <w:t xml:space="preserve">[38:27] </w:t>
      </w:r>
      <w:r>
        <w:t>Allahumma la taj'alni bi du'aika rabbi shaqiyan, wa kun li ra'ufan raheeman, ya khair al mas'ooleen wa ya khair al mu'teen. is asna mein log hajj ke masail poochne atay thay.</w:t>
      </w:r>
    </w:p>
    <w:p>
      <w:pPr>
        <w:jc w:val="right"/>
      </w:pPr>
      <w:r>
        <w:t>اللہم لا تجعلنی بدعائک رب شقیا، وکن لی رؤوفا رحیما، یا خیر المسعولین ویا خیر المعطین۔</w:t>
      </w:r>
    </w:p>
    <w:p>
      <w:r>
        <w:rPr>
          <w:b/>
        </w:rPr>
        <w:t xml:space="preserve">[38:40] </w:t>
      </w:r>
      <w:r>
        <w:t>aey Allah! tu meri baat sun raha hai aur tu meri jagah ko dekh raha hai. tu</w:t>
      </w:r>
    </w:p>
    <w:p>
      <w:pPr>
        <w:jc w:val="right"/>
      </w:pPr>
      <w:r>
        <w:t>اے اللہ! تو میری بات سن رہا ہے اور تو میری جگہ کو دیکھ رہا ہے۔ تو</w:t>
      </w:r>
    </w:p>
    <w:p>
      <w:r>
        <w:rPr>
          <w:b/>
        </w:rPr>
        <w:t xml:space="preserve">[38:47] </w:t>
      </w:r>
      <w:r>
        <w:t>mere chhupe aur khulay ko jaanta hai. meri koi baat tujh se chhuppi hui nahi. mein museebat zadah hoon, muhtaj hoon, tujh se fariyadi hoon, teri panah chahta hoon,</w:t>
      </w:r>
    </w:p>
    <w:p>
      <w:pPr>
        <w:jc w:val="right"/>
      </w:pPr>
      <w:r>
        <w:t>میرے چھپے اور کھلے کو جانتا ہے۔ میری کوئی بات تجھ سے چھپی ہوئی نہیں۔ میں مصیبت زدہ ہوں، محتاج ہوں، تجھ سے فریادی ہوں، تیری پناہ چاہتا ہوں،</w:t>
      </w:r>
    </w:p>
    <w:p>
      <w:r>
        <w:rPr>
          <w:b/>
        </w:rPr>
        <w:t xml:space="preserve">[39:02] </w:t>
      </w:r>
      <w:r>
        <w:t>pareshan hoon, khaufzadah hoon, apne gunahon ka iqrar o aitraf kar raha hoon, tujh se be kas aadmi ki tarah sawal kar raha hoon, aur gunahgar aur haqeer insaan ki tarah tere samnay gidgida raha hoon,</w:t>
      </w:r>
    </w:p>
    <w:p>
      <w:pPr>
        <w:jc w:val="right"/>
      </w:pPr>
      <w:r>
        <w:t>پریشان ہوں، خوفزدہ ہوں، اپنے گناہوں کا اقرار و اعتراف کر رہا ہوں، تجھ سے بے کس آدمی کی طرح سوال کر رہا ہوں، اور گنہگار اور حقیر انسان کی طرح تیرے سامنے گڑگڑا رہا ہوں،</w:t>
      </w:r>
    </w:p>
    <w:p>
      <w:r>
        <w:rPr>
          <w:b/>
        </w:rPr>
        <w:t xml:space="preserve">[39:19] </w:t>
      </w:r>
      <w:r>
        <w:t>aur tujh se khaufzadah aur ift rasidah aadmi ki manind sawal karta hoon,</w:t>
      </w:r>
    </w:p>
    <w:p>
      <w:pPr>
        <w:jc w:val="right"/>
      </w:pPr>
      <w:r>
        <w:t>اور تجھ سے خوفزدہ اور افت رسیدہ آدمی کی مانند سوال کرتا ہوں،</w:t>
      </w:r>
    </w:p>
    <w:p>
      <w:r>
        <w:rPr>
          <w:b/>
        </w:rPr>
        <w:t xml:space="preserve">[39:26] </w:t>
      </w:r>
      <w:r>
        <w:t>jaisay woh shakhs jis ki gardan tere agay jhuki hui ho, aur us ki aankhain tere liye beh pari hon, aur us ka jism tere agay farotani kiye hue ho, aur apni naak tere samnay ragad raha ho.</w:t>
      </w:r>
    </w:p>
    <w:p>
      <w:pPr>
        <w:jc w:val="right"/>
      </w:pPr>
      <w:r>
        <w:t>جیسے وہ شخص جس کی گردن تیرے آگے جھکی ہوئی ہو، اور اس کی آنکھیں تیرے لیے بہہ پڑی ہوں، اور اس کا جسم تیرے آگے فروتنی کیے ہوئے ہو، اور اپنی ناک تیرے سامنے رگڑ رہا ہو۔</w:t>
      </w:r>
    </w:p>
    <w:p>
      <w:r>
        <w:rPr>
          <w:b/>
        </w:rPr>
        <w:t xml:space="preserve">[39:43] </w:t>
      </w:r>
      <w:r>
        <w:t>aey Allah! tu mujhe apne se dua mangnay mein nakaam na rakh, aur tu mere haq mein bara meharban, nihayat reham wala ban ja,</w:t>
      </w:r>
    </w:p>
    <w:p>
      <w:pPr>
        <w:jc w:val="right"/>
      </w:pPr>
      <w:r>
        <w:t>اے اللہ! تو مجھے اپنے سے دعا مانگنے میں ناکام نہ رکھ، اور تو میرے حق میں بڑا مہربان، نہایت رحم والا بن جا،</w:t>
      </w:r>
    </w:p>
    <w:p>
      <w:r>
        <w:rPr>
          <w:b/>
        </w:rPr>
        <w:t xml:space="preserve">[39:54] </w:t>
      </w:r>
      <w:r>
        <w:t>aey tamam mangay janay walon se behtar, aur aey sab denay walon se acha. is asna mein log hajj ke masail poochne atay thay.</w:t>
      </w:r>
    </w:p>
    <w:p>
      <w:pPr>
        <w:jc w:val="right"/>
      </w:pPr>
      <w:r>
        <w:t>اے تمام مانگے جانے والوں سے بہتر، اور اے سب دینے والوں سے اچھا۔ اس اسناء میں لوگ حج کے مسائل پوچھنے آتے تھے۔</w:t>
      </w:r>
    </w:p>
    <w:p>
      <w:r>
        <w:rPr>
          <w:b/>
        </w:rPr>
        <w:t xml:space="preserve">[40:06] </w:t>
      </w:r>
      <w:r>
        <w:t>kuch najdiyon ne poocha ke hajj kya hai? aap ne farmaya ke al hajj arafah yaani hajj arafat mein theharnay ka naam hai.</w:t>
      </w:r>
    </w:p>
    <w:p>
      <w:pPr>
        <w:jc w:val="right"/>
      </w:pPr>
      <w:r>
        <w:t>کچھ نجدیوں نے پوچھا کہ حج کیا ہے؟ آپ نے فرمایا کہ الحج عرفہ یعنی حج عرفات میں ٹھہرنے کا نام ہے۔</w:t>
      </w:r>
    </w:p>
    <w:p>
      <w:r>
        <w:rPr>
          <w:b/>
        </w:rPr>
        <w:t xml:space="preserve">[40:16] </w:t>
      </w:r>
      <w:r>
        <w:t>jo shakhs yom un nahr se pehle yahan aa jaye, iska haj ho gaya.</w:t>
      </w:r>
    </w:p>
    <w:p>
      <w:pPr>
        <w:jc w:val="right"/>
      </w:pPr>
      <w:r>
        <w:t>جو شخص یوم النحر سے پہلے یہاں آ جائے، اس کا حج ہو گیا۔</w:t>
      </w:r>
    </w:p>
    <w:p>
      <w:r>
        <w:rPr>
          <w:b/>
        </w:rPr>
        <w:t xml:space="preserve">[40:21] </w:t>
      </w:r>
      <w:r>
        <w:t>quran ki ayat: al-youm akmalt lakum deenakum wa atmamtu alaikum ni'mati wa raditu lakumul-islama deena al-maidah teen.</w:t>
      </w:r>
    </w:p>
    <w:p>
      <w:pPr>
        <w:jc w:val="right"/>
      </w:pPr>
      <w:r>
        <w:t>قرآن کی آیت: اليوم اکملت لکم دینکم واتممت علیکم نعمت ورضیت لکم الاسلام دینا المائدہ تین۔</w:t>
      </w:r>
    </w:p>
    <w:p>
      <w:r>
        <w:rPr>
          <w:b/>
        </w:rPr>
        <w:t xml:space="preserve">[40:33] </w:t>
      </w:r>
      <w:r>
        <w:t>yahi arafah mein khutbah hajja al-widah ke baad nazil hui. suraj doobne ke baad aap arafah se muzdalifah ki taraf rawana hue.</w:t>
      </w:r>
    </w:p>
    <w:p>
      <w:pPr>
        <w:jc w:val="right"/>
      </w:pPr>
      <w:r>
        <w:t>یہی عرفہ میں خطبہ حجۃ الوداع کے بعد نازل ہوئی۔ سورج ڈوبنے کے بعد آپ عرفہ سے مزدلفہ کی طرف روانہ ہوئے۔</w:t>
      </w:r>
    </w:p>
    <w:p>
      <w:r>
        <w:rPr>
          <w:b/>
        </w:rPr>
        <w:t xml:space="preserve">[40:46] </w:t>
      </w:r>
      <w:r>
        <w:t>usama bin zaid ko apne peeche bitha liya.</w:t>
      </w:r>
    </w:p>
    <w:p>
      <w:pPr>
        <w:jc w:val="right"/>
      </w:pPr>
      <w:r>
        <w:t>اسامہ بن زید کو اپنے پیچھے بٹھا لیا۔</w:t>
      </w:r>
    </w:p>
    <w:p>
      <w:r>
        <w:rPr>
          <w:b/>
        </w:rPr>
        <w:t xml:space="preserve">[40:49] </w:t>
      </w:r>
      <w:r>
        <w:t>rasta bhar aap talbiyah karte rahe. muzdalifah pohnchne tak yeh silsila jaari raha. aap ne logon ko tez chalne se mana farmaya.</w:t>
      </w:r>
    </w:p>
    <w:p>
      <w:pPr>
        <w:jc w:val="right"/>
      </w:pPr>
      <w:r>
        <w:t>راستہ بھر آپ تلبیہ کرتے رہے۔ مزدلفہ پہنچنے تک یہ سلسلہ جاری رہا۔ آپ نے لوگوں کو تیز چلنے سے منع فرمایا۔</w:t>
      </w:r>
    </w:p>
    <w:p>
      <w:r>
        <w:rPr>
          <w:b/>
        </w:rPr>
        <w:t xml:space="preserve">[40:59] </w:t>
      </w:r>
      <w:r>
        <w:t>aap ne kaha: al-sakina, ayyuha an-nas! al-sakina, ayyuha an-nas! fa innal-birra laysa bil-isra'.</w:t>
      </w:r>
    </w:p>
    <w:p>
      <w:pPr>
        <w:jc w:val="right"/>
      </w:pPr>
      <w:r>
        <w:t>آپ نے کہا: السکینہ، ایہا الناس! السکینہ، ایہا الناس! فان البر لیس بالایضا۔</w:t>
      </w:r>
    </w:p>
    <w:p>
      <w:r>
        <w:rPr>
          <w:b/>
        </w:rPr>
        <w:t xml:space="preserve">[41:12] </w:t>
      </w:r>
      <w:r>
        <w:t>logon! sukoon aur itminan ke sath chalo. dorna koi sawab ki baat nahin.</w:t>
      </w:r>
    </w:p>
    <w:p>
      <w:pPr>
        <w:jc w:val="right"/>
      </w:pPr>
      <w:r>
        <w:t>لوگوں! سکون اور اطمینان کے ساتھ چلو۔ دوڑنا کوئی ثواب کی بات نہیں۔</w:t>
      </w:r>
    </w:p>
    <w:p>
      <w:r>
        <w:rPr>
          <w:b/>
        </w:rPr>
        <w:t xml:space="preserve">[41:19] </w:t>
      </w:r>
      <w:r>
        <w:t>muzdalifah mein aap ne hazrat bilal ko azan ka hukum diya. azan ke baad aap khare hue aur oonton ko bithane aur saman utarne se pehle maghrib ki namaz ada ki.</w:t>
      </w:r>
    </w:p>
    <w:p>
      <w:pPr>
        <w:jc w:val="right"/>
      </w:pPr>
      <w:r>
        <w:t>مزدلفہ میں آپ نے حضرت بلال کو اذان کا حکم دیا۔ اذان کے بعد آپ کھڑے ہوئے اور اونٹوں کو بٹھانے اور سامان اتارنے سے پہلے مغرب کی نماز ادا کی۔</w:t>
      </w:r>
    </w:p>
    <w:p>
      <w:r>
        <w:rPr>
          <w:b/>
        </w:rPr>
        <w:t xml:space="preserve">[41:33] </w:t>
      </w:r>
      <w:r>
        <w:t>iske baad jab logon ne saman utar liya to aap ne isha ki namaz do rakat ada farmayi. yahan bhi aap ne ek azan aur do iqamat se dono namazein ada ki</w:t>
      </w:r>
    </w:p>
    <w:p>
      <w:pPr>
        <w:jc w:val="right"/>
      </w:pPr>
      <w:r>
        <w:t>اس کے بعد جب لوگوں نے سامان اتار لیا تو آپ نے عشاء کی نماز دو رکعت ادا فرمائی۔ یہاں بھی آپ نے ایک اذان اور دو اقامت سے دونوں نمازیں ادا کی</w:t>
      </w:r>
    </w:p>
    <w:p>
      <w:r>
        <w:rPr>
          <w:b/>
        </w:rPr>
        <w:t xml:space="preserve">[41:48] </w:t>
      </w:r>
      <w:r>
        <w:t>n. farz ke ilawa aap ne koi aur namaz nahin padhi. iske baad aap lait gaye aur subah tak soye.</w:t>
      </w:r>
    </w:p>
    <w:p>
      <w:pPr>
        <w:jc w:val="right"/>
      </w:pPr>
      <w:r>
        <w:t>ں۔ فرض کے علاوہ آپ نے کوئی اور نماز نہیں پڑھی۔ اس کے بعد آپ لیٹ گئے اور صبح تک سوئے۔</w:t>
      </w:r>
    </w:p>
    <w:p>
      <w:r>
        <w:rPr>
          <w:b/>
        </w:rPr>
        <w:t xml:space="preserve">[41:58] </w:t>
      </w:r>
      <w:r>
        <w:t>subah uth kar fajr ki namaz aap ne awwal waqt padhi. yeh zulhijjah ki das tareekh thi. phir aap sawari par baithe aur mush'ar al-haram aaye.</w:t>
      </w:r>
    </w:p>
    <w:p>
      <w:pPr>
        <w:jc w:val="right"/>
      </w:pPr>
      <w:r>
        <w:t>صبح اٹھ کر فجر کی نماز آپ نے اول وقت پڑھی۔ یہ ذوالحجہ کی دس تاریخ تھی۔ پھر آپ سواری پر بیٹھے اور مشر حرام آئے۔</w:t>
      </w:r>
    </w:p>
    <w:p>
      <w:r>
        <w:rPr>
          <w:b/>
        </w:rPr>
        <w:t xml:space="preserve">[42:11] </w:t>
      </w:r>
      <w:r>
        <w:t>yahan qibla ki taraf rukh karke dua aur tazarrru karte rahe,</w:t>
      </w:r>
    </w:p>
    <w:p>
      <w:pPr>
        <w:jc w:val="right"/>
      </w:pPr>
      <w:r>
        <w:t>یہاں قبلے کی طرف رخ کر کے دعا اور تضرع کرتے رہے،</w:t>
      </w:r>
    </w:p>
    <w:p>
      <w:r>
        <w:rPr>
          <w:b/>
        </w:rPr>
        <w:t xml:space="preserve">[42:16] </w:t>
      </w:r>
      <w:r>
        <w:t>yahan tak ke poori tarah ujala ho gaya. suraj nikalne se pehle aap muzdalifah se rawana hue. aap barabar talbiyah karte rahe.</w:t>
      </w:r>
    </w:p>
    <w:p>
      <w:pPr>
        <w:jc w:val="right"/>
      </w:pPr>
      <w:r>
        <w:t>یہاں تک کہ پوری طرح اجالا ہو گیا۔ سورج نکلنے سے پہلے آپ مزدلفہ سے روانہ ہوئے۔ آپ برابر تلبیہ کرتے رہے۔</w:t>
      </w:r>
    </w:p>
    <w:p>
      <w:r>
        <w:rPr>
          <w:b/>
        </w:rPr>
        <w:t xml:space="preserve">[42:28] </w:t>
      </w:r>
      <w:r>
        <w:t>fazl ibn abbas aap ke peeche sawar the. aap ne unko hukum diya ke rami al-jamar ke liye yahan se saat kankariyan chun lene.</w:t>
      </w:r>
    </w:p>
    <w:p>
      <w:pPr>
        <w:jc w:val="right"/>
      </w:pPr>
      <w:r>
        <w:t>فضل ابن عباس آپ کے پیچھے سوار تھے۔ آپ نے ان کو حکم دیا کہ رمی جمار کے لیے یہاں سے سات کنکریاں چن لیں۔</w:t>
      </w:r>
    </w:p>
    <w:p>
      <w:r>
        <w:rPr>
          <w:b/>
        </w:rPr>
        <w:t xml:space="preserve">[42:39] </w:t>
      </w:r>
      <w:r>
        <w:t>jab aap wadi al-muhasar mein pahunche to logon se kaha ke yahan se tezi se guzar jao.</w:t>
      </w:r>
    </w:p>
    <w:p>
      <w:pPr>
        <w:jc w:val="right"/>
      </w:pPr>
      <w:r>
        <w:t>جب آپ وادی محصر میں پہنچے تو لوگوں سے کہا کہ یہاں سے تیزی سے گزر جاؤ۔</w:t>
      </w:r>
    </w:p>
    <w:p>
      <w:r>
        <w:rPr>
          <w:b/>
        </w:rPr>
        <w:t xml:space="preserve">[42:46] </w:t>
      </w:r>
      <w:r>
        <w:t>apni oontni bhi aap ne tez kardi. wadi al-muhasar woh jagah hai jahan ashab al-feel par khuda ka azab nazil hua tha.</w:t>
      </w:r>
    </w:p>
    <w:p>
      <w:pPr>
        <w:jc w:val="right"/>
      </w:pPr>
      <w:r>
        <w:t>اپنی اونٹنی بھی آپ نے تیز کر دی۔ وادی محصر وہ جگہ ہے جہاں اصحاب فیل پر خدا کا عذاب نازل ہوا تھا۔</w:t>
      </w:r>
    </w:p>
    <w:p>
      <w:r>
        <w:rPr>
          <w:b/>
        </w:rPr>
        <w:t xml:space="preserve">[42:56] </w:t>
      </w:r>
      <w:r>
        <w:t>aap chalte rahe yahan tak ke aap mina pahunche. phir aap jamrat al-aqabah aaye. yahan aap is tarah khare hue ke makkah aap ke baein taraf tha aur mina dahni taraf.</w:t>
      </w:r>
    </w:p>
    <w:p>
      <w:pPr>
        <w:jc w:val="right"/>
      </w:pPr>
      <w:r>
        <w:t>آپ چلتے رہے یہاں تک کہ آپ منی پہنچ گئے۔ پھر آپ جمرۃ العقبہ آئے۔ یہاں آپ اس طرح کھڑے ہوئے کہ مکہ آپ کے بائیں طرف تھا اور منی داہنی طرف۔</w:t>
      </w:r>
    </w:p>
    <w:p>
      <w:r>
        <w:rPr>
          <w:b/>
        </w:rPr>
        <w:t xml:space="preserve">[43:14] </w:t>
      </w:r>
      <w:r>
        <w:t>aap ne sawari par baithe hue suraj nikalne ke baad ek ke baad ek saat kankariyan maari, jis ko rami kaha jata hai.</w:t>
      </w:r>
    </w:p>
    <w:p>
      <w:pPr>
        <w:jc w:val="right"/>
      </w:pPr>
      <w:r>
        <w:t>آپ نے سواری پر بیٹھے ہوئے سورج نکلنے کے بعد ایک کے بعد ایک سات کنکریاں ماریں، جس کو رمی کہا جاتا ہے۔</w:t>
      </w:r>
    </w:p>
    <w:p>
      <w:r>
        <w:rPr>
          <w:b/>
        </w:rPr>
        <w:t xml:space="preserve">[43:24] </w:t>
      </w:r>
      <w:r>
        <w:t>har kankari ke sath aap takbeer kehte jate the. rami al-jamar ke baad aap ne talbiyah mauqoof kiya. iske baad aap mina wapas hue.</w:t>
      </w:r>
    </w:p>
    <w:p>
      <w:pPr>
        <w:jc w:val="right"/>
      </w:pPr>
      <w:r>
        <w:t>ہر کنکری کے ساتھ آپ تکبیر کہتے جاتے تھے۔ رمی جمار کے بعد آپ نے تلبیہ موقوف کیا۔ اس کے بعد آپ منی واپس ہوئے۔</w:t>
      </w:r>
    </w:p>
    <w:p>
      <w:r>
        <w:rPr>
          <w:b/>
        </w:rPr>
        <w:t xml:space="preserve">[43:36] </w:t>
      </w:r>
      <w:r>
        <w:t>aap ne deen ka khulasa in lafzon mein bayan farmaya:</w:t>
      </w:r>
    </w:p>
    <w:p>
      <w:pPr>
        <w:jc w:val="right"/>
      </w:pPr>
      <w:r>
        <w:t>آپ نے دین کا خلاصہ ان لفظوں میں بیان فرمایا:</w:t>
      </w:r>
    </w:p>
    <w:p>
      <w:r>
        <w:rPr>
          <w:b/>
        </w:rPr>
        <w:t xml:space="preserve">[43:41] </w:t>
      </w:r>
      <w:r>
        <w:t>i'budu rabbakum wa sallu khamsakum wa summu shahrrakum wa ati'u dha amrikum tadkhulu jannata rabbikum.</w:t>
      </w:r>
    </w:p>
    <w:p>
      <w:pPr>
        <w:jc w:val="right"/>
      </w:pPr>
      <w:r>
        <w:t>اعبدوا ربکم وصلو خمسکم وصوموا شہرکم واطیعوا ذا امرکم تدخلوا جنت ربکم۔</w:t>
      </w:r>
    </w:p>
    <w:p>
      <w:r>
        <w:rPr>
          <w:b/>
        </w:rPr>
        <w:t xml:space="preserve">[43:51] </w:t>
      </w:r>
      <w:r>
        <w:t>apne rab ki ibadat karo aur panch waqt ki namaz padho aur ramzan ke mahine ka roza rakho aur apne sahib e amr ki itaat karo aur apne rab ki jannat mein dakhil ho jao.</w:t>
      </w:r>
    </w:p>
    <w:p>
      <w:pPr>
        <w:jc w:val="right"/>
      </w:pPr>
      <w:r>
        <w:t>اپنے رب کی عبادت کرو اور پانچ وقت کی نماز پڑھو اور رمضان کے مہینے کا روزہ رکھو اور اپنے صاحب امر کی اطاعت کرو اور اپنے رب کی جنت میں داخل ہو جاؤ۔</w:t>
      </w:r>
    </w:p>
    <w:p>
      <w:r>
        <w:rPr>
          <w:b/>
        </w:rPr>
        <w:t xml:space="preserve">[44:05] </w:t>
      </w:r>
      <w:r>
        <w:t>mina mein aap ne ek khutbah diya.</w:t>
      </w:r>
    </w:p>
    <w:p>
      <w:pPr>
        <w:jc w:val="right"/>
      </w:pPr>
      <w:r>
        <w:t>منی میں آپ نے ایک خطبہ دیا۔</w:t>
      </w:r>
    </w:p>
    <w:p>
      <w:r>
        <w:rPr>
          <w:b/>
        </w:rPr>
        <w:t xml:space="preserve">[44:08] </w:t>
      </w:r>
      <w:r>
        <w:t>yeh aham khutbah arafah ke khutbe se mushabah tha. yeh takrar ghaleban is liye thi ke jis ne wahan na suna ho, woh yahan sun le aur achi tarah yaad kar le.</w:t>
      </w:r>
    </w:p>
    <w:p>
      <w:pPr>
        <w:jc w:val="right"/>
      </w:pPr>
      <w:r>
        <w:t>یہ اہم خطبہ عرفہ کے خطبے سے مشابہ تھا۔ یہ تکرار غالباً اس لیے تھی کہ جس نے وہاں نہ سنا ہو، وہ یہاں سن لے اور اچھی طرح یاد کر لے۔</w:t>
      </w:r>
    </w:p>
    <w:p>
      <w:r>
        <w:rPr>
          <w:b/>
        </w:rPr>
        <w:t xml:space="preserve">[44:20] </w:t>
      </w:r>
      <w:r>
        <w:t>yahan aap ne jin baaton ka ailan farmaya, un mein se yeh bhi tha: la fadla li'arabin 'ala 'ajami wa la li'ajami 'ala 'arabin wa la li'aswada 'ala ahmarin wa la li'ahmara 'ala aswada illa bil-taqwa.</w:t>
      </w:r>
    </w:p>
    <w:p>
      <w:pPr>
        <w:jc w:val="right"/>
      </w:pPr>
      <w:r>
        <w:t>یہاں آپ نے جن باتوں کا اعلان فرمایا، ان میں سے یہ بھی تھا: لا فضل لعربی علی عجمی ولا لعجمی علی عربی ولا لیسود علی احمر ولا لیحمر علی اسود الا بالتقویٰ۔</w:t>
      </w:r>
    </w:p>
    <w:p>
      <w:r>
        <w:rPr>
          <w:b/>
        </w:rPr>
        <w:t xml:space="preserve">[44:39] </w:t>
      </w:r>
      <w:r>
        <w:t>musnad ahmad عن abi nadrat.</w:t>
      </w:r>
    </w:p>
    <w:p>
      <w:pPr>
        <w:jc w:val="right"/>
      </w:pPr>
      <w:r>
        <w:t>مسند احمد عن ابی ندرت۔</w:t>
      </w:r>
    </w:p>
    <w:p>
      <w:r>
        <w:rPr>
          <w:b/>
        </w:rPr>
        <w:t xml:space="preserve">[44:43] </w:t>
      </w:r>
      <w:r>
        <w:t>kisi arabi ko kisi ajami par fazilat nahi aur kisi ajami ko kisi arabi par fazilat nahi aur kisi kale ko kisi surkh par fazilat nahi aur kisi surkh ko kisi kale par fazilat nahi.</w:t>
      </w:r>
    </w:p>
    <w:p>
      <w:pPr>
        <w:jc w:val="right"/>
      </w:pPr>
      <w:r>
        <w:t>کسی عربی کو کسی عجمی پر فضیلت نہیں اور کسی عجمی کو کسی عربی پر فضیلت نہیں اور کسی کالے کو کسی سرخ پر فضیلت نہیں اور کسی سرخ کو کسی کالے پر فضیلت نہیں۔</w:t>
      </w:r>
    </w:p>
    <w:p>
      <w:r>
        <w:rPr>
          <w:b/>
        </w:rPr>
        <w:t xml:space="preserve">[44:57] </w:t>
      </w:r>
      <w:r>
        <w:t>fazilat ka madar sirf taqwe par hai.</w:t>
      </w:r>
    </w:p>
    <w:p>
      <w:pPr>
        <w:jc w:val="right"/>
      </w:pPr>
      <w:r>
        <w:t>فضیلت کا مدار صرف تقوے پر ہے۔</w:t>
      </w:r>
    </w:p>
    <w:p>
      <w:r>
        <w:rPr>
          <w:b/>
        </w:rPr>
        <w:t xml:space="preserve">[45:02] </w:t>
      </w:r>
      <w:r>
        <w:t>neez aap ne farmaya: ali in al-shaytan qad 'isa yu'bad fi baladik abadan walakin satakunu lahu ta'atun fima tuhaqqirun min a'malikum fayarḍa bih.</w:t>
      </w:r>
    </w:p>
    <w:p>
      <w:pPr>
        <w:jc w:val="right"/>
      </w:pPr>
      <w:r>
        <w:t>نیز آپ نے فرمایا: علی ان الشیطان قد عیس یعبد فی بلدکم ابدا ولكن ستكون لہ طاعت فیما تحقرون من اعمالکم فیرضا بہ۔</w:t>
      </w:r>
    </w:p>
    <w:p>
      <w:r>
        <w:rPr>
          <w:b/>
        </w:rPr>
        <w:t xml:space="preserve">[45:17] </w:t>
      </w:r>
      <w:r>
        <w:t>tirmidhi: sun lo! shaitan is se mayus ho gaya hai ke ab tumhare is shahar mein qayamat tak is ki parastish ki jaye,</w:t>
      </w:r>
    </w:p>
    <w:p>
      <w:pPr>
        <w:jc w:val="right"/>
      </w:pPr>
      <w:r>
        <w:t>ترمذی: سن لو! شیطان اس سے مایوس ہو گیا ہے کہ اب تمہارے اس شہر میں قیامت تک اس کی پرستش کی جائے،</w:t>
      </w:r>
    </w:p>
    <w:p>
      <w:r>
        <w:rPr>
          <w:b/>
        </w:rPr>
        <w:t xml:space="preserve">[45:28] </w:t>
      </w:r>
      <w:r>
        <w:t>magar tum aise kamon mein is ki pairwi karoge jis ki tumhari nazar mein ahmiyat na hogi aur wo is se razi ho jayega.</w:t>
      </w:r>
    </w:p>
    <w:p>
      <w:pPr>
        <w:jc w:val="right"/>
      </w:pPr>
      <w:r>
        <w:t>مگر تم ایسے کاموں میں اس کی پیروی کرو گے جس کی تمہاری نظر میں اہمیت نہ ہوگی اور وہ اس سے راضی ہو جائے گا۔</w:t>
      </w:r>
    </w:p>
    <w:p>
      <w:r>
        <w:rPr>
          <w:b/>
        </w:rPr>
        <w:t xml:space="preserve">[45:38] </w:t>
      </w:r>
      <w:r>
        <w:t>is ke baad aap minaa mein maqam-e-nahar yani qurbani ki jagah par gaye. yahan aap ne 63 oont apne hath se zabah kiye.</w:t>
      </w:r>
    </w:p>
    <w:p>
      <w:pPr>
        <w:jc w:val="right"/>
      </w:pPr>
      <w:r>
        <w:t>اس کے بعد آپ منی میں مقام نحر یعنی قربانی کی جگہ پر گئے۔ یہاں آپ نے 63 اونٹ اپنے ہاتھ سے ذبح کیے۔</w:t>
      </w:r>
    </w:p>
    <w:p>
      <w:r>
        <w:rPr>
          <w:b/>
        </w:rPr>
        <w:t xml:space="preserve">[45:48] </w:t>
      </w:r>
      <w:r>
        <w:t>aap ki umar bhi 63 saal hui.</w:t>
      </w:r>
    </w:p>
    <w:p>
      <w:pPr>
        <w:jc w:val="right"/>
      </w:pPr>
      <w:r>
        <w:t>آپ کی عمر بھی 63 سال ہوئی۔</w:t>
      </w:r>
    </w:p>
    <w:p>
      <w:r>
        <w:rPr>
          <w:b/>
        </w:rPr>
        <w:t xml:space="preserve">[45:52] </w:t>
      </w:r>
      <w:r>
        <w:t>is ke baad aap ruke aur hazrat ali se kaha ke sau oont mein jo tadad baqi hai, us ko tum pura kar do. qurbani se farigh ho kar aap ne mamer ibn abdullah hajam ko bulaya aur apne baal mundwaye, jis ko halq kaha jata hai,</w:t>
      </w:r>
    </w:p>
    <w:p>
      <w:pPr>
        <w:jc w:val="right"/>
      </w:pPr>
      <w:r>
        <w:t>اس کے بعد آپ رکے اور حضرت علی سے کہا کہ سو اونٹ میں جو تعداد باقی ہے، اس کو تم پورا کر دو۔ قربانی سے فارغ ہو کر آپ نے مامر ابن عبداللہ حجام کو بلایا اور اپنے بال منڈوائے، جس کو حلق کہا جاتا ہے،</w:t>
      </w:r>
    </w:p>
    <w:p>
      <w:r>
        <w:rPr>
          <w:b/>
        </w:rPr>
        <w:t xml:space="preserve">[46:12] </w:t>
      </w:r>
      <w:r>
        <w:t>aur nakhun katwaye. auraton ko aap ne sirf takhsir yani baal katwane ka hukum diya.</w:t>
      </w:r>
    </w:p>
    <w:p>
      <w:pPr>
        <w:jc w:val="right"/>
      </w:pPr>
      <w:r>
        <w:t>اور ناخن قطروائے۔ عورتوں کو آپ نے صرف تخصیر یعنی بال قطروانے کا حکم دیا۔</w:t>
      </w:r>
    </w:p>
    <w:p>
      <w:r>
        <w:rPr>
          <w:b/>
        </w:rPr>
        <w:t xml:space="preserve">[46:20] </w:t>
      </w:r>
      <w:r>
        <w:t>mundane se mana farmaya. is ke baad aap apni sawari par baith kar makke ke liye rawana hue. aap ne farmaya ke qurbani maqam-e-nahar ke ilawa doosre maqamat par bhi ki ja sakti hai.</w:t>
      </w:r>
    </w:p>
    <w:p>
      <w:pPr>
        <w:jc w:val="right"/>
      </w:pPr>
      <w:r>
        <w:t>منڈنے سے منع فرمایا۔ اس کے بعد آپ اپنی سواری پر بیٹھ کر مکے کے لیے روانہ ہوئے۔ آپ نے فرمایا کہ قربانی مقام نحر کے علاوہ دوسرے مقامات پر بھی کی جا سکتی ہے۔</w:t>
      </w:r>
    </w:p>
    <w:p>
      <w:r>
        <w:rPr>
          <w:b/>
        </w:rPr>
        <w:t xml:space="preserve">[46:36] </w:t>
      </w:r>
      <w:r>
        <w:t>qurbani ka gosht aap ne thoda sa pakwa kar khaya aur baqi sab khairat kar diya. aap ne logon se kaha ke qurbani ka gosht khao aur khilao aur jab tak chahe is ko sukha kar rakho.</w:t>
      </w:r>
    </w:p>
    <w:p>
      <w:pPr>
        <w:jc w:val="right"/>
      </w:pPr>
      <w:r>
        <w:t>قربانی کا گوشت آپ نے تھوڑا سا پکوا کر کھایا اور بقیہ سب خیرات کر دیا۔ آپ نے لوگوں سے کہا کہ قربانی کا گوشت کھاؤ اور کھلاؤ اور جب تک چاہے اس کو سکھا کر رکھو۔</w:t>
      </w:r>
    </w:p>
    <w:p>
      <w:r>
        <w:rPr>
          <w:b/>
        </w:rPr>
        <w:t xml:space="preserve">[46:52] </w:t>
      </w:r>
      <w:r>
        <w:t>das dhi al-hijjah ko aap makke pahunche. yahan aap ne zuhr se pehle tawaf-e-ifada kiya, jis ko tawaf-e-ziyarat bhi kaha jata hai.</w:t>
      </w:r>
    </w:p>
    <w:p>
      <w:pPr>
        <w:jc w:val="right"/>
      </w:pPr>
      <w:r>
        <w:t>دس ذوالحجہ کو آپ مکہ پہنچے۔ یہاں آپ نے ظہر سے پہلے طواف افاضہ کیا، جس کو طواف زیارت بھی کہا جاتا ہے۔</w:t>
      </w:r>
    </w:p>
    <w:p>
      <w:r>
        <w:rPr>
          <w:b/>
        </w:rPr>
        <w:t xml:space="preserve">[47:03] </w:t>
      </w:r>
      <w:r>
        <w:t>is tawaf mein aap ne ramal aur istib'a nahi kiya aur na sa'i ki. is ke baad aap zamzam ke kuen ke pas aaye aur khade ho kar zamzam piya.</w:t>
      </w:r>
    </w:p>
    <w:p>
      <w:pPr>
        <w:jc w:val="right"/>
      </w:pPr>
      <w:r>
        <w:t>اس طواف میں آپ نے رمل اور استباع نہیں کیا اور نہ سعی کی۔ اس کے بعد آپ زم زم کے کنویں کے پاس آئے اور کھڑے ہو کر زم زم پیا۔</w:t>
      </w:r>
    </w:p>
    <w:p>
      <w:r>
        <w:rPr>
          <w:b/>
        </w:rPr>
        <w:t xml:space="preserve">[47:15] </w:t>
      </w:r>
      <w:r>
        <w:t>is waqt hasb-e-dastur khandan-e-abd-ul-mutallib ke log pani nikal kar logon ko pila rahe the. is ke baad aap us roz minaa ke liye wapas ho gaye.</w:t>
      </w:r>
    </w:p>
    <w:p>
      <w:pPr>
        <w:jc w:val="right"/>
      </w:pPr>
      <w:r>
        <w:t>اس وقت حسب دستور خاندان عبدالمطلب کے لوگ پانی نکال کر لوگوں کو پلا رہے تھے۔ اس کے بعد آپ اس روز منی کے لیے واپس ہو گئے۔</w:t>
      </w:r>
    </w:p>
    <w:p>
      <w:r>
        <w:rPr>
          <w:b/>
        </w:rPr>
        <w:t xml:space="preserve">[47:27] </w:t>
      </w:r>
      <w:r>
        <w:t>raat aap ne minaa mein guzari. agle roz gyarah dhi al-hijjah ko aap minaa mein suraj dhalne ka intezar karte rahe.</w:t>
      </w:r>
    </w:p>
    <w:p>
      <w:pPr>
        <w:jc w:val="right"/>
      </w:pPr>
      <w:r>
        <w:t>رات آپ نے منی میں گزاری۔ اگلے روز گیارہ ذوالحجہ کو آپ منی میں سورج ڈھلنے کا انتظار کرتے رہے۔</w:t>
      </w:r>
    </w:p>
    <w:p>
      <w:r>
        <w:rPr>
          <w:b/>
        </w:rPr>
        <w:t xml:space="preserve">[47:39] </w:t>
      </w:r>
      <w:r>
        <w:t>jab zuwal ka waqt aaya to aap sawari se utar kar rami-al-jimar ke liye gaye.</w:t>
      </w:r>
    </w:p>
    <w:p>
      <w:pPr>
        <w:jc w:val="right"/>
      </w:pPr>
      <w:r>
        <w:t>جب زوال کا وقت آیا تو آپ سواری سے اتر کر رمی جمار کے لیے گئے۔</w:t>
      </w:r>
    </w:p>
    <w:p>
      <w:r>
        <w:rPr>
          <w:b/>
        </w:rPr>
        <w:t xml:space="preserve">[47:45] </w:t>
      </w:r>
      <w:r>
        <w:t>pehle aap ne jamra-e-ula par ek ke baad ek saat kankariyan maari. is ke baad kuch der tak dua karte rahe aur phir jamra-e-wusta par isi tarah kankariyan maari.</w:t>
      </w:r>
    </w:p>
    <w:p>
      <w:pPr>
        <w:jc w:val="right"/>
      </w:pPr>
      <w:r>
        <w:t>پہلے آپ نے جمر اولی پر ایک کے بعد ایک سات کنکریاں ماریں۔ اس کے بعد کچھ دیر تک دعا کرتے رہے اور پھر جمر وسطی پر اسی طرح کنکریاں ماریں۔</w:t>
      </w:r>
    </w:p>
    <w:p>
      <w:r>
        <w:rPr>
          <w:b/>
        </w:rPr>
        <w:t xml:space="preserve">[48:00] </w:t>
      </w:r>
      <w:r>
        <w:t>is ke baad phir kuch der tak dua karte rahe. har kankari par aap allah-o-akbar farmate rahe. is ke baad jamra-tul-aqbah ke qarib ja kar us ko saat kankariyan maari.</w:t>
      </w:r>
    </w:p>
    <w:p>
      <w:pPr>
        <w:jc w:val="right"/>
      </w:pPr>
      <w:r>
        <w:t>اس کے بعد پھر کچھ دیر تک دعا کرتے رہے۔ ہر کنکری پر آپ اللہ اکبر فرماتے رہے۔ اس کے بعد جمرۃ العقبہ کے قریب جا کر اس کو سات کنکریاں مار دیں۔</w:t>
      </w:r>
    </w:p>
    <w:p>
      <w:r>
        <w:rPr>
          <w:b/>
        </w:rPr>
        <w:t xml:space="preserve">[48:15] </w:t>
      </w:r>
      <w:r>
        <w:t>phir aap wahan se hat gaye. is ke baad barah dhi al-hijjah aur tera dhi al-hijjah yani ayyam-e-tashriq ke teeno din tak aap minaa hi mein rahe.</w:t>
      </w:r>
    </w:p>
    <w:p>
      <w:pPr>
        <w:jc w:val="right"/>
      </w:pPr>
      <w:r>
        <w:t>پھر آپ وہاں سے ہٹ گئے۔ اس کے بعد بارہ ذوالحجہ اور تیرہ ذوالحجہ یعنی ایام تشریق کے تینوں دن تک آپ منی ہی میں رہے۔</w:t>
      </w:r>
    </w:p>
    <w:p>
      <w:r>
        <w:rPr>
          <w:b/>
        </w:rPr>
        <w:t xml:space="preserve">[48:28] </w:t>
      </w:r>
      <w:r>
        <w:t>minaa mein aap namaz-e-qasr baghair jama' padhate rahe. tera dhi al-hijjah ko zuwal ke baad makke ke liye rawana hue.</w:t>
      </w:r>
    </w:p>
    <w:p>
      <w:pPr>
        <w:jc w:val="right"/>
      </w:pPr>
      <w:r>
        <w:t>منی میں آپ نماز قصر بغیر جمع پڑھاتے رہے۔ تیرہ ذوالحجہ کو زوال کے بعد مکے کے لیے روانہ ہوئے۔</w:t>
      </w:r>
    </w:p>
    <w:p>
      <w:r>
        <w:rPr>
          <w:b/>
        </w:rPr>
        <w:t xml:space="preserve">[48:39] </w:t>
      </w:r>
      <w:r>
        <w:t>aap ne wadi-e-muhasab yani abtah ke ek khaime mein qiyam kiya.</w:t>
      </w:r>
    </w:p>
    <w:p>
      <w:pPr>
        <w:jc w:val="right"/>
      </w:pPr>
      <w:r>
        <w:t>آپ نے وادی محصب یعنی ابطاح کے ایک خیمے میں قیام کیا۔</w:t>
      </w:r>
    </w:p>
    <w:p>
      <w:r>
        <w:rPr>
          <w:b/>
        </w:rPr>
        <w:t xml:space="preserve">[48:44] </w:t>
      </w:r>
      <w:r>
        <w:t>zuhr aur asr aur maghrib aur isha ki namazein yahin padhi. raat ko yahin aram kiya. raat ko pichle pehar uth kar haram gaye aur kaaba ka tawaf yani tawaf-ul-wida kiya aur wahin fajar ki namaz ada ki.</w:t>
      </w:r>
    </w:p>
    <w:p>
      <w:pPr>
        <w:jc w:val="right"/>
      </w:pPr>
      <w:r>
        <w:t>ظہر اور عصر اور مغرب اور عشاء کی نمازیں یہیں پڑھیں۔ رات کو یہیں آرام کیا۔ رات کو پچھلے پہر اٹھ کر حرم گئے اور کعبے کا طواف یعنی طواف الوداع کیا اور وہیں فجر کی نماز ادا کی۔</w:t>
      </w:r>
    </w:p>
    <w:p>
      <w:r>
        <w:rPr>
          <w:b/>
        </w:rPr>
        <w:t xml:space="preserve">[49:01] </w:t>
      </w:r>
      <w:r>
        <w:t>is ke baad qafle ko safar ka hukum diya. sab log apne apne maqam ki taraf rawana ho gaye. aap muhajireen aur ansar ke sath madine ki taraf rawana hue.</w:t>
      </w:r>
    </w:p>
    <w:p>
      <w:pPr>
        <w:jc w:val="right"/>
      </w:pPr>
      <w:r>
        <w:t>اس کے بعد قافلے کو سفر کا حکم دیا۔ سب لوگ اپنے اپنے مقام کی طرف روانہ ہو گئے۔ آپ مہاجرین اور انصار کے ساتھ مدینے کی طرف روانہ ہوئے۔</w:t>
      </w:r>
    </w:p>
    <w:p>
      <w:r>
        <w:rPr>
          <w:b/>
        </w:rPr>
        <w:t xml:space="preserve">[49:13] </w:t>
      </w:r>
      <w:r>
        <w:t>makke mein dakhil hone se le kar nikalne tak aap ka qiyam kul das din raha. jab dhul-hulaifah yani madine ke qarib pahunche to aap thehar gaye aur raat yahan guzri.</w:t>
      </w:r>
    </w:p>
    <w:p>
      <w:pPr>
        <w:jc w:val="right"/>
      </w:pPr>
      <w:r>
        <w:t>مکے میں داخل ہونے سے لے کر نکلنے تک آپ کا قیام کل دس دن رہا۔ جب ذوالحلیفہ یعنی مدینے کے قریب پہنچے تو آپ ٹھہر گئے اور رات یہاں گزری۔</w:t>
      </w:r>
    </w:p>
    <w:p>
      <w:r>
        <w:rPr>
          <w:b/>
        </w:rPr>
        <w:t xml:space="preserve">[49:27] </w:t>
      </w:r>
      <w:r>
        <w:t>subah ko tuloo aftab ke waqt madine mein dakhil hue. jab aap ki nazar swad madine par pari to aap ne teen baar takbeer kahi aur farmaya: Allahu Akbar La ilaha illallah wahdahu la shareeka lah lahul mulku wa lahul hamdu wa huwa ala kulli shai'in qadeer.</w:t>
      </w:r>
    </w:p>
    <w:p>
      <w:pPr>
        <w:jc w:val="right"/>
      </w:pPr>
      <w:r>
        <w:t>صبح کو طلوع آفتاب کے وقت مدینے میں داخل ہوئے۔ جب آپ کی نظر سواد مدینے پر پڑی تو آپ نے تین بار تکبیر کہی اور فرمایا: اللہ اکبر لا الہ الا اللہ وحدہ لا شریک لہ لہ الملک ولہ الحمد وھو علی کل شی قدیر۔</w:t>
      </w:r>
    </w:p>
    <w:p>
      <w:r>
        <w:rPr>
          <w:b/>
        </w:rPr>
        <w:t xml:space="preserve">[49:50] </w:t>
      </w:r>
      <w:r>
        <w:t>aaiboon taiboon aabidoon sajidoon li rabbina hamidoon. saddaqallahu wa'dahu wa nasara abda'hu wa hazamal ahzaaba wahdahu.</w:t>
      </w:r>
    </w:p>
    <w:p>
      <w:pPr>
        <w:jc w:val="right"/>
      </w:pPr>
      <w:r>
        <w:t>ائبون تائبون عابدون ساجدون لربنا حامدون صدق اللہ وعدہ ونصر عبدہ وحزم الاحزاب وحدہ۔</w:t>
      </w:r>
    </w:p>
    <w:p>
      <w:r>
        <w:rPr>
          <w:b/>
        </w:rPr>
        <w:t xml:space="preserve">[50:01] </w:t>
      </w:r>
      <w:r>
        <w:t>Allah sab se bara hai. Allah ke siwa koi ilah nahi. woh akela hai. koi uska shareek nahi.</w:t>
      </w:r>
    </w:p>
    <w:p>
      <w:pPr>
        <w:jc w:val="right"/>
      </w:pPr>
      <w:r>
        <w:t>اللہ سب سے بڑا ہے۔ اللہ کے سوا کوئی الہ نہیں۔ وہ اکیلا ہے۔ کوئی اس کا شریک نہیں۔</w:t>
      </w:r>
    </w:p>
    <w:p>
      <w:r>
        <w:rPr>
          <w:b/>
        </w:rPr>
        <w:t xml:space="preserve">[50:10] </w:t>
      </w:r>
      <w:r>
        <w:t>isi ki badshahi hai aur isi ke liye tareef hai aur woh har cheez par qadir hai. hum laut rahe hain tauba karte hue, ibadat karte hue, sajda karte hue, apne rab ki tareef karte hue.</w:t>
      </w:r>
    </w:p>
    <w:p>
      <w:pPr>
        <w:jc w:val="right"/>
      </w:pPr>
      <w:r>
        <w:t>اسی کی بادشاہی ہے اور اسی کے لیے تعریف ہے اور وہ ہر چیز پر قادر ہے۔ ہم لوٹ رہے ہیں توبہ کرتے ہوئے، عبادت کرتے ہوئے، سجدہ کرتے ہوئے، اپنے رب کی تعریف کرتے ہوئے۔</w:t>
      </w:r>
    </w:p>
    <w:p>
      <w:r>
        <w:rPr>
          <w:b/>
        </w:rPr>
        <w:t xml:space="preserve">[50:26] </w:t>
      </w:r>
      <w:r>
        <w:t>Allah ne apna wada sachcha kiya aur usne apne bande ki madad ki aur usne tamam girohon ko tanha shikast di. Hazrat Usama bin Shuraih kehte hain ke Mina mein log Rasool Allah Sal Allahu Alaihi Wasallam ke paas aate the.</w:t>
      </w:r>
    </w:p>
    <w:p>
      <w:pPr>
        <w:jc w:val="right"/>
      </w:pPr>
      <w:r>
        <w:t>اللہ نے اپنا وعدہ سچا کیا اور اس نے اپنے بندے کی مدد کی اور اس نے تمام گروہوں کو تنہا شکست دی۔ حضرت اسامہ بن شریح کہتے ہیں کہ منی میں لوگ رسول اللہ صلی اللہ علیہ وسلم کے پاس آتے تھے۔</w:t>
      </w:r>
    </w:p>
    <w:p>
      <w:r>
        <w:rPr>
          <w:b/>
        </w:rPr>
        <w:t xml:space="preserve">[50:44] </w:t>
      </w:r>
      <w:r>
        <w:t>koi shakhs kehta ke aye Khuda ke Rasool! maine tawaf se pehle سعی kar li. koi kehta ke maine rami jimar se pehle halq kara liya.</w:t>
      </w:r>
    </w:p>
    <w:p>
      <w:pPr>
        <w:jc w:val="right"/>
      </w:pPr>
      <w:r>
        <w:t>کوئی شخص کہتا کہ اے خدا کے رسول! میں نے طواف سے پہلے سعی کر لی۔ کوئی کہتا کہ میں نے رمی جمار سے پہلے حلق کرا لیا۔</w:t>
      </w:r>
    </w:p>
    <w:p>
      <w:r>
        <w:rPr>
          <w:b/>
        </w:rPr>
        <w:t xml:space="preserve">[50:54] </w:t>
      </w:r>
      <w:r>
        <w:t>kisi ne kaha ke maine pehle qurbani ki aur uske baad rami ki. isi tarah log mukhtalif masail poochte rahe. aap is qism ke sawalat ke jawab mein farmate: af'al wa la haraj.</w:t>
      </w:r>
    </w:p>
    <w:p>
      <w:pPr>
        <w:jc w:val="right"/>
      </w:pPr>
      <w:r>
        <w:t>کسی نے کہا کہ میں نے پہلے قربانی کی اور اس کے بعد رمی کیا۔ اسی طرح لوگ مختلف مسائل پوچھتے رہے۔ آپ اس قسم کے سوالات کے جواب میں فرماتے: افعل ولا حرج۔</w:t>
      </w:r>
    </w:p>
    <w:p>
      <w:r>
        <w:rPr>
          <w:b/>
        </w:rPr>
        <w:t xml:space="preserve">[51:07] </w:t>
      </w:r>
      <w:r>
        <w:t>af'al wa la haraj. kar lo, koi haraj nahi. kar lo, koi haraj nahi. haraj ki baat to yeh hai ke koi aadmi apne bhai ko be-izzat kare.</w:t>
      </w:r>
    </w:p>
    <w:p>
      <w:pPr>
        <w:jc w:val="right"/>
      </w:pPr>
      <w:r>
        <w:t>افعل ولا حرج۔ کر لو، کوئی حرج نہیں۔ کر لو، کوئی حرج نہیں۔ حرج کی بات تو یہ ہے کہ کوئی آدمی اپنے بھائی کو بے عزت کرے۔</w:t>
      </w:r>
    </w:p>
    <w:p>
      <w:r>
        <w:rPr>
          <w:b/>
        </w:rPr>
        <w:t xml:space="preserve">[51:18] </w:t>
      </w:r>
      <w:r>
        <w:t>aisa hi shakhs zalim hai.</w:t>
      </w:r>
    </w:p>
    <w:p>
      <w:pPr>
        <w:jc w:val="right"/>
      </w:pPr>
      <w:r>
        <w:t>ایسا ہی شخص ظالم ہے۔</w:t>
      </w:r>
    </w:p>
    <w:p>
      <w:r>
        <w:rPr>
          <w:b/>
        </w:rPr>
        <w:t xml:space="preserve">[51:21] </w:t>
      </w:r>
      <w:r>
        <w:t>usi ne harj wala kaam kiya aur halak hua.</w:t>
      </w:r>
    </w:p>
    <w:p>
      <w:pPr>
        <w:jc w:val="right"/>
      </w:pPr>
      <w:r>
        <w:t>اسی نے حرج والا کام کیا اور ہلاک ہوا۔</w:t>
      </w:r>
    </w:p>
    <w:p>
      <w:r>
        <w:rPr>
          <w:b/>
        </w:rPr>
        <w:t xml:space="preserve">[51:25] </w:t>
      </w:r>
      <w:r>
        <w:t>bukhari muslim abu daud</w:t>
      </w:r>
    </w:p>
    <w:p>
      <w:pPr>
        <w:jc w:val="right"/>
      </w:pPr>
      <w:r>
        <w:t>بخاری مسلم ابو داؤد</w:t>
      </w:r>
    </w:p>
    <w:p>
      <w:r>
        <w:rPr>
          <w:b/>
        </w:rPr>
        <w:t xml:space="preserve">[51:29] </w:t>
      </w:r>
      <w:r>
        <w:t>an aslamah ibn shurayh radi Allahu anhu qaal: kharajtu ma'a rasool Allah sallallahu alayhi wa sallam haajan faqaal</w:t>
      </w:r>
    </w:p>
    <w:p>
      <w:pPr>
        <w:jc w:val="right"/>
      </w:pPr>
      <w:r>
        <w:t>عن اسلمۃ ابن شریح رضی اللہ عنہ قال: خرجت مع رسول اللہ صلی اللہ علیہ وسلم حاجا فقال</w:t>
      </w:r>
    </w:p>
    <w:p>
      <w:r>
        <w:rPr>
          <w:b/>
        </w:rPr>
        <w:t xml:space="preserve">[51:38] </w:t>
      </w:r>
      <w:r>
        <w:t>alnas ya'tounah faman qailan ya rasool Allah sa'ait qabl an atoof wa akharat shay'an wa qaddamt shay'an</w:t>
      </w:r>
    </w:p>
    <w:p>
      <w:pPr>
        <w:jc w:val="right"/>
      </w:pPr>
      <w:r>
        <w:t>الناس یعتونہ فمن قائل یا رسول اللہ سعیت قبل ان اطوف واخرۃ شیئا وقدمت شیئا</w:t>
      </w:r>
    </w:p>
    <w:p>
      <w:r>
        <w:rPr>
          <w:b/>
        </w:rPr>
        <w:t xml:space="preserve">[51:48] </w:t>
      </w:r>
      <w:r>
        <w:t>wa akharat shay'an wa qaddamt shay'an fakan yaqool la haraj illa ala rajul iftarad</w:t>
      </w:r>
    </w:p>
    <w:p>
      <w:pPr>
        <w:jc w:val="right"/>
      </w:pPr>
      <w:r>
        <w:t>واخرۃ شیئا وقدمت شیئا فکان یقول لا حرج الا علی رجل افترض</w:t>
      </w:r>
    </w:p>
    <w:p>
      <w:r>
        <w:rPr>
          <w:b/>
        </w:rPr>
        <w:t xml:space="preserve">[51:59] </w:t>
      </w:r>
      <w:r>
        <w:t>arad rajul muslim wa huwa zalim fadhalika alladhi haraj wa halak akhrajah</w:t>
      </w:r>
    </w:p>
    <w:p>
      <w:pPr>
        <w:jc w:val="right"/>
      </w:pPr>
      <w:r>
        <w:t>عرض رجل مسلم وھو ظالم فذالک الذی حرج وهلک اخرجہ</w:t>
      </w:r>
    </w:p>
    <w:p>
      <w:r>
        <w:rPr>
          <w:b/>
        </w:rPr>
        <w:t xml:space="preserve">[52:06] </w:t>
      </w:r>
      <w:r>
        <w:t>Abu Dawood</w:t>
      </w:r>
    </w:p>
    <w:p>
      <w:pPr>
        <w:jc w:val="right"/>
      </w:pPr>
      <w:r>
        <w:t>ابو داؤد</w:t>
      </w:r>
    </w:p>
    <w:p>
      <w:r>
        <w:rPr>
          <w:b/>
        </w:rPr>
        <w:t xml:space="preserve">[52:13] </w:t>
      </w:r>
      <w:r>
        <w:t>ek subah. kitaab haqeeqat e hajj Maulana Wahiduddin Khan safha number 29.</w:t>
      </w:r>
    </w:p>
    <w:p>
      <w:pPr>
        <w:jc w:val="right"/>
      </w:pPr>
      <w:r>
        <w:t>ایک صبح۔ کتاب حقیقت حج مولانا وحید الدین خان صفحہ نمبر 29۔</w:t>
      </w:r>
    </w:p>
    <w:p>
      <w:r>
        <w:rPr>
          <w:b/>
        </w:rPr>
        <w:t xml:space="preserve">[52:25] </w:t>
      </w:r>
      <w:r>
        <w:t>Hajjatul Wida ko Rasool Allah Sal Allahu Alaihi Wasallam ne jis tarah ada farmaya us mein hamare liye bohat se nihayat ahem sabaq hain.</w:t>
      </w:r>
    </w:p>
    <w:p>
      <w:pPr>
        <w:jc w:val="right"/>
      </w:pPr>
      <w:r>
        <w:t>حجۃ الوداع کو رسول اللہ صلی اللہ علیہ وسلم نے جس طرح ادا فرمایا اس میں ہمارے لیے بہت سے نہایت اہم سبق ہیں۔</w:t>
      </w:r>
    </w:p>
    <w:p>
      <w:r>
        <w:rPr>
          <w:b/>
        </w:rPr>
        <w:t xml:space="preserve">[52:40] </w:t>
      </w:r>
      <w:r>
        <w:t>in mein se ek yeh hai ke ijtimai zindagi hamesha riwayat ke upar chalti hai.</w:t>
      </w:r>
    </w:p>
    <w:p>
      <w:pPr>
        <w:jc w:val="right"/>
      </w:pPr>
      <w:r>
        <w:t>ان میں سے ایک یہ ہے کہ اجتماعی زندگی ہمیشہ روایات کے اوپر چلتی ہے۔</w:t>
      </w:r>
    </w:p>
    <w:p>
      <w:r>
        <w:rPr>
          <w:b/>
        </w:rPr>
        <w:t xml:space="preserve">[52:50] </w:t>
      </w:r>
      <w:r>
        <w:t>riwayat ko todna ijtimai zindagi mein na qabil e talafi khalal paida kar deta hai. is liye ijtimai zindagi mein jo kuch kiya jaye riwayat ko tode baghair kiya jaye.</w:t>
      </w:r>
    </w:p>
    <w:p>
      <w:pPr>
        <w:jc w:val="right"/>
      </w:pPr>
      <w:r>
        <w:t>روایات کو توڑنا اجتماعی زندگی میں ناقابل تلافی خلل پیدا کر دیتا ہے۔ اس لیے اجتماعی زندگی میں جو کچھ کیا جائے روایات کو توڑے بغیر کیا جائے۔</w:t>
      </w:r>
    </w:p>
    <w:p>
      <w:r>
        <w:rPr>
          <w:b/>
        </w:rPr>
        <w:t xml:space="preserve">[53:07] </w:t>
      </w:r>
      <w:r>
        <w:t>rawayat ko tod kar kaam karna peghambarana tareeqay ke mutabiq nahin.</w:t>
      </w:r>
    </w:p>
    <w:p>
      <w:pPr>
        <w:jc w:val="right"/>
      </w:pPr>
      <w:r>
        <w:t>روایات کو توڑ کر کام کرنا پیغمبرانہ طریقے کے مطابق نہیں۔</w:t>
      </w:r>
    </w:p>
    <w:p>
      <w:r>
        <w:rPr>
          <w:b/>
        </w:rPr>
        <w:t xml:space="preserve">[53:14] </w:t>
      </w:r>
      <w:r>
        <w:t>an jabir ibn abdullah an rasool allah sallallahu alayhi wa sallam makath bilmadinah tis'a sanina</w:t>
      </w:r>
    </w:p>
    <w:p>
      <w:pPr>
        <w:jc w:val="right"/>
      </w:pPr>
      <w:r>
        <w:t>عن جابر ابن عبداللہ ان رسول اللہ صلی اللہ علیہ وسلم مکث بالمدینۃ تسع سنینا</w:t>
      </w:r>
    </w:p>
    <w:p>
      <w:r>
        <w:rPr>
          <w:b/>
        </w:rPr>
        <w:t xml:space="preserve">[53:24] </w:t>
      </w:r>
      <w:r>
        <w:t>lam yajuj thumma adna fi alnas bilhaj fi al'ashirah an rasool allah haj faqadama almadinah</w:t>
      </w:r>
    </w:p>
    <w:p>
      <w:pPr>
        <w:jc w:val="right"/>
      </w:pPr>
      <w:r>
        <w:t>لم یحج ثم ادن فی الناس بالحج فی العاشرۃ ان رسول اللہ حاج فقدم المدینۃ</w:t>
      </w:r>
    </w:p>
    <w:p>
      <w:r>
        <w:rPr>
          <w:b/>
        </w:rPr>
        <w:t xml:space="preserve">[53:34] </w:t>
      </w:r>
      <w:r>
        <w:t>bashar katheer fakharajna ma'ah</w:t>
      </w:r>
    </w:p>
    <w:p>
      <w:pPr>
        <w:jc w:val="right"/>
      </w:pPr>
      <w:r>
        <w:t>بشر کثیر فخرجنا معہ</w:t>
      </w:r>
    </w:p>
    <w:p>
      <w:r>
        <w:rPr>
          <w:b/>
        </w:rPr>
        <w:t xml:space="preserve">[53:38] </w:t>
      </w:r>
      <w:r>
        <w:t>Mishkat. Hazrat Jabir ibn Abdullah kehte hain ke Rasool Allah Sal Allahu Alaihi Wasallam Madine mein no saal rahe magar aap ne hajj ada nahi kiya.</w:t>
      </w:r>
    </w:p>
    <w:p>
      <w:pPr>
        <w:jc w:val="right"/>
      </w:pPr>
      <w:r>
        <w:t>مشکات حضرت جابر ابن عبداللہ کہتے ہیں کہ رسول اللہ صلی اللہ علیہ وسلم مدینے میں نو سال رہے مگر آپ نے حج ادا نہیں کیا۔</w:t>
      </w:r>
    </w:p>
    <w:p>
      <w:r>
        <w:rPr>
          <w:b/>
        </w:rPr>
        <w:t xml:space="preserve">[53:50] </w:t>
      </w:r>
      <w:r>
        <w:t>phir hijrat ke daswe saal elaan kiya gaya ke Rasool Allah Sal Allahu Alaihi Wasallam hajj ke liye jane wale hain. chunancha Madine mein bohat se log jama ho gaye.</w:t>
      </w:r>
    </w:p>
    <w:p>
      <w:pPr>
        <w:jc w:val="right"/>
      </w:pPr>
      <w:r>
        <w:t>پھر ہجرت کے دسویں سال اعلان کیا گیا کہ رسول اللہ صلی اللہ علیہ وسلم حج کے لیے جانے والے ہیں۔ چنانچہ مدینے میں بہت سے لوگ جمع ہو گئے۔</w:t>
      </w:r>
    </w:p>
    <w:p>
      <w:r>
        <w:rPr>
          <w:b/>
        </w:rPr>
        <w:t xml:space="preserve">[54:03] </w:t>
      </w:r>
      <w:r>
        <w:t>phir hum aap ke sath hajj ke liye nikalay.</w:t>
      </w:r>
    </w:p>
    <w:p>
      <w:pPr>
        <w:jc w:val="right"/>
      </w:pPr>
      <w:r>
        <w:t>پھر ہم آپ کے ساتھ حج کے لیے نکلے۔</w:t>
      </w:r>
    </w:p>
    <w:p>
      <w:r>
        <w:rPr>
          <w:b/>
        </w:rPr>
        <w:t xml:space="preserve">[54:08] </w:t>
      </w:r>
      <w:r>
        <w:t>Rasool Allah Sal Allahu Alaihi Wasallam ke is uswe ki roshni mein yeh sawal paida hota hai ke aap ne das saal tak hajj kyun nahi ada farmaya.</w:t>
      </w:r>
    </w:p>
    <w:p>
      <w:pPr>
        <w:jc w:val="right"/>
      </w:pPr>
      <w:r>
        <w:t>رسول اللہ صلی اللہ علیہ وسلم کے اس اسوے کی روشنی میں یہ سوال پیدا ہوتا ہے کہ آپ نے دس سال تک حج کیوں نہیں ادا فرمایا۔</w:t>
      </w:r>
    </w:p>
    <w:p>
      <w:r>
        <w:rPr>
          <w:b/>
        </w:rPr>
        <w:t xml:space="preserve">[54:21] </w:t>
      </w:r>
      <w:r>
        <w:t>ibtedai saalon mein bazahir Quraish ki taraf se muzahamat ka andesha tha jaisa ke Hudaybiyah ke mauqe par unhone aap ko Umrah karne se roka.</w:t>
      </w:r>
    </w:p>
    <w:p>
      <w:pPr>
        <w:jc w:val="right"/>
      </w:pPr>
      <w:r>
        <w:t>ابتدائی سالوں میں بظاہر قریش کی طرف سے مزاحمت کا اندیشہ تھا جیسا کہ حدیبیہ کے موقع پر انہوں نے آپ کو عمرہ کرنے سے روکا۔</w:t>
      </w:r>
    </w:p>
    <w:p>
      <w:r>
        <w:rPr>
          <w:b/>
        </w:rPr>
        <w:t xml:space="preserve">[54:35] </w:t>
      </w:r>
      <w:r>
        <w:t>magar Ramadan san 8 Hijri mein jab Makkah fateh hua to us ke baad yeh rukawat khatam ho chuki thi. Fateh Makkah ke bawajood Rasool Allah Sal Allahu Alaihi Wasallam ne san 8 Hijri aur san 9 Hijri mein hajj ada nahi kiya.</w:t>
      </w:r>
    </w:p>
    <w:p>
      <w:pPr>
        <w:jc w:val="right"/>
      </w:pPr>
      <w:r>
        <w:t>مگر رمضان سن اٹھ ہجری میں جب مکہ فتح ہوا تو اس کے بعد یہ رکاوٹ ختم ہو چکی تھی۔ فتح مکہ کے باوجود رسول اللہ صلی اللہ علیہ وسلم نے سن اٹھ ہجری اور سن نو ہجری میں حج ادا نہیں کیا۔</w:t>
      </w:r>
    </w:p>
    <w:p>
      <w:r>
        <w:rPr>
          <w:b/>
        </w:rPr>
        <w:t xml:space="preserve">[54:57] </w:t>
      </w:r>
      <w:r>
        <w:t>aap sirf san 10 Hijri mein hajj ke liye tashreef le gaye aur us ke do mahine baad aap ki wafat ho gayi.</w:t>
      </w:r>
    </w:p>
    <w:p>
      <w:pPr>
        <w:jc w:val="right"/>
      </w:pPr>
      <w:r>
        <w:t>آپ صرف سن دس ہجری میں حج کے لیے تشریف لے گئے اور اس کے دو ماہ بعد آپ کی وفات ہوگئی۔</w:t>
      </w:r>
    </w:p>
    <w:p>
      <w:r>
        <w:rPr>
          <w:b/>
        </w:rPr>
        <w:t xml:space="preserve">[55:07] </w:t>
      </w:r>
      <w:r>
        <w:t>is ta'khir ki wajah yeh thi ke aap yeh chahte the ke hajj ke nizam mein matlooba islaah riwayat ko tode baghair anjam di jaye.</w:t>
      </w:r>
    </w:p>
    <w:p>
      <w:pPr>
        <w:jc w:val="right"/>
      </w:pPr>
      <w:r>
        <w:t>اس تاخیر کی وجہ یہ تھی کہ آپ یہ چاہتے تھے کہ حج کے نظام میں مطلوبہ اصلاح روایات کو توڑے بغیر انجام دی جائے۔</w:t>
      </w:r>
    </w:p>
    <w:p>
      <w:r>
        <w:rPr>
          <w:b/>
        </w:rPr>
        <w:t xml:space="preserve">[55:21] </w:t>
      </w:r>
      <w:r>
        <w:t>is ta'khir ki wajah yeh thi ke aap yeh chahte the ke hajj ke nizam mein matlooba islaah riwayat ko tode baghair anjam di jaye.</w:t>
      </w:r>
    </w:p>
    <w:p>
      <w:pPr>
        <w:jc w:val="right"/>
      </w:pPr>
      <w:r>
        <w:t>اس تاخیر کی وجہ یہ تھی کہ آپ یہ چاہتے تھے کہ حج کے نظام میں مطلوبہ اصلاح روایات کو توڑے بغیر انجام دی جائے۔</w:t>
      </w:r>
    </w:p>
    <w:p>
      <w:r>
        <w:rPr>
          <w:b/>
        </w:rPr>
        <w:t xml:space="preserve">[55:34] </w:t>
      </w:r>
      <w:r>
        <w:t>calendar do qism ke hain: ek qamri, doosre shamsi. qamri calendar chand ke barhne aur ghatne ke aitbaar se muqarrar hota hai jis ka har aadmi barah-e-raast mushahida kar raha hai.</w:t>
      </w:r>
    </w:p>
    <w:p>
      <w:pPr>
        <w:jc w:val="right"/>
      </w:pPr>
      <w:r>
        <w:t>کیلنڈر دو قسم کے ہیں: ایک قمری، دوسرے شمسی۔ قمری کیلنڈر چاند کے بڑھنے اور گھٹنے کے اعتبار سے مقرر ہوتا ہے جس کا ہر آدمی براہ راست مشاہدہ کر رہا ہے۔</w:t>
      </w:r>
    </w:p>
    <w:p>
      <w:r>
        <w:rPr>
          <w:b/>
        </w:rPr>
        <w:t xml:space="preserve">[55:52] </w:t>
      </w:r>
      <w:r>
        <w:t>shamsi calendar ilm-ul-hisab ke mahireen suraj ki gardish ka riyaziati shumar kar ke banate hain. balafz-e-deegar qamri calendar fitri calendar hai aur shamsi calendar hisabi calendar.</w:t>
      </w:r>
    </w:p>
    <w:p>
      <w:pPr>
        <w:jc w:val="right"/>
      </w:pPr>
      <w:r>
        <w:t>شمسی کیلنڈر علم الحساب کے ماہرین سورج کی گردش کا ریاضیاتی شمار کر کے بناتے ہیں۔ بالفاظ دیگر قمری کیلنڈر فطری کیلنڈر ہے اور شمسی کیلنڈر حسابی کیلنڈر۔</w:t>
      </w:r>
    </w:p>
    <w:p>
      <w:r>
        <w:rPr>
          <w:b/>
        </w:rPr>
        <w:t xml:space="preserve">[56:11] </w:t>
      </w:r>
      <w:r>
        <w:t>ibadat ke nizam ke liye Allah taala ne qamri calendar ko pasand farmaya hai.</w:t>
      </w:r>
    </w:p>
    <w:p>
      <w:pPr>
        <w:jc w:val="right"/>
      </w:pPr>
      <w:r>
        <w:t>عبادات کے نظام کے لیے اللہ تعالی نے قمری کیلنڈر کو پسند فرمایا ہے۔</w:t>
      </w:r>
    </w:p>
    <w:p>
      <w:r>
        <w:rPr>
          <w:b/>
        </w:rPr>
        <w:t xml:space="preserve">[56:18] </w:t>
      </w:r>
      <w:r>
        <w:t>is ki wajah yeh nahi ke qamri calendar afzal ya muqaddas hai. jis Khuda ne chand ki gardish muqarrar ki hai usi Khuda ne suraj ki gardish bhi muqarrar ki hai.</w:t>
      </w:r>
    </w:p>
    <w:p>
      <w:pPr>
        <w:jc w:val="right"/>
      </w:pPr>
      <w:r>
        <w:t>اس کی وجہ یہ نہیں کہ قمری کیلنڈر افضل یا مقدس ہے۔ جس خدا نے چاند کی گردش مقرر کی ہے اسی خدا نے سورج کی گردش بھی مقرر کی ہے۔</w:t>
      </w:r>
    </w:p>
    <w:p>
      <w:r>
        <w:rPr>
          <w:b/>
        </w:rPr>
        <w:t xml:space="preserve">[56:34] </w:t>
      </w:r>
      <w:r>
        <w:t>phir ek muqaddas aur doosra ghair muqaddas kaise ho sakta hai? is ka sabab darasal amli hai na ke aqeedaati.</w:t>
      </w:r>
    </w:p>
    <w:p>
      <w:pPr>
        <w:jc w:val="right"/>
      </w:pPr>
      <w:r>
        <w:t>پھر ایک مقدس اور دوسرا غیر مقدس کیسے ہو سکتا ہے؟ اس کا سبب دراصل عملی ہے نہ کہ اعتقادی۔</w:t>
      </w:r>
    </w:p>
    <w:p>
      <w:r>
        <w:rPr>
          <w:b/>
        </w:rPr>
        <w:t xml:space="preserve">[56:45] </w:t>
      </w:r>
      <w:r>
        <w:t>ibadat mein fitri sadgi ka lihaaz kiya jata hai. isi liye ibadat ko qamri calendar ki buniyad par banaya gaya hai.</w:t>
      </w:r>
    </w:p>
    <w:p>
      <w:pPr>
        <w:jc w:val="right"/>
      </w:pPr>
      <w:r>
        <w:t>عبادات میں فطری سادگی کا لحاظ کیا جاتا ہے۔ اسی لیے عبادات کو قمری کیلنڈر کی بنیاد پر بنایا گیا ہے۔</w:t>
      </w:r>
    </w:p>
    <w:p>
      <w:r>
        <w:rPr>
          <w:b/>
        </w:rPr>
        <w:t xml:space="preserve">[56:55] </w:t>
      </w:r>
      <w:r>
        <w:t>yahi woh haqeeqat hai jo ek riwayat mein in alfaaz mein bayan hui hai: an Abdullah ibn Umar qala Rasool Allah salla Allah alaihi wasallam: "Inna ummatun ummiyyatun la naktubu wa la nahsubu ash-shahr haakada wa</w:t>
      </w:r>
    </w:p>
    <w:p>
      <w:pPr>
        <w:jc w:val="right"/>
      </w:pPr>
      <w:r>
        <w:t>یہی وہ حقیقت ہے جو ایک روایت میں ان الفاظ میں بیان ہوئی ہے: عن عبداللہ ابن عمر قال رسول اللہ صلی اللہ علیہ وسلم: "انا امت امیت لا نکتب ولا نحسب الشہر ہاکدا وه</w:t>
      </w:r>
    </w:p>
    <w:p>
      <w:r>
        <w:rPr>
          <w:b/>
        </w:rPr>
        <w:t xml:space="preserve">[57:13] </w:t>
      </w:r>
      <w:r>
        <w:t>akada inna ummatun ummiyyatun la naktubu wa la nahsubu ash-shahr haakada wa haakada wa haakada wa aqada al-ibhaam fi ath-thalithah thumma qala ash-shahr haakada wa haakada wa haakada ya'ni tamamu ath-thalatheen ya'ni marratan tis'un wa 'ishreen wa marratan thalatheen mutafaq alaih.</w:t>
      </w:r>
    </w:p>
    <w:p>
      <w:pPr>
        <w:jc w:val="right"/>
      </w:pPr>
      <w:r>
        <w:t>اکدا انا امت امیت لا نکتب ولا نحسب الشہر ہاکدا وهاکدا وهاکدا وعقد الابہام فی الثالثہ ثم قال الشہر ہاکدا وهاکدا وهاکدا یعنی تمام الثلاثین یعنی مرہ تسع وعشرین ومرہ ثلاثین متفق علیہ۔</w:t>
      </w:r>
    </w:p>
    <w:p>
      <w:r>
        <w:rPr>
          <w:b/>
        </w:rPr>
        <w:t xml:space="preserve">[57:39] </w:t>
      </w:r>
      <w:r>
        <w:t>" Hazrat Abdullah ibn Umar kehte hain ke Rasool Allah salla Allah alaihi wasallam ne farmaya: "Hum nakhwanda log hain. hum na likhte aur na hisab karte.</w:t>
      </w:r>
    </w:p>
    <w:p>
      <w:pPr>
        <w:jc w:val="right"/>
      </w:pPr>
      <w:r>
        <w:t>" حضرت عبداللہ ابن عمر کہتے ہیں کہ رسول اللہ صلی اللہ علیہ وسلم نے فرمایا: "ہم ناخاندہ لوگ ہیں۔ ہم نہ لکھتے اور نہ حساب کرتے۔</w:t>
      </w:r>
    </w:p>
    <w:p>
      <w:r>
        <w:rPr>
          <w:b/>
        </w:rPr>
        <w:t xml:space="preserve">[57:52] </w:t>
      </w:r>
      <w:r>
        <w:t>mahina yun hai aur yun hai aur yun hai." aur aap ne teesri baar angothe ko mora phir farmaya ke "mahina yun hai aur yun hai aur yun hai."</w:t>
      </w:r>
    </w:p>
    <w:p>
      <w:pPr>
        <w:jc w:val="right"/>
      </w:pPr>
      <w:r>
        <w:t>مہینہ یوں ہے اور یوں ہے اور یوں ہے۔" اور آپ نے تیسری بار انگوٹھے کو موڑا پھر فرمایا کہ "مہینہ یوں ہے اور یوں ہے اور یوں ہے۔"</w:t>
      </w:r>
    </w:p>
    <w:p>
      <w:r>
        <w:rPr>
          <w:b/>
        </w:rPr>
        <w:t xml:space="preserve">[58:04] </w:t>
      </w:r>
      <w:r>
        <w:t>ya'ni poore 30, kisi baar 29 din ka aur kisi baar 30 din ka. qamri mahine ki buniyad chand ki riwayat par hai.</w:t>
      </w:r>
    </w:p>
    <w:p>
      <w:pPr>
        <w:jc w:val="right"/>
      </w:pPr>
      <w:r>
        <w:t>یعنی پورے 30، کسی بار 29 دن کا اور کسی بار 30 دن کا۔ قمری مہینے کی بنیاد چاند کی روایت پر ہے۔</w:t>
      </w:r>
    </w:p>
    <w:p>
      <w:r>
        <w:rPr>
          <w:b/>
        </w:rPr>
        <w:t xml:space="preserve">[58:17] </w:t>
      </w:r>
      <w:r>
        <w:t>is liye woh kabhi 29 din ka hota hai aur kabhi 30 din ka.</w:t>
      </w:r>
    </w:p>
    <w:p>
      <w:pPr>
        <w:jc w:val="right"/>
      </w:pPr>
      <w:r>
        <w:t>اس لیے وہ کبھی 29 دن کا ہوتا ہے اور کبھی 30 دن کا۔</w:t>
      </w:r>
    </w:p>
    <w:p>
      <w:r>
        <w:rPr>
          <w:b/>
        </w:rPr>
        <w:t xml:space="preserve">[58:22] </w:t>
      </w:r>
      <w:r>
        <w:t>Rasool Allah salla Allah alaihi wasallam ne is baat ko saada taur par is tarah samjhaya ke aap ne dono haath ki ungliyan khol kar teen baar dikhayen ya'ni das, das, das.</w:t>
      </w:r>
    </w:p>
    <w:p>
      <w:pPr>
        <w:jc w:val="right"/>
      </w:pPr>
      <w:r>
        <w:t>رسول اللہ صلی اللہ علیہ وسلم نے اس بات کو سادہ طور پر اس طرح سمجھایا کہ آپ نے دونوں ہاتھ کی انگلیاں کھول کر تین بار دکھائیں یعنی دس، دس، دس۔</w:t>
      </w:r>
    </w:p>
    <w:p>
      <w:r>
        <w:rPr>
          <w:b/>
        </w:rPr>
        <w:t xml:space="preserve">[58:37] </w:t>
      </w:r>
      <w:r>
        <w:t>kul 30. phir doosri baar aap ne dono haath ki ungliyan khol kar teen baar dikhayen.</w:t>
      </w:r>
    </w:p>
    <w:p>
      <w:pPr>
        <w:jc w:val="right"/>
      </w:pPr>
      <w:r>
        <w:t>کل 30۔ پھر دوسری بار آپ نے دونوں ہاتھ کی انگلیاں کھول کر تین بار دکھائیں۔</w:t>
      </w:r>
    </w:p>
    <w:p>
      <w:r>
        <w:rPr>
          <w:b/>
        </w:rPr>
        <w:t xml:space="preserve">[58:46] </w:t>
      </w:r>
      <w:r>
        <w:t>aakhri baar ek haath ka angotha sameit liya ya'ni das, das, nau. kul 29.</w:t>
      </w:r>
    </w:p>
    <w:p>
      <w:pPr>
        <w:jc w:val="right"/>
      </w:pPr>
      <w:r>
        <w:t>آخری بار ایک ہاتھ کا انگوٹھا سمیٹ لیا یعنی دس، دس، نو۔ کل 29۔</w:t>
      </w:r>
    </w:p>
    <w:p>
      <w:r>
        <w:rPr>
          <w:b/>
        </w:rPr>
        <w:t xml:space="preserve">[58:55] </w:t>
      </w:r>
      <w:r>
        <w:t>is ka matlab yeh nahi hai ke qamri mahina koi deeni mahina hai aur tamam mamlaat ka hisab qamri calendar ki buniyad par hona chahiye.</w:t>
      </w:r>
    </w:p>
    <w:p>
      <w:pPr>
        <w:jc w:val="right"/>
      </w:pPr>
      <w:r>
        <w:t>اس کا مطلب یہ نہیں ہے کہ قمری مہینہ کوئی دینی مہینہ ہے اور تمام معاملات کا حساب قمری کیلنڈر کی بنیاد پر ہونا چاہیے۔</w:t>
      </w:r>
    </w:p>
    <w:p>
      <w:r>
        <w:rPr>
          <w:b/>
        </w:rPr>
        <w:t xml:space="preserve">[59:06] </w:t>
      </w:r>
      <w:r>
        <w:t>is ka taluq darasal ibadati umoor se hai.</w:t>
      </w:r>
    </w:p>
    <w:p>
      <w:pPr>
        <w:jc w:val="right"/>
      </w:pPr>
      <w:r>
        <w:t>اس کا تعلق دراصل عبادتی امور سے ہے۔</w:t>
      </w:r>
    </w:p>
    <w:p>
      <w:r>
        <w:rPr>
          <w:b/>
        </w:rPr>
        <w:t xml:space="preserve">[59:12] </w:t>
      </w:r>
      <w:r>
        <w:t>is ka matlab sirf yeh hai ke ibadat ke muamle mein qamri tareekhon ka lihaaz kiya jayega taake har aadmi ba-asani is ka ittaba kar sake.</w:t>
      </w:r>
    </w:p>
    <w:p>
      <w:pPr>
        <w:jc w:val="right"/>
      </w:pPr>
      <w:r>
        <w:t>اس کا مطلب صرف یہ ہے کہ عبادات کے معاملے میں قمری تاریخوں کا لحاظ کیا جائے گا تاکہ ہر آدمی باسانی اس کا اتباع کر سکے۔</w:t>
      </w:r>
    </w:p>
    <w:p>
      <w:r>
        <w:rPr>
          <w:b/>
        </w:rPr>
        <w:t xml:space="preserve">[59:25] </w:t>
      </w:r>
      <w:r>
        <w:t>Hazrat Ibrahim alaihi assalam ne hajj ka nizam banaya to isi maslehat ki bina par is ko qamri mahine ki buniyad par banaya.</w:t>
      </w:r>
    </w:p>
    <w:p>
      <w:pPr>
        <w:jc w:val="right"/>
      </w:pPr>
      <w:r>
        <w:t>حضرت ابراہیم علیہ السلام نے حج کا نظام بنایا تو اسی مصلحت کی بنا پر اس کو قمری مہینے کی بنیاد پر بنایا۔</w:t>
      </w:r>
    </w:p>
    <w:p>
      <w:r>
        <w:rPr>
          <w:b/>
        </w:rPr>
        <w:t xml:space="preserve">[59:35] </w:t>
      </w:r>
      <w:r>
        <w:t>magar Quraish-e-Makkah jo Ka'bah ke mutawalli the unhone baat ko apne tijarti mafad ki khatir yeh chaha ke hajj ka nizam shamsi calendar ki buniyad par muqarrar karein taake hajj ki tareekhein hamesha ek hi mausam mein parein.</w:t>
      </w:r>
    </w:p>
    <w:p>
      <w:pPr>
        <w:jc w:val="right"/>
      </w:pPr>
      <w:r>
        <w:t>مگر قریش مکہ جو کعبے کے متولی تھے انہوں نے بات کو اپنے تجارتی مفاد کی خاطر یہ چاہا کہ حج کا نظام شمسی کیلنڈر کی بنیاد پر مقرر کریں تاکہ حج کی تاریخیں ہمیشہ ایک ہی موسم میں پڑیں۔</w:t>
      </w:r>
    </w:p>
    <w:p>
      <w:r>
        <w:rPr>
          <w:b/>
        </w:rPr>
        <w:t xml:space="preserve">[59:54] </w:t>
      </w:r>
      <w:r>
        <w:t>is ke liye unhone baaz doosri qaumon se kabisa ya'ni intercalation ka usool liya aur is ko hajj ke muamle mein raaij kar diya.</w:t>
      </w:r>
    </w:p>
    <w:p>
      <w:pPr>
        <w:jc w:val="right"/>
      </w:pPr>
      <w:r>
        <w:t>اس کے لیے انہوں نے بعض دوسری قوموں سے کبیسہ یعنی انٹرکلیشن کا اصول لیا اور اس کو حج کے معاملے میں رائج کر دیا۔</w:t>
      </w:r>
    </w:p>
    <w:p>
      <w:r>
        <w:rPr>
          <w:b/>
        </w:rPr>
        <w:t xml:space="preserve">[1:00:09] </w:t>
      </w:r>
      <w:r>
        <w:t>shamsi saal 365 din ka hota hai aur qamri saal 354 din ka ya'ni dono ke darmiyan 11 din ka farq hai.</w:t>
      </w:r>
    </w:p>
    <w:p>
      <w:pPr>
        <w:jc w:val="right"/>
      </w:pPr>
      <w:r>
        <w:t>شمسی سال 365 دن کا ہوتا ہے اور قمری سال 354 دن کا یعنی دونوں کے درمیان 11 دن کا فرق ہے۔</w:t>
      </w:r>
    </w:p>
    <w:p>
      <w:r>
        <w:rPr>
          <w:b/>
        </w:rPr>
        <w:t xml:space="preserve">[1:00:23] </w:t>
      </w:r>
      <w:r>
        <w:t>har aath saal mein yeh farq taqreeban teen mahine ka ho jata hai. ahl-e-Arab yeh karte the ke qamri mahinon mein farq ke baad dinon ka izafa karte rehte the taake dono mahine saath saath chalte rahein.</w:t>
      </w:r>
    </w:p>
    <w:p>
      <w:pPr>
        <w:jc w:val="right"/>
      </w:pPr>
      <w:r>
        <w:t>ہر اٹھ سال میں یہ فرق تقریباً تین مہینے کا ہو جاتا ہے۔ اہل عرب یہ کرتے تھے کہ قمری مہینوں میں فرق کے بقدر دنوں کا اضافہ کرتے رہتے تھے تاکہ دونوں مہینے ساتھ ساتھ چلتے رہیں۔</w:t>
      </w:r>
    </w:p>
    <w:p>
      <w:r>
        <w:rPr>
          <w:b/>
        </w:rPr>
        <w:t xml:space="preserve">[1:00:41] </w:t>
      </w:r>
      <w:r>
        <w:t>is tarah qamri mahine apni jagah se hatate rehte the. yeh chakkar 33 saal mein poora hota tha.</w:t>
      </w:r>
    </w:p>
    <w:p>
      <w:pPr>
        <w:jc w:val="right"/>
      </w:pPr>
      <w:r>
        <w:t>اس طرح قمری مہینے اپنی جگہ سے ہٹتے رہتے تھے۔ یہ چکر 33 سال میں پورا ہوتا تھا۔</w:t>
      </w:r>
    </w:p>
    <w:p>
      <w:r>
        <w:rPr>
          <w:b/>
        </w:rPr>
        <w:t xml:space="preserve">[1:00:50] </w:t>
      </w:r>
      <w:r>
        <w:t>chunancha 33 saal tak musalsal aisa hota ke hajj apni asal tareekhon ke bajaye doosri tareekhon mein aata tha aur 34wein saal mein pahunch kar woh dobara asal Ibrahimi tareekh ya'ni Zilhajj mein padhta tha.</w:t>
      </w:r>
    </w:p>
    <w:p>
      <w:pPr>
        <w:jc w:val="right"/>
      </w:pPr>
      <w:r>
        <w:t>چنانچہ 33 سال تک مسلسل ایسا ہوتا کہ حج اپنی اصل تاریخوں کے بجائے دوسری تاریخوں میں آتا تھا اور 34ویں سال میں پہنچ کر وہ دوبارہ اصل ابراہیمی تاریخ یعنی ذوالحجہ میں پڑھتا تھا۔</w:t>
      </w:r>
    </w:p>
    <w:p>
      <w:r>
        <w:rPr>
          <w:b/>
        </w:rPr>
        <w:t xml:space="preserve">[1:01:12] </w:t>
      </w:r>
      <w:r>
        <w:t>ramzan san ath hijri mein makkah fateh hua to yeh 33 saala dour apne aakhri marhalay mein tha yani san ath hijri aur san nau hijri ka haj to sabqa tareeqay par zeeqada ke mahinay mein parh raha tha magar san das hijri mein 33 saala dour poora ho kar haj ain apni asal tareekh mein aa raha tha yani zualhijjah mein.</w:t>
      </w:r>
    </w:p>
    <w:p>
      <w:pPr>
        <w:jc w:val="right"/>
      </w:pPr>
      <w:r>
        <w:t>رمضان سن اٹھ ہجری میں مکہ فتح ہوا تو یہ 33 سالہ دور اپنے آخری مرحلے میں تھا یعنی سن اٹھ ہجری اور سن نو ہجری کا حج تو سابقہ طریقے پر ذیقعدہ کے مہینے میں پڑھ رہا تھا مگر سن دس ہجری میں 33 سالہ دور پورا ہو کر حج عین اپنی اصل تاریخ میں آ رہا تھا یعنی ذوالحجہ میں۔</w:t>
      </w:r>
    </w:p>
    <w:p>
      <w:r>
        <w:rPr>
          <w:b/>
        </w:rPr>
        <w:t xml:space="preserve">[1:01:42] </w:t>
      </w:r>
      <w:r>
        <w:t>rasool allah salallaho alaihe wasallam aik aitbaar se deen ibrahimi ke mujaddid thay. aap allah ki taraf se is par mamoor thay ke haj ke nizam ko dobara ibrahimi buniyad par qaim karein.</w:t>
      </w:r>
    </w:p>
    <w:p>
      <w:pPr>
        <w:jc w:val="right"/>
      </w:pPr>
      <w:r>
        <w:t>رسول اللہ صلی اللہ علیہ وسلم ایک اعتبار سے دین ابراہیمی کے مجدد تھے۔ آپ اللہ کی طرف سے اس پر مامور تھے کہ حج کے نظام کو دوبارہ ابراہیمی بنیاد پر قائم کریں۔</w:t>
      </w:r>
    </w:p>
    <w:p>
      <w:r>
        <w:rPr>
          <w:b/>
        </w:rPr>
        <w:t xml:space="preserve">[1:01:57] </w:t>
      </w:r>
      <w:r>
        <w:t>san ath hijri mein fateh e makkah ki hesiyat se aap is ka elaan kar sakte thay magar aap ne us waqt aisa nahi kiya.</w:t>
      </w:r>
    </w:p>
    <w:p>
      <w:pPr>
        <w:jc w:val="right"/>
      </w:pPr>
      <w:r>
        <w:t>سن اٹھ ہجری میں فاتح مکہ کی حیثیت سے آپ اس کا اعلان کر سکتے تھے مگر آپ نے اس وقت ایسا نہیں کیا۔</w:t>
      </w:r>
    </w:p>
    <w:p>
      <w:r>
        <w:rPr>
          <w:b/>
        </w:rPr>
        <w:t xml:space="preserve">[1:02:07] </w:t>
      </w:r>
      <w:r>
        <w:t>isi tarah san nau hijri mein aap ke liye mumkin tha ke haj ko ibrahimi tareekhon mein ada kiye janay ki hidayat jari kar dein magar ab bhi aap khamosh rahay.</w:t>
      </w:r>
    </w:p>
    <w:p>
      <w:pPr>
        <w:jc w:val="right"/>
      </w:pPr>
      <w:r>
        <w:t>اسی طرح سن نو ہجری میں آپ کے لیے ممکن تھا کہ حج کو ابراہیمی تاریخوں میں ادا کیے جانے کی ہدایت جاری کر دیں مگر اب بھی آپ خاموش رہے۔</w:t>
      </w:r>
    </w:p>
    <w:p>
      <w:r>
        <w:rPr>
          <w:b/>
        </w:rPr>
        <w:t xml:space="preserve">[1:02:21] </w:t>
      </w:r>
      <w:r>
        <w:t>yeh zaroori kaam aap ne san das hijri mein kiya jabke haj ki tareekh apne aap ibrahimi tareekhon mein pahunch gayi thi.</w:t>
      </w:r>
    </w:p>
    <w:p>
      <w:pPr>
        <w:jc w:val="right"/>
      </w:pPr>
      <w:r>
        <w:t>یہ ضروری کام آپ نے سن دس ہجری میں کیا جبکہ حج کی تاریخ اپنے آپ ابراہیمی تاریخوں میں پہنچ گئی تھی۔</w:t>
      </w:r>
    </w:p>
    <w:p>
      <w:r>
        <w:rPr>
          <w:b/>
        </w:rPr>
        <w:t xml:space="preserve">[1:02:31] </w:t>
      </w:r>
      <w:r>
        <w:t>is ki wajah yeh thi ke san ath hijri aur san nau hijri mein aisa karne ke liye sadiyon ki qaim shuda riwayat ko torna parta jabke san das hijri mein riwayat ko tode baghair yeh maqsad apne aap hasil ho raha tha.</w:t>
      </w:r>
    </w:p>
    <w:p>
      <w:pPr>
        <w:jc w:val="right"/>
      </w:pPr>
      <w:r>
        <w:t>اس کی وجہ یہ تھی کہ سن اٹھ ہجری اور سن نو ہجری میں ایسا کرنے کے لیے صدیوں کی قائم شدہ روایات کو توڑنا پڑتا جبکہ سن دس ہجری میں روایات کو توڑے بغیر یہ مقصد اپنے آپ حاصل ہو رہا تھا۔</w:t>
      </w:r>
    </w:p>
    <w:p>
      <w:r>
        <w:rPr>
          <w:b/>
        </w:rPr>
        <w:t xml:space="preserve">[1:02:52] </w:t>
      </w:r>
      <w:r>
        <w:t>samaji zindagi mein riwayat ki be had ahmiyat hoti hai. is liye peghambar ki hamesha yeh koshish hoti hai ke riwayat ko tode baghair apna maqsad hasil kiya jaye.</w:t>
      </w:r>
    </w:p>
    <w:p>
      <w:pPr>
        <w:jc w:val="right"/>
      </w:pPr>
      <w:r>
        <w:t>سماجی زندگی میں روایات کی بے حد اہمیت ہوتی ہے۔ اس لیے پیغمبر کی ہمیشہ یہ کوشش ہوتی ہے کہ روایات کو توڑے بغیر اپنا مقصد حاصل کیا جائے۔</w:t>
      </w:r>
    </w:p>
    <w:p>
      <w:r>
        <w:rPr>
          <w:b/>
        </w:rPr>
        <w:t xml:space="preserve">[1:03:05] </w:t>
      </w:r>
      <w:r>
        <w:t>aap ne san das hijri mein hasb e qaidah ibrahimi tareekh par haj ada farmaya aur phir yeh elaan kar diya ke aindah ab aisa hi hota rahega.</w:t>
      </w:r>
    </w:p>
    <w:p>
      <w:pPr>
        <w:jc w:val="right"/>
      </w:pPr>
      <w:r>
        <w:t>آپ نے سن دس ہجری میں حسب قاعدہ ابراہیمی تاریخ پر حج ادا فرمایا اور پھر یہ اعلان کر دیا کہ آئندہ اب ایسا ہی ہوتا رہے گا۔</w:t>
      </w:r>
    </w:p>
    <w:p>
      <w:r>
        <w:rPr>
          <w:b/>
        </w:rPr>
        <w:t xml:space="preserve">[1:03:17] </w:t>
      </w:r>
      <w:r>
        <w:t>yehi woh hikmat hai jo rasool allah salallaho alaihe wasallam ke hajjat ul wida ke khutbay mein in alfaaz mein bayan hui hai: "aiyuhal naas!</w:t>
      </w:r>
    </w:p>
    <w:p>
      <w:pPr>
        <w:jc w:val="right"/>
      </w:pPr>
      <w:r>
        <w:t>یہی وہ حکمت ہے جو رسول اللہ صلی اللہ علیہ وسلم کے حجۃ الوداع کے خطبے میں ان الفاظ میں بیان ہوئی ہے: "ایہا الناس!</w:t>
      </w:r>
    </w:p>
    <w:p>
      <w:r>
        <w:rPr>
          <w:b/>
        </w:rPr>
        <w:t xml:space="preserve">[1:03:28] </w:t>
      </w:r>
      <w:r>
        <w:t>in al zamana qad istadara fa huwa al yawm yawm khalaqa allah al samawati wal arz wa in addat al shuhur inda allah ithna ashara shahra." ibn jarir:</w:t>
      </w:r>
    </w:p>
    <w:p>
      <w:pPr>
        <w:jc w:val="right"/>
      </w:pPr>
      <w:r>
        <w:t>ان الزمان قد استدار فہو الیوم یوم خلق اللہ السماوات والارض وان عدت الشہور عند اللہ اثنا عشر شہرا۔" ابن جریر:</w:t>
      </w:r>
    </w:p>
    <w:p>
      <w:r>
        <w:rPr>
          <w:b/>
        </w:rPr>
        <w:t xml:space="preserve">[1:03:42] </w:t>
      </w:r>
      <w:r>
        <w:t>"ae logon! zamana ghoom gaya</w:t>
      </w:r>
    </w:p>
    <w:p>
      <w:pPr>
        <w:jc w:val="right"/>
      </w:pPr>
      <w:r>
        <w:t>"اے لوگوں! زمانہ گھوم گیا</w:t>
      </w:r>
    </w:p>
    <w:p>
      <w:r>
        <w:rPr>
          <w:b/>
        </w:rPr>
        <w:t xml:space="preserve">[1:03:45] </w:t>
      </w:r>
      <w:r>
        <w:t>pas aaj ke din woh apni is he'at par hai jis din ke allah ne zameen aur aasman ko paida kiya tha aur mahinon ki ginti allah ke nazdeek barah mahine hain." yani 33 saala chakkar poora ho kar aaj nau zualhijjah dobara nau zualhijjah ko parh raha hai.</w:t>
      </w:r>
    </w:p>
    <w:p>
      <w:pPr>
        <w:jc w:val="right"/>
      </w:pPr>
      <w:r>
        <w:t>پس آج کے دن وہ اپنی اس ہیئت پر ہے جس دن کہ اللہ نے زمین اور آسمان کو پیدا کیا تھا اور مہینوں کی گنتی اللہ کے نزدیک بارہ مہینے ہیں۔" یعنی 33 سالہ چکر پورا ہو کر آج نو ذوالحجہ دوبارہ نو ذوالحجہ کو پڑھ رہا ہے۔</w:t>
      </w:r>
    </w:p>
    <w:p>
      <w:r>
        <w:rPr>
          <w:b/>
        </w:rPr>
        <w:t xml:space="preserve">[1:04:10] </w:t>
      </w:r>
      <w:r>
        <w:t>yehi nizam qudrat ke mutabiq hai. ab sabqa masnooi calendar khatm kiya jata hai. aindah isi qudrati calendar ke mutabiq har saal zualhijjah mein haj ada kiya jata rahega.</w:t>
      </w:r>
    </w:p>
    <w:p>
      <w:pPr>
        <w:jc w:val="right"/>
      </w:pPr>
      <w:r>
        <w:t>یہی نظام قدرت کے مطابق ہے۔ اب سابقہ مصنوعی کیلنڈر ختم کیا جاتا ہے۔ آئندہ اسی قدرتی کیلنڈر کے مطابق ہر سال ذوالحجہ میں حج ادا کیا جاتا رہے گا۔</w:t>
      </w:r>
    </w:p>
    <w:p>
      <w:r>
        <w:rPr>
          <w:b/>
        </w:rPr>
        <w:t xml:space="preserve">[1:04:30] </w:t>
      </w:r>
      <w:r>
        <w:t>khutba hajjat ul wida kitab haqeeqat e haj maulana wahiduddin khan safha number 33.</w:t>
      </w:r>
    </w:p>
    <w:p>
      <w:pPr>
        <w:jc w:val="right"/>
      </w:pPr>
      <w:r>
        <w:t>خطبہ حجۃ الوداع کتاب حقیقت حج مولانا وحید الدین خان صفحہ نمبر 33۔</w:t>
      </w:r>
    </w:p>
    <w:p>
      <w:r>
        <w:rPr>
          <w:b/>
        </w:rPr>
        <w:t xml:space="preserve">[1:04:42] </w:t>
      </w:r>
      <w:r>
        <w:t>hajjat ul wida ka khutba rasool allah salallaho alaihe wasallam ki aakhri aham tareen taqreer hai. yeh woh khutba hai jo aap ne nau zualhijjah san das hijri ko arafat ke maidan mein diya tha.</w:t>
      </w:r>
    </w:p>
    <w:p>
      <w:pPr>
        <w:jc w:val="right"/>
      </w:pPr>
      <w:r>
        <w:t>حجۃ الوداع کا خطبہ رسول اللہ صلی اللہ علیہ وسلم کی آخری اہم ترین تقریر ہے۔ یہ وہ خطبہ ہے جو آپ نے نو ذوالحجہ سن دس ہجری کو عرفات کے میدان میں دیا تھا۔</w:t>
      </w:r>
    </w:p>
    <w:p>
      <w:r>
        <w:rPr>
          <w:b/>
        </w:rPr>
        <w:t xml:space="preserve">[1:05:03] </w:t>
      </w:r>
      <w:r>
        <w:t>hajjat ul wida goya zamana nabuwat ka sab se bara islami ijtima tha.</w:t>
      </w:r>
    </w:p>
    <w:p>
      <w:pPr>
        <w:jc w:val="right"/>
      </w:pPr>
      <w:r>
        <w:t>حجۃ الوداع گویا زمانہ نبوت کا سب سے بڑا اسلامی اجتماع تھا۔</w:t>
      </w:r>
    </w:p>
    <w:p>
      <w:r>
        <w:rPr>
          <w:b/>
        </w:rPr>
        <w:t xml:space="preserve">[1:05:12] </w:t>
      </w:r>
      <w:r>
        <w:t>is mauqe par taqreeban sawah lakh ashaab e rasool jama thay. us waqt apni wafat se taqreeban do mahine qabal aap ne yeh khutba diya.</w:t>
      </w:r>
    </w:p>
    <w:p>
      <w:pPr>
        <w:jc w:val="right"/>
      </w:pPr>
      <w:r>
        <w:t>اس موقع پر تقریباً سوا لاکھ اصحاب رسول جمع تھے۔ اس وقت اپنی وفات سے تقریباً دو ماہ قبل آپ نے یہ خطبہ دیا۔</w:t>
      </w:r>
    </w:p>
    <w:p>
      <w:r>
        <w:rPr>
          <w:b/>
        </w:rPr>
        <w:t xml:space="preserve">[1:05:25] </w:t>
      </w:r>
      <w:r>
        <w:t>is mein aap ne un tamam baaton ka aakhri elaan farmaya jis ke liye aap mab oos kiye gaye thay. hadees ki kitabon mein hajjat ul wida ka nihayat tafseeli tazkira hai</w:t>
      </w:r>
    </w:p>
    <w:p>
      <w:pPr>
        <w:jc w:val="right"/>
      </w:pPr>
      <w:r>
        <w:t>اس میں آپ نے ان تمام باتوں کا آخری اعلان فرمایا جس کے لیے آپ مبعوث کیے گئے تھے۔ حدیث کی کتابوں میں حجۃ الوداع کا نہایت تفصیلی تذکرہ ہے</w:t>
      </w:r>
    </w:p>
    <w:p>
      <w:r>
        <w:rPr>
          <w:b/>
        </w:rPr>
        <w:t xml:space="preserve">[1:05:42] </w:t>
      </w:r>
      <w:r>
        <w:t>magar khutba hajjat ul wida kisi riwayat mein aik kamil matan ki soorat mein mazkoor nahi. mukhtalif riwayat mein is ke mutfarriq ajza milte hain.</w:t>
      </w:r>
    </w:p>
    <w:p>
      <w:pPr>
        <w:jc w:val="right"/>
      </w:pPr>
      <w:r>
        <w:t>مگر خطبہ حجۃ الوداع کسی روایت میں ایک کامل متن کی صورت میں مذکور نہیں۔ مختلف روایتوں میں اس کے متفرق اجزاء ملتے ہیں۔</w:t>
      </w:r>
    </w:p>
    <w:p>
      <w:r>
        <w:rPr>
          <w:b/>
        </w:rPr>
        <w:t xml:space="preserve">[1:05:56] </w:t>
      </w:r>
      <w:r>
        <w:t>mutadad ahal e ilm ne in ajza ko jor kar aik majmooa banane ki koshish ki hai. yeh khutba aik lafz mein khuda ki azmat aur insan ki masawaat ka elaan tha.</w:t>
      </w:r>
    </w:p>
    <w:p>
      <w:pPr>
        <w:jc w:val="right"/>
      </w:pPr>
      <w:r>
        <w:t>متعدد اہل علم نے ان اجزاء کو جوڑ کر ایک مجموعہ بنانے کی کوشش کی ہے۔ یہ خطبہ ایک لفظ میں خدا کی عظمت اور انسان کی مساوات کا اعلان تھا۔</w:t>
      </w:r>
    </w:p>
    <w:p>
      <w:r>
        <w:rPr>
          <w:b/>
        </w:rPr>
        <w:t xml:space="preserve">[1:06:12] </w:t>
      </w:r>
      <w:r>
        <w:t>aap ne bataya ke insanon ke darmiyan sahi taqseem sirf aik hai aur woh khuda parast hone aur khuda parast na hone ki hai.</w:t>
      </w:r>
    </w:p>
    <w:p>
      <w:pPr>
        <w:jc w:val="right"/>
      </w:pPr>
      <w:r>
        <w:t>آپ نے بتایا کہ انسانوں کے درمیان صحیح تقسیم صرف ایک ہے اور وہ خدا پرست ہونے اور خدا پرست نہ ہونے کی ہے۔</w:t>
      </w:r>
    </w:p>
    <w:p>
      <w:r>
        <w:rPr>
          <w:b/>
        </w:rPr>
        <w:t xml:space="preserve">[1:06:23] </w:t>
      </w:r>
      <w:r>
        <w:t>is ke siwa doosri tamam taqseemain masnooi hain. aap ne unhein batil thehraya aur ummat ko zimmedar banaya ke woh hamesha is ka elaan karti rahay.</w:t>
      </w:r>
    </w:p>
    <w:p>
      <w:pPr>
        <w:jc w:val="right"/>
      </w:pPr>
      <w:r>
        <w:t>اس کے سوا دوسری تمام تقسیمات مصنوعی ہیں۔ آپ نے انہیں باطل ٹھہرایا اور امت کو ذمہ دار بنایا کہ وہ ہمیشہ اس کا اعلان کرتی رہے۔</w:t>
      </w:r>
    </w:p>
    <w:p>
      <w:r>
        <w:rPr>
          <w:b/>
        </w:rPr>
        <w:t xml:space="preserve">[1:06:38] </w:t>
      </w:r>
      <w:r>
        <w:t>is elaan ka aik amli izhaar yeh tha ke jis waqt sawah lakh insanon ke darmiyan aap ne azmat e khuda wandi aur masawaat e insani ka yeh khutba diya,</w:t>
      </w:r>
    </w:p>
    <w:p>
      <w:pPr>
        <w:jc w:val="right"/>
      </w:pPr>
      <w:r>
        <w:t>اس اعلان کا ایک عملی اظہار یہ تھا کہ جس وقت سوا لاکھ انسانوں کے درمیان آپ نے عظمت خداوندی اور مساوات انسانی کا یہ خطبہ دیا،</w:t>
      </w:r>
    </w:p>
    <w:p>
      <w:r>
        <w:rPr>
          <w:b/>
        </w:rPr>
        <w:t xml:space="preserve">[1:06:53] </w:t>
      </w:r>
      <w:r>
        <w:t>us waqt aap ke sab se ziyada qareeb do azad shuda ghulam thay:</w:t>
      </w:r>
    </w:p>
    <w:p>
      <w:pPr>
        <w:jc w:val="right"/>
      </w:pPr>
      <w:r>
        <w:t>اس وقت آپ کے سب سے زیادہ قریب دو آزاد شدہ غلام تھے:</w:t>
      </w:r>
    </w:p>
    <w:p>
      <w:r>
        <w:rPr>
          <w:b/>
        </w:rPr>
        <w:t xml:space="preserve">[1:07:00] </w:t>
      </w:r>
      <w:r>
        <w:t>aik bilal habshi jo aap ki sawari ki mahar pakray hue thay aur doosray usama bin zaid jo aap ke sar par kapray ka saya kiye hue thay.</w:t>
      </w:r>
    </w:p>
    <w:p>
      <w:pPr>
        <w:jc w:val="right"/>
      </w:pPr>
      <w:r>
        <w:t>ایک بلال حبشی جو آپ کی سواری کی مہار پکڑے ہوئے تھے اور دوسرے اسامہ بن زید جو آپ کے سر پر کپڑے کا سایہ کیے ہوئے تھے۔</w:t>
      </w:r>
    </w:p>
    <w:p>
      <w:r>
        <w:rPr>
          <w:b/>
        </w:rPr>
        <w:t xml:space="preserve">[1:07:17] </w:t>
      </w:r>
      <w:r>
        <w:t>aglay safhaat mein yeh aham khutba shaya ki ja raha hai. awalan khutba nabwi ka urdu matan aur is ke baad is ka urdu tarjuma:</w:t>
      </w:r>
    </w:p>
    <w:p>
      <w:pPr>
        <w:jc w:val="right"/>
      </w:pPr>
      <w:r>
        <w:t>اگلے صفحات میں یہ اہم خطبہ شائع کیا جا رہا ہے۔ اولا خطبہ نبوی کا عربی متن اور اس کے بعد اس کا اردو ترجمہ:</w:t>
      </w:r>
    </w:p>
    <w:p>
      <w:r>
        <w:rPr>
          <w:b/>
        </w:rPr>
        <w:t xml:space="preserve">[1:07:33] </w:t>
      </w:r>
      <w:r>
        <w:t>"nas al khutba allati khataba rasool Allah sal Allah alayh wasallam yawm arafat in</w:t>
      </w:r>
    </w:p>
    <w:p>
      <w:pPr>
        <w:jc w:val="right"/>
      </w:pPr>
      <w:r>
        <w:t>"نص الخطبۃ التي خطبہ رسول اللہ صلی اللہ علیہ وسلم یوم عرفت ان</w:t>
      </w:r>
    </w:p>
    <w:p>
      <w:r>
        <w:rPr>
          <w:b/>
        </w:rPr>
        <w:t xml:space="preserve">[1:07:41] </w:t>
      </w:r>
      <w:r>
        <w:t>dima'akum wa amwalakum haram alaykum kahurmat yawmakumhadha fi shahrikumhadha fi baladikumhadha</w:t>
      </w:r>
    </w:p>
    <w:p>
      <w:pPr>
        <w:jc w:val="right"/>
      </w:pPr>
      <w:r>
        <w:t>دماءکم واموالکم حرام علیکم کہ حرمت یومکمھذا فی شہرکمھذا فی بلدکمھذا</w:t>
      </w:r>
    </w:p>
    <w:p>
      <w:r>
        <w:rPr>
          <w:b/>
        </w:rPr>
        <w:t xml:space="preserve">[1:07:51] </w:t>
      </w:r>
      <w:r>
        <w:t>ala kulli shay'in min amr aljahiliyyat</w:t>
      </w:r>
    </w:p>
    <w:p>
      <w:pPr>
        <w:jc w:val="right"/>
      </w:pPr>
      <w:r>
        <w:t>علی کل شی من امر الجاہلیت</w:t>
      </w:r>
    </w:p>
    <w:p>
      <w:r>
        <w:rPr>
          <w:b/>
        </w:rPr>
        <w:t xml:space="preserve">[1:07:55] </w:t>
      </w:r>
      <w:r>
        <w:t>tahta qadami mawdoo' wa dima' aljahiliyyat mawdoo'ah</w:t>
      </w:r>
    </w:p>
    <w:p>
      <w:pPr>
        <w:jc w:val="right"/>
      </w:pPr>
      <w:r>
        <w:t>تحت قدمی موضوع ودماء الجاہلیت موضوعۃ</w:t>
      </w:r>
    </w:p>
    <w:p>
      <w:r>
        <w:rPr>
          <w:b/>
        </w:rPr>
        <w:t xml:space="preserve">[1:08:01] </w:t>
      </w:r>
      <w:r>
        <w:t>wa awwal dam adha' min dima'ina</w:t>
      </w:r>
    </w:p>
    <w:p>
      <w:pPr>
        <w:jc w:val="right"/>
      </w:pPr>
      <w:r>
        <w:t>وان اول دم اضع من دماءنا</w:t>
      </w:r>
    </w:p>
    <w:p>
      <w:r>
        <w:rPr>
          <w:b/>
        </w:rPr>
        <w:t xml:space="preserve">[1:08:07] </w:t>
      </w:r>
      <w:r>
        <w:t>damma ibn rabee'ah ibn alharith kan mustardan fi bani sa'd faqataltahu huzayl</w:t>
      </w:r>
    </w:p>
    <w:p>
      <w:pPr>
        <w:jc w:val="right"/>
      </w:pPr>
      <w:r>
        <w:t>دما ابن ربیعہ ابن الحارث کان مسترضعا فی بنی سعد فقتلتہ حزیل</w:t>
      </w:r>
    </w:p>
    <w:p>
      <w:r>
        <w:rPr>
          <w:b/>
        </w:rPr>
        <w:t xml:space="preserve">[1:08:16] </w:t>
      </w:r>
      <w:r>
        <w:t>wa rabb aljahiliyyat mawdoo'</w:t>
      </w:r>
    </w:p>
    <w:p>
      <w:pPr>
        <w:jc w:val="right"/>
      </w:pPr>
      <w:r>
        <w:t>ورب الجاہلیت موضوع</w:t>
      </w:r>
    </w:p>
    <w:p>
      <w:r>
        <w:rPr>
          <w:b/>
        </w:rPr>
        <w:t xml:space="preserve">[1:08:19] </w:t>
      </w:r>
      <w:r>
        <w:t>wa awwal ruban adha' min rubana rabb alabbas ibn abdulmutallib fainnahu mawdoo' kull.</w:t>
      </w:r>
    </w:p>
    <w:p>
      <w:pPr>
        <w:jc w:val="right"/>
      </w:pPr>
      <w:r>
        <w:t>واول ربن اضع من ربانا رب العباس ابن عبدالمطلب فانہ موضوع کل.</w:t>
      </w:r>
    </w:p>
    <w:p>
      <w:r>
        <w:rPr>
          <w:b/>
        </w:rPr>
        <w:t xml:space="preserve">[1:08:28] </w:t>
      </w:r>
      <w:r>
        <w:t>fattaq Allah fi alnisa' fainnakum akhadhtumuhunna bi'amanat Allah wastahlaltum furoojahunna bikalimati Allah wakum alayhinna</w:t>
      </w:r>
    </w:p>
    <w:p>
      <w:pPr>
        <w:jc w:val="right"/>
      </w:pPr>
      <w:r>
        <w:t>فتق اللہ فی النساء فانکم اخذتموہن بامانۃ اللہ واستحللتم فروجہن بکلمۃ اللہ وکم علیہن</w:t>
      </w:r>
    </w:p>
    <w:p>
      <w:r>
        <w:rPr>
          <w:b/>
        </w:rPr>
        <w:t xml:space="preserve">[1:08:40] </w:t>
      </w:r>
      <w:r>
        <w:t>Allah yootina firashakum ahadan takrahoonah fain fa'alna dhalika fadriboohunna darban ghayra mubarrah walahunna alaykum rizquhunna wa kiswatuhunna bilma'roof wa qad</w:t>
      </w:r>
    </w:p>
    <w:p>
      <w:pPr>
        <w:jc w:val="right"/>
      </w:pPr>
      <w:r>
        <w:t>اللہ یوطین فرشکم احدا تکرہونہ فان فعلنا ذالک فضربوہن ضربا غیر مبرح ولہن علیکم رزقہن وکسوتہن بالمعروف وقد</w:t>
      </w:r>
    </w:p>
    <w:p>
      <w:r>
        <w:rPr>
          <w:b/>
        </w:rPr>
        <w:t xml:space="preserve">[1:08:54] </w:t>
      </w:r>
      <w:r>
        <w:t>taraktu feekum ma lan tadillu ba'dahu in i'tasamtum bihi kitab Allah wa sunnata nabiyhi wantum tus'aloon anee famadha antum</w:t>
      </w:r>
    </w:p>
    <w:p>
      <w:pPr>
        <w:jc w:val="right"/>
      </w:pPr>
      <w:r>
        <w:t>ترکت فیکم ما لن تضل بعدہ ان اعتصمتم بہ کتاب اللہ وسنت نبیہ وانتم تسعلون عنی فماذا انتم</w:t>
      </w:r>
    </w:p>
    <w:p>
      <w:r>
        <w:rPr>
          <w:b/>
        </w:rPr>
        <w:t xml:space="preserve">[1:09:06] </w:t>
      </w:r>
      <w:r>
        <w:t>qailoon?</w:t>
      </w:r>
    </w:p>
    <w:p>
      <w:pPr>
        <w:jc w:val="right"/>
      </w:pPr>
      <w:r>
        <w:t>قائلون؟</w:t>
      </w:r>
    </w:p>
    <w:p>
      <w:r>
        <w:rPr>
          <w:b/>
        </w:rPr>
        <w:t xml:space="preserve">[1:09:07] </w:t>
      </w:r>
      <w:r>
        <w:t>qaaloo: "nashhadu annaka qad ballaghta wa addayta wa nasahata" fa qaal: "bi sab'ihi as sababah yarf'uhu al samaa' wa yankibuhu al naas Allahumma ishhad" thalaatha marraat.</w:t>
      </w:r>
    </w:p>
    <w:p>
      <w:pPr>
        <w:jc w:val="right"/>
      </w:pPr>
      <w:r>
        <w:t>قالوا: "نشہد انک قد بلغت وادیت ونسخت" فقال: "باسبعہ السبابہیرفعہ السماء وینکبہ الناس اللہم اشہد" ثلاث مرات.</w:t>
      </w:r>
    </w:p>
    <w:p>
      <w:r>
        <w:rPr>
          <w:b/>
        </w:rPr>
        <w:t xml:space="preserve">[1:09:25] </w:t>
      </w:r>
      <w:r>
        <w:t>nas al khutba allati khataba rasool Allah sal Allah alayh wasallam fi awsat ayyam al tashreeq: "ya ayyuha al naas!</w:t>
      </w:r>
    </w:p>
    <w:p>
      <w:pPr>
        <w:jc w:val="right"/>
      </w:pPr>
      <w:r>
        <w:t>نص الخطبۃ التي خطبہ رسول اللہ صلی اللہ علیہ وسلم فی اوسط ایام التشریق: "یا ایہا الناس!</w:t>
      </w:r>
    </w:p>
    <w:p>
      <w:r>
        <w:rPr>
          <w:b/>
        </w:rPr>
        <w:t xml:space="preserve">[1:09:35] </w:t>
      </w:r>
      <w:r>
        <w:t>hal tadroon fi ayyi shahr antum wa fi ayyi yawm antum wa fi ayyi balad antum?" faqaloo: "fi</w:t>
      </w:r>
    </w:p>
    <w:p>
      <w:pPr>
        <w:jc w:val="right"/>
      </w:pPr>
      <w:r>
        <w:t>ہل تدرون فی ای شہر انتم و فی ای یوم انتم و فی ای بلد انتم؟" فقالوا: "فی</w:t>
      </w:r>
    </w:p>
    <w:p>
      <w:r>
        <w:rPr>
          <w:b/>
        </w:rPr>
        <w:t xml:space="preserve">[1:09:44] </w:t>
      </w:r>
      <w:r>
        <w:t>yawm haram wa balad haram</w:t>
      </w:r>
    </w:p>
    <w:p>
      <w:pPr>
        <w:jc w:val="right"/>
      </w:pPr>
      <w:r>
        <w:t>یوم حرام وبلد حرام</w:t>
      </w:r>
    </w:p>
    <w:p>
      <w:r>
        <w:rPr>
          <w:b/>
        </w:rPr>
        <w:t xml:space="preserve">[1:09:48] </w:t>
      </w:r>
      <w:r>
        <w:t>wa shahr haram." qal: "fain dima'akum wa amwalakum wa a'radakum alaykum haram kahurmat yawmakumhadha fi fi shahrikumhadha wa fi baladikumhadha illa</w:t>
      </w:r>
    </w:p>
    <w:p>
      <w:pPr>
        <w:jc w:val="right"/>
      </w:pPr>
      <w:r>
        <w:t>وشہر حرام." قال: "فان دماءکم واموالکم واعراضکم علیکم حرام کہ حرمت یومکمھذا فی فی شہرکمھذا وفی بلدکمھذا الا</w:t>
      </w:r>
    </w:p>
    <w:p>
      <w:r>
        <w:rPr>
          <w:b/>
        </w:rPr>
        <w:t xml:space="preserve">[1:10:01] </w:t>
      </w:r>
      <w:r>
        <w:t>yawm talqoonah." thumma qal: "as'imoo minnee ta'eeshoo!</w:t>
      </w:r>
    </w:p>
    <w:p>
      <w:pPr>
        <w:jc w:val="right"/>
      </w:pPr>
      <w:r>
        <w:t>یوم تلقونہ." ثم قال: "اسمعو منی تعیشو!</w:t>
      </w:r>
    </w:p>
    <w:p>
      <w:r>
        <w:rPr>
          <w:b/>
        </w:rPr>
        <w:t xml:space="preserve">[1:10:06] </w:t>
      </w:r>
      <w:r>
        <w:t>illa laa tadhlamoo! illa laa tadhlamoo! illa laa tadhlamoo! innahu laa yahillu maalu imri muslimin illa bi teebi nafs in minh alayhi wa anna kulli damin wa maalin wa ma'thiratin kaanat fil jahiliyat tahta qadmi hadh</w:t>
      </w:r>
    </w:p>
    <w:p>
      <w:pPr>
        <w:jc w:val="right"/>
      </w:pPr>
      <w:r>
        <w:t>الا لا تظلمو! الا لا تظلمو! الا لا تظلمو! انہ لا یحل مال امری مسلم الا بطیب نفس منہ علی وان کل دم ومال وماثرت کانت فی الجاہلیت تحت قدمیھذ</w:t>
      </w:r>
    </w:p>
    <w:p>
      <w:r>
        <w:rPr>
          <w:b/>
        </w:rPr>
        <w:t xml:space="preserve">[1:10:30] </w:t>
      </w:r>
      <w:r>
        <w:t>ha illa yawm al qiyamah wa anna awwala damin yuda'u damma yuda'u dam rabee'ah ibn al harith ibn abd al muttalib kaana mustard'an fi bani layth fa qatalathu huzayl alayhi</w:t>
      </w:r>
    </w:p>
    <w:p>
      <w:pPr>
        <w:jc w:val="right"/>
      </w:pPr>
      <w:r>
        <w:t>ہ الا یوم القیامہ وان اول دم یوضع دما یوضع دم ربیعت ابن الحارث ابن عبدالمطلب کان مسترضعا فی بنی لیث فقتلتہ حزیل علی</w:t>
      </w:r>
    </w:p>
    <w:p>
      <w:r>
        <w:rPr>
          <w:b/>
        </w:rPr>
        <w:t xml:space="preserve">[1:10:49] </w:t>
      </w:r>
      <w:r>
        <w:t>wa inna kull ruban filjahiliyyat mawdoo' wa inna Allah azza wa jalla qada an awwal ruban yuda' rabb alabbas ibn abdulmutallib</w:t>
      </w:r>
    </w:p>
    <w:p>
      <w:pPr>
        <w:jc w:val="right"/>
      </w:pPr>
      <w:r>
        <w:t>وان کل ربن فی الجاہلیت موضوع وان اللہ عزوجل قضا ان اول ربن یوضع رب العباس ابن عبدالمطلب</w:t>
      </w:r>
    </w:p>
    <w:p>
      <w:r>
        <w:rPr>
          <w:b/>
        </w:rPr>
        <w:t xml:space="preserve">[1:11:01] </w:t>
      </w:r>
      <w:r>
        <w:t>lakum ru'oos wa amwalakum la tadhlamoon wa la tudhlamoon</w:t>
      </w:r>
    </w:p>
    <w:p>
      <w:pPr>
        <w:jc w:val="right"/>
      </w:pPr>
      <w:r>
        <w:t>لکم رؤوس واموالکم لا تظلمون ولا تظلمون</w:t>
      </w:r>
    </w:p>
    <w:p>
      <w:r>
        <w:rPr>
          <w:b/>
        </w:rPr>
        <w:t xml:space="preserve">[1:11:06] </w:t>
      </w:r>
      <w:r>
        <w:t>ala wa anna alzamana qad istadara kay'ata yawm khalaqa alssamawati wal'ardh thumma qara: "inna 'iddat alshuhur 'inda Allah ithna</w:t>
      </w:r>
    </w:p>
    <w:p>
      <w:pPr>
        <w:jc w:val="right"/>
      </w:pPr>
      <w:r>
        <w:t>علی وان الزمان قد استدار کہیۃ یوم خلق السماوات والارض ثم قرا: "ان عدت الشہور عند اللہ اثنا</w:t>
      </w:r>
    </w:p>
    <w:p>
      <w:r>
        <w:rPr>
          <w:b/>
        </w:rPr>
        <w:t xml:space="preserve">[1:11:17] </w:t>
      </w:r>
      <w:r>
        <w:t>ashr shahara fi kitab Allah fi kitab Allah yawm khalaq al-samawat wa al-ard minha arba حرم dhalik al-din al-qayyim</w:t>
      </w:r>
    </w:p>
    <w:p>
      <w:pPr>
        <w:jc w:val="right"/>
      </w:pPr>
      <w:r>
        <w:t>عشر شہرا فی کتاب اللہ فی کتاب اللہ یوم خلق السماوات والارض منها اربع حرم ذالک الدین القیم</w:t>
      </w:r>
    </w:p>
    <w:p>
      <w:r>
        <w:rPr>
          <w:b/>
        </w:rPr>
        <w:t xml:space="preserve">[1:11:31] </w:t>
      </w:r>
      <w:r>
        <w:t>fala tazlamu fihin anfusakum</w:t>
      </w:r>
    </w:p>
    <w:p>
      <w:pPr>
        <w:jc w:val="right"/>
      </w:pPr>
      <w:r>
        <w:t>فلا تظلمو فیہن انفسکم</w:t>
      </w:r>
    </w:p>
    <w:p>
      <w:r>
        <w:rPr>
          <w:b/>
        </w:rPr>
        <w:t xml:space="preserve">[1:11:35] </w:t>
      </w:r>
      <w:r>
        <w:t>illa laa tarji'oo ba'da kufaaran yadribu ba'dukum riqaaba ba'din illa anna al shaytaana qad an ya'buda al musalloon walakinnahu fil tahreeshi baynakum.</w:t>
      </w:r>
    </w:p>
    <w:p>
      <w:pPr>
        <w:jc w:val="right"/>
      </w:pPr>
      <w:r>
        <w:t>الا لا ترجعو بعد کفارا یضرب بعضکم رقاب بعض الا ان الشیطان قد ان یعبده المصلون ولكنہ فی التحریش بینکم.</w:t>
      </w:r>
    </w:p>
    <w:p>
      <w:r>
        <w:rPr>
          <w:b/>
        </w:rPr>
        <w:t xml:space="preserve">[1:11:49] </w:t>
      </w:r>
      <w:r>
        <w:t>wa taq Allah fi al-nisa fa innahun 'indakum 'awan la yamlik</w:t>
      </w:r>
    </w:p>
    <w:p>
      <w:pPr>
        <w:jc w:val="right"/>
      </w:pPr>
      <w:r>
        <w:t>واتقوا اللہ فی النساء فانہن عندکم عوان لایملک</w:t>
      </w:r>
    </w:p>
    <w:p>
      <w:r>
        <w:rPr>
          <w:b/>
        </w:rPr>
        <w:t xml:space="preserve">[1:11:56] </w:t>
      </w:r>
      <w:r>
        <w:t>la yamlikna li anfusihin shay'an wa inna lahunna 'alaykum haqqan wa kum 'alayhin haqqan illa</w:t>
      </w:r>
    </w:p>
    <w:p>
      <w:pPr>
        <w:jc w:val="right"/>
      </w:pPr>
      <w:r>
        <w:t>لایملکن لانفسہن شیئا وان لہن علیکم حقا وکم علیہن حقا الا</w:t>
      </w:r>
    </w:p>
    <w:p>
      <w:r>
        <w:rPr>
          <w:b/>
        </w:rPr>
        <w:t xml:space="preserve">[1:12:06] </w:t>
      </w:r>
      <w:r>
        <w:t>yutin firashakum ahadan ghayrakum wa la fi buyutikum li ahadin takrahunahu fa in khiftum nushuzahun fa'uhuhunna wa ahjuruhunna fi al-madaji' wa adribuhunna darban</w:t>
      </w:r>
    </w:p>
    <w:p>
      <w:pPr>
        <w:jc w:val="right"/>
      </w:pPr>
      <w:r>
        <w:t>یوطین فرشکم احدا غیرکم ولا فی بیوتکم لاحد تکرہونہ فان خفتم نشوزہن فعوہن واہجروہن فی المضاجع واضربوہن ضربا</w:t>
      </w:r>
    </w:p>
    <w:p>
      <w:r>
        <w:rPr>
          <w:b/>
        </w:rPr>
        <w:t xml:space="preserve">[1:12:21] </w:t>
      </w:r>
      <w:r>
        <w:t>ghayr mubarrah wa lahunna rizquhunna wa kiswatuhunna bi al-ma'ruf wa innama akhadhtumuhunna bi amanat Allah</w:t>
      </w:r>
    </w:p>
    <w:p>
      <w:pPr>
        <w:jc w:val="right"/>
      </w:pPr>
      <w:r>
        <w:t>غیر مبرح ولہن رزقہن وکسوتہن بالمعروف وانما اخذتموہن بامانۃ اللہ</w:t>
      </w:r>
    </w:p>
    <w:p>
      <w:r>
        <w:rPr>
          <w:b/>
        </w:rPr>
        <w:t xml:space="preserve">[1:12:31] </w:t>
      </w:r>
      <w:r>
        <w:t>wa istahlaltum furujahunna bi kalimat Allah azzawajal</w:t>
      </w:r>
    </w:p>
    <w:p>
      <w:pPr>
        <w:jc w:val="right"/>
      </w:pPr>
      <w:r>
        <w:t>واستحللتم فروجہن بکلمۃ اللہ عزوجل</w:t>
      </w:r>
    </w:p>
    <w:p>
      <w:r>
        <w:rPr>
          <w:b/>
        </w:rPr>
        <w:t xml:space="preserve">[1:12:36] </w:t>
      </w:r>
      <w:r>
        <w:t>alayhi wa man kaanat 'indahu amaanatun fal yuddihaa minhu alayhi wa basata yadayhi wa qaal: "alayhi hal ballaghtu?" thumma qaal: "li yuballigh al shaahidu al ghaa'iba fa innahu rabb muballighin as'ada min saami'een." tarjuma:</w:t>
      </w:r>
    </w:p>
    <w:p>
      <w:pPr>
        <w:jc w:val="right"/>
      </w:pPr>
      <w:r>
        <w:t>علی ومن کانت عنده امانۃ فلیہا منہ علیہا وبسطیدیہ وقال: "علی ہلبلغت؟" ثم قال: "لیبلغ الشاہد الغائب فانہ رب مبلغ اسعد من سامعین." ترجمہ:</w:t>
      </w:r>
    </w:p>
    <w:p>
      <w:r>
        <w:rPr>
          <w:b/>
        </w:rPr>
        <w:t xml:space="preserve">[1:12:59] </w:t>
      </w:r>
      <w:r>
        <w:t>beshak tumhare khoon aur tumhare maal tumhare upar haraam hain jis tarah tumhara yeh din tumhare is mahine mein tumhare is shahar mein haraam hai.</w:t>
      </w:r>
    </w:p>
    <w:p>
      <w:pPr>
        <w:jc w:val="right"/>
      </w:pPr>
      <w:r>
        <w:t>بے شک تمہارے خون اور تمہارے مال تمہارے اوپر حرام ہیں جس طرح تمہارا یہ دن تمہارے اس مہینے میں تمہارے اس شہر میں حرام ہے۔</w:t>
      </w:r>
    </w:p>
    <w:p>
      <w:r>
        <w:rPr>
          <w:b/>
        </w:rPr>
        <w:t xml:space="preserve">[1:13:13] </w:t>
      </w:r>
      <w:r>
        <w:t>sun lo ke jahiliyat ke mamle ki har cheez mere qadmon ke neeche hai aur jahiliyat ke tamam khoon baatel kar diye gaye aur sab se pehla khoon jo mein baatel karta hoon woh hamara khoon rabee'ah ibn harith ka khoon hai.</w:t>
      </w:r>
    </w:p>
    <w:p>
      <w:pPr>
        <w:jc w:val="right"/>
      </w:pPr>
      <w:r>
        <w:t>سن لو کہ جاہلیت کے معاملے کی ہر چیز میرے قدموں کے نیچے ہے اور جاہلیت کے تمام خون باطل کر دیے گئے اور سب سے پہلا خون جو میں باطل کرتا ہوں وہ ہمارا خون ربیعہ ابن حارث کا خون ہے۔</w:t>
      </w:r>
    </w:p>
    <w:p>
      <w:r>
        <w:rPr>
          <w:b/>
        </w:rPr>
        <w:t xml:space="preserve">[1:13:32] </w:t>
      </w:r>
      <w:r>
        <w:t>us ne bano sa'd se doodh pilane wali talab kiya tha phir us ko huziil ne qatal kiya aur jahiliyat ke tamam sood baatel hain aur sab se pehla sood jo mein baatel karta hoon woh hamare khandan ka sood abbas ibn abd al muttalib ka sood hai.</w:t>
      </w:r>
    </w:p>
    <w:p>
      <w:pPr>
        <w:jc w:val="right"/>
      </w:pPr>
      <w:r>
        <w:t>اس نے بنو سعد سے دودھ پلانے والی طلب کیا تھا پھر اس کو حزیل نے قتل کیا اور جاہلیت کے تمام سود باطل ہیں اور سب سے پہلا سود جو میں باطل کرتا ہوں وہ ہمارے خاندان کا سود عباس ابن عبدالمطلب کا سود ہے۔</w:t>
      </w:r>
    </w:p>
    <w:p>
      <w:r>
        <w:rPr>
          <w:b/>
        </w:rPr>
        <w:t xml:space="preserve">[1:13:55] </w:t>
      </w:r>
      <w:r>
        <w:t>woh sab ka sab baatel hai. tum log auraton ke mamle mein Khuda se daro.</w:t>
      </w:r>
    </w:p>
    <w:p>
      <w:pPr>
        <w:jc w:val="right"/>
      </w:pPr>
      <w:r>
        <w:t>وہ سب کا سب باطل ہے۔ تم لوگ عورتوں کے معاملے میں خدا سے ڈرو۔</w:t>
      </w:r>
    </w:p>
    <w:p>
      <w:r>
        <w:rPr>
          <w:b/>
        </w:rPr>
        <w:t xml:space="preserve">[1:14:01] </w:t>
      </w:r>
      <w:r>
        <w:t>tum ne un ko Allah ki amaanat ke taur par hasil kiya hai aur un ki sharmgahon ko Allah ke kalme se halaal kiya hai aur un ke upar tumhara yeh haq hai ke woh tumhare bistar par kisi ghair ko jis ka aana tumhein pasand nahi na aane dein.</w:t>
      </w:r>
    </w:p>
    <w:p>
      <w:pPr>
        <w:jc w:val="right"/>
      </w:pPr>
      <w:r>
        <w:t>تم نے ان کو اللہ کی امانت کے طور پر حاصل کیا ہے اور ان کی شرم گاہوں کو اللہ کے کلمے سے حلال کیا ہے اور ان کے اوپر تمہارا یہ حق ہے کہ وہ تمہارے بستر پر کسی غیر کو جس کا انا تمہیں پسند نہیں نہ آنے دیں۔</w:t>
      </w:r>
    </w:p>
    <w:p>
      <w:r>
        <w:rPr>
          <w:b/>
        </w:rPr>
        <w:t xml:space="preserve">[1:14:22] </w:t>
      </w:r>
      <w:r>
        <w:t>agar woh aisa karein to tum un ko aisi maar mar sakte ho jo zahir na ho aur tumhare upar un ka haq yeh hai ke tum un ko ma'roof tareeqe par khana aur kapda do aur mein tumhare darmiyan ek cheez chhod raha hoon.</w:t>
      </w:r>
    </w:p>
    <w:p>
      <w:pPr>
        <w:jc w:val="right"/>
      </w:pPr>
      <w:r>
        <w:t>اگر وہ ایسا کریں تو تم ان کو ایسی مار مار سکتے ہو جو ظاہر نہ ہو اور تمہارے اوپر ان کا حق یہ ہے کہ تم ان کو معروف طریقے پر کھانا اور کپڑا دو اور میں تمہارے درمیان ایک چیز چھوڑ رہا ہوں۔</w:t>
      </w:r>
    </w:p>
    <w:p>
      <w:r>
        <w:rPr>
          <w:b/>
        </w:rPr>
        <w:t xml:space="preserve">[1:14:41] </w:t>
      </w:r>
      <w:r>
        <w:t>agar tum us ko mazbooti se pakdo ge to tum gumrah na ho ge.</w:t>
      </w:r>
    </w:p>
    <w:p>
      <w:pPr>
        <w:jc w:val="right"/>
      </w:pPr>
      <w:r>
        <w:t>اگر تم اس کو مضبوطی سے پکڑو گے تو تم گمراہ نہ ہو گے۔</w:t>
      </w:r>
    </w:p>
    <w:p>
      <w:r>
        <w:rPr>
          <w:b/>
        </w:rPr>
        <w:t xml:space="preserve">[1:14:46] </w:t>
      </w:r>
      <w:r>
        <w:t>woh cheez Khuda ki kitaab hai aur tum se meri baabat poocha jae ga to tum kya kahoge? logon ne kaha ke hum gawahi denge ke aap ne pahuncha diya aur ada kar diya aur khair khwahi ki.</w:t>
      </w:r>
    </w:p>
    <w:p>
      <w:pPr>
        <w:jc w:val="right"/>
      </w:pPr>
      <w:r>
        <w:t>وہ چیز خدا کی کتاب ہے اور تم سے میری بابت پوچھا جائے گا تو تم کیا کہو گے؟ لوگوں نے کہا کہ ہم گواہی دیں گے کہ آپ نے پہنچا دیا اور ادا کر دیا اور خیر خواہی کی۔</w:t>
      </w:r>
    </w:p>
    <w:p>
      <w:r>
        <w:rPr>
          <w:b/>
        </w:rPr>
        <w:t xml:space="preserve">[1:15:03] </w:t>
      </w:r>
      <w:r>
        <w:t>aap ne shahadat ki ungli aasman ki taraf uthai aur phir us ko logon ki taraf karte hue kaha ke aye Allah tu gawah reh.</w:t>
      </w:r>
    </w:p>
    <w:p>
      <w:pPr>
        <w:jc w:val="right"/>
      </w:pPr>
      <w:r>
        <w:t>آپ نے شہادت کی انگلی آسمان کی طرف اٹھائی اور پھر اس کو لوگوں کی طرف کرتے ہوئے کہا کہ اے اللہ تو گواہ رہ۔</w:t>
      </w:r>
    </w:p>
    <w:p>
      <w:r>
        <w:rPr>
          <w:b/>
        </w:rPr>
        <w:t xml:space="preserve">[1:15:13] </w:t>
      </w:r>
      <w:r>
        <w:t>aye Allah tu gawah reh. aye Allah tu gawah reh. doosra khutba: aye logon!</w:t>
      </w:r>
    </w:p>
    <w:p>
      <w:pPr>
        <w:jc w:val="right"/>
      </w:pPr>
      <w:r>
        <w:t>اے اللہ تو گواہ رہ۔ اے اللہ تو گواہ رہ۔ دوسرا خطبہ: اے لوگوں!</w:t>
      </w:r>
    </w:p>
    <w:p>
      <w:r>
        <w:rPr>
          <w:b/>
        </w:rPr>
        <w:t xml:space="preserve">[1:15:23] </w:t>
      </w:r>
      <w:r>
        <w:t>kya tum jante ho ke tum kis mahine mein ho aur tum kis din mein ho aur tum kis shahar mein ho</w:t>
      </w:r>
    </w:p>
    <w:p>
      <w:pPr>
        <w:jc w:val="right"/>
      </w:pPr>
      <w:r>
        <w:t>کیا تم جانتے ہو کہ تم کس مہینے میں ہو اور تم کس دن میں ہو اور تم کس شہر میں ہو</w:t>
      </w:r>
    </w:p>
    <w:p>
      <w:r>
        <w:rPr>
          <w:b/>
        </w:rPr>
        <w:t xml:space="preserve">[1:15:32] </w:t>
      </w:r>
      <w:r>
        <w:t>? logon ne kaha ke haraam din aur haraam shahar aur haraam mahine mein. aap ne farmaya ke tumhare khoon aur tumhare maal aur tumhari izzatein tumhare upar isi tarah qayamat tak ke liye haraam hain jis tarah tumhara yeh din tumhara yeh mahina aur tumhara yeh shahar haraam hai.</w:t>
      </w:r>
    </w:p>
    <w:p>
      <w:pPr>
        <w:jc w:val="right"/>
      </w:pPr>
      <w:r>
        <w:t>؟ لوگوں نے کہا کہ حرام دن اور حرام شہر اور حرام مہینے میں۔ آپ نے فرمایا کہ تمہارے خون اور تمہارے مال اور تمہاری عزتیں تمہارے اوپر اسی طرح قیامت تک کے لیے حرام ہیں جس طرح تمہارا یہ دن تمہارا یہ مہینہ اور تمہارا یہ شہر حرام ہے۔</w:t>
      </w:r>
    </w:p>
    <w:p>
      <w:r>
        <w:rPr>
          <w:b/>
        </w:rPr>
        <w:t xml:space="preserve">[1:15:57] </w:t>
      </w:r>
      <w:r>
        <w:t>phir farmaya: meri baat suno aur is ke mutabiq zindagi guzaro. khabardar! zulm na karna.</w:t>
      </w:r>
    </w:p>
    <w:p>
      <w:pPr>
        <w:jc w:val="right"/>
      </w:pPr>
      <w:r>
        <w:t>پھر فرمایا: میری بات سنو اور اس کے مطابق زندگی گزارو۔ خبردار! ظلم نہ کرنا۔</w:t>
      </w:r>
    </w:p>
    <w:p>
      <w:r>
        <w:rPr>
          <w:b/>
        </w:rPr>
        <w:t xml:space="preserve">[1:16:06] </w:t>
      </w:r>
      <w:r>
        <w:t>khabardar! zulm na karna. beshak kisi musalman aadmi ka maal lena jaiz nahi illa yeh ke woh raazi ho.</w:t>
      </w:r>
    </w:p>
    <w:p>
      <w:pPr>
        <w:jc w:val="right"/>
      </w:pPr>
      <w:r>
        <w:t>خبردار! ظلم نہ کرنا۔ بے شک کسی مسلمان آدمی کا مال لینا جائز نہیں الا یہ کہ وہ راضی ہو۔</w:t>
      </w:r>
    </w:p>
    <w:p>
      <w:r>
        <w:rPr>
          <w:b/>
        </w:rPr>
        <w:t xml:space="preserve">[1:16:16] </w:t>
      </w:r>
      <w:r>
        <w:t>suno! jahiliyat ka har khoon aur maal aur sharaf qayamat tak ke liye mere dono qadmon ke neeche hai aur pehla khoon jo batil kiya jata hai woh Rabi'a ibne Harith ibne Abdul Muttalib ka khoon hai.</w:t>
      </w:r>
    </w:p>
    <w:p>
      <w:pPr>
        <w:jc w:val="right"/>
      </w:pPr>
      <w:r>
        <w:t>سنو! جاہلیت کا ہر خون اور مال اور شرف قیامت تک کے لیے میرے دونوں قدموں کے نیچے ہے اور پہلا خون جو باطل کیا جاتا ہے وہ ربیعہ ابن حارث ابن عبدالمطلب کا خون ہے۔</w:t>
      </w:r>
    </w:p>
    <w:p>
      <w:r>
        <w:rPr>
          <w:b/>
        </w:rPr>
        <w:t xml:space="preserve">[1:16:33] </w:t>
      </w:r>
      <w:r>
        <w:t>us ne banu Sa'd se doodh pilane wali talab kiya tha phir Huzail ne us ko qatl kar diya.</w:t>
      </w:r>
    </w:p>
    <w:p>
      <w:pPr>
        <w:jc w:val="right"/>
      </w:pPr>
      <w:r>
        <w:t>اس نے بنو سعد سے دودھ پلانے والی طلب کیا تھا پھر حزیل نے اس کو قتل کر دیا۔</w:t>
      </w:r>
    </w:p>
    <w:p>
      <w:r>
        <w:rPr>
          <w:b/>
        </w:rPr>
        <w:t xml:space="preserve">[1:16:41] </w:t>
      </w:r>
      <w:r>
        <w:t>jahiliyat ke tamam sood batil kiye gaye aur Allah taala ne yeh faisla farmaya ke pehla sood jo batil kiya jaye woh Abbas ibne Abdul Muttalib ka sood hai.</w:t>
      </w:r>
    </w:p>
    <w:p>
      <w:pPr>
        <w:jc w:val="right"/>
      </w:pPr>
      <w:r>
        <w:t>جاہلیت کے تمام سود باطل کیے گئے اور اللہ تعالی نے یہ فیصلہ فرمایا کہ پہلا سود جو باطل کیا جائے وہ عباس ابن عبدالمطلب کا سود ہے۔</w:t>
      </w:r>
    </w:p>
    <w:p>
      <w:r>
        <w:rPr>
          <w:b/>
        </w:rPr>
        <w:t xml:space="preserve">[1:16:54] </w:t>
      </w:r>
      <w:r>
        <w:t>tumhare liye tumhara raas ul maal hai. na tum kisi par zulm karo aur na tumhare upar koi zulm kiya jaye.</w:t>
      </w:r>
    </w:p>
    <w:p>
      <w:pPr>
        <w:jc w:val="right"/>
      </w:pPr>
      <w:r>
        <w:t>تمہارے لیے تمہارا راس المال ہے۔ نہ تم کسی پر ظلم کرو اور نہ تمہارے اوپر کوئی ظلم کیا جائے۔</w:t>
      </w:r>
    </w:p>
    <w:p>
      <w:r>
        <w:rPr>
          <w:b/>
        </w:rPr>
        <w:t xml:space="preserve">[1:17:04] </w:t>
      </w:r>
      <w:r>
        <w:t>suno! zamana ghoom gaya</w:t>
      </w:r>
    </w:p>
    <w:p>
      <w:pPr>
        <w:jc w:val="right"/>
      </w:pPr>
      <w:r>
        <w:t>سنو! زمانہ گھوم گیا</w:t>
      </w:r>
    </w:p>
    <w:p>
      <w:r>
        <w:rPr>
          <w:b/>
        </w:rPr>
        <w:t xml:space="preserve">[1:17:06] </w:t>
      </w:r>
      <w:r>
        <w:t>pas woh aaj usi nuqtay par hai jis din ke Khuda ne zameen o asman ko paida kiya tha. phir aap ne yeh ayat padhi: Khuda ke nazdeek mahinon ki ginti barah mahine hain.</w:t>
      </w:r>
    </w:p>
    <w:p>
      <w:pPr>
        <w:jc w:val="right"/>
      </w:pPr>
      <w:r>
        <w:t>پس وہ آج اسی نقطے پر ہے جس دن کہ خدا نے زمین و آسمان کو پیدا کیا تھا۔ پھر آپ نے یہ آیت پڑھی: خدا کے نزدیک مہینوں کی گنتی بارہ مہینے ہیں۔</w:t>
      </w:r>
    </w:p>
    <w:p>
      <w:r>
        <w:rPr>
          <w:b/>
        </w:rPr>
        <w:t xml:space="preserve">[1:17:21] </w:t>
      </w:r>
      <w:r>
        <w:t>Khuda ki kitab mein jis din ke us ne zameen o asman ko paida kiya un mein se char mahine muhtaram hain.</w:t>
      </w:r>
    </w:p>
    <w:p>
      <w:pPr>
        <w:jc w:val="right"/>
      </w:pPr>
      <w:r>
        <w:t>خدا کی کتاب میں جس دن کہ اس نے زمین و آسمان کو پیدا کیا ان میں سے چار مہینے محترم ہیں۔</w:t>
      </w:r>
    </w:p>
    <w:p>
      <w:r>
        <w:rPr>
          <w:b/>
        </w:rPr>
        <w:t xml:space="preserve">[1:17:30] </w:t>
      </w:r>
      <w:r>
        <w:t>yahi seedha deen hai.</w:t>
      </w:r>
    </w:p>
    <w:p>
      <w:pPr>
        <w:jc w:val="right"/>
      </w:pPr>
      <w:r>
        <w:t>یہی سیدھا دین ہے۔</w:t>
      </w:r>
    </w:p>
    <w:p>
      <w:r>
        <w:rPr>
          <w:b/>
        </w:rPr>
        <w:t xml:space="preserve">[1:17:33] </w:t>
      </w:r>
      <w:r>
        <w:t>pas tum in mein apni janon par zulm na karo. suno! mere baad kafir na ho jana ke aapas mein ek doosre ki gardan marne lago.</w:t>
      </w:r>
    </w:p>
    <w:p>
      <w:pPr>
        <w:jc w:val="right"/>
      </w:pPr>
      <w:r>
        <w:t>پس تم ان میں اپنی جانوں پر ظلم نہ کرو۔ سنو! میرے بعد کافر نہ ہو جانا کہ آپس میں ایک دوسرے کی گردن مارنے لگو۔</w:t>
      </w:r>
    </w:p>
    <w:p>
      <w:r>
        <w:rPr>
          <w:b/>
        </w:rPr>
        <w:t xml:space="preserve">[1:17:43] </w:t>
      </w:r>
      <w:r>
        <w:t>suno! shaitan is se mayoos ho chuka hai ke namaz parhne wale us ki ibadat karein lekin aapas mein tum ko barangikhta kar ke woh apna maqsad hasil karega</w:t>
      </w:r>
    </w:p>
    <w:p>
      <w:pPr>
        <w:jc w:val="right"/>
      </w:pPr>
      <w:r>
        <w:t>سنو! شیطان اس سے مایوس ہو چکا ہے کہ نماز پڑھنے والے اس کی عبادت کریں لیکن آپس میں تم کو برنگیختہ کر کے وہ اپنا مقصد حاصل کرے گا</w:t>
      </w:r>
    </w:p>
    <w:p>
      <w:r>
        <w:rPr>
          <w:b/>
        </w:rPr>
        <w:t xml:space="preserve">[1:17:58] </w:t>
      </w:r>
      <w:r>
        <w:t>aur auraton ke bare mein Allah se daro kyunke woh tumhari dast nagar hain. woh apne liye kuch nahi kar sakti aur tumhare upar un ka haq hai aur un ke upar tumhara haq hai yeh ke tumhare bistar par woh tumhare siwa kisi aur ko na aanay dein aur na aise shakhs ko tumhare ghar mein aanay dein jis ko tum napasand karte ho.</w:t>
      </w:r>
    </w:p>
    <w:p>
      <w:pPr>
        <w:jc w:val="right"/>
      </w:pPr>
      <w:r>
        <w:t>اور عورتوں کے بارے میں اللہ سے ڈرو کیونکہ وہ تمہاری دست نگر ہیں۔ وہ اپنے لیے کچھ نہیں کر سکتی اور تمہارے اوپر ان کا حق ہے اور ان کے اوپر تمہارا حق ہے یہ کہ تمہارے بستر پر وہ تمہارے سوا کسی اور کو نہ آنے دیں اور نہ ایسے شخص کو تمہارے گھر میں آنے دیں جس کو تم ناپسند کرتے ہو۔</w:t>
      </w:r>
    </w:p>
    <w:p>
      <w:r>
        <w:rPr>
          <w:b/>
        </w:rPr>
        <w:t xml:space="preserve">[1:18:25] </w:t>
      </w:r>
      <w:r>
        <w:t>phir agar tum un se napharmani ka andesha mehsoos karo to un ko naseehat karo aur un ko khwab gahon mein chhod do aur un ko halki maar maro aur unhi maroof tareeqay par khane aur kapde ka haq hai.</w:t>
      </w:r>
    </w:p>
    <w:p>
      <w:pPr>
        <w:jc w:val="right"/>
      </w:pPr>
      <w:r>
        <w:t>پھر اگر تم ان سے نافرمانی کا اندیشہ محسوس کرو تو ان کو نصیحت کرو اور ان کو خواب گاہوں میں چھوڑ دو اور ان کو ہلکی مار مارو اور انہی معروف طریقے پر کھانے اور کپڑے کا حق ہے۔</w:t>
      </w:r>
    </w:p>
    <w:p>
      <w:r>
        <w:rPr>
          <w:b/>
        </w:rPr>
        <w:t xml:space="preserve">[1:18:42] </w:t>
      </w:r>
      <w:r>
        <w:t>tum ne un ko Allah ki amanat ke taur par liya hai aur un ki sharm gahon ko Allah ke kalme se halaal kiya hai.</w:t>
      </w:r>
    </w:p>
    <w:p>
      <w:pPr>
        <w:jc w:val="right"/>
      </w:pPr>
      <w:r>
        <w:t>تم نے ان کو خدا کی امانت کے طور پر لیا ہے اور ان کی شرم گاہوں کو اللہ کے کلمے سے حلال کیا ہے۔</w:t>
      </w:r>
    </w:p>
    <w:p>
      <w:r>
        <w:rPr>
          <w:b/>
        </w:rPr>
        <w:t xml:space="preserve">[1:18:51] </w:t>
      </w:r>
      <w:r>
        <w:t>suno! jis ke paas koi amanat ho to woh us ko sahib amanat ko wapas kar de. is ke baad aap ne apne dono hath failaye aur farmaya: kya mein ne pohncha diya?</w:t>
      </w:r>
    </w:p>
    <w:p>
      <w:pPr>
        <w:jc w:val="right"/>
      </w:pPr>
      <w:r>
        <w:t>سنو! جس کے پاس کوئی امانت ہو تو وہ اس کو صاحب امانت کو واپس کر دے۔ اس کے بعد آپ نے اپنے دونوں ہاتھ پھیلائے اور فرمایا: کیا میں نے پہنچا دیا؟</w:t>
      </w:r>
    </w:p>
    <w:p>
      <w:r>
        <w:rPr>
          <w:b/>
        </w:rPr>
        <w:t xml:space="preserve">[1:19:04] </w:t>
      </w:r>
      <w:r>
        <w:t>kya mein ne pohncha diya? phir aap ne kaha: jo hazir hai woh ghair hazir ko pohncha de kyunke bohat se woh log jinhein pohnchaya jaye woh sunne walon se zyada khush naseeb hote hain.</w:t>
      </w:r>
    </w:p>
    <w:p>
      <w:pPr>
        <w:jc w:val="right"/>
      </w:pPr>
      <w:r>
        <w:t>کیا میں نے پہنچا دیا؟ پھر آپ نے کہا: جو حاضر ہے وہ غیر حاضر کو پہنچا دے کیونکہ بہت سے وہ لوگ جنہیں پہنچایا جائے وہ سننے والوں سے زیادہ خوش بخت ہوتے ہیں۔</w:t>
      </w:r>
    </w:p>
    <w:p>
      <w:r>
        <w:rPr>
          <w:b/>
        </w:rPr>
        <w:t xml:space="preserve">[1:19:21] </w:t>
      </w:r>
      <w:r>
        <w:t>musnad Ahmad tashreeh: is pure khutbe ka khulasa is ke is lafz mein hai: ala la tazlamu ala la tazlamu yani khabardar!</w:t>
      </w:r>
    </w:p>
    <w:p>
      <w:pPr>
        <w:jc w:val="right"/>
      </w:pPr>
      <w:r>
        <w:t>مسند احمد تشریح: اس پورے خطبے کا خلاصہ اس کے اس لفظ میں ہے: علی لا تظلمو علی لا تظلمو یعنی خبردار!</w:t>
      </w:r>
    </w:p>
    <w:p>
      <w:r>
        <w:rPr>
          <w:b/>
        </w:rPr>
        <w:t xml:space="preserve">[1:19:36] </w:t>
      </w:r>
      <w:r>
        <w:t>zulm na karna. khabardar! zulm na karna. is khutbe ka maqsad zulm ke har darwaze ko band karna hai</w:t>
      </w:r>
    </w:p>
    <w:p>
      <w:pPr>
        <w:jc w:val="right"/>
      </w:pPr>
      <w:r>
        <w:t>ظلم نہ کرنا۔ خبردار! ظلم نہ کرنا۔ اس خطبے کا مقصد ظلم کے ہر دروازے کو بند کرنا ہے</w:t>
      </w:r>
    </w:p>
    <w:p>
      <w:r>
        <w:rPr>
          <w:b/>
        </w:rPr>
        <w:t xml:space="preserve">[1:19:44] </w:t>
      </w:r>
      <w:r>
        <w:t>khwah woh jhoote tohamat ki wajah se paida hua ho ya galat qawaneen ki wajah se ya gharoor aur sarkashi ki wajah se.</w:t>
      </w:r>
    </w:p>
    <w:p>
      <w:pPr>
        <w:jc w:val="right"/>
      </w:pPr>
      <w:r>
        <w:t>خواہ وہ جھوٹے توہمات کی وجہ سے پیدا ہوا ہو یا غلط قوانین کی وجہ سے یا غرور اور سرکشی کی وجہ سے۔</w:t>
      </w:r>
    </w:p>
    <w:p>
      <w:r>
        <w:rPr>
          <w:b/>
        </w:rPr>
        <w:t xml:space="preserve">[1:19:56] </w:t>
      </w:r>
      <w:r>
        <w:t>is maqsad ke liye ailan kar diya gaya ke usooli taur par har aadmi ka khoon, uska maal aur us ki abru doosre ke liye haram hai illa yeh ke Allah ke wazeh qanoon ki bina par is ka jawaz sabit hota ho.</w:t>
      </w:r>
    </w:p>
    <w:p>
      <w:pPr>
        <w:jc w:val="right"/>
      </w:pPr>
      <w:r>
        <w:t>اس مقصد کے لیے اعلان کر دیا گیا کہ اصولی طور پر ہر آدمی کا خون، اس کا مال اور اس کی ابرو دوسرے کے لیے حرام ہے الا یہ کہ اللہ کے واضح قانون کی بنا پر اس کا جواز ثابت ہوتا ہو۔</w:t>
      </w:r>
    </w:p>
    <w:p>
      <w:r>
        <w:rPr>
          <w:b/>
        </w:rPr>
        <w:t xml:space="preserve">[1:20:14] </w:t>
      </w:r>
      <w:r>
        <w:t>jahili rawaiyat aur intiqami jazbat ke tehat ek doosre ke khilaf jo karwaiyan ki jati hain woh mutlaq taur par mamnoo qarar de di gayeen.</w:t>
      </w:r>
    </w:p>
    <w:p>
      <w:pPr>
        <w:jc w:val="right"/>
      </w:pPr>
      <w:r>
        <w:t>جاہلی روایات اور انتقامی جذبات کے تحت ایک دوسرے کے خلاف جو کارروائیاں کی جاتی ہیں وہ مطلق طور پر ممنوع قرار دے دی گئیں۔</w:t>
      </w:r>
    </w:p>
    <w:p>
      <w:r>
        <w:rPr>
          <w:b/>
        </w:rPr>
        <w:t xml:space="preserve">[1:20:27] </w:t>
      </w:r>
      <w:r>
        <w:t>soodi len den ko bilkul haram qarar de diya gaya jo ke samaj ke mukhtalif tabqaton ke darmiyan maashi zulm paida karta hai.</w:t>
      </w:r>
    </w:p>
    <w:p>
      <w:pPr>
        <w:jc w:val="right"/>
      </w:pPr>
      <w:r>
        <w:t>سودی لین دین کو بالکل حرام قرار دے دیا گیا جو کہ سماج کے مختلف طبقات کے درمیان معاشی ظلم پیدا کرتا ہے۔</w:t>
      </w:r>
    </w:p>
    <w:p>
      <w:r>
        <w:rPr>
          <w:b/>
        </w:rPr>
        <w:t xml:space="preserve">[1:20:38] </w:t>
      </w:r>
      <w:r>
        <w:t>neez doosre balawasita tareeqon se samajee insaaf mein zabardast rukawat hai. auraton ke huqooq ko wazeh taur par mutayyan kar diya gaya aur mardon ko is se rok diya gaya ke woh aurat ko kamzor pa kar unhein apni ziyadati ka nishana banayein.</w:t>
      </w:r>
    </w:p>
    <w:p>
      <w:pPr>
        <w:jc w:val="right"/>
      </w:pPr>
      <w:r>
        <w:t>نیز دوسرے بالواسطہ طریقوں سے سماجی انصاف میں زبردست رکاوٹ ہے۔ عورتوں کے حقوق کو واضح طور پر متعین کر دیا گیا اور مردوں کو اس سے روک دیا گیا کہ وہ عورت کو کمزور پا کر انہیں اپنی زیادتی کا نشانہ بنائیں۔</w:t>
      </w:r>
    </w:p>
    <w:p>
      <w:r>
        <w:rPr>
          <w:b/>
        </w:rPr>
        <w:t xml:space="preserve">[1:20:59] </w:t>
      </w:r>
      <w:r>
        <w:t>insanon ke darmiyan bahami mamlaat ke liye Khuda ki kitab aur Rasool ki sunnat ko aakhri miyar qarar de diya gaya tha.</w:t>
      </w:r>
    </w:p>
    <w:p>
      <w:pPr>
        <w:jc w:val="right"/>
      </w:pPr>
      <w:r>
        <w:t>انسانوں کے درمیان باہمی معاملات کے لیے خدا کی کتاب اور رسول کی سنت کو آخری معیار قرار دے دیا گیا۔</w:t>
      </w:r>
    </w:p>
    <w:p>
      <w:r>
        <w:rPr>
          <w:b/>
        </w:rPr>
        <w:t xml:space="preserve">[1:21:10] </w:t>
      </w:r>
      <w:r>
        <w:t>logon ko paband kiya gaya ke woh apna har jhagda quran o sunnat ke ahkam ke mutahhat tay karein khwah quran o sunnat ka faisla un ki marzi ke muwafiq ho ya un ki marzi ke khilaf.</w:t>
      </w:r>
    </w:p>
    <w:p>
      <w:pPr>
        <w:jc w:val="right"/>
      </w:pPr>
      <w:r>
        <w:t>لوگوں کو پابند کیا گیا کہ وہ اپنا ہر جھگڑا قرآن و سنت کے احکام کے ماتحت طے کریں خواہ قرآن و سنت کا فیصلہ ان کی مرضی کے موافق ہو یا ان کی مرضی کے خلاف۔</w:t>
      </w:r>
    </w:p>
    <w:p>
      <w:r>
        <w:rPr>
          <w:b/>
        </w:rPr>
        <w:t xml:space="preserve">[1:21:27] </w:t>
      </w:r>
      <w:r>
        <w:t>musalmanon ko un ki gumrahi ke wahid sab se barhe sabab se rooka gaya aur woh aapas ki niza hai. khuda ne aakhri deen ko itna mehfooz aur mustahkam kar diya hai ke ab deen mein bigar ke liye shaitan koi rasta nahi pa sakta.</w:t>
      </w:r>
    </w:p>
    <w:p>
      <w:pPr>
        <w:jc w:val="right"/>
      </w:pPr>
      <w:r>
        <w:t>مسلمانوں کو ان کی گمراہی کے واحد سب سے بڑے سبب سے روکا گیا اور وہ آپس کی نزاع ہے۔ خدا نے آخری دین کو اتنا محفوظ اور مستحکم کر دیا ہے کہ اب دین میں بگاڑ کے لیے شیطان کوئی راستہ نہیں پا سکتا۔</w:t>
      </w:r>
    </w:p>
    <w:p>
      <w:r>
        <w:rPr>
          <w:b/>
        </w:rPr>
        <w:t xml:space="preserve">[1:21:48] </w:t>
      </w:r>
      <w:r>
        <w:t>albatta mukhtalif qism ke jhoote niza khare kar ke woh musalmanon ko aapas mein ladaye ga.</w:t>
      </w:r>
    </w:p>
    <w:p>
      <w:pPr>
        <w:jc w:val="right"/>
      </w:pPr>
      <w:r>
        <w:t>البتہ مختلف قسم کے جھوٹے نزاع کھڑے کر کے وہ مسلمانوں کو آپس میں لڑائے گا۔</w:t>
      </w:r>
    </w:p>
    <w:p>
      <w:r>
        <w:rPr>
          <w:b/>
        </w:rPr>
        <w:t xml:space="preserve">[1:21:55] </w:t>
      </w:r>
      <w:r>
        <w:t>musalman agar is fitne se bach gaye to phir koi doosri cheez unhein hargiz nuqsan nahi pahuncha sakti. iman ka taqaza yeh hai ke musalmanon ke andar amanat ki adaiyegi ka ehsas paida ho.</w:t>
      </w:r>
    </w:p>
    <w:p>
      <w:pPr>
        <w:jc w:val="right"/>
      </w:pPr>
      <w:r>
        <w:t>مسلمان اگر اس فتنے سے بچ گئے تو پھر کوئی دوسری چیز انہیں ہرگز نقصان نہیں پہنچا سکتی۔ ایمان کا تقاضا یہ ہے کہ مسلمانوں کے اندر امانت کی ادائیگی کا احساس پیدا ہو۔</w:t>
      </w:r>
    </w:p>
    <w:p>
      <w:r>
        <w:rPr>
          <w:b/>
        </w:rPr>
        <w:t xml:space="preserve">[1:22:10] </w:t>
      </w:r>
      <w:r>
        <w:t>khuda ke deen ko doosron tak pahunchana bhi adaiyegi amanat hai. logon ke amwal ko unhein lotana bhi adaiyegi amanat hai.</w:t>
      </w:r>
    </w:p>
    <w:p>
      <w:pPr>
        <w:jc w:val="right"/>
      </w:pPr>
      <w:r>
        <w:t>خدا کے دین کو دوسروں تک پہنچانا بھی ادائیگی امانت ہے۔ لوگوں کے اموال کو انہیں لوٹانا بھی ادائیگی امانت ہے۔</w:t>
      </w:r>
    </w:p>
    <w:p>
      <w:r>
        <w:rPr>
          <w:b/>
        </w:rPr>
        <w:t xml:space="preserve">[1:22:22] </w:t>
      </w:r>
      <w:r>
        <w:t>ahl shakhs ki ahliyat ka etaraf kar ke is ke liye jagah khali kar dena bhi adaiyegi amanat hai. aur musalman ko paband kiya gaya hai ke amanat ki adaiyegi ke har muamle mein woh poori tarah amin aur zimmedar sabit ho.</w:t>
      </w:r>
    </w:p>
    <w:p>
      <w:pPr>
        <w:jc w:val="right"/>
      </w:pPr>
      <w:r>
        <w:t>اہل شخص کی اہلیت کا اعتراف کر کے اس کے لیے جگہ خالی کر دینا بھی ادائیگی امانت ہے۔ اور مسلمان کو پابند کیا گیا ہے کہ امانت کی ادائیگی کے ہر معاملے میں وہ پوری طرح امین اور ذمہ دار ثابت ہو۔</w:t>
      </w:r>
    </w:p>
    <w:p>
      <w:r>
        <w:rPr>
          <w:b/>
        </w:rPr>
        <w:t xml:space="preserve">[1:22:40] </w:t>
      </w:r>
      <w:r>
        <w:t>rasool Allah sal Allah alaihi wasallam ka yeh khutba goya aik zinda pukar hai.</w:t>
      </w:r>
    </w:p>
    <w:p>
      <w:pPr>
        <w:jc w:val="right"/>
      </w:pPr>
      <w:r>
        <w:t>رسول اللہ صلی اللہ علیہ وسلم کا یہ خطبہ گویا ایک زندہ پکار ہے۔</w:t>
      </w:r>
    </w:p>
    <w:p>
      <w:r>
        <w:rPr>
          <w:b/>
        </w:rPr>
        <w:t xml:space="preserve">[1:22:46] </w:t>
      </w:r>
      <w:r>
        <w:t>wohi haji haqeeqi maano mein haji hai jo haj ke douran is pukar ko sune aur wahan se is hal mein lote ke yeh khutba us ki poori zindagi ka laih-e-amal ban gaya ho.</w:t>
      </w:r>
    </w:p>
    <w:p>
      <w:pPr>
        <w:jc w:val="right"/>
      </w:pPr>
      <w:r>
        <w:t>وہی حاجی حقیقی معنوں میں حاجی ہے جو حج کے دوران اس پکار کو سنے اور وہاں سے اس حال میں لوٹے کہ یہ خطبہ اس کی پوری زندگی کا لائحہ عمل بن گیا ہو۔</w:t>
      </w:r>
    </w:p>
    <w:p>
      <w:r>
        <w:rPr>
          <w:b/>
        </w:rPr>
        <w:t xml:space="preserve">[1:23:06] </w:t>
      </w:r>
      <w:r>
        <w:t>haqeeqat haj kitab haqeeqat haj Maulana Wahiduddin Khan safha number 41</w:t>
      </w:r>
    </w:p>
    <w:p>
      <w:pPr>
        <w:jc w:val="right"/>
      </w:pPr>
      <w:r>
        <w:t>حقیقت حج کتاب حقیقت حج مولانا وحید الدین خان صفحہ نمبر 41</w:t>
      </w:r>
    </w:p>
    <w:p>
      <w:r>
        <w:rPr>
          <w:b/>
        </w:rPr>
        <w:t xml:space="preserve">[1:23:17] </w:t>
      </w:r>
      <w:r>
        <w:t>haj Islam ka aik bunyadi رکن hai. doosri ibadat ki tarah is ki asal rooh taqwa hai.</w:t>
      </w:r>
    </w:p>
    <w:p>
      <w:pPr>
        <w:jc w:val="right"/>
      </w:pPr>
      <w:r>
        <w:t>حج اسلام کا ایک بنیادی رکن ہے۔ دوسری عبادات کی طرح اس کی اصل روح تقویٰ ہے۔</w:t>
      </w:r>
    </w:p>
    <w:p>
      <w:r>
        <w:rPr>
          <w:b/>
        </w:rPr>
        <w:t xml:space="preserve">[1:23:28] </w:t>
      </w:r>
      <w:r>
        <w:t>tahum is ki aik munfarid noiyat bhi hai aur woh yeh ke is ko abu al-anbiya Hazrat Ibrahim alaihi salam ki zindagi ke sath wabasta kar diya gaya hai.</w:t>
      </w:r>
    </w:p>
    <w:p>
      <w:pPr>
        <w:jc w:val="right"/>
      </w:pPr>
      <w:r>
        <w:t>تاہم اس کی ایک منفرد نوعیت بھی ہے اور وہ یہ کہ اس کو ابو الانبیاء حضرت ابراہیم علیہ السلام کی زندگی کے ساتھ وابستہ کر دیا گیا ہے۔</w:t>
      </w:r>
    </w:p>
    <w:p>
      <w:r>
        <w:rPr>
          <w:b/>
        </w:rPr>
        <w:t xml:space="preserve">[1:23:42] </w:t>
      </w:r>
      <w:r>
        <w:t>haj ka maqsad yeh hai ke Allah ka jo banda maqamat haj par pahunch sakta hai woh apni umar mein kam az kam aik bar zaroor wahan pahunche.</w:t>
      </w:r>
    </w:p>
    <w:p>
      <w:pPr>
        <w:jc w:val="right"/>
      </w:pPr>
      <w:r>
        <w:t>حج کا مقصد یہ ہے کہ اللہ کا جو بندہ مقامات حج پر پہنچ سکتا ہے وہ اپنی عمر میں کم از کم ایک بار ضرور وہاں پہنچے۔</w:t>
      </w:r>
    </w:p>
    <w:p>
      <w:r>
        <w:rPr>
          <w:b/>
        </w:rPr>
        <w:t xml:space="preserve">[1:23:54] </w:t>
      </w:r>
      <w:r>
        <w:t>wahan mukhtalif aamal ke zariye woh apni kamil abdiyat ka saboot de.</w:t>
      </w:r>
    </w:p>
    <w:p>
      <w:pPr>
        <w:jc w:val="right"/>
      </w:pPr>
      <w:r>
        <w:t>وہاں مختلف اعمال کے ذریعے وہ اپنی کامل عبدیت کا ثبوت دے۔</w:t>
      </w:r>
    </w:p>
    <w:p>
      <w:r>
        <w:rPr>
          <w:b/>
        </w:rPr>
        <w:t xml:space="preserve">[1:24:01] </w:t>
      </w:r>
      <w:r>
        <w:t>woh Ibrahimi sarzamin mein pahunch kar alamati tor par aap ke aamal ko dohrae aur is tarah apne zahir o batin ko Ibrahimi rang mein rangne ka jazba paida kare.</w:t>
      </w:r>
    </w:p>
    <w:p>
      <w:pPr>
        <w:jc w:val="right"/>
      </w:pPr>
      <w:r>
        <w:t>وہ ابراہیمی سرزمین میں پہنچ کر علامتی طور پر آپ کے اعمال کو دہرائے اور اس طرح اپنے ظاہر و باطن کو ابراہیمی رنگ میں رنگنے کا جذبہ پیدا کرے۔</w:t>
      </w:r>
    </w:p>
    <w:p>
      <w:r>
        <w:rPr>
          <w:b/>
        </w:rPr>
        <w:t xml:space="preserve">[1:24:19] </w:t>
      </w:r>
      <w:r>
        <w:t>Hazrat Ibrahim alaihi salam ne kabe ki taameer karne ke baad awaz buland ki thi ke aey logon!</w:t>
      </w:r>
    </w:p>
    <w:p>
      <w:pPr>
        <w:jc w:val="right"/>
      </w:pPr>
      <w:r>
        <w:t>حضرت ابراہیم علیہ السلام نے کعبے کی تعمیر کرنے کے بعد آواز بلند کی تھی کہ اے لوگوں!</w:t>
      </w:r>
    </w:p>
    <w:p>
      <w:r>
        <w:rPr>
          <w:b/>
        </w:rPr>
        <w:t xml:space="preserve">[1:24:28] </w:t>
      </w:r>
      <w:r>
        <w:t>aao aur apne rab ka haj karo.</w:t>
      </w:r>
    </w:p>
    <w:p>
      <w:pPr>
        <w:jc w:val="right"/>
      </w:pPr>
      <w:r>
        <w:t>آؤ اور اپنے رب کا حج کرو۔</w:t>
      </w:r>
    </w:p>
    <w:p>
      <w:r>
        <w:rPr>
          <w:b/>
        </w:rPr>
        <w:t xml:space="preserve">[1:24:32] </w:t>
      </w:r>
      <w:r>
        <w:t>haj ka safar isi Ibrahimi pukar par labbaik kehna hai. haj ke mousam mein har taraf se labbaik Allahumma labbaik ki jo sada buland hoti hai woh isi nida-e-Ibrahimi ka jawab hai.</w:t>
      </w:r>
    </w:p>
    <w:p>
      <w:pPr>
        <w:jc w:val="right"/>
      </w:pPr>
      <w:r>
        <w:t>حج کا سفر اسی ابراہیمی پکار پر لبیک کہنا ہے۔ حج کے موسم میں ہر طرف سے لبیک اللہم لبیک کی جو صدا بلند ہوتی ہے وہ اسی ندائے ابراہیمی کا جواب ہے۔</w:t>
      </w:r>
    </w:p>
    <w:p>
      <w:r>
        <w:rPr>
          <w:b/>
        </w:rPr>
        <w:t xml:space="preserve">[1:24:50] </w:t>
      </w:r>
      <w:r>
        <w:t>is ka matlab yeh hai ke haj karne wala Hazrat Ibrahim ki pukar par labbaik kehta hua Allah ke yahan hazir ho gaya hai aur is baat ka muntazir hai ke us ko jo hukum bhi diya jaye woh us ko dil o jan se poora karne mein lag jaye.</w:t>
      </w:r>
    </w:p>
    <w:p>
      <w:pPr>
        <w:jc w:val="right"/>
      </w:pPr>
      <w:r>
        <w:t>اس کا مطلب یہ ہے کہ حج کرنے والا حضرت ابراہیم کی پکار پر لبیک کہتا ہوا اللہ کے یہاں حاضر ہو گیا ہے اور اس بات کا منتظر ہے کہ اس کو جو حکم بھی دیا جائے وہ اس کو دل و جان سے پورا کرنے میں لگ جائے۔</w:t>
      </w:r>
    </w:p>
    <w:p>
      <w:r>
        <w:rPr>
          <w:b/>
        </w:rPr>
        <w:t xml:space="preserve">[1:25:12] </w:t>
      </w:r>
      <w:r>
        <w:t>haj ke lafzi maani hain qasd karna, ziyarat ke liye jana.</w:t>
      </w:r>
    </w:p>
    <w:p>
      <w:pPr>
        <w:jc w:val="right"/>
      </w:pPr>
      <w:r>
        <w:t>حج کے لفظی معنی ہیں قصد کرنا، زیارت کے لیے جانا۔</w:t>
      </w:r>
    </w:p>
    <w:p>
      <w:r>
        <w:rPr>
          <w:b/>
        </w:rPr>
        <w:t xml:space="preserve">[1:25:18] </w:t>
      </w:r>
      <w:r>
        <w:t>Islami shariat mein haj se murad woh salana ibadat hai jis mein aadmi makka ja kar khana kaba ka tawaf karta hai, arafat ke maidan mein qiyam karta hai aur doosre aamal karta hai jin ko marasim haj kaha jata hai.</w:t>
      </w:r>
    </w:p>
    <w:p>
      <w:pPr>
        <w:jc w:val="right"/>
      </w:pPr>
      <w:r>
        <w:t>اسلامی شریعت میں حج سے مراد وہ سالانہ عبادت ہے جس میں آدمی مکہ جا کر خانہ کعبہ کا طواف کرتا ہے، عرفات کے میدان میں قیام کرتا ہے اور دوسرے اعمال کرتا ہے جن کو مراسم حج کہا جاتا ہے۔</w:t>
      </w:r>
    </w:p>
    <w:p>
      <w:r>
        <w:rPr>
          <w:b/>
        </w:rPr>
        <w:t xml:space="preserve">[1:25:38] </w:t>
      </w:r>
      <w:r>
        <w:t>haj aik jame ibadat hai. is mein maal ka infaq bhi hai aur jism ki mashaqqat bhi.</w:t>
      </w:r>
    </w:p>
    <w:p>
      <w:pPr>
        <w:jc w:val="right"/>
      </w:pPr>
      <w:r>
        <w:t>حج ایک جامع عبادت ہے۔ اس میں مال کا انفاق بھی ہے اور جسم کی مشقت بھی۔</w:t>
      </w:r>
    </w:p>
    <w:p>
      <w:r>
        <w:rPr>
          <w:b/>
        </w:rPr>
        <w:t xml:space="preserve">[1:25:47] </w:t>
      </w:r>
      <w:r>
        <w:t>is mein Allah ka zikr bhi hai aur Allah ke liye qurbani bhi. haj aik aisi ibadat hai jis mein baqi ibadaton ki rooh bhi kisi na kisi aitbar se shamil ho gayi hai.</w:t>
      </w:r>
    </w:p>
    <w:p>
      <w:pPr>
        <w:jc w:val="right"/>
      </w:pPr>
      <w:r>
        <w:t>اس میں اللہ کا ذکر بھی ہے اور اللہ کے لیے قربانی بھی۔ حج ایک ایسی عبادت ہے جس میں بقیہ عبادتوں کی روح بھی کسی نہ کسی اعتبار سے شامل ہو گئی ہے۔</w:t>
      </w:r>
    </w:p>
    <w:p>
      <w:r>
        <w:rPr>
          <w:b/>
        </w:rPr>
        <w:t xml:space="preserve">[1:26:04] </w:t>
      </w:r>
      <w:r>
        <w:t>haj ke farayez ki adaiyegi ka markaz baitullah hai jo makke mein waqe hai.</w:t>
      </w:r>
    </w:p>
    <w:p>
      <w:pPr>
        <w:jc w:val="right"/>
      </w:pPr>
      <w:r>
        <w:t>حج کے فرائض کی ادائیگی کا مرکز بیت اللہ ہے جو مکے میں واقع ہے۔</w:t>
      </w:r>
    </w:p>
    <w:p>
      <w:r>
        <w:rPr>
          <w:b/>
        </w:rPr>
        <w:t xml:space="preserve">[1:26:11] </w:t>
      </w:r>
      <w:r>
        <w:t>baitullah aik banda-e-khuda ki is poori mominana zindagi ki yaad dilata hai jis ke aghaz mein Hazrat Ibrahim khaleelullah ki tareekh hai aur jis ke ikhtitam par nabī akhir al-zaman Hazrat Muhammad sal Allah alaihi wasallam ki tareekh</w:t>
      </w:r>
    </w:p>
    <w:p>
      <w:pPr>
        <w:jc w:val="right"/>
      </w:pPr>
      <w:r>
        <w:t>بیت اللہ ایک بندہ خدا کی اس پوری مومنانہ زندگی کی یاد دلاتا ہے جس کے آغاز میں حضرت ابراہیم خلیل اللہ کی تاریخ ہے اور جس کے اختتام پر نبی آخر الزماں حضرت محمد صلی اللہ علیہ وسلم کی تاریخ</w:t>
      </w:r>
    </w:p>
    <w:p>
      <w:r>
        <w:rPr>
          <w:b/>
        </w:rPr>
        <w:t xml:space="preserve">[1:26:33] </w:t>
      </w:r>
      <w:r>
        <w:t>baitullah is waqe ka aik yadgari namuna hai ke kis tarah Allah ka aik banda Allah ke liye apna sab kuch lutta deta hai.</w:t>
      </w:r>
    </w:p>
    <w:p>
      <w:pPr>
        <w:jc w:val="right"/>
      </w:pPr>
      <w:r>
        <w:t>۔ بیت اللہ اس واقعے کا ایک یادگاری نمونہ ہے کہ کس طرح اللہ کا ایک بندہ اللہ کے لیے اپنا سب کچھ لٹا دیتا ہے۔</w:t>
      </w:r>
    </w:p>
    <w:p>
      <w:r>
        <w:rPr>
          <w:b/>
        </w:rPr>
        <w:t xml:space="preserve">[1:26:47] </w:t>
      </w:r>
      <w:r>
        <w:t>kis tarah woh apni zindagi ko Allah ki marzi mein dhal leta hai. kis tarah woh Allah ke mission mein apne aap ko hamatan laga deta hai.</w:t>
      </w:r>
    </w:p>
    <w:p>
      <w:pPr>
        <w:jc w:val="right"/>
      </w:pPr>
      <w:r>
        <w:t>کس طرح وہ اپنی زندگی کو اللہ کی مرضی میں ڈھال لیتا ہے۔ کس طرح وہ اللہ کے مشن میں اپنے آپ کو ہماتن لگا دیتا ہے۔</w:t>
      </w:r>
    </w:p>
    <w:p>
      <w:r>
        <w:rPr>
          <w:b/>
        </w:rPr>
        <w:t xml:space="preserve">[1:26:58] </w:t>
      </w:r>
      <w:r>
        <w:t>yahan tak ke isi hal mein uski maut aa jaye.</w:t>
      </w:r>
    </w:p>
    <w:p>
      <w:pPr>
        <w:jc w:val="right"/>
      </w:pPr>
      <w:r>
        <w:t>یہاں تک کہ اسی حال میں اس کی موت آ جائے۔</w:t>
      </w:r>
    </w:p>
    <w:p>
      <w:r>
        <w:rPr>
          <w:b/>
        </w:rPr>
        <w:t xml:space="preserve">[1:27:07] </w:t>
      </w:r>
      <w:r>
        <w:t>Khuda ki taraf safar kitab haqeeqat hajj Maulana Wahiduddin Khan safha number 42</w:t>
      </w:r>
    </w:p>
    <w:p>
      <w:pPr>
        <w:jc w:val="right"/>
      </w:pPr>
      <w:r>
        <w:t>خدا کی طرف سفر کتاب حقیقت حج مولانا وحید الدین خان صفحہ نمبر 42</w:t>
      </w:r>
    </w:p>
    <w:p>
      <w:r>
        <w:rPr>
          <w:b/>
        </w:rPr>
        <w:t xml:space="preserve">[1:27:20] </w:t>
      </w:r>
      <w:r>
        <w:t>hajj ka safar Khuda ki taraf safar hai. woh dunya ki zindagi mein apne Rab se qareeb hone ki intehai shakal hai.</w:t>
      </w:r>
    </w:p>
    <w:p>
      <w:pPr>
        <w:jc w:val="right"/>
      </w:pPr>
      <w:r>
        <w:t>حج کا سفر خدا کی طرف سفر ہے۔ وہ دنیا کی زندگی میں اپنے رب سے قریب ہونے کی انتہائی شکل ہے۔</w:t>
      </w:r>
    </w:p>
    <w:p>
      <w:r>
        <w:rPr>
          <w:b/>
        </w:rPr>
        <w:t xml:space="preserve">[1:27:31] </w:t>
      </w:r>
      <w:r>
        <w:t>doosri ibadaten Allah taala ki yaad hain jabke hajj khud Allah taala tak pahunch jana hai. aam ibadat agar ghaib ki satah par Khuda ki ibadat hai to hajj shuhood ki satah par Khuda ki ibadat hai.</w:t>
      </w:r>
    </w:p>
    <w:p>
      <w:pPr>
        <w:jc w:val="right"/>
      </w:pPr>
      <w:r>
        <w:t>دوسری عبادتیں اللہ تعالی کی یاد ہیں جبکہ حج خود اللہ تعالی تک پہنچ جانا ہے۔ عام عبادت اگر غیب کی سطح پر خدا کی عبادت ہے تو حج شہود کی سطح پر خدا کی عبادت ہے۔</w:t>
      </w:r>
    </w:p>
    <w:p>
      <w:r>
        <w:rPr>
          <w:b/>
        </w:rPr>
        <w:t xml:space="preserve">[1:27:50] </w:t>
      </w:r>
      <w:r>
        <w:t>haji jab Kaba ke samne khara hota hai to woh aisa mehsoos karta hai goya woh khud Rab e Kaba ke samne khara hua hai.</w:t>
      </w:r>
    </w:p>
    <w:p>
      <w:pPr>
        <w:jc w:val="right"/>
      </w:pPr>
      <w:r>
        <w:t>حاجی جب کعبے کے سامنے کھڑا ہوتا ہے تو وہ ایسا محسوس کرتا ہے گویا وہ خود رب کعبہ کے سامنے کھڑا ہوا ہے۔</w:t>
      </w:r>
    </w:p>
    <w:p>
      <w:r>
        <w:rPr>
          <w:b/>
        </w:rPr>
        <w:t xml:space="preserve">[1:28:02] </w:t>
      </w:r>
      <w:r>
        <w:t>Kaba ka tawaf is haqeeqat ka mazhar hai ke banda apne Rab ko pa kar parwana war is ke gird ghoom raha hai.</w:t>
      </w:r>
    </w:p>
    <w:p>
      <w:pPr>
        <w:jc w:val="right"/>
      </w:pPr>
      <w:r>
        <w:t>کعبے کا طواف اس حقیقت کا مظہر ہے کہ بندہ اپنے رب کو پا کر پروانہ وار اس کے گرد گھوم رہا ہے۔</w:t>
      </w:r>
    </w:p>
    <w:p>
      <w:r>
        <w:rPr>
          <w:b/>
        </w:rPr>
        <w:t xml:space="preserve">[1:28:12] </w:t>
      </w:r>
      <w:r>
        <w:t>jab woh Multazam ko pakar kar dua karta hai to use mehsoos hota hai goya us ko apne aaqa ka daman hath aa gaya hai jis se woh betabana lapat gaya hai aur apni sari baat us se keh dena chahta hai.</w:t>
      </w:r>
    </w:p>
    <w:p>
      <w:pPr>
        <w:jc w:val="right"/>
      </w:pPr>
      <w:r>
        <w:t>جب وہ ملتظم کو پکڑ کر دعا کرتا ہے تو اسے محسوس ہوتا ہے گویا اس کو اپنے آقا کا دامن ہاتھ آ گیا ہے جس سے وہ بے تابانہ لپٹ گیا ہے اور اپنی ساری بات اس سے کہہ دینا چاہتا ہے۔</w:t>
      </w:r>
    </w:p>
    <w:p>
      <w:r>
        <w:rPr>
          <w:b/>
        </w:rPr>
        <w:t xml:space="preserve">[1:28:32] </w:t>
      </w:r>
      <w:r>
        <w:t>hajj ki yeh khusoosiyat is liye hai ke is ke ada karne ki jagah aik aisa maqam hai</w:t>
      </w:r>
    </w:p>
    <w:p>
      <w:pPr>
        <w:jc w:val="right"/>
      </w:pPr>
      <w:r>
        <w:t>حج کی یہ خصوصیت اس لیے ہے کہ اس کے ادا کرنے کی جگہ ایک ایسا مقام ہے</w:t>
      </w:r>
    </w:p>
    <w:p>
      <w:r>
        <w:rPr>
          <w:b/>
        </w:rPr>
        <w:t xml:space="preserve">[1:28:39] </w:t>
      </w:r>
      <w:r>
        <w:t>jahan tajalliyat ilahi ka nazool hota hai jis ko Khuda ne is maqsad ke liye muntakhib kiya ke</w:t>
      </w:r>
    </w:p>
    <w:p>
      <w:pPr>
        <w:jc w:val="right"/>
      </w:pPr>
      <w:r>
        <w:t>جہاں تجلیات الہی کا نزول ہوتا ہے جس کو خدا نے اس مقصد کے لیے منتخب کیا کہ</w:t>
      </w:r>
    </w:p>
    <w:p>
      <w:r>
        <w:rPr>
          <w:b/>
        </w:rPr>
        <w:t xml:space="preserve">[1:28:48] </w:t>
      </w:r>
      <w:r>
        <w:t>woh Khuda parastana zindagi ke azeem da'i Hazrat Ibrahim (AS) ke deeni amal ka markaz baney</w:t>
      </w:r>
    </w:p>
    <w:p>
      <w:pPr>
        <w:jc w:val="right"/>
      </w:pPr>
      <w:r>
        <w:t>وہ خدا پرستانہ زندگی کے عظیم داعی حضرت ابراہیم علیہ السلام کے دینی عمل کا مرکز بنے</w:t>
      </w:r>
    </w:p>
    <w:p>
      <w:r>
        <w:rPr>
          <w:b/>
        </w:rPr>
        <w:t xml:space="preserve">[1:28:58] </w:t>
      </w:r>
      <w:r>
        <w:t>jahan Islam ki buniyad par banne wali tareekh ثبت hai jis ke har taraf is misali rabbani inqilab</w:t>
      </w:r>
    </w:p>
    <w:p>
      <w:pPr>
        <w:jc w:val="right"/>
      </w:pPr>
      <w:r>
        <w:t>جہاں اسلام کی بنیاد پر بننے والی تاریخ ثبت ہے جس کے ہر طرف اس مثالی ربانی انقلاب</w:t>
      </w:r>
    </w:p>
    <w:p>
      <w:r>
        <w:rPr>
          <w:b/>
        </w:rPr>
        <w:t xml:space="preserve">[1:29:07] </w:t>
      </w:r>
      <w:r>
        <w:t>ke asar phailay hue hain jo khatam al-nabiyyin ki rehnumai mein chaudah so saal pehle waqe hua tha.</w:t>
      </w:r>
    </w:p>
    <w:p>
      <w:pPr>
        <w:jc w:val="right"/>
      </w:pPr>
      <w:r>
        <w:t>کے آثار پھیلے ہوئے ہیں جو خاتم النبیین کی رہنمائی میں چودہ سو سال پہلے واقع ہوا تھا۔</w:t>
      </w:r>
    </w:p>
    <w:p>
      <w:r>
        <w:rPr>
          <w:b/>
        </w:rPr>
        <w:t xml:space="preserve">[1:29:17] </w:t>
      </w:r>
      <w:r>
        <w:t>is qism ki riwayat aur khusoosiyat ne diyar e haram ko ghair maamooli ahmiyat de di hai. wahan ek khaas tarah ka rohani aur tareekhi mahaul paida ho gaya hai.</w:t>
      </w:r>
    </w:p>
    <w:p>
      <w:pPr>
        <w:jc w:val="right"/>
      </w:pPr>
      <w:r>
        <w:t>اس قسم کی روایات اور خصوصیات نے دیار حرم کو غیر معمولی اہمیت دے دی ہے۔ وہاں ایک خاص طرح کا روحانی اور تاریخی ماحول پیدا ہو گیا ہے۔</w:t>
      </w:r>
    </w:p>
    <w:p>
      <w:r>
        <w:rPr>
          <w:b/>
        </w:rPr>
        <w:t xml:space="preserve">[1:29:31] </w:t>
      </w:r>
      <w:r>
        <w:t>yahi wajah hai ke jo shakhs bhi wahan jata hai woh mutasir hue baghair nahi rehta.</w:t>
      </w:r>
    </w:p>
    <w:p>
      <w:pPr>
        <w:jc w:val="right"/>
      </w:pPr>
      <w:r>
        <w:t>یہی وجہ ہے کہ جو شخص بھی وہاں جاتا ہے وہ متاثر ہوئے بغیر نہیں رہتا۔</w:t>
      </w:r>
    </w:p>
    <w:p>
      <w:r>
        <w:rPr>
          <w:b/>
        </w:rPr>
        <w:t xml:space="preserve">[1:29:40] </w:t>
      </w:r>
      <w:r>
        <w:t>aadmi hajj ada karne ke baad is tarah lautta hai jaise koi gard o ghubar mein lapta hua aadmi darya mein naha kar wapas aaye.</w:t>
      </w:r>
    </w:p>
    <w:p>
      <w:pPr>
        <w:jc w:val="right"/>
      </w:pPr>
      <w:r>
        <w:t>آدمی حج ادا کرنے کے بعد اس طرح لوٹتا ہے جیسے کوئی گرد و غبار میں لپٹا ہوا آدمی دریا میں نہا کر واپس آئے۔</w:t>
      </w:r>
    </w:p>
    <w:p>
      <w:r>
        <w:rPr>
          <w:b/>
        </w:rPr>
        <w:t xml:space="preserve">[1:29:52] </w:t>
      </w:r>
      <w:r>
        <w:t>hajj ko Islami ibadat mein ek ghair maamooli ahmiyat hasil hai. ek hadith mein is ko afzal ibadat kaha gaya hai.</w:t>
      </w:r>
    </w:p>
    <w:p>
      <w:pPr>
        <w:jc w:val="right"/>
      </w:pPr>
      <w:r>
        <w:t>حج کو اسلامی عبادات میں ایک غیر معمولی اہمیت حاصل ہے۔ ایک حدیث میں اس کو افضل عبادت کہا گیا ہے۔</w:t>
      </w:r>
    </w:p>
    <w:p>
      <w:r>
        <w:rPr>
          <w:b/>
        </w:rPr>
        <w:t xml:space="preserve">[1:30:02] </w:t>
      </w:r>
      <w:r>
        <w:t>taham hajj ki yeh khasi ahmiyat apni rooh ke aitbar se hai na ke mahaz apne zahir ke aitbar se.</w:t>
      </w:r>
    </w:p>
    <w:p>
      <w:pPr>
        <w:jc w:val="right"/>
      </w:pPr>
      <w:r>
        <w:t>تاہم حج کی یہ خصوصی اہمیت اپنی روح کے اعتبار سے ہے نہ کہ محض اپنے ظاہر کے اعتبار سے۔</w:t>
      </w:r>
    </w:p>
    <w:p>
      <w:r>
        <w:rPr>
          <w:b/>
        </w:rPr>
        <w:t xml:space="preserve">[1:30:11] </w:t>
      </w:r>
      <w:r>
        <w:t>doosre lafzon mein yeh ke mahaz diyar e haram mein ja kar wapas aa jane ka naam hajj nahi hai balkeh un kaifiyat ke husool ka naam hajj hai jin ke liye yeh fariza muqarrar kiya gaya hai.</w:t>
      </w:r>
    </w:p>
    <w:p>
      <w:pPr>
        <w:jc w:val="right"/>
      </w:pPr>
      <w:r>
        <w:t>دوسرے لفظوں میں یہ کہ محض دیار حرم میں جا کر واپس آ جانے کا نام حج نہیں ہے بلکہ ان کیفیات کے حصول کا نام حج ہے جن کے لیے یہ فریضہ مقرر کیا گیا ہے۔</w:t>
      </w:r>
    </w:p>
    <w:p>
      <w:r>
        <w:rPr>
          <w:b/>
        </w:rPr>
        <w:t xml:space="preserve">[1:30:28] </w:t>
      </w:r>
      <w:r>
        <w:t>hajj ke afzal ibadat hone ka matlab yeh hai ke jo shakhs hajj ko is ki sachi rooh aur sahi aadab ke sath ada kare us ke liye hajj us ki sab se badi ibadat ban jayega.</w:t>
      </w:r>
    </w:p>
    <w:p>
      <w:pPr>
        <w:jc w:val="right"/>
      </w:pPr>
      <w:r>
        <w:t>حج کے افضل عبادت ہونے کا مطلب یہ ہے کہ جو شخص حج کو اس کی سچی روح اور صحیح آداب کے ساتھ ادا کرے اس کے لیے حج اس کی سب سے بڑی عبادت بن جائے گا۔</w:t>
      </w:r>
    </w:p>
    <w:p>
      <w:r>
        <w:rPr>
          <w:b/>
        </w:rPr>
        <w:t xml:space="preserve">[1:30:48] </w:t>
      </w:r>
      <w:r>
        <w:t>ibadaton ka sardar kitab haqeeqat hajj Maulana Wahiduddin Khan safha number 43</w:t>
      </w:r>
    </w:p>
    <w:p>
      <w:pPr>
        <w:jc w:val="right"/>
      </w:pPr>
      <w:r>
        <w:t>عبادتوں کا سردار کتاب حقیقت حج مولانا وحید الدین خان صفحہ نمبر 43</w:t>
      </w:r>
    </w:p>
    <w:p>
      <w:r>
        <w:rPr>
          <w:b/>
        </w:rPr>
        <w:t xml:space="preserve">[1:31:00] </w:t>
      </w:r>
      <w:r>
        <w:t>hajj haq taala se mulaqat hai. aadmi jab safar kar ke maqamat e hajj tak pahunchta hai to us par khaas tarah ki rabbani kaifiyat tari hoti hain.</w:t>
      </w:r>
    </w:p>
    <w:p>
      <w:pPr>
        <w:jc w:val="right"/>
      </w:pPr>
      <w:r>
        <w:t>حج حق تعالی سے ملاقات ہے۔ آدمی جب سفر کر کے مقامات حج تک پہنچتا ہے تو اس پر خاص طرح کی ربانی کیفیات طاری ہوتی ہیں۔</w:t>
      </w:r>
    </w:p>
    <w:p>
      <w:r>
        <w:rPr>
          <w:b/>
        </w:rPr>
        <w:t xml:space="preserve">[1:31:15] </w:t>
      </w:r>
      <w:r>
        <w:t>us ko aisa mehsoos hota hai goya woh apni dunya se nikal kar Khuda ki dunya mein pahunch gaya hai.</w:t>
      </w:r>
    </w:p>
    <w:p>
      <w:pPr>
        <w:jc w:val="right"/>
      </w:pPr>
      <w:r>
        <w:t>اس کو ایسا محسوس ہوتا ہے گویا وہ اپنی دنیا سے نکل کر خدا کی دنیا میں پہنچ گیا ہے۔</w:t>
      </w:r>
    </w:p>
    <w:p>
      <w:r>
        <w:rPr>
          <w:b/>
        </w:rPr>
        <w:t xml:space="preserve">[1:31:23] </w:t>
      </w:r>
      <w:r>
        <w:t>woh apne Rab ko chho raha hai. woh is ke gird ghoom raha hai. woh is ki taraf daud raha hai. woh is ki khatir safar kar raha hai.</w:t>
      </w:r>
    </w:p>
    <w:p>
      <w:pPr>
        <w:jc w:val="right"/>
      </w:pPr>
      <w:r>
        <w:t>وہ اپنے رب کو چھو رہا ہے۔ وہ اس کے گرد گھوم رہا ہے۔ وہ اس کی طرف دوڑ رہا ہے۔ وہ اس کی خاطر سفر کر رہا ہے۔</w:t>
      </w:r>
    </w:p>
    <w:p>
      <w:r>
        <w:rPr>
          <w:b/>
        </w:rPr>
        <w:t xml:space="preserve">[1:31:35] </w:t>
      </w:r>
      <w:r>
        <w:t>woh is ke huzoor apni qurbani pesh kar raha hai. woh is ke dushman par kankariyan maar raha hai. woh is se mang raha hai jo kuch woh mangna chahta hai.</w:t>
      </w:r>
    </w:p>
    <w:p>
      <w:pPr>
        <w:jc w:val="right"/>
      </w:pPr>
      <w:r>
        <w:t>وہ اس کے حضور اپنی قربانی پیش کر رہا ہے۔ وہ اس کے دشمن پر کنکریاں مار رہا ہے۔ وہ اس سے مانگ رہا ہے جو کچھ وہ مانگنا چاہتا ہے۔</w:t>
      </w:r>
    </w:p>
    <w:p>
      <w:r>
        <w:rPr>
          <w:b/>
        </w:rPr>
        <w:t xml:space="preserve">[1:31:49] </w:t>
      </w:r>
      <w:r>
        <w:t>woh is se pa raha hai jo kuch use pana chahiye.</w:t>
      </w:r>
    </w:p>
    <w:p>
      <w:pPr>
        <w:jc w:val="right"/>
      </w:pPr>
      <w:r>
        <w:t>وہ اس سے پا رہا ہے جو کچھ اسے پانا چاہیے۔</w:t>
      </w:r>
    </w:p>
    <w:p>
      <w:r>
        <w:rPr>
          <w:b/>
        </w:rPr>
        <w:t xml:space="preserve">[1:31:54] </w:t>
      </w:r>
      <w:r>
        <w:t>Kaba zameen ke upar Khuda ki nishaniyon mein se ek nishani hai. wahan bhatki hui insani roohon ko Khuda ka aaghosh diya jata hai.</w:t>
      </w:r>
    </w:p>
    <w:p>
      <w:pPr>
        <w:jc w:val="right"/>
      </w:pPr>
      <w:r>
        <w:t>کعبہ زمین کے اوپر خدا کی نشانیوں میں سے ایک نشانی ہے۔ وہاں بھٹکی ہوئی انسانی روحوں کو خدا کا آغوش دیا جاتا ہے۔</w:t>
      </w:r>
    </w:p>
    <w:p>
      <w:r>
        <w:rPr>
          <w:b/>
        </w:rPr>
        <w:t xml:space="preserve">[1:32:06] </w:t>
      </w:r>
      <w:r>
        <w:t>wahan pathraye hue seenon mein abdiat ke chashme jari kiye jate hain. wahan be noor aankhon ko Khuda ki tajalliyat dikhai jati hain.</w:t>
      </w:r>
    </w:p>
    <w:p>
      <w:pPr>
        <w:jc w:val="right"/>
      </w:pPr>
      <w:r>
        <w:t>وہاں پتھرائے ہوئے سینوں میں عبدیت کے چشمے جاری کیے جاتے ہیں۔ وہاں بے نور آنکھوں کو خدا کی تجلیات دکھائی جاتی ہیں۔</w:t>
      </w:r>
    </w:p>
    <w:p>
      <w:r>
        <w:rPr>
          <w:b/>
        </w:rPr>
        <w:t xml:space="preserve">[1:32:19] </w:t>
      </w:r>
      <w:r>
        <w:t>taham sab kuch is shakhs ke liye hai jo is ki isti'dad le kar wahan jaye. be isti'dad logon ke liye hajj bas ek qism ki siyahat hai.</w:t>
      </w:r>
    </w:p>
    <w:p>
      <w:pPr>
        <w:jc w:val="right"/>
      </w:pPr>
      <w:r>
        <w:t>تاہم سب کچھ اس شخص کے لیے ہے جو اس کی استعداد لے کر وہاں جائے۔ بے استعداد لوگوں کے لیے حج بس ایک قسم کی سیاحت ہے۔</w:t>
      </w:r>
    </w:p>
    <w:p>
      <w:r>
        <w:rPr>
          <w:b/>
        </w:rPr>
        <w:t xml:space="preserve">[1:32:33] </w:t>
      </w:r>
      <w:r>
        <w:t>woh sirf is liye wahan jate hain taake jaise gaye the waise hi dobara wapas chale ayen.</w:t>
      </w:r>
    </w:p>
    <w:p>
      <w:pPr>
        <w:jc w:val="right"/>
      </w:pPr>
      <w:r>
        <w:t>وہ صرف اس لیے وہاں جاتے ہیں تاکہ جیسے گئے تھے ویسے ہی دوبارہ واپس چلے آئیں۔</w:t>
      </w:r>
    </w:p>
    <w:p>
      <w:r>
        <w:rPr>
          <w:b/>
        </w:rPr>
        <w:t xml:space="preserve">[1:32:41] </w:t>
      </w:r>
      <w:r>
        <w:t>hadees mein irshad hua hai ke al hajj arafa yani arafat ke maidan mein qayam hajj hai. is se arafat ki ahmiyat maloom hoti hai.</w:t>
      </w:r>
    </w:p>
    <w:p>
      <w:pPr>
        <w:jc w:val="right"/>
      </w:pPr>
      <w:r>
        <w:t>حدیث میں ارشاد ہوا ہے کہ الحج عرفہ یعنی عرفات کے میدان میں قیام حج ہے۔ اس سے عرفات کی اہمیت معلوم ہوتی ہے۔</w:t>
      </w:r>
    </w:p>
    <w:p>
      <w:r>
        <w:rPr>
          <w:b/>
        </w:rPr>
        <w:t xml:space="preserve">[1:32:53] </w:t>
      </w:r>
      <w:r>
        <w:t>hajj ke zamane mein arafat ka maidan goya hashar ke maidan ka manzar pesh karta hai. ek khaas tareekh ko khuda ke bande qafila dar qafila charon taraf se ate hue nazar ate hain.</w:t>
      </w:r>
    </w:p>
    <w:p>
      <w:pPr>
        <w:jc w:val="right"/>
      </w:pPr>
      <w:r>
        <w:t>حج کے زمانے میں عرفات کا میدان گویا حشر کے میدان کا منظر پیش کرتا ہے۔ ایک خاص تاریخ کو خدا کے بندے قافلہ در قافلہ چاروں طرف سے آتے ہوئے نظر آتے ہیں۔</w:t>
      </w:r>
    </w:p>
    <w:p>
      <w:r>
        <w:rPr>
          <w:b/>
        </w:rPr>
        <w:t xml:space="preserve">[1:33:10] </w:t>
      </w:r>
      <w:r>
        <w:t>yeh bada ajeeb manzar hota hai. tamam logon ke jism par ek hi saada libas yani ehram hai. har ek apni imtiyazi sifat ko kho chuka hai.</w:t>
      </w:r>
    </w:p>
    <w:p>
      <w:pPr>
        <w:jc w:val="right"/>
      </w:pPr>
      <w:r>
        <w:t>یہ بڑا عجیب منظر ہوتا ہے۔ تمام لوگوں کے جسم پر ایک ہی سادہ لباس یعنی احرام ہے۔ ہر ایک اپنی امتیازی صفت کو کھو چکا ہے۔</w:t>
      </w:r>
    </w:p>
    <w:p>
      <w:r>
        <w:rPr>
          <w:b/>
        </w:rPr>
        <w:t xml:space="preserve">[1:33:23] </w:t>
      </w:r>
      <w:r>
        <w:t>sab ki zuban par ek hi kalma jari hai labbaik allahumma labbaik labbaik allahumma labbaik</w:t>
      </w:r>
    </w:p>
    <w:p>
      <w:pPr>
        <w:jc w:val="right"/>
      </w:pPr>
      <w:r>
        <w:t>سب کی زبان پر ایک ہی کلمہ جاری ہے لبیک اللہم لبیک لبیک اللہم لبیک</w:t>
      </w:r>
    </w:p>
    <w:p>
      <w:r>
        <w:rPr>
          <w:b/>
        </w:rPr>
        <w:t xml:space="preserve">[1:33:33] </w:t>
      </w:r>
      <w:r>
        <w:t>. dekhne walon ko yeh dekh kar khuda ki woh ayat yaad aane lagti hai jis mein irshad hua hai ke qayamat ke din jab sur phoonka jayega to tamam log qabron se nikal kar apne rab ki taraf daud padenge.</w:t>
      </w:r>
    </w:p>
    <w:p>
      <w:pPr>
        <w:jc w:val="right"/>
      </w:pPr>
      <w:r>
        <w:t>۔ دیکھنے والوں کو یہ دیکھ کر خدا کی وہ آیت یاد آنے لگتی ہے جس میں ارشاد ہوا ہے کہ قیامت کے دن جب سور پھونکا جائے گا تو تمام لوگ قبروں سے نکل کر اپنے رب کی طرف دوڑ پڑیں گے۔</w:t>
      </w:r>
    </w:p>
    <w:p>
      <w:r>
        <w:rPr>
          <w:b/>
        </w:rPr>
        <w:t xml:space="preserve">[1:33:51] </w:t>
      </w:r>
      <w:r>
        <w:t>wa nafkha fis soori faiza hum minal ajdathi ila rabbihim yansaloon yaseen 51 aur sur phoonka jayega to sab log yakayek qabron se apne rab ki taraf chalne lagenge.</w:t>
      </w:r>
    </w:p>
    <w:p>
      <w:pPr>
        <w:jc w:val="right"/>
      </w:pPr>
      <w:r>
        <w:t>ونفخ فی السور فاذا من الاجداث الی ربہمینسلون یاسین 51 اور سور پھونکا جائے گا تو سب لوگ یکائک قبروں سے اپنے رب کی طرف چلنے لگیں گے۔</w:t>
      </w:r>
    </w:p>
    <w:p>
      <w:r>
        <w:rPr>
          <w:b/>
        </w:rPr>
        <w:t xml:space="preserve">[1:34:10] </w:t>
      </w:r>
      <w:r>
        <w:t>arafat ki yeh hazri is liye hai ke aadmi hashar mein khuda ke samne apni hazri ko yaad kare.</w:t>
      </w:r>
    </w:p>
    <w:p>
      <w:pPr>
        <w:jc w:val="right"/>
      </w:pPr>
      <w:r>
        <w:t>عرفات کی یہ حاضری اس لیے ہے کہ آدمی حشر میں خدا کے سامنے اپنی حاضری کو یاد کرے۔</w:t>
      </w:r>
    </w:p>
    <w:p>
      <w:r>
        <w:rPr>
          <w:b/>
        </w:rPr>
        <w:t xml:space="preserve">[1:34:19] </w:t>
      </w:r>
      <w:r>
        <w:t>jo kuch kal amalan baitne wala hai us ko aaj hi tasawwurati taur par apne upar taari kar le.</w:t>
      </w:r>
    </w:p>
    <w:p>
      <w:pPr>
        <w:jc w:val="right"/>
      </w:pPr>
      <w:r>
        <w:t>جو کچھ کل عملاً بیتنے والا ہے اس کو آج ہی تصوراتی طور پر اپنے اوپر طاری کر لے۔</w:t>
      </w:r>
    </w:p>
    <w:p>
      <w:r>
        <w:rPr>
          <w:b/>
        </w:rPr>
        <w:t xml:space="preserve">[1:34:29] </w:t>
      </w:r>
      <w:r>
        <w:t>haqeeqat yeh hai ke hajj tamam ibadaton ka sardar hai. kaba ke jo darja doosri masjidon ke darmiyan hai wohi darja hajj ka doosri ibadaton ke darmiyan hai.</w:t>
      </w:r>
    </w:p>
    <w:p>
      <w:pPr>
        <w:jc w:val="right"/>
      </w:pPr>
      <w:r>
        <w:t>حقیقت یہ ہے کہ حج تمام عبادتوں کا سردار ہے۔ کعبے کا جو درجہ دوسری مسجدوں کے درمیان ہے وہی درجہ حج کا دوسری عبادتوں کے درمیان ہے۔</w:t>
      </w:r>
    </w:p>
    <w:p>
      <w:r>
        <w:rPr>
          <w:b/>
        </w:rPr>
        <w:t xml:space="preserve">[1:34:50] </w:t>
      </w:r>
      <w:r>
        <w:t>hajj ka paigham kitaab haqeeqat hajj maulana wahiduddin khan safha number 45</w:t>
      </w:r>
    </w:p>
    <w:p>
      <w:pPr>
        <w:jc w:val="right"/>
      </w:pPr>
      <w:r>
        <w:t>حج کا پیغام کتاب حقیقت حج مولانا وحید الدین خان صفحہ نمبر 45</w:t>
      </w:r>
    </w:p>
    <w:p>
      <w:r>
        <w:rPr>
          <w:b/>
        </w:rPr>
        <w:t xml:space="preserve">[1:35:03] </w:t>
      </w:r>
      <w:r>
        <w:t>hajj kya hai yeh allah ke liye safar karna hai. apna waqt aur apna maal kharch kar ke un maqamat tak pahunchna hai</w:t>
      </w:r>
    </w:p>
    <w:p>
      <w:pPr>
        <w:jc w:val="right"/>
      </w:pPr>
      <w:r>
        <w:t>حج کیا ہے یہ اللہ کے لیے سفر کرنا ہے۔ اپنا وقت اور اپنا مال خرچ کر کے ان مقامات تک پہنچنا ہے</w:t>
      </w:r>
    </w:p>
    <w:p>
      <w:r>
        <w:rPr>
          <w:b/>
        </w:rPr>
        <w:t xml:space="preserve">[1:35:16] </w:t>
      </w:r>
      <w:r>
        <w:t>jahan allah ki yadgarain hain jin se allah ke sachche bandon ki yadein wabasta hain. hajj ke tamam marasim is baat ka amli izhaar hain ke aadmi allah ke liye sargaram hai.</w:t>
      </w:r>
    </w:p>
    <w:p>
      <w:pPr>
        <w:jc w:val="right"/>
      </w:pPr>
      <w:r>
        <w:t>جہاں اللہ کی یادگاریں ہیں جن سے اللہ کے سچے بندوں کی یادیں وابستہ ہیں۔ حج کے تمام مراسم اس بات کا عملی اظہار ہیں کہ آدمی اللہ کے لیے سرگرم ہے۔</w:t>
      </w:r>
    </w:p>
    <w:p>
      <w:r>
        <w:rPr>
          <w:b/>
        </w:rPr>
        <w:t xml:space="preserve">[1:35:33] </w:t>
      </w:r>
      <w:r>
        <w:t>us ne apni zindagi allah ke gird ghuma rakhi hai. woh allah ke doston ka dost aur allah ke dushmanon ka dushman hai.</w:t>
      </w:r>
    </w:p>
    <w:p>
      <w:pPr>
        <w:jc w:val="right"/>
      </w:pPr>
      <w:r>
        <w:t>اس نے اپنی زندگی اللہ کے گرد گھما رکھی ہے۔ وہ اللہ کے دوستوں کا دوست اور اللہ کے دشمنوں کا دشمن ہے۔</w:t>
      </w:r>
    </w:p>
    <w:p>
      <w:r>
        <w:rPr>
          <w:b/>
        </w:rPr>
        <w:t xml:space="preserve">[1:35:44] </w:t>
      </w:r>
      <w:r>
        <w:t>hashar ke maidan mein allah ke samne hazri ki kaifiyat ko aaj hi us ne apne upar taari kar liya hai. woh sab se zyada allah se darne wala aur sab se zyada allah ki yaad karne wala hai.</w:t>
      </w:r>
    </w:p>
    <w:p>
      <w:pPr>
        <w:jc w:val="right"/>
      </w:pPr>
      <w:r>
        <w:t>حشر کے میدان میں اللہ کے سامنے حاضری کی کیفیت کو آج ہی اس نے اپنے اوپر طاری کر لیا ہے۔ وہ سب سے زیادہ اللہ سے ڈرنے والا اور سب سے زیادہ اللہ کی یاد کرنے والا ہے۔</w:t>
      </w:r>
    </w:p>
    <w:p>
      <w:r>
        <w:rPr>
          <w:b/>
        </w:rPr>
        <w:t xml:space="preserve">[1:36:02] </w:t>
      </w:r>
      <w:r>
        <w:t>woh islam ko ek aalami haqeeqat banane aur us ko bain ul aqwami satah par riwaj dene ke liye beqarar hai.</w:t>
      </w:r>
    </w:p>
    <w:p>
      <w:pPr>
        <w:jc w:val="right"/>
      </w:pPr>
      <w:r>
        <w:t>وہ اسلام کو ایک عالمی حقیقت بنانے اور اس کو بین الاقوامی سطح پر رواج دینے کے لیے بے قرار ہے۔</w:t>
      </w:r>
    </w:p>
    <w:p>
      <w:r>
        <w:rPr>
          <w:b/>
        </w:rPr>
        <w:t xml:space="preserve">[1:36:13] </w:t>
      </w:r>
      <w:r>
        <w:t>hajj bazahir ek waqti ibadat hai magar darasal woh ek momin ki poori mominana zindagi ki tasweer hai.</w:t>
      </w:r>
    </w:p>
    <w:p>
      <w:pPr>
        <w:jc w:val="right"/>
      </w:pPr>
      <w:r>
        <w:t>حج بظاہر ایک وقتی عبادت ہے مگر دراصل وہ ایک مومن کی پوری مومنانہ زندگی کی تصویر ہے۔</w:t>
      </w:r>
    </w:p>
    <w:p>
      <w:r>
        <w:rPr>
          <w:b/>
        </w:rPr>
        <w:t xml:space="preserve">[1:36:23] </w:t>
      </w:r>
      <w:r>
        <w:t>woh aakhri saans tak ke liye abdiyat ka iqrar nama hai. aadmi is liye jeeta hai taake woh apne rab ke liye hajj kare aur is liye hajj karta hai taake woh apne rab ke liye jiye.</w:t>
      </w:r>
    </w:p>
    <w:p>
      <w:pPr>
        <w:jc w:val="right"/>
      </w:pPr>
      <w:r>
        <w:t>وہ آخری سانس تک کے لیے عبدیت کا اقرار نامہ ہے۔ آدمی اس لیے جیتا ہے تاکہ وہ اپنے رب کے لیے حج کرے اور اس لیے حج کرتا ہے تاکہ وہ اپنے رب کے لیے جیے۔</w:t>
      </w:r>
    </w:p>
    <w:p>
      <w:r>
        <w:rPr>
          <w:b/>
        </w:rPr>
        <w:t xml:space="preserve">[1:36:38] </w:t>
      </w:r>
      <w:r>
        <w:t>hajj momin ki zindagi ki taabeer bhi hai aur us ki maut ki taabeer bhi. hajj goya haq taala ki ziyarat hai.</w:t>
      </w:r>
    </w:p>
    <w:p>
      <w:pPr>
        <w:jc w:val="right"/>
      </w:pPr>
      <w:r>
        <w:t>حج مومن کی زندگی کی تعبیر بھی ہے اور اس کی موت کی تعبیر بھی۔ حج گویا حق تعالی کی زیارت ہے۔</w:t>
      </w:r>
    </w:p>
    <w:p>
      <w:r>
        <w:rPr>
          <w:b/>
        </w:rPr>
        <w:t xml:space="preserve">[1:36:50] </w:t>
      </w:r>
      <w:r>
        <w:t>woh dunya ki zindagi mein apne rab se qareeb hone ki intehai shakal hai. doosri ibadatein agar allah ki yaad hain to hajj khud allah taala tak pahunch jana hai.</w:t>
      </w:r>
    </w:p>
    <w:p>
      <w:pPr>
        <w:jc w:val="right"/>
      </w:pPr>
      <w:r>
        <w:t>وہ دنیا کی زندگی میں اپنے رب سے قریب ہونے کی انتہائی شکل ہے۔ دوسری عبادتیں اگر اللہ کی یاد ہیں تو حج خود اللہ تعالی تک پہنچ جانا ہے۔</w:t>
      </w:r>
    </w:p>
    <w:p>
      <w:r>
        <w:rPr>
          <w:b/>
        </w:rPr>
        <w:t xml:space="preserve">[1:37:05] </w:t>
      </w:r>
      <w:r>
        <w:t>kaba ke samne khada ho kar aadmi mehsoos karta hai goya woh khud rab e kaba ke samne khada hua hai. tawaf is haqeeqat ka mazhar hai ke banda apne rab ko pa kar parwana war is ke gird ghoom raha hai.</w:t>
      </w:r>
    </w:p>
    <w:p>
      <w:pPr>
        <w:jc w:val="right"/>
      </w:pPr>
      <w:r>
        <w:t>کعبے کے سامنے کھڑا ہو کر آدمی محسوس کرتا ہے گویا وہ خود رب کعبہ کے سامنے کھڑا ہوا ہے۔ طواف اس حقیقت کا مظہر ہے کہ بندہ اپنے رب کو پا کر پروانہ وار اس کے گرد گھوم رہا ہے۔</w:t>
      </w:r>
    </w:p>
    <w:p>
      <w:r>
        <w:rPr>
          <w:b/>
        </w:rPr>
        <w:t xml:space="preserve">[1:37:24] </w:t>
      </w:r>
      <w:r>
        <w:t>jab woh multazam ko pakad kar dua karta hai to us ko mehsoos hota hai goya use apne aaqa ka daman hath aa gaya hai jis se woh betabana lapat gaya hai aur apni sari baat us se keh dena chahta hai.</w:t>
      </w:r>
    </w:p>
    <w:p>
      <w:pPr>
        <w:jc w:val="right"/>
      </w:pPr>
      <w:r>
        <w:t>جب وہ ملتظم کو پکڑ کر دعا کرتا ہے تو اس کو محسوس ہوتا ہے گویا اسے اپنے آقا کا دامن ہاتھ آ گیا ہے جس سے وہ بے تابانہ لپٹ گیا ہے اور اپنی ساری بات اس سے کہہ دینا چاہتا ہے۔</w:t>
      </w:r>
    </w:p>
    <w:p>
      <w:r>
        <w:rPr>
          <w:b/>
        </w:rPr>
        <w:t xml:space="preserve">[1:37:44] </w:t>
      </w:r>
      <w:r>
        <w:t>hajj ki yeh khusoosiyat is liye hai ke is ke ada karne ki jagah aik aisa maqam hai</w:t>
      </w:r>
    </w:p>
    <w:p>
      <w:pPr>
        <w:jc w:val="right"/>
      </w:pPr>
      <w:r>
        <w:t>حج کی یہ خصوصیت اس لیے ہے کہ اس کے ادا کرنے کی جگہ ایک ایسا مقام ہے</w:t>
      </w:r>
    </w:p>
    <w:p>
      <w:r>
        <w:rPr>
          <w:b/>
        </w:rPr>
        <w:t xml:space="preserve">[1:37:51] </w:t>
      </w:r>
      <w:r>
        <w:t>jahan tajalliyat ilahi ka nazool hota hai jis ko Khuda parastana zindagi ke azeem da'i Sayyidna Ibrahim (AS)</w:t>
      </w:r>
    </w:p>
    <w:p>
      <w:pPr>
        <w:jc w:val="right"/>
      </w:pPr>
      <w:r>
        <w:t>جہاں تجلیات الہی کا نزول ہوتا ہے جس کو خدا پرستانہ زندگی کے عظیم داعی سیدنا ابراہیم علیہ</w:t>
      </w:r>
    </w:p>
    <w:p>
      <w:r>
        <w:rPr>
          <w:b/>
        </w:rPr>
        <w:t xml:space="preserve">[1:38:01] </w:t>
      </w:r>
      <w:r>
        <w:t>ne apne da'wat o amal ka markaz banaya tha jahan Islam ki poori tareekh ثبت hai jis</w:t>
      </w:r>
    </w:p>
    <w:p>
      <w:pPr>
        <w:jc w:val="right"/>
      </w:pPr>
      <w:r>
        <w:t>السلام نے اپنے دعوت و عمل کا مرکز بنایا تھا جہاں اسلام کی پوری تاریخ ثبت ہے جس</w:t>
      </w:r>
    </w:p>
    <w:p>
      <w:r>
        <w:rPr>
          <w:b/>
        </w:rPr>
        <w:t xml:space="preserve">[1:38:12] </w:t>
      </w:r>
      <w:r>
        <w:t>ke har taraf is misali Islami qafley ke nishan phailay hue hain jo khatam al-nabiyyin (SAW) ki</w:t>
      </w:r>
    </w:p>
    <w:p>
      <w:pPr>
        <w:jc w:val="right"/>
      </w:pPr>
      <w:r>
        <w:t>کے ہر طرف اس مثالی اسلامی قافلے کے نشانات پھیلے ہوئے ہیں جو خاتم النبیین صلی اللہ علیہ</w:t>
      </w:r>
    </w:p>
    <w:p>
      <w:r>
        <w:rPr>
          <w:b/>
        </w:rPr>
        <w:t xml:space="preserve">[1:38:21] </w:t>
      </w:r>
      <w:r>
        <w:t>rehnumai mein chhati sadi Esvi mein zahoor mein aaya tha</w:t>
      </w:r>
    </w:p>
    <w:p>
      <w:pPr>
        <w:jc w:val="right"/>
      </w:pPr>
      <w:r>
        <w:t>وسلم کی رہنمائی میں چھٹی صدی عیسوی میں ظہور میں آیا تھا</w:t>
      </w:r>
    </w:p>
    <w:p>
      <w:r>
        <w:rPr>
          <w:b/>
        </w:rPr>
        <w:t xml:space="preserve">[1:38:28] </w:t>
      </w:r>
      <w:r>
        <w:t>jahan Khuda ke deen ko pehli</w:t>
      </w:r>
    </w:p>
    <w:p>
      <w:pPr>
        <w:jc w:val="right"/>
      </w:pPr>
      <w:r>
        <w:t>جہاں خدا کے دین کو پہلی</w:t>
      </w:r>
    </w:p>
    <w:p>
      <w:r>
        <w:rPr>
          <w:b/>
        </w:rPr>
        <w:t xml:space="preserve">[1:38:31] </w:t>
      </w:r>
      <w:r>
        <w:t>bar ek tareekhi waqea banaya gaya.</w:t>
      </w:r>
    </w:p>
    <w:p>
      <w:pPr>
        <w:jc w:val="right"/>
      </w:pPr>
      <w:r>
        <w:t>بار ایک تاریخی واقعہ بنایا گیا۔</w:t>
      </w:r>
    </w:p>
    <w:p>
      <w:r>
        <w:rPr>
          <w:b/>
        </w:rPr>
        <w:t xml:space="preserve">[1:38:34] </w:t>
      </w:r>
      <w:r>
        <w:t>in cheezon ne haram ke poore ilaqay ko ek khusoosi ahmiyat de di hai. wahan islam ke haq mein ek khaas tarah ka tareekhi aur nafsiati mahaul ban gaya hai.</w:t>
      </w:r>
    </w:p>
    <w:p>
      <w:pPr>
        <w:jc w:val="right"/>
      </w:pPr>
      <w:r>
        <w:t>ان چیزوں نے حرم کے پورے علاقے کو ایک خصوصی اہمیت دے دی ہے۔ وہاں اسلام کے حق میں ایک خاص طرح کا تاریخی اور نفسیاتی ماحول بن گیا ہے۔</w:t>
      </w:r>
    </w:p>
    <w:p>
      <w:r>
        <w:rPr>
          <w:b/>
        </w:rPr>
        <w:t xml:space="preserve">[1:38:49] </w:t>
      </w:r>
      <w:r>
        <w:t>jo shakhs bhi wahan jata hai woh mutasir hue baghair nahi rehta.</w:t>
      </w:r>
    </w:p>
    <w:p>
      <w:pPr>
        <w:jc w:val="right"/>
      </w:pPr>
      <w:r>
        <w:t>جو شخص بھی وہاں جاتا ہے وہ متاثر ہوئے بغیر نہیں رہتا۔</w:t>
      </w:r>
    </w:p>
    <w:p>
      <w:r>
        <w:rPr>
          <w:b/>
        </w:rPr>
        <w:t xml:space="preserve">[1:38:55] </w:t>
      </w:r>
      <w:r>
        <w:t>woh khuda ke rizq se aik aisa hissa le kar lot'ta hai jo us ki baqi poori zindagi mein us ki deeni tawanaai ka zariya bana rahay.</w:t>
      </w:r>
    </w:p>
    <w:p>
      <w:pPr>
        <w:jc w:val="right"/>
      </w:pPr>
      <w:r>
        <w:t>وہ خدا کے رزق سے ایک ایسا حصہ لے کر لوٹتا ہے جو اس کی بقیہ پوری زندگی میں اس کی دینی توانائی کا ذریعہ بنا رہے۔</w:t>
      </w:r>
    </w:p>
    <w:p>
      <w:r>
        <w:rPr>
          <w:b/>
        </w:rPr>
        <w:t xml:space="preserve">[1:39:08] </w:t>
      </w:r>
      <w:r>
        <w:t>hajj ko islami ibadat mein hamesha aik ghair maamooli ahmiyat hasil rahi hai. aik hadith mein is ko afzal ibadat kaha gaya hai.</w:t>
      </w:r>
    </w:p>
    <w:p>
      <w:pPr>
        <w:jc w:val="right"/>
      </w:pPr>
      <w:r>
        <w:t>حج کو اسلامی عبادات میں ہمیشہ ایک غیر معمولی اہمیت حاصل رہی ہے۔ ایک حدیث میں اس کو افضل عبادت کہا گیا ہے۔</w:t>
      </w:r>
    </w:p>
    <w:p>
      <w:r>
        <w:rPr>
          <w:b/>
        </w:rPr>
        <w:t xml:space="preserve">[1:39:21] </w:t>
      </w:r>
      <w:r>
        <w:t>woh tamam ibadat ka majmooa hai aur tamam ibadat mein zindagi paida karta hai. taham is ki jo kuch ahmiyat hai woh is ki haqeeqi rooh ke aitbar se hai na ke mahaz zahiri rasoom o aadab ke aitbar se.</w:t>
      </w:r>
    </w:p>
    <w:p>
      <w:pPr>
        <w:jc w:val="right"/>
      </w:pPr>
      <w:r>
        <w:t>وہ تمام عبادات کا مجموعہ ہے اور تمام عبادات میں زندگی پیدا کرتا ہے۔ تاہم اس کی جو کچھ اہمیت ہے وہ اس کی حقیقی روح کے اعتبار سے ہے نہ کہ محض ظاہری رسوم و آداب کے اعتبار سے۔</w:t>
      </w:r>
    </w:p>
    <w:p>
      <w:r>
        <w:rPr>
          <w:b/>
        </w:rPr>
        <w:t xml:space="preserve">[1:39:40] </w:t>
      </w:r>
      <w:r>
        <w:t>dosray lafzon mein hajj sirf is ka naam nahi hai ke aadmi diyar e haram mein jaye aur kuch makhsoos marasim dohra kar wapas lot aaye lekin hajj un kaifiyat ke husool ka naam hai jin ke liye yeh marasim muqarrar kiye gaye hain.</w:t>
      </w:r>
    </w:p>
    <w:p>
      <w:pPr>
        <w:jc w:val="right"/>
      </w:pPr>
      <w:r>
        <w:t>دوسرے لفظوں میں حج صرف اس کا نام نہیں ہے کہ آدمی دیار حرم میں جائے اور کچھ مخصوص مراسم دہرا کر واپس لوٹ آئے لیکن حج ان کیفیات کے حصول کا نام ہے جن کے لیے یہ مراسم مقرر کیے گئے ہیں۔</w:t>
      </w:r>
    </w:p>
    <w:p>
      <w:r>
        <w:rPr>
          <w:b/>
        </w:rPr>
        <w:t xml:space="preserve">[1:40:01] </w:t>
      </w:r>
      <w:r>
        <w:t>khana bilashuba aadmi ko taqat deta hai magar khana isi shakhs ke liye taqat hai jo us ko qaiday ke mutabiq apne pait mein dalay.</w:t>
      </w:r>
    </w:p>
    <w:p>
      <w:pPr>
        <w:jc w:val="right"/>
      </w:pPr>
      <w:r>
        <w:t>کھانا بلاشبہ آدمی کو طاقت دیتا ہے مگر کھانا اسی شخص کے لیے طاقت ہے جو اس کو قاعدے کے مطابق اپنے پیٹ میں ڈالے۔</w:t>
      </w:r>
    </w:p>
    <w:p>
      <w:r>
        <w:rPr>
          <w:b/>
        </w:rPr>
        <w:t xml:space="preserve">[1:40:14] </w:t>
      </w:r>
      <w:r>
        <w:t>agar koi shakhs is ko mahaz dekhe ya apne sar par ult le to us ke liye intehai qeemti ghiza bhi bilkul be faida sabit hogi.</w:t>
      </w:r>
    </w:p>
    <w:p>
      <w:pPr>
        <w:jc w:val="right"/>
      </w:pPr>
      <w:r>
        <w:t>اگر کوئی شخص اس کو محض دیکھے یا اپنے سر پر الٹ لے تو اس کے لیے انتہائی قیمتی غذا بھی بالکل بے فائدہ ثابت ہوگی۔</w:t>
      </w:r>
    </w:p>
    <w:p>
      <w:r>
        <w:rPr>
          <w:b/>
        </w:rPr>
        <w:t xml:space="preserve">[1:40:27] </w:t>
      </w:r>
      <w:r>
        <w:t>isi tarah hajj ka haqeeqi faida bhi is shakhs ko milay ga jo hajj ko is tarah karay jaisa ke us ko karna chahiye.</w:t>
      </w:r>
    </w:p>
    <w:p>
      <w:pPr>
        <w:jc w:val="right"/>
      </w:pPr>
      <w:r>
        <w:t>اسی طرح حج کا حقیقی فائدہ بھی اس شخص کو ملے گا جو حج کو اس طرح کرے جیسا کہ اس کو کرنا چاہیے۔</w:t>
      </w:r>
    </w:p>
    <w:p>
      <w:r>
        <w:rPr>
          <w:b/>
        </w:rPr>
        <w:t xml:space="preserve">[1:40:37] </w:t>
      </w:r>
      <w:r>
        <w:t>hajj ki haqeeqat ke baray mein Quran mein irshad hua hai</w:t>
      </w:r>
    </w:p>
    <w:p>
      <w:pPr>
        <w:jc w:val="right"/>
      </w:pPr>
      <w:r>
        <w:t>حج کی حقیقت کے بارے میں قرآن میں ارشاد ہوا ہے</w:t>
      </w:r>
    </w:p>
    <w:p>
      <w:r>
        <w:rPr>
          <w:b/>
        </w:rPr>
        <w:t xml:space="preserve">[1:40:43] </w:t>
      </w:r>
      <w:r>
        <w:t>al-hajj ashhur ma'lumāt</w:t>
      </w:r>
    </w:p>
    <w:p>
      <w:pPr>
        <w:jc w:val="right"/>
      </w:pPr>
      <w:r>
        <w:t>الحج اشهر معلومات</w:t>
      </w:r>
    </w:p>
    <w:p>
      <w:r>
        <w:rPr>
          <w:b/>
        </w:rPr>
        <w:t xml:space="preserve">[1:40:46] </w:t>
      </w:r>
      <w:r>
        <w:t>fa man farada fihi al-hajj fala rafath wa la fusooq wa la jidal fi al-hajj wa ma taf'alu min khair ya'lamahu Allah</w:t>
      </w:r>
    </w:p>
    <w:p>
      <w:pPr>
        <w:jc w:val="right"/>
      </w:pPr>
      <w:r>
        <w:t>فمن فرض فیہ الحج فلا رفث ولا فسوق ولا جدال فی الحج وما تفعلوا من خیر یعلمہ اللہ</w:t>
      </w:r>
    </w:p>
    <w:p>
      <w:r>
        <w:rPr>
          <w:b/>
        </w:rPr>
        <w:t xml:space="preserve">[1:40:59] </w:t>
      </w:r>
      <w:r>
        <w:t>wa tazawwadu fa in khayr al-zad al-taqwa wa taqoon ya uli al-albab</w:t>
      </w:r>
    </w:p>
    <w:p>
      <w:pPr>
        <w:jc w:val="right"/>
      </w:pPr>
      <w:r>
        <w:t>وتزودوا فان خیر الزاد التقوی واتقون یا اولی الالباب</w:t>
      </w:r>
    </w:p>
    <w:p>
      <w:r>
        <w:rPr>
          <w:b/>
        </w:rPr>
        <w:t xml:space="preserve">[1:41:09] </w:t>
      </w:r>
      <w:r>
        <w:t>al baqarah 197 hajj ke mahinay maloom hain. jo shakhs in mein hajj ko apne oopar muqarrar karay to hajj mein na fahashi hai na be hukmi aur na jhagda aur tum jo bhalai karogay Allah us ko jaan le ga aur zad e raah le liya karo.</w:t>
      </w:r>
    </w:p>
    <w:p>
      <w:pPr>
        <w:jc w:val="right"/>
      </w:pPr>
      <w:r>
        <w:t>البقرہ 197 حج کے مہینے معلوم ہیں۔ جو شخص ان میں حج کو اپنے اوپر مقرر کرے تو حج میں نہ فحاشی ہے نہ بے حکمی اور نہ جھگڑا اور تم جو بھلائی کرو گے اللہ اس کو جان لے گا اور زاد راہ لے لیا کرو۔</w:t>
      </w:r>
    </w:p>
    <w:p>
      <w:r>
        <w:rPr>
          <w:b/>
        </w:rPr>
        <w:t xml:space="preserve">[1:41:33] </w:t>
      </w:r>
      <w:r>
        <w:t>sab se behtar zad e raah taqwa hai.</w:t>
      </w:r>
    </w:p>
    <w:p>
      <w:pPr>
        <w:jc w:val="right"/>
      </w:pPr>
      <w:r>
        <w:t>سب سے بہتر زاد راہ تقوی ہے۔</w:t>
      </w:r>
    </w:p>
    <w:p>
      <w:r>
        <w:rPr>
          <w:b/>
        </w:rPr>
        <w:t xml:space="preserve">[1:41:37] </w:t>
      </w:r>
      <w:r>
        <w:t>ae aql walon! mujh se daro. rafath ke ma'ni hain fashish kalamii karna. fusq ka lafz taqreeban isi mafhoom mein aata hai jis ke liye urdu mein kehte hain is ne insaniyat ka jamia utar phenka.</w:t>
      </w:r>
    </w:p>
    <w:p>
      <w:pPr>
        <w:jc w:val="right"/>
      </w:pPr>
      <w:r>
        <w:t>اے عقل والو! مجھ سے ڈرو۔ رفث کے معنی ہیں فحش کلامی کرنا۔ فسق کا لفظ تقریباً اسی مفہوم میں آتا ہے جس کے لیے اردو میں کہتے ہیں اس نے انسانیت کا جامعہ اتار پھینکا۔</w:t>
      </w:r>
    </w:p>
    <w:p>
      <w:r>
        <w:rPr>
          <w:b/>
        </w:rPr>
        <w:t xml:space="preserve">[1:41:55] </w:t>
      </w:r>
      <w:r>
        <w:t>jidala ke ma'ni hain aik doosray se jhagda karna.</w:t>
      </w:r>
    </w:p>
    <w:p>
      <w:pPr>
        <w:jc w:val="right"/>
      </w:pPr>
      <w:r>
        <w:t>جدال کے معنی ہیں ایک دوسرے سے جھگڑا کرنا۔</w:t>
      </w:r>
    </w:p>
    <w:p>
      <w:r>
        <w:rPr>
          <w:b/>
        </w:rPr>
        <w:t xml:space="preserve">[1:41:59] </w:t>
      </w:r>
      <w:r>
        <w:t>yeh teeno alfaaz is burai ke liye istemal hote hain jo aam tor par zaban se sarzad hoti hai.</w:t>
      </w:r>
    </w:p>
    <w:p>
      <w:pPr>
        <w:jc w:val="right"/>
      </w:pPr>
      <w:r>
        <w:t>یہ تینوں الفاظ اس برائی کے لیے استعمال ہوتے ہیں جو عام طور پر زبان سے سرزد ہوتی ہے۔</w:t>
      </w:r>
    </w:p>
    <w:p>
      <w:r>
        <w:rPr>
          <w:b/>
        </w:rPr>
        <w:t xml:space="preserve">[1:42:09] </w:t>
      </w:r>
      <w:r>
        <w:t>jab mukhtalif log akatha hotay hain to koi hawas parast aadmi fashish baatein kar ke sanjeeda mahol ko bigar deta hai.</w:t>
      </w:r>
    </w:p>
    <w:p>
      <w:pPr>
        <w:jc w:val="right"/>
      </w:pPr>
      <w:r>
        <w:t>جب مختلف لوگ اکٹھا ہوتے ہیں تو کوئی ہوس پرست آدمی فحش باتیں کر کے سنجیدہ ماحول کو بگاڑ دیتا ہے۔</w:t>
      </w:r>
    </w:p>
    <w:p>
      <w:r>
        <w:rPr>
          <w:b/>
        </w:rPr>
        <w:t xml:space="preserve">[1:42:20] </w:t>
      </w:r>
      <w:r>
        <w:t>kabhi aam aadat ke khilaf koi baat paish aati hai aur aadmi apna zahiri libada utar kar nahaq baatein karna shuru kar deta hai.</w:t>
      </w:r>
    </w:p>
    <w:p>
      <w:pPr>
        <w:jc w:val="right"/>
      </w:pPr>
      <w:r>
        <w:t>کبھی عام عادت کے خلاف کوئی بات پیش آتی ہے اور آدمی اپنا ظاہری لبادہ اتار کر ناحق باتیں کرنا شروع کر دیتا ہے۔</w:t>
      </w:r>
    </w:p>
    <w:p>
      <w:r>
        <w:rPr>
          <w:b/>
        </w:rPr>
        <w:t xml:space="preserve">[1:42:34] </w:t>
      </w:r>
      <w:r>
        <w:t>kabhi kisi se koi takleef pahunch jati hai aur aadmi bardasht na karte hue us se jhagadne lagta hai. hajj ka ijtima is qisam ki tamam buraiyon se bachne ki aik tarbiyat hai.</w:t>
      </w:r>
    </w:p>
    <w:p>
      <w:pPr>
        <w:jc w:val="right"/>
      </w:pPr>
      <w:r>
        <w:t>کبھی کسی سے کوئی تکلیف پہنچ جاتی ہے اور آدمی برداشت نہ کرتے ہوئے اس سے جھگڑنے لگتا ہے۔ حج کا اجتماع اس قسم کی تمام برائیوں سے بچنے کی ایک تربیت ہے۔</w:t>
      </w:r>
    </w:p>
    <w:p>
      <w:r>
        <w:rPr>
          <w:b/>
        </w:rPr>
        <w:t xml:space="preserve">[1:42:51] </w:t>
      </w:r>
      <w:r>
        <w:t>aik aisa maqam jis se taqaddus aur ehteraam ki yaadain wabasta hain. wahan le ja kar aadmi ko khusoosi tor par us ki mashq karai jati hai ke woh ijtimaee mahol mein rehte hue in buraiyon se bachne ki koshish karay.</w:t>
      </w:r>
    </w:p>
    <w:p>
      <w:pPr>
        <w:jc w:val="right"/>
      </w:pPr>
      <w:r>
        <w:t>ایک ایسا مقام جس سے تقدس اور احترام کی یادیں وابستہ ہیں۔ وہاں لے جا کر آدمی کو خصوصی طور پر اس کی مشق کرائی جاتی ہے کہ وہ اجتماعی ماحول میں رہتے ہوئے ان برائیوں سے بچنے کی کوشش کرے۔</w:t>
      </w:r>
    </w:p>
    <w:p>
      <w:r>
        <w:rPr>
          <w:b/>
        </w:rPr>
        <w:t xml:space="preserve">[1:43:10] </w:t>
      </w:r>
      <w:r>
        <w:t>woh apne aap ko fawahish aur sathi dilchaspiyon se hata kar sanjeeda cheezon ki taraf raghib karay.</w:t>
      </w:r>
    </w:p>
    <w:p>
      <w:pPr>
        <w:jc w:val="right"/>
      </w:pPr>
      <w:r>
        <w:t>وہ اپنے آپ کو فواحش اور سطحی دلچسپیوں سے ہٹا کر سنجیدہ چیزوں کی طرف راغب کرے۔</w:t>
      </w:r>
    </w:p>
    <w:p>
      <w:r>
        <w:rPr>
          <w:b/>
        </w:rPr>
        <w:t xml:space="preserve">[1:43:21] </w:t>
      </w:r>
      <w:r>
        <w:t>us ke andar har haal mein haq o salah ka par qaim hone ka mizaj paida ho. ijtimaee zindagi mein nakhushgawar tajrubaat paish aanay ya dil ko thes lagne ke bawajood woh apne bhai se ladne ke liye na khara ho jaye.</w:t>
      </w:r>
    </w:p>
    <w:p>
      <w:pPr>
        <w:jc w:val="right"/>
      </w:pPr>
      <w:r>
        <w:t>اس کے اندر ہر حال میں حق و صلاح کا پر قائم ہونے کا مزاج پیدا ہو۔ اجتماعی زندگی میں ناخوشگوار تجربات پیش آنے یا دل کو ٹھیس لگنے کے باوجود وہ اپنے بھائی سے لڑنے کے لیے نہ کھڑا ہو جائے۔</w:t>
      </w:r>
    </w:p>
    <w:p>
      <w:r>
        <w:rPr>
          <w:b/>
        </w:rPr>
        <w:t xml:space="preserve">[1:43:41] </w:t>
      </w:r>
      <w:r>
        <w:t>jab bhi chand aadmi kahin jama hotay hain ya mil kar rehte hain to aik ko doosray se koi na koi shikayat paida ho jati hai.</w:t>
      </w:r>
    </w:p>
    <w:p>
      <w:pPr>
        <w:jc w:val="right"/>
      </w:pPr>
      <w:r>
        <w:t>جب بھی چند آدمی کہیں جمع ہوتے ہیں یا مل کر رہتے ہیں تو ایک کو دوسرے سے کوئی نہ کوئی شکایت پیدا ہو جاتی ہے۔</w:t>
      </w:r>
    </w:p>
    <w:p>
      <w:r>
        <w:rPr>
          <w:b/>
        </w:rPr>
        <w:t xml:space="preserve">[1:43:51] </w:t>
      </w:r>
      <w:r>
        <w:t>yehi soorat e haal hajj mein zyada baray pemanay par paish aati hai kyunke hajj ke moqay par mukhtalif qisam ke log bohat bari tadad mein aik maqam par akatha ho jatay hain.</w:t>
      </w:r>
    </w:p>
    <w:p>
      <w:pPr>
        <w:jc w:val="right"/>
      </w:pPr>
      <w:r>
        <w:t>یہی صورتحال حج میں زیادہ بڑے پیمانے پر پیش آتی ہے کیونکہ حج کے موقع پر مختلف قسم کے لوگ بہت بڑی تعداد میں ایک مقام پر اکٹھا ہو جاتے ہیں۔</w:t>
      </w:r>
    </w:p>
    <w:p>
      <w:r>
        <w:rPr>
          <w:b/>
        </w:rPr>
        <w:t xml:space="preserve">[1:44:07] </w:t>
      </w:r>
      <w:r>
        <w:t>natija yeh hota hai ke hajj ke douran bar bar aik ko doosray se takleef pahunchti hai. ab agar log zaati shikayaton ki bina par aik doosray se ladne lagen to ibadat ki fiza khatam ho jaye aur hajj ka maqsad hasil na ho sakay.</w:t>
      </w:r>
    </w:p>
    <w:p>
      <w:pPr>
        <w:jc w:val="right"/>
      </w:pPr>
      <w:r>
        <w:t>نتیجہ یہ ہوتا ہے کہ حج کے دوران بار بار ایک کو دوسرے سے تکلیف پہنچتی ہے۔ اب اگر لوگ ذاتی شکایتوں کی بنا پر ایک دوسرے سے لڑنے لگیں تو عبادت کی فضا ختم ہو جائے اور حج کا مقصد حاصل نہ ہو سکے۔</w:t>
      </w:r>
    </w:p>
    <w:p>
      <w:r>
        <w:rPr>
          <w:b/>
        </w:rPr>
        <w:t xml:space="preserve">[1:44:28] </w:t>
      </w:r>
      <w:r>
        <w:t>is liye hajj ke zamanay mein jhagadne aur ghussa karne ko mutlaq haram qarar de diya gaya.</w:t>
      </w:r>
    </w:p>
    <w:p>
      <w:pPr>
        <w:jc w:val="right"/>
      </w:pPr>
      <w:r>
        <w:t>اس لیے حج کے زمانے میں جھگڑنے اور غصہ کرنے کو مطلق حرام قرار دے دیا گیا۔</w:t>
      </w:r>
    </w:p>
    <w:p>
      <w:r>
        <w:rPr>
          <w:b/>
        </w:rPr>
        <w:t xml:space="preserve">[1:44:37] </w:t>
      </w:r>
      <w:r>
        <w:t>is tarah hajj ko aik bohat bari cheez ke liye tarbiyat ka zariya banaya gaya kyunke ladai jhagda jis tarah hajj ko batil kar deta hai usi tarah woh aik musalman ki aam zindagi ko bhi islam se door kar dene wala hai.</w:t>
      </w:r>
    </w:p>
    <w:p>
      <w:pPr>
        <w:jc w:val="right"/>
      </w:pPr>
      <w:r>
        <w:t>اس طرح حج کو ایک بہت بڑی چیز کے لیے تربیت کا ذریعہ بنایا گیا کیونکہ لڑائی جھگڑا جس طرح حج کو باطل کر دیتا ہے اسی طرح وہ ایک مسلمان کی عام زندگی کو بھی اسلام سے دور کر دینے والا ہے۔</w:t>
      </w:r>
    </w:p>
    <w:p>
      <w:r>
        <w:rPr>
          <w:b/>
        </w:rPr>
        <w:t xml:space="preserve">[1:44:58] </w:t>
      </w:r>
      <w:r>
        <w:t>aksar aisa hota hai ke aadmi kisi zahiri cheez ko taqwa ki alamat samajh leta hai aur us ko ikhtiyar kar ke samajhta hai ke is ne mutaqiyana zindagi hasil kar li halankeh asal haqeeqat ke aitbar se is ka dil taqwa se bilkul khali hota hai.</w:t>
      </w:r>
    </w:p>
    <w:p>
      <w:pPr>
        <w:jc w:val="right"/>
      </w:pPr>
      <w:r>
        <w:t>اکثر ایسا ہوتا ہے کہ آدمی کسی ظاہری چیز کو تقویٰ کی علامت سمجھ لیتا ہے اور اس کو اختیار کر کے سمجھتا ہے کہ اس نے متقیانہ زندگی حاصل کر لی حالانکہ اصل حقیقت کے اعتبار سے اس کا دل تقویٰ سے بالکل خالی ہوتا ہے۔</w:t>
      </w:r>
    </w:p>
    <w:p>
      <w:r>
        <w:rPr>
          <w:b/>
        </w:rPr>
        <w:t xml:space="preserve">[1:45:20] </w:t>
      </w:r>
      <w:r>
        <w:t>kuch logon ne yeh samjha ke haj ke safar mein zad-e-rah na rakhna taqwa ki alamat hai.</w:t>
      </w:r>
    </w:p>
    <w:p>
      <w:pPr>
        <w:jc w:val="right"/>
      </w:pPr>
      <w:r>
        <w:t>کچھ لوگوں نے یہ سمجھا کہ حج کے سفر میں زاد راہ نہ رکھنا تقویٰ کی علامت ہے۔</w:t>
      </w:r>
    </w:p>
    <w:p>
      <w:r>
        <w:rPr>
          <w:b/>
        </w:rPr>
        <w:t xml:space="preserve">[1:45:28] </w:t>
      </w:r>
      <w:r>
        <w:t>woh is ka khoob intezam karne lage magar zad-e-rah ka talluq zaroorat se hai na ke taqwa se.</w:t>
      </w:r>
    </w:p>
    <w:p>
      <w:pPr>
        <w:jc w:val="right"/>
      </w:pPr>
      <w:r>
        <w:t>وہ اس کا خوب اہتمام کرنے لگے مگر زاد راہ کا تعلق ضرورت سے ہے نہ کہ تقویٰ سے۔</w:t>
      </w:r>
    </w:p>
    <w:p>
      <w:r>
        <w:rPr>
          <w:b/>
        </w:rPr>
        <w:t xml:space="preserve">[1:45:39] </w:t>
      </w:r>
      <w:r>
        <w:t>is qism ki cheezon mein aadmi ko apni zaroorat ke aitbar se tayari karna chahiye magar taqwa is se bilkul alag cheez hai.</w:t>
      </w:r>
    </w:p>
    <w:p>
      <w:pPr>
        <w:jc w:val="right"/>
      </w:pPr>
      <w:r>
        <w:t>اس قسم کی چیزوں میں آدمی کو اپنی ضرورت کے اعتبار سے تیاری کرنا چاہیے مگر تقویٰ اس سے بالکل الگ چیز ہے۔</w:t>
      </w:r>
    </w:p>
    <w:p>
      <w:r>
        <w:rPr>
          <w:b/>
        </w:rPr>
        <w:t xml:space="preserve">[1:45:49] </w:t>
      </w:r>
      <w:r>
        <w:t>is ka talluq dil se hai.</w:t>
      </w:r>
    </w:p>
    <w:p>
      <w:pPr>
        <w:jc w:val="right"/>
      </w:pPr>
      <w:r>
        <w:t>اس کا تعلق دل سے ہے۔</w:t>
      </w:r>
    </w:p>
    <w:p>
      <w:r>
        <w:rPr>
          <w:b/>
        </w:rPr>
        <w:t xml:space="preserve">[1:45:52] </w:t>
      </w:r>
      <w:r>
        <w:t>Allah ke yahan koi shakhs mahaz is liye maqbool nahi ho jata ke is ne khwah makhwah zad-e-rah ke baghair safar kiya aur apne jism ko ghair zaroori mashaqqat mein dala.</w:t>
      </w:r>
    </w:p>
    <w:p>
      <w:pPr>
        <w:jc w:val="right"/>
      </w:pPr>
      <w:r>
        <w:t>اللہ کے یہاں کوئی شخص محض اس لیے مقبول نہیں ہو جاتا کہ اس نے خواہ مخواہ زاد راہ کے بغیر سفر کیا اور اپنے جسم کو غیر ضروری مشقت میں ڈالا۔</w:t>
      </w:r>
    </w:p>
    <w:p>
      <w:r>
        <w:rPr>
          <w:b/>
        </w:rPr>
        <w:t xml:space="preserve">[1:46:06] </w:t>
      </w:r>
      <w:r>
        <w:t>Allah ko dil ka taqwa matloob hai.</w:t>
      </w:r>
    </w:p>
    <w:p>
      <w:pPr>
        <w:jc w:val="right"/>
      </w:pPr>
      <w:r>
        <w:t>اللہ کو دل کا تقویٰ مطلوب ہے۔</w:t>
      </w:r>
    </w:p>
    <w:p>
      <w:r>
        <w:rPr>
          <w:b/>
        </w:rPr>
        <w:t xml:space="preserve">[1:46:10] </w:t>
      </w:r>
      <w:r>
        <w:t>haj ke safar ko taqwa ka zad-e-rah faraham karne ka zariya hona chahiye kyunke yahi woh zad-e-rah hai jo akhirat ke safar mein aadmi ke kaam aayega.</w:t>
      </w:r>
    </w:p>
    <w:p>
      <w:pPr>
        <w:jc w:val="right"/>
      </w:pPr>
      <w:r>
        <w:t>حج کے سفر کو تقویٰ کا زاد راہ فراہم کرنے کا ذریعہ ہونا چاہیے کیونکہ یہی وہ زاد راہ ہے جو آخرت کے سفر میں آدمی کے کام آئے گا۔</w:t>
      </w:r>
    </w:p>
    <w:p>
      <w:r>
        <w:rPr>
          <w:b/>
        </w:rPr>
        <w:t xml:space="preserve">[1:46:25] </w:t>
      </w:r>
      <w:r>
        <w:t>haj ke musafir aur isi tarah zindagi ke musafir ke liye behtareen aqalmandi yeh hai ke woh shahwani baaton se bache.</w:t>
      </w:r>
    </w:p>
    <w:p>
      <w:pPr>
        <w:jc w:val="right"/>
      </w:pPr>
      <w:r>
        <w:t>حج کے مسافر اور اسی طرح زندگی کے مسافر کے لیے بہترین عقلمندی یہ ہے کہ وہ شہوانی باتوں سے بچے۔</w:t>
      </w:r>
    </w:p>
    <w:p>
      <w:r>
        <w:rPr>
          <w:b/>
        </w:rPr>
        <w:t xml:space="preserve">[1:46:35] </w:t>
      </w:r>
      <w:r>
        <w:t>woh Allah ki napasandeeda harkaton aur ladai jhagde ki cheezon se apne aap ko door rakhe.</w:t>
      </w:r>
    </w:p>
    <w:p>
      <w:pPr>
        <w:jc w:val="right"/>
      </w:pPr>
      <w:r>
        <w:t>وہ اللہ کی ناپسندیدہ حرکتوں اور لڑائی جھگڑے کی چیزوں سے اپنے آپ کو دور رکھے۔</w:t>
      </w:r>
    </w:p>
    <w:p>
      <w:r>
        <w:rPr>
          <w:b/>
        </w:rPr>
        <w:t xml:space="preserve">[1:46:48] </w:t>
      </w:r>
      <w:r>
        <w:t>chand pehlu kitaab haqeeqat haj Maulana Wahiduddin Khan safha number 48</w:t>
      </w:r>
    </w:p>
    <w:p>
      <w:pPr>
        <w:jc w:val="right"/>
      </w:pPr>
      <w:r>
        <w:t>چند پہلو کتاب حقیقت حج مولانا وحید الدین خان صفحہ نمبر 48</w:t>
      </w:r>
    </w:p>
    <w:p>
      <w:r>
        <w:rPr>
          <w:b/>
        </w:rPr>
        <w:t xml:space="preserve">[1:47:00] </w:t>
      </w:r>
      <w:r>
        <w:t>aksar hajiyon ko dekha gaya hai ke arkan-e-haj ko ada karte hue woh bas rati hui duaen dohrate hain.</w:t>
      </w:r>
    </w:p>
    <w:p>
      <w:pPr>
        <w:jc w:val="right"/>
      </w:pPr>
      <w:r>
        <w:t>اکثر حاجیوں کو دیکھا گیا ہے کہ ارکان حج کو ادا کرتے ہوئے وہ بس رٹی ہوئی دعائیں دہراتے ہیں۔</w:t>
      </w:r>
    </w:p>
    <w:p>
      <w:r>
        <w:rPr>
          <w:b/>
        </w:rPr>
        <w:t xml:space="preserve">[1:47:10] </w:t>
      </w:r>
      <w:r>
        <w:t>yeh kitaab haath mein le kar is se parhte rehte hain. haj ki fiqhi adaiygi agarche is se ho jati hai magar haj ke douran zikr-o-dua se jo cheez matloob hai us ka haq is tarah ada nahi hota.</w:t>
      </w:r>
    </w:p>
    <w:p>
      <w:pPr>
        <w:jc w:val="right"/>
      </w:pPr>
      <w:r>
        <w:t>یہ کتاب ہاتھ میں لے کر اس سے پڑھتے رہتے ہیں۔ حج کی فقہی ادائیگی اگرچہ اس سے ہو جاتی ہے مگر حج کے دوران ذکر و دعا سے جو چیز مطلوب ہے اس کا حق اس طرح ادا نہیں ہوتا۔</w:t>
      </w:r>
    </w:p>
    <w:p>
      <w:r>
        <w:rPr>
          <w:b/>
        </w:rPr>
        <w:t xml:space="preserve">[1:47:29] </w:t>
      </w:r>
      <w:r>
        <w:t>haj ke douran aadmi par woh kaifiyat guzarni chahiye jo Hazrat Ibrahim aur un ke khandan par guzri thi. maslan jab aadmi sa'i karta hai to us ki zuban se aise kalmat nikalne chahiye ke khudaaya to ne is sa'i ke baad Hajra ke liye barkat ka abadi chashma jari kar diya tha.</w:t>
      </w:r>
    </w:p>
    <w:p>
      <w:pPr>
        <w:jc w:val="right"/>
      </w:pPr>
      <w:r>
        <w:t>حج کے دوران آدمی پر وہ کیفیت گزرنی چاہیے جو حضرت ابراہیم اور ان کے خاندان پر گزری تھی۔ مثلاً جب آدمی سعی کرتا ہے تو اس کی زبان سے ایسے کلمات نکلنے چاہیے کہ خدایا تو نے اس سعی کے بعد ہاجرہ کے لیے برکت کا ابدی چشمہ جاری کر دیا تھا۔</w:t>
      </w:r>
    </w:p>
    <w:p>
      <w:r>
        <w:rPr>
          <w:b/>
        </w:rPr>
        <w:t xml:space="preserve">[1:47:56] </w:t>
      </w:r>
      <w:r>
        <w:t>meri sa'i ko bhi to aisi sa'i bana de jis ke baad mere liye khair ke aise chashme jari ho jayen jo dunya se akhirat tak mujhe sairab karte rahen.</w:t>
      </w:r>
    </w:p>
    <w:p>
      <w:pPr>
        <w:jc w:val="right"/>
      </w:pPr>
      <w:r>
        <w:t>میری سعی کو بھی تو ایسی سعی بنا دے جس کے بعد میرے لیے خیر کے ایسے چشمے جاری ہو جائیں جو دنیا سے آخرت تک مجھے سیراب کرتے رہیں۔</w:t>
      </w:r>
    </w:p>
    <w:p>
      <w:r>
        <w:rPr>
          <w:b/>
        </w:rPr>
        <w:t xml:space="preserve">[1:48:11] </w:t>
      </w:r>
      <w:r>
        <w:t>Syed Sabiq ne apni mashhoor kitaab Fiqh al-Sunnah mein baja taur par likha hai</w:t>
      </w:r>
    </w:p>
    <w:p>
      <w:pPr>
        <w:jc w:val="right"/>
      </w:pPr>
      <w:r>
        <w:t>سید سابق نے اپنی مشہور کتاب فقہ السنہ میں بجا طور پر لکھا ہے</w:t>
      </w:r>
    </w:p>
    <w:p>
      <w:r>
        <w:rPr>
          <w:b/>
        </w:rPr>
        <w:t xml:space="preserve">[1:48:18] </w:t>
      </w:r>
      <w:r>
        <w:t>wa yustahabbu lahu an yukabbira min al-dhikr wa al-du'a wa yatakhayyara minhuma ma yansharihu lahu sadruhu duna an yataqayyada bi shay'in aw yuraddida ma yaquluhu al-mutawwifun</w:t>
      </w:r>
    </w:p>
    <w:p>
      <w:pPr>
        <w:jc w:val="right"/>
      </w:pPr>
      <w:r>
        <w:t>ويستحب له ان یکفر من الذکر والدعاء ویتخیر منهما ما ينشریح له صدره دون ان يتقید بشيء او یردد ما یقولہ المطوفون</w:t>
      </w:r>
    </w:p>
    <w:p>
      <w:r>
        <w:rPr>
          <w:b/>
        </w:rPr>
        <w:t xml:space="preserve">[1:48:36] </w:t>
      </w:r>
      <w:r>
        <w:t>fa laysa fi dhikr</w:t>
      </w:r>
    </w:p>
    <w:p>
      <w:pPr>
        <w:jc w:val="right"/>
      </w:pPr>
      <w:r>
        <w:t>فلیس فی ذکر</w:t>
      </w:r>
    </w:p>
    <w:p>
      <w:r>
        <w:rPr>
          <w:b/>
        </w:rPr>
        <w:t xml:space="preserve">[1:48:39] </w:t>
      </w:r>
      <w:r>
        <w:t>mahdud al-zaman al-shari' bihi wa ma yaquluhu al-nas min adhkar wa ad'iyat fi al-shawṭ al-awwal wa al-thani wa hakadha fa laysa lahu asal</w:t>
      </w:r>
    </w:p>
    <w:p>
      <w:pPr>
        <w:jc w:val="right"/>
      </w:pPr>
      <w:r>
        <w:t>محدود الزمن الشاریع بہ وما یقولہ الناس من اذکار وادعیت فی الشوط الاول والثانی وهكذا فلیس له اصل</w:t>
      </w:r>
    </w:p>
    <w:p>
      <w:r>
        <w:rPr>
          <w:b/>
        </w:rPr>
        <w:t xml:space="preserve">[1:48:54] </w:t>
      </w:r>
      <w:r>
        <w:t>wa lam yuhfaz 'an Rasul Allah (SAW) shay'un min dhalik falata'if an yad'u nafsahu wa li ikhwanihi bima sha'</w:t>
      </w:r>
    </w:p>
    <w:p>
      <w:pPr>
        <w:jc w:val="right"/>
      </w:pPr>
      <w:r>
        <w:t>ولم یحفظ عن رسول اللہ صلی اللہ علیہ وسلم شیء من ذالک فلطائف انیدعو نفسہ ولاخوانہ بما شاء</w:t>
      </w:r>
    </w:p>
    <w:p>
      <w:r>
        <w:rPr>
          <w:b/>
        </w:rPr>
        <w:t xml:space="preserve">[1:49:06] </w:t>
      </w:r>
      <w:r>
        <w:t>min khair al-dunya wa al-akhira al-mujallad al-awwal safha 694</w:t>
      </w:r>
    </w:p>
    <w:p>
      <w:pPr>
        <w:jc w:val="right"/>
      </w:pPr>
      <w:r>
        <w:t>من خیر الدنیا والاخرہ المجلد الاول صفحہ 694</w:t>
      </w:r>
    </w:p>
    <w:p>
      <w:r>
        <w:rPr>
          <w:b/>
        </w:rPr>
        <w:t xml:space="preserve">[1:49:15] </w:t>
      </w:r>
      <w:r>
        <w:t>tawaf karne wale ko chahiye ke tawaf ke waqt khoob zikr aur dua kare aur un mein se jin par use sarh-e-sadar ho un ko ikhtiyar kar le baghair is ke ke apne ko kisi se muqayyad kare ya mu'allimin ke kahe ko dohrata rahe</w:t>
      </w:r>
    </w:p>
    <w:p>
      <w:pPr>
        <w:jc w:val="right"/>
      </w:pPr>
      <w:r>
        <w:t>طواف کرنے والے کو چاہیے کہ طواف کے وقت خوب ذکر اور دعا کرے اور ان میں سے جن پر اسے شرح صدر ہو ان کو اختیار کر لے بغیر اس کے کہ اپنے کو کسی سے مقید کرے یا معلمین کے کہے کو دہراتا رہے</w:t>
      </w:r>
    </w:p>
    <w:p>
      <w:r>
        <w:rPr>
          <w:b/>
        </w:rPr>
        <w:t xml:space="preserve">[1:49:35] </w:t>
      </w:r>
      <w:r>
        <w:t>kyunke tawaf mein koi muta'ayyan zikr nahi hai jis ka shari' ne hum ko paband kiya ho aur awam jo azkar aur duaen shawt awwal shawt thani waghera mein parhte hain un ki koi asal nahi aur is silsile mein Rasul Allah sallallahu 'alayhi wa sallam se kuch sabit nahi</w:t>
      </w:r>
    </w:p>
    <w:p>
      <w:pPr>
        <w:jc w:val="right"/>
      </w:pPr>
      <w:r>
        <w:t>کیونکہ طواف میں کوئی متعین ذکر نہیں ہے جس کا شارع نے ہم کو پابند کیا ہو اور عوام جو اذکار اور دعائیں شوط اول شوط ثانی وغیرہ میں پڑھتے ہیں ان کی کوئی اصل نہیں اور اس سلسلے میں رسول اللہ صلی اللہ علیہ وسلم سے کچھ ثابت نہیں</w:t>
      </w:r>
    </w:p>
    <w:p>
      <w:r>
        <w:rPr>
          <w:b/>
        </w:rPr>
        <w:t xml:space="preserve">[1:49:59] </w:t>
      </w:r>
      <w:r>
        <w:t>tawaf karne wale ko chahiye ke woh apne liye aur apne bhaiyon ke liye jis tarah chahe dunya aur akhirat ki behtari mange.</w:t>
      </w:r>
    </w:p>
    <w:p>
      <w:pPr>
        <w:jc w:val="right"/>
      </w:pPr>
      <w:r>
        <w:t>۔ طواف کرنے والے کو چاہیے کہ وہ اپنے لیے اور اپنے بھائیوں کے لیے جس طرح چاہے دنیا اور آخرت کی بہتری مانگے۔</w:t>
      </w:r>
    </w:p>
    <w:p>
      <w:r>
        <w:rPr>
          <w:b/>
        </w:rPr>
        <w:t xml:space="preserve">[1:50:10] </w:t>
      </w:r>
      <w:r>
        <w:t>haj ke masail jo Quran-o-Hadees mein hain woh itne kam hain ke chand safhon mein likhe ja sakte hain</w:t>
      </w:r>
    </w:p>
    <w:p>
      <w:pPr>
        <w:jc w:val="right"/>
      </w:pPr>
      <w:r>
        <w:t>حج کے مسائل جو قرآن و حدیث میں ہیں وہ اتنے کم ہیں کہ چند صفحات میں لکھے جا سکتے ہیں</w:t>
      </w:r>
    </w:p>
    <w:p>
      <w:r>
        <w:rPr>
          <w:b/>
        </w:rPr>
        <w:t xml:space="preserve">[1:50:19] </w:t>
      </w:r>
      <w:r>
        <w:t>magar fuqaha ne doosri ibadat ki tarah haj ke beshumar masail waza kar rakhe hain jin ka ahata aam aadmi ke liye mumkin nahi.</w:t>
      </w:r>
    </w:p>
    <w:p>
      <w:pPr>
        <w:jc w:val="right"/>
      </w:pPr>
      <w:r>
        <w:t>مگر فقہاء نے دوسری عبادات کی طرح حج کے بے شمار مسائل وضع کر رکھے ہیں جن کا احاطہ عام آدمی کے لیے ممکن نہیں۔</w:t>
      </w:r>
    </w:p>
    <w:p>
      <w:r>
        <w:rPr>
          <w:b/>
        </w:rPr>
        <w:t xml:space="preserve">[1:50:30] </w:t>
      </w:r>
      <w:r>
        <w:t>is izafe ke haq mein dalil yeh di jati hai ke yeh hajjaj ki sahulat ke liye kiya gaya hai magar is istidlal mein koi wazan nahi.</w:t>
      </w:r>
    </w:p>
    <w:p>
      <w:pPr>
        <w:jc w:val="right"/>
      </w:pPr>
      <w:r>
        <w:t>اس اضافے کے حق میں دلیل یہ دی جاتی ہے یہ حجاج کی سہولت کے لیے کیا گیا ہے مگر اس استدلال میں کوئی وزن نہیں۔</w:t>
      </w:r>
    </w:p>
    <w:p>
      <w:r>
        <w:rPr>
          <w:b/>
        </w:rPr>
        <w:t xml:space="preserve">[1:50:42] </w:t>
      </w:r>
      <w:r>
        <w:t>haqeeqat yeh hai ke mahaz fiqhi masail parh kar koi shakhs na namaz parh sakta hai aur na haj kar sakta hai. yeh kaam aisa hai jo dekh kar hi kiya ja sakta hai.</w:t>
      </w:r>
    </w:p>
    <w:p>
      <w:pPr>
        <w:jc w:val="right"/>
      </w:pPr>
      <w:r>
        <w:t>حقیقت یہ ہے کہ محض فقہی مسائل پڑھ کر کوئی شخص نہ نماز پڑھ سکتا اور نہ حج کر سکتا۔ یہ کام ایسا ہے جو دیکھ کر ہی کیا جا سکتا ہے۔</w:t>
      </w:r>
    </w:p>
    <w:p>
      <w:r>
        <w:rPr>
          <w:b/>
        </w:rPr>
        <w:t xml:space="preserve">[1:50:55] </w:t>
      </w:r>
      <w:r>
        <w:t>isi liye rasool allah sallay allahi alaihi wasallam ne namaz ke mufassal ahkam batane ke bajaye yeh farmaya salo kama raaitumooni usalli yani jis tarah mujhe namaz padhte dekhte ho usi tarah tum bhi namaz padho.</w:t>
      </w:r>
    </w:p>
    <w:p>
      <w:pPr>
        <w:jc w:val="right"/>
      </w:pPr>
      <w:r>
        <w:t>اسی لیے رسول اللہ صلی اللہ علیہ وسلم نے نماز کے مفصل احکام بتانے کے بجائے یہ فرمایا صلو کما رأیتمونی أصلی یعنی جس طرح مجھے نماز پڑھتے دیکھتے ہو اسی طرح تم بھی نماز پڑھو۔</w:t>
      </w:r>
    </w:p>
    <w:p>
      <w:r>
        <w:rPr>
          <w:b/>
        </w:rPr>
        <w:t xml:space="preserve">[1:51:12] </w:t>
      </w:r>
      <w:r>
        <w:t>isi tarah hijjatul wida ke mauqe par aap ne farmaya ke logon mujh ko dekh kar haj ke tareeqe seekh lo yani khuzoo manasikakum.</w:t>
      </w:r>
    </w:p>
    <w:p>
      <w:pPr>
        <w:jc w:val="right"/>
      </w:pPr>
      <w:r>
        <w:t>اسی طرح حجۃ الوداع کے موقع پر آپ نے فرمایا کہ لوگوں مجھ کو دیکھ کر حج کے طریقے سیکھ لو یعنی خضوع مناسککم۔</w:t>
      </w:r>
    </w:p>
    <w:p>
      <w:r>
        <w:rPr>
          <w:b/>
        </w:rPr>
        <w:t xml:space="preserve">[1:51:24] </w:t>
      </w:r>
      <w:r>
        <w:t>yahi asal tareeqa hai. rasool allah sallay allahi alaihi wasallam ko dekh kar sahaba ne namaz padhi. sahaba ko dekh kar tabeen ne.</w:t>
      </w:r>
    </w:p>
    <w:p>
      <w:pPr>
        <w:jc w:val="right"/>
      </w:pPr>
      <w:r>
        <w:t>یہی اصل طریقہ ہے۔ رسول اللہ صلی اللہ علیہ وسلم کو دیکھ کر صحابہ نے نماز پڑھی۔ صحابہ کو دیکھ کر تابعین نے۔</w:t>
      </w:r>
    </w:p>
    <w:p>
      <w:r>
        <w:rPr>
          <w:b/>
        </w:rPr>
        <w:t xml:space="preserve">[1:51:33] </w:t>
      </w:r>
      <w:r>
        <w:t>tabeen ko dekh kar tabe tabeen ne. isi tarah yeh silsila aaj tak chala ja raha hai.</w:t>
      </w:r>
    </w:p>
    <w:p>
      <w:pPr>
        <w:jc w:val="right"/>
      </w:pPr>
      <w:r>
        <w:t>تابعین کو دیکھ کر تبع تابعین نے۔ اسی طرح یہ سلسلہ آج تک چلا جا رہا ہے۔</w:t>
      </w:r>
    </w:p>
    <w:p>
      <w:r>
        <w:rPr>
          <w:b/>
        </w:rPr>
        <w:t xml:space="preserve">[1:51:41] </w:t>
      </w:r>
      <w:r>
        <w:t>agar logon ke paas sirf fiqh ke namnahad tafseeli masail hote to log kabhi sahi taur par namaz na padh sakte.</w:t>
      </w:r>
    </w:p>
    <w:p>
      <w:pPr>
        <w:jc w:val="right"/>
      </w:pPr>
      <w:r>
        <w:t>اگر لوگوں کے پاس صرف فقہ کے نام نہاد تفصیلی مسائل ہوتے تو لوگ کبھی صحیح طور پر نماز نہ پڑھ سکتے۔</w:t>
      </w:r>
    </w:p>
    <w:p>
      <w:r>
        <w:rPr>
          <w:b/>
        </w:rPr>
        <w:t xml:space="preserve">[1:51:51] </w:t>
      </w:r>
      <w:r>
        <w:t>imam abu hanifa is fun ke sab se bade mahir samjhe jate hain magar waqi' kehte hain ke imam abu hanifa ne un se kaha ke maine manasik ki adaiygi mein paanch ghaltiyan keen phir ek hajam ne mujhe bataya</w:t>
      </w:r>
    </w:p>
    <w:p>
      <w:pPr>
        <w:jc w:val="right"/>
      </w:pPr>
      <w:r>
        <w:t>امام ابو حنیفہ اس فن کے سب سے بڑے ماہر سمجھے جاتے ہیں مگر وقیع کہتے ہیں کہ امام ابو حنیفہ نے ان سے کہا کہ میں نے مناسک کی ادائیگی میں پانچ غلطیاں کیں پھر ایک حجام نے مجھے بتایا</w:t>
      </w:r>
    </w:p>
    <w:p>
      <w:r>
        <w:rPr>
          <w:b/>
        </w:rPr>
        <w:t xml:space="preserve">[1:52:10] </w:t>
      </w:r>
      <w:r>
        <w:t>qala waqi qala li abu hanifa akhtat fi khamsa abwab min al manasik fa allamani hajam dhakarahu al muhib al tabari bil tafsil aaj kal hajiyon mein taqreeban 95 feesad tadad zyada umr walon ki hoti hai.</w:t>
      </w:r>
    </w:p>
    <w:p>
      <w:pPr>
        <w:jc w:val="right"/>
      </w:pPr>
      <w:r>
        <w:t>قال وقیع قال لی ابو حنیفۃ اخطات فی خمسۃ ابواب من المناسک فعلمنی حجام ذکرہ المحب الطبری بالتفصیل آج کل حاجیوں میں تقریباً 95 فیصد تعداد زیادہ عمر والوں کی ہوتی ہے۔</w:t>
      </w:r>
    </w:p>
    <w:p>
      <w:r>
        <w:rPr>
          <w:b/>
        </w:rPr>
        <w:t xml:space="preserve">[1:52:33] </w:t>
      </w:r>
      <w:r>
        <w:t>un mein bohat se aise hote hain jo be had boodhe ho chuke hote hain</w:t>
      </w:r>
    </w:p>
    <w:p>
      <w:pPr>
        <w:jc w:val="right"/>
      </w:pPr>
      <w:r>
        <w:t>ان میں بہت سے ایسے ہوتے ہیں جو بے حد بوڑھے ہو چکے ہوتے ہیں</w:t>
      </w:r>
    </w:p>
    <w:p>
      <w:r>
        <w:rPr>
          <w:b/>
        </w:rPr>
        <w:t xml:space="preserve">[1:52:38] </w:t>
      </w:r>
      <w:r>
        <w:t>hata ke manasik haj ko ada karna un ke liye mushkil hota hai. is qism ke logon ke liye behtar yeh hai woh apna haj badal karain.</w:t>
      </w:r>
    </w:p>
    <w:p>
      <w:pPr>
        <w:jc w:val="right"/>
      </w:pPr>
      <w:r>
        <w:t>حتیٰ کہ مناسک حج کو ادا کرنا ان کے لیے مشکل ہوتا ہے۔ اس قسم کے لوگوں کے لیے بہتر یہ ہے وہ اپنا حج بدل کرائیں۔</w:t>
      </w:r>
    </w:p>
    <w:p>
      <w:r>
        <w:rPr>
          <w:b/>
        </w:rPr>
        <w:t xml:space="preserve">[1:52:48] </w:t>
      </w:r>
      <w:r>
        <w:t>haj badal jo maujooda zamane mein mardon ke liye aam ho gaya hai woh shariyat mein aslan aise hi logon ke liye hai. hadith mein aaya hai an al fazl ibn abbas an imraatun min khatham qalat ya rasool allah in fareedat allah ala ibadihi fi al haj adrakat abi shaykhan kabiran</w:t>
      </w:r>
    </w:p>
    <w:p>
      <w:pPr>
        <w:jc w:val="right"/>
      </w:pPr>
      <w:r>
        <w:t>حج بدل جو موجودہ زمانے میں مردوں کے لیے عام ہو گیا ہے وہ شریعت میں اصلاً ایسے ہی لوگوں کے لیے ہے۔ حدیث میں آیا ہے عن الفضل ابن عباس أن امرأة من خثع قالت یا رسول اللہ ان فریضۃ اللہ علی عبادہ فی الحج ادرکت ابی شیخا کبیرا</w:t>
      </w:r>
    </w:p>
    <w:p>
      <w:r>
        <w:rPr>
          <w:b/>
        </w:rPr>
        <w:t xml:space="preserve">[1:53:15] </w:t>
      </w:r>
      <w:r>
        <w:t>la yastatee u an yathbuta ala al rahila afhuj anhu qala nam wa dhalika fi hijjat al wida'i rawahu al jama'ah fazl ibn abbas kehte hain ke banu khatham ki ek aurat ne rasool allah sallay allahi alaihi wasallam se kaha ke haj bandon ke upar khuda ka fareezah hai.</w:t>
      </w:r>
    </w:p>
    <w:p>
      <w:pPr>
        <w:jc w:val="right"/>
      </w:pPr>
      <w:r>
        <w:t>لا یستطيع ان یثبت علی الراحلہ افحج عنہ قال نعم وذالک فی حجۃ الوداعی رواہ الجماعہ فضل ابن عباس کہتے ہیں کہ بنو خثعم کی ایک عورت نے رسول اللہ صلی اللہ علیہ وسلم سے کہا کہ حج بندوں کے اوپر خدا کا فریضہ ہے۔</w:t>
      </w:r>
    </w:p>
    <w:p>
      <w:r>
        <w:rPr>
          <w:b/>
        </w:rPr>
        <w:t xml:space="preserve">[1:53:40] </w:t>
      </w:r>
      <w:r>
        <w:t>mera ek boodha baap hai woh sawari par nahi baith sakta.</w:t>
      </w:r>
    </w:p>
    <w:p>
      <w:pPr>
        <w:jc w:val="right"/>
      </w:pPr>
      <w:r>
        <w:t>میرا ایک بوڑھا باپ ہے وہ سواری پر نہیں بیٹھ سکتا۔</w:t>
      </w:r>
    </w:p>
    <w:p>
      <w:r>
        <w:rPr>
          <w:b/>
        </w:rPr>
        <w:t xml:space="preserve">[1:53:44] </w:t>
      </w:r>
      <w:r>
        <w:t>kya main us ki taraf se haj karoon? aap ne farmaya haan yeh hijjatul wida ka waqea hai. haj badal ki doosri soorat yeh hai ke aadmi mar gaya ho aur yeh wasiyat ki ho ke meri taraf se haj ada kar dena.</w:t>
      </w:r>
    </w:p>
    <w:p>
      <w:pPr>
        <w:jc w:val="right"/>
      </w:pPr>
      <w:r>
        <w:t>کیا میں اس کی طرف سے حج کروں؟ آپ نے فرمایا ہاں یہ حجۃ الوداع کا واقعہ ہے۔ حج بدل کی دوسری صورت یہ ہے کہ آدمی مر گیا ہو اور یہ وصیت کی ہو کہ میری طرف سے حج ادا کر دینا۔</w:t>
      </w:r>
    </w:p>
    <w:p>
      <w:r>
        <w:rPr>
          <w:b/>
        </w:rPr>
        <w:t xml:space="preserve">[1:54:02] </w:t>
      </w:r>
      <w:r>
        <w:t>yeh soorat istinbati taur par nikalti hai.</w:t>
      </w:r>
    </w:p>
    <w:p>
      <w:pPr>
        <w:jc w:val="right"/>
      </w:pPr>
      <w:r>
        <w:t>یہ صورت استنباطی طور پر نکلتی ہے۔</w:t>
      </w:r>
    </w:p>
    <w:p>
      <w:r>
        <w:rPr>
          <w:b/>
        </w:rPr>
        <w:t xml:space="preserve">[1:54:08] </w:t>
      </w:r>
      <w:r>
        <w:t>imam malik ke nazdeek murde ki taraf se haj badal isi waqt hai jabke maut se pehle us ne wasiyat ki ho</w:t>
      </w:r>
    </w:p>
    <w:p>
      <w:pPr>
        <w:jc w:val="right"/>
      </w:pPr>
      <w:r>
        <w:t>امام مالک کے نزدیک مردے کی طرف سے حج بدل اسی وقت ہے جبکہ موت سے پہلے اس نے وصیت کی ہو</w:t>
      </w:r>
    </w:p>
    <w:p>
      <w:r>
        <w:rPr>
          <w:b/>
        </w:rPr>
        <w:t xml:space="preserve">[1:54:17] </w:t>
      </w:r>
      <w:r>
        <w:t>qala malik innama yuhajju anhu idha awsa</w:t>
      </w:r>
    </w:p>
    <w:p>
      <w:pPr>
        <w:jc w:val="right"/>
      </w:pPr>
      <w:r>
        <w:t>قال مالک انما یحج عنہ اذا اوصی</w:t>
      </w:r>
    </w:p>
    <w:p>
      <w:r>
        <w:rPr>
          <w:b/>
        </w:rPr>
        <w:t xml:space="preserve">[1:54:24] </w:t>
      </w:r>
      <w:r>
        <w:t>amma idha lam yusi fala yuhajju anhu</w:t>
      </w:r>
    </w:p>
    <w:p>
      <w:pPr>
        <w:jc w:val="right"/>
      </w:pPr>
      <w:r>
        <w:t>اما اذا لم یوسی فلا یحج عنہ</w:t>
      </w:r>
    </w:p>
    <w:p>
      <w:r>
        <w:rPr>
          <w:b/>
        </w:rPr>
        <w:t xml:space="preserve">[1:54:28] </w:t>
      </w:r>
      <w:r>
        <w:t>li'anna al-hajja ibadatun ghalaba fihi janibu al-badani fala yaqbalu al-niyabata</w:t>
      </w:r>
    </w:p>
    <w:p>
      <w:pPr>
        <w:jc w:val="right"/>
      </w:pPr>
      <w:r>
        <w:t>لان الحج عبادۃ غلب فیہ جانب البدنی فلا یقبل النیابت</w:t>
      </w:r>
    </w:p>
    <w:p>
      <w:r>
        <w:rPr>
          <w:b/>
        </w:rPr>
        <w:t xml:space="preserve">[1:54:36] </w:t>
      </w:r>
      <w:r>
        <w:t>fiqh al-sunnah al-mujallad al-awwal safha 637</w:t>
      </w:r>
    </w:p>
    <w:p>
      <w:pPr>
        <w:jc w:val="right"/>
      </w:pPr>
      <w:r>
        <w:t>فقہ السنہ المجلد الاول صفحہ 637</w:t>
      </w:r>
    </w:p>
    <w:p>
      <w:r>
        <w:rPr>
          <w:b/>
        </w:rPr>
        <w:t xml:space="preserve">[1:54:42] </w:t>
      </w:r>
      <w:r>
        <w:t>hajj har sahib-e-istita'at par umar mein ek bar farz hai.</w:t>
      </w:r>
    </w:p>
    <w:p>
      <w:pPr>
        <w:jc w:val="right"/>
      </w:pPr>
      <w:r>
        <w:t>حج ہر صاحب استطاعت پر عمر میں ایک بار فرض ہے۔</w:t>
      </w:r>
    </w:p>
    <w:p>
      <w:r>
        <w:rPr>
          <w:b/>
        </w:rPr>
        <w:t xml:space="preserve">[1:54:47] </w:t>
      </w:r>
      <w:r>
        <w:t>hadith mein aya hai ke hajj mabroor ka badla sirf jannat hai al-haj al-mabroor laysa lahu jaza illa</w:t>
      </w:r>
    </w:p>
    <w:p>
      <w:pPr>
        <w:jc w:val="right"/>
      </w:pPr>
      <w:r>
        <w:t>حدیث میں آیا ہے کہ حج مبرور کا بدلہ صرف جنت ہے الحج المبرور لیس له جزا الا</w:t>
      </w:r>
    </w:p>
    <w:p>
      <w:r>
        <w:rPr>
          <w:b/>
        </w:rPr>
        <w:t xml:space="preserve">[1:54:56] </w:t>
      </w:r>
      <w:r>
        <w:t>al-jannah bukhari wa muslim hazrat umar ibn al-aas ki ek riwayat in alfaz mein ayi hai</w:t>
      </w:r>
    </w:p>
    <w:p>
      <w:pPr>
        <w:jc w:val="right"/>
      </w:pPr>
      <w:r>
        <w:t>الجنہ بخاری و مسلم حضرت عمر ابن العاص کی ایک روایت ان الفاظ میں آئی ہے</w:t>
      </w:r>
    </w:p>
    <w:p>
      <w:r>
        <w:rPr>
          <w:b/>
        </w:rPr>
        <w:t xml:space="preserve">[1:55:05] </w:t>
      </w:r>
      <w:r>
        <w:t>lamma ja'ala Allahu al-islama fi qalbi ataytu rasul Allah sallallahu alayhi wa sallam faqultu abayi'uka</w:t>
      </w:r>
    </w:p>
    <w:p>
      <w:pPr>
        <w:jc w:val="right"/>
      </w:pPr>
      <w:r>
        <w:t>لما جعل اللہ الاسلام فی قلبی اطیت رسول اللہ صلی اللہ علیہ وسلم فقلت ابستیدک</w:t>
      </w:r>
    </w:p>
    <w:p>
      <w:r>
        <w:rPr>
          <w:b/>
        </w:rPr>
        <w:t xml:space="preserve">[1:55:15] </w:t>
      </w:r>
      <w:r>
        <w:t>fala ubayi'uka</w:t>
      </w:r>
    </w:p>
    <w:p>
      <w:pPr>
        <w:jc w:val="right"/>
      </w:pPr>
      <w:r>
        <w:t>فلا ابایعک</w:t>
      </w:r>
    </w:p>
    <w:p>
      <w:r>
        <w:rPr>
          <w:b/>
        </w:rPr>
        <w:t xml:space="preserve">[1:55:17] </w:t>
      </w:r>
      <w:r>
        <w:t>qala fabasata faqabadtu yadayya</w:t>
      </w:r>
    </w:p>
    <w:p>
      <w:pPr>
        <w:jc w:val="right"/>
      </w:pPr>
      <w:r>
        <w:t>قال فبسط فقبضتیدی</w:t>
      </w:r>
    </w:p>
    <w:p>
      <w:r>
        <w:rPr>
          <w:b/>
        </w:rPr>
        <w:t xml:space="preserve">[1:55:21] </w:t>
      </w:r>
      <w:r>
        <w:t>faqala malik malik ya umar qultu ashtarit faqala tashtaritu madha qultu an yughfara li qala amma 'alimta anna</w:t>
      </w:r>
    </w:p>
    <w:p>
      <w:pPr>
        <w:jc w:val="right"/>
      </w:pPr>
      <w:r>
        <w:t>فقال مالک مالک یا عمر قلت اشترط فقال تشترط ماذا قلت ان یغفر لی قال اما علمت ان</w:t>
      </w:r>
    </w:p>
    <w:p>
      <w:r>
        <w:rPr>
          <w:b/>
        </w:rPr>
        <w:t xml:space="preserve">[1:55:34] </w:t>
      </w:r>
      <w:r>
        <w:t>al-islama yahdimu ma qablahu wa anna al-hijrata tahdimu ma qablahu wa anna al-hajja yahdimu ma qablahu rawa-hu muslim</w:t>
      </w:r>
    </w:p>
    <w:p>
      <w:pPr>
        <w:jc w:val="right"/>
      </w:pPr>
      <w:r>
        <w:t>الاسلام یہدم ما قبلہ وان الحجرۃ تہدم ما قبلہ وان الحج یہدم ما قبلہ رواہ مسلم</w:t>
      </w:r>
    </w:p>
    <w:p>
      <w:r>
        <w:rPr>
          <w:b/>
        </w:rPr>
        <w:t xml:space="preserve">[1:55:44] </w:t>
      </w:r>
      <w:r>
        <w:t>jab Allah ne Islam mere dil mein dala to main rasul Allah sallallahu alayhi wa sallam ke pas</w:t>
      </w:r>
    </w:p>
    <w:p>
      <w:pPr>
        <w:jc w:val="right"/>
      </w:pPr>
      <w:r>
        <w:t>جب اللہ نے اسلام میرے دل میں ڈالا تو میں رسول اللہ صلی اللہ علیہ وسلم کے پاس</w:t>
      </w:r>
    </w:p>
    <w:p>
      <w:r>
        <w:rPr>
          <w:b/>
        </w:rPr>
        <w:t xml:space="preserve">[1:55:51] </w:t>
      </w:r>
      <w:r>
        <w:t>aaya aur kaha ke apna hath phailaiye taake main bai'at karoon.</w:t>
      </w:r>
    </w:p>
    <w:p>
      <w:pPr>
        <w:jc w:val="right"/>
      </w:pPr>
      <w:r>
        <w:t>آیا اور کہا کہ اپنا ہاتھ پھیلائیے تاکہ میں بیعت کروں۔</w:t>
      </w:r>
    </w:p>
    <w:p>
      <w:r>
        <w:rPr>
          <w:b/>
        </w:rPr>
        <w:t xml:space="preserve">[1:55:57] </w:t>
      </w:r>
      <w:r>
        <w:t>woh kehte hain ke phir aap ne hath phailaya magar main ne apna hath rok liya. aap ne kaha aey umar aisa kyun?</w:t>
      </w:r>
    </w:p>
    <w:p>
      <w:pPr>
        <w:jc w:val="right"/>
      </w:pPr>
      <w:r>
        <w:t>وہ کہتے ہیں کہ پھر آپ نے ہاتھ پھیلایا مگر میں نے اپنا ہاتھ روک لیا۔ آپ نے کہا اے عمر ایسا کیوں؟</w:t>
      </w:r>
    </w:p>
    <w:p>
      <w:r>
        <w:rPr>
          <w:b/>
        </w:rPr>
        <w:t xml:space="preserve">[1:56:06] </w:t>
      </w:r>
      <w:r>
        <w:t>main ne kaha ke meri ek shart hai. aap ne farmaya tumhari kya shart hai? main ne kaha yeh ke mujhe bakhsh diya jaye.</w:t>
      </w:r>
    </w:p>
    <w:p>
      <w:pPr>
        <w:jc w:val="right"/>
      </w:pPr>
      <w:r>
        <w:t>میں نے کہا کہ میری ایک شرط ہے۔ آپ نے فرمایا تمہاری کیا شرط ہے؟ میں نے کہا یہ کہ مجھے بخش دیا جائے۔</w:t>
      </w:r>
    </w:p>
    <w:p>
      <w:r>
        <w:rPr>
          <w:b/>
        </w:rPr>
        <w:t xml:space="preserve">[1:56:16] </w:t>
      </w:r>
      <w:r>
        <w:t>aap ne farmaya kya tum ko nahi maloom ke islam pichle gunahon ko khatam kar deta hai aur hijrat pichle gunahon ko khatam kar deti hai aur haj pichle gunahon ko khatam kar deta hai.</w:t>
      </w:r>
    </w:p>
    <w:p>
      <w:pPr>
        <w:jc w:val="right"/>
      </w:pPr>
      <w:r>
        <w:t>آپ نے فرمایا کیا تم کو نہیں معلوم کہ اسلام پچھلے گناہوں کو ختم کر دیتا ہے اور ہجرت پچھلے گناہوں کو ختم کر دیتی ہے اور حج پچھلے گناہوں کو ختم کر دیتا ہے۔</w:t>
      </w:r>
    </w:p>
    <w:p>
      <w:r>
        <w:rPr>
          <w:b/>
        </w:rPr>
        <w:t xml:space="preserve">[1:56:36] </w:t>
      </w:r>
      <w:r>
        <w:t>haj mabroor kitab haqeeqat haj maulana wahiduddin khan safha number 51</w:t>
      </w:r>
    </w:p>
    <w:p>
      <w:pPr>
        <w:jc w:val="right"/>
      </w:pPr>
      <w:r>
        <w:t>حج مبرور کتاب حقیقت حج مولانا وحید الدین خان صفحہ نمبر 51</w:t>
      </w:r>
    </w:p>
    <w:p>
      <w:r>
        <w:rPr>
          <w:b/>
        </w:rPr>
        <w:t xml:space="preserve">[1:56:49] </w:t>
      </w:r>
      <w:r>
        <w:t>haj mabroor ko aksar log haj maqbool ke hum ma'ni samajhte hain halanke is ka matlab yeh hai ke aisa haj jis ke sath gunah shamil na ho.</w:t>
      </w:r>
    </w:p>
    <w:p>
      <w:pPr>
        <w:jc w:val="right"/>
      </w:pPr>
      <w:r>
        <w:t>حج مبرور کو اکثر لوگ حج مقبول کے ہم معنی سمجھتے ہیں حالانکہ اس کا مطلب یہ ہے کہ ایسا حج جس کے ساتھ گناہ شامل نہ ہو۔</w:t>
      </w:r>
    </w:p>
    <w:p>
      <w:r>
        <w:rPr>
          <w:b/>
        </w:rPr>
        <w:t xml:space="preserve">[1:57:05] </w:t>
      </w:r>
      <w:r>
        <w:t>al haj al ladhi la yukhalituhu ism hasan basri tabee ne kaha hai ke haj mabroor woh hai jis se aadmi is tarah lote ke woh duniya se be raghbat ho aur akhirat ka shoq is ke andar paida ho jaye.</w:t>
      </w:r>
    </w:p>
    <w:p>
      <w:pPr>
        <w:jc w:val="right"/>
      </w:pPr>
      <w:r>
        <w:t>الحج الذی لا یخالطہ اسم حسن بصری تابعی نے کہا ہے کہ حج مبرور وہ ہے جس سے آدمی اس طرح لوٹے کہ وہ دنیا سے بے رغبت ہو اور آخرت کا شوق اس کے اندر پیدا ہو جائے۔</w:t>
      </w:r>
    </w:p>
    <w:p>
      <w:r>
        <w:rPr>
          <w:b/>
        </w:rPr>
        <w:t xml:space="preserve">[1:57:26] </w:t>
      </w:r>
      <w:r>
        <w:t>an yarji'a zahidan fi al dunya raghiban fi al akhira</w:t>
      </w:r>
    </w:p>
    <w:p>
      <w:pPr>
        <w:jc w:val="right"/>
      </w:pPr>
      <w:r>
        <w:t>انیرجع زاہدا فی الدنیا راغبا فی الاخرہ</w:t>
      </w:r>
    </w:p>
    <w:p>
      <w:r>
        <w:rPr>
          <w:b/>
        </w:rPr>
        <w:t xml:space="preserve">[1:57:32] </w:t>
      </w:r>
      <w:r>
        <w:t>haqiqat yeh hai ke hajj ko agar sahih shaoor aur jazbe ke sath kiya jaye to na sirf</w:t>
      </w:r>
    </w:p>
    <w:p>
      <w:pPr>
        <w:jc w:val="right"/>
      </w:pPr>
      <w:r>
        <w:t>حقیقت یہ ہے کہ حج کو اگر صحیح شعور اور جذبے کے ساتھ کیا جائے تو نہ صرف</w:t>
      </w:r>
    </w:p>
    <w:p>
      <w:r>
        <w:rPr>
          <w:b/>
        </w:rPr>
        <w:t xml:space="preserve">[1:57:41] </w:t>
      </w:r>
      <w:r>
        <w:t>duran hajj aadmi gunahon se bacha rahega balkeh woh is tarah lote ga ke har burai se</w:t>
      </w:r>
    </w:p>
    <w:p>
      <w:pPr>
        <w:jc w:val="right"/>
      </w:pPr>
      <w:r>
        <w:t>دوران حج آدمی گناہوں سے بچا رہے گا بلکہ وہ اس طرح لوٹے گا کہ ہر برائی سے</w:t>
      </w:r>
    </w:p>
    <w:p>
      <w:r>
        <w:rPr>
          <w:b/>
        </w:rPr>
        <w:t xml:space="preserve">[1:57:49] </w:t>
      </w:r>
      <w:r>
        <w:t>uska dil mutannafir ho aur har bhalai ki taraf uske andar raghbat paida ho chuki ho.</w:t>
      </w:r>
    </w:p>
    <w:p>
      <w:pPr>
        <w:jc w:val="right"/>
      </w:pPr>
      <w:r>
        <w:t>اس کا دل متنفر ہو اور ہر بھلائی کی طرف اس کے اندر رغبت پیدا ہو چکی ہو۔</w:t>
      </w:r>
    </w:p>
    <w:p>
      <w:r>
        <w:rPr>
          <w:b/>
        </w:rPr>
        <w:t xml:space="preserve">[1:58:03] </w:t>
      </w:r>
      <w:r>
        <w:t>qabil-e-ghor kitab haqeeqat-e-haj Maulana Wahiduddin Khan safha number 51</w:t>
      </w:r>
    </w:p>
    <w:p>
      <w:pPr>
        <w:jc w:val="right"/>
      </w:pPr>
      <w:r>
        <w:t>قابل غور کتاب حقیقت حج مولانا وحید الدین خان صفحہ نمبر 51</w:t>
      </w:r>
    </w:p>
    <w:p>
      <w:r>
        <w:rPr>
          <w:b/>
        </w:rPr>
        <w:t xml:space="preserve">[1:58:15] </w:t>
      </w:r>
      <w:r>
        <w:t>ek riwayat hai keh Rasool Allah Sal Allah Alaihi Wasallam ne farmaya al-hajj fi daman Allah muqbilan wa mudbaran yani haji Allah ki nigrani mein rehta hai.</w:t>
      </w:r>
    </w:p>
    <w:p>
      <w:pPr>
        <w:jc w:val="right"/>
      </w:pPr>
      <w:r>
        <w:t>ایک روایت ہے کہ رسول اللہ صلی اللہ علیہ وسلم نے فرمایا الحاج فی ضمان اللہ مقبلا ومدبرا یعنی حاجی اللہ کی نگرانی میں رہتا ہے۔</w:t>
      </w:r>
    </w:p>
    <w:p>
      <w:r>
        <w:rPr>
          <w:b/>
        </w:rPr>
        <w:t xml:space="preserve">[1:58:29] </w:t>
      </w:r>
      <w:r>
        <w:t>haj ke pehle bhi aur haj ke baad bhi</w:t>
      </w:r>
    </w:p>
    <w:p>
      <w:pPr>
        <w:jc w:val="right"/>
      </w:pPr>
      <w:r>
        <w:t>حج کے پہلے بھی اور حج کے بعد بھی</w:t>
      </w:r>
    </w:p>
    <w:p>
      <w:r>
        <w:rPr>
          <w:b/>
        </w:rPr>
        <w:t xml:space="preserve">[1:58:33] </w:t>
      </w:r>
      <w:r>
        <w:t>haji ke bare mein yeh baat kisi purasrar mani mein nahi hai balkeh maloom nafsiyati mani mein hai. Haj ke sath Allah taala ne aise khusoosi asbab mahya kar rakhe hain keh uska irada paida hote hi aadmi ke andar Khuda ki yaad aane lagti hai aur Khuda ki taraf khusoosi raghbat paida ho jati hai.</w:t>
      </w:r>
    </w:p>
    <w:p>
      <w:pPr>
        <w:jc w:val="right"/>
      </w:pPr>
      <w:r>
        <w:t>۔ حاجی کے بارے میں یہ بات کسی پراسرار معنی میں نہیں ہے بلکہ معلوم نفسیاتی معنی میں ہے۔ حج کے ساتھ اللہ تعالی نے ایسے خصوصی اسباب مہیا کر رکھے ہیں کہ اس کا ارادہ پیدا ہوتے ہی آدمی کے اندر خدا کی یاد آنے لگتی ہے اور خدا کی طرف خصوصی رغبت پیدا ہو جاتی ہے۔</w:t>
      </w:r>
    </w:p>
    <w:p>
      <w:r>
        <w:rPr>
          <w:b/>
        </w:rPr>
        <w:t xml:space="preserve">[1:59:03] </w:t>
      </w:r>
      <w:r>
        <w:t>ek shakhs ko New York ka safar pesh aaye to New York ki nisbat se uski nafsiyat banne lagti hai aur lotne ke baad uske upar New York ka zehan ghalib rehta hai.</w:t>
      </w:r>
    </w:p>
    <w:p>
      <w:pPr>
        <w:jc w:val="right"/>
      </w:pPr>
      <w:r>
        <w:t>ایک شخص کو نیویارک کا سفر پیش آئے تو نیویارک کی نسبت سے اس کی نفسیات بننے لگتی ہے اور لوٹنے کے بعد اس کے اوپر نیویارک کا ذہن غالب رہتا ہے۔</w:t>
      </w:r>
    </w:p>
    <w:p>
      <w:r>
        <w:rPr>
          <w:b/>
        </w:rPr>
        <w:t xml:space="preserve">[1:59:19] </w:t>
      </w:r>
      <w:r>
        <w:t>isi tarah jo shakhs haj ka safar kare to wahan jane se pehle aur wahan se lotne ke baad woh apne andar khaas tarah ki rabbani nafsiyat mehsoos kare ga.</w:t>
      </w:r>
    </w:p>
    <w:p>
      <w:pPr>
        <w:jc w:val="right"/>
      </w:pPr>
      <w:r>
        <w:t>اسی طرح جو شخص حج کا سفر کرے تو وہاں جانے سے پہلے اور وہاں سے لوٹنے کے بعد وہ اپنے اندر خاص طرح کی ربانی نفسیات محسوس کرے گا۔</w:t>
      </w:r>
    </w:p>
    <w:p>
      <w:r>
        <w:rPr>
          <w:b/>
        </w:rPr>
        <w:t xml:space="preserve">[1:59:34] </w:t>
      </w:r>
      <w:r>
        <w:t>tahum haj ka yeh faida koi mashini andaaz ka nahi hai jo lazman apne aap hajiyon ko milta rahe.</w:t>
      </w:r>
    </w:p>
    <w:p>
      <w:pPr>
        <w:jc w:val="right"/>
      </w:pPr>
      <w:r>
        <w:t>تاہم حج کا یہ فائدہ کوئی مشینی انداز کا نہیں ہے جو لازماً اپنے آپ حاجیوں کو ملتا رہے۔</w:t>
      </w:r>
    </w:p>
    <w:p>
      <w:r>
        <w:rPr>
          <w:b/>
        </w:rPr>
        <w:t xml:space="preserve">[1:59:44] </w:t>
      </w:r>
      <w:r>
        <w:t>iske liye zaroori hai keh haji ke andar iske muwafiq isti'dad maujood ho. Is tarah ke tamam faidon ka inhisaar hamesha aadmi ki apni isti'dad par hota hai.</w:t>
      </w:r>
    </w:p>
    <w:p>
      <w:pPr>
        <w:jc w:val="right"/>
      </w:pPr>
      <w:r>
        <w:t>اس کے لیے ضروری ہے کہ حاجی کے اندر اس کے موافق استعداد موجود ہو۔ اس طرح کے تمام فائدوں کا انحصار ہمیشہ آدمی کی اپنی استعداد پر ہوتا ہے۔</w:t>
      </w:r>
    </w:p>
    <w:p>
      <w:r>
        <w:rPr>
          <w:b/>
        </w:rPr>
        <w:t xml:space="preserve">[2:00:00] </w:t>
      </w:r>
      <w:r>
        <w:t>isti'dad maujood ho to faida mile ga aur agar isti'dad maujood na ho to fawaid ke sarchashme ke darmiyan bhi aadmi be-faiz ho kar reh jaye ga.</w:t>
      </w:r>
    </w:p>
    <w:p>
      <w:pPr>
        <w:jc w:val="right"/>
      </w:pPr>
      <w:r>
        <w:t>استعداد موجود ہو تو فائدہ ملے گا اور اگر استعداد موجود نہ ہو تو فوائد کے سرچشمے کے درمیان بھی آدمی بے فیض ہو کر رہ جائے گا۔</w:t>
      </w:r>
    </w:p>
    <w:p>
      <w:r>
        <w:rPr>
          <w:b/>
        </w:rPr>
        <w:t xml:space="preserve">[2:00:15] </w:t>
      </w:r>
      <w:r>
        <w:t>Hazrat Anas Ibn Malik Razi Allah Anhu ki ek riwayat jo un alfaaz mein aayi hai ya'ti ala al-nas zaman yuhajj aghniya al-nas lil-nizahati</w:t>
      </w:r>
    </w:p>
    <w:p>
      <w:pPr>
        <w:jc w:val="right"/>
      </w:pPr>
      <w:r>
        <w:t>حضرت انس ابن مالک رضی اللہ عنہ کی ایک روایت جو ان الفاظ میں آئی ہے یأتی علی الناس زمان یحج اغنیاء الناس للنزاہتی</w:t>
      </w:r>
    </w:p>
    <w:p>
      <w:r>
        <w:rPr>
          <w:b/>
        </w:rPr>
        <w:t xml:space="preserve">[2:00:28] </w:t>
      </w:r>
      <w:r>
        <w:t>wa awsatuhum lil-tijarati wa qura'uhum lil-riyai wa al-sum'ati wa fuqarauhum lil-mas'alati</w:t>
      </w:r>
    </w:p>
    <w:p>
      <w:pPr>
        <w:jc w:val="right"/>
      </w:pPr>
      <w:r>
        <w:t>واوساطہم للتجارت وقراءہم للریاء والسمعت وفقراءہم للمسئلہ</w:t>
      </w:r>
    </w:p>
    <w:p>
      <w:r>
        <w:rPr>
          <w:b/>
        </w:rPr>
        <w:t xml:space="preserve">[2:00:38] </w:t>
      </w:r>
      <w:r>
        <w:t>logon par ek aisa zamana aaye ga jabkeh maldar log tafreeh ke liye haj karein ge aur unke darmayani darje ke log tijarat ke liye haj karein ge aur unke ulama dikhawe aur shohrat ke liye haj karein ge aur unke ghareeb log mangne ke liye haj karein ge.</w:t>
      </w:r>
    </w:p>
    <w:p>
      <w:pPr>
        <w:jc w:val="right"/>
      </w:pPr>
      <w:r>
        <w:t>لوگوں پر ایک ایسا زمانہ آئے گا جبکہ مالدار لوگ تفریح کے لیے حج کریں گے اور ان کے درمیانی درجے کے لوگ تجارت کے لیے حج کریں گے اور ان کے علماء دکھاوے اور شہرت کے لیے حج کریں گے اور ان کے غریب لوگ مانگنے کے لیے حج کریں گے۔</w:t>
      </w:r>
    </w:p>
    <w:p>
      <w:r>
        <w:rPr>
          <w:b/>
        </w:rPr>
        <w:t xml:space="preserve">[2:01:02] </w:t>
      </w:r>
      <w:r>
        <w:t>Hazrat Anas ki yeh riwayat bohat dara dene wali hai.</w:t>
      </w:r>
    </w:p>
    <w:p>
      <w:pPr>
        <w:jc w:val="right"/>
      </w:pPr>
      <w:r>
        <w:t>حضرت انس کی یہ روایت بہت ڈرا دینے والی ہے۔</w:t>
      </w:r>
    </w:p>
    <w:p>
      <w:r>
        <w:rPr>
          <w:b/>
        </w:rPr>
        <w:t xml:space="preserve">[2:01:08] </w:t>
      </w:r>
      <w:r>
        <w:t>iski roshni mein maujooda zamane ke musalmanon ko khaas taur par apna ehitsab karna chahiye. Unhein ghor karna chahiye keh unka haj is riwayat ka misdaq to nahi ban gaya hai.</w:t>
      </w:r>
    </w:p>
    <w:p>
      <w:pPr>
        <w:jc w:val="right"/>
      </w:pPr>
      <w:r>
        <w:t>اس کی روشنی میں موجودہ زمانے کے مسلمانوں کو خاص طور پر اپنا احتساب کرنا چاہیے۔ انہیں غور کرنا چاہیے کہ ان کا حج اس روایت کا مصداق تو نہیں بن گیا ہے۔</w:t>
      </w:r>
    </w:p>
    <w:p>
      <w:r>
        <w:rPr>
          <w:b/>
        </w:rPr>
        <w:t xml:space="preserve">[2:01:25] </w:t>
      </w:r>
      <w:r>
        <w:t>Maldar hazrat sochein keh unke haj mein taqwa ki rooh hai ya sair-o-tafreeh ki rooh.</w:t>
      </w:r>
    </w:p>
    <w:p>
      <w:pPr>
        <w:jc w:val="right"/>
      </w:pPr>
      <w:r>
        <w:t>مالدار حضرات سوچیں کہ ان کے حج میں تقویٰ کی روح ہے یا سیر و تفریح کی روح۔</w:t>
      </w:r>
    </w:p>
    <w:p>
      <w:r>
        <w:rPr>
          <w:b/>
        </w:rPr>
        <w:t xml:space="preserve">[2:01:34] </w:t>
      </w:r>
      <w:r>
        <w:t>Aam log yeh sochein keh woh deeni faide ke liye haj karne jate ya tijarti faide ke liye.</w:t>
      </w:r>
    </w:p>
    <w:p>
      <w:pPr>
        <w:jc w:val="right"/>
      </w:pPr>
      <w:r>
        <w:t>عام لوگ یہ سوچیں کہ وہ دینی فائدے کے لیے حج کرنے جاتے یا تجارتی فائدے کے لیے۔</w:t>
      </w:r>
    </w:p>
    <w:p>
      <w:r>
        <w:rPr>
          <w:b/>
        </w:rPr>
        <w:t xml:space="preserve">[2:01:44] </w:t>
      </w:r>
      <w:r>
        <w:t>Ulama ghor karein keh woh abdiat ka sabak lene ke liye Baitullah jate hain ya apni peshwayana hasiyat ko buland karne ke liye.</w:t>
      </w:r>
    </w:p>
    <w:p>
      <w:pPr>
        <w:jc w:val="right"/>
      </w:pPr>
      <w:r>
        <w:t>علماء غور کریں کہ وہ عبدیت کا سبق لینے کے لیے بیت اللہ جاتے ہیں یا اپنی پیشوایانہ حیثیت کو بلند کرنے کے لیے۔</w:t>
      </w:r>
    </w:p>
    <w:p>
      <w:r>
        <w:rPr>
          <w:b/>
        </w:rPr>
        <w:t xml:space="preserve">[2:01:56] </w:t>
      </w:r>
      <w:r>
        <w:t>Isi tarah ghareeb log sochein keh haj ko unhone Khuda se mangne ka zariya banaya hai ya insanon se mangne ka zariya.</w:t>
      </w:r>
    </w:p>
    <w:p>
      <w:pPr>
        <w:jc w:val="right"/>
      </w:pPr>
      <w:r>
        <w:t>اسی طرح غریب لوگ سوچیں کہ حج کو انہوں نے خدا سے مانگنے کا ذریعہ بنایا ہے یا انسانوں سے مانگنے کا ذریعہ۔</w:t>
      </w:r>
    </w:p>
    <w:p>
      <w:r>
        <w:rPr>
          <w:b/>
        </w:rPr>
        <w:t xml:space="preserve">[2:02:11] </w:t>
      </w:r>
      <w:r>
        <w:t>Haj ek tareekh saaz amal. Kitab Haqeeqat-e-Haj Maulana Wahiduddin Khan safha number 53</w:t>
      </w:r>
    </w:p>
    <w:p>
      <w:pPr>
        <w:jc w:val="right"/>
      </w:pPr>
      <w:r>
        <w:t>حج ایک تاریخ ساز عمل۔ کتاب حقیقت حج مولانا وحید الدین خان صفحہ نمبر 53</w:t>
      </w:r>
    </w:p>
    <w:p>
      <w:r>
        <w:rPr>
          <w:b/>
        </w:rPr>
        <w:t xml:space="preserve">[2:02:24] </w:t>
      </w:r>
      <w:r>
        <w:t>kaha jata hai keh Imam Abu Hanifa ko is mein taraddud tha keh Islami ibadaton mein kaun si ibadat afzal ibadat hai.</w:t>
      </w:r>
    </w:p>
    <w:p>
      <w:pPr>
        <w:jc w:val="right"/>
      </w:pPr>
      <w:r>
        <w:t>کہا جاتا ہے کہ امام ابو حنیفہ کو اس میں تردد تھا کہ اسلامی عبادتوں میں کون سی عبادت افضل عبادت ہے۔</w:t>
      </w:r>
    </w:p>
    <w:p>
      <w:r>
        <w:rPr>
          <w:b/>
        </w:rPr>
        <w:t xml:space="preserve">[2:02:37] </w:t>
      </w:r>
      <w:r>
        <w:t>jab unhone haj ada kiya to uske baad unhone kaha keh ab mujhe yaqeen ho gaya keh haj tamam ibadaton mein sab se afzal ibadat hai.</w:t>
      </w:r>
    </w:p>
    <w:p>
      <w:pPr>
        <w:jc w:val="right"/>
      </w:pPr>
      <w:r>
        <w:t>جب انہوں نے حج ادا کیا تو اس کے بعد انہوں نے کہا کہ اب مجھے یقین ہو گیا کہ حج تمام عبادتوں میں سب سے افضل عبادت ہے۔</w:t>
      </w:r>
    </w:p>
    <w:p>
      <w:r>
        <w:rPr>
          <w:b/>
        </w:rPr>
        <w:t xml:space="preserve">[2:02:52] </w:t>
      </w:r>
      <w:r>
        <w:t>Haj ki is fazilat ka ek khaas pehlu yeh hai keh haj ka ta'alluq ek azeem Khudai mansoobe se hai.</w:t>
      </w:r>
    </w:p>
    <w:p>
      <w:pPr>
        <w:jc w:val="right"/>
      </w:pPr>
      <w:r>
        <w:t>حج کی اس فضیلت کا ایک خاص پہلو یہ ہے کہ حج کا تعلق ایک عظیم خدائی منصوبے سے ہے۔</w:t>
      </w:r>
    </w:p>
    <w:p>
      <w:r>
        <w:rPr>
          <w:b/>
        </w:rPr>
        <w:t xml:space="preserve">[2:03:02] </w:t>
      </w:r>
      <w:r>
        <w:t>Haj ek aise Khudai mansoobe ki yaadgar hai jis ka aaghaz Hazrat Ibrahim Alaihi Salam ke zamane mein hua aur Muhammad Sal Allah Alaihi Wasallam ke zamane mein iski aakhri takmeel hui.</w:t>
      </w:r>
    </w:p>
    <w:p>
      <w:pPr>
        <w:jc w:val="right"/>
      </w:pPr>
      <w:r>
        <w:t>حج ایک ایسے خدائی منصوبے کی یادگار ہے جس کا آغاز حضرت ابراہیم علیہ السلام کے زمانے میں ہوا اور محمد صلی اللہ علیہ وسلم کے زمانے میں اس کی آخری تکمیل ہوئی۔</w:t>
      </w:r>
    </w:p>
    <w:p>
      <w:r>
        <w:rPr>
          <w:b/>
        </w:rPr>
        <w:t xml:space="preserve">[2:03:21] </w:t>
      </w:r>
      <w:r>
        <w:t>Haj ke mukhtalif manasik isi Khudai mansoobe ke mukhtalif marhal hain jin ko haji ilamati taur par dohrata hai.</w:t>
      </w:r>
    </w:p>
    <w:p>
      <w:pPr>
        <w:jc w:val="right"/>
      </w:pPr>
      <w:r>
        <w:t>حج کے مختلف مناسک اسی خدائی منصوبے کے مختلف مراحل ہیں جن کو حاجی علامتی طور پر دہراتا ہے۔</w:t>
      </w:r>
    </w:p>
    <w:p>
      <w:r>
        <w:rPr>
          <w:b/>
        </w:rPr>
        <w:t xml:space="preserve">[2:03:35] </w:t>
      </w:r>
      <w:r>
        <w:t>haji apne ghar se nikal kar hijaz ke liye rawana hota hai.</w:t>
      </w:r>
    </w:p>
    <w:p>
      <w:pPr>
        <w:jc w:val="right"/>
      </w:pPr>
      <w:r>
        <w:t>حاجی اپنے گھر سے نکل کر حجاز کے لیے روانہ ہوتا ہے۔</w:t>
      </w:r>
    </w:p>
    <w:p>
      <w:r>
        <w:rPr>
          <w:b/>
        </w:rPr>
        <w:t xml:space="preserve">[2:03:42] </w:t>
      </w:r>
      <w:r>
        <w:t>jis tarah hazrat ibrahim iraq se nikal kar hijaz aaye, woh makke ke qareeb pahunch kar sile hue kapde utar deta hai aur apne jism par do chadarein lapet leta hai.</w:t>
      </w:r>
    </w:p>
    <w:p>
      <w:pPr>
        <w:jc w:val="right"/>
      </w:pPr>
      <w:r>
        <w:t>جس طرح حضرت ابراہیم عراق سے نکل کر حجاز آئے، وہ مکے کے قریب پہنچ کر سلے ہوئے کپڑے اتار دیتا ہے اور اپنے جسم پر دو چادریں لپیٹ لیتا ہے۔</w:t>
      </w:r>
    </w:p>
    <w:p>
      <w:r>
        <w:rPr>
          <w:b/>
        </w:rPr>
        <w:t xml:space="preserve">[2:04:03] </w:t>
      </w:r>
      <w:r>
        <w:t>yeh isi qism ki saada poshakh hai jo us zamane mein hazrat ibrahim aur hazrat ismail ki hoti thi.</w:t>
      </w:r>
    </w:p>
    <w:p>
      <w:pPr>
        <w:jc w:val="right"/>
      </w:pPr>
      <w:r>
        <w:t>یہ اسی قسم کی سادہ پوشاک ہے جو اس زمانے میں حضرت ابراہیم اور حضرت اسماعیل کی ہوتی تھی۔</w:t>
      </w:r>
    </w:p>
    <w:p>
      <w:r>
        <w:rPr>
          <w:b/>
        </w:rPr>
        <w:t xml:space="preserve">[2:04:15] </w:t>
      </w:r>
      <w:r>
        <w:t>haji makka pahunchta hai to kaabe ke gird ghoom kar is ka chakkar lagata hai. yeh wahi tawaf hai jo hazrat ibrahim aur hazrat ismail ne ahad khuda wandi ki tawseeq ke liye kiya tha.</w:t>
      </w:r>
    </w:p>
    <w:p>
      <w:pPr>
        <w:jc w:val="right"/>
      </w:pPr>
      <w:r>
        <w:t>حاجی مکہ پہنچتا ہے تو کعبے کے گرد گھوم کر اس کا چکر لگاتا ہے۔ یہ وہی طواف ہے جو حضرت ابراہیم اور حضرت اسماعیل نے عہد خداوندی کی توثیق کے لیے کیا تھا۔</w:t>
      </w:r>
    </w:p>
    <w:p>
      <w:r>
        <w:rPr>
          <w:b/>
        </w:rPr>
        <w:t xml:space="preserve">[2:04:33] </w:t>
      </w:r>
      <w:r>
        <w:t>haji safa o marwa ke darmiyan saat bar sahih karta hai. yeh hazrat hajra ki us daud ki naqal hai jo unho ne is biaban mein pani ki talash ke liye ki.</w:t>
      </w:r>
    </w:p>
    <w:p>
      <w:pPr>
        <w:jc w:val="right"/>
      </w:pPr>
      <w:r>
        <w:t>حاجی صفا و مروہ کے درمیان سات بار صحیح کرتا ہے۔ یہ حضرت ہاجرہ کی اس دوڑ کی نقل ہے جو انہوں نے اس بیابان میں پانی کی تلاش کے لیے کی۔</w:t>
      </w:r>
    </w:p>
    <w:p>
      <w:r>
        <w:rPr>
          <w:b/>
        </w:rPr>
        <w:t xml:space="preserve">[2:04:50] </w:t>
      </w:r>
      <w:r>
        <w:t>haji mini ja kar qurbani karta hai.</w:t>
      </w:r>
    </w:p>
    <w:p>
      <w:pPr>
        <w:jc w:val="right"/>
      </w:pPr>
      <w:r>
        <w:t>حاجی منی جا کر قربانی کرتا ہے۔</w:t>
      </w:r>
    </w:p>
    <w:p>
      <w:r>
        <w:rPr>
          <w:b/>
        </w:rPr>
        <w:t xml:space="preserve">[2:04:54] </w:t>
      </w:r>
      <w:r>
        <w:t>yeh us qurbani ka alamati irada hai jo hazrat ibrahim ne aulaad bete ke liye aur us ke baad khuda ke hukum se mendhe ke liye ki thi.</w:t>
      </w:r>
    </w:p>
    <w:p>
      <w:pPr>
        <w:jc w:val="right"/>
      </w:pPr>
      <w:r>
        <w:t>یہ اس قربانی کا علامتی ارادہ ہے جو حضرت ابراہیم نے اولا بیٹے کے لیے اور اس کے بعد خدا کے حکم سے مینڈھے کے لیے کی تھی۔</w:t>
      </w:r>
    </w:p>
    <w:p>
      <w:r>
        <w:rPr>
          <w:b/>
        </w:rPr>
        <w:t xml:space="preserve">[2:05:08] </w:t>
      </w:r>
      <w:r>
        <w:t>haji jmarat par ja kar shaitan ko kankaryan marta hai.</w:t>
      </w:r>
    </w:p>
    <w:p>
      <w:pPr>
        <w:jc w:val="right"/>
      </w:pPr>
      <w:r>
        <w:t>حاجی جمرات پر جا کر شیطان کو کنکریاں مارتا ہے۔</w:t>
      </w:r>
    </w:p>
    <w:p>
      <w:r>
        <w:rPr>
          <w:b/>
        </w:rPr>
        <w:t xml:space="preserve">[2:05:15] </w:t>
      </w:r>
      <w:r>
        <w:t>yeh us amal ki yadgar hai jo hazrat ismail ne shaitan ki taraf kankaryan maar kar kiya tha jabke us ne unhein behkane ki koshish ki.</w:t>
      </w:r>
    </w:p>
    <w:p>
      <w:pPr>
        <w:jc w:val="right"/>
      </w:pPr>
      <w:r>
        <w:t>یہ اس عمل کی یادگار ہے جو حضرت اسماعیل نے شیطان کی طرف کنکریاں مار کر کیا تھا جبکہ اس نے انہیں بہکانے کی کوشش کی۔</w:t>
      </w:r>
    </w:p>
    <w:p>
      <w:r>
        <w:rPr>
          <w:b/>
        </w:rPr>
        <w:t xml:space="preserve">[2:05:28] </w:t>
      </w:r>
      <w:r>
        <w:t>phir tamam haji arafat ke maidan mein jama hote hain. yeh us amal ki aakhri surat hai jo labbaik allahumma labbaik ki surat mein har haji ki zuban zahida hota hai.</w:t>
      </w:r>
    </w:p>
    <w:p>
      <w:pPr>
        <w:jc w:val="right"/>
      </w:pPr>
      <w:r>
        <w:t>پھر تمام حاجی عرفات کے میدان میں جمع ہوتے ہیں۔ یہ اس عمل کی آخری صورت ہے جو لبیک اللہم لبیک کی صورت میں ہر حاجی کی زبان زہدا ہوتا ہے۔</w:t>
      </w:r>
    </w:p>
    <w:p>
      <w:r>
        <w:rPr>
          <w:b/>
        </w:rPr>
        <w:t xml:space="preserve">[2:05:44] </w:t>
      </w:r>
      <w:r>
        <w:t>yahan tamam haji khule maidan mein jama ho kar apne khuda se ijtamai ahad karte hain ke woh wahi karein ge jis ka sabaq unhein hajj ki surat mein diya gaya hai.</w:t>
      </w:r>
    </w:p>
    <w:p>
      <w:pPr>
        <w:jc w:val="right"/>
      </w:pPr>
      <w:r>
        <w:t>یہاں تمام حاجی کھلے میدان میں جمع ہو کر اپنے خدا سے اجتماعی عہد کرتے ہیں کہ وہ وہی کریں گے جس کا سبق انہیں حج کی صورت میں دیا گیا ہے۔</w:t>
      </w:r>
    </w:p>
    <w:p>
      <w:r>
        <w:rPr>
          <w:b/>
        </w:rPr>
        <w:t xml:space="preserve">[2:05:59] </w:t>
      </w:r>
      <w:r>
        <w:t>woh isi mein jiyein ge jis mein woh log jiye jin ki yadgar mein hajj ki ibadat ada ki jati hai.</w:t>
      </w:r>
    </w:p>
    <w:p>
      <w:pPr>
        <w:jc w:val="right"/>
      </w:pPr>
      <w:r>
        <w:t>وہ اسی میں جیئیں گے جس میں وہ لوگ جیئے جن کی یادگار میں حج کی عبادت ادا کی جاتی ہے۔</w:t>
      </w:r>
    </w:p>
    <w:p>
      <w:r>
        <w:rPr>
          <w:b/>
        </w:rPr>
        <w:t xml:space="preserve">[2:06:08] </w:t>
      </w:r>
      <w:r>
        <w:t>hajj ke manasik ko quran mein shair kaha gaya hai yani alamati cheezein. yeh sab darasal hazrat ibrahim aur un ke khandan par guzrne wale waqiat hain jo mazkoora mansooba ilahi ki takmeel ke dauran pesh aaye.</w:t>
      </w:r>
    </w:p>
    <w:p>
      <w:pPr>
        <w:jc w:val="right"/>
      </w:pPr>
      <w:r>
        <w:t>حج کے مناسک کو قرآن میں شاعر کہا گیا ہے یعنی علامتی چیزیں۔ یہ سب دراصل حضرت ابراہیم اور ان کے خاندان پر گزرنے والے واقعات ہیں جو مذکورہ منصوبہ الہی کی تکمیل کے دوران پیش آئے۔</w:t>
      </w:r>
    </w:p>
    <w:p>
      <w:r>
        <w:rPr>
          <w:b/>
        </w:rPr>
        <w:t xml:space="preserve">[2:06:27] </w:t>
      </w:r>
      <w:r>
        <w:t>in waqiat ko haji alamati taur par dohrata hai aur is tarah yeh ahad karta hai ke woh bhi isi tareekh ka juz banega.</w:t>
      </w:r>
    </w:p>
    <w:p>
      <w:pPr>
        <w:jc w:val="right"/>
      </w:pPr>
      <w:r>
        <w:t>ان واقعات کو حاجی علامتی طور پر دہراتا ہے اور اس طرح یہ عہد کرتا ہے کہ وہ بھی اسی تاریخ کا جز بنے گا۔</w:t>
      </w:r>
    </w:p>
    <w:p>
      <w:r>
        <w:rPr>
          <w:b/>
        </w:rPr>
        <w:t xml:space="preserve">[2:06:39] </w:t>
      </w:r>
      <w:r>
        <w:t>haji goya yeh ahad karta hai ke agar zaroorat pesh aayi to woh apni dunya ko ujaad kar haq ki taraf badhega.</w:t>
      </w:r>
    </w:p>
    <w:p>
      <w:pPr>
        <w:jc w:val="right"/>
      </w:pPr>
      <w:r>
        <w:t>حاجی گویا یہ عہد کرتا ہے کہ اگر ضرورت پیش آئی تو وہ اپنی دنیا کو اجاڑ کر حق کی طرف بڑھے گا۔</w:t>
      </w:r>
    </w:p>
    <w:p>
      <w:r>
        <w:rPr>
          <w:b/>
        </w:rPr>
        <w:t xml:space="preserve">[2:06:49] </w:t>
      </w:r>
      <w:r>
        <w:t>woh aaram o rahat ko chhod kar qanaat aur sadgi par apne aap ko razi karega. woh khuda ke liye daudega aur khuda ke gird ghoomega.</w:t>
      </w:r>
    </w:p>
    <w:p>
      <w:pPr>
        <w:jc w:val="right"/>
      </w:pPr>
      <w:r>
        <w:t>وہ آرام و راحت کو چھوڑ کر قناعت اور سادگی پر اپنے آپ کو راضی کرے گا۔ وہ خدا کے لیے دوڑے گا اور خدا کے گرد گھومے گا۔</w:t>
      </w:r>
    </w:p>
    <w:p>
      <w:r>
        <w:rPr>
          <w:b/>
        </w:rPr>
        <w:t xml:space="preserve">[2:07:02] </w:t>
      </w:r>
      <w:r>
        <w:t>woh shaitani behkaon ko pathar maar kar apne se door bhagayega.</w:t>
      </w:r>
    </w:p>
    <w:p>
      <w:pPr>
        <w:jc w:val="right"/>
      </w:pPr>
      <w:r>
        <w:t>وہ شیطانی بہکاؤں کو پتھر مار کر اپنے سے دور بھگائے گا۔</w:t>
      </w:r>
    </w:p>
    <w:p>
      <w:r>
        <w:rPr>
          <w:b/>
        </w:rPr>
        <w:t xml:space="preserve">[2:07:08] </w:t>
      </w:r>
      <w:r>
        <w:t>khuda ka deen is ko jahan le jaye wahan woh jayega aur jis cheez ka taqaza karega us ko woh is ke hawale kar dega.</w:t>
      </w:r>
    </w:p>
    <w:p>
      <w:pPr>
        <w:jc w:val="right"/>
      </w:pPr>
      <w:r>
        <w:t>خدا کا دین اس کو جہاں لے جائے وہاں وہ جائے گا اور جس چیز کا تقاضا کرے گا اس کو وہ اس کے حوالے کر دے گا۔</w:t>
      </w:r>
    </w:p>
    <w:p>
      <w:r>
        <w:rPr>
          <w:b/>
        </w:rPr>
        <w:t xml:space="preserve">[2:07:21] </w:t>
      </w:r>
      <w:r>
        <w:t>woh amal ki zuban mein khuda se kehta hai ke agar dobara deen ke liye zaroorat pesh aayi to woh is aakhri had tak jaane ke liye tayyar hai ke apni aulaad ko zibah kar ke deen ki zaroorat poori kare.</w:t>
      </w:r>
    </w:p>
    <w:p>
      <w:pPr>
        <w:jc w:val="right"/>
      </w:pPr>
      <w:r>
        <w:t>وہ عمل کی زبان میں خدا سے کہتا ہے کہ اگر دوبارہ دین کے لیے ضرورت پیش آئی تو وہ اس آخری حد تک جانے کے لیے تیار ہے کہ اپنی اولاد کو ذبح کر کے دین کی ضرورت پوری کرے۔</w:t>
      </w:r>
    </w:p>
    <w:p>
      <w:r>
        <w:rPr>
          <w:b/>
        </w:rPr>
        <w:t xml:space="preserve">[2:07:41] </w:t>
      </w:r>
      <w:r>
        <w:t>hazrat ibrahim ka iraq se chal kar makka aana aur yahan mazkoora waqiat ka pesh aana</w:t>
      </w:r>
    </w:p>
    <w:p>
      <w:pPr>
        <w:jc w:val="right"/>
      </w:pPr>
      <w:r>
        <w:t>حضرت ابراہیم کا عراق سے چل کر مکہ آنا اور یہاں مذکورہ واقعات کا پیش آنا</w:t>
      </w:r>
    </w:p>
    <w:p>
      <w:r>
        <w:rPr>
          <w:b/>
        </w:rPr>
        <w:t xml:space="preserve">[2:07:49] </w:t>
      </w:r>
      <w:r>
        <w:t>ek azeem khudai mansooba tha jo dhai hazar saal mein baroo-e-kar laya gaya. is ka khulasa yeh hai ke ab se paanch hazar saal pehle insani zehnon par shirk ka itna ghalba ho gaya tha ke zindagi ka koi shuba shirk se khali na tha.</w:t>
      </w:r>
    </w:p>
    <w:p>
      <w:pPr>
        <w:jc w:val="right"/>
      </w:pPr>
      <w:r>
        <w:t>ایک عظیم خدائی منصوبہ تھا جو ڈھائی ہزار سال میں بروئے کار لایا گیا۔ اس کا خلاصہ یہ ہے کہ اب سے پانچ ہزار سال پہلے انسانی ذہنوں پر شرک کا اتنا غلبہ ہو گیا تھا کہ زندگی کا کوئی شعبہ شرک سے خالی نہ تھا۔</w:t>
      </w:r>
    </w:p>
    <w:p>
      <w:r>
        <w:rPr>
          <w:b/>
        </w:rPr>
        <w:t xml:space="preserve">[2:08:12] </w:t>
      </w:r>
      <w:r>
        <w:t>yeh soorat-e-haal nasal dar nasal jaari rahi.</w:t>
      </w:r>
    </w:p>
    <w:p>
      <w:pPr>
        <w:jc w:val="right"/>
      </w:pPr>
      <w:r>
        <w:t>یہ صورتحال نسل در نسل جاری رہی۔</w:t>
      </w:r>
    </w:p>
    <w:p>
      <w:r>
        <w:rPr>
          <w:b/>
        </w:rPr>
        <w:t xml:space="preserve">[2:08:17] </w:t>
      </w:r>
      <w:r>
        <w:t>is ka nateeja yeh hua ke insani naslon mein shirk ka tasalsul qaim ho gaya. is zamane ki abadiyon mein jo shakhs bhi paida hota woh shirk ka zehn le kar paida hota aur isi par us ki poori uthan hoti.</w:t>
      </w:r>
    </w:p>
    <w:p>
      <w:pPr>
        <w:jc w:val="right"/>
      </w:pPr>
      <w:r>
        <w:t>اس کا نتیجہ یہ ہوا کہ انسانی نسلوں میں شرک کا تسلسل قائم ہو گیا۔ اس زمانے کی آبادیوں میں جو شخص بھی پیدا ہوتا وہ شرک کا ذہن لے کر پیدا ہوتا اور اسی پر اس کی پوری اٹھان ہوتی۔</w:t>
      </w:r>
    </w:p>
    <w:p>
      <w:r>
        <w:rPr>
          <w:b/>
        </w:rPr>
        <w:t xml:space="preserve">[2:08:36] </w:t>
      </w:r>
      <w:r>
        <w:t>is bina par paighambaron ki tauheed ki dawat kisi tarah logon ko appeal nahi karti thi.</w:t>
      </w:r>
    </w:p>
    <w:p>
      <w:pPr>
        <w:jc w:val="right"/>
      </w:pPr>
      <w:r>
        <w:t>اس بنا پر پیغمبروں کی توحید کی دعوت کسی طرح لوگوں کو اپیل نہیں کرتی تھی۔</w:t>
      </w:r>
    </w:p>
    <w:p>
      <w:r>
        <w:rPr>
          <w:b/>
        </w:rPr>
        <w:t xml:space="preserve">[2:08:45] </w:t>
      </w:r>
      <w:r>
        <w:t>ab khuda ne yeh mansooba banaya ke insanon ki ek aisi nasal tayyar ki jaye jo mushrikana mahol se alag ho kar parvarish paaye taake woh mushrikana tasalsul se azad ho kar soch sake.</w:t>
      </w:r>
    </w:p>
    <w:p>
      <w:pPr>
        <w:jc w:val="right"/>
      </w:pPr>
      <w:r>
        <w:t>اب خدا نے یہ منصوبہ بنایا کہ انسانوں کی ایک ایسی نسل تیار کی جائے جو مشرکانہ ماحول سے الگ ہو کر پرورش پائے تاکہ وہ مشرکانہ تسلسل سے آزاد ہو کر سوچ سکے۔</w:t>
      </w:r>
    </w:p>
    <w:p>
      <w:r>
        <w:rPr>
          <w:b/>
        </w:rPr>
        <w:t xml:space="preserve">[2:09:02] </w:t>
      </w:r>
      <w:r>
        <w:t>is ke liye shehri abadiyon se door aik ghair abad maqam hi munasib ho sakta tha.</w:t>
      </w:r>
    </w:p>
    <w:p>
      <w:pPr>
        <w:jc w:val="right"/>
      </w:pPr>
      <w:r>
        <w:t>اس کے لیے شہری آبادیوں سے دور ایک غیر آباد مقام ہی مناسب ہو سکتا تھا۔</w:t>
      </w:r>
    </w:p>
    <w:p>
      <w:r>
        <w:rPr>
          <w:b/>
        </w:rPr>
        <w:t xml:space="preserve">[2:09:10] </w:t>
      </w:r>
      <w:r>
        <w:t>chunanche is maqsad ke liye arab ke khushk ilaqe ka intikhab kiya gaya jo is zamane mein abad duniya se alag thalag bilkul ghair abad halat mein pada hua tha.</w:t>
      </w:r>
    </w:p>
    <w:p>
      <w:pPr>
        <w:jc w:val="right"/>
      </w:pPr>
      <w:r>
        <w:t>چنانچہ اس مقصد کے لیے عرب کے خشک علاقے کا انتخاب کیا گیا جو اس زمانے میں آباد دنیا سے الگ تھلگ بالکل غیر آباد حالت میں پڑا ہوا تھا۔</w:t>
      </w:r>
    </w:p>
    <w:p>
      <w:r>
        <w:rPr>
          <w:b/>
        </w:rPr>
        <w:t xml:space="preserve">[2:09:27] </w:t>
      </w:r>
      <w:r>
        <w:t>ab is bay ab o giyah ilaqe mein aik nai nasal tayyar karne ke liye woh pehla insan darkar tha jo maut ki qeemat par wahan basne ke liye tayyar ho.</w:t>
      </w:r>
    </w:p>
    <w:p>
      <w:pPr>
        <w:jc w:val="right"/>
      </w:pPr>
      <w:r>
        <w:t>اب اس بے آب و گیاہ علاقے میں ایک نئی نسل تیار کرنے کے لیے وہ پہلا انسان درکار تھا جو موت کی قیمت پر وہاں بسنے کے لیے تیار ہو۔</w:t>
      </w:r>
    </w:p>
    <w:p>
      <w:r>
        <w:rPr>
          <w:b/>
        </w:rPr>
        <w:t xml:space="preserve">[2:09:41] </w:t>
      </w:r>
      <w:r>
        <w:t>is nazuk moqay par hazrat ibrahim ko khwab dikhaya gaya ke aap apne naujawan bete ismail ko zabah kar rahe hain.</w:t>
      </w:r>
    </w:p>
    <w:p>
      <w:pPr>
        <w:jc w:val="right"/>
      </w:pPr>
      <w:r>
        <w:t>اس نازک موقع پر حضرت ابراہیم کو خواب دکھایا گیا کہ آپ اپنے نوجوان بیٹے اسماعیل کو ذبح کر رہے ہیں۔</w:t>
      </w:r>
    </w:p>
    <w:p>
      <w:r>
        <w:rPr>
          <w:b/>
        </w:rPr>
        <w:t xml:space="preserve">[2:09:51] </w:t>
      </w:r>
      <w:r>
        <w:t>yeh jismani zabah haqiqatan sehrai zabah ki tamseel thi.</w:t>
      </w:r>
    </w:p>
    <w:p>
      <w:pPr>
        <w:jc w:val="right"/>
      </w:pPr>
      <w:r>
        <w:t>یہ جسمانی ذبح حقیقتاً صحرائی ذبح کی تمثیل تھی۔</w:t>
      </w:r>
    </w:p>
    <w:p>
      <w:r>
        <w:rPr>
          <w:b/>
        </w:rPr>
        <w:t xml:space="preserve">[2:09:57] </w:t>
      </w:r>
      <w:r>
        <w:t>is ke zariye yeh dekhna maqsood tha ke kya ibrahim is ke liye tayyar hain ke woh apne aap ko khudaai mansoobe mein is tarah shamil karen ke apni mehboob aulad ko le ja kar hijaz mein basa den jahan khushk pahadon aur ratiili sehraon ke siwa aur kuch nahi.</w:t>
      </w:r>
    </w:p>
    <w:p>
      <w:pPr>
        <w:jc w:val="right"/>
      </w:pPr>
      <w:r>
        <w:t>اس کے ذریعے یہ دیکھنا مقصود تھا کہ کیا ابراہیم اس کے لیے تیار ہیں کہ وہ اپنے آپ کو خدائی منصوبے میں اس طرح شامل کریں کہ اپنی محبوب اولاد کو لے جا کر حجاز میں بسا دیں جہاں خشک پہاڑوں اور رتیلی صحراؤں کے سوا اور کچھ نہیں۔</w:t>
      </w:r>
    </w:p>
    <w:p>
      <w:r>
        <w:rPr>
          <w:b/>
        </w:rPr>
        <w:t xml:space="preserve">[2:10:22] </w:t>
      </w:r>
      <w:r>
        <w:t>is zamane mein hijaz mein basna maut ki wadi mein basne ke hum maani tha. qadeem zamane mein hijaz isi liye ghair abad pada raha ke wahan pani aur sabza na tha.</w:t>
      </w:r>
    </w:p>
    <w:p>
      <w:pPr>
        <w:jc w:val="right"/>
      </w:pPr>
      <w:r>
        <w:t>اس زمانے میں حجاز میں بسنا موت کی وادی میں بسنے کے ہم معنی تھا۔ قدیم زمانے میں حجاز اسی لیے غیر آباد پڑا رہا کہ وہاں پانی اور سبزہ نہ تھا۔</w:t>
      </w:r>
    </w:p>
    <w:p>
      <w:r>
        <w:rPr>
          <w:b/>
        </w:rPr>
        <w:t xml:space="preserve">[2:10:37] </w:t>
      </w:r>
      <w:r>
        <w:t>qadeem hijaz ka mushrikana tamaddun se pak rehna isi liye mumkin hua ke woh zindagi ke saman se khali tha.</w:t>
      </w:r>
    </w:p>
    <w:p>
      <w:pPr>
        <w:jc w:val="right"/>
      </w:pPr>
      <w:r>
        <w:t>قدیم حجاز کا مشرکانہ تمدن سے پاک رہنا اسی لیے ممکن ہوا کہ وہ زندگی کے سامان سے خالی تھا۔</w:t>
      </w:r>
    </w:p>
    <w:p>
      <w:r>
        <w:rPr>
          <w:b/>
        </w:rPr>
        <w:t xml:space="preserve">[2:10:47] </w:t>
      </w:r>
      <w:r>
        <w:t>qadeem hijaz ki woh khusoosiyat jis ne is ko mushrik insanon se khali rakha tha isi ne is ko is qabil bana diya ke wahan muwahideen ki aik nai nasal tayyar ki ja sake.</w:t>
      </w:r>
    </w:p>
    <w:p>
      <w:pPr>
        <w:jc w:val="right"/>
      </w:pPr>
      <w:r>
        <w:t>قدیم حجاز کی وہ خصوصیت جس نے اس کو مشرک انسانوں سے خالی رکھا تھا اسی نے اس کو اس قابل بنا دیا کہ وہاں مواحدین کی ایک نئی نسل تیار کی جائے۔</w:t>
      </w:r>
    </w:p>
    <w:p>
      <w:r>
        <w:rPr>
          <w:b/>
        </w:rPr>
        <w:t xml:space="preserve">[2:11:02] </w:t>
      </w:r>
      <w:r>
        <w:t>hazrat ibrahim ka apne naujawan bete yani ismail ke gale par chhuri rakhna is baat ka izhar tha ke woh is qurbani ke liye aakhri tor par tayyar hain.</w:t>
      </w:r>
    </w:p>
    <w:p>
      <w:pPr>
        <w:jc w:val="right"/>
      </w:pPr>
      <w:r>
        <w:t>حضرت ابراہیم کا اپنے نوجوان بیٹے یعنی اسماعیل کے گلے پر چھری رکھنا اس بات کا اظہار تھا کہ وہ اس قربانی کے لیے آخری طور پر تیار ہیں۔</w:t>
      </w:r>
    </w:p>
    <w:p>
      <w:r>
        <w:rPr>
          <w:b/>
        </w:rPr>
        <w:t xml:space="preserve">[2:11:16] </w:t>
      </w:r>
      <w:r>
        <w:t>chunanche hazrat ibrahim aur hazrat ismail ko is mansoobe khuda wandi ke liye chun liya gaya aur un ko qadeem hijaz ke alag thalag ilaqe mein basa kar nai nasal tayyar karne ka amal shuru kar diya gaya.</w:t>
      </w:r>
    </w:p>
    <w:p>
      <w:pPr>
        <w:jc w:val="right"/>
      </w:pPr>
      <w:r>
        <w:t>چنانچہ حضرت ابراہیم اور حضرت اسماعیل کو اس منصوبہ خداوندی کے لیے چن لیا گیا اور ان کو قدیم حجاز کے الگ تھلگ علاقے میں بسا کر نئی نسل تیار کرنے کا عمل شروع کر دیا گیا۔</w:t>
      </w:r>
    </w:p>
    <w:p>
      <w:r>
        <w:rPr>
          <w:b/>
        </w:rPr>
        <w:t xml:space="preserve">[2:11:35] </w:t>
      </w:r>
      <w:r>
        <w:t>hazrat ibrahim ne ismail ki nasal mein aik paighambar paida hone ki dua ki thi.</w:t>
      </w:r>
    </w:p>
    <w:p>
      <w:pPr>
        <w:jc w:val="right"/>
      </w:pPr>
      <w:r>
        <w:t>حضرت ابراہیم نے اسماعیل کی نسل میں ایک پیغمبر پیدا ہونے کی دعا کی تھی۔</w:t>
      </w:r>
    </w:p>
    <w:p>
      <w:r>
        <w:rPr>
          <w:b/>
        </w:rPr>
        <w:t xml:space="preserve">[2:11:42] </w:t>
      </w:r>
      <w:r>
        <w:t>rasool Allah sal Allah alaihi wasallam isi dua ke nateejay mein paida hue. magar jaisa ke maloom hai dua aur is ki qabooliyat ke darmiyan dhai hazar saal ka faasla hai.</w:t>
      </w:r>
    </w:p>
    <w:p>
      <w:pPr>
        <w:jc w:val="right"/>
      </w:pPr>
      <w:r>
        <w:t>رسول اللہ صلی اللہ علیہ وسلم اسی دعا کے نتیجے میں پیدا ہوئے۔ مگر جیسا کہ معلوم ہے دعا اور اس کی قبولیت کے درمیان ڈھائی ہزار سال کا فاصلہ ہے۔</w:t>
      </w:r>
    </w:p>
    <w:p>
      <w:r>
        <w:rPr>
          <w:b/>
        </w:rPr>
        <w:t xml:space="preserve">[2:11:58] </w:t>
      </w:r>
      <w:r>
        <w:t>is taakhir ka sabab yeh hai ke is muddat ke darmiyan woh nasal tayyar ki ja rahi thi jo shirk ke tasalsul se munqate ho kar soch sake aur sehrai tarbiyat ke nateejay mein jis ke andar yeh salahiyat ho ke woh paighambar ka sath de kar is mushkil mission ko takmeel tak pouncha sake.</w:t>
      </w:r>
    </w:p>
    <w:p>
      <w:pPr>
        <w:jc w:val="right"/>
      </w:pPr>
      <w:r>
        <w:t>اس تاخیر کا سبب یہ ہے کہ اس مدت کے دوران وہ نسل تیار کی جا رہی تھی جو شرک کے تسلسل سے منقطع ہو کر سوچ سکے اور صحرائی تربیت کے نتیجے میں جس کے اندر یہ صلاحیت ہو کہ وہ پیغمبر کا ساتھ دے کر اس مشکل مشن کو تکمیل تک پہنچا سکے۔</w:t>
      </w:r>
    </w:p>
    <w:p>
      <w:r>
        <w:rPr>
          <w:b/>
        </w:rPr>
        <w:t xml:space="preserve">[2:12:24] </w:t>
      </w:r>
      <w:r>
        <w:t>isi liye is giroh ko khair ummat kaha gaya.</w:t>
      </w:r>
    </w:p>
    <w:p>
      <w:pPr>
        <w:jc w:val="right"/>
      </w:pPr>
      <w:r>
        <w:t>اسی لیے اس گروہ کو خیر امت کہا گیا۔</w:t>
      </w:r>
    </w:p>
    <w:p>
      <w:r>
        <w:rPr>
          <w:b/>
        </w:rPr>
        <w:t xml:space="preserve">[2:12:28] </w:t>
      </w:r>
      <w:r>
        <w:t>yeh ummat tareekh ki anokhi ummat hai. ibtidaan zaroor is ki aik tadad paighambar ki dushman ho gayi magar jab is ki samajh mein agaya to is ne bharpoor tor par aap ka sath diya.</w:t>
      </w:r>
    </w:p>
    <w:p>
      <w:pPr>
        <w:jc w:val="right"/>
      </w:pPr>
      <w:r>
        <w:t>یہ امت تاریخ کی انوکھی امت ہے۔ ابتداءً ضرور اس کی ایک تعداد پیغمبر کی دشمن ہو گئی مگر جب اس کی سمجھ میں آگیا تو اس نے بھرپور طور پر آپ کا ساتھ دیا۔</w:t>
      </w:r>
    </w:p>
    <w:p>
      <w:r>
        <w:rPr>
          <w:b/>
        </w:rPr>
        <w:t xml:space="preserve">[2:12:47] </w:t>
      </w:r>
      <w:r>
        <w:t>is tarah jo nasal banai gayi us ke andar agarchay baad ko atraf ki duniya se kuch shirk ke asraat aa gaye</w:t>
      </w:r>
    </w:p>
    <w:p>
      <w:pPr>
        <w:jc w:val="right"/>
      </w:pPr>
      <w:r>
        <w:t>اس طرح جو نسل بنائی گئی اس کے اندر اگرچہ بعد کو اطراف کی دنیا سے کچھ شرک کے اثرات آگئے</w:t>
      </w:r>
    </w:p>
    <w:p>
      <w:r>
        <w:rPr>
          <w:b/>
        </w:rPr>
        <w:t xml:space="preserve">[2:12:57] </w:t>
      </w:r>
      <w:r>
        <w:t>magar buniyadi tor par woh aik mehfooz nasal thi. kuch naqis afraad ko chhod kar woh log sahi fitrat par qaim the.</w:t>
      </w:r>
    </w:p>
    <w:p>
      <w:pPr>
        <w:jc w:val="right"/>
      </w:pPr>
      <w:r>
        <w:t>مگر بنیادی طور پر وہ ایک محفوظ نسل تھی۔ کچھ ناقص افراد کو چھوڑ کر وہ لوگ صحیح فطرت پر قائم تھے۔</w:t>
      </w:r>
    </w:p>
    <w:p>
      <w:r>
        <w:rPr>
          <w:b/>
        </w:rPr>
        <w:t xml:space="preserve">[2:13:07] </w:t>
      </w:r>
      <w:r>
        <w:t>unhon ne ibtidaan paighambar ki mukhalifat bhi ki magar is ka sabab ziyada tar nasamjhi thi. jab un ki samajh mein agaya ke waqai yeh paighambar hain aur un ka deen barhaq hai to un ki mukhalifat dobara muwafqat mein tabdeel ho gayi.</w:t>
      </w:r>
    </w:p>
    <w:p>
      <w:pPr>
        <w:jc w:val="right"/>
      </w:pPr>
      <w:r>
        <w:t>انہوں نے ابتداءً پیغمبر کی مخالفت بھی کی مگر اس کا سبب زیادہ تر ناسمجھی تھا۔ جب ان کی سمجھ میں آگیا کہ واقعی یہ پیغمبر ہیں اور ان کا دین برحق ہے تو ان کی مخالفت دوبارہ موافقت میں تبدیل ہوگئی۔</w:t>
      </w:r>
    </w:p>
    <w:p>
      <w:r>
        <w:rPr>
          <w:b/>
        </w:rPr>
        <w:t xml:space="preserve">[2:13:27] </w:t>
      </w:r>
      <w:r>
        <w:t>woh bharpoor tor par aap ke saathi ban gaye. hazrat ibrahim ne apne bete ko zabah kar ke jo nasal tayyar ki us ka sab se ziyada numayan وصف yeh tha ke woh azad zehn ke sath haqeeqat ko dekh sakti thi aur is ka etaraf kar sakti thi.</w:t>
      </w:r>
    </w:p>
    <w:p>
      <w:pPr>
        <w:jc w:val="right"/>
      </w:pPr>
      <w:r>
        <w:t>وہ بھرپور طور پر آپ کے ساتھی بن گئے۔ حضرت ابراہیم نے اپنے بیٹے کو ذبح کر کے جو نسل تیار کی اس کا سب سے زیادہ نمایاں وصف یہ تھا کہ وہ آزاد ذہن کے ساتھ حقیقت کو دیکھ سکتی تھی اور اس کا اعتراف کر سکتی تھی۔</w:t>
      </w:r>
    </w:p>
    <w:p>
      <w:r>
        <w:rPr>
          <w:b/>
        </w:rPr>
        <w:t xml:space="preserve">[2:13:48] </w:t>
      </w:r>
      <w:r>
        <w:t>haqeeqat waqe ko maan lene ki salahiyat is ke andar kamil darje mein maujood thi.</w:t>
      </w:r>
    </w:p>
    <w:p>
      <w:pPr>
        <w:jc w:val="right"/>
      </w:pPr>
      <w:r>
        <w:t>حقیقت واقعے کو مان لینے کی صلاحیت اس کے اندر کامل درجے میں موجود تھی۔</w:t>
      </w:r>
    </w:p>
    <w:p>
      <w:r>
        <w:rPr>
          <w:b/>
        </w:rPr>
        <w:t xml:space="preserve">[2:13:56] </w:t>
      </w:r>
      <w:r>
        <w:t>yahan is silsile mein teen mukhtalif misalen naqal ki jati hain. aik shakhs woh jis ne haq ko sunte hi use maan liya.</w:t>
      </w:r>
    </w:p>
    <w:p>
      <w:pPr>
        <w:jc w:val="right"/>
      </w:pPr>
      <w:r>
        <w:t>یہاں اس سلسلے میں تین مختلف مثالیں نقل کی جاتی ہیں۔ ایک شخص وہ جس نے حق کو سنتے ہی اسے مان لیا۔</w:t>
      </w:r>
    </w:p>
    <w:p>
      <w:r>
        <w:rPr>
          <w:b/>
        </w:rPr>
        <w:t xml:space="preserve">[2:14:08] </w:t>
      </w:r>
      <w:r>
        <w:t>doosra woh jis ne ibtidaan inkar kiya magar jab baat samajh mein agayi to us ne etaraf mein der nahi ki.</w:t>
      </w:r>
    </w:p>
    <w:p>
      <w:pPr>
        <w:jc w:val="right"/>
      </w:pPr>
      <w:r>
        <w:t>دوسرا وہ جس نے ابتداءً انکار کیا مگر جب بات سمجھ میں آگئی تو اس نے اعتراف میں دیر نہیں کی۔</w:t>
      </w:r>
    </w:p>
    <w:p>
      <w:r>
        <w:rPr>
          <w:b/>
        </w:rPr>
        <w:t xml:space="preserve">[2:14:17] </w:t>
      </w:r>
      <w:r>
        <w:t>teesra woh jis ne agarchay apni sardari ki khatir etaraf nahi kiya magar woh bhi is sifat aam se khali na tha.</w:t>
      </w:r>
    </w:p>
    <w:p>
      <w:pPr>
        <w:jc w:val="right"/>
      </w:pPr>
      <w:r>
        <w:t>تیسرا وہ جس نے اگرچہ اپنی سرداری کی خاطر اعتراف نہیں کیا مگر وہ بھی اس صفت عام سے خالی نہ تھا۔</w:t>
      </w:r>
    </w:p>
    <w:p>
      <w:r>
        <w:rPr>
          <w:b/>
        </w:rPr>
        <w:t xml:space="preserve">[2:14:29] </w:t>
      </w:r>
      <w:r>
        <w:t>number aik: rasool Allah sal Allah alaihi wasallam par jo log ibtidai marhale mein iman laye un mein se aik khalid ibn saeed ibn al aas thay.</w:t>
      </w:r>
    </w:p>
    <w:p>
      <w:pPr>
        <w:jc w:val="right"/>
      </w:pPr>
      <w:r>
        <w:t>نمبر ایک: رسول اللہ صلی اللہ علیہ وسلم پر جو لوگ ابتدائی مرحلے میں ایمان لائے ان میں سے ایک خالد ابن سعید ابن العاص تھے۔</w:t>
      </w:r>
    </w:p>
    <w:p>
      <w:r>
        <w:rPr>
          <w:b/>
        </w:rPr>
        <w:t xml:space="preserve">[2:14:42] </w:t>
      </w:r>
      <w:r>
        <w:t>woh rasul Allah sallallahu alayhi wa sallam ke pas aaye aur kaha ke aey Muhammad!</w:t>
      </w:r>
    </w:p>
    <w:p>
      <w:pPr>
        <w:jc w:val="right"/>
      </w:pPr>
      <w:r>
        <w:t>وہ رسول اللہ صلی اللہ علیہ وسلم کے پاس آئے اور کہا کہ اے محمد!</w:t>
      </w:r>
    </w:p>
    <w:p>
      <w:r>
        <w:rPr>
          <w:b/>
        </w:rPr>
        <w:t xml:space="preserve">[2:14:47] </w:t>
      </w:r>
      <w:r>
        <w:t>aap kis cheez ki taraf bulate hain? Aap ne farmaya ke main tum ko ek Allah ki taraf</w:t>
      </w:r>
    </w:p>
    <w:p>
      <w:pPr>
        <w:jc w:val="right"/>
      </w:pPr>
      <w:r>
        <w:t>آپ کس چیز کی طرف بلاتے ہیں؟ آپ نے فرمایا کہ میں تم کو ایک اللہ کی طرف</w:t>
      </w:r>
    </w:p>
    <w:p>
      <w:r>
        <w:rPr>
          <w:b/>
        </w:rPr>
        <w:t xml:space="preserve">[2:14:54] </w:t>
      </w:r>
      <w:r>
        <w:t>bulata hoon jis ka koi shareek nahi</w:t>
      </w:r>
    </w:p>
    <w:p>
      <w:pPr>
        <w:jc w:val="right"/>
      </w:pPr>
      <w:r>
        <w:t>بلاتا ہوں جس کا کوئی شریک نہیں</w:t>
      </w:r>
    </w:p>
    <w:p>
      <w:r>
        <w:rPr>
          <w:b/>
        </w:rPr>
        <w:t xml:space="preserve">[2:14:59] </w:t>
      </w:r>
      <w:r>
        <w:t>aur yeh ke Muhammad us ke bande aur rasool hain aur yeh ke tum pathron ki ibadat chhod</w:t>
      </w:r>
    </w:p>
    <w:p>
      <w:pPr>
        <w:jc w:val="right"/>
      </w:pPr>
      <w:r>
        <w:t>اور یہ کہ محمد اس کے بندے اور رسول ہیں اور یہ کہ تم پتھروں کی عبادت چھوڑ</w:t>
      </w:r>
    </w:p>
    <w:p>
      <w:r>
        <w:rPr>
          <w:b/>
        </w:rPr>
        <w:t xml:space="preserve">[2:15:06] </w:t>
      </w:r>
      <w:r>
        <w:t>do jo na sunte aur na dekhte aur na nafa' ya nuksan pahuncha sakte hain.</w:t>
      </w:r>
    </w:p>
    <w:p>
      <w:pPr>
        <w:jc w:val="right"/>
      </w:pPr>
      <w:r>
        <w:t>دو جو نہ سنتے اور نہ دیکھتے اور نہ نفع یا نقصان پہنچا سکتے ہیں۔</w:t>
      </w:r>
    </w:p>
    <w:p>
      <w:r>
        <w:rPr>
          <w:b/>
        </w:rPr>
        <w:t xml:space="preserve">[2:15:13] </w:t>
      </w:r>
      <w:r>
        <w:t>un ko yeh bhi nahi maloom ke kis ne un ki ibadat ki aur kis ne un ki ibadat nahi ki. walayadri man abduhu mimman la yabduhu khalid ne yeh sun kar kaha ke main gawahi deta hoon ke Allah ke siwa koi ilah nahi aur main gawahi deta hoon ke aap Allah ke rasool hain.</w:t>
      </w:r>
    </w:p>
    <w:p>
      <w:pPr>
        <w:jc w:val="right"/>
      </w:pPr>
      <w:r>
        <w:t>ان کو یہ بھی نہیں معلوم کہ کس نے ان کی عبادت کی اور کس نے ان کی عبادت نہیں کی۔ ولایدری من عبدہ ممن لا یعبدہ خالد نے یہ سن کر کہا کہ میں گواہی دیتا ہوں کہ اللہ کے سوا کوئی الہ نہیں اور میں گواہی دیتا ہوں کہ آپ اللہ کے رسول ہیں۔</w:t>
      </w:r>
    </w:p>
    <w:p>
      <w:r>
        <w:rPr>
          <w:b/>
        </w:rPr>
        <w:t xml:space="preserve">[2:15:37] </w:t>
      </w:r>
      <w:r>
        <w:t>hazrat khalid ke walid jo mushrik the jab un ko maloom hua ke un ke bete ne islam qubool kar liya hai to unhone un ko pakda aur unhein marna shuru kiya yahan tak ke marte marte lakdi toot gayi.</w:t>
      </w:r>
    </w:p>
    <w:p>
      <w:pPr>
        <w:jc w:val="right"/>
      </w:pPr>
      <w:r>
        <w:t>حضرت خالد کے والد جو مشرک تھے جب ان کو معلوم ہوا کہ ان کے بیٹے نے اسلام قبول کر لیا ہے تو انہوں نے ان کو پکڑا اور انہیں مارنا شروع کیا یہاں تک کہ مارتے مارتے لکڑی ٹوٹ گئی۔</w:t>
      </w:r>
    </w:p>
    <w:p>
      <w:r>
        <w:rPr>
          <w:b/>
        </w:rPr>
        <w:t xml:space="preserve">[2:15:54] </w:t>
      </w:r>
      <w:r>
        <w:t>jab hazrat khalid islam se phirne ke liye tayyar nahi hue to baap ne kaha ke main tumhara khana peena band kar doonga aur tujhe ghar se nikal doonga.</w:t>
      </w:r>
    </w:p>
    <w:p>
      <w:pPr>
        <w:jc w:val="right"/>
      </w:pPr>
      <w:r>
        <w:t>جب حضرت خالد اسلام سے پھرنے کے لیے تیار نہیں ہوئے تو باپ نے کہا کہ میں تمہارا کھانا پینا بند کر دوں گا اور تجھے گھر سے نکال دوں گا۔</w:t>
      </w:r>
    </w:p>
    <w:p>
      <w:r>
        <w:rPr>
          <w:b/>
        </w:rPr>
        <w:t xml:space="preserve">[2:16:07] </w:t>
      </w:r>
      <w:r>
        <w:t>hazrat khalid ne jawab diya: "khuda ki qasam! Muhammad ne jo kaha sach kaha aur main un ka peero hoon." qad sadaqa wallah wa attaba'tuhu</w:t>
      </w:r>
    </w:p>
    <w:p>
      <w:pPr>
        <w:jc w:val="right"/>
      </w:pPr>
      <w:r>
        <w:t>حضرت خالد نے جواب دیا: "خدا کی قسم! محمد نے جو کہا سچ کہا اور میں ان کا پیرو ہوں۔" قد صدق واللہ واتبعتہ</w:t>
      </w:r>
    </w:p>
    <w:p>
      <w:r>
        <w:rPr>
          <w:b/>
        </w:rPr>
        <w:t xml:space="preserve">[2:16:24] </w:t>
      </w:r>
      <w:r>
        <w:t>doosre lafzon mein yeh ke Muhammad jab ek haq baat keh rahe hain to kaise mumkin hai ke main use na manoon.</w:t>
      </w:r>
    </w:p>
    <w:p>
      <w:pPr>
        <w:jc w:val="right"/>
      </w:pPr>
      <w:r>
        <w:t>دوسرے لفظوں میں یہ کہ محمد جب ایک حق بات کہہ رہے ہیں تو کیسے ممکن ہے کہ میں اسے نہ مانوں۔</w:t>
      </w:r>
    </w:p>
    <w:p>
      <w:r>
        <w:rPr>
          <w:b/>
        </w:rPr>
        <w:t xml:space="preserve">[2:16:34] </w:t>
      </w:r>
      <w:r>
        <w:t>number do: doosri misaal suhail ibn umar ki hai. sulah hudaybiyah ke waqt woh mukhalifeen islam ke numainda the.</w:t>
      </w:r>
    </w:p>
    <w:p>
      <w:pPr>
        <w:jc w:val="right"/>
      </w:pPr>
      <w:r>
        <w:t>نمبر دو: دوسری مثال سہیل ابن عمر کی ہے۔ صلح حدیبیہ کے وقت وہ مخالفین اسلام کے نمائندہ تھے۔</w:t>
      </w:r>
    </w:p>
    <w:p>
      <w:r>
        <w:rPr>
          <w:b/>
        </w:rPr>
        <w:t xml:space="preserve">[2:16:45] </w:t>
      </w:r>
      <w:r>
        <w:t>tool-e guft o shuneed ke baad jab muahida likha jaane laga to rasool Allah sal Allah aleh wasalam ne us ko imla karate hue yeh alfaaz kahe: hadha ma qada alayhi Muhammad rasool Allah</w:t>
      </w:r>
    </w:p>
    <w:p>
      <w:pPr>
        <w:jc w:val="right"/>
      </w:pPr>
      <w:r>
        <w:t>طویل گفت و شنید کے بعد جب معاہدہ لکھا جانے لگا تو رسول اللہ صلی اللہ علیہ وسلم نے اس کو املاء کراتے ہوئے یہ الفاظ کہے: هذا ما قاضى علیہ محمد رسول اللہ</w:t>
      </w:r>
    </w:p>
    <w:p>
      <w:r>
        <w:rPr>
          <w:b/>
        </w:rPr>
        <w:t xml:space="preserve">[2:17:02] </w:t>
      </w:r>
      <w:r>
        <w:t>suhail ibn umar ne in alfaaz par sakht eteraz kiya. unhone kaha ke khuda ki qasam! agar hum jante ke aap Khuda ke rasool hain to hum aap ko baitullah se na rokte aur na aap se ladai karte.</w:t>
      </w:r>
    </w:p>
    <w:p>
      <w:pPr>
        <w:jc w:val="right"/>
      </w:pPr>
      <w:r>
        <w:t>سہیل ابن عمر نے ان الفاظ پر سخت اعتراض کیا۔ انہوں نے کہا کہ خدا کی قسم! اگر ہم جانتے کہ آپ خدا کے رسول ہیں تو ہم آپ کو بیت اللہ سے نہ روکتے اور نہ آپ سے لڑائی کرتے۔</w:t>
      </w:r>
    </w:p>
    <w:p>
      <w:r>
        <w:rPr>
          <w:b/>
        </w:rPr>
        <w:t xml:space="preserve">[2:17:20] </w:t>
      </w:r>
      <w:r>
        <w:t>wallah law kunna na'lamu annaka rasool Allah ma sadadnak 'an al-bayt wa la qatalnak</w:t>
      </w:r>
    </w:p>
    <w:p>
      <w:pPr>
        <w:jc w:val="right"/>
      </w:pPr>
      <w:r>
        <w:t>واللہ لو کنا نعلم انک رسول اللہ ما صددناک عن البیت ولا قاتلناک</w:t>
      </w:r>
    </w:p>
    <w:p>
      <w:r>
        <w:rPr>
          <w:b/>
        </w:rPr>
        <w:t xml:space="preserve">[2:17:30] </w:t>
      </w:r>
      <w:r>
        <w:t>baad ki tareekh ne bataya ke suhail ibn umar in alfaaz mein poori tarah saadiq the. woh waqeatan na samajhne ki wajah se mukhalifat kar rahe the.</w:t>
      </w:r>
    </w:p>
    <w:p>
      <w:pPr>
        <w:jc w:val="right"/>
      </w:pPr>
      <w:r>
        <w:t>بعد کی تاریخ نے بتایا کہ سہیل ابن عمر ان الفاظ میں پوری طرح صادق تھے۔ وہ واقعتا نہ سمجھنے کی وجہ سے مخالفت کر رہے تھے۔</w:t>
      </w:r>
    </w:p>
    <w:p>
      <w:r>
        <w:rPr>
          <w:b/>
        </w:rPr>
        <w:t xml:space="preserve">[2:17:42] </w:t>
      </w:r>
      <w:r>
        <w:t>chunancha baad ko jab un ki samajh mein aa gaya ke aap sachche paighambar hain to woh iman laye aur us ke baad apni poori zindagi islam ki himayat aur taeed mein waqf kar di.</w:t>
      </w:r>
    </w:p>
    <w:p>
      <w:pPr>
        <w:jc w:val="right"/>
      </w:pPr>
      <w:r>
        <w:t>چنانچہ بعد کو جب ان کی سمجھ میں آگیا کہ آپ سچے پیغمبر ہیں تو وہ ایمان لائے اور اس کے بعد اپنی پوری زندگی اسلام کی حمایت اور تائید میں وقف کر دی۔</w:t>
      </w:r>
    </w:p>
    <w:p>
      <w:r>
        <w:rPr>
          <w:b/>
        </w:rPr>
        <w:t xml:space="preserve">[2:17:57] </w:t>
      </w:r>
      <w:r>
        <w:t>number teen: teesri misaal aboo jehl ki hai. aboo jehl ne agarche islam qubool nahi kiya magar us ke yahan bhi us arab kirdaar ka aisa namoona milta hai jis ki misaal mushkil se kahin doosri jagah milegi.</w:t>
      </w:r>
    </w:p>
    <w:p>
      <w:pPr>
        <w:jc w:val="right"/>
      </w:pPr>
      <w:r>
        <w:t>نمبر تین: تیسری مثال ابوجہل کی ہے۔ ابوجہل نے اگرچہ اسلام قبول نہیں کیا مگر اس کے یہاں بھی اس عرب کردار کا ایسا نمونہ ملتا ہے جس کی مثال مشکل سے کہیں دوسری جگہ ملے گی۔</w:t>
      </w:r>
    </w:p>
    <w:p>
      <w:r>
        <w:rPr>
          <w:b/>
        </w:rPr>
        <w:t xml:space="preserve">[2:18:16] </w:t>
      </w:r>
      <w:r>
        <w:t>makki daur ka waqea hai ke ek roz aboo jehl ki mulaqat rasool Allah sal Allah aleh wasalam se hui. us ne aap ko bohat bura bhala kaha.</w:t>
      </w:r>
    </w:p>
    <w:p>
      <w:pPr>
        <w:jc w:val="right"/>
      </w:pPr>
      <w:r>
        <w:t>مکی دور کا واقعہ ہے کہ ایک روز ابوجہل کی ملاقات رسول اللہ صلی اللہ علیہ وسلم سے ہوئی۔ اس نے آپ کو بہت برا بھلا کہا۔</w:t>
      </w:r>
    </w:p>
    <w:p>
      <w:r>
        <w:rPr>
          <w:b/>
        </w:rPr>
        <w:t xml:space="preserve">[2:18:27] </w:t>
      </w:r>
      <w:r>
        <w:t>rasool Allah sal Allah aleh wasalam khamosh rahe. yeh waqea makke ki ek aurat dekh rahi thi. us ne aap ke chacha hamza ibn abdul muttalib se kaha ke aaj aboo jehl ne aap ke bhatije se bohat nazeba andaaz mein kalam kiya hai.</w:t>
      </w:r>
    </w:p>
    <w:p>
      <w:pPr>
        <w:jc w:val="right"/>
      </w:pPr>
      <w:r>
        <w:t>رسول اللہ صلی اللہ علیہ وسلم خاموش رہے۔ یہ واقعہ مکے کی ایک عورت دیکھ رہی تھی۔ اس نے آپ کے چچا حمزہ ابن عبدالمطلب سے کہا کہ آج ابوجہل نے آپ کے بھتیجے سے بہت نازیبہ انداز میں کلام کیا ہے۔</w:t>
      </w:r>
    </w:p>
    <w:p>
      <w:r>
        <w:rPr>
          <w:b/>
        </w:rPr>
        <w:t xml:space="preserve">[2:18:46] </w:t>
      </w:r>
      <w:r>
        <w:t>us waqt hamza ke haath mein lohe ki kaman thi. woh us ko liye hue aboo jehl ke paas aaye aur kaman se us ke sar par is tarah mara ke uska sar buri tarah zakhmi ho gaya.</w:t>
      </w:r>
    </w:p>
    <w:p>
      <w:pPr>
        <w:jc w:val="right"/>
      </w:pPr>
      <w:r>
        <w:t>اس وقت حمزہ کے ہاتھ میں لوہے کی کمان تھی۔ وہ اس کو لیے ہوئے ابوجہل کے پاس آئے اور کمان سے اس کے سر پر اس طرح مارا کہ اس کا سر بری طرح زخمی ہو گیا۔</w:t>
      </w:r>
    </w:p>
    <w:p>
      <w:r>
        <w:rPr>
          <w:b/>
        </w:rPr>
        <w:t xml:space="preserve">[2:19:02] </w:t>
      </w:r>
      <w:r>
        <w:t>aboo jehl ke qabile yani bano makhzum ke kuch log hamza ko marne ke liye daude. aboo jehl ne apne aadmiyon ko rok diya aur kaha ke hamza ko chhod do kyunke Khuda ki qasam!</w:t>
      </w:r>
    </w:p>
    <w:p>
      <w:pPr>
        <w:jc w:val="right"/>
      </w:pPr>
      <w:r>
        <w:t>ابوجہل کے قبیلے یعنی بنو مخزوم کے کچھ لوگ حمزہ کو مارنے کے لیے دوڑے۔ ابوجہل نے اپنے آدمیوں کو روک دیا اور کہا کہ حمزہ کو چھوڑ دو کیونکہ خدا کی قسم!</w:t>
      </w:r>
    </w:p>
    <w:p>
      <w:r>
        <w:rPr>
          <w:b/>
        </w:rPr>
        <w:t xml:space="preserve">[2:19:16] </w:t>
      </w:r>
      <w:r>
        <w:t>main ne un ke bhatije ko aaj bohat bura bhala keh diya tha. da'u aba 'umarata fa'inni wallah qad sabbabtu ibna akhihi sabban qabiha hirqal ke mashhoor waqea mein aata hai ke us ne aboo sufyan se poocha ke kya nabuwat ke ailan se pehle tum logon ne Muhammad ko kabhi jhoot bolte hue paya hai?</w:t>
      </w:r>
    </w:p>
    <w:p>
      <w:pPr>
        <w:jc w:val="right"/>
      </w:pPr>
      <w:r>
        <w:t>میں نے ان کے بھتیجے کو آج بہت برا بھلا کہہ دیا تھا۔ دعو ابا عمارۃ فانی واللہ قد سببت ابن اخیه سبا قبیحا ہرقل کے مشہور واقعے میں آتا ہے کہ اس نے ابو سفیان سے پوچھا کہ کیا نبوت کے اعلان سے پہلے تم لوگوں نے محمد کو کبھی جھوٹ بولتے ہوئے پایا ہے؟</w:t>
      </w:r>
    </w:p>
    <w:p>
      <w:r>
        <w:rPr>
          <w:b/>
        </w:rPr>
        <w:t xml:space="preserve">[2:19:43] </w:t>
      </w:r>
      <w:r>
        <w:t>aboo sufyan ne kaha ke nahi.</w:t>
      </w:r>
    </w:p>
    <w:p>
      <w:pPr>
        <w:jc w:val="right"/>
      </w:pPr>
      <w:r>
        <w:t>ابو سفیان نے کہا کہ نہیں۔</w:t>
      </w:r>
    </w:p>
    <w:p>
      <w:r>
        <w:rPr>
          <w:b/>
        </w:rPr>
        <w:t xml:space="preserve">[2:19:46] </w:t>
      </w:r>
      <w:r>
        <w:t>yeh waqea naqal kar ke ibn kathir likhte hain. wa kana aboo sufyan idha kaana ra's al-kufara wa za'eem al-mushrikeen wa ma'adha hadha a'tarafa bil-haqq tafsir ibn kathir al-juz al-thani safha 410.</w:t>
      </w:r>
    </w:p>
    <w:p>
      <w:pPr>
        <w:jc w:val="right"/>
      </w:pPr>
      <w:r>
        <w:t>یہ واقعہ نقل کر کے ابن کثیر لکھتے ہیں۔ وکان ابو سفیان اذا کا راس الکفرۃ وضعیم المشرکین ومعاذ هذا اعترف بالحق تفسیر ابن کثیر الجز الثانی صفحہ 410۔</w:t>
      </w:r>
    </w:p>
    <w:p>
      <w:r>
        <w:rPr>
          <w:b/>
        </w:rPr>
        <w:t xml:space="preserve">[2:20:07] </w:t>
      </w:r>
      <w:r>
        <w:t>aboo sufyan us waqt kafiron ke sardar aur mushrikon ke leader the. is ke bawajood unhone haq ka eteraz kiya.</w:t>
      </w:r>
    </w:p>
    <w:p>
      <w:pPr>
        <w:jc w:val="right"/>
      </w:pPr>
      <w:r>
        <w:t>ابو سفیان اس وقت کافروں کے سردار اور مشرکوں کے لیڈر تھے۔ اس کے باوجود انہوں نے حق کا اعتراف کیا۔</w:t>
      </w:r>
    </w:p>
    <w:p>
      <w:r>
        <w:rPr>
          <w:b/>
        </w:rPr>
        <w:t xml:space="preserve">[2:20:16] </w:t>
      </w:r>
      <w:r>
        <w:t>yeh thi woh insani nasl jo hazrat ibrahim ne apni aulad ko zibah kar ke banayi aur phir us ke muntakhab afraad ke zariye woh khair ummat bani jis ne dil o jaan se tauheed ko qubool kiya aur phir be misaal qurbani ke zariye daur-e shirk ko khatm kar ke daur-e tauheed ko barpa kiya.</w:t>
      </w:r>
    </w:p>
    <w:p>
      <w:pPr>
        <w:jc w:val="right"/>
      </w:pPr>
      <w:r>
        <w:t>یہ تھی وہ انسانی نسل جو حضرت ابراہیم نے اپنی اولاد کو ذبح کر کے بنائی اور پھر اس کے منتخب افراد کے ذریعے وہ خیر امت بنی جس نے دل و جان سے توحید کو قبول کیا اور پھر بے مثال قربانی کے ذریعے دور شرک کو ختم کر کے دور توحید کو برپا کیا۔</w:t>
      </w:r>
    </w:p>
    <w:p>
      <w:r>
        <w:rPr>
          <w:b/>
        </w:rPr>
        <w:t xml:space="preserve">[2:20:43] </w:t>
      </w:r>
      <w:r>
        <w:t>hazrat ibrahim se le kar hazrat Muhammad tak yeh ek dhai hazar saala mansooba tha. is ka markaz arab ka woh ilaaqa tha jis ko hijaz kaha jata hai aur jis mein makka waqe hai.</w:t>
      </w:r>
    </w:p>
    <w:p>
      <w:pPr>
        <w:jc w:val="right"/>
      </w:pPr>
      <w:r>
        <w:t>حضرت ابراہیم سے لے کر حضرت محمد تک یہ ایک ڈھائی ہزار سالہ منصوبہ تھا۔ اس کا مرکز عرب کا وہ علاقہ تھا جس کو حجاز کہا جاتا ہے اور جس میں مکہ واقع ہے۔</w:t>
      </w:r>
    </w:p>
    <w:p>
      <w:r>
        <w:rPr>
          <w:b/>
        </w:rPr>
        <w:t xml:space="preserve">[2:20:59] </w:t>
      </w:r>
      <w:r>
        <w:t>hajj isi tareekh ka alamati a'ada hai. hajj ke zariye musalman dobara yeh ahad karte hain ke woh is mansooba-e khuda wandi mein apne aap ko shamil karenge.</w:t>
      </w:r>
    </w:p>
    <w:p>
      <w:pPr>
        <w:jc w:val="right"/>
      </w:pPr>
      <w:r>
        <w:t>حج اسی تاریخ کا علامتی اعادہ ہے۔ حج کے ذریعے مسلمان دوبارہ یہ عہد کرتے ہیں کہ وہ اس منصوبہ خداوندی میں اپنے آپ کو شامل کریں گے۔</w:t>
      </w:r>
    </w:p>
    <w:p>
      <w:r>
        <w:rPr>
          <w:b/>
        </w:rPr>
        <w:t xml:space="preserve">[2:21:12] </w:t>
      </w:r>
      <w:r>
        <w:t>woh labbaik Allahumma labbaik yani hum hazir hain khudaaya hum hazir hain kehte hue ibrahim aur ismail ki zameen mein jama hote hain.</w:t>
      </w:r>
    </w:p>
    <w:p>
      <w:pPr>
        <w:jc w:val="right"/>
      </w:pPr>
      <w:r>
        <w:t>وہ لبیک اللہم لبیک یعنی ہم حاضر ہیں خدایا ہم حاضر ہیں کہتے ہوئے ابراہیم اور اسماعیل کی سرزمین میں جمع ہوتے ہیں۔</w:t>
      </w:r>
    </w:p>
    <w:p>
      <w:r>
        <w:rPr>
          <w:b/>
        </w:rPr>
        <w:t xml:space="preserve">[2:21:24] </w:t>
      </w:r>
      <w:r>
        <w:t>jo kuch in logon par haqeeqi taur par guzra tha us ko chand din mein almati taur par dohratay hain.</w:t>
      </w:r>
    </w:p>
    <w:p>
      <w:pPr>
        <w:jc w:val="right"/>
      </w:pPr>
      <w:r>
        <w:t>جو کچھ ان لوگوں پر حقیقی طور پر گزرا تھا اس کو چند دن میں علامتی طور پر دہراتے ہیں۔</w:t>
      </w:r>
    </w:p>
    <w:p>
      <w:r>
        <w:rPr>
          <w:b/>
        </w:rPr>
        <w:t xml:space="preserve">[2:21:32] </w:t>
      </w:r>
      <w:r>
        <w:t>is tarah woh khuda se kehtay hain ke agar zaroorat ho to woh dobara is tareekh ko dohrane ke liye tayyar hain jo yahan is se pehle dohrai gayi thi.</w:t>
      </w:r>
    </w:p>
    <w:p>
      <w:pPr>
        <w:jc w:val="right"/>
      </w:pPr>
      <w:r>
        <w:t>اس طرح وہ خدا سے کہتے ہیں کہ اگر ضرورت ہو تو وہ دوبارہ اس تاریخ کو دہرانے کے لیے تیار ہیں جو یہاں اس سے پہلے دہرائی گئی تھی۔</w:t>
      </w:r>
    </w:p>
    <w:p>
      <w:r>
        <w:rPr>
          <w:b/>
        </w:rPr>
        <w:t xml:space="preserve">[2:21:44] </w:t>
      </w:r>
      <w:r>
        <w:t>aaj zamanah ghoom kar dobara waheen puhanch gaya hai jahan woh Hazrat Ibrahim ke zamanay mein tha. is waqt sare alam par shirk ka ghalbah tha.</w:t>
      </w:r>
    </w:p>
    <w:p>
      <w:pPr>
        <w:jc w:val="right"/>
      </w:pPr>
      <w:r>
        <w:t>آج زمانہ گھوم کر دوبارہ وہیں پہنچ گیا ہے جہاں وہ حضرت ابراہیم کے زمانے میں تھا۔ اس وقت سارے عالم پر شرک کا غلبہ تھا۔</w:t>
      </w:r>
    </w:p>
    <w:p>
      <w:r>
        <w:rPr>
          <w:b/>
        </w:rPr>
        <w:t xml:space="preserve">[2:21:56] </w:t>
      </w:r>
      <w:r>
        <w:t>aaj sare alam par ilhad ka ghalbah hai.</w:t>
      </w:r>
    </w:p>
    <w:p>
      <w:pPr>
        <w:jc w:val="right"/>
      </w:pPr>
      <w:r>
        <w:t>آج سارے عالم پر الحاد کا غلبہ ہے۔</w:t>
      </w:r>
    </w:p>
    <w:p>
      <w:r>
        <w:rPr>
          <w:b/>
        </w:rPr>
        <w:t xml:space="preserve">[2:21:59] </w:t>
      </w:r>
      <w:r>
        <w:t>qadeem zamanay ka insan agar mushrikana tarz par sochta tha to aaj ka insan mulhidana tarz par sochta hai.</w:t>
      </w:r>
    </w:p>
    <w:p>
      <w:pPr>
        <w:jc w:val="right"/>
      </w:pPr>
      <w:r>
        <w:t>قدیم زمانے کا انسان اگر مشرکانہ طرز پر سوچتا تھا تو آج کا انسان ملحدانہ طرز پر سوچتا ہے۔</w:t>
      </w:r>
    </w:p>
    <w:p>
      <w:r>
        <w:rPr>
          <w:b/>
        </w:rPr>
        <w:t xml:space="preserve">[2:22:09] </w:t>
      </w:r>
      <w:r>
        <w:t>haqeeqat yeh hai ke maujoodah zamanay ka masla bhi wohi hai jo qadeem zamanay ka masla tha. is farq ke sath ke qadeem zamanay mein mushrikana shaklah logon ke upar chhaya hua tha.</w:t>
      </w:r>
    </w:p>
    <w:p>
      <w:pPr>
        <w:jc w:val="right"/>
      </w:pPr>
      <w:r>
        <w:t>حقیقت یہ ہے کہ موجودہ زمانے کا مسئلہ بھی وہی ہے جو قدیم زمانے کا مسئلہ تھا۔ اس فرق کے ساتھ کہ قدیم زمانے میں مشرکانہ شاکلہ لوگوں کے اوپر چھایا ہوا تھا۔</w:t>
      </w:r>
    </w:p>
    <w:p>
      <w:r>
        <w:rPr>
          <w:b/>
        </w:rPr>
        <w:t xml:space="preserve">[2:22:25] </w:t>
      </w:r>
      <w:r>
        <w:t>aaj logon ke upar ilhadi shaklah chhaya hua hai.</w:t>
      </w:r>
    </w:p>
    <w:p>
      <w:pPr>
        <w:jc w:val="right"/>
      </w:pPr>
      <w:r>
        <w:t>آج لوگوں کے اوپر الحادی شاکلہ چھایا ہوا ہے۔</w:t>
      </w:r>
    </w:p>
    <w:p>
      <w:r>
        <w:rPr>
          <w:b/>
        </w:rPr>
        <w:t xml:space="preserve">[2:22:30] </w:t>
      </w:r>
      <w:r>
        <w:t>is shaklah yaani zehni sanche ko torna hi aaj Islam ka asal kaam hai. aaj bhi Islami muhim isi nahaj par tay ho gi jis nahaj par qadeem zamanay ki Islami muhim tay hui thi.</w:t>
      </w:r>
    </w:p>
    <w:p>
      <w:pPr>
        <w:jc w:val="right"/>
      </w:pPr>
      <w:r>
        <w:t>اس شاکلہ یعنی ذہنی سانچے کو توڑنا ہی آج اسلام کا اصل کام ہے۔ آج بھی اسلامی مہم اسی نہج پر طے ہوگی جس نہج پر قدیم زمانے کی اسلامی مہم طے ہوئی تھی۔</w:t>
      </w:r>
    </w:p>
    <w:p>
      <w:r>
        <w:rPr>
          <w:b/>
        </w:rPr>
        <w:t xml:space="preserve">[2:22:47] </w:t>
      </w:r>
      <w:r>
        <w:t>ab dobara kuch logon ko zubah hona hai. ab phir kuch logon ko apni اولاد ko sehra mein dalna hai taake deen ki tareekh dobara zindah ho.</w:t>
      </w:r>
    </w:p>
    <w:p>
      <w:pPr>
        <w:jc w:val="right"/>
      </w:pPr>
      <w:r>
        <w:t>اب دوبارہ کچھ لوگوں کو ذبح ہونا ہے۔ اب پھر کچھ لوگوں کو اپنی اولاد کو صحرا میں ڈالنا ہے تاکہ دین کی تاریخ دوبارہ زندہ ہو۔</w:t>
      </w:r>
    </w:p>
    <w:p>
      <w:r>
        <w:rPr>
          <w:b/>
        </w:rPr>
        <w:t xml:space="preserve">[2:22:59] </w:t>
      </w:r>
      <w:r>
        <w:t>maazi mein daur-e-shirk ko khatam karne ke liye ek nasal ki qurbani darkar thi. aaj daur-e-ilhad ko khatam karne ke liye dobara ek nasal ki qurbani darkar hai.</w:t>
      </w:r>
    </w:p>
    <w:p>
      <w:pPr>
        <w:jc w:val="right"/>
      </w:pPr>
      <w:r>
        <w:t>ماضی میں دور شرک کو ختم کرنے کے لیے ایک نسل کی قربانی درکار تھی۔ آج دور الحاد کو ختم کرنے کے لیے دوبارہ ایک نسل کی قربانی درکار ہے۔</w:t>
      </w:r>
    </w:p>
    <w:p>
      <w:r>
        <w:rPr>
          <w:b/>
        </w:rPr>
        <w:t xml:space="preserve">[2:23:13] </w:t>
      </w:r>
      <w:r>
        <w:t>yehi Hajj ka sab se bara sabak hai. isi ka Hajj aaj Hajj-e-mabroor hai jo Hajj ke baad yeh azm le kar wahan se wapas aaye.</w:t>
      </w:r>
    </w:p>
    <w:p>
      <w:pPr>
        <w:jc w:val="right"/>
      </w:pPr>
      <w:r>
        <w:t>یہی حج کا سب سے بڑا سبق ہے۔ اسی کا حج آج حج مبرور ہے جو حج کے بعد یہ عزم لے کر وہاں سے واپس آئے۔</w:t>
      </w:r>
    </w:p>
    <w:p>
      <w:r>
        <w:rPr>
          <w:b/>
        </w:rPr>
        <w:t xml:space="preserve">[2:23:26] </w:t>
      </w:r>
      <w:r>
        <w:t>haqeeqat yeh hai ke Hajj se faraghat ke baad haji ka kaam khatam nahi ho jata. Hajj se faraghat ke baad haji ka asal kaam shuru hota hai.</w:t>
      </w:r>
    </w:p>
    <w:p>
      <w:pPr>
        <w:jc w:val="right"/>
      </w:pPr>
      <w:r>
        <w:t>حقیقت یہ ہے کہ حج سے فراغت کے بعد حاجی کا کام ختم نہیں ہو جاتا۔ حج سے فراغت کے بعد حاجی کا اصل کام شروع ہوتا ہے۔</w:t>
      </w:r>
    </w:p>
    <w:p>
      <w:r>
        <w:rPr>
          <w:b/>
        </w:rPr>
        <w:t xml:space="preserve">[2:23:37] </w:t>
      </w:r>
      <w:r>
        <w:t>Hajj ke safar se wapsi ek naye aham tar safar ka aghaz hai. haji marasim-e-Hajj ke douran bar bar labbaik Allahumma labbaik yaani hazir hoon Khudaaya main hazir hoon kehta hai.</w:t>
      </w:r>
    </w:p>
    <w:p>
      <w:pPr>
        <w:jc w:val="right"/>
      </w:pPr>
      <w:r>
        <w:t>حج کے سفر سے واپسی ایک نئے اہم تر سفر کا آغاز ہے۔ حاجی مراسم حج کے دوران بار بار لبیک اللہم لبیک یعنی حاضر ہوں خدایا میں حاضر ہوں کہتا ہے۔</w:t>
      </w:r>
    </w:p>
    <w:p>
      <w:r>
        <w:rPr>
          <w:b/>
        </w:rPr>
        <w:t xml:space="preserve">[2:23:52] </w:t>
      </w:r>
      <w:r>
        <w:t>yeh kya hai? yeh ahad-nama ke alfaaz hain.</w:t>
      </w:r>
    </w:p>
    <w:p>
      <w:pPr>
        <w:jc w:val="right"/>
      </w:pPr>
      <w:r>
        <w:t>یہ کیا ہے؟ یہ عہد نامے کے الفاظ ہیں۔</w:t>
      </w:r>
    </w:p>
    <w:p>
      <w:r>
        <w:rPr>
          <w:b/>
        </w:rPr>
        <w:t xml:space="preserve">[2:23:57] </w:t>
      </w:r>
      <w:r>
        <w:t>Hajj Khuda aur bande ke darmiyan ek ahad hai. ahad hamesha aghaz hota hai. woh ikhtitam nahi hota. yehi Hajj ki ibadat ka maamla hai.</w:t>
      </w:r>
    </w:p>
    <w:p>
      <w:pPr>
        <w:jc w:val="right"/>
      </w:pPr>
      <w:r>
        <w:t>حج خدا اور بندے کے درمیان ایک عہد ہے۔ عہد ہمیشہ آغاز ہوتا ہے۔ وہ اختتام نہیں ہوتا۔ یہی حج کی عبادت کا معاملہ ہے۔</w:t>
      </w:r>
    </w:p>
    <w:p>
      <w:r>
        <w:rPr>
          <w:b/>
        </w:rPr>
        <w:t xml:space="preserve">[2:24:09] </w:t>
      </w:r>
      <w:r>
        <w:t>jo shakhs marasim-e-Hajj ko ada kar ke wapas aata hai woh goya Khuda se ek muqaddas ahad kar ke wapas aata hai.</w:t>
      </w:r>
    </w:p>
    <w:p>
      <w:pPr>
        <w:jc w:val="right"/>
      </w:pPr>
      <w:r>
        <w:t>جو شخص مراسم حج کو ادا کر کے واپس آتا ہے وہ گویا خدا سے ایک مقدس عہد کر کے واپس آتا ہے۔</w:t>
      </w:r>
    </w:p>
    <w:p>
      <w:r>
        <w:rPr>
          <w:b/>
        </w:rPr>
        <w:t xml:space="preserve">[2:24:17] </w:t>
      </w:r>
      <w:r>
        <w:t>wapas aanay ke baad usay mutma'in ho kar baith nahi jana hai balkeh apne halaat aur salahiyat ke aitbar se woh kaam shuru kar deta hai jis ka woh apne Rab se ahad kar ke wapas aaya hai.</w:t>
      </w:r>
    </w:p>
    <w:p>
      <w:pPr>
        <w:jc w:val="right"/>
      </w:pPr>
      <w:r>
        <w:t>واپس آنے کے بعد اسے مطمئن ہو کر بیٹھ نہیں جانا ہے بلکہ اپنے حالات اور صلاحیت کے اعتبار سے وہ کام شروع کر دیتا ہے جس کا وہ اپنے رب سے عہد کر کے واپس آیا ہے۔</w:t>
      </w:r>
    </w:p>
    <w:p>
      <w:r>
        <w:rPr>
          <w:b/>
        </w:rPr>
        <w:t xml:space="preserve">[2:24:32] </w:t>
      </w:r>
      <w:r>
        <w:t>Hajj se lotna maqam-e-ahad se nikal kar maqam-e-amal ki taraf lotna hai. Hajj ke baad aadmi ki zimmedariyan barh jati hain.</w:t>
      </w:r>
    </w:p>
    <w:p>
      <w:pPr>
        <w:jc w:val="right"/>
      </w:pPr>
      <w:r>
        <w:t>حج سے لوٹنا مقام عہد سے نکل کر مقام عمل کی طرف لوٹنا ہے۔ حج کے بعد آدمی کی ذمہ داریاں بڑھ جاتی ہیں۔</w:t>
      </w:r>
    </w:p>
    <w:p>
      <w:r>
        <w:rPr>
          <w:b/>
        </w:rPr>
        <w:t xml:space="preserve">[2:24:43] </w:t>
      </w:r>
      <w:r>
        <w:t>Hajj ke baad aadmi ki zimmedariyan khatam nahi hoti.</w:t>
      </w:r>
    </w:p>
    <w:p>
      <w:pPr>
        <w:jc w:val="right"/>
      </w:pPr>
      <w:r>
        <w:t>حج کے بعد آدمی کی ذمہ داریاں ختم نہیں ہوتی۔</w:t>
      </w:r>
    </w:p>
    <w:p>
      <w:r>
        <w:rPr>
          <w:b/>
        </w:rPr>
        <w:t xml:space="preserve">[2:24:48] </w:t>
      </w:r>
      <w:r>
        <w:t>Hajj ka ahad-nama kya hai? yeh ek tareekh ko dohrane ka azm hai. Hajj tareekh-e-Ibrahimi ko dobara zahoor milane ka iqrar hai.</w:t>
      </w:r>
    </w:p>
    <w:p>
      <w:pPr>
        <w:jc w:val="right"/>
      </w:pPr>
      <w:r>
        <w:t>حج کا عہد نامہ کیا ہے؟ یہ ایک تاریخ کو دہرانے کا عزم ہے۔ حج تاریخ ابراہیمی کو دوبارہ ظہور ملانے کا اقرار ہے۔</w:t>
      </w:r>
    </w:p>
    <w:p>
      <w:r>
        <w:rPr>
          <w:b/>
        </w:rPr>
        <w:t xml:space="preserve">[2:25:00] </w:t>
      </w:r>
      <w:r>
        <w:t>Hazrat Ibrahim ne jab dekha ke Iraq ke mutamaddin log tauheed aur akhirat ki baat ko mannay ke liye tayyar nahi hain to unhon ne apne amal ka ek naya naqsha banaya.</w:t>
      </w:r>
    </w:p>
    <w:p>
      <w:pPr>
        <w:jc w:val="right"/>
      </w:pPr>
      <w:r>
        <w:t>حضرت ابراہیم نے جب دیکھا کہ عراق کے متمدن لوگ توحید اور آخرت کی بات کو ماننے کے لیے تیار نہیں ہیں تو انہوں نے اپنے عمل کا ایک نیا نقشہ بنایا۔</w:t>
      </w:r>
    </w:p>
    <w:p>
      <w:r>
        <w:rPr>
          <w:b/>
        </w:rPr>
        <w:t xml:space="preserve">[2:25:13] </w:t>
      </w:r>
      <w:r>
        <w:t>unhon ne apne aap ko aur apni اولاد ko sakht tareen qurbani ke marhalay se guzar kar ek nayi zindah nasal paida ki.</w:t>
      </w:r>
    </w:p>
    <w:p>
      <w:pPr>
        <w:jc w:val="right"/>
      </w:pPr>
      <w:r>
        <w:t>انہوں نے اپنے آپ کو اور اپنی اولاد کو سخت ترین قربانی کے مرحلے سے گزار کر ایک نئی زندہ نسل پیدا کی۔</w:t>
      </w:r>
    </w:p>
    <w:p>
      <w:r>
        <w:rPr>
          <w:b/>
        </w:rPr>
        <w:t xml:space="preserve">[2:25:23] </w:t>
      </w:r>
      <w:r>
        <w:t>unhon ne dawat ke amal ko ek azeem mansoobay ka amal bana diya. unhon ne woh sab kuch kiya jo yeh maqsad un se karnay ka taqaza kar raha tha.</w:t>
      </w:r>
    </w:p>
    <w:p>
      <w:pPr>
        <w:jc w:val="right"/>
      </w:pPr>
      <w:r>
        <w:t>انہوں نے دعوت کے عمل کو ایک عظیم منصوبے کا عمل بنا دیا۔ انہوں نے وہ سب کچھ کیا جو یہ مقصد ان سے کرنے کا تقاضا کر رہا تھا۔</w:t>
      </w:r>
    </w:p>
    <w:p>
      <w:r>
        <w:rPr>
          <w:b/>
        </w:rPr>
        <w:t xml:space="preserve">[2:25:36] </w:t>
      </w:r>
      <w:r>
        <w:t>isi tarah aaj haji ko woh sab kuch karna hai jo aaj ke halaat ka taqaza ho aur us waqt tak karte rehna hai jab ke us ki maut aaye ya woh manzil-e-maqsood tak puhanch jaye.</w:t>
      </w:r>
    </w:p>
    <w:p>
      <w:pPr>
        <w:jc w:val="right"/>
      </w:pPr>
      <w:r>
        <w:t>اسی طرح آج حاجی کو وہ سب کچھ کرنا ہے جو آج کے حالات کا تقاضا ہو اور اس وقت تک کرتے رہنا ہے جب کہ اس کی موت آئے یا وہ منزل مقصود تک پہنچ جائے۔</w:t>
      </w:r>
    </w:p>
    <w:p>
      <w:r>
        <w:rPr>
          <w:b/>
        </w:rPr>
        <w:t xml:space="preserve">[2:25:52] </w:t>
      </w:r>
      <w:r>
        <w:t>Hazrat Ibrahim ke zamanay mein jis tarah shirk ka 'alami ghalbah tha usi tarah aaj ilhad ka 'alami ghalbah hai.</w:t>
      </w:r>
    </w:p>
    <w:p>
      <w:pPr>
        <w:jc w:val="right"/>
      </w:pPr>
      <w:r>
        <w:t>حضرت ابراہیم کے زمانے میں جس طرح شرک کا عالمی غلبہ تھا اسی طرح آج الحاد کا عالمی غلبہ ہے۔</w:t>
      </w:r>
    </w:p>
    <w:p>
      <w:r>
        <w:rPr>
          <w:b/>
        </w:rPr>
        <w:t xml:space="preserve">[2:26:03] </w:t>
      </w:r>
      <w:r>
        <w:t>ab haj se lotne walon ko yeh karna hai ke woh door ilhad ko khatm kar ke dobara door tauheed ko lane ke liye abrahimi tareekh ko dohraen.</w:t>
      </w:r>
    </w:p>
    <w:p>
      <w:pPr>
        <w:jc w:val="right"/>
      </w:pPr>
      <w:r>
        <w:t>اب حج سے لوٹنے والوں کو یہ کرنا ہے کہ وہ دور الحاد کو ختم کر کے دوبارہ دور توحید کو لانے کے لیے ابراہیمی تاریخ کو دہرائیں۔</w:t>
      </w:r>
    </w:p>
    <w:p>
      <w:r>
        <w:rPr>
          <w:b/>
        </w:rPr>
        <w:t xml:space="preserve">[2:26:14] </w:t>
      </w:r>
      <w:r>
        <w:t>woh abrahimi amal ko asar-e-nau zinda karen. woh is maqsad ki rah mein apna woh sab kuch laga den jis ko lagane ka aaj ke halaat un se taqaza karte hon.</w:t>
      </w:r>
    </w:p>
    <w:p>
      <w:pPr>
        <w:jc w:val="right"/>
      </w:pPr>
      <w:r>
        <w:t>وہ ابراہیمی عمل کو اثر نوع زندہ کریں۔ وہ اس مقصد کی راہ میں اپنا وہ سب کچھ لگا دیں جس کو لگانے کا آج کے حالات ان سے تقاضا کرتے ہوں۔</w:t>
      </w:r>
    </w:p>
    <w:p>
      <w:r>
        <w:rPr>
          <w:b/>
        </w:rPr>
        <w:t xml:space="preserve">[2:26:27] </w:t>
      </w:r>
      <w:r>
        <w:t>woh alamati qurbani ko haqeeqi qurbani bana den.</w:t>
      </w:r>
    </w:p>
    <w:p>
      <w:pPr>
        <w:jc w:val="right"/>
      </w:pPr>
      <w:r>
        <w:t>وہ علامتی قربانی کو حقیقی قربانی بنا دیں۔</w:t>
      </w:r>
    </w:p>
    <w:p>
      <w:r>
        <w:rPr>
          <w:b/>
        </w:rPr>
        <w:t xml:space="preserve">[2:26:32] </w:t>
      </w:r>
      <w:r>
        <w:t>haj ek tareekh ke aadae ka azm hai. ayyam-e-haj mein alamati manasik ki soorat mein aur ayyam-e-haj ke baad haqeeqi zindagi mein mansooba band amal ki soorat mein.</w:t>
      </w:r>
    </w:p>
    <w:p>
      <w:pPr>
        <w:jc w:val="right"/>
      </w:pPr>
      <w:r>
        <w:t>حج ایک تاریخ کے اعادے کا عزم ہے۔ ایام حج میں علامتی مناسک کی صورت میں اور ایام حج کے بعد حقیقی زندگی میں منصوبہ بند عمل کی صورت میں۔</w:t>
      </w:r>
    </w:p>
    <w:p>
      <w:r>
        <w:rPr>
          <w:b/>
        </w:rPr>
        <w:t xml:space="preserve">[2:26:51] </w:t>
      </w:r>
      <w:r>
        <w:t>haj ki dawati aehmiyat. kitab-ul-haqeeqat haj. maulana wahiduddin khan.</w:t>
      </w:r>
    </w:p>
    <w:p>
      <w:pPr>
        <w:jc w:val="right"/>
      </w:pPr>
      <w:r>
        <w:t>حج کی دعوتی اہمیت۔ کتاب حقیقت حج۔ مولانا وحید الدین خان۔</w:t>
      </w:r>
    </w:p>
    <w:p>
      <w:r>
        <w:rPr>
          <w:b/>
        </w:rPr>
        <w:t xml:space="preserve">[2:27:00] </w:t>
      </w:r>
      <w:r>
        <w:t>safha number 61.</w:t>
      </w:r>
    </w:p>
    <w:p>
      <w:pPr>
        <w:jc w:val="right"/>
      </w:pPr>
      <w:r>
        <w:t>صفحہ نمبر 61۔</w:t>
      </w:r>
    </w:p>
    <w:p>
      <w:r>
        <w:rPr>
          <w:b/>
        </w:rPr>
        <w:t xml:space="preserve">[2:27:05] </w:t>
      </w:r>
      <w:r>
        <w:t>khatam-un-nabiyyin sal-lal-lahu alaihi wa-sallam ke zuhoor se pehle bait-ul-maqdis peghambarana hidayat ka markaz tha.</w:t>
      </w:r>
    </w:p>
    <w:p>
      <w:pPr>
        <w:jc w:val="right"/>
      </w:pPr>
      <w:r>
        <w:t>خاتم النبیین صلی اللہ علیہ وسلم کے ظہور سے پہلے بیت المقدس پیغمبرانہ ہدایت کا مرکز تھا۔</w:t>
      </w:r>
    </w:p>
    <w:p>
      <w:r>
        <w:rPr>
          <w:b/>
        </w:rPr>
        <w:t xml:space="preserve">[2:27:17] </w:t>
      </w:r>
      <w:r>
        <w:t>khatam-un-nabiyyin ke baad bait-ullah-il-haram peghambarana hidayat ka markaz hai.</w:t>
      </w:r>
    </w:p>
    <w:p>
      <w:pPr>
        <w:jc w:val="right"/>
      </w:pPr>
      <w:r>
        <w:t>خاتم النبیین کے بعد بیت اللہ الحرام پیغمبرانہ ہدایت کا مرکز ہے۔</w:t>
      </w:r>
    </w:p>
    <w:p>
      <w:r>
        <w:rPr>
          <w:b/>
        </w:rPr>
        <w:t xml:space="preserve">[2:27:25] </w:t>
      </w:r>
      <w:r>
        <w:t>al-baqarah 144. haj ek aitbar se dunya bhar ke pairwan-e-islam ka salana dawati ijtima hai.</w:t>
      </w:r>
    </w:p>
    <w:p>
      <w:pPr>
        <w:jc w:val="right"/>
      </w:pPr>
      <w:r>
        <w:t>البقرہ 144۔ حج ایک اعتبار سے دنیا بھر کے پیروان اسلام کا سالانہ دعوتی اجتماع ہے۔</w:t>
      </w:r>
    </w:p>
    <w:p>
      <w:r>
        <w:rPr>
          <w:b/>
        </w:rPr>
        <w:t xml:space="preserve">[2:27:41] </w:t>
      </w:r>
      <w:r>
        <w:t>woh khaas dinon mein haram ke gird jama hote hain taake is ki muqaddas fazaon mein Khuda se apna ta'alluq ustuwar karen.</w:t>
      </w:r>
    </w:p>
    <w:p>
      <w:pPr>
        <w:jc w:val="right"/>
      </w:pPr>
      <w:r>
        <w:t>وہ خاص دنوں میں حرم کے گرد جمع ہوتے ہیں تاکہ اس کی مقدس فضاؤں میں خدا سے اپنا تعلق استوار کریں۔</w:t>
      </w:r>
    </w:p>
    <w:p>
      <w:r>
        <w:rPr>
          <w:b/>
        </w:rPr>
        <w:t xml:space="preserve">[2:27:56] </w:t>
      </w:r>
      <w:r>
        <w:t>apne bahami ittehad ko mazboot karen aur da'i-e-azam hazrat ibrahim ki dawati zindagi ke mukhtalif marhalon ko alamati taur par dohra kar is baat ka azm karen ke woh har haal mein Khuda ke deen ke da'i bane rahen ge.</w:t>
      </w:r>
    </w:p>
    <w:p>
      <w:pPr>
        <w:jc w:val="right"/>
      </w:pPr>
      <w:r>
        <w:t>اپنے باہمی اتحاد کو مضبوط کریں اور داعی اعظم حضرت ابراہیم کی دعوتی زندگی کے مختلف مراحل کو علامتی طور پر دہرا کر اس بات کا عزم کریں کہ وہ ہر حال میں خدا کے دین کے داعی بنے رہیں گے۔</w:t>
      </w:r>
    </w:p>
    <w:p>
      <w:r>
        <w:rPr>
          <w:b/>
        </w:rPr>
        <w:t xml:space="preserve">[2:28:22] </w:t>
      </w:r>
      <w:r>
        <w:t>haj ki tareekh. Allah taala ne hazrat ibrahim ko imam-e-hidayat banaya.</w:t>
      </w:r>
    </w:p>
    <w:p>
      <w:pPr>
        <w:jc w:val="right"/>
      </w:pPr>
      <w:r>
        <w:t>حج کی تاریخ۔ اللہ تعالی نے حضرت ابراہیم کو امام ہدایت بنایا۔</w:t>
      </w:r>
    </w:p>
    <w:p>
      <w:r>
        <w:rPr>
          <w:b/>
        </w:rPr>
        <w:t xml:space="preserve">[2:28:35] </w:t>
      </w:r>
      <w:r>
        <w:t>ani ja'aluka lil-nasi imama yani aap ko is mustaqil kaam ke liye chuna ke aap ke zariye nabuwwat ka ilm logon tak barabar pohnchta rahe.</w:t>
      </w:r>
    </w:p>
    <w:p>
      <w:pPr>
        <w:jc w:val="right"/>
      </w:pPr>
      <w:r>
        <w:t>انی جاعلک للناس امامہ یعنی آپ کو اس مستقل کام کے لیے چنا کہ آپ کے ذریعے نبوت کا علم لوگوں تک برابر پہنچتا رہے۔</w:t>
      </w:r>
    </w:p>
    <w:p>
      <w:r>
        <w:rPr>
          <w:b/>
        </w:rPr>
        <w:t xml:space="preserve">[2:28:51] </w:t>
      </w:r>
      <w:r>
        <w:t>ibtada'i do hazar saal tak is khuda'i faisle ka zuhoor aap ke sahibzadah ishaq ki shakh mein hua.</w:t>
      </w:r>
    </w:p>
    <w:p>
      <w:pPr>
        <w:jc w:val="right"/>
      </w:pPr>
      <w:r>
        <w:t>ابتدائی دو ہزار سال تک اس خدائی فیصلے کا ظہور آپ کے صاحبزادے اسحاق کی شاخ میں ہوا۔</w:t>
      </w:r>
    </w:p>
    <w:p>
      <w:r>
        <w:rPr>
          <w:b/>
        </w:rPr>
        <w:t xml:space="preserve">[2:29:05] </w:t>
      </w:r>
      <w:r>
        <w:t>hazrat ishaq se le kar hazrat masih tak is nasal mein kashrat se anbiya paida hue jinhon ne falasteen aur is ke aas paas ke ilaqon mein da'wat-e-haq ka kaam mustaqil anjam diya.</w:t>
      </w:r>
    </w:p>
    <w:p>
      <w:pPr>
        <w:jc w:val="right"/>
      </w:pPr>
      <w:r>
        <w:t>حضرت اسحاق سے لے کر حضرت مسیح تک اس نسل میں کثرت سے انبیاء پیدا ہوئے جنہوں نے فلسطین اور اس کے اس پاس کے علاقوں میں دعوت حق کا کام مسلسل انجام دیا۔</w:t>
      </w:r>
    </w:p>
    <w:p>
      <w:r>
        <w:rPr>
          <w:b/>
        </w:rPr>
        <w:t xml:space="preserve">[2:29:22] </w:t>
      </w:r>
      <w:r>
        <w:t>hazrat masih ke baad yeh deeni imamat aap ke doosre sahibzadah isma'il ki nasal mein muntaqil ho gayi.</w:t>
      </w:r>
    </w:p>
    <w:p>
      <w:pPr>
        <w:jc w:val="right"/>
      </w:pPr>
      <w:r>
        <w:t>حضرت مسیح کے بعد یہ دینی امامت آپ کے دوسرے صاحبزادے اسماعیل کی نسل میں منتقل ہوگئی۔</w:t>
      </w:r>
    </w:p>
    <w:p>
      <w:r>
        <w:rPr>
          <w:b/>
        </w:rPr>
        <w:t xml:space="preserve">[2:29:35] </w:t>
      </w:r>
      <w:r>
        <w:t>un ki aulad mein aakhri nabi paida hue.</w:t>
      </w:r>
    </w:p>
    <w:p>
      <w:pPr>
        <w:jc w:val="right"/>
      </w:pPr>
      <w:r>
        <w:t>ان کی اولاد میں آخری نبی پیدا ہوئے۔</w:t>
      </w:r>
    </w:p>
    <w:p>
      <w:r>
        <w:rPr>
          <w:b/>
        </w:rPr>
        <w:t xml:space="preserve">[2:29:41] </w:t>
      </w:r>
      <w:r>
        <w:t>aap ko Allah taala ne khusoosi taur par ghalbe ki nisbat di taake aap ke zariye kitab-ullah ki hifazat ka yaqeeni intezam ho sake aur deen ke mitne ka andesha na rahe.</w:t>
      </w:r>
    </w:p>
    <w:p>
      <w:pPr>
        <w:jc w:val="right"/>
      </w:pPr>
      <w:r>
        <w:t>آپ کو اللہ تعالی نے خصوصی طور پر غلبے کی نسبت دی تاکہ آپ کے ذریعے کتاب الہی کی حفاظت کا یقینی انتظام ہو سکے اور دین کے مٹنے کا اندیشہ نہ رہے۔</w:t>
      </w:r>
    </w:p>
    <w:p>
      <w:r>
        <w:rPr>
          <w:b/>
        </w:rPr>
        <w:t xml:space="preserve">[2:30:02] </w:t>
      </w:r>
      <w:r>
        <w:t>yahi woh cheez hai jis ko quran mein izhar-e-deen yani li-yuzhirahu 'ala al-din kulli kaha gaya hai.</w:t>
      </w:r>
    </w:p>
    <w:p>
      <w:pPr>
        <w:jc w:val="right"/>
      </w:pPr>
      <w:r>
        <w:t>یہی وہ چیز ہے جس کو قرآن میں اظہار دین یعنی لیظہرہ علی الدین کل کہا گیا ہے۔</w:t>
      </w:r>
    </w:p>
    <w:p>
      <w:r>
        <w:rPr>
          <w:b/>
        </w:rPr>
        <w:t xml:space="preserve">[2:30:12] </w:t>
      </w:r>
      <w:r>
        <w:t>aam peghambaron se aslan sirf tabligh-e-deen matloob thi aur peghambar-e-aakhir-uz-zaman se tabligh-e-deen ke sath izhar-e-deen bhi.</w:t>
      </w:r>
    </w:p>
    <w:p>
      <w:pPr>
        <w:jc w:val="right"/>
      </w:pPr>
      <w:r>
        <w:t>عام پیغمبروں سے اصلاً صرف تبلیغ دین مطلوب تھی اور پیغمبر آخر الزماں سے تبلیغ دین کے ساتھ اظہار دین بھی۔</w:t>
      </w:r>
    </w:p>
    <w:p>
      <w:r>
        <w:rPr>
          <w:b/>
        </w:rPr>
        <w:t xml:space="preserve">[2:30:30] </w:t>
      </w:r>
      <w:r>
        <w:t>is maqsad ke liye insanon ki ek mu'awin jama'at darkar thi jo tamam insani ausaf se muttasif ho.</w:t>
      </w:r>
    </w:p>
    <w:p>
      <w:pPr>
        <w:jc w:val="right"/>
      </w:pPr>
      <w:r>
        <w:t>اس مقصد کے لیے انسانوں کی ایک معاون جماعت درکار تھی جو تمام انسانی اوصاف سے متصف ہو۔</w:t>
      </w:r>
    </w:p>
    <w:p>
      <w:r>
        <w:rPr>
          <w:b/>
        </w:rPr>
        <w:t xml:space="preserve">[2:30:43] </w:t>
      </w:r>
      <w:r>
        <w:t>woh peghambar-e-aakhir-uz-zaman ka sath de kar izhar-e-deen ke mansoobe ko takmeel tak pohnchaye.</w:t>
      </w:r>
    </w:p>
    <w:p>
      <w:pPr>
        <w:jc w:val="right"/>
      </w:pPr>
      <w:r>
        <w:t>وہ پیغمبر آخر الزماں کا ساتھ دے کر اظہار دین کے منصوبے کو تکمیل تک پہنچائے۔</w:t>
      </w:r>
    </w:p>
    <w:p>
      <w:r>
        <w:rPr>
          <w:b/>
        </w:rPr>
        <w:t xml:space="preserve">[2:30:55] </w:t>
      </w:r>
      <w:r>
        <w:t>isi jama'at ki tayyari ke liye hazrat ibrahim ne apni biwi haajrah aur apne ladke isma'il ko qadeem makka ke ghair abad aur khushk ilaqe mein la kar basa diya</w:t>
      </w:r>
    </w:p>
    <w:p>
      <w:pPr>
        <w:jc w:val="right"/>
      </w:pPr>
      <w:r>
        <w:t>اسی جماعت کی تیاری کے لیے حضرت ابراہیم نے اپنی بیوی ہاجرہ اور اپنے لڑکے اسماعیل کو قدیم مکے کے غیر آباد اور خشک علاقے میں لا کر بسا دیا</w:t>
      </w:r>
    </w:p>
    <w:p>
      <w:r>
        <w:rPr>
          <w:b/>
        </w:rPr>
        <w:t xml:space="preserve">[2:31:13] </w:t>
      </w:r>
      <w:r>
        <w:t>taake tamaddun se door fitrat ke saada mahol mein tawaalud-o-tanaasul ke zariye ek aisi qaum paida ho jis ke andar tamam aala insani salahiyaten mehfooz hon.</w:t>
      </w:r>
    </w:p>
    <w:p>
      <w:pPr>
        <w:jc w:val="right"/>
      </w:pPr>
      <w:r>
        <w:t>تاکہ تمدن سے دور فطرت کے سادہ ماحول میں توالد و تناسل کے ذریعے ایک ایسی قوم پیدا ہو جس کے اندر تمام اعلیٰ انسانی صلاحیتیں محفوظ ہوں۔</w:t>
      </w:r>
    </w:p>
    <w:p>
      <w:r>
        <w:rPr>
          <w:b/>
        </w:rPr>
        <w:t xml:space="preserve">[2:31:30] </w:t>
      </w:r>
      <w:r>
        <w:t>jo be-amez dhang se soche. jis ke qaul-o-fail mein tazaad na ho. jo ek nazri haq ki khatir apna sab kuch luta sake.</w:t>
      </w:r>
    </w:p>
    <w:p>
      <w:pPr>
        <w:jc w:val="right"/>
      </w:pPr>
      <w:r>
        <w:t>جو بے آمیز ڈھنگ سے سوچے۔ جس کے قول و فعل میں تضاد نہ ہو۔ جو ایک نظری حق کی خاطر اپنا سب کچھ لٹا سکے۔</w:t>
      </w:r>
    </w:p>
    <w:p>
      <w:r>
        <w:rPr>
          <w:b/>
        </w:rPr>
        <w:t xml:space="preserve">[2:31:43] </w:t>
      </w:r>
      <w:r>
        <w:t>jis ke andar pahadon ki salamat, sehra ki wusat aur aasman ki bulandi ho.</w:t>
      </w:r>
    </w:p>
    <w:p>
      <w:pPr>
        <w:jc w:val="right"/>
      </w:pPr>
      <w:r>
        <w:t>جس کے اندر پہاڑوں کی سلامت، صحرا کی وسعت اور آسمان کی بلندی ہو۔</w:t>
      </w:r>
    </w:p>
    <w:p>
      <w:r>
        <w:rPr>
          <w:b/>
        </w:rPr>
        <w:t xml:space="preserve">[2:31:52] </w:t>
      </w:r>
      <w:r>
        <w:t>is tarah jab sehrai mahol mein parvarish pa kar ek khair ummat wajood mein aa gayi. Aal e Imran 110 to ain waqt par is ke andar woh nabee paida kar diye gaye jis ke liye Hazrat Ibrahim ne taameer e kaba ke waqt dua ki thi.</w:t>
      </w:r>
    </w:p>
    <w:p>
      <w:pPr>
        <w:jc w:val="right"/>
      </w:pPr>
      <w:r>
        <w:t>اس طرح جب صحرائی ماحول میں پرورش پا کر ایک خیر امت وجود میں آگئی۔ ال عمران 110 تو عین وقت پر اس کے اندر وہ نبی پیدا کر دیے گئے جس کے لیے حضرت ابراہیم نے تعمیر کعبہ کے وقت دعا کی تھی۔</w:t>
      </w:r>
    </w:p>
    <w:p>
      <w:r>
        <w:rPr>
          <w:b/>
        </w:rPr>
        <w:t xml:space="preserve">[2:32:15] </w:t>
      </w:r>
      <w:r>
        <w:t>Al Baqarah 129.</w:t>
      </w:r>
    </w:p>
    <w:p>
      <w:pPr>
        <w:jc w:val="right"/>
      </w:pPr>
      <w:r>
        <w:t>البقرہ 129۔</w:t>
      </w:r>
    </w:p>
    <w:p>
      <w:r>
        <w:rPr>
          <w:b/>
        </w:rPr>
        <w:t xml:space="preserve">[2:32:19] </w:t>
      </w:r>
      <w:r>
        <w:t>Hazrat Ibrahim ki biwi Sarah ke batan se Khuda ko ek paighambar paida karna tha. Yeh paighambar Hazrat Ibrahim hi ki zindagi mein paida ho gaya aur is ka naam Ishaq rakha gaya.</w:t>
      </w:r>
    </w:p>
    <w:p>
      <w:pPr>
        <w:jc w:val="right"/>
      </w:pPr>
      <w:r>
        <w:t>حضرت ابراہیم کی بیوی سارہ کے بطن سے خدا کو ایک پیغمبر پیدا کرنا تھا۔ یہ پیغمبر حضرت ابراہیم ہی کی زندگی میں پیدا ہوگیا اور اس کا نام اسحاق رکھا گیا۔</w:t>
      </w:r>
    </w:p>
    <w:p>
      <w:r>
        <w:rPr>
          <w:b/>
        </w:rPr>
        <w:t xml:space="preserve">[2:32:36] </w:t>
      </w:r>
      <w:r>
        <w:t>doosri taraf Hazrat Ibrahim ne Makka mein dua ki ke mere ladke Ismail ki aulad mein ek nabee paida kar.</w:t>
      </w:r>
    </w:p>
    <w:p>
      <w:pPr>
        <w:jc w:val="right"/>
      </w:pPr>
      <w:r>
        <w:t>دوسری طرف حضرت ابراہیم نے مکے میں دعا کی کہ میرے لڑکے اسماعیل کی اولاد میں ایک نبی پیدا کر۔</w:t>
      </w:r>
    </w:p>
    <w:p>
      <w:r>
        <w:rPr>
          <w:b/>
        </w:rPr>
        <w:t xml:space="preserve">[2:32:46] </w:t>
      </w:r>
      <w:r>
        <w:t>to is dua ki takmeel mein do hazar saal se zyada muddat lagi. Is farq ki wajah kya thi?</w:t>
      </w:r>
    </w:p>
    <w:p>
      <w:pPr>
        <w:jc w:val="right"/>
      </w:pPr>
      <w:r>
        <w:t>تو اس دعا کی تکمیل میں دو ہزار سال سے زیادہ مدت لگی۔ اس فرق کی وجہ کیا تھی؟</w:t>
      </w:r>
    </w:p>
    <w:p>
      <w:r>
        <w:rPr>
          <w:b/>
        </w:rPr>
        <w:t xml:space="preserve">[2:32:56] </w:t>
      </w:r>
      <w:r>
        <w:t>is ki wajah dono ke tareekhi kirdar ka farq tha.</w:t>
      </w:r>
    </w:p>
    <w:p>
      <w:pPr>
        <w:jc w:val="right"/>
      </w:pPr>
      <w:r>
        <w:t>اس کی وجہ دونوں کے تاریخی کردار کا فرق تھا۔</w:t>
      </w:r>
    </w:p>
    <w:p>
      <w:r>
        <w:rPr>
          <w:b/>
        </w:rPr>
        <w:t xml:space="preserve">[2:33:01] </w:t>
      </w:r>
      <w:r>
        <w:t>paighambar e aakhir uz zamaan ko apna matloobah kirdar ada karne ke liye ek zinda qaum darkaar thi.</w:t>
      </w:r>
    </w:p>
    <w:p>
      <w:pPr>
        <w:jc w:val="right"/>
      </w:pPr>
      <w:r>
        <w:t>پیغمبر آخر الزماں کو اپنا مطلوبہ کردار ادا کرنے کے لیے ایک زندہ قوم درکار تھی۔</w:t>
      </w:r>
    </w:p>
    <w:p>
      <w:r>
        <w:rPr>
          <w:b/>
        </w:rPr>
        <w:t xml:space="preserve">[2:33:12] </w:t>
      </w:r>
      <w:r>
        <w:t>is tarah ki qaum asbab ke parde mein banne ke liye do hazar saal se zyada ki muddat lag gayi. Chunancha jab yeh qaum tayyar ho gayi to aap Khudaai mansoobe ke mutabiq paida kar diye gaye.</w:t>
      </w:r>
    </w:p>
    <w:p>
      <w:pPr>
        <w:jc w:val="right"/>
      </w:pPr>
      <w:r>
        <w:t>اس طرح کی قوم اسباب کے پردے میں بننے کے لیے دو ہزار سال سے زیادہ کی مدت لگ گئی۔ چنانچہ جب یہ قوم تیار ہوگئی تو آپ خدائی منصوبے کے مطابق پیدا کر دیے گئے۔</w:t>
      </w:r>
    </w:p>
    <w:p>
      <w:r>
        <w:rPr>
          <w:b/>
        </w:rPr>
        <w:t xml:space="preserve">[2:33:30] </w:t>
      </w:r>
      <w:r>
        <w:t>tahum yeh bhi zaroori tha ke tayyari ke is taweel waqfe ke dauran paighambari dawat ke tasalsul ko baqi rakha jaye.</w:t>
      </w:r>
    </w:p>
    <w:p>
      <w:pPr>
        <w:jc w:val="right"/>
      </w:pPr>
      <w:r>
        <w:t>تاہم یہ بھی ضروری تھا کہ تیاری کے اس طویل وقفے کے دوران پیغمبرانہ دعوت کے تسلسل کو باقی رکھا جائے۔</w:t>
      </w:r>
    </w:p>
    <w:p>
      <w:r>
        <w:rPr>
          <w:b/>
        </w:rPr>
        <w:t xml:space="preserve">[2:33:42] </w:t>
      </w:r>
      <w:r>
        <w:t>is liye doosra intizam yeh kiya gaya ke hazrat Ibrahim ki nasal ki israili shakh mein</w:t>
      </w:r>
    </w:p>
    <w:p>
      <w:pPr>
        <w:jc w:val="right"/>
      </w:pPr>
      <w:r>
        <w:t>اس لیے دوسرا انتظام یہ کیا گیا کہ حضرت ابراہیم کی نسل کی اسرائیلی شاخ میں</w:t>
      </w:r>
    </w:p>
    <w:p>
      <w:r>
        <w:rPr>
          <w:b/>
        </w:rPr>
        <w:t xml:space="preserve">[2:33:50] </w:t>
      </w:r>
      <w:r>
        <w:t>anbiya ki paidaish ka silsila qaim kar diya gaya</w:t>
      </w:r>
    </w:p>
    <w:p>
      <w:pPr>
        <w:jc w:val="right"/>
      </w:pPr>
      <w:r>
        <w:t>انبیاء کی پیدائش کا سلسلہ قائم کر دیا گیا</w:t>
      </w:r>
    </w:p>
    <w:p>
      <w:r>
        <w:rPr>
          <w:b/>
        </w:rPr>
        <w:t xml:space="preserve">[2:33:55] </w:t>
      </w:r>
      <w:r>
        <w:t>aur ek ke baad ek paighambar aa kar logon ko khuda parasti ka paigham dete rahe</w:t>
      </w:r>
    </w:p>
    <w:p>
      <w:pPr>
        <w:jc w:val="right"/>
      </w:pPr>
      <w:r>
        <w:t>اور ایک کے بعد ایک پیغمبر آ کر لوگوں کو خدا پرستی کا پیغام دیتے رہے</w:t>
      </w:r>
    </w:p>
    <w:p>
      <w:r>
        <w:rPr>
          <w:b/>
        </w:rPr>
        <w:t xml:space="preserve">[2:34:03] </w:t>
      </w:r>
      <w:r>
        <w:t>taakeh nabi aakhir uz zamaan ke zahoor ka waqt aa jaane ki wajah se</w:t>
      </w:r>
    </w:p>
    <w:p>
      <w:pPr>
        <w:jc w:val="right"/>
      </w:pPr>
      <w:r>
        <w:t>تاکہ نبی آخر الزماں کے ظہور کا وقت آ جانے کی وجہ سے</w:t>
      </w:r>
    </w:p>
    <w:p>
      <w:r>
        <w:rPr>
          <w:b/>
        </w:rPr>
        <w:t xml:space="preserve">[2:34:10] </w:t>
      </w:r>
      <w:r>
        <w:t>is ki zaroorat baqi na rahi.</w:t>
      </w:r>
    </w:p>
    <w:p>
      <w:pPr>
        <w:jc w:val="right"/>
      </w:pPr>
      <w:r>
        <w:t>اس کی ضرورت باقی نہ رہی۔</w:t>
      </w:r>
    </w:p>
    <w:p>
      <w:r>
        <w:rPr>
          <w:b/>
        </w:rPr>
        <w:t xml:space="preserve">[2:34:14] </w:t>
      </w:r>
      <w:r>
        <w:t>is mansoobe ke mutabiq Hazrat Ibrahim apne watan Iraq se nikle. Ek taraf aap ne Falasteen yani Hebron mein apni biwi Sarah ko basaya jin se Ishaq paida hue.</w:t>
      </w:r>
    </w:p>
    <w:p>
      <w:pPr>
        <w:jc w:val="right"/>
      </w:pPr>
      <w:r>
        <w:t>اس منصوبے کے مطابق حضرت ابراہیم اپنے وطن عراق سے نکلے۔ ایک طرف آپ نے فلسطین یعنی ہبرون میں اپنی بیوی سارہ کو بسایا جن سے اسحاق پیدا ہوئے۔</w:t>
      </w:r>
    </w:p>
    <w:p>
      <w:r>
        <w:rPr>
          <w:b/>
        </w:rPr>
        <w:t xml:space="preserve">[2:34:32] </w:t>
      </w:r>
      <w:r>
        <w:t>doosri taraf aap ne Arab yani Makka mein apni doosri biwi Hajra aur un ke ladke Ismail ko rakha aur yahan Kabe ki taameer ki.</w:t>
      </w:r>
    </w:p>
    <w:p>
      <w:pPr>
        <w:jc w:val="right"/>
      </w:pPr>
      <w:r>
        <w:t>دوسری طرف آپ نے عرب یعنی مکے میں اپنی دوسری بیوی ہاجرہ اور ان کے لڑکے اسماعیل کو رکھا اور یہاں کعبے کی تعمیر کی۔</w:t>
      </w:r>
    </w:p>
    <w:p>
      <w:r>
        <w:rPr>
          <w:b/>
        </w:rPr>
        <w:t xml:space="preserve">[2:34:45] </w:t>
      </w:r>
      <w:r>
        <w:t>goya Hazrat Ibrahim ke zariye hidayat e aalam ki jo mansoobah bandi ki gayi us ke ibtidaai juz ka markaz Falasteen tha aur us ke aakhri juz ka markaz Hijaz.</w:t>
      </w:r>
    </w:p>
    <w:p>
      <w:pPr>
        <w:jc w:val="right"/>
      </w:pPr>
      <w:r>
        <w:t>گویا حضرت ابراہیم کے ذریعے ہدایت عالم کی جو منصوبہ بندی کی گئی اس کے ابتدائی جز کا مرکز فلسطین تھا اور اس کے آخری جز کا مرکز حجاز۔</w:t>
      </w:r>
    </w:p>
    <w:p>
      <w:r>
        <w:rPr>
          <w:b/>
        </w:rPr>
        <w:t xml:space="preserve">[2:35:02] </w:t>
      </w:r>
      <w:r>
        <w:t>Hazrat Ibrahim ke baad pehle Falasteen hidayat e Ilahi ka markaz bana.</w:t>
      </w:r>
    </w:p>
    <w:p>
      <w:pPr>
        <w:jc w:val="right"/>
      </w:pPr>
      <w:r>
        <w:t>حضرت ابراہیم کے بعد اولا فلسطین ہدایت الہی کا مرکز بنا۔</w:t>
      </w:r>
    </w:p>
    <w:p>
      <w:r>
        <w:rPr>
          <w:b/>
        </w:rPr>
        <w:t xml:space="preserve">[2:35:09] </w:t>
      </w:r>
      <w:r>
        <w:t>isi ilaqe mein us zamane ke tamam anbiya paida hue: Hazrat Ishaq, Hazrat Yaqoob, Hazrat Yusuf, Hazrat Musa, Hazrat Dawood, Hazrat Sulaiman, Hazrat Yahya, Hazrat Isa waghera.</w:t>
      </w:r>
    </w:p>
    <w:p>
      <w:pPr>
        <w:jc w:val="right"/>
      </w:pPr>
      <w:r>
        <w:t>اسی علاقے میں اس زمانے کے تمام انبیاء پیدا ہوئے: حضرت اسحاق، حضرت یعقوب، حضرت یوسف، حضرت موسیٰ، حضرت داؤد، حضرت سلیمان، حضرت یحیی، حضرت عیسیٰ وغیرہ۔</w:t>
      </w:r>
    </w:p>
    <w:p>
      <w:r>
        <w:rPr>
          <w:b/>
        </w:rPr>
        <w:t xml:space="preserve">[2:35:28] </w:t>
      </w:r>
      <w:r>
        <w:t>Hazrat Ibrahim ke pote Hazrat Yaqoob ka doosra naam Israel tha.</w:t>
      </w:r>
    </w:p>
    <w:p>
      <w:pPr>
        <w:jc w:val="right"/>
      </w:pPr>
      <w:r>
        <w:t>حضرت ابراہیم کے پوتے حضرت یعقوب کا دوسرا نام اسرائیل تھا۔</w:t>
      </w:r>
    </w:p>
    <w:p>
      <w:r>
        <w:rPr>
          <w:b/>
        </w:rPr>
        <w:t xml:space="preserve">[2:35:35] </w:t>
      </w:r>
      <w:r>
        <w:t>inhi ki nisbat se yeh nasal Bani Israel ke naam se mashhoor hui. Baad ko jab Bani Israel par zawal aa gaya aur paighambaron ki musalsal fehmaish ke bawajood unhone apni islaah na ki to Khuda ne hidayat e aasmani ke haamil hone ki hesiyat se inhi mazool kar diya</w:t>
      </w:r>
    </w:p>
    <w:p>
      <w:pPr>
        <w:jc w:val="right"/>
      </w:pPr>
      <w:r>
        <w:t>انہی کی نسبت سے یہ نسل بنی اسرائیل کے نام سے مشہور ہوئی۔ بعد کو جب بنی اسرائیل پر زوال آگیا اور پیغمبروں کی مسلسل فہمائش کے باوجود انہوں نے اپنی اصلاح نہ کی تو خدا نے ہدایت آسمانی کے حامل ہونے کی حیثیت سے انہی معزول کر دیا</w:t>
      </w:r>
    </w:p>
    <w:p>
      <w:r>
        <w:rPr>
          <w:b/>
        </w:rPr>
        <w:t xml:space="preserve">[2:36:01] </w:t>
      </w:r>
      <w:r>
        <w:t>aur yeh muqaddas mansab Banu Ismail ko de diya. Yeh waqea ain us waqt hua jab ke do hazar saala amal ke nateeje mein un ke andar ek aisi zinda qaum tayyar ho chuki thi jo Khuda ke deen ke haamil ban sake.</w:t>
      </w:r>
    </w:p>
    <w:p>
      <w:pPr>
        <w:jc w:val="right"/>
      </w:pPr>
      <w:r>
        <w:t>اور یہ مقدس منصب ابراہیمی نسل کی دوسری شاخ بنو اسماعیل کو دے دیا۔ یہ واقعہ عین اس وقت ہوا جب کہ دو ہزار سالہ عمل کے نتیجے میں ان کے اندر ایک ایسی زندہ قوم تیار ہو چکی تھی جو خدا کے دین کے حامل بن سکے۔</w:t>
      </w:r>
    </w:p>
    <w:p>
      <w:r>
        <w:rPr>
          <w:b/>
        </w:rPr>
        <w:t xml:space="preserve">[2:36:25] </w:t>
      </w:r>
      <w:r>
        <w:t>is tabdeeli ki ek zahiri nishani ke taur par qibla e ibadat badal diya gaya. Hazrat Ibrahim ke baad tamam anbiya Bait ul Muqaddas ki taraf rukh kar ke ibadat karte the.</w:t>
      </w:r>
    </w:p>
    <w:p>
      <w:pPr>
        <w:jc w:val="right"/>
      </w:pPr>
      <w:r>
        <w:t>اس تبدیلی کی ایک ظاہری نشانی کے طور پر قبلہ عبادت بدل دیا گیا۔ حضرت ابراہیم کے بعد تمام انبیاء بیت المقدس کی طرف رخ کر کے عبادت کرتے تھے۔</w:t>
      </w:r>
    </w:p>
    <w:p>
      <w:r>
        <w:rPr>
          <w:b/>
        </w:rPr>
        <w:t xml:space="preserve">[2:36:41] </w:t>
      </w:r>
      <w:r>
        <w:t>ab qadeem qible ko mansookh kar ke Kabe ko qibla e ibadat ki hesiyat de di gayi.</w:t>
      </w:r>
    </w:p>
    <w:p>
      <w:pPr>
        <w:jc w:val="right"/>
      </w:pPr>
      <w:r>
        <w:t>اب قدیم قبلے کو منسوخ کر کے کعبے کو قبلہ عبادت کی حیثیت دے دی گئی۔</w:t>
      </w:r>
    </w:p>
    <w:p>
      <w:r>
        <w:rPr>
          <w:b/>
        </w:rPr>
        <w:t xml:space="preserve">[2:36:53] </w:t>
      </w:r>
      <w:r>
        <w:t>Hajj ek daawti idarah. Kitab Haqeeqat e Hajj. Maulana Wahiduddin Khan. Safha number 63.</w:t>
      </w:r>
    </w:p>
    <w:p>
      <w:pPr>
        <w:jc w:val="right"/>
      </w:pPr>
      <w:r>
        <w:t>حج ایک دعوتی ادارہ۔ کتاب حقیقت حج۔ مولانا وحید الدین خان۔ صفحہ نمبر 63۔</w:t>
      </w:r>
    </w:p>
    <w:p>
      <w:r>
        <w:rPr>
          <w:b/>
        </w:rPr>
        <w:t xml:space="preserve">[2:37:05] </w:t>
      </w:r>
      <w:r>
        <w:t>Hajj abrahimi tareekh ka aada hai.</w:t>
      </w:r>
    </w:p>
    <w:p>
      <w:pPr>
        <w:jc w:val="right"/>
      </w:pPr>
      <w:r>
        <w:t>حج ابراہیمی تاریخ کا اعادہ ہے۔</w:t>
      </w:r>
    </w:p>
    <w:p>
      <w:r>
        <w:rPr>
          <w:b/>
        </w:rPr>
        <w:t xml:space="preserve">[2:37:10] </w:t>
      </w:r>
      <w:r>
        <w:t>Hazrat Ibrahim ke zariye dawat e haq ki jo aalami mansoobah bandi ki gayi usi ke mukhtalif marhalon ko haji ilamati taur par dohrata hai aur is tarah Khuda se yeh ahad karta hai ke woh apne aap ko isi rabbani mission mein lagaye ga jis mein Hazrat Ibrahim ne apne aap ko lagaya.</w:t>
      </w:r>
    </w:p>
    <w:p>
      <w:pPr>
        <w:jc w:val="right"/>
      </w:pPr>
      <w:r>
        <w:t>حضرت ابراہیم کے ذریعے دعوت حق کی جو عالمی منصوبہ بندی کی گئی اسی کے مختلف مراحل کو حاجی علامتی طور پر دہراتا ہے اور اس طرح خدا سے یہ عہد کرتا ہے کہ وہ اپنے آپ کو اسی ربانی مشن میں لگائے گا جس میں حضرت ابراہیم نے اپنے آپ کو لگایا۔</w:t>
      </w:r>
    </w:p>
    <w:p>
      <w:r>
        <w:rPr>
          <w:b/>
        </w:rPr>
        <w:t xml:space="preserve">[2:37:40] </w:t>
      </w:r>
      <w:r>
        <w:t>woh khatm e nabuwat ke baad nabuwat ke kaam ko isi tarah jaari rakhe ga jis tarah Khuda ke pak paighambar ne is ko anjaam diya.</w:t>
      </w:r>
    </w:p>
    <w:p>
      <w:pPr>
        <w:jc w:val="right"/>
      </w:pPr>
      <w:r>
        <w:t>وہ ختم نبوت کے بعد نبوت کے کام کو اسی طرح جاری رکھے گا جس طرح خدا کے پاک پیغمبر نے اس کو انجام دیا۔</w:t>
      </w:r>
    </w:p>
    <w:p>
      <w:r>
        <w:rPr>
          <w:b/>
        </w:rPr>
        <w:t xml:space="preserve">[2:37:55] </w:t>
      </w:r>
      <w:r>
        <w:t>khuda ke dawati mansoobe ki takmeel ke liye hazrat ibrahim apne watan se nikle.</w:t>
      </w:r>
    </w:p>
    <w:p>
      <w:pPr>
        <w:jc w:val="right"/>
      </w:pPr>
      <w:r>
        <w:t>خدا کے دعوتی منصوبے کی تکمیل کے لیے حضرت ابراہیم اپنے وطن سے نکلے۔</w:t>
      </w:r>
    </w:p>
    <w:p>
      <w:r>
        <w:rPr>
          <w:b/>
        </w:rPr>
        <w:t xml:space="preserve">[2:38:05] </w:t>
      </w:r>
      <w:r>
        <w:t>isi tarah haji bhi apne watan se nikal kar zaban-e-haal se yeh kehta hai ke woh deen ki khatir be-watan hone ke liye tayyar hai.</w:t>
      </w:r>
    </w:p>
    <w:p>
      <w:pPr>
        <w:jc w:val="right"/>
      </w:pPr>
      <w:r>
        <w:t>اسی طرح حاجی بھی اپنے وطن سے نکل کر زبان حال سے یہ کہتا ہے کہ وہ دین کی خاطر بے وطن ہونے کے لیے تیار ہے۔</w:t>
      </w:r>
    </w:p>
    <w:p>
      <w:r>
        <w:rPr>
          <w:b/>
        </w:rPr>
        <w:t xml:space="preserve">[2:38:19] </w:t>
      </w:r>
      <w:r>
        <w:t>unhon ne bilkul saada aur mamooli zindagi par qana'at ki.</w:t>
      </w:r>
    </w:p>
    <w:p>
      <w:pPr>
        <w:jc w:val="right"/>
      </w:pPr>
      <w:r>
        <w:t>انہوں نے بالکل سادہ اور معمولی زندگی پر قناعت کی۔</w:t>
      </w:r>
    </w:p>
    <w:p>
      <w:r>
        <w:rPr>
          <w:b/>
        </w:rPr>
        <w:t xml:space="preserve">[2:38:24] </w:t>
      </w:r>
      <w:r>
        <w:t>isi tarah haji ehram baandh kar yeh azm karta hai ke woh sirf naguzir zaroorat par iktafa kar ke apni tawajjah ko asal maqsad ki taraf lagaye rakhega.</w:t>
      </w:r>
    </w:p>
    <w:p>
      <w:pPr>
        <w:jc w:val="right"/>
      </w:pPr>
      <w:r>
        <w:t>اسی طرح حاجی احرام باندھ کر یہ عزم کرتا ہے کہ وہ صرف ناگزیر ضرورت پر اکتفا کر کے اپنی توجہ کو اصل مقصد کی طرف لگائے رہے گا۔</w:t>
      </w:r>
    </w:p>
    <w:p>
      <w:r>
        <w:rPr>
          <w:b/>
        </w:rPr>
        <w:t xml:space="preserve">[2:38:40] </w:t>
      </w:r>
      <w:r>
        <w:t>unhon ne ka'be ke gird tawaf kar ke khuda ke sath apni wafadari ko ustuwar kiya.</w:t>
      </w:r>
    </w:p>
    <w:p>
      <w:pPr>
        <w:jc w:val="right"/>
      </w:pPr>
      <w:r>
        <w:t>انہوں نے کعبے کے گرد طواف کر کے خدا کے ساتھ اپنی وفاداری کو استوار کیا۔</w:t>
      </w:r>
    </w:p>
    <w:p>
      <w:r>
        <w:rPr>
          <w:b/>
        </w:rPr>
        <w:t xml:space="preserve">[2:38:48] </w:t>
      </w:r>
      <w:r>
        <w:t>isi tarah haji bhi ka'be ka tawaf kar ke khuda ka wafadar hone ka ailan karta hai. deeni taqazon mein masroof hone ki wajah se un ke ahle khandan par yeh halat guzri ke pani ki talash mein woh safa o marwa ke darmiyan daudein.</w:t>
      </w:r>
    </w:p>
    <w:p>
      <w:pPr>
        <w:jc w:val="right"/>
      </w:pPr>
      <w:r>
        <w:t>اسی طرح حاجی بھی کعبے کا طواف کر کے خدا کا وفادار ہونے کا اعلان کرتا ہے۔ دینی تقاضوں میں مصروف ہونے کی وجہ سے ان کے اہل خاندان پر یہ حالت گزری کہ پانی کی تلاش میں وہ صفا و مروہ کے درمیان دوڑے۔</w:t>
      </w:r>
    </w:p>
    <w:p>
      <w:r>
        <w:rPr>
          <w:b/>
        </w:rPr>
        <w:t xml:space="preserve">[2:39:11] </w:t>
      </w:r>
      <w:r>
        <w:t>isi tarah haji dono pahadon ke darmiyan sa'i kar ke zahir karta hai ke khuda ki khatir woh is aakhri had tak jane ke liye tayyar hai khwah is ke ghar walon par woh kaifiyat guzre jo hajra aur ismail par guzri.</w:t>
      </w:r>
    </w:p>
    <w:p>
      <w:pPr>
        <w:jc w:val="right"/>
      </w:pPr>
      <w:r>
        <w:t>اسی طرح حاجی دونوں پہاڑوں کے درمیان سعی کر کے ظاہر کرتا ہے کہ خدا کی خاطر وہ اس آخری حد تک جانے کے لیے تیار ہے خواہ اس کے گھر والوں پر وہ کیفیت گزر جائے جو ہاجرہ اور اسماعیل پر گزری۔</w:t>
      </w:r>
    </w:p>
    <w:p>
      <w:r>
        <w:rPr>
          <w:b/>
        </w:rPr>
        <w:t xml:space="preserve">[2:39:34] </w:t>
      </w:r>
      <w:r>
        <w:t>hazrat ibrahim ko shaitan ne khuda ke kaam se hatane ki koshish ki to unhon ne is ke upar kankariyan phenkeen.</w:t>
      </w:r>
    </w:p>
    <w:p>
      <w:pPr>
        <w:jc w:val="right"/>
      </w:pPr>
      <w:r>
        <w:t>حضرت ابراہیم کو شیطان نے خدا کے کام سے ہٹانے کی کوشش کی تو انہوں نے اس کے اوپر کنکریاں پھینکیں۔</w:t>
      </w:r>
    </w:p>
    <w:p>
      <w:r>
        <w:rPr>
          <w:b/>
        </w:rPr>
        <w:t xml:space="preserve">[2:39:44] </w:t>
      </w:r>
      <w:r>
        <w:t>isi tarah haji alamati shaitan par rami kar ke is irade ka izhar karta hai ke woh bhi shaitan ke sath yahi sulook karega agar us ne is ko vargalaya.</w:t>
      </w:r>
    </w:p>
    <w:p>
      <w:pPr>
        <w:jc w:val="right"/>
      </w:pPr>
      <w:r>
        <w:t>اسی طرح حاجی علامتی شیطان پر رمی کر کے اس ارادے کا اظہار کرتا ہے کہ وہ بھی شیطان کے ساتھ یہی سلوک کرے گا اگر اس نے اس کو ورغلایا۔</w:t>
      </w:r>
    </w:p>
    <w:p>
      <w:r>
        <w:rPr>
          <w:b/>
        </w:rPr>
        <w:t xml:space="preserve">[2:40:01] </w:t>
      </w:r>
      <w:r>
        <w:t>hazrat ibrahim ko khuda ki khatir bete ki jaan tak pesh karni pari. isi tarah haji janwar ko qurban kar ke yeh ailan karta hai ke deen ki khatir woh qurbani ki had tak jane ke liye tayyar hai.</w:t>
      </w:r>
    </w:p>
    <w:p>
      <w:pPr>
        <w:jc w:val="right"/>
      </w:pPr>
      <w:r>
        <w:t>حضرت ابراہیم کو خدا کی خاطر بیٹے کی جان تک پیش کرنی پڑی۔ اسی طرح حاجی جانور کو قربان کر کے یہ اعلان کرتا ہے کہ دین کی خاطر وہ قربانی کی حد تک جانے کے لیے تیار ہے۔</w:t>
      </w:r>
    </w:p>
    <w:p>
      <w:r>
        <w:rPr>
          <w:b/>
        </w:rPr>
        <w:t xml:space="preserve">[2:40:24] </w:t>
      </w:r>
      <w:r>
        <w:t>hazrat ibrahim ka dawati mission akhirat se agah karne ka mission tha. chunancha haji maidan-e-arafat mein jama ho kar maidan-e-hashr ko yaad karta hai ta ke is sab se bari haqeeqat ki yaad ko woh apne zehn ka juz banaye aur is ke bare mein logon ko agah kare.</w:t>
      </w:r>
    </w:p>
    <w:p>
      <w:pPr>
        <w:jc w:val="right"/>
      </w:pPr>
      <w:r>
        <w:t>حضرت ابراہیم کا دعوتی مشن آخرت سے آگاہ کرنے کا مشن تھا۔ چنانچہ حاجی میدان عرفات میں جمع ہو کر میدان حشر کو یاد کرتا ہے تاکہ اس سب سے بڑی حقیقت کی یاد کو وہ اپنے ذہن کا جز بنائے اور اس کے بارے میں لوگوں کو آگاہ کرے۔</w:t>
      </w:r>
    </w:p>
    <w:p>
      <w:r>
        <w:rPr>
          <w:b/>
        </w:rPr>
        <w:t xml:space="preserve">[2:40:52] </w:t>
      </w:r>
      <w:r>
        <w:t>hazrat ibrahim ko jab jab un ke rab ne pukara woh foran hazir ho gaye. isi tarah haji uthte baithte aur hajj ke arkan ada karte hue bar bar kehta hai:</w:t>
      </w:r>
    </w:p>
    <w:p>
      <w:pPr>
        <w:jc w:val="right"/>
      </w:pPr>
      <w:r>
        <w:t>حضرت ابراہیم کو جب جب ان کے رب نے پکارا وہ فوراً حاضر ہوگئے۔ اسی طرح حاجی اٹھتے بیٹھتے اور حج کے ارکان ادا کرتے ہوئے بار بار کہتا ہے:</w:t>
      </w:r>
    </w:p>
    <w:p>
      <w:r>
        <w:rPr>
          <w:b/>
        </w:rPr>
        <w:t xml:space="preserve">[2:41:08] </w:t>
      </w:r>
      <w:r>
        <w:t>labbaik allahumma labbaik la sharika laka labbaik innal hamda wan nemata laka wal mulka la sharika lak</w:t>
      </w:r>
    </w:p>
    <w:p>
      <w:pPr>
        <w:jc w:val="right"/>
      </w:pPr>
      <w:r>
        <w:t>لبیک اللہم لبیک لا شریک لک لبیک ان الحمد والنعمت لک والملک لا شریک لک</w:t>
      </w:r>
    </w:p>
    <w:p>
      <w:r>
        <w:rPr>
          <w:b/>
        </w:rPr>
        <w:t xml:space="preserve">[2:41:21] </w:t>
      </w:r>
      <w:r>
        <w:t>yani main hazir hoon aye allah main hazir hoon tera koi sharik nahi main hazir hoon tareef aur nemmat tere hi liye hai aur iqtadar mein tera koi sharik nahi.</w:t>
      </w:r>
    </w:p>
    <w:p>
      <w:pPr>
        <w:jc w:val="right"/>
      </w:pPr>
      <w:r>
        <w:t>یعنی میں حاضر ہوں اے اللہ میں حاضر ہوں تیرا کوئی شریک نہیں میں حاضر ہوں تعریف اور نعمت تیرے ہی لیے ہے اور اقتدار میں تیرا کوئی شریک نہیں۔</w:t>
      </w:r>
    </w:p>
    <w:p>
      <w:r>
        <w:rPr>
          <w:b/>
        </w:rPr>
        <w:t xml:space="preserve">[2:41:40] </w:t>
      </w:r>
      <w:r>
        <w:t>is tarah haji ailan karta hai ke woh apne rab ki pukar par har waqt hazir hone ke liye tayyar hai.</w:t>
      </w:r>
    </w:p>
    <w:p>
      <w:pPr>
        <w:jc w:val="right"/>
      </w:pPr>
      <w:r>
        <w:t>اس طرح حاجی اعلان کرتا ہے کہ وہ اپنے رب کی پکار پر ہر وقت حاضر ہونے کے لیے تیار ہے۔</w:t>
      </w:r>
    </w:p>
    <w:p>
      <w:r>
        <w:rPr>
          <w:b/>
        </w:rPr>
        <w:t xml:space="preserve">[2:41:51] </w:t>
      </w:r>
      <w:r>
        <w:t>haqeeqat yeh hai ke baitullah dawat-e-islami ka markaz hai aur hajj islam ke da'iyon ka almi ijtima.</w:t>
      </w:r>
    </w:p>
    <w:p>
      <w:pPr>
        <w:jc w:val="right"/>
      </w:pPr>
      <w:r>
        <w:t>حقیقت یہ ہے کہ بیت اللہ دعوت اسلامی کا مرکز ہے اور حج اسلام کے داعیوں کا عالمی اجتماع۔</w:t>
      </w:r>
    </w:p>
    <w:p>
      <w:r>
        <w:rPr>
          <w:b/>
        </w:rPr>
        <w:t xml:space="preserve">[2:42:02] </w:t>
      </w:r>
      <w:r>
        <w:t>hajj ke mauqe par jo af'al kiye jate hain woh sab wohi hain jo hazrat ibrahim ki dawati zindagi ki yadgar hain.</w:t>
      </w:r>
    </w:p>
    <w:p>
      <w:pPr>
        <w:jc w:val="right"/>
      </w:pPr>
      <w:r>
        <w:t>حج کے موقع پر جو افعال کیے جاتے ہیں وہ سب وہی ہیں جو حضرت ابراہیم کی دعوتی زندگی کی یادگار ہیں۔</w:t>
      </w:r>
    </w:p>
    <w:p>
      <w:r>
        <w:rPr>
          <w:b/>
        </w:rPr>
        <w:t xml:space="preserve">[2:42:14] </w:t>
      </w:r>
      <w:r>
        <w:t>hajj ke manasik inhi waqeyat ka tamtheeli a'ada hain jo hazrat ibrahim ko apni dawati sargarmiyon ke darmiyan mukhtalif sooraton mein pesh aaye.</w:t>
      </w:r>
    </w:p>
    <w:p>
      <w:pPr>
        <w:jc w:val="right"/>
      </w:pPr>
      <w:r>
        <w:t>حج کے مناسک انہی واقعات کا تمثیلی اعادہ ہیں جو حضرت ابراہیم کو اپنی دعوتی سرگرمیوں کے درمیان مختلف صورتوں میں پیش آئے۔</w:t>
      </w:r>
    </w:p>
    <w:p>
      <w:r>
        <w:rPr>
          <w:b/>
        </w:rPr>
        <w:t xml:space="preserve">[2:42:30] </w:t>
      </w:r>
      <w:r>
        <w:t>haji bashaur-e-shi'ar ya'ni alamat inhi hajj ke dinon mein dohrata hai aur is tarah is baat ka azm karta hai ke woh isi tarah da'i ban kar rahega jis tarah hazrat ibrahim dunya mein khuda ke da'i ban kar rahe.</w:t>
      </w:r>
    </w:p>
    <w:p>
      <w:pPr>
        <w:jc w:val="right"/>
      </w:pPr>
      <w:r>
        <w:t>حاجی بطور شعار یعنی علامت انہی حج کے دنوں میں دہراتا ہے اور اس طرح اس بات کا عزم کرتا ہے کہ وہ اسی طرح داعی بن کر رہے گا جس طرح حضرت ابراہیم دنیا میں خدا کے داعی بن کر رہے۔</w:t>
      </w:r>
    </w:p>
    <w:p>
      <w:r>
        <w:rPr>
          <w:b/>
        </w:rPr>
        <w:t xml:space="preserve">[2:42:51] </w:t>
      </w:r>
      <w:r>
        <w:t>un mein se kuch dawati zindagi ke barah-e-rast marhale hain aur kuch bil-wasta marhale.</w:t>
      </w:r>
    </w:p>
    <w:p>
      <w:pPr>
        <w:jc w:val="right"/>
      </w:pPr>
      <w:r>
        <w:t>ان میں سے کچھ دعوتی زندگی کے براہ راست مرحلے ہیں اور کچھ بالواسطہ مرحلے۔</w:t>
      </w:r>
    </w:p>
    <w:p>
      <w:r>
        <w:rPr>
          <w:b/>
        </w:rPr>
        <w:t xml:space="preserve">[2:43:01] </w:t>
      </w:r>
      <w:r>
        <w:t>hazrat ibrahim ki zindagi batati hai ke hajj ke yeh marasim un ki dawati zindagi ka juz ya un ke dawati safar ke marhale the magar maujudah zaman ke musalmanon ke liye hajj aur ka'be ki ziyarat mahaz ek qism ki salana mazhabi rasam ban kar reh gayi hai.</w:t>
      </w:r>
    </w:p>
    <w:p>
      <w:pPr>
        <w:jc w:val="right"/>
      </w:pPr>
      <w:r>
        <w:t>حضرت ابراہیم کی زندگی بتاتی ہے کہ حج کے یہ مراسم ان کی دعوتی زندگی کا جز یا ان کے دعوتی سفر کے مراحل تھے مگر موجودہ زمانے کے مسلمانوں کے لیے حج اور کعبے کی زیارت محض ایک قسم کی سالانہ مذہبی رسم بن کر رہ گئی ہے۔</w:t>
      </w:r>
    </w:p>
    <w:p>
      <w:r>
        <w:rPr>
          <w:b/>
        </w:rPr>
        <w:t xml:space="preserve">[2:43:27] </w:t>
      </w:r>
      <w:r>
        <w:t>musalmanon mein agar dawati shor aur tablighi rooh zinda ho to hajj ka ijtima khud ba khud dawati ahmiyat ikhtiyar kar lega aur salana dawati conference ke hum ma'ni ban jayega</w:t>
      </w:r>
    </w:p>
    <w:p>
      <w:pPr>
        <w:jc w:val="right"/>
      </w:pPr>
      <w:r>
        <w:t>مسلمانوں میں اگر دعوتی شور اور تبلیغی روح زندہ ہو تو حج کا اجتماع خود بخود دعوتی اہمیت اختیار کر لے گا اور سالانہ دعوتی کانفرنس کے ہم معنی بن جائے گا</w:t>
      </w:r>
    </w:p>
    <w:p>
      <w:r>
        <w:rPr>
          <w:b/>
        </w:rPr>
        <w:t xml:space="preserve">[2:43:45] </w:t>
      </w:r>
      <w:r>
        <w:t>magar jab musalmanon mein dawati rooh khatm ho jaye to hajj isi tarah ek be-rooh amal ban kar reh jata hai jaisa ke woh us waqt musalmanon ke darmiyan bana hua hai.</w:t>
      </w:r>
    </w:p>
    <w:p>
      <w:pPr>
        <w:jc w:val="right"/>
      </w:pPr>
      <w:r>
        <w:t>مگر جب مسلمانوں میں دعوتی روح ختم ہو جائے تو حج اسی طرح ایک بے روح عمل بن کر رہ جاتا ہے جیسا کہ وہ اس وقت مسلمانوں کے درمیان بنا ہوا ہے۔</w:t>
      </w:r>
    </w:p>
    <w:p>
      <w:r>
        <w:rPr>
          <w:b/>
        </w:rPr>
        <w:t xml:space="preserve">[2:44:01] </w:t>
      </w:r>
      <w:r>
        <w:t>woh pathar ke shaitan par kankariyan phenkte hain magar zinda shaitan ko zair karne ke liye kuch nahi karte.</w:t>
      </w:r>
    </w:p>
    <w:p>
      <w:pPr>
        <w:jc w:val="right"/>
      </w:pPr>
      <w:r>
        <w:t>وہ پتھر کے شیطان پر کنکریاں پھینکتے ہیں مگر زندہ شیطان کو زیر کرنے کے لیے کچھ نہیں کرتے۔</w:t>
      </w:r>
    </w:p>
    <w:p>
      <w:r>
        <w:rPr>
          <w:b/>
        </w:rPr>
        <w:t xml:space="preserve">[2:44:14] </w:t>
      </w:r>
      <w:r>
        <w:t>woh alamati a'mal ko dohrate hain magar haqeeqi a'mal ki adaiygi ke liye un ke andar koi jazba nahi bhadakta.</w:t>
      </w:r>
    </w:p>
    <w:p>
      <w:pPr>
        <w:jc w:val="right"/>
      </w:pPr>
      <w:r>
        <w:t>وہ علامتی اعمال کو دہراتے ہیں مگر حقیقی اعمال کی ادائیگی کے لیے ان کے اندر کوئی جذبہ نہیں بھڑکتا۔</w:t>
      </w:r>
    </w:p>
    <w:p>
      <w:r>
        <w:rPr>
          <w:b/>
        </w:rPr>
        <w:t xml:space="preserve">[2:44:30] </w:t>
      </w:r>
      <w:r>
        <w:t>haj zariyae ittehad. kitab haqeeqat haj. maulana wahiduddin khan. safha number 64.</w:t>
      </w:r>
    </w:p>
    <w:p>
      <w:pPr>
        <w:jc w:val="right"/>
      </w:pPr>
      <w:r>
        <w:t>حج ذریعہ اتحاد۔ کتاب حقیقت حج۔ مولانا وحید الدین خان۔ صفحہ نمبر 64۔</w:t>
      </w:r>
    </w:p>
    <w:p>
      <w:r>
        <w:rPr>
          <w:b/>
        </w:rPr>
        <w:t xml:space="preserve">[2:44:42] </w:t>
      </w:r>
      <w:r>
        <w:t>maujooda zamane mein musalmanon ki sab se bari khusoosiyat un ka ikhtilaf o intashar hai. kya wajah hai ke haj jaisa nadir ejtimai idara un ke darmiyan poori tarah maujood hai</w:t>
      </w:r>
    </w:p>
    <w:p>
      <w:pPr>
        <w:jc w:val="right"/>
      </w:pPr>
      <w:r>
        <w:t>موجودہ زمانے میں مسلمانوں کی سب سے بڑی خصوصیت ان کا اختلاف و انتشار ہے۔ کیا وجہ ہے کہ حج جیسا نادر اجتماعی ادارہ ان کے درمیان پوری طرح موجود ہے</w:t>
      </w:r>
    </w:p>
    <w:p>
      <w:r>
        <w:rPr>
          <w:b/>
        </w:rPr>
        <w:t xml:space="preserve">[2:44:59] </w:t>
      </w:r>
      <w:r>
        <w:t>is ke bawajood un ke andar bahmi ittehad paida nahi hota halankeh haj apne salana almi ejtima ke sath sari dunya ke musalmanon ke liye ittehad ka aisa taqatwar zariya hona chahiye jis mein tamam ikhtilafat pighal kar reh jayen.</w:t>
      </w:r>
    </w:p>
    <w:p>
      <w:pPr>
        <w:jc w:val="right"/>
      </w:pPr>
      <w:r>
        <w:t>اس کے باوجود ان کے اندر باہمی اتحاد پیدا نہیں ہوتا حالانکہ حج اپنے سالانہ عالمی اجتماع کے ساتھ ساری دنیا کے مسلمانوں کے لیے اتحاد کا ایسا طاقتور ذریعہ ہونا چاہیے جس میں تمام اختلافات پگھل کر رہ جائیں۔</w:t>
      </w:r>
    </w:p>
    <w:p>
      <w:r>
        <w:rPr>
          <w:b/>
        </w:rPr>
        <w:t xml:space="preserve">[2:45:23] </w:t>
      </w:r>
      <w:r>
        <w:t>is ki wajah yeh hai ke haj maujooda halat mein sirf ek qism ka rawayti hujoom ban kar reh gaya hai na ke kisi azeem maqsad ke hamilon ka zinda ejtima.</w:t>
      </w:r>
    </w:p>
    <w:p>
      <w:pPr>
        <w:jc w:val="right"/>
      </w:pPr>
      <w:r>
        <w:t>اس کی وجہ یہ ہے کہ حج موجودہ حالت میں صرف ایک قسم کا روایتی ہجوم بن کر رہ گیا ہے نہ کہ کسی عظیم مقصد کے حاملین کا زندہ اجتماع۔</w:t>
      </w:r>
    </w:p>
    <w:p>
      <w:r>
        <w:rPr>
          <w:b/>
        </w:rPr>
        <w:t xml:space="preserve">[2:45:40] </w:t>
      </w:r>
      <w:r>
        <w:t>ittehad ke liye zaroori hai ke logon ke darmiyan koi aisa mushtarik maqsad maujood ho jo un ki tawajjuhath ko buland tar nasb ul ain ki taraf laga de.</w:t>
      </w:r>
    </w:p>
    <w:p>
      <w:pPr>
        <w:jc w:val="right"/>
      </w:pPr>
      <w:r>
        <w:t>اتحاد کے لیے ضروری ہے کہ لوگوں کے درمیان کوئی ایسا مشترک مقصد موجود ہو جو ان کی توجہات کو بلند تر نصب العین کی طرف لگا دے۔</w:t>
      </w:r>
    </w:p>
    <w:p>
      <w:r>
        <w:rPr>
          <w:b/>
        </w:rPr>
        <w:t xml:space="preserve">[2:45:54] </w:t>
      </w:r>
      <w:r>
        <w:t>agar aisa koi bara maqsad samne maujood na hoga to log choti choti baton mein ulajh kar reh jayenge aur bare bare ejtimahon ke bawajood mujtami aur muttahid na honge.</w:t>
      </w:r>
    </w:p>
    <w:p>
      <w:pPr>
        <w:jc w:val="right"/>
      </w:pPr>
      <w:r>
        <w:t>اگر ایسا کوئی بڑا مقصد سامنے موجود نہ ہوگا تو لوگ چھوٹی چھوٹی باتوں میں الجھ کر رہ جائیں گے اور بڑے بڑے اجتماعات کے باوجود مجتمع اور متحد نہ ہوں گے۔</w:t>
      </w:r>
    </w:p>
    <w:p>
      <w:r>
        <w:rPr>
          <w:b/>
        </w:rPr>
        <w:t xml:space="preserve">[2:46:12] </w:t>
      </w:r>
      <w:r>
        <w:t>dawat ummat e muslema ka yahi azeem maqsad hai.</w:t>
      </w:r>
    </w:p>
    <w:p>
      <w:pPr>
        <w:jc w:val="right"/>
      </w:pPr>
      <w:r>
        <w:t>دعوت امت مسلمہ کا یہی عظیم مقصد ہے۔</w:t>
      </w:r>
    </w:p>
    <w:p>
      <w:r>
        <w:rPr>
          <w:b/>
        </w:rPr>
        <w:t xml:space="preserve">[2:46:19] </w:t>
      </w:r>
      <w:r>
        <w:t>agar musalmanon ke andar daawti jazba ubhar aaye to achaanak poori ummat ek bare nishane ki taraf mutawajjah ho jayegi.</w:t>
      </w:r>
    </w:p>
    <w:p>
      <w:pPr>
        <w:jc w:val="right"/>
      </w:pPr>
      <w:r>
        <w:t>اگر مسلمانوں کے اندر دعوتی جذبہ ابھر آئے تو اچانک پوری امت ایک بڑے نشانے کی طرف متوجہ ہو جائے گی۔</w:t>
      </w:r>
    </w:p>
    <w:p>
      <w:r>
        <w:rPr>
          <w:b/>
        </w:rPr>
        <w:t xml:space="preserve">[2:46:31] </w:t>
      </w:r>
      <w:r>
        <w:t>is ke baad haj ka ejtima apne aap musalmanon ke darmiyan almi ittehad paida karne ka zariya ban jayega aur isi ke sath islam ki dawat ka almi markaz bhi.</w:t>
      </w:r>
    </w:p>
    <w:p>
      <w:pPr>
        <w:jc w:val="right"/>
      </w:pPr>
      <w:r>
        <w:t>اس کے بعد حج کا اجتماع اپنے آپ مسلمانوں کے درمیان عالمی اتحاد پیدا کرنے کا ذریعہ بن جائے گا اور اسی کے ساتھ اسلام کی دعوت کا عالمی مرکز بھی۔</w:t>
      </w:r>
    </w:p>
    <w:p>
      <w:r>
        <w:rPr>
          <w:b/>
        </w:rPr>
        <w:t xml:space="preserve">[2:46:53] </w:t>
      </w:r>
      <w:r>
        <w:t>haj ek zinda amal. kitab haqeeqat haj. maulana wahiduddin khan. safha number 65.</w:t>
      </w:r>
    </w:p>
    <w:p>
      <w:pPr>
        <w:jc w:val="right"/>
      </w:pPr>
      <w:r>
        <w:t>حج ایک زندہ عمل۔ کتاب حقیقت حج۔ مولانا وحید الدین خان۔ صفحہ نمبر 65۔</w:t>
      </w:r>
    </w:p>
    <w:p>
      <w:r>
        <w:rPr>
          <w:b/>
        </w:rPr>
        <w:t xml:space="preserve">[2:47:05] </w:t>
      </w:r>
      <w:r>
        <w:t>rasool ALLAH sallallahu alaihi wasallam ne san 10 hijri mein aakhri haj ada farmaya.</w:t>
      </w:r>
    </w:p>
    <w:p>
      <w:pPr>
        <w:jc w:val="right"/>
      </w:pPr>
      <w:r>
        <w:t>رسول اللہ صلی اللہ علیہ وسلم نے سن 10 ہجری میں آخری حج ادا فرمایا۔</w:t>
      </w:r>
    </w:p>
    <w:p>
      <w:r>
        <w:rPr>
          <w:b/>
        </w:rPr>
        <w:t xml:space="preserve">[2:47:14] </w:t>
      </w:r>
      <w:r>
        <w:t>is mauqe par ek lakh se zyada musalmanon ki maujoodgi mein aap ne no zilhajjah ko maidan e arafat mein ek mufassal khutba diya jo khutba hajjat ul wida ke naam se mashhoor hai.</w:t>
      </w:r>
    </w:p>
    <w:p>
      <w:pPr>
        <w:jc w:val="right"/>
      </w:pPr>
      <w:r>
        <w:t>اس موقع پر ایک لاکھ سے زیادہ مسلمانوں کی موجودگی میں آپ نے نو ذوالحجہ کو میدان عرفات میں ایک مفصل خطبہ دیا جو خطبہ حجۃ الوداع کے نام سے مشہور ہے۔</w:t>
      </w:r>
    </w:p>
    <w:p>
      <w:r>
        <w:rPr>
          <w:b/>
        </w:rPr>
        <w:t xml:space="preserve">[2:47:31] </w:t>
      </w:r>
      <w:r>
        <w:t>aap ke is haj ko hajjat ul balagh bhi kaha jata hai kyunke is mein aap ne islam ki tamam bunyadi taleemat ko ummat tak pahuncha kar is se is ka ahad liya tha.</w:t>
      </w:r>
    </w:p>
    <w:p>
      <w:pPr>
        <w:jc w:val="right"/>
      </w:pPr>
      <w:r>
        <w:t>آپ کے اس حج کو حجۃ البلاغ بھی کہا جاتا ہے کیونکہ اس میں آپ نے اسلام کی تمام بنیادی تعلیمات کو امت تک پہنچا کر اس سے اس کا عہد لیا تھا۔</w:t>
      </w:r>
    </w:p>
    <w:p>
      <w:r>
        <w:rPr>
          <w:b/>
        </w:rPr>
        <w:t xml:space="preserve">[2:47:49] </w:t>
      </w:r>
      <w:r>
        <w:t>chunancha khutbe ke aakhir mein yeh alfaaz aate hain:</w:t>
      </w:r>
    </w:p>
    <w:p>
      <w:pPr>
        <w:jc w:val="right"/>
      </w:pPr>
      <w:r>
        <w:t>چنانچہ خطبے کے آخر میں یہ الفاظ آتے ہیں:</w:t>
      </w:r>
    </w:p>
    <w:p>
      <w:r>
        <w:rPr>
          <w:b/>
        </w:rPr>
        <w:t xml:space="preserve">[2:47:54] </w:t>
      </w:r>
      <w:r>
        <w:t>ali flyblgh shahid alghab</w:t>
      </w:r>
    </w:p>
    <w:p>
      <w:pPr>
        <w:jc w:val="right"/>
      </w:pPr>
      <w:r>
        <w:t>علی فلیبلغ شاہد الغائب</w:t>
      </w:r>
    </w:p>
    <w:p>
      <w:r>
        <w:rPr>
          <w:b/>
        </w:rPr>
        <w:t xml:space="preserve">[2:47:58] </w:t>
      </w:r>
      <w:r>
        <w:t>frb mblgh awam samyeen</w:t>
      </w:r>
    </w:p>
    <w:p>
      <w:pPr>
        <w:jc w:val="right"/>
      </w:pPr>
      <w:r>
        <w:t>فرب مبلغ اوعام سامعین</w:t>
      </w:r>
    </w:p>
    <w:p>
      <w:r>
        <w:rPr>
          <w:b/>
        </w:rPr>
        <w:t xml:space="preserve">[2:48:02] </w:t>
      </w:r>
      <w:r>
        <w:t>w antm tslwn an mada antm qlwn qlw nshhd ank qd adyt alamant wblght alrsalt wnsht</w:t>
      </w:r>
    </w:p>
    <w:p>
      <w:pPr>
        <w:jc w:val="right"/>
      </w:pPr>
      <w:r>
        <w:t>وانتم تسعلون عنی ماذا انتم قائلون قالوا نشہد انک قد ادیت الامانۃ وبلغت الرسالۃ ونسحت</w:t>
      </w:r>
    </w:p>
    <w:p>
      <w:r>
        <w:rPr>
          <w:b/>
        </w:rPr>
        <w:t xml:space="preserve">[2:48:15] </w:t>
      </w:r>
      <w:r>
        <w:t>fql rsul allh slly allh alyh wslm</w:t>
      </w:r>
    </w:p>
    <w:p>
      <w:pPr>
        <w:jc w:val="right"/>
      </w:pPr>
      <w:r>
        <w:t>فقال رسول اللہ صلی اللہ علیہ وسلم</w:t>
      </w:r>
    </w:p>
    <w:p>
      <w:r>
        <w:rPr>
          <w:b/>
        </w:rPr>
        <w:t xml:space="preserve">[2:48:19] </w:t>
      </w:r>
      <w:r>
        <w:t>basbgh sbhyrfh smm</w:t>
      </w:r>
    </w:p>
    <w:p>
      <w:pPr>
        <w:jc w:val="right"/>
      </w:pPr>
      <w:r>
        <w:t>باصبعہ سبابہیرفعہ السماء</w:t>
      </w:r>
    </w:p>
    <w:p>
      <w:r>
        <w:rPr>
          <w:b/>
        </w:rPr>
        <w:t xml:space="preserve">[2:48:26] </w:t>
      </w:r>
      <w:r>
        <w:t>wnykt h alns wnykt h alns</w:t>
      </w:r>
    </w:p>
    <w:p>
      <w:pPr>
        <w:jc w:val="right"/>
      </w:pPr>
      <w:r>
        <w:t>وینکتہ الناس وینکتہ الناس</w:t>
      </w:r>
    </w:p>
    <w:p>
      <w:r>
        <w:rPr>
          <w:b/>
        </w:rPr>
        <w:t xml:space="preserve">[2:48:33] </w:t>
      </w:r>
      <w:r>
        <w:t>ALLAHUMMA ISH HAD ALLAHUMMA ISH HAD khabardar jo maujood hain woh meri baat ko ghair maujood tak pahuncha de kyunke pahunchaye jaane wale aksar sunne walon se zyada mehfooz rakhne wale hote hain aur tum se mere bare mein poocha jayega phir tum kya jawab doge</w:t>
      </w:r>
    </w:p>
    <w:p>
      <w:pPr>
        <w:jc w:val="right"/>
      </w:pPr>
      <w:r>
        <w:t>اللہم اشھد اللہم اشھد خبردار جو موجود ہیں وہ میری بات کو غیر موجود تک پہنچا دے کیونکہ پہنچائے جانے والے اکثر سننے والوں سے زیادہ محفوظ رکھنے والے ہوتے ہیں اور تم سے میرے بارے میں پوچھا جائے گا پھر تم کیا جواب دو گے</w:t>
      </w:r>
    </w:p>
    <w:p>
      <w:r>
        <w:rPr>
          <w:b/>
        </w:rPr>
        <w:t xml:space="preserve">[2:48:59] </w:t>
      </w:r>
      <w:r>
        <w:t>logon ne kaha hum gawahi dete hain ke aap ne amanat ada kar di</w:t>
      </w:r>
    </w:p>
    <w:p>
      <w:pPr>
        <w:jc w:val="right"/>
      </w:pPr>
      <w:r>
        <w:t>لوگوں نے کہا ہم گواہی دیتے ہیں کہ آپ نے امانت ادا کر دی</w:t>
      </w:r>
    </w:p>
    <w:p>
      <w:r>
        <w:rPr>
          <w:b/>
        </w:rPr>
        <w:t xml:space="preserve">[2:49:06] </w:t>
      </w:r>
      <w:r>
        <w:t>aur paigham pohncha diya aur khair khwahi ka haq ada kar diya</w:t>
      </w:r>
    </w:p>
    <w:p>
      <w:pPr>
        <w:jc w:val="right"/>
      </w:pPr>
      <w:r>
        <w:t>اور پیغام پہنچا دیا اور خیر خواہی کا حق ادا کر دیا</w:t>
      </w:r>
    </w:p>
    <w:p>
      <w:r>
        <w:rPr>
          <w:b/>
        </w:rPr>
        <w:t xml:space="preserve">[2:49:12] </w:t>
      </w:r>
      <w:r>
        <w:t>rasool Allah sallay Allah alayhi wasallam ne apni ungli asman ki taraf uthai</w:t>
      </w:r>
    </w:p>
    <w:p>
      <w:pPr>
        <w:jc w:val="right"/>
      </w:pPr>
      <w:r>
        <w:t>رسول اللہ صلی اللہ علیہ وسلم نے اپنی انگلی اسمان کی طرف اٹھائی</w:t>
      </w:r>
    </w:p>
    <w:p>
      <w:r>
        <w:rPr>
          <w:b/>
        </w:rPr>
        <w:t xml:space="preserve">[2:49:19] </w:t>
      </w:r>
      <w:r>
        <w:t>aur phir logon ki taraf ishara karte hue kaha aye Allah tu gawah reh aye Allah tu gawah</w:t>
      </w:r>
    </w:p>
    <w:p>
      <w:pPr>
        <w:jc w:val="right"/>
      </w:pPr>
      <w:r>
        <w:t>اور پھر لوگوں کی طرف اشارہ کرتے ہوئے کہا اے اللہ تو گواہ رہ اے اللہ تو گواہ</w:t>
      </w:r>
    </w:p>
    <w:p>
      <w:r>
        <w:rPr>
          <w:b/>
        </w:rPr>
        <w:t xml:space="preserve">[2:49:26] </w:t>
      </w:r>
      <w:r>
        <w:t>reh</w:t>
      </w:r>
    </w:p>
    <w:p>
      <w:pPr>
        <w:jc w:val="right"/>
      </w:pPr>
      <w:r>
        <w:t>رہ</w:t>
      </w:r>
    </w:p>
    <w:p>
      <w:r>
        <w:rPr>
          <w:b/>
        </w:rPr>
        <w:t xml:space="preserve">[2:49:29] </w:t>
      </w:r>
      <w:r>
        <w:t>is waqe ke do mahine baad rasool ALLAH sallallahu alaihi wasallam ki wafat ho gayi us waqt tak islam amal an arab ke mulk tak phaila tha aap ki wafat ke baad aap ke ashab arab se bahar nikle unhon ne tableegh e islam ko apna mission bana liya</w:t>
      </w:r>
    </w:p>
    <w:p>
      <w:pPr>
        <w:jc w:val="right"/>
      </w:pPr>
      <w:r>
        <w:t>اس واقعے کے دو مہینے بعد رسول اللہ صلی اللہ علیہ وسلم کی وفات ہوگئی اس وقت تک اسلام عملاً عرب کے ملک تک پھیلا تھا آپ کی وفات کے بعد آپ کے اصحاب عرب سے باہر نکلے انہوں نے تبلیغ اسلام کو اپنا مشن بنا لیا</w:t>
      </w:r>
    </w:p>
    <w:p>
      <w:r>
        <w:rPr>
          <w:b/>
        </w:rPr>
        <w:t xml:space="preserve">[2:49:55] </w:t>
      </w:r>
      <w:r>
        <w:t>unhon ne apni poori zindagi aur sara asasa deen ki ishaat ki rah mein laga diya is ka nateeja yeh hua ke aap ki wafat ke pachas saal ke andar islam qadeem abad dunya ke bare hisse mein phail gaya</w:t>
      </w:r>
    </w:p>
    <w:p>
      <w:pPr>
        <w:jc w:val="right"/>
      </w:pPr>
      <w:r>
        <w:t>انہوں نے اپنی پوری زندگی اور سارا اثاثہ دین کی اشاعت کی راہ میں لگا دیا اس کا نتیجہ یہ ہوا کہ آپ کی وفات کے پچاس سال کے اندر اسلام قدیم اباد دنیا کے بڑے حصے میں پھیل گیا</w:t>
      </w:r>
    </w:p>
    <w:p>
      <w:r>
        <w:rPr>
          <w:b/>
        </w:rPr>
        <w:t xml:space="preserve">[2:50:17] </w:t>
      </w:r>
      <w:r>
        <w:t>ab bhi haj baqayda ada kiya jata hai aur hajjat ul balagh se zyada bare majme ko khitab karte hue imam haj har saal isi qism ki baatein dohrata hai jo paighambar e islam ne chaudah so saal pehle kahi theen magar aaj in baaton ka koi nateeja baramad nahi hota is farq ki wajah kya hai</w:t>
      </w:r>
    </w:p>
    <w:p>
      <w:pPr>
        <w:jc w:val="right"/>
      </w:pPr>
      <w:r>
        <w:t>اب بھی حج باقاعدہ ادا کیا جاتا ہے اور حجۃ البلاغ سے زیادہ بڑے مجمعے کو خطاب کرتے ہوئے امام حج ہر سال اسی قسم کی باتیں دہراتا ہے جو پیغمبر اسلام نے چودہ سو سال پہلے کہی تھیں مگر اج ان باتوں کا کوئی نتیجہ برامد نہیں ہوتا اس فرق کی وجہ کیا ہے</w:t>
      </w:r>
    </w:p>
    <w:p>
      <w:r>
        <w:rPr>
          <w:b/>
        </w:rPr>
        <w:t xml:space="preserve">[2:50:47] </w:t>
      </w:r>
      <w:r>
        <w:t>is ki wajah yeh hai ke pehle haj ek zinda amal tha aaj woh ek rawayti amal ban gaya hai paighambar e islam ne haj ke mauqe par jin logon ko khitab kiya tha woh isi irada aur azm ke sath wahan jama hue the ke un ko jo hidayat di jaye us ko unhein poora karna hai</w:t>
      </w:r>
    </w:p>
    <w:p>
      <w:pPr>
        <w:jc w:val="right"/>
      </w:pPr>
      <w:r>
        <w:t>اس کی وجہ یہ ہے کہ پہلے حج ایک زندہ عمل تھا اج وہ ایک روایتی عمل بن گیا ہے پیغمبر اسلام نے حج کے موقع پر جن لوگوں کو خطاب کیا تھا وہ اسی ارادہ اور عزم کے ساتھ وہاں جمع ہوئے تھے کہ ان کو جو ہدایت دی جائے اس کو انہیں پورا کرنا ہے</w:t>
      </w:r>
    </w:p>
    <w:p>
      <w:r>
        <w:rPr>
          <w:b/>
        </w:rPr>
        <w:t xml:space="preserve">[2:51:14] </w:t>
      </w:r>
      <w:r>
        <w:t>is ke bar aks aaj hajiyon ki bheed makka aur madina sirf is liye jati hai ke woh haj ke naam par kuch rasoom ada kar ke wapas aa jaye aur jis hal mein pehle thi usi hal mein dobara rehne lage</w:t>
      </w:r>
    </w:p>
    <w:p>
      <w:pPr>
        <w:jc w:val="right"/>
      </w:pPr>
      <w:r>
        <w:t>اس کے برعکس اج حاجیوں کی بھیڑ مکہ اور مدینہ صرف اس لیے جاتی ہے کہ وہ حج کے نام پر کچھ رسوم ادا کر کے واپس آ جائے اور جس حال میں پہلے تھی اسی حال میں دوبارہ رہنے لگے</w:t>
      </w:r>
    </w:p>
    <w:p>
      <w:r>
        <w:rPr>
          <w:b/>
        </w:rPr>
        <w:t xml:space="preserve">[2:51:35] </w:t>
      </w:r>
      <w:r>
        <w:t>is se maloom hua ke haj ko ek moassar amal ki hesiyat se zinda karne ka kaam sab se pehle hajiyon ko zinda karne ka kaam hai jab tak hajiyon balfaz de deegar musalmanon mein shaoor bedar na kiya jaye haj ki ibadat isi tarah be asar rahegi</w:t>
      </w:r>
    </w:p>
    <w:p>
      <w:pPr>
        <w:jc w:val="right"/>
      </w:pPr>
      <w:r>
        <w:t>اس سے معلوم ہوا کہ حج کو ایک موثر عمل کی حیثیت سے زندہ کرنے کا کام سب سے پہلے حاجیوں کو زندہ کرنے کا کام ہے جب تک حاجیوں بالفاظ دیگر مسلمانوں میں شعور بیدار نہ کیا جائے حج کی عبادت اسی طرح بے اثر رہے گی</w:t>
      </w:r>
    </w:p>
    <w:p>
      <w:r>
        <w:rPr>
          <w:b/>
        </w:rPr>
        <w:t xml:space="preserve">[2:51:59] </w:t>
      </w:r>
      <w:r>
        <w:t>jaise ek ghair salih bandookh jis ki lablabi dabai jaye magar us ke bawajood woh fire na kare</w:t>
      </w:r>
    </w:p>
    <w:p>
      <w:pPr>
        <w:jc w:val="right"/>
      </w:pPr>
      <w:r>
        <w:t>جیسے ایک غیر صالح بندوخ جس کی لبلبی دبائی جائے مگر اس کے باوجود وہ فائر نہ کرے</w:t>
      </w:r>
    </w:p>
    <w:p>
      <w:r>
        <w:rPr>
          <w:b/>
        </w:rPr>
        <w:t xml:space="preserve">[2:52:15] </w:t>
      </w:r>
      <w:r>
        <w:t>haj ki tanzeem nau kitab haqeeqat haj. maulana wahiduddin khan. safha number 66.</w:t>
      </w:r>
    </w:p>
    <w:p>
      <w:pPr>
        <w:jc w:val="right"/>
      </w:pPr>
      <w:r>
        <w:t>حج کی تنظیم نو کتاب حقیقت حج۔ مولانا وحید الدین خان۔ صفحہ نمبر 66۔</w:t>
      </w:r>
    </w:p>
    <w:p>
      <w:r>
        <w:rPr>
          <w:b/>
        </w:rPr>
        <w:t xml:space="preserve">[2:52:27] </w:t>
      </w:r>
      <w:r>
        <w:t>haj ko dobara is ki asal rooh ke sath zinda karna yeh hai ke is ko da'oti idaray ki hesiyat se zinda kiya jae.</w:t>
      </w:r>
    </w:p>
    <w:p>
      <w:pPr>
        <w:jc w:val="right"/>
      </w:pPr>
      <w:r>
        <w:t>حج کو دوبارہ اس کی اصل روح کے ساتھ زندہ کرنا یہ ہے کہ اس کو دعوتی ادارے کی حیثیت سے زندہ کیا جائے۔</w:t>
      </w:r>
    </w:p>
    <w:p>
      <w:r>
        <w:rPr>
          <w:b/>
        </w:rPr>
        <w:t xml:space="preserve">[2:52:38] </w:t>
      </w:r>
      <w:r>
        <w:t>haj ko dawat-e-islami ki almi mansooba bandi ka markaz bana diya jae. Is bain-ul-aqwami moqa par har mulk ke log apne mulk ke da'oti halaat pesh karen.</w:t>
      </w:r>
    </w:p>
    <w:p>
      <w:pPr>
        <w:jc w:val="right"/>
      </w:pPr>
      <w:r>
        <w:t>حج کو دعوت اسلامی کی عالمی منصوبہ بندی کا مرکز بنا دیا جائے۔ اس بین الاقوامی موقع پر ہر ملک کے لوگ اپنے ملک کے دعوتی حالات پیش کریں۔</w:t>
      </w:r>
    </w:p>
    <w:p>
      <w:r>
        <w:rPr>
          <w:b/>
        </w:rPr>
        <w:t xml:space="preserve">[2:52:54] </w:t>
      </w:r>
      <w:r>
        <w:t>ek jagah ke log doosri jagah ke tajrubaat ko janen aur is se faida uthaen. Haj ke khutbat mein dawat ki ahmiyat aur is ke jadeed moqa ki wazahat ki jae.</w:t>
      </w:r>
    </w:p>
    <w:p>
      <w:pPr>
        <w:jc w:val="right"/>
      </w:pPr>
      <w:r>
        <w:t>ایک جگہ کے لوگ دوسری جگہ کے تجربات کو جانیں اور اس سے فائدہ اٹھائیں۔ حج کے خطبات میں دعوت کی اہمیت اور اس کے جدید مواقع کی وضاحت کی جائے۔</w:t>
      </w:r>
    </w:p>
    <w:p>
      <w:r>
        <w:rPr>
          <w:b/>
        </w:rPr>
        <w:t xml:space="preserve">[2:53:12] </w:t>
      </w:r>
      <w:r>
        <w:t>haj ke idaray ke tehat mukhtalif zabanon mein mo'asar da'oti literature tayar karne ka intezam kiya jae aur is ko almi satah par phailaya jae waghera.</w:t>
      </w:r>
    </w:p>
    <w:p>
      <w:pPr>
        <w:jc w:val="right"/>
      </w:pPr>
      <w:r>
        <w:t>حج کے ادارے کے تحت مختلف زبانوں میں موثر دعوتی لٹریچر تیار کرنے کا انتظام کیا جائے اور اس کو عالمی سطح پر پھیلایا جائے وغیرہ۔</w:t>
      </w:r>
    </w:p>
    <w:p>
      <w:r>
        <w:rPr>
          <w:b/>
        </w:rPr>
        <w:t xml:space="preserve">[2:53:28] </w:t>
      </w:r>
      <w:r>
        <w:t>tahum yeh bhi achi tarah jan lena chahiye ke haj ki nai rukh bandi khud musalmanon ki zindagi ki nai rukh bandi ke baghair nahi ho sakti.</w:t>
      </w:r>
    </w:p>
    <w:p>
      <w:pPr>
        <w:jc w:val="right"/>
      </w:pPr>
      <w:r>
        <w:t>تاہم یہ بھی اچھی طرح جان لینا چاہیے کہ حج کی نئی رخ بندی خود مسلمانوں کی زندگی کی نئی رخ بندی کے بغیر نہیں ہو سکتی۔</w:t>
      </w:r>
    </w:p>
    <w:p>
      <w:r>
        <w:rPr>
          <w:b/>
        </w:rPr>
        <w:t xml:space="preserve">[2:53:42] </w:t>
      </w:r>
      <w:r>
        <w:t>musalmanon ki asal zimmedari shahadat 'al-al-nas hai. Un ke aur doosri qaumon ke darmiyan da'i aur mad'u ka rishta hai magar musalman maujooda zaman mein is haqiqat ko bilkul bhool gaye hain.</w:t>
      </w:r>
    </w:p>
    <w:p>
      <w:pPr>
        <w:jc w:val="right"/>
      </w:pPr>
      <w:r>
        <w:t>مسلمانوں کی اصل ذمہ داری شہادت علی الناس ہے۔ ان کے اور دوسری قوموں کے درمیان داعی اور مدعو کا رشتہ ہے مگر مسلمان موجودہ زمانے میں اس حقیقت کو بالکل بھول گئے ہیں۔</w:t>
      </w:r>
    </w:p>
    <w:p>
      <w:r>
        <w:rPr>
          <w:b/>
        </w:rPr>
        <w:t xml:space="preserve">[2:54:03] </w:t>
      </w:r>
      <w:r>
        <w:t>unhon ne sari dunya mein ghair muslim qaumon ko apna madi hareef aur qaumi fareeq bana rakha hai. Haj ko da'oti idaray ki hesiyat se zinda karne ke liye sab se pehle musalmanon ko da'oti giroh ki hesiyat se zinda karna hoga.</w:t>
      </w:r>
    </w:p>
    <w:p>
      <w:pPr>
        <w:jc w:val="right"/>
      </w:pPr>
      <w:r>
        <w:t>انہوں نے ساری دنیا میں غیر مسلم اقوام کو اپنا مادی حریف اور قومی فریق بنا رکھا ہے۔ حج کو دعوتی ادارے کی حیثیت سے زندہ کرنے کے لیے سب سے پہلے مسلمانوں کو دعوتی گروہ کی حیثیت سے زندہ کرنا ہوگا۔</w:t>
      </w:r>
    </w:p>
    <w:p>
      <w:r>
        <w:rPr>
          <w:b/>
        </w:rPr>
        <w:t xml:space="preserve">[2:54:27] </w:t>
      </w:r>
      <w:r>
        <w:t>musalmanon ko is ke liye amada karna hoga ke dunya bhar mein woh apni un qaumi sargarmiyon ko khatam kar den jo un ke aur doosri qaumon ke darmiyan da'i aur mad'u ki fiza paida nahi hone detin.</w:t>
      </w:r>
    </w:p>
    <w:p>
      <w:pPr>
        <w:jc w:val="right"/>
      </w:pPr>
      <w:r>
        <w:t>مسلمانوں کو اس کے لیے امادہ کرنا ہوگا کہ دنیا بھر میں وہ اپنی ان قومی سرگرمیوں کو ختم کر دیں جو ان کے اور دوسری قوموں کے درمیان داعی اور مدعو کی فضا پیدا نہیں ہونے دیتیں۔</w:t>
      </w:r>
    </w:p>
    <w:p>
      <w:r>
        <w:rPr>
          <w:b/>
        </w:rPr>
        <w:t xml:space="preserve">[2:54:46] </w:t>
      </w:r>
      <w:r>
        <w:t>agar aap ke aur doosri qaumon ke darmiyan mo'tadil fiza na ho to aap kis ko tabligh karenge</w:t>
      </w:r>
    </w:p>
    <w:p>
      <w:pPr>
        <w:jc w:val="right"/>
      </w:pPr>
      <w:r>
        <w:t>اگر آپ کے اور دوسری قوموں کے درمیان معتدل فضا نہ ہو تو آپ کس کو تبلیغ کریں گے</w:t>
      </w:r>
    </w:p>
    <w:p>
      <w:r>
        <w:rPr>
          <w:b/>
        </w:rPr>
        <w:t xml:space="preserve">[2:54:55] </w:t>
      </w:r>
      <w:r>
        <w:t>aur kaun aap ki tabligh ko sune ga phir is maqsad ke liye zaroorat hai ke aala darje ki tablighi universityan qaim ki jaen jin ka nisaab aur nizam kamil taur par dawat rakhi ho.</w:t>
      </w:r>
    </w:p>
    <w:p>
      <w:pPr>
        <w:jc w:val="right"/>
      </w:pPr>
      <w:r>
        <w:t>اور کون آپ کی تبلیغ کو سنے گا پھر اس مقصد کے لیے ضرورت ہے کہ اعلیٰ درجے کی تبلیغی یونیورسٹیاں قائم کی جائیں جن کا نصاب اور نظام کامل طور پر دعوت رخی ہو۔</w:t>
      </w:r>
    </w:p>
    <w:p>
      <w:r>
        <w:rPr>
          <w:b/>
        </w:rPr>
        <w:t xml:space="preserve">[2:55:14] </w:t>
      </w:r>
      <w:r>
        <w:t>aisa idaray qaim kiye jaen jahan logon ki tarbiyat da'iyana andaaz se ki jae.</w:t>
      </w:r>
    </w:p>
    <w:p>
      <w:pPr>
        <w:jc w:val="right"/>
      </w:pPr>
      <w:r>
        <w:t>ایسے ادارے قائم کیے جائیں جہاں لوگوں کی تربیت داعیانہ انداز سے کی جائے۔</w:t>
      </w:r>
    </w:p>
    <w:p>
      <w:r>
        <w:rPr>
          <w:b/>
        </w:rPr>
        <w:t xml:space="preserve">[2:55:24] </w:t>
      </w:r>
      <w:r>
        <w:t>aisa literature tayar kiya jae jo ek taraf logon ke andar da'oti zehn banaye aur doosri taraf un ko da'oti maloomat se musallah kare hatta ke is ke liye zaroorat hai ke Islam ka jadeed buniyadi literature dobara tayar kiya jae</w:t>
      </w:r>
    </w:p>
    <w:p>
      <w:pPr>
        <w:jc w:val="right"/>
      </w:pPr>
      <w:r>
        <w:t>ایسا لٹریچر تیار کیا جائے جو ایک طرف لوگوں کے اندر دعوتی ذہن بنائے اور دوسری طرف ان کو دعوتی معلومات سے مسلح کرے حتی کہ اس کے لیے ضرورت ہے کہ اسلام کا جدید بنیادی لٹریچر دوبارہ تیار کیا جائے</w:t>
      </w:r>
    </w:p>
    <w:p>
      <w:r>
        <w:rPr>
          <w:b/>
        </w:rPr>
        <w:t xml:space="preserve">[2:55:46] </w:t>
      </w:r>
      <w:r>
        <w:t>kyun ke maujooda zaman mein tafsir-e-quran aur sirat-e-rasool par jo kitaben tayar huin woh ziyada tar rad-e-amal ki nafsiyat ke tehat likhi gayin woh ghair qaumon ke fikri aur amli hamlon ke jawab ke taur par wajood mein aayin na ke dawat-e-Islam ki misbat wazahat ke liye</w:t>
      </w:r>
    </w:p>
    <w:p>
      <w:pPr>
        <w:jc w:val="right"/>
      </w:pPr>
      <w:r>
        <w:t>کیونکہ موجودہ زمانے میں تفسیر قرآن اور سیرت رسول پر جو کتابیں تیار ہوئیں وہ زیادہ تر ردعمل کی نفسیات کے تحت لکھی گئی وہ غیر قوموں کے فکری اور عملی حملوں کے جواب کے طور پر وجود میں آئیں نہ کہ دعوت اسلام کی مثبت وضاحت کے لیے</w:t>
      </w:r>
    </w:p>
    <w:p>
      <w:r>
        <w:rPr>
          <w:b/>
        </w:rPr>
        <w:t xml:space="preserve">[2:56:12] </w:t>
      </w:r>
      <w:r>
        <w:t>ab se choda sau saal pehle makki daur mein chale jaiye to aap dekhenge ke Islam ka peghambar tanha ka'abe ka tawaf kar raha hai is waqt Islam ek fi dunya ki tadad ki hesiyat rakhta tha</w:t>
      </w:r>
    </w:p>
    <w:p>
      <w:pPr>
        <w:jc w:val="right"/>
      </w:pPr>
      <w:r>
        <w:t>اب سے چودہ سو سال پہلے مکی دور میں چلے جائیے تو آپ دیکھیں گے کہ اسلام کا پیغمبر تنہا کعبے کا طواف کر رہا ہے اس وقت اسلام ایک فی دنیا کی تعداد کی حیثیت رکھتا تھا</w:t>
      </w:r>
    </w:p>
    <w:p>
      <w:r>
        <w:rPr>
          <w:b/>
        </w:rPr>
        <w:t xml:space="preserve">[2:56:31] </w:t>
      </w:r>
      <w:r>
        <w:t>magar aaj har din kasrat se log kabe ka tawaf karte hue nazar aate hain aur haj ke</w:t>
      </w:r>
    </w:p>
    <w:p>
      <w:pPr>
        <w:jc w:val="right"/>
      </w:pPr>
      <w:r>
        <w:t>مگر اج ہر دن کثرت سے لوگ کعبے کا طواف کرتے ہوئے نظر آتے ہیں اور حج کے</w:t>
      </w:r>
    </w:p>
    <w:p>
      <w:r>
        <w:rPr>
          <w:b/>
        </w:rPr>
        <w:t xml:space="preserve">[2:56:38] </w:t>
      </w:r>
      <w:r>
        <w:t>zamane mein sari dunya ke lakhon insan</w:t>
      </w:r>
    </w:p>
    <w:p>
      <w:pPr>
        <w:jc w:val="right"/>
      </w:pPr>
      <w:r>
        <w:t>زمانے میں ساری دنیا کے لاکھوں انسان</w:t>
      </w:r>
    </w:p>
    <w:p>
      <w:r>
        <w:rPr>
          <w:b/>
        </w:rPr>
        <w:t xml:space="preserve">[2:56:43] </w:t>
      </w:r>
      <w:r>
        <w:t>is tarah hujoom kar ke makka aate hain ke masjid haram ki musalsal tausee ke bawajood</w:t>
      </w:r>
    </w:p>
    <w:p>
      <w:pPr>
        <w:jc w:val="right"/>
      </w:pPr>
      <w:r>
        <w:t>اس طرح ہجوم کر کے مکہ آتے ہیں کہ مسجد حرام کی مسلسل توسیع کے باوجود</w:t>
      </w:r>
    </w:p>
    <w:p>
      <w:r>
        <w:rPr>
          <w:b/>
        </w:rPr>
        <w:t xml:space="preserve">[2:56:51] </w:t>
      </w:r>
      <w:r>
        <w:t>har saal is ki imarat nakafi hoti hui nazar aati hai</w:t>
      </w:r>
    </w:p>
    <w:p>
      <w:pPr>
        <w:jc w:val="right"/>
      </w:pPr>
      <w:r>
        <w:t>ہر سال اس کی عمارت ناکافی ہوتی ہوئی نظر آتی ہے</w:t>
      </w:r>
    </w:p>
    <w:p>
      <w:r>
        <w:rPr>
          <w:b/>
        </w:rPr>
        <w:t xml:space="preserve">[2:56:58] </w:t>
      </w:r>
      <w:r>
        <w:t>tadad ki yeh kasrat kaise mumkin hui</w:t>
      </w:r>
    </w:p>
    <w:p>
      <w:pPr>
        <w:jc w:val="right"/>
      </w:pPr>
      <w:r>
        <w:t>تعداد کی یہ کثرت کیسے ممکن ہوئی</w:t>
      </w:r>
    </w:p>
    <w:p>
      <w:r>
        <w:rPr>
          <w:b/>
        </w:rPr>
        <w:t xml:space="preserve">[2:57:02] </w:t>
      </w:r>
      <w:r>
        <w:t>jawab yeh hai ke dawat ke zariye haqiqat yeh hai ke haj ka almi ijtima Islam ki da'oti quwwat ka ek salana muzahira hai woh batata hai ke Islam ki da'oti quwwat hi mein Allah taala ne is ki tamam taraqqiyon ka raaz chhupa diya hai</w:t>
      </w:r>
    </w:p>
    <w:p>
      <w:pPr>
        <w:jc w:val="right"/>
      </w:pPr>
      <w:r>
        <w:t>جواب یہ ہے کہ دعوت کے ذریعے حقیقت یہ ہے کہ حج کا عالمی اجتماع اسلام کی دعوتی قوت کا ایک سالانہ مظاہرہ ہے وہ بتاتا ہے کہ اسلام کی دعوتی قوت ہی میں اللہ تعالی نے اس کی تمام ترقیوں کا راز چھپا دیا ہے</w:t>
      </w:r>
    </w:p>
    <w:p>
      <w:r>
        <w:rPr>
          <w:b/>
        </w:rPr>
        <w:t xml:space="preserve">[2:57:26] </w:t>
      </w:r>
      <w:r>
        <w:t>isi mein ahl-e-Islam ki duniyawi nijat bhi hai aur isi mein un ki akhrawi nijat bhi tareekh batati hai ke Islam ki quwwat hamesha dawat rahi hai</w:t>
      </w:r>
    </w:p>
    <w:p>
      <w:pPr>
        <w:jc w:val="right"/>
      </w:pPr>
      <w:r>
        <w:t>اسی میں اہل اسلام کی دنیاوی نجات بھی ہے اور اسی میں ان کی اخروی نجات بھی تاریخ بتاتی ہے کہ اسلام کی قوت ہمیشہ دعوت رہی ہے</w:t>
      </w:r>
    </w:p>
    <w:p>
      <w:r>
        <w:rPr>
          <w:b/>
        </w:rPr>
        <w:t xml:space="preserve">[2:57:40] </w:t>
      </w:r>
      <w:r>
        <w:t>ibtedai daur mein Islam agarche makke ke awam ko mutasir na kar saka magar woh sare qeemti afraad</w:t>
      </w:r>
    </w:p>
    <w:p>
      <w:pPr>
        <w:jc w:val="right"/>
      </w:pPr>
      <w:r>
        <w:t>ابتدائی دور میں اسلام اگرچہ مکے کے عوام کو متاثر نہ کر سکا مگر وہ سارے قیمتی افراد</w:t>
      </w:r>
    </w:p>
    <w:p>
      <w:r>
        <w:rPr>
          <w:b/>
        </w:rPr>
        <w:t xml:space="preserve">[2:57:49] </w:t>
      </w:r>
      <w:r>
        <w:t>makke ke ibtedai daur hi mein mile jo baat ko Islam ki tareekh ke sutoon qarar paye</w:t>
      </w:r>
    </w:p>
    <w:p>
      <w:pPr>
        <w:jc w:val="right"/>
      </w:pPr>
      <w:r>
        <w:t>مکے کے ابتدائی دور ہی میں ملے جو بات کو اسلام کی تاریخ کے ستون قرار پائے</w:t>
      </w:r>
    </w:p>
    <w:p>
      <w:r>
        <w:rPr>
          <w:b/>
        </w:rPr>
        <w:t xml:space="preserve">[2:58:00] </w:t>
      </w:r>
      <w:r>
        <w:t>yeh sirf Islami dawat ka nateeja tha</w:t>
      </w:r>
    </w:p>
    <w:p>
      <w:pPr>
        <w:jc w:val="right"/>
      </w:pPr>
      <w:r>
        <w:t>یہ صرف اسلامی دعوت کا نتیجہ تھا</w:t>
      </w:r>
    </w:p>
    <w:p>
      <w:r>
        <w:rPr>
          <w:b/>
        </w:rPr>
        <w:t xml:space="preserve">[2:58:04] </w:t>
      </w:r>
      <w:r>
        <w:t>kyunke us waqt Islam ke paas koi doosri quwwat maujood hi na thi</w:t>
      </w:r>
    </w:p>
    <w:p>
      <w:pPr>
        <w:jc w:val="right"/>
      </w:pPr>
      <w:r>
        <w:t>کیونکہ اس وقت اسلام کے پاس کوئی دوسری قوت موجود ہی نہ تھی</w:t>
      </w:r>
    </w:p>
    <w:p>
      <w:r>
        <w:rPr>
          <w:b/>
        </w:rPr>
        <w:t xml:space="preserve">[2:58:11] </w:t>
      </w:r>
      <w:r>
        <w:t>baat ko makke ke jo log Islam laye woh bhi Islam ki nazariyati bartari se mutasir ho kar</w:t>
      </w:r>
    </w:p>
    <w:p>
      <w:pPr>
        <w:jc w:val="right"/>
      </w:pPr>
      <w:r>
        <w:t>بات کو مکے کے جو لوگ اسلام لائے وہ بھی اسلام کی نظریاتی برتری سے متاثر ہو کر</w:t>
      </w:r>
    </w:p>
    <w:p>
      <w:r>
        <w:rPr>
          <w:b/>
        </w:rPr>
        <w:t xml:space="preserve">[2:58:18] </w:t>
      </w:r>
      <w:r>
        <w:t>Islam laye mislan Umar ibn al-Aas aur Khalid ibn al-Waleed waghera</w:t>
      </w:r>
    </w:p>
    <w:p>
      <w:pPr>
        <w:jc w:val="right"/>
      </w:pPr>
      <w:r>
        <w:t>اسلام لائے مثلاً عمر ابن العاص اور خالد ابن الولید وغیرہ</w:t>
      </w:r>
    </w:p>
    <w:p>
      <w:r>
        <w:rPr>
          <w:b/>
        </w:rPr>
        <w:t xml:space="preserve">[2:58:27] </w:t>
      </w:r>
      <w:r>
        <w:t>dosre marhale mein madine mein islam ka mustahkam hona bhi dawat hi ke zariye amal mein aaya</w:t>
      </w:r>
    </w:p>
    <w:p>
      <w:pPr>
        <w:jc w:val="right"/>
      </w:pPr>
      <w:r>
        <w:t>دوسرے مرحلے میں مدینے میں اسلام کا مستحکم ہونا بھی دعوت ہی کے ذریعے عمل میں آیا</w:t>
      </w:r>
    </w:p>
    <w:p>
      <w:r>
        <w:rPr>
          <w:b/>
        </w:rPr>
        <w:t xml:space="preserve">[2:58:36] </w:t>
      </w:r>
      <w:r>
        <w:t>madine par kabhi koi hamla nahi kiya gaya</w:t>
      </w:r>
    </w:p>
    <w:p>
      <w:pPr>
        <w:jc w:val="right"/>
      </w:pPr>
      <w:r>
        <w:t>مدینے پر کبھی کوئی حملہ نہیں کیا گیا</w:t>
      </w:r>
    </w:p>
    <w:p>
      <w:r>
        <w:rPr>
          <w:b/>
        </w:rPr>
        <w:t xml:space="preserve">[2:58:41] </w:t>
      </w:r>
      <w:r>
        <w:t>sirf chand log Islam ke da'i ban kar madina pahunche wahan unhon ne saada andaaz mein Islam ki dawat shuru ki is ke nateeje mein log joq dar joq musalman hone lage yahan tak ke woh nabat aai ke madina Islam ka fikri aur amli markaz ban gaya</w:t>
      </w:r>
    </w:p>
    <w:p>
      <w:pPr>
        <w:jc w:val="right"/>
      </w:pPr>
      <w:r>
        <w:t>صرف چند لوگ اسلام کے داعی بن کر مدینہ پہنچے وہاں انہوں نے سادہ انداز میں اسلام کی دعوت شروع کی اس کے نتیجے میں لوگ جوخ در جوخ مسلمان ہونے لگے یہاں تک کہ وہ نوبت آئی کہ مدینہ اسلام کا فکری اور عملی مرکز بن گیا</w:t>
      </w:r>
    </w:p>
    <w:p>
      <w:r>
        <w:rPr>
          <w:b/>
        </w:rPr>
        <w:t xml:space="preserve">[2:59:05] </w:t>
      </w:r>
      <w:r>
        <w:t>baad ke daur mein mughalon aur tatariyon ka masla Islam ke liye pesh aaya yeh wahshi qaumen ghoron par sawar ho kar teer aur talwar liye hue muslim mulkon par toot padin aur un ke taqti markazon ko zer-o-zabar kar dala</w:t>
      </w:r>
    </w:p>
    <w:p>
      <w:pPr>
        <w:jc w:val="right"/>
      </w:pPr>
      <w:r>
        <w:t>بعد کے دور میں مغلوں اور تاتاریوں کا مسئلہ اسلام کے لیے پیش آیا یہ وحشی قومیں گھوڑوں پر سوار ہو کر تیر اور تلوار لیے ہوئے مسلم ملکوں پر ٹوٹ پڑیں اور ان کے طاقتی مراکز کو زیر و زبر کر ڈالا</w:t>
      </w:r>
    </w:p>
    <w:p>
      <w:r>
        <w:rPr>
          <w:b/>
        </w:rPr>
        <w:t xml:space="preserve">[2:59:28] </w:t>
      </w:r>
      <w:r>
        <w:t>bazoher aisa maloom hota tha ke islam ki tareekh isi tarah khatm ho jayegi jis tarah is</w:t>
      </w:r>
    </w:p>
    <w:p>
      <w:pPr>
        <w:jc w:val="right"/>
      </w:pPr>
      <w:r>
        <w:t>بظاہر ایسا معلوم ہوتا تھا کہ اسلام کی تاریخ اسی طرح ختم ہو جائے گی جس طرح اس</w:t>
      </w:r>
    </w:p>
    <w:p>
      <w:r>
        <w:rPr>
          <w:b/>
        </w:rPr>
        <w:t xml:space="preserve">[2:59:36] </w:t>
      </w:r>
      <w:r>
        <w:t>se pehle bohat si tehzeebon ki tareekh</w:t>
      </w:r>
    </w:p>
    <w:p>
      <w:pPr>
        <w:jc w:val="right"/>
      </w:pPr>
      <w:r>
        <w:t>سے پہلے بہت سی تہذیبوں کی تاریخ</w:t>
      </w:r>
    </w:p>
    <w:p>
      <w:r>
        <w:rPr>
          <w:b/>
        </w:rPr>
        <w:t xml:space="preserve">[2:59:40] </w:t>
      </w:r>
      <w:r>
        <w:t>paida hui aur khatm ho gayi</w:t>
      </w:r>
    </w:p>
    <w:p>
      <w:pPr>
        <w:jc w:val="right"/>
      </w:pPr>
      <w:r>
        <w:t>پیدا ہوئی اور ختم ہوگئی</w:t>
      </w:r>
    </w:p>
    <w:p>
      <w:r>
        <w:rPr>
          <w:b/>
        </w:rPr>
        <w:t xml:space="preserve">[2:59:44] </w:t>
      </w:r>
      <w:r>
        <w:t>magar ain us waqt islam ki dawati taqat ubhri aur is ne sare masle ko is tarah hal</w:t>
      </w:r>
    </w:p>
    <w:p>
      <w:pPr>
        <w:jc w:val="right"/>
      </w:pPr>
      <w:r>
        <w:t>مگر عین اس وقت اسلام کی دعوتی طاقت ابھری اور اس نے سارے مسئلے کو اس طرح حل</w:t>
      </w:r>
    </w:p>
    <w:p>
      <w:r>
        <w:rPr>
          <w:b/>
        </w:rPr>
        <w:t xml:space="preserve">[2:59:51] </w:t>
      </w:r>
      <w:r>
        <w:t>kar diya ke khud fateh qomon ko islam ka juz bana liya</w:t>
      </w:r>
    </w:p>
    <w:p>
      <w:pPr>
        <w:jc w:val="right"/>
      </w:pPr>
      <w:r>
        <w:t>کر دیا کہ خود فاتح قوموں کو اسلام کا جز بنا لیا</w:t>
      </w:r>
    </w:p>
    <w:p>
      <w:r>
        <w:rPr>
          <w:b/>
        </w:rPr>
        <w:t xml:space="preserve">[3:00:00] </w:t>
      </w:r>
      <w:r>
        <w:t>hajj aur baitullah ek azeem dawti mansooba bandi ki alamat hai</w:t>
      </w:r>
    </w:p>
    <w:p>
      <w:pPr>
        <w:jc w:val="right"/>
      </w:pPr>
      <w:r>
        <w:t>حج اور بیت اللہ ایک عظیم دعوتی منصوبہ بندی کی علامت ہے</w:t>
      </w:r>
    </w:p>
    <w:p>
      <w:r>
        <w:rPr>
          <w:b/>
        </w:rPr>
        <w:t xml:space="preserve">[3:00:07] </w:t>
      </w:r>
      <w:r>
        <w:t>hazrat ibrahim ki awaz jab iraq aur sham aur misr ke mutamdin ilaqon mein nahi suni gayi to</w:t>
      </w:r>
    </w:p>
    <w:p>
      <w:pPr>
        <w:jc w:val="right"/>
      </w:pPr>
      <w:r>
        <w:t>حضرت ابراہیم کی آواز جب عراق اور شام اور مصر کے متمدن علاقوں میں نہیں سنی گئی تو</w:t>
      </w:r>
    </w:p>
    <w:p>
      <w:r>
        <w:rPr>
          <w:b/>
        </w:rPr>
        <w:t xml:space="preserve">[3:00:16] </w:t>
      </w:r>
      <w:r>
        <w:t>aap ne khuda ke hukum se apni aulad ko la kar makkah mein basaya aur yahan kaabe ki</w:t>
      </w:r>
    </w:p>
    <w:p>
      <w:pPr>
        <w:jc w:val="right"/>
      </w:pPr>
      <w:r>
        <w:t>آپ نے خدا کے حکم سے اپنی اولاد کو لا کر مکے میں بسایا اور یہاں کعبے کی</w:t>
      </w:r>
    </w:p>
    <w:p>
      <w:r>
        <w:rPr>
          <w:b/>
        </w:rPr>
        <w:t xml:space="preserve">[3:00:24] </w:t>
      </w:r>
      <w:r>
        <w:t>taameer ki taake woh hidayat elahi ke mustaqil markaz ke taur par kaam de</w:t>
      </w:r>
    </w:p>
    <w:p>
      <w:pPr>
        <w:jc w:val="right"/>
      </w:pPr>
      <w:r>
        <w:t>تعمیر کی تاکہ وہ ہدایت الہی کے مستقل مرکز کے طور پر کام دے</w:t>
      </w:r>
    </w:p>
    <w:p>
      <w:r>
        <w:rPr>
          <w:b/>
        </w:rPr>
        <w:t xml:space="preserve">[3:00:33] </w:t>
      </w:r>
      <w:r>
        <w:t>in ul bait</w:t>
      </w:r>
    </w:p>
    <w:p>
      <w:pPr>
        <w:jc w:val="right"/>
      </w:pPr>
      <w:r>
        <w:t>ان اول بیت</w:t>
      </w:r>
    </w:p>
    <w:p>
      <w:r>
        <w:rPr>
          <w:b/>
        </w:rPr>
        <w:t xml:space="preserve">[3:00:38] </w:t>
      </w:r>
      <w:r>
        <w:t>mubarak al-alameen al-imran 96 pehla ghar jo logon ke liye muqarrar kiya gaya woh wahi hai jo makke mein hai barkat wala aur sare jahan ke liye rehnuma</w:t>
      </w:r>
    </w:p>
    <w:p>
      <w:pPr>
        <w:jc w:val="right"/>
      </w:pPr>
      <w:r>
        <w:t>مبارک العالمین ال عمران 96 پہلا گھر جو لوگوں کے لیے مقرر کیا گیا وہ وہی ہے جو مکے میں ہے برکت والا اور سارے جہان کے لیے رہنما</w:t>
      </w:r>
    </w:p>
    <w:p>
      <w:r>
        <w:rPr>
          <w:b/>
        </w:rPr>
        <w:t xml:space="preserve">[3:00:59] </w:t>
      </w:r>
      <w:r>
        <w:t>umar ibn auf razi allah anhu se riwayat hai</w:t>
      </w:r>
    </w:p>
    <w:p>
      <w:pPr>
        <w:jc w:val="right"/>
      </w:pPr>
      <w:r>
        <w:t>عمر ابن عوف رضی اللہ عنہ سے روایت ہے</w:t>
      </w:r>
    </w:p>
    <w:p>
      <w:r>
        <w:rPr>
          <w:b/>
        </w:rPr>
        <w:t xml:space="preserve">[3:01:03] </w:t>
      </w:r>
      <w:r>
        <w:t>rasool allah salallaho alaihe wasallam ne farmaya in al-deen al-hijaz</w:t>
      </w:r>
    </w:p>
    <w:p>
      <w:pPr>
        <w:jc w:val="right"/>
      </w:pPr>
      <w:r>
        <w:t>رسول اللہ صلی اللہ علیہ وسلم نے فرمایا ان الدین الحجاز</w:t>
      </w:r>
    </w:p>
    <w:p>
      <w:r>
        <w:rPr>
          <w:b/>
        </w:rPr>
        <w:t xml:space="preserve">[3:01:10] </w:t>
      </w:r>
      <w:r>
        <w:t>kama taarud al-hayt jahra</w:t>
      </w:r>
    </w:p>
    <w:p>
      <w:pPr>
        <w:jc w:val="right"/>
      </w:pPr>
      <w:r>
        <w:t>کما تعرض الحیت جحرہ</w:t>
      </w:r>
    </w:p>
    <w:p>
      <w:r>
        <w:rPr>
          <w:b/>
        </w:rPr>
        <w:t xml:space="preserve">[3:01:16] </w:t>
      </w:r>
      <w:r>
        <w:t>al-deen min al-hijaz ma'q al-urwiyah</w:t>
      </w:r>
    </w:p>
    <w:p>
      <w:pPr>
        <w:jc w:val="right"/>
      </w:pPr>
      <w:r>
        <w:t>الدین من الحجاز معق العرویہ</w:t>
      </w:r>
    </w:p>
    <w:p>
      <w:r>
        <w:rPr>
          <w:b/>
        </w:rPr>
        <w:t xml:space="preserve">[3:01:21] </w:t>
      </w:r>
      <w:r>
        <w:t>min raas al-jabal</w:t>
      </w:r>
    </w:p>
    <w:p>
      <w:pPr>
        <w:jc w:val="right"/>
      </w:pPr>
      <w:r>
        <w:t>من راس الجبل</w:t>
      </w:r>
    </w:p>
    <w:p>
      <w:r>
        <w:rPr>
          <w:b/>
        </w:rPr>
        <w:t xml:space="preserve">[3:01:23] </w:t>
      </w:r>
      <w:r>
        <w:t>in al-deen bada ghareeban</w:t>
      </w:r>
    </w:p>
    <w:p>
      <w:pPr>
        <w:jc w:val="right"/>
      </w:pPr>
      <w:r>
        <w:t>ان الدین بدا غریبا</w:t>
      </w:r>
    </w:p>
    <w:p>
      <w:r>
        <w:rPr>
          <w:b/>
        </w:rPr>
        <w:t xml:space="preserve">[3:01:26] </w:t>
      </w:r>
      <w:r>
        <w:t>kama bada fa tooba lil-ghuraba</w:t>
      </w:r>
    </w:p>
    <w:p>
      <w:pPr>
        <w:jc w:val="right"/>
      </w:pPr>
      <w:r>
        <w:t>کما بدا فطوبہ للغرباء</w:t>
      </w:r>
    </w:p>
    <w:p>
      <w:r>
        <w:rPr>
          <w:b/>
        </w:rPr>
        <w:t xml:space="preserve">[3:01:29] </w:t>
      </w:r>
      <w:r>
        <w:t>allazeena yuslihoon ma afsad al-nas akhrajahu al-tirmidhi</w:t>
      </w:r>
    </w:p>
    <w:p>
      <w:pPr>
        <w:jc w:val="right"/>
      </w:pPr>
      <w:r>
        <w:t>الذین یصلحون ما افسد الناس اخرجہ الترمذی</w:t>
      </w:r>
    </w:p>
    <w:p>
      <w:r>
        <w:rPr>
          <w:b/>
        </w:rPr>
        <w:t xml:space="preserve">[3:01:36] </w:t>
      </w:r>
      <w:r>
        <w:t>deen hijaz ki taraf simat aaye ga jis tarah saanp apne bil ki taraf simat aata hai aur deen hijaz ke sath baandh diya jaye ga jis tarah bakre ko pahad ke thaan par baandh diya jata hai deen shuru hua to woh ajnabi tha woh dobara ajnabi ho jaye ga to ajnabiyon ko mubarak ho</w:t>
      </w:r>
    </w:p>
    <w:p>
      <w:pPr>
        <w:jc w:val="right"/>
      </w:pPr>
      <w:r>
        <w:t>دین حجاز کی طرف سمٹ آئے گا جس طرح سانپ اپنے بل کی طرف سمٹ آتا ہے اور دین حجاز کے ساتھ باندھ دیا جائے گا جس طرح بکرے کو پہاڑ کے تھان پر باندھ دیا جاتا ہے دین شروع ہوا تو وہ اجنبی تھا وہ دوبارہ اجنبی ہو جائے گا تو اجنبیوں کو مبارک ہو</w:t>
      </w:r>
    </w:p>
    <w:p>
      <w:r>
        <w:rPr>
          <w:b/>
        </w:rPr>
        <w:t xml:space="preserve">[3:02:04] </w:t>
      </w:r>
      <w:r>
        <w:t>yahi log hain jo us waqt logon ki islaah karenge jab ke woh bigad jayen</w:t>
      </w:r>
    </w:p>
    <w:p>
      <w:pPr>
        <w:jc w:val="right"/>
      </w:pPr>
      <w:r>
        <w:t>یہی لوگ ہیں جو اس وقت لوگوں کی اصلاح کریں گے جب کہ وہ بگڑ جائیں</w:t>
      </w:r>
    </w:p>
    <w:p>
      <w:r>
        <w:rPr>
          <w:b/>
        </w:rPr>
        <w:t xml:space="preserve">[3:02:12] </w:t>
      </w:r>
      <w:r>
        <w:t>iska matlab yeh hai ke jis tarah rasool allah salallaho alaihe wasallam ke zamane mein hijaz</w:t>
      </w:r>
    </w:p>
    <w:p>
      <w:pPr>
        <w:jc w:val="right"/>
      </w:pPr>
      <w:r>
        <w:t>اس کا مطلب یہ ہے کہ جس طرح رسول اللہ صلی اللہ علیہ وسلم کے زمانے میں حجاز</w:t>
      </w:r>
    </w:p>
    <w:p>
      <w:r>
        <w:rPr>
          <w:b/>
        </w:rPr>
        <w:t xml:space="preserve">[3:02:19] </w:t>
      </w:r>
      <w:r>
        <w:t>dawat islami ka markaz bana usi tarah aindah bhi jab deen logon ke andar se gum hoga to</w:t>
      </w:r>
    </w:p>
    <w:p>
      <w:pPr>
        <w:jc w:val="right"/>
      </w:pPr>
      <w:r>
        <w:t>دعوت اسلامی کا مرکز بنا اسی طرح آئندہ بھی جب دین لوگوں کے اندر سے گم ہوگا تو</w:t>
      </w:r>
    </w:p>
    <w:p>
      <w:r>
        <w:rPr>
          <w:b/>
        </w:rPr>
        <w:t xml:space="preserve">[3:02:28] </w:t>
      </w:r>
      <w:r>
        <w:t>dobara hijaz hi khuda ke deen ko zinda karne ka markaz banega</w:t>
      </w:r>
    </w:p>
    <w:p>
      <w:pPr>
        <w:jc w:val="right"/>
      </w:pPr>
      <w:r>
        <w:t>دوبارہ حجاز ہی خدا کے دین کو زندہ کرنے کا مرکز بنے گا</w:t>
      </w:r>
    </w:p>
    <w:p>
      <w:r>
        <w:rPr>
          <w:b/>
        </w:rPr>
        <w:t xml:space="preserve">[3:02:35] </w:t>
      </w:r>
      <w:r>
        <w:t>hajj ka maqam khuda ki ibadat ka maqam bhi hai aur khuda ke deen ki dawat o tajdeed ka markaz bhi zaroorat hai ke aj hajj aur hajj ke markazon ko dobara isi hasiyat se zinda kiya jaye maujooda zamane mein sainsi inqilab ne bohat se naye dawati imkanat khol diye hain</w:t>
      </w:r>
    </w:p>
    <w:p>
      <w:pPr>
        <w:jc w:val="right"/>
      </w:pPr>
      <w:r>
        <w:t>حج کا مقام خدا کی عبادت کا مقام بھی ہے اور خدا کے دین کی دعوت و تجدید کا مرکز بھی ضرورت ہے کہ اج حج اور حج کے مراکز کو دوبارہ اسی حیثیت سے زندہ کیا جائے موجودہ زمانے میں سائنسی انقلاب نے بہت سے نئے دعوتی امکانات کھول دیے ہیں</w:t>
      </w:r>
    </w:p>
    <w:p>
      <w:r>
        <w:rPr>
          <w:b/>
        </w:rPr>
        <w:t xml:space="preserve">[3:03:04] </w:t>
      </w:r>
      <w:r>
        <w:t>in ke nateeje mein aj yeh baat hamesha se zyada bade paimane par mumkin ho gayi hai ke hajj ke aalamgeer ijtima ko dawat deen ki aalmi mansooba bandi ke liye istemal kiya jaye aur is tarah islam ke tarz fikr ko dunya mein dobara ghalib tarz fikr bana diya jaye</w:t>
      </w:r>
    </w:p>
    <w:p>
      <w:pPr>
        <w:jc w:val="right"/>
      </w:pPr>
      <w:r>
        <w:t>ان کے نتیجے میں اج یہ بات ہمیشہ سے زیادہ بڑے پیمانے پر ممکن ہوگئی ہے کہ حج کے عالمگیر اجتماع کو دعوت دین کی عالمی منصوبہ بندی کے لیے استعمال کیا جائے اور اس طرح اسلام کے طرز فکر کو دنیا میں دوبارہ غالب طرز فکر بنا دیا جائے</w:t>
      </w:r>
    </w:p>
    <w:p>
      <w:r>
        <w:rPr>
          <w:b/>
        </w:rPr>
        <w:t xml:space="preserve">[3:03:30] </w:t>
      </w:r>
      <w:r>
        <w:t>jaisa ke maazi mein woh ghalib tarz fikr bana hua tha yahi woh maqsood hai jis ko quran mein izhaar deen aur ailaae kalmatullah kaha gaya hai aur is ko paane ka raaz bilashuba hajj ki dawati ahmiyat ko dobara zinda karne mein chupa hua hai</w:t>
      </w:r>
    </w:p>
    <w:p>
      <w:pPr>
        <w:jc w:val="right"/>
      </w:pPr>
      <w:r>
        <w:t>جیسا کہ ماضی میں وہ غالب طرز فکر بنا ہوا تھا یہی وہ مقصود ہے جس کو قرآن میں اظہار دین اور اعلائے کلمۃ اللہ کہا گیا ہے اور اس کو پانے کا راز بلاشبہ حج کی دعوتی اہمیت کو دوبارہ زندہ کرنے میں چھپا ہوا ہے</w:t>
      </w:r>
    </w:p>
    <w:p>
      <w:r>
        <w:rPr>
          <w:b/>
        </w:rPr>
        <w:t xml:space="preserve">[3:03:59] </w:t>
      </w:r>
      <w:r>
        <w:t>ek zaroori shart kitab haqeeqat hajj maulana wahiduddin khan safha number 69</w:t>
      </w:r>
    </w:p>
    <w:p>
      <w:pPr>
        <w:jc w:val="right"/>
      </w:pPr>
      <w:r>
        <w:t>ایک ضروری شرط کتاب حقیقت حج مولانا وحید الدین خان صفحہ نمبر 69</w:t>
      </w:r>
    </w:p>
    <w:p>
      <w:r>
        <w:rPr>
          <w:b/>
        </w:rPr>
        <w:t xml:space="preserve">[3:04:12] </w:t>
      </w:r>
      <w:r>
        <w:t>hajj ke idare ko aalami dawati idara banane ki ek hi lazmi shart hai aur woh yeh ke hajj ke farize ko siyasat se bilkul alag rakha jaye</w:t>
      </w:r>
    </w:p>
    <w:p>
      <w:pPr>
        <w:jc w:val="right"/>
      </w:pPr>
      <w:r>
        <w:t>حج کے ادارے کو عالمی دعوتی ادارہ بنانے کی ایک ہی لازمی شرط ہے اور وہ یہ کہ حج کے فریضے کو سیاست سے بالکل الگ رکھا جائے</w:t>
      </w:r>
    </w:p>
    <w:p>
      <w:r>
        <w:rPr>
          <w:b/>
        </w:rPr>
        <w:t xml:space="preserve">[3:04:28] </w:t>
      </w:r>
      <w:r>
        <w:t>raqim al-huroof ne september 1982 mein hajj ka fariza ada kiya tha</w:t>
      </w:r>
    </w:p>
    <w:p>
      <w:pPr>
        <w:jc w:val="right"/>
      </w:pPr>
      <w:r>
        <w:t>راقم الحروف نے ستمبر 1982 میں حج کا فریضہ ادا کیا تھا</w:t>
      </w:r>
    </w:p>
    <w:p>
      <w:r>
        <w:rPr>
          <w:b/>
        </w:rPr>
        <w:t xml:space="preserve">[3:04:35] </w:t>
      </w:r>
      <w:r>
        <w:t>ek roz jab ke mein baitullah ke andar tha</w:t>
      </w:r>
    </w:p>
    <w:p>
      <w:pPr>
        <w:jc w:val="right"/>
      </w:pPr>
      <w:r>
        <w:t>ایک روز جب کہ میں بیت اللہ کے اندر تھا</w:t>
      </w:r>
    </w:p>
    <w:p>
      <w:r>
        <w:rPr>
          <w:b/>
        </w:rPr>
        <w:t xml:space="preserve">[3:04:40] </w:t>
      </w:r>
      <w:r>
        <w:t>ek khaas mulk ke kuch log wahan aaye</w:t>
      </w:r>
    </w:p>
    <w:p>
      <w:pPr>
        <w:jc w:val="right"/>
      </w:pPr>
      <w:r>
        <w:t>ایک خاص ملک کے کچھ لوگ وہاں ائے</w:t>
      </w:r>
    </w:p>
    <w:p>
      <w:r>
        <w:rPr>
          <w:b/>
        </w:rPr>
        <w:t xml:space="preserve">[3:04:43] </w:t>
      </w:r>
      <w:r>
        <w:t>aur apne mulk ke leader ka naam le kar zindabad</w:t>
      </w:r>
    </w:p>
    <w:p>
      <w:pPr>
        <w:jc w:val="right"/>
      </w:pPr>
      <w:r>
        <w:t>اور اپنے ملک کے لیڈر کا نام لے کر زندہ باد</w:t>
      </w:r>
    </w:p>
    <w:p>
      <w:r>
        <w:rPr>
          <w:b/>
        </w:rPr>
        <w:t xml:space="preserve">[3:04:49] </w:t>
      </w:r>
      <w:r>
        <w:t>painda abad ke nare lagane lage</w:t>
      </w:r>
    </w:p>
    <w:p>
      <w:pPr>
        <w:jc w:val="right"/>
      </w:pPr>
      <w:r>
        <w:t>پائندہ باد کے نعرے لگانے لگے</w:t>
      </w:r>
    </w:p>
    <w:p>
      <w:r>
        <w:rPr>
          <w:b/>
        </w:rPr>
        <w:t xml:space="preserve">[3:04:54] </w:t>
      </w:r>
      <w:r>
        <w:t>yeh sun kar bohat se haji un ke gird jama ho gaye</w:t>
      </w:r>
    </w:p>
    <w:p>
      <w:pPr>
        <w:jc w:val="right"/>
      </w:pPr>
      <w:r>
        <w:t>یہ سن کر بہت سے حاجی ان کے گرد جمع ہوگئے</w:t>
      </w:r>
    </w:p>
    <w:p>
      <w:r>
        <w:rPr>
          <w:b/>
        </w:rPr>
        <w:t xml:space="preserve">[3:04:58] </w:t>
      </w:r>
      <w:r>
        <w:t>aps mein ikhtilafi bahasein shuru ho gayin</w:t>
      </w:r>
    </w:p>
    <w:p>
      <w:pPr>
        <w:jc w:val="right"/>
      </w:pPr>
      <w:r>
        <w:t>اپس میں اختلافی بحثیں شروع ہوگئیں</w:t>
      </w:r>
    </w:p>
    <w:p>
      <w:r>
        <w:rPr>
          <w:b/>
        </w:rPr>
        <w:t xml:space="preserve">[3:05:03] </w:t>
      </w:r>
      <w:r>
        <w:t>yeh silsila bohat der tak jari raha</w:t>
      </w:r>
    </w:p>
    <w:p>
      <w:pPr>
        <w:jc w:val="right"/>
      </w:pPr>
      <w:r>
        <w:t>یہ سلسلہ بہت دیر تک جاری رہا</w:t>
      </w:r>
    </w:p>
    <w:p>
      <w:r>
        <w:rPr>
          <w:b/>
        </w:rPr>
        <w:t xml:space="preserve">[3:05:06] </w:t>
      </w:r>
      <w:r>
        <w:t>baitullah ka mahol zikr aur ibadat ka mahol hai magar mazkoora nadani ke nateejay mein woh siyasi</w:t>
      </w:r>
    </w:p>
    <w:p>
      <w:pPr>
        <w:jc w:val="right"/>
      </w:pPr>
      <w:r>
        <w:t>بیت اللہ کا ماحول ذکر اور عبادت کا ماحول ہے مگر مذکورہ نادانی کے نتیجے میں وہ سیاسی</w:t>
      </w:r>
    </w:p>
    <w:p>
      <w:r>
        <w:rPr>
          <w:b/>
        </w:rPr>
        <w:t xml:space="preserve">[3:05:16] </w:t>
      </w:r>
      <w:r>
        <w:t>nizaa ka mahol ban kar reh gaya</w:t>
      </w:r>
    </w:p>
    <w:p>
      <w:pPr>
        <w:jc w:val="right"/>
      </w:pPr>
      <w:r>
        <w:t>نزاع کا ماحول بن کر رہ گیا</w:t>
      </w:r>
    </w:p>
    <w:p>
      <w:r>
        <w:rPr>
          <w:b/>
        </w:rPr>
        <w:t xml:space="preserve">[3:05:20] </w:t>
      </w:r>
      <w:r>
        <w:t>yahi qissa madine mein bhi pesh aaya</w:t>
      </w:r>
    </w:p>
    <w:p>
      <w:pPr>
        <w:jc w:val="right"/>
      </w:pPr>
      <w:r>
        <w:t>یہی قصہ مدینے میں بھی پیش آیا</w:t>
      </w:r>
    </w:p>
    <w:p>
      <w:r>
        <w:rPr>
          <w:b/>
        </w:rPr>
        <w:t xml:space="preserve">[3:05:24] </w:t>
      </w:r>
      <w:r>
        <w:t>madine mein mein aik hotel mein thehra hua tha</w:t>
      </w:r>
    </w:p>
    <w:p>
      <w:pPr>
        <w:jc w:val="right"/>
      </w:pPr>
      <w:r>
        <w:t>مدینے میں میں ایک ہوٹل میں ٹھہرا ہوا تھا</w:t>
      </w:r>
    </w:p>
    <w:p>
      <w:r>
        <w:rPr>
          <w:b/>
        </w:rPr>
        <w:t xml:space="preserve">[3:05:29] </w:t>
      </w:r>
      <w:r>
        <w:t>wahan kuch naujawan mere kamre mein aaye un ke paas bohat se chhpe hue pamphlet thay jo angrezi aur arabi zaban mein tayyar kiye gaye thay</w:t>
      </w:r>
    </w:p>
    <w:p>
      <w:pPr>
        <w:jc w:val="right"/>
      </w:pPr>
      <w:r>
        <w:t>وہاں کچھ نوجوان میرے کمرے میں ائے ان کے پاس بہت سے چھپے ہوئے پمفلیٹ تھے جو انگریزی اور عربی زبان میں تیار کیے گئے تھے</w:t>
      </w:r>
    </w:p>
    <w:p>
      <w:r>
        <w:rPr>
          <w:b/>
        </w:rPr>
        <w:t xml:space="preserve">[3:05:44] </w:t>
      </w:r>
      <w:r>
        <w:t>un kitabchon mein ek khaas muslim mulk ke hukmaran ko nishana bana kar is ke baray mein mukhalifana baatein likhi gayi theen</w:t>
      </w:r>
    </w:p>
    <w:p>
      <w:pPr>
        <w:jc w:val="right"/>
      </w:pPr>
      <w:r>
        <w:t>ان کتابچوں میں ایک خاص مسلم ملک کے حکمران کو نشانہ بنا کر اس کے بارے میں مخالفانہ باتیں لکھی گئی تھیں</w:t>
      </w:r>
    </w:p>
    <w:p>
      <w:r>
        <w:rPr>
          <w:b/>
        </w:rPr>
        <w:t xml:space="preserve">[3:05:54] </w:t>
      </w:r>
      <w:r>
        <w:t>un naujawano ne yeh kitabche mujhe diye to main ne kaha ke aap apna qeemti waqt bhi barbad kar rahe hain aur ayyam e hajj ko bhi nihayat galat taur par istemal kar rahe hain woh naujawan mujh se bahas karte rahe yahan tak ke woh bigad kar chale gaye maujooda zamane mein yeh rujhan kafi barha hai</w:t>
      </w:r>
    </w:p>
    <w:p>
      <w:pPr>
        <w:jc w:val="right"/>
      </w:pPr>
      <w:r>
        <w:t>ان نوجوانوں نے یہ کتابچے مجھے دیے تو میں نے کہا کہ آپ اپنا قیمتی وقت بھی برباد کر رہے ہیں اور ایام حج کو بھی نہایت غلط طور پر استعمال کر رہے ہیں وہ نوجوان مجھ سے بحث کرتے رہے یہاں تک کہ وہ بگڑ کر چلے گئے موجودہ زمانے میں یہ رجحان کافی بڑھا ہے</w:t>
      </w:r>
    </w:p>
    <w:p>
      <w:r>
        <w:rPr>
          <w:b/>
        </w:rPr>
        <w:t xml:space="preserve">[3:06:22] </w:t>
      </w:r>
      <w:r>
        <w:t>kuch idare aur kuch hukmatein hajj ko sirf is nazar se dekhti hain yahan ba ijtima sari dunya ke musalman jama hote hain is liye un ko apne mahdood siyasi maqasid ke liye istemal kiya jaye magar yeh tareeqa sarasar galat aur hajj ke maqasid ke bilkul khilaf hai</w:t>
      </w:r>
    </w:p>
    <w:p>
      <w:pPr>
        <w:jc w:val="right"/>
      </w:pPr>
      <w:r>
        <w:t>کچھ ادارے اور کچھ حکومتیں حج کو صرف اس نظر سے دیکھتی ہیں یہاں بیک وقت ساری دنیا کے مسلمان جمع ہوتے ہیں اس لیے ان کو اپنے محدود سیاسی مقاصد کے لیے استعمال کیا جائے مگر یہ طریقہ سراسر غلط اور حج کے مقاصد کے بالکل خلاف ہے</w:t>
      </w:r>
    </w:p>
    <w:p>
      <w:r>
        <w:rPr>
          <w:b/>
        </w:rPr>
        <w:t xml:space="preserve">[3:06:48] </w:t>
      </w:r>
      <w:r>
        <w:t>hajj mein jama hone wale musalmanon ko sirf is nazar se dekhna chahiye ke woh hajj ka fariza ada karne ke liye aaye hain</w:t>
      </w:r>
    </w:p>
    <w:p>
      <w:pPr>
        <w:jc w:val="right"/>
      </w:pPr>
      <w:r>
        <w:t>حج میں جمع ہونے والے مسلمانوں کو صرف اس نظر سے دیکھنا چاہیے کہ وہ حج کا فریضہ ادا کرنے کے لیے ائے ہیں</w:t>
      </w:r>
    </w:p>
    <w:p>
      <w:r>
        <w:rPr>
          <w:b/>
        </w:rPr>
        <w:t xml:space="preserve">[3:06:58] </w:t>
      </w:r>
      <w:r>
        <w:t>is aalmi ijtima se faida uthane ka sahi tareeqa yeh hai ke logon ke andar dawati rooh paida ki jaye taake woh wapas ja kar apne apne ilaqon mein allah ke deen ka ailan karne wale bane na ke ek doosre ke khilaf manfi propaganda karne wale</w:t>
      </w:r>
    </w:p>
    <w:p>
      <w:pPr>
        <w:jc w:val="right"/>
      </w:pPr>
      <w:r>
        <w:t>اس عالمی اجتماع سے فائدہ اٹھانے کا صحیح طریقہ یہ ہے کہ لوگوں کے اندر دعوتی روح پیدا کی جائے تاکہ وہ واپس جا کر اپنے اپنے علاقوں میں اللہ کے دین کا اعلان کرنے والے بنے نہ کہ ایک دوسرے کے خلاف منفی پروپیگنڈا کرنے والے</w:t>
      </w:r>
    </w:p>
    <w:p>
      <w:r>
        <w:rPr>
          <w:b/>
        </w:rPr>
        <w:t xml:space="preserve">[3:07:23] </w:t>
      </w:r>
      <w:r>
        <w:t>hajj ek zabardast quwwat hai aur is ko nihayat moasar taur par aalmi islami dawat ke liye istemal kiya ja sakta hai magar shart yeh hai ke is ko apas ke ikhtilaf ka maidan na banaya jaye</w:t>
      </w:r>
    </w:p>
    <w:p>
      <w:pPr>
        <w:jc w:val="right"/>
      </w:pPr>
      <w:r>
        <w:t>حج ایک زبردست قوت ہے اور اس کو نہایت موثر طور پر عالمی اسلامی دعوت کے لیے استعمال کیا جا سکتا ہے مگر شرط یہ ہے کہ اس کو اپس کے اختلاف کا میدان نہ بنایا جائے</w:t>
      </w:r>
    </w:p>
    <w:p>
      <w:r>
        <w:rPr>
          <w:b/>
        </w:rPr>
        <w:t xml:space="preserve">[3:07:48] </w:t>
      </w:r>
      <w:r>
        <w:t>hajj ka atifi pehlu</w:t>
      </w:r>
    </w:p>
    <w:p>
      <w:pPr>
        <w:jc w:val="right"/>
      </w:pPr>
      <w:r>
        <w:t>حج کا عاطفی پہلو</w:t>
      </w:r>
    </w:p>
    <w:p>
      <w:r>
        <w:rPr>
          <w:b/>
        </w:rPr>
        <w:t xml:space="preserve">[3:07:50] </w:t>
      </w:r>
      <w:r>
        <w:t>kitab haqeeqat hajj maulana wahiduddin khan safha number 71</w:t>
      </w:r>
    </w:p>
    <w:p>
      <w:pPr>
        <w:jc w:val="right"/>
      </w:pPr>
      <w:r>
        <w:t>کتاب حقیقت حج مولانا وحید الدین خان صفحہ نمبر 71</w:t>
      </w:r>
    </w:p>
    <w:p>
      <w:r>
        <w:rPr>
          <w:b/>
        </w:rPr>
        <w:t xml:space="preserve">[3:08:00] </w:t>
      </w:r>
      <w:r>
        <w:t>quran mein allah taala ne farmaya hai ke main ne jinon aur insanon ko sirf is liye paida kiya hai ke woh meri ibadat karein al zariyat 56</w:t>
      </w:r>
    </w:p>
    <w:p>
      <w:pPr>
        <w:jc w:val="right"/>
      </w:pPr>
      <w:r>
        <w:t>قرآن میں اللہ تعالی نے فرمایا ہے کہ میں نے جنوں اور انسانوں کو صرف اس لیے پیدا کیا ہے کہ وہ میری عبادت کریں الزاریات 56</w:t>
      </w:r>
    </w:p>
    <w:p>
      <w:r>
        <w:rPr>
          <w:b/>
        </w:rPr>
        <w:t xml:space="preserve">[3:08:13] </w:t>
      </w:r>
      <w:r>
        <w:t>is se maloom hota hai ke allah ki ibadat ka jazba insan ke andar takhleeqi taur par shamil hai insan ko na sirf yeh ke azroye waqea khuda ki ibadat karna chahiye balkeh us ki fitrat ka mutalaba bhi yahi hai ke woh aisa kare khuda ki ibadat khud insan ki apni fitrat hai</w:t>
      </w:r>
    </w:p>
    <w:p>
      <w:pPr>
        <w:jc w:val="right"/>
      </w:pPr>
      <w:r>
        <w:t>اس سے معلوم ہوتا ہے کہ اللہ کی عبادت کا جذبہ انسان کے اندر تخلیقی طور پر شامل ہے انسان کو نہ صرف یہ کہ ازروئے واقعہ خدا کی عبادت کرنا چاہیے بلکہ اس کی فطرت کا مطالبہ بھی یہی ہے کہ وہ ایسا کرے خدا کی عبادت خود انسان کی اپنی فطرت ہے</w:t>
      </w:r>
    </w:p>
    <w:p>
      <w:r>
        <w:rPr>
          <w:b/>
        </w:rPr>
        <w:t xml:space="preserve">[3:08:40] </w:t>
      </w:r>
      <w:r>
        <w:t>yahi wajah hai ke khuda ki ibadat ke siwa koi cheez insan ko haqeeqi taur par mutmaeen nahi karti ala bizikrillah tatmain al quloob sun lo ke allah ki yaad hi se dilon ko itminan hasil hota hai jis tarah ek chota bachcha ain apne androni jazbe ke tehat majboor hai ke woh apni maan ki taraf lapke</w:t>
      </w:r>
    </w:p>
    <w:p>
      <w:pPr>
        <w:jc w:val="right"/>
      </w:pPr>
      <w:r>
        <w:t>یہی وجہ ہے کہ خدا کی عبادت کے سوا کوئی چیز انسان کو حقیقی طور پر مطمئن نہیں کرتی الا بذکر اللہ تطمئن القلوب سن لو کہ اللہ کی یاد ہی سے دلوں کو اطمینان حاصل ہوتا ہے جس طرح ایک چھوٹا بچہ عین اپنے اندرونی جذبے کے تحت مجبور ہے کہ وہ اپنی ماں کی طرف لپکے</w:t>
      </w:r>
    </w:p>
    <w:p>
      <w:r>
        <w:rPr>
          <w:b/>
        </w:rPr>
        <w:t xml:space="preserve">[3:09:09] </w:t>
      </w:r>
      <w:r>
        <w:t>isi tarah insan ain apni androni pukar ki bina par majboor hai ke woh khuda ki taraf daude insan apni androni shakhsiyat ko badal nahi sakta is liye woh khuda ko bhi apne dil o dimagh se nikaal nahi sakta</w:t>
      </w:r>
    </w:p>
    <w:p>
      <w:pPr>
        <w:jc w:val="right"/>
      </w:pPr>
      <w:r>
        <w:t>اسی طرح انسان عین اپنی اندرونی پکار کی بنا پر مجبور ہے کہ وہ خدا کی طرف دوڑے انسان اپنی اندرونی شخصیت کو بدل نہیں سکتا اس لیے وہ خدا کو بھی اپنے دل و دماغ سے نکال نہیں سکتا</w:t>
      </w:r>
    </w:p>
    <w:p>
      <w:r>
        <w:rPr>
          <w:b/>
        </w:rPr>
        <w:t xml:space="preserve">[3:09:32] </w:t>
      </w:r>
      <w:r>
        <w:t>ilm al insan ki shahadat kitab haqeeqat hajj maulana wahiduddin khan safha number 71</w:t>
      </w:r>
    </w:p>
    <w:p>
      <w:pPr>
        <w:jc w:val="right"/>
      </w:pPr>
      <w:r>
        <w:t>علم الانسان کی شہادت کتاب حقیقت حج مولانا وحید الدین خان صفحہ نمبر 71</w:t>
      </w:r>
    </w:p>
    <w:p>
      <w:r>
        <w:rPr>
          <w:b/>
        </w:rPr>
        <w:t xml:space="preserve">[3:09:43] </w:t>
      </w:r>
      <w:r>
        <w:t>yeh haqeeqat maujooda zamanay mein insaniyat yani anthropology ke zariye ilmi tor par saabit ho gayi hai</w:t>
      </w:r>
    </w:p>
    <w:p>
      <w:pPr>
        <w:jc w:val="right"/>
      </w:pPr>
      <w:r>
        <w:t>یہ حقیقت موجودہ زمانے میں انسانیات یعنی انتھروپالوجی کے ذریعے علمی طور پر ثابت ہوگئی ہے</w:t>
      </w:r>
    </w:p>
    <w:p>
      <w:r>
        <w:rPr>
          <w:b/>
        </w:rPr>
        <w:t xml:space="preserve">[3:09:56] </w:t>
      </w:r>
      <w:r>
        <w:t>maujooda zamanay mein ilm-e-insaan ke mahireen ne insani muashray ka gehrai ke saath jaiza liya hai</w:t>
      </w:r>
    </w:p>
    <w:p>
      <w:pPr>
        <w:jc w:val="right"/>
      </w:pPr>
      <w:r>
        <w:t>موجودہ زمانے میں علم الانسان کے ماہرین نے انسانی معاشرے کا گہرائی کے ساتھ جائزہ لیا ہے</w:t>
      </w:r>
    </w:p>
    <w:p>
      <w:r>
        <w:rPr>
          <w:b/>
        </w:rPr>
        <w:t xml:space="preserve">[3:10:06] </w:t>
      </w:r>
      <w:r>
        <w:t>tareekh ke ibtidaai daur se le kar ab tak ke insani muashron ka mutalea karne ke baad jo haqeeqatein samnay aayi hain un mein se aik aham tareen haqeeqat yeh hai ke har qism ke utaar charhao ke bawajood insaan hamesha Khuda ka parastar raha hai</w:t>
      </w:r>
    </w:p>
    <w:p>
      <w:pPr>
        <w:jc w:val="right"/>
      </w:pPr>
      <w:r>
        <w:t>تاریخ کے ابتدائی دور سے لے کر اب تک کے انسانی معاشروں کا مطالعہ کرنے کے بعد جو حقیقتیں سامنے ائی ہیں ان میں سے ایک اہم ترین حقیقت یہ ہے کہ ہر قسم کے اتار چڑھاؤ کے باوجود انسان ہمیشہ خدا کا پرستار رہا ہے</w:t>
      </w:r>
    </w:p>
    <w:p>
      <w:r>
        <w:rPr>
          <w:b/>
        </w:rPr>
        <w:t xml:space="preserve">[3:10:30] </w:t>
      </w:r>
      <w:r>
        <w:t>Khuda aur mazhab ka jazba insaan ki fitrat mein is tarah pevast hai ke woh kisi haal mein is se juda nahi hota is silsilay mein ilm-e-insaan ki tehqeeqat ka khulasa hum encyclopedia Americana ke alfaaz mein naqal karte hain from the earliest days of the world history man has been more or less a religious creature</w:t>
      </w:r>
    </w:p>
    <w:p>
      <w:pPr>
        <w:jc w:val="right"/>
      </w:pPr>
      <w:r>
        <w:t>خدا اور مذہب کا جذبہ انسان کی فطرت میں اس طرح پیوست ہے کہ وہ کسی حال میں اس سے جدا نہیں ہوتا اس سلسلے میں علم الانسان کی تحقیقات کا خلاصہ ہم انسائیکلوپیڈیا امریکانہ کے الفاظ میں نقل کرتے ہیں فرام دی ارلیسٹ ڈیز اف دا ورلڈ ہسٹری مین ہیز بین مور اور لیس ا ریلیجس کریچر</w:t>
      </w:r>
    </w:p>
    <w:p>
      <w:r>
        <w:rPr>
          <w:b/>
        </w:rPr>
        <w:t xml:space="preserve">[3:10:59] </w:t>
      </w:r>
      <w:r>
        <w:t>almost unbelievably he has had a god or several of them to him he looked for protection at times these gods have been crud fetishes of wilted wood or roughly hewn stone at times they have assumed the form of animals or reptiles or have appeared as cruel monsters eager for the life blood of those who reverence them</w:t>
      </w:r>
    </w:p>
    <w:p>
      <w:pPr>
        <w:jc w:val="right"/>
      </w:pPr>
      <w:r>
        <w:t>الموسٹ انویریبلی ہی ہیز ہیڈ ا گاڈ اور سیورل اف دیم ٹو ہم ہی لوکڈ فار پروٹیکشن ایٹ ٹائمز دیز گاڈز ہیو بین کروڈ فٹیشز اف وٹلڈ وڈ اور روفلی ہیون سٹون ایٹ ٹائمز دے ہیو اسیومڈ دا فارم اف اینیملز اور ریپٹائلز اور ہیو اپیئرڈ ایز کروئل مونسٹرز ایگر فار دا لائف بلڈ اف دوز ہو ریورنس دیم</w:t>
      </w:r>
    </w:p>
    <w:p>
      <w:r>
        <w:rPr>
          <w:b/>
        </w:rPr>
        <w:t xml:space="preserve">[3:11:18] </w:t>
      </w:r>
      <w:r>
        <w:t>But however they may have come, man has worshipped them because religion as represented in the worship</w:t>
      </w:r>
    </w:p>
    <w:p>
      <w:pPr>
        <w:jc w:val="right"/>
      </w:pPr>
      <w:r>
        <w:t>بٹ ہاؤ ایور دے می ہیو کم مین ہیز ورشپ دیم بیکاز ریلیجن ایز ریپریزنٹڈ ان دا ورشپ</w:t>
      </w:r>
    </w:p>
    <w:p>
      <w:r>
        <w:rPr>
          <w:b/>
        </w:rPr>
        <w:t xml:space="preserve">[3:11:25] </w:t>
      </w:r>
      <w:r>
        <w:t>af a supernatural power is interwoven with the entire fabric of human nature</w:t>
      </w:r>
    </w:p>
    <w:p>
      <w:pPr>
        <w:jc w:val="right"/>
      </w:pPr>
      <w:r>
        <w:t>اف ا سپر نیچرل پاور از انٹروون ود دی انٹائر فیبرک اف ہیومن نیچر</w:t>
      </w:r>
    </w:p>
    <w:p>
      <w:r>
        <w:rPr>
          <w:b/>
        </w:rPr>
        <w:t xml:space="preserve">[3:11:31] </w:t>
      </w:r>
      <w:r>
        <w:t>encyclopedia americana 1961 volume 23 page 354</w:t>
      </w:r>
    </w:p>
    <w:p>
      <w:pPr>
        <w:jc w:val="right"/>
      </w:pPr>
      <w:r>
        <w:t>انسائیکلوپیڈیا امریکانہ 1961 والیوم 23 پیج 354</w:t>
      </w:r>
    </w:p>
    <w:p>
      <w:r>
        <w:rPr>
          <w:b/>
        </w:rPr>
        <w:t xml:space="preserve">[3:11:39] </w:t>
      </w:r>
      <w:r>
        <w:t>dunya ki tareekh ke bilkul ibtidai dinon se insan kam o besh aik mazhabi makhlooq raha hai</w:t>
      </w:r>
    </w:p>
    <w:p>
      <w:pPr>
        <w:jc w:val="right"/>
      </w:pPr>
      <w:r>
        <w:t>دنیا کی تاریخ کے بالکل ابتدائی دنوں سے انسان کم و بیش ایک مذہبی مخلوق رہا ہے</w:t>
      </w:r>
    </w:p>
    <w:p>
      <w:r>
        <w:rPr>
          <w:b/>
        </w:rPr>
        <w:t xml:space="preserve">[3:11:49] </w:t>
      </w:r>
      <w:r>
        <w:t>taqreeban har zamanay mein woh aik Khuda rakhta tha ya kai Khuda jis ki taraf woh bachao ke liye dekh sake kabhi yeh Khuda lakri ke banay hue hotay thay kabhi pathar ke kabhi janwaron aur saapon ko Khuda samajh liya gaya waghera</w:t>
      </w:r>
    </w:p>
    <w:p>
      <w:pPr>
        <w:jc w:val="right"/>
      </w:pPr>
      <w:r>
        <w:t>تقریبا ہر زمانے میں وہ ایک خدا رکھتا تھا یا کئی خدا جس کی طرف وہ بچاؤ کے لیے دیکھ سکے کبھی یہ خدا لکڑی کے بنے ہوئے ہوتے تھے کبھی پتھر کے کبھی جانوروں اور سانپوں کو خدا سمجھ لیا گیا وغیرہ</w:t>
      </w:r>
    </w:p>
    <w:p>
      <w:r>
        <w:rPr>
          <w:b/>
        </w:rPr>
        <w:t xml:space="preserve">[3:12:11] </w:t>
      </w:r>
      <w:r>
        <w:t>magar har haal mein woh thay aur insaan zaroori samajhta tha ke woh un ki pooja kare kyunke mazhab aik mafoq taqat ki parastish ki soorat mein insaan ki fitrat ke poore dhanche mein gandha hua hai yeh aik haqeeqat hai ke Khuda ka shaoor insaan ki fitrat mein takhleeqi tor par pevast hai</w:t>
      </w:r>
    </w:p>
    <w:p>
      <w:pPr>
        <w:jc w:val="right"/>
      </w:pPr>
      <w:r>
        <w:t>مگر ہر حال میں وہ تھے اور انسان ضروری سمجھتا تھا کہ وہ ان کی پوجا کرے کیونکہ مذہب ایک مافوق طاقت کی پرستش کی صورت میں انسان کی فطرت کے پورے ڈھانچے میں گندھا ہوا ہے یہ ایک حقیقت ہے کہ خدا کا شعور انسان کی فطرت میں تخلیقی طور پر پیوست ہے</w:t>
      </w:r>
    </w:p>
    <w:p>
      <w:r>
        <w:rPr>
          <w:b/>
        </w:rPr>
        <w:t xml:space="preserve">[3:12:40] </w:t>
      </w:r>
      <w:r>
        <w:t>tahum yeh shaoor mujmal andaaz mein hai is liye insaan aisa karta hai ke jab woh haqeeqi Khuda ko nahi pata to masnooi tor par woh khud sakhta Khudaon ki parastish karne lagta hai fitrat ke zor par is ke andar parastish ka jazba ubharta hai</w:t>
      </w:r>
    </w:p>
    <w:p>
      <w:pPr>
        <w:jc w:val="right"/>
      </w:pPr>
      <w:r>
        <w:t>تاہم یہ شعور مجمل انداز میں ہے اس لیے انسان ایسا کرتا ہے کہ جب وہ حقیقی خدا کو نہیں پاتا تو مصنوعی طور پر وہ خود ساختہ خداؤں کی پرستش کرنے لگتا ہے فطرت کے زور پر اس کے اندر پرستش کا جذبہ ابھرتا ہے</w:t>
      </w:r>
    </w:p>
    <w:p>
      <w:r>
        <w:rPr>
          <w:b/>
        </w:rPr>
        <w:t xml:space="preserve">[3:13:04] </w:t>
      </w:r>
      <w:r>
        <w:t>agar is ke samnay peghambar ki rehnumai ho to is ka yeh jazba Khuda-e-wahda la shareek ki soorat mein is ka jawab pa le ga aur agar peghambar ki rehnumai is ke samnay na ho to woh apne jazbay ki masnooi taskeen ke liye ghair Khudaon ko Khuda farz kar ke un ko poojne lage ga</w:t>
      </w:r>
    </w:p>
    <w:p>
      <w:pPr>
        <w:jc w:val="right"/>
      </w:pPr>
      <w:r>
        <w:t>اگر اس کے سامنے پیغمبر کی رہنمائی ہو تو اس کا یہ جذبہ خدائے وحدہ لا شریک کی صورت میں اس کا جواب پا لے گا اور اگر پیغمبر کی رہنمائی اس کے سامنے نہ ہو تو وہ اپنے جذبے کی مصنوعی تسکین کے لیے غیر خداؤں کو خدا فرض کر کے ان کو پوجنے لگے گا</w:t>
      </w:r>
    </w:p>
    <w:p>
      <w:r>
        <w:rPr>
          <w:b/>
        </w:rPr>
        <w:t xml:space="preserve">[3:13:30] </w:t>
      </w:r>
      <w:r>
        <w:t>insaan ka maqsood asli sirf aik hai aur woh wohi hai jo is ka khaliq o malik hai yeh maqsood is ki fitrat mein gehrai ke sath shamil hai insaan yakso ho kar apni fitrat par kaan lagaye to woh khud apne andar Khuda ko pa le ga woh us ko apne dil ki dharkanon mein mehsoos kare ga yeh fitrat goya insaan ka la-shaoor hai</w:t>
      </w:r>
    </w:p>
    <w:p>
      <w:pPr>
        <w:jc w:val="right"/>
      </w:pPr>
      <w:r>
        <w:t>انسان کا مقصود اصلی صرف ایک ہے اور وہ وہی ہے جو اس کا خالق و مالک ہے یہ مقصود اس کی فطرت میں گہرائی کے ساتھ شامل ہے انسان یکسو ہو کر اپنی فطرت پر کان لگائے تو وہ خود اپنے اندر خدا کو پا لے گا وہ اس کو اپنے دل کی دھڑکنوں میں محسوس کرے گا یہ فطرت گویا انسان کا لاشعور ہے</w:t>
      </w:r>
    </w:p>
    <w:p>
      <w:r>
        <w:rPr>
          <w:b/>
        </w:rPr>
        <w:t xml:space="preserve">[3:14:00] </w:t>
      </w:r>
      <w:r>
        <w:t>peghambar isi la-shaoor ko shaoor ka darja ata karta hai tahum insaan jaisi aik makhlooq ke liye sirf yeh ghaybi marifat kafi nahi insaan chahta hai ke woh Khuda ko mehsoos tor par bhi paye woh Khuda ka mehsoos idrak kar sake</w:t>
      </w:r>
    </w:p>
    <w:p>
      <w:pPr>
        <w:jc w:val="right"/>
      </w:pPr>
      <w:r>
        <w:t>پیغمبر اسی لاشعور کو شعور کا درجہ عطا کرتا ہے تاہم انسان جیسی ایک مخلوق کے لیے صرف یہ غیبی معرفت کافی نہیں انسان چاہتا ہے کہ وہ خدا کو محسوس طور پر بھی پائے وہ خدا کا محسوس ادراک کر سکے</w:t>
      </w:r>
    </w:p>
    <w:p>
      <w:r>
        <w:rPr>
          <w:b/>
        </w:rPr>
        <w:t xml:space="preserve">[3:14:21] </w:t>
      </w:r>
      <w:r>
        <w:t>magar yahan yeh rukawat hai ke Khuda ka mehsoos idrak haqeeqi maanon mein akhirat se pehle mumkin nahi akhirat mein bilashuba insaan Khuda ko dekhe.</w:t>
      </w:r>
    </w:p>
    <w:p>
      <w:pPr>
        <w:jc w:val="right"/>
      </w:pPr>
      <w:r>
        <w:t>مگر یہاں یہ رکاوٹ ہے کہ خدا کا محسوس ادراک حقیقی معنوں میں اخرت سے پہلے ممکن نہیں اخرت میں بلاشبہ انسان خدا کو دیکھے.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