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Goodness in The Face of Evil (Sai Centre) August 20, 2008 Maulana Wahiduddin Khan</w:t>
      </w:r>
    </w:p>
    <w:p>
      <w:r>
        <w:t>https://www.youtube.com/watch?v=tTPaJXCbZ24</w:t>
      </w:r>
    </w:p>
    <w:p>
      <w:r>
        <w:rPr>
          <w:b/>
        </w:rPr>
        <w:t xml:space="preserve">[00:13] </w:t>
      </w:r>
      <w:r>
        <w:t>Bismillah al-Rahman al-Rahim, wa salla Allahu ala al-Nabi al-Karim.</w:t>
      </w:r>
    </w:p>
    <w:p>
      <w:pPr>
        <w:jc w:val="right"/>
      </w:pPr>
      <w:r>
        <w:t>بسم اللہ الرحمن الرحیم، وصلی اللہ علی النبی الکریم۔</w:t>
      </w:r>
    </w:p>
    <w:p>
      <w:r>
        <w:rPr>
          <w:b/>
        </w:rPr>
        <w:t xml:space="preserve">[00:24] </w:t>
      </w:r>
      <w:r>
        <w:t>Aaj ka topic, aap jante hain, ke human values ke bare mein hai.</w:t>
      </w:r>
    </w:p>
    <w:p>
      <w:pPr>
        <w:jc w:val="right"/>
      </w:pPr>
      <w:r>
        <w:t>آج کا ٹاپک، آپ جانتے ہیں، کہ ہیومن ویلیوز کے بارے میں ہے۔</w:t>
      </w:r>
    </w:p>
    <w:p>
      <w:r>
        <w:rPr>
          <w:b/>
        </w:rPr>
        <w:t xml:space="preserve">[00:34] </w:t>
      </w:r>
      <w:r>
        <w:t>Main samajhta hoon ke human values ka matlab hai social value, ya social behavior.</w:t>
      </w:r>
    </w:p>
    <w:p>
      <w:pPr>
        <w:jc w:val="right"/>
      </w:pPr>
      <w:r>
        <w:t>میں سمجھتا ہوں کہ ہیومن ویلیوز کا مطلب ہے سوشل ویلیو، یا سوشل بیہیویئر۔</w:t>
      </w:r>
    </w:p>
    <w:p>
      <w:r>
        <w:rPr>
          <w:b/>
        </w:rPr>
        <w:t xml:space="preserve">[00:45] </w:t>
      </w:r>
      <w:r>
        <w:t>Hum ek society mein rehte hain,</w:t>
      </w:r>
    </w:p>
    <w:p>
      <w:pPr>
        <w:jc w:val="right"/>
      </w:pPr>
      <w:r>
        <w:t>ہم ایک سوسائٹی میں رہتے ہیں،</w:t>
      </w:r>
    </w:p>
    <w:p>
      <w:r>
        <w:rPr>
          <w:b/>
        </w:rPr>
        <w:t xml:space="preserve">[00:51] </w:t>
      </w:r>
      <w:r>
        <w:t>mil jul kar rehte hain.</w:t>
      </w:r>
    </w:p>
    <w:p>
      <w:pPr>
        <w:jc w:val="right"/>
      </w:pPr>
      <w:r>
        <w:t>مل جل کر رہتے ہیں۔</w:t>
      </w:r>
    </w:p>
    <w:p>
      <w:r>
        <w:rPr>
          <w:b/>
        </w:rPr>
        <w:t xml:space="preserve">[00:55] </w:t>
      </w:r>
      <w:r>
        <w:t>insaan ka saara maamla jo hai woh interdependent hai, ek doosre par nirbhar karta hai.</w:t>
      </w:r>
    </w:p>
    <w:p>
      <w:pPr>
        <w:jc w:val="right"/>
      </w:pPr>
      <w:r>
        <w:t>انسان کا سارا معاملہ جو ہے وہ انٹرڈیپینڈنٹ ہے، ایک دوسرے پر निर्भر کرتا ہے۔</w:t>
      </w:r>
    </w:p>
    <w:p>
      <w:r>
        <w:rPr>
          <w:b/>
        </w:rPr>
        <w:t xml:space="preserve">[01:04] </w:t>
      </w:r>
      <w:r>
        <w:t>is liye zaroori hai ke hamara jo behaviour hai, woh doosron ke saath bohat hi cooperative ho.</w:t>
      </w:r>
    </w:p>
    <w:p>
      <w:pPr>
        <w:jc w:val="right"/>
      </w:pPr>
      <w:r>
        <w:t>اس لیے ضروری ہے کہ ہمارا جو بیہیویئر ہے، وہ دوسروں کے ساتھ بہت ہی کوآپریٹو ہو۔</w:t>
      </w:r>
    </w:p>
    <w:p>
      <w:r>
        <w:rPr>
          <w:b/>
        </w:rPr>
        <w:t xml:space="preserve">[01:14] </w:t>
      </w:r>
      <w:r>
        <w:t>toh main yeh kahunga ke behaviour ki do qism hain: healthy behaviour aur unhealthy behaviour.</w:t>
      </w:r>
    </w:p>
    <w:p>
      <w:pPr>
        <w:jc w:val="right"/>
      </w:pPr>
      <w:r>
        <w:t>تو میں یہ کہوں گا کہ بیہیویئر کی دو قسم ہیں: ہیلدی بیہیویئر اور ان ہیلدی بیہیویئر۔</w:t>
      </w:r>
    </w:p>
    <w:p>
      <w:r>
        <w:rPr>
          <w:b/>
        </w:rPr>
        <w:t xml:space="preserve">[01:28] </w:t>
      </w:r>
      <w:r>
        <w:t>unhealthy behaviour kya hai? healthy behaviour kya hai?</w:t>
      </w:r>
    </w:p>
    <w:p>
      <w:pPr>
        <w:jc w:val="right"/>
      </w:pPr>
      <w:r>
        <w:t>ان ہیلدی بیہیویئر کیا ہے؟ ہیلدی بیہیویئر کیا ہے؟</w:t>
      </w:r>
    </w:p>
    <w:p>
      <w:r>
        <w:rPr>
          <w:b/>
        </w:rPr>
        <w:t xml:space="preserve">[01:33] </w:t>
      </w:r>
      <w:r>
        <w:t>isko main short mein kahunga ke unhealthy behaviour naam hai us behaviour ka jo reaction par base karta hai.</w:t>
      </w:r>
    </w:p>
    <w:p>
      <w:pPr>
        <w:jc w:val="right"/>
      </w:pPr>
      <w:r>
        <w:t>اس کو میں شارٹ میں کہوں گا کہ ان ہیلدی بیہیویئر نام ہے اس بیہیویئر کا جو ری ایکشن پر بیس کرتا ہے۔</w:t>
      </w:r>
    </w:p>
    <w:p>
      <w:r>
        <w:rPr>
          <w:b/>
        </w:rPr>
        <w:t xml:space="preserve">[01:45] </w:t>
      </w:r>
      <w:r>
        <w:t>reaction.</w:t>
      </w:r>
    </w:p>
    <w:p>
      <w:pPr>
        <w:jc w:val="right"/>
      </w:pPr>
      <w:r>
        <w:t>ری ایکشن۔</w:t>
      </w:r>
    </w:p>
    <w:p>
      <w:r>
        <w:rPr>
          <w:b/>
        </w:rPr>
        <w:t xml:space="preserve">[01:50] </w:t>
      </w:r>
      <w:r>
        <w:t>aur healthy behaviour woh hai jo positive attitude se banta hai, yaani without reaction.</w:t>
      </w:r>
    </w:p>
    <w:p>
      <w:pPr>
        <w:jc w:val="right"/>
      </w:pPr>
      <w:r>
        <w:t>اور ہیلدی بیہیویئر وہ ہے جو پازیٹیو ایٹیٹیوڈ سے بنتا ہے، یعنی وِد آؤٹ ری ایکشن۔</w:t>
      </w:r>
    </w:p>
    <w:p>
      <w:r>
        <w:rPr>
          <w:b/>
        </w:rPr>
        <w:t xml:space="preserve">[02:00] </w:t>
      </w:r>
      <w:r>
        <w:t>dekhein, jab aap society mein rehte hain toh baar baar aisa hota hai ke aap ko doosre se kuch na kuch khatpat hoti hai, koi unpleasant situation create hoti hai,</w:t>
      </w:r>
    </w:p>
    <w:p>
      <w:pPr>
        <w:jc w:val="right"/>
      </w:pPr>
      <w:r>
        <w:t>دیکھیں، جب آپ سوسائٹی میں رہتے ہیں تو بار بار ایسا ہوتا ہے کہ آپ کو دوسرے سے کچھ نہ کچھ کھٹپٹ ہوتی ہے، کوئی ان پریزنٹ سچویشن کریٹ ہوتی ہے،</w:t>
      </w:r>
    </w:p>
    <w:p>
      <w:r>
        <w:rPr>
          <w:b/>
        </w:rPr>
        <w:t xml:space="preserve">[02:15] </w:t>
      </w:r>
      <w:r>
        <w:t>kuch sad experience hota hai, koi aap ko provoke karta hai. yeh sab hona hi hona hai.</w:t>
      </w:r>
    </w:p>
    <w:p>
      <w:pPr>
        <w:jc w:val="right"/>
      </w:pPr>
      <w:r>
        <w:t>کچھ سیڈ ایکسپیرینس ہوتا ہے، کوئی آپ کو پرووک کرتا ہے۔ یہ سب ہونا ہی ہونا ہے۔</w:t>
      </w:r>
    </w:p>
    <w:p>
      <w:r>
        <w:rPr>
          <w:b/>
        </w:rPr>
        <w:t xml:space="preserve">[02:24] </w:t>
      </w:r>
      <w:r>
        <w:t>jab society mein aap rahenge toh yeh sab, yeh sab but natural ka maamla hai. aap island mein chale jaiye akele toh wahan par sab theek hi rahega,</w:t>
      </w:r>
    </w:p>
    <w:p>
      <w:pPr>
        <w:jc w:val="right"/>
      </w:pPr>
      <w:r>
        <w:t>جب سوسائٹی میں آپ رہیں گے تو یہ سب، یہ سب بٹ نیچرل کا معاملہ ہے۔ آپ آئی لینڈ میں چلے جائیے اکیلے تو وہاں پر سب ٹھیک ہی رہے گا،</w:t>
      </w:r>
    </w:p>
    <w:p>
      <w:r>
        <w:rPr>
          <w:b/>
        </w:rPr>
        <w:t xml:space="preserve">[02:37] </w:t>
      </w:r>
      <w:r>
        <w:t>toh aap na ghussa honge na kisi se aap ko koi khatpat hogi.</w:t>
      </w:r>
    </w:p>
    <w:p>
      <w:pPr>
        <w:jc w:val="right"/>
      </w:pPr>
      <w:r>
        <w:t>تو آپ نہ غصہ ہوں گے نہ کسی سے آپ کو کوئی کھٹپٹ ہوگی۔</w:t>
      </w:r>
    </w:p>
    <w:p>
      <w:r>
        <w:rPr>
          <w:b/>
        </w:rPr>
        <w:t xml:space="preserve">[02:44] </w:t>
      </w:r>
      <w:r>
        <w:t>toh society mein jo aap rehte hain aur jab aap ko baar baar doosre se kuch na kuch unpleasant experience hota hai toh kya karein?</w:t>
      </w:r>
    </w:p>
    <w:p>
      <w:pPr>
        <w:jc w:val="right"/>
      </w:pPr>
      <w:r>
        <w:t>تو سوسائٹی میں جو آپ رہتے ہیں اور جب آپ کو بار بار دوسرے سے کچھ نہ کچھ ان پریزنٹ ایکسپیرینس ہوتا ہے تو کیا کریں؟</w:t>
      </w:r>
    </w:p>
    <w:p>
      <w:r>
        <w:rPr>
          <w:b/>
        </w:rPr>
        <w:t xml:space="preserve">[03:02] </w:t>
      </w:r>
      <w:r>
        <w:t>toh aam taur par kya hai ke log react karte hain. kisi ne provoke kar diya toh ghussa aa gaya. aap jaante hain, ghussa jo hai koi ek cheez nahi hai,</w:t>
      </w:r>
    </w:p>
    <w:p>
      <w:pPr>
        <w:jc w:val="right"/>
      </w:pPr>
      <w:r>
        <w:t>تو عام طور پر کیا ہے کہ لوگ ری ایکٹ کرتے ہیں۔ کسی نے پرووک کر دیا تو غصہ آ گیا۔ آپ جانتے ہیں، غصہ جو ہے کوئی ایک چیز نہیں ہے،</w:t>
      </w:r>
    </w:p>
    <w:p>
      <w:r>
        <w:rPr>
          <w:b/>
        </w:rPr>
        <w:t xml:space="preserve">[03:15] </w:t>
      </w:r>
      <w:r>
        <w:t>ek cheez nahi hai balkeh woh jadd hai. isi liye prophet ibrahim alaihissalam se poocha gaya isi baat ko le kar toh aap ne kaha ke "la taghzab", tum ghussa mat karo,</w:t>
      </w:r>
    </w:p>
    <w:p>
      <w:pPr>
        <w:jc w:val="right"/>
      </w:pPr>
      <w:r>
        <w:t>ایک چیز نہیں ہے بلکہ وہ جڑ ہے۔ اسی لیے پرافٹ ابراہیم علیہ السلام سے پوچھا گیا اسی بات کو لے کر تو آپ نے کہا کہ "لا تغضب"، تم غصہ مت کرو،</w:t>
      </w:r>
    </w:p>
    <w:p>
      <w:r>
        <w:rPr>
          <w:b/>
        </w:rPr>
        <w:t xml:space="preserve">[03:31] </w:t>
      </w:r>
      <w:r>
        <w:t>"don't be angry". toh dekhiye, jab aadmi ghussa karta hai toh kya hota hai? pehle ghussa aayega, phir ghussa kya hai?</w:t>
      </w:r>
    </w:p>
    <w:p>
      <w:pPr>
        <w:jc w:val="right"/>
      </w:pPr>
      <w:r>
        <w:t>"ڈونٹ بی اینگری"۔ تو دیکھیے، جب آدمی غصہ کرتا ہے تو کیا ہوتا ہے؟ پہلے غصہ آئے گا، پھر غصہ کیا ہے؟</w:t>
      </w:r>
    </w:p>
    <w:p>
      <w:r>
        <w:rPr>
          <w:b/>
        </w:rPr>
        <w:t xml:space="preserve">[03:42] </w:t>
      </w:r>
      <w:r>
        <w:t>revenge banega,</w:t>
      </w:r>
    </w:p>
    <w:p>
      <w:pPr>
        <w:jc w:val="right"/>
      </w:pPr>
      <w:r>
        <w:t>ریونج بنے گا،</w:t>
      </w:r>
    </w:p>
    <w:p>
      <w:r>
        <w:rPr>
          <w:b/>
        </w:rPr>
        <w:t xml:space="preserve">[03:44] </w:t>
      </w:r>
      <w:r>
        <w:t>phir kya hai? violence banega, phir kya hai? ladai hogi, phir kya hai? bloodshed hoga.</w:t>
      </w:r>
    </w:p>
    <w:p>
      <w:pPr>
        <w:jc w:val="right"/>
      </w:pPr>
      <w:r>
        <w:t>پھر کیا ہے؟ وائیلنس بنے گا، پھر کیا ہے؟ لڑائی ہوگی، پھر کیا ہے؟ بلڈ شیڈ ہوگا۔</w:t>
      </w:r>
    </w:p>
    <w:p>
      <w:r>
        <w:rPr>
          <w:b/>
        </w:rPr>
        <w:t xml:space="preserve">[03:53] </w:t>
      </w:r>
      <w:r>
        <w:t>isi liye unesco ka jo motto hai woh yeh hai ke "violence begins from mind". mind mein aap ko negative thought aaya, ghussa aaya toh bas badhte badhte badhte badhte woh war tak pahunch gaya.</w:t>
      </w:r>
    </w:p>
    <w:p>
      <w:pPr>
        <w:jc w:val="right"/>
      </w:pPr>
      <w:r>
        <w:t>اسی لیے یونیسکو کا جو موٹو ہے وہ یہ ہے کہ "وائیلنس بگنز فرام مائنڈ"۔ مائنڈ میں آپ کو نیگیٹیو تھاٹ آیا، غصہ آیا تو بس بڑھتے بڑھتے بڑھتے بڑھتے وہ وار تک پہنچ گیا۔</w:t>
      </w:r>
    </w:p>
    <w:p>
      <w:r>
        <w:rPr>
          <w:b/>
        </w:rPr>
        <w:t xml:space="preserve">[04:12] </w:t>
      </w:r>
      <w:r>
        <w:t>doosra behaviour jo hai woh healthy behaviour hai ke woh reaction par base na karta ho. aap apne positive attitude se logon ke saath sulook karein,</w:t>
      </w:r>
    </w:p>
    <w:p>
      <w:pPr>
        <w:jc w:val="right"/>
      </w:pPr>
      <w:r>
        <w:t>دوسرا بیہیویئر جو ہے وہ ہیلدی بیہیویئر ہے کہ وہ ری ایکشن پر بیس نہ کرتا ہو۔ آپ اپنے پازیٹیو ایٹیٹیوڈ سے لوگوں کے ساتھ سلوک کریں،</w:t>
      </w:r>
    </w:p>
    <w:p>
      <w:r>
        <w:rPr>
          <w:b/>
        </w:rPr>
        <w:t xml:space="preserve">[04:27] </w:t>
      </w:r>
      <w:r>
        <w:t>yeh khud apni soch ho, apna principle ho, us par chalte hon aap.</w:t>
      </w:r>
    </w:p>
    <w:p>
      <w:pPr>
        <w:jc w:val="right"/>
      </w:pPr>
      <w:r>
        <w:t>یہ خود اپنی سوچ ہو، اپنا پرنسپل ہو، اس پر چلتے ہوں آپ۔</w:t>
      </w:r>
    </w:p>
    <w:p>
      <w:r>
        <w:rPr>
          <w:b/>
        </w:rPr>
        <w:t xml:space="preserve">[04:33] </w:t>
      </w:r>
      <w:r>
        <w:t>toh islam mein kaha gaya hai, yaani prophet ki hadees ek hai ke "la takoonu amata". yeh hadees hai, saying hai prophet of islam ki</w:t>
      </w:r>
    </w:p>
    <w:p>
      <w:pPr>
        <w:jc w:val="right"/>
      </w:pPr>
      <w:r>
        <w:t>تو اسلام میں کہا گیا ہے، یعنی پرافٹ کی حدیث ایک ہے کہ "لا تكونوا اماتا"۔ یہ حدیث ہے، سینگ ہے پرافٹ اف اسلام کی</w:t>
      </w:r>
    </w:p>
    <w:p>
      <w:r>
        <w:rPr>
          <w:b/>
        </w:rPr>
        <w:t xml:space="preserve">[04:47] </w:t>
      </w:r>
      <w:r>
        <w:t>"la takoonu amata".</w:t>
      </w:r>
    </w:p>
    <w:p>
      <w:pPr>
        <w:jc w:val="right"/>
      </w:pPr>
      <w:r>
        <w:t>"لا تكونوا اماتا"۔</w:t>
      </w:r>
    </w:p>
    <w:p>
      <w:r>
        <w:rPr>
          <w:b/>
        </w:rPr>
        <w:t xml:space="preserve">[04:52] </w:t>
      </w:r>
      <w:r>
        <w:t>amata ka matlab hota hai "ani mata", yaani jo tum karoge wahi main bhi karunga. tum maroge toh main bhi marunga, tum gaali doge toh main bhi gaali dunga, aur tum theek se rahoge toh main bhi theek se rahunga.</w:t>
      </w:r>
    </w:p>
    <w:p>
      <w:pPr>
        <w:jc w:val="right"/>
      </w:pPr>
      <w:r>
        <w:t>امات کا مطلب ہوتا ہے "انی ماتا"، یعنی جو تم کرو گے وہی میں بھی کروں گا۔ تم مارو گے تو میں بھی ماروں گا، تم گالی دو گے تو میں بھی گالی دوں گا، اور تم ٹھیک سے رہو گے تو میں بھی ٹھیک سے رہوں گا۔</w:t>
      </w:r>
    </w:p>
    <w:p>
      <w:r>
        <w:rPr>
          <w:b/>
        </w:rPr>
        <w:t xml:space="preserve">[05:09] </w:t>
      </w:r>
      <w:r>
        <w:t>toh aap ne kaha ke amata mat bano, tum aise bano ke woh theek se na rahein tab bhi tum theek se raho,</w:t>
      </w:r>
    </w:p>
    <w:p>
      <w:pPr>
        <w:jc w:val="right"/>
      </w:pPr>
      <w:r>
        <w:t>تو آپ نے کہا کہ امام مت بنو، تم ایسے بنو کہ وہ ٹھیک سے نہ رہیں تب بھی تم ٹھیک سے رہو،</w:t>
      </w:r>
    </w:p>
    <w:p>
      <w:r>
        <w:rPr>
          <w:b/>
        </w:rPr>
        <w:t xml:space="preserve">[05:17] </w:t>
      </w:r>
      <w:r>
        <w:t>woh hate karein tab bhi tum pyar karo. yaani reaction wala behaviour islam mein haraam hai. doosron ke behaviour ko dekh kar waise hi hum bhi behave karein jaisa ke us ne kiya hai toh yeh islam mein jaiz nahi hai.</w:t>
      </w:r>
    </w:p>
    <w:p>
      <w:pPr>
        <w:jc w:val="right"/>
      </w:pPr>
      <w:r>
        <w:t>وہ ہیٹ کریں تب بھی تم پیار کرو۔ یعنی ری ایکشن والا بیہیویئر اسلام میں حرام ہے۔ دوسروں کے بیہیویئر کو دیکھ کر ویسے ہی ہم بھی بیہیو کریں جیسا کہ اس نے کیا ہے تو یہ اسلام میں جائز نہیں ہے۔</w:t>
      </w:r>
    </w:p>
    <w:p>
      <w:r>
        <w:rPr>
          <w:b/>
        </w:rPr>
        <w:t xml:space="preserve">[05:37] </w:t>
      </w:r>
      <w:r>
        <w:t>islam mein unilateral ethics hai, unilateral ethics.</w:t>
      </w:r>
    </w:p>
    <w:p>
      <w:pPr>
        <w:jc w:val="right"/>
      </w:pPr>
      <w:r>
        <w:t>اسلام میں یونیلیٹرل ایتھکس ہے، یونیلیٹرل ایتھکس۔</w:t>
      </w:r>
    </w:p>
    <w:p>
      <w:r>
        <w:rPr>
          <w:b/>
        </w:rPr>
        <w:t xml:space="preserve">[05:45] </w:t>
      </w:r>
      <w:r>
        <w:t>kyunke islam mein yeh hai ke aap ethics, yaani aap agar</w:t>
      </w:r>
    </w:p>
    <w:p>
      <w:pPr>
        <w:jc w:val="right"/>
      </w:pPr>
      <w:r>
        <w:t>کیونکہ اسلام میں یہ ہے کہ آپ ایتھکس، یعنی آپ اگر</w:t>
      </w:r>
    </w:p>
    <w:p>
      <w:r>
        <w:rPr>
          <w:b/>
        </w:rPr>
        <w:t xml:space="preserve">[05:52] </w:t>
      </w:r>
      <w:r>
        <w:t>positive personality banayein apne andar to positive personality wale jo hain, yaani world hereafter mein bohat bara reward payenge.</w:t>
      </w:r>
    </w:p>
    <w:p>
      <w:pPr>
        <w:jc w:val="right"/>
      </w:pPr>
      <w:r>
        <w:t>پازیٹیو پرسنیلٹی بنائیں اپنے اندر تو پازیٹیو پرسنیلٹی والے جو ہیں، یعنی ورلڈ ایئر افٹر میں بہت بڑا ریوارڈ پائیں گے۔</w:t>
      </w:r>
    </w:p>
    <w:p>
      <w:r>
        <w:rPr>
          <w:b/>
        </w:rPr>
        <w:t xml:space="preserve">[06:05] </w:t>
      </w:r>
      <w:r>
        <w:t>to yahan se wahan tak jata hai mamla islam ka. to pehli baat yahi hai, mein kahunga ke unhealthy behaviour islam mein jaiz nahi hai,</w:t>
      </w:r>
    </w:p>
    <w:p>
      <w:pPr>
        <w:jc w:val="right"/>
      </w:pPr>
      <w:r>
        <w:t>تو یہاں سے وہاں تک جاتا ہے معاملہ اسلام کا۔ تو پہلی بات یہی ہے، میں کہوں گا کہ ان ہیلدی بیہیویئر اسلام میں جائز نہیں ہے،</w:t>
      </w:r>
    </w:p>
    <w:p>
      <w:r>
        <w:rPr>
          <w:b/>
        </w:rPr>
        <w:t xml:space="preserve">[06:20] </w:t>
      </w:r>
      <w:r>
        <w:t>sirf healthy behaviour hi islam mein jaiz hai. ab sochiye ke jab is tarah se log rehne lagen society mein to kya hoga?</w:t>
      </w:r>
    </w:p>
    <w:p>
      <w:pPr>
        <w:jc w:val="right"/>
      </w:pPr>
      <w:r>
        <w:t>صرف ہیلدی بیہیویئر ہی اسلام میں جائز ہے۔ اب سوچیے کہ جب اس طرح سے لوگ رہنے لگیں سوسائٹی میں تو کیا ہوگا؟</w:t>
      </w:r>
    </w:p>
    <w:p>
      <w:r>
        <w:rPr>
          <w:b/>
        </w:rPr>
        <w:t xml:space="preserve">[06:32] </w:t>
      </w:r>
      <w:r>
        <w:t>wahan peace hoga, wahan tolerance hoga, wahan pyar hoga, yeh sab kuch hoga. aap jante hain ke jesus christ ne kaha tha ke "love your enemy",</w:t>
      </w:r>
    </w:p>
    <w:p>
      <w:pPr>
        <w:jc w:val="right"/>
      </w:pPr>
      <w:r>
        <w:t>وہاں پیس ہوگا، وہاں ٹالرنس ہوگا، وہاں پیار ہوگا، یہ سب کچھ ہوگا۔ آپ جانتے ہیں کہ جیسس کرائسٹ نے کہا تھا کہ "لو یور اینمی"،</w:t>
      </w:r>
    </w:p>
    <w:p>
      <w:r>
        <w:rPr>
          <w:b/>
        </w:rPr>
        <w:t xml:space="preserve">[06:49] </w:t>
      </w:r>
      <w:r>
        <w:t>apne enemy se pyar karo, apne enemy se bhi pyar karo. yeh matlab yeh hua ke "love all including your enemy".</w:t>
      </w:r>
    </w:p>
    <w:p>
      <w:pPr>
        <w:jc w:val="right"/>
      </w:pPr>
      <w:r>
        <w:t>اپنے اینمی سے پیار کرو، اپنے اینمی سے بھی پیار کرو۔ یہ مطلب یہ ہوا کہ "لو ال انکلوڈنگ یور اینمی"۔</w:t>
      </w:r>
    </w:p>
    <w:p>
      <w:r>
        <w:rPr>
          <w:b/>
        </w:rPr>
        <w:t xml:space="preserve">[06:59] </w:t>
      </w:r>
      <w:r>
        <w:t>is par maine bohat socha kyunke mein samajhta hoon ke yeh just hai healthy behaviour ka ke society mein jo cheez hum chahte hain, healthy behaviour, uska yeh just hai,</w:t>
      </w:r>
    </w:p>
    <w:p>
      <w:pPr>
        <w:jc w:val="right"/>
      </w:pPr>
      <w:r>
        <w:t>اس پر میں نے بہت سوچا کیونکہ میں سمجھتا ہوں کہ یہ جسٹ ہے ہیلدی بیہیویئر کا کہ سوسائٹی میں جو چیز ہم چاہتے ہیں، ہیلدی بیہیویئر، اس کا یہ جسٹ ہے،</w:t>
      </w:r>
    </w:p>
    <w:p>
      <w:r>
        <w:rPr>
          <w:b/>
        </w:rPr>
        <w:t xml:space="preserve">[07:14] </w:t>
      </w:r>
      <w:r>
        <w:t>sab kuch is mein aa jata hai. is par maine bohat socha</w:t>
      </w:r>
    </w:p>
    <w:p>
      <w:pPr>
        <w:jc w:val="right"/>
      </w:pPr>
      <w:r>
        <w:t>سب کچھ اس میں آ جاتا ہے۔ اس پر میں نے بہت سوچ</w:t>
      </w:r>
    </w:p>
    <w:p>
      <w:r>
        <w:rPr>
          <w:b/>
        </w:rPr>
        <w:t xml:space="preserve">[07:18] </w:t>
      </w:r>
      <w:r>
        <w:t>a, phir maine socha ke aakhir koi love kyun kare doosron se? "there must be some incentive", "there must be some motivation", kyun doosre aadmi pyar kare?</w:t>
      </w:r>
    </w:p>
    <w:p>
      <w:pPr>
        <w:jc w:val="right"/>
      </w:pPr>
      <w:r>
        <w:t>ا، پھر میں نے سوچا کہ آخر کوئی لو کیوں کرے دوسروں سے؟ "دیر مسٹ بی سب انسینٹیو"، "دیر مسٹ بی سب موٹیویشن"، کیوں دوسرے آدمی پیار کرے؟</w:t>
      </w:r>
    </w:p>
    <w:p>
      <w:r>
        <w:rPr>
          <w:b/>
        </w:rPr>
        <w:t xml:space="preserve">[07:34] </w:t>
      </w:r>
      <w:r>
        <w:t>to mujhe is mein ek hadith hai prophet ki, us se mila ke "man lam yashkur al-nas lam yashkur Allah"</w:t>
      </w:r>
    </w:p>
    <w:p>
      <w:pPr>
        <w:jc w:val="right"/>
      </w:pPr>
      <w:r>
        <w:t>تو مجھے اس میں ایک حدیث ہے پرافٹ کی، اس سے ملا کہ "من لم یشکر الناس لم یشکر اللہ"</w:t>
      </w:r>
    </w:p>
    <w:p>
      <w:r>
        <w:rPr>
          <w:b/>
        </w:rPr>
        <w:t xml:space="preserve">[07:44] </w:t>
      </w:r>
      <w:r>
        <w:t>, yaani insaan ko, insaan ko tumhein acknowledge karna hai. insaan ka jo sulook hai, insaan ne jo tumhare sath kiya hai, us ko acknowledge karoge tabhi Khuda ke haan tum maane jaoge, warna Khuda ke haan tum reject kar diye jaoge.</w:t>
      </w:r>
    </w:p>
    <w:p>
      <w:pPr>
        <w:jc w:val="right"/>
      </w:pPr>
      <w:r>
        <w:t>، یعنی انسان کو، انسان کو تمہیں اکنالج کرنا ہے۔ انسان کا جو سلوک ہے، انسان نے جو تمہارے ساتھ کیا ہے، اس کو اکنالج کرو گے تبھی خدا کے ہاں تم مانے جاؤ گے، ورنہ خدا کے ہاں تم ریجیکٹ کر دیے جاؤ گے۔</w:t>
      </w:r>
    </w:p>
    <w:p>
      <w:r>
        <w:rPr>
          <w:b/>
        </w:rPr>
        <w:t xml:space="preserve">[08:02] </w:t>
      </w:r>
      <w:r>
        <w:t>reject. ab dekhein ke insaan ne mere sath kiya kiya hai,</w:t>
      </w:r>
    </w:p>
    <w:p>
      <w:pPr>
        <w:jc w:val="right"/>
      </w:pPr>
      <w:r>
        <w:t>ریجیکٹ۔ اب دیکھیں کہ انسان نے میرے ساتھ کیا کیا ہے،</w:t>
      </w:r>
    </w:p>
    <w:p>
      <w:r>
        <w:rPr>
          <w:b/>
        </w:rPr>
        <w:t xml:space="preserve">[08:10] </w:t>
      </w:r>
      <w:r>
        <w:t>isi mein sari baat mujhe mili.</w:t>
      </w:r>
    </w:p>
    <w:p>
      <w:pPr>
        <w:jc w:val="right"/>
      </w:pPr>
      <w:r>
        <w:t>اسی میں ساری بات مجھے ملی۔</w:t>
      </w:r>
    </w:p>
    <w:p>
      <w:r>
        <w:rPr>
          <w:b/>
        </w:rPr>
        <w:t xml:space="preserve">[08:17] </w:t>
      </w:r>
      <w:r>
        <w:t>mein aksar sochta hoon ke jo cheez aaj hamare paas hai, jis ko hum kehte hain civilization, woh kaise hai? hazaron saal se insaan ne mehnatain keen.</w:t>
      </w:r>
    </w:p>
    <w:p>
      <w:pPr>
        <w:jc w:val="right"/>
      </w:pPr>
      <w:r>
        <w:t>میں اکثر سوچتا ہوں کہ جو چیز آج ہمارے پاس ہے، جس کو ہم کہتے ہیں سولائزیشن، وہ کیسے ہے؟ ہزاروں سال سے انسان نے محنتیں کیں۔</w:t>
      </w:r>
    </w:p>
    <w:p>
      <w:r>
        <w:rPr>
          <w:b/>
        </w:rPr>
        <w:t xml:space="preserve">[08:28] </w:t>
      </w:r>
      <w:r>
        <w:t>aisa nahi hai jo mein kapra pehnta hoon, jo sawari par baithta hoon, mein jo architecture hamara hai, kuch bhi, kuch bhi, kuch bhi, jo aap jo furniture hai, us ke peeche hazaron saal tak insaanon ne mehnatain keen,</w:t>
      </w:r>
    </w:p>
    <w:p>
      <w:pPr>
        <w:jc w:val="right"/>
      </w:pPr>
      <w:r>
        <w:t>ایسا نہیں ہے جو میں کپڑا پہنتا ہوں، جو سواری پر بیٹھتا ہوں، میں جو آرکیٹیکچر ہمارا ہے، کچھ بھی، کچھ بھی، کچھ بھی، جو آپ جو فرنیچر ہے، اس کے پیچھے ہزاروں سال تک انسانوں نے محنتیں کیں،</w:t>
      </w:r>
    </w:p>
    <w:p>
      <w:r>
        <w:rPr>
          <w:b/>
        </w:rPr>
        <w:t xml:space="preserve">[08:44] </w:t>
      </w:r>
      <w:r>
        <w:t>struggle kiya, tab ja kar ke hamein woh mila. for example, dekhiye, yeh glass aap ke samne hai, yeh glass kitni achi cheez hai, glass jis mein hum pani peete hain.</w:t>
      </w:r>
    </w:p>
    <w:p>
      <w:pPr>
        <w:jc w:val="right"/>
      </w:pPr>
      <w:r>
        <w:t>سٹرگل کیا، تب جا کر کے ہمیں وہ ملا۔ فار ایگزامپل، دیکھیے، یہ گلاس آپ کے سامنے ہے، یہ گلاس کتنی اچھی چیز ہے، گلاس جس میں ہم پانی پیتے ہیں۔</w:t>
      </w:r>
    </w:p>
    <w:p>
      <w:r>
        <w:rPr>
          <w:b/>
        </w:rPr>
        <w:t xml:space="preserve">[09:00] </w:t>
      </w:r>
      <w:r>
        <w:t>lekin aap jante hain ke aadmi pehle kaise pani peeta tha?</w:t>
      </w:r>
    </w:p>
    <w:p>
      <w:pPr>
        <w:jc w:val="right"/>
      </w:pPr>
      <w:r>
        <w:t>لیکن آپ جانتے ہیں کہ آدمی پہلے کیسے پانی پیتا تھا؟</w:t>
      </w:r>
    </w:p>
    <w:p>
      <w:r>
        <w:rPr>
          <w:b/>
        </w:rPr>
        <w:t xml:space="preserve">[09:07] </w:t>
      </w:r>
      <w:r>
        <w:t>pehla insaan pani peeta tha is tarah se,</w:t>
      </w:r>
    </w:p>
    <w:p>
      <w:pPr>
        <w:jc w:val="right"/>
      </w:pPr>
      <w:r>
        <w:t>پہلے انسان پانی پیتا تھا اس طریقے سے،</w:t>
      </w:r>
    </w:p>
    <w:p>
      <w:r>
        <w:rPr>
          <w:b/>
        </w:rPr>
        <w:t xml:space="preserve">[09:12] </w:t>
      </w:r>
      <w:r>
        <w:t>yaani by joining the palms, do is hatheliyon ko mila kar ke, us ko chalo kehte hain, us ko hum us se pani peeta tha.</w:t>
      </w:r>
    </w:p>
    <w:p>
      <w:pPr>
        <w:jc w:val="right"/>
      </w:pPr>
      <w:r>
        <w:t>یعنی بائے جوائننگ دی پامز، دو اس ہتھیلیوں کو ملا کر کے، اس کو چلو کہتے ہیں، اس کو ہم اس سے پانی پیتا تھا۔</w:t>
      </w:r>
    </w:p>
    <w:p>
      <w:r>
        <w:rPr>
          <w:b/>
        </w:rPr>
        <w:t xml:space="preserve">[09:25] </w:t>
      </w:r>
      <w:r>
        <w:t>phir insaan ne kiya kiya? lakri ke kuch banaye, us mein pani peene laga, phir mitti ka banaya, us se pani peene laga, phir lohe ka kuch banaya, us se pani peene laga.</w:t>
      </w:r>
    </w:p>
    <w:p>
      <w:pPr>
        <w:jc w:val="right"/>
      </w:pPr>
      <w:r>
        <w:t>پھر انسان نے کیا کیا؟ لکڑی کے کچھ بنائے، اس میں پانی پینے لگا، پھر مٹی کا بنایا، اس سے پانی پینے لگا، پھر لوہے کا کچھ بنایا، اس سے پانی پینے لگا۔</w:t>
      </w:r>
    </w:p>
    <w:p>
      <w:r>
        <w:rPr>
          <w:b/>
        </w:rPr>
        <w:t xml:space="preserve">[09:40] </w:t>
      </w:r>
      <w:r>
        <w:t>bohat dinon ke baad aisa hua ke sheesha bana, yaani five thousand years ke baad bana hai sheesha. yeh sheesha jo aap jis ko itne sare faide hain, yeh sirf yeh yahi nahi banta ke pani peene ke liye,</w:t>
      </w:r>
    </w:p>
    <w:p>
      <w:pPr>
        <w:jc w:val="right"/>
      </w:pPr>
      <w:r>
        <w:t>بہت دنوں کے بعد ایسا ہوا کہ شیشہ بنا، یعنی فائیو تھا ایئرز کے بعد بنا ہے شیشہ۔ یہ شیشہ جو آپ جس کو اتنے سارے فائدے ہیں، یہ صرف یہ یہی نہیں بنتا کہ پانی پینے کے لیے،</w:t>
      </w:r>
    </w:p>
    <w:p>
      <w:r>
        <w:rPr>
          <w:b/>
        </w:rPr>
        <w:t xml:space="preserve">[09:56] </w:t>
      </w:r>
      <w:r>
        <w:t>numerous faide hain, numerous istemal hain sheeshe ke.</w:t>
      </w:r>
    </w:p>
    <w:p>
      <w:pPr>
        <w:jc w:val="right"/>
      </w:pPr>
      <w:r>
        <w:t>نیورس فائدے ہیں، نیورس استعمال ہیں شیشے کے۔</w:t>
      </w:r>
    </w:p>
    <w:p>
      <w:r>
        <w:rPr>
          <w:b/>
        </w:rPr>
        <w:t xml:space="preserve">[10:02] </w:t>
      </w:r>
      <w:r>
        <w:t>to yaani paanch hazar saal se insaan research kar raha tha kyunke sheesha aap jante hain kaise banta hai?</w:t>
      </w:r>
    </w:p>
    <w:p>
      <w:pPr>
        <w:jc w:val="right"/>
      </w:pPr>
      <w:r>
        <w:t>تو یعنی پانچ ہزار سال سے انسان ریسرچ کر رہا تھا کیونکہ شیشہ آپ جانتے ہیں کیسے بنتا ہے؟</w:t>
      </w:r>
    </w:p>
    <w:p>
      <w:r>
        <w:rPr>
          <w:b/>
        </w:rPr>
        <w:t xml:space="preserve">[10:11] </w:t>
      </w:r>
      <w:r>
        <w:t>silica aur soda aur potash aur lime, in sab cheezon se mil kar banta hai. ek bohat bari technique hai us ki, woh technique develop karte karte karte five thousand years beet gaye.</w:t>
      </w:r>
    </w:p>
    <w:p>
      <w:pPr>
        <w:jc w:val="right"/>
      </w:pPr>
      <w:r>
        <w:t>سلیکا اور سوڈا اور پوٹاش اور لائم، ان سب چیزوں سے مل کر بنتا ہے۔ ایک بہت بڑی ٹیکنیک ہے اس کی، وہ ٹیکنیک ڈیولپ کرتے کرتے کرتے فائیو تھا ایئرز بیت گئے۔</w:t>
      </w:r>
    </w:p>
    <w:p>
      <w:r>
        <w:rPr>
          <w:b/>
        </w:rPr>
        <w:t xml:space="preserve">[10:26] </w:t>
      </w:r>
      <w:r>
        <w:t>to ek poori civilization safar kar rahi hai ke mujhe aisa glass milay.</w:t>
      </w:r>
    </w:p>
    <w:p>
      <w:pPr>
        <w:jc w:val="right"/>
      </w:pPr>
      <w:r>
        <w:t>تو ایک پوری سولائزیشن سفر کر رہی ہے کہ مجھے ایسا گلاس ملے۔</w:t>
      </w:r>
    </w:p>
    <w:p>
      <w:r>
        <w:rPr>
          <w:b/>
        </w:rPr>
        <w:t xml:space="preserve">[10:33] </w:t>
      </w:r>
      <w:r>
        <w:t>ab sochiye ke jab aap ke dil mein baat aati hai ke paanch hazar saal se insan effort kar raha tha, struggle kar raha tha ke mujhe aisa beautiful glass day jis se main pani piyoon, jis se main khirkiyan banaoon,</w:t>
      </w:r>
    </w:p>
    <w:p>
      <w:pPr>
        <w:jc w:val="right"/>
      </w:pPr>
      <w:r>
        <w:t>اب سوچیے کہ جب آپ کے دل میں بات آتی ہے کہ پانچ ہزار سال سے انسان ایفرٹ کر رہا تھا، سٹرگل کر رہا تھا کہ مجھے ایسا بیوٹی فل گلاس دے جس سے میں پانی پیوں، جس سے میں کھڑکیاں بناؤں،</w:t>
      </w:r>
    </w:p>
    <w:p>
      <w:r>
        <w:rPr>
          <w:b/>
        </w:rPr>
        <w:t xml:space="preserve">[10:47] </w:t>
      </w:r>
      <w:r>
        <w:t>is hazaron faiday hoon, to aap sochiye ke insan ke baray mein kitna zyada aap ke andar love aa jaye gi? Kaisay kaisay museebatain uthain insan ne?</w:t>
      </w:r>
    </w:p>
    <w:p>
      <w:pPr>
        <w:jc w:val="right"/>
      </w:pPr>
      <w:r>
        <w:t>اس ہزاروں فائدے ہوں، تو آپ سوچیے کہ انسان کے بارے میں کتنا زیادہ آپ کے اندر لو آ جائے گی؟ کیسے کیسے مصیبتیں اٹھائیں انسان نے؟</w:t>
      </w:r>
    </w:p>
    <w:p>
      <w:r>
        <w:rPr>
          <w:b/>
        </w:rPr>
        <w:t xml:space="preserve">[10:59] </w:t>
      </w:r>
      <w:r>
        <w:t>yehi muamla har cheez ka hai.</w:t>
      </w:r>
    </w:p>
    <w:p>
      <w:pPr>
        <w:jc w:val="right"/>
      </w:pPr>
      <w:r>
        <w:t>یہی معاملہ ہر چیز کا ہے۔</w:t>
      </w:r>
    </w:p>
    <w:p>
      <w:r>
        <w:rPr>
          <w:b/>
        </w:rPr>
        <w:t xml:space="preserve">[11:01] </w:t>
      </w:r>
      <w:r>
        <w:t>koi bhi cheez aap le lijiye, chahe furniture ho ya building ho, ceiling machine ho, sawari ho. Aap jantay hain ke sawari jo hai, ab se bees hazar saal pehle insan ne invent kiya, wheel, pehiya.</w:t>
      </w:r>
    </w:p>
    <w:p>
      <w:pPr>
        <w:jc w:val="right"/>
      </w:pPr>
      <w:r>
        <w:t>کوئی بھی چیز آپ لے لیجئے، چاہے فرنیچر ہو یا بلڈنگ ہو، سیلنگ مشین ہو، سواری ہو۔ آپ جانتے ہیں کہ سواری جو ہے، اب سے بیس ہزار سال پہلے انسان نے انوینٹ کیا، ویل، پہیہ۔</w:t>
      </w:r>
    </w:p>
    <w:p>
      <w:r>
        <w:rPr>
          <w:b/>
        </w:rPr>
        <w:t xml:space="preserve">[11:19] </w:t>
      </w:r>
      <w:r>
        <w:t>sab se pehli invention jo thi, wo wheel thi, kaha jata hai.</w:t>
      </w:r>
    </w:p>
    <w:p>
      <w:pPr>
        <w:jc w:val="right"/>
      </w:pPr>
      <w:r>
        <w:t>سب سے پہلی انوینشن جو تھی، وہ ویل تھی، کہا جاتا ہے۔</w:t>
      </w:r>
    </w:p>
    <w:p>
      <w:r>
        <w:rPr>
          <w:b/>
        </w:rPr>
        <w:t xml:space="preserve">[11:25] </w:t>
      </w:r>
      <w:r>
        <w:t>ab is ke baad pehye se cart qism ki sawari bani, phir wo oont gaadi aur ghoda gaadi, kya kya hotay hotay hotay hotay, phir insan ne car banai.</w:t>
      </w:r>
    </w:p>
    <w:p>
      <w:pPr>
        <w:jc w:val="right"/>
      </w:pPr>
      <w:r>
        <w:t>اب اس کے بعد پہیے سے کروٹ قسم کی سواری بنی، پھر وہ اونٹ گاڑی اور گھوڑا گاڑی، کیا کیا ہوتے ہوتے ہوتے ہوتے، پھر انسان نے کار بنائی۔</w:t>
      </w:r>
    </w:p>
    <w:p>
      <w:r>
        <w:rPr>
          <w:b/>
        </w:rPr>
        <w:t xml:space="preserve">[11:43] </w:t>
      </w:r>
      <w:r>
        <w:t>is ke peechay bees hazar saal ka ek journey hai civilization ki ke poori poori civilization ko humain, yani indebted hain,</w:t>
      </w:r>
    </w:p>
    <w:p>
      <w:pPr>
        <w:jc w:val="right"/>
      </w:pPr>
      <w:r>
        <w:t>اس کے پیچھے بیس ہزار سال کا ایک جرنی ہے سولائزیشن کی کہ پوری پوری سولائزیشن کو ہمیں، یعنی انڈیٹڈ ہیں،</w:t>
      </w:r>
    </w:p>
    <w:p>
      <w:r>
        <w:rPr>
          <w:b/>
        </w:rPr>
        <w:t xml:space="preserve">[11:55] </w:t>
      </w:r>
      <w:r>
        <w:t>poori poori civilization ke hum maqrooz hain. To aap jab sochen to insan ke liye aap ke dil mein hate aa sakta hai, hate aa sakta hai aap ke dil mein.</w:t>
      </w:r>
    </w:p>
    <w:p>
      <w:pPr>
        <w:jc w:val="right"/>
      </w:pPr>
      <w:r>
        <w:t>پوری پوری سولائزیشن کے ہم مقروض ہیں۔ تو آپ جب سوچیں تو انسان کے لیے آپ کے دل میں ہیٹ آ سکتا ہے، ہیٹ آ سکتا ہے آپ کے دل میں۔</w:t>
      </w:r>
    </w:p>
    <w:p>
      <w:r>
        <w:rPr>
          <w:b/>
        </w:rPr>
        <w:t xml:space="preserve">[12:07] </w:t>
      </w:r>
      <w:r>
        <w:t>aaj aap mobile le kar rasta chalte hain, mobile par baat karte rehtay hain.</w:t>
      </w:r>
    </w:p>
    <w:p>
      <w:pPr>
        <w:jc w:val="right"/>
      </w:pPr>
      <w:r>
        <w:t>آج آپ موبائل لے کر راستہ چلتے ہیں، موبائل پر بات کرتے رہتے ہیں۔</w:t>
      </w:r>
    </w:p>
    <w:p>
      <w:r>
        <w:rPr>
          <w:b/>
        </w:rPr>
        <w:t xml:space="preserve">[12:12] </w:t>
      </w:r>
      <w:r>
        <w:t>mobile ko bananay mein kitni research karni pari, is ko zara dekhiye. Aap koi bhi cheez, joota aap pehantay hain aaj, lekin kabhi aisa tha ke insan nangay paon chalta tha, yani animal ki tarah.</w:t>
      </w:r>
    </w:p>
    <w:p>
      <w:pPr>
        <w:jc w:val="right"/>
      </w:pPr>
      <w:r>
        <w:t>موبائل کو بنانے میں کتنی ریسرچ کرنی پڑی، اس کو ذرا دیکھیے۔ آپ کوئی بھی چیز، جوتا آپ پہنتے ہیں آج، لیکن کبھی ایسا تھا کہ انسان ننگے پاؤں چلتا تھا، یعنی اینیمل کی طرح۔</w:t>
      </w:r>
    </w:p>
    <w:p>
      <w:r>
        <w:rPr>
          <w:b/>
        </w:rPr>
        <w:t xml:space="preserve">[12:27] </w:t>
      </w:r>
      <w:r>
        <w:t>yani nangay paon chalnay se le kar ke joote tak pohnchana, yeh hazaron hazar insanon ke effort ke baad hua.</w:t>
      </w:r>
    </w:p>
    <w:p>
      <w:pPr>
        <w:jc w:val="right"/>
      </w:pPr>
      <w:r>
        <w:t>یعنی ننگے پاؤں چلنے سے لے کر کے جوتے تک پہنچانا، یہ ہزاروں ہزار انسانوں کے ایفرٹ کے بعد ہوا۔</w:t>
      </w:r>
    </w:p>
    <w:p>
      <w:r>
        <w:rPr>
          <w:b/>
        </w:rPr>
        <w:t xml:space="preserve">[12:36] </w:t>
      </w:r>
      <w:r>
        <w:t>ghar bantay thay, pehle ek martaba mein gaya, ek is mein ek jungle mein, jahan insan rehtay thay, waise to wahan par aadmi rehtay thay jo.</w:t>
      </w:r>
    </w:p>
    <w:p>
      <w:pPr>
        <w:jc w:val="right"/>
      </w:pPr>
      <w:r>
        <w:t>گھر بنتے تھے، پہلے ایک مرتبہ میں گیا، ایک اس میں ایک جنگل میں، جہاں انسان رہتے تھے، ویسے تو وہاں پر آدمی رہتے تھے جو۔</w:t>
      </w:r>
    </w:p>
    <w:p>
      <w:r>
        <w:rPr>
          <w:b/>
        </w:rPr>
        <w:t xml:space="preserve">[12:48] </w:t>
      </w:r>
      <w:r>
        <w:t>to kuch nahi un ke paas tha, peir ke neechay rehtay thay aur koi ghar nahi tha un ke paas. To main ne socha ke yahan se insan ne ki journey shuru hui hai aur phir aaj kal ke beautiful ghar bantay hain jo city bantay hain.</w:t>
      </w:r>
    </w:p>
    <w:p>
      <w:pPr>
        <w:jc w:val="right"/>
      </w:pPr>
      <w:r>
        <w:t>تو کچھ نہیں ان کے پاس تھا، پیڑ کے نیچے رہتے تھے اور کوئی گھر نہیں تھا ان کے پاس۔ تو میں نے سوچا کہ یہاں سے انسان نے کی جرنی شروع ہوئی ہے اور پھر آج کل کے بیوٹی فل گھر بنتے ہیں جو سٹی بنتے ہیں۔</w:t>
      </w:r>
    </w:p>
    <w:p>
      <w:r>
        <w:rPr>
          <w:b/>
        </w:rPr>
        <w:t xml:space="preserve">[13:07] </w:t>
      </w:r>
      <w:r>
        <w:t>to main samajhta hoon ke yeh jo base hai, basic principle jo hai "love your enemy" matlab saaray insanon se mohabbat karo.</w:t>
      </w:r>
    </w:p>
    <w:p>
      <w:pPr>
        <w:jc w:val="right"/>
      </w:pPr>
      <w:r>
        <w:t>تو میں سمجھتا ہوں کہ یہ جو بیس ہے، بیسک پرنسپل جو ہے "لو یور اینمی" مطلب سارے انسانوں سے محبت کرو۔</w:t>
      </w:r>
    </w:p>
    <w:p>
      <w:r>
        <w:rPr>
          <w:b/>
        </w:rPr>
        <w:t xml:space="preserve">[13:17] </w:t>
      </w:r>
      <w:r>
        <w:t>to is ki ideology kya hai? Is ka ideology yeh hai ke "you are indebted to all humanity".</w:t>
      </w:r>
    </w:p>
    <w:p>
      <w:pPr>
        <w:jc w:val="right"/>
      </w:pPr>
      <w:r>
        <w:t>تو اس کی آئیڈیالوجی کیا ہے؟ اس کا آئیڈیالوجی یہ ہے کہ "یو آر انڈیٹیکٹ ٹو آل ہیومینٹی"۔</w:t>
      </w:r>
    </w:p>
    <w:p>
      <w:r>
        <w:rPr>
          <w:b/>
        </w:rPr>
        <w:t xml:space="preserve">[13:27] </w:t>
      </w:r>
      <w:r>
        <w:t>poori poori humanity ke to maqrooz ho, phir to aap love karnay par love hi karain gay aur kya karain gay? Doosra kaam kya karain gay?</w:t>
      </w:r>
    </w:p>
    <w:p>
      <w:pPr>
        <w:jc w:val="right"/>
      </w:pPr>
      <w:r>
        <w:t>پوری پوری ہیومینٹی کے تو مقروض ہو، پھر تو آپ لو کرنے پر لو ہی کریں گے اور کیا کریں گے؟ دوسرا کام کیا کریں گے؟</w:t>
      </w:r>
    </w:p>
    <w:p>
      <w:r>
        <w:rPr>
          <w:b/>
        </w:rPr>
        <w:t xml:space="preserve">[13:37] </w:t>
      </w:r>
      <w:r>
        <w:t>to ek cheez yeh hai, doosri cheez jo hai woh hai violence. Bohat jald aadmi violent ho jata hai.</w:t>
      </w:r>
    </w:p>
    <w:p>
      <w:pPr>
        <w:jc w:val="right"/>
      </w:pPr>
      <w:r>
        <w:t>تو ایک چیز یہ ہے، دوسری چیز جو ہے وہ ہے وائیلنس۔ بہت جلد آدمی وائلنٹ ہو جاتا ہے۔</w:t>
      </w:r>
    </w:p>
    <w:p>
      <w:r>
        <w:rPr>
          <w:b/>
        </w:rPr>
        <w:t xml:space="preserve">[13:48] </w:t>
      </w:r>
      <w:r>
        <w:t>to main is par bohat zyada sochta hoon ke kyun aisa hai ke log violence violent ho jatay hain. Is ka main ek hi sabab samajh paya hoon ke result ko soche baghair</w:t>
      </w:r>
    </w:p>
    <w:p>
      <w:pPr>
        <w:jc w:val="right"/>
      </w:pPr>
      <w:r>
        <w:t>تو میں اس پر بہت زیادہ سوچتا ہوں کہ کیوں ایسا ہے کہ لوگ وائلنس وائلنٹ ہو جاتے ہیں۔ اس کا میں ایک ہی سبب سمجھ پایا ہوں کہ رزلٹ کو سوچے بغیر</w:t>
      </w:r>
    </w:p>
    <w:p>
      <w:r>
        <w:rPr>
          <w:b/>
        </w:rPr>
        <w:t xml:space="preserve">[14:05] </w:t>
      </w:r>
      <w:r>
        <w:t>action lena.</w:t>
      </w:r>
    </w:p>
    <w:p>
      <w:pPr>
        <w:jc w:val="right"/>
      </w:pPr>
      <w:r>
        <w:t>ایکشن لینا۔</w:t>
      </w:r>
    </w:p>
    <w:p>
      <w:r>
        <w:rPr>
          <w:b/>
        </w:rPr>
        <w:t xml:space="preserve">[14:08] </w:t>
      </w:r>
      <w:r>
        <w:t>kyunke aap dekhiye, poori history batati hai ke kabhi bhi violence se koi positive result nahi nikla, kabhi bhi nahi nikla, kisi ke liye nahi nikla.</w:t>
      </w:r>
    </w:p>
    <w:p>
      <w:pPr>
        <w:jc w:val="right"/>
      </w:pPr>
      <w:r>
        <w:t>کیونکہ آپ دیکھیے، پوری ہسٹری بتاتی ہے کہ کبھی بھی وائلنس سے کوئی پازیٹیو رزلٹ نہیں نکلا، کبھی بھی نہیں نکلا، کسی کے لیے نہیں نکلا۔</w:t>
      </w:r>
    </w:p>
    <w:p>
      <w:r>
        <w:rPr>
          <w:b/>
        </w:rPr>
        <w:t xml:space="preserve">[14:23] </w:t>
      </w:r>
      <w:r>
        <w:t>violence se kabhi bhi koi positive result nahi nikla hai. To kyun aadmi violence karta hai? Out of emotion,</w:t>
      </w:r>
    </w:p>
    <w:p>
      <w:pPr>
        <w:jc w:val="right"/>
      </w:pPr>
      <w:r>
        <w:t>وائلنس سے کبھی بھی کوئی پازیٹیو رزلٹ نہیں نکلا ہے۔ تو کیوں آدمی وائلنس کرتا ہے؟ آؤٹ آف ایموشن،</w:t>
      </w:r>
    </w:p>
    <w:p>
      <w:r>
        <w:rPr>
          <w:b/>
        </w:rPr>
        <w:t xml:space="preserve">[14:34] </w:t>
      </w:r>
      <w:r>
        <w:t>kisi baat ko bhark utha, jazbaat aa gaye, bas usay usay mita dalna hai, us ko humain eliminate kar dena hai, bas lar gaye.</w:t>
      </w:r>
    </w:p>
    <w:p>
      <w:pPr>
        <w:jc w:val="right"/>
      </w:pPr>
      <w:r>
        <w:t>کسی بات کو بھڑک اٹھا، جذبات آ گئے، بس اسے اسے مٹا ڈالنا ہے، اس کو ہمیں ایلیمینیٹ کر دینا ہے، بس لڑ گئے۔</w:t>
      </w:r>
    </w:p>
    <w:p>
      <w:r>
        <w:rPr>
          <w:b/>
        </w:rPr>
        <w:t xml:space="preserve">[14:46] </w:t>
      </w:r>
      <w:r>
        <w:t>to aadmi ko agar yeh sirf kiya jaye ke koi action lainay se pehle tum result ko socho to kabhi bhi aadmi violence nahi karay ga.</w:t>
      </w:r>
    </w:p>
    <w:p>
      <w:pPr>
        <w:jc w:val="right"/>
      </w:pPr>
      <w:r>
        <w:t>تو آدمی کو اگر یہ صرف کیا جائے کہ کوئی ایکشن لینے سے پہلے تم رزلٹ کو سوچو تو کبھی بھی آدمی وائلنس نہیں کرے گا۔</w:t>
      </w:r>
    </w:p>
    <w:p>
      <w:r>
        <w:rPr>
          <w:b/>
        </w:rPr>
        <w:t xml:space="preserve">[14:59] </w:t>
      </w:r>
      <w:r>
        <w:t>yeh "your action must be result oriented" ek hi formula hai.</w:t>
      </w:r>
    </w:p>
    <w:p>
      <w:pPr>
        <w:jc w:val="right"/>
      </w:pPr>
      <w:r>
        <w:t>یہ "یور ایکشن مسٹ بی رزلٹ اورینٹڈ" ایک ہی فارمولا ہے۔</w:t>
      </w:r>
    </w:p>
    <w:p>
      <w:r>
        <w:rPr>
          <w:b/>
        </w:rPr>
        <w:t xml:space="preserve">[15:06] </w:t>
      </w:r>
      <w:r>
        <w:t>"your action must be result oriented" to hadees mein aata hai ke prophet ne kaha ke "in allah yuti rahm mal yuti qulaf" yani "god grants to non violence".</w:t>
      </w:r>
    </w:p>
    <w:p>
      <w:pPr>
        <w:jc w:val="right"/>
      </w:pPr>
      <w:r>
        <w:t>"یور ایکشن مسٹ بی رزلٹ اورینٹڈ"۔ تو حدیث میں آتا ہے کہ پرافٹ نے کہا کہ "ان اللہ یوتی رف مالا یوتی القلف" یعنی "گاڈ گرانٹس ٹو نان وائلنس"۔</w:t>
      </w:r>
    </w:p>
    <w:p>
      <w:r>
        <w:rPr>
          <w:b/>
        </w:rPr>
        <w:t xml:space="preserve">[15:22] </w:t>
      </w:r>
      <w:r>
        <w:t>what he does not grant to violence yani peace par woh cheez deta hai khuda jo violence par nahi deta.</w:t>
      </w:r>
    </w:p>
    <w:p>
      <w:pPr>
        <w:jc w:val="right"/>
      </w:pPr>
      <w:r>
        <w:t>واٹ ہی ڈز ناٹ گرانٹ ٹو وائلنس یعنی پیس پر وہ چیز دیتا ہے خدا جو وائلنس پر نہیں دیتا۔</w:t>
      </w:r>
    </w:p>
    <w:p>
      <w:r>
        <w:rPr>
          <w:b/>
        </w:rPr>
        <w:t xml:space="preserve">[15:32] </w:t>
      </w:r>
      <w:r>
        <w:t>to violence ka result hamesha negative nikalta hai. yaad rakhiye, kabhi koi ek misaal aap nahi bata sakte poori history mein ke violence ka result positive nikla ho.</w:t>
      </w:r>
    </w:p>
    <w:p>
      <w:pPr>
        <w:jc w:val="right"/>
      </w:pPr>
      <w:r>
        <w:t>تو وائلنس کا رزلٹ ہمیشہ نیگیٹیو نکلتا ہے۔ یاد رکھیے، کبھی کوئی ایک مثال آپ نہیں بتا سکتے پوری ہسٹری میں کہ وائلنس کا رزلٹ پازیٹیو نکلا ہو۔</w:t>
      </w:r>
    </w:p>
    <w:p>
      <w:r>
        <w:rPr>
          <w:b/>
        </w:rPr>
        <w:t xml:space="preserve">[15:46] </w:t>
      </w:r>
      <w:r>
        <w:t>isi liye kaha jata hai ke har victory truck victory hoti hai. yeh do jab do ladte hain, ek jeeta, ek hara, to jeetne wale ke liye woh victory truck victory hoti hai.</w:t>
      </w:r>
    </w:p>
    <w:p>
      <w:pPr>
        <w:jc w:val="right"/>
      </w:pPr>
      <w:r>
        <w:t>اسی لیے کہا جاتا ہے کہ ہر وکٹری ٹرک وکٹری ہوتی ہے۔ یہ دو جب دو لڑتے ہیں، ایک جیتا، ایک ہارا، تو جیتنے والے کے لیے وہ وکٹری ٹرک وکٹری ہوتی ہے۔</w:t>
      </w:r>
    </w:p>
    <w:p>
      <w:r>
        <w:rPr>
          <w:b/>
        </w:rPr>
        <w:t xml:space="preserve">[16:03] </w:t>
      </w:r>
      <w:r>
        <w:t>truck victory ka matlab yeh hai ke itna lose kar chuka hai woh ke jeet kar bhi kuch nahi mila us ko. jo hara woh woh bhi loota, jo jeeta woh bhi loota.</w:t>
      </w:r>
    </w:p>
    <w:p>
      <w:pPr>
        <w:jc w:val="right"/>
      </w:pPr>
      <w:r>
        <w:t>ٹرک وکٹری کا مطلب یہ ہے کہ اتنا لوز کر چکا ہے وہ کہ جیت کر بھی کچھ نہیں ملا اس کو۔ جو ہارا وہ وہ بھی لوٹا، جو جیتا وہ بھی لوٹا۔</w:t>
      </w:r>
    </w:p>
    <w:p>
      <w:r>
        <w:rPr>
          <w:b/>
        </w:rPr>
        <w:t xml:space="preserve">[16:16] </w:t>
      </w:r>
      <w:r>
        <w:t>yeh sab yeh sab har har ladai ke baad hota hai. to do cheezein mein samajh paya hoon ke ek hai peace aur ek hai logon ke sath healthy behaviour ke sath rehna.</w:t>
      </w:r>
    </w:p>
    <w:p>
      <w:pPr>
        <w:jc w:val="right"/>
      </w:pPr>
      <w:r>
        <w:t>یہ سب یہ سب ہر ہر لڑائی کے بعد ہوتا ہے۔ تو دو چیزیں میں سمجھ پایا ہوں کہ ایک ہے پیس اور ایک ہے لوگوں کے ساتھ ہیلدی بیہیویئر کے ساتھ رہنا۔</w:t>
      </w:r>
    </w:p>
    <w:p>
      <w:r>
        <w:rPr>
          <w:b/>
        </w:rPr>
        <w:t xml:space="preserve">[16:32] </w:t>
      </w:r>
      <w:r>
        <w:t>healthy behaviour ke sath rehne ke liye logon mein yeh calculate kiya jaye ke tum to indebted ho, sari insaniyat ke, sari insaniyat ke to maqrooz ho, tumhein to acknowledge karna hi karna hai.</w:t>
      </w:r>
    </w:p>
    <w:p>
      <w:pPr>
        <w:jc w:val="right"/>
      </w:pPr>
      <w:r>
        <w:t>ہیلدی بیہیویئر کے ساتھ رہنے کے لیے لوگوں میں یہ کلکیٹ کیا جائے کہ تم تو انڈیٹڈ ہو، ساری انسانیت کے، ساری انسانیت کے تو مقروض ہو، تمہیں تو اکنالج کرنا ہی کرنا ہے۔</w:t>
      </w:r>
    </w:p>
    <w:p>
      <w:r>
        <w:rPr>
          <w:b/>
        </w:rPr>
        <w:t xml:space="preserve">[16:49] </w:t>
      </w:r>
      <w:r>
        <w:t>mein bol raha hoon aur yeh record ho raha hai ya camera se is ka photo aa raha hai to yeh is ke peeche hazaron saal ki tareekh hai. mein ne aaj invent nahi kar liya is ko.</w:t>
      </w:r>
    </w:p>
    <w:p>
      <w:pPr>
        <w:jc w:val="right"/>
      </w:pPr>
      <w:r>
        <w:t>میں بول رہا ہوں اور یہ ریکارڈ ہو رہا ہے یا کیمرے سے اس کا فوٹو آ رہا ہے تو یہ اس کے پیچھے ہزاروں سال کی تاریخ ہے۔ میں نے آج انورٹ نہیں کر لیا اس کو۔</w:t>
      </w:r>
    </w:p>
    <w:p>
      <w:r>
        <w:rPr>
          <w:b/>
        </w:rPr>
        <w:t xml:space="preserve">[17:00] </w:t>
      </w:r>
      <w:r>
        <w:t>aaj</w:t>
      </w:r>
    </w:p>
    <w:p>
      <w:pPr>
        <w:jc w:val="right"/>
      </w:pPr>
      <w:r>
        <w:t>آج</w:t>
      </w:r>
    </w:p>
    <w:p>
      <w:r>
        <w:rPr>
          <w:b/>
        </w:rPr>
        <w:t xml:space="preserve">[17:04] </w:t>
      </w:r>
      <w:r>
        <w:t>to agar hum yeh sochein ke sari insaniyat ka maqrooz hoon mein</w:t>
      </w:r>
    </w:p>
    <w:p>
      <w:pPr>
        <w:jc w:val="right"/>
      </w:pPr>
      <w:r>
        <w:t>تو اگر ہم یہ سوچیں کہ ساری انسانیت کا مقروض ہوں میں</w:t>
      </w:r>
    </w:p>
    <w:p>
      <w:r>
        <w:rPr>
          <w:b/>
        </w:rPr>
        <w:t xml:space="preserve">[17:12] </w:t>
      </w:r>
      <w:r>
        <w:t>to pyari peer aayega insan ke liye. aur jahan tak peace ki baat hai, agar hum yeh soch lein ke ke violence ka nateeja to sirf negative nikalta hai,</w:t>
      </w:r>
    </w:p>
    <w:p>
      <w:pPr>
        <w:jc w:val="right"/>
      </w:pPr>
      <w:r>
        <w:t>تو پیاری پیر آئے گا انسان کے لیے۔ اور جہاں تک پیس کی بات ہے، اگر ہم یہ سوچ لیں کہ کہ وائلنس کا نتیجہ تو صرف نیگیٹیو نکلتا ہے،</w:t>
      </w:r>
    </w:p>
    <w:p>
      <w:r>
        <w:rPr>
          <w:b/>
        </w:rPr>
        <w:t xml:space="preserve">[17:26] </w:t>
      </w:r>
      <w:r>
        <w:t>isi liye rasool allah ne jo is mamle mein jo bataya hai woh yeh hai ke</w:t>
      </w:r>
    </w:p>
    <w:p>
      <w:pPr>
        <w:jc w:val="right"/>
      </w:pPr>
      <w:r>
        <w:t>اسی لیے رسول اللہ نے جو اس معاملے میں جو بتایا ہے وہ یہ ہے کہ</w:t>
      </w:r>
    </w:p>
    <w:p>
      <w:r>
        <w:rPr>
          <w:b/>
        </w:rPr>
        <w:t xml:space="preserve">[17:36] </w:t>
      </w:r>
      <w:r>
        <w:t>confrontation ko avoid karo, confrontation ko avoid karo. aur confrontation ka jo point hai, yeh point of confrontation hai, is se hat kar ke apni rasta nikalo.</w:t>
      </w:r>
    </w:p>
    <w:p>
      <w:pPr>
        <w:jc w:val="right"/>
      </w:pPr>
      <w:r>
        <w:t>کنفrontiشن کو اوائڈ کرو، کنفrontiشن کو اوائڈ کرو۔ اور کنفrontiشن کا جو پوائنٹ ہے، یہ پوائنٹ آف کنفrontiشن ہے، اس سے ہٹ کر کے اپنی راستہ نکالو۔</w:t>
      </w:r>
    </w:p>
    <w:p>
      <w:r>
        <w:rPr>
          <w:b/>
        </w:rPr>
        <w:t xml:space="preserve">[17:53] </w:t>
      </w:r>
      <w:r>
        <w:t>is mamle mein quran mein bhi hai, hadees mein bhi hai. is se mein ne formula banaya hai yeh ke "avoid the confrontation and avail the opportunities"</w:t>
      </w:r>
    </w:p>
    <w:p>
      <w:pPr>
        <w:jc w:val="right"/>
      </w:pPr>
      <w:r>
        <w:t>اس معاملے میں قرآن میں بھی ہے، حدیث میں بھی ہے۔ اس سے میں نے فارمولا بنایا ہے یہ کہ "اوائڈ دا کنفrontiشن اینڈ اویل دا اپرچونیٹیز"</w:t>
      </w:r>
    </w:p>
    <w:p>
      <w:r>
        <w:rPr>
          <w:b/>
        </w:rPr>
        <w:t xml:space="preserve">[18:06] </w:t>
      </w:r>
      <w:r>
        <w:t>yani confrontation ka jo point hai, wahan par agar hum chahenge aage badhna to takrao hoga, ladai hogi. to islam mein sikhaya gaya ke wahan se hat jao.</w:t>
      </w:r>
    </w:p>
    <w:p>
      <w:pPr>
        <w:jc w:val="right"/>
      </w:pPr>
      <w:r>
        <w:t>یعنی کنفrontiشن کا جو پوائنٹ ہے، وہاں پر اگر ہم چاہیں گے آگے بڑھنا تو ٹکراؤ ہوگا، لڑائی ہوگی۔ تو اسلام میں سکھایا گیا کہ وہاں سے ہٹ جاؤ۔</w:t>
      </w:r>
    </w:p>
    <w:p>
      <w:r>
        <w:rPr>
          <w:b/>
        </w:rPr>
        <w:t xml:space="preserve">[18:18] </w:t>
      </w:r>
      <w:r>
        <w:t>jab wahan wahan se hat te hi aap ko lagta hai ke to bohat sari aur opportunities maujood hain to wahan par kaam karo. jaise ab yeh chuki aaj kal jo hai musalman chuki one percent bhi is par nahi hain, is principle par har jagah lad gad rahe hain to log samajh nahi paate ke islam mein aisa hoga.</w:t>
      </w:r>
    </w:p>
    <w:p>
      <w:pPr>
        <w:jc w:val="right"/>
      </w:pPr>
      <w:r>
        <w:t>جب وہاں وہاں سے ہٹتے ہی آپ کو لگتا ہے کہ تو بہت ساری اور اپرچونیٹیز موجود ہیں تو وہاں پر کام کرو۔ جیسے اب یہ چونکہ آج کل جو ہے مسلمان چونکہ ون پرسنٹ بھی اس پر نہیں ہیں، اس پرنسپل پر ہر جگہ لڑ گڑ رہے ہیں تو لوگ سمجھ نہیں پاتے کہ اسلام میں ایسا ہوگا۔</w:t>
      </w:r>
    </w:p>
    <w:p>
      <w:r>
        <w:rPr>
          <w:b/>
        </w:rPr>
        <w:t xml:space="preserve">[18:45] </w:t>
      </w:r>
      <w:r>
        <w:t>yani har muslim country mein aur balkay muslim country ke bahar bhi musalman jo hain violence mein yani involve hain, direct ya indirect.</w:t>
      </w:r>
    </w:p>
    <w:p>
      <w:pPr>
        <w:jc w:val="right"/>
      </w:pPr>
      <w:r>
        <w:t>یعنی ہر مسلم کنٹری میں اور بلکہ مسلم کنٹری کے باہر بھی مسلمان جو ہیں وائلنس میں یعنی انوالو ہیں، ڈائریکٹ یا ان ڈائریکٹ۔</w:t>
      </w:r>
    </w:p>
    <w:p>
      <w:r>
        <w:rPr>
          <w:b/>
        </w:rPr>
        <w:t xml:space="preserve">[18:57] </w:t>
      </w:r>
      <w:r>
        <w:t>yani yani kuch log to violence kar rahe hain, kuch log chup reh kar ke un ko endorse kar rahe hain, yani silent endorsement kar rahe hain.</w:t>
      </w:r>
    </w:p>
    <w:p>
      <w:pPr>
        <w:jc w:val="right"/>
      </w:pPr>
      <w:r>
        <w:t>یعنی یعنی کچھ لوگ تو وائلنس کر رہے ہیں، کچھ لوگ چپ رہ کر کے ان کو انڈورس کر رہے ہیں، یعنی سائلنٹ انڈورسمنٹ کر رہے ہیں۔</w:t>
      </w:r>
    </w:p>
    <w:p>
      <w:r>
        <w:rPr>
          <w:b/>
        </w:rPr>
        <w:t xml:space="preserve">[19:08] </w:t>
      </w:r>
      <w:r>
        <w:t>woh to dono direct ya indirect is mein involve ho gaye.</w:t>
      </w:r>
    </w:p>
    <w:p>
      <w:pPr>
        <w:jc w:val="right"/>
      </w:pPr>
      <w:r>
        <w:t>وہ تو دونوں ڈائریکٹ یا ان ڈائریکٹ اس میں انوالو ہو گئے۔</w:t>
      </w:r>
    </w:p>
    <w:p>
      <w:r>
        <w:rPr>
          <w:b/>
        </w:rPr>
        <w:t xml:space="preserve">[19:15] </w:t>
      </w:r>
      <w:r>
        <w:t>to agar un ko poori tarah condemn dikhe jo cheez jo institution islam mein is waqt woh ho gaya hai, yani nahi hai, woh kya hai?</w:t>
      </w:r>
    </w:p>
    <w:p>
      <w:pPr>
        <w:jc w:val="right"/>
      </w:pPr>
      <w:r>
        <w:t>تو اگر ان کو پوری طرح کنڈیم دکھے جو چیز جو انسٹیٹیوشن اسلام میں اس وقت وہ ہو گیا ہے، یعنی نہیں ہے، وہ کیا ہے؟</w:t>
      </w:r>
    </w:p>
    <w:p>
      <w:r>
        <w:rPr>
          <w:b/>
        </w:rPr>
        <w:t xml:space="preserve">[19:29] </w:t>
      </w:r>
      <w:r>
        <w:t>woh hai condemn karna, jis ko kehte hain nahi anil munkar. is ko quran mein hadees mein kaha gaya hai nahi anil munkar, yani koi burai kahe to tum khade ho jao is ko condemn karne ke liye.</w:t>
      </w:r>
    </w:p>
    <w:p>
      <w:pPr>
        <w:jc w:val="right"/>
      </w:pPr>
      <w:r>
        <w:t>وہ ہے کنڈیم کرنا، جس کو کہتے ہیں نہیں عن المنکر۔ اس کو قرآن میں حدیث میں کہا گیا ہے نہیں عن المنکر، یعنی کوئی برائی کہے تو تم کھڑے ہو جاؤ اس کو کنڈیم کرنے کے لیے۔</w:t>
      </w:r>
    </w:p>
    <w:p>
      <w:r>
        <w:rPr>
          <w:b/>
        </w:rPr>
        <w:t xml:space="preserve">[19:42] </w:t>
      </w:r>
      <w:r>
        <w:t>yeh yeh bilkul farz hai. aur yeh hai ke jo condemn na kare to woh khuda ke nazdeek woh bohat zyada bura ban jata hai.</w:t>
      </w:r>
    </w:p>
    <w:p>
      <w:pPr>
        <w:jc w:val="right"/>
      </w:pPr>
      <w:r>
        <w:t>یہ یہ بالکل فرض ہے۔ اور یہ ہے کہ جو کنڈیم نہ کرے تو وہ خدا کے نزدیک وہ بہت زیادہ برا بن جاتا ہے۔</w:t>
      </w:r>
    </w:p>
    <w:p>
      <w:r>
        <w:rPr>
          <w:b/>
        </w:rPr>
        <w:t xml:space="preserve">[19:53] </w:t>
      </w:r>
      <w:r>
        <w:t>woh to sare muslim world mein al nahi al munkar khatam ho gaya hai. yeh log bomb marenge, gun chalayenge, violence karenge, ladenge bhadenge, koi koi un ko bura kehta nahi, koi condemn karta nahi un ko.</w:t>
      </w:r>
    </w:p>
    <w:p>
      <w:pPr>
        <w:jc w:val="right"/>
      </w:pPr>
      <w:r>
        <w:t>وہ تو سارے مسلم ورلڈ میں النہی المنکر ختم ہو گیا ہے۔ یہ لوگ بم ماریں گے، گن چلائیں گے، وائلنس کریں گے، لڑیں بھڑیں، کوئی کوئی ان کو برا کہتا نہیں، کوئی کنڈیم کرتا نہیں ان کو۔</w:t>
      </w:r>
    </w:p>
    <w:p>
      <w:r>
        <w:rPr>
          <w:b/>
        </w:rPr>
        <w:t xml:space="preserve">[20:10] </w:t>
      </w:r>
      <w:r>
        <w:t>yeh ek institution hai islam mein mustaqil, jis ko kehte hain amar bil maroof aur nahi al munkar.</w:t>
      </w:r>
    </w:p>
    <w:p>
      <w:pPr>
        <w:jc w:val="right"/>
      </w:pPr>
      <w:r>
        <w:t>یہ ایک انسٹیٹیوشن ہے اسلام میں مستقل، جس کو کہتے ہیں امر بالمعروف اور نہی المنکر۔</w:t>
      </w:r>
    </w:p>
    <w:p>
      <w:r>
        <w:rPr>
          <w:b/>
        </w:rPr>
        <w:t xml:space="preserve">[20:17] </w:t>
      </w:r>
      <w:r>
        <w:t>log yani matlab is ka hai ke logon se kaho ke tum peaceful tareeqe se raho aur violence ki taraf na jao. yeh institution bilkul is waqt hai hi nahi duniya mein, kahin kahin bhi nahi hai.</w:t>
      </w:r>
    </w:p>
    <w:p>
      <w:pPr>
        <w:jc w:val="right"/>
      </w:pPr>
      <w:r>
        <w:t>لوگ یعنی مطلب اس کا ہے کہ لوگوں سے کہو کہ تم پیس فل طریقے سے رہو اور وائلنس کی طرف نہ جاؤ۔ یہ انسٹیٹیوشن بالکل اس وقت ہے ہی نہیں دنیا میں، کہیں کہیں بھی نہیں ہے۔</w:t>
      </w:r>
    </w:p>
    <w:p>
      <w:r>
        <w:rPr>
          <w:b/>
        </w:rPr>
        <w:t xml:space="preserve">[20:30] </w:t>
      </w:r>
      <w:r>
        <w:t>to is mein agar aisa hai ke jo yeh elderly log hotay hain, jo baray boorhay hotay hain, agar woh condemn karein, un ko dishonour karein to jo jo jo jo naujawan log hain, un ko himmat hi nahi paray gi.</w:t>
      </w:r>
    </w:p>
    <w:p>
      <w:pPr>
        <w:jc w:val="right"/>
      </w:pPr>
      <w:r>
        <w:t>تو اس میں اگر ایسا ہے کہ جو یہ ایلڈرلی لوگ ہوتے ہیں، جو بڑے بوڑھے ہوتے ہیں، اگر وہ کنڈیم کریں، ان کو ڈس ہون کریں تو جو جو جو جو نوجوان لوگ ہیں، ان کو ہمت ہی نہیں پڑے گی۔</w:t>
      </w:r>
    </w:p>
    <w:p>
      <w:r>
        <w:rPr>
          <w:b/>
        </w:rPr>
        <w:t xml:space="preserve">[20:49] </w:t>
      </w:r>
      <w:r>
        <w:t>baray log agar dishonour karein, condemn karein violence ko to kisi ki himmat nahi paray gi. to sab se bara mein jahan tak samajh paya hoon, yaani ke kyun violence itna itna hi to dair ho raha hai ke yeh jo institution Islam mein hai,</w:t>
      </w:r>
    </w:p>
    <w:p>
      <w:pPr>
        <w:jc w:val="right"/>
      </w:pPr>
      <w:r>
        <w:t>بڑے لوگ اگر ڈس ہون کریں، کنڈیم کریں وائلنس کو تو کسی کی ہمت نہیں پڑے گی۔ تو سب سے بڑا میں جہاں تک سمجھ پایا ہوں، یعنی کہ کیوں وائلنس اتنا اتنا ہی تو دیر ہو رہا ہے کہ یہ جو انسٹیٹیوشن اسلام میں ہے،</w:t>
      </w:r>
    </w:p>
    <w:p>
      <w:r>
        <w:rPr>
          <w:b/>
        </w:rPr>
        <w:t xml:space="preserve">[21:07] </w:t>
      </w:r>
      <w:r>
        <w:t>woh is waqt hai hi nahi ke. bilkul woh dead para hua hai, koi na condemn karta, na koi dishonour karta, kuch bhi nahi.</w:t>
      </w:r>
    </w:p>
    <w:p>
      <w:pPr>
        <w:jc w:val="right"/>
      </w:pPr>
      <w:r>
        <w:t>وہ اس وقت ہے ہی نہیں کہیں۔ بالکل وہ ڈیڈ پڑا ہوا ہے، کوئی نہ کنڈیم کرتا، نہ کوئی ڈس ہون کرتا، کچھ بھی نہیں۔</w:t>
      </w:r>
    </w:p>
    <w:p>
      <w:r>
        <w:rPr>
          <w:b/>
        </w:rPr>
        <w:t xml:space="preserve">[21:16] </w:t>
      </w:r>
      <w:r>
        <w:t>balkay lagta hai is ki taraf se is ko justify karne lagtay hain.</w:t>
      </w:r>
    </w:p>
    <w:p>
      <w:pPr>
        <w:jc w:val="right"/>
      </w:pPr>
      <w:r>
        <w:t>بلکہ لگتا ہے اس کی طرف سے اس کو جسٹیفائی کرنے لگتے ہیں۔</w:t>
      </w:r>
    </w:p>
    <w:p>
      <w:r>
        <w:rPr>
          <w:b/>
        </w:rPr>
        <w:t xml:space="preserve">[21:22] </w:t>
      </w:r>
      <w:r>
        <w:t>yeh Islam mein bilkul haram hai. dekhiye, mein hadith sunata hoon aap ko. rasool Allah ne bataya ke aik basti thi, us basti baray mein Khuda ne kaha ke us basti ko woh kar do, ult palt do, aisay ult do, sab log mar jayein, sab khatam ho jayein,</w:t>
      </w:r>
    </w:p>
    <w:p>
      <w:pPr>
        <w:jc w:val="right"/>
      </w:pPr>
      <w:r>
        <w:t>یہ اسلام میں بالکل حرام ہے۔ دیکھیے، میں حدیث سناتا ہوں آپ کو۔ رسول اللہ نے بتایا کہ ایک بستی تھی، اس بستی بارے میں خدا نے کہا کہ اس بستی کو وہ کر دو، الٹ پلٹ دو، ایسے الٹ دو، سب لوگ مر جائیں، سب ختم ہو جائیں،</w:t>
      </w:r>
    </w:p>
    <w:p>
      <w:r>
        <w:rPr>
          <w:b/>
        </w:rPr>
        <w:t xml:space="preserve">[21:44] </w:t>
      </w:r>
      <w:r>
        <w:t>koi basti ko destroy kar do. yaani angel se kaha Khuda ne. to angel ne kaha ke wahan to aik aadmi hai jo bara, yaani ibadat karta hai,</w:t>
      </w:r>
    </w:p>
    <w:p>
      <w:pPr>
        <w:jc w:val="right"/>
      </w:pPr>
      <w:r>
        <w:t>کوئی بستی کو ڈسٹرائے کر دو۔ یعنی اینجل سے کہا خدا نے۔ تو اینجل نے کہا کہ وہاں تو ایک آدمی ہے جو بڑا، یعنی عبادت کرتا ہے،</w:t>
      </w:r>
    </w:p>
    <w:p>
      <w:r>
        <w:rPr>
          <w:b/>
        </w:rPr>
        <w:t xml:space="preserve">[21:57] </w:t>
      </w:r>
      <w:r>
        <w:t>raat din ibadat hi karta rehta hai. woh to Khuda ne kaha ke us ke samait ult do, us ko us ke samait us ko destroy kar do.</w:t>
      </w:r>
    </w:p>
    <w:p>
      <w:pPr>
        <w:jc w:val="right"/>
      </w:pPr>
      <w:r>
        <w:t>رات دن عبادت ہی کرتا رہتا ہے۔ وہ تو خدا نے کہا کہ اس کے سمیت الٹ دو، اس کو اس کے سمیت اس کو ڈسٹرائے کر دو۔</w:t>
      </w:r>
    </w:p>
    <w:p>
      <w:r>
        <w:rPr>
          <w:b/>
        </w:rPr>
        <w:t xml:space="preserve">[22:07] </w:t>
      </w:r>
      <w:r>
        <w:t>wahan par jo hadith mein jo lafz aaya hai, woh yeh hai matlab woh log violence karte thay, hate karte thay, lartay jhagartay thay, yeh wohi sab karte thay jo aaj kal ho raha hai.</w:t>
      </w:r>
    </w:p>
    <w:p>
      <w:pPr>
        <w:jc w:val="right"/>
      </w:pPr>
      <w:r>
        <w:t>وہاں پر جو حدیث میں جو لفظ آیا ہے، وہ یہ ہے مطلب وہ لوگ وائلنس کرتے تھے، ہیٹ کرتے تھے، لڑتے جھگڑتے تھے، یہ وہی سب کرتے تھے جو آج کل ہو رہا ہے۔</w:t>
      </w:r>
    </w:p>
    <w:p>
      <w:r>
        <w:rPr>
          <w:b/>
        </w:rPr>
        <w:t xml:space="preserve">[22:19] </w:t>
      </w:r>
      <w:r>
        <w:t>to Khuda ne kaha ke us ko destroy kar do, poori poori basti ko. to angel ne kaha ke wahan to aik aadmi aisa hai jo raat din ibadat karta hai.</w:t>
      </w:r>
    </w:p>
    <w:p>
      <w:pPr>
        <w:jc w:val="right"/>
      </w:pPr>
      <w:r>
        <w:t>تو خدا نے کہا کہ اس کو ڈسٹرائے کر دو، پوری پوری بستی کو۔ تو اینجل نے کہا کہ وہاں تو ایک آدمی ایسا ہے جو رات دن عبادت کرتا ہے۔</w:t>
      </w:r>
    </w:p>
    <w:p>
      <w:r>
        <w:rPr>
          <w:b/>
        </w:rPr>
        <w:t xml:space="preserve">[22:34] </w:t>
      </w:r>
      <w:r>
        <w:t>to Khuda ne kaha ke us ke sath hi us ko destroy kar do.</w:t>
      </w:r>
    </w:p>
    <w:p>
      <w:pPr>
        <w:jc w:val="right"/>
      </w:pPr>
      <w:r>
        <w:t>تو خدا نے کہا کہ اس کے ساتھ ہی اس کو ڈسٹرائے کر دو۔</w:t>
      </w:r>
    </w:p>
    <w:p>
      <w:r>
        <w:rPr>
          <w:b/>
        </w:rPr>
        <w:t xml:space="preserve">[22:42] </w:t>
      </w:r>
      <w:r>
        <w:t>ke itna violence, itni burai ho rahi hai aur us ko kuch bhi nahi, us ko aaram se ibadat kar raha hai, woh baithe hue hain. us ko, us ko koi, yaani us ko koi, us ki niyat kharab nahi hui, cheekha chillaya nahi, logon ko ja ke bola nahi ke tum yeh sab kiya kaam karte ho,</w:t>
      </w:r>
    </w:p>
    <w:p>
      <w:pPr>
        <w:jc w:val="right"/>
      </w:pPr>
      <w:r>
        <w:t>کہ اتنا وائلنس، اتنی برائی ہو رہی ہے اور اس کو کچھ بھی نہیں، اس کو آرام سے عبادت کر رہا ہے، وہ بیٹھے ہوئے ہیں۔ اس کو، اس کو کوئی، یعنی اس کو کوئی، اس کی نیت خراب نہیں ہوئی، چیخا چلایا نہیں، لوگوں کو جا کے بولا نہیں کہ تم یہ سب کیا کام کرتے ہو،</w:t>
      </w:r>
    </w:p>
    <w:p>
      <w:r>
        <w:rPr>
          <w:b/>
        </w:rPr>
        <w:t xml:space="preserve">[23:01] </w:t>
      </w:r>
      <w:r>
        <w:t>apna aaram se ibadat kar raha hai.</w:t>
      </w:r>
    </w:p>
    <w:p>
      <w:pPr>
        <w:jc w:val="right"/>
      </w:pPr>
      <w:r>
        <w:t>اپنا آرام سے عبادت کر رہا ہے۔</w:t>
      </w:r>
    </w:p>
    <w:p>
      <w:r>
        <w:rPr>
          <w:b/>
        </w:rPr>
        <w:t xml:space="preserve">[23:04] </w:t>
      </w:r>
      <w:r>
        <w:t>is se aap andaza kar sakte hain ke why the spirit of Islam ke agar aadmi raat din ibadat kare aur sath sath buraiyan ho rahi hain, us ko na toke, us par to Khuda ko aisi ibadat ki koi zaroorat nahi.</w:t>
      </w:r>
    </w:p>
    <w:p>
      <w:pPr>
        <w:jc w:val="right"/>
      </w:pPr>
      <w:r>
        <w:t>اس سے آپ اندازہ کر سکتے ہیں کہ وائی دی سپرٹ آف اسلام کہ اگر آدمی رات دن عبادت کرے اور ساتھ ساتھ برائیاں ہو رہی ہیں، اس کو نہ ٹوکے، اس پر تو خدا کو ایسی عبادت کی کوئی ضرورت نہیں۔</w:t>
      </w:r>
    </w:p>
    <w:p>
      <w:r>
        <w:rPr>
          <w:b/>
        </w:rPr>
        <w:t xml:space="preserve">[23:20] </w:t>
      </w:r>
      <w:r>
        <w:t>aap ko tokna paray ga, aap ko condemn karna paray ga, aap ko dishonour karna paray ga, aap ko wahan ja ke khara hona paray ga, aap ko nahi to Khuda aap ko reject kar de ga.</w:t>
      </w:r>
    </w:p>
    <w:p>
      <w:pPr>
        <w:jc w:val="right"/>
      </w:pPr>
      <w:r>
        <w:t>آپ کو ٹوکنا پڑے گا، آپ کو کنڈیم کرنا پڑے گا، آپ کو ڈس ہون کرنا پڑے گا، آپ کو وہاں جا کے کھڑا ہونا پڑے گا، آپ کو نہیں تو خدا آپ کو ریجیکٹ کر دے گا۔</w:t>
      </w:r>
    </w:p>
    <w:p>
      <w:r>
        <w:rPr>
          <w:b/>
        </w:rPr>
        <w:t xml:space="preserve">[23:31] </w:t>
      </w:r>
      <w:r>
        <w:t>reject. is se aap samajh sakte hain ke Islam ki spirit kya hai.</w:t>
      </w:r>
    </w:p>
    <w:p>
      <w:pPr>
        <w:jc w:val="right"/>
      </w:pPr>
      <w:r>
        <w:t>ریجیکٹ۔ اس سے آپ سمجھ سکتے ہیں کہ اسلام کی سپرٹ کیا ہے۔</w:t>
      </w:r>
    </w:p>
    <w:p>
      <w:r>
        <w:rPr>
          <w:b/>
        </w:rPr>
        <w:t xml:space="preserve">[23:37] </w:t>
      </w:r>
      <w:r>
        <w:t>to mein samajhta hoon ke yeh aik bohat hi basic cheez jo logon ke dhiyan mein nahi hai, woh yeh hai ke jis ko mein kaha karta hoon principle of differentiation,</w:t>
      </w:r>
    </w:p>
    <w:p>
      <w:pPr>
        <w:jc w:val="right"/>
      </w:pPr>
      <w:r>
        <w:t>تو میں سمجھتا ہوں کہ یہ ایک بہت ہی بیسک چیز جو لوگوں کے دھیان میں نہیں ہے، وہ یہ ہے کہ جس کو میں کہا کرتا ہوں پرنسپل آف ڈیفرنشی ایشن،</w:t>
      </w:r>
    </w:p>
    <w:p>
      <w:r>
        <w:rPr>
          <w:b/>
        </w:rPr>
        <w:t xml:space="preserve">[23:53] </w:t>
      </w:r>
      <w:r>
        <w:t>Islam aur Musalman mein farq karna.</w:t>
      </w:r>
    </w:p>
    <w:p>
      <w:pPr>
        <w:jc w:val="right"/>
      </w:pPr>
      <w:r>
        <w:t>اسلام اور مسلمان میں فرق کرنا۔</w:t>
      </w:r>
    </w:p>
    <w:p>
      <w:r>
        <w:rPr>
          <w:b/>
        </w:rPr>
        <w:t xml:space="preserve">[23:56] </w:t>
      </w:r>
      <w:r>
        <w:t>principle of differentiation. yeh aap har jagah aap karte hain, jaisay Gita mein Hindu society mein do log aik nahi samajhtay.</w:t>
      </w:r>
    </w:p>
    <w:p>
      <w:pPr>
        <w:jc w:val="right"/>
      </w:pPr>
      <w:r>
        <w:t>پرنسپل آف ڈیفرنشی ایشن۔ یہ آپ ہر جگہ آپ کرتے ہیں، جیسے گیتا میں ہندو سوسائٹی میں دو لوگ ایک نہیں سمجھتے۔</w:t>
      </w:r>
    </w:p>
    <w:p>
      <w:r>
        <w:rPr>
          <w:b/>
        </w:rPr>
        <w:t xml:space="preserve">[24:05] </w:t>
      </w:r>
      <w:r>
        <w:t>aap Gita ko as a as a narilogy letay hain aur society ko society ke tor par letay hain, constitution of India ko alag kar letay hain aur bureaucracy ko alag kar ke dekhtay hain.</w:t>
      </w:r>
    </w:p>
    <w:p>
      <w:pPr>
        <w:jc w:val="right"/>
      </w:pPr>
      <w:r>
        <w:t>آپ گیتا کو ایز اے ایز اے ناریلوجی لیتے ہیں اور سوسائٹی کو سوسائٹی کے طور پر لیتے ہیں، کانسٹیٹیوشن آف انڈیا کو الگ کر لیتے ہیں اور بیوروکریسی کو الگ کر کے دیکھتے ہیں۔</w:t>
      </w:r>
    </w:p>
    <w:p>
      <w:r>
        <w:rPr>
          <w:b/>
        </w:rPr>
        <w:t xml:space="preserve">[24:17] </w:t>
      </w:r>
      <w:r>
        <w:t>aap dono ko aap barabar nahi darja detay.</w:t>
      </w:r>
    </w:p>
    <w:p>
      <w:pPr>
        <w:jc w:val="right"/>
      </w:pPr>
      <w:r>
        <w:t>آپ دونوں کو آپ برابر نہیں درجہ دیتے۔</w:t>
      </w:r>
    </w:p>
    <w:p>
      <w:r>
        <w:rPr>
          <w:b/>
        </w:rPr>
        <w:t xml:space="preserve">[24:22] </w:t>
      </w:r>
      <w:r>
        <w:t>aisay hi yeh mamla bhi hai ke Quran aur hadith jo hai, woh Islam ki ideology hai, Islam ka text hai, Islam ka asal source hai. baqi Musalman jo hain, woh to judge kiya jaye ga un ko is par.</w:t>
      </w:r>
    </w:p>
    <w:p>
      <w:pPr>
        <w:jc w:val="right"/>
      </w:pPr>
      <w:r>
        <w:t>ایسے ہی یہ معاملہ بھی ہے کہ قرآن اور حدیث جو ہے، وہ اسلام کی آئیڈیالوجی ہے، اسلام کا ٹیکسٹ ہے، اسلام کا اصل سورس ہے۔ باقی مسلمان جو ہیں، وہ تو جج کیا جائے گا ان کو اس پر۔</w:t>
      </w:r>
    </w:p>
    <w:p>
      <w:r>
        <w:rPr>
          <w:b/>
        </w:rPr>
        <w:t xml:space="preserve">[24:37] </w:t>
      </w:r>
      <w:r>
        <w:t>so you have to differentiate between Islam and Muslims. you have to judge Muslims in the right of Islamic teachings and not vice versa.</w:t>
      </w:r>
    </w:p>
    <w:p>
      <w:pPr>
        <w:jc w:val="right"/>
      </w:pPr>
      <w:r>
        <w:t>سو یو ہیو ٹو ڈیفرنشیٹ بٹوین اسلام اور مسلمز۔ یو ہیو ٹو جج مسلمز ان دا رائٹ آف اسلامک ٹیچنگز اینڈ ناٹ وائس ورسا۔</w:t>
      </w:r>
    </w:p>
    <w:p>
      <w:r>
        <w:rPr>
          <w:b/>
        </w:rPr>
        <w:t xml:space="preserve">[24:49] </w:t>
      </w:r>
      <w:r>
        <w:t>to bill mein to</w:t>
      </w:r>
    </w:p>
    <w:p>
      <w:pPr>
        <w:jc w:val="right"/>
      </w:pPr>
      <w:r>
        <w:t>تو بل میں تو</w:t>
      </w:r>
    </w:p>
    <w:p>
      <w:r>
        <w:rPr>
          <w:b/>
        </w:rPr>
        <w:t xml:space="preserve">[24:54] </w:t>
      </w:r>
      <w:r>
        <w:t>Khuda ke fazal se is par qaim hoon. mein khulay tor par condemn karta hoon jahan mein dekhta hoon ke gun chala rahe hain, bomb chala rahe hain.</w:t>
      </w:r>
    </w:p>
    <w:p>
      <w:pPr>
        <w:jc w:val="right"/>
      </w:pPr>
      <w:r>
        <w:t>خدا کے فضل سے اس پر قائم ہوں۔ میں کھلے طور پر کنڈیم کرتا ہوں جہاں میں دیکھتا ہوں کہ گن چلا رہے ہیں، بم چلا رہے ہیں۔</w:t>
      </w:r>
    </w:p>
    <w:p>
      <w:r>
        <w:rPr>
          <w:b/>
        </w:rPr>
        <w:t xml:space="preserve">[25:03] </w:t>
      </w:r>
      <w:r>
        <w:t>khulay tor par condemn karta hoon. mein is ki parwah nahi karta ke log mujh se ghussa hotay hain, khafa hotay hain.</w:t>
      </w:r>
    </w:p>
    <w:p>
      <w:pPr>
        <w:jc w:val="right"/>
      </w:pPr>
      <w:r>
        <w:t>کھلے طور پر کنڈیم کرتا ہوں۔ میں اس کی پرواہ نہیں کرتا کہ لوگ مجھ سے غصہ ہوتے ہیں، خفا ہوتے ہیں۔</w:t>
      </w:r>
    </w:p>
    <w:p>
      <w:r>
        <w:rPr>
          <w:b/>
        </w:rPr>
        <w:t xml:space="preserve">[25:10] </w:t>
      </w:r>
      <w:r>
        <w:t>is ki mujhe parwah nahi hoti kyunke islam ke dekhen, islam ke literate mangni hai peace ke hotay hain. is islam jo hai, yani arabic word hai.</w:t>
      </w:r>
    </w:p>
    <w:p>
      <w:pPr>
        <w:jc w:val="right"/>
      </w:pPr>
      <w:r>
        <w:t>اس کی مجھے پرواہ نہیں ہوتی کیونکہ اسلام کے دیکھیں، اسلام کے لٹریٹ منگنی ہے پیس کے ہوتے ہیں۔ اس اسلام جو ہے، یعنی عربک ورڈ ہے۔</w:t>
      </w:r>
    </w:p>
    <w:p>
      <w:r>
        <w:rPr>
          <w:b/>
        </w:rPr>
        <w:t xml:space="preserve">[25:23] </w:t>
      </w:r>
      <w:r>
        <w:t>arabic word jo hai, is mein woh hotay hain, root word hotay hain. islam ka jo root word hai, woh silm hai, s i l m silm.</w:t>
      </w:r>
    </w:p>
    <w:p>
      <w:pPr>
        <w:jc w:val="right"/>
      </w:pPr>
      <w:r>
        <w:t>عربک ورڈ جو ہے، اس میں وہ ہوتے ہیں، روٹ ورڈ ہوتے ہیں۔ اسلام کا جو روٹ ورڈ ہے، وہ سلم ہے، ایس آئی ایل ایم سلم۔</w:t>
      </w:r>
    </w:p>
    <w:p>
      <w:r>
        <w:rPr>
          <w:b/>
        </w:rPr>
        <w:t xml:space="preserve">[25:33] </w:t>
      </w:r>
      <w:r>
        <w:t>to silm ke maani hotay hain peace. is ka matlab hai ke islam hai religion of peace.</w:t>
      </w:r>
    </w:p>
    <w:p>
      <w:pPr>
        <w:jc w:val="right"/>
      </w:pPr>
      <w:r>
        <w:t>تو سلم کے معنی ہوتے ہیں پیس۔ اس کا مطلب ہے کہ اسلام ہے ریلیجن آف پیس۔</w:t>
      </w:r>
    </w:p>
    <w:p>
      <w:r>
        <w:rPr>
          <w:b/>
        </w:rPr>
        <w:t xml:space="preserve">[25:42] </w:t>
      </w:r>
      <w:r>
        <w:t>islam mein dekhen, paradise jo hai, sab se oonchi jagah maani gayi hai jahan pe peace hi peace hoga. koi wahan par hate nahi hoga, koi wahan drive drive nahi hogi, koi violence nahi hoga.</w:t>
      </w:r>
    </w:p>
    <w:p>
      <w:pPr>
        <w:jc w:val="right"/>
      </w:pPr>
      <w:r>
        <w:t>اسلام میں دیکھیں، پیراڈائز جو ہے، سب سے اونچی جگہ مانی گئی ہے جہاں پہ پیس ہی پیس ہوگا۔ کوئی وہاں پر ہیٹ نہیں ہوگا، کوئی وہاں ڈرائیو ڈرائیو نہیں ہوگی، کوئی وائلنس نہیں ہوگا۔</w:t>
      </w:r>
    </w:p>
    <w:p>
      <w:r>
        <w:rPr>
          <w:b/>
        </w:rPr>
        <w:t xml:space="preserve">[25:56] </w:t>
      </w:r>
      <w:r>
        <w:t>woh maana jata hai ke woh paradise hai. is ka naam dekhen, quran mein kya hai? darussalam. wallahido ali darussalam.</w:t>
      </w:r>
    </w:p>
    <w:p>
      <w:pPr>
        <w:jc w:val="right"/>
      </w:pPr>
      <w:r>
        <w:t>وہ مانا جاتا ہے کہ وہ پیراڈائز ہے۔ اس کا نام دیکھیں، قرآن میں کیا ہے؟ دارالسلام۔ واللہیدو علی دارالسلام۔</w:t>
      </w:r>
    </w:p>
    <w:p>
      <w:r>
        <w:rPr>
          <w:b/>
        </w:rPr>
        <w:t xml:space="preserve">[26:08] </w:t>
      </w:r>
      <w:r>
        <w:t>salam means peace,</w:t>
      </w:r>
    </w:p>
    <w:p>
      <w:pPr>
        <w:jc w:val="right"/>
      </w:pPr>
      <w:r>
        <w:t>سلام مینز پیس،</w:t>
      </w:r>
    </w:p>
    <w:p>
      <w:r>
        <w:rPr>
          <w:b/>
        </w:rPr>
        <w:t xml:space="preserve">[26:10] </w:t>
      </w:r>
      <w:r>
        <w:t>yani home of peace. ya quran ki yeh verse hai ke wallahido ali darussalam and god calls to the home of peace.</w:t>
      </w:r>
    </w:p>
    <w:p>
      <w:pPr>
        <w:jc w:val="right"/>
      </w:pPr>
      <w:r>
        <w:t>یعنی ہوم آف پیس۔ یا قرآن کی یہ ورس ہے کہ واللہیدو علی دارالسلام اینڈ گاڈ کالز ٹو دا ہوم آف پیس۔</w:t>
      </w:r>
    </w:p>
    <w:p>
      <w:r>
        <w:rPr>
          <w:b/>
        </w:rPr>
        <w:t xml:space="preserve">[26:24] </w:t>
      </w:r>
      <w:r>
        <w:t>is se aap andaza kar sakte hain aap ke ke khuda ka, yani khuda ki teaching kya hai ke dunya mein tum peaceful tareeqay se raho taake tum ko home of peace mein jagah mile, wahan tum ko entry mile.</w:t>
      </w:r>
    </w:p>
    <w:p>
      <w:pPr>
        <w:jc w:val="right"/>
      </w:pPr>
      <w:r>
        <w:t>اس سے آپ اندازہ کر سکتے ہیں آپ کہ کہ خدا کا، یعنی خدا کی ٹیچنگ کیا ہے کہ دنیا میں تم پیس فل طریقے سے رہو تاکہ تم کو ہوم آف پیس میں جگہ ملے، وہاں تم کو انٹری ملے۔</w:t>
      </w:r>
    </w:p>
    <w:p>
      <w:r>
        <w:rPr>
          <w:b/>
        </w:rPr>
        <w:t xml:space="preserve">[26:41] </w:t>
      </w:r>
      <w:r>
        <w:t>yeh chist tha islam ka,</w:t>
      </w:r>
    </w:p>
    <w:p>
      <w:pPr>
        <w:jc w:val="right"/>
      </w:pPr>
      <w:r>
        <w:t>یہ چسٹ تھا اسلام کا،</w:t>
      </w:r>
    </w:p>
    <w:p>
      <w:r>
        <w:rPr>
          <w:b/>
        </w:rPr>
        <w:t xml:space="preserve">[26:44] </w:t>
      </w:r>
      <w:r>
        <w:t>wallahido ali darussalam ke dunya mein tum peaceful tareeqay se raho,</w:t>
      </w:r>
    </w:p>
    <w:p>
      <w:pPr>
        <w:jc w:val="right"/>
      </w:pPr>
      <w:r>
        <w:t>واللہیدو علی دارالسلام کہ دنیا میں تم پیس فل طریقے سے رہو،</w:t>
      </w:r>
    </w:p>
    <w:p>
      <w:r>
        <w:rPr>
          <w:b/>
        </w:rPr>
        <w:t xml:space="preserve">[26:52] </w:t>
      </w:r>
      <w:r>
        <w:t>tab tum ko is home of peace jo hai, paradise, is mein tum ko jagah milegi rehne ke liye. yeh kitni, yani kitni natural yeh teaching hai aur sari ki sari peace par aur love par base karti hai.</w:t>
      </w:r>
    </w:p>
    <w:p>
      <w:pPr>
        <w:jc w:val="right"/>
      </w:pPr>
      <w:r>
        <w:t>تب تم کو اس ہوم آف پیس جو ہے، پیراڈائز، اس میں تم کو جگہ ملے گی رہنے کے لیے۔ یہ کتنی، یعنی کتنی نیچرل یہ ٹیچنگ ہے اور ساری کی ساری پیس پر اور لو پر بیس کرتی ہے۔</w:t>
      </w:r>
    </w:p>
    <w:p>
      <w:r>
        <w:rPr>
          <w:b/>
        </w:rPr>
        <w:t xml:space="preserve">[27:11] </w:t>
      </w:r>
      <w:r>
        <w:t>ek baat mein aur yahan arz karna chahunga ke kai muslim countries mein mein gaya jahan ke log lad darr rahe hain to mein ne kaha bhai aap ladte phirte kyun hain?</w:t>
      </w:r>
    </w:p>
    <w:p>
      <w:pPr>
        <w:jc w:val="right"/>
      </w:pPr>
      <w:r>
        <w:t>ایک بات میں اور یہاں عرض کرنا چاہوں گا کہ کئی مسلم کنٹریز میں میں گیا جہاں کے لوگ لڑ ڈر رہے ہیں تو میں نے کہا بھئی آپ لڑتے پھرتے کیوں ہیں؟</w:t>
      </w:r>
    </w:p>
    <w:p>
      <w:r>
        <w:rPr>
          <w:b/>
        </w:rPr>
        <w:t xml:space="preserve">[27:24] </w:t>
      </w:r>
      <w:r>
        <w:t>to unhon ne kaha ke sahib, yeh hum dushman se lad rahe hain, dushman hai to ladna hi paray ga. yani falasteen mein woh jewish community hai, dushman hai to humein ladna paray ga.</w:t>
      </w:r>
    </w:p>
    <w:p>
      <w:pPr>
        <w:jc w:val="right"/>
      </w:pPr>
      <w:r>
        <w:t>تو انہوں نے کہا کہ صاحب، یہ ہم دشمن سے لڑ رہے ہیں، دشمن ہے تو لڑنا ہی پڑے گا۔ یعنی فلسطین میں وہ جیوش کمیونٹی ہے، دشمن ہے تو ہمیں لڑنا پڑے گا۔</w:t>
      </w:r>
    </w:p>
    <w:p>
      <w:r>
        <w:rPr>
          <w:b/>
        </w:rPr>
        <w:t xml:space="preserve">[27:36] </w:t>
      </w:r>
      <w:r>
        <w:t>to mein ne kaha dekhiye, yeh bilkul aap jo bol rahe hain, yeh islam ki boli nahi hai. islam, yani islam differentiates between,</w:t>
      </w:r>
    </w:p>
    <w:p>
      <w:pPr>
        <w:jc w:val="right"/>
      </w:pPr>
      <w:r>
        <w:t>تو میں نے کہا دیکھیے، یہ بالکل آپ جو بول رہے ہیں، یہ اسلام کی بولی نہیں ہے۔ اسلام، یعنی اسلام جو ہے، اسلام ڈیفرنشیٹس بٹوین،</w:t>
      </w:r>
    </w:p>
    <w:p>
      <w:r>
        <w:rPr>
          <w:b/>
        </w:rPr>
        <w:t xml:space="preserve">[27:49] </w:t>
      </w:r>
      <w:r>
        <w:t>yani enemy and attacker. islam mein larai hai sirf attacker ke khilaf, enemy ke khilaf larai nahi hai. islam mein yeh un logon ko ma</w:t>
      </w:r>
    </w:p>
    <w:p>
      <w:pPr>
        <w:jc w:val="right"/>
      </w:pPr>
      <w:r>
        <w:t>یعنی اینمی اینڈ اٹیکر۔ اسلام میں لڑائی ہے صرف اٹیکر کے خلاف، اینمی کے خلاف لڑائی نہیں ہے۔ اسلام میں یہ ان لوگوں کو مع</w:t>
      </w:r>
    </w:p>
    <w:p>
      <w:r>
        <w:rPr>
          <w:b/>
        </w:rPr>
        <w:t xml:space="preserve">[28:01] </w:t>
      </w:r>
      <w:r>
        <w:t>loom nahi hai. quran mein hai ke la</w:t>
      </w:r>
    </w:p>
    <w:p>
      <w:pPr>
        <w:jc w:val="right"/>
      </w:pPr>
      <w:r>
        <w:t>لوم نہیں ہے۔ قرآن میں ہے کہ لا</w:t>
      </w:r>
    </w:p>
    <w:p>
      <w:r>
        <w:rPr>
          <w:b/>
        </w:rPr>
        <w:t xml:space="preserve">[28:13] </w:t>
      </w:r>
      <w:r>
        <w:t>is ka matlab yeh hai ke agar koi tumhara dushman hai, tumhara enemy hai to tum us se woh na karo jo woh tumhare sath kar raha hai, woh na karo jo woh kar raha hai.</w:t>
      </w:r>
    </w:p>
    <w:p>
      <w:pPr>
        <w:jc w:val="right"/>
      </w:pPr>
      <w:r>
        <w:t>اس کا مطلب یہ ہے کہ اگر کوئی تمہارا دشمن ہے، تمہارا اینمی ہے تو تم اس سے وہ نہ کرو جو وہ تمہارے ساتھ کر رہا ہے، وہ نہ کرو جو وہ کر رہا ہے۔</w:t>
      </w:r>
    </w:p>
    <w:p>
      <w:r>
        <w:rPr>
          <w:b/>
        </w:rPr>
        <w:t xml:space="preserve">[28:26] </w:t>
      </w:r>
      <w:r>
        <w:t>yani woh hate kar raha hai to hate mat karo, woh tum ko satata hai to mat satao, satao,</w:t>
      </w:r>
    </w:p>
    <w:p>
      <w:pPr>
        <w:jc w:val="right"/>
      </w:pPr>
      <w:r>
        <w:t>یعنی وہ ہیٹ کر رہا ہے تو ہیٹ مت کرو، وہ تم کو ستاتا ہے تو مت ستاؤ، ستاؤ،</w:t>
      </w:r>
    </w:p>
    <w:p>
      <w:r>
        <w:rPr>
          <w:b/>
        </w:rPr>
        <w:t xml:space="preserve">[28:32] </w:t>
      </w:r>
      <w:r>
        <w:t>woh tum ko kuch nuqsan pohanchata hai to tum nuqsan mat pohanchao. balkay woh bura karta hai to woh acha karo.</w:t>
      </w:r>
    </w:p>
    <w:p>
      <w:pPr>
        <w:jc w:val="right"/>
      </w:pPr>
      <w:r>
        <w:t>وہ تم کو کچھ نقصان پہنچاتا ہے تو تم نقصان مت پہنچاؤ۔ بلکہ وہ برا کرتا ہے تو وہ اچھا کرو۔</w:t>
      </w:r>
    </w:p>
    <w:p>
      <w:r>
        <w:rPr>
          <w:b/>
        </w:rPr>
        <w:t xml:space="preserve">[28:42] </w:t>
      </w:r>
      <w:r>
        <w:t>to kya hoga? dushman tumhara dost ban jaye ga,</w:t>
      </w:r>
    </w:p>
    <w:p>
      <w:pPr>
        <w:jc w:val="right"/>
      </w:pPr>
      <w:r>
        <w:t>تو کیا ہوگا؟ دشمن تمہارا دوست بن جائے گا،</w:t>
      </w:r>
    </w:p>
    <w:p>
      <w:r>
        <w:rPr>
          <w:b/>
        </w:rPr>
        <w:t xml:space="preserve">[28:48] </w:t>
      </w:r>
      <w:r>
        <w:t>yani aaj ka dushman kal ka dost ban jaye ga. ab zahir hai ke is ka matlab kya hua? it means that your enemy is your potential friend.</w:t>
      </w:r>
    </w:p>
    <w:p>
      <w:pPr>
        <w:jc w:val="right"/>
      </w:pPr>
      <w:r>
        <w:t>یعنی آج کا دشمن کل کا دوست بن جائے گا۔ اب ظاہر ہے کہ اس کا مطلب کیا ہوا؟ اٹ مینز دیٹ یور اینمی از یور پوٹینشل فرینڈ۔</w:t>
      </w:r>
    </w:p>
    <w:p>
      <w:r>
        <w:rPr>
          <w:b/>
        </w:rPr>
        <w:t xml:space="preserve">[29:03] </w:t>
      </w:r>
      <w:r>
        <w:t>yani har enemy potentially aap ka friend hai. yeh islam ki teaching hai. your enemy koi aisa nahi ke by birth koi enemy hota ho.</w:t>
      </w:r>
    </w:p>
    <w:p>
      <w:pPr>
        <w:jc w:val="right"/>
      </w:pPr>
      <w:r>
        <w:t>یعنی ہر اینمی پوٹینشلی آپ کا فرینڈ ہے۔ یہ اسلام کی ٹیچنگ ہے۔ یور اینمی کوئی ایسا نہیں کہ بائے برتھ کوئی اینمی ہوتا ہو۔</w:t>
      </w:r>
    </w:p>
    <w:p>
      <w:r>
        <w:rPr>
          <w:b/>
        </w:rPr>
        <w:t xml:space="preserve">[29:14] </w:t>
      </w:r>
      <w:r>
        <w:t>by birth koi enemy nahi hota.</w:t>
      </w:r>
    </w:p>
    <w:p>
      <w:pPr>
        <w:jc w:val="right"/>
      </w:pPr>
      <w:r>
        <w:t>بائے برتھ کوئی اینمی نہیں ہوتا۔</w:t>
      </w:r>
    </w:p>
    <w:p>
      <w:r>
        <w:rPr>
          <w:b/>
        </w:rPr>
        <w:t xml:space="preserve">[29:17] </w:t>
      </w:r>
      <w:r>
        <w:t>enmity ek temporary field hai. yani enmity jo hai, dushmani jo hai, woh ek temporary field hai. jaise aag bhadak rahi hai, aap is mein pani daal diya, bujh jaye gi.</w:t>
      </w:r>
    </w:p>
    <w:p>
      <w:pPr>
        <w:jc w:val="right"/>
      </w:pPr>
      <w:r>
        <w:t>اینمیٹی ایک ٹیمپریری فیلڈ ہے۔ یعنی اینمیٹی جو ہے، دشمنی جو ہے، وہ ایک ٹیمپریری فیلڈ ہے۔ جیسے آگ بھڑک رہی ہے، آپ اس میں پانی ڈال دیا، بجھ جائے گی۔</w:t>
      </w:r>
    </w:p>
    <w:p>
      <w:r>
        <w:rPr>
          <w:b/>
        </w:rPr>
        <w:t xml:space="preserve">[29:33] </w:t>
      </w:r>
      <w:r>
        <w:t>to enmity ek aag hai, aap pyar se us ko bujha sakte hain, achay behavior se us ko bujha sakte hain.</w:t>
      </w:r>
    </w:p>
    <w:p>
      <w:pPr>
        <w:jc w:val="right"/>
      </w:pPr>
      <w:r>
        <w:t>تو اینمیٹی ایک آگ ہے، آپ پیار سے اس کو بجھا سکتے ہیں، اچھے بیہیویئر سے اس کو بجھا سکتے ہیں۔</w:t>
      </w:r>
    </w:p>
    <w:p>
      <w:r>
        <w:rPr>
          <w:b/>
        </w:rPr>
        <w:t xml:space="preserve">[29:42] </w:t>
      </w:r>
      <w:r>
        <w:t>to enemy ke sath ladai ka concept nahi hai islam mein.</w:t>
      </w:r>
    </w:p>
    <w:p>
      <w:pPr>
        <w:jc w:val="right"/>
      </w:pPr>
      <w:r>
        <w:t>تو اینمی کے ساتھ لڑائی کا کانسیپٹ نہیں ہے اسلام میں۔</w:t>
      </w:r>
    </w:p>
    <w:p>
      <w:r>
        <w:rPr>
          <w:b/>
        </w:rPr>
        <w:t xml:space="preserve">[29:47] </w:t>
      </w:r>
      <w:r>
        <w:t>enemy ke sath dosti ka concept hai. yani enemy ko islam mein bataya gaya hai ke wo tum ko is ko potential friend ke taur par dekhna chahiye, acha sulook kar ke is ko.</w:t>
      </w:r>
    </w:p>
    <w:p>
      <w:pPr>
        <w:jc w:val="right"/>
      </w:pPr>
      <w:r>
        <w:t>اینمی کے ساتھ دوستی کا کانسیپٹ ہے۔ یعنی اینمی کو اسلام میں بتایا گیا ہے کہ وہ تم کو اس کو پوٹینشل فرینڈ کے طور پر دیکھنا چاہیے، اچھا سلوک کر کے اس کو۔</w:t>
      </w:r>
    </w:p>
    <w:p>
      <w:r>
        <w:rPr>
          <w:b/>
        </w:rPr>
        <w:t xml:space="preserve">[30:00] </w:t>
      </w:r>
      <w:r>
        <w:t>you have to turn this potential into actual. islam mein ladai jo hai sirf defensive war hai, bas.</w:t>
      </w:r>
    </w:p>
    <w:p>
      <w:pPr>
        <w:jc w:val="right"/>
      </w:pPr>
      <w:r>
        <w:t>یو ہیو ٹو ٹرن دس پوٹینشل انٹو ایکچول۔ اسلام میں لڑائی جو ہے صرف ڈیفنسو وار ہے، بس۔</w:t>
      </w:r>
    </w:p>
    <w:p>
      <w:r>
        <w:rPr>
          <w:b/>
        </w:rPr>
        <w:t xml:space="preserve">[30:09] </w:t>
      </w:r>
      <w:r>
        <w:t>other than, other than defense, there is no war in islam.</w:t>
      </w:r>
    </w:p>
    <w:p>
      <w:pPr>
        <w:jc w:val="right"/>
      </w:pPr>
      <w:r>
        <w:t>ادر دین، ادر دین ڈیفنس، دیر از نو وار ان اسلام۔</w:t>
      </w:r>
    </w:p>
    <w:p>
      <w:r>
        <w:rPr>
          <w:b/>
        </w:rPr>
        <w:t xml:space="preserve">[30:13] </w:t>
      </w:r>
      <w:r>
        <w:t>jaise gorilla war aur proxy war aur aggressive war, undeclared war, ye sab islam mein haram hai.</w:t>
      </w:r>
    </w:p>
    <w:p>
      <w:pPr>
        <w:jc w:val="right"/>
      </w:pPr>
      <w:r>
        <w:t>جیسے گوریلا وار اور پروکسی وار اور ایگریسو وار، ان ڈیکلیئرڈ وار، یہ سب اسلام میں حرام ہے۔</w:t>
      </w:r>
    </w:p>
    <w:p>
      <w:r>
        <w:rPr>
          <w:b/>
        </w:rPr>
        <w:t xml:space="preserve">[30:23] </w:t>
      </w:r>
      <w:r>
        <w:t>acha, doosri baat bohat important ye hai ke agar attack hota hai kahin to sirf state jo hai, ja us se defense mein ja sakti hai ladne ke liye.</w:t>
      </w:r>
    </w:p>
    <w:p>
      <w:pPr>
        <w:jc w:val="right"/>
      </w:pPr>
      <w:r>
        <w:t>اچھا، دوسری بات بہت امپورٹنٹ یہ ہے کہ اگر اٹیک ہوتا ہے کہیں تو صرف اسٹیٹ جو ہے، جا اس سے ڈیفنس میں جا سکتی ہے لڑنے کے لیے۔</w:t>
      </w:r>
    </w:p>
    <w:p>
      <w:r>
        <w:rPr>
          <w:b/>
        </w:rPr>
        <w:t xml:space="preserve">[30:36] </w:t>
      </w:r>
      <w:r>
        <w:t>aaj kal dekhen, jahan jahan musalman lad rahe hain, state nahi lad rahi kahin. khud hi unhon ne organization banani hai. is organization mein ke tehat wo ladte hain.</w:t>
      </w:r>
    </w:p>
    <w:p>
      <w:pPr>
        <w:jc w:val="right"/>
      </w:pPr>
      <w:r>
        <w:t>آج کل دیکھیں، جہاں جہاں مسلمان لڑ رہے ہیں، اسٹیٹ نہیں لڑ رہی کہیں۔ خود ہی انہوں نے ارگنائزیشن بنانی ہے۔ اس ارگنائزیشن میں کے تحت وہ لڑتے ہیں۔</w:t>
      </w:r>
    </w:p>
    <w:p>
      <w:r>
        <w:rPr>
          <w:b/>
        </w:rPr>
        <w:t xml:space="preserve">[30:48] </w:t>
      </w:r>
      <w:r>
        <w:t>jitne naam aap dekhte hain akhbaron mein, wo sab khud hi bana rakha hai unhon ne. to kahin bhi state nahi lad rahi, balkay log lad rahe hain.</w:t>
      </w:r>
    </w:p>
    <w:p>
      <w:pPr>
        <w:jc w:val="right"/>
      </w:pPr>
      <w:r>
        <w:t>جتنے نام آپ دیکھتے ہیں اخباروں میں، وہ سب خود ہی بنا رکھا ہے انہوں نے۔ تو کہیں بھی اسٹیٹ نہیں لڑ رہی، بلکہ لوگ لڑ رہے ہیں۔</w:t>
      </w:r>
    </w:p>
    <w:p>
      <w:r>
        <w:rPr>
          <w:b/>
        </w:rPr>
        <w:t xml:space="preserve">[30:59] </w:t>
      </w:r>
      <w:r>
        <w:t>ye to islam mein haram hai bilkul.</w:t>
      </w:r>
    </w:p>
    <w:p>
      <w:pPr>
        <w:jc w:val="right"/>
      </w:pPr>
      <w:r>
        <w:t>یہ تو اسلام میں حرام ہے بالکل۔</w:t>
      </w:r>
    </w:p>
    <w:p>
      <w:r>
        <w:rPr>
          <w:b/>
        </w:rPr>
        <w:t xml:space="preserve">[31:02] </w:t>
      </w:r>
      <w:r>
        <w:t>kahin agar state secretly is mein involve hai to that is also haram in islam. famb ilaih mola sawab.</w:t>
      </w:r>
    </w:p>
    <w:p>
      <w:pPr>
        <w:jc w:val="right"/>
      </w:pPr>
      <w:r>
        <w:t>کہیں اگر اسٹیٹ سیکرٹلی اس میں انوالو ہے تو دیٹ از السو حرام ان اسلام۔ فمب الیہ مولا ثواب۔</w:t>
      </w:r>
    </w:p>
    <w:p>
      <w:r>
        <w:rPr>
          <w:b/>
        </w:rPr>
        <w:t xml:space="preserve">[31:14] </w:t>
      </w:r>
      <w:r>
        <w:t>quran mein hai ye to secret war islam mein bilkul hi unlawful hai, bilkul hi un</w:t>
      </w:r>
    </w:p>
    <w:p>
      <w:pPr>
        <w:jc w:val="right"/>
      </w:pPr>
      <w:r>
        <w:t>قرآن میں ہے یہ تو سیکرٹ وار اسلام میں بالکل ہی ان لافل ہے، بالکل ہی ان</w:t>
      </w:r>
    </w:p>
    <w:p>
      <w:r>
        <w:rPr>
          <w:b/>
        </w:rPr>
        <w:t xml:space="preserve">[31:22] </w:t>
      </w:r>
      <w:r>
        <w:t>lawful hai. quran mein ye hukum diya gaya hai ke agar tum ko aisi situation create hoti hai ke tum ko dar hai ke wo tum ko attack karenge aur tum ko un ka jawab mein un se defensive war ladna hai to koi kehna padega.</w:t>
      </w:r>
    </w:p>
    <w:p>
      <w:pPr>
        <w:jc w:val="right"/>
      </w:pPr>
      <w:r>
        <w:t>لافل ہے۔ قرآن میں یہ حکم دیا گیا ہے کہ اگر تم کو ایسی سچوئیشن کریٹ ہوتی ہے کہ تم کو ڈر ہے کہ وہ تم کو اٹیک کریں گے اور تم کو ان کا جواب میں ان سے ڈیفنسو وار لڑنا ہے تو کوئی کہنا پڑے گا۔</w:t>
      </w:r>
    </w:p>
    <w:p>
      <w:r>
        <w:rPr>
          <w:b/>
        </w:rPr>
        <w:t xml:space="preserve">[31:38] </w:t>
      </w:r>
      <w:r>
        <w:t>you have to declare that i and you are at war from this day.</w:t>
      </w:r>
    </w:p>
    <w:p>
      <w:pPr>
        <w:jc w:val="right"/>
      </w:pPr>
      <w:r>
        <w:t>یو ہیو ٹو ڈیکلیئر دیٹ آئی اینڈ یو آر ایٹ وار فرام دس ڈے۔</w:t>
      </w:r>
    </w:p>
    <w:p>
      <w:r>
        <w:rPr>
          <w:b/>
        </w:rPr>
        <w:t xml:space="preserve">[31:47] </w:t>
      </w:r>
      <w:r>
        <w:t>to ye kitni bari fallacy hai ke log kisi ko dushman declare kar ke is ka ladai chhed dete hain. ye bhi kitni fallacy hai ke log samajhte hain ke agar koi situation aisi create ho to hum bhi lad sakte hain.</w:t>
      </w:r>
    </w:p>
    <w:p>
      <w:pPr>
        <w:jc w:val="right"/>
      </w:pPr>
      <w:r>
        <w:t>تو یہ کتنی بڑی فلیسی ہے کہ لوگ کسی کو دشمن ڈیکلیئر کر کے اس کا لڑائی چھڑ دیتے ہیں۔ یہ بھی کتنی فلیسی ہے کہ لوگ سمجھتے ہیں کہ اگر کوئی سچوئیشن ایسی کریٹ ہو تو ہم بھی لڑ سکتے ہیں۔</w:t>
      </w:r>
    </w:p>
    <w:p>
      <w:r>
        <w:rPr>
          <w:b/>
        </w:rPr>
        <w:t xml:space="preserve">[32:00] </w:t>
      </w:r>
      <w:r>
        <w:t>sirf state lad sakti hai, bas.</w:t>
      </w:r>
    </w:p>
    <w:p>
      <w:pPr>
        <w:jc w:val="right"/>
      </w:pPr>
      <w:r>
        <w:t>صرف اسٹیٹ لڑ سکتی ہے، بس۔</w:t>
      </w:r>
    </w:p>
    <w:p>
      <w:r>
        <w:rPr>
          <w:b/>
        </w:rPr>
        <w:t xml:space="preserve">[32:04] </w:t>
      </w:r>
      <w:r>
        <w:t>isi liye maine terrorism ko jo definition maine islam se banaya hai, yani islam ke mutabiq jo terrorism ki definition hai, wo ye hai ke use of war by other than state.</w:t>
      </w:r>
    </w:p>
    <w:p>
      <w:pPr>
        <w:jc w:val="right"/>
      </w:pPr>
      <w:r>
        <w:t>اسی لیے میں نے ٹیررزم کو جو ڈیفینیشن میں نے اسلام سے بنایا ہے، یعنی اسلام کے مطابق جو ٹیررزم کی ڈیفینیشن ہے، وہ یہ ہے کہ یوز آف وار بائی ادر دین اسٹیٹ۔</w:t>
      </w:r>
    </w:p>
    <w:p>
      <w:r>
        <w:rPr>
          <w:b/>
        </w:rPr>
        <w:t xml:space="preserve">[32:24] </w:t>
      </w:r>
      <w:r>
        <w:t>use of war by agencies other than state. ye hai terrorism ki definition.</w:t>
      </w:r>
    </w:p>
    <w:p>
      <w:pPr>
        <w:jc w:val="right"/>
      </w:pPr>
      <w:r>
        <w:t>یوز آف وار بائی ایجنسیز ادر دین اسٹیٹ۔ یہ ہے ٹیررزم کی ڈیفینیشن۔</w:t>
      </w:r>
    </w:p>
    <w:p>
      <w:r>
        <w:rPr>
          <w:b/>
        </w:rPr>
        <w:t xml:space="preserve">[32:31] </w:t>
      </w:r>
      <w:r>
        <w:t>yani state ke siwa koi aur, koi ngo banaye, koi organization banaye, wo lage ladne phirne to yahi hai terrorism.</w:t>
      </w:r>
    </w:p>
    <w:p>
      <w:pPr>
        <w:jc w:val="right"/>
      </w:pPr>
      <w:r>
        <w:t>یعنی اسٹیٹ کے سوا کوئی اور، کوئی این جی او بنائے، کوئی ارگنائزیشن بنائے، وہ لگے لڑنے پھرنے تو یہی ہے ٹیررزم۔</w:t>
      </w:r>
    </w:p>
    <w:p>
      <w:r>
        <w:rPr>
          <w:b/>
        </w:rPr>
        <w:t xml:space="preserve">[32:42] </w:t>
      </w:r>
      <w:r>
        <w:t>aur terrorism ke liye zahir hai ke na islam mein jagah hai, na kahin jagah hai, kisi system mein jagah nahi hai terrorism ke liye.</w:t>
      </w:r>
    </w:p>
    <w:p>
      <w:pPr>
        <w:jc w:val="right"/>
      </w:pPr>
      <w:r>
        <w:t>اور ٹیررزم کے لیے ظاہر ہے کہ نہ اسلام میں جگہ ہے، نہ کہیں جگہ ہے، کسی سسٹم میں جگہ نہیں ہے ٹیررزم کے لیے۔</w:t>
      </w:r>
    </w:p>
    <w:p>
      <w:r>
        <w:rPr>
          <w:b/>
        </w:rPr>
        <w:t xml:space="preserve">[32:51] </w:t>
      </w:r>
      <w:r>
        <w:t>terrorism to, yani, yani common sense hi ye samajhne ke liye kafi hai ke terrorism galat hai. kyunke terrorism mein kya hota hai? innocent log mare jate hain, innocent log mare jate hain.</w:t>
      </w:r>
    </w:p>
    <w:p>
      <w:pPr>
        <w:jc w:val="right"/>
      </w:pPr>
      <w:r>
        <w:t>ٹیررزم تو، یعنی، یعنی کامن سینس ہی یہ سمجھنے کے لیے کافی ہے کہ ٹیررزم غلط ہے۔ کیونکہ ٹیررزم میں کیا ہوتا ہے؟ انوسنٹ لوگ مارے جاتے ہیں، انوسنٹ لوگ مارے جاتے ہیں۔</w:t>
      </w:r>
    </w:p>
    <w:p>
      <w:r>
        <w:rPr>
          <w:b/>
        </w:rPr>
        <w:t xml:space="preserve">[33:06] </w:t>
      </w:r>
      <w:r>
        <w:t>aur islam mein to dekhen, main to samajhta hoon ke islam mein ab aap ladai ka koi, koi possibility khatam ho gayi.</w:t>
      </w:r>
    </w:p>
    <w:p>
      <w:pPr>
        <w:jc w:val="right"/>
      </w:pPr>
      <w:r>
        <w:t>اور اسلام میں تو دیکھیں، میں تو سمجھتا ہوں کہ اسلام میں اب آپ لڑائی کا کوئی، کوئی پاسیبلیٹی ختم ہو گئی۔</w:t>
      </w:r>
    </w:p>
    <w:p>
      <w:r>
        <w:rPr>
          <w:b/>
        </w:rPr>
        <w:t xml:space="preserve">[33:13] </w:t>
      </w:r>
      <w:r>
        <w:t>kyun? dekhiye, islam ka ek principle ye hai ke islam differentiate karta hai muqatil aur ghair muqatil mein, yani combatant aur non combatant mein.</w:t>
      </w:r>
    </w:p>
    <w:p>
      <w:pPr>
        <w:jc w:val="right"/>
      </w:pPr>
      <w:r>
        <w:t>کیوں؟ دیکھیے، اسلام کا ایک پرنسپل یہ ہے کہ اسلام ڈیفرنشیٹ کرتا ہے مقاتل اور غیر مقاتل میں، یعنی کمپیٹنٹ اور نان کمپیٹنٹ میں۔</w:t>
      </w:r>
    </w:p>
    <w:p>
      <w:r>
        <w:rPr>
          <w:b/>
        </w:rPr>
        <w:t xml:space="preserve">[33:27] </w:t>
      </w:r>
      <w:r>
        <w:t>yani even in a genuine war, you can not kill a non combatant.</w:t>
      </w:r>
    </w:p>
    <w:p>
      <w:pPr>
        <w:jc w:val="right"/>
      </w:pPr>
      <w:r>
        <w:t>یعنی ایون ان اے جینون وار، یو کین ناٹ کل ا نان کمپیٹنٹ۔</w:t>
      </w:r>
    </w:p>
    <w:p>
      <w:r>
        <w:rPr>
          <w:b/>
        </w:rPr>
        <w:t xml:space="preserve">[33:36] </w:t>
      </w:r>
      <w:r>
        <w:t>yani jo, jo nahi lad raha hai, jo battlefield mein nahi hai, wo kahin hai, apne ghar mein, apne club mein, apne office mein, us ko aap mar nahi sakte hain.</w:t>
      </w:r>
    </w:p>
    <w:p>
      <w:pPr>
        <w:jc w:val="right"/>
      </w:pPr>
      <w:r>
        <w:t>یعنی جو، جو نہیں لڑ رہا ہے، جو بیٹل فیلڈ میں نہیں ہے، وہ کہیں ہے، اپنے گھر میں، اپنے کلب میں، اپنے افس میں، اس کو آپ مار نہیں سکتے ہیں۔</w:t>
      </w:r>
    </w:p>
    <w:p>
      <w:r>
        <w:rPr>
          <w:b/>
        </w:rPr>
        <w:t xml:space="preserve">[33:50] </w:t>
      </w:r>
      <w:r>
        <w:t>ek genuine war mein bhi nahi mar sakte hain. aap sirf combatant ko aap mar sakte hain. according to this islamic teaching, ab zahir hai ke ab to zamana hai weapons of mass destruction ka.</w:t>
      </w:r>
    </w:p>
    <w:p>
      <w:pPr>
        <w:jc w:val="right"/>
      </w:pPr>
      <w:r>
        <w:t>ایک جینون وار میں بھی نہیں مار سکتے ہیں۔ آپ صرف کمپیٹنٹ کو آپ مار سکتے ہیں۔ اکارڈنگ ٹو دس اسلامک ٹیچنگ، اب ظاہر ہے کہ اب تو زمانہ ہے ویپنز آف ماس ڈسٹرکشن کا۔</w:t>
      </w:r>
    </w:p>
    <w:p>
      <w:r>
        <w:rPr>
          <w:b/>
        </w:rPr>
        <w:t xml:space="preserve">[34:02] </w:t>
      </w:r>
      <w:r>
        <w:t>to ab to, ab to larai ka koi sawal hi nahi islam mein.</w:t>
      </w:r>
    </w:p>
    <w:p>
      <w:pPr>
        <w:jc w:val="right"/>
      </w:pPr>
      <w:r>
        <w:t>تو اب تو، اب تو لڑائی کا کوئی سوال ہی نہیں اسلام میں۔</w:t>
      </w:r>
    </w:p>
    <w:p>
      <w:r>
        <w:rPr>
          <w:b/>
        </w:rPr>
        <w:t xml:space="preserve">[34:06] </w:t>
      </w:r>
      <w:r>
        <w:t>ab musalmanon ke liye islam ke mutabiq sirf ek hi option hai, woh hai peaceful. method ka violent method ka option hi khatam ho gaya.</w:t>
      </w:r>
    </w:p>
    <w:p>
      <w:pPr>
        <w:jc w:val="right"/>
      </w:pPr>
      <w:r>
        <w:t>اب مسلمانوں کے لیے اسلام کے مطابق صرف ایک ہی آپشن ہے، وہ ہے پیس فل۔ میتھڈ کا وائلنٹ میتھڈ کا آپشن ہی ختم ہو گیا۔</w:t>
      </w:r>
    </w:p>
    <w:p>
      <w:r>
        <w:rPr>
          <w:b/>
        </w:rPr>
        <w:t xml:space="preserve">[34:18] </w:t>
      </w:r>
      <w:r>
        <w:t>violent method ka option musalmanon ke liye khatam ho chuka hai. according to this islamic teachings, sirf peaceful method ka option hai. yeh hai islam ki teaching.</w:t>
      </w:r>
    </w:p>
    <w:p>
      <w:pPr>
        <w:jc w:val="right"/>
      </w:pPr>
      <w:r>
        <w:t>وائلنٹ میتھڈ کا آپشن مسلمانوں کے لیے ختم ہو چکا ہے۔ اکارڈنگ ٹو دس اسلامک ٹیچنگز، صرف پیس فل میتھڈ کا آپشن ہے۔ یہ ہے اسلام کی ٹیچنگ۔</w:t>
      </w:r>
    </w:p>
    <w:p>
      <w:r>
        <w:rPr>
          <w:b/>
        </w:rPr>
        <w:t xml:space="preserve">[34:31] </w:t>
      </w:r>
      <w:r>
        <w:t>to main aap se yeh kahunga ke aap islam ko aur musalmanon ko alag kar ke dekhen.</w:t>
      </w:r>
    </w:p>
    <w:p>
      <w:pPr>
        <w:jc w:val="right"/>
      </w:pPr>
      <w:r>
        <w:t>تو میں آپ سے یہ کہوں گا کہ آپ اسلام کو اور مسلمانوں کو الگ کر کے دیکھیں۔</w:t>
      </w:r>
    </w:p>
    <w:p>
      <w:r>
        <w:rPr>
          <w:b/>
        </w:rPr>
        <w:t xml:space="preserve">[34:36] </w:t>
      </w:r>
      <w:r>
        <w:t>musalmanon ki practice jo hai, us ko dekh kar yeh na samjhen ke yeh islam ki teaching hai. aur yeh bhi aap samajh lijiyega ke by birth islam koi nahi hua karta.</w:t>
      </w:r>
    </w:p>
    <w:p>
      <w:pPr>
        <w:jc w:val="right"/>
      </w:pPr>
      <w:r>
        <w:t>مسلمانوں کی پریکٹس جو ہے، اس کو دیکھ کر یہ نہ سمجھیں کہ یہ اسلام کی ٹیچنگ ہے۔ اور یہ بھی آپ سمجھ لیجئے کہ بائے برتھ اسلام کوئی نہیں ہوا کرتا۔</w:t>
      </w:r>
    </w:p>
    <w:p>
      <w:r>
        <w:rPr>
          <w:b/>
        </w:rPr>
        <w:t xml:space="preserve">[34:50] </w:t>
      </w:r>
      <w:r>
        <w:t>yeh ek bohat hi important baat main arz karunga ke by birth muslim koi nahi hota. quran mein saaf saaf yeh hai ke realization chahiye.</w:t>
      </w:r>
    </w:p>
    <w:p>
      <w:pPr>
        <w:jc w:val="right"/>
      </w:pPr>
      <w:r>
        <w:t>یہ ایک بہت ہی امپورٹنٹ بات میں عرض کروں گا کہ بائے برتھ مسلم کوئی نہیں ہوتا۔ قرآن میں صاف صاف یہ ہے کہ ریلائزیشن چاہیے۔</w:t>
      </w:r>
    </w:p>
    <w:p>
      <w:r>
        <w:rPr>
          <w:b/>
        </w:rPr>
        <w:t xml:space="preserve">[35:01] </w:t>
      </w:r>
      <w:r>
        <w:t>agar aap ne realize kiya ho ke islam sacha deen hai to aap muslim hue nahi, to muslim nahi hue. by birth aap muslim nahi ho sakte hain.</w:t>
      </w:r>
    </w:p>
    <w:p>
      <w:pPr>
        <w:jc w:val="right"/>
      </w:pPr>
      <w:r>
        <w:t>اگر آپ نے ریلائز کیا ہو کہ اسلام سچا دین ہے تو آپ مسلم ہوئے نہیں، تو مسلم نہیں ہوئے۔ بائے برتھ آپ مسلم نہیں ہو سکتے ہیں۔</w:t>
      </w:r>
    </w:p>
    <w:p>
      <w:r>
        <w:rPr>
          <w:b/>
        </w:rPr>
        <w:t xml:space="preserve">[35:11] </w:t>
      </w:r>
      <w:r>
        <w:t>to islam begins from discovery, from realization.</w:t>
      </w:r>
    </w:p>
    <w:p>
      <w:pPr>
        <w:jc w:val="right"/>
      </w:pPr>
      <w:r>
        <w:t>تو اسلام بگنز فرام ڈسکوری، فرام ریلائزیشن۔</w:t>
      </w:r>
    </w:p>
    <w:p>
      <w:r>
        <w:rPr>
          <w:b/>
        </w:rPr>
        <w:t xml:space="preserve">[35:18] </w:t>
      </w:r>
      <w:r>
        <w:t>to beharhaal yeh chand baatein theen jo maine arz keen.</w:t>
      </w:r>
    </w:p>
    <w:p>
      <w:pPr>
        <w:jc w:val="right"/>
      </w:pPr>
      <w:r>
        <w:t>تو بہرحال یہ چند باتیں تھیں جو میں نے عرض کیں۔</w:t>
      </w:r>
    </w:p>
    <w:p>
      <w:r>
        <w:rPr>
          <w:b/>
        </w:rPr>
        <w:t xml:space="preserve">[35:22] </w:t>
      </w:r>
      <w:r>
        <w:t>aur main dua karta hoon ke Allah taala mujh ko aur aap ko right thinking de, hum cheezon</w:t>
      </w:r>
    </w:p>
    <w:p>
      <w:pPr>
        <w:jc w:val="right"/>
      </w:pPr>
      <w:r>
        <w:t>اور میں دعا کرتا ہوں کہ اللہ تعالی مجھ کو اور آپ کو رائٹ تھنکنگ دے، ہم چیزوں</w:t>
      </w:r>
    </w:p>
    <w:p>
      <w:r>
        <w:rPr>
          <w:b/>
        </w:rPr>
        <w:t xml:space="preserve">[35:30] </w:t>
      </w:r>
      <w:r>
        <w:t>ko sahi perspective mein dekh saken</w:t>
      </w:r>
    </w:p>
    <w:p>
      <w:pPr>
        <w:jc w:val="right"/>
      </w:pPr>
      <w:r>
        <w:t>کو صحیح پرسپیکٹو میں دیکھ سکیں</w:t>
      </w:r>
    </w:p>
    <w:p>
      <w:r>
        <w:rPr>
          <w:b/>
        </w:rPr>
        <w:t xml:space="preserve">[35:33] </w:t>
      </w:r>
      <w:r>
        <w:t>aur peace ke sath aur love ke sath dunya mein jeena seekhein.</w:t>
      </w:r>
    </w:p>
    <w:p>
      <w:pPr>
        <w:jc w:val="right"/>
      </w:pPr>
      <w:r>
        <w:t>اور پیس کے ساتھ اور لو کے ساتھ دنیا میں جینا سیکھیں۔</w:t>
      </w:r>
    </w:p>
    <w:p>
      <w:r>
        <w:rPr>
          <w:b/>
        </w:rPr>
        <w:t xml:space="preserve">[35:52] </w:t>
      </w:r>
      <w:r>
        <w:t>mohsin ali ka bohat bara prashansak raha hoon, bohat samajh kar. dukh darshan pe aur tv ke doosre channels pe jo sab se saaf, spasht vicharon ke sath agar koi ah islam ki taraf se koi bolta tha to mol</w:t>
      </w:r>
    </w:p>
    <w:p>
      <w:pPr>
        <w:jc w:val="right"/>
      </w:pPr>
      <w:r>
        <w:t>محسن علی کا بہت بڑا प्रशंसک رہا ہوں، بہت سمجھ کر۔ دکھ درشن پہ اور ٹی وی کے دوسرے چینلز پہ جو سب سے صاف، سپشت विचारوں کے ساتھ اگر کوئی اہ اسلام کی طرف سے کوئی بولتا تھا تو مول</w:t>
      </w:r>
    </w:p>
    <w:p>
      <w:r>
        <w:rPr>
          <w:b/>
        </w:rPr>
        <w:t xml:space="preserve">[36:06] </w:t>
      </w:r>
      <w:r>
        <w:t>ana. aur maine hamesha in ko suna, khoob dhyan se, kai kaam chhod ke in ka. maine hamesha in ka interview jis channel pe jab bhi aaya hai, suna hai. aur mujhe laga ke aap jaise vidwanon ki aaj phurti par zaroorat hai, dharti par, keval des mein, is des mein nahi, har jagah zaroorat hai.</w:t>
      </w:r>
    </w:p>
    <w:p>
      <w:pPr>
        <w:jc w:val="right"/>
      </w:pPr>
      <w:r>
        <w:t>انا۔ اور میں نے ہمیشہ ان کو سنا، خوب دھیان سے، کئی کام چھوڑ کے ان کا۔ میں نے ہمیشہ ان کا انٹرو جس چینل پہ جب بھی آیا ہے، سنا ہے۔ اور مجھے لگا کہ آپ جیسے ودوانوں کی آج پھرتی پر ضرورت ہے، دھرتی پر، کےवल دیس میں، اس دیس میں نہیں، ہر جگہ ضرورت ہے۔</w:t>
      </w:r>
    </w:p>
    <w:p>
      <w:r>
        <w:rPr>
          <w:b/>
        </w:rPr>
        <w:t xml:space="preserve">[36:21] </w:t>
      </w:r>
      <w:r>
        <w:t>kyunke shanti ka message wahi de sakta hai jo khush, khud bhi shant ho, jo khud mein jiska funda clear ho. aur in ke jitne bhi aaj tak hum ne in ki cheezen padhin, taqreeren sunin, in ka ptv urdu pe bhi main in ko sunta rehta hoon.</w:t>
      </w:r>
    </w:p>
    <w:p>
      <w:pPr>
        <w:jc w:val="right"/>
      </w:pPr>
      <w:r>
        <w:t>کیونکہ شانتی کا میسج وہی دے سکتا ہے جو خوش، خود بھی شانت ہو، جو خود میں جس کا فنڈا کلیئر ہو۔ اور ان کے جتنے بھی آج تک ہم نے ان کی چیزیں پڑھیں، تقریریں سنی، ان کا پی ٹی وی اردو پہ بھی میں ان کو سنتا رہتا ہوں۔</w:t>
      </w:r>
    </w:p>
    <w:p>
      <w:r>
        <w:rPr>
          <w:b/>
        </w:rPr>
        <w:t xml:space="preserve">[36:33] </w:t>
      </w:r>
      <w:r>
        <w:t>meri aadat hai ke main ptv urdu bohat se dekhta hoon. aur is ke ilawa bhi aap ke jo bhi interview jahan par bhi aaye, aap kitna clear, spasht aur boldly bola.</w:t>
      </w:r>
    </w:p>
    <w:p>
      <w:pPr>
        <w:jc w:val="right"/>
      </w:pPr>
      <w:r>
        <w:t>میری عادت ہے کہ میں پی ٹی وی اردو بہت سے دیکھتا ہوں۔ اور اس کے علاوہ بھی آپ کے جو بھی انٹروز جہاں پر بھی آئے، آپ کتنا کلیئر، سپشت اور بولڈلی بولا۔</w:t>
      </w:r>
    </w:p>
    <w:p>
      <w:r>
        <w:rPr>
          <w:b/>
        </w:rPr>
        <w:t xml:space="preserve">[36:42] </w:t>
      </w:r>
      <w:r>
        <w:t>jab hamare bhi dharm mein aise log hain jo boldly nahi bolte aur galat logon ka sath dete hain, hamein un se bhi bohat allergy hai. aur aap se is liye pyar hai bohat kyunke aap sach ka sath dete hain.</w:t>
      </w:r>
    </w:p>
    <w:p>
      <w:pPr>
        <w:jc w:val="right"/>
      </w:pPr>
      <w:r>
        <w:t>جب ہمارے بھی دھرم میں ایسے لوگ ہیں جو بولڈلی نہیں بولتے اور غلط لوگوں کا ساتھ دیتے ہیں، ہمیں ان سے بھی بہت الرجی ہے۔ اور آپ سے اس لیے پیار ہے بہت کیونکہ آپ سچ کا ساتھ دیتے ہیں۔</w:t>
      </w:r>
    </w:p>
    <w:p>
      <w:r>
        <w:rPr>
          <w:b/>
        </w:rPr>
        <w:t xml:space="preserve">[36:51] </w:t>
      </w:r>
      <w:r>
        <w:t>aur hamare bhi dharm mein, kisi bhi dharm jo log sach bolte hain, insaniyat ki bhasha bolte hain, insaniyat ke paigham ko pahunchate hain, woh sab hamare adab ke paatre hain. aap bhi hamare adab ke paat</w:t>
      </w:r>
    </w:p>
    <w:p>
      <w:pPr>
        <w:jc w:val="right"/>
      </w:pPr>
      <w:r>
        <w:t>اور ہمارے بھی دھرم میں، کسی بھی دھرم جو لوگ سچ بولتے ہیں، انسانیت کی بھاشا بولتے ہیں، انسانیت کے پیغام کو پہنچاتے ہیں، وہ سب ہمارے ادب کے پاترے ہیں۔ آپ بھی ہمارے ادب کے پات</w:t>
      </w:r>
    </w:p>
    <w:p>
      <w:r>
        <w:rPr>
          <w:b/>
        </w:rPr>
        <w:t xml:space="preserve">[37:00] </w:t>
      </w:r>
      <w:r>
        <w:t>re hain. sawal koi nahi poochna kyunke aap sab sawal hamare clear kar dete hain. already bohat bohat aap ka dhaniya. mera sawal molana sahib kashmir ko.</w:t>
      </w:r>
    </w:p>
    <w:p>
      <w:pPr>
        <w:jc w:val="right"/>
      </w:pPr>
      <w:r>
        <w:t>رے ہیں۔ سوال کوئی نہیں پوچھنا کیونکہ آپ سب سوال ہمارے کلیئر کر دیتے ہیں۔ الریڈی بہت بہت آپ کا دھنیا۔ میرا سوال مولانا صاحب کشمیر کو۔</w:t>
      </w:r>
    </w:p>
    <w:p>
      <w:r>
        <w:rPr>
          <w:b/>
        </w:rPr>
        <w:t xml:space="preserve">[37:10] </w:t>
      </w:r>
      <w:r>
        <w:t>kashmir ke musalman ek direction mein ja rahe hain ke hum hindustani nahi hain, hum pakistani hain, hum pakistan mein jayenge, adab nahi chahiye. woh aur doosri taraf jammu ke hindu jo hain, woh doosri direction mein ja rahe hain ke jammu par rakh kar aur jammu kashmir ek nahi rahega.</w:t>
      </w:r>
    </w:p>
    <w:p>
      <w:pPr>
        <w:jc w:val="right"/>
      </w:pPr>
      <w:r>
        <w:t>کشمیر کے مسلمان ایک ڈائریکشن میں جا رہے ہیں کہ ہم ہندوستانی نہیں ہیں، ہم پاکستانی ہیں، ہم پاکستان میں جائیں گے، ادب نہیں چاہیے۔ وہ اور دوسری طرف جموں کے ہندو جو ہیں، وہ دوسری ڈائریکشن میں جا رہے ہیں کہ جموں پر رکھ کر اور جموں کشمیر ایک نہیں رہے گا۔</w:t>
      </w:r>
    </w:p>
    <w:p>
      <w:r>
        <w:rPr>
          <w:b/>
        </w:rPr>
        <w:t xml:space="preserve">[37:27] </w:t>
      </w:r>
      <w:r>
        <w:t>is ka solution kya</w:t>
      </w:r>
    </w:p>
    <w:p>
      <w:pPr>
        <w:jc w:val="right"/>
      </w:pPr>
      <w:r>
        <w:t>اس کا سلویوشن کیا</w:t>
      </w:r>
    </w:p>
    <w:p>
      <w:r>
        <w:rPr>
          <w:b/>
        </w:rPr>
        <w:t xml:space="preserve">[37:28] </w:t>
      </w:r>
      <w:r>
        <w:t>hai? kaise jumla khatam hoga? abhi main isi par ek mera article aaya hai to us mein maine bataya hai ke yani abhi jo shuru hua hai to us ko main mein ne bataya hai ke sari sara blame jata hai wahan ke musalmanon par.</w:t>
      </w:r>
    </w:p>
    <w:p>
      <w:pPr>
        <w:jc w:val="right"/>
      </w:pPr>
      <w:r>
        <w:t>ہے؟ کیسے جملہ ختم ہوگا؟ ابھی میں اسی پر ایک میرا آرٹیکل آیا ہے تو اس میں میں نے بتایا ہے کہ یعنی ابھی جو شروع ہوا ہے تو اس کو میں میں نے بتایا ہے کہ ساری سارا بلیپ جاتا ہے وہاں کے مسلمانوں پر۔</w:t>
      </w:r>
    </w:p>
    <w:p>
      <w:r>
        <w:rPr>
          <w:b/>
        </w:rPr>
        <w:t xml:space="preserve">[37:50] </w:t>
      </w:r>
      <w:r>
        <w:t>is liye maine is mein likha hai ke amarnath bhumi jo thi, un ko ab yaqeen tha kashmiriyon ko ke is mein kuch aise member hain jo kashmir ke bahar ke hain aur yeh constitution of india ke khilaf hai.</w:t>
      </w:r>
    </w:p>
    <w:p>
      <w:pPr>
        <w:jc w:val="right"/>
      </w:pPr>
      <w:r>
        <w:t>اس لیے میں نے اس میں لکھا ہے کہ امر ناتھ بھومی جو تھی، ان کو اب یقین تھا کشمیریوں کو کہ اس میں کچھ ایسے ممبر ہیں جو کشمیر کے باہر کے ہیں اور یہ کانسٹیٹیوشن آف انڈیا کے خلاف ہے۔</w:t>
      </w:r>
    </w:p>
    <w:p>
      <w:r>
        <w:rPr>
          <w:b/>
        </w:rPr>
        <w:t xml:space="preserve">[38:11] </w:t>
      </w:r>
      <w:r>
        <w:t>to maine likha, main aur maine telephone par bohat se logon se baat ki.</w:t>
      </w:r>
    </w:p>
    <w:p>
      <w:pPr>
        <w:jc w:val="right"/>
      </w:pPr>
      <w:r>
        <w:t>تو میں نے لکھا، میں اور میں نے ٹیلی فون پر بہت سے لوگوں سے بات کی۔</w:t>
      </w:r>
    </w:p>
    <w:p>
      <w:r>
        <w:rPr>
          <w:b/>
        </w:rPr>
        <w:t xml:space="preserve">[38:15] </w:t>
      </w:r>
      <w:r>
        <w:t>sab se maine kaha ke constitution ke khilaf koi baat hai to is ka kahan tension hoga? kya road par? road par hoga?</w:t>
      </w:r>
    </w:p>
    <w:p>
      <w:pPr>
        <w:jc w:val="right"/>
      </w:pPr>
      <w:r>
        <w:t>سب سے میں نے کہا کہ کانسٹیٹیوشن کے خلاف کوئی بات ہے تو اس کا کہاں ٹینشن ہوگا؟ کیا روڈ پر؟ روڈ پر ہوگا؟</w:t>
      </w:r>
    </w:p>
    <w:p>
      <w:r>
        <w:rPr>
          <w:b/>
        </w:rPr>
        <w:t xml:space="preserve">[38:24] </w:t>
      </w:r>
      <w:r>
        <w:t>is ka jagah hai supreme court of india. aap road par kyun gaye?</w:t>
      </w:r>
    </w:p>
    <w:p>
      <w:pPr>
        <w:jc w:val="right"/>
      </w:pPr>
      <w:r>
        <w:t>اس کا جگہ ہے سپریم کورٹ آف انڈیا۔ آپ روڈ پر کیوں گئے؟</w:t>
      </w:r>
    </w:p>
    <w:p>
      <w:r>
        <w:rPr>
          <w:b/>
        </w:rPr>
        <w:t xml:space="preserve">[38:31] </w:t>
      </w:r>
      <w:r>
        <w:t>to kai is mein hai ke albadi azlum jo shuru kare, wahi zalim hai. maine likha hai aur telephone par sab se kehta raha hoon kashmir walon se kyunke kashmir mein sab log is ko jante hain.</w:t>
      </w:r>
    </w:p>
    <w:p>
      <w:pPr>
        <w:jc w:val="right"/>
      </w:pPr>
      <w:r>
        <w:t>تو کئی اس میں ہے کہ البادی ازلم جو شروع کرے، وہی ظالم ہے۔ میں نے لکھا ہے اور ٹیلی فون پر سب سے کہتا رہا ہوں کشمیر والوں سے کیونکہ کشمیر میں سب لوگ اس کو جانتے ہیں۔</w:t>
      </w:r>
    </w:p>
    <w:p>
      <w:r>
        <w:rPr>
          <w:b/>
        </w:rPr>
        <w:t xml:space="preserve">[38:45] </w:t>
      </w:r>
      <w:r>
        <w:t>albadi azlum jo shuru kare, wahi zalim hai. to maine kaha agar koi aap ko opposition tha to aap us ko decide karne ki jagah kahan thi?</w:t>
      </w:r>
    </w:p>
    <w:p>
      <w:pPr>
        <w:jc w:val="right"/>
      </w:pPr>
      <w:r>
        <w:t>البادی ازلم جو شروع کرے، وہی ظالم ہے۔ تو میں نے کہا اگر کوئی آپ کو اپوزیشن تھا تو آپ اس کو ڈیسائیڈ کرنے کی جگہ کہاں تھی؟</w:t>
      </w:r>
    </w:p>
    <w:p>
      <w:r>
        <w:rPr>
          <w:b/>
        </w:rPr>
        <w:t xml:space="preserve">[38:54] </w:t>
      </w:r>
      <w:r>
        <w:t>supreme court thi. woh aap jaate wahan par. aap road par kyun aaye? ab jo kuch ho raha hai, woh sab aap ke hisse mein jayega.</w:t>
      </w:r>
    </w:p>
    <w:p>
      <w:pPr>
        <w:jc w:val="right"/>
      </w:pPr>
      <w:r>
        <w:t>سپریم کورٹ تھی۔ وہ آپ جاتے وہاں پر۔ آپ روڈ پر کیوں آئے؟ اب جو کچھ ہو رہا ہے، وہ سب آپ کے حصے میں جائے گا۔</w:t>
      </w:r>
    </w:p>
    <w:p>
      <w:r>
        <w:rPr>
          <w:b/>
        </w:rPr>
        <w:t xml:space="preserve">[39:01] </w:t>
      </w:r>
      <w:r>
        <w:t>jo kuch bhi ho raha hai, woh sab aap ke hisse mein jayega kyunke shuru karne wala aap hain. main toh openly baatein is tareeqe se kehta hoon aur bahut se log hain kashmiri jo mante hain meri baaton ko mante hain.</w:t>
      </w:r>
    </w:p>
    <w:p>
      <w:pPr>
        <w:jc w:val="right"/>
      </w:pPr>
      <w:r>
        <w:t>جو کچھ بھی ہو رہا ہے، وہ سب آپ کے حصے میں جائے گا کیونکہ شروع کرنے والا آپ ہیں۔ میں تو اوپنلی باتیں اس طریقے سے کہتا ہوں اور بہت سے لوگ ہیں کشمیری جو مانتے ہیں میری باتوں کو مانتے ہیں۔</w:t>
      </w:r>
    </w:p>
    <w:p>
      <w:r>
        <w:rPr>
          <w:b/>
        </w:rPr>
        <w:t xml:space="preserve">[39:14] </w:t>
      </w:r>
      <w:r>
        <w:t>my question is: is army related to civil issue? duniya mein itna bara issue hai jo insaan ke khana nahi hai, bhooke marte hain.</w:t>
      </w:r>
    </w:p>
    <w:p>
      <w:pPr>
        <w:jc w:val="right"/>
      </w:pPr>
      <w:r>
        <w:t>مائی کوسچن از: از آرمی ریلی سولسٹ؟ دنیا میں اتنا بڑا ایشو ہے جو انسان کے کھانا نہیں ہے، بھوکے مرتے ہیں۔</w:t>
      </w:r>
    </w:p>
    <w:p>
      <w:r>
        <w:rPr>
          <w:b/>
        </w:rPr>
        <w:t xml:space="preserve">[39:24] </w:t>
      </w:r>
      <w:r>
        <w:t>yeh is issue ko le ke koi ladai bhadai nahi karta hai</w:t>
      </w:r>
    </w:p>
    <w:p>
      <w:pPr>
        <w:jc w:val="right"/>
      </w:pPr>
      <w:r>
        <w:t>یہ اس ایشو کو لے کے کوئی لڑائی بھڑائی نہیں کرتا ہے</w:t>
      </w:r>
    </w:p>
    <w:p>
      <w:r>
        <w:rPr>
          <w:b/>
        </w:rPr>
        <w:t xml:space="preserve">[39:28] </w:t>
      </w:r>
      <w:r>
        <w:t>magar choti si issue ko le ke das ekad, 15 ekad itna bara duniya mein bara issue nahi hona chahiye. is ko dekh lijiye jo aap log itna openly aap logon ke beech rakhte hain, hum ko bohat acha lagta hai.</w:t>
      </w:r>
    </w:p>
    <w:p>
      <w:pPr>
        <w:jc w:val="right"/>
      </w:pPr>
      <w:r>
        <w:t>مگر چھوٹی سی ایشو کو لے کے دس ایکڑ، 15 ایکڑ اتنا بڑا دنیا میں بڑا ایشو نہیں ہونا چاہیے۔ اس کو دیکھ لیجئے جو آپ لوگ اتنا اوپنلی آپ لوگوں کے بیچ رکھتے ہیں، ہم کو بہت اچھا لگتا ہے۔</w:t>
      </w:r>
    </w:p>
    <w:p>
      <w:r>
        <w:rPr>
          <w:b/>
        </w:rPr>
        <w:t xml:space="preserve">[39:44] </w:t>
      </w:r>
      <w:r>
        <w:t>magar yeh message ko jis ke tak, jis ko pahunchna hai, jis ko maloom hona chahiye, yeh kaun aage badh ke?</w:t>
      </w:r>
    </w:p>
    <w:p>
      <w:pPr>
        <w:jc w:val="right"/>
      </w:pPr>
      <w:r>
        <w:t>مگر یہ میسج کو جس کے تک، جس کو پہنچنا ہے، جس کو معلوم ہونا چاہیے، یہ کون آگے بڑھ کے؟</w:t>
      </w:r>
    </w:p>
    <w:p>
      <w:r>
        <w:rPr>
          <w:b/>
        </w:rPr>
        <w:t xml:space="preserve">[39:52] </w:t>
      </w:r>
      <w:r>
        <w:t>kyunke jab hum court tak wait karenge, court mein jayega. is one solution</w:t>
      </w:r>
    </w:p>
    <w:p>
      <w:pPr>
        <w:jc w:val="right"/>
      </w:pPr>
      <w:r>
        <w:t>کیونکہ جب ہم کورٹ تک ویٹ کریں گے، کورٹ میں جائے گا۔ از ون سلویوشن</w:t>
      </w:r>
    </w:p>
    <w:p>
      <w:r>
        <w:rPr>
          <w:b/>
        </w:rPr>
        <w:t xml:space="preserve">[39:58] </w:t>
      </w:r>
      <w:r>
        <w:t>magar logon ko mann mein court ko jaane se pehle hi yeh feeling aana chahiye ke aisa issues ko le ke hum aapas mein baith ke baat cheet kar ke is ko solve karne se hi.</w:t>
      </w:r>
    </w:p>
    <w:p>
      <w:pPr>
        <w:jc w:val="right"/>
      </w:pPr>
      <w:r>
        <w:t>مگر لوگوں کو من میں کورٹ کو جانے سے پہلے ہی یہ فیلنگ آنا چاہیے کہ ایسا ایشوز کو لے کے ہم آپس میں بیٹھ کے بات چیت کر کے اس کو سالو کرنے سے ہی۔</w:t>
      </w:r>
    </w:p>
    <w:p>
      <w:r>
        <w:rPr>
          <w:b/>
        </w:rPr>
        <w:t xml:space="preserve">[40:11] </w:t>
      </w:r>
      <w:r>
        <w:t>kyunke court ko bhi jayenge, wahan jaane ke baad bhi court kuch verdict de dega. isi ko le ke bhi phir again jo hai disturbance shuru ho jayega.</w:t>
      </w:r>
    </w:p>
    <w:p>
      <w:pPr>
        <w:jc w:val="right"/>
      </w:pPr>
      <w:r>
        <w:t>کیونکہ کورٹ کو بھی جائیں گے، وہاں جانے کے بعد بھی کورٹ کچھ ورڈک دے دے گا۔ اسی کو لے کے بھی پھر اگین جو ہے ڈسٹربنس شروع ہو جائے گا۔</w:t>
      </w:r>
    </w:p>
    <w:p>
      <w:r>
        <w:rPr>
          <w:b/>
        </w:rPr>
        <w:t xml:space="preserve">[40:20] </w:t>
      </w:r>
      <w:r>
        <w:t>toh mera sawal yahi hai:</w:t>
      </w:r>
    </w:p>
    <w:p>
      <w:pPr>
        <w:jc w:val="right"/>
      </w:pPr>
      <w:r>
        <w:t>تو میرا سوال یہی ہے:</w:t>
      </w:r>
    </w:p>
    <w:p>
      <w:r>
        <w:rPr>
          <w:b/>
        </w:rPr>
        <w:t xml:space="preserve">[40:22] </w:t>
      </w:r>
      <w:r>
        <w:t>jo religious leaders hote hain, apna ya hindu, koi bhi religion ho, aise chote mote issues ko samjhane ke liye aankhein kyun nahi jaati?</w:t>
      </w:r>
    </w:p>
    <w:p>
      <w:pPr>
        <w:jc w:val="right"/>
      </w:pPr>
      <w:r>
        <w:t>جو ریلیجیس لیڈرز ہوتے ہیں، اپنا یا ہندو، کوئی بھی ریلیجن ہو، ایسے چھوٹے موٹے ایشوز کو سمجھانے کے لیے آنکھیں کیوں نہیں جاتی؟</w:t>
      </w:r>
    </w:p>
    <w:p>
      <w:r>
        <w:rPr>
          <w:b/>
        </w:rPr>
        <w:t xml:space="preserve">[40:33] </w:t>
      </w:r>
      <w:r>
        <w:t>hamara views ko sab ke samne rakhna ek baat hai magar woh views ko sahi hone se kisi halat logon ko tak pahuncha ke problem ko solve karne ke liye koshish karna doosra effort hai.</w:t>
      </w:r>
    </w:p>
    <w:p>
      <w:pPr>
        <w:jc w:val="right"/>
      </w:pPr>
      <w:r>
        <w:t>ہمارا ویوز کو سب کے سامنے رکھنا ایک بات ہے مگر وہ ویوز کو صحیح ہونے سے کسی حالت لوگوں کو تک پہنچا کے پرابلم کو سالو کرنے کے لیے کوشش کرنا دوسرا ایفرٹ ہے۔</w:t>
      </w:r>
    </w:p>
    <w:p>
      <w:r>
        <w:rPr>
          <w:b/>
        </w:rPr>
        <w:t xml:space="preserve">[40:45] </w:t>
      </w:r>
      <w:r>
        <w:t>yeh mera sawal hai. yeh doosre effort ki taraf zyada mehnat nahi hone wala, woh mera.</w:t>
      </w:r>
    </w:p>
    <w:p>
      <w:pPr>
        <w:jc w:val="right"/>
      </w:pPr>
      <w:r>
        <w:t>یہ میرا سوال ہے۔ یہ دوسرے ایفرٹ کی طرف زیادہ محنت نہیں ہونے والا، وہ میرا۔</w:t>
      </w:r>
    </w:p>
    <w:p>
      <w:r>
        <w:rPr>
          <w:b/>
        </w:rPr>
        <w:t xml:space="preserve">[40:51] </w:t>
      </w:r>
      <w:r>
        <w:t>aap ne theek kaha, yani yeh toh sach poochhein toh shuru hi se non issue tha. yeh non issue is mein ke woh bhumi toh already istemal hi mein thi, kam az kam dedh sau saal se.</w:t>
      </w:r>
    </w:p>
    <w:p>
      <w:pPr>
        <w:jc w:val="right"/>
      </w:pPr>
      <w:r>
        <w:t>آپ نے ٹھیک کہا، یعنی یہ تو سچ پوچھیں تو شروع ہی سے نان ایشو تھا۔ یہ نان ایشو اس میں کہ وہ بھومی تو الریڈی استعمال ہی میں تھی، کم از کم ڈیڑھ سو سال سے۔</w:t>
      </w:r>
    </w:p>
    <w:p>
      <w:r>
        <w:rPr>
          <w:b/>
        </w:rPr>
        <w:t xml:space="preserve">[41:05] </w:t>
      </w:r>
      <w:r>
        <w:t>Amarnath Yatra, inhi ke liye istemal ho rahi thi. woh</w:t>
      </w:r>
    </w:p>
    <w:p>
      <w:pPr>
        <w:jc w:val="right"/>
      </w:pPr>
      <w:r>
        <w:t>امر ناتھ یاد تیری، انہی کے لیے استعمال ہو رہی تھی۔ وہ</w:t>
      </w:r>
    </w:p>
    <w:p>
      <w:r>
        <w:rPr>
          <w:b/>
        </w:rPr>
        <w:t xml:space="preserve">[41:09] </w:t>
      </w:r>
      <w:r>
        <w:t>aisa nahi ke woh koi naya qissa tha. toh yeh toh shuru se non issue tha. ab woh jab koi bhadak bhadka de, kuch jazbati log hote hain, kuch bhadka de, bhadka dein toh bhadak uthta hai.</w:t>
      </w:r>
    </w:p>
    <w:p>
      <w:pPr>
        <w:jc w:val="right"/>
      </w:pPr>
      <w:r>
        <w:t>ایسا نہیں کہ وہ کوئی نیا قصہ تھا۔ تو یہ تو شروع سے نان ایشو تھا۔ اب وہ جب کوئی بھڑک بھڑکا دے، کچھ جذباتی لوگ ہوتے ہیں، کچھ بھڑکا دے، بھڑکا دیں تو بھڑک اٹھتا ہے۔</w:t>
      </w:r>
    </w:p>
    <w:p>
      <w:r>
        <w:rPr>
          <w:b/>
        </w:rPr>
        <w:t xml:space="preserve">[41:22] </w:t>
      </w:r>
      <w:r>
        <w:t>maine sach mein toh yeh non issue ka issue banaya hai inhone</w:t>
      </w:r>
    </w:p>
    <w:p>
      <w:pPr>
        <w:jc w:val="right"/>
      </w:pPr>
      <w:r>
        <w:t>میں نے سچ میں تو یہ نان ایشو کا ایشو بنایا ہے انہوں نے</w:t>
      </w:r>
    </w:p>
    <w:p>
      <w:r>
        <w:rPr>
          <w:b/>
        </w:rPr>
        <w:t xml:space="preserve">[41:28] </w:t>
      </w:r>
      <w:r>
        <w:t>aur hamare saathi wahan bahut se hain, inhone bohat kaam kiya. abhi jo thoda thanda pada hai toh hamare saathiyon ne thanda kiya hai. is ko kashmiri hamare bohat saathi hain. abhi aap dekhein toh thanda pada hai na?</w:t>
      </w:r>
    </w:p>
    <w:p>
      <w:pPr>
        <w:jc w:val="right"/>
      </w:pPr>
      <w:r>
        <w:t>اور ہمارے ساتھی وہاں بہت سے ہیں، انہوں نے بہت کام کیا۔ ابھی جو تھوڑا ٹھنڈا پڑا ہے تو ہمارے ساتھیوں نے ٹھنڈا کیا ہے۔ اس کو کشمیری ہمارے بہت ساتھی ہیں۔ ابھی آپ دیکھیں تو ٹھنڈا پڑا ہے نا؟</w:t>
      </w:r>
    </w:p>
    <w:p>
      <w:r>
        <w:rPr>
          <w:b/>
        </w:rPr>
        <w:t xml:space="preserve">[41:38] </w:t>
      </w:r>
      <w:r>
        <w:t>toh hamare saathiyon ne kaam kiya aur thanda kiya is ko. lekin main yeh keh sakta hoon ke yeh shuru hi se non issue tha jab woh already Amarnath Yatra ke istemal ho raha tha.</w:t>
      </w:r>
    </w:p>
    <w:p>
      <w:pPr>
        <w:jc w:val="right"/>
      </w:pPr>
      <w:r>
        <w:t>تو ہمارے ساتھیوں نے کام کیا اور ٹھنڈا کیا اس کو۔ لیکن میں یہ کہہ سکتا ہوں کہ یہ شروع ہی سے نان ایشو تھا جب وہ الریڈی امن رات یادوں کے استعمال ہو رہا تھا۔</w:t>
      </w:r>
    </w:p>
    <w:p>
      <w:r>
        <w:rPr>
          <w:b/>
        </w:rPr>
        <w:t xml:space="preserve">[41:50] </w:t>
      </w:r>
      <w:r>
        <w:t>main samajhta hoon kam az kam dedh sau saal se toh issue kya hai? bhai hone dein un ko istemal ho raha hai, hone dein.</w:t>
      </w:r>
    </w:p>
    <w:p>
      <w:pPr>
        <w:jc w:val="right"/>
      </w:pPr>
      <w:r>
        <w:t>میں سمجھتا ہوں کم از کم ڈیڑھ سو سال سے تو ایشو کیا ہے؟ بھئی ہونے دیے ان کو استعمال ہو رہا ہے، ہونے دیے۔</w:t>
      </w:r>
    </w:p>
    <w:p>
      <w:r>
        <w:rPr>
          <w:b/>
        </w:rPr>
        <w:t xml:space="preserve">[41:58] </w:t>
      </w:r>
      <w:r>
        <w:t>Maulana Sahib, holding hand in this program, very big and</w:t>
      </w:r>
    </w:p>
    <w:p>
      <w:pPr>
        <w:jc w:val="right"/>
      </w:pPr>
      <w:r>
        <w:t>مولانا صاحب، ہولڈنگ ہینڈ ان دس پروگرام، ویری بگ اینڈ</w:t>
      </w:r>
    </w:p>
    <w:p>
      <w:r>
        <w:rPr>
          <w:b/>
        </w:rPr>
        <w:t xml:space="preserve">[42:06] </w:t>
      </w:r>
      <w:r>
        <w:t>today we reach the stage</w:t>
      </w:r>
    </w:p>
    <w:p>
      <w:pPr>
        <w:jc w:val="right"/>
      </w:pPr>
      <w:r>
        <w:t>ٹوڈے وی ریچ دا سٹیج</w:t>
      </w:r>
    </w:p>
    <w:p>
      <w:r>
        <w:rPr>
          <w:b/>
        </w:rPr>
        <w:t xml:space="preserve">[42:10] </w:t>
      </w:r>
      <w:r>
        <w:t>when it's occasion for people like pastor</w:t>
      </w:r>
    </w:p>
    <w:p>
      <w:pPr>
        <w:jc w:val="right"/>
      </w:pPr>
      <w:r>
        <w:t>وین اٹس اوکیژن فار پیپل لائک پاسٹر</w:t>
      </w:r>
    </w:p>
    <w:p>
      <w:r>
        <w:rPr>
          <w:b/>
        </w:rPr>
        <w:t xml:space="preserve">[42:16] </w:t>
      </w:r>
      <w:r>
        <w:t>see through a very dangerous combination</w:t>
      </w:r>
    </w:p>
    <w:p>
      <w:pPr>
        <w:jc w:val="right"/>
      </w:pPr>
      <w:r>
        <w:t>سی تھرو ا ویری ڈینجرس کمبینیشن</w:t>
      </w:r>
    </w:p>
    <w:p>
      <w:r>
        <w:rPr>
          <w:b/>
        </w:rPr>
        <w:t xml:space="preserve">[42:22] </w:t>
      </w:r>
      <w:r>
        <w:t>that has played up here into mankind</w:t>
      </w:r>
    </w:p>
    <w:p>
      <w:pPr>
        <w:jc w:val="right"/>
      </w:pPr>
      <w:r>
        <w:t>دیٹ ہیز پلیڈ اپ ہیو ان ٹو مین کائنڈ</w:t>
      </w:r>
    </w:p>
    <w:p>
      <w:r>
        <w:rPr>
          <w:b/>
        </w:rPr>
        <w:t xml:space="preserve">[42:25] </w:t>
      </w:r>
      <w:r>
        <w:t>of thousands of years.</w:t>
      </w:r>
    </w:p>
    <w:p>
      <w:pPr>
        <w:jc w:val="right"/>
      </w:pPr>
      <w:r>
        <w:t>اف تھاؤزنڈز اف ایئرز۔</w:t>
      </w:r>
    </w:p>
    <w:p>
      <w:r>
        <w:rPr>
          <w:b/>
        </w:rPr>
        <w:t xml:space="preserve">[42:28] </w:t>
      </w:r>
      <w:r>
        <w:t>and this combination, when i use a low-class language, is that of marketing managers of god.</w:t>
      </w:r>
    </w:p>
    <w:p>
      <w:pPr>
        <w:jc w:val="right"/>
      </w:pPr>
      <w:r>
        <w:t>اینڈ دس کمبینیشن، وین آئی یوز ا لوچ لینگویج، از دیٹ اف مارکیٹنگ مینیجرز اف گاڈ۔</w:t>
      </w:r>
    </w:p>
    <w:p>
      <w:r>
        <w:rPr>
          <w:b/>
        </w:rPr>
        <w:t xml:space="preserve">[42:40] </w:t>
      </w:r>
      <w:r>
        <w:t>and i hope you understand what i mean: marketing managers of god and power brokers, its a very lethal combination.</w:t>
      </w:r>
    </w:p>
    <w:p>
      <w:pPr>
        <w:jc w:val="right"/>
      </w:pPr>
      <w:r>
        <w:t>اینڈ آئی ہوپ یو انڈرسٹینڈ واٹ آئی مین: مارکیٹنگ مینیجرز اف گاڈ اینڈ پاور بروکرز، اٹس ا ویری لیتھل کمبینیشن۔</w:t>
      </w:r>
    </w:p>
    <w:p>
      <w:r>
        <w:rPr>
          <w:b/>
        </w:rPr>
        <w:t xml:space="preserve">[42:51] </w:t>
      </w:r>
      <w:r>
        <w:t>they use poor god to grab or perpetuate political power.</w:t>
      </w:r>
    </w:p>
    <w:p>
      <w:pPr>
        <w:jc w:val="right"/>
      </w:pPr>
      <w:r>
        <w:t>دے یوز پور گاڈ ٹو گریب اور پرپیچویٹ پولیٹیکل پاور۔</w:t>
      </w:r>
    </w:p>
    <w:p>
      <w:r>
        <w:rPr>
          <w:b/>
        </w:rPr>
        <w:t xml:space="preserve">[42:59] </w:t>
      </w:r>
      <w:r>
        <w:t>but the beauty is we reach the stage where god is no longer a mystery, it is the scientific reality.</w:t>
      </w:r>
    </w:p>
    <w:p>
      <w:pPr>
        <w:jc w:val="right"/>
      </w:pPr>
      <w:r>
        <w:t>بٹ دی بیوٹی از وی ریچ دا سٹیج ویر گاڈ از نو لانگر ا مسٹری، اٹ از دا سائنٹیفک ریلیٹی۔</w:t>
      </w:r>
    </w:p>
    <w:p>
      <w:r>
        <w:rPr>
          <w:b/>
        </w:rPr>
        <w:t xml:space="preserve">[43:12] </w:t>
      </w:r>
      <w:r>
        <w:t>and if you read this thin book titled "wahdaniyat" or "singularity" or "ekam", you will understand that the era of exploiting emotion for political power is over.</w:t>
      </w:r>
    </w:p>
    <w:p>
      <w:pPr>
        <w:jc w:val="right"/>
      </w:pPr>
      <w:r>
        <w:t>اینڈ اف یو ریڈ دس تھن بک ٹائٹل "وحدانیت" اور "سنگولیرٹی" اور "ایکم"، یو ویل انڈرسٹینڈ دیٹ دی ایرا اف ایکسپلائٹنگ ایموشن فار پولیٹیکل پاور از اوور۔</w:t>
      </w:r>
    </w:p>
    <w:p>
      <w:r>
        <w:rPr>
          <w:b/>
        </w:rPr>
        <w:t xml:space="preserve">[43:31] </w:t>
      </w:r>
      <w:r>
        <w:t>may take another ten years, may take another 20 years.</w:t>
      </w:r>
    </w:p>
    <w:p>
      <w:pPr>
        <w:jc w:val="right"/>
      </w:pPr>
      <w:r>
        <w:t>می ٹیک انادر ٹین ایئرز، می ٹیک انادر 20 ایئرز۔</w:t>
      </w:r>
    </w:p>
    <w:p>
      <w:r>
        <w:rPr>
          <w:b/>
        </w:rPr>
        <w:t xml:space="preserve">[43:36] </w:t>
      </w:r>
      <w:r>
        <w:t>but within this next 20 years, what Maulana sahib is reaching will the reality, will understood, and mankind will have move to a totally new age.</w:t>
      </w:r>
    </w:p>
    <w:p>
      <w:pPr>
        <w:jc w:val="right"/>
      </w:pPr>
      <w:r>
        <w:t>بٹ ود ان دس نیکسٹ 20 ایئرز، واٹ مولانا صاحب از ریچنگ ویل دی ریلیٹی، ویل انڈرسٹڈ، اینڈ مین کائنڈ ویل ہیو موو ٹو ا ٹوٹلی نیو ایج۔</w:t>
      </w:r>
    </w:p>
    <w:p>
      <w:r>
        <w:rPr>
          <w:b/>
        </w:rPr>
        <w:t xml:space="preserve">[43:51] </w:t>
      </w:r>
      <w:r>
        <w:t>thank you very much, Maulana sahib.</w:t>
      </w:r>
    </w:p>
    <w:p>
      <w:pPr>
        <w:jc w:val="right"/>
      </w:pPr>
      <w:r>
        <w:t>تھینک یو ویری مچ، مولانا صاحب۔</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