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6 42-45 CPS Women Weekly Discussion March 16, 2025 #quran</w:t>
      </w:r>
    </w:p>
    <w:p>
      <w:r>
        <w:t>https://www.youtube.com/watch?v=mYePK_dupws</w:t>
      </w:r>
    </w:p>
    <w:p>
      <w:r>
        <w:rPr>
          <w:b/>
        </w:rPr>
        <w:t xml:space="preserve">[00:09] </w:t>
      </w:r>
      <w:r>
        <w:t>aazubillah maine shaitani rajeem bismillah hirmanirraheem. Assalama rekhum. I welcome you all to the Zoom discussion. The Quran chapter six verse 42 to 45. We sent messengers before you, prophet to many communities and afflicted the people with suffering and hardship so that they might humble themselves.</w:t>
      </w:r>
    </w:p>
    <w:p>
      <w:pPr>
        <w:jc w:val="right"/>
      </w:pPr>
      <w:r>
        <w:t>आज़ुबिल्लाह मैंने शैतानी राजीम बिस्मिल्लाह हिरमनिराहीम. अस्सलामा रेखुम. I welcome you all to the Zoom discussion. The Quran chapter six verse 42 to 45. We sent messengers before you, prophet to many communities and afflicted the people with suffering and hardship so that they might humble themselves.</w:t>
      </w:r>
    </w:p>
    <w:p>
      <w:r>
        <w:rPr>
          <w:b/>
        </w:rPr>
        <w:t xml:space="preserve">[00:32] </w:t>
      </w:r>
      <w:r>
        <w:t>When the affliction decreed by us befall them, they did not humble themselves, but rather their hearts hardened, for Satan had made all their doing seem fair to them. When they had forgotten our admonition, we granted them all that they desired. But just as they were rejoicing in what they were given, we seized them suddenly, and they were plunged into despair.</w:t>
      </w:r>
    </w:p>
    <w:p>
      <w:pPr>
        <w:jc w:val="right"/>
      </w:pPr>
      <w:r>
        <w:t>When the affliction decreed by us befall them, they did not humble themselves, but rather their hearts hardened, for Satan had made all their doing seem fair to them. When they had forgotten our admonition, we granted them all that they desired. But just as they were rejoicing in what they were given, we seized them suddenly, and they were plunged into despair.</w:t>
      </w:r>
    </w:p>
    <w:p>
      <w:r>
        <w:rPr>
          <w:b/>
        </w:rPr>
        <w:t xml:space="preserve">[01:00] </w:t>
      </w:r>
      <w:r>
        <w:t>The wrongdoers are thus annihilated. All praise to God, the Lord are the worlds. Chapter six, verse 42 to 45. I request Dr. Safina to read the taskbar of these verses. Assalamullekho. Jaise ki shavina ne bataya hamara jo discussion hai vah pure anaam anaam ki verses hain.</w:t>
      </w:r>
    </w:p>
    <w:p>
      <w:pPr>
        <w:jc w:val="right"/>
      </w:pPr>
      <w:r>
        <w:t>The wrongdoers are thus annihilated. All praise to God, the Lord are the worlds. Chapter six, verse 42 to 45. I request Dr. Safina to read the taskbar of these verses. अस्सलामुल्लेखो. जैसे कि शविना ने बताया हमारा जो discussion है वह पूरे अनाम अनाम की verses हैं.</w:t>
      </w:r>
    </w:p>
    <w:p>
      <w:r>
        <w:rPr>
          <w:b/>
        </w:rPr>
        <w:t xml:space="preserve">[01:29] </w:t>
      </w:r>
      <w:r>
        <w:t>aate hain 42 se 45. Uska arth urdu tarjuma mein padh rahi hoon aur tumse pehle bahut hi kaumon ki taraf humne rasool bheje. Phir humne unko pakda sakhti mein aur takleef mein taaki vah gir giraen. Bas jab hamari taraf se un par saftee aai to kyon na vah gir giraen? Balki unke dil swasth ho gaye aur shaitan unke aamaal ko unki nazar mein khushnuma karke dikhata raha.</w:t>
      </w:r>
    </w:p>
    <w:p>
      <w:pPr>
        <w:jc w:val="right"/>
      </w:pPr>
      <w:r>
        <w:t>आते हैं 42 से 45. उसका अर्थ उर्दू तर्जमा में पढ़ रही हूं और तुमसे पहले बहुत ही कौमों की तरफ़ हमने रसूल भेजे. फिर हमने उनको पकड़ा सख्ती में और तकलीफ में ताकि वह गिर गिराएं. बस जब हमारी तरफ से उन पर सफ़्ती आई तो क्यों न वह गिर गिराएं? बल्कि उनके दिल स्वस्थ हो गए और शैतान उनके आमाल को उनकी नज़र में खुश्नोमा करके दिखाता रहा.</w:t>
      </w:r>
    </w:p>
    <w:p>
      <w:r>
        <w:rPr>
          <w:b/>
        </w:rPr>
        <w:t xml:space="preserve">[01:59] </w:t>
      </w:r>
      <w:r>
        <w:t>Phir jab unhone us naseehat ko bula diya jo unko di gai thi, to humne un par har cheez ke darwaze kholi hai. Yahan tak ki jab vah us cheez par khush ho gaye jo unhe di gai, to humne achaanak unko pakad liya. Us waqt vah nameen pakad rahe the. Bas un logon ki jadkat jihane surm kiya tha aur sari tareef Allah ke liye hai tamam jahanon ka ravy.</w:t>
      </w:r>
    </w:p>
    <w:p>
      <w:pPr>
        <w:jc w:val="right"/>
      </w:pPr>
      <w:r>
        <w:t>फिर जब उन्होंने उस नसीहत को बुला दिया जो उनको दी गई थी, तो हमने उन पर हर चीज़ के दरवाज़े खोली है. यहां तक कि जब वह उस चीज़ पर खुश हो गए जो उन्हें दी गई, तो हमने अचानक उनको पकड़ लिया. उस वक्त वह नामीण पकड़ रहे थे. बस उन लोगों की जड़काट जिहाने सुर्म किया था और सारी तारीफ अल्लाह के लिए है तमाम जहानों का रव्य.</w:t>
      </w:r>
    </w:p>
    <w:p>
      <w:r>
        <w:rPr>
          <w:b/>
        </w:rPr>
        <w:t xml:space="preserve">[02:28] </w:t>
      </w:r>
      <w:r>
        <w:t>Tafsir - Aadmi ke saamne ek haq aata hai aur usko nahi manta. To Allah usko fauran nahi pakadta, balki usko maali nuksan aur jismaani takleef ki surat mein kuch jhatke deta hai taaki uski sochne ki sadaiyat paidar ho aur vah apne ravaiye ke baare mein nazar aasani karen.</w:t>
      </w:r>
    </w:p>
    <w:p>
      <w:pPr>
        <w:jc w:val="right"/>
      </w:pPr>
      <w:r>
        <w:t>तफ्सीर - आदमी के सामने एक हक आता है और उसको नहीं मानता. तो अल्लाह उसको फ़ौरन नहीं पकड़ता, बल्कि उसको माली नुकसान और जिस्मानी तकलीफ की सूरत में कुछ झटके देता है ताकि उसकी सोचने की सड़ाईयत पैदार हो और वह अपने रवैये के बारे में नज़र आसानी करें.</w:t>
      </w:r>
    </w:p>
    <w:p>
      <w:r>
        <w:rPr>
          <w:b/>
        </w:rPr>
        <w:t xml:space="preserve">[02:50] </w:t>
      </w:r>
      <w:r>
        <w:t>Zindagi ke hawadesh, mahaz hawadesh nahi, vah kuda ke bheje hue mahsus paidaamatr, mahsus paidaamatr jo isliye aate hain ki taaki raflat mein soe hue insaan ko jagayen. Magar aadmi aksar in cheezon se naseehat nahi leta.</w:t>
      </w:r>
    </w:p>
    <w:p>
      <w:pPr>
        <w:jc w:val="right"/>
      </w:pPr>
      <w:r>
        <w:t>ज़िंदगी के हवादेश, महज़ हवादेश नहीं, वह कुदा के भेजे हुए महसूस पैदामात्र, महसूस पैरामात्र जो इसलिए आते हैं कि ताकि रफ़लत में सोए हुए इंसान को जगाएं. मगर आदमी अक्सर इन चीज़ों से नसीहत नहीं लेता.</w:t>
      </w:r>
    </w:p>
    <w:p>
      <w:r>
        <w:rPr>
          <w:b/>
        </w:rPr>
        <w:t xml:space="preserve">[03:09] </w:t>
      </w:r>
      <w:r>
        <w:t>Vah yeh kehkar apne ko mutmahi kar leta hai ki yeh to utaar chadhaav ke waaqyaat hain aur is pratham ke utaar chadhaav zindagi mein aate hi rehte is tarah har mauke par shaidan koi pushnuma tauji pesh karke aadmi ke zehan ko naseehat ke bajay vaklat ki taraf gher deta hai. Aadmi jab baar baar aisa karta hai to haq aur baaten aur sahi aur galat ke baare mein uske dil ke hassath khatm ho jata hai.</w:t>
      </w:r>
    </w:p>
    <w:p>
      <w:pPr>
        <w:jc w:val="right"/>
      </w:pPr>
      <w:r>
        <w:t>वह यह कहकर अपने को मुत्माही कर लेता है कि यह तो उतार चढ़ाव के वाक्यात हैं और इस प्रथम के उतार चढ़ाव ज़िंदगी में आते ही रहते इस तरह हर मौके पर शैदान कोई पुष्णुमा तौजी पेश करके आदमी के ज़हन को नसीहत के बजाय वक्लत की तरफ घेर देता है. आदमी जब बार बार ऐसा करता है तो हक और बातें और सही और गलत के बारे में उसके दिल के हस्साथ खत्म हो जाता है.</w:t>
      </w:r>
    </w:p>
    <w:p>
      <w:r>
        <w:rPr>
          <w:b/>
        </w:rPr>
        <w:t xml:space="preserve">[03:37] </w:t>
      </w:r>
      <w:r>
        <w:t>Vah asawat yaani behisi ka shikar hokar reh jata hai. Jab aadmi Khuda ki taraf se aai hui tambehaat ko nazarandaaz kar de, to uske baad uske baare mein Khuda ka andaaz badal jata hai. Ab uske liye Khuda ka faisla yeh hota hai ki us par aasaniyon aur kamyabiyon ki darwaze khol diye jaate hain. Us par khushhaali ki baarish ki jaaye.</w:t>
      </w:r>
    </w:p>
    <w:p>
      <w:pPr>
        <w:jc w:val="right"/>
      </w:pPr>
      <w:r>
        <w:t>वह असावत यानी बेहिसी का शिकार होकर रह जाता है. जब आदमी खुदा की तरफ़ से आई हुई तम्बेहात को नज़रअंदाज़ कर दे, तो उसके बाद उसके बारे में खुदा का अंदाज़ बदल जाता है. अब उसके लिए खुदा का फ़ैसला यह होता है कि उस पर आसानियों और कामयाबियों की दरवाज़े खोल दे जाते हैं. उस पर खुशहाली की बारिश की जाए.</w:t>
      </w:r>
    </w:p>
    <w:p>
      <w:r>
        <w:rPr>
          <w:b/>
        </w:rPr>
        <w:t xml:space="preserve">[04:04] </w:t>
      </w:r>
      <w:r>
        <w:t>Koi izzat aur makooliyat mein izafa kiya jaaye. Yeh darakeet ek saza hai jo isliye hoti hai taaki aati mudmahain hokar apni behisi ko aur badha len. Vah haq ko nazdaaz karne mein aur zyada heat ho jaaye aur is tarah kuda ka saza ka is tahakaat uske liye poori tarah saabit ho jaaye. Jab yeh maksad haasil ho jaaye to uske baad achaanak us par kuda ka zaar toot padta hai.</w:t>
      </w:r>
    </w:p>
    <w:p>
      <w:pPr>
        <w:jc w:val="right"/>
      </w:pPr>
      <w:r>
        <w:t>कोई इज़्ज़त और मकूलियत में इज़ाफ़ा किया जाए. यह दरअकीकत एक सज़ा है जो इसलिए होती है ताकि आती मुद्माहिन होकर अपनी बेहिसी को और बढ़ा लें. वह हक को नज़दाज़ करने में और ज़्यादा heat हो जाए और इस तरह कुदा का सज़ा का इस तहकात उसके लिए पूरी तरह साबित हो जाए. जब यह मकसद हासिल हो जाए तो उसके बाद अचानक उस पर कुदा का ज़ार टूट पड़ता है.</w:t>
      </w:r>
    </w:p>
    <w:p>
      <w:r>
        <w:rPr>
          <w:b/>
        </w:rPr>
        <w:t xml:space="preserve">[04:31] </w:t>
      </w:r>
      <w:r>
        <w:t>Uski duniyavi zindagi se mahroom karke aakhir ki adalat mein haazir kar diya jaata hai taaki uski sarkishi ki saza mein uske liye jamdun ka faisla ho. Yeh duniya kuda ki duniya hai. Yahan har qism ki badhai aur tareef ka haq sirf ek zaat ke liye hai. Isliye jab koi shakhs Khuda ki taraf se aaye hue haq ko nazarandaaz kar deta hai, to vah darasal Khuda ki naakadri karta hai.</w:t>
      </w:r>
    </w:p>
    <w:p>
      <w:pPr>
        <w:jc w:val="right"/>
      </w:pPr>
      <w:r>
        <w:t>उसकी दुनियावी ज़िंदगी से महरूम करके आख़िर की अदालत में हाज़िर कर दिया जाता है ताकि उसकी सरखिशी की सजा में उसके लिए जन्मदून का फ़ैसला हो. यह दुनिया कुदा की दुनिया है. यहां हर किस्म की बढ़ाई और तारीफ का हक सिर्फ एक जात के लिए है. इसलिए जब कोई शख्स खुदा की तरफ से आए हुए हक को नज़रअंदाज कर देता है, तो वह दरअसल खुदा की नाकदरी करता है.</w:t>
      </w:r>
    </w:p>
    <w:p>
      <w:r>
        <w:rPr>
          <w:b/>
        </w:rPr>
        <w:t xml:space="preserve">[04:59] </w:t>
      </w:r>
      <w:r>
        <w:t>Vah Khuda ki azmat ki, azmaton ki duniya mein apni azmat kayam karna chahta hai. Vah aisa zulm karta hai jisse bada koi zulm nahi. Vah us Khuda ke saamne gustakhi karta hai jiske saamne age ke siwa, koi aur ravaiya kisi insaan ke liye durusti hai.</w:t>
      </w:r>
    </w:p>
    <w:p>
      <w:pPr>
        <w:jc w:val="right"/>
      </w:pPr>
      <w:r>
        <w:t>वह खुदा की अज़मत की, अज़मतों की दुनिया में अपनी अज़मत कायम करना चाहता है. वह ऐसा जुल्म करता है जिससे बड़ा कोई जुल्म नहीं. वह उस खुदा के सामने गुस्ताखी करता है जिसके सामने age के सिवा, कोई और रवैया किसी इंसान के लिए दुरुस्ती है.</w:t>
      </w:r>
    </w:p>
    <w:p>
      <w:r>
        <w:rPr>
          <w:b/>
        </w:rPr>
        <w:t xml:space="preserve">[05:21] </w:t>
      </w:r>
      <w:r>
        <w:t>Persist ko padhkar is baat ka andaaza hua ki hamari zindagi mein aane wale jo waaqyaat jo bhi tazar rupe hain, vah aise hi nahi aa jaate randomly. Har waaqyaat ke liye main samajhti hoon ki humein us par sabak faasil karna hai, qanzaar ho jaaye.</w:t>
      </w:r>
    </w:p>
    <w:p>
      <w:pPr>
        <w:jc w:val="right"/>
      </w:pPr>
      <w:r>
        <w:t>Persist को पढ़कर इस बात का अंदाज़ा हुआ कि हमारी ज़िंदगी में आने वाले जो वाक्यात जो भी तज़र रुपए हैं, वह ऐसे ही नहीं आ जाते randomly. हर वाक्यात के लिए मैं समझती हूं कि हमें उस पर सबक फ़ासिल करना है, क़ंज़ार हो जाए.</w:t>
      </w:r>
    </w:p>
    <w:p>
      <w:r>
        <w:rPr>
          <w:b/>
        </w:rPr>
        <w:t xml:space="preserve">[05:43] </w:t>
      </w:r>
      <w:r>
        <w:t>Hum agar apni hi life ko dekhen aur apni hi life mein vout karen to hum apne aap ko bahut si gumbaraahimon se bacha sakte hain aur Khuda ki marfat haasil kar sakte hain. Kyunki jaise is time Maulana sahib ne bataya ki zindagi par utaar chadhaav samajh lena aur unko ignore kar dena.</w:t>
      </w:r>
    </w:p>
    <w:p>
      <w:pPr>
        <w:jc w:val="right"/>
      </w:pPr>
      <w:r>
        <w:t>हम अगर अपनी ही life को देखें और अपनी ही life में वौत करें तो हम अपने आप को बहुत सी गुंबराहिमों से बचा सकते हैं और खुदा की मार्फ़त हासिल कर सकते हैं. क्योंकि जैसे इस time मुलाना साहब ने बताया कि ज़िंदगी पर उतार चढ़ाव समझ लेना और उनको ignore कर देना.</w:t>
      </w:r>
    </w:p>
    <w:p>
      <w:r>
        <w:rPr>
          <w:b/>
        </w:rPr>
        <w:t xml:space="preserve">[06:02] </w:t>
      </w:r>
      <w:r>
        <w:t>Yeh hamari behisi ko badhata hai, hamari bafalat ko badhata hai aur hamein kyunki Islam chahta hai ki insaan bashor se nahi guzare aur apne raham ka istemal karte hue vah cheezon ko dekhen aur sabak len. To naseekhat hum tabhi khasil karenge jab har cheez mein hum ko mahsus kar sakenge. Uske uske haath ko mahsus karenge ki Khuda ke karne se yeh kaam hoga aur phir hum apna ehsaan.</w:t>
      </w:r>
    </w:p>
    <w:p>
      <w:pPr>
        <w:jc w:val="right"/>
      </w:pPr>
      <w:r>
        <w:t>यह हमारी बेहिसी को बढ़ाता है, हमारी बफ़लत को बढ़ाता है और हमें क्योंकि इस्लाम चाहता है कि इंसान बाशोर से नहीं गुज़ारे और अपने रहम का इस्तेमाल करते हुए वह चीज़ों को देखें और सबक लें. तो नसीखात हम तभी ख़ासिल करेंगे जब हर चीज़ में हम को महसूस कर सकेंगे. उसके उसके हाथ को महसूस करेंगे कि खुदा के करने से यह काम होगा और फिर हम अपना एहसान.</w:t>
      </w:r>
    </w:p>
    <w:p>
      <w:r>
        <w:rPr>
          <w:b/>
        </w:rPr>
        <w:t xml:space="preserve">[06:31] </w:t>
      </w:r>
      <w:r>
        <w:t>Jaisa ki pichli baar humne varsh mein yeh samjha tha ki jab hum Khuda ka zikr karte hain, uski yaad karte hain, to hamare dilon ko ek meenaan haasil hota hai aur vah zikr kaise kiya jaaye yeh bhi humne baat ki thi. Apne aas paas hone wale tazrbon mein usko dekhna, usko mahsus.</w:t>
      </w:r>
    </w:p>
    <w:p>
      <w:pPr>
        <w:jc w:val="right"/>
      </w:pPr>
      <w:r>
        <w:t>जैसा कि पिछली बार हमने वर्ष में यह समझा था कि जब हम खुदा का ज़िक्र करते हैं, उसकी याद करते हैं, तो हमारे दिलों को एक मीनान हासिल होता है और वह ज़िक्र कैसे किया जाए यह भी हमने बात की थी. अपने आस पास होने वाले तज़र्बों में उसको देखना, उसको महसूस.</w:t>
      </w:r>
    </w:p>
    <w:p>
      <w:r>
        <w:rPr>
          <w:b/>
        </w:rPr>
        <w:t xml:space="preserve">[06:49] </w:t>
      </w:r>
      <w:r>
        <w:t>to yeh bhi usi ka ek part hai ki hum jab apni life ke events mein bhi divine</w:t>
      </w:r>
    </w:p>
    <w:p>
      <w:pPr>
        <w:jc w:val="right"/>
      </w:pPr>
      <w:r>
        <w:t>तो यह भी उसी का एक part है कि हम जब अपनी life के events में भी divine</w:t>
      </w:r>
    </w:p>
    <w:p>
      <w:r>
        <w:rPr>
          <w:b/>
        </w:rPr>
        <w:t xml:space="preserve">[06:54] </w:t>
      </w:r>
      <w:r>
        <w:t>intervention mehsoos karte hain tab hum apne liye sabak hasil karte hain jo ki Khuda chahta hai ki</w:t>
      </w:r>
    </w:p>
    <w:p>
      <w:pPr>
        <w:jc w:val="right"/>
      </w:pPr>
      <w:r>
        <w:t>intervention महसूस करते हैं तब हम अपने लिए सबक हासिल करते हैं जो कि खुदा चाहता है कि</w:t>
      </w:r>
    </w:p>
    <w:p>
      <w:r>
        <w:rPr>
          <w:b/>
        </w:rPr>
        <w:t xml:space="preserve">[07:00] </w:t>
      </w:r>
      <w:r>
        <w:t>hum uski taraf rooju hain aur apni ghaflat ko todein aur yeh Khuda ki ek bahut badi rehmat</w:t>
      </w:r>
    </w:p>
    <w:p>
      <w:pPr>
        <w:jc w:val="right"/>
      </w:pPr>
      <w:r>
        <w:t>हम उसकी तरफ रोजू हैं और अपनी हफ़लत को तोड़ें और यह खुदा की एक बहुत बड़ी रहमत</w:t>
      </w:r>
    </w:p>
    <w:p>
      <w:r>
        <w:rPr>
          <w:b/>
        </w:rPr>
        <w:t xml:space="preserve">[07:06] </w:t>
      </w:r>
      <w:r>
        <w:t>bhi lagi mujhe ki koi insan agar Khuda ne main paighambar bheja, Khuda ne dahi bheja ya apna</w:t>
      </w:r>
    </w:p>
    <w:p>
      <w:pPr>
        <w:jc w:val="right"/>
      </w:pPr>
      <w:r>
        <w:t>भी लगी मुझे कि कोई इंसान अगर खुदा ने मैं पैगम्बर भेजा, खुदा ने दाई भेजा या अपना</w:t>
      </w:r>
    </w:p>
    <w:p>
      <w:r>
        <w:rPr>
          <w:b/>
        </w:rPr>
        <w:t xml:space="preserve">[07:11] </w:t>
      </w:r>
      <w:r>
        <w:t>kalam bheja, uske bawajood agar insan uski taraf mutabacha nahi ho raha hai to tabiyata taala yeh ek</w:t>
      </w:r>
    </w:p>
    <w:p>
      <w:pPr>
        <w:jc w:val="right"/>
      </w:pPr>
      <w:r>
        <w:t>कलाम भेजा, उसके बावजूद अगर इंसान उसकी तरफ मुताबच्चा नहीं हो रहा है तो तबियता ताला यह एक</w:t>
      </w:r>
    </w:p>
    <w:p>
      <w:r>
        <w:rPr>
          <w:b/>
        </w:rPr>
        <w:t xml:space="preserve">[07:17] </w:t>
      </w:r>
      <w:r>
        <w:t>ek shock treatment insan ko deta hai.</w:t>
      </w:r>
    </w:p>
    <w:p>
      <w:pPr>
        <w:jc w:val="right"/>
      </w:pPr>
      <w:r>
        <w:t>एक shock treatment इंसान को देता है.</w:t>
      </w:r>
    </w:p>
    <w:p>
      <w:r>
        <w:rPr>
          <w:b/>
        </w:rPr>
        <w:t xml:space="preserve">[07:23] </w:t>
      </w:r>
      <w:r>
        <w:t>Ek ek compulsion create karta hai ki vah aakhiri had tak jaakar insaan ko bataye ki vah kitna aajiz hai aur use kitna zyada Khuda ki zaroorat hai. Taaki vah apne aap ko surrender karte hain aur ghaflat se bacha sake, kumbahi se bacha sake. Yeh bhi Khuda ta hai ki naam samajh mein.</w:t>
      </w:r>
    </w:p>
    <w:p>
      <w:pPr>
        <w:jc w:val="right"/>
      </w:pPr>
      <w:r>
        <w:t>एक एक compulsion create करता है कि वह आखिरी हद तक जाकर इंसान को बताए कि वह कितना आजज़ है और उसे कितना ज़्यादा खुदा की ज़रूरत है. ताकि वह अपने आप को surrender करते हैं और ग़फ़लत से बचा सके, कुम्बाही से बचा सके. यह भी खुदाता है कि नाम समझ में.</w:t>
      </w:r>
    </w:p>
    <w:p>
      <w:r>
        <w:rPr>
          <w:b/>
        </w:rPr>
        <w:t xml:space="preserve">[07:43] </w:t>
      </w:r>
      <w:r>
        <w:t>kyunki isse pichhli verses mein jo baat ho rahi hai woh Abu Jahal ke ladke ki baat hui</w:t>
      </w:r>
    </w:p>
    <w:p>
      <w:pPr>
        <w:jc w:val="right"/>
      </w:pPr>
      <w:r>
        <w:t>क्योंकि इससे पिछली verses में जो बात हो रही है वह अबू जाहल के लड़के की बात हुई</w:t>
      </w:r>
    </w:p>
    <w:p>
      <w:r>
        <w:rPr>
          <w:b/>
        </w:rPr>
        <w:t xml:space="preserve">[08:03] </w:t>
      </w:r>
      <w:r>
        <w:t>thi jo ki Ikrama jinka naam tha woh jab padamatta ke baad chale gaye Rasool Allah se bachne</w:t>
      </w:r>
    </w:p>
    <w:p>
      <w:pPr>
        <w:jc w:val="right"/>
      </w:pPr>
      <w:r>
        <w:t>थी जो कि अक्रमा जिनका नाम था वह जब पदामत्ता के बाद चले गए रसूल अल्लाह से बचने</w:t>
      </w:r>
    </w:p>
    <w:p>
      <w:r>
        <w:rPr>
          <w:b/>
        </w:rPr>
        <w:t xml:space="preserve">[08:23] </w:t>
      </w:r>
      <w:r>
        <w:t>ke liye bhagte hain woh kisi kashti mein baith gaye aur woh kashti doobne lagi samundar mein.</w:t>
      </w:r>
    </w:p>
    <w:p>
      <w:pPr>
        <w:jc w:val="right"/>
      </w:pPr>
      <w:r>
        <w:t>के लिए भागते हैं वह किसी कष्टी में बैठ गए और वह कष्टी डूबने लगी समुंदर में.</w:t>
      </w:r>
    </w:p>
    <w:p>
      <w:r>
        <w:rPr>
          <w:b/>
        </w:rPr>
        <w:t xml:space="preserve">[08:43] </w:t>
      </w:r>
      <w:r>
        <w:t>hain ki humne aisa kiya ki humne aisa magar mujhe yeh lagta hai yeh insanon ke liye yeh halat aur unki hafalat hai ki vah hone wali cheezon se sabak nahi le sake to unke saath yeh saare, yeh saare waaqyaat hue ki unko sakhti aur azaab ka saamna apna hi zulmohir degi. Main is par yeh samajh paati hoon. Aap log mazeed is par izafa karen aur bataenge.</w:t>
      </w:r>
    </w:p>
    <w:p>
      <w:pPr>
        <w:jc w:val="right"/>
      </w:pPr>
      <w:r>
        <w:t>हैं कि हमने ऐसा किया कि हमने ऐसा मगर मुझे यह लगता है यह इंसानों के लिए यह हालत और उनकी हफ़लत है कि वह होने वाली चीज़ों से सबक नहीं ले सके तो उनके साथ यह सारे, यह सारे वाकयात हुए कि उनको सख्ती और अज़ाब का सामना अपना ही जुल्मोहिर देगी. मैं इस पर यह समझ पाती हूं. आप लोग मज़ीद इस पर इज़ाफ़ा करें और बताएंगे.</w:t>
      </w:r>
    </w:p>
    <w:p>
      <w:r>
        <w:rPr>
          <w:b/>
        </w:rPr>
        <w:t xml:space="preserve">[09:09] </w:t>
      </w:r>
      <w:r>
        <w:t>Ji jaakar lo doctor Supina for sharing your tasir aur and also your learning, your insight from these verses. I request Fahimida pa before we move on to the session of the ladies, kindly, get the brief of these verses. Maj salah walekum.</w:t>
      </w:r>
    </w:p>
    <w:p>
      <w:pPr>
        <w:jc w:val="right"/>
      </w:pPr>
      <w:r>
        <w:t>जी जाकर लो doctor सुपीना for sharing your तसीर और and also your learning, your insight from these verses. I request फैमीदापा before we move on to the session of the ladies, kindly, get the brief of these verses. माज सलाह वालेकुल.</w:t>
      </w:r>
    </w:p>
    <w:p>
      <w:r>
        <w:rPr>
          <w:b/>
        </w:rPr>
        <w:t xml:space="preserve">[09:30] </w:t>
      </w:r>
      <w:r>
        <w:t>aaj shafina, doctor shafina se mujhe yeh samajh mein aa raha hai ki jaise unhone bataya ki apni life ko dekhen. toh jo hamari zindagi ke charhaav hain us par gaur karen. bilkul sahi baat hai ki zindagi ke utaar chadhaav se hi hamari jo hai woh hamare rahnuma hain aur unki us par gaur karna chahiye.</w:t>
      </w:r>
    </w:p>
    <w:p>
      <w:pPr>
        <w:jc w:val="right"/>
      </w:pPr>
      <w:r>
        <w:t>आज शफ़ीना, doctor शफ़ीना से मुझे यह समझ में आ रहा है कि जैसे उन्होंने बताया कि अपनी life को देखें. तो जो हमारी ज़िंदगी के चढ़ाव है उस पर गौर करें. बिल्कुल सही बात है कि ज़िंदगी के उतार चढ़ाव से ही हमारी जो है वह हमारे रहनुमा हैं और उनकी उस पर गौर करना चाहिए.</w:t>
      </w:r>
    </w:p>
    <w:p>
      <w:r>
        <w:rPr>
          <w:b/>
        </w:rPr>
        <w:t xml:space="preserve">[09:53] </w:t>
      </w:r>
      <w:r>
        <w:t>bahisi ke saath nahi rehna chahiye aur abuj jahal ka jo example diya hai unhone usse bhi pata chalta hai ki ki abood jahil unke tarah aur bhi bahut saare logon ko jo hai zindagiyan kis tarah se badli. kyunki woh gaur karte the, sochte the. abhi unhi mein se ek hain. islam jaane se pehle woh apni matlab apni behan ke bhi dushman the. unko maarte the.</w:t>
      </w:r>
    </w:p>
    <w:p>
      <w:pPr>
        <w:jc w:val="right"/>
      </w:pPr>
      <w:r>
        <w:t>बहीसी के साथ नहीं रहना चाहिए और अबूज जाहल का जो example दिया है उन्होंने उससे भी पता चलता है कि कि अबूद जाहिल उनके तरह और भी बहुत सारे लोगों को जो है ज़िंदगियां किस तरह से बदली. क्योंकि वह गौर करते थे, सोचते थे. अभी उन्हीं में से एक हैं. इस्लाम जाने से पहले वह अपनी मतलब अपनी बहन के भी दुश्मन थे. उनको मारते थे.</w:t>
      </w:r>
    </w:p>
    <w:p>
      <w:r>
        <w:rPr>
          <w:b/>
        </w:rPr>
        <w:t xml:space="preserve">[10:19] </w:t>
      </w:r>
      <w:r>
        <w:t>kaafi log aise hain ki lekin jab islam jab unko gaur kiya unhone samjha toh islam laane ke baad unki zindagi kis tarah se badli taaki main saal van gaye hoon. najmapa ne bhi isi tarah se bataya hai. jaise mujhe yeh samajh aaya ki zindagi mein mushkil museebat rehmat hi hai ki soch badal jaaye. yahi rehmat hai ki insaan ki soch badal jaaye.</w:t>
      </w:r>
    </w:p>
    <w:p>
      <w:pPr>
        <w:jc w:val="right"/>
      </w:pPr>
      <w:r>
        <w:t>काफ़ी लोग ऐसे हैं कि लेकिन जब इस्लाम जब उनको गौर किया उन्होंने समझा तो इस्लाम लाने के बाद उनकी ज़िंदगी किस तरह से बदली ताकि मैं साल वन गए हूं. नजमापा ने भी इसी तरह से बताया है. जैसे मुझे यह समझ आया कि ज़िंदगी में मुश्किल मुसीबत रहमत ही है कि सोच बदल जाए. यही रहमत है कि इंसान की सोच बदल जाए.</w:t>
      </w:r>
    </w:p>
    <w:p>
      <w:r>
        <w:rPr>
          <w:b/>
        </w:rPr>
        <w:t xml:space="preserve">[10:45] </w:t>
      </w:r>
      <w:r>
        <w:t>soch badal jaana sabse badi cheez hoti hai insaan ki. khayal yeh bahut badi cheez hai. shabina tumne tumhein bahut achha bataya tha. tumhara english mein rehta hai isliye main thoda sa. ok, papa. ab main all ladies ko bulati hoon unko.</w:t>
      </w:r>
    </w:p>
    <w:p>
      <w:pPr>
        <w:jc w:val="right"/>
      </w:pPr>
      <w:r>
        <w:t>सोच बदल जाना सबसे बड़ी चीज़ होती है इंसान की. ख़याल यह बहुत बड़ी चीज़ है. शाबीना तुमने तुम्हें बहुत अच्छा बताया था. तुम्हारा English में रहता है इसलिए मैं थोड़ा सा. Ok, papa. अब मैं all ladies को बुलाती हूं उनको.</w:t>
      </w:r>
    </w:p>
    <w:p>
      <w:r>
        <w:rPr>
          <w:b/>
        </w:rPr>
        <w:t xml:space="preserve">[11:12] </w:t>
      </w:r>
      <w:r>
        <w:t>please safiya khanam aap apni learning share karen. asslam leko. isse jo meri learning hai toh main surah baqarah aur yeh surah naam in dono ke aayaton ko comparison karke samjhiyon ki allataala surah baqarah mein one fifty three se one fifty seven two verses hain.</w:t>
      </w:r>
    </w:p>
    <w:p>
      <w:pPr>
        <w:jc w:val="right"/>
      </w:pPr>
      <w:r>
        <w:t>Please सफ़िया खानम आप अपनी learning share करें. अस्लाम लेकू. इससे जो मेरी learning है तो मैं सूर्य बकरा और यह सूर्य नाम इन दोनों के आयोजों को comparison करके समझियों कि अल्लाताला सूर्य बकरा में one fifty three से one fifty seven two verses हैं.</w:t>
      </w:r>
    </w:p>
    <w:p>
      <w:r>
        <w:rPr>
          <w:b/>
        </w:rPr>
        <w:t xml:space="preserve">[11:37] </w:t>
      </w:r>
      <w:r>
        <w:t>alag alag kehte hain hum aazmayenge insaan ko darr se, jhoot se, maalon se, jaanon se aur phalon ki kami se aur sabiq qadam rehne walon ko khushkhabri de do. toh aise halaat ya jo aise test hamare liye aate hain is duniya mein, jo hamein allah ki quvvat ka zariya bante hain, jisse hamare zikr aur shukr aur sabr nizaaf hota hai, toh woh hamare liye kya hote hain?</w:t>
      </w:r>
    </w:p>
    <w:p>
      <w:pPr>
        <w:jc w:val="right"/>
      </w:pPr>
      <w:r>
        <w:t>अलग अलग कहते हैं हम आज़माएंगे इंसान को डर से, झूठ से, मालों से, जानों से और फलों की कमी से और साबिक कदम रहने वालों को खुशखबरी दे दो. तो ऐसे हालात या जो ऐसे test हमारे लिए आते हैं इस दुनिया में, जो हमें अल्लाह की कुर्वत का ज़रिया बनते हैं, जिससे हमारे ज़िक्र और शुक्र और शब्द निज़ाफ होता है, तो वह हमारे लिए क्या होते हैं?</w:t>
      </w:r>
    </w:p>
    <w:p>
      <w:r>
        <w:rPr>
          <w:b/>
        </w:rPr>
        <w:t xml:space="preserve">[12:05] </w:t>
      </w:r>
      <w:r>
        <w:t>allah ki rehmat hote hain aur yeh jo verse hai surah naam, ismein bhi allah ki taraf se jo insaan ke liye test aaya hai, matlab allah ki jo pakad aayi hai, jo shakti aur takleef aayi hai, toh uske nateeje mein kya hua hai ki insaan ke andar allah allah ki allah insaan allah ki is warning ko avoid kar raha hai. jiski wajah se uski raflaat mein izafa kar raha hai. uski haflaat jo hai woh badh rahi hai.</w:t>
      </w:r>
    </w:p>
    <w:p>
      <w:pPr>
        <w:jc w:val="right"/>
      </w:pPr>
      <w:r>
        <w:t>अल्लाह की रहमत होते हैं और यह जो वर्ष है सूर्य नाम, इसमें भी अल्लाह की तरफ से जो इंसान के लिए test आया है, मतलब अल्लाह की जो पकड़ आई है, जो शक्ति और तकलीफ आई है, तो उसके नतीजे में क्या हुआ है कि इंसान के अंदर अल्लाह अल्लाह की अल्लाह इंसान अल्लाह की इस warning को avoid कर रहा है. जिसकी वजह से उसकी रफ़लत में इज़ाफा कर रहा है. उसकी हफ़लत जो है वह बढ़ रही है.</w:t>
      </w:r>
    </w:p>
    <w:p>
      <w:r>
        <w:rPr>
          <w:b/>
        </w:rPr>
        <w:t xml:space="preserve">[12:32] </w:t>
      </w:r>
      <w:r>
        <w:t>uski jo insensitivity hai woh badh rahi hai aur insaan in event se nasihyat lene ki bajaye apni haflaat mein hi izafa kar raha hai.</w:t>
      </w:r>
    </w:p>
    <w:p>
      <w:pPr>
        <w:jc w:val="right"/>
      </w:pPr>
      <w:r>
        <w:t>उसकी जो insensitivity है वह बढ़ रही है और इंसान इन event से नस्यत लेने की बजाय अपनी हफ़लत में ही इज़ाफ़र कर रहा है.</w:t>
      </w:r>
    </w:p>
    <w:p>
      <w:r>
        <w:rPr>
          <w:b/>
        </w:rPr>
        <w:t xml:space="preserve">[12:42] </w:t>
      </w:r>
      <w:r>
        <w:t>toh jo aazmaish hamein ahmedabad se qareeb kare toh woh allah ki taraf se hamare liye rehmat hai aur jo aazmaish hamein allah taala se door kare, hamari raqbat mein izafa kare toh hamein samajhna chahiye ki hum allah ki narazgi ki zad mein hain aur ek learning yeh hui ki saza jo hoti hai insaan ke liye is duniya mein woh nahi hai jo bahut saari matlab insaan ko cheezein nahi milti hain ya takleefein hoti hain.</w:t>
      </w:r>
    </w:p>
    <w:p>
      <w:pPr>
        <w:jc w:val="right"/>
      </w:pPr>
      <w:r>
        <w:t>तो जो आज़माइश हमें अहमदाबादा से करीब करें तो वह अल्लाह की तरफ से हमारे लिए बहमत है और जो आज़माइश हमें अल्लाह ताला से दूर करें, हमारी रौक्त में इज़ाफक रहें तो हमें समझना चाहिए कि हम अल्लाह की नाराज़ती की जद में हैं और एक learning यह हुई कि सजा जो होती है इंसान के लिए इस दुनिया में वह नहीं है जो बहुत सारी मतलब इंसान को चीज़ें नहीं मिलती हैं या तकलीफें होती हैं.</w:t>
      </w:r>
    </w:p>
    <w:p>
      <w:r>
        <w:rPr>
          <w:b/>
        </w:rPr>
        <w:t xml:space="preserve">[13:11] </w:t>
      </w:r>
      <w:r>
        <w:t>matlab dunya ki yeh bhi ek saza ka allah taala ka ek woh hai ke sari dunya ki</w:t>
      </w:r>
    </w:p>
    <w:p>
      <w:pPr>
        <w:jc w:val="right"/>
      </w:pPr>
      <w:r>
        <w:t>मतलब दुनिया की यह भी एक सजा का अल्लाह तालाह का एक वह है कि सारी दुनिया की</w:t>
      </w:r>
    </w:p>
    <w:p>
      <w:r>
        <w:rPr>
          <w:b/>
        </w:rPr>
        <w:t xml:space="preserve">[13:17] </w:t>
      </w:r>
      <w:r>
        <w:t>cheezein de dena bhi allah ke nazdeek ek saza hai.</w:t>
      </w:r>
    </w:p>
    <w:p>
      <w:pPr>
        <w:jc w:val="right"/>
      </w:pPr>
      <w:r>
        <w:t>चीज़ें दे देना भी अल्लाह के नज़दीक एक सजा है.</w:t>
      </w:r>
    </w:p>
    <w:p>
      <w:r>
        <w:rPr>
          <w:b/>
        </w:rPr>
        <w:t xml:space="preserve">[13:23] </w:t>
      </w:r>
      <w:r>
        <w:t>insan ki kya kehte hain nafarmani ki nateeje mein aur hamare liye jo sab se jo durust ravaiyya hai</w:t>
      </w:r>
    </w:p>
    <w:p>
      <w:pPr>
        <w:jc w:val="right"/>
      </w:pPr>
      <w:r>
        <w:t>इंसान की क्या कहते हैं नाफरमानी की नतीजे में और हमारे लिए जो सबसे जो द्रुस्त रवैया है</w:t>
      </w:r>
    </w:p>
    <w:p>
      <w:r>
        <w:rPr>
          <w:b/>
        </w:rPr>
        <w:t xml:space="preserve">[13:29] </w:t>
      </w:r>
      <w:r>
        <w:t>wahi hai ke hamein anda ke samne modest rehna hai.</w:t>
      </w:r>
    </w:p>
    <w:p>
      <w:pPr>
        <w:jc w:val="right"/>
      </w:pPr>
      <w:r>
        <w:t>वही है कि हमें अंडा के सामने modest रहना है.</w:t>
      </w:r>
    </w:p>
    <w:p>
      <w:r>
        <w:rPr>
          <w:b/>
        </w:rPr>
        <w:t xml:space="preserve">[13:35] </w:t>
      </w:r>
      <w:r>
        <w:t>yahi meri learning thi, zaroorat mila.</w:t>
      </w:r>
    </w:p>
    <w:p>
      <w:pPr>
        <w:jc w:val="right"/>
      </w:pPr>
      <w:r>
        <w:t>यही मेरी learning थी, ज़रूरत मिला.</w:t>
      </w:r>
    </w:p>
    <w:p>
      <w:r>
        <w:rPr>
          <w:b/>
        </w:rPr>
        <w:t xml:space="preserve">[13:42] </w:t>
      </w:r>
      <w:r>
        <w:t>thank you satya. aapne bahut precisely points mein aap apni learning apni share kiye. very good. and now romawani please share your learning. asslaahul alaikum. balikul. because of the interactions which we all have toh mera din ba din bahut mind clear hota hai understanding mein.</w:t>
      </w:r>
    </w:p>
    <w:p>
      <w:pPr>
        <w:jc w:val="right"/>
      </w:pPr>
      <w:r>
        <w:t>Thank you सत्या. आपने बहुत precisely points में आप अपनी learning अपनी share किए. Very good. And now रोमावानी please share your learning. अस्लाहुल अलक्कुम. बालिकुल. Because of the interactions which we all have तो मेरा दिन ब दिन बहुत mind clear होता है understanding में.</w:t>
      </w:r>
    </w:p>
    <w:p>
      <w:r>
        <w:rPr>
          <w:b/>
        </w:rPr>
        <w:t xml:space="preserve">[14:07] </w:t>
      </w:r>
      <w:r>
        <w:t>lekin phir bhi as jaise aap sab jaante hain my journey into islam has been very checkered. toh mujhe na woh tangential khayal aate hain. toh mujhe actually whatever safina ji, shabina, apa, nishma apa, famida ji, you know, rajya, everybody who had spoken woh toh hai hi hai lekin mujhe ek bahut achha ek inspiration hua.</w:t>
      </w:r>
    </w:p>
    <w:p>
      <w:pPr>
        <w:jc w:val="right"/>
      </w:pPr>
      <w:r>
        <w:t>लेकिन फिर भी as जैसे आप सब जानते हैं my journey into Islam has been very checkered. तो मुझे ना वह tangential ख्याल आते हैं. तो मुझे actually whatever सफ़ीना जी, शबिना, आपा, नश्मा आपा, फ़मीदा जी, you know, राज्य, everybody who had spoken वह तो है ही है लेकिन मुझे एक बहुत अच्छा एक inspiration हुआ.</w:t>
      </w:r>
    </w:p>
    <w:p>
      <w:r>
        <w:rPr>
          <w:b/>
        </w:rPr>
        <w:t xml:space="preserve">[14:35] </w:t>
      </w:r>
      <w:r>
        <w:t>you know, i thought, that very first line na, we sent messengers before you to many communities. toh because of my own journey maine kaha yeh toh sach baat hai. when we pray we say rabbul alameen, so he is not only for my community, you know, and if he has sent prophets, i mean, or messengers to other communities, usmein woh saare sects aur religions aa jaate hain.</w:t>
      </w:r>
    </w:p>
    <w:p>
      <w:pPr>
        <w:jc w:val="right"/>
      </w:pPr>
      <w:r>
        <w:t>You know, I thought, that very first line ना, we sent messengers before you to many communities. तो because of my own journey मैंने कहा यह तो सच बात है. When we pray we say rubble alameen, so he is not only for my community, you know, and if he has sent prophets, I mean, or messengers to other communities, उसमें वह सारे sects और religions आ जाते हैं.</w:t>
      </w:r>
    </w:p>
    <w:p>
      <w:r>
        <w:rPr>
          <w:b/>
        </w:rPr>
        <w:t xml:space="preserve">[15:03] </w:t>
      </w:r>
      <w:r>
        <w:t>toh mujhe laga ki, you know, ek yeh bhi ishara hai ki jo aajkal hum dekhte hain ki, you know, people are trying to make many people not be very friendly to each other. toh maine kaha we have no right ki if matlab jo koi kisi bhagwan ko maanta hai, god ko maanta hai or whatever messengers hain, son sadhu. so we should never be intolerant towards them, you know.</w:t>
      </w:r>
    </w:p>
    <w:p>
      <w:pPr>
        <w:jc w:val="right"/>
      </w:pPr>
      <w:r>
        <w:t>तो मुझे लगा कि, you know, एक यह भी इशारा है कि जो आजकल हम देखते हैं कि, you know, people are trying to make many people not be very friendly to each other. तो मैंने कहा we have no right कि if मतलब जो कोई किसी भगवान को मानता है, god को मानता है or whatever messengers हैं, son साधु. So we should never be intolerant towards them, you know.</w:t>
      </w:r>
    </w:p>
    <w:p>
      <w:r>
        <w:rPr>
          <w:b/>
        </w:rPr>
        <w:t xml:space="preserve">[15:33] </w:t>
      </w:r>
      <w:r>
        <w:t>so, that is it. mujhe yahi khayal hai. baaki toh learning wahi hai ki jab bhi hamein museebat aati hai toh hum allah ko yaad karte hain aur jab nikal jaati hai toh bhool jaate hain ya jab satan ka hum par qabza hota hai toh hum toh bolte hain nahi main jo kar raha hoon woh toh sahi hai. so but beyond this mujhe woh khayal aaya ki we must learn to respect everybody's, you know, jo bhi learnings, books, holy books, everything.</w:t>
      </w:r>
    </w:p>
    <w:p>
      <w:pPr>
        <w:jc w:val="right"/>
      </w:pPr>
      <w:r>
        <w:t>So, that is it. मुझे यही ख्याल है. बाकी तो learning वही है कि जब भी हमें मुसीबत आती है तो हम अल्लाह को याद करते हैं और जब निकल जाती है तो भूल जाते हैं या जब Satan का हम पर क़ब्ज़ा होता है तो हम तो बोलते हैं नहीं मैं जो कर रहा हूं वह तो सही है. So but beyond this मुझे वह ख्याल आया कि we must learn to respect everybody's, you know, जो भी learnings, books, holy books, everything.</w:t>
      </w:r>
    </w:p>
    <w:p>
      <w:r>
        <w:rPr>
          <w:b/>
        </w:rPr>
        <w:t xml:space="preserve">[16:02] </w:t>
      </w:r>
      <w:r>
        <w:t>i should be more tolerant of everyone. thank you. asslamualikum. thank you rumawani for sharing your learning. and now, ayesha, please share your learning.</w:t>
      </w:r>
    </w:p>
    <w:p>
      <w:pPr>
        <w:jc w:val="right"/>
      </w:pPr>
      <w:r>
        <w:t>I should be more tolerant of everyone. Thank you. अस्लामालिकुम. Thank you रुमावानी for sharing your learning. And now, आयशा, please share your learning.</w:t>
      </w:r>
    </w:p>
    <w:p>
      <w:r>
        <w:rPr>
          <w:b/>
        </w:rPr>
        <w:t xml:space="preserve">[16:20] </w:t>
      </w:r>
      <w:r>
        <w:t>yeh jo learning hai ki hum dono is aaye toh unse aise samajh paya hai ki yeh jo allah taala ne humko example de rahe hain ki aap ek minute haan. shabina aap ek minute haan. i mean aap kitna hai? kisi aur ko le lijiye.</w:t>
      </w:r>
    </w:p>
    <w:p>
      <w:pPr>
        <w:jc w:val="right"/>
      </w:pPr>
      <w:r>
        <w:t>यह जो learning है कि हम दोनों इस आए तो उनसे ऐसे समझ पाया है कि यह जो अल्लाह ताला ने हमको example दे रहे हैं कि आप एक minute हां. शाबिन आप एक minute हां. I mean आप कितना है? किसी और को ले लीजिए.</w:t>
      </w:r>
    </w:p>
    <w:p>
      <w:r>
        <w:rPr>
          <w:b/>
        </w:rPr>
        <w:t xml:space="preserve">[16:49] </w:t>
      </w:r>
      <w:r>
        <w:t>ok, anyone? shabina main kuch bolun? ji ji boliye. mujhe satya ki baat bahut ek achhi lagi. woh baat yahan par mujhe lagta hai ki matlab hamein woh karna chahiye knowledge. phir unhone ek point yeh liya ki duniya ki main cheezon ka milna matlab duniya se cheezon ka chheen jaana hi pareshani nahi hai, aazmaish nahi hai. yeh shayad se bhi pata chal raha hai ki duniyavi cheezon ka swediya dekhiye.</w:t>
      </w:r>
    </w:p>
    <w:p>
      <w:pPr>
        <w:jc w:val="right"/>
      </w:pPr>
      <w:r>
        <w:t>Ok, anyone? शबिना मैं कुछ बोलूं? जी जी बोलिए. मुझे सत्या की बात बहुत एक अच्छी लगी. वह बात यहां पर मुझे लगता है कि मतलब हमें वह करना चाहिए knowledge. फिर उन्होंने एक point यह लिया कि दुनिया की मैं चीज़ों का मिलना मतलब दुनिया से चीज़ों का छीन जाना ही परेशानी नहीं है, अज़माइश नहीं है. यह शायद से भी पता चल रहा है कि दुनियावी चीज़ों का स्वेदिया देखिए.</w:t>
      </w:r>
    </w:p>
    <w:p>
      <w:r>
        <w:rPr>
          <w:b/>
        </w:rPr>
        <w:t xml:space="preserve">[17:17] </w:t>
      </w:r>
      <w:r>
        <w:t>ek hamare liye bahut badi setback ho sakti hai aur bahut bada test ho sakta hai. toh yeh hamein hamesha yaad rakhna chahiye. theek hai. palla ke khaas hote hain.</w:t>
      </w:r>
    </w:p>
    <w:p>
      <w:pPr>
        <w:jc w:val="right"/>
      </w:pPr>
      <w:r>
        <w:t>एक हमारे लिए बहुत बड़ी setback हो सकती है और बहुत बड़ा test हो सकता है. तो यह हमें हमेशा याद रखना चाहिए. ठीक है. पल्ला के खास होते हैं.</w:t>
      </w:r>
    </w:p>
    <w:p>
      <w:r>
        <w:rPr>
          <w:b/>
        </w:rPr>
        <w:t xml:space="preserve">[17:45] </w:t>
      </w:r>
      <w:r>
        <w:t>main is satya ki baat se hi samajh rahi hoon. ji. ok now, ayesha do you want to speak? ok. toh yahan par jo allah talaah ne is khalaat ke example se bata rahe hain ki humne tumhare pehle qaum se rasool ko bheje hain.</w:t>
      </w:r>
    </w:p>
    <w:p>
      <w:pPr>
        <w:jc w:val="right"/>
      </w:pPr>
      <w:r>
        <w:t>मैं इस सत्या की बात से ही समझ रही हूं. जी. Ok now, आयशा do you want to speak? Ok. तो यहां पर जो अल्लाह तलाह ने इस ख़ालात के example से बता रहे हैं कि हमने तुम्हारे पहले कौम से रसोल को भेजे हैं.</w:t>
      </w:r>
    </w:p>
    <w:p>
      <w:r>
        <w:rPr>
          <w:b/>
        </w:rPr>
        <w:t xml:space="preserve">[18:11] </w:t>
      </w:r>
      <w:r>
        <w:t>toh jaisa safiya ne quote kiya ki jo log positive response diye hain un logon ka halaat yeh hai ki jo bhi museebat unke upar aaye toh hum quda ki taraf lautne wale hain aur jo log negative response dete hain isliye dete hain ki woh log fitrat yani creation plan of god aur kosh ke beach mein jo fark hai usko nahi jaan paate hain.</w:t>
      </w:r>
    </w:p>
    <w:p>
      <w:pPr>
        <w:jc w:val="right"/>
      </w:pPr>
      <w:r>
        <w:t>तो जैसा सफ़िया ने quote किया कि जो लोग positive response दिए हैं उन लोगों का हालात यह है कि जो भी मुसीबत उनके ऊपर आए तो हम कुदा की तरफ लौटने वाले हैं और जो लोग negative response देते हैं इसलिए देते हैं कि वह लोग फित्रत यानी creation plan of god और कोइश के beach में जो फ़र्क़ है उसको नहीं जान पाते हैं.</w:t>
      </w:r>
    </w:p>
    <w:p>
      <w:r>
        <w:rPr>
          <w:b/>
        </w:rPr>
        <w:t xml:space="preserve">[18:40] </w:t>
      </w:r>
      <w:r>
        <w:t>isliye woh insensible hote hain aur uske jo, woh jo uski halaat hai usko shaitan beautify karke dikhati hai isliye woh khuda se door ho jaate hain aur surah al baqarah ki do sau chaudah verse mein bhi hai ki kya aap log jannat mein easily enter ho jayenge taaki tum logon se pehle bahut log aazmaye kiye jayenge?</w:t>
      </w:r>
    </w:p>
    <w:p>
      <w:pPr>
        <w:jc w:val="right"/>
      </w:pPr>
      <w:r>
        <w:t>इसलिए वह insensible होते हैं और उसके जो, वह जो उसकी हालात है उसको शैतान beautify करके दिखाती है इसलिए वह ख़ुदा से दूर हो जाते हैं और सुरा अल बखरा की दो सौ चौदह वर्ष में भी है कि क्या आप लोग जन्नत में easily enter हो जाएंगे ताकि तुम लोगों से पहले बहुत लोग आज़माए किए जाएंगे?</w:t>
      </w:r>
    </w:p>
    <w:p>
      <w:r>
        <w:rPr>
          <w:b/>
        </w:rPr>
        <w:t xml:space="preserve">[19:09] </w:t>
      </w:r>
      <w:r>
        <w:t>toh woh log yeh bhi kehne ki kuch aapki madad kab aayegi? toh yeh jo halaat hai har insaan ke upar guzarne, har kaam ke upar guzarne wali hai aur is baat ko maine practically yeh incident se samajh payiya ki ek classroom rehti hai toh usmein ek class teacher karte toh jo aapko meri awaaz aa rahi ya?</w:t>
      </w:r>
    </w:p>
    <w:p>
      <w:pPr>
        <w:jc w:val="right"/>
      </w:pPr>
      <w:r>
        <w:t>तो वह लोग यह भी कहने की कुछ आपकी मदद कब आएगी? तो यह जो हालात है हर इंसान के ऊपर गुज़रने, हर काम के ऊपर गुज़रने वाली है और इस बात को मैंने practically यह incident से समझ पाईया कि एक classroom रहती है तो उसमें एक class teacher करते तो जो आपको मेरी आवाज़ आ रही या?</w:t>
      </w:r>
    </w:p>
    <w:p>
      <w:r>
        <w:rPr>
          <w:b/>
        </w:rPr>
        <w:t xml:space="preserve">[19:39] </w:t>
      </w:r>
      <w:r>
        <w:t>ji aa rahi hai, aa rahi hai. please continue. toh woh jo classroom mein do kism ke log rehte hain. ek teacher ki pasandida yani teacher ki jo commands hai usi ke upar chalne wala aur doosri jo students rehte hain shararat karne wala. toh jo jo students hain teacher ki commands ko follow karte hain uska mein pass ho jaate hain woh teacher se bahut qareeb hote hain.</w:t>
      </w:r>
    </w:p>
    <w:p>
      <w:pPr>
        <w:jc w:val="right"/>
      </w:pPr>
      <w:r>
        <w:t>जी आ रही है, आ रही है. Please continue. तो वह जो classroom में दो किस्म के लोग रहते हैं. एक teacher की पसंदीदा यानी teacher की जो commands है उसी के ऊपर चलने वाला और दूसरी जो students रहते हैं शरारत करने वाला. तो जो जो students हैं teacher की commands को follow करते हैं उसका में pass हो जाते हैं वह teacher से बहुत करीब होते हैं.</w:t>
      </w:r>
    </w:p>
    <w:p>
      <w:r>
        <w:rPr>
          <w:b/>
        </w:rPr>
        <w:t xml:space="preserve">[20:07] </w:t>
      </w:r>
      <w:r>
        <w:t>jo shararat karte hain uske liye teacher kuch na kuch punishment bhi dete hain lekin woh jo student aisa samajhte hain ki yeh jo punishment hai woh kuch bhi nahi hai. usko warning sign mein nahi lete aur zyada shararat karna lagte hain.</w:t>
      </w:r>
    </w:p>
    <w:p>
      <w:pPr>
        <w:jc w:val="right"/>
      </w:pPr>
      <w:r>
        <w:t>जो शरारत करते हैं उसके लिए teacher कुछ ना कुछ punishment भी देते हैं लेकिन वह जो student ऐसा समझते हैं कि यह जो punishment है वह कुछ भी नहीं है. उसको warning sign में नहीं लेते और ज़्यादा शरारत करना लगते हैं.</w:t>
      </w:r>
    </w:p>
    <w:p>
      <w:r>
        <w:rPr>
          <w:b/>
        </w:rPr>
        <w:t xml:space="preserve">[20:23] </w:t>
      </w:r>
      <w:r>
        <w:t>usi ki wajah se woh final exam mein fail ho jate hain aur teacher bhi usko door kar deti hai kyunke yeh shararti log hain isko main mohlit de dana chahiye taake woh nakaami ho jayen. to yeh yeh hum sabke liye practical exam hai ke kis type of response hum difficult situation mein dena hai.</w:t>
      </w:r>
    </w:p>
    <w:p>
      <w:pPr>
        <w:jc w:val="right"/>
      </w:pPr>
      <w:r>
        <w:t>उसी की वजह से वह final exam में fail हो जाते हैं और teacher भी उसको दूर कर देती है क्योंकि यह शरारती लोग हैं इसको मैं मोहलित दे दाना चाहिए ताकि वह नाकामी हो जाएं. तो यह यह हम सबके लिए practical exam है कि किस type of response हम difficult situation में देना है.</w:t>
      </w:r>
    </w:p>
    <w:p>
      <w:r>
        <w:rPr>
          <w:b/>
        </w:rPr>
        <w:t xml:space="preserve">[20:50] </w:t>
      </w:r>
      <w:r>
        <w:t>to is mein hamari jo kamyabi hai depend hoti hai aur hamari jo qurbat hai allah se woh bhi depend hota hoti hai. yeh jo learning hai hum dono ka ho jaisa karenge. Thank you asha for sharing your learning and mujhe ek is verse ke bare mein jo life of the prophet muhammad ke upar yeh message of the quran kaise reflect karta hai?</w:t>
      </w:r>
    </w:p>
    <w:p>
      <w:pPr>
        <w:jc w:val="right"/>
      </w:pPr>
      <w:r>
        <w:t>तो इसमें हमारी जो कामयाबी है depend होती है और हमारी जो कुर्बत है अल्लाह से वह भी depend होता होती है. यह जो learning है हम दोनों का हो जैसा करेंगे. Thank you आशा for sharing your learning and मुझे एक इस verse के बारे में जो life of the prophet मुहम्मद के ऊपर यह message of the कुरान कैसे reflect करता है?</w:t>
      </w:r>
    </w:p>
    <w:p>
      <w:r>
        <w:rPr>
          <w:b/>
        </w:rPr>
        <w:t xml:space="preserve">[21:20] </w:t>
      </w:r>
      <w:r>
        <w:t>jab quresh aur qomon se ki tarah jab woh test kiye gaye, the quresh like past nations they were tested with hardship to humble them but instant instant during the life of the prophet mamal, these quresh they became very arrogant and adamant. so, witnessing truth, the prophet had brought the truth.</w:t>
      </w:r>
    </w:p>
    <w:p>
      <w:pPr>
        <w:jc w:val="right"/>
      </w:pPr>
      <w:r>
        <w:t>जब कुरेश और कोमों से की तरह जब वह test किए गए, the कुरेश like past nations they were tested with hardship to humble them but instant instant during the life of the prophet मामल, these खुरेश they became very arrogant and adamant. So, witnessing truth, the prophet had brought the truth.</w:t>
      </w:r>
    </w:p>
    <w:p>
      <w:r>
        <w:rPr>
          <w:b/>
        </w:rPr>
        <w:t xml:space="preserve">[21:45] </w:t>
      </w:r>
      <w:r>
        <w:t>woh witness kar rahe the lekin unki arrogance itni zyada badh gayi thi ke usko bhi woh inkar kar rahe the. to iski wajah se and that is the reason they mocked prophet. they insulted him and aur they persecuted muslims. they put them the muslims who had come into the fold of islam. they were persecuted. they were, they were facing lot of hardships because of the quresh in the makka.</w:t>
      </w:r>
    </w:p>
    <w:p>
      <w:pPr>
        <w:jc w:val="right"/>
      </w:pPr>
      <w:r>
        <w:t>वह witness कर रहे थे लेकिन उनकी arrogance इतनी ज़्यादा बढ़ गई थी कि उसको भी वह इनकार कर रहे थे. तो इसकी वजह से and that is the reason they mocked prophet. They insulted him and और they persecuted Muslims. They put them the Muslims who had come into the fold of Islam. They were persecuted. They were, they were facing lot of hardships because of the कुरेश in the मक्का.</w:t>
      </w:r>
    </w:p>
    <w:p>
      <w:r>
        <w:rPr>
          <w:b/>
        </w:rPr>
        <w:t xml:space="preserve">[22:12] </w:t>
      </w:r>
      <w:r>
        <w:t>so, their wealth and power, jo quresh ke paas jo wealth aur power tha, unko is, yeh cheez unko itne dhoke mein daal diya ke woh sahi hain aur saturn ne bhi, shaitan ne bhi unko aisa hi dikhaya hai ke woh sahi hain.</w:t>
      </w:r>
    </w:p>
    <w:p>
      <w:pPr>
        <w:jc w:val="right"/>
      </w:pPr>
      <w:r>
        <w:t>So, their wealth and power, जो कुरेश के पास जो wealth और power था, उनको इस, यह चीज़ उनको इतने धोखे में डाल दिया कि वह सही हैं और Saturn ने भी, शैतान ने भी उनको ऐसा ही दिखाया है कि वह सही हैं.</w:t>
      </w:r>
    </w:p>
    <w:p>
      <w:r>
        <w:rPr>
          <w:b/>
        </w:rPr>
        <w:t xml:space="preserve">[22:27] </w:t>
      </w:r>
      <w:r>
        <w:t>aksar hum jab bhi galat koi kaam karte hain to saturn humein aisa hi dikhata hai ke hum galat ko woh sahi humein dikhata hai aur is tarah se unke wealth aur power ne quresh ko yeh dikhaya ke woh bilkul sahi hai aur woh secure hai aur unko koi kuch bigaad nahi sakta aur allah ki jo pakad hoti hai, woh hamesha sudden hoti hai aur achaanak hoti hai. to however, the downfall began with the battle of badr.</w:t>
      </w:r>
    </w:p>
    <w:p>
      <w:pPr>
        <w:jc w:val="right"/>
      </w:pPr>
      <w:r>
        <w:t>अक्सर हम जब भी गलत कोई काम करते हैं तो Saturn हमें ऐसा ही दिखाता है कि हम गलत को वह सही हमें दिखाता है और इस तरह से उनके wealth और power ने पुरेश को यह दिखाया कि वह बिल्कुल सही है और वह secure है और उनको कोई कुछ बिगाड़ नहीं सकता और अल्लाह की जो पकड़ होती है, वह हमेशा sudden होती है और अचानक होती है. तो however, the downfall began with the battle of बदर.</w:t>
      </w:r>
    </w:p>
    <w:p>
      <w:r>
        <w:rPr>
          <w:b/>
        </w:rPr>
        <w:t xml:space="preserve">[22:53] </w:t>
      </w:r>
      <w:r>
        <w:t>badr, battle of badr ke baad hi unki downfall shuru ho gayi where many of their leaders, jo quresh ke jo leaders the yeh battle of badr mein sab faud karke woh jang, jang mein mare gaye aur iske wajah se unka ek ultimate defeat hua came with the conquest of makka. ultimately, makka was conquest proving that allah only controls everything. he has got everything in his control, both success and failure.</w:t>
      </w:r>
    </w:p>
    <w:p>
      <w:pPr>
        <w:jc w:val="right"/>
      </w:pPr>
      <w:r>
        <w:t>बदर, battle of बदर के बाद ही उनकी downfall शुरू हो गई where many of their leaders, जो कुरेश के जो leaders थे यह battle of बदर में सब फौद करके वह जंग, जंग में मारे गए और इसके वजह से उनका एक ultimate defeat हुआ came with the conquest of मक्का. Ultimately, मक्का was conquest proving that अल्लाह only controls everything. He has got everything in his control, both success and failure.</w:t>
      </w:r>
    </w:p>
    <w:p>
      <w:r>
        <w:rPr>
          <w:b/>
        </w:rPr>
        <w:t xml:space="preserve">[23:21] </w:t>
      </w:r>
      <w:r>
        <w:t>so this is a very important, very good example of this verse in the life of the prophet. so anyone now would like to share the learning, please raise your hand. i think nobody is there. aap please continue karen.</w:t>
      </w:r>
    </w:p>
    <w:p>
      <w:pPr>
        <w:jc w:val="right"/>
      </w:pPr>
      <w:r>
        <w:t>So this is a very important, very good example of this verse in the life of the prophet. So anyone now would like to share the learning, please raise your hand. I think nobody is there. आप please continue करें.</w:t>
      </w:r>
    </w:p>
    <w:p>
      <w:r>
        <w:rPr>
          <w:b/>
        </w:rPr>
        <w:t xml:space="preserve">[23:47] </w:t>
      </w:r>
      <w:r>
        <w:t>haan sabhi na safiya ne jo varsh ke example se bataya wakai bahut zyada khila hua na to</w:t>
      </w:r>
    </w:p>
    <w:p>
      <w:pPr>
        <w:jc w:val="right"/>
      </w:pPr>
      <w:r>
        <w:t>हां सभी ना सफ़िया ने जो वर्ष के example से बताया वाकई बहुत ज़्यादा खिला हुआ ना तो</w:t>
      </w:r>
    </w:p>
    <w:p>
      <w:r>
        <w:rPr>
          <w:b/>
        </w:rPr>
        <w:t xml:space="preserve">[23:55] </w:t>
      </w:r>
      <w:r>
        <w:t>safiya ne isko khila bhi kiya aur ayesha ne jo example diya hai to agar hum wakai mein</w:t>
      </w:r>
    </w:p>
    <w:p>
      <w:pPr>
        <w:jc w:val="right"/>
      </w:pPr>
      <w:r>
        <w:t>सफ़िया ने इसको खिला भी किया और आयशा ने जो example दिया है तो अगर हम वाकई में</w:t>
      </w:r>
    </w:p>
    <w:p>
      <w:r>
        <w:rPr>
          <w:b/>
        </w:rPr>
        <w:t xml:space="preserve">[24:03] </w:t>
      </w:r>
      <w:r>
        <w:t>agar aur tumne jo abhi khurash ke misab se diya tha wahi mujhe samajh mein aaya ke maal</w:t>
      </w:r>
    </w:p>
    <w:p>
      <w:pPr>
        <w:jc w:val="right"/>
      </w:pPr>
      <w:r>
        <w:t>अगर और तुमने जो अभी खुरैश के मिसाब से दिया था वही मुझे समझ में आया कि माल</w:t>
      </w:r>
    </w:p>
    <w:p>
      <w:r>
        <w:rPr>
          <w:b/>
        </w:rPr>
        <w:t xml:space="preserve">[24:11] </w:t>
      </w:r>
      <w:r>
        <w:t>dalat insan ko arrogance bana deta hai.</w:t>
      </w:r>
    </w:p>
    <w:p>
      <w:pPr>
        <w:jc w:val="right"/>
      </w:pPr>
      <w:r>
        <w:t>दालत इंसान को arrogance बना देता है.</w:t>
      </w:r>
    </w:p>
    <w:p>
      <w:r>
        <w:rPr>
          <w:b/>
        </w:rPr>
        <w:t xml:space="preserve">[24:20] </w:t>
      </w:r>
      <w:r>
        <w:t>khuraish ke example se bhi hai humein pata ke alladana ne poori history mein jo hai bare bare badshah aur bare bare hastiyon ko jaise malana samne sab par likha hua hai. usse bhi examples hain, humko sab samajh mein aata hai ke ke woh jo log khaman karte the, jo apne usmein rehte the aur to unko allah talah ne kis tarah se tahsunabus kar diya, khatm kar diya.</w:t>
      </w:r>
    </w:p>
    <w:p>
      <w:pPr>
        <w:jc w:val="right"/>
      </w:pPr>
      <w:r>
        <w:t>खुरैश के example से भी है हमें पता कि अल्लादाना ने पूरी history में जो है बड़े बड़े बादशाह और बड़े बड़े हस्तियों को जैसे मालाना सामने सब पर लिखा हुआ है. उससे भी examples हैं, हमको सब समझ में आता है कि कि वह जो लोग ख़मान करते थे, जो अपने उसमें रहते थे और तो उनको अल्लाह तालाह ने किस तरह से तहसुनाबूस कर दिया, खत्म कर दिया.</w:t>
      </w:r>
    </w:p>
    <w:p>
      <w:r>
        <w:rPr>
          <w:b/>
        </w:rPr>
        <w:t xml:space="preserve">[24:46] </w:t>
      </w:r>
      <w:r>
        <w:t>lekin hum sabak nahi lete jiski wajah se hum samajhte nahi hain. yahan par main bhi kuch kehna cha rahi hai aur doctor safeena kuch kehna cha rahi hai. ji mehmoona aap apni learning share karen. asslam le ho. haan ek hadish hai</w:t>
      </w:r>
    </w:p>
    <w:p>
      <w:pPr>
        <w:jc w:val="right"/>
      </w:pPr>
      <w:r>
        <w:t>लेकिन हम सबक नहीं लेते जिसकी वजह से हम समझते नहीं हैं. यहां पर मैं भी कुछ कहना चाह रही है और doctor सफीना कुछ कहना चाह रही है. जी मेहमूना आप अपनी learning share करें. अस्लाम लेह को. हां एक हदीश है</w:t>
      </w:r>
    </w:p>
    <w:p>
      <w:r>
        <w:rPr>
          <w:b/>
        </w:rPr>
        <w:t xml:space="preserve">[25:06] </w:t>
      </w:r>
      <w:r>
        <w:t>imam ahmad ne afbabbin amir razillahu talaah naha se deel di gayi hai. phir aap sallilah wale sallim ne yahi ayat padhi jo hum discuss kar rahe hain.</w:t>
      </w:r>
    </w:p>
    <w:p>
      <w:pPr>
        <w:jc w:val="right"/>
      </w:pPr>
      <w:r>
        <w:t>इमाम अहमद ने अफ़बाबीन आमिर रजिल्लाहु तालाह नाहा से ढील दी गई है. फिर आप सलिलाह वाले सलिल्म ने यही आयत पढ़ी जो हम discuss कर रहे हैं.</w:t>
      </w:r>
    </w:p>
    <w:p>
      <w:r>
        <w:rPr>
          <w:b/>
        </w:rPr>
        <w:t xml:space="preserve">[25:33] </w:t>
      </w:r>
      <w:r>
        <w:t>khuda ke creation plan ke mutabiq koi insan agar haq ko na manta ho ya phir sarkari karta</w:t>
      </w:r>
    </w:p>
    <w:p>
      <w:pPr>
        <w:jc w:val="right"/>
      </w:pPr>
      <w:r>
        <w:t>खुदा के creation plan के मुताबिक कोई इंसान अगर हक को ना मानता हो या फिर सरकारी करता</w:t>
      </w:r>
    </w:p>
    <w:p>
      <w:r>
        <w:rPr>
          <w:b/>
        </w:rPr>
        <w:t xml:space="preserve">[25:39] </w:t>
      </w:r>
      <w:r>
        <w:t>ho to allah taala isko fouri nahi pakadte balki isko dheel dete hain isko jaise kai nuksanat jaise</w:t>
      </w:r>
    </w:p>
    <w:p>
      <w:pPr>
        <w:jc w:val="right"/>
      </w:pPr>
      <w:r>
        <w:t>हो तो अल्लाह तालाह इसको फौरी नहीं पकड़ते बल्कि इसको ढील देते हैं इसको जैसे कई नुकसानात जैसे</w:t>
      </w:r>
    </w:p>
    <w:p>
      <w:r>
        <w:rPr>
          <w:b/>
        </w:rPr>
        <w:t xml:space="preserve">[25:46] </w:t>
      </w:r>
      <w:r>
        <w:t>kheedsali hai, maal, jaan, mali nuksanat hote hain kisi ambaraj wala waghera ke jhatke dekar yeh ehsas</w:t>
      </w:r>
    </w:p>
    <w:p>
      <w:pPr>
        <w:jc w:val="right"/>
      </w:pPr>
      <w:r>
        <w:t>खैद साली है, माल, जान, माली नुकसानात होते हैं किसी अंबराज वाला वगैरह के झटके देकर यह एहसास</w:t>
      </w:r>
    </w:p>
    <w:p>
      <w:r>
        <w:rPr>
          <w:b/>
        </w:rPr>
        <w:t xml:space="preserve">[25:52] </w:t>
      </w:r>
      <w:r>
        <w:t>dilane ki koshish karte hain ke woh fouri taur par na introspection kar le, self correction kar le</w:t>
      </w:r>
    </w:p>
    <w:p>
      <w:pPr>
        <w:jc w:val="right"/>
      </w:pPr>
      <w:r>
        <w:t>दिलाने की कोशिश करते हैं कि वह फौरी तौर पर ना introspection कर ले, self correction कर ले</w:t>
      </w:r>
    </w:p>
    <w:p>
      <w:r>
        <w:rPr>
          <w:b/>
        </w:rPr>
        <w:t xml:space="preserve">[25:59] </w:t>
      </w:r>
      <w:r>
        <w:t>ya sahi raste par aa jaye.</w:t>
      </w:r>
    </w:p>
    <w:p>
      <w:pPr>
        <w:jc w:val="right"/>
      </w:pPr>
      <w:r>
        <w:t>या सही रास्ते पर आ जाए.</w:t>
      </w:r>
    </w:p>
    <w:p>
      <w:r>
        <w:rPr>
          <w:b/>
        </w:rPr>
        <w:t xml:space="preserve">[26:06] </w:t>
      </w:r>
      <w:r>
        <w:t>lekin lekin nuksanat ko insaan serious nahi leta balki woh sochta hi nahi koi reason talash nahi karta aur yeh ek aam taur par hum jimla sunne mein aata hai ke problems are the part of life karke isko ignore kar dete hain. to har mauke par shaitan ka yahi haal hota hai ke woh hamare galtiyon ko sochen aur tadabbur karne ke bajaye wahi galtiyon ko khoobsurat banakar humko muzegin karta hai.</w:t>
      </w:r>
    </w:p>
    <w:p>
      <w:pPr>
        <w:jc w:val="right"/>
      </w:pPr>
      <w:r>
        <w:t>लेकिन लेकिन नुकसानात को इंसान serious नहीं लेता बल्कि वह सोचता ही नहीं कोई reason तलाश नहीं करता और यह एक आमतौर पर हम जिमला सुनने में आता है कि problems are the part of life करके इसको ignore कर देते हैं. तो हर मौके पर शैतान का यही हाल होता है कि वह हमारे गलतियों को सोचें और तद्दबुर करने के बजाय वही गलतियों को खूबसूरत बनाकर हमको मुज़ेगिन करता है.</w:t>
      </w:r>
    </w:p>
    <w:p>
      <w:r>
        <w:rPr>
          <w:b/>
        </w:rPr>
        <w:t xml:space="preserve">[26:34] </w:t>
      </w:r>
      <w:r>
        <w:t>aur inki is tarah se inki matlab behisi itni zyada badh jati hai ke alah tala ko apna doosra tareeqa kar badalna padta hai ke woh wahi isi sarkashi mein masjid izafa hota rehta hai. woh har inki galti ya kami inki sarkashi mein aur zyada kamyabi milti rehti hai. to yeh ek deal hoti hai. yeh ek saza hoti hai allah talah ki taraf se, lekin log isko samajhte hain ke inko kamyabi mil rahi hai.</w:t>
      </w:r>
    </w:p>
    <w:p>
      <w:pPr>
        <w:jc w:val="right"/>
      </w:pPr>
      <w:r>
        <w:t>और इनकी इस तरह से इनकी मतलब बेहिसी इतनी ज़्यादा बढ़ जाती है कि अलाह ताला को अपना दूसरा तरीके कार बदलना पड़ता है कि वह वही इसी सर्कशी में मस्जिद इज़ाफा होता रहता है. वह हर इनकी गलती या कामी इनकी सरकशी में और ज़्यादा कामयाबी मिलती रहती है. तो यह एक deal होती है. यह एक सजा होती है अल्लाह तालाह की तरफ से, लेकिन लोग इसको समझते हैं कि इनको कामयाबी मिल रही है.</w:t>
      </w:r>
    </w:p>
    <w:p>
      <w:r>
        <w:rPr>
          <w:b/>
        </w:rPr>
        <w:t xml:space="preserve">[27:04] </w:t>
      </w:r>
      <w:r>
        <w:t>to mujhe aur ek cheez yahan samajh mein allah talog ko humse aajzi matlab hai.</w:t>
      </w:r>
    </w:p>
    <w:p>
      <w:pPr>
        <w:jc w:val="right"/>
      </w:pPr>
      <w:r>
        <w:t>तो मुझे और एक चीज़ यहां समझ में अल्लाह तालोग को हमसे आजज़ी मतलब है.</w:t>
      </w:r>
    </w:p>
    <w:p>
      <w:r>
        <w:rPr>
          <w:b/>
        </w:rPr>
        <w:t xml:space="preserve">[27:09] </w:t>
      </w:r>
      <w:r>
        <w:t>lekin inke dil itne zyada saft ho gaye hain jaise ki quran ki surat mein surat baqra ki</w:t>
      </w:r>
    </w:p>
    <w:p>
      <w:pPr>
        <w:jc w:val="right"/>
      </w:pPr>
      <w:r>
        <w:t>लेकिन इनके दिल इतने ज़्यादा सफ़्त हो गए हैं जैसे कि कुरान की सूरत में सूरत बखरा की</w:t>
      </w:r>
    </w:p>
    <w:p>
      <w:r>
        <w:rPr>
          <w:b/>
        </w:rPr>
        <w:t xml:space="preserve">[27:14] </w:t>
      </w:r>
      <w:r>
        <w:t>ath number 84 mein bataya gaya hai ke inke dil patthar jaise honge.</w:t>
      </w:r>
    </w:p>
    <w:p>
      <w:pPr>
        <w:jc w:val="right"/>
      </w:pPr>
      <w:r>
        <w:t>आठ number 84 में बताया गया है कि इनके दिल पत्थर जैसे होंगे.</w:t>
      </w:r>
    </w:p>
    <w:p>
      <w:r>
        <w:rPr>
          <w:b/>
        </w:rPr>
        <w:t xml:space="preserve">[27:20] </w:t>
      </w:r>
      <w:r>
        <w:t>jaise ke humne last time bhi discuss kiya tha last hafte teer khasm ke patthar jo kalatala ne</w:t>
      </w:r>
    </w:p>
    <w:p>
      <w:pPr>
        <w:jc w:val="right"/>
      </w:pPr>
      <w:r>
        <w:t>जैसे कि हमने last time भी discuss किया था last हफ्ते तीर ख़स्म के पत्थर जो कलाताला ने</w:t>
      </w:r>
    </w:p>
    <w:p>
      <w:r>
        <w:rPr>
          <w:b/>
        </w:rPr>
        <w:t xml:space="preserve">[27:25] </w:t>
      </w:r>
      <w:r>
        <w:t>bataya hai surya baqra ki ath number 84 mein.</w:t>
      </w:r>
    </w:p>
    <w:p>
      <w:pPr>
        <w:jc w:val="right"/>
      </w:pPr>
      <w:r>
        <w:t>बताया है सूर्य बखरा की आठ number 84 में.</w:t>
      </w:r>
    </w:p>
    <w:p>
      <w:r>
        <w:rPr>
          <w:b/>
        </w:rPr>
        <w:t xml:space="preserve">[27:30] </w:t>
      </w:r>
      <w:r>
        <w:t>yeh hai meri learning hai.</w:t>
      </w:r>
    </w:p>
    <w:p>
      <w:pPr>
        <w:jc w:val="right"/>
      </w:pPr>
      <w:r>
        <w:t>यह है मेरी learning है.</w:t>
      </w:r>
    </w:p>
    <w:p>
      <w:r>
        <w:rPr>
          <w:b/>
        </w:rPr>
        <w:t xml:space="preserve">[27:36] </w:t>
      </w:r>
      <w:r>
        <w:t>thank you baimoona. and doctor safeena please continue. nahi safeena bas woh baat ho gayi. aap baqi baat par kuch kehna cha rahi thi. try karna. ok. princess khan? assyam wale ko. haan ji pichlam.</w:t>
      </w:r>
    </w:p>
    <w:p>
      <w:pPr>
        <w:jc w:val="right"/>
      </w:pPr>
      <w:r>
        <w:t>Thank you बैमूना. And Doctor सफ़ीना please continue. नहीं सफ़ीना बस वह बात हो गई. आप बाकी बात पर कुछ कहना चाह रही थी. Try करना. Ok. Princess खान? अस्याम वालेको. हां जी पिछलाम.</w:t>
      </w:r>
    </w:p>
    <w:p>
      <w:r>
        <w:rPr>
          <w:b/>
        </w:rPr>
        <w:t xml:space="preserve">[28:04] </w:t>
      </w:r>
      <w:r>
        <w:t>yeh ayat humko matlab jab main personally agar apni us par leti hoon use zindagi ke halaat se to mujhe yeh samajh mein aata hai ke hum kis har waqt conscious rahe yani humein halaat achhe hain to bhi hum yeh na samjhen ke hum bahut bas allah talahamse raazi ho gaye hain.</w:t>
      </w:r>
    </w:p>
    <w:p>
      <w:pPr>
        <w:jc w:val="right"/>
      </w:pPr>
      <w:r>
        <w:t>यह आयात हमको मतलब जब मैं personally अगर अपनी उस पर लेती हूं उसे ज़िंदगी के हालात से तो मुझे यह समझ में आता है कि हम किस हर वक़्त conscious रहे यानी हमें हालात अच्छे हैं तो भी हम यह ना समझें कि हम बहुत बस अल्लाह तालाहमसे राज़ी हो गए हैं.</w:t>
      </w:r>
    </w:p>
    <w:p>
      <w:r>
        <w:rPr>
          <w:b/>
        </w:rPr>
        <w:t xml:space="preserve">[28:25] </w:t>
      </w:r>
      <w:r>
        <w:t>matlab hum us waqt bhi conscious rahe ke agar halaat achhe hain to bhi woh halaat hamare samajh</w:t>
      </w:r>
    </w:p>
    <w:p>
      <w:pPr>
        <w:jc w:val="right"/>
      </w:pPr>
      <w:r>
        <w:t>मतलब हम उस वक्त भी conscious रहे कि अगर हालात अच्छे हैं तो भी वह हालात हमारे समझ</w:t>
      </w:r>
    </w:p>
    <w:p>
      <w:r>
        <w:rPr>
          <w:b/>
        </w:rPr>
        <w:t xml:space="preserve">[28:36] </w:t>
      </w:r>
      <w:r>
        <w:t>rahe hain humko hum hamare liye yeh ayat yeh talala ki nishaniyan yeh jitni bhi hain pata hai</w:t>
      </w:r>
    </w:p>
    <w:p>
      <w:pPr>
        <w:jc w:val="right"/>
      </w:pPr>
      <w:r>
        <w:t>रहे हैं हमको हम हमारे लिए यह आयात यह लताला की निशानियां यह जितनी भी हैं पता है</w:t>
      </w:r>
    </w:p>
    <w:p>
      <w:r>
        <w:rPr>
          <w:b/>
        </w:rPr>
        <w:t xml:space="preserve">[28:47] </w:t>
      </w:r>
      <w:r>
        <w:t>humein conscious karne ke liye, hamare zameer ko jagane ke liye ke na hum takleef ke andar yeh</w:t>
      </w:r>
    </w:p>
    <w:p>
      <w:pPr>
        <w:jc w:val="right"/>
      </w:pPr>
      <w:r>
        <w:t>हमें conscious करने के लिए, हमारे ज़मीर को जगाने के लिए कि ना हम तकलीफ के अंदर यह</w:t>
      </w:r>
    </w:p>
    <w:p>
      <w:r>
        <w:rPr>
          <w:b/>
        </w:rPr>
        <w:t xml:space="preserve">[28:58] </w:t>
      </w:r>
      <w:r>
        <w:t>ho jayein ke nahi talala takleef mein hain to bhi hum easy na ho aur hum agar aasani</w:t>
      </w:r>
    </w:p>
    <w:p>
      <w:pPr>
        <w:jc w:val="right"/>
      </w:pPr>
      <w:r>
        <w:t>हो जाएं कि नहीं लताला तकलीफ में हैं तो भी हम easy ना हो और हम अगर आसानी</w:t>
      </w:r>
    </w:p>
    <w:p>
      <w:r>
        <w:rPr>
          <w:b/>
        </w:rPr>
        <w:t xml:space="preserve">[29:09] </w:t>
      </w:r>
      <w:r>
        <w:t>mein hain to bhi hum easy na ho.</w:t>
      </w:r>
    </w:p>
    <w:p>
      <w:pPr>
        <w:jc w:val="right"/>
      </w:pPr>
      <w:r>
        <w:t>में हैं तो भी हम easy ना हो.</w:t>
      </w:r>
    </w:p>
    <w:p>
      <w:r>
        <w:rPr>
          <w:b/>
        </w:rPr>
        <w:t xml:space="preserve">[29:21] </w:t>
      </w:r>
      <w:r>
        <w:t>hum har waqt ek intehaan ki condition ke andar hain.</w:t>
      </w:r>
    </w:p>
    <w:p>
      <w:pPr>
        <w:jc w:val="right"/>
      </w:pPr>
      <w:r>
        <w:t>हम हर वक्त एक इंतहान की condition के अंदर हैं.</w:t>
      </w:r>
    </w:p>
    <w:p>
      <w:r>
        <w:rPr>
          <w:b/>
        </w:rPr>
        <w:t xml:space="preserve">[29:26] </w:t>
      </w:r>
      <w:r>
        <w:t>chaubis sau ghante hum Allah taala yeh ayat hum yahi sikha rahi hain ke hum conscious rahe hain,</w:t>
      </w:r>
    </w:p>
    <w:p>
      <w:pPr>
        <w:jc w:val="right"/>
      </w:pPr>
      <w:r>
        <w:t>चौबीस सौ घंटे हम अल्लाह ताला यह आयात हम यही सिखा रही हैं कि हम conscious रहे हैं,</w:t>
      </w:r>
    </w:p>
    <w:p>
      <w:r>
        <w:rPr>
          <w:b/>
        </w:rPr>
        <w:t xml:space="preserve">[29:31] </w:t>
      </w:r>
      <w:r>
        <w:t>hum zinda zameen ke saath apne aap ko har waqt rakhen ke hum har haalat mein imtaahan ki</w:t>
      </w:r>
    </w:p>
    <w:p>
      <w:pPr>
        <w:jc w:val="right"/>
      </w:pPr>
      <w:r>
        <w:t>हम ज़िंदा ज़मीन के साथ अपने आप को हर वक्त रखें कि हम हर हालत में इम्ताहान की</w:t>
      </w:r>
    </w:p>
    <w:p>
      <w:r>
        <w:rPr>
          <w:b/>
        </w:rPr>
        <w:t xml:space="preserve">[29:36] </w:t>
      </w:r>
      <w:r>
        <w:t>haalat mein hai aur baqi yeh ayat dekar tasalli bhi ho jati hai ke kabhi kabhi kyunke bachche</w:t>
      </w:r>
    </w:p>
    <w:p>
      <w:pPr>
        <w:jc w:val="right"/>
      </w:pPr>
      <w:r>
        <w:t>हालत में है और बाकी यह आयात देकर तसल्ली भी हो जाती है कि कभी कभी क्योंकि बच्चे</w:t>
      </w:r>
    </w:p>
    <w:p>
      <w:r>
        <w:rPr>
          <w:b/>
        </w:rPr>
        <w:t xml:space="preserve">[29:41] </w:t>
      </w:r>
      <w:r>
        <w:t>yeh woh hote hain na ke are woh toh itna kuch kar rahe hain unke saath kuch bhi</w:t>
      </w:r>
    </w:p>
    <w:p>
      <w:pPr>
        <w:jc w:val="right"/>
      </w:pPr>
      <w:r>
        <w:t>यह वह होते हैं ना कि अरे वह तो इतना कुछ कर रहे हैं उनके साथ कुछ भी</w:t>
      </w:r>
    </w:p>
    <w:p>
      <w:r>
        <w:rPr>
          <w:b/>
        </w:rPr>
        <w:t xml:space="preserve">[29:46] </w:t>
      </w:r>
      <w:r>
        <w:t>nahin ho raha aur woh log toh enjoy kar rahe hain life ko aur aankh toh itna sab</w:t>
      </w:r>
    </w:p>
    <w:p>
      <w:pPr>
        <w:jc w:val="right"/>
      </w:pPr>
      <w:r>
        <w:t>नहीं हो रहा और वह लोग तो enjoy कर रहे हैं life को और आंख तो इतना सब</w:t>
      </w:r>
    </w:p>
    <w:p>
      <w:r>
        <w:rPr>
          <w:b/>
        </w:rPr>
        <w:t xml:space="preserve">[29:51] </w:t>
      </w:r>
      <w:r>
        <w:t>kuch karti hain uske bawajood koi na koi problem aa rahi hai.</w:t>
      </w:r>
    </w:p>
    <w:p>
      <w:pPr>
        <w:jc w:val="right"/>
      </w:pPr>
      <w:r>
        <w:t>कुछ करती हैं उसके बावजूद कोई ना कोई problem आ रही है.</w:t>
      </w:r>
    </w:p>
    <w:p>
      <w:r>
        <w:rPr>
          <w:b/>
        </w:rPr>
        <w:t xml:space="preserve">[29:57] </w:t>
      </w:r>
      <w:r>
        <w:t>to hum kisi ki khushi ko dekhkar ya apne gam ko dekhkar ya apni khushi ko dekhkar, kisi ke gam ko dekhkar hum mutmain na ho jayen ke yeh koi part of life nahi hai. yeh exam hai zindagi ke. to yeh ki bas yahi hai ke yeh ayat jitne hum samajhte jate hain aur allah is mefil ke zariye, in classon ke zariye hum hamare hum hum dobara aur specially jab hum discuss karte hain, jab hum bolte bhi hain, sirf sunte nahi hain.</w:t>
      </w:r>
    </w:p>
    <w:p>
      <w:pPr>
        <w:jc w:val="right"/>
      </w:pPr>
      <w:r>
        <w:t>तो हम किसी की खुशी को देखकर या अपने गम को देखकर या अपनी खुशी को देखकर, किसी के गम को देखकर हम मुत्मईन ना हो जाएं कि यह कोई part of life नहीं है. यह exam है ज़िंदगी के. तो यह कि बस यही है कि यह आयात जितने हम समझते जाते हैं और अल्लाह इस मेफिल के ज़रिए, इन classओं के ज़रिए हम हमारे हम हम दोबारा और specially जब हम discuss करते हैं, जब हम बोलते भी हैं, सिर्फ सुनते नहीं हैं.</w:t>
      </w:r>
    </w:p>
    <w:p>
      <w:r>
        <w:rPr>
          <w:b/>
        </w:rPr>
        <w:t xml:space="preserve">[30:22] </w:t>
      </w:r>
      <w:r>
        <w:t>hum bolte bhi hain to hamare, hum hum wakai samajh rahe hote hain ke hum sahi hain ya kahin galat hain ya hum allah kakkur bhāsil kar rahe hain aur hum allah ki warning to samajh rahe hain ya nahi samajh rahe hain. yeh meri jo learning hai. thank you, princess khan. now sufia please share your learning. salam lekum. wali pislam.</w:t>
      </w:r>
    </w:p>
    <w:p>
      <w:pPr>
        <w:jc w:val="right"/>
      </w:pPr>
      <w:r>
        <w:t>हम बोलते भी हैं तो हमारे, हम हम वाकई समझ रहे होते हैं कि हम सही हैं या कहीं गलत हैं या हम अल्लाह कक्कुर भासिल कर रहे हैं और हम अल्लाह की warning तो समझ रहे हैं या नहीं समझ रहे हैं. यह मेरी जो learning है. Thank you, princess खान. Now सुफिया please share your learning. सलाम लेकुम. वाली पिस्लाम.</w:t>
      </w:r>
    </w:p>
    <w:p>
      <w:r>
        <w:rPr>
          <w:b/>
        </w:rPr>
        <w:t xml:space="preserve">[30:47] </w:t>
      </w:r>
      <w:r>
        <w:t>ise quran ki verse se jo ki poore quran ki ek tareekh ki tarah hai ke har basti mein allah tala ne kisi na kisi batane wale ko bheja. ek tareekh hum waise padhte hain jo hamari duniya mein raaych hai, lekin abhi ki jo verse hai aur jo woh quran ki halaat humein bata rahi hai ke humein hamare paas do nazariye hote hain.</w:t>
      </w:r>
    </w:p>
    <w:p>
      <w:pPr>
        <w:jc w:val="right"/>
      </w:pPr>
      <w:r>
        <w:t>इसे कुरान की वर्ष से जो कि पूरे कुरान की एक तारीख की तरह है कि हर बस्ती में अल्लाह ताला ने किसी ना किसी बताने वाले को भेजा. एक तारीख हम वैसे पढ़ते हैं जो हमारी दुनिया में रायच है, लेकिन अभी की जो वर्ष है और जो वह कुरान की हालात हमें बता रही है कि हमें हमारे पास दो नज़रियां होते हैं.</w:t>
      </w:r>
    </w:p>
    <w:p>
      <w:r>
        <w:rPr>
          <w:b/>
        </w:rPr>
        <w:t xml:space="preserve">[31:16] </w:t>
      </w:r>
      <w:r>
        <w:t>ek woh nazariya hai jo zahir paristhi se insaan aasani se uska shikar ho jata hai.</w:t>
      </w:r>
    </w:p>
    <w:p>
      <w:pPr>
        <w:jc w:val="right"/>
      </w:pPr>
      <w:r>
        <w:t>एक वह नज़रिया है जो जाहिर परिस्थी से इंसान आसानी से उसका शिकार हो जाता है.</w:t>
      </w:r>
    </w:p>
    <w:p>
      <w:r>
        <w:rPr>
          <w:b/>
        </w:rPr>
        <w:t xml:space="preserve">[31:22] </w:t>
      </w:r>
      <w:r>
        <w:t>jisme agar woh khuda ke panah na chahe, jisme agar woh Allah ke creation plan par continue tabudd</w:t>
      </w:r>
    </w:p>
    <w:p>
      <w:pPr>
        <w:jc w:val="right"/>
      </w:pPr>
      <w:r>
        <w:t>जिसमें अगर वह खुदा के पनाह ना चाहे, जिसमें अगर वह अल्लाह के creation plan पर continue तब्बुद</w:t>
      </w:r>
    </w:p>
    <w:p>
      <w:r>
        <w:rPr>
          <w:b/>
        </w:rPr>
        <w:t xml:space="preserve">[31:29] </w:t>
      </w:r>
      <w:r>
        <w:t>na kare, toh woh aasani se shaitan ke rehmai mein chala jata hai jahan use duniya ki aasani,</w:t>
      </w:r>
    </w:p>
    <w:p>
      <w:pPr>
        <w:jc w:val="right"/>
      </w:pPr>
      <w:r>
        <w:t>ना करे, तो वह आसानी से शैतान के रहमाई में चला जाता है जहां उसे दुनिया की आसानी,</w:t>
      </w:r>
    </w:p>
    <w:p>
      <w:r>
        <w:rPr>
          <w:b/>
        </w:rPr>
        <w:t xml:space="preserve">[31:35] </w:t>
      </w:r>
      <w:r>
        <w:t>duniya ki nimati, duniya ki tarakki maroob kar deti hain aur agar koi challenge aa jaye toh uska</w:t>
      </w:r>
    </w:p>
    <w:p>
      <w:pPr>
        <w:jc w:val="right"/>
      </w:pPr>
      <w:r>
        <w:t>दुनिया की निम्मति, दुनिया की तरक्की मरूब कर देती हैं और अगर कोई challenge आ जाए तो उसका</w:t>
      </w:r>
    </w:p>
    <w:p>
      <w:r>
        <w:rPr>
          <w:b/>
        </w:rPr>
        <w:t xml:space="preserve">[31:42] </w:t>
      </w:r>
      <w:r>
        <w:t>dil chota hone lagta hai.</w:t>
      </w:r>
    </w:p>
    <w:p>
      <w:pPr>
        <w:jc w:val="right"/>
      </w:pPr>
      <w:r>
        <w:t>दिल छोटा होने लगता है.</w:t>
      </w:r>
    </w:p>
    <w:p>
      <w:r>
        <w:rPr>
          <w:b/>
        </w:rPr>
        <w:t xml:space="preserve">[31:49] </w:t>
      </w:r>
      <w:r>
        <w:t>lekin yeh quran ki raushni hai jisme allah ke krishan plan ke zariye insaan apne zehan ko mazboot karta hai, apni soch ko huda ke upar centralize karke rakhta hai. to jab use koi aasani aati to woh gumrah nahi hota. woh ise intehan ki zindagi ka ek behtareen mauka samajhte hue use allah ke raaste mein lagata hai.</w:t>
      </w:r>
    </w:p>
    <w:p>
      <w:pPr>
        <w:jc w:val="right"/>
      </w:pPr>
      <w:r>
        <w:t>लेकिन यह कुरान की रौशनी है जिसमें अल्लाह के कृषण plan के ज़रिए इंसान अपने ज़ेहन को मज़बूत करता है, अपनी सोच को हुदा के ऊपर centralize करके रखता है. तो जब उसे कोई आसानी आती तो वह घूमराह नहीं होता. वह इसे इंतहान की ज़िंदगी का एक बेहतरीन मौका समझते हुए उसे अल्लाह के रास्ते में लगाता है.</w:t>
      </w:r>
    </w:p>
    <w:p>
      <w:r>
        <w:rPr>
          <w:b/>
        </w:rPr>
        <w:t xml:space="preserve">[32:13] </w:t>
      </w:r>
      <w:r>
        <w:t>pichhle dinon molana sahab ke ek video mein jab tha ke jab hum net kaam karte hain to usse hamara personality par develop hota hai aur zaroor hamara intellectual diploma bhi hota hai.</w:t>
      </w:r>
    </w:p>
    <w:p>
      <w:pPr>
        <w:jc w:val="right"/>
      </w:pPr>
      <w:r>
        <w:t>पिछले दिनों मौलाना साहब के एक video में जब था कि जब हम नेत काम करते हैं तो उससे हमारा personality पर develop होता है और ज़रूर हमारा intellectual diploma भी होता है.</w:t>
      </w:r>
    </w:p>
    <w:p>
      <w:r>
        <w:rPr>
          <w:b/>
        </w:rPr>
        <w:t xml:space="preserve">[32:27] </w:t>
      </w:r>
      <w:r>
        <w:t>par hamne apne aap ko grow nahin kiya, agar hamne apna self intersection aur self correction bhi nahin kiya, apna mahaspa nahin kiya, to phir yeh saari nimmaten aati hain, jaati hain aur raayga ho jaati hain hamare galat response ki bajakar ke hum kahin proud kar lete hain ke hum waqai bade achhe hain, hum Allah ke nawaze hue hain, tabhi to hamare paas itna kuch hai to Allah hamein pasand kar raha hai. Allah to hamein pasand karta hai.</w:t>
      </w:r>
    </w:p>
    <w:p>
      <w:pPr>
        <w:jc w:val="right"/>
      </w:pPr>
      <w:r>
        <w:t>पर हमने अपने आप को grow नहीं किया, अगर हमने अपना self intersection और self correction भी नहीं किया, अपना महास्पा नहीं किया, तो फिर यह सारी निम्मतें आती हैं, जाती हैं और रायगा हो जाती हैं हमारे गलत response की बजाकर कि हम कहीं proud कर लेते हैं कि हम वाकई बड़े अच्छे हैं, हम अल्लाह के नवाज़े हुए हैं, तभी तो हमारे पास इतना कुछ है तो अल्लाह हमें पसंद कर रहा है. अल्लाह तो हमें पसंद करता है.</w:t>
      </w:r>
    </w:p>
    <w:p>
      <w:r>
        <w:rPr>
          <w:b/>
        </w:rPr>
        <w:t xml:space="preserve">[32:56] </w:t>
      </w:r>
      <w:r>
        <w:t>lekin zaroor hamein is baat ki koshish karni chahiye ke hum pehchane par Allah ke creation plan mein iska kya mukam hai aur kya bahatawa hai shaitan ka aur jo pareshani aur challenge aate hain zaroor hamein pehli nazar mein bure lagte hain. lekin pichhle bhi quran ke class mein aur quran ke verses se hamne yahi jaana hai ke jab koi museebat aati hai to hum khuda ko dil ki gehrai se yaad karte hain.</w:t>
      </w:r>
    </w:p>
    <w:p>
      <w:pPr>
        <w:jc w:val="right"/>
      </w:pPr>
      <w:r>
        <w:t>लेकिन ज़रूर हमें इस बात की कोशिश करनी चाहिए कि हम पहचाने पर अल्लाह के creation plan में इसका क्या मुकाम है और क्या बहतावा है शैतान का और जो परेशानी और challenge आते हैं ज़रूर हमें पहली नज़र में बुरे लगते हैं. लेकिन पिछले भी कुरान के class में और कुरान के verses से हमने यही जाना है कि जब कोई मुसीबत आती है तो हम खुदा को दिल की गहराई से याद करते हैं.</w:t>
      </w:r>
    </w:p>
    <w:p>
      <w:r>
        <w:rPr>
          <w:b/>
        </w:rPr>
        <w:t xml:space="preserve">[33:26] </w:t>
      </w:r>
      <w:r>
        <w:t>to wah to niamat hai na ke kisne hamein hilaya, hamein khuda ki taraf palta, hamein khuda ki gehrai se yaad dilaya ke hum museebat mein jitna dil se khuda ko yaad karte hain, utna roz se comfortable life mein yaad nahin kar paate. utni zyada khuda se hamara gehra taluq nahin van pata.</w:t>
      </w:r>
    </w:p>
    <w:p>
      <w:pPr>
        <w:jc w:val="right"/>
      </w:pPr>
      <w:r>
        <w:t>तो वह तो नियमत है ना कि किसने हमें हिलाया, हमें खुदा की तरफ पलटा, हमें खुदा की गहराई से याद दिलाया कि हम मुसीबत में जितना दिल से खुदा को याद करते हैं, उतना रोज़ से comfortable life में याद नहीं कर पाते. उतनी ज़्यादा खुदा से हमारा गहरा तालुक नहीं वन पाता.</w:t>
      </w:r>
    </w:p>
    <w:p>
      <w:r>
        <w:rPr>
          <w:b/>
        </w:rPr>
        <w:t xml:space="preserve">[33:47] </w:t>
      </w:r>
      <w:r>
        <w:t>to ek prepared mind jo quran ke zariye banta hai, uske baad zindagi ke halaat, khud apne halaat zyada kargar ho jaate hain khuda ke qurbat ke liye chahe wah aasani hamein ata karein, chahe wah hamein koi challenge ata karein. to bahut zaroori hai ke quran ko hum focus karein, quran ka class attend karein, quran padhne walon ke saath rahein, unse discuss karein, unse seekhte rahein.</w:t>
      </w:r>
    </w:p>
    <w:p>
      <w:pPr>
        <w:jc w:val="right"/>
      </w:pPr>
      <w:r>
        <w:t>तो एक prepared mind जो कुरान के जरिए बनता है, उसके बाद ज़िंदगी के हालात, खुद अपने हालात ज़्यादा कारगर हो जाते हैं खुदा के कुर्बत के लिए चाहे वह आसानी हमें अता करें, चाहे वह हमें कोई challenge अता करें. तो बहुत ज़रूरी है कि कुरान को हम focus करें, कुरान का class attend करें, कुरान पढ़ने वालों के साथ रहें, उनसे discuss करें, उनसे सीखते रहें.</w:t>
      </w:r>
    </w:p>
    <w:p>
      <w:r>
        <w:rPr>
          <w:b/>
        </w:rPr>
        <w:t xml:space="preserve">[34:14] </w:t>
      </w:r>
      <w:r>
        <w:t>molana sahab ne bhi ek video mein bataya ke quran bahut aasani se ek mumin ki zindagi se phisal kar nikal jaata hai aur uski wajah unhone yeh batai ke hum agar quran par waqt kam denge ya kabhi kabhi hum us par discuss karenge.</w:t>
      </w:r>
    </w:p>
    <w:p>
      <w:pPr>
        <w:jc w:val="right"/>
      </w:pPr>
      <w:r>
        <w:t>मोलाना साहब ने भी एक video में बताया कि कुरान बहुत आसानी से एक मुमिन की ज़िंदगी से फिसल कर निकल जाता है और उसकी वजह उन्होंने यह बताई कि हम अगर कुरान पर वक्त कम देंगे या कभी कभी हम उस पर discuss करेंगे.</w:t>
      </w:r>
    </w:p>
    <w:p>
      <w:r>
        <w:rPr>
          <w:b/>
        </w:rPr>
        <w:t xml:space="preserve">[34:31] </w:t>
      </w:r>
      <w:r>
        <w:t>quran par hamein lagatar balki subah sham balki dinbhar ke har waqyaat par isse taluq jodkar rakhna hai aur bar bar aise tajurbe karne par yeh hota hai ke hamare upar quran ke gehre mane khulte hain aur hum samajh paate hain ke hamare halaat mein aur hamare aas paas ke halaat mein ek insaan ki nazar doosre ki zindagi par zyada hoti hai lekin wah samajh pata hai ke Allah ka krishn plan kya hai?</w:t>
      </w:r>
    </w:p>
    <w:p>
      <w:pPr>
        <w:jc w:val="right"/>
      </w:pPr>
      <w:r>
        <w:t>कुरान पर हमें लगातार बल्कि सुबह शाम बल्कि दिनभर के हर वाक्यात पर इससे ताल्लुक जोड़कर रखना है और बार बार ऐसे तजुर्बे करने पर यह होता है कि हमारे ऊपर कुरान के गहरे माने खुलते हैं और हम समझ पाते हैं कि हमारे हालात में और हमारे आसपास के हालात में एक इंसान की नज़र दूसरे की ज़िंदगी पर ज़्यादा होती है लेकिन वह समझ पाता है कि अल्लाह का कृष्ण plan क्या है?</w:t>
      </w:r>
    </w:p>
    <w:p>
      <w:r>
        <w:rPr>
          <w:b/>
        </w:rPr>
        <w:t xml:space="preserve">[35:00] </w:t>
      </w:r>
      <w:r>
        <w:t>toh bahut zaruri hai ke hum apne andar ek rabbani nazariya rakhen, khoda ki nazar se dekhen, apni</w:t>
      </w:r>
    </w:p>
    <w:p>
      <w:pPr>
        <w:jc w:val="right"/>
      </w:pPr>
      <w:r>
        <w:t>तो बहुत ज़रूरी है कि हम अपने अंदर एक रब्बानी नज़रिया रखें, खौदा की नज़र से देखें, अपनी</w:t>
      </w:r>
    </w:p>
    <w:p>
      <w:r>
        <w:rPr>
          <w:b/>
        </w:rPr>
        <w:t xml:space="preserve">[35:10] </w:t>
      </w:r>
      <w:r>
        <w:t>khwahishon se bachen aur shaitan ke waswase ko pehchanen.</w:t>
      </w:r>
    </w:p>
    <w:p>
      <w:pPr>
        <w:jc w:val="right"/>
      </w:pPr>
      <w:r>
        <w:t>खाइशों से बचें और शैतान के वसूसे को पहचानें.</w:t>
      </w:r>
    </w:p>
    <w:p>
      <w:r>
        <w:rPr>
          <w:b/>
        </w:rPr>
        <w:t xml:space="preserve">[35:20] </w:t>
      </w:r>
      <w:r>
        <w:t>dusra akrama ka jo waqia tha ke jab uski kashti dol rahi thi yani ke jab use apni</w:t>
      </w:r>
    </w:p>
    <w:p>
      <w:pPr>
        <w:jc w:val="right"/>
      </w:pPr>
      <w:r>
        <w:t>दूसरा अक्रमा का जो वाक्या था कि जब उसकी कष्टी डोल रही थी यानी कि जब उसे अपनी</w:t>
      </w:r>
    </w:p>
    <w:p>
      <w:r>
        <w:rPr>
          <w:b/>
        </w:rPr>
        <w:t xml:space="preserve">[35:30] </w:t>
      </w:r>
      <w:r>
        <w:t>maut nazar aai toh insaan aisa hi hai ke woh sanjeeda nahin ho pata.</w:t>
      </w:r>
    </w:p>
    <w:p>
      <w:pPr>
        <w:jc w:val="right"/>
      </w:pPr>
      <w:r>
        <w:t>मौत नज़र आई तो इंसान ऐसा ही है कि वह संजीदा नहीं हो पाता.</w:t>
      </w:r>
    </w:p>
    <w:p>
      <w:r>
        <w:rPr>
          <w:b/>
        </w:rPr>
        <w:t xml:space="preserve">[35:40] </w:t>
      </w:r>
      <w:r>
        <w:t>puran ko behtar dhang se samajhne ke liye. to yeh meri learning bhi achha sa kala hai. thank you sufia for sharing your learning. ab main aap aapse kahungi aap apni learning share karein aur yahan abhi hain jaise aur logon ka bhi hai shubhi na? nahin yahan par wah unka hai princess khan ka hai.</w:t>
      </w:r>
    </w:p>
    <w:p>
      <w:pPr>
        <w:jc w:val="right"/>
      </w:pPr>
      <w:r>
        <w:t>पुरान को बेहतर ढंग से समझने के लिए. तो यह मेरी learning भी अच्छा सा कला है. Thank you सुफिया for sharing your learning. अब मैं आप आपसे कहूंगी आप अपनी learning share करें और यहां अभी हैं जैसे और लोगों का भी है शुभी ना? नहीं यहां पर वह उनका है princess खान का है.</w:t>
      </w:r>
    </w:p>
    <w:p>
      <w:r>
        <w:rPr>
          <w:b/>
        </w:rPr>
        <w:t xml:space="preserve">[36:10] </w:t>
      </w:r>
      <w:r>
        <w:t>wah bol chuki hai. achha. to yeh jo abhi princess khan ne bataya tha na ke halaat achhe ho jaate hain. aadmi na suniye to mujhe aisa mahsus hota hai ke halaat achhe ho jayein to aur bhi hamein darna chahiye ke Allah ne kahin hamein aur aazmaish mein to nahin dal diya.</w:t>
      </w:r>
    </w:p>
    <w:p>
      <w:pPr>
        <w:jc w:val="right"/>
      </w:pPr>
      <w:r>
        <w:t>वह बोल चुकी है. अच्छा. तो यह जो अभी princess खान ने बताया था ना कि हालात अच्छे हो जाते हैं. आदमी ना सुनिए तो मुझे ऐसा महसूस होता है कि हालात अच्छे हो जाएं तो और भी हमें डरना चाहिए कि अल्लाह ने कहीं हमें और आज़माइश में तो नहीं डाल दिया.</w:t>
      </w:r>
    </w:p>
    <w:p>
      <w:r>
        <w:rPr>
          <w:b/>
        </w:rPr>
        <w:t xml:space="preserve">[36:31] </w:t>
      </w:r>
      <w:r>
        <w:t>matlab jo zyada jaise abhi sufia ne kaha ke zyada matlab comfortable life ho jaati hai to phir insaan ko hota se toor kar deti hai. to halaat achhe hona aur ek bahut hi dara dene wali cheez honi chahiye insaan ke liye, mummy ke liye.</w:t>
      </w:r>
    </w:p>
    <w:p>
      <w:pPr>
        <w:jc w:val="right"/>
      </w:pPr>
      <w:r>
        <w:t>मतलब जो ज़्यादा जैसे अभी सूफिया ने कहा कि ज़्यादा मतलब comfortable life हो जाती है तो फिर इंसान को होता से तूर कर देती है. तो हालात अच्छे होना और एक बहुत ही डरा देने वाली चीज़ होनी चाहिए इंसान के लिए, mummy के लिए.</w:t>
      </w:r>
    </w:p>
    <w:p>
      <w:r>
        <w:rPr>
          <w:b/>
        </w:rPr>
        <w:t xml:space="preserve">[36:50] </w:t>
      </w:r>
      <w:r>
        <w:t>ke aur is varsh mein bhi aage is par likha hua hai ke phir jab unhone us nasiyat ko bola diya jo unki unko ki gai thi to hamne un par har cheez ke darwaze khol diye yahan tak ke jab wah us cheez par khush ho gaye. to bhalla taala ne unhein jo hai unhein jo di gai thi to hamne achanak diya. to itna beheesi ki zindagi agar insaan ki ho jaye itni zyada halaat achhe hokar ke hamara to yeh ho gaya, hamara to wah ho gaya.</w:t>
      </w:r>
    </w:p>
    <w:p>
      <w:pPr>
        <w:jc w:val="right"/>
      </w:pPr>
      <w:r>
        <w:t>कि और इस वर्ष में भी आगे इस पर लिखा हुआ है कि फिर जब उन्होंने उस नसियत को बोला दिया जो उनकी उनको की गई थी तो हमने उन पर हर चीज़ के दरवाज़े खोल दिए यहां तक कि जब वह उस चीज़ पर खुश हो गए. तो भल्ला ताला ने उन्हें जो है उन्हें जो दी गई थी तो हमने अचानक दिया. तो इतना बेहेसी की ज़िंदगी अगर इंसान की हो जाए इतनी ज़्यादा हालात अच्छे होकर कि हमारा तो यह हो गया, हमारा तो वह हो गया.</w:t>
      </w:r>
    </w:p>
    <w:p>
      <w:r>
        <w:rPr>
          <w:b/>
        </w:rPr>
        <w:t xml:space="preserve">[37:18] </w:t>
      </w:r>
      <w:r>
        <w:t>toh yeh bahut hi bahut hi matlab sochne wali baat hai.</w:t>
      </w:r>
    </w:p>
    <w:p>
      <w:pPr>
        <w:jc w:val="right"/>
      </w:pPr>
      <w:r>
        <w:t>तो यह बहुत ही बहुत ही मतलब सोचने वाली बात है.</w:t>
      </w:r>
    </w:p>
    <w:p>
      <w:r>
        <w:rPr>
          <w:b/>
        </w:rPr>
        <w:t xml:space="preserve">[37:31] </w:t>
      </w:r>
      <w:r>
        <w:t>میری جو learning تھی اس بہت سے شوی نہ تو مجھے شاید میں مجھے یہ سمجھ میں آیا کہ</w:t>
      </w:r>
    </w:p>
    <w:p>
      <w:pPr>
        <w:jc w:val="right"/>
      </w:pPr>
      <w:r>
        <w:t>मेरी जो learning थी इस बहुत से शविना तो मुझे शायद मैं मुझे यह समझ में आया कि</w:t>
      </w:r>
    </w:p>
    <w:p>
      <w:r>
        <w:rPr>
          <w:b/>
        </w:rPr>
        <w:t xml:space="preserve">[37:44] </w:t>
      </w:r>
      <w:r>
        <w:t>Allah taala bata rahe hain ke jab insaan had ko nahin manta toh Allah is jis khuda ke</w:t>
      </w:r>
    </w:p>
    <w:p>
      <w:pPr>
        <w:jc w:val="right"/>
      </w:pPr>
      <w:r>
        <w:t>अल्लाह तालाह बता रहे हैं कि जब इंसान हद को नहीं मानता तो अल्लाह इस जिस ख़ुदा के</w:t>
      </w:r>
    </w:p>
    <w:p>
      <w:r>
        <w:rPr>
          <w:b/>
        </w:rPr>
        <w:t xml:space="preserve">[37:57] </w:t>
      </w:r>
      <w:r>
        <w:t>samne age ke sewa ki ravaiya nahin, uske samne insaan kustaqi karta hai.</w:t>
      </w:r>
    </w:p>
    <w:p>
      <w:pPr>
        <w:jc w:val="right"/>
      </w:pPr>
      <w:r>
        <w:t>सामने age के सेवा की रवैया नहीं, उसके सामने इंसान कुस्ताक़ी करता है.</w:t>
      </w:r>
    </w:p>
    <w:p>
      <w:r>
        <w:rPr>
          <w:b/>
        </w:rPr>
        <w:t xml:space="preserve">[38:11] </w:t>
      </w:r>
      <w:r>
        <w:t>to yeh line dene wali sochne wali line lag rahi hai. ghaflat to usi ki tooteghi na ke jo har waqt conscious rahega. to aaj hum bilkul lasun nahin lete. ghaflat hi wali zindagi hamari hai.</w:t>
      </w:r>
    </w:p>
    <w:p>
      <w:pPr>
        <w:jc w:val="right"/>
      </w:pPr>
      <w:r>
        <w:t>तो यह line देने वाली सोचने वाली line लग रही है. ग़फ़लत तो उसी की टूटेगी ना कि जो हर वक़्त conscious रहेगा. तो आज हम बिल्कुल लहसुन नहीं लेते. ग़फ़लत ही वाली ज़िंदगी हमारी है.</w:t>
      </w:r>
    </w:p>
    <w:p>
      <w:r>
        <w:rPr>
          <w:b/>
        </w:rPr>
        <w:t xml:space="preserve">[38:40] </w:t>
      </w:r>
      <w:r>
        <w:t>insaan ki tabah kar dena yahi isi ko kehte hain. to itna jagah jagah aafat aa rahi hai. sab kuch aajkal bahut zyada ho raha hai. bahut tarah se hamare waqt dekhte rehte hain. koi farq nahin pad raha hai kisi ke upar. to aur duniya ki zindagi se mujhe misal samajh mein aai. maine abhi do din pehle maine ek video dekha tha.</w:t>
      </w:r>
    </w:p>
    <w:p>
      <w:pPr>
        <w:jc w:val="right"/>
      </w:pPr>
      <w:r>
        <w:t>इंसान की तबाह कर देना यही इसी को कहते हैं. तो इतना जगह जगह आफत आ रही है. सब कुछ आजकल बहुत ज़्यादा हो रहा है. बहुत तरह से हमारे वक्त देखते रहते हैं. कोई फ़र्क़ नहीं पड़ रहा है किसी के ऊपर. तो और दुनिया की ज़िंदगी से मुझे मिसाल समझ में आई. मैंने अभी दो दिन पहले मैंने एक video देखा था.</w:t>
      </w:r>
    </w:p>
    <w:p>
      <w:r>
        <w:rPr>
          <w:b/>
        </w:rPr>
        <w:t xml:space="preserve">[39:03] </w:t>
      </w:r>
      <w:r>
        <w:t>saral par camera jo camera jo laga nahin rehta hai usmein usmein wah capture hua tha ke koi lady jo hai auto mein suffer kar kahin ja rahi thi aur chhota sa bachcha lekar ja rahi thi. lekin jab wah utri auto se to wah apna phone kaan mein lagaye hue thi aur usko auto bole ke paisa diya aur itni dhun mein ghaflat mein wah apna bachcha auto mein chhodkar chali gai aur kaafi aage chali gai baat karte karte chali ja rahi hai ghaflat mein.</w:t>
      </w:r>
    </w:p>
    <w:p>
      <w:pPr>
        <w:jc w:val="right"/>
      </w:pPr>
      <w:r>
        <w:t>सरल पर camera जो camera जो लगा नहीं रहता है उसमें उसमें वह capture हुआ था कि कोई lady जो है auto में suffer कर कहीं जा रही थी और छोटा सा बच्चा लेकर जा रही थी. लेकिन जब वह उतरी auto से तो वह अपना phone कान में लगाए हुए थी और उसको auto बोले के पैसा दिया और इतनी धुन में गफ़लत में वह अपना बच्चा auto में छोड़कर चली गई और काफ़ी आगे चली गई बात करते करते चली जा रही है ग़फ़लत में.</w:t>
      </w:r>
    </w:p>
    <w:p>
      <w:r>
        <w:rPr>
          <w:b/>
        </w:rPr>
        <w:t xml:space="preserve">[39:31] </w:t>
      </w:r>
      <w:r>
        <w:t>to peeche se auto wala zor zor se awaaz de raha hai oh madam dekhiye, oh madam tumhara bachcha madam madam karke chala raha hai. uske peeche bhagkar ja raha hai bachcha lekar to apne sar ki aankh se jo dekh rahe hain wah sahi rahi hai.</w:t>
      </w:r>
    </w:p>
    <w:p>
      <w:pPr>
        <w:jc w:val="right"/>
      </w:pPr>
      <w:r>
        <w:t>तो पीछे से auto वाला ज़ोर ज़ोर से आवाज़ दे रहा है oh madam देखिए, oh madam तुम्हारा बच्चा madam madam करके चला रहा है. उसके पीछे भागकर जा रहा है बच्चा लेकर तो अपने सर की आंख से जो देख रहे हैं वह सही रही है.</w:t>
      </w:r>
    </w:p>
    <w:p>
      <w:r>
        <w:rPr>
          <w:b/>
        </w:rPr>
        <w:t xml:space="preserve">[39:59] </w:t>
      </w:r>
      <w:r>
        <w:t>tum apne dimagh ka sahi istemal karo, hosh mein aao warna tum aur abtak pachhtave mein rahoge. magar insaan khuda ko nazarandaaz kiye hue aur wah duniya ki zindagi mein wale insaan duniya ki zindagi mein bhi dikhai dete hain aur unhi se hum lesson bhi le sakte hain. wah na jab apni zindagi mein itni ek ka fuda rehti hai to unko kudari ke saath bhi usi tarah se wah aflat karna hai. isi tarah mujhe kisi ne bataya tha yeh bahut abhi jaldi ki baat hai.</w:t>
      </w:r>
    </w:p>
    <w:p>
      <w:pPr>
        <w:jc w:val="right"/>
      </w:pPr>
      <w:r>
        <w:t>तुम अपने दिमाग़ का सही इस्तेमाल करो, होश में आओ वरना तुम और अबतक पछतावे में रहोगे. मगर इंसान ख़ुदा को नज़रअंदाज़ किए हुए और वह दुनिया की ज़िंदगी में वाले इंसान दुनिया की ज़िंदगी में भी दिखाई देते हैं और उन्हीं से हम lesson भी ले सकते हैं. वह ना जब अपनी ज़िंदगी में इतनी एक का फ़ुदा रहती है तो उनको कुदार के साथ भी उसी तरह से वह अफ़लत करना है. इसी तरह मुझे किसी ने बताया था यह बहुत अभी जल्दी की बात है.</w:t>
      </w:r>
    </w:p>
    <w:p>
      <w:r>
        <w:rPr>
          <w:b/>
        </w:rPr>
        <w:t xml:space="preserve">[40:29] </w:t>
      </w:r>
      <w:r>
        <w:t>kisi ne mujhe sachhak qassa bhi hai mere magal ka ke ek chhote se do teen saal ka bachcha tha to usko bahut zid kar raha tha. to uski maa ne usko saza diya ke usko upar almari par ekdam upar baitha diya aur apne jo hai doosre kamre mein jakar early ad ke mobile mein baat kar rahi hai aur wah bachcha upar chhota sa bachcha almari ke upar baitha hua hai.</w:t>
      </w:r>
    </w:p>
    <w:p>
      <w:pPr>
        <w:jc w:val="right"/>
      </w:pPr>
      <w:r>
        <w:t>किसी ने मुझे सच्चक क़स्सा भी है मेरे मग़ल का कि एक छोटे से दो तीन साल का बच्चा था तो उसको बहुत ज़िद कर रहा था. तो उसकी मां ने उसको सजा दिया कि उसको ऊपर अलमारी पर एकदम ऊपर बैठा दिया और अपने जो है दूसरे कमरे में जाकर early ad के mobile में बात कर रही है और वह बच्चा ऊपर छोटा सा बच्चा अलमारी के ऊपर बैठा हुआ है.</w:t>
      </w:r>
    </w:p>
    <w:p>
      <w:r>
        <w:rPr>
          <w:b/>
        </w:rPr>
        <w:t xml:space="preserve">[40:53] </w:t>
      </w:r>
      <w:r>
        <w:t>achanak bachche ka jab father wah aaya to usne itna buri tarah usko rote hue dekha wah hichki le lekar dar ki mari ro hi ja raha hai. to usne apni wife ko danta, to usne kaha ke main mamu kuch bhi kar sakti hoon. to itna bada darja usne apni, apne apne ko diye hue baithi hui thi wah. to mujhe yahi samajh mein aaya ke yeh mamla har insaan ka hai.</w:t>
      </w:r>
    </w:p>
    <w:p>
      <w:pPr>
        <w:jc w:val="right"/>
      </w:pPr>
      <w:r>
        <w:t>अचानक बच्चे का जब father वह आया तो उसने इतना बुरी तरह उसको रोते हुए देखा वह हिचकी ले लेकर डर की मारी रो ही जा रहा है. तो उसने अपनी wife को डांटा, तो उसने कहा कि मैं मामू कुछ भी कर सकती हूं. तो इतना बड़ा दर्जा उसने अपनी, अपने अपने को दिए हुए बैठी हुई थी वह. तो मुझे यही समझ में आया कि यह मामला हर इंसान का है.</w:t>
      </w:r>
    </w:p>
    <w:p>
      <w:r>
        <w:rPr>
          <w:b/>
        </w:rPr>
        <w:t xml:space="preserve">[41:19] </w:t>
      </w:r>
      <w:r>
        <w:t>apne ko bahut bada insaan, bahut bada apne ko banaye hue hain, bahut bada darja diye hue hain. bahut kuch samajh raha hai kabhi paise se, kabhi maal daura se, kabhi ohde se, kabhi kisi tarah se wah apne aap ko bahut kuch samajhta hai. lekin Allah rahim hai usko ghafat se hatana chahta hai, usko jhatke deta hai. magar wah yahi kehta hai ke main ek taiyar rakhne wala insaan hoon, main kuch bhi kar sakta hoon. yahi uska hamesha ansa rehta hai.</w:t>
      </w:r>
    </w:p>
    <w:p>
      <w:pPr>
        <w:jc w:val="right"/>
      </w:pPr>
      <w:r>
        <w:t>अपने को बहुत बड़ा इंसान, बहुत बड़ा अपने को बनाए हुए हैं, बहुत बड़ा दर्जा दिए हुए हैं. बहुत कुछ समझ रहा है कभी पैसे से, कभी माल दौरा से, कभी ओहदे से, कभी किसी तरह से वह अपने आप को बहुत कुछ समझता है. लेकिन अल्लाह रहीम है उसको गफ़रत से हटाना चाहता है, उसको छटके देता है. मगर वह यही कहता है कि मैं एक तैयार रखने वाला इंसान हूं, मैं कुछ भी कर सकता हूं. यही उसका हमेशा अंसा रहता है.</w:t>
      </w:r>
    </w:p>
    <w:p>
      <w:r>
        <w:rPr>
          <w:b/>
        </w:rPr>
        <w:t xml:space="preserve">[41:49] </w:t>
      </w:r>
      <w:r>
        <w:t>itna zyada ghafat ke hone ke bawajood, itna zyada confidence. maa jo apne bachche ke liye is tarah se kar sakti hai.</w:t>
      </w:r>
    </w:p>
    <w:p>
      <w:pPr>
        <w:jc w:val="right"/>
      </w:pPr>
      <w:r>
        <w:t>इतना ज़्यादा गफ़रत के होने के बावजूद, इतना ज़्यादा confidence. मां जो अपने बच्चे के लिए इस तरह से कर सकती है.</w:t>
      </w:r>
    </w:p>
    <w:p>
      <w:r>
        <w:rPr>
          <w:b/>
        </w:rPr>
        <w:t xml:space="preserve">[41:58] </w:t>
      </w:r>
      <w:r>
        <w:t>agar bachcha wahan se gire to to isse bhi bahut samajh mein aaya ke kitni ajeeb si distraction sabke saath zindagi mein hai. wah kisi cheez mein bhi khoye hue pade hain. unko kisi cheez se matlab nahin hai.</w:t>
      </w:r>
    </w:p>
    <w:p>
      <w:pPr>
        <w:jc w:val="right"/>
      </w:pPr>
      <w:r>
        <w:t>अगर बच्चा वहां से गिरे तो तो इससे भी बहुत समझ में आया कि कितनी अजीब सी distraction सबके साथ ज़िंदगी में है. वह किसी चीज़ में भी खोए हुए पड़े हैं. उनको किसी चीज़ से मतलब नहीं है.</w:t>
      </w:r>
    </w:p>
    <w:p>
      <w:r>
        <w:rPr>
          <w:b/>
        </w:rPr>
        <w:t xml:space="preserve">[42:24] </w:t>
      </w:r>
      <w:r>
        <w:t>to har aadmi yahi keh raha hai, kitni hafalat mein hai, apne aap ko bada samjha hua hai, main sab sambhal lunga aur jaise ne apne bete ko bachana chaha raha tha to unhone kaha meri mat phir na kariye. main upar pahad par chap jaunga. pahad unko bahut bada dikhai de raha tha, lekin bacha na paaye apne aap ko. to yahi aakhirat mein hamare saath bhi hone wala hai. hum apne aap ko bacha nahin paenge.</w:t>
      </w:r>
    </w:p>
    <w:p>
      <w:pPr>
        <w:jc w:val="right"/>
      </w:pPr>
      <w:r>
        <w:t>तो हर आदमी यही कह रहा है, कितनी हफ़लत में है, अपने आप को बड़ा समझा हुआ है, मैं सब संभाल लूंगा और जैसे ने अपने बेटे को बचाना चाह रहा था तो उन्होंने कहा मेरी मत फिर ना करिए. मैं ऊपर पहाड़ पर चप जाऊंगा. पहाड़ उनको बहुत बड़ा दिखाई दे रहा था, लेकिन बचा ना पाए अपने आप को. तो यही आख़िरत में हमारे साथ भी होने वाला है. हम अपने आप को बचा नहीं पाएंगे.</w:t>
      </w:r>
    </w:p>
    <w:p>
      <w:r>
        <w:rPr>
          <w:b/>
        </w:rPr>
        <w:t xml:space="preserve">[42:50] </w:t>
      </w:r>
      <w:r>
        <w:t>toh hidayat sab utar chuki hai insaan ko khud usko lena hai.</w:t>
      </w:r>
    </w:p>
    <w:p>
      <w:pPr>
        <w:jc w:val="right"/>
      </w:pPr>
      <w:r>
        <w:t>तो हिदायत सब उतर चुकी है इंसान को ख़ुद उसको लेना है.</w:t>
      </w:r>
    </w:p>
    <w:p>
      <w:r>
        <w:rPr>
          <w:b/>
        </w:rPr>
        <w:t xml:space="preserve">[42:54] </w:t>
      </w:r>
      <w:r>
        <w:t>nahin liya toh khud hi bhugtna hai.</w:t>
      </w:r>
    </w:p>
    <w:p>
      <w:pPr>
        <w:jc w:val="right"/>
      </w:pPr>
      <w:r>
        <w:t>नहीं लिया तो ख़ुद ही भुगतना है.</w:t>
      </w:r>
    </w:p>
    <w:p>
      <w:r>
        <w:rPr>
          <w:b/>
        </w:rPr>
        <w:t xml:space="preserve">[42:59] </w:t>
      </w:r>
      <w:r>
        <w:t>aisa nahin hai ke behad si nahin toote gi, woh zaroor toote gi.</w:t>
      </w:r>
    </w:p>
    <w:p>
      <w:pPr>
        <w:jc w:val="right"/>
      </w:pPr>
      <w:r>
        <w:t>ऐसा नहीं है कि बेहद सी नहीं टूटेगी, वह ज़रूर टूटेगी.</w:t>
      </w:r>
    </w:p>
    <w:p>
      <w:r>
        <w:rPr>
          <w:b/>
        </w:rPr>
        <w:t xml:space="preserve">[43:04] </w:t>
      </w:r>
      <w:r>
        <w:t>magar masla yeh hai ke waqt par hi toot jaye.</w:t>
      </w:r>
    </w:p>
    <w:p>
      <w:pPr>
        <w:jc w:val="right"/>
      </w:pPr>
      <w:r>
        <w:t>मगर मसला यह है कि वक़्त पर ही टूट जाए.</w:t>
      </w:r>
    </w:p>
    <w:p>
      <w:r>
        <w:rPr>
          <w:b/>
        </w:rPr>
        <w:t xml:space="preserve">[43:09] </w:t>
      </w:r>
      <w:r>
        <w:t>toh behtar hai.</w:t>
      </w:r>
    </w:p>
    <w:p>
      <w:pPr>
        <w:jc w:val="right"/>
      </w:pPr>
      <w:r>
        <w:t>तो बेहतर है.</w:t>
      </w:r>
    </w:p>
    <w:p>
      <w:r>
        <w:rPr>
          <w:b/>
        </w:rPr>
        <w:t xml:space="preserve">[43:14] </w:t>
      </w:r>
      <w:r>
        <w:t>yahi meri learning thi yeh shabeena.</w:t>
      </w:r>
    </w:p>
    <w:p>
      <w:pPr>
        <w:jc w:val="right"/>
      </w:pPr>
      <w:r>
        <w:t>यही मेरी learning थी यह शभीना.</w:t>
      </w:r>
    </w:p>
    <w:p>
      <w:r>
        <w:rPr>
          <w:b/>
        </w:rPr>
        <w:t xml:space="preserve">[43:19] </w:t>
      </w:r>
      <w:r>
        <w:t>are agar kisi ko kuch aur nahi kehna hai to phir dua kar lein.</w:t>
      </w:r>
    </w:p>
    <w:p>
      <w:pPr>
        <w:jc w:val="right"/>
      </w:pPr>
      <w:r>
        <w:t>अरे अगर किसी को कुछ और नहीं कहना है तो फिर दुआ कर लें.</w:t>
      </w:r>
    </w:p>
    <w:p>
      <w:r>
        <w:rPr>
          <w:b/>
        </w:rPr>
        <w:t xml:space="preserve">[43:24] </w:t>
      </w:r>
      <w:r>
        <w:t>Ok, papa. Mujhe jo paanch last paanch points jo mujhe is poore verses aur discussion se jo mujhe samajh mein aaya, I think very ok. I think before I say I think I should call raaziya. Please raaziya aap apni learning share karein. Aap main ek point tab tak keh deti hoon jab tak roziya ka mic unmode ho raha hai, unmode ho raha hai.</w:t>
      </w:r>
    </w:p>
    <w:p>
      <w:pPr>
        <w:jc w:val="right"/>
      </w:pPr>
      <w:r>
        <w:t>Ok, papa. मुझे जो पांच last पांच points जो मुझे इस पूरे verses और discussion से जो मुझे समझ में आया, I think very ok. I think before I say I think I should call राज़िया. Please राज़िया आप अपनी learning share करें. आप मैं एक point तब तक कह देती हूं जब तक रोज़िया का mic unmode हो रहा है, unmode हो रहा है.</w:t>
      </w:r>
    </w:p>
    <w:p>
      <w:r>
        <w:rPr>
          <w:b/>
        </w:rPr>
        <w:t xml:space="preserve">[43:52] </w:t>
      </w:r>
      <w:r>
        <w:t>Kya main bol sakti hoon shabina? Ji boliye. Haan, main main yeh bhi kehna chaah rahi thi ki humein yahan par yeh bhi focus karna chahiye ki yeh zindagi ke utaar chadhaav hote hain aur yeh har ek ke saath hote hain. Yeh momin ke saath bhi hote hain aur ghair momin ke saath bhi hote hain. Magar ghair momin har baar apne utaar chadhaav se kuch learning lekar aur Khuda se furqat badhakar nikalta hai.</w:t>
      </w:r>
    </w:p>
    <w:p>
      <w:pPr>
        <w:jc w:val="right"/>
      </w:pPr>
      <w:r>
        <w:t>क्या मैं बोल सकती हूं श्रबिना? जी बोलिए. हां, मैं मैं यह भी कहना चाह रही थी कि हमें यहां पर यह भी focus करना चाहिए कि यह ज़िंदगी के उतार चढ़ाव होते हैं और यह हर एक के साथ होते हैं. यह मौमिन के साथ भी होते हैं और गैर मौमिन के साथ भी होते हैं. मगर गैर मौमिन हर बार अपने उतार चढ़ाव से कुछ learning लेकर और खुदा से फुर्बत बढ़ाकर निकलता है.</w:t>
      </w:r>
    </w:p>
    <w:p>
      <w:r>
        <w:rPr>
          <w:b/>
        </w:rPr>
        <w:t xml:space="preserve">[44:19] </w:t>
      </w:r>
      <w:r>
        <w:t>lekin ghair momin usi tarah nikal aata hai jaisa woh tha woh waisa ka waisa hi reh jata hai.</w:t>
      </w:r>
    </w:p>
    <w:p>
      <w:pPr>
        <w:jc w:val="right"/>
      </w:pPr>
      <w:r>
        <w:t>लेकिन गैर मोमीन उसी तरह निकल आता है जैसा वह था वह वैसा का वैसा ही रह जाता है.</w:t>
      </w:r>
    </w:p>
    <w:p>
      <w:r>
        <w:rPr>
          <w:b/>
        </w:rPr>
        <w:t xml:space="preserve">[44:27] </w:t>
      </w:r>
      <w:r>
        <w:t>to main yeh point bhi raise karna chahti hoon ke yeh allah taala ki koi sthadishya magar us mein</w:t>
      </w:r>
    </w:p>
    <w:p>
      <w:pPr>
        <w:jc w:val="right"/>
      </w:pPr>
      <w:r>
        <w:t>तो मैं यह point भी raise करना चाहती हूं कि यह अल्लाह तालाह की कोई स्थादिष्य मगर उसमें</w:t>
      </w:r>
    </w:p>
    <w:p>
      <w:r>
        <w:rPr>
          <w:b/>
        </w:rPr>
        <w:t xml:space="preserve">[44:36] </w:t>
      </w:r>
      <w:r>
        <w:t>hi hum apna faida agar nikal paate hain to hum reward pa sakte hain aur jab hum kuch</w:t>
      </w:r>
    </w:p>
    <w:p>
      <w:pPr>
        <w:jc w:val="right"/>
      </w:pPr>
      <w:r>
        <w:t>ही हम अपना फ़ायदा अगर निकाल पाते हैं तो हम reward पा सकते हैं और जब हम कुछ</w:t>
      </w:r>
    </w:p>
    <w:p>
      <w:r>
        <w:rPr>
          <w:b/>
        </w:rPr>
        <w:t xml:space="preserve">[44:44] </w:t>
      </w:r>
      <w:r>
        <w:t>nahi hasil karte to phir hum bohat badi sazaar ho paate hain.</w:t>
      </w:r>
    </w:p>
    <w:p>
      <w:pPr>
        <w:jc w:val="right"/>
      </w:pPr>
      <w:r>
        <w:t>नहीं हासिल करते तो फिर हम बहुत बड़ी सज़ार हो पाते हैं.</w:t>
      </w:r>
    </w:p>
    <w:p>
      <w:r>
        <w:rPr>
          <w:b/>
        </w:rPr>
        <w:t xml:space="preserve">[44:53] </w:t>
      </w:r>
      <w:r>
        <w:t>Toh ki Allah par exam na hum samjhenge. Yeh bhi ismein kahin na kahin na na sake. Ji, aap rajya khilaam likho. Ji rushiya, boliye. Ji. Aap yeh toh humein pata chal hi raha hai isse ki jo zindagi mein pareshaniyan aati hain, woh insaan ko jhakjhor karne ke liye, usko introspection karne ke liye aati hain.</w:t>
      </w:r>
    </w:p>
    <w:p>
      <w:pPr>
        <w:jc w:val="right"/>
      </w:pPr>
      <w:r>
        <w:t>तो कि अल्लाह पर exam ना हम समझेंगे. यह भी इसमें कहीं ना कहीं ना ना सके. जी, आप राज्या खिलाम लिखो. जी रशिया, बोलिए. जी. आप यह तो हमें पता चल ही रहा है इससे कि जो ज़िंदगी में परेशानियां आती हैं, वह इंसान को झकझोर करने के लिए, उसको introspection करने के लिए आती हैं.</w:t>
      </w:r>
    </w:p>
    <w:p>
      <w:r>
        <w:rPr>
          <w:b/>
        </w:rPr>
        <w:t xml:space="preserve">[45:19] </w:t>
      </w:r>
      <w:r>
        <w:t>Yeh toh ek point toh yahi hai ki humein apna introspection karna chahiye, lekin jab kabhi hum pareshan haalat haalat mein hote hain toh us waqt humein doosron se comparison bhi nahi karna chahiye.</w:t>
      </w:r>
    </w:p>
    <w:p>
      <w:pPr>
        <w:jc w:val="right"/>
      </w:pPr>
      <w:r>
        <w:t>यह तो एक point तो यही है कि हमें अपना introspection करना चाहिए, लेकिन जब कभी हम परेशान हालत हालत में होते हैं तो उस वक्त हमें दूसरों से comparison भी नहीं करना चाहिए.</w:t>
      </w:r>
    </w:p>
    <w:p>
      <w:r>
        <w:rPr>
          <w:b/>
        </w:rPr>
        <w:t xml:space="preserve">[45:31] </w:t>
      </w:r>
      <w:r>
        <w:t>Ek point yeh bhi nikalta hai ki jab doosron ke haalaat achhe chal rahe hote hain toh log kai baar woh hasad karne lagte hain aur Allah se mayoos ho jaate hain aur shikayatein karne lagte hain ki humare haalaat dekho hum itne jo hai buri baaton se bachte bhi hain aur uske bawajood bhi dekho woh log kitna jo hai ulta seedha kaam bhi karte hain uske bawajood.</w:t>
      </w:r>
    </w:p>
    <w:p>
      <w:pPr>
        <w:jc w:val="right"/>
      </w:pPr>
      <w:r>
        <w:t>एक point यह भी निकलता है कि जब दूसरों के हालात अच्छे चल रहे होते हैं तो लोग कई बार वह हसद करने लगते हैं और अल्लाह से मायूस हो जाते हैं और शिकायतें करने लगते हैं कि हमारे हालात देखो हम इतने जो है बुरी बातों से बचते भी हैं और उसके बावजूद भी देखो वो लोग कितना जो है उल्टा सीधे काम भी करते हैं उसके बावजूद.</w:t>
      </w:r>
    </w:p>
    <w:p>
      <w:r>
        <w:rPr>
          <w:b/>
        </w:rPr>
        <w:t xml:space="preserve">[45:59] </w:t>
      </w:r>
      <w:r>
        <w:t>Matlab jaise non muslims ki life se apni life ko bhi compare karne lagte hain. Toh woh bhi nahi karna chahiye. Matlab na toh comparison karna chahiye aur na hi humein doosron se jo hai doosron ki zindagi ko dekhkar apne apna jo hai us waqt jaisa kehte hain na ki apne zameer ko zinda rakhna chahiye. Doosra yeh ki introspection karna chahiye apna ki humare saath agar pareshani aayi hai toh humko ek baar rukkar sochna chahiye ki humse koi galti toh nahi ho gayi hai.</w:t>
      </w:r>
    </w:p>
    <w:p>
      <w:pPr>
        <w:jc w:val="right"/>
      </w:pPr>
      <w:r>
        <w:t>मतलब जैसे non मुस्लिमs की life से अपनी life को भी compare करने लगते हैं. तो वह भी नहीं करना चाहिए. मतलब ना तो comparison करना चाहिए और ना ही हमें दूसरों से जो है दूसरों की ज़िंदगी को देखकर अपने अपना जो है उस वक्त जैसा कहते हैं ना कि अपने ज़मीर को ज़िंदा रखना चाहिए. दूसरा यह कि introspection करना चाहिए अपना कि हमारे साथ अगर परेशानी आई है तो हमको एक बार रुककर सोचना चाहिए कि हमसे कोई गलती तो नहीं हो गई है.</w:t>
      </w:r>
    </w:p>
    <w:p>
      <w:r>
        <w:rPr>
          <w:b/>
        </w:rPr>
        <w:t xml:space="preserve">[46:26] </w:t>
      </w:r>
      <w:r>
        <w:t>Humko phir se palatna chahiye aur Allah se maafi woh karte hue apne ko phir se Islam par laane ki koshish karni chahiye. Doosra yahi hai bas do hi mujhe toh yahi samajh mein aa raha hai ki comparison bhi nahi karna chahiye kisi se kyunki kisi ke life mein jaise ki doosre partners ne bataya hai ki kisi ki prosperity jo hai ho sakta hai us waqt Allah taala uski jo hai aazmaish le raha ho.</w:t>
      </w:r>
    </w:p>
    <w:p>
      <w:pPr>
        <w:jc w:val="right"/>
      </w:pPr>
      <w:r>
        <w:t>हमको फिर से पलटना चाहिए और अल्लाह से माफी वह करते हुए अपने को फिर से इस्लाम पर लाने की कोशिश करनी चाहिए. दूसरा यही है बस दो ही मुझे तो यही समझ में आ रहा है कि comparison भी नहीं करना चाहिए किसी से क्योंकि किसी के life में जैसे कि दूसरे partners ने बताया है कि किसी की prosperity जो है हो सकता है उस वक्त अल्लाह तालाह उसकी जो है आज़माइश ले रहा हो.</w:t>
      </w:r>
    </w:p>
    <w:p>
      <w:r>
        <w:rPr>
          <w:b/>
        </w:rPr>
        <w:t xml:space="preserve">[46:53] </w:t>
      </w:r>
      <w:r>
        <w:t>Toh prosperity bhi aazmaish ho sakti hai aur hardships bhi aazmaish ho sakti hain. Dono hi cases mein humein apne aap ko jo hai apni sensitivity ko zinda rakhna chahiye aur uske jo bhi jo sahi hai bas wahi usi par amal karna chahiye. Yahi samajh mein aa raha hai. Ji raziya thank you for sharing your learning. Aapne jaise bataya prosperity aur hardship dono hi Allah ki aazmaish hai.</w:t>
      </w:r>
    </w:p>
    <w:p>
      <w:pPr>
        <w:jc w:val="right"/>
      </w:pPr>
      <w:r>
        <w:t>तो prosperity भी आज़माइश हो सकती है और hardships भी आज़माइश हो सकती हैं. दोनों ही cases में हमें अपने आपको जो है अपनी sensitivity को ज़िंदा रखना चाहिए और उसके जो भी जो सही है बस वही उसी पर अमल करना चाहिए. यही समझ में आ रहा है. जी रजिया thank you for sharing your learning. आपने जैसे बताया prosperity और hardship दोनों ही अल्लाह की आज़माइश है.</w:t>
      </w:r>
    </w:p>
    <w:p>
      <w:r>
        <w:rPr>
          <w:b/>
        </w:rPr>
        <w:t xml:space="preserve">[47:22] </w:t>
      </w:r>
      <w:r>
        <w:t>Isko dono hi, dono hi situation mein humein alert rehna chahiye. Jab prosperity hoti hai toh Allah humein aazmata hai ki hum kitna shukrguzaar hain unke aur jab humare saath hardship hoti hai toh humein yeh humein aazmata hai ki hum kitna sabr kar rahe hain aise haalat mein. Toh dono hi position Allah ki taraf se hai aur dono hi aazmaish ka woh fold hai.</w:t>
      </w:r>
    </w:p>
    <w:p>
      <w:pPr>
        <w:jc w:val="right"/>
      </w:pPr>
      <w:r>
        <w:t>इसको दोनों ही, दोनों ही situation में हमें alert रहना चाहिए. जब prosperity होती है तो अल्लाह हमें आज़माता है कि हम कितना शुक्रगुज़ार हैं उनके और जब हमारे साथ hardship होती है तो हमें यह हमें आज़माता है कि हम कितना सब्र कर रहे हैं ऐसे हालत में. तो दोनों ही position अल्लाह की तरफ़ से है और दोनों ही आज़माइश का वह fold है.</w:t>
      </w:r>
    </w:p>
    <w:p>
      <w:r>
        <w:rPr>
          <w:b/>
        </w:rPr>
        <w:t xml:space="preserve">[47:47] </w:t>
      </w:r>
      <w:r>
        <w:t>Toh mere jo paanch key learning lessons from this verse and the discussion is the first one, hardships are a chance to turn to Allah. This is the first point. Hardships are a chance to turn to Allah. The second point, worldly success is not a sign of divine favor. We should not understand that God is favoring us just because he has blessed us with all the abilities of life.</w:t>
      </w:r>
    </w:p>
    <w:p>
      <w:pPr>
        <w:jc w:val="right"/>
      </w:pPr>
      <w:r>
        <w:t>तो मेरे जो पांच key learning lessons from this verse and the discussion is the first one, hardships are a chance to turn to Allah. This is the first point. Hardships are a chance to turn to Allah. The second point, worldly success is not a sign of divine favor. We should not understand that God is favoring us just because he has blessed us with all the abilities of life.</w:t>
      </w:r>
    </w:p>
    <w:p>
      <w:r>
        <w:rPr>
          <w:b/>
        </w:rPr>
        <w:t xml:space="preserve">[48:17] </w:t>
      </w:r>
      <w:r>
        <w:t>The third point, Satan always misleads people by making sense seem right. Saturn yeh dikhata hai humein ki humari galtiyon ko, humari gunaahon ko, woh dikhata hai ki tum sahi par ho. Woh aisi shakal humare saamne pesh karta aur hum woh galti kar baithte hain. The fourth point, Allah's punishment can come suddenly.</w:t>
      </w:r>
    </w:p>
    <w:p>
      <w:pPr>
        <w:jc w:val="right"/>
      </w:pPr>
      <w:r>
        <w:t>The third point, Satan always misleads people by making sense seem right. Saturn यह दिखाता है हमें कि हमारी ग़लतियों को, हमारी गुनाओं को, वह दिखाता है कि तुम सही पर हो. वह ऐसी शक्ल हमारे सामने पेश करता और हम वह ग़लती कर बैठते हैं. The fourth point, अल्लाह's punishment can come suddenly.</w:t>
      </w:r>
    </w:p>
    <w:p>
      <w:r>
        <w:rPr>
          <w:b/>
        </w:rPr>
        <w:t xml:space="preserve">[48:45] </w:t>
      </w:r>
      <w:r>
        <w:t>It is always when we are prosper, we don't think of God, But we can always see, we can always understand that anytime punishment can come. Jaise ki mujhe yaad hai, meri saath hamesha yeh bola karti thi ki shabina kaun si ghadi kaisi chali aa rahi hai? Yeh bahut mushkil hai samajhna. Isliye har waqt Allah ko is stamne sizde mein gira raha karo.</w:t>
      </w:r>
    </w:p>
    <w:p>
      <w:pPr>
        <w:jc w:val="right"/>
      </w:pPr>
      <w:r>
        <w:t>It is always when we are prosper, we don't think of God, But we can always see, we can always understand that anytime punishment can come. जैसे कि मुझे याद है, मेरी साथ हमेशा यह बोला करती थी कि शपीना कौन सी घड़ी कैसी चली आ रही है? यह बहुत मुश्किल है समझना. इसलिए हर वक्त अल्लाह को इस स्तामने सिज़्दे में गिरा रहा करो.</w:t>
      </w:r>
    </w:p>
    <w:p>
      <w:r>
        <w:rPr>
          <w:b/>
        </w:rPr>
        <w:t xml:space="preserve">[49:10] </w:t>
      </w:r>
      <w:r>
        <w:t>I remember this very very often she used to say to me, you always bore down to god. You don't know what the times, very next lama, what would be? You just don't know. So we should always be humble and kind and pray to Allah. The fifth and the last point is true power - whether it's a success or whether it's a failure. In success, we always rejoice, and in failure, we become saddened.</w:t>
      </w:r>
    </w:p>
    <w:p>
      <w:pPr>
        <w:jc w:val="right"/>
      </w:pPr>
      <w:r>
        <w:t>I remember this very very often she used to say to me, you always bore down to god. You don't know what the times, very next lama, what would be? You just don't know. So we should always be humble and kind and pray to Allah. The fifth and the last point is true power - whether it's a success or whether it's a failure. In success, we always rejoice, and in failure, we become saddened.</w:t>
      </w:r>
    </w:p>
    <w:p>
      <w:r>
        <w:rPr>
          <w:b/>
        </w:rPr>
        <w:t xml:space="preserve">[49:38] </w:t>
      </w:r>
      <w:r>
        <w:t>So, we have to understand that the true power belongs only to Allah. Both sadness and, failure, success, and happiness all comes from Allah. So I would request Femida Apa to pray and end this session. Haan shabina tumne sab poora saara summarize kar diya. Mujhe bas do cheez aur kehna tha yeh jaise doctor safeena ne kaha toh yeh puraan mein hai yeh kabad ki duniya hai.</w:t>
      </w:r>
    </w:p>
    <w:p>
      <w:pPr>
        <w:jc w:val="right"/>
      </w:pPr>
      <w:r>
        <w:t>So, we have to understand that the true power belongs only to Allah. Both sadness and, failure, success, and happiness all comes from Allah. So I would request Femida Apa to pray and end this session. हां शमिना तुमने सब पूरा सारा summarize कर दिया. मुझे बस दो चीज़ और कहना था यह जैसे doctor सफ़ीना ने कहा तो यह पुरान में है यह कबद की दुनिया है.</w:t>
      </w:r>
    </w:p>
    <w:p>
      <w:r>
        <w:rPr>
          <w:b/>
        </w:rPr>
        <w:t xml:space="preserve">[50:07] </w:t>
      </w:r>
      <w:r>
        <w:t>mulana insano ko us mein dala hua hai mushkil mein.</w:t>
      </w:r>
    </w:p>
    <w:p>
      <w:pPr>
        <w:jc w:val="right"/>
      </w:pPr>
      <w:r>
        <w:t>मुलाना इंसानों को उसमें डाला हुआ है मुश्किल में.</w:t>
      </w:r>
    </w:p>
    <w:p>
      <w:r>
        <w:rPr>
          <w:b/>
        </w:rPr>
        <w:t xml:space="preserve">[50:18] </w:t>
      </w:r>
      <w:r>
        <w:t>aayu balaislam ke wakai se humko bata diya gaya hai ke shukr kya hota hai?</w:t>
      </w:r>
    </w:p>
    <w:p>
      <w:pPr>
        <w:jc w:val="right"/>
      </w:pPr>
      <w:r>
        <w:t>आयु बैलेस्लाम के वाकई से हमको बता दिया गया है कि शुक्र क्या होता है?</w:t>
      </w:r>
    </w:p>
    <w:p>
      <w:r>
        <w:rPr>
          <w:b/>
        </w:rPr>
        <w:t xml:space="preserve">[50:29] </w:t>
      </w:r>
      <w:r>
        <w:t>jo aadmi galat matlab is soch mein chala jaye ke woh kisi ke paas zyada hamare paas kam</w:t>
      </w:r>
    </w:p>
    <w:p>
      <w:pPr>
        <w:jc w:val="right"/>
      </w:pPr>
      <w:r>
        <w:t>जो आदमी ग़लत मतलब इस सोच में चला जाए कि वह किसी के पास ज़्यादा हमारे पास कम</w:t>
      </w:r>
    </w:p>
    <w:p>
      <w:r>
        <w:rPr>
          <w:b/>
        </w:rPr>
        <w:t xml:space="preserve">[50:40] </w:t>
      </w:r>
      <w:r>
        <w:t>hai to is tarah ki cheez hai.</w:t>
      </w:r>
    </w:p>
    <w:p>
      <w:pPr>
        <w:jc w:val="right"/>
      </w:pPr>
      <w:r>
        <w:t>है तो इस तरह की चीज़ है.</w:t>
      </w:r>
    </w:p>
    <w:p>
      <w:r>
        <w:rPr>
          <w:b/>
        </w:rPr>
        <w:t xml:space="preserve">[50:51] </w:t>
      </w:r>
      <w:r>
        <w:t>Khatm ho gaya. Unke bachchon ya unke beemiyan sab yeh chhodkar chale gaye. Toh bhi woh usi tarah se shukr ada karte the.</w:t>
      </w:r>
    </w:p>
    <w:p>
      <w:pPr>
        <w:jc w:val="right"/>
      </w:pPr>
      <w:r>
        <w:t>ख़त्म हो गया. उनके बच्चों या उनके बीमियां सब यह छोड़कर चले गए. तो भी वह उसी तरह से शुक्र अदा करते थे.</w:t>
      </w:r>
    </w:p>
    <w:p>
      <w:r>
        <w:rPr>
          <w:b/>
        </w:rPr>
        <w:t xml:space="preserve">[50:59] </w:t>
      </w:r>
      <w:r>
        <w:t>Kitna achha line Quran mein bhi uske liye aaya hai, aadmi aa raha hai sullah hai raymani rahen.</w:t>
      </w:r>
    </w:p>
    <w:p>
      <w:pPr>
        <w:jc w:val="right"/>
      </w:pPr>
      <w:r>
        <w:t>कितना अच्छा line कुरान में भी उसके लिए आया है, आदमी आ रहा है सुल्लाह है रायमानी रहें.</w:t>
      </w:r>
    </w:p>
    <w:p>
      <w:r>
        <w:rPr>
          <w:b/>
        </w:rPr>
        <w:t xml:space="preserve">[51:37] </w:t>
      </w:r>
      <w:r>
        <w:t>Allah humko aapne bahut qeemti zindagi di thi. Usne uski bahut katri ki hai. Bas tu apni nirmat se humko maaf karti hai. Haan ji. Ke aane se pehle humari aankhi saans tak aapka sahi pair hum doosron tak pahunchane wale bane aur apne liye hidayat ko paane wale bane. Isi raaste par rehne ki humein rahnumai de aur shaitan ke gande khayalaat se humein bacha lijiye. Haameen.</w:t>
      </w:r>
    </w:p>
    <w:p>
      <w:pPr>
        <w:jc w:val="right"/>
      </w:pPr>
      <w:r>
        <w:t>अल्लाह हमको आपने बहुत क़ीमती ज़िंदगी दी थी. उसने उसकी बहुत कतरी की है. बस तू अपनी निर्मत से हमको माफ़ करती है. हां जी. के आने से पहले हमारी आंखी सांस तक आपका सही पैरा हम दूसरों तक पहुंचाने वाले बने और अपने लिए हिदायत को पाने वाले बने. इसी रास्ते पर रहने की हमें रहनुमाई दिए और शैतान के गंदे ख़यालात से हमें बचा लीजिए. हामीन.</w:t>
      </w:r>
    </w:p>
    <w:p>
      <w:r>
        <w:rPr>
          <w:b/>
        </w:rPr>
        <w:t xml:space="preserve">[52:07] </w:t>
      </w:r>
      <w:r>
        <w:t>So now we come to the end of the session, a very beautiful and very enlightening session And, Inshallah, we meet next week and with the new verses of the Quran where we will reflect and share our learning. So we end this session with a lot of thankfulness for all the blessings that all god has given to us and bestowed in our life. Thank you so much. Assalamalikkul.</w:t>
      </w:r>
    </w:p>
    <w:p>
      <w:pPr>
        <w:jc w:val="right"/>
      </w:pPr>
      <w:r>
        <w:t>So now we come to the end of the session, a very beautiful and very enlightening session And, Inshallah, we meet next week and with the new verses of the Quran where we will reflect and share our learning. So we end this session with a lot of thankfulness for all the blessings that all god has given to us and bestowed in our life. Thank you so much. अस्सलामालिकुल.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