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Quran 16 62 CPS Women Weekly Discussion March 2, 2025</w:t>
      </w:r>
    </w:p>
    <w:p>
      <w:r>
        <w:t>https://www.youtube.com/watch?v=kccAAoPwbFA</w:t>
      </w:r>
    </w:p>
    <w:p>
      <w:r>
        <w:rPr>
          <w:b/>
        </w:rPr>
        <w:t xml:space="preserve">[00:00] </w:t>
      </w:r>
      <w:r>
        <w:t>I I welcome you all to this Zoom discussion session for Quran chapter 16 verse 62 and today is 03/02/2025.</w:t>
      </w:r>
    </w:p>
    <w:p>
      <w:pPr>
        <w:jc w:val="right"/>
      </w:pPr>
      <w:r>
        <w:t>I I welcome you all to this Zoom discussion session for Quran chapter 16 verse 62 and today is 03/02/2025.</w:t>
      </w:r>
    </w:p>
    <w:p>
      <w:r>
        <w:rPr>
          <w:b/>
        </w:rPr>
        <w:t xml:space="preserve">[00:27] </w:t>
      </w:r>
      <w:r>
        <w:t>I would like to invite Doctor safeena to continue with the meaning aur and taskir of the verse. Assalamulik. Surah Nahl ki 62 verse jo aaj hum discussion mein jaise shabina ne bataya, uska Urdu dar jama main padh rahi hoon jisme lahar maane rahi hoon aur woh Allah ke liye woh cheez thahrate hain jisko apne liye napasand karte hain aur unki zabaanein foot bayan karti hain ki unke liye bhalaai hai.</w:t>
      </w:r>
    </w:p>
    <w:p>
      <w:pPr>
        <w:jc w:val="right"/>
      </w:pPr>
      <w:r>
        <w:t>I would like to invite Doctor सफ़ीना to continue with the meaning और and तस्कीर of the verse. अस्सलामुलिक. सूर्य नाहल की 62 verse जो आज हम discussion में जैसे शविना ने बताया, उसका उर्दू दर जमा मैं पढ़ रही हूं जिसमें लहर माने रही हूं और वह अल्लाह के लिए वह चीज़ ठहराते हैं जिसको अपने लिए नापसंद करते हैं और उनकी ज़बानें फूट बयान करती हैं कि उनके लिए भलाई है.</w:t>
      </w:r>
    </w:p>
    <w:p>
      <w:r>
        <w:rPr>
          <w:b/>
        </w:rPr>
        <w:t xml:space="preserve">[00:57] </w:t>
      </w:r>
      <w:r>
        <w:t>Lazman unke liye dozakh hai aur woh zaroor usmein pahuncha diye jayen. Taskir, tafsir. Insani gumrahiyon ki bahut badi wajah Khuda ki khudai ka kamtar andaaza karna hai. Aksar galat akaayid isliye bane ki Khuda ko usse kam samajh liya gaya jaisa ki woh haki khatana hai.</w:t>
      </w:r>
    </w:p>
    <w:p>
      <w:pPr>
        <w:jc w:val="right"/>
      </w:pPr>
      <w:r>
        <w:t>लाज़मन उनके लिए दोज़क है और वह ज़रूर उसमें पहुंचा दिए जाएं. तस्कीर, तफ़सीर. इंसानी गुमराहियों की बहुत बड़ी वजह खुदा की खुदाई का कमतर अंदाज़ा करना है. अक्सर गलत अकायद इसलिए बने कि खुदा को उससे कम समझ लिया गया जैसा कि वह हकी खतन है.</w:t>
      </w:r>
    </w:p>
    <w:p>
      <w:r>
        <w:rPr>
          <w:b/>
        </w:rPr>
        <w:t xml:space="preserve">[01:25] </w:t>
      </w:r>
      <w:r>
        <w:t>Hatha ki logon ka haal yeh hai ki jo cheezein kamtar samajhkar woh khud apne liye pasand nahi karte, maslan betiyan ya apne mulk mein kisi ajnabi ki shirkat, usko bhi usko bhi woh kuda ke liye saabit karne lagte hain.</w:t>
      </w:r>
    </w:p>
    <w:p>
      <w:pPr>
        <w:jc w:val="right"/>
      </w:pPr>
      <w:r>
        <w:t>हाथा कि लोगों का हाल यह है कि जो चीज़ें कमतर समझकर वह खुद अपने लिए पसंद नहीं करते, मसलन बेटियां या अपने मुल्क में किसी अजनबी की शिरकत, उसको भी उसको भी वह कुदा के लिए साबित करने लगते हैं.</w:t>
      </w:r>
    </w:p>
    <w:p>
      <w:r>
        <w:rPr>
          <w:b/>
        </w:rPr>
        <w:t xml:space="preserve">[01:46] </w:t>
      </w:r>
      <w:r>
        <w:t>Kuda ki isi kamtar andaaze ka nateeja hai ki log Kuda par aqeedah rakhte hue jo cheez ek aam insaan ko bhi khush nahi kar sakti, uske mutaalik yeh akela bana liya jaata hai ki woh Khuda ko khush karte hain.</w:t>
      </w:r>
    </w:p>
    <w:p>
      <w:pPr>
        <w:jc w:val="right"/>
      </w:pPr>
      <w:r>
        <w:t>कुदा की इसी कमतर अंदाज़े का नतीजा है कि लोग कुदा पर अकीदा रखते हुए जो चीज़ एक आम इंसान को भी खुश नहीं कर सकती, उसके मुतालिक यह अकेला बना लिया जाता है कि वह खुदा को खुश करते हैं.</w:t>
      </w:r>
    </w:p>
    <w:p>
      <w:r>
        <w:rPr>
          <w:b/>
        </w:rPr>
        <w:t xml:space="preserve">[02:15] </w:t>
      </w:r>
      <w:r>
        <w:t>is kasam ki koi harkat, ghalti par sarkari ka izafa hai, jisko khuda kabhi maaf nahi kar sakta. yeh ayat pehanne ke baad jo cheez realize hui sabse zyada woh yeh thi ke waqai mein insaan ke andar jo kami hai woh marfat ki kami hai. jaisa Maulana sahab ne kaha ke bahut kamtar andaaza insaan khudaka karta hai.</w:t>
      </w:r>
    </w:p>
    <w:p>
      <w:pPr>
        <w:jc w:val="right"/>
      </w:pPr>
      <w:r>
        <w:t>इस कसम की कोई हरकत, ग़लती पर सरकारी का इज़ाफ़ा है, जिसको खुदा कभी माफ़ नहीं कर सकता. यह आयत पहनने के बाद जो चीज़ realize हुई सबसे ज़्यादा वह यह थी कि वाकई में इंसान के अंदर जो कमी है वह मार्फत की कमी है. जैसा मराना साहब ने कहा कि बहुत कमतर अंदाज़ा इंसान खुदाका करता है.</w:t>
      </w:r>
    </w:p>
    <w:p>
      <w:r>
        <w:rPr>
          <w:b/>
        </w:rPr>
        <w:t xml:space="preserve">[02:44] </w:t>
      </w:r>
      <w:r>
        <w:t>toh woh bahut hi ek alag hi ajeeb se mindset mein reh raha hai insaan aur pata nahi kya soche hue hain? woh apne hisab se ek line mujhe Maulana sahab kiya ja rahi hai ke woh case us cheez se sabse zyada darta hai jis se use darna nahi chahiye aur aur khuda se jisko use sabse zyada darna chahiye us se woh waive off rehta hai. woh line mujhe yaad nahi aa rahi exactly milegi toh.</w:t>
      </w:r>
    </w:p>
    <w:p>
      <w:pPr>
        <w:jc w:val="right"/>
      </w:pPr>
      <w:r>
        <w:t>तो वह बहुत ही एक अलग ही अजीब से mindset में रह रहा है इंसान और पता नहीं क्या सोचे हुए हैं? वह अपने हिसाब से एक line मुझे मुलाना साहब किया जा रही है कि वह case उस चीज़ से सबसे ज़्यादा डरता है जिससे उसे डरना नहीं चाहिए और और कदा से जिसको उसे सबसे ज़्यादा डरना चाहिए उससे वह waive off रहता है. वह line मुझे याद नहीं आ रही exactly मिलेगी तो.</w:t>
      </w:r>
    </w:p>
    <w:p>
      <w:r>
        <w:rPr>
          <w:b/>
        </w:rPr>
        <w:t xml:space="preserve">[03:10] </w:t>
      </w:r>
      <w:r>
        <w:t>toh maine isko ab ab jab socha aaya tha ko toh mujhe yeh samajh aaya ke hum khud jab kisi ke saath koi relationship hoti hai hamari, koi dosti ya koi bhi rishtadari hoti hai toh hum kisi ko kab pasand karte hain?</w:t>
      </w:r>
    </w:p>
    <w:p>
      <w:pPr>
        <w:jc w:val="right"/>
      </w:pPr>
      <w:r>
        <w:t>तो मैंने इसको अब अब जब सोचा आया था को तो मुझे यह समझ आया कि हम खुद जब किसी के साथ कोई relationship होती है हमारी, कोई दोस्ती या कोई भी रिश्तेदारी होती है तो हम किसी को कब पसंद करते हैं?</w:t>
      </w:r>
    </w:p>
    <w:p>
      <w:r>
        <w:rPr>
          <w:b/>
        </w:rPr>
        <w:t xml:space="preserve">[03:23] </w:t>
      </w:r>
      <w:r>
        <w:t>hum usko tabhi pasand karte hain woh jab woh insaan sincere ho hamare saath, dedicated ho, saccha ho rasmon ko apne woh samajh lega, ibadat samajh lega aur qabool kar lega.</w:t>
      </w:r>
    </w:p>
    <w:p>
      <w:pPr>
        <w:jc w:val="right"/>
      </w:pPr>
      <w:r>
        <w:t>हम उसको तभी पसंद करते हैं वह जब वह इंसान sincere हो हमारे साथ, dedicated हो, सच्चा हो रस्मों को अपने वह समझ लेगा, इबादत समझ लेगा और कोबूल कर लेगा.</w:t>
      </w:r>
    </w:p>
    <w:p>
      <w:r>
        <w:rPr>
          <w:b/>
        </w:rPr>
        <w:t xml:space="preserve">[03:50] </w:t>
      </w:r>
      <w:r>
        <w:t>yaani jo cheez hum khud apne liye nahi samajhte ke fake cheez hum pasand karenge. toh hum Allah taala ke liye hum kaise soch sakte ke woh pasand? pehli baat.</w:t>
      </w:r>
    </w:p>
    <w:p>
      <w:pPr>
        <w:jc w:val="right"/>
      </w:pPr>
      <w:r>
        <w:t>यानी जो चीज़ हम खुद अपने लिए नहीं समझते कि fake चीज़ हम पसंद करेंगे. तो हम अल्लाह तालाह के लिए हम कैसे सोच सकते कि वह पसंद? पहली बात.</w:t>
      </w:r>
    </w:p>
    <w:p>
      <w:r>
        <w:rPr>
          <w:b/>
        </w:rPr>
        <w:t xml:space="preserve">[04:00] </w:t>
      </w:r>
      <w:r>
        <w:t>doosri baat yeh main maine jab is baat par aur aur kiya to mujhe yeh laga ke jab</w:t>
      </w:r>
    </w:p>
    <w:p>
      <w:pPr>
        <w:jc w:val="right"/>
      </w:pPr>
      <w:r>
        <w:t>दूसरी बात यह मैं मैंने जब इस बात पर और और किया तो मुझे यह लगा कि जब</w:t>
      </w:r>
    </w:p>
    <w:p>
      <w:r>
        <w:rPr>
          <w:b/>
        </w:rPr>
        <w:t xml:space="preserve">[04:40] </w:t>
      </w:r>
      <w:r>
        <w:t>hum koi bhi galti hamari nahi hoti lekin koi hamein us jhoothe exam mein apni kamiyon ka ya uski kamiyon.</w:t>
      </w:r>
    </w:p>
    <w:p>
      <w:pPr>
        <w:jc w:val="right"/>
      </w:pPr>
      <w:r>
        <w:t>हम कोई भी गलती हमारी नहीं होती लेकिन कोई हमें उस झूठे exam में अपनी कमियों का या उसकी कमियों.</w:t>
      </w:r>
    </w:p>
    <w:p>
      <w:r>
        <w:rPr>
          <w:b/>
        </w:rPr>
        <w:t xml:space="preserve">[05:21] </w:t>
      </w:r>
      <w:r>
        <w:t>toh yeh bhi mujhe wahi isi ayat ke reference mein ek cheez lagi. hum aksar dekhte hain ke jab hum kisi ke upar zoom kar rahe hote hain toh hum usko yeh keh dete hain ke khuda hi aisa chahta tha. matlab hum humne kisi ko pareshani kari toh hum Allah ka naam lekar kar dete hain. jaise ke aajkal tashaddud dekhne ko milta hai ke musalman kar rahe hote hain kisi ke upar.</w:t>
      </w:r>
    </w:p>
    <w:p>
      <w:pPr>
        <w:jc w:val="right"/>
      </w:pPr>
      <w:r>
        <w:t>तो यह भी मुझे वही इसी आयत के reference में एक चीज़ लगी. हम अक्सर देखते हैं कि जब हम किसी के ऊपर zoom कर रहे होते हैं तो हम उसको यह कह देते हैं कि हुदा ही ऐसा चाहता था. मतलब हम हमने किसी को परेशानी करी तो हम अल्लाह का नाम लेकर कर देते हैं. जैसे कि आजकल तशद्दूत देखने को मिलता है कि मुसलमान कर रहे होते हैं किसी के ऊपर.</w:t>
      </w:r>
    </w:p>
    <w:p>
      <w:r>
        <w:rPr>
          <w:b/>
        </w:rPr>
        <w:t xml:space="preserve">[05:42] </w:t>
      </w:r>
      <w:r>
        <w:t>toh woh yahi yahi kehte hain ke woh jhoot pasand nahi karte hain aur khuda ke upar is tarah ke ilzamaton lagate rehte hain.</w:t>
      </w:r>
    </w:p>
    <w:p>
      <w:pPr>
        <w:jc w:val="right"/>
      </w:pPr>
      <w:r>
        <w:t>तो वह यही यही कहते हैं कि वह झूठ पसंद नहीं करते हैं और खुदा के ऊपर इस तरह के इलज़ामातों लगाते रहते हैं.</w:t>
      </w:r>
    </w:p>
    <w:p>
      <w:r>
        <w:rPr>
          <w:b/>
        </w:rPr>
        <w:t xml:space="preserve">[06:02] </w:t>
      </w:r>
      <w:r>
        <w:t>to mujhe is mein yahi baat samajh mein aa rahi hai basically aur jaise ke hum sab humne padha</w:t>
      </w:r>
    </w:p>
    <w:p>
      <w:pPr>
        <w:jc w:val="right"/>
      </w:pPr>
      <w:r>
        <w:t>तो मुझे इसमें यही बात समझ में आ रही है basically और जैसे कि हम सब हमने पढ़ा</w:t>
      </w:r>
    </w:p>
    <w:p>
      <w:r>
        <w:rPr>
          <w:b/>
        </w:rPr>
        <w:t xml:space="preserve">[06:14] </w:t>
      </w:r>
      <w:r>
        <w:t>hai ke to yeh basic baat yahi hai naap mein kami lena matlab jo aapko pasand hai apne</w:t>
      </w:r>
    </w:p>
    <w:p>
      <w:pPr>
        <w:jc w:val="right"/>
      </w:pPr>
      <w:r>
        <w:t>है कि तो यह basic बात यही है नाप में कमी लेना मतलब जो आपको पसंद है अपने</w:t>
      </w:r>
    </w:p>
    <w:p>
      <w:r>
        <w:rPr>
          <w:b/>
        </w:rPr>
        <w:t xml:space="preserve">[06:26] </w:t>
      </w:r>
      <w:r>
        <w:t>liye to rakh liya lekin doosre ko dene mein aapke aapne us mein sau tarike ke bahani laga di.</w:t>
      </w:r>
    </w:p>
    <w:p>
      <w:pPr>
        <w:jc w:val="right"/>
      </w:pPr>
      <w:r>
        <w:t>लिए तो रख लिया लेकिन दूसरे को देने में आपके आपने उसमें सौ तरीके के बहानी लगा दी.</w:t>
      </w:r>
    </w:p>
    <w:p>
      <w:r>
        <w:rPr>
          <w:b/>
        </w:rPr>
        <w:t xml:space="preserve">[06:38] </w:t>
      </w:r>
      <w:r>
        <w:t>toh hum khuda ko bhi jo hamein apni poori door se aur poore dil se yeh baatein pesh karni chahiye. jis tarah se hamein Allah ke saamne submit ho jana chahiye. hum woh na karke hum uske saamne is tarah ki jhoothi jhoothi baatein banakar usko dikhaye ya usko qataar ka ibadat ka naam dein, toh hum kaise samajh sakte hain ke taala usko pasand hai. taala bebilkul Maulana sahab ne sahi kaha yeh taala ke befoofi se hamare dil mein karenge.</w:t>
      </w:r>
    </w:p>
    <w:p>
      <w:pPr>
        <w:jc w:val="right"/>
      </w:pPr>
      <w:r>
        <w:t>तो हम ख़ुदा को भी जो हमें अपनी पूरी दूर से और पूरे दिल से यह बातें पेश करनी चाहिए. जिस तरह से हमें अल्लाह के सामने submit हो जाना चाहिए. हम वह ना करके हम उसके सामने इस तरह की झूठी झूठी बातें बनाकर उसको दिखाए या उसको कुतार का अयबादत का नाम दें, तो हम कैसे समझ सकते हैं कि लाताला उसे पसंद है. लाताला बेबिल्कुल मलाना साहब ने सही कहा यह लाताला कि बेफौफी से हमारे दिल में करेंगे.</w:t>
      </w:r>
    </w:p>
    <w:p>
      <w:r>
        <w:rPr>
          <w:b/>
        </w:rPr>
        <w:t xml:space="preserve">[07:05] </w:t>
      </w:r>
      <w:r>
        <w:t>phir befoof hai, isi liye hum is tarah ki cheezein apni arrogance seekhayenge. mazeed aap log jo bolenge tab main samajh paungi shreena karke batata hoon. mujhe aapko laga hai shreena for this learning as well as the of this verse. Maimoona please aap apni learning share karein. Assalluhullikum. meri awaaz aa rahi hai? ji aa rahi</w:t>
      </w:r>
    </w:p>
    <w:p>
      <w:pPr>
        <w:jc w:val="right"/>
      </w:pPr>
      <w:r>
        <w:t>फिर बेफौफ है, इसीलिए हम इस तरह की चीज़ें अपनी arrogance सीखाएंगे. मज़ीद आप लोग जो बोलेंगे तब मैं समझ पाऊंगी श्रीना करके बताता हूं. मुझे आपको लगा है श्रीना for this learning as well as the of this verse. मैमूना please आप अपनी learning share करें. अस्लाहुल्लीकुम. मेरी आवाज़ आ रही है? जी आ रही</w:t>
      </w:r>
    </w:p>
    <w:p>
      <w:r>
        <w:rPr>
          <w:b/>
        </w:rPr>
        <w:t xml:space="preserve">[07:31] </w:t>
      </w:r>
      <w:r>
        <w:t>ji, aapka mujhe yeh ayat jab main padhi toh mujhe samajh nahi aaya. main baar baar isko padhne lagi aur kuch iska background maine study ki. toh meri kuch learning bani. jaise ke aapne jo kaha jo mushkil makkah ki yahan par jis badtareen jurm ko bayan kiya gaya hai ke woh Allah ke saath gheron ko shareek banate hain aur farishton ko Allah ki betiyan batate hain.</w:t>
      </w:r>
    </w:p>
    <w:p>
      <w:pPr>
        <w:jc w:val="right"/>
      </w:pPr>
      <w:r>
        <w:t>जी, आपका मुझे यह आयात जब मैं पढ़ी तो मुझे समझ नहीं आया. मैं बार बार इसको पढ़ने लगी और कुछ इसका background मैंने study की. तो मेरी कुछ learning बनी. जैसे कि आपने जो कहा जो मुश्किल मक्का की यहां पर जिस बदतरीन जुर्म को बयान किया गया है कि वह अल्लाह के साथ गहरों को शरीक बनाते हैं और फरिश्तों को अल्लाह की बेटियां बताते हैं.</w:t>
      </w:r>
    </w:p>
    <w:p>
      <w:r>
        <w:rPr>
          <w:b/>
        </w:rPr>
        <w:t xml:space="preserve">[07:59] </w:t>
      </w:r>
      <w:r>
        <w:t>toh Allah taala yahan keh rahe hain ke kuton woh gawara nahi karte ke koi jaan in koi inke maal ya jaydad ya milk milkiyat mein inka shareek ban jaye aur Allah ke liye gheron ko shareek banate hain aur jin ladkiyon ki nisbat apni taraf karna apne liye mayub samajhte hain inhi ki nisbat Allah ki taraf karte hain aur woh farishton ko Allah ki betiyan batate hain.</w:t>
      </w:r>
    </w:p>
    <w:p>
      <w:pPr>
        <w:jc w:val="right"/>
      </w:pPr>
      <w:r>
        <w:t>तो अल्लाह तालाह यहां कह रहे हैं कि कुत्तों वह गंवारा नहीं करते कि कोई जान इन कोई इनके माल या जायदात या मिल्क मिलकियत में इनका शरीक वन जाए और अल्लाह के लिए गैरों को शरीक बनाते हैं और जिन लड़कियों की निज़बत अपनी तरफ करना अपने लिए मायूब समझते हैं इन्हीं की निज़बत अल्लाह की तरफ करते हैं और वह फरिश्तों को अल्लाह की बेटियां बताते हैं.</w:t>
      </w:r>
    </w:p>
    <w:p>
      <w:r>
        <w:rPr>
          <w:b/>
        </w:rPr>
        <w:t xml:space="preserve">[08:27] </w:t>
      </w:r>
      <w:r>
        <w:t>is harkat ke baad bhi yeh woh kehte hain ke inke liye bhalai hai. maslan qayamat aayengi toh hamara anjaam accha hi hoga woh kehte hain. toh is tarah ki jo bhalai woh expect kar rahe hain Allah se in tamam badamaliyon ke bawajood bhi.</w:t>
      </w:r>
    </w:p>
    <w:p>
      <w:pPr>
        <w:jc w:val="right"/>
      </w:pPr>
      <w:r>
        <w:t>इस हरकत के बाद भी यह वह कहते हैं कि इनके लिए भलाई है. मसलन ख्यामत आएंगी तो हमारा अंजाम अच्छा ही होगा वह कहते हैं. तो इस तरह की जो भलाई वह expect कर रहे हैं अल्लाह से इन तमाम बदामालियों के बावजूद भी.</w:t>
      </w:r>
    </w:p>
    <w:p>
      <w:r>
        <w:rPr>
          <w:b/>
        </w:rPr>
        <w:t xml:space="preserve">[08:45] </w:t>
      </w:r>
      <w:r>
        <w:t>doosri taraf Quran mein surah fusilat mein bayan kiya gaya hai inhi ke alfaz ke agar main apne rab ki taraf laut diya gaya toh yaqeenan mujhe iski janib se accha anjaam milega.</w:t>
      </w:r>
    </w:p>
    <w:p>
      <w:pPr>
        <w:jc w:val="right"/>
      </w:pPr>
      <w:r>
        <w:t>दूसरी तरफ़ कुरान में सूर्य फ़ुसीलत में बयान किया गया है इन्हीं के अलफ़ास कि अगर मैं अपने रब की तरफ़ लौटा दिया गया तो यकीनन मुझे इसकी जानीब से अच्छा अंजाम मिलेगा.</w:t>
      </w:r>
    </w:p>
    <w:p>
      <w:r>
        <w:rPr>
          <w:b/>
        </w:rPr>
        <w:t xml:space="preserve">[08:58] </w:t>
      </w:r>
      <w:r>
        <w:t>isi ise doosri ayat aur hai ke yaani main nahi samajhta ke qayamat aayengi aur mujhe apne rab ke paas jana hi pada toh is se bhi behtar anjaam mujhe milega yaani is duniya se bhi behtar anjaam mujhe milega. woh expect kar rahe hain Allah se. is tarah ki bhalai woh Allah se expect kar rahe hain.</w:t>
      </w:r>
    </w:p>
    <w:p>
      <w:pPr>
        <w:jc w:val="right"/>
      </w:pPr>
      <w:r>
        <w:t>इसी इसे दूसरी आयात और है कि यानी मैं नहीं समझता कि क़ीमत आएंगी और मुझे अपने रब के पास जाना ही पड़ा तो इससे भी बेहतर अंजाब मुझे मिलेगा यानी इस दुनिया से भी बेहतर अंजाब मुझे मिलेगा. वह expect कर रहे हैं अल्लाह से. इस तरह की भलाई वह अल्लाह से expect कर रहे हैं.</w:t>
      </w:r>
    </w:p>
    <w:p>
      <w:r>
        <w:rPr>
          <w:b/>
        </w:rPr>
        <w:t xml:space="preserve">[09:20] </w:t>
      </w:r>
      <w:r>
        <w:t>tamam shirk teharaate hue bhi wifarishton ko Allah ki betiyan batate hue bhi bhalai Allah se expect kar rahe hain. toh maine jab is tafsir ko gaur kiya toh mujhe is daur ke kuch fake aakhiden hain.</w:t>
      </w:r>
    </w:p>
    <w:p>
      <w:pPr>
        <w:jc w:val="right"/>
      </w:pPr>
      <w:r>
        <w:t>तमाम शरीर तहराते हुए भी विफाइश्तों को अल्लाह की बेटियां बताते हुए भी भलाई अल्लाह से expect कर रहे हैं. तो मैंने जब इस तफ़्ज़ीर को गौर किया तो मुझे इस दौर के कुछ fake आख़िदें हैं.</w:t>
      </w:r>
    </w:p>
    <w:p>
      <w:r>
        <w:rPr>
          <w:b/>
        </w:rPr>
        <w:t xml:space="preserve">[09:38] </w:t>
      </w:r>
      <w:r>
        <w:t>mujhe yeh samajh mein aaya ke aajkal kuch rate rati alfaz ko hum rat lete hain, kuch afsoos alfaz ko sentences ko rat lete hain aur baar baar dohrate rehte hain aur yeh expect karte hain Allah se ke hamein jannat mil jayengi.</w:t>
      </w:r>
    </w:p>
    <w:p>
      <w:pPr>
        <w:jc w:val="right"/>
      </w:pPr>
      <w:r>
        <w:t>मुझे यह समझ में आया कि आजकल कुछ रटे रट अल्फास को हम रट लेते हैं, कुछ अफसूस अल्फास को sentences को रट लेते हैं और बार बार दोहराते रहते हैं और यह expect करते हैं अल्लाह से कि हमें जनत मिल जाएंगी.</w:t>
      </w:r>
    </w:p>
    <w:p>
      <w:r>
        <w:rPr>
          <w:b/>
        </w:rPr>
        <w:t xml:space="preserve">[09:53] </w:t>
      </w:r>
      <w:r>
        <w:t>hamein Allah maaf kar dega, hum yeh rituals ko follow karte hain toh Allah hamein anaimate se namaz dega, bhur milengi, vagairah vagairah yeh sab baatein without any spirit woh rituals ko follow karte hain yaani uski koi qeemat bhi ada nahi karte aur hum Allah se yeh saare acche tabahkwaad karte hain ke Allah mein yeh de dega, woh de dega.</w:t>
      </w:r>
    </w:p>
    <w:p>
      <w:pPr>
        <w:jc w:val="right"/>
      </w:pPr>
      <w:r>
        <w:t>हमें अल्लाह माफ़ कर देगा, हम यह rituals को follow करते हैं तो अल्लाह हमें अनेमते से नमाज़ देगा, भूर मिलेंगी, वगैरह वगैरह यह सब बातें without any spirit वह rituals को follow करते हैं यानी उसकी कोई कीमत भी अदा नहीं करते और हम अल्लाह से यह सारे अच्छे तबाहकवाद करते हैं कि अल्लाह में यह दे देगा, वह देगा.</w:t>
      </w:r>
    </w:p>
    <w:p>
      <w:r>
        <w:rPr>
          <w:b/>
        </w:rPr>
        <w:t xml:space="preserve">[10:15] </w:t>
      </w:r>
      <w:r>
        <w:t>toh is tarah ka yahan par humne khuda ko bahut hi kamtar istemal kiya hai aur recently maine ek political minister se meri mulaqat hui thi. toh woh ek mamooli sa minister hote hue bhi wahi chah raha tha ke woh uski hasiyat ke mutabik use saari izzat mile, salami mile. woh log uski ji hazoori karein, uske charche karein.</w:t>
      </w:r>
    </w:p>
    <w:p>
      <w:pPr>
        <w:jc w:val="right"/>
      </w:pPr>
      <w:r>
        <w:t>तो इस तरह का यहां पर हमने उदा को बहुत ही कमतर इस्तेमाल किया है और recently मैंने एक political minister से मेरी मुलाक़ात हुई थी. तो वह एक मामूली सा minister होते हुए भी वही चाह रहा था कि वह उसकी हैसियत के मुताबिक उसे सारी इज्जत मिले, सलामी मिले. वह लोग उसकी जी हुजूरी करें, उसके चर्चे करें.</w:t>
      </w:r>
    </w:p>
    <w:p>
      <w:r>
        <w:rPr>
          <w:b/>
        </w:rPr>
        <w:t xml:space="preserve">[10:43] </w:t>
      </w:r>
      <w:r>
        <w:t>tareef ke pul bandh yatraap wakhnaf bheed jama hue aur badai karte rahe. halanki uski mudde toh paanch saal hi hai. woh abhi isi andeshe mein hai ke usko next ministry milengi ya nahi milengi. lekin humne khuda ko is tarah se under estimation kiya hua hai. woh saare malik woh saare jahan ka malik hai. woh saare alam ka creator hai. hamare har amal ke peeche iska hukum hai.</w:t>
      </w:r>
    </w:p>
    <w:p>
      <w:pPr>
        <w:jc w:val="right"/>
      </w:pPr>
      <w:r>
        <w:t>तारीफ के पुल बांध यात्राप वखनाफ भीड़ जमा हुए और बड़ाई करते रहे. हालांकि उसकी मुद्दे तो पांच साल ही है. वह अभी इसी अंदेशे में है कि उसको next ministry मिलेंगी या नहीं मिलेंगे. लेकिन हमने खुदा को इस तरह से under estimation किया हुआ है. वह सारे मालिक वह सारे जहां का मालिक है. वह सारे आलम का creator है. हमारे हर अमल के पीछे इसका हुक्म है.</w:t>
      </w:r>
    </w:p>
    <w:p>
      <w:r>
        <w:rPr>
          <w:b/>
        </w:rPr>
        <w:t xml:space="preserve">[11:09] </w:t>
      </w:r>
      <w:r>
        <w:t>hamare har amal ke peeche iski hikmat shamil hai. woh woh kaise mumkin hai ke hamare fake rituals ko dekhkar khush ho jayega aur mamoor aur hamein jannat de dega? ya phir hum humse nemate humko de dega inaam ke taur par. toh ek mamooli insaan se bhi hamein tawaqqa nahi rakhte ke woh humse khush ho jayenge.</w:t>
      </w:r>
    </w:p>
    <w:p>
      <w:pPr>
        <w:jc w:val="right"/>
      </w:pPr>
      <w:r>
        <w:t>हमारे हर अमल के पीछे इसकी हिक्मत शामिल है. वह वह कैसे मुमकिन है कि हमारे fake rituals को देखकर ख़ुश हो जाएगा और मामूर और हमें जन्नत दे देंगा या फिर हम हमसे नेमते हमको दे देंगा इनाम के तौर पर. तो एक मामूली इंसान से भी हमें तवक़ा नहीं रखते कि वह हमसे ख़ुश हो जाएंगे.</w:t>
      </w:r>
    </w:p>
    <w:p>
      <w:r>
        <w:rPr>
          <w:b/>
        </w:rPr>
        <w:t xml:space="preserve">[11:34] </w:t>
      </w:r>
      <w:r>
        <w:t>lekin hum Allah se, Allah se kaisi tawaqqa rakh sakte hain ke Allah humse raazi hokar hamein abdi jalna de dega. toh hamein chahiye ke hum apne liye jo cheez pasand karte hain woh Allah ke liye bhi pasand karein, doosron ke liye pasand karein. filhaal se bhi wahi expect karna chahiye. yeh khuda ka bahut hi kamtar istemal humne kiya. jaise ke history ko jab hum padhte hain toh sahaba hamesha andeshe ka shikar hote the.</w:t>
      </w:r>
    </w:p>
    <w:p>
      <w:pPr>
        <w:jc w:val="right"/>
      </w:pPr>
      <w:r>
        <w:t>लेकिन हम अल्लाह से, अल्लाह से कैसी तवक़ा रख सकते हैं कि अल्लाह हमसे राज़ी होकर हमें अबदी जलना दे देगा. तो हमें चाहिए कि हम अपने लिए जो चीज़ पसंद करते हैं वह अल्लाह के लिए भी पसंद करें, दूसरों के लिए पसंद करें. फ़िलहाल से भी वही expect करना चाहिए. यह खुदा का बहुत ही कमतर इस्तेमाल हमने किया. जैसे कि history को जब हम पढ़ते हैं तो साहबा हमेशा आंदेशे का शिकार होते थे.</w:t>
      </w:r>
    </w:p>
    <w:p>
      <w:r>
        <w:rPr>
          <w:b/>
        </w:rPr>
        <w:t xml:space="preserve">[12:03] </w:t>
      </w:r>
      <w:r>
        <w:t>woh saare acche aamal karne ke bawajood bhi woh hamein jannat milengi ya phir hum humse raazi hai ya nahi ka ek question mark unke zehan mein rehta tha. hum aksar taur par doosron ke saath bhi yahi ravaiya karte hain ke doosron ko doosron se yeh expect karte hain ke hamein woh maaf kar de.</w:t>
      </w:r>
    </w:p>
    <w:p>
      <w:pPr>
        <w:jc w:val="right"/>
      </w:pPr>
      <w:r>
        <w:t>वह सारे अच्छे आमाल करने के बावजूद भी वह हमें जनत मिलेंगी या फिर हम हमसे राजी है या नहीं का एक question mark उनके ज़हन में रहता था. हम अक्सर तौर पर दूसरों के साथ भी यही रवैया करते हैं कि दूसरों को दूसरों से यह expect करते हैं कि हमें वह माफ़ कर दे.</w:t>
      </w:r>
    </w:p>
    <w:p>
      <w:r>
        <w:rPr>
          <w:b/>
        </w:rPr>
        <w:t xml:space="preserve">[12:22] </w:t>
      </w:r>
      <w:r>
        <w:t>lekin hamare andar woh sifat nahi paida hoti ke hum maaf kar de aur logon se umeed bhi rakhte hain ke hum woh hamare saath adal ka maamla karein lekin hamari apni jati zindagi mein toh hisab ki koi jhalak nazar nahi aati. toh yeh saare badamaliyon ka jo nateeja mujhe ek point mila ke humne khuda ki azmat ko nahi pehchana. uske bade hone ka hamein matlab hi samajh nahi aaya. yahan par humne wahi baat yahan par aa jati hai.</w:t>
      </w:r>
    </w:p>
    <w:p>
      <w:pPr>
        <w:jc w:val="right"/>
      </w:pPr>
      <w:r>
        <w:t>लेकिन हमारे अंदर वह सिफ़त नहीं पैदा होती कि हम माफ़ कर दे और लोगों से उम्मीद भी रखते हैं कि हम वह हमारे साथ अदल का मामला करें लेकिन हमारी अपनी जाती ज़िंदगी में तो हिसाब की कोई झलक नज़र नहीं आती. तो यह सारे बदामालियां का जो नतीजा मुझे एक point मिला कि हमने खुदा की अज़मत को नहीं पहचाना. उसके बड़े होने का हमें मतलब ही समझ नहीं आया. यहां पर हमने वही बात यहां पर आ जाती है.</w:t>
      </w:r>
    </w:p>
    <w:p>
      <w:r>
        <w:rPr>
          <w:b/>
        </w:rPr>
        <w:t xml:space="preserve">[12:52] </w:t>
      </w:r>
      <w:r>
        <w:t>wohi aayat yahan par apply hoti hai ke humne khuda ki sazaar nahi ki jaise humne use karni chahiye.</w:t>
      </w:r>
    </w:p>
    <w:p>
      <w:pPr>
        <w:jc w:val="right"/>
      </w:pPr>
      <w:r>
        <w:t>वही आयत यहां पर apply होती है कि हमने खुदा की सज़ार नहीं की जैसे हमने उसे करनी चाहिए.</w:t>
      </w:r>
    </w:p>
    <w:p>
      <w:r>
        <w:rPr>
          <w:b/>
        </w:rPr>
        <w:t xml:space="preserve">[12:59] </w:t>
      </w:r>
      <w:r>
        <w:t>khuda ko humne khuda samjha hi nahi is liye hamare yeh results hain mujhe samajh lein.</w:t>
      </w:r>
    </w:p>
    <w:p>
      <w:pPr>
        <w:jc w:val="right"/>
      </w:pPr>
      <w:r>
        <w:t>खुदा को हमने खुदा समझा ही नहीं इसलिए हमारे यह results हैं मुझे समझ लें.</w:t>
      </w:r>
    </w:p>
    <w:p>
      <w:r>
        <w:rPr>
          <w:b/>
        </w:rPr>
        <w:t xml:space="preserve">[13:07] </w:t>
      </w:r>
      <w:r>
        <w:t>aap aapne learning suni.</w:t>
      </w:r>
    </w:p>
    <w:p>
      <w:pPr>
        <w:jc w:val="right"/>
      </w:pPr>
      <w:r>
        <w:t>आप आपने learning सुनी.</w:t>
      </w:r>
    </w:p>
    <w:p>
      <w:r>
        <w:rPr>
          <w:b/>
        </w:rPr>
        <w:t xml:space="preserve">[13:15] </w:t>
      </w:r>
      <w:r>
        <w:t>aap aap batayein is work ka explanation aapka.</w:t>
      </w:r>
    </w:p>
    <w:p>
      <w:pPr>
        <w:jc w:val="right"/>
      </w:pPr>
      <w:r>
        <w:t>आप आप बताएं इस work का explanation आपका.</w:t>
      </w:r>
    </w:p>
    <w:p>
      <w:r>
        <w:rPr>
          <w:b/>
        </w:rPr>
        <w:t xml:space="preserve">[13:23] </w:t>
      </w:r>
      <w:r>
        <w:t>hāṁ, jaise doctor safīnā ne mārfat kī bāt karī. mārfat kī kamī kī vajah se insān isme iskī kamī kī vajah se ham allāh ko kamtar samajhte aur har apnī ġaltī ko allāh kī taraf lagā de. to is kamī kī vajah se ham allāh ko kamtar samajhte haiṁ. bilkul sahī bāteṁ lagī mujhe aur har apnī ġaltī ko jo hai iskī vajah se kamī kī vajah se mārfat kī kamī kī vajah se ham allāh kā vah jo allāh kā jo allāh kī vah hamāre pās nahīṁ rahatī.</w:t>
      </w:r>
    </w:p>
    <w:p>
      <w:pPr>
        <w:jc w:val="right"/>
      </w:pPr>
      <w:r>
        <w:t>हां, जैसे doctor सफीना ने मार्फत की बात करी. मार्फत की कमी की वजह से इंसान इसमें इसकी कमी की वजह से हम अल्लाह को कमतर समझते और हर अपनी ग़लती को अल्लाह की तरफ़ लगा दे. तो इस कमी की वजह से हम अल्लाह को कमतर समझते हैं. बिल्कुल सही बातें लगी मुझे और हर अपनी ग़लती को जो है इसकी वजह से कमी की वजह से मार्फ़त की कमी की वजह से हम अल्लाह का वह जो अल्लाह का जो अल्लाह की वह हमारे पास नहीं रहती.</w:t>
      </w:r>
    </w:p>
    <w:p>
      <w:r>
        <w:rPr>
          <w:b/>
        </w:rPr>
        <w:t xml:space="preserve">[13:52] </w:t>
      </w:r>
      <w:r>
        <w:t>ki ehsās nahīṁ rahatā allāh kī paṛhāī kā aur allāh kī har jo hamārī taklīf jo hotī hai, jo hamko pahuṁchtī hai yā hamne hamārī ġaltī se hotī hai sab kuch ham allāh kī taraf lagā dete haiṁ. yah allāh chāhatā thā. to aise insān se mujhe merī samajh meṁ ātā hai ki aisā insān jo hai bilkul jo ḵẖālī har chīz allāh kī taraf kar de us insān ke andar koī ḥikmat nahīṁ hogī, koī wisdom kī bāt nahīṁ karegā.</w:t>
      </w:r>
    </w:p>
    <w:p>
      <w:pPr>
        <w:jc w:val="right"/>
      </w:pPr>
      <w:r>
        <w:t>कि एहसास नहीं रहता अल्लाह की पढ़ाई का और अल्लाह की हर जो हमारी तकलीफ जो होती है, जो हमको पहुंचती है या हमने हमारी ग़लती से होती है सब कुछ हम अल्लाह की तरफ़ लगा देते हैं. यह अल्लाह चाहता था. तो ऐसे इंसान से मुझे मेरी समझ में आता है कि ऐसा इंसान जो है बिल्कुल जो ख़ाली हर चीज़ अल्लाह की तरफ़ कर दे उस इंसान के अंदर कोई हिक्मत नहीं होगी, कोई wisdom की बात नहीं करेगा.</w:t>
      </w:r>
    </w:p>
    <w:p>
      <w:r>
        <w:rPr>
          <w:b/>
        </w:rPr>
        <w:t xml:space="preserve">[14:19] </w:t>
      </w:r>
      <w:r>
        <w:t>vah to bilkul hī aise hī hogā jaise qurān meṁ batāyā ki vah jānavar haiṁ aur nā unko ḵẖudā se mohabbat hogī, nā unkā shukr adā kar pāeṁge. to unkī lākar paṛhāī kā andāzā nahīṁ hogā. isīlie vah is tarah kī bāteṁ karte haiṁ knowledge nā hone kī vajah se vah svargishī karte haiṁ. agar jamā pāne bhī apne andar tabdīlī lāne kī bāt karī aur vākī jo unko sabse zyādā zarūrī hai ki ham apne andar tabdīlī lāeṁ.</w:t>
      </w:r>
    </w:p>
    <w:p>
      <w:pPr>
        <w:jc w:val="right"/>
      </w:pPr>
      <w:r>
        <w:t>वह तो बिल्कुल ही ऐसे ही होगा जैसे कुरान में बताया कि वह जानवर हैं और ना उनको ख़ुदा से मोहब्बत होगी, ना उनका शुक्र अदा कर पाएंगे. तो उनकी लाकर पढ़ाई का अंदाज़ा नहीं होगा. इसीलिए वह इस तरह की बातें करते हैं knowledge ना होने की वजह से वह स्वर्गिशी करते हैं. अगर जमा पाने भी अपने अंदर तब्दीली लाने की बात करी और वाकई जो उनको सबसे ज़्यादा ज़रूरी है कि हम अपने अंदर तब्दीली लाएं.</w:t>
      </w:r>
    </w:p>
    <w:p>
      <w:r>
        <w:rPr>
          <w:b/>
        </w:rPr>
        <w:t xml:space="preserve">[14:46] </w:t>
      </w:r>
      <w:r>
        <w:t>mahmūnā ne to ek varṣ jo batā diyā ki allāh kī qadr nā ki jaise kī qadr usakī karnī chāhie aur aise raḥmat dunishā ne bhī bahut achchhe se do point batāyā aur mujhe bhī yahī samajh meṁ ātā hai shvinā ki ham allāh kī nāqadrī hī kar rahe haiṁ. jo isvarṣī jo hameṁ samajh meṁ āyā ki jo allāh tālā ko jo nahīṁ samajhtā, jo allāh pāko nahīṁ pātā hai, vahī is tarah kī bāteṁ karegā.</w:t>
      </w:r>
    </w:p>
    <w:p>
      <w:pPr>
        <w:jc w:val="right"/>
      </w:pPr>
      <w:r>
        <w:t>महमूना ने तो एक वर्ष जो बता दिया कि अल्लाह की कदर ना कि जैसे की कदर उसकी करनी चाहिए और ऐसे रहमत दुनिशा ने भी बहुत अच्छे से दो point बताया और मुझे भी यही समझ में आता है शविना कि हम अल्लाह की नाक़द्री ही कर रहे हैं. जो इस वर्षी जो हमें समझ में आया कि जो अल्लाह ताला को जो नहीं समझता, जो अल्लाह पाको नहीं पाता है, वही इस तरह की बातें करेगा.</w:t>
      </w:r>
    </w:p>
    <w:p>
      <w:r>
        <w:rPr>
          <w:b/>
        </w:rPr>
        <w:t xml:space="preserve">[15:13] </w:t>
      </w:r>
      <w:r>
        <w:t>to ham usase allādālā ke lie koī burāī. allādālā ke ūpar koī farq nahīṁ paṛ rahā hai. farq sirf hamāre ūpar paṛ rahā hai jo ki ham āḵẖrak meṁ isko āpko maiṁ kuch add karnā chāhī thī. hāṁ, doctor safīnā?</w:t>
      </w:r>
    </w:p>
    <w:p>
      <w:pPr>
        <w:jc w:val="right"/>
      </w:pPr>
      <w:r>
        <w:t>तो हम उससे अल्लादाला के लिए कोई बुराई. अल्लादाला के ऊपर कोई फ़र्क़ नहीं पड़ रहा है. फ़र्क़ सिर्फ़ हमारे ऊपर पड़ रहा है जो कि हम आख़्रक में इसको आपको मैं कुछ add करना चाह रही थी. हां, Doctor सफ़ीना?</w:t>
      </w:r>
    </w:p>
    <w:p>
      <w:r>
        <w:rPr>
          <w:b/>
        </w:rPr>
        <w:t xml:space="preserve">[15:31] </w:t>
      </w:r>
      <w:r>
        <w:t>jī āp jaise ki ham sabne maulānā sāhab se hī apnī kudā ko bhī jānā hai aur ek tarah se introduce kiyā hai unhoṁne hameṁ creator se jis tarah se pahale ham bhī usī rivāyatī zahan ke sāth hī kudā ko dekhte the jaise āj sab bāt karte haiṁ bākī log. to manānā sāhab ne hameṁ jo bāt kahī vah mujhe yād ātī hai.</w:t>
      </w:r>
    </w:p>
    <w:p>
      <w:pPr>
        <w:jc w:val="right"/>
      </w:pPr>
      <w:r>
        <w:t>जी आप जैसे कि हम सबने मौलाना साहब से ही अपनी कुदा को भी जाना है और एक तरह से introduce किया है उन्होंने हमें creator से जिस तरह से पहले हम भी उसी रिवायती जहन के साथ ही कुदा को देखते थे जैसे आज सब बात करते हैं बाकी लोग. तो मनाना साहब ने हमें जो बात कही वह मुझे याद आती है.</w:t>
      </w:r>
    </w:p>
    <w:p>
      <w:r>
        <w:rPr>
          <w:b/>
        </w:rPr>
        <w:t xml:space="preserve">[15:51] </w:t>
      </w:r>
      <w:r>
        <w:t>manānā sāhab yah kahte the ki kudā ko pāna sabse baṛī hakīkat ko pāna aur usake bād ādmī bilkul nayā insān van jātā hai aur usakī personality meṁ ek jhanjhla tārīr ho jātā hai matlab ki vah andar se jab khudā kī us ehsās se ham jab jab hamārī discovery aisī ho tab ham tabhī ham us ehsās se guzar sakte haiṁ. jaisā ki lekar hamārī soch badal jāe, thoṛī nae insān bantā hai aur ham apnī zindagī meṁ sabse importance vālī chīz khudā ko samjheṁ.</w:t>
      </w:r>
    </w:p>
    <w:p>
      <w:pPr>
        <w:jc w:val="right"/>
      </w:pPr>
      <w:r>
        <w:t>मनाना साहब यह कहते थे कि कुदा को पाना सबसे बड़ी हकीकत को पाना और उसके बाद आदमी बिल्कुल नया इंसान वन जाता है और उसकी personality में एक झंझला तारीर हो जाता है मतलब कि वह अंदर से जब खुदा की उस एहसास से हम जब जब हमारी discovery ऐसी हो तब हम तभी हम उस एहसास से गुज़र सकते हैं. जैसा कि लेकर हमारी सोच बदल जाए, थोड़ी नए इंसान बनता है और हम अपनी ज़िंदगी में सबसे importance वाली चीज़ खुदा को समझें.</w:t>
      </w:r>
    </w:p>
    <w:p>
      <w:r>
        <w:rPr>
          <w:b/>
        </w:rPr>
        <w:t xml:space="preserve">[16:20] </w:t>
      </w:r>
      <w:r>
        <w:t>jaisā ki khudā chāhatā hai aur ek aur chīz molānā sāhab kahte the ki mohabbat kā jo jazbā hotā hai vah insān ke andar vah jo extreme love jo hai vah ek ek ḵẖālī sak̲h̲udā se insān pesh kare addā tālā yah chāhatā hai ki vah mohabbat addā ke lie ho. to ham log kyā, ham kyā karne lagte haiṁ?</w:t>
      </w:r>
    </w:p>
    <w:p>
      <w:pPr>
        <w:jc w:val="right"/>
      </w:pPr>
      <w:r>
        <w:t>जैसा कि खुदा चाहता है और एक और चीज़ मोलाना साहब कहते थे कि मोहब्बत का जो जज़्बा होता है वह इंसान के अंदर वह जो extreme love जो है वह एक एक खाली सखुदा से इंसान पेश करें अद्दा ताला यह चाहता है कि वह मोहब्बत अद्दा के लिए हो. तो हम लोग क्या, हम क्या करने लगते हैं?</w:t>
      </w:r>
    </w:p>
    <w:p>
      <w:r>
        <w:rPr>
          <w:b/>
        </w:rPr>
        <w:t xml:space="preserve">[16:40] </w:t>
      </w:r>
      <w:r>
        <w:t>kyun ke hum us discovery ko nahi aate hain to hum khuda ko mohabbat pesh karne ki bajaye hum</w:t>
      </w:r>
    </w:p>
    <w:p>
      <w:pPr>
        <w:jc w:val="right"/>
      </w:pPr>
      <w:r>
        <w:t>क्योंकि हम उस discovery को नहीं आते हैं तो हम खुदा को मोहब्बत पेश करने की बजाय हम</w:t>
      </w:r>
    </w:p>
    <w:p>
      <w:r>
        <w:rPr>
          <w:b/>
        </w:rPr>
        <w:t xml:space="preserve">[16:45] </w:t>
      </w:r>
      <w:r>
        <w:t>masnoohi cheezon mein mohabbatain apni phansa dete hain idhar udhar woh importance doosri cheezon ko de dete hain</w:t>
      </w:r>
    </w:p>
    <w:p>
      <w:pPr>
        <w:jc w:val="right"/>
      </w:pPr>
      <w:r>
        <w:t>मस्नूही चीज़ों में मोहब्बतें अपनी फंसा देते हैं इधर उधर वह importance दूसरी चीज़ों को दे देते हैं</w:t>
      </w:r>
    </w:p>
    <w:p>
      <w:r>
        <w:rPr>
          <w:b/>
        </w:rPr>
        <w:t xml:space="preserve">[16:50] </w:t>
      </w:r>
      <w:r>
        <w:t>aur khuda ke liye sirf kuch rituals rakh lete hain.</w:t>
      </w:r>
    </w:p>
    <w:p>
      <w:pPr>
        <w:jc w:val="right"/>
      </w:pPr>
      <w:r>
        <w:t>और खुदा के लिए सिर्फ़ कुछ rituals रख लेते हैं.</w:t>
      </w:r>
    </w:p>
    <w:p>
      <w:r>
        <w:rPr>
          <w:b/>
        </w:rPr>
        <w:t xml:space="preserve">[16:55] </w:t>
      </w:r>
      <w:r>
        <w:t>to yeh bhi main mujhe lagakar add hona chahiye is mein ke khuda ko kis tarah se tareeq hone</w:t>
      </w:r>
    </w:p>
    <w:p>
      <w:pPr>
        <w:jc w:val="right"/>
      </w:pPr>
      <w:r>
        <w:t>तो यह भी मैं मुझे लगाकर add होना चाहिए इसमें कि खुदा को किस तरह से तरीक्त होने</w:t>
      </w:r>
    </w:p>
    <w:p>
      <w:r>
        <w:rPr>
          <w:b/>
        </w:rPr>
        <w:t xml:space="preserve">[17:00] </w:t>
      </w:r>
      <w:r>
        <w:t>ke baad hamein apne aap ko change karna hai aur hamari soch ko badal kar khuda ke liye</w:t>
      </w:r>
    </w:p>
    <w:p>
      <w:pPr>
        <w:jc w:val="right"/>
      </w:pPr>
      <w:r>
        <w:t>के बाद हमें अपने आप को change करना है और हमारी सोच को बदल कर खुदा के लिए</w:t>
      </w:r>
    </w:p>
    <w:p>
      <w:r>
        <w:rPr>
          <w:b/>
        </w:rPr>
        <w:t xml:space="preserve">[17:05] </w:t>
      </w:r>
      <w:r>
        <w:t>mohabbat ko pesh karna hai.</w:t>
      </w:r>
    </w:p>
    <w:p>
      <w:pPr>
        <w:jc w:val="right"/>
      </w:pPr>
      <w:r>
        <w:t>मोहब्बत को पेश करना है.</w:t>
      </w:r>
    </w:p>
    <w:p>
      <w:r>
        <w:rPr>
          <w:b/>
        </w:rPr>
        <w:t xml:space="preserve">[17:11] </w:t>
      </w:r>
      <w:r>
        <w:t>jī bilkul sahī. khudā ko sab kuch samajhkar jab ham sab kuch sab sāri tāqat sāri vah samajhkar jab khudā ko hī sab kuch samajhkar pāna pāeṅge to sāri mohabbat bhī udhar hī hamārī jāegī. aisī bāt hai jo sabse kīmatī chīz hai to usī kī qadr karne lagenge. to aisā karnā. ek bāt mujhe kahnā hai. jī. can i say something?</w:t>
      </w:r>
    </w:p>
    <w:p>
      <w:pPr>
        <w:jc w:val="right"/>
      </w:pPr>
      <w:r>
        <w:t>जी बिल्कुल सही. खुदा को सब कुछ समझकर जब हम सब कुछ सब सारी ताकत सारी वह समझकर जब खुदा को ही सब कुछ समझकर पाना पाएंगे तो सारी मोहब्बत भी उधर ही हमारी जाएगी. ऐसी बात है जो सबसे कीमती चीज़ है तो उसी की कदर करने लगेंगे. तो ऐसा करना. एक बात मुझे कहना है. जी. Can I say something?</w:t>
      </w:r>
    </w:p>
    <w:p>
      <w:r>
        <w:rPr>
          <w:b/>
        </w:rPr>
        <w:t xml:space="preserve">[17:37] </w:t>
      </w:r>
      <w:r>
        <w:t>maulānā, maulānā jab importance of allāh matlab ham log samajh nahīṁ pāte the ek vaqt thā ki bilkul allāh se kaise book kareṁ? to vah kahte the ki tum apnī apne hī se start karo.</w:t>
      </w:r>
    </w:p>
    <w:p>
      <w:pPr>
        <w:jc w:val="right"/>
      </w:pPr>
      <w:r>
        <w:t>मौलाना, मौलाना जब importance of अल्लाह मतलब हम लोग समझ नहीं पाते थे एक वक्त था कि बिल्कुल अल्लाह से कैसे book करें? तो वह कहते थे कि तुम अपनी अपने ही से start करो.</w:t>
      </w:r>
    </w:p>
    <w:p>
      <w:r>
        <w:rPr>
          <w:b/>
        </w:rPr>
        <w:t xml:space="preserve">[17:56] </w:t>
      </w:r>
      <w:r>
        <w:t>apnī body ko hī dekho ki kitnā perfectly chaltī hai aur āp jab āp insān chaltā hai to usme gravity hai, āpke pair haiṁ, āpke joints haiṁ, āpkī haḍḍiyāṁ haiṁ, āpke muscles haiṁ, in sabko in sabko milākar hī insān chal saktā hai.</w:t>
      </w:r>
    </w:p>
    <w:p>
      <w:pPr>
        <w:jc w:val="right"/>
      </w:pPr>
      <w:r>
        <w:t>अपनी body को ही देखो कि कितना perfectly चलती है और आप जब आप इंसान चलता है तो उसमें gravity है, आपके पैर हैं, आपके joints हैं, आपकी हड्डियां हैं, आपके muscles हैं, इन सबको इन सबको मिलाकर ही इंसान चल सकता है.</w:t>
      </w:r>
    </w:p>
    <w:p>
      <w:r>
        <w:rPr>
          <w:b/>
        </w:rPr>
        <w:t xml:space="preserve">[18:14] </w:t>
      </w:r>
      <w:r>
        <w:t>vah aisī aisī example dete the aur kahte the ki isī bāt ko socho, apnī zindagī ke bāre meṁ socho, apne body ke bāre meṁ socho to allāh kī importance tum samajh pāoge. to iske karne se allāh kī importance aur allāh ko yād karne kā tarīkā bahut samajh meṁ āne lagā.</w:t>
      </w:r>
    </w:p>
    <w:p>
      <w:pPr>
        <w:jc w:val="right"/>
      </w:pPr>
      <w:r>
        <w:t>वह ऐसी ऐसी example देते थे और कहते थे कि इसी बात को सोचो, अपनी ज़िंदगी के बारे में सोचो, अपने body के बारे में सोचो तो अल्लाह की importance तुम समझ पाओगे. तो इसके करने से अल्लाह की importance और अल्लाह को याद करने का तरीका बहुत समझ में आने लगा.</w:t>
      </w:r>
    </w:p>
    <w:p>
      <w:r>
        <w:rPr>
          <w:b/>
        </w:rPr>
        <w:t xml:space="preserve">[18:35] </w:t>
      </w:r>
      <w:r>
        <w:t>to kyoṅki vaise to bas allāh kah diyā lekin dil meṁ jo utarne ke lie vah unhoṁne kahā apnī sāri chīzoṁ ko socho āp to usse karne se allāh kī importance, allāh kī allāh se mohabbat, allāh kī baṛāī vah sab samajh meṁ ātī hai izāqat. maiṁ ek point yahāṁ par mujhe yād ā gayā to maiṁne ṭakā diyā sorry, i am very sorry.</w:t>
      </w:r>
    </w:p>
    <w:p>
      <w:pPr>
        <w:jc w:val="right"/>
      </w:pPr>
      <w:r>
        <w:t>तो क्योंकि वैसे तो बस अल्लाह कह दिया लेकिन दिल में जो उतरने के लिए वह उन्होंने कहा अपनी सारी चीज़ों को सोचो आप तो उससे करने से अल्लाह की importance, अल्लाह की अल्लाह से मोहब्बत, अल्लाह की बड़ाई वह सब समझ में आती है इज़ाक़त. मैं एक point यहां पर मुझे याद आ गया तो मैंने टका दिया sorry, I am very sorry.</w:t>
      </w:r>
    </w:p>
    <w:p>
      <w:r>
        <w:rPr>
          <w:b/>
        </w:rPr>
        <w:t xml:space="preserve">[19:01] </w:t>
      </w:r>
      <w:r>
        <w:t>mulana sahib ki ek line yaad aa gayi ke mulana sahib kehte the ke agar hum huda ka</w:t>
      </w:r>
    </w:p>
    <w:p>
      <w:pPr>
        <w:jc w:val="right"/>
      </w:pPr>
      <w:r>
        <w:t>मुलाना साहब की एक line याद आ गई कि मुलाना साहब कहते थे कि अगर हम हुदा का</w:t>
      </w:r>
    </w:p>
    <w:p>
      <w:r>
        <w:rPr>
          <w:b/>
        </w:rPr>
        <w:t xml:space="preserve">[19:05] </w:t>
      </w:r>
      <w:r>
        <w:t>inkar karenge to samajh len ki apne hi inkar jaise aapne bataya na ki apne hi andar sab</w:t>
      </w:r>
    </w:p>
    <w:p>
      <w:pPr>
        <w:jc w:val="right"/>
      </w:pPr>
      <w:r>
        <w:t>इंकार करेंगे तो समझ लें कि अपने ही इंकार जैसे आपने बताया ना कि अपने ही अंदर सब</w:t>
      </w:r>
    </w:p>
    <w:p>
      <w:r>
        <w:rPr>
          <w:b/>
        </w:rPr>
        <w:t xml:space="preserve">[19:09] </w:t>
      </w:r>
      <w:r>
        <w:t>kuch hai uska inkar karenge.</w:t>
      </w:r>
    </w:p>
    <w:p>
      <w:pPr>
        <w:jc w:val="right"/>
      </w:pPr>
      <w:r>
        <w:t>कुछ है उसका इंकार करेंगे.</w:t>
      </w:r>
    </w:p>
    <w:p>
      <w:r>
        <w:rPr>
          <w:b/>
        </w:rPr>
        <w:t xml:space="preserve">[19:14] </w:t>
      </w:r>
      <w:r>
        <w:t>haan, to abhi humne humein paisa kiya.</w:t>
      </w:r>
    </w:p>
    <w:p>
      <w:pPr>
        <w:jc w:val="right"/>
      </w:pPr>
      <w:r>
        <w:t>हां, तो अभी हमने हमें पैसा किया.</w:t>
      </w:r>
    </w:p>
    <w:p>
      <w:r>
        <w:rPr>
          <w:b/>
        </w:rPr>
        <w:t xml:space="preserve">[19:18] </w:t>
      </w:r>
      <w:r>
        <w:t>Okay, Ayusha, you further please tell your learning.</w:t>
      </w:r>
    </w:p>
    <w:p>
      <w:pPr>
        <w:jc w:val="right"/>
      </w:pPr>
      <w:r>
        <w:t>Ok, आयुषा युथर्व please tell your learning.</w:t>
      </w:r>
    </w:p>
    <w:p>
      <w:r>
        <w:rPr>
          <w:b/>
        </w:rPr>
        <w:t xml:space="preserve">[19:23] </w:t>
      </w:r>
      <w:r>
        <w:t>aslamne kahan par?</w:t>
      </w:r>
    </w:p>
    <w:p>
      <w:pPr>
        <w:jc w:val="right"/>
      </w:pPr>
      <w:r>
        <w:t>असलामने कहां पर?</w:t>
      </w:r>
    </w:p>
    <w:p>
      <w:r>
        <w:rPr>
          <w:b/>
        </w:rPr>
        <w:t xml:space="preserve">[19:27] </w:t>
      </w:r>
      <w:r>
        <w:t>Why did you</w:t>
      </w:r>
    </w:p>
    <w:p>
      <w:pPr>
        <w:jc w:val="right"/>
      </w:pPr>
      <w:r>
        <w:t>Why did you</w:t>
      </w:r>
    </w:p>
    <w:p>
      <w:r>
        <w:rPr>
          <w:b/>
        </w:rPr>
        <w:t xml:space="preserve">[19:32] </w:t>
      </w:r>
      <w:r>
        <w:t>yahāṁ par mujhe ek bāt qurān meṁ alag alag ne sukra kiyā. maiṁne kahā apne yahāṁ se do logoṁ kā do śakhsoṁ kā lekin ki yah śiv ne dūsarī unkī dost se kahtā ki yah jo bāg hai, yah jo sab kuch hai fānā hone vālā nahīṁ hai aur fānā hone se bhī maiṁ mere rafte pās bahut āzār lūṅgā.</w:t>
      </w:r>
    </w:p>
    <w:p>
      <w:pPr>
        <w:jc w:val="right"/>
      </w:pPr>
      <w:r>
        <w:t>यहां पर मुझे एक बात कुरान में अलग अलग ने सुक्र किया. मैंने कहा अपने यहां से दो लोगों का दो शख्सों का लेकिन कि यह शिव ने दूसरी उनकी दोस्त से कहता कि यह जो बाग है, यह जो सब कुछ है फाना होने वाला नहीं है और फाना होने से भी मैं मेरे रफ़्ते पास बहुत आज़ार लूंगा.</w:t>
      </w:r>
    </w:p>
    <w:p>
      <w:r>
        <w:rPr>
          <w:b/>
        </w:rPr>
        <w:t xml:space="preserve">[20:02] </w:t>
      </w:r>
      <w:r>
        <w:t>chāhe vah usakī naks ke mutābiq chhelte haiṁ lekin allāh se achchhe result kā expect karte haiṁ.</w:t>
      </w:r>
    </w:p>
    <w:p>
      <w:pPr>
        <w:jc w:val="right"/>
      </w:pPr>
      <w:r>
        <w:t>चाहे वह उसकी नक्स के मुताबिक छेलते हैं लेकिन अल्लाह से अच्छे result का expect करते हैं.</w:t>
      </w:r>
    </w:p>
    <w:p>
      <w:r>
        <w:rPr>
          <w:b/>
        </w:rPr>
        <w:t xml:space="preserve">[20:10] </w:t>
      </w:r>
      <w:r>
        <w:t>to iska yahan par main maine yeh yeh samjhi kisi isko aur jo current verses ko related karke</w:t>
      </w:r>
    </w:p>
    <w:p>
      <w:pPr>
        <w:jc w:val="right"/>
      </w:pPr>
      <w:r>
        <w:t>तो इसका यहां पर मैं मैंने यह यह समझी किसी इसको और जो current verses को related करके</w:t>
      </w:r>
    </w:p>
    <w:p>
      <w:r>
        <w:rPr>
          <w:b/>
        </w:rPr>
        <w:t xml:space="preserve">[20:18] </w:t>
      </w:r>
      <w:r>
        <w:t>jo log khuda ko underestimate karte hain, woh uski jo wind ki level hoti hai usi level par</w:t>
      </w:r>
    </w:p>
    <w:p>
      <w:pPr>
        <w:jc w:val="right"/>
      </w:pPr>
      <w:r>
        <w:t>जो लोग खुदा को underestimate करते हैं, वह उसकी जो wind की level होती है उसी level पर</w:t>
      </w:r>
    </w:p>
    <w:p>
      <w:r>
        <w:rPr>
          <w:b/>
        </w:rPr>
        <w:t xml:space="preserve">[20:26] </w:t>
      </w:r>
      <w:r>
        <w:t>jaate hain aur qura ki nazar se woh cheezon ko nahi dekh paate hain aur maulana sahab ki</w:t>
      </w:r>
    </w:p>
    <w:p>
      <w:pPr>
        <w:jc w:val="right"/>
      </w:pPr>
      <w:r>
        <w:t>जाते हैं और कुरा की नज़र से वह चीज़ों को नहीं देख पाते हैं और मौलाना साहब की</w:t>
      </w:r>
    </w:p>
    <w:p>
      <w:r>
        <w:rPr>
          <w:b/>
        </w:rPr>
        <w:t xml:space="preserve">[20:34] </w:t>
      </w:r>
      <w:r>
        <w:t>यह quote है कि your nearest, your level of nearest के कारण always depends on your realization of God.</w:t>
      </w:r>
    </w:p>
    <w:p>
      <w:pPr>
        <w:jc w:val="right"/>
      </w:pPr>
      <w:r>
        <w:t>यह quote है कि your nearest, your level of nearest के कारण always depends on your realization of guard.</w:t>
      </w:r>
    </w:p>
    <w:p>
      <w:r>
        <w:rPr>
          <w:b/>
        </w:rPr>
        <w:t xml:space="preserve">[20:42] </w:t>
      </w:r>
      <w:r>
        <w:t>to yah bas hamāre ūpar bhī applicable hai agar ham gaur karne se. ham jis level par allāh kī mārfat kī hādī karte haiṁ, us level par ham allāh se muḥammad karne vāle bante haiṁ, usī level par ham allāh se ḍarne vāle bante haiṁ aur usī level par allāh ke lie urbāne dene vālā bhī bante haiṁ. jab yah sab yah yah jo level hai yah yah ek standard level nahīṁ hai.</w:t>
      </w:r>
    </w:p>
    <w:p>
      <w:pPr>
        <w:jc w:val="right"/>
      </w:pPr>
      <w:r>
        <w:t>तो यह बस हमारे ऊपर भी applicable है अगर हम गौर करने से. हम जिस level पर अल्लाह की मार्फ़त की हादी करते हैं, उस level पर हम अल्लाह से मुहम्मद करने वाले बनते हैं, उसी level पर हम अल्लाह से डरने वाले बनते हैं और उसी level पर अल्लाह के लिए उर्बाने देने वाला भी बनते हैं. जब यह सब यह यह जो level है यह यह एक standard level नहीं है.</w:t>
      </w:r>
    </w:p>
    <w:p>
      <w:r>
        <w:rPr>
          <w:b/>
        </w:rPr>
        <w:t xml:space="preserve">[21:11] </w:t>
      </w:r>
      <w:r>
        <w:t>insān jitnā koshish karte haiṁ unkī zindagī par, vah level enhance hotī jātī hai, increase hotī jātī hai aur iske lie insān koshish karṇī chāhie.</w:t>
      </w:r>
    </w:p>
    <w:p>
      <w:pPr>
        <w:jc w:val="right"/>
      </w:pPr>
      <w:r>
        <w:t>इंसान जितना कोशिश करते हैं उनकी ज़िंदगी पर, वह level enhance होती जाती है, increase होती जाती है और इसके लिए इंसान कोशिश करनी चाहिए.</w:t>
      </w:r>
    </w:p>
    <w:p>
      <w:r>
        <w:rPr>
          <w:b/>
        </w:rPr>
        <w:t xml:space="preserve">[21:26] </w:t>
      </w:r>
      <w:r>
        <w:t>tabhī vah allāh se sachchī din se muḥabbat karne vālā, ḍarne vālā van pāte haiṁ aur uske andar jo kamiyāṁ haiṁ ki yah jo hypocrisy, yah jo jhūṭhī fāz hotī hai, sab jo jo negative price ho usse vah apne āp ko bachā pāte haiṁ. to yah is marzī mujhe samajh meṁ ārī hogī.</w:t>
      </w:r>
    </w:p>
    <w:p>
      <w:pPr>
        <w:jc w:val="right"/>
      </w:pPr>
      <w:r>
        <w:t>तब ही वह अल्लाह से सच्ची दिन से मुहब्बत करने वाला, डरने वाला वन पाते हैं और उसके अंदर जो कमियां हैं कि यह जो hypocrisy, यह जो झूठी फ़ाज होती है, सब जो जो negative price हो उससे वह अपने आपको बचा पाते हैं. तो यह इस मर्ज़ी मुझे समझ में आ रही होगी.</w:t>
      </w:r>
    </w:p>
    <w:p>
      <w:r>
        <w:rPr>
          <w:b/>
        </w:rPr>
        <w:t xml:space="preserve">[21:56] </w:t>
      </w:r>
      <w:r>
        <w:t>yah yah bāteṁ maiṁ islie sunī mujhse bākī hūṁ. ek koī bol nahīṁ rahā hai to maiṁ thoṛā sā ek point aur bolnā chāhī thī.</w:t>
      </w:r>
    </w:p>
    <w:p>
      <w:pPr>
        <w:jc w:val="right"/>
      </w:pPr>
      <w:r>
        <w:t>यह यह बातें मैं इसलिए सुनिए मुझसे बाकी हूं. एक कोई बोल नहीं रहा है तो मैं थोड़ा सा एक point और बोलना चाह रही थी.</w:t>
      </w:r>
    </w:p>
    <w:p>
      <w:r>
        <w:rPr>
          <w:b/>
        </w:rPr>
        <w:t xml:space="preserve">[22:08] </w:t>
      </w:r>
      <w:r>
        <w:t>aksar hum log dekhte hain ki log jo hain insano ki azmaten bahut topic change kar dete hain</w:t>
      </w:r>
    </w:p>
    <w:p>
      <w:pPr>
        <w:jc w:val="right"/>
      </w:pPr>
      <w:r>
        <w:t>अक्सर हम लोग देखते हैं कि लोग जो हैं इंसानों की अज़मतें बहुत topic change कर देते हैं</w:t>
      </w:r>
    </w:p>
    <w:p>
      <w:r>
        <w:rPr>
          <w:b/>
        </w:rPr>
        <w:t xml:space="preserve">[22:26] </w:t>
      </w:r>
      <w:r>
        <w:t>log ki yeh kya baat kar rahe hain woh.</w:t>
      </w:r>
    </w:p>
    <w:p>
      <w:pPr>
        <w:jc w:val="right"/>
      </w:pPr>
      <w:r>
        <w:t>लोग कि यह क्या बात कर रहे हैं वह.</w:t>
      </w:r>
    </w:p>
    <w:p>
      <w:r>
        <w:rPr>
          <w:b/>
        </w:rPr>
        <w:t xml:space="preserve">[22:45] </w:t>
      </w:r>
      <w:r>
        <w:t>kaī bār maiṁne bhī mujhse bhī kah dete haiṁ ki bas tum to ek ek point lekar ā jāo. kuch aur bāt nahīṁ karnī abhī. is tarah kī bāt karne se phir mujhe lagtā hai ki insān ne khudā ko hī nahīṁ pāyā jise sabse zyādā pāna thā aur discover karnā. yah bhī āmaūrat par dekhne ko milā. aur ek bāt yah hai ki log kahte haiṁ hāṁ khudā to hai hī, khudā to hai hī.</w:t>
      </w:r>
    </w:p>
    <w:p>
      <w:pPr>
        <w:jc w:val="right"/>
      </w:pPr>
      <w:r>
        <w:t>कई बार मैंने भी मुझसे भी कह देते हैं कि बस तुम तो एक एक point लेकर आ जाओ. कुछ और बात नहीं करनी अभी. इस तरह की बात करने से फिर मुझे लगता है कि इंसान ने खुदा को ही नहीं पाया जिसे सबसे ज़्यादा पाना था और discover करना. यह भी आमतौर पर देखने को मिला. और एक बात यह है कि लोग कहते हैं हां खुदा तो है ही, खुदा तो है ही.</w:t>
      </w:r>
    </w:p>
    <w:p>
      <w:r>
        <w:rPr>
          <w:b/>
        </w:rPr>
        <w:t xml:space="preserve">[23:10] </w:t>
      </w:r>
      <w:r>
        <w:t>aur cheezon par yaani ke we all know that uske hamein koi zaroorat nahin hai padhai karne ki ya samajhne ki aur jo aur doosron ki baatein woh shuru karte hain. yahan par aameen hain raziyan hain log bhi bataein.</w:t>
      </w:r>
    </w:p>
    <w:p>
      <w:pPr>
        <w:jc w:val="right"/>
      </w:pPr>
      <w:r>
        <w:t>और चीज़ों पर यानी कि we all know that उसके हमें कोई ज़रूरत नहीं है पढ़ाई करने की या समझने की और जो और दूसरों की बातें वह शुरू करते हैं. यहां पर आस्मीन है रज़ियां हैं लोग भी बताएं.</w:t>
      </w:r>
    </w:p>
    <w:p>
      <w:r>
        <w:rPr>
          <w:b/>
        </w:rPr>
        <w:t xml:space="preserve">[23:30] </w:t>
      </w:r>
      <w:r>
        <w:t>main asal mein sun rahi thi abhi na isko aur gehrai se samajhne ke liye toh waise jo padhkar abhi samajh mein aa raha hai, woh yahi hai ki sabse pehle toh jaise ki hum logon ne khuda ko sahi se matlab daryaft nahin kiya hai.</w:t>
      </w:r>
    </w:p>
    <w:p>
      <w:pPr>
        <w:jc w:val="right"/>
      </w:pPr>
      <w:r>
        <w:t>मैं असल में sun रही थी अभी ना इसको और गहराई से समझने के लिए तो वैसे जो पढ़कर अभी समझ में आ रहा है, वह यही है कि सबसे पहले तो जैसे कि हम लोगों ने खुदा को सही से मतलब दर्याप्त नहीं किया है.</w:t>
      </w:r>
    </w:p>
    <w:p>
      <w:r>
        <w:rPr>
          <w:b/>
        </w:rPr>
        <w:t xml:space="preserve">[23:51] </w:t>
      </w:r>
      <w:r>
        <w:t>iske peeche jo reason hai na, allah taalaah ki khudai ko aur uske greatness ko hum underestimate tabhi kar sakte hain. kisi ke ko underestimate tabhi insaan karta hai jab tak ki usne usko sahi se pehchana na ho. allahki pehchan hamein abhi hui nahin. toh isi wajah se phir jo kuch hamein mil raha hai woh hamein lagta hai ki woh toh sab kuch hamare paas hai hi. woh kahan se aa raha hai?</w:t>
      </w:r>
    </w:p>
    <w:p>
      <w:pPr>
        <w:jc w:val="right"/>
      </w:pPr>
      <w:r>
        <w:t>इसके पीछे जो reason है ना, अल्लाह तालाह की खुदाई को और उसके greatness को हम underestimate तभी कर सकते हैं. किसी के को underestimate तभी इंसान करता है जब तक कि उसने उसको सही से पहचाना ना हो. अल्लाहकी पहचान हमें अभी हुई नहीं. तो इसी वजह से फिर जो कुछ हमें मिल रहा है वह हमको लगता है कि वह तो सब कुछ हमारे पास है ही. वह कहां से आ रहा है?</w:t>
      </w:r>
    </w:p>
    <w:p>
      <w:r>
        <w:rPr>
          <w:b/>
        </w:rPr>
        <w:t xml:space="preserve">[24:21] </w:t>
      </w:r>
      <w:r>
        <w:t>yeh nahin soch paate hum. uska source kya hai? kaun de raha hai? jab tak hum nahin jaanenge is cheez ko toh hum isi tarah se ghaflat mein rahenge. toh yeh reason jo mujhe samajh mein aa raha hai woh yahi hai ki hamare gharon ka jo mahaul hai na woh waisa nahin hai. jaise ki ab jaise maulana sahab ne CPS ke zariye diya hai.</w:t>
      </w:r>
    </w:p>
    <w:p>
      <w:pPr>
        <w:jc w:val="right"/>
      </w:pPr>
      <w:r>
        <w:t>यह नहीं सोच पाते हम. उसका source क्या है? कौन दे रहा है? जब तक हम नहीं जानेंगे इस चीज़ को तो हम इसी तरह से गफलत में रहेंगे. तो यह reason जो मुझे समझ में आ रहा है वह यही है कि हमारे घरों का जो माहौल है ना वह वैसा नहीं है. जैसे कि अब जैसे मौलाना साहब ने CPS के ज़रिए दिया है.</w:t>
      </w:r>
    </w:p>
    <w:p>
      <w:r>
        <w:rPr>
          <w:b/>
        </w:rPr>
        <w:t xml:space="preserve">[24:45] </w:t>
      </w:r>
      <w:r>
        <w:t>ab hum log agar jud gaye hain toh yeh underestimate tabhi kar rahe hain jab nahin samajh rahe hain yaani ki daryaft karna padega.</w:t>
      </w:r>
    </w:p>
    <w:p>
      <w:pPr>
        <w:jc w:val="right"/>
      </w:pPr>
      <w:r>
        <w:t>अब हम लोग अगर जुड़ गए हैं तो यह Underestimate तभी कर रहे हैं जब नहीं समझ रहे हैं यानी कि दर्याफ्त करना पड़ेगा.</w:t>
      </w:r>
    </w:p>
    <w:p>
      <w:r>
        <w:rPr>
          <w:b/>
        </w:rPr>
        <w:t xml:space="preserve">[25:08] </w:t>
      </w:r>
      <w:r>
        <w:t>molala sahab ne jo daryaft karne ki baat kahi hai na baar baar, woh daryaft karne ke baad hi allah taalaah ko pehchanenge aur uske baad hi hum log yeh samajh payenge ki allah taalaah ke saath kis tarah se hamein behave karna hai.</w:t>
      </w:r>
    </w:p>
    <w:p>
      <w:pPr>
        <w:jc w:val="right"/>
      </w:pPr>
      <w:r>
        <w:t>मोलाला साहब ने जो दर्याफ्त करने की बात कही है ना बार बार, वह दर्याफ्त करने के बाद ही अल्लाह तालाह को पहचानेंगे और उसके बाद ही हम लोग यह समझ पाएंगे कि अल्लाह तालाह के साथ किस तरह से हमें behave करना है.</w:t>
      </w:r>
    </w:p>
    <w:p>
      <w:r>
        <w:rPr>
          <w:b/>
        </w:rPr>
        <w:t xml:space="preserve">[25:23] </w:t>
      </w:r>
      <w:r>
        <w:t>jaise hum doosre jab hum kisi bade insaan se milte hain, VIP se milte hain toh hum apne aap ko kaise acche se apna matlab outer bhi theek karte hain, baat karne ka saleeqa bhi durust karte hain aur hamein lagta hai ki are woh bahut bada insaan hai. lekin jab hum allah taala ke saamne pesh hone ka khyal nahin rakhenge, jawabdehi ka khyal nahin rakhenge toh phir hum zindagi ko jaise hai jeete chale ja rahe hain.</w:t>
      </w:r>
    </w:p>
    <w:p>
      <w:pPr>
        <w:jc w:val="right"/>
      </w:pPr>
      <w:r>
        <w:t>जैसे हम दूसरे जब हम किसी बड़े इंसान से मिलते हैं, VIP से मिलते हैं तो हम अपने आपको कैसे अच्छे से अपना मतलब outer भी ठीक करते हैं, बात करने का सलीखा भी दुरुस्त करते हैं और हमको लगता है कि अरे वह बहुत बड़ा इंसान है. लेकिन जब हम अल्लाह ताला के सामने पेश होने एका ख्याल नहीं रखेंगे, जवाबदेही का ख्याल नहीं रखेंगे तो फिर हम ज़िंदगी को जैसे है जीते चले जा रहे हैं.</w:t>
      </w:r>
    </w:p>
    <w:p>
      <w:r>
        <w:rPr>
          <w:b/>
        </w:rPr>
        <w:t xml:space="preserve">[25:52] </w:t>
      </w:r>
      <w:r>
        <w:t>toh usmein yeh daryaft wali baat, allah ko pehchanne wali baat, yeh point bahut ahum lag raha hai. kyunki pehchanne ke baad hi hum log apni islah karne ki taraf badhenge.</w:t>
      </w:r>
    </w:p>
    <w:p>
      <w:pPr>
        <w:jc w:val="right"/>
      </w:pPr>
      <w:r>
        <w:t>तो उसमें यह दरियाफ्त वाली बात, अल्लाह को पहचानने वाली बात, यह point बहुत अहम् लग रहा है. क्योंकि पहचानने के बाद ही हम लोग अपनी इस्लाह करने की तरफ बढ़ेंगे.</w:t>
      </w:r>
    </w:p>
    <w:p>
      <w:r>
        <w:rPr>
          <w:b/>
        </w:rPr>
        <w:t xml:space="preserve">[26:05] </w:t>
      </w:r>
      <w:r>
        <w:t>yeh mujhe samajh aa raha hai aur sabse badi baat yeh hai ki pehchan bhi nahi rahe to</w:t>
      </w:r>
    </w:p>
    <w:p>
      <w:pPr>
        <w:jc w:val="right"/>
      </w:pPr>
      <w:r>
        <w:t>यह मुझे समझ आ रहा है और सबसे बड़ी बात यह है कि पहचान भी नहीं रहे तो</w:t>
      </w:r>
    </w:p>
    <w:p>
      <w:r>
        <w:rPr>
          <w:b/>
        </w:rPr>
        <w:t xml:space="preserve">[26:22] </w:t>
      </w:r>
      <w:r>
        <w:t>yeh cheez to maine abhi tak bhi jab se main CPS se judi hoon yeh cheez to maine</w:t>
      </w:r>
    </w:p>
    <w:p>
      <w:pPr>
        <w:jc w:val="right"/>
      </w:pPr>
      <w:r>
        <w:t>यह चीज़ तो मैंने अभी तक भी जब से मैं CPS से जुड़ी हूं यह चीज़ तो मैंने</w:t>
      </w:r>
    </w:p>
    <w:p>
      <w:r>
        <w:rPr>
          <w:b/>
        </w:rPr>
        <w:t xml:space="preserve">[26:40] </w:t>
      </w:r>
      <w:r>
        <w:t>kahin nahi padhi ya nahi suni.</w:t>
      </w:r>
    </w:p>
    <w:p>
      <w:pPr>
        <w:jc w:val="right"/>
      </w:pPr>
      <w:r>
        <w:t>कहीं नहीं पढ़ी या नहीं सुनी.</w:t>
      </w:r>
    </w:p>
    <w:p>
      <w:r>
        <w:rPr>
          <w:b/>
        </w:rPr>
        <w:t xml:space="preserve">[26:58] </w:t>
      </w:r>
      <w:r>
        <w:t>to yeh kahan se aqida aaya ki humein jannat mil hi jayegi.</w:t>
      </w:r>
    </w:p>
    <w:p>
      <w:pPr>
        <w:jc w:val="right"/>
      </w:pPr>
      <w:r>
        <w:t>तो यह कहां से अकीदा आया कि हमें जन्नत मिल ही जाएगी.</w:t>
      </w:r>
    </w:p>
    <w:p>
      <w:r>
        <w:rPr>
          <w:b/>
        </w:rPr>
        <w:t xml:space="preserve">[27:08] </w:t>
      </w:r>
      <w:r>
        <w:t>to yeh to sarkashi wali baat ho gayi na ismein doosri iska bataiyega zara ki bas saza mil</w:t>
      </w:r>
    </w:p>
    <w:p>
      <w:pPr>
        <w:jc w:val="right"/>
      </w:pPr>
      <w:r>
        <w:t>तो यह तो सरकशी वाली बात हो गई ना इसमें दूसरी इसका बताइएगा ज़रा कि बस सजा मिल</w:t>
      </w:r>
    </w:p>
    <w:p>
      <w:r>
        <w:rPr>
          <w:b/>
        </w:rPr>
        <w:t xml:space="preserve">[27:19] </w:t>
      </w:r>
      <w:r>
        <w:t>jayegi aur uske baad jannat milegi akhirat mein.</w:t>
      </w:r>
    </w:p>
    <w:p>
      <w:pPr>
        <w:jc w:val="right"/>
      </w:pPr>
      <w:r>
        <w:t>जाएगी और उसके बाद जन्नत मिलेगी आखिरत में.</w:t>
      </w:r>
    </w:p>
    <w:p>
      <w:r>
        <w:rPr>
          <w:b/>
        </w:rPr>
        <w:t xml:space="preserve">[27:30] </w:t>
      </w:r>
      <w:r>
        <w:t>ji main yeh baat bolna chahti hoon. log yeh kehte hain yeh understanding hai ki jisne kalma padh liya woh zaroor jannat mein jayega. yeh yeh yeh haan haan. yeh ghalti ke kalma padh liya toh woh zaroor jannat mein jayega aur jo hamari ghalti hai woh ghaltiyon ki agar saza milkar phir hum jannat mein hi jayenge. haan yeh yeh kya hai? yeh toh kahin bola na sahab ne kahin nahin bataya is baare mein. yeh baat badi kya ji hai?</w:t>
      </w:r>
    </w:p>
    <w:p>
      <w:pPr>
        <w:jc w:val="right"/>
      </w:pPr>
      <w:r>
        <w:t>जी मैं यह बात बोलना चाहती हूं. लोग यह कहते हैं यह understanding है कि जिसने कल्मा पढ़ लिया वह ज़रूर जन्नत में जाएगा. यह यह यह हां हां. यह ग़लती के कल्मा पढ़ लिया तो वह ज़रूर जन्नत में जाएगा और जो हमारी गलती है वह गलतियों की अगर सजा मिलकर फिर हम जन्नत में ही जाएंगे. हां यह यह क्या है? यह तो कहीं बोला ना साहब ने कहीं नहीं बताया इस बारे में. यह बात बड़ी क्या जी है?</w:t>
      </w:r>
    </w:p>
    <w:p>
      <w:r>
        <w:rPr>
          <w:b/>
        </w:rPr>
        <w:t xml:space="preserve">[27:55] </w:t>
      </w:r>
      <w:r>
        <w:t>ek aam logon ne isko bana liya hai ki kalman jisne padh liya woh zaroor zaroor zaroorat mein jayega. chahe kaise hi action ho ismein ya alag baat jo sarkashi wali baat hai woh shayad yahi sarkashi hai. bilkul sarkashi hai. apne ko dekhein, samjhein ki hum kar kya rahein? yeh raziya yahi allah par jhoot lagana hai jo hum padh rahe hain na yeh jhoot lagana hai, yahi toh padha hai.</w:t>
      </w:r>
    </w:p>
    <w:p>
      <w:pPr>
        <w:jc w:val="right"/>
      </w:pPr>
      <w:r>
        <w:t>एक आम लोगों ने इसको बना लिया है कि कल्माण जिसने पढ़ लिया वह ज़रूर ज़रूर ज़रूरत में जाएगा. चाहे कैसे ही action हो इसमें या अलग बात जो सर्कशी वाली बात है वह शायद यही सर्कशी है. बिल्कुल सर्कशी है. अपने को देखें, समझें कि हम कर क्या रहें? यह रजिया यही अल्लाह पर झूठ लगाना है जो हम पढ़ रहे हैं ना यह झूठ लगाना है, यही तो पढ़ा है.</w:t>
      </w:r>
    </w:p>
    <w:p>
      <w:r>
        <w:rPr>
          <w:b/>
        </w:rPr>
        <w:t xml:space="preserve">[28:25] </w:t>
      </w:r>
      <w:r>
        <w:t>haan haan haan. aur yeh yeh pehle kitaab wali mansikta hai jisme hum log jee gaye hain ab. kyunki jab woh jab woh daure sawal mein pahunche the toh unhone bhi yahi kiya tha aur paimedaarth. haan haan haan. aap bhi ise haan haan haan jo pehli comedy tabah ho chuki hai woh log yahi sochte the aur kehte the jannat mein hamare liye jo hai plot plot honge yeh honge woh. toh yeh samajh gayi hain abhi jhoot baandhna hua allah taala ke adhikar mein.</w:t>
      </w:r>
    </w:p>
    <w:p>
      <w:pPr>
        <w:jc w:val="right"/>
      </w:pPr>
      <w:r>
        <w:t>हां हां हां. और यह यह पहले किताब वाली मानसिकता है जिसमें हम लोग जी गए हैं अब. क्योंकि जब वह जब वह दौरे सवाल में पहुंचे थे तो उन्होंने भी यही किया था और पैमेदार्थ. हां हां हां. आप भी इसे हां हां हां जो पहली comedy तबाह हो चुकी है वह लोग यही सोचते थे और कहते थे जन्नत में हमारे लिए जो है plot plot होंगे यह होंगे वह. तो यह समझ गई हैं अभी झूठ बांधना हुआ अल्ला ताला के अधिकार में.</w:t>
      </w:r>
    </w:p>
    <w:p>
      <w:r>
        <w:rPr>
          <w:b/>
        </w:rPr>
        <w:t xml:space="preserve">[28:54] </w:t>
      </w:r>
      <w:r>
        <w:t>matlab allah taala ka jo adhikar kshetra hai uske andar hum apne rights apna aap hi develop karne lage ki hum mil jayegi. samajh gayi? ok, we take sukhya akhtar then after that yatman sheikh. salam lekho. wali ki karam. mujhe jo cheez samajh mein aa rahi hai ki sab cheez insaan ki sanjeedgi se hai.</w:t>
      </w:r>
    </w:p>
    <w:p>
      <w:pPr>
        <w:jc w:val="right"/>
      </w:pPr>
      <w:r>
        <w:t>मतलब अल्ला ताला का जो अधिकार क्षेत्र है उसके अंदर हम अपने rights अपना आप ही develop करने लगे कि हम मिली जाएगी. समझ गई? Ok, we take सुख्या अख्तर then after that यात्मन शेख. सलाम लेखो. वाली की क्राम. मुझे जो चीज़ समझ में आ रही है कि सब चीज़ इंसान की संजीदगी से है.</w:t>
      </w:r>
    </w:p>
    <w:p>
      <w:r>
        <w:rPr>
          <w:b/>
        </w:rPr>
        <w:t xml:space="preserve">[29:20] </w:t>
      </w:r>
      <w:r>
        <w:t>agar insaan sanjeeda ho toh jab woh kalma padhta hai, usi waqt woh saari cheezon ko samajh jaaye. kyunki jab usne laila kar diya, usne apni zindagi se saari cheezon ka jo ruddva hai, usse girakar neeche laya. usne apne zindagi mein bahut se mabood rakhe the chahe woh mabood uske maa baap the, khandan the status se, daulat thi.</w:t>
      </w:r>
    </w:p>
    <w:p>
      <w:pPr>
        <w:jc w:val="right"/>
      </w:pPr>
      <w:r>
        <w:t>अगर इंसान संजीदा हो तो जब वह कलमा पड़ता है, उसी वक्त वह सारी चीज़ों को समझ जाए. क्योंकि जब उसने लाईला कर दिया, उसने अपनी ज़िंदगी से सारी चीज़ों का जो रुद्वा है, उससे गिराकर नीचे लाया. उसने अपने ज़िंदगी में बहुत से माबूद रखे थे चाहे वह माबूद उसके मां बाप थे, खानदान थे status से, दौलत थी.</w:t>
      </w:r>
    </w:p>
    <w:p>
      <w:r>
        <w:rPr>
          <w:b/>
        </w:rPr>
        <w:t xml:space="preserve">[29:48] </w:t>
      </w:r>
      <w:r>
        <w:t>toh sanjeet ki bahut badi cheez hai ki woh samjhe ki maine la ilah kehkar kya kiya? aur jab woh samjhe ki phir jab maine illah kaha toh kya maine khudav ko waisi jagah di jo use deni chahiye? toh sanjeet ki hi woh cheez hai jiski bajakar hamare lip service aur phir hamare amal ka fark padta hai.</w:t>
      </w:r>
    </w:p>
    <w:p>
      <w:pPr>
        <w:jc w:val="right"/>
      </w:pPr>
      <w:r>
        <w:t>तो संजीत की बहुत बड़ी चीज़ है कि वह समझे कि मैंने ला इलाह कहकर क्या किया? और जब वह समझे कि फिर जब मैंने इल्लाह कहा तो क्या मैंने खुदाव को वैसी जगह दी जो उसे देनी चाहिए? तो संजीत की ही वह चीज़ है जिसकी बजाकर हमारे lip service और फिर हमारे अमल का फ़र्क़ पड़ता है.</w:t>
      </w:r>
    </w:p>
    <w:p>
      <w:r>
        <w:rPr>
          <w:b/>
        </w:rPr>
        <w:t xml:space="preserve">[30:12] </w:t>
      </w:r>
      <w:r>
        <w:t>ab is lip service mein chahe koi gair muslim ho, chahe hum jaise musalman ho, sab ek hai. ki humne gair sanjeedgi ka hi muzahara kiya.</w:t>
      </w:r>
    </w:p>
    <w:p>
      <w:pPr>
        <w:jc w:val="right"/>
      </w:pPr>
      <w:r>
        <w:t>अब इस lip service में चाहे कोई गैर मुस्लिम हो, चाहे हम जैसे मुसलमान हो, सब एक है. कि हमने गैर संजीदगी का ही मुज़ाहारा किया.</w:t>
      </w:r>
    </w:p>
    <w:p>
      <w:r>
        <w:rPr>
          <w:b/>
        </w:rPr>
        <w:t xml:space="preserve">[30:25] </w:t>
      </w:r>
      <w:r>
        <w:t>humne apne apne khandan ke hisab se, apne mahaul ke hisab se kuch rasoomat pakad liye aur humne zahar paristhi ki kyunki ghaib ke khuda ko agar samajhna hai toh ek hi source hai ki hum quran ko khoob padhein, khoob sanchidgi ke saath padhein aur baar baar padhein.</w:t>
      </w:r>
    </w:p>
    <w:p>
      <w:pPr>
        <w:jc w:val="right"/>
      </w:pPr>
      <w:r>
        <w:t>हमने अपने अपने खानदान के हिसाब से, अपने माहौल के हिसाब से कुछ रसूमात पकड़ लिए और हमने ज़ाहिर परिस्थी की क्योंकि ग़ैब के खुदा को अगर समझना है तो एक ही source है कि हम कुरान को खूब पढ़ें, खूब संचिदगी के साथ पढ़ें और बार बार पढ़ें.</w:t>
      </w:r>
    </w:p>
    <w:p>
      <w:r>
        <w:rPr>
          <w:b/>
        </w:rPr>
        <w:t xml:space="preserve">[30:47] </w:t>
      </w:r>
      <w:r>
        <w:t>aaj main maulana ka ek video roza par padh rahi thi, sun rahi thi toh main maulana sahab usmein keh rahe the ki is ramzan aap puran ko tarjume ke saath padh lein. jo bhi kisi insaan ka apna mother tongue hai, woh usmein usko poora padh jaaye. ab hamare dil ko yeh takleef hoti hai ki agar hum arabi nahin padhenge toh hamein sawab kahan se milega? lekin aisi koi shart nahin hai.</w:t>
      </w:r>
    </w:p>
    <w:p>
      <w:pPr>
        <w:jc w:val="right"/>
      </w:pPr>
      <w:r>
        <w:t>आज मैं मौलाना का एक video रोज़ा पर पढ़ रही थी, sun रही थी तो मैं मौलाना साहब उसमें कह रहे थे कि इस रमज़ान आप पुरान को तर्जुमे के साथ पढ़ लें. जो भी किसी इंसान का अपना mother tongue है, वह उसमें उसको पूरा पढ़ जाए. अब हमारे दिल को यह तकलीफ होती है कि अगर हम अरबी नहीं पढ़ेंगे तो हमें सवाब कहां से मिलेगा? लेकिन ऐसी कोई शर्त नहीं है.</w:t>
      </w:r>
    </w:p>
    <w:p>
      <w:r>
        <w:rPr>
          <w:b/>
        </w:rPr>
        <w:t xml:space="preserve">[31:17] </w:t>
      </w:r>
      <w:r>
        <w:t>agar meri zabaan urdu hai, kisi ki hindi aur english hai, agar woh apni mother tongue mein quran ko padh leta hai poora, poora padhna zaroori hai kyunki usmein baar baar hum dekhte hain ki allah taala hamein kaise, kaise pukarte hain aur phir hamara wahan kya muqam banta hai aur is tarah se ki hum apne mother tongue mein is ramzan poora quran padh jayein. sirf ek hi cheez ki shart hai ki hum sanjeeda ho.</w:t>
      </w:r>
    </w:p>
    <w:p>
      <w:pPr>
        <w:jc w:val="right"/>
      </w:pPr>
      <w:r>
        <w:t>अगर मेरी ज़बान उर्दू है, किसी की हिंदी और English है, अगर वह अपनी mother tongue में कुरान को पढ़ लेता है पूरा, पूरा पढ़ना ज़रूरी है क्योंकि उसमें बार बार हम देखते हैं कि अल्लाह ताला हमें कैसे, कैसे पुकारते हैं और फिर हमारा वहां क्या मुकाम बनता है और इस तरह से कि हम अपने mother tongue में इस रमज़ान पूरा कुरान पढ़ जाएं. सिर्फ एक ही चीज़ की शर्त है कि हम संजीदा हो.</w:t>
      </w:r>
    </w:p>
    <w:p>
      <w:r>
        <w:rPr>
          <w:b/>
        </w:rPr>
        <w:t xml:space="preserve">[31:47] </w:t>
      </w:r>
      <w:r>
        <w:t>yahan tak ki maulana sahab yeh bhi kehte hain ki jab bina tashree ke padh lein, kyunki poora quran padhna hai is bhookh aur pyaas ki halat mein yeh woh condition hai jo poore saal gyarah mahine ke baad aayi hai ki poore saal jis tarah se hum logon ne apni apna ek schedule bana liya hai. hamari ek materialistic life hai. humne usmein quran ko jis level par samjha hai, usse zyada samajhne ke layak ab hum ho gaye hain.</w:t>
      </w:r>
    </w:p>
    <w:p>
      <w:pPr>
        <w:jc w:val="right"/>
      </w:pPr>
      <w:r>
        <w:t>यहां तक कि मौलाना साहब यह भी कहते हैं कि जब बिना तश्री के पढ़ लें, क्योंकि पूरा कुरान पढ़ना है इस भूख और प्यास की हालत में यह वह condition है जो पूरे साल ग्यारह महीने के बाद आई है कि पूरे साल जिस तरह से हम लोगों ने अपनी अपना एक schedule बना लिया है. हमारी एक materialistic life है. हमने उसमें कुरान को जिस level पर समझा है, उससे ज़्यादा समझने के लायक अब हम हो गए हैं.</w:t>
      </w:r>
    </w:p>
    <w:p>
      <w:r>
        <w:rPr>
          <w:b/>
        </w:rPr>
        <w:t xml:space="preserve">[32:15] </w:t>
      </w:r>
      <w:r>
        <w:t>pehla roza hai aur aaj hamari pehli class hai aur mulana kahiye naseehat ki hum bina kashriye ke sanjeedgi apne saath rakhein aur udan ko poora padh jayein aur phir dekhein ki khuda humse kya kehta hai? phir mumkin hai ki khuda ki woh daryaft ho aur shayad hamare andar woh sangidgi aaye jo iski kami hum kabhi kabhi mehsoos karte hain aur jab sanjeet bhi aayegi toh phir aisi galti nahin hogi.</w:t>
      </w:r>
    </w:p>
    <w:p>
      <w:pPr>
        <w:jc w:val="right"/>
      </w:pPr>
      <w:r>
        <w:t>पहला रोज़ा है और आज हमारी पहली class है और मुलाना कहिए नसीहत कि हम बिना कश्रीय के संजीदगी अपने साथ रखें और उड़ान को पूरा पढ़ जाएं और फिर देखें कि खुदा हमसे क्या कहता है? फिर मुमकिन है कि खुदा कि वह दर्याव्त हो और शायद हमारे अंदर वह संगीदगी आए जो इसकी कमी हम कभी कभी महसूस करते हैं और जब संजीत भी आएगी तो फिर ऐसी गलती नहीं होगी.</w:t>
      </w:r>
    </w:p>
    <w:p>
      <w:r>
        <w:rPr>
          <w:b/>
        </w:rPr>
        <w:t xml:space="preserve">[32:44] </w:t>
      </w:r>
      <w:r>
        <w:t>phir aisi galti hargiz nahin hogi ki hum apne liye kuch aur pasand karenge aur doosron ke liye kuch aur hai. jab hum doosron ke liye kuch aur pasand karte hain toh darasal woh koda ke saath hi galti karte hain ki humne koda ko underestimate kiya ki hamari zindagi kisi aur tareeqe par guzarti rahi aur aakhirat mishila kuch aur tareeqe par utne dega. phir toh woh hamein wahi dega na jo humne duniya mein kiya hai.</w:t>
      </w:r>
    </w:p>
    <w:p>
      <w:pPr>
        <w:jc w:val="right"/>
      </w:pPr>
      <w:r>
        <w:t>फिर ऐसी गलती हरगिश नहीं होगी कि हम अपने लिए कुछ और पसंद करेंगे और दूसरों के लिए कुछ और है. जब हम दूसरों के लिए कुछ और पसंद करते हैं तो दरअसल वह कोदा के साथ ही गलती करते हैं कि हमने कोदा को underestimate किया कि हमारी ज़िंदगी किसी और तरीके पर गुज़रती रही और आख़िरत मिशिला कुछ और तरीके पर उतने देगा. फिर तो वह हमें वही देगा ना जो हमने दुनिया में किया है.</w:t>
      </w:r>
    </w:p>
    <w:p>
      <w:r>
        <w:rPr>
          <w:b/>
        </w:rPr>
        <w:t xml:space="preserve">[33:13] </w:t>
      </w:r>
      <w:r>
        <w:t>toh koshish karein ki hum quran par focus karein aur aaj ki jo varsh hai woh apne self introspection, self correction ki hi varsh hai. hum apna hi trust kya karein? khuda kare, hum kar paaye. millah mein tafir. aisa lakhair. now we have come to the end of the session.</w:t>
      </w:r>
    </w:p>
    <w:p>
      <w:pPr>
        <w:jc w:val="right"/>
      </w:pPr>
      <w:r>
        <w:t>तो कोशिश करें कि हम कुरान पर focus करें और आज की जो वर्ष है वह अपने self introspection, self correction की ही वर्ष है. हम अपना ही trust क्या करें? ख़ुदा करें, हम कर पाएं. मिल्लाह में तफीर. ऐसा कर लाख़ैर. Now we have come to the end of the session.</w:t>
      </w:r>
    </w:p>
    <w:p>
      <w:r>
        <w:rPr>
          <w:b/>
        </w:rPr>
        <w:t xml:space="preserve">[33:40] </w:t>
      </w:r>
      <w:r>
        <w:t>before conclusion by appa, i would like to say there are five things take away. basically take away in point i'd like to say from this verse.</w:t>
      </w:r>
    </w:p>
    <w:p>
      <w:pPr>
        <w:jc w:val="right"/>
      </w:pPr>
      <w:r>
        <w:t>Before conclusion by Appa, I would like to say there are five things take away. Basically take away in point I'd like to say from this verse.</w:t>
      </w:r>
    </w:p>
    <w:p>
      <w:r>
        <w:rPr>
          <w:b/>
        </w:rPr>
        <w:t xml:space="preserve">[33:51] </w:t>
      </w:r>
      <w:r>
        <w:t>yeh verse actually woh hypocrisy jo log mashkeen jo makkah mein thay, mushkin jo makkah mein thay, allah ne unko refer karkay, unkay arrogance ko refer karkay ismein hamari understanding di hai ke humein is verse se kya understanding hamari honi chahiye? toh mera jo takeaway hai ismein first point is avoid hypocrisy.</w:t>
      </w:r>
    </w:p>
    <w:p>
      <w:pPr>
        <w:jc w:val="right"/>
      </w:pPr>
      <w:r>
        <w:t>यह verse actually वह hypocrisy जो लोग मशकीन जो मक्का में थे, मुश्किन जो मक्का में थे, अल्लाह ने उनको refer करके, उनके arrogance को refer करके इसमें हमारी understanding दी है कि हमें इस verse से क्या understanding हमारी होनी चाहिए? तो मेरा जो takeaway है इसमें first point is avoid hypocrisy.</w:t>
      </w:r>
    </w:p>
    <w:p>
      <w:r>
        <w:rPr>
          <w:b/>
        </w:rPr>
        <w:t xml:space="preserve">[34:19] </w:t>
      </w:r>
      <w:r>
        <w:t>aapkay jo actions hain aur jo hum kehte hain, woh dono same honay chahiye aur woh sincerity ke saath honi chahiye. koi bhi negative cheez jaisay ke doctor sapna ne kaha ke allah se humein kuch bhi jhoot nahi bandhna chahiye and saari achhai aur badhai jaisay ke mushkin khud ko achhai aur badhai mein daaltay thay aur har buri cheez ko quda se jor detay thay.</w:t>
      </w:r>
    </w:p>
    <w:p>
      <w:pPr>
        <w:jc w:val="right"/>
      </w:pPr>
      <w:r>
        <w:t>आपके जो actions हैं और जो हम कहते हैं, वह दोनों same होने चाहिए और वह sincerity के साथ होनी चाहिए. कोई भी negative चीज़ जैसे कि doctor सपना ने कहा कि अल्लाह से हमें कुछ भी झूठ नहीं बांधना चाहिए and सारी अच्छाई और बढ़ाई जैसे कि मुश्किन खुद को अच्छाई और बढ़ाई में डालते थे और हर बुरी चीज़ को क़ुदा से जोड़ देते थे.</w:t>
      </w:r>
    </w:p>
    <w:p>
      <w:r>
        <w:rPr>
          <w:b/>
        </w:rPr>
        <w:t xml:space="preserve">[34:46] </w:t>
      </w:r>
      <w:r>
        <w:t>the second point is recognize allah's justice. everything good, we have to believe that everything good comes from allah and he is spared in all decisions. many a times we get decisions by allah which we may not like. so in that case we become negative about allah. so we have to spare, accept allah's wisdom - allah's wisdom in our life in giving any kind of decision by allah.</w:t>
      </w:r>
    </w:p>
    <w:p>
      <w:pPr>
        <w:jc w:val="right"/>
      </w:pPr>
      <w:r>
        <w:t>The second point is recognize अल्लाह's justice. Everything good, we have to believe that everything good comes from अल्लाह and he is spared in all decisions. Many a times we get decisions by Allah which we may not like. So in that case we become negative about Allah. So we have to spare, accept Allah's wisdom - Allah's wisdom in our life in giving any kind of decision by Allah.</w:t>
      </w:r>
    </w:p>
    <w:p>
      <w:r>
        <w:rPr>
          <w:b/>
        </w:rPr>
        <w:t xml:space="preserve">[35:16] </w:t>
      </w:r>
      <w:r>
        <w:t>stay humble. that is a third point. arrogance and self righteousness lead to downfall. humein yeh baat pata honi chahiye ke hum agar arrogant honge toh yeh hamari downfall par hamaray humein le jayegi aur hamesha khuda ki blessing, always acknowledge the success and blessing come from allah. the fourth point is speak truthfully, sach bolen.</w:t>
      </w:r>
    </w:p>
    <w:p>
      <w:pPr>
        <w:jc w:val="right"/>
      </w:pPr>
      <w:r>
        <w:t>Stay humble. That is a third point. Arrogance and self righteousness lead to downfall. हमें यह बात पता होनी चाहिए कि हम अगर arrogant होंगे तो यह हमारी downfall पर हमारे हमें ले जाएगी और हमेशा ख़ुदा की blessing, always acknowledge the success and blessing come from Allah. The fourth point is speak truthfully, सच बोलें.</w:t>
      </w:r>
    </w:p>
    <w:p>
      <w:r>
        <w:rPr>
          <w:b/>
        </w:rPr>
        <w:t xml:space="preserve">[35:44] </w:t>
      </w:r>
      <w:r>
        <w:t>avoid falsehood in words and beliefs. aap apni yaqeen ke taur par aur jo aap keh rahay hain, jo aap bolna chahtay hain, jo aap sochtay hain, usmein sachai honi chahiye. ensure that what you say about allah and his guidance is based on truth, not like mushkin who used to say about allah on falsehood. the last point is be grateful.</w:t>
      </w:r>
    </w:p>
    <w:p>
      <w:pPr>
        <w:jc w:val="right"/>
      </w:pPr>
      <w:r>
        <w:t>Avoid falsehood in words and beliefs. आप अपनी यकीन के तौर पर और जो आप कह रहे हैं, जो आप बोलना चाहते हैं, जो आप सोचते हैं, उसमें सच्चाई होनी चाहिए. Ensure that what you say about Allah and His guidance is based on truth, not like मुश्किन who used to say about Allah on falsehood. The last point is be grateful.</w:t>
      </w:r>
    </w:p>
    <w:p>
      <w:r>
        <w:rPr>
          <w:b/>
        </w:rPr>
        <w:t xml:space="preserve">[36:12] </w:t>
      </w:r>
      <w:r>
        <w:t>we should all be grateful for allah, what allah has all, god has distorted on us. appreciate. allah ki jitni bhi humein mili hai, shukr karein aur dil se shukr ada karein. appreciate and use the blessings of allah has given you in a way that pleases him rather than being selective or selfishness. toh yeh verse humein remind karta hai ke hamari purity honi chahiye.</w:t>
      </w:r>
    </w:p>
    <w:p>
      <w:pPr>
        <w:jc w:val="right"/>
      </w:pPr>
      <w:r>
        <w:t>We should all be grateful for Allah, what Allah has all, God has distorted on us. Appreciate. Allah की जितनी भी हमें मिली है, शुक्र करें और दिल से शुक्र अदा करें. Appreciate and use the blessings of Allah has given you in a way that pleases him rather than being selective or selfishness. तो यह verse हमें remind करता है कि हमारी purity होनी चाहिए.</w:t>
      </w:r>
    </w:p>
    <w:p>
      <w:r>
        <w:rPr>
          <w:b/>
        </w:rPr>
        <w:t xml:space="preserve">[36:38] </w:t>
      </w:r>
      <w:r>
        <w:t>hamaray faith mein humein sincerity maintain karni chahiye aur kabhi bhi sach ko torh morh karkay pesh nahi karna chahiye apnay faiday ke liye. toh yeh meri learning ki yeh paanch point aur main apa ko kehti hoon ke woh conclude karein session ko dua ke saath. shavina bohat acha tumne bataya jaza karla. kyunke sahi saaray iskay nichor hain woh.</w:t>
      </w:r>
    </w:p>
    <w:p>
      <w:pPr>
        <w:jc w:val="right"/>
      </w:pPr>
      <w:r>
        <w:t>हमारे faith में हमें sincerity maintain करनी चाहिए और कभी भी सच को तोड़ मोड़ करके पेश नहीं करना चाहिए अपने फ़ायदे के लिए. तो यह मेरी learning की यह पांच point और मैं आपा को कहती हूं कि वह conclude करें session को दुआ के साथ. शविना बहुत अच्छा तुमने बताया जज़ा करला. क्योंकि सही सारे इसके निचोड़ हैं वह.</w:t>
      </w:r>
    </w:p>
    <w:p>
      <w:r>
        <w:rPr>
          <w:b/>
        </w:rPr>
        <w:t xml:space="preserve">[37:04] </w:t>
      </w:r>
      <w:r>
        <w:t>yahan par woh jo baat ho rahi thi kalma parhkar musalman hona milta hai bohat mushkil se. toh hum itni aasani se jannat ko itna mamooli na samjhein. aisa mumkin nahi hai.</w:t>
      </w:r>
    </w:p>
    <w:p>
      <w:pPr>
        <w:jc w:val="right"/>
      </w:pPr>
      <w:r>
        <w:t>यहां पर वह जो बात हो रही थी कलमा पढ़कर मुसलमान होना मिलता है बहुत मुश्किल से. तो हम इतनी आसानी से जन्नत को इतना मामूली ना समझें. ऐसा मुमकिन नहीं है.</w:t>
      </w:r>
    </w:p>
    <w:p>
      <w:r>
        <w:rPr>
          <w:b/>
        </w:rPr>
        <w:t xml:space="preserve">[37:31] </w:t>
      </w:r>
      <w:r>
        <w:t>kalma parhnay ke baad bohat bari zimmedari apnay saath mein aati hai. bohat bari mehnat aur jaddojahad karnay ki zaroorat hoti hai. abhi is par se jo learning hui yeh main yahan par share karna chah rahi hoon ke aisay ke aam aik tarah se kahawat bhi hai na ke jaisa aam taur se insano mein boltay hain ke jaisa dena waisay hi paana.</w:t>
      </w:r>
    </w:p>
    <w:p>
      <w:pPr>
        <w:jc w:val="right"/>
      </w:pPr>
      <w:r>
        <w:t>कल्मा पढ़ने के बाद बहुत बड़ी ज़िम्मेदारी अपने साथ में आती है. बहुत बड़ी मेहनत और जद्दूजहद करने की ज़रूरत होती है. अभी इस पर से जो learning हुई यह मैं यहां पर share करना चाह रही हूं कि ऐसे कि आम एक तरह से कहावत भी है ना कि जैसा आम तौर से इंसानों में बोलते हैं कि जैसा देना वैसे ही पाना.</w:t>
      </w:r>
    </w:p>
    <w:p>
      <w:r>
        <w:rPr>
          <w:b/>
        </w:rPr>
        <w:t xml:space="preserve">[37:58] </w:t>
      </w:r>
      <w:r>
        <w:t>toh yeh insano ke liye log kehtay hain ke insano ke mamlay ke saath. yani ke hum insan apnay mamlay mein kitnay chotay dil ke selfish hotay hain ke hamari jaini soch, ghalat soch iska ehsaas dilati hai ke hum insan ke mamlay mein kis tarah se hain. lekin yeh khuda ka mamla aata hai toh insan ka wohi haal hai ke khuda jo hamaray liye behsaab karta hai wahan bhi behfai insan kar raha hai.</w:t>
      </w:r>
    </w:p>
    <w:p>
      <w:pPr>
        <w:jc w:val="right"/>
      </w:pPr>
      <w:r>
        <w:t>तो यह इंसानों के लिए लोग कहते हैं कि इंसानों के मामले के साथ. यानी कि हम इंसान अपने मामले में कितने छोटे दिल के selfish होते हैं कि हमारी जैनी सोच, ग़लत सोच इसका एहसास दिलाती है कि हम इंसान के मामले में किस तरह से हैं. लेकिन यह ख़ुदा का मामला आता है तो इंसान का वही हाल है कि ख़ुदा जो हमारे लिए बेहसाब करता है वहां भी बेहफाई इंसान कर रहा है.</w:t>
      </w:r>
    </w:p>
    <w:p>
      <w:r>
        <w:rPr>
          <w:b/>
        </w:rPr>
        <w:t xml:space="preserve">[38:26] </w:t>
      </w:r>
      <w:r>
        <w:t>hum usko dhyan bhi nahi kar saktay ke khuda kitna hamaray liye karta hai. kya hum jaisay ke quran mein hai ke humko bujood mein wohi laya. hamara sab kuch toh seekha hai. us khuda ko insan ne itna mamooli samajh liya ke kuch physically amal karkay khuda humse aasman par khush ho jayega. itni bari umeed hai. toh yeh insan ka jaisay abhi shafina ne kaha ke insan ka ego hai is tarah ke arrogance wali insan khuda ko kamtar samajhtay hain.</w:t>
      </w:r>
    </w:p>
    <w:p>
      <w:pPr>
        <w:jc w:val="right"/>
      </w:pPr>
      <w:r>
        <w:t>हम उसको ध्यान भी नहीं कर सकते कि ख़ुदा कितना हमारे लिए करता है. क्या हम जैसे कि कुरान में है कि हमको बुजूद में वही लाया. हमारा सब कुछ तो सीखा है. उस खुदा को इंसान ने इतना मामूली समझ लिया कि कुछ physically अमल करके खुदा हमसे आसमान पर खुश हो जाएगा. इतनी बड़ी उम्मीद है. तो यह इंसान का जैसे अभी शपिना ने कहा कि इंसान का ego है इस तरह के arrogance वाली इंसान खुदा को कमतर समझते हैं.</w:t>
      </w:r>
    </w:p>
    <w:p>
      <w:r>
        <w:rPr>
          <w:b/>
        </w:rPr>
        <w:t xml:space="preserve">[38:55] </w:t>
      </w:r>
      <w:r>
        <w:t>yeh khuda si befai, uski nashukri bohat kuch hai aur yeh humko yeh jaanna zaroori hai ke hum khuda ka kamtar andaza kaise kar rahay hain? toh kamtar andaza laga ka matlab samajhna chahiye. jaisay namaz namaz parh liya, tasbeeh parh liya, roza rakh liya, quran parh liya. lekin apnay andar yeh internalize nahi kiya jaisay ke hum usko yeh samajhkar ke humne kyun parha? yeh iska waja kya thi?</w:t>
      </w:r>
    </w:p>
    <w:p>
      <w:pPr>
        <w:jc w:val="right"/>
      </w:pPr>
      <w:r>
        <w:t>यह खुदा सी बेफ़ाई, उसकी नाशुक्री बहुत कुछ है और यह हमको यह जानना ज़रूरी है कि हम खुदा का कमतर अंदाज़ा कैसे कर रहे हैं? तो कमतर अंदाज़ा लगा का मतलब समझना चाहिए. जैसे नमाज़ नमाज़ पढ़ लिया, तस्बी पढ़ लिया, रोज़ा रख लिया, पुरान पढ़ लिया. लेकिन अपने अंदर यह internalize नहीं किया जैसे कि हम उसको यह समझकर कि हमने क्यों पढ़ा? यह इसका वजह क्या थी?</w:t>
      </w:r>
    </w:p>
    <w:p>
      <w:r>
        <w:rPr>
          <w:b/>
        </w:rPr>
        <w:t xml:space="preserve">[39:25] </w:t>
      </w:r>
      <w:r>
        <w:t>iske iskay andar hamaray andar koi cheez kuch hamari bujood kuch tadpa nahi, kuch hua nahi. toh yeh aisi jo formal yeh ibadat hai khuda ka yahi kamtardaza hai. namaz toh aik aajizi hai jaisay molana sahib ne kaha. khuda se hum bulaqaat hai apna purification ka zariya hai aur roza hamaray andar khuda ka shukr ka ehsaas dilata hai. toh in saari ibadat se humein kuch na kuch milta hai.</w:t>
      </w:r>
    </w:p>
    <w:p>
      <w:pPr>
        <w:jc w:val="right"/>
      </w:pPr>
      <w:r>
        <w:t>इसके इसके अंदर हमारे अंदर कोई चीज़ कुछ हमारी बुजूद कुछ तड़पा नहीं, कुछ हुआ नहीं. तो यह ऐसी जो formal यह बादत है खुदा का यही कमतरंदाज़ा है. नमाज़ तो एक आजीज़ी है जैसे मोलन साहब ने कहा. ख़ुदा से हम बुलाक़ात है अपना purification का ज़रिया है और रोज़ा हमारे अंदर ख़ुदा का शुक्र का एहसास दिलाता है. तो इन सारी बादत से हमें कुछ ना कुछ मिलता है.</w:t>
      </w:r>
    </w:p>
    <w:p>
      <w:r>
        <w:rPr>
          <w:b/>
        </w:rPr>
        <w:t xml:space="preserve">[39:53] </w:t>
      </w:r>
      <w:r>
        <w:t>tasbeeh parhna yeh kaisa zikr hai? jo hamaray andar khuda ki mohabbat aik thil na paida karein. khuda ki mohabbat na jagaye. sirf na hum japte rehtay hain. aisi quran parhna, aisa quran parhna kya hai? jaisay bhi sufiyan ne bataya ke hamari zindagi na badlay. toh kisi ibadat mein spirit nahi hai. toh aisay hi jaisay kaaghaz ka phool jiski koi baqat nahi, hum usko torh parorh ke phenk detay hain.</w:t>
      </w:r>
    </w:p>
    <w:p>
      <w:pPr>
        <w:jc w:val="right"/>
      </w:pPr>
      <w:r>
        <w:t>तस्वी पढ़ना यह कैसा ज़िक्र है? जो हमारे अंदर खुदा की मोहब्बत एक थिल ना पैदा करें. खुदा की मोहब्बत ना जगाएं. सिर्फ़ ना हम जपते रहते हैं. ऐसी कुरान पढ़ना, ऐसा कुरान पढ़ना क्या है? जैसे भी सूफियां ने बताया कि हमारी ज़िंदगी ना बदले. तो किसी बादत में spirit नहीं है. तो ऐसे ही जैसे काग़ज़ का फ़ूल जिसकी कोई बक़त नहीं, हम उसको तोड़ पड़ोर के फ़ेंक देते हैं.</w:t>
      </w:r>
    </w:p>
    <w:p>
      <w:r>
        <w:rPr>
          <w:b/>
        </w:rPr>
        <w:t xml:space="preserve">[40:23] </w:t>
      </w:r>
      <w:r>
        <w:t>ab kisi insan ka haq bhi is tarah se nahi ada ho sakta jis mein koi mohabbat na ho, koi aitraaz ya shukr na ho. toh jo cheez insan ko pasand aaye woh allah nabulalmin ko kaise pasand aa sakti hai? jiska sab se ziyada haq hamaray upar banta hai. hum khuda ki qurbat kaise ada kar saktay hain? aap aa saktay hain.</w:t>
      </w:r>
    </w:p>
    <w:p>
      <w:pPr>
        <w:jc w:val="right"/>
      </w:pPr>
      <w:r>
        <w:t>अब किसी इंसान का हक़ भी इस तरह से नहीं अदा हो सकता जिसमें कोई मोहब्बत ना हो, कोई ऐतराख या शुक्र ना हो. तो जो चीज़ इंसान को पसंद आए वह अल्लाह नबुलाल्मीन को कैसे पसंद आ सकती है? जिसका सबसे ज़्यादा हक़ हमारे ऊपर बनता है. हम ख़ुदा की क़ुरबत कैसे अदा कर सकते हैं? आप आ सकते हैं.</w:t>
      </w:r>
    </w:p>
    <w:p>
      <w:r>
        <w:rPr>
          <w:b/>
        </w:rPr>
        <w:t xml:space="preserve">[40:46] </w:t>
      </w:r>
      <w:r>
        <w:t>isliye jo hai asal jo hai yeh ke insan duniya ki khwahishon, maal daulat, khandan, bachay biwi in sabka peecha chhodkar apni zindagi ko ba maqsad zindagi banayein. apnay ko khuda ki hawale kar dein. tabhi matlab woh marifat ke baad hi paida hoti hai. jaisay ke doctor safeena ne bataya.</w:t>
      </w:r>
    </w:p>
    <w:p>
      <w:pPr>
        <w:jc w:val="right"/>
      </w:pPr>
      <w:r>
        <w:t>इसलिए जो है असल जो है यह कि इंसान दुनिया की ख्वाहिशों, मालतौरत, खानदान, बच्चे बीवी इन सबका पीछा छोड़कर अपनी ज़िंदगी को बामकसद ज़िंदगी बनाएं. अपने को ख़ुदा की हवाले कर दें. तभी मतलब वह मार्फ़त के बाद ही पैदा होती है. जैसे कि doctor सफीना ने बताया.</w:t>
      </w:r>
    </w:p>
    <w:p>
      <w:r>
        <w:rPr>
          <w:b/>
        </w:rPr>
        <w:t xml:space="preserve">[41:09] </w:t>
      </w:r>
      <w:r>
        <w:t>kyunki khuda humein sacrifice ke bina par milta hai aur insan ki zindagi mein alag alag tarah ke</w:t>
      </w:r>
    </w:p>
    <w:p>
      <w:pPr>
        <w:jc w:val="right"/>
      </w:pPr>
      <w:r>
        <w:t>क्योंकि ख़ुदा हमें sacrifice के बिना पर मिलता है और इंसान की ज़िंदगी में अलग अलग तरह के</w:t>
      </w:r>
    </w:p>
    <w:p>
      <w:r>
        <w:rPr>
          <w:b/>
        </w:rPr>
        <w:t xml:space="preserve">[41:20] </w:t>
      </w:r>
      <w:r>
        <w:t>har insan ki zindagi mein alag alag tarah ke sacrifice aate hain.</w:t>
      </w:r>
    </w:p>
    <w:p>
      <w:pPr>
        <w:jc w:val="right"/>
      </w:pPr>
      <w:r>
        <w:t>हर इंसान की ज़िंदगी में अलग अलग तरह के sacrifice आते हैं.</w:t>
      </w:r>
    </w:p>
    <w:p>
      <w:r>
        <w:rPr>
          <w:b/>
        </w:rPr>
        <w:t xml:space="preserve">[41:31] </w:t>
      </w:r>
      <w:r>
        <w:t>har ek ko alag alag imtihanein jo hamari poori zindagi chalta rehta hai.</w:t>
      </w:r>
    </w:p>
    <w:p>
      <w:pPr>
        <w:jc w:val="right"/>
      </w:pPr>
      <w:r>
        <w:t>हर एक को अलग अलग इम्तिहानें जो हमारी पूरी ज़िंदगी चलता रहता है.</w:t>
      </w:r>
    </w:p>
    <w:p>
      <w:r>
        <w:rPr>
          <w:b/>
        </w:rPr>
        <w:t xml:space="preserve">[41:42] </w:t>
      </w:r>
      <w:r>
        <w:t>magar insan nahi hai wafadar. toh quran ki surah number sau mein bataya gaya hai ke khatm hai un ghodon ki jo haanptay hue daurtay hain. phir taak maarkar chingari nikalnay walay.</w:t>
      </w:r>
    </w:p>
    <w:p>
      <w:pPr>
        <w:jc w:val="right"/>
      </w:pPr>
      <w:r>
        <w:t>मगर इंसान नहीं है वफ़ादार. तो क़ुरान की सूर्य number सौ में बताया गया है कि ख़त्म है उन घोड़ों की जो हापते हुए दौड़ते हैं. फिर टाक मारकर चिंकारी निकालने वाले.</w:t>
      </w:r>
    </w:p>
    <w:p>
      <w:r>
        <w:rPr>
          <w:b/>
        </w:rPr>
        <w:t xml:space="preserve">[42:12] </w:t>
      </w:r>
      <w:r>
        <w:t>kya woh us waqt ko nahi janta jab woh kabron mein nikala jayega aur nikala jayega jo kuch</w:t>
      </w:r>
    </w:p>
    <w:p>
      <w:pPr>
        <w:jc w:val="right"/>
      </w:pPr>
      <w:r>
        <w:t>क्या वह उस वक़्त को नहीं जानता जब वह कब्रों में निकाला जाएगा और निकाला जाएगा जो कुछ</w:t>
      </w:r>
    </w:p>
    <w:p>
      <w:r>
        <w:rPr>
          <w:b/>
        </w:rPr>
        <w:t xml:space="preserve">[42:18] </w:t>
      </w:r>
      <w:r>
        <w:t>dilon mein hai.</w:t>
      </w:r>
    </w:p>
    <w:p>
      <w:pPr>
        <w:jc w:val="right"/>
      </w:pPr>
      <w:r>
        <w:t>दिलों में है.</w:t>
      </w:r>
    </w:p>
    <w:p>
      <w:r>
        <w:rPr>
          <w:b/>
        </w:rPr>
        <w:t xml:space="preserve">[42:24] </w:t>
      </w:r>
      <w:r>
        <w:t>beshak us din unka rab unse vakuf khabar hoga.</w:t>
      </w:r>
    </w:p>
    <w:p>
      <w:pPr>
        <w:jc w:val="right"/>
      </w:pPr>
      <w:r>
        <w:t>बेशक उस दिन उनका रब उनसेवकूफ ख़बर होगा.</w:t>
      </w:r>
    </w:p>
    <w:p>
      <w:r>
        <w:rPr>
          <w:b/>
        </w:rPr>
        <w:t xml:space="preserve">[42:31] </w:t>
      </w:r>
      <w:r>
        <w:t>to ghoda aisa wafadar janwar hai ki woh apne malik ke apne aap ko matlab malik ke liye</w:t>
      </w:r>
    </w:p>
    <w:p>
      <w:pPr>
        <w:jc w:val="right"/>
      </w:pPr>
      <w:r>
        <w:t>तो घोड़ा ऐसा वफ़ादार जानवर है कि वह अपने मालिक के अपने आप को मतलब मालिक के लिए</w:t>
      </w:r>
    </w:p>
    <w:p>
      <w:r>
        <w:rPr>
          <w:b/>
        </w:rPr>
        <w:t xml:space="preserve">[42:37] </w:t>
      </w:r>
      <w:r>
        <w:t>apne aap ko aakhiri lagta qurbaan kar deta hai.</w:t>
      </w:r>
    </w:p>
    <w:p>
      <w:pPr>
        <w:jc w:val="right"/>
      </w:pPr>
      <w:r>
        <w:t>अपने आप को आख़िरी लगता कुर्बान कर देता है.</w:t>
      </w:r>
    </w:p>
    <w:p>
      <w:r>
        <w:rPr>
          <w:b/>
        </w:rPr>
        <w:t xml:space="preserve">[42:43] </w:t>
      </w:r>
      <w:r>
        <w:t>apni jaan de deta hai.</w:t>
      </w:r>
    </w:p>
    <w:p>
      <w:pPr>
        <w:jc w:val="right"/>
      </w:pPr>
      <w:r>
        <w:t>अपनी जान दे देता है.</w:t>
      </w:r>
    </w:p>
    <w:p>
      <w:r>
        <w:rPr>
          <w:b/>
        </w:rPr>
        <w:t xml:space="preserve">[42:50] </w:t>
      </w:r>
      <w:r>
        <w:t>hadith ke zariye hum maloom hai ke jo tum apnay liye pasand karo, wohi doosron ke liye pasand karo. toh yeh sab cheezein humein training deti hain, humein tarbiyat deti hain, sochne ki, samajhnay ka mauqa deti hain, islah karnay ka mauqa deti hain ke kis tarah khuda ka haq khuda karnay wala banna hai. khuda ka shukraguzar wafadar banna hai.</w:t>
      </w:r>
    </w:p>
    <w:p>
      <w:pPr>
        <w:jc w:val="right"/>
      </w:pPr>
      <w:r>
        <w:t>हदीश के ज़रिए हमें मालूम है कि जो तुम अपने लिए पसंद करो, वही दूसरों के लिए पसंद करो. तो यह सब चीज़ें हमें training देती हैं, हमें तरबीयत देती हैं, सोचने की, समझने का मौका देती हैं, इस्लाह करने का मौका देती हैं कि किस तरह खुदा का हक़ खदा करने वाला बनना है. खुदा का शुक्रगुज़ार वफादार बनना है.</w:t>
      </w:r>
    </w:p>
    <w:p>
      <w:r>
        <w:rPr>
          <w:b/>
        </w:rPr>
        <w:t xml:space="preserve">[43:11] </w:t>
      </w:r>
      <w:r>
        <w:t>to insaan khud apne liye doosre insaano se wafadari, shukrguzaari, ehsaan mansand karta hai bahut ki hamara</w:t>
      </w:r>
    </w:p>
    <w:p>
      <w:pPr>
        <w:jc w:val="right"/>
      </w:pPr>
      <w:r>
        <w:t>तो इंसान ख़ुद अपने लिए दूसरे इंसानों से वफादारी, शुक्रगुज़ारी, एहसान मन पसंद करता है बहुत कि हमारा</w:t>
      </w:r>
    </w:p>
    <w:p>
      <w:r>
        <w:rPr>
          <w:b/>
        </w:rPr>
        <w:t xml:space="preserve">[43:19] </w:t>
      </w:r>
      <w:r>
        <w:t>woh shukr bhi ada karein, hamare liye mohabbat karein aur yeh to kaise mumkin ho sakta hai ki</w:t>
      </w:r>
    </w:p>
    <w:p>
      <w:pPr>
        <w:jc w:val="right"/>
      </w:pPr>
      <w:r>
        <w:t>वह शुक्र भी अदा करें, हमारे लिए मोहब्बत करें और यह तो कैसे मुमकिन हो सकता है कि</w:t>
      </w:r>
    </w:p>
    <w:p>
      <w:r>
        <w:rPr>
          <w:b/>
        </w:rPr>
        <w:t xml:space="preserve">[43:28] </w:t>
      </w:r>
      <w:r>
        <w:t>woh yeh na jaana ki khuda ke haan isliye matlab woh apne andar yeh jaanta hai ki hum</w:t>
      </w:r>
    </w:p>
    <w:p>
      <w:pPr>
        <w:jc w:val="right"/>
      </w:pPr>
      <w:r>
        <w:t>वह यह ना जाना कि खुदा के हां इसलिए मतलब वह अपने अंदर यह जानता है कि हम</w:t>
      </w:r>
    </w:p>
    <w:p>
      <w:r>
        <w:rPr>
          <w:b/>
        </w:rPr>
        <w:t xml:space="preserve">[43:37] </w:t>
      </w:r>
      <w:r>
        <w:t>doosron ke liye doosre hamare saath aisa karein.</w:t>
      </w:r>
    </w:p>
    <w:p>
      <w:pPr>
        <w:jc w:val="right"/>
      </w:pPr>
      <w:r>
        <w:t>दूसरों के लिए दूसरे हमारे साथ ऐसा करें.</w:t>
      </w:r>
    </w:p>
    <w:p>
      <w:r>
        <w:rPr>
          <w:b/>
        </w:rPr>
        <w:t xml:space="preserve">[43:46] </w:t>
      </w:r>
      <w:r>
        <w:t>lekin kya woh khuda ke mamlay mein nahi jaan sakta? toh yeh point jo hai mujhe bohat samajh mein aaya. Maulana sahib ne bataya tha. toh isliye yeh bas jo hai isliye yeh itni bari sarkari isko kahangay na ke jab jantay huay bhi hum nahi jantay. toh isiliye is verse mein allah farmara hai ke lazman unkay liye tozak hai aur woh zaroor ismein pouncha diye jayenge.</w:t>
      </w:r>
    </w:p>
    <w:p>
      <w:pPr>
        <w:jc w:val="right"/>
      </w:pPr>
      <w:r>
        <w:t>लेकिन क्या वह खुदा के मामले में नहीं जान सकता? तो यह point जो है मुझे बहुत समझ में आया. मालाना साहब ने बताया था. तो इसलिए यह बस जो है इसलिए यह इतनी बड़ी सरकारी इसको कहेंगे ना कि जब जानते हुए भी हम नहीं जानते. तो इसीलिए इस वर्ष में अल्लाह फरमारा है कि लाज़मन उनके लिए तोज़क है और वह ज़रूर इसमें पहुंचा दिए जाएंगे.</w:t>
      </w:r>
    </w:p>
    <w:p>
      <w:r>
        <w:rPr>
          <w:b/>
        </w:rPr>
        <w:t xml:space="preserve">[44:12] </w:t>
      </w:r>
      <w:r>
        <w:t>allah taala sirf apni hidayat ki dua mangtay hain. laam ko hidayat dein. maa ki naafarmaani karnay walay na ho, na shukr na banay. hamari zindagi mein aapki hasti sab se bari cheez bankar hamari zindagi guzray. allam mein dozakh ke azaab se bacha lijiye. ameen. amit.</w:t>
      </w:r>
    </w:p>
    <w:p>
      <w:pPr>
        <w:jc w:val="right"/>
      </w:pPr>
      <w:r>
        <w:t>अल्लाह ताला सिर्फ़ अपनी हिदायत की दुआ मांगते हैं. लाम को हिदायत दें. मां की नाफ़रमानी करने वाले ना हो, ना शुक्र ना बने. हमारी ज़िंदगी में आपकी हंसती सबसे बड़ी चीज़ बनकर हमारी ज़िंदगी गुज़रे. अल्लाम में धोसक के अज़ाब से बचा लीजिए. अमीर. अमित.</w:t>
      </w:r>
    </w:p>
    <w:p>
      <w:r>
        <w:rPr>
          <w:b/>
        </w:rPr>
        <w:t xml:space="preserve">[44:39] </w:t>
      </w:r>
      <w:r>
        <w:t>jaza kala everyone, we have come to the end of the session and martial artist had been a very incredible learning for all of us. we could discuss on this word and explicitly and we could understand everything about each verse and verse. very good explanation by all and now we come to the end of this session. hasta luego.</w:t>
      </w:r>
    </w:p>
    <w:p>
      <w:pPr>
        <w:jc w:val="right"/>
      </w:pPr>
      <w:r>
        <w:t>जैसा कला everyone, we have come to the end of the session and martial artist had been a very incredible learning for all of us. We could discuss on this word and explicitly and we could understand everything about each verse and verse. Very good explanation by all and now we come to the end of this session. Hasta luego.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