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Five Pillars of Islam - Part- II (English) February 22, 2025 Dr. Rajat Malhotra</w:t>
      </w:r>
    </w:p>
    <w:p>
      <w:r>
        <w:t>https://www.youtube.com/watch?v=fGlUbxcL7fQ</w:t>
      </w:r>
    </w:p>
    <w:p>
      <w:r>
        <w:rPr>
          <w:b/>
        </w:rPr>
        <w:t xml:space="preserve">[00:08] </w:t>
      </w:r>
      <w:r>
        <w:t>assalamualikum everyone. can you hear me? ok ok, good to be here again. and this is the second session on the five pillars of islam. if you recall, the last session that i did, i covered two pillars, zakat and salah, which is prayer. and today i'll be covering the remaining three pillars, zakat, hajj and ramadan.</w:t>
      </w:r>
    </w:p>
    <w:p>
      <w:pPr>
        <w:jc w:val="right"/>
      </w:pPr>
      <w:r>
        <w:t>अस्लामालिकुम everyone. Can you hear me? Ok ok, good to be here again. And this is the second session on the five pillars of Islam. If you recall, the last session that I did, I covered two pillars, faith and सलाद, which is prayer. And today I'll be covering the remaining three pillars, ज़कात, हज and रमादान.</w:t>
      </w:r>
    </w:p>
    <w:p>
      <w:r>
        <w:rPr>
          <w:b/>
        </w:rPr>
        <w:t xml:space="preserve">[00:35] </w:t>
      </w:r>
      <w:r>
        <w:t>Since ramadan is around the corner, so I will take ramadan, I'll change the order instead of zakat, ramadan and hajj. I'll first do zakat and hajj and then ramadan. Now, also if you recall, I emphasized in the last session that, you know, every, pillar has a ritualistic aspect and the spirit aspect. I emphasize a lot more on the, spirit, spiritual and the intellectual aspect, of the pillars.</w:t>
      </w:r>
    </w:p>
    <w:p>
      <w:pPr>
        <w:jc w:val="right"/>
      </w:pPr>
      <w:r>
        <w:t>Since रमादान is around the corner, so I will take रमादान, I'll change the order instead of ज़कात, रमादान and हज. I'll first do ज़क़ात and हज and then रमादान. Now, also if you recall, I emphasized in the last session that, you know, every, pillar has a ritualistic aspect and the spirit aspect. I emphasize a lot more on the, spirit, spiritual and the intellectual aspect, of the pillars.</w:t>
      </w:r>
    </w:p>
    <w:p>
      <w:r>
        <w:rPr>
          <w:b/>
        </w:rPr>
        <w:t xml:space="preserve">[01:03] </w:t>
      </w:r>
      <w:r>
        <w:t>For example, if you recall I mentioned that, you know, the the spirit of, salat is humility, acknowledgement. The spirit of zakat is social service. The spirit of ramadan is patience and the spirit of hajj is unity.</w:t>
      </w:r>
    </w:p>
    <w:p>
      <w:pPr>
        <w:jc w:val="right"/>
      </w:pPr>
      <w:r>
        <w:t>For example, if you recall I mentioned that, you know, the the spirit of, सलाद is humility, acknowledgement. The spirit of ज़क़ात is social service. The spirit of रमादान is patience and the spirit of हज is unity.</w:t>
      </w:r>
    </w:p>
    <w:p>
      <w:r>
        <w:rPr>
          <w:b/>
        </w:rPr>
        <w:t xml:space="preserve">[01:21] </w:t>
      </w:r>
      <w:r>
        <w:t>So let's start with the zakat first and as we know zakat is basically setting aside simply 2.5% of your wealth, your earnings for the cause of the religion and for the destitutes. It is like, you know, annual reminder to us that whatever that we have in this world, it is because of god almighty.</w:t>
      </w:r>
    </w:p>
    <w:p>
      <w:pPr>
        <w:jc w:val="right"/>
      </w:pPr>
      <w:r>
        <w:t>So let's start with the ज़क़ात first and as we know ज़िकात is basically setting aside simply 2.5% of your wealth, your earnings for the cause of the religion and for the destitutes. It is like, you know, annual reminder to us that whatever that we have in this world, it is because of God almighty.</w:t>
      </w:r>
    </w:p>
    <w:p>
      <w:r>
        <w:rPr>
          <w:b/>
        </w:rPr>
        <w:t xml:space="preserve">[01:47] </w:t>
      </w:r>
      <w:r>
        <w:t>We may be making efforts, but those efforts will not even help us grow even a single grain of, you know, even a single grain or or rearing of livestock or let's say establishing of the, the big industries or the companies because there are innumerable factors that are at work from from earth to universe.</w:t>
      </w:r>
    </w:p>
    <w:p>
      <w:pPr>
        <w:jc w:val="right"/>
      </w:pPr>
      <w:r>
        <w:t>We may be making efforts, but those efforts will not even help us grow even a single grain of, you know, even a single grain or or rearing of livestock or let's say establishing of the, the big industries or the companies because there are innumerable factors that are at work from from earth to universe.</w:t>
      </w:r>
    </w:p>
    <w:p>
      <w:r>
        <w:rPr>
          <w:b/>
        </w:rPr>
        <w:t xml:space="preserve">[02:09] </w:t>
      </w:r>
      <w:r>
        <w:t>If god were to remove even a single factor, all our efforts, you know, will be, down the drain. So, zakat is that, financial acknowledgement of this undeniable reality. Now there are simply eight categories as we know of zakat. What is it used for?</w:t>
      </w:r>
    </w:p>
    <w:p>
      <w:pPr>
        <w:jc w:val="right"/>
      </w:pPr>
      <w:r>
        <w:t>If god were to remove even a single factor, all our efforts, you know, will be, down the drain. So, ज़क़ात is that, financial acknowledgement of this undeniable reality. Now there are simply eight categories as we know of ज़कात. What is it used for?</w:t>
      </w:r>
    </w:p>
    <w:p>
      <w:r>
        <w:rPr>
          <w:b/>
        </w:rPr>
        <w:t xml:space="preserve">[02:31] </w:t>
      </w:r>
      <w:r>
        <w:t>It is for the poor, for the destitute, for officials who collect zakat, for softening of the heart, for freeing of slaves, for people who are traveling, people who are in debt or or for the cause of god. If you look at what Quran commands us with respect to zakat, it says, attend to your prayers and pay the zakat and obey the messenger so that you may be shown mercy.</w:t>
      </w:r>
    </w:p>
    <w:p>
      <w:pPr>
        <w:jc w:val="right"/>
      </w:pPr>
      <w:r>
        <w:t>It is for the poor, for the destitute, for officials who collect ज़कात, for softening of the heart, for freeing of slaves, for people who are traveling, people who are in debt or or for the cause of god. If you look at what Quran commands us with respect to zakat, it says, attend to your prayers and pay the ज़क़ात and obey the messenger so that you may be shown mercy.</w:t>
      </w:r>
    </w:p>
    <w:p>
      <w:r>
        <w:rPr>
          <w:b/>
        </w:rPr>
        <w:t xml:space="preserve">[03:00] </w:t>
      </w:r>
      <w:r>
        <w:t>Do not think that those who deny the truth can frustrate our plans on earth, thereabored shall be hell. And it it is indeed an, evil resort. So, what this verse is essentially telling us that, for us to receive the blessings of god, we have to develop three virtues, piety, charity, and the willingness to obey the model of the prophet.</w:t>
      </w:r>
    </w:p>
    <w:p>
      <w:pPr>
        <w:jc w:val="right"/>
      </w:pPr>
      <w:r>
        <w:t>Do not think that those who deny the truth can frustrate our plans on earth, thereabored shall be hell. And it it is indeed an, evil resort. So, what this verse is essentially telling us that, for us to receive the blessings of god, we have to develop three virtues, piety, charity, and the willingness to obey the model of the prophet.</w:t>
      </w:r>
    </w:p>
    <w:p>
      <w:r>
        <w:rPr>
          <w:b/>
        </w:rPr>
        <w:t xml:space="preserve">[03:27] </w:t>
      </w:r>
      <w:r>
        <w:t>Now, piety comes with, observing, adhering to prayers, and I discussed that in detail in the last session that when you, do your salah with the spirit, it, it instills in you the fear of this feeling of humility, modesty, sincerity. It removes the arrogance and stubbornness. So piety comes with that. And when you give out zakat, you are concerned, you are the well wisher for others.</w:t>
      </w:r>
    </w:p>
    <w:p>
      <w:pPr>
        <w:jc w:val="right"/>
      </w:pPr>
      <w:r>
        <w:t>Now, piety comes with, observing, adhering to prayers, and I discussed that in detail in the last session that when you, do your सलाह with the spirit, it, it instills in you the fear of this feeling of humility, modesty, sincerity. It removes the arrogance and stubbornness. So piety comes with that. And when you give out ज़क़ात, you are concerned, you are the well wisher for others.</w:t>
      </w:r>
    </w:p>
    <w:p>
      <w:r>
        <w:rPr>
          <w:b/>
        </w:rPr>
        <w:t xml:space="preserve">[03:57] </w:t>
      </w:r>
      <w:r>
        <w:t>That builds, you know, the second aspect of the virtue, the charity aspect. And the third is, during the time of prophet mohammad, it was a direct obeyance obeyance of, you know, his commands. And right now what we need to do is, in our daily life, we have to use his example and deal our life accordingly with the principles and the teachings of prophet salah alaihi wasallam.</w:t>
      </w:r>
    </w:p>
    <w:p>
      <w:pPr>
        <w:jc w:val="right"/>
      </w:pPr>
      <w:r>
        <w:t>That builds, you know, the second aspect of the virtue, the charity aspect. And the third is, during the time of prophet मोहम्मद, it was a direct obeyance obeyance of, you know, his commands. And right now what we need to do is, in our daily life, we have to use his example and deal our life accordingly with the principles and the teachings of prophet सलाह अलाही वस्ल्लाम.</w:t>
      </w:r>
    </w:p>
    <w:p>
      <w:r>
        <w:rPr>
          <w:b/>
        </w:rPr>
        <w:t xml:space="preserve">[04:22] </w:t>
      </w:r>
      <w:r>
        <w:t>So this is as far as, you know, the basic framework of what zakat is. Let me also, tell you a little bit about, the history of zakat because it is so important. I'm sure many of you would know, let's revisit. If you recall that when prophet, mohammad salah alaihi wasallam died in june, What ensued after that was ridda wars, the apostasy wars.</w:t>
      </w:r>
    </w:p>
    <w:p>
      <w:pPr>
        <w:jc w:val="right"/>
      </w:pPr>
      <w:r>
        <w:t>So this is as far as, you know, the basic framework of what ज़क़ात is. Let me also, tell you a little bit about, the history of ज़क़ात because it is so important. I'm sure many of you would know, let's revisit. If you recall that when prophet, मोहम्मद सलाह अलई वसल्लाम died in June, What ensued after that was रिद्दा Wars, the apostasy Wars.</w:t>
      </w:r>
    </w:p>
    <w:p>
      <w:r>
        <w:rPr>
          <w:b/>
        </w:rPr>
        <w:t xml:space="preserve">[04:49] </w:t>
      </w:r>
      <w:r>
        <w:t>It so happened that when hazrat abu bakr became the khalifa, there were many tribespeople who got up. So there were two challenges that hazrat abu bakr faced. One was that these tribesmen got up and they said, our pact was with prophet. Our pact was not with his successor. So we will not give zakat. They said that zakat is a tax.</w:t>
      </w:r>
    </w:p>
    <w:p>
      <w:pPr>
        <w:jc w:val="right"/>
      </w:pPr>
      <w:r>
        <w:t>It so happened that when हज़रत अबू बकर became the Khalifa, there were many tribespeople who got up. So there were two challenges that हज़द अबूबकर faced. One was that these tribesmen got up and they said, our pact was with profit. Our pact was not with his successor. So we will not give ज़क़ात. They said that ज़क़ात is a tax.</w:t>
      </w:r>
    </w:p>
    <w:p>
      <w:r>
        <w:rPr>
          <w:b/>
        </w:rPr>
        <w:t xml:space="preserve">[05:15] </w:t>
      </w:r>
      <w:r>
        <w:t>Now, was more driven out of their economic selfishness, economic interest that they did not consider zakat as the fundamental pillar of islam but rather as a tax.</w:t>
      </w:r>
    </w:p>
    <w:p>
      <w:pPr>
        <w:jc w:val="right"/>
      </w:pPr>
      <w:r>
        <w:t>Now, was more driven out of their economic selfishness, economic interest that they did not consider ज़क़ात as the fundamental pillar of Islam but rather as a tax.</w:t>
      </w:r>
    </w:p>
    <w:p>
      <w:r>
        <w:rPr>
          <w:b/>
        </w:rPr>
        <w:t xml:space="preserve">[05:25] </w:t>
      </w:r>
      <w:r>
        <w:t>This was one big challenge that opened up for hazrat abubakr and the second big challenge was the, the rise of the false prophets, musailama the liar, sajjaj tulaha, So, at that point of time, hazrat umar bin khattab, we all know that hazrat umar bin khattab's personality, he was like, you know, the pillar, the iron hand and nobody could stand before him.</w:t>
      </w:r>
    </w:p>
    <w:p>
      <w:pPr>
        <w:jc w:val="right"/>
      </w:pPr>
      <w:r>
        <w:t>This was one big challenge that opened up for हज़रत अबूबाक़र and the second big challenge was the, the rise of the false prophets, मुसैलेमा the liar, सज्जान तुलेहा, So, at that point of time, हज़रत उमर बिन खत्ता, we all know that हज़रत उमर बिन खत्ता's personality, he was like, you know, the pillar, the iron hand and nobody could stand before him.</w:t>
      </w:r>
    </w:p>
    <w:p>
      <w:r>
        <w:rPr>
          <w:b/>
        </w:rPr>
        <w:t xml:space="preserve">[05:51] </w:t>
      </w:r>
      <w:r>
        <w:t>He was like so much stronger morally, spiritually. But imagine hazrat umar bin khattab goes to hazrat abu bakr and he says that ki aap in logon ke saath jang na karen. Imagine hazrat umar saying this. He said ki meri aur muhajireen ki yahi rai hai ki jab inke dilon mein iman aa jayega, to yeh zakat bhi denge.</w:t>
      </w:r>
    </w:p>
    <w:p>
      <w:pPr>
        <w:jc w:val="right"/>
      </w:pPr>
      <w:r>
        <w:t>He was like so much stronger morally, spiritually. But imagine हज़रत उमर बिन ख़ताब goes to हज़रत अबू बकर and he says that कि आप इन लोगों के साथ जंग ना करें. Imagine हज़रत उमर saying this. He said कि मेरी और महाजरिन की यही राय है कि जब इनके दिलों में ईमान आ जाएगा, तो यह ज़क़ाद भी देंगे.</w:t>
      </w:r>
    </w:p>
    <w:p>
      <w:r>
        <w:rPr>
          <w:b/>
        </w:rPr>
        <w:t xml:space="preserve">[06:18] </w:t>
      </w:r>
      <w:r>
        <w:t>Abhi namaz parhne inko namaz parhne de but ab inke saath jang na karen. When Hazrat Abu Bakr heard this from Hazrat Umar saying that, you know, they are like wild animals and adopt a softened approach. Hazrat Abu Bakr was shocked. He said to Hazrat Umar ki maine to socha tha ki tum meri madad karne aaoge, lekin tum to madad ko chhodkar aaye ho. And then he said, jahalat mein to tum bade zordar the.</w:t>
      </w:r>
    </w:p>
    <w:p>
      <w:pPr>
        <w:jc w:val="right"/>
      </w:pPr>
      <w:r>
        <w:t>अभी नमाज़ पढ़ने इनको नमाज़ पढ़ने दे but अब इनके साथ जंग ना करें. When हज़रत अबू बकर heard this from हज़रत उमर saying that, you know, they are like wild animals and adopt a softened approach. हज़रत अबू बकर was shocked. He said to हज़रत उमर कि मैंने तो सोचा था कि तुम मेरी मदद करने आओगे, लेकिन तुम तो मदद को छोड़कर आए हो. And then he said, जहालत में तो तुम बड़े ज़ोरदार थे.</w:t>
      </w:r>
    </w:p>
    <w:p>
      <w:r>
        <w:rPr>
          <w:b/>
        </w:rPr>
        <w:t xml:space="preserve">[06:48] </w:t>
      </w:r>
      <w:r>
        <w:t>Islam mein to tum boodhe aur kamzor ho gaye ho. And then Hazrat Abu said that by God, I will fight with them. Even if they hold a single rope that they used to give as zakat during the time of prophet, I will fight them.</w:t>
      </w:r>
    </w:p>
    <w:p>
      <w:pPr>
        <w:jc w:val="right"/>
      </w:pPr>
      <w:r>
        <w:t>इस्लाम में तो तुम बूढ़े और कमज़ोर हो गए हो. And then हज़द अबू said that by god, I will fight with them. Even if they hold a single rope that they used to give as ज़क़ाद during the time of profit, I will fight them.</w:t>
      </w:r>
    </w:p>
    <w:p>
      <w:r>
        <w:rPr>
          <w:b/>
        </w:rPr>
        <w:t xml:space="preserve">[07:02] </w:t>
      </w:r>
      <w:r>
        <w:t>And it was hazrat abu bakr's determination, his leadership that brought these tribesmen back into the fold of islam and he also waged military campaigns against the false prophets and he got defining success.</w:t>
      </w:r>
    </w:p>
    <w:p>
      <w:pPr>
        <w:jc w:val="right"/>
      </w:pPr>
      <w:r>
        <w:t>And it was हज़द अबू बकर's determination, his leadership that brought these tribesmen back into the fold of Islam and he also waged military campaigns against the false prophets and he got defining success.</w:t>
      </w:r>
    </w:p>
    <w:p>
      <w:r>
        <w:rPr>
          <w:b/>
        </w:rPr>
        <w:t xml:space="preserve">[07:19] </w:t>
      </w:r>
      <w:r>
        <w:t>So later when hazrat umar became the khalifa after passing away of hazrat abu bakr, one of the person said to hazrat umar ki aap behtar leader hain hazrat abu bakr se. To hazrat umar ne unko yaad dilaya yeh din. Unhone kaha ki hazrat abu bakr ka woh ek din umar aur umar ke khandan ki zindagi ke tamam bhar ke amal se behtar hai.</w:t>
      </w:r>
    </w:p>
    <w:p>
      <w:pPr>
        <w:jc w:val="right"/>
      </w:pPr>
      <w:r>
        <w:t>So later when हज़रत उमर became the खलीफा after passing away of हज़रत अबूब बकर, one of the person said to हज़रत उमर कि आप बेहतर leader हैं हज़रत अबूब बकर से. तो हज़राद उमर ने उनको याद दिलाया यह दिन. उन्होंने कहा कि हज़राद अबू बकर का वह एक दिन उमर और उमर के खानदान की ज़िंदगी के तमाम भर के अमल से बेहतर है.</w:t>
      </w:r>
    </w:p>
    <w:p>
      <w:r>
        <w:rPr>
          <w:b/>
        </w:rPr>
        <w:t xml:space="preserve">[07:46] </w:t>
      </w:r>
      <w:r>
        <w:t>You can imagine that how important, zakat is. Not that because it is like one of the pillars but just think about it. Hamari zindagi mein jo bhi blessings hamein mili hui hain, main aaj yahan par khade hokar bol pa raha hoon, main saans le raha hoon, aap mujhe dekh rahe hain, main aapko dekh raha hoon, aap chalkar aaye hain yahan par. All of these is because of the blessings of god almighty and therefore zakat is, is very important and we need to understand this aspect.</w:t>
      </w:r>
    </w:p>
    <w:p>
      <w:pPr>
        <w:jc w:val="right"/>
      </w:pPr>
      <w:r>
        <w:t>You can imagine that how important, ज़क़ात is. Not that because it is like one of the pillars but just think about it. हमारी ज़िंदगी में जो भी blessings हमें मिली हुई हैं, मैं आज यहां पर खड़े होकर बोल पा रहा हूं, मैं साँस ले रहा हूँ, आप मुझे देख रहे हैं, मैं आपको देख रहा हूँ, आप चलकर आए हैं यहाँ पर. All of these is because of the blessings of god almighty and therefore ज़क़ात is, is very important and we need to understand this aspect.</w:t>
      </w:r>
    </w:p>
    <w:p>
      <w:r>
        <w:rPr>
          <w:b/>
        </w:rPr>
        <w:t xml:space="preserve">[08:15] </w:t>
      </w:r>
      <w:r>
        <w:t>Aap yeh dekhiye, hazrat abu darda chithi likhte hain, hazrat salman farsi ko, usmein likhte hain ki on the day of judgement when people will be called for accountability, they will be on the bridge of sirat. To woh aage badh rahe honge, unka maal unke peeche peeche aa raha hoga.</w:t>
      </w:r>
    </w:p>
    <w:p>
      <w:pPr>
        <w:jc w:val="right"/>
      </w:pPr>
      <w:r>
        <w:t>आप यह देखिए, हज़रत अबू दर्दा चिट्ठी लिखते हैं, हज़रत सलमान फारसी को, उसमें लिखते हैं कि on the day of judgement when people will be called for accountability, they will be on the bridge of सिरात. तो वह आगे बढ़ रहे होंगे, उनका माल उनके पीछे पीछे आ रहा होगा.</w:t>
      </w:r>
    </w:p>
    <w:p>
      <w:r>
        <w:rPr>
          <w:b/>
        </w:rPr>
        <w:t xml:space="preserve">[08:36] </w:t>
      </w:r>
      <w:r>
        <w:t>People who have given, who have spent wealth in the way of god, jab woh ladkhadayenge to wealth kahegi, don't worry, you fulfilled the debt that I owed in this world. Aaj aapko darne ki zaroorat nahi hai, aap aage badhiye. But similarly, those people who did not spend in the way of god, The wealth will be put on the shoulders of those people and they will cry out.</w:t>
      </w:r>
    </w:p>
    <w:p>
      <w:pPr>
        <w:jc w:val="right"/>
      </w:pPr>
      <w:r>
        <w:t>People who have given, who have spent wealth in the way of God, जब वह लड़खड़ाएंगे तो wealth कहेगी, don't worry, you fulfilled the debt that I owed in this world. आज आपको डरने की ज़रूरत नहीं है, आप आगे बढ़िए. But similarly, those people who did not spend in the way of god, The wealth will be put on the shoulders of those people and they will cry out.</w:t>
      </w:r>
    </w:p>
    <w:p>
      <w:r>
        <w:rPr>
          <w:b/>
        </w:rPr>
        <w:t xml:space="preserve">[09:03] </w:t>
      </w:r>
      <w:r>
        <w:t>They will say that, they will they will cry for the destruction and for the removal of wealth. The wealth will say that kyon nahi tumne obey kiya concerning me? So this is, you know, very important to understand that why it is such a big responsibility. Sahaba mein itna jazba hota tha ki bepanah jazba kyunki woh allah se zyada ki umeed rakhte the, maximum chahte the.</w:t>
      </w:r>
    </w:p>
    <w:p>
      <w:pPr>
        <w:jc w:val="right"/>
      </w:pPr>
      <w:r>
        <w:t>They will say that, they will they will cry for the destruction and for the removal of wealth. The wealth will say that क्यों नहीं तुमने obey किया concerning me? So this is, you know, very important to understand that why it is such a big responsibility. सहाबा में इतना जज़्बा होता था कि बेपना जज़्बा क्योंकि वह अल्लाह से ज़्यादा की उम्मीद रखते थे, maximum चाहते थे.</w:t>
      </w:r>
    </w:p>
    <w:p>
      <w:r>
        <w:rPr>
          <w:b/>
        </w:rPr>
        <w:t xml:space="preserve">[09:32] </w:t>
      </w:r>
      <w:r>
        <w:t>To khud bhi maximum par rehte the. Woh zyada se zyada dete the taaki unko allah ki taraf se zyada se zyada blessings mile. To yaad rakhiye ki deen ka jo haq hai woh aap par zyada hai, family ke haq se zyada. Mere guru Maulana Wahiduddin Khan sahab kehte the ki ki har insaan duniya ke returns ko dekhkar kharchta hai, lekin momin aakhirat ke returns ko dekhkar kharchta hai.</w:t>
      </w:r>
    </w:p>
    <w:p>
      <w:pPr>
        <w:jc w:val="right"/>
      </w:pPr>
      <w:r>
        <w:t>तो खुद भी maximum पर रहते थे. वह ज़्यादा से ज़्यादा देते थे ताकि उनको अल्लाह की तरफ से ज़्यादा से ज़्यादा blessings मिले. तो याद रखिए कि दीन का जो हक है वह आप पर ज़्यादा है, family के हक से ज़्यादा. मेरे गुरु मुलाना वेदुद्दीन खान साहब कहते थे कि कि हर इंसान दुनिया के returns को देखकर खरजता है, लेकिन मौम्यन आकृत के returns को देखकर खरजता है.</w:t>
      </w:r>
    </w:p>
    <w:p>
      <w:r>
        <w:rPr>
          <w:b/>
        </w:rPr>
        <w:t xml:space="preserve">[10:01] </w:t>
      </w:r>
      <w:r>
        <w:t>So let us understand also that what is zakat and charity? What is the, what is the, you know, the relation? Hazrat ibn masood ne ek matla farmaya ki every one of you is a guest and, and his wealth is loan. The guest will depart and the loan will go back to its original owner. So, zakat basically, you know, benefits, it has two aspects.</w:t>
      </w:r>
    </w:p>
    <w:p>
      <w:pPr>
        <w:jc w:val="right"/>
      </w:pPr>
      <w:r>
        <w:t>So let us understand also that what is ज़क़ात and charity? What is the, what is the, you know, the relation? हज़ार इब्ना मसूद ने एक मतभा फरमाया कि every one of you is a guest and, and his wealth is loan. The guest will depart and the loan will go back to its original owner. So, ज़कात basically, you know, benefits, it has two aspects.</w:t>
      </w:r>
    </w:p>
    <w:p>
      <w:r>
        <w:rPr>
          <w:b/>
        </w:rPr>
        <w:t xml:space="preserve">[10:30] </w:t>
      </w:r>
      <w:r>
        <w:t>It benefits the individual and it benefits the society. How it benefits the individual is that every person status in hereafter will depend on his fear and love for god almighty. To jab hum zakat dete hain, we are a person fears that, you know, he will be held accountable and therefore he spends in the way of, in the way of god.</w:t>
      </w:r>
    </w:p>
    <w:p>
      <w:pPr>
        <w:jc w:val="right"/>
      </w:pPr>
      <w:r>
        <w:t>It benefits the individual and it benefits the society. How it benefits the individual is that every person status in hereafter will depend on his fear and love for god almighty. तो जब हम ज़क़ाद देते हैं, we are a person fears that, you know, he will be held accountable and therefore he spends in the way of, in the way of god.</w:t>
      </w:r>
    </w:p>
    <w:p>
      <w:r>
        <w:rPr>
          <w:b/>
        </w:rPr>
        <w:t xml:space="preserve">[10:57] </w:t>
      </w:r>
      <w:r>
        <w:t>What really happens is that maybe some people think that aap zakat kisi aur ko de rahe ho, lekin actually speaking it is coming back to you in the sense that it purifies you. It purifies your, your earnings. It removes the love of wealth that you have. You realize that it is given as a trust by God almighty to you.</w:t>
      </w:r>
    </w:p>
    <w:p>
      <w:pPr>
        <w:jc w:val="right"/>
      </w:pPr>
      <w:r>
        <w:t>What really happens is that maybe some people think that आप ज़क़ात किसी और को दे रहे हो, लेकिन actually speaking it is coming back to you in the sense that it purifies you. It purifies your, your earnings. It removes the love of wealth that you have. You realize that it is given as a trust by God almighty to you.</w:t>
      </w:r>
    </w:p>
    <w:p>
      <w:r>
        <w:rPr>
          <w:b/>
        </w:rPr>
        <w:t xml:space="preserve">[11:20] </w:t>
      </w:r>
      <w:r>
        <w:t>That is why in Quran you find that it says that your wealth and children are nothing but your test. To on a lighter note ek Parsi saying hai ki agar, agar jaan mangoge to haazir hai, maal mangoge to sochna padega.</w:t>
      </w:r>
    </w:p>
    <w:p>
      <w:pPr>
        <w:jc w:val="right"/>
      </w:pPr>
      <w:r>
        <w:t>That is why in कुरान you find that it says that your wealth and children are nothing but your test. तो on a lighter note एक पारसी saying है कि अगर, अगर जान मांगोगे तो हाज़िर है, माल मांगोगे तो सोचना पड़ेगा.</w:t>
      </w:r>
    </w:p>
    <w:p>
      <w:r>
        <w:rPr>
          <w:b/>
        </w:rPr>
        <w:t xml:space="preserve">[11:42] </w:t>
      </w:r>
      <w:r>
        <w:t>But yahi factor hai kyunki logon ke logon ke dil mein unka paisa itna azeez hota hai ki woh kharchna nahi chahte. Jab woh kharchta hai to woh actually ek khuda ka haq hai jo woh lautata hai. So, look at this, you know, very eye opening verse. It says never will you attain to righteousness unless you spend for the cause of god out of what you cherish and whatever you spend is known to god.</w:t>
      </w:r>
    </w:p>
    <w:p>
      <w:pPr>
        <w:jc w:val="right"/>
      </w:pPr>
      <w:r>
        <w:t>But यही factor है क्योंकि लोगों के लोगों के दिल में उनका पैसा इतना अज़ीज़ होता है कि वह खर्चना नहीं चाहते. जब वह खर्चता है तो वह actually एक खुदा का हक है जो वह लौटाता है. So, look at this, you know, very eye opening verse. It says never will you attain to righteousness unless you spend for the cause of god out of what you cherish and whatever you spend is known to god.</w:t>
      </w:r>
    </w:p>
    <w:p>
      <w:r>
        <w:rPr>
          <w:b/>
        </w:rPr>
        <w:t xml:space="preserve">[12:12] </w:t>
      </w:r>
      <w:r>
        <w:t>So, we have not been sent in this world to hold wealth. We have been sent in this world and this, if you read quran, you you understand from hadith that we are here for a test. Every person is, seen whether he is fit to inhabitate, the paradise or he is not, he is not fit.</w:t>
      </w:r>
    </w:p>
    <w:p>
      <w:pPr>
        <w:jc w:val="right"/>
      </w:pPr>
      <w:r>
        <w:t>So, we have not been sent in this world to hold wealth. We have been sent in this world and this, if you read कुरान, you you understand from hadith that we are here for a test. Every person is, seen whether he is fit to inhabitate, the paradise or he is not, he is not fit.</w:t>
      </w:r>
    </w:p>
    <w:p>
      <w:r>
        <w:rPr>
          <w:b/>
        </w:rPr>
        <w:t xml:space="preserve">[12:35] </w:t>
      </w:r>
      <w:r>
        <w:t>So, you are spending, jab aap sadqa karte hain, aap aap zakat dete hain, to you are actually showing that yes, you are fit for paradise. But when you exploit others, you engage in luxury, then how can you, how can they both be on the similar footing? A person who gives zakat as compared to a person who does not give zakat. Can they be, both equal?</w:t>
      </w:r>
    </w:p>
    <w:p>
      <w:pPr>
        <w:jc w:val="right"/>
      </w:pPr>
      <w:r>
        <w:t>So, you are spending, जब आप सदका करते हैं, आप आप ज़कात देते हैं, तो you are actually showing that yes, you are fit for paradise. But when you exploit others, you engage in luxury, then how can you, how can they both be on the similar footing? A person who gives zakat as compared to a person who does not give zakat. Can they be, both equal?</w:t>
      </w:r>
    </w:p>
    <w:p>
      <w:r>
        <w:rPr>
          <w:b/>
        </w:rPr>
        <w:t xml:space="preserve">[12:58] </w:t>
      </w:r>
      <w:r>
        <w:t>Look at this, you know, this beautiful verse, those who believe do good deeds, attend to their prayers and engage in almsgiving. They shall be rewarded by the lord and shall have no fear, nor shall they grieve.</w:t>
      </w:r>
    </w:p>
    <w:p>
      <w:pPr>
        <w:jc w:val="right"/>
      </w:pPr>
      <w:r>
        <w:t>Look at this, you know, this beautiful verse, those who believe do good deeds, attend to their prayers and engage in almsgiving. They shall be rewarded by the lord and shall have no fear, nor shall they grieve.</w:t>
      </w:r>
    </w:p>
    <w:p>
      <w:r>
        <w:rPr>
          <w:b/>
        </w:rPr>
        <w:t xml:space="preserve">[13:16] </w:t>
      </w:r>
      <w:r>
        <w:t>To jab aap apne mehboob maal ko khuda ke raaste mein lagate hain, to jaise maine kaha ki aap purify karte hain aur purified personalities hi jannat mein baakhil ki jayengi. Aap khuda ke raaste par kaam kaisa laga rahe hain? With respect to that, there is a very good hadith.</w:t>
      </w:r>
    </w:p>
    <w:p>
      <w:pPr>
        <w:jc w:val="right"/>
      </w:pPr>
      <w:r>
        <w:t>तो जब आप अपने महबूब माल को खुदा के रास्ते में लगाते हैं, तो जैसे मैंने कहा कि आप purify करते हैं और purified personalities ही जन्नत में बाखिल की जाएंगी. आप खुदा के रास्ते पर काम कैसा लगा रहे हैं? With respect to that, there is a very good हदीश.</w:t>
      </w:r>
    </w:p>
    <w:p>
      <w:r>
        <w:rPr>
          <w:b/>
        </w:rPr>
        <w:t xml:space="preserve">[13:39] </w:t>
      </w:r>
      <w:r>
        <w:t>Prophet said that if god grants guidance to one person through you, then it is better than all those things upon which the sun rises. So, zakat in that sense is, you know, it's a practical prayer. It it reminds a person ki jab aap zakat dete hain, aap ya charity karte hain, to aap apne aap ko remind karate hain ki aaj mere paas paisa hai, iske paas nahi hai. But agar god ne chaha to yeh position reverse ho sakti hai.</w:t>
      </w:r>
    </w:p>
    <w:p>
      <w:pPr>
        <w:jc w:val="right"/>
      </w:pPr>
      <w:r>
        <w:t>Prophet said that if god grants guidance to one person through you, then it is better than all those things upon which the sun rises. So, ज़क़ाद in that sense is, you know, it's a practical prayer. It it reminds a person कि जब आप ज़क़ाद देते हैं, आप या charity करते हैं, तो आप अपने आप को remind कराते हैं कि आज मेरे पास पैसा है, इसके पास नहीं है. But अगर god ने चाहा तो यह position reverse हो सकती है.</w:t>
      </w:r>
    </w:p>
    <w:p>
      <w:r>
        <w:rPr>
          <w:b/>
        </w:rPr>
        <w:t xml:space="preserve">[14:09] </w:t>
      </w:r>
      <w:r>
        <w:t>He can be rich and I can be poor. See, you, when you give out zakat, you are actually also reducing the inequality in the society. You are showing that others have rights, you know, over you. So, zakat is also related to morality because on one hand it removes the feeling of stinginess, miserliness and on the other hand it promotes, you know, the culture of generosity, philanthropy.</w:t>
      </w:r>
    </w:p>
    <w:p>
      <w:pPr>
        <w:jc w:val="right"/>
      </w:pPr>
      <w:r>
        <w:t>He can be rich and I can be poor. See, you, when you give out ज़क़ात, you are actually also reducing the inequality in the society. You are showing that others have rights, you know, over you. So, ज़क़ात is also related to morality because on one hand it removes the feeling of stinginess, miserliness and on the other hand it promotes, you know, the culture of generosity, philanthropy.</w:t>
      </w:r>
    </w:p>
    <w:p>
      <w:r>
        <w:rPr>
          <w:b/>
        </w:rPr>
        <w:t xml:space="preserve">[14:39] </w:t>
      </w:r>
      <w:r>
        <w:t>And one important thing is ki agar aapko zakat mil rahi hai, if you are the recipient of zakat, then you should not feel jealous of the person who is giving out zakat. Yeh bahut important hai. You should love that person because that brother or that sister has helped you. So, should have that feeling. Look at this, you know, this amazing verse. Quran says who will give god a generous loan? He will multiply it many times over.</w:t>
      </w:r>
    </w:p>
    <w:p>
      <w:pPr>
        <w:jc w:val="right"/>
      </w:pPr>
      <w:r>
        <w:t>And one important thing is कि अगर आपको ज़कात मिल रही है, if you are the recipient of ज़क़ात, then you should not feel jealous of the person who is giving out ज़क़ात. यह बहुत important है. You should love that person because that brother or that sister has helped you. So, should have that feeling. Look at this, you know, this amazing verse. कुरान says who will give god a generous loan? He will multiply it many times over.</w:t>
      </w:r>
    </w:p>
    <w:p>
      <w:r>
        <w:rPr>
          <w:b/>
        </w:rPr>
        <w:t xml:space="preserve">[15:08] </w:t>
      </w:r>
      <w:r>
        <w:t>It is god who withholds and god who gives abundantly and it is to him that you shall all be returned. I mean, you know, this is such a phenomenal verse. Just imagine the most merciful, the most compassionate, the glorious, the magnificent, the creator, the provider, the sustainer, the only one, the mighty one, the forgiving. Hum humko jo kuch mila hua hai, woh allah ki wajah se hi mila hua hai.</w:t>
      </w:r>
    </w:p>
    <w:p>
      <w:pPr>
        <w:jc w:val="right"/>
      </w:pPr>
      <w:r>
        <w:t>It is god who withholds and god who gives abundantly and it is to him that you shall all be returned. I mean, you know, this is such a phenomenal verse. Just imagine the most merciful, the most compassionate, the glorious, the magnificent, the creator, the provider, the sustainer, the only one, the mighty one, the forgiving. हम हमको जो कुछ मिला हुआ है, वह अल्लाह की वजह से ही मिला हुआ है.</w:t>
      </w:r>
    </w:p>
    <w:p>
      <w:r>
        <w:rPr>
          <w:b/>
        </w:rPr>
        <w:t xml:space="preserve">[15:37] </w:t>
      </w:r>
      <w:r>
        <w:t>And what does he say? What he has given out of that, you spend a little. He is saying, will you give a generous loan to me? I mean, this is, this is infinite amount of mercy and compassion that one finds. When you, when you do that, you're actually putting your name in the front row of believers. And equally enlightening is the next verse.</w:t>
      </w:r>
    </w:p>
    <w:p>
      <w:pPr>
        <w:jc w:val="right"/>
      </w:pPr>
      <w:r>
        <w:t>And what does he say? What he has given out of that, you spend a little. He is saying, will you give a generous loan to me? I mean, this is, this is infinite amount of mercy and compassion that one finds. When you, when you do that, you're actually putting your name in the front row of believers. And equally enlightening is the next verse.</w:t>
      </w:r>
    </w:p>
    <w:p>
      <w:r>
        <w:rPr>
          <w:b/>
        </w:rPr>
        <w:t xml:space="preserve">[16:05] </w:t>
      </w:r>
      <w:r>
        <w:t>God has bought from the believers their lives and their wealth in return for the garden. God has bought the lives of the believers. I mean, you know, I keep reading these two verses. It charges every cell of my body. One that, you know, I have to give loan to God almighty and he's adopted us literally.</w:t>
      </w:r>
    </w:p>
    <w:p>
      <w:pPr>
        <w:jc w:val="right"/>
      </w:pPr>
      <w:r>
        <w:t>God has bought from the believers their lives and their wealth in return for the garden. God has bought the lives of the believers. I mean, you know, I keep reading these two verses. It charges every cell of my body. One that, you know, I have to give loan to God almighty and he's adopted us literally.</w:t>
      </w:r>
    </w:p>
    <w:p>
      <w:r>
        <w:rPr>
          <w:b/>
        </w:rPr>
        <w:t xml:space="preserve">[16:28] </w:t>
      </w:r>
      <w:r>
        <w:t>It is such an encouraging verse because it tells you to, you know, be steadfast and that true success lies in following the divine contract and what do you get in return? Promise for paradise. And quran also exhorts, it says that spend for god's cause, do not cast yourself into destruction by your own hands.</w:t>
      </w:r>
    </w:p>
    <w:p>
      <w:pPr>
        <w:jc w:val="right"/>
      </w:pPr>
      <w:r>
        <w:t>It is such an encouraging verse because it tells you to, you know, be steadfast and that true success lies in following the divine contract and what do you get in return? Promise for paradise. And कुरान also exhorts, it says that spend for god's cause, do not cast yourself into destruction by your own hands.</w:t>
      </w:r>
    </w:p>
    <w:p>
      <w:r>
        <w:rPr>
          <w:b/>
        </w:rPr>
        <w:t xml:space="preserve">[16:56] </w:t>
      </w:r>
      <w:r>
        <w:t>Do good, God loves the doers of good. So in a way, it is also cautioning, this verse is also cautioning us that if we do not incur expenditure in the way of god, then we are actually putting ourselves on the path of destruction. Aap yaad rakhiye ki agar aapke paas kuch dene ke liye aur agar aap woh na dein, to jo khuda ke paas hai, woh aapko kyun dein?</w:t>
      </w:r>
    </w:p>
    <w:p>
      <w:pPr>
        <w:jc w:val="right"/>
      </w:pPr>
      <w:r>
        <w:t>Do good, God loves the doers of good. So in a way, it is also cautioning, this verse is also cautioning us that if we do not incur expenditure in the way of god, then we are actually putting ourselves on the path of destruction. आप याद रखिए कि अगर आपके पास कुछ देने के लिए और अगर आप वह ना दें, तो जो खुदा के पास है, वह आपको क्यों दें?</w:t>
      </w:r>
    </w:p>
    <w:p>
      <w:r>
        <w:rPr>
          <w:b/>
        </w:rPr>
        <w:t xml:space="preserve">[17:24] </w:t>
      </w:r>
      <w:r>
        <w:t>If what you have, you're not willing to surrender, not give in the way of God. Why should God give what he has? It is very important because people do all the spending for their families, for their children, friends circle. But what about your dean? What about your responsibility? And therefore it is so important and this verse is, exactly teaching us that. Look at the next uplifting verse.</w:t>
      </w:r>
    </w:p>
    <w:p>
      <w:pPr>
        <w:jc w:val="right"/>
      </w:pPr>
      <w:r>
        <w:t>If what you have, you're not willing to surrender, not give in the way of God. Why should God give what he has? It is very important because people do all the spending for their families, for their children, friends circle. But what about your dean? What about your responsibility? And therefore it is so important and this verse is, exactly teaching us that. Look at the next uplifting verse.</w:t>
      </w:r>
    </w:p>
    <w:p>
      <w:r>
        <w:rPr>
          <w:b/>
        </w:rPr>
        <w:t xml:space="preserve">[17:49] </w:t>
      </w:r>
      <w:r>
        <w:t>It says, those who spend their wealth for God's cause may be compared to a grain of corn, which sprouts into seven years with a 100 grains in each year, for God grants manyfold increase to whom he wills. God is infinite and all knowing. So, yeh depend karta hai ki aap jo beej bona chahte hain, woh is duniya ke liye bona chahte hain ya aakhirat ke liye bona chahte hain.</w:t>
      </w:r>
    </w:p>
    <w:p>
      <w:pPr>
        <w:jc w:val="right"/>
      </w:pPr>
      <w:r>
        <w:t>It says, those who spend their wealth for God's cause may be compared to a grain of corn, which sprouts into seven years with a 100 grains in each year, for God grants manyfold increase to whom he wills. God is infinite and all knowing. So, यह depend करता है कि आप जो बीज बोना चाहते हैं, वह इस दुनिया के लिए बोना चाहते हैं या आखिरीद के लिए बोना चाहते हैं.</w:t>
      </w:r>
    </w:p>
    <w:p>
      <w:r>
        <w:rPr>
          <w:b/>
        </w:rPr>
        <w:t xml:space="preserve">[18:16] </w:t>
      </w:r>
      <w:r>
        <w:t>If you plant a seed for fame, ambition, for wealth, only for this world, then as per this verse, your one seed will yield a thousand grains, many folds, like thousand times more. But if you plant a seed for what you want in hereafter, you are actually planting a seed in the everlasting fields of hereafter, and the reward, will be unlimited.</w:t>
      </w:r>
    </w:p>
    <w:p>
      <w:pPr>
        <w:jc w:val="right"/>
      </w:pPr>
      <w:r>
        <w:t>If you plant a seed for fame, ambition, for wealth, only for this world, then as per this verse, your one seed will yield a thousand grains, many folds, like thousand times more. But if you plant a seed for what you want in hereafter, you are actually planting a seed in the everlasting fields of hereafter, and the reward, will be unlimited.</w:t>
      </w:r>
    </w:p>
    <w:p>
      <w:r>
        <w:rPr>
          <w:b/>
        </w:rPr>
        <w:t xml:space="preserve">[18:41] </w:t>
      </w:r>
      <w:r>
        <w:t>So people who spend in the way of god, they are ones who give out generously. I mean, if they are not acknowledged, they don't mind, and they do not taunt the people whom they give money. I have seen many people bahut jatate hain ki humne paisa kharcha, humne yeh kiya, humne woh kiya, humne yeh zakat di.</w:t>
      </w:r>
    </w:p>
    <w:p>
      <w:pPr>
        <w:jc w:val="right"/>
      </w:pPr>
      <w:r>
        <w:t>So people who spend in the way of god, they are ones who give out generously. I mean, if they are not acknowledged, they don't mind, and they do not taunt the people whom they give money. I have seen many people बहुत जताते हैं कि हमने पैसा खर्चा, हमने यह किया, हमने वह किया, हमने यह ज़कात दी.</w:t>
      </w:r>
    </w:p>
    <w:p>
      <w:r>
        <w:rPr>
          <w:b/>
        </w:rPr>
        <w:t xml:space="preserve">[19:00] </w:t>
      </w:r>
      <w:r>
        <w:t>But a person who does not even have money to give, they will at least be very circumspect of the choice of words that they use because they know God is seeing, God is hearing. So it is very important. And in fact, look at what Quran is saying. Believers give charitably from the good things which you have earned.</w:t>
      </w:r>
    </w:p>
    <w:p>
      <w:pPr>
        <w:jc w:val="right"/>
      </w:pPr>
      <w:r>
        <w:t>But a person who does not even have money to give, they will at least be very circumspect of the choice of words that they use because they know God is seeing, God is hearing. So it is very important. And in fact, look at what Quran is saying. Believers give charitably from the good things which you have earned.</w:t>
      </w:r>
    </w:p>
    <w:p>
      <w:r>
        <w:rPr>
          <w:b/>
        </w:rPr>
        <w:t xml:space="preserve">[19:24] </w:t>
      </w:r>
      <w:r>
        <w:t>And what we produce for you from the earth, not worthless things which, you yourself would only reluctantly accept. Know that God is self sufficient and praiseworthy. Hazrat Aisha wanted to give stale meat when Rasool Ullah saw it. He said you're giving something that you yourself will not consume, you yourself will not eat.</w:t>
      </w:r>
    </w:p>
    <w:p>
      <w:pPr>
        <w:jc w:val="right"/>
      </w:pPr>
      <w:r>
        <w:t>And what we produce for you from the earth, not worthless things which, you yourself would only reluctantly accept. Know that God is self sufficient and praiseworthy. हज़रत आईशा wanted to give stale meat when रसोल उल्लाह saw it. He said you're giving something that you yourself will not consume, you yourself will not eat.</w:t>
      </w:r>
    </w:p>
    <w:p>
      <w:r>
        <w:rPr>
          <w:b/>
        </w:rPr>
        <w:t xml:space="preserve">[19:50] </w:t>
      </w:r>
      <w:r>
        <w:t>So, when you give out something, you should give with a trembling heart anxiously.</w:t>
      </w:r>
    </w:p>
    <w:p>
      <w:pPr>
        <w:jc w:val="right"/>
      </w:pPr>
      <w:r>
        <w:t>So, when you give out something, you should give with a trembling heart anxiously.</w:t>
      </w:r>
    </w:p>
    <w:p>
      <w:r>
        <w:rPr>
          <w:b/>
        </w:rPr>
        <w:t xml:space="preserve">[19:53] </w:t>
      </w:r>
      <w:r>
        <w:t>You should not consider that what you are giving for the sake of god is a financial loss.</w:t>
      </w:r>
    </w:p>
    <w:p>
      <w:pPr>
        <w:jc w:val="right"/>
      </w:pPr>
      <w:r>
        <w:t>You should not consider that what you are giving for the sake of god is a financial loss.</w:t>
      </w:r>
    </w:p>
    <w:p>
      <w:r>
        <w:rPr>
          <w:b/>
        </w:rPr>
        <w:t xml:space="preserve">[19:57] </w:t>
      </w:r>
      <w:r>
        <w:t>No, it is it is a financial gain.</w:t>
      </w:r>
    </w:p>
    <w:p>
      <w:pPr>
        <w:jc w:val="right"/>
      </w:pPr>
      <w:r>
        <w:t>No, it is it is a financial gain.</w:t>
      </w:r>
    </w:p>
    <w:p>
      <w:r>
        <w:rPr>
          <w:b/>
        </w:rPr>
        <w:t xml:space="preserve">[20:01] </w:t>
      </w:r>
      <w:r>
        <w:t>In fact, look at what quran says.</w:t>
      </w:r>
    </w:p>
    <w:p>
      <w:pPr>
        <w:jc w:val="right"/>
      </w:pPr>
      <w:r>
        <w:t>In fact, look at what कुरान says.</w:t>
      </w:r>
    </w:p>
    <w:p>
      <w:r>
        <w:rPr>
          <w:b/>
        </w:rPr>
        <w:t xml:space="preserve">[20:05] </w:t>
      </w:r>
      <w:r>
        <w:t>It says, you if you give charity openly, it is good.</w:t>
      </w:r>
    </w:p>
    <w:p>
      <w:pPr>
        <w:jc w:val="right"/>
      </w:pPr>
      <w:r>
        <w:t>It says, you if you give charity openly, it is good.</w:t>
      </w:r>
    </w:p>
    <w:p>
      <w:r>
        <w:rPr>
          <w:b/>
        </w:rPr>
        <w:t xml:space="preserve">[20:09] </w:t>
      </w:r>
      <w:r>
        <w:t>But if you keep it secret and give to the needy in private, that is better for you.</w:t>
      </w:r>
    </w:p>
    <w:p>
      <w:pPr>
        <w:jc w:val="right"/>
      </w:pPr>
      <w:r>
        <w:t>But if you keep it secret and give to the needy in private, that is better for you.</w:t>
      </w:r>
    </w:p>
    <w:p>
      <w:r>
        <w:rPr>
          <w:b/>
        </w:rPr>
        <w:t xml:space="preserve">[20:13] </w:t>
      </w:r>
      <w:r>
        <w:t>And it will atone for some of your bad deeds.</w:t>
      </w:r>
    </w:p>
    <w:p>
      <w:pPr>
        <w:jc w:val="right"/>
      </w:pPr>
      <w:r>
        <w:t>And it will atone for some of your bad deeds.</w:t>
      </w:r>
    </w:p>
    <w:p>
      <w:r>
        <w:rPr>
          <w:b/>
        </w:rPr>
        <w:t xml:space="preserve">[20:17] </w:t>
      </w:r>
      <w:r>
        <w:t>God is aware of all that you do.</w:t>
      </w:r>
    </w:p>
    <w:p>
      <w:pPr>
        <w:jc w:val="right"/>
      </w:pPr>
      <w:r>
        <w:t>God is aware of all that you do.</w:t>
      </w:r>
    </w:p>
    <w:p>
      <w:r>
        <w:rPr>
          <w:b/>
        </w:rPr>
        <w:t xml:space="preserve">[20:21] </w:t>
      </w:r>
      <w:r>
        <w:t>Abdur Abdur Rehman ibn sabbath jab unko grant milta tha, you keep something for his home and give everything in the way of god. So, unke ghar mein unki wife puchti thi ki baaki grant ka kya hua? To he he said ki I have lent it to him. It shows how sahaba used to manage difficult situations at home when they faced such questions.</w:t>
      </w:r>
    </w:p>
    <w:p>
      <w:pPr>
        <w:jc w:val="right"/>
      </w:pPr>
      <w:r>
        <w:t>अब्दुर अब्दुर रहमान ibn sabbath जब उनको grant मिलता था, you keep something for his home and give everything in the way of god. So, उनके घर में उनकी wife पूछती थी कि बाकी grant का क्या हुआ? तो he he said कि I have lent it to him. It shows how साहबा used to manage difficult situations at home when they faced such questions.</w:t>
      </w:r>
    </w:p>
    <w:p>
      <w:r>
        <w:rPr>
          <w:b/>
        </w:rPr>
        <w:t xml:space="preserve">[20:42] </w:t>
      </w:r>
      <w:r>
        <w:t>So, just remember that and I mentioned it again, this is that verse that one who gives his wealth to become purified. So, I mean, in a nutshell, zakat is significant not only as a means of fulfilling religious duties, but also as a vital practice that promotes social justice, moral development and spiritual growth among Muslims.</w:t>
      </w:r>
    </w:p>
    <w:p>
      <w:pPr>
        <w:jc w:val="right"/>
      </w:pPr>
      <w:r>
        <w:t>So, just remember that and I mentioned it again, this is that verse that one who gives his wealth to become purified. So, I mean, in a nutshell, ज़िकात is significant not only as a means of fulfilling religious duties, but also as a vital practice that promotes social justice, moral development and spiritual growth among Muslims.</w:t>
      </w:r>
    </w:p>
    <w:p>
      <w:r>
        <w:rPr>
          <w:b/>
        </w:rPr>
        <w:t xml:space="preserve">[21:09] </w:t>
      </w:r>
      <w:r>
        <w:t>All of you are, you know, students and or you've just started to work. Just remember when you when you start earning, don't forget this importance of this fundamental pillar of Islam. It is as it is one of the gateway to paradise. So let me come to the second pillar. I mean, the fourth one, Hajj.</w:t>
      </w:r>
    </w:p>
    <w:p>
      <w:pPr>
        <w:jc w:val="right"/>
      </w:pPr>
      <w:r>
        <w:t>All of you are, you know, students and or you've just started to work. Just remember when you when you start earning, don't forget this importance of this fundamental pillar of Islam. It is as it is one of the gateway to paradise. So let me come to the second pillar. I mean, the fourth one, हाज्ज.</w:t>
      </w:r>
    </w:p>
    <w:p>
      <w:r>
        <w:rPr>
          <w:b/>
        </w:rPr>
        <w:t xml:space="preserve">[21:34] </w:t>
      </w:r>
      <w:r>
        <w:t>And see, hajj and kaaba are very profound symbols of a very grand strategy, which is to make humanity aware about the creation plan of God. When Hazrat Ibrahim kaul was not heeded in Syria, in Iraq, in Egypt, he settled his family in Mecca and he constructed Kaaba.</w:t>
      </w:r>
    </w:p>
    <w:p>
      <w:pPr>
        <w:jc w:val="right"/>
      </w:pPr>
      <w:r>
        <w:t>And see, हज्ज and काबा are very profound symbols of a very grand strategy, which is to make humanity aware about the creation plan of God. When हज़रत Ibrahim कौल was not heeded in Syria, in Iraq, in Egypt, he settled his family in Mecca and he constructed Kaaba.</w:t>
      </w:r>
    </w:p>
    <w:p>
      <w:r>
        <w:rPr>
          <w:b/>
        </w:rPr>
        <w:t xml:space="preserve">[21:59] </w:t>
      </w:r>
      <w:r>
        <w:t>And since then since then the practice of hajj has continued. So, Quran says the first house to be built for mankind was the one at Mecca. It is a blessed place, a source of guidance for the whole world.</w:t>
      </w:r>
    </w:p>
    <w:p>
      <w:pPr>
        <w:jc w:val="right"/>
      </w:pPr>
      <w:r>
        <w:t>And since then since then the practice of हज has continued. So, Quran says the first house to be built for mankind was the one at Mecca. It is a blessed place, a source of guidance for the whole world.</w:t>
      </w:r>
    </w:p>
    <w:p>
      <w:r>
        <w:rPr>
          <w:b/>
        </w:rPr>
        <w:t xml:space="preserve">[22:16] </w:t>
      </w:r>
      <w:r>
        <w:t>The system of hajj continued, even when, even when prophet Muhammad salallahu alaihi wasallam was born, there were some corruptions in the ritualistic practice but it continued, and the when prophet did hijra, he did his final hajj after that as we know. So it is incumbent upon every Muslim to perform hajj if the means allow.</w:t>
      </w:r>
    </w:p>
    <w:p>
      <w:pPr>
        <w:jc w:val="right"/>
      </w:pPr>
      <w:r>
        <w:t>The system of हज continued, even when, even when prophet मोहम्मद सलाही विसलम was born, there were some corruptions in the ritualistic practice but it continued, and the when prophet did हिजरा, he did his final हज after that as we know. So it is incumbent upon every मुस्लिम to perform हज if the means allow.</w:t>
      </w:r>
    </w:p>
    <w:p>
      <w:r>
        <w:rPr>
          <w:b/>
        </w:rPr>
        <w:t xml:space="preserve">[22:42] </w:t>
      </w:r>
      <w:r>
        <w:t>That is why this verse, pilgrimage to the house is a duty to god for all who can make the journey. When Hazrat Ibrahim completed constructing the kaaba, god commanded him to give the call but he was concerned. He said that how will humanity hear my voice? So, God assured him it will and it said, call mankind to the pilgrimage.</w:t>
      </w:r>
    </w:p>
    <w:p>
      <w:pPr>
        <w:jc w:val="right"/>
      </w:pPr>
      <w:r>
        <w:t>That is why this verse, pilgrimage to the house is a duty to god for all who can make the journey. When हज़द इब्राहिम completed constructing the काबाह, god commanded him to give the call but he was concerned. He said that how will humanity hear my voice? So, God assured him it will and it said, call mankind to the pilgrimage.</w:t>
      </w:r>
    </w:p>
    <w:p>
      <w:r>
        <w:rPr>
          <w:b/>
        </w:rPr>
        <w:t xml:space="preserve">[23:06] </w:t>
      </w:r>
      <w:r>
        <w:t>They will come to you on foot and on every kind of lean camel by every distant track and it so happened as we know. So, when prophet Muhammad was in Arafat in during his hajj, this verse was revealed, today I have completed your religion for you and completed my blessings upon you. I have chosen for you Islam as your religion.</w:t>
      </w:r>
    </w:p>
    <w:p>
      <w:pPr>
        <w:jc w:val="right"/>
      </w:pPr>
      <w:r>
        <w:t>They will come to you on foot and on every kind of lean camel by every distant track and it so happened as we know. So, when prophet मोहम्मद was in Arafat in during his हज, this verse was revealed, today I have completed your religion for you and completed my blessings upon you. I have chosen for you Islam as your religion.</w:t>
      </w:r>
    </w:p>
    <w:p>
      <w:r>
        <w:rPr>
          <w:b/>
        </w:rPr>
        <w:t xml:space="preserve">[23:33] </w:t>
      </w:r>
      <w:r>
        <w:t>So while, you know, the message of hajj that we get, while other form of worship are reminders to us about God almighty, hajj represents the utmost closeness that we, that we get towards our lord. When you stand before kaaba, it is like you're standing before the lord.</w:t>
      </w:r>
    </w:p>
    <w:p>
      <w:pPr>
        <w:jc w:val="right"/>
      </w:pPr>
      <w:r>
        <w:t>So while, you know, the message of हाज्ज that we get, while other form of worship are reminders to us about God almighty, हाज्ज represents the utmost closeness that we, that we get towards our lord. When you stand before काबाह, it is like you're standing before the lord.</w:t>
      </w:r>
    </w:p>
    <w:p>
      <w:r>
        <w:rPr>
          <w:b/>
        </w:rPr>
        <w:t xml:space="preserve">[23:55] </w:t>
      </w:r>
      <w:r>
        <w:t>When you circumambulate kaaba, it is like, you know, after discovering God almighty, you are circling in thrilled devotion. When you hold on to the multazam, it is as if you're holding the very garment of your lord and you're pouring your heartfelt supplications. So it is very important that, you know, when you do any, when you follow any pillar of, Islam, you have to do it in spirit.</w:t>
      </w:r>
    </w:p>
    <w:p>
      <w:pPr>
        <w:jc w:val="right"/>
      </w:pPr>
      <w:r>
        <w:t>When you circumambulate काबाह, it is like, you know, after discovering God almighty, you are circling in thrilled devotion. When you hold on to the मुल्तism, it is as if you're holding the very garment of your lord and you're pouring your heartfelt supplications. So it is very important that, you know, when you do any, when you follow any pillar of, Islam, you have to do it in spirit.</w:t>
      </w:r>
    </w:p>
    <w:p>
      <w:r>
        <w:rPr>
          <w:b/>
        </w:rPr>
        <w:t xml:space="preserve">[24:21] </w:t>
      </w:r>
      <w:r>
        <w:t>Otherwise, it's like, you know, let's say you have, very nutritious, good food lying on the table. If you don't take that food, you will not get nourishment, that nutrition. The same is the case when you have to perform hajj. You have to perform it with all that spirit. So what is the, the message that we get, in the Quran in chapter two ninety seven?</w:t>
      </w:r>
    </w:p>
    <w:p>
      <w:pPr>
        <w:jc w:val="right"/>
      </w:pPr>
      <w:r>
        <w:t>Otherwise, it's like, you know, let's say you have, very nutritious, god food lying on the table. If you don't take that food, you will not get nourishment, that nutrition. The same is the case when you have to perform hajj. You have to perform it with all that spirit. So what is the, the message that we get, in the Quran in chapter two one ninety seven?</w:t>
      </w:r>
    </w:p>
    <w:p>
      <w:r>
        <w:rPr>
          <w:b/>
        </w:rPr>
        <w:t xml:space="preserve">[24:46] </w:t>
      </w:r>
      <w:r>
        <w:t>The pilgrimages in the appointed months, whoever intends to perform it during them must abstain from indecent speech, from all wicked conduct, and from quarreling while on the pilgrimage. Whatever good you may do, God is aware of it. Make provision for yourself, but surely the best of all provision is God consciousness. Always be mindful of me, you that are in doubt with, understanding.</w:t>
      </w:r>
    </w:p>
    <w:p>
      <w:pPr>
        <w:jc w:val="right"/>
      </w:pPr>
      <w:r>
        <w:t>The pilgrimages in the appointed months, whoever intends to perform it during them must abstain from indecent speech, from all wicked conduct, and from quarreling while on the pilgrimage. Whatever good you may do, God is aware of it. Make provision for yourself, but surely the best of all provision is God consciousness. Always be mindful of me, you that are in doubt with, understanding.</w:t>
      </w:r>
    </w:p>
    <w:p>
      <w:r>
        <w:rPr>
          <w:b/>
        </w:rPr>
        <w:t xml:space="preserve">[25:15] </w:t>
      </w:r>
      <w:r>
        <w:t>So there are these three terms, that I have highlighted in bold, indecent speech, wicked conduct and quarreling. Jab hajj ke liye log jama hote hain, it is a kind of a training because, you know, people from all over the world, from different geographies, cultural backgrounds, they come. And it does happen that there are situations that people with base desires, they say something that spoils the spiritual atmosphere by the lewd comments.</w:t>
      </w:r>
    </w:p>
    <w:p>
      <w:pPr>
        <w:jc w:val="right"/>
      </w:pPr>
      <w:r>
        <w:t>So there are these three terms, that I have highlighted in bold, indecent speech, wicket conduct and quarrelling. जब हजकिले लोग इकट्ठा होते हैं, it is a kind of a training because, you know, people from all over the world, from different geographies, cultural backgrounds, they come. And it does happen that there are situations that people with base desires, they say something that spoils the spiritual atmosphere by the Lewitt comments.</w:t>
      </w:r>
    </w:p>
    <w:p>
      <w:r>
        <w:rPr>
          <w:b/>
        </w:rPr>
        <w:t xml:space="preserve">[25:45] </w:t>
      </w:r>
      <w:r>
        <w:t>Or let's say if somebody, uh-uh, confronts them or provokes them, they get into a quarrel, or they lose their dignified self. So what does Quran says? It says ki these are sins to be avoided. So in that sense, hajj is a is a superb, is a superb training because you are gathered at a place of sanctity and reverence.</w:t>
      </w:r>
    </w:p>
    <w:p>
      <w:pPr>
        <w:jc w:val="right"/>
      </w:pPr>
      <w:r>
        <w:t>Or let's say if somebody, uh-uh, confronts them or provokes them, they get into a quarrel, or they lose their dignified self. So what does कुरान says? It says कि these are sins to be avoided. So in that sense, हाज is a is a superb, is a superb training because you are gathered at a place of sanctity and reverence.</w:t>
      </w:r>
    </w:p>
    <w:p>
      <w:r>
        <w:rPr>
          <w:b/>
        </w:rPr>
        <w:t xml:space="preserve">[26:10] </w:t>
      </w:r>
      <w:r>
        <w:t>And remember, god does not want your form, but god wants your pity, taqwa. It is the pity which is that provision which will help you in your journey from this world to the hereafter. Maulana Wahiduddin Khan sahib kehte the ki, ki when unless a person is willing to renounce all that is against the faith, the blessings of faith will not come to that person.</w:t>
      </w:r>
    </w:p>
    <w:p>
      <w:pPr>
        <w:jc w:val="right"/>
      </w:pPr>
      <w:r>
        <w:t>And remember, god does not want your form, but god wants your pity, तकवा. It is the pity which is that provision which will help you in your journey from this world to the hereafter. मनाना वेदुद्दीन खान साहब कहते थे कि, कि when unless a person is willing to renounce all that is against the faith, the blessings of faith will not come to that person.</w:t>
      </w:r>
    </w:p>
    <w:p>
      <w:r>
        <w:rPr>
          <w:b/>
        </w:rPr>
        <w:t xml:space="preserve">[26:38] </w:t>
      </w:r>
      <w:r>
        <w:t>So we often see that, you know, aapne dekha hoga ki log memorize karte hain prayers and they will read it from the book. There's nothing wrong about it. It's it is required. It fulfills the legal requirement.</w:t>
      </w:r>
    </w:p>
    <w:p>
      <w:pPr>
        <w:jc w:val="right"/>
      </w:pPr>
      <w:r>
        <w:t>So we often see that, you know, आपने देखा होगा कि लोग memorize करते हैं prayers and they will read it from the book. There's nothing wrong about it. It's it's it is required. It fulfills the legal requirement.</w:t>
      </w:r>
    </w:p>
    <w:p>
      <w:r>
        <w:rPr>
          <w:b/>
        </w:rPr>
        <w:t xml:space="preserve">[26:51] </w:t>
      </w:r>
      <w:r>
        <w:t>But what is important is that you have to, you have to experience the same state of emotions, the feelings that Hazrat, that prophet Ibrahim and his family experience, that is the real, you know, spirit of of hajj. For example, when you do sa'i from Safa to Marwa, you remember how Hazrat Hajra ran from Safa to Marwa.</w:t>
      </w:r>
    </w:p>
    <w:p>
      <w:pPr>
        <w:jc w:val="right"/>
      </w:pPr>
      <w:r>
        <w:t>But what is important is that you have to, you know, you have to experience the same state of emotions, the feelings that हजरत, that prophet इब्राहिम and his family experience, that is the real, you know, spirit of of खज. For example, when you do सई from सफ़ा to मारवा, you remember how हज़रत हज़रा ran from सफ़ा to मारवा.</w:t>
      </w:r>
    </w:p>
    <w:p>
      <w:r>
        <w:rPr>
          <w:b/>
        </w:rPr>
        <w:t xml:space="preserve">[27:19] </w:t>
      </w:r>
      <w:r>
        <w:t>So aapke dil mein ek dua nikalti hai ki aap yeh dua karte hain Allah taala se ki god just like you granted, you know, after the efforts of Hazrat Hajra everlasting spring. Similarly, grant that after my efforts, you give me a spring of goodness that nourishes me from this world to the hereafter.</w:t>
      </w:r>
    </w:p>
    <w:p>
      <w:pPr>
        <w:jc w:val="right"/>
      </w:pPr>
      <w:r>
        <w:t>So आपके दिल में एक दुआ निकलती है कि आप यह दुआ करते हैं अल्लाह ताला से कि god just like you granted, you know, after the efforts of हजरत था हजरा everlasting spring. Similarly, grant that after my efforts, you give me a spring of goodness that nourishes me from this world to the hereafter.</w:t>
      </w:r>
    </w:p>
    <w:p>
      <w:r>
        <w:rPr>
          <w:b/>
        </w:rPr>
        <w:t xml:space="preserve">[27:44] </w:t>
      </w:r>
      <w:r>
        <w:t>So when you go to Mina to sacrifice, you remember that Hazrat Ibrahim was willing to sacrifice his beloved son, but instead it was replaced by ram. But you take a pledge that I am, I will dedicate my life for your cause. With the same spirit of, prophet Ibrahim, you go to Jamarat and you cast pebbles.</w:t>
      </w:r>
    </w:p>
    <w:p>
      <w:pPr>
        <w:jc w:val="right"/>
      </w:pPr>
      <w:r>
        <w:t>So when you go to मिनाह to sacrifice, you remember that हज़रत इब्राहिम was willing to sacrifice his beloved son, but instead it was replaced by ram. But you take a pledge that I am, I will dedicate my life for your cause. With the same spirit of, prophet इब्राहिम, you go to जमारात and you cast pebbles.</w:t>
      </w:r>
    </w:p>
    <w:p>
      <w:r>
        <w:rPr>
          <w:b/>
        </w:rPr>
        <w:t xml:space="preserve">[28:05] </w:t>
      </w:r>
      <w:r>
        <w:t>You remind yourself that in your daily life there are so many instigations, evil influences, temptations, and you will throw stones at them, meaning that you will avoid getting tempted by those evil influences. And similarly, when you go to Arafat, Arafat is like, you know, it evokes the imagery of, the hereafter.</w:t>
      </w:r>
    </w:p>
    <w:p>
      <w:pPr>
        <w:jc w:val="right"/>
      </w:pPr>
      <w:r>
        <w:t>You remind yourself that in your daily life there are so many instigations, evil influences, temptations, and you will throw stones at them, meaning that you will avoid getting tempted by those evil influences. And similarly, when you go to Arafat, Arafat is like, you know, it evokes the imagery of, the hereafter.</w:t>
      </w:r>
    </w:p>
    <w:p>
      <w:r>
        <w:rPr>
          <w:b/>
        </w:rPr>
        <w:t xml:space="preserve">[28:29] </w:t>
      </w:r>
      <w:r>
        <w:t>It is, the message that prophet Ibrahim wanted to give was that you will all be gathered in the hereafter. And it is that, you know, same experience that you get out there. Hazrat Ibrahim was always ready whenever god called him. So when pilgrim men, pilgrims chant, it is that same spirit. They say, here I am O God, here I am. There is no partner for you. Here I am.</w:t>
      </w:r>
    </w:p>
    <w:p>
      <w:pPr>
        <w:jc w:val="right"/>
      </w:pPr>
      <w:r>
        <w:t>It is, the message that prophet इब्राहिम wanted to give was that you will all be gathered in the hereafter. And it is that, you know, same experience that you get out there. हाज़िद इब्राहिम was always ready whenever god called him. So when pilgrim men, pilgrims chant, it is that same spirit. They say, here I am a god, here I am. There is no partner for you. Here I am.</w:t>
      </w:r>
    </w:p>
    <w:p>
      <w:r>
        <w:rPr>
          <w:b/>
        </w:rPr>
        <w:t xml:space="preserve">[28:57] </w:t>
      </w:r>
      <w:r>
        <w:t>Indeed, all praise, blessings, and sovereignty belongs to you. You have no partner. So it shows the readiness of, of a pilgrim on the call of god. It reminds you of that, you know, the verse of the Quran that when trumpet will be blown and at once they will rise up from the graves and hasten to their lord. Arafat gives you that experience and that is why Rasulullah ne kaha ki hajj is Arafat.</w:t>
      </w:r>
    </w:p>
    <w:p>
      <w:pPr>
        <w:jc w:val="right"/>
      </w:pPr>
      <w:r>
        <w:t>Indeed, all praise, blessings, and sovereignty belongs to you. You have no partner. So it shows the readiness of, of a pilgrim on the call of god. It reminds you of that, you know, the verse of the Quran that when trumpet will be blown and at once they will rise up from the graves and hasten to their lord. Arafat gives you that experience and that is why रसुल्ला ने कहा कि हज is Arafat.</w:t>
      </w:r>
    </w:p>
    <w:p>
      <w:r>
        <w:rPr>
          <w:b/>
        </w:rPr>
        <w:t xml:space="preserve">[29:25] </w:t>
      </w:r>
      <w:r>
        <w:t>Aap wahan par jab khade hote hain maidan mein, to aap mentally prepare kar rahe hote hain apne aap ko, jo physically aapke saath hone wala hai akhirat mein. That is, you know, the feeling of at at Arafat. And therefore, you know, I mean, there are everything to reflect.</w:t>
      </w:r>
    </w:p>
    <w:p>
      <w:pPr>
        <w:jc w:val="right"/>
      </w:pPr>
      <w:r>
        <w:t>आप वहां पर जब खड़े होते हैं मैदान में, तो आप mentally prepare कर रहे होते हैं अपने आप को, जो physically आपके साथ होने वाला है आखिरत में. That is, you know, the feeling of at at Arafat. And therefore, you know, I mean, there are everything to reflect.</w:t>
      </w:r>
    </w:p>
    <w:p>
      <w:r>
        <w:rPr>
          <w:b/>
        </w:rPr>
        <w:t xml:space="preserve">[29:44] </w:t>
      </w:r>
      <w:r>
        <w:t>One more thing to reflect is that, and I am sure you will all relate to it in some way ki maine yeh suna bhi hai jinhone jo umrah karte hain ya jinhone hajj kiya aap logon se kiya hoga and you will also voice the same feeling that god creates special conditions. A person who, you know, decides or makes the intention to do hajj, it's a different feeling.</w:t>
      </w:r>
    </w:p>
    <w:p>
      <w:pPr>
        <w:jc w:val="right"/>
      </w:pPr>
      <w:r>
        <w:t>One more thing to reflect is that, and I am sure you will all relate to it in some way कि मैंने यह सुना भी है जिन्होंने जो उम्राद करते हैं या जिन्होंने हज किया आप लोगों से किया होगा and you will also voice the same feeling that god creates special conditions. A person who, you know, decides or makes the intention to do हज, it's a different feeling.</w:t>
      </w:r>
    </w:p>
    <w:p>
      <w:r>
        <w:rPr>
          <w:b/>
        </w:rPr>
        <w:t xml:space="preserve">[30:12] </w:t>
      </w:r>
      <w:r>
        <w:t>You know, it is like aap vacation mein ja rahe hain US, Europe aur Dubai. Jab aap wapas bhi aate hain to woh feeling dominate karti hai aapke mind mein, right? It dominates your mind. The same is the case. You feel very spiritual, you feel very unique when you go for hajj. But for that, you know, feeling to manifest in your day to day, it is not automatic.</w:t>
      </w:r>
    </w:p>
    <w:p>
      <w:pPr>
        <w:jc w:val="right"/>
      </w:pPr>
      <w:r>
        <w:t>You know, it is like आप vacation में जा रहे हैं US, Europe और Dubai. जब आप वापस भी आते हैं तो वह feeling dominate करती है आपके mind में, right? It dominates your mind. The same is the case. You feel very spiritual, you feel very unique when you go for हज. But for that, you know, feeling to manifest in your day to day, it is not automatic.</w:t>
      </w:r>
    </w:p>
    <w:p>
      <w:r>
        <w:rPr>
          <w:b/>
        </w:rPr>
        <w:t xml:space="preserve">[30:36] </w:t>
      </w:r>
      <w:r>
        <w:t>You have to be, receptive, you have to be ready from inside, you have to prepare yourself. And if you don't do that, then you don't get that same feeling throughout your remaining part of life. And and this is very important and let me give you an example of what I am saying.</w:t>
      </w:r>
    </w:p>
    <w:p>
      <w:pPr>
        <w:jc w:val="right"/>
      </w:pPr>
      <w:r>
        <w:t>You have to be, receptive, you have to be ready from inside, you have to prepare yourself. And if you don't do that, then you don't get that same feeling throughout your remaining part of life. And and this is very important and let me give you an example of what I am saying.</w:t>
      </w:r>
    </w:p>
    <w:p>
      <w:r>
        <w:rPr>
          <w:b/>
        </w:rPr>
        <w:t xml:space="preserve">[30:58] </w:t>
      </w:r>
      <w:r>
        <w:t>Aap yeh dekhiye yeh, this is a narration from Hazrat Anas bin Malik and he said that time will come, Rasulullah ne farmaya, time will come upon people when the wealthy of my ummah will perform hajj as a form of luxury and leisure. The middle class will undertake it for business and trade. The scholars will do so to seek fame and recognition, and the poor will perform it as an opportunity to beg.</w:t>
      </w:r>
    </w:p>
    <w:p>
      <w:pPr>
        <w:jc w:val="right"/>
      </w:pPr>
      <w:r>
        <w:t>आप यह देखिए यह, this is a narration from हज़रत अनुज़ बिन मलिक and he said that time will come, रसुल्लाह ने फ़रमाह, time will come upon people when the wealthy of my उम्मा will perform हज as a form of luxury and leisure. The middle class will undertake it for business and trade. The scholars will do so to seek fame and recognition, and the poor will perform it as an opportunity to beg.</w:t>
      </w:r>
    </w:p>
    <w:p>
      <w:r>
        <w:rPr>
          <w:b/>
        </w:rPr>
        <w:t xml:space="preserve">[31:26] </w:t>
      </w:r>
      <w:r>
        <w:t>So, it it is therefore it's very important that, know, what is the spirit that we are inculcating. Otherwise, it it will not give its, its desirable benefit. In fact, agar aap dekhen essence of entire Islamic life, agar aap dekhen, it can be explained in, you know, one simple word, self discipline, control.</w:t>
      </w:r>
    </w:p>
    <w:p>
      <w:pPr>
        <w:jc w:val="right"/>
      </w:pPr>
      <w:r>
        <w:t>So, it it is therefore it's very important that, know, what is the spirit that we are inculcating. Otherwise, it it will not give its, its desirable benefit. In fact, अगर आप देखें essence of entire Islamic life, अगर आप देखें, it can be explained in, you know, one simple word, self discipline, control.</w:t>
      </w:r>
    </w:p>
    <w:p>
      <w:r>
        <w:rPr>
          <w:b/>
        </w:rPr>
        <w:t xml:space="preserve">[31:51] </w:t>
      </w:r>
      <w:r>
        <w:t>agar aap, aap ke andar self discipline hai, control hai, to aap, that is the essence of Islamic life. Look at what prophet said, he said whoever performs the rituals of huj in such a way that muslims are safe from his tongue and his hands. All of his past sins will be forgiven, which means that aap had se jab wapas aate hain, lautate hain, is tarike se ki your tongue will not hurt anyone.</w:t>
      </w:r>
    </w:p>
    <w:p>
      <w:pPr>
        <w:jc w:val="right"/>
      </w:pPr>
      <w:r>
        <w:t>अगर आप, आपके अंदर self discipline है, control है, तो आप, that is the essence of Islamic life. Look at what prophet said, he said whoever performs the rituals of huj in such a way that मुस्लिमs are safe from his tongue and his hands. All of his past sins will be forgiven, which means that आप हद से जब वापस आते हैं, लौटते हैं, इस तरीके से कि your tongue will not hurt anyone.</w:t>
      </w:r>
    </w:p>
    <w:p>
      <w:r>
        <w:rPr>
          <w:b/>
        </w:rPr>
        <w:t xml:space="preserve">[32:20] </w:t>
      </w:r>
      <w:r>
        <w:t>It will not say any hurtful words. Your hands will not harm anyone, then all your past sins are forgiven. And this is, therefore, you know, hajj is, hajj gives that training of that self discipline. It is also, you know, a commitment to ultimate sacrifice.</w:t>
      </w:r>
    </w:p>
    <w:p>
      <w:pPr>
        <w:jc w:val="right"/>
      </w:pPr>
      <w:r>
        <w:t>It will not say any hurtful words. Your hands will not harm anyone, then all your past sins are forgiven. And this is, therefore, you know, hajj is, hajj gives that training of that self discipline. It is also, you know, a commitment to ultimate sacrifice.</w:t>
      </w:r>
    </w:p>
    <w:p>
      <w:r>
        <w:rPr>
          <w:b/>
        </w:rPr>
        <w:t xml:space="preserve">[32:39] </w:t>
      </w:r>
      <w:r>
        <w:t>aaj ki date mein agar aap dekhen to time is very precious, people are busy in, in, in accumulating wealth, living a materialistic life, running for money. sabse bada sacrifice to yahi hai ki aap apna waqt den deen ke liye ya aap ek simple life ikhteyar karen. Don't lead a very luxurious lifestyle. This is a bigger sacrifice.</w:t>
      </w:r>
    </w:p>
    <w:p>
      <w:pPr>
        <w:jc w:val="right"/>
      </w:pPr>
      <w:r>
        <w:t>आज की date में अगर आप देखें तो time is very precious, people are busy in, in, in accumulating wealth, living a materialistic life, running for money. सबसे बड़ा sacrifice तो यही है कि आप अपना वक्त दें दीन के लिए या आप एक simple life इख्तैयार करें. Don't lead a very luxurious lifestyle. This is a bigger sacrifice.</w:t>
      </w:r>
    </w:p>
    <w:p>
      <w:r>
        <w:rPr>
          <w:b/>
        </w:rPr>
        <w:t xml:space="preserve">[33:05] </w:t>
      </w:r>
      <w:r>
        <w:t>pehle it was martyrdom, now the biggest sacrifice is at a mental level, which is more difficult and challenging in times like these. agar aap dekhen to, to explain it a little differently, at the time of prophet ibrahim, politism was the biggest challenge. aaj that has got replaced by atheism. You would be surprised I was looking at, I was trying to research the data. mere ko bahut zyada shauk laga.</w:t>
      </w:r>
    </w:p>
    <w:p>
      <w:pPr>
        <w:jc w:val="right"/>
      </w:pPr>
      <w:r>
        <w:t>पहले it was martyrdom, now the biggest sacrifice is at a mental level, which is more difficult and challenging in times like these. अगर आप देखें तो, to explain it a little differently, at the time of prophet इब्राहिम, politism was the biggest challenge. आज that has got replaced by atheism. You would be surprised I was looking at, I was trying to research the data. मेरे को बहुत ज़्यादा शौक लगा.</w:t>
      </w:r>
    </w:p>
    <w:p>
      <w:r>
        <w:rPr>
          <w:b/>
        </w:rPr>
        <w:t xml:space="preserve">[33:35] </w:t>
      </w:r>
      <w:r>
        <w:t>I mean, don't have to go very far. As early as twentieth century, atheism was very rare. Do you know what is the percentage of atheist people in the world today? twentieth century mein rare tha. You want to take a guess? 16% of the population, global population, 1,000,000,000 people have declared themselves as atheist and mostly they are youngsters.</w:t>
      </w:r>
    </w:p>
    <w:p>
      <w:pPr>
        <w:jc w:val="right"/>
      </w:pPr>
      <w:r>
        <w:t>I mean, don't have to go very far. As early as twentieth century, atheism was very rare. Do you know what is the percentage of atheist people in the world today? Twentieth century में rare था. You want to take a guess? 16% of the population, global population, 1,000,000,000 people have declared themselves as atheist and mostly they are youngsters.</w:t>
      </w:r>
    </w:p>
    <w:p>
      <w:r>
        <w:rPr>
          <w:b/>
        </w:rPr>
        <w:t xml:space="preserve">[34:04] </w:t>
      </w:r>
      <w:r>
        <w:t>That's the challenge to take.</w:t>
      </w:r>
    </w:p>
    <w:p>
      <w:pPr>
        <w:jc w:val="right"/>
      </w:pPr>
      <w:r>
        <w:t>That's the challenge to take.</w:t>
      </w:r>
    </w:p>
    <w:p>
      <w:r>
        <w:rPr>
          <w:b/>
        </w:rPr>
        <w:t xml:space="preserve">[34:10] </w:t>
      </w:r>
      <w:r>
        <w:t>اگر اس time پر polytheism, was uprooted, now we have to come back and we have to prepare</w:t>
      </w:r>
    </w:p>
    <w:p>
      <w:pPr>
        <w:jc w:val="right"/>
      </w:pPr>
      <w:r>
        <w:t>अगर उस time पर politism, was uprooted, now we have to come back and we have to prepare</w:t>
      </w:r>
    </w:p>
    <w:p>
      <w:r>
        <w:rPr>
          <w:b/>
        </w:rPr>
        <w:t xml:space="preserve">[34:16] </w:t>
      </w:r>
      <w:r>
        <w:t>ourselves, present the scientific and the rational objective arguments to prove that god exist.</w:t>
      </w:r>
    </w:p>
    <w:p>
      <w:pPr>
        <w:jc w:val="right"/>
      </w:pPr>
      <w:r>
        <w:t>ourselves, present the scientific and the rational objective arguments to prove that god exist.</w:t>
      </w:r>
    </w:p>
    <w:p>
      <w:r>
        <w:rPr>
          <w:b/>
        </w:rPr>
        <w:t xml:space="preserve">[34:22] </w:t>
      </w:r>
      <w:r>
        <w:t>main aapko ek personal example batata hoon ki yeh kitna zyada yeh, you know, darane wali cheez hai.</w:t>
      </w:r>
    </w:p>
    <w:p>
      <w:pPr>
        <w:jc w:val="right"/>
      </w:pPr>
      <w:r>
        <w:t>मैं आपको एक personal example बताता हूँ कि यह कितना ज़्यादा यह, you know, डराने वाली चीज़ है.</w:t>
      </w:r>
    </w:p>
    <w:p>
      <w:r>
        <w:rPr>
          <w:b/>
        </w:rPr>
        <w:t xml:space="preserve">[34:28] </w:t>
      </w:r>
      <w:r>
        <w:t>This is not simple and how it, it sort of increases everybody's responsibility in this room.</w:t>
      </w:r>
    </w:p>
    <w:p>
      <w:pPr>
        <w:jc w:val="right"/>
      </w:pPr>
      <w:r>
        <w:t>This is not simple and how it, it sort of increases everybody's responsibility in this room.</w:t>
      </w:r>
    </w:p>
    <w:p>
      <w:r>
        <w:rPr>
          <w:b/>
        </w:rPr>
        <w:t xml:space="preserve">[34:35] </w:t>
      </w:r>
      <w:r>
        <w:t>main Maulana Wahiduddin Khan sahib ke sath ek conference mein gaya tha, international conference in Switzerland. to jo conference khatam hui, jo unke CEO the, hum log raat ko dinner ke baad we were having a conversation. So he said ki Maulana sahib, atheism bahut badh raha hai yahan par. to unhone pucha aisa kyun hai? to they said ki Switzerland is one of the richest country.</w:t>
      </w:r>
    </w:p>
    <w:p>
      <w:pPr>
        <w:jc w:val="right"/>
      </w:pPr>
      <w:r>
        <w:t>मैं मलाना विद्वीन खान साहब के साथ एक conference में गया था, international conference in Switzerland. तो जो conference खत्म हुई, जो उनके CEO थे, हम लोग रात को dinner के बाद we were having a conversation. So he said कि मनाना साहब, atheism बहुत बढ़ रहा है यहाँ पर. तो उन्होंने पुछा ऐसा क्यों है? तो they said कि Switzerland is one of the richest country.</w:t>
      </w:r>
    </w:p>
    <w:p>
      <w:r>
        <w:rPr>
          <w:b/>
        </w:rPr>
        <w:t xml:space="preserve">[34:59] </w:t>
      </w:r>
      <w:r>
        <w:t>woh yeh kehte hain log ki hamare paas sab kuch hai, hamari country mein garibi nahi hai. We have best of the cars. We have luxurious house. Our bank balances are full. We have all that is needed to lead a fantastic life. How do we need god? hamare paas to sab kuch hai. Aap sochiye ki jis cheez ko lekar shukr karna chahiye tha, usi cheez ko lekar na shukr kar rahe hain. Kisne diya unko yeh sab?</w:t>
      </w:r>
    </w:p>
    <w:p>
      <w:pPr>
        <w:jc w:val="right"/>
      </w:pPr>
      <w:r>
        <w:t>वह यह कहते हैं लोग कि हमारे पास सब कुछ है, हमारी country में गरीबी नहीं है. We have best of the cars. We have luxurious house. Our bank balances are full. We have all that is needed to lead a fantastic life. How do we need god? हमारे पास तो सब कुछ है. आप सोचिए कि जिस चीज़ को लेकर शुक्र करना चाहिए था, उसी चीज़ को लेकर ना शुक्र कर रहे हैं. किसने दिया उनको यह सब?</w:t>
      </w:r>
    </w:p>
    <w:p>
      <w:r>
        <w:rPr>
          <w:b/>
        </w:rPr>
        <w:t xml:space="preserve">[35:28] </w:t>
      </w:r>
      <w:r>
        <w:t>agar Allah taala chahen to ek second mein sab wapas le len. But this is how people mentality has changed over the years and that is why atheism is on the rise and therefore, you know, hajj is reenactment of history symbolically through the rituals and practically through planned action after coming back from hajj in real life.</w:t>
      </w:r>
    </w:p>
    <w:p>
      <w:pPr>
        <w:jc w:val="right"/>
      </w:pPr>
      <w:r>
        <w:t>अगर अल्लाह ताला चाहें तो एक second में सब वापस ले लें. But this is how people mentality has changed over the years and that is why atheism is on the rise and therefore, you know, हज is reenactment of history symbolically through the rituals and practically through planned action after coming back from हज in real life.</w:t>
      </w:r>
    </w:p>
    <w:p>
      <w:r>
        <w:rPr>
          <w:b/>
        </w:rPr>
        <w:t xml:space="preserve">[35:53] </w:t>
      </w:r>
      <w:r>
        <w:t>It's a living act, and as we know that, prophet, performed his final हज and he gave the farewell sermon and he said out there in that let those who are present convey to those who are absent, for it may be that a recipient of knowledge will retain it better than the one who heard it directly. And you will be asked about me, so what will you say?</w:t>
      </w:r>
    </w:p>
    <w:p>
      <w:pPr>
        <w:jc w:val="right"/>
      </w:pPr>
      <w:r>
        <w:t>It's a living act, and as we know that, prophet, performed his final हज and he gave the farewell sermon and he said out there in that let those who are present convey to those who are absent, for it may be that a recipient of knowledge will retain it better than the one who heard it directly. And you will be asked about me, so what will you say?</w:t>
      </w:r>
    </w:p>
    <w:p>
      <w:r>
        <w:rPr>
          <w:b/>
        </w:rPr>
        <w:t xml:space="preserve">[36:22] </w:t>
      </w:r>
      <w:r>
        <w:t>The people replied, we bear witness that you have conveyed the message, fulfilled the trust, and given sincere advice. The prophet then raised his index fingers towards the sky and pointed it towards the people saying, oh god, bear witness, oh god, bear witness.</w:t>
      </w:r>
    </w:p>
    <w:p>
      <w:pPr>
        <w:jc w:val="right"/>
      </w:pPr>
      <w:r>
        <w:t>The people replied, we bear witness that you have conveyed the message, fulfilled the trust, and given sincere advice. The prophet then raised his index fingers towards the sky and pointed it towards the people saying, oh god, bear witness, oh god, bear witness.</w:t>
      </w:r>
    </w:p>
    <w:p>
      <w:r>
        <w:rPr>
          <w:b/>
        </w:rPr>
        <w:t xml:space="preserve">[36:41] </w:t>
      </w:r>
      <w:r>
        <w:t>Two months later, prophet passed away and the sermon that he gave, it is available for us. Every person who comes back, he has to live, with the same spirit.</w:t>
      </w:r>
    </w:p>
    <w:p>
      <w:pPr>
        <w:jc w:val="right"/>
      </w:pPr>
      <w:r>
        <w:t>Two months later, prophet passed away and the sermon that he gave, it is available for us. Every person who comes back, he has to live, with the same spirit.</w:t>
      </w:r>
    </w:p>
    <w:p>
      <w:r>
        <w:rPr>
          <w:b/>
        </w:rPr>
        <w:t xml:space="preserve">[37:00] </w:t>
      </w:r>
      <w:r>
        <w:t>And if you just do a ritualistic, action, then it is just like, you know, you're firing from a broken gun which fails to fire when the trigger is pulled. And that's very important to understand. And that's the message that Hudge gives to all of us, the responsibility that we have to continue the message that we have to give to humanity. Let me come down to Ramadan.</w:t>
      </w:r>
    </w:p>
    <w:p>
      <w:pPr>
        <w:jc w:val="right"/>
      </w:pPr>
      <w:r>
        <w:t>And if you just do a ritualistic, action, then it is just like, you know, you're firing from a broken gun which fails to fire when the trigger is pulled. And that's very important to understand. And that's the message that Hudge gives to all of us, the responsibility that we have to continue the message that we have to give to humanity. Let me come down to रामादान.</w:t>
      </w:r>
    </w:p>
    <w:p>
      <w:r>
        <w:rPr>
          <w:b/>
        </w:rPr>
        <w:t xml:space="preserve">[37:28] </w:t>
      </w:r>
      <w:r>
        <w:t>Quran says the month of Ramadan is the month when the Quran was sent down as guidance for humankind with clear proofs of guidance and the criteria by which to distinguish right from wrong. So, Ramadan is the month of spiritual activism. A believer awakens his or her spirituality, a firm resolve is developed.</w:t>
      </w:r>
    </w:p>
    <w:p>
      <w:pPr>
        <w:jc w:val="right"/>
      </w:pPr>
      <w:r>
        <w:t>कुरान says the month of रामादान is the month when the कुरान was sent down as guidance for humankind with clear proofs of guidance and the criteria by which to distinguish right from wrong. So, रमेदान is the month of spiritual activism. A believer awakens his or her spirituality, a firm resolve is developed.</w:t>
      </w:r>
    </w:p>
    <w:p>
      <w:r>
        <w:rPr>
          <w:b/>
        </w:rPr>
        <w:t xml:space="preserve">[37:56] </w:t>
      </w:r>
      <w:r>
        <w:t>And as we know, it starts with the sighting of the moon and the last evening of the month of Shaban that marks the commencement of the fasting. Ramadan, the ninth month of lunar calendar. And it is, we keep hearing it's a training. It's a training how we need to lead a principal life, but it is not just for thirty days, but it is for the entire year round.</w:t>
      </w:r>
    </w:p>
    <w:p>
      <w:pPr>
        <w:jc w:val="right"/>
      </w:pPr>
      <w:r>
        <w:t>And as we know, it starts with the sighting of the moon and the last evening of the month of शाबान that marks the commencement of the fasting. Ramadan, the ninth month of lunar calendar. And it is, we keep hearing it's a training. It's a training how we need to lead a principal life, but it is not just for thirty days, but it is for the entire year round.</w:t>
      </w:r>
    </w:p>
    <w:p>
      <w:r>
        <w:rPr>
          <w:b/>
        </w:rPr>
        <w:t xml:space="preserve">[38:22] </w:t>
      </w:r>
      <w:r>
        <w:t>And, a person has to make, niyath, intention, before starting the fast. And that's why Rasool Allah ne kaha ki a person who wishes to keep the fast has to express his intention before dawn. And Ramadan is, you know, Quran tells it as a, gives it as a prescription to attain peace of mind.</w:t>
      </w:r>
    </w:p>
    <w:p>
      <w:pPr>
        <w:jc w:val="right"/>
      </w:pPr>
      <w:r>
        <w:t>And, a person has to make, nearth, intention, before starting the फास. And that's why रसुल्ला ने कहा कि a person who wishes to keep the फास has to express his intention before dawn. And रमादान is, you know, कुरान tells it as a, gives it as a prescription to attain peace of mind.</w:t>
      </w:r>
    </w:p>
    <w:p>
      <w:r>
        <w:rPr>
          <w:b/>
        </w:rPr>
        <w:t xml:space="preserve">[38:52] </w:t>
      </w:r>
      <w:r>
        <w:t>jaise aap agar kabhi bimar ho jaen, to aap doctor ke paas jaenge. Doctor aapko prescription likh ke dega aur doctor kahega ki if you follow this prescription, then you will get, well, so similarly look at what Quran is saying, believers fasting has been prescribed for you just as it was prescribed for those before you so that you may guard yourself against evil.</w:t>
      </w:r>
    </w:p>
    <w:p>
      <w:pPr>
        <w:jc w:val="right"/>
      </w:pPr>
      <w:r>
        <w:t>जैसे आप अगर कभी बीमार हो जाएं, तो आप doctor के पास जाएंगे. Doctor आपको prescription लिख के देगा और doctor कहेगा कि if you follow this prescription, then you will get, well, so similarly look at what कुरान is saying, believers fasting has been prescribed for you just as it was prescribed for those before you so that you may guard yourself against evil.</w:t>
      </w:r>
    </w:p>
    <w:p>
      <w:r>
        <w:rPr>
          <w:b/>
        </w:rPr>
        <w:t xml:space="preserve">[39:17] </w:t>
      </w:r>
      <w:r>
        <w:t>Now, one of the main aim of, of Ramadan is to reduce, the material dependence and, you know, firm up your spiritual resolve. Ramadan in a way, shows us that while being a part of this world, you can withdraw yourself from the world. So, in in a sense, you, Ramadan, in Ramadan, it tells you that you can fulfill your spiritual obligation.</w:t>
      </w:r>
    </w:p>
    <w:p>
      <w:pPr>
        <w:jc w:val="right"/>
      </w:pPr>
      <w:r>
        <w:t>Now, one of the main aim of, of रमादान is to reduce, the material dependence and, you know, firm up your spiritual resolve. रमादान in a way, shows us that while being a part of this world, you can withdraw yourself from the world. So, in in a sense, you, रमादान, in रमादान, it tells you that you can fulfill your spiritual obligation.</w:t>
      </w:r>
    </w:p>
    <w:p>
      <w:r>
        <w:rPr>
          <w:b/>
        </w:rPr>
        <w:t xml:space="preserve">[39:47] </w:t>
      </w:r>
      <w:r>
        <w:t>You can fulfill your spiritual obligation even though you are in the materialistic turmoil. So in that sense, fasting gives you that peace of mind. Moreover, a shared experience of fasting within the community that fosters unity and it sort of collectively contributes to the feeling of peace.</w:t>
      </w:r>
    </w:p>
    <w:p>
      <w:pPr>
        <w:jc w:val="right"/>
      </w:pPr>
      <w:r>
        <w:t>You can fulfill your spiritual obligation even though you are in the materialistic turmoil. So in that sense, fasting gives you that peace of mind. Moreover, a shared experience of fasting within the community that fosters unity and it sort of collectively contributes to the feeling of peace.</w:t>
      </w:r>
    </w:p>
    <w:p>
      <w:r>
        <w:rPr>
          <w:b/>
        </w:rPr>
        <w:t xml:space="preserve">[40:11] </w:t>
      </w:r>
      <w:r>
        <w:t>aksar aisa hota hai ki log they indulge in gossiping, in slandering, and all sorts of things. But Ramadan teaches us that, no, you have to improve your character. And prophet laid out that path. I mean, he would pray all through the day during Ramadan and he would praise the lord and it would culminate at the time of breaking of the fast when, you know, every person would feel near to god.</w:t>
      </w:r>
    </w:p>
    <w:p>
      <w:pPr>
        <w:jc w:val="right"/>
      </w:pPr>
      <w:r>
        <w:t>अक्सर ऐसा होता है कि लोग they indulge in gossiping, in slandering, and all sorts of things. But रमादान teaches us that, no, you have to improve your character. And prophet laid out that path. I mean, he would pray all through the day during रमादान and he would praise the lord and it would culminate at the time of breaking of the fast when, you know, every person would feel near to god.</w:t>
      </w:r>
    </w:p>
    <w:p>
      <w:r>
        <w:rPr>
          <w:b/>
        </w:rPr>
        <w:t xml:space="preserve">[40:41] </w:t>
      </w:r>
      <w:r>
        <w:t>And that is why Rasool Allah ne jo fast break karte hain, unko paanch logon mein shamil kiya, whose supplication god never turns down. woh are the other four, the oppressed parents who pray for their children, a person who travels for the sake of god, and a just ruler. So, prophet divided the month into three parts.</w:t>
      </w:r>
    </w:p>
    <w:p>
      <w:pPr>
        <w:jc w:val="right"/>
      </w:pPr>
      <w:r>
        <w:t>And that is why रसुल्ला ने जो fast break करते हैं, उनको पांच लोगों में शामिल किया, whose supplication god never turns down. वह are the other four, the oppressed parents who pray for their children, a person who travels for the sake of god, and a just ruler. So, prophet divided the month into three parts.</w:t>
      </w:r>
    </w:p>
    <w:p>
      <w:r>
        <w:rPr>
          <w:b/>
        </w:rPr>
        <w:t xml:space="preserve">[41:10] </w:t>
      </w:r>
      <w:r>
        <w:t>The first ten days are the days of the blessings, the next ten days are the days of the forgiveness, and the last ten days are the days of freedom from hell fire. He said the best days of the world are the last ten days of Ramadan and therefore his family would join him what figuratively is called tightening of the belt. They would be more devoted and sincere in in in devotion.</w:t>
      </w:r>
    </w:p>
    <w:p>
      <w:pPr>
        <w:jc w:val="right"/>
      </w:pPr>
      <w:r>
        <w:t>The first ten days are the days of the blessings, the next ten days are the days of the forgiveness, and the last ten days are the days of freedom from hell fire. He said the best days of the world are the last ten days of रमादान and therefore his family would join him what figuratively is called tightening of the belt. They would be more devoted and sincere in in in devotion.</w:t>
      </w:r>
    </w:p>
    <w:p>
      <w:r>
        <w:rPr>
          <w:b/>
        </w:rPr>
        <w:t xml:space="preserve">[41:38] </w:t>
      </w:r>
      <w:r>
        <w:t>So fasting in a way helps in, you know, cultivating self discipline and self growth. aap sochiye ki ek mahina, you know, when you are remembering god without any distractions, it sort of heightens up the, the spiritual quotient of your mind.</w:t>
      </w:r>
    </w:p>
    <w:p>
      <w:pPr>
        <w:jc w:val="right"/>
      </w:pPr>
      <w:r>
        <w:t>So fasting in a way helps in, you know, cultivating self discipline and self growth. आप सोचिए कि एक महीना, you know, when you are remembering god without any distractions, it sort of heightens up the, the spiritual quotient of your mind.</w:t>
      </w:r>
    </w:p>
    <w:p>
      <w:r>
        <w:rPr>
          <w:b/>
        </w:rPr>
        <w:t xml:space="preserve">[41:54] </w:t>
      </w:r>
      <w:r>
        <w:t>I talked about, you know, the verse one eighty five that when you ponder of it, actually it, awakens a feeling of gratefulness ki Quran, came down as a guidance, as a reminder for us. It has helped us in every possible way. You feel grateful, to God almighty. And when you are actually deprived of the food, the water, you realize how precious the food and water is.</w:t>
      </w:r>
    </w:p>
    <w:p>
      <w:pPr>
        <w:jc w:val="right"/>
      </w:pPr>
      <w:r>
        <w:t>I talked about, you know, the verse one eighty five that when you ponder of it, actually it, awakens a feeling of gratefulness कि कुरान, came down as a guidance, as a reminder for us. It has helped us in every possible way. You feel grateful, to God almighty. And when you are actually deprived of the food, the water, you realize how precious the food and water is.</w:t>
      </w:r>
    </w:p>
    <w:p>
      <w:r>
        <w:rPr>
          <w:b/>
        </w:rPr>
        <w:t xml:space="preserve">[42:22] </w:t>
      </w:r>
      <w:r>
        <w:t>And therefore, you know, jo ek speed breaker motorist ke sath karta hai, Ramadan does that to the devotee. It gives that necessary pause in the year that you think and you remember a lot god almighty. So, you know, it is a kind of a strategy that helps in increasing the efficacy of of worship. Prophet said that Ramadan is the month of patience.</w:t>
      </w:r>
    </w:p>
    <w:p>
      <w:pPr>
        <w:jc w:val="right"/>
      </w:pPr>
      <w:r>
        <w:t>And therefore, you know, जो एक speed breaker motorist के साथ करता है, रामादान does that to the devotee. It gives that necessary pause in the ear that you think and you remember a lot god almighty. So, you know, it is a kind of a strategy that helps in increasing the efficacy of of worship. पापिक said that रमादान is the month of patience.</w:t>
      </w:r>
    </w:p>
    <w:p>
      <w:r>
        <w:rPr>
          <w:b/>
        </w:rPr>
        <w:t xml:space="preserve">[42:52] </w:t>
      </w:r>
      <w:r>
        <w:t>A lot of emphasis is therefore given on patience and paieeti, taqwah Because these are the two things that have to become an integral part of our personality. God has given us freedom and therefore we have to decide how do we use that freedom. Do we use this freedom to tie ourself with the rope of god laws?</w:t>
      </w:r>
    </w:p>
    <w:p>
      <w:pPr>
        <w:jc w:val="right"/>
      </w:pPr>
      <w:r>
        <w:t>A lot of emphasis is therefore given on patience and पाईटी, तकवाह Because these are the two things that have to become an integral part of our personality. God has given us freedom and therefore we have to decide how do we use that freedom. Do we use this freedom to tie ourself with the rope of god laws?</w:t>
      </w:r>
    </w:p>
    <w:p>
      <w:r>
        <w:rPr>
          <w:b/>
        </w:rPr>
        <w:t xml:space="preserve">[43:19] </w:t>
      </w:r>
      <w:r>
        <w:t>Ek bahut achhi hadith jo is cheez ko reflect karti hai ke rasool ne momin ko bandhe hue ghode ke saman bataya ke a believer is like a tethered horse. It can only move about as much as the rope allows. So, in that sense, you have to bring in discipline in, in your, in your life.</w:t>
      </w:r>
    </w:p>
    <w:p>
      <w:pPr>
        <w:jc w:val="right"/>
      </w:pPr>
      <w:r>
        <w:t>एक बहुत अच्छी हादीज़ जो इस चीज़ को reflect करती है कि रसुल्ला ने मोमेन को बंधे हुए घोड़े के सामान बताया कि a believer is like a tethered horse. It can only move about as much as the rope allows. So, in that sense, you have to bring in discipline in, in your, in your life.</w:t>
      </w:r>
    </w:p>
    <w:p>
      <w:r>
        <w:rPr>
          <w:b/>
        </w:rPr>
        <w:t xml:space="preserve">[43:41] </w:t>
      </w:r>
      <w:r>
        <w:t>And thirty days, you know, psychologically speaking also, there are studies that, kisi bhi habit ko to make it as part of your personality, you need thirty days. If you, spend thirty days sincerely, it becomes part of your personality. The piety, the righteousness, the good thoughts, the good action, sincerity, you know, wanting to do things better for the welfare of your brothers and sisters.</w:t>
      </w:r>
    </w:p>
    <w:p>
      <w:pPr>
        <w:jc w:val="right"/>
      </w:pPr>
      <w:r>
        <w:t>And thirty days, you know, psychologically speaking also, there are studies that, किसी भी habit को to make it as part of your personality, you need thirty days. If you, spend thirty days sincerely, it becomes part of your personality. The piety, the righteousness, the good thoughts, the good action, sincerity, you know, wanting to do things better for the welfare of your brothers and sisters.</w:t>
      </w:r>
    </w:p>
    <w:p>
      <w:r>
        <w:rPr>
          <w:b/>
        </w:rPr>
        <w:t xml:space="preserve">[44:10] </w:t>
      </w:r>
      <w:r>
        <w:t>That develops, it firms up. Agar aap tees din sincerely, ramadan ko agar aap observe karein. And, let me also tell you how fasting hai da'wah ilallah aur also linked very closely.</w:t>
      </w:r>
    </w:p>
    <w:p>
      <w:pPr>
        <w:jc w:val="right"/>
      </w:pPr>
      <w:r>
        <w:t>That develops, it firms up. अगर आप तीस दिन sincerely, रमाधान को अगर आप observe करें. And, let me also tell you how fasting है दावा इललाह और also linked very closely.</w:t>
      </w:r>
    </w:p>
    <w:p>
      <w:r>
        <w:rPr>
          <w:b/>
        </w:rPr>
        <w:t xml:space="preserve">[44:25] </w:t>
      </w:r>
      <w:r>
        <w:t>In the quran, the call to god which is in chapter 41 verse 33, it is called da'wah ilallah, which is to convey, the message of god to humanity, to tell them what is the creation plan of God. That is all that da'wah ilallah means, telling them about the message of God almighty and telling them, advising them to lead a God oriented life. Warning them to lead lead not a self oriented life.</w:t>
      </w:r>
    </w:p>
    <w:p>
      <w:pPr>
        <w:jc w:val="right"/>
      </w:pPr>
      <w:r>
        <w:t>In the कुरान, the call to god which is in chapter 41 verse 33, it is called दावा इललाह, which is to convey, the message of god to humanity, to tell them what is the creation plan of God. That is all that दावा लल्ला means, telling them about the message of God almighty and telling them, advising them to lead a God oriented life. Warning them to lead lead not a self oriented life.</w:t>
      </w:r>
    </w:p>
    <w:p>
      <w:r>
        <w:rPr>
          <w:b/>
        </w:rPr>
        <w:t xml:space="preserve">[44:55] </w:t>
      </w:r>
      <w:r>
        <w:t>And this is the reason why prophet was sent to humanity. As we find in in the quran, it says that they have sent you forth as a mercy to all mankind. But we know that prophet was sent for a very limited period of time.</w:t>
      </w:r>
    </w:p>
    <w:p>
      <w:pPr>
        <w:jc w:val="right"/>
      </w:pPr>
      <w:r>
        <w:t>And this is the reason why prophet was sent to humanity. As we find in in the Quran, it says that they have sent you forth as a mercy to all mankind. But we know that prophet was sent for a very limited period of time.</w:t>
      </w:r>
    </w:p>
    <w:p>
      <w:r>
        <w:rPr>
          <w:b/>
        </w:rPr>
        <w:t xml:space="preserve">[45:16] </w:t>
      </w:r>
      <w:r>
        <w:t>Ibn Sirah, who is one of the earlier biographers of prophet, he said ke rasoolullah apne sahaba ke paas gaye aur unhone kaha ke god has sent me as a blessing for humanity. So convey the message to humanity on my behalf, and it is therefore incumbent on every muslim to convey that message to humanity.</w:t>
      </w:r>
    </w:p>
    <w:p>
      <w:pPr>
        <w:jc w:val="right"/>
      </w:pPr>
      <w:r>
        <w:t>Ibn ईशाह, who is one of the earlier biographers of prophet, he said कि रसुल्लाह अपने साहबा के पास गए और उन्होंने कहा कि god has sent me as a blessing for humanity. So convey the message to humanity on my behalf, and it is therefore incumbent on every मुस्लिम to convey that message to humanity.</w:t>
      </w:r>
    </w:p>
    <w:p>
      <w:r>
        <w:rPr>
          <w:b/>
        </w:rPr>
        <w:t xml:space="preserve">[45:42] </w:t>
      </w:r>
      <w:r>
        <w:t>Said that if you do that, god will show mercy to you. Look at the, next, you know, this heartening, verse, believers be god's helper. Yeah, I read it so many times when the first time I read it, I said to myself, does God really need help? He is the self sustaining, he is the mighty, he is the creator.</w:t>
      </w:r>
    </w:p>
    <w:p>
      <w:pPr>
        <w:jc w:val="right"/>
      </w:pPr>
      <w:r>
        <w:t>Said that if you do that, god will show mercy to you. Look at the, next, you know, this heartening, verse, believers be god's helper. Yeah, I read it so many times when the first time I read it, I said to myself, does God really need help? He is the self sustaining, he is the mighty, he is the creator.</w:t>
      </w:r>
    </w:p>
    <w:p>
      <w:r>
        <w:rPr>
          <w:b/>
        </w:rPr>
        <w:t xml:space="preserve">[46:09] </w:t>
      </w:r>
      <w:r>
        <w:t>I mean, he says be and everything, everything comes into reality. But only for this task, only for the task of conveying the message of God he's saying, be my helper. Would you not want to be noted in the book as someone who helped and supported god's cause? How can we afford not to be included in god's cause? It is phenomenal verse.</w:t>
      </w:r>
    </w:p>
    <w:p>
      <w:pPr>
        <w:jc w:val="right"/>
      </w:pPr>
      <w:r>
        <w:t>I mean, he says be and everything, everything comes into reality. But only for this task, only for the task of conveying the message of God he's saying, be my helper. Would you not want to be noted in the book as someone who helped and supported god's cause? How can we afford not to be included in god's cause? It is phenomenal verse.</w:t>
      </w:r>
    </w:p>
    <w:p>
      <w:r>
        <w:rPr>
          <w:b/>
        </w:rPr>
        <w:t xml:space="preserve">[46:38] </w:t>
      </w:r>
      <w:r>
        <w:t>I mean, you can read it like thousand times, believers be God's helper. And that is why, you know, prophets said fasting, you know, sort of prepares oneself for the sake of divine mission. Another important thing during ramadan is this practice i'tikaf and as I mentioned earlier that fasting is withdrawing yourself from the worldly attachment. Now, this reaches climax.</w:t>
      </w:r>
    </w:p>
    <w:p>
      <w:pPr>
        <w:jc w:val="right"/>
      </w:pPr>
      <w:r>
        <w:t>I mean, you can read it like thousand times, believers be God's helper. And that is why, you know, prophets said fasting, you know, sort of prepares oneself for the sake of divine mission. Another important thing during रमादान is this practice एतिकाफ and as I mentioned earlier that fasting is withdrawing yourself from the worldly attachment. Now, this reaches climax.</w:t>
      </w:r>
    </w:p>
    <w:p>
      <w:r>
        <w:rPr>
          <w:b/>
        </w:rPr>
        <w:t xml:space="preserve">[47:05] </w:t>
      </w:r>
      <w:r>
        <w:t>In the last ten days of, ramadan, when people go to the mosque and they basically spend time in isolation usually to concentrate and to contemplate, and this is something which is very, very important. And, Abu Hurairah, Hazrat Abu Hurairah said that prophet, practiced i'tikaf every year.</w:t>
      </w:r>
    </w:p>
    <w:p>
      <w:pPr>
        <w:jc w:val="right"/>
      </w:pPr>
      <w:r>
        <w:t>In the last ten days of, रमादान, when people go to the mosque and they basically spend time in isolation usually to concentrate and to contemplate, and this is something which is very, very important. And, Abu Hourera, Hazrat Abu Hourera said that prophet, practiced ऐतिकाफ every year.</w:t>
      </w:r>
    </w:p>
    <w:p>
      <w:r>
        <w:rPr>
          <w:b/>
        </w:rPr>
        <w:t xml:space="preserve">[47:34] </w:t>
      </w:r>
      <w:r>
        <w:t>But in the year of his passing away, he did i'tikaf for twenty days. I'tikaf, the purpose of i'tikaf is basically muhasabah, which is introspection. When you are introspecting, you think about your past, about your present, and how you are going to shape up, your future. It is like, you know, undergoing entire spiritual overhauling. You are immersed in in a spiritual in a spiritual baat.</w:t>
      </w:r>
    </w:p>
    <w:p>
      <w:pPr>
        <w:jc w:val="right"/>
      </w:pPr>
      <w:r>
        <w:t>But in the year of his passing away, he did ऐतिकाफ for twenty days. ऐतिकाफ, the purpose of ऐतिकाफ is basically मोहासबा, which is introspection. When you are introspecting, you think about your past, about your present, and how you are going to shape up, your future. It is like, you know, undergoing entire spiritual overhauling. You are immersed in in a spiritual in a spiritual बात.</w:t>
      </w:r>
    </w:p>
    <w:p>
      <w:r>
        <w:rPr>
          <w:b/>
        </w:rPr>
        <w:t xml:space="preserve">[48:03] </w:t>
      </w:r>
      <w:r>
        <w:t>And, when you are in i'tikaf, you do deep study of the quran. You sort of, understand, the message that quran is giving with respect to your situation and how the developing situations can be managed in the light of, quran. And this comes about when you do, i'tikaf, and you sort of update your life accordingly.</w:t>
      </w:r>
    </w:p>
    <w:p>
      <w:pPr>
        <w:jc w:val="right"/>
      </w:pPr>
      <w:r>
        <w:t>And, when you are in नेताकाफ, you do deep study of the Quran. You sort of, understand, the message that Quran is giving with respect to your situation and how the developing situations can be managed in the light of, Quran. And this comes about when you do, एतकाफ, and you sort of update your life accordingly.</w:t>
      </w:r>
    </w:p>
    <w:p>
      <w:r>
        <w:rPr>
          <w:b/>
        </w:rPr>
        <w:t xml:space="preserve">[48:28] </w:t>
      </w:r>
      <w:r>
        <w:t>So, we can say that while ramadan is like, it brings about spiritual transformation, i'tikaf enhances that process through, intellectual, seclusion.</w:t>
      </w:r>
    </w:p>
    <w:p>
      <w:pPr>
        <w:jc w:val="right"/>
      </w:pPr>
      <w:r>
        <w:t>So, we can say that while रमादान is like, it brings about spiritual transformation, ऐतिकाफ enhances that process through, intellectual, seclusion.</w:t>
      </w:r>
    </w:p>
    <w:p>
      <w:r>
        <w:rPr>
          <w:b/>
        </w:rPr>
        <w:t xml:space="preserve">[48:42] </w:t>
      </w:r>
      <w:r>
        <w:t>And, ramadan in desire management, as I mentioned earlier, that how you need to control your desires because, you know, when you, when you give up food and water, you are controlling the urge of hunger and thirst. Would that person be same as a person who doesn't observe ramadan? I mean, he lets his desires go loose.</w:t>
      </w:r>
    </w:p>
    <w:p>
      <w:pPr>
        <w:jc w:val="right"/>
      </w:pPr>
      <w:r>
        <w:t>And, रमाधान in desire management, as I mentioned earlier, that how you need to control your desires because, you know, when you, when you give up food and water, you are controlling the urge of hunger and thirst. Would that person be same as a person who doesn't observe रमादान? I mean, he lets his desires go loose.</w:t>
      </w:r>
    </w:p>
    <w:p>
      <w:r>
        <w:rPr>
          <w:b/>
        </w:rPr>
        <w:t xml:space="preserve">[49:08] </w:t>
      </w:r>
      <w:r>
        <w:t>And in that sense, it it sort of increases your determination. It increases your desire management. And therefore, you know, when you realize that you have the free will but you're using that freedom for the sake of god, it saves you from distraction. It helps you in that, you know, that that building of self control because you you are free to indulge in corrupt practices. You are free to be selfish.</w:t>
      </w:r>
    </w:p>
    <w:p>
      <w:pPr>
        <w:jc w:val="right"/>
      </w:pPr>
      <w:r>
        <w:t>And in that sense, it it sort of increases your determination. It increases your desire management. And therefore, you know, when you realize that you have the free will but you're using that freedom for the sake of god, it saves you from distraction. It helps you in that, you know, that that building of self control because you you are free to indulge in corrupt practices. You are free to be selfish.</w:t>
      </w:r>
    </w:p>
    <w:p>
      <w:r>
        <w:rPr>
          <w:b/>
        </w:rPr>
        <w:t xml:space="preserve">[49:38] </w:t>
      </w:r>
      <w:r>
        <w:t>You are free to be whimsical, you are free to get angry, make enemies. But, as against that, giving up food and water, controlling your desires is teaching us the opposite of opposite of that. So in a way, you're becoming spiritual. And the equivalent of spirituality is rabbaniyah in in in the quran and that means that, you know, when you become spiritual it reflects in your day to day life.</w:t>
      </w:r>
    </w:p>
    <w:p>
      <w:pPr>
        <w:jc w:val="right"/>
      </w:pPr>
      <w:r>
        <w:t>You are free to be whimsical, you are free to get angry, make enemies. But, as against that, giving up food and water, controlling your desires is teaching us the opposite of opposite of that. So in a way, you're becoming spiritual. And the equivalent of spirituality is रब्बानिया in in in the कुरान and that means that, you know, when you become spiritual it reflects in your day to day life.</w:t>
      </w:r>
    </w:p>
    <w:p>
      <w:r>
        <w:rPr>
          <w:b/>
        </w:rPr>
        <w:t xml:space="preserve">[50:06] </w:t>
      </w:r>
      <w:r>
        <w:t>So fasting in that sense is a training in taqwa, in piety. Because you realize that what you need not do which is prohibited by god and what you should do which will, which will please god almighty. So it reminds you that, you know, this life is a test, as I mentioned earlier. And when you are reminded that this is a test, it breaks your arrogance, it breaks your stubbornness, it cuts you to size.</w:t>
      </w:r>
    </w:p>
    <w:p>
      <w:pPr>
        <w:jc w:val="right"/>
      </w:pPr>
      <w:r>
        <w:t>So fasting in that sense is a training in तकवा, in piety. Because you realize that what you need not do which is prohibited by god and what you should do which will, which will please god almighty. So it reminds you that, you know, this life is a test, as I mentioned earlier. And when you are reminded that this is a test, it breaks your arrogance, it breaks your stubbornness, it cuts you to size.</w:t>
      </w:r>
    </w:p>
    <w:p>
      <w:r>
        <w:rPr>
          <w:b/>
        </w:rPr>
        <w:t xml:space="preserve">[50:35] </w:t>
      </w:r>
      <w:r>
        <w:t>When it cuts you to size, you realize what the reality is. The reality is that, you are helpless. That becomes the meeting point with God almighty and you discover that God is all powerful and we are all powerless, and that is, the most important thing. Another aspect is that, fasting, helps in bringing out, dua.</w:t>
      </w:r>
    </w:p>
    <w:p>
      <w:pPr>
        <w:jc w:val="right"/>
      </w:pPr>
      <w:r>
        <w:t>When it cuts you to size, you realize what the reality is. The reality is that, you are helpless. That becomes the meeting point with God almighty and you discover that God is all powerful and we are all powerless, and that is, the most important thing. Another aspect is that, fasting, helps in bringing out, dua.</w:t>
      </w:r>
    </w:p>
    <w:p>
      <w:r>
        <w:rPr>
          <w:b/>
        </w:rPr>
        <w:t xml:space="preserve">[51:03] </w:t>
      </w:r>
      <w:r>
        <w:t>While, giving commands. Look at this very promising and assuring verse. When my servants ask you about me, say that I am near. I respond to the call of one who calls. Whenever he calls to me, let them then respond to me and believe in me so that they may be rightly guided.</w:t>
      </w:r>
    </w:p>
    <w:p>
      <w:pPr>
        <w:jc w:val="right"/>
      </w:pPr>
      <w:r>
        <w:t>While, giving commands. Look at this very promising and assuring verse. When my servants ask you about me, say that I am near. I respond to the call of one who calls. Whenever he calls to me, let them then respond to me and believe in me so that they may be rightly guided.</w:t>
      </w:r>
    </w:p>
    <w:p>
      <w:r>
        <w:rPr>
          <w:b/>
        </w:rPr>
        <w:t xml:space="preserve">[51:29] </w:t>
      </w:r>
      <w:r>
        <w:t>Tafsir ibn Kathir explains about this that companions went to the prophet and said that, is god near that we should speak quietly or is he far that we should call out to him? And so these verses were revealed, these were revealed along with, you know, the verses of the ramadan. It is from one eighty three to one eighty seven.</w:t>
      </w:r>
    </w:p>
    <w:p>
      <w:pPr>
        <w:jc w:val="right"/>
      </w:pPr>
      <w:r>
        <w:t>तफ्सीर ibn Kasir explains about this that companions went to the prophet and said that, is god near that we should speak quietly or is he far that we should call out to him? And so these verses were revealed, these were revealed along with, you know, the verses of the Ramadan. It is from one eighty three to one eighty seven.</w:t>
      </w:r>
    </w:p>
    <w:p>
      <w:r>
        <w:rPr>
          <w:b/>
        </w:rPr>
        <w:t xml:space="preserve">[51:55] </w:t>
      </w:r>
      <w:r>
        <w:t>And, what we really understand is that therefore, to discover God, we have to, surrender, to God almighty. And, and therefore, when we do dua, we call out to God. It may appear as a verbal act, it is actually an act of heart or, your mind.</w:t>
      </w:r>
    </w:p>
    <w:p>
      <w:pPr>
        <w:jc w:val="right"/>
      </w:pPr>
      <w:r>
        <w:t>And, what we really understand is that therefore, to discover God, we have to, surrender, to God almighty. And, and therefore, when we do दुआ, we call out to God. It may appear as a verbal act, it is actually an act of heart or, your mind.</w:t>
      </w:r>
    </w:p>
    <w:p>
      <w:r>
        <w:rPr>
          <w:b/>
        </w:rPr>
        <w:t xml:space="preserve">[52:17] </w:t>
      </w:r>
      <w:r>
        <w:t>The more the mind cultivates, the more the dua's that will come out of your heart will be the precious dua. And fasting enhances that spiritual capability. It induces, fasting induces that real dua. Let me give this example. This is narrated by Abu Umamah in the words of, prophet.</w:t>
      </w:r>
    </w:p>
    <w:p>
      <w:pPr>
        <w:jc w:val="right"/>
      </w:pPr>
      <w:r>
        <w:t>The more the mind cultivates, the more the दुआs that will come out of your heart will be the precious दुआ. And fasting enhances that spiritual capability. It induces, fasting induces that real दुआ. Let me give this example. This is narrated by Abu Obama in the words of, prophet.</w:t>
      </w:r>
    </w:p>
    <w:p>
      <w:r>
        <w:rPr>
          <w:b/>
        </w:rPr>
        <w:t xml:space="preserve">[52:42] </w:t>
      </w:r>
      <w:r>
        <w:t>He said, my lord offered, to grant me the entire Valley Of Mecca which would be turned into gold. I said, no, oh my lord, I would rather have my meal one day and remain hungry the next. And when I am hungry, I will turn to you and remember you. And when I eat, I will praise you and thank you. So it shows that, you know, the dua comes when, there are situations conducive for that dua.</w:t>
      </w:r>
    </w:p>
    <w:p>
      <w:pPr>
        <w:jc w:val="right"/>
      </w:pPr>
      <w:r>
        <w:t>He said, my lord offered, to grant me the entire Valley Of Mecca which would be turned into gold. I said, no, oh my lord, I would rather have my meal one day and remain hungry the next. And when I am hungry, I will turn to you and remember you. And when I eat, I will praise you and thank you. So it shows that, you know, the दुआ comes when, there are situations conducive for that दुआ.</w:t>
      </w:r>
    </w:p>
    <w:p>
      <w:r>
        <w:rPr>
          <w:b/>
        </w:rPr>
        <w:t xml:space="preserve">[53:10] </w:t>
      </w:r>
      <w:r>
        <w:t>When you go through different situations of helplessness, the dua that comes out are that pearls of preciousness, those words that would not normally come if the situation is not, you know, would say it's it's it's a normal situation.</w:t>
      </w:r>
    </w:p>
    <w:p>
      <w:pPr>
        <w:jc w:val="right"/>
      </w:pPr>
      <w:r>
        <w:t>When you go through different situations of helplessness, the दुआ that comes out are that pearls of preciousness, those words that would not normally come if the situation is not, you know, would say it's it's it's a normal situation.</w:t>
      </w:r>
    </w:p>
    <w:p>
      <w:r>
        <w:rPr>
          <w:b/>
        </w:rPr>
        <w:t xml:space="preserve">[53:28] </w:t>
      </w:r>
      <w:r>
        <w:t>And therefore, you know, fasting in that sense teaches you patience and forbearance because patience is that ground in which the blessed tree of dua grows. When you are fasting, when you give up food and water, you suffer the pangs of hunger and thirst. It really brings in humility in you aur humility se kya hota hai?</w:t>
      </w:r>
    </w:p>
    <w:p>
      <w:pPr>
        <w:jc w:val="right"/>
      </w:pPr>
      <w:r>
        <w:t>And therefore, you know, fasting in that sense teaches you patience and forbearance because patience is that ground in which the blessed tree of दुआ grows. When you are fasting, when you give up food and water, you suffer the pangs of hunger and thirst. It really brings in humility in you और humility से क्या होता है?</w:t>
      </w:r>
    </w:p>
    <w:p>
      <w:r>
        <w:rPr>
          <w:b/>
        </w:rPr>
        <w:t xml:space="preserve">[53:54] </w:t>
      </w:r>
      <w:r>
        <w:t>Ek arrogant aur stubborn aadmi kabhi bhi humble nahi hoga. You will all agree, right? Lekin jab aapke andar humbleness aati hai, tabhi aapke andar true repentance hoti hai.</w:t>
      </w:r>
    </w:p>
    <w:p>
      <w:pPr>
        <w:jc w:val="right"/>
      </w:pPr>
      <w:r>
        <w:t>एक arrogant और stubborn आदमी कभी भी humble नहीं होगा. You will all agree, right? लेकिन जब आपके अंदर humbleness आती है, तभी आपके अंदर true repentance होती है.</w:t>
      </w:r>
    </w:p>
    <w:p>
      <w:r>
        <w:rPr>
          <w:b/>
        </w:rPr>
        <w:t xml:space="preserve">[54:08] </w:t>
      </w:r>
      <w:r>
        <w:t>Only a truly humble person will repent and repentance se jab aap dua karte hain, it goes straight to the throne of god almighty and that is how dua is enhanced with this process of of fasting. Significance of sehri and iftar, we all know that what sehri is, prophet said to the companions that eat sehri because it is a blessing.</w:t>
      </w:r>
    </w:p>
    <w:p>
      <w:pPr>
        <w:jc w:val="right"/>
      </w:pPr>
      <w:r>
        <w:t>Only a truly humble person will repent and repentance से जब आप दुआ करते हैं, it goes straight to the throne of god almighty and that is how दुआ is enhanced with this process of of fasting. Significance of सेहरी and इफ़्तार, we all know that what सेहरी is, prophet said to the companions that eat सेहरी because it is a blessing.</w:t>
      </w:r>
    </w:p>
    <w:p>
      <w:r>
        <w:rPr>
          <w:b/>
        </w:rPr>
        <w:t xml:space="preserve">[54:36] </w:t>
      </w:r>
      <w:r>
        <w:t>The significance is that, you know, while god has given a tough command to to obey, he's also made it easy by allowing us to have have sehri. But one of the important takeaway and I wanted to emphasize a lot is that don't overeat.</w:t>
      </w:r>
    </w:p>
    <w:p>
      <w:pPr>
        <w:jc w:val="right"/>
      </w:pPr>
      <w:r>
        <w:t>The significance is that, you know, while god has given a tough command to to obey, he's also made it easy by allowing us to have have सेहरी. But one of the important takeaway and I wanted to emphasize a lot is that don't overeat.</w:t>
      </w:r>
    </w:p>
    <w:p>
      <w:r>
        <w:rPr>
          <w:b/>
        </w:rPr>
        <w:t xml:space="preserve">[54:57] </w:t>
      </w:r>
      <w:r>
        <w:t>Mere ko kai baar conversations mein logon ne kaha hai ki hum sehri mein yeh khate hain, poora din bhook nahi lagti, pyaas nahi lagti, bahut aasani se roza chala gaya. That defeats the purpose of ramadan. The purpose of ramadan is to experience that deprivation, that hunger, that thirst. Agar aapko bhook aur pyaas hi nahi lagi toh ramadan ka aapne kaise aapne benefit uthaya?</w:t>
      </w:r>
    </w:p>
    <w:p>
      <w:pPr>
        <w:jc w:val="right"/>
      </w:pPr>
      <w:r>
        <w:t>मेरे को कई बार conversations में लोगों ने कहा है कि हम सेहरी में यह खाते हैं, पूरा दिन भूख नहीं लगती, प्यास नहीं लगती, बहुत आसानी से रोज़ा चला गया. That defeats the purpose of रमादान. The purpose of रमादान is to experience that deprivation, that hunger, that thirst. अगर आपको भूख और प्यास ही नहीं लगी तो रमादान का आपने कैसे आपने benefit उठाया?</w:t>
      </w:r>
    </w:p>
    <w:p>
      <w:r>
        <w:rPr>
          <w:b/>
        </w:rPr>
        <w:t xml:space="preserve">[55:23] </w:t>
      </w:r>
      <w:r>
        <w:t>The purpose of ramadan is to increase that sensitivity to, to bring that piety in you. That cannot happen. If you feel like you're not hungry, then it's like any other normal day. And similarly, in the case of iftar, it means, of course, like, to break and, it's a, it's a combination of both, spiritual as a physical, physical food.</w:t>
      </w:r>
    </w:p>
    <w:p>
      <w:pPr>
        <w:jc w:val="right"/>
      </w:pPr>
      <w:r>
        <w:t>The purpose of रमादान is to increase that sensitivity to, to bring that piety in you. That cannot happen. If you feel like you're not hungry, then it's like any other normal day. And similarly, in the case of व्यवस्थार, it means, of course, like, to break and, it's a, it's a combination of both, spiritual as a physical, physical food.</w:t>
      </w:r>
    </w:p>
    <w:p>
      <w:r>
        <w:rPr>
          <w:b/>
        </w:rPr>
        <w:t xml:space="preserve">[55:51] </w:t>
      </w:r>
      <w:r>
        <w:t>When prophet, used to break his fast, he used to say, thirst has been quenched and hunger is no more, and God willing, God will bless us with His, reward. So in a way, iftar also becomes a point of reference for invoking a prayer.</w:t>
      </w:r>
    </w:p>
    <w:p>
      <w:pPr>
        <w:jc w:val="right"/>
      </w:pPr>
      <w:r>
        <w:t>When prophet, used to break his fast, he used to say, thirst has been quenched and hunger is no more, and God willing, God will bless us with His, reward. So in a way, इफ्तार also becomes a point of reference for invoking a prayer.</w:t>
      </w:r>
    </w:p>
    <w:p>
      <w:r>
        <w:rPr>
          <w:b/>
        </w:rPr>
        <w:t xml:space="preserve">[56:08] </w:t>
      </w:r>
      <w:r>
        <w:t>That is a spirit of iftar that, when you are breaking your fast, you say that god I obeyed one command but there may be several commands that I may not have obeyed. So bless me, forgive me.</w:t>
      </w:r>
    </w:p>
    <w:p>
      <w:pPr>
        <w:jc w:val="right"/>
      </w:pPr>
      <w:r>
        <w:t>That is a spirit of इफ्तार that, when you are breaking your fast, you say that god I obeyed one command but there may be several commands that I may not have obeyed. So bless me, forgive me.</w:t>
      </w:r>
    </w:p>
    <w:p>
      <w:r>
        <w:rPr>
          <w:b/>
        </w:rPr>
        <w:t xml:space="preserve">[56:24] </w:t>
      </w:r>
      <w:r>
        <w:t>And that is very important, other important thing that I wanted to say that we also see that today iftars are very lavishly organized, whereas prophet said that simplicity is a part of faith. If you, if you read sahaba's life or how prophet used to observe fast, you would not notice that unke zindagi mein ki bahut lavish iftar hote the.</w:t>
      </w:r>
    </w:p>
    <w:p>
      <w:pPr>
        <w:jc w:val="right"/>
      </w:pPr>
      <w:r>
        <w:t>And that is very important, other important thing that I wanted to say that we also see that today इफ़्तारs are very lavishly organized, whereas prophet said that simplicity is a part of faith. If you, if you read साहबाज़ life or how prophet used to observe fast, you would not notice that उनके ज़िंदगी में कि बहुत लाविश इफ़्तार होते थे.</w:t>
      </w:r>
    </w:p>
    <w:p>
      <w:r>
        <w:rPr>
          <w:b/>
        </w:rPr>
        <w:t xml:space="preserve">[56:54] </w:t>
      </w:r>
      <w:r>
        <w:t>The the the problem with the lavish iftar is that it takes your focus away from the main part which is the spirit of iftar and it focuses on the taste, on the food. Everybody focuses on that and every year I I also get invitation of iftar ki bahut iftar party hoti hai, you know, the spread is huge.</w:t>
      </w:r>
    </w:p>
    <w:p>
      <w:pPr>
        <w:jc w:val="right"/>
      </w:pPr>
      <w:r>
        <w:t>The the the problem with the lavish इफ्तार is that it takes your focus away from the main part which is the spirit of इफ्तार and it focuses on the taste, on the food. Everybody focuses on that and every year I I also get invitation of इफ़्तार कि बहुत इफ़्तार party होती है, you know, the spread is huge.</w:t>
      </w:r>
    </w:p>
    <w:p>
      <w:r>
        <w:rPr>
          <w:b/>
        </w:rPr>
        <w:t xml:space="preserve">[57:15] </w:t>
      </w:r>
      <w:r>
        <w:t>But that is not how it how it should be and therefore, you know, lead a very simple iftar gathering so that you experience the true spirit of it. Another aspect during ramadan is the night of destiny. This is one of the special features of ramadan, which is lailatul qadr. And quran said, says that we sent quran down on the night of destiny.</w:t>
      </w:r>
    </w:p>
    <w:p>
      <w:pPr>
        <w:jc w:val="right"/>
      </w:pPr>
      <w:r>
        <w:t>But that is not how it how it should be and therefore, you know, lead a very simple इफ़्तार gathering so that you experience the true spirit of it. Another aspect during रमादान is the night of destiny. This is one of the special features of रमादान, which is ललित उल कदर. And कुरान said, says that we sent कुरान down on the night of destiny.</w:t>
      </w:r>
    </w:p>
    <w:p>
      <w:r>
        <w:rPr>
          <w:b/>
        </w:rPr>
        <w:t xml:space="preserve">[57:43] </w:t>
      </w:r>
      <w:r>
        <w:t>And what will make you comprehend what the night of destiny is? The night of destiny is better than a thousand months. On that night, the angels and the spirit comes down by the permission of the lord with his decrees for all matters. It is all peace till the break of, dawn. So angels carry the commands of god. Flocks of angels, they say, descend on earth, and they carry the commands of, god.</w:t>
      </w:r>
    </w:p>
    <w:p>
      <w:pPr>
        <w:jc w:val="right"/>
      </w:pPr>
      <w:r>
        <w:t>And what will make you comprehend what the night of destiny is? The night of destiny is better than a thousand months. On that night, the angels and the spirit comes down by the permission of the lord with his decrees for all matters. It is all peace till the break of, turn. So angels carry the commands of god. Flocks of angels, they say, descend on earth, and they carry the commands of, god.</w:t>
      </w:r>
    </w:p>
    <w:p>
      <w:r>
        <w:rPr>
          <w:b/>
        </w:rPr>
        <w:t xml:space="preserve">[58:12] </w:t>
      </w:r>
      <w:r>
        <w:t>Believers pray all through the night. It is also called as a night of decision because God decides for the coming year on that night, and it is, as quran says, better than the thousand months. So, hazrat aisha asked the prophet that, how should I pray if I find lailatul qadr? So he said, do this prayer that, oh god, you're the forgiver.</w:t>
      </w:r>
    </w:p>
    <w:p>
      <w:pPr>
        <w:jc w:val="right"/>
      </w:pPr>
      <w:r>
        <w:t>Believers pray all through the night. It is also called as a night of decision because God decides for the coming year on that night, and it is, as Quran says, better than the thousand months. So, हज़द आइशा asked the prophet that, how should I pray if I find ललित उल कदर? So he said, do this prayer that, oh god, you're the forgiver.</w:t>
      </w:r>
    </w:p>
    <w:p>
      <w:r>
        <w:rPr>
          <w:b/>
        </w:rPr>
        <w:t xml:space="preserve">[58:41] </w:t>
      </w:r>
      <w:r>
        <w:t>You love to forgive your servants, so please forgive me. And forgiveness is everything. If you, realize that, if you are forgiven, that means you are entered in paradise, and therefore prophet advises that during this, night of destiny, ask for forgiveness. Forgiveness is everything.</w:t>
      </w:r>
    </w:p>
    <w:p>
      <w:pPr>
        <w:jc w:val="right"/>
      </w:pPr>
      <w:r>
        <w:t>You love to forgive your servants, so please forgive me. And forgiveness is everything. If you, realize that, if you are forgiven, that means you are entered in paradise, and therefore prophet advises that during this, night of destiny, ask for forgiveness. Forgiveness is everything.</w:t>
      </w:r>
    </w:p>
    <w:p>
      <w:r>
        <w:rPr>
          <w:b/>
        </w:rPr>
        <w:t xml:space="preserve">[59:04] </w:t>
      </w:r>
      <w:r>
        <w:t>Another important part and this is, you know, the last part, which is the night of reward and I really want you to have this as a takeaway because, I know all of you are aware but what really happens is that when ramadan is almost over and it's the night before idul fitr, people get into this celebratory mode. They go for shopping, they already decide kal kya daalna hai, and they are out on the street burning fire crackers.</w:t>
      </w:r>
    </w:p>
    <w:p>
      <w:pPr>
        <w:jc w:val="right"/>
      </w:pPr>
      <w:r>
        <w:t>Another important part and this is, you know, the last part, which is the night of reward and I really want you to have this as a takeaway because, I know all of you are aware but what really happens is that when रमादान is almost over and it's the night before इदुल फितर, people get into this celebratory mode. They go for shopping, they already decide कल क्या डालना है, and they are out on the street burning fire crackers.</w:t>
      </w:r>
    </w:p>
    <w:p>
      <w:r>
        <w:rPr>
          <w:b/>
        </w:rPr>
        <w:t xml:space="preserve">[59:34] </w:t>
      </w:r>
      <w:r>
        <w:t>No, you have spent thirty days. You have lived for thirty days with the spirit of ramadan and that is a night of special significance. In hadiths we find, it says every deed in Islam is rewarded from 10 to 700 times. But God says fasting is for me and I will give unlimited reward to the one who fast.</w:t>
      </w:r>
    </w:p>
    <w:p>
      <w:pPr>
        <w:jc w:val="right"/>
      </w:pPr>
      <w:r>
        <w:t>No, you have spent thirty days. You have lived for thirty days with the spirit of रमादान and that is a night of special significance. In hadiths we find, it says every deed in Islam is rewarded from 10 to 700 times. But God says fasting is for me and I will give unlimited reward to the one who fast.</w:t>
      </w:r>
    </w:p>
    <w:p>
      <w:r>
        <w:rPr>
          <w:b/>
        </w:rPr>
        <w:t xml:space="preserve">[59:58] </w:t>
      </w:r>
      <w:r>
        <w:t>Another portion of hadith which is reported by Hazrat Abu Huraira, he said that that it is the night when all the sins are forgiven. So companion said to the prophet that is it the knight of the power? He said no. But as soon as the deeds are done, the reward is immediately bestowed. So it is very important that you understand the importance of this night.</w:t>
      </w:r>
    </w:p>
    <w:p>
      <w:pPr>
        <w:jc w:val="right"/>
      </w:pPr>
      <w:r>
        <w:t>Another portion of हदीज which is reported by अज़त अभीु हरेरा, he said that that it is the night when all the sins are forgiven. So companion said to the prophet that is it the knight of the power? He said no. But as soon as the deeds are done, the reward is immediately bestowed. So it is very important that you understand the importance of this night.</w:t>
      </w:r>
    </w:p>
    <w:p>
      <w:r>
        <w:rPr>
          <w:b/>
        </w:rPr>
        <w:t xml:space="preserve">[1:00:28] </w:t>
      </w:r>
      <w:r>
        <w:t>You should spend this night in supplication, in dua. Trust me, do this this time. If you haven't done it, if you're doing it, it's fantastic. But for once this year, do this and send a message message among all your group. Tell them, remind them that this is the night we have to be in our rooms. Read more and more about quran. Make your next year resolution.</w:t>
      </w:r>
    </w:p>
    <w:p>
      <w:pPr>
        <w:jc w:val="right"/>
      </w:pPr>
      <w:r>
        <w:t>You should spend this night in supplication, in दुआ. Trust me, do this this time. If you haven't done it, if you're doing it, it's fantastic. But for once this year, do this and send a message message among all your group. Tell them, remind them that this is the night we have to be in our rooms. Read more and more about कुरान. Make your next year resolution.</w:t>
      </w:r>
    </w:p>
    <w:p>
      <w:r>
        <w:rPr>
          <w:b/>
        </w:rPr>
        <w:t xml:space="preserve">[1:00:54] </w:t>
      </w:r>
      <w:r>
        <w:t>Think, ponder how did the entire month of ramadan went and how you intend to, plan your future. Take a new, a new action plan. A person who's lived for thirty days in that spirit of ramadan cannot waste away this important night. Don't do that. So, you know, the multitude of benefits of ramadan, it inspired the prophet of Islam to say, welcome to the one who purifies.</w:t>
      </w:r>
    </w:p>
    <w:p>
      <w:pPr>
        <w:jc w:val="right"/>
      </w:pPr>
      <w:r>
        <w:t>Think, ponder how did the entire month of रमादान went and how you intend to, plan your future. Take a new, a new action plan. A person who's lived for thirty days in that spirit of रमादान cannot waste away this important night. Don't do that. So, you know, the multitude of benefits of रमादान, it inspired the prophet of Islam to say, welcome to the one who purifies.</w:t>
      </w:r>
    </w:p>
    <w:p>
      <w:r>
        <w:rPr>
          <w:b/>
        </w:rPr>
        <w:t xml:space="preserve">[1:01:24] </w:t>
      </w:r>
      <w:r>
        <w:t>Thank you. I to me, I would interpret zakat as, in case of his spiritual wealth because real wealth is the spiritual wealth, not the material wealth.</w:t>
      </w:r>
    </w:p>
    <w:p>
      <w:pPr>
        <w:jc w:val="right"/>
      </w:pPr>
      <w:r>
        <w:t>Thank you. I to me, I would interpret Saras as, in case of his spiritual wealth because real wealth is the spiritual wealth, not the material wealth.</w:t>
      </w:r>
    </w:p>
    <w:p>
      <w:r>
        <w:rPr>
          <w:b/>
        </w:rPr>
        <w:t xml:space="preserve">[1:01:48] </w:t>
      </w:r>
      <w:r>
        <w:t>And, as I explained in several verses that, zakat actually purifies your wealth and it also purifies, you as a personality. And, the real wealth therefore that you should always ask god is, keep, fill my heart with marifat, your light. So I would say it in that sense. We can we can take it the policy value. Yes, yes.</w:t>
      </w:r>
    </w:p>
    <w:p>
      <w:pPr>
        <w:jc w:val="right"/>
      </w:pPr>
      <w:r>
        <w:t>And, as I explained in several verses that, zakat actually purifies your wealth and it also purifies, you as a personality. And, the real wealth therefore that you should always ask god is, keep, fill my heart with मारीफ़त, your light. So I would say it in that sense. We can we can take it the policy value. Yes, yes.</w:t>
      </w:r>
    </w:p>
    <w:p>
      <w:r>
        <w:rPr>
          <w:b/>
        </w:rPr>
        <w:t xml:space="preserve">[1:02:18] </w:t>
      </w:r>
      <w:r>
        <w:t>But jo maine night of reward ke liye kaha na, please all of you, ab baad mein wini apa ko message bhejna, wini ma'am ko ki how you spend your night of reward. For once, do that. Don't go out, see, uske baad agle din eid hai and phir woh normal course of life hai, but yeh practice hui hai aapki. So, don't squander it away.</w:t>
      </w:r>
    </w:p>
    <w:p>
      <w:pPr>
        <w:jc w:val="right"/>
      </w:pPr>
      <w:r>
        <w:t>But जो मैंने night of reward के लिए कहा ना, please all of you, अब बाद में विनी आपा को message भेजना, विनी ma'am को कि how you spend your night of reward. For once, do that. Don't go out, see, उसके बाद अगले दिन ईद है and फिर वह normal course of life है, but यह practice हुई है आपकी. So, don't squander it away.</w:t>
      </w:r>
    </w:p>
    <w:p>
      <w:r>
        <w:rPr>
          <w:b/>
        </w:rPr>
        <w:t xml:space="preserve">[1:02:41] </w:t>
      </w:r>
      <w:r>
        <w:t>That night immerse yourself in duas, in remembering god more. Main aap logon ka bahut purana saathi hoon. I am one of the very very old students. Thirty years back I sitting here. Main sir se yeh sawal poochna chahta hoon hamara prayagaruk lenge. How ab bachchon ke exams hain, right?</w:t>
      </w:r>
    </w:p>
    <w:p>
      <w:pPr>
        <w:jc w:val="right"/>
      </w:pPr>
      <w:r>
        <w:t>That night immerse yourself in दुआs, in remembering god more. मैं आप लोगों का बहुत पुराना साथी हूं. I am one of the very very old students. Thirty years back I sitting here. मैं sir से यह सवाल पूछना चाहता हूं हमारा प्रयागरूक लेंगे. How अब बच्चों के exams हैं, right?</w:t>
      </w:r>
    </w:p>
    <w:p>
      <w:r>
        <w:rPr>
          <w:b/>
        </w:rPr>
        <w:t xml:space="preserve">[1:03:10] </w:t>
      </w:r>
      <w:r>
        <w:t>So how one should plan studies during the month? Now they have to study, they have to go for their, you know, final exam also. And other than the class are going to be there for, you know, for quite some time. Unless char paanch saal jo hain, hamein hi hirdan mein exams milenge. Toh I would like you to advise them us. So how should we learn the studies?</w:t>
      </w:r>
    </w:p>
    <w:p>
      <w:pPr>
        <w:jc w:val="right"/>
      </w:pPr>
      <w:r>
        <w:t>So how one should plan studies during the month? Now they have to study, they have to go for their, you know, final exam also. And other than the class are going to be there for, you know, for quite some time. Unless चार पांच साल जो हैं, हमें ही हिरदान में exams मिलेंगे. तो I would like you to advise them us. So how should we learn the studies?</w:t>
      </w:r>
    </w:p>
    <w:p>
      <w:r>
        <w:rPr>
          <w:b/>
        </w:rPr>
        <w:t xml:space="preserve">[1:03:34] </w:t>
      </w:r>
      <w:r>
        <w:t>So, see, one important aspect that I also mentioned is that ramadan helps you in taking away distractions out of your life. Toh which means mobile phone toh band ho gaya. Ramadan ka mahina bhi hai aur har ek ghanta jo hai woh usmein aap dua karein ki Allah taala ek ghante mein das ghante ki barkat dein, haan? And you have to study hard.</w:t>
      </w:r>
    </w:p>
    <w:p>
      <w:pPr>
        <w:jc w:val="right"/>
      </w:pPr>
      <w:r>
        <w:t>So, see, one important aspect that I also mentioned is that रमादान helps you in taking away distractions out of your life. तो which means mobile phone तो बंद हो गया. रमादान का महीना भी है और हर एक घंटा जो है वह उसमें आप दुआ करें कि अल्लाह ताला एक घंटे में दस घंटे की बर्कत दें, हाँ? And you have to study hard.</w:t>
      </w:r>
    </w:p>
    <w:p>
      <w:r>
        <w:rPr>
          <w:b/>
        </w:rPr>
        <w:t xml:space="preserve">[1:03:59] </w:t>
      </w:r>
      <w:r>
        <w:t>See, matlab while what I am telling you and what vinay aapka mentioned at the beginning that if you internalize all this message for the rest of your life, so padhai is your priority. And agar woh ramadan us dauran aa raha hai to yeh to aur bhi achha hai. Because, you know, every single minute will be like worship. Because what are you studying for to become a better person, a contributing citizen of this nation and then helping others?</w:t>
      </w:r>
    </w:p>
    <w:p>
      <w:pPr>
        <w:jc w:val="right"/>
      </w:pPr>
      <w:r>
        <w:t>See, मतलब while what I am telling you and what विनीय आपका mentioned at the beginning that if you internalize all this message for the rest of your life, so पढ़ाई is your priority. And अगर वह रमादान उस दौरान आ रहा है तो यह तो और भी अच्छा है. Because, you know, every single minute will be like worship. Because what are you studying for to become a better person, a contributing citizen of this nation and then helping others?</w:t>
      </w:r>
    </w:p>
    <w:p>
      <w:r>
        <w:rPr>
          <w:b/>
        </w:rPr>
        <w:t xml:space="preserve">[1:04:29] </w:t>
      </w:r>
      <w:r>
        <w:t>To understand the preciousness of your time. To aap planning kariye, har cheez planning se hi hoti hai. You have to plan your day ki aapko agar quran study karna hai, uska aapne time muqarrar kiya. Aapko sara din padhai karni hai, to aapne uska time muqarrar kiya. Beach mein aapne jo bhi breaks, like the normal course you do.</w:t>
      </w:r>
    </w:p>
    <w:p>
      <w:pPr>
        <w:jc w:val="right"/>
      </w:pPr>
      <w:r>
        <w:t>तो understand the preciousness of your time. तो आप planning करिए, हर चीज़ planning से ही होती है. You have to plan your day कि आपको अगर कुरान study करना है, उसका आपने time मुक़ररर किया. आपको सारा दिन पढ़ाई करनी है, तो आपने उसका time मुक्ररर किया. Beach में आपने जो भी breaks, like the normal course you do.</w:t>
      </w:r>
    </w:p>
    <w:p>
      <w:r>
        <w:rPr>
          <w:b/>
        </w:rPr>
        <w:t xml:space="preserve">[1:04:50] </w:t>
      </w:r>
      <w:r>
        <w:t>But of course, if during ramadan it is falling, then of course it's altogether spiritual enhancement that would help you in, you know, achieving your task in a much better way. You want to add something? Yep. I think the only thing I would like to add is please don't spoil your routines. I mean, it's it's just a different routine that you have to follow during, ramzan.</w:t>
      </w:r>
    </w:p>
    <w:p>
      <w:pPr>
        <w:jc w:val="right"/>
      </w:pPr>
      <w:r>
        <w:t>But of course, if during रामादान it is falling, then of course it's altogether spiritual enhancement that would help you in, you know, achieving your task in a much better way. You want to add something? Yep. I think the only thing I would like to add is please don't spoil your routines. I mean, it's it's just a different routine that you have to follow during, रमज़ान.</w:t>
      </w:r>
    </w:p>
    <w:p>
      <w:r>
        <w:rPr>
          <w:b/>
        </w:rPr>
        <w:t xml:space="preserve">[1:05:17] </w:t>
      </w:r>
      <w:r>
        <w:t>But just don't, like, get into the habit of waking up whole night, sleeping after sehri and then waking up at, zohar, and then that's when the day starts. So if you do that, then the whole purpose is defeated. Like, so it is a month of, where you actually tax yourself and and, you know, do more than what you would normally do.</w:t>
      </w:r>
    </w:p>
    <w:p>
      <w:pPr>
        <w:jc w:val="right"/>
      </w:pPr>
      <w:r>
        <w:t>But just don't, like, get into the habit of waking up whole night, sleeping after Sehri and then waking up at, Zohar, and then that's when the day starts. So if you do that, then the whole purpose is defeated. Like, so it is a month of, where you actually tax yourself and and, you know, do more than what you would normally do.</w:t>
      </w:r>
    </w:p>
    <w:p>
      <w:r>
        <w:rPr>
          <w:b/>
        </w:rPr>
        <w:t xml:space="preserve">[1:05:42] </w:t>
      </w:r>
      <w:r>
        <w:t>So please stick to your routines of, you know, getting up early in the morning and, and studying at the time that you've always been doing. Sir, ramzan mein jaise matlab yeh ibaadat wagera sab bahut badhiya chal rahi hoti hai sir lekin ramzan ke jaise khatam hote hue eid ke baad sir phir dobara wahi downfall, aera start ho jata hai. To sir matlab usko kaise, us gap ko kaise kam karein? No, exactly.</w:t>
      </w:r>
    </w:p>
    <w:p>
      <w:pPr>
        <w:jc w:val="right"/>
      </w:pPr>
      <w:r>
        <w:t>So please stick to your routines of, you know, getting up early in the morning and, and studying at the time that you've always been doing. Sir, रमज़ान में जैसे मतलब यह बादात वगैरह सब बहुत बढ़िया चल रही होती है sir लेकिन रमज़ानों के जैसे खत्म होते हुए ईद के बाद sir फिर दोबारा वही downfall, ऐरा start हो जाता है. तो sir मतलब उसको कैसे, उस gap को कैसे कम करें? No, exactly.</w:t>
      </w:r>
    </w:p>
    <w:p>
      <w:r>
        <w:rPr>
          <w:b/>
        </w:rPr>
        <w:t xml:space="preserve">[1:06:07] </w:t>
      </w:r>
      <w:r>
        <w:t>So that is what, you know, I talked about in the presentation that if you, if you observe, if you follow ramadan with the true spirit, then that thirty days of following ramadan becomes, you know, a habit. So, you make that as a habit and therefore, you know, ek mahina aap divine training karte hain aur gyarah mahine aap usko apni life mein implement karte hain.</w:t>
      </w:r>
    </w:p>
    <w:p>
      <w:pPr>
        <w:jc w:val="right"/>
      </w:pPr>
      <w:r>
        <w:t>So that is what, you know, I talked about in the presentation that if you, if you observe, if you follow रामदान with the true spirit, then that thirty days of following रामदान becomes, you know, a habit. So, you make that as a habit and therefore, you know, एक महीना आप divine training करते हैं और ग्यारह महीने आप उसको अपनी life में implement करते हैं.</w:t>
      </w:r>
    </w:p>
    <w:p>
      <w:r>
        <w:rPr>
          <w:b/>
        </w:rPr>
        <w:t xml:space="preserve">[1:06:35] </w:t>
      </w:r>
      <w:r>
        <w:t>But that depends ki aapki tayyari kitni hai. Ab jaise aap aise samjhiye aap exam ke liye baithte hain, to kabhi bahut achhe number aate hain, kabhi nahin aate hain. Kyun? Kyunki aapki tyari agar bahut achhi hai, to aapke numbers bahut achhe hain. Ramadan mein bhi wahi hai. Agar aapne poori spirit jazbe ke saath, aapne sincerity ke saath ramadhan ko aapne, apni mind, apni life mein utara hai, to woh gyarah mahine tak aapko derail nahin hone dega.</w:t>
      </w:r>
    </w:p>
    <w:p>
      <w:pPr>
        <w:jc w:val="right"/>
      </w:pPr>
      <w:r>
        <w:t>But that depends कि आपकी तैयारी कितनी है. अब जैसे आप ऐसे समझिए आप exam के लिए बैठते हैं, तो कभी बहुत अच्छे number आते हैं, कभी नहीं आते हैं. क्यों? क्योंकि आपकी त्यारी अगर बहुत अच्छी है, तो आपके numbers बहुत अच्छे हैं. रमादान में भी वही है. अगर आपने पूरी spirit जज़्बे के साथ, आपने sincerity के साथ रमाधान को आपने, अपनी mind, अपनी life में उतारा है, तो वह ग्यारह महीने तक आपको derail नहीं होने देगा.</w:t>
      </w:r>
    </w:p>
    <w:p>
      <w:r>
        <w:rPr>
          <w:b/>
        </w:rPr>
        <w:t xml:space="preserve">[1:07:01] </w:t>
      </w:r>
      <w:r>
        <w:t>It will remind you, keep reminding you and by the time you start feeling that, you know, you are lowering in terms of, you know, your actions. Again, ramadhan will come to, you know, give you that training again. So that is why it is... 30 is is is a good practice. Sir, I want to ask what is nafs and how it is different from our souls? Hum kahin na kahin yeh sunte hain ki apne nafs ko control karo.</w:t>
      </w:r>
    </w:p>
    <w:p>
      <w:pPr>
        <w:jc w:val="right"/>
      </w:pPr>
      <w:r>
        <w:t>It will remind you, keep reminding you and by the time you start feeling that, you know, you are lowering in terms of, you know, your actions. Again, रमाधान will come to, you know, give you that training again. So that is why it is... 30 is is is a good practice. Sir, I want to ask what is नफ्स and how it is different from our souls? हम कहीं ना कहीं यह सुनते हैं कि अपने नफ्स को control करो.</w:t>
      </w:r>
    </w:p>
    <w:p>
      <w:r>
        <w:rPr>
          <w:b/>
        </w:rPr>
        <w:t xml:space="preserve">[1:07:31] </w:t>
      </w:r>
      <w:r>
        <w:t>To yeh nafs hai kya kya? I mean, it's, you know, controlling your desires. Like I mentioned with respect from ramadan and how it is linked to your desire management. See, har ek insaan ke andar desires hain and it is not that any one person is free from desires. Lekin hum logon ko kya karna hai? People think that, you know, we can remove every single bit of desire. It is not possible.</w:t>
      </w:r>
    </w:p>
    <w:p>
      <w:pPr>
        <w:jc w:val="right"/>
      </w:pPr>
      <w:r>
        <w:t>तो यह नफ्स है क्या क्या? I mean, it's, you know, controlling your desires. Like I mentioned with respect from रमादान and how it is linked to your desire management. See, हर एक इंसान के अंदर desires हैं and it is not that any one person is free from desires. लेकिन हम लोगों को क्या करना है? People think that, you know, we can remove every single bit of desire. It is not possible.</w:t>
      </w:r>
    </w:p>
    <w:p>
      <w:r>
        <w:rPr>
          <w:b/>
        </w:rPr>
        <w:t xml:space="preserve">[1:08:00] </w:t>
      </w:r>
      <w:r>
        <w:t>But what you can do is, you can do nafs management, desire management. And how does that desire management happen? That happens with, you know, increasing your willpower, increasing your self control. And that is why one example that I gave ki do log ek jo fast rakhta hai aur ek jo fast nahin rakhta hai. Dono cannot be, both cannot be the same.</w:t>
      </w:r>
    </w:p>
    <w:p>
      <w:pPr>
        <w:jc w:val="right"/>
      </w:pPr>
      <w:r>
        <w:t>But what you can do is, you can do नफ्ज़ management, desire management. And how does that desire management happen? That happens with, you know, increasing your willpower, increasing your self control. And that is why one example that I gave कि दो लोग एक जो fast रखता है और एक जो fast नहीं रखता है. दोनों cannot be, both cannot be the same.</w:t>
      </w:r>
    </w:p>
    <w:p>
      <w:r>
        <w:rPr>
          <w:b/>
        </w:rPr>
        <w:t xml:space="preserve">[1:08:23] </w:t>
      </w:r>
      <w:r>
        <w:t>A person who, let's say, who keeps fast, uske andar jo will power hai, jo self control hai, jo desire management ki capability hai, woh zyada strong hai as compared to a person who doesn't keep fast. So this is, in that sense ramadan also helps you in, in desire management.</w:t>
      </w:r>
    </w:p>
    <w:p>
      <w:pPr>
        <w:jc w:val="right"/>
      </w:pPr>
      <w:r>
        <w:t>A person who, let's say, who keeps fast, उसके अंदर जो will power है, जो self control है, जो desire management की capability है, वह ज़्यादा strong है as compared to a person who doesn't keep fast. So this is, in that sense रमा दान also helps you in, in desire management.</w:t>
      </w:r>
    </w:p>
    <w:p>
      <w:r>
        <w:rPr>
          <w:b/>
        </w:rPr>
        <w:t xml:space="preserve">[1:08:44] </w:t>
      </w:r>
      <w:r>
        <w:t>And you have to understand that nobody in this world will have his or her desire fulfilled in, in, on this planet. The desire fulfillment in this, in the strict sense of, or in the complete sense of the world will only happen in paradise. Har cheez ka aap dekhen alag alag hai pair rakha hai agar bhook hai, to khana hai, pyas hai to pani hai.</w:t>
      </w:r>
    </w:p>
    <w:p>
      <w:pPr>
        <w:jc w:val="right"/>
      </w:pPr>
      <w:r>
        <w:t>And you have to understand that nobody in this world will have his or her desire fulfilled in, in, on this planet. The desire fulfillment in this, in the strict sense of, or in the complete sense of the world will only happen in paradise. हर चीज़ का आप देखें अलग अलग है पेर रखा है अगर भूख है, तो खाना है, प्यास है तो पानी है.</w:t>
      </w:r>
    </w:p>
    <w:p>
      <w:r>
        <w:rPr>
          <w:b/>
        </w:rPr>
        <w:t xml:space="preserve">[1:09:10] </w:t>
      </w:r>
      <w:r>
        <w:t>Usi tarike se desires hain, fulfillment uska paradise mein hai. To aap desire ko manage kar sakte hain. Aap desire ko khatam nahin kar paenge, woh to aate hi rahenge. That is what the essence of the Islamic life is. You keep reminding yourself, you have to control. You have to control, you have to bring in self discipline in, in oneself.</w:t>
      </w:r>
    </w:p>
    <w:p>
      <w:pPr>
        <w:jc w:val="right"/>
      </w:pPr>
      <w:r>
        <w:t>उसी तरीके से desires हैं, fulfillment उसका paradise में है. तो आप desire को manage कर सकते हैं. आप desire को खत्म नहीं कर पाएंगे, वह तो आते ही रहेंगे. That is what the essence of the Islamic life is. You keep reminding yourself, you have to control. You have to control, you have to bring in self discipline in, in oneself.</w:t>
      </w:r>
    </w:p>
    <w:p>
      <w:r>
        <w:rPr>
          <w:b/>
        </w:rPr>
        <w:t xml:space="preserve">[1:09:33] </w:t>
      </w:r>
      <w:r>
        <w:t>Saurabh, yeh poochhna tha ki like if one cannot afford Hajj to woh compensate kya aise actions kar lete ki jo skill hi hona chahiye. Nahin to woh to condition hi hai ki you, you can do Hajj if you can afford too. Aap dua karein, Allah se ki he creates situations aur he creates means that you are able to perform.</w:t>
      </w:r>
    </w:p>
    <w:p>
      <w:pPr>
        <w:jc w:val="right"/>
      </w:pPr>
      <w:r>
        <w:t>सौरभ, यह पूछना था कि like if one cannot afford merge तो वह compensate क्या ऐसे actions कर लेते कि जो skill ही होना चाहिए. नहीं तो वह तो condition ही है कि you, you can do हर्ज़ if you can afford too. आप दुआ करें, अल्लाह से कि he creates situations और he creates means that you are able to perform.</w:t>
      </w:r>
    </w:p>
    <w:p>
      <w:r>
        <w:rPr>
          <w:b/>
        </w:rPr>
        <w:t xml:space="preserve">[1:09:57] </w:t>
      </w:r>
      <w:r>
        <w:t>But just remember that phir ke time par bhi aise hota tha ki jab woh log jaate the</w:t>
      </w:r>
    </w:p>
    <w:p>
      <w:pPr>
        <w:jc w:val="right"/>
      </w:pPr>
      <w:r>
        <w:t>But just remember that पफिर के time पर भी ऐसे होता था कि जब वो लोग जाते थे</w:t>
      </w:r>
    </w:p>
    <w:p>
      <w:r>
        <w:rPr>
          <w:b/>
        </w:rPr>
        <w:t xml:space="preserve">[1:10:07] </w:t>
      </w:r>
      <w:r>
        <w:t>agar aapke andar itna bepana jazba hai, aapke andar yeh niyat hai, aap Allah taala se dua karte</w:t>
      </w:r>
    </w:p>
    <w:p>
      <w:pPr>
        <w:jc w:val="right"/>
      </w:pPr>
      <w:r>
        <w:t>अगर आपके अंदर इतना बेपना जज़्बा है, आपके अंदर यह नियत है, आप अल्लाह तलाह से दुआ करते</w:t>
      </w:r>
    </w:p>
    <w:p>
      <w:r>
        <w:rPr>
          <w:b/>
        </w:rPr>
        <w:t xml:space="preserve">[1:10:17] </w:t>
      </w:r>
      <w:r>
        <w:t>hain dil se ki main chahti hoon ki main hajj karoon.</w:t>
      </w:r>
    </w:p>
    <w:p>
      <w:pPr>
        <w:jc w:val="right"/>
      </w:pPr>
      <w:r>
        <w:t>हैं दिल से कि मैं चाहती हूँ कि मैं हज करूँ.</w:t>
      </w:r>
    </w:p>
    <w:p>
      <w:r>
        <w:rPr>
          <w:b/>
        </w:rPr>
        <w:t xml:space="preserve">[1:10:28] </w:t>
      </w:r>
      <w:r>
        <w:t>To either he will, he will create situations, conditions that you are able to do. And I think that if you are not able to, but because of your intention, god will accept that intention as you are performing the Hajj. He is the most merciful, the most compassionate. Sabse important cheez hai ki aapka chahna sincerely, that is the most important thing.</w:t>
      </w:r>
    </w:p>
    <w:p>
      <w:pPr>
        <w:jc w:val="right"/>
      </w:pPr>
      <w:r>
        <w:t>तो either he will, he will create situations, conditions that you are able to do. And I think that if you are not able to, but because of your intention, god will accept that intention as you are performing the hajj. He is the most merciful, the most compassionate. सबसे important चीज़ है कि आपका चाहना sincerely, that is the most important thing.</w:t>
      </w:r>
    </w:p>
    <w:p>
      <w:r>
        <w:rPr>
          <w:b/>
        </w:rPr>
        <w:t xml:space="preserve">[1:10:56] </w:t>
      </w:r>
      <w:r>
        <w:t>So same is with zakat also. That is also conditional. So if you fulfill that condition then it becomes an obligatory. That is why, yeah, isliye bhi kaha gaya ki even saying a good word is also a charity. Is Tom. Think Harish, Sam.</w:t>
      </w:r>
    </w:p>
    <w:p>
      <w:pPr>
        <w:jc w:val="right"/>
      </w:pPr>
      <w:r>
        <w:t>So same is with ज़कात also. That is also conditional. So if you fulfill that condition then it becomes an obligatory. That is why, yeah, इसलिए भी कहा गया कि even saying a good word is also a charity. Is Tom. Think Harish, Sam.</w:t>
      </w:r>
    </w:p>
    <w:p>
      <w:r>
        <w:rPr>
          <w:b/>
        </w:rPr>
        <w:t xml:space="preserve">[1:11:24] </w:t>
      </w:r>
      <w:r>
        <w:t>So I've been working since 2007, as I told you earlier. So maybe, like, twenty years being working in corporates. So the thing is when I started working, I was earning very less. And now twenty years down the line, I might be earning a lot. But on the word on the mainly the if you discuss if you talk about this I think I'm not, like, doing it in the spirit. I'm just doing it as a duty.</w:t>
      </w:r>
    </w:p>
    <w:p>
      <w:pPr>
        <w:jc w:val="right"/>
      </w:pPr>
      <w:r>
        <w:t>So I've been working since 2007, as I told you earlier. So maybe, like, twenty years being working in corporates. So the thing is when I started working, I was earning very less. And now twenty years down the line, I might be earning a lot. But on the word on the mainly the if you discuss if you talk about this I think I'm not, like, doing it in the spirit. I'm just doing it as a duty.</w:t>
      </w:r>
    </w:p>
    <w:p>
      <w:r>
        <w:rPr>
          <w:b/>
        </w:rPr>
        <w:t xml:space="preserve">[1:11:54] </w:t>
      </w:r>
      <w:r>
        <w:t>Like, I'm giving 25% of whatever the calculations come out to be. Now the question is, I have a son, seven year old. He's going to one of the most expensive school in Noida, for example. I can always, you know, send him to us a little cheaper school, as you said. I can live in a No. No. I never sent that sent. Go for luxury, for example.</w:t>
      </w:r>
    </w:p>
    <w:p>
      <w:pPr>
        <w:jc w:val="right"/>
      </w:pPr>
      <w:r>
        <w:t>Like, I'm giving 25% of whatever the calculations come out to be. Now the question is, I have a son, seven year old. He's going to one of the most expensive school in Noida, for example. I can always, you know, send him to us a little cheaper school, as you said. I can live in a No. No. I never sent that sent. Go for luxury, for example.</w:t>
      </w:r>
    </w:p>
    <w:p>
      <w:r>
        <w:rPr>
          <w:b/>
        </w:rPr>
        <w:t xml:space="preserve">[1:12:17] </w:t>
      </w:r>
      <w:r>
        <w:t>I'm just thinking about if I'm living in a very luxury I mean, one of the best societies, I'm sending my son to one of the best schools and doing only 2.5% of the duty for Zakat and not something more which I can do, actually. Is that the right thing to do, or should I compromise on my, like, family and, work more towards Zakat or maybe I'm?</w:t>
      </w:r>
    </w:p>
    <w:p>
      <w:pPr>
        <w:jc w:val="right"/>
      </w:pPr>
      <w:r>
        <w:t>I'm just thinking about if I'm living in a very luxury I mean, one of the best societies, I'm sending my son to one of the best schools and doing only 2.5% of the duty for Zakat and not something more which I can do, actually. Is that the right thing to do, or should I compromise on my, like, family and, work more towards Zakat or maybe I'm?</w:t>
      </w:r>
    </w:p>
    <w:p>
      <w:r>
        <w:rPr>
          <w:b/>
        </w:rPr>
        <w:t xml:space="preserve">[1:12:43] </w:t>
      </w:r>
      <w:r>
        <w:t>See, zakat ka it's very, I mean, I I I can't get into the technicalities of the calculations, what is remaining of your wealth, but it's a simple thing ki aapki jo bhi annual wealth bachti hai sab expenditure ke baad, you, you pay 2.5 of that remaining wealth. And at the same time, see, yeh yeh bhi hai ki god loves to see traces of his blessings on, on his servants. So, that doesn't mean that you live like a pauper.</w:t>
      </w:r>
    </w:p>
    <w:p>
      <w:pPr>
        <w:jc w:val="right"/>
      </w:pPr>
      <w:r>
        <w:t>See, ज़कात का it's very, I mean, I I I can't get into the technicalities of the calculations, what is remaining of your wealth, but it's a simple thing कि आपकी जो भी annual wealth बचती है सब expenditure के बाद, you, you pay 2.5 of that remaining wealth. And at the same time, see, यह यह भी है कि god loves to see traces of his blessings on, on his servants. So, that doesn't mean that you live like a pauper.</w:t>
      </w:r>
    </w:p>
    <w:p>
      <w:r>
        <w:rPr>
          <w:b/>
        </w:rPr>
        <w:t xml:space="preserve">[1:13:12] </w:t>
      </w:r>
      <w:r>
        <w:t>You can afford good clothes. You can drive a car but aap dhakke kha rahe hain bus mein, aap phate hue kapde daal rahe hain, no. He likes to see traces of wealth that he's bestowed upon you. But at the same time, you have to see yourself that are you being extravagant or are you being right in, in terms of the requirements? See, good education is important. Agar good education aapko ek particular school mein mil rahi hai to you should take that.</w:t>
      </w:r>
    </w:p>
    <w:p>
      <w:pPr>
        <w:jc w:val="right"/>
      </w:pPr>
      <w:r>
        <w:t>You can afford good clothes. You can drive a car but आप धक्के खा रहे हैं bus में, आप फटे हुए कपड़े डाल रहे हैं, no. He likes to see traces of wealth that he's bestowed upon you. But at the same time, you have to see yourself that are you being extravagant or are you being right in, in terms of the requirements? See, good education is important. अगर good education आपको एक particular school में मिल रही है तो you should take that.</w:t>
      </w:r>
    </w:p>
    <w:p>
      <w:r>
        <w:rPr>
          <w:b/>
        </w:rPr>
        <w:t xml:space="preserve">[1:13:42] </w:t>
      </w:r>
      <w:r>
        <w:t>That is not your luxurious lifestyle. What luxurious lifestyle meant is that when people go beyond the need level of necessities. Now, even nowadays air conditioner has become a necessity. It's not a luxury. Aap, aap agar gharon mein aur offices mein isi nau, to log bimar pad jayenge. So, so whatever that was luxury at some point of time has become necessity. Now, it's a very different discussion.</w:t>
      </w:r>
    </w:p>
    <w:p>
      <w:pPr>
        <w:jc w:val="right"/>
      </w:pPr>
      <w:r>
        <w:t>That is not your luxurious lifestyle. What luxurious lifestyle meant is that when people go beyond the need level of necessities. Now, even nowadays air conditioner has become a necessity. It's not a luxury. आप, आप अगर घरों में और offices में इसी नौ, तो लोग बीमार पड़ जाएंगे. So, so whatever that was luxury at some point of time has become necessity. Now, it's a very different discussion.</w:t>
      </w:r>
    </w:p>
    <w:p>
      <w:r>
        <w:rPr>
          <w:b/>
        </w:rPr>
        <w:t xml:space="preserve">[1:14:09] </w:t>
      </w:r>
      <w:r>
        <w:t>All you have to do is just see that how are you spending the wealth? And at the same time, remember that whatever the verses that I explained so many and the examples I give, that while you are fulfilling your duty towards your family which is important, do that. You also have duty as a believer towards God's cause. So start with something. If you're not doing, build on it.</w:t>
      </w:r>
    </w:p>
    <w:p>
      <w:pPr>
        <w:jc w:val="right"/>
      </w:pPr>
      <w:r>
        <w:t>All you have to do is just see that how are you spending the wealth? And at the same time, remember that whatever the verses that I explained so many and the examples I give, that while you are fulfilling your duty towards your family which is important, do that. You also have duty as a believer towards God's cause. So start with something. If you're not doing, build on it.</w:t>
      </w:r>
    </w:p>
    <w:p>
      <w:r>
        <w:rPr>
          <w:b/>
        </w:rPr>
        <w:t xml:space="preserve">[1:14:36] </w:t>
      </w:r>
      <w:r>
        <w:t>And there are various ways to save money.</w:t>
      </w:r>
    </w:p>
    <w:p>
      <w:pPr>
        <w:jc w:val="right"/>
      </w:pPr>
      <w:r>
        <w:t>And there are various ways to save money.</w:t>
      </w:r>
    </w:p>
    <w:p>
      <w:r>
        <w:rPr>
          <w:b/>
        </w:rPr>
        <w:t xml:space="preserve">[1:14:40] </w:t>
      </w:r>
      <w:r>
        <w:t>mere guru Maulana sahib kehte the ki paisa bachana, phir paisa kamana hai, lekin log bachate nahi hain.</w:t>
      </w:r>
    </w:p>
    <w:p>
      <w:pPr>
        <w:jc w:val="right"/>
      </w:pPr>
      <w:r>
        <w:t>मेरे गुरु मुलाना साहब कहते थे कि पैसा बचाना, फिर पैसा कमाना है, लेकिन लोग बचाते नहीं हैं.</w:t>
      </w:r>
    </w:p>
    <w:p>
      <w:r>
        <w:rPr>
          <w:b/>
        </w:rPr>
        <w:t xml:space="preserve">[1:14:44] </w:t>
      </w:r>
      <w:r>
        <w:t>You know, they will spend everything.</w:t>
      </w:r>
    </w:p>
    <w:p>
      <w:pPr>
        <w:jc w:val="right"/>
      </w:pPr>
      <w:r>
        <w:t>You know, they will spend everything.</w:t>
      </w:r>
    </w:p>
    <w:p>
      <w:r>
        <w:rPr>
          <w:b/>
        </w:rPr>
        <w:t xml:space="preserve">[1:14:49] </w:t>
      </w:r>
      <w:r>
        <w:t>I, I was into the wealth space and I know many people.</w:t>
      </w:r>
    </w:p>
    <w:p>
      <w:pPr>
        <w:jc w:val="right"/>
      </w:pPr>
      <w:r>
        <w:t>I, I was into the wealth space and I know many people.</w:t>
      </w:r>
    </w:p>
    <w:p>
      <w:r>
        <w:rPr>
          <w:b/>
        </w:rPr>
        <w:t xml:space="preserve">[1:14:53] </w:t>
      </w:r>
      <w:r>
        <w:t>تو they used to tell یار ہم لوگ تو I, I have never saved. I splurge.</w:t>
      </w:r>
    </w:p>
    <w:p>
      <w:pPr>
        <w:jc w:val="right"/>
      </w:pPr>
      <w:r>
        <w:t>तो they used to tell यार हम लोग तो I, I have never saved. I splurge.</w:t>
      </w:r>
    </w:p>
    <w:p>
      <w:r>
        <w:rPr>
          <w:b/>
        </w:rPr>
        <w:t xml:space="preserve">[1:14:58] </w:t>
      </w:r>
      <w:r>
        <w:t>Me and my wife, go for vacation every five months and we travel this, this, that and, you</w:t>
      </w:r>
    </w:p>
    <w:p>
      <w:pPr>
        <w:jc w:val="right"/>
      </w:pPr>
      <w:r>
        <w:t>Me and my wife, go for vacation every five months and we travel this, this, that and, you</w:t>
      </w:r>
    </w:p>
    <w:p>
      <w:r>
        <w:rPr>
          <w:b/>
        </w:rPr>
        <w:t xml:space="preserve">[1:15:02] </w:t>
      </w:r>
      <w:r>
        <w:t>know, he listed out the things.</w:t>
      </w:r>
    </w:p>
    <w:p>
      <w:pPr>
        <w:jc w:val="right"/>
      </w:pPr>
      <w:r>
        <w:t>know, he listed out the things.</w:t>
      </w:r>
    </w:p>
    <w:p>
      <w:r>
        <w:rPr>
          <w:b/>
        </w:rPr>
        <w:t xml:space="preserve">[1:15:07] </w:t>
      </w:r>
      <w:r>
        <w:t>It was not really required because agar koi emergency aa gayi to aap kya karenge? So, please differentiate what is necessary and important as you being a father, as a family man, and how you can, you know, revisit your expenditure that you are doing and then saving it for the cause of god. Sir, ek cheez yeh hai inka inka sawal hai. Hai na, lekin lagatar hai basis hai na 2.5%, not under our earning but on the savings. On the savings, yes.</w:t>
      </w:r>
    </w:p>
    <w:p>
      <w:pPr>
        <w:jc w:val="right"/>
      </w:pPr>
      <w:r>
        <w:t>It was not really required because अगर कोई emergency आ गई तो आप क्या करेंगे? So, please differentiate what is necessary and important as you being a father, as a family man, and how you can, you know, revisit your expenditure that you are doing and then saving it for the cause of god. Sir, एक चीज़ यह है इनका इनका सवाल है. है ना, लेकिन लगातार है basis है ना 2.5%, not under our earning but on the savings. On the savings, yes.</w:t>
      </w:r>
    </w:p>
    <w:p>
      <w:r>
        <w:rPr>
          <w:b/>
        </w:rPr>
        <w:t xml:space="preserve">[1:15:36] </w:t>
      </w:r>
      <w:r>
        <w:t>Haan. To agar agar hum save zyada kar rahe hain to 2.5 will be more, hai na? Yeah. Aur kharch kar rahe hain to it will be less. Correct. Aur zyada mujhe mera yield mein shayad hudood ne kabhi zakaat nahi di shayad, jahan tak mera eel mein. Kya cheez kisne? Hudood ne kabhi zakaat nahi di. Kinne? Haan. To woh kyu nahi di? Isliye nahi dena nahi chah rahe the. Unke paas kabhi aayi nahi itna ki woh minimum threshold mein aaye hain woh, theek hai?</w:t>
      </w:r>
    </w:p>
    <w:p>
      <w:pPr>
        <w:jc w:val="right"/>
      </w:pPr>
      <w:r>
        <w:t>हां. तो अगर अगर हम save ज़्यादा कर रहे हैं तो 2.5 will be more, है ना? Yeah. और खर्च कर रहे हैं तो it will be less. Correct. और ज़्यादा मुझे मेरा yield में शायद हुदून ने कभी जगात नहीं दी शायद, जहां तक मेरा eel में. क्या चीज़ किसने? हुदून ने कभी जगात नहीं थी. किन्होंने? हां. तो वह क्यों नहीं दी? इसलिए नहीं देना नहीं चाह रहे थे. उनके पास कभी आई नहीं इतना कि वह minimum threshold में आए हैं वह, ठीक है?</w:t>
      </w:r>
    </w:p>
    <w:p>
      <w:r>
        <w:rPr>
          <w:b/>
        </w:rPr>
        <w:t xml:space="preserve">[1:16:04] </w:t>
      </w:r>
      <w:r>
        <w:t>ab sawal yeh hai ki jo Islam mein rakha gaya hai 2.5% on saving.</w:t>
      </w:r>
    </w:p>
    <w:p>
      <w:pPr>
        <w:jc w:val="right"/>
      </w:pPr>
      <w:r>
        <w:t>अब सवाल यह है कि जो इस्लाम में रखा गया है 2.5% on saving.</w:t>
      </w:r>
    </w:p>
    <w:p>
      <w:r>
        <w:rPr>
          <w:b/>
        </w:rPr>
        <w:t xml:space="preserve">[1:16:26] </w:t>
      </w:r>
      <w:r>
        <w:t>jo jitna maine padha mujhe lagta hai ki islam na kharch karne ko prefer karta hai.</w:t>
      </w:r>
    </w:p>
    <w:p>
      <w:pPr>
        <w:jc w:val="right"/>
      </w:pPr>
      <w:r>
        <w:t>जो जितना मैंने पढ़ा मुझे लगता है कि इस्लाम ना खर्च करने को prefer करता है.</w:t>
      </w:r>
    </w:p>
    <w:p>
      <w:r>
        <w:rPr>
          <w:b/>
        </w:rPr>
        <w:t xml:space="preserve">[1:16:48] </w:t>
      </w:r>
      <w:r>
        <w:t>ek ek hadish hai vah kitni authentic hai mujhe pata hai ki kanjoos bakhir jannat mein nahi aayega</w:t>
      </w:r>
    </w:p>
    <w:p>
      <w:pPr>
        <w:jc w:val="right"/>
      </w:pPr>
      <w:r>
        <w:t>एक एक हदीश है वह कितनी authentic है मुझे पता है कि कंजूस बकीर जन्नत में नहीं आएगा</w:t>
      </w:r>
    </w:p>
    <w:p>
      <w:r>
        <w:rPr>
          <w:b/>
        </w:rPr>
        <w:t xml:space="preserve">[1:17:10] </w:t>
      </w:r>
      <w:r>
        <w:t>aur iske bare mein maine kai lectures sune hain usmein economically matlab economist ka point hua ise ne</w:t>
      </w:r>
    </w:p>
    <w:p>
      <w:pPr>
        <w:jc w:val="right"/>
      </w:pPr>
      <w:r>
        <w:t>और इसके बारे में मैंने कई lectures सुने हैं उसमें economically मतलब economist का point हुआ इसे ने</w:t>
      </w:r>
    </w:p>
    <w:p>
      <w:r>
        <w:rPr>
          <w:b/>
        </w:rPr>
        <w:t xml:space="preserve">[1:17:32] </w:t>
      </w:r>
      <w:r>
        <w:t>bataya ki agar ek kanjoos hoga to vah kaise na chain todta hai market mein aur uski vajah</w:t>
      </w:r>
    </w:p>
    <w:p>
      <w:pPr>
        <w:jc w:val="right"/>
      </w:pPr>
      <w:r>
        <w:t>बताया कि अगर एक कंजूस होगा तो वह कैसे ना chain तोड़ता है market में और उसकी वजह</w:t>
      </w:r>
    </w:p>
    <w:p>
      <w:r>
        <w:rPr>
          <w:b/>
        </w:rPr>
        <w:t xml:space="preserve">[1:17:54] </w:t>
      </w:r>
      <w:r>
        <w:t>se matlab sara ek jo</w:t>
      </w:r>
    </w:p>
    <w:p>
      <w:pPr>
        <w:jc w:val="right"/>
      </w:pPr>
      <w:r>
        <w:t>से मतलब सारा एक जो</w:t>
      </w:r>
    </w:p>
    <w:p>
      <w:r>
        <w:rPr>
          <w:b/>
        </w:rPr>
        <w:t xml:space="preserve">[1:18:17] </w:t>
      </w:r>
      <w:r>
        <w:t>Abhi khana hoga kabhi nahi sir. See, you have, nahi nahi aap, sir you are right. Haan, on the same yes, of course. Bilkul. Haan, to aap khud jaan sakte hain ki you are being extravagant or not.</w:t>
      </w:r>
    </w:p>
    <w:p>
      <w:pPr>
        <w:jc w:val="right"/>
      </w:pPr>
      <w:r>
        <w:t>अभी खाना होगा कभी नहीं sir. See, you have, नहीं नहीं आप, sir you are right. हां, on the same yes, of course. बिल्कुल. हां, तो आप खुद जान सकते हैं कि you are being extravagant or not.</w:t>
      </w:r>
    </w:p>
    <w:p>
      <w:r>
        <w:rPr>
          <w:b/>
        </w:rPr>
        <w:t xml:space="preserve">[1:18:31] </w:t>
      </w:r>
      <w:r>
        <w:t>See, yeh bhi kaha gaya ek, ek, there is another verse which really scares you that people who are extravagant, unko kaha gaya ki woh paise chhitne wale hain and paise chhitne walon ko shaitan ka bhai bataya gaya hai. So, it's very serious and only you can tell through introspection and reassessment at how you spending the money.</w:t>
      </w:r>
    </w:p>
    <w:p>
      <w:pPr>
        <w:jc w:val="right"/>
      </w:pPr>
      <w:r>
        <w:t>See, यह भी कहा गया एक, एक, there is another verse which really scares you that people who are extravagant, उनको कहा गया कि वो पैसे छीटने वाले हैं and पैसे छीटने वालों को शैतान का भाई बताया गया है. So, it's very serious and only you can tell through introspection and reassessment at how you spending the money.</w:t>
      </w:r>
    </w:p>
    <w:p>
      <w:r>
        <w:rPr>
          <w:b/>
        </w:rPr>
        <w:t xml:space="preserve">[1:18:56] </w:t>
      </w:r>
      <w:r>
        <w:t>But definitely a good education is a and likewise, you know, a better, a comfortable living. But assess, evaluate that can you save for the cause and save if you can and spend towards the cause. Bas add karna chahta tha main ki discussion ho raha tha na phir se mujhe aisa laga ki I think maximum time hota hai yeh ki hum na spirit chhodkar technicalities mein ghus jaate hain.</w:t>
      </w:r>
    </w:p>
    <w:p>
      <w:pPr>
        <w:jc w:val="right"/>
      </w:pPr>
      <w:r>
        <w:t>But definitely a good education is a and likewise, you know, a better, a comfortable living. But assess, evaluate that can you save for the cause and save if you can and spend towards the cause. बस add करना चाहता था मैं कि discussion हो रहा था ना फिर से मुझे ऐसा लगा कि I think maximum time होता है यह कि हम ना spirit छोड़कर technicalities में घुस जाते हैं.</w:t>
      </w:r>
    </w:p>
    <w:p>
      <w:r>
        <w:rPr>
          <w:b/>
        </w:rPr>
        <w:t xml:space="preserve">[1:19:25] </w:t>
      </w:r>
      <w:r>
        <w:t>So main jab padh raha tha to mujhe aisa samajh mein aaya ki zakaat kyu introduce hui? Aapke mashra mein paisa aana chahiye aur jab zakaat aati thi to baitulmaal mein paisa aa raha us baitulmaal se kya karte the? Woh aise log jo shayad earning nahi kar paate the unke paas woh paisa chahta tha. To woh jo spirit thi na woh dekhiye main bhi sahi keh raha hoon mera bhai bhi sahi. Matlab woh jo mahashra aapne create kiya tha woh sabke liye aap sab kuch lao. Theek hai? Aaj ke time mein jab government taxes leti hai to kya karti hai?</w:t>
      </w:r>
    </w:p>
    <w:p>
      <w:pPr>
        <w:jc w:val="right"/>
      </w:pPr>
      <w:r>
        <w:t>So मैं जब पढ़ रहा था तो मुझे ऐसा समझ में आया कि जगात क्यों introduce हुई? आपके माशिका में पैसा आना चाहिए और जब जगात आती थी तो बैतुलमाल में पैसा आ रहा उस बैतुलमाल से क्या करते थे? वह ऐसे लोग जो शायद earning नहीं कर पाते थे उनके पास वह पैसा चाहता था. तो वह जो spirit थी ना वह देखिए मैं भी सही कह रहा हूं मेरा भाई भी सही. मतलब वह जो महाशिरा आपने create किया था वह सबके लिए आप सब कुछ लाओ. ठीक है? आज के time में जब government taxes लेती है तो क्या करती है?</w:t>
      </w:r>
    </w:p>
    <w:p>
      <w:r>
        <w:rPr>
          <w:b/>
        </w:rPr>
        <w:t xml:space="preserve">[1:19:54] </w:t>
      </w:r>
      <w:r>
        <w:t>Koshish yeh karti hai ki main infrastructure build karti So I think spirit itni important hai ki aap technicality mein ho sakta hai 2.5% ka upar 4% ho jaaye ya 2.6% ho jaaye. Important yeh hai ki aap logon nird kya karein? Aapke aas paas bhi bahut saare aise log honge. Aksar matlab yeh mandatory rakha hai ki bataish theek hai taaki insaan ko aadat pad jaaye.</w:t>
      </w:r>
    </w:p>
    <w:p>
      <w:pPr>
        <w:jc w:val="right"/>
      </w:pPr>
      <w:r>
        <w:t>कोशिश यह करती है कि मैं infrastructure build करती So I think spirit इतनी important है कि आप technicality में हो सकता है 2.5% का ऊपर 4% हो जाए या 2.6% हो जाए. Important यह है कि आप लोगों निर्द क्या करें? आपके आस पास भी बहुत सारे ऐसे लोग होंगे. अक्सर मतलब यह mandatory रखा है कि बताइश ठीक है ताकि इंसान को आदत पड़ जाए.</w:t>
      </w:r>
    </w:p>
    <w:p>
      <w:r>
        <w:rPr>
          <w:b/>
        </w:rPr>
        <w:t xml:space="preserve">[1:20:13] </w:t>
      </w:r>
      <w:r>
        <w:t>Jab woh aadat pad jayenge tab us script ke saath padhni bahut zaroori I think spirit pakadna bahut zaroori hai saari cheezon mein. So that's what I personally No no, very good. Yeah. Spirit bahut zaroori hai. Absolutely, yes. Yeh dataities bhi manage ho jayegi, but woh important hai.</w:t>
      </w:r>
    </w:p>
    <w:p>
      <w:pPr>
        <w:jc w:val="right"/>
      </w:pPr>
      <w:r>
        <w:t>जब वह आदत पड़ जाएंगे तब उस script के साथ पड़नी बहुत ज़रूरी I think spirit पकड़ना बहुत ज़रूरी है सारी चीज़ों में. So that's what I personally No no, very good. Yeah. Spirit बहुत ज़रूरी है. Absolutely, yes. यह dataities भी manage हो जाएगी, but वह important है.</w:t>
      </w:r>
    </w:p>
    <w:p>
      <w:r>
        <w:rPr>
          <w:b/>
        </w:rPr>
        <w:t xml:space="preserve">[1:20:40] </w:t>
      </w:r>
      <w:r>
        <w:t>Usmein aap jahan baithte hain sapne nigalta ke liye. You have a question? So sir as a good citizen, as a good citizen humein kaha jata ki taxes pay karo. To hum jab tax pay karenge like hum corporate world mein jaate ek heavy amount of tax lagta hai. To hum usko pay karenge to humein woh uska sawab milega ya woh milega. Matlab bahut log kehte hain ki like aapka jo tax jayega matlab jo government hai bahut saari government uska dhang se use bhi nahi karti. To aapko kya pata ki woh theek se use hoga nahi hoga? And they try to save the tax.</w:t>
      </w:r>
    </w:p>
    <w:p>
      <w:pPr>
        <w:jc w:val="right"/>
      </w:pPr>
      <w:r>
        <w:t>उसमें आप जहां बैठते हैं सपने निगलता के लिए. You have a question? So sir as a good citizen, as a good citizen हमें कहा जाता कि taxes pay करो. तो हम जब tax pay करेंगे like हम corporate world में जाते एक heavy amount of tax लगता है. तो हम उसको pay करेंगे तो हमें वह उसका सवाब मिलेगा या वह मिलेगा. मतलब बहुत लोग कहते हैं कि like आपका जो tax जाएगा मतलब जो government है बहुत सारी government उसका ढंग से use भी नहीं करती. तो आपको क्या पता कि वह ठीक से use होगा नहीं होगा? And they try to save the tax.</w:t>
      </w:r>
    </w:p>
    <w:p>
      <w:r>
        <w:rPr>
          <w:b/>
        </w:rPr>
        <w:t xml:space="preserve">[1:21:09] </w:t>
      </w:r>
      <w:r>
        <w:t>Bahut saari tarike hote hain tax save karne ke liye and they plan it out like Hindus bahut karte hain plan out. So woh kehte hain ki like tax save karke to build it better for life. To soch raha hai kya hona chahiye? Matlab kabhi kabhi hum bhi confuse ho jaate like tax ko save karna to plan rakhun ya phir nahi? Aur tax save karne ke liye loan aur debt wagera kabhi pura hum finance mein padhaya gaya hai. To aisi baat nikli thi hamare friend seller mein ki kaise taxes ko bachaye?</w:t>
      </w:r>
    </w:p>
    <w:p>
      <w:pPr>
        <w:jc w:val="right"/>
      </w:pPr>
      <w:r>
        <w:t>बहुत सारी तरीके होते हैं tax save करने के लिए and they plan it out like हिंदूs बहुत करते हैं plan out. So वह कहते हैं कि like tax save करके to build it better for life. तो सोच रहा है क्या होना चाहिए? मतलब कभी कभी हम भी confuse हो जाते like tax को save करना तो plan रखूं या फिर नहीं? और tax save करने के लिए loan और debt वगैरह कभी पूरा हमें finance में पढ़ाया गया है. तो ऐसी बात निकली थी हमारे friend seller में कि कैसे taxes को बचाएं?</w:t>
      </w:r>
    </w:p>
    <w:p>
      <w:r>
        <w:rPr>
          <w:b/>
        </w:rPr>
        <w:t xml:space="preserve">[1:21:37] </w:t>
      </w:r>
      <w:r>
        <w:t>To maine kaha nahi main kabhi inshalan diye. Main loan nahi loongi. They were saying lekin tumhe lena padega. Kahin na kahin to credit score badhane ke liye kabhi bhi aur to yeh cheez thi ki No, so see there are two things. One is that we have to be a law abiding citizen And law abiding citizen means that you have to follow all the laws, the regulations that the government has laid out. Ek hota hai tax ki chori, ek hota hai tax ko bachana.</w:t>
      </w:r>
    </w:p>
    <w:p>
      <w:pPr>
        <w:jc w:val="right"/>
      </w:pPr>
      <w:r>
        <w:t>तो मैंने कहा नहीं मैं कभी इंशालन दिए. मैं loan नहीं लूंगी. They were saying लेकिन तुम्हें लेना पड़ेगा. कहीं ना कहीं तो credit score बढ़ाने के लिए कभी भी और तो यह चीज़ थी कि No, so see there are two things. One is that we have to be a law abiding citizen And law abiding citizen means that you have to follow all the laws, the regulations that the government has laid out. एक होता है tax की चोरी, एक होता है tax को बचाना.</w:t>
      </w:r>
    </w:p>
    <w:p>
      <w:r>
        <w:rPr>
          <w:b/>
        </w:rPr>
        <w:t xml:space="preserve">[1:22:06] </w:t>
      </w:r>
      <w:r>
        <w:t>Dono mein bahut fark hai. Tax ki chori is, is absolutely no no. Ok? But tax ko bachana government itself has come out with schemes that if you do investment in a b c, then you can save taxes. So they, those schemes are also devised in a way to benefit. It comes back into the system. So that is ok.</w:t>
      </w:r>
    </w:p>
    <w:p>
      <w:pPr>
        <w:jc w:val="right"/>
      </w:pPr>
      <w:r>
        <w:t>दोनों में बहुत फ़र्क है. Tax की चोरी is, is absolutely no no. Ok? But tax को बचाना government itself has come out with schemes that if you do investment in a b c, then you can save taxes. So they, those schemes are also devised in a way to benefit. It comes back into the system. So that is ok.</w:t>
      </w:r>
    </w:p>
    <w:p>
      <w:r>
        <w:rPr>
          <w:b/>
        </w:rPr>
        <w:t xml:space="preserve">[1:22:29] </w:t>
      </w:r>
      <w:r>
        <w:t>Jaise aap maan lijiye ki aapki taxable income hai, government says ki aap 1 lakh 50,000 tak aap ek equity linked savings scheme mein ya insurance plan mein daal sakte hain. Pachas hazar aap NPS mein daal sakte hain. To do lakh rupaye aapki total income se minus ho jayega, utna tax bach jayega. Which is absolutely fine. But tax ki chori nahi honi chahiye. Secondly, you really don't need to take a loan to improve your credit score. No? I mean, that is, that is ok.</w:t>
      </w:r>
    </w:p>
    <w:p>
      <w:pPr>
        <w:jc w:val="right"/>
      </w:pPr>
      <w:r>
        <w:t>जैसे आप मान लीजिए कि आपकी taxable income है, government says कि आप 1 lakh 50,000 तक आप एक equity linked savings scheme में या insurance plan में डाल सकते हैं. पचास हज़ार आप NPS में डाल सकते हैं. तो दो लाख रुपए आपकी total income से minus हो जाएगा, उतना tax बच जाएगा. Which is absolutely fine. But tax की चोरी नहीं होनी चाहिए. Secondly, you really don't need to take a loan to improve your credit score. No? I mean, that is, that is ok.</w:t>
      </w:r>
    </w:p>
    <w:p>
      <w:r>
        <w:rPr>
          <w:b/>
        </w:rPr>
        <w:t xml:space="preserve">[1:22:56] </w:t>
      </w:r>
      <w:r>
        <w:t>People say so that you take loan. Loan, aapko isliye nahi lena hai ki aap, aap, aapka, aapka credit score better ho jaaye. But maan lijiye ki aapko education leni hai aur uske liye aapke paas paise nahi hain.</w:t>
      </w:r>
    </w:p>
    <w:p>
      <w:pPr>
        <w:jc w:val="right"/>
      </w:pPr>
      <w:r>
        <w:t>People say so that you take loan. Loan, आपको इसलिए नहीं लेना है कि आप, आप, आपका, आपका credit score better हो जाए. But मान लीजिए कि आपको education लेनी है और उसके लिए आपके पास पैसे नहीं हैं.</w:t>
      </w:r>
    </w:p>
    <w:p>
      <w:r>
        <w:rPr>
          <w:b/>
        </w:rPr>
        <w:t xml:space="preserve">[1:23:12] </w:t>
      </w:r>
      <w:r>
        <w:t>But that education can make you stronger financially, a better person, professionally way forward, then that loan is fine and you can pay repay that loan which is ok because uska badal mein aapko education mil rahi hai. So which is bachane ke liye debt ka kuch hai? No sir, tax bachane ke liye agar loan lena pade to woh mat kijiye.</w:t>
      </w:r>
    </w:p>
    <w:p>
      <w:pPr>
        <w:jc w:val="right"/>
      </w:pPr>
      <w:r>
        <w:t>But that education can make you stronger financially, a better person, professionally way forward, then that loan is fine and you can pay repay that loan which is ok because उसका बदल में आपको education मिल रही है. So which is बचाने के लिए debt का कुछ है? No sir, tax बचाने के लिए अगर loan लेना पड़े तो वह मत कीजिए.</w:t>
      </w:r>
    </w:p>
    <w:p>
      <w:r>
        <w:rPr>
          <w:b/>
        </w:rPr>
        <w:t xml:space="preserve">[1:23:36] </w:t>
      </w:r>
      <w:r>
        <w:t>It's, I think that will not so yeah yeah so okay. Okay. Thank you, everyone. Yeah.</w:t>
      </w:r>
    </w:p>
    <w:p>
      <w:pPr>
        <w:jc w:val="right"/>
      </w:pPr>
      <w:r>
        <w:t>It's, I think that will not so yeah yeah so okay. Okay. Thank you, everyone. Yeah.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