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Tadabbur December 5, 2010</w:t>
      </w:r>
    </w:p>
    <w:p>
      <w:r>
        <w:t>https://youtu.be/VEhC8W1mfSY</w:t>
      </w:r>
    </w:p>
    <w:p>
      <w:r>
        <w:rPr>
          <w:b/>
        </w:rPr>
        <w:t xml:space="preserve">[00:28] </w:t>
      </w:r>
      <w:r>
        <w:t>wa ahallaqdatu min lissani, yafqahu qawli.</w:t>
      </w:r>
    </w:p>
    <w:p>
      <w:pPr>
        <w:jc w:val="right"/>
      </w:pPr>
      <w:r>
        <w:t>واحلالعقدۃ منلسانی ،یفقہ قولی ۔</w:t>
      </w:r>
    </w:p>
    <w:p>
      <w:r>
        <w:rPr>
          <w:b/>
        </w:rPr>
        <w:t xml:space="preserve">[00:37] </w:t>
      </w:r>
      <w:r>
        <w:t>aaj ka topic hai: "the importance of tadabbur in Islam".</w:t>
      </w:r>
    </w:p>
    <w:p>
      <w:pPr>
        <w:jc w:val="right"/>
      </w:pPr>
      <w:r>
        <w:t>آج کا ٹاپکہے: "دا امپورٹنس آف تد بر اناسلام" ۔</w:t>
      </w:r>
    </w:p>
    <w:p>
      <w:r>
        <w:rPr>
          <w:b/>
        </w:rPr>
        <w:t xml:space="preserve">[00:48] </w:t>
      </w:r>
      <w:r>
        <w:t>quran mein aaya hai ke Allah taala ne yeh kitab utari taake log is par tadabbur karein. li yadabbaru ayatihi, wa liyatadhakkar ulul albab.</w:t>
      </w:r>
    </w:p>
    <w:p>
      <w:pPr>
        <w:jc w:val="right"/>
      </w:pPr>
      <w:r>
        <w:t>قرآنمیںآیاہےکہ اللہ تعالیٰنے یہ کتاب ات اری تاکہلوگ اسپر تد بر کریں۔ ل یدبرو آیات ہ ، ولیتذکر أولوالالباب۔</w:t>
      </w:r>
    </w:p>
    <w:p>
      <w:r>
        <w:rPr>
          <w:b/>
        </w:rPr>
        <w:t xml:space="preserve">[01:05] </w:t>
      </w:r>
      <w:r>
        <w:t>yani ulul aql ke liye yeh kitab utari gayi hai.</w:t>
      </w:r>
    </w:p>
    <w:p>
      <w:pPr>
        <w:jc w:val="right"/>
      </w:pPr>
      <w:r>
        <w:t>یعنی اہلعقلکےلیے یہکتاب ات اریگئیہے۔</w:t>
      </w:r>
    </w:p>
    <w:p>
      <w:r>
        <w:rPr>
          <w:b/>
        </w:rPr>
        <w:t xml:space="preserve">[01:11] </w:t>
      </w:r>
      <w:r>
        <w:t>bahut ta'ajjub ki baat hai, ulul albab yani aql walon ke liye.</w:t>
      </w:r>
    </w:p>
    <w:p>
      <w:pPr>
        <w:jc w:val="right"/>
      </w:pPr>
      <w:r>
        <w:t>بہتعجیبباتہے، أولوالالبابیعنی عقلوالوںکےلیے۔</w:t>
      </w:r>
    </w:p>
    <w:p>
      <w:r>
        <w:rPr>
          <w:b/>
        </w:rPr>
        <w:t xml:space="preserve">[01:17] </w:t>
      </w:r>
      <w:r>
        <w:t>taake woh sochein aur phir is se naseehat hasil karein.</w:t>
      </w:r>
    </w:p>
    <w:p>
      <w:pPr>
        <w:jc w:val="right"/>
      </w:pPr>
      <w:r>
        <w:t>تاکہوہ سوچیں اور پھر اسسے نصیحتحاصل کریں۔</w:t>
      </w:r>
    </w:p>
    <w:p>
      <w:r>
        <w:rPr>
          <w:b/>
        </w:rPr>
        <w:t xml:space="preserve">[01:25] </w:t>
      </w:r>
      <w:r>
        <w:t>kitni ahem baat is ke andar kahi gayi hai. ek hadith mein hai ke quran ke bare mein ke li kulli ayatin minha zahr wa batin.</w:t>
      </w:r>
    </w:p>
    <w:p>
      <w:pPr>
        <w:jc w:val="right"/>
      </w:pPr>
      <w:r>
        <w:t>کتنی اہمبات اسکےاندرکہیگئیہے۔ ایکحدیثمیںہے کہ قرآنکےبارےمیںکہ لکل آیت منها زہر وب طن ۔</w:t>
      </w:r>
    </w:p>
    <w:p>
      <w:r>
        <w:rPr>
          <w:b/>
        </w:rPr>
        <w:t xml:space="preserve">[01:40] </w:t>
      </w:r>
      <w:r>
        <w:t>quran ki har ayat ka ek zahir hai aur uska ek batin hai.</w:t>
      </w:r>
    </w:p>
    <w:p>
      <w:pPr>
        <w:jc w:val="right"/>
      </w:pPr>
      <w:r>
        <w:t>قرآنکیہرآیتکاایک ظاہرہےاوراسکاایک باطن ہے۔</w:t>
      </w:r>
    </w:p>
    <w:p>
      <w:r>
        <w:rPr>
          <w:b/>
        </w:rPr>
        <w:t xml:space="preserve">[01:45] </w:t>
      </w:r>
      <w:r>
        <w:t>yani ek baat hai woh hai jo lafzon mein hai, ek baat hai woh hai jo ma'ni ke taur par is ke andar maujood hai.</w:t>
      </w:r>
    </w:p>
    <w:p>
      <w:pPr>
        <w:jc w:val="right"/>
      </w:pPr>
      <w:r>
        <w:t>یعنی ایکباتہےوہہےجولفظوںمیںہے، ایکباتہےوہہےجو معنیکےطورپراسکےاندرموجود ہے۔</w:t>
      </w:r>
    </w:p>
    <w:p>
      <w:r>
        <w:rPr>
          <w:b/>
        </w:rPr>
        <w:t xml:space="preserve">[01:56] </w:t>
      </w:r>
      <w:r>
        <w:t>yani kuch lines mein hai, kuch between the lines hai. kuch satoor mein hai, kuch beyond the satoor hai.</w:t>
      </w:r>
    </w:p>
    <w:p>
      <w:pPr>
        <w:jc w:val="right"/>
      </w:pPr>
      <w:r>
        <w:t>یعنیکچھلائنزمیںہے،کچھبٹویندیلائنہے۔ کچھ سطورمیںہے،کچھبائنسسطورہے۔</w:t>
      </w:r>
    </w:p>
    <w:p>
      <w:r>
        <w:rPr>
          <w:b/>
        </w:rPr>
        <w:t xml:space="preserve">[02:04] </w:t>
      </w:r>
      <w:r>
        <w:t>to quran ki saari jo gehrai yani jo deep meaning hai, is ke jo bade bade jo is ke andar baatein hain, wisdom,</w:t>
      </w:r>
    </w:p>
    <w:p>
      <w:pPr>
        <w:jc w:val="right"/>
      </w:pPr>
      <w:r>
        <w:t>تو قرآن کی ساریجو گرب یعنیجو ڈیپمیننگہے، اسکےجو بڑےبڑے جو اسکےاندر باتیںہیں، وزڈم،</w:t>
      </w:r>
    </w:p>
    <w:p>
      <w:r>
        <w:rPr>
          <w:b/>
        </w:rPr>
        <w:t xml:space="preserve">[02:21] </w:t>
      </w:r>
      <w:r>
        <w:t>woh as waqt aadmi ko samajh mein aati hain jabke woh aadmi soche, tadabbur kare. tadabbur ke ma'ni hote hain sochna, yani contemplation.</w:t>
      </w:r>
    </w:p>
    <w:p>
      <w:pPr>
        <w:jc w:val="right"/>
      </w:pPr>
      <w:r>
        <w:t>وہاسوقت آدمیکیسمجھمیںآتیہیںجبکہوہآدمیسوچے، تد برکرے۔ تد برکےمعنیہوتےہیںسوچنا، یعنی کنٹمپلی شن۔</w:t>
      </w:r>
    </w:p>
    <w:p>
      <w:r>
        <w:rPr>
          <w:b/>
        </w:rPr>
        <w:t xml:space="preserve">[02:37] </w:t>
      </w:r>
      <w:r>
        <w:t>to yeh bahut hi zyada zaroori hai jaanna ke quran jo hai sirf is liye nahi hai ke is ke lafzon ki tilawat kar li jaye.</w:t>
      </w:r>
    </w:p>
    <w:p>
      <w:pPr>
        <w:jc w:val="right"/>
      </w:pPr>
      <w:r>
        <w:t>تویہ بہت ہی زیادہ ضروریہے جان نا کہ قرآنجوہے صرفاسلیےنہیںہےکہاسکےلفظوںکیتلاوتکرلیجائے۔</w:t>
      </w:r>
    </w:p>
    <w:p>
      <w:r>
        <w:rPr>
          <w:b/>
        </w:rPr>
        <w:t xml:space="preserve">[02:48] </w:t>
      </w:r>
      <w:r>
        <w:t>aur bas. abhi ek khabar aayi thi ke kisi non-muslim ne kalma padha, ek actor ne kisi film mein,</w:t>
      </w:r>
    </w:p>
    <w:p>
      <w:pPr>
        <w:jc w:val="right"/>
      </w:pPr>
      <w:r>
        <w:t>اور بس۔ ابھیایکخبرآئیتھیکہ کسی نانمسلمنے کلمہ پڑھا، ایکٹرنے کسی فلم میں،</w:t>
      </w:r>
    </w:p>
    <w:p>
      <w:r>
        <w:rPr>
          <w:b/>
        </w:rPr>
        <w:t xml:space="preserve">[03:02] </w:t>
      </w:r>
      <w:r>
        <w:t>to la ilaha illallah muhammadur rasulullah ka talaffuz jo hai pronounce kiya us ne kuch galat tareeqe se.</w:t>
      </w:r>
    </w:p>
    <w:p>
      <w:pPr>
        <w:jc w:val="right"/>
      </w:pPr>
      <w:r>
        <w:t>تو لا الہالا اللہ محمد رسولاللہکاتلف ظجوہے پروناؤنسکیا اسنےکچھغلططریقےسے۔</w:t>
      </w:r>
    </w:p>
    <w:p>
      <w:r>
        <w:rPr>
          <w:b/>
        </w:rPr>
        <w:t xml:space="preserve">[03:11] </w:t>
      </w:r>
      <w:r>
        <w:t>isko toheen-e-kalma karar de kar is ke khilaf hungama ho gaya. case kar diya gaya is ke khilaf.</w:t>
      </w:r>
    </w:p>
    <w:p>
      <w:pPr>
        <w:jc w:val="right"/>
      </w:pPr>
      <w:r>
        <w:t>اسکو توہینکلمہقرار دےکراسکےخلاف ہنگامہہوگیا۔ کیسکردیاگیااسکےخلاف ۔</w:t>
      </w:r>
    </w:p>
    <w:p>
      <w:r>
        <w:rPr>
          <w:b/>
        </w:rPr>
        <w:t xml:space="preserve">[03:20] </w:t>
      </w:r>
      <w:r>
        <w:t>kyun? log talaffuz ko asal samajhte hain. sahi sahi ada karna. jisko kehte hain hind mein achaar karna.</w:t>
      </w:r>
    </w:p>
    <w:p>
      <w:pPr>
        <w:jc w:val="right"/>
      </w:pPr>
      <w:r>
        <w:t>کیوں ؟ لوگ تلف ظکواصلسمجھتےہیں۔ صحیحصحیحدہرادینا۔ جسکوکہتےہیںہندیمیںاچارنکرنا۔</w:t>
      </w:r>
    </w:p>
    <w:p>
      <w:r>
        <w:rPr>
          <w:b/>
        </w:rPr>
        <w:t xml:space="preserve">[03:32] </w:t>
      </w:r>
      <w:r>
        <w:t>theek theek achaar kar do to bas ho gaya. yeh bilkul galat hai.</w:t>
      </w:r>
    </w:p>
    <w:p>
      <w:pPr>
        <w:jc w:val="right"/>
      </w:pPr>
      <w:r>
        <w:t>ٹھیکٹھیکاچارنکردوتوبس ہوگیا۔ یہبالکل غلطہے۔</w:t>
      </w:r>
    </w:p>
    <w:p>
      <w:r>
        <w:rPr>
          <w:b/>
        </w:rPr>
        <w:t xml:space="preserve">[03:41] </w:t>
      </w:r>
      <w:r>
        <w:t>quran utara gaya hai tadabbur ke liye, yani contemplation ke liye, yani sochne ke liye.</w:t>
      </w:r>
    </w:p>
    <w:p>
      <w:pPr>
        <w:jc w:val="right"/>
      </w:pPr>
      <w:r>
        <w:t>قرآن اتاراگیاہے تد برکےلیے،یعنی کنٹمپلیشنکےلیے،یعنی سوچنےکےلیے۔</w:t>
      </w:r>
    </w:p>
    <w:p>
      <w:r>
        <w:rPr>
          <w:b/>
        </w:rPr>
        <w:t xml:space="preserve">[03:49] </w:t>
      </w:r>
      <w:r>
        <w:t>jitna zyada aadmi sochega, utne zyada quran ke ma'ni ko samjhega.</w:t>
      </w:r>
    </w:p>
    <w:p>
      <w:pPr>
        <w:jc w:val="right"/>
      </w:pPr>
      <w:r>
        <w:t>جتنازیادہ آدمیسوچےگا، اتنےزیادہ قرآنکےمعنیکوسمجھےگا۔</w:t>
      </w:r>
    </w:p>
    <w:p>
      <w:r>
        <w:rPr>
          <w:b/>
        </w:rPr>
        <w:t xml:space="preserve">[03:58] </w:t>
      </w:r>
      <w:r>
        <w:t>aur utni zyada is ke andar spirituality aayegi. Khuda se ta'alluq badhega. khushu' aur taqwa aayega.</w:t>
      </w:r>
    </w:p>
    <w:p>
      <w:pPr>
        <w:jc w:val="right"/>
      </w:pPr>
      <w:r>
        <w:t>اور اتنیزیادہ اسکےاندر اسپرچولٹیآئےگی۔ خداسےتعلقبڑھےگا۔ خشوعاورتقویٰآئےگا۔</w:t>
      </w:r>
    </w:p>
    <w:p>
      <w:r>
        <w:rPr>
          <w:b/>
        </w:rPr>
        <w:t xml:space="preserve">[04:08] </w:t>
      </w:r>
      <w:r>
        <w:t>jo bhi cheezein chahiye, woh sab aayengi through tadabbur. main ek misaal deta hoon is ko wazeh karne ke liye.</w:t>
      </w:r>
    </w:p>
    <w:p>
      <w:pPr>
        <w:jc w:val="right"/>
      </w:pPr>
      <w:r>
        <w:t>جو بھی چیز یں چاہیے، وہسبآئیںگی تھرو تد بر ۔ میںایکمثالدیتاہوں اسکوواضحکرنےکےلیے۔</w:t>
      </w:r>
    </w:p>
    <w:p>
      <w:r>
        <w:rPr>
          <w:b/>
        </w:rPr>
        <w:t xml:space="preserve">[04:24] </w:t>
      </w:r>
      <w:r>
        <w:t>ek sahabi the musalman, woh parhe likhe nahi the. bilkul hi illiterate the woh. to woh kya karte the?</w:t>
      </w:r>
    </w:p>
    <w:p>
      <w:pPr>
        <w:jc w:val="right"/>
      </w:pPr>
      <w:r>
        <w:t>ایک صاحبتھے مسلمان ،وہ پڑھےلکھےنہیںتھے۔ بالکل ہی اللیٹریٹتھےوہ ۔ تو وہ کیا کرتے تھے؟</w:t>
      </w:r>
    </w:p>
    <w:p>
      <w:r>
        <w:rPr>
          <w:b/>
        </w:rPr>
        <w:t xml:space="preserve">[04:35] </w:t>
      </w:r>
      <w:r>
        <w:t>quran ko kholte the aur is ki satooron par ungli pherte the aise hi. yeh bhi Khuda ka kalam hai, yeh bhi Khuda ka kalam hai.</w:t>
      </w:r>
    </w:p>
    <w:p>
      <w:pPr>
        <w:jc w:val="right"/>
      </w:pPr>
      <w:r>
        <w:t>قرآنکوکھولتےتھے اور اسکیسطروںپرانگلی پھیرتےتھےایسےہی۔ یہبھی خداکا کلام ہے، یہبھیخداکاکلامہے۔</w:t>
      </w:r>
    </w:p>
    <w:p>
      <w:r>
        <w:rPr>
          <w:b/>
        </w:rPr>
        <w:t xml:space="preserve">[04:45] </w:t>
      </w:r>
      <w:r>
        <w:t>parh sakte nahin the woh.</w:t>
      </w:r>
    </w:p>
    <w:p>
      <w:pPr>
        <w:jc w:val="right"/>
      </w:pPr>
      <w:r>
        <w:t>پڑھسکتےنہیںتھےوہ۔</w:t>
      </w:r>
    </w:p>
    <w:p>
      <w:r>
        <w:rPr>
          <w:b/>
        </w:rPr>
        <w:t xml:space="preserve">[04:49] </w:t>
      </w:r>
      <w:r>
        <w:t>to satron par ungli aise pherte the, yeh bhi Khuda ka kalam hai, yeh bhi Khuda ka kalam hai. yeh kya hai? yeh aqeedat bandi.</w:t>
      </w:r>
    </w:p>
    <w:p>
      <w:pPr>
        <w:jc w:val="right"/>
      </w:pPr>
      <w:r>
        <w:t>تو سطروںپرانگلی ایسےپھیرتےتھے، یہبھیخداکاکلامہے،یہبھیخداکاکلامہے۔ یہکیاہے ؟یہع قیدتبندی۔</w:t>
      </w:r>
    </w:p>
    <w:p>
      <w:r>
        <w:rPr>
          <w:b/>
        </w:rPr>
        <w:t xml:space="preserve">[05:00] </w:t>
      </w:r>
      <w:r>
        <w:t>isse inko sawab mila hoga. kyun ke sawab milta hai ikhlas par. to agar waqe'i ikhlas ke sath aisa kiya unhon ne to isko sawab mil jayega.</w:t>
      </w:r>
    </w:p>
    <w:p>
      <w:pPr>
        <w:jc w:val="right"/>
      </w:pPr>
      <w:r>
        <w:t>اسسےانکو ثواب ملاہوگا۔ کیونکہ ثوابملتاہے اخلاصپر ۔ تواگر واقعیاخلاصکےساتھ ایساکیاانہوںنےتواسکوثوابملجائےگا۔</w:t>
      </w:r>
    </w:p>
    <w:p>
      <w:r>
        <w:rPr>
          <w:b/>
        </w:rPr>
        <w:t xml:space="preserve">[05:11] </w:t>
      </w:r>
      <w:r>
        <w:t>lekin yeh Quran ka reduced form hai.</w:t>
      </w:r>
    </w:p>
    <w:p>
      <w:pPr>
        <w:jc w:val="right"/>
      </w:pPr>
      <w:r>
        <w:t>لیکن یہ قرآنکا ریڈیوسڈ فارمہے۔</w:t>
      </w:r>
    </w:p>
    <w:p>
      <w:r>
        <w:rPr>
          <w:b/>
        </w:rPr>
        <w:t xml:space="preserve">[05:21] </w:t>
      </w:r>
      <w:r>
        <w:t>asal jo Quran jo utara gaya hai, woh is liye nahin utara gaya hai ke be samjhe boojhe aapko dohraein.</w:t>
      </w:r>
    </w:p>
    <w:p>
      <w:pPr>
        <w:jc w:val="right"/>
      </w:pPr>
      <w:r>
        <w:t>اصل جو قرآنجو اتاراگیاہے،وہاسلیےنہیںاتاراگیاہے کہ بےسمجھےبوجھےآپکودہرادیں۔</w:t>
      </w:r>
    </w:p>
    <w:p>
      <w:r>
        <w:rPr>
          <w:b/>
        </w:rPr>
        <w:t xml:space="preserve">[05:28] </w:t>
      </w:r>
      <w:r>
        <w:t>nahin. sochen, tadabbur karen, contemplation ke zariye se is mein jo ma'ani, gehre ma'ani hain, isko samjhen.</w:t>
      </w:r>
    </w:p>
    <w:p>
      <w:pPr>
        <w:jc w:val="right"/>
      </w:pPr>
      <w:r>
        <w:t>نہیں ۔ سوچیں، تد برکریں، کنٹمپلیشنکےذریعےسےاسمیںجو معنی،گہرےمعنیہیں،اسکو سمجھیں۔</w:t>
      </w:r>
    </w:p>
    <w:p>
      <w:r>
        <w:rPr>
          <w:b/>
        </w:rPr>
        <w:t xml:space="preserve">[05:39] </w:t>
      </w:r>
      <w:r>
        <w:t>to mein ek misaal deta hoon. dekhen, Quran ki pehli ayat hai Alhamdulillah Rabb al 'alameen.</w:t>
      </w:r>
    </w:p>
    <w:p>
      <w:pPr>
        <w:jc w:val="right"/>
      </w:pPr>
      <w:r>
        <w:t>تومیںایکمثالدیتاہوں۔ دیکھیں،قرآنکیپہلیآیتہے الحمدللہ ربالعالم ین۔</w:t>
      </w:r>
    </w:p>
    <w:p>
      <w:r>
        <w:rPr>
          <w:b/>
        </w:rPr>
        <w:t xml:space="preserve">[05:50] </w:t>
      </w:r>
      <w:r>
        <w:t>to ek woh hai ke aap ungli ghuma dein is ke upar ke yeh Allah ka kalam hai. ya aap behtar tarah isko acharan karein. ek yeh hua.</w:t>
      </w:r>
    </w:p>
    <w:p>
      <w:pPr>
        <w:jc w:val="right"/>
      </w:pPr>
      <w:r>
        <w:t>توایکتوہےکہآپانگلی گھمادیںاسکےاوپرکہیہاللہکاکلامہے۔ یا آپبہتاچھیطرحاسکواچارنکردیں۔ ایکیہہوا۔</w:t>
      </w:r>
    </w:p>
    <w:p>
      <w:r>
        <w:rPr>
          <w:b/>
        </w:rPr>
        <w:t xml:space="preserve">[06:01] </w:t>
      </w:r>
      <w:r>
        <w:t>ek yeh ke aap isko sochen. dekhen, is ayat ka matlab kya hai? yeh hai acknowledge karna. Allah ki hamd ko karne ke ma'ani hain.</w:t>
      </w:r>
    </w:p>
    <w:p>
      <w:pPr>
        <w:jc w:val="right"/>
      </w:pPr>
      <w:r>
        <w:t>ایکیہکہآپ اسکوسوچیں۔ دیکھیں،اسآیتکامطلبکیاہے؟ یہہے اکنالجکرنا ۔اللہ کی حمد کو کرنے کےمعنیہیں۔</w:t>
      </w:r>
    </w:p>
    <w:p>
      <w:r>
        <w:rPr>
          <w:b/>
        </w:rPr>
        <w:t xml:space="preserve">[06:12] </w:t>
      </w:r>
      <w:r>
        <w:t>Allah ki glory ko acknowledge karna.</w:t>
      </w:r>
    </w:p>
    <w:p>
      <w:pPr>
        <w:jc w:val="right"/>
      </w:pPr>
      <w:r>
        <w:t>اللہ کیگل وریکواکنالجکرنا۔</w:t>
      </w:r>
    </w:p>
    <w:p>
      <w:r>
        <w:rPr>
          <w:b/>
        </w:rPr>
        <w:t xml:space="preserve">[06:18] </w:t>
      </w:r>
      <w:r>
        <w:t>aap isko tarjuma chahe kahein ke sari tareef Allah ke liye hai. sara shukr Allah ke liye hai. matlab kya hua? itraaf, acknowledgement.</w:t>
      </w:r>
    </w:p>
    <w:p>
      <w:pPr>
        <w:jc w:val="right"/>
      </w:pPr>
      <w:r>
        <w:t>آپ اسکاترجمہچاہے کہیںکہ ساریتعریفاللہکےلیے ہے۔ ساراشکراللہکےلیےہے۔ مطلب کیاہوا ؟ اعت راف ،اکنالجمنٹ ۔</w:t>
      </w:r>
    </w:p>
    <w:p>
      <w:r>
        <w:rPr>
          <w:b/>
        </w:rPr>
        <w:t xml:space="preserve">[06:29] </w:t>
      </w:r>
      <w:r>
        <w:t>kiska? Allah ki glory ka. Allah ke Rabb al 'alameen hone ka. ab aap dekhiye ke yeh jo kaam hai, woh kaun karega? pathar ya star aur planet nahin keh rahe hain ke insaan karega.</w:t>
      </w:r>
    </w:p>
    <w:p>
      <w:pPr>
        <w:jc w:val="right"/>
      </w:pPr>
      <w:r>
        <w:t>کسکا ؟اللہ کی گل وریکا ۔اللہ کے ربالعالم ینہونےکا ۔ابآپدیکھیے کہیہ جو کام ہے،وہکونکرےگا؟پتھر یا اسٹاراورپلینٹنہیںکہہرہےہیںکہانسانکرےگا۔</w:t>
      </w:r>
    </w:p>
    <w:p>
      <w:r>
        <w:rPr>
          <w:b/>
        </w:rPr>
        <w:t xml:space="preserve">[06:43] </w:t>
      </w:r>
      <w:r>
        <w:t>insaan. insaan rehta hai society mein. insanon ke darmiyan.</w:t>
      </w:r>
    </w:p>
    <w:p>
      <w:pPr>
        <w:jc w:val="right"/>
      </w:pPr>
      <w:r>
        <w:t>انسان۔ انسان رہتاہے سوسائٹیمیں۔ انسانوںکےدرمیان۔</w:t>
      </w:r>
    </w:p>
    <w:p>
      <w:r>
        <w:rPr>
          <w:b/>
        </w:rPr>
        <w:t xml:space="preserve">[06:49] </w:t>
      </w:r>
      <w:r>
        <w:t>har waqt isko aisi baatein pesh aati hain jis se is dil mein shikayat aa jati hai. complaint aa jati hai. nafrat aa jati hai, hate aa jati hai.</w:t>
      </w:r>
    </w:p>
    <w:p>
      <w:pPr>
        <w:jc w:val="right"/>
      </w:pPr>
      <w:r>
        <w:t>ہروقت اسکو ایسیباتیںپیش آتیہیں جسسےاسدلمیںشکایت آجاتیہے۔ کمپلینٹآجاتیہے۔ نفرت آجاتیہے،ہیٹآجاتاہے۔</w:t>
      </w:r>
    </w:p>
    <w:p>
      <w:r>
        <w:rPr>
          <w:b/>
        </w:rPr>
        <w:t xml:space="preserve">[07:02] </w:t>
      </w:r>
      <w:r>
        <w:t>yeh bilkul ataz bat natural. yeh hota hai. kyun ke society mein yeh society ka matlab hi yahi hai ke har ek ko doosre se kuch na kuch hogi shikayat.</w:t>
      </w:r>
    </w:p>
    <w:p>
      <w:pPr>
        <w:jc w:val="right"/>
      </w:pPr>
      <w:r>
        <w:t>یہ بالکل اٹازبٹنیچرل۔ یہہوتاہے۔ کیونکہ سوسائٹیمینز یہ سوسائٹیکامطلبہییہیہےکہ ہرایککودوسرےسےکچھنہکچھہوگی شکایت ۔</w:t>
      </w:r>
    </w:p>
    <w:p>
      <w:r>
        <w:rPr>
          <w:b/>
        </w:rPr>
        <w:t xml:space="preserve">[07:16] </w:t>
      </w:r>
      <w:r>
        <w:t>namumkin hai ke shikayat na ho.</w:t>
      </w:r>
    </w:p>
    <w:p>
      <w:pPr>
        <w:jc w:val="right"/>
      </w:pPr>
      <w:r>
        <w:t>نام مکنہےکہشکایت نہہو ۔</w:t>
      </w:r>
    </w:p>
    <w:p>
      <w:r>
        <w:rPr>
          <w:b/>
        </w:rPr>
        <w:t xml:space="preserve">[07:19] </w:t>
      </w:r>
      <w:r>
        <w:t>aap sochen ke jab dil shikayat se bhara hua hai to kaise kahega aadmi Alhamdulillah Rabb al 'alameen? phir to sirf lafz ko dohraega.</w:t>
      </w:r>
    </w:p>
    <w:p>
      <w:pPr>
        <w:jc w:val="right"/>
      </w:pPr>
      <w:r>
        <w:t>آپسوچیےکہجب دل شکایتسےبھراہواہے تو کیسےکہےگاآدمی الحمدللہرب العالم ین؟ پھرتو صرف لفظکودہرائےگا۔</w:t>
      </w:r>
    </w:p>
    <w:p>
      <w:r>
        <w:rPr>
          <w:b/>
        </w:rPr>
        <w:t xml:space="preserve">[07:32] </w:t>
      </w:r>
      <w:r>
        <w:t>kyun ke yeh kehne ke liye ke Khuda tera shukr hai, bohat hi positive dil chahiye. bohat hi open mind chahiye.</w:t>
      </w:r>
    </w:p>
    <w:p>
      <w:pPr>
        <w:jc w:val="right"/>
      </w:pPr>
      <w:r>
        <w:t>کیونکہیہ کہنےکےلیےکہخدایاتیراشکرہے، بہت ہی پوزیٹیودل چاہیے۔ بہت ہی اوپنمائنڈچاہیے۔</w:t>
      </w:r>
    </w:p>
    <w:p>
      <w:r>
        <w:rPr>
          <w:b/>
        </w:rPr>
        <w:t xml:space="preserve">[07:42] </w:t>
      </w:r>
      <w:r>
        <w:t>dil mein na bughz ho, na nafrat ho, na ghussa ho, na complaint ho.</w:t>
      </w:r>
    </w:p>
    <w:p>
      <w:pPr>
        <w:jc w:val="right"/>
      </w:pPr>
      <w:r>
        <w:t>دل میں نہ باعثہو، نہ نفرتہو ، نہ غصہہو ، نہ کمپلینٹہو۔</w:t>
      </w:r>
    </w:p>
    <w:p>
      <w:r>
        <w:rPr>
          <w:b/>
        </w:rPr>
        <w:t xml:space="preserve">[07:52] </w:t>
      </w:r>
      <w:r>
        <w:t>tab sahi ma'non mein aadmi keh payega Khuda ya tera shukr hai, mein acknowledge karta hoon teri glory ka. teri boundaries ka.</w:t>
      </w:r>
    </w:p>
    <w:p>
      <w:pPr>
        <w:jc w:val="right"/>
      </w:pPr>
      <w:r>
        <w:t>تب صحیحمعنوںمیںآدمیکہہپائےگاخدایا تیراشکرہے، میں اکنالجکرتاہوںتیریگلوریکا ۔ تیری باؤنڈریز کا۔</w:t>
      </w:r>
    </w:p>
    <w:p>
      <w:r>
        <w:rPr>
          <w:b/>
        </w:rPr>
        <w:t xml:space="preserve">[08:07] </w:t>
      </w:r>
      <w:r>
        <w:t>to kaise kahega aadmi? is</w:t>
      </w:r>
    </w:p>
    <w:p>
      <w:pPr>
        <w:jc w:val="right"/>
      </w:pPr>
      <w:r>
        <w:t>توکیسےکہےگاآدمی ؟ اس</w:t>
      </w:r>
    </w:p>
    <w:p>
      <w:r>
        <w:rPr>
          <w:b/>
        </w:rPr>
        <w:t xml:space="preserve">[08:10] </w:t>
      </w:r>
      <w:r>
        <w:t>mein yeh cheez, iske ma'ni ka implicit hai is mein ke pehle apne aapko tayyar karo, prepare karo yeh kehne ke liye.</w:t>
      </w:r>
    </w:p>
    <w:p>
      <w:pPr>
        <w:jc w:val="right"/>
      </w:pPr>
      <w:r>
        <w:t>میںیہچیز ،اسکےمعنیکہایمپلیسٹہےاسمیں کہ پہلے اپنےآپکو تیار کرو، پریپیئرکرو یہکہنےکےلیے۔</w:t>
      </w:r>
    </w:p>
    <w:p>
      <w:r>
        <w:rPr>
          <w:b/>
        </w:rPr>
        <w:t xml:space="preserve">[08:24] </w:t>
      </w:r>
      <w:r>
        <w:t>yani Alhamdulillah Rabb al 'alameen se pehle ek ek precondition hai. pre Alhamdulillah ek. woh kya hai? soch soch kar, soch soch kar ke meaning karna.</w:t>
      </w:r>
    </w:p>
    <w:p>
      <w:pPr>
        <w:jc w:val="right"/>
      </w:pPr>
      <w:r>
        <w:t>یعنی الحمدللہرب العالمینسےپہلے ایک ایک پریکنڈیشنہے۔ پری الحمدللہایک ۔ وہکیاہے؟ سوچسوچکر،سوچسوچکرکے می نجکرنا۔</w:t>
      </w:r>
    </w:p>
    <w:p>
      <w:r>
        <w:rPr>
          <w:b/>
        </w:rPr>
        <w:t xml:space="preserve">[08:40] </w:t>
      </w:r>
      <w:r>
        <w:t>you have to learn the art of problem management, complaint management, hate management.</w:t>
      </w:r>
    </w:p>
    <w:p>
      <w:pPr>
        <w:jc w:val="right"/>
      </w:pPr>
      <w:r>
        <w:t>یوہیوٹولرنداآرٹآف پرابلممینجمنٹ ، کمپلینٹمینجمنٹ، ہیٹمینجمنٹ ۔</w:t>
      </w:r>
    </w:p>
    <w:p>
      <w:r>
        <w:rPr>
          <w:b/>
        </w:rPr>
        <w:t xml:space="preserve">[08:50] </w:t>
      </w:r>
      <w:r>
        <w:t>yani jo aap ke dil mein aaya negative thought, pehle isko manage kijiye. apne aapko ek dam</w:t>
      </w:r>
    </w:p>
    <w:p>
      <w:pPr>
        <w:jc w:val="right"/>
      </w:pPr>
      <w:r>
        <w:t>یعنیجوآپ کےدلمیںآیا نیگیٹیوتھاٹ، پہلے اسکو مینجکیجیے۔ اپنےآپکو ایک دم</w:t>
      </w:r>
    </w:p>
    <w:p>
      <w:r>
        <w:rPr>
          <w:b/>
        </w:rPr>
        <w:t xml:space="preserve">[09:03] </w:t>
      </w:r>
      <w:r>
        <w:t>positive banaiye.</w:t>
      </w:r>
    </w:p>
    <w:p>
      <w:pPr>
        <w:jc w:val="right"/>
      </w:pPr>
      <w:r>
        <w:t>پوزیٹیوبنائیے۔</w:t>
      </w:r>
    </w:p>
    <w:p>
      <w:r>
        <w:rPr>
          <w:b/>
        </w:rPr>
        <w:t xml:space="preserve">[09:06] </w:t>
      </w:r>
      <w:r>
        <w:t>bohat ziyada aap apne dil ko saaf kijiye, purify kijiye. tab aap is qabil honge ke aap kahein Alhamdulillah Rabb al-Alameen.</w:t>
      </w:r>
    </w:p>
    <w:p>
      <w:pPr>
        <w:jc w:val="right"/>
      </w:pPr>
      <w:r>
        <w:t>بہت زیادہ آپ اپنےدلکو صافکیجیے،پیوریفائیکیجیے۔ تب آپ اسقابلہوںگےکہآپ کہیں الحمدللہ رب العالم ین ۔</w:t>
      </w:r>
    </w:p>
    <w:p>
      <w:r>
        <w:rPr>
          <w:b/>
        </w:rPr>
        <w:t xml:space="preserve">[09:17] </w:t>
      </w:r>
      <w:r>
        <w:t>abhi sari baatein soch ke maloom hoti hain. aap na sochein to bas samjhenge ke zubaan se bol diya, isko uchar nahi kiya to bas ho gaya.</w:t>
      </w:r>
    </w:p>
    <w:p>
      <w:pPr>
        <w:jc w:val="right"/>
      </w:pPr>
      <w:r>
        <w:t>ابیہساریباتیںسوچکےمعلومہوتیہیں۔ آپنہسوچیںتوبس سمجھیںگے کہ زبان سےبول دیا، اسکو اچارنکردیاتوبسہوگیا۔</w:t>
      </w:r>
    </w:p>
    <w:p>
      <w:r>
        <w:rPr>
          <w:b/>
        </w:rPr>
        <w:t xml:space="preserve">[09:32] </w:t>
      </w:r>
      <w:r>
        <w:t>yehi muamla saare Quran ka hai, saare Quran ka hai, saare Quran ka hai.</w:t>
      </w:r>
    </w:p>
    <w:p>
      <w:pPr>
        <w:jc w:val="right"/>
      </w:pPr>
      <w:r>
        <w:t>یہیمعاملہ سارےقرآنکاہے،سارےقرآنکاہے،سارےقرآنکاہے۔</w:t>
      </w:r>
    </w:p>
    <w:p>
      <w:r>
        <w:rPr>
          <w:b/>
        </w:rPr>
        <w:t xml:space="preserve">[09:40] </w:t>
      </w:r>
      <w:r>
        <w:t>ye muamla imaan ki aayatein, ibadat ki aayatein, ikhlaq ki aayatein, jo bhi Quran mein aayatein hain, un sab ka muamla yehi hai.</w:t>
      </w:r>
    </w:p>
    <w:p>
      <w:pPr>
        <w:jc w:val="right"/>
      </w:pPr>
      <w:r>
        <w:t>یہمعاملہ ایمان کیآیتیں، عبادتکیآیتیں، اخلاق کیآیتیں، جو بھیقرآنمیںآیتیںہیں، انسب کامعاملہیہیہے۔</w:t>
      </w:r>
    </w:p>
    <w:p>
      <w:r>
        <w:rPr>
          <w:b/>
        </w:rPr>
        <w:t xml:space="preserve">[09:53] </w:t>
      </w:r>
      <w:r>
        <w:t>aur hadithon ka muamla bhi yehi hai. hadithon pe sochna hai. baghair soche koi hadith aap ko samajh mein nahi aayegi.</w:t>
      </w:r>
    </w:p>
    <w:p>
      <w:pPr>
        <w:jc w:val="right"/>
      </w:pPr>
      <w:r>
        <w:t>اور حدیثوںکامعاملہبھییہیہے۔ حدیثوںپہسوچناہے۔ بغیرسوچے کوئیحدیثآپکیسمجھمیںنہیںآئےگی۔</w:t>
      </w:r>
    </w:p>
    <w:p>
      <w:r>
        <w:rPr>
          <w:b/>
        </w:rPr>
        <w:t xml:space="preserve">[10:04] </w:t>
      </w:r>
      <w:r>
        <w:t>hadith ka sirf tarjuma jaanna jo hai, ye kafi nahi hai.</w:t>
      </w:r>
    </w:p>
    <w:p>
      <w:pPr>
        <w:jc w:val="right"/>
      </w:pPr>
      <w:r>
        <w:t>حدیثکاصرفترجمہجانناجوہے،یہکافینہیںہے۔</w:t>
      </w:r>
    </w:p>
    <w:p>
      <w:r>
        <w:rPr>
          <w:b/>
        </w:rPr>
        <w:t xml:space="preserve">[10:08] </w:t>
      </w:r>
      <w:r>
        <w:t>is pe sochna, sochna, sochna, sochna.</w:t>
      </w:r>
    </w:p>
    <w:p>
      <w:pPr>
        <w:jc w:val="right"/>
      </w:pPr>
      <w:r>
        <w:t>اسپرسوچنا،سوچنا،سوچنا،سوچنا۔</w:t>
      </w:r>
    </w:p>
    <w:p>
      <w:r>
        <w:rPr>
          <w:b/>
        </w:rPr>
        <w:t xml:space="preserve">[10:13] </w:t>
      </w:r>
      <w:r>
        <w:t>jaise aap dekhiye, imaan ko lijiye, jo pehli cheez hai. pehli cheez hai imaan. to Bukhari mein hai ke man qala la ilaha illallah dakhala al-jannah</w:t>
      </w:r>
    </w:p>
    <w:p>
      <w:pPr>
        <w:jc w:val="right"/>
      </w:pPr>
      <w:r>
        <w:t>جیسےآپدیکھیے، ایمان کولیجیے،جوپہلیچیزہے۔ پہلیچیزہےایمان ۔ تو بخ اریمیںہےکہ من قال لاالہالا اللہ دخل الج نة</w:t>
      </w:r>
    </w:p>
    <w:p>
      <w:r>
        <w:rPr>
          <w:b/>
        </w:rPr>
        <w:t xml:space="preserve">[10:33] </w:t>
      </w:r>
      <w:r>
        <w:t>. jisne kaha ke Allah ke siwa koi ilaah nahi, to woh jayega jannat mein.</w:t>
      </w:r>
    </w:p>
    <w:p>
      <w:pPr>
        <w:jc w:val="right"/>
      </w:pPr>
      <w:r>
        <w:t>۔جسنےکہاکہ اللہ کےسواکوئیالہنہیں، تو وہ جائےگا جنتمیں ۔</w:t>
      </w:r>
    </w:p>
    <w:p>
      <w:r>
        <w:rPr>
          <w:b/>
        </w:rPr>
        <w:t xml:space="preserve">[10:43] </w:t>
      </w:r>
      <w:r>
        <w:t>ab iska ek matlab ye logon ne samajh liya ke bas kalma go ke liye jannat hai. jo munh se bol de ye alfaaz theek theek, to bas woh jannat mein chala jayega.</w:t>
      </w:r>
    </w:p>
    <w:p>
      <w:pPr>
        <w:jc w:val="right"/>
      </w:pPr>
      <w:r>
        <w:t>اباسکاایکمطلب یہ لوگوںنےسمجھلیاکہبسکلمہگوکےلیےجنتہے۔ جومنہسےبول دے یہ الفاظ ٹھیکٹھیک، توبس وہجنتمیںچلاجائےگا۔</w:t>
      </w:r>
    </w:p>
    <w:p>
      <w:r>
        <w:rPr>
          <w:b/>
        </w:rPr>
        <w:t xml:space="preserve">[10:57] </w:t>
      </w:r>
      <w:r>
        <w:t>that is gross underestimation of the kalma.</w:t>
      </w:r>
    </w:p>
    <w:p>
      <w:pPr>
        <w:jc w:val="right"/>
      </w:pPr>
      <w:r>
        <w:t>دیٹاز گراس انڈرایسٹیمیشن آفدیکلمہ۔</w:t>
      </w:r>
    </w:p>
    <w:p>
      <w:r>
        <w:rPr>
          <w:b/>
        </w:rPr>
        <w:t xml:space="preserve">[11:03] </w:t>
      </w:r>
      <w:r>
        <w:t>kahin jannat itni badi cheez hai, itni badi cheez hai, itni badi cheez hai, woh sirf mil jayegi uchar karne se? ye Khuda ki, Khuda ko underestimate karna hai, kalma ko underestimate karna hai, jannat ko underestimate karna hai.</w:t>
      </w:r>
    </w:p>
    <w:p>
      <w:pPr>
        <w:jc w:val="right"/>
      </w:pPr>
      <w:r>
        <w:t>کہیںجنتاتنیبڑیچیزہے،اتنیبڑیچیزہے،اتنیبڑیچیزہے، وہصرف ملجائےگی اچارنکرنےسے؟ یہخدا کی ،خدا کوانڈرایسٹیمیٹکرناہے،کلمہکوانڈرایسٹیمیٹکرناہے،جنتکو انڈرایسٹیمیٹکرناہے۔</w:t>
      </w:r>
    </w:p>
    <w:p>
      <w:r>
        <w:rPr>
          <w:b/>
        </w:rPr>
        <w:t xml:space="preserve">[11:22] </w:t>
      </w:r>
      <w:r>
        <w:t>nahi, imaan ka matlab hai woh, woh bol jo daryaft se nikla ho, jo discovery se nikla ho.</w:t>
      </w:r>
    </w:p>
    <w:p>
      <w:pPr>
        <w:jc w:val="right"/>
      </w:pPr>
      <w:r>
        <w:t>نہیں ،ایمانکامطلبہے وہ ،وہ بول جو دریا فتسےنکلاہو،جو ڈسکوریسےنکلاہو۔</w:t>
      </w:r>
    </w:p>
    <w:p>
      <w:r>
        <w:rPr>
          <w:b/>
        </w:rPr>
        <w:t xml:space="preserve">[11:33] </w:t>
      </w:r>
      <w:r>
        <w:t>jaise woh Greek felaasafar jo tha, jisko ek discovery hui, aur usko, aur yeh kehta hua bhaga ke Eureka, Eureka, maine pa liya, maine jaan liya.</w:t>
      </w:r>
    </w:p>
    <w:p>
      <w:pPr>
        <w:jc w:val="right"/>
      </w:pPr>
      <w:r>
        <w:t>جیسے وہگریکفلاسفرجوتھا، جسکوایکڈسکوریہوئی، اوراسکو ،اور یہ کہتاہوا بھاگا کہ یوریکا،یوریکا، میںنےپالیا،میںنے جان لیا۔</w:t>
      </w:r>
    </w:p>
    <w:p>
      <w:r>
        <w:rPr>
          <w:b/>
        </w:rPr>
        <w:t xml:space="preserve">[11:47] </w:t>
      </w:r>
      <w:r>
        <w:t>to kya aap samajhte hain ke ye bas ek kalma tha, sirf Eureka ek kalma tha? nahi, ek daryaft ke baad nikla hua zubaan se ek samandar tha.</w:t>
      </w:r>
    </w:p>
    <w:p>
      <w:pPr>
        <w:jc w:val="right"/>
      </w:pPr>
      <w:r>
        <w:t>توکیا آپسمجھتےہیںکہیہبسایکلفظتھا،صرفیوریکاایکلفظتھا؟ نہیں ، ایک دریا فت کےبعد نکلاہوا زبان سےایک سم ندرتھا۔</w:t>
      </w:r>
    </w:p>
    <w:p>
      <w:r>
        <w:rPr>
          <w:b/>
        </w:rPr>
        <w:t xml:space="preserve">[12:01] </w:t>
      </w:r>
      <w:r>
        <w:t>ek bhauchalta tha.</w:t>
      </w:r>
    </w:p>
    <w:p>
      <w:pPr>
        <w:jc w:val="right"/>
      </w:pPr>
      <w:r>
        <w:t>ایک بھونچالتھا۔</w:t>
      </w:r>
    </w:p>
    <w:p>
      <w:r>
        <w:rPr>
          <w:b/>
        </w:rPr>
        <w:t xml:space="preserve">[12:06] </w:t>
      </w:r>
      <w:r>
        <w:t>isi liye kaha jata hai ke woh us waqt tub mein naha raha tha, kapda utar kar ke.</w:t>
      </w:r>
    </w:p>
    <w:p>
      <w:pPr>
        <w:jc w:val="right"/>
      </w:pPr>
      <w:r>
        <w:t>اسیلیےکہاجاتاہےکہوہاسوقت ٹبمیںنہارہاتھا، کپڑااتارکرکے۔</w:t>
      </w:r>
    </w:p>
    <w:p>
      <w:r>
        <w:rPr>
          <w:b/>
        </w:rPr>
        <w:t xml:space="preserve">[12:15] </w:t>
      </w:r>
      <w:r>
        <w:t>Archimedes iska naam bataya jata hai. to badshah ne us se kaha tha ke tum yeh baat daryaft karo, nahi to usko qatl kar denge tum ko.</w:t>
      </w:r>
    </w:p>
    <w:p>
      <w:pPr>
        <w:jc w:val="right"/>
      </w:pPr>
      <w:r>
        <w:t>آ رکیبیڈیزاسکانام بتایاجاتاہے۔ تو بادشاہنےاسسےکہاتھاکہتم یہبات دریا فتکرو، نہیںتواسکوقتلکردیںگےتمکو۔</w:t>
      </w:r>
    </w:p>
    <w:p>
      <w:r>
        <w:rPr>
          <w:b/>
        </w:rPr>
        <w:t xml:space="preserve">[12:25] </w:t>
      </w:r>
      <w:r>
        <w:t>to jab woh naha raha tha, us waqt usko daryaft hui, achaanak.</w:t>
      </w:r>
    </w:p>
    <w:p>
      <w:pPr>
        <w:jc w:val="right"/>
      </w:pPr>
      <w:r>
        <w:t>توجبوہنہارہاتھا،اسوقت اسکودریافت ہوئی، اچانک۔</w:t>
      </w:r>
    </w:p>
    <w:p>
      <w:r>
        <w:rPr>
          <w:b/>
        </w:rPr>
        <w:t xml:space="preserve">[12:31] </w:t>
      </w:r>
      <w:r>
        <w:t>to itna zyada usko thrill aaya, thrill, ke bhool gaya ke mujhe kapda pehanna hai. nikal ke bhaga.</w:t>
      </w:r>
    </w:p>
    <w:p>
      <w:pPr>
        <w:jc w:val="right"/>
      </w:pPr>
      <w:r>
        <w:t>تو اتنازیادہ اسکو تھرلآیا،تھرل، کہ بھولگیاکہمجھےکپڑاپہنناہے۔ نکلکےبھاگا۔</w:t>
      </w:r>
    </w:p>
    <w:p>
      <w:r>
        <w:rPr>
          <w:b/>
        </w:rPr>
        <w:t xml:space="preserve">[12:41] </w:t>
      </w:r>
      <w:r>
        <w:t>Eureka, Eureka, maine jaan liya, maine jaan liya. I have discovered. ye hai imaan, ye hai kalma.</w:t>
      </w:r>
    </w:p>
    <w:p>
      <w:pPr>
        <w:jc w:val="right"/>
      </w:pPr>
      <w:r>
        <w:t>یوریکا،یوریکا، میںنےجانلیا،میںنےجانلیا۔ آئیہیوڈسکورڈ۔ یہہے ایمان، یہہے کلمہ۔</w:t>
      </w:r>
    </w:p>
    <w:p>
      <w:r>
        <w:rPr>
          <w:b/>
        </w:rPr>
        <w:t xml:space="preserve">[12:53] </w:t>
      </w:r>
      <w:r>
        <w:t>dekhiye, kalma ka aaghaz kahan se hota hai? Quran mein hai wa wajadaka zallan fahada. kalma ka aaghaz hota hai seekhne se.</w:t>
      </w:r>
    </w:p>
    <w:p>
      <w:pPr>
        <w:jc w:val="right"/>
      </w:pPr>
      <w:r>
        <w:t>دیکھیے،کلمہکاآغاز کہاںسےہوتاہے؟ قرآنمیںہے وَوَجَدَكَظَالًّا فَهَدَى۔ کلمہکا آغاز ہوتاہے سیکھنےسے۔</w:t>
      </w:r>
    </w:p>
    <w:p>
      <w:r>
        <w:rPr>
          <w:b/>
        </w:rPr>
        <w:t xml:space="preserve">[13:06] </w:t>
      </w:r>
      <w:r>
        <w:t>pehla aadmi ko seekhne wala banna padta hai, phir woh momin banta hai.</w:t>
      </w:r>
    </w:p>
    <w:p>
      <w:pPr>
        <w:jc w:val="right"/>
      </w:pPr>
      <w:r>
        <w:t>پہلے آدمیکوسیکھربنناپڑتاہے، پھروہ مومنبنتاہے۔</w:t>
      </w:r>
    </w:p>
    <w:p>
      <w:r>
        <w:rPr>
          <w:b/>
        </w:rPr>
        <w:t xml:space="preserve">[13:14] </w:t>
      </w:r>
      <w:r>
        <w:t>pehla aadmi ko seekhne wala banna padta hai, Rasool Allah seekhne wale bane. ye Quran mein jo hai ke wa wajadaka zallan fahada. Allah ne farmaya ke tujh ko paya hum ne seekhne wala, phir tujh ko imaan ka atiya diya.</w:t>
      </w:r>
    </w:p>
    <w:p>
      <w:pPr>
        <w:jc w:val="right"/>
      </w:pPr>
      <w:r>
        <w:t>پہلے آدمیکوسیکھربنناپڑتاہے،رسولاللہ سیکھربنے۔ یہقرآنمیںجوہےکہوَ وَجَدَكَظَالًّافَهَدَى۔ اللہ نےفرمایاکہ تجھکو پایاہمنےسیکھر، پھرتجھکوایمانکا عطیہدیا۔</w:t>
      </w:r>
    </w:p>
    <w:p>
      <w:r>
        <w:rPr>
          <w:b/>
        </w:rPr>
        <w:t xml:space="preserve">[13:32] </w:t>
      </w:r>
      <w:r>
        <w:t>to yeh hai imaan. to ab is mein dekhiye, ek usool hai quran ko samajhne ka ke al quran yufassiru ba'dahu ba'dan.</w:t>
      </w:r>
    </w:p>
    <w:p>
      <w:pPr>
        <w:jc w:val="right"/>
      </w:pPr>
      <w:r>
        <w:t>تویہہےایمان۔ تو اباسمیںدیکھیے،ایک اصولہےقرآنکو سمجھنےکا کہالْقُرْآنُ يُفَسِّرُبَعْضَهُبَعْضًا۔</w:t>
      </w:r>
    </w:p>
    <w:p>
      <w:r>
        <w:rPr>
          <w:b/>
        </w:rPr>
        <w:t xml:space="preserve">[13:44] </w:t>
      </w:r>
      <w:r>
        <w:t>quran ka ek hissa doosre hisse ko samajhne mein madad karta hai. yeh baat hadith ke bare mein bhi hai. al hadith yufassiru ba'dahu ba'dan</w:t>
      </w:r>
    </w:p>
    <w:p>
      <w:pPr>
        <w:jc w:val="right"/>
      </w:pPr>
      <w:r>
        <w:t>قرآنکاایکحصہ دوسرےحصےکوسمجھنےمیںمددکرتاہے۔ یہباتحدیثکےبارےمیںبھیہے۔ الْحَدِيْثُ يُفَسِّرُبَعْضَهُبَعْضًا</w:t>
      </w:r>
    </w:p>
    <w:p>
      <w:r>
        <w:rPr>
          <w:b/>
        </w:rPr>
        <w:t xml:space="preserve">[13:56] </w:t>
      </w:r>
      <w:r>
        <w:t>. to ab is ko apply kijiye aap. to bukhari mein yeh riwayat hai ke jisne kaha la ilaha illallah, to woh jayega jannat mein.</w:t>
      </w:r>
    </w:p>
    <w:p>
      <w:pPr>
        <w:jc w:val="right"/>
      </w:pPr>
      <w:r>
        <w:t>۔تو اب اسکواپلائیکیجیےآپ۔ تو بخاریمیںیہروایتہےکہ جسنےکہا لاالہالااللہ،تووہ جائےگاجنتمیں ۔</w:t>
      </w:r>
    </w:p>
    <w:p>
      <w:r>
        <w:rPr>
          <w:b/>
        </w:rPr>
        <w:t xml:space="preserve">[14:09] </w:t>
      </w:r>
      <w:r>
        <w:t>ab aap ek aur cheez ko dekhiye,</w:t>
      </w:r>
    </w:p>
    <w:p>
      <w:pPr>
        <w:jc w:val="right"/>
      </w:pPr>
      <w:r>
        <w:t>ابآپ ایکاورچیزکودیکھیے،</w:t>
      </w:r>
    </w:p>
    <w:p>
      <w:r>
        <w:rPr>
          <w:b/>
        </w:rPr>
        <w:t xml:space="preserve">[14:12] </w:t>
      </w:r>
      <w:r>
        <w:t>quran ka jo para saat hai, wa izaa sami'oo. is ko padhiye aap. saatwan para ka shuru wa izaa sami'oo ma unta illa rasoolo tara aayatilehim tafweed min al damm mimma arafu min al haqq. yaqoolu rabbana aamanna faqtuna ma'al shahideen fa asahab humu Allahu bima qalu jannatun. yahan bhi dekhiye, qaul par jannat batai gayi hai.</w:t>
      </w:r>
    </w:p>
    <w:p>
      <w:pPr>
        <w:jc w:val="right"/>
      </w:pPr>
      <w:r>
        <w:t>قرآنکاجو پار ہ ساتہے، وَإِذَاسَمَعُوا ۔اسکو پڑھیےآپ۔ ساتواںپارہ کا شروع وَإِذَاسَمَعُوا مَاأُنْتَإِلَّاالرَّسُولُ تَرَىآيَلَهُمْتَفْوِيضُمِنَالْدَّمْمِمَّاعَرَفُوامِنَالْحَقِّ۔يَقُولُونَرَبَّنَاآمَنَّافَ قْتُنَامَعَالش َّاهِدِينَ فَأَصَاحَبَهُمُاللَّهُ بِمَاقَالُواجَنَّاتٌ ۔یہاںپہدیکھیے،قولپرجنت بتائیگئیہے۔</w:t>
      </w:r>
    </w:p>
    <w:p>
      <w:r>
        <w:rPr>
          <w:b/>
        </w:rPr>
        <w:t xml:space="preserve">[14:41] </w:t>
      </w:r>
      <w:r>
        <w:t>yeh kaha unhone, is liye unko jannat mili. lekin woh kehna kya tha? woh bima arafu. yeh maarfat par mabni tha.</w:t>
      </w:r>
    </w:p>
    <w:p>
      <w:pPr>
        <w:jc w:val="right"/>
      </w:pPr>
      <w:r>
        <w:t>یہ کہاانہوںنے،اسلیےانکوجنتملی ۔ لیکن وہکہناکیاتھا ؟ وہ بَمَاعَرَفُوا ۔یہمعرفت پرمبنیتھا۔</w:t>
      </w:r>
    </w:p>
    <w:p>
      <w:r>
        <w:rPr>
          <w:b/>
        </w:rPr>
        <w:t xml:space="preserve">[14:51] </w:t>
      </w:r>
      <w:r>
        <w:t>that was based on discovery. Maarfat ka matlab kya hai? Discovery. Unhone jo kalma bola tha, woh out of discovery tha, woh.</w:t>
      </w:r>
    </w:p>
    <w:p>
      <w:pPr>
        <w:jc w:val="right"/>
      </w:pPr>
      <w:r>
        <w:t>That was based on discovery. معرفتکامعنیکیاہے؟ڈسکوری ۔ انہوںنےجو کلمہبولاتھا، وہ آؤٹآفڈسکوریتھا،وہ ۔</w:t>
      </w:r>
    </w:p>
    <w:p>
      <w:r>
        <w:rPr>
          <w:b/>
        </w:rPr>
        <w:t xml:space="preserve">[15:04] </w:t>
      </w:r>
      <w:r>
        <w:t>ek daryaft hui unko, phir woh bol pade.</w:t>
      </w:r>
    </w:p>
    <w:p>
      <w:pPr>
        <w:jc w:val="right"/>
      </w:pPr>
      <w:r>
        <w:t>ایک دریا فت ہوئی انکو ،پھروہبول پڑے۔</w:t>
      </w:r>
    </w:p>
    <w:p>
      <w:r>
        <w:rPr>
          <w:b/>
        </w:rPr>
        <w:t xml:space="preserve">[15:09] </w:t>
      </w:r>
      <w:r>
        <w:t>woh seekh raha tha pehle, sochta tha ke main kyun paida ho gaya, zameen o aasman kya hain, parso aalife kya hai, aur sari baatein.</w:t>
      </w:r>
    </w:p>
    <w:p>
      <w:pPr>
        <w:jc w:val="right"/>
      </w:pPr>
      <w:r>
        <w:t>وہ سیکھرپہلے تھے، سوچتےتھے کہمیں کیوں پیدا ہوگیا ، زمین وآسمانکیاہیں، پرپسآفلائفکیاہے، اور ساریباتیں۔</w:t>
      </w:r>
    </w:p>
    <w:p>
      <w:r>
        <w:rPr>
          <w:b/>
        </w:rPr>
        <w:t xml:space="preserve">[15:21] </w:t>
      </w:r>
      <w:r>
        <w:t>to sochte sochte sochte unhone quran ko padha. to quran mein unki seekhne ka jawab mil gaya, unki talash ka jawab mil gaya.</w:t>
      </w:r>
    </w:p>
    <w:p>
      <w:pPr>
        <w:jc w:val="right"/>
      </w:pPr>
      <w:r>
        <w:t>تو سوچتے سوچتےسوچتے انہوں نےقرآنکوپڑھا۔ تو قرآن میں انکی سیکھنےکاجوابملگیا، انکی تلاشکاجوابملگیا۔</w:t>
      </w:r>
    </w:p>
    <w:p>
      <w:r>
        <w:rPr>
          <w:b/>
        </w:rPr>
        <w:t xml:space="preserve">[15:33] </w:t>
      </w:r>
      <w:r>
        <w:t>tab woh keh pade ke hum iman laye.</w:t>
      </w:r>
    </w:p>
    <w:p>
      <w:pPr>
        <w:jc w:val="right"/>
      </w:pPr>
      <w:r>
        <w:t>تب وہکہہپڑے کہہمایمانلائے۔</w:t>
      </w:r>
    </w:p>
    <w:p>
      <w:r>
        <w:rPr>
          <w:b/>
        </w:rPr>
        <w:t xml:space="preserve">[15:39] </w:t>
      </w:r>
      <w:r>
        <w:t>to yeh yeh sab baatein kaise maloom hoti hain? sochne se maloom hoti hain. agar aap na sochen to yeh samajh lenge ke bas kalma go kyunke jannat hai, kalma go ke liye jannat hai, kalma padh diya, ab jannat to mil gayi, bas kaam ho gaya, ab jo chahe karo.</w:t>
      </w:r>
    </w:p>
    <w:p>
      <w:pPr>
        <w:jc w:val="right"/>
      </w:pPr>
      <w:r>
        <w:t>تو یہ یہسبباتیںکیسےمعلومہوتیہیں؟سوچنےسےمعلومہوتیہیں۔ اگر آپنہسوچیں تو یہسمجھلیںکہبسکلمہگو کیونکہ جنتہے، کلمہگوکےلیےجنتہے، کلمہپڑھدیا،ابجنتتوملگئی،بسپکیہوگئی، ابجوچاہےکرو۔</w:t>
      </w:r>
    </w:p>
    <w:p>
      <w:r>
        <w:rPr>
          <w:b/>
        </w:rPr>
        <w:t xml:space="preserve">[15:59] </w:t>
      </w:r>
      <w:r>
        <w:t>yeh bahut badi misunderstanding hai jismein saare log mubtala hain. to tadabbur ki yeh ahmiyat hai.</w:t>
      </w:r>
    </w:p>
    <w:p>
      <w:pPr>
        <w:jc w:val="right"/>
      </w:pPr>
      <w:r>
        <w:t>یہ بہت بڑی مس انڈرسٹینڈنگہے جسمیںسارےلوگ مبتلاہیں۔ تو تد بر کییہاہمیتہے۔</w:t>
      </w:r>
    </w:p>
    <w:p>
      <w:r>
        <w:rPr>
          <w:b/>
        </w:rPr>
        <w:t xml:space="preserve">[16:10] </w:t>
      </w:r>
      <w:r>
        <w:t>tadabbur ke baghair kuch nahin, na imaan, na ibaadat, na kuch.</w:t>
      </w:r>
    </w:p>
    <w:p>
      <w:pPr>
        <w:jc w:val="right"/>
      </w:pPr>
      <w:r>
        <w:t>تد برکےبغیرکچھبھینہیں ،نہایمان،نہعبادت،نہکچھ ۔</w:t>
      </w:r>
    </w:p>
    <w:p>
      <w:r>
        <w:rPr>
          <w:b/>
        </w:rPr>
        <w:t xml:space="preserve">[16:17] </w:t>
      </w:r>
      <w:r>
        <w:t>jaise aap dekhiye, ibaadat ko lijiye aap. ibaadat ka matlab hai Allah ki worship. worship kya hai? kuch form nahin, unko dehradiya to worship ho gayi.</w:t>
      </w:r>
    </w:p>
    <w:p>
      <w:pPr>
        <w:jc w:val="right"/>
      </w:pPr>
      <w:r>
        <w:t>جیسےآپ دیکھیے،عبادتکولیجیےآپ ۔ عبادتکامطلبہےاللہ کیور شپ۔ ورشپکیاہے؟ کچھ فارمہیں،انکودہرادیاتوورشپہوگئی۔</w:t>
      </w:r>
    </w:p>
    <w:p>
      <w:r>
        <w:rPr>
          <w:b/>
        </w:rPr>
        <w:t xml:space="preserve">[16:31] </w:t>
      </w:r>
      <w:r>
        <w:t>kyunke fiqh mein sari behas form par hoti hai. sari behas form par hoti hai.</w:t>
      </w:r>
    </w:p>
    <w:p>
      <w:pPr>
        <w:jc w:val="right"/>
      </w:pPr>
      <w:r>
        <w:t>کیونکہ فقہمیںساری بحثفارمپرہوتیہے۔ ساریبحثفارمپرہوتیہے۔</w:t>
      </w:r>
    </w:p>
    <w:p>
      <w:r>
        <w:rPr>
          <w:b/>
        </w:rPr>
        <w:t xml:space="preserve">[16:38] </w:t>
      </w:r>
      <w:r>
        <w:t>masail jisko kehte hain. to logon ne samajh liya ke masail ka naam hai ibaadat. ek aalim ek tehreek chala rahe the barson se.</w:t>
      </w:r>
    </w:p>
    <w:p>
      <w:pPr>
        <w:jc w:val="right"/>
      </w:pPr>
      <w:r>
        <w:t>مسائل جسکوکہتےہیں۔ تو لوگوںنےسمجھلیاکہ مسائلکانام ہے عبادت۔ایکعالم ایک تحریکچلارہےتھے برسوںسے۔</w:t>
      </w:r>
    </w:p>
    <w:p>
      <w:r>
        <w:rPr>
          <w:b/>
        </w:rPr>
        <w:t xml:space="preserve">[16:48] </w:t>
      </w:r>
      <w:r>
        <w:t>to woh tha, woh kya tha? woh islah ibaadat. tehreek ka naam tha islah ibaadat. yaani ibaadat ki islah. maine poocha ke aap safar karte the, bahut idhar udhar jaate the.</w:t>
      </w:r>
    </w:p>
    <w:p>
      <w:pPr>
        <w:jc w:val="right"/>
      </w:pPr>
      <w:r>
        <w:t>تو وہتھا،وہکیاتھا؟وہ اص لاح عبادت۔ استحریککانامتھا اصلاح عبادت ۔ یعنیعبادت کیاصلاح ۔میںنےپوچھاکہآپ سفرکرتے تھے،بہتادھرادھرجاتےتھے۔</w:t>
      </w:r>
    </w:p>
    <w:p>
      <w:r>
        <w:rPr>
          <w:b/>
        </w:rPr>
        <w:t xml:space="preserve">[17:03] </w:t>
      </w:r>
      <w:r>
        <w:t>to maine poocha ke kya karte hain aap?</w:t>
      </w:r>
    </w:p>
    <w:p>
      <w:pPr>
        <w:jc w:val="right"/>
      </w:pPr>
      <w:r>
        <w:t>تومیںنےپوچھاکہکیاکرتےہیںآپ ؟</w:t>
      </w:r>
    </w:p>
    <w:p>
      <w:r>
        <w:rPr>
          <w:b/>
        </w:rPr>
        <w:t xml:space="preserve">[17:06] </w:t>
      </w:r>
      <w:r>
        <w:t>ke aap masjidon mein jaate hain, dekhte hain logon ki namazon ko. ke kaise woh niyat baandhi, kaise ruku kiya, kaise sajda kiya, kaise qirat ki, is ko check karte hain.</w:t>
      </w:r>
    </w:p>
    <w:p>
      <w:pPr>
        <w:jc w:val="right"/>
      </w:pPr>
      <w:r>
        <w:t>کہآپمسجدوںمیںجاتےہیں،دیکھتےہیںلوگوںکینمازوںکو ۔ کہکیسےوہنیتباندھی، کیسےرکوعکیا ، کیسےسجدہکیا ، کیسے قرأتکی، اسکو چیککرتے ہیں۔</w:t>
      </w:r>
    </w:p>
    <w:p>
      <w:r>
        <w:rPr>
          <w:b/>
        </w:rPr>
        <w:t xml:space="preserve">[17:18] </w:t>
      </w:r>
      <w:r>
        <w:t>yaani qirat ki adaigi mein galati hai to us ko theek karte hain. ruku mein galati hai to us ko theek karte hain. sajde mein galati hai to us ko theek karte hain. yaani form.</w:t>
      </w:r>
    </w:p>
    <w:p>
      <w:pPr>
        <w:jc w:val="right"/>
      </w:pPr>
      <w:r>
        <w:t>یعنی قرأتکیادائیگیمیںغلطیہےتواسکوٹھیککرتےہیں۔ رکوعمیں غلطیہےتواسکوٹھیککرتےہیں۔ سجدہمیںغلطیہےتواسکوٹھیککرتےہیں۔یعنی فار م۔</w:t>
      </w:r>
    </w:p>
    <w:p>
      <w:r>
        <w:rPr>
          <w:b/>
        </w:rPr>
        <w:t xml:space="preserve">[17:29] </w:t>
      </w:r>
      <w:r>
        <w:t>to islah ibaadat unka kaha islah form. samajh rahe the ke bas woh ek form hai,</w:t>
      </w:r>
    </w:p>
    <w:p>
      <w:pPr>
        <w:jc w:val="right"/>
      </w:pPr>
      <w:r>
        <w:t>تواصلاح عبادتانکا کہااص لاح فار م۔ سمجھرہےتھےکہبسوہایکفارمہے،</w:t>
      </w:r>
    </w:p>
    <w:p>
      <w:r>
        <w:rPr>
          <w:b/>
        </w:rPr>
        <w:t xml:space="preserve">[17:37] </w:t>
      </w:r>
      <w:r>
        <w:t>bas is ko ada kar diya to ibaadat ho gayi. nahin, ibaadat asal cheez hai spirit.</w:t>
      </w:r>
    </w:p>
    <w:p>
      <w:pPr>
        <w:jc w:val="right"/>
      </w:pPr>
      <w:r>
        <w:t>بساسکواداکردیا تو عبادتہوگئی۔ نہیں ، عبادت اصلچیزہے اسپرٹ۔</w:t>
      </w:r>
    </w:p>
    <w:p>
      <w:r>
        <w:rPr>
          <w:b/>
        </w:rPr>
        <w:t xml:space="preserve">[17:48] </w:t>
      </w:r>
      <w:r>
        <w:t>quran mein hai ke adabtu al mu'minoon allazeena fi al salati khashi'oon. yaani khushu jo hai, woh spirit hai ibaadat ki. to agar aap na sochen, na sochen, na sochen to kya hoga</w:t>
      </w:r>
    </w:p>
    <w:p>
      <w:pPr>
        <w:jc w:val="right"/>
      </w:pPr>
      <w:r>
        <w:t>قرآنمیںہےکہ أَدَبْتُالْمُؤْمِنُونَالَّذِينَفِيالْصِلَاةِخَاشِعُونَ ۔یعنی خشوع جو ہے، وہ اسپرٹہے عبادت کی۔تواگرآپ نہسوچیں،نہسوچیں،نہسوچیںتوکیاہوگا</w:t>
      </w:r>
    </w:p>
    <w:p>
      <w:r>
        <w:rPr>
          <w:b/>
        </w:rPr>
        <w:t xml:space="preserve">[18:02] </w:t>
      </w:r>
      <w:r>
        <w:t>? aap samajh lenge ke bas ek form hai, is ko dehradiya ke ibaadat ho gayi, ibaadat ho gayi to phir jannat pakki ho gayi.</w:t>
      </w:r>
    </w:p>
    <w:p>
      <w:pPr>
        <w:jc w:val="right"/>
      </w:pPr>
      <w:r>
        <w:t>؟ آپسمجھلیںگے کہبس ایک فار مہے، اسکودہ رادیا کہعبادتہوگئی، عبادتہوگئی توپھرجنتپکیہوگئی ۔</w:t>
      </w:r>
    </w:p>
    <w:p>
      <w:r>
        <w:rPr>
          <w:b/>
        </w:rPr>
        <w:t xml:space="preserve">[18:13] </w:t>
      </w:r>
      <w:r>
        <w:t>tusochoinge to kya janenge aap? ke formasal cheez nahi hai, asal cheez hai spirit. aur woh spirit kya hai? khushu.</w:t>
      </w:r>
    </w:p>
    <w:p>
      <w:pPr>
        <w:jc w:val="right"/>
      </w:pPr>
      <w:r>
        <w:t>توسوچیںگےتوکیاجانیںگےآپ؟ کہ فارماصلچیزنہیںہے، اصلچیزہے اسپرٹ۔ اوروہاسپرٹکیاہے؟خشوع۔</w:t>
      </w:r>
    </w:p>
    <w:p>
      <w:r>
        <w:rPr>
          <w:b/>
        </w:rPr>
        <w:t xml:space="preserve">[18:23] </w:t>
      </w:r>
      <w:r>
        <w:t>lasalata liman lam yatakhashsha. iski namaz namaz nahi jiski namaz mein khushu na ho.</w:t>
      </w:r>
    </w:p>
    <w:p>
      <w:pPr>
        <w:jc w:val="right"/>
      </w:pPr>
      <w:r>
        <w:t>لَاصِلَاةَلَمَنْلَمَايَتَخَشَّى۔ اسکینمازنمازنہیں جسکینمازمیںخشوعنہہو۔</w:t>
      </w:r>
    </w:p>
    <w:p>
      <w:r>
        <w:rPr>
          <w:b/>
        </w:rPr>
        <w:t xml:space="preserve">[18:33] </w:t>
      </w:r>
      <w:r>
        <w:t>to jis cheez ko bhi aap sochein, har cheez mein sochne ke baad gehri baatein maloom hoti hain. na sochein to gehri baat nahi maloom hoti. kal ek sahib se baat hui to yeh ayat thi ke quran mein hai ke nahnu nazzalnal zikra wa inna lahu al hafizoon.</w:t>
      </w:r>
    </w:p>
    <w:p>
      <w:pPr>
        <w:jc w:val="right"/>
      </w:pPr>
      <w:r>
        <w:t>تو جس چیزکو بھیآپسوچیں، ہرچیزمیں سوچنےکےبعد گہریباتیںمعلومہوتیہیں۔ نہسوچیےتوگہریباتنہیںمعلومہوتی۔کلایکصاحبسےباتہوئی تو یہآیتتھی کہ قرآنمیںہےکہ نَحْنُ نَزَّلْنَاالْذِكْرَوَإِنَّالَهُالْحَافِظُونَ۔</w:t>
      </w:r>
    </w:p>
    <w:p>
      <w:r>
        <w:rPr>
          <w:b/>
        </w:rPr>
        <w:t xml:space="preserve">[18:55] </w:t>
      </w:r>
      <w:r>
        <w:t>yani Allah ne utara hai yeh quran aur woh hi iski hifazat karne wala hai.</w:t>
      </w:r>
    </w:p>
    <w:p>
      <w:pPr>
        <w:jc w:val="right"/>
      </w:pPr>
      <w:r>
        <w:t>یعنیاللہ نے اتاراہے یہقرآن اوروہیاسکیحفاظتکرنےوالاہے۔</w:t>
      </w:r>
    </w:p>
    <w:p>
      <w:r>
        <w:rPr>
          <w:b/>
        </w:rPr>
        <w:t xml:space="preserve">[19:03] </w:t>
      </w:r>
      <w:r>
        <w:t>to sab tafseeron mein is ayat ko bas hifazat quran ke aitbar se bataya gaya hai. hifazat quran. to goya ke is ayat ka taluq hum se nahi raha.</w:t>
      </w:r>
    </w:p>
    <w:p>
      <w:pPr>
        <w:jc w:val="right"/>
      </w:pPr>
      <w:r>
        <w:t>توسب تفسیروںمیں اسآیتکوبس حفاظت قرآن کےاعتبارسےبتایاگیاہے۔ حفاظتقرآن۔ تو گویاکہاس اسآیتکاتعلقہمسےنہیںرہا۔</w:t>
      </w:r>
    </w:p>
    <w:p>
      <w:r>
        <w:rPr>
          <w:b/>
        </w:rPr>
        <w:t xml:space="preserve">[19:15] </w:t>
      </w:r>
      <w:r>
        <w:t>jab quran utarta tha siansenchuriya de mein to Allah ne hifazat kar di. ab woh hifazat ho gayi iski. bas ho gaya. bas. ab yeh ayat jo hai, yani aaj koi relevance is ka nahi hai.</w:t>
      </w:r>
    </w:p>
    <w:p>
      <w:pPr>
        <w:jc w:val="right"/>
      </w:pPr>
      <w:r>
        <w:t>جب قرآناتراتھا سیونسینچریاےڈیمیں تواللہ نےحفاظتکردی۔ابوہحفاظتہوگئی اسکی۔ بسہوگیا۔ بس۔ ابیہآیتجوہے، یعنی آجکوئیریلیونس اسکانہیںہے۔</w:t>
      </w:r>
    </w:p>
    <w:p>
      <w:r>
        <w:rPr>
          <w:b/>
        </w:rPr>
        <w:t xml:space="preserve">[19:30] </w:t>
      </w:r>
      <w:r>
        <w:t>kaisi ajeeb baat hai ke is ayat ka koi relevance aaj na ho. woh ek tareekh ya bayan ho. bas woh.</w:t>
      </w:r>
    </w:p>
    <w:p>
      <w:pPr>
        <w:jc w:val="right"/>
      </w:pPr>
      <w:r>
        <w:t>کیسیعجیبباتہے کہ اس آیتکاکوئیریلیونسآجنہہو ۔ وہ ایک تاریخ یبیانہو۔بسوہ۔</w:t>
      </w:r>
    </w:p>
    <w:p>
      <w:r>
        <w:rPr>
          <w:b/>
        </w:rPr>
        <w:t xml:space="preserve">[19:39] </w:t>
      </w:r>
      <w:r>
        <w:t>to aap ko is mein kaise ghiza milegi? kaise is ko padh kar aap ko tharal aayega? is ko padh kar kaise aap ke andar bhonchal aayega?</w:t>
      </w:r>
    </w:p>
    <w:p>
      <w:pPr>
        <w:jc w:val="right"/>
      </w:pPr>
      <w:r>
        <w:t>توآپکواسمیں کیسےغذاملےگی؟ کیسے اسکوپڑھکرآپکوتھرلآئےگا؟ اسکوپڑھکرکیسےآپکےاندر بھونچالآئےگا؟</w:t>
      </w:r>
    </w:p>
    <w:p>
      <w:r>
        <w:rPr>
          <w:b/>
        </w:rPr>
        <w:t xml:space="preserve">[19:50] </w:t>
      </w:r>
      <w:r>
        <w:t>rohani bhonchal, imani bhonchal, taluq billah ka bhonchal kaise aayega?</w:t>
      </w:r>
    </w:p>
    <w:p>
      <w:pPr>
        <w:jc w:val="right"/>
      </w:pPr>
      <w:r>
        <w:t>روحانیبھونچال،ایمانیبھونچال، تعلقباللہکابھونچالکیسےآئےگا؟</w:t>
      </w:r>
    </w:p>
    <w:p>
      <w:r>
        <w:rPr>
          <w:b/>
        </w:rPr>
        <w:t xml:space="preserve">[19:57] </w:t>
      </w:r>
      <w:r>
        <w:t>kyun ke is ko jod diya aap ne mazi ki tareekh se. maine kaha ke dekhiye, har ayat ka ek aaj hai. sirf pichla kal nahi hai.</w:t>
      </w:r>
    </w:p>
    <w:p>
      <w:pPr>
        <w:jc w:val="right"/>
      </w:pPr>
      <w:r>
        <w:t>کیونکہ اسکوجوڑدیاآپنے ماضیکیتاریخ سے۔میںنےکہاکہدیکھیے، ہرآیتکاایک آجہے۔ صرف پچھلاکلنہیںہے۔</w:t>
      </w:r>
    </w:p>
    <w:p>
      <w:r>
        <w:rPr>
          <w:b/>
        </w:rPr>
        <w:t xml:space="preserve">[20:08] </w:t>
      </w:r>
      <w:r>
        <w:t>har ayat ka ek aaj hai. ek present hai. is ka ek aaj ka ek relevance hai. tabhi to quran hamein hilayega, tharal paida karega.</w:t>
      </w:r>
    </w:p>
    <w:p>
      <w:pPr>
        <w:jc w:val="right"/>
      </w:pPr>
      <w:r>
        <w:t>ہرآیتکاایکآجہے۔ ایک پریزنٹہے۔ اسکاایک آجکاایک ریلی ونسہے۔ تبھیتوقرآنہمیں ہلائےگا، تھرلپیدا کرےگا۔</w:t>
      </w:r>
    </w:p>
    <w:p>
      <w:r>
        <w:rPr>
          <w:b/>
        </w:rPr>
        <w:t xml:space="preserve">[20:21] </w:t>
      </w:r>
      <w:r>
        <w:t>nahi to quran jo ek ek bakahe, bas padh lo ya kitab par rakh do.</w:t>
      </w:r>
    </w:p>
    <w:p>
      <w:pPr>
        <w:jc w:val="right"/>
      </w:pPr>
      <w:r>
        <w:t>نہیںتوقرآن جوایک ایک بکہے،بس پڑھلو یا کتاب پررکھدو۔</w:t>
      </w:r>
    </w:p>
    <w:p>
      <w:r>
        <w:rPr>
          <w:b/>
        </w:rPr>
        <w:t xml:space="preserve">[20:31] </w:t>
      </w:r>
      <w:r>
        <w:t>aaj kal kisi bhi ghar mein jayein, ghar mein to quran milega. dukano par quran milega. lekin kis shakl mein? oopar rakha hua hoga.</w:t>
      </w:r>
    </w:p>
    <w:p>
      <w:pPr>
        <w:jc w:val="right"/>
      </w:pPr>
      <w:r>
        <w:t>آجکل کسی بھیگھرمیںجائیں،گ ھرمیںتوقرآنملےگا۔ دکانوںپرقرآنملےگا۔لیکن کیاکسشکلمیں ؟اوپر رکھاہواہوگا۔</w:t>
      </w:r>
    </w:p>
    <w:p>
      <w:r>
        <w:rPr>
          <w:b/>
        </w:rPr>
        <w:t xml:space="preserve">[20:40] </w:t>
      </w:r>
      <w:r>
        <w:t>sab se oopar. ghar mein sab se oopar. dukan mein sab se oopar. bas. yeh yahi quran ka matlab samajhte hain log.</w:t>
      </w:r>
    </w:p>
    <w:p>
      <w:pPr>
        <w:jc w:val="right"/>
      </w:pPr>
      <w:r>
        <w:t>سبسےاوپر ۔ گھرمیںسبسےاوپر۔دکانمیںسبسےاوپر۔بس۔ یہ یہیقرآنکامطلبسمجھتےہیںلوگ ۔</w:t>
      </w:r>
    </w:p>
    <w:p>
      <w:r>
        <w:rPr>
          <w:b/>
        </w:rPr>
        <w:t xml:space="preserve">[20:49] </w:t>
      </w:r>
      <w:r>
        <w:t>ke sab se oopar rakh do.</w:t>
      </w:r>
    </w:p>
    <w:p>
      <w:pPr>
        <w:jc w:val="right"/>
      </w:pPr>
      <w:r>
        <w:t>کہسبسےاوپررکھ دو۔</w:t>
      </w:r>
    </w:p>
    <w:p>
      <w:r>
        <w:rPr>
          <w:b/>
        </w:rPr>
        <w:t xml:space="preserve">[20:56] </w:t>
      </w:r>
      <w:r>
        <w:t>halanke asal matlab hai ke is par sochein. is ke maani ko daryaft karein.</w:t>
      </w:r>
    </w:p>
    <w:p>
      <w:pPr>
        <w:jc w:val="right"/>
      </w:pPr>
      <w:r>
        <w:t>حالانکہاصلمطلبہےکہاسپرسوچیں۔ اسکےمعنیکودریا فتکریں۔</w:t>
      </w:r>
    </w:p>
    <w:p>
      <w:r>
        <w:rPr>
          <w:b/>
        </w:rPr>
        <w:t xml:space="preserve">[21:01] </w:t>
      </w:r>
      <w:r>
        <w:t>to yeh jo ayat hai, is ka bhi ek aaj ke aitbar se is ka ek relevance hai. aaj ke aitbar se is ka ek matlab hai.</w:t>
      </w:r>
    </w:p>
    <w:p>
      <w:pPr>
        <w:jc w:val="right"/>
      </w:pPr>
      <w:r>
        <w:t>تویہجوآیتہے، اسکا بھیایک آجکےاعتبارسےاسکاایکریلی ونسہے۔ آجکےاعتبارسےاسکاایکمطلبہے۔</w:t>
      </w:r>
    </w:p>
    <w:p>
      <w:r>
        <w:rPr>
          <w:b/>
        </w:rPr>
        <w:t xml:space="preserve">[21:10] </w:t>
      </w:r>
      <w:r>
        <w:t>woh kya hai? Allah ne is mein jo ayat hai, ghor kijiye ke sirf itna tha ke wa inna lahu al hafizoon. yani Allah muhafiz hai is quran ka. baat to sirf itni thi.</w:t>
      </w:r>
    </w:p>
    <w:p>
      <w:pPr>
        <w:jc w:val="right"/>
      </w:pPr>
      <w:r>
        <w:t>وہکیا ہے؟ اللہ نے اسمیںجوآیتہے، غورکیجیےکہکانفصرفیہتھاکہ وَإِنَّالَهُالْحَافِظُونَ ۔یعنیاللہ محافظ ہےاسقرآنکا ۔باتتوصرفاتنیتھی۔</w:t>
      </w:r>
    </w:p>
    <w:p>
      <w:r>
        <w:rPr>
          <w:b/>
        </w:rPr>
        <w:t xml:space="preserve">[21:23] </w:t>
      </w:r>
      <w:r>
        <w:t>yeh kyun kaha ke nahnu nazzalnal zikr. hum ne utara hai is quran ko. yeh kyun</w:t>
      </w:r>
    </w:p>
    <w:p>
      <w:pPr>
        <w:jc w:val="right"/>
      </w:pPr>
      <w:r>
        <w:t>یہکیوںکہاکہنَحْنُنَزَّلْنَاالْذِكْرَ ۔ ہمنےاتاراہےاسقرآنکو۔یہکیوں</w:t>
      </w:r>
    </w:p>
    <w:p>
      <w:r>
        <w:rPr>
          <w:b/>
        </w:rPr>
        <w:t xml:space="preserve">[21:29] </w:t>
      </w:r>
      <w:r>
        <w:t>kaha? to baat to sirf itna kehna tha ke inna lahu al hafizoon. yani Allah is quran ki hifazat karega. yeh kyun kaha?</w:t>
      </w:r>
    </w:p>
    <w:p>
      <w:pPr>
        <w:jc w:val="right"/>
      </w:pPr>
      <w:r>
        <w:t>کہا؟تو باتتوصرفاتناکہناتھاکہ إِنَّالَهُ الْحَافِظُونَ ۔یعنیاللہ اسقرآنکیحفاظتکرےگا۔ یہکیوںکہا؟</w:t>
      </w:r>
    </w:p>
    <w:p>
      <w:r>
        <w:rPr>
          <w:b/>
        </w:rPr>
        <w:t xml:space="preserve">[21:37] </w:t>
      </w:r>
      <w:r>
        <w:t>ke hum ne utara hai is quran ko.</w:t>
      </w:r>
    </w:p>
    <w:p>
      <w:pPr>
        <w:jc w:val="right"/>
      </w:pPr>
      <w:r>
        <w:t>کہہمنےاتاراہےاسقرآنکو ۔</w:t>
      </w:r>
    </w:p>
    <w:p>
      <w:r>
        <w:rPr>
          <w:b/>
        </w:rPr>
        <w:t xml:space="preserve">[21:40] </w:t>
      </w:r>
      <w:r>
        <w:t>is par sochein.</w:t>
      </w:r>
    </w:p>
    <w:p>
      <w:pPr>
        <w:jc w:val="right"/>
      </w:pPr>
      <w:r>
        <w:t>اسپرسوچیے۔</w:t>
      </w:r>
    </w:p>
    <w:p>
      <w:r>
        <w:rPr>
          <w:b/>
        </w:rPr>
        <w:t xml:space="preserve">[21:44] </w:t>
      </w:r>
      <w:r>
        <w:t>is par sochte sochte ek baat yeh samajh aayegi aap ko. ke quran jo hai, ek god-given blessing hai.</w:t>
      </w:r>
    </w:p>
    <w:p>
      <w:pPr>
        <w:jc w:val="right"/>
      </w:pPr>
      <w:r>
        <w:t>اسپرسوچتےسوچتےایکباتیہ سمجھآئےگیآپکو ۔کہ قرآنجوہے، ایک God -given bl essingہے۔</w:t>
      </w:r>
    </w:p>
    <w:p>
      <w:r>
        <w:rPr>
          <w:b/>
        </w:rPr>
        <w:t xml:space="preserve">[21:57] </w:t>
      </w:r>
      <w:r>
        <w:t>Allah ka atiya hai. Allah ki taraf se aayi hui nemat hai. bohat badi nemat.</w:t>
      </w:r>
    </w:p>
    <w:p>
      <w:pPr>
        <w:jc w:val="right"/>
      </w:pPr>
      <w:r>
        <w:t>اللہ کا عطیہہے۔ اللہ کیطرفسےآئیہوئی نعمتہے۔ بہت بڑینعمت۔</w:t>
      </w:r>
    </w:p>
    <w:p>
      <w:r>
        <w:rPr>
          <w:b/>
        </w:rPr>
        <w:t xml:space="preserve">[22:07] </w:t>
      </w:r>
      <w:r>
        <w:t>to yeh is mein implicit hai ke jo hasti kisi badi cheez ko de aap ko, to uska ek concern hoga ke woh mehfooz rahe.</w:t>
      </w:r>
    </w:p>
    <w:p>
      <w:pPr>
        <w:jc w:val="right"/>
      </w:pPr>
      <w:r>
        <w:t>تویہ اسمیں implic itہے کہجو ہستی کسی بڑیچیزکو دےآپکو ،تواسکاایک concern ہوگا کہوہمحفوظرہے۔</w:t>
      </w:r>
    </w:p>
    <w:p>
      <w:r>
        <w:rPr>
          <w:b/>
        </w:rPr>
        <w:t xml:space="preserve">[22:18] </w:t>
      </w:r>
      <w:r>
        <w:t>ek concern hoga uska. It is but natural. Ke Quran jaisi ek cheez de raha hai, to uska ek concern hoga ke woh mehfooz rahe, mehfooz rahe, mehfooz rahe.</w:t>
      </w:r>
    </w:p>
    <w:p>
      <w:pPr>
        <w:jc w:val="right"/>
      </w:pPr>
      <w:r>
        <w:t>ایکconcernہوگااسکا ۔ Itisbut natural ۔کہ قرآنجیسی ایکچیزدےرہاہے،تواسکاایکconcernہوگاکہوہمحفوظرہے،محفوظرہے،محفوظرہے۔</w:t>
      </w:r>
    </w:p>
    <w:p>
      <w:r>
        <w:rPr>
          <w:b/>
        </w:rPr>
        <w:t xml:space="preserve">[22:31] </w:t>
      </w:r>
      <w:r>
        <w:t>Yeh naam mumkin hai ke woh de de aur yeh na soche ke mehfooz rahe.</w:t>
      </w:r>
    </w:p>
    <w:p>
      <w:pPr>
        <w:jc w:val="right"/>
      </w:pPr>
      <w:r>
        <w:t>یہنام مکنہےکہوہدےدے اوریہ نہسوچےکہمحفوظرہے۔</w:t>
      </w:r>
    </w:p>
    <w:p>
      <w:r>
        <w:rPr>
          <w:b/>
        </w:rPr>
        <w:t xml:space="preserve">[22:37] </w:t>
      </w:r>
      <w:r>
        <w:t>Koi aadmi aapko diamond de to zaroor sochega woh ke mehfooz rahe, kahin aisa na ho ke kahin gum ho jaye. To sochega ke kahan rakhenge aap?</w:t>
      </w:r>
    </w:p>
    <w:p>
      <w:pPr>
        <w:jc w:val="right"/>
      </w:pPr>
      <w:r>
        <w:t>کوئیآدمیآپکو diamondدے تو ضرورسوچےگاوہکہمحفوظرہے،کہیںایسانہہوکہ کہیںگمہوجائے۔ تو سوچےگاکہکہاںرکھیںگےآپ؟</w:t>
      </w:r>
    </w:p>
    <w:p>
      <w:r>
        <w:rPr>
          <w:b/>
        </w:rPr>
        <w:t xml:space="preserve">[22:50] </w:t>
      </w:r>
      <w:r>
        <w:t>Kahan rakhenge aap? Locker aapke paas hai? Kahan rakhenge? To uska ek concern hai ke woh mehfooz rahe, woh cheez.</w:t>
      </w:r>
    </w:p>
    <w:p>
      <w:pPr>
        <w:jc w:val="right"/>
      </w:pPr>
      <w:r>
        <w:t>کہاںرکھیںگےآپ ؟ لاکرآپکےپاسہے ؟ کہاںرکھیںگے؟ تواسکاایک concern ہےکہوہمحفوظرہے،وہچیز۔</w:t>
      </w:r>
    </w:p>
    <w:p>
      <w:r>
        <w:rPr>
          <w:b/>
        </w:rPr>
        <w:t xml:space="preserve">[23:02] </w:t>
      </w:r>
      <w:r>
        <w:t>To isse ek principle mila, ek usool mila.</w:t>
      </w:r>
    </w:p>
    <w:p>
      <w:pPr>
        <w:jc w:val="right"/>
      </w:pPr>
      <w:r>
        <w:t>تو اسسےایکprincip leملا،ایک اصولملا۔</w:t>
      </w:r>
    </w:p>
    <w:p>
      <w:r>
        <w:rPr>
          <w:b/>
        </w:rPr>
        <w:t xml:space="preserve">[23:08] </w:t>
      </w:r>
      <w:r>
        <w:t>Ke Allah ne jab ek cheez bator atiya aapko di hai, to Allah ki yeh zimmedari banti hai ke woh usko mehfooz rakhe. Ek principle kiya mila?</w:t>
      </w:r>
    </w:p>
    <w:p>
      <w:pPr>
        <w:jc w:val="right"/>
      </w:pPr>
      <w:r>
        <w:t>کہاللہ نے جب ایکچیزبطورعطیہآپکودیہے، تو اللہ کییہ ذمہداریبنجاتیہےکہوہاسکومحفوظرکھ ے۔ ایکprincip leکیاملا؟</w:t>
      </w:r>
    </w:p>
    <w:p>
      <w:r>
        <w:rPr>
          <w:b/>
        </w:rPr>
        <w:t xml:space="preserve">[23:20] </w:t>
      </w:r>
      <w:r>
        <w:t>Atiya jo hai, atiya ke saath juri hui hai hifazat. Yeh ek principle hai.</w:t>
      </w:r>
    </w:p>
    <w:p>
      <w:pPr>
        <w:jc w:val="right"/>
      </w:pPr>
      <w:r>
        <w:t>عطیہجوہے، عطیہ کےساتھ جڑیہوئیہے حفاظت۔ یہایک princip leہے۔</w:t>
      </w:r>
    </w:p>
    <w:p>
      <w:r>
        <w:rPr>
          <w:b/>
        </w:rPr>
        <w:t xml:space="preserve">[23:30] </w:t>
      </w:r>
      <w:r>
        <w:t>Is principle ko aap expand kijiye. Uski tausee kijiye.</w:t>
      </w:r>
    </w:p>
    <w:p>
      <w:pPr>
        <w:jc w:val="right"/>
      </w:pPr>
      <w:r>
        <w:t>اسprincip leکوآپ exp andکیجیے۔ اسکیت وسیعکیجیے۔</w:t>
      </w:r>
    </w:p>
    <w:p>
      <w:r>
        <w:rPr>
          <w:b/>
        </w:rPr>
        <w:t xml:space="preserve">[23:37] </w:t>
      </w:r>
      <w:r>
        <w:t>To kiya hoga? Har cheez is mein aa jayegi. Jaise yeh aapka wajood hai. Agar aap isko sach much discover karein ke mera yeh wajood jo hai, yeh God-given hai.</w:t>
      </w:r>
    </w:p>
    <w:p>
      <w:pPr>
        <w:jc w:val="right"/>
      </w:pPr>
      <w:r>
        <w:t>تو کیاہوگا؟ ہرچیز اسمیںآجائےگی۔ جیسےیہآپکاوجود ہے۔ اگر آپ اسکوسچمچdiscoverکریں کہمیرایہوجود جوہے، یہGod-givenہے۔</w:t>
      </w:r>
    </w:p>
    <w:p>
      <w:r>
        <w:rPr>
          <w:b/>
        </w:rPr>
        <w:t xml:space="preserve">[23:51] </w:t>
      </w:r>
      <w:r>
        <w:t>Yeh atiya hai, khadawandi hai. Sach much. Daryaft ke darje mein. To kiya hoga? Aap ko yaqeen aayega ek ke jab Allah ne diya hai to usko mehfooz bhi rakhega woh.</w:t>
      </w:r>
    </w:p>
    <w:p>
      <w:pPr>
        <w:jc w:val="right"/>
      </w:pPr>
      <w:r>
        <w:t>یہعطیہہے،خداوندیہے۔ سچمچ۔ دریا فت کےدرجےمیں۔ توکیاہوگا؟ آپ کویقینآئےگاایک کہجباللہ نے دیاہےتواسکومحفوظبھیرکھےگاوہ۔</w:t>
      </w:r>
    </w:p>
    <w:p>
      <w:r>
        <w:rPr>
          <w:b/>
        </w:rPr>
        <w:t xml:space="preserve">[24:04] </w:t>
      </w:r>
      <w:r>
        <w:t>Kyunke aap jante hain ke insaan jo hai, har waqt koi accident ho sakta hai. Koi bimari ho sakti hai. Abhi kal mujhe maloom hua ke ek sahib jo bahut hi study the, study mein dekhta tha unko to kis tarah mujhe rashk hota tha.</w:t>
      </w:r>
    </w:p>
    <w:p>
      <w:pPr>
        <w:jc w:val="right"/>
      </w:pPr>
      <w:r>
        <w:t>کیونکہآپجانتےہیںکہ انسانجوہے، ہروقت کوئیacc identہوسکتاہے۔ کوئی بیماریہوسکتیہے۔ ابھیکلمجھےمعلومہواکہایکصاحبجوبہتہیstud yتھے،stud yمیں دیکھتاتھاانکوتوکسطرحمجھےرشکہوتاتھا۔</w:t>
      </w:r>
    </w:p>
    <w:p>
      <w:r>
        <w:rPr>
          <w:b/>
        </w:rPr>
        <w:t xml:space="preserve">[24:19] </w:t>
      </w:r>
      <w:r>
        <w:t>Kal maloom hua ke unko woh hoga falij ho gaya. Woh paralyze ho gaye. To bimari, accident, maut, earthquake, toofan, storm.</w:t>
      </w:r>
    </w:p>
    <w:p>
      <w:pPr>
        <w:jc w:val="right"/>
      </w:pPr>
      <w:r>
        <w:t>کلمعلومہواکہانکو وہہوگا فالجہوگیا۔ وہparalyzeہوگئے۔ تو بیماری ، accident ، موت ، earthquake، طوفان، storm ۔</w:t>
      </w:r>
    </w:p>
    <w:p>
      <w:r>
        <w:rPr>
          <w:b/>
        </w:rPr>
        <w:t xml:space="preserve">[24:35] </w:t>
      </w:r>
      <w:r>
        <w:t>Abhi aaj ke akhbar mein hai ke ek bahut bada woh phata hai. Aatishfishan.</w:t>
      </w:r>
    </w:p>
    <w:p>
      <w:pPr>
        <w:jc w:val="right"/>
      </w:pPr>
      <w:r>
        <w:t>ابھیآجکےاخبارمیںہےکہایکبہت بڑا وہ پھٹاہے۔ آتشفشاں۔</w:t>
      </w:r>
    </w:p>
    <w:p>
      <w:r>
        <w:rPr>
          <w:b/>
        </w:rPr>
        <w:t xml:space="preserve">[24:46] </w:t>
      </w:r>
      <w:r>
        <w:t>Usse lava nikal raha hai. To kisi bhi lamha, kisi bhi lamha kuch ho sakta hai.</w:t>
      </w:r>
    </w:p>
    <w:p>
      <w:pPr>
        <w:jc w:val="right"/>
      </w:pPr>
      <w:r>
        <w:t>اسسےلاوانکلرہاہے۔ تو کسی بھی لمحہ،کسی بھیلمحہ کچھہوسکتاہے۔</w:t>
      </w:r>
    </w:p>
    <w:p>
      <w:r>
        <w:rPr>
          <w:b/>
        </w:rPr>
        <w:t xml:space="preserve">[24:57] </w:t>
      </w:r>
      <w:r>
        <w:t>Lekin jab aap yeh bator discovery kiye jaane ki yeh wajood jo hai, Allah ka atiya hai, to aapko kiya ek yaqeen mil jayega ke jab atiya hai to Allah hifazat bhi karega iski.</w:t>
      </w:r>
    </w:p>
    <w:p>
      <w:pPr>
        <w:jc w:val="right"/>
      </w:pPr>
      <w:r>
        <w:t>لیکن جب آپ یہ بطور discoveryکیےجانےکی یہ وجود جوہے، اللہ کاعطیہہے، تو آپکوکیا ایکیقینملجائےگاکہجبعطیہہےتواللہ حفاظتبھیکرےگااسکی۔</w:t>
      </w:r>
    </w:p>
    <w:p>
      <w:r>
        <w:rPr>
          <w:b/>
        </w:rPr>
        <w:t xml:space="preserve">[25:12] </w:t>
      </w:r>
      <w:r>
        <w:t>Jab aap isko daryaft karein ke mera ek ek baal Allah ka atiya hai.</w:t>
      </w:r>
    </w:p>
    <w:p>
      <w:pPr>
        <w:jc w:val="right"/>
      </w:pPr>
      <w:r>
        <w:t>جبآپاسکودریافتکریںکہمیراایکایکبال اللہ کاعطیہہے۔</w:t>
      </w:r>
    </w:p>
    <w:p>
      <w:r>
        <w:rPr>
          <w:b/>
        </w:rPr>
        <w:t xml:space="preserve">[25:16] </w:t>
      </w:r>
      <w:r>
        <w:t>Meri aankh, meri naak, mera kaan, mera munh, meri speech ki taqat, mera dimagh, meri memory, mera chalna, mera pakadna, mera dekhna, sab kuch atiya khadawandi hai.</w:t>
      </w:r>
    </w:p>
    <w:p>
      <w:pPr>
        <w:jc w:val="right"/>
      </w:pPr>
      <w:r>
        <w:t>میریآنکھ،میری ناک،میرا کان،میرامنہ، میری spe ech کیطاقت،میرادماغ،میری میموری ،میراچلنا،میراپکڑنا ،میرادیکھنا،سبکچھ عطیہخداوندیہے۔</w:t>
      </w:r>
    </w:p>
    <w:p>
      <w:r>
        <w:rPr>
          <w:b/>
        </w:rPr>
        <w:t xml:space="preserve">[25:32] </w:t>
      </w:r>
      <w:r>
        <w:t>To aap isse ek point of reference milta hai dua ka aapko. Ke khuda ya! Teri yeh sunnat hai ke jab tu koi cheez bator atiya de kisi ko to uska muhafiz hi ban jaye.</w:t>
      </w:r>
    </w:p>
    <w:p>
      <w:pPr>
        <w:jc w:val="right"/>
      </w:pPr>
      <w:r>
        <w:t>تو آپ اسسے ایکpoint ofrefer enceملتاہےدعاکاآپکو ۔ کہخدایا! تیرییہسنتہے کہجب توکوئیچیزبطورعطیہدےکسی کو تواسکا محافظہیبنجائے۔</w:t>
      </w:r>
    </w:p>
    <w:p>
      <w:r>
        <w:rPr>
          <w:b/>
        </w:rPr>
        <w:t xml:space="preserve">[25:44] </w:t>
      </w:r>
      <w:r>
        <w:t>To khuda ya! Main itraf karta hoon ke sab tera atiya hai.</w:t>
      </w:r>
    </w:p>
    <w:p>
      <w:pPr>
        <w:jc w:val="right"/>
      </w:pPr>
      <w:r>
        <w:t>تو خدایا!میں اعت رافکرتاہوںکہسب تیراعطیہہے۔</w:t>
      </w:r>
    </w:p>
    <w:p>
      <w:r>
        <w:rPr>
          <w:b/>
        </w:rPr>
        <w:t xml:space="preserve">[25:51] </w:t>
      </w:r>
      <w:r>
        <w:t>Ab tu uski takmeel farma. Uski hifazat bhi farma.</w:t>
      </w:r>
    </w:p>
    <w:p>
      <w:pPr>
        <w:jc w:val="right"/>
      </w:pPr>
      <w:r>
        <w:t>اب تو اسکیتکمیلفرما۔ اسکیحفاظتبھیفرما۔</w:t>
      </w:r>
    </w:p>
    <w:p>
      <w:r>
        <w:rPr>
          <w:b/>
        </w:rPr>
        <w:t xml:space="preserve">[25:59] </w:t>
      </w:r>
      <w:r>
        <w:t>Kaisi ajeeb cheez hai jo ek ayat mein iske bein ussatoor ko pahunchne se milti hai. Dekhein jitne animal hain, jitne bhi animal hain, woh kiya hai? Unka unka concern sab se bada safety.</w:t>
      </w:r>
    </w:p>
    <w:p>
      <w:pPr>
        <w:jc w:val="right"/>
      </w:pPr>
      <w:r>
        <w:t>کیسیعجیبچیزہےجوایکآیتمیں اسکےبین السطور کو پہنچنےسےملتیہے۔ دیکھیںجتنےanimalہیں،جتنےبھیanimalہیں، وہکیاہے؟انکا انکا concern سبسےبڑا safety۔</w:t>
      </w:r>
    </w:p>
    <w:p>
      <w:r>
        <w:rPr>
          <w:b/>
        </w:rPr>
        <w:t xml:space="preserve">[26:16] </w:t>
      </w:r>
      <w:r>
        <w:t>Har waqt inko darr rehta hai ke koi inpar attack kare.</w:t>
      </w:r>
    </w:p>
    <w:p>
      <w:pPr>
        <w:jc w:val="right"/>
      </w:pPr>
      <w:r>
        <w:t>ہروقت انکوڈررہتاہےکہکوئیانپر attackکردے۔</w:t>
      </w:r>
    </w:p>
    <w:p>
      <w:r>
        <w:rPr>
          <w:b/>
        </w:rPr>
        <w:t xml:space="preserve">[26:20] </w:t>
      </w:r>
      <w:r>
        <w:t>Sher ko bhi darr rehta hai. Sher aksar jhaadiyon mein rehta hai. Woh maidan mein nahi, ab bilkul jhaadiyon mein sota hai, jhaadiyon mein chalta hai.</w:t>
      </w:r>
    </w:p>
    <w:p>
      <w:pPr>
        <w:jc w:val="right"/>
      </w:pPr>
      <w:r>
        <w:t>شیرکوبھی ڈررہتاہے۔ شیراکثرجھاڑیمیںرہتاہے۔ وہ میدانمیں نہیں، اببالکل جھاڑیوںمیںسوتاہے،جھاڑیوںمیںچلتاہے۔</w:t>
      </w:r>
    </w:p>
    <w:p>
      <w:r>
        <w:rPr>
          <w:b/>
        </w:rPr>
        <w:t xml:space="preserve">[26:32] </w:t>
      </w:r>
      <w:r>
        <w:t>Us ko bhi darr hai ke koi ispar attack na kare. To supreme concern animal ka kiya hai? Safety. Yahi insaan ka mamla bhi hai.</w:t>
      </w:r>
    </w:p>
    <w:p>
      <w:pPr>
        <w:jc w:val="right"/>
      </w:pPr>
      <w:r>
        <w:t>اسکوبھی ڈرہےکہکوئیاسپرattackنہکردے۔ تو supreme conc ern animalکاکیاہے؟ safety۔ یہیانسانکامعاملہبھیہے۔</w:t>
      </w:r>
    </w:p>
    <w:p>
      <w:r>
        <w:rPr>
          <w:b/>
        </w:rPr>
        <w:t xml:space="preserve">[26:43] </w:t>
      </w:r>
      <w:r>
        <w:t>Hamare paas jo kuch bhi hai, kisi bhi lamha woh khatam ho sakti hai.</w:t>
      </w:r>
    </w:p>
    <w:p>
      <w:pPr>
        <w:jc w:val="right"/>
      </w:pPr>
      <w:r>
        <w:t>ہمارےپاسجوکچھبھیہے، کسی بھی لمحہوہ ختمہوسکتیہے۔</w:t>
      </w:r>
    </w:p>
    <w:p>
      <w:r>
        <w:rPr>
          <w:b/>
        </w:rPr>
        <w:t xml:space="preserve">[26:49] </w:t>
      </w:r>
      <w:r>
        <w:t>koi bhi accident, koi bhi bimari, koi bhi earthquake, koi bhi toofan, koi bhi aisi cheez ho sakti hai.</w:t>
      </w:r>
    </w:p>
    <w:p>
      <w:pPr>
        <w:jc w:val="right"/>
      </w:pPr>
      <w:r>
        <w:t>کوئیبھی acc ident،کوئیبھیبیماری ،کوئیبھیearth quake،کوئیبھی طوفان، کوئیبھی ایسیچیزہوسکتیہے۔</w:t>
      </w:r>
    </w:p>
    <w:p>
      <w:r>
        <w:rPr>
          <w:b/>
        </w:rPr>
        <w:t xml:space="preserve">[26:59] </w:t>
      </w:r>
      <w:r>
        <w:t>Death, qayamat, koi bhi cheez ho sakti hai jissay ke hum sab kuch kho dain. Achanak sab kuch kho dain. To jo animal ka jo concern hai, woh hamara bhi concern hai.</w:t>
      </w:r>
    </w:p>
    <w:p>
      <w:pPr>
        <w:jc w:val="right"/>
      </w:pPr>
      <w:r>
        <w:t>Death ،قیامت ،کوئیبھیچیزہوسکتیہےجسسےکہہم سبکچھکھودیں۔ اچانکسبکچھکھودیں۔ تو جو anim alکاجو concernہے،وہہمارابھیconcern ہے۔</w:t>
      </w:r>
    </w:p>
    <w:p>
      <w:r>
        <w:rPr>
          <w:b/>
        </w:rPr>
        <w:t xml:space="preserve">[27:11] </w:t>
      </w:r>
      <w:r>
        <w:t>Farq kiya hai? Farq kiya hai?</w:t>
      </w:r>
    </w:p>
    <w:p>
      <w:pPr>
        <w:jc w:val="right"/>
      </w:pPr>
      <w:r>
        <w:t>فرقکیاہے؟ فرقکیاہے؟</w:t>
      </w:r>
    </w:p>
    <w:p>
      <w:r>
        <w:rPr>
          <w:b/>
        </w:rPr>
        <w:t xml:space="preserve">[27:18] </w:t>
      </w:r>
      <w:r>
        <w:t>Farq yeh hai ke animal jo hai, sirf instinct ke tor par jaanta hai is baat ko ke safety mera concern hona chahiye. Jaise aap dana daalain kahin chiriyon ke liye, to chiriyan aisa nahi ke jald dekha ain.</w:t>
      </w:r>
    </w:p>
    <w:p>
      <w:pPr>
        <w:jc w:val="right"/>
      </w:pPr>
      <w:r>
        <w:t>فرقیہہےکہanimalجوہے، صرف instinctکےطورپرجانتاہے اسباتکو کہ safetyمیراconcernہوناچاہیے۔ جیسےآپدانہڈالیںکہیں چڑیوںکےلیے ،تو چڑیاں ایسانہیںکہجلدیکھ ائیں۔</w:t>
      </w:r>
    </w:p>
    <w:p>
      <w:r>
        <w:rPr>
          <w:b/>
        </w:rPr>
        <w:t xml:space="preserve">[27:34] </w:t>
      </w:r>
      <w:r>
        <w:t>Khayenge, phir dekhenge. Phir khayenge, phir dekhenge.</w:t>
      </w:r>
    </w:p>
    <w:p>
      <w:pPr>
        <w:jc w:val="right"/>
      </w:pPr>
      <w:r>
        <w:t>کھائیںگے،پھردیکھیںگے۔پھرکھائیںگے،پھردیکھیںگے۔</w:t>
      </w:r>
    </w:p>
    <w:p>
      <w:r>
        <w:rPr>
          <w:b/>
        </w:rPr>
        <w:t xml:space="preserve">[27:39] </w:t>
      </w:r>
      <w:r>
        <w:t>Kyun? Inko safety ka khatra laga hua hai. Kahin koi mujhe maar na de. Kahin koi attack na kar de. Yeh tamam animal ka haal hai.</w:t>
      </w:r>
    </w:p>
    <w:p>
      <w:pPr>
        <w:jc w:val="right"/>
      </w:pPr>
      <w:r>
        <w:t>کیوں؟انکوsafetyکاخطرہلگاہواہے۔ کہ یںکوئیمجھےمارنہدے۔کہیںکوئی atta ckنہکردے۔ یہتمام animalکاحالہے۔</w:t>
      </w:r>
    </w:p>
    <w:p>
      <w:r>
        <w:rPr>
          <w:b/>
        </w:rPr>
        <w:t xml:space="preserve">[27:50] </w:t>
      </w:r>
      <w:r>
        <w:t>To insaan jo hai, bator insaan think karta hai, sochta hai, issko daryaft karta hai. Issko point of reference bana kar ke dua karta hai.</w:t>
      </w:r>
    </w:p>
    <w:p>
      <w:pPr>
        <w:jc w:val="right"/>
      </w:pPr>
      <w:r>
        <w:t>تو انسان جوہے، ب طور انسان thinkکرتاہے، سوچتاہے، اسکودریافتکرتاہے۔ اسکوpoint ofreferenceبناکرکےدعاکرتاہے۔</w:t>
      </w:r>
    </w:p>
    <w:p>
      <w:r>
        <w:rPr>
          <w:b/>
        </w:rPr>
        <w:t xml:space="preserve">[28:02] </w:t>
      </w:r>
      <w:r>
        <w:t>Ke khuda ya! Jab tune bator atiya mujhe yeh sab cheezein di hain, to ab tu hi apna sunnatullah jo teri hai, uske mutabiq ek hifazat ka bhi saman farma.</w:t>
      </w:r>
    </w:p>
    <w:p>
      <w:pPr>
        <w:jc w:val="right"/>
      </w:pPr>
      <w:r>
        <w:t>کہخدایا!جبتونے بطورعطیہمجھےیہسبچیزیںدیہیں، تو اب توہی اپنیسنت اللہ جوتیریہے،اسکےمطابق ایک حفاظتکابھیسامانفرما۔</w:t>
      </w:r>
    </w:p>
    <w:p>
      <w:r>
        <w:rPr>
          <w:b/>
        </w:rPr>
        <w:t xml:space="preserve">[28:15] </w:t>
      </w:r>
      <w:r>
        <w:t>Phir yeh soch jo hai, aage barhti hai.</w:t>
      </w:r>
    </w:p>
    <w:p>
      <w:pPr>
        <w:jc w:val="right"/>
      </w:pPr>
      <w:r>
        <w:t>پھریہسوچجوہے،آگےبڑھتیہے۔</w:t>
      </w:r>
    </w:p>
    <w:p>
      <w:r>
        <w:rPr>
          <w:b/>
        </w:rPr>
        <w:t xml:space="preserve">[28:20] </w:t>
      </w:r>
      <w:r>
        <w:t>Jab aap yeh daryaft karein ke dunya mein hamein sab cheezein, itni sari bounties hain, Allah ki blessing hain. Yani related tor par Allah ne hamein diya hai.</w:t>
      </w:r>
    </w:p>
    <w:p>
      <w:pPr>
        <w:jc w:val="right"/>
      </w:pPr>
      <w:r>
        <w:t>جب آپیہدریا فتکریںکہدنیا میںہمیںسبچیزیں، اتنیساریbountiesہیں،اللہ کیblessingہیں۔ یعنیrel ated طورپراللہ نےہمیںدیاہے۔</w:t>
      </w:r>
    </w:p>
    <w:p>
      <w:r>
        <w:rPr>
          <w:b/>
        </w:rPr>
        <w:t xml:space="preserve">[28:30] </w:t>
      </w:r>
      <w:r>
        <w:t>Yeh sab God-given hai.</w:t>
      </w:r>
    </w:p>
    <w:p>
      <w:pPr>
        <w:jc w:val="right"/>
      </w:pPr>
      <w:r>
        <w:t>یہسب God-givenہے۔</w:t>
      </w:r>
    </w:p>
    <w:p>
      <w:r>
        <w:rPr>
          <w:b/>
        </w:rPr>
        <w:t xml:space="preserve">[28:33] </w:t>
      </w:r>
      <w:r>
        <w:t>Jab issko sach mein aap discover karein, sach mein, to kya hota hai? Iss mein ek bohat bara point of reference milta hai aap ko. Ke khuda ya! Jab tune iss dunya mein hamein sab kuch diya hai, to aakhirat mein bhi issko continue rakh.</w:t>
      </w:r>
    </w:p>
    <w:p>
      <w:pPr>
        <w:jc w:val="right"/>
      </w:pPr>
      <w:r>
        <w:t>جب اسکو سچمچآپdisc overکریں،سچمچ، تو کیاہوتاہے؟ اسمیںایکبہت بڑاpoint ofreferenceملتاہےآپکو۔ کہخدایا!جبتونےاسدنیا میںہمیںسبکچھدیاہے، تو آخرتمیںبھیاسکوcontin ueرکھ ۔</w:t>
      </w:r>
    </w:p>
    <w:p>
      <w:r>
        <w:rPr>
          <w:b/>
        </w:rPr>
        <w:t xml:space="preserve">[28:49] </w:t>
      </w:r>
      <w:r>
        <w:t>Jiss tarah yahan diya hai, wahan bhi sab cheezein de de hum ko. Kitni ajeeb baat hai jab sochne se maloom hoti hai. Ek ayat par sochna shuru kiya aap ne.</w:t>
      </w:r>
    </w:p>
    <w:p>
      <w:pPr>
        <w:jc w:val="right"/>
      </w:pPr>
      <w:r>
        <w:t>جسطرحیہاںدیاہے،وہاںبھی سبچیزیںدےدےہمکو۔ کتنیعجیبباتہے جبسوچنےسےمعلومہوتیہے۔ ایک آیتپرسوچناشروع کیاآپنے۔</w:t>
      </w:r>
    </w:p>
    <w:p>
      <w:r>
        <w:rPr>
          <w:b/>
        </w:rPr>
        <w:t xml:space="preserve">[29:00] </w:t>
      </w:r>
      <w:r>
        <w:t>Sochte sochte aap yahan tak pahunche.</w:t>
      </w:r>
    </w:p>
    <w:p>
      <w:pPr>
        <w:jc w:val="right"/>
      </w:pPr>
      <w:r>
        <w:t>سوچتےسوچتےآپیہاںتکپہنچے۔</w:t>
      </w:r>
    </w:p>
    <w:p>
      <w:r>
        <w:rPr>
          <w:b/>
        </w:rPr>
        <w:t xml:space="preserve">[29:05] </w:t>
      </w:r>
      <w:r>
        <w:t>Dunya mein Allah ta'ala ne aap ko health di hai. Aap ko ek ek wajood diya hai. Ek zameen di hai, bohat si.</w:t>
      </w:r>
    </w:p>
    <w:p>
      <w:pPr>
        <w:jc w:val="right"/>
      </w:pPr>
      <w:r>
        <w:t>دنیا میںاللہتعالیٰنےآپکو health دیہے۔ آپکو ایک ایک وجود دیاہے۔ ایک زمین دیہے،بہت سی۔</w:t>
      </w:r>
    </w:p>
    <w:p>
      <w:r>
        <w:rPr>
          <w:b/>
        </w:rPr>
        <w:t xml:space="preserve">[29:13] </w:t>
      </w:r>
      <w:r>
        <w:t>Yeh zameen jo hai, mamooli cheez na samjhein iss ko. Main aaj kahin se keh raha tha ke mein apne gaon mein jab tha, UP mein, jab chota tha jab mein, to mein chalta tha. Yahan gaya, wahan gaya, yahan gaya, wahan gaya.</w:t>
      </w:r>
    </w:p>
    <w:p>
      <w:pPr>
        <w:jc w:val="right"/>
      </w:pPr>
      <w:r>
        <w:t>یہزمین جوہے، معمولیچیزنہیںسمجھیںاسکو۔ میں آجکہیںسےکہہرہاتھاکہمیںاپنےگاؤںمیںجبتھا، یوپیمیں، جب چھوٹاتھاجبمیں، تومیںچلتاتھا۔یہاںگیا،وہاںگیا،یہاںگیا،وہاںگیا۔</w:t>
      </w:r>
    </w:p>
    <w:p>
      <w:r>
        <w:rPr>
          <w:b/>
        </w:rPr>
        <w:t xml:space="preserve">[29:29] </w:t>
      </w:r>
      <w:r>
        <w:t>Sab log chalte phirte hain idhar udhar. Mein jaanta nahi tha ke chalna kya cheez hai.</w:t>
      </w:r>
    </w:p>
    <w:p>
      <w:pPr>
        <w:jc w:val="right"/>
      </w:pPr>
      <w:r>
        <w:t>سبلوگچلتےپھرتےہیںادھرادھر۔ میںجانتانہیںتھاکہچلناکیاچیزہے۔</w:t>
      </w:r>
    </w:p>
    <w:p>
      <w:r>
        <w:rPr>
          <w:b/>
        </w:rPr>
        <w:t xml:space="preserve">[29:35] </w:t>
      </w:r>
      <w:r>
        <w:t>Phir maine kitab mein parha ke zameen jo hai, hazar mile per hour ki raftaar se chal ghoom rahi hai.</w:t>
      </w:r>
    </w:p>
    <w:p>
      <w:pPr>
        <w:jc w:val="right"/>
      </w:pPr>
      <w:r>
        <w:t>پھرمیںنےکتاب میںپڑھا کہ زمین جوہے، ہزار میل پر آورکیرفتارسے چلگھومرہیہے۔</w:t>
      </w:r>
    </w:p>
    <w:p>
      <w:r>
        <w:rPr>
          <w:b/>
        </w:rPr>
        <w:t xml:space="preserve">[29:47] </w:t>
      </w:r>
      <w:r>
        <w:t>One thousand mile per hour yani hamari jo hamari jo gaadi, motor car hai, hamara hawai jahaz hai, hamari bicycle, hamara motorcycle sab se tez chalti hai.</w:t>
      </w:r>
    </w:p>
    <w:p>
      <w:pPr>
        <w:jc w:val="right"/>
      </w:pPr>
      <w:r>
        <w:t>One thousand mileperhour یعنیہماریجو ہماریجو گاڑی ، موٹرکار ہے،ہماراہوائیجہازہے،ہماریبائیسکل،ہماریموٹرسائیکلسبسےتیزچلتیہے۔</w:t>
      </w:r>
    </w:p>
    <w:p>
      <w:r>
        <w:rPr>
          <w:b/>
        </w:rPr>
        <w:t xml:space="preserve">[30:04] </w:t>
      </w:r>
      <w:r>
        <w:t>To usne likha ek aadmi ne ke aap yeh samjhein ke yeh yeh aap ka pehiya hai. Yahan par aap koi ek ek stone rakhein, koi bhi cheez rakhein, to jab ghoomega woh tezi se to idhar chala jayega,</w:t>
      </w:r>
    </w:p>
    <w:p>
      <w:pPr>
        <w:jc w:val="right"/>
      </w:pPr>
      <w:r>
        <w:t>تو اسنےلکھاایکآدمینےکہ آپ یہسمجھیںکہیہ یہآپکا پہیہہے۔ یہاںپرآپ کوئی ایک ایک stoneرکھ یں،کوئیبھیچیزرکھیں، تو جب گھومےگاوہ تیزیسے تو ادھر چلے جائےگا،</w:t>
      </w:r>
    </w:p>
    <w:p>
      <w:r>
        <w:rPr>
          <w:b/>
        </w:rPr>
        <w:t xml:space="preserve">[30:20] </w:t>
      </w:r>
      <w:r>
        <w:t>Bhaag kar ke. Woh tikega nahi iss ke upar. Hum tike hue hain iss ke upar. Aap ghor kijiye, itne tez daudte hue pehiye ke upar aap tike hue hain.</w:t>
      </w:r>
    </w:p>
    <w:p>
      <w:pPr>
        <w:jc w:val="right"/>
      </w:pPr>
      <w:r>
        <w:t>بھاگکرکے۔ وہٹکےگانہیںاسکےاوپر۔ ہم ٹکےہوئےہیںاسکےاوپر۔ آپ غورکیجیے، ات نے تیزدوڑتےہوئے پہیےکےاوپرآپٹکےہوئےہیں۔</w:t>
      </w:r>
    </w:p>
    <w:p>
      <w:r>
        <w:rPr>
          <w:b/>
        </w:rPr>
        <w:t xml:space="preserve">[30:33] </w:t>
      </w:r>
      <w:r>
        <w:t>Yeh gol zameen gol hai aur ghoom rahi hai. To yeh samjhein ke ek flying wheel hai. Yeh flying wheel ke upar kuch rakhein aap to woh tikega nahi iss par, urh ke idhar jayega.</w:t>
      </w:r>
    </w:p>
    <w:p>
      <w:pPr>
        <w:jc w:val="right"/>
      </w:pPr>
      <w:r>
        <w:t>یہ گول زمین گولہے اورگھومرہیہے۔ تویہسمجھیںکہ ایک flyingwheelہے۔ یہfly ingwheelکےاوپرکچھرکھیںآپتو وہ ٹکےگانہیںاسپر،اڑکےادھرجائےگا۔</w:t>
      </w:r>
    </w:p>
    <w:p>
      <w:r>
        <w:rPr>
          <w:b/>
        </w:rPr>
        <w:t xml:space="preserve">[30:47] </w:t>
      </w:r>
      <w:r>
        <w:t>Hum tike hue hain iss ke upar, chal rahe hain. Na to aaram se chalte hain, na aaram se baithte hain, na to aaram se sote hain.</w:t>
      </w:r>
    </w:p>
    <w:p>
      <w:pPr>
        <w:jc w:val="right"/>
      </w:pPr>
      <w:r>
        <w:t>ہمٹکےہوئےہیںاسکےاوپر ،چلرہےہیں۔ نہتوآرامسےچلتےہیں،نہ آرامسےبیٹھتےہیں، نہتوآرامسےسوتےہیں۔</w:t>
      </w:r>
    </w:p>
    <w:p>
      <w:r>
        <w:rPr>
          <w:b/>
        </w:rPr>
        <w:t xml:space="preserve">[30:57] </w:t>
      </w:r>
      <w:r>
        <w:t>To hum ek flying wheel ke upar hain. Iss ke baad yeh haal hai hamara. Yeh nemat hai, yeh blessing hai Allah ta'ala ki. Aise hi billion, trillion cheezein hain.</w:t>
      </w:r>
    </w:p>
    <w:p>
      <w:pPr>
        <w:jc w:val="right"/>
      </w:pPr>
      <w:r>
        <w:t>توہمایکflyingwheelکےاوپرہیں۔ اسکےبعد یہحالہےہمارا۔ یہنعمتہے، یہblessingہے اللہ تعالیٰکی۔ ایسےہی بل ین ،ٹریلینچیزیںہیں۔</w:t>
      </w:r>
    </w:p>
    <w:p>
      <w:r>
        <w:rPr>
          <w:b/>
        </w:rPr>
        <w:t xml:space="preserve">[31:08] </w:t>
      </w:r>
      <w:r>
        <w:t>Jab jis ki wajah se hum is dunya mein zinda hain. Yeh bolna, yeh dekhna, yeh sunna, yeh chalna. Jaise mein seat ninety nine se yahan aaya to ek sense of direction hai mere andar. Tab aaya mein.</w:t>
      </w:r>
    </w:p>
    <w:p>
      <w:pPr>
        <w:jc w:val="right"/>
      </w:pPr>
      <w:r>
        <w:t>جب جسکیوجہسےہماسدنیا میںزندہہیں۔ یہ بول نا،یہدیکھنا،یہسن نا،یہچلنا۔ جیسےمیں سی ٹوئنٹینائنسےیہاںآیا توایکsenseofdire ction ہےمیرےاندر۔تبآیامیں۔</w:t>
      </w:r>
    </w:p>
    <w:p>
      <w:r>
        <w:rPr>
          <w:b/>
        </w:rPr>
        <w:t xml:space="preserve">[31:22] </w:t>
      </w:r>
      <w:r>
        <w:t>main idhar bhatakta, idhar bhatakta.</w:t>
      </w:r>
    </w:p>
    <w:p>
      <w:pPr>
        <w:jc w:val="right"/>
      </w:pPr>
      <w:r>
        <w:t>میںادھربھٹکتا،ادھربھٹکتا۔</w:t>
      </w:r>
    </w:p>
    <w:p>
      <w:r>
        <w:rPr>
          <w:b/>
        </w:rPr>
        <w:t xml:space="preserve">[31:26] </w:t>
      </w:r>
      <w:r>
        <w:t>Sense of direction. Kitni ajeeb nemat hai sense of direction. Jab aap ghar se nikalte hain, aap ko jaana hai office, aap ko jaana hai masjid, aap ko jaana hai club, aap ko jaana hai park.</w:t>
      </w:r>
    </w:p>
    <w:p>
      <w:pPr>
        <w:jc w:val="right"/>
      </w:pPr>
      <w:r>
        <w:t>Senseofdire ction ۔کتنیعجیبنعمتہےsenseofdire ction۔ جبآپگھرسےنکلتےہیں، آپ کوجاناہےآفس ،آپ کوجاناہے مسجد ، آپ کوجاناہے کلب ،آپ کوجاناہے پارک۔</w:t>
      </w:r>
    </w:p>
    <w:p>
      <w:r>
        <w:rPr>
          <w:b/>
        </w:rPr>
        <w:t xml:space="preserve">[31:39] </w:t>
      </w:r>
      <w:r>
        <w:t>Toh ek sense of direction hai jiski wajah se aap pahunch paate hain. Magar aap bhatke idhar udhar. Yeh paagal aadmi bhatakta rehta hai. Toh sense of direction kitni badi nemat hai.</w:t>
      </w:r>
    </w:p>
    <w:p>
      <w:pPr>
        <w:jc w:val="right"/>
      </w:pPr>
      <w:r>
        <w:t>توایکsenseofdire ctionہےجسکیوجہسےآپپہنچپاتےہیں۔ مگرآپبھٹکےادھرادھر۔ یہپاگلآ دمیبھٹکتارہتاہے۔ تو senseofdire ctionکتنیبڑینعمتہے۔</w:t>
      </w:r>
    </w:p>
    <w:p>
      <w:r>
        <w:rPr>
          <w:b/>
        </w:rPr>
        <w:t xml:space="preserve">[31:54] </w:t>
      </w:r>
      <w:r>
        <w:t>Toh bil in, bil in cheezein hamein mili hui hain duniya mein. Toh agar aap isko daryaft karein ke Allah taala ki ek sunnat hai, Allah taala ka apna qaim kiya hua ek principle hai.</w:t>
      </w:r>
    </w:p>
    <w:p>
      <w:pPr>
        <w:jc w:val="right"/>
      </w:pPr>
      <w:r>
        <w:t>تو بل ین،بل ینچیزیںہمیںملیہوئیہیںدنیا میں۔ تواگرآپ اسکودریا فتکریں کہاللہ تعالیٰکیایکسنتہے، اللہ تعالیٰکااپناقائمکیاہواایکprincip leہے۔</w:t>
      </w:r>
    </w:p>
    <w:p>
      <w:r>
        <w:rPr>
          <w:b/>
        </w:rPr>
        <w:t xml:space="preserve">[32:05] </w:t>
      </w:r>
      <w:r>
        <w:t>Ke jab woh kisi ko atiya deta hai toh us atiye ki hifazat ki zimmedari bhi le leta hai woh.</w:t>
      </w:r>
    </w:p>
    <w:p>
      <w:pPr>
        <w:jc w:val="right"/>
      </w:pPr>
      <w:r>
        <w:t>کہجبوہکسیکوعطیہدیتاہے تو اس عطیہکیحفاظتکیذمہبھیلےلیتاہےوہ ۔</w:t>
      </w:r>
    </w:p>
    <w:p>
      <w:r>
        <w:rPr>
          <w:b/>
        </w:rPr>
        <w:t xml:space="preserve">[32:16] </w:t>
      </w:r>
      <w:r>
        <w:t>Toh animal ko pata hai ke instinctly insaan fori taur par discover karta hai.</w:t>
      </w:r>
    </w:p>
    <w:p>
      <w:pPr>
        <w:jc w:val="right"/>
      </w:pPr>
      <w:r>
        <w:t>تو anim al کوپتہہے کہ instinctly انسان فوریطورپر disc overکرتاہے۔</w:t>
      </w:r>
    </w:p>
    <w:p>
      <w:r>
        <w:rPr>
          <w:b/>
        </w:rPr>
        <w:t xml:space="preserve">[32:24] </w:t>
      </w:r>
      <w:r>
        <w:t>Jab aap discover karenge toh itna bada point of reference milega aap ko. Ke khuda ya! Yahan bhi tune mujhe diya. In related gift ke taur par.</w:t>
      </w:r>
    </w:p>
    <w:p>
      <w:pPr>
        <w:jc w:val="right"/>
      </w:pPr>
      <w:r>
        <w:t>جبآپdiscover کریںگےتو اتنابڑا point ofrefer enceملےگاآپکو۔ کہخدایا!یہاںبھیتونے مجھےدیا ۔Inrelatedgift کےطورپر۔</w:t>
      </w:r>
    </w:p>
    <w:p>
      <w:r>
        <w:rPr>
          <w:b/>
        </w:rPr>
        <w:t xml:space="preserve">[32:35] </w:t>
      </w:r>
      <w:r>
        <w:t>Toh aakhirat mein bhi mujhe de de. In related gift ke taur par.</w:t>
      </w:r>
    </w:p>
    <w:p>
      <w:pPr>
        <w:jc w:val="right"/>
      </w:pPr>
      <w:r>
        <w:t>توآخرتمیںبھیمجھےدےدے۔ In relatedgift کےطورپر۔</w:t>
      </w:r>
    </w:p>
    <w:p>
      <w:r>
        <w:rPr>
          <w:b/>
        </w:rPr>
        <w:t xml:space="preserve">[32:42] </w:t>
      </w:r>
      <w:r>
        <w:t>Kyunke ek baar dene ke baad toh phir usko chheenta nahin. Ek baar dene ke baad usko mehfooz rakhta hai. Usko continue rakhta hai. Hifazat kya hai? Hifazat mein ne continue rakhna.</w:t>
      </w:r>
    </w:p>
    <w:p>
      <w:pPr>
        <w:jc w:val="right"/>
      </w:pPr>
      <w:r>
        <w:t>کیونکہایکبار دینےکےبعد تو پھراسکو چھینتانہیں۔ ایکباردینےکےبعداسکو محفوظرکھتاہے۔اسکوcontin ueرکھتاہے۔ حفاظتکیاہے؟ حفاظتمیں نےcontin ueرکھنا۔</w:t>
      </w:r>
    </w:p>
    <w:p>
      <w:r>
        <w:rPr>
          <w:b/>
        </w:rPr>
        <w:t xml:space="preserve">[32:54] </w:t>
      </w:r>
      <w:r>
        <w:t>Hifazat kya cheez hai? Yaani agar main kahoon ke khuda ya! Meri health ki hifazat farma. Toh usko maani ke continue rakh. Usko toh continuity usko aap daryaft karein.</w:t>
      </w:r>
    </w:p>
    <w:p>
      <w:pPr>
        <w:jc w:val="right"/>
      </w:pPr>
      <w:r>
        <w:t>حفاظتکیا چیزہے؟ یعنی اگر میں کہوںکہخدایا!میری healthکیحفاظتفرما۔تواسکومعنیکے contin ueرکھ۔اسکو تو continu ity اسکوآپ دریا فتکریں۔</w:t>
      </w:r>
    </w:p>
    <w:p>
      <w:r>
        <w:rPr>
          <w:b/>
        </w:rPr>
        <w:t xml:space="preserve">[33:09] </w:t>
      </w:r>
      <w:r>
        <w:t>Toh aap Allah taala se kahenge: Khuda ya! Usko is nemat ko jo tune diya hai is duniya mein, usko continue rakh. Musalsal taur par aakhirat mein bhi mujhe milti rahe hai.</w:t>
      </w:r>
    </w:p>
    <w:p>
      <w:pPr>
        <w:jc w:val="right"/>
      </w:pPr>
      <w:r>
        <w:t>توآپ اللہ تعالیٰسےکہیںگے:خدایا!اسکو اس نعمتکوجوتونےدیاہےاسدنیا میں، اسکوcontin ueرکھ ۔ مسلسلطورپرآخرتمیںبھیمجھےملتیرہیہے۔</w:t>
      </w:r>
    </w:p>
    <w:p>
      <w:r>
        <w:rPr>
          <w:b/>
        </w:rPr>
        <w:t xml:space="preserve">[33:19] </w:t>
      </w:r>
      <w:r>
        <w:t>Jannat tak. Toh kaisa ajeeb feel aata hai.</w:t>
      </w:r>
    </w:p>
    <w:p>
      <w:pPr>
        <w:jc w:val="right"/>
      </w:pPr>
      <w:r>
        <w:t>جنتتک ۔ تو کیساعجیبfeelآتاہے۔</w:t>
      </w:r>
    </w:p>
    <w:p>
      <w:r>
        <w:rPr>
          <w:b/>
        </w:rPr>
        <w:t xml:space="preserve">[33:26] </w:t>
      </w:r>
      <w:r>
        <w:t>Yeh woh cheez hai jisko kehte hain Ism e Azam ke saath Allah se dua karna. Yeh woh cheez hai. Jab khud Allah ki ek sifat ko daryaft karein aap, us sifat ke reference de kar Allah se dua karein.</w:t>
      </w:r>
    </w:p>
    <w:p>
      <w:pPr>
        <w:jc w:val="right"/>
      </w:pPr>
      <w:r>
        <w:t>یہیوہچیزہےجسکوکہتےہیںاسم اعظمکےساتھاللہسےدعاکرنا۔ یہوہچیزہے۔ جب خود اللہ کیایکصفتکو دریافتکریںآپ، اسصفتکےrefer enceدےکر اللہ سےدعاکریں۔</w:t>
      </w:r>
    </w:p>
    <w:p>
      <w:r>
        <w:rPr>
          <w:b/>
        </w:rPr>
        <w:t xml:space="preserve">[33:41] </w:t>
      </w:r>
      <w:r>
        <w:t>Toh aap invoke karte hain. Invoke that is Ism e Azam.</w:t>
      </w:r>
    </w:p>
    <w:p>
      <w:pPr>
        <w:jc w:val="right"/>
      </w:pPr>
      <w:r>
        <w:t>تو آپ inv okeکرتےہیں۔ Invoke thatisاسم اعظم۔</w:t>
      </w:r>
    </w:p>
    <w:p>
      <w:r>
        <w:rPr>
          <w:b/>
        </w:rPr>
        <w:t xml:space="preserve">[33:50] </w:t>
      </w:r>
      <w:r>
        <w:t>Toh sochna kitni badi cheez hai. Kitni badi cheez hai sochna.</w:t>
      </w:r>
    </w:p>
    <w:p>
      <w:pPr>
        <w:jc w:val="right"/>
      </w:pPr>
      <w:r>
        <w:t>تو سوچنا کتنیبڑیچیزہے۔ کتنیبڑیچیزہےسوچنا۔</w:t>
      </w:r>
    </w:p>
    <w:p>
      <w:r>
        <w:rPr>
          <w:b/>
        </w:rPr>
        <w:t xml:space="preserve">[34:00] </w:t>
      </w:r>
      <w:r>
        <w:t>Kitni badi cheez hai sochna. Ab aajkal dekhein saare jo hain Musalman kya kar rahe hain? Marte rahe hain. Jihad ke naam par. Aur phir apne aap ko zaleel kar rahe hain. Kyunke haarte hain toh zaleel hote hain.</w:t>
      </w:r>
    </w:p>
    <w:p>
      <w:pPr>
        <w:jc w:val="right"/>
      </w:pPr>
      <w:r>
        <w:t>کتنیبڑیچیزہےسوچنا۔ ابآجکلدیکھیںسارےجوہیںمسلمانکیاکررہےہیں؟مرکٹرہےہیں۔ جہادکےنام پر ۔ اورپھراپنے آپکوذلیلکررہےہیں۔کیونکہ ہارتےہیںتوذلیلہوتےہیں۔</w:t>
      </w:r>
    </w:p>
    <w:p>
      <w:r>
        <w:rPr>
          <w:b/>
        </w:rPr>
        <w:t xml:space="preserve">[34:14] </w:t>
      </w:r>
      <w:r>
        <w:t>Har jagah jihad, har jagah violence, har jagah suicide bombing. Aakhir mein kya hai? Khud apne ko</w:t>
      </w:r>
    </w:p>
    <w:p>
      <w:pPr>
        <w:jc w:val="right"/>
      </w:pPr>
      <w:r>
        <w:t>ہرجگہ جہاد،ہرجگہ viol ence ، ہرجگہsuicidebomb ing۔ آخرمیںکیاہے؟ خود اپنےکو</w:t>
      </w:r>
    </w:p>
    <w:p>
      <w:r>
        <w:rPr>
          <w:b/>
        </w:rPr>
        <w:t xml:space="preserve">[34:26] </w:t>
      </w:r>
      <w:r>
        <w:t>Apne ko halak karte hain aur phir zaleel hote hain.</w:t>
      </w:r>
    </w:p>
    <w:p>
      <w:pPr>
        <w:jc w:val="right"/>
      </w:pPr>
      <w:r>
        <w:t>اپنے کو ہلاککرتے ہیں اورپھرذلیلہوتےہیں۔</w:t>
      </w:r>
    </w:p>
    <w:p>
      <w:r>
        <w:rPr>
          <w:b/>
        </w:rPr>
        <w:t xml:space="preserve">[34:30] </w:t>
      </w:r>
      <w:r>
        <w:t>Yeh kyun? Socha nahin. Socha nahin woh. Bas aayatein kuch padh lein Quran o Hadees ki ke jihad karo, qatal karo.</w:t>
      </w:r>
    </w:p>
    <w:p>
      <w:pPr>
        <w:jc w:val="right"/>
      </w:pPr>
      <w:r>
        <w:t>یہکیوں؟سوچانہیں ۔ سوچانہیں وہ۔ بسآیتیںکچھپڑھلیںقرآنوبیتکیکہجہادکرو،قتالکرو ۔</w:t>
      </w:r>
    </w:p>
    <w:p>
      <w:r>
        <w:rPr>
          <w:b/>
        </w:rPr>
        <w:t xml:space="preserve">[34:40] </w:t>
      </w:r>
      <w:r>
        <w:t>Bas chalo qatal karna, jihad karna. Aur aayatein aur Hadeesein bhi hain. Usko mila kar ghaur nahin kiya.</w:t>
      </w:r>
    </w:p>
    <w:p>
      <w:pPr>
        <w:jc w:val="right"/>
      </w:pPr>
      <w:r>
        <w:t>بس چلو قتالکرنا،جہادکرنا۔ اور آیتیںاورحدیثیںبھیہیں۔ اسکو ملاکرغورنہیںکیا۔</w:t>
      </w:r>
    </w:p>
    <w:p>
      <w:r>
        <w:rPr>
          <w:b/>
        </w:rPr>
        <w:t xml:space="preserve">[34:51] </w:t>
      </w:r>
      <w:r>
        <w:t>Misaal ke taur par ek Hadees hai ke la yanbaghi lil momin yadun nafs. Momin ke liye jaiz nahin ke woh apne aap ko zaleel kare.</w:t>
      </w:r>
    </w:p>
    <w:p>
      <w:pPr>
        <w:jc w:val="right"/>
      </w:pPr>
      <w:r>
        <w:t>مثلاًایکحدیثہے کہ لا ینبغی للمومن یدالن فس ۔مومنکےلیے جائزنہیںکہوہاپنےآپکو ذلیلکرے۔</w:t>
      </w:r>
    </w:p>
    <w:p>
      <w:r>
        <w:rPr>
          <w:b/>
        </w:rPr>
        <w:t xml:space="preserve">[35:06] </w:t>
      </w:r>
      <w:r>
        <w:t>Toh logon ne poocha ke koi khud hi kyun zaleel kar raha hoga apne aap ko? Toh aap ne farmaya ke yata'arrad li balaa ma la yuteeq. Yaani aisi cheez se takra jaaye jise lipatne ki taaqat nahin.</w:t>
      </w:r>
    </w:p>
    <w:p>
      <w:pPr>
        <w:jc w:val="right"/>
      </w:pPr>
      <w:r>
        <w:t>تولوگوںنےپوچھاکہ کوئیخودہیکیوںذلیلکررہےگااپنےآپ کو؟ توآپنےفرمایاکہ يتعرض ب لاءلمال ایطیق ۔یعنیایسی چیزسےٹکراجائے جسےلپٹنےکیطاقتنہیں ۔</w:t>
      </w:r>
    </w:p>
    <w:p>
      <w:r>
        <w:rPr>
          <w:b/>
        </w:rPr>
        <w:t xml:space="preserve">[35:20] </w:t>
      </w:r>
      <w:r>
        <w:t>Misaal ke taur par aap sher se takra jaayein, aap haathi se takra jaayein. Toh kya hoga? Aap khud kuchle jayenge, aap khud maare jayenge. Toh bas Hadees le liya ke sab qatal hai aur jihad hai aur aur ladna hai.</w:t>
      </w:r>
    </w:p>
    <w:p>
      <w:pPr>
        <w:jc w:val="right"/>
      </w:pPr>
      <w:r>
        <w:t>مثلاًآپشیرسےٹکراجائیں، آپ ہاتھیسےٹکراجائیں۔ توکیاہوگا؟آپخود کچلےجائیںگے ، آپخودمارےجائیںگے۔ توبس حدیثلےلیاکہ سب قتالہےاورجہادہےاور اورلڑناہے۔</w:t>
      </w:r>
    </w:p>
    <w:p>
      <w:r>
        <w:rPr>
          <w:b/>
        </w:rPr>
        <w:t xml:space="preserve">[35:40] </w:t>
      </w:r>
      <w:r>
        <w:t>Aur yeh nahin ke doosri Hadeeson se pata chalta hai ke result oriented hona chahiye. Har amal toh result oriented hona chahiye.</w:t>
      </w:r>
    </w:p>
    <w:p>
      <w:pPr>
        <w:jc w:val="right"/>
      </w:pPr>
      <w:r>
        <w:t>اور یہنہیںکہ دوس ریحدیثوںسےپتہچلتاہےکہ result orient edہوناچاہیے۔ ہرعمل تو result orient edہوناچاہیے۔</w:t>
      </w:r>
    </w:p>
    <w:p>
      <w:r>
        <w:rPr>
          <w:b/>
        </w:rPr>
        <w:t xml:space="preserve">[35:48] </w:t>
      </w:r>
      <w:r>
        <w:t>Yaani agar woh result mile jo aap chahte hain, tab toh action nahin toh action nahin hai.</w:t>
      </w:r>
    </w:p>
    <w:p>
      <w:pPr>
        <w:jc w:val="right"/>
      </w:pPr>
      <w:r>
        <w:t>یعنیاگر وہ result ملےجوآپچاہتےہیں،تبتو actionنہیںتوactionنہیںہے۔</w:t>
      </w:r>
    </w:p>
    <w:p>
      <w:r>
        <w:rPr>
          <w:b/>
        </w:rPr>
        <w:t xml:space="preserve">[35:58] </w:t>
      </w:r>
      <w:r>
        <w:t>nahint o action nahinhai.</w:t>
      </w:r>
    </w:p>
    <w:p>
      <w:pPr>
        <w:jc w:val="right"/>
      </w:pPr>
      <w:r>
        <w:t>نہیںتوactionنہیںہے۔</w:t>
      </w:r>
    </w:p>
    <w:p>
      <w:r>
        <w:rPr>
          <w:b/>
        </w:rPr>
        <w:t xml:space="preserve">[36:03] </w:t>
      </w:r>
      <w:r>
        <w:t>to har cheez bilasoch samajh ho rahi hai. kal aik mere paas aik sahib ka telephone aaya. unhon ne kaha ke hum aik jalsay mein gaye. wahan par duaen ho rahi thin.</w:t>
      </w:r>
    </w:p>
    <w:p>
      <w:pPr>
        <w:jc w:val="right"/>
      </w:pPr>
      <w:r>
        <w:t>تو ہرچیزبلاسوچسمجھہورہیہے۔ کل ایکمیرےپاسایک صاحبکاٹیلیفونآیا۔ انہوںنےکہاکہہم ایکجلسےمیںگئے۔ وہاںپردعائیںہورہیتھیں۔</w:t>
      </w:r>
    </w:p>
    <w:p>
      <w:r>
        <w:rPr>
          <w:b/>
        </w:rPr>
        <w:t xml:space="preserve">[36:12] </w:t>
      </w:r>
      <w:r>
        <w:t>khudaya! saaray alam ke liye hidayat ka darwaza khol de.</w:t>
      </w:r>
    </w:p>
    <w:p>
      <w:pPr>
        <w:jc w:val="right"/>
      </w:pPr>
      <w:r>
        <w:t>خدایا!سارےعالم کےلیےہدایتکادروازہکھولدے۔</w:t>
      </w:r>
    </w:p>
    <w:p>
      <w:r>
        <w:rPr>
          <w:b/>
        </w:rPr>
        <w:t xml:space="preserve">[36:16] </w:t>
      </w:r>
      <w:r>
        <w:t>taake dekhen kitna acha mahol tha ke saari duniya ki duaen kar rahe hain woh. main ne kaha yeh dua nahin hai yeh. is ko aap dua samajhte hain?</w:t>
      </w:r>
    </w:p>
    <w:p>
      <w:pPr>
        <w:jc w:val="right"/>
      </w:pPr>
      <w:r>
        <w:t>تاکہدیکھیںکتنااچھا ماحولوہتھا کہ ساریدنیا کیدعائیںکررہےہیںوہ ۔ میںنےکہایہدعانہیںہےیہ۔ اسکوآپدعاسمجھتےہیں؟</w:t>
      </w:r>
    </w:p>
    <w:p>
      <w:r>
        <w:rPr>
          <w:b/>
        </w:rPr>
        <w:t xml:space="preserve">[36:27] </w:t>
      </w:r>
      <w:r>
        <w:t>saari duniya ke liye duaen kar rahe hain. aur is mein yeh bhi hai ke allahumma ahliki al kafara wa al mushrikeen. khudaya! halak kar de un logon ko.</w:t>
      </w:r>
    </w:p>
    <w:p>
      <w:pPr>
        <w:jc w:val="right"/>
      </w:pPr>
      <w:r>
        <w:t>ساریدنیا کےلیےدعائیںکررہےہیں۔ اوراسیمیںیہبھیہےکہالل ّٰهُمْأَهْلِكَالْكَفَرَ وَالْمُشْرِكِينَ۔خدایا!ہلاککردےانلوگوںکو ۔</w:t>
      </w:r>
    </w:p>
    <w:p>
      <w:r>
        <w:rPr>
          <w:b/>
        </w:rPr>
        <w:t xml:space="preserve">[36:38] </w:t>
      </w:r>
      <w:r>
        <w:t>yeh bhi dua hai is ka, woh bhi dua hai.</w:t>
      </w:r>
    </w:p>
    <w:p>
      <w:pPr>
        <w:jc w:val="right"/>
      </w:pPr>
      <w:r>
        <w:t>یہبھیدعاہےاسکا،وہبھیدعاہے۔</w:t>
      </w:r>
    </w:p>
    <w:p>
      <w:r>
        <w:rPr>
          <w:b/>
        </w:rPr>
        <w:t xml:space="preserve">[36:41] </w:t>
      </w:r>
      <w:r>
        <w:t>to main ne kaha ke dekhiye. quran o hadees mein aaya hai ke kalim al tayyib wa al amal al salih yarfa. allah ki taraf uthta hai pak kalma.</w:t>
      </w:r>
    </w:p>
    <w:p>
      <w:pPr>
        <w:jc w:val="right"/>
      </w:pPr>
      <w:r>
        <w:t>تومیںنےکہاکہدیکھیے۔ قرآنوبیتمیںآیاہےکہ كَلِمُالطَّيِّبِوَالْعَمْرِالصَّالِحِيَرْفُعُ۔اللہ کیطرف اٹھتاہے پاک کلمہ۔</w:t>
      </w:r>
    </w:p>
    <w:p>
      <w:r>
        <w:rPr>
          <w:b/>
        </w:rPr>
        <w:t xml:space="preserve">[36:55] </w:t>
      </w:r>
      <w:r>
        <w:t>allah ki taraf jata hai pak kalma. aur amal salih is ko uthata hai. oopar le aata hai. amal salih kiya hai?</w:t>
      </w:r>
    </w:p>
    <w:p>
      <w:pPr>
        <w:jc w:val="right"/>
      </w:pPr>
      <w:r>
        <w:t>اللہ کیطرف جاتاہے پاک کلمہ۔ اور عمل صالحاسکواٹھاتاہے۔ اوپرلےآتاہے۔ عمل صالحکیاہے؟</w:t>
      </w:r>
    </w:p>
    <w:p>
      <w:r>
        <w:rPr>
          <w:b/>
        </w:rPr>
        <w:t xml:space="preserve">[37:04] </w:t>
      </w:r>
      <w:r>
        <w:t>dua ke muwafiq amal.</w:t>
      </w:r>
    </w:p>
    <w:p>
      <w:pPr>
        <w:jc w:val="right"/>
      </w:pPr>
      <w:r>
        <w:t>دعاکے موافقعمل ۔</w:t>
      </w:r>
    </w:p>
    <w:p>
      <w:r>
        <w:rPr>
          <w:b/>
        </w:rPr>
        <w:t xml:space="preserve">[37:10] </w:t>
      </w:r>
      <w:r>
        <w:t>yani action according to. dua. dua ke muwafiq amal. to main ne kaha woh kiya hai amal? aap saare alam ke liye duaen kar rahe hain aur dil mein nafrat bhari hui hai.</w:t>
      </w:r>
    </w:p>
    <w:p>
      <w:pPr>
        <w:jc w:val="right"/>
      </w:pPr>
      <w:r>
        <w:t>یعنی Ac tionaccording to ۔دعا۔ دعاکے موافقعمل ۔ تومیںنےکہاوہکیاہےعمل ؟ آپ سارےعالمکےلیےدعائیںکررہےہیںاوردلمیںنفرتبھریہوئیہے۔</w:t>
      </w:r>
    </w:p>
    <w:p>
      <w:r>
        <w:rPr>
          <w:b/>
        </w:rPr>
        <w:t xml:space="preserve">[37:22] </w:t>
      </w:r>
      <w:r>
        <w:t>to muwafiq amal nahin kiya aap ne.</w:t>
      </w:r>
    </w:p>
    <w:p>
      <w:pPr>
        <w:jc w:val="right"/>
      </w:pPr>
      <w:r>
        <w:t>تو موافقعملنہیںکیاآپنے ۔</w:t>
      </w:r>
    </w:p>
    <w:p>
      <w:r>
        <w:rPr>
          <w:b/>
        </w:rPr>
        <w:t xml:space="preserve">[37:26] </w:t>
      </w:r>
      <w:r>
        <w:t>dil mein yeh hai ke unhon ne zulm kar rakha hai. yeh conspiracy kar rahe hain hamare khilaf. yeh hum ko satate hain. dil mein to yeh hai nafrat bhari hui hai. aap dua kar rahe hain.</w:t>
      </w:r>
    </w:p>
    <w:p>
      <w:pPr>
        <w:jc w:val="right"/>
      </w:pPr>
      <w:r>
        <w:t>دلمیںیہہےکہانہوںنےظلمکررکھاہے۔ یہ conspiracyکررہےہیںہمارےخلاف ۔ یہہمکوستاتےہیں۔ دلمیںتویہہےنفرتبھریہوئیہے۔آپدعاکررہےہیں۔</w:t>
      </w:r>
    </w:p>
    <w:p>
      <w:r>
        <w:rPr>
          <w:b/>
        </w:rPr>
        <w:t xml:space="preserve">[37:42] </w:t>
      </w:r>
      <w:r>
        <w:t>to dekhiye dawat se pehle hai kiya? nafrat ko khatam karna. dawat se pehle khair khwahi. bas dua karne se agar logon ki islah ho jaye kare.</w:t>
      </w:r>
    </w:p>
    <w:p>
      <w:pPr>
        <w:jc w:val="right"/>
      </w:pPr>
      <w:r>
        <w:t>تودیکھیےدعوت سے پہلے ہے کیا ؟ نفرتکوختمکرنا۔ دعوتسےپہلے خیر خواہی۔ بسدعاکرنے سےاگر لوگوںکیاصلاحہوجائےکرے۔</w:t>
      </w:r>
    </w:p>
    <w:p>
      <w:r>
        <w:rPr>
          <w:b/>
        </w:rPr>
        <w:t xml:space="preserve">[37:55] </w:t>
      </w:r>
      <w:r>
        <w:t>to hazrat nooh ka beta jo hai gumrah na hota. hazrat ibrahim ke baap jo hain woh woh gumrah na hote. rasool allah ke chacha abu talib jo hain woh gumrah na hote.</w:t>
      </w:r>
    </w:p>
    <w:p>
      <w:pPr>
        <w:jc w:val="right"/>
      </w:pPr>
      <w:r>
        <w:t>تو حضرتنوحکابیٹاجوہے گمراہنہہوتا۔ حضرتابراہیمکے باپجوہیںوہ وہ گمراہنہہوتے۔ رسولاللہ کے چچا ابوطالبجوہیںوہگمراہنہہوتے۔</w:t>
      </w:r>
    </w:p>
    <w:p>
      <w:r>
        <w:rPr>
          <w:b/>
        </w:rPr>
        <w:t xml:space="preserve">[38:06] </w:t>
      </w:r>
      <w:r>
        <w:t>kyun ke duaen to khoob keen un logon ne.</w:t>
      </w:r>
    </w:p>
    <w:p>
      <w:pPr>
        <w:jc w:val="right"/>
      </w:pPr>
      <w:r>
        <w:t>کیونکہدعائیںتوخوبکیںانلوگوںنے۔</w:t>
      </w:r>
    </w:p>
    <w:p>
      <w:r>
        <w:rPr>
          <w:b/>
        </w:rPr>
        <w:t xml:space="preserve">[38:09] </w:t>
      </w:r>
      <w:r>
        <w:t>to is aadmi ne apna hissa ada nahin kiya. yeh dua jo hai woh kargar nahin hui. to agar aap chahte hain ke aap daai ka darja mile aap ko daai ka.</w:t>
      </w:r>
    </w:p>
    <w:p>
      <w:pPr>
        <w:jc w:val="right"/>
      </w:pPr>
      <w:r>
        <w:t>تو اس آدمینے اپناحصہادانہیںکیا۔ یہدعاجوہےوہ کارگرنہیںہوئی ۔ تواگر آپ چاہتےہیںکہآپ داعی کا درجہملےآپکوداعیکا ۔</w:t>
      </w:r>
    </w:p>
    <w:p>
      <w:r>
        <w:rPr>
          <w:b/>
        </w:rPr>
        <w:t xml:space="preserve">[38:22] </w:t>
      </w:r>
      <w:r>
        <w:t>to sab se pehle aap ko logon ka khair khwah banna pare ga. apne dil se yani lateral tor par nafrat ko khatam karna pare ga. nafrat aur dawat dono ikathe nahin ho sakta hai.</w:t>
      </w:r>
    </w:p>
    <w:p>
      <w:pPr>
        <w:jc w:val="right"/>
      </w:pPr>
      <w:r>
        <w:t>تو سبسےپہلے آپکو لوگوںکاخیرخواہبنناپڑےگا۔ اپنے دل سے یعنیlater alطورپرنفرتکوختمکرناپڑےگا۔ نفرتاور دعوت دونوںاکٹھانہیںہوسکتاہے۔</w:t>
      </w:r>
    </w:p>
    <w:p>
      <w:r>
        <w:rPr>
          <w:b/>
        </w:rPr>
        <w:t xml:space="preserve">[38:35] </w:t>
      </w:r>
      <w:r>
        <w:t>yeh sab kis se sochne se maloom hota hai?</w:t>
      </w:r>
    </w:p>
    <w:p>
      <w:pPr>
        <w:jc w:val="right"/>
      </w:pPr>
      <w:r>
        <w:t>یہسبکیسےسوچنےسےمعلومہوتاہے؟</w:t>
      </w:r>
    </w:p>
    <w:p>
      <w:r>
        <w:rPr>
          <w:b/>
        </w:rPr>
        <w:t xml:space="preserve">[38:39] </w:t>
      </w:r>
      <w:r>
        <w:t>yeh samajhte hain ke bas log dawat ko announcement samajhte hain. announcement. announce kar diya to dawat ho gayi. nahin.</w:t>
      </w:r>
    </w:p>
    <w:p>
      <w:pPr>
        <w:jc w:val="right"/>
      </w:pPr>
      <w:r>
        <w:t>یہسمجھتےہیںکہبس لوگ دعوتکوanno uncementسمجھتےہیں۔Announc ement ۔ announceکردیاتودعوتہوگئی۔نہیں ۔</w:t>
      </w:r>
    </w:p>
    <w:p>
      <w:r>
        <w:rPr>
          <w:b/>
        </w:rPr>
        <w:t xml:space="preserve">[38:50] </w:t>
      </w:r>
      <w:r>
        <w:t>dawat ka matlab hai well wishing, khair khwahi. inna laqmana si. agar dil mein aap ki khair khwahi nahin hai to dawat nahin hai woh phir woh.</w:t>
      </w:r>
    </w:p>
    <w:p>
      <w:pPr>
        <w:jc w:val="right"/>
      </w:pPr>
      <w:r>
        <w:t>دعوتکامطلبہے well wishing ،خیر خواہی۔ إِنَّالْلُقْمْنَاسِئ۔ اگر دلمیںآپکیخیرخواہینہیںہے تو دعوت نہیںہےوہپھروہ۔</w:t>
      </w:r>
    </w:p>
    <w:p>
      <w:r>
        <w:rPr>
          <w:b/>
        </w:rPr>
        <w:t xml:space="preserve">[39:06] </w:t>
      </w:r>
      <w:r>
        <w:t>dawat nahin hai woh.</w:t>
      </w:r>
    </w:p>
    <w:p>
      <w:pPr>
        <w:jc w:val="right"/>
      </w:pPr>
      <w:r>
        <w:t>دعوتنہیںہےوہ۔</w:t>
      </w:r>
    </w:p>
    <w:p>
      <w:r>
        <w:rPr>
          <w:b/>
        </w:rPr>
        <w:t xml:space="preserve">[39:10] </w:t>
      </w:r>
      <w:r>
        <w:t>kal mera yahan telephone par aik khitab tha yahan se america ke liye. yaani main ne telephone par address ki tasment aur woh america mein logon ne suna.</w:t>
      </w:r>
    </w:p>
    <w:p>
      <w:pPr>
        <w:jc w:val="right"/>
      </w:pPr>
      <w:r>
        <w:t>کل میرایہاں ٹ یلیفونپرایک خطابتھایہاںسےامریک ہکےلیے۔ یعنیمیںنےٹیلیفونپر addressکیاتیسمنٹ اوروہامریکہمیںلوگوںنےسنا۔</w:t>
      </w:r>
    </w:p>
    <w:p>
      <w:r>
        <w:rPr>
          <w:b/>
        </w:rPr>
        <w:t xml:space="preserve">[39:21] </w:t>
      </w:r>
      <w:r>
        <w:t>to is par sawal o jawab tha aadhe ghante ke khitab ke baad. to aik sahib ne sawal kiya ke aap kehte hain ke dawat america mein dawat nahin dete log.</w:t>
      </w:r>
    </w:p>
    <w:p>
      <w:pPr>
        <w:jc w:val="right"/>
      </w:pPr>
      <w:r>
        <w:t>تو اسپر سوالوجوابتھا آدھےگھنٹےکےخطابکےبعد ۔ توایکصاحبنے سوالکیا کہآپکہتےہیںکہدعوت امریکہمیںدعوت نہیںدیتےلوگ ۔</w:t>
      </w:r>
    </w:p>
    <w:p>
      <w:r>
        <w:rPr>
          <w:b/>
        </w:rPr>
        <w:t xml:space="preserve">[39:32] </w:t>
      </w:r>
      <w:r>
        <w:t>khali khate kamate hain. to unhon ne nam lia kuch logon ke. dekhen falan sahib dawat e makar rahe hain.</w:t>
      </w:r>
    </w:p>
    <w:p>
      <w:pPr>
        <w:jc w:val="right"/>
      </w:pPr>
      <w:r>
        <w:t>خالیکھاتےکماتےہیں۔ توانہوںنےناملیاکچھلوگوںکے۔دیکھیںفلاںصاحبدعوتیکامکررہےہیں۔</w:t>
      </w:r>
    </w:p>
    <w:p>
      <w:r>
        <w:rPr>
          <w:b/>
        </w:rPr>
        <w:t xml:space="preserve">[39:39] </w:t>
      </w:r>
      <w:r>
        <w:t>to main jaanta tha un logon ko. main ne kaha woh log jo hain</w:t>
      </w:r>
    </w:p>
    <w:p>
      <w:pPr>
        <w:jc w:val="right"/>
      </w:pPr>
      <w:r>
        <w:t>تومیں جانتاتھاانلوگوںکو ۔میںنےکہاوہلوگجوہیں</w:t>
      </w:r>
    </w:p>
    <w:p>
      <w:r>
        <w:rPr>
          <w:b/>
        </w:rPr>
        <w:t xml:space="preserve">[39:45] </w:t>
      </w:r>
      <w:r>
        <w:t>dawat ke saath adaawat ki boli bolte hain. yaani isi ke saath wohi yeh bhi kehte hain ke amreeka islam ka dushman hai.</w:t>
      </w:r>
    </w:p>
    <w:p>
      <w:pPr>
        <w:jc w:val="right"/>
      </w:pPr>
      <w:r>
        <w:t>دعوت کےساتھعداوتکیبولیبولتےہیں۔ یعنیاسی کےساتھوہیہبھیکہتےہیںکہ امریک ہ اسلام کادشمنہے۔</w:t>
      </w:r>
    </w:p>
    <w:p>
      <w:r>
        <w:rPr>
          <w:b/>
        </w:rPr>
        <w:t xml:space="preserve">[39:55] </w:t>
      </w:r>
      <w:r>
        <w:t>iske saath yeh bhi kehte hain. aur dawat bhi de rahe hain. yeh dawat nahi hai yeh. yeh apne pride ko establish kar rahe hain woh.</w:t>
      </w:r>
    </w:p>
    <w:p>
      <w:pPr>
        <w:jc w:val="right"/>
      </w:pPr>
      <w:r>
        <w:t>اسکےساتھیہبھیکہتےہیں۔ اور دعوتبھیدےرہےہیں۔ یہدعوتنہیںہے یہ۔ یہ اپنے prideکوestabl ishکررہےہیںوہ۔</w:t>
      </w:r>
    </w:p>
    <w:p>
      <w:r>
        <w:rPr>
          <w:b/>
        </w:rPr>
        <w:t xml:space="preserve">[40:05] </w:t>
      </w:r>
      <w:r>
        <w:t>sabse pehle aap amreeka se nafrat ko khatam kijiye. nafrat ko khatam kijiye. iske baad dawat ka aaghaz hoga. dawat ki beginning hogi.</w:t>
      </w:r>
    </w:p>
    <w:p>
      <w:pPr>
        <w:jc w:val="right"/>
      </w:pPr>
      <w:r>
        <w:t>سبسےپہلے آپ امریک ہ سے نفرتکوختمکیجیے۔ نفرتکوختمکیجیے۔ اسکےبعد دعوتکا آغاز ہوگا۔دعوتکیbegin ningہوگی۔</w:t>
      </w:r>
    </w:p>
    <w:p>
      <w:r>
        <w:rPr>
          <w:b/>
        </w:rPr>
        <w:t xml:space="preserve">[40:19] </w:t>
      </w:r>
      <w:r>
        <w:t>toh saara maamla be-soch samajhe kar rahe hain log.</w:t>
      </w:r>
    </w:p>
    <w:p>
      <w:pPr>
        <w:jc w:val="right"/>
      </w:pPr>
      <w:r>
        <w:t>تو سارامعاملہبےسوچسمجھےکررہےہیںلوگ ۔</w:t>
      </w:r>
    </w:p>
    <w:p>
      <w:r>
        <w:rPr>
          <w:b/>
        </w:rPr>
        <w:t xml:space="preserve">[40:23] </w:t>
      </w:r>
      <w:r>
        <w:t>haalanke har cheez mein soch jodi hui hai. tafakkur joda hua hai. tadabbur joda hua hai. sochna joda hua hai. yaani ibaadat jo hai soch kar hoti hai tab ibaadat hoti hai woh.</w:t>
      </w:r>
    </w:p>
    <w:p>
      <w:pPr>
        <w:jc w:val="right"/>
      </w:pPr>
      <w:r>
        <w:t>حالانکہہرچیزمیں سوچجوڑیہوئیہے۔ تف کر جڑاہواہے۔ تد برجڑاہواہے۔ سوچناجڑاہواہے۔ یعنیعبادتجوہے سوچ کرہوتیہے تبعبادتہوتیہےوہ ۔</w:t>
      </w:r>
    </w:p>
    <w:p>
      <w:r>
        <w:rPr>
          <w:b/>
        </w:rPr>
        <w:t xml:space="preserve">[40:39] </w:t>
      </w:r>
      <w:r>
        <w:t>ek hadith hai ke aadmi amal karta hai. namaz, roza, hajj, zakat amal karta hai woh.</w:t>
      </w:r>
    </w:p>
    <w:p>
      <w:pPr>
        <w:jc w:val="right"/>
      </w:pPr>
      <w:r>
        <w:t>ایکحدیثہے کہآدمی عمل کرتاہے۔ نماز ،روز ہ،حج،زکوۃ عملکرتاہےوہ ۔</w:t>
      </w:r>
    </w:p>
    <w:p>
      <w:r>
        <w:rPr>
          <w:b/>
        </w:rPr>
        <w:t xml:space="preserve">[40:49] </w:t>
      </w:r>
      <w:r>
        <w:t>walyujzay illa bi qadri aqlihi</w:t>
      </w:r>
    </w:p>
    <w:p>
      <w:pPr>
        <w:jc w:val="right"/>
      </w:pPr>
      <w:r>
        <w:t>وَلَا يُجْزَىٰإِلَّابِقَدْرِعَقْلِهِ</w:t>
      </w:r>
    </w:p>
    <w:p>
      <w:r>
        <w:rPr>
          <w:b/>
        </w:rPr>
        <w:t xml:space="preserve">[40:54] </w:t>
      </w:r>
      <w:r>
        <w:t>.magar isko inaam milta hai. isko badla milta hai sirf apne aqal ke barabar. jitni aqal utna inaam.</w:t>
      </w:r>
    </w:p>
    <w:p>
      <w:pPr>
        <w:jc w:val="right"/>
      </w:pPr>
      <w:r>
        <w:t>۔مگراسکو انعامملتاہے۔ اسکو بدلہملتاہےصرف اپنےعقلکےبرابر ۔ جتنیعقل اتناانعام۔</w:t>
      </w:r>
    </w:p>
    <w:p>
      <w:r>
        <w:rPr>
          <w:b/>
        </w:rPr>
        <w:t xml:space="preserve">[41:04] </w:t>
      </w:r>
      <w:r>
        <w:t>bahut ajeeb hai. matlab soch kar ke aapne jitna jaana tha. soch kar ke aapne jitna aapko develop kiya tha. soch kar ke aapne jitna zyada aapko iski gehraai tak pahunche the.</w:t>
      </w:r>
    </w:p>
    <w:p>
      <w:pPr>
        <w:jc w:val="right"/>
      </w:pPr>
      <w:r>
        <w:t>بہت عجیبہے۔ مطلب سوچکرکےآپنے جتناجاناتھا۔ سوچکرکےآپنے جتناآپکو develop کیاتھا۔ سوچکرکےآپنےجتنازیادہ آپکو اسکی گہرائیتکپہنچےتھے۔</w:t>
      </w:r>
    </w:p>
    <w:p>
      <w:r>
        <w:rPr>
          <w:b/>
        </w:rPr>
        <w:t xml:space="preserve">[41:18] </w:t>
      </w:r>
      <w:r>
        <w:t>iske aitbaar se aap ko milega reward.</w:t>
      </w:r>
    </w:p>
    <w:p>
      <w:pPr>
        <w:jc w:val="right"/>
      </w:pPr>
      <w:r>
        <w:t>اسکے اعتبارسے آپ کو ملےگا reward ۔</w:t>
      </w:r>
    </w:p>
    <w:p>
      <w:r>
        <w:rPr>
          <w:b/>
        </w:rPr>
        <w:t xml:space="preserve">[41:22] </w:t>
      </w:r>
      <w:r>
        <w:t>bas yehi ke farma-bardar diya toh bas ho gaya sab kuch mil gaya.</w:t>
      </w:r>
    </w:p>
    <w:p>
      <w:pPr>
        <w:jc w:val="right"/>
      </w:pPr>
      <w:r>
        <w:t>بسیعنیکہفارمدہرادیا تو بسہوگیا سبکچھملگیا۔</w:t>
      </w:r>
    </w:p>
    <w:p>
      <w:r>
        <w:rPr>
          <w:b/>
        </w:rPr>
        <w:t xml:space="preserve">[41:29] </w:t>
      </w:r>
      <w:r>
        <w:t>toh kaha ibaadat ba qadr aqli hoti hai. aisi dawat ba qadr aqli hai. har cheez ka taalluq aqal se hai. quran mein baar baar hai afala taqiloon afala taqiloon afala taqiloon. ke tum sochte nahi hain. apne aqal ko istemaal nahi karte.</w:t>
      </w:r>
    </w:p>
    <w:p>
      <w:pPr>
        <w:jc w:val="right"/>
      </w:pPr>
      <w:r>
        <w:t>توکہاعبادت بقدعقلہوتیہے۔ ایسی دعوتبقدعقلہے۔ ہرچیز کاتعلقعقلسےہے۔ قرآنمیںباربارہےأَفْلَاتَعْقِلُونَأَفْلَاتَعْقِلُونَأَفْلَاتَعْ قِلُونَ ۔کہتمسوچتےنہیں۔اپنےعقلکواستعمالنہیںکرتے۔</w:t>
      </w:r>
    </w:p>
    <w:p>
      <w:r>
        <w:rPr>
          <w:b/>
        </w:rPr>
        <w:t xml:space="preserve">[41:46] </w:t>
      </w:r>
      <w:r>
        <w:t>yeh baar baar aaya hai.</w:t>
      </w:r>
    </w:p>
    <w:p>
      <w:pPr>
        <w:jc w:val="right"/>
      </w:pPr>
      <w:r>
        <w:t>یہباربار آیاہے۔</w:t>
      </w:r>
    </w:p>
    <w:p>
      <w:r>
        <w:rPr>
          <w:b/>
        </w:rPr>
        <w:t xml:space="preserve">[41:54] </w:t>
      </w:r>
      <w:r>
        <w:t>toh yeh bahut zaroori hai jaanna ke islam kisi farmaan ka naam nahi hai. kisi ritual ka naam nahi hai. kisi rasam ka naam nahi hai.</w:t>
      </w:r>
    </w:p>
    <w:p>
      <w:pPr>
        <w:jc w:val="right"/>
      </w:pPr>
      <w:r>
        <w:t>تویہبہت ضروریہےجان نا کہ اسلام کسی فارمکانامنہیں ہے۔ کسی ritualکانامنہیںہے۔ کسی رسم کانام نہیںہے۔</w:t>
      </w:r>
    </w:p>
    <w:p>
      <w:r>
        <w:rPr>
          <w:b/>
        </w:rPr>
        <w:t xml:space="preserve">[42:07] </w:t>
      </w:r>
      <w:r>
        <w:t>ek paidaish certificate ke bhi naam ke nahi hai. logon ke paas paidaish certificate hote hain.</w:t>
      </w:r>
    </w:p>
    <w:p>
      <w:pPr>
        <w:jc w:val="right"/>
      </w:pPr>
      <w:r>
        <w:t>ایکپیدائشیسرٹیفکیٹکےبھینامبھینہیںہے۔ لوگوںکےپاسپیدائشیسرٹیفکیٹہوتےہیں۔</w:t>
      </w:r>
    </w:p>
    <w:p>
      <w:r>
        <w:rPr>
          <w:b/>
        </w:rPr>
        <w:t xml:space="preserve">[42:16] </w:t>
      </w:r>
      <w:r>
        <w:t>toh iska naam bhiya islam nahi hai.</w:t>
      </w:r>
    </w:p>
    <w:p>
      <w:pPr>
        <w:jc w:val="right"/>
      </w:pPr>
      <w:r>
        <w:t>تو اسکانامبھیاسلام نہیںہے۔</w:t>
      </w:r>
    </w:p>
    <w:p>
      <w:r>
        <w:rPr>
          <w:b/>
        </w:rPr>
        <w:t xml:space="preserve">[42:20] </w:t>
      </w:r>
      <w:r>
        <w:t>soch kar aap log apni shakhsiyat banate hain. is shakhsiyat ka naam islam hai. soch kar ke. soche samjhe.</w:t>
      </w:r>
    </w:p>
    <w:p>
      <w:pPr>
        <w:jc w:val="right"/>
      </w:pPr>
      <w:r>
        <w:t>سوچکرآپ لوگ اپنیشخصیتبناتےہیں۔ اسشخصیتکانام اسلام ہے۔ سوچکرکے۔ سوچےسمجھے۔</w:t>
      </w:r>
    </w:p>
    <w:p>
      <w:r>
        <w:rPr>
          <w:b/>
        </w:rPr>
        <w:t xml:space="preserve">[42:31] </w:t>
      </w:r>
      <w:r>
        <w:t>soche yaani soch samajh kar jo aap ikhtiyaar karte hain wahi aapka deen hai. wahi aapka deen hai. isi ko kaha jaata hai discovery daryaft.</w:t>
      </w:r>
    </w:p>
    <w:p>
      <w:pPr>
        <w:jc w:val="right"/>
      </w:pPr>
      <w:r>
        <w:t>سوچے یعنیسوچسمجھکاجوآپ اختیارکرتے ہیں وہیآپکادینہے۔ وہیآپکادینہے۔ اسیکوکہاجاتا ہےdisc overy دریا فت ۔</w:t>
      </w:r>
    </w:p>
    <w:p>
      <w:r>
        <w:rPr>
          <w:b/>
        </w:rPr>
        <w:t xml:space="preserve">[42:43] </w:t>
      </w:r>
      <w:r>
        <w:t>toh imaan ke pehle daryaft hai. ibaadat ke pehle daryaft hai. hajj ke pehle daryaft hai. dawat se pehle daryaft hai.</w:t>
      </w:r>
    </w:p>
    <w:p>
      <w:pPr>
        <w:jc w:val="right"/>
      </w:pPr>
      <w:r>
        <w:t>تو ایمانکے پہلے دریا فت ہے۔ عبادتکےپہلے دریا فت ہے۔ حجکےپہلے دریا فت ہے۔ دعوتسےپہلے دریا فت ہے۔</w:t>
      </w:r>
    </w:p>
    <w:p>
      <w:r>
        <w:rPr>
          <w:b/>
        </w:rPr>
        <w:t xml:space="preserve">[42:52] </w:t>
      </w:r>
      <w:r>
        <w:t>yaani is cheez ko jaanna jo iski haqeeqat ko jaanna aur uske mutaabiq apne ko dhaalna. tab ja kar woh amal jo aap karenge usmein aqal shaamil rahegi.</w:t>
      </w:r>
    </w:p>
    <w:p>
      <w:pPr>
        <w:jc w:val="right"/>
      </w:pPr>
      <w:r>
        <w:t>یعنی اسچیزکو جان ناجو اسکیحقیقتکوجان نا اوراسکےمط ابقاپنے کوڈھالنا۔ تبجاکروہعملجوآپکریںگے اسمیںعقلشامل رہےگی۔</w:t>
      </w:r>
    </w:p>
    <w:p>
      <w:r>
        <w:rPr>
          <w:b/>
        </w:rPr>
        <w:t xml:space="preserve">[43:04] </w:t>
      </w:r>
      <w:r>
        <w:t>aur tab woh Allah ke haan rewardable hoga.</w:t>
      </w:r>
    </w:p>
    <w:p>
      <w:pPr>
        <w:jc w:val="right"/>
      </w:pPr>
      <w:r>
        <w:t>اور تب وہ اللہ کےہاں reward ableہوگا۔</w:t>
      </w:r>
    </w:p>
    <w:p>
      <w:r>
        <w:rPr>
          <w:b/>
        </w:rPr>
        <w:t xml:space="preserve">[43:11] </w:t>
      </w:r>
      <w:r>
        <w:t>toh yeh bahut zyada zaroori hai ke hum apni aqal ko develop karein. apni soch ko develop karein.</w:t>
      </w:r>
    </w:p>
    <w:p>
      <w:pPr>
        <w:jc w:val="right"/>
      </w:pPr>
      <w:r>
        <w:t>تو یہبہت زیادہ ضروریہے کہہم اپنی عقلکو develop کریں۔ اپنی سوچکوdevelop کریں۔</w:t>
      </w:r>
    </w:p>
    <w:p>
      <w:r>
        <w:rPr>
          <w:b/>
        </w:rPr>
        <w:t xml:space="preserve">[43:27] </w:t>
      </w:r>
      <w:r>
        <w:t>intellectual development hi sab kuch hai mere nazdeek toh. sab kuch hai.</w:t>
      </w:r>
    </w:p>
    <w:p>
      <w:pPr>
        <w:jc w:val="right"/>
      </w:pPr>
      <w:r>
        <w:t>Int ellectual develop ment ہیسبکچھہے میرےنزدیکتو۔ سب کچھہے۔</w:t>
      </w:r>
    </w:p>
    <w:p>
      <w:r>
        <w:rPr>
          <w:b/>
        </w:rPr>
        <w:t xml:space="preserve">[43:33] </w:t>
      </w:r>
      <w:r>
        <w:t>ek saahab ka telephone aaya. toh</w:t>
      </w:r>
    </w:p>
    <w:p>
      <w:pPr>
        <w:jc w:val="right"/>
      </w:pPr>
      <w:r>
        <w:t>ایک صاحبکاٹیلیفونآیا۔ تو</w:t>
      </w:r>
    </w:p>
    <w:p>
      <w:r>
        <w:rPr>
          <w:b/>
        </w:rPr>
        <w:t xml:space="preserve">[43:39] </w:t>
      </w:r>
      <w:r>
        <w:t>unhone kaha ke mujhe aala ma'rifat chahiye. woh risale padhte hain, risale ke reader hain woh.</w:t>
      </w:r>
    </w:p>
    <w:p>
      <w:pPr>
        <w:jc w:val="right"/>
      </w:pPr>
      <w:r>
        <w:t>انہوںنےکہاکہ مجھے اعلیٰمعرفتچاہیے۔ وہرسالہپڑھتےہیں،رسالےکےreaderہیںوہ۔</w:t>
      </w:r>
    </w:p>
    <w:p>
      <w:r>
        <w:rPr>
          <w:b/>
        </w:rPr>
        <w:t xml:space="preserve">[43:49] </w:t>
      </w:r>
      <w:r>
        <w:t>kahakay aap quran woh aap risalay mein zikr kertay hain marifat-e-aala ka. to mujhe woh cheez chahiye.</w:t>
      </w:r>
    </w:p>
    <w:p>
      <w:pPr>
        <w:jc w:val="right"/>
      </w:pPr>
      <w:r>
        <w:t>کہاکہآپ قرآن وہ آپ رسالہمیںذکرکرتےہیں معرفت ِاعلیٰکا۔ تو مجھےوہچیزچاہیے۔</w:t>
      </w:r>
    </w:p>
    <w:p>
      <w:r>
        <w:rPr>
          <w:b/>
        </w:rPr>
        <w:t xml:space="preserve">[44:00] </w:t>
      </w:r>
      <w:r>
        <w:t>woh kaisay hasil karoon ?</w:t>
      </w:r>
    </w:p>
    <w:p>
      <w:pPr>
        <w:jc w:val="right"/>
      </w:pPr>
      <w:r>
        <w:t>وہکیسےحاصل کروں ؟</w:t>
      </w:r>
    </w:p>
    <w:p>
      <w:r>
        <w:rPr>
          <w:b/>
        </w:rPr>
        <w:t xml:space="preserve">[44:06] </w:t>
      </w:r>
      <w:r>
        <w:t>to mein nay kaha yeh bataiye kay</w:t>
      </w:r>
    </w:p>
    <w:p>
      <w:pPr>
        <w:jc w:val="right"/>
      </w:pPr>
      <w:r>
        <w:t>تومیںنےکہاکہیہبتائیے کہ</w:t>
      </w:r>
    </w:p>
    <w:p>
      <w:r>
        <w:rPr>
          <w:b/>
        </w:rPr>
        <w:t xml:space="preserve">[44:15] </w:t>
      </w:r>
      <w:r>
        <w:t>babri masjid todi gayi thi 1992 mein. to uss ko lay kar aap ko nafrat hai un logon kay khilaf jinho nay toda?</w:t>
      </w:r>
    </w:p>
    <w:p>
      <w:pPr>
        <w:jc w:val="right"/>
      </w:pPr>
      <w:r>
        <w:t>بابریمسجدتوڑیگئیتھی 19 92 میں۔ تواسکولےکرکےآپکو نفرتہے انلوگوںکےخلاف جنہوںنےتوڑا؟</w:t>
      </w:r>
    </w:p>
    <w:p>
      <w:r>
        <w:rPr>
          <w:b/>
        </w:rPr>
        <w:t xml:space="preserve">[44:24] </w:t>
      </w:r>
      <w:r>
        <w:t>kaho woh to woh to fitri cheez hai, woh to rahay gi.</w:t>
      </w:r>
    </w:p>
    <w:p>
      <w:pPr>
        <w:jc w:val="right"/>
      </w:pPr>
      <w:r>
        <w:t>کہاوہتو وہتوفطریچیزہے،وہتورہےگی۔</w:t>
      </w:r>
    </w:p>
    <w:p>
      <w:r>
        <w:rPr>
          <w:b/>
        </w:rPr>
        <w:t xml:space="preserve">[44:29] </w:t>
      </w:r>
      <w:r>
        <w:t>to mein nay kaha phir aap ko marifat-e-aala ki baat kyun kertay hain?</w:t>
      </w:r>
    </w:p>
    <w:p>
      <w:pPr>
        <w:jc w:val="right"/>
      </w:pPr>
      <w:r>
        <w:t>تومیںنےکہاپھرآپکو معرفتِاعلیٰکیباتکیوںکرتےہیں؟</w:t>
      </w:r>
    </w:p>
    <w:p>
      <w:r>
        <w:rPr>
          <w:b/>
        </w:rPr>
        <w:t xml:space="preserve">[44:36] </w:t>
      </w:r>
      <w:r>
        <w:t>marifat-e-aala ki baat kyun kertay hain? mein nay kaha kay dekhiye suniye.</w:t>
      </w:r>
    </w:p>
    <w:p>
      <w:pPr>
        <w:jc w:val="right"/>
      </w:pPr>
      <w:r>
        <w:t>معرفتِاعلیٰکیباتکیوںکرتےہیں؟ میںنےکہاکہدیکھیے سنیے۔</w:t>
      </w:r>
    </w:p>
    <w:p>
      <w:r>
        <w:rPr>
          <w:b/>
        </w:rPr>
        <w:t xml:space="preserve">[44:45] </w:t>
      </w:r>
      <w:r>
        <w:t>unho nay aik masjid toda, babri masjid ko. india mein abhi bhi saaray paanch lakh masjidain hain. saaray paanch lakh.</w:t>
      </w:r>
    </w:p>
    <w:p>
      <w:pPr>
        <w:jc w:val="right"/>
      </w:pPr>
      <w:r>
        <w:t>انہوں نے ایک مسجدتوڑا،بابریمسجدکو ۔ انڈیامیںابھیبھی ساڑھےپانچلاکھمسجدیںہیں۔ ساڑھےپانچلاکھ۔</w:t>
      </w:r>
    </w:p>
    <w:p>
      <w:r>
        <w:rPr>
          <w:b/>
        </w:rPr>
        <w:t xml:space="preserve">[44:56] </w:t>
      </w:r>
      <w:r>
        <w:t>to yeh alfaaz jo hain farishton mein record ho chukay hain jo mein nay kaha tha telephone par.</w:t>
      </w:r>
    </w:p>
    <w:p>
      <w:pPr>
        <w:jc w:val="right"/>
      </w:pPr>
      <w:r>
        <w:t>تویہ الفاظجوہیں فرشتوںمیںریکارڈہوچکےہیںجومیںنےکہاتھا ٹیلیفونپر ۔</w:t>
      </w:r>
    </w:p>
    <w:p>
      <w:r>
        <w:rPr>
          <w:b/>
        </w:rPr>
        <w:t xml:space="preserve">[45:05] </w:t>
      </w:r>
      <w:r>
        <w:t>kay agar woh india ki saari masjidon ko toar dalain. saaray paanch lakh masjidon sab ko toar dalain. aik bhi masjid duniya mein na rahay.</w:t>
      </w:r>
    </w:p>
    <w:p>
      <w:pPr>
        <w:jc w:val="right"/>
      </w:pPr>
      <w:r>
        <w:t>کہاگر وہ انڈیاکیساریمسجدوںکوتوڑڈالیں۔ ساڑھےپانچلاکھمسجدوںسبکوتوڑڈالیں۔ ایکبھیمسجددنیامیںنہرہے۔</w:t>
      </w:r>
    </w:p>
    <w:p>
      <w:r>
        <w:rPr>
          <w:b/>
        </w:rPr>
        <w:t xml:space="preserve">[45:15] </w:t>
      </w:r>
      <w:r>
        <w:t>tab bhi meray andar koi hate nahi aaye ga. kyun? tab bhi mein kahoon khuda ya is say barri masjid maujood hai abhi bhi meray liye. yeh zameen.</w:t>
      </w:r>
    </w:p>
    <w:p>
      <w:pPr>
        <w:jc w:val="right"/>
      </w:pPr>
      <w:r>
        <w:t>تب بھی میرےاندرکوئیhateنہیںآئےگا۔ کیوں ؟ تببھیمیںکہوں خدایااسسےبڑیمسجدموجود ہےابھیبھیمیرےلیے۔یہزمین ۔</w:t>
      </w:r>
    </w:p>
    <w:p>
      <w:r>
        <w:rPr>
          <w:b/>
        </w:rPr>
        <w:t xml:space="preserve">[45:26] </w:t>
      </w:r>
      <w:r>
        <w:t>woh super masjid hai. hadees mein aata hai kay saari zameen meray liye masjid bana di gayi.</w:t>
      </w:r>
    </w:p>
    <w:p>
      <w:pPr>
        <w:jc w:val="right"/>
      </w:pPr>
      <w:r>
        <w:t>وہsuper مسجدہے۔ حدیث میںآتاہےکہ ساریزمین میرےلیےمسجدبنادیگئی۔</w:t>
      </w:r>
    </w:p>
    <w:p>
      <w:r>
        <w:rPr>
          <w:b/>
        </w:rPr>
        <w:t xml:space="preserve">[45:33] </w:t>
      </w:r>
      <w:r>
        <w:t>yeh hadees hai. yeh saari zameen meray liye masjid bana di gayi. to agar toranay wala koi saari masjidon ko toar dalay. aik masjid baqi na rahay.</w:t>
      </w:r>
    </w:p>
    <w:p>
      <w:pPr>
        <w:jc w:val="right"/>
      </w:pPr>
      <w:r>
        <w:t>یہحدیثہے۔ یہساریزمین میرےلیےمسجدبنادیگئی۔ تواگر توڑنےوالاکوئی ساری مسجدوںکوتوڑڈالے۔ ایک مسجدباقینہرہے۔</w:t>
      </w:r>
    </w:p>
    <w:p>
      <w:r>
        <w:rPr>
          <w:b/>
        </w:rPr>
        <w:t xml:space="preserve">[45:43] </w:t>
      </w:r>
      <w:r>
        <w:t>tab bhi mera shukr bhang nahi hoga. mera shukr zail nahi hoga. kyun? mein kahoon khuda ya yeh teri zameen abhi maujood hai. wahan mein sajda kar sakta hoon teray liye.</w:t>
      </w:r>
    </w:p>
    <w:p>
      <w:pPr>
        <w:jc w:val="right"/>
      </w:pPr>
      <w:r>
        <w:t>تب بھیمیراشکربھنگنہیںہوگا۔ میراشکرزائلنہیںہوگا۔ کیوں ؟میںکہوںخدایا یہتیریزمین ابھیموجود ہے۔ وہاںمیںسجدہکرسکتاہوںتیرےلیے۔</w:t>
      </w:r>
    </w:p>
    <w:p>
      <w:r>
        <w:rPr>
          <w:b/>
        </w:rPr>
        <w:t xml:space="preserve">[45:56] </w:t>
      </w:r>
      <w:r>
        <w:t>to kaha mein nay kaha aap kay andar yeh boota hai kay nahi boota hai? nahi hai to phir aala marifat ki baat mat kijiye.</w:t>
      </w:r>
    </w:p>
    <w:p>
      <w:pPr>
        <w:jc w:val="right"/>
      </w:pPr>
      <w:r>
        <w:t>توکہامیںنےکہاآپکےاندریہ بوتاہےکہنہیںبوتاہے؟ نہیںہےتوپھراعلیٰمعرفتکیباتمتکیجیے۔</w:t>
      </w:r>
    </w:p>
    <w:p>
      <w:r>
        <w:rPr>
          <w:b/>
        </w:rPr>
        <w:t xml:space="preserve">[46:04] </w:t>
      </w:r>
      <w:r>
        <w:t>to chup ho gaye woh. un kay samajh mein nahi aaya kay yeh bhi koi darja hai?</w:t>
      </w:r>
    </w:p>
    <w:p>
      <w:pPr>
        <w:jc w:val="right"/>
      </w:pPr>
      <w:r>
        <w:t>تو چپہوگئےوہ۔انکیسمجھمیںنہیںآیاکہیہبھی کوئیدرجہہے؟</w:t>
      </w:r>
    </w:p>
    <w:p>
      <w:r>
        <w:rPr>
          <w:b/>
        </w:rPr>
        <w:t xml:space="preserve">[46:10] </w:t>
      </w:r>
      <w:r>
        <w:t>un kay samajh mein nahi aaya kay kya is kay baray mein kya bolain woh.</w:t>
      </w:r>
    </w:p>
    <w:p>
      <w:pPr>
        <w:jc w:val="right"/>
      </w:pPr>
      <w:r>
        <w:t>انکیسمجھہینہیںآئیکہ کیا اسکےبارےمیںکیابولیںوہ۔</w:t>
      </w:r>
    </w:p>
    <w:p>
      <w:r>
        <w:rPr>
          <w:b/>
        </w:rPr>
        <w:t xml:space="preserve">[46:18] </w:t>
      </w:r>
      <w:r>
        <w:t>dekhiye.</w:t>
      </w:r>
    </w:p>
    <w:p>
      <w:pPr>
        <w:jc w:val="right"/>
      </w:pPr>
      <w:r>
        <w:t>دیکھیے۔</w:t>
      </w:r>
    </w:p>
    <w:p>
      <w:r>
        <w:rPr>
          <w:b/>
        </w:rPr>
        <w:t xml:space="preserve">[46:22] </w:t>
      </w:r>
      <w:r>
        <w:t>rasool Allah say kaba cheeni gaya tha kaba. aur nikal diya gaya aap ko makka say. chalay gaye madina.</w:t>
      </w:r>
    </w:p>
    <w:p>
      <w:pPr>
        <w:jc w:val="right"/>
      </w:pPr>
      <w:r>
        <w:t>رسولاللہ سے کعبہچھینگیاتھاکعبہ۔ اور نکالدیاگیاآپکو مکہسے ۔ چلےگئے مدینہ۔</w:t>
      </w:r>
    </w:p>
    <w:p>
      <w:r>
        <w:rPr>
          <w:b/>
        </w:rPr>
        <w:t xml:space="preserve">[46:33] </w:t>
      </w:r>
      <w:r>
        <w:t>wahan wahan jo taqreer ki thi aap nay kiya taqreer ki thi? kiya kiya aik kitnay zalim hain mujh say kaba cheen liya mujh say watan cheen liya mera ghar cheen liya yeh kiya taqreer ki unho nay ja kar kay wahan madina mein? kuch nahi kuch nahi kuch nahi aap nay farmaya kay ataqoo annara waloo bi shaqqah ataqoo annara waloo bi shaqqah timrah. aey logon yeh taqreer maujood hai seerat-e-ibn-e-hisham mein.</w:t>
      </w:r>
    </w:p>
    <w:p>
      <w:pPr>
        <w:jc w:val="right"/>
      </w:pPr>
      <w:r>
        <w:t>وہاںوہاں جو تقریرکیتھیآپنےکیاتقریرکیتھی؟ کیا کیا ایک کتنےظالمہیں مجھسےکعبہچھینلیامجھسےوطن چھینلیا میراگھرچھینلیا یہکیا تقریرکیانہوںنےجاکرکےوہاںمد ینہمیں ؟کچھ نہیں کچھنہیں کچھنہیں آپنےفرمایاکہات قواالنارولوبق شرة ات قواالنار ولوبش قتم رة اےلوگوں یہ تقریرموجود ہے سیرتابنہشاممیں</w:t>
      </w:r>
    </w:p>
    <w:p>
      <w:r>
        <w:rPr>
          <w:b/>
        </w:rPr>
        <w:t xml:space="preserve">[47:02] </w:t>
      </w:r>
      <w:r>
        <w:t>ayah al nas ataqoo annara waloo bi shaqqah timrah. aey logon apnay aap ko bachao aag say chahe khajoor ka aik tukra day kar kyun na ho.</w:t>
      </w:r>
    </w:p>
    <w:p>
      <w:pPr>
        <w:jc w:val="right"/>
      </w:pPr>
      <w:r>
        <w:t>ایہا الناس ات قواالنار ولوبش قتم رة اےلوگوں اپنےآپکوبچاؤآگسے چاہےکھجورکاایکٹکڑادےکرکیوںنہہو</w:t>
      </w:r>
    </w:p>
    <w:p>
      <w:r>
        <w:rPr>
          <w:b/>
        </w:rPr>
        <w:t xml:space="preserve">[47:14] </w:t>
      </w:r>
      <w:r>
        <w:t>yeh darja jab aap ko milta hai har cheez aap ko hadaf ho jati hai supreme karasal sirf khuda reh jata hai khuda.</w:t>
      </w:r>
    </w:p>
    <w:p>
      <w:pPr>
        <w:jc w:val="right"/>
      </w:pPr>
      <w:r>
        <w:t>یہ درج ہجبآپکوملتاہے ہرچیزآپکوحذفہوجاتیہے سپریمکرسنلصرفخدارہجاتاہےخدا</w:t>
      </w:r>
    </w:p>
    <w:p>
      <w:r>
        <w:rPr>
          <w:b/>
        </w:rPr>
        <w:t xml:space="preserve">[47:26] </w:t>
      </w:r>
      <w:r>
        <w:t>khuda jabir ta hai.</w:t>
      </w:r>
    </w:p>
    <w:p>
      <w:pPr>
        <w:jc w:val="right"/>
      </w:pPr>
      <w:r>
        <w:t>خداجبرہ تاہے</w:t>
      </w:r>
    </w:p>
    <w:p>
      <w:r>
        <w:rPr>
          <w:b/>
        </w:rPr>
        <w:t xml:space="preserve">[47:32] </w:t>
      </w:r>
      <w:r>
        <w:t>kal mein soch raha tha kay hazrat abu bakr siddiq kay baray mein kis nay likha hai kay woh bilkul na uzu billah woh blind follower thay rasool Allah sal Allah alayhi wasallam kay kyun kay hadees mein aata hai kay hazrat hazrat abu bakr jo thay kabhi unho nay rasool Allah say ikhtilaf nahi kiya.</w:t>
      </w:r>
    </w:p>
    <w:p>
      <w:pPr>
        <w:jc w:val="right"/>
      </w:pPr>
      <w:r>
        <w:t>کلمیںسوچرہاتھاکہحضرتابوبکر صدی قکےبارےمیں کسینےلکھاہے کہ وہبالکل ن عوذباللہ وہ بلائنڈفالوورتھےرسولاللہصلیاللہعلیہوسلمکے کیونکہحدیثمیںآتاہےکہ حضرت حضرتابوبکرجوتھے کبھی انہوںنےرسولاللہسےاختلافنہیں کیا</w:t>
      </w:r>
    </w:p>
    <w:p>
      <w:r>
        <w:rPr>
          <w:b/>
        </w:rPr>
        <w:t xml:space="preserve">[47:53] </w:t>
      </w:r>
      <w:r>
        <w:t>to yeh is aadmi nay jo aik aik secular murikh hai secular murikh hai to uss nay kaha kay abu bakr jo thay woh rasool Allah kay blind follower thay yeh choti baat hai yeh choti baat hai blind follower nahi thay rasool Allah ka abu bakr ka view lent hai yeh kaho gi tha.</w:t>
      </w:r>
    </w:p>
    <w:p>
      <w:pPr>
        <w:jc w:val="right"/>
      </w:pPr>
      <w:r>
        <w:t>تو یہ اس آدمینےجو ایک ایک سیکولر مورخہے سیکولرمورخہے تواسنےکہاکہ ابوبکرجوتھےوہ رسولاللہ کے بلائنڈفالوورتھے یہچھوٹیباتہے یہچھوٹیبات ہے بلائنڈفالوورنہیںتھے رسولاللہ کا ابوبکرکا ویولینتھایکہوگیاتھا</w:t>
      </w:r>
    </w:p>
    <w:p>
      <w:r>
        <w:rPr>
          <w:b/>
        </w:rPr>
        <w:t xml:space="preserve">[48:19] </w:t>
      </w:r>
      <w:r>
        <w:t>rasool Allah ka aur hazrat abu bakr ka violentha iko hogi tha</w:t>
      </w:r>
    </w:p>
    <w:p>
      <w:pPr>
        <w:jc w:val="right"/>
      </w:pPr>
      <w:r>
        <w:t>رسولاللہکا اور حضرتابوبکرکاویولینتھایکہوگیاتھا</w:t>
      </w:r>
    </w:p>
    <w:p>
      <w:r>
        <w:rPr>
          <w:b/>
        </w:rPr>
        <w:t xml:space="preserve">[48:23] </w:t>
      </w:r>
      <w:r>
        <w:t>yeh hai asal baat chunache aap dekhiye kitna bada darja tha inke shaoor ka rasool Allah ki jab wafaat hui aur saare log pareshan the ke rasool Allah ki wafaat ho gayi wafaat ho gayi wafaat ho gayi bohat pareshan the hazrat abu bakr aate hain woh sab madine se bahar the aaye aur dekha ke aap ka body woh hai lataya hua hai iske upar chadar hai</w:t>
      </w:r>
    </w:p>
    <w:p>
      <w:pPr>
        <w:jc w:val="right"/>
      </w:pPr>
      <w:r>
        <w:t>یہہے اصلبات چنانچہآپدیکھیے کتنابڑادرج ہتھاانکے شعورکا رسولاللہ کیجبوفاتہوئی اور سارےلوگپریشانتھے کہرسولاللہکیوفاتہوگئی وفاتہوگئیوفاتہوگئی بہت پریشانتھے حضرتابوبکرآتےہیں وہ سب مدینےسےباہرتھے آئے اوردیکھا کہآپکا باڈیجوہے لٹایاہواہے اسکےاوپرچادرہے</w:t>
      </w:r>
    </w:p>
    <w:p>
      <w:r>
        <w:rPr>
          <w:b/>
        </w:rPr>
        <w:t xml:space="preserve">[48:53] </w:t>
      </w:r>
      <w:r>
        <w:t>chadar uthai aapne hazrat abu bakr ne aur kaha ke man kaan ya Muhammad faan Muhammad qad amat wa man kaan ya Abdullah faan Allah hayilayaboot</w:t>
      </w:r>
    </w:p>
    <w:p>
      <w:pPr>
        <w:jc w:val="right"/>
      </w:pPr>
      <w:r>
        <w:t>چ ادراٹھائیآپنے حضرتابوبکر نے اور کہا کہ من کان یا محمد فانمحمد قدم ات ومن کان یاعبداللہ فان اللہحیلایبوت</w:t>
      </w:r>
    </w:p>
    <w:p>
      <w:r>
        <w:rPr>
          <w:b/>
        </w:rPr>
        <w:t xml:space="preserve">[49:11] </w:t>
      </w:r>
      <w:r>
        <w:t>jo Muhammad ko poochta tha toh woh jaan le ke Muhammad mar gaye jo Khuda ko poochta tha toh woh jaan le ke Khuda zinda hai woh kabhi marne wala nahi hai</w:t>
      </w:r>
    </w:p>
    <w:p>
      <w:pPr>
        <w:jc w:val="right"/>
      </w:pPr>
      <w:r>
        <w:t>جو محمد کوپوچھتاتھا تووہ جانلےکہمحمد مرگئے جوخداکوپوچھتاتھا تووہجانلےکہخدا زندہہے وہکبھیمرنےوالانہیں ہے</w:t>
      </w:r>
    </w:p>
    <w:p>
      <w:r>
        <w:rPr>
          <w:b/>
        </w:rPr>
        <w:t xml:space="preserve">[49:24] </w:t>
      </w:r>
      <w:r>
        <w:t>yeh hai marifat e aala ka darja ke sab kuch khokr bhi aapko Khuda mila hua hai toh aap kaafi hain aapke liye</w:t>
      </w:r>
    </w:p>
    <w:p>
      <w:pPr>
        <w:jc w:val="right"/>
      </w:pPr>
      <w:r>
        <w:t>یہہے معرفت ِاعلیٰکادرجہ کہسبکچھکھوکربھیآپکوخداملاہواہےتوآپ کافیہیںآپکےلیے</w:t>
      </w:r>
    </w:p>
    <w:p>
      <w:r>
        <w:rPr>
          <w:b/>
        </w:rPr>
        <w:t xml:space="preserve">[49:34] </w:t>
      </w:r>
      <w:r>
        <w:t>kaise ajib tha in logon ka darja hum marifat</w:t>
      </w:r>
    </w:p>
    <w:p>
      <w:pPr>
        <w:jc w:val="right"/>
      </w:pPr>
      <w:r>
        <w:t>کیسےعجیبتھا انلوگوںکادرج ہمعرفت</w:t>
      </w:r>
    </w:p>
    <w:p>
      <w:r>
        <w:rPr>
          <w:b/>
        </w:rPr>
        <w:t xml:space="preserve">[49:40] </w:t>
      </w:r>
      <w:r>
        <w:t>is waqt jabke rasool Allah ke ki body rakhi hui hai aur sab log saraseema hain sab log pareshan hain us waqt unki zuban se yeh jumla nikla man kaan ya Muhammad faan Muhammad qad amat wa man kaan ya Abdullah faan Allah hayilayaboot aur yahan kya haal hai ek masjid toot gayi toh bas qayamat aa gayi</w:t>
      </w:r>
    </w:p>
    <w:p>
      <w:pPr>
        <w:jc w:val="right"/>
      </w:pPr>
      <w:r>
        <w:t>اساس وقت جبکہرسولاللہ کے کی باڈیرکھیہوئیہے اورسبلوگ سراسیمہہیںسبلوگپریشانہیں اسوقت انکیزبان سےیہجملہنکلا من کان یا محمد فانمحمد قدم ات ومن کان یاعبداللہ فاناللہحی لایبوت اوریہاںکیا حالہے ایک مسجدٹوٹگئیتوبس قیامتآگئی</w:t>
      </w:r>
    </w:p>
    <w:p>
      <w:r>
        <w:rPr>
          <w:b/>
        </w:rPr>
        <w:t xml:space="preserve">[50:07] </w:t>
      </w:r>
      <w:r>
        <w:t>aap ke kehne ka matlab agar aapke andar ho toh tod dalo saari masjidें phir bhi mera Khuda zinda hai phir bhi yeh zameen maujood hai phir bhi meri pesh aneeslamat hai sajda karne ke liye</w:t>
      </w:r>
    </w:p>
    <w:p>
      <w:pPr>
        <w:jc w:val="right"/>
      </w:pPr>
      <w:r>
        <w:t>آپ کےکہنےکابوتااگرآپکےاندرہو تو ڑڈالوساریمسجدیں پھربھی میراخدازندہہے پھربھییہزمین موجود ہے پھربھیمیری پیش انیسلامتہےسجدہکرنےکےلیے</w:t>
      </w:r>
    </w:p>
    <w:p>
      <w:r>
        <w:rPr>
          <w:b/>
        </w:rPr>
        <w:t xml:space="preserve">[50:21] </w:t>
      </w:r>
      <w:r>
        <w:t>yeh is darje par jab aap pahunchte hain shaoor ke tab aapko aala marifat milti hai aala marifat is se pehle nahi milti hai</w:t>
      </w:r>
    </w:p>
    <w:p>
      <w:pPr>
        <w:jc w:val="right"/>
      </w:pPr>
      <w:r>
        <w:t>یہاس درج ےپرجبآپپہنچتےہیں شعورکے تبآپکواعلیٰمعرفتملتیہے اعلیٰمعرفتاسسےپہلےنہیںملتیہے</w:t>
      </w:r>
    </w:p>
    <w:p>
      <w:r>
        <w:rPr>
          <w:b/>
        </w:rPr>
        <w:t xml:space="preserve">[50:37] </w:t>
      </w:r>
      <w:r>
        <w:t>jab British yahan hukumat thi toh ek shayar the woh mujahid e azadi bhi the woh toh unko jail mein daal diya ghaliban Faiz Ahmed Faiz ka qissa hai yeh jail mein band kar diya angrezon ne toh wahan par unhon ne shair kaha tha</w:t>
      </w:r>
    </w:p>
    <w:p>
      <w:pPr>
        <w:jc w:val="right"/>
      </w:pPr>
      <w:r>
        <w:t>جب برٹشیہاں حکومت تھی تو ایک شاعرتھے وہ مج اہدآزادیبھیتھےوہ توانکو جیلمیںڈالدیا غالباًفیضاحمد فیضکاقصہہےیہ جیلمیںبندکردیاانگریزوںنے تووہاںپرانہوںنےشعرکہاتھا</w:t>
      </w:r>
    </w:p>
    <w:p>
      <w:r>
        <w:rPr>
          <w:b/>
        </w:rPr>
        <w:t xml:space="preserve">[51:01] </w:t>
      </w:r>
      <w:r>
        <w:t>is is mujahid e azadi jo the woh shayar unhon ne woh shair kaha tha ke zinda mujhko daal diya aisa hai woh zinda toh ne magar</w:t>
      </w:r>
    </w:p>
    <w:p>
      <w:pPr>
        <w:jc w:val="right"/>
      </w:pPr>
      <w:r>
        <w:t>اس اس مجاہد آزادی جوتھےوہ شاعر انہوںنےوہشعرکہاتھا کہ زندہ متمجھکو ڈالدیا ایساہےوہزندہتونےمگر</w:t>
      </w:r>
    </w:p>
    <w:p>
      <w:r>
        <w:rPr>
          <w:b/>
        </w:rPr>
        <w:t xml:space="preserve">[51:16] </w:t>
      </w:r>
      <w:r>
        <w:t>parwaaz jo meri rooh ke sake aisi bhi koi deewar utha matlab yeh deewarein wohi phir bhi meri fikr parwaaz baqi hai</w:t>
      </w:r>
    </w:p>
    <w:p>
      <w:pPr>
        <w:jc w:val="right"/>
      </w:pPr>
      <w:r>
        <w:t>پرو ازجو میریروکسکے ایسیبھیکوئی دیواراٹھا مطلبیہدیواریںجوہیں پھربھیمیریفکریپروازباقیہے</w:t>
      </w:r>
    </w:p>
    <w:p>
      <w:r>
        <w:rPr>
          <w:b/>
        </w:rPr>
        <w:t xml:space="preserve">[51:29] </w:t>
      </w:r>
      <w:r>
        <w:t>yeh hona chahiye aapka matlab aapke andar</w:t>
      </w:r>
    </w:p>
    <w:p>
      <w:pPr>
        <w:jc w:val="right"/>
      </w:pPr>
      <w:r>
        <w:t>یہ ہوناچاہیےآپکا بوتاآپکےاندر</w:t>
      </w:r>
    </w:p>
    <w:p>
      <w:r>
        <w:rPr>
          <w:b/>
        </w:rPr>
        <w:t xml:space="preserve">[51:32] </w:t>
      </w:r>
      <w:r>
        <w:t>kuch bhi ho jaye kuch bhi ho jaye kuch bhi ho jaye Khuda zinda hai hay</w:t>
      </w:r>
    </w:p>
    <w:p>
      <w:pPr>
        <w:jc w:val="right"/>
      </w:pPr>
      <w:r>
        <w:t>کچھبھیہوجائےکچھبھیہوجائےکچھبھیہوجائے خدا زندہہے حی</w:t>
      </w:r>
    </w:p>
    <w:p>
      <w:r>
        <w:rPr>
          <w:b/>
        </w:rPr>
        <w:t xml:space="preserve">[51:40] </w:t>
      </w:r>
      <w:r>
        <w:t>al abadi taur par</w:t>
      </w:r>
    </w:p>
    <w:p>
      <w:pPr>
        <w:jc w:val="right"/>
      </w:pPr>
      <w:r>
        <w:t>الابدیطورپر</w:t>
      </w:r>
    </w:p>
    <w:p>
      <w:r>
        <w:rPr>
          <w:b/>
        </w:rPr>
        <w:t xml:space="preserve">[51:45] </w:t>
      </w:r>
      <w:r>
        <w:t>aur har waqt mein is se contact kar sakta hoon hu al hayyul qayyum har waqt mein Allah ko zikr kar sakta hoon har waqt mein Allah ko sajda kar sakta hoon har waqt mein Allah se contact kar sakta hoon</w:t>
      </w:r>
    </w:p>
    <w:p>
      <w:pPr>
        <w:jc w:val="right"/>
      </w:pPr>
      <w:r>
        <w:t>اور ہروقتمیںاسسےکنٹیکٹکرسکتاہوں هو الحی القیوم ہروقت میںاللہ کوذکرکرسکتاہوںہروقت میںاللہکوسجدہکرسکتاہوں ہروقتمیںاللہ سےکنٹیکٹکرسکتاہوں</w:t>
      </w:r>
    </w:p>
    <w:p>
      <w:r>
        <w:rPr>
          <w:b/>
        </w:rPr>
        <w:t xml:space="preserve">[52:00] </w:t>
      </w:r>
      <w:r>
        <w:t>toh baqiya cheezein rahein na rahein is woh mere liye secondary darja rakhti hain tab ja kar marifat e aala milti hai aapko log haal hai ke marifat ki baatein karte hain aur iski price dil anana chahte hain price diye baghair</w:t>
      </w:r>
    </w:p>
    <w:p>
      <w:pPr>
        <w:jc w:val="right"/>
      </w:pPr>
      <w:r>
        <w:t>تو بقیہچیزیں رہیںنہرہیں اسوہ میرےلیےسیکنڈری درجہرکھتیہیں تب جاکر معرفتِاعلیٰملتیہےآپکو لوگ حالہےکہمعرفتکیباتیںکرتے ہیں اوراسکیپرائسدل انانہیںچاہتے پرائسدیےبغیر</w:t>
      </w:r>
    </w:p>
    <w:p>
      <w:r>
        <w:rPr>
          <w:b/>
        </w:rPr>
        <w:t xml:space="preserve">[52:21] </w:t>
      </w:r>
      <w:r>
        <w:t>price diye baghair</w:t>
      </w:r>
    </w:p>
    <w:p>
      <w:pPr>
        <w:jc w:val="right"/>
      </w:pPr>
      <w:r>
        <w:t>پرائسدیےبغیر</w:t>
      </w:r>
    </w:p>
    <w:p>
      <w:r>
        <w:rPr>
          <w:b/>
        </w:rPr>
        <w:t xml:space="preserve">[52:29] </w:t>
      </w:r>
      <w:r>
        <w:t>mein ek is se pehle mein ne aap se bataya tha ke ek cheez mujhe bahut pasand hai</w:t>
      </w:r>
    </w:p>
    <w:p>
      <w:pPr>
        <w:jc w:val="right"/>
      </w:pPr>
      <w:r>
        <w:t>میں ایک اسسےپہلے میںنےآپسے بت ایاتھا کہ ایکچیزمجھےبہتپسندہے</w:t>
      </w:r>
    </w:p>
    <w:p>
      <w:r>
        <w:rPr>
          <w:b/>
        </w:rPr>
        <w:t xml:space="preserve">[52:34] </w:t>
      </w:r>
      <w:r>
        <w:t>isse pehle bata chuka hoon ke ek amriki nairaiter jo non-muslim hai woh Christian hai woh</w:t>
      </w:r>
    </w:p>
    <w:p>
      <w:pPr>
        <w:jc w:val="right"/>
      </w:pPr>
      <w:r>
        <w:t>اسسےپہلےبتاچکاہوں کہ ایک امریک نرائٹر جو نانمسلمہےوہ کرسچنہےوہ</w:t>
      </w:r>
    </w:p>
    <w:p>
      <w:r>
        <w:rPr>
          <w:b/>
        </w:rPr>
        <w:t xml:space="preserve">[52:41] </w:t>
      </w:r>
      <w:r>
        <w:t>usne bohat gehrai se Islam ka mutala kiya</w:t>
      </w:r>
    </w:p>
    <w:p>
      <w:pPr>
        <w:jc w:val="right"/>
      </w:pPr>
      <w:r>
        <w:t>اسنے بہت گہرائیسےاسلام کامطالعہکیا</w:t>
      </w:r>
    </w:p>
    <w:p>
      <w:r>
        <w:rPr>
          <w:b/>
        </w:rPr>
        <w:t xml:space="preserve">[52:46] </w:t>
      </w:r>
      <w:r>
        <w:t>to ye log in logon ki baat hai ke wo ab object ke taur par cheezon ko parhte hain wo musalman to subject ke taur par parhte hain subject ke taur par</w:t>
      </w:r>
    </w:p>
    <w:p>
      <w:pPr>
        <w:jc w:val="right"/>
      </w:pPr>
      <w:r>
        <w:t>تویہلوگ انلوگوںکیباتہےکہوہابجیکٹوطورپرچیزوںکوپڑھتےہیںوہ مسلمانتوسبجیکٹوطورپرپڑھتےہیںسبجیکٹوطورپر</w:t>
      </w:r>
    </w:p>
    <w:p>
      <w:r>
        <w:rPr>
          <w:b/>
        </w:rPr>
        <w:t xml:space="preserve">[52:53] </w:t>
      </w:r>
      <w:r>
        <w:t>ye koi bari baat musalmanon ki kitab mein mujhe nahi milti bohat taajub ki baat hai</w:t>
      </w:r>
    </w:p>
    <w:p>
      <w:pPr>
        <w:jc w:val="right"/>
      </w:pPr>
      <w:r>
        <w:t>یہکوئیبڑیبات مسلمانوںکیکتابمیںمجھےنہیںملتی بہتعجیبباتہے</w:t>
      </w:r>
    </w:p>
    <w:p>
      <w:r>
        <w:rPr>
          <w:b/>
        </w:rPr>
        <w:t xml:space="preserve">[52:59] </w:t>
      </w:r>
      <w:r>
        <w:t>musalmanon ki kitab mein koi badi baat nahi milti bukhut aur shayari insha parwaazi yeh sab hota hai aur jo non muslim jinhon ne kitab mein jinhon ne Islam ka mutala kiya aur badi baat keh paate hain woh toh American hai woh is ne likha hai ke the greatest cancer of Islam is Allah</w:t>
      </w:r>
    </w:p>
    <w:p>
      <w:pPr>
        <w:jc w:val="right"/>
      </w:pPr>
      <w:r>
        <w:t>مسلمانوںکیکتاب میںکوئیبڑیباتنہیںملتی بخ ط اوت شاعری انشاءپرد ازی یہسبہوتاہے اور جو نانمسلم جنہوںنےکتاب یں جنہوںنےاسلامکامطالعہکیا اوربڑیبات کہہپاتےہیںوہ تو امریک نہےوہاسنےلکھاہےکہ داگرٹسٹکنسرنافاسلام از اللہ</w:t>
      </w:r>
    </w:p>
    <w:p>
      <w:r>
        <w:rPr>
          <w:b/>
        </w:rPr>
        <w:t xml:space="preserve">[53:25] </w:t>
      </w:r>
      <w:r>
        <w:t>the greatest cancer of Islam</w:t>
      </w:r>
    </w:p>
    <w:p>
      <w:pPr>
        <w:jc w:val="right"/>
      </w:pPr>
      <w:r>
        <w:t>داگرٹسٹکنسرنافاسلام</w:t>
      </w:r>
    </w:p>
    <w:p>
      <w:r>
        <w:rPr>
          <w:b/>
        </w:rPr>
        <w:t xml:space="preserve">[53:27] </w:t>
      </w:r>
      <w:r>
        <w:t>az Allah Islam ka sab se bara concept jo hai woh Allah hai</w:t>
      </w:r>
    </w:p>
    <w:p>
      <w:pPr>
        <w:jc w:val="right"/>
      </w:pPr>
      <w:r>
        <w:t>از اللہ اسلام کاسبسےبڑاکنسرنجوہےوہ اللہہے</w:t>
      </w:r>
    </w:p>
    <w:p>
      <w:r>
        <w:rPr>
          <w:b/>
        </w:rPr>
        <w:t xml:space="preserve">[53:32] </w:t>
      </w:r>
      <w:r>
        <w:t>yani har cheez secondary har cheez secondary har cheez secondary sirf Allah hi jo hai supreme concept hai woh</w:t>
      </w:r>
    </w:p>
    <w:p>
      <w:pPr>
        <w:jc w:val="right"/>
      </w:pPr>
      <w:r>
        <w:t>یعنیہرچیز سیکنڈریہرچیزسیکنڈریہرچیزسیکنڈری صرفاللہ ہیجوہےسپریمکنسرنہےوہ</w:t>
      </w:r>
    </w:p>
    <w:p>
      <w:r>
        <w:rPr>
          <w:b/>
        </w:rPr>
        <w:t xml:space="preserve">[53:40] </w:t>
      </w:r>
      <w:r>
        <w:t>musalmanon ka haal kya hai choti cheezon mein jeete hain woh zara se kisi ne kuch kar diya to bas bhadak uthte hain kisi ne cartoon chhaap diya to bhadak uthte hain koi kitab</w:t>
      </w:r>
    </w:p>
    <w:p>
      <w:pPr>
        <w:jc w:val="right"/>
      </w:pPr>
      <w:r>
        <w:t>مسلمانوںکاحالکیاہے چھوٹےچیزوںمیںجیتےہیںوہ ذراسےکسی نے کچھکردیا تو بس بھڑکاٹھے کسینےکارٹونچھاپدیاتوبھڑکاٹھےکوئیکتاب</w:t>
      </w:r>
    </w:p>
    <w:p>
      <w:r>
        <w:rPr>
          <w:b/>
        </w:rPr>
        <w:t xml:space="preserve">[53:50] </w:t>
      </w:r>
      <w:r>
        <w:t>chhaap di to bhadak uthte hain koi masjid tod di to bhadak uthte hain kisi ne kalma galat talaffuz kar diya to bhadak uthte hain</w:t>
      </w:r>
    </w:p>
    <w:p>
      <w:pPr>
        <w:jc w:val="right"/>
      </w:pPr>
      <w:r>
        <w:t>چھاپدیتوبھڑکاٹھے کوئیمسجدتوڑدیتوبھڑکاٹھے کسینےکلمہغلطتلف ظکردیاتوبھڑکاٹھے</w:t>
      </w:r>
    </w:p>
    <w:p>
      <w:r>
        <w:rPr>
          <w:b/>
        </w:rPr>
        <w:t xml:space="preserve">[53:58] </w:t>
      </w:r>
      <w:r>
        <w:t>is matlab ke unhon ne abhi maloom maloom nahi ke unhon ne Khuda se abhi taalluq hi qaim nahi kiya</w:t>
      </w:r>
    </w:p>
    <w:p>
      <w:pPr>
        <w:jc w:val="right"/>
      </w:pPr>
      <w:r>
        <w:t>اسمعنیکہانہوںنےابھیمعلوم معلومہینہیںکہ انہوںنےخداسےابھیتعلقہیقائمنہیںکیا</w:t>
      </w:r>
    </w:p>
    <w:p>
      <w:r>
        <w:rPr>
          <w:b/>
        </w:rPr>
        <w:t xml:space="preserve">[54:06] </w:t>
      </w:r>
      <w:r>
        <w:t>badi daryaft inko nahi hui chhote chhote baaton mein uljhe hue hain</w:t>
      </w:r>
    </w:p>
    <w:p>
      <w:pPr>
        <w:jc w:val="right"/>
      </w:pPr>
      <w:r>
        <w:t>بڑیدریا فت انکونہیںہوئی چھوٹیچھوٹی باتوںمیںالجھےہوئےہیں</w:t>
      </w:r>
    </w:p>
    <w:p>
      <w:r>
        <w:rPr>
          <w:b/>
        </w:rPr>
        <w:t xml:space="preserve">[54:12] </w:t>
      </w:r>
      <w:r>
        <w:t>badi daryaft inko hui nahi abhi toh</w:t>
      </w:r>
    </w:p>
    <w:p>
      <w:pPr>
        <w:jc w:val="right"/>
      </w:pPr>
      <w:r>
        <w:t>بڑیدریافت انکوہوئینہیںابھیتو</w:t>
      </w:r>
    </w:p>
    <w:p>
      <w:r>
        <w:rPr>
          <w:b/>
        </w:rPr>
        <w:t xml:space="preserve">[54:18] </w:t>
      </w:r>
      <w:r>
        <w:t>bade riyaft agar hojaye</w:t>
      </w:r>
    </w:p>
    <w:p>
      <w:pPr>
        <w:jc w:val="right"/>
      </w:pPr>
      <w:r>
        <w:t>بڑیدریا فت اگرہوجائے</w:t>
      </w:r>
    </w:p>
    <w:p>
      <w:r>
        <w:rPr>
          <w:b/>
        </w:rPr>
        <w:t xml:space="preserve">[54:23] </w:t>
      </w:r>
      <w:r>
        <w:t>jaise mein apna ek qissa bataoon do tajruba</w:t>
      </w:r>
    </w:p>
    <w:p>
      <w:pPr>
        <w:jc w:val="right"/>
      </w:pPr>
      <w:r>
        <w:t>جیسےمیںاپناایکقصہبتاؤں دوتجربہ</w:t>
      </w:r>
    </w:p>
    <w:p>
      <w:r>
        <w:rPr>
          <w:b/>
        </w:rPr>
        <w:t xml:space="preserve">[54:27] </w:t>
      </w:r>
      <w:r>
        <w:t>mein 802 9 mein ekbar ek sahib mujhse milne ke liye aaye to usko ters aaye the woh three wheel rse woh three wheelr wala kuch paisa mang raha tha isko yaad nahi kitna mang raha tha woh</w:t>
      </w:r>
    </w:p>
    <w:p>
      <w:pPr>
        <w:jc w:val="right"/>
      </w:pPr>
      <w:r>
        <w:t>میں 802 9 میں ایکبارایکصاحبمجھسےملنےکےلیےآئے تو اسکوٹرزآئےتھےوہ تھریویل رسےوہ تھریویلروالاکچھ پیسہمانگرہاتھااسکو یادنہیںکتنامانگرہاتھاوہ</w:t>
      </w:r>
    </w:p>
    <w:p>
      <w:r>
        <w:rPr>
          <w:b/>
        </w:rPr>
        <w:t xml:space="preserve">[54:44] </w:t>
      </w:r>
      <w:r>
        <w:t>to badi bahas iski karte rahe woh badi mushkil se isko jitna diya unhone iske baad mere paas aaye to maine poocha kehti hai de to bahas kyun kar rahe the aap to unhone bataya ke itna paisa mang raha tha woh phir wapsi ke liye mera kiraya nahi rehta</w:t>
      </w:r>
    </w:p>
    <w:p>
      <w:pPr>
        <w:jc w:val="right"/>
      </w:pPr>
      <w:r>
        <w:t>توبڑیبحثاسکیکرتےرہےوہ بڑیمشکلسے اسکو جتنادیا انہوںنےاسکےبعدمیرےپاسآئے تومیںنےپوچھاکہتیہےدےتوبحثکیوںکررہےتھےآپ توانہوںنےبتایاکہاتناپیسہمانگرہاتھاوہپھرواپسیکےلیےمیرا کرایہنہرہتا</w:t>
      </w:r>
    </w:p>
    <w:p>
      <w:r>
        <w:rPr>
          <w:b/>
        </w:rPr>
        <w:t xml:space="preserve">[55:02] </w:t>
      </w:r>
      <w:r>
        <w:t>mein isko de deta farz ke 50 rupay mang raha tha to phir 50 rupay de dete to iske baad unke nahi tha paisa 50 rupay dene ke liye to chahte the ke itna doon taake wapsi ke liye bhi kiraya rahe mere paas phir ek aur shakhs aaya to usne bhi kuch badhkar aksar badhkar kiraya mangte hain yeh log aap jante hain to badhkar kiraya manga to foran isko nikal ke de diya</w:t>
      </w:r>
    </w:p>
    <w:p>
      <w:pPr>
        <w:jc w:val="right"/>
      </w:pPr>
      <w:r>
        <w:t>میںاسکودےدیتا فرضکے50روپےمانگرہاتھا توپھر 50روپےدےدیتےتواسکےبعدانکےنہیںتھاپیسہ50روپےدینےکےلیے توچاہتےتھےکہ اتنا دوںتاکہواپسیکےلیےبھیکرایہرہےمیرےپاس پھرایکاور شخص آیا تو اسنےبھی کچھ بڑھکر اکثر بڑھکر کرایہمانگتےہیںیہلوگآپجانتےہیں توبڑھکرکرایہمانگا تو فوراًاسکونکالکےدےدیا</w:t>
      </w:r>
    </w:p>
    <w:p>
      <w:r>
        <w:rPr>
          <w:b/>
        </w:rPr>
        <w:t xml:space="preserve">[55:28] </w:t>
      </w:r>
      <w:r>
        <w:t>yani usne koi behas nahi ki to maine gaur kiya ke ye aadmi kyun behas nahi karta isne foran kiraya de kar mere paas aaye ga upar</w:t>
      </w:r>
    </w:p>
    <w:p>
      <w:pPr>
        <w:jc w:val="right"/>
      </w:pPr>
      <w:r>
        <w:t>یعنیاسنےکوئیبحثنہیں کی تو میںنےغورکیا کہیہآدمیکیوںبحثنہیںکیا اسنے فوراًکرایہدےکر میرےپاسآئےگااوپر</w:t>
      </w:r>
    </w:p>
    <w:p>
      <w:r>
        <w:rPr>
          <w:b/>
        </w:rPr>
        <w:t xml:space="preserve">[55:38] </w:t>
      </w:r>
      <w:r>
        <w:t>to wo paise wala aadmi tha uski jeb note se bhari hui thi to usko parwah nahi thi ke main agar de doon so</w:t>
      </w:r>
    </w:p>
    <w:p>
      <w:pPr>
        <w:jc w:val="right"/>
      </w:pPr>
      <w:r>
        <w:t>تو وہپیسےوالاآدمیتھااسکیجیبنوٹسبھریہوئیتھی تواسکوپرواہنہیںتھیکہمیںاگردےدوںسو</w:t>
      </w:r>
    </w:p>
    <w:p>
      <w:r>
        <w:rPr>
          <w:b/>
        </w:rPr>
        <w:t xml:space="preserve">[55:45] </w:t>
      </w:r>
      <w:r>
        <w:t>rupaye usko to mere paas wapas ke liye kiraya nahi rahe ga</w:t>
      </w:r>
    </w:p>
    <w:p>
      <w:pPr>
        <w:jc w:val="right"/>
      </w:pPr>
      <w:r>
        <w:t>روپےاسکو تو میرےپاسواپسیکےلیےکرایہنہیںرہےگا</w:t>
      </w:r>
    </w:p>
    <w:p>
      <w:r>
        <w:rPr>
          <w:b/>
        </w:rPr>
        <w:t xml:space="preserve">[55:49] </w:t>
      </w:r>
      <w:r>
        <w:t>to musalmanon ka haal hi hai</w:t>
      </w:r>
    </w:p>
    <w:p>
      <w:pPr>
        <w:jc w:val="right"/>
      </w:pPr>
      <w:r>
        <w:t>تو مس لمانوںکاحالیہیہے</w:t>
      </w:r>
    </w:p>
    <w:p>
      <w:r>
        <w:rPr>
          <w:b/>
        </w:rPr>
        <w:t xml:space="preserve">[55:53] </w:t>
      </w:r>
      <w:r>
        <w:t>unki jeb note se khali hai to har baat mein ladte hain woh</w:t>
      </w:r>
    </w:p>
    <w:p>
      <w:pPr>
        <w:jc w:val="right"/>
      </w:pPr>
      <w:r>
        <w:t>انکیجیبنوٹوںسےخالیہے تو ہرباتمیںلڑتےہیںوہ</w:t>
      </w:r>
    </w:p>
    <w:p>
      <w:r>
        <w:rPr>
          <w:b/>
        </w:rPr>
        <w:t xml:space="preserve">[56:00] </w:t>
      </w:r>
      <w:r>
        <w:t>unki jeb yani marifat ke note se khali hai</w:t>
      </w:r>
    </w:p>
    <w:p>
      <w:pPr>
        <w:jc w:val="right"/>
      </w:pPr>
      <w:r>
        <w:t>انکیجیب یعنی معرفتکےنوٹوںسےخالیہے</w:t>
      </w:r>
    </w:p>
    <w:p>
      <w:r>
        <w:rPr>
          <w:b/>
        </w:rPr>
        <w:t xml:space="preserve">[56:06] </w:t>
      </w:r>
      <w:r>
        <w:t>unki jeb daryaft ke note se khali hai unki jeb sachai ke note se khali hai to ladte hain ladte hain ladte hain</w:t>
      </w:r>
    </w:p>
    <w:p>
      <w:pPr>
        <w:jc w:val="right"/>
      </w:pPr>
      <w:r>
        <w:t>انکیجیبدریافتکےنوٹوںسےخالیہے انکیجیبسچائیکےنوٹوںسےخالیہے تو لڑتےہیںلڑتےہیںلڑتےہیں</w:t>
      </w:r>
    </w:p>
    <w:p>
      <w:r>
        <w:rPr>
          <w:b/>
        </w:rPr>
        <w:t xml:space="preserve">[56:18] </w:t>
      </w:r>
      <w:r>
        <w:t>lekin jis ki jeb mein marifat ke note bhare hue hon</w:t>
      </w:r>
    </w:p>
    <w:p>
      <w:pPr>
        <w:jc w:val="right"/>
      </w:pPr>
      <w:r>
        <w:t>لیکن جس کیجیبمیںمعرفتکےنوٹےبھریہوئیہوں</w:t>
      </w:r>
    </w:p>
    <w:p>
      <w:r>
        <w:rPr>
          <w:b/>
        </w:rPr>
        <w:t xml:space="preserve">[56:21] </w:t>
      </w:r>
      <w:r>
        <w:t>wo ladega nahi kahe ga nahi sau rupaye nahi do sau do sau rupaye le jao kafi farq padta hai</w:t>
      </w:r>
    </w:p>
    <w:p>
      <w:pPr>
        <w:jc w:val="right"/>
      </w:pPr>
      <w:r>
        <w:t>وہلڑےگانہیں کہےگانہیںسوروپےنہیںدو سودوسوروپےلےجاؤ کافیفرقپڑتاہے</w:t>
      </w:r>
    </w:p>
    <w:p>
      <w:r>
        <w:rPr>
          <w:b/>
        </w:rPr>
        <w:t xml:space="preserve">[56:26] </w:t>
      </w:r>
      <w:r>
        <w:t>mere paas aur bahut zyada mere paas hai</w:t>
      </w:r>
    </w:p>
    <w:p>
      <w:pPr>
        <w:jc w:val="right"/>
      </w:pPr>
      <w:r>
        <w:t>میرےپاساوربہتزیادہ میرےپاسہے</w:t>
      </w:r>
    </w:p>
    <w:p>
      <w:r>
        <w:rPr>
          <w:b/>
        </w:rPr>
        <w:t xml:space="preserve">[56:34] </w:t>
      </w:r>
      <w:r>
        <w:t>to apni riyaft ko badhaiye apni discore ko badhaiye tab aapko aala ma'rifat milegi tab aapko yani Allah se qurbat ka lazzat milegi aapko qurbat to khawandani kitni lazeez cheez hai isse musalman be khabar hain</w:t>
      </w:r>
    </w:p>
    <w:p>
      <w:pPr>
        <w:jc w:val="right"/>
      </w:pPr>
      <w:r>
        <w:t>تواپنیدریا فت کوبڑھائیے اپنیڈسکوریکوبڑھائیے تبآپکو اعلیٰمعرفتملےگی تب آپکو یعنی اللہ سے قربتکا کیلذتملےگیآپکو قربتتوخداوندی کتنیلذیذچیزہےاسسےمسلمانبےخبرہیں</w:t>
      </w:r>
    </w:p>
    <w:p>
      <w:r>
        <w:rPr>
          <w:b/>
        </w:rPr>
        <w:t xml:space="preserve">[56:56] </w:t>
      </w:r>
      <w:r>
        <w:t>isse be khabar hain woh</w:t>
      </w:r>
    </w:p>
    <w:p>
      <w:pPr>
        <w:jc w:val="right"/>
      </w:pPr>
      <w:r>
        <w:t>اسسےبےخبرہیںوہ</w:t>
      </w:r>
    </w:p>
    <w:p>
      <w:r>
        <w:rPr>
          <w:b/>
        </w:rPr>
        <w:t xml:space="preserve">[57:00] </w:t>
      </w:r>
      <w:r>
        <w:t>chunki unke andar sochne ki salahiyat nahi hai thinking capacity nahi hai yani ma'rifat nahi hai ma'rifat nahi hai to discore nahi hai discore nahi hai to Allah se ta'alluq nahi hai Allah se ta'alluq nahi hai to phir zindagi bilkul sookhi padi hui hai zindagi mein koi jaan nahi</w:t>
      </w:r>
    </w:p>
    <w:p>
      <w:pPr>
        <w:jc w:val="right"/>
      </w:pPr>
      <w:r>
        <w:t>چونکہانکےاندر سوچنےکی صلاحیتنہیں ہے تھنکنگ کیپیسٹینہیںہے یعنیمعرفتنہیںہے معرفتنہیںہے تو ڈسکورینہیںہے ڈسکورینہیںہےتواللہسےتعلقنہیںہے اللہ سےتعلقنہیںہےتوپھر زندگی بالکل سوکھیپڑیہوئیہے زندگی میںکوئیجاننہیں</w:t>
      </w:r>
    </w:p>
    <w:p>
      <w:r>
        <w:rPr>
          <w:b/>
        </w:rPr>
        <w:t xml:space="preserve">[57:23] </w:t>
      </w:r>
      <w:r>
        <w:t>har aadmi ek sookha thant ki ki manind hai sar sabz shadab darakht ki manind nahi</w:t>
      </w:r>
    </w:p>
    <w:p>
      <w:pPr>
        <w:jc w:val="right"/>
      </w:pPr>
      <w:r>
        <w:t>ہرآدمیایک سوکھا ٹھنٹ کی کیمان ندہے سر سبز شادابدرختکیمانندنہیں</w:t>
      </w:r>
    </w:p>
    <w:p>
      <w:r>
        <w:rPr>
          <w:b/>
        </w:rPr>
        <w:t xml:space="preserve">[57:30] </w:t>
      </w:r>
      <w:r>
        <w:t>ek hai thotha ek ek hai thant ek hai shadab darakht aajkal ke musalman sab thant bane hue hain thant shadab darakht nahi</w:t>
      </w:r>
    </w:p>
    <w:p>
      <w:pPr>
        <w:jc w:val="right"/>
      </w:pPr>
      <w:r>
        <w:t>ایک ہےٹھوٹا ایک ایکہےٹھنٹ ایکہےشادابدرخت آجکل کےمسلمانسبٹھنٹبنےہوئےہیںٹھنٹ شادابدرختنہیں</w:t>
      </w:r>
    </w:p>
    <w:p>
      <w:r>
        <w:rPr>
          <w:b/>
        </w:rPr>
        <w:t xml:space="preserve">[57:42] </w:t>
      </w:r>
      <w:r>
        <w:t>kyunki ma'rifat nahi hai chhoti cheezon mein jeete hain travel cheezon travel cheezon mein jeete hain to yeh hai sabse badi baat jiske bare mein hamein sochna chahiye</w:t>
      </w:r>
    </w:p>
    <w:p>
      <w:pPr>
        <w:jc w:val="right"/>
      </w:pPr>
      <w:r>
        <w:t>کیونکہمعرفتنہیںہے چھوٹیچیزوںمیںجیتےہیں ٹریولچیزیںٹ ریولچیزوںمیںجیتےہیں تویہہے سبسےبڑیبات جسکےبارےمیںہمیں سوچناچاہیے</w:t>
      </w:r>
    </w:p>
    <w:p>
      <w:r>
        <w:rPr>
          <w:b/>
        </w:rPr>
        <w:t xml:space="preserve">[57:57] </w:t>
      </w:r>
      <w:r>
        <w:t>jisko hamein apna concern banana chahiye</w:t>
      </w:r>
    </w:p>
    <w:p>
      <w:pPr>
        <w:jc w:val="right"/>
      </w:pPr>
      <w:r>
        <w:t>جسکوہمیں اپنا کنسرنبناناچاہیے</w:t>
      </w:r>
    </w:p>
    <w:p>
      <w:r>
        <w:rPr>
          <w:b/>
        </w:rPr>
        <w:t xml:space="preserve">[58:06] </w:t>
      </w:r>
      <w:r>
        <w:t>to mein Allah ta'ala se dua karta hoon ke hamare andar yeh ma'rifat aaye badi ma'rifat aqool qawli haza wastaghfirullaha li walakum wajama'een</w:t>
      </w:r>
    </w:p>
    <w:p>
      <w:pPr>
        <w:jc w:val="right"/>
      </w:pPr>
      <w:r>
        <w:t>تومیں اللہ تعالیسے دعاکرتاہوں کہ ہمارےاندر یہ معرفت آئے بڑی معرفت اقول قولیھذا واستغفر اللہ لیول کماجمعین</w:t>
      </w:r>
    </w:p>
    <w:p>
      <w:r>
        <w:rPr>
          <w:b/>
        </w:rPr>
        <w:t xml:space="preserve">[58:36] </w:t>
      </w:r>
      <w:r>
        <w:t>received from mister ashfaq rahmani muhammad sahib from lahore pakistan . ah Maulana, unhone likha hai: "ah, i believe ajrni af a thamiles started with only one .</w:t>
      </w:r>
    </w:p>
    <w:p>
      <w:pPr>
        <w:jc w:val="right"/>
      </w:pPr>
      <w:r>
        <w:t>ری سیوڈفرام مس ٹر اشفاق رحمانی محمد صاحب فرام لاہور پاکستان ۔اہ مولانا،انہوںنےلکھاہے: "اہ ،ائیبیلیو اجرنی اف ا تھا مائلز سٹارٹڈود اونلی ون ۔</w:t>
      </w:r>
    </w:p>
    <w:p>
      <w:r>
        <w:rPr>
          <w:b/>
        </w:rPr>
        <w:t xml:space="preserve">[58:54] </w:t>
      </w:r>
      <w:r>
        <w:t>i always like your thoughts and approach . it's a really a way of preaching Islam with thoughts ."</w:t>
      </w:r>
    </w:p>
    <w:p>
      <w:pPr>
        <w:jc w:val="right"/>
      </w:pPr>
      <w:r>
        <w:t>ائیالویز لائکیورتھاٹساینڈاپروچ ۔اٹساٹسریلی ا وےاف پریچنگ اسلام ک تھا ٹس۔"</w:t>
      </w:r>
    </w:p>
    <w:p>
      <w:r>
        <w:rPr>
          <w:b/>
        </w:rPr>
        <w:t xml:space="preserve">[59:04] </w:t>
      </w:r>
      <w:r>
        <w:t>ah, ab mein sawal leta hoon. yeh mister mansoob ali ne new delhi se likha hai: "islam hamein paros ke huqooq ke bare mein acha behaviour karne ki naseehat deta hai.</w:t>
      </w:r>
    </w:p>
    <w:p>
      <w:pPr>
        <w:jc w:val="right"/>
      </w:pPr>
      <w:r>
        <w:t>اہ،ابمیںسواللیتاہوں۔یہ مسٹرمن صوب علی نے نئیدلیسےلکھاہے: "اسلام ہمیں پڑ وسیکے حقوق کےبارےمیں اچھا व्यवहार کرنے کی نصیحتدیتاہے۔</w:t>
      </w:r>
    </w:p>
    <w:p>
      <w:r>
        <w:rPr>
          <w:b/>
        </w:rPr>
        <w:t xml:space="preserve">[59:18] </w:t>
      </w:r>
      <w:r>
        <w:t>to kya da'wa work mein hum social issue ke bare mein gaur o fikr kar sakte hain?"</w:t>
      </w:r>
    </w:p>
    <w:p>
      <w:pPr>
        <w:jc w:val="right"/>
      </w:pPr>
      <w:r>
        <w:t>تو کیا دعویٰ ورکمیںہم سوشل ایشوکےبارےمیں غور وفکرکرسکتےہیں؟"</w:t>
      </w:r>
    </w:p>
    <w:p>
      <w:r>
        <w:rPr>
          <w:b/>
        </w:rPr>
        <w:t xml:space="preserve">[59:28] </w:t>
      </w:r>
      <w:r>
        <w:t>dekhiye, is duniya mein hamein priority ke usool par chalna padta hai.</w:t>
      </w:r>
    </w:p>
    <w:p>
      <w:pPr>
        <w:jc w:val="right"/>
      </w:pPr>
      <w:r>
        <w:t>دیکھیے،اسدنیا میں ہمیں پرائرٹی کےاصولپرچلناپڑتاہے۔</w:t>
      </w:r>
    </w:p>
    <w:p>
      <w:r>
        <w:rPr>
          <w:b/>
        </w:rPr>
        <w:t xml:space="preserve">[59:34] </w:t>
      </w:r>
      <w:r>
        <w:t>duniya mein issues to behsare hain, to paros ke huqooq hamein ada karna hai, lekin ab isko hum movement nahi bana sakte, mission nahi bana sakte.</w:t>
      </w:r>
    </w:p>
    <w:p>
      <w:pPr>
        <w:jc w:val="right"/>
      </w:pPr>
      <w:r>
        <w:t>دنیا میںایشوزتوبہتسارےہیں، تو پڑ وسیکےحقوق ہمیںاداکرناہے،لیکن اباسکوہمموومنٹنہیںبناسکتے، مشننہیںبناسکتے۔</w:t>
      </w:r>
    </w:p>
    <w:p>
      <w:r>
        <w:rPr>
          <w:b/>
        </w:rPr>
        <w:t xml:space="preserve">[59:47] </w:t>
      </w:r>
      <w:r>
        <w:t>ek hai, koi soorat haal pesh aayi to aapne wahan huq ada kiya, jo aapki duty thi, woh pura kiya aapne . ek hai, isko mission banana.</w:t>
      </w:r>
    </w:p>
    <w:p>
      <w:pPr>
        <w:jc w:val="right"/>
      </w:pPr>
      <w:r>
        <w:t>ایکہے، کوئی صورت حالپیش آئیتوآپنے وہاںحقاداکیا، جوآپکیڈیوٹیتھی،وہ پوراکیاآپنے ۔ ایکہے،اسیکومشنبن انا۔</w:t>
      </w:r>
    </w:p>
    <w:p>
      <w:r>
        <w:rPr>
          <w:b/>
        </w:rPr>
        <w:t xml:space="preserve">[59:57] </w:t>
      </w:r>
      <w:r>
        <w:t>to hum da'wa ko mission banayenge aur baqi jo cheezein hain, isko secondary darja, woh isko zaroor poora karenge. isko</w:t>
      </w:r>
    </w:p>
    <w:p>
      <w:pPr>
        <w:jc w:val="right"/>
      </w:pPr>
      <w:r>
        <w:t>تو ہم دعوتکومشنبنائیںگے اور بقیہجوچیزیںہیں،اسکو سیکنڈریدرجہ،وہاسکو ضرورپوریکریںگے۔اسکو</w:t>
      </w:r>
    </w:p>
    <w:p>
      <w:r>
        <w:rPr>
          <w:b/>
        </w:rPr>
        <w:t xml:space="preserve">[1:00:09] </w:t>
      </w:r>
      <w:r>
        <w:t>to masla yeh priority ka hai. priority ka hamari priority da'wa mission hai aur baqi cheezein bhi hamari shamil hain, hamari duty mein, lekin woh secondary darje mein shamil hain, chahe woh milly work ho ya social work ho ya koi aur work ho.</w:t>
      </w:r>
    </w:p>
    <w:p>
      <w:pPr>
        <w:jc w:val="right"/>
      </w:pPr>
      <w:r>
        <w:t>تومسئلہیہپرائرٹیکاہے۔پرائرٹیکا ہماریپرائرٹیدعویٰمشنہے اور بقیہچیزیںبھیہماری شامل ہیں،ہماریڈیوٹیمیں،لیکنوہسیکنڈریدرجےمیںشامل ہیں، چاہےوہملی ورکہویاسوشلورکہو یاکوئیاور ورکہو۔</w:t>
      </w:r>
    </w:p>
    <w:p>
      <w:r>
        <w:rPr>
          <w:b/>
        </w:rPr>
        <w:t xml:space="preserve">[1:00:30] </w:t>
      </w:r>
      <w:r>
        <w:t>kyunki dekhiye, da'wa mission kya hai? eternal life ke bare mein logon ko batana. yeh jo social work hote hain, yeh to waqti taur par hote hain.</w:t>
      </w:r>
    </w:p>
    <w:p>
      <w:pPr>
        <w:jc w:val="right"/>
      </w:pPr>
      <w:r>
        <w:t>کیونکہدیکھیے، دعویٰمشنکیاہے؟ ایٹرنللائفکےبارےمیں لوگوںکوبت انا۔ یہجوسوشلورکہوتےہیں، یہتووقتیطورپرہوتےہیں۔</w:t>
      </w:r>
    </w:p>
    <w:p>
      <w:r>
        <w:rPr>
          <w:b/>
        </w:rPr>
        <w:t xml:space="preserve">[1:00:41] </w:t>
      </w:r>
      <w:r>
        <w:t>waqtī tōr par ādmī kō kuch madad kar dī āpne, lekin insān kā baṛā ma'malah yē hai, woh tō ākhirat tak hai, eternal life kā hai, eternal life kā hai.</w:t>
      </w:r>
    </w:p>
    <w:p>
      <w:pPr>
        <w:jc w:val="right"/>
      </w:pPr>
      <w:r>
        <w:t>وق تی طور پر آدمیکوکچھمددکردیآپنے ،لیکن انسانکا بڑامعاملہجوہے، وہتوآخرتکاہے، ایٹرنیٹیکاہے، ایٹرنللائفکاہے۔</w:t>
      </w:r>
    </w:p>
    <w:p>
      <w:r>
        <w:rPr>
          <w:b/>
        </w:rPr>
        <w:t xml:space="preserve">[1:00:54] </w:t>
      </w:r>
      <w:r>
        <w:t>tō is kī ahmiyat tō billion trillion times ziyādah hai.</w:t>
      </w:r>
    </w:p>
    <w:p>
      <w:pPr>
        <w:jc w:val="right"/>
      </w:pPr>
      <w:r>
        <w:t>تو اسکیاہمیتتو بلین ٹریلینٹائمزیادہہے۔</w:t>
      </w:r>
    </w:p>
    <w:p>
      <w:r>
        <w:rPr>
          <w:b/>
        </w:rPr>
        <w:t xml:space="preserve">[1:00:58] </w:t>
      </w:r>
      <w:r>
        <w:t>tō ziyādah aham kō chhoṛ kar ke kam aham par ham agar ab apne kō bilkul dedicate kar dēn, tō yē sahih nahīn hogā. isī liē hamne ab mission mein dawat kō supreme rakhā hai aur baqiyē chīzōn kō secondary darjē mein liā hai.</w:t>
      </w:r>
    </w:p>
    <w:p>
      <w:pPr>
        <w:jc w:val="right"/>
      </w:pPr>
      <w:r>
        <w:t>توزیادہ اہم کوچھوڑکرکے کم اہمپر ہماگر اب اپنے کوبالکل ڈیڈیکیٹکردیں، تویہصحیحنہیںہوگا۔ اسیلیےہمنے ابمشنمیں دعوتکو سپریمرکھاہے اوربقیہچیزوںکوسیکنڈریدرجےمیںل یاہے۔</w:t>
      </w:r>
    </w:p>
    <w:p>
      <w:r>
        <w:rPr>
          <w:b/>
        </w:rPr>
        <w:t xml:space="preserve">[1:01:17] </w:t>
      </w:r>
      <w:r>
        <w:t>maulānā, inkā ek aur sawāl hai. inhōn ne pūchā hai āpse ke rasūl Allāh aur ṣaḥābah tanhāī mein Allāh kō kaise yād kiyā karte the? iske bāre mein batāēn.</w:t>
      </w:r>
    </w:p>
    <w:p>
      <w:pPr>
        <w:jc w:val="right"/>
      </w:pPr>
      <w:r>
        <w:t>مولانا،انکاایک اور سوالہے۔ انہوںنے پوچھاہےآپسے کہ رسولاللہ اور صحابہ تنہائیمیں اللہ کو کیسے یاد کیا کرتے تھے ؟اسکےبارےمیں بتائیں۔</w:t>
      </w:r>
    </w:p>
    <w:p>
      <w:r>
        <w:rPr>
          <w:b/>
        </w:rPr>
        <w:t xml:space="preserve">[1:01:33] </w:t>
      </w:r>
      <w:r>
        <w:t>tanhāī kā alg tarīqah nahīn thā. jo social link nikalnā hai, woh tarīqah inkā nahīn thā. murāqabah karnā aur dhikr bil jahir karnā aur tarah tarah ke jo parwarishēn hain taṣawwuf mein, woh tarīqah inkā nahīn thā.</w:t>
      </w:r>
    </w:p>
    <w:p>
      <w:pPr>
        <w:jc w:val="right"/>
      </w:pPr>
      <w:r>
        <w:t>تنہائیکوالگطریقہنہیںتھا۔ جو سوشالنکالناہے،وہطریقہانکانہیںتھا۔ مراقبہکرنا اورذکر بالجہرکرنااور طرح طرحکےجو پرورشیںہیں تصوف میں، وہ طریقہانکانہیںتھا۔</w:t>
      </w:r>
    </w:p>
    <w:p>
      <w:r>
        <w:rPr>
          <w:b/>
        </w:rPr>
        <w:t xml:space="preserve">[1:01:47] </w:t>
      </w:r>
      <w:r>
        <w:t>bas soch'nā aur soch soch soch kar Allāh kī glory kō yād karnā, yē tanhāī mein bhī thā.</w:t>
      </w:r>
    </w:p>
    <w:p>
      <w:pPr>
        <w:jc w:val="right"/>
      </w:pPr>
      <w:r>
        <w:t>بسسوچنا اور سو چسو چ سوچکراللہ کیگل وریکو یادکرنا، یہ تنہائیمیںبھیتھا۔</w:t>
      </w:r>
    </w:p>
    <w:p>
      <w:r>
        <w:rPr>
          <w:b/>
        </w:rPr>
        <w:t xml:space="preserve">[1:01:56] </w:t>
      </w:r>
      <w:r>
        <w:t>yē yē sab kuch maujūd game mein bhī hotā thā. koī alg tarīqah jo social nikālā ke ḥujrah baiṭh kar ke murāqabah karte hain, woh rasūl Allāh kā tarīqah nahīn thā, na ṣaḥābah kā tarīqah thā.</w:t>
      </w:r>
    </w:p>
    <w:p>
      <w:pPr>
        <w:jc w:val="right"/>
      </w:pPr>
      <w:r>
        <w:t>یہ یہ سب کچھ موجود گیمیںبھیہوتاتھا۔ کوئیالگطریقہ جو سوشیالنکالا کہحجرہبیٹھکرکے مراقبہکرتےہیں،وہرسولاللہکاطریقہنہیںتھا، نہصحابہکاطریقہتھا۔</w:t>
      </w:r>
    </w:p>
    <w:p>
      <w:r>
        <w:rPr>
          <w:b/>
        </w:rPr>
        <w:t xml:space="preserve">[1:02:08] </w:t>
      </w:r>
      <w:r>
        <w:t>woh maulānā shārikh ḥusain ne dilī se likhā hai:</w:t>
      </w:r>
    </w:p>
    <w:p>
      <w:pPr>
        <w:jc w:val="right"/>
      </w:pPr>
      <w:r>
        <w:t>وہ مول اناشارخحسیننےدلیسےلکھاہے:</w:t>
      </w:r>
    </w:p>
    <w:p>
      <w:r>
        <w:rPr>
          <w:b/>
        </w:rPr>
        <w:t xml:space="preserve">[1:02:15] </w:t>
      </w:r>
      <w:r>
        <w:t>"maulānā, ma'rifat aur khauf ilāhī kā āpas mein kyā ta'alluq hai? wāzāḥat farmāēn." dēkhēn, ma'rifat kā natijah hai khauf ilāhī.</w:t>
      </w:r>
    </w:p>
    <w:p>
      <w:pPr>
        <w:jc w:val="right"/>
      </w:pPr>
      <w:r>
        <w:t>"مول انا، معرفت اور خ وف الہی کا آپسمیں کیا تعلقہے ؟ وضاحتفرمائیں۔" دیکھیں، معرفتکانتیجہہے خوف الہی۔</w:t>
      </w:r>
    </w:p>
    <w:p>
      <w:r>
        <w:rPr>
          <w:b/>
        </w:rPr>
        <w:t xml:space="preserve">[1:02:29] </w:t>
      </w:r>
      <w:r>
        <w:t>ma'rifat ek aisī chīz hai ke ba-waqt do chīzēn paidā hotī hain: mohabbat bhī aur khauf bhī. ashadd ḥubbillāh bhī hai aur wal mīkash allāh bhī hai.</w:t>
      </w:r>
    </w:p>
    <w:p>
      <w:pPr>
        <w:jc w:val="right"/>
      </w:pPr>
      <w:r>
        <w:t>معرفت ایکایسیچیزہے کہ بیکوقتدوچیزیںپیدا ہوتیہیں: محبت بھیاورخوفبھی۔ اشدحبللہبھیہے اور ولمیکشالااللہ بھیہے۔</w:t>
      </w:r>
    </w:p>
    <w:p>
      <w:r>
        <w:rPr>
          <w:b/>
        </w:rPr>
        <w:t xml:space="preserve">[1:02:42] </w:t>
      </w:r>
      <w:r>
        <w:t>tō ma'rifat āp karte hain kis kī</w:t>
      </w:r>
    </w:p>
    <w:p>
      <w:pPr>
        <w:jc w:val="right"/>
      </w:pPr>
      <w:r>
        <w:t>تو معرفتآپکرتے ہیںکسکی</w:t>
      </w:r>
    </w:p>
    <w:p>
      <w:r>
        <w:rPr>
          <w:b/>
        </w:rPr>
        <w:t xml:space="preserve">[1:02:45] </w:t>
      </w:r>
      <w:r>
        <w:t>? Allāh ta'ālā kī, jo blessing wālā hai, jis kī raḥmatēn be-shumār hain, jo dēne wālā hai.</w:t>
      </w:r>
    </w:p>
    <w:p>
      <w:pPr>
        <w:jc w:val="right"/>
      </w:pPr>
      <w:r>
        <w:t>؟اللہ تعالی کی، جو بلیسنگوالاہے، جسکیرحمتیں بےشمار ہیں، جو دینےوالاہے۔</w:t>
      </w:r>
    </w:p>
    <w:p>
      <w:r>
        <w:rPr>
          <w:b/>
        </w:rPr>
        <w:t xml:space="preserve">[1:02:54] </w:t>
      </w:r>
      <w:r>
        <w:t>is i'tibār se āpko mohabbat paidā hotī hai, lekin sāth sāth Khuda jo hai, 'ādil bhī hai, woh insāf bhī kartā hai.</w:t>
      </w:r>
    </w:p>
    <w:p>
      <w:pPr>
        <w:jc w:val="right"/>
      </w:pPr>
      <w:r>
        <w:t>اس اعتبارسےآپکومحبتپیدا ہوتیہے، لیکن ساتھ ساتھ خداجوہے، عادلبھیہے، وہ انصافبھیکرتاہے۔</w:t>
      </w:r>
    </w:p>
    <w:p>
      <w:r>
        <w:rPr>
          <w:b/>
        </w:rPr>
        <w:t xml:space="preserve">[1:03:05] </w:t>
      </w:r>
      <w:r>
        <w:t>tō insāf kī wajēh se woh hamēn pakaṛtā bhī hai. agar agar ham sarkash ban jāēn tō hamēn pareshānī bhī dētā hai. is tarah se khauf paidā hotā hai.</w:t>
      </w:r>
    </w:p>
    <w:p>
      <w:pPr>
        <w:jc w:val="right"/>
      </w:pPr>
      <w:r>
        <w:t>توانصافکیوجہسےوہہمیںپکڑتابھیہے۔ اگر اگرہم سرکشبنجائیں تو ہمیںپریشانیبھیدیتاہے۔ اسطرحسےخوفپیدا ہوتاہے۔</w:t>
      </w:r>
    </w:p>
    <w:p>
      <w:r>
        <w:rPr>
          <w:b/>
        </w:rPr>
        <w:t xml:space="preserve">[1:03:14] </w:t>
      </w:r>
      <w:r>
        <w:t>yānī Allāh ta'ālā kā wujūd aisā nahīn ke sirf dēnē hī dēnā hai. jaise ek peṛ āpko phal dē, phal dētā hai, lekin pareshānī nahīn dē saktā. woh tō Allāh ta'ālā jo hai, 'ādil hai.</w:t>
      </w:r>
    </w:p>
    <w:p>
      <w:pPr>
        <w:jc w:val="right"/>
      </w:pPr>
      <w:r>
        <w:t>یعنیاللہتعالی کاوجود ایسانہیںکہصرف دینےہیدیناہے۔ جیسےایک پیڑآپکوپھلدے،پھلدیتاہے،لیکن پریشانینہیںدےسکتا۔وہ تو اللہ تعالیجوہے،عادلہے۔</w:t>
      </w:r>
    </w:p>
    <w:p>
      <w:r>
        <w:rPr>
          <w:b/>
        </w:rPr>
        <w:t xml:space="preserve">[1:03:27] </w:t>
      </w:r>
      <w:r>
        <w:t>sāth sāth</w:t>
      </w:r>
    </w:p>
    <w:p>
      <w:pPr>
        <w:jc w:val="right"/>
      </w:pPr>
      <w:r>
        <w:t>ساتھ ساتھ</w:t>
      </w:r>
    </w:p>
    <w:p>
      <w:r>
        <w:rPr>
          <w:b/>
        </w:rPr>
        <w:t xml:space="preserve">[1:03:30] </w:t>
      </w:r>
      <w:r>
        <w:t>yānī woh raḥīm o karīm bhī hai aur 'ādil bhī hai. tō raḥīm o karīm honē ke sāth ek i'tibār se āpko Allāh se mohabbat paidā hotī hai aur 'ādil honē ke i'tibār se āpko khauf paidā hotā hai ke agar main ne sarkashī kī tō mujhe mil pakaṛ ho jāye gi.</w:t>
      </w:r>
    </w:p>
    <w:p>
      <w:pPr>
        <w:jc w:val="right"/>
      </w:pPr>
      <w:r>
        <w:t>یعنیوہرحیموکریمبھیہےاورعادلبھیہے۔ تورحیموکریمہونےکےساتھ ایک اعتبارسےآپکواللہ سےمحبتپیدا ہوتیہے اورعادلہونےکےاعتبارسےآپکوخوفپیداہوتاہےکہاگر میںنے سرکشیکیتومجھے ملپکڑہوجائےگی۔</w:t>
      </w:r>
    </w:p>
    <w:p>
      <w:r>
        <w:rPr>
          <w:b/>
        </w:rPr>
        <w:t xml:space="preserve">[1:03:48] </w:t>
      </w:r>
      <w:r>
        <w:t>tō ma'rifat se donōn chīzēn paidā hotī hain.</w:t>
      </w:r>
    </w:p>
    <w:p>
      <w:pPr>
        <w:jc w:val="right"/>
      </w:pPr>
      <w:r>
        <w:t>تو معرفتسے دون وںچیزیںپیدا ہوتیہیں۔</w:t>
      </w:r>
    </w:p>
    <w:p>
      <w:r>
        <w:rPr>
          <w:b/>
        </w:rPr>
        <w:t xml:space="preserve">[1:03:53] </w:t>
      </w:r>
      <w:r>
        <w:t>jaise āp ma'rifat āpko ho, farz kījiye barf kī, tō wahān ḍar nahīn paidā hogā, lekin shirk kī ma'rifat ho tō ḍar paidā ho jāye gā.</w:t>
      </w:r>
    </w:p>
    <w:p>
      <w:pPr>
        <w:jc w:val="right"/>
      </w:pPr>
      <w:r>
        <w:t>جیسےآپمعرفت آپکو ہو، فرضکیجئےبرفکی، تو وہاں ڈرنہیںپیدا ہوگا، لیکن شرککیمعرفتہوتوڈرپیداہوجائےگا۔</w:t>
      </w:r>
    </w:p>
    <w:p>
      <w:r>
        <w:rPr>
          <w:b/>
        </w:rPr>
        <w:t xml:space="preserve">[1:04:03] </w:t>
      </w:r>
      <w:r>
        <w:t>tō ma'rifat se juṛā huā hai woh. tō Allāh kī ma'rifat mein ba-waqt do chīzēn ātī hain: mohabbat bhī aur khauf bhī.</w:t>
      </w:r>
    </w:p>
    <w:p>
      <w:pPr>
        <w:jc w:val="right"/>
      </w:pPr>
      <w:r>
        <w:t>تو معرفتسےجڑاہواہے وہ۔ تواللہ کیمعرفتمیں بیکوقتدوچیزیںآتیہیں: محبتبھیاورخوفبھی۔</w:t>
      </w:r>
    </w:p>
    <w:p>
      <w:r>
        <w:rPr>
          <w:b/>
        </w:rPr>
        <w:t xml:space="preserve">[1:04:14] </w:t>
      </w:r>
      <w:r>
        <w:t>Allāh kā raḥīm honā āp ko mohabbat paidā kartā hai Allāh se aur Allāh kā 'ādil honā āp ko khauf paidā kartā hai ke Allāh ta'ālā pakaṛ na lē āp ko ākhirat mein.</w:t>
      </w:r>
    </w:p>
    <w:p>
      <w:pPr>
        <w:jc w:val="right"/>
      </w:pPr>
      <w:r>
        <w:t>اللہ کا رحیمہونا آپ کو محبتپیدا کرتاہےاللہسے اور اللہ کاعادلہوناآپکو خوفپیدا کرتاہے کہ اللہ تعالیپکڑنہلےآپکو آخرتمیں۔</w:t>
      </w:r>
    </w:p>
    <w:p>
      <w:r>
        <w:rPr>
          <w:b/>
        </w:rPr>
        <w:t xml:space="preserve">[1:04:26] </w:t>
      </w:r>
      <w:r>
        <w:t>tō donōn chīzēn ma'rifat kā hissah hain.</w:t>
      </w:r>
    </w:p>
    <w:p>
      <w:pPr>
        <w:jc w:val="right"/>
      </w:pPr>
      <w:r>
        <w:t>تودونوںچیزیں معرفتکاحصہہیں۔</w:t>
      </w:r>
    </w:p>
    <w:p>
      <w:r>
        <w:rPr>
          <w:b/>
        </w:rPr>
        <w:t xml:space="preserve">[1:04:32] </w:t>
      </w:r>
      <w:r>
        <w:t>mister abdul wahāb ne dilī se likhā hai:</w:t>
      </w:r>
    </w:p>
    <w:p>
      <w:pPr>
        <w:jc w:val="right"/>
      </w:pPr>
      <w:r>
        <w:t>مسٹر عبدال وہابنے دلیسےلکھاہے:</w:t>
      </w:r>
    </w:p>
    <w:p>
      <w:r>
        <w:rPr>
          <w:b/>
        </w:rPr>
        <w:t xml:space="preserve">[1:04:36] </w:t>
      </w:r>
      <w:r>
        <w:t>"maulānā, qur'ān kī ek āyat mein hai ke Allāh ne kāynāt kī har chīz insān ke fāydē uṭhāne ke liē banāī hai.</w:t>
      </w:r>
    </w:p>
    <w:p>
      <w:pPr>
        <w:jc w:val="right"/>
      </w:pPr>
      <w:r>
        <w:t>"مولانا، قرآنکی ایک آیت میں ہے کہ اللہ نے کائناتکی ہرچیز انسانکے فائدےاٹھانےکےلیے بنائیہے۔</w:t>
      </w:r>
    </w:p>
    <w:p>
      <w:r>
        <w:rPr>
          <w:b/>
        </w:rPr>
        <w:t xml:space="preserve">[1:04:47] </w:t>
      </w:r>
      <w:r>
        <w:t>maulānā, yē āyat insān ko kyā sabak dētī hai? iske bāre mein batāēn."</w:t>
      </w:r>
    </w:p>
    <w:p>
      <w:pPr>
        <w:jc w:val="right"/>
      </w:pPr>
      <w:r>
        <w:t>مولانا،یہ آیت انسان کو کیا سبقدیتیہے ؟ اسکےبارےمیں بت ائیں۔"</w:t>
      </w:r>
    </w:p>
    <w:p>
      <w:r>
        <w:rPr>
          <w:b/>
        </w:rPr>
        <w:t xml:space="preserve">[1:05:04] </w:t>
      </w:r>
      <w:r>
        <w:t>iska sabqihi hai ke aap Allah ko apna sab kuch banayein. Aap ke Allah jo hai, everything ban jaye, sab kuch ban jaye.</w:t>
      </w:r>
    </w:p>
    <w:p>
      <w:pPr>
        <w:jc w:val="right"/>
      </w:pPr>
      <w:r>
        <w:t>اسکا سبقیہیہےکہآپ اللہ کو اپناسبکچھبن ائیں۔ آپ کےاللہ جوہے، ایوریتھنگبنجائے،سبکچھبنجائے۔</w:t>
      </w:r>
    </w:p>
    <w:p>
      <w:r>
        <w:rPr>
          <w:b/>
        </w:rPr>
        <w:t xml:space="preserve">[1:05:17] </w:t>
      </w:r>
      <w:r>
        <w:t>kyunke jo kuch bhi hai, woh Khuda ki atiya hai. Hamara chalna phirna, hamara dekhna, hamara saans lena, sab kuch Allah ka atiya hai.</w:t>
      </w:r>
    </w:p>
    <w:p>
      <w:pPr>
        <w:jc w:val="right"/>
      </w:pPr>
      <w:r>
        <w:t>کیونکہجو کچھبھیہے،وہخداکی عطیہہے۔ ہماراچلناپھرنا،ہمارادیکھنا ،ہمارا سانسلینا، سبکچھاللہ کاعطیہہے۔</w:t>
      </w:r>
    </w:p>
    <w:p>
      <w:r>
        <w:rPr>
          <w:b/>
        </w:rPr>
        <w:t xml:space="preserve">[1:05:30] </w:t>
      </w:r>
      <w:r>
        <w:t>toh yeh ehsaas jo hai, bohat ziyada Allah se ta'alluq barha barha deta hai ke Allah ke baghair mein kuch bhi nahi hoon, Allah ki madad ke baghair mein kuch bhi nahi hoon.</w:t>
      </w:r>
    </w:p>
    <w:p>
      <w:pPr>
        <w:jc w:val="right"/>
      </w:pPr>
      <w:r>
        <w:t>تو یہ احساسجوہے، بہت زیادہ اللہ سےتعلق بڑھا بڑھادیتاہے کہاللہ کےبغیرمیںکچھبھینہیںہوں،اللہ کیمددکےبغیرمیںکچھبھینہیںہوں۔</w:t>
      </w:r>
    </w:p>
    <w:p>
      <w:r>
        <w:rPr>
          <w:b/>
        </w:rPr>
        <w:t xml:space="preserve">[1:05:42] </w:t>
      </w:r>
      <w:r>
        <w:t>toh yeh ehsaas ta'alluq billah ko barhata hai. Jitna ziyada aap isko daryaft karenge ke sab kuch Allah se mila hua hai aap ko, utna hi ziyada aap ko Allah se ta'alluq paida hoga.</w:t>
      </w:r>
    </w:p>
    <w:p>
      <w:pPr>
        <w:jc w:val="right"/>
      </w:pPr>
      <w:r>
        <w:t>تویہاحساس تعلق باللہکوبڑھاتاہے۔ جتنازیادہ آپاسکودریافتکریںگے کہسبکچھاللہ سےملاہواہےآپکو ، اتناہیزیادہآپکواللہ سےتعلق پیدا ہوگا۔</w:t>
      </w:r>
    </w:p>
    <w:p>
      <w:r>
        <w:rPr>
          <w:b/>
        </w:rPr>
        <w:t xml:space="preserve">[1:05:57] </w:t>
      </w:r>
      <w:r>
        <w:t>utna hi ziyada ta'alluq paida hoga.</w:t>
      </w:r>
    </w:p>
    <w:p>
      <w:pPr>
        <w:jc w:val="right"/>
      </w:pPr>
      <w:r>
        <w:t>اتناہیزیادہتعلقپیدا ہوگا۔</w:t>
      </w:r>
    </w:p>
    <w:p>
      <w:r>
        <w:rPr>
          <w:b/>
        </w:rPr>
        <w:t xml:space="preserve">[1:06:03] </w:t>
      </w:r>
      <w:r>
        <w:t>yeh baat bohat ziyada wazeh hai mere khayal se.</w:t>
      </w:r>
    </w:p>
    <w:p>
      <w:pPr>
        <w:jc w:val="right"/>
      </w:pPr>
      <w:r>
        <w:t>یہبات بہت زیادہ واضحہےمیرےخیالسے۔</w:t>
      </w:r>
    </w:p>
    <w:p>
      <w:r>
        <w:rPr>
          <w:b/>
        </w:rPr>
        <w:t xml:space="preserve">[1:06:09] </w:t>
      </w:r>
      <w:r>
        <w:t>Miss Turnify Bukpor ne Dilli se likha hai: "For my Urdu tax, it is quite evident that in older times Muslims were the most positive people in the world.</w:t>
      </w:r>
    </w:p>
    <w:p>
      <w:pPr>
        <w:jc w:val="right"/>
      </w:pPr>
      <w:r>
        <w:t>مس ٹرنفیبکپورنے دلیسےلکھاہے: "فرامیورٹاکس،اٹاز کوائٹ ایوڈینٹ دیٹ ان اولڈرٹائمز مسلمزوارداموسٹ پوزیٹیو پیپلان دسورلڈ۔</w:t>
      </w:r>
    </w:p>
    <w:p>
      <w:r>
        <w:rPr>
          <w:b/>
        </w:rPr>
        <w:t xml:space="preserve">[1:06:23] </w:t>
      </w:r>
      <w:r>
        <w:t>Do you know what is the reason for today Muslims becoming negative? Kindly explain."</w:t>
      </w:r>
    </w:p>
    <w:p>
      <w:pPr>
        <w:jc w:val="right"/>
      </w:pPr>
      <w:r>
        <w:t>دینواٹازداریزنفار ٹوڈے مسلمز بیکم نگنیگیٹیو؟ کائنڈلیایکسپلین ۔" ہ</w:t>
      </w:r>
    </w:p>
    <w:p>
      <w:r>
        <w:rPr>
          <w:b/>
        </w:rPr>
        <w:t xml:space="preserve">[1:06:31] </w:t>
      </w:r>
      <w:r>
        <w:t>Hmm, yeh bohat bara sawal hai. Jahan tak mein jaanta hoon, Muslims ki jo negativity shuru hui hai, woh 19th sadi shuru hui hai, 19th century se.</w:t>
      </w:r>
    </w:p>
    <w:p>
      <w:pPr>
        <w:jc w:val="right"/>
      </w:pPr>
      <w:r>
        <w:t>مم،یہبہت بڑا سوال ہے۔ جہاںتکمیںجانتاہوں، مس لمانوںکیجونیگیٹیوٹیشروعہوئیہے، وہ انہی صدی شروعہوئیہے، نائنٹینسینچریسے۔</w:t>
      </w:r>
    </w:p>
    <w:p>
      <w:r>
        <w:rPr>
          <w:b/>
        </w:rPr>
        <w:t xml:space="preserve">[1:06:46] </w:t>
      </w:r>
      <w:r>
        <w:t>Yeh 200, 200 saal ke andar develop hui hai. 19th century aur 20th century, yeh 200 saal mein yeh negativity develop hui hai.</w:t>
      </w:r>
    </w:p>
    <w:p>
      <w:pPr>
        <w:jc w:val="right"/>
      </w:pPr>
      <w:r>
        <w:t>یہدو سو، دو سوسالکےاندرڈیولپہوئیہے۔ نائنٹینسینچریاورٹونٹی سنچری، یہدو سوسال میںیہنیگیٹیوٹیڈیولپہوئیہے۔</w:t>
      </w:r>
    </w:p>
    <w:p>
      <w:r>
        <w:rPr>
          <w:b/>
        </w:rPr>
        <w:t xml:space="preserve">[1:06:59] </w:t>
      </w:r>
      <w:r>
        <w:t>Yeh kaise is tarah hua ke yeh jo Western nations hain, inhone nature ko explore kiya, nature ko discover kiya?</w:t>
      </w:r>
    </w:p>
    <w:p>
      <w:pPr>
        <w:jc w:val="right"/>
      </w:pPr>
      <w:r>
        <w:t>یہکیسے اسطرح ہوا کہ یہ جو ویسٹرننیشنزہیں، انہوں نے نیچرکوایکسپلورکیا، نیچرکوڈسکورکیا؟</w:t>
      </w:r>
    </w:p>
    <w:p>
      <w:r>
        <w:rPr>
          <w:b/>
        </w:rPr>
        <w:t xml:space="preserve">[1:07:11] </w:t>
      </w:r>
      <w:r>
        <w:t>Is tarah inko ek nayi taqat mil gayi. Pehle zamane mein taqat kya thi? Talwar ka naam taqat tha bas, aur koi cheez taqat kheenchne lagti thi.</w:t>
      </w:r>
    </w:p>
    <w:p>
      <w:pPr>
        <w:jc w:val="right"/>
      </w:pPr>
      <w:r>
        <w:t>اسطرحانہیںایکنئیطاقتملگئی۔ پہلے زمانےمیںطاقتکیا تھی؟ تلوارکانامطاقتتھا بس، اورکوئیچیزطاقت کھینچنےلگتیتھی۔</w:t>
      </w:r>
    </w:p>
    <w:p>
      <w:r>
        <w:rPr>
          <w:b/>
        </w:rPr>
        <w:t xml:space="preserve">[1:07:23] </w:t>
      </w:r>
      <w:r>
        <w:t>Ab inhone ek aisi cheez taqat daryaft ki hai jo thousand times, thousand times ziyada barhi thi. Maslan, pani convert kiya inhone steam in steam power mein.</w:t>
      </w:r>
    </w:p>
    <w:p>
      <w:pPr>
        <w:jc w:val="right"/>
      </w:pPr>
      <w:r>
        <w:t>اب انہوںنےایکایسیچیز طاقت دریا فتکیہےجو تھاٹ ائمز،تھا ٹائمززیادہ بڑیتھی۔ مثلاً،پانی کنورٹکیاانہوںنےاسٹیم ان اسٹیمپاور میں۔</w:t>
      </w:r>
    </w:p>
    <w:p>
      <w:r>
        <w:rPr>
          <w:b/>
        </w:rPr>
        <w:t xml:space="preserve">[1:07:34] </w:t>
      </w:r>
      <w:r>
        <w:t>Ek pani ko steam power banane ke ma'ne kya hue? Ke bohat barhi taqat mil gayi inko. Engine chalne lage, jahaz pani mein tairne lage,</w:t>
      </w:r>
    </w:p>
    <w:p>
      <w:pPr>
        <w:jc w:val="right"/>
      </w:pPr>
      <w:r>
        <w:t>ایکپانیکو اسٹیمپاوربنانےکےمعنیکیاہوئے؟کہبہت بڑیطاقتملگئیانکو ۔ انجنچلنےلگے، جہازپانیمیںتیرنےلگے،</w:t>
      </w:r>
    </w:p>
    <w:p>
      <w:r>
        <w:rPr>
          <w:b/>
        </w:rPr>
        <w:t xml:space="preserve">[1:07:45] </w:t>
      </w:r>
      <w:r>
        <w:t>petrol ko inhone convert kiya, usko carain daudne lagin, hawai jahaz udne lage. Toh nature mein kuch cheezein chupi hui thi, usko discover kiya inhone.</w:t>
      </w:r>
    </w:p>
    <w:p>
      <w:pPr>
        <w:jc w:val="right"/>
      </w:pPr>
      <w:r>
        <w:t>پٹرول کوانہوںنے کنورٹکیا،اسکو کاریںدوڑنےلگیں،ہوائیجہازاڑنےلگے۔ تو نیچرمیں کچھچیزیںچھپیہوئیتھیں، اسکو ڈسکورکیا انہوںنے۔</w:t>
      </w:r>
    </w:p>
    <w:p>
      <w:r>
        <w:rPr>
          <w:b/>
        </w:rPr>
        <w:t xml:space="preserve">[1:08:00] </w:t>
      </w:r>
      <w:r>
        <w:t>Toh zahir hai ke is baat ko inko duniya mein dominate karne lage. Woh duniya mein dominate karne lage. Woh</w:t>
      </w:r>
    </w:p>
    <w:p>
      <w:pPr>
        <w:jc w:val="right"/>
      </w:pPr>
      <w:r>
        <w:t>تو ظاہرہےکہاسباتکو انکو دنیا میںڈومینیٹکرنےلگے۔وہ دنیا میںڈومینیٹکرنےلگے۔وہ</w:t>
      </w:r>
    </w:p>
    <w:p>
      <w:r>
        <w:rPr>
          <w:b/>
        </w:rPr>
        <w:t xml:space="preserve">[1:08:11] </w:t>
      </w:r>
      <w:r>
        <w:t>ek Farsi ka ek sher hai ke "Har ke shamshir zard sa ke ba namash khanand." Jo talwar chalata hai, usika dab dabah hota hai, wahi dominate karta hai.</w:t>
      </w:r>
    </w:p>
    <w:p>
      <w:pPr>
        <w:jc w:val="right"/>
      </w:pPr>
      <w:r>
        <w:t>ایک فارسیکاایکشعرہےکہ "ہر کے شمشیر زرد س کہبنامشخانند۔" جو تلوار چلاتاہے، اسیکا دبدبہہوتاہے، وہیڈومینیٹکرتاہے۔</w:t>
      </w:r>
    </w:p>
    <w:p>
      <w:r>
        <w:rPr>
          <w:b/>
        </w:rPr>
        <w:t xml:space="preserve">[1:08:25] </w:t>
      </w:r>
      <w:r>
        <w:t>Ab yeh ek naya daur aa gaya, talwar aapki bekar hai.</w:t>
      </w:r>
    </w:p>
    <w:p>
      <w:pPr>
        <w:jc w:val="right"/>
      </w:pPr>
      <w:r>
        <w:t>ابیہایکنیادور آگیا، تلوارآپکیبیکارہے۔</w:t>
      </w:r>
    </w:p>
    <w:p>
      <w:r>
        <w:rPr>
          <w:b/>
        </w:rPr>
        <w:t xml:space="preserve">[1:08:30] </w:t>
      </w:r>
      <w:r>
        <w:t>Ab jo iska mechanical power hai, jiske paas modern technology hai, jiske paas modern science hai, woh woh iska dab dabah rahega.</w:t>
      </w:r>
    </w:p>
    <w:p>
      <w:pPr>
        <w:jc w:val="right"/>
      </w:pPr>
      <w:r>
        <w:t>ابجو اسکامکینیکلپاورہے، جسکےپاس ماڈرنٹیکنالوجیہے، جسکےپاسماڈرنسائنسہے، وہ وہ اسکا د بدبہرہےگا۔</w:t>
      </w:r>
    </w:p>
    <w:p>
      <w:r>
        <w:rPr>
          <w:b/>
        </w:rPr>
        <w:t xml:space="preserve">[1:08:43] </w:t>
      </w:r>
      <w:r>
        <w:t>Kyunke woh thousand times ziyada barhi cheez ko mil gayi.</w:t>
      </w:r>
    </w:p>
    <w:p>
      <w:pPr>
        <w:jc w:val="right"/>
      </w:pPr>
      <w:r>
        <w:t>کیونکہوہ تھا ٹائمززیادہ بڑیچیزکوملگئی۔</w:t>
      </w:r>
    </w:p>
    <w:p>
      <w:r>
        <w:rPr>
          <w:b/>
        </w:rPr>
        <w:t xml:space="preserve">[1:08:47] </w:t>
      </w:r>
      <w:r>
        <w:t>Modern industry woh hai, pehle zamane ki industry hoti thi, woh iska kuch bhi nahi tha. Haath se karte the, kuch aise hi. Modern industry ne bohat bara, yani mauqa de diya in logon ko.</w:t>
      </w:r>
    </w:p>
    <w:p>
      <w:pPr>
        <w:jc w:val="right"/>
      </w:pPr>
      <w:r>
        <w:t>ماڈرنانڈ سٹریجوہے، پہلے زمانےکیانڈسٹریہوتیتھی، وہ اسکاکچھبھینہیںتھا۔ ہاتھسے کرتے تھے،کچھ ایسےہی۔ ماڈرنانڈسٹرینے بہت بڑا، یعنی موقعدےدیاانلوگوںکو۔</w:t>
      </w:r>
    </w:p>
    <w:p>
      <w:r>
        <w:rPr>
          <w:b/>
        </w:rPr>
        <w:t xml:space="preserve">[1:09:03] </w:t>
      </w:r>
      <w:r>
        <w:t>Toh jab aisa hua, is zamane mein Musalmanon ka political dominion tha. Muslim empire qaim thi, yani Turkey mein Ottoman empire thi, India mein Mughal empire thi,</w:t>
      </w:r>
    </w:p>
    <w:p>
      <w:pPr>
        <w:jc w:val="right"/>
      </w:pPr>
      <w:r>
        <w:t>تو جب ایساہوا،اس زمانےمیںمسلمانوںکاپولیٹیکل ڈومینیشنتھا۔ مسلمایمپائرقائمتھی، یعنی ترکیمیں عثمانایمپائرتھی، انڈیامیںمغلایمپائرتھی،</w:t>
      </w:r>
    </w:p>
    <w:p>
      <w:r>
        <w:rPr>
          <w:b/>
        </w:rPr>
        <w:t xml:space="preserve">[1:09:18] </w:t>
      </w:r>
      <w:r>
        <w:t>aur Misr mein Fatmi empire thi. Yeh sab inhone, yani inke muqable mein sab kamzor ho gaye. Yeh log sab log kahin chale gaye.</w:t>
      </w:r>
    </w:p>
    <w:p>
      <w:pPr>
        <w:jc w:val="right"/>
      </w:pPr>
      <w:r>
        <w:t>اور مصر میں فاطمی ایمپائرتھی۔ یہ سب انہوںنے، یعنی انکے مقابلےمیں سب کمزورہوگئے۔یہلوگ سب لوگکہیںچلےگئے۔</w:t>
      </w:r>
    </w:p>
    <w:p>
      <w:r>
        <w:rPr>
          <w:b/>
        </w:rPr>
        <w:t xml:space="preserve">[1:09:34] </w:t>
      </w:r>
      <w:r>
        <w:t>Toh saari duniya mein dab dabah jo qaim ho gaya, woh in logon ka qaim ho gaya. Musalman jo dab dabah qaim tha, unka unka dab dabah khatam ho gaya. Unka dab dabah yahan se hi start hui.</w:t>
      </w:r>
    </w:p>
    <w:p>
      <w:pPr>
        <w:jc w:val="right"/>
      </w:pPr>
      <w:r>
        <w:t>تو ساریدنیا میں دبدبہجوقائمہوگیا،وہ انلوگوںکاقائمہوگیا۔ مس لمانجودبدبہقائمتھا،انکاانکاسبدبدبہختمہوگیا۔انکادبدبہ یہاںسے ہیٹشروع ہوئی۔</w:t>
      </w:r>
    </w:p>
    <w:p>
      <w:r>
        <w:rPr>
          <w:b/>
        </w:rPr>
        <w:t xml:space="preserve">[1:09:47] </w:t>
      </w:r>
      <w:r>
        <w:t>Start jo hai, yahan se shuru hui,</w:t>
      </w:r>
    </w:p>
    <w:p>
      <w:pPr>
        <w:jc w:val="right"/>
      </w:pPr>
      <w:r>
        <w:t>ہیٹجوہے،یہاںسےشروع ہوئی،</w:t>
      </w:r>
    </w:p>
    <w:p>
      <w:r>
        <w:rPr>
          <w:b/>
        </w:rPr>
        <w:t xml:space="preserve">[1:09:53] </w:t>
      </w:r>
      <w:r>
        <w:t>yani political, yani unka jo political power jo hai, unka jo khatma hua, jo un se cheen lia unhone, woh</w:t>
      </w:r>
    </w:p>
    <w:p>
      <w:pPr>
        <w:jc w:val="right"/>
      </w:pPr>
      <w:r>
        <w:t>یعنی پولیٹ،یعنیانکاجو پولیٹیکلپاورجوہے،انکاجوختمہوا، جو ان سیٹکیاانہوںنے، وہ</w:t>
      </w:r>
    </w:p>
    <w:p>
      <w:r>
        <w:rPr>
          <w:b/>
        </w:rPr>
        <w:t xml:space="preserve">[1:10:01] </w:t>
      </w:r>
      <w:r>
        <w:t>shuru hui. Ek American professor aaya tha apni biwi ke saath, toh mujh se mila tha. Woh toh mere paas aaye, toh unhone apne kaha ke mein apni biwi ke saath lal qila dekhne gaya.</w:t>
      </w:r>
    </w:p>
    <w:p>
      <w:pPr>
        <w:jc w:val="right"/>
      </w:pPr>
      <w:r>
        <w:t>اںشروعہوئی۔ایک امریک نپروفیسرآیاتھا اپنی بیویکےساتھ ،تومجھسے ملاتھا۔وہ تومیرےپاسآئے،توانہوںنے اپنے کہاکہمیں اپنیبیویکےساتھ لالقلعہدیکھنےگیا۔</w:t>
      </w:r>
    </w:p>
    <w:p>
      <w:r>
        <w:rPr>
          <w:b/>
        </w:rPr>
        <w:t xml:space="preserve">[1:10:17] </w:t>
      </w:r>
      <w:r>
        <w:t>Toh unhone, mein biwi se kaha, maine keh dia dekho, yeh lal qila jo hai, yeh musibat hai musalmanon ki. Kyun? Jab woh dekhte hain lal qila toh unko apni gul wari yaad aati hai. Hum aise the, hum wese the,</w:t>
      </w:r>
    </w:p>
    <w:p>
      <w:pPr>
        <w:jc w:val="right"/>
      </w:pPr>
      <w:r>
        <w:t>تو انہوںنے،میں بیویسےکہا،میںنےکہدیکھو،یہلالقلعہجوہے،یہمصیبتہےمسلمانوںکی۔ کیوں ؟ جب وہدیکھتےہیںلالقلعہتوانکو اپنی گل ورییادآتیہے۔ہمایسےتھے،ہمویسےتھے،</w:t>
      </w:r>
    </w:p>
    <w:p>
      <w:r>
        <w:rPr>
          <w:b/>
        </w:rPr>
        <w:t xml:space="preserve">[1:10:30] </w:t>
      </w:r>
      <w:r>
        <w:t>humne taj mahal banaya tha, humne lal qila khada kiya tha, humne qutub minar banaya tha. Toh yeh hai bad-e-ram Sultan tha, aur use doosron ne cheen lia.</w:t>
      </w:r>
    </w:p>
    <w:p>
      <w:pPr>
        <w:jc w:val="right"/>
      </w:pPr>
      <w:r>
        <w:t>ہمنےتاجمحلبنایاتھا،ہمنےلالقلعہکھڑاکیاتھا،ہمنےقطبمیناربنایاتھا۔ تویہہے بیدرمسلطان بود، اور اسے دوسروںنےچھینلیا۔</w:t>
      </w:r>
    </w:p>
    <w:p>
      <w:r>
        <w:rPr>
          <w:b/>
        </w:rPr>
        <w:t xml:space="preserve">[1:10:43] </w:t>
      </w:r>
      <w:r>
        <w:t>Toh sab ko user par samajhte hain. User par yahan se hi hat shuru hui. Ab bad-qismati yeh hai ke is zamane mein koi thinker nahi paida hua aisa jo unko bataye ke Quran ki ek aayat yaad dilaye. Unko koi thinker nahi, ek bhi nahi. Iske mus</w:t>
      </w:r>
    </w:p>
    <w:p>
      <w:pPr>
        <w:jc w:val="right"/>
      </w:pPr>
      <w:r>
        <w:t>تو سب کویوزرپر سمجھتےہیں۔یوزرپر یہاںسےہیٹشروعہوئی ۔ اببدقسم تییہہےکہاسزمانےمیںکوئیتھنکرنہیںپیدا ہواایسا جوانکوبتائے کہ قرآنکیایکآیت یاددلائے۔انکو کوئیتھنکرنہیں،ایک بھینہیں۔اسکےمس</w:t>
      </w:r>
    </w:p>
    <w:p>
      <w:r>
        <w:rPr>
          <w:b/>
        </w:rPr>
        <w:t xml:space="preserve">[1:11:00] </w:t>
      </w:r>
      <w:r>
        <w:t>al world mein paida hua, do sau saal beet gaye, ek bhi nahi paida hua jo unko ek aayat yaad dilaye. Quran ki woh hai "tilk al ayyam",</w:t>
      </w:r>
    </w:p>
    <w:p>
      <w:pPr>
        <w:jc w:val="right"/>
      </w:pPr>
      <w:r>
        <w:t>لمورلڈمیںپیداہوا،دو سوسال بیتگئے، ایک بھی نہیںپیدا ہواجو انکو ایکآیتیاددلائے۔قرآنکی وہہے" تل ک الایام "،</w:t>
      </w:r>
    </w:p>
    <w:p>
      <w:r>
        <w:rPr>
          <w:b/>
        </w:rPr>
        <w:t xml:space="preserve">[1:11:11] </w:t>
      </w:r>
      <w:r>
        <w:t>yani political dominion jo hai, kisi ek ki monopoly nahi hai. Badi ajeeb aayat hai yeh "tilk al ayyam",</w:t>
      </w:r>
    </w:p>
    <w:p>
      <w:pPr>
        <w:jc w:val="right"/>
      </w:pPr>
      <w:r>
        <w:t>یعنیپولیٹیکلڈومینیشنجوہے، کسی ایککیموناپولینہیںہے۔ بڑیعجیبآیتہےیہ "تلکالایام" ،</w:t>
      </w:r>
    </w:p>
    <w:p>
      <w:r>
        <w:rPr>
          <w:b/>
        </w:rPr>
        <w:t xml:space="preserve">[1:11:24] </w:t>
      </w:r>
      <w:r>
        <w:t>ke political dominion jo hai, woh kisi ek ki mona</w:t>
      </w:r>
    </w:p>
    <w:p>
      <w:pPr>
        <w:jc w:val="right"/>
      </w:pPr>
      <w:r>
        <w:t>کہپولیٹیکلڈومینیشنجوہے، وہ کسی ایک کیمون</w:t>
      </w:r>
    </w:p>
    <w:p>
      <w:r>
        <w:rPr>
          <w:b/>
        </w:rPr>
        <w:t xml:space="preserve">[1:11:29] </w:t>
      </w:r>
      <w:r>
        <w:t>poly nahi hai. Kabhi ek paas rahi, kabhi doosre ke paas rahi. Koi thinker khada hota, koi batata musalmanon ko ke aath sau saal tak tumhara dominion tha, ab unka hai.</w:t>
      </w:r>
    </w:p>
    <w:p>
      <w:pPr>
        <w:jc w:val="right"/>
      </w:pPr>
      <w:r>
        <w:t>اپولینہیںہے۔ کبھیایک پاسرہی،کبھیدوسرےکےپاسرہی۔ کوئی تھنکرکھڑاہوتا،کوئی بتاتامسلمانوںکو کہ آٹھسوسالتک تمہاراڈومینیشنتھا،ابانکاہے۔</w:t>
      </w:r>
    </w:p>
    <w:p>
      <w:r>
        <w:rPr>
          <w:b/>
        </w:rPr>
        <w:t xml:space="preserve">[1:11:40] </w:t>
      </w:r>
      <w:r>
        <w:t>Yeh toh Quran mein hi likha hua hai, yeh toh hoga. Is par nafrat karne ki toh kya zaroorat hai? Maan lo isko, yani aath sau saal tak duniya tumhare dabdabe ko maanti rahi, ab tum unka maan lo.</w:t>
      </w:r>
    </w:p>
    <w:p>
      <w:pPr>
        <w:jc w:val="right"/>
      </w:pPr>
      <w:r>
        <w:t>یہتوقرآنمیںہیلکھاہواہے، یہتوہوگا۔ اسپرنفرتکرنے کیتوکیاضرورتہے؟ مانلو اسکو، یعنیآٹھسوسالتکدنیا تمہارےدبدبےکومانتیرہی، ابتم انکامانلو۔</w:t>
      </w:r>
    </w:p>
    <w:p>
      <w:r>
        <w:rPr>
          <w:b/>
        </w:rPr>
        <w:t xml:space="preserve">[1:11:56] </w:t>
      </w:r>
      <w:r>
        <w:t>yani aath sau saal tak mus</w:t>
      </w:r>
    </w:p>
    <w:p>
      <w:pPr>
        <w:jc w:val="right"/>
      </w:pPr>
      <w:r>
        <w:t>یعنیآٹھسو سالتک مس</w:t>
      </w:r>
    </w:p>
    <w:p>
      <w:r>
        <w:rPr>
          <w:b/>
        </w:rPr>
        <w:t xml:space="preserve">[1:11:58] </w:t>
      </w:r>
      <w:r>
        <w:t>almanon ka dabdaba raha hai Africa aur Asia mein, udhar tak toh duniya ne tasleem kar lia isko. Tabhi toh qaim raha, ab tum unka maan lo.</w:t>
      </w:r>
    </w:p>
    <w:p>
      <w:pPr>
        <w:jc w:val="right"/>
      </w:pPr>
      <w:r>
        <w:t>لمانوںکادبدبہرہاہے افریقہاورایشیامیں،ادھرتک تودنیا نے تسلیمکرلیااسکو۔ تبھیتوقائمرہا، ابتمانکامانلو۔</w:t>
      </w:r>
    </w:p>
    <w:p>
      <w:r>
        <w:rPr>
          <w:b/>
        </w:rPr>
        <w:t xml:space="preserve">[1:12:10] </w:t>
      </w:r>
      <w:r>
        <w:t>"Tilk al ayyam", yeh dabdaba hota hai. Dabdaba yeh kisi ki monopoly nahi hai. Kabhi unka ke woh unka monopoly hai, toh koi ek bhi aisa thinker nahi paida hua musalmanon mein jo musalmanon ko yeh aayat yaad dilata.</w:t>
      </w:r>
    </w:p>
    <w:p>
      <w:pPr>
        <w:jc w:val="right"/>
      </w:pPr>
      <w:r>
        <w:t>"تل کالایام"، یہ دبدبہہوتاہے۔دبدبہ یہکسیکیموناپولینہیںہے۔ کبھیانکاکہوہانکاہو، توکوئی ایک بھی ایسا تھنکرنہیںپیدا ہوامسلمانوںمیں جو مسلمانوںکویہآیتیاددلاتا۔</w:t>
      </w:r>
    </w:p>
    <w:p>
      <w:r>
        <w:rPr>
          <w:b/>
        </w:rPr>
        <w:t xml:space="preserve">[1:12:26] </w:t>
      </w:r>
      <w:r>
        <w:t>Doosri jeh le hai, aaj bhi jeel hai, aaj bhi koi</w:t>
      </w:r>
    </w:p>
    <w:p>
      <w:pPr>
        <w:jc w:val="right"/>
      </w:pPr>
      <w:r>
        <w:t>دوسریج یلہے،آجبھیجیلہے،آجبھیکوئی</w:t>
      </w:r>
    </w:p>
    <w:p>
      <w:r>
        <w:rPr>
          <w:b/>
        </w:rPr>
        <w:t xml:space="preserve">[1:12:28] </w:t>
      </w:r>
      <w:r>
        <w:t>nahi paida hua. Hamare mission ke baad koi nahi batane wala yeh baat. Hamare mission ke baad koi nahi batane wala. Har aadmi apni tareekh ki azmat, badhaiyan batata hai.</w:t>
      </w:r>
    </w:p>
    <w:p>
      <w:pPr>
        <w:jc w:val="right"/>
      </w:pPr>
      <w:r>
        <w:t>نہیںپیدا ہوا۔ ہمارےمشنکےبعدکوئینہیںبتانےوالایہبات۔ ہمارےمشنکےبعد کوئینہیںبتانےوالا۔ ہرآدمی اپنیتاریخ کیعظمت،بڑائیاں بتاتاہے۔</w:t>
      </w:r>
    </w:p>
    <w:p>
      <w:r>
        <w:rPr>
          <w:b/>
        </w:rPr>
        <w:t xml:space="preserve">[1:12:39] </w:t>
      </w:r>
      <w:r>
        <w:t>Aur yeh jo qanoon Allah ta'ala ka hai ke dabdaba jo hai, woh kabhi unka ke unka monopoly nahi hoti kisi ki dabdabe ke mamle mein, toh unki heritage woh hai toot ti nahi.</w:t>
      </w:r>
    </w:p>
    <w:p>
      <w:pPr>
        <w:jc w:val="right"/>
      </w:pPr>
      <w:r>
        <w:t>اور یہجو قانون اللہتعالیکاہے کہ دبدبہ جوہے،وہ کبھیانکاکہوہانکا موناپولینہیںہوتی کسی کی دبدبےکےمعاملےمیں، تو انکی ہیٹجوہے ٹوٹتینہیں۔</w:t>
      </w:r>
    </w:p>
    <w:p>
      <w:r>
        <w:rPr>
          <w:b/>
        </w:rPr>
        <w:t xml:space="preserve">[1:12:56] </w:t>
      </w:r>
      <w:r>
        <w:t>Jab unko ideology di jaye, sochne ka naya ek tareeqa bataya jaye, woh aayatein yaad dilai jayein.</w:t>
      </w:r>
    </w:p>
    <w:p>
      <w:pPr>
        <w:jc w:val="right"/>
      </w:pPr>
      <w:r>
        <w:t>جب انکو آئیڈیالوجیدیجائے، سوچنےکا نیا ایک طریقہبت ایاجائے، وہآیتیںیاددلائیجائیں۔</w:t>
      </w:r>
    </w:p>
    <w:p>
      <w:r>
        <w:rPr>
          <w:b/>
        </w:rPr>
        <w:t xml:space="preserve">[1:13:07] </w:t>
      </w:r>
      <w:r>
        <w:t>Aur is mein dekhiye, yeh dabdaba hota hai, yeh kya hai? Yeh Quran mein bataya gaya, yeh nemat nahi hai, yeh yeh hai test paper.</w:t>
      </w:r>
    </w:p>
    <w:p>
      <w:pPr>
        <w:jc w:val="right"/>
      </w:pPr>
      <w:r>
        <w:t>اوراسمیںدیکھیے، یہدبدبہہوتاہے،یہکیاہے؟ یہ قرآنمیںبتایاگیا،یہنعمتنہیںہے،یہ یہہے ٹیسٹ پیپر۔</w:t>
      </w:r>
    </w:p>
    <w:p>
      <w:r>
        <w:rPr>
          <w:b/>
        </w:rPr>
        <w:t xml:space="preserve">[1:13:19] </w:t>
      </w:r>
      <w:r>
        <w:t>Jaise yeh pani hai, toh pani yeh nemat hai. Pani jo hai, ek nemat hai, yeh lekin</w:t>
      </w:r>
    </w:p>
    <w:p>
      <w:pPr>
        <w:jc w:val="right"/>
      </w:pPr>
      <w:r>
        <w:t>جیسےیہپانیہے، تو پانییہنعمتہے۔ پانیجوہے،ایکنعمتہے،یہ لیکن</w:t>
      </w:r>
    </w:p>
    <w:p>
      <w:r>
        <w:rPr>
          <w:b/>
        </w:rPr>
        <w:t xml:space="preserve">[1:13:26] </w:t>
      </w:r>
      <w:r>
        <w:t>yeh political power jo hai, yeh dabdaba jo hai, yeh nemat nahi. Is sense mein yeh test paper hai. Woh toh toh test sabka liya jayega, ek ek ka toh nahi liya jayega</w:t>
      </w:r>
    </w:p>
    <w:p>
      <w:pPr>
        <w:jc w:val="right"/>
      </w:pPr>
      <w:r>
        <w:t>یہپولیٹیکلپاورجوہے،یادبدبہجوہے،یہنعمتنہیں۔اسسینسمیں یہ ٹیسٹ پیپرہے۔ وہ تو توٹیسٹ سبکالیاجائےگا،ایکایک کاتونہیںلیاجائےگا</w:t>
      </w:r>
    </w:p>
    <w:p>
      <w:r>
        <w:rPr>
          <w:b/>
        </w:rPr>
        <w:t xml:space="preserve">[1:13:39] </w:t>
      </w:r>
      <w:r>
        <w:t>ke duniya mein tum ko barhaiyan mili, tum ko power mili toh kya kiya tum ne iska test?</w:t>
      </w:r>
    </w:p>
    <w:p>
      <w:pPr>
        <w:jc w:val="right"/>
      </w:pPr>
      <w:r>
        <w:t>کہدنیا میں تم کو بڑ ائیملی، تمکو پاورملاتوکیا کیاتم نے اسکا ٹیسٹ؟</w:t>
      </w:r>
    </w:p>
    <w:p>
      <w:r>
        <w:rPr>
          <w:b/>
        </w:rPr>
        <w:t xml:space="preserve">[1:13:47] </w:t>
      </w:r>
      <w:r>
        <w:t>Toh test liya gaya, us se pehle unka Roman zikr liya gaya, Iranian's liya gaya, musalmanon ka liya gaya, British's liya gaya.</w:t>
      </w:r>
    </w:p>
    <w:p>
      <w:pPr>
        <w:jc w:val="right"/>
      </w:pPr>
      <w:r>
        <w:t>تو ٹیسٹ لیاگیا، اسسےپہلے انکا روم نزکالیاگیا،ایرینینزکالیاگیا، مسلمانوںکالیاگیا، برٹشزکالیاگیا۔</w:t>
      </w:r>
    </w:p>
    <w:p>
      <w:r>
        <w:rPr>
          <w:b/>
        </w:rPr>
        <w:t xml:space="preserve">[1:13:57] </w:t>
      </w:r>
      <w:r>
        <w:t>Yeh sab test hota raha hai sab ka. Toh kisi ko koi ek bhi Muslim thinker pata nahi hua jo musalmanon ko yeh bataye aur unko pacify kare, unko dobara unki negative thinking, positive thinking banaye.</w:t>
      </w:r>
    </w:p>
    <w:p>
      <w:pPr>
        <w:jc w:val="right"/>
      </w:pPr>
      <w:r>
        <w:t>یہسبٹیسٹ ہوتا ہورہاہےسبکا۔ تو کسی کو ئیایکبھی مسلمتھنکرپاتانہیںہواجومسلمانوںکویہبتائے اورانکو پیسیفائیکرے، انکو دوبارہ ان کی نیگی ٹیوتھنکنگ،پوزیٹیوتھنکنگبنائے۔</w:t>
      </w:r>
    </w:p>
    <w:p>
      <w:r>
        <w:rPr>
          <w:b/>
        </w:rPr>
        <w:t xml:space="preserve">[1:14:13] </w:t>
      </w:r>
      <w:r>
        <w:t>Kisi ne kiya hi nahi, is liye woh continue kar rahi hai, continue kar rahi hai, continue kar rahi hai. Aaj tak wahi chal raha hai.</w:t>
      </w:r>
    </w:p>
    <w:p>
      <w:pPr>
        <w:jc w:val="right"/>
      </w:pPr>
      <w:r>
        <w:t>کسی نےکیاہینہیں، اسلیےوہکنٹینیوکررہیہے،کنٹینیوکررہیہے،کنٹینیوکررہیہے۔ آجتک وہیچلرہاہے۔</w:t>
      </w:r>
    </w:p>
    <w:p>
      <w:r>
        <w:rPr>
          <w:b/>
        </w:rPr>
        <w:t xml:space="preserve">[1:14:23] </w:t>
      </w:r>
      <w:r>
        <w:t>Ab hamara jo mission hai, mission yeh hai ke yeh yeh discontinue ho yeh thinking taake musalman positive thinker bane, negative ko khatam karein.</w:t>
      </w:r>
    </w:p>
    <w:p>
      <w:pPr>
        <w:jc w:val="right"/>
      </w:pPr>
      <w:r>
        <w:t>ابہماراجومشنہے، مشنیہہےکہیہ یہڈسکنٹینیوہویہتھنکنگ تاکہمسلمانپوزیٹیوتھنکربنے، نیگیٹیوٹیکوختمکریں۔</w:t>
      </w:r>
    </w:p>
    <w:p>
      <w:r>
        <w:rPr>
          <w:b/>
        </w:rPr>
        <w:t xml:space="preserve">[1:14:33] </w:t>
      </w:r>
      <w:r>
        <w:t>tabhi dunyamen inko maqam milega, tabhi da'wat ka kaam kar sakenge, to tabhi jannat milegi inko. nahin, jannat bhi milne wali nahin hai.</w:t>
      </w:r>
    </w:p>
    <w:p>
      <w:pPr>
        <w:jc w:val="right"/>
      </w:pPr>
      <w:r>
        <w:t>تبھی دنیامیںانکو مقام ملےگا،تبھیدعوتیکامکرسکیںگے، توتبھیجنتملےگیانکو۔نہیں،جنتبھیملنےوالی نہیںہے۔</w:t>
      </w:r>
    </w:p>
    <w:p>
      <w:r>
        <w:rPr>
          <w:b/>
        </w:rPr>
        <w:t xml:space="preserve">[1:14:40] </w:t>
      </w:r>
      <w:r>
        <w:t>yeh bohat hairat ki hai, yeh yeh cheez nafrat karna doosron se. aapko haq nahin hai nafrat karne ka, aapko nafrat karne ka haq nahin hai.</w:t>
      </w:r>
    </w:p>
    <w:p>
      <w:pPr>
        <w:jc w:val="right"/>
      </w:pPr>
      <w:r>
        <w:t>یہبہتہیرس کیہے،یہ یہچیز نفرتکرنا دوسروں سے ۔ آپکوحقنہیںہےنفرتکرنے کا، آپ کونفرتکرنےکاحقنہیںہے۔</w:t>
      </w:r>
    </w:p>
    <w:p>
      <w:r>
        <w:rPr>
          <w:b/>
        </w:rPr>
        <w:t xml:space="preserve">[1:14:50] </w:t>
      </w:r>
      <w:r>
        <w:t>quran men dekhen, yeh bhi hai ke allah ta'ala deta hai jisko deta hai political power.</w:t>
      </w:r>
    </w:p>
    <w:p>
      <w:pPr>
        <w:jc w:val="right"/>
      </w:pPr>
      <w:r>
        <w:t>قرآنمیںدیکھیں،یہبھیہے کہ اللہ تعالی دیتاہے جسکودیتاہے پولیٹیکلپاور۔</w:t>
      </w:r>
    </w:p>
    <w:p>
      <w:r>
        <w:rPr>
          <w:b/>
        </w:rPr>
        <w:t xml:space="preserve">[1:14:59] </w:t>
      </w:r>
      <w:r>
        <w:t>to tal mulk munt sha, munt sha, munt sha. yeh allah ke ikhtiyar men hai ke kis ko political power de aur kis ko na de.</w:t>
      </w:r>
    </w:p>
    <w:p>
      <w:pPr>
        <w:jc w:val="right"/>
      </w:pPr>
      <w:r>
        <w:t>تو تل ملک منت شا، منت شا، منت شا۔ یہاللہ کے اختیارمیںہےکہکسکوپولیٹیکلپاوردےاورکسکونہدے۔</w:t>
      </w:r>
    </w:p>
    <w:p>
      <w:r>
        <w:rPr>
          <w:b/>
        </w:rPr>
        <w:t xml:space="preserve">[1:15:09] </w:t>
      </w:r>
      <w:r>
        <w:t>to aap aapko shikayat kyun hai? allah ke faisle pe shikayat kyun hai? aapko</w:t>
      </w:r>
    </w:p>
    <w:p>
      <w:pPr>
        <w:jc w:val="right"/>
      </w:pPr>
      <w:r>
        <w:t>تو آپ آپکوشکایتکیوںہے ؟اللہ کےفیصلےپہشکایتکیوںہے؟آپکو</w:t>
      </w:r>
    </w:p>
    <w:p>
      <w:r>
        <w:rPr>
          <w:b/>
        </w:rPr>
        <w:t xml:space="preserve">[1:15:16] </w:t>
      </w:r>
      <w:r>
        <w:t>yeh bohat nazuk baat hai, yeh kyun ke bad qismati se dete hain thinker paida hue arab dunya men aur non arab dunya men. sab wohi react karne wale the, react karne wale the, sab react karne wale the.</w:t>
      </w:r>
    </w:p>
    <w:p>
      <w:pPr>
        <w:jc w:val="right"/>
      </w:pPr>
      <w:r>
        <w:t>یہبہت نازکباتہے،یہ کیونکہبدقسم تیسے دیتےہیںتھنکرپیدا ہوئے عرب دنیامیں اورنانعرب دنیا میں۔ سب وہیریایکٹکرنےوالےتھے،ریایکٹکرنےوالےتھے،سبریایکٹکرنےوالے تھے۔</w:t>
      </w:r>
    </w:p>
    <w:p>
      <w:r>
        <w:rPr>
          <w:b/>
        </w:rPr>
        <w:t xml:space="preserve">[1:15:31] </w:t>
      </w:r>
      <w:r>
        <w:t>ab hum dua karte hain ke allah ta'ala is mission ko aage badhaye, logon ke andar deep thinking aaye</w:t>
      </w:r>
    </w:p>
    <w:p>
      <w:pPr>
        <w:jc w:val="right"/>
      </w:pPr>
      <w:r>
        <w:t>ابہمدعاکرتےہیںکہاللہتعالی اس مشنکوآگےبڑھائے، لوگوںکےاندر ڈی تھنکنگآئے</w:t>
      </w:r>
    </w:p>
    <w:p>
      <w:r>
        <w:rPr>
          <w:b/>
        </w:rPr>
        <w:t xml:space="preserve">[1:15:37] </w:t>
      </w:r>
      <w:r>
        <w:t>, log apni negativity ko badlen, positivity layen apne andar taake dunya bhi unhen men kamyabi mile aur aakhirat men bhi mile kamyabi.</w:t>
      </w:r>
    </w:p>
    <w:p>
      <w:pPr>
        <w:jc w:val="right"/>
      </w:pPr>
      <w:r>
        <w:t>، لوگ اپنی نیگیٹیوٹیکو بد لیں، پوزیٹیوٹی لائیںاپنےاندر تاکہدنیا بھی انہیں میںکامیابیملےاورآخرتمیںبھیملےکامیابی۔</w:t>
      </w:r>
    </w:p>
    <w:p>
      <w:r>
        <w:rPr>
          <w:b/>
        </w:rPr>
        <w:t xml:space="preserve">[1:15:50] </w:t>
      </w:r>
      <w:r>
        <w:t>doctor muslima siddiqui ne nai dilli se likha hai: "quran ke sath hifazat ka mamla kiya gaya. quran se pehle ke صحیfe ki khuda ne hifazat ki zimmedari nahin leti thi.</w:t>
      </w:r>
    </w:p>
    <w:p>
      <w:pPr>
        <w:jc w:val="right"/>
      </w:pPr>
      <w:r>
        <w:t>ڈاکٹر مسلمہ صدی قی نےنئیدلیسےلکھاہے: "قرآنکے ساتھ حفاظتکامعاملہ کیا گیا۔ قرآنسے پہلے کے صحیفےکی خ دانے حفاظتکی ذمہدارینہیں لیتھی۔</w:t>
      </w:r>
    </w:p>
    <w:p>
      <w:r>
        <w:rPr>
          <w:b/>
        </w:rPr>
        <w:t xml:space="preserve">[1:16:05] </w:t>
      </w:r>
      <w:r>
        <w:t>isse humain kya sabak milta hai?</w:t>
      </w:r>
    </w:p>
    <w:p>
      <w:pPr>
        <w:jc w:val="right"/>
      </w:pPr>
      <w:r>
        <w:t>اسسے ہمیںکیا سبقملتاہے؟</w:t>
      </w:r>
    </w:p>
    <w:p>
      <w:r>
        <w:rPr>
          <w:b/>
        </w:rPr>
        <w:t xml:space="preserve">[1:16:07] </w:t>
      </w:r>
      <w:r>
        <w:t>iske bare men bataein."</w:t>
      </w:r>
    </w:p>
    <w:p>
      <w:pPr>
        <w:jc w:val="right"/>
      </w:pPr>
      <w:r>
        <w:t>اسکےبارےمیں بت ائیں۔"</w:t>
      </w:r>
    </w:p>
    <w:p>
      <w:r>
        <w:rPr>
          <w:b/>
        </w:rPr>
        <w:t xml:space="preserve">[1:16:12] </w:t>
      </w:r>
      <w:r>
        <w:t>dekhen, yeh mamla aisa nahin hai. asli yeh hai ke quran men ek aur ayat hai: "be-basta hifz" wahan par aaya hai,</w:t>
      </w:r>
    </w:p>
    <w:p>
      <w:pPr>
        <w:jc w:val="right"/>
      </w:pPr>
      <w:r>
        <w:t>دیکھیں،یہ معاملہ ایسا نہیں ہے۔ اصلیہہےکہ قرآنمیں ایکاورآیتہے: "بےبستحفظ" وہاںپرآیاہے،</w:t>
      </w:r>
    </w:p>
    <w:p>
      <w:r>
        <w:rPr>
          <w:b/>
        </w:rPr>
        <w:t xml:space="preserve">[1:16:26] </w:t>
      </w:r>
      <w:r>
        <w:t>yani isse pehle jo kitaben utrin to unhi logon ki zimmedari thi ke isko mehfooz rakhen.</w:t>
      </w:r>
    </w:p>
    <w:p>
      <w:pPr>
        <w:jc w:val="right"/>
      </w:pPr>
      <w:r>
        <w:t>یعنیاسسےپہلے جو کتاب یںاتریں تو انہیلوگوںکیذمہداریتھیکہاسکومحفوظرکھ یں۔</w:t>
      </w:r>
    </w:p>
    <w:p>
      <w:r>
        <w:rPr>
          <w:b/>
        </w:rPr>
        <w:t xml:space="preserve">[1:16:35] </w:t>
      </w:r>
      <w:r>
        <w:t>"be-basta hifz" inko inse chaha gaya tha ke hifazat karen. woh to do phase hain, asal men do phase hain. pehla phase woh tha ke prophet ke jo followers the, unki zimmedari thi ke woh isko mehfooz rakhen,</w:t>
      </w:r>
    </w:p>
    <w:p>
      <w:pPr>
        <w:jc w:val="right"/>
      </w:pPr>
      <w:r>
        <w:t>"بےبستحفظ"انکو انسےچاہاگیاتھاکہحفاظتکریں۔وہ تو دو فیزہیں،اصلمیں دو فیزہیں۔ پہلافیزوہتھا کہ پرافٹ کےجو فالوورزتھے، انکی ذمہداریتھیکہوہاسکیمحفوظرکھ یں،</w:t>
      </w:r>
    </w:p>
    <w:p>
      <w:r>
        <w:rPr>
          <w:b/>
        </w:rPr>
        <w:t xml:space="preserve">[1:16:50] </w:t>
      </w:r>
      <w:r>
        <w:t>lekin woh nakam ho gaye, mehfooz nahin rakh sake. woh tab khuda ne kaha apne zame le liya kyun ke khatm nabuwat ka mamla pesh aa gaya tha.</w:t>
      </w:r>
    </w:p>
    <w:p>
      <w:pPr>
        <w:jc w:val="right"/>
      </w:pPr>
      <w:r>
        <w:t>لیکن وہ ناکامہوگئے، محفوظنہیںرکھسکے۔وہ تبخدانے کہا اپنے ذمےلےلیا کیونکہختم نبوتکامعاملہپیشآگیاتھا۔</w:t>
      </w:r>
    </w:p>
    <w:p>
      <w:r>
        <w:rPr>
          <w:b/>
        </w:rPr>
        <w:t xml:space="preserve">[1:16:59] </w:t>
      </w:r>
      <w:r>
        <w:t>"be-basta hifz" minkitab</w:t>
      </w:r>
    </w:p>
    <w:p>
      <w:pPr>
        <w:jc w:val="right"/>
      </w:pPr>
      <w:r>
        <w:t>"بےبستحفظ"منکتاب</w:t>
      </w:r>
    </w:p>
    <w:p>
      <w:r>
        <w:rPr>
          <w:b/>
        </w:rPr>
        <w:t xml:space="preserve">[1:17:01] </w:t>
      </w:r>
      <w:r>
        <w:t>allah, yani pichli ummaton ko kaha gaya tha ke yeh kitab jo tum ko di gayi hai, isko mehfooz rakho. unki apni zimmedari par chhoda gaya tha. isko</w:t>
      </w:r>
    </w:p>
    <w:p>
      <w:pPr>
        <w:jc w:val="right"/>
      </w:pPr>
      <w:r>
        <w:t>اللہ، یعنیپچھلیامتوںکو کہاگیاتھاکہیہکتاب جو تمکودیگئیہے،اسکومحفوظرکھو۔ انکیاپنی ذمہداری پرچھوڑاگیاتھا۔اسکو</w:t>
      </w:r>
    </w:p>
    <w:p>
      <w:r>
        <w:rPr>
          <w:b/>
        </w:rPr>
        <w:t xml:space="preserve">[1:17:13] </w:t>
      </w:r>
      <w:r>
        <w:t>yeh first phase tha nabuwat ka, to woh woh nakam ho gaye, mehfooz nahin rakh sake. unmen badlav aaya, alteration hua.</w:t>
      </w:r>
    </w:p>
    <w:p>
      <w:pPr>
        <w:jc w:val="right"/>
      </w:pPr>
      <w:r>
        <w:t>یہ فرسٹفیزتھا نبوتکا، تووہ وہ ناکامہوگئے،محفوظنہیںرکھسکے۔ انمیں بدلاؤآیا، ال ٹریشنہوا۔</w:t>
      </w:r>
    </w:p>
    <w:p>
      <w:r>
        <w:rPr>
          <w:b/>
        </w:rPr>
        <w:t xml:space="preserve">[1:17:25] </w:t>
      </w:r>
      <w:r>
        <w:t>to ab allah ta'ala ne jab faisla kiya ke ab final nabi bhejna hai, nabuwat silsila khatm karna hai, to nabuwat ke baad ek kitab hona zaroori tha jo replace kare paighambar ko.</w:t>
      </w:r>
    </w:p>
    <w:p>
      <w:pPr>
        <w:jc w:val="right"/>
      </w:pPr>
      <w:r>
        <w:t>تو اب اللہتعالینےجبفیصلہکیاکہاب فائنل نبی بھیجناہے، نبوتسلسلہختمکرناہے، تو نبوتکےبعد ایککتاب ہوناضروریتھا جو ریپلیسکرےپیغمبرکو۔</w:t>
      </w:r>
    </w:p>
    <w:p>
      <w:r>
        <w:rPr>
          <w:b/>
        </w:rPr>
        <w:t xml:space="preserve">[1:17:37] </w:t>
      </w:r>
      <w:r>
        <w:t>quran woh hai, replace karta hai nabuwat ko. isliye allah ta'ala ne apni zimmedari le li ke kyun ke ab nabi nahin bhejna hai, isliye kitab ko mehfooz rakhna hai taake woh iska replacement ban sake.</w:t>
      </w:r>
    </w:p>
    <w:p>
      <w:pPr>
        <w:jc w:val="right"/>
      </w:pPr>
      <w:r>
        <w:t>قرآنجوہے،ریپلیسکرتاہے نبوتکو۔ اسلیےاللہتعالینےاپنیذمہداریلےلی کہچونکہابنبینہیںبھیجناہے، اسلیےکتاب کومحفوظرکھناہے تاکہ وہ اسکاریپلیسمنٹبنسکے۔</w:t>
      </w:r>
    </w:p>
    <w:p>
      <w:r>
        <w:rPr>
          <w:b/>
        </w:rPr>
        <w:t xml:space="preserve">[1:17:51] </w:t>
      </w:r>
      <w:r>
        <w:t>yeh hai ismen hikmat rabbani.</w:t>
      </w:r>
    </w:p>
    <w:p>
      <w:pPr>
        <w:jc w:val="right"/>
      </w:pPr>
      <w:r>
        <w:t>یہہے اسمیںحکمت ربانی۔</w:t>
      </w:r>
    </w:p>
    <w:p>
      <w:r>
        <w:rPr>
          <w:b/>
        </w:rPr>
        <w:t xml:space="preserve">[1:17:57] </w:t>
      </w:r>
      <w:r>
        <w:t>molana zakwan naqvi ne nai dilli se likha hai: "what is the right way of thebr?</w:t>
      </w:r>
    </w:p>
    <w:p>
      <w:pPr>
        <w:jc w:val="right"/>
      </w:pPr>
      <w:r>
        <w:t>مول انا زکوان نقوینے نئیدلیسے لکھاہے: "واٹازدارائٹ وےاف تد بر؟</w:t>
      </w:r>
    </w:p>
    <w:p>
      <w:r>
        <w:rPr>
          <w:b/>
        </w:rPr>
        <w:t xml:space="preserve">[1:18:07] </w:t>
      </w:r>
      <w:r>
        <w:t>kindly explain."</w:t>
      </w:r>
    </w:p>
    <w:p>
      <w:pPr>
        <w:jc w:val="right"/>
      </w:pPr>
      <w:r>
        <w:t>کائنڈلیایکسپلین۔"</w:t>
      </w:r>
    </w:p>
    <w:p>
      <w:r>
        <w:rPr>
          <w:b/>
        </w:rPr>
        <w:t xml:space="preserve">[1:18:12] </w:t>
      </w:r>
      <w:r>
        <w:t>bhai, dekhen, right way toh yeh hai: sab se pehle apne aadmi aadmi apna aap ko objective banaye.</w:t>
      </w:r>
    </w:p>
    <w:p>
      <w:pPr>
        <w:jc w:val="right"/>
      </w:pPr>
      <w:r>
        <w:t>بھائی،دیکھیں،رائٹوےتویہہے: سبسےپہلے اپنےآدمیآدمیاپناآپکو ابجیکٹوبنائے۔</w:t>
      </w:r>
    </w:p>
    <w:p>
      <w:r>
        <w:rPr>
          <w:b/>
        </w:rPr>
        <w:t xml:space="preserve">[1:18:20] </w:t>
      </w:r>
      <w:r>
        <w:t>har aadmi basis men jeeta hai, basis ta'assubat men, prejudice men. har aadmi, har aadmi, har aadmi conditioning men jeeta hai.</w:t>
      </w:r>
    </w:p>
    <w:p>
      <w:pPr>
        <w:jc w:val="right"/>
      </w:pPr>
      <w:r>
        <w:t>ہرآدمی بائسمیںجیتاہے،بائس تع صبات میں، بریڈیسزمیں۔ ہرآدمی،ہرآدمی،ہرآدمی کنڈیشننگمیںجیتاہے۔</w:t>
      </w:r>
    </w:p>
    <w:p>
      <w:r>
        <w:rPr>
          <w:b/>
        </w:rPr>
        <w:t xml:space="preserve">[1:18:33] </w:t>
      </w:r>
      <w:r>
        <w:t>tadabbur ka aaghaz hota hai apne aap ko tadabbur ke qabil banane se. ek hai tadabbur, ek hai tadabbur ke liye apne liye competent banana.</w:t>
      </w:r>
    </w:p>
    <w:p>
      <w:pPr>
        <w:jc w:val="right"/>
      </w:pPr>
      <w:r>
        <w:t>توتد بر کاآغاز ہوتاہے اپنےآپکو تد بر کےقابل بنانےسے۔ ایک ہےتدبر ،ایک ہےتد برکےلیےاپنےلیےکمپیٹنٹبنانا۔</w:t>
      </w:r>
    </w:p>
    <w:p>
      <w:r>
        <w:rPr>
          <w:b/>
        </w:rPr>
        <w:t xml:space="preserve">[1:18:47] </w:t>
      </w:r>
      <w:r>
        <w:t>woh kya hai? aadmi apne mind ko open banaye, apne aap ko bias jo hote hain, ta'assubat jo hote hain, us se free kare, conditioning ko tode.</w:t>
      </w:r>
    </w:p>
    <w:p>
      <w:pPr>
        <w:jc w:val="right"/>
      </w:pPr>
      <w:r>
        <w:t>وہکیاہے؟ آدمیاپنے مائنڈکو اوپنبن ائے، اپنے آپکو بائسجوہوتےہیں،تع صباتجوہوتےہیں،اسسےفریکرے، کنڈیشننگکوتوڑے۔</w:t>
      </w:r>
    </w:p>
    <w:p>
      <w:r>
        <w:rPr>
          <w:b/>
        </w:rPr>
        <w:t xml:space="preserve">[1:19:00] </w:t>
      </w:r>
      <w:r>
        <w:t>"egotistic" thinking laye apne andar.</w:t>
      </w:r>
    </w:p>
    <w:p>
      <w:pPr>
        <w:jc w:val="right"/>
      </w:pPr>
      <w:r>
        <w:t>"ایزاٹاز"تھنکنگلائےاپنےاندر۔</w:t>
      </w:r>
    </w:p>
    <w:p>
      <w:r>
        <w:rPr>
          <w:b/>
        </w:rPr>
        <w:t xml:space="preserve">[1:19:04] </w:t>
      </w:r>
      <w:r>
        <w:t>ek lafz mein wohi main kahunga ke apne aap ko tadabbur qabil banana. jab yeh banata hai aadmi to phir sab raahein aasan ho jati hain. is ke baad woh Quran ko padhega, Hadees ko padhega, history ko padhega, science ko padhega, jitna us ke bas mein ho.</w:t>
      </w:r>
    </w:p>
    <w:p>
      <w:pPr>
        <w:jc w:val="right"/>
      </w:pPr>
      <w:r>
        <w:t>ایک لفظمیںوہیمیںکہوںگاکہاپنےآپکو تد بر قابلبن انا۔ جب یہبناتاہےآدمی تو پھر سبراہیںآسانہوجاتیہیں۔ اسکےبعد وہقرآنکوپڑھےگا،حدیثکوپڑھےگا، ہسٹریکوپڑھےگا، سائنسکوپڑھےگا، جتنااسکےبسمیںہو۔</w:t>
      </w:r>
    </w:p>
    <w:p>
      <w:r>
        <w:rPr>
          <w:b/>
        </w:rPr>
        <w:t xml:space="preserve">[1:19:20] </w:t>
      </w:r>
      <w:r>
        <w:t>yeh nahi ke har aadmi sab kuch padhe, jitna us ke bas mein ho. aur yeh nature ko dekhega, zameen o aasman par mein ghor karega.</w:t>
      </w:r>
    </w:p>
    <w:p>
      <w:pPr>
        <w:jc w:val="right"/>
      </w:pPr>
      <w:r>
        <w:t>یہنہیںکہہرآدمیسبکچھپڑھے، جتنااسکےبسمیںہو۔ اور یہ نیچرکودیکھےگا، زمین وآسمانپر میں غورکرےگا۔</w:t>
      </w:r>
    </w:p>
    <w:p>
      <w:r>
        <w:rPr>
          <w:b/>
        </w:rPr>
        <w:t xml:space="preserve">[1:19:32] </w:t>
      </w:r>
      <w:r>
        <w:t>yeh saare se mil kar ke tadabbur ka maamla hota hai. to jitna us ke bas mein hota hai, tadabbur kare. woh</w:t>
      </w:r>
    </w:p>
    <w:p>
      <w:pPr>
        <w:jc w:val="right"/>
      </w:pPr>
      <w:r>
        <w:t>یہسارےسےملکرکے تد برکا معاملہہوتاہے۔ توجتنااسکےبسمیںہوتاہے،تدبرکرے۔وہ</w:t>
      </w:r>
    </w:p>
    <w:p>
      <w:r>
        <w:rPr>
          <w:b/>
        </w:rPr>
        <w:t xml:space="preserve">[1:19:42] </w:t>
      </w:r>
      <w:r>
        <w:t>agar kisi ke bas mein nahi hai to kisi us scholar par bharosa kar le, upar trust kar le, woh jo kahe us ko maan le. do shakalain hain,</w:t>
      </w:r>
    </w:p>
    <w:p>
      <w:pPr>
        <w:jc w:val="right"/>
      </w:pPr>
      <w:r>
        <w:t>اگر کسیکےبسمیںنہیںہے تو کسی اسک الرپر بھروسہکرلے،اوپرٹرسٹکرلے،وہجوکہےاسکومان لے۔ دوشکلیںہیں،</w:t>
      </w:r>
    </w:p>
    <w:p>
      <w:r>
        <w:rPr>
          <w:b/>
        </w:rPr>
        <w:t xml:space="preserve">[1:19:55] </w:t>
      </w:r>
      <w:r>
        <w:t>lekin har haal tadabbur ka aaghaz jo hai, apni deconditioning se hai.</w:t>
      </w:r>
    </w:p>
    <w:p>
      <w:pPr>
        <w:jc w:val="right"/>
      </w:pPr>
      <w:r>
        <w:t>لیکن بہرحالتد بر کا آغاز جوہے، اپنی ڈیکنڈیشننگسےہے۔</w:t>
      </w:r>
    </w:p>
    <w:p>
      <w:r>
        <w:rPr>
          <w:b/>
        </w:rPr>
        <w:t xml:space="preserve">[1:20:02] </w:t>
      </w:r>
      <w:r>
        <w:t>"without deconditioning, there is no tadabbur."</w:t>
      </w:r>
    </w:p>
    <w:p>
      <w:pPr>
        <w:jc w:val="right"/>
      </w:pPr>
      <w:r>
        <w:t>"وداؤٹڈیکنڈیشننگ،دیرازنوتد بر۔"</w:t>
      </w:r>
    </w:p>
    <w:p>
      <w:r>
        <w:rPr>
          <w:b/>
        </w:rPr>
        <w:t xml:space="preserve">[1:20:09] </w:t>
      </w:r>
      <w:r>
        <w:t>inka ek aur sawal hai, Maulana. unhone poocha hai aapse: "what is the importance of ta'alluq? ta'alluq billah in Islam?</w:t>
      </w:r>
    </w:p>
    <w:p>
      <w:pPr>
        <w:jc w:val="right"/>
      </w:pPr>
      <w:r>
        <w:t>انکاایکاور سوالہے، مول انا۔انہوںنے پوچھاہےآپسے: "واٹازدیامپورٹنس اف تعلق ؟تعلق باللہ ان اسلام ؟</w:t>
      </w:r>
    </w:p>
    <w:p>
      <w:r>
        <w:rPr>
          <w:b/>
        </w:rPr>
        <w:t xml:space="preserve">[1:20:20] </w:t>
      </w:r>
      <w:r>
        <w:t>"ta'alluq billah,</w:t>
      </w:r>
    </w:p>
    <w:p>
      <w:pPr>
        <w:jc w:val="right"/>
      </w:pPr>
      <w:r>
        <w:t>" تعلق باللہ ،</w:t>
      </w:r>
    </w:p>
    <w:p>
      <w:r>
        <w:rPr>
          <w:b/>
        </w:rPr>
        <w:t xml:space="preserve">[1:20:24] </w:t>
      </w:r>
      <w:r>
        <w:t>ta'alluq billah ka matlab hota hai Allah se ta'alluq, Allah se contact.</w:t>
      </w:r>
    </w:p>
    <w:p>
      <w:pPr>
        <w:jc w:val="right"/>
      </w:pPr>
      <w:r>
        <w:t>تعلق باللہکامطلبہوتاہے اللہ سے تعلق، اللہ سے کنٹیکٹ۔</w:t>
      </w:r>
    </w:p>
    <w:p>
      <w:r>
        <w:rPr>
          <w:b/>
        </w:rPr>
        <w:t xml:space="preserve">[1:20:32] </w:t>
      </w:r>
      <w:r>
        <w:t>yeh contact nefsiyat, psychological level par hota hai, physical level par nahi hota.</w:t>
      </w:r>
    </w:p>
    <w:p>
      <w:pPr>
        <w:jc w:val="right"/>
      </w:pPr>
      <w:r>
        <w:t>یہ کنٹیکٹنفسیات، سائیکالوجیکللیولپرہوتاہے، فزیکللیولپرنہیںہوتا۔</w:t>
      </w:r>
    </w:p>
    <w:p>
      <w:r>
        <w:rPr>
          <w:b/>
        </w:rPr>
        <w:t xml:space="preserve">[1:20:41] </w:t>
      </w:r>
      <w:r>
        <w:t>to ta'alluq billah ka matlab hai ke Allah aap ka consent ban jaye, aap God oriented thinking aa jaye aap ke andar, aur Allah wali akhlaqiyat paida ho jayein aap ke andar.</w:t>
      </w:r>
    </w:p>
    <w:p>
      <w:pPr>
        <w:jc w:val="right"/>
      </w:pPr>
      <w:r>
        <w:t>تو تعلق باللہکامطلبہےکہ اللہ آپ کا کنسنٹبنجائے، آپ گاڈاورینٹڈتھنک آجائےآپکےاندر، اور اللہ والی اخلاقیات پیدا ہوجائیںآپکےاندر۔</w:t>
      </w:r>
    </w:p>
    <w:p>
      <w:r>
        <w:rPr>
          <w:b/>
        </w:rPr>
        <w:t xml:space="preserve">[1:20:57] </w:t>
      </w:r>
      <w:r>
        <w:t>to ek ek ek continuous ta'alluq ban jata hai, har lamha ta'alluq. to aap Allah ki yaad mein jeene lagte hain, har jagah aap ko gul guloridikhai deti hai,</w:t>
      </w:r>
    </w:p>
    <w:p>
      <w:pPr>
        <w:jc w:val="right"/>
      </w:pPr>
      <w:r>
        <w:t>تو ایک ایک ایککنٹینیوستعلقبنجاتاہے، ہر لمحہتعلق۔ توآپ اللہ کییادمیںجینےلگتےہیں، ہرجگہآپکو گلہگلوریدکھائیدیتیہے،</w:t>
      </w:r>
    </w:p>
    <w:p>
      <w:r>
        <w:rPr>
          <w:b/>
        </w:rPr>
        <w:t xml:space="preserve">[1:21:10] </w:t>
      </w:r>
      <w:r>
        <w:t>poora din aap ko Allah ka indirect way mein mushahida ban jati hai.</w:t>
      </w:r>
    </w:p>
    <w:p>
      <w:pPr>
        <w:jc w:val="right"/>
      </w:pPr>
      <w:r>
        <w:t>پوریدنیا آپکو اللہ کا انڈائریکٹوےمیں مشاہدہبنجاتیہے۔</w:t>
      </w:r>
    </w:p>
    <w:p>
      <w:r>
        <w:rPr>
          <w:b/>
        </w:rPr>
        <w:t xml:space="preserve">[1:21:23] </w:t>
      </w:r>
      <w:r>
        <w:t>to har haal ta'alluq billah ka matlab hai Allah ki yaad mein jeena, aur yaad mein jeena jab hota hai? jab aap ko, yani jab aap ko daryaft phir search ho rahi hai, to Allah ko daryaft karna hota hai.</w:t>
      </w:r>
    </w:p>
    <w:p>
      <w:pPr>
        <w:jc w:val="right"/>
      </w:pPr>
      <w:r>
        <w:t>توبہرحالتعلق باللہکامطلبہے اللہ کییادمیں جینا، اوریادمیںجیناجبہوتاہے؟جبآپکو، یعنی جب آپکیدریا فت پھر سرچہورہیہے،تواللہکودریا فتکرناہوتاہے۔</w:t>
      </w:r>
    </w:p>
    <w:p>
      <w:r>
        <w:rPr>
          <w:b/>
        </w:rPr>
        <w:t xml:space="preserve">[1:21:40] </w:t>
      </w:r>
      <w:r>
        <w:t>jab aap daryaft karte hain, tab ja kar yeh yeh mumkin hota hai ke aap Allah mein jeene lagen,</w:t>
      </w:r>
    </w:p>
    <w:p>
      <w:pPr>
        <w:jc w:val="right"/>
      </w:pPr>
      <w:r>
        <w:t>جبآپدریافت کرتے ہیں، تب جاکریہ یہممکنہوتاہےکہآپاللہ میںجینےلگیں،</w:t>
      </w:r>
    </w:p>
    <w:p>
      <w:r>
        <w:rPr>
          <w:b/>
        </w:rPr>
        <w:t xml:space="preserve">[1:21:48] </w:t>
      </w:r>
      <w:r>
        <w:t>aur sab kuch ke liye tafakkur zaruri hai. tafakkur, sochna. tafakkur ke baghair kuch nahi hota.</w:t>
      </w:r>
    </w:p>
    <w:p>
      <w:pPr>
        <w:jc w:val="right"/>
      </w:pPr>
      <w:r>
        <w:t>اور سبکچھ کےلیے تف کرضروریہے۔تفکر،سوچنا۔ تف کرکےبغیرکچھنہیںہوتا۔</w:t>
      </w:r>
    </w:p>
    <w:p>
      <w:r>
        <w:rPr>
          <w:b/>
        </w:rPr>
        <w:t xml:space="preserve">[1:21:56] </w:t>
      </w:r>
      <w:r>
        <w:t>Maulana, is se related ek aur sawal aaya hai. Arshad جوان ne Delhi se likha hai ke ta'alluq billah ke silsile mein apna koi zaati experience share karein taake hum is ki haqeeqat jaan sakein.</w:t>
      </w:r>
    </w:p>
    <w:p>
      <w:pPr>
        <w:jc w:val="right"/>
      </w:pPr>
      <w:r>
        <w:t>مولانا،اسیسےریلیٹڈ ایکاورسوال آیاہے۔ ارشدجواننےدلیسےلکھاہےکہ تعلق باللہکے سلسلےمیں اپناکوئی ذاتی ایکسپیرینس شیئرکریں تاکہہماسکی حقیقت جانسکیں۔</w:t>
      </w:r>
    </w:p>
    <w:p>
      <w:r>
        <w:rPr>
          <w:b/>
        </w:rPr>
        <w:t xml:space="preserve">[1:22:11] </w:t>
      </w:r>
      <w:r>
        <w:t>yeh toh maine bataya maine abhi aap ko, yeh parson ka waqia hai. woh ayat jo thi,</w:t>
      </w:r>
    </w:p>
    <w:p>
      <w:pPr>
        <w:jc w:val="right"/>
      </w:pPr>
      <w:r>
        <w:t>یہتومیںنےبتایامیںنےابھیآپکو، یہ پرسوںکاواقعہہے۔ وہآیتجوتھی،</w:t>
      </w:r>
    </w:p>
    <w:p>
      <w:r>
        <w:rPr>
          <w:b/>
        </w:rPr>
        <w:t xml:space="preserve">[1:22:19] </w:t>
      </w:r>
      <w:r>
        <w:t>woh maine aapse batayi Quran mein</w:t>
      </w:r>
    </w:p>
    <w:p>
      <w:pPr>
        <w:jc w:val="right"/>
      </w:pPr>
      <w:r>
        <w:t>وہمیںنےآپسےبتائی قرآنمیں</w:t>
      </w:r>
    </w:p>
    <w:p>
      <w:r>
        <w:rPr>
          <w:b/>
        </w:rPr>
        <w:t xml:space="preserve">[1:22:25] </w:t>
      </w:r>
      <w:r>
        <w:t>ke Allah ne farmaya ke hum ne utara hai Quran ko, aur hum is ki hifazat karenge. main socha ki yeh yeh ko ki kaha ke hum ne utara hai. baat toh sirf itni thi ke Allah is ka hifazat karne wala hai, itna hi kehna tha.</w:t>
      </w:r>
    </w:p>
    <w:p>
      <w:pPr>
        <w:jc w:val="right"/>
      </w:pPr>
      <w:r>
        <w:t>کہاللہنےفرمایاکہہمنے اتاراہے قرآنکو ،اورہماسکیحفاظتکریںگے۔ میںسوچاکہیہ یہکوکہاکہہمنےاتاراہے۔ باتتوصرفاتنیتھیکہ اللہ اسکا حفاظتکرنےوالاہے،اتناہیکہناتھا۔</w:t>
      </w:r>
    </w:p>
    <w:p>
      <w:r>
        <w:rPr>
          <w:b/>
        </w:rPr>
        <w:t xml:space="preserve">[1:22:39] </w:t>
      </w:r>
      <w:r>
        <w:t>toh us se main yeh baat pai ke Allah jab koi atiya de, Quran ek atiya hai, to atiya ke saath apne aap yeh cheez lazim ho jati hai ke us ki hifazat kare. woh</w:t>
      </w:r>
    </w:p>
    <w:p>
      <w:pPr>
        <w:jc w:val="right"/>
      </w:pPr>
      <w:r>
        <w:t>تواسسے میںیہ باتپائی کہ اللہ جب کوئی عطیہدے، قرآنایکعطیہہے، تو عطیہکےساتھ اپنےآپ یہچیز لازمہوجاتیہےکہاسکیحفاظتکرے۔وہ</w:t>
      </w:r>
    </w:p>
    <w:p>
      <w:r>
        <w:rPr>
          <w:b/>
        </w:rPr>
        <w:t xml:space="preserve">[1:22:55] </w:t>
      </w:r>
      <w:r>
        <w:t>toh main sochne laga, toh maine kaha Khuda, mera bal bal tera atiya hai, meri aankh teri atiya hai, mera kaan tera atiya hai, mera wajood tera atiya hai, yeh ghar tera atiya hai, yeh office tera atiya hai, yeh team teri atiya hai, yeh meri family teri atiya hai.</w:t>
      </w:r>
    </w:p>
    <w:p>
      <w:pPr>
        <w:jc w:val="right"/>
      </w:pPr>
      <w:r>
        <w:t>تومیںسوچنےلگا، تومیںنےکہاخدا،میرابالبال تیراعطیہہے، میریآنکھتیراعطیہہے،میراکان تیراعطیہہے، میراوجود تیراعطیہہے، یہ گھرتیراعطیہہے، یہآفستیراعطیہہے، یہ ٹیم تیراعطیہہے، یہمیریفیملیتیراعطیہہے۔</w:t>
      </w:r>
    </w:p>
    <w:p>
      <w:r>
        <w:rPr>
          <w:b/>
        </w:rPr>
        <w:t xml:space="preserve">[1:23:14] </w:t>
      </w:r>
      <w:r>
        <w:t>jab tune yeh atiya diya hai to iski hifazat farma.</w:t>
      </w:r>
    </w:p>
    <w:p>
      <w:pPr>
        <w:jc w:val="right"/>
      </w:pPr>
      <w:r>
        <w:t>جب تونےیہعطیہدیاہےتو اسکیحفاظتفرما۔</w:t>
      </w:r>
    </w:p>
    <w:p>
      <w:r>
        <w:rPr>
          <w:b/>
        </w:rPr>
        <w:t xml:space="preserve">[1:23:19] </w:t>
      </w:r>
      <w:r>
        <w:t>bar bar mein der tak yeh sab kehta raha: khuda, yeh meri family jo mujhe support karti hai, woh atiya hai tera. yeh team jo mera saath de rahi hai, woh tera atiya hai.</w:t>
      </w:r>
    </w:p>
    <w:p>
      <w:pPr>
        <w:jc w:val="right"/>
      </w:pPr>
      <w:r>
        <w:t>بار بار میںدیرتکیہسبکہتارہا: خدا،یہمیریفیملی جومجھےسپورٹکرتیہے، وہ عطیہہےتیرا۔یہٹیم جو میراساتھ دےرہیہے، وہ تیراعطیہہے۔</w:t>
      </w:r>
    </w:p>
    <w:p>
      <w:r>
        <w:rPr>
          <w:b/>
        </w:rPr>
        <w:t xml:space="preserve">[1:23:31] </w:t>
      </w:r>
      <w:r>
        <w:t>yeh ghar jahan mein, aap office jahan mein, mera center hai, kaam karta hai, woh atiya hai. yeh ghar jahan mein rehta hoon, woh atiya hai tera. tera yeh wajood mera atiya hai, mera yeh wajood tera atiya hai.</w:t>
      </w:r>
    </w:p>
    <w:p>
      <w:pPr>
        <w:jc w:val="right"/>
      </w:pPr>
      <w:r>
        <w:t>یہگھرجہاںمیں، آپ آفس جہاںمیں، میرا سینٹرہے، کامکرتاہے،وہعطیہہے۔یہگھرجہاںمیںرہتاہوں،وہ عطیہہےتیرا۔ تیرایہوجود میراعطیہہے، میرایہوجود تیراعطیہہے۔</w:t>
      </w:r>
    </w:p>
    <w:p>
      <w:r>
        <w:rPr>
          <w:b/>
        </w:rPr>
        <w:t xml:space="preserve">[1:23:45] </w:t>
      </w:r>
      <w:r>
        <w:t>to yeh sari cheezein ek achanak ek marifat ban gayi.</w:t>
      </w:r>
    </w:p>
    <w:p>
      <w:pPr>
        <w:jc w:val="right"/>
      </w:pPr>
      <w:r>
        <w:t>تو یہ ساریچیزیں ایکاچانک ایک معرفتبنگئی ۔</w:t>
      </w:r>
    </w:p>
    <w:p>
      <w:r>
        <w:rPr>
          <w:b/>
        </w:rPr>
        <w:t xml:space="preserve">[1:23:50] </w:t>
      </w:r>
      <w:r>
        <w:t>phir maine kaha khuda, jab atiye ke bare mein yeh sunti hai ke yeh atiya tu deta hai, to hifazat ke liye banda ban jaata hai. to</w:t>
      </w:r>
    </w:p>
    <w:p>
      <w:pPr>
        <w:jc w:val="right"/>
      </w:pPr>
      <w:r>
        <w:t>پھرمیںنےکہاخدا،جب عطیےکا بارےمیںیہسنتیہہے کہیہ عطیہتودیتاہے،تو حفاظتکےلیےبندہبنجاتاہے۔ تو</w:t>
      </w:r>
    </w:p>
    <w:p>
      <w:r>
        <w:rPr>
          <w:b/>
        </w:rPr>
        <w:t xml:space="preserve">[1:24:02] </w:t>
      </w:r>
      <w:r>
        <w:t>yani atiya mustalzim hai hifazat ka. Quran ko bata, atiya tune diya, hifazat ki madad bhi tune le li. to meri is cheez ko samjha ke discover ke darje mein aap jaan lein ke yeh atiya hai.</w:t>
      </w:r>
    </w:p>
    <w:p>
      <w:pPr>
        <w:jc w:val="right"/>
      </w:pPr>
      <w:r>
        <w:t>یعنیعطیہ مستلزمہےحفاظتکا ۔ قرآنکو بتا،عطیہتونےدیا، حفاظتکیمددبھیتونےلےلی۔ تومیری اسچیزکو سمجھا کہ ڈسکوریکےدرجےمیںآپجان لیںکہ یہعطیہہے۔</w:t>
      </w:r>
    </w:p>
    <w:p>
      <w:r>
        <w:rPr>
          <w:b/>
        </w:rPr>
        <w:t xml:space="preserve">[1:24:16] </w:t>
      </w:r>
      <w:r>
        <w:t>aadmi bas aise rehta hai, bas discover nahi koi karta ke mein mera wajood mera atiya hai. yeh sari cheezein mera atiya hain. akhbar mein dekh raha tha, mein dekh raha tha kal ek tasveer thi ek ek film star ki, aur shandar tareeqe se khada hua tha. woh film star tha ya woh sports ka aadmi tha, koi</w:t>
      </w:r>
    </w:p>
    <w:p>
      <w:pPr>
        <w:jc w:val="right"/>
      </w:pPr>
      <w:r>
        <w:t>آدمیبسایسےرہتاہے، بس ڈسکورنہیں کوئیکرتاکہمیں میراوجود میراعطیہہے۔ یہساریچیزیںمیراعطیہہیں۔ اخبارمیںدیکھرہاتھا،میں دیکھرہاتھا کل ایکتصویرتھی ایک ایک فلم اسٹارکی،اور شاندار طریقےسےکھڑاہواتھا۔وہ فلم اسٹارتھایا یا وہ اسپورٹسکاآدمیتھا،کوئی</w:t>
      </w:r>
    </w:p>
    <w:p>
      <w:r>
        <w:rPr>
          <w:b/>
        </w:rPr>
        <w:t xml:space="preserve">[1:24:38] </w:t>
      </w:r>
      <w:r>
        <w:t>to maine socha ke dekho, yeh insaan ne daryaft kiya ke yehi yehi jo iski health hai, iski jo personality hai, iski ek jo shandar shakhsiyat hai, iski ye khuda ka atiya hai.</w:t>
      </w:r>
    </w:p>
    <w:p>
      <w:pPr>
        <w:jc w:val="right"/>
      </w:pPr>
      <w:r>
        <w:t>۔تومیںنےسوچاکہدیکھو، یہانسان نےدریا فتیہکیاکہیہیہیہجو اسکی ہیلتھہے، اسکیجوپرسنیلٹیہے، اس کی ایکجو شاندار شخصیت ہے،اسکی یہخداکاعطیہہے۔</w:t>
      </w:r>
    </w:p>
    <w:p>
      <w:r>
        <w:rPr>
          <w:b/>
        </w:rPr>
        <w:t xml:space="preserve">[1:24:51] </w:t>
      </w:r>
      <w:r>
        <w:t>samajhta hai ke bas mein hoon to hoon.</w:t>
      </w:r>
    </w:p>
    <w:p>
      <w:pPr>
        <w:jc w:val="right"/>
      </w:pPr>
      <w:r>
        <w:t>سمجھتاہےکہبسمیںہوںتوہوں۔</w:t>
      </w:r>
    </w:p>
    <w:p>
      <w:r>
        <w:rPr>
          <w:b/>
        </w:rPr>
        <w:t xml:space="preserve">[1:24:56] </w:t>
      </w:r>
      <w:r>
        <w:t>to jab meri ye cheez is ayat se baat samajh mein aayi to ek ajeeb ghareeb mujhe ehsaas hua ke agar aadmi discover ke darje mein jaan le, mujhe jo cheez mili hui hai, woh sab atiya hai,</w:t>
      </w:r>
    </w:p>
    <w:p>
      <w:pPr>
        <w:jc w:val="right"/>
      </w:pPr>
      <w:r>
        <w:t>توجب میرییہچیز اسآیت سے باتسمجھمیںآئی تو ایکعجیبغریب مجھےاحساسہوا کہاگر آدمی ڈسکوریکےدرج ےمیں جان لے، مجھےجو چیزملیہوئیہے،وہسبعطیہہے،</w:t>
      </w:r>
    </w:p>
    <w:p>
      <w:r>
        <w:rPr>
          <w:b/>
        </w:rPr>
        <w:t xml:space="preserve">[1:25:10] </w:t>
      </w:r>
      <w:r>
        <w:t>to is baat ki zamanat ban jayegi, guarantee ban jayegi ke Allah taala iski hifazat farmayega. isse aap soch sakte hain, ta'alluq billah kitna badh gaya.</w:t>
      </w:r>
    </w:p>
    <w:p>
      <w:pPr>
        <w:jc w:val="right"/>
      </w:pPr>
      <w:r>
        <w:t>تو اسباتکی ضمانتبنجائےگی،گارنٹیبنجائےگی کہاللہتعالیاسکیحفاظتفرمائےگا۔ اسسے آپسوچسکتےہیں،تعلقباللہکتنابڑھگیا۔</w:t>
      </w:r>
    </w:p>
    <w:p>
      <w:r>
        <w:rPr>
          <w:b/>
        </w:rPr>
        <w:t xml:space="preserve">[1:25:23] </w:t>
      </w:r>
      <w:r>
        <w:t>yani thousand aur billion aur trillion alfaaz kam hain is batane ke liye ke ta'alluq billah kitna zyada badh gaya.</w:t>
      </w:r>
    </w:p>
    <w:p>
      <w:pPr>
        <w:jc w:val="right"/>
      </w:pPr>
      <w:r>
        <w:t>یعنی تھاؤزنڈاوربل یناورٹریل الفاظ کمہیں اسبتانےکےلیے کہ تعلق باللہکتنازیادہ بڑھگیا۔</w:t>
      </w:r>
    </w:p>
    <w:p>
      <w:r>
        <w:rPr>
          <w:b/>
        </w:rPr>
        <w:t xml:space="preserve">[1:25:36] </w:t>
      </w:r>
      <w:r>
        <w:t>Maulana Abdul Basit Omar ne Doha Qatar se likha hai: "Maulana, marifat ka sira insaan ka apna ajz ko daryaft karna hai.</w:t>
      </w:r>
    </w:p>
    <w:p>
      <w:pPr>
        <w:jc w:val="right"/>
      </w:pPr>
      <w:r>
        <w:t>مول اناعبدالب اسط عمرینے دوحہقطرسےلکھاہے: "مول انا، معرفت کا سرا انسان کا اپنا عجزکو دریا فت کرناہے۔</w:t>
      </w:r>
    </w:p>
    <w:p>
      <w:r>
        <w:rPr>
          <w:b/>
        </w:rPr>
        <w:t xml:space="preserve">[1:25:47] </w:t>
      </w:r>
      <w:r>
        <w:t>Maulana, yeh ajz ko kaise daryaft kiya ja sakta hai?</w:t>
      </w:r>
    </w:p>
    <w:p>
      <w:pPr>
        <w:jc w:val="right"/>
      </w:pPr>
      <w:r>
        <w:t>مولانا،یہ عجزکو کیسے دریا فت کیا جاسکتاہے ؟</w:t>
      </w:r>
    </w:p>
    <w:p>
      <w:r>
        <w:rPr>
          <w:b/>
        </w:rPr>
        <w:t xml:space="preserve">[1:25:52] </w:t>
      </w:r>
      <w:r>
        <w:t>is liye ke har cheez jo hum karte hain to hamein milti hai. aisi surat mein kis tarah ajz ko daryaft karein? ajz, ajz, ajz ko daryaft karein." dekhiye, haqeeqat mein aadmi ajiz hi hai, helpless hi hai.</w:t>
      </w:r>
    </w:p>
    <w:p>
      <w:pPr>
        <w:jc w:val="right"/>
      </w:pPr>
      <w:r>
        <w:t>اس لیے کہ ہرچیزجوہمکرتے ہیں تو ہمیںملتیہے۔ ایسی صورت میں کس طرح عجزکو دریا فت کریں؟عج ز،عجز،عجزکودریافتکریں۔" دیکھیے،حقیقت میںآدمی عاجزہیہے، ہیلپلیسہیہے۔</w:t>
      </w:r>
    </w:p>
    <w:p>
      <w:r>
        <w:rPr>
          <w:b/>
        </w:rPr>
        <w:t xml:space="preserve">[1:26:09] </w:t>
      </w:r>
      <w:r>
        <w:t>haqeeqat mein</w:t>
      </w:r>
    </w:p>
    <w:p>
      <w:pPr>
        <w:jc w:val="right"/>
      </w:pPr>
      <w:r>
        <w:t>حقیقتمیں</w:t>
      </w:r>
    </w:p>
    <w:p>
      <w:r>
        <w:rPr>
          <w:b/>
        </w:rPr>
        <w:t xml:space="preserve">[1:26:14] </w:t>
      </w:r>
      <w:r>
        <w:t>kal mein utha apne kamre mein jahan mein 30 baras se rehta hoon, 30 saal se, aur ladkhada gaya.</w:t>
      </w:r>
    </w:p>
    <w:p>
      <w:pPr>
        <w:jc w:val="right"/>
      </w:pPr>
      <w:r>
        <w:t>کل میں اٹھا اپنے کمرےمیں جہاںمیں 30برسسےرہتاہوں،30سال سے، اور لڑکھڑاگیا۔</w:t>
      </w:r>
    </w:p>
    <w:p>
      <w:r>
        <w:rPr>
          <w:b/>
        </w:rPr>
        <w:t xml:space="preserve">[1:26:23] </w:t>
      </w:r>
      <w:r>
        <w:t>mein to maine socha, agar mein gir jaon to meri haddi toot jayegi, haddi toot jayegi, to kabhi umar tak achhi nahi hogi. woh to zara sa agar balance gadbad ho jaye to bas aadmi gir ke zameen par dheh ho jayega.</w:t>
      </w:r>
    </w:p>
    <w:p>
      <w:pPr>
        <w:jc w:val="right"/>
      </w:pPr>
      <w:r>
        <w:t>میں تومیںنےسوچا،اگرمیںگرجاؤںتومیریہڈیٹوٹجائےگی،ہڈیٹوٹجائےگی،توکبھیعمر تکاچھی نہیںہوگی۔وہ تو ذراسااگر بیلنس گڑبڑہوجائےتوبس آدمیگرکےزمین پر ڈھیرہوجائےگا۔</w:t>
      </w:r>
    </w:p>
    <w:p>
      <w:r>
        <w:rPr>
          <w:b/>
        </w:rPr>
        <w:t xml:space="preserve">[1:26:38] </w:t>
      </w:r>
      <w:r>
        <w:t>aise har cheez. hamare ek saathi the, Shahid Shahid Shehzad Sahab, unka naam tha, ka intiqal ho gaya</w:t>
      </w:r>
    </w:p>
    <w:p>
      <w:pPr>
        <w:jc w:val="right"/>
      </w:pPr>
      <w:r>
        <w:t>ایسےہرچیز ۔ ہمارےایکساتھیتھے،شاہد شاہدشہزاد صاحب،انکانامتھا، کاانتقالہوگیا</w:t>
      </w:r>
    </w:p>
    <w:p>
      <w:r>
        <w:rPr>
          <w:b/>
        </w:rPr>
        <w:t xml:space="preserve">[1:26:45] </w:t>
      </w:r>
      <w:r>
        <w:t>to unko cancer ho gaya tha. to pani peena mushkil tha, unke khana khana mushkil tha. unki to jo aata tha, unke paas ayadat ke liye kehte the: "mujhe mat poocho, apne ko poocho ke tum bhi aise ho sakte ho." mein, mein, mujhe, mujhe dekh ke to aaye ho yaar, bimar pursi ke liye.</w:t>
      </w:r>
    </w:p>
    <w:p>
      <w:pPr>
        <w:jc w:val="right"/>
      </w:pPr>
      <w:r>
        <w:t>تو انکو کینسرہوگیا تھا۔ تو پانی پینامشکلتھا،انکے کھاناکھانامشکلتھا۔انکی توجوآتاتھا،انکےپاس عیادتکےلیےکہےتھے:" مجھکومتپوچھو، اپنے کوپوچھو کہتمبھیایسےہوسکتےہو۔" میں ،میں، مجھے،مجھےدیکھکےتوآئےہویار، ب یمارپرسیکےلیے۔</w:t>
      </w:r>
    </w:p>
    <w:p>
      <w:r>
        <w:rPr>
          <w:b/>
        </w:rPr>
        <w:t xml:space="preserve">[1:27:07] </w:t>
      </w:r>
      <w:r>
        <w:t>tum khud bhi, tumhara bhi aisa haal ho sakta hai ke pani tum na pee sako, khana na kha sako, chalna phirna tumhara band ho jaye.</w:t>
      </w:r>
    </w:p>
    <w:p>
      <w:pPr>
        <w:jc w:val="right"/>
      </w:pPr>
      <w:r>
        <w:t>تم خود بھی ،تمہارابھی ایساحالہوسکتاہےکہپانیتم نہپیسکو،کھانانہکھاسکو، چلناپھرناتمہارابندہوجائے۔</w:t>
      </w:r>
    </w:p>
    <w:p>
      <w:r>
        <w:rPr>
          <w:b/>
        </w:rPr>
        <w:t xml:space="preserve">[1:27:16] </w:t>
      </w:r>
      <w:r>
        <w:t>to haqeeqat mein insaan ajiz hi hai, hum bekhabar hi hain, hum bekhabar hain, is liye hum isko jaan nahi paate,</w:t>
      </w:r>
    </w:p>
    <w:p>
      <w:pPr>
        <w:jc w:val="right"/>
      </w:pPr>
      <w:r>
        <w:t>تو حقیقتمیںانسان عاجزہیہے، ہم بےخبرہیہیں، ہمبےخبرہیں،اسلیےہماسکوجاننہیںپاتے،</w:t>
      </w:r>
    </w:p>
    <w:p>
      <w:r>
        <w:rPr>
          <w:b/>
        </w:rPr>
        <w:t xml:space="preserve">[1:27:25] </w:t>
      </w:r>
      <w:r>
        <w:t>bekhabar jaan nahi paate. ek martaba mein isi ghar mein utha, kai saal pehle ki baat hai, pata nahi kya pesh aaya. meri aankh jo hai, roshni jaise nahi hai, kuch dekh, kuch dikhai nahi deta tha.</w:t>
      </w:r>
    </w:p>
    <w:p>
      <w:pPr>
        <w:jc w:val="right"/>
      </w:pPr>
      <w:r>
        <w:t>بےخبر جاننہیںپاتے۔ ایکمرتبہمیںاسیگھرمیںاٹھا، کئیسالپہلے کیباتہے، پتہنہیںکیا پیش آیا۔ میریآنکھجوہے، روشنی جیسے نہیںہے، کچھدیکھ، کچھدکھائینہیںدیتا تھا۔</w:t>
      </w:r>
    </w:p>
    <w:p>
      <w:r>
        <w:rPr>
          <w:b/>
        </w:rPr>
        <w:t xml:space="preserve">[1:27:39] </w:t>
      </w:r>
      <w:r>
        <w:t>kuch minute ke liye bilkul mein blind ho gaya tha, blind, kai baras pehle ki baat hai.</w:t>
      </w:r>
    </w:p>
    <w:p>
      <w:pPr>
        <w:jc w:val="right"/>
      </w:pPr>
      <w:r>
        <w:t>کچھ منٹکےلیےبالکل میں بلائنڈہوگیاتھا،بلائنڈ، کئیبرسپہلے کیبات ہے۔</w:t>
      </w:r>
    </w:p>
    <w:p>
      <w:r>
        <w:rPr>
          <w:b/>
        </w:rPr>
        <w:t xml:space="preserve">[1:27:46] </w:t>
      </w:r>
      <w:r>
        <w:t>pata nahi kyun aisa hua tha. phir der ke baad mein dekhne laga cheezon ko. to woh maine socha ke aadmi har insaan ek ek second blind ho sakta hai, ek second blind ho sakta hai, koi cheez hamare ikhtiyar mein nahi hai.</w:t>
      </w:r>
    </w:p>
    <w:p>
      <w:pPr>
        <w:jc w:val="right"/>
      </w:pPr>
      <w:r>
        <w:t>پتہنہیںکیوںایساہواتھا۔ پھردیرکےبعد میں دیکھنےلگاچیزوںکو۔ تو وہمیںنےسوچاکہ آدمی ہر ان سان ایک ایک سیکنڈبلائنڈہوسکتاہے، ایک سیکنڈبلائنڈہوسکتاہے، کوئیچیزہمارےاختیارمیںنہیںہے۔</w:t>
      </w:r>
    </w:p>
    <w:p>
      <w:r>
        <w:rPr>
          <w:b/>
        </w:rPr>
        <w:t xml:space="preserve">[1:28:04] </w:t>
      </w:r>
      <w:r>
        <w:t>to aadmi aajzi hai, sachi baat yeh hai, lekin chunke isko woh discover nahi karta, isliye bekhabar rehta hai is se.</w:t>
      </w:r>
    </w:p>
    <w:p>
      <w:pPr>
        <w:jc w:val="right"/>
      </w:pPr>
      <w:r>
        <w:t>تو آدمی عاجزہیہے،سچیباتیہہے،لیکن چونکہاسکو وہڈسکورنہیںکرتا،اسلیے بےخبررہتاہےاسسے۔</w:t>
      </w:r>
    </w:p>
    <w:p>
      <w:r>
        <w:rPr>
          <w:b/>
        </w:rPr>
        <w:t xml:space="preserve">[1:28:14] </w:t>
      </w:r>
      <w:r>
        <w:t>to to aadmi apni jo reality hai, isko, isko, isko discover kar raha hai. Ajz ka matlab yeh hai ke reality ko aap discover kijiye, soch soch kar ke,</w:t>
      </w:r>
    </w:p>
    <w:p>
      <w:pPr>
        <w:jc w:val="right"/>
      </w:pPr>
      <w:r>
        <w:t>تو تو آدمی اپنی جو ریلیٹیہے،اسکو،اسکو ،اسکو ڈسکورکررہےہیں۔ عجزکامطلبیہہے کہریلیٹیکوآپڈسکورکیجئے، سوچسوچکرکے،</w:t>
      </w:r>
    </w:p>
    <w:p>
      <w:r>
        <w:rPr>
          <w:b/>
        </w:rPr>
        <w:t xml:space="preserve">[1:28:29] </w:t>
      </w:r>
      <w:r>
        <w:t>reality ko discover kijiye. Jaise woh America ka jo boxer tha, woh kehta tha, kehta, kehta, kehta tha: "I am the, I am, I am, I am the king of the world, main alam ka badshah hoon."</w:t>
      </w:r>
    </w:p>
    <w:p>
      <w:pPr>
        <w:jc w:val="right"/>
      </w:pPr>
      <w:r>
        <w:t>ریلیٹیکوڈسکورکیجئے۔ جیسےوہامریکہکاجو باکسرتھا، وہ کہاتھا،کہا،کہا، کہاتھا: "آئیایمدا، آئیایم،آئیایم، آئیایمداکنگآفداورلڈ، میںعالمکابادشاہہوں۔"</w:t>
      </w:r>
    </w:p>
    <w:p>
      <w:r>
        <w:rPr>
          <w:b/>
        </w:rPr>
        <w:t xml:space="preserve">[1:28:45] </w:t>
      </w:r>
      <w:r>
        <w:t>aisa iska haal hai ke woh jo bimari konsi kahi jati hai, haath kaanpne lagta hai, jo Parkinson, woh chai ki payali nahi pakar sakta. Woh</w:t>
      </w:r>
    </w:p>
    <w:p>
      <w:pPr>
        <w:jc w:val="right"/>
      </w:pPr>
      <w:r>
        <w:t>ایسااسکاحالہےکہوہ جوبیماری کونسی کہیجاتیہے، ہاتھکانپنےلگتاہے،جو پارکنسن، وہ چائےکیپائینہیںپکڑسکتا۔وہ</w:t>
      </w:r>
    </w:p>
    <w:p>
      <w:r>
        <w:rPr>
          <w:b/>
        </w:rPr>
        <w:t xml:space="preserve">[1:28:59] </w:t>
      </w:r>
      <w:r>
        <w:t>"I am the king of the world" to woh isne apni ajz ko daryaft nahi kiya tha. Woh jo baat ko jo pesh aaya, isi ko jaan leta intellectual level par, woh shaori taur par to woh daryaft hoti hai.</w:t>
      </w:r>
    </w:p>
    <w:p>
      <w:pPr>
        <w:jc w:val="right"/>
      </w:pPr>
      <w:r>
        <w:t>"آئیایمداکنگآفداورلڈ"تووہاسنےاپنیعجزکودریافتنہیںکیاتھا۔وہ جو باتکوجوپیش آیا، اسیکو جان لیتا انٹلیکچوللیولپر،وہ شعوریطورپر تووہدریا فتہوتیہے۔</w:t>
      </w:r>
    </w:p>
    <w:p>
      <w:r>
        <w:rPr>
          <w:b/>
        </w:rPr>
        <w:t xml:space="preserve">[1:29:13] </w:t>
      </w:r>
      <w:r>
        <w:t>ab to compulsion hai,</w:t>
      </w:r>
    </w:p>
    <w:p>
      <w:pPr>
        <w:jc w:val="right"/>
      </w:pPr>
      <w:r>
        <w:t>ابتوکمپلشنہے،</w:t>
      </w:r>
    </w:p>
    <w:p>
      <w:r>
        <w:rPr>
          <w:b/>
        </w:rPr>
        <w:t xml:space="preserve">[1:29:16] </w:t>
      </w:r>
      <w:r>
        <w:t>jab iske haath mein taqat thi, tab agar agar jaan leta is baat ko to woh daryaft hoti. Woh to isko ajz aata hai iske andar.</w:t>
      </w:r>
    </w:p>
    <w:p>
      <w:pPr>
        <w:jc w:val="right"/>
      </w:pPr>
      <w:r>
        <w:t>جب اسکےہاتھمیںطاقتتھی، تب اگر اگر جانلیتااسباتکو تو وہ دریا فت ہوتی۔وہ تو اسکوعجزآتاہےاسکےاندر۔</w:t>
      </w:r>
    </w:p>
    <w:p>
      <w:r>
        <w:rPr>
          <w:b/>
        </w:rPr>
        <w:t xml:space="preserve">[1:29:26] </w:t>
      </w:r>
      <w:r>
        <w:t>ab to compulsion mein hai, ab pada hua hai. To ajz ka matlab yeh hai ke aap, yani be-taur haqeeqat ba-taur reality jaise hain, isko jaan lein. Aap isko discover kar sakein to iske baad easy ajz aayega. Jab ajz aayega to marifat aayegi,</w:t>
      </w:r>
    </w:p>
    <w:p>
      <w:pPr>
        <w:jc w:val="right"/>
      </w:pPr>
      <w:r>
        <w:t>ابتوکمپلشنمیںہے، ابپڑاہواہے۔ تو عجزکامطلبیہہےکہ آپ ،یعنی بیتپرحقیقت بطورریلیٹی جیسےہیں، اسکو جان لیں۔آپاسکو ڈسکورکرسکیں تواسکےبعد ایزیعجزآئےگا۔جب عجزآئےگاتومعرفتآئےگی،</w:t>
      </w:r>
    </w:p>
    <w:p>
      <w:r>
        <w:rPr>
          <w:b/>
        </w:rPr>
        <w:t xml:space="preserve">[1:29:46] </w:t>
      </w:r>
      <w:r>
        <w:t>marifat aayegi to ta'alluq billah padhega. Ta'alluq billah padhega to paradise aapke liye likh di jayegi.</w:t>
      </w:r>
    </w:p>
    <w:p>
      <w:pPr>
        <w:jc w:val="right"/>
      </w:pPr>
      <w:r>
        <w:t>معرفتآئےگیتوتعلقباللہپڑھےگا۔ تعلقباللہپڑھےگاتو پیراڈائزآپکےلیےلکھدیجائےگی۔</w:t>
      </w:r>
    </w:p>
    <w:p>
      <w:r>
        <w:rPr>
          <w:b/>
        </w:rPr>
        <w:t xml:space="preserve">[1:29:54] </w:t>
      </w:r>
      <w:r>
        <w:t>Ahmol an master Asim Zameer ne Muzaffar Nagar se poocha hai: "When Islam emerge, America was unknown, so Islam ka dawah cannot reach there and was unknown to Americas."</w:t>
      </w:r>
    </w:p>
    <w:p>
      <w:pPr>
        <w:jc w:val="right"/>
      </w:pPr>
      <w:r>
        <w:t>اہمول انامسٹر عاصم ضمیرینے مظفر نگرسےپوچھاہے: "وین اسلام ایمرج، امریک ہواز اننون، سو اسلام ک دعویٰکڈناٹ ریچ دیر اینڈواز اننونٹوامریک نز۔</w:t>
      </w:r>
    </w:p>
    <w:p>
      <w:r>
        <w:rPr>
          <w:b/>
        </w:rPr>
        <w:t xml:space="preserve">[1:30:12] </w:t>
      </w:r>
      <w:r>
        <w:t>My question is: Will Americas be responsible while they were not introduced to Islam? Maulana, was Islam not a universal religion at that time? Dekhein, yeh question woh hai,</w:t>
      </w:r>
    </w:p>
    <w:p>
      <w:pPr>
        <w:jc w:val="right"/>
      </w:pPr>
      <w:r>
        <w:t>مائیکوئسچناز:ویل امریک نز بی ریسپانسب ل وائل دےوارناٹ انٹروڈیوسٹواسلام ؟"مول انا، وازاسلام ناٹ ایونیورسل ریلیجن ایٹدیٹٹائم ؟دیکھیں،یہکوئسچنجوہے،</w:t>
      </w:r>
    </w:p>
    <w:p>
      <w:r>
        <w:rPr>
          <w:b/>
        </w:rPr>
        <w:t xml:space="preserve">[1:30:27] </w:t>
      </w:r>
      <w:r>
        <w:t>arey bhai, aa apni duty ko yaad kijiye. Aaj Americas ko pahunchaiye apni dawah.</w:t>
      </w:r>
    </w:p>
    <w:p>
      <w:pPr>
        <w:jc w:val="right"/>
      </w:pPr>
      <w:r>
        <w:t>ارے بھائی،آجاپنی ڈیوٹیکویادکیجئے۔ آج امریک نزکوپہنچائیےاپنیدعوت۔</w:t>
      </w:r>
    </w:p>
    <w:p>
      <w:r>
        <w:rPr>
          <w:b/>
        </w:rPr>
        <w:t xml:space="preserve">[1:30:36] </w:t>
      </w:r>
      <w:r>
        <w:t>Hadees mein aata hai ke Sahaba ne kaha, Sahaba ke bare mein ek Sahabi ne kaha ke woh bohat kam sawal poochte the. Iska matlab kya hai?</w:t>
      </w:r>
    </w:p>
    <w:p>
      <w:pPr>
        <w:jc w:val="right"/>
      </w:pPr>
      <w:r>
        <w:t>حدیثمیںآتاہےکہصحابینےکہا، صحابہکےبارےمیںایکصحابینےکہاکہوہ بہت کم سوالپوچھتےتھے۔ اسکامطلبکیاہے؟</w:t>
      </w:r>
    </w:p>
    <w:p>
      <w:r>
        <w:rPr>
          <w:b/>
        </w:rPr>
        <w:t xml:space="preserve">[1:30:47] </w:t>
      </w:r>
      <w:r>
        <w:t>Unnecessary question nahi poochte the. Woh yani duty to aapko yaad nahi hai, aur past mein kya hua, isko aap sawal kar rahe hain. Chodah sau saal pehle ka mamla yeh hai, woh to doosron ka mamla hai.</w:t>
      </w:r>
    </w:p>
    <w:p>
      <w:pPr>
        <w:jc w:val="right"/>
      </w:pPr>
      <w:r>
        <w:t>اننیسیسریکوئسچننہیںپوچھتےتھے۔وہ یعنیڈیوٹیتوآپکویادنہیںہے، اورپاسٹمیںکیاہوا، اسکوآپسوالکررہےہیں۔ چودہسو سالپہلے کامعاملہجوہے، وہتودوسروںکامعاملہہے۔</w:t>
      </w:r>
    </w:p>
    <w:p>
      <w:r>
        <w:rPr>
          <w:b/>
        </w:rPr>
        <w:t xml:space="preserve">[1:31:03] </w:t>
      </w:r>
      <w:r>
        <w:t>Aaj jo duty aapki hai, aaj woh kya hai? Saare Musalman America se nafrat karte hain, saare hi Musalman.</w:t>
      </w:r>
    </w:p>
    <w:p>
      <w:pPr>
        <w:jc w:val="right"/>
      </w:pPr>
      <w:r>
        <w:t>آججوڈیوٹیآپکیہے، آج وہکیا ہے؟سارےمس لمان امریکہسےہیٹکرتےہیں، سارےہیمسلمان۔</w:t>
      </w:r>
    </w:p>
    <w:p>
      <w:r>
        <w:rPr>
          <w:b/>
        </w:rPr>
        <w:t xml:space="preserve">[1:31:13] </w:t>
      </w:r>
      <w:r>
        <w:t>Main koi Musalman aaj tak nahi paya jo America se nafrat na karta ho. To nafrat karna chhodiye. Aaj jo farz hai, isko ada kijiye.</w:t>
      </w:r>
    </w:p>
    <w:p>
      <w:pPr>
        <w:jc w:val="right"/>
      </w:pPr>
      <w:r>
        <w:t>میں کوئیمسلمانآجتکنہیںپایا جو امریک ہسےہیٹنہکرتاہو۔ تو ہیٹکرناچھوڑیے۔ آججو فرضہے،اسکواداکیجئے۔</w:t>
      </w:r>
    </w:p>
    <w:p>
      <w:r>
        <w:rPr>
          <w:b/>
        </w:rPr>
        <w:t xml:space="preserve">[1:31:24] </w:t>
      </w:r>
      <w:r>
        <w:t>Jab nafrat chhodenge to aap dua karenge, dua karenge to aap dawah karenge, dawah karenge to aap iski planning karenge unko Islam pahunchane ki.</w:t>
      </w:r>
    </w:p>
    <w:p>
      <w:pPr>
        <w:jc w:val="right"/>
      </w:pPr>
      <w:r>
        <w:t>جب ہیٹچھوڑیںگےتوآپدعاکریںگے، دعاکریںگےتوآپدعوتکریںگے، دعوتکریںگےتوآپ اسکیپلاننگکریںگےانکو اسلام پہنچانےکی۔</w:t>
      </w:r>
    </w:p>
    <w:p>
      <w:r>
        <w:rPr>
          <w:b/>
        </w:rPr>
        <w:t xml:space="preserve">[1:31:32] </w:t>
      </w:r>
      <w:r>
        <w:t>To aaj ke jo Musalman nahi, inka farz hai, farz hai ke Americans se nafrat karna chhodein. Yeh mazi ki baat poochne se yeh to ek ek lecture hai, intellectual lecture, intellectual lecture. Yeh unnecessary question hai.</w:t>
      </w:r>
    </w:p>
    <w:p>
      <w:pPr>
        <w:jc w:val="right"/>
      </w:pPr>
      <w:r>
        <w:t>تو آجکےجومس لمانہیں، انکا فرضہے،فرضہے کہ امریک نوںسےہیٹکرناچھوڑیں۔ یہ ماضیکیباتپوچھنےسے یہتوایک ایک لگزریہے، انٹلیکچوللگزری، انٹلیکچوللگزریہے۔یہ اننیسیسریکوئسچنہے۔</w:t>
      </w:r>
    </w:p>
    <w:p>
      <w:r>
        <w:rPr>
          <w:b/>
        </w:rPr>
        <w:t xml:space="preserve">[1:31:49] </w:t>
      </w:r>
      <w:r>
        <w:t>Is par, is par aapko tadapna chahiye ke aaj ka Musalman jo hai, America se nafrat karta hai, halanke hamare mad'u hain. Woh apni duty se ghafil ho gaye hain nafrat karne ki wajah se.</w:t>
      </w:r>
    </w:p>
    <w:p>
      <w:pPr>
        <w:jc w:val="right"/>
      </w:pPr>
      <w:r>
        <w:t>اس پر،اسپرآپکو تڑپناچاہیےکہآجکا مسلمانجوہے، امریک ہسےہیٹکرتاہے، حالانکہہمارےمدعوہیں۔وہ اپنی ڈیوٹیسےغافلہوگئےہیںہیٹکرنےکیوجہسے۔</w:t>
      </w:r>
    </w:p>
    <w:p>
      <w:r>
        <w:rPr>
          <w:b/>
        </w:rPr>
        <w:t xml:space="preserve">[1:32:01] </w:t>
      </w:r>
      <w:r>
        <w:t>Mere ilm mein ek bhi Musalman nahi hai is assumption ke bahar jo America se nafrat na karta ho. To aaj ki duty bhule hue hain, ab mazi ki baat yaad karke is par koi question karte hain.</w:t>
      </w:r>
    </w:p>
    <w:p>
      <w:pPr>
        <w:jc w:val="right"/>
      </w:pPr>
      <w:r>
        <w:t>میرےعلممیںایکبھیمس لماننہیںہے اساسمشنکےباہر جو امریک ہسےہیٹنہکرتاہو۔ تو آجکیڈیوٹیبھولےہوئےہیں، ابماضیکیباتیادکرکےاسپرکوئسچنکرتےہیں۔</w:t>
      </w:r>
    </w:p>
    <w:p>
      <w:r>
        <w:rPr>
          <w:b/>
        </w:rPr>
        <w:t xml:space="preserve">[1:32:15] </w:t>
      </w:r>
      <w:r>
        <w:t>That is not a healthy sign.</w:t>
      </w:r>
    </w:p>
    <w:p>
      <w:pPr>
        <w:jc w:val="right"/>
      </w:pPr>
      <w:r>
        <w:t>دیٹازناٹاہیلدی سائن۔</w:t>
      </w:r>
    </w:p>
    <w:p>
      <w:r>
        <w:rPr>
          <w:b/>
        </w:rPr>
        <w:t xml:space="preserve">[1:32:20] </w:t>
      </w:r>
      <w:r>
        <w:t>Mr. Khalid Ansari ne New Delhi se likha hai:</w:t>
      </w:r>
    </w:p>
    <w:p>
      <w:pPr>
        <w:jc w:val="right"/>
      </w:pPr>
      <w:r>
        <w:t>مسٹرخالد انصارینےنئیدلیسےلکھاہے:</w:t>
      </w:r>
    </w:p>
    <w:p>
      <w:r>
        <w:rPr>
          <w:b/>
        </w:rPr>
        <w:t xml:space="preserve">[1:32:24] </w:t>
      </w:r>
      <w:r>
        <w:t>"An interesting phenomenon, working Muslim youths are indulging in CSR, which is Corporate Social Responsibility.</w:t>
      </w:r>
    </w:p>
    <w:p>
      <w:pPr>
        <w:jc w:val="right"/>
      </w:pPr>
      <w:r>
        <w:t>"اناریسنٹ فیناومینا، ورکنگمسلم یوتھس ار انڈلجنگان سی ایس آر، وچاز کار پوریٹ سوشل ریسپانسب یلٹی۔</w:t>
      </w:r>
    </w:p>
    <w:p>
      <w:r>
        <w:rPr>
          <w:b/>
        </w:rPr>
        <w:t xml:space="preserve">[1:32:36] </w:t>
      </w:r>
      <w:r>
        <w:t>They feel certain companies are doing injustice to their employees, depriving them of their rights, etcetera. Some of them have even approached courts to take up the social responsibility related issue.</w:t>
      </w:r>
    </w:p>
    <w:p>
      <w:pPr>
        <w:jc w:val="right"/>
      </w:pPr>
      <w:r>
        <w:t>دےفیل سرٹن کمپنیز ار ڈوئنگ ان جسٹسٹودیرایمپلائیز، ڈیپرائیونگدیمافدیررائٹس،ایٹسیدرا۔ سمافدیمہیوایون اپروچڈ کورٹس ٹوٹیکاپ دا سوشلریسپانسب یل ٹی ریلیٹڈایشو۔</w:t>
      </w:r>
    </w:p>
    <w:p>
      <w:r>
        <w:rPr>
          <w:b/>
        </w:rPr>
        <w:t xml:space="preserve">[1:32:53] </w:t>
      </w:r>
      <w:r>
        <w:t>Maulana, how do you look at these phenomena and would like to guide them? Should they refrain from indulging into such issue and focus on their ability in doing dawah work?"</w:t>
      </w:r>
    </w:p>
    <w:p>
      <w:pPr>
        <w:jc w:val="right"/>
      </w:pPr>
      <w:r>
        <w:t>مولانا، ہاؤڈویولوکایٹدیز فیناومینا اینڈوڈلائکٹوگائیڈدیم؟ شوڈدےریفرینفر ام انڈ لجنگانٹوسچایشو اینڈ فوکسان دیر ایبیلی ٹی انڈوئنگ دعویٰورک؟</w:t>
      </w:r>
    </w:p>
    <w:p>
      <w:r>
        <w:rPr>
          <w:b/>
        </w:rPr>
        <w:t xml:space="preserve">[1:33:08] </w:t>
      </w:r>
      <w:r>
        <w:t>kindlyment. "dekhiye, main zahiri taur par yeh gunah samajhta hoon, gunah jo mila hua hai, us par shukr nahin karte.</w:t>
      </w:r>
    </w:p>
    <w:p>
      <w:pPr>
        <w:jc w:val="right"/>
      </w:pPr>
      <w:r>
        <w:t>کائنڈلیکمنٹ۔ "دیکھیے،میں ظاہریطورپر یہجوگناہسمجھتاہوں،گناہ جو ملاہواہے،اسپرشکرنہیںکرتے۔</w:t>
      </w:r>
    </w:p>
    <w:p>
      <w:r>
        <w:rPr>
          <w:b/>
        </w:rPr>
        <w:t xml:space="preserve">[1:33:17] </w:t>
      </w:r>
      <w:r>
        <w:t>jo na mila hua, us ko le kar ke yeh safar kar rahe hain. woh</w:t>
      </w:r>
    </w:p>
    <w:p>
      <w:pPr>
        <w:jc w:val="right"/>
      </w:pPr>
      <w:r>
        <w:t>جو نہملاہوا،اسکولےکرکے یہسفر کررہےہیں۔وہ</w:t>
      </w:r>
    </w:p>
    <w:p>
      <w:r>
        <w:rPr>
          <w:b/>
        </w:rPr>
        <w:t xml:space="preserve">[1:33:22] </w:t>
      </w:r>
      <w:r>
        <w:t>abhi bhi jo mila hua hai, in ko is se zyada hai jo is se pehle in ke baap dada ko mila tha. yeh youth wohi, yeh soch rahe hain ke mere baap dada ko kitna mila tha.</w:t>
      </w:r>
    </w:p>
    <w:p>
      <w:pPr>
        <w:jc w:val="right"/>
      </w:pPr>
      <w:r>
        <w:t>ابھیبھیجوملاہواہے،انکو اسسےزیادہ ہے جو اسسےپہلے انکےباپدادا کوملاتھا۔ یہ یوتھجوہیں، یہ سوچرہےہیںکہمیرےباپداداکوکتناملاتھا۔</w:t>
      </w:r>
    </w:p>
    <w:p>
      <w:r>
        <w:rPr>
          <w:b/>
        </w:rPr>
        <w:t xml:space="preserve">[1:33:34] </w:t>
      </w:r>
      <w:r>
        <w:t>main aksar logon se yeh poochta hoon ke tumhare baap dada ko jitna mila tha, tum ko is se zyada mila hai, kam mila hai? tum ko har ek kehta hai ke mujh se is se zyada mila hua hai.</w:t>
      </w:r>
    </w:p>
    <w:p>
      <w:pPr>
        <w:jc w:val="right"/>
      </w:pPr>
      <w:r>
        <w:t>میںاکثرلوگوںسےیہپوچھتاہوں کہتمہارےباپدادا کو جتناملاتھا،تمکواسسےزیادہ ملاہے،کمملاہے؟تمکو ہرایک کہتاہےکہمجھسےاسسےزیادہ ملاہواہے۔</w:t>
      </w:r>
    </w:p>
    <w:p>
      <w:r>
        <w:rPr>
          <w:b/>
        </w:rPr>
        <w:t xml:space="preserve">[1:33:45] </w:t>
      </w:r>
      <w:r>
        <w:t>tum is liye shukr karo, shukr karo. yeh saare, yeh sab shaitan ne log baqi rakh chhodha hai. shaitan ka kaam bhi aap ko nashukra banana.</w:t>
      </w:r>
    </w:p>
    <w:p>
      <w:pPr>
        <w:jc w:val="right"/>
      </w:pPr>
      <w:r>
        <w:t>تم ہیںشکرکرو، شکرکرو۔ یہسارے ،یہسب شیطان نے لوگباقارکھاہے۔ شیطانکا کام بھیآپکو ناشکرابنانا۔</w:t>
      </w:r>
    </w:p>
    <w:p>
      <w:r>
        <w:rPr>
          <w:b/>
        </w:rPr>
        <w:t xml:space="preserve">[1:33:58] </w:t>
      </w:r>
      <w:r>
        <w:t>quran majeed mein hai ke shaitan ne kaha tha Allah ta'ala se: "main sab ko shukr se door kar doonga, kisi ko shukr nahin karne doonga." wohi yeh hai. agar aap yeh sochain ke mere baap dada ko jitna mila hua tha, is se mujh se zyada mila hua hai, to shukr hi shukr karenge.</w:t>
      </w:r>
    </w:p>
    <w:p>
      <w:pPr>
        <w:jc w:val="right"/>
      </w:pPr>
      <w:r>
        <w:t>قرآنمجیدمیںہےکہشیطاننےکہاتھااللہتعالیسے :"میںسبکوشکرسےدورکردوںگا، کسی کوشکرنہیںکرنے دوںگا۔" وہیہیہے۔ اگر آپیہسوچیں کہ میرےباپداداکوجتناملاہواتھا،اسسےمجھسےزیادہ ملاہواہے، توشکرہیشکرکریںگے۔</w:t>
      </w:r>
    </w:p>
    <w:p>
      <w:r>
        <w:rPr>
          <w:b/>
        </w:rPr>
        <w:t xml:space="preserve">[1:34:17] </w:t>
      </w:r>
      <w:r>
        <w:t>ab aap kisi aur se compare karte hain: "ab humein jo mila hua hai, mujhe nahin mila hua hai."</w:t>
      </w:r>
    </w:p>
    <w:p>
      <w:pPr>
        <w:jc w:val="right"/>
      </w:pPr>
      <w:r>
        <w:t>ابآپکسی اورسےکمپئیرکرتےہیں:"ابامہمیںجوملاہواہے،مجھےنہیںملاہواہے۔"</w:t>
      </w:r>
    </w:p>
    <w:p>
      <w:r>
        <w:rPr>
          <w:b/>
        </w:rPr>
        <w:t xml:space="preserve">[1:34:22] </w:t>
      </w:r>
      <w:r>
        <w:t>that compares is not wrong. apni haalat se apni haalat compare kijiye, obama se apna compare mat kijiye,</w:t>
      </w:r>
    </w:p>
    <w:p>
      <w:pPr>
        <w:jc w:val="right"/>
      </w:pPr>
      <w:r>
        <w:t>دیٹکمپیریزنازرونگ۔ اپنیحالتسے اپنیحالت کمپئیرکیجئے، اوباماسےاپنیکمپئیرمتکیجئے،</w:t>
      </w:r>
    </w:p>
    <w:p>
      <w:r>
        <w:rPr>
          <w:b/>
        </w:rPr>
        <w:t xml:space="preserve">[1:34:34] </w:t>
      </w:r>
      <w:r>
        <w:t>obama se mat compare kijiye apne aap ko.</w:t>
      </w:r>
    </w:p>
    <w:p>
      <w:pPr>
        <w:jc w:val="right"/>
      </w:pPr>
      <w:r>
        <w:t>اوباماسےمتکمپئیرکیجئےاپنےآپ کو۔</w:t>
      </w:r>
    </w:p>
    <w:p>
      <w:r>
        <w:rPr>
          <w:b/>
        </w:rPr>
        <w:t xml:space="preserve">[1:34:41] </w:t>
      </w:r>
      <w:r>
        <w:t>obama ke ab tadai log jo the, woh baor labor ke aaye the america mein.</w:t>
      </w:r>
    </w:p>
    <w:p>
      <w:pPr>
        <w:jc w:val="right"/>
      </w:pPr>
      <w:r>
        <w:t>اوباماکے اب تدائیلوگجوتھے،وہ بطورلیبرکےآئےتھےامریکہمیں۔</w:t>
      </w:r>
    </w:p>
    <w:p>
      <w:r>
        <w:rPr>
          <w:b/>
        </w:rPr>
        <w:t xml:space="preserve">[1:34:48] </w:t>
      </w:r>
      <w:r>
        <w:t>is ne mehnat ki, mehnat ki, mehnat ki. kayi nasl mehnat karte karte ab woh sadar ban gaya. aap bhi mehnat kijiye, aap ke pote aur pad pote khush haal ban jayenge.</w:t>
      </w:r>
    </w:p>
    <w:p>
      <w:pPr>
        <w:jc w:val="right"/>
      </w:pPr>
      <w:r>
        <w:t>اس نےمحنتکی،محنتکی،محنتکی۔ کئینسل محنتکرتے کرتے ابوہ صدربنگیا۔ آپبھیمحنتکیجئے، آپ کے پوتےاورپڑپوتے خ وشحالبنجائیںگے۔</w:t>
      </w:r>
    </w:p>
    <w:p>
      <w:r>
        <w:rPr>
          <w:b/>
        </w:rPr>
        <w:t xml:space="preserve">[1:35:00] </w:t>
      </w:r>
      <w:r>
        <w:t>to main yeh kahoon ga ke bilkul gunah hai, gunah hai aisa kyun ke hadees mein man'i hadees mein aaya hai ke apne se zyada se compare na karo, apne aap ko apne kam se compare karo. tab to shukr tumhare paida hoga.</w:t>
      </w:r>
    </w:p>
    <w:p>
      <w:pPr>
        <w:jc w:val="right"/>
      </w:pPr>
      <w:r>
        <w:t>تو میںیہکہوںگاکہبالکل گناہہے، گناہہےایسا کیونکہحدیثمیںمنعکیحدیثمیں آیاہے کہ اپنے سے زیادہ سےکمپئیرنہکرو،اپنےآپکواپنے کمسےکمپئیرکرو۔تبتو شکر تمہارےپیدا ہوگا۔</w:t>
      </w:r>
    </w:p>
    <w:p>
      <w:r>
        <w:rPr>
          <w:b/>
        </w:rPr>
        <w:t xml:space="preserve">[1:35:15] </w:t>
      </w:r>
      <w:r>
        <w:t>in logon ko sirf yeh sochna chahiye ke mere dada ki jo haalat thi maashi, ab meri kaisay hai? main Hazrat, mere dada se bohat behtar agar hai to shukr karna chahiye, shukr karna chahiye, shukr.</w:t>
      </w:r>
    </w:p>
    <w:p>
      <w:pPr>
        <w:jc w:val="right"/>
      </w:pPr>
      <w:r>
        <w:t>انلوگوںکوصرفیہ سوچناچاہیے کہ میرےدادا کیجوحالتتھی معاشی، ابمیریکیسیہے؟ میں حضرت،میرےداداسےبہتراگر ہےتوشکرکرناچاہیے،شکرکرناچاہیے،شکر۔</w:t>
      </w:r>
    </w:p>
    <w:p>
      <w:r>
        <w:rPr>
          <w:b/>
        </w:rPr>
        <w:t xml:space="preserve">[1:35:28] </w:t>
      </w:r>
      <w:r>
        <w:t>apne bachon ko education mein dalna chahiye. musalman woh hai, education ke peeche hain to is ko price is ki par hai. woh</w:t>
      </w:r>
    </w:p>
    <w:p>
      <w:pPr>
        <w:jc w:val="right"/>
      </w:pPr>
      <w:r>
        <w:t>اپنےبچوںکو ایجوکیشنمیںڈالناچاہیے۔ مس لمانجوہے،ایجوکیشنکےپیچھےہیں تو اسکوپرائس اسکی پار ہیں۔وہ</w:t>
      </w:r>
    </w:p>
    <w:p>
      <w:r>
        <w:rPr>
          <w:b/>
        </w:rPr>
        <w:t xml:space="preserve">[1:35:38] </w:t>
      </w:r>
      <w:r>
        <w:t>to behraal jo koi bhi action jo nashukri paida kare, woh bilashuba gunah hai, woh bilashuba gunah hai.</w:t>
      </w:r>
    </w:p>
    <w:p>
      <w:pPr>
        <w:jc w:val="right"/>
      </w:pPr>
      <w:r>
        <w:t>تو بہرحال جو کوئیبھی ایکشن جو ناشکریپیدا کرے،وہ بلاشبہگناہہے،وہ بلاشبہگناہہے۔</w:t>
      </w:r>
    </w:p>
    <w:p>
      <w:r>
        <w:rPr>
          <w:b/>
        </w:rPr>
        <w:t xml:space="preserve">[1:35:47] </w:t>
      </w:r>
      <w:r>
        <w:t>aur protest aur ehtejaj yeh jo hai, aur huqooq talbi, us ko to main bilashuba gunah samajhta hoon. jo mila hai, us pe shukr kijiye. jo nahin mila hai, us ke oopar aap ab, ab, ab hungama khada karte hain.</w:t>
      </w:r>
    </w:p>
    <w:p>
      <w:pPr>
        <w:jc w:val="right"/>
      </w:pPr>
      <w:r>
        <w:t>اور پروٹیسٹاوراحتجاج یہجوہے، اور حقوق طلبی، اسکوتومیں بلاشبہگناہسمجھتاہوں۔ جو ملاہے،اسپہشکرکیجئے۔ جو نہیںملاہے،اسکےاوپرآپ اب ،اب،اب ہنگامہ کھڑاکرتےہیں۔</w:t>
      </w:r>
    </w:p>
    <w:p>
      <w:r>
        <w:rPr>
          <w:b/>
        </w:rPr>
        <w:t xml:space="preserve">[1:36:02] </w:t>
      </w:r>
      <w:r>
        <w:t>is company ne jo kuch aap ko diya hai, kabhi shukr nahin kiya is ke oopar,</w:t>
      </w:r>
    </w:p>
    <w:p>
      <w:pPr>
        <w:jc w:val="right"/>
      </w:pPr>
      <w:r>
        <w:t>اس کمپنینےجوکچھآپکودیاہے، کبھیشکرنہیںکیااسکےاوپر،</w:t>
      </w:r>
    </w:p>
    <w:p>
      <w:r>
        <w:rPr>
          <w:b/>
        </w:rPr>
        <w:t xml:space="preserve">[1:36:06] </w:t>
      </w:r>
      <w:r>
        <w:t>kabhi nahin shukr kiya. aur jo nahin diya hai, us pe, us pe hungama khada kar rahe hain. bilashuba yeh sab gunah ki baatein hain, is mein koi shikan nahin. Ms. Aisha ne new delhi se likha hai: "what is the difference between decent and discussion? kindly explain.</w:t>
      </w:r>
    </w:p>
    <w:p>
      <w:pPr>
        <w:jc w:val="right"/>
      </w:pPr>
      <w:r>
        <w:t>کبھینہیںشکرکیا۔ اورجونہیںدیاہے،اسپر،اسپرہنگامہکھڑاکررہےہیں۔ بلاشبہیہسبگناہکیباتیںہیں، اسمیںکوئیشکنہیں۔ مس عائشہنے نئیدلیسےلکھاہے :"واٹازداڈیفرنس بٹوین ڈیسنٹ اینڈڈسکشن ؟کائنڈلیایکسپلین۔</w:t>
      </w:r>
    </w:p>
    <w:p>
      <w:r>
        <w:rPr>
          <w:b/>
        </w:rPr>
        <w:t xml:space="preserve">[1:36:27] </w:t>
      </w:r>
      <w:r>
        <w:t>"ab zahir to koi difference nahin hai. difference hota hai is baat mein ke aadmi seekhne wala na ho, khwah makhwah behas kare.</w:t>
      </w:r>
    </w:p>
    <w:p>
      <w:pPr>
        <w:jc w:val="right"/>
      </w:pPr>
      <w:r>
        <w:t>"اببظاہرتوکوئیڈیفرنسنہیںہے۔ ڈیفرنسہوتاہے اسبات میں کہآدمی سیکھرنہہو، خوامخواہبحثکرے۔</w:t>
      </w:r>
    </w:p>
    <w:p>
      <w:r>
        <w:rPr>
          <w:b/>
        </w:rPr>
        <w:t xml:space="preserve">[1:36:37] </w:t>
      </w:r>
      <w:r>
        <w:t>asal cheez jo hai, khwah makhwah behas karna. behas karne ka matlab hai to ek aadmi doosre ki baat nahin manna chahta, apni baat ko chahta hai ke meri baat qaim rahe.</w:t>
      </w:r>
    </w:p>
    <w:p>
      <w:pPr>
        <w:jc w:val="right"/>
      </w:pPr>
      <w:r>
        <w:t>اصلچیزجوہے،خوامخواہبحثکرنا۔ بحثکرنےکامطلبہےتوایکآدمی دوسرےکیبرائینہیںمانناچاہتا،اپنیبرائیکوچاہتاہےکہمیریبرائیقائمرہے۔</w:t>
      </w:r>
    </w:p>
    <w:p>
      <w:r>
        <w:rPr>
          <w:b/>
        </w:rPr>
        <w:t xml:space="preserve">[1:36:48] </w:t>
      </w:r>
      <w:r>
        <w:t>yeh, yeh jo zehan hai, yeh nafsiyat ke baat jo hai, doosre ke baare mein, mujhe nahin manna hai, mujhe apni baat ko baqi rakhna hai, yeh galat hai.</w:t>
      </w:r>
    </w:p>
    <w:p>
      <w:pPr>
        <w:jc w:val="right"/>
      </w:pPr>
      <w:r>
        <w:t>یہ ،یہجو ذہنہے،یہنفسیات کہبرائیجوہے،دوسرےکےبنی،مجھےنہیںمانناہے، مجھےاپنیبرائیکو باقیرکھناہے، یہغلطہے۔</w:t>
      </w:r>
    </w:p>
    <w:p>
      <w:r>
        <w:rPr>
          <w:b/>
        </w:rPr>
        <w:t xml:space="preserve">[1:36:57] </w:t>
      </w:r>
      <w:r>
        <w:t>baqi decent aur difference mein koi, main ne nahin bataya, koi yani achha hai koi bura hai. asal cheez yeh hai ke aap ko seekhne wala hona chahiye, s</w:t>
      </w:r>
    </w:p>
    <w:p>
      <w:pPr>
        <w:jc w:val="right"/>
      </w:pPr>
      <w:r>
        <w:t>باقی ڈیسنٹاورڈیفرنسمیںکوئی ،میںنےنہیںبتایا،کوئی یعنی اچھاہےکوئیبراہے۔ اصلچیزیہہےکہآپکو سیکھرہوناچاہیے،س</w:t>
      </w:r>
    </w:p>
    <w:p>
      <w:r>
        <w:rPr>
          <w:b/>
        </w:rPr>
        <w:t xml:space="preserve">[1:37:06] </w:t>
      </w:r>
      <w:r>
        <w:t>eekhne wala sachai ka mutashi, aur itna objective hona chahiye ke jab sachai saamne aaye to foran pehchan lein us ko aap, aur surrender kar dein, surrender kar dein.</w:t>
      </w:r>
    </w:p>
    <w:p>
      <w:pPr>
        <w:jc w:val="right"/>
      </w:pPr>
      <w:r>
        <w:t>یکھر سچائیکا متلاشی، اور اتناابجیکٹوہوناچاہیے کہجب سچائیسامنےآئےتوفوراًپہچانلیںاسکوآپ، اور سرینڈرکردیں، سرینڈرکردیں۔</w:t>
      </w:r>
    </w:p>
    <w:p>
      <w:r>
        <w:rPr>
          <w:b/>
        </w:rPr>
        <w:t xml:space="preserve">[1:37:19] </w:t>
      </w:r>
      <w:r>
        <w:t>maine paya koi surrender karta nahin, kuch bhi batate raho, kuch bhi batate raho, surrender nahin karta woh kyun ke us ko to apne ko apni baat ko baqi rakhna hai.</w:t>
      </w:r>
    </w:p>
    <w:p>
      <w:pPr>
        <w:jc w:val="right"/>
      </w:pPr>
      <w:r>
        <w:t>منے پائےکوئیسرینڈرکرتاہینہیں، کچھبھیبتاتےرہیے،کچھبھیبتاتےرہیے، سرینڈرہینہیںکرتاوہ کیونکہاسکوتواپنےکو اپنی برائیکو باقیرکھناہے۔</w:t>
      </w:r>
    </w:p>
    <w:p>
      <w:r>
        <w:rPr>
          <w:b/>
        </w:rPr>
        <w:t xml:space="preserve">[1:37:32] </w:t>
      </w:r>
      <w:r>
        <w:t>to decent aur difference mein, mere nazdeek koi khaas farq nahin hai. farq jo hai, is aitbaar se hai ke aap sachai ke talib hain ya apni baat qaim rakhna chahte hain,</w:t>
      </w:r>
    </w:p>
    <w:p>
      <w:pPr>
        <w:jc w:val="right"/>
      </w:pPr>
      <w:r>
        <w:t>تو ڈیسنٹاورڈیفرنس میں ،میرےنزدیککوئیخاصفرقنہیںہے۔ فرقجوہے،اساعتبارسےہےکہآپ سچائی کے طالبہیں یا اپنی برائی قائمرکھناچاہتےہیں،</w:t>
      </w:r>
    </w:p>
    <w:p>
      <w:r>
        <w:rPr>
          <w:b/>
        </w:rPr>
        <w:t xml:space="preserve">[1:37:46] </w:t>
      </w:r>
      <w:r>
        <w:t>yani apne sindh mein jeete hain ya aap sachai ke sikhar hain ya true sikhar hain. is aitbaar se firqa hota hai, warna yani decent aur different mein koi khaas farq mere nazdeek nahin hai.</w:t>
      </w:r>
    </w:p>
    <w:p>
      <w:pPr>
        <w:jc w:val="right"/>
      </w:pPr>
      <w:r>
        <w:t>یعنیاپنے سندھمیںجیتےہیں یا آپ سچائی کے سیکھرہیں یا ٹروسیکھرہیں۔ اس اعتبارسےفرقہوتاہے، ورنہ یعنیڈیسنٹاورڈیفرنسمیںکوئیخاصفرقمیرےنزدیکنہیںہے۔</w:t>
      </w:r>
    </w:p>
    <w:p>
      <w:r>
        <w:rPr>
          <w:b/>
        </w:rPr>
        <w:t xml:space="preserve">[1:38:02] </w:t>
      </w:r>
      <w:r>
        <w:t>doctor saeed ul hassan ne zakir nagar, delhi se likha hai: "babri masjid aur 2010 ke baad musalmanon ne koi reaction nahin kiya.</w:t>
      </w:r>
    </w:p>
    <w:p>
      <w:pPr>
        <w:jc w:val="right"/>
      </w:pPr>
      <w:r>
        <w:t>ڈاکٹر سعید الح سن نے ذاکرنگر،دلیسے لکھاہے: "بابریمسجد ور ٹک2 0 10کےبعد مس لمان وںنے کوئی ریایکشننہیں کیا۔</w:t>
      </w:r>
    </w:p>
    <w:p>
      <w:r>
        <w:rPr>
          <w:b/>
        </w:rPr>
        <w:t xml:space="preserve">[1:38:16] </w:t>
      </w:r>
      <w:r>
        <w:t>kya musalmanon ne halaat se samjhota kar liya hai ya woh pehle ke muqable mein bashaoor aur positive thinking rakhne wale ban gaye hain?"</w:t>
      </w:r>
    </w:p>
    <w:p>
      <w:pPr>
        <w:jc w:val="right"/>
      </w:pPr>
      <w:r>
        <w:t>کیا مس لمان وںنے حالاتسے سمجھوتہکرلیاہے یا وہ پہلے کے مق ابلےمیں باش عور اور پوزیٹیوتھنکنگرکھنےوالے بنگئےہیں؟"</w:t>
      </w:r>
    </w:p>
    <w:p>
      <w:r>
        <w:rPr>
          <w:b/>
        </w:rPr>
        <w:t xml:space="preserve">[1:38:27] </w:t>
      </w:r>
      <w:r>
        <w:t>kuchh nahin, yeh toh . woh hai yani experience, isko kehte hain experience . main ussi waqt kehta tha, 1992 mein kehta tha, bane ek waqt aayega, musalman chup ho jayenge.</w:t>
      </w:r>
    </w:p>
    <w:p>
      <w:pPr>
        <w:jc w:val="right"/>
      </w:pPr>
      <w:r>
        <w:t>کچھبھینہیں،یہتو ۔وہہے یعنی ایکسپیرینس،اسکوکہتےہیںایکسپیرینس ۔ میںاسیوقتکہاتھا،1992میںکہاتھا،بنے ایک وقت آئےگا،مسلمانچپہوجائیںگے۔</w:t>
      </w:r>
    </w:p>
    <w:p>
      <w:r>
        <w:rPr>
          <w:b/>
        </w:rPr>
        <w:t xml:space="preserve">[1:38:39] </w:t>
      </w:r>
      <w:r>
        <w:t>ussi waqt kehta tha, bane kyun? hazaron log maare gaye, abhi bhitne log jeelon mein pade hue hain,</w:t>
      </w:r>
    </w:p>
    <w:p>
      <w:pPr>
        <w:jc w:val="right"/>
      </w:pPr>
      <w:r>
        <w:t>اسیوقتکہاتھا،بنے کیوں ؟ ہزاروںلوگ مارےگئے،ابھیبھیکتنےلوگجیلوںمیںپڑےہوئےہیں،</w:t>
      </w:r>
    </w:p>
    <w:p>
      <w:r>
        <w:rPr>
          <w:b/>
        </w:rPr>
        <w:t xml:space="preserve">[1:38:48] </w:t>
      </w:r>
      <w:r>
        <w:t>logon ki taleem kharab ho gayi, kya kya nuqsanat logon ko hue. toh ab woh chup chap baith gaye, ab chup chap hokar ke woh</w:t>
      </w:r>
    </w:p>
    <w:p>
      <w:pPr>
        <w:jc w:val="right"/>
      </w:pPr>
      <w:r>
        <w:t>لوگوںکیتعلیم خراب ہوگئی ، کیا کیانقصاناتلوگوںکوہوئے۔ تو ابوہچپچاپبیٹھگئے،ابچپچاپہوکرکےوہ</w:t>
      </w:r>
    </w:p>
    <w:p>
      <w:r>
        <w:rPr>
          <w:b/>
        </w:rPr>
        <w:t xml:space="preserve">[1:38:59] </w:t>
      </w:r>
      <w:r>
        <w:t>theek thaak ho gaye. agar nuqsan na hua hota musalmanon ko is tareekh mein toh abhi bhi hangama karte hain. woh iska saboot yeh hai ke dilon mein abhi bhi logon ke wohi hain.</w:t>
      </w:r>
    </w:p>
    <w:p>
      <w:pPr>
        <w:jc w:val="right"/>
      </w:pPr>
      <w:r>
        <w:t>ٹھیکٹھاکہوگئے۔ اگر نقصاننہہوا ہوتامسلمانوںکو اس تاریخ میںتوابھیبھیہنگامہکرتےہیں۔وہ اسکا ثبوتیہہےکہ دلوںمیںاببھیلوگوںکےوہیہیں۔</w:t>
      </w:r>
    </w:p>
    <w:p>
      <w:r>
        <w:rPr>
          <w:b/>
        </w:rPr>
        <w:t xml:space="preserve">[1:39:12] </w:t>
      </w:r>
      <w:r>
        <w:t>jo log kuchh nahin kar rahe hain, unse miliye, aap ke liye miliye, sabhi nafrat toh hi bolenge.</w:t>
      </w:r>
    </w:p>
    <w:p>
      <w:pPr>
        <w:jc w:val="right"/>
      </w:pPr>
      <w:r>
        <w:t>جولوگکچھنہیںکررہےہیں،انسےملیے،آپاکیلےملی ے، سببھینفرتوہیبولیںگے۔</w:t>
      </w:r>
    </w:p>
    <w:p>
      <w:r>
        <w:rPr>
          <w:b/>
        </w:rPr>
        <w:t xml:space="preserve">[1:39:20] </w:t>
      </w:r>
      <w:r>
        <w:t>jo log juloos nahin nikal rahe hain, jalsa nahin kar rahe hain, hangama nahin kar rahe hain, wohi na samjhein ke unka unka dil badal gaya hai. experience hai, share experience hai. unhone dekha ke toh bahar nuqsan ho raha hai, bachche hamare tabaah ho gaye, kaha chhod do isko. lekin dilon mein nafrat abhi bhi hai,</w:t>
      </w:r>
    </w:p>
    <w:p>
      <w:pPr>
        <w:jc w:val="right"/>
      </w:pPr>
      <w:r>
        <w:t>جولوگ جلوسنہیںنکالرہےہیں،جلسہنہیںکررہےہیں،ہنگامہنہیںکررہےہیں،وہیہنہسمجھیںکہانکاانکادلبدلگیاہے۔ ایکسپیرینسہے،شیئرایکسپیرینسہے۔انہوں نےدیکھاکہتوباہرنقصانہورہاہے،بچےہمارےتباہہوگئے، کہاچھوڑواسکو۔لیکن دلوںمیںنفرتاببھیہے،</w:t>
      </w:r>
    </w:p>
    <w:p>
      <w:r>
        <w:rPr>
          <w:b/>
        </w:rPr>
        <w:t xml:space="preserve">[1:39:36] </w:t>
      </w:r>
      <w:r>
        <w:t>is liye mere nazdeek is par koi sawab nahin milega. inko sawab milega jab jab woh kahen ke "we were wrong". jab tak musalman nahin kahenge ke humne 1992 ke baad jo hangama kiya tha, woh ghalati thi, tab tak yeh sawab nahin milne wala inko.</w:t>
      </w:r>
    </w:p>
    <w:p>
      <w:pPr>
        <w:jc w:val="right"/>
      </w:pPr>
      <w:r>
        <w:t>اسلیے میرےنزدیکاسپرکوئیثوابنہیںملےگا۔انکو ثوابملےگاجبجبوہکہیںکہ "ویویررونگ"۔ جب تک مس لمانیہنہیںکہیںگے کہہمنے1992کےبعدجوہنگامہکیاتھا، وہغلطیتھی، تبتک یہثوابنہیںملنےوالاانکو۔</w:t>
      </w:r>
    </w:p>
    <w:p>
      <w:r>
        <w:rPr>
          <w:b/>
        </w:rPr>
        <w:t xml:space="preserve">[1:39:52] </w:t>
      </w:r>
      <w:r>
        <w:t>dunya vi aitbaar se zaroor unke bachche padh lenge, khai kuchh khane kamane ka intezam zyada ho jayega unka. dunya vi aitbaar se faida utha lenge is se, lekin agar inko Allah ka inaam lena hai, Allah ke haan isko rewardable banana hai toh kehna padega ke "we were wrong".</w:t>
      </w:r>
    </w:p>
    <w:p>
      <w:pPr>
        <w:jc w:val="right"/>
      </w:pPr>
      <w:r>
        <w:t>دنیا ویاعتبارسےضرورانکےبچےپڑھلیںگے، کھائی کچھ کھانےکمانےکاانتظامزیادہہوجائےگاانکا۔ دنیا ویاعتبارسےفائدہاٹھالیںگےاسسے، لیکن اگرانکو اللہ کا انعاملیناہے، اللہ کےہاں اسکو ریوارڈیبلبناناہے تو کہناپڑےگاکہ"ویویررونگ"۔</w:t>
      </w:r>
    </w:p>
    <w:p>
      <w:r>
        <w:rPr>
          <w:b/>
        </w:rPr>
        <w:t xml:space="preserve">[1:40:10] </w:t>
      </w:r>
      <w:r>
        <w:t>kyun? humne hangama kiya, khamoshi se us waqt thehre rehte jaise aaj khamoshi se hain. us waqt maine kaha tha ke jab case court mein hai toh aap hangama kyun karte hain?</w:t>
      </w:r>
    </w:p>
    <w:p>
      <w:pPr>
        <w:jc w:val="right"/>
      </w:pPr>
      <w:r>
        <w:t>کیوں؟ہمنےہنگامہکیا ،خاموشیسے اسوقتہیرہتے جیسےآجخاموشیسےہیں۔ اسوقتمیںنےکہاتھاکہجب کیس کورٹمیںہےتوآپہنگامہکیوںکرتے ہیں؟</w:t>
      </w:r>
    </w:p>
    <w:p>
      <w:r>
        <w:rPr>
          <w:b/>
        </w:rPr>
        <w:t xml:space="preserve">[1:40:22] </w:t>
      </w:r>
      <w:r>
        <w:t>yani street pe kyun aaye aur yeh rally kyun nikali? hangama kyun khada kiye? bekar chhoda, bahar statement kyun dete rahe?</w:t>
      </w:r>
    </w:p>
    <w:p>
      <w:pPr>
        <w:jc w:val="right"/>
      </w:pPr>
      <w:r>
        <w:t>یعنی اسٹریٹپہکیوںآئے اور یہ ریلیکیوںنکالی؟ ہنگامہکیوںکھڑیکیے؟ بیکارچھوڑا،باہرسٹیٹمنٹکیوںدیتےرہے؟</w:t>
      </w:r>
    </w:p>
    <w:p>
      <w:r>
        <w:rPr>
          <w:b/>
        </w:rPr>
        <w:t xml:space="preserve">[1:40:33] </w:t>
      </w:r>
      <w:r>
        <w:t>stage pe taqreer karte rahe, dhuan dhar kyun karte</w:t>
      </w:r>
    </w:p>
    <w:p>
      <w:pPr>
        <w:jc w:val="right"/>
      </w:pPr>
      <w:r>
        <w:t>اسٹیجپہتقیہکرتےرہے،دھواںدھارکیوںکرتے</w:t>
      </w:r>
    </w:p>
    <w:p>
      <w:r>
        <w:rPr>
          <w:b/>
        </w:rPr>
        <w:t xml:space="preserve">[1:40:36] </w:t>
      </w:r>
      <w:r>
        <w:t>rahe? main us waqt kehta tha ke aap us waqt band kijiye is aur court ke ek faisle ka izhaar kijiye. tab toh izhaar nahin kiya, ab dekha ke kuchh hone wala nahin hai toh ab chup ho gaye.</w:t>
      </w:r>
    </w:p>
    <w:p>
      <w:pPr>
        <w:jc w:val="right"/>
      </w:pPr>
      <w:r>
        <w:t>رہے؟ میں اسوقتکہاتھاکہآپاسوقتبندکیجئے اساور کورٹکےایکفیصلےکااظہارکیجئے۔ تب تواظہارنہیںکیا، ابدیکھاکہ کچھہونےوالانہیںہےتو ابچپہوگئے۔</w:t>
      </w:r>
    </w:p>
    <w:p>
      <w:r>
        <w:rPr>
          <w:b/>
        </w:rPr>
        <w:t xml:space="preserve">[1:40:52] </w:t>
      </w:r>
      <w:r>
        <w:t>yeh toh waise hi hai ke ek qissa mujhe yaad aata hai, exchange qissa ke ek sahib the, ek seth sahib. toh unka ek mulazim tha, ek toh seth sahib mar gaye,</w:t>
      </w:r>
    </w:p>
    <w:p>
      <w:pPr>
        <w:jc w:val="right"/>
      </w:pPr>
      <w:r>
        <w:t>یہتوویسےہیہےکہایکقصہمجھےیادآتاہے، ایکسچاقصہ کہایکصاحب تھے، ایک سیٹھصاحب۔ توانکا ایک ملازمتھا،ایک توسیٹھصاحبمرگئے،</w:t>
      </w:r>
    </w:p>
    <w:p>
      <w:r>
        <w:rPr>
          <w:b/>
        </w:rPr>
        <w:t xml:space="preserve">[1:41:05] </w:t>
      </w:r>
      <w:r>
        <w:t>toh beta jo hai gaddi pe baitha. toh ek bahut purane mulazim the, woh chahte the ke meri tankhwah badhe. toh bete ke paas aaye, seth sahib ke bete ke paas ke kaha ke "sahib, meri tankhwah, meri tankhwah badhaiye, nahin toh meri tankhwah badhaiye, nahin toh".</w:t>
      </w:r>
    </w:p>
    <w:p>
      <w:pPr>
        <w:jc w:val="right"/>
      </w:pPr>
      <w:r>
        <w:t>توبیٹاجوہے گدگیپربیٹھا۔ تو ایک بہت پرانےملازمتھے، وہ چاہرہےتھےکہمیریتنخواہبڑھے۔ تو بیٹےکےپاسآئے، سیٹھصاحبکےبیٹےکےپاس کہاکہ "صاحب، میریتنخواہ،میریتنخواہبڑھائیے،نہیںتو میریتنخواہبڑھائیے،نہیںتو"۔</w:t>
      </w:r>
    </w:p>
    <w:p>
      <w:r>
        <w:rPr>
          <w:b/>
        </w:rPr>
        <w:t xml:space="preserve">[1:41:24] </w:t>
      </w:r>
      <w:r>
        <w:t>toh bete ne aise hi ghoor kar dekha unko ke "nahin toh kya karoge?"</w:t>
      </w:r>
    </w:p>
    <w:p>
      <w:pPr>
        <w:jc w:val="right"/>
      </w:pPr>
      <w:r>
        <w:t>تو بیٹےنے ایسےہیگھورکردیکھاانکوکہ"نہیںتوکیاکروگے؟"</w:t>
      </w:r>
    </w:p>
    <w:p>
      <w:r>
        <w:rPr>
          <w:b/>
        </w:rPr>
        <w:t xml:space="preserve">[1:41:31] </w:t>
      </w:r>
      <w:r>
        <w:t>toh kya</w:t>
      </w:r>
    </w:p>
    <w:p>
      <w:pPr>
        <w:jc w:val="right"/>
      </w:pPr>
      <w:r>
        <w:t>تو کیا</w:t>
      </w:r>
    </w:p>
    <w:p>
      <w:r>
        <w:rPr>
          <w:b/>
        </w:rPr>
        <w:t xml:space="preserve">[1:41:32] </w:t>
      </w:r>
      <w:r>
        <w:t>ke thodi der chup rahe, phir kehte hain "toh sir, isi tarah aap ka makar karenge". yeh halat hai musalmanon ka. hangama kiya, hangama kiya, hangama kiya? kashmir mein, falasteen mein, india mein kuchh mila nahin,</w:t>
      </w:r>
    </w:p>
    <w:p>
      <w:pPr>
        <w:jc w:val="right"/>
      </w:pPr>
      <w:r>
        <w:t>کہ تھوڑیدیرچپرہے،پھرکہتےہیں"توسر،اسیطرح آپکامکریںگے"۔ یہ حالتہےمسلمان وںکا۔ ہنگامہکیا،ہنگامہکیا،ہنگامہکیا؟کشمیرمیں،فلسطینمیں ،انڈیامیں کچھملانہیں،</w:t>
      </w:r>
    </w:p>
    <w:p>
      <w:r>
        <w:rPr>
          <w:b/>
        </w:rPr>
        <w:t xml:space="preserve">[1:41:45] </w:t>
      </w:r>
      <w:r>
        <w:t>ab is par peaceful baatein kar rahe hain. pehle kyun jaaye peaceful ki baat ki? falasteen mein, kashmir mein, india mein, jagah jagah, har jagah peaceful ho gaye hain musalman.</w:t>
      </w:r>
    </w:p>
    <w:p>
      <w:pPr>
        <w:jc w:val="right"/>
      </w:pPr>
      <w:r>
        <w:t>اب اس پرپیسکیباتیںکررہےہیں۔ پہلے کیوںجائےپیسکیباتکی ؟ فلسطینمیں،کشمیرمیں،انڈیامیں، جگہجگہ، ہرجگہپیسفلہوگئےہیںمسلمان۔</w:t>
      </w:r>
    </w:p>
    <w:p>
      <w:r>
        <w:rPr>
          <w:b/>
        </w:rPr>
        <w:t xml:space="preserve">[1:41:56] </w:t>
      </w:r>
      <w:r>
        <w:t>bosnia mein, chechnya mein, sang yang mein, har jagah, ful pain mein. pehle bhi peaceful kyun nahin hue?</w:t>
      </w:r>
    </w:p>
    <w:p>
      <w:pPr>
        <w:jc w:val="right"/>
      </w:pPr>
      <w:r>
        <w:t>بوسنیامیں،چیچنیامیں،سنگ یانگمیں،ہرجگہ، فل پائنمیں۔ پہلے بھیپیسفلکیوںنہیںہوئے ؟</w:t>
      </w:r>
    </w:p>
    <w:p>
      <w:r>
        <w:rPr>
          <w:b/>
        </w:rPr>
        <w:t xml:space="preserve">[1:42:03] </w:t>
      </w:r>
      <w:r>
        <w:t>toh ab peaceful hona unka koi experience hi khali mein jayega. woh Allah ke haan rewardable nahin banega, woh kyunke rewardable banne ke liye kehna padega unko ke "we were wrong".</w:t>
      </w:r>
    </w:p>
    <w:p>
      <w:pPr>
        <w:jc w:val="right"/>
      </w:pPr>
      <w:r>
        <w:t>تو اب پیسفلہوناانکا کوئیایکسپیرینسہیخالیمیںجائےگا۔وہ اللہ کے ہاںریوارڈیبلنہیںبنےگا،وہ کیونکہریوارڈیبلبننےکےلیےکہناپڑےگاانکوکہ"ویویررونگ"۔</w:t>
      </w:r>
    </w:p>
    <w:p>
      <w:r>
        <w:rPr>
          <w:b/>
        </w:rPr>
        <w:t xml:space="preserve">[1:42:15] </w:t>
      </w:r>
      <w:r>
        <w:t>woh sab mind nast tha jo pehle humne kiya, tab sawab hi sawab hai, nahin toh koi sawab nahin hai.</w:t>
      </w:r>
    </w:p>
    <w:p>
      <w:pPr>
        <w:jc w:val="right"/>
      </w:pPr>
      <w:r>
        <w:t>وہسبمائینڈنستھاجو پہلےہمنےکیا، تب ثوابہیثوابہے، نہیںتوکوئیثوابنہیںہے۔</w:t>
      </w:r>
    </w:p>
    <w:p>
      <w:r>
        <w:rPr>
          <w:b/>
        </w:rPr>
        <w:t xml:space="preserve">[1:42:24] </w:t>
      </w:r>
      <w:r>
        <w:t>mus gulzeebah ahmed ne maryland, usa se likha hai:</w:t>
      </w:r>
    </w:p>
    <w:p>
      <w:pPr>
        <w:jc w:val="right"/>
      </w:pPr>
      <w:r>
        <w:t>مس گل زیبہ احمد نے میریلینڈ،یوایساےسےلکھاہے :</w:t>
      </w:r>
    </w:p>
    <w:p>
      <w:r>
        <w:rPr>
          <w:b/>
        </w:rPr>
        <w:t xml:space="preserve">[1:42:30] </w:t>
      </w:r>
      <w:r>
        <w:t>molana sahib, can you please elaborate this hadith? where our prophet of Islam said: 'if you see someone who seems to be isolated from those around him and does not talk much, then try to become close to that person, because he has been given wisdom'</w:t>
      </w:r>
    </w:p>
    <w:p>
      <w:pPr>
        <w:jc w:val="right"/>
      </w:pPr>
      <w:r>
        <w:t>"مول اناصاحب،کینیوپلیز ایلیبریٹدسحدیث؟ ویراینڈپرافٹاف اسلام سیڈ :'اف یوسی سم ون ہو سیمزٹوبی ائیس ولیٹڈفرامدوز اراؤنڈہم اینڈڈزناٹٹاک مچ ،دینٹرائیٹوبیکم کلوزٹودیٹپرسن ،بیکازہی ہیزبین گیون وز ڈم'</w:t>
      </w:r>
    </w:p>
    <w:p>
      <w:r>
        <w:rPr>
          <w:b/>
        </w:rPr>
        <w:t xml:space="preserve">[1:42:52] </w:t>
      </w:r>
      <w:r>
        <w:t>dekhen, yeh hadith jo hai, ismein aik aur baat shamil hai ke aik aadmi jo hai sachai ki baat bola, wisdom ki baat kahi. isne general yeh hota hai ke log iski baat ko samajhte nahin paate, accept nahin karte.</w:t>
      </w:r>
    </w:p>
    <w:p>
      <w:pPr>
        <w:jc w:val="right"/>
      </w:pPr>
      <w:r>
        <w:t>۔"دیکھیں،یہحدیثجوہے، اسمیںایکاور بات شامل ہے کہایکآدمیجوہے سچائی کی باتبولا، وزڈمکیباتکہی۔اسنے جنرلیکیاہوتاہےکہلوگ اسکیباتکوسمجھنہیںپاتے،ایکسیپٹنہیںکرپاتے۔</w:t>
      </w:r>
    </w:p>
    <w:p>
      <w:r>
        <w:rPr>
          <w:b/>
        </w:rPr>
        <w:t xml:space="preserve">[1:43:08] </w:t>
      </w:r>
      <w:r>
        <w:t>woh is wajeh se chala jaata hai. woh</w:t>
      </w:r>
    </w:p>
    <w:p>
      <w:pPr>
        <w:jc w:val="right"/>
      </w:pPr>
      <w:r>
        <w:t>وہ اس وشیمچلاجاتاہے۔وہ</w:t>
      </w:r>
    </w:p>
    <w:p>
      <w:r>
        <w:rPr>
          <w:b/>
        </w:rPr>
        <w:t xml:space="preserve">[1:43:13] </w:t>
      </w:r>
      <w:r>
        <w:t>to is insaan ki baat uske andar hai.</w:t>
      </w:r>
    </w:p>
    <w:p>
      <w:pPr>
        <w:jc w:val="right"/>
      </w:pPr>
      <w:r>
        <w:t>تو اسانسانکیباتاسکےاندرہے۔</w:t>
      </w:r>
    </w:p>
    <w:p>
      <w:r>
        <w:rPr>
          <w:b/>
        </w:rPr>
        <w:t xml:space="preserve">[1:43:15] </w:t>
      </w:r>
      <w:r>
        <w:t>aisa nahin ke kuch kiya nahin, khwamkhwah hi hujre mein baith gaya. wohi hum matlab nahin iska hai ke sachai ko le kar khara hua. woh sachai wali baatein bola, woh wisdom ki baatein kahi usne,</w:t>
      </w:r>
    </w:p>
    <w:p>
      <w:pPr>
        <w:jc w:val="right"/>
      </w:pPr>
      <w:r>
        <w:t>ایسانہیںکہکچھکیانہیں، خوامخواہہیحجرےمیںبیٹھگیا۔وہیہمطلبنہیںاسکاہے کہ سچائی کولےکرکھڑاہوا۔وہ سچائی والی باتیںبولا،وہ وزڈمکیباتکہیاسنے،</w:t>
      </w:r>
    </w:p>
    <w:p>
      <w:r>
        <w:rPr>
          <w:b/>
        </w:rPr>
        <w:t xml:space="preserve">[1:43:29] </w:t>
      </w:r>
      <w:r>
        <w:t>lekin logon ne saath nahin diya. saath na dene ki wajah se woh alag</w:t>
      </w:r>
    </w:p>
    <w:p>
      <w:pPr>
        <w:jc w:val="right"/>
      </w:pPr>
      <w:r>
        <w:t>لیکن لوگوںنےساتھنہیںدیا۔ ساتھ نہدینےکیوجہسےوہالگ</w:t>
      </w:r>
    </w:p>
    <w:p>
      <w:r>
        <w:rPr>
          <w:b/>
        </w:rPr>
        <w:t xml:space="preserve">[1:43:33] </w:t>
      </w:r>
      <w:r>
        <w:t>alag ho gaya, yani khud nahin akele mein jaa ke baith gaya. yeh matlab nahin iska hai ke jo baith jaa hujre mein to uske paas wisdom hai. nahin, logon ne chhod diya usko.</w:t>
      </w:r>
    </w:p>
    <w:p>
      <w:pPr>
        <w:jc w:val="right"/>
      </w:pPr>
      <w:r>
        <w:t>الگہوگیا، یعنیخود نہیںاکیلےمیںجاکےبیٹھگیا۔یہمطلبنہیںاسکاہےکہجو بیٹھجاحجرےمیںتو اس کےپاسوزڈمہے۔ نہیں،لوگوںنےچھوڑااسکو ۔</w:t>
      </w:r>
    </w:p>
    <w:p>
      <w:r>
        <w:rPr>
          <w:b/>
        </w:rPr>
        <w:t xml:space="preserve">[1:43:44] </w:t>
      </w:r>
      <w:r>
        <w:t>jaise hamare jo Maulana Abdul Baar Nadvi sahib the, woh kaha karte the ke 'log tark-e-duniya hote hain, main matruk-e-duniya hoon. log tark-e-duniya hote hain, main matruk-e-duniya hoon.' to woh bohat saaf saaf bola karte the.</w:t>
      </w:r>
    </w:p>
    <w:p>
      <w:pPr>
        <w:jc w:val="right"/>
      </w:pPr>
      <w:r>
        <w:t>جیسے ہمارےجو مولاعبدالبارندویصاحبتھے،وہکہاکرتے تھےکہ "لوگ تارکالدنیاہوتےہیں،میںمتروکالدنیاہوں۔ لوگ تارکالدنیاہوتےہیں،میںمتروکالدنیاہوں۔" تووہ بہت صافصافبولاکرتے تھے۔</w:t>
      </w:r>
    </w:p>
    <w:p>
      <w:r>
        <w:rPr>
          <w:b/>
        </w:rPr>
        <w:t xml:space="preserve">[1:43:58] </w:t>
      </w:r>
      <w:r>
        <w:t>to logon ne unka saath chhod diya. to woh insaan jo saaf goi ki bina par akele mein pad gaya ho, uske paas</w:t>
      </w:r>
    </w:p>
    <w:p>
      <w:pPr>
        <w:jc w:val="right"/>
      </w:pPr>
      <w:r>
        <w:t>تو لوگوںنےانکاساتھچھوڑدیا۔ تو وہ انسان جو صافگوئیکیبناپر اکیلےمیںپڑگیاہو، اسکےپاس</w:t>
      </w:r>
    </w:p>
    <w:p>
      <w:r>
        <w:rPr>
          <w:b/>
        </w:rPr>
        <w:t xml:space="preserve">[1:44:07] </w:t>
      </w:r>
      <w:r>
        <w:t>wisdom hogi. yahi hum matlab hai is hadith ka. yeh matlab nahin ke kuch kiya nahin, usne awam mein aaya nahin, woh aur bas hujre mein baith gaya. to us par wisdom hai, yeh matlab iska nahin hai.</w:t>
      </w:r>
    </w:p>
    <w:p>
      <w:pPr>
        <w:jc w:val="right"/>
      </w:pPr>
      <w:r>
        <w:t>وزڈمہوگی۔یہیہمطلبہےاسحدیثکا۔ یہمطلبنہیں کہ کچھکیانہیں،اسنے عواممیںآیانہیں،وہ اوربسحجرےمیںبیٹھگیا۔تواسپروز ڈمہے،یہمطلباسکانہیںہے۔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