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Discussion The Quran 19 76 Feb 2, 2025</w:t>
      </w:r>
    </w:p>
    <w:p>
      <w:r>
        <w:t>https://www.youtube.com/watch?v=9RNMG6mr1VI</w:t>
      </w:r>
    </w:p>
    <w:p>
      <w:r>
        <w:rPr>
          <w:b/>
        </w:rPr>
        <w:t xml:space="preserve">[00:09] </w:t>
      </w:r>
      <w:r>
        <w:t>Assalamu alaikum. Aaj hum log Quran ki verse par discussion karenge apne Zoom session mein aur aaj jo verse humne chuni hai select jo select hui hai discussion ke liye, woh group mein share hui thi Surah Maryam ki 76 verse hai woh.</w:t>
      </w:r>
    </w:p>
    <w:p>
      <w:pPr>
        <w:jc w:val="right"/>
      </w:pPr>
      <w:r>
        <w:t>अस्सलामुलेकुम. आज हम लोग क़ुरान की verse पर discussion करेंगे अपने Zoom session में और आज जो verse हमने चुनी है select जो select हुई है discussion के लिए, वह group में share हुई थी सूर्य मार्यम की 76 verse है वह.</w:t>
      </w:r>
    </w:p>
    <w:p>
      <w:r>
        <w:rPr>
          <w:b/>
        </w:rPr>
        <w:t xml:space="preserve">[00:30] </w:t>
      </w:r>
      <w:r>
        <w:t>Uska tarjuma main Urdu mein padh rahi hoon Bismillah hir rahman nir rahim aur Allah hidayat pakadne walon ki hidayat mein izafa karta hai aur baqi rehne wali neikiyan tumhare Rab ke nazdeek azar ke aitbaar se behtareen hain aur anjaam ke aitbaar se bhi behtar. Tashreeh, hidayat yaad hona yeh hai ki aadmi ka shaoor sahi rukh par jaag uthe.</w:t>
      </w:r>
    </w:p>
    <w:p>
      <w:pPr>
        <w:jc w:val="right"/>
      </w:pPr>
      <w:r>
        <w:t>उसका तरजुमा मैं उर्दू में पढ़ रही हूं बिस्मिल्लाह ए रहमान ए रहीम और अल्लाह हिदायत पकड़ने वालों की हिदायत में इज़ाफ़ा करता है और बाकी रहने वाली नेकियां तुम्हारे रब के नज़दीक अज़र के ऐत्बार से बेहतरीन हैं और अंजाम के ऐत्बार से भी बेहतर. तश्रीह, हिदायत याद होना यह है कि आदमी का शहूर सही रुख पर जाग उठे.</w:t>
      </w:r>
    </w:p>
    <w:p>
      <w:r>
        <w:rPr>
          <w:b/>
        </w:rPr>
        <w:t xml:space="preserve">[00:59] </w:t>
      </w:r>
      <w:r>
        <w:t>Aise aadmi ke samne koi surtehal aati hai to woh uski sahi do tauje karke usko apne riza bana leta hai. Is tarah uski hidayat mein yaqeen aur kaifiyat ke akhbaar se barabar izafa hota rehta hai. Uski hidayat jaam mein chattan ki tarah nahi hoti balki zinda darft ki manit hoti hai jo barabar badhta chala jaye.</w:t>
      </w:r>
    </w:p>
    <w:p>
      <w:pPr>
        <w:jc w:val="right"/>
      </w:pPr>
      <w:r>
        <w:t>ऐसे आदमी के सामने कोई सूरतेहाल आती है तो वह उसकी सही दो तौजे करके उसको अपने रिज़ा बना लेता है. इस तरह उसकी हिदायत में यकीन और कैफ़ियत के अख़बार से बराबर इज़ाफ़ा होता रहता है. उसकी हिदायत जाम में चट्टान की तरह नहीं होती बल्कि ज़िंदा दरफ़्त की मानित होती है जो बराबर बढ़ता चला जाए.</w:t>
      </w:r>
    </w:p>
    <w:p>
      <w:r>
        <w:rPr>
          <w:b/>
        </w:rPr>
        <w:t xml:space="preserve">[01:28] </w:t>
      </w:r>
      <w:r>
        <w:t>Jis tarah duniya ke peshe nazar amal karne wala barabar tarke karta rehta hai, usi tarah aakhirat ko samne rakhkar amal karne wala, amal karne wale ka amal bhi musalsal izafa pazeer hai. Yeh izafa pazeeri chuki aakhirat mein zakhira ho rahi hai, isliye woh duniya mein nazar nahi aati.</w:t>
      </w:r>
    </w:p>
    <w:p>
      <w:pPr>
        <w:jc w:val="right"/>
      </w:pPr>
      <w:r>
        <w:t>जिस तरह दुनिया के पेशें नज़र अमल करने वाला बराबर तरक्के करता रहता है, उसी तरह आख़िरत को सामने रखकर अमल करने वाला, अमल करने वाले का अमल भी मुसलसल इज़ाफ़ा पसीर है. यह इज़ाफ़ा पसीरी चूंकि आख़िरत में ज़ख़ीरा हो रही है, इसलिए वह दुनिया में नज़र नहीं आती.</w:t>
      </w:r>
    </w:p>
    <w:p>
      <w:r>
        <w:rPr>
          <w:b/>
        </w:rPr>
        <w:t xml:space="preserve">[01:52] </w:t>
      </w:r>
      <w:r>
        <w:t>Magar qayamat jab parda phad degi to har aadmi dekh lega ki hidayat paane wale ki hidayat kis tarah badh rahi thi aur usi ke sath uska amal bhi. To is verse par aaj hum log sab apni apni learning share karenge.</w:t>
      </w:r>
    </w:p>
    <w:p>
      <w:pPr>
        <w:jc w:val="right"/>
      </w:pPr>
      <w:r>
        <w:t>मगर क्यामत जब पर्दा फाड़ देगी तो हर आदमी देख लेगा कि हिदायत पाने वाले की हिदायत किस तरह बढ़ रही थी और उसी के साथ उसका अमल भी. तो इस वर्ष पर आज हम लोग सब अपनी अपनी learning share करेंगे.</w:t>
      </w:r>
    </w:p>
    <w:p>
      <w:r>
        <w:rPr>
          <w:b/>
        </w:rPr>
        <w:t xml:space="preserve">[02:13] </w:t>
      </w:r>
      <w:r>
        <w:t>Pehle hum sabhi is par apna jo bhi humne ise sabak liya, jo samajh aa raha hai woh batayenge aur uske baad main chahoongi ki sirf sabki learning ho jaaye. Uske baad fimtaafa usko, ek baar dubara se hum sabko clear karein aur phir use conclude kar dein. Aaj hamara pattern aisa hi rahega aur main shuruaat ke liye Nazmaapa mere khayal se nahi hai.</w:t>
      </w:r>
    </w:p>
    <w:p>
      <w:pPr>
        <w:jc w:val="right"/>
      </w:pPr>
      <w:r>
        <w:t>पहले हम सभी इस पर अपना जो भी हमने इसे सबक लिया, जो समझ आ रहा है वह बताएंगे और उसके बाद मैं चाहूंगी कि सिर्फ़ सबकी learning हो जाए. उसके बाद फ़िमिताफ़ा उसको, एक बार दुबारा से हम सबको clear करें और फिर उसे conclude कर दें. आज हमारा pattern ऐसा ही रहेगा और मैं शुरुआत के लिए नजमापा मेरे ख़याल से नहीं है.</w:t>
      </w:r>
    </w:p>
    <w:p>
      <w:r>
        <w:rPr>
          <w:b/>
        </w:rPr>
        <w:t xml:space="preserve">[02:41] </w:t>
      </w:r>
      <w:r>
        <w:t>Main shuruaat karne ke liye sabse pehle bolti hoon ki Sufiya iske bare mein bol bolen jo unhone is ayat se seekha. Sufiya aap hain? Ji ji ab aap Bismillah hir rahman nir rahim.</w:t>
      </w:r>
    </w:p>
    <w:p>
      <w:pPr>
        <w:jc w:val="right"/>
      </w:pPr>
      <w:r>
        <w:t>मैं शुरुआत करने के लिए सबसे पहले बोलती हूं कि सूफिया इसके बारे में बोल बोलें जो उन्होंने इस आयत से सीखा. सोफिया आप हैं? जी जी अब आप बिस्मिल्ला रमाने रहें.</w:t>
      </w:r>
    </w:p>
    <w:p>
      <w:r>
        <w:rPr>
          <w:b/>
        </w:rPr>
        <w:t xml:space="preserve">[03:02] </w:t>
      </w:r>
      <w:r>
        <w:t>Papa yeh aaj waqai bahut zyada sochne wali hai ki insaan ka safar jis taraf hota hai hota bhi use usi taraf laga deta hai aur ek hadith mein aaya hai ki logon ko tum apni hidayat ke liye dua karo.</w:t>
      </w:r>
    </w:p>
    <w:p>
      <w:pPr>
        <w:jc w:val="right"/>
      </w:pPr>
      <w:r>
        <w:t>Papa यह आज वाकई बहुत ज़्यादा सोचने वाली है कि इंसान का सफर जिस तरफ होता है होता भी उसे उसी तरफ लगा देता है और एक हदिश में आया है कि लोगों को तुम अपनी हिदायत के लिए दुआ करो.</w:t>
      </w:r>
    </w:p>
    <w:p>
      <w:r>
        <w:rPr>
          <w:b/>
        </w:rPr>
        <w:t xml:space="preserve">[03:24] </w:t>
      </w:r>
      <w:r>
        <w:t>to hidayat mangna aur uske sath phir sanjeeda hona aur jab hidayat ki cheez mile to hota yeh hai ke sabse pehle hamein apna koi nuksan dikhta hota hai.</w:t>
      </w:r>
    </w:p>
    <w:p>
      <w:pPr>
        <w:jc w:val="right"/>
      </w:pPr>
      <w:r>
        <w:t>तो हिदायत मांगना और उसके साथ फिर संजीदा होना और जब हिदायत की चीज़ मिले तो होता यह है कि सबसे पहले हमें अपना कोई नुकसान दिखता होता है.</w:t>
      </w:r>
    </w:p>
    <w:p>
      <w:r>
        <w:rPr>
          <w:b/>
        </w:rPr>
        <w:t xml:space="preserve">[03:40] </w:t>
      </w:r>
      <w:r>
        <w:t>lekin agar hum Allah par kaameel yaqeen rakhein aur first choice na hone ke bawajood bhi agar hum Allah par yaqeen karte hue amal karein un cheezon par jiske zariye Khuda ki hidayat barhti hai to phir zaroor Khuda ki madad aati hai ke woh hamara dil aur hamara zehan us par mayal kar deta hai.</w:t>
      </w:r>
    </w:p>
    <w:p>
      <w:pPr>
        <w:jc w:val="right"/>
      </w:pPr>
      <w:r>
        <w:t>लेकिन अगर हम अल्लाह पर कामील यकीन रखें और first choice ना होने के बावजूद भी अगर हम अल्लाह पर यकीन करते हुए अमल करें उन चीज़ों पर जिसके ज़रिए खुदा की हिरायत बढ़ती है तो फिर ज़रूर खुदा की मदद आती है कि वह हमारा दिल और हमारा ज़ेहन उस पर मायल कर देता है.</w:t>
      </w:r>
    </w:p>
    <w:p>
      <w:r>
        <w:rPr>
          <w:b/>
        </w:rPr>
        <w:t xml:space="preserve">[04:01] </w:t>
      </w:r>
      <w:r>
        <w:t>us par laga deta hai aur uske baad jab koi ek Maulana sahab ke mutabiq ke jab koi pehla kadwa ghunt pee leta hai to uske baad uske liye aasani hi aasani hoti hai. ab phir uske liye doosri hidayat ke darwaze khul jate hain aur phir woh hidayat ke baad apne raste ko aasan pata hai. pehle pehle ki jaisi jo nafsiyati pechidgi hoti hai woh uski ja chuki hoti hai.</w:t>
      </w:r>
    </w:p>
    <w:p>
      <w:pPr>
        <w:jc w:val="right"/>
      </w:pPr>
      <w:r>
        <w:t>उस पर लगा देता है और उसके बाद जब कोई एक मौलाना साहब के मुताबिक कि जब कोई पहला कड़वा घुट पी लेता है तो उसके बाद उसके लिए आसानी ही आसानी होती है. अब फिर उसके लिए दूसरी हैदायत के दरवाज़े खुल जाते हैं और फिर वह हैदायत के बाद अपने रास्ते को आसान पाता है. पहले पहले की जैसी जो नफ्सियती पेचीदगी होती है वह उसकी जा चुकी होती है.</w:t>
      </w:r>
    </w:p>
    <w:p>
      <w:r>
        <w:rPr>
          <w:b/>
        </w:rPr>
        <w:t xml:space="preserve">[04:31] </w:t>
      </w:r>
      <w:r>
        <w:t>ab hidayat ko pakadna uske liye pehle ke muqable mein bahut aasan ho jata hai aur jo aapne tashi mein bataya ke aakhirat ka faida aur wakai aakhirat par yaqeen rakhna hi is duniya mein hidayat ka seera hai. Allah mein tofeeq dyaba jaza kala kharch.</w:t>
      </w:r>
    </w:p>
    <w:p>
      <w:pPr>
        <w:jc w:val="right"/>
      </w:pPr>
      <w:r>
        <w:t>अब हैदायत को पकड़ना उसके लिए पहले के मकाबले में बहुत आसान हो जाता है और जो आपने तश्री में बताया कि आखिरत का फ़ायदा और वाकई आखिरत पर यकीन रखना ही इस दुनिया में हैदायत का सीरा है. अल्लाह में तोफीद द्याबा जज़ाकला ख़र्च.</w:t>
      </w:r>
    </w:p>
    <w:p>
      <w:r>
        <w:rPr>
          <w:b/>
        </w:rPr>
        <w:t xml:space="preserve">[04:55] </w:t>
      </w:r>
      <w:r>
        <w:t>jazakallah sufia aapne jo bataya usse meri samajh yeh bani ki pehla kadam insan ko uthana padta hai,</w:t>
      </w:r>
    </w:p>
    <w:p>
      <w:pPr>
        <w:jc w:val="right"/>
      </w:pPr>
      <w:r>
        <w:t>जज़ाकला सुफिया आपने जो बताया उससे मेरी समझ यह बनी कि पहला कदम इंसान को उठाना पड़ता है,</w:t>
      </w:r>
    </w:p>
    <w:p>
      <w:r>
        <w:rPr>
          <w:b/>
        </w:rPr>
        <w:t xml:space="preserve">[05:04] </w:t>
      </w:r>
      <w:r>
        <w:t>pehli koshish insan ko karni padti hai ki vah hidayat ka talib bane, tab allah ki taraf se</w:t>
      </w:r>
    </w:p>
    <w:p>
      <w:pPr>
        <w:jc w:val="right"/>
      </w:pPr>
      <w:r>
        <w:t>पहली कोशिश इंसान को करनी पड़ती है कि वह हिदायत का तालिब बने, तब अल्लाह की तरफ़ से</w:t>
      </w:r>
    </w:p>
    <w:p>
      <w:r>
        <w:rPr>
          <w:b/>
        </w:rPr>
        <w:t xml:space="preserve">[05:13] </w:t>
      </w:r>
      <w:r>
        <w:t>hidayat uski taraf aati hai.</w:t>
      </w:r>
    </w:p>
    <w:p>
      <w:pPr>
        <w:jc w:val="right"/>
      </w:pPr>
      <w:r>
        <w:t>हिदायत उसकी तरफ़ आती है.</w:t>
      </w:r>
    </w:p>
    <w:p>
      <w:r>
        <w:rPr>
          <w:b/>
        </w:rPr>
        <w:t xml:space="preserve">[05:22] </w:t>
      </w:r>
      <w:r>
        <w:t>ab main kahungi ayesha se, ayesha hamare saath hain vah bhi is par apni learning share karen sahit par.</w:t>
      </w:r>
    </w:p>
    <w:p>
      <w:pPr>
        <w:jc w:val="right"/>
      </w:pPr>
      <w:r>
        <w:t>अब मैं कहूंगी आयशा से, आयशा हमारे साथ हैं वह भी इस पर अपनी learning share करें साहित पर.</w:t>
      </w:r>
    </w:p>
    <w:p>
      <w:r>
        <w:rPr>
          <w:b/>
        </w:rPr>
        <w:t xml:space="preserve">[05:31] </w:t>
      </w:r>
      <w:r>
        <w:t>Aisha aapki awaz nahi aa rahi hai. ji ji ji. sunao leko. meri awaz clear hai? ji, lekin toot kya aa rahi hai? kya hai? abhi? haan abhi. clear hai? behtar hai. ji.</w:t>
      </w:r>
    </w:p>
    <w:p>
      <w:pPr>
        <w:jc w:val="right"/>
      </w:pPr>
      <w:r>
        <w:t>आयशा आपकी आवाज़ नहीं आ रही है. जी जी जी. सुनाओ लेको. मेरी आवाज़ clear है? जी, लेकिन टूट क्या आ रही है? क्या है? अभी? हां अभी. Clear है? बेहतर है. जी.</w:t>
      </w:r>
    </w:p>
    <w:p>
      <w:r>
        <w:rPr>
          <w:b/>
        </w:rPr>
        <w:t xml:space="preserve">[05:47] </w:t>
      </w:r>
      <w:r>
        <w:t>to maine is ayat se yeh samajh paayi ke pehli jo sentence hai ke Allah taala jo log seedhe raste par aate hain uske liye hidayat usi uski hidayat mein enhancement hoti hai. iska matlab maine yeh samajh paayi jab hamein ek zameen par seat dalte hain tab bhi woh darkat banti hai.</w:t>
      </w:r>
    </w:p>
    <w:p>
      <w:pPr>
        <w:jc w:val="right"/>
      </w:pPr>
      <w:r>
        <w:t>तो मैंने इस आयत से यह समझ पाई कि पहली जो sentence है कि अल्लाह तालाह जो लोग सीधे रास्ते पर आते हैं उसके लिए हिदायत उसी उसकी हिदायत में enhancement होती है. इसका मतलब मैंने यह समझ पाई जब हमें एक ज़मीन पर seat डालते हैं तब भी वह दर्कत बनती है.</w:t>
      </w:r>
    </w:p>
    <w:p>
      <w:r>
        <w:rPr>
          <w:b/>
        </w:rPr>
        <w:t xml:space="preserve">[06:13] </w:t>
      </w:r>
      <w:r>
        <w:t>to jab hum hamari dil mein aur soch samajhkar reality ko accept karte hain tabhi Allah ki taraf se jo atmosphere hai taake literature ho, right people ho, right thinking ho, right mahol ho, jo bhi ho yahan par hidayat ka matlab hai right people's companionship. woh Allah ki taraf se aati hai.</w:t>
      </w:r>
    </w:p>
    <w:p>
      <w:pPr>
        <w:jc w:val="right"/>
      </w:pPr>
      <w:r>
        <w:t>तो जब हम हमारी दिल में और सोच समझकर reality को accept करते हैं तभी अल्लाह की तरफ से जो atmosphere है ताकि literature हो, right people हो, right thinking हो, right माहौल हो, जो भी हो यहां पर हिदायत का मतलब है right people's companionship. वह अल्लाह की तरफ़ से आती है.</w:t>
      </w:r>
    </w:p>
    <w:p>
      <w:r>
        <w:rPr>
          <w:b/>
        </w:rPr>
        <w:t xml:space="preserve">[06:43] </w:t>
      </w:r>
      <w:r>
        <w:t>isko main samajh paati hoon ke hidayat aur jab insan reality har lamha ek baar to hota nahi jab Khudaki discovery hoti hai woh reality se hi shuru hoti hai. woh apni daily life mein bhi good, evil, bad, wrong dono choice mein hoti rehti hai.</w:t>
      </w:r>
    </w:p>
    <w:p>
      <w:pPr>
        <w:jc w:val="right"/>
      </w:pPr>
      <w:r>
        <w:t>इसको मैं समझ पाती हूं कि हिदायत और जब इंसान reality हर लम्हा एक बार तो होता नहीं जब खुदाक की discovery होती है वह reality से ही शुरू होती है. वह अपनी daily life में भी good, evil, bad, wrong दोनों choice में होती रहती है.</w:t>
      </w:r>
    </w:p>
    <w:p>
      <w:r>
        <w:rPr>
          <w:b/>
        </w:rPr>
        <w:t xml:space="preserve">[07:04] </w:t>
      </w:r>
      <w:r>
        <w:t>iske liye woh apni nafs ko dabana padti hai, apni emotions ko control karna padti hai, desires ko kill karna padti hai, ego ko khatam karna padti hai. to har lamha woh Allah ki noor se cheezon ko dekh paate hain.</w:t>
      </w:r>
    </w:p>
    <w:p>
      <w:pPr>
        <w:jc w:val="right"/>
      </w:pPr>
      <w:r>
        <w:t>इसके लिए वह अपनी नफ्ज़ को दबाना पड़ती है, अपनी emotions को control करना पड़ती है, desires को kill करना पड़ती है, ego को खत्म करना पड़ती है. तो हर लम्हा वह अल्लाह की नूर से चीज़ों को देख पाते हैं.</w:t>
      </w:r>
    </w:p>
    <w:p>
      <w:r>
        <w:rPr>
          <w:b/>
        </w:rPr>
        <w:t xml:space="preserve">[07:20] </w:t>
      </w:r>
      <w:r>
        <w:t>to isi ko mahidayat samajh sakti hoon aur jab aisa insan bante hain uske andar potential awaken hoti hain, uske andar creative thinking aati hai, right thinking aati hai, right angle se cheezon ko samajhna uske andar aati hai tab woh god fearing insan bante hain, Allah se mohabbat karne wali insan bante hain.</w:t>
      </w:r>
    </w:p>
    <w:p>
      <w:pPr>
        <w:jc w:val="right"/>
      </w:pPr>
      <w:r>
        <w:t>तो इसी को महिदायत समझ सकती हूं और जब ऐसा इंसान बनते हैं उसके अंदर potential awaken होती हैं, उसके अंदर creative thinking आती है, right thinking आती है, right angle से चीज़ों को समझना उसके अंदर आती है तब वह god fearing इंसान बनते हैं, अल्लाह से मोहब्बत करने वाली इंसान बनते हैं.</w:t>
      </w:r>
    </w:p>
    <w:p>
      <w:r>
        <w:rPr>
          <w:b/>
        </w:rPr>
        <w:t xml:space="preserve">[07:45] </w:t>
      </w:r>
      <w:r>
        <w:t>to jab uski rukh aaqirat wali rukh hoti hai to woh kya karega? bas apni aaqirat ke bare mein jo amal usko achha lagegi, usko usko yeh samajh mein aayega. jo bhi main duniya mein kamaunga, duniya mein hi rehkar jaunga. woh mere sath aane wali nahi hai. to duniya ke liye kuch kamau, kuch karu, woh fanaah hone wali hai.</w:t>
      </w:r>
    </w:p>
    <w:p>
      <w:pPr>
        <w:jc w:val="right"/>
      </w:pPr>
      <w:r>
        <w:t>तो जब उसकी रुख आकृत वाली रुख होती है तो वह क्या करेगा? बस अपनी आकृत के बारे में जो अमल उसको अच्छा लगेगी, उसको उसको यह समझ में आएगा. जो भी मैं दुनिया में कमाऊंगा, दुनिया में ही रहकर जाऊंगा. वह मेरे साथ आने वाली नहीं है. तो दुनिया के लिए कुछ कमाऊं, कुछ करूं, वह फनाह होने वाली है.</w:t>
      </w:r>
    </w:p>
    <w:p>
      <w:r>
        <w:rPr>
          <w:b/>
        </w:rPr>
        <w:t xml:space="preserve">[08:12] </w:t>
      </w:r>
      <w:r>
        <w:t>bas jo main aaqirat ke liye le jau aur aaqirat ke liye jo bhi main investment karu wahi cheez mere sath mere sath aate hain, wahi Allah ke samne main qyamat ke din pesh kar sakti hoon. to jab reality ko accept karne ke baad next step yeh hoti hai aaqirat aaqirat rukh soch.</w:t>
      </w:r>
    </w:p>
    <w:p>
      <w:pPr>
        <w:jc w:val="right"/>
      </w:pPr>
      <w:r>
        <w:t>बस जो मैं आकृत के लिए लेख जाऊं और आकृत के लिए जो भी मैं investment करूं वही चीज़ मेरे साथ मेरे साथ आते हैं, वही अल्लाह के सामने मैं ग़यामत के दिन पेश कर सकती हूं. तो जब reality को accept करने के बाद next step यह होती है आकृत आकृति रुख सोच.</w:t>
      </w:r>
    </w:p>
    <w:p>
      <w:r>
        <w:rPr>
          <w:b/>
        </w:rPr>
        <w:t xml:space="preserve">[08:35] </w:t>
      </w:r>
      <w:r>
        <w:t>to jab yeh dono milte hain to woh insan achhe amal mein mashgool hote hain. latala usi logon ko guidance bhi dete hain. uske liye ilm ka darwaze bhi kholte hain. to ilm ek kajana hai momin ke liye. to yeh points maine samajh paayi hai aap. jaza kalla. jaza kalla.</w:t>
      </w:r>
    </w:p>
    <w:p>
      <w:pPr>
        <w:jc w:val="right"/>
      </w:pPr>
      <w:r>
        <w:t>तो जब यह दोनों मिलते हैं तो वह इंसान अच्छे अमल में मशकूल होते हैं. लाताला उसी लोगों को guidance भी देते हैं. उसके लिए इल्म का दरवाज़े भी खोलते हैं. तो इल्म एक कजाना है मोमिन के लिए. तो यह points मैंने समझ पाई है आप. जज़ा कल्ला. जज़ा कल्ला.</w:t>
      </w:r>
    </w:p>
    <w:p>
      <w:r>
        <w:rPr>
          <w:b/>
        </w:rPr>
        <w:t xml:space="preserve">[08:59] </w:t>
      </w:r>
      <w:r>
        <w:t>Aisha mujhe aapki baat se Maulana sahib ki yeh line jo unhone tafsir mein likhi hai na yeh zyada wazeh hui ke aise aadmi ke samne koi bhi surtehal aati hai to woh uski sahi tauji karke usko apni qaza bana leta hai.</w:t>
      </w:r>
    </w:p>
    <w:p>
      <w:pPr>
        <w:jc w:val="right"/>
      </w:pPr>
      <w:r>
        <w:t>आयशा मुझे आपकी बात से मुलाना साहब की यह line जो उन्होंने तफ़्सीर में लिखी है ना यह ज़्यादा वाज़े हुई कि ऐसे आदमी के सामने कोई भी सूरतेहाल आती है तो वह उसकी सही तौजी करके उसको अपनी क़िज़ा बना लेता है.</w:t>
      </w:r>
    </w:p>
    <w:p>
      <w:r>
        <w:rPr>
          <w:b/>
        </w:rPr>
        <w:t xml:space="preserve">[09:14] </w:t>
      </w:r>
      <w:r>
        <w:t>to jab aadmi aisa ho, hidayat pane wala ho to uski life ke har experience se, har situation</w:t>
      </w:r>
    </w:p>
    <w:p>
      <w:pPr>
        <w:jc w:val="right"/>
      </w:pPr>
      <w:r>
        <w:t>तो जब आदमी ऐसा हो, हिदायत पाने वाला हो तो उसकी life के हर experience से, हर situation</w:t>
      </w:r>
    </w:p>
    <w:p>
      <w:r>
        <w:rPr>
          <w:b/>
        </w:rPr>
        <w:t xml:space="preserve">[09:19] </w:t>
      </w:r>
      <w:r>
        <w:t>se vah apne liye spiritual food pane lagta hai aur apne zehan mein hamesha aakhirat ko jab vah</w:t>
      </w:r>
    </w:p>
    <w:p>
      <w:pPr>
        <w:jc w:val="right"/>
      </w:pPr>
      <w:r>
        <w:t>से वह अपने लिए spiritual food पाने लगता है और अपने ज़हन में हमेशा आख़िरत को जब वह</w:t>
      </w:r>
    </w:p>
    <w:p>
      <w:r>
        <w:rPr>
          <w:b/>
        </w:rPr>
        <w:t xml:space="preserve">[09:24] </w:t>
      </w:r>
      <w:r>
        <w:t>badhakar rakhega jaisa aapne abhi bataya, to vah un cheezon ki value dega jo ki usko aakhirat mein</w:t>
      </w:r>
    </w:p>
    <w:p>
      <w:pPr>
        <w:jc w:val="right"/>
      </w:pPr>
      <w:r>
        <w:t>बढ़ाकर रखेगा जैसा आपने अभी बताया, तो वह उन चीज़ों की value देगा जो कि उसको आख़िरत में</w:t>
      </w:r>
    </w:p>
    <w:p>
      <w:r>
        <w:rPr>
          <w:b/>
        </w:rPr>
        <w:t xml:space="preserve">[09:29] </w:t>
      </w:r>
      <w:r>
        <w:t>fayda dene wali hai.</w:t>
      </w:r>
    </w:p>
    <w:p>
      <w:pPr>
        <w:jc w:val="right"/>
      </w:pPr>
      <w:r>
        <w:t>फ़ायदा देने वाली है.</w:t>
      </w:r>
    </w:p>
    <w:p>
      <w:r>
        <w:rPr>
          <w:b/>
        </w:rPr>
        <w:t xml:space="preserve">[09:34] </w:t>
      </w:r>
      <w:r>
        <w:t>na ki duniya ki possessions aur material cheezon ko cheez samajh mein aaya aur koi aap mein se</w:t>
      </w:r>
    </w:p>
    <w:p>
      <w:pPr>
        <w:jc w:val="right"/>
      </w:pPr>
      <w:r>
        <w:t>ना कि दुनिया की possessions और material चीज़ों को चीज़ समझ में आया और कोई आप में से</w:t>
      </w:r>
    </w:p>
    <w:p>
      <w:r>
        <w:rPr>
          <w:b/>
        </w:rPr>
        <w:t xml:space="preserve">[09:39] </w:t>
      </w:r>
      <w:r>
        <w:t>koi aur agar batana chahen vah hand raise kar sakte hain.</w:t>
      </w:r>
    </w:p>
    <w:p>
      <w:pPr>
        <w:jc w:val="right"/>
      </w:pPr>
      <w:r>
        <w:t>कोई और अगर बताना चाहें वह hand raise कर सकते हैं.</w:t>
      </w:r>
    </w:p>
    <w:p>
      <w:r>
        <w:rPr>
          <w:b/>
        </w:rPr>
        <w:t xml:space="preserve">[09:45] </w:t>
      </w:r>
      <w:r>
        <w:t>tab tak main yeh kehna chahungi ke mujhe bhi is, is article, ek is varsh se na ek article yaad aa gaya Maulana sahab ka aur mujhe lagta hai ke Fabida ne us par audio bhi banaya tha. bahut achha article tha. usmein ek line thi ke ek bachcha jab apni maa se roti mangega to maa uske hath mein kabhi bhi dahakta hua angara nahi degi. koi bhi maa aisa nahi kar rahi ho.</w:t>
      </w:r>
    </w:p>
    <w:p>
      <w:pPr>
        <w:jc w:val="right"/>
      </w:pPr>
      <w:r>
        <w:t>तब तक मैं यह कहना चाहूंगी कि मुझे भी इस, इस article, एक इस वर्ष से ना एक article याद आ गया मोलाना साहब का और मुझे लगता है कि फ़बिधा ने उस पर audio भी बनाया था. बहुत अच्छा article था. उसमें एक line थी कि एक बच्चा जब अपनी मां से रोटी मांगेगा तो मां उसके हाथ में कभी भी दहकता हुआ अंगारा नहीं देगी. कोई भी मां ऐसा नहीं कर रही हो.</w:t>
      </w:r>
    </w:p>
    <w:p>
      <w:r>
        <w:rPr>
          <w:b/>
        </w:rPr>
        <w:t xml:space="preserve">[10:10] </w:t>
      </w:r>
      <w:r>
        <w:t>to agar hum Allah taala se hidayat mangenge jo Allah humse maa se bhi zyada mohabbat karta hai, hum sab jante hain. to us tarah se agar hum jeena chahenge to hum shayad kabhi bhi hidayat yaad nahi ho sakte.</w:t>
      </w:r>
    </w:p>
    <w:p>
      <w:pPr>
        <w:jc w:val="right"/>
      </w:pPr>
      <w:r>
        <w:t>तो अगर हम अल्लाह तालाह से हिदायत मांगेंगे जो अल्लाह हमसे मां से भी ज़्यादा मोहब्बत करता है, हम सब जानते हैं. तो उस तरह से अगर हम जीना चाहेंगे तो हम शायद कभी भी हिदायत याद नहीं हो सकते.</w:t>
      </w:r>
    </w:p>
    <w:p>
      <w:r>
        <w:rPr>
          <w:b/>
        </w:rPr>
        <w:t xml:space="preserve">[10:38] </w:t>
      </w:r>
      <w:r>
        <w:t>uske liye hamein qurbani wala din apnana hi padega. aur koi Shabnam Parvez aap kuch kehna chahengi? Wasmeen aur aasaniyan bhi taiyar hain. ji. Shamla wahan 1 minute karein. ji ji. ji salam ali kum. ali kum saam. hamein is article se samajh mein aayi hinayat ke liye sabse badi zaruri cheez hai taqwah dar Khuda ka.</w:t>
      </w:r>
    </w:p>
    <w:p>
      <w:pPr>
        <w:jc w:val="right"/>
      </w:pPr>
      <w:r>
        <w:t>उसके लिए हमें कुर्बानी वाला दिन अपनाना ही पड़ेगा. और कोई शबनम परवेज़ आप कुछ कहना चाहेंगी? वस्मीन और आसानियां भी तैयार हैं. जी. शमला वहां 1 minute करें. जी जी. जी सलाम अली कुम. अली कुम साम. हमें इस article से समझ में आई हिनायत के लिए सबसे बड़ी ज़रूरी चीज़ है तकवाह डर खुदा का.</w:t>
      </w:r>
    </w:p>
    <w:p>
      <w:r>
        <w:rPr>
          <w:b/>
        </w:rPr>
        <w:t xml:space="preserve">[11:08] </w:t>
      </w:r>
      <w:r>
        <w:t>jab hamare andar taqwah dar rahega tab hum hum hinayat par chalenge. Right thinking karenge, nature of law par jiyenge. Allah ki banayi hue qanoon ko follow karenge. agar hum isko follow karte hain to Allah karan hamare humko guide zaroor karenge. hamare andar guidance par guidance aa jayenge kyu?</w:t>
      </w:r>
    </w:p>
    <w:p>
      <w:pPr>
        <w:jc w:val="right"/>
      </w:pPr>
      <w:r>
        <w:t>जब हमारे अंदर तकवाह डर रहेगा तब हम हम हिनायत पर चलेंगे. Right thinking करेंगे, nature of law पर जिएंगे. अल्लाह की बनाए हुए कानून को follow करेंगे. अगर हम इसको follow करते हैं तो अल्लाह कारण हमारे हमको guide ज़रूर करेंगे. हमारे अंदर guidance पर guidance आ जाएंगे क्यों?</w:t>
      </w:r>
    </w:p>
    <w:p>
      <w:r>
        <w:rPr>
          <w:b/>
        </w:rPr>
        <w:t xml:space="preserve">[11:33] </w:t>
      </w:r>
      <w:r>
        <w:t>Allah taala mumin se yahi ummeed karte hain ke mumin Allah ki baat karein, hota hai, hota hai ke banayi muskil par chalein. ab Quran jis baat ko hum dalin rehte hain namiy salm, usko hum apnayein aur takbah pyar karein. agar hum takbah rahenge to mere isme marfat bhi aayegi. jab mere andar marfat aayegi tab spiritual ban jayenge.</w:t>
      </w:r>
    </w:p>
    <w:p>
      <w:pPr>
        <w:jc w:val="right"/>
      </w:pPr>
      <w:r>
        <w:t>अल्लाह तालाह मुमिन से यही उम्मीद करते हैं कि मुमिन अल्लाह की बात करें, होता है, होता है कि बनाई मुस्कुल पर चलें. अब कुरान जिस बात को हम डालीन रहते हैं नामिय सल्म, उसको हम अपनाएं और तखबाह प्यार करें. अगर हम तखबाह रहेंगे तो मेरे इसमें मार्फत भी आएगी. जब मेरे अंदर मार्फत आएगी तब spiritual वन जाएंगे.</w:t>
      </w:r>
    </w:p>
    <w:p>
      <w:r>
        <w:rPr>
          <w:b/>
        </w:rPr>
        <w:t xml:space="preserve">[12:02] </w:t>
      </w:r>
      <w:r>
        <w:t>jab mera rooh spiritual nahi aayega to hidayat hidayat apne aap aa jayegi. jab hidayat aa jayegi to zyada tar hidayat mein izafa kar denge aur aakhir mera main sole concern ban jayega. jab main sole concern ban jayega hamara aakhir to hum duniya mein bhatkenge nahi. sirf hidayat talash karenge. jab hidayat hamein mil jayengi to jannat ready yakeen ban jayega.</w:t>
      </w:r>
    </w:p>
    <w:p>
      <w:pPr>
        <w:jc w:val="right"/>
      </w:pPr>
      <w:r>
        <w:t>जब मेरा रूप spiritual नहीं आएगा तो हिदायत हिदायत अपने आप आ जाएगी. जब हिदायत आ जाएगी तो ज़्यादातर हिदायत में इज़ाफा कर देंगे और आखिर मेरा main sole concern वन जाएगा. जब main sole concern वन जाएगा हमारा आखिर तो हम दुनिया में भटकेंगे नहीं. सिर्फ हिदायी तलाश करेंगे. जब हिदायात हमें मिल जाएंगी तो जनत ready एकीन वन जाएगा.</w:t>
      </w:r>
    </w:p>
    <w:p>
      <w:r>
        <w:rPr>
          <w:b/>
        </w:rPr>
        <w:t xml:space="preserve">[12:26] </w:t>
      </w:r>
      <w:r>
        <w:t>yahi mera malana sahab taki apne aap ko ek achha moment hum bana saken.</w:t>
      </w:r>
    </w:p>
    <w:p>
      <w:pPr>
        <w:jc w:val="right"/>
      </w:pPr>
      <w:r>
        <w:t>यही मेरा मालाना साहब ताकि अपने आप को एक अच्छा moment हम बना सकें.</w:t>
      </w:r>
    </w:p>
    <w:p>
      <w:r>
        <w:rPr>
          <w:b/>
        </w:rPr>
        <w:t xml:space="preserve">[12:36] </w:t>
      </w:r>
      <w:r>
        <w:t>aur is article sahi samay hai ki hamein jis tarah hum mulasa bataye ki dad ko ityar karne</w:t>
      </w:r>
    </w:p>
    <w:p>
      <w:pPr>
        <w:jc w:val="right"/>
      </w:pPr>
      <w:r>
        <w:t>और इस article सही समय है कि हमें जिस तरह हम मुलासा बताएं कि दाद को इत्यार करने</w:t>
      </w:r>
    </w:p>
    <w:p>
      <w:r>
        <w:rPr>
          <w:b/>
        </w:rPr>
        <w:t xml:space="preserve">[12:46] </w:t>
      </w:r>
      <w:r>
        <w:t>ke liye hamein law of nature badalna padega.</w:t>
      </w:r>
    </w:p>
    <w:p>
      <w:pPr>
        <w:jc w:val="right"/>
      </w:pPr>
      <w:r>
        <w:t>के लिए हमें law of nature बदलना पड़ेगा.</w:t>
      </w:r>
    </w:p>
    <w:p>
      <w:r>
        <w:rPr>
          <w:b/>
        </w:rPr>
        <w:t xml:space="preserve">[12:56] </w:t>
      </w:r>
      <w:r>
        <w:t>allah ka guidance waqt aati hai jahan hum allah ke banaye us sool ko ityar karen.</w:t>
      </w:r>
    </w:p>
    <w:p>
      <w:pPr>
        <w:jc w:val="right"/>
      </w:pPr>
      <w:r>
        <w:t>अल्लाह का guidance वक़्त आती है जहां हम अल्लाह के बनाएं उस सूल को इत्यार करें.</w:t>
      </w:r>
    </w:p>
    <w:p>
      <w:r>
        <w:rPr>
          <w:b/>
        </w:rPr>
        <w:t xml:space="preserve">[13:06] </w:t>
      </w:r>
      <w:r>
        <w:t>nek aakhri ko apna main un sool concern aaye aur aakhri ke liye nek amal karen.</w:t>
      </w:r>
    </w:p>
    <w:p>
      <w:pPr>
        <w:jc w:val="right"/>
      </w:pPr>
      <w:r>
        <w:t>नेक आखिरी को अपना main उन सूल concern आए और आखिरी के लिए नेक अमाल करें.</w:t>
      </w:r>
    </w:p>
    <w:p>
      <w:r>
        <w:rPr>
          <w:b/>
        </w:rPr>
        <w:t xml:space="preserve">[13:16] </w:t>
      </w:r>
      <w:r>
        <w:t>kyunki mera yahi amal jo hai qamat qazeen Allah ke aage chahil hoga. usi amal ke zariye hum jagannath mein ja sakenge. yahi meri learning hai jaza kalla khair. jaza kalra shabd hum. aapki learning sunkar mujhe woh hadith hai shayad. woh yaad aa gayi ke Allah ka dar se hi hikmat ka sira jo hai woh Khuda ka dar hai.</w:t>
      </w:r>
    </w:p>
    <w:p>
      <w:pPr>
        <w:jc w:val="right"/>
      </w:pPr>
      <w:r>
        <w:t>क्योंकि मेरा यही अमल जो है क़ामत क़ज़ीन अल्लाह के आगे चाहिल होगा. उसी अमाल के ज़रिए हम जगनत में जा सकेंगे. यही मेरी learning है जज़ा कल्ला खैर. जज़ा कल्रा शब्द हम. आपकी learning सुनकर मुझे वह हदीस है शायद. वह याद आ गई कि अल्लाह का डर से ही हिक्मत का सिरा जो है वह खुदा का डर है.</w:t>
      </w:r>
    </w:p>
    <w:p>
      <w:r>
        <w:rPr>
          <w:b/>
        </w:rPr>
        <w:t xml:space="preserve">[13:40] </w:t>
      </w:r>
      <w:r>
        <w:t>kuch is tarah ke lifaz hain yani saniya saniya kuch aap bhi apni learning share karna chah rahi hain?</w:t>
      </w:r>
    </w:p>
    <w:p>
      <w:pPr>
        <w:jc w:val="right"/>
      </w:pPr>
      <w:r>
        <w:t>कुछ इस तरह के लिफाज़ हैं यानी सानिया सानिया कुछ आप भी अपनी learning share करना चाह रही हैं?</w:t>
      </w:r>
    </w:p>
    <w:p>
      <w:r>
        <w:rPr>
          <w:b/>
        </w:rPr>
        <w:t xml:space="preserve">[13:55] </w:t>
      </w:r>
      <w:r>
        <w:t>bismillahir rahmani rahim.</w:t>
      </w:r>
    </w:p>
    <w:p>
      <w:pPr>
        <w:jc w:val="right"/>
      </w:pPr>
      <w:r>
        <w:t>विश्मिल्लाही रहमाली रहिए.</w:t>
      </w:r>
    </w:p>
    <w:p>
      <w:r>
        <w:rPr>
          <w:b/>
        </w:rPr>
        <w:t xml:space="preserve">[14:11] </w:t>
      </w:r>
      <w:r>
        <w:t>assalam walekum.</w:t>
      </w:r>
    </w:p>
    <w:p>
      <w:pPr>
        <w:jc w:val="right"/>
      </w:pPr>
      <w:r>
        <w:t>अस्सलाम वलेकुल.</w:t>
      </w:r>
    </w:p>
    <w:p>
      <w:r>
        <w:rPr>
          <w:b/>
        </w:rPr>
        <w:t xml:space="preserve">[14:16] </w:t>
      </w:r>
      <w:r>
        <w:t>meri learning yeh hai is varsh se ki suda ki hidayat guidance hasil karne ke liye sabse pehle</w:t>
      </w:r>
    </w:p>
    <w:p>
      <w:pPr>
        <w:jc w:val="right"/>
      </w:pPr>
      <w:r>
        <w:t>मेरी learning यह है इस वर्ष से कि सुदा की हिदायत guidance हासिल करने के लिए सबसे पहले</w:t>
      </w:r>
    </w:p>
    <w:p>
      <w:r>
        <w:rPr>
          <w:b/>
        </w:rPr>
        <w:t xml:space="preserve">[14:21] </w:t>
      </w:r>
      <w:r>
        <w:t>hamein islam ki teaching ko samajhna zaroori hai.</w:t>
      </w:r>
    </w:p>
    <w:p>
      <w:pPr>
        <w:jc w:val="right"/>
      </w:pPr>
      <w:r>
        <w:t>हमें इस्लाम की teaching को समझना ज़रूरी है.</w:t>
      </w:r>
    </w:p>
    <w:p>
      <w:r>
        <w:rPr>
          <w:b/>
        </w:rPr>
        <w:t xml:space="preserve">[14:26] </w:t>
      </w:r>
      <w:r>
        <w:t>allah talah ki hidayat hasil karna zaroori hai.</w:t>
      </w:r>
    </w:p>
    <w:p>
      <w:pPr>
        <w:jc w:val="right"/>
      </w:pPr>
      <w:r>
        <w:t>अल्लाह तालाह की हिदायक हासिल करना ज़रूरी है.</w:t>
      </w:r>
    </w:p>
    <w:p>
      <w:r>
        <w:rPr>
          <w:b/>
        </w:rPr>
        <w:t xml:space="preserve">[14:31] </w:t>
      </w:r>
      <w:r>
        <w:t>yeh insaan ko sahi raaste ki taraf le jaati hai.</w:t>
      </w:r>
    </w:p>
    <w:p>
      <w:pPr>
        <w:jc w:val="right"/>
      </w:pPr>
      <w:r>
        <w:t>यह इंसान को सही रास्ते की तरफ ले जाती है.</w:t>
      </w:r>
    </w:p>
    <w:p>
      <w:r>
        <w:rPr>
          <w:b/>
        </w:rPr>
        <w:t xml:space="preserve">[14:36] </w:t>
      </w:r>
      <w:r>
        <w:t>quran allah ki kitab hai jo hidayat sirf bhara hua hai.</w:t>
      </w:r>
    </w:p>
    <w:p>
      <w:pPr>
        <w:jc w:val="right"/>
      </w:pPr>
      <w:r>
        <w:t>कुरान अल्लाह की किताब है जो हिदायक सिर्फ भरा हुआ है.</w:t>
      </w:r>
    </w:p>
    <w:p>
      <w:r>
        <w:rPr>
          <w:b/>
        </w:rPr>
        <w:t xml:space="preserve">[14:42] </w:t>
      </w:r>
      <w:r>
        <w:t>allakala ne farmaya hai ki hidayat paane wale logon ki hidayat mein izafa hota hai aur unka amal bhi musalsal badhta rehta hai. duniya mein jo log aankdon ko saamne rakhte hue amal karte hain, phir unhein qayamat ke din zaroor milta hai.</w:t>
      </w:r>
    </w:p>
    <w:p>
      <w:pPr>
        <w:jc w:val="right"/>
      </w:pPr>
      <w:r>
        <w:t>अल्लाकाला ने परमाया है कि हिदायक पाने वाले लोगों की हिदायक में इज़ाफ़ा होता है और उनका अमल भी मुसलसल बढ़ता रहता है. दुनिया में जो लोग आंकड़ों को सामने रखते हुए अमल करते हैं, फिर उन्हें प्यामत के दिन ज़रूर मिलता है.</w:t>
      </w:r>
    </w:p>
    <w:p>
      <w:r>
        <w:rPr>
          <w:b/>
        </w:rPr>
        <w:t xml:space="preserve">[15:07] </w:t>
      </w:r>
      <w:r>
        <w:t>kidayaat aur achhe amal ki talash hamari zindagi ka maqsad hai aur is par amal karne se hum kidah ki rehmat aur ajra ke laiq badalte hain. kidayaat aur amli koshish karta log sirf is duniya se nahi hai, balki aakhirat ki duniya se bhi hai. yeh varsh ko padhne ke baad main yeh kamzar. vizakilla saniya.</w:t>
      </w:r>
    </w:p>
    <w:p>
      <w:pPr>
        <w:jc w:val="right"/>
      </w:pPr>
      <w:r>
        <w:t>किदायक और अच्छे अमल की तलाश हमारी ज़िंदगी का मकसद है और इस पर अमल करने से हम किदा की रहमत और अजरा के लायक बदलते हैं. किदायक और अमली कोशिश करता लोग सिर्फ़ इस दुनिया से नहीं है, बल्कि आख़िरत की दुनिया से भी है. यह वर्ष को पढ़ने के बाद मैं यह कमज़ार. विज़ाकिल्ला सानिया.</w:t>
      </w:r>
    </w:p>
    <w:p>
      <w:r>
        <w:rPr>
          <w:b/>
        </w:rPr>
        <w:t xml:space="preserve">[15:34] </w:t>
      </w:r>
      <w:r>
        <w:t>yeh waqai yeh hidayat humein aakhirat ke liye tayyar karti hai aur yeh sabse badi cheez maangne ki allah taala se yahi hai. sahi aapne samjhaya aur yasmeen shayad aap bhi kuch share karna chaah rahe hain apni learning? ek saamne ko.</w:t>
      </w:r>
    </w:p>
    <w:p>
      <w:pPr>
        <w:jc w:val="right"/>
      </w:pPr>
      <w:r>
        <w:t>यह वाकई यह हिदायत हमें आख़िरत के लिए तैयार करती है और यह सबसे बड़ी चीज़ मांगने की अल्लाह ताला से यही है. सही आपने समझाया और यास्मीन शायद आप भी कुछ share करना चाह रहे हैं अपनी learning? एक सामने को.</w:t>
      </w:r>
    </w:p>
    <w:p>
      <w:r>
        <w:rPr>
          <w:b/>
        </w:rPr>
        <w:t xml:space="preserve">[15:57] </w:t>
      </w:r>
      <w:r>
        <w:t>mujhe is verse se teen cheezen samajh aayi hai ki alahil is aayog mein bata rahe hain ki hidayat pakadna, matlab hidayat hum kisi se bhi baat karte hain spirit ke baare mein ke maryapach ke baare mein. toh mostly jaise meri journalist sunne milta hai ki jab allah hidayat de dega toh hum kar lenge.</w:t>
      </w:r>
    </w:p>
    <w:p>
      <w:pPr>
        <w:jc w:val="right"/>
      </w:pPr>
      <w:r>
        <w:t>मुझे इस verse से तीन चीज़ें समझ आई है कि अलाहिल इस आयोग में बता रहे हैं कि हिदायत पकड़ना, मतलब हिदायत हम किसी से भी बात करते हैं spirit के बारे में के मार्यपच के बारे में. तो mostly जैसे मेरी journalist सुनने मिलता है कि जब अल्ला हिदायत दे देगा तो हम कर लेंगे.</w:t>
      </w:r>
    </w:p>
    <w:p>
      <w:r>
        <w:rPr>
          <w:b/>
        </w:rPr>
        <w:t xml:space="preserve">[16:25] </w:t>
      </w:r>
      <w:r>
        <w:t>matlab hamara mindset aisa bana hua hai ki allah hidayat dega, dega toh hoga aur is aayat mein humein yeh bataya ja raha hai ki hidayat ko pakadna padta hai. matlab yeh koi bahar ki cheezen jo aapko leni padti hai, aapko accept karni padti hai. uske liye aapke ghar acceptance aani chahiye. jaise molana ne bhi hamesha yahi bataya haq ke saath, haq ka accept karna, haq ka aitraf karna.</w:t>
      </w:r>
    </w:p>
    <w:p>
      <w:pPr>
        <w:jc w:val="right"/>
      </w:pPr>
      <w:r>
        <w:t>मतलब हमारा mindset ऐसा बना हुआ है कि अल्लाह हिदायत देगा, देगा तो होगा और इस आएत में हमें यह बताया जा रहा है कि हिदायत को पकड़ना पड़ता है. मतलब यह कोई बाहर की चीज़ें जो आपको लेनी पड़ती है, आपको accept करनी पड़ती है. उसके लिए आपके घर acceptance आनी चाहिए. जैसे मोलाना ने भी हमेशा यही बताया हक के साथ, हक का accept करना, हक का ऐतराफ करना.</w:t>
      </w:r>
    </w:p>
    <w:p>
      <w:r>
        <w:rPr>
          <w:b/>
        </w:rPr>
        <w:t xml:space="preserve">[16:49] </w:t>
      </w:r>
      <w:r>
        <w:t>us se doosri cheez yeh samajh aayi ki dayar ka jo sabse bada talullut hai, woh amal se neet. woh hai yakeen aur kaifiyat. ki agar aisa hota toh isayat mein aisa hota hai ki vidayat pakadne walon ke amal mein allahza pakadta hai, nahi kamal mein. lekin wahan aisa bataya ja raha ki yakeen aur kaifiyat maza pakadta hoon. toh guidance ka poora ka poora talu insaan ke yakeen aur uski feelings ke upar.</w:t>
      </w:r>
    </w:p>
    <w:p>
      <w:pPr>
        <w:jc w:val="right"/>
      </w:pPr>
      <w:r>
        <w:t>उससे दूसरी चीज़ यह समझ आई कि दायर का जो सबसे बड़ा ताल्लुट है, वह अमल से नीत. वह है यकीन और कैफियत. कि अगर ऐसा होता तो ईसायत में ऐसा होता है कि विदायत पकड़ने वालों के अमल में अल्लाहज़ा पकड़ता है, नहीं कमल में. लेकिन वहां ऐसा बताया जा रहा कि यकीन और कैफियत मज़ा पकड़ता हूं. तो guidance का पूरा का पूरा ताल्लू इंसान के यकीन और उसकी feelings के ऊपर.</w:t>
      </w:r>
    </w:p>
    <w:p>
      <w:r>
        <w:rPr>
          <w:b/>
        </w:rPr>
        <w:t xml:space="preserve">[17:19] </w:t>
      </w:r>
      <w:r>
        <w:t>usi ki wajah se uski imaan mein aza paayega. jaise thadish hum aksar padhte padhte hain ki imaan, momin ka jo imaan hai woh ghta badhta rehta hai. in the sense uski jo udayat ka jo taluup hai woh ghta badhta rehta hai. woh vidayat ko pakadkar rakhega toh uska imaan mein azaba hota jayega. lekin jaise ki humein is duniya mein freedom di gayi hai, aazadi di gayi hai.</w:t>
      </w:r>
    </w:p>
    <w:p>
      <w:pPr>
        <w:jc w:val="right"/>
      </w:pPr>
      <w:r>
        <w:t>उसी की वजह से उसकी ईमान में अजा पाएगा. जैसे थदीश हम अक्सर पड़ते पड़ते हैं कि इमान, मोमिन का जो ईमान है वह घटता बढ़ता रहता है. In the sense उसकी जो उदायत का जो ताल्लूप है वह घटता बढ़ता रहता है. वह विदायत को पकड़कर रखेगा तो उसका ईमान में अज़ाबा होता जाएगा. लेकिन जैसे कि हमें इस दुनिया में freedom दी गई है, आज़ादी दी गई है.</w:t>
      </w:r>
    </w:p>
    <w:p>
      <w:r>
        <w:rPr>
          <w:b/>
        </w:rPr>
        <w:t xml:space="preserve">[17:46] </w:t>
      </w:r>
      <w:r>
        <w:t>uske hisab se hum kabhi us cheez ko pakadte hain aur kabhi woh cheez hamare se slip, humse</w:t>
      </w:r>
    </w:p>
    <w:p>
      <w:pPr>
        <w:jc w:val="right"/>
      </w:pPr>
      <w:r>
        <w:t>उसके हिसाब से हम कभी उस चीज़ को पकड़ते हैं और कभी वह चीज़ हमारे से slip, हमसे</w:t>
      </w:r>
    </w:p>
    <w:p>
      <w:r>
        <w:rPr>
          <w:b/>
        </w:rPr>
        <w:t xml:space="preserve">[17:52] </w:t>
      </w:r>
      <w:r>
        <w:t>slip ho jaati hai.</w:t>
      </w:r>
    </w:p>
    <w:p>
      <w:pPr>
        <w:jc w:val="right"/>
      </w:pPr>
      <w:r>
        <w:t>slip हो जाती है.</w:t>
      </w:r>
    </w:p>
    <w:p>
      <w:r>
        <w:rPr>
          <w:b/>
        </w:rPr>
        <w:t xml:space="preserve">[17:58] </w:t>
      </w:r>
      <w:r>
        <w:t>hum usko poori tarike se us cheez ka aitraf, bhag ka aitraf nahi kar paate.</w:t>
      </w:r>
    </w:p>
    <w:p>
      <w:pPr>
        <w:jc w:val="right"/>
      </w:pPr>
      <w:r>
        <w:t>हम उसको पूरी तरीके से उस चीज़ का ऐतराफ, भग का ऐतराफ नहीं कर पाते.</w:t>
      </w:r>
    </w:p>
    <w:p>
      <w:r>
        <w:rPr>
          <w:b/>
        </w:rPr>
        <w:t xml:space="preserve">[18:04] </w:t>
      </w:r>
      <w:r>
        <w:t>toh amal ka jo chalu hai woh yahan mujhe samajh aaya ki allah us cheez ke bare mein</w:t>
      </w:r>
    </w:p>
    <w:p>
      <w:pPr>
        <w:jc w:val="right"/>
      </w:pPr>
      <w:r>
        <w:t>तो अमल का जो चालू है वह यहां मुझे समझ आया कि अल्लाह उस चीज़ के बारे में</w:t>
      </w:r>
    </w:p>
    <w:p>
      <w:r>
        <w:rPr>
          <w:b/>
        </w:rPr>
        <w:t xml:space="preserve">[18:10] </w:t>
      </w:r>
      <w:r>
        <w:t>yakeen aur captive ke bare mein baat kar rahe hain.</w:t>
      </w:r>
    </w:p>
    <w:p>
      <w:pPr>
        <w:jc w:val="right"/>
      </w:pPr>
      <w:r>
        <w:t>यकीन और captive के बारे में बात कर रहे हैं.</w:t>
      </w:r>
    </w:p>
    <w:p>
      <w:r>
        <w:rPr>
          <w:b/>
        </w:rPr>
        <w:t xml:space="preserve">[18:16] </w:t>
      </w:r>
      <w:r>
        <w:t>usi se related aage us cheez mein hamein words mein clarity milti hai ki kis tarike se iska</w:t>
      </w:r>
    </w:p>
    <w:p>
      <w:pPr>
        <w:jc w:val="right"/>
      </w:pPr>
      <w:r>
        <w:t>उसी से related आगे उस चीज़ में हमें words में clarity मिलती है कि किस तरीके से इसका</w:t>
      </w:r>
    </w:p>
    <w:p>
      <w:r>
        <w:rPr>
          <w:b/>
        </w:rPr>
        <w:t xml:space="preserve">[18:22] </w:t>
      </w:r>
      <w:r>
        <w:t>taalluq nahi hai toh yakeen se hai.</w:t>
      </w:r>
    </w:p>
    <w:p>
      <w:pPr>
        <w:jc w:val="right"/>
      </w:pPr>
      <w:r>
        <w:t>ताल्लुक नहीं है तो यकीन से है.</w:t>
      </w:r>
    </w:p>
    <w:p>
      <w:r>
        <w:rPr>
          <w:b/>
        </w:rPr>
        <w:t xml:space="preserve">[18:29] </w:t>
      </w:r>
      <w:r>
        <w:t>toh amal ke baare mein toh amal ke base par humko jannat nahi alag hai ki rehmmad ke base par milne wali hai. yeh abhi tak main aisi tarike se sunti bhi aayi hoon aur anjaan ke akhbaar se bhi hum dekhenge. jaise aaprat ke akhbaar se bhi dekhenge, toh mujhe ek woh hadees bahut zyada mujhe mere mind ko woh trigger karti thi ki aapke saare amal ka jo baare mazaar hai woh niyat par hai.</w:t>
      </w:r>
    </w:p>
    <w:p>
      <w:pPr>
        <w:jc w:val="right"/>
      </w:pPr>
      <w:r>
        <w:t>तो अमल के बारे में तो अमल के base पर हमको जन्नत नहीं अलग है कि रहम्मद के base पर मिलने वाली है. यह अभी तक मैं ऐसी तरीके से सुनती भी आई हूं और अंजान के अख़बार से भी हम देखेंगे. जैसे आपरत के अख़बार से भी देखेंगे, तो मुझे एक वह हदीज़ बहुत ज़्यादा मुझे मेरे mind को वह trigger करती थी कि आपके सारे अमल का जो बारे मज़ार है वह नियत पर है.</w:t>
      </w:r>
    </w:p>
    <w:p>
      <w:r>
        <w:rPr>
          <w:b/>
        </w:rPr>
        <w:t xml:space="preserve">[18:57] </w:t>
      </w:r>
      <w:r>
        <w:t>ek zaayat ka jo bhi taluq hai, woh aapke yakeen aur niyat mein azaba hoga. allah jis cheez mein azaba karega, woh aapki yakeen aur niyat mein azaba karega, usmein azaba karne se aapke amaal badhte jayenge. isliye mujhe ek molana ki bahut zyada jo molana hamesha ruk ke upar emphasis karte hain ki aapko rituals aur conditioning se hatnaen.</w:t>
      </w:r>
    </w:p>
    <w:p>
      <w:pPr>
        <w:jc w:val="right"/>
      </w:pPr>
      <w:r>
        <w:t>एक जायत का जो भी तालुक है, वह आपके यकीन और नियत में अजाबा होगा. अल्लाह जिस चीज़ में अजाबा करेगा, वह आपकी यकीन और नियत में अजाबा करेगा, उसमें अजाबा करने से आपके अमाल बढ़ते जाएंगे. इसलिए मुझे एक मौलाना की बहुत ज़्यादा जो मौलाना हमेशा रुक के ऊपर emphasis करते हैं कि आपको rituals और conditioning से हटनाएं.</w:t>
      </w:r>
    </w:p>
    <w:p>
      <w:r>
        <w:rPr>
          <w:b/>
        </w:rPr>
        <w:t xml:space="preserve">[19:24] </w:t>
      </w:r>
      <w:r>
        <w:t>woh isayat mein bahut zyada clamfy ho jata hai ki insaan ko allah ritual ke basis ke upar janti nahi daalega aur insaan ko ritual ke basis ke upar hidayat nahi milna padega. usko hidayat sirf mila leti hai kaise hote hain? main sun rahi thi aapki baat.</w:t>
      </w:r>
    </w:p>
    <w:p>
      <w:pPr>
        <w:jc w:val="right"/>
      </w:pPr>
      <w:r>
        <w:t>वह ईसायत में बहुत ज़्यादा clamfy हो जाता है कि इंसान को अल्लाह ritual के basis के ऊपर जनती नहीं डालेगा और इंसान को ritual के basis के ऊपर हिदायत नहीं मिलना पड़ेगा. उसको हिदायत सिर्फ़ मिला लेती है कैसे होते हैं? मैं sun रही थी आपकी बात.</w:t>
      </w:r>
    </w:p>
    <w:p>
      <w:r>
        <w:rPr>
          <w:b/>
        </w:rPr>
        <w:t xml:space="preserve">[19:45] </w:t>
      </w:r>
      <w:r>
        <w:t>yasmeen aapne jo baat kahi ki hidayat ka taluq insaan ki kaifiyat se hai aur uske result mein uske amal apne aap nek honge. yeh baat mujhe samajh aayi aur saath mein mujhe yeh bhi samajh aaya main aa raha hai aapki baat se ki hidayat jab humein milti hai, hidayat toh shayad har insaan tak allah taala pahunchata hai.</w:t>
      </w:r>
    </w:p>
    <w:p>
      <w:pPr>
        <w:jc w:val="right"/>
      </w:pPr>
      <w:r>
        <w:t>यास्मीन आपने जो बात कही कि हिदायत का ताल्लुक इंसान की कैफियत से है और उसके result में उसके अमल अपने आप नेक होंगे. यह बात मुझे समझ आई और साथ में मुझे यह भी समझ आया मैं आ रहा है आपकी बात से कि हिदायत जब हमें मिलती है, हिदायत तो शायद हर इंसान तक अल्लाह ताला पहुंचाता है.</w:t>
      </w:r>
    </w:p>
    <w:p>
      <w:r>
        <w:rPr>
          <w:b/>
        </w:rPr>
        <w:t xml:space="preserve">[20:10] </w:t>
      </w:r>
      <w:r>
        <w:t>yeh maine quran se aur mutale se samjhaye ki allah ne apna zimme rakha hai ki har insaan ko guidance pahunche.</w:t>
      </w:r>
    </w:p>
    <w:p>
      <w:pPr>
        <w:jc w:val="right"/>
      </w:pPr>
      <w:r>
        <w:t>यह मैंने कुरान से और मुताले से समझाए कि अल्लाह ने अपना ज़िम्मे रखा है कि हर इंसान को guidance पहुंचे.</w:t>
      </w:r>
    </w:p>
    <w:p>
      <w:r>
        <w:rPr>
          <w:b/>
        </w:rPr>
        <w:t xml:space="preserve">[20:17] </w:t>
      </w:r>
      <w:r>
        <w:t>uske baad woh us insaan ke upar hai ki woh toh phir koi taaqat hamein us cheez se</w:t>
      </w:r>
    </w:p>
    <w:p>
      <w:pPr>
        <w:jc w:val="right"/>
      </w:pPr>
      <w:r>
        <w:t>उसके बाद वह उस इंसान के ऊपर है कि वह तो फिर कोई ताकत हमें उस चीज़ से</w:t>
      </w:r>
    </w:p>
    <w:p>
      <w:r>
        <w:rPr>
          <w:b/>
        </w:rPr>
        <w:t xml:space="preserve">[20:35] </w:t>
      </w:r>
      <w:r>
        <w:t>hata nahi sakti.</w:t>
      </w:r>
    </w:p>
    <w:p>
      <w:pPr>
        <w:jc w:val="right"/>
      </w:pPr>
      <w:r>
        <w:t>हटा नहीं सकती.</w:t>
      </w:r>
    </w:p>
    <w:p>
      <w:r>
        <w:rPr>
          <w:b/>
        </w:rPr>
        <w:t xml:space="preserve">[20:54] </w:t>
      </w:r>
      <w:r>
        <w:t>humare dil mein woh jam jaati hai baat ki hum khuda par aisa yakeen karne lagte hain jaise ki humne use apni aankhon se hi dekha ho. us level tak hum tabhi pahunch paate hain jab hum apne hidayat ko badhate chale jaayen. mujhe yeh baat bhi clear hui hai aapki baat se, bahut shukriya. princess, aap kuch kehna chahengi shayad par apni koi baat batana chahen?</w:t>
      </w:r>
    </w:p>
    <w:p>
      <w:pPr>
        <w:jc w:val="right"/>
      </w:pPr>
      <w:r>
        <w:t>हमारे दिल में वह जम जाती है बात कि हम ख़ुदा पर ऐसा यकीन करने लगते हैं जैसे कि हमने उसे अपनी आंखों से ही देखा हो. उस level तक हम तभी पहुंच पाते हैं जब हम अपने हिदायत को बढ़ाते चले जाएं. मुझे यह बात भी clear हुई है आपकी बात से, बहुत शुक्रिया. Princess, आप कुछ कहना चाहेंगी शायद पर अपनी कोई बात बताना चाहें?</w:t>
      </w:r>
    </w:p>
    <w:p>
      <w:r>
        <w:rPr>
          <w:b/>
        </w:rPr>
        <w:t xml:space="preserve">[21:15] </w:t>
      </w:r>
      <w:r>
        <w:t>haan, mujhe is surat se ek behtareen cheez hamein aayi ki hidayat yaad hona yaani ki hamare andar</w:t>
      </w:r>
    </w:p>
    <w:p>
      <w:pPr>
        <w:jc w:val="right"/>
      </w:pPr>
      <w:r>
        <w:t>हां, मुझे इस सूरत से एक बेहतरीन चीज़ हमें आई कि हिदायत याद होना यानी कि हमारे अंदर</w:t>
      </w:r>
    </w:p>
    <w:p>
      <w:r>
        <w:rPr>
          <w:b/>
        </w:rPr>
        <w:t xml:space="preserve">[21:31] </w:t>
      </w:r>
      <w:r>
        <w:t>humko yeh kadam toh pehla khud hi uthana hai.</w:t>
      </w:r>
    </w:p>
    <w:p>
      <w:pPr>
        <w:jc w:val="right"/>
      </w:pPr>
      <w:r>
        <w:t>हमको यह कदम तो पहला खुद ही उठाना है.</w:t>
      </w:r>
    </w:p>
    <w:p>
      <w:r>
        <w:rPr>
          <w:b/>
        </w:rPr>
        <w:t xml:space="preserve">[21:47] </w:t>
      </w:r>
      <w:r>
        <w:t>humari har cheez mein allah hai. agar hum gaur karte hain toh un sab cheezon ko paakar hidayat yaavta hona yani ki is is surat nahi hai ki aapko pehla kadam khud uthana hai hidayat ke liye, phir allah izafa karega. jaise khadij ka mafhoom bhi hai na ki banda ek kadam badhata hai allah das kadam badhate hain. hum chalkar jaate hain allah daudkar aata hai.</w:t>
      </w:r>
    </w:p>
    <w:p>
      <w:pPr>
        <w:jc w:val="right"/>
      </w:pPr>
      <w:r>
        <w:t>हमारी हर चीज़ में अल्लाह है. अगर हम गौर करते हैं तो उन सब चीज़ों को पाकर हिदायत यावता होना यानी कि इस इस सूरत नहीं है कि आपको पहला कदम खुद उठाना है हिदायत के लिए, फिर अल्लाह इज़ाफ़ा करेगा. जैसे खदीज का मफूम भी है ना कि बंदा एक कदम बढ़ाता है अल्लाह दस कदम बढ़ाते हैं. हम चलकर जाते हैं अल्लाह दौड़कर आता है.</w:t>
      </w:r>
    </w:p>
    <w:p>
      <w:r>
        <w:rPr>
          <w:b/>
        </w:rPr>
        <w:t xml:space="preserve">[22:08] </w:t>
      </w:r>
      <w:r>
        <w:t>is surat, woh hadees ko main is surat se jod rahi hoon ki humari direction phir hidayab jaise yeh abhi yasmin bahut achha hai inhone bola ki humari soch badal aapki aapki jo soch hoti hai na woh bilkul change ho jaati hai. aapki aapko har baat mein, har cheez mein allah taala ka clue milta chal raha hai. jaise hum puzzles khelte hain na, humari zindagi puzzles ki maang dete hain. hum bahut aasan nahi hai yeh life, bahut mushkil hai.</w:t>
      </w:r>
    </w:p>
    <w:p>
      <w:pPr>
        <w:jc w:val="right"/>
      </w:pPr>
      <w:r>
        <w:t>इस सूरत, वह हदीज को मैं इस सूरत से जोड़ रही हूं कि हमारी direction फिर हिदायब जैसे यह अभी यास्मिन बहुत अच्छा है इन्होंने बोला कि हमारी सोच बदल आपकी आपकी जो सोच होती है ना वह बिल्कुल change हो जाती है. आपकी आपको हर बात में, हर चीज़ में अल्लाह ताला का clue मिलता चल रहा है. जैसे हम puzzles खेलते हैं ना, हमारी ज़िंदगी puzzles की मांग देते हैं. हम बहुत आसान नहीं है यह life, बहुत मुश्किल है.</w:t>
      </w:r>
    </w:p>
    <w:p>
      <w:r>
        <w:rPr>
          <w:b/>
        </w:rPr>
        <w:t xml:space="preserve">[22:38] </w:t>
      </w:r>
      <w:r>
        <w:t>magar hum tamam mushkil aate humein aasaniyan nazar aana shuru ho jaati hain kyunki humara goal zindagi nahi hoti hai ki humein hum isi isi yahi rehna hai. humko sab kuch yahi milna hai. humko saare result, ek darakht ki maanan. mohme ne ek darakht ki zinda darakht ki maanan hota hai.</w:t>
      </w:r>
    </w:p>
    <w:p>
      <w:pPr>
        <w:jc w:val="right"/>
      </w:pPr>
      <w:r>
        <w:t>मगर हम तमाम मुश्किल आते हमें आसानियां नज़र आना शुरू हो जाती हैं क्योंकि हमारा goal ज़िंदगी नहीं होती है कि हमें हम इसी इसी यही रहना है. हमको सब कुछ यही मिलना है. हमको सारे result, एक दरख्त की मानन. मोहमे ने एक दरख्त की ज़िंदा दरख्त की मानन होता है.</w:t>
      </w:r>
    </w:p>
    <w:p>
      <w:r>
        <w:rPr>
          <w:b/>
        </w:rPr>
        <w:t xml:space="preserve">[23:07] </w:t>
      </w:r>
      <w:r>
        <w:t>yeh uska imaan usko chahe woh takleefein aati hain, gham aate hain, dukh aate hain, khushi aate hain</w:t>
      </w:r>
    </w:p>
    <w:p>
      <w:pPr>
        <w:jc w:val="right"/>
      </w:pPr>
      <w:r>
        <w:t>यह उसका ईमान उसको चाहे वह तकलीफें आती हैं, गम आते हैं, दुख आते हैं, खुशी आते हैं</w:t>
      </w:r>
    </w:p>
    <w:p>
      <w:r>
        <w:rPr>
          <w:b/>
        </w:rPr>
        <w:t xml:space="preserve">[23:23] </w:t>
      </w:r>
      <w:r>
        <w:t>uska uska mehr, uska uska target mujhe un tak mila diya, mujhe allataala ne aap logon se mila</w:t>
      </w:r>
    </w:p>
    <w:p>
      <w:pPr>
        <w:jc w:val="right"/>
      </w:pPr>
      <w:r>
        <w:t>उसका उसका मेहर, उसका उसका target मुझे उन तक मिला दिया, मुझे अल्लाताला ने आप लोगों से मिला</w:t>
      </w:r>
    </w:p>
    <w:p>
      <w:r>
        <w:rPr>
          <w:b/>
        </w:rPr>
        <w:t xml:space="preserve">[23:39] </w:t>
      </w:r>
      <w:r>
        <w:t>diya ki aap log toh barahiraaz unse taali maasil kiye main, unke saath faizyaab hue hue.</w:t>
      </w:r>
    </w:p>
    <w:p>
      <w:pPr>
        <w:jc w:val="right"/>
      </w:pPr>
      <w:r>
        <w:t>दिया कि आप लोग तो बराहिराज़ उनसे ताली मासिल किए मैं, उनके साथ फैजियाब हुए हुए.</w:t>
      </w:r>
    </w:p>
    <w:p>
      <w:r>
        <w:rPr>
          <w:b/>
        </w:rPr>
        <w:t xml:space="preserve">[23:55] </w:t>
      </w:r>
      <w:r>
        <w:t>is, toh hum yeh soch matlab yeh hai ki hamari matlab maine yahi samjha hai.</w:t>
      </w:r>
    </w:p>
    <w:p>
      <w:pPr>
        <w:jc w:val="right"/>
      </w:pPr>
      <w:r>
        <w:t>इस, तो हम यह सोच मतलब यह है कि हमारी मतलब मैंने यही समझा है.</w:t>
      </w:r>
    </w:p>
    <w:p>
      <w:r>
        <w:rPr>
          <w:b/>
        </w:rPr>
        <w:t xml:space="preserve">[24:03] </w:t>
      </w:r>
      <w:r>
        <w:t>bahut achhi baat pi rahi apne princess aur sabse pehle jab maine yahi verse padhi thi toh mujhe</w:t>
      </w:r>
    </w:p>
    <w:p>
      <w:pPr>
        <w:jc w:val="right"/>
      </w:pPr>
      <w:r>
        <w:t>बहुत अच्छी बात पी रही अपने princess और सबसे पहले जब मैंने यही verse पढ़ी थी तो मुझे</w:t>
      </w:r>
    </w:p>
    <w:p>
      <w:r>
        <w:rPr>
          <w:b/>
        </w:rPr>
        <w:t xml:space="preserve">[24:12] </w:t>
      </w:r>
      <w:r>
        <w:t>bhi yahi hadith sabse pehle yaad aayi thi kaila taala ki taraf jab hum ek kadam badhaaye toh</w:t>
      </w:r>
    </w:p>
    <w:p>
      <w:pPr>
        <w:jc w:val="right"/>
      </w:pPr>
      <w:r>
        <w:t>भी यही हदीश सबसे पहले याद आई थी कैला ताला की तरफ जब हम एक कदम बढ़ाएं तो</w:t>
      </w:r>
    </w:p>
    <w:p>
      <w:r>
        <w:rPr>
          <w:b/>
        </w:rPr>
        <w:t xml:space="preserve">[24:21] </w:t>
      </w:r>
      <w:r>
        <w:t>woh das kadam badha aata hai.</w:t>
      </w:r>
    </w:p>
    <w:p>
      <w:pPr>
        <w:jc w:val="right"/>
      </w:pPr>
      <w:r>
        <w:t>वह दस कदम बढ़ा आता है.</w:t>
      </w:r>
    </w:p>
    <w:p>
      <w:r>
        <w:rPr>
          <w:b/>
        </w:rPr>
        <w:t xml:space="preserve">[24:29] </w:t>
      </w:r>
      <w:r>
        <w:t>yeh baat aapne bahut hi achhi batai aur yeh bhi point aapne jo rakhi ki har taraf khuda</w:t>
      </w:r>
    </w:p>
    <w:p>
      <w:pPr>
        <w:jc w:val="right"/>
      </w:pPr>
      <w:r>
        <w:t>यह बात आपने बहुत ही अच्छी बताई और यह भी point आपने जो रखी कि हर तरफ़ ख़ुदा</w:t>
      </w:r>
    </w:p>
    <w:p>
      <w:r>
        <w:rPr>
          <w:b/>
        </w:rPr>
        <w:t xml:space="preserve">[24:38] </w:t>
      </w:r>
      <w:r>
        <w:t>ki nishaniyan maujood hain, khud hamare andar bhi ki hum har taraf se guidance le sakte hain.</w:t>
      </w:r>
    </w:p>
    <w:p>
      <w:pPr>
        <w:jc w:val="right"/>
      </w:pPr>
      <w:r>
        <w:t>की निशानियां मौजूद हैं, ख़ुद हमारे अंदर भी कि हम हर तरफ़ से guidance ले सकते हैं.</w:t>
      </w:r>
    </w:p>
    <w:p>
      <w:r>
        <w:rPr>
          <w:b/>
        </w:rPr>
        <w:t xml:space="preserve">[24:47] </w:t>
      </w:r>
      <w:r>
        <w:t>pehli koshish hamari khud ki honi chahiye.</w:t>
      </w:r>
    </w:p>
    <w:p>
      <w:pPr>
        <w:jc w:val="right"/>
      </w:pPr>
      <w:r>
        <w:t>पहली कोशिश हमारी ख़ुद की होनी चाहिए.</w:t>
      </w:r>
    </w:p>
    <w:p>
      <w:r>
        <w:rPr>
          <w:b/>
        </w:rPr>
        <w:t xml:space="preserve">[24:56] </w:t>
      </w:r>
      <w:r>
        <w:t>aap aap bhi kuch kehna chaah rahi hain? yeh bahut hi achha waqai mein yasveen ne aur princess khan ne jo bataya na yeh waqai bahut hi badi cheez thi ki har taraf guidance hai humari zaat, har poori karanaash. unmute na. humein bata raha hai dayit lene ke liye. humein zaroorat hai ki hum kis tarah se ab starf jaayen. toh baaki mein aakhri baat thi jo in logon ne bataya. bas aap kar lo.</w:t>
      </w:r>
    </w:p>
    <w:p>
      <w:pPr>
        <w:jc w:val="right"/>
      </w:pPr>
      <w:r>
        <w:t>आप आप भी कुछ कहना चाह रही हैं? यह बहुत ही अच्छा वाकई में यासवीन ने और princess खान ने जो बताया ना यह वाकई बहुत ही बड़ी चीज़ थी कि हर तरफ़ guidance है हमारी जात, हर पूरी कारणाश. Unmute ना. हमें बता रहा है दायित लेने के लिए. हमें ज़रूरत है कि हम किस तरह से अब स्तरफ़ जाएं. तो बाकी में आख़िरी बात थी जो इन लोगों ने बताया. बस आप कर लो.</w:t>
      </w:r>
    </w:p>
    <w:p>
      <w:r>
        <w:rPr>
          <w:b/>
        </w:rPr>
        <w:t xml:space="preserve">[25:25] </w:t>
      </w:r>
      <w:r>
        <w:t>pehle safiya khanam se request karungi woh aakar apni learning share karein. astam alaikum. alaikum. meri lalin yeh hai ki allah hidayat pakadne walon ki hidayat mein izafa karta hai. toh woh kaun log hote hain jo log actively speak karte hain, hidayat ko paana chahte hain?</w:t>
      </w:r>
    </w:p>
    <w:p>
      <w:pPr>
        <w:jc w:val="right"/>
      </w:pPr>
      <w:r>
        <w:t>पहले सफ़िया खानम से request करूंगी वह आकर अपनी learning share करें. अस्ताम अलीक़ूम. अलीक़ूम. मेरी ललिन यह है कि अल्लाह हिदायत पकड़ने वालों की हिदायत में इज़ाफ़ा करता है. तो वह कौन लोग होते हैं जो लोग actively speak करते हैं, हिदायत को पाना चाहते हैं?</w:t>
      </w:r>
    </w:p>
    <w:p>
      <w:r>
        <w:rPr>
          <w:b/>
        </w:rPr>
        <w:t xml:space="preserve">[25:49] </w:t>
      </w:r>
      <w:r>
        <w:t>jo iske baare mein serious hote hain, unko hidayat milti hai aur yeh allah taalaah ka ek gift hota hai. insaan yeh allah ki taraf se un logon ko milti hai jo open minded hote hain. jo truth ko paane ke liye ekdam sincere hote hain. kyunki humara jo existence hai woh itna complex hai. toh allah ke guidance ke bina hum apni zindagi mein usko samajh nahi sakte hain.</w:t>
      </w:r>
    </w:p>
    <w:p>
      <w:pPr>
        <w:jc w:val="right"/>
      </w:pPr>
      <w:r>
        <w:t>जो इसके बारे में serious होते हैं, उनको हिदायत मिलती है और यह अल्लाह तालाह का एक gift होता है. इंसान यह अल्लाह की तरफ से उन लोगों को मिलती है जो open minded होते हैं. जो truth को पाने के लिए एकदम sincere होते हैं. क्योंकि हमारा जो existence है वह इतना complex है. तो अल्लाह के guidance के बिना हम अपनी ज़िंदगी में उसको समझ नहीं सकते हैं.</w:t>
      </w:r>
    </w:p>
    <w:p>
      <w:r>
        <w:rPr>
          <w:b/>
        </w:rPr>
        <w:t xml:space="preserve">[26:19] </w:t>
      </w:r>
      <w:r>
        <w:t>khuda ke guidance ke bina hum jo creation plan of god hai woh bhi nahin jaan sakte. toh allah ka jo guidance hai woh poore insaan ke liye kam paas ki hasiyat se kaam karta hai. shayad safiya ka network mein kuch problem hai maimoona tab tak aap bataein, nai learning share karein. chala mulikkum. meri awaaz aa rahi hai. ji ji, bahut achhi aa rahi hai.</w:t>
      </w:r>
    </w:p>
    <w:p>
      <w:pPr>
        <w:jc w:val="right"/>
      </w:pPr>
      <w:r>
        <w:t>खुदा के guidance के बिना हम जो creation plan of god है वह भी नहीं जान सकते. तो अल्लाह का जो guidance है वह पूरे इंसान के लिए कम पास की हैसियत से काम करता है. शायद सफ़िया का network में कुछ problem है मैमूना तब तक आप बताएं, नई learning share करें. चला मुलिकम. मेरी आवाज़ आ रही है. जी जी, बहुत अच्छी आ रही है.</w:t>
      </w:r>
    </w:p>
    <w:p>
      <w:r>
        <w:rPr>
          <w:b/>
        </w:rPr>
        <w:t xml:space="preserve">[26:43] </w:t>
      </w:r>
      <w:r>
        <w:t>is aayat ko lekar meri yeh samajh mein aaya ki yeh dayit yaavta insaan ki soch jo hoti hai woh bilkul right direction mein hoti hai. uski thinking right thinking hoti hai woh. woh kisi bhi gair jaanidaara na ravaiya nahin karta balki kisi bhi situation ko woh as it is leta hai.</w:t>
      </w:r>
    </w:p>
    <w:p>
      <w:pPr>
        <w:jc w:val="right"/>
      </w:pPr>
      <w:r>
        <w:t>इस आयत को लेकर मेरी यह समझ में आया कि यह दायित यावता इंसान की सोच जो होती है वह बिल्कुल right direction में होती है. उसकी thinking right thinking होती है वह. वह किसी भी गैर जानीदारा ना रवैया नहीं करता बल्कि किसी भी situation को वह as it is लेता है.</w:t>
      </w:r>
    </w:p>
    <w:p>
      <w:r>
        <w:rPr>
          <w:b/>
        </w:rPr>
        <w:t xml:space="preserve">[27:10] </w:t>
      </w:r>
      <w:r>
        <w:t>hidayat yeh aapka insaan ki ek sabse badi khoobi yeh hoti hai ki woh jo bhi situation aata hai us situation mein woh hamesha positivity ko banaye rakhta hai. woh hamesha apni rohaniyat mein izafa karta hai. wajah iske ki woh apne hisab ki baat le le, woh doosron ki baat ko radd kar de.</w:t>
      </w:r>
    </w:p>
    <w:p>
      <w:pPr>
        <w:jc w:val="right"/>
      </w:pPr>
      <w:r>
        <w:t>हैदायत यह आपका इंसान की एक सबसे बड़ी खूबी यह होती है कि वह जो भी situation आता है उस situation में वह हमेशा positivity को बनाए रखता है. वह हमेशा अपनी रोहानियत में इज़ाफ़ा करता है. वजह इसके कि वह अपने हिसाब की बात ले ले, वह दूसरों की बात को रद्द कर दे.</w:t>
      </w:r>
    </w:p>
    <w:p>
      <w:r>
        <w:rPr>
          <w:b/>
        </w:rPr>
        <w:t xml:space="preserve">[27:34] </w:t>
      </w:r>
      <w:r>
        <w:t>aisa nahin balki woh scientific way of thinking iske andar hoti hai aur jaise ki main ek dafa quran ke mutale ke dauran ek aayat mere saamne aayi thi. woh aayat hai surya pata ki surya number, aayat number chaar jismein bataya gaya ki imaan mein imaan ka izafa hona.</w:t>
      </w:r>
    </w:p>
    <w:p>
      <w:pPr>
        <w:jc w:val="right"/>
      </w:pPr>
      <w:r>
        <w:t>ऐसा नहीं बल्कि वह scientific way of thinking इसके अंदर होती है और जैसे कि मैं एक दफा क़ुरान के मुताले के दौरान एक आयत मेरे सामने आई थी. वह आयत है सूर्य पता की सूर्य number, आयत number चार जिसमें बताया गया कि ईमान में ईमान का इज़ाफ़ा होना.</w:t>
      </w:r>
    </w:p>
    <w:p>
      <w:r>
        <w:rPr>
          <w:b/>
        </w:rPr>
        <w:t xml:space="preserve">[27:58] </w:t>
      </w:r>
      <w:r>
        <w:t>toh imaan ka imaan mein izafa hona yahi hai jo main is aayat ko relate kar rahi hoon. woh yeh hai ki hidayat yaavta insaan ki woh bhi yeh hai ki woh konsi bhi situation mein positivity ko banaye rakhta hai woh har har situation mein woh ek rabbani item leta hai aur usi rabbani item mein uski ek kaifiyat uska jo aqeeda hota hai yakeen iska imaan mein izafa hote rehta hai.</w:t>
      </w:r>
    </w:p>
    <w:p>
      <w:pPr>
        <w:jc w:val="right"/>
      </w:pPr>
      <w:r>
        <w:t>तो ईमान का ईमान में इज़ाफा होना यही है जो मैं इस आयात को relate कर रही हूं. वह यह है कि हिदायत यावता इंसान की वह भी यह है कि वह कौन सी भी situation में positivity को बनाए रखता है वह हर हर situation में वह एक रब्बानी item लेता है और उसी रब्बानी item में उसकी एक कैफियत उसका जो अखीदा होता है यकीन इसका ईमान में इज़ाफा होते रहता है.</w:t>
      </w:r>
    </w:p>
    <w:p>
      <w:r>
        <w:rPr>
          <w:b/>
        </w:rPr>
        <w:t xml:space="preserve">[28:24] </w:t>
      </w:r>
      <w:r>
        <w:t>isliye main yeh relate kar pa rahi hoon ki imaan ka imaan mein izafa hona yahi hota hai. jaise ki ek patthar jaise malana nisaal dete hain kya? patthar ko jab hum bolte hain toh woh matlab jaamid hota hai woh kisi shakal waqtiyar nahin karta balki beach ko jab hum bolte hain toh woh ek darakht ki shakal waqtiyar karta hai.</w:t>
      </w:r>
    </w:p>
    <w:p>
      <w:pPr>
        <w:jc w:val="right"/>
      </w:pPr>
      <w:r>
        <w:t>इसलिए मैं यह relate कर पा रही हूं कि ईमान का ईमान में इज़ाफा होना यही होता है. जैसे कि एक पत्थर जैसे मालाना निसाल देते हैं क्या? पत्थर को जब हम बोलते हैं तो वह मतलब जामिद होता है वह किसी शक्ल वक़्तियार नहीं करता बल्कि beach को जब हम बोलते हैं तो वह एक दरख्त की शक्ल वक़्तियार करता है.</w:t>
      </w:r>
    </w:p>
    <w:p>
      <w:r>
        <w:rPr>
          <w:b/>
        </w:rPr>
        <w:t xml:space="preserve">[28:47] </w:t>
      </w:r>
      <w:r>
        <w:t>toh isi tarah ek momin ki situation ya phir momin ka jo imaan hota hai imaan ka imaan mein izafa hona ya phir hidayat ya phir insaan ki jo tareefekar ho yeh hota hai ki woh ismein badhotri hoti hai maziid aur aakhirkar iska jo result hota hai woh imaan ka ki woh khuda ke rang mein rang jata hai. jaise ki aayat number surya baqra ki aayat number 01:38 mein bataya gaya. toh main yeh samajh paayi hoon.</w:t>
      </w:r>
    </w:p>
    <w:p>
      <w:pPr>
        <w:jc w:val="right"/>
      </w:pPr>
      <w:r>
        <w:t>तो इसी तरह एक मौमीन की situation या फिर मौमीन का जो ईमान होता है ईमान का ईमान में इज़ाफा होना या फिर हिदायत या फिर इंसान की जो तरीफ़ेकार हो यह होता है कि वह इसमें बढ़ोतरी होती है मज़ीद और आखिरकार इसका जो result होता है वह ईमान का कि वह खुदा के रंग में रंग जाता है. जैसे कि आयत number सूर्य बखरा की आयत number 01:38 में बताया गया. तो मैं यह समझ पाई हूं.</w:t>
      </w:r>
    </w:p>
    <w:p>
      <w:r>
        <w:rPr>
          <w:b/>
        </w:rPr>
        <w:t xml:space="preserve">[29:17] </w:t>
      </w:r>
      <w:r>
        <w:t>agar aap kuch ghalti ho toh please rectify kariye ghazaqal. ghazaqal, laam hai munaaf. theek bata rahi hain aap ki hidayat mein izafa hona hi, imaan mein izafa hona hai aur imaan mein izafat wahi hai jis tarah se ek koi zinda darakht ho, jaise ek beach ko dala jaye aur usse zinda darakht ek nikalta hai aur aage badhta hai. ek patthar kabhi bhi badh nahin sakta, usmein koi izafa nahin ho sakta.</w:t>
      </w:r>
    </w:p>
    <w:p>
      <w:pPr>
        <w:jc w:val="right"/>
      </w:pPr>
      <w:r>
        <w:t>अगर आप कुछ ग़लती हो तो please rectify करिए ग़ज़ाक़ल. ग़ज़ाक़ल, लाम है मुनाफ़. ठीक बता रही हैं आप कि हिदायत में इज़ाफ़ा होना ही, ईमान में इज़ाफ़ा होना है और ईमान में इज़ाफ़त वही है जिस तरह से एक कोई ज़िंदा दरख़्त हो, जैसे एक beach को डाला जाए और उससे ज़िंदा दरख़्त एक निकलता है और आगे बढ़ता है. एक पत्थर कभी भी बढ़ नहीं सकता, उसमें कोई इज़ाफ़ा नहीं हो सकता.</w:t>
      </w:r>
    </w:p>
    <w:p>
      <w:r>
        <w:rPr>
          <w:b/>
        </w:rPr>
        <w:t xml:space="preserve">[29:45] </w:t>
      </w:r>
      <w:r>
        <w:t>toh main main bhi aur koi agar ismein koi apna share karna chahega toh haan ayesha kuch kehna chah rahi hain. ayesha? zara karna hai aapka.</w:t>
      </w:r>
    </w:p>
    <w:p>
      <w:pPr>
        <w:jc w:val="right"/>
      </w:pPr>
      <w:r>
        <w:t>तो मैं मैं भी और कोई अगर इसमें कोई अपना share करना चाहेगा तो हां आयशा कुछ कहना चाह रही हैं. आयशा? ज़रा करना है आपका.</w:t>
      </w:r>
    </w:p>
    <w:p>
      <w:r>
        <w:rPr>
          <w:b/>
        </w:rPr>
        <w:t xml:space="preserve">[29:58] </w:t>
      </w:r>
      <w:r>
        <w:t>aapki sari baaton ke baad maine yeh is baat ko realize kiya ki khud meri zindagi ek example hai jahan tak maine samajh paayi is aayat ke lekar ki jab allah taala seedhe raaste par jo log aate usko hidayat mein izaar denge. beshak. toh meri zindagi mere liye ek example hai isi aayat ke lekar.</w:t>
      </w:r>
    </w:p>
    <w:p>
      <w:pPr>
        <w:jc w:val="right"/>
      </w:pPr>
      <w:r>
        <w:t>आपकी सारी बातों के बाद मैंने यह इस बात को realize किया कि ख़ुद मेरी ज़िंदगी एक example है जहां तक मैंने समझ पाई इस आयत के लेकर कि जब अल्लाह ताला सीधे रास्ते पर जो लोग आते उसको हिदायत में इज़ार देंगे. बेशक. तो मेरी ज़िंदगी मेरे लिए एक example है इसी आयत के लेकर.</w:t>
      </w:r>
    </w:p>
    <w:p>
      <w:r>
        <w:rPr>
          <w:b/>
        </w:rPr>
        <w:t xml:space="preserve">[30:28] </w:t>
      </w:r>
      <w:r>
        <w:t>jab chand saal pehle jab mere saamne do raakh hain, ek kuda hai aur ek duniya hai. jab tak maine jis mahaul se aayi hoon, usko chhodkar bas kuda teri discovery ho gaya hai.</w:t>
      </w:r>
    </w:p>
    <w:p>
      <w:pPr>
        <w:jc w:val="right"/>
      </w:pPr>
      <w:r>
        <w:t>जब चंद साल पहले जब मेरे सामने दो राख हैं, एक कुदा है और एक दुनिया है. जब तक मैंने जिस माहौल से आई हूं, उसको छोड़कर बस कुदा तेरी discovery हो गया है.</w:t>
      </w:r>
    </w:p>
    <w:p>
      <w:r>
        <w:rPr>
          <w:b/>
        </w:rPr>
        <w:t xml:space="preserve">[30:47] </w:t>
      </w:r>
      <w:r>
        <w:t>tab maine yeh kaha khuda ko pehchan liya ritual se bahar aakar jo mahaul se bahar nikal kar aaj main aakar saamne hoon. aakar sabke saamne hoon. toh alahataala jaisa hidayat mein izafa diya, jaisa opportunities diya, jaisa mujhe spiritually transform kiya. yeh toh bhaag bhi main toh</w:t>
      </w:r>
    </w:p>
    <w:p>
      <w:pPr>
        <w:jc w:val="right"/>
      </w:pPr>
      <w:r>
        <w:t>तब मैंने यह कहा खुदा को पहचान लिया ritual से बाहर आकर जो माहौल से बाहर निकलकर आज मैं आकर सामने हूं, आकर सबके सामने हूं. तो अलाहाताला जैसा हिदायत में इज़ाफ़ा दिया, जैसा opportunities दिया, जैसा मुझे spiritually transform किया. यह तो भाग भी मैं तो</w:t>
      </w:r>
    </w:p>
    <w:p>
      <w:r>
        <w:rPr>
          <w:b/>
        </w:rPr>
        <w:t xml:space="preserve">[31:17] </w:t>
      </w:r>
      <w:r>
        <w:t>speech isko explain karne mein bas allah jaanta hai aur yeh jo last verse hai allah taalaah ke saamne jo pasandeeda kaam hai woh jannati wale kaam hain. aaj main jahan dawa stall lagati hoon har roz ek safed wali gaadi jati hai.</w:t>
      </w:r>
    </w:p>
    <w:p>
      <w:pPr>
        <w:jc w:val="right"/>
      </w:pPr>
      <w:r>
        <w:t>speech इसको explain करने में बस अल्लाह जानता है और यह जो last verse है अल्लाह तालाह के सामने जो पसंदीदा काम है वह जन्नति वाले काम हैं. आज मैं जहां दावा stall लगाती हूं हर रोज़ एक सफेद वाली गाड़ी जाती है.</w:t>
      </w:r>
    </w:p>
    <w:p>
      <w:r>
        <w:rPr>
          <w:b/>
        </w:rPr>
        <w:t xml:space="preserve">[31:44] </w:t>
      </w:r>
      <w:r>
        <w:t>woh gaadi dekhkar main ek hi dwar karti hoon. hum sabko jannati logon ka roop se tataakar aur hum sabke liye jannati gaadi bech dein. jaisa maine as a root seeker discovery ko start kiya, spiritual journey ko start kiya. aaj kitne saal ke baad allah taalaah mujhe is dua karne ka layak banaya.</w:t>
      </w:r>
    </w:p>
    <w:p>
      <w:pPr>
        <w:jc w:val="right"/>
      </w:pPr>
      <w:r>
        <w:t>वह गाड़ी देखकर मैं एक ही द्वार करती हूं. हम सबको जन्नति लोगों का रूप से तटाकर और हम सबके लिए जन्नति गाड़ी बेच दें. जैसा मैंने as a रूत सीकर discovery को start किया, spiritual journey को start किया. आज कितने साल के बाद अल्लाह तालाह मुझे इस दुआ करने का लायक बनाया.</w:t>
      </w:r>
    </w:p>
    <w:p>
      <w:r>
        <w:rPr>
          <w:b/>
        </w:rPr>
        <w:t xml:space="preserve">[32:10] </w:t>
      </w:r>
      <w:r>
        <w:t>toh jab insaan khudab ko discover karega toh allah zaroor uski uske liye sari raakh khol dega, uska yaman mein izafa dega aur allah taalaah usko bahut izzar dega. bas yahi kehna chahti hoon papa izza karna.</w:t>
      </w:r>
    </w:p>
    <w:p>
      <w:pPr>
        <w:jc w:val="right"/>
      </w:pPr>
      <w:r>
        <w:t>तो जब इंसान खुदाब को discover करेगा तो अल्लाह ज़रूर उसकी उसके लिए सारी राख खोल देगा, उसका यमान में इज़ाफ़ा देगा और अल्लाह तालाह उसको बहुत इज़्ज़र देगा. बस यही कहना चाहती हूं papa इज़्ज़ा करना.</w:t>
      </w:r>
    </w:p>
    <w:p>
      <w:r>
        <w:rPr>
          <w:b/>
        </w:rPr>
        <w:t xml:space="preserve">[32:32] </w:t>
      </w:r>
      <w:r>
        <w:t>surat, ayesha mujhe lagta hai ki yeh is aayat ki sabse practical aur explanation thi aur sabke samajh aa gaye ki kis tarah se yeh verse humko samajhni chahiye ki hidayat yaad hone wale kol naatala kaise izafe mein izafa karta chala jata hai aur use yakeen tak pahuncha deta hai jaise ki tumhein pahunchaya. kisi aur ko kuch apni baat kehni ho toh bas apna hand raise kariyega.</w:t>
      </w:r>
    </w:p>
    <w:p>
      <w:pPr>
        <w:jc w:val="right"/>
      </w:pPr>
      <w:r>
        <w:t>सूरत, आयशाह मुझे लगता है कि यह इस आयत की सबसे practical और explanation थी और सबके समझ आ गए कि किस तरह से यह वर्ष हमको समझनी चाहिए कि हिदायत याद होने वाले कोल नाताला कैसे इज़ाफ़े में इज़ाफ़ा करता चला जाता है और उसे यकीन तक पहुंचा देता है जैसे कि तुम्हें पहुंचाया. किसी और को कुछ अपनी बात कहनी हो तो बस अपना hand raise करिएगा.</w:t>
      </w:r>
    </w:p>
    <w:p>
      <w:r>
        <w:rPr>
          <w:b/>
        </w:rPr>
        <w:t xml:space="preserve">[33:00] </w:t>
      </w:r>
      <w:r>
        <w:t>main bhi ek, baat yahan par kehna cha rahi thi aap.</w:t>
      </w:r>
    </w:p>
    <w:p>
      <w:pPr>
        <w:jc w:val="right"/>
      </w:pPr>
      <w:r>
        <w:t>मैं भी एक, बात यहां पर कहना चाह रही थी आप.</w:t>
      </w:r>
    </w:p>
    <w:p>
      <w:r>
        <w:rPr>
          <w:b/>
        </w:rPr>
        <w:t xml:space="preserve">[33:05] </w:t>
      </w:r>
      <w:r>
        <w:t>waqt hai abhi. ji.</w:t>
      </w:r>
    </w:p>
    <w:p>
      <w:pPr>
        <w:jc w:val="right"/>
      </w:pPr>
      <w:r>
        <w:t>वक़्त है अभी. जी.</w:t>
      </w:r>
    </w:p>
    <w:p>
      <w:r>
        <w:rPr>
          <w:b/>
        </w:rPr>
        <w:t xml:space="preserve">[33:11] </w:t>
      </w:r>
      <w:r>
        <w:t>main yeh kehna chah rahi thi ke khudaai qanoon hai ke hum jis cheez ki koshish karte hain</w:t>
      </w:r>
    </w:p>
    <w:p>
      <w:pPr>
        <w:jc w:val="right"/>
      </w:pPr>
      <w:r>
        <w:t>मैं यह कहना चाह रही थी कि ख़ुदाई कानून है कि हम जिस चीज़ की कोशिश करते हैं</w:t>
      </w:r>
    </w:p>
    <w:p>
      <w:r>
        <w:rPr>
          <w:b/>
        </w:rPr>
        <w:t xml:space="preserve">[33:16] </w:t>
      </w:r>
      <w:r>
        <w:t>woh humein milta hai aur suraj mere khayal se 92, chapter 92 hai usmein verses hain jismein allah</w:t>
      </w:r>
    </w:p>
    <w:p>
      <w:pPr>
        <w:jc w:val="right"/>
      </w:pPr>
      <w:r>
        <w:t>वह हमें मिलता है और सूर्य मेरे ख़याल से 92, chapter 92 है उसमें verses हैं जिसमें अल्लाह</w:t>
      </w:r>
    </w:p>
    <w:p>
      <w:r>
        <w:rPr>
          <w:b/>
        </w:rPr>
        <w:t xml:space="preserve">[33:22] </w:t>
      </w:r>
      <w:r>
        <w:t>taalah kehte hain ke allah taalah ne tamam naar aur maada paida kiye aur woh sabki koshishein alag</w:t>
      </w:r>
    </w:p>
    <w:p>
      <w:pPr>
        <w:jc w:val="right"/>
      </w:pPr>
      <w:r>
        <w:t>तालाह कहते हैं कि अल्लाह तालाह ने तमाम नार और मादा पैदा किए और वह सबकी कोशिशें अलग</w:t>
      </w:r>
    </w:p>
    <w:p>
      <w:r>
        <w:rPr>
          <w:b/>
        </w:rPr>
        <w:t xml:space="preserve">[33:27] </w:t>
      </w:r>
      <w:r>
        <w:t>alag hain aur jisne bhalai ko sach maana, allah taalah ne uske liye woh rasta aasan kiya aur</w:t>
      </w:r>
    </w:p>
    <w:p>
      <w:pPr>
        <w:jc w:val="right"/>
      </w:pPr>
      <w:r>
        <w:t>अलग हैं और जिसने भलाई को सच माना, अल्लाह तालाह ने उसके लिए वह रास्ता आसान किया और</w:t>
      </w:r>
    </w:p>
    <w:p>
      <w:r>
        <w:rPr>
          <w:b/>
        </w:rPr>
        <w:t xml:space="preserve">[33:33] </w:t>
      </w:r>
      <w:r>
        <w:t>jisne jhoot ko aur burai ko sach maana, to us uske liye woh rasta aasan kiya gaya.</w:t>
      </w:r>
    </w:p>
    <w:p>
      <w:pPr>
        <w:jc w:val="right"/>
      </w:pPr>
      <w:r>
        <w:t>जिसने झूठ को और बुराई को सच माना, तो उस उसके लिए वह रास्ता आसान किया गया.</w:t>
      </w:r>
    </w:p>
    <w:p>
      <w:r>
        <w:rPr>
          <w:b/>
        </w:rPr>
        <w:t xml:space="preserve">[33:39] </w:t>
      </w:r>
      <w:r>
        <w:t>to basically har insaan ki koshishon ke saath hi usko milta hai is duniya mein bhi aur aakhirat</w:t>
      </w:r>
    </w:p>
    <w:p>
      <w:pPr>
        <w:jc w:val="right"/>
      </w:pPr>
      <w:r>
        <w:t>तो basically हर इंसान की कोशिशों के साथ ही उसको मिलता है इस दुनिया में भी और आख़रत</w:t>
      </w:r>
    </w:p>
    <w:p>
      <w:r>
        <w:rPr>
          <w:b/>
        </w:rPr>
        <w:t xml:space="preserve">[33:54] </w:t>
      </w:r>
      <w:r>
        <w:t>mein bhi aur agar hum is duniya ke liye mehnat karenge to woh yahan ke tafaseef padhi to</w:t>
      </w:r>
    </w:p>
    <w:p>
      <w:pPr>
        <w:jc w:val="right"/>
      </w:pPr>
      <w:r>
        <w:t>में भी और अगर हम इस दुनिया के लिए मेहनत करेंगे तो वह यहां के तफ़सीफ़ पढ़ी तो</w:t>
      </w:r>
    </w:p>
    <w:p>
      <w:r>
        <w:rPr>
          <w:b/>
        </w:rPr>
        <w:t xml:space="preserve">[34:09] </w:t>
      </w:r>
      <w:r>
        <w:t>samajh aaya ke baqi rehne wali ne kiya.</w:t>
      </w:r>
    </w:p>
    <w:p>
      <w:pPr>
        <w:jc w:val="right"/>
      </w:pPr>
      <w:r>
        <w:t>समझ आया कि बाकी रहने वाली ने किया.</w:t>
      </w:r>
    </w:p>
    <w:p>
      <w:r>
        <w:rPr>
          <w:b/>
        </w:rPr>
        <w:t xml:space="preserve">[34:25] </w:t>
      </w:r>
      <w:r>
        <w:t>tumhare rabb ke nazdeek azar ke ittbaar se behtareen hai. toh us par itna bada ek hope hota hai ki khuda shayad un cheezon ko accept karein jo efforts humne kiye hain aur aaj jo hamare saath duniya ki raunak nahin hai lekin aakhir mein inshallah zaroor hum sab un raunakon mein honge.</w:t>
      </w:r>
    </w:p>
    <w:p>
      <w:pPr>
        <w:jc w:val="right"/>
      </w:pPr>
      <w:r>
        <w:t>तुम्हारे रब के नज़दीक अज़र के इत्तबार से बेहतरीन है. तो उस पर इतना बड़ा एक hope होता है कि ख़ुदा शायद उन चीज़ों को accept करें जो efforts हमने किए हैं और आज जो हमारे साथ दुनिया की रौनक नहीं है लेकिन आख़िर में इंशालाह ज़रूर हम सब उन रौनकों में होंगे.</w:t>
      </w:r>
    </w:p>
    <w:p>
      <w:r>
        <w:rPr>
          <w:b/>
        </w:rPr>
        <w:t xml:space="preserve">[34:42] </w:t>
      </w:r>
      <w:r>
        <w:t>yeh main kehna chah rahi thi aur ek aur point mujhe yahan par samajh aa raha tha aapka</w:t>
      </w:r>
    </w:p>
    <w:p>
      <w:pPr>
        <w:jc w:val="right"/>
      </w:pPr>
      <w:r>
        <w:t>यह मैं कहना चाह रही थी और एक और point मुझे यहां पर समझ आ रहा था आपका</w:t>
      </w:r>
    </w:p>
    <w:p>
      <w:r>
        <w:rPr>
          <w:b/>
        </w:rPr>
        <w:t xml:space="preserve">[35:24] </w:t>
      </w:r>
      <w:r>
        <w:t>aur hidayat mein izafa karta chala jata hai.</w:t>
      </w:r>
    </w:p>
    <w:p>
      <w:pPr>
        <w:jc w:val="right"/>
      </w:pPr>
      <w:r>
        <w:t>और हिदायत में इज़ाफ़ा करता चला जाता है.</w:t>
      </w:r>
    </w:p>
    <w:p>
      <w:r>
        <w:rPr>
          <w:b/>
        </w:rPr>
        <w:t xml:space="preserve">[36:06] </w:t>
      </w:r>
      <w:r>
        <w:t>sajida ka bhi hand rest hai. woh kuch kehna chaah rahi hain? sajida boliye. asuwamalikul. halikul sahib. mujhe saya se yeh samajh mein aaya ki allah taala ne humein ek insaan muslim banaya ki hum humein ek aam insaan ki baat kareeb. ek musalman banaya, namaz padhte, roza rehte, ram padhte, ek aam guzaar de. jab tak hum uske upar amal karein aur fikr nahin karein, hum hidayat nahin milti.</w:t>
      </w:r>
    </w:p>
    <w:p>
      <w:pPr>
        <w:jc w:val="right"/>
      </w:pPr>
      <w:r>
        <w:t>साजिदा का भी hand rest है. वह कुछ कहना चाह रही हैं? साजिदा बोलिए. असुवामालिकुल. हालिकुल साहब. मुझे साया से यह समझ में आया कि अल्लाह ताला ने हमें एक इंसान मुस्लिम बनाया कि हम हमें एक आम इंसान की बात करीब. एक मुसलमान बनाया, नमाज़ पढ़ते, रोज़ा रहते, राम पढ़ते, एक आम गुज़ार दे. जब तक हम उसके ऊपर अमल करें और फ़िक्र नहीं करें, हम हिदायत नहीं मिलती.</w:t>
      </w:r>
    </w:p>
    <w:p>
      <w:r>
        <w:rPr>
          <w:b/>
        </w:rPr>
        <w:t xml:space="preserve">[36:34] </w:t>
      </w:r>
      <w:r>
        <w:t>ek normal jaise ki virasat mein mila hum musalman hain, musalman ki tarah chal rahe hain, toh ek aam hidayat hota hai. agar hidayat mein izafa hona insaan ko hai, toh yahan insaan ko amal karna bahut zaroori hai. jab tak hum amal nahin karenge, humein us hidayat ka sahi raasta nahin milega, usse sahi maza nahin maloom hoga.</w:t>
      </w:r>
    </w:p>
    <w:p>
      <w:pPr>
        <w:jc w:val="right"/>
      </w:pPr>
      <w:r>
        <w:t>एक normal जैसे कि विरासत में मिला हम मुसलमान हैं, मुसलमान की तरह चल रहे हैं, तो एक आम हिदायत होता है. अगर हिदायत में इज़ाफा होना इंसान को है, तो यहां इंसान को अमल करना बहुत ज़रूरी है. जब तक हम अमल नहीं करेंगे, हमें उस हिदायत का सही रास्ता नहीं मिलेगा, उससे सही मज़ा नहीं मालूम होगा.</w:t>
      </w:r>
    </w:p>
    <w:p>
      <w:r>
        <w:rPr>
          <w:b/>
        </w:rPr>
        <w:t xml:space="preserve">[36:57] </w:t>
      </w:r>
      <w:r>
        <w:t>jab tak hum usko maza checkenge, toh hi insaan ko samajh payega ki yeh karwa hai ya meetha hai, yeh achha hai ya bura hai. hum hidayat hum amal karna hamare liye bahut zaroori hai hum hidayat mein aane ke liye. amal karna ek sahi raasta hai aur gaur jab amal karne lage toh insaan gaur fikr karne lage. gaur fikr karne laga toh uski hiday hai.</w:t>
      </w:r>
    </w:p>
    <w:p>
      <w:pPr>
        <w:jc w:val="right"/>
      </w:pPr>
      <w:r>
        <w:t>जब तक हम उसको मज़ा checkेंगे, तो ही इंसान को समझ पाएगा कि यह करवा है या मीठा है, यह अच्छा है या बुरा है. हम हीदायत हम अमल करना हमारे लिए बहुत ज़रूरी है हम हीदायत में आने के लिए. अमल करना एक सही रास्ता है और गौर जब अमल करने लगे तो इंसान गौर फ़िक्र करने लगे. गौर फ़िक्र करने लगा तो उसकी हिदाय है.</w:t>
      </w:r>
    </w:p>
    <w:p>
      <w:r>
        <w:rPr>
          <w:b/>
        </w:rPr>
        <w:t xml:space="preserve">[37:20] </w:t>
      </w:r>
      <w:r>
        <w:t>uske amal mein aur izafa hoga aur usko maza aayega aur usko zindagi mein trust maloom hoga ki duniya kya hai aur aakhirat kya hai? sahi kya hai aur galat kya hai? jab yeh isse maloom hone laga toh hamare hidayat mein izafa hoga. yahi monana kahe ki izafa hoga. hidayat mein izafa hoga aur hamara dar aur badhega. yeh badhne ki wajah yeh hai ki humein amal karna hai aur amal karna hai. sirf gaur fikar karna hai.</w:t>
      </w:r>
    </w:p>
    <w:p>
      <w:pPr>
        <w:jc w:val="right"/>
      </w:pPr>
      <w:r>
        <w:t>उसके अमल में और इज़ाफा होगा और उसको मज़ा आएगा और उसको ज़िंदगी में trust मालूम होगा कि दुनिया क्या है और आख़िरत क्या है? सही क्या है और ग़लत क्या है? जब यह इससे मालूम होने लगा तो हमारे हिदायत में इज़ाफ़ा होगा. यही मोनाना कहे कि इज़ाफ़ा होगा. हिदायत में इज़ाफ़ा होगा और हमारा डर और बढ़ेगा. यह बढ़ने की वजह यह है कि हमें अमल करना है और अमल करना है. सिर्फ गौर फिकर करना है.</w:t>
      </w:r>
    </w:p>
    <w:p>
      <w:r>
        <w:rPr>
          <w:b/>
        </w:rPr>
        <w:t xml:space="preserve">[37:48] </w:t>
      </w:r>
      <w:r>
        <w:t>yahan par gaur fikar amal yeh samajh mein aaya mujhe is hidayat, is aaya se aswamil. malik maslama. yeh allah hidayat pakadne walon mujhe lagta hai yeh pakadne wala jo word hai na ki hum hidayat ko kis tarah se receive kar rahe hain. pakadna is something to receive na? toh jo receive karne wala hoga hum recipient agar banenge toh humein hidayat milegi. yeh samajh aa raha hai? koshish karne ki baat hai. yeh hum koshish karenge na? ji. matlab humein karna khud hai na?</w:t>
      </w:r>
    </w:p>
    <w:p>
      <w:pPr>
        <w:jc w:val="right"/>
      </w:pPr>
      <w:r>
        <w:t>यहां पर गौर फिकर अमल यह समझ में आया मुझे इस हिदायत, इस आया से अस्वामिल. मलिक मसलमा. यह अल्लाह हिदायत पकड़ने वालों मुझे लगता है यह पकड़ने वाला जो word है ना कि हम हिदायत को किस तरह से receive कर रहे हैं. पकड़ना is something to receive ना? तो जो receive करने वाला होगा हम recipient अगर बनेंगे तो हमें हिदायत मिलेगी. यह समझ आ रहा है? कोशिश करने की बात है. यह हम कोशिश करेंगे ना? जी. मतलब हमें करना खुद है ना?</w:t>
      </w:r>
    </w:p>
    <w:p>
      <w:r>
        <w:rPr>
          <w:b/>
        </w:rPr>
        <w:t xml:space="preserve">[38:18] </w:t>
      </w:r>
      <w:r>
        <w:t>jaise chahenge hum tab humko milegi.</w:t>
      </w:r>
    </w:p>
    <w:p>
      <w:pPr>
        <w:jc w:val="right"/>
      </w:pPr>
      <w:r>
        <w:t>जैसे चाहेंगे हम तब हमको मिलेगी.</w:t>
      </w:r>
    </w:p>
    <w:p>
      <w:r>
        <w:rPr>
          <w:b/>
        </w:rPr>
        <w:t xml:space="preserve">[38:27] </w:t>
      </w:r>
      <w:r>
        <w:t>guide karta rehta hai.</w:t>
      </w:r>
    </w:p>
    <w:p>
      <w:pPr>
        <w:jc w:val="right"/>
      </w:pPr>
      <w:r>
        <w:t>Guide करता रहता है.</w:t>
      </w:r>
    </w:p>
    <w:p>
      <w:r>
        <w:rPr>
          <w:b/>
        </w:rPr>
        <w:t xml:space="preserve">[38:37] </w:t>
      </w:r>
      <w:r>
        <w:t>yeh itni badi rehmat hai bhai bhi bahut badi baat hai.</w:t>
      </w:r>
    </w:p>
    <w:p>
      <w:pPr>
        <w:jc w:val="right"/>
      </w:pPr>
      <w:r>
        <w:t>यह इतनी बड़ी रहमत है भाई भी बहुत बड़ी बात है.</w:t>
      </w:r>
    </w:p>
    <w:p>
      <w:r>
        <w:rPr>
          <w:b/>
        </w:rPr>
        <w:t xml:space="preserve">[38:46] </w:t>
      </w:r>
      <w:r>
        <w:t>yeh na ho to hum aur na samajh paayein.</w:t>
      </w:r>
    </w:p>
    <w:p>
      <w:pPr>
        <w:jc w:val="right"/>
      </w:pPr>
      <w:r>
        <w:t>यह ना हो तो हम और ना समझ पाएं.</w:t>
      </w:r>
    </w:p>
    <w:p>
      <w:r>
        <w:rPr>
          <w:b/>
        </w:rPr>
        <w:t xml:space="preserve">[38:56] </w:t>
      </w:r>
      <w:r>
        <w:t>mujhe lagta hai rajiyan bhi kuch add karna chah rahi hain apne. asslam alaikum. bilkul asslam.</w:t>
      </w:r>
    </w:p>
    <w:p>
      <w:pPr>
        <w:jc w:val="right"/>
      </w:pPr>
      <w:r>
        <w:t>मुझे लगता है रजियां भी कुछ add करना चाह रही हैं अपने. अस्लाम अलीकूम. बिल्कुल अस्लाम.</w:t>
      </w:r>
    </w:p>
    <w:p>
      <w:r>
        <w:rPr>
          <w:b/>
        </w:rPr>
        <w:t xml:space="preserve">[39:05] </w:t>
      </w:r>
      <w:r>
        <w:t>haan, aap pehle to mujhe woh second wala isse connect karte hue samajh nahi aa raha tha.</w:t>
      </w:r>
    </w:p>
    <w:p>
      <w:pPr>
        <w:jc w:val="right"/>
      </w:pPr>
      <w:r>
        <w:t>हां, आप पहले तो मुझे वह second वाला इससे connect करते हुए समझ नहीं आ रहा था.</w:t>
      </w:r>
    </w:p>
    <w:p>
      <w:r>
        <w:rPr>
          <w:b/>
        </w:rPr>
        <w:t xml:space="preserve">[39:15] </w:t>
      </w:r>
      <w:r>
        <w:t>Pehle wali jo yeh hai ki hidayat pakadne walon ko Allah hidayat mein izafa karta hai. To woh misaal to mujhe Asha Yusra ki misaal se samajh mein aa gayi. Jo doosri wali thi woh jaise ki aapne bhi bataya. To woh usse clear ho gayi. Lekin ismein jaise na abhi maine attend kiya thoda sa suna to aur clear hua. To mujhe ek cheez aur aa rahi thi ismein samajh mein ki jaise hum jaise ki magnet hoti hai.</w:t>
      </w:r>
    </w:p>
    <w:p>
      <w:pPr>
        <w:jc w:val="right"/>
      </w:pPr>
      <w:r>
        <w:t>पहले वाली जो यह है कि हिदायत पकड़ने वालों को अल्लाह हिदायत में इज़ाफा करता है. तो वह मिसाल तो मुझे आशा यूसरा की मिसाल से समझ में आ गई. जो दूसरी वाली थी वह जैसे कि आपने भी बताया. तो वह उससे clear हो गई. लेकिन इसमें जैसे ना अभी मैंने attend किया थोड़ा सा सुना तो और clear हुआ. तो मुझे एक चीज़ और आ रही थी इसमें समझ में कि जैसे हम जैसे कि magnet होती है.</w:t>
      </w:r>
    </w:p>
    <w:p>
      <w:r>
        <w:rPr>
          <w:b/>
        </w:rPr>
        <w:t xml:space="preserve">[39:45] </w:t>
      </w:r>
      <w:r>
        <w:t>Magnet sirf lohe ko iron ko hi attract karti hai. To hamare jo conscious hai agar hamare dil mein hidayat wali feeling hai to Allah taala sari jitni bhi woh hidayat wali baatein hamare hum usko apni taraf attract karenge. Yeh to yeh baat bhi clear hai.</w:t>
      </w:r>
    </w:p>
    <w:p>
      <w:pPr>
        <w:jc w:val="right"/>
      </w:pPr>
      <w:r>
        <w:t>Magnet सिर्फ लोहे को iron को ही attract करती है. तो हमारे जो conscious है अगर हमारे दिल में हिदायत वाली feeling है तो अल्लाह तालाह सारी जितनी भी वह हिदायत वाली बातें हमारे हम उसको अपनी तरफ attract करेंगे. यह तो यह बात भी clear है.</w:t>
      </w:r>
    </w:p>
    <w:p>
      <w:r>
        <w:rPr>
          <w:b/>
        </w:rPr>
        <w:t xml:space="preserve">[40:03] </w:t>
      </w:r>
      <w:r>
        <w:t>Lekin jaise jo second wala point hai ki usmein yahan shayad yeh bhi ho sakta hai ki Allah taala yeh keh rahe hain ki hidayat agar pakdoge aur sahi raste par aa jaoge aur nek kaam karoge to nekiyon ka sila bhi main tumhe dunga.</w:t>
      </w:r>
    </w:p>
    <w:p>
      <w:pPr>
        <w:jc w:val="right"/>
      </w:pPr>
      <w:r>
        <w:t>लेकिन जैसे जो second वाला point है कि उसमें यहां शायद यह भी हो सकता है कि अल्लाह तालाह यह कह रहे हैं कि हिदायत अगर पकड़ोगे और सही रास्ते पर आ जाओगे और नेक काम करोगे तो नेकियों का सिला भी मैं तुम्हें दूंगा.</w:t>
      </w:r>
    </w:p>
    <w:p>
      <w:r>
        <w:rPr>
          <w:b/>
        </w:rPr>
        <w:t xml:space="preserve">[40:22] </w:t>
      </w:r>
      <w:r>
        <w:t>Matlab uska kyunki koi hidayat ka ek tarah se Allah taala hamein uski taraf motivate kar rahe hain, lalach de rahe hain ki agar tum hidayat paakar nek kaam karoge to yeh mat socho ki tum jo sacrifices karke idhar aa rahe ho to tumhein uska koi sila nahi milega.</w:t>
      </w:r>
    </w:p>
    <w:p>
      <w:pPr>
        <w:jc w:val="right"/>
      </w:pPr>
      <w:r>
        <w:t>मतलब उसका क्योंकि कोई हिदायत का एक तरह से अल्लाह तालाह हमें उसकी तरफ motivate कर रहे हैं, लालच दे रहे हैं कि अगर तुम हिदायत पाकर नेक काम करोगे तो यह मत सोचो कि तुम जो sacrifices करके इधर आ रहे हो तो तुम्हें उसका कोई सिला नहीं मिलेगा.</w:t>
      </w:r>
    </w:p>
    <w:p>
      <w:r>
        <w:rPr>
          <w:b/>
        </w:rPr>
        <w:t xml:space="preserve">[40:38] </w:t>
      </w:r>
      <w:r>
        <w:t>agar tumne sacrifice kiya hoga hidayat paate samay aur peeche tum kuch chhodkar aaye hoge meri taraf, to</w:t>
      </w:r>
    </w:p>
    <w:p>
      <w:pPr>
        <w:jc w:val="right"/>
      </w:pPr>
      <w:r>
        <w:t>अगर तुमने sacrifice किया होगा हिदायत पाते समय और पीछे तुम कुछ छोड़कर आए होंगे मेरी तरफ, तो</w:t>
      </w:r>
    </w:p>
    <w:p>
      <w:r>
        <w:rPr>
          <w:b/>
        </w:rPr>
        <w:t xml:space="preserve">[40:51] </w:t>
      </w:r>
      <w:r>
        <w:t>tumhara uska jo anjaam hoga na aakhirat mein, nakeo ka anjaam kyunki jaise doctor safeena ne bataya ke</w:t>
      </w:r>
    </w:p>
    <w:p>
      <w:pPr>
        <w:jc w:val="right"/>
      </w:pPr>
      <w:r>
        <w:t>तुम्हारा उसका जो अंजाम होगा ना आखिरत में, nakeo का अंजाम क्योंकि जैसे doctor सफीना ने बताया कि</w:t>
      </w:r>
    </w:p>
    <w:p>
      <w:r>
        <w:rPr>
          <w:b/>
        </w:rPr>
        <w:t xml:space="preserve">[41:05] </w:t>
      </w:r>
      <w:r>
        <w:t>saari zindagi guzar gayi aur hum aur woh lalach positive hai aur humko us neki mein jo izafa</w:t>
      </w:r>
    </w:p>
    <w:p>
      <w:pPr>
        <w:jc w:val="right"/>
      </w:pPr>
      <w:r>
        <w:t>सारी ज़िंदगी गुज़र गई और हम और वह लालच positive है और हमको उस नेकिया में जो इज़ाफा</w:t>
      </w:r>
    </w:p>
    <w:p>
      <w:r>
        <w:rPr>
          <w:b/>
        </w:rPr>
        <w:t xml:space="preserve">[41:18] </w:t>
      </w:r>
      <w:r>
        <w:t>hoga uska arz kedbar se bhi aur anjaam kedbar se bhi.</w:t>
      </w:r>
    </w:p>
    <w:p>
      <w:pPr>
        <w:jc w:val="right"/>
      </w:pPr>
      <w:r>
        <w:t>होगा उसका अर्ज केदबार से भी और अंजाम केदबार से भी.</w:t>
      </w:r>
    </w:p>
    <w:p>
      <w:r>
        <w:rPr>
          <w:b/>
        </w:rPr>
        <w:t xml:space="preserve">[41:32] </w:t>
      </w:r>
      <w:r>
        <w:t>To pehle to samajh nahi aa raha tha. Lekin aap logon ka discussion samjha to ek doosre se jodkar dekha. Phir samajh mein aa gayi baat ki woh agar hum palatenge na Allah ki taraf, to aisa nahi hai ki yahan koi humne peeche kai baar log kehte hain are yaar zindagi ko enjoy karo. Kaise, kaise rehti ho? Kuch bhi nahi karti ho aur phir, phir samajh mein aata hai yaar agar nahi kuch maine ulta poota kara to kya farak padta hai?</w:t>
      </w:r>
    </w:p>
    <w:p>
      <w:pPr>
        <w:jc w:val="right"/>
      </w:pPr>
      <w:r>
        <w:t>तो पहले तो समझ नहीं आ रहा था. लेकिन आप लोगों का discussion समझा तो एक दूसरे से जोड़कर देखा. फिर समझ में आ गई बात कि वह अगर हम पलटेंगे ना अल्लाह की तरफ, तो ऐसा नहीं है कि यहां कोई हमने पीछे कई बार लोग कहते हैं अरे यार ज़िंदगी को enjoy करो. कैसे, कैसे रहती हो? कुछ भी नहीं करती हो और फिर, फिर समझ में आता है यार अगर नहीं कुछ मैंने उल्टा पूटा करा तो क्या फरक पड़ता है?</w:t>
      </w:r>
    </w:p>
    <w:p>
      <w:r>
        <w:rPr>
          <w:b/>
        </w:rPr>
        <w:t xml:space="preserve">[41:57] </w:t>
      </w:r>
      <w:r>
        <w:t>Agar kuch nek kaam kar loongi to uska sila lekin mujhe na yeh nahi rehta hai ki yeh nahi hua woh nahi hua. Lalach nahi rehta hai. Haan lekin is jaise group se jud gayi hoon to kuch cheezein kar leti hoon to woh kahin na kahin meri Allah taala ke yahan save ho rahi hain. Uska sila to mil hi jayega Inshallah. Theek hai Saklab. Aapne achha samjhaya lekin mujhe lagta hai lalach ek thoda sa negative word hai.</w:t>
      </w:r>
    </w:p>
    <w:p>
      <w:pPr>
        <w:jc w:val="right"/>
      </w:pPr>
      <w:r>
        <w:t>अगर कुछ नेक काम कर लूंगी तो उसका सिखा लेकिन मुझे ना यह नहीं रहता है कि यह नहीं हुआ वह नहीं हुआ. मलाज नहीं रहता है. हां लेकिन इस जैसे group से जुड़ गई हूं तो कुछ चीज़ें कर लेती हूं तो वह कहीं ना कहीं मेरी अल्लाह ताला के यहां सेव हो रही हैं. उसका सिला तो मिल ही जाएगा इंशालाह. ठीक है साकलाब. आपने अच्छा समझाया लेकिन मुझे लगता है लालच एक थोड़ा सा negative word है.</w:t>
      </w:r>
    </w:p>
    <w:p>
      <w:r>
        <w:rPr>
          <w:b/>
        </w:rPr>
        <w:t xml:space="preserve">[42:22] </w:t>
      </w:r>
      <w:r>
        <w:t>Uske kaise se aap usko hum jaise kisi bachche ko, bachche ko apni taraf hum kisi kaam ke liye aamada karna chahenge to jaise usko kaise kahe na? Main kaise incentive reward zyada theek hai? Haan, incentive bonus. Nahi, incentive theek hai. Theek hai papa, yahi sahi hai. Haan, yeh bonus aur incentive wali baat sahi sahi lag rahi hai. Ji. Wali baat kaha na Razia tumne woh bhi baat samajh mein aayi.</w:t>
      </w:r>
    </w:p>
    <w:p>
      <w:pPr>
        <w:jc w:val="right"/>
      </w:pPr>
      <w:r>
        <w:t>उसको कैसे से आप उसको हम जैसे किसी बच्चे को, बच्चे को अपनी तरफ़ हम किसी काम के लिए आमादा करना चाहेंगे तो जैसे उसको कैसे कहे ना? मैं कैसे incentive reward ज़्यादा ठीक है? हां, incentive bonus. नहीं, incentive ठीक है. ठीक है papa, यही सही है. हां, यह bonus और incentive वाली बात सही सही लग रही है. जी. वाली बात कहा ना रजिया तुमने वह भी बात समझ में आई.</w:t>
      </w:r>
    </w:p>
    <w:p>
      <w:r>
        <w:rPr>
          <w:b/>
        </w:rPr>
        <w:t xml:space="preserve">[42:48] </w:t>
      </w:r>
      <w:r>
        <w:t>Iske malagasa humne bhi likha hai ki magnet ka do side hota hai ek positive, ek negative. To positive aur positive nahi woh hota hai chipka joota hai. Haan haan. To hai ki haiydat jo payega to usko bhi apne aap ko us is muqam par pahunchana padega ki woh Khuda se haiydat paane ke liye usko itni cheezon ko chhodna padta hai na jaise tab tak koshish karta hai, dua karta hai.</w:t>
      </w:r>
    </w:p>
    <w:p>
      <w:pPr>
        <w:jc w:val="right"/>
      </w:pPr>
      <w:r>
        <w:t>इसको मलागासा हमने भी लिखा है कि magnet का दो side होता है एक positive, एक negative. तो positive और positive नहीं वह होता है चिपक का झूठता है. हां हां. तो है कि हैदायत जो पाएगा तो उसको भी अपने आप को उस इस मुकाम पर पहुंचाना पड़ेगा कि वह फुदा से हैदायत पाने के लिए उसको इतनी चीज़ों को छोड़ना पड़ता है ना जैसे तब तक कोशिश करता है, दुआ करता है.</w:t>
      </w:r>
    </w:p>
    <w:p>
      <w:r>
        <w:rPr>
          <w:b/>
        </w:rPr>
        <w:t xml:space="preserve">[43:17] </w:t>
      </w:r>
      <w:r>
        <w:t>To woh bachcha hai ki usi se mujhe samajh mein aaya ki woh jo Maulana sahab ne likha hai ki dono cheezein ek saath nahi chipakti. Dono alag alag. Jaise tumne abhi kaha ki mujhe duniya se nahi kuch lena aur akhirat se lena hai to matlab tum dono cheez jaogi to kaise ho payega na? Sahi keh rahi hai. Yeh mujhe samjha. Papa mujhe lagta hai ki kaafi mushkil sabne achha learning share kiya. Aap isko dekhen aap conclude karein.</w:t>
      </w:r>
    </w:p>
    <w:p>
      <w:pPr>
        <w:jc w:val="right"/>
      </w:pPr>
      <w:r>
        <w:t>तो वह बच्चा है कि उसी से मुझे समझ में आया कि वह जो मोलाना साहब ने लिखा है कि दोनों चीज़ें एक साथ नहीं चिपकती. दोनों अलग अलग. जैसे तुमने अभी कहा कि मुझे दुनिया से नहीं कुछ लेना और आख़िरत से लेना है तो मतलब तुम दोनों चीज़ अगर जाओगी तो कैसे हो पाएगा ना? सही कह रही है. यह मुझे समझा. Papa मुझे लगता है कि काफ़ी मुश्किला सबने अच्छा learning share किया. आप इसको देखें आप conclude करें.</w:t>
      </w:r>
    </w:p>
    <w:p>
      <w:r>
        <w:rPr>
          <w:b/>
        </w:rPr>
        <w:t xml:space="preserve">[43:46] </w:t>
      </w:r>
      <w:r>
        <w:t>Aapka Safia Safia aa gaya hai Safia. Safia aapka sorry beach mein kuch humein sunai nahi de raha tha? Ji aap baad mein dekh kar jab woh bilkul khilate hain to Hello? Ji. Aa rahi hai aapka awaaz? Haan, aa rahi hai. Achha, to mere thode se points hain jo main share karna chah rahi hoon. Ji.</w:t>
      </w:r>
    </w:p>
    <w:p>
      <w:pPr>
        <w:jc w:val="right"/>
      </w:pPr>
      <w:r>
        <w:t>आपका सफ़िया सफ़िया आ गया है सफ़िया. सफ़िया आपका sorry beach में कुछ हमें सुनाई नहीं दे रहा था? जी आप बाद में देकर जब वह बिल्कुल खिलाते हैं तो Hello? जी. आ रही है आपका आवाज़? हां, आ रही है. अच्छा, तो मेरे थोड़े से points हैं जो मैं share करना चाह रही हूं. जी.</w:t>
      </w:r>
    </w:p>
    <w:p>
      <w:r>
        <w:rPr>
          <w:b/>
        </w:rPr>
        <w:t xml:space="preserve">[44:12] </w:t>
      </w:r>
      <w:r>
        <w:t>Jaise Allah hidayat padhne walon ki hidayat bhi zaafa karta hai. To woh log jo actively usko seek karte hain, hidayat ko paana chahte hain.</w:t>
      </w:r>
    </w:p>
    <w:p>
      <w:pPr>
        <w:jc w:val="right"/>
      </w:pPr>
      <w:r>
        <w:t>जैसे अल्लाह हिदायत पढ़ने वालों की हिदायत भी ज़ाफा करता है. तो वह लोग जो actively उसको seek करते हैं, हिदायत को पाना चाहते हैं.</w:t>
      </w:r>
    </w:p>
    <w:p>
      <w:r>
        <w:rPr>
          <w:b/>
        </w:rPr>
        <w:t xml:space="preserve">[44:22] </w:t>
      </w:r>
      <w:r>
        <w:t>jo seriously jo ekdum serious hote hain uske bare mein aur jo log open minded hote hain, jo</w:t>
      </w:r>
    </w:p>
    <w:p>
      <w:pPr>
        <w:jc w:val="right"/>
      </w:pPr>
      <w:r>
        <w:t>जो seriously जो एकदम serious होते हैं उसके बारे में और जो लोग open minded होते हैं, जो</w:t>
      </w:r>
    </w:p>
    <w:p>
      <w:r>
        <w:rPr>
          <w:b/>
        </w:rPr>
        <w:t xml:space="preserve">[44:28] </w:t>
      </w:r>
      <w:r>
        <w:t>turat ko paane ke liye serious hote hain, alag alag unki hidayat mein izafa karta hai kyunki hamara</w:t>
      </w:r>
    </w:p>
    <w:p>
      <w:pPr>
        <w:jc w:val="right"/>
      </w:pPr>
      <w:r>
        <w:t>तुर्त को पाने के लिए serious होते हैं, अलग अलग उनकी हिदायत में इज़ाफा करता है क्योंकि हमारा</w:t>
      </w:r>
    </w:p>
    <w:p>
      <w:r>
        <w:rPr>
          <w:b/>
        </w:rPr>
        <w:t xml:space="preserve">[44:34] </w:t>
      </w:r>
      <w:r>
        <w:t>jo existence hai woh itna complex hai ke hum allah ke guidance ke bina roz ko to pa</w:t>
      </w:r>
    </w:p>
    <w:p>
      <w:pPr>
        <w:jc w:val="right"/>
      </w:pPr>
      <w:r>
        <w:t>जो existence है वह इतना complex है कि हम अल्लाह के guidance के बिना रोज़ को तो पा</w:t>
      </w:r>
    </w:p>
    <w:p>
      <w:r>
        <w:rPr>
          <w:b/>
        </w:rPr>
        <w:t xml:space="preserve">[44:40] </w:t>
      </w:r>
      <w:r>
        <w:t>hee nahin sakte hain aur Allah kee guidance pure compass kee tarah pure humanity ke liye work karti</w:t>
      </w:r>
    </w:p>
    <w:p>
      <w:pPr>
        <w:jc w:val="right"/>
      </w:pPr>
      <w:r>
        <w:t>ही नहीं सकते हैं और अल्लाह की guidance पूरे compass की तरह पूरी मेरठी के लिए work करती</w:t>
      </w:r>
    </w:p>
    <w:p>
      <w:r>
        <w:rPr>
          <w:b/>
        </w:rPr>
        <w:t xml:space="preserve">[44:46] </w:t>
      </w:r>
      <w:r>
        <w:t>hai kyunki hamari jo bhi decision hoti hai allah ki hidayat ke baad jo allah ki will hoti</w:t>
      </w:r>
    </w:p>
    <w:p>
      <w:pPr>
        <w:jc w:val="right"/>
      </w:pPr>
      <w:r>
        <w:t>है क्योंकि हमारी जो भी decision होती है अल्लाह की विदायत के बाद जो अल्लाह की will होती</w:t>
      </w:r>
    </w:p>
    <w:p>
      <w:r>
        <w:rPr>
          <w:b/>
        </w:rPr>
        <w:t xml:space="preserve">[44:52] </w:t>
      </w:r>
      <w:r>
        <w:t>hai usse woh align karte hain.</w:t>
      </w:r>
    </w:p>
    <w:p>
      <w:pPr>
        <w:jc w:val="right"/>
      </w:pPr>
      <w:r>
        <w:t>है उससे वह align करते हैं.</w:t>
      </w:r>
    </w:p>
    <w:p>
      <w:r>
        <w:rPr>
          <w:b/>
        </w:rPr>
        <w:t xml:space="preserve">[44:59] </w:t>
      </w:r>
      <w:r>
        <w:t>To uske baad jo hum action lete hain unke result jo hai woh behtar hote hain aur yeh alag se poori constant request hoti hai hamari hidayat maangna. Jaise ki hum namaz mein kehte hain Ahdinas Siratal Mustaqeem.</w:t>
      </w:r>
    </w:p>
    <w:p>
      <w:pPr>
        <w:jc w:val="right"/>
      </w:pPr>
      <w:r>
        <w:t>तो उसके बाद जो हम action लेते हैं उनके result जो है वह बेहतर होते हैं और यह अलग से पूरी constant request होती है हमारी हिदायत मांगना. जैसे कि हम नमाज़ में कहते हैं ऐतिन्स रातल मुस्तकीन.</w:t>
      </w:r>
    </w:p>
    <w:p>
      <w:r>
        <w:rPr>
          <w:b/>
        </w:rPr>
        <w:t xml:space="preserve">[45:15] </w:t>
      </w:r>
      <w:r>
        <w:t>Alag alag hamein seedhe raste par rakh kyunki hamein yeh apni sari zindagi kehna hai aur hamara jo personal effort hai to usmein jaise ki hamein knowledge seek karni hai, respect karna hai, kabhi sincere effort karna hai. Uski hamari jo life hai woh poori distraction se, test se aur temptation se bhari hui hai. To hidayat aisa nahi hai ki isko humne 1 time hamare liye achievement hai.</w:t>
      </w:r>
    </w:p>
    <w:p>
      <w:pPr>
        <w:jc w:val="right"/>
      </w:pPr>
      <w:r>
        <w:t>अलग अलग हमें सीधे रास्ते पर रख क्योंकि हमें यह अपनी सारी ज़िंदगी कहना है और हमारा जो personal effort है तो उसमें जैसे कि हमें knowledge सीख करनी है, respect करना है, कभी sincere effort करना है. उसकी हमारी जो life है वह पूरी distraction से, test से और temptation से भरी हुई है. तो हिदायत ऐसा नहीं है कि इसको हमने 1 time हमारे लिए achievement है.</w:t>
      </w:r>
    </w:p>
    <w:p>
      <w:r>
        <w:rPr>
          <w:b/>
        </w:rPr>
        <w:t xml:space="preserve">[45:45] </w:t>
      </w:r>
      <w:r>
        <w:t>Hamein hidayat ke raste par rehne ke liye Alatalah se continuous isko maarna hai. Haan. Ki Allah tu hidayat de mujhe unmein jinko tu ne hidayat to yeh yeh mere kuch thode points the jo main karna chah rahi thi Jaza Kalla. Jaza Kalla Safia. Yeh to aadmi maangni hai yahan. Theek hai. Aap abhi main yahi</w:t>
      </w:r>
    </w:p>
    <w:p>
      <w:pPr>
        <w:jc w:val="right"/>
      </w:pPr>
      <w:r>
        <w:t>हमें हिदायत के रास्ते पर रहने के लिए अलाताला से continuous इसको मारना है. हां. कि अल्लाह तू हिदायत दे मुझे उनमें जिनको तूने हिदायत तो यह यह मेरे कुछ थोड़े points थे जो मैं करना चाह रही थी जज़ा किल्ला. जज़ा कर ला सफ़िया. यह तो आदमी मांगनी है यहां. ठीक है. आप अभी मैं यही</w:t>
      </w:r>
    </w:p>
    <w:p>
      <w:r>
        <w:rPr>
          <w:b/>
        </w:rPr>
        <w:t xml:space="preserve">[46:12] </w:t>
      </w:r>
      <w:r>
        <w:t>Excuse me, abhi aap mute kar lein. Ji. Ismein nahi bolna hai is discussion mein. Sorry. Chief Amita aap aap aapko bataein aage badhaein, conclude karein. Doctor Safina pehle to aapki baat jo hoti hai ki hidayat ka mamla jo aap bata rahi thi usse mujhe yeh samajh mein aaya ki jitna insaan duniya mein koshish karta hai, mehnat karta hai to paise ke liye utna pata hai.</w:t>
      </w:r>
    </w:p>
    <w:p>
      <w:pPr>
        <w:jc w:val="right"/>
      </w:pPr>
      <w:r>
        <w:t>Excuse me, अभी आप mute कर लें. जी. इसमें नहीं बोलना है इस discussion में. Sorry. Chief अमिता आप आप आपको बताएं आगे बढ़ाएं, conclude करें. Doctor सफ़ीना पहले तो आपकी बात जो होती है कि हिदायत का मामला जो आप बता रही थी उससे मुझे यह समझ में आया कि कि जितना इंसान दुनिया में कोशिश करता है, मेहनत करता है तो पैसे के लिए उतना पाता है.</w:t>
      </w:r>
    </w:p>
    <w:p>
      <w:r>
        <w:rPr>
          <w:b/>
        </w:rPr>
        <w:t xml:space="preserve">[46:40] </w:t>
      </w:r>
      <w:r>
        <w:t>Usi tarah khard ke liye bhi hai aur hum agar utni mehnat karenge to usi hisab se humko jo hai milega. Har waqt bahut zyada samajhne ki zaroorat hai aur Asha ki baat se mujhe Surah Al-Hijr ki woh line jo thi na ki deen unke liye asab e rasool ki quality batati hue kaha gaya ki deen unke liye mehboob cheez ban gaya.</w:t>
      </w:r>
    </w:p>
    <w:p>
      <w:pPr>
        <w:jc w:val="right"/>
      </w:pPr>
      <w:r>
        <w:t>उसी तरह ख़र्द के लिए भी है और हम अगर उतनी मेहनत करेंगे तो उसी हिसाब से हमको जो है मिलेगा. हर वक़्त बहुत ज़्यादा समझने की ज़रूरत है और आशा की बात से मुझे सूरे अलहिजरात की वह line जो थी ना कि दीन उनके लिए असाब ए रसूल की quality बताती हुए कहा गया कि दीन उनके लिए महबूब चीज़ वन गया.</w:t>
      </w:r>
    </w:p>
    <w:p>
      <w:r>
        <w:rPr>
          <w:b/>
        </w:rPr>
        <w:t xml:space="preserve">[47:06] </w:t>
      </w:r>
      <w:r>
        <w:t>to yeh jo hai jis tarah se asha ki zindagi hai us par mujhe yeh samajh mein aaya.</w:t>
      </w:r>
    </w:p>
    <w:p>
      <w:pPr>
        <w:jc w:val="right"/>
      </w:pPr>
      <w:r>
        <w:t>तो यह जो है जिस तरह से आशा की ज़िंदगी है उस पर मुझे यह समझ में आया.</w:t>
      </w:r>
    </w:p>
    <w:p>
      <w:r>
        <w:rPr>
          <w:b/>
        </w:rPr>
        <w:t xml:space="preserve">[47:18] </w:t>
      </w:r>
      <w:r>
        <w:t>baqi jo hai sufia ne bataya ki choice apni jis insaan ki jaisi hogi waise hi insaan uski</w:t>
      </w:r>
    </w:p>
    <w:p>
      <w:pPr>
        <w:jc w:val="right"/>
      </w:pPr>
      <w:r>
        <w:t>बाकी जो है सुफिया ने बताया कि choice अपनी जिस इंसान की जैसी होगी वैसे ही इंसान उसकी</w:t>
      </w:r>
    </w:p>
    <w:p>
      <w:r>
        <w:rPr>
          <w:b/>
        </w:rPr>
        <w:t xml:space="preserve">[47:31] </w:t>
      </w:r>
      <w:r>
        <w:t>taraf rukh rakhega aur phir us par princess khan ne jo add kiya woh woh bhi bahut hi</w:t>
      </w:r>
    </w:p>
    <w:p>
      <w:pPr>
        <w:jc w:val="right"/>
      </w:pPr>
      <w:r>
        <w:t>तरफ़ रुख रखेगा और फिर उस पर princess खान ने जो add किया वह वह भी बहुत ही</w:t>
      </w:r>
    </w:p>
    <w:p>
      <w:r>
        <w:rPr>
          <w:b/>
        </w:rPr>
        <w:t xml:space="preserve">[47:44] </w:t>
      </w:r>
      <w:r>
        <w:t>matlab yahi asal point tha.</w:t>
      </w:r>
    </w:p>
    <w:p>
      <w:pPr>
        <w:jc w:val="right"/>
      </w:pPr>
      <w:r>
        <w:t>मतलब यही असल point था.</w:t>
      </w:r>
    </w:p>
    <w:p>
      <w:r>
        <w:rPr>
          <w:b/>
        </w:rPr>
        <w:t xml:space="preserve">[47:57] </w:t>
      </w:r>
      <w:r>
        <w:t>asal cheez yahi thi ki insaan jo hai jhoot baandhna.</w:t>
      </w:r>
    </w:p>
    <w:p>
      <w:pPr>
        <w:jc w:val="right"/>
      </w:pPr>
      <w:r>
        <w:t>असल चीज़ यही थी कि इंसान जो है झूठ बांधना.</w:t>
      </w:r>
    </w:p>
    <w:p>
      <w:r>
        <w:rPr>
          <w:b/>
        </w:rPr>
        <w:t xml:space="preserve">[48:13] </w:t>
      </w:r>
      <w:r>
        <w:t>aadmi kehta hai ki apni fikr apna kuch nahi karta aur baat ko is tarah se keh deta</w:t>
      </w:r>
    </w:p>
    <w:p>
      <w:pPr>
        <w:jc w:val="right"/>
      </w:pPr>
      <w:r>
        <w:t>आदमी कहता है कि अपनी फ़िक्र अपना कुछ नहीं करता और बात को इस तरह से कह देता</w:t>
      </w:r>
    </w:p>
    <w:p>
      <w:r>
        <w:rPr>
          <w:b/>
        </w:rPr>
        <w:t xml:space="preserve">[48:30] </w:t>
      </w:r>
      <w:r>
        <w:t>hai ki woh walaah taalaah ki taraf se koi ko galat bata raha hai. aati hai.</w:t>
      </w:r>
    </w:p>
    <w:p>
      <w:pPr>
        <w:jc w:val="right"/>
      </w:pPr>
      <w:r>
        <w:t>है कि वह वालाह तालाह की तरफ़ से कोई को गलत बता रहा है. आती है.</w:t>
      </w:r>
    </w:p>
    <w:p>
      <w:r>
        <w:rPr>
          <w:b/>
        </w:rPr>
        <w:t xml:space="preserve">[48:47] </w:t>
      </w:r>
      <w:r>
        <w:t>magar hum usko uski taraf dekhte nahi.</w:t>
      </w:r>
    </w:p>
    <w:p>
      <w:pPr>
        <w:jc w:val="right"/>
      </w:pPr>
      <w:r>
        <w:t>मगर हम उसको उसकी तरफ देखते नहीं.</w:t>
      </w:r>
    </w:p>
    <w:p>
      <w:r>
        <w:rPr>
          <w:b/>
        </w:rPr>
        <w:t xml:space="preserve">[49:04] </w:t>
      </w:r>
      <w:r>
        <w:t>To jab hum khud hi ignore karenge to hum kaise samajh payenge ki hum hidayat paane wale kaise ban sakte hain? Aur jaise hum yeh bhi dekhte hain na ki Allah Quran sab log padh rahe hain, sab jaante hain, lekin usse hidayat nahi lete hain. Jaise ki Allah taala ne Quran mein bataya ki paise ko barbaad karne wale shaitan ke bhai hain.</w:t>
      </w:r>
    </w:p>
    <w:p>
      <w:pPr>
        <w:jc w:val="right"/>
      </w:pPr>
      <w:r>
        <w:t>तो जब हम खुद ही ignore करेंगे तो हम कैसे समझ पाएंगे कि हम हिदायत पाने वाले कैसे वन सकते हैं? और जैसे हम यह भी देखते हैं ना कि अल्लाह कुरान सब लोग पढ़ रहे हैं, सब जानते हैं, लेकिन उससे हिदायत नहीं लेते हैं. जैसे कि अल्लाह तालाह ने कुरान में बताया कि पैसे को बर्बाद करने वाले शैतान के भाई हैं.</w:t>
      </w:r>
    </w:p>
    <w:p>
      <w:r>
        <w:rPr>
          <w:b/>
        </w:rPr>
        <w:t xml:space="preserve">[49:27] </w:t>
      </w:r>
      <w:r>
        <w:t>Doosron ka maal ke liye mana kiya, doosron ka maal nahi khana hai, jhoot bolna mana hai, kisi ka haq maarna mana hai. To sab kuch padhte hain, lekin hum us par amal nahi karte hain. To iman lana yahi hai ki hum Khuda ki mana hui cheezon, hui cheezon se is tarah door rahein, jis tarah se hum saanp bichhoo se door rehte hain. Jis tarah andhere kamre mein roshni ke bagair kuch nahi dikhai deta.</w:t>
      </w:r>
    </w:p>
    <w:p>
      <w:pPr>
        <w:jc w:val="right"/>
      </w:pPr>
      <w:r>
        <w:t>दूसरों का माल के लिए मना किया, दूसरों का माल नहीं खाना है, झूठ बोलना मना है, किसी का हक मारना मना है. तो सब कुछ पढ़ते हैं, लेकिन हम उस पर अमल नहीं करते हैं. तो ईमान लाना यही है कि हम ख़ुदा की मना हुई चीज़ों, की हुई चीज़ों से इस तरह दूर रहें, जिस तरह से हम सांपिछ्छू से दूर रहते हैं. जिस तरह अंधेरे कमरे में रौशनी के बगैर कुछ नहीं दिखाई देता.</w:t>
      </w:r>
    </w:p>
    <w:p>
      <w:r>
        <w:rPr>
          <w:b/>
        </w:rPr>
        <w:t xml:space="preserve">[49:54] </w:t>
      </w:r>
      <w:r>
        <w:t>isi tarah hidayat ke mamla bhi hai ki aadmi ko jab tak apni baat nahi samajh aayegi, galat</w:t>
      </w:r>
    </w:p>
    <w:p>
      <w:pPr>
        <w:jc w:val="right"/>
      </w:pPr>
      <w:r>
        <w:t>इसी तरह हैदायत के मामला भी है कि आदमी को जब तक अपनी बात नहीं समझ आएगी, ग़लत</w:t>
      </w:r>
    </w:p>
    <w:p>
      <w:r>
        <w:rPr>
          <w:b/>
        </w:rPr>
        <w:t xml:space="preserve">[50:08] </w:t>
      </w:r>
      <w:r>
        <w:t>aur sahi ko alag alag nahi karne ki silai itna ho, to hum andhere mein rahenge.</w:t>
      </w:r>
    </w:p>
    <w:p>
      <w:pPr>
        <w:jc w:val="right"/>
      </w:pPr>
      <w:r>
        <w:t>और सही को अलग अलग नहीं करने की सिलाई इतना हो, तो हम अंधेरे में रहेंगे.</w:t>
      </w:r>
    </w:p>
    <w:p>
      <w:r>
        <w:rPr>
          <w:b/>
        </w:rPr>
        <w:t xml:space="preserve">[50:23] </w:t>
      </w:r>
      <w:r>
        <w:t>kabhi nahi samajh sakte.</w:t>
      </w:r>
    </w:p>
    <w:p>
      <w:pPr>
        <w:jc w:val="right"/>
      </w:pPr>
      <w:r>
        <w:t>कभी नहीं समझ सकते.</w:t>
      </w:r>
    </w:p>
    <w:p>
      <w:r>
        <w:rPr>
          <w:b/>
        </w:rPr>
        <w:t xml:space="preserve">[50:37] </w:t>
      </w:r>
      <w:r>
        <w:t>to is baat par koi gaur nahi karta.</w:t>
      </w:r>
    </w:p>
    <w:p>
      <w:pPr>
        <w:jc w:val="right"/>
      </w:pPr>
      <w:r>
        <w:t>तो इस बात पर कोई गौर नहीं करता.</w:t>
      </w:r>
    </w:p>
    <w:p>
      <w:r>
        <w:rPr>
          <w:b/>
        </w:rPr>
        <w:t xml:space="preserve">[50:52] </w:t>
      </w:r>
      <w:r>
        <w:t>Yeh bhi hum karte hain, yeh bhi karte hain. Aksar main bahut sochti thi ki dekho yeh wali baat aisi hai aur to uske sochkar phir jhatka lagta tha. Jaise current lagta hai, jhatka lagta hai usi tarah se woh bhi mujhe jhatka lagta tha.</w:t>
      </w:r>
    </w:p>
    <w:p>
      <w:pPr>
        <w:jc w:val="right"/>
      </w:pPr>
      <w:r>
        <w:t>यह भी हम करते हैं, यह भी करते हैं. अक्सर मैं बहुत सोचती थी कि देखो यह वाली बात ऐसी है और तो उसके सोचकर फिर झटका लगता था. जैसे current लगता है, झटका लगता है उसी तरह से वह भी मुझे झटका लगता था.</w:t>
      </w:r>
    </w:p>
    <w:p>
      <w:r>
        <w:rPr>
          <w:b/>
        </w:rPr>
        <w:t xml:space="preserve">[51:21] </w:t>
      </w:r>
      <w:r>
        <w:t>yeh illah ki itni bari rehmat hai ke uski waja se hum yeh samajh jate hain ke yeh jo hai ghlat hai. nahi to kya hota? to nahi samajh mein aaye to humko hamare paas sab log hain. Allah ka sugar hai hamare mishan mein aise aise aalim baithe hue hain, aise aise log baithe hue hain. kya hum unse puchte hain ke yeh aise the, yeh aise iska matlab kya hai?</w:t>
      </w:r>
    </w:p>
    <w:p>
      <w:pPr>
        <w:jc w:val="right"/>
      </w:pPr>
      <w:r>
        <w:t>यह इल्लाह की इतनी बड़ी रहमत है कि उसकी वजह से हम यह समझ जाते हैं कि यह जो है ग़लत है. नहीं तो क्या होता? तो नहीं समझ में आए तो हमको हमारे पास सब लोग हैं. अल्लाह का sugar है हमारे मिशान में ऐसे ऐसे आलिम बैठे हुए हैं, ऐसे ऐसे लोग बैठे हुए हैं. क्या हम उनसे पूछते हैं कि यह ऐसे थे, यह ऐसे इसका मतलब क्या है?</w:t>
      </w:r>
    </w:p>
    <w:p>
      <w:r>
        <w:rPr>
          <w:b/>
        </w:rPr>
        <w:t xml:space="preserve">[51:43] </w:t>
      </w:r>
      <w:r>
        <w:t>to yeh bhi Allah ka karam hai aur insan hai aur aaj jo hai har insan jo hai depression aur besukooni ya badmazagi ka shikar. har insan kisi se koi baat kariye to kuch na kuch uske paas mushkil hai aur yeh hai. usko sahi ilm nahi hai. us duniya ki taraf woh insan hai isliye uske sath aisa hai ke woh raste Allah se hidayat mangne ke usko zarorat hi nahi samjhi. woh apne usme rehta hai.</w:t>
      </w:r>
    </w:p>
    <w:p>
      <w:pPr>
        <w:jc w:val="right"/>
      </w:pPr>
      <w:r>
        <w:t>तो यह भी अल्लाह का कर्म है और इंसान है और आज जो है हर इंसान जो है depression और बेसुकूनी या बदमज़ाज़ी का शिकार. हर इंसान किसी से कोई बात करिए तो कुछ ना कुछ उसके पास मुश्किल है और यह है. उसको सही इल्म नहीं है. उस दुनिया की तरफ़ वह इंसान है इसलिए उसके साथ ऐसा है कि वह रास्ते अल्लाह से हिदायत मांगने के उसको ज़रूरत ही नहीं समझी. वह अपने उसमें रहता है.</w:t>
      </w:r>
    </w:p>
    <w:p>
      <w:r>
        <w:rPr>
          <w:b/>
        </w:rPr>
        <w:t xml:space="preserve">[52:12] </w:t>
      </w:r>
      <w:r>
        <w:t>bola ke duniya mein baghair hidayat ki zindagi insan ko bas sukooni hi degi aur depression aur pareshani mein hi mubtala karegi aur aur yeh bhi insan ka rehta hai jaise hum agar batane ki koshish karein to woh sunne ki koshish nahi karte. to afsos ki is par yeh hai ke ghair zarori cheezon par bohat ziyada sullah focus kar lete hain.</w:t>
      </w:r>
    </w:p>
    <w:p>
      <w:pPr>
        <w:jc w:val="right"/>
      </w:pPr>
      <w:r>
        <w:t>बोला कि दुनिया में बगैर हिदायत की ज़िंदगी इंसान को बस सुकूनी ही देगी और depression और परेशानी में ही मुक्तला करेगी और और यह भी इंसान का रहता है जैसे हम अगर बताने की कोशिश करें तो वह सुनने की कोशिश नहीं करते. तो अफसोस की इस पर यह है कि गैर ज़रूरी चीज़ों पर बहुत ज़्यादा सुल्लाह focus कर लेते हैं.</w:t>
      </w:r>
    </w:p>
    <w:p>
      <w:r>
        <w:rPr>
          <w:b/>
        </w:rPr>
        <w:t xml:space="preserve">[52:33] </w:t>
      </w:r>
      <w:r>
        <w:t>Quran, hadith par ya koi Allah ki taraf se koi insan agar hadayat ki baat bata raha hai to woh usko nahi sunte kyunke zehan ekdum badal chuka hai aur Allah ka beinteha shukr hai ke CPS mein yahi kaam ho raha hai ke logon ki soch badle logon ko hidayat ki taraf bulane ke liye mission jo hai hamara CPS mission jis mein Maulana sahib ke lecture se har taraf kaam ho raha hai, har taraf cheezein batai ja rahi hain.</w:t>
      </w:r>
    </w:p>
    <w:p>
      <w:pPr>
        <w:jc w:val="right"/>
      </w:pPr>
      <w:r>
        <w:t>कुरान, हदीस पर या कोई अल्लाह की तरफ से कोई इंसान अगर हैदाय की बात बता रहा है तो वह उसको नहीं सुनते क्योंकि ज़हन एकदम बदल चुका है और अल्लाह का बेइंतहा शुक्र है कि CPS में यही काम हो रहा है कि लोगों की सोच बदले लोगों को हिदायत की तरफ बुलाने के लिए mission जो है हमारा CPS mission जिसमें मौलाना साहब के lecture से हर तरफ काम हो रहा है, हर तरफ चीज़ें बताई जा रही हैं.</w:t>
      </w:r>
    </w:p>
    <w:p>
      <w:r>
        <w:rPr>
          <w:b/>
        </w:rPr>
        <w:t xml:space="preserve">[52:57] </w:t>
      </w:r>
      <w:r>
        <w:t>allah ka we inteha shukr hai jo sab kuch karwa raha hai aur ismein quran ki baras bhi</w:t>
      </w:r>
    </w:p>
    <w:p>
      <w:pPr>
        <w:jc w:val="right"/>
      </w:pPr>
      <w:r>
        <w:t>अल्लाह का वे इंतहा शुक्र है जो सब कुछ करवा रहा है और इसमें कुरान की बरस भी</w:t>
      </w:r>
    </w:p>
    <w:p>
      <w:r>
        <w:rPr>
          <w:b/>
        </w:rPr>
        <w:t xml:space="preserve">[53:07] </w:t>
      </w:r>
      <w:r>
        <w:t>mujhe karna hai ki aakhir mein yeh zaroori lag raha tha mujhe samajhna ki woh surya bakra ki,</w:t>
      </w:r>
    </w:p>
    <w:p>
      <w:pPr>
        <w:jc w:val="right"/>
      </w:pPr>
      <w:r>
        <w:t>मुझे करना है कि आख़िर में यह ज़रूरी लग रहा था मुझे समझना कि वह सूर्य बकरा की,</w:t>
      </w:r>
    </w:p>
    <w:p>
      <w:r>
        <w:rPr>
          <w:b/>
        </w:rPr>
        <w:t xml:space="preserve">[53:17] </w:t>
      </w:r>
      <w:r>
        <w:t>do sau unhattar woh jisko chahta hai hikmat de deta hai aur jisko lekin hum naseeyat nahi lete</w:t>
      </w:r>
    </w:p>
    <w:p>
      <w:pPr>
        <w:jc w:val="right"/>
      </w:pPr>
      <w:r>
        <w:t>दो सौ उनहत्तर वह जिसको चाहता है हिक्मत दे देता है और जिसको लेकिन हम नसीयत नहीं लेते</w:t>
      </w:r>
    </w:p>
    <w:p>
      <w:r>
        <w:rPr>
          <w:b/>
        </w:rPr>
        <w:t xml:space="preserve">[53:28] </w:t>
      </w:r>
      <w:r>
        <w:t>hain jiski wajah se hamare paas itni saare mushkilein aati hain aur yahan to yeh jo mushkilein hain</w:t>
      </w:r>
    </w:p>
    <w:p>
      <w:pPr>
        <w:jc w:val="right"/>
      </w:pPr>
      <w:r>
        <w:t>हैं जिसकी वजह से हमारे पास इतनी सारे मुश्किलें आती हैं और यहां तो यह जो मुश्किलें हैं</w:t>
      </w:r>
    </w:p>
    <w:p>
      <w:r>
        <w:rPr>
          <w:b/>
        </w:rPr>
        <w:t xml:space="preserve">[53:38] </w:t>
      </w:r>
      <w:r>
        <w:t>yahan par to khatm hi ho jayengi lekin aakhirat mein hamein woh mushkilein.</w:t>
      </w:r>
    </w:p>
    <w:p>
      <w:pPr>
        <w:jc w:val="right"/>
      </w:pPr>
      <w:r>
        <w:t>यहां पर तो खत्म ही हो जाएंगी लेकिन आख़रत में हमें वह मुश्किलें.</w:t>
      </w:r>
    </w:p>
    <w:p>
      <w:r>
        <w:rPr>
          <w:b/>
        </w:rPr>
        <w:t xml:space="preserve">[53:49] </w:t>
      </w:r>
      <w:r>
        <w:t>wo sari jo ghair zimmedari wali zindagi woh hamein daboch lengi aur hamara kya hoga? matlab yeh bohat bari cheez hai. is varsh ko samajhna aur humko yeh sabse ziyada zarori hai ke apni jo hamari soch hai usko alag karke khule zehan se alag taraf baat ko samajhne ki koshish karein tab hum us cheezon ko samajh payenge. to yahi meri woh thi doctor safeena.</w:t>
      </w:r>
    </w:p>
    <w:p>
      <w:pPr>
        <w:jc w:val="right"/>
      </w:pPr>
      <w:r>
        <w:t>वो सारी जो ग़ैर ज़िम्मेदारी वाली ज़िंदगी वह हमें दबोच लेंगी और हमारा क्या होगा? मतलब यह बहुत बड़ी चीज़ है. इस वर्ष को समझना और हमको यह सबसे ज़्यादा ज़रूरी है कि अपनी जो हमारी सोच है उसको अलग करके खुले जहन से अलग तरफ़ बात को समझने की कोशिश करें तब हम उस चीज़ों को समझ पाएंगे. तो यही मेरी वह थी doctor सफ़ीना.</w:t>
      </w:r>
    </w:p>
    <w:p>
      <w:r>
        <w:rPr>
          <w:b/>
        </w:rPr>
        <w:t xml:space="preserve">[54:18] </w:t>
      </w:r>
      <w:r>
        <w:t>yahi main samajh payi. aapka bohat acha aapne bataya aur bohat ziyada ehsas hua baaton ko sunkar. aapki baat se mujhe bhi main chahti to nahi thi aapke baad kuch bolna lekin surah nisa ki verse hai 27 28 do verses hain. main usko padhna chahti hoon taake hum bhi hidayat ko pakadne wale ban sakein.</w:t>
      </w:r>
    </w:p>
    <w:p>
      <w:pPr>
        <w:jc w:val="right"/>
      </w:pPr>
      <w:r>
        <w:t>यही मैं समझ पाई. आपका बहुत अच्छा आपने बताया और बहुत ज़्यादा एहसास हुआ बातों को सुनकर. आपकी बात से मुझे भी मैं चाहती तो नहीं थी आपके बाद कुछ बोलना लेकिन सुर्य निशा की verse है 27 28 दो verses हैं. मैं उसको पढ़ना चाहती हूं ताकि हम भी हिदायत को पकड़ने वाले वन सकें.</w:t>
      </w:r>
    </w:p>
    <w:p>
      <w:r>
        <w:rPr>
          <w:b/>
        </w:rPr>
        <w:t xml:space="preserve">[54:43] </w:t>
      </w:r>
      <w:r>
        <w:t>usko usmein hai aur Allah chahta hai ke woh tumhare upar tawajjuh karein aur jo log apni khwahishat khwahishat ki pairvi kar rahe hain, woh chahte hain ke tum raste se bohat door nikal jao. Allah chahta hai ke tumse bojh ko halka karein aur insan kamzor banaya gaya hai. to mujhe verses mein Allah ki woh ek cheez dikhai de rahi hai ke kis tarah se woh chahta hai ke hum hidayat yaft hon.</w:t>
      </w:r>
    </w:p>
    <w:p>
      <w:pPr>
        <w:jc w:val="right"/>
      </w:pPr>
      <w:r>
        <w:t>उसको उसमें है और अल्लाह चाहता है कि वह तुम्हारे ऊपर तौजे करें और जो लोग अपनी ख्वाहिशायद ख्वाहिशाद की पैरवी कर रहे हैं, वह चाहते हैं कि तुम रास्ते से बहुत दूर निकल जाओ. अल्लाह चाहता है कि तुमसे बोझ को हल्का करें और इंसान कमज़ोर बनाया गया है. तो मुझे verses में अल्लाह कि वह एक चीज़ दिखाई दे रही है कि किस तरह से वह चाहता है कि हम इदायत याद हों.</w:t>
      </w:r>
    </w:p>
    <w:p>
      <w:r>
        <w:rPr>
          <w:b/>
        </w:rPr>
        <w:t xml:space="preserve">[55:11] </w:t>
      </w:r>
      <w:r>
        <w:t>wo chahta hai hamara support karna, hamein guide karna. woh janta hai ke hum kamzor hain. to yeh mujhe lagta hai hum agar Allah par jhoot bandhe aur kisi tarah se bhi yeh kahein ke Allah ne hidayat nahi di is liye aisa nahi hua to hamein bohat apne aap ko rokna chahiye aise lafzon se bhi aur aise baaton se bhi na aur doosron ko bhi hamein batana chahiye ke is tarah ki baatein na kahein. bolne mein bhi use na karein is tarah ki baatein. bohat zarori hai.</w:t>
      </w:r>
    </w:p>
    <w:p>
      <w:pPr>
        <w:jc w:val="right"/>
      </w:pPr>
      <w:r>
        <w:t>वह चाहता है हमारा support करना, हमें guide करना. वह जानता है कि हम कमज़ोर हैं. तो यह मुझे लगता है हम अगर अल्लाह पर झूठ बांधे और किसी तरह से भी यह कहें कि अल्लाह ने हिदायत नहीं दी इसलिए ऐसा नहीं हुआ तो हमें बहुत अपने आपको रोकना चाहिए ऐसे लफ्ज़ों से भी और ऐसे बातों से भी ना और दूसरों को भी हमें बताना चाहिए कि इस तरह की बातें ना कहें. बोलने में भी use ना करें इस तरह की बातें. बहुत ज़रूरी है.</w:t>
      </w:r>
    </w:p>
    <w:p>
      <w:r>
        <w:rPr>
          <w:b/>
        </w:rPr>
        <w:t xml:space="preserve">[55:36] </w:t>
      </w:r>
      <w:r>
        <w:t>sara ki line yaad aa rahi hai ke bohat achi khuda se hamara connection hai. bohat mohabbat karne wala khuda. mohabbat karne wale khuda se hamara connection hai. bilkul. to wahan par dua bhi kar dein aap is session ko khatam kar dete hain. is bandar nimani rahein. Allah taala hum yahan par is liye jama hue the ke hum apne andar apna introspection kar sakein.</w:t>
      </w:r>
    </w:p>
    <w:p>
      <w:pPr>
        <w:jc w:val="right"/>
      </w:pPr>
      <w:r>
        <w:t>सारा की line याद आ रही है कि बहुत अच्छी खुदासी हमारा connection है. बहुत मोहब्बत करने वाला ख़ुदा. मोहब्बत करने वाले ख़ुदा से हमारा connection है. बिल्कुल. तो वहां पर दुआ भी कर दें आप इस session को ख़त्म कर देते हैं. इस बंदार निमानी रहें. अल्लाह तालाह हम यहां पर इसीलिए जमा हुए थे कि हम अपने अंदर अपना introspection कर सकें.</w:t>
      </w:r>
    </w:p>
    <w:p>
      <w:r>
        <w:rPr>
          <w:b/>
        </w:rPr>
        <w:t xml:space="preserve">[56:05] </w:t>
      </w:r>
      <w:r>
        <w:t>hamein bohat sari cheezein mili hain. aapke bando se bas kuch samajh mein aaya. lekin hum khata kar hain, bohat ziyada khata kar hain. hum is lakh nahi hain ke hum teri nazar mein, tere samne apne aap ko khada kar sakein. lekin phir bhi humko teri rehmat se poori umeed hai. kya aap apni rehmat se hamein jannat denge? Ameen. Ameen.</w:t>
      </w:r>
    </w:p>
    <w:p>
      <w:pPr>
        <w:jc w:val="right"/>
      </w:pPr>
      <w:r>
        <w:t>हमें बहुत सारी चीज़ें मिली हैं. आपके बंदों से बस कुछ समझ में आया. लेकिन हम ख़ताकार हैं, बहुत ज़्यादा ख़ताकार हैं. हम इस लाख नहीं हैं कि हम तेरी नज़र में, तेरे सामने अपने आप को खड़ा कर सकें. लेकिन फिर भी हमको तेरी रहमत से पूरी उम्मीद है. क्या आप अपनी रहमत से हमें जन्नत देंगे? अमीन. अमीन.</w:t>
      </w:r>
    </w:p>
    <w:p>
      <w:r>
        <w:rPr>
          <w:b/>
        </w:rPr>
        <w:t xml:space="preserve">[56:35] </w:t>
      </w:r>
      <w:r>
        <w:t>jaza kalr, sabhi ne bohat achi share ki hai woh learning. inshallah agle nafte hum isko continue rakhenge. assalam alim.</w:t>
      </w:r>
    </w:p>
    <w:p>
      <w:pPr>
        <w:jc w:val="right"/>
      </w:pPr>
      <w:r>
        <w:t>जज़ा कल्र, सभी ने बहुत अच्छी share की है वह learning. इन्शालाह अगले नफ़्ते हम इसको continue रखेंगे. अस्सलाम अलीम.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