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Hajj ek Tareekh-saaz Amal Haqeeqat-E-Hajj Book by Maulana Wahiduddin Khan</w:t>
      </w:r>
    </w:p>
    <w:p>
      <w:r>
        <w:t>https://www.youtube.com/watch?v=DcyTlpDdbg4</w:t>
      </w:r>
    </w:p>
    <w:p>
      <w:r>
        <w:rPr>
          <w:b/>
        </w:rPr>
        <w:t xml:space="preserve">[00:01] </w:t>
      </w:r>
      <w:r>
        <w:t>haj aik tareekh saaz amal hai. kaha jata hai ke imam abu hanifa ko is mein taraddud tha ke islami ibadaton mein kaun si ibadat afzal ibadat hai.</w:t>
      </w:r>
    </w:p>
    <w:p>
      <w:pPr>
        <w:jc w:val="right"/>
      </w:pPr>
      <w:r>
        <w:t>حج ایک تاریخ ساز عمل ہے۔ کہا جاتا ہے کہ امام ابو حنیفہ کو اس میں تردد تھا کہ اسلامی عبادتوں میں کون سی عبادت افضل عبادت ہے۔</w:t>
      </w:r>
    </w:p>
    <w:p>
      <w:r>
        <w:rPr>
          <w:b/>
        </w:rPr>
        <w:t xml:space="preserve">[00:18] </w:t>
      </w:r>
      <w:r>
        <w:t>jab unhon ne haj ada kiya to is ke baad unhon ne kaha ke ab mujhe yaqeen ho gaya ke haj tamam ibadaton mein sab se afzal ibadat hai.</w:t>
      </w:r>
    </w:p>
    <w:p>
      <w:pPr>
        <w:jc w:val="right"/>
      </w:pPr>
      <w:r>
        <w:t>جب انہوں نے حج ادا کیا تو اس کے بعد انہوں نے کہا کہ اب مجھے یقین ہو گیا کہ حج تمام عبادتوں میں سب سے افضل عبادت ہے۔</w:t>
      </w:r>
    </w:p>
    <w:p>
      <w:r>
        <w:rPr>
          <w:b/>
        </w:rPr>
        <w:t xml:space="preserve">[00:33] </w:t>
      </w:r>
      <w:r>
        <w:t>haj ki is fazilat ka aik khaas pehlu yeh hai ke haj ka talluq aik azeem khudaai mansoobe se hai.</w:t>
      </w:r>
    </w:p>
    <w:p>
      <w:pPr>
        <w:jc w:val="right"/>
      </w:pPr>
      <w:r>
        <w:t>حج کی اس فضیلت کا ایک خاص پہلو یہ ہے کہ حج کا تعلق ایک عظیم خدائی منصوبے سے ہے۔</w:t>
      </w:r>
    </w:p>
    <w:p>
      <w:r>
        <w:rPr>
          <w:b/>
        </w:rPr>
        <w:t xml:space="preserve">[00:43] </w:t>
      </w:r>
      <w:r>
        <w:t>haj aik aise khudaai mansoobe ki yaadgar hai jis ka aaghaz hazrat ibrahim alaih assalam ke zamane mein hua aur muhammad sallallahu alaihi wasallam ke zamane mein is ki aakhri takmeel hui.</w:t>
      </w:r>
    </w:p>
    <w:p>
      <w:pPr>
        <w:jc w:val="right"/>
      </w:pPr>
      <w:r>
        <w:t>حج ایک ایسے خدائی منصوبے کی یادگار ہے جس کا آغاز حضرت ابراہیم علیہ السلام کے زمانے میں ہوا اور محمد صلی اللہ علیہ وسلم کے زمانے میں اس کی آخری تکمیل ہوئی۔</w:t>
      </w:r>
    </w:p>
    <w:p>
      <w:r>
        <w:rPr>
          <w:b/>
        </w:rPr>
        <w:t xml:space="preserve">[01:02] </w:t>
      </w:r>
      <w:r>
        <w:t>haj ke mukhtalif manasik isi khudaai mansoobe ke mukhtalif marhal hain jin ko haji allamati taur par dohrata hai.</w:t>
      </w:r>
    </w:p>
    <w:p>
      <w:pPr>
        <w:jc w:val="right"/>
      </w:pPr>
      <w:r>
        <w:t>حج کے مختلف مناسک اسی خدائی منصوبے کے مختلف مراحل ہیں جن کو حاجی علامتی طور پر دہراتا ہے۔</w:t>
      </w:r>
    </w:p>
    <w:p>
      <w:r>
        <w:rPr>
          <w:b/>
        </w:rPr>
        <w:t xml:space="preserve">[01:15] </w:t>
      </w:r>
      <w:r>
        <w:t>haji apne ghar se nikal kar hijaz ke liye rawana hota hai. jis tarah hazrat ibrahim iraq se nikal kar hijaz aaye,</w:t>
      </w:r>
    </w:p>
    <w:p>
      <w:pPr>
        <w:jc w:val="right"/>
      </w:pPr>
      <w:r>
        <w:t>حاجی اپنے گھر سے نکل کر حجاز کے لیے روانہ ہوتا ہے۔ جس طرح حضرت ابراہیم عراق سے نکل کر حجاز آئے،</w:t>
      </w:r>
    </w:p>
    <w:p>
      <w:r>
        <w:rPr>
          <w:b/>
        </w:rPr>
        <w:t xml:space="preserve">[01:30] </w:t>
      </w:r>
      <w:r>
        <w:t>woh makke ke qareeb pohnch kar sile hue kapre utar deta hai aur apne jism par do chadarein lapait leta hai.</w:t>
      </w:r>
    </w:p>
    <w:p>
      <w:pPr>
        <w:jc w:val="right"/>
      </w:pPr>
      <w:r>
        <w:t>وہ مکے کے قریب پہنچ کر سلے ہوئے کپڑے اتار دیتا ہے اور اپنے جسم پر دو چادریں لپیٹ لیتا ہے۔</w:t>
      </w:r>
    </w:p>
    <w:p>
      <w:r>
        <w:rPr>
          <w:b/>
        </w:rPr>
        <w:t xml:space="preserve">[01:43] </w:t>
      </w:r>
      <w:r>
        <w:t>yeh isi qism ki saada poshakh hai jo us zamane mein hazrat ibrahim aur hazrat ismail ki hoti thi.</w:t>
      </w:r>
    </w:p>
    <w:p>
      <w:pPr>
        <w:jc w:val="right"/>
      </w:pPr>
      <w:r>
        <w:t>یہ اسی قسم کی سادہ پوشاک ہے جو اس زمانے میں حضرت ابراہیم اور حضرت اسماعیل کی ہوتی تھی۔</w:t>
      </w:r>
    </w:p>
    <w:p>
      <w:r>
        <w:rPr>
          <w:b/>
        </w:rPr>
        <w:t xml:space="preserve">[01:55] </w:t>
      </w:r>
      <w:r>
        <w:t>haji makka pohanchta hai to kabe ke gird ghoom kar is ka chakkar lagata hai. yeh wahi tawaf hai jo hazrat ibrahim aur hazrat ismail ne ahad khudaawandi ki tasdeeq ke liye kiya tha.</w:t>
      </w:r>
    </w:p>
    <w:p>
      <w:pPr>
        <w:jc w:val="right"/>
      </w:pPr>
      <w:r>
        <w:t>حاجی مکہ پہنچتا ہے تو کعبے کے گرد گھوم کر اس کا چکر لگاتا ہے۔ یہ وہی طواف ہے جو حضرت ابراہیم اور حضرت اسماعیل نے عہد خداوندی کی توثیق کے لیے کیا تھا۔</w:t>
      </w:r>
    </w:p>
    <w:p>
      <w:r>
        <w:rPr>
          <w:b/>
        </w:rPr>
        <w:t xml:space="preserve">[02:14] </w:t>
      </w:r>
      <w:r>
        <w:t>haji safa o marwa ke darmiyan saat bar sahi karta hai.</w:t>
      </w:r>
    </w:p>
    <w:p>
      <w:pPr>
        <w:jc w:val="right"/>
      </w:pPr>
      <w:r>
        <w:t>حاجی صفا و مروہ کے درمیان سات بار صحیح کرتا ہے۔</w:t>
      </w:r>
    </w:p>
    <w:p>
      <w:r>
        <w:rPr>
          <w:b/>
        </w:rPr>
        <w:t xml:space="preserve">[02:19] </w:t>
      </w:r>
      <w:r>
        <w:t>yeh hazrat hajra ki us daud ki naqal hai jo unhon ne is biaban mein pani ki talash ke liye ki.</w:t>
      </w:r>
    </w:p>
    <w:p>
      <w:pPr>
        <w:jc w:val="right"/>
      </w:pPr>
      <w:r>
        <w:t>یہ حضرت ہاجرہ کی اس دوڑ کی نقل ہے جو انہوں نے اس بیابان میں پانی کی تلاش کے لیے کی۔</w:t>
      </w:r>
    </w:p>
    <w:p>
      <w:r>
        <w:rPr>
          <w:b/>
        </w:rPr>
        <w:t xml:space="preserve">[02:31] </w:t>
      </w:r>
      <w:r>
        <w:t>haji mina ja kar qurbani karta hai. yeh us qurbani ka allamati aada hai jo hazrat ibrahim ne aula bete ke liye aur us ke baad khuda ke hukum se mendhe ke liye ki thi.</w:t>
      </w:r>
    </w:p>
    <w:p>
      <w:pPr>
        <w:jc w:val="right"/>
      </w:pPr>
      <w:r>
        <w:t>حاجی منی جا کر قربانی کرتا ہے۔ یہ اس قربانی کا علامتی اعادہ ہے جو حضرت ابراہیم نے اولا بیٹے کے لیے اور اس کے بعد خدا کے حکم سے مینڈھے کے لیے کی تھی۔</w:t>
      </w:r>
    </w:p>
    <w:p>
      <w:r>
        <w:rPr>
          <w:b/>
        </w:rPr>
        <w:t xml:space="preserve">[02:49] </w:t>
      </w:r>
      <w:r>
        <w:t>haji jimaarat par ja kar shaitan ko kankariyan marta hai. yeh us amal ki yaadgar hai jo hazrat ismail ne shaitan ki taraf kankariyan maar kar kiya tha jabke us ne unhein behkane ki koshish ki.</w:t>
      </w:r>
    </w:p>
    <w:p>
      <w:pPr>
        <w:jc w:val="right"/>
      </w:pPr>
      <w:r>
        <w:t>حاجی جمرات پر جا کر شیطان کو کنکریاں مارتا ہے۔ یہ اس عمل کی یادگار ہے جو حضرت اسماعیل نے شیطان کی طرف کنکریاں مار کر کیا تھا جبکہ اس نے انہیں بہکانے کی کوشش کی۔</w:t>
      </w:r>
    </w:p>
    <w:p>
      <w:r>
        <w:rPr>
          <w:b/>
        </w:rPr>
        <w:t xml:space="preserve">[03:08] </w:t>
      </w:r>
      <w:r>
        <w:t>phir tamam haji arafat ke maidan mein jama hote hain.</w:t>
      </w:r>
    </w:p>
    <w:p>
      <w:pPr>
        <w:jc w:val="right"/>
      </w:pPr>
      <w:r>
        <w:t>پھر تمام حاجی عرفات کے میدان میں جمع ہوتے ہیں۔</w:t>
      </w:r>
    </w:p>
    <w:p>
      <w:r>
        <w:rPr>
          <w:b/>
        </w:rPr>
        <w:t xml:space="preserve">[03:14] </w:t>
      </w:r>
      <w:r>
        <w:t>yeh us amal ki aakhri soorat hai jo labbaik allahumma labbaik ki soorat mein har haji ki zaban zaida hota hai.</w:t>
      </w:r>
    </w:p>
    <w:p>
      <w:pPr>
        <w:jc w:val="right"/>
      </w:pPr>
      <w:r>
        <w:t>یہ اس عمل کی آخری صورت ہے جو لبیک اللہم لبیک کی صورت میں ہر حاجی کی زبان زیدہ ہوتا ہے۔</w:t>
      </w:r>
    </w:p>
    <w:p>
      <w:r>
        <w:rPr>
          <w:b/>
        </w:rPr>
        <w:t xml:space="preserve">[03:24] </w:t>
      </w:r>
      <w:r>
        <w:t>yahan tamam haji khule maidan mein jama ho kar apne khuda se ijtamai ahad karte hain ke woh wahi karenge jis ka sabaq unhein haj ki soorat mein diya gaya hai.</w:t>
      </w:r>
    </w:p>
    <w:p>
      <w:pPr>
        <w:jc w:val="right"/>
      </w:pPr>
      <w:r>
        <w:t>یہاں تمام حاجی کھلے میدان میں جمع ہو کر اپنے خدا سے اجتماعی عہد کرتے ہیں کہ وہ وہی کریں گے جس کا سبق انہیں حج کی صورت میں دیا گیا ہے۔</w:t>
      </w:r>
    </w:p>
    <w:p>
      <w:r>
        <w:rPr>
          <w:b/>
        </w:rPr>
        <w:t xml:space="preserve">[03:39] </w:t>
      </w:r>
      <w:r>
        <w:t>woh isi mein jiyenge jis mein woh log jiye jin ki yaadgar mein haj ki ibadat ada ki jati hai. haj ke manasik ko quran mein shaa'ir kaha gaya hai yani allamati cheezein.</w:t>
      </w:r>
    </w:p>
    <w:p>
      <w:pPr>
        <w:jc w:val="right"/>
      </w:pPr>
      <w:r>
        <w:t>وہ اسی میں جیئیں گے جس میں وہ لوگ جیئے جن کی یادگار میں حج کی عبادت ادا کی جاتی ہے۔ حج کے مناسک کو قرآن میں شاعر کہا گیا ہے یعنی علامتی چیزیں۔</w:t>
      </w:r>
    </w:p>
    <w:p>
      <w:r>
        <w:rPr>
          <w:b/>
        </w:rPr>
        <w:t xml:space="preserve">[03:55] </w:t>
      </w:r>
      <w:r>
        <w:t>yeh sab darasal hazrat ibrahim aur un ke khandan par guzarnay walay waqiat hain jo mazkoora mansooba ilahi ki takmeel ke dauran pesh aaye.</w:t>
      </w:r>
    </w:p>
    <w:p>
      <w:pPr>
        <w:jc w:val="right"/>
      </w:pPr>
      <w:r>
        <w:t>یہ سب دراصل حضرت ابراہیم اور ان کے خاندان پر گزرنے والے واقعات ہیں جو مذکورہ منصوبہ الہی کی تکمیل کے دوران پیش آئے۔</w:t>
      </w:r>
    </w:p>
    <w:p>
      <w:r>
        <w:rPr>
          <w:b/>
        </w:rPr>
        <w:t xml:space="preserve">[04:08] </w:t>
      </w:r>
      <w:r>
        <w:t>in waqiat ko haji allamati taur par dohrata hai aur is tarah yeh ahad karta hai ke woh bhi isi tareekh ka juz banega.</w:t>
      </w:r>
    </w:p>
    <w:p>
      <w:pPr>
        <w:jc w:val="right"/>
      </w:pPr>
      <w:r>
        <w:t>ان واقعات کو حاجی علامتی طور پر دہراتا ہے اور اس طرح یہ عہد کرتا ہے کہ وہ بھی اسی تاریخ کا جز بنے گا۔</w:t>
      </w:r>
    </w:p>
    <w:p>
      <w:r>
        <w:rPr>
          <w:b/>
        </w:rPr>
        <w:t xml:space="preserve">[04:20] </w:t>
      </w:r>
      <w:r>
        <w:t>haji goya yeh ahad karta hai ke agar zaroorat pesh aayi to woh apni dunya ko ujaad kar haq ki taraf badhega.</w:t>
      </w:r>
    </w:p>
    <w:p>
      <w:pPr>
        <w:jc w:val="right"/>
      </w:pPr>
      <w:r>
        <w:t>حاجی گویا یہ عہد کرتا ہے کہ اگر ضرورت پیش آئی تو وہ اپنی دنیا کو اجاڑ کر حق کی طرف بڑھے گا۔</w:t>
      </w:r>
    </w:p>
    <w:p>
      <w:r>
        <w:rPr>
          <w:b/>
        </w:rPr>
        <w:t xml:space="preserve">[04:30] </w:t>
      </w:r>
      <w:r>
        <w:t>woh aaram o rahat ko chhod kar qanaat aur saadgi par apne aap ko raazi karega.</w:t>
      </w:r>
    </w:p>
    <w:p>
      <w:pPr>
        <w:jc w:val="right"/>
      </w:pPr>
      <w:r>
        <w:t>وہ آرام و راحت کو چھوڑ کر قناعت اور سادگی پر اپنے آپ کو راضی کرے گا۔</w:t>
      </w:r>
    </w:p>
    <w:p>
      <w:r>
        <w:rPr>
          <w:b/>
        </w:rPr>
        <w:t xml:space="preserve">[04:38] </w:t>
      </w:r>
      <w:r>
        <w:t>woh khuda ke liye daudega aur khuda ke gird ghoomega. woh shaitani behkaon ko pathar maar kar apne se door bhagayega.</w:t>
      </w:r>
    </w:p>
    <w:p>
      <w:pPr>
        <w:jc w:val="right"/>
      </w:pPr>
      <w:r>
        <w:t>وہ خدا کے لیے دوڑے گا اور خدا کے گرد گھومے گا۔ وہ شیطانی بہکاؤں کو پتھر مار کر اپنے سے دور بھگائے گا۔</w:t>
      </w:r>
    </w:p>
    <w:p>
      <w:r>
        <w:rPr>
          <w:b/>
        </w:rPr>
        <w:t xml:space="preserve">[04:48] </w:t>
      </w:r>
      <w:r>
        <w:t>khuda ka deen is ko jahan le jaye wahan woh jayega aur jis cheez ka taqaza karega us ko woh us ke hawale kar dega.</w:t>
      </w:r>
    </w:p>
    <w:p>
      <w:pPr>
        <w:jc w:val="right"/>
      </w:pPr>
      <w:r>
        <w:t>خدا کا دین اس کو جہاں لے جائے وہاں وہ جائے گا اور جس چیز کا تقاضا کرے گا اس کو وہ اس کے حوالے کر دے گا۔</w:t>
      </w:r>
    </w:p>
    <w:p>
      <w:r>
        <w:rPr>
          <w:b/>
        </w:rPr>
        <w:t xml:space="preserve">[05:01] </w:t>
      </w:r>
      <w:r>
        <w:t>woh amal ki zaban mein khuda se kehta hai ke agar dobara deen ke liye zaroorat pesh aayi to woh is aakhri had tak jaane ke liye tayyar hai ke apni aulaad ko zibah kar ke deen ki zaroorat poori kare.</w:t>
      </w:r>
    </w:p>
    <w:p>
      <w:pPr>
        <w:jc w:val="right"/>
      </w:pPr>
      <w:r>
        <w:t>وہ عمل کی زبان میں خدا سے کہتا ہے کہ اگر دوبارہ دین کے لیے ضرورت پیش آئی تو وہ اس آخری حد تک جانے کے لیے تیار ہے کہ اپنی اولاد کو ذبح کر کے دین کی ضرورت پوری کرے۔</w:t>
      </w:r>
    </w:p>
    <w:p>
      <w:r>
        <w:rPr>
          <w:b/>
        </w:rPr>
        <w:t xml:space="preserve">[05:21] </w:t>
      </w:r>
      <w:r>
        <w:t>hazrat ibrahim ka iraq se chal kar makka aana aur yahan mazkoora waqiat ka pesh aana</w:t>
      </w:r>
    </w:p>
    <w:p>
      <w:pPr>
        <w:jc w:val="right"/>
      </w:pPr>
      <w:r>
        <w:t>حضرت ابراہیم کا عراق سے چل کر مکہ آنا اور یہاں مذکورہ واقعات کا پیش آنا</w:t>
      </w:r>
    </w:p>
    <w:p>
      <w:r>
        <w:rPr>
          <w:b/>
        </w:rPr>
        <w:t xml:space="preserve">[05:30] </w:t>
      </w:r>
      <w:r>
        <w:t>aik azeem khodai mansooba tha jo dhai hazar saal mein barooye kaar laya gaya. is ka khulasa yeh hai ke ab se paanch hazar saal pehle insani zehnon par shirk ka itna ghlabah ho gaya tha ke zindagi ka koi shobah shirk se khaali na tha.</w:t>
      </w:r>
    </w:p>
    <w:p>
      <w:pPr>
        <w:jc w:val="right"/>
      </w:pPr>
      <w:r>
        <w:t>ایک عظیم خدائی منصوبہ تھا جو ڈھائی ہزار سال میں بروئے کار لایا گیا۔ اس کا خلاصہ یہ ہے کہ اب سے پانچ ہزار سال پہلے انسانی ذہنوں پر شرک کا اتنا غلبہ ہو گیا تھا کہ زندگی کا کوئی شعبہ شرک سے خالی نہ تھا۔</w:t>
      </w:r>
    </w:p>
    <w:p>
      <w:r>
        <w:rPr>
          <w:b/>
        </w:rPr>
        <w:t xml:space="preserve">[05:53] </w:t>
      </w:r>
      <w:r>
        <w:t>yeh soorat haal nasal dar nasal jaari rahi.</w:t>
      </w:r>
    </w:p>
    <w:p>
      <w:pPr>
        <w:jc w:val="right"/>
      </w:pPr>
      <w:r>
        <w:t>یہ صورتحال نسل در نسل جاری رہی۔</w:t>
      </w:r>
    </w:p>
    <w:p>
      <w:r>
        <w:rPr>
          <w:b/>
        </w:rPr>
        <w:t xml:space="preserve">[05:57] </w:t>
      </w:r>
      <w:r>
        <w:t>is ka nateeja yeh hua ke insani naslon mein shirk ka tasalsul qaaim ho gaya. is zamanay ki abadiyon mein jo shakhs bhi paida hota woh shirk ka zehn le kar paida hota aur isi par us ki poori uthaan hoti.</w:t>
      </w:r>
    </w:p>
    <w:p>
      <w:pPr>
        <w:jc w:val="right"/>
      </w:pPr>
      <w:r>
        <w:t>اس کا نتیجہ یہ ہوا کہ انسانی نسلوں میں شرک کا تسلسل قائم ہو گیا۔ اس زمانے کی آبادیوں میں جو شخص بھی پیدا ہوتا وہ شرک کا ذہن لے کر پیدا ہوتا اور اسی پر اس کی پوری اٹھان ہوتی۔</w:t>
      </w:r>
    </w:p>
    <w:p>
      <w:r>
        <w:rPr>
          <w:b/>
        </w:rPr>
        <w:t xml:space="preserve">[06:16] </w:t>
      </w:r>
      <w:r>
        <w:t>is bana par peghambaron ki tauheed ki dawat kisi tarah logon ko appeal nahi karti thi.</w:t>
      </w:r>
    </w:p>
    <w:p>
      <w:pPr>
        <w:jc w:val="right"/>
      </w:pPr>
      <w:r>
        <w:t>اس بنا پر پیغمبروں کی توحید کی دعوت کسی طرح لوگوں کو اپیل نہیں کرتی تھی۔</w:t>
      </w:r>
    </w:p>
    <w:p>
      <w:r>
        <w:rPr>
          <w:b/>
        </w:rPr>
        <w:t xml:space="preserve">[06:25] </w:t>
      </w:r>
      <w:r>
        <w:t>ab khuda ne yeh mansooba banaya ke insanon ki aik aisi nasal tayyar ki jaye jo mushrikana mahol se alag ho kar parwarish paaye taakeh woh mushrikana tasalsul se azaad ho kar soch sake.</w:t>
      </w:r>
    </w:p>
    <w:p>
      <w:pPr>
        <w:jc w:val="right"/>
      </w:pPr>
      <w:r>
        <w:t>اب خدا نے یہ منصوبہ بنایا کہ انسانوں کی ایک ایسی نسل تیار کی جائے جو مشرکانہ ماحول سے الگ ہو کر پرورش پائے تاکہ وہ مشرکانہ تسلسل سے آزاد ہو کر سوچ سکے۔</w:t>
      </w:r>
    </w:p>
    <w:p>
      <w:r>
        <w:rPr>
          <w:b/>
        </w:rPr>
        <w:t xml:space="preserve">[06:42] </w:t>
      </w:r>
      <w:r>
        <w:t>is ke liye shehri abadiyon se door aik ghair abad maqam hi munasib ho sakta tha.</w:t>
      </w:r>
    </w:p>
    <w:p>
      <w:pPr>
        <w:jc w:val="right"/>
      </w:pPr>
      <w:r>
        <w:t>اس کے لیے شہری آبادیوں سے دور ایک غیر آباد مقام ہی مناسب ہو سکتا تھا۔</w:t>
      </w:r>
    </w:p>
    <w:p>
      <w:r>
        <w:rPr>
          <w:b/>
        </w:rPr>
        <w:t xml:space="preserve">[06:50] </w:t>
      </w:r>
      <w:r>
        <w:t>chanaanche is maqsad ke liye arab ke khushk ilaqay ka intikhab kiya gaya jo is zamanay mein abad dunya se alag thalag bilkul ghair abad halat mein pada hua tha.</w:t>
      </w:r>
    </w:p>
    <w:p>
      <w:pPr>
        <w:jc w:val="right"/>
      </w:pPr>
      <w:r>
        <w:t>چنانچہ اس مقصد کے لیے عرب کے خشک علاقے کا انتخاب کیا گیا جو اس زمانے میں آباد دنیا سے الگ تھلگ بالکل غیر آباد حالت میں پڑا ہوا تھا۔</w:t>
      </w:r>
    </w:p>
    <w:p>
      <w:r>
        <w:rPr>
          <w:b/>
        </w:rPr>
        <w:t xml:space="preserve">[07:08] </w:t>
      </w:r>
      <w:r>
        <w:t>ab is bay aab o giyah ilaqay mein aik nai nasal tayyar karne ke liye woh pehla insan darkaar tha jo maut ki qeemat par wahan basne ke liye tayyar ho.</w:t>
      </w:r>
    </w:p>
    <w:p>
      <w:pPr>
        <w:jc w:val="right"/>
      </w:pPr>
      <w:r>
        <w:t>اب اس بے آب و گیاہ علاقے میں ایک نئی نسل تیار کرنے کے لیے وہ پہلا انسان درکار تھا جو موت کی قیمت پر وہاں بسنے کے لیے تیار ہو۔</w:t>
      </w:r>
    </w:p>
    <w:p>
      <w:r>
        <w:rPr>
          <w:b/>
        </w:rPr>
        <w:t xml:space="preserve">[07:21] </w:t>
      </w:r>
      <w:r>
        <w:t>is nazuk moqay par hazrat ibrahim ko khwab dikhaya gaya ke aap apne naujawan bete ismail ko zibah kar rahay hain.</w:t>
      </w:r>
    </w:p>
    <w:p>
      <w:pPr>
        <w:jc w:val="right"/>
      </w:pPr>
      <w:r>
        <w:t>اس نازک موقع پر حضرت ابراہیم کو خواب دکھایا گیا کہ آپ اپنے نوجوان بیٹے اسماعیل کو ذبح کر رہے ہیں۔</w:t>
      </w:r>
    </w:p>
    <w:p>
      <w:r>
        <w:rPr>
          <w:b/>
        </w:rPr>
        <w:t xml:space="preserve">[07:31] </w:t>
      </w:r>
      <w:r>
        <w:t>yeh jismani zibah haqeeqatan sehrai zibah ki tamseel thi.</w:t>
      </w:r>
    </w:p>
    <w:p>
      <w:pPr>
        <w:jc w:val="right"/>
      </w:pPr>
      <w:r>
        <w:t>یہ جسمانی ذبح حقیقتاً صحرائی ذبح کی تمثیل تھی۔</w:t>
      </w:r>
    </w:p>
    <w:p>
      <w:r>
        <w:rPr>
          <w:b/>
        </w:rPr>
        <w:t xml:space="preserve">[07:37] </w:t>
      </w:r>
      <w:r>
        <w:t>is ke zariye yeh dekhna maqsood tha ke kya ibrahim is ke liye tayyar hain ke woh apne aap ko khodai mansoobe mein is tarah shamil karen ke apni mehboob aulaad ko le ja kar hijaz mein basa dein jahan khushk paharon aur ratiili sehraon ke siwa aur kuch nahi.</w:t>
      </w:r>
    </w:p>
    <w:p>
      <w:pPr>
        <w:jc w:val="right"/>
      </w:pPr>
      <w:r>
        <w:t>اس کے ذریعے یہ دیکھنا مقصود تھا کہ کیا ابراہیم اس کے لیے تیار ہیں کہ وہ اپنے آپ کو خدائی منصوبے میں اس طرح شامل کریں کہ اپنی محبوب اولاد کو لے جا کر حجاز میں بسا دیں جہاں خشک پہاڑوں اور رتیلی صحراؤں کے سوا اور کچھ نہیں۔</w:t>
      </w:r>
    </w:p>
    <w:p>
      <w:r>
        <w:rPr>
          <w:b/>
        </w:rPr>
        <w:t xml:space="preserve">[08:02] </w:t>
      </w:r>
      <w:r>
        <w:t>is zamanay mein hijaz mein basna maut ki wadi mein basne ke hum maani tha. qadeem zamanay mein hijaz isi liye ghair abad pada raha ke wahan pani aur sabza na tha.</w:t>
      </w:r>
    </w:p>
    <w:p>
      <w:pPr>
        <w:jc w:val="right"/>
      </w:pPr>
      <w:r>
        <w:t>اس زمانے میں حجاز میں بسنا موت کی وادی میں بسنے کے ہم معنی تھا۔ قدیم زمانے میں حجاز اسی لیے غیر آباد پڑا رہا کہ وہاں پانی اور سبزہ نہ تھا۔</w:t>
      </w:r>
    </w:p>
    <w:p>
      <w:r>
        <w:rPr>
          <w:b/>
        </w:rPr>
        <w:t xml:space="preserve">[08:18] </w:t>
      </w:r>
      <w:r>
        <w:t>qadeem hijaz ka mushrikana tamaddun se paak rehna isi liye mumkin hua ke woh zindagi ke saman se khaali tha.</w:t>
      </w:r>
    </w:p>
    <w:p>
      <w:pPr>
        <w:jc w:val="right"/>
      </w:pPr>
      <w:r>
        <w:t>قدیم حجاز کا مشرکانہ تمدن سے پاک رہنا اسی لیے ممکن ہوا کہ وہ زندگی کے سامان سے خالی تھا۔</w:t>
      </w:r>
    </w:p>
    <w:p>
      <w:r>
        <w:rPr>
          <w:b/>
        </w:rPr>
        <w:t xml:space="preserve">[08:27] </w:t>
      </w:r>
      <w:r>
        <w:t>qadeem hijaz ki woh khusoosiyat jis ne is ko mushrik insanon se khaali rakha tha isi ne is ko is qabil bana diya ke wahan muwahideen ki aik nai nasal tayyar ki jaye.</w:t>
      </w:r>
    </w:p>
    <w:p>
      <w:pPr>
        <w:jc w:val="right"/>
      </w:pPr>
      <w:r>
        <w:t>قدیم حجاز کی وہ خصوصیت جس نے اس کو مشرک انسانوں سے خالی رکھا تھا اسی نے اس کو اس قابل بنا دیا کہ وہاں موحدین کی ایک نئی نسل تیار کی جائے۔</w:t>
      </w:r>
    </w:p>
    <w:p>
      <w:r>
        <w:rPr>
          <w:b/>
        </w:rPr>
        <w:t xml:space="preserve">[08:43] </w:t>
      </w:r>
      <w:r>
        <w:t>hazrat ibrahim ka apne naujawan bete yaani ismail ke gale par chhuri rakhna is baat ka izhaar tha ke woh is qurbani ke liye aakhri tor par tayyar hain.</w:t>
      </w:r>
    </w:p>
    <w:p>
      <w:pPr>
        <w:jc w:val="right"/>
      </w:pPr>
      <w:r>
        <w:t>حضرت ابراہیم کا اپنے نوجوان بیٹے یعنی اسماعیل کے گلے پر چھری رکھنا اس بات کا اظہار تھا کہ وہ اس قربانی کے لیے آخری طور پر تیار ہیں۔</w:t>
      </w:r>
    </w:p>
    <w:p>
      <w:r>
        <w:rPr>
          <w:b/>
        </w:rPr>
        <w:t xml:space="preserve">[08:57] </w:t>
      </w:r>
      <w:r>
        <w:t>chanaanche hazrat ibrahim aur hazrat ismail ko is mansoobe khodawandi ke liye chun liya gaya aur un ko qadeem hijaz ke alag thalag ilaqay mein basa kar nai nasal tayyar karne ka amal shuru kar diya gaya.</w:t>
      </w:r>
    </w:p>
    <w:p>
      <w:pPr>
        <w:jc w:val="right"/>
      </w:pPr>
      <w:r>
        <w:t>چنانچہ حضرت ابراہیم اور حضرت اسماعیل کو اس منصوبہ خداوندی کے لیے چن لیا گیا اور ان کو قدیم حجاز کے الگ تھلگ علاقے میں بسا کر نئی نسل تیار کرنے کا عمل شروع کر دیا گیا۔</w:t>
      </w:r>
    </w:p>
    <w:p>
      <w:r>
        <w:rPr>
          <w:b/>
        </w:rPr>
        <w:t xml:space="preserve">[09:15] </w:t>
      </w:r>
      <w:r>
        <w:t>hazrat ibrahim ne ismail ki nasal mein aik peghambar paida hone ki dua ki thi.</w:t>
      </w:r>
    </w:p>
    <w:p>
      <w:pPr>
        <w:jc w:val="right"/>
      </w:pPr>
      <w:r>
        <w:t>حضرت ابراہیم نے اسماعیل کی نسل میں ایک پیغمبر پیدا ہونے کی دعا کی تھی۔</w:t>
      </w:r>
    </w:p>
    <w:p>
      <w:r>
        <w:rPr>
          <w:b/>
        </w:rPr>
        <w:t xml:space="preserve">[09:23] </w:t>
      </w:r>
      <w:r>
        <w:t>rasool Allah sal Allah alih wasalam isi dua ke nateeje mein paida hue. magar jaisa ke maloom hai dua aur is ki qabooliyat ke darmiyan dhai hazar saal ka faasla hai.</w:t>
      </w:r>
    </w:p>
    <w:p>
      <w:pPr>
        <w:jc w:val="right"/>
      </w:pPr>
      <w:r>
        <w:t>رسول اللہ صلی اللہ علیہ وسلم اسی دعا کے نتیجے میں پیدا ہوئے۔ مگر جیسا کہ معلوم ہے دعا اور اس کی قبولیت کے درمیان ڈھائی ہزار سال کا فاصلہ ہے۔</w:t>
      </w:r>
    </w:p>
    <w:p>
      <w:r>
        <w:rPr>
          <w:b/>
        </w:rPr>
        <w:t xml:space="preserve">[09:38] </w:t>
      </w:r>
      <w:r>
        <w:t>is taakhir ka sabab yeh hai ke is muddat ke darmiyan woh nasal tayyar ki ja rahi thi jo shirk ke tasalsul se munqate ho kar soch sake aur sehrai tarbiyat ke nateeje mein jis ke andar yeh salahiyat ho ke woh peghambar ka sath de kar is mushkil mission ko takmeel tak pouncha sake.</w:t>
      </w:r>
    </w:p>
    <w:p>
      <w:pPr>
        <w:jc w:val="right"/>
      </w:pPr>
      <w:r>
        <w:t>اس تاخیر کا سبب یہ ہے کہ اس مدت کے دوران وہ نسل تیار کی جا رہی تھی جو شرک کے تسلسل سے منقطع ہو کر سوچ سکے اور صحرائی تربیت کے نتیجے میں جس کے اندر یہ صلاحیت ہو کہ وہ پیغمبر کا ساتھ دے کر اس مشکل مشن کو تکمیل تک پہنچا سکے۔</w:t>
      </w:r>
    </w:p>
    <w:p>
      <w:r>
        <w:rPr>
          <w:b/>
        </w:rPr>
        <w:t xml:space="preserve">[10:04] </w:t>
      </w:r>
      <w:r>
        <w:t>isi liye is groh ko khair ummat kaha gaya.</w:t>
      </w:r>
    </w:p>
    <w:p>
      <w:pPr>
        <w:jc w:val="right"/>
      </w:pPr>
      <w:r>
        <w:t>اسی لیے اس گروہ کو خیر امت کہا گیا۔</w:t>
      </w:r>
    </w:p>
    <w:p>
      <w:r>
        <w:rPr>
          <w:b/>
        </w:rPr>
        <w:t xml:space="preserve">[10:08] </w:t>
      </w:r>
      <w:r>
        <w:t>yeh ummat tareekh ki anokhi ummat hai. ibtida zaroor is ki aik tadad peghambar ki dushman ho gayi magar jab is ki samajh mein agaya to is ne bharpoor tor par aap ka sath diya.</w:t>
      </w:r>
    </w:p>
    <w:p>
      <w:pPr>
        <w:jc w:val="right"/>
      </w:pPr>
      <w:r>
        <w:t>یہ امت تاریخ کی انوکھی امت ہے۔ ابتداء ضرور اس کی ایک تعداد پیغمبر کی دشمن ہو گئی مگر جب اس کی سمجھ میں آگیا تو اس نے بھرپور طور پر آپ کا ساتھ دیا۔</w:t>
      </w:r>
    </w:p>
    <w:p>
      <w:r>
        <w:rPr>
          <w:b/>
        </w:rPr>
        <w:t xml:space="preserve">[10:28] </w:t>
      </w:r>
      <w:r>
        <w:t>is tarah jo nasal banai gayi is ke andar agarchay baad ko atraf ki dunya se kuch shirk ke asraat aa gaye</w:t>
      </w:r>
    </w:p>
    <w:p>
      <w:pPr>
        <w:jc w:val="right"/>
      </w:pPr>
      <w:r>
        <w:t>اس طرح جو نسل بنائی گئی اس کے اندر اگرچہ بعد کو اطراف کی دنیا سے کچھ شرک کے اثرات آگئے</w:t>
      </w:r>
    </w:p>
    <w:p>
      <w:r>
        <w:rPr>
          <w:b/>
        </w:rPr>
        <w:t xml:space="preserve">[10:38] </w:t>
      </w:r>
      <w:r>
        <w:t>magar buniyadi tor par woh aik mehfooz nasal thi. kuch naqis afraad ko chhod kar woh log sahi fitrat par qaaim thay.</w:t>
      </w:r>
    </w:p>
    <w:p>
      <w:pPr>
        <w:jc w:val="right"/>
      </w:pPr>
      <w:r>
        <w:t>مگر بنیادی طور پر وہ ایک محفوظ نسل تھی۔ کچھ ناقص افراد کو چھوڑ کر وہ لوگ صحیح فطرت پر قائم تھے۔</w:t>
      </w:r>
    </w:p>
    <w:p>
      <w:r>
        <w:rPr>
          <w:b/>
        </w:rPr>
        <w:t xml:space="preserve">[10:48] </w:t>
      </w:r>
      <w:r>
        <w:t>unhon ne ibtida peghambar ki mukhalifat bhi ki magar is ka sabab ziyada tar nasamjhi thi. jab un ki samajh mein agaya ke waqai yeh peghambar hain aur un ka deen barhaq hai to un ki mukhalifat dobara muwafqat mein tabdeel ho gayi.</w:t>
      </w:r>
    </w:p>
    <w:p>
      <w:pPr>
        <w:jc w:val="right"/>
      </w:pPr>
      <w:r>
        <w:t>انہوں نے ابتداء پیغمبر کی مخالفت بھی کی مگر اس کا سبب زیادہ تر ناسمجھی تھا۔ جب ان کی سمجھ میں آگیا کہ واقعی یہ پیغمبر ہیں اور ان کا دین برحق ہے تو ان کی مخالفت دوبارہ موافقت میں تبدیل ہوگئی۔</w:t>
      </w:r>
    </w:p>
    <w:p>
      <w:r>
        <w:rPr>
          <w:b/>
        </w:rPr>
        <w:t xml:space="preserve">[11:07] </w:t>
      </w:r>
      <w:r>
        <w:t>woh bharpoor tor par aap ke saathi ban gaye. hazrat ibrahim ne apne bete ko zibah kar ke jo nasal tayyar ki is ka sab se ziyada numayan wasf yeh tha ke woh azaad zehn ke sath haqeeqat ko dekh sakti thi aur is ka etaraf kar sakti thi.</w:t>
      </w:r>
    </w:p>
    <w:p>
      <w:pPr>
        <w:jc w:val="right"/>
      </w:pPr>
      <w:r>
        <w:t>وہ بھرپور طور پر آپ کے ساتھی بن گئے۔ حضرت ابراہیم نے اپنے بیٹے کو ذبح کر کے جو نسل تیار کی اس کا سب سے زیادہ نمایاں وصف یہ تھا کہ وہ آزاد ذہن کے ساتھ حقیقت کو دیکھ سکتی تھی اور اس کا اعتراف کر سکتی تھی۔</w:t>
      </w:r>
    </w:p>
    <w:p>
      <w:r>
        <w:rPr>
          <w:b/>
        </w:rPr>
        <w:t xml:space="preserve">[11:29] </w:t>
      </w:r>
      <w:r>
        <w:t>haqeeqat waqe ko maan lene ki salahiyat is ke andar kaamil darje mein maujood thi.</w:t>
      </w:r>
    </w:p>
    <w:p>
      <w:pPr>
        <w:jc w:val="right"/>
      </w:pPr>
      <w:r>
        <w:t>حقیقت واقعے کو مان لینے کی صلاحیت اس کے اندر کامل درجے میں موجود تھی۔</w:t>
      </w:r>
    </w:p>
    <w:p>
      <w:r>
        <w:rPr>
          <w:b/>
        </w:rPr>
        <w:t xml:space="preserve">[11:37] </w:t>
      </w:r>
      <w:r>
        <w:t>yahan is silsile mein teen mukhtalif misalein naqal ki jati hain. ek shakhs woh jis ne haq ko sunte hi use maan liya.</w:t>
      </w:r>
    </w:p>
    <w:p>
      <w:pPr>
        <w:jc w:val="right"/>
      </w:pPr>
      <w:r>
        <w:t>یہاں اس سلسلے میں تین مختلف مثالیں نقل کی جاتی ہیں۔ ایک شخص وہ جس نے حق کو سنتے ہی اسے مان لیا۔</w:t>
      </w:r>
    </w:p>
    <w:p>
      <w:r>
        <w:rPr>
          <w:b/>
        </w:rPr>
        <w:t xml:space="preserve">[11:48] </w:t>
      </w:r>
      <w:r>
        <w:t>doosra woh jis ne ibtida inkaar kiya magar jab baat samajh mein aa gayi to us ne etraaf mein der nahi ki.</w:t>
      </w:r>
    </w:p>
    <w:p>
      <w:pPr>
        <w:jc w:val="right"/>
      </w:pPr>
      <w:r>
        <w:t>دوسرا وہ جس نے ابتداء انکار کیا مگر جب بات سمجھ میں آگئی تو اس نے اعتراف میں دیر نہیں کی۔</w:t>
      </w:r>
    </w:p>
    <w:p>
      <w:r>
        <w:rPr>
          <w:b/>
        </w:rPr>
        <w:t xml:space="preserve">[11:58] </w:t>
      </w:r>
      <w:r>
        <w:t>teesra woh jis ne agarche apni sardari ki khatir etraaf nahi kiya magar woh bhi is sifat aam se khaali na tha.</w:t>
      </w:r>
    </w:p>
    <w:p>
      <w:pPr>
        <w:jc w:val="right"/>
      </w:pPr>
      <w:r>
        <w:t>تیسرا وہ جس نے اگرچہ اپنی سرداری کی خاطر اعتراف نہیں کیا مگر وہ بھی اس صفت عام سے خالی نہ تھا۔</w:t>
      </w:r>
    </w:p>
    <w:p>
      <w:r>
        <w:rPr>
          <w:b/>
        </w:rPr>
        <w:t xml:space="preserve">[12:09] </w:t>
      </w:r>
      <w:r>
        <w:t>number ek rasool Allah sal Allah alaihi wasallam par jo log ibtidai marhale mein imaan laye un mein se ek khalid ibn saeed ibn al aas thay.</w:t>
      </w:r>
    </w:p>
    <w:p>
      <w:pPr>
        <w:jc w:val="right"/>
      </w:pPr>
      <w:r>
        <w:t>نمبر ایک رسول اللہ صلی اللہ علیہ وسلم پر جو لوگ ابتدائی مرحلے میں ایمان لائے ان میں سے ایک خالد ابن سعید ابن العاص تھے۔</w:t>
      </w:r>
    </w:p>
    <w:p>
      <w:r>
        <w:rPr>
          <w:b/>
        </w:rPr>
        <w:t xml:space="preserve">[12:23] </w:t>
      </w:r>
      <w:r>
        <w:t>wo rasool Allah sal Allah alaihi wasallam ke paas aaye aur kaha ke aye Muhammad aap kis cheez ki taraf bulate hain?</w:t>
      </w:r>
    </w:p>
    <w:p>
      <w:pPr>
        <w:jc w:val="right"/>
      </w:pPr>
      <w:r>
        <w:t>وہ رسول اللہ صلی اللہ علیہ وسلم کے پاس آئے اور کہا کہ اے محمد آپ کس چیز کی طرف بلاتے ہیں؟</w:t>
      </w:r>
    </w:p>
    <w:p>
      <w:r>
        <w:rPr>
          <w:b/>
        </w:rPr>
        <w:t xml:space="preserve">[12:31] </w:t>
      </w:r>
      <w:r>
        <w:t>aap ne farmaya ke main tum ko ek Allah ki taraf bulata hoon jis ka koi shareek nahi aur yeh ke Muhammad us ke bande aur rasool hain aur yeh ke tum pathron ki ibadat chhod do jo na sunte aur na dekhte aur na nafa ya nuqsan pohncha sakte hain.</w:t>
      </w:r>
    </w:p>
    <w:p>
      <w:pPr>
        <w:jc w:val="right"/>
      </w:pPr>
      <w:r>
        <w:t>آپ نے فرمایا کہ میں تم کو ایک اللہ کی طرف بلاتا ہوں جس کا کوئی شریک نہیں اور یہ کہ محمد اس کے بندے اور رسول ہیں اور یہ کہ تم پتھروں کی عبادت چھوڑ دو جو نہ سنتے اور نہ دیکھتے اور نہ نفع یا نقصان پہنچا سکتے ہیں۔</w:t>
      </w:r>
    </w:p>
    <w:p>
      <w:r>
        <w:rPr>
          <w:b/>
        </w:rPr>
        <w:t xml:space="preserve">[12:53] </w:t>
      </w:r>
      <w:r>
        <w:t>un ko yeh bhi nahi maloom ke kis ne un ki ibadat ki aur kis ne un ki ibadat nahi ki.</w:t>
      </w:r>
    </w:p>
    <w:p>
      <w:pPr>
        <w:jc w:val="right"/>
      </w:pPr>
      <w:r>
        <w:t>ان کو یہ بھی نہیں معلوم کہ کس نے ان کی عبادت کی اور کس نے ان کی عبادت نہیں کی۔</w:t>
      </w:r>
    </w:p>
    <w:p>
      <w:r>
        <w:rPr>
          <w:b/>
        </w:rPr>
        <w:t xml:space="preserve">[13:01] </w:t>
      </w:r>
      <w:r>
        <w:t>walayadri man abduhu mimman la yabduhu. khalid ne yeh sun kar kaha ke main gawahi deta hoon ke Allah ke siwa koi ilah nahi aur main gawahi deta hoon ke aap Allah ke rasool hain.</w:t>
      </w:r>
    </w:p>
    <w:p>
      <w:pPr>
        <w:jc w:val="right"/>
      </w:pPr>
      <w:r>
        <w:t>ولایدری من عبدہ ممن لا یعبدہ۔ خالد نے یہ سن کر کہا کہ میں گواہی دیتا ہوں کہ اللہ کے سوا کوئی الہ نہیں اور میں گواہی دیتا ہوں کہ آپ اللہ کے رسول ہیں۔</w:t>
      </w:r>
    </w:p>
    <w:p>
      <w:r>
        <w:rPr>
          <w:b/>
        </w:rPr>
        <w:t xml:space="preserve">[13:18] </w:t>
      </w:r>
      <w:r>
        <w:t>hazrat khalid ke walid jo mushrik thay jab un ko maloom hua ke un ke bete ne Islam qubool kar liya hai to unhone un ko pakda aur unhein marna shuru kiya</w:t>
      </w:r>
    </w:p>
    <w:p>
      <w:pPr>
        <w:jc w:val="right"/>
      </w:pPr>
      <w:r>
        <w:t>حضرت خالد کے والد جو مشرک تھے جب ان کو معلوم ہوا کہ ان کے بیٹے نے اسلام قبول کر لیا ہے تو انہوں نے ان کو پکڑا اور انہیں مارنا شروع کیا</w:t>
      </w:r>
    </w:p>
    <w:p>
      <w:r>
        <w:rPr>
          <w:b/>
        </w:rPr>
        <w:t xml:space="preserve">[13:30] </w:t>
      </w:r>
      <w:r>
        <w:t>yahan tak ke marte marte lakdi toot gayi. jab hazrat khalid Islam se phirne ke liye tayyar nahi hue to baap ne kaha ke main tumhara khana peena band kar doonga aur tujhe ghar se nikaal doonga.</w:t>
      </w:r>
    </w:p>
    <w:p>
      <w:pPr>
        <w:jc w:val="right"/>
      </w:pPr>
      <w:r>
        <w:t>یہاں تک کہ مارتے مارتے لکڑی ٹوٹ گئی۔ جب حضرت خالد اسلام سے پھرنے کے لیے تیار نہیں ہوئے تو باپ نے کہا کہ میں تمہارا کھانا پینا بند کر دوں گا اور تجھے گھر سے نکال دوں گا۔</w:t>
      </w:r>
    </w:p>
    <w:p>
      <w:r>
        <w:rPr>
          <w:b/>
        </w:rPr>
        <w:t xml:space="preserve">[13:47] </w:t>
      </w:r>
      <w:r>
        <w:t>hazrat khalid ne jawab diya Khuda ki qasam Muhammad ne jo kaha sach kaha aur main un ka peeru hoon.</w:t>
      </w:r>
    </w:p>
    <w:p>
      <w:pPr>
        <w:jc w:val="right"/>
      </w:pPr>
      <w:r>
        <w:t>حضرت خالد نے جواب دیا خدا کی قسم محمد نے جو کہا سچ کہا اور میں ان کا پیرو ہوں۔</w:t>
      </w:r>
    </w:p>
    <w:p>
      <w:r>
        <w:rPr>
          <w:b/>
        </w:rPr>
        <w:t xml:space="preserve">[13:58] </w:t>
      </w:r>
      <w:r>
        <w:t>qad sadaqahu wallahi wattaba'tuhu. doosre lafzon mein yeh ke Muhammad jab ek haq baat keh rahe hain to kaise mumkin hai ke main use na maanoon.</w:t>
      </w:r>
    </w:p>
    <w:p>
      <w:pPr>
        <w:jc w:val="right"/>
      </w:pPr>
      <w:r>
        <w:t>قد صدقہ واللہ واتبعتہ۔ دوسرے لفظوں میں یہ کہ محمد جب ایک حق بات کہہ رہے ہیں تو کیسے ممکن ہے کہ میں اسے نہ مانوں۔</w:t>
      </w:r>
    </w:p>
    <w:p>
      <w:r>
        <w:rPr>
          <w:b/>
        </w:rPr>
        <w:t xml:space="preserve">[14:14] </w:t>
      </w:r>
      <w:r>
        <w:t>number do doosri misaal suhail ibn umar ki hai. sulah hudaybiyah ke waqt woh mukhalifeen Islam ke numainda thay.</w:t>
      </w:r>
    </w:p>
    <w:p>
      <w:pPr>
        <w:jc w:val="right"/>
      </w:pPr>
      <w:r>
        <w:t>نمبر دو دوسری مثال سہیل ابن عمر کی ہے۔ صلح حدیبیہ کے وقت وہ مخالفین اسلام کے نمائندہ تھے۔</w:t>
      </w:r>
    </w:p>
    <w:p>
      <w:r>
        <w:rPr>
          <w:b/>
        </w:rPr>
        <w:t xml:space="preserve">[14:26] </w:t>
      </w:r>
      <w:r>
        <w:t>taweel guft o shuneed ke baad jab muahida likha jaane laga to rasool Allah sal Allah alaihi wasallam ne us ko imla karate hue yeh alfaaz kahehaza ma qada alaihi Muhammad rasool Allah.</w:t>
      </w:r>
    </w:p>
    <w:p>
      <w:pPr>
        <w:jc w:val="right"/>
      </w:pPr>
      <w:r>
        <w:t>طویل گفت و شنید کے بعد جب معاہدہ لکھا جانے لگا تو رسول اللہ صلی اللہ علیہ وسلم نے اس کو املاء کراتے ہوئے یہ الفاظ کہےھذا ما قاضی علیہ محمد رسول اللہ۔</w:t>
      </w:r>
    </w:p>
    <w:p>
      <w:r>
        <w:rPr>
          <w:b/>
        </w:rPr>
        <w:t xml:space="preserve">[14:42] </w:t>
      </w:r>
      <w:r>
        <w:t>suhail ibn umar ne in alfaaz par sakht etraaz kiya. unhone kaha ke Khuda ki qasam agar hum jante ke aap Khuda ke rasool hain to hum aap ko bait Allah se na rokte aur na aap se ladai karte.</w:t>
      </w:r>
    </w:p>
    <w:p>
      <w:pPr>
        <w:jc w:val="right"/>
      </w:pPr>
      <w:r>
        <w:t>سہیل ابن عمر نے ان الفاظ پر سخت اعتراض کیا۔ انہوں نے کہا کہ خدا کی قسم اگر ہم جانتے کہ آپ خدا کے رسول ہیں تو ہم آپ کو بیت اللہ سے نہ روکتے اور نہ آپ سے لڑائی کرتے۔</w:t>
      </w:r>
    </w:p>
    <w:p>
      <w:r>
        <w:rPr>
          <w:b/>
        </w:rPr>
        <w:t xml:space="preserve">[15:01] </w:t>
      </w:r>
      <w:r>
        <w:t>wallahi law kunna na'lamu annaka rasoolu Allahi ma sadadna ka'al bayta wala qatalna ka.</w:t>
      </w:r>
    </w:p>
    <w:p>
      <w:pPr>
        <w:jc w:val="right"/>
      </w:pPr>
      <w:r>
        <w:t>واللہ لو کنا نعلم انک رسول اللہ ما صددنا کان البیت ولا قاتلنا کا۔</w:t>
      </w:r>
    </w:p>
    <w:p>
      <w:r>
        <w:rPr>
          <w:b/>
        </w:rPr>
        <w:t xml:space="preserve">[15:10] </w:t>
      </w:r>
      <w:r>
        <w:t>baad ki tareekh ne bataya ke suhail ibn umar in alfaaz mein poori tarah saadiq thay. woh waqeatan na samajhne ki wajah se mukhalifat kar rahe thay.</w:t>
      </w:r>
    </w:p>
    <w:p>
      <w:pPr>
        <w:jc w:val="right"/>
      </w:pPr>
      <w:r>
        <w:t>بعد کی تاریخ نے بتایا کہ سہیل ابن عمر ان الفاظ میں پوری طرح صادق تھے۔ وہ واقعتا نہ سمجھنے کی وجہ سے مخالفت کر رہے تھے۔</w:t>
      </w:r>
    </w:p>
    <w:p>
      <w:r>
        <w:rPr>
          <w:b/>
        </w:rPr>
        <w:t xml:space="preserve">[15:23] </w:t>
      </w:r>
      <w:r>
        <w:t>chunancha baad ko jab un ki samajh mein aa gaya ke aap sache paighambar hain to woh imaan laye aur us ke baad apni poori zindagi Islam ki himayat aur taeed mein waqf kar di.</w:t>
      </w:r>
    </w:p>
    <w:p>
      <w:pPr>
        <w:jc w:val="right"/>
      </w:pPr>
      <w:r>
        <w:t>چنانچہ بعد کو جب ان کی سمجھ میں آگیا کہ آپ سچے پیغمبر ہیں تو وہ ایمان لائے اور اس کے بعد اپنی پوری زندگی اسلام کی حمایت اور تائید میں وقف کر دی۔</w:t>
      </w:r>
    </w:p>
    <w:p>
      <w:r>
        <w:rPr>
          <w:b/>
        </w:rPr>
        <w:t xml:space="preserve">[15:38] </w:t>
      </w:r>
      <w:r>
        <w:t>number teen teesri misaal aboo jahal ki hai. aboo jahal ne agarche Islam qubool nahi kiya magar us ke yahan bhi us arab kirdaar ka aisa namoona milta hai jis ki misaal mushkil se kahin doosri jagah milegi.</w:t>
      </w:r>
    </w:p>
    <w:p>
      <w:pPr>
        <w:jc w:val="right"/>
      </w:pPr>
      <w:r>
        <w:t>نمبر تین تیسری مثال ابوجہل کی ہے۔ ابوجہل نے اگرچہ اسلام قبول نہیں کیا مگر اس کے یہاں بھی اس عرب کردار کا ایسا نمونہ ملتا ہے جس کی مثال مشکل سے کہیں دوسری جگہ ملے گی۔</w:t>
      </w:r>
    </w:p>
    <w:p>
      <w:r>
        <w:rPr>
          <w:b/>
        </w:rPr>
        <w:t xml:space="preserve">[15:57] </w:t>
      </w:r>
      <w:r>
        <w:t>makki daur ka waqea hai ke ek roz aboo jahal ki mulaqat rasool Allah sal Allah alaihi wasallam se hui. us ne aap ko bohat bura bhala kaha.</w:t>
      </w:r>
    </w:p>
    <w:p>
      <w:pPr>
        <w:jc w:val="right"/>
      </w:pPr>
      <w:r>
        <w:t>مکی دور کا واقعہ ہے کہ ایک روز ابوجہل کی ملاقات رسول اللہ صلی اللہ علیہ وسلم سے ہوئی۔ اس نے آپ کو بہت برا بھلا کہا۔</w:t>
      </w:r>
    </w:p>
    <w:p>
      <w:r>
        <w:rPr>
          <w:b/>
        </w:rPr>
        <w:t xml:space="preserve">[16:08] </w:t>
      </w:r>
      <w:r>
        <w:t>rasool Allah sal Allah alaihi wasallam khamosh rahe. yeh waqea makke ki ek aurat dekh rahi thi. us ne aap ke chacha hamza ibn abdul muttalib se kaha ke aaj aboo jahal ne aap ke bhatije se bohat nazeeba andaaz mein kalam kiya hai.</w:t>
      </w:r>
    </w:p>
    <w:p>
      <w:pPr>
        <w:jc w:val="right"/>
      </w:pPr>
      <w:r>
        <w:t>رسول اللہ صلی اللہ علیہ وسلم خاموش رہے۔ یہ واقعہ مکے کی ایک عورت دیکھ رہی تھی۔ اس نے آپ کے چچا حمزہ ابن عبدالمطلب سے کہا کہ آج ابوجہل نے آپ کے بھتیجے سے بہت نازیبہ انداز میں کلام کیا ہے۔</w:t>
      </w:r>
    </w:p>
    <w:p>
      <w:r>
        <w:rPr>
          <w:b/>
        </w:rPr>
        <w:t xml:space="preserve">[16:27] </w:t>
      </w:r>
      <w:r>
        <w:t>us waqt hamza ke haath mein lohe ki kaman thi. woh us ko liye hue aboo jahal ke paas aaye aur kaman se us ke sar par is tarah mara ke uska sar buri tarah zakhmi ho gaya.</w:t>
      </w:r>
    </w:p>
    <w:p>
      <w:pPr>
        <w:jc w:val="right"/>
      </w:pPr>
      <w:r>
        <w:t>اس وقت حمزہ کے ہاتھ میں لوہے کی کمان تھی۔ وہ اس کو لیے ہوئے ابوجہل کے پاس آئے اور کمان سے اس کے سر پر اس طرح مارا کہ اس کا سر بری طرح زخمی ہو گیا۔</w:t>
      </w:r>
    </w:p>
    <w:p>
      <w:r>
        <w:rPr>
          <w:b/>
        </w:rPr>
        <w:t xml:space="preserve">[16:42] </w:t>
      </w:r>
      <w:r>
        <w:t>aboo jahal ke qabile yani banoo makhzoom ke kuch log hamza ko maarne ke liye daude. aboo jahal ne apne aadmiyon ko rok diya aur kaha ke hamza ko chhod do kyun ke Khuda ki qasam</w:t>
      </w:r>
    </w:p>
    <w:p>
      <w:pPr>
        <w:jc w:val="right"/>
      </w:pPr>
      <w:r>
        <w:t>ابوجہل کے قبیلے یعنی بنو مخزوم کے کچھ لوگ حمزہ کو مارنے کے لیے دوڑے۔ ابوجہل نے اپنے آدمیوں کو روک دیا اور کہا کہ حمزہ کو چھوڑ دو کیونکہ خدا کی قسم</w:t>
      </w:r>
    </w:p>
    <w:p>
      <w:r>
        <w:rPr>
          <w:b/>
        </w:rPr>
        <w:t xml:space="preserve">[16:57] </w:t>
      </w:r>
      <w:r>
        <w:t>main ne un ke bhatije ko aaj bohat bura bhala keh diya tha. da'oo aba 'amarat fa'inni wallahi qad sabbabtu ibna akhi sabban qabeehan.</w:t>
      </w:r>
    </w:p>
    <w:p>
      <w:pPr>
        <w:jc w:val="right"/>
      </w:pPr>
      <w:r>
        <w:t>میں نے ان کے بھتیجے کو آج بہت برا بھلا کہہ دیا تھا۔ دعو ابا عمارۃ فانی واللہ قد سببت ابن اخی سبا قبیح۔</w:t>
      </w:r>
    </w:p>
    <w:p>
      <w:r>
        <w:rPr>
          <w:b/>
        </w:rPr>
        <w:t xml:space="preserve">[17:11] </w:t>
      </w:r>
      <w:r>
        <w:t>harqal ke mashhoor waqe'ay mein aata hai ke us ne abu sufyan se poocha ke kya nabuwwat ke ailaan se pehle tum logon ne muhammad ko kabhi jhoot bolte hue paya hai?</w:t>
      </w:r>
    </w:p>
    <w:p>
      <w:pPr>
        <w:jc w:val="right"/>
      </w:pPr>
      <w:r>
        <w:t>ہرقل کے مشہور واقعے میں آتا ہے کہ اس نے ابو سفیان سے پوچھا کہ کیا نبوت کے اعلان سے پہلے تم لوگوں نے محمد کو کبھی جھوٹ بولتے ہوئے پایا ہے؟</w:t>
      </w:r>
    </w:p>
    <w:p>
      <w:r>
        <w:rPr>
          <w:b/>
        </w:rPr>
        <w:t xml:space="preserve">[17:24] </w:t>
      </w:r>
      <w:r>
        <w:t>abu sufyan ne kaha ke nahin. yeh waqe'a naqal kar ke ibn kathir likhte hain. wa kaana abu sufyan ada ka ras al kufarti wazaim al mushrikeen.</w:t>
      </w:r>
    </w:p>
    <w:p>
      <w:pPr>
        <w:jc w:val="right"/>
      </w:pPr>
      <w:r>
        <w:t>ابو سفیان نے کہا کہ نہیں۔ یہ واقعہ نقل کر کے ابن کثیر لکھتے ہیں۔ وکان ابو سفیان ادا کا راس الکفرتی وضعیم المشرکین۔</w:t>
      </w:r>
    </w:p>
    <w:p>
      <w:r>
        <w:rPr>
          <w:b/>
        </w:rPr>
        <w:t xml:space="preserve">[17:38] </w:t>
      </w:r>
      <w:r>
        <w:t>wa ma'a hadha a'tarafa bil haqq. tafsir ibn kathir al juz al thani safha 410. abu sufyan is waqt kafiron ke sardar aur mushrikon ke leader thay.</w:t>
      </w:r>
    </w:p>
    <w:p>
      <w:pPr>
        <w:jc w:val="right"/>
      </w:pPr>
      <w:r>
        <w:t>ومعھذا اعترف بالحق۔ تفسیر ابن کثیر الجز الثانی صفحہ 410۔ ابو سفیان اس وقت کافروں کے سردار اور مشرکوں کے لیڈر تھے۔</w:t>
      </w:r>
    </w:p>
    <w:p>
      <w:r>
        <w:rPr>
          <w:b/>
        </w:rPr>
        <w:t xml:space="preserve">[17:52] </w:t>
      </w:r>
      <w:r>
        <w:t>iske bawajood unhon ne haq ka aitraf kiya.</w:t>
      </w:r>
    </w:p>
    <w:p>
      <w:pPr>
        <w:jc w:val="right"/>
      </w:pPr>
      <w:r>
        <w:t>اس کے باوجود انہوں نے حق کا اعتراف کیا۔</w:t>
      </w:r>
    </w:p>
    <w:p>
      <w:r>
        <w:rPr>
          <w:b/>
        </w:rPr>
        <w:t xml:space="preserve">[17:56] </w:t>
      </w:r>
      <w:r>
        <w:t>yeh thi woh insani nasal jo Hazrat Ibrahim ne</w:t>
      </w:r>
    </w:p>
    <w:p>
      <w:pPr>
        <w:jc w:val="right"/>
      </w:pPr>
      <w:r>
        <w:t>یہ تھی وہ انسانی نسل جو حضرت ابراہیم نے</w:t>
      </w:r>
    </w:p>
    <w:p>
      <w:r>
        <w:rPr>
          <w:b/>
        </w:rPr>
        <w:t xml:space="preserve">[18:02] </w:t>
      </w:r>
      <w:r>
        <w:t>apni aulad ko zibah kar ke banai</w:t>
      </w:r>
    </w:p>
    <w:p>
      <w:pPr>
        <w:jc w:val="right"/>
      </w:pPr>
      <w:r>
        <w:t>اپنی اولاد کو ذبح کر کے بنائی</w:t>
      </w:r>
    </w:p>
    <w:p>
      <w:r>
        <w:rPr>
          <w:b/>
        </w:rPr>
        <w:t xml:space="preserve">[18:05] </w:t>
      </w:r>
      <w:r>
        <w:t>aur phir is ke muntakhab afraad ke zariye woh khair ummat bani jis ne dil o jaan se</w:t>
      </w:r>
    </w:p>
    <w:p>
      <w:pPr>
        <w:jc w:val="right"/>
      </w:pPr>
      <w:r>
        <w:t>اور پھر اس کے منتخب افراد کے ذریعے وہ خیر امت بنی جس نے دل و جان سے</w:t>
      </w:r>
    </w:p>
    <w:p>
      <w:r>
        <w:rPr>
          <w:b/>
        </w:rPr>
        <w:t xml:space="preserve">[18:12] </w:t>
      </w:r>
      <w:r>
        <w:t>tauheed ko qabool kiya aur phir be misaal qurbaani ke zariye daur shirk ko khatm kar ke daur</w:t>
      </w:r>
    </w:p>
    <w:p>
      <w:pPr>
        <w:jc w:val="right"/>
      </w:pPr>
      <w:r>
        <w:t>توحید کو قبول کیا اور پھر بے مثال قربانی کے ذریعے دور شرک کو ختم کر کے دور</w:t>
      </w:r>
    </w:p>
    <w:p>
      <w:r>
        <w:rPr>
          <w:b/>
        </w:rPr>
        <w:t xml:space="preserve">[18:20] </w:t>
      </w:r>
      <w:r>
        <w:t>tauheed ko barpa kiya.</w:t>
      </w:r>
    </w:p>
    <w:p>
      <w:pPr>
        <w:jc w:val="right"/>
      </w:pPr>
      <w:r>
        <w:t>توحید کو برپا کیا۔</w:t>
      </w:r>
    </w:p>
    <w:p>
      <w:r>
        <w:rPr>
          <w:b/>
        </w:rPr>
        <w:t xml:space="preserve">[18:24] </w:t>
      </w:r>
      <w:r>
        <w:t>hazrat ibrahim se le kar hazrat muhammad tak yeh ek dhai hazar saala mansooba tha. is ka markaz arab ka woh ilaaqa tha jis ko hijaz kaha jata hai aur jis mein makkah waqe' hai.</w:t>
      </w:r>
    </w:p>
    <w:p>
      <w:pPr>
        <w:jc w:val="right"/>
      </w:pPr>
      <w:r>
        <w:t>حضرت ابراہیم سے لے کر حضرت محمد تک یہ ایک ڈھائی ہزار سالہ منصوبہ تھا۔ اس کا مرکز عرب کا وہ علاقہ تھا جس کو حجاز کہا جاتا ہے اور جس میں مکہ واقع ہے۔</w:t>
      </w:r>
    </w:p>
    <w:p>
      <w:r>
        <w:rPr>
          <w:b/>
        </w:rPr>
        <w:t xml:space="preserve">[18:39] </w:t>
      </w:r>
      <w:r>
        <w:t>hajj isi tareekh ka alamati a'ada hai. hajj ke zariye musalman dobara yeh ahad karte hain ke woh is mansooba-e-khudawandi mein apne aap ko shamil karenge.</w:t>
      </w:r>
    </w:p>
    <w:p>
      <w:pPr>
        <w:jc w:val="right"/>
      </w:pPr>
      <w:r>
        <w:t>حج اسی تاریخ کا علامتی اعادہ ہے۔ حج کے ذریعے مسلمان دوبارہ یہ عہد کرتے ہیں کہ وہ اس منصوبہ خداوندی میں اپنے آپ کو شامل کریں گے۔</w:t>
      </w:r>
    </w:p>
    <w:p>
      <w:r>
        <w:rPr>
          <w:b/>
        </w:rPr>
        <w:t xml:space="preserve">[18:53] </w:t>
      </w:r>
      <w:r>
        <w:t>woh labbaik allahumma labbaik ya'ni hum hazir hain khudaaya hum hazir hain kehte hue ibrahim aur ismail ki sarzamin mein jama' hote hain.</w:t>
      </w:r>
    </w:p>
    <w:p>
      <w:pPr>
        <w:jc w:val="right"/>
      </w:pPr>
      <w:r>
        <w:t>وہ لبیک اللہم لبیک یعنی ہم حاضر ہیں خدایا ہم حاضر ہیں کہتے ہوئے ابراہیم اور اسماعیل کی سرزمین میں جمع ہوتے ہیں۔</w:t>
      </w:r>
    </w:p>
    <w:p>
      <w:r>
        <w:rPr>
          <w:b/>
        </w:rPr>
        <w:t xml:space="preserve">[19:04] </w:t>
      </w:r>
      <w:r>
        <w:t>jo kuch un logon par haqeeqi taur par guzra tha us ko chand din mein alamati taur par dohrate hain.</w:t>
      </w:r>
    </w:p>
    <w:p>
      <w:pPr>
        <w:jc w:val="right"/>
      </w:pPr>
      <w:r>
        <w:t>جو کچھ ان لوگوں پر حقیقی طور پر گزرا تھا اس کو چند دن میں علامتی طور پر دہراتے ہیں۔</w:t>
      </w:r>
    </w:p>
    <w:p>
      <w:r>
        <w:rPr>
          <w:b/>
        </w:rPr>
        <w:t xml:space="preserve">[19:12] </w:t>
      </w:r>
      <w:r>
        <w:t>is tarah woh khuda se kehte hain ke agar zaroorat ho to woh dobara is tareekh ko dohrane ke liye tayyar hain jo yahan is se pehle dohrai gai thi.</w:t>
      </w:r>
    </w:p>
    <w:p>
      <w:pPr>
        <w:jc w:val="right"/>
      </w:pPr>
      <w:r>
        <w:t>اس طرح وہ خدا سے کہتے ہیں کہ اگر ضرورت ہو تو وہ دوبارہ اس تاریخ کو دہرانے کے لیے تیار ہیں جو یہاں اس سے پہلے دہرائی گئی تھی۔</w:t>
      </w:r>
    </w:p>
    <w:p>
      <w:r>
        <w:rPr>
          <w:b/>
        </w:rPr>
        <w:t xml:space="preserve">[19:24] </w:t>
      </w:r>
      <w:r>
        <w:t>aaj zamana ghoom kar dobara wahin pahunch gaya hai jahan woh hazrat ibrahim ke zamane mein tha. is waqt sare alam par shirk ka ghalba tha.</w:t>
      </w:r>
    </w:p>
    <w:p>
      <w:pPr>
        <w:jc w:val="right"/>
      </w:pPr>
      <w:r>
        <w:t>آج زمانہ گھوم کر دوبارہ وہیں پہنچ گیا ہے جہاں وہ حضرت ابراہیم کے زمانے میں تھا۔ اس وقت سارے عالم پر شرک کا غلبہ تھا۔</w:t>
      </w:r>
    </w:p>
    <w:p>
      <w:r>
        <w:rPr>
          <w:b/>
        </w:rPr>
        <w:t xml:space="preserve">[19:36] </w:t>
      </w:r>
      <w:r>
        <w:t>aaj sare alam par ilhad ka ghalba hai.</w:t>
      </w:r>
    </w:p>
    <w:p>
      <w:pPr>
        <w:jc w:val="right"/>
      </w:pPr>
      <w:r>
        <w:t>آج سارے عالم پر الحاد کا غلبہ ہے۔</w:t>
      </w:r>
    </w:p>
    <w:p>
      <w:r>
        <w:rPr>
          <w:b/>
        </w:rPr>
        <w:t xml:space="preserve">[19:40] </w:t>
      </w:r>
      <w:r>
        <w:t>qadeem zamane ka insan agar mushrikana tarz par sochta tha to aaj ka insan mulhidana tarz par sochta hai.</w:t>
      </w:r>
    </w:p>
    <w:p>
      <w:pPr>
        <w:jc w:val="right"/>
      </w:pPr>
      <w:r>
        <w:t>قدیم زمانے کا انسان اگر مشرکانہ طرز پر سوچتا تھا تو آج کا انسان ملحدانہ طرز پر سوچتا ہے۔</w:t>
      </w:r>
    </w:p>
    <w:p>
      <w:r>
        <w:rPr>
          <w:b/>
        </w:rPr>
        <w:t xml:space="preserve">[19:49] </w:t>
      </w:r>
      <w:r>
        <w:t>haqeeqat yeh hai ke maujooda zamane ka mas'ala bhi wohi hai jo qadeem zamane ka mas'ala tha. is farq ke sath ke qadeem zamane mein mushrikana shaklah logon ke upar chhaya hua tha.</w:t>
      </w:r>
    </w:p>
    <w:p>
      <w:pPr>
        <w:jc w:val="right"/>
      </w:pPr>
      <w:r>
        <w:t>حقیقت یہ ہے کہ موجودہ زمانے کا مسئلہ بھی وہی ہے جو قدیم زمانے کا مسئلہ تھا۔ اس فرق کے ساتھ کہ قدیم زمانے میں مشرکانہ شاکلہ لوگوں کے اوپر چھایا ہوا تھا۔</w:t>
      </w:r>
    </w:p>
    <w:p>
      <w:r>
        <w:rPr>
          <w:b/>
        </w:rPr>
        <w:t xml:space="preserve">[20:06] </w:t>
      </w:r>
      <w:r>
        <w:t>aaj logon ke upar ilhadi shaklah chhaya hua hai. is shaklah ya'ni zehni sanche ko todna hi aaj islam ka asal kaam hai.</w:t>
      </w:r>
    </w:p>
    <w:p>
      <w:pPr>
        <w:jc w:val="right"/>
      </w:pPr>
      <w:r>
        <w:t>آج لوگوں کے اوپر الحادی شاکلہ چھایا ہوا ہے۔ اس شاکلہ یعنی ذہنی سانچے کو توڑنا ہی آج اسلام کا اصل کام ہے۔</w:t>
      </w:r>
    </w:p>
    <w:p>
      <w:r>
        <w:rPr>
          <w:b/>
        </w:rPr>
        <w:t xml:space="preserve">[20:17] </w:t>
      </w:r>
      <w:r>
        <w:t>aaj bhi islami muhim isi nahaj par tay hogi jis nahaj par qadeem zamane ki islami muhim tay hui thi.</w:t>
      </w:r>
    </w:p>
    <w:p>
      <w:pPr>
        <w:jc w:val="right"/>
      </w:pPr>
      <w:r>
        <w:t>آج بھی اسلامی مہم اسی نہج پر طے ہوگی جس نہج پر قدیم زمانے کی اسلامی مہم طے ہوئی تھی۔</w:t>
      </w:r>
    </w:p>
    <w:p>
      <w:r>
        <w:rPr>
          <w:b/>
        </w:rPr>
        <w:t xml:space="preserve">[20:28] </w:t>
      </w:r>
      <w:r>
        <w:t>ab dobara kuch logon ko zibah hona hai. ab phir kuch logon ko apni aulad ko sehra mein dalna hai taake deen ki tareekh dobara zinda ho.</w:t>
      </w:r>
    </w:p>
    <w:p>
      <w:pPr>
        <w:jc w:val="right"/>
      </w:pPr>
      <w:r>
        <w:t>اب دوبارہ کچھ لوگوں کو ذبح ہونا ہے۔ اب پھر کچھ لوگوں کو اپنی اولاد کو صحرا میں ڈالنا ہے تاکہ دین کی تاریخ دوبارہ زندہ ہو۔</w:t>
      </w:r>
    </w:p>
    <w:p>
      <w:r>
        <w:rPr>
          <w:b/>
        </w:rPr>
        <w:t xml:space="preserve">[20:40] </w:t>
      </w:r>
      <w:r>
        <w:t>maazi mein daur-e-shirk ko khatam karne ke liye ek nasal ki qurbani darkar thi. aaj daur-e-ilhad ko khatam karne ke liye dobara ek nasal ki qurbani darkar hai.</w:t>
      </w:r>
    </w:p>
    <w:p>
      <w:pPr>
        <w:jc w:val="right"/>
      </w:pPr>
      <w:r>
        <w:t>ماضی میں دور شرک کو ختم کرنے کے لیے ایک نسل کی قربانی درکار تھی۔ آج دور الحاد کو ختم کرنے کے لیے دوبارہ ایک نسل کی قربانی درکار ہے۔</w:t>
      </w:r>
    </w:p>
    <w:p>
      <w:r>
        <w:rPr>
          <w:b/>
        </w:rPr>
        <w:t xml:space="preserve">[20:54] </w:t>
      </w:r>
      <w:r>
        <w:t>yahi hajj ka sab se bara sabaq hai.</w:t>
      </w:r>
    </w:p>
    <w:p>
      <w:pPr>
        <w:jc w:val="right"/>
      </w:pPr>
      <w:r>
        <w:t>یہی حج کا سب سے بڑا سبق ہے۔</w:t>
      </w:r>
    </w:p>
    <w:p>
      <w:r>
        <w:rPr>
          <w:b/>
        </w:rPr>
        <w:t xml:space="preserve">[20:58] </w:t>
      </w:r>
      <w:r>
        <w:t>isi ka hajj aaj hajj mabroor hai jo hajj ke baad yeh azm le kar wahan se wapas aaye. haqeeqat yeh hai ke hajj se faraghat ke baad haji ka kaam khatam nahin ho jata.</w:t>
      </w:r>
    </w:p>
    <w:p>
      <w:pPr>
        <w:jc w:val="right"/>
      </w:pPr>
      <w:r>
        <w:t>اسی کا حج آج حج مبرور ہے جو حج کے بعد یہ عزم لے کر وہاں سے واپس آئے۔ حقیقت یہ ہے کہ حج سے فراغت کے بعد حاجی کا کام ختم نہیں ہو جاتا۔</w:t>
      </w:r>
    </w:p>
    <w:p>
      <w:r>
        <w:rPr>
          <w:b/>
        </w:rPr>
        <w:t xml:space="preserve">[21:13] </w:t>
      </w:r>
      <w:r>
        <w:t>hajj se faraghat ke baad haji ka asal kaam shuru hota hai. hajj ke safar se wapsi ek naye ahem tar safar ka aaghaz hai.</w:t>
      </w:r>
    </w:p>
    <w:p>
      <w:pPr>
        <w:jc w:val="right"/>
      </w:pPr>
      <w:r>
        <w:t>حج سے فراغت کے بعد حاجی کا اصل کام شروع ہوتا ہے۔ حج کے سفر سے واپسی ایک نئے اہم تر سفر کا آغاز ہے۔</w:t>
      </w:r>
    </w:p>
    <w:p>
      <w:r>
        <w:rPr>
          <w:b/>
        </w:rPr>
        <w:t xml:space="preserve">[21:23] </w:t>
      </w:r>
      <w:r>
        <w:t>haji marasim-e-hajj ke dauran bar bar labbaik allahumma labbaik ya'ni hazir hoon khudaaya main hazir hoon kehta hai.</w:t>
      </w:r>
    </w:p>
    <w:p>
      <w:pPr>
        <w:jc w:val="right"/>
      </w:pPr>
      <w:r>
        <w:t>حاجی مراسم حج کے دوران بار بار لبیک اللہم لبیک یعنی حاضر ہوں خدایا میں حاضر ہوں کہتا ہے۔</w:t>
      </w:r>
    </w:p>
    <w:p>
      <w:r>
        <w:rPr>
          <w:b/>
        </w:rPr>
        <w:t xml:space="preserve">[21:32] </w:t>
      </w:r>
      <w:r>
        <w:t>yeh kya hai? yeh ahad-naame ke alfaaz hain. hajj khuda aur bande ke darmiyan ek ahad hai. ahad hamesha aaghaz hota hai.</w:t>
      </w:r>
    </w:p>
    <w:p>
      <w:pPr>
        <w:jc w:val="right"/>
      </w:pPr>
      <w:r>
        <w:t>یہ کیا ہے؟ یہ عہد نامے کے الفاظ ہیں۔ حج خدا اور بندے کے درمیان ایک عہد ہے۔ عہد ہمیشہ آغاز ہوتا ہے۔</w:t>
      </w:r>
    </w:p>
    <w:p>
      <w:r>
        <w:rPr>
          <w:b/>
        </w:rPr>
        <w:t xml:space="preserve">[21:43] </w:t>
      </w:r>
      <w:r>
        <w:t>woh ikhtitam nahin hota. yahi hajj ki ibadat ka mu'amla hai.</w:t>
      </w:r>
    </w:p>
    <w:p>
      <w:pPr>
        <w:jc w:val="right"/>
      </w:pPr>
      <w:r>
        <w:t>وہ اختتام نہیں ہوتا۔ یہی حج کی عبادت کا معاملہ ہے۔</w:t>
      </w:r>
    </w:p>
    <w:p>
      <w:r>
        <w:rPr>
          <w:b/>
        </w:rPr>
        <w:t xml:space="preserve">[21:49] </w:t>
      </w:r>
      <w:r>
        <w:t>jo shakhs marasim-e-hajj ko ada kar ke wapas aata hai woh goya khuda se ek muqaddas ahad kar ke wapas aata hai. wapas aane ke baad use mutma'in ho kar baith nahin jana hai balkeh apne halaat aur salahiyat ke aitbar se woh kaam shuru kar deta hai jis ka woh apne rab se ahad kar ke wapas aaya hai.</w:t>
      </w:r>
    </w:p>
    <w:p>
      <w:pPr>
        <w:jc w:val="right"/>
      </w:pPr>
      <w:r>
        <w:t>جو شخص مراسم حج کو ادا کر کے واپس آتا ہے وہ گویا خدا سے ایک مقدس عہد کر کے واپس آتا ہے۔ واپس آنے کے بعد اسے مطمئن ہو کر بیٹھ نہیں جانا ہے بلکہ اپنے حالات اور صلاحیت کے اعتبار سے وہ کام شروع کر دیتا ہے جس کا وہ اپنے رب سے عہد کر کے واپس آیا ہے۔</w:t>
      </w:r>
    </w:p>
    <w:p>
      <w:r>
        <w:rPr>
          <w:b/>
        </w:rPr>
        <w:t xml:space="preserve">[22:12] </w:t>
      </w:r>
      <w:r>
        <w:t>hajj se lotna maqam-e-ahad se nikal kar maqam-e-amal ki taraf lotna hai.</w:t>
      </w:r>
    </w:p>
    <w:p>
      <w:pPr>
        <w:jc w:val="right"/>
      </w:pPr>
      <w:r>
        <w:t>حج سے لوٹنا مقام عہد سے نکل کر مقام عمل کی طرف لوٹنا ہے۔</w:t>
      </w:r>
    </w:p>
    <w:p>
      <w:r>
        <w:rPr>
          <w:b/>
        </w:rPr>
        <w:t xml:space="preserve">[22:19] </w:t>
      </w:r>
      <w:r>
        <w:t>haj ke baad aadmi ki zimmedariyan barh jati hain. haj ke baad aadmi ki zimmedariyan khatam nahi hoti. haj ka ahad nama kya hai?</w:t>
      </w:r>
    </w:p>
    <w:p>
      <w:pPr>
        <w:jc w:val="right"/>
      </w:pPr>
      <w:r>
        <w:t>حج کے بعد آدمی کی ذمہ داریاں بڑھ جاتی ہیں۔ حج کے بعد آدمی کی ذمہ داریاں ختم نہیں ہوتی۔ حج کا عہد نامہ کیا ہے؟</w:t>
      </w:r>
    </w:p>
    <w:p>
      <w:r>
        <w:rPr>
          <w:b/>
        </w:rPr>
        <w:t xml:space="preserve">[22:31] </w:t>
      </w:r>
      <w:r>
        <w:t>yeh ek tareekh ko dohrane ka azm hai. haj tareekh ibrahimi ko dobara zahoor milane ka iqrar hai.</w:t>
      </w:r>
    </w:p>
    <w:p>
      <w:pPr>
        <w:jc w:val="right"/>
      </w:pPr>
      <w:r>
        <w:t>یہ ایک تاریخ کو دہرانے کا عزم ہے۔ حج تاریخ ابراہیمی کو دوبارہ ظہور ملانے کا اقرار ہے۔</w:t>
      </w:r>
    </w:p>
    <w:p>
      <w:r>
        <w:rPr>
          <w:b/>
        </w:rPr>
        <w:t xml:space="preserve">[22:40] </w:t>
      </w:r>
      <w:r>
        <w:t>hazrat ibrahim ne jab dekha ke iraq ke mutamaddin log tauheed aur akhirat ki baat ko manane ke liye tayyar nahi hain to unhon ne apne amal ka ek naya naqsha banaya.</w:t>
      </w:r>
    </w:p>
    <w:p>
      <w:pPr>
        <w:jc w:val="right"/>
      </w:pPr>
      <w:r>
        <w:t>حضرت ابراہیم نے جب دیکھا کہ عراق کے متمدن لوگ توحید اور آخرت کی بات کو ماننے کے لیے تیار نہیں ہیں تو انہوں نے اپنے عمل کا ایک نیا نقشہ بنایا۔</w:t>
      </w:r>
    </w:p>
    <w:p>
      <w:r>
        <w:rPr>
          <w:b/>
        </w:rPr>
        <w:t xml:space="preserve">[22:54] </w:t>
      </w:r>
      <w:r>
        <w:t>unhon ne apne aap ko aur apni aulad ko sakht tareen qurbani ke marhale se guzar kar ek nayi zinda nasal paida ki.</w:t>
      </w:r>
    </w:p>
    <w:p>
      <w:pPr>
        <w:jc w:val="right"/>
      </w:pPr>
      <w:r>
        <w:t>انہوں نے اپنے آپ کو اور اپنی اولاد کو سخت ترین قربانی کے مرحلے سے گزار کر ایک نئی زندہ نسل پیدا کی۔</w:t>
      </w:r>
    </w:p>
    <w:p>
      <w:r>
        <w:rPr>
          <w:b/>
        </w:rPr>
        <w:t xml:space="preserve">[23:03] </w:t>
      </w:r>
      <w:r>
        <w:t>unhon ne dawat ke amal ko ek azeem mansoobe ka amal bana diya.</w:t>
      </w:r>
    </w:p>
    <w:p>
      <w:pPr>
        <w:jc w:val="right"/>
      </w:pPr>
      <w:r>
        <w:t>انہوں نے دعوت کے عمل کو ایک عظیم منصوبے کا عمل بنا دیا۔</w:t>
      </w:r>
    </w:p>
    <w:p>
      <w:r>
        <w:rPr>
          <w:b/>
        </w:rPr>
        <w:t xml:space="preserve">[23:10] </w:t>
      </w:r>
      <w:r>
        <w:t>unhon ne woh sab kuch kiya jo yeh maqsad un se karne ka taqaza kar raha tha. isi tarah aaj haji ko woh sab kuch karna hai jo aaj ke halaat ka taqaza ho aur us waqt tak karte rehna hai jab ke us ki maut aaye ya woh manzil maqsood tak pahunch jaye.</w:t>
      </w:r>
    </w:p>
    <w:p>
      <w:pPr>
        <w:jc w:val="right"/>
      </w:pPr>
      <w:r>
        <w:t>انہوں نے وہ سب کچھ کیا جو یہ مقصد ان سے کرنے کا تقاضا کر رہا تھا۔ اسی طرح آج حاجی کو وہ سب کچھ کرنا ہے جو آج کے حالات کا تقاضا ہو اور اس وقت تک کرتے رہنا ہے جب کہ اس کی موت آئے یا وہ منزل مقصود تک پہنچ جائے۔</w:t>
      </w:r>
    </w:p>
    <w:p>
      <w:r>
        <w:rPr>
          <w:b/>
        </w:rPr>
        <w:t xml:space="preserve">[23:32] </w:t>
      </w:r>
      <w:r>
        <w:t>hazrat ibrahim ke zamane mein jis tarah shirk ka aalami ghalba tha isi tarah aaj ilhad ka aalami ghalba hai.</w:t>
      </w:r>
    </w:p>
    <w:p>
      <w:pPr>
        <w:jc w:val="right"/>
      </w:pPr>
      <w:r>
        <w:t>حضرت ابراہیم کے زمانے میں جس طرح شرک کا عالمی غلبہ تھا اسی طرح آج الحاد کا عالمی غلبہ ہے۔</w:t>
      </w:r>
    </w:p>
    <w:p>
      <w:r>
        <w:rPr>
          <w:b/>
        </w:rPr>
        <w:t xml:space="preserve">[23:43] </w:t>
      </w:r>
      <w:r>
        <w:t>ab haj se lautne walon ko yeh karna hai ke woh daur ilhad ko khatam kar ke dobara daur tauheed ko lane ke liye ibrahimi tareekh ko dohrayen.</w:t>
      </w:r>
    </w:p>
    <w:p>
      <w:pPr>
        <w:jc w:val="right"/>
      </w:pPr>
      <w:r>
        <w:t>اب حج سے لوٹنے والوں کو یہ کرنا ہے کہ وہ دور الحاد کو ختم کر کے دوبارہ دور توحید کو لانے کے لیے ابراہیمی تاریخ کو دہرائیں۔</w:t>
      </w:r>
    </w:p>
    <w:p>
      <w:r>
        <w:rPr>
          <w:b/>
        </w:rPr>
        <w:t xml:space="preserve">[23:54] </w:t>
      </w:r>
      <w:r>
        <w:t>woh ibrahimi amal ko asar nau zinda karen.</w:t>
      </w:r>
    </w:p>
    <w:p>
      <w:pPr>
        <w:jc w:val="right"/>
      </w:pPr>
      <w:r>
        <w:t>وہ ابراہیمی عمل کو اثر نوع زندہ کریں۔</w:t>
      </w:r>
    </w:p>
    <w:p>
      <w:r>
        <w:rPr>
          <w:b/>
        </w:rPr>
        <w:t xml:space="preserve">[23:59] </w:t>
      </w:r>
      <w:r>
        <w:t>woh is maqsad ki rah mein apna woh sab kuch laga den jis ko lagane ka aaj ke halaat un se taqaza karte hain.</w:t>
      </w:r>
    </w:p>
    <w:p>
      <w:pPr>
        <w:jc w:val="right"/>
      </w:pPr>
      <w:r>
        <w:t>وہ اس مقصد کی راہ میں اپنا وہ سب کچھ لگا دیں جس کو لگانے کا آج کے حالات ان سے تقاضا کرتے ہوں۔</w:t>
      </w:r>
    </w:p>
    <w:p>
      <w:r>
        <w:rPr>
          <w:b/>
        </w:rPr>
        <w:t xml:space="preserve">[24:08] </w:t>
      </w:r>
      <w:r>
        <w:t>woh alamati qurbani ko haqeeqi qurbani bana den. haj ek tareekh ke aadaate ka azm hai. ayyam haj mein alamati manasik ki soorat mein aur ayyam haj ke baad haqeeqi zindagi mein mansooba band amal ki soorat mein.</w:t>
      </w:r>
    </w:p>
    <w:p>
      <w:pPr>
        <w:jc w:val="right"/>
      </w:pPr>
      <w:r>
        <w:t>وہ علامتی قربانی کو حقیقی قربانی بنا دیں۔ حج ایک تاریخ کے اعادے کا عزم ہے۔ ایام حج میں علامتی مناسک کی صورت میں اور ایام حج کے بعد حقیقی زندگی میں منصوبہ بند عمل کی صورت میں۔</w:t>
      </w:r>
    </w:p>
    <w:p>
      <w:r>
        <w:rPr>
          <w:b/>
        </w:rPr>
        <w:t xml:space="preserve">[24:31] </w:t>
      </w:r>
      <w:r>
        <w:t>kitab haqeeqat haj maulana wahiduddin khan safha number 53.</w:t>
      </w:r>
    </w:p>
    <w:p>
      <w:pPr>
        <w:jc w:val="right"/>
      </w:pPr>
      <w:r>
        <w:t>کتاب حقیقت حج مولانا وحید الدین خان صفحہ نمبر 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