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Rasulullah ka Hajj Haqeeqat-E-Hajj Book by Maulana Wahiduddin Khan</w:t>
      </w:r>
    </w:p>
    <w:p>
      <w:r>
        <w:t>https://www.youtube.com/watch?v=-f0kUKfC0Wg</w:t>
      </w:r>
    </w:p>
    <w:p>
      <w:r>
        <w:rPr>
          <w:b/>
        </w:rPr>
        <w:t xml:space="preserve">[00:01] </w:t>
      </w:r>
      <w:r>
        <w:t>rasool ALLAH ka haj. haj ki ibadat ka nizam hazrat ibrahim aur hazrat ismail ne qaim farmaya tha.</w:t>
      </w:r>
    </w:p>
    <w:p>
      <w:pPr>
        <w:jc w:val="right"/>
      </w:pPr>
      <w:r>
        <w:t>رسول اللہ کا حج۔ حج کی عبادت کا نظام حضرت ابراہیم اور حضرت اسماعیل نے قائم فرمایا تھا۔</w:t>
      </w:r>
    </w:p>
    <w:p>
      <w:r>
        <w:rPr>
          <w:b/>
        </w:rPr>
        <w:t xml:space="preserve">[00:13] </w:t>
      </w:r>
      <w:r>
        <w:t>iske baad agarchay is nizam mein bohat se bigar paida hue, taham is ka riwaj barabar baqi raha.</w:t>
      </w:r>
    </w:p>
    <w:p>
      <w:pPr>
        <w:jc w:val="right"/>
      </w:pPr>
      <w:r>
        <w:t>اس کے بعد اگرچہ اس نظام میں بہت سے بگاڑ پیدا ہوئے، تاہم اس کا رواج برابر باقی رہا۔</w:t>
      </w:r>
    </w:p>
    <w:p>
      <w:r>
        <w:rPr>
          <w:b/>
        </w:rPr>
        <w:t xml:space="preserve">[00:23] </w:t>
      </w:r>
      <w:r>
        <w:t>rasool ALLAH sal ALLAH alaih wasallam jab makay mein paida hue to haj jahili rasoom ki aamezish ke bawajood poori tarah zinda tha.</w:t>
      </w:r>
    </w:p>
    <w:p>
      <w:pPr>
        <w:jc w:val="right"/>
      </w:pPr>
      <w:r>
        <w:t>رسول اللہ صلی اللہ علیہ وسلم جب مکے میں پیدا ہوئے تو حج جاہلی رسوم کی آمیزش کے باوجود پوری طرح زندہ تھا۔</w:t>
      </w:r>
    </w:p>
    <w:p>
      <w:r>
        <w:rPr>
          <w:b/>
        </w:rPr>
        <w:t xml:space="preserve">[00:36] </w:t>
      </w:r>
      <w:r>
        <w:t>rasool ALLAH sal ALLAH alaih wasallam ne kitni bar haj ada farmaya? tareekhi aitbar se is sawal ke do hissay hain: ek hijrat se pehle, doosra hijrat ke baad.</w:t>
      </w:r>
    </w:p>
    <w:p>
      <w:pPr>
        <w:jc w:val="right"/>
      </w:pPr>
      <w:r>
        <w:t>رسول اللہ صلی اللہ علیہ وسلم نے کتنی بار حج ادا فرمایا؟ تاریخی اعتبار سے اس سوال کے دو حصے ہیں: ایک ہجرت سے پہلے، دوسرا ہجرت کے بعد۔</w:t>
      </w:r>
    </w:p>
    <w:p>
      <w:r>
        <w:rPr>
          <w:b/>
        </w:rPr>
        <w:t xml:space="preserve">[00:54] </w:t>
      </w:r>
      <w:r>
        <w:t>sani zikr hissay ke baray mein hum ko mukammal maloomat hasil hain, magar jahan tak awwal zikr hissay ka mamla hai, is ki babat qat'i maloomat hasil nahi.</w:t>
      </w:r>
    </w:p>
    <w:p>
      <w:pPr>
        <w:jc w:val="right"/>
      </w:pPr>
      <w:r>
        <w:t>ثانی ذکر حصے کے بارے میں ہم کو مکمل معلومات حاصل ہیں، مگر جہاں تک اول الذکر حصے کا معاملہ ہے، اس کی بابت قطعی معلومات حاصل نہیں۔</w:t>
      </w:r>
    </w:p>
    <w:p>
      <w:r>
        <w:rPr>
          <w:b/>
        </w:rPr>
        <w:t xml:space="preserve">[01:10] </w:t>
      </w:r>
      <w:r>
        <w:t>hijrat ke baad rasool ALLAH sal ALLAH alaih wasallam ne sirf ek bar haj ka fariza ada kiya, jis ko aam taur par hajja tul wida kaha jata hai.</w:t>
      </w:r>
    </w:p>
    <w:p>
      <w:pPr>
        <w:jc w:val="right"/>
      </w:pPr>
      <w:r>
        <w:t>ہجرت کے بعد رسول اللہ صلی اللہ علیہ وسلم نے صرف ایک بار حج کا فریضہ ادا کیا، جس کو عام طور پر حجۃ الوداع کہا جاتا ہے۔</w:t>
      </w:r>
    </w:p>
    <w:p>
      <w:r>
        <w:rPr>
          <w:b/>
        </w:rPr>
        <w:t xml:space="preserve">[01:25] </w:t>
      </w:r>
      <w:r>
        <w:t>hijrat se pehle aap makay mein muqeem thay. riwayat se itna sabit hota hai ke makay ke zamanay qayam mein bhi aap ne haj ka fariza ada kiya,</w:t>
      </w:r>
    </w:p>
    <w:p>
      <w:pPr>
        <w:jc w:val="right"/>
      </w:pPr>
      <w:r>
        <w:t>ہجرت سے پہلے آپ مکے میں مقیم تھے۔ روایات سے اتنا ثابت ہوتا ہے کہ مکے کے زمانہ قیام میں بھی آپ نے حج کا فریضہ ادا کیا،</w:t>
      </w:r>
    </w:p>
    <w:p>
      <w:r>
        <w:rPr>
          <w:b/>
        </w:rPr>
        <w:t xml:space="preserve">[01:39] </w:t>
      </w:r>
      <w:r>
        <w:t>magar is ki qat'i tafseel nahi milti. sunan tirmizi aur ibn majah mein hai ke aap ne hijrat se pehle do haj ada kiye.</w:t>
      </w:r>
    </w:p>
    <w:p>
      <w:pPr>
        <w:jc w:val="right"/>
      </w:pPr>
      <w:r>
        <w:t>مگر اس کی قطعی تفصیل نہیں ملتی۔ سنن ترمذی اور ابن ماجہ میں ہے کہ آپ نے ہجرت سے پہلے دو حج ادا کیے۔</w:t>
      </w:r>
    </w:p>
    <w:p>
      <w:r>
        <w:rPr>
          <w:b/>
        </w:rPr>
        <w:t xml:space="preserve">[01:51] </w:t>
      </w:r>
      <w:r>
        <w:t>sahih muslim mein sirf ek haj ka zikr maujood hai. baz muhaddiseen ka qaul hai ke aap ahle makay ki aadat ke mutabiq har saal haj ada karte thay.</w:t>
      </w:r>
    </w:p>
    <w:p>
      <w:pPr>
        <w:jc w:val="right"/>
      </w:pPr>
      <w:r>
        <w:t>صحیح مسلم میں صرف ایک حج کا ذکر موجود ہے۔ بعض محدثین کا قول ہے کہ آپ اہل مکہ کی عادت کے مطابق ہر سال حج ادا کرتے تھے۔</w:t>
      </w:r>
    </w:p>
    <w:p>
      <w:r>
        <w:rPr>
          <w:b/>
        </w:rPr>
        <w:t xml:space="preserve">[02:07] </w:t>
      </w:r>
      <w:r>
        <w:t>tabqat ibn saad ki riwayat se maloom hota hai ke nabuwat ke baad aap ne ek haj ke siwa aur koi haj ada nahi kiya.</w:t>
      </w:r>
    </w:p>
    <w:p>
      <w:pPr>
        <w:jc w:val="right"/>
      </w:pPr>
      <w:r>
        <w:t>طبقات ابن سعد کی روایت سے معلوم ہوتا ہے کہ نبوت کے بعد آپ نے ایک حج کے سوا اور کوئی حج ادا نہیں کیا۔</w:t>
      </w:r>
    </w:p>
    <w:p>
      <w:r>
        <w:rPr>
          <w:b/>
        </w:rPr>
        <w:t xml:space="preserve">[02:18] </w:t>
      </w:r>
      <w:r>
        <w:t>ek taraf hijrat se qabl haj ke baray mein itni kam maloomat hain, aur doosri taraf hajja tul wida ke baray mein itni tafseeli riwayat milti hain ke is ke mutaliq awwal se akhir tak mukammal diary murattab ki ja sakti hai.</w:t>
      </w:r>
    </w:p>
    <w:p>
      <w:pPr>
        <w:jc w:val="right"/>
      </w:pPr>
      <w:r>
        <w:t>ایک طرف ہجرت سے قبل حج کے بارے میں اتنی کم معلومات ہیں، اور دوسری طرف حجۃ الوداع کے بارے میں اتنی تفصیلی روایات ملتی ہیں کہ اس کے متعلق اول سے آخر تک مکمل ڈائری مرتب کی جا سکتی ہے۔</w:t>
      </w:r>
    </w:p>
    <w:p>
      <w:r>
        <w:rPr>
          <w:b/>
        </w:rPr>
        <w:t xml:space="preserve">[02:42] </w:t>
      </w:r>
      <w:r>
        <w:t>is farq ki wajah kya hai? is ki wajah zamanay ka farq hai.</w:t>
      </w:r>
    </w:p>
    <w:p>
      <w:pPr>
        <w:jc w:val="right"/>
      </w:pPr>
      <w:r>
        <w:t>اس فرق کی وجہ کیا ہے؟ اس کی وجہ زمانے کا فرق ہے۔</w:t>
      </w:r>
    </w:p>
    <w:p>
      <w:r>
        <w:rPr>
          <w:b/>
        </w:rPr>
        <w:t xml:space="preserve">[02:48] </w:t>
      </w:r>
      <w:r>
        <w:t>hijrat se pehle aap ki hesiyat ek nakabil zikr shakhsiyat ki thi. logon ki nazar mein aap koi khaas ahmiyat nahi rakhte thay, magar hajja tul wida aap ki aakhri umar mein us waqt paish aaya jab ke aap ki hesiyat arab ke fateh ki ho chuki thi.</w:t>
      </w:r>
    </w:p>
    <w:p>
      <w:pPr>
        <w:jc w:val="right"/>
      </w:pPr>
      <w:r>
        <w:t>ہجرت سے پہلے آپ کی حیثیت ایک ناقابل ذکر شخصیت کی تھی۔ لوگوں کی نظر میں آپ کوئی خاص اہمیت نہیں رکھتے تھے، مگر حجۃ الوداع آپ کی آخری عمر میں اس وقت پیش آیا جب کہ آپ کی حیثیت عرب کے فاتح کی ہو چکی تھی۔</w:t>
      </w:r>
    </w:p>
    <w:p>
      <w:r>
        <w:rPr>
          <w:b/>
        </w:rPr>
        <w:t xml:space="preserve">[03:11] </w:t>
      </w:r>
      <w:r>
        <w:t>aap ki zindagi ke do dauron ka yahi farq hai, jis ki bina par aap ke ibtidai haj ke waqiat ko tareekh ne baqayda record nahi kiya.</w:t>
      </w:r>
    </w:p>
    <w:p>
      <w:pPr>
        <w:jc w:val="right"/>
      </w:pPr>
      <w:r>
        <w:t>آپ کی زندگی کے دو دوروں کا یہی فرق ہے، جس کی بنا پر آپ کے ابتدائی حج کے واقعات کو تاریخ نے باقاعدہ ریکارڈ نہیں کیا۔</w:t>
      </w:r>
    </w:p>
    <w:p>
      <w:r>
        <w:rPr>
          <w:b/>
        </w:rPr>
        <w:t xml:space="preserve">[03:25] </w:t>
      </w:r>
      <w:r>
        <w:t>aur aap ke aakhri haj ko tareekh ne itni tafseel ke sath record kiya ke is ka koi chote se chota juz bhi ghair mazkoor nahi.</w:t>
      </w:r>
    </w:p>
    <w:p>
      <w:pPr>
        <w:jc w:val="right"/>
      </w:pPr>
      <w:r>
        <w:t>اور آپ کے آخری حج کو تاریخ نے اتنی تفصیل کے ساتھ ریکارڈ کیا کہ اس کا کوئی چھوٹے سے چھوٹا جز بھی غیر مذکور نہیں۔</w:t>
      </w:r>
    </w:p>
    <w:p>
      <w:r>
        <w:rPr>
          <w:b/>
        </w:rPr>
        <w:t xml:space="preserve">[03:37] </w:t>
      </w:r>
      <w:r>
        <w:t>riwayat ke zakhire mein hajja tul wida ki jo tafseelat bikhri hui hain, un ko baz mouallifeen ne yakja karne ki koshish ki hai.</w:t>
      </w:r>
    </w:p>
    <w:p>
      <w:pPr>
        <w:jc w:val="right"/>
      </w:pPr>
      <w:r>
        <w:t>روایات کے ذخیرے میں حجۃ الوداع کی جو تفصیلات بکھری ہوئی ہیں، ان کو بعض مؤلفین نے یکجا کرنے کی کوشش کی ہے۔</w:t>
      </w:r>
    </w:p>
    <w:p>
      <w:r>
        <w:rPr>
          <w:b/>
        </w:rPr>
        <w:t xml:space="preserve">[03:49] </w:t>
      </w:r>
      <w:r>
        <w:t>is silsile mein chand kitabon ke naam yeh hain:</w:t>
      </w:r>
    </w:p>
    <w:p>
      <w:pPr>
        <w:jc w:val="right"/>
      </w:pPr>
      <w:r>
        <w:t>اس سلسلے میں چند کتابوں کے نام یہ ہیں:</w:t>
      </w:r>
    </w:p>
    <w:p>
      <w:r>
        <w:rPr>
          <w:b/>
        </w:rPr>
        <w:t xml:space="preserve">[03:53] </w:t>
      </w:r>
      <w:r>
        <w:t>al-sirat al-nabawiyyah imam abu al-fida ismail ibn kathir, zad al-maad allamah shamsuddin ibn qayyim al-jawziyyah, sharh al-mawahib al-dunya,</w:t>
      </w:r>
    </w:p>
    <w:p>
      <w:pPr>
        <w:jc w:val="right"/>
      </w:pPr>
      <w:r>
        <w:t>السیرت النبویہ امام ابو الفداء اسماعیل ابن کثیر، زاد المعاد علامہ شمس الدین ابن قیم الجوزیہ، شرح المواہب الدنیا،</w:t>
      </w:r>
    </w:p>
    <w:p>
      <w:r>
        <w:rPr>
          <w:b/>
        </w:rPr>
        <w:t xml:space="preserve">[04:10] </w:t>
      </w:r>
      <w:r>
        <w:t>allamah muhammad ibn abdul baqi al-zurqani.</w:t>
      </w:r>
    </w:p>
    <w:p>
      <w:pPr>
        <w:jc w:val="right"/>
      </w:pPr>
      <w:r>
        <w:t>علامہ محمد ابن عبدالباقی الزرقانی۔</w:t>
      </w:r>
    </w:p>
    <w:p>
      <w:r>
        <w:rPr>
          <w:b/>
        </w:rPr>
        <w:t xml:space="preserve">[04:18] </w:t>
      </w:r>
      <w:r>
        <w:t>hajja tul wida woh juz umrat al-nabi sallallahu alaihi wasallam al-shaikh muhammad zakariya al-kandahlawi zeil mein rasool allah sallallahu alaihi wasallam ke is haj ka bayan mukhtasar taur par naqal kiya jata hai.</w:t>
      </w:r>
    </w:p>
    <w:p>
      <w:pPr>
        <w:jc w:val="right"/>
      </w:pPr>
      <w:r>
        <w:t>حجۃ الوداع وہ جزو عمرات النبی صلی اللہ علیہ وسلم الشیخ محمد زکریا الکاندہلوی ذیل میں رسول اللہ صلی اللہ علیہ وسلم کے اس حج کا بیان مختصر طور پر نقل کیا جاتا ہے۔</w:t>
      </w:r>
    </w:p>
    <w:p>
      <w:r>
        <w:rPr>
          <w:b/>
        </w:rPr>
        <w:t xml:space="preserve">[04:38] </w:t>
      </w:r>
      <w:r>
        <w:t>hajja tul wida san 10 hijri mein pesh aaya. is ke taqreeban do mah baad madine mein aap ki wafat ho gayi.</w:t>
      </w:r>
    </w:p>
    <w:p>
      <w:pPr>
        <w:jc w:val="right"/>
      </w:pPr>
      <w:r>
        <w:t>حجۃ الوداع سن 10 ہجری میں پیش آیا۔ اس کے تقریباً دو ماہ بعد مدینے میں آپ کی وفات ہو گئی۔</w:t>
      </w:r>
    </w:p>
    <w:p>
      <w:r>
        <w:rPr>
          <w:b/>
        </w:rPr>
        <w:t xml:space="preserve">[04:48] </w:t>
      </w:r>
      <w:r>
        <w:t>aap</w:t>
      </w:r>
    </w:p>
    <w:p>
      <w:pPr>
        <w:jc w:val="right"/>
      </w:pPr>
      <w:r>
        <w:t>آپ</w:t>
      </w:r>
    </w:p>
    <w:p>
      <w:r>
        <w:rPr>
          <w:b/>
        </w:rPr>
        <w:t xml:space="preserve">[04:49] </w:t>
      </w:r>
      <w:r>
        <w:t>ke is haj ko hajja tul wida is liye kaha jata hai ke aap ne minna mein aur arafah ke khutbe mein us waqt ke ahl-e-iman ko wida kaha tha.</w:t>
      </w:r>
    </w:p>
    <w:p>
      <w:pPr>
        <w:jc w:val="right"/>
      </w:pPr>
      <w:r>
        <w:t>کے اس حج کو حجۃ الوداع اس لیے کہا جاتا ہے کہ آپ نے منی میں اور عرفے کے خطبے میں اس وقت کے اہل ایمان کو وداع کہا تھا۔</w:t>
      </w:r>
    </w:p>
    <w:p>
      <w:r>
        <w:rPr>
          <w:b/>
        </w:rPr>
        <w:t xml:space="preserve">[05:02] </w:t>
      </w:r>
      <w:r>
        <w:t>aap ne farmaya tha ke is saal ke baad aindah is jagah tum se meri mulaqat na ho sake gi.</w:t>
      </w:r>
    </w:p>
    <w:p>
      <w:pPr>
        <w:jc w:val="right"/>
      </w:pPr>
      <w:r>
        <w:t>آپ نے فرمایا تھا کہ اس سال کے بعد آئندہ اس جگہ تم سے میری ملاقات نہ ہو سکے گی۔</w:t>
      </w:r>
    </w:p>
    <w:p>
      <w:r>
        <w:rPr>
          <w:b/>
        </w:rPr>
        <w:t xml:space="preserve">[05:12] </w:t>
      </w:r>
      <w:r>
        <w:t>rasool allah sallallahu alaihi wasallam ka yeh haj mukhtalif pehluon se ahmiyat rakhta tha. isi liye is ko kai namon se yaad kiya jata hai, maslan hajja tul wida, hajja tul islam,</w:t>
      </w:r>
    </w:p>
    <w:p>
      <w:pPr>
        <w:jc w:val="right"/>
      </w:pPr>
      <w:r>
        <w:t>رسول اللہ صلی اللہ علیہ وسلم کا یہ حج مختلف پہلوؤں سے اہمیت رکھتا تھا۔ اسی لیے اس کو کئی ناموں سے یاد کیا جاتا ہے، مثلاً حجۃ الوداع، حجۃ الاسلام،</w:t>
      </w:r>
    </w:p>
    <w:p>
      <w:r>
        <w:rPr>
          <w:b/>
        </w:rPr>
        <w:t xml:space="preserve">[05:32] </w:t>
      </w:r>
      <w:r>
        <w:t>hajja tul balagh, hajja tul kamal, hujjat tamam.</w:t>
      </w:r>
    </w:p>
    <w:p>
      <w:pPr>
        <w:jc w:val="right"/>
      </w:pPr>
      <w:r>
        <w:t>حجۃ البلاغ، حجۃ الکمال، حجت تمام۔</w:t>
      </w:r>
    </w:p>
    <w:p>
      <w:r>
        <w:rPr>
          <w:b/>
        </w:rPr>
        <w:t xml:space="preserve">[05:40] </w:t>
      </w:r>
      <w:r>
        <w:t>makkah ramzan san 8 hijri mein fateh hua. rasool allah sallallahu alaihi wasallam san 8 aur san 9 hijri mein haj ke liye tashreef nahi le gaye.</w:t>
      </w:r>
    </w:p>
    <w:p>
      <w:pPr>
        <w:jc w:val="right"/>
      </w:pPr>
      <w:r>
        <w:t>مکہ رمضان سن 8 ہجری میں فتح ہوا۔ رسول اللہ صلی اللہ علیہ وسلم سن 8 اور سن 9 ہجری میں حج کے لیے تشریف نہیں لے گئے۔</w:t>
      </w:r>
    </w:p>
    <w:p>
      <w:r>
        <w:rPr>
          <w:b/>
        </w:rPr>
        <w:t xml:space="preserve">[05:55] </w:t>
      </w:r>
      <w:r>
        <w:t>albata aap ki hidayat ke mutabiq san 9 hijri mein teen so musalmanon ki ek jamaat ne madine se makkah ja kar haj ada kiya.</w:t>
      </w:r>
    </w:p>
    <w:p>
      <w:pPr>
        <w:jc w:val="right"/>
      </w:pPr>
      <w:r>
        <w:t>البتہ آپ کی ہدایت کے مطابق سن 9 ہجری میں تین سو مسلمانوں کی ایک جماعت نے مدینے سے مکہ جا کر حج ادا کیا۔</w:t>
      </w:r>
    </w:p>
    <w:p>
      <w:r>
        <w:rPr>
          <w:b/>
        </w:rPr>
        <w:t xml:space="preserve">[06:07] </w:t>
      </w:r>
      <w:r>
        <w:t>is jamaat ke ameer hazrat abu bakr siddiq thay. is haj mein arab ke mushrikeen bhi shareek thay, magar surah taubah mein nazil shuda hukum ke mutabiq san 9 hijri ke haj mein yeh ailan kar diya gaya ke aindah se kisi mushrik ko haj karne ki ijazat na hogi.</w:t>
      </w:r>
    </w:p>
    <w:p>
      <w:pPr>
        <w:jc w:val="right"/>
      </w:pPr>
      <w:r>
        <w:t>اس جماعت کے امیر حضرت ابوبکر صدیق تھے۔ اس حج میں عرب کے مشرکین بھی شریک تھے، مگر سورہ توبہ میں نازل شدہ حکم کے مطابق سن 9 ہجری کے حج میں یہ اعلان کر دیا گیا کہ آئندہ سے کسی مشرک کو حج کرنے کی اجازت نہ ہوگی۔</w:t>
      </w:r>
    </w:p>
    <w:p>
      <w:r>
        <w:rPr>
          <w:b/>
        </w:rPr>
        <w:t xml:space="preserve">[06:30] </w:t>
      </w:r>
      <w:r>
        <w:t>yeh ailan hazrat ali ne kiya. bukhari.</w:t>
      </w:r>
    </w:p>
    <w:p>
      <w:pPr>
        <w:jc w:val="right"/>
      </w:pPr>
      <w:r>
        <w:t>یہ اعلان حضرت علی نے کیا۔ بخاری۔</w:t>
      </w:r>
    </w:p>
    <w:p>
      <w:r>
        <w:rPr>
          <w:b/>
        </w:rPr>
        <w:t xml:space="preserve">[06:34] </w:t>
      </w:r>
      <w:r>
        <w:t>agle saal san 10 hijri mein rasool allah sallallahu alaihi wasallam ne haj ka irada farmaya. isi ke sath tamam qabail mein ihtimam ke sath itla'at bhej di gayi taake ziyada se ziyada log aap ke sath shareek ho saken.</w:t>
      </w:r>
    </w:p>
    <w:p>
      <w:pPr>
        <w:jc w:val="right"/>
      </w:pPr>
      <w:r>
        <w:t>اگلے سال سن 10 ہجری میں رسول اللہ صلی اللہ علیہ وسلم نے حج کا ارادہ فرمایا۔ اسی کے ساتھ تمام قبائل میں اہتمام کے ساتھ اطلاعات بھیج دی گئی تاکہ زیادہ سے زیادہ لوگ آپ کے ساتھ شریک ہو سکیں۔</w:t>
      </w:r>
    </w:p>
    <w:p>
      <w:r>
        <w:rPr>
          <w:b/>
        </w:rPr>
        <w:t xml:space="preserve">[06:55] </w:t>
      </w:r>
      <w:r>
        <w:t>hazrat ibrahim aur hazrat ismail ke baad haj ki ibadat agarchay jari thi, magar is mein bohat si jahili rasmein shamil ho gayi theen.</w:t>
      </w:r>
    </w:p>
    <w:p>
      <w:pPr>
        <w:jc w:val="right"/>
      </w:pPr>
      <w:r>
        <w:t>حضرت ابراہیم اور حضرت اسماعیل کے بعد حج کی عبادت اگرچہ جاری تھی، مگر اس میں بہت سی جاہلی رسمیں شامل ہو گئی تھیں۔</w:t>
      </w:r>
    </w:p>
    <w:p>
      <w:r>
        <w:rPr>
          <w:b/>
        </w:rPr>
        <w:t xml:space="preserve">[07:07] </w:t>
      </w:r>
      <w:r>
        <w:t>is liye zaroori tha ke badi tadad mein log aap ko haj ke aamal karte hue dekh lein aur aindah isi ke mutabiq haj ada karte rahein.</w:t>
      </w:r>
    </w:p>
    <w:p>
      <w:pPr>
        <w:jc w:val="right"/>
      </w:pPr>
      <w:r>
        <w:t>اس لیے ضروری تھا کہ بڑی تعداد میں لوگ آپ کو حج کے اعمال کرتے ہوئے دیکھ لیں اور آئندہ اسی کے مطابق حج ادا کرتے رہیں۔</w:t>
      </w:r>
    </w:p>
    <w:p>
      <w:r>
        <w:rPr>
          <w:b/>
        </w:rPr>
        <w:t xml:space="preserve">[07:20] </w:t>
      </w:r>
      <w:r>
        <w:t>is qism ke aamal hamesha dekh kar hi samajh mein aate hain, lafzon mein batane se samajh mein nahi aate. hazrat jabir ibn abdullah kehte hain ke maine rasool allah sallallahu alaihi wasallam ko dekha.</w:t>
      </w:r>
    </w:p>
    <w:p>
      <w:pPr>
        <w:jc w:val="right"/>
      </w:pPr>
      <w:r>
        <w:t>اس قسم کے اعمال ہمیشہ دیکھ کر ہی سمجھ میں آتے ہیں، لفظوں میں بتانے سے سمجھ میں نہیں آتے۔ حضرت جابر ابن عبداللہ کہتے ہیں کہ میں نے رسول اللہ صلی اللہ علیہ وسلم کو دیکھا۔</w:t>
      </w:r>
    </w:p>
    <w:p>
      <w:r>
        <w:rPr>
          <w:b/>
        </w:rPr>
        <w:t xml:space="preserve">[07:37] </w:t>
      </w:r>
      <w:r>
        <w:t>aap apni sawari par thay aur rami jimar kar rahe thay. aap ne logon ko mukhatib karte hue farmaya ke logon!</w:t>
      </w:r>
    </w:p>
    <w:p>
      <w:pPr>
        <w:jc w:val="right"/>
      </w:pPr>
      <w:r>
        <w:t>آپ اپنی سواری پر تھے اور رمی جمار کر رہے تھے۔ آپ نے لوگوں کو مخاطب کرتے ہوئے فرمایا کہ لوگوں!</w:t>
      </w:r>
    </w:p>
    <w:p>
      <w:r>
        <w:rPr>
          <w:b/>
        </w:rPr>
        <w:t xml:space="preserve">[07:47] </w:t>
      </w:r>
      <w:r>
        <w:t>haj ke tareeqay mujh se seekh lo,</w:t>
      </w:r>
    </w:p>
    <w:p>
      <w:pPr>
        <w:jc w:val="right"/>
      </w:pPr>
      <w:r>
        <w:t>حج کے طریقے مجھ سے سیکھ لو،</w:t>
      </w:r>
    </w:p>
    <w:p>
      <w:r>
        <w:rPr>
          <w:b/>
        </w:rPr>
        <w:t xml:space="preserve">[07:50] </w:t>
      </w:r>
      <w:r>
        <w:t>shayad is saal ke baad mein dobara haj na kar sakoon. rasool allah sallallahu alaihi wasallam ke safar haj ki khabar atraf-e-mulk mein phaili.</w:t>
      </w:r>
    </w:p>
    <w:p>
      <w:pPr>
        <w:jc w:val="right"/>
      </w:pPr>
      <w:r>
        <w:t>شاید اس سال کے بعد میں دوبارہ حج نہ کر سکوں۔ رسول اللہ صلی اللہ علیہ وسلم کے سفر حج کی خبر اطراف ملک میں پھیلی۔</w:t>
      </w:r>
    </w:p>
    <w:p>
      <w:r>
        <w:rPr>
          <w:b/>
        </w:rPr>
        <w:t xml:space="preserve">[08:06] </w:t>
      </w:r>
      <w:r>
        <w:t>rasool allah sallallahu alaihi wasallam ke safar haj ki khabar atraf-e-mulk mein phaili to log aana shuru hue,</w:t>
      </w:r>
    </w:p>
    <w:p>
      <w:pPr>
        <w:jc w:val="right"/>
      </w:pPr>
      <w:r>
        <w:t>رسول اللہ صلی اللہ علیہ وسلم کے سفر حج کی خبر اطراف ملک میں پھیلی تو لوگ آنا شروع ہوئے،</w:t>
      </w:r>
    </w:p>
    <w:p>
      <w:r>
        <w:rPr>
          <w:b/>
        </w:rPr>
        <w:t xml:space="preserve">[08:14] </w:t>
      </w:r>
      <w:r>
        <w:t>yahan tak ke madine mein taqreeban aik lakh aadmiyon ka majma ikattha ho gaya. Aap 25 zeeqad san 10 hijri ko madine se rawana hue.</w:t>
      </w:r>
    </w:p>
    <w:p>
      <w:pPr>
        <w:jc w:val="right"/>
      </w:pPr>
      <w:r>
        <w:t>یہاں تک کہ مدینے میں تقریباً ایک لاکھ آدمیوں کا مجمع اکٹھا ہو گیا۔ آپ 25 ذیقعدہ سن 10 ہجری کو مدینے سے روانہ ہوئے۔</w:t>
      </w:r>
    </w:p>
    <w:p>
      <w:r>
        <w:rPr>
          <w:b/>
        </w:rPr>
        <w:t xml:space="preserve">[08:28] </w:t>
      </w:r>
      <w:r>
        <w:t>rastay mein bhi log is qafle mein shareek hotay rahay. Aap is tarah makkah ki taraf ja rahay thay ke aap ke charon taraf aadmiyon ka hujoom tha.</w:t>
      </w:r>
    </w:p>
    <w:p>
      <w:pPr>
        <w:jc w:val="right"/>
      </w:pPr>
      <w:r>
        <w:t>راستے میں بھی لوگ اس قافلے میں شریک ہوتے رہے۔ آپ اس طرح مکے کی طرف جا رہے تھے کہ آپ کے چاروں طرف آدمیوں کا ہجوم تھا۔</w:t>
      </w:r>
    </w:p>
    <w:p>
      <w:r>
        <w:rPr>
          <w:b/>
        </w:rPr>
        <w:t xml:space="preserve">[08:42] </w:t>
      </w:r>
      <w:r>
        <w:t>hazrat jabar kehtay hain ke meri nigah jahan tak jati thi, mujhe har taraf insaan hi insaan dikhai detay thay. Makkah pohnch kar yeh majma taqreeban swa lakh ho gaya.</w:t>
      </w:r>
    </w:p>
    <w:p>
      <w:pPr>
        <w:jc w:val="right"/>
      </w:pPr>
      <w:r>
        <w:t>حضرت جابر کہتے ہیں کہ میری نگاہ جہاں تک جاتی تھی، مجھے ہر طرف انسان ہی انسان دکھائی دیتے تھے۔ مکہ پہنچ کر یہ مجمع تقریباً سوا لاکھ ہو گیا۔</w:t>
      </w:r>
    </w:p>
    <w:p>
      <w:r>
        <w:rPr>
          <w:b/>
        </w:rPr>
        <w:t xml:space="preserve">[08:57] </w:t>
      </w:r>
      <w:r>
        <w:t>rasool Allah sal Allah alayh wasalam apni is oontni par sawar thay jis ka naam qaswa tha.</w:t>
      </w:r>
    </w:p>
    <w:p>
      <w:pPr>
        <w:jc w:val="right"/>
      </w:pPr>
      <w:r>
        <w:t>رسول اللہ صلی اللہ علیہ وسلم اپنی اس اونٹنی پر سوار تھے جس کا نام قصوہ تھا۔</w:t>
      </w:r>
    </w:p>
    <w:p>
      <w:r>
        <w:rPr>
          <w:b/>
        </w:rPr>
        <w:t xml:space="preserve">[09:07] </w:t>
      </w:r>
      <w:r>
        <w:t>yeh aik ghair maamooli qism ki taiz raftaar oontni thi,</w:t>
      </w:r>
    </w:p>
    <w:p>
      <w:pPr>
        <w:jc w:val="right"/>
      </w:pPr>
      <w:r>
        <w:t>یہ ایک غیر معمولی قسم کی تیز رفتار اونٹنی تھی،</w:t>
      </w:r>
    </w:p>
    <w:p>
      <w:r>
        <w:rPr>
          <w:b/>
        </w:rPr>
        <w:t xml:space="preserve">[09:12] </w:t>
      </w:r>
      <w:r>
        <w:t>tahum is waqt is ke oopar jo kajawa bandha hua tha, us ki qeemat chaar dirham se ziyada na thi. Goiya zaroorat ki had tak aala mayar aur jahan zaroorat ki had khatam ho jaye, wahan sirf sadgi.</w:t>
      </w:r>
    </w:p>
    <w:p>
      <w:pPr>
        <w:jc w:val="right"/>
      </w:pPr>
      <w:r>
        <w:t>تاہم اس وقت اس کے اوپر جو کجاوا بندھا ہوا تھا، اس کی قیمت چار درہم سے زیادہ نہ تھی۔ گویا ضرورت کی حد تک اعلیٰ معیار اور جہاں ضرورت کی حد ختم ہو جائے، وہاں صرف سادگی۔</w:t>
      </w:r>
    </w:p>
    <w:p>
      <w:r>
        <w:rPr>
          <w:b/>
        </w:rPr>
        <w:t xml:space="preserve">[09:31] </w:t>
      </w:r>
      <w:r>
        <w:t>rasool Allah sal Allah alayh wasalam ne rawangi se pehle zuhr ki chaar rakatein logon ke sath parhin.</w:t>
      </w:r>
    </w:p>
    <w:p>
      <w:pPr>
        <w:jc w:val="right"/>
      </w:pPr>
      <w:r>
        <w:t>رسول اللہ صلی اللہ علیہ وسلم نے روانگی سے پہلے ظہر کی چار رکعتیں لوگوں کے ساتھ پڑھیں۔</w:t>
      </w:r>
    </w:p>
    <w:p>
      <w:r>
        <w:rPr>
          <w:b/>
        </w:rPr>
        <w:t xml:space="preserve">[09:42] </w:t>
      </w:r>
      <w:r>
        <w:t>aap ne aik taqreer farmayi jis mein bataya ke ehram bandhnay ke farz o aadab kya hain. Is ke baad aap madine se rawana hue.</w:t>
      </w:r>
    </w:p>
    <w:p>
      <w:pPr>
        <w:jc w:val="right"/>
      </w:pPr>
      <w:r>
        <w:t>آپ نے ایک تقریر فرمائی جس میں بتایا کہ احرام باندھنے کے فرائض و آداب کیا ہیں۔ اس کے بعد آپ مدینے سے روانہ ہوئے۔</w:t>
      </w:r>
    </w:p>
    <w:p>
      <w:r>
        <w:rPr>
          <w:b/>
        </w:rPr>
        <w:t xml:space="preserve">[09:54] </w:t>
      </w:r>
      <w:r>
        <w:t>madine se paanch meel ke faasley par zulhulaifa aik maqam hai jo ahle madina ki miqat hai. Yahan pohnch kar aap ne raat guzari.</w:t>
      </w:r>
    </w:p>
    <w:p>
      <w:pPr>
        <w:jc w:val="right"/>
      </w:pPr>
      <w:r>
        <w:t>مدینے سے پانچ میل کے فاصلے پر ذوالحلیفہ ایک مقام ہے جو اہل مدینہ کی میقات ہے۔ یہاں پہنچ کر آپ نے رات گزاری۔</w:t>
      </w:r>
    </w:p>
    <w:p>
      <w:r>
        <w:rPr>
          <w:b/>
        </w:rPr>
        <w:t xml:space="preserve">[10:08] </w:t>
      </w:r>
      <w:r>
        <w:t>agle din aap ne ghusal kiya, zuhr ki namaz do rakatein ada ki aur hajj o umrah yani qiran ka ehram bandha.</w:t>
      </w:r>
    </w:p>
    <w:p>
      <w:pPr>
        <w:jc w:val="right"/>
      </w:pPr>
      <w:r>
        <w:t>اگلے دن آپ نے غسل کیا، ظہر کی نماز دو رکعت ادا کی اور حج و عمرہ یعنی قران کا احرام باندھا۔</w:t>
      </w:r>
    </w:p>
    <w:p>
      <w:r>
        <w:rPr>
          <w:b/>
        </w:rPr>
        <w:t xml:space="preserve">[10:19] </w:t>
      </w:r>
      <w:r>
        <w:t>phir talbiya kehtay hue rawana hue:</w:t>
      </w:r>
    </w:p>
    <w:p>
      <w:pPr>
        <w:jc w:val="right"/>
      </w:pPr>
      <w:r>
        <w:t>پھر تلبیہ کہتے ہوئے روانہ ہوئے:</w:t>
      </w:r>
    </w:p>
    <w:p>
      <w:r>
        <w:rPr>
          <w:b/>
        </w:rPr>
        <w:t xml:space="preserve">[10:23] </w:t>
      </w:r>
      <w:r>
        <w:t>labaik Allahumma labbaik, labbaik la sharika laka labbaik, innal hamda wan nimata laka wal mulka la sharika lak.</w:t>
      </w:r>
    </w:p>
    <w:p>
      <w:pPr>
        <w:jc w:val="right"/>
      </w:pPr>
      <w:r>
        <w:t>لبیک اللہم لبیک، لبیک لا شریک لک لبیک، ان الحمد والنعمت لک والملک لا شریک لک۔</w:t>
      </w:r>
    </w:p>
    <w:p>
      <w:r>
        <w:rPr>
          <w:b/>
        </w:rPr>
        <w:t xml:space="preserve">[10:33] </w:t>
      </w:r>
      <w:r>
        <w:t>yani hazir hoon, khudaaya main hazir hoon, hazir hoon, tera koi shareek nahi, main hazir hoon, tareef aur nemat tere hi liye hain aur badshahi mein tera koi shareek nahi.</w:t>
      </w:r>
    </w:p>
    <w:p>
      <w:pPr>
        <w:jc w:val="right"/>
      </w:pPr>
      <w:r>
        <w:t>یعنی حاضر ہوں، خدایا میں حاضر ہوں، حاضر ہوں، تیرا کوئی شریک نہیں، میں حاضر ہوں، تعریف اور نعمت تیرے ہی لیے ہیں اور بادشاہی میں تیرا کوئی شریک نہیں۔</w:t>
      </w:r>
    </w:p>
    <w:p>
      <w:r>
        <w:rPr>
          <w:b/>
        </w:rPr>
        <w:t xml:space="preserve">[10:51] </w:t>
      </w:r>
      <w:r>
        <w:t>is tarah aap madine se makkah ki taraf ja rahay thay. Rastay mein koi teela milta to us par charh kar aap buland awaz se Allah o Akbar yani Allah sab se bara hai kehtay,</w:t>
      </w:r>
    </w:p>
    <w:p>
      <w:pPr>
        <w:jc w:val="right"/>
      </w:pPr>
      <w:r>
        <w:t>اس طرح آپ مدینے سے مکے کی طرف جا رہے تھے۔ راستے میں کوئی ٹیلہ ملتا تو اس پر چڑھ کر آپ بلند آواز سے اللہ اکبر یعنی اللہ سب سے بڑا ہے کہتے،</w:t>
      </w:r>
    </w:p>
    <w:p>
      <w:r>
        <w:rPr>
          <w:b/>
        </w:rPr>
        <w:t xml:space="preserve">[11:06] </w:t>
      </w:r>
      <w:r>
        <w:t>goya ke yahan se aap sare alam ke samne Allah ki barhai ka ailan kar rahay thay. Aap chaar zulhijja ko makkah pohnchay.</w:t>
      </w:r>
    </w:p>
    <w:p>
      <w:pPr>
        <w:jc w:val="right"/>
      </w:pPr>
      <w:r>
        <w:t>گویا کہ یہاں سے آپ سارے عالم کے سامنے اللہ کی بڑائی کا اعلان کر رہے ہوں۔ آپ چار ذوالحجہ کو مکہ پہنچے۔</w:t>
      </w:r>
    </w:p>
    <w:p>
      <w:r>
        <w:rPr>
          <w:b/>
        </w:rPr>
        <w:t xml:space="preserve">[11:18] </w:t>
      </w:r>
      <w:r>
        <w:t>madine se makkah ka safar no din mein tay hua.</w:t>
      </w:r>
    </w:p>
    <w:p>
      <w:pPr>
        <w:jc w:val="right"/>
      </w:pPr>
      <w:r>
        <w:t>مدینے سے مکے کا سفر نو دن میں طے ہوا۔</w:t>
      </w:r>
    </w:p>
    <w:p>
      <w:r>
        <w:rPr>
          <w:b/>
        </w:rPr>
        <w:t xml:space="preserve">[11:25] </w:t>
      </w:r>
      <w:r>
        <w:t>yeh sehar ka waqt tha. Aap chaltay hue haram mein dakhil hue. Baitullah par nazar pari to aap ki zuban mubarak se nikla: Allahumma zid baitaka hadha tashreefan wa ta'zeeman wa takreeman wa mahabatan.</w:t>
      </w:r>
    </w:p>
    <w:p>
      <w:pPr>
        <w:jc w:val="right"/>
      </w:pPr>
      <w:r>
        <w:t>یہ سہ پہر کا وقت تھا۔ آپ چلتے ہوئے حرم میں داخل ہوئے۔ بیت اللہ پر نظر پڑی تو آپ کی زبان مبارک سے نکلا: اللہم زد بیتکھذا تشریفا وتعظیما وتکریما ومہابتا۔</w:t>
      </w:r>
    </w:p>
    <w:p>
      <w:r>
        <w:rPr>
          <w:b/>
        </w:rPr>
        <w:t xml:space="preserve">[11:46] </w:t>
      </w:r>
      <w:r>
        <w:t>ae Allah! Tu apne is ghar ke sharf aur azmat aur buzurgi aur heebat mein izafa farma. Aap apne hath ko utha kar takbeer kehtay aur farmatay: Allahumma antas salam wa minkas salam,</w:t>
      </w:r>
    </w:p>
    <w:p>
      <w:pPr>
        <w:jc w:val="right"/>
      </w:pPr>
      <w:r>
        <w:t>اے اللہ! تو اپنے اس گھر کے شرف اور عظمت اور بزرگی اور ہیبت میں اضافہ فرما۔ آپ اپنے ہاتھ کو اٹھا کر تکبیر کہتے اور فرماتے: اللہم انت السلام ومنک السلام،</w:t>
      </w:r>
    </w:p>
    <w:p>
      <w:r>
        <w:rPr>
          <w:b/>
        </w:rPr>
        <w:t xml:space="preserve">[12:03] </w:t>
      </w:r>
      <w:r>
        <w:t>hayana rabbana bis salam. Ae Allah! Tu salamti hai, tujh hi se salamti hai. Ae hamare rab!</w:t>
      </w:r>
    </w:p>
    <w:p>
      <w:pPr>
        <w:jc w:val="right"/>
      </w:pPr>
      <w:r>
        <w:t>حینا ربنا بالسلام۔ اے اللہ! تو سلامتی ہے، تجھ ہی سے سلامتی ہے۔ اے ہمارے رب!</w:t>
      </w:r>
    </w:p>
    <w:p>
      <w:r>
        <w:rPr>
          <w:b/>
        </w:rPr>
        <w:t xml:space="preserve">[12:12] </w:t>
      </w:r>
      <w:r>
        <w:t>hum ko salamti ke sath zinda rakh.</w:t>
      </w:r>
    </w:p>
    <w:p>
      <w:pPr>
        <w:jc w:val="right"/>
      </w:pPr>
      <w:r>
        <w:t>ہم کو سلامتی کے ساتھ زندہ رکھ۔</w:t>
      </w:r>
    </w:p>
    <w:p>
      <w:r>
        <w:rPr>
          <w:b/>
        </w:rPr>
        <w:t xml:space="preserve">[12:16] </w:t>
      </w:r>
      <w:r>
        <w:t>haram mein dakhil ho kar aap ne tahiyatul masjid ka dugana nahi parha balkay tawaf e qudoom shuru kar diya.</w:t>
      </w:r>
    </w:p>
    <w:p>
      <w:pPr>
        <w:jc w:val="right"/>
      </w:pPr>
      <w:r>
        <w:t>حرم میں داخل ہو کر آپ نے تحیۃ المسجد کا دوگانہ نہیں پڑھا بلکہ طواف قدوم شروع کر دیا۔</w:t>
      </w:r>
    </w:p>
    <w:p>
      <w:r>
        <w:rPr>
          <w:b/>
        </w:rPr>
        <w:t xml:space="preserve">[12:27] </w:t>
      </w:r>
      <w:r>
        <w:t>aap hajar e aswad ke pas aaye aur bismillah Allah o Akbar keh kar is ka istilam kiya. Phir dayen taraf se chal kar saat bar is ka tawaf is tarah kiya ke kaaba aap ke bayen taraf tha.</w:t>
      </w:r>
    </w:p>
    <w:p>
      <w:pPr>
        <w:jc w:val="right"/>
      </w:pPr>
      <w:r>
        <w:t>آپ حجر اسود کے پاس آئے اور بسم اللہ اللہ اکبر کہہ کر اس کا استلام کیا۔ پھر دائیں طرف سے چل کر سات بار اس کا طواف اس طرح کیا کہ کعبہ آپ کے بائیں طرف تھا۔</w:t>
      </w:r>
    </w:p>
    <w:p>
      <w:r>
        <w:rPr>
          <w:b/>
        </w:rPr>
        <w:t xml:space="preserve">[12:44] </w:t>
      </w:r>
      <w:r>
        <w:t>tawaf ke pehle teen shot yani phere mein aap taiz taiz chalay, jis ko ramal kaha jata hai. Baqi chaar phere mein aap mamool ki chaal chalay.</w:t>
      </w:r>
    </w:p>
    <w:p>
      <w:pPr>
        <w:jc w:val="right"/>
      </w:pPr>
      <w:r>
        <w:t>طواف کے پہلے تین شوط یعنی پھیرے میں آپ تیز تیز چلے، جس کو رمل کہا جاتا ہے۔ باقی چار پھیروں میں آپ معمول کی چال چلے۔</w:t>
      </w:r>
    </w:p>
    <w:p>
      <w:r>
        <w:rPr>
          <w:b/>
        </w:rPr>
        <w:t xml:space="preserve">[12:57] </w:t>
      </w:r>
      <w:r>
        <w:t>aap ke bayen shanay par ehram ki chadar pari hui thi aur dayen shana khula hua tha. Is tareeqay ko ittaba' kaha jata hai.</w:t>
      </w:r>
    </w:p>
    <w:p>
      <w:pPr>
        <w:jc w:val="right"/>
      </w:pPr>
      <w:r>
        <w:t>آپ کے بائیں شانے پر احرام کی چادر پڑی ہوئی تھی اور دایاں شانہ کھلا ہوا تھا۔ اس طریقے کو اتباع کہا جاتا ہے۔</w:t>
      </w:r>
    </w:p>
    <w:p>
      <w:r>
        <w:rPr>
          <w:b/>
        </w:rPr>
        <w:t xml:space="preserve">[13:11] </w:t>
      </w:r>
      <w:r>
        <w:t>tawaf ke douran jab aap hajar e aswad ke samnay se guzartay to is ki taraf ishara kar ke apni chhari se istilam kartay.</w:t>
      </w:r>
    </w:p>
    <w:p>
      <w:pPr>
        <w:jc w:val="right"/>
      </w:pPr>
      <w:r>
        <w:t>طواف کے دوران جب آپ حجر اسود کے سامنے سے گزرتے تو اس کی طرف اشارہ کر کے اپنی چھڑی سے استلام کرتے۔</w:t>
      </w:r>
    </w:p>
    <w:p>
      <w:r>
        <w:rPr>
          <w:b/>
        </w:rPr>
        <w:t xml:space="preserve">[13:22] </w:t>
      </w:r>
      <w:r>
        <w:t>hajar aswad aur ruknaymani ke darmiyan yeh dua masoor hai: rabana atina fid dunya hasanata wa fil akhirati hasanata wa qina azab an-nar.</w:t>
      </w:r>
    </w:p>
    <w:p>
      <w:pPr>
        <w:jc w:val="right"/>
      </w:pPr>
      <w:r>
        <w:t>حجر اسود اور رکنیمانی کے درمیان یہ دعا معصور ہے: ربنا اتنا فی الدنیا حسنۃ وفاخرۃ حسنۃ وقنا عذاب النار۔</w:t>
      </w:r>
    </w:p>
    <w:p>
      <w:r>
        <w:rPr>
          <w:b/>
        </w:rPr>
        <w:t xml:space="preserve">[13:35] </w:t>
      </w:r>
      <w:r>
        <w:t>yani a hamare rab!</w:t>
      </w:r>
    </w:p>
    <w:p>
      <w:pPr>
        <w:jc w:val="right"/>
      </w:pPr>
      <w:r>
        <w:t>یعنی اے ہمارے رب!</w:t>
      </w:r>
    </w:p>
    <w:p>
      <w:r>
        <w:rPr>
          <w:b/>
        </w:rPr>
        <w:t xml:space="preserve">[13:37] </w:t>
      </w:r>
      <w:r>
        <w:t>humein dunya mein bhi bhalai de aur akhirat mein bhi bhalai de aur hum ko aag ke azab se bacha. isi tarah tawaf mein aap se baz aur duain bhi manqool hain.</w:t>
      </w:r>
    </w:p>
    <w:p>
      <w:pPr>
        <w:jc w:val="right"/>
      </w:pPr>
      <w:r>
        <w:t>ہمیں دنیا میں بھی بھلائی دے اور آخرت میں بھی بھلائی دے اور ہم کو آگ کے عذاب سے بچا۔ اسی طرح طواف میں آپ سے بعض اور دعائیں بھی منقول ہیں۔</w:t>
      </w:r>
    </w:p>
    <w:p>
      <w:r>
        <w:rPr>
          <w:b/>
        </w:rPr>
        <w:t xml:space="preserve">[13:52] </w:t>
      </w:r>
      <w:r>
        <w:t>tawaf-e-kaba se faraghat ke baad aap maqam-e-ibrahim ke pas aye aur quran ki yeh ayat parhi:</w:t>
      </w:r>
    </w:p>
    <w:p>
      <w:pPr>
        <w:jc w:val="right"/>
      </w:pPr>
      <w:r>
        <w:t>طواف کعبے سے فراغت کے بعد آپ مقام ابراہیم کے پاس آئے اور قرآن کی یہ آیت پڑھی:</w:t>
      </w:r>
    </w:p>
    <w:p>
      <w:r>
        <w:rPr>
          <w:b/>
        </w:rPr>
        <w:t xml:space="preserve">[14:02] </w:t>
      </w:r>
      <w:r>
        <w:t>wat-takhizoo mim maqami ibrahima musalla. al-baqarah 125. maqam-e-ibrahim ke pas khare ho kar aap ne do rakat namaz ada ki.</w:t>
      </w:r>
    </w:p>
    <w:p>
      <w:pPr>
        <w:jc w:val="right"/>
      </w:pPr>
      <w:r>
        <w:t>واتخذوا من مقام ابراہیم مصلی۔ البقرہ 125۔ مقام ابراہیم کے پاس کھڑے ہو کر آپ نے دو رکعت نماز ادا کی۔</w:t>
      </w:r>
    </w:p>
    <w:p>
      <w:r>
        <w:rPr>
          <w:b/>
        </w:rPr>
        <w:t xml:space="preserve">[14:16] </w:t>
      </w:r>
      <w:r>
        <w:t>is ke baad hajar aswad ke pas gaye aur is ka boosa liya. phir safa ki taraf rawana hue. qareeb aye to farmaya: in-nas-safaa wal marwata min sha'a'irillah,</w:t>
      </w:r>
    </w:p>
    <w:p>
      <w:pPr>
        <w:jc w:val="right"/>
      </w:pPr>
      <w:r>
        <w:t>اس کے بعد حجر اسود کے پاس گئے اور اس کا بوسہ لیا۔ پھر صفا کی طرف روانہ ہوئے۔ قریب آئے تو فرمایا: ان الصفا والمروۃ من شاعر اللہ،</w:t>
      </w:r>
    </w:p>
    <w:p>
      <w:r>
        <w:rPr>
          <w:b/>
        </w:rPr>
        <w:t xml:space="preserve">[14:33] </w:t>
      </w:r>
      <w:r>
        <w:t>abdu bima bada'allahu bih. beshak safa aur marwa allah ki nishaniyon mein se hai. mein is se shuru karta hoon jis se allah ne shuru kiya hai.</w:t>
      </w:r>
    </w:p>
    <w:p>
      <w:pPr>
        <w:jc w:val="right"/>
      </w:pPr>
      <w:r>
        <w:t>ابدا بما بدا اللہ بہ۔ بے شک صفا اور مروہ اللہ کی نشانیوں میں سے ہے۔ میں اس سے شروع کرتا ہوں جس سے اللہ نے شروع کیا ہے۔</w:t>
      </w:r>
    </w:p>
    <w:p>
      <w:r>
        <w:rPr>
          <w:b/>
        </w:rPr>
        <w:t xml:space="preserve">[14:48] </w:t>
      </w:r>
      <w:r>
        <w:t>phir aap safa par charhe yahan tak ke kaba dikhai dene laga. aap ne qible ki taraf mutawajjah ho kar yeh alfaz kahe:</w:t>
      </w:r>
    </w:p>
    <w:p>
      <w:pPr>
        <w:jc w:val="right"/>
      </w:pPr>
      <w:r>
        <w:t>پھر آپ صفا پر چڑھے یہاں تک کہ کعبہ دکھائی دینے لگا۔ آپ نے قبلے کی طرف متوجہ ہو کر یہ الفاظ کہے:</w:t>
      </w:r>
    </w:p>
    <w:p>
      <w:r>
        <w:rPr>
          <w:b/>
        </w:rPr>
        <w:t xml:space="preserve">[14:58] </w:t>
      </w:r>
      <w:r>
        <w:t>la ilaha illallah wahdahu la sharika lah, lahul mulku wa lahul hamdu wa huwa 'ala kulli shay'in qadeer.</w:t>
      </w:r>
    </w:p>
    <w:p>
      <w:pPr>
        <w:jc w:val="right"/>
      </w:pPr>
      <w:r>
        <w:t>لا الہ الا اللہ وحدہ لا شریک لہ، لہ الملک ولہ الحمد وھو علی کل شی قدیر۔</w:t>
      </w:r>
    </w:p>
    <w:p>
      <w:r>
        <w:rPr>
          <w:b/>
        </w:rPr>
        <w:t xml:space="preserve">[15:08] </w:t>
      </w:r>
      <w:r>
        <w:t>la ilaha illallah wahdahu, anjaza wa'dahu wa nasara 'abdahu wa hazam-al-ahzaba wahdah. allah ke siwa koi ilah nahi, woh akela hai,</w:t>
      </w:r>
    </w:p>
    <w:p>
      <w:pPr>
        <w:jc w:val="right"/>
      </w:pPr>
      <w:r>
        <w:t>لا الہ الا اللہ وحدہ، انجز وعدہ ونصر عبدہ وحزم الاحزاب وحدہ۔ اللہ کے سوا کوئی الہ نہیں، وہ اکیلا ہے،</w:t>
      </w:r>
    </w:p>
    <w:p>
      <w:r>
        <w:rPr>
          <w:b/>
        </w:rPr>
        <w:t xml:space="preserve">[15:21] </w:t>
      </w:r>
      <w:r>
        <w:t>iska koi sharik nahi, isi ki badshahi hai aur isi ke liye sari tareef hai aur woh har cheez par qudrat rakhta hai.</w:t>
      </w:r>
    </w:p>
    <w:p>
      <w:pPr>
        <w:jc w:val="right"/>
      </w:pPr>
      <w:r>
        <w:t>اس کا کوئی شریک نہیں، اسی کی بادشاہی ہے اور اسی کے لیے ساری تعریف ہے اور وہ ہر چیز پر قدرت رکھتا ہے۔</w:t>
      </w:r>
    </w:p>
    <w:p>
      <w:r>
        <w:rPr>
          <w:b/>
        </w:rPr>
        <w:t xml:space="preserve">[15:31] </w:t>
      </w:r>
      <w:r>
        <w:t>allah ke siwa koi ilah nahi, woh akela hai, is ne apna wada poora kar diya, is ne apne bande ki madad farmayi aur tamam girohon ko tanha shikast di.</w:t>
      </w:r>
    </w:p>
    <w:p>
      <w:pPr>
        <w:jc w:val="right"/>
      </w:pPr>
      <w:r>
        <w:t>اللہ کے سوا کوئی الہ نہیں، وہ اکیلا ہے، اس نے اپنا وعدہ پورا کر دیا، اس نے اپنے بندے کی مدد فرمائی اور تمام گروہوں کو تنہا شکست دی۔</w:t>
      </w:r>
    </w:p>
    <w:p>
      <w:r>
        <w:rPr>
          <w:b/>
        </w:rPr>
        <w:t xml:space="preserve">[15:46] </w:t>
      </w:r>
      <w:r>
        <w:t>phir aap safa se utar kar marwa ki taraf rawana hue.</w:t>
      </w:r>
    </w:p>
    <w:p>
      <w:pPr>
        <w:jc w:val="right"/>
      </w:pPr>
      <w:r>
        <w:t>پھر آپ صفا سے اتر کر مروہ کی طرف روانہ ہوئے۔</w:t>
      </w:r>
    </w:p>
    <w:p>
      <w:r>
        <w:rPr>
          <w:b/>
        </w:rPr>
        <w:t xml:space="preserve">[15:50] </w:t>
      </w:r>
      <w:r>
        <w:t>donon pahariyon ke darmiyan aap ne is tarah sa'i farmayi ke jab aap nashib mein yani milayn-e-akhzarin ke darmiyan pohnche to dorne lage.</w:t>
      </w:r>
    </w:p>
    <w:p>
      <w:pPr>
        <w:jc w:val="right"/>
      </w:pPr>
      <w:r>
        <w:t>دونوں پہاڑیوں کے درمیان آپ نے اس طرح صحیح فرمائی کہ جب آپ نشیب میں یعنی میلین اخزرین کے درمیان پہنچے تو دوڑنے لگے۔</w:t>
      </w:r>
    </w:p>
    <w:p>
      <w:r>
        <w:rPr>
          <w:b/>
        </w:rPr>
        <w:t xml:space="preserve">[16:02] </w:t>
      </w:r>
      <w:r>
        <w:t>nashib khatam hua to ahista chalne lage. marwa pohnch kar aap is ke oopar itna charhe ke kaba dikhai dene laga.</w:t>
      </w:r>
    </w:p>
    <w:p>
      <w:pPr>
        <w:jc w:val="right"/>
      </w:pPr>
      <w:r>
        <w:t>نشیب ختم ہوا تو آہستہ چلنے لگے۔ مروہ پہنچ کر آپ اس کے اوپر اتنا چڑھے کہ کعبہ دکھائی دینے لگا۔</w:t>
      </w:r>
    </w:p>
    <w:p>
      <w:r>
        <w:rPr>
          <w:b/>
        </w:rPr>
        <w:t xml:space="preserve">[16:13] </w:t>
      </w:r>
      <w:r>
        <w:t>yahan bhi aap ne takbeer o tahleel ki aur dua mangi.</w:t>
      </w:r>
    </w:p>
    <w:p>
      <w:pPr>
        <w:jc w:val="right"/>
      </w:pPr>
      <w:r>
        <w:t>یہاں بھی آپ نے تکبیر و تحلیل کی اور دعا مانگی۔</w:t>
      </w:r>
    </w:p>
    <w:p>
      <w:r>
        <w:rPr>
          <w:b/>
        </w:rPr>
        <w:t xml:space="preserve">[16:19] </w:t>
      </w:r>
      <w:r>
        <w:t>isi tarah aap ne safa o marwa ke darmiyan saat phere kiye. baz riwayat ke mutabiq aap ne ibtidai chand phere pairon par kiye aur baqi phere apni oontni par sawar ho kar.</w:t>
      </w:r>
    </w:p>
    <w:p>
      <w:pPr>
        <w:jc w:val="right"/>
      </w:pPr>
      <w:r>
        <w:t>اسی طرح آپ نے صفا و مروہ کے درمیان سات پھیرے کیے۔ بعض روایات کے مطابق آپ نے ابتدائی چند پھیرے پیروں پر کیے اور بقیہ پھیرے اپنی اونٹنی پر سوار ہو کر۔</w:t>
      </w:r>
    </w:p>
    <w:p>
      <w:r>
        <w:rPr>
          <w:b/>
        </w:rPr>
        <w:t xml:space="preserve">[16:35] </w:t>
      </w:r>
      <w:r>
        <w:t>aap ne aisa ghaleban is liye kiya ke door tak phaila hua majma aap ke amal ko bakhubi taur par dekh sake.</w:t>
      </w:r>
    </w:p>
    <w:p>
      <w:pPr>
        <w:jc w:val="right"/>
      </w:pPr>
      <w:r>
        <w:t>آپ نے ایسا غالباً اس لیے کیا کہ دور تک پھیلا ہوا مجمع آپ کے عمل کو بخوبی طور پر دیکھ سکے۔</w:t>
      </w:r>
    </w:p>
    <w:p>
      <w:r>
        <w:rPr>
          <w:b/>
        </w:rPr>
        <w:t xml:space="preserve">[16:46] </w:t>
      </w:r>
      <w:r>
        <w:t>aap ka saatwan phera marwa par khatam hua. rasool allah sallallahu alaihi wasallam char zul-hijjah ko makke mein maqam-e-abtah mein utre the.</w:t>
      </w:r>
    </w:p>
    <w:p>
      <w:pPr>
        <w:jc w:val="right"/>
      </w:pPr>
      <w:r>
        <w:t>آپ کا ساتواں پھیرا مروہ پر ختم ہوا۔ رسول اللہ صلی اللہ علیہ وسلم چار ذوالحجہ کو مکے میں مقام ابطح میں اترے تھے۔</w:t>
      </w:r>
    </w:p>
    <w:p>
      <w:r>
        <w:rPr>
          <w:b/>
        </w:rPr>
        <w:t xml:space="preserve">[17:00] </w:t>
      </w:r>
      <w:r>
        <w:t>yahan aap aath zul-hijjah tak yani char din rahe aur wahin apne hamrahiyon ke sath qasr kar ke namaz parhte rahe.</w:t>
      </w:r>
    </w:p>
    <w:p>
      <w:pPr>
        <w:jc w:val="right"/>
      </w:pPr>
      <w:r>
        <w:t>یہاں آپ آٹھ ذوالحجہ تک یعنی چار دن رہے اور وہیں اپنے ہمراہیوں کے ساتھ قصر کر کے نماز پڑھتے رہے۔</w:t>
      </w:r>
    </w:p>
    <w:p>
      <w:r>
        <w:rPr>
          <w:b/>
        </w:rPr>
        <w:t xml:space="preserve">[17:11] </w:t>
      </w:r>
      <w:r>
        <w:t>aath zul-hijjah ko aap apne tamam ashab ke sath mina gaye.</w:t>
      </w:r>
    </w:p>
    <w:p>
      <w:pPr>
        <w:jc w:val="right"/>
      </w:pPr>
      <w:r>
        <w:t>آٹھ ذوالحجہ کو آپ اپنے تمام اصحاب کے ساتھ منی گئے۔</w:t>
      </w:r>
    </w:p>
    <w:p>
      <w:r>
        <w:rPr>
          <w:b/>
        </w:rPr>
        <w:t xml:space="preserve">[17:17] </w:t>
      </w:r>
      <w:r>
        <w:t>jate waqt koi tawaf nahi kiya. is din zuhr aur asr aur maghrib aur isha ki namazein aap ne mina mein padhin aur raat ko yahin qiyam kiya.</w:t>
      </w:r>
    </w:p>
    <w:p>
      <w:pPr>
        <w:jc w:val="right"/>
      </w:pPr>
      <w:r>
        <w:t>جاتے وقت کوئی طواف نہیں کیا۔ اس دن ظہر اور عصر اور مغرب اور عشاء کی نمازیں آپ نے منی میں پڑھیں اور رات کو یہیں قیام کیا۔</w:t>
      </w:r>
    </w:p>
    <w:p>
      <w:r>
        <w:rPr>
          <w:b/>
        </w:rPr>
        <w:t xml:space="preserve">[17:29] </w:t>
      </w:r>
      <w:r>
        <w:t>subah nau zul-hijjah ko suraj nikalne ke baad aap arafat ki taraf rawana hue.</w:t>
      </w:r>
    </w:p>
    <w:p>
      <w:pPr>
        <w:jc w:val="right"/>
      </w:pPr>
      <w:r>
        <w:t>صبح نو ذوالحجہ کو سورج نکلنے کے بعد آپ عرفات کی طرف روانہ ہوئے۔</w:t>
      </w:r>
    </w:p>
    <w:p>
      <w:r>
        <w:rPr>
          <w:b/>
        </w:rPr>
        <w:t xml:space="preserve">[17:39] </w:t>
      </w:r>
      <w:r>
        <w:t>aap namirah yani wadi-e-arafat ke ek khayme mein utre.</w:t>
      </w:r>
    </w:p>
    <w:p>
      <w:pPr>
        <w:jc w:val="right"/>
      </w:pPr>
      <w:r>
        <w:t>آپ نمیرہ یعنی وادی عرفہ کے ایک خیمے میں اترے۔</w:t>
      </w:r>
    </w:p>
    <w:p>
      <w:r>
        <w:rPr>
          <w:b/>
        </w:rPr>
        <w:t xml:space="preserve">[17:44] </w:t>
      </w:r>
      <w:r>
        <w:t>ashab mein se koi labbaik pukarta tha aur koi takbeer kehta tha, koi ek doosre par aitraz nahi karta tha.</w:t>
      </w:r>
    </w:p>
    <w:p>
      <w:pPr>
        <w:jc w:val="right"/>
      </w:pPr>
      <w:r>
        <w:t>صحابہ میں سے کوئی لبیک پکارتا تھا اور کوئی تکبیر کہتا تھا، کوئی ایک دوسرے پر اعتراض نہیں کرتا تھا۔</w:t>
      </w:r>
    </w:p>
    <w:p>
      <w:r>
        <w:rPr>
          <w:b/>
        </w:rPr>
        <w:t xml:space="preserve">[17:53] </w:t>
      </w:r>
      <w:r>
        <w:t>jab zawaal ka waqt aaya to aap apni oontni par sawaar ho kar chalay aur maidan e arafah ke beech mein thehray۔ yahan maujooda masjid namira ki jagah apni sawari par baithe hue aap ne woh khutbah diya jo khutbah hijjat ul wida ke naam se mashhoor hai۔</w:t>
      </w:r>
    </w:p>
    <w:p>
      <w:pPr>
        <w:jc w:val="right"/>
      </w:pPr>
      <w:r>
        <w:t>جب زوال کا وقت آیا تو آپ اپنی اونٹنی پر سوار ہو کر چلے اور میدان عرفہ کے بیچ میں ٹھہرے۔ یہاں موجودہ مسجد نمیرہ کی جگہ اپنی سواری پر بیٹھے ہوئے آپ نے وہ خطبہ دیا جو خطبہ حجۃ الوداع کے نام سے مشہور ہے۔</w:t>
      </w:r>
    </w:p>
    <w:p>
      <w:r>
        <w:rPr>
          <w:b/>
        </w:rPr>
        <w:t xml:space="preserve">[18:15] </w:t>
      </w:r>
      <w:r>
        <w:t>yeh khutbah aur doosra khutbah jo aap ne mina mein diya, woh mutfarriq tor par hadees ki kitabon mein mazkoor hain۔</w:t>
      </w:r>
    </w:p>
    <w:p>
      <w:pPr>
        <w:jc w:val="right"/>
      </w:pPr>
      <w:r>
        <w:t>یہ خطبہ اور دوسرا خطبہ جو آپ نے منی میں دیا، وہ متفرق طور پر حدیث کی کتابوں میں مذکور ہیں۔</w:t>
      </w:r>
    </w:p>
    <w:p>
      <w:r>
        <w:rPr>
          <w:b/>
        </w:rPr>
        <w:t xml:space="preserve">[18:24] </w:t>
      </w:r>
      <w:r>
        <w:t>in ka majmooa aglay safhaat mein naqal kiya ja raha hai۔ yeh jumah yaani 9 zilhajjah ka din tha۔ jab aap khutbah de chukay to aap ne hazrat bilal ko azan ka hukum diya۔</w:t>
      </w:r>
    </w:p>
    <w:p>
      <w:pPr>
        <w:jc w:val="right"/>
      </w:pPr>
      <w:r>
        <w:t>ان کا مجموعہ اگلے صفحات میں نقل کیا جا رہا ہے۔ یہ جمعہ یعنی نو ذوالحجہ کا دن تھا۔ جب آپ خطبہ دے چکے تو آپ نے حضرت بلال کو اذان کا حکم دیا۔</w:t>
      </w:r>
    </w:p>
    <w:p>
      <w:r>
        <w:rPr>
          <w:b/>
        </w:rPr>
        <w:t xml:space="preserve">[18:39] </w:t>
      </w:r>
      <w:r>
        <w:t>unhon ne azan di۔ aap ne aik azan aur do iqamat se zuhr aur asr ki namaz jama kar ke do do rakat parhi۔</w:t>
      </w:r>
    </w:p>
    <w:p>
      <w:pPr>
        <w:jc w:val="right"/>
      </w:pPr>
      <w:r>
        <w:t>انہوں نے اذان دی۔ آپ نے ایک اذان اور دو اقامت سے ظہر اور عصر کی نماز جمع کر کے دو دو رکعت پڑھی۔</w:t>
      </w:r>
    </w:p>
    <w:p>
      <w:r>
        <w:rPr>
          <w:b/>
        </w:rPr>
        <w:t xml:space="preserve">[18:48] </w:t>
      </w:r>
      <w:r>
        <w:t>yeh jumah ki namaz nahi balkeh zuhr ki qasr namaz thi kyunkeh aap ne is mein qirat bil jahar nahi ki۔ farz ke ilawa is mauqa par koi sunnat ya nafl aap ne nahi parhi۔</w:t>
      </w:r>
    </w:p>
    <w:p>
      <w:pPr>
        <w:jc w:val="right"/>
      </w:pPr>
      <w:r>
        <w:t>یہ جمعہ کی نماز نہیں بلکہ ظہر کی قصر نماز تھی کیونکہ آپ نے اس میں قرت بالجہر نہیں کی۔ فرض کے علاوہ اس موقع پر کوئی سنت یا نفل آپ نے نہیں پڑھی۔</w:t>
      </w:r>
    </w:p>
    <w:p>
      <w:r>
        <w:rPr>
          <w:b/>
        </w:rPr>
        <w:t xml:space="preserve">[19:03] </w:t>
      </w:r>
      <w:r>
        <w:t>namaz se farigh ho kar aap arafat ke is maqam par aaye jis ko waqoof ki jagah kaha jata hai۔ yahan aap ne apne oont par baithe baithe suraj doobne tak dua ki۔</w:t>
      </w:r>
    </w:p>
    <w:p>
      <w:pPr>
        <w:jc w:val="right"/>
      </w:pPr>
      <w:r>
        <w:t>نماز سے فارغ ہو کر آپ عرفات کے اس مقام پر آئے جس کو وقوف کی جگہ کہا جاتا ہے۔ یہاں آپ نے اپنے اونٹ پر بیٹھے بیٹھے سورج ڈوبنے تک دعا کی۔</w:t>
      </w:r>
    </w:p>
    <w:p>
      <w:r>
        <w:rPr>
          <w:b/>
        </w:rPr>
        <w:t xml:space="preserve">[19:17] </w:t>
      </w:r>
      <w:r>
        <w:t>aap ne farmaya keh is din ki dua behtareen dua hai۔ is waqt aap kis qism ke rabbani ehsasat se bharay hue thay،</w:t>
      </w:r>
    </w:p>
    <w:p>
      <w:pPr>
        <w:jc w:val="right"/>
      </w:pPr>
      <w:r>
        <w:t>آپ نے فرمایا کہ اس دن کی دعا بہترین دعا ہے۔ اس وقت آپ کس قسم کے ربانی احساسات سے بھرے ہوئے تھے،</w:t>
      </w:r>
    </w:p>
    <w:p>
      <w:r>
        <w:rPr>
          <w:b/>
        </w:rPr>
        <w:t xml:space="preserve">[19:28] </w:t>
      </w:r>
      <w:r>
        <w:t>is ka andaza in kalimat se hota hai jo is waqt aap ki zuban se nikal rahay thay۔ aik riwayat ke mutabiq aap ne farmaya: allahumma innaka tasma'u kalami wa tarani makani wa ta'lamu sirri wa 'alaniyati, la yakhfa 'alayka shay'un min amri, ana al ba'is al faqir,</w:t>
      </w:r>
    </w:p>
    <w:p>
      <w:pPr>
        <w:jc w:val="right"/>
      </w:pPr>
      <w:r>
        <w:t>اس کا اندازہ ان کلمات سے ہوتا ہے جو اس وقت آپ کی زبان سے نکل رہے تھے۔ ایک روایت کے مطابق آپ نے فرمایا: اللہم انک تسمع کلامی وترامکانی وتعلم سری وعلانیتی، لا یخف علیک شیء من امری، انا البائس الفقیر،</w:t>
      </w:r>
    </w:p>
    <w:p>
      <w:r>
        <w:rPr>
          <w:b/>
        </w:rPr>
        <w:t xml:space="preserve">[19:52] </w:t>
      </w:r>
      <w:r>
        <w:t>al mughith al mustajeer, al wajil al mushfiq al muqirr, al mu'tarif bi dhanbi, as'aluka mas'alat al miskeen, wa abtahilu ilayka ibtihal al mudhnib al dhaleel,</w:t>
      </w:r>
    </w:p>
    <w:p>
      <w:pPr>
        <w:jc w:val="right"/>
      </w:pPr>
      <w:r>
        <w:t>المغیث المستجیر، الوجل المشفق المقر، المعترف بذنبی، اسلک مسئلہ المسکین، وابتہل الیک ابتہال المذنب الذلیل،</w:t>
      </w:r>
    </w:p>
    <w:p>
      <w:r>
        <w:rPr>
          <w:b/>
        </w:rPr>
        <w:t xml:space="preserve">[20:08] </w:t>
      </w:r>
      <w:r>
        <w:t>wa ad'ooka da'a' al kha'if al dharir, man khada'at laka raqabatuhu wa faadat laka 'aynahu wa dhalla jasaduhu wa ragham anfuhu laka.</w:t>
      </w:r>
    </w:p>
    <w:p>
      <w:pPr>
        <w:jc w:val="right"/>
      </w:pPr>
      <w:r>
        <w:t>ودعوک دعاء الخائف الضریر، من خضعت لک رقبتہ وفاضت لک عیناہ وذل جسدہ ورغم انفہ لک۔</w:t>
      </w:r>
    </w:p>
    <w:p>
      <w:r>
        <w:rPr>
          <w:b/>
        </w:rPr>
        <w:t xml:space="preserve">[20:21] </w:t>
      </w:r>
      <w:r>
        <w:t>allahumma la taj'alni bi du'a'ika rabbi shaqiyyan, wa kun li ra'ufan raheeman, ya khayr al mas'uleen wa ya khayr al mu'teen.</w:t>
      </w:r>
    </w:p>
    <w:p>
      <w:pPr>
        <w:jc w:val="right"/>
      </w:pPr>
      <w:r>
        <w:t>اللہم لا تجعلنی بدعائک رب شقیہ، وکن لی رؤوفا رحیما، یا خیر المسعولین ویا خیر المعطین۔</w:t>
      </w:r>
    </w:p>
    <w:p>
      <w:r>
        <w:rPr>
          <w:b/>
        </w:rPr>
        <w:t xml:space="preserve">[20:33] </w:t>
      </w:r>
      <w:r>
        <w:t>a Allah! tu meri baat sun raha hai aur tu meri jagah ko dekh raha hai۔</w:t>
      </w:r>
    </w:p>
    <w:p>
      <w:pPr>
        <w:jc w:val="right"/>
      </w:pPr>
      <w:r>
        <w:t>اے اللہ! تو میری بات سن رہا ہے اور تو میری جگہ کو دیکھ رہا ہے۔</w:t>
      </w:r>
    </w:p>
    <w:p>
      <w:r>
        <w:rPr>
          <w:b/>
        </w:rPr>
        <w:t xml:space="preserve">[20:40] </w:t>
      </w:r>
      <w:r>
        <w:t>tu mere chhupe aur khulay ko janta hai۔ meri koi baat tujh se chhupti hui nahi۔ main musibat zadah hoon, muhtaj hoon, tujh se fariyadi hoon, teri panah chahta hoon،</w:t>
      </w:r>
    </w:p>
    <w:p>
      <w:pPr>
        <w:jc w:val="right"/>
      </w:pPr>
      <w:r>
        <w:t>تو میرے چھپے اور کھلے کو جانتا ہے۔ میری کوئی بات تجھ سے چھپی ہوئی نہیں۔ میں مصیبت زدہ ہوں، محتاج ہوں، تجھ سے فریادی ہوں، تیری پناہ چاہتا ہوں،</w:t>
      </w:r>
    </w:p>
    <w:p>
      <w:r>
        <w:rPr>
          <w:b/>
        </w:rPr>
        <w:t xml:space="preserve">[20:55] </w:t>
      </w:r>
      <w:r>
        <w:t>pareshan hoon, khauf zadah hoon, apne gunahon ka iqrar o etiraf kar raha hoon, tujh se be kas aadmi ki tarah sawal kar raha hoon aur gunahgar aur haqeer insan ki tarah tere samnay gidgida raha hoon aur tujh se khauf zadah aur ift rasidah aadmi ki manind sawal karta hoon</w:t>
      </w:r>
    </w:p>
    <w:p>
      <w:pPr>
        <w:jc w:val="right"/>
      </w:pPr>
      <w:r>
        <w:t>پریشان ہوں، خوفزدہ ہوں، اپنے گناہوں کا اقرار و اعتراف کر رہا ہوں، تجھ سے بے کس آدمی کی طرح سوال کر رہا ہوں اور گنہگار اور حقیر انسان کی طرح تیرے سامنے گڑگڑا رہا ہوں اور تجھ سے خوفزدہ اور افت رسیدہ آدمی کی مانند سوال کرتا ہوں</w:t>
      </w:r>
    </w:p>
    <w:p>
      <w:r>
        <w:rPr>
          <w:b/>
        </w:rPr>
        <w:t xml:space="preserve">[21:19] </w:t>
      </w:r>
      <w:r>
        <w:t>jaise woh shakhs jis ki gardan tere agay jhuki hui ho aur us ki aankhain tere liye beh pari hon aur us ka jism tere agay farotni kiye hue ho aur apni naak tere samnay ragar raha ho۔</w:t>
      </w:r>
    </w:p>
    <w:p>
      <w:pPr>
        <w:jc w:val="right"/>
      </w:pPr>
      <w:r>
        <w:t>جیسے وہ شخص جس کی گردن تیرے آگے جھکی ہوئی ہو اور اس کی آنکھیں تیرے لیے بہہ پڑی ہوں اور اس کا جسم تیرے آگے فروتنی کیے ہوئے ہو اور اپنی ناک تیرے سامنے رگڑ رہا ہو۔</w:t>
      </w:r>
    </w:p>
    <w:p>
      <w:r>
        <w:rPr>
          <w:b/>
        </w:rPr>
        <w:t xml:space="preserve">[21:36] </w:t>
      </w:r>
      <w:r>
        <w:t>a Allah! tu mujhe apne se dua mangne mein nakaam na rakh aur tu mere haq mein bara meharban, nihayat reham wala ban ja۔</w:t>
      </w:r>
    </w:p>
    <w:p>
      <w:pPr>
        <w:jc w:val="right"/>
      </w:pPr>
      <w:r>
        <w:t>اے اللہ! تو مجھے اپنے سے دعا مانگنے میں ناکام نہ رکھ اور تو میرے حق میں بڑا مہربان، نہایت رحم والا بن جا۔</w:t>
      </w:r>
    </w:p>
    <w:p>
      <w:r>
        <w:rPr>
          <w:b/>
        </w:rPr>
        <w:t xml:space="preserve">[21:48] </w:t>
      </w:r>
      <w:r>
        <w:t>a tamam mangay janay walon se behtar aur a sab denay walon se acha۔ is asna mein log حج ke masail poochne atay thay۔</w:t>
      </w:r>
    </w:p>
    <w:p>
      <w:pPr>
        <w:jc w:val="right"/>
      </w:pPr>
      <w:r>
        <w:t>اے تمام مانگے جانے والوں سے بہتر اور اے سب دینے والوں سے اچھا۔ اس اسناء میں لوگ حج کے مسائل پوچھنے آتے تھے۔</w:t>
      </w:r>
    </w:p>
    <w:p>
      <w:r>
        <w:rPr>
          <w:b/>
        </w:rPr>
        <w:t xml:space="preserve">[22:00] </w:t>
      </w:r>
      <w:r>
        <w:t>kuch najdiyon ne poocha keh حج kya hai؟ aap ne farmaya keh al hajju 'arafah yaani حج arafat mein thehrnay ka naam hai۔</w:t>
      </w:r>
    </w:p>
    <w:p>
      <w:pPr>
        <w:jc w:val="right"/>
      </w:pPr>
      <w:r>
        <w:t>کچھ نجدیوں نے پوچھا کہ حج کیا ہے؟ آپ نے فرمایا کہ الحج عرفہ یعنی حج عرفات میں ٹھہرنے کا نام ہے۔</w:t>
      </w:r>
    </w:p>
    <w:p>
      <w:r>
        <w:rPr>
          <w:b/>
        </w:rPr>
        <w:t xml:space="preserve">[22:09] </w:t>
      </w:r>
      <w:r>
        <w:t>jo shakhs yom al nahar se pehlay yahan aa jaye, uska حج ho gaya۔</w:t>
      </w:r>
    </w:p>
    <w:p>
      <w:pPr>
        <w:jc w:val="right"/>
      </w:pPr>
      <w:r>
        <w:t>جو شخص یوم النحر سے پہلے یہاں آ جائے، اس کا حج ہو گیا۔</w:t>
      </w:r>
    </w:p>
    <w:p>
      <w:r>
        <w:rPr>
          <w:b/>
        </w:rPr>
        <w:t xml:space="preserve">[22:15] </w:t>
      </w:r>
      <w:r>
        <w:t>quran ki ayat: al yawma akmaltu lakum deenakum wa atmamtu 'alaykum ni'mati wa raditu lakum al islām dinan.</w:t>
      </w:r>
    </w:p>
    <w:p>
      <w:pPr>
        <w:jc w:val="right"/>
      </w:pPr>
      <w:r>
        <w:t>قرآن کی آیت: اليوم اکملت لکم دینکم واتممت علیکم نعمت ورضیت لکم الاسلام دینا۔</w:t>
      </w:r>
    </w:p>
    <w:p>
      <w:r>
        <w:rPr>
          <w:b/>
        </w:rPr>
        <w:t xml:space="preserve">[22:25] </w:t>
      </w:r>
      <w:r>
        <w:t>al ma'idah 3۔ yahi arafat mein khutbah hijjat ul wida ke baad nazil hui۔ suraj doobne ke baad aap arafat se muzdalifah ki taraf rawana hue۔</w:t>
      </w:r>
    </w:p>
    <w:p>
      <w:pPr>
        <w:jc w:val="right"/>
      </w:pPr>
      <w:r>
        <w:t>المائدہ تین یہی عرفہ میں خطبہ حجۃ الوداع کے بعد نازل ہوئی۔ سورج ڈوبنے کے بعد آپ عرفہ سے مزدلفہ کی طرف روانہ ہوئے۔</w:t>
      </w:r>
    </w:p>
    <w:p>
      <w:r>
        <w:rPr>
          <w:b/>
        </w:rPr>
        <w:t xml:space="preserve">[22:39] </w:t>
      </w:r>
      <w:r>
        <w:t>usama bin zaid ko apne peechay bitha liya۔</w:t>
      </w:r>
    </w:p>
    <w:p>
      <w:pPr>
        <w:jc w:val="right"/>
      </w:pPr>
      <w:r>
        <w:t>اسامہ بن زید کو اپنے پیچھے بٹھا لیا۔</w:t>
      </w:r>
    </w:p>
    <w:p>
      <w:r>
        <w:rPr>
          <w:b/>
        </w:rPr>
        <w:t xml:space="preserve">[22:43] </w:t>
      </w:r>
      <w:r>
        <w:t>rasta bhar aap talbiyah karte rahay۔ muzdalifah pohnchnay tak yeh silsila jari raha۔ aap ne logon ko tez chalnay se mana farmaya۔</w:t>
      </w:r>
    </w:p>
    <w:p>
      <w:pPr>
        <w:jc w:val="right"/>
      </w:pPr>
      <w:r>
        <w:t>راستہ بھر آپ تلبیہ کرتے رہے۔ مزدلفہ پہنچنے تک یہ سلسلہ جاری رہا۔ آپ نے لوگوں کو تیز چلنے سے منع فرمایا۔</w:t>
      </w:r>
    </w:p>
    <w:p>
      <w:r>
        <w:rPr>
          <w:b/>
        </w:rPr>
        <w:t xml:space="preserve">[22:53] </w:t>
      </w:r>
      <w:r>
        <w:t>aap ne kaha: al sakinah, ayyuha al nas! al sakinah, ayyuha al nas! fa inna al birra laysa bil izaa'ah.</w:t>
      </w:r>
    </w:p>
    <w:p>
      <w:pPr>
        <w:jc w:val="right"/>
      </w:pPr>
      <w:r>
        <w:t>آپ نے کہا: السکینہ، ایہا الناس! السکینہ، ایہا الناس! فان البر لیس بالایضا۔</w:t>
      </w:r>
    </w:p>
    <w:p>
      <w:r>
        <w:rPr>
          <w:b/>
        </w:rPr>
        <w:t xml:space="preserve">[23:06] </w:t>
      </w:r>
      <w:r>
        <w:t>logon! sukoon aur itminan ke sath chalo۔ dorna koi sawab ki baat nahi۔</w:t>
      </w:r>
    </w:p>
    <w:p>
      <w:pPr>
        <w:jc w:val="right"/>
      </w:pPr>
      <w:r>
        <w:t>لوگوں! سکون اور اطمینان کے ساتھ چلو۔ دوڑنا کوئی ثواب کی بات نہیں۔</w:t>
      </w:r>
    </w:p>
    <w:p>
      <w:r>
        <w:rPr>
          <w:b/>
        </w:rPr>
        <w:t xml:space="preserve">[23:13] </w:t>
      </w:r>
      <w:r>
        <w:t>Muzdalifah mein aap ne Hazrat Bilal ko azan ka hukum diya. Azan ke baad aap khare hue aur oonton ko bithane aur saman utarne se pehle Maghrib ki namaz ada ki.</w:t>
      </w:r>
    </w:p>
    <w:p>
      <w:pPr>
        <w:jc w:val="right"/>
      </w:pPr>
      <w:r>
        <w:t>مزدلفہ میں آپ نے حضرت بلال کو اذان کا حکم دیا۔ اذان کے بعد آپ کھڑے ہوئے اور اونٹوں کو بٹھانے اور سامان اتارنے سے پہلے مغرب کی نماز ادا کی۔</w:t>
      </w:r>
    </w:p>
    <w:p>
      <w:r>
        <w:rPr>
          <w:b/>
        </w:rPr>
        <w:t xml:space="preserve">[23:27] </w:t>
      </w:r>
      <w:r>
        <w:t>Is ke baad jab logon ne saman utar liya to aap ne Isha ki namaz do rakat ada farmayi. Yahan bhi aap ne ek azan aur do iqamat se dono namazein ada ki'n.</w:t>
      </w:r>
    </w:p>
    <w:p>
      <w:pPr>
        <w:jc w:val="right"/>
      </w:pPr>
      <w:r>
        <w:t>اس کے بعد جب لوگوں نے سامان اتار لیا تو آپ نے عشاء کی نماز دو رکعت ادا فرمائی۔ یہاں بھی آپ نے ایک اذان اور دو اقامت سے دونوں نمازیں ادا کیں۔</w:t>
      </w:r>
    </w:p>
    <w:p>
      <w:r>
        <w:rPr>
          <w:b/>
        </w:rPr>
        <w:t xml:space="preserve">[23:42] </w:t>
      </w:r>
      <w:r>
        <w:t>Farz ke ilawa aap ne koi aur namaz nahi parhi. Is ke baad aap let gaye aur subah tak soye.</w:t>
      </w:r>
    </w:p>
    <w:p>
      <w:pPr>
        <w:jc w:val="right"/>
      </w:pPr>
      <w:r>
        <w:t>فرض کے علاوہ آپ نے کوئی اور نماز نہیں پڑھی۔ اس کے بعد آپ لیٹ گئے اور صبح تک سوئے۔</w:t>
      </w:r>
    </w:p>
    <w:p>
      <w:r>
        <w:rPr>
          <w:b/>
        </w:rPr>
        <w:t xml:space="preserve">[23:51] </w:t>
      </w:r>
      <w:r>
        <w:t>Subah uth kar Fajr ki namaz aap ne awwal waqt parhi. Yeh Dhul Hijjah ki das tareekh thi. Phir aap sawari par baithe aur Mushar al-Haram aaye.</w:t>
      </w:r>
    </w:p>
    <w:p>
      <w:pPr>
        <w:jc w:val="right"/>
      </w:pPr>
      <w:r>
        <w:t>صبح اٹھ کر فجر کی نماز آپ نے اول وقت پڑھی۔ یہ ذوالحجہ کی دس تاریخ تھی۔ پھر آپ سواری پر بیٹھے اور مشر حرام آئے۔</w:t>
      </w:r>
    </w:p>
    <w:p>
      <w:r>
        <w:rPr>
          <w:b/>
        </w:rPr>
        <w:t xml:space="preserve">[24:04] </w:t>
      </w:r>
      <w:r>
        <w:t>Yahan qibla ki taraf rukh kar ke dua aur tazarrue karte rahe</w:t>
      </w:r>
    </w:p>
    <w:p>
      <w:pPr>
        <w:jc w:val="right"/>
      </w:pPr>
      <w:r>
        <w:t>یہاں قبلے کی طرف رخ کر کے دعا اور تضرع کرتے رہے</w:t>
      </w:r>
    </w:p>
    <w:p>
      <w:r>
        <w:rPr>
          <w:b/>
        </w:rPr>
        <w:t xml:space="preserve">[24:10] </w:t>
      </w:r>
      <w:r>
        <w:t>Yahan tak ke poori tarah ujala ho gaya. Sooraj nikalne se pehle aap Muzdalifah se rawana hue. Aap barabar talbiyah karte rahe.</w:t>
      </w:r>
    </w:p>
    <w:p>
      <w:pPr>
        <w:jc w:val="right"/>
      </w:pPr>
      <w:r>
        <w:t>یہاں تک کہ پوری طرح اجالا ہو گیا۔ سورج نکلنے سے پہلے آپ مزدلفہ سے روانہ ہوئے۔ آپ برابر تلبیہ کرتے رہے۔</w:t>
      </w:r>
    </w:p>
    <w:p>
      <w:r>
        <w:rPr>
          <w:b/>
        </w:rPr>
        <w:t xml:space="preserve">[24:21] </w:t>
      </w:r>
      <w:r>
        <w:t>Fazl ibn Abbas aap ke peeche sawar the. Aap ne un ko hukum diya ke Ramy al-Jamar ke liye yahan se saat kankariyan chun lein.</w:t>
      </w:r>
    </w:p>
    <w:p>
      <w:pPr>
        <w:jc w:val="right"/>
      </w:pPr>
      <w:r>
        <w:t>فضل ابن عباس آپ کے پیچھے سوار تھے۔ آپ نے ان کو حکم دیا کہ رمی جمار کے لیے یہاں سے سات کنکریاں چن لیں۔</w:t>
      </w:r>
    </w:p>
    <w:p>
      <w:r>
        <w:rPr>
          <w:b/>
        </w:rPr>
        <w:t xml:space="preserve">[24:33] </w:t>
      </w:r>
      <w:r>
        <w:t>Jab aap Wadi Muhassar mein pahunche to logon se kaha ke yahan se tezi se guzar jao</w:t>
      </w:r>
    </w:p>
    <w:p>
      <w:pPr>
        <w:jc w:val="right"/>
      </w:pPr>
      <w:r>
        <w:t>جب آپ وادی محصر میں پہنچے تو لوگوں سے کہا کہ یہاں سے تیزی سے گزر جاؤ</w:t>
      </w:r>
    </w:p>
    <w:p>
      <w:r>
        <w:rPr>
          <w:b/>
        </w:rPr>
        <w:t xml:space="preserve">[24:39] </w:t>
      </w:r>
      <w:r>
        <w:t>. Apni oontni bhi aap ne tez kar di. Wadi Muhassar woh jagah hai jahan Ashab al-Feel par Khuda ka azab nazil hua tha.</w:t>
      </w:r>
    </w:p>
    <w:p>
      <w:pPr>
        <w:jc w:val="right"/>
      </w:pPr>
      <w:r>
        <w:t>۔ اپنی اونٹنی بھی آپ نے تیز کر دی۔ وادی محصر وہ جگہ ہے جہاں اصحاب فیل پر خدا کا عذاب نازل ہوا تھا۔</w:t>
      </w:r>
    </w:p>
    <w:p>
      <w:r>
        <w:rPr>
          <w:b/>
        </w:rPr>
        <w:t xml:space="preserve">[24:50] </w:t>
      </w:r>
      <w:r>
        <w:t>Aap chalte rahe yahan tak ke aap Mina pahunche. Phir aap Jamrah al-Aqabah aaye. Yahan aap is tarah khare hue ke Makka aap ke baein taraf tha aur Mina dahni taraf.</w:t>
      </w:r>
    </w:p>
    <w:p>
      <w:pPr>
        <w:jc w:val="right"/>
      </w:pPr>
      <w:r>
        <w:t>آپ چلتے رہے یہاں تک کہ آپ منی پہنچ گئے۔ پھر آپ جمرۃ العقبہ آئے۔ یہاں آپ اس طرح کھڑے ہوئے کہ مکہ آپ کے بائیں طرف تھا اور منی داہنی طرف۔</w:t>
      </w:r>
    </w:p>
    <w:p>
      <w:r>
        <w:rPr>
          <w:b/>
        </w:rPr>
        <w:t xml:space="preserve">[25:07] </w:t>
      </w:r>
      <w:r>
        <w:t>Aap ne sawari par baithe hue sooraj nikalne ke baad ek ke baad ek saat kankariyan maari'n jis ko Ramy kaha jata hai.</w:t>
      </w:r>
    </w:p>
    <w:p>
      <w:pPr>
        <w:jc w:val="right"/>
      </w:pPr>
      <w:r>
        <w:t>آپ نے سواری پر بیٹھے ہوئے سورج نکلنے کے بعد ایک کے بعد ایک سات کنکریاں ماریں جس کو رمی کہا جاتا ہے۔</w:t>
      </w:r>
    </w:p>
    <w:p>
      <w:r>
        <w:rPr>
          <w:b/>
        </w:rPr>
        <w:t xml:space="preserve">[25:18] </w:t>
      </w:r>
      <w:r>
        <w:t>Har kankari ke sath aap takbeer kehte jate the. Ramy al-Jamar ke baad aap ne talbiyah mauqoof kiya. Is ke baad aap Mina wapas hue.</w:t>
      </w:r>
    </w:p>
    <w:p>
      <w:pPr>
        <w:jc w:val="right"/>
      </w:pPr>
      <w:r>
        <w:t>ہر کنکری کے ساتھ آپ تکبیر کہتے جاتے تھے۔ رمی جمار کے بعد آپ نے تلبیہ موقوف کیا۔ اس کے بعد آپ منی واپس ہوئے۔</w:t>
      </w:r>
    </w:p>
    <w:p>
      <w:r>
        <w:rPr>
          <w:b/>
        </w:rPr>
        <w:t xml:space="preserve">[25:30] </w:t>
      </w:r>
      <w:r>
        <w:t>Aap ne deen ka khulasa un lafzon mein bayan farmaya:</w:t>
      </w:r>
    </w:p>
    <w:p>
      <w:pPr>
        <w:jc w:val="right"/>
      </w:pPr>
      <w:r>
        <w:t>آپ نے دین کا خلاصہ ان لفظوں میں بیان فرمایا:</w:t>
      </w:r>
    </w:p>
    <w:p>
      <w:r>
        <w:rPr>
          <w:b/>
        </w:rPr>
        <w:t xml:space="preserve">[25:35] </w:t>
      </w:r>
      <w:r>
        <w:t>Abdu Rabbakum wa sallu khamsakum wa soumu shahrakum wa atiu dha amrakum tadkhulu jannata Rabbakum.</w:t>
      </w:r>
    </w:p>
    <w:p>
      <w:pPr>
        <w:jc w:val="right"/>
      </w:pPr>
      <w:r>
        <w:t>اعبدوا ربکم وصلو خمسکم وصوموا شہرکم واطیعوا ذا امرکم تدخلوا جنت ربکم۔</w:t>
      </w:r>
    </w:p>
    <w:p>
      <w:r>
        <w:rPr>
          <w:b/>
        </w:rPr>
        <w:t xml:space="preserve">[25:45] </w:t>
      </w:r>
      <w:r>
        <w:t>Apne Rab ki ibadat karo aur paanch waqt ki namaz parho aur Ramzan ke mahine ka roza rakho aur apne sahib-e-amr ki itaat karo aur apne Rab ki jannat mein dakhil ho jao.</w:t>
      </w:r>
    </w:p>
    <w:p>
      <w:pPr>
        <w:jc w:val="right"/>
      </w:pPr>
      <w:r>
        <w:t>اپنے رب کی عبادت کرو اور پانچ وقت کی نماز پڑھو اور رمضان کے مہینے کا روزہ رکھو اور اپنے صاحب امر کی اطاعت کرو اور اپنے رب کی جنت میں داخل ہو جاؤ۔</w:t>
      </w:r>
    </w:p>
    <w:p>
      <w:r>
        <w:rPr>
          <w:b/>
        </w:rPr>
        <w:t xml:space="preserve">[25:58] </w:t>
      </w:r>
      <w:r>
        <w:t>Mina mein aap ne ek khutbah diya.</w:t>
      </w:r>
    </w:p>
    <w:p>
      <w:pPr>
        <w:jc w:val="right"/>
      </w:pPr>
      <w:r>
        <w:t>منی میں آپ نے ایک خطبہ دیا۔</w:t>
      </w:r>
    </w:p>
    <w:p>
      <w:r>
        <w:rPr>
          <w:b/>
        </w:rPr>
        <w:t xml:space="preserve">[26:01] </w:t>
      </w:r>
      <w:r>
        <w:t>Yeh aham khutbah Arafah ke khutbe se mushabihat tha. Yeh takrar ghaleban is liye thi ke jis ne wahan na suna ho woh yahan sun le aur achi tarah yaad kar le.</w:t>
      </w:r>
    </w:p>
    <w:p>
      <w:pPr>
        <w:jc w:val="right"/>
      </w:pPr>
      <w:r>
        <w:t>یہ اہم خطبہ عرفہ کے خطبے سے مشابہ تھا۔ یہ تکرار غالباً اس لیے تھی کہ جس نے وہاں نہ سنا ہو وہ یہاں سن لے اور اچھی طرح یاد کر لے۔</w:t>
      </w:r>
    </w:p>
    <w:p>
      <w:r>
        <w:rPr>
          <w:b/>
        </w:rPr>
        <w:t xml:space="preserve">[26:14] </w:t>
      </w:r>
      <w:r>
        <w:t>Yahan aap ne jin baaton ka ailan farmaya un mein se yeh bhi tha: La fadla li arabi ala ajami wa la li ajami ala arabi wa la li aswada ala ahmar wa la li ahmar ala aswad illa bil taqwa.</w:t>
      </w:r>
    </w:p>
    <w:p>
      <w:pPr>
        <w:jc w:val="right"/>
      </w:pPr>
      <w:r>
        <w:t>یہاں آپ نے جن باتوں کا اعلان فرمایا ان میں سے یہ بھی تھا: لا فضل لعربی علی عجمی ولا لعجمی علی عربی ولا لیسود علی احمر ولا لی احمر علی اسود الا بالتقوی۔</w:t>
      </w:r>
    </w:p>
    <w:p>
      <w:r>
        <w:rPr>
          <w:b/>
        </w:rPr>
        <w:t xml:space="preserve">[26:32] </w:t>
      </w:r>
      <w:r>
        <w:t>Musnad Ahmad an Abi Nadrat. Kisi arabi ko kisi ajami par fazilat nahi</w:t>
      </w:r>
    </w:p>
    <w:p>
      <w:pPr>
        <w:jc w:val="right"/>
      </w:pPr>
      <w:r>
        <w:t>مسند احمد عن ابی ندرت۔ کسی عربی کو کسی عجمی پر فضیلت نہیں</w:t>
      </w:r>
    </w:p>
    <w:p>
      <w:r>
        <w:rPr>
          <w:b/>
        </w:rPr>
        <w:t xml:space="preserve">[26:40] </w:t>
      </w:r>
      <w:r>
        <w:t>Aur kisi ajami ko kisi arabi par fazilat nahi aur kisi kale ko kisi surkh par fazilat nahi aur kisi surkh ko kisi kale par fazilat nahi.</w:t>
      </w:r>
    </w:p>
    <w:p>
      <w:pPr>
        <w:jc w:val="right"/>
      </w:pPr>
      <w:r>
        <w:t>اور کسی عجمی کو کسی عربی پر فضیلت نہیں اور کسی کالے کو کسی سرخ پر فضیلت نہیں اور کسی سرخ کو کسی کالے پر فضیلت نہیں۔</w:t>
      </w:r>
    </w:p>
    <w:p>
      <w:r>
        <w:rPr>
          <w:b/>
        </w:rPr>
        <w:t xml:space="preserve">[26:51] </w:t>
      </w:r>
      <w:r>
        <w:t>Fazilat ka madar sirf taqwa par hai.</w:t>
      </w:r>
    </w:p>
    <w:p>
      <w:pPr>
        <w:jc w:val="right"/>
      </w:pPr>
      <w:r>
        <w:t>فضیلت کا مدار صرف تقوے پر ہے۔</w:t>
      </w:r>
    </w:p>
    <w:p>
      <w:r>
        <w:rPr>
          <w:b/>
        </w:rPr>
        <w:t xml:space="preserve">[26:56] </w:t>
      </w:r>
      <w:r>
        <w:t>Neez aap ne farmaya: Ala inna al-shaytana qad ya'isa an yu'bada fi baladikum abadan walakin satakunu lahu ta'atun fima tuhaqqirunahu min a'malikum fa yardo bihi.</w:t>
      </w:r>
    </w:p>
    <w:p>
      <w:pPr>
        <w:jc w:val="right"/>
      </w:pPr>
      <w:r>
        <w:t>نیز آپ نے فرمایا: علی ان الشیطان قد عیس یعبد فی بلدکم ابدا ولكن ستكون لہ طاعت فیما تحقرون من اعمالکم فیرضا بہ۔</w:t>
      </w:r>
    </w:p>
    <w:p>
      <w:r>
        <w:rPr>
          <w:b/>
        </w:rPr>
        <w:t xml:space="preserve">[27:11] </w:t>
      </w:r>
      <w:r>
        <w:t>Tirmidhi: Sun lo! Shaitan is se mayoos ho gaya hai ke ab tumhare is shahar mein qayamat tak is ki parastish ki jaye</w:t>
      </w:r>
    </w:p>
    <w:p>
      <w:pPr>
        <w:jc w:val="right"/>
      </w:pPr>
      <w:r>
        <w:t>ترمذی: سن لو! شیطان اس سے مایوس ہو گیا ہے کہ اب تمہارے اس شہر میں قیامت تک اس کی پرستش کی جائے</w:t>
      </w:r>
    </w:p>
    <w:p>
      <w:r>
        <w:rPr>
          <w:b/>
        </w:rPr>
        <w:t xml:space="preserve">[27:21] </w:t>
      </w:r>
      <w:r>
        <w:t>Magar tum aise kamon mein is ki pairwi karoge jis ki tumhari nazar mein ahmiyat na hogi aur woh is se razi ho jayega.</w:t>
      </w:r>
    </w:p>
    <w:p>
      <w:pPr>
        <w:jc w:val="right"/>
      </w:pPr>
      <w:r>
        <w:t>مگر تم ایسے کاموں میں اس کی پیروی کرو گے جس کی تمہاری نظر میں اہمیت نہ ہوگی اور وہ اس سے راضی ہو جائے گا۔</w:t>
      </w:r>
    </w:p>
    <w:p>
      <w:r>
        <w:rPr>
          <w:b/>
        </w:rPr>
        <w:t xml:space="preserve">[27:32] </w:t>
      </w:r>
      <w:r>
        <w:t>Is ke baad aap Mina mein maqam-e-Nahr yani qurbani ki jagah par gaye. Yahan aap ne 63 oont apne hath se zabah kiye.</w:t>
      </w:r>
    </w:p>
    <w:p>
      <w:pPr>
        <w:jc w:val="right"/>
      </w:pPr>
      <w:r>
        <w:t>اس کے بعد آپ منی میں مقام نحر یعنی قربانی کی جگہ پر گئے۔ یہاں آپ نے 63 اونٹ اپنے ہاتھ سے ذبح کیے۔</w:t>
      </w:r>
    </w:p>
    <w:p>
      <w:r>
        <w:rPr>
          <w:b/>
        </w:rPr>
        <w:t xml:space="preserve">[27:42] </w:t>
      </w:r>
      <w:r>
        <w:t>aap ki umar bhi 63 saal hui.</w:t>
      </w:r>
    </w:p>
    <w:p>
      <w:pPr>
        <w:jc w:val="right"/>
      </w:pPr>
      <w:r>
        <w:t>آپ کی عمر بھی 63 سال ہوئی۔</w:t>
      </w:r>
    </w:p>
    <w:p>
      <w:r>
        <w:rPr>
          <w:b/>
        </w:rPr>
        <w:t xml:space="preserve">[27:45] </w:t>
      </w:r>
      <w:r>
        <w:t>is ke baad aap ruke aur hazrat ali se kaha ke sau oont mein jo tadad baqi hai us ko tum poora kar do. qurbani se farigh ho kar aap ne mamer ibn abdullah hajam ko bulaya aur apne baal mundwaye jis ko halaq kaha jata hai aur naakhan qatwaye.</w:t>
      </w:r>
    </w:p>
    <w:p>
      <w:pPr>
        <w:jc w:val="right"/>
      </w:pPr>
      <w:r>
        <w:t>اس کے بعد آپ رکے اور حضرت علی سے کہا کہ سو اونٹ میں جو تعداد باقی ہے اس کو تم پورا کر دو۔ قربانی سے فارغ ہو کر آپ نے مامر ابن عبداللہ حجام کو بلایا اور اپنے بال منڈوائے جس کو حلق کہا جاتا ہے اور ناخن قطروائے۔</w:t>
      </w:r>
    </w:p>
    <w:p>
      <w:r>
        <w:rPr>
          <w:b/>
        </w:rPr>
        <w:t xml:space="preserve">[28:08] </w:t>
      </w:r>
      <w:r>
        <w:t>auraton ko aap ne sirf taqseer yaani baal qatwanay ka hukum diya.</w:t>
      </w:r>
    </w:p>
    <w:p>
      <w:pPr>
        <w:jc w:val="right"/>
      </w:pPr>
      <w:r>
        <w:t>عورتوں کو آپ نے صرف تقصیر یعنی بال قطروانے کا حکم دیا۔</w:t>
      </w:r>
    </w:p>
    <w:p>
      <w:r>
        <w:rPr>
          <w:b/>
        </w:rPr>
        <w:t xml:space="preserve">[28:14] </w:t>
      </w:r>
      <w:r>
        <w:t>mondnay se mana farmaya. is ke baad aap apni sawari par baith kar makkah ke liye rawana hue. aap ne farmaya ke qurbani maqam-e-nahr ke ilawa doosre maqamat par bhi ki ja sakti hai.</w:t>
      </w:r>
    </w:p>
    <w:p>
      <w:pPr>
        <w:jc w:val="right"/>
      </w:pPr>
      <w:r>
        <w:t>مونڈنے سے منع فرمایا۔ اس کے بعد آپ اپنی سواری پر بیٹھ کر مکے کے لیے روانہ ہوئے۔ آپ نے فرمایا کہ قربانی مقام نحر کے علاوہ دوسرے مقامات پر بھی کی جا سکتی ہے۔</w:t>
      </w:r>
    </w:p>
    <w:p>
      <w:r>
        <w:rPr>
          <w:b/>
        </w:rPr>
        <w:t xml:space="preserve">[28:29] </w:t>
      </w:r>
      <w:r>
        <w:t>qurbani ka gosht aap ne thoda sa pakwa kar khaya aur baqi sab khairat kar diya. aap ne logon se kaha ke qurbani ka gosht khao aur khilao aur jab tak chahe is ko sukha kar rakho.</w:t>
      </w:r>
    </w:p>
    <w:p>
      <w:pPr>
        <w:jc w:val="right"/>
      </w:pPr>
      <w:r>
        <w:t>قربانی کا گوشت آپ نے تھوڑا سا پکوا کر کھایا اور بقیہ سب خیرات کر دیا۔ آپ نے لوگوں سے کہا کہ قربانی کا گوشت کھاؤ اور کھلاؤ اور جب تک چاہے اس کو سکھا کر رکھو۔</w:t>
      </w:r>
    </w:p>
    <w:p>
      <w:r>
        <w:rPr>
          <w:b/>
        </w:rPr>
        <w:t xml:space="preserve">[28:45] </w:t>
      </w:r>
      <w:r>
        <w:t>das zilhajjah ko aap makkah pohanche. yahan aap ne zuhar se pehle tawaf-e-ifada kiya jis ko tawaf-e-ziyarat bhi kaha jata hai.</w:t>
      </w:r>
    </w:p>
    <w:p>
      <w:pPr>
        <w:jc w:val="right"/>
      </w:pPr>
      <w:r>
        <w:t>دس ذوالحجہ کو آپ مکہ پہنچے۔ یہاں آپ نے ظہر سے پہلے طواف افاضہ کیا جس کو طواف زیارت بھی کہا جاتا ہے۔</w:t>
      </w:r>
    </w:p>
    <w:p>
      <w:r>
        <w:rPr>
          <w:b/>
        </w:rPr>
        <w:t xml:space="preserve">[28:56] </w:t>
      </w:r>
      <w:r>
        <w:t>is tawaf mein aap ne ramal aur istibaa nahi kiya aur na sa'i ki. is ke baad aap zamzam ke kuwein ke paas aaye aur khare ho kar zamzam piya.</w:t>
      </w:r>
    </w:p>
    <w:p>
      <w:pPr>
        <w:jc w:val="right"/>
      </w:pPr>
      <w:r>
        <w:t>اس طواف میں آپ نے رمل اور استباع نہیں کیا اور نہ سعی کی۔ اس کے بعد آپ زم زم کے کنویں کے پاس آئے اور کھڑے ہو کر زم زم پیا۔</w:t>
      </w:r>
    </w:p>
    <w:p>
      <w:r>
        <w:rPr>
          <w:b/>
        </w:rPr>
        <w:t xml:space="preserve">[29:08] </w:t>
      </w:r>
      <w:r>
        <w:t>is waqt hasb-e-dastoor khandan-e-abdul muttalib ke log pani nikal kar logon ko pila rahe the. is ke baad aap us roz mina ke liye wapas ho gaye.</w:t>
      </w:r>
    </w:p>
    <w:p>
      <w:pPr>
        <w:jc w:val="right"/>
      </w:pPr>
      <w:r>
        <w:t>اس وقت حسب دستور خاندان عبدالمطلب کے لوگ پانی نکال کر لوگوں کو پلا رہے تھے۔ اس کے بعد آپ اس روز منی کے لیے واپس ہو گئے۔</w:t>
      </w:r>
    </w:p>
    <w:p>
      <w:r>
        <w:rPr>
          <w:b/>
        </w:rPr>
        <w:t xml:space="preserve">[29:21] </w:t>
      </w:r>
      <w:r>
        <w:t>raat aap ne mina mein guzari. agle roz gyarah zilhajjah ko aap mina mein suraj dhalne ka intezar karte rahe.</w:t>
      </w:r>
    </w:p>
    <w:p>
      <w:pPr>
        <w:jc w:val="right"/>
      </w:pPr>
      <w:r>
        <w:t>رات آپ نے منی میں گزاری۔ اگلے روز گیارہ ذوالحجہ کو آپ منی میں سورج ڈھلنے کا انتظار کرتے رہے۔</w:t>
      </w:r>
    </w:p>
    <w:p>
      <w:r>
        <w:rPr>
          <w:b/>
        </w:rPr>
        <w:t xml:space="preserve">[29:32] </w:t>
      </w:r>
      <w:r>
        <w:t>jab zawal ka waqt aaya to aap sawari se utar kar rami-e-jamar ke liye gaye.</w:t>
      </w:r>
    </w:p>
    <w:p>
      <w:pPr>
        <w:jc w:val="right"/>
      </w:pPr>
      <w:r>
        <w:t>جب زوال کا وقت آیا تو آپ سواری سے اتر کر رمی جمار کے لیے گئے۔</w:t>
      </w:r>
    </w:p>
    <w:p>
      <w:r>
        <w:rPr>
          <w:b/>
        </w:rPr>
        <w:t xml:space="preserve">[29:38] </w:t>
      </w:r>
      <w:r>
        <w:t>pehlay aap ne jamra-e-oola par aik ke baad aik saat kankaryan maari. is ke baad kuch dair tak dua karte rahe aur phir jamra-e-wusta par isi tarah kankaryan maari.</w:t>
      </w:r>
    </w:p>
    <w:p>
      <w:pPr>
        <w:jc w:val="right"/>
      </w:pPr>
      <w:r>
        <w:t>پہلے آپ نے جمر اولی پر ایک کے بعد ایک سات کنکریاں ماریں۔ اس کے بعد کچھ دیر تک دعا کرتے رہے اور پھر جمر وسطی پر اسی طرح کنکریاں ماریں۔</w:t>
      </w:r>
    </w:p>
    <w:p>
      <w:r>
        <w:rPr>
          <w:b/>
        </w:rPr>
        <w:t xml:space="preserve">[29:53] </w:t>
      </w:r>
      <w:r>
        <w:t>is ke baad phir kuch dair tak dua karte rahe. har kankari par aap Allahu Akbar farmate rahe. is ke baad jamra-e-aqaba ke qareeb ja kar us ko saat kankaryan maar dein.</w:t>
      </w:r>
    </w:p>
    <w:p>
      <w:pPr>
        <w:jc w:val="right"/>
      </w:pPr>
      <w:r>
        <w:t>اس کے بعد پھر کچھ دیر تک دعا کرتے رہے۔ ہر کنکری پر آپ اللہ اکبر فرماتے رہے۔ اس کے بعد جمرۃ العقبہ کے قریب جا کر اس کو سات کنکریاں مار دیں۔</w:t>
      </w:r>
    </w:p>
    <w:p>
      <w:r>
        <w:rPr>
          <w:b/>
        </w:rPr>
        <w:t xml:space="preserve">[30:09] </w:t>
      </w:r>
      <w:r>
        <w:t>phir aap wahan se hat gaye. is ke baad barah zilhajjah aur terah zilhajjah yaani ayyam-e-tashreeq ke teeno din tak aap mina hi mein rahe.</w:t>
      </w:r>
    </w:p>
    <w:p>
      <w:pPr>
        <w:jc w:val="right"/>
      </w:pPr>
      <w:r>
        <w:t>پھر آپ وہاں سے ہٹ گئے۔ اس کے بعد بارہ ذوالحجہ اور تیرہ ذوالحجہ یعنی ایام تشریق کے تینوں دن تک آپ منی ہی میں رہے۔</w:t>
      </w:r>
    </w:p>
    <w:p>
      <w:r>
        <w:rPr>
          <w:b/>
        </w:rPr>
        <w:t xml:space="preserve">[30:22] </w:t>
      </w:r>
      <w:r>
        <w:t>mina mein aap namaz-e-qasr baghair jama parhate rahe. terah zilhajjah ko zawal ke baad makkah ke liye rawana hue.</w:t>
      </w:r>
    </w:p>
    <w:p>
      <w:pPr>
        <w:jc w:val="right"/>
      </w:pPr>
      <w:r>
        <w:t>منی میں آپ نماز قصر بغیر جمع پڑھاتے رہے۔ تیرہ ذوالحجہ کو زوال کے بعد مکے کے لیے روانہ ہوئے۔</w:t>
      </w:r>
    </w:p>
    <w:p>
      <w:r>
        <w:rPr>
          <w:b/>
        </w:rPr>
        <w:t xml:space="preserve">[30:32] </w:t>
      </w:r>
      <w:r>
        <w:t>aap ne wadi-e-muhasab yaani abtah ke aik khayme mein qiyam kiya.</w:t>
      </w:r>
    </w:p>
    <w:p>
      <w:pPr>
        <w:jc w:val="right"/>
      </w:pPr>
      <w:r>
        <w:t>آپ نے وادی محصب یعنی ابتاح کے ایک خیمے میں قیام کیا۔</w:t>
      </w:r>
    </w:p>
    <w:p>
      <w:r>
        <w:rPr>
          <w:b/>
        </w:rPr>
        <w:t xml:space="preserve">[30:38] </w:t>
      </w:r>
      <w:r>
        <w:t>zuhar aur asar aur maghrib aur isha ki namazein yahin padhi. raat ko yahin aaram kiya. raat ko pichlay pehar uth kar haram gaye aur kaaba ka tawaf yaani tawaf-e-wida kiya aur wahin fajar ki namaz ada ki.</w:t>
      </w:r>
    </w:p>
    <w:p>
      <w:pPr>
        <w:jc w:val="right"/>
      </w:pPr>
      <w:r>
        <w:t>ظہر اور عصر اور مغرب اور عشاء کی نمازیں یہیں پڑھیں۔ رات کو یہیں آرام کیا۔ رات کو پچھلے پہر اٹھ کر حرم گئے اور کعبے کا طواف یعنی طواف الوداع کیا اور وہیں فجر کی نماز ادا کی۔</w:t>
      </w:r>
    </w:p>
    <w:p>
      <w:r>
        <w:rPr>
          <w:b/>
        </w:rPr>
        <w:t xml:space="preserve">[30:55] </w:t>
      </w:r>
      <w:r>
        <w:t>is ke baad qafle ko safar ka hukum diya. sab log apne apne maqam ki taraf rawana ho gaye. aap muhajireen aur ansar ke sath madinah ki taraf rawana hue.</w:t>
      </w:r>
    </w:p>
    <w:p>
      <w:pPr>
        <w:jc w:val="right"/>
      </w:pPr>
      <w:r>
        <w:t>اس کے بعد قافلے کو سفر کا حکم دیا۔ سب لوگ اپنے اپنے مقام کی طرف روانہ ہو گئے۔ آپ مہاجرین اور انصار کے ساتھ مدینے کی طرف روانہ ہوئے۔</w:t>
      </w:r>
    </w:p>
    <w:p>
      <w:r>
        <w:rPr>
          <w:b/>
        </w:rPr>
        <w:t xml:space="preserve">[31:07] </w:t>
      </w:r>
      <w:r>
        <w:t>makkah mein dakhil hone se le kar nikalne tak aap ka qiyam kul das din raha. jab zulhulaifa yaani madinah ke qareeb pohanche to aap thehar gaye aur raat yahan guzri.</w:t>
      </w:r>
    </w:p>
    <w:p>
      <w:pPr>
        <w:jc w:val="right"/>
      </w:pPr>
      <w:r>
        <w:t>مکے میں داخل ہونے سے لے کر نکلنے تک آپ کا قیام کل دس دن رہا۔ جب ذوالحلیفہ یعنی مدینے کے قریب پہنچے تو آپ ٹھہر گئے اور رات یہاں گزری۔</w:t>
      </w:r>
    </w:p>
    <w:p>
      <w:r>
        <w:rPr>
          <w:b/>
        </w:rPr>
        <w:t xml:space="preserve">[31:21] </w:t>
      </w:r>
      <w:r>
        <w:t>subah ko tuloo-e-aftab ke waqt madinah mein dakhil hue. jab aap ki nazar sawad-e-madinah par pari to aap ne teen baar takbeer kahi aur farmaya: Allahu Akbar la ilaha illallah wahdahu la sharika lah lahul mulku wa lahul hamdu wa huwa ala kulli shai'in qadeer.</w:t>
      </w:r>
    </w:p>
    <w:p>
      <w:pPr>
        <w:jc w:val="right"/>
      </w:pPr>
      <w:r>
        <w:t>صبح کو طلوع آفتاب کے وقت مدینے میں داخل ہوئے۔ جب آپ کی نظر سواد مدینے پر پڑی تو آپ نے تین بار تکبیر کہی اور فرمایا: اللہ اکبر لا الہ الا اللہ وحدہ لا شریک لہ لہ الملک ولہ الحمد وھو علی کل شی قدیر۔</w:t>
      </w:r>
    </w:p>
    <w:p>
      <w:r>
        <w:rPr>
          <w:b/>
        </w:rPr>
        <w:t xml:space="preserve">[31:43] </w:t>
      </w:r>
      <w:r>
        <w:t>aaiboon taiboon aabidoon saajidoon li rabbina hamidoon. sadqa Allahu wa'dahu wa nasara abdah wa hazam al-ahzaaba wahdah.</w:t>
      </w:r>
    </w:p>
    <w:p>
      <w:pPr>
        <w:jc w:val="right"/>
      </w:pPr>
      <w:r>
        <w:t>ائبون تائبون عابدون ساجدون لربنا حامدون صدق اللہ وعدہ ونصر عبدہ وحزم الاحزاب وحدہ۔</w:t>
      </w:r>
    </w:p>
    <w:p>
      <w:r>
        <w:rPr>
          <w:b/>
        </w:rPr>
        <w:t xml:space="preserve">[31:55] </w:t>
      </w:r>
      <w:r>
        <w:t>Allah sab se bara hai. Allah ke siwa koi ilah nahi. woh akela hai. koi uska shareek nahi.</w:t>
      </w:r>
    </w:p>
    <w:p>
      <w:pPr>
        <w:jc w:val="right"/>
      </w:pPr>
      <w:r>
        <w:t>اللہ سب سے بڑا ہے۔ اللہ کے سوا کوئی الہ نہیں۔ وہ اکیلا ہے۔ کوئی اس کا شریک نہیں۔</w:t>
      </w:r>
    </w:p>
    <w:p>
      <w:r>
        <w:rPr>
          <w:b/>
        </w:rPr>
        <w:t xml:space="preserve">[32:04] </w:t>
      </w:r>
      <w:r>
        <w:t>isi ki badshahi hai aur isi ke liye tareef hai aur woh har cheez par qadir hai. hum laut rahe hain tauba karte hue ibadat karte hue sajda karte hue apne Rabb ki tareef karte hue.</w:t>
      </w:r>
    </w:p>
    <w:p>
      <w:pPr>
        <w:jc w:val="right"/>
      </w:pPr>
      <w:r>
        <w:t>اسی کی بادشاہی ہے اور اسی کے لیے تعریف ہے اور وہ ہر چیز پر قادر ہے۔ ہم لوٹ رہے ہیں توبہ کرتے ہوئے عبادت کرتے ہوئے سجدہ کرتے ہوئے اپنے رب کی تعریف کرتے ہوئے۔</w:t>
      </w:r>
    </w:p>
    <w:p>
      <w:r>
        <w:rPr>
          <w:b/>
        </w:rPr>
        <w:t xml:space="preserve">[32:20] </w:t>
      </w:r>
      <w:r>
        <w:t>Allah ne apna wada sacha kiya aur us ne apne bande ki madad ki aur us ne tamam girohon ko tanha shikast di. Hazrat Usama bin Shuraih kehte hain ke mina mein log Rasool Allah (SAW) ke paas aate the.</w:t>
      </w:r>
    </w:p>
    <w:p>
      <w:pPr>
        <w:jc w:val="right"/>
      </w:pPr>
      <w:r>
        <w:t>اللہ نے اپنا وعدہ سچا کیا اور اس نے اپنے بندے کی مدد کی اور اس نے تمام گروہوں کو تنہا شکست دی۔ حضرت اسامہ بن شریح کہتے ہیں کہ منی میں لوگ رسول اللہ صلی اللہ علیہ وسلم کے پاس آتے تھے۔</w:t>
      </w:r>
    </w:p>
    <w:p>
      <w:r>
        <w:rPr>
          <w:b/>
        </w:rPr>
        <w:t xml:space="preserve">[32:37] </w:t>
      </w:r>
      <w:r>
        <w:t>koi shakhs kehta ke aey Khuda ke Rasool! maine tawaf se pehle sa'i kar li. koi kehta ke maine rami-e-jamar se pehle halaq kara liya.</w:t>
      </w:r>
    </w:p>
    <w:p>
      <w:pPr>
        <w:jc w:val="right"/>
      </w:pPr>
      <w:r>
        <w:t>کوئی شخص کہتا کہ اے خدا کے رسول! میں نے طواف سے پہلے سعی کر لی۔ کوئی کہتا کہ میں نے رمی جمار سے پہلے حلق کرا لیا۔</w:t>
      </w:r>
    </w:p>
    <w:p>
      <w:r>
        <w:rPr>
          <w:b/>
        </w:rPr>
        <w:t xml:space="preserve">[32:47] </w:t>
      </w:r>
      <w:r>
        <w:t>kisi ne kaha ke maine pehle qurbani ki aur us ke baad rami ki. isi tarah log mukhtalif masail poochte rahe. aap is qism ke sawalat ke jawab mein farmate: af'al wa la haraj.</w:t>
      </w:r>
    </w:p>
    <w:p>
      <w:pPr>
        <w:jc w:val="right"/>
      </w:pPr>
      <w:r>
        <w:t>کسی نے کہا کہ میں نے پہلے قربانی کی اور اس کے بعد رمی کیا۔ اسی طرح لوگ مختلف مسائل پوچھتے رہے۔ آپ اس قسم کے سوالات کے جواب میں فرماتے: افعل ولا حرج۔</w:t>
      </w:r>
    </w:p>
    <w:p>
      <w:r>
        <w:rPr>
          <w:b/>
        </w:rPr>
        <w:t xml:space="preserve">[33:01] </w:t>
      </w:r>
      <w:r>
        <w:t>af'al wala haraj. kar lo, koi haraj nahin. kar lo, koi haraj nahin. haraj ki baat to yeh hai ke koi aadmi apne bhai ko be-izzat karey.</w:t>
      </w:r>
    </w:p>
    <w:p>
      <w:pPr>
        <w:jc w:val="right"/>
      </w:pPr>
      <w:r>
        <w:t>افعل ولا حرج۔ کر لو، کوئی حرج نہیں۔ کر لو، کوئی حرج نہیں۔ حرج کی بات تو یہ ہے کہ کوئی آدمی اپنے بھائی کو بے عزت کرے۔</w:t>
      </w:r>
    </w:p>
    <w:p>
      <w:r>
        <w:rPr>
          <w:b/>
        </w:rPr>
        <w:t xml:space="preserve">[33:12] </w:t>
      </w:r>
      <w:r>
        <w:t>aisa hi shakhs zalim hai.</w:t>
      </w:r>
    </w:p>
    <w:p>
      <w:pPr>
        <w:jc w:val="right"/>
      </w:pPr>
      <w:r>
        <w:t>ایسا ہی شخص ظالم ہے۔</w:t>
      </w:r>
    </w:p>
    <w:p>
      <w:r>
        <w:rPr>
          <w:b/>
        </w:rPr>
        <w:t xml:space="preserve">[33:14] </w:t>
      </w:r>
      <w:r>
        <w:t>isi ne haraj wala kaam kiya aur halak hua. bukhari muslim abu daud an aslamat ibn shurayh razi Allahu anhu sal: kharajt ma'a rasool Allah salallahu alayhi wa sallam hajan faqaal al-nas ya'toonahu faman qail: ya rasool Allah!</w:t>
      </w:r>
    </w:p>
    <w:p>
      <w:pPr>
        <w:jc w:val="right"/>
      </w:pPr>
      <w:r>
        <w:t>اسی نے حرج والا کام کیا اور ہلاک ہوا۔ بخاری مسلم ابو داؤد عن اسلمۃ ابن شریح رضی اللہ عنہ قال: خرجت مع رسول اللہ صلی اللہ علیہ وسلم حاجا فقال الناس یعتونہ فمن قائل: یا رسول اللہ!</w:t>
      </w:r>
    </w:p>
    <w:p>
      <w:r>
        <w:rPr>
          <w:b/>
        </w:rPr>
        <w:t xml:space="preserve">[33:36] </w:t>
      </w:r>
      <w:r>
        <w:t>sa'aytu qabla an atoof wa akhkhar shay'an wa qaddamt shay'an wa akhkhar shay'an wa qaddamt shay'an fa kaana yaqool: la haraj illa ala rajul iftarad</w:t>
      </w:r>
    </w:p>
    <w:p>
      <w:pPr>
        <w:jc w:val="right"/>
      </w:pPr>
      <w:r>
        <w:t>سعیت قبل ان اطوف واخر شیئا وقدمت شیئا واخر شیئا وقدمت شیئا فکان یقول: لا حرج الا علی رجل افترض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