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of God April 30, 2016 Maulana Wahiduddin Khan</w:t>
      </w:r>
    </w:p>
    <w:p>
      <w:r>
        <w:t>https://www.youtube.com/watch?v=srz_i7rXuDc</w:t>
      </w:r>
    </w:p>
    <w:p>
      <w:r>
        <w:rPr>
          <w:b/>
        </w:rPr>
        <w:t xml:space="preserve">[00:01] </w:t>
      </w:r>
      <w:r>
        <w:t>ek-ek cheez, ek-ek cheez, ek-ek cheez aapko mind boggling ki had tak anokhi dikhai degi. main kyun yahan jeeta hoon, main kyun yahan mar jata hoon, marne ke baad kahan jata hoon—ek-ek cheez, ek-ek cheez, ek-ek cheez aapko pakad legi, aap sochna shuru kar doge. isi ko hum kehte hain creation plan of god.</w:t>
      </w:r>
    </w:p>
    <w:p>
      <w:pPr>
        <w:jc w:val="right"/>
      </w:pPr>
      <w:r>
        <w:t>एक-एक चीज़, एक-एक चीज़, एक-एक चीज़ आपको माइंड बॉगलिंग की हद तक अनोखी दिखाई देगी। मैं क्यों यहाँ जीता हूँ, मैं क्यों यहाँ मर जाता हूँ, मरने के बाद कहाँ जाता हूँ—एक-एक चीज़, एक-एक चीज़, एक-एक चीज़ आपको पकड़ लेगी, आप सोचना शुरू कर देंगे। इसी को हम कहते हैं क्रिएशन प्लान ऑफ गॉड।</w:t>
      </w:r>
    </w:p>
    <w:p>
      <w:r>
        <w:rPr>
          <w:b/>
        </w:rPr>
        <w:t xml:space="preserve">[00:29] </w:t>
      </w:r>
      <w:r>
        <w:t>bismillah rahman rahim.</w:t>
      </w:r>
    </w:p>
    <w:p>
      <w:pPr>
        <w:jc w:val="right"/>
      </w:pPr>
      <w:r>
        <w:t>बिस्मिल्लाह रहमान रहीम।</w:t>
      </w:r>
    </w:p>
    <w:p>
      <w:r>
        <w:rPr>
          <w:b/>
        </w:rPr>
        <w:t xml:space="preserve">[00:34] </w:t>
      </w:r>
      <w:r>
        <w:t>is waqt mujhe creation plan of god ke subject par bolna hai.</w:t>
      </w:r>
    </w:p>
    <w:p>
      <w:pPr>
        <w:jc w:val="right"/>
      </w:pPr>
      <w:r>
        <w:t>इस वक्त मुझे क्रिएशन प्लान ऑफ गॉड के सब्जेक्ट पर बोलना है।</w:t>
      </w:r>
    </w:p>
    <w:p>
      <w:r>
        <w:rPr>
          <w:b/>
        </w:rPr>
        <w:t xml:space="preserve">[00:48] </w:t>
      </w:r>
      <w:r>
        <w:t>agar aap internet par search karen</w:t>
      </w:r>
    </w:p>
    <w:p>
      <w:pPr>
        <w:jc w:val="right"/>
      </w:pPr>
      <w:r>
        <w:t>अगर आप इंटरनेट पर सर्च करें</w:t>
      </w:r>
    </w:p>
    <w:p>
      <w:r>
        <w:rPr>
          <w:b/>
        </w:rPr>
        <w:t xml:space="preserve">[00:53] </w:t>
      </w:r>
      <w:r>
        <w:t>ki kitni kitabein internet ke andar hain, to aap dekhenge ki taqreeban 5 million kitabein hain different subject par.</w:t>
      </w:r>
    </w:p>
    <w:p>
      <w:pPr>
        <w:jc w:val="right"/>
      </w:pPr>
      <w:r>
        <w:t>कि कितनी किताबें इंटरनेट के अंदर हैं, तो आप देखेंगे कि तकरीबन 5 मिलियन किताबें हैं डिफरेंट सब्जेक्ट पर।</w:t>
      </w:r>
    </w:p>
    <w:p>
      <w:r>
        <w:rPr>
          <w:b/>
        </w:rPr>
        <w:t xml:space="preserve">[01:08] </w:t>
      </w:r>
      <w:r>
        <w:t>phir aap dekhiye ki internet par creation plan of god ke bare mein kitni kitabein hain, to aapko less than a dozen milengi kitabein, ek darje se bhi kam. aur wo bhi hamari kitab bhi usmein hai,</w:t>
      </w:r>
    </w:p>
    <w:p>
      <w:pPr>
        <w:jc w:val="right"/>
      </w:pPr>
      <w:r>
        <w:t>फिर आप देखिए कि इंटरनेट पर क्रिएशन प्लान ऑफ गॉड के बारे में कितनी किताबें हैं, तो आपको लेस देन अ डजन मिलेंगी किताबें, एक दर्जे से भी कम। और वो भी हमारी किताब भी उसमें है,</w:t>
      </w:r>
    </w:p>
    <w:p>
      <w:r>
        <w:rPr>
          <w:b/>
        </w:rPr>
        <w:t xml:space="preserve">[01:28] </w:t>
      </w:r>
      <w:r>
        <w:t>do kitabein hamare yahan ki chhapi hui hain, aur kuch kitabein bahar ki hain.</w:t>
      </w:r>
    </w:p>
    <w:p>
      <w:pPr>
        <w:jc w:val="right"/>
      </w:pPr>
      <w:r>
        <w:t>दो किताबें हमारे यहाँ की छपी हुई हैं, और कुछ किताबें बाहर की हैं।</w:t>
      </w:r>
    </w:p>
    <w:p>
      <w:r>
        <w:rPr>
          <w:b/>
        </w:rPr>
        <w:t xml:space="preserve">[01:37] </w:t>
      </w:r>
      <w:r>
        <w:t>ab aap sochiye ke itna bada problem, yaani creation plan of god kya hai—wo to bahut hi bada problem hai. kyunke main jab paida hua is duniya mein, to sabse pehli baat to yahi sochne ki hai ke khuda ne mujhe kyun paida kiya, kyun settle kiya is duniya mein. ye jo super most question hai,</w:t>
      </w:r>
    </w:p>
    <w:p>
      <w:pPr>
        <w:jc w:val="right"/>
      </w:pPr>
      <w:r>
        <w:t>अब आप सोचिए कि इतना बड़ा प्रॉब्लम, यानी क्रिएशन प्लान ऑफ गॉड क्या है—वो तो बहुत ही बड़ा प्रॉब्लम है। क्योंकि मैं जब पैदा हुआ इस दुनिया में, तो सबसे पहली बात तो यही सोचने की है कि खुदा ने मुझे क्यों पैदा किया, क्यों सेटल किया इस दुनिया में। ये जो सुपर मोस्ट क्वेश्चन है,</w:t>
      </w:r>
    </w:p>
    <w:p>
      <w:r>
        <w:rPr>
          <w:b/>
        </w:rPr>
        <w:t xml:space="preserve">[02:03] </w:t>
      </w:r>
      <w:r>
        <w:t>is par itni kam kitabein kyun?</w:t>
      </w:r>
    </w:p>
    <w:p>
      <w:pPr>
        <w:jc w:val="right"/>
      </w:pPr>
      <w:r>
        <w:t>इस पर इतनी कम किताबें क्यों?</w:t>
      </w:r>
    </w:p>
    <w:p>
      <w:r>
        <w:rPr>
          <w:b/>
        </w:rPr>
        <w:t xml:space="preserve">[02:09] </w:t>
      </w:r>
      <w:r>
        <w:t>to maine is par socha, socha, socha, to main is rai par pahuncha ke ye zindagi jo hai duniya mein, jo zindagi hamein mili hai,</w:t>
      </w:r>
    </w:p>
    <w:p>
      <w:pPr>
        <w:jc w:val="right"/>
      </w:pPr>
      <w:r>
        <w:t>तो मैंने इस पर सोचा, सोचा, सोचा, तो मैं इस राय पर पहुँचा कि ये जिंदगी जो है दुनिया में, जो जिंदगी हमें मिली है,</w:t>
      </w:r>
    </w:p>
    <w:p>
      <w:r>
        <w:rPr>
          <w:b/>
        </w:rPr>
        <w:t xml:space="preserve">[02:23] </w:t>
      </w:r>
      <w:r>
        <w:t>log usko for granted le rakhte hain. suraj ko for granted, hawa ko for granted, oxygen ko for granted, pani ko for granted—is par sochte rahein iske bare mein.</w:t>
      </w:r>
    </w:p>
    <w:p>
      <w:pPr>
        <w:jc w:val="right"/>
      </w:pPr>
      <w:r>
        <w:t>लोग उसको फार गारंटेड ले रखते हैं। सूरज को फार गारंटेड, हवा को फार गारंटेड, ऑक्सीजन को फार गारंटेड, पानी को फार गारंटेड—इस पर सोचते रहें इसके बारे में।</w:t>
      </w:r>
    </w:p>
    <w:p>
      <w:r>
        <w:rPr>
          <w:b/>
        </w:rPr>
        <w:t xml:space="preserve">[02:42] </w:t>
      </w:r>
      <w:r>
        <w:t>aap gaur kijiye, ek insaan agar kahin galaxy mein ho, wahin wo paida ho, wahin wo dekhe ke aas paas sitare hain, sirf sitare hain,</w:t>
      </w:r>
    </w:p>
    <w:p>
      <w:pPr>
        <w:jc w:val="right"/>
      </w:pPr>
      <w:r>
        <w:t>आप गौर कीजिए, एक इंसान अगर कहीं गैलेक्सी में हो, वहीं वो पैदा हो, वहीं वो देखे कि आसपास सितारे हैं, सिर्फ सितारे हैं,</w:t>
      </w:r>
    </w:p>
    <w:p>
      <w:r>
        <w:rPr>
          <w:b/>
        </w:rPr>
        <w:t xml:space="preserve">[02:55] </w:t>
      </w:r>
      <w:r>
        <w:t>na greenry hai, na pani hai, wo unmein se kuch bhi nahi jo yahan hum dekhte hain rozana. phir wo safar kare,</w:t>
      </w:r>
    </w:p>
    <w:p>
      <w:pPr>
        <w:jc w:val="right"/>
      </w:pPr>
      <w:r>
        <w:t>नवा ग्रीनरी है, नवा पानी है, वो उनमें से कुछ भी नहीं जो यहाँ हम देखते हैं रोजाना। फिर वो सफर करे,</w:t>
      </w:r>
    </w:p>
    <w:p>
      <w:r>
        <w:rPr>
          <w:b/>
        </w:rPr>
        <w:t xml:space="preserve">[03:08] </w:t>
      </w:r>
      <w:r>
        <w:t>space travel, aur achanak wo utre planet earth par. achanak. to har cheez usko mind boggling dikhai degi, mind boggling. yahan ka solar system, yahan ka pani, yahan ka darakht—ek-ek cheez, yahan tak ke ghaas bhi yahan ki—mind boggling dikhai degi.</w:t>
      </w:r>
    </w:p>
    <w:p>
      <w:pPr>
        <w:jc w:val="right"/>
      </w:pPr>
      <w:r>
        <w:t>स्पेस ट्रैवल, और अचानक वो उतरे प्लेनेट अर्थ पर। अचानक। तो हर चीज़ उसको माइंड बॉगलिंग दिखाई देगी, माइंड बॉगलिंग। यहाँ का सोलर सिस्टम, यहाँ का पानी, यहाँ का दरख्त—एक-एक चीज़, यहाँ तक कि घास भी यहाँ की—माइंड बॉगलिंग दिखाई देगी।</w:t>
      </w:r>
    </w:p>
    <w:p>
      <w:r>
        <w:rPr>
          <w:b/>
        </w:rPr>
        <w:t xml:space="preserve">[03:36] </w:t>
      </w:r>
      <w:r>
        <w:t>to suraj sochne lagega ke ye kaise bana, kisne banaya, kya purpose hai iska. lekin chunke hum is duniya ko subah uthe to humko dikhai di jayegi ye duniya. din mein, raat mein, har waqt humko iska experience hota rehta hai. to hum usko for granted le rahte hain,</w:t>
      </w:r>
    </w:p>
    <w:p>
      <w:pPr>
        <w:jc w:val="right"/>
      </w:pPr>
      <w:r>
        <w:t>तो सूरज सोचने लगेगा कि ये कैसे बना, किसने बनाया, क्या पर्पस है इसका। लेकिन चूँकि हम इस दुनिया को सुबह उठे तो हमको दिखाई दी जाएगी ये दुनिया। दिन में, रात में, हर वक्त हमको इसका एक्सपीरियंस होता रहता है। तो हम उसको फार गारंटेड ले रहते हैं,</w:t>
      </w:r>
    </w:p>
    <w:p>
      <w:r>
        <w:rPr>
          <w:b/>
        </w:rPr>
        <w:t xml:space="preserve">[04:03] </w:t>
      </w:r>
      <w:r>
        <w:t>for granted.</w:t>
      </w:r>
    </w:p>
    <w:p>
      <w:pPr>
        <w:jc w:val="right"/>
      </w:pPr>
      <w:r>
        <w:t>फार गारंटेड।</w:t>
      </w:r>
    </w:p>
    <w:p>
      <w:r>
        <w:rPr>
          <w:b/>
        </w:rPr>
        <w:t xml:space="preserve">[04:05] </w:t>
      </w:r>
      <w:r>
        <w:t>agar aap sochein ke main kaise bana, mere nakhun kaise bane, mera baal kaise bana, mere andar speaking power kahan se aa gayi, yaani main kaise bolta hoon aur sunne wala kaise sunta hai—ek-ek cheez, ek-ek cheez, ek-ek cheez aapko mind boggling ki had tak anokhi dikhai degi.</w:t>
      </w:r>
    </w:p>
    <w:p>
      <w:pPr>
        <w:jc w:val="right"/>
      </w:pPr>
      <w:r>
        <w:t>अगर आप सोचें कि मैं कैसे बना, मेरे नाखून कैसे बने, मेरा बाल कैसे बना, मेरे अंदर स्पीकिंग पावर कहाँ से आ गई, यानी मैं कैसे बोलता हूँ और सुनने वाला कैसे सुनता है—एक-एक चीज़, एक-एक चीज़, एक-एक चीज़ आपको माइंड बॉगलिंग की हद तक अनोखी दिखाई देगी।</w:t>
      </w:r>
    </w:p>
    <w:p>
      <w:r>
        <w:rPr>
          <w:b/>
        </w:rPr>
        <w:t xml:space="preserve">[04:29] </w:t>
      </w:r>
      <w:r>
        <w:t>tab aap majboor honge ke sochein ke what is the creation plan of god?</w:t>
      </w:r>
    </w:p>
    <w:p>
      <w:pPr>
        <w:jc w:val="right"/>
      </w:pPr>
      <w:r>
        <w:t>तब आप मजबूर होंगे कि सोचें कि व्हाट इज द क्रिएशन प्लान ऑफ गॉड?</w:t>
      </w:r>
    </w:p>
    <w:p>
      <w:r>
        <w:rPr>
          <w:b/>
        </w:rPr>
        <w:t xml:space="preserve">[04:35] </w:t>
      </w:r>
      <w:r>
        <w:t>kyun main yahan hoon?</w:t>
      </w:r>
    </w:p>
    <w:p>
      <w:pPr>
        <w:jc w:val="right"/>
      </w:pPr>
      <w:r>
        <w:t>क्यों मैं यहाँ हूँ?</w:t>
      </w:r>
    </w:p>
    <w:p>
      <w:r>
        <w:rPr>
          <w:b/>
        </w:rPr>
        <w:t xml:space="preserve">[04:41] </w:t>
      </w:r>
      <w:r>
        <w:t>main kyun yahan jeeta hoon, main kyun yahan mar jata hoon, marne ke baad kahan jata hoon? ek-ek cheez, ek-ek cheez, ek-ek cheez aapko pakad legi, aap sochna shuru kar denge. isi ko hum kehte hain creation plan of god.</w:t>
      </w:r>
    </w:p>
    <w:p>
      <w:pPr>
        <w:jc w:val="right"/>
      </w:pPr>
      <w:r>
        <w:t>मैं क्यों यहाँ जीता हूँ, मैं क्यों यहाँ मर जाता हूँ, मरने के बाद कहाँ जाता हूँ? एक-एक चीज़, एक-एक चीज़, एक-एक चीज़ आपको पकड़ लेगी, आप सोचना शुरू कर देंगे। इसी को हम कहते हैं क्रिएशन प्लान ऑफ गॉड।</w:t>
      </w:r>
    </w:p>
    <w:p>
      <w:r>
        <w:rPr>
          <w:b/>
        </w:rPr>
        <w:t xml:space="preserve">[05:01] </w:t>
      </w:r>
      <w:r>
        <w:t>to main Allah ke fazal se bachpan se isi sawal mein mashgool raha. meri history ye hai ke main gaon mein paida hua. kyunke mujhe koi dilchaspi nahi thi, na family se,</w:t>
      </w:r>
    </w:p>
    <w:p>
      <w:pPr>
        <w:jc w:val="right"/>
      </w:pPr>
      <w:r>
        <w:t>तो मैं अल्लाह के फज़ल से बचपन से इसी सवाल में मशगूल रहा। मेरी हिस्ट्री ये है कि मैं गाँव में पैदा हुआ। क्योंकि मुझे कोई दिलचस्पी नहीं थी, ना फैमिली से,</w:t>
      </w:r>
    </w:p>
    <w:p>
      <w:r>
        <w:rPr>
          <w:b/>
        </w:rPr>
        <w:t xml:space="preserve">[05:15] </w:t>
      </w:r>
      <w:r>
        <w:t>na business se, na kisi cheez se, na kapde se, na khane se. main chala jata tha gaon ke kinare, ek nadi thi, us par chhota sa pull tha.</w:t>
      </w:r>
    </w:p>
    <w:p>
      <w:pPr>
        <w:jc w:val="right"/>
      </w:pPr>
      <w:r>
        <w:t>ना बिज़नेस से, ना किसी चीज़ से, ना कपड़े से, ना खाने से। मैं चला जाता था गाँव के किनारे, एक नदी थी, उस पर छोटा सा पिल था।</w:t>
      </w:r>
    </w:p>
    <w:p>
      <w:r>
        <w:rPr>
          <w:b/>
        </w:rPr>
        <w:t xml:space="preserve">[05:27] </w:t>
      </w:r>
      <w:r>
        <w:t>us pil par baith kar main subah ko suraj ka nikalna dekhta tha, shaam ko suraj ka doobna dekhta</w:t>
      </w:r>
    </w:p>
    <w:p>
      <w:pPr>
        <w:jc w:val="right"/>
      </w:pPr>
      <w:r>
        <w:t>उस पिल पर बैठकर मैं सुबह को सूरज का निकलना देखता था, शाम को सूरज का डूबना देखता</w:t>
      </w:r>
    </w:p>
    <w:p>
      <w:r>
        <w:rPr>
          <w:b/>
        </w:rPr>
        <w:t xml:space="preserve">[05:34] </w:t>
      </w:r>
      <w:r>
        <w:t>था। तो by nature मेरा मिजाज ये है कि हर चीज़ मुझे अनोखी दिखाई देती है।</w:t>
      </w:r>
    </w:p>
    <w:p>
      <w:pPr>
        <w:jc w:val="right"/>
      </w:pPr>
      <w:r>
        <w:t>था। तो बाय नेचर मेरा मिजाज ये है कि हर चीज़ मुझे अनोखी दिखाई देती है।</w:t>
      </w:r>
    </w:p>
    <w:p>
      <w:r>
        <w:rPr>
          <w:b/>
        </w:rPr>
        <w:t xml:space="preserve">[05:40] </w:t>
      </w:r>
      <w:r>
        <w:t>aaj hi main soch raha tha ke ye baal jo hain, kaisi ajeeb cheez hain, baal kaise bante</w:t>
      </w:r>
    </w:p>
    <w:p>
      <w:pPr>
        <w:jc w:val="right"/>
      </w:pPr>
      <w:r>
        <w:t>आज ही मैं सोच रहा था कि ये बाल जो हैं, कैसी अजीब चीज़ हैं, बाल कैसे बनते</w:t>
      </w:r>
    </w:p>
    <w:p>
      <w:r>
        <w:rPr>
          <w:b/>
        </w:rPr>
        <w:t xml:space="preserve">[05:45] </w:t>
      </w:r>
      <w:r>
        <w:t>hain. aap dekhiye, ye mera sir hai, woh to haddi hai.</w:t>
      </w:r>
    </w:p>
    <w:p>
      <w:pPr>
        <w:jc w:val="right"/>
      </w:pPr>
      <w:r>
        <w:t>हैं। आप देखिए, ये मेरा सर है, वो तो हड्डी है।</w:t>
      </w:r>
    </w:p>
    <w:p>
      <w:r>
        <w:rPr>
          <w:b/>
        </w:rPr>
        <w:t xml:space="preserve">[05:52] </w:t>
      </w:r>
      <w:r>
        <w:t>us haddi mein baal kaise nikal aaye, aaj bhi socha maine.</w:t>
      </w:r>
    </w:p>
    <w:p>
      <w:pPr>
        <w:jc w:val="right"/>
      </w:pPr>
      <w:r>
        <w:t>उस हड्डी में बाल कैसे निकल आए, आज भी सोचा मैंने।</w:t>
      </w:r>
    </w:p>
    <w:p>
      <w:r>
        <w:rPr>
          <w:b/>
        </w:rPr>
        <w:t xml:space="preserve">[05:57] </w:t>
      </w:r>
      <w:r>
        <w:t>to har cheez mujhko nai dikhai deti hai, nai. wo jo Quran mein hai ke "kul yauumin huwa fi sha'n"—Allah har din nai shan ke sath hota hai. to yahi jab Allah har din nai shan se hota hai, yaani creator,</w:t>
      </w:r>
    </w:p>
    <w:p>
      <w:pPr>
        <w:jc w:val="right"/>
      </w:pPr>
      <w:r>
        <w:t>तो हर चीज़ मुझको नई दिखाई देती है, नई। वो जो कुरान में है कि "कुल योमिन हवा फी शान"—अल्लाह हर दिन नई शान के साथ होता है। तो यही जब अल्लाह हर दिन नई शान से होता है, यानी क्रिएटर,</w:t>
      </w:r>
    </w:p>
    <w:p>
      <w:r>
        <w:rPr>
          <w:b/>
        </w:rPr>
        <w:t xml:space="preserve">[06:15] </w:t>
      </w:r>
      <w:r>
        <w:t>creator har din nai cheez create karta hai.</w:t>
      </w:r>
    </w:p>
    <w:p>
      <w:pPr>
        <w:jc w:val="right"/>
      </w:pPr>
      <w:r>
        <w:t>क्रिएटर हर दिन नई चीज़ क्रिएट करता है।</w:t>
      </w:r>
    </w:p>
    <w:p>
      <w:r>
        <w:rPr>
          <w:b/>
        </w:rPr>
        <w:t xml:space="preserve">[06:21] </w:t>
      </w:r>
      <w:r>
        <w:t>aur ye aap jante hain ke ye ek theory hai science mein,</w:t>
      </w:r>
    </w:p>
    <w:p>
      <w:pPr>
        <w:jc w:val="right"/>
      </w:pPr>
      <w:r>
        <w:t>और ये आप जानते हैं कि ये एक थ्योरी है साइंस में,</w:t>
      </w:r>
    </w:p>
    <w:p>
      <w:r>
        <w:rPr>
          <w:b/>
        </w:rPr>
        <w:t xml:space="preserve">[06:26] </w:t>
      </w:r>
      <w:r>
        <w:t>science mein ek theory hai jo kehte hain theory of indeterminism. theory of indeterminism wo kehti hai ke hamare, hamari jo ye duniya hai, jismein hum hum bhi shamil hain,</w:t>
      </w:r>
    </w:p>
    <w:p>
      <w:pPr>
        <w:jc w:val="right"/>
      </w:pPr>
      <w:r>
        <w:t>साइंस में एक थ्योरी है जो कहते हैं थ्योरी ऑफ इन डिटरमिनेशन। थ्योरी ऑफ इन डिटरमिनेशन वो कहती है कि हमारे, हमारी जो ये दुनिया है, जिसमें हम हम भी शामिल हैं,</w:t>
      </w:r>
    </w:p>
    <w:p>
      <w:r>
        <w:rPr>
          <w:b/>
        </w:rPr>
        <w:t xml:space="preserve">[06:45] </w:t>
      </w:r>
      <w:r>
        <w:t>ismein continuity hai. jaise aap dekhte hain, jab jab dekhte hain TV ya jab dekhte hain</w:t>
      </w:r>
    </w:p>
    <w:p>
      <w:pPr>
        <w:jc w:val="right"/>
      </w:pPr>
      <w:r>
        <w:t>इसमें कंटिन्यूटी है। जैसे आप देखते हैं, जब जब देखते हैं टीवी या जब देखते हैं</w:t>
      </w:r>
    </w:p>
    <w:p>
      <w:r>
        <w:rPr>
          <w:b/>
        </w:rPr>
        <w:t xml:space="preserve">[06:58] </w:t>
      </w:r>
      <w:r>
        <w:t>cinema, to usmein aap dekhte hain ke ek event ho raha hai, lekin wo event jo hai, har aan toot-ta hai, har aan toot-ta hai. usmein continuity nahi hai. aap dekhne mein to lagta hai ke aapko ek continuity dikhai deti hai,</w:t>
      </w:r>
    </w:p>
    <w:p>
      <w:pPr>
        <w:jc w:val="right"/>
      </w:pPr>
      <w:r>
        <w:t>सिनेमा, तो उसमें आप देखते हैं कि एक इवेंट हो रहा है, लेकिन वो इवेंट जो है, हर आना टूटता है, हर आना टूटता है। उसमें कंटिन्यूटी नहीं है। आप देखने में तो लगता है कि आपको एक कंटिन्यूटी दिखाई देती है,</w:t>
      </w:r>
    </w:p>
    <w:p>
      <w:r>
        <w:rPr>
          <w:b/>
        </w:rPr>
        <w:t xml:space="preserve">[07:15] </w:t>
      </w:r>
      <w:r>
        <w:t>haqeeqat mein wahan continuity nahi hai. har har second bar bar toot-ta hai, bar bar toot-ta hai.</w:t>
      </w:r>
    </w:p>
    <w:p>
      <w:pPr>
        <w:jc w:val="right"/>
      </w:pPr>
      <w:r>
        <w:t>हकीकत में वहाँ कंटिन्यूटी नहीं है। हर हर सेकंड बार-बार टूटता है, बार-बार टूटता है।</w:t>
      </w:r>
    </w:p>
    <w:p>
      <w:r>
        <w:rPr>
          <w:b/>
        </w:rPr>
        <w:t xml:space="preserve">[07:26] </w:t>
      </w:r>
      <w:r>
        <w:t>to aap gaur kijiye ke jab duniya mein har aan aapko ek nai zindagi milti ho, to naya thought aana hi aana chahiye aapko. to aapke andar naya thought aana chahiye, nai tehkeek aana chahiye,</w:t>
      </w:r>
    </w:p>
    <w:p>
      <w:pPr>
        <w:jc w:val="right"/>
      </w:pPr>
      <w:r>
        <w:t>तो आप गौर कीजिए कि जब दुनिया में हर आन आपको एक नई जिंदगी मिलती हो, तो नया थॉट आना ही आना चाहिए आपको। तो आपके अंदर नया थॉट आना चाहिए, नई थिक्की आना चाहिए,</w:t>
      </w:r>
    </w:p>
    <w:p>
      <w:r>
        <w:rPr>
          <w:b/>
        </w:rPr>
        <w:t xml:space="preserve">[07:42] </w:t>
      </w:r>
      <w:r>
        <w:t>naya mind banna chahiye, nai nai creative thought, naya creative thought aana chahiye aapke andar. ta</w:t>
      </w:r>
    </w:p>
    <w:p>
      <w:pPr>
        <w:jc w:val="right"/>
      </w:pPr>
      <w:r>
        <w:t>नया माइंड बनना चाहिए, नई नई क्रिएटिव थॉट, नया क्रिएटिव थॉट आना चाहिए आपके अंदर। त</w:t>
      </w:r>
    </w:p>
    <w:p>
      <w:r>
        <w:rPr>
          <w:b/>
        </w:rPr>
        <w:t xml:space="preserve">[07:53] </w:t>
      </w:r>
      <w:r>
        <w:t>ab aapka haal wahi hoga jo galaxy se aane wale insaan ko maine arz kiya ki yahan utre,</w:t>
      </w:r>
    </w:p>
    <w:p>
      <w:pPr>
        <w:jc w:val="right"/>
      </w:pPr>
      <w:r>
        <w:t>ब आपका हाल वही होगा जो गैलेक्सी से आने वाले इंसान को मैंने अर्ज किया कि यहाँ उतरे,</w:t>
      </w:r>
    </w:p>
    <w:p>
      <w:r>
        <w:rPr>
          <w:b/>
        </w:rPr>
        <w:t xml:space="preserve">[08:01] </w:t>
      </w:r>
      <w:r>
        <w:t>अचानक तो देखे यहाँ पर हर चीज़ उसको mind-boggling दिखाई देगी।</w:t>
      </w:r>
    </w:p>
    <w:p>
      <w:pPr>
        <w:jc w:val="right"/>
      </w:pPr>
      <w:r>
        <w:t>अचानक तो देखे यहाँ पर हर चीज़ उसको माइंड बॉगलिंग दिखाई देगी।</w:t>
      </w:r>
    </w:p>
    <w:p>
      <w:r>
        <w:rPr>
          <w:b/>
        </w:rPr>
        <w:t xml:space="preserve">[08:07] </w:t>
      </w:r>
      <w:r>
        <w:t>तब आप सोचेंगे, जब चीज़ें आपको इस तरीके से mind boggling दिखाई देंगी, तो फिर सोचेंगे आप।</w:t>
      </w:r>
    </w:p>
    <w:p>
      <w:pPr>
        <w:jc w:val="right"/>
      </w:pPr>
      <w:r>
        <w:t>तब आप सोचेंगे, जब चीज़ें आपको इस तरीके से माइंड बॉगलिंग दिखाई देंगी, तो फिर सोचेंगे आप।</w:t>
      </w:r>
    </w:p>
    <w:p>
      <w:r>
        <w:rPr>
          <w:b/>
        </w:rPr>
        <w:t xml:space="preserve">[08:16] </w:t>
      </w:r>
      <w:r>
        <w:t>तो सोचते-सोचते आप जान लेंगे कि what is the creation plan of God.</w:t>
      </w:r>
    </w:p>
    <w:p>
      <w:pPr>
        <w:jc w:val="right"/>
      </w:pPr>
      <w:r>
        <w:t>तो सोचते-सोचते आप जान लेंगे कि व्हाट इज द क्रिएशन प्लान ऑफ गॉड।</w:t>
      </w:r>
    </w:p>
    <w:p>
      <w:r>
        <w:rPr>
          <w:b/>
        </w:rPr>
        <w:t xml:space="preserve">[08:23] </w:t>
      </w:r>
      <w:r>
        <w:t>jaise dekhiye, aap sochenge ki main i am a perfection seeking animal. har cheez ko main chahta hoon ideal ho, perfect ho. less than perfection aapke liye qabil-e-qubool nahi hota,</w:t>
      </w:r>
    </w:p>
    <w:p>
      <w:pPr>
        <w:jc w:val="right"/>
      </w:pPr>
      <w:r>
        <w:t>जैसे देखिए, आप सोचेंगे कि मैं आई एम अ परफेक्शन सीकिंग एनिमल। हर चीज़ को मैं चाहता हूँ आइडियल हो, परफेक्ट हो। लेस देन परफेक्शन आपके लिए काबिल-ए-कबूल नहीं होता,</w:t>
      </w:r>
    </w:p>
    <w:p>
      <w:r>
        <w:rPr>
          <w:b/>
        </w:rPr>
        <w:t xml:space="preserve">[08:44] </w:t>
      </w:r>
      <w:r>
        <w:t>aur yahan par milta nahi. aap hain perfection seeking animal, lekin jo duniya mili hai aapko rehne ke liye,</w:t>
      </w:r>
    </w:p>
    <w:p>
      <w:pPr>
        <w:jc w:val="right"/>
      </w:pPr>
      <w:r>
        <w:t>और यहाँ पर मिलता नहीं। आप हैं परफेक्शन सीकिंग एनिमल, लेकिन जो दुनिया मिली है आपको रहने के लिए,</w:t>
      </w:r>
    </w:p>
    <w:p>
      <w:r>
        <w:rPr>
          <w:b/>
        </w:rPr>
        <w:t xml:space="preserve">[08:53] </w:t>
      </w:r>
      <w:r>
        <w:t>usmein to kuch-kuch cheez perfect hai nahi. yahan aap discover karenge ki mera pair to yahan maujood nahi hai. mera pair wo hai jo perfect ho, jo ideal ho. yahan to har din less than ideal hai, har din less than perfect hai. ye mera pair, pair kahan hua hai?</w:t>
      </w:r>
    </w:p>
    <w:p>
      <w:pPr>
        <w:jc w:val="right"/>
      </w:pPr>
      <w:r>
        <w:t>उसमें तो कुछ-कुछ चीज़ परफेक्ट है नहीं। यहाँ आप डिस्कवर करेंगे कि मेरा पैर तो यहाँ मौजूद नहीं है। मेरा पैर वो है जो परफेक्ट हो, जो आइडियल हो। यहाँ तो हर दिन लेस देन आइडियल है, हर दिन लेस देन परफेक्ट है। ये मेरा पैर, पैर कहाँ हुआ है?</w:t>
      </w:r>
    </w:p>
    <w:p>
      <w:r>
        <w:rPr>
          <w:b/>
        </w:rPr>
        <w:t xml:space="preserve">[09:16] </w:t>
      </w:r>
      <w:r>
        <w:t>to jitne jis creator ne itni badi duniya banai hai, itni beautiful, itni perfect, itni complete, wo zaroor mere liye ek aisi, us mind mein aisa koi plan hoga ki mujhe perfect world mile,</w:t>
      </w:r>
    </w:p>
    <w:p>
      <w:pPr>
        <w:jc w:val="right"/>
      </w:pPr>
      <w:r>
        <w:t>तो जितने जिस क्रिएटर ने इतनी बड़ी दुनिया बनाई है, इतनी ब्यूटीफुल, इतनी परफेक्ट, इतनी कंप्लीट, वो जरूर मेरे लिए एक ऐसी, उस माइंड में ऐसा कोई प्लान होगा कि मुझे परफेक्ट वर्ल्ड मिले,</w:t>
      </w:r>
    </w:p>
    <w:p>
      <w:r>
        <w:rPr>
          <w:b/>
        </w:rPr>
        <w:t xml:space="preserve">[09:35] </w:t>
      </w:r>
      <w:r>
        <w:t>ideal world mile, na unke kisi mind mein plan na ho.</w:t>
      </w:r>
    </w:p>
    <w:p>
      <w:pPr>
        <w:jc w:val="right"/>
      </w:pPr>
      <w:r>
        <w:t>आइडियल वर्ल्ड मिले, ना उनके किसी माइंड में प्लान ना हो।</w:t>
      </w:r>
    </w:p>
    <w:p>
      <w:r>
        <w:rPr>
          <w:b/>
        </w:rPr>
        <w:t xml:space="preserve">[09:41] </w:t>
      </w:r>
      <w:r>
        <w:t>to aap aapdhundhenge aap ki mere creator ke plan ke mutabiq kahan hai wo world jo main chahta hoon, jahan mujhe fulfillment, fulfillment milega. har aadmi ka sawal hai ki how can atone fulfillment?</w:t>
      </w:r>
    </w:p>
    <w:p>
      <w:pPr>
        <w:jc w:val="right"/>
      </w:pPr>
      <w:r>
        <w:t>तो आप आपढूँढेंगे आप कि मेरे क्रिएटर के प्लान के मुताबिक कहाँ है वो वर्ल्ड जो मैं चाहता हूँ, जहाँ मुझे फुलफिलमेंट, फुलफिलमेंट मिलेगा। हर आदमी का सवाल है कि हाउ कैन अटन फुलफिलमेंट?</w:t>
      </w:r>
    </w:p>
    <w:p>
      <w:r>
        <w:rPr>
          <w:b/>
        </w:rPr>
        <w:t xml:space="preserve">[10:01] </w:t>
      </w:r>
      <w:r>
        <w:t>aap jante hain ki fulfillment kisi billionaire ko nahi milta,</w:t>
      </w:r>
    </w:p>
    <w:p>
      <w:pPr>
        <w:jc w:val="right"/>
      </w:pPr>
      <w:r>
        <w:t>आप जानते हैं कि फुलफिलमेंट किसी बिलियनियर को नहीं मिलता,</w:t>
      </w:r>
    </w:p>
    <w:p>
      <w:r>
        <w:rPr>
          <w:b/>
        </w:rPr>
        <w:t xml:space="preserve">[10:05] </w:t>
      </w:r>
      <w:r>
        <w:t>kisi bade se bade powerful ko nahi milta, billionaire aadmi ko nahi milta. to aapka perfect creation aur aapka duniya jo hai, wo imperfect. ye jo contraction hai,</w:t>
      </w:r>
    </w:p>
    <w:p>
      <w:pPr>
        <w:jc w:val="right"/>
      </w:pPr>
      <w:r>
        <w:t>किसी बड़े से बड़े पावरफुल को नहीं मिलता, बिलियनियर आदमी को नहीं मिलता। तो आपका परफेक्ट क्रिएशन और आपका दुनिया जो है, वो इंपरफेक्ट। ये जो कंट्रक्शन है,</w:t>
      </w:r>
    </w:p>
    <w:p>
      <w:r>
        <w:rPr>
          <w:b/>
        </w:rPr>
        <w:t xml:space="preserve">[10:25] </w:t>
      </w:r>
      <w:r>
        <w:t>ye ek clue hai. wo ek clue hai,</w:t>
      </w:r>
    </w:p>
    <w:p>
      <w:pPr>
        <w:jc w:val="right"/>
      </w:pPr>
      <w:r>
        <w:t>ये एक क्लू है। वो एक क्लू है,</w:t>
      </w:r>
    </w:p>
    <w:p>
      <w:r>
        <w:rPr>
          <w:b/>
        </w:rPr>
        <w:t xml:space="preserve">[10:31] </w:t>
      </w:r>
      <w:r>
        <w:t>wo ek clue hai.</w:t>
      </w:r>
    </w:p>
    <w:p>
      <w:pPr>
        <w:jc w:val="right"/>
      </w:pPr>
      <w:r>
        <w:t>वो एक क्लू है।</w:t>
      </w:r>
    </w:p>
    <w:p>
      <w:r>
        <w:rPr>
          <w:b/>
        </w:rPr>
        <w:t xml:space="preserve">[10:32] </w:t>
      </w:r>
      <w:r>
        <w:t>is par sochte-sochte jab aap aage badhenge, to aap ye discover karenge ki ye duniya meri habitat nahi hai. asal baat ye hai, jaise machhli hai, aap kabhi dekhiye machhli ko kahin pani se bahar dekhiye, usko to tadapti gayi, tadapti gayi, tadapti gayi. lekin jab pani mein daal diya jaye,</w:t>
      </w:r>
    </w:p>
    <w:p>
      <w:pPr>
        <w:jc w:val="right"/>
      </w:pPr>
      <w:r>
        <w:t>इस पर सोचते-सोचते जब आप आगे बढ़ेंगे, तो आप ये डिस्कवर करेंगे कि ये दुनिया मेरी हैबिटेट नहीं है। असल बात ये है, जैसे मछली है, आप कभी देखिए मछली को कहीं पानी से बाहर देखिए, उसको तो तड़पती गई, तड़पती गई, तड़पती गई। लेकिन जब पानी में डाल दिया जाए,</w:t>
      </w:r>
    </w:p>
    <w:p>
      <w:r>
        <w:rPr>
          <w:b/>
        </w:rPr>
        <w:t xml:space="preserve">[10:58] </w:t>
      </w:r>
      <w:r>
        <w:t>to wo khoob uchhalti-kudti hai.</w:t>
      </w:r>
    </w:p>
    <w:p>
      <w:pPr>
        <w:jc w:val="right"/>
      </w:pPr>
      <w:r>
        <w:t>तो वो खूब उछलती-कूदती है।</w:t>
      </w:r>
    </w:p>
    <w:p>
      <w:r>
        <w:rPr>
          <w:b/>
        </w:rPr>
        <w:t xml:space="preserve">[11:02] </w:t>
      </w:r>
      <w:r>
        <w:t>to ye illustration ke taur par jo hai, creator ne hamein bata diya hai ki agar agar creator machhli ko uska habitat deta hai, animal ko uska habitat deta hai, jungle,</w:t>
      </w:r>
    </w:p>
    <w:p>
      <w:pPr>
        <w:jc w:val="right"/>
      </w:pPr>
      <w:r>
        <w:t>तो ये इलस्ट्रेशन के तौर पर जो है, क्रिएटर ने हमें बता दिया है कि अगर अगर क्रिएटर मछली को उसका हैबिटेट देता है, एनिमल को उसका हैबिटेट देता है, जंगल,</w:t>
      </w:r>
    </w:p>
    <w:p>
      <w:r>
        <w:rPr>
          <w:b/>
        </w:rPr>
        <w:t xml:space="preserve">[11:16] </w:t>
      </w:r>
      <w:r>
        <w:t>darakht ko uska habitat deta hai, ye soil, is duniya mein koi cheez aisi nahi hai jisko creator ne uska habitat na diya ho. sirf ek hi hai jisko uska habitat nahi mila hai, wo hai insaan.</w:t>
      </w:r>
    </w:p>
    <w:p>
      <w:pPr>
        <w:jc w:val="right"/>
      </w:pPr>
      <w:r>
        <w:t>दरख्त को उसका हैबिटेट देता है, ये सोइल, इस दुनिया में कोई चीज़ ऐसी नहीं है जिसको क्रिएटर ने उसका हैबिटेट ना दिया हो। सिर्फ एक ही है जिसको उसका हैबिटेट नहीं मिला है, वो है इंसान।</w:t>
      </w:r>
    </w:p>
    <w:p>
      <w:r>
        <w:rPr>
          <w:b/>
        </w:rPr>
        <w:t xml:space="preserve">[11:36] </w:t>
      </w:r>
      <w:r>
        <w:t>to phir aap discover karenge ki ye creator ka bahut bada mere upar ehsan hai.</w:t>
      </w:r>
    </w:p>
    <w:p>
      <w:pPr>
        <w:jc w:val="right"/>
      </w:pPr>
      <w:r>
        <w:t>तो फिर आप डिस्कवर करेंगे कि ये क्रिएटर का बहुत बड़ा मेरे ऊपर एहसान है।</w:t>
      </w:r>
    </w:p>
    <w:p>
      <w:r>
        <w:rPr>
          <w:b/>
        </w:rPr>
        <w:t xml:space="preserve">[11:45] </w:t>
      </w:r>
      <w:r>
        <w:t>kyunki main chahta hoon, main chahta hoon, yani eternity. aap har insaan ke andar eternity, eternity ka shauk hai. main kabhi na maroon, main kabhi bimar na hoon</w:t>
      </w:r>
    </w:p>
    <w:p>
      <w:pPr>
        <w:jc w:val="right"/>
      </w:pPr>
      <w:r>
        <w:t>क्योंकि मैं चाहता हूँ, मैं चाहता हूँ, यानी एटरनिटी। आप हर इंसान के अंदर एटरनिटी, एटरनिटी का शौक है। मैं कभी ना मरूँ, मैं कभी बीमार ना हूँ</w:t>
      </w:r>
    </w:p>
    <w:p>
      <w:r>
        <w:rPr>
          <w:b/>
        </w:rPr>
        <w:t xml:space="preserve">[11:59] </w:t>
      </w:r>
      <w:r>
        <w:t>, mujhe bada koi budhapa na aaye, mujh par koi accident na ho. har aadmi ki ye bahut hi zabardast khwahish hai har aadmi ke andar,</w:t>
      </w:r>
    </w:p>
    <w:p>
      <w:pPr>
        <w:jc w:val="right"/>
      </w:pPr>
      <w:r>
        <w:t>, मुझे बड़ा कोई बुढ़ापा ना आए, मुझ पर कोई एक्सीडेंट ना हो। हर आदमी की ये बहुत ही जबरदस्त ख्वाहिश है हर आदमी के अंदर,</w:t>
      </w:r>
    </w:p>
    <w:p>
      <w:r>
        <w:rPr>
          <w:b/>
        </w:rPr>
        <w:t xml:space="preserve">[12:14] </w:t>
      </w:r>
      <w:r>
        <w:t>har aadmi ke andar.</w:t>
      </w:r>
    </w:p>
    <w:p>
      <w:pPr>
        <w:jc w:val="right"/>
      </w:pPr>
      <w:r>
        <w:t>हर आदमी के अंदर।</w:t>
      </w:r>
    </w:p>
    <w:p>
      <w:r>
        <w:rPr>
          <w:b/>
        </w:rPr>
        <w:t xml:space="preserve">[12:20] </w:t>
      </w:r>
      <w:r>
        <w:t>to creator ne dekha ki ye is duniya mein agar main isko habitat deta hoon, to is duniya mein wo wo wo habitat nahi milega isko, jahan usko poora fulfillment mile. aapko apne desire ke mutabiq jo fulfillment chahiye, wo de bhi di jati hai is duniya mein. aap usko na to enjoy kar sakte hain,</w:t>
      </w:r>
    </w:p>
    <w:p>
      <w:pPr>
        <w:jc w:val="right"/>
      </w:pPr>
      <w:r>
        <w:t>तो क्रिएटर ने देखा कि ये इस दुनिया में अगर मैं इसको हैबिटेट देता हूँ, तो इस दुनिया में वो वो वो हैबिटेट नहीं मिलेगा इसको, जहाँ उसको पूरा फुलफिलमेंट मिले। आपको अपने डिजायर के मुताबिक जो फुलफिलमेंट चाहिए, वो दे भी दिया जाती है इस दुनिया में। आप उसको ना तो एंजॉय कर सकते हैं,</w:t>
      </w:r>
    </w:p>
    <w:p>
      <w:r>
        <w:rPr>
          <w:b/>
        </w:rPr>
        <w:t xml:space="preserve">[12:44] </w:t>
      </w:r>
      <w:r>
        <w:t>kyunki usko enjoy karne ke liye aapko chahiye ki aapko eternal, yani aapki umr jo hai, hamesha aap zinda rahein, hamesha aapko health achhi rahe,</w:t>
      </w:r>
    </w:p>
    <w:p>
      <w:pPr>
        <w:jc w:val="right"/>
      </w:pPr>
      <w:r>
        <w:t>क्योंकि उसको एंजॉय करने के लिए आपको चाहिए कि आपको एटरनल, यानी आपकी उम्र जो है, हमेशा आप जिंदा रहें, हमेशा आपको हेल्थ अच्छी रहे,</w:t>
      </w:r>
    </w:p>
    <w:p>
      <w:r>
        <w:rPr>
          <w:b/>
        </w:rPr>
        <w:t xml:space="preserve">[13:00] </w:t>
      </w:r>
      <w:r>
        <w:t>kabhi aapko koi accident na pesh aaye, kabhi aap bore na hon. ye duniya mein wo cheezein possible nahi hain.</w:t>
      </w:r>
    </w:p>
    <w:p>
      <w:pPr>
        <w:jc w:val="right"/>
      </w:pPr>
      <w:r>
        <w:t>कभी आपको कोई एक्सीडेंट ना पेश आए, कभी आप बोर ना हों। ये दुनिया में वो चीज़ें पॉसिबल नहीं हैं।</w:t>
      </w:r>
    </w:p>
    <w:p>
      <w:r>
        <w:rPr>
          <w:b/>
        </w:rPr>
        <w:t xml:space="preserve">[13:10] </w:t>
      </w:r>
      <w:r>
        <w:t>to aap discover karenge ki khuda ne ya creator ne mere life ko, life span ko do hisson mein baant diya. ek hai pre death period, ek hai post death period. pre death period yeh hai isliye ki main apne ko us us us ideal world ke liye,</w:t>
      </w:r>
    </w:p>
    <w:p>
      <w:pPr>
        <w:jc w:val="right"/>
      </w:pPr>
      <w:r>
        <w:t>तो आप डिस्कवर करेंगे कि खुदा ने या क्रिएटर ने मेरे लाइफ को, लाइफ स्पैन को दो हिस्सों में बांट दिया। एक है प्री डेथ पीरियड, एक है पोस्ट डेथ पीरियड। प्री डेथ पीरियड यह है इसलिए कि मैं अपने को उस उस उस आइडियल वर्ल्ड के लिए,</w:t>
      </w:r>
    </w:p>
    <w:p>
      <w:r>
        <w:rPr>
          <w:b/>
        </w:rPr>
        <w:t xml:space="preserve">[13:36] </w:t>
      </w:r>
      <w:r>
        <w:t>jisko hum kehte hain paradise,</w:t>
      </w:r>
    </w:p>
    <w:p>
      <w:pPr>
        <w:jc w:val="right"/>
      </w:pPr>
      <w:r>
        <w:t>जिसको हम कहते हैं पैराडाइज,</w:t>
      </w:r>
    </w:p>
    <w:p>
      <w:r>
        <w:rPr>
          <w:b/>
        </w:rPr>
        <w:t xml:space="preserve">[13:38] </w:t>
      </w:r>
      <w:r>
        <w:t>apne ko deserving candidate prove karoon. ye prove karoon ki i am a deserving candidate for for the for paradise. iske liye ye duniya hai. to kitna beautiful ye plan hai creator ka ki thoda sa life span yahan aaye. kaha jata hai ki insaan ki average life is duniya mein taqreeban</w:t>
      </w:r>
    </w:p>
    <w:p>
      <w:pPr>
        <w:jc w:val="right"/>
      </w:pPr>
      <w:r>
        <w:t>अपने को डिजर्विंग कैंडिडेट प्रूव करूँ। ये प्रूव करूँ कि आई एम अ डिजर्विंग कैंडिडेट फॉर फॉर दी फॉर पैराडाइज। इसके लिए ये दुनिया है। तो कितना ब्यूटीफुल ये प्लान है क्रिएटर का कि थोड़ा सा लाइफ स्पैन यहाँ आए। कहा जाता है कि इंसान की एवरेज लाइफ इस दुनिया में तकरीबन</w:t>
      </w:r>
    </w:p>
    <w:p>
      <w:r>
        <w:rPr>
          <w:b/>
        </w:rPr>
        <w:t xml:space="preserve">[14:08] </w:t>
      </w:r>
      <w:r>
        <w:t>70 saal hai. To 70 saal mein apne ko aapko prove karna hai. Uske baad 70 trillion se bhi zyada din saal aapko ek zindagi milne wali hai,</w:t>
      </w:r>
    </w:p>
    <w:p>
      <w:pPr>
        <w:jc w:val="right"/>
      </w:pPr>
      <w:r>
        <w:t>70 साल है। तो 70 साल में अपने को आपको प्रूव करना है। उसके बाद 70 ट्रिलियन से भी ज्यादा दिन साल आपको एक जिंदगी मिलने वाली है,</w:t>
      </w:r>
    </w:p>
    <w:p>
      <w:r>
        <w:rPr>
          <w:b/>
        </w:rPr>
        <w:t xml:space="preserve">[14:22] </w:t>
      </w:r>
      <w:r>
        <w:t>70-100 trillion se bhi zyada. To aap khush rahenge ki jaldi se chahein ki main avail karoon is 70 saal ko.</w:t>
      </w:r>
    </w:p>
    <w:p>
      <w:pPr>
        <w:jc w:val="right"/>
      </w:pPr>
      <w:r>
        <w:t>70-100 ट्रिलियन से भी ज्यादा। तो आप खुश रहेंगे कि जल्दी से चाहें कि मैं अवेल करूँ इस 70 साल को।</w:t>
      </w:r>
    </w:p>
    <w:p>
      <w:r>
        <w:rPr>
          <w:b/>
        </w:rPr>
        <w:t xml:space="preserve">[14:33] </w:t>
      </w:r>
      <w:r>
        <w:t>Jaldi se chahun ki main is 70 saal ko avail karoon taaki main us us duniya mein main eternity mujhe mile aur aur wo kab fulfillment mile.</w:t>
      </w:r>
    </w:p>
    <w:p>
      <w:pPr>
        <w:jc w:val="right"/>
      </w:pPr>
      <w:r>
        <w:t>जल्दी से चाहूँ कि मैं इस 70 साल को अवेल करूँ ताकि मैं उस उस दुनिया में मैं एटरनिटी मुझे मिले और और वो कब फुलफिलमेंट मिले।</w:t>
      </w:r>
    </w:p>
    <w:p>
      <w:r>
        <w:rPr>
          <w:b/>
        </w:rPr>
        <w:t xml:space="preserve">[14:48] </w:t>
      </w:r>
      <w:r>
        <w:t>Yeh hai creation plan of God. Yeh hai God ki scheme of things.</w:t>
      </w:r>
    </w:p>
    <w:p>
      <w:pPr>
        <w:jc w:val="right"/>
      </w:pPr>
      <w:r>
        <w:t>यह है क्रिएशन प्लान ऑफ गॉड। यह है गॉड की स्क्यू ऑफ थिंग्स।</w:t>
      </w:r>
    </w:p>
    <w:p>
      <w:r>
        <w:rPr>
          <w:b/>
        </w:rPr>
        <w:t xml:space="preserve">[15:01] </w:t>
      </w:r>
      <w:r>
        <w:t>Ab agar koi kahe ki main kaise maanu ki aisa hai, to aapka aap apni maa se jab milte hain, to aapne apni maa ko, apni apne apne ko maa ke pet se nikalte hue nahi dekha. Kisi ne bhi apne aap ko maa ke pet se nikalte hue nahi dekha.</w:t>
      </w:r>
    </w:p>
    <w:p>
      <w:pPr>
        <w:jc w:val="right"/>
      </w:pPr>
      <w:r>
        <w:t>अब अगर कोई कहे कि मैं कैसे मानूँ कि ऐसा है, तो आपका आप अपनी मां से जब मिलते हैं, तो आपने अपनी मां को, अपनी अपने अपने को मां के पेट से निकलते हुए नहीं देखा। किसी ने भी अपने आप को मां के पेट से निकलते हुए नहीं देखा।</w:t>
      </w:r>
    </w:p>
    <w:p>
      <w:r>
        <w:rPr>
          <w:b/>
        </w:rPr>
        <w:t xml:space="preserve">[15:24] </w:t>
      </w:r>
      <w:r>
        <w:t>Lekin aapka intuition is maamle mein itna strong hai, itna strong hai ki ek second ke liye bhi aapki shubah nahi hota ki meri maa hai.</w:t>
      </w:r>
    </w:p>
    <w:p>
      <w:pPr>
        <w:jc w:val="right"/>
      </w:pPr>
      <w:r>
        <w:t>लेकिन आपका इंटू इस मामले में इतना स्ट्रांग है, इतना स्ट्रांग है कि एक सेकंड के लिए भी आपकी शुभा नहीं होता कि मेरी मां है।</w:t>
      </w:r>
    </w:p>
    <w:p>
      <w:r>
        <w:rPr>
          <w:b/>
        </w:rPr>
        <w:t xml:space="preserve">[15:38] </w:t>
      </w:r>
      <w:r>
        <w:t>Koi duniya mein aisa nahi hai jo ye keh sake ki main jaanta hoon jab main pet maa ke pet mein tha, to maine dekha tha apne apne aap ko ya jab paida hua, to maine dekha tha uske pet se nikal raha hoon. Main kisi ne nahi.</w:t>
      </w:r>
    </w:p>
    <w:p>
      <w:pPr>
        <w:jc w:val="right"/>
      </w:pPr>
      <w:r>
        <w:t>कोई दुनिया में ऐसा नहीं है जो ये कह सके कि मैं जानता हूँ जब मैं पेट मां के पेट में था, तो मैंने देखा था अपने अपने आप को या जब पैदा हुआ, तो मैंने देखा था उसके पेट से निकल रहा हूँ। मैं किसी ने नहीं।</w:t>
      </w:r>
    </w:p>
    <w:p>
      <w:r>
        <w:rPr>
          <w:b/>
        </w:rPr>
        <w:t xml:space="preserve">[15:52] </w:t>
      </w:r>
      <w:r>
        <w:t>Iska maane hai ki aapke andar reason ke siwa ek aur cheez hai, wo hai intuition.</w:t>
      </w:r>
    </w:p>
    <w:p>
      <w:pPr>
        <w:jc w:val="right"/>
      </w:pPr>
      <w:r>
        <w:t>इसका माने है कि आपके अंदर रीजन के सिवा एक और चीज़ है, वो है इंटू।</w:t>
      </w:r>
    </w:p>
    <w:p>
      <w:r>
        <w:rPr>
          <w:b/>
        </w:rPr>
        <w:t xml:space="preserve">[16:01] </w:t>
      </w:r>
      <w:r>
        <w:t>Reason ke siwa ek aur capacity aapki hai, jisko kehte hain intuition. To sabse badi cheez jisko aap yakeen karte hain, wo apni aapki mother hai, aapki maa hai.</w:t>
      </w:r>
    </w:p>
    <w:p>
      <w:pPr>
        <w:jc w:val="right"/>
      </w:pPr>
      <w:r>
        <w:t>रीजन के सिवा एक और कैपेसिटी आपकी है, जिसको कहते हैं इंटू। तो सबसे बड़ी चीज़ जिसको आप यकीन करते हैं, वो अपनी आपकी मदर है, आपकी मां है।</w:t>
      </w:r>
    </w:p>
    <w:p>
      <w:r>
        <w:rPr>
          <w:b/>
        </w:rPr>
        <w:t xml:space="preserve">[16:15] </w:t>
      </w:r>
      <w:r>
        <w:t>Wo aap by intuition jaante hain. Aap</w:t>
      </w:r>
    </w:p>
    <w:p>
      <w:pPr>
        <w:jc w:val="right"/>
      </w:pPr>
      <w:r>
        <w:t>वो आप बाय इंटू जानते हैं। आप</w:t>
      </w:r>
    </w:p>
    <w:p>
      <w:r>
        <w:rPr>
          <w:b/>
        </w:rPr>
        <w:t xml:space="preserve">[16:18] </w:t>
      </w:r>
      <w:r>
        <w:t>Agar reason apply karein, to aap aap kabhi yakeen na karein ki ye meri maa hai. To aapka intuition jo hai, aapka intuition aapko yakeen se zyada badi cheez, yakeen ke darje mein batata hai ki yakeen ek other world hai, jahan main mujhe milegi wo cheez. Main main mera habitat milega. Ab to aapko develop karna hai.</w:t>
      </w:r>
    </w:p>
    <w:p>
      <w:pPr>
        <w:jc w:val="right"/>
      </w:pPr>
      <w:r>
        <w:t>अगर रीजन अप्लाई करें, तो आप आप कभी यकीन ना करें कि ये मेरी मां है। तो आपका इंटू जो है, आपका इंटू आपको यकीन से ज्यादा बड़ी चीज़, यकीन के दर्जे में बताता है कि यकीन एक अदर वर्ल्ड है, जहाँ मैं मुझे मिलेगी वो चीज़। मैं मैं मेरा हैबिटेट मिलेगा। अब तो आपको डेवलप करना है।</w:t>
      </w:r>
    </w:p>
    <w:p>
      <w:r>
        <w:rPr>
          <w:b/>
        </w:rPr>
        <w:t xml:space="preserve">[16:47] </w:t>
      </w:r>
      <w:r>
        <w:t>Main aaj apna ek qissa yaad kar raha tha ki bahut pehle jab main Adam mein hota tha, 1967 mein aaya hoon main yahan Delhi. Isse pehle Adam mein tha. Us zamane mein main apni kitaab likh raha tha, jo English mein chhapi hai, "God Arises",</w:t>
      </w:r>
    </w:p>
    <w:p>
      <w:pPr>
        <w:jc w:val="right"/>
      </w:pPr>
      <w:r>
        <w:t>मैं आज अपना एक किस्सा याद कर रहा था कि बहुत पहले जब मैं आदम में होता था, 1967 में आया हूँ मैं यहाँ दिल्ली। इससे पहले आदम में था। उस जमाने में मैं अपनी किताब लिख रहा था, जो इंग्लिश में छपी है, "गॉड अराइजस",</w:t>
      </w:r>
    </w:p>
    <w:p>
      <w:r>
        <w:rPr>
          <w:b/>
        </w:rPr>
        <w:t xml:space="preserve">[17:07] </w:t>
      </w:r>
      <w:r>
        <w:t>Urdu mein chhapi hai, "Mazhab aur Jadeed Challenge".</w:t>
      </w:r>
    </w:p>
    <w:p>
      <w:pPr>
        <w:jc w:val="right"/>
      </w:pPr>
      <w:r>
        <w:t>उर्दू में छपी है, "मजहब और जदी चैलेंज"।</w:t>
      </w:r>
    </w:p>
    <w:p>
      <w:r>
        <w:rPr>
          <w:b/>
        </w:rPr>
        <w:t xml:space="preserve">[17:14] </w:t>
      </w:r>
      <w:r>
        <w:t>To uske liye main bahut padha tha, bahut padha tha, bahut padha tha. To us waqt mere zehan par bilkul rational argument Khuda ka chhaya hua tha.</w:t>
      </w:r>
    </w:p>
    <w:p>
      <w:pPr>
        <w:jc w:val="right"/>
      </w:pPr>
      <w:r>
        <w:t>तो उसके लिए मैं बहुत पढ़ा था, बहुत पढ़ा था, बहुत पढ़ा था। तो उस वक्त मेरे जहन पर बिल्कुल रैशनल आर्गुमेंट खुदा का छाया हुआ था।</w:t>
      </w:r>
    </w:p>
    <w:p>
      <w:r>
        <w:rPr>
          <w:b/>
        </w:rPr>
        <w:t xml:space="preserve">[17:25] </w:t>
      </w:r>
      <w:r>
        <w:t>To mujhe yaad hai ki wahan par hamare procee the, Shah Naseer sahab. Shah Naseer sahab se meri mulaqat hui us zamane mein. Unhone unhe poocha ki kya aadmi Khuda ko dekh sakta hai?</w:t>
      </w:r>
    </w:p>
    <w:p>
      <w:pPr>
        <w:jc w:val="right"/>
      </w:pPr>
      <w:r>
        <w:t>तो मुझे याद है कि वहां पर हमारे प्रोसी थे, शाह नसीर साहब। शाह नसीर साहब से मेरी मुलाकात हुई उस जमाने में। उन्होंने उन्हें पूछा कि क्या आदमी खुदा को देख सकता है?</w:t>
      </w:r>
    </w:p>
    <w:p>
      <w:r>
        <w:rPr>
          <w:b/>
        </w:rPr>
        <w:t xml:space="preserve">[17:38] </w:t>
      </w:r>
      <w:r>
        <w:t>Achanak mere dimagh se nikla ki aapne Khuda ko nahi dekha?</w:t>
      </w:r>
    </w:p>
    <w:p>
      <w:pPr>
        <w:jc w:val="right"/>
      </w:pPr>
      <w:r>
        <w:t>अचानक मेरे दिमाग से निकला कि आपने खुदा को नहीं देखा?</w:t>
      </w:r>
    </w:p>
    <w:p>
      <w:r>
        <w:rPr>
          <w:b/>
        </w:rPr>
        <w:t xml:space="preserve">[17:44] </w:t>
      </w:r>
      <w:r>
        <w:t>Yaani mera jo study is subject mein ho rahi thi, uski wajah se main mera reason itna zyada alive tha us zamane. Alive ki jaise main Khuda ko dekh raha hoon. Aaj maine socha ki ab main ek aur stage par pahuncha hai. Allah taala ne pahunchaya hai. Reason jo reason aage hai,</w:t>
      </w:r>
    </w:p>
    <w:p>
      <w:pPr>
        <w:jc w:val="right"/>
      </w:pPr>
      <w:r>
        <w:t>यानी मेरा जो स्टडी इस सब्जेक्ट में हो रही थी, उसकी वजह से मैं मेरा रीजन इतना ज्यादा अलाइव था उस जमाने। अलाइव कि जैसे मैं खुदा को देख रहा हूँ। आज मैंने सोचा कि अब मैं एक और स्टेज पर पहुंचा है। अल्लाह ताला ने पहुंचाया है। रीजन जो रीजन आगे है,</w:t>
      </w:r>
    </w:p>
    <w:p>
      <w:r>
        <w:rPr>
          <w:b/>
        </w:rPr>
        <w:t xml:space="preserve">[18:06] </w:t>
      </w:r>
      <w:r>
        <w:t>Ab intuition ke age hai.</w:t>
      </w:r>
    </w:p>
    <w:p>
      <w:pPr>
        <w:jc w:val="right"/>
      </w:pPr>
      <w:r>
        <w:t>अब इंटू के एज है।</w:t>
      </w:r>
    </w:p>
    <w:p>
      <w:r>
        <w:rPr>
          <w:b/>
        </w:rPr>
        <w:t xml:space="preserve">[18:10] </w:t>
      </w:r>
      <w:r>
        <w:t>To maine socha ki aaj main intuition itna alive mera hai ki har taraf mujhe Khuda Khuda dikhai deta hai. Us waqt mera reason itna awake tha ki usse bhi dekhta tha. Lekin ek se badi cheez hai ki aaj mera intuition itna alive, itna alive hai ki jis tarah apni maa ko dekhkar yakeen karte hain ki meri maa hai,</w:t>
      </w:r>
    </w:p>
    <w:p>
      <w:pPr>
        <w:jc w:val="right"/>
      </w:pPr>
      <w:r>
        <w:t>तो मैंने सोचा कि आज मैं इंटू इतना अलाइव मेरा है कि हर तरफ मुझे खुदा खुदा दिखाई देता है। उस वक्त मेरा रीजन इतना अवेक था कि उससे भी देखता था। लेकिन एक से बड़ी चीज़ है कि आज मेरा इंटू इतना अलाइव, इतना अलाइव है कि जिस तरह अपनी मां को देखकर यकीन करते हैं कि मेरी मां है,</w:t>
      </w:r>
    </w:p>
    <w:p>
      <w:r>
        <w:rPr>
          <w:b/>
        </w:rPr>
        <w:t xml:space="preserve">[18:33] </w:t>
      </w:r>
      <w:r>
        <w:t>Aise hi main jidhar dekhta hoon, har taraf mujhe Khuda dikhai deta hai.</w:t>
      </w:r>
    </w:p>
    <w:p>
      <w:pPr>
        <w:jc w:val="right"/>
      </w:pPr>
      <w:r>
        <w:t>ऐसे ही मैं जिधर देखता हूँ, हर तरफ मुझे खुदा दिखाई देता है।</w:t>
      </w:r>
    </w:p>
    <w:p>
      <w:r>
        <w:rPr>
          <w:b/>
        </w:rPr>
        <w:t xml:space="preserve">[18:40] </w:t>
      </w:r>
      <w:r>
        <w:t>To pehli baat maine yeh kahi ki aap scheme of things ke andaaz sochiye ki aap kya hain, aapki desire kya hai, aapko kya milta hai, kya nahi milta. Ye saari cheezon ko sochiye.</w:t>
      </w:r>
    </w:p>
    <w:p>
      <w:pPr>
        <w:jc w:val="right"/>
      </w:pPr>
      <w:r>
        <w:t>तो पहली बात मैंने यह कही कि आप स्कीम ऑफ थिंग्स के अंदाज सोचिए कि आप क्या हैं, आपकी डिजायर क्या है, आपको क्या मिलता है, क्या नहीं मिलता। ये सारी चीज़ों को सोचिए।</w:t>
      </w:r>
    </w:p>
    <w:p>
      <w:r>
        <w:rPr>
          <w:b/>
        </w:rPr>
        <w:t xml:space="preserve">[18:57] </w:t>
      </w:r>
      <w:r>
        <w:t>To aapko yeh hoga khayal ki main jo hoon, wo mujhe milta nahi. Mujhe ek aur habitat chahiye.</w:t>
      </w:r>
    </w:p>
    <w:p>
      <w:pPr>
        <w:jc w:val="right"/>
      </w:pPr>
      <w:r>
        <w:t>तो आपको यह होगा ख्याल कि मैं जो हूँ, वो मुझे मिलता नहीं। मुझे एक और हैबिटेट चाहिए।</w:t>
      </w:r>
    </w:p>
    <w:p>
      <w:r>
        <w:rPr>
          <w:b/>
        </w:rPr>
        <w:t xml:space="preserve">[19:08] </w:t>
      </w:r>
      <w:r>
        <w:t>Doosri cheez thi ki aap apne apne reason jab poori tarike se awake hoga, aapki intuition jab poori tarah alive hogi, to aap jis tarah apni maa ko dekhkar yakeen karte hain ki ye meri maa hai,</w:t>
      </w:r>
    </w:p>
    <w:p>
      <w:pPr>
        <w:jc w:val="right"/>
      </w:pPr>
      <w:r>
        <w:t>दूसरी चीज़ थी कि आप अपने अपने रीजन जब पूरी तरीके से अवेक होगा, आपकी इंटू जब पूरी तरह अलाइव होगी, तो आप जिस तरह अपनी मां को देखकर यकीन करते हैं कि ये मेरी मां है,</w:t>
      </w:r>
    </w:p>
    <w:p>
      <w:r>
        <w:rPr>
          <w:b/>
        </w:rPr>
        <w:t xml:space="preserve">[19:25] </w:t>
      </w:r>
      <w:r>
        <w:t>Aise hi aapko har taraf dikhai dega ki ye paradise hai. Ye paradise mera intezar kar rahi hai.</w:t>
      </w:r>
    </w:p>
    <w:p>
      <w:pPr>
        <w:jc w:val="right"/>
      </w:pPr>
      <w:r>
        <w:t>ऐसे ही आपको हर तरफ दिखाई देगा कि ये पैराडाइज है। ये पैराडाइज मेरा इंतजार कर रही है।</w:t>
      </w:r>
    </w:p>
    <w:p>
      <w:r>
        <w:rPr>
          <w:b/>
        </w:rPr>
        <w:t xml:space="preserve">[19:37] </w:t>
      </w:r>
      <w:r>
        <w:t>To main</w:t>
      </w:r>
    </w:p>
    <w:p>
      <w:pPr>
        <w:jc w:val="right"/>
      </w:pPr>
      <w:r>
        <w:t>तो मैं</w:t>
      </w:r>
    </w:p>
    <w:p>
      <w:r>
        <w:rPr>
          <w:b/>
        </w:rPr>
        <w:t xml:space="preserve">[19:41] </w:t>
      </w:r>
      <w:r>
        <w:t>aakhir mein arz karunga ke hamara main aksar kaha karta hoon, apni tanhaiyon mein jannat na mili to kuch nahi mila. jannat na mili to kuch nahi mila.</w:t>
      </w:r>
    </w:p>
    <w:p>
      <w:pPr>
        <w:jc w:val="right"/>
      </w:pPr>
      <w:r>
        <w:t>आखिर में अर्ज करूंगा कि हमारा मैं अक्सर कहा करता हूँ, अपनी तन्हाइयों में जन्नत ना मिली तो कुछ नहीं मिला। जन्नत ना मिली तो कुछ नहीं मिला।</w:t>
      </w:r>
    </w:p>
    <w:p>
      <w:r>
        <w:rPr>
          <w:b/>
        </w:rPr>
        <w:t xml:space="preserve">[19:56] </w:t>
      </w:r>
      <w:r>
        <w:t>to hum apne aap ko, apne mind ko itna develop karein, apni spirituality ko itna develop karein ke</w:t>
      </w:r>
    </w:p>
    <w:p>
      <w:pPr>
        <w:jc w:val="right"/>
      </w:pPr>
      <w:r>
        <w:t>तो हम अपने आप को, अपने माइंड को इतना डेवलप करें, अपनी स्पिरिचुअलिटी को इतना डेवलप करें कि</w:t>
      </w:r>
    </w:p>
    <w:p>
      <w:r>
        <w:rPr>
          <w:b/>
        </w:rPr>
        <w:t xml:space="preserve">[20:10] </w:t>
      </w:r>
      <w:r>
        <w:t>paradise humko usi tarah dikhai dene lage, jis tarah humko apni maa dikhai deti hai.</w:t>
      </w:r>
    </w:p>
    <w:p>
      <w:pPr>
        <w:jc w:val="right"/>
      </w:pPr>
      <w:r>
        <w:t>पैराडाइज हमको उसी तरह दिखाई देने लगे, जिस तरह हमको अपनी मां दिखाई देती है।</w:t>
      </w:r>
    </w:p>
    <w:p>
      <w:r>
        <w:rPr>
          <w:b/>
        </w:rPr>
        <w:t xml:space="preserve">[20:17] </w:t>
      </w:r>
      <w:r>
        <w:t>isi ke liye main dua karta hoon ke Allah taala mujhko aur aapko taufeeq de taake hum apni eternal life mein, apne habitat mein, yaani paradise mein jeene ke qabil ho sakein. assalam walekum rehmatullah.</w:t>
      </w:r>
    </w:p>
    <w:p>
      <w:pPr>
        <w:jc w:val="right"/>
      </w:pPr>
      <w:r>
        <w:t>इसी के लिए मैं दुआ करता हूँ कि अल्लाह ताला मुझको और आपको तौफीक दे ताकि हम अपनी एटरनल लाइफ में, अपने हैबिटेट में, यानी पैराडाइज में जीने के काबिल हो सकें। अस्सलाम वालेकुम रहमतुल्लाह।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