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Three Periods of History May 17, 2009 Maulana Wahiduddin Khan</w:t>
      </w:r>
    </w:p>
    <w:p>
      <w:r>
        <w:t>https://www.youtube.com/watch?v=iNS-3Yo58Gk</w:t>
      </w:r>
    </w:p>
    <w:p>
      <w:r>
        <w:rPr>
          <w:b/>
        </w:rPr>
        <w:t xml:space="preserve">[00:30] </w:t>
      </w:r>
      <w:r>
        <w:t>wahel uqdatan min lisani, yafqah qawli.</w:t>
      </w:r>
    </w:p>
    <w:p>
      <w:pPr>
        <w:jc w:val="right"/>
      </w:pPr>
      <w:r>
        <w:t>واحل العقدۃ من لسانی، یفقہ قولی۔</w:t>
      </w:r>
    </w:p>
    <w:p>
      <w:r>
        <w:rPr>
          <w:b/>
        </w:rPr>
        <w:t xml:space="preserve">[00:39] </w:t>
      </w:r>
      <w:r>
        <w:t>aaj ka topic hai:</w:t>
      </w:r>
    </w:p>
    <w:p>
      <w:pPr>
        <w:jc w:val="right"/>
      </w:pPr>
      <w:r>
        <w:t>آج کا ٹاپک ہے:</w:t>
      </w:r>
    </w:p>
    <w:p>
      <w:r>
        <w:rPr>
          <w:b/>
        </w:rPr>
        <w:t xml:space="preserve">[00:43] </w:t>
      </w:r>
      <w:r>
        <w:t>three periods of human history, insani tareekh ke teen daur.</w:t>
      </w:r>
    </w:p>
    <w:p>
      <w:pPr>
        <w:jc w:val="right"/>
      </w:pPr>
      <w:r>
        <w:t>تھری پیریڈز آف ہیومن ہسٹری، انسانی تاریخ کے تین دور۔</w:t>
      </w:r>
    </w:p>
    <w:p>
      <w:r>
        <w:rPr>
          <w:b/>
        </w:rPr>
        <w:t xml:space="preserve">[00:56] </w:t>
      </w:r>
      <w:r>
        <w:t>aap jante hain ke aaj may ki 17 tareekh hai. aaj India ke</w:t>
      </w:r>
    </w:p>
    <w:p>
      <w:pPr>
        <w:jc w:val="right"/>
      </w:pPr>
      <w:r>
        <w:t>آپ جانتے ہیں کہ آج مئی کی 17 تاریخ ہے۔ آج انڈیا کے</w:t>
      </w:r>
    </w:p>
    <w:p>
      <w:r>
        <w:rPr>
          <w:b/>
        </w:rPr>
        <w:t xml:space="preserve">[01:07] </w:t>
      </w:r>
      <w:r>
        <w:t>parliament ke election ka final result aaya hai.</w:t>
      </w:r>
    </w:p>
    <w:p>
      <w:pPr>
        <w:jc w:val="right"/>
      </w:pPr>
      <w:r>
        <w:t>پارلیمنٹ کے الیکشن کا فائنل رزلٹ آیا ہے۔</w:t>
      </w:r>
    </w:p>
    <w:p>
      <w:r>
        <w:rPr>
          <w:b/>
        </w:rPr>
        <w:t xml:space="preserve">[01:15] </w:t>
      </w:r>
      <w:r>
        <w:t>main radio sun raha tha to ek hindi paper ka,</w:t>
      </w:r>
    </w:p>
    <w:p>
      <w:pPr>
        <w:jc w:val="right"/>
      </w:pPr>
      <w:r>
        <w:t>میں ریڈیو سن رہا تھا تو ایک ہندی پیپر کا،</w:t>
      </w:r>
    </w:p>
    <w:p>
      <w:r>
        <w:rPr>
          <w:b/>
        </w:rPr>
        <w:t xml:space="preserve">[01:24] </w:t>
      </w:r>
      <w:r>
        <w:t>ek hindi paper ki heading batai unhone:</w:t>
      </w:r>
    </w:p>
    <w:p>
      <w:pPr>
        <w:jc w:val="right"/>
      </w:pPr>
      <w:r>
        <w:t>ایک ہندی پیپر کی ہیڈنگ بتائی انہوں نے:</w:t>
      </w:r>
    </w:p>
    <w:p>
      <w:r>
        <w:rPr>
          <w:b/>
        </w:rPr>
        <w:t xml:space="preserve">[01:30] </w:t>
      </w:r>
      <w:r>
        <w:t>"kisi ki jeet, kisi ki haar".</w:t>
      </w:r>
    </w:p>
    <w:p>
      <w:pPr>
        <w:jc w:val="right"/>
      </w:pPr>
      <w:r>
        <w:t>"کسی کی جیت، کسی کی ہار"۔</w:t>
      </w:r>
    </w:p>
    <w:p>
      <w:r>
        <w:rPr>
          <w:b/>
        </w:rPr>
        <w:t xml:space="preserve">[01:37] </w:t>
      </w:r>
      <w:r>
        <w:t>yeh sun kar mujhe quran ki ek aayat yaad aayi.</w:t>
      </w:r>
    </w:p>
    <w:p>
      <w:pPr>
        <w:jc w:val="right"/>
      </w:pPr>
      <w:r>
        <w:t>یہ سن کر مجھے قرآن کی ایک آیت یاد آئی۔</w:t>
      </w:r>
    </w:p>
    <w:p>
      <w:r>
        <w:rPr>
          <w:b/>
        </w:rPr>
        <w:t xml:space="preserve">[01:43] </w:t>
      </w:r>
      <w:r>
        <w:t>quran mein jo chapter number seven hai, us mein ek bohat hi special waqe' ka reference diya gaya hai.</w:t>
      </w:r>
    </w:p>
    <w:p>
      <w:pPr>
        <w:jc w:val="right"/>
      </w:pPr>
      <w:r>
        <w:t>قرآن میں جو چیپٹر نمبر سیون ہے، اس میں ایک بہت ہی اسپیشل واقعے کا ریفرنس دیا گیا ہے۔</w:t>
      </w:r>
    </w:p>
    <w:p>
      <w:r>
        <w:rPr>
          <w:b/>
        </w:rPr>
        <w:t xml:space="preserve">[01:59] </w:t>
      </w:r>
      <w:r>
        <w:t>is se maloom hota hai ke Allah taala ne jab insaan ko banaya to saare insano ko ikatthe hi bana diya.</w:t>
      </w:r>
    </w:p>
    <w:p>
      <w:pPr>
        <w:jc w:val="right"/>
      </w:pPr>
      <w:r>
        <w:t>اس سے معلوم ہوتا ہے کہ اللہ تعالیٰ نے جب انسان کو بنایا تو سارے انسانوں کو اکٹھے ہی بنا دیا۔</w:t>
      </w:r>
    </w:p>
    <w:p>
      <w:r>
        <w:rPr>
          <w:b/>
        </w:rPr>
        <w:t xml:space="preserve">[02:11] </w:t>
      </w:r>
      <w:r>
        <w:t>ab jo hum paida ho rahe hain to sab ke sab create kiya ja chuke the, pehle din hi. phir woh</w:t>
      </w:r>
    </w:p>
    <w:p>
      <w:pPr>
        <w:jc w:val="right"/>
      </w:pPr>
      <w:r>
        <w:t>اب جو ہم پیدا ہو رہے ہیں تو سب کے سب کریٹ کیا جا چکے تھے، پہلے دن ہی۔ پھر وہ</w:t>
      </w:r>
    </w:p>
    <w:p>
      <w:r>
        <w:rPr>
          <w:b/>
        </w:rPr>
        <w:t xml:space="preserve">[02:24] </w:t>
      </w:r>
      <w:r>
        <w:t>adam ki peeth mein daal diye gaye, aur phir hereditary taur par woh generation of generation</w:t>
      </w:r>
    </w:p>
    <w:p>
      <w:pPr>
        <w:jc w:val="right"/>
      </w:pPr>
      <w:r>
        <w:t>آدم کی پیٹھ میں ڈال دیے گئے، اور پھر ہیریڈیٹری طور پر وہ جنریشن آف جنریشن</w:t>
      </w:r>
    </w:p>
    <w:p>
      <w:r>
        <w:rPr>
          <w:b/>
        </w:rPr>
        <w:t xml:space="preserve">[02:35] </w:t>
      </w:r>
      <w:r>
        <w:t>transfer hote rahe.</w:t>
      </w:r>
    </w:p>
    <w:p>
      <w:pPr>
        <w:jc w:val="right"/>
      </w:pPr>
      <w:r>
        <w:t>ٹرانسفر ہوتے رہے۔</w:t>
      </w:r>
    </w:p>
    <w:p>
      <w:r>
        <w:rPr>
          <w:b/>
        </w:rPr>
        <w:t xml:space="preserve">[02:39] </w:t>
      </w:r>
      <w:r>
        <w:t>to Allah taala ne saare insano ko bana kar hazir kiya, un se kaha ke: "kya tum is baat ki gawahi dete ho</w:t>
      </w:r>
    </w:p>
    <w:p>
      <w:pPr>
        <w:jc w:val="right"/>
      </w:pPr>
      <w:r>
        <w:t>تو اللہ تعالیٰ نے سارے انسانوں کو بنا کر حاضر کیا، ان سے کہا کہ: "کیا تم اس بات کی گواہی دیتے ہو</w:t>
      </w:r>
    </w:p>
    <w:p>
      <w:r>
        <w:rPr>
          <w:b/>
        </w:rPr>
        <w:t xml:space="preserve">[02:58] </w:t>
      </w:r>
      <w:r>
        <w:t>ke main tumhara creator hoon, tumhara rab hoon,</w:t>
      </w:r>
    </w:p>
    <w:p>
      <w:pPr>
        <w:jc w:val="right"/>
      </w:pPr>
      <w:r>
        <w:t>کہ میں تمہارا کریٹر ہوں، تمہارا رب ہوں،</w:t>
      </w:r>
    </w:p>
    <w:p>
      <w:r>
        <w:rPr>
          <w:b/>
        </w:rPr>
        <w:t xml:space="preserve">[03:07] </w:t>
      </w:r>
      <w:r>
        <w:t>tumhara maabood hoon?"</w:t>
      </w:r>
    </w:p>
    <w:p>
      <w:pPr>
        <w:jc w:val="right"/>
      </w:pPr>
      <w:r>
        <w:t>تمہارا معبود ہوں؟"</w:t>
      </w:r>
    </w:p>
    <w:p>
      <w:r>
        <w:rPr>
          <w:b/>
        </w:rPr>
        <w:t xml:space="preserve">[03:12] </w:t>
      </w:r>
      <w:r>
        <w:t>to saare logon ne kaha ke: "haan, hum gawahi dete hain."</w:t>
      </w:r>
    </w:p>
    <w:p>
      <w:pPr>
        <w:jc w:val="right"/>
      </w:pPr>
      <w:r>
        <w:t>تو سارے لوگوں نے کہا کہ: "ہاں، ہم گواہی دیتے ہیں۔"</w:t>
      </w:r>
    </w:p>
    <w:p>
      <w:r>
        <w:rPr>
          <w:b/>
        </w:rPr>
        <w:t xml:space="preserve">[03:19] </w:t>
      </w:r>
      <w:r>
        <w:t>alastu birabbikum qalu bala shahidna.</w:t>
      </w:r>
    </w:p>
    <w:p>
      <w:pPr>
        <w:jc w:val="right"/>
      </w:pPr>
      <w:r>
        <w:t>الست بربکم قالو بلا شہدنا۔</w:t>
      </w:r>
    </w:p>
    <w:p>
      <w:r>
        <w:rPr>
          <w:b/>
        </w:rPr>
        <w:t xml:space="preserve">[03:26] </w:t>
      </w:r>
      <w:r>
        <w:t>is ko aam taur par ahad alast kaha jata hai.</w:t>
      </w:r>
    </w:p>
    <w:p>
      <w:pPr>
        <w:jc w:val="right"/>
      </w:pPr>
      <w:r>
        <w:t>اس کو عام طور پر عہد الست کہا جاتا ہے۔</w:t>
      </w:r>
    </w:p>
    <w:p>
      <w:r>
        <w:rPr>
          <w:b/>
        </w:rPr>
        <w:t xml:space="preserve">[03:30] </w:t>
      </w:r>
      <w:r>
        <w:t>ahad alast ke taur par yeh mashhoor hai, yeh waqe'a hai. yeh koi symbolic statement nahi hai, virtually aise hi hua, actually yahi waqe'a pesh aaya.</w:t>
      </w:r>
    </w:p>
    <w:p>
      <w:pPr>
        <w:jc w:val="right"/>
      </w:pPr>
      <w:r>
        <w:t>عہد الست کے طور پر یہ مشہور ہے، یہ واقعہ ہے۔ یہ کوئی سمبالک اسٹیٹمنٹ نہیں ہے، ورچولی ایسے ہی ہوا، ایکچولی یہی واقعہ پیش آیا۔</w:t>
      </w:r>
    </w:p>
    <w:p>
      <w:r>
        <w:rPr>
          <w:b/>
        </w:rPr>
        <w:t xml:space="preserve">[03:47] </w:t>
      </w:r>
      <w:r>
        <w:t>aur hum sab apne inkas mind mein ya apne nature mein abhi bhi is ki yaad ko samaye hue hain. hum sab is ki yaad ko le kar paida hote hain.</w:t>
      </w:r>
    </w:p>
    <w:p>
      <w:pPr>
        <w:jc w:val="right"/>
      </w:pPr>
      <w:r>
        <w:t>اور ہم سب اپنے انکاس مائنڈ میں یا اپنے نیچر میں ابھی بھی اس کی یاد کو سمائے ہوئے ہیں۔ ہم سب اس کی یاد کو لے کر پیدا ہوتے ہیں۔</w:t>
      </w:r>
    </w:p>
    <w:p>
      <w:r>
        <w:rPr>
          <w:b/>
        </w:rPr>
        <w:t xml:space="preserve">[04:02] </w:t>
      </w:r>
      <w:r>
        <w:t>is ka matlab kya hai?</w:t>
      </w:r>
    </w:p>
    <w:p>
      <w:pPr>
        <w:jc w:val="right"/>
      </w:pPr>
      <w:r>
        <w:t>اس کا مطلب کیا ہے؟</w:t>
      </w:r>
    </w:p>
    <w:p>
      <w:r>
        <w:rPr>
          <w:b/>
        </w:rPr>
        <w:t xml:space="preserve">[04:06] </w:t>
      </w:r>
      <w:r>
        <w:t>is ka matlab hai ke Allah taala ne paida kar ke hum ko yun hi duniya mein daal nahin diya, balkeh peshgi tor par in advance sab kuch bata diya.</w:t>
      </w:r>
    </w:p>
    <w:p>
      <w:pPr>
        <w:jc w:val="right"/>
      </w:pPr>
      <w:r>
        <w:t>اس کا مطلب ہے کہ اللہ تعالیٰ نے پیدا کر کے ہم کو یوں ہی دنیا میں ڈال نہیں دیا، بلکہ پیشگی طور پر ان ایڈوانس سب کچھ بتا دیا۔</w:t>
      </w:r>
    </w:p>
    <w:p>
      <w:r>
        <w:rPr>
          <w:b/>
        </w:rPr>
        <w:t xml:space="preserve">[04:23] </w:t>
      </w:r>
      <w:r>
        <w:t>is ayat mein ek bohat hi meaningful baat hai</w:t>
      </w:r>
    </w:p>
    <w:p>
      <w:pPr>
        <w:jc w:val="right"/>
      </w:pPr>
      <w:r>
        <w:t>اس آیت میں ایک بہت ہی میننگ فل بات ہے</w:t>
      </w:r>
    </w:p>
    <w:p>
      <w:r>
        <w:rPr>
          <w:b/>
        </w:rPr>
        <w:t xml:space="preserve">[04:28] </w:t>
      </w:r>
      <w:r>
        <w:t>ke Allah taala ne farmaya ke: "zameen o aasman ko gawah bana kar main yeh baat keh raha hoon." insano se kaha:</w:t>
      </w:r>
    </w:p>
    <w:p>
      <w:pPr>
        <w:jc w:val="right"/>
      </w:pPr>
      <w:r>
        <w:t>کہ اللہ تعالیٰ نے فرمایا کہ: "زمین و آسمان کو گواہ بنا کر میں یہ بات کہہ رہا ہوں۔" انسانوں سے کہا:</w:t>
      </w:r>
    </w:p>
    <w:p>
      <w:r>
        <w:rPr>
          <w:b/>
        </w:rPr>
        <w:t xml:space="preserve">[04:41] </w:t>
      </w:r>
      <w:r>
        <w:t>"yeh jo zameen o aasman ko gawah banana hai, yeh bohat hi meaningful baat hai."</w:t>
      </w:r>
    </w:p>
    <w:p>
      <w:pPr>
        <w:jc w:val="right"/>
      </w:pPr>
      <w:r>
        <w:t>"یہ جو زمین و آسمان کو گواہ بنانا ہے، یہ بہت ہی میننگ فل بات ہے۔"</w:t>
      </w:r>
    </w:p>
    <w:p>
      <w:r>
        <w:rPr>
          <w:b/>
        </w:rPr>
        <w:t xml:space="preserve">[04:49] </w:t>
      </w:r>
      <w:r>
        <w:t>yani yeh waqea, yeh maamla ya yeh covenant, jis ko urdu mein ya arabi mein mithaq kehte hain, english mein covenant kehte hain, yeh ek universal fact hai.</w:t>
      </w:r>
    </w:p>
    <w:p>
      <w:pPr>
        <w:jc w:val="right"/>
      </w:pPr>
      <w:r>
        <w:t>یعنی یہ واقعہ، یہ معاملہ یا یہ کوننٹ، جس کو اردو میں یا عربی میں میثاق کہتے ہیں، انگلش میں کوننٹ کہتے ہیں، یہ ایک یونیورسل فیکٹ ہے۔</w:t>
      </w:r>
    </w:p>
    <w:p>
      <w:r>
        <w:rPr>
          <w:b/>
        </w:rPr>
        <w:t xml:space="preserve">[05:08] </w:t>
      </w:r>
      <w:r>
        <w:t>zameen o aasman mein woh pevast hai, universally accepted fact hai.</w:t>
      </w:r>
    </w:p>
    <w:p>
      <w:pPr>
        <w:jc w:val="right"/>
      </w:pPr>
      <w:r>
        <w:t>زمین و آسمان میں وہ پیوست ہے، یونیورسلی ایکسیپٹڈ فیکٹ ہے۔</w:t>
      </w:r>
    </w:p>
    <w:p>
      <w:r>
        <w:rPr>
          <w:b/>
        </w:rPr>
        <w:t xml:space="preserve">[05:16] </w:t>
      </w:r>
      <w:r>
        <w:t>yeh</w:t>
      </w:r>
    </w:p>
    <w:p>
      <w:pPr>
        <w:jc w:val="right"/>
      </w:pPr>
      <w:r>
        <w:t>یہ</w:t>
      </w:r>
    </w:p>
    <w:p>
      <w:r>
        <w:rPr>
          <w:b/>
        </w:rPr>
        <w:t xml:space="preserve">[05:19] </w:t>
      </w:r>
      <w:r>
        <w:t>yeh bohat hi meaningful baat hai. is mein yeh baat bhi nikalti hai ke insaan ki nature bhi unfold hoti rahe gi, aur sath sath poori universe jo hai, woh bhi unfold ho kar batati rahe gi ke aisa hua, aisa hua.</w:t>
      </w:r>
    </w:p>
    <w:p>
      <w:pPr>
        <w:jc w:val="right"/>
      </w:pPr>
      <w:r>
        <w:t>یہ بہت ہی میننگ فل بات ہے۔ اس میں یہ بات بھی نکلتی ہے کہ انسان کی نیچر بھی ان فولڈ ہوتی رہے گی، اور ساتھ ساتھ پوری یونیورس جو ہے، وہ بھی ان فولڈ ہو کر بتاتی رہے گی کہ ایسا ہوا، ایسا ہوا۔</w:t>
      </w:r>
    </w:p>
    <w:p>
      <w:r>
        <w:rPr>
          <w:b/>
        </w:rPr>
        <w:t xml:space="preserve">[05:42] </w:t>
      </w:r>
      <w:r>
        <w:t>isi ki history ko main samajhta hoon ke yeh history ka naam hai: history of mankind. is ka end kahan hai?</w:t>
      </w:r>
    </w:p>
    <w:p>
      <w:pPr>
        <w:jc w:val="right"/>
      </w:pPr>
      <w:r>
        <w:t>اسی کی ہسٹری کو میں سمجھتا ہوں کہ یہ ہسٹری کا نام ہے: ہسٹری آف مین کائنڈ۔ اس کا اینڈ کہاں ہے؟</w:t>
      </w:r>
    </w:p>
    <w:p>
      <w:r>
        <w:rPr>
          <w:b/>
        </w:rPr>
        <w:t xml:space="preserve">[05:52] </w:t>
      </w:r>
      <w:r>
        <w:t>is ka end wahi hai</w:t>
      </w:r>
    </w:p>
    <w:p>
      <w:pPr>
        <w:jc w:val="right"/>
      </w:pPr>
      <w:r>
        <w:t>اس کا اینڈ وہی ہے</w:t>
      </w:r>
    </w:p>
    <w:p>
      <w:r>
        <w:rPr>
          <w:b/>
        </w:rPr>
        <w:t xml:space="preserve">[05:56] </w:t>
      </w:r>
      <w:r>
        <w:t>jis ko quran mein kaha gaya: yom al-taghabun, day of loss and gain.</w:t>
      </w:r>
    </w:p>
    <w:p>
      <w:pPr>
        <w:jc w:val="right"/>
      </w:pPr>
      <w:r>
        <w:t>جس کو قرآن میں کہا گیا: یوم التغاون، ڈے آف لاس اینڈ گین۔</w:t>
      </w:r>
    </w:p>
    <w:p>
      <w:r>
        <w:rPr>
          <w:b/>
        </w:rPr>
        <w:t xml:space="preserve">[06:05] </w:t>
      </w:r>
      <w:r>
        <w:t>to aaj jo tha, woh woh political future ka loss and gain tha. to kisi hindi akhbar mein kaha ke: "kisi ki haar, kisi ki jeet".</w:t>
      </w:r>
    </w:p>
    <w:p>
      <w:pPr>
        <w:jc w:val="right"/>
      </w:pPr>
      <w:r>
        <w:t>تو آج جو تھا، وہ وہ پولیٹیکل فیوچر کا لاس اینڈ گین تھا۔ تو کسی ہندی اخبار میں کہا کہ: "کسی کی ہار، کسی کی جیت"۔</w:t>
      </w:r>
    </w:p>
    <w:p>
      <w:r>
        <w:rPr>
          <w:b/>
        </w:rPr>
        <w:t xml:space="preserve">[06:19] </w:t>
      </w:r>
      <w:r>
        <w:t>to poori history isi taraf ja rahi hai. aur aakhir mein jab qayamat aaye gi to woh zyada baray level par wahi waqea hoga: yom al-taghabun ka waqea, loss and gain ka waqea, kisi ki jeet, kisi ki haar.</w:t>
      </w:r>
    </w:p>
    <w:p>
      <w:pPr>
        <w:jc w:val="right"/>
      </w:pPr>
      <w:r>
        <w:t>تو پوری ہسٹری اسی طرف جا رہی ہے۔ اور آخر میں جب قیامت آئے گی تو وہ زیادہ بڑے لیول پر وہی واقعہ ہوگا: یوم التغاون کا واقعہ، لاس اینڈ گین کا واقعہ، کسی کی جیت، کسی کی ہار۔</w:t>
      </w:r>
    </w:p>
    <w:p>
      <w:r>
        <w:rPr>
          <w:b/>
        </w:rPr>
        <w:t xml:space="preserve">[06:37] </w:t>
      </w:r>
      <w:r>
        <w:t>to yeh jo long journey hai, main sochta hoon to is ke teen period hain. teen period bante hain.</w:t>
      </w:r>
    </w:p>
    <w:p>
      <w:pPr>
        <w:jc w:val="right"/>
      </w:pPr>
      <w:r>
        <w:t>تو یہ جو لانگ جرنی ہے، میں سوچتا ہوں تو اس کے تین پیریڈ ہیں۔ تین پیریڈ بنتے ہیں۔</w:t>
      </w:r>
    </w:p>
    <w:p>
      <w:r>
        <w:rPr>
          <w:b/>
        </w:rPr>
        <w:t xml:space="preserve">[06:48] </w:t>
      </w:r>
      <w:r>
        <w:t>is ko main kahoon ga ke traditional period, is ke baad scientific period, aur is ke baad discovery period.</w:t>
      </w:r>
    </w:p>
    <w:p>
      <w:pPr>
        <w:jc w:val="right"/>
      </w:pPr>
      <w:r>
        <w:t>اس کو میں کہوں گا کہ ٹریڈیشنل پیریڈ، اس کے بعد سائنٹیفک پیریڈ، اور اس کے بعد ڈسکوری پیریڈ۔</w:t>
      </w:r>
    </w:p>
    <w:p>
      <w:r>
        <w:rPr>
          <w:b/>
        </w:rPr>
        <w:t xml:space="preserve">[07:04] </w:t>
      </w:r>
      <w:r>
        <w:t>isi ke baray mein is waqt mein kuch kehna chahta hoon. sab se pehla zamana jo hai, woh traditional period ka hai.</w:t>
      </w:r>
    </w:p>
    <w:p>
      <w:pPr>
        <w:jc w:val="right"/>
      </w:pPr>
      <w:r>
        <w:t>اسی کے بارے میں اس وقت میں کچھ کہنا چاہتا ہوں۔ سب سے پہلا زمانہ جو ہے، وہ ٹریڈیشنل پیریڈ کا ہے۔</w:t>
      </w:r>
    </w:p>
    <w:p>
      <w:r>
        <w:rPr>
          <w:b/>
        </w:rPr>
        <w:t xml:space="preserve">[07:16] </w:t>
      </w:r>
      <w:r>
        <w:t>insaan jab paida hua to agarche is ke nature mein sab kuch interwoven tha, lekin woh unconscious mind mein tha.</w:t>
      </w:r>
    </w:p>
    <w:p>
      <w:pPr>
        <w:jc w:val="right"/>
      </w:pPr>
      <w:r>
        <w:t>انسان جب پیدا ہوا تو اگرچہ اس کے نیچر میں سب کچھ انٹروون تھا، لیکن وہ انکانس مائنڈ میں تھا۔</w:t>
      </w:r>
    </w:p>
    <w:p>
      <w:r>
        <w:rPr>
          <w:b/>
        </w:rPr>
        <w:t xml:space="preserve">[07:28] </w:t>
      </w:r>
      <w:r>
        <w:t>consciously insaan kuch nahin janta tha.</w:t>
      </w:r>
    </w:p>
    <w:p>
      <w:pPr>
        <w:jc w:val="right"/>
      </w:pPr>
      <w:r>
        <w:t>کانشیسلی انسان کچھ نہیں جانتا تھا۔</w:t>
      </w:r>
    </w:p>
    <w:p>
      <w:r>
        <w:rPr>
          <w:b/>
        </w:rPr>
        <w:t xml:space="preserve">[07:32] </w:t>
      </w:r>
      <w:r>
        <w:t>yeh sara maamla ek discovery method ke tor par chala. yani potentially sab kuch tha, lekin insaan par yeh tha ke woh is ko actual banaye.</w:t>
      </w:r>
    </w:p>
    <w:p>
      <w:pPr>
        <w:jc w:val="right"/>
      </w:pPr>
      <w:r>
        <w:t>یہ سارا معاملہ ایک ڈسکوری میتھڈ کے طور پر چلا۔ یعنی پوٹینشلی سب کچھ تھا، لیکن انسان پر یہ تھا کہ وہ اس کو ایکچول بنائے۔</w:t>
      </w:r>
    </w:p>
    <w:p>
      <w:r>
        <w:rPr>
          <w:b/>
        </w:rPr>
        <w:t xml:space="preserve">[07:45] </w:t>
      </w:r>
      <w:r>
        <w:t>yani Khuda ne aisa nahin kiya ke is spoken language mein har jagah har darakht jala raha ho, har sitara aur har sayara bol raha ho.</w:t>
      </w:r>
    </w:p>
    <w:p>
      <w:pPr>
        <w:jc w:val="right"/>
      </w:pPr>
      <w:r>
        <w:t>یعنی خدا نے ایسا نہیں کیا کہ اس سپوکن لینگویج میں ہر جگہ ہر درخت جلا رہا ہو، ہر ستارہ اور ہر سیارہ بول رہا ہو۔</w:t>
      </w:r>
    </w:p>
    <w:p>
      <w:r>
        <w:rPr>
          <w:b/>
        </w:rPr>
        <w:t xml:space="preserve">[07:55] </w:t>
      </w:r>
      <w:r>
        <w:t>nahin,</w:t>
      </w:r>
    </w:p>
    <w:p>
      <w:pPr>
        <w:jc w:val="right"/>
      </w:pPr>
      <w:r>
        <w:t>نہیں،</w:t>
      </w:r>
    </w:p>
    <w:p>
      <w:r>
        <w:rPr>
          <w:b/>
        </w:rPr>
        <w:t xml:space="preserve">[07:59] </w:t>
      </w:r>
      <w:r>
        <w:t>silent language mein sab baat yahan maujood thi. humein is ko sunna tha, ya yun keh sakte hain ke aap in terms of potential har cheez maujood thi.</w:t>
      </w:r>
    </w:p>
    <w:p>
      <w:pPr>
        <w:jc w:val="right"/>
      </w:pPr>
      <w:r>
        <w:t>سائلنٹ لینگویج میں سب بات یہاں موجود تھی۔ ہمیں اس کو سننا تھا، یا یوں کہہ سکتے ہیں کہ آپ ان ٹرم آف پوٹینشل ہر چیز موجود تھی۔</w:t>
      </w:r>
    </w:p>
    <w:p>
      <w:r>
        <w:rPr>
          <w:b/>
        </w:rPr>
        <w:t xml:space="preserve">[08:11] </w:t>
      </w:r>
      <w:r>
        <w:t>hum ko hamara kaam yeh tha ke hum is ko actual banayein. to journey shuru hui kahan se? traditional period se.</w:t>
      </w:r>
    </w:p>
    <w:p>
      <w:pPr>
        <w:jc w:val="right"/>
      </w:pPr>
      <w:r>
        <w:t>ہم کو ہمارا کام یہ تھا کہ ہم اس کو ایکچول بنائیں۔ تو جرنی شروع ہوئی کہاں سے؟ ٹریڈیشنل پیریڈ سے۔</w:t>
      </w:r>
    </w:p>
    <w:p>
      <w:r>
        <w:rPr>
          <w:b/>
        </w:rPr>
        <w:t xml:space="preserve">[08:24] </w:t>
      </w:r>
      <w:r>
        <w:t>is waqt insan</w:t>
      </w:r>
    </w:p>
    <w:p>
      <w:pPr>
        <w:jc w:val="right"/>
      </w:pPr>
      <w:r>
        <w:t>اس وقت انسان</w:t>
      </w:r>
    </w:p>
    <w:p>
      <w:r>
        <w:rPr>
          <w:b/>
        </w:rPr>
        <w:t xml:space="preserve">[08:29] </w:t>
      </w:r>
      <w:r>
        <w:t>kans aaj jo jante hain, hum jo kuch, woh kuch nahi janta tha. Yani civilizations ko hum kehte hain. To civilization se pehle jo tha daur, woh tha traditional daur.</w:t>
      </w:r>
    </w:p>
    <w:p>
      <w:pPr>
        <w:jc w:val="right"/>
      </w:pPr>
      <w:r>
        <w:t>کانس آج جو جانتے ہیں، ہم جو کچھ، وہ کچھ نہیں جانتا تھا۔ یعنی سویلائزیشنز کو ہم کہتے ہیں۔ تو سویلائزیشن سے پہلے جو تھا دور، وہ تھا ٹریڈیشنل دور۔</w:t>
      </w:r>
    </w:p>
    <w:p>
      <w:r>
        <w:rPr>
          <w:b/>
        </w:rPr>
        <w:t xml:space="preserve">[08:44] </w:t>
      </w:r>
      <w:r>
        <w:t>civilization se pehle to har cheez Allah taala ne rakh diya potential, aur is ko humein actual banana tha.</w:t>
      </w:r>
    </w:p>
    <w:p>
      <w:pPr>
        <w:jc w:val="right"/>
      </w:pPr>
      <w:r>
        <w:t>سویلائزیشن سے پہلے تو ہر چیز اللہ تعالیٰ نے رکھ دیا پوٹینشل، اور اس کو ہمیں ایکچول بنانا تھا۔</w:t>
      </w:r>
    </w:p>
    <w:p>
      <w:r>
        <w:rPr>
          <w:b/>
        </w:rPr>
        <w:t xml:space="preserve">[08:54] </w:t>
      </w:r>
      <w:r>
        <w:t>Misalan aap dekhiye, insan ko food chahiye, food, lekin Khuda ne roti aur chawal aur daal nahi hum ko provide kar diya.</w:t>
      </w:r>
    </w:p>
    <w:p>
      <w:pPr>
        <w:jc w:val="right"/>
      </w:pPr>
      <w:r>
        <w:t>مثلاً آپ دیکھیے، انسان کو فوڈ چاہیے، فوڈ، لیکن خدا نے روٹی اور چاول اور دال نہیں ہم کو پرووائیڈ کر دیا۔</w:t>
      </w:r>
    </w:p>
    <w:p>
      <w:r>
        <w:rPr>
          <w:b/>
        </w:rPr>
        <w:t xml:space="preserve">[09:06] </w:t>
      </w:r>
      <w:r>
        <w:t>Darakhton par phall laga diye, phall tod tod khao, phir dheere dheere dheere dheere discover karo, aur agriculture aur horticulture banao.</w:t>
      </w:r>
    </w:p>
    <w:p>
      <w:pPr>
        <w:jc w:val="right"/>
      </w:pPr>
      <w:r>
        <w:t>درختوں پر پھل لگا دیے، پھل توڑ توڑ کھاؤ، پھر دھیرے دھیرے دھیرے دھیرے ڈسکور کرو، اور ایگریکلچر اور ہارٹیکلچر بناؤ۔</w:t>
      </w:r>
    </w:p>
    <w:p>
      <w:r>
        <w:rPr>
          <w:b/>
        </w:rPr>
        <w:t xml:space="preserve">[09:18] </w:t>
      </w:r>
      <w:r>
        <w:t>Indus food, industry, food industry paida karo.</w:t>
      </w:r>
    </w:p>
    <w:p>
      <w:pPr>
        <w:jc w:val="right"/>
      </w:pPr>
      <w:r>
        <w:t>انڈس فوڈ، انڈسٹری، فوڈ انڈسٹری پیدا کرو۔</w:t>
      </w:r>
    </w:p>
    <w:p>
      <w:r>
        <w:rPr>
          <w:b/>
        </w:rPr>
        <w:t xml:space="preserve">[09:25] </w:t>
      </w:r>
      <w:r>
        <w:t>Isi tarah se dekhiye, humein sawari chahiye, to Allah taala ne aisa nahi kaha ke humein car aur hawaijahat de de. Nahi, Allah taala ne humein kya diya?</w:t>
      </w:r>
    </w:p>
    <w:p>
      <w:pPr>
        <w:jc w:val="right"/>
      </w:pPr>
      <w:r>
        <w:t>اسی طرح سے دیکھیے، ہمیں سواری چاہیے۔ تو اللہ تعالیٰ نے ایسا نہیں کہا کہ ہمیں کار اور حوائجات دے دے۔ نہیں، اللہ تعالیٰ نے ہمیں کیا دیا؟</w:t>
      </w:r>
    </w:p>
    <w:p>
      <w:r>
        <w:rPr>
          <w:b/>
        </w:rPr>
        <w:t xml:space="preserve">[09:35] </w:t>
      </w:r>
      <w:r>
        <w:t>Ghore diye. Yani bane banaye, bani banai sawariyan. Jangalon mein ghore hote the, insan ne pakda, un ko tame kiya, aur woh sawari karne laga.</w:t>
      </w:r>
    </w:p>
    <w:p>
      <w:pPr>
        <w:jc w:val="right"/>
      </w:pPr>
      <w:r>
        <w:t>گھوڑے دیے۔ یعنی بنے بنائے، بنی بنائی سواریاں۔ جنگلوں میں گھوڑے ہوتے تھے، انسان نے پکڑا، ان کو ٹیم کیا، اور وہ سواری کرنے لگا۔</w:t>
      </w:r>
    </w:p>
    <w:p>
      <w:r>
        <w:rPr>
          <w:b/>
        </w:rPr>
        <w:t xml:space="preserve">[09:49] </w:t>
      </w:r>
      <w:r>
        <w:t>Phir dheere dheere is ne wheel banai, phir bohat dinon ke baad is ne car aur hawaijahat banaye. Is tarah se ek journey hai, civilizational journey.</w:t>
      </w:r>
    </w:p>
    <w:p>
      <w:pPr>
        <w:jc w:val="right"/>
      </w:pPr>
      <w:r>
        <w:t>پھر دھیرے دھیرے اس نے ویل بنائی، پھر بہت دنوں کے بعد اس نے کار اور حوائجات بنائے۔ اس طرح سے ایک جرنی ہے، سویلائزیشنل جرنی۔</w:t>
      </w:r>
    </w:p>
    <w:p>
      <w:r>
        <w:rPr>
          <w:b/>
        </w:rPr>
        <w:t xml:space="preserve">[10:02] </w:t>
      </w:r>
      <w:r>
        <w:t>Isi tarah se aap dekhiye, aasman mein aap raat ko aap dekhiye, Dilli mein to nahi dikhai deta, kahin bhi aap chale jaiye, gaon mein khuli jagah par kahin to raat ko jagmag, jagmag, jagmag, jagmag sitare.</w:t>
      </w:r>
    </w:p>
    <w:p>
      <w:pPr>
        <w:jc w:val="right"/>
      </w:pPr>
      <w:r>
        <w:t>اسی طرح سے آپ دیکھیے، آسمان میں آپ رات کو آپ دیکھیے، دلی میں تو نہیں دکھائی دیتا، کہیں بھی آپ چلے جائیے، گاؤں میں کھلی جگہ پر کہیں تو رات کو جگمگ، جگمگ، جگمگ، جگمگ ستارے۔</w:t>
      </w:r>
    </w:p>
    <w:p>
      <w:r>
        <w:rPr>
          <w:b/>
        </w:rPr>
        <w:t xml:space="preserve">[10:17] </w:t>
      </w:r>
      <w:r>
        <w:t>Ajeeb anokha manzar hota hai, terrible scene hota hai, terrible beauty.</w:t>
      </w:r>
    </w:p>
    <w:p>
      <w:pPr>
        <w:jc w:val="right"/>
      </w:pPr>
      <w:r>
        <w:t>عجیب انوکھا منظر ہوتا ہے، ٹربل سین ہوتا ہے، ٹربل بیوٹی۔</w:t>
      </w:r>
    </w:p>
    <w:p>
      <w:r>
        <w:rPr>
          <w:b/>
        </w:rPr>
        <w:t xml:space="preserve">[10:25] </w:t>
      </w:r>
      <w:r>
        <w:t>To ek taraf to is mein dekhiye, beauty hai, doosri taraf isi ke zariye se insan safar karta tha. Pehle desert mein, ocean mein safar kaise karta tha?</w:t>
      </w:r>
    </w:p>
    <w:p>
      <w:pPr>
        <w:jc w:val="right"/>
      </w:pPr>
      <w:r>
        <w:t>تو ایک طرف تو اس میں دیکھیے، بیوٹی ہے، دوسری طرف اسی کے ذریعے سے انسان سفر کرتا تھا۔ پہلے ڈیزرٹ میں، اوشن میں سفر کیسے کرتا تھا؟</w:t>
      </w:r>
    </w:p>
    <w:p>
      <w:r>
        <w:rPr>
          <w:b/>
        </w:rPr>
        <w:t xml:space="preserve">[10:40] </w:t>
      </w:r>
      <w:r>
        <w:t>Kama direction ka pata nahi hota. Wahan par jab aap desert mein ho to kuch pata nahi kidhar kon basti hai, kidhar kon basti hai.</w:t>
      </w:r>
    </w:p>
    <w:p>
      <w:pPr>
        <w:jc w:val="right"/>
      </w:pPr>
      <w:r>
        <w:t>کما ڈائریکشن کا پتہ نہیں ہوتا۔ وہاں پر جب آپ ڈیزرٹ میں ہو تو کچھ پتہ نہیں کدھر کون بستی ہے، کدھر کون بستی ہے۔</w:t>
      </w:r>
    </w:p>
    <w:p>
      <w:r>
        <w:rPr>
          <w:b/>
        </w:rPr>
        <w:t xml:space="preserve">[10:50] </w:t>
      </w:r>
      <w:r>
        <w:t>Jab aap ocean mein hote hain, kuch pata nahi hota kidhar kon country hai, kidhar kon country hai.</w:t>
      </w:r>
    </w:p>
    <w:p>
      <w:pPr>
        <w:jc w:val="right"/>
      </w:pPr>
      <w:r>
        <w:t>جب آپ اوشن میں ہوتے ہیں، کچھ پتہ نہیں ہوتا کدھر کون کنٹری ہے، کدھر کون کنٹری ہے۔</w:t>
      </w:r>
    </w:p>
    <w:p>
      <w:r>
        <w:rPr>
          <w:b/>
        </w:rPr>
        <w:t xml:space="preserve">[10:55] </w:t>
      </w:r>
      <w:r>
        <w:t>East ka pata nahi, west ka pata. To insan jo hai, woh star se pata karta tha, star ko dekh kar. Phir dheere dheere dheere is ne instrument banaye.</w:t>
      </w:r>
    </w:p>
    <w:p>
      <w:pPr>
        <w:jc w:val="right"/>
      </w:pPr>
      <w:r>
        <w:t>ایسٹ کا پتہ نہیں، ویسٹ کا پتہ۔ تو انسان جو ہے، وہ اسٹار سے پتہ کرتا تھا، اسٹار کو دیکھ کر۔ پھر دھیرے دھیرے دھیرے اس نے انسٹرومنٹ بنائے۔</w:t>
      </w:r>
    </w:p>
    <w:p>
      <w:r>
        <w:rPr>
          <w:b/>
        </w:rPr>
        <w:t xml:space="preserve">[11:09] </w:t>
      </w:r>
      <w:r>
        <w:t>Aaj jo is bare bare ship chalte hain, woh sitaron se nahi roshni lete, woh un ke paas aise tool hote hain, is se unhein pata chalta rehta hai, aur safar karte rehte hain.</w:t>
      </w:r>
    </w:p>
    <w:p>
      <w:pPr>
        <w:jc w:val="right"/>
      </w:pPr>
      <w:r>
        <w:t>آج جو اس بڑے بڑے شپ چلتے ہیں، وہ ستاروں سے نہیں روشنی لیتے، وہ ان کے پاس ایسے ٹول ہوتے ہیں، اس سے انہیں پتہ چلتا رہتا ہے، اور سفر کرتے رہتے ہیں۔</w:t>
      </w:r>
    </w:p>
    <w:p>
      <w:r>
        <w:rPr>
          <w:b/>
        </w:rPr>
        <w:t xml:space="preserve">[11:21] </w:t>
      </w:r>
      <w:r>
        <w:t>Hawai jahaz bhi aise hi karte hain.</w:t>
      </w:r>
    </w:p>
    <w:p>
      <w:pPr>
        <w:jc w:val="right"/>
      </w:pPr>
      <w:r>
        <w:t>ہوائی جہاز بھی ایسے ہی کرتے ہیں۔</w:t>
      </w:r>
    </w:p>
    <w:p>
      <w:r>
        <w:rPr>
          <w:b/>
        </w:rPr>
        <w:t xml:space="preserve">[11:25] </w:t>
      </w:r>
      <w:r>
        <w:t>Aisi kapda hai, dekhiye, is zamane mein insan kya karta tha? Animal ke skin, janwaron ki khaal nikala, aur us ko lapet liya, ya un ka kapda ho gaya.</w:t>
      </w:r>
    </w:p>
    <w:p>
      <w:pPr>
        <w:jc w:val="right"/>
      </w:pPr>
      <w:r>
        <w:t>ایسی کپڑا ہے، دیکھیے، اس زمانے میں انسان کیا کرتا تھا؟ اینیمل کے سکن، جانوروں کی کھال نکالا، اور اس کو لپیٹ لیا، یا ان کا کپڑا ہو گیا۔</w:t>
      </w:r>
    </w:p>
    <w:p>
      <w:r>
        <w:rPr>
          <w:b/>
        </w:rPr>
        <w:t xml:space="preserve">[11:42] </w:t>
      </w:r>
      <w:r>
        <w:t>Phir dheere dheere cotton industry, textile industry bani. Insan ne kapde banaye. Is tarah potential se actual ki taraf safar hota raha insaniyat ka.</w:t>
      </w:r>
    </w:p>
    <w:p>
      <w:pPr>
        <w:jc w:val="right"/>
      </w:pPr>
      <w:r>
        <w:t>پھر دھیرے دھیرے کاٹن انڈسٹری، ٹیکسٹائل انڈسٹری بنی۔ انسان نے کپڑے بنائے۔ اس طرح پوٹینشل سے ایکچول کی طرف سفر ہوتا رہا انسانیت کا۔</w:t>
      </w:r>
    </w:p>
    <w:p>
      <w:r>
        <w:rPr>
          <w:b/>
        </w:rPr>
        <w:t xml:space="preserve">[11:56] </w:t>
      </w:r>
      <w:r>
        <w:t>Yeh maine batai material misalein, yahi misalein hain realization ki, marifat ki, Allah taala ki pehchan ki.</w:t>
      </w:r>
    </w:p>
    <w:p>
      <w:pPr>
        <w:jc w:val="right"/>
      </w:pPr>
      <w:r>
        <w:t>یہ میں نے بتائی مٹیریل مثالیں، یہی مثالیں ہیں ریلائزیشن کی، معرفت کی، اللہ تعالیٰ کی پہچان کی۔</w:t>
      </w:r>
    </w:p>
    <w:p>
      <w:r>
        <w:rPr>
          <w:b/>
        </w:rPr>
        <w:t xml:space="preserve">[12:07] </w:t>
      </w:r>
      <w:r>
        <w:t>Yani Allah ki pehchan ya sachai ki pehchan bhi isi tarah se hui hai, dheere dheere, dheere dheere, dheere dheere.</w:t>
      </w:r>
    </w:p>
    <w:p>
      <w:pPr>
        <w:jc w:val="right"/>
      </w:pPr>
      <w:r>
        <w:t>یعنی اللہ کی پہچان یا سچائی کی پہچان بھی اسی طرح سے ہوئی ہے، دھیرے دھیرے، دھیرے دھیرے، دھیرے دھیرے۔</w:t>
      </w:r>
    </w:p>
    <w:p>
      <w:r>
        <w:rPr>
          <w:b/>
        </w:rPr>
        <w:t xml:space="preserve">[12:14] </w:t>
      </w:r>
      <w:r>
        <w:t>Jaise main ek misal deta hoon, aap jante hain ke har saal barish hoti hai. To pehle zamane mein rain god maane jate the, rain god yani barish ke devta.</w:t>
      </w:r>
    </w:p>
    <w:p>
      <w:pPr>
        <w:jc w:val="right"/>
      </w:pPr>
      <w:r>
        <w:t>جیسے میں ایک مثال دیتا ہوں، آپ جانتے ہیں کہ ہر سال بارش ہوتی ہے۔ تو پہلے زمانے میں رین گاڈ مانے جاتے تھے، رین گاڈ یعنی بارش کے دیوتا۔</w:t>
      </w:r>
    </w:p>
    <w:p>
      <w:r>
        <w:rPr>
          <w:b/>
        </w:rPr>
        <w:t xml:space="preserve">[12:31] </w:t>
      </w:r>
      <w:r>
        <w:t>Yeh samjha jata tha ke aasmanon mein barish ke devta hain, wahan se pani barsate hain, neeche pani aata hai.</w:t>
      </w:r>
    </w:p>
    <w:p>
      <w:pPr>
        <w:jc w:val="right"/>
      </w:pPr>
      <w:r>
        <w:t>یہ سمجھا جاتا تھا کہ آسمانوں میں بارش کے دیوتا ہیں، وہاں سے پانی برساتے ہیں، نیچے پانی آتا ہے۔</w:t>
      </w:r>
    </w:p>
    <w:p>
      <w:r>
        <w:rPr>
          <w:b/>
        </w:rPr>
        <w:t xml:space="preserve">[12:39] </w:t>
      </w:r>
      <w:r>
        <w:t>Yeh tha traditional daur ka aqeedah, insan ka traditional period ka. Phir bohat baad ko insan ne daryaft kiya ke aisa nahi hai, koi devta, koi rain god nahi barish barsata.</w:t>
      </w:r>
    </w:p>
    <w:p>
      <w:pPr>
        <w:jc w:val="right"/>
      </w:pPr>
      <w:r>
        <w:t>یہ تھا ٹریڈیشنل دور کا عقیدہ، انسان کا ٹریڈیشنل پیریڈ کا۔ پھر بہت بعد کو انسان نے دریافت کیا کہ ایسا نہیں ہے، کوئی دیوتا، کوئی رین گاڈ نہیں بارش برساتا۔</w:t>
      </w:r>
    </w:p>
    <w:p>
      <w:r>
        <w:rPr>
          <w:b/>
        </w:rPr>
        <w:t xml:space="preserve">[12:56] </w:t>
      </w:r>
      <w:r>
        <w:t>Yeh ek process hai, process. Yani Khuda ne yeh duniya banai to sab se zyada jo cheez chahiye thi life ke liye, woh pani tha.</w:t>
      </w:r>
    </w:p>
    <w:p>
      <w:pPr>
        <w:jc w:val="right"/>
      </w:pPr>
      <w:r>
        <w:t>یہ ایک پروسیس ہے، پروسیس۔ یعنی خدا نے یہ دنیا بنائی تو سب سے زیادہ جو چیز چاہیے تھی لائف کے لیے، وہ پانی تھا۔</w:t>
      </w:r>
    </w:p>
    <w:p>
      <w:r>
        <w:rPr>
          <w:b/>
        </w:rPr>
        <w:t xml:space="preserve">[13:08] </w:t>
      </w:r>
      <w:r>
        <w:t>pani</w:t>
      </w:r>
    </w:p>
    <w:p>
      <w:pPr>
        <w:jc w:val="right"/>
      </w:pPr>
      <w:r>
        <w:t>پانی</w:t>
      </w:r>
    </w:p>
    <w:p>
      <w:r>
        <w:rPr>
          <w:b/>
        </w:rPr>
        <w:t xml:space="preserve">[13:10] </w:t>
      </w:r>
      <w:r>
        <w:t>to pani ko bohat hi abended miqdar mein is ne zameen par phaila diya, daryaaon ko aur ocean ko, seas ko bhar diya pani se.</w:t>
      </w:r>
    </w:p>
    <w:p>
      <w:pPr>
        <w:jc w:val="right"/>
      </w:pPr>
      <w:r>
        <w:t>تو پانی کو بہت ہی ابینڈڈ مقدار میں اس نے زمین پر پھیلا دیا، دریاؤں کو اور اوشن کو، سیز کو بھر دیا پانی سے۔</w:t>
      </w:r>
    </w:p>
    <w:p>
      <w:r>
        <w:rPr>
          <w:b/>
        </w:rPr>
        <w:t xml:space="preserve">[13:23] </w:t>
      </w:r>
      <w:r>
        <w:t>lekin masla yeh tha ke woh muta'affan ho jayega, kharab ho jayega.</w:t>
      </w:r>
    </w:p>
    <w:p>
      <w:pPr>
        <w:jc w:val="right"/>
      </w:pPr>
      <w:r>
        <w:t>لیکن مسئلہ یہ تھا کہ وہ متعفن ہو جائے گا، خراب ہو جائے گا۔</w:t>
      </w:r>
    </w:p>
    <w:p>
      <w:r>
        <w:rPr>
          <w:b/>
        </w:rPr>
        <w:t xml:space="preserve">[13:33] </w:t>
      </w:r>
      <w:r>
        <w:t>to Khuda ne is mein preservative ke taur par namak mila diya,</w:t>
      </w:r>
    </w:p>
    <w:p>
      <w:pPr>
        <w:jc w:val="right"/>
      </w:pPr>
      <w:r>
        <w:t>تو خدا نے اس میں پریزرویٹیو کے طور پر نمک ملا دیا،</w:t>
      </w:r>
    </w:p>
    <w:p>
      <w:r>
        <w:rPr>
          <w:b/>
        </w:rPr>
        <w:t xml:space="preserve">[13:39] </w:t>
      </w:r>
      <w:r>
        <w:t>preservative ke taur par salt mila diya. to samundaron mein jo pani hai, unka 10 percent salt hai,</w:t>
      </w:r>
    </w:p>
    <w:p>
      <w:pPr>
        <w:jc w:val="right"/>
      </w:pPr>
      <w:r>
        <w:t>پریزرویٹیو کے طور پر سالٹ ملا دیا۔ تو سمندروں میں جو پانی ہے، ان کا 10 پرسنٹ سالٹ ہے،</w:t>
      </w:r>
    </w:p>
    <w:p>
      <w:r>
        <w:rPr>
          <w:b/>
        </w:rPr>
        <w:t xml:space="preserve">[13:51] </w:t>
      </w:r>
      <w:r>
        <w:t>as a preservative. lekin insan salty pani ko to pee nahi sakta, istemal nahi kar sakta.</w:t>
      </w:r>
    </w:p>
    <w:p>
      <w:pPr>
        <w:jc w:val="right"/>
      </w:pPr>
      <w:r>
        <w:t>ایز ا پریزرویٹیو۔ لیکن انسان سالٹی پانی کو تو پی نہیں سکتا، استعمال نہیں کر سکتا۔</w:t>
      </w:r>
    </w:p>
    <w:p>
      <w:r>
        <w:rPr>
          <w:b/>
        </w:rPr>
        <w:t xml:space="preserve">[14:00] </w:t>
      </w:r>
      <w:r>
        <w:t>to kya ho? to phir kya hua ke aasman upar se suraj ki garmi aati hai, samundaron par</w:t>
      </w:r>
    </w:p>
    <w:p>
      <w:pPr>
        <w:jc w:val="right"/>
      </w:pPr>
      <w:r>
        <w:t>تو کیا ہو؟ تو پھر کیا ہوا کہ آسمان اوپر سے سورج کی گرمی آتی ہے، سمندروں پر</w:t>
      </w:r>
    </w:p>
    <w:p>
      <w:r>
        <w:rPr>
          <w:b/>
        </w:rPr>
        <w:t xml:space="preserve">[14:10] </w:t>
      </w:r>
      <w:r>
        <w:t>garmi se pani kholta hai, bhap ban kar urta hai. ab nature ne la kya rakha hai wahan par? nature la hai ke pani lighter hai, silt aur salt heavier hai.</w:t>
      </w:r>
    </w:p>
    <w:p>
      <w:pPr>
        <w:jc w:val="right"/>
      </w:pPr>
      <w:r>
        <w:t>گرمی سے پانی کھولتا ہے، بھاپ بن کر اڑتا ہے۔ اب نیچر نے لا کیا رکھا ہے وہاں پر؟ نیچر لا ہے کہ پانی لائٹر ہے، سلٹ اور سالٹ ہیویئر ہے۔</w:t>
      </w:r>
    </w:p>
    <w:p>
      <w:r>
        <w:rPr>
          <w:b/>
        </w:rPr>
        <w:t xml:space="preserve">[14:26] </w:t>
      </w:r>
      <w:r>
        <w:t>to heavy hone ki wajah se salt neeche reh jata hai, aur light hone ki wajah se pani upar chala jata hai.</w:t>
      </w:r>
    </w:p>
    <w:p>
      <w:pPr>
        <w:jc w:val="right"/>
      </w:pPr>
      <w:r>
        <w:t>تو ہیوی ہونے کی وجہ سے سالٹ نیچے رہ جاتا ہے، اور لائٹ ہونے کی وجہ سے پانی اوپر چلا جاتا ہے۔</w:t>
      </w:r>
    </w:p>
    <w:p>
      <w:r>
        <w:rPr>
          <w:b/>
        </w:rPr>
        <w:t xml:space="preserve">[14:34] </w:t>
      </w:r>
      <w:r>
        <w:t>ab upar ja kar ke wahan bohat hi ek khaas level par pahunch kar ke ek khaas process hota hai, ek natural process.</w:t>
      </w:r>
    </w:p>
    <w:p>
      <w:pPr>
        <w:jc w:val="right"/>
      </w:pPr>
      <w:r>
        <w:t>اب اوپر جا کر کے وہاں بہت ہی ایک خاص لیول پر پہنچ کر کے ایک خاص پروسیس ہوتا ہے، ایک نیچرل پروسیس۔</w:t>
      </w:r>
    </w:p>
    <w:p>
      <w:r>
        <w:rPr>
          <w:b/>
        </w:rPr>
        <w:t xml:space="preserve">[14:45] </w:t>
      </w:r>
      <w:r>
        <w:t>to phir pani dobara downpour hota hai, neeche aata hai. that is desalination. yeh hai natural desalination, yani namak ko alag kar ke fresh pani ko aap ko lotana.</w:t>
      </w:r>
    </w:p>
    <w:p>
      <w:pPr>
        <w:jc w:val="right"/>
      </w:pPr>
      <w:r>
        <w:t>تو پھر پانی دوبارہ ڈاؤن پور ہوتا ہے، نیچے آتا ہے۔ دیٹ از ڈی سیلینیشن۔ یہ ہے نیچرل ڈی سیلینیشن، یعنی نمک کو الگ کر کے فریش پانی کو آپ کو لوٹانا۔</w:t>
      </w:r>
    </w:p>
    <w:p>
      <w:r>
        <w:rPr>
          <w:b/>
        </w:rPr>
        <w:t xml:space="preserve">[15:01] </w:t>
      </w:r>
      <w:r>
        <w:t>ab insan ne yeh jana jis cheez ko insan pehle attribute karta tha rain god ki taraf, ab maloom hua ke woh ek natural process hai.</w:t>
      </w:r>
    </w:p>
    <w:p>
      <w:pPr>
        <w:jc w:val="right"/>
      </w:pPr>
      <w:r>
        <w:t>اب انسان نے یہ جانا جس چیز کو انسان پہلے ایٹریبیوٹ کرتا تھا رین گاڈ کی طرف، اب معلوم ہوا کہ وہ ایک نیچرل پروسیس ہے۔</w:t>
      </w:r>
    </w:p>
    <w:p>
      <w:r>
        <w:rPr>
          <w:b/>
        </w:rPr>
        <w:t xml:space="preserve">[15:13] </w:t>
      </w:r>
      <w:r>
        <w:t>to pehle aadmi ne dekhiye, traditional framework mein jana tha, apna aqeedah daryaft kiya tha.</w:t>
      </w:r>
    </w:p>
    <w:p>
      <w:pPr>
        <w:jc w:val="right"/>
      </w:pPr>
      <w:r>
        <w:t>تو پہلے آدمی نے دیکھیے، ٹریڈیشنل فریم ورک میں جانا تھا، اپنا عقیدہ دریافت کیا تھا۔</w:t>
      </w:r>
    </w:p>
    <w:p>
      <w:r>
        <w:rPr>
          <w:b/>
        </w:rPr>
        <w:t xml:space="preserve">[15:25] </w:t>
      </w:r>
      <w:r>
        <w:t>traditional framework ne traditional framework mein is ne apna aqeedah daryaft kiya tha ke yeh rain god hain jo pani barsate hain.</w:t>
      </w:r>
    </w:p>
    <w:p>
      <w:pPr>
        <w:jc w:val="right"/>
      </w:pPr>
      <w:r>
        <w:t>ٹریڈیشنل فریم ورک نے ٹریڈیشنل فریم ورک میں اس نے اپنا عقیدہ دریافت کیا تھا کہ یہ رین گاڈ ہیں جو پانی برساتے ہیں۔</w:t>
      </w:r>
    </w:p>
    <w:p>
      <w:r>
        <w:rPr>
          <w:b/>
        </w:rPr>
        <w:t xml:space="preserve">[15:37] </w:t>
      </w:r>
      <w:r>
        <w:t>ab jab zyada discovery hui, zyada daryaft hui to maloom kya hua ke yeh to process hai, ek natural process hai. to is tarah se traditional framework se insan aaya scientific framework ki taraf.</w:t>
      </w:r>
    </w:p>
    <w:p>
      <w:pPr>
        <w:jc w:val="right"/>
      </w:pPr>
      <w:r>
        <w:t>اب جب زیادہ ڈسکوری ہوئی، زیادہ دریافت ہوئی تو معلوم کیا ہوا کہ یہ تو پروسیس ہے، ایک نیچرل پروسیس ہے۔ تو اس طرح سے ٹریڈیشنل فریم ورک سے انسان آیا سائنٹیفک فریم ورک کی طرف۔</w:t>
      </w:r>
    </w:p>
    <w:p>
      <w:r>
        <w:rPr>
          <w:b/>
        </w:rPr>
        <w:t xml:space="preserve">[15:55] </w:t>
      </w:r>
      <w:r>
        <w:t>yeh</w:t>
      </w:r>
    </w:p>
    <w:p>
      <w:pPr>
        <w:jc w:val="right"/>
      </w:pPr>
      <w:r>
        <w:t>یہ</w:t>
      </w:r>
    </w:p>
    <w:p>
      <w:r>
        <w:rPr>
          <w:b/>
        </w:rPr>
        <w:t xml:space="preserve">[15:56] </w:t>
      </w:r>
      <w:r>
        <w:t>yeh journey hai jis mein ne kaha ke teen period hain, is teen period hain, yani yeh traditional period, scientific period, aur discovery period.</w:t>
      </w:r>
    </w:p>
    <w:p>
      <w:pPr>
        <w:jc w:val="right"/>
      </w:pPr>
      <w:r>
        <w:t>یہ جرنی ہے جس میں نے کہا کہ تین پیریڈ ہیں، اس تین پیریڈ ہیں، یعنی یہ ٹریڈیشنل پیریڈ، سائنٹیفک پیریڈ، اور ڈسکوری پیریڈ۔</w:t>
      </w:r>
    </w:p>
    <w:p>
      <w:r>
        <w:rPr>
          <w:b/>
        </w:rPr>
        <w:t xml:space="preserve">[16:11] </w:t>
      </w:r>
      <w:r>
        <w:t>to yeh bohat sare is tarah ki misalein hain, is ko aap add kar kar sakte hain is mein</w:t>
      </w:r>
    </w:p>
    <w:p>
      <w:pPr>
        <w:jc w:val="right"/>
      </w:pPr>
      <w:r>
        <w:t>تو یہ بہت سارے اس طرح کی مثالیں ہیں، اس کو آپ ایڈ کر کر سکتے ہیں اس میں</w:t>
      </w:r>
    </w:p>
    <w:p>
      <w:r>
        <w:rPr>
          <w:b/>
        </w:rPr>
        <w:t xml:space="preserve">[16:17] </w:t>
      </w:r>
      <w:r>
        <w:t>ke traditional period mein aadmi har cheez ka ek mysterious explanation nikalta tha, har cheez ka mysterious explanation, traditional explanation,</w:t>
      </w:r>
    </w:p>
    <w:p>
      <w:pPr>
        <w:jc w:val="right"/>
      </w:pPr>
      <w:r>
        <w:t>کہ ٹریڈیشنل پیریڈ میں آدمی ہر چیز کا ایک مسٹیریس ایکسپلینیشن نکالتا تھا، ہر چیز کا مسٹیریس ایکسپلینیشن، ٹریڈیشنل ایکسپلینیشن،</w:t>
      </w:r>
    </w:p>
    <w:p>
      <w:r>
        <w:rPr>
          <w:b/>
        </w:rPr>
        <w:t xml:space="preserve">[16:31] </w:t>
      </w:r>
      <w:r>
        <w:t>yahan tak ke superstitious explanation. yeh chalta raha, chalta raha, chalta raha. to Khuda jo hai, intervene nahi karta. Khuda chahta hai ke insan ke mind ko activate kare,</w:t>
      </w:r>
    </w:p>
    <w:p>
      <w:pPr>
        <w:jc w:val="right"/>
      </w:pPr>
      <w:r>
        <w:t>یہاں تک کہ سپریسٹیشیس ایکسپلینیشن۔ یہ چلتا رہا، چلتا رہا، چلتا رہا۔ تو خدا جو ہے، انٹروین نہیں کرتا۔ خدا چاہتا ہے کہ انسان کے مائنڈ کو ایکٹیویٹ کرے،</w:t>
      </w:r>
    </w:p>
    <w:p>
      <w:r>
        <w:rPr>
          <w:b/>
        </w:rPr>
        <w:t xml:space="preserve">[16:44] </w:t>
      </w:r>
      <w:r>
        <w:t>insan ke mind mein jo chupi hui cheez hai, us ko unfold kare, insan ke mind ka ko develop kare. yeh chahta hai Khuda.</w:t>
      </w:r>
    </w:p>
    <w:p>
      <w:pPr>
        <w:jc w:val="right"/>
      </w:pPr>
      <w:r>
        <w:t>انسان کے مائنڈ میں جو چھپی ہوئی چیز ہے، اس کو ان فولڈ کرے، انسان کے مائنڈ کا کو ڈیولپ کرے۔ یہ چاہتا ہے خدا۔</w:t>
      </w:r>
    </w:p>
    <w:p>
      <w:r>
        <w:rPr>
          <w:b/>
        </w:rPr>
        <w:t xml:space="preserve">[16:53] </w:t>
      </w:r>
      <w:r>
        <w:t>is wajah se insan ko Khuda ne opportunity to di hai, lekin karna khud insan ko hai. opportunity Khuda ne di hai, lekin karna khud insan ko hai.</w:t>
      </w:r>
    </w:p>
    <w:p>
      <w:pPr>
        <w:jc w:val="right"/>
      </w:pPr>
      <w:r>
        <w:t>اس وجہ سے انسان کو خدا نے اپرچونیٹی تو دی ہے، لیکن کرنا خود انسان کو ہے۔ اپرچونیٹی خدا نے دی ہے، لیکن کرنا خود انسان کو ہے۔</w:t>
      </w:r>
    </w:p>
    <w:p>
      <w:r>
        <w:rPr>
          <w:b/>
        </w:rPr>
        <w:t xml:space="preserve">[17:08] </w:t>
      </w:r>
      <w:r>
        <w:t>to is tarah ke ek lambe process ke baad insan pahuncha scientific period mein. bohat hi lamba process hai, bohat hi lamba process.</w:t>
      </w:r>
    </w:p>
    <w:p>
      <w:pPr>
        <w:jc w:val="right"/>
      </w:pPr>
      <w:r>
        <w:t>تو اس طرح کے ایک لمبے پروسیس کے بعد انسان پہنچا سائنٹیفک پیریڈ میں۔ بہت ہی لمبا پروسیس ہے، بہت ہی لمبا پروسیس۔</w:t>
      </w:r>
    </w:p>
    <w:p>
      <w:r>
        <w:rPr>
          <w:b/>
        </w:rPr>
        <w:t xml:space="preserve">[17:19] </w:t>
      </w:r>
      <w:r>
        <w:t>jab ke insan traditional period mein tha,</w:t>
      </w:r>
    </w:p>
    <w:p>
      <w:pPr>
        <w:jc w:val="right"/>
      </w:pPr>
      <w:r>
        <w:t>جب کہ انسان ٹریڈیشنل پیریڈ میں تھا،</w:t>
      </w:r>
    </w:p>
    <w:p>
      <w:r>
        <w:rPr>
          <w:b/>
        </w:rPr>
        <w:t xml:space="preserve">[17:24] </w:t>
      </w:r>
      <w:r>
        <w:t>asal mein kya hua ke Allah taala musalsal paighambar bhejte rahe taake insan nikle superstition se aur traditional soch se nikle bahar.</w:t>
      </w:r>
    </w:p>
    <w:p>
      <w:pPr>
        <w:jc w:val="right"/>
      </w:pPr>
      <w:r>
        <w:t>اصل میں کیا ہوا کہ اللہ تعالیٰ مسلسل پیغمبر بھیجتے رہے تاکہ انسان نکلے سپریسٹیشن سے اور ٹریڈیشنل سوچ سے نکلے باہر۔</w:t>
      </w:r>
    </w:p>
    <w:p>
      <w:r>
        <w:rPr>
          <w:b/>
        </w:rPr>
        <w:t xml:space="preserve">[17:37] </w:t>
      </w:r>
      <w:r>
        <w:t>to peghambar isi liye atay thay. lekin hua yeh ke insaan par shirk ka ghalba ho gaya. shirk ka matlab kya hai?</w:t>
      </w:r>
    </w:p>
    <w:p>
      <w:pPr>
        <w:jc w:val="right"/>
      </w:pPr>
      <w:r>
        <w:t>تو پیغمبر اسی لیے آتے تھے۔ لیکن ہوا یہ کہ انسان پر شرک کا غلبہ ہو گیا۔ شرک کا مطلب کیا ہے؟</w:t>
      </w:r>
    </w:p>
    <w:p>
      <w:r>
        <w:rPr>
          <w:b/>
        </w:rPr>
        <w:t xml:space="preserve">[17:47] </w:t>
      </w:r>
      <w:r>
        <w:t>shirk means nature worship.</w:t>
      </w:r>
    </w:p>
    <w:p>
      <w:pPr>
        <w:jc w:val="right"/>
      </w:pPr>
      <w:r>
        <w:t>شرک مینز نیچر ورشپ۔</w:t>
      </w:r>
    </w:p>
    <w:p>
      <w:r>
        <w:rPr>
          <w:b/>
        </w:rPr>
        <w:t xml:space="preserve">[17:52] </w:t>
      </w:r>
      <w:r>
        <w:t>shirk means nature worship, yani khalq ko khalq ki ibadat na kar ke nature ki ibadat karna.</w:t>
      </w:r>
    </w:p>
    <w:p>
      <w:pPr>
        <w:jc w:val="right"/>
      </w:pPr>
      <w:r>
        <w:t>شرک مینز نیچر ورشپ، یعنی خالق کو خالق کی عبادت نہ کر کے کیچر کی عبادت کرنا۔</w:t>
      </w:r>
    </w:p>
    <w:p>
      <w:r>
        <w:rPr>
          <w:b/>
        </w:rPr>
        <w:t xml:space="preserve">[18:04] </w:t>
      </w:r>
      <w:r>
        <w:t>yani khalq ki ibadat na kar ke sun ko poojna, moon ko poojna, mountain ko poojna, ocean ko poojna.</w:t>
      </w:r>
    </w:p>
    <w:p>
      <w:pPr>
        <w:jc w:val="right"/>
      </w:pPr>
      <w:r>
        <w:t>یعنی خالق کی عبادت نہ کر کے سن کو پوجنا، مون کو پوجنا، ماؤنٹین کو پوجنا، اوشن کو پوجنا۔</w:t>
      </w:r>
    </w:p>
    <w:p>
      <w:r>
        <w:rPr>
          <w:b/>
        </w:rPr>
        <w:t xml:space="preserve">[18:16] </w:t>
      </w:r>
      <w:r>
        <w:t>to peghambar chahtay thay ke insaan niklay is se, lekin hazaron saal beet gaye, hazaron saal beet gaye, aur insaan jo hai, nikl nahi pata tha.</w:t>
      </w:r>
    </w:p>
    <w:p>
      <w:pPr>
        <w:jc w:val="right"/>
      </w:pPr>
      <w:r>
        <w:t>تو پیغمبر چاہتے تھے کہ انسان نکلے اس سے، لیکن ہزاروں سال بیت گئے، ہزاروں سال بیت گئے، اور انسان جو ہے، نکل نہیں پاتا تھا۔</w:t>
      </w:r>
    </w:p>
    <w:p>
      <w:r>
        <w:rPr>
          <w:b/>
        </w:rPr>
        <w:t xml:space="preserve">[18:28] </w:t>
      </w:r>
      <w:r>
        <w:t>ghoom phir kar ke isi framework mein rehta tha. to traditional framework jo hai, bohat lamba ho gaya, bohat lamba ho gaya, kyunke yeh yeh aik tarah ka mental block bana raha hai.</w:t>
      </w:r>
    </w:p>
    <w:p>
      <w:pPr>
        <w:jc w:val="right"/>
      </w:pPr>
      <w:r>
        <w:t>گھوم پھر کر کے اسی فریم ورک میں رہتا تھا۔ تو ٹریڈیشنل فریم ورک جو ہے، بہت لمبا ہو گیا، بہت لمبا ہو گیا، کیونکہ یہ یہ ایک طرح کا مینٹل بلاک بنا رہا ہے۔</w:t>
      </w:r>
    </w:p>
    <w:p>
      <w:r>
        <w:rPr>
          <w:b/>
        </w:rPr>
        <w:t xml:space="preserve">[18:41] </w:t>
      </w:r>
      <w:r>
        <w:t>shirk jo hai, mental block bana raha hai</w:t>
      </w:r>
    </w:p>
    <w:p>
      <w:pPr>
        <w:jc w:val="right"/>
      </w:pPr>
      <w:r>
        <w:t>شرک جو ہے، مینٹل بلاک بنا رہا ہے</w:t>
      </w:r>
    </w:p>
    <w:p>
      <w:r>
        <w:rPr>
          <w:b/>
        </w:rPr>
        <w:t xml:space="preserve">[18:45] </w:t>
      </w:r>
      <w:r>
        <w:t>ke tode aadmi is ko nature ko explore kare. aap jab nature ko worship karein to usi time aap nature ko explore nahi kar sakte.</w:t>
      </w:r>
    </w:p>
    <w:p>
      <w:pPr>
        <w:jc w:val="right"/>
      </w:pPr>
      <w:r>
        <w:t>کہ توڑے آدمی اس کو نیچر کو ایکسپلور کرے۔ آپ جب نیچر کو ورشپ کریں تو اسی ٹائم آپ نیچر کو ایکسپلور نہیں کر سکتے۔</w:t>
      </w:r>
    </w:p>
    <w:p>
      <w:r>
        <w:rPr>
          <w:b/>
        </w:rPr>
        <w:t xml:space="preserve">[18:58] </w:t>
      </w:r>
      <w:r>
        <w:t>yeh bohat hi moti si baat hai, common sense ki baat hai ke jis cheez ko aap worship kar rahay hon, usi ko usi waqt aap, yani jis cheez ko aap ne bana rakha ho, object of worship, usi ko aap object of investigation nahi bana sakte.</w:t>
      </w:r>
    </w:p>
    <w:p>
      <w:pPr>
        <w:jc w:val="right"/>
      </w:pPr>
      <w:r>
        <w:t>یہ بہت ہی موٹی سی بات ہے، کامن سینس کی بات ہے کہ جس چیز کو آپ ورشپ کر رہے ہوں، اسی کو اسی وقت آپ، یعنی جس چیز کو آپ نے بنا رکھا ہو، ابجیکٹ آف ورشپ، اسی کو آپ ابجیکٹ آف انویسٹیگیشن نہیں بنا سکتے۔</w:t>
      </w:r>
    </w:p>
    <w:p>
      <w:r>
        <w:rPr>
          <w:b/>
        </w:rPr>
        <w:t xml:space="preserve">[19:17] </w:t>
      </w:r>
      <w:r>
        <w:t>yeh common sense ki baat hai ke jis cheez ko aap ne object of worship bana rakha ho, usi ko usi time aap object of investigation nahi bana sakte.</w:t>
      </w:r>
    </w:p>
    <w:p>
      <w:pPr>
        <w:jc w:val="right"/>
      </w:pPr>
      <w:r>
        <w:t>یہ کامن سینس کی بات ہے کہ جس چیز کو آپ نے ابجیکٹ آف ورشپ بنا رکھا ہو، اسی کو اسی ٹائم آپ ابجیکٹ آف انویسٹیگیشن نہیں بنا سکتے۔</w:t>
      </w:r>
    </w:p>
    <w:p>
      <w:r>
        <w:rPr>
          <w:b/>
        </w:rPr>
        <w:t xml:space="preserve">[19:32] </w:t>
      </w:r>
      <w:r>
        <w:t>to yeh tha maamla shirk ki wajah se. shirk aik permanent obstacle bana hua tha nature ko explore karne ke rastay mein.</w:t>
      </w:r>
    </w:p>
    <w:p>
      <w:pPr>
        <w:jc w:val="right"/>
      </w:pPr>
      <w:r>
        <w:t>تو یہ تھا معاملہ شرک کی وجہ سے۔ شرک ایک پرماننٹ ابسٹیکل بنا ہوا تھا نیچر کو ایکسپلور کرنے کے راستے میں۔</w:t>
      </w:r>
    </w:p>
    <w:p>
      <w:r>
        <w:rPr>
          <w:b/>
        </w:rPr>
        <w:t xml:space="preserve">[19:44] </w:t>
      </w:r>
      <w:r>
        <w:t>yeh tareekh chalti rahi, prophet atay rahay, log shirk ko chorne par tayyar nahi hue, bohat thore se logon ko chor kar, yahan tak ke final prophet Allah taala ne bheja, yani Muhammad (SAW) ko.</w:t>
      </w:r>
    </w:p>
    <w:p>
      <w:pPr>
        <w:jc w:val="right"/>
      </w:pPr>
      <w:r>
        <w:t>یہ تاریخ چلتی رہی، پرافٹ آتے رہے، لوگ شرک کو چھوڑنے پر تیار نہیں ہوئے، بہت تھوڑے سے لوگوں کو چھوڑ کر، یہاں تک کہ فائنل پرافٹ اللہ تعالیٰ نے بھیجا، یعنی محمد صلی اللہ علیہ وسلم کو۔</w:t>
      </w:r>
    </w:p>
    <w:p>
      <w:r>
        <w:rPr>
          <w:b/>
        </w:rPr>
        <w:t xml:space="preserve">[19:59] </w:t>
      </w:r>
      <w:r>
        <w:t>to Allah taala ne yahan par intervene kiya.</w:t>
      </w:r>
    </w:p>
    <w:p>
      <w:pPr>
        <w:jc w:val="right"/>
      </w:pPr>
      <w:r>
        <w:t>تو اللہ تعالیٰ نے یہاں پر انٹروین کیا۔</w:t>
      </w:r>
    </w:p>
    <w:p>
      <w:r>
        <w:rPr>
          <w:b/>
        </w:rPr>
        <w:t xml:space="preserve">[20:03] </w:t>
      </w:r>
      <w:r>
        <w:t>yaad rakhiye, Allah taala history mein intervene nahi karta, history ko chalne deta hai, lekin baaz auqat jis ko kehtay hain emergency, agar paish aa jaye to wahan Allah taala intervene kartay hain.</w:t>
      </w:r>
    </w:p>
    <w:p>
      <w:pPr>
        <w:jc w:val="right"/>
      </w:pPr>
      <w:r>
        <w:t>یاد رکھیے، اللہ تعالیٰ ہسٹری میں انٹروین نہیں کرتا، ہسٹری کو چلنے دیتا ہے، لیکن بعض اوقات جس کو کہتے ہیں ایمرجنسی، اگر پیش آ جائے تو وہاں اللہ تعالیٰ انٹروین کرتے ہیں۔</w:t>
      </w:r>
    </w:p>
    <w:p>
      <w:r>
        <w:rPr>
          <w:b/>
        </w:rPr>
        <w:t xml:space="preserve">[20:20] </w:t>
      </w:r>
      <w:r>
        <w:t>jab koi bohat hi ziyada crashes aa jaye, koi emergency aa jaye to wahan Allah taala intervene kartay hain.</w:t>
      </w:r>
    </w:p>
    <w:p>
      <w:pPr>
        <w:jc w:val="right"/>
      </w:pPr>
      <w:r>
        <w:t>جب کوئی بہت ہی زیادہ کریشز آ جائے، کوئی ایمرجنسی آ جائے تو وہاں اللہ تعالیٰ انٹروین کرتے ہیں۔</w:t>
      </w:r>
    </w:p>
    <w:p>
      <w:r>
        <w:rPr>
          <w:b/>
        </w:rPr>
        <w:t xml:space="preserve">[20:29] </w:t>
      </w:r>
      <w:r>
        <w:t>to yeh jab dekha Allah taala ne ke shirk khatam nahi ho raha hai, nature ko explore nahi kar rahay log, nature mein jo hidden cheezein hain, woh daryaft hi kar rahay hain, sari civilization chupi pari hai.</w:t>
      </w:r>
    </w:p>
    <w:p>
      <w:pPr>
        <w:jc w:val="right"/>
      </w:pPr>
      <w:r>
        <w:t>تو یہ جب دیکھا اللہ تعالیٰ نے کہ شرک ختم نہیں ہو رہا ہے، نیچر کو ایکسپلور نہیں کر رہے ہیں لوگ، نیچر میں جو ہڈن چیزیں ہیں، وہ دریافت ہی کر رہے ہیں، ساری سویلائزیشن چھپی پڑی ہے۔</w:t>
      </w:r>
    </w:p>
    <w:p>
      <w:r>
        <w:rPr>
          <w:b/>
        </w:rPr>
        <w:t xml:space="preserve">[20:46] </w:t>
      </w:r>
      <w:r>
        <w:t>yani doosra lafz to yeh hai ke zameen o asman ko jo gawah banaya tha Allah taala ne, to un ko bolnay ka mauqa nahi diya ja raha hai.</w:t>
      </w:r>
    </w:p>
    <w:p>
      <w:pPr>
        <w:jc w:val="right"/>
      </w:pPr>
      <w:r>
        <w:t>یعنی دوسرا لفظ تو یہ ہے کہ زمین و آسمان کو جو گواہ بنایا تھا اللہ تعالیٰ نے، تو ان کو بولنے کا موقع نہیں دیا جا رہا ہے۔</w:t>
      </w:r>
    </w:p>
    <w:p>
      <w:r>
        <w:rPr>
          <w:b/>
        </w:rPr>
        <w:t xml:space="preserve">[20:55] </w:t>
      </w:r>
      <w:r>
        <w:t>zameen o asman mein jo jo nishaniyan hain, jo signs hain, jo Khuda ki baatein hain, woh sab chupi pari hain, kyunke woh science ke zariye woh cheez disclose honay wali thi.</w:t>
      </w:r>
    </w:p>
    <w:p>
      <w:pPr>
        <w:jc w:val="right"/>
      </w:pPr>
      <w:r>
        <w:t>زمین و آسمان میں جو جو نشانیاں ہیں، جو سائنز ہیں، جو خدا کی باتیں ہیں، وہ سب چھپی پڑی ہیں، کیونکہ وہ سائنس کے ذریعے وہ چیز ڈسکلوز ہونے والی تھی۔</w:t>
      </w:r>
    </w:p>
    <w:p>
      <w:r>
        <w:rPr>
          <w:b/>
        </w:rPr>
        <w:t xml:space="preserve">[21:10] </w:t>
      </w:r>
      <w:r>
        <w:t>jo Allah taala ne bataya tha ke zameen o asman gawah hain, is ka matlab yeh tha ke zameen o asman yeh sab kuch hum ne rakh diya hai, tum is ko explore kar ke jano, un ko explore kar ke jano.</w:t>
      </w:r>
    </w:p>
    <w:p>
      <w:pPr>
        <w:jc w:val="right"/>
      </w:pPr>
      <w:r>
        <w:t>جو اللہ تعالیٰ نے بتایا تھا کہ زمین و آسمان گواہ ہیں، اس کا معنی یہ تھا کہ زمین و آسمان یہ سب کچھ ہم نے رکھ دیا ہے، تم اس کو ایکسپلور کر کے جانو، ان کو ایکسپلور کر کے جانو۔</w:t>
      </w:r>
    </w:p>
    <w:p>
      <w:r>
        <w:rPr>
          <w:b/>
        </w:rPr>
        <w:t xml:space="preserve">[21:25] </w:t>
      </w:r>
      <w:r>
        <w:t>to Allah taala ne dekha ke hazaron saal beet gaye, aur phir bhi zameen o asman ki woh sari cheezein hidden pari hui, hidden.</w:t>
      </w:r>
    </w:p>
    <w:p>
      <w:pPr>
        <w:jc w:val="right"/>
      </w:pPr>
      <w:r>
        <w:t>تو اللہ تعالیٰ نے دیکھا کہ ہزاروں سال بیت گئے، اور پھر بھی زمین و آسمان کی وہ ساری چیزیں ہڈن پڑی ہوئی، ہڈن۔</w:t>
      </w:r>
    </w:p>
    <w:p>
      <w:r>
        <w:rPr>
          <w:b/>
        </w:rPr>
        <w:t xml:space="preserve">[21:37] </w:t>
      </w:r>
      <w:r>
        <w:t>tab Allah taala ne intervene kiya. intervene yeh kiya ke Allah taala ne aik process chalaya, is process ke through aik team banai.</w:t>
      </w:r>
    </w:p>
    <w:p>
      <w:pPr>
        <w:jc w:val="right"/>
      </w:pPr>
      <w:r>
        <w:t>تب اللہ تعالیٰ نے انٹروین کیا۔ انٹروین یہ کیا کہ اللہ تعالیٰ نے ایک پروسیس چلایا، اس پروسیس کے تھرو ایک ٹیم بنائی۔</w:t>
      </w:r>
    </w:p>
    <w:p>
      <w:r>
        <w:rPr>
          <w:b/>
        </w:rPr>
        <w:t xml:space="preserve">[21:49] </w:t>
      </w:r>
      <w:r>
        <w:t>yani Muhammad (SAW) pehle prophet hain jin ko specially aik team di gayi. is se pehle kisi prophet ke sath team nahi bani.</w:t>
      </w:r>
    </w:p>
    <w:p>
      <w:pPr>
        <w:jc w:val="right"/>
      </w:pPr>
      <w:r>
        <w:t>یعنی محمد صلی اللہ علیہ وسلم پہلے پرافٹ ہیں جن کو اسپیشلی ایک ٹیم دی گئی۔ اس سے پہلے کسی پرافٹ کے ساتھ ٹیم نہیں بنی۔</w:t>
      </w:r>
    </w:p>
    <w:p>
      <w:r>
        <w:rPr>
          <w:b/>
        </w:rPr>
        <w:t xml:space="preserve">[22:00] </w:t>
      </w:r>
      <w:r>
        <w:t>yeh aap jantay hain, Quran mein jo history di gayi hai mukhtalif prophets ki, us ko aap parhiye. kisi prophet ke sath koi strong team, koi bari team, koi bara group nahi bana jo revolution laye.</w:t>
      </w:r>
    </w:p>
    <w:p>
      <w:pPr>
        <w:jc w:val="right"/>
      </w:pPr>
      <w:r>
        <w:t>یہ آپ جانتے ہیں، قرآن میں جو ہسٹری دی گئی ہے مختلف پرافٹس کی، اس کو آپ پڑھیے۔ کسی پرافٹ کے ساتھ کوئی سٹرونگ ٹیم، کوئی بڑی ٹیم، کوئی بڑا گروپ نہیں بنا جو ریولوشن لائے۔</w:t>
      </w:r>
    </w:p>
    <w:p>
      <w:r>
        <w:rPr>
          <w:b/>
        </w:rPr>
        <w:t xml:space="preserve">[22:15] </w:t>
      </w:r>
      <w:r>
        <w:t>revolution</w:t>
      </w:r>
    </w:p>
    <w:p>
      <w:pPr>
        <w:jc w:val="right"/>
      </w:pPr>
      <w:r>
        <w:t>ریولوشن</w:t>
      </w:r>
    </w:p>
    <w:p>
      <w:r>
        <w:rPr>
          <w:b/>
        </w:rPr>
        <w:t xml:space="preserve">[22:17] </w:t>
      </w:r>
      <w:r>
        <w:t>, is ka matlab yeh hua ke pichlay prophet ke zamanay mein bhi wohi ideology of tauheed le kar prophet atay rahay,</w:t>
      </w:r>
    </w:p>
    <w:p>
      <w:pPr>
        <w:jc w:val="right"/>
      </w:pPr>
      <w:r>
        <w:t>، اس کا مطلب کیا ہوا کہ پچھلے پرافٹ کے زمانے میں بھی وہی آئیڈیالوجی آف توحید لے کر پرافٹ آتے رہے،</w:t>
      </w:r>
    </w:p>
    <w:p>
      <w:r>
        <w:rPr>
          <w:b/>
        </w:rPr>
        <w:t xml:space="preserve">[22:31] </w:t>
      </w:r>
      <w:r>
        <w:t>lekin ideology kabhi bhi revolution nahi bani. ideology hi tak baqi raha mamla.</w:t>
      </w:r>
    </w:p>
    <w:p>
      <w:pPr>
        <w:jc w:val="right"/>
      </w:pPr>
      <w:r>
        <w:t>لیکن آئیڈیالوجی کبھی بھی ریولوشن نہیں بنی۔ آئیڈیالوجی ہی تک باقی رہا معاملہ۔</w:t>
      </w:r>
    </w:p>
    <w:p>
      <w:r>
        <w:rPr>
          <w:b/>
        </w:rPr>
        <w:t xml:space="preserve">[22:40] </w:t>
      </w:r>
      <w:r>
        <w:t>to rasool Allah ke zamane mein jab team mili, aap ko ek zabardast team jis mein bohat hi, jo kaha jata hai, yani logon ne historian mante hain ke yeh yeh to group of heroes tha, woh us mein ek ek aadmi hero hua karta tha.</w:t>
      </w:r>
    </w:p>
    <w:p>
      <w:pPr>
        <w:jc w:val="right"/>
      </w:pPr>
      <w:r>
        <w:t>تو رسول اللہ کے زمانے میں جب ٹیم ملی، آپ کو ایک زبردست ٹیم جس میں بہت ہی، جو کہا جاتا ہے، یعنی لوگوں نے ہسٹورین مانتے ہیں کہ یہ یہ تو گروپ آف ہیروز تھا، وہ اس میں ایک ایک آدمی ہیرو ہوا کرتا تھا۔</w:t>
      </w:r>
    </w:p>
    <w:p>
      <w:r>
        <w:rPr>
          <w:b/>
        </w:rPr>
        <w:t xml:space="preserve">[23:00] </w:t>
      </w:r>
      <w:r>
        <w:t>to in logon ne ek bohat hi zyada struggle kar ke, bohat hi sacrifice kar ke</w:t>
      </w:r>
    </w:p>
    <w:p>
      <w:pPr>
        <w:jc w:val="right"/>
      </w:pPr>
      <w:r>
        <w:t>تو ان لوگوں نے ایک بہت ہی زیادہ سٹرگل کر کے، بہت ہی سیکریفائس کر کے</w:t>
      </w:r>
    </w:p>
    <w:p>
      <w:r>
        <w:rPr>
          <w:b/>
        </w:rPr>
        <w:t xml:space="preserve">[23:08] </w:t>
      </w:r>
      <w:r>
        <w:t>zamane ko badal diya,</w:t>
      </w:r>
    </w:p>
    <w:p>
      <w:pPr>
        <w:jc w:val="right"/>
      </w:pPr>
      <w:r>
        <w:t>زمانے کو بدل دیا،</w:t>
      </w:r>
    </w:p>
    <w:p>
      <w:r>
        <w:rPr>
          <w:b/>
        </w:rPr>
        <w:t xml:space="preserve">[23:10] </w:t>
      </w:r>
      <w:r>
        <w:t>is shirk ke, shirk ke, shirk ke culture ko ukhaad kar phenk diya.</w:t>
      </w:r>
    </w:p>
    <w:p>
      <w:pPr>
        <w:jc w:val="right"/>
      </w:pPr>
      <w:r>
        <w:t>اس شرک کے، شرک کے، شرک کے کلچر کو اکھاڑ کر پھینک دیا۔</w:t>
      </w:r>
    </w:p>
    <w:p>
      <w:r>
        <w:rPr>
          <w:b/>
        </w:rPr>
        <w:t xml:space="preserve">[23:19] </w:t>
      </w:r>
      <w:r>
        <w:t>muarikhin ne, yani yani historian ne is ko bana hai,</w:t>
      </w:r>
    </w:p>
    <w:p>
      <w:pPr>
        <w:jc w:val="right"/>
      </w:pPr>
      <w:r>
        <w:t>مؤرخین نے، یعنی یعنی ہسٹورین نے اس کو بانا ہے،</w:t>
      </w:r>
    </w:p>
    <w:p>
      <w:r>
        <w:rPr>
          <w:b/>
        </w:rPr>
        <w:t xml:space="preserve">[23:26] </w:t>
      </w:r>
      <w:r>
        <w:t>aur main ne apni kitabon mein kai references diye hain manne ke. misaal ke taur par ek historian ne kaha hai ke Islam change the course of human history,</w:t>
      </w:r>
    </w:p>
    <w:p>
      <w:pPr>
        <w:jc w:val="right"/>
      </w:pPr>
      <w:r>
        <w:t>اور میں نے اپنی کتابوں میں کئی ریفرنسز دیے ہیں ماننے کے۔ مثلاً ایک ہسٹورین نے کہا ہے کہ اسلام چینج دا کورس آف ہیومن ہسٹری،</w:t>
      </w:r>
    </w:p>
    <w:p>
      <w:r>
        <w:rPr>
          <w:b/>
        </w:rPr>
        <w:t xml:space="preserve">[23:41] </w:t>
      </w:r>
      <w:r>
        <w:t>ek naya zamana wapas aa gaya. zamane ke maani kya hain? shirk par base karta tha jo culture, woh hata diya gaya, aur tauheed par jo culture base karta tha, woh aaya.</w:t>
      </w:r>
    </w:p>
    <w:p>
      <w:pPr>
        <w:jc w:val="right"/>
      </w:pPr>
      <w:r>
        <w:t>ایک نیا زمانہ واپس آ گیا۔ زمانے کے معنی کیا ہیں؟ شرک پر بیس کرتا تھا جو کلچر، وہ ہٹا دیا گیا، اور توحید پر جو کلچر بیس کرتا تھا، وہ آیا۔</w:t>
      </w:r>
    </w:p>
    <w:p>
      <w:r>
        <w:rPr>
          <w:b/>
        </w:rPr>
        <w:t xml:space="preserve">[23:55] </w:t>
      </w:r>
      <w:r>
        <w:t>to kya hua? woh obstacle khatam ho gaya, mental block khatam ho gaya, aur phir log explore karne lage</w:t>
      </w:r>
    </w:p>
    <w:p>
      <w:pPr>
        <w:jc w:val="right"/>
      </w:pPr>
      <w:r>
        <w:t>تو کیا ہوا؟ وہ ابسٹیکل ختم ہو گیا، مینٹل بلاک ختم ہو گیا، اور پھر لوگ ایکسپلور کرنے لگے</w:t>
      </w:r>
    </w:p>
    <w:p>
      <w:r>
        <w:rPr>
          <w:b/>
        </w:rPr>
        <w:t xml:space="preserve">[24:04] </w:t>
      </w:r>
      <w:r>
        <w:t>science ko. science khud Islam ne direct to pehle hi paida ki hai, lekin indirect taur par woh Islam ka byproduct hai.</w:t>
      </w:r>
    </w:p>
    <w:p>
      <w:pPr>
        <w:jc w:val="right"/>
      </w:pPr>
      <w:r>
        <w:t>سائنس کو۔ سائنس خود اسلام نے ڈائریکٹ تو پہلے ہی پیدا کی ہے، لیکن ان ڈائریکٹ طور پر وہ اسلام کا بائی پروڈکٹ ہے۔</w:t>
      </w:r>
    </w:p>
    <w:p>
      <w:r>
        <w:rPr>
          <w:b/>
        </w:rPr>
        <w:t xml:space="preserve">[24:14] </w:t>
      </w:r>
      <w:r>
        <w:t>lekin main yeh nahi keh raha hoon ke science jo hai, isi tarah Islam se nikli, isi tarah namaz nikli hai. yeh main nahi keh raha hoon. yeh Islam se namaz nikli, haj nikla hai, aisi science bhi nikli hui hai.</w:t>
      </w:r>
    </w:p>
    <w:p>
      <w:pPr>
        <w:jc w:val="right"/>
      </w:pPr>
      <w:r>
        <w:t>لیکن میں یہ نہیں کہہ رہا ہوں کہ سائنس جو ہے، اسی طرح اسلام سے نکلی، اس طرح نماز نکلی ہے۔ یہ میں نہیں کہہ رہا ہوں۔ یہ اسلام سے نماز نکلی، حج نکلا ہے، ایسی سائنس بھی نکلی ہوئی ہے۔</w:t>
      </w:r>
    </w:p>
    <w:p>
      <w:r>
        <w:rPr>
          <w:b/>
        </w:rPr>
        <w:t xml:space="preserve">[24:28] </w:t>
      </w:r>
      <w:r>
        <w:t>main nahi yeh keh raha hoon.</w:t>
      </w:r>
    </w:p>
    <w:p>
      <w:pPr>
        <w:jc w:val="right"/>
      </w:pPr>
      <w:r>
        <w:t>میں نہیں یہ کہہ رہا ہوں۔</w:t>
      </w:r>
    </w:p>
    <w:p>
      <w:r>
        <w:rPr>
          <w:b/>
        </w:rPr>
        <w:t xml:space="preserve">[24:30] </w:t>
      </w:r>
      <w:r>
        <w:t>main yeh keh raha hoon ke Islam ka jo revolution tha, is revolution ka yeh byproduct tha jis ko hum kehte hain scientific era.</w:t>
      </w:r>
    </w:p>
    <w:p>
      <w:pPr>
        <w:jc w:val="right"/>
      </w:pPr>
      <w:r>
        <w:t>میں یہ کہہ رہا ہوں کہ اسلام کا جو ریولوشن تھا، اس ریولوشن کا یہ بائی پروڈکٹ تھا جس کو ہم کہتے ہیں سائنٹیفک ایرا۔</w:t>
      </w:r>
    </w:p>
    <w:p>
      <w:r>
        <w:rPr>
          <w:b/>
        </w:rPr>
        <w:t xml:space="preserve">[24:43] </w:t>
      </w:r>
      <w:r>
        <w:t>is scientific era ne pehli baar kya hai ke ek insaan ko naya framework diya. pehle jo framework tha, woh woh tha traditional framework.</w:t>
      </w:r>
    </w:p>
    <w:p>
      <w:pPr>
        <w:jc w:val="right"/>
      </w:pPr>
      <w:r>
        <w:t>اس سائنٹیفک ایرا نے پہلی بار کیا ہے کہ ایک انسان کو نیا فریم ورک دیا۔ پہلے جو فریم ورک تھا، وہ وہ تھا ٹریڈیشنل فریم ورک۔</w:t>
      </w:r>
    </w:p>
    <w:p>
      <w:r>
        <w:rPr>
          <w:b/>
        </w:rPr>
        <w:t xml:space="preserve">[24:55] </w:t>
      </w:r>
      <w:r>
        <w:t>traditional framework mein insaan jo hai, bohat hi limited way mein soch pata tha, bohat hi limited way mein. jaisa ke misaal deta hoon main ke insaan dekhta tha ke ke suraj hai aur chand hai.</w:t>
      </w:r>
    </w:p>
    <w:p>
      <w:pPr>
        <w:jc w:val="right"/>
      </w:pPr>
      <w:r>
        <w:t>ٹریڈیشنل فریم ورک میں انسان جو ہے، بہت ہی لمیٹڈ وے میں سوچ پاتا تھا، بہت ہی لمیٹڈ وے میں۔ جیسا کہ مثال دیتا ہوں میں کہ انسان دیکھتا تھا کہ کہ سورج ہے اور چاند ہے۔</w:t>
      </w:r>
    </w:p>
    <w:p>
      <w:r>
        <w:rPr>
          <w:b/>
        </w:rPr>
        <w:t xml:space="preserve">[25:12] </w:t>
      </w:r>
      <w:r>
        <w:t>bas itni jaanta tha woh.</w:t>
      </w:r>
    </w:p>
    <w:p>
      <w:pPr>
        <w:jc w:val="right"/>
      </w:pPr>
      <w:r>
        <w:t>بس اتنی جانتا تھا وہ۔</w:t>
      </w:r>
    </w:p>
    <w:p>
      <w:r>
        <w:rPr>
          <w:b/>
        </w:rPr>
        <w:t xml:space="preserve">[25:14] </w:t>
      </w:r>
      <w:r>
        <w:t>ab hum jo jab insaan ne telescope banai, aap jante hain ke sab se pehle telescope istemal ki Galileo ne, phir Pilopper observatory bani Britain mein, phir America mein Hubble observatory bani.</w:t>
      </w:r>
    </w:p>
    <w:p>
      <w:pPr>
        <w:jc w:val="right"/>
      </w:pPr>
      <w:r>
        <w:t>اب ہم جو جب انسان نے ٹیلیسکوپ بنائی، آپ جانتے ہیں کہ سب سے پہلے ٹیلیسکوپ استعمال کی گلیلیو نے، پھر پیلوپر ابزرویٹری بنی برٹن میں، پھر امریکہ میں ہبل ابزرویٹری بنی۔</w:t>
      </w:r>
    </w:p>
    <w:p>
      <w:r>
        <w:rPr>
          <w:b/>
        </w:rPr>
        <w:t xml:space="preserve">[25:31] </w:t>
      </w:r>
      <w:r>
        <w:t>to bohat zyada door tak is ko mushahida kiya gaya, bohat zyada door tak galaxy ko dekha gaya, aur kya kya cheezein dekhi gayin.</w:t>
      </w:r>
    </w:p>
    <w:p>
      <w:pPr>
        <w:jc w:val="right"/>
      </w:pPr>
      <w:r>
        <w:t>تو بہت زیادہ دور تک اس کو مشاہدہ کیا گیا، بہت زیادہ دور تک گلیکسی کو دیکھا گیا، اور کیا کیا چیزیں دیکھی گئیں۔</w:t>
      </w:r>
    </w:p>
    <w:p>
      <w:r>
        <w:rPr>
          <w:b/>
        </w:rPr>
        <w:t xml:space="preserve">[25:45] </w:t>
      </w:r>
      <w:r>
        <w:t>to maloom hua ke ek solar system hai, is solar system ka ek planet hai hamari zameen. to ab framework kitna badh gaya?</w:t>
      </w:r>
    </w:p>
    <w:p>
      <w:pPr>
        <w:jc w:val="right"/>
      </w:pPr>
      <w:r>
        <w:t>تو معلوم ہوا کہ ایک سولر سسٹم ہے، اس سولر سسٹم کا ایک پلینٹ ہے ہماری زمین۔ تو اب فریم ورک کتنا بڑھ گیا؟</w:t>
      </w:r>
    </w:p>
    <w:p>
      <w:r>
        <w:rPr>
          <w:b/>
        </w:rPr>
        <w:t xml:space="preserve">[25:55] </w:t>
      </w:r>
      <w:r>
        <w:t>aap ghor kijiye,</w:t>
      </w:r>
    </w:p>
    <w:p>
      <w:pPr>
        <w:jc w:val="right"/>
      </w:pPr>
      <w:r>
        <w:t>آپ غور کیجئے،</w:t>
      </w:r>
    </w:p>
    <w:p>
      <w:r>
        <w:rPr>
          <w:b/>
        </w:rPr>
        <w:t xml:space="preserve">[25:59] </w:t>
      </w:r>
      <w:r>
        <w:t>kitna badh gaya. mera apna ehsaas hai ke Quran ki ek ayat jo hai, woh ghaleban solar system hi ke bare mein hai. Quran mein hai ke falaan aqsam bimawaqe'e nujoom.</w:t>
      </w:r>
    </w:p>
    <w:p>
      <w:pPr>
        <w:jc w:val="right"/>
      </w:pPr>
      <w:r>
        <w:t>کتنا بڑھ گیا۔ میرا اپنا احساس ہے کہ قرآن کی ایک آیت جو ہے، وہ غالباً سولر سسٹم ہی کے بارے میں ہے۔ قرآن میں ہے کہ فلاں اقسم بمواقع نجوم۔</w:t>
      </w:r>
    </w:p>
    <w:p>
      <w:r>
        <w:rPr>
          <w:b/>
        </w:rPr>
        <w:t xml:space="preserve">[26:12] </w:t>
      </w:r>
      <w:r>
        <w:t>Quran mein mawaqe'e nujoom ko ek gawah ke taur par pesh kiya gaya hai. mawaqe'e nujoom ke maani hain, yani positioning of stars.</w:t>
      </w:r>
    </w:p>
    <w:p>
      <w:pPr>
        <w:jc w:val="right"/>
      </w:pPr>
      <w:r>
        <w:t>قرآن میں مواقع نجوم کو ایک گواہ کے طور پر پیش کیا گیا ہے۔ مواقع نجوم کے معنی ہیں، یعنی پوزیشننگ آف اسٹارز۔</w:t>
      </w:r>
    </w:p>
    <w:p>
      <w:r>
        <w:rPr>
          <w:b/>
        </w:rPr>
        <w:t xml:space="preserve">[26:25] </w:t>
      </w:r>
      <w:r>
        <w:t>positioning of star, yani stars ke ke jo majmooe hain, un ko kis tarah se space mein Khuda ne qaim kiya hai.</w:t>
      </w:r>
    </w:p>
    <w:p>
      <w:pPr>
        <w:jc w:val="right"/>
      </w:pPr>
      <w:r>
        <w:t>پوزیشننگ آف اسٹار، یعنی اسٹارز کے کے جو مجموعے ہیں، ان کو کس طرح سے اسپیس میں خدا نے قائم کیا ہے۔</w:t>
      </w:r>
    </w:p>
    <w:p>
      <w:r>
        <w:rPr>
          <w:b/>
        </w:rPr>
        <w:t xml:space="preserve">[26:35] </w:t>
      </w:r>
      <w:r>
        <w:t>to mera apna khayal yeh hai ke yahan is ayat mein falaan aqsam bimawaqe'e nujoom se murad hai solar system mein jo hamare sayare hain, hamare planets hain, un ki taraf ishara hai.</w:t>
      </w:r>
    </w:p>
    <w:p>
      <w:pPr>
        <w:jc w:val="right"/>
      </w:pPr>
      <w:r>
        <w:t>تو میرا اپنا خیال یہ ہے کہ یہاں اس آیت میں فلاں اقسم بمواقع نجوم سے مراد ہے سولر سسٹم میں جو ہمارے سیارے ہیں، ہمارے پلینٹس ہیں، ان کی طرف اشارہ ہے۔</w:t>
      </w:r>
    </w:p>
    <w:p>
      <w:r>
        <w:rPr>
          <w:b/>
        </w:rPr>
        <w:t xml:space="preserve">[26:49] </w:t>
      </w:r>
      <w:r>
        <w:t>to abhi main ek kitab padh raha tha, us mein bataya us ne ke ek bohat hi badi galaxy hai, bohat hi badi galaxy hai. us mein hamara poora poora solar system hai.</w:t>
      </w:r>
    </w:p>
    <w:p>
      <w:pPr>
        <w:jc w:val="right"/>
      </w:pPr>
      <w:r>
        <w:t>تو ابھی میں ایک کتاب پڑھ رہا تھا، اس میں بتایا اس نے کہ ایک بہت ہی بڑی گلیکسی ہے، بہت ہی بڑی گلیکسی ہے۔ اس میں ہمارا پورا پورا سولر سسٹم ہے۔</w:t>
      </w:r>
    </w:p>
    <w:p>
      <w:r>
        <w:rPr>
          <w:b/>
        </w:rPr>
        <w:t xml:space="preserve">[27:00] </w:t>
      </w:r>
      <w:r>
        <w:t>woh galaxy aik plate ki manind hai, bohat bari plate</w:t>
      </w:r>
    </w:p>
    <w:p>
      <w:pPr>
        <w:jc w:val="right"/>
      </w:pPr>
      <w:r>
        <w:t>وہ گلیکسی ایک پلیٹ کی مانند ہے، بہت بڑی پلیٹ</w:t>
      </w:r>
    </w:p>
    <w:p>
      <w:r>
        <w:rPr>
          <w:b/>
        </w:rPr>
        <w:t xml:space="preserve">[27:04] </w:t>
      </w:r>
      <w:r>
        <w:t>space mein aik bohat hi plate ki manind phaili hui hai. is mein hamara solar system poora ka poora hai, lekin kahan hai?</w:t>
      </w:r>
    </w:p>
    <w:p>
      <w:pPr>
        <w:jc w:val="right"/>
      </w:pPr>
      <w:r>
        <w:t>۔ اسپیس میں ایک بہت ہی پلیٹ کی مانند پھیلی ہوئی ہے۔ اس میں ہمارا سولر سسٹم پورا کا پورا ہے، لیکن کہاں ہے؟</w:t>
      </w:r>
    </w:p>
    <w:p>
      <w:r>
        <w:rPr>
          <w:b/>
        </w:rPr>
        <w:t xml:space="preserve">[27:14] </w:t>
      </w:r>
      <w:r>
        <w:t>woh corner par hai. bohat hi ajeeb baat hai yeh. solar system agar hota center mein to center jo hai, stable hot hai, bohat hi dangerous place hai rehne ke liye.</w:t>
      </w:r>
    </w:p>
    <w:p>
      <w:pPr>
        <w:jc w:val="right"/>
      </w:pPr>
      <w:r>
        <w:t>وہ کارنر پر ہے۔ بہت ہی عجیب بات ہے یہ۔ سولر سسٹم اگر ہوتا سینٹر میں تو سینٹر جو ہے، سٹیبل ہاٹ ہے، بہت ہی ڈینجرس پلیس ہے رہنے کے لیے۔</w:t>
      </w:r>
    </w:p>
    <w:p>
      <w:r>
        <w:rPr>
          <w:b/>
        </w:rPr>
        <w:t xml:space="preserve">[27:29] </w:t>
      </w:r>
      <w:r>
        <w:t>hum is ke center mein, galaxy ke center mein reh nahi sakte thay.</w:t>
      </w:r>
    </w:p>
    <w:p>
      <w:pPr>
        <w:jc w:val="right"/>
      </w:pPr>
      <w:r>
        <w:t>ہم اس کے سینٹر میں، گلیکسی کے سینٹر میں رہ نہیں سکتے تھے۔</w:t>
      </w:r>
    </w:p>
    <w:p>
      <w:r>
        <w:rPr>
          <w:b/>
        </w:rPr>
        <w:t xml:space="preserve">[27:35] </w:t>
      </w:r>
      <w:r>
        <w:t>to khuda ne is ko corner par rakh diya to hum safe tor par wahan reh sakte hain. isi ko ghaliban quran mein kaha gaya falan aqsim bama waqe najoom, yani positioning jo hai, positioning stars ki aur planet ki, woh gawah hai ke is kainaat ke aik khuda hai, aik planer hai, aik designer hai.</w:t>
      </w:r>
    </w:p>
    <w:p>
      <w:pPr>
        <w:jc w:val="right"/>
      </w:pPr>
      <w:r>
        <w:t>تو خدا نے اس کو کارنر پر رکھ دیا تو ہم سیف طور پر وہاں رہ سکتے ہیں۔ اسی کو غالباً قرآن میں کہا گیا فلاں اقسم بمواقع نجوم، یعنی پوزیشننگ جو ہے، پوزیشننگ اسٹارز کی اور پلینٹ کی، وہ گواہ ہے کہ اس کائنات کے ایک خدا ہے، ایک پلینر ہے، ایک ڈیزائنر ہے۔</w:t>
      </w:r>
    </w:p>
    <w:p>
      <w:r>
        <w:rPr>
          <w:b/>
        </w:rPr>
        <w:t xml:space="preserve">[27:56] </w:t>
      </w:r>
      <w:r>
        <w:t>to yeh kab maloom hua? yeh scientifi</w:t>
      </w:r>
    </w:p>
    <w:p>
      <w:pPr>
        <w:jc w:val="right"/>
      </w:pPr>
      <w:r>
        <w:t>تو یہ کب معلوم ہوا؟ یہ سائنٹیف</w:t>
      </w:r>
    </w:p>
    <w:p>
      <w:r>
        <w:rPr>
          <w:b/>
        </w:rPr>
        <w:t xml:space="preserve">[27:58] </w:t>
      </w:r>
      <w:r>
        <w:t>k daur mein maloom hua. to yeh mein yeh keh raha hoon ke insaan ko khuda ne paida kiya to us waqt woh sirf traditional way mein soch pata tha.</w:t>
      </w:r>
    </w:p>
    <w:p>
      <w:pPr>
        <w:jc w:val="right"/>
      </w:pPr>
      <w:r>
        <w:t>ک دور میں معلوم ہوا۔ تو یہ میں یہ کہہ رہا ہوں کہ انسان کو خدا نے پیدا کیا تو اس وقت وہ صرف ٹریڈیشنل وے میں سوچ پاتا تھا۔</w:t>
      </w:r>
    </w:p>
    <w:p>
      <w:r>
        <w:rPr>
          <w:b/>
        </w:rPr>
        <w:t xml:space="preserve">[28:09] </w:t>
      </w:r>
      <w:r>
        <w:t>khuda chahta tha ke scientific revolution aaye, cheezein khulein, cheezein disclose hon taake aadmi ko aik broader framework mile, jis ko mein kehta hoon scientific framework.</w:t>
      </w:r>
    </w:p>
    <w:p>
      <w:pPr>
        <w:jc w:val="right"/>
      </w:pPr>
      <w:r>
        <w:t>خدا چاہتا تھا کہ سائنٹیفک ریولوشن آئے، چیزیں کھلیں، چیزیں ڈسکلوز ہوں تاکہ آدمی کو ایک براڈر فریم ورک ملے، جس کو میں کہتا ہوں سائنٹیفک فریم ورک۔</w:t>
      </w:r>
    </w:p>
    <w:p>
      <w:r>
        <w:rPr>
          <w:b/>
        </w:rPr>
        <w:t xml:space="preserve">[28:22] </w:t>
      </w:r>
      <w:r>
        <w:t>to ziyada baaton ko jaan sake woh.</w:t>
      </w:r>
    </w:p>
    <w:p>
      <w:pPr>
        <w:jc w:val="right"/>
      </w:pPr>
      <w:r>
        <w:t>تو زیادہ باتوں کو جان سکے وہ۔</w:t>
      </w:r>
    </w:p>
    <w:p>
      <w:r>
        <w:rPr>
          <w:b/>
        </w:rPr>
        <w:t xml:space="preserve">[28:28] </w:t>
      </w:r>
      <w:r>
        <w:t>ab mein aata hoon yahan ke scientific framework jab paida hua to kya hua? dekhiye, newton ko maana jata hai ke woh modern science ka father, father of modern science hai.</w:t>
      </w:r>
    </w:p>
    <w:p>
      <w:pPr>
        <w:jc w:val="right"/>
      </w:pPr>
      <w:r>
        <w:t>اب میں آتا ہوں یہاں کہ سائنٹیفک فریم ورک جب پیدا ہوا تو کیا ہوا؟ دیکھیے، نیوٹن کو مانا جاتا ہے کہ وہ ماڈرن سائنس کا فادر، فادر آف ماڈرن سائنس ہے۔</w:t>
      </w:r>
    </w:p>
    <w:p>
      <w:r>
        <w:rPr>
          <w:b/>
        </w:rPr>
        <w:t xml:space="preserve">[28:42] </w:t>
      </w:r>
      <w:r>
        <w:t>newton jo hai, woh father of modern science hai. newton ne kya bataya? 400 saal pehle ka zamana hai newton ka.</w:t>
      </w:r>
    </w:p>
    <w:p>
      <w:pPr>
        <w:jc w:val="right"/>
      </w:pPr>
      <w:r>
        <w:t>نیوٹن جو ہے، وہ فادر آف ماڈرن سائنس ہے۔ نیوٹن نے کیا بتایا؟ 400 سال پہلے کا زمانہ ہے نیوٹن کا۔</w:t>
      </w:r>
    </w:p>
    <w:p>
      <w:r>
        <w:rPr>
          <w:b/>
        </w:rPr>
        <w:t xml:space="preserve">[28:53] </w:t>
      </w:r>
      <w:r>
        <w:t>newton ki death hui thi 1727 mein, yani 1727 ke death hui hai 1727 mein, yani 400 saal pehle ka zamana hai newton ka.</w:t>
      </w:r>
    </w:p>
    <w:p>
      <w:pPr>
        <w:jc w:val="right"/>
      </w:pPr>
      <w:r>
        <w:t>نیوٹن کی ڈیتھ ہوئی تھی 1727 میں، یعنی 1727 کہ ڈیتھ ہوئی ہے 1727 میں، یعنی 400 سال پہلے کا زمانہ ہے نیوٹن کا۔</w:t>
      </w:r>
    </w:p>
    <w:p>
      <w:r>
        <w:rPr>
          <w:b/>
        </w:rPr>
        <w:t xml:space="preserve">[29:07] </w:t>
      </w:r>
      <w:r>
        <w:t>us waqt us ne kya bataya? us ne bataya ke matter is the building block of of universe.</w:t>
      </w:r>
    </w:p>
    <w:p>
      <w:pPr>
        <w:jc w:val="right"/>
      </w:pPr>
      <w:r>
        <w:t>اس وقت اس نے کیا بتایا؟ اس نے بتایا کہ میٹر از دا بلنگ بلاک آف اس آف یونیورس۔</w:t>
      </w:r>
    </w:p>
    <w:p>
      <w:r>
        <w:rPr>
          <w:b/>
        </w:rPr>
        <w:t xml:space="preserve">[29:19] </w:t>
      </w:r>
      <w:r>
        <w:t>matter is the building block of universe.</w:t>
      </w:r>
    </w:p>
    <w:p>
      <w:pPr>
        <w:jc w:val="right"/>
      </w:pPr>
      <w:r>
        <w:t>میٹر از دا بلنگ بلاک آف یونیورس۔</w:t>
      </w:r>
    </w:p>
    <w:p>
      <w:r>
        <w:rPr>
          <w:b/>
        </w:rPr>
        <w:t xml:space="preserve">[29:22] </w:t>
      </w:r>
      <w:r>
        <w:t>yeh newton ne kaha. yani science se science shuru hoti hai. jab science enter hui study mein to pehli discovery jo hui, pehli discovery newton ke zariye se,</w:t>
      </w:r>
    </w:p>
    <w:p>
      <w:pPr>
        <w:jc w:val="right"/>
      </w:pPr>
      <w:r>
        <w:t>یہ نیوٹن نے کہا۔ یعنی سائنس سے سائنس شروع ہوتی ہے۔ جب سائنس انٹر ہوئی اسٹڈی میں تو پہلی ڈسکوری جو ہوئی، پہلی ڈسکوری نیوٹن کے ذریعے سے،</w:t>
      </w:r>
    </w:p>
    <w:p>
      <w:r>
        <w:rPr>
          <w:b/>
        </w:rPr>
        <w:t xml:space="preserve">[29:37] </w:t>
      </w:r>
      <w:r>
        <w:t>us waqt us ne bataya duniya ko, yeh khabar di ke matter is the building block of universe. yeh sab kuch matter se bana hai, sab kuch matter se bana hai, sab kuch matter se bana hai.</w:t>
      </w:r>
    </w:p>
    <w:p>
      <w:pPr>
        <w:jc w:val="right"/>
      </w:pPr>
      <w:r>
        <w:t>اس وقت اس نے بتایا دنیا کو، یہ خبر دی کہ میٹر از دا بلڈنگ بلاک آف یونیورس۔ یہ سب کچھ میٹر سے بنا ہے، سب کچھ میٹر سے بنا ہے، سب کچھ میٹر سے بنا ہے۔</w:t>
      </w:r>
    </w:p>
    <w:p>
      <w:r>
        <w:rPr>
          <w:b/>
        </w:rPr>
        <w:t xml:space="preserve">[29:51] </w:t>
      </w:r>
      <w:r>
        <w:t>isi se atheism nikla. yani atheism jo thay, atheist jo thay, unhone hijack kar liya is nazariye ko. atheist were hijacker.</w:t>
      </w:r>
    </w:p>
    <w:p>
      <w:pPr>
        <w:jc w:val="right"/>
      </w:pPr>
      <w:r>
        <w:t>اسی سے اتھیزم نکلا۔ یعنی اتھیزم جو تھے، اتھیسٹ جو تھے، انہوں نے ہائی جیک کر لیا اس نظریے کو۔ اتھیسٹ ویر ہائی جیکر۔</w:t>
      </w:r>
    </w:p>
    <w:p>
      <w:r>
        <w:rPr>
          <w:b/>
        </w:rPr>
        <w:t xml:space="preserve">[30:03] </w:t>
      </w:r>
      <w:r>
        <w:t>yani science ne atheism nahi paida kiya, kuch atheist thay, unhone hijack kar ke is ko istemal kiya aur kaha ke ke phir to khuda ki zaroorat hi nahi hai, sab kuch matter se ho raha hai.</w:t>
      </w:r>
    </w:p>
    <w:p>
      <w:pPr>
        <w:jc w:val="right"/>
      </w:pPr>
      <w:r>
        <w:t>یعنی سائنس نے اتھیزم نہیں پیدا کیا، کچھ اتھیسٹ تھے، انہوں نے ہائی جیک کر کے اس کو استعمال کیا اور کہا کہ کہ پھر تو خدا کی ضرورت ہی نہیں ہے، سب کچھ میٹر سے ہو رہا ہے۔</w:t>
      </w:r>
    </w:p>
    <w:p>
      <w:r>
        <w:rPr>
          <w:b/>
        </w:rPr>
        <w:t xml:space="preserve">[30:18] </w:t>
      </w:r>
      <w:r>
        <w:t>lekin</w:t>
      </w:r>
    </w:p>
    <w:p>
      <w:pPr>
        <w:jc w:val="right"/>
      </w:pPr>
      <w:r>
        <w:t>لیکن</w:t>
      </w:r>
    </w:p>
    <w:p>
      <w:r>
        <w:rPr>
          <w:b/>
        </w:rPr>
        <w:t xml:space="preserve">[30:19] </w:t>
      </w:r>
      <w:r>
        <w:t>history aaj ruki nahi, history aage badhi. yahan tak ke dekhiye, einstein paida hua. einstein paida hua.</w:t>
      </w:r>
    </w:p>
    <w:p>
      <w:pPr>
        <w:jc w:val="right"/>
      </w:pPr>
      <w:r>
        <w:t>ہسٹری آج رکی نہیں، ہسٹری آگے بڑھی۔ یہاں تک کہ دیکھیے، آئنسٹائن پیدا ہوا۔ آئنسٹائن پیدا ہوا۔</w:t>
      </w:r>
    </w:p>
    <w:p>
      <w:r>
        <w:rPr>
          <w:b/>
        </w:rPr>
        <w:t xml:space="preserve">[30:28] </w:t>
      </w:r>
      <w:r>
        <w:t>einstein ki death hui hai 1955 mein, yani mere zamane mein. newton to mere is se pehle ka aadmi hai, 1727 mein woh mar chuka tha, woh lekin einstein to mere zamane mein mara hai 1955 mein,</w:t>
      </w:r>
    </w:p>
    <w:p>
      <w:pPr>
        <w:jc w:val="right"/>
      </w:pPr>
      <w:r>
        <w:t>آئنسٹائن کی ڈیتھ ہوئی ہے 1955 میں، یعنی میرے زمانے میں۔ نیوٹن تو میرے اس سے پہلے کا آدمی ہے، 1727 میں وہ مر چکا تھا، وہ لیکن آئنسٹائن تو میرے زمانے میں مرا ہے 1955 میں،</w:t>
      </w:r>
    </w:p>
    <w:p>
      <w:r>
        <w:rPr>
          <w:b/>
        </w:rPr>
        <w:t xml:space="preserve">[30:48] </w:t>
      </w:r>
      <w:r>
        <w:t>jab ke mein adha akbar mein tha. to einstein ne history ko aage badhaya, history of thought ko aage badhaya.</w:t>
      </w:r>
    </w:p>
    <w:p>
      <w:pPr>
        <w:jc w:val="right"/>
      </w:pPr>
      <w:r>
        <w:t>جب کہ میں ادھ اکبر میں تھا۔ تو آئنسٹائن نے ہسٹری کو آگے بڑھایا، ہسٹری آف تھاٹ کو آگے بڑھایا۔</w:t>
      </w:r>
    </w:p>
    <w:p>
      <w:r>
        <w:rPr>
          <w:b/>
        </w:rPr>
        <w:t xml:space="preserve">[30:57] </w:t>
      </w:r>
      <w:r>
        <w:t>us ne kaha ke energy is the building block of universe. ke matter nahi balkeh energy, kyunke aap jante hain ke us ne bataya ke convertible hai, major aur energy dono.</w:t>
      </w:r>
    </w:p>
    <w:p>
      <w:pPr>
        <w:jc w:val="right"/>
      </w:pPr>
      <w:r>
        <w:t>اس نے کہا کہ انرجی از دا بلڈنگ بلاک آف یونیورس۔ کہ میٹر نہیں بلکہ انرجی، کیونکہ آپ جانتے ہیں کہ اس نے بتایا کہ کنورٹیبل ہے، میجر اور انرجی دونوں۔</w:t>
      </w:r>
    </w:p>
    <w:p>
      <w:r>
        <w:rPr>
          <w:b/>
        </w:rPr>
        <w:t xml:space="preserve">[31:10] </w:t>
      </w:r>
      <w:r>
        <w:t>matter ko energy mein convert kar diye, energy ko matter mein convert kar diye.</w:t>
      </w:r>
    </w:p>
    <w:p>
      <w:pPr>
        <w:jc w:val="right"/>
      </w:pPr>
      <w:r>
        <w:t>میٹر کو انرجی میں کنورٹ کر دیے، انرجی کو میٹر میں کنورٹ کر دیے۔</w:t>
      </w:r>
    </w:p>
    <w:p>
      <w:r>
        <w:rPr>
          <w:b/>
        </w:rPr>
        <w:t xml:space="preserve">[31:16] </w:t>
      </w:r>
      <w:r>
        <w:t>to einstein ne yeh bataya ke energy is the building block of nature. ab history of thought aik qadam aage badhi, aik qadam aage badhi.</w:t>
      </w:r>
    </w:p>
    <w:p>
      <w:pPr>
        <w:jc w:val="right"/>
      </w:pPr>
      <w:r>
        <w:t>تو آئنسٹائن نے یہ بتایا کہ انرجی از دا بلڈنگ بلاک آف نیچر۔ اب ہسٹری آف تھاٹ ایک قدم آگے بڑھی، ایک قدم آگے بڑھی۔</w:t>
      </w:r>
    </w:p>
    <w:p>
      <w:r>
        <w:rPr>
          <w:b/>
        </w:rPr>
        <w:t xml:space="preserve">[31:29] </w:t>
      </w:r>
      <w:r>
        <w:t>yeh mein bata raha hoon aap ko kis tarah se Allah taala ne insani history ko pressure period se nikal kar ke scientific period mein dakhil kiya, aur phir scientific period mein kis tarah se history of thought ka safar aage aage barha.</w:t>
      </w:r>
    </w:p>
    <w:p>
      <w:pPr>
        <w:jc w:val="right"/>
      </w:pPr>
      <w:r>
        <w:t>یہ میں بتا رہا ہوں آپ کو کس طرح سے اللہ تعالیٰ نے انسانی ہسٹری کو پریشر پیریڈ سے نکال کر کے سائنٹیفک پیریڈ میں داخل کیا، اور پھر سائنٹیفک پیریڈ میں کس طرح سے ہسٹری آف تھاٹ کا سفر آگے آگے بڑھا۔</w:t>
      </w:r>
    </w:p>
    <w:p>
      <w:r>
        <w:rPr>
          <w:b/>
        </w:rPr>
        <w:t xml:space="preserve">[31:44] </w:t>
      </w:r>
      <w:r>
        <w:t>to yeh doosra qadam tha. teesra qadam abhi baqi tha, jo ab ab samne aaya hai. America mein ek bohat bara scientist paida hua, uska naam hai David Bohm, BOHM.</w:t>
      </w:r>
    </w:p>
    <w:p>
      <w:pPr>
        <w:jc w:val="right"/>
      </w:pPr>
      <w:r>
        <w:t>تو یہ دوسرا قدم تھا۔ تیسرا قدم ابھی باقی تھا، جو اب اب سامنے آیا ہے۔ امریکہ میں ایک بہت بڑا سائنٹسٹ پیدا ہوا، اس کا نام ہے ڈیوڈ بوم، بی او ایچ ایم۔</w:t>
      </w:r>
    </w:p>
    <w:p>
      <w:r>
        <w:rPr>
          <w:b/>
        </w:rPr>
        <w:t xml:space="preserve">[32:00] </w:t>
      </w:r>
      <w:r>
        <w:t>David Bohm yeh top ka scientist hai. is ne kaha ke is ne ek aur qadam aage barhaya ke consciousness is the building block of universe.</w:t>
      </w:r>
    </w:p>
    <w:p>
      <w:pPr>
        <w:jc w:val="right"/>
      </w:pPr>
      <w:r>
        <w:t>ڈیوڈ بوم یہ ٹاپ کا سائنٹسٹ ہے۔ اس نے کہا کہ اس نے ایک اور قدم آگے بڑھایا کہ کانشیسنس از دا بلڈنگ بلاک آف یونیورس۔</w:t>
      </w:r>
    </w:p>
    <w:p>
      <w:r>
        <w:rPr>
          <w:b/>
        </w:rPr>
        <w:t xml:space="preserve">[32:15] </w:t>
      </w:r>
      <w:r>
        <w:t>shaoor jo hai, woh hai, woh hai sab kuch. bohat hi anokhi baat hai yeh.</w:t>
      </w:r>
    </w:p>
    <w:p>
      <w:pPr>
        <w:jc w:val="right"/>
      </w:pPr>
      <w:r>
        <w:t>شعور جو ہے، وہ ہے، وہ ہے سب کچھ۔ بہت ہی انوکھی بات ہے یہ۔</w:t>
      </w:r>
    </w:p>
    <w:p>
      <w:r>
        <w:rPr>
          <w:b/>
        </w:rPr>
        <w:t xml:space="preserve">[32:25] </w:t>
      </w:r>
      <w:r>
        <w:t>pehlay kaha gaya tha ke matter building block hai, phir kaha gaya ke nahi, energy building block hai. ab kya hai?</w:t>
      </w:r>
    </w:p>
    <w:p>
      <w:pPr>
        <w:jc w:val="right"/>
      </w:pPr>
      <w:r>
        <w:t>پہلے کہا گیا تھا کہ میٹر بلڈنگ بلاک ہے، پھر کہا گیا کہ نہیں، انرجی بلڈنگ بلاک ہے۔ اب کیا ہے؟</w:t>
      </w:r>
    </w:p>
    <w:p>
      <w:r>
        <w:rPr>
          <w:b/>
        </w:rPr>
        <w:t xml:space="preserve">[32:34] </w:t>
      </w:r>
      <w:r>
        <w:t>jo jo latest position hai, latest position science ki,</w:t>
      </w:r>
    </w:p>
    <w:p>
      <w:pPr>
        <w:jc w:val="right"/>
      </w:pPr>
      <w:r>
        <w:t>جو جو لیٹسٹ پوزیشن ہے، لیٹسٹ پوزیشن سائنس کی،</w:t>
      </w:r>
    </w:p>
    <w:p>
      <w:r>
        <w:rPr>
          <w:b/>
        </w:rPr>
        <w:t xml:space="preserve">[32:40] </w:t>
      </w:r>
      <w:r>
        <w:t>David Bohm ka ki death hui hai 1992 mein, yaani mere zamanay mein. ek scientist mujh se pehlay paida hua, do scientist mere zamanay mein paida hue.</w:t>
      </w:r>
    </w:p>
    <w:p>
      <w:pPr>
        <w:jc w:val="right"/>
      </w:pPr>
      <w:r>
        <w:t>ڈیوڈ بوم کا کی ڈیتھ ہوئی ہے 1992 میں، یعنی میرے زمانے میں۔ ایک سائنٹسٹ مجھ سے پہلے پیدا ہوا، دو سائنٹسٹ میرے زمانے میں پیدا ہوئے۔</w:t>
      </w:r>
    </w:p>
    <w:p>
      <w:r>
        <w:rPr>
          <w:b/>
        </w:rPr>
        <w:t xml:space="preserve">[32:52] </w:t>
      </w:r>
      <w:r>
        <w:t>aur ajeeb baat hai ke dono Yahudi itna bara kaam Yahudi mind ne kiya hai. yaad rakhiye,</w:t>
      </w:r>
    </w:p>
    <w:p>
      <w:pPr>
        <w:jc w:val="right"/>
      </w:pPr>
      <w:r>
        <w:t>اور عجیب بات ہے کہ دونوں یہودی اتنا بڑا کام یہودی مائنڈ نے کیا ہے۔ یاد رکھیے،</w:t>
      </w:r>
    </w:p>
    <w:p>
      <w:r>
        <w:rPr>
          <w:b/>
        </w:rPr>
        <w:t xml:space="preserve">[33:01] </w:t>
      </w:r>
      <w:r>
        <w:t>Newton jo hai, Christian tha. Newton to Christian tha, lekin Einstein Yahudi tha, aur David Bohm bhi Yahudi tha.</w:t>
      </w:r>
    </w:p>
    <w:p>
      <w:pPr>
        <w:jc w:val="right"/>
      </w:pPr>
      <w:r>
        <w:t>نیوٹن جو ہے، کرسچن تھا۔ نیوٹن تو کرسچن تھا، لیکن آئنسٹائن یہودی تھا، اور ڈیوڈ بوم بھی یہودی تھا۔</w:t>
      </w:r>
    </w:p>
    <w:p>
      <w:r>
        <w:rPr>
          <w:b/>
        </w:rPr>
        <w:t xml:space="preserve">[33:13] </w:t>
      </w:r>
      <w:r>
        <w:t>bohat hi bara kaam hai jo Yahudi mind ne anjam diya hai ke history ko, history of thought ko, matter ke shiknjay se nikal kar ke woh shaoor tak unhon ne pohanchaya.</w:t>
      </w:r>
    </w:p>
    <w:p>
      <w:pPr>
        <w:jc w:val="right"/>
      </w:pPr>
      <w:r>
        <w:t>بہت ہی بڑا کام ہے جو یہودی مائنڈ نے انجام دیا ہے کہ ہسٹری کو، ہسٹری آف تھاٹ کو، میٹر کے شکنجے سے نکال کر کے وہ شعور تک انہوں نے پہنچایا۔</w:t>
      </w:r>
    </w:p>
    <w:p>
      <w:r>
        <w:rPr>
          <w:b/>
        </w:rPr>
        <w:t xml:space="preserve">[33:29] </w:t>
      </w:r>
      <w:r>
        <w:t>ab shaoor ke baad kya hai?</w:t>
      </w:r>
    </w:p>
    <w:p>
      <w:pPr>
        <w:jc w:val="right"/>
      </w:pPr>
      <w:r>
        <w:t>اب شعور کے بعد کیا ہے؟</w:t>
      </w:r>
    </w:p>
    <w:p>
      <w:r>
        <w:rPr>
          <w:b/>
        </w:rPr>
        <w:t xml:space="preserve">[33:31] </w:t>
      </w:r>
      <w:r>
        <w:t>ek aur scientist ne is ko aur ziyada clear kiya ke conscious being ka word use kiya is ne. David Bohm ne to kaha tha ke consciousness is the building block of of the universe.</w:t>
      </w:r>
    </w:p>
    <w:p>
      <w:pPr>
        <w:jc w:val="right"/>
      </w:pPr>
      <w:r>
        <w:t>ایک اور سائنٹسٹ نے اس کو اور زیادہ کلیئر کریا کہ کانشیس بینگ کا ورڈ یوز کیا اس نے۔ ڈیوڈ بوم نے تو کہا تھا کہ کانشیسنس از دا بلڈنگ بلاک آف آف دا یونیورس۔</w:t>
      </w:r>
    </w:p>
    <w:p>
      <w:r>
        <w:rPr>
          <w:b/>
        </w:rPr>
        <w:t xml:space="preserve">[33:46] </w:t>
      </w:r>
      <w:r>
        <w:t>doosray scientist ne aage qadam barha kar yeh keh diya ke conscious being hai universe ke peechay. yeh jo universe hai, yeh jo kainat hai, yeh duniya hamari hai,</w:t>
      </w:r>
    </w:p>
    <w:p>
      <w:pPr>
        <w:jc w:val="right"/>
      </w:pPr>
      <w:r>
        <w:t>دوسرے سائنٹسٹ نے آگے قدم بڑھا کر یہ کہہ دیا کہ کانشیس بینگ ہے یونیورس کے پیچھے۔ یہ جو یونیورس ہے، یہ جو کائنات ہے، یہ دنیا ہماری ہے،</w:t>
      </w:r>
    </w:p>
    <w:p>
      <w:r>
        <w:rPr>
          <w:b/>
        </w:rPr>
        <w:t xml:space="preserve">[33:59] </w:t>
      </w:r>
      <w:r>
        <w:t>is ke peechay conscious being hai, yaani ek shoori wajood. ek shoori wajood, yaani is ka matlab kya hua?</w:t>
      </w:r>
    </w:p>
    <w:p>
      <w:pPr>
        <w:jc w:val="right"/>
      </w:pPr>
      <w:r>
        <w:t>اس کے پیچھے کانشیس بینگ ہے، یعنی ایک شعوری وجود۔ ایک شعوری وجود، یعنی اس کا مطلب کیا ہوا؟</w:t>
      </w:r>
    </w:p>
    <w:p>
      <w:r>
        <w:rPr>
          <w:b/>
        </w:rPr>
        <w:t xml:space="preserve">[34:08] </w:t>
      </w:r>
      <w:r>
        <w:t>Khuda ka naam na le kar Khuda ka iqrar. bhai, shoori wajood jo hai, woh kya hai? Khudai to hai.</w:t>
      </w:r>
    </w:p>
    <w:p>
      <w:pPr>
        <w:jc w:val="right"/>
      </w:pPr>
      <w:r>
        <w:t>خدا کا نام نہ لے کر خدا کا اقرار۔ بھئی، شعوری وجود جو ہے، وہ کیا ہے؟ خدائی تو ہے۔</w:t>
      </w:r>
    </w:p>
    <w:p>
      <w:r>
        <w:rPr>
          <w:b/>
        </w:rPr>
        <w:t xml:space="preserve">[34:17] </w:t>
      </w:r>
      <w:r>
        <w:t>jab aap yeh maan lein ke is cosmos ko, is is universe ko, is world ko, stars aur planets ko, is life ko, is sari cheezon ko create karne wala ek conscious being hai,</w:t>
      </w:r>
    </w:p>
    <w:p>
      <w:pPr>
        <w:jc w:val="right"/>
      </w:pPr>
      <w:r>
        <w:t>جب آپ یہ مان لیں کہ اس کاسموس کو، اس اس یونیورس کو، اس ورلڈ کو، اسٹارز اور پلینٹس کو، اس لائف کو، اس ساری چیزوں کو کریٹ کرنے والا ایک کانشیس بینگ ہے،</w:t>
      </w:r>
    </w:p>
    <w:p>
      <w:r>
        <w:rPr>
          <w:b/>
        </w:rPr>
        <w:t xml:space="preserve">[34:34] </w:t>
      </w:r>
      <w:r>
        <w:t>to sirf naam hi ko to farq reh gaya ke mazhab mein jis cheez ko kaha jata hai Khuda, usi ka scientific naam jo hai, woh hai conscious being.</w:t>
      </w:r>
    </w:p>
    <w:p>
      <w:pPr>
        <w:jc w:val="right"/>
      </w:pPr>
      <w:r>
        <w:t>تو صرف نامی کو تو فرق رہ گیا کہ مذہب میں جس چیز کو کہا جاتا ہے خدا، اسی کا سائنٹیفک نام جو ہے، وہ ہے کانشیس بینگ۔</w:t>
      </w:r>
    </w:p>
    <w:p>
      <w:r>
        <w:rPr>
          <w:b/>
        </w:rPr>
        <w:t xml:space="preserve">[34:47] </w:t>
      </w:r>
      <w:r>
        <w:t>is tarah se Khuda ne kahan se kahan pohanchaya.</w:t>
      </w:r>
    </w:p>
    <w:p>
      <w:pPr>
        <w:jc w:val="right"/>
      </w:pPr>
      <w:r>
        <w:t>اس طرح سے خدا نے کہاں سے کہاں پہنچایا۔</w:t>
      </w:r>
    </w:p>
    <w:p>
      <w:r>
        <w:rPr>
          <w:b/>
        </w:rPr>
        <w:t xml:space="preserve">[34:52] </w:t>
      </w:r>
      <w:r>
        <w:t>ab aakhri baat suniye, jo bohat hi ziyada, bohat ziyada serious baat hai. yeh koi shayari nahi hai, yeh bohat hi ziyada serious baat hai.</w:t>
      </w:r>
    </w:p>
    <w:p>
      <w:pPr>
        <w:jc w:val="right"/>
      </w:pPr>
      <w:r>
        <w:t>اب آخری بات سنیے، جو بہت ہی زیادہ، بہت زیادہ سیریس بات ہے۔ یہ کوئی شاعری نہیں ہے، یہ بہت ہی زیادہ سیریس بات ہے۔</w:t>
      </w:r>
    </w:p>
    <w:p>
      <w:r>
        <w:rPr>
          <w:b/>
        </w:rPr>
        <w:t xml:space="preserve">[35:08] </w:t>
      </w:r>
      <w:r>
        <w:t>is ka mean jo hai, we are heading to the end of history.</w:t>
      </w:r>
    </w:p>
    <w:p>
      <w:pPr>
        <w:jc w:val="right"/>
      </w:pPr>
      <w:r>
        <w:t>اس کا مین جو ہے، وی آر ہیڈنگ ٹو دا اینڈ آف ہسٹری۔</w:t>
      </w:r>
    </w:p>
    <w:p>
      <w:r>
        <w:rPr>
          <w:b/>
        </w:rPr>
        <w:t xml:space="preserve">[35:14] </w:t>
      </w:r>
      <w:r>
        <w:t>ke sab kuch ho jaye to ab kya reh gaya hai? baqi</w:t>
      </w:r>
    </w:p>
    <w:p>
      <w:pPr>
        <w:jc w:val="right"/>
      </w:pPr>
      <w:r>
        <w:t>کہ سب کچھ ہو جائے تو اب کیا رہ گیا ہے؟ باقی</w:t>
      </w:r>
    </w:p>
    <w:p>
      <w:r>
        <w:rPr>
          <w:b/>
        </w:rPr>
        <w:t xml:space="preserve">[35:18] </w:t>
      </w:r>
      <w:r>
        <w:t>jab election ho gaya to reality to nikalna hai, government to banna hai, kharijiyat ka elaan to hona hai. aap jante hain ke mahinon se election ki dhoom thi, radio mein,</w:t>
      </w:r>
    </w:p>
    <w:p>
      <w:pPr>
        <w:jc w:val="right"/>
      </w:pPr>
      <w:r>
        <w:t>جب الیکشن ہو گیا تو ریلیٹی تو نکلنا ہے، گورنمنٹ تو بننا ہے، خارجیت کا اعلان تو ہونا ہے۔ آپ جانتے ہیں کہ مہینوں سے الیکشن کی دھوم تھی، ریڈیو میں،</w:t>
      </w:r>
    </w:p>
    <w:p>
      <w:r>
        <w:rPr>
          <w:b/>
        </w:rPr>
        <w:t xml:space="preserve">[35:31] </w:t>
      </w:r>
      <w:r>
        <w:t>paper mein, TV mein, har jagah, har jagah, jalsay mein bas relation, election, election. jab election khatam ho gaya, ab kya nikle ga?</w:t>
      </w:r>
    </w:p>
    <w:p>
      <w:pPr>
        <w:jc w:val="right"/>
      </w:pPr>
      <w:r>
        <w:t>پیپر میں، ٹی وی میں، ہر جگہ، ہر جگہ، جلسے میں بس ریلیشن، الیکشن، الیکشن۔ جب الیکشن ختم ہو گیا، اب کیا نکلے گا؟</w:t>
      </w:r>
    </w:p>
    <w:p>
      <w:r>
        <w:rPr>
          <w:b/>
        </w:rPr>
        <w:t xml:space="preserve">[35:42] </w:t>
      </w:r>
      <w:r>
        <w:t>ab to result nikle ga, result ke baad government banay gi.</w:t>
      </w:r>
    </w:p>
    <w:p>
      <w:pPr>
        <w:jc w:val="right"/>
      </w:pPr>
      <w:r>
        <w:t>اب تو رزلٹ نکلے گا، رزلٹ کے بعد گورنمنٹ بنے گی۔</w:t>
      </w:r>
    </w:p>
    <w:p>
      <w:r>
        <w:rPr>
          <w:b/>
        </w:rPr>
        <w:t xml:space="preserve">[35:47] </w:t>
      </w:r>
      <w:r>
        <w:t>jo sari tareekh jo hai, woh chalte chalte pohanch gayi apne end par. ab kya reh gaya? ab to Yome Taghabun aa gaya.</w:t>
      </w:r>
    </w:p>
    <w:p>
      <w:pPr>
        <w:jc w:val="right"/>
      </w:pPr>
      <w:r>
        <w:t>جو ساری تاریخ جو ہے، وہ چلتے چلتے چلے پہنچ گئی اپنے اینڈ پر۔ اب کیا رہ گیا؟ اب تو یوم التغابن آ گیا۔</w:t>
      </w:r>
    </w:p>
    <w:p>
      <w:r>
        <w:rPr>
          <w:b/>
        </w:rPr>
        <w:t xml:space="preserve">[35:59] </w:t>
      </w:r>
      <w:r>
        <w:t>Now we are heading to the Yom al-Taghabun. is ko sochiye aap.</w:t>
      </w:r>
    </w:p>
    <w:p>
      <w:pPr>
        <w:jc w:val="right"/>
      </w:pPr>
      <w:r>
        <w:t>ناؤ وی آر ہیڈنگ ٹو دی یوم التغابن۔ اس کو سوچیے آپ۔</w:t>
      </w:r>
    </w:p>
    <w:p>
      <w:r>
        <w:rPr>
          <w:b/>
        </w:rPr>
        <w:t xml:space="preserve">[36:07] </w:t>
      </w:r>
      <w:r>
        <w:t>to pehla jo zamana tha, woh tha traditional period. dusra zamana jo tha, woh tha scientific period.</w:t>
      </w:r>
    </w:p>
    <w:p>
      <w:pPr>
        <w:jc w:val="right"/>
      </w:pPr>
      <w:r>
        <w:t>تو پہلا جو زمانہ تھا، وہ تھا ٹریڈیشنل پیریڈ۔ دوسرا زمانہ جو تھا، وہ تھا سائنٹیفک پیریڈ۔</w:t>
      </w:r>
    </w:p>
    <w:p>
      <w:r>
        <w:rPr>
          <w:b/>
        </w:rPr>
        <w:t xml:space="preserve">[36:18] </w:t>
      </w:r>
      <w:r>
        <w:t>tisra zamana jo hai, woh kya hai? woh hai discovery with period. discovery with period kya hai? woh hai</w:t>
      </w:r>
    </w:p>
    <w:p>
      <w:pPr>
        <w:jc w:val="right"/>
      </w:pPr>
      <w:r>
        <w:t>تیسرا زمانہ جو ہے، وہ کیا ہے؟ وہ ہے ڈسکوری ود پیریڈ۔ ڈسکوری ود پیریڈ کیا ہے؟ وہ ہے</w:t>
      </w:r>
    </w:p>
    <w:p>
      <w:r>
        <w:rPr>
          <w:b/>
        </w:rPr>
        <w:t xml:space="preserve">[36:28] </w:t>
      </w:r>
      <w:r>
        <w:t>quran mein aik ayat hai tilawat ke bare mein:</w:t>
      </w:r>
    </w:p>
    <w:p>
      <w:pPr>
        <w:jc w:val="right"/>
      </w:pPr>
      <w:r>
        <w:t>قرآن میں ایک آیت ہے تلاوت کے بارے میں:</w:t>
      </w:r>
    </w:p>
    <w:p>
      <w:r>
        <w:rPr>
          <w:b/>
        </w:rPr>
        <w:t xml:space="preserve">[36:33] </w:t>
      </w:r>
      <w:r>
        <w:t>yom yakhshaf wa insaq.</w:t>
      </w:r>
    </w:p>
    <w:p>
      <w:pPr>
        <w:jc w:val="right"/>
      </w:pPr>
      <w:r>
        <w:t>یوم یخشف و انساق۔</w:t>
      </w:r>
    </w:p>
    <w:p>
      <w:r>
        <w:rPr>
          <w:b/>
        </w:rPr>
        <w:t xml:space="preserve">[36:39] </w:t>
      </w:r>
      <w:r>
        <w:t>yom yakhshaf wa insaq, yani qayamat mein sari cheezen khol di jayengi,</w:t>
      </w:r>
    </w:p>
    <w:p>
      <w:pPr>
        <w:jc w:val="right"/>
      </w:pPr>
      <w:r>
        <w:t>یوم یخشف و انساق، یعنی قیامت میں ساری چیزیں کھول دی جائیں گی،</w:t>
      </w:r>
    </w:p>
    <w:p>
      <w:r>
        <w:rPr>
          <w:b/>
        </w:rPr>
        <w:t xml:space="preserve">[36:46] </w:t>
      </w:r>
      <w:r>
        <w:t>sari cheezen disclose kar di jayengi. to mein dusre word mein kahunga ke jo discovery period, jis ko mein keh raha hoon, woh hai invalid period.</w:t>
      </w:r>
    </w:p>
    <w:p>
      <w:pPr>
        <w:jc w:val="right"/>
      </w:pPr>
      <w:r>
        <w:t>ساری چیزیں ڈسکلوز کر دی جائیں گی۔ تو میں دوسرے ورڈ میں کہوں گا کہ جو ڈسکوری پیریڈ، جس کو میں کہہ رہا ہوں، وہ ہے انویلڈ پیریڈ۔</w:t>
      </w:r>
    </w:p>
    <w:p>
      <w:r>
        <w:rPr>
          <w:b/>
        </w:rPr>
        <w:t xml:space="preserve">[37:02] </w:t>
      </w:r>
      <w:r>
        <w:t>invalid, yani parda hata jaye, woh woh zamana jo ke parda hata jaye. yom yakhshaf wa insaq. so insani tareekh ke taqreeban pachas hazar saal hain,</w:t>
      </w:r>
    </w:p>
    <w:p>
      <w:pPr>
        <w:jc w:val="right"/>
      </w:pPr>
      <w:r>
        <w:t>انویلڈ، یعنی پردہ ہٹا جائے، وہ وہ زمانہ جو کہ پردہ ہٹ جائے۔ یوم یخشف و انساق۔ سو انسانی تاریخ کے تقریباً پچاس ہزار سال ہیں،</w:t>
      </w:r>
    </w:p>
    <w:p>
      <w:r>
        <w:rPr>
          <w:b/>
        </w:rPr>
        <w:t xml:space="preserve">[37:16] </w:t>
      </w:r>
      <w:r>
        <w:t>yani universe ka to bohat lamba hai period, taqreeban 15 billion years pehle zameen, pehle universe paida hui.</w:t>
      </w:r>
    </w:p>
    <w:p>
      <w:pPr>
        <w:jc w:val="right"/>
      </w:pPr>
      <w:r>
        <w:t>یعنی یونیورس کا تو بہت لمبا ہے پیریڈ، تقریباً 15 بلین ایئرز پہلے زمین، پہلے یونیورس پیدا ہوئی۔</w:t>
      </w:r>
    </w:p>
    <w:p>
      <w:r>
        <w:rPr>
          <w:b/>
        </w:rPr>
        <w:t xml:space="preserve">[37:27] </w:t>
      </w:r>
      <w:r>
        <w:t>lekin hamari jo zameen hai, hamari zameen par jo zindagi hai, is ka to koi bhi trace nahi mila hai. bohat pehle guess kar ke kaha jata hai ke pachas hazar saal ho sakte hain.</w:t>
      </w:r>
    </w:p>
    <w:p>
      <w:pPr>
        <w:jc w:val="right"/>
      </w:pPr>
      <w:r>
        <w:t>لیکن ہماری جو زمین ہے، ہماری زمین پر جو زندگی ہے، اس کا تو کوئی بھی ٹریس نہیں ملا ہے۔ بہت پہلے گیس کر کے کہا جاتا ہے کہ پچاس ہزار سال ہو سکتے ہیں۔</w:t>
      </w:r>
    </w:p>
    <w:p>
      <w:r>
        <w:rPr>
          <w:b/>
        </w:rPr>
        <w:t xml:space="preserve">[37:39] </w:t>
      </w:r>
      <w:r>
        <w:t>evolution theory jo hai, woh to bilkul ab to ghalat sabit ho chuki hai, woh lakhon saal peeche le jati hai, woh to bilkul absurd hai. evolution se ab reject ho chuki hai, siwaye universityon.</w:t>
      </w:r>
    </w:p>
    <w:p>
      <w:pPr>
        <w:jc w:val="right"/>
      </w:pPr>
      <w:r>
        <w:t>ایولوشن تھیوری جو ہے، وہ تو بالکل اب تو غلط ثابت ہو چکی ہے، وہ لاکھوں سال پیچھے لے جاتی ہے، وہ تو بالکل ایبسرڈ ہے۔ ایولوشن سے اب ریجیکٹ ہو چکی ہے، سوائے یونیورسٹیوں۔</w:t>
      </w:r>
    </w:p>
    <w:p>
      <w:r>
        <w:rPr>
          <w:b/>
        </w:rPr>
        <w:t xml:space="preserve">[37:50] </w:t>
      </w:r>
      <w:r>
        <w:t>universityon mein ba tour e classic ke parhai jati hai, is ki koi value nahi hai.</w:t>
      </w:r>
    </w:p>
    <w:p>
      <w:pPr>
        <w:jc w:val="right"/>
      </w:pPr>
      <w:r>
        <w:t>یونیورسٹیوں میں بطور کلاسک کے پڑھائی جاتی ہے، اس کی کوئی ویلیو نہیں ہے۔</w:t>
      </w:r>
    </w:p>
    <w:p>
      <w:r>
        <w:rPr>
          <w:b/>
        </w:rPr>
        <w:t xml:space="preserve">[37:55] </w:t>
      </w:r>
      <w:r>
        <w:t>haqeeqat mein bohat se bohat hai, pachas hazar saal hai. to ab ab jo hai, jahan pohncha hai zamana, yani insani safar ka jo aakhri jo daur aaye, woh aa chuka, woh aa chuka, woh aa chuka.</w:t>
      </w:r>
    </w:p>
    <w:p>
      <w:pPr>
        <w:jc w:val="right"/>
      </w:pPr>
      <w:r>
        <w:t>حقیقت میں بہت سے بہت ہے، پچاس ہزار سال ہے۔ تو اب اب جو ہے، جہاں پہنچا ہے زمانہ، یعنی انسانی سفر کا جو آخری جو دور آئے، وہ آ چکا، وہ آ چکا، وہ آ چکا۔</w:t>
      </w:r>
    </w:p>
    <w:p>
      <w:r>
        <w:rPr>
          <w:b/>
        </w:rPr>
        <w:t xml:space="preserve">[38:11] </w:t>
      </w:r>
      <w:r>
        <w:t>aap ghor kijiye ke jab unfolding apne aakhri had ko pohnch jaye, yeh to unfolding thi, yani woh unfolding kis baat ki?</w:t>
      </w:r>
    </w:p>
    <w:p>
      <w:pPr>
        <w:jc w:val="right"/>
      </w:pPr>
      <w:r>
        <w:t>آپ غور کیجئے کہ جب ان فولڈنگ اپنے آخری حد کو پہنچ جائے، یہ تو ان فولڈنگ تھی، یعنی وہ ان فولڈنگ کس بات کی؟</w:t>
      </w:r>
    </w:p>
    <w:p>
      <w:r>
        <w:rPr>
          <w:b/>
        </w:rPr>
        <w:t xml:space="preserve">[38:21] </w:t>
      </w:r>
      <w:r>
        <w:t>is shahadat ke unfolding ki,</w:t>
      </w:r>
    </w:p>
    <w:p>
      <w:pPr>
        <w:jc w:val="right"/>
      </w:pPr>
      <w:r>
        <w:t>اس شہادت کے ان فولڈنگ کی،</w:t>
      </w:r>
    </w:p>
    <w:p>
      <w:r>
        <w:rPr>
          <w:b/>
        </w:rPr>
        <w:t xml:space="preserve">[38:23] </w:t>
      </w:r>
      <w:r>
        <w:t>jo quran mein bataya gaya tha ke insanon ko, sare insanon ko, khuda ne khara kiya, ikhatta kar ke aur kaha ke gawahi kya?</w:t>
      </w:r>
    </w:p>
    <w:p>
      <w:pPr>
        <w:jc w:val="right"/>
      </w:pPr>
      <w:r>
        <w:t>جو قرآن میں بتایا گیا تھا کہ انسانوں کو، سارے انسانوں کو، خدا نے کھڑا کیا، اکٹھا کر کے اور کہا کہ گواہی کیا؟</w:t>
      </w:r>
    </w:p>
    <w:p>
      <w:r>
        <w:rPr>
          <w:b/>
        </w:rPr>
        <w:t xml:space="preserve">[38:34] </w:t>
      </w:r>
      <w:r>
        <w:t>tum gawahi dete ho ke mein tumhara rab hoon? sab ne kaha ke haan. phir is gawahi ko insan ki nature mein daal diya, phir is gawahi ko sare zameen o asman mein ثبت kar diya, sare asman mein in written words mein likh diya.</w:t>
      </w:r>
    </w:p>
    <w:p>
      <w:pPr>
        <w:jc w:val="right"/>
      </w:pPr>
      <w:r>
        <w:t>تم گواہی دیتے ہو کہ میں تمہارا رب ہوں؟ سب نے کہا کہ ہاں۔ پھر اس گواہی کو انسان کی نیچر میں ڈال دیا، پھر اس گواہی کو سارے زمین و آسمان میں ثبت کر دیا، سارے آسمان میں ان ریٹرن ورڈ میں لکھ دیا۔</w:t>
      </w:r>
    </w:p>
    <w:p>
      <w:r>
        <w:rPr>
          <w:b/>
        </w:rPr>
        <w:t xml:space="preserve">[38:54] </w:t>
      </w:r>
      <w:r>
        <w:t>isi gawahi ko allah taala ne sare universe mein, sare zameen o asman mein in written words mein likh diya.</w:t>
      </w:r>
    </w:p>
    <w:p>
      <w:pPr>
        <w:jc w:val="right"/>
      </w:pPr>
      <w:r>
        <w:t>اس گواہی کو اللہ تعالیٰ نے سارے یونیورس میں، سارے زمین و آسمان میں ان ریٹرن ورڈ میں لکھ دیا۔</w:t>
      </w:r>
    </w:p>
    <w:p>
      <w:r>
        <w:rPr>
          <w:b/>
        </w:rPr>
        <w:t xml:space="preserve">[39:06] </w:t>
      </w:r>
      <w:r>
        <w:t>isi liye jab big bang ka jo daryaft hua tha, ripples, ripples ki lehrein, to aik scientist ne kaha tha ke "it is like, it is like reading the handwriting of god."</w:t>
      </w:r>
    </w:p>
    <w:p>
      <w:pPr>
        <w:jc w:val="right"/>
      </w:pPr>
      <w:r>
        <w:t>اسی لیے جب بگ بینگ کا جو دریافت ہوا تھا، ریپلس، ریپلس کی لہریں، تو ایک سائنٹسٹ نے کہا تھا کہ "اٹ از لائک، اٹ از لائک ریڈنگ دا ہینڈ رائٹنگ آف گاڈ۔"</w:t>
      </w:r>
    </w:p>
    <w:p>
      <w:r>
        <w:rPr>
          <w:b/>
        </w:rPr>
        <w:t xml:space="preserve">[39:23] </w:t>
      </w:r>
      <w:r>
        <w:t>it is like reading the handwriting of god. the handwriting of god jo hai, poore zameen o asman mein likhi hui hai.</w:t>
      </w:r>
    </w:p>
    <w:p>
      <w:pPr>
        <w:jc w:val="right"/>
      </w:pPr>
      <w:r>
        <w:t>اٹ از لائک ریڈنگ دا ہینڈ رائٹنگ آف گاڈ۔ تو ہینڈ رائٹنگ آف گاڈ جو ہے، پورے زمین و آسمان میں لکھی ہوئی ہے۔</w:t>
      </w:r>
    </w:p>
    <w:p>
      <w:r>
        <w:rPr>
          <w:b/>
        </w:rPr>
        <w:t xml:space="preserve">[39:33] </w:t>
      </w:r>
      <w:r>
        <w:t>isi ko chahta tha khuda ke woh parh le, insan is ko parh le, is ko parh le. to traditional age jo tha, traditional period, is mein parh nahi saka tha insan.</w:t>
      </w:r>
    </w:p>
    <w:p>
      <w:pPr>
        <w:jc w:val="right"/>
      </w:pPr>
      <w:r>
        <w:t>اسی کو چاہتا تھا خدا کہ وہ پڑھ لے، انسان اس کو پڑھ لے، اس کو پڑھ لے۔ تو ٹریڈیشنل ایج جو تھا، ٹریڈیشنل پیریڈ، اس میں پڑھ نہیں سکا تھا انسان۔</w:t>
      </w:r>
    </w:p>
    <w:p>
      <w:r>
        <w:rPr>
          <w:b/>
        </w:rPr>
        <w:t xml:space="preserve">[39:46] </w:t>
      </w:r>
      <w:r>
        <w:t>phir scientific age mein parhna shuru kiya, scientific age mein parhna shuru kiya.</w:t>
      </w:r>
    </w:p>
    <w:p>
      <w:pPr>
        <w:jc w:val="right"/>
      </w:pPr>
      <w:r>
        <w:t>پھر سائنٹیفک ایج میں پڑھنا شروع کیا، سائنٹیفک ایج میں پڑھنا شروع کیا۔</w:t>
      </w:r>
    </w:p>
    <w:p>
      <w:r>
        <w:rPr>
          <w:b/>
        </w:rPr>
        <w:t xml:space="preserve">[39:53] </w:t>
      </w:r>
      <w:r>
        <w:t>parhte parhte ab is ka end aa chuka hai. aap ghor kijiye ke ab kya baat baqi hai? jab science ne aik bol diya ke "conscious being" jo hai, jo is universe ke peechay hai,</w:t>
      </w:r>
    </w:p>
    <w:p>
      <w:pPr>
        <w:jc w:val="right"/>
      </w:pPr>
      <w:r>
        <w:t>پڑھتے پڑھتے اب اس کا اینڈ آ چکا ہے۔ آپ غور کیجئے کہ اب کیا بات باقی ہے؟ جب سائنس نے ایک بول دیا کہ "کانشیس بینگ" جو ہے، جو اس یونیورس کے پیچھے ہے،</w:t>
      </w:r>
    </w:p>
    <w:p>
      <w:r>
        <w:rPr>
          <w:b/>
        </w:rPr>
        <w:t xml:space="preserve">[40:07] </w:t>
      </w:r>
      <w:r>
        <w:t>baat kya hai? dekhiye, jo universe count, jo universe science ne daryaft ki hai, woh itna zyada meaningful hai, is mein itna zyada design hai ke koi maan nahi sakta ke yeh yun hi ho gayi</w:t>
      </w:r>
    </w:p>
    <w:p>
      <w:pPr>
        <w:jc w:val="right"/>
      </w:pPr>
      <w:r>
        <w:t>بات کیا ہے؟ دیکھیے، جو یونیورس کانٹ، جو یونیورس سائنس نے دریافت کی ہے، وہ اتنا زیادہ میننگ فل ہے، اس میں اتنا زیادہ ڈیزائن ہے کہ کوئی مان نہیں سکتا کہ یہ یوں ہی ہو گئی</w:t>
      </w:r>
    </w:p>
    <w:p>
      <w:r>
        <w:rPr>
          <w:b/>
        </w:rPr>
        <w:t xml:space="preserve">[40:22] </w:t>
      </w:r>
      <w:r>
        <w:t>۔ jaise mein aik misaal deta hoon aap ko, yeh hum aap baithe hue hain yahan par, yeh hamara aik auditorium hai, is mein building hai, insan baithe hain, koi bol raha hai, koi sun raha hai, koi device hai, koi camera hai, koi computer hai, yeh sab cheezen hain.</w:t>
      </w:r>
    </w:p>
    <w:p>
      <w:pPr>
        <w:jc w:val="right"/>
      </w:pPr>
      <w:r>
        <w:t>۔ جیسے میں ایک مثال دیتا ہوں آپ کو، یہ ہم آپ بیٹھے ہوئے ہیں یہاں پر، یہ ہمارا ایک آڈیٹوریم ہے، اس میں بلڈنگ ہے، انسان بیٹھے ہیں، کوئی بول رہا ہے، کوئی سن رہا ہے، کوئی ڈیوائس ہے، کوئی کیمرہ ہے، کوئی کمپیوٹر ہے، یہ سب چیزیں ہیں۔</w:t>
      </w:r>
    </w:p>
    <w:p>
      <w:r>
        <w:rPr>
          <w:b/>
        </w:rPr>
        <w:t xml:space="preserve">[40:41] </w:t>
      </w:r>
      <w:r>
        <w:t>to jab newton ne kaha tha ke "matter is the building block of universe" to atheist logon ne yeh kaha, jaise ke maine kaha tha, hijack kar ke ke sab kuch jo hai, woh blind interplay of chemical and physical forces hai.</w:t>
      </w:r>
    </w:p>
    <w:p>
      <w:pPr>
        <w:jc w:val="right"/>
      </w:pPr>
      <w:r>
        <w:t>تو جب نیوٹن نے کہا تھا کہ "میٹر از دا بلڈنگ بلاک آف یونیورس" تو اتھیسٹ لوگوں نے یہ کہا، جیسے کہ میں نے کہا تھا، ہائی جیک کر کے کہ سب کچھ جو ہے، وہ بلائنڈ انٹرپلے آف کیمیکل اینڈ فزیکل فورسز ہے۔</w:t>
      </w:r>
    </w:p>
    <w:p>
      <w:r>
        <w:rPr>
          <w:b/>
        </w:rPr>
        <w:t xml:space="preserve">[41:01] </w:t>
      </w:r>
      <w:r>
        <w:t>yeh jo jo kuch yeh duniya mein hai, chahe life ho, chahe aur chahe cheezein hon, "that is blind interplay of chemical and physical forces" yeh kaha gaya tha.</w:t>
      </w:r>
    </w:p>
    <w:p>
      <w:pPr>
        <w:jc w:val="right"/>
      </w:pPr>
      <w:r>
        <w:t>یہ جو جو کچھ یہ دنیا میں ہے، چاہے لائف ہو، چاہے اور چاہے چیزیں ہوں، "دیٹ از بلائنڈ انٹرپلے آف کیمیکل اینڈ فزیکل فورسز" یہ کہا گیا تھا۔</w:t>
      </w:r>
    </w:p>
    <w:p>
      <w:r>
        <w:rPr>
          <w:b/>
        </w:rPr>
        <w:t xml:space="preserve">[41:15] </w:t>
      </w:r>
      <w:r>
        <w:t>ab maal baqi to hai hi, aisa ho hi nahi sakta hai. is science ne jo duniya daryaft ki, is mein itna zyada planning hai, intelligent planning ke kaise koi keh dega, kaise yeh?</w:t>
      </w:r>
    </w:p>
    <w:p>
      <w:pPr>
        <w:jc w:val="right"/>
      </w:pPr>
      <w:r>
        <w:t>اب مال باقی تو ہے ہی، ایسا ہو ہی نہیں سکتا ہے۔ اس سائنس نے جو دنیا دریافت کی، اس میں اتنا زیادہ پلاننگ ہے، انٹیلیجنٹ پلاننگ کہ کیسے کوئی کہہ دے گا، کیسے یہ؟</w:t>
      </w:r>
    </w:p>
    <w:p>
      <w:r>
        <w:rPr>
          <w:b/>
        </w:rPr>
        <w:t xml:space="preserve">[41:29] </w:t>
      </w:r>
      <w:r>
        <w:t>to is ko main kehta hoon ke agar kahin aap kahin aap rehte hon, kahin door, kisi island mein, wahan sunein ke aik aik auditorium hai dilli mein, wahan kuch robot rehte hain, woh blind interplay karte hain.</w:t>
      </w:r>
    </w:p>
    <w:p>
      <w:pPr>
        <w:jc w:val="right"/>
      </w:pPr>
      <w:r>
        <w:t>تو اس کو میں کہتا ہوں کہ اگر کہیں آپ کہیں آپ رہتے ہوں، کہیں دور، کسی آئی لینڈ میں، وہاں سنیں کہ ایک ایک آڈیٹوریم ہے دلی میں، وہاں کچھ روبوٹ رہتے ہیں، وہ بلائنڈ انٹرپلے کرتے ہیں۔</w:t>
      </w:r>
    </w:p>
    <w:p>
      <w:r>
        <w:rPr>
          <w:b/>
        </w:rPr>
        <w:t xml:space="preserve">[41:44] </w:t>
      </w:r>
      <w:r>
        <w:t>woh suppose aisa sunein aap ke life less aur mind less robot hain, kuch jo us ke andar blind interplay karte rehte hain.</w:t>
      </w:r>
    </w:p>
    <w:p>
      <w:pPr>
        <w:jc w:val="right"/>
      </w:pPr>
      <w:r>
        <w:t>وہ سپوز ایسا سنیں آپ کہ لائف لیس اور مائنڈ لیس روبوٹ ہیں، کچھ جو اس کے اندر بلائنڈ انٹرپلے کرتے رہتے ہیں۔</w:t>
      </w:r>
    </w:p>
    <w:p>
      <w:r>
        <w:rPr>
          <w:b/>
        </w:rPr>
        <w:t xml:space="preserve">[41:56] </w:t>
      </w:r>
      <w:r>
        <w:t>achha, ab wahan se aap aayein aur dekhein is ko to kya aap phir bhi maante rahenge is ko ke life less aur mind less koi robot hai jis se yeh sab ho raha hai?</w:t>
      </w:r>
    </w:p>
    <w:p>
      <w:pPr>
        <w:jc w:val="right"/>
      </w:pPr>
      <w:r>
        <w:t>اچھا، اب وہاں سے آپ آئیں اور دیکھیں اس کو تو کیا آپ پھر بھی مانتے رہیں گے اس کو کہ لائف لیس اور مائنڈ لیس کوئی روبوٹ ہے جس سے یہ سب ہو رہا ہے؟</w:t>
      </w:r>
    </w:p>
    <w:p>
      <w:r>
        <w:rPr>
          <w:b/>
        </w:rPr>
        <w:t xml:space="preserve">[42:06] </w:t>
      </w:r>
      <w:r>
        <w:t>yeh sab aap dekh kar chalayenge ke nahi, koi mind hai jis ne is building ko banaya, koi mind tha jis ne is ki planning ki, koi mind hai jo yahan baithe hue hain, koi mind hai jo bol raha hai, jo koi mind hai jo sun raha hai?</w:t>
      </w:r>
    </w:p>
    <w:p>
      <w:pPr>
        <w:jc w:val="right"/>
      </w:pPr>
      <w:r>
        <w:t>یہ سب آپ دیکھ کر چلائیں گے کہ نہیں، کوئی مائنڈ ہے جس نے اس بلڈنگ کو بنایا، کوئی مائنڈ تھا جس نے اس کی پلاننگ کی، کوئی مائنڈ ہے جو یہاں بیٹھے ہوئے ہیں، کوئی مائنڈ ہے جو بول رہا ہے، جو کوئی مائنڈ ہے جو سن رہا ہے؟</w:t>
      </w:r>
    </w:p>
    <w:p>
      <w:r>
        <w:rPr>
          <w:b/>
        </w:rPr>
        <w:t xml:space="preserve">[42:21] </w:t>
      </w:r>
      <w:r>
        <w:t>isi ko zyada large scale par scientist ne dekha duniya mein.</w:t>
      </w:r>
    </w:p>
    <w:p>
      <w:pPr>
        <w:jc w:val="right"/>
      </w:pPr>
      <w:r>
        <w:t>اسی کو زیادہ لارج سکیل پر سائنٹسٹ نے دیکھا دنیا میں۔</w:t>
      </w:r>
    </w:p>
    <w:p>
      <w:r>
        <w:rPr>
          <w:b/>
        </w:rPr>
        <w:t xml:space="preserve">[42:26] </w:t>
      </w:r>
      <w:r>
        <w:t>har taraf meaningful activities, jaise maine abhi misaal di aap ko ke bohat hi bari galaxy hai, us mein aik tiny part is ka hai, solar system, woh aik corner par hai.</w:t>
      </w:r>
    </w:p>
    <w:p>
      <w:pPr>
        <w:jc w:val="right"/>
      </w:pPr>
      <w:r>
        <w:t>ہر طرف میننگ فل ایکٹیویٹیز، جیسے میں نے ابھی مثال دی آپ کو کہ بہت ہی بڑی گلیکسی ہے، اس میں ایک ٹائنی پارٹ اس کا ہے، سولر سسٹم، وہ ایک کارنر پر ہے۔</w:t>
      </w:r>
    </w:p>
    <w:p>
      <w:r>
        <w:rPr>
          <w:b/>
        </w:rPr>
        <w:t xml:space="preserve">[42:40] </w:t>
      </w:r>
      <w:r>
        <w:t>agar beech mein hota to wahan par life possible na hoti, kyunke bohat terrible heat hai woh jagah. yeh zameen jis tarah hum hain, aap is mein aik tilt hai,</w:t>
      </w:r>
    </w:p>
    <w:p>
      <w:pPr>
        <w:jc w:val="right"/>
      </w:pPr>
      <w:r>
        <w:t>اگر بیچ میں ہوتا تو وہاں پر لائف پاسیبل نہ ہوتی، کیونکہ بہت ٹریبل ہارٹ ہے وہ جگہ۔ یہ زمین جس طرح ہم ہیں، آپ اس میں ایک ٹلٹ ہے،</w:t>
      </w:r>
    </w:p>
    <w:p>
      <w:r>
        <w:rPr>
          <w:b/>
        </w:rPr>
        <w:t xml:space="preserve">[42:53] </w:t>
      </w:r>
      <w:r>
        <w:t>woh tilt ki wajah se yahan se</w:t>
      </w:r>
    </w:p>
    <w:p>
      <w:pPr>
        <w:jc w:val="right"/>
      </w:pPr>
      <w:r>
        <w:t>وہ ٹلٹ کی وجہ سے یہاں سی</w:t>
      </w:r>
    </w:p>
    <w:p>
      <w:r>
        <w:rPr>
          <w:b/>
        </w:rPr>
        <w:t xml:space="preserve">[42:55] </w:t>
      </w:r>
      <w:r>
        <w:t>season hota hai. tilt na ho to kya ho? season na aaye, na sardi, na garmi, na barsaat to kya ho? phir bhi hum mar jayenge. is tilt ki wajah se season hai, season ki wajah se hum zinda hain, season ki wajah se life ki sargarmiaan hain.</w:t>
      </w:r>
    </w:p>
    <w:p>
      <w:pPr>
        <w:jc w:val="right"/>
      </w:pPr>
      <w:r>
        <w:t>زن ہوتا ہے۔ ٹلٹ نہ ہو تو کیا ہو؟ سیزن نہ آئے، نہ سردی، نہ گرمی، نہ برسات تو کیا ہو؟ پھر بھی ہم مر جائیں گے۔ اس ٹلٹ کی وجہ سے سیزن ہے، سیزن کی وجہ سے ہم زندہ ہیں، سیزن کی وجہ سے لائف کی سرگرمیاں ہیں۔</w:t>
      </w:r>
    </w:p>
    <w:p>
      <w:r>
        <w:rPr>
          <w:b/>
        </w:rPr>
        <w:t xml:space="preserve">[43:13] </w:t>
      </w:r>
      <w:r>
        <w:t>to scientist jab in baaton ko dekhta hai</w:t>
      </w:r>
    </w:p>
    <w:p>
      <w:pPr>
        <w:jc w:val="right"/>
      </w:pPr>
      <w:r>
        <w:t>تو سائنٹسٹ جب ان باتوں کو دیکھتا ہے</w:t>
      </w:r>
    </w:p>
    <w:p>
      <w:r>
        <w:rPr>
          <w:b/>
        </w:rPr>
        <w:t xml:space="preserve">[43:17] </w:t>
      </w:r>
      <w:r>
        <w:t>to ab woh maanne par, woh jo baatein thi newton ke baad ke yeh sab kuch jo hai, yeh blind interplay of chemical and physical forces hai, woh maanne par tayyar nahi hai.</w:t>
      </w:r>
    </w:p>
    <w:p>
      <w:pPr>
        <w:jc w:val="right"/>
      </w:pPr>
      <w:r>
        <w:t>تو اب وہ ماننے پر، وہ جو باتیں تھیں نیوٹن کے بعد کہ یہ سب کچھ جو ہے، یہ بلائنڈ انٹرپلے آف کیمیکل اینڈ فزیکل فورسز ہے، وہ ماننے پر تیار نہیں ہے۔</w:t>
      </w:r>
    </w:p>
    <w:p>
      <w:r>
        <w:rPr>
          <w:b/>
        </w:rPr>
        <w:t xml:space="preserve">[43:30] </w:t>
      </w:r>
      <w:r>
        <w:t>woh kehta hai, "tum jhoot bolte the ab tak, hum ko 400 saal mein hum ko jhoot kaha tum ne." yeh to yeh to living activities hain, yeh to intellectual activities hain.</w:t>
      </w:r>
    </w:p>
    <w:p>
      <w:pPr>
        <w:jc w:val="right"/>
      </w:pPr>
      <w:r>
        <w:t>وہ کہتا ہے، "تم جھوٹ بولتے تھے اب تک، ہم کو 400 سال میں ہم کو جھوٹ کہا تم نے۔" یہ تو یہ تو لیونگ ایکٹیویٹیز ہیں، یہ تو انٹلیکچول ایکٹیویٹیز ہیں۔</w:t>
      </w:r>
    </w:p>
    <w:p>
      <w:r>
        <w:rPr>
          <w:b/>
        </w:rPr>
        <w:t xml:space="preserve">[43:44] </w:t>
      </w:r>
      <w:r>
        <w:t>yahan to ab mind kaam kar raha hai.</w:t>
      </w:r>
    </w:p>
    <w:p>
      <w:pPr>
        <w:jc w:val="right"/>
      </w:pPr>
      <w:r>
        <w:t>یہاں تو اب مائنڈ کام کر رہا ہے۔</w:t>
      </w:r>
    </w:p>
    <w:p>
      <w:r>
        <w:rPr>
          <w:b/>
        </w:rPr>
        <w:t xml:space="preserve">[43:48] </w:t>
      </w:r>
      <w:r>
        <w:t>yeh hai woh cheez jo chalte chalte yahan pohnchi hai. aap ghor kijiye ke jab yeh end aa jaye, yani Khuda ki planning ka end aa jaye to ab is ke baad kya rahega?</w:t>
      </w:r>
    </w:p>
    <w:p>
      <w:pPr>
        <w:jc w:val="right"/>
      </w:pPr>
      <w:r>
        <w:t>یہ ہے وہ چیز جو چلتے چلتے یہاں پہنچی ہے۔ آپ غور کیجئے کہ جب یہ اینڈ آ جائے، یعنی خدا کی پلاننگ کا اینڈ آ جائے تو اب اس کے بعد کیا رہے گا؟</w:t>
      </w:r>
    </w:p>
    <w:p>
      <w:r>
        <w:rPr>
          <w:b/>
        </w:rPr>
        <w:t xml:space="preserve">[44:04] </w:t>
      </w:r>
      <w:r>
        <w:t>is ke baad woh taghabun hi to rehta hai. baqi</w:t>
      </w:r>
    </w:p>
    <w:p>
      <w:pPr>
        <w:jc w:val="right"/>
      </w:pPr>
      <w:r>
        <w:t>اس کے بعد وہ تغابن ہی تو رہتا ہے۔ باقی</w:t>
      </w:r>
    </w:p>
    <w:p>
      <w:r>
        <w:rPr>
          <w:b/>
        </w:rPr>
        <w:t xml:space="preserve">[44:09] </w:t>
      </w:r>
      <w:r>
        <w:t>Khuda ne kyun banaya tha insaan ko?</w:t>
      </w:r>
    </w:p>
    <w:p>
      <w:pPr>
        <w:jc w:val="right"/>
      </w:pPr>
      <w:r>
        <w:t>خدا نے کیوں بنایا تھا انسان کو؟</w:t>
      </w:r>
    </w:p>
    <w:p>
      <w:r>
        <w:rPr>
          <w:b/>
        </w:rPr>
        <w:t xml:space="preserve">[44:14] </w:t>
      </w:r>
      <w:r>
        <w:t>Khuda ne kyun banaya tha insaan ko?</w:t>
      </w:r>
    </w:p>
    <w:p>
      <w:pPr>
        <w:jc w:val="right"/>
      </w:pPr>
      <w:r>
        <w:t>خدا نے کیوں بنایا تھا انسان کو؟</w:t>
      </w:r>
    </w:p>
    <w:p>
      <w:r>
        <w:rPr>
          <w:b/>
        </w:rPr>
        <w:t xml:space="preserve">[44:18] </w:t>
      </w:r>
      <w:r>
        <w:t>aap is ka jawab Quran mein dhoondhiye. Khuda ne banaya is liye tha insaan ko ke Khuda ne apne aik perfect world banayi, aik ideal world banayi jis ko Quran mein jannat kaha gaya hai.</w:t>
      </w:r>
    </w:p>
    <w:p>
      <w:pPr>
        <w:jc w:val="right"/>
      </w:pPr>
      <w:r>
        <w:t>آپ اس کا جواب قرآن میں ڈھونڈیے۔ خدا نے بنایا اس لیے تھا انسان کو کہ خدا نے اپنے ایک پرفیکٹ ورلڈ بنائی، ایک آئیڈیل ورلڈ بنائی جس کو قرآن میں جنت کہا گیا ہے۔</w:t>
      </w:r>
    </w:p>
    <w:p>
      <w:r>
        <w:rPr>
          <w:b/>
        </w:rPr>
        <w:t xml:space="preserve">[44:36] </w:t>
      </w:r>
      <w:r>
        <w:t>Khuda chahta tha ke wahan kuch kuch kuch makhlooq rahe jo Khuda ki hamd gaaye, jo Khuda ki marifat hasil kare,</w:t>
      </w:r>
    </w:p>
    <w:p>
      <w:pPr>
        <w:jc w:val="right"/>
      </w:pPr>
      <w:r>
        <w:t>خدا چاہتا تھا کہ وہاں کچھ کچھ کچھ مخلوق رہے جو خدا کی حمد گائے، جو خدا کی معرفت حاصل کرے،</w:t>
      </w:r>
    </w:p>
    <w:p>
      <w:r>
        <w:rPr>
          <w:b/>
        </w:rPr>
        <w:t xml:space="preserve">[44:52] </w:t>
      </w:r>
      <w:r>
        <w:t>Khuda ko direct tor par dekh kar enjoy kare. is se</w:t>
      </w:r>
    </w:p>
    <w:p>
      <w:pPr>
        <w:jc w:val="right"/>
      </w:pPr>
      <w:r>
        <w:t>خدا کو ڈائریکٹ طور پر دیکھ کر انجوائے کرے۔ اس سے</w:t>
      </w:r>
    </w:p>
    <w:p>
      <w:r>
        <w:rPr>
          <w:b/>
        </w:rPr>
        <w:t xml:space="preserve">[44:59] </w:t>
      </w:r>
      <w:r>
        <w:t>aap do ghor kijiye ke aik cheez ki beauty ko aap kitaab mein padhein aur phir sach much us ko dekh lein.</w:t>
      </w:r>
    </w:p>
    <w:p>
      <w:pPr>
        <w:jc w:val="right"/>
      </w:pPr>
      <w:r>
        <w:t>آپ دو غور کیجئے کہ ایک چیز کی بیوٹی کو آپ کتاب میں پڑھیں اور پھر سچ مچ اس کو دیکھ لیں۔</w:t>
      </w:r>
    </w:p>
    <w:p>
      <w:r>
        <w:rPr>
          <w:b/>
        </w:rPr>
        <w:t xml:space="preserve">[45:07] </w:t>
      </w:r>
      <w:r>
        <w:t>jaise hum ne Switzerland ki beauty kitaab mein padhi thi, lagta tha ke Switzerland aik beautiful country hai. phir jab main gaya Switzerland wahan do baar to laga ke poore Switzerland jo hai, woh kya beautiful park hai.</w:t>
      </w:r>
    </w:p>
    <w:p>
      <w:pPr>
        <w:jc w:val="right"/>
      </w:pPr>
      <w:r>
        <w:t>جیسے ہم نے سویٹزرلینڈ کی بیوٹی کتاب میں پڑھی تھی، لگتا تھا کہ سویٹزرلینڈ ایک بیوٹی فل کنٹری ہے۔ پھر جب میں گیا سویٹزرلینڈ وہاں دو بار تو لگا کہ پورے سویٹزرلینڈ جو ہے، وہ کیا بیوٹی فل پارک ہے۔</w:t>
      </w:r>
    </w:p>
    <w:p>
      <w:r>
        <w:rPr>
          <w:b/>
        </w:rPr>
        <w:t xml:space="preserve">[45:23] </w:t>
      </w:r>
      <w:r>
        <w:t>poora poora swtzerland aisa saja rakha hai logon ne apne gaon ko, apne shehron ko, apni cities ko. to ek tha swtzerland ka woh woh introduction jo hum ne kitabon mein parha tha,</w:t>
      </w:r>
    </w:p>
    <w:p>
      <w:pPr>
        <w:jc w:val="right"/>
      </w:pPr>
      <w:r>
        <w:t>پورا پورا سویٹزرلینڈ ایسا سجا رکھا ہے لوگوں نے اپنے گاؤں کو، اپنے شہروں کو، اپنی سٹیز کو۔ تو ایک تھا سویٹزرلینڈ کا وہ وہ انٹروڈکشن جو ہم نے کتابوں میں پڑھا تھا،</w:t>
      </w:r>
    </w:p>
    <w:p>
      <w:r>
        <w:rPr>
          <w:b/>
        </w:rPr>
        <w:t xml:space="preserve">[45:37] </w:t>
      </w:r>
      <w:r>
        <w:t>ek tha jo aa ke dekha hum ne. woh to laga swtzerland to ek bohat hi beautiful park hai, aise jo khuda jis ne banaya hai aap ko,</w:t>
      </w:r>
    </w:p>
    <w:p>
      <w:pPr>
        <w:jc w:val="right"/>
      </w:pPr>
      <w:r>
        <w:t>ایک تھا جو آ کے دیکھا ہم نے۔ وہ تو لگا سویٹزرلینڈ تو ایک بہت ہی بیوٹی فل پارک ہے، ایسے جو خدا جس نے بنایا ہے آپ کو،</w:t>
      </w:r>
    </w:p>
    <w:p>
      <w:r>
        <w:rPr>
          <w:b/>
        </w:rPr>
        <w:t xml:space="preserve">[45:52] </w:t>
      </w:r>
      <w:r>
        <w:t>jis ne is meaningful world ko takhleeq kiya hai,</w:t>
      </w:r>
    </w:p>
    <w:p>
      <w:pPr>
        <w:jc w:val="right"/>
      </w:pPr>
      <w:r>
        <w:t>جس نے اس میننگ فل ورلڈ کو تخلیق کیا ہے،</w:t>
      </w:r>
    </w:p>
    <w:p>
      <w:r>
        <w:rPr>
          <w:b/>
        </w:rPr>
        <w:t xml:space="preserve">[45:57] </w:t>
      </w:r>
      <w:r>
        <w:t>phir jo is ka sensible sustainer hai. ab kitna zyada woh is ke andar beauty hogi, kitna zyada is ke andar attraction hoga, kitna zyada is ke andar kya kya cheezen jalwe honge is ke andar.</w:t>
      </w:r>
    </w:p>
    <w:p>
      <w:pPr>
        <w:jc w:val="right"/>
      </w:pPr>
      <w:r>
        <w:t>پھر جو اس کا سینسیٹ سسٹینر ہے۔ اب کتنا زیادہ وہ اس کے اندر بیوٹی ہوگی، کتنا زیادہ اس کے اندر اٹریکشن ہوگا، کتنا زیادہ اس کے اندر کیا کیا چیزیں جلوے ہوں گے اس کے اندر۔</w:t>
      </w:r>
    </w:p>
    <w:p>
      <w:r>
        <w:rPr>
          <w:b/>
        </w:rPr>
        <w:t xml:space="preserve">[46:13] </w:t>
      </w:r>
      <w:r>
        <w:t>to khuda ne chaha ke pehle insan yahan par khuda ko discover kare, na dekh kar,</w:t>
      </w:r>
    </w:p>
    <w:p>
      <w:pPr>
        <w:jc w:val="right"/>
      </w:pPr>
      <w:r>
        <w:t>تو خدا نے چاہا کہ پہلے انسان یہاں پر خدا کو ڈسکور کرے، نہ دیکھ کر،</w:t>
      </w:r>
    </w:p>
    <w:p>
      <w:r>
        <w:rPr>
          <w:b/>
        </w:rPr>
        <w:t xml:space="preserve">[46:22] </w:t>
      </w:r>
      <w:r>
        <w:t>phir us ko yeh mauqa diya jaye ke dekh kar woh khuda ko is ki marifat hasil kare. yahi kal kal mamla hai.</w:t>
      </w:r>
    </w:p>
    <w:p>
      <w:pPr>
        <w:jc w:val="right"/>
      </w:pPr>
      <w:r>
        <w:t>پھر اس کو یہ موقع دیا جائے کہ دیکھ کر وہ خدا کو اس کی معرفت حاصل کرے۔ یہی کل کل معاملہ ہے۔</w:t>
      </w:r>
    </w:p>
    <w:p>
      <w:r>
        <w:rPr>
          <w:b/>
        </w:rPr>
        <w:t xml:space="preserve">[46:35] </w:t>
      </w:r>
      <w:r>
        <w:t>is dunya mein aap ko rakha gaya sirf is liye ke khuda ko na dekh kar aap dekhen</w:t>
      </w:r>
    </w:p>
    <w:p>
      <w:pPr>
        <w:jc w:val="right"/>
      </w:pPr>
      <w:r>
        <w:t>اس دنیا میں آپ کو رکھا گیا صرف اس لیے کہ خدا کو نہ دیکھ کر آپ دیکھیں</w:t>
      </w:r>
    </w:p>
    <w:p>
      <w:r>
        <w:rPr>
          <w:b/>
        </w:rPr>
        <w:t xml:space="preserve">[46:45] </w:t>
      </w:r>
      <w:r>
        <w:t>taake aap ko yeh blessing mile, yeh blessing ke khuda ko aap dekh kar dekh saken,</w:t>
      </w:r>
    </w:p>
    <w:p>
      <w:pPr>
        <w:jc w:val="right"/>
      </w:pPr>
      <w:r>
        <w:t>تاکہ آپ کو یہ بلیسنگ ملے، یہ بلیسنگ کہ خدا کو آپ دیکھ کر دیکھ سکیں،</w:t>
      </w:r>
    </w:p>
    <w:p>
      <w:r>
        <w:rPr>
          <w:b/>
        </w:rPr>
        <w:t xml:space="preserve">[46:54] </w:t>
      </w:r>
      <w:r>
        <w:t>khuda ko dekh kar aap is ka jalwa pa saken.</w:t>
      </w:r>
    </w:p>
    <w:p>
      <w:pPr>
        <w:jc w:val="right"/>
      </w:pPr>
      <w:r>
        <w:t>خدا کو دیکھ کر آپ اس کا جلوہ پا سکیں۔</w:t>
      </w:r>
    </w:p>
    <w:p>
      <w:r>
        <w:rPr>
          <w:b/>
        </w:rPr>
        <w:t xml:space="preserve">[47:00] </w:t>
      </w:r>
      <w:r>
        <w:t>yahi hai jis ko mein kaha karta hoon discovery method. pehle discovery hai, us ke baad observation hai. to sab kuch to ho chuka hai, ab kya baqi hai?</w:t>
      </w:r>
    </w:p>
    <w:p>
      <w:pPr>
        <w:jc w:val="right"/>
      </w:pPr>
      <w:r>
        <w:t>یہی ہے جس کو میں کہا کرتا ہوں ڈسکوری میتھڈ۔ پہلے ڈسکوری ہے، اس کے بعد ابزرویشن ہے۔ تو سب کچھ تو ہو چکا ہے، اب کیا باقی ہے؟</w:t>
      </w:r>
    </w:p>
    <w:p>
      <w:r>
        <w:rPr>
          <w:b/>
        </w:rPr>
        <w:t xml:space="preserve">[47:11] </w:t>
      </w:r>
      <w:r>
        <w:t>bataiye. ab to wohi waqea hai ke yom taghabun aa jaye,</w:t>
      </w:r>
    </w:p>
    <w:p>
      <w:pPr>
        <w:jc w:val="right"/>
      </w:pPr>
      <w:r>
        <w:t>بتائیے۔ اب تو وہی واقعہ ہے کہ یوم تغابن آ جائے،</w:t>
      </w:r>
    </w:p>
    <w:p>
      <w:r>
        <w:rPr>
          <w:b/>
        </w:rPr>
        <w:t xml:space="preserve">[47:17] </w:t>
      </w:r>
      <w:r>
        <w:t>haar jeet ka din. jis ne is dunya mein khuda ko waqeatan na dekh kar dekha tha, us se khuda kahega, "o mere bando!</w:t>
      </w:r>
    </w:p>
    <w:p>
      <w:pPr>
        <w:jc w:val="right"/>
      </w:pPr>
      <w:r>
        <w:t>ہار جیت کا دن۔ جس نے اس دنیا میں خدا کو واقعتا نہ دیکھ کر دیکھا تھا، اس سے خدا کہے گا، "او میرے بندوں!</w:t>
      </w:r>
    </w:p>
    <w:p>
      <w:r>
        <w:rPr>
          <w:b/>
        </w:rPr>
        <w:t xml:space="preserve">[47:30] </w:t>
      </w:r>
      <w:r>
        <w:t>ab tum mera jalwa dekh sakte ho." aur jo is din wahan blind raha tha, blind andha bana raha tha, us ko</w:t>
      </w:r>
    </w:p>
    <w:p>
      <w:pPr>
        <w:jc w:val="right"/>
      </w:pPr>
      <w:r>
        <w:t>اب تم میرا جلوہ دیکھ سکتے ہو۔" اور جو اس دن وہاں بلائنڈ رہا تھا، بلائنڈ اندھا بنا رہا تھا، اس کو</w:t>
      </w:r>
    </w:p>
    <w:p>
      <w:r>
        <w:rPr>
          <w:b/>
        </w:rPr>
        <w:t xml:space="preserve">[47:42] </w:t>
      </w:r>
      <w:r>
        <w:t>us ko reject kar diya, reject kar diya jaye ga, radd kar diya jaye ga,</w:t>
      </w:r>
    </w:p>
    <w:p>
      <w:pPr>
        <w:jc w:val="right"/>
      </w:pPr>
      <w:r>
        <w:t>اس کو ریجیکٹ کر دیا، ریجیکٹ کر دیا جائے گا، رد کر دیا جائے گا،</w:t>
      </w:r>
    </w:p>
    <w:p>
      <w:r>
        <w:rPr>
          <w:b/>
        </w:rPr>
        <w:t xml:space="preserve">[47:46] </w:t>
      </w:r>
      <w:r>
        <w:t>us ko boorhay khane mein daal diya jaye ga.</w:t>
      </w:r>
    </w:p>
    <w:p>
      <w:pPr>
        <w:jc w:val="right"/>
      </w:pPr>
      <w:r>
        <w:t>اس کو بوڑھے خانے میں ڈال دیا جائے گا۔</w:t>
      </w:r>
    </w:p>
    <w:p>
      <w:r>
        <w:rPr>
          <w:b/>
        </w:rPr>
        <w:t xml:space="preserve">[47:52] </w:t>
      </w:r>
      <w:r>
        <w:t>yeh hai history of mankind. is ko aap samjhiye, yani khuda ke khuda ki planning ko samjhiye, khuda ke naqshe ko samjhiye,</w:t>
      </w:r>
    </w:p>
    <w:p>
      <w:pPr>
        <w:jc w:val="right"/>
      </w:pPr>
      <w:r>
        <w:t>یہ ہے ہسٹری آف مین کائنڈ۔ اس کو آپ سمجھیے، یعنی خدا کے خدا کی پلاننگ کو سمجھیے، خدا کے نقشے کو سمجھیے،</w:t>
      </w:r>
    </w:p>
    <w:p>
      <w:r>
        <w:rPr>
          <w:b/>
        </w:rPr>
        <w:t xml:space="preserve">[48:11] </w:t>
      </w:r>
      <w:r>
        <w:t>khuda kya chahta hai, us ko samjhiye.</w:t>
      </w:r>
    </w:p>
    <w:p>
      <w:pPr>
        <w:jc w:val="right"/>
      </w:pPr>
      <w:r>
        <w:t>خدا کیا چاہتا ہے، اس کو سمجھیے۔</w:t>
      </w:r>
    </w:p>
    <w:p>
      <w:r>
        <w:rPr>
          <w:b/>
        </w:rPr>
        <w:t xml:space="preserve">[48:16] </w:t>
      </w:r>
      <w:r>
        <w:t>ek hadith mein hai ke munafiq aur momin ka farq kya hai? munafiq aur momin ka farq yeh hai ke</w:t>
      </w:r>
    </w:p>
    <w:p>
      <w:pPr>
        <w:jc w:val="right"/>
      </w:pPr>
      <w:r>
        <w:t>ایک حدیث میں ہے کہ منافق اور مومن کا فرق کیا ہے؟ منافق اور مومن کا فرق یہ ہے کہ</w:t>
      </w:r>
    </w:p>
    <w:p>
      <w:r>
        <w:rPr>
          <w:b/>
        </w:rPr>
        <w:t xml:space="preserve">[48:29] </w:t>
      </w:r>
      <w:r>
        <w:t>munafiq khaye piye aur bas hum animal ki tarah se kha pi kar khush ho jayen, aur momin woh hai jo is khane peene mein khuda ka khuda ka jalwa dekh sake.</w:t>
      </w:r>
    </w:p>
    <w:p>
      <w:pPr>
        <w:jc w:val="right"/>
      </w:pPr>
      <w:r>
        <w:t>منافق کھائے پیئے اور بس ہم اینیمل کی طرح سے کھا پی کر خوش ہو جائیں، اور مومن وہ ہے جو اس کھانے پینے میں خدا کا خدا کا جلوہ دیکھ سکے۔</w:t>
      </w:r>
    </w:p>
    <w:p>
      <w:r>
        <w:rPr>
          <w:b/>
        </w:rPr>
        <w:t xml:space="preserve">[48:45] </w:t>
      </w:r>
      <w:r>
        <w:t>jaise mein yeh pani peeta hoon, ek peena yeh hai ke mujhe yeh lage ke glass hai aur is mein pani hai, bas pi liya aur pyas bujh gayi.</w:t>
      </w:r>
    </w:p>
    <w:p>
      <w:pPr>
        <w:jc w:val="right"/>
      </w:pPr>
      <w:r>
        <w:t>جیسے میں یہ پانی پیتا ہوں، ایک پینا یہ ہے کہ مجھے یہ لگے کہ گلاس ہے اور اس میں پانی ہے، بس پی لیا اور پیاس بجھ گئی۔</w:t>
      </w:r>
    </w:p>
    <w:p>
      <w:r>
        <w:rPr>
          <w:b/>
        </w:rPr>
        <w:t xml:space="preserve">[48:57] </w:t>
      </w:r>
      <w:r>
        <w:t>ek yeh hai ke is is is pani mein mujhe ek billion saal dikhai de, ek billion saal,</w:t>
      </w:r>
    </w:p>
    <w:p>
      <w:pPr>
        <w:jc w:val="right"/>
      </w:pPr>
      <w:r>
        <w:t>ایک یہ ہے کہ اس اس اس پانی میں مجھے ایک بلین سال دکھائی دے، ایک بلین سال،</w:t>
      </w:r>
    </w:p>
    <w:p>
      <w:r>
        <w:rPr>
          <w:b/>
        </w:rPr>
        <w:t xml:space="preserve">[49:06] </w:t>
      </w:r>
      <w:r>
        <w:t>15 billion saal ke 15 billion saal pehle khuda ne universe banayi,</w:t>
      </w:r>
    </w:p>
    <w:p>
      <w:pPr>
        <w:jc w:val="right"/>
      </w:pPr>
      <w:r>
        <w:t>15 بلین سال کہ 15 بلین سال پہلے خدا نے یونیورس بنائی،</w:t>
      </w:r>
    </w:p>
    <w:p>
      <w:r>
        <w:rPr>
          <w:b/>
        </w:rPr>
        <w:t xml:space="preserve">[49:13] </w:t>
      </w:r>
      <w:r>
        <w:t>phir ek billion saal us ne pehle us ne solar system banaya, phir us ne zameen banayi. itne sare ult pher hue, tab ja kar pani bana.</w:t>
      </w:r>
    </w:p>
    <w:p>
      <w:pPr>
        <w:jc w:val="right"/>
      </w:pPr>
      <w:r>
        <w:t>پھر ایک بلین سال اس نے پہلے اس نے سولر سسٹم بنایا، پھر اس نے زمین بنائی۔ اتنے سارے الٹ پھیر ہوئے، تب جا کر پانی بنا۔</w:t>
      </w:r>
    </w:p>
    <w:p>
      <w:r>
        <w:rPr>
          <w:b/>
        </w:rPr>
        <w:t xml:space="preserve">[49:26] </w:t>
      </w:r>
      <w:r>
        <w:t>to pani ki history shuru hoti hai 15 billion saal se pehle. pani ki history yeh nahi hai ke bas glass mein pani hai aur pi liya aap ne.</w:t>
      </w:r>
    </w:p>
    <w:p>
      <w:pPr>
        <w:jc w:val="right"/>
      </w:pPr>
      <w:r>
        <w:t>تو پانی کی ہسٹری شروع ہوتی ہے 15 بلین سال سے پہلے۔ پانی کی ہسٹری یہ نہیں ہے کہ بس گلاس میں پانی ہے اور پی لیا آپ نے۔</w:t>
      </w:r>
    </w:p>
    <w:p>
      <w:r>
        <w:rPr>
          <w:b/>
        </w:rPr>
        <w:t xml:space="preserve">[49:38] </w:t>
      </w:r>
      <w:r>
        <w:t>to munafiq woh hai jo jis ko bas glass dikhai de aur pani dikhai de,</w:t>
      </w:r>
    </w:p>
    <w:p>
      <w:pPr>
        <w:jc w:val="right"/>
      </w:pPr>
      <w:r>
        <w:t>تو منافق وہ ہے جو جس کو بس گلاس دکھائی دے اور پانی دکھائی دے،</w:t>
      </w:r>
    </w:p>
    <w:p>
      <w:r>
        <w:rPr>
          <w:b/>
        </w:rPr>
        <w:t xml:space="preserve">[49:45] </w:t>
      </w:r>
      <w:r>
        <w:t>aur momin woh hai jis ko is pani ke peeche 15 billion saal ki history dikhai de. aap ghor kijiye ke dono mein kya farq hoga?</w:t>
      </w:r>
    </w:p>
    <w:p>
      <w:pPr>
        <w:jc w:val="right"/>
      </w:pPr>
      <w:r>
        <w:t>اور مومن وہ ہے جس کو اس پانی کے پیچھے 15 بلین سال کی ہسٹری دکھائی دے۔ آپ غور کیجئے کہ دونوں میں کیا فرق ہوگا؟</w:t>
      </w:r>
    </w:p>
    <w:p>
      <w:r>
        <w:rPr>
          <w:b/>
        </w:rPr>
        <w:t xml:space="preserve">[49:57] </w:t>
      </w:r>
      <w:r>
        <w:t>dono mein kya farq hoga? wohi farq hai jannati mein aur jahannami mein.</w:t>
      </w:r>
    </w:p>
    <w:p>
      <w:pPr>
        <w:jc w:val="right"/>
      </w:pPr>
      <w:r>
        <w:t>دونوں میں کیا فرق ہوگا؟ وہی فرق ہے جنتی میں اور جہنمی میں۔</w:t>
      </w:r>
    </w:p>
    <w:p>
      <w:r>
        <w:rPr>
          <w:b/>
        </w:rPr>
        <w:t xml:space="preserve">[50:08] </w:t>
      </w:r>
      <w:r>
        <w:t>wohi farq hai jannatiyon mein aur jahannami mein.</w:t>
      </w:r>
    </w:p>
    <w:p>
      <w:pPr>
        <w:jc w:val="right"/>
      </w:pPr>
      <w:r>
        <w:t>وہی فرق ہے جنتیوں میں اور جہنمی میں۔</w:t>
      </w:r>
    </w:p>
    <w:p>
      <w:r>
        <w:rPr>
          <w:b/>
        </w:rPr>
        <w:t xml:space="preserve">[50:13] </w:t>
      </w:r>
      <w:r>
        <w:t>jo aadmi yeh samjhe ke main mere paas paisa tha, ja kar main ne market se bus daily khareed liya aur bus daily ko nikaal kar is ka pani pee raha hoon,</w:t>
      </w:r>
    </w:p>
    <w:p>
      <w:pPr>
        <w:jc w:val="right"/>
      </w:pPr>
      <w:r>
        <w:t>جو آدمی یہ سمجھے کہ میں میرے پاس پیسہ تھا، جا کر میں نے مارکیٹ سے بس ڈیلی خرید لیا اور بس ڈیلی کو نکال کر اس کا پانی پی رہا ہوں،</w:t>
      </w:r>
    </w:p>
    <w:p>
      <w:r>
        <w:rPr>
          <w:b/>
        </w:rPr>
        <w:t xml:space="preserve">[50:28] </w:t>
      </w:r>
      <w:r>
        <w:t>toh wohi woh aadmi hai jo Khuda ke nazdeek sirf animal hai.</w:t>
      </w:r>
    </w:p>
    <w:p>
      <w:pPr>
        <w:jc w:val="right"/>
      </w:pPr>
      <w:r>
        <w:t>تو وہی وہ آدمی ہے جو خدا کے نزدیک صرف اینیمل ہے۔</w:t>
      </w:r>
    </w:p>
    <w:p>
      <w:r>
        <w:rPr>
          <w:b/>
        </w:rPr>
        <w:t xml:space="preserve">[50:33] </w:t>
      </w:r>
      <w:r>
        <w:t>woh is qabil hai ke woh is ko reject kar diya jaye, aur jis ne is pani mein Khuda ke planning ko dekha, Khuda ki wisdom ko dekha, Khuda ki barhai ko dekha, Khuda ke Rab hone ko dekha,</w:t>
      </w:r>
    </w:p>
    <w:p>
      <w:pPr>
        <w:jc w:val="right"/>
      </w:pPr>
      <w:r>
        <w:t>وہ اس قابل ہے کہ وہ اس کو ریجیکٹ کر دیا جائے، اور جس نے اس پانی میں خدا کے پلاننگ کو دیکھا، خدا کی وزڈم کو دیکھا، خدا کی بڑائی کو دیکھا، خدا کے رب ہونے کو دیکھا،</w:t>
      </w:r>
    </w:p>
    <w:p>
      <w:r>
        <w:rPr>
          <w:b/>
        </w:rPr>
        <w:t xml:space="preserve">[50:49] </w:t>
      </w:r>
      <w:r>
        <w:t>yaani 15 billion saal samet aaye is ke mind mein, toh wohi insaan hai jis ne Khuda ko dekhe baghair dekha. isi ko Khuda select karega, select jannat ke liye.</w:t>
      </w:r>
    </w:p>
    <w:p>
      <w:pPr>
        <w:jc w:val="right"/>
      </w:pPr>
      <w:r>
        <w:t>یعنی 15 بلین سال سمیٹ آئے اس کے مائنڈ میں، تو وہی انسان ہے جس نے خدا کو دیکھے بغیر دیکھا۔ اسی کو خدا سلیکٹ کرے گا، سلیکٹ جنت کے لیے۔</w:t>
      </w:r>
    </w:p>
    <w:p>
      <w:r>
        <w:rPr>
          <w:b/>
        </w:rPr>
        <w:t xml:space="preserve">[51:02] </w:t>
      </w:r>
      <w:r>
        <w:t>toh main yeh keh raha hoon ke ab sab kuch ho chuka, ab kya baqi hai?</w:t>
      </w:r>
    </w:p>
    <w:p>
      <w:pPr>
        <w:jc w:val="right"/>
      </w:pPr>
      <w:r>
        <w:t>تو میں یہ کہہ رہا ہوں کہ اب سب کچھ ہو چکا، اب کیا باقی ہے؟</w:t>
      </w:r>
    </w:p>
    <w:p>
      <w:r>
        <w:rPr>
          <w:b/>
        </w:rPr>
        <w:t xml:space="preserve">[51:09] </w:t>
      </w:r>
      <w:r>
        <w:t>yaani kainaat ka creation, kainaat ko create kiya Khuda ne, creation ho chuka. is ke baad insani history guzri traditional period se, woh bhi ho chuka.</w:t>
      </w:r>
    </w:p>
    <w:p>
      <w:pPr>
        <w:jc w:val="right"/>
      </w:pPr>
      <w:r>
        <w:t>یعنی کائنات کا کریشن، کائنات کو کریٹ کیا خدا نے، کریشن ہو چکا۔ اس کے بعد انسانی ہسٹری گزری ٹریڈیشنل پیریڈ سے، وہ بھی ہو چکا۔</w:t>
      </w:r>
    </w:p>
    <w:p>
      <w:r>
        <w:rPr>
          <w:b/>
        </w:rPr>
        <w:t xml:space="preserve">[51:24] </w:t>
      </w:r>
      <w:r>
        <w:t>phir insani history pahunchi scientific period mein, woh bhi ho chuka.</w:t>
      </w:r>
    </w:p>
    <w:p>
      <w:pPr>
        <w:jc w:val="right"/>
      </w:pPr>
      <w:r>
        <w:t>پھر انسانی ہسٹری پہنچی سائنٹیفک پیریڈ میں، وہ بھی ہو چکا۔</w:t>
      </w:r>
    </w:p>
    <w:p>
      <w:r>
        <w:rPr>
          <w:b/>
        </w:rPr>
        <w:t xml:space="preserve">[51:30] </w:t>
      </w:r>
      <w:r>
        <w:t>ab khud insani ilm ne, khud human knowledge ne insaan ko yahan tak pahunchaya hai ke sab kuch jo hai, is ke peeche aik aik conscious being hai, conscious being hai, yeh story wujood hai.</w:t>
      </w:r>
    </w:p>
    <w:p>
      <w:pPr>
        <w:jc w:val="right"/>
      </w:pPr>
      <w:r>
        <w:t>اب خود انسانی علم نے، خود ہیومن نالج نے انسان کو یہاں تک پہنچایا ہے کہ سب کچھ جو ہے، اس کے پیچھے ایک ایک کانشیس بینگ ہے، کانشیس بینگ ہے، یہ سٹوری وجود ہے۔</w:t>
      </w:r>
    </w:p>
    <w:p>
      <w:r>
        <w:rPr>
          <w:b/>
        </w:rPr>
        <w:t xml:space="preserve">[51:46] </w:t>
      </w:r>
      <w:r>
        <w:t>toh ab kya baqi rahega? mujhe bataiye. ab kuch baqi nahi rahega, ab imtehan khatam, test khatam.</w:t>
      </w:r>
    </w:p>
    <w:p>
      <w:pPr>
        <w:jc w:val="right"/>
      </w:pPr>
      <w:r>
        <w:t>تو اب کیا باقی رہے گا؟ مجھے بتائیے۔ اب کچھ باقی نہیں رہے گا، اب امتحان ختم، ٹیسٹ ختم۔</w:t>
      </w:r>
    </w:p>
    <w:p>
      <w:r>
        <w:rPr>
          <w:b/>
        </w:rPr>
        <w:t xml:space="preserve">[51:55] </w:t>
      </w:r>
      <w:r>
        <w:t>ab toh yeh hai ke jis ko</w:t>
      </w:r>
    </w:p>
    <w:p>
      <w:pPr>
        <w:jc w:val="right"/>
      </w:pPr>
      <w:r>
        <w:t>اب تو یہ ہے کہ جس کو</w:t>
      </w:r>
    </w:p>
    <w:p>
      <w:r>
        <w:rPr>
          <w:b/>
        </w:rPr>
        <w:t xml:space="preserve">[52:00] </w:t>
      </w:r>
      <w:r>
        <w:t>apni islaah karna hai, woh apni islaah kar le. jis ko dawat dena hai, woh dawat pe sar active ho jaye. bas two point formula: apni islaah karo aur dawat work karo,</w:t>
      </w:r>
    </w:p>
    <w:p>
      <w:pPr>
        <w:jc w:val="right"/>
      </w:pPr>
      <w:r>
        <w:t>اپنی اصلاح کرنا ہے، وہ اپنی اصلاح کر لے۔ جس کو دعوت دینا ہے، وہ دعوت پہ سر ایکٹیو ہو جائے۔ بس ٹو پوائنٹ فارمولا: اپنی اصلاح کرو اور دعا ورک کرو،</w:t>
      </w:r>
    </w:p>
    <w:p>
      <w:r>
        <w:rPr>
          <w:b/>
        </w:rPr>
        <w:t xml:space="preserve">[52:16] </w:t>
      </w:r>
      <w:r>
        <w:t>aur koi kaam hi nahi doosra.</w:t>
      </w:r>
    </w:p>
    <w:p>
      <w:pPr>
        <w:jc w:val="right"/>
      </w:pPr>
      <w:r>
        <w:t>اور کوئی کام ہی نہیں دوسرا۔</w:t>
      </w:r>
    </w:p>
    <w:p>
      <w:r>
        <w:rPr>
          <w:b/>
        </w:rPr>
        <w:t xml:space="preserve">[52:21] </w:t>
      </w:r>
      <w:r>
        <w:t>aaj main subah kisi se baat kar raha tha toh main ne kaha ke do qism ke insaan hote hain: aik woh jo Khuda ko priority basis par lein, priority basis par; doosre woh jo Khuda ko secondary position mein lein.</w:t>
      </w:r>
    </w:p>
    <w:p>
      <w:pPr>
        <w:jc w:val="right"/>
      </w:pPr>
      <w:r>
        <w:t>آج میں صبح کسی سے بات کر رہا تھا تو میں نے کہا کہ دو قسم کے انسان ہوتے ہیں: ایک وہ جو خدا کو پرائرٹی بیسس پر لیں، پرائرٹی بیسس پر؛ دوسرے وہ جو خدا کو سیکنڈری پوزیشن میں لیں۔</w:t>
      </w:r>
    </w:p>
    <w:p>
      <w:r>
        <w:rPr>
          <w:b/>
        </w:rPr>
        <w:t xml:space="preserve">[52:39] </w:t>
      </w:r>
      <w:r>
        <w:t>woh secondary bana hua hoon ke har lamha, har din, har subah shaam hamein is ka imtehan hota hai.</w:t>
      </w:r>
    </w:p>
    <w:p>
      <w:pPr>
        <w:jc w:val="right"/>
      </w:pPr>
      <w:r>
        <w:t>وہ سیکنڈری بنا ہوا ہوں کہ ہر لمحہ، ہر دن، ہر صبح شام ہمیں اس کا امتحان ہوتا ہے۔</w:t>
      </w:r>
    </w:p>
    <w:p>
      <w:r>
        <w:rPr>
          <w:b/>
        </w:rPr>
        <w:t xml:space="preserve">[52:50] </w:t>
      </w:r>
      <w:r>
        <w:t>har har din is ka imtehan hota hai apne khandan mein, apne ehle ayaal mein, apne business interest mein. dunya bhar ki jo dunya bhar ki cheezein hain, un sab mein hamein har waqt yeh test hota hai ke hum ne Khuda ko priority basis par liya hai ya kisi aur cheez ko le rakha hai.</w:t>
      </w:r>
    </w:p>
    <w:p>
      <w:pPr>
        <w:jc w:val="right"/>
      </w:pPr>
      <w:r>
        <w:t>ہر ہر دن اس کا امتحان ہوتا ہے اپنے خاندان میں، اپنے اہل عیال میں، اپنے بزنس انٹرسٹ میں۔ دنیا بھر کی جو دنیا بھر کی چیزیں ہیں، ان سب میں ہمیں ہر وقت یہ ٹیسٹ ہوتا ہے کہ ہم نے خدا کو پرائرٹی بیس پر لیا ہے یا کسی اور چیز کو لے رکھا ہے۔</w:t>
      </w:r>
    </w:p>
    <w:p>
      <w:r>
        <w:rPr>
          <w:b/>
        </w:rPr>
        <w:t xml:space="preserve">[53:07] </w:t>
      </w:r>
      <w:r>
        <w:t>hum ne priority basis par</w:t>
      </w:r>
    </w:p>
    <w:p>
      <w:pPr>
        <w:jc w:val="right"/>
      </w:pPr>
      <w:r>
        <w:t>ہم نے پرائرٹی بیس پر</w:t>
      </w:r>
    </w:p>
    <w:p>
      <w:r>
        <w:rPr>
          <w:b/>
        </w:rPr>
        <w:t xml:space="preserve">[53:11] </w:t>
      </w:r>
      <w:r>
        <w:t>toh yaad rakhiye, is mein koi shakk mat kijiye ke jis aadmi ne Khuda ko priority basis par liya, usi ke liye jannat hai, aur jis aadmi ne Khuda ko secondary khaane mein daal diya,</w:t>
      </w:r>
    </w:p>
    <w:p>
      <w:pPr>
        <w:jc w:val="right"/>
      </w:pPr>
      <w:r>
        <w:t>تو یاد رکھیے، اس میں کوئی شک مت کیجئے کہ جس آدمی نے خدا کو پرائرٹی بیس پر لیا، اسی کے لیے جنت ہے، اور جس آدمی نے خدا کو سیکنڈری خانے میں ڈال دیا،</w:t>
      </w:r>
    </w:p>
    <w:p>
      <w:r>
        <w:rPr>
          <w:b/>
        </w:rPr>
        <w:t xml:space="preserve">[53:26] </w:t>
      </w:r>
      <w:r>
        <w:t>us ke liye jannat nahi ho sakti hai. koi bhi doosri jagah mil sakti hai, us ke liye jannat nahi milegi. is ko aap ghor kijiye, jannat Khuda aise logon ko dega jinhone Khuda ko private basis par liya hi na ho.</w:t>
      </w:r>
    </w:p>
    <w:p>
      <w:pPr>
        <w:jc w:val="right"/>
      </w:pPr>
      <w:r>
        <w:t>اس کے لیے جنت نہیں ہو سکتی ہے۔ کوئی بھی دوسری جگہ مل سکتی ہے، اس کے لیے جنت نہیں ملے گی۔ اس کو آپ غور کیجئے، جنت خدا ایسے لوگوں کو دے گا جنہوں نے خدا کو پرائیویٹ بیس پر لیا ہی نہ ہو۔</w:t>
      </w:r>
    </w:p>
    <w:p>
      <w:r>
        <w:rPr>
          <w:b/>
        </w:rPr>
        <w:t xml:space="preserve">[53:41] </w:t>
      </w:r>
      <w:r>
        <w:t>is dunya mein aik beta apni maa ko nahi maan sakta, agar is ki maa sab se zyada mohabbat apne bete se na kare. aap ghor kijiye, aisa ho sakta hai? aik wife apne husband ko nahi maan sakti hai, agar is ka husband apni wife se sab se zyada mohabbat na kare.</w:t>
      </w:r>
    </w:p>
    <w:p>
      <w:pPr>
        <w:jc w:val="right"/>
      </w:pPr>
      <w:r>
        <w:t>اس دنیا میں ایک بیٹا اپنی ماں کو نہیں مان سکتا، اگر اس کی ماں سب سے زیادہ محبت اپنے بیٹے سے نہ کرے۔ آپ غور کیجئے، ایسا ہو سکتا ہے؟ ایک وائف اپنے ہسبینڈ کو نہیں مان سکتی ہے، اگر اس کا ہسبینڈ اپنی وائف سے سب سے زیادہ محبت نہ کرے۔</w:t>
      </w:r>
    </w:p>
    <w:p>
      <w:r>
        <w:rPr>
          <w:b/>
        </w:rPr>
        <w:t xml:space="preserve">[53:59] </w:t>
      </w:r>
      <w:r>
        <w:t>toh kya aap samajhte hain Khuda ka standard is se bhi kam hoga?</w:t>
      </w:r>
    </w:p>
    <w:p>
      <w:pPr>
        <w:jc w:val="right"/>
      </w:pPr>
      <w:r>
        <w:t>تو کیا آپ سمجھتے ہیں خدا کا اسٹینڈرڈ اس سے بھی کم ہوگا؟</w:t>
      </w:r>
    </w:p>
    <w:p>
      <w:r>
        <w:rPr>
          <w:b/>
        </w:rPr>
        <w:t xml:space="preserve">[54:08] </w:t>
      </w:r>
      <w:r>
        <w:t>toh hamein kya karna hai?</w:t>
      </w:r>
    </w:p>
    <w:p>
      <w:pPr>
        <w:jc w:val="right"/>
      </w:pPr>
      <w:r>
        <w:t>تو ہمیں کیا کرنا ہے؟</w:t>
      </w:r>
    </w:p>
    <w:p>
      <w:r>
        <w:rPr>
          <w:b/>
        </w:rPr>
        <w:t xml:space="preserve">[54:11] </w:t>
      </w:r>
      <w:r>
        <w:t>hum mein se har aik ko, har aik ko, har aik ko faisla karna hai ke agar is ko paradise chahiye aur is ko jannat chahiye aur is ko Khuda ki blessing chahiye, toh Khuda ko woh priority basis par le.</w:t>
      </w:r>
    </w:p>
    <w:p>
      <w:pPr>
        <w:jc w:val="right"/>
      </w:pPr>
      <w:r>
        <w:t>ہم میں سے ہر ایک کو، ہر ایک کو، ہر ایک کو فیصلہ کرنا ہے کہ اگر اس کو پیراڈائز چاہیے اور اس کو جنت چاہیے اور اس کو خدا کی بلیسنگ چاہیے، تو خدا کو وہ پرائرٹی بیسس پر لے۔</w:t>
      </w:r>
    </w:p>
    <w:p>
      <w:r>
        <w:rPr>
          <w:b/>
        </w:rPr>
        <w:t xml:space="preserve">[54:27] </w:t>
      </w:r>
      <w:r>
        <w:t>khuda ko priority basis par le aur jo kuch bhi us par energy hai, jo kuch time hai, us ko sab dua work mein laga de.</w:t>
      </w:r>
    </w:p>
    <w:p>
      <w:pPr>
        <w:jc w:val="right"/>
      </w:pPr>
      <w:r>
        <w:t>خدا کو پرائرٹی بیسس پر لے اور جو کچھ بھی اس پر انرجی ہے، جو کچھ ٹائم ہے، اس کو سب دعا ورک میں لگا دے۔</w:t>
      </w:r>
    </w:p>
    <w:p>
      <w:r>
        <w:rPr>
          <w:b/>
        </w:rPr>
        <w:t xml:space="preserve">[54:37] </w:t>
      </w:r>
      <w:r>
        <w:t>bas, aur koi kaam nahi hai.</w:t>
      </w:r>
    </w:p>
    <w:p>
      <w:pPr>
        <w:jc w:val="right"/>
      </w:pPr>
      <w:r>
        <w:t>بس، اور کوئی کام نہیں ہے۔</w:t>
      </w:r>
    </w:p>
    <w:p>
      <w:r>
        <w:rPr>
          <w:b/>
        </w:rPr>
        <w:t xml:space="preserve">[54:42] </w:t>
      </w:r>
      <w:r>
        <w:t>aur jo kaam hai, woh idle business hai, fazool ka kaam hai.</w:t>
      </w:r>
    </w:p>
    <w:p>
      <w:pPr>
        <w:jc w:val="right"/>
      </w:pPr>
      <w:r>
        <w:t>اور جو کام ہے، وہ ائیڈل بزنس ہے، فضول کا کام ہے۔</w:t>
      </w:r>
    </w:p>
    <w:p>
      <w:r>
        <w:rPr>
          <w:b/>
        </w:rPr>
        <w:t xml:space="preserve">[54:49] </w:t>
      </w:r>
      <w:r>
        <w:t>quran mein hai ke "wa ma min dabbatin fil ardi illa alallahi rizquha". khuda ne jisko bhi paida kiya hai, uska rizq apne zimme le liya hai,</w:t>
      </w:r>
    </w:p>
    <w:p>
      <w:pPr>
        <w:jc w:val="right"/>
      </w:pPr>
      <w:r>
        <w:t>قرآن میں ہے کہ "ومن دابت فی الارض الا اللہ رزقہ"۔ خدا نے جس کو بھی پیدا کیا ہے، اس کا رزق اپنے ذمے لے لیا ہے،</w:t>
      </w:r>
    </w:p>
    <w:p>
      <w:r>
        <w:rPr>
          <w:b/>
        </w:rPr>
        <w:t xml:space="preserve">[55:00] </w:t>
      </w:r>
      <w:r>
        <w:t>apne zimme le liya hai, rizq apne zimme le liya hai, lekin dua work apne zimme nahi liya hai. dua work aap ke zimme hai, lekin logon ka haal kya hai?</w:t>
      </w:r>
    </w:p>
    <w:p>
      <w:pPr>
        <w:jc w:val="right"/>
      </w:pPr>
      <w:r>
        <w:t>اپنے ذمے لے لیا ہے، رزق اپنے ذمے لے لیا ہے، لیکن دعا ورک اپنے ذمے نہیں لیا ہے۔ دعا ورک آپ کے ذمے ہے، لیکن لوگوں کا حال کیا ہے؟</w:t>
      </w:r>
    </w:p>
    <w:p>
      <w:r>
        <w:rPr>
          <w:b/>
        </w:rPr>
        <w:t xml:space="preserve">[55:15] </w:t>
      </w:r>
      <w:r>
        <w:t>saara time lagaye rehte hain rizq mein aur dua work ka unhein khayal hi nahi hai. yeh jo kaam hamein karna tha, us ko chhod rakha hai.</w:t>
      </w:r>
    </w:p>
    <w:p>
      <w:pPr>
        <w:jc w:val="right"/>
      </w:pPr>
      <w:r>
        <w:t>سارا ٹائم لگائے رہتے ہیں رزق میں اور دعا ورک کا انہیں خیال ہی نہیں ہے۔ یہ جو کام ہمیں کرنا تھا، اس کو چھوڑ رکھا ہے۔</w:t>
      </w:r>
    </w:p>
    <w:p>
      <w:r>
        <w:rPr>
          <w:b/>
        </w:rPr>
        <w:t xml:space="preserve">[55:25] </w:t>
      </w:r>
      <w:r>
        <w:t>jo kaam khuda ko karna hai, us mein apne ko mashgool kiye hue hain.</w:t>
      </w:r>
    </w:p>
    <w:p>
      <w:pPr>
        <w:jc w:val="right"/>
      </w:pPr>
      <w:r>
        <w:t>جو کام خدا کو کرنا ہے، اس میں اپنے کو مشغول کیے ہوئے ہیں۔</w:t>
      </w:r>
    </w:p>
    <w:p>
      <w:r>
        <w:rPr>
          <w:b/>
        </w:rPr>
        <w:t xml:space="preserve">[55:30] </w:t>
      </w:r>
      <w:r>
        <w:t>kaisi ajeeb baat hai! "wa ma min dabbatin fil ardi illa alallahi rizquha". rizq se murad sirf roti, daal, chawal nahi hai.</w:t>
      </w:r>
    </w:p>
    <w:p>
      <w:pPr>
        <w:jc w:val="right"/>
      </w:pPr>
      <w:r>
        <w:t>کیسی عجیب بات ہے! "ومن دابت فی الارض الا اللہ رزقہ"۔ رزق سے مراد صرف روٹی، دال، چاول نہیں ہے۔</w:t>
      </w:r>
    </w:p>
    <w:p>
      <w:r>
        <w:rPr>
          <w:b/>
        </w:rPr>
        <w:t xml:space="preserve">[55:40] </w:t>
      </w:r>
      <w:r>
        <w:t>koi bhi worldly activities, koi bhi duniyavi mashaghil, koi bhi duniyavi taalluqat, koi bhi family ke taqaze, woh sab us mein shamil hain, sab us mein shamil hain.</w:t>
      </w:r>
    </w:p>
    <w:p>
      <w:pPr>
        <w:jc w:val="right"/>
      </w:pPr>
      <w:r>
        <w:t>کوئی بھی ورلڈلی ایکٹیویٹیز، کوئی بھی دنیاوی مشاغل، کوئی بھی دنیاوی تعلقات، کوئی بھی فیملی کے تقاضے، وہ سب اس میں شامل ہیں، سب اس میں شامل ہیں۔</w:t>
      </w:r>
    </w:p>
    <w:p>
      <w:r>
        <w:rPr>
          <w:b/>
        </w:rPr>
        <w:t xml:space="preserve">[55:58] </w:t>
      </w:r>
      <w:r>
        <w:t>ab aakhri waqt aa gaya hai ke hum mein se har shakhs yeh faisla kare apne liye aur duniya ko bata de ke sachai kya hai.</w:t>
      </w:r>
    </w:p>
    <w:p>
      <w:pPr>
        <w:jc w:val="right"/>
      </w:pPr>
      <w:r>
        <w:t>اب آخری وقت آ گیا ہے کہ ہم میں سے ہر شخص یہ فیصلہ کرے اپنے لیے اور دنیا کو بتا دے کہ سچائی کیا ہے۔</w:t>
      </w:r>
    </w:p>
    <w:p>
      <w:r>
        <w:rPr>
          <w:b/>
        </w:rPr>
        <w:t xml:space="preserve">[56:09] </w:t>
      </w:r>
      <w:r>
        <w:t>apne liye faisla kare, duniya ko bata de. is ke siwa aur koi ab waqt hi nahi raha hai. waqt kahan hai? ab ab to waqt hi nahi raha hai kyunke jo planning thi khuda ki, woh to apni aakhri had ko pahunch chuki hai.</w:t>
      </w:r>
    </w:p>
    <w:p>
      <w:pPr>
        <w:jc w:val="right"/>
      </w:pPr>
      <w:r>
        <w:t>اپنے لیے فیصلہ کرے، دنیا کو بتا دے۔ اس کے سوا اور کوئی اب وقت ہی نہیں رہا ہے۔ وقت کہاں ہے؟ اب اب تو وقت ہی نہیں رہا ہے کیونکہ جو پلاننگ تھی خدا کی، وہ تو اپنی آخری حد کو پہنچ چکی ہے۔</w:t>
      </w:r>
    </w:p>
    <w:p>
      <w:r>
        <w:rPr>
          <w:b/>
        </w:rPr>
        <w:t xml:space="preserve">[56:27] </w:t>
      </w:r>
      <w:r>
        <w:t>khuda ki planning yeh thi ke insaan ko paida kiya jaye, phir ek ek yeh ek journey chale, ek safar chale. is safar ka aaghaz hua traditional period se,</w:t>
      </w:r>
    </w:p>
    <w:p>
      <w:pPr>
        <w:jc w:val="right"/>
      </w:pPr>
      <w:r>
        <w:t>خدا کی پلاننگ یہ تھی کہ انسان کو پیدا کیا جائے، پھر ایک ایک یہ ایک جرنی چلے، ایک سفر چلے۔ اس سفر کا آغاز ہوا ٹریڈیشنل پیریڈ سے،</w:t>
      </w:r>
    </w:p>
    <w:p>
      <w:r>
        <w:rPr>
          <w:b/>
        </w:rPr>
        <w:t xml:space="preserve">[56:41] </w:t>
      </w:r>
      <w:r>
        <w:t>ek lamba daur woh guzra, phir scientific period aaya, woh bhi apne final us par pahunch gaya. to ab to ab to end reh gaya, ab kya hai?</w:t>
      </w:r>
    </w:p>
    <w:p>
      <w:pPr>
        <w:jc w:val="right"/>
      </w:pPr>
      <w:r>
        <w:t>ایک لمبا دور وہ گزرا، پھر سائنٹیفک پیریڈ آیا، وہ بھی اپنے فائنل اس پر پہنچ گیا۔ تو اب تو اب تو اینڈ رہ گیا، اب کیا ہے؟</w:t>
      </w:r>
    </w:p>
    <w:p>
      <w:r>
        <w:rPr>
          <w:b/>
        </w:rPr>
        <w:t xml:space="preserve">[56:53] </w:t>
      </w:r>
      <w:r>
        <w:t>aage to wohi hai, yom ut taghabun hai,</w:t>
      </w:r>
    </w:p>
    <w:p>
      <w:pPr>
        <w:jc w:val="right"/>
      </w:pPr>
      <w:r>
        <w:t>آگے تو وہی ہے، یوم التغابن ہے،</w:t>
      </w:r>
    </w:p>
    <w:p>
      <w:r>
        <w:rPr>
          <w:b/>
        </w:rPr>
        <w:t xml:space="preserve">[56:56] </w:t>
      </w:r>
      <w:r>
        <w:t>day of judgment hai. is din ka aana hai jab ke is poori muddat mein jo log paida hue, un ko un ke amal ke hisab se khuda ki blessing mile ya blessing na mile.</w:t>
      </w:r>
    </w:p>
    <w:p>
      <w:pPr>
        <w:jc w:val="right"/>
      </w:pPr>
      <w:r>
        <w:t>ڈے آف ججمنٹ ہے۔ اس دن کا آنا ہے جب کہ اس پوری مدت میں جو لوگ پیدا ہوئے، ان کو ان کے عمل کے حساب سے خدا کی بلیسنگ ملے یا بلیسنگ نہ ملے۔</w:t>
      </w:r>
    </w:p>
    <w:p>
      <w:r>
        <w:rPr>
          <w:b/>
        </w:rPr>
        <w:t xml:space="preserve">[57:13] </w:t>
      </w:r>
      <w:r>
        <w:t>to ab to end of history aa gaya, end of history.</w:t>
      </w:r>
    </w:p>
    <w:p>
      <w:pPr>
        <w:jc w:val="right"/>
      </w:pPr>
      <w:r>
        <w:t>تو اب تو اینڈ آف ہسٹری آ گیا، اینڈ آف ہسٹری۔</w:t>
      </w:r>
    </w:p>
    <w:p>
      <w:r>
        <w:rPr>
          <w:b/>
        </w:rPr>
        <w:t xml:space="preserve">[57:20] </w:t>
      </w:r>
      <w:r>
        <w:t>to is baat ko bahut zyada sochne ki zaroorat hai,</w:t>
      </w:r>
    </w:p>
    <w:p>
      <w:pPr>
        <w:jc w:val="right"/>
      </w:pPr>
      <w:r>
        <w:t>تو اس بات کو بہت زیادہ سوچنے کی ضرورت ہے،</w:t>
      </w:r>
    </w:p>
    <w:p>
      <w:r>
        <w:rPr>
          <w:b/>
        </w:rPr>
        <w:t xml:space="preserve">[57:26] </w:t>
      </w:r>
      <w:r>
        <w:t>bahut zyada dhyan dene ki zaroorat hai, bahut zyada introspection karne ki zaroorat hai.</w:t>
      </w:r>
    </w:p>
    <w:p>
      <w:pPr>
        <w:jc w:val="right"/>
      </w:pPr>
      <w:r>
        <w:t>بہت زیادہ دھیان دینے کی ضرورت ہے، بہت زیادہ انٹروسپیکشن کرنے کی ضرورت ہے۔</w:t>
      </w:r>
    </w:p>
    <w:p>
      <w:r>
        <w:rPr>
          <w:b/>
        </w:rPr>
        <w:t xml:space="preserve">[57:36] </w:t>
      </w:r>
      <w:r>
        <w:t>hadith mein aata hai ke aaj tum ek aisi duniya mein ho jahan amal hai magar reward nahi hai. kal tum ek aisi duniya mein ho ge jahan reward hoga magar amal nahi hoga.</w:t>
      </w:r>
    </w:p>
    <w:p>
      <w:pPr>
        <w:jc w:val="right"/>
      </w:pPr>
      <w:r>
        <w:t>حدیث میں آتا ہے کہ آج تم ایک ایسی دنیا میں ہو جہاں عمل ہے مگر ریوارڈ نہیں ہے۔ کل تم ایک ایسی دنیا میں ہو گے جہاں ریوارڈ ہوگا مگر عمل نہیں ہوگا۔</w:t>
      </w:r>
    </w:p>
    <w:p>
      <w:r>
        <w:rPr>
          <w:b/>
        </w:rPr>
        <w:t xml:space="preserve">[57:51] </w:t>
      </w:r>
      <w:r>
        <w:t>to bas yahi cheez sochna hai, isi ke mutabiq apni planning karni hai, isi ke mutabiq jeena hai, isi ke mutabiq marna hai. aqool qawli wastaghfirullaha li walakum ajmaeen</w:t>
      </w:r>
    </w:p>
    <w:p>
      <w:pPr>
        <w:jc w:val="right"/>
      </w:pPr>
      <w:r>
        <w:t>تو بس یہی چیز سوچنا ہے، اسی کے مطابق اپنی پلاننگ کرنی ہے، اسی کے مطابق جینا ہے، اسی کے مطابق مرنا ہے۔ اقول قولی واستغفراللہ لی ولکم اجمعین</w:t>
      </w:r>
    </w:p>
    <w:p>
      <w:r>
        <w:rPr>
          <w:b/>
        </w:rPr>
        <w:t xml:space="preserve">[58:18] </w:t>
      </w:r>
      <w:r>
        <w:t>. das question is from doctor najma siddiqui. as all the individuals have already been created by god in the beginning, do you think that the day of judgment would come after all of them have been born and tested?</w:t>
      </w:r>
    </w:p>
    <w:p>
      <w:pPr>
        <w:jc w:val="right"/>
      </w:pPr>
      <w:r>
        <w:t>۔ دس کوئسچن از فرام ڈاکٹر نجمہ صدیقی۔ ایز ال دی انڈیویجولز ہیو الریڈی بین کریٹڈ بائے گاڈ ان دا بگننگ، ڈو یو تھنک دیٹ دا ڈے آف ججمنٹ وڈ کم افٹر ال اف دیم ہیو بین بورن اینڈ ٹیسٹڈ؟</w:t>
      </w:r>
    </w:p>
    <w:p>
      <w:r>
        <w:rPr>
          <w:b/>
        </w:rPr>
        <w:t xml:space="preserve">[58:39] </w:t>
      </w:r>
      <w:r>
        <w:t>as they have already born. i don't think that the list is incomplete.</w:t>
      </w:r>
    </w:p>
    <w:p>
      <w:pPr>
        <w:jc w:val="right"/>
      </w:pPr>
      <w:r>
        <w:t>ایس دے ہیو الریڈی بورن۔ ائی ڈونٹ تھنک دیٹ دا لسٹ از ان کمپلیٹ۔</w:t>
      </w:r>
    </w:p>
    <w:p>
      <w:r>
        <w:rPr>
          <w:b/>
        </w:rPr>
        <w:t xml:space="preserve">[58:47] </w:t>
      </w:r>
      <w:r>
        <w:t>i going to my any my perception, the list has reach to the end.</w:t>
      </w:r>
    </w:p>
    <w:p>
      <w:pPr>
        <w:jc w:val="right"/>
      </w:pPr>
      <w:r>
        <w:t>ائی گوئنگ ٹو مائی اینی مائی پرسیپشن، دا لسٹ ہیز ریچ ٹو دا اینڈ۔</w:t>
      </w:r>
    </w:p>
    <w:p>
      <w:r>
        <w:rPr>
          <w:b/>
        </w:rPr>
        <w:t xml:space="preserve">[58:59] </w:t>
      </w:r>
      <w:r>
        <w:t>so there is no need to delay. why delay?</w:t>
      </w:r>
    </w:p>
    <w:p>
      <w:pPr>
        <w:jc w:val="right"/>
      </w:pPr>
      <w:r>
        <w:t>سو دیر از نو نیڈ ٹو ڈیلے۔ وائی ڈیلے؟</w:t>
      </w:r>
    </w:p>
    <w:p>
      <w:r>
        <w:rPr>
          <w:b/>
        </w:rPr>
        <w:t xml:space="preserve">[59:04] </w:t>
      </w:r>
      <w:r>
        <w:t>it is my. i am not saying that this is written in the quran hadith this this way, but you know, there is a verse, there is a hadith fi kull aayatin minha zahra wa batra.</w:t>
      </w:r>
    </w:p>
    <w:p>
      <w:pPr>
        <w:jc w:val="right"/>
      </w:pPr>
      <w:r>
        <w:t>اٹ از مائی۔ ائی ایم ناٹ سینگ دیٹ دس از رٹن ان دا قرآن حدیث دس دس وے، بٹ یو نو، دیر از اے ورس، دیر از اے حدیث فی کل ایت منہا زہرا وبطرا۔</w:t>
      </w:r>
    </w:p>
    <w:p>
      <w:r>
        <w:rPr>
          <w:b/>
        </w:rPr>
        <w:t xml:space="preserve">[59:20] </w:t>
      </w:r>
      <w:r>
        <w:t>every verse of the Quran has something as butween the line and something on the line.</w:t>
      </w:r>
    </w:p>
    <w:p>
      <w:pPr>
        <w:jc w:val="right"/>
      </w:pPr>
      <w:r>
        <w:t>ایوری ورس اف دا قرآن ہیز سمتھنگ از بٹوین دا لائن اینڈ سمتھنگ ان دا لائن۔</w:t>
      </w:r>
    </w:p>
    <w:p>
      <w:r>
        <w:rPr>
          <w:b/>
        </w:rPr>
        <w:t xml:space="preserve">[59:28] </w:t>
      </w:r>
      <w:r>
        <w:t>so on in the in butween the line, it is written that list is completed. this question is from Hafiz Shafi-ul-Iman Hashmi.</w:t>
      </w:r>
    </w:p>
    <w:p>
      <w:pPr>
        <w:jc w:val="right"/>
      </w:pPr>
      <w:r>
        <w:t>سو ان ان دا ان بٹوین دا لائن، اٹ از رٹن دیٹ لسٹ از کمپلیٹڈ۔ دس کوئسچن از فرام حافظ شفیق الایمان ہاشمی۔</w:t>
      </w:r>
    </w:p>
    <w:p>
      <w:r>
        <w:rPr>
          <w:b/>
        </w:rPr>
        <w:t xml:space="preserve">[59:43] </w:t>
      </w:r>
      <w:r>
        <w:t>kuch log kehte hain ke abhi Hazrat Isa (AS) ka aana baqi hai. main is ke saboot mein kuch hadithain bhi pesh karte hain.</w:t>
      </w:r>
    </w:p>
    <w:p>
      <w:pPr>
        <w:jc w:val="right"/>
      </w:pPr>
      <w:r>
        <w:t>کچھ لوگ کہتے ہیں کہ ابھی حضرت عیسی علیہ السلام کا آنا باقی ہے۔ میں اس کے ثبوت میں کچھ حدیثیں بھی پیش کرتے ہیں۔</w:t>
      </w:r>
    </w:p>
    <w:p>
      <w:r>
        <w:rPr>
          <w:b/>
        </w:rPr>
        <w:t xml:space="preserve">[59:52] </w:t>
      </w:r>
      <w:r>
        <w:t>meharbani kar ke aap is ki wazahat farmayen.</w:t>
      </w:r>
    </w:p>
    <w:p>
      <w:pPr>
        <w:jc w:val="right"/>
      </w:pPr>
      <w:r>
        <w:t>مہربانی کر کے آپ اس کی وضاحت فرمائیں۔</w:t>
      </w:r>
    </w:p>
    <w:p>
      <w:r>
        <w:rPr>
          <w:b/>
        </w:rPr>
        <w:t xml:space="preserve">[59:57] </w:t>
      </w:r>
      <w:r>
        <w:t>main samajhta hoon ke yeh false intezar hai. sab kuch ho chuka, is par hum ne kai article likhe hain, aap parhiye is ko.</w:t>
      </w:r>
    </w:p>
    <w:p>
      <w:pPr>
        <w:jc w:val="right"/>
      </w:pPr>
      <w:r>
        <w:t>میں سمجھتا ہوں کہ یہ فالس انتظار ہے۔ سب کچھ ہو چکا، اس پر ہم نے کئی آرٹیکل لکھے ہیں، آپ پڑھیے اس کو۔</w:t>
      </w:r>
    </w:p>
    <w:p>
      <w:r>
        <w:rPr>
          <w:b/>
        </w:rPr>
        <w:t xml:space="preserve">[1:00:08] </w:t>
      </w:r>
      <w:r>
        <w:t>log samajhte hain ke aanay walay log jo hain, un ko bari bari seeng hogi aur itnay lambay honge ke aasman mein sir uthayen ge to suraj ko pakar len ge.</w:t>
      </w:r>
    </w:p>
    <w:p>
      <w:pPr>
        <w:jc w:val="right"/>
      </w:pPr>
      <w:r>
        <w:t>لوگ سمجھتے ہیں کہ آنے والے لوگ جو ہیں، ان کو بڑی بڑی سینگ ہوگی اور اتنے لمبے ہوں گے کہ آسمان میں سر اٹھائیں گے تو سورج کو پکڑ لیں گے۔</w:t>
      </w:r>
    </w:p>
    <w:p>
      <w:r>
        <w:rPr>
          <w:b/>
        </w:rPr>
        <w:t xml:space="preserve">[1:00:17] </w:t>
      </w:r>
      <w:r>
        <w:t>yeh sab absurd baatein hain. woh sab aise hi honge jaise hum aap hain.</w:t>
      </w:r>
    </w:p>
    <w:p>
      <w:pPr>
        <w:jc w:val="right"/>
      </w:pPr>
      <w:r>
        <w:t>یہ سب ایبسرٹ باتیں ہیں۔ وہ سب ایسے ہی ہوں گے جیسے ہم آپ ہیں۔</w:t>
      </w:r>
    </w:p>
    <w:p>
      <w:r>
        <w:rPr>
          <w:b/>
        </w:rPr>
        <w:t xml:space="preserve">[1:00:22] </w:t>
      </w:r>
      <w:r>
        <w:t>yeh saare paighambar aaye insaan ke roop mein, woh bhi insaan ke roop mein aaye hain. woh koi jinat nahi honge, woh koi dev nahi honge. woh is liye main samajhta hoon ke sab kuch ho chuka, dajjal aa chuka, mehdi aa chuke, Masih aa chuke.</w:t>
      </w:r>
    </w:p>
    <w:p>
      <w:pPr>
        <w:jc w:val="right"/>
      </w:pPr>
      <w:r>
        <w:t>یہ سارے پیغمبر آئے انسان کے روپ میں، وہ بھی انسان کے روپ میں آئے ہیں۔ وہ کوئی جنات نہیں ہوں گے، وہ کوئی دیو نہیں ہوں گے۔ وہ اس لیے میں سمجھتا ہوں کہ سب کچھ ہو چکا، دجال آ چکا، مہدی آ چکے، مسیح آ چکے۔</w:t>
      </w:r>
    </w:p>
    <w:p>
      <w:r>
        <w:rPr>
          <w:b/>
        </w:rPr>
        <w:t xml:space="preserve">[1:00:37] </w:t>
      </w:r>
      <w:r>
        <w:t>ab to qayamat ka intezar karna hai. dekhiye, yaad rakhiye, Quran mein hai ke laa tu'takum il-laa baghtah.</w:t>
      </w:r>
    </w:p>
    <w:p>
      <w:pPr>
        <w:jc w:val="right"/>
      </w:pPr>
      <w:r>
        <w:t>اب تو قیامت کا انتظار کرنا ہے۔ دیکھیے، یاد رکھیے، قرآن میں ہے کہ لا تعطیکم الا بقت۔</w:t>
      </w:r>
    </w:p>
    <w:p>
      <w:r>
        <w:rPr>
          <w:b/>
        </w:rPr>
        <w:t xml:space="preserve">[1:00:48] </w:t>
      </w:r>
      <w:r>
        <w:t>qayamat aaye gi achaanak.</w:t>
      </w:r>
    </w:p>
    <w:p>
      <w:pPr>
        <w:jc w:val="right"/>
      </w:pPr>
      <w:r>
        <w:t>قیامت آئے گی اچانک۔</w:t>
      </w:r>
    </w:p>
    <w:p>
      <w:r>
        <w:rPr>
          <w:b/>
        </w:rPr>
        <w:t xml:space="preserve">[1:00:52] </w:t>
      </w:r>
      <w:r>
        <w:t>yeh bohat hi important hai is baat ko jaanna ke yeh ibarat aur nass se yeh baat nikal rahi hai ke laa tu'takum il-laa baghtah.</w:t>
      </w:r>
    </w:p>
    <w:p>
      <w:pPr>
        <w:jc w:val="right"/>
      </w:pPr>
      <w:r>
        <w:t>یہ بہت ہی امپورٹنٹ ہے اس بات کو جاننا کہ یہ عبارت اور نس سے یہ بات نکل رہی ہے کہ لا تعطیکم الا بقت۔</w:t>
      </w:r>
    </w:p>
    <w:p>
      <w:r>
        <w:rPr>
          <w:b/>
        </w:rPr>
        <w:t xml:space="preserve">[1:01:02] </w:t>
      </w:r>
      <w:r>
        <w:t>qayamat achaanak aaye gi. ab farz kijiye ke jo maane hue log ke dajjal ek dev, hamare pahaar ki tarah ek dev hoga aur Masih jo hain, woh aasman se zameen se aasman tak phaila hua hoga, un ka jism aur mehdi jo hoga, woh pata nahi kya cheez hoga.</w:t>
      </w:r>
    </w:p>
    <w:p>
      <w:pPr>
        <w:jc w:val="right"/>
      </w:pPr>
      <w:r>
        <w:t>قیامت اچانک آئے گی۔ اب فرض کیجئے کہ جو مانے ہوئے لوگ کہ دجال ایک دیو، ہمارے پہاڑ کی طرح ایک دیو ہوگا اور مسیح جو ہیں، وہ آسمان سے زمین سے آسمان تک پھیلا ہوا ہوگا، ان کا جسم اور مہدی جو ہوگا، وہ پتہ نہیں کیا چیز ہوگا۔</w:t>
      </w:r>
    </w:p>
    <w:p>
      <w:r>
        <w:rPr>
          <w:b/>
        </w:rPr>
        <w:t xml:space="preserve">[1:01:22] </w:t>
      </w:r>
      <w:r>
        <w:t>to achaanak kahan hua? phir to sab kuch maloom ho chuka, sab kuch maloom ho chuka. yeh sab bilkul baseless aqeeday hain,</w:t>
      </w:r>
    </w:p>
    <w:p>
      <w:pPr>
        <w:jc w:val="right"/>
      </w:pPr>
      <w:r>
        <w:t>تو اچانک کہاں ہوا؟ پھر تو سب کچھ معلوم ہو چکا، سب کچھ معلوم ہو چکا۔ یہ سب بالکل بیس لیس عقیدے ہیں،</w:t>
      </w:r>
    </w:p>
    <w:p>
      <w:r>
        <w:rPr>
          <w:b/>
        </w:rPr>
        <w:t xml:space="preserve">[1:01:35] </w:t>
      </w:r>
      <w:r>
        <w:t>bilkul usual process mein sab kuch hoga, hamari aap ke tareeqay se duniya mein sab kuch hoga taake achaanak pan baqi rahe, achaanak pan baqi rahe.</w:t>
      </w:r>
    </w:p>
    <w:p>
      <w:pPr>
        <w:jc w:val="right"/>
      </w:pPr>
      <w:r>
        <w:t>بالکل یوژول پروسیس میں سب کچھ ہوگا، ہماری آپ کے طریقے سے دنیا میں سب کچھ ہوگا تاکہ اچانک پن باقی رہے، اچانک پن باقی رہے۔</w:t>
      </w:r>
    </w:p>
    <w:p>
      <w:r>
        <w:rPr>
          <w:b/>
        </w:rPr>
        <w:t xml:space="preserve">[1:01:47] </w:t>
      </w:r>
      <w:r>
        <w:t>kabhi bhi Khuda aisa nahi kar sakta ke sab kuch qayamat se pehle bata de. aap ko dekho, yeh hai dajjal, dekho, yeh hai mehdi, dekho, yeh hai Masih.</w:t>
      </w:r>
    </w:p>
    <w:p>
      <w:pPr>
        <w:jc w:val="right"/>
      </w:pPr>
      <w:r>
        <w:t>کبھی بھی خدا ایسا نہیں کر سکتا کہ سب کچھ قیامت سے پہلے بتا دے۔ آپ کو دیکھو، یہ ہے دجال، دیکھو، یہ ہے مہدی، دیکھو، یہ ہے مسیح۔</w:t>
      </w:r>
    </w:p>
    <w:p>
      <w:r>
        <w:rPr>
          <w:b/>
        </w:rPr>
        <w:t xml:space="preserve">[1:01:57] </w:t>
      </w:r>
      <w:r>
        <w:t>phir koi matlab hi nahi baght ka. aap wait mat kijiye aur bohat ziyada sanjeeda ho jaiye, ja ke masjid mein do rakat namaz parhiye aur Khuda se dua kijiye, ro ro kar ke Khuda ya hamein pehchan de de, pehchan ke hum dajjal ko pehchanen, hum mehdi ko pehchanen, hum Masih ko pehchanen.</w:t>
      </w:r>
    </w:p>
    <w:p>
      <w:pPr>
        <w:jc w:val="right"/>
      </w:pPr>
      <w:r>
        <w:t>پھر کوئی مطلب ہی نہیں بقت کا۔ آپ ویٹ مت کیجئے اور بہت زیادہ سنجیدہ ہو جائیے، جا کے مسجد میں دو رکعت نماز پڑھیے اور خدا سے دعا کیجئے، رو رو کر کہ خدایا ہمیں پہچان دے دے، پہچان کہ ہم دجال کو پہچانیں، ہم مہدی کو پہچانیں، ہم مسیح کو پہچانیں۔</w:t>
      </w:r>
    </w:p>
    <w:p>
      <w:r>
        <w:rPr>
          <w:b/>
        </w:rPr>
        <w:t xml:space="preserve">[1:02:19] </w:t>
      </w:r>
      <w:r>
        <w:t>yeh intezar jo hai, bohat hi baatil hai aur bohat hi misleading hai aur bohat hi tabah kun hai.</w:t>
      </w:r>
    </w:p>
    <w:p>
      <w:pPr>
        <w:jc w:val="right"/>
      </w:pPr>
      <w:r>
        <w:t>یہ انتظار جو ہے، بہت ہی باطل ہے اور بہت ہی مس لیڈنگ ہے اور بہت ہی تباہ کن ہے۔</w:t>
      </w:r>
    </w:p>
    <w:p>
      <w:r>
        <w:rPr>
          <w:b/>
        </w:rPr>
        <w:t xml:space="preserve">[1:02:30] </w:t>
      </w:r>
      <w:r>
        <w:t>there is a comment as well and a question as well from Mr. Nafees Shiraz. I'll read the comment first</w:t>
      </w:r>
    </w:p>
    <w:p>
      <w:pPr>
        <w:jc w:val="right"/>
      </w:pPr>
      <w:r>
        <w:t>دیر از ا کمنٹ ایز ا اینڈ ا کوئسچن ایز ویل فرام مسٹر نفیس شیراز۔ ائی ایل ریڈ دا کمنٹ فرسٹ</w:t>
      </w:r>
    </w:p>
    <w:p>
      <w:r>
        <w:rPr>
          <w:b/>
        </w:rPr>
        <w:t xml:space="preserve">[1:02:38] </w:t>
      </w:r>
      <w:r>
        <w:t>. Sir, aap Quran o Hadees ke hawale se Islam ki bohat hi behtareen o exact tasveer pesh kar rahe hain aur poore aitmad ke sath bohat hi mohabbat o numurdah se har sawal ka absolutely correct answer de rahe hain,</w:t>
      </w:r>
    </w:p>
    <w:p>
      <w:pPr>
        <w:jc w:val="right"/>
      </w:pPr>
      <w:r>
        <w:t>۔ سر، آپ قرآن و حدیث کے حوالے سے اسلام کی بہت ہی بہترین و ایگزیکٹ تصویر پیش کر رہے ہیں اور پورے اعتماد کے ساتھ بہت ہی محبت و ونمردہ سے ہر سوال کا ایبسولیوٹلی کریکٹ انسر دے رہے ہیں،</w:t>
      </w:r>
    </w:p>
    <w:p>
      <w:r>
        <w:rPr>
          <w:b/>
        </w:rPr>
        <w:t xml:space="preserve">[1:02:56] </w:t>
      </w:r>
      <w:r>
        <w:t>jis ke liye hum aap ke behad shukr guzar o mamnoon hain kyunke aap ke zariye hamein Islam ki sahi jankari prapt ho rahi hai.</w:t>
      </w:r>
    </w:p>
    <w:p>
      <w:pPr>
        <w:jc w:val="right"/>
      </w:pPr>
      <w:r>
        <w:t>جس کے لیے ہم آپ کے بے حد شکر گزار و ممنون ہیں کیونکہ آپ کے ద్వారా ہمیں اسلام کی صحیح جانکاری प्राप्त ہو رہی ہے۔</w:t>
      </w:r>
    </w:p>
    <w:p>
      <w:r>
        <w:rPr>
          <w:b/>
        </w:rPr>
        <w:t xml:space="preserve">[1:03:06] </w:t>
      </w:r>
      <w:r>
        <w:t>aap ki is choti si class se jo gyan mil raha hai, woh shayad bari se bari university se bhi nahi mil paye ga. dhanyawad.</w:t>
      </w:r>
    </w:p>
    <w:p>
      <w:pPr>
        <w:jc w:val="right"/>
      </w:pPr>
      <w:r>
        <w:t>آپ کی اس چھوٹی سی کلاس سے جو گیان مل رہا ہے، وہ شاید بڑی سے بڑی یونیورسٹی سے بھی نہیں مل پائے گا۔ دھنیا واد۔</w:t>
      </w:r>
    </w:p>
    <w:p>
      <w:r>
        <w:rPr>
          <w:b/>
        </w:rPr>
        <w:t xml:space="preserve">[1:03:16] </w:t>
      </w:r>
      <w:r>
        <w:t>his question is: shaq ul qamar aur meraj ke waqeye ko bhi kuch ki bhi kuch jankari uplabdh karayen.</w:t>
      </w:r>
    </w:p>
    <w:p>
      <w:pPr>
        <w:jc w:val="right"/>
      </w:pPr>
      <w:r>
        <w:t>ہز کوئسچن از: شک کل قمر اور معراج کے واقعے کو بھی کچھ کی بھی کچھ جانکاری उपلپت کرائیں۔</w:t>
      </w:r>
    </w:p>
    <w:p>
      <w:r>
        <w:rPr>
          <w:b/>
        </w:rPr>
        <w:t xml:space="preserve">[1:03:25] </w:t>
      </w:r>
      <w:r>
        <w:t>kripya yeh bhi batayen ke science ka is bare mein kya nazariya hai?</w:t>
      </w:r>
    </w:p>
    <w:p>
      <w:pPr>
        <w:jc w:val="right"/>
      </w:pPr>
      <w:r>
        <w:t>کرپا یہ بھی بتائیں کہ سائنس کا اس بارے میں کیا نظریہ ہے؟</w:t>
      </w:r>
    </w:p>
    <w:p>
      <w:r>
        <w:rPr>
          <w:b/>
        </w:rPr>
        <w:t xml:space="preserve">[1:03:31] </w:t>
      </w:r>
      <w:r>
        <w:t>dekhiye, shaq ul qamar aur meraj ka jo mamla hai to woh logon ne kuch rumour phaila rakhi hai. rumour is se samajhte hain shaq ul qamar ko aur meraj ko, jo Quran mein ya Hadees mein hai, us ke logon ko khabar nahi hai.</w:t>
      </w:r>
    </w:p>
    <w:p>
      <w:pPr>
        <w:jc w:val="right"/>
      </w:pPr>
      <w:r>
        <w:t>دیکھیے، شک کل قمر اور معراج کا جو معاملہ ہے تو وہ لوگوں نے کچھ ریومر پھیلا رکھی ہے۔ ریومر اس سے سمجھتے ہیں شک القمر کو اور معراج کو، جو قرآن میں یا حدیث میں ہے، اس کے لوگوں کو خبر نہیں ہے۔</w:t>
      </w:r>
    </w:p>
    <w:p>
      <w:r>
        <w:rPr>
          <w:b/>
        </w:rPr>
        <w:t xml:space="preserve">[1:03:50] </w:t>
      </w:r>
      <w:r>
        <w:t>logon ko bas rumour ki khabar hai.</w:t>
      </w:r>
    </w:p>
    <w:p>
      <w:pPr>
        <w:jc w:val="right"/>
      </w:pPr>
      <w:r>
        <w:t>لوگوں کو بس ریومر کی خبر ہے۔</w:t>
      </w:r>
    </w:p>
    <w:p>
      <w:r>
        <w:rPr>
          <w:b/>
        </w:rPr>
        <w:t xml:space="preserve">[1:03:54] </w:t>
      </w:r>
      <w:r>
        <w:t>ek baat janiye ke pehle zamane mein jab ke printing press nahi hota tha to sari dunya mein ek ek ek phenomenon tha jis ko kehte hain story teller.</w:t>
      </w:r>
    </w:p>
    <w:p>
      <w:pPr>
        <w:jc w:val="right"/>
      </w:pPr>
      <w:r>
        <w:t>ایک بات جانیے کہ پہلے زمانے میں جب کہ پرنٹنگ پریس نہیں ہوتا تھا تو ساری دنیا میں ایک ایک ایک فیناومینا تھا جس کو کہتے ہیں اسٹوری ٹیلر۔</w:t>
      </w:r>
    </w:p>
    <w:p>
      <w:r>
        <w:rPr>
          <w:b/>
        </w:rPr>
        <w:t xml:space="preserve">[1:04:05] </w:t>
      </w:r>
      <w:r>
        <w:t>story telling yani western world mein kehte the story teller, Iran mein kehte the is qissa go, Arab mein kehte the qassas.</w:t>
      </w:r>
    </w:p>
    <w:p>
      <w:pPr>
        <w:jc w:val="right"/>
      </w:pPr>
      <w:r>
        <w:t>اسٹوری ٹیلنگ یعنی ویسٹرن ورلڈ میں کہتے تھے اسٹوری ٹیلر، ایران میں کہتے تھے اس قصہ گو، عرب میں کہتے تھے قصاص۔</w:t>
      </w:r>
    </w:p>
    <w:p>
      <w:r>
        <w:rPr>
          <w:b/>
        </w:rPr>
        <w:t xml:space="preserve">[1:04:17] </w:t>
      </w:r>
      <w:r>
        <w:t>woh baithe baithe kahaniyan sunate the. ajeeb ghareeb kahani.</w:t>
      </w:r>
    </w:p>
    <w:p>
      <w:pPr>
        <w:jc w:val="right"/>
      </w:pPr>
      <w:r>
        <w:t>وہ بیٹھے بیٹھے کہانیاں سناتے تھے۔ عجیب غریب کہانی۔</w:t>
      </w:r>
    </w:p>
    <w:p>
      <w:r>
        <w:rPr>
          <w:b/>
        </w:rPr>
        <w:t xml:space="preserve">[1:04:23] </w:t>
      </w:r>
      <w:r>
        <w:t>main ne apne bachpan mein, ab se 80 saal pehle, aise ek story teller ko dekha hai. mujhe yaad hai ke hum chhote chhote bachche hote the, baith jate the.</w:t>
      </w:r>
    </w:p>
    <w:p>
      <w:pPr>
        <w:jc w:val="right"/>
      </w:pPr>
      <w:r>
        <w:t>میں نے اپنے بچپن میں، اب سے 80 سال پہلے، ایسے ایک اسٹوری ٹیلر کو دیکھا ہے۔ مجھے یاد ہے کہ ہم چھوٹے چھوٹے بچے ہوتے تھے، بیٹھ جاتے تھے۔</w:t>
      </w:r>
    </w:p>
    <w:p>
      <w:r>
        <w:rPr>
          <w:b/>
        </w:rPr>
        <w:t xml:space="preserve">[1:04:34] </w:t>
      </w:r>
      <w:r>
        <w:t>ab woh aadmi jo the, un ka naam tha guru. aisi anokhi kahaniyan sunate the ke hum log ghan ke sunte rehte the. aise hi qassas paida hue Baghdad waghera mein.</w:t>
      </w:r>
    </w:p>
    <w:p>
      <w:pPr>
        <w:jc w:val="right"/>
      </w:pPr>
      <w:r>
        <w:t>اب وہ آدمی جو تھے، ان کا نام تھا گرو۔ ایسی انوکھی کہانیاں سناتے تھے کہ ہم لوگ گھن کے سنتے رہتے تھے۔ ایسے ہی قصاص پیدا ہوئے بغداد وغیرہ میں۔</w:t>
      </w:r>
    </w:p>
    <w:p>
      <w:r>
        <w:rPr>
          <w:b/>
        </w:rPr>
        <w:t xml:space="preserve">[1:04:45] </w:t>
      </w:r>
      <w:r>
        <w:t>unhon ne sari baatein bhar dein. is ko chhoriye aap aur Quran o Hadees se samajhne ki koshish kijiye.</w:t>
      </w:r>
    </w:p>
    <w:p>
      <w:pPr>
        <w:jc w:val="right"/>
      </w:pPr>
      <w:r>
        <w:t>انہوں نے ساری باتیں بھر دیں۔ اس کو چھوڑیے آپ اور قرآن و حدیث سے سمجھنے کی کوشش کیجئے۔</w:t>
      </w:r>
    </w:p>
    <w:p>
      <w:r>
        <w:rPr>
          <w:b/>
        </w:rPr>
        <w:t xml:space="preserve">[1:04:53] </w:t>
      </w:r>
      <w:r>
        <w:t>to dekhiye, shakk al qabr jo hai, jis ke bare mein mante hain, woh main nahi manta. is ko maine is ko likha hai apni tafsir mein. is ko aap padh lijiye. yani yeh ke logon ne aap se mang ki ke hamein dikhao kuch.</w:t>
      </w:r>
    </w:p>
    <w:p>
      <w:pPr>
        <w:jc w:val="right"/>
      </w:pPr>
      <w:r>
        <w:t>تو دیکھیے، شک القبر جو ہے، جس بارے میں مانتے ہیں، وہ میں نہیں مانتا۔ اس کو میں نے اس کو لکھا ہے اپنی تفسیر میں۔ اس کو آپ پڑھ لیجئے۔ یعنی یہ کہ لوگوں نے آپ سے مانگ کی کہ ہمیں دکھاؤ کچھ۔</w:t>
      </w:r>
    </w:p>
    <w:p>
      <w:r>
        <w:rPr>
          <w:b/>
        </w:rPr>
        <w:t xml:space="preserve">[1:05:08] </w:t>
      </w:r>
      <w:r>
        <w:t>Datt Allah ne haath se ishara kiya aur chand do tukde ho gaya. aisi koi Hadees nahi hai. yeh rumour hai, yeh rumour hai.</w:t>
      </w:r>
    </w:p>
    <w:p>
      <w:pPr>
        <w:jc w:val="right"/>
      </w:pPr>
      <w:r>
        <w:t>دت اللہ نے ہاتھ سے اشارہ کیا اور چاند دو ٹکڑے ہو گیا۔ ایسی کوئی حدیث نہیں ہے۔ یہ ریومر ہے، یہ ریومر ہے۔</w:t>
      </w:r>
    </w:p>
    <w:p>
      <w:r>
        <w:rPr>
          <w:b/>
        </w:rPr>
        <w:t xml:space="preserve">[1:05:19] </w:t>
      </w:r>
      <w:r>
        <w:t>yeh maine is ko likha apni tafsir mein. is ko aap padh lijiye.</w:t>
      </w:r>
    </w:p>
    <w:p>
      <w:pPr>
        <w:jc w:val="right"/>
      </w:pPr>
      <w:r>
        <w:t>یہ میں نے اس کو لکھا اپنی تفسیر میں۔ اس کو آپ پڑھ لیجئے۔</w:t>
      </w:r>
    </w:p>
    <w:p>
      <w:r>
        <w:rPr>
          <w:b/>
        </w:rPr>
        <w:t xml:space="preserve">[1:05:23] </w:t>
      </w:r>
      <w:r>
        <w:t>yahan tak Meraj ki baat hai to aap ko maloom hona chahiye ke sab se zyada jo authentic sources hain, woh Aisha hain, jo aap ki wife thin.</w:t>
      </w:r>
    </w:p>
    <w:p>
      <w:pPr>
        <w:jc w:val="right"/>
      </w:pPr>
      <w:r>
        <w:t>یہاں تک معراج کی بات ہے تو آپ کو معلوم ہونا چاہیے کہ سب سے زیادہ جو اتھینٹک سورس ہیں، وہ عائشہ ہیں، جو آپ کی وائف تھیں۔</w:t>
      </w:r>
    </w:p>
    <w:p>
      <w:r>
        <w:rPr>
          <w:b/>
        </w:rPr>
        <w:t xml:space="preserve">[1:05:34] </w:t>
      </w:r>
      <w:r>
        <w:t>woh kehte hain ke yeh mamla rohani tha. physical sense mein koi Meraj nahi hui. aap ki physical sense mein Meraj nahi hui.</w:t>
      </w:r>
    </w:p>
    <w:p>
      <w:pPr>
        <w:jc w:val="right"/>
      </w:pPr>
      <w:r>
        <w:t>وہ کہتے ہیں کہ یہ معاملہ روحانی تھا۔ فزیکل سینس میں کوئی معراج نہیں ہوئی۔ آپ کی فزیکل سینس میں معراج نہیں ہوئی۔</w:t>
      </w:r>
    </w:p>
    <w:p>
      <w:r>
        <w:rPr>
          <w:b/>
        </w:rPr>
        <w:t xml:space="preserve">[1:05:43] </w:t>
      </w:r>
      <w:r>
        <w:t>aap ki rohani mamla tha. to yeh sab rumour mein jeena chhoriye. Islam kisi mysterious cheez ka naam nahi hai.</w:t>
      </w:r>
    </w:p>
    <w:p>
      <w:pPr>
        <w:jc w:val="right"/>
      </w:pPr>
      <w:r>
        <w:t>آپ کی روحانی معاملہ تھا۔ تو یہ سب ریومر میں جینا چھوڑیے۔ اسلام کسی مسٹیریس چیز کا نام نہیں ہے۔</w:t>
      </w:r>
    </w:p>
    <w:p>
      <w:r>
        <w:rPr>
          <w:b/>
        </w:rPr>
        <w:t xml:space="preserve">[1:05:53] </w:t>
      </w:r>
      <w:r>
        <w:t>Hadees mein aata hai ke Islam ke bare mein: "la loha kunharaha, la loha kunharaha" yani is ki raatein bhi din ki tarah roshan hain.</w:t>
      </w:r>
    </w:p>
    <w:p>
      <w:pPr>
        <w:jc w:val="right"/>
      </w:pPr>
      <w:r>
        <w:t>حدیث میں آتا ہے کہ اسلام کے بارے میں: "لا لوہا کنہارہ، لا لوہا کنہارہ" یعنی اس کی راتیں بھی دن کی طرح روشن ہیں۔</w:t>
      </w:r>
    </w:p>
    <w:p>
      <w:r>
        <w:rPr>
          <w:b/>
        </w:rPr>
        <w:t xml:space="preserve">[1:06:05] </w:t>
      </w:r>
      <w:r>
        <w:t>aap ne farmaya ke main le kar aaya hoon ek bahut hi roshan mazhab deen ko, baiza o naqiya, bahut hi safed, shaffaf, saaf.</w:t>
      </w:r>
    </w:p>
    <w:p>
      <w:pPr>
        <w:jc w:val="right"/>
      </w:pPr>
      <w:r>
        <w:t>آپ نے فرمایا کہ میں لے کر آیا ہوں ایک بہت ہی روشن مذہب دین کو، بیضہ و نقیہ، بہت ہی سفید، شفاف، صاف۔</w:t>
      </w:r>
    </w:p>
    <w:p>
      <w:r>
        <w:rPr>
          <w:b/>
        </w:rPr>
        <w:t xml:space="preserve">[1:06:18] </w:t>
      </w:r>
      <w:r>
        <w:t>"la loha kunharaha" is ki raatein bhi din ki tarah roshan hain.</w:t>
      </w:r>
    </w:p>
    <w:p>
      <w:pPr>
        <w:jc w:val="right"/>
      </w:pPr>
      <w:r>
        <w:t>"لا لوہا کنہارہ" اس کی راتیں بھی دن کی طرح روشن ہیں۔</w:t>
      </w:r>
    </w:p>
    <w:p>
      <w:r>
        <w:rPr>
          <w:b/>
        </w:rPr>
        <w:t xml:space="preserve">[1:06:22] </w:t>
      </w:r>
      <w:r>
        <w:t>lekin hum logon ne rumour aur kahaniyan aur mauzuat ko le kar ke is ko dhoank diya hai, is ki aur ulta kar diya hai.</w:t>
      </w:r>
    </w:p>
    <w:p>
      <w:pPr>
        <w:jc w:val="right"/>
      </w:pPr>
      <w:r>
        <w:t>لیکن ہم لوگوں نے ریومر اور کہانیاں اور موضوعات کو لے کر کے اس کو ڈھک دیا ہے، اس کی اور الٹا کر دیا ہے۔</w:t>
      </w:r>
    </w:p>
    <w:p>
      <w:r>
        <w:rPr>
          <w:b/>
        </w:rPr>
        <w:t xml:space="preserve">[1:06:33] </w:t>
      </w:r>
      <w:r>
        <w:t>"anharaha" ka "la laha" kar diya hai. is ko aap ko agar janna hai Islam ko, sach much Islam kya hai to authentic Hadeeson se padhiye aur rumour ko chhod dijiye.</w:t>
      </w:r>
    </w:p>
    <w:p>
      <w:pPr>
        <w:jc w:val="right"/>
      </w:pPr>
      <w:r>
        <w:t>"انہارہا" کا "لا لہا" کر دیا ہے۔ اس کو آپ کو اگر جاننا ہے اسلام کو، سچ مچ اسلام کیا ہے تو اتھینٹک حدیثوں سے پڑھیے اور ریومر کو چھوڑ دیجئے۔</w:t>
      </w:r>
    </w:p>
    <w:p>
      <w:r>
        <w:rPr>
          <w:b/>
        </w:rPr>
        <w:t xml:space="preserve">[1:06:44] </w:t>
      </w:r>
      <w:r>
        <w:t>das question is from Qazi Muhammad Mian: "Maulana, please explain the taqdeer and tadbeer.</w:t>
      </w:r>
    </w:p>
    <w:p>
      <w:pPr>
        <w:jc w:val="right"/>
      </w:pPr>
      <w:r>
        <w:t>دس کوئسچن از فرام قاضی محمد میاں: "مولانا، پلیز ایکسپلین دا تقدیر اینڈ تدبیر۔</w:t>
      </w:r>
    </w:p>
    <w:p>
      <w:r>
        <w:rPr>
          <w:b/>
        </w:rPr>
        <w:t xml:space="preserve">[1:06:53] </w:t>
      </w:r>
      <w:r>
        <w:t>what is its importance in the human life?" dekhiye, yeh bahut hi simple si baat hai. logon ne khwamkhwah is ko complex bana rakha hai.</w:t>
      </w:r>
    </w:p>
    <w:p>
      <w:pPr>
        <w:jc w:val="right"/>
      </w:pPr>
      <w:r>
        <w:t>واٹ از اٹس امپورٹنس ان دا ہیومن لائف؟" دیکھیں، یہ بہت ہی سمپل سی بات ہے۔ لوگوں نے خوامخواہ اس کو کمپلیکس بنا رکھا ہے۔</w:t>
      </w:r>
    </w:p>
    <w:p>
      <w:r>
        <w:rPr>
          <w:b/>
        </w:rPr>
        <w:t xml:space="preserve">[1:07:04] </w:t>
      </w:r>
      <w:r>
        <w:t>bahut simple hai.</w:t>
      </w:r>
    </w:p>
    <w:p>
      <w:pPr>
        <w:jc w:val="right"/>
      </w:pPr>
      <w:r>
        <w:t>بہت سمپل ہے۔</w:t>
      </w:r>
    </w:p>
    <w:p>
      <w:r>
        <w:rPr>
          <w:b/>
        </w:rPr>
        <w:t xml:space="preserve">[1:07:08] </w:t>
      </w:r>
      <w:r>
        <w:t>dekhiye, agar aap jo kutub aqaaid, qaaidat kutub aqaaid yani woh kitabein jise hum belief bain kehte hain, aqeeda, belief to us mein teen school bataye jate hain.</w:t>
      </w:r>
    </w:p>
    <w:p>
      <w:pPr>
        <w:jc w:val="right"/>
      </w:pPr>
      <w:r>
        <w:t>دیکھیں، اگر آپ جو کتب عقائد، قاعدۃ کتب عقائد یعنی وہ کتابیں جسے ہم بیلیف بین کہتے ہیں، عقیدہ، بیلیف تو اس میں تین اسکول بتائے جاتے ہیں۔</w:t>
      </w:r>
    </w:p>
    <w:p>
      <w:r>
        <w:rPr>
          <w:b/>
        </w:rPr>
        <w:t xml:space="preserve">[1:07:21] </w:t>
      </w:r>
      <w:r>
        <w:t>teen school</w:t>
      </w:r>
    </w:p>
    <w:p>
      <w:pPr>
        <w:jc w:val="right"/>
      </w:pPr>
      <w:r>
        <w:t>تین اسکول</w:t>
      </w:r>
    </w:p>
    <w:p>
      <w:r>
        <w:rPr>
          <w:b/>
        </w:rPr>
        <w:t xml:space="preserve">[1:07:22] </w:t>
      </w:r>
      <w:r>
        <w:t>: Qadriya, aur woh Jabriya, aur Wasatiya. teen school.</w:t>
      </w:r>
    </w:p>
    <w:p>
      <w:pPr>
        <w:jc w:val="right"/>
      </w:pPr>
      <w:r>
        <w:t>: قدریہ، اور وہ جبریہ، اور وسطیہ۔ تین اسکول۔</w:t>
      </w:r>
    </w:p>
    <w:p>
      <w:r>
        <w:rPr>
          <w:b/>
        </w:rPr>
        <w:t xml:space="preserve">[1:07:32] </w:t>
      </w:r>
      <w:r>
        <w:t>Imam Abu Hanifa jo hai, Wasatiya ko mante the.</w:t>
      </w:r>
    </w:p>
    <w:p>
      <w:pPr>
        <w:jc w:val="right"/>
      </w:pPr>
      <w:r>
        <w:t>امام ابو حنیفہ جو ہے، وسطیہ کو مانتے تھے۔</w:t>
      </w:r>
    </w:p>
    <w:p>
      <w:r>
        <w:rPr>
          <w:b/>
        </w:rPr>
        <w:t xml:space="preserve">[1:07:39] </w:t>
      </w:r>
      <w:r>
        <w:t>Qadriya, aur Jabriya, aur Wasatiya. Imam Abu Hanifa jo hai, Wasatiya ko mante the. Wasatiya maani hote hain Wasatiya ka maani hai beech ka. na jabr, na qadr, balke beech ka.</w:t>
      </w:r>
    </w:p>
    <w:p>
      <w:pPr>
        <w:jc w:val="right"/>
      </w:pPr>
      <w:r>
        <w:t>قدریہ، اور جبریہ، اور وسطیہ۔ امام ابو حنیفہ جو ہے، وسطیہ کو مانتے تھے۔ وسطیہ معنی ہوتے ہیں وسطیہ کا معنی ہے بیچ کا۔ نہ جبر، نہ قدر، بلکہ بیچ کا۔</w:t>
      </w:r>
    </w:p>
    <w:p>
      <w:r>
        <w:rPr>
          <w:b/>
        </w:rPr>
        <w:t xml:space="preserve">[1:07:54] </w:t>
      </w:r>
      <w:r>
        <w:t>dekhen, yeh hai maamla fifty fifty yaani fifty percent tadbeer, fifty percent taqdeer. woh kaise? lekin hum is duniya mein hain to humein ek infrastructure chahiye.</w:t>
      </w:r>
    </w:p>
    <w:p>
      <w:pPr>
        <w:jc w:val="right"/>
      </w:pPr>
      <w:r>
        <w:t>دیکھیں، یہ ہے معاملہ ففٹی ففٹی یعنی ففٹی پرسنٹ تدبیر، ففٹی پرسنٹ تقدیر۔ وہ کیسے؟ لیکن ہم اس دنیا میں ہیں تو ہمیں ایک انفراسٹرکچر چاہیے۔</w:t>
      </w:r>
    </w:p>
    <w:p>
      <w:r>
        <w:rPr>
          <w:b/>
        </w:rPr>
        <w:t xml:space="preserve">[1:08:08] </w:t>
      </w:r>
      <w:r>
        <w:t>infrastructure chahiye. misaal ke taur par hum bol rahe hain to aap sun rahe hain. hum infrastructure hain yaani hawa jo hai, infrastructure hai. agar beech mein hawa na ho, mere aap ke beech mein, aap sunenge nahin.</w:t>
      </w:r>
    </w:p>
    <w:p>
      <w:pPr>
        <w:jc w:val="right"/>
      </w:pPr>
      <w:r>
        <w:t>انفراسٹرکچر چاہیے۔ مثلاً ہم بول رہے ہیں تو آپ سن رہے ہیں۔ ہم انفراسٹرکچر ہیں یعنی ہوا جو ہے، انفراسٹرکچر ہے۔ اگر بیچ میں ہوا نہ ہو، میرے آپ کے بیچ میں، آپ سنیں گے نہیں۔</w:t>
      </w:r>
    </w:p>
    <w:p>
      <w:r>
        <w:rPr>
          <w:b/>
        </w:rPr>
        <w:t xml:space="preserve">[1:08:20] </w:t>
      </w:r>
      <w:r>
        <w:t>to hawa jo hai, woh ek infrastructure ka hissa hai. to koi bhi kaam aap karte hain, koi bhi kaam, is mein Khuda ka infrastructure shaamil rehta hai.</w:t>
      </w:r>
    </w:p>
    <w:p>
      <w:pPr>
        <w:jc w:val="right"/>
      </w:pPr>
      <w:r>
        <w:t>تو ہوا جو ہے، وہ ایک انفراسٹرکچر کا حصہ ہے۔ تو کوئی بھی کام آپ کرتے ہیں، کوئی بھی کام، اس میں خدا کا انفراسٹرکچر شامل رہتا ہے۔</w:t>
      </w:r>
    </w:p>
    <w:p>
      <w:r>
        <w:rPr>
          <w:b/>
        </w:rPr>
        <w:t xml:space="preserve">[1:08:32] </w:t>
      </w:r>
      <w:r>
        <w:t>saans lete hain to oxygen supply ho rahi hai Khuda ki taraf se. aap dekhte hain to aankh se nahin dekh sakte. aap ko light chahiye.</w:t>
      </w:r>
    </w:p>
    <w:p>
      <w:pPr>
        <w:jc w:val="right"/>
      </w:pPr>
      <w:r>
        <w:t>سانس لیتے ہیں تو اکسیجن سپلائی ہو رہی ہے خدا کی طرف سے۔ آپ دیکھتے ہیں تو آنکھ سے نہیں دیکھ سکتے۔ آپ کو لائٹ چاہیے۔</w:t>
      </w:r>
    </w:p>
    <w:p>
      <w:r>
        <w:rPr>
          <w:b/>
        </w:rPr>
        <w:t xml:space="preserve">[1:08:41] </w:t>
      </w:r>
      <w:r>
        <w:t>light Khuda supply kar raha hai suraj ki taraf se. to infrastructure fifty percent hai.</w:t>
      </w:r>
    </w:p>
    <w:p>
      <w:pPr>
        <w:jc w:val="right"/>
      </w:pPr>
      <w:r>
        <w:t>لائٹ خدا سپلائی کر رہا ہے سورج کی طرف سے۔ تو انفراسٹرکچر ففٹی پرسنٹ ہے۔</w:t>
      </w:r>
    </w:p>
    <w:p>
      <w:r>
        <w:rPr>
          <w:b/>
        </w:rPr>
        <w:t xml:space="preserve">[1:08:49] </w:t>
      </w:r>
      <w:r>
        <w:t>aap ka jo amal hai, woh fifty percent hai. to in terms of infrastructure kya hai?</w:t>
      </w:r>
    </w:p>
    <w:p>
      <w:pPr>
        <w:jc w:val="right"/>
      </w:pPr>
      <w:r>
        <w:t>آپ کا جو عمل ہے، وہ ففٹی پرسنٹ ہے۔ تو ان ٹرم اف انفراسٹرکچر کیا ہے؟</w:t>
      </w:r>
    </w:p>
    <w:p>
      <w:r>
        <w:rPr>
          <w:b/>
        </w:rPr>
        <w:t xml:space="preserve">[1:08:57] </w:t>
      </w:r>
      <w:r>
        <w:t>jabr hai. in terms of aap ka jo hai, woh woh hai aap ki tadbeer hai.</w:t>
      </w:r>
    </w:p>
    <w:p>
      <w:pPr>
        <w:jc w:val="right"/>
      </w:pPr>
      <w:r>
        <w:t>جبر ہے۔ ان ٹرم اف آپ کا جو ہے، وہ وہ ہے آپ کی تدبیر ہے۔</w:t>
      </w:r>
    </w:p>
    <w:p>
      <w:r>
        <w:rPr>
          <w:b/>
        </w:rPr>
        <w:t xml:space="preserve">[1:09:06] </w:t>
      </w:r>
      <w:r>
        <w:t>yaani fifty percent tadbeer, fifty percent taqdeer. bahut simple si baat hai.</w:t>
      </w:r>
    </w:p>
    <w:p>
      <w:pPr>
        <w:jc w:val="right"/>
      </w:pPr>
      <w:r>
        <w:t>یعنی ففٹی پرسنٹ تدبیر، ففٹی پرسنٹ تقدیر۔ بہت سمپل سی بات ہے۔</w:t>
      </w:r>
    </w:p>
    <w:p>
      <w:r>
        <w:rPr>
          <w:b/>
        </w:rPr>
        <w:t xml:space="preserve">[1:09:12] </w:t>
      </w:r>
      <w:r>
        <w:t>is ka matlab hai ke insaan ko Khuda ne ek kadi duniya mein rakha hai jahan infrastructure to Khuda ne supply kiya hai lekin insaan ko free will diya hai, azaadi di hai, choice diya hai.</w:t>
      </w:r>
    </w:p>
    <w:p>
      <w:pPr>
        <w:jc w:val="right"/>
      </w:pPr>
      <w:r>
        <w:t>اس کا مطلب ہے کہ انسان کو خدا نے ایک کڑی دنیا میں رکھا ہے جہاں انفراسٹرکچر تو خدا نے سپلائی کیا ہے لیکن انسان کو فری ول دیا ہے، آزادی دی ہے، چوائس دیا ہے۔</w:t>
      </w:r>
    </w:p>
    <w:p>
      <w:r>
        <w:rPr>
          <w:b/>
        </w:rPr>
        <w:t xml:space="preserve">[1:09:26] </w:t>
      </w:r>
      <w:r>
        <w:t>to isi choice par hamein pakad hoti hai, infrastructure par nahin. isi choice par pakad hoti hai.</w:t>
      </w:r>
    </w:p>
    <w:p>
      <w:pPr>
        <w:jc w:val="right"/>
      </w:pPr>
      <w:r>
        <w:t>تو اسی چوائس پر ہمیں پکڑ ہوتی ہے، انفراسٹرکچر پر نہیں۔ اسی چوائس پر پکڑ ہوتی ہے۔</w:t>
      </w:r>
    </w:p>
    <w:p>
      <w:r>
        <w:rPr>
          <w:b/>
        </w:rPr>
        <w:t xml:space="preserve">[1:09:38] </w:t>
      </w:r>
      <w:r>
        <w:t>misaal ke taur par farz kijiye ke hum maidan mein hain. abhi oli barsa tha, bahut farz kijiye maidan mein hain. oli girah mar gaye is mein to is par hamari pakad nahin hogi.</w:t>
      </w:r>
    </w:p>
    <w:p>
      <w:pPr>
        <w:jc w:val="right"/>
      </w:pPr>
      <w:r>
        <w:t>مثلاً فرض کیجئے کہ ہم میدان میں ہیں۔ ابھی اولی برسا تھا، بہت فرض کیجئے میدان میں ہیں۔ اولی گرہ مر گئے اس میں تو اس پر ہماری پکڑ نہیں ہوگی۔</w:t>
      </w:r>
    </w:p>
    <w:p>
      <w:r>
        <w:rPr>
          <w:b/>
        </w:rPr>
        <w:t xml:space="preserve">[1:09:50] </w:t>
      </w:r>
      <w:r>
        <w:t>lekin agar aap ek ja rahe hain, kahin ek nadi aa gayi, ab chhalang lagayi aap ne, ab ke beech tak pahunch sakte the, aap us paar nahin pahunch sakte the.</w:t>
      </w:r>
    </w:p>
    <w:p>
      <w:pPr>
        <w:jc w:val="right"/>
      </w:pPr>
      <w:r>
        <w:t>لیکن اگر آپ ایک جا رہے ہیں، کہیں ایک ندی آ گئی، اب چھلانگ لگائی آپ نے، اب کے بیچ تک پہنچ سکتے تھے، آپ اس پار نہیں پہنچ سکتے تھے۔</w:t>
      </w:r>
    </w:p>
    <w:p>
      <w:r>
        <w:rPr>
          <w:b/>
        </w:rPr>
        <w:t xml:space="preserve">[1:10:00] </w:t>
      </w:r>
      <w:r>
        <w:t>ab doob ke mar gaye to aap ki pakad hogi kyunke tumhein chhalang kyun lagayi?</w:t>
      </w:r>
    </w:p>
    <w:p>
      <w:pPr>
        <w:jc w:val="right"/>
      </w:pPr>
      <w:r>
        <w:t>اب ڈوب کے مر گئے تو آپ کی پکڑ ہوگی کیونکہ تمہیں چھلانگ کیوں لگائی؟</w:t>
      </w:r>
    </w:p>
    <w:p>
      <w:r>
        <w:rPr>
          <w:b/>
        </w:rPr>
        <w:t xml:space="preserve">[1:10:07] </w:t>
      </w:r>
      <w:r>
        <w:t>oli barsa tha aasman se to aap pad gaye is mein aur mar gaye. to theek hai, pakad nahin hogi. lekin is par aap pakde jayenge ke aap ne khwamkhwah chhalang laga di jabke aap mein itni taqat nahin thi ke aap idhar pahunch saken us paar.</w:t>
      </w:r>
    </w:p>
    <w:p>
      <w:pPr>
        <w:jc w:val="right"/>
      </w:pPr>
      <w:r>
        <w:t>اولی برسا تھا آسمان سے تو آپ پڑ گئے اس میں اور مر گئے۔ تو ٹھیک ہے، پکڑ نہیں ہوگی۔ لیکن اس پر آپ پکڑے جائیں گے کہ آپ نے خوامخواہ چھلانگ لگا دی جبکہ آپ میں اتنی طاقت نہیں تھی کہ آپ ادھر پہنچ سکیں اس پار۔</w:t>
      </w:r>
    </w:p>
    <w:p>
      <w:r>
        <w:rPr>
          <w:b/>
        </w:rPr>
        <w:t xml:space="preserve">[1:10:23] </w:t>
      </w:r>
      <w:r>
        <w:t>to yaad rakhiye, taqdeer aur tadbeer dono ka umrah fifty fifty ka hai.</w:t>
      </w:r>
    </w:p>
    <w:p>
      <w:pPr>
        <w:jc w:val="right"/>
      </w:pPr>
      <w:r>
        <w:t>تو یاد رکھیے، تقدیر اور تدبیر دونوں کا عمرہ ففٹی ففٹی کا ہے۔</w:t>
      </w:r>
    </w:p>
    <w:p>
      <w:r>
        <w:rPr>
          <w:b/>
        </w:rPr>
        <w:t xml:space="preserve">[1:10:28] </w:t>
      </w:r>
      <w:r>
        <w:t>infrastructural hissa jo hai, woh fifty percent hai. hamari tadbeer fifty percent hai. hamari pakad tadbeer par hai. yaani jahan hamara choice hai, wahan pakad hai.</w:t>
      </w:r>
    </w:p>
    <w:p>
      <w:pPr>
        <w:jc w:val="right"/>
      </w:pPr>
      <w:r>
        <w:t>انفراسٹرکچرل حصہ جو ہے، وہ ففٹی پرسنٹ ہے۔ ہماری تدبیر ففٹی پرسنٹ ہے۔ ہماری پکڑ تدبیر پر ہے۔ یعنی جہاں ہمارا چوائس ہے، وہاں پکڑ ہے۔</w:t>
      </w:r>
    </w:p>
    <w:p>
      <w:r>
        <w:rPr>
          <w:b/>
        </w:rPr>
        <w:t xml:space="preserve">[1:10:38] </w:t>
      </w:r>
      <w:r>
        <w:t>jahan choice nahin hai, wahan pakad nahin hai.</w:t>
      </w:r>
    </w:p>
    <w:p>
      <w:pPr>
        <w:jc w:val="right"/>
      </w:pPr>
      <w:r>
        <w:t>جہاں چوائس نہیں ہے، وہاں پکڑ نہیں ہے۔</w:t>
      </w:r>
    </w:p>
    <w:p>
      <w:r>
        <w:rPr>
          <w:b/>
        </w:rPr>
        <w:t xml:space="preserve">[1:10:42] </w:t>
      </w:r>
      <w:r>
        <w:t>das question is from Miss Saadia Khan: "What is the meaning of consciousness is the building block of universe?</w:t>
      </w:r>
    </w:p>
    <w:p>
      <w:pPr>
        <w:jc w:val="right"/>
      </w:pPr>
      <w:r>
        <w:t>دس کوئسچن از فرام مس سعدیہ خان: "واٹ از دا میننگ اف کانشیسنس از دا بلڈنگ بلاک اف یونیورس؟</w:t>
      </w:r>
    </w:p>
    <w:p>
      <w:r>
        <w:rPr>
          <w:b/>
        </w:rPr>
        <w:t xml:space="preserve">[1:10:52] </w:t>
      </w:r>
      <w:r>
        <w:t>Does it mean a conscious being behind the making of this universe?</w:t>
      </w:r>
    </w:p>
    <w:p>
      <w:pPr>
        <w:jc w:val="right"/>
      </w:pPr>
      <w:r>
        <w:t>ڈز اٹ مین ا کانشیس بینگ بیہائنڈ دا میکنگ اف دس یونیورس؟</w:t>
      </w:r>
    </w:p>
    <w:p>
      <w:r>
        <w:rPr>
          <w:b/>
        </w:rPr>
        <w:t xml:space="preserve">[1:10:57] </w:t>
      </w:r>
      <w:r>
        <w:t>Or does it refer to man's consciousness?"</w:t>
      </w:r>
    </w:p>
    <w:p>
      <w:pPr>
        <w:jc w:val="right"/>
      </w:pPr>
      <w:r>
        <w:t>اور ڈز اٹ ریفر ٹو مینز کانشیسنس؟"</w:t>
      </w:r>
    </w:p>
    <w:p>
      <w:r>
        <w:rPr>
          <w:b/>
        </w:rPr>
        <w:t xml:space="preserve">[1:11:04] </w:t>
      </w:r>
      <w:r>
        <w:t>Man's consciousness to apne aap woh creature hai, woh creator nahin hai. insaan ka jo shaoor hai, woh to creature hai, woh makhlooq hai.</w:t>
      </w:r>
    </w:p>
    <w:p>
      <w:pPr>
        <w:jc w:val="right"/>
      </w:pPr>
      <w:r>
        <w:t>مین کانشیسنس تو اپنے آپ وہ کریچر ہے، وہ کریٹر نہیں ہے۔ انسان کا جو شعور ہے، وہ تو کریچر ہے، وہ مخلوق ہے۔</w:t>
      </w:r>
    </w:p>
    <w:p>
      <w:r>
        <w:rPr>
          <w:b/>
        </w:rPr>
        <w:t xml:space="preserve">[1:11:15] </w:t>
      </w:r>
      <w:r>
        <w:t>is liye is maani mein lena bilkul galat hai.</w:t>
      </w:r>
    </w:p>
    <w:p>
      <w:pPr>
        <w:jc w:val="right"/>
      </w:pPr>
      <w:r>
        <w:t>اس لیے اس معنی میں لینا بالکل غلط ہے۔</w:t>
      </w:r>
    </w:p>
    <w:p>
      <w:r>
        <w:rPr>
          <w:b/>
        </w:rPr>
        <w:t xml:space="preserve">[1:11:18] </w:t>
      </w:r>
      <w:r>
        <w:t>science ne sirf yeh bataya hai, yahin tak pahunchaya hai ke behind this universe, there is a force.</w:t>
      </w:r>
    </w:p>
    <w:p>
      <w:pPr>
        <w:jc w:val="right"/>
      </w:pPr>
      <w:r>
        <w:t>سائنس نے صرف یہ بتایا ہے، یہیں تک پہنچایا ہے کہ بیہائنڈ دس یونیورس، دیر از ا فورس۔</w:t>
      </w:r>
    </w:p>
    <w:p>
      <w:r>
        <w:rPr>
          <w:b/>
        </w:rPr>
        <w:t xml:space="preserve">[1:11:28] </w:t>
      </w:r>
      <w:r>
        <w:t>is force ko pehle samjha tha ke woh better hai, phir samjha gaya ke energy hai. ab samajhte hain ke consciousness hai, shaoor hai. bas is ke aage add aap ko karna hai ke is consciousness jo ko aap ko naya term aap ko dena hai.</w:t>
      </w:r>
    </w:p>
    <w:p>
      <w:pPr>
        <w:jc w:val="right"/>
      </w:pPr>
      <w:r>
        <w:t>اس فورس کو پہلے سمجھا تھا کہ وہ بیٹر ہے، پھر سمجھا گیا کہ انرجی ہے۔ اب سمجھتے ہیں کہ کانشیسنس ہے، شعور ہے۔ بس اس کے آگے ایڈ آپ کو کرنا ہے کہ اس کانشیسنس جو کو آپ کو نیا ٹرم آپ کو دینا ہے۔</w:t>
      </w:r>
    </w:p>
    <w:p>
      <w:r>
        <w:rPr>
          <w:b/>
        </w:rPr>
        <w:t xml:space="preserve">[1:11:45] </w:t>
      </w:r>
      <w:r>
        <w:t>aur main ne ek, main ne yeh term diya hai ke woh Khuda hai.</w:t>
      </w:r>
    </w:p>
    <w:p>
      <w:pPr>
        <w:jc w:val="right"/>
      </w:pPr>
      <w:r>
        <w:t>اور میں نے ایک، میں نے یہ ٹرم دیا ہے کہ وہ خدا ہے۔</w:t>
      </w:r>
    </w:p>
    <w:p>
      <w:r>
        <w:rPr>
          <w:b/>
        </w:rPr>
        <w:t xml:space="preserve">[1:11:49] </w:t>
      </w:r>
      <w:r>
        <w:t>main ne is par ek kai page ka ek ek article likha hai, is ko aap dekh sakte hain. das question is from mr khalid ansari: "muslims as a general practice respect and seek blessings from mystical people, considering that they are close to god and that their intercession can bring good fortune to them.</w:t>
      </w:r>
    </w:p>
    <w:p>
      <w:pPr>
        <w:jc w:val="right"/>
      </w:pPr>
      <w:r>
        <w:t>میں نے اس پر ایک کئی پیج کا ایک ایک آرٹیکل لکھا ہے، اس کو آپ دیکھ سکتے ہیں۔ دس کوئسچن از فرام مسٹر خالد انصاری: "مسلمز ایز ا جنرل پریکٹس ریسپیکٹ اینڈ سیک بلیسنگز فرام مسٹیکل پیپل، کنسیڈرنگ دیٹ دے آر کلوز ٹو گاڈ اینڈ دیٹ دیر انٹرسیشن کین برنگ گڈ فارچیون ٹو دیم۔</w:t>
      </w:r>
    </w:p>
    <w:p>
      <w:r>
        <w:rPr>
          <w:b/>
        </w:rPr>
        <w:t xml:space="preserve">[1:12:14] </w:t>
      </w:r>
      <w:r>
        <w:t>in this category of so called realized people is one who is called a majzoob. what according to islam is the reality of majzoob and is he really the one who is close to god?" all these things are nothing but hinduization of islam.</w:t>
      </w:r>
    </w:p>
    <w:p>
      <w:pPr>
        <w:jc w:val="right"/>
      </w:pPr>
      <w:r>
        <w:t>ان دس کیٹگری اف سو کالڈ ریلائزڈ پیپل از ون ہو از کالڈ ا مجذوب۔ واٹ اکارڈنگ ٹو اسلام از دا ریلیٹی اف مجذوب اینڈ از ہی ریلی دا ون ہو از کلوز ٹو گاڈ؟" ال دیز تھنگز ار نتھنگ بٹ ہندوازئیشن اف اسلام۔</w:t>
      </w:r>
    </w:p>
    <w:p>
      <w:r>
        <w:rPr>
          <w:b/>
        </w:rPr>
        <w:t xml:space="preserve">[1:12:40] </w:t>
      </w:r>
      <w:r>
        <w:t>these belief, all these concepts have imported from hinduism and intacked into islam.</w:t>
      </w:r>
    </w:p>
    <w:p>
      <w:pPr>
        <w:jc w:val="right"/>
      </w:pPr>
      <w:r>
        <w:t>دیز بیلیف، ال دیز کانسیپٹس ہیو امپورٹڈ فرام ہندوازم اینڈ انٹیکٹڈ انٹو اسلام۔</w:t>
      </w:r>
    </w:p>
    <w:p>
      <w:r>
        <w:rPr>
          <w:b/>
        </w:rPr>
        <w:t xml:space="preserve">[1:12:51] </w:t>
      </w:r>
      <w:r>
        <w:t>this my answer: these belief have no base at all in islam. in islam there is only one god.</w:t>
      </w:r>
    </w:p>
    <w:p>
      <w:pPr>
        <w:jc w:val="right"/>
      </w:pPr>
      <w:r>
        <w:t>دس مائی انسر: دیز بیلیف ہیو نو بیس ایٹ ال ان اسلام۔ ان اسلام دیر از اونلی ون گاڈ۔</w:t>
      </w:r>
    </w:p>
    <w:p>
      <w:r>
        <w:rPr>
          <w:b/>
        </w:rPr>
        <w:t xml:space="preserve">[1:13:02] </w:t>
      </w:r>
      <w:r>
        <w:t>god is all powerful. no person other than god has any power, any power, any power.</w:t>
      </w:r>
    </w:p>
    <w:p>
      <w:pPr>
        <w:jc w:val="right"/>
      </w:pPr>
      <w:r>
        <w:t>گاڈ از ال پاور فل۔ نو پرسنل ادر دیٹ گاڈ ہیز اینی پاور، اینی پاور، اینی پاور۔</w:t>
      </w:r>
    </w:p>
    <w:p>
      <w:r>
        <w:rPr>
          <w:b/>
        </w:rPr>
        <w:t xml:space="preserve">[1:13:10] </w:t>
      </w:r>
      <w:r>
        <w:t>it is completely hindu concept.</w:t>
      </w:r>
    </w:p>
    <w:p>
      <w:pPr>
        <w:jc w:val="right"/>
      </w:pPr>
      <w:r>
        <w:t>اٹ از کمپلیٹلی ہندو کانسیپٹ۔</w:t>
      </w:r>
    </w:p>
    <w:p>
      <w:r>
        <w:rPr>
          <w:b/>
        </w:rPr>
        <w:t xml:space="preserve">[1:13:15] </w:t>
      </w:r>
      <w:r>
        <w:t>so it is, it is a hinduization of islam. in india muslims fail to islamize hinduism.</w:t>
      </w:r>
    </w:p>
    <w:p>
      <w:pPr>
        <w:jc w:val="right"/>
      </w:pPr>
      <w:r>
        <w:t>سو اٹ از، اٹ از ا ہندوازئیشن اف اسلام۔ ان انڈیا مسلمز فیل ٹو اسلامائز ہندوازم۔</w:t>
      </w:r>
    </w:p>
    <w:p>
      <w:r>
        <w:rPr>
          <w:b/>
        </w:rPr>
        <w:t xml:space="preserve">[1:13:26] </w:t>
      </w:r>
      <w:r>
        <w:t>instead they hinduized the islam. this is the sad story of muslims in this world.</w:t>
      </w:r>
    </w:p>
    <w:p>
      <w:pPr>
        <w:jc w:val="right"/>
      </w:pPr>
      <w:r>
        <w:t>انسٹیڈ دے ہندواز دا اسلام۔ دس از دا سیٹ اسٹوری اف مسلمز ان دس ورلڈ۔</w:t>
      </w:r>
    </w:p>
    <w:p>
      <w:r>
        <w:rPr>
          <w:b/>
        </w:rPr>
        <w:t xml:space="preserve">[1:13:35] </w:t>
      </w:r>
      <w:r>
        <w:t>kyun yeh hua ke musalman yahan india mein aaye to parties bol gaye?</w:t>
      </w:r>
    </w:p>
    <w:p>
      <w:pPr>
        <w:jc w:val="right"/>
      </w:pPr>
      <w:r>
        <w:t>کیوں یہ ہوا کہ مسلمان یہاں انڈیا میں آئے تو پارٹیز بولج گئے؟</w:t>
      </w:r>
    </w:p>
    <w:p>
      <w:r>
        <w:rPr>
          <w:b/>
        </w:rPr>
        <w:t xml:space="preserve">[1:13:40] </w:t>
      </w:r>
      <w:r>
        <w:t>yani dawat ko unhon ne concern nahi banaya. pehle zamane mein badshah log kya karte the? treaty badhana, treaty badhana. bas ab kya hai?</w:t>
      </w:r>
    </w:p>
    <w:p>
      <w:pPr>
        <w:jc w:val="right"/>
      </w:pPr>
      <w:r>
        <w:t>یعنی دعوت کو انہوں نے کنسرن نہیں بنایا۔ پہلے زمانے میں بادشاہ لوگ کیا کرتے تھے؟ ٹریٹی بڑھانا، ٹریٹی بڑھانا۔ بس اب کیا ہے؟</w:t>
      </w:r>
    </w:p>
    <w:p>
      <w:r>
        <w:rPr>
          <w:b/>
        </w:rPr>
        <w:t xml:space="preserve">[1:13:50] </w:t>
      </w:r>
      <w:r>
        <w:t>ab kya hai? woh political jhagde khara karna. aur is ka sab se bara jhagda tha pakistan. yani pakistan ek aisa blunder tha jo poori history mein nahi kiya gaya.</w:t>
      </w:r>
    </w:p>
    <w:p>
      <w:pPr>
        <w:jc w:val="right"/>
      </w:pPr>
      <w:r>
        <w:t>اب کیا ہے؟ وہ پولیٹیکل جھگڑے کھڑا کرنا۔ اور اس کا سب سے بڑا جھگڑا تھا پاکستان۔ یعنی پاکستان ایک ایسا بلنڈر تھا جو پوری ہسٹری میں نہیں کیا گیا۔</w:t>
      </w:r>
    </w:p>
    <w:p>
      <w:r>
        <w:rPr>
          <w:b/>
        </w:rPr>
        <w:t xml:space="preserve">[1:14:03] </w:t>
      </w:r>
      <w:r>
        <w:t>wo blunder aap ke culmination pahunch gaya hai ke aapas mein log lad rahe hain.</w:t>
      </w:r>
    </w:p>
    <w:p>
      <w:pPr>
        <w:jc w:val="right"/>
      </w:pPr>
      <w:r>
        <w:t>وہ بلنڈر آپ کے کلمنیشن پہنچ گیا ہے کہ آپس میں لوگ لڑ رہے ہیں۔</w:t>
      </w:r>
    </w:p>
    <w:p>
      <w:r>
        <w:rPr>
          <w:b/>
        </w:rPr>
        <w:t xml:space="preserve">[1:14:08] </w:t>
      </w:r>
      <w:r>
        <w:t>aap jante honge media mein aaj kal kya ho raha hai. aapas hi woh log lad rahe hain. 60 baras se aapas mein lad rahe hain, aaj hi nahi lad rahe.</w:t>
      </w:r>
    </w:p>
    <w:p>
      <w:pPr>
        <w:jc w:val="right"/>
      </w:pPr>
      <w:r>
        <w:t>آپ جانتے ہوں گے میڈیا میں آج کل کیا ہو رہا ہے۔ آپس ہی وہ لوگ لڑ رہے ہیں۔ 60 برس سے آپس میں لڑ رہے ہیں، آج ہی نہیں لڑ رہے۔</w:t>
      </w:r>
    </w:p>
    <w:p>
      <w:r>
        <w:rPr>
          <w:b/>
        </w:rPr>
        <w:t xml:space="preserve">[1:14:19] </w:t>
      </w:r>
      <w:r>
        <w:t>60 baras se. to india mein musalmanon ne dawat ko kabhi apna concern nahi banaya. unhon ne political power ko concern banaya.</w:t>
      </w:r>
    </w:p>
    <w:p>
      <w:pPr>
        <w:jc w:val="right"/>
      </w:pPr>
      <w:r>
        <w:t>60 برس سے۔ تو انڈیا میں مسلمانوں نے دعوت کو کبھی اپنا کنسرن نہیں بنایا۔ انہوں نے پولیٹیکل پاور کو کنسرن بنایا۔</w:t>
      </w:r>
    </w:p>
    <w:p>
      <w:r>
        <w:rPr>
          <w:b/>
        </w:rPr>
        <w:t xml:space="preserve">[1:14:30] </w:t>
      </w:r>
      <w:r>
        <w:t>treaty badhana yeh un ka maqsad tha. aur political jhagde khara karna is ka maqsad tha.</w:t>
      </w:r>
    </w:p>
    <w:p>
      <w:pPr>
        <w:jc w:val="right"/>
      </w:pPr>
      <w:r>
        <w:t>ٹریٹی بڑھانا یہ ان کا مقصد تھا۔ اور پولیٹیکل جھگڑے کھڑا کرنا اس کا مقصد تھا۔</w:t>
      </w:r>
    </w:p>
    <w:p>
      <w:r>
        <w:rPr>
          <w:b/>
        </w:rPr>
        <w:t xml:space="preserve">[1:14:36] </w:t>
      </w:r>
      <w:r>
        <w:t>hate, hate ka jangla uga diya unhon ne. sab se bara jo gunah kiya gaya hai india mein woh hate ka jangla hai. jo pakistan bana tha jis ke peeche bare bare mind the: iqbal, aur jinnah, aur maudoodi, aur kaun kaun?</w:t>
      </w:r>
    </w:p>
    <w:p>
      <w:pPr>
        <w:jc w:val="right"/>
      </w:pPr>
      <w:r>
        <w:t>ہیٹ، ہیٹ کا جنگل اگا دیا انہوں نے۔ سب سے بڑا جو گناہ کیا گیا ہے انڈیا میں وہ ہیٹ کا جنگل ہے۔ جو پاکستان بنا تھا جس کے پیچھے بڑے بڑے مائنڈ تھے: اقبال، اور جناح، اور مودودی، اور کون کون؟</w:t>
      </w:r>
    </w:p>
    <w:p>
      <w:r>
        <w:rPr>
          <w:b/>
        </w:rPr>
        <w:t xml:space="preserve">[1:14:51] </w:t>
      </w:r>
      <w:r>
        <w:t>sabir usmani. un ka hate ka jangla tha. woh hate ka jangla. to hum isi ke, isi ko inherit kar rahe hain.</w:t>
      </w:r>
    </w:p>
    <w:p>
      <w:pPr>
        <w:jc w:val="right"/>
      </w:pPr>
      <w:r>
        <w:t>صبیر عثمانی۔ ان کا ہیٹ کا جنگل تھا۔ وہ ہیٹ کا جنگل۔ تو ہم اسی کے، اسی کو انہیریٹ کر رہے ہیں۔</w:t>
      </w:r>
    </w:p>
    <w:p>
      <w:r>
        <w:rPr>
          <w:b/>
        </w:rPr>
        <w:t xml:space="preserve">[1:15:02] </w:t>
      </w:r>
      <w:r>
        <w:t>kam se kam, kam se kam itna musalmanon ko allah taala ka agar maafi yani chahne ke woh bakhsh diye jayen to khul ke chala ke ailan karen ke hamare yeh sare aakabir galati par the.</w:t>
      </w:r>
    </w:p>
    <w:p>
      <w:pPr>
        <w:jc w:val="right"/>
      </w:pPr>
      <w:r>
        <w:t>کم سے کم، کم سے کم اتنا مسلمانوں کو اللہ تعالیٰ کا اگر معافی یعنی چاہنے کہ وہ بخش دیے جائیں تو کھل کے چلا کے اعلان کریں کہ ہمارے یہ سارے اکابر غلطی پر تھے۔</w:t>
      </w:r>
    </w:p>
    <w:p>
      <w:r>
        <w:rPr>
          <w:b/>
        </w:rPr>
        <w:t xml:space="preserve">[1:15:14] </w:t>
      </w:r>
      <w:r>
        <w:t>hum ne hamakat ki. hum ne india mein jhooti policies chalaeen. chala kar bolen. agar woh nahi bolenge to khuda ke haan pakde jayenge.</w:t>
      </w:r>
    </w:p>
    <w:p>
      <w:pPr>
        <w:jc w:val="right"/>
      </w:pPr>
      <w:r>
        <w:t>ہم نے حماقت کی۔ ہم نے انڈیا میں جھوٹی پالیسیز چلائیں۔ چلا کر بولیں۔ اگر وہ نہیں بولیں گے تو خدا کے ہاں پکڑے جائیں گے۔</w:t>
      </w:r>
    </w:p>
    <w:p>
      <w:r>
        <w:rPr>
          <w:b/>
        </w:rPr>
        <w:t xml:space="preserve">[1:15:24] </w:t>
      </w:r>
      <w:r>
        <w:t>in aakabir ko aaj bhi agar aap poochte hain to khuda ke haan aap ki bakhshish hone wali nahi hai. mujhe is mein zara bhi shaq nahi hai.</w:t>
      </w:r>
    </w:p>
    <w:p>
      <w:pPr>
        <w:jc w:val="right"/>
      </w:pPr>
      <w:r>
        <w:t>ان اکابر کو آج بھی اگر آپ پوچھتے ہیں تو خدا کے ہاں آپ کی بخشش ہونے والی نہیں ہے۔ مجھے اس میں ذرا بھی شک نہیں ہے۔</w:t>
      </w:r>
    </w:p>
    <w:p>
      <w:r>
        <w:rPr>
          <w:b/>
        </w:rPr>
        <w:t xml:space="preserve">[1:15:32] </w:t>
      </w:r>
      <w:r>
        <w:t>jin aakabir ne india mein hate ka jangla ugaya aur hinduo ko mutanaffir kar diya islam se, woh aakabir the. asaghar se badtar the woh log.</w:t>
      </w:r>
    </w:p>
    <w:p>
      <w:pPr>
        <w:jc w:val="right"/>
      </w:pPr>
      <w:r>
        <w:t>جن اکابر نے انڈیا میں ہیٹ کا جنگل اگایا اور ہندوؤں کو متنفر کر دیا اسلام سے، وہ اکابر تھے۔ اساغر سے بدتر تھے وہ لوگ۔</w:t>
      </w:r>
    </w:p>
    <w:p>
      <w:r>
        <w:rPr>
          <w:b/>
        </w:rPr>
        <w:t xml:space="preserve">[1:15:42] </w:t>
      </w:r>
      <w:r>
        <w:t>aaj kisi bhi hindu se miliye, aap kisi bhi hindu se, xyz se, us se poochhiye, us ke seene mein hate bhara hua hoga islam ke khilaf, muslim ke khilaf.</w:t>
      </w:r>
    </w:p>
    <w:p>
      <w:pPr>
        <w:jc w:val="right"/>
      </w:pPr>
      <w:r>
        <w:t>آج کسی بھی ہندو سے ملیے، آپ کسی بھی ہندو سے، ایکس وائی زیڈ سے، اس سے پوچھیے، اس کے سینے میں ہیٹ بھرا ہوا ہوگا اسلام کے خلاف، مسلم کے خلاف۔</w:t>
      </w:r>
    </w:p>
    <w:p>
      <w:r>
        <w:rPr>
          <w:b/>
        </w:rPr>
        <w:t xml:space="preserve">[1:15:51] </w:t>
      </w:r>
      <w:r>
        <w:t>yeh hate kis ne paida kiya? mujhe bataiye, kis ne paida kiya hai? inhi logon ne jin ko aap aakabir samajhte hain,</w:t>
      </w:r>
    </w:p>
    <w:p>
      <w:pPr>
        <w:jc w:val="right"/>
      </w:pPr>
      <w:r>
        <w:t>یہ ہیٹ کس نے پیدا کیا؟ مجھے بتائیے، کس نے پیدا کیا ہے؟ انہی لوگوں نے جن کو آپ اکابر سمجھتے ہیں،</w:t>
      </w:r>
    </w:p>
    <w:p>
      <w:r>
        <w:rPr>
          <w:b/>
        </w:rPr>
        <w:t xml:space="preserve">[1:15:59] </w:t>
      </w:r>
      <w:r>
        <w:t>yeh false aakabir, false aakabir. to kam se kam jo condition chahiye musalmanon ko allah taala ke haan maafi ke liye ke woh chala kar bolen ke hamare aakabir the, asaghar se badtar the, yeh hum ko unhon ne jhoote kaam mein phansaya, hum ko hate ka jangla hua.</w:t>
      </w:r>
    </w:p>
    <w:p>
      <w:pPr>
        <w:jc w:val="right"/>
      </w:pPr>
      <w:r>
        <w:t>یہ فالس اکابر، فالس اکابر۔ تو کم سے کم جو کنڈیشن چاہیے مسلمانوں کو اللہ تعالیٰ کے ہاں معافی کے لیے کہ وہ چلا کر بولیں کہ ہمارے اکابر تھے، اساغر سے بدتر تھے، یہ ہم کو انہوں نے جھوٹے کام میں پھنسایا، ہم کو ہیٹ کا جنگل ہوا۔</w:t>
      </w:r>
    </w:p>
    <w:p>
      <w:r>
        <w:rPr>
          <w:b/>
        </w:rPr>
        <w:t xml:space="preserve">[1:16:19] </w:t>
      </w:r>
      <w:r>
        <w:t>aap aaj kal nikla hai ek debate, nikla hai. bataiye, debate ka yeh to gunah hai.</w:t>
      </w:r>
    </w:p>
    <w:p>
      <w:pPr>
        <w:jc w:val="right"/>
      </w:pPr>
      <w:r>
        <w:t>آپ آج کل نکلا ہے ایک ڈیبیٹ، نکلا ہے۔ بتائیے، ڈیبیٹ کا یہ تو گناہ ہے۔</w:t>
      </w:r>
    </w:p>
    <w:p>
      <w:r>
        <w:rPr>
          <w:b/>
        </w:rPr>
        <w:t xml:space="preserve">[1:16:25] </w:t>
      </w:r>
      <w:r>
        <w:t>apna pride establish karna, yeh koi islam hai? aaj kal debate bohat chala hua hai. debate, debate, debate.</w:t>
      </w:r>
    </w:p>
    <w:p>
      <w:pPr>
        <w:jc w:val="right"/>
      </w:pPr>
      <w:r>
        <w:t>اپنا پرائیڈ اسٹیبلش کرنا، یہ کوئی اسلام ہے؟ آج کل ڈیبیٹ بہت چلا ہوا ہے۔ ڈیبیٹ، ڈیبیٹ، ڈیبیٹ۔</w:t>
      </w:r>
    </w:p>
    <w:p>
      <w:r>
        <w:rPr>
          <w:b/>
        </w:rPr>
        <w:t xml:space="preserve">[1:16:36] </w:t>
      </w:r>
      <w:r>
        <w:t>aur musalman khoob taliyan bajate hain ja kar wahan kyunke inke sense of pride ko is mein taskeen milti hai. yaani hinduo mein nafrat aati hai aur musalmano mein pride aata hai.</w:t>
      </w:r>
    </w:p>
    <w:p>
      <w:pPr>
        <w:jc w:val="right"/>
      </w:pPr>
      <w:r>
        <w:t>اور مسلمان خوب تالیاں بجاتے ہیں جا کر وہاں کیونکہ ان کے سینس آف پرائیڈ کو اس میں تسکین ملتی ہے۔ یعنی ہندوؤں میں نفرت آتی ہے اور مسلمانوں میں پرائیڈ آتا ہے۔</w:t>
      </w:r>
    </w:p>
    <w:p>
      <w:r>
        <w:rPr>
          <w:b/>
        </w:rPr>
        <w:t xml:space="preserve">[1:16:48] </w:t>
      </w:r>
      <w:r>
        <w:t>isi tarah main debate. what is debate?</w:t>
      </w:r>
    </w:p>
    <w:p>
      <w:pPr>
        <w:jc w:val="right"/>
      </w:pPr>
      <w:r>
        <w:t>اسی طرح میں ڈیبیٹ۔ واٹ از ڈیبیٹ؟</w:t>
      </w:r>
    </w:p>
    <w:p>
      <w:r>
        <w:rPr>
          <w:b/>
        </w:rPr>
        <w:t xml:space="preserve">[1:16:52] </w:t>
      </w:r>
      <w:r>
        <w:t>it inculcates hate among hindu and it inculcates pride among muslims. is it daawa? is it islam?</w:t>
      </w:r>
    </w:p>
    <w:p>
      <w:pPr>
        <w:jc w:val="right"/>
      </w:pPr>
      <w:r>
        <w:t>اٹ انکلکیٹس ہیٹ امنگ ہندو اینڈ اٹ انکلکیٹس پرائیڈ امنگ مسلمز۔ از اٹ دعویٰ؟ از اٹ اسلام؟</w:t>
      </w:r>
    </w:p>
    <w:p>
      <w:r>
        <w:rPr>
          <w:b/>
        </w:rPr>
        <w:t xml:space="preserve">[1:17:03] </w:t>
      </w:r>
      <w:r>
        <w:t>yeh sab aap ko chala kar bolna parega ke yeh sab gumrahi hai, yeh sab batil hai, yeh sab, yeh sab, yeh sab false foot mein jeena hai. nahi to khuda ke haan pakar hone wali hai aur pakar ka din bohat jald aane wala hai, bohat jald aane wala hai.</w:t>
      </w:r>
    </w:p>
    <w:p>
      <w:pPr>
        <w:jc w:val="right"/>
      </w:pPr>
      <w:r>
        <w:t>یہ سب آپ کو چلا کر بولنا پڑے گا کہ یہ سب گمراہی ہے، یہ سب باطل ہے، یہ سب، یہ سب، یہ سب فالس فوٹ میں جینا ہے۔ نہیں تو خدا کے ہاں پکڑ ہونے والی ہے اور پکڑ کا دن بہت جلد آنے والا ہے، بہت جلد آنے والا ہے۔</w:t>
      </w:r>
    </w:p>
    <w:p>
      <w:r>
        <w:rPr>
          <w:b/>
        </w:rPr>
        <w:t xml:space="preserve">[1:17:17] </w:t>
      </w:r>
      <w:r>
        <w:t>ab der nahi hai is pakar ke din ko aane mein.</w:t>
      </w:r>
    </w:p>
    <w:p>
      <w:pPr>
        <w:jc w:val="right"/>
      </w:pPr>
      <w:r>
        <w:t>اب دیر نہیں ہے اس پکڑ کے دن کو آنے میں۔</w:t>
      </w:r>
    </w:p>
    <w:p>
      <w:r>
        <w:rPr>
          <w:b/>
        </w:rPr>
        <w:t xml:space="preserve">[1:17:21] </w:t>
      </w:r>
      <w:r>
        <w:t>this question is from doctor farida khanoom: "there is a hadith which says that two sur will be blown.</w:t>
      </w:r>
    </w:p>
    <w:p>
      <w:pPr>
        <w:jc w:val="right"/>
      </w:pPr>
      <w:r>
        <w:t>دس کوئسچن از فرام ڈاکٹر فریدہ خانم: "دیر از ا حدیث وچ سیز دیٹ ٹو سور ول بی بلون۔</w:t>
      </w:r>
    </w:p>
    <w:p>
      <w:r>
        <w:rPr>
          <w:b/>
        </w:rPr>
        <w:t xml:space="preserve">[1:17:30] </w:t>
      </w:r>
      <w:r>
        <w:t>the second sur will be blown after a period of forty years, which will signal the end of the world. what does this mean?"</w:t>
      </w:r>
    </w:p>
    <w:p>
      <w:pPr>
        <w:jc w:val="right"/>
      </w:pPr>
      <w:r>
        <w:t>دا سیکنڈ سور ول بی بلون افٹر ا پیریڈ اف فورٹی ایئرز، وچ ول سگنل دی اینڈ اف دا ورلڈ۔ واٹ ڈز دس مین؟"</w:t>
      </w:r>
    </w:p>
    <w:p>
      <w:r>
        <w:rPr>
          <w:b/>
        </w:rPr>
        <w:t xml:space="preserve">[1:17:42] </w:t>
      </w:r>
      <w:r>
        <w:t>haan, yeh</w:t>
      </w:r>
    </w:p>
    <w:p>
      <w:pPr>
        <w:jc w:val="right"/>
      </w:pPr>
      <w:r>
        <w:t>ہاں، یہ</w:t>
      </w:r>
    </w:p>
    <w:p>
      <w:r>
        <w:rPr>
          <w:b/>
        </w:rPr>
        <w:t xml:space="preserve">[1:17:48] </w:t>
      </w:r>
      <w:r>
        <w:t>yeh aaya hai: "nafkh awwal, nafkh thaniya." yeh itna aasan nahi hai.</w:t>
      </w:r>
    </w:p>
    <w:p>
      <w:pPr>
        <w:jc w:val="right"/>
      </w:pPr>
      <w:r>
        <w:t>یہ آیا ہے: "نفخ اولی، نفخ ثانیہ۔" یہ اتنا آسان نہیں ہے۔</w:t>
      </w:r>
    </w:p>
    <w:p>
      <w:r>
        <w:rPr>
          <w:b/>
        </w:rPr>
        <w:t xml:space="preserve">[1:18:01] </w:t>
      </w:r>
      <w:r>
        <w:t>sirf main bata sakta hoon jo mera interpretation hai.</w:t>
      </w:r>
    </w:p>
    <w:p>
      <w:pPr>
        <w:jc w:val="right"/>
      </w:pPr>
      <w:r>
        <w:t>صرف میں بتا سکتا ہوں جو میرا انٹرپریٹیشن ہے۔</w:t>
      </w:r>
    </w:p>
    <w:p>
      <w:r>
        <w:rPr>
          <w:b/>
        </w:rPr>
        <w:t xml:space="preserve">[1:18:06] </w:t>
      </w:r>
      <w:r>
        <w:t>jo mera interpretation hai, us ko main bata sakta hoon. baqi wallahu aalam bisawab.</w:t>
      </w:r>
    </w:p>
    <w:p>
      <w:pPr>
        <w:jc w:val="right"/>
      </w:pPr>
      <w:r>
        <w:t>جو میرا انٹرپریٹیشن ہے، اس کو میں بتا سکتا ہوں۔ باقی واللہ والوں بالثواب۔</w:t>
      </w:r>
    </w:p>
    <w:p>
      <w:r>
        <w:rPr>
          <w:b/>
        </w:rPr>
        <w:t xml:space="preserve">[1:18:13] </w:t>
      </w:r>
      <w:r>
        <w:t>main samajhta hoon ke pehla jo nafkh hai, pehla nafkh jo hai, woh physical sense mein hai aur doosra nafkh jo hai, woh angelic sense mein hai.</w:t>
      </w:r>
    </w:p>
    <w:p>
      <w:pPr>
        <w:jc w:val="right"/>
      </w:pPr>
      <w:r>
        <w:t>میں سمجھتا ہوں کہ پہلا جو نفخ ہے، پہلا نفخ جو ہے، وہ فزیکل سینس میں ہے اور دوسرا نفخ جو ہے، وہ اینجلک سینس میں ہے۔</w:t>
      </w:r>
    </w:p>
    <w:p>
      <w:r>
        <w:rPr>
          <w:b/>
        </w:rPr>
        <w:t xml:space="preserve">[1:18:28] </w:t>
      </w:r>
      <w:r>
        <w:t>yaani pehla nafkh, yaani koi sense nahi hai ke dono nafkh angelic. bazahir yeh mujhe koi sense nazar nahi aata ke dono nafkh jo hai, woh angelic karein, yaani farishte karein.</w:t>
      </w:r>
    </w:p>
    <w:p>
      <w:pPr>
        <w:jc w:val="right"/>
      </w:pPr>
      <w:r>
        <w:t>یعنی پہلا نفخ، یعنی کوئی سینس نہیں ہے کہ دونوں نفخ اینجل کریں۔ بظاہر یہ مجھے کوئی سینس نظر نہیں آتا کہ دونوں نفخ جو ہے، وہ اینجل کریں، یعنی فرشتے کریں۔</w:t>
      </w:r>
    </w:p>
    <w:p>
      <w:r>
        <w:rPr>
          <w:b/>
        </w:rPr>
        <w:t xml:space="preserve">[1:18:42] </w:t>
      </w:r>
      <w:r>
        <w:t>yeh cheez kuch meri samajh mein nahi aati. to main yeh manta hoon, wallahu aalam bisawab ki taqat kehta hoon.</w:t>
      </w:r>
    </w:p>
    <w:p>
      <w:pPr>
        <w:jc w:val="right"/>
      </w:pPr>
      <w:r>
        <w:t>یہ چیز کچھ میری سمجھ میں نہیں آتی۔ تو میں یہ مانتا ہوں، واللہ عالم بالثواب کی طاقت کہتا ہوں۔</w:t>
      </w:r>
    </w:p>
    <w:p>
      <w:r>
        <w:rPr>
          <w:b/>
        </w:rPr>
        <w:t xml:space="preserve">[1:18:51] </w:t>
      </w:r>
      <w:r>
        <w:t>main mera interpretation yeh hai ke pehla nafkh ho chuka. pehla nafkh tha scientific nafkh. pehla, pehla jo nafkh tha, pehla sur jo tha, woh tha scientific sur.</w:t>
      </w:r>
    </w:p>
    <w:p>
      <w:pPr>
        <w:jc w:val="right"/>
      </w:pPr>
      <w:r>
        <w:t>میں میرا انٹرپریٹیشن یہ ہے کہ پہلا نفخ ہو چکا۔ پہلا نفخ تھا سائنٹیفک نفخ۔ پہلا، پہلا جو نفخ تھا، پہلا سور جو تھا، وہ تھا سائنٹیفک سور۔</w:t>
      </w:r>
    </w:p>
    <w:p>
      <w:r>
        <w:rPr>
          <w:b/>
        </w:rPr>
        <w:t xml:space="preserve">[1:19:05] </w:t>
      </w:r>
      <w:r>
        <w:t>doosra nafkh hai angelic sur.</w:t>
      </w:r>
    </w:p>
    <w:p>
      <w:pPr>
        <w:jc w:val="right"/>
      </w:pPr>
      <w:r>
        <w:t>دوسرا نفخ ہے اینجلک سور۔</w:t>
      </w:r>
    </w:p>
    <w:p>
      <w:r>
        <w:rPr>
          <w:b/>
        </w:rPr>
        <w:t xml:space="preserve">[1:19:08] </w:t>
      </w:r>
      <w:r>
        <w:t>science ne bata diya hai ke global warming aa rahi hai aur duniya ka end hone wala hai. aap ko maloom hai ke newton ke baad yeh bataya gaya tha ke law of entropy jo hai, us ki discovery hui thi ke duniya khatme ki taraf ja rahi hai,</w:t>
      </w:r>
    </w:p>
    <w:p>
      <w:pPr>
        <w:jc w:val="right"/>
      </w:pPr>
      <w:r>
        <w:t>سائنس نے بتا دیا ہے کہ گلوبل وارمنگ آ رہی ہے اور دنیا کا اینڈ ہونے والا ہے۔ آپ کو معلوم ہے کہ نیوٹن کے بعد یہ بتایا گیا تھا کہ لاء آف اینتھراپی جو ہے، اس کی ڈسکوری ہوئی تھی کہ دنیا خاتمے کی طرف جا رہی ہے،</w:t>
      </w:r>
    </w:p>
    <w:p>
      <w:r>
        <w:rPr>
          <w:b/>
        </w:rPr>
        <w:t xml:space="preserve">[1:19:26] </w:t>
      </w:r>
      <w:r>
        <w:t>eternal nahi hai. yeh baat maloom ho chuki thi law of entropy ke zariye se. phir woh period reduce hota raha, reduce hota raha, reduce hota</w:t>
      </w:r>
    </w:p>
    <w:p>
      <w:pPr>
        <w:jc w:val="right"/>
      </w:pPr>
      <w:r>
        <w:t>ایٹرنل نہیں ہے۔ یہ بات معلوم ہو چکی تھی لاء آف اینتھراپی کے ذریعے سے۔ پھر وہ پیریڈ ریڈیوس ہوتا رہا، ریڈیوس ہوتا رہا، ریڈیوس ہوتا</w:t>
      </w:r>
    </w:p>
    <w:p>
      <w:r>
        <w:rPr>
          <w:b/>
        </w:rPr>
        <w:t xml:space="preserve">[1:19:36] </w:t>
      </w:r>
      <w:r>
        <w:t>raha. ab to khud scientist, scientific community ne, union, union musallam elaan kiya hai ke global warming se itne problem barh gaye hain ke life support system hi tabah ho raha hai, already tabah ho raha hai, already.</w:t>
      </w:r>
    </w:p>
    <w:p>
      <w:pPr>
        <w:jc w:val="right"/>
      </w:pPr>
      <w:r>
        <w:t>رہا۔ اب تو خود سائنٹسٹ، سائنٹیفک کمیونٹی نے، یونین، یونین مسلی اعلان کیا ہے کہ گلوبل وارمنگ سے اتنے پرابلم بڑھ گئے ہیں کہ لائف سپورٹ سسٹم ہی تباہ ہو رہا ہے، الریڈی تباہ ہو رہا ہے، الریڈی۔</w:t>
      </w:r>
    </w:p>
    <w:p>
      <w:r>
        <w:rPr>
          <w:b/>
        </w:rPr>
        <w:t xml:space="preserve">[1:19:52] </w:t>
      </w:r>
      <w:r>
        <w:t>kal main radio par sun raha tha ke yeh jo gadha, vulture, vulture, bohat bara role hai. gadha, gadha ka hum samajhte hain ke gadha koi kharab cheez hai. gadha ka bohat bara role hai.</w:t>
      </w:r>
    </w:p>
    <w:p>
      <w:pPr>
        <w:jc w:val="right"/>
      </w:pPr>
      <w:r>
        <w:t>کل میں ریڈیو پر سن رہا تھا کہ یہ جو گد ہے، ولچر، ولچر، بہت بڑا رول ہے۔ گد، گد کا ہم سمجھتے ہیں کہ گد کوئی خراب چیز ہے۔ گد کا بہت بڑا رول ہے۔</w:t>
      </w:r>
    </w:p>
    <w:p>
      <w:r>
        <w:rPr>
          <w:b/>
        </w:rPr>
        <w:t xml:space="preserve">[1:20:04] </w:t>
      </w:r>
      <w:r>
        <w:t>woh saare wahi jo khate hain jo hamari bimari paida karne wale hain. gadho ka khatma ho raha hai, is liye bimari ka barhti chali ja rahi hai. aisi ek million species hain jo khatam ho rahi hain.</w:t>
      </w:r>
    </w:p>
    <w:p>
      <w:pPr>
        <w:jc w:val="right"/>
      </w:pPr>
      <w:r>
        <w:t>وہ سارے وہی جو کھاتے ہیں جو ہماری بیماری پیدا کرنے والے ہیں۔ گدھوں کا خاتمہ ہو رہا ہے، اس لیے بیماری کا بڑھتی چلی جا رہی ہے۔ ایسی ایک ملین اسپیشیز ہیں جو ختم ہو رہی ہیں۔</w:t>
      </w:r>
    </w:p>
    <w:p>
      <w:r>
        <w:rPr>
          <w:b/>
        </w:rPr>
        <w:t xml:space="preserve">[1:20:18] </w:t>
      </w:r>
      <w:r>
        <w:t>pani ka pollution, air pollution itna barh raha hai aur life support system tabah ho raha hai. to main yeh manta hoon, yeh meri apni interpretation hai ke pehla sur jo hai, woh scientific sur hai.</w:t>
      </w:r>
    </w:p>
    <w:p>
      <w:pPr>
        <w:jc w:val="right"/>
      </w:pPr>
      <w:r>
        <w:t>پانی کا پولیوشن، ایئر پولیوشن اتنا بڑھ رہا ہے اور لائف سپورٹ سسٹم تباہ ہو رہا ہے۔ تو میں یہ مانتا ہوں، یہ میری اپنی انٹرپریٹیشن ہے کہ پہلا سور جو ہے، وہ سائنٹیفک سور ہے۔</w:t>
      </w:r>
    </w:p>
    <w:p>
      <w:r>
        <w:rPr>
          <w:b/>
        </w:rPr>
        <w:t xml:space="preserve">[1:20:32] </w:t>
      </w:r>
      <w:r>
        <w:t>is se mur</w:t>
      </w:r>
    </w:p>
    <w:p>
      <w:pPr>
        <w:jc w:val="right"/>
      </w:pPr>
      <w:r>
        <w:t>اس سے مر</w:t>
      </w:r>
    </w:p>
    <w:p>
      <w:r>
        <w:rPr>
          <w:b/>
        </w:rPr>
        <w:t xml:space="preserve">[1:20:33] </w:t>
      </w:r>
      <w:r>
        <w:t>ad woh ho chuka, woh bilkul bach chuka. global warming jo tha, woh pehla sur hai. doosra sur jo hai, woh bilkul kab?</w:t>
      </w:r>
    </w:p>
    <w:p>
      <w:pPr>
        <w:jc w:val="right"/>
      </w:pPr>
      <w:r>
        <w:t>اد وہ ہو چکا، وہ بالکل بچ چکا۔ گلوبل وارمنگ جو تھا، وہ پہلا سور ہے۔ دوسرا سور جو ہے، وہ بالکل کب؟</w:t>
      </w:r>
    </w:p>
    <w:p>
      <w:r>
        <w:rPr>
          <w:b/>
        </w:rPr>
        <w:t xml:space="preserve">[1:20:43] </w:t>
      </w:r>
      <w:r>
        <w:t>jab hone wala hai, tab. jab hone wala hai, tab. jaise hum jab rehte the wahan apne adam garh mein to jo railway train jo chalti thi, to do ghantiyan bajti thi idhar.</w:t>
      </w:r>
    </w:p>
    <w:p>
      <w:pPr>
        <w:jc w:val="right"/>
      </w:pPr>
      <w:r>
        <w:t>جب ہونے والا ہے، تب۔ جب ہونے والا ہے، تب۔ جیسے ہم جب رہتے تھے وہاں اپنے آدم گڑھ میں تو جو ریلوے ٹرین جو چلتی تھی، تو دو گھنٹیاں بجتی تھی ادھر۔</w:t>
      </w:r>
    </w:p>
    <w:p>
      <w:r>
        <w:rPr>
          <w:b/>
        </w:rPr>
        <w:t xml:space="preserve">[1:20:56] </w:t>
      </w:r>
      <w:r>
        <w:t>ab mujhe nahin maloom ke aaj kal kya hota hai. do b</w:t>
      </w:r>
    </w:p>
    <w:p>
      <w:pPr>
        <w:jc w:val="right"/>
      </w:pPr>
      <w:r>
        <w:t>اب مجھے نہیں معلوم کہ آج کل کیا ہوتا ہے۔ دو ب</w:t>
      </w:r>
    </w:p>
    <w:p>
      <w:r>
        <w:rPr>
          <w:b/>
        </w:rPr>
        <w:t xml:space="preserve">[1:21:00] </w:t>
      </w:r>
      <w:r>
        <w:t>jti thi. to ek jo thi, woh kuch der par, kuch kuch pehle bajate the, woh kuch pehle. to woh alert karte the logon ke ab gaadi chalne wali hai.</w:t>
      </w:r>
    </w:p>
    <w:p>
      <w:pPr>
        <w:jc w:val="right"/>
      </w:pPr>
      <w:r>
        <w:t>جتی تھی۔ تو ایک جو تھی، وہ کچھ دیر پر، کچھ کچھ پہلے بجاتے تھے، وہ کچھ پہلے۔ تو وہ الرٹ کرتے تھے لوگوں کہ اب گاڑی چلنے والی ہے۔</w:t>
      </w:r>
    </w:p>
    <w:p>
      <w:r>
        <w:rPr>
          <w:b/>
        </w:rPr>
        <w:t xml:space="preserve">[1:21:11] </w:t>
      </w:r>
      <w:r>
        <w:t>phir aakhir mein ek whistle di jaati thi. whistle hui to gaadi chal padi. whistle ke baad phir time nahin tha. pehle jo bajate the, woh ek lamba sa latka rehta tha, loha.</w:t>
      </w:r>
    </w:p>
    <w:p>
      <w:pPr>
        <w:jc w:val="right"/>
      </w:pPr>
      <w:r>
        <w:t>پھر آخر میں ایک وسل دی جاتی تھی۔ وسل ہوئی تو گاڑی چل پڑی۔ وسل کے بعد پھر ٹائم نہیں تھا۔ پہلے جو بجاتے تھے، وہ ایک لمبا سا لٹکا رہتا تھا، لوہا۔</w:t>
      </w:r>
    </w:p>
    <w:p>
      <w:r>
        <w:rPr>
          <w:b/>
        </w:rPr>
        <w:t xml:space="preserve">[1:21:20] </w:t>
      </w:r>
      <w:r>
        <w:t>ise bajate the. to baja diya unhon ne. to is ka matlab yeh hai ke ab thori der ke baad gaadi chal chal padegi.</w:t>
      </w:r>
    </w:p>
    <w:p>
      <w:pPr>
        <w:jc w:val="right"/>
      </w:pPr>
      <w:r>
        <w:t>اسے بجاتے تھے۔ تو بجا دیا انہوں نے۔ تو اس کا مطلب یہ ہے کہ اب تھوڑی دیر کے بعد گاڑی چل چل پڑے گی۔</w:t>
      </w:r>
    </w:p>
    <w:p>
      <w:r>
        <w:rPr>
          <w:b/>
        </w:rPr>
        <w:t xml:space="preserve">[1:21:29] </w:t>
      </w:r>
      <w:r>
        <w:t>phir yeh whistle diya guard ne to maloom hua ke bas. to yahi matlab hai do sur ka. do sur ka.</w:t>
      </w:r>
    </w:p>
    <w:p>
      <w:pPr>
        <w:jc w:val="right"/>
      </w:pPr>
      <w:r>
        <w:t>پھر یہ وسل دیا گارڈ نے تو معلوم ہوا کہ بس۔ تو یہی مطلب ہے دو سور کا۔ دو سور کا۔</w:t>
      </w:r>
    </w:p>
    <w:p>
      <w:r>
        <w:rPr>
          <w:b/>
        </w:rPr>
        <w:t xml:space="preserve">[1:21:40] </w:t>
      </w:r>
      <w:r>
        <w:t>to main yahan tak samajh paya hoon, dono sur farishta nahin phoonkega. pehla sur jo hai, woh scientific community phoonkegi aur phoonk chuki. woh aap jante hain ke duniya bhar ke one tha scientist akatha hue the.</w:t>
      </w:r>
    </w:p>
    <w:p>
      <w:pPr>
        <w:jc w:val="right"/>
      </w:pPr>
      <w:r>
        <w:t>تو میں یہاں تک سمجھ پایا ہوں، دونوں سور فرشتہ نہیں پھونکے گا۔ پہلا سور جو ہے، وہ سائنٹیفک کمیونٹی پھونکے گی اور پھونک چکی۔ وہ آپ جانتے ہیں کہ دنیا بھر کے ون تھا سائنٹسٹ اکٹھا ہوئے تھے۔</w:t>
      </w:r>
    </w:p>
    <w:p>
      <w:r>
        <w:rPr>
          <w:b/>
        </w:rPr>
        <w:t xml:space="preserve">[1:21:53] </w:t>
      </w:r>
      <w:r>
        <w:t>one tha scientist.</w:t>
      </w:r>
    </w:p>
    <w:p>
      <w:pPr>
        <w:jc w:val="right"/>
      </w:pPr>
      <w:r>
        <w:t>ون تھا سائنٹسٹ۔</w:t>
      </w:r>
    </w:p>
    <w:p>
      <w:r>
        <w:rPr>
          <w:b/>
        </w:rPr>
        <w:t xml:space="preserve">[1:21:56] </w:t>
      </w:r>
      <w:r>
        <w:t>unhon ne universally aelan kiya tha global warming ki taraf barhti ja rahi hai. ke ab is mein koi aisa nahin hone wala ke phir ulti taraf chale hon.</w:t>
      </w:r>
    </w:p>
    <w:p>
      <w:pPr>
        <w:jc w:val="right"/>
      </w:pPr>
      <w:r>
        <w:t>انہوں نے یونیورسلی اعلان کیا تھا گلوبل وارمنگ کی طرف بڑھتی جا رہی ہے۔ کہ اب اس میں کوئی ایسا نہیں ہونے والا کہ پھر الٹی طرف چلے ہوں۔</w:t>
      </w:r>
    </w:p>
    <w:p>
      <w:r>
        <w:rPr>
          <w:b/>
        </w:rPr>
        <w:t xml:space="preserve">[1:22:07] </w:t>
      </w:r>
      <w:r>
        <w:t>abhi main ek saath se baat kar raha tha ke yeh jo itna badh gaya hai, jis ko kehte hain carbon emission, carbon emission jo itna badh gaya hai, jis ki wajah se ab zindagi jo hai, end ki taraf chali ja rahi hai.</w:t>
      </w:r>
    </w:p>
    <w:p>
      <w:pPr>
        <w:jc w:val="right"/>
      </w:pPr>
      <w:r>
        <w:t>ابھی میں ایک ساتھ سے بات کر رہا تھا کہ یہ جو اتنا بڑھ گیا ہے، جس کو کہتے ہیں کاربن ایمیشن، کاربن ایمیشن جو اتنا بڑھ گیا ہے، جس کی وجہ سے اب زندگی جو ہے، اینڈ کی طرف چلی جا رہی ہے۔</w:t>
      </w:r>
    </w:p>
    <w:p>
      <w:r>
        <w:rPr>
          <w:b/>
        </w:rPr>
        <w:t xml:space="preserve">[1:22:19] </w:t>
      </w:r>
      <w:r>
        <w:t>to is ka kya hal hai?</w:t>
      </w:r>
    </w:p>
    <w:p>
      <w:pPr>
        <w:jc w:val="right"/>
      </w:pPr>
      <w:r>
        <w:t>تو اس کا کیا حل ہے؟</w:t>
      </w:r>
    </w:p>
    <w:p>
      <w:r>
        <w:rPr>
          <w:b/>
        </w:rPr>
        <w:t xml:space="preserve">[1:22:20] </w:t>
      </w:r>
      <w:r>
        <w:t>to unhon ne hanste hanste hue kaha, ek saahib jo msc the, us ka to ek hi hal hai ke saare log jo hain, chale jayen wapas bicycle ki taraf, car chhod den, bicyclen pe safar karen.</w:t>
      </w:r>
    </w:p>
    <w:p>
      <w:pPr>
        <w:jc w:val="right"/>
      </w:pPr>
      <w:r>
        <w:t>تو انہوں نے ہنستے ہنستے ہوئے کہا، ایک صاحب جو ایم ایس سی تھے، اس کا تو ایک ہی حل ہے کہ سارے لوگ جو ہیں، چلے جائیں واپس بائیسکل کی طرف، کار چھوڑ دیں، بائیسکلوں پہ سفر کریں۔</w:t>
      </w:r>
    </w:p>
    <w:p>
      <w:r>
        <w:rPr>
          <w:b/>
        </w:rPr>
        <w:t xml:space="preserve">[1:22:34] </w:t>
      </w:r>
      <w:r>
        <w:t>is it possible? ab to nano car bani hai, har aadmi ambitious hai ek car kharidne ke liye. to unhon ne kaha ke civilization ko peechhe chalaya jayega,</w:t>
      </w:r>
    </w:p>
    <w:p>
      <w:pPr>
        <w:jc w:val="right"/>
      </w:pPr>
      <w:r>
        <w:t>از اٹ پاسیبل؟ اب تو نینو کار بنی ہے، ہر آدمی ایمبیشس ہے ایک کار خریدنے کے لیے۔ تو انہوں نے کہا کہ سویلائزیشن کو پیچھے چلایا جائے گا،</w:t>
      </w:r>
    </w:p>
    <w:p>
      <w:r>
        <w:rPr>
          <w:b/>
        </w:rPr>
        <w:t xml:space="preserve">[1:22:48] </w:t>
      </w:r>
      <w:r>
        <w:t>tab to carbon emission khatm ho sakta hai. woh nahin khatm ho sakta ke duniya bhar ki caren khatm kar di jayen aur saare log ya to paidal chalen ya bicyclen pe chalen.</w:t>
      </w:r>
    </w:p>
    <w:p>
      <w:pPr>
        <w:jc w:val="right"/>
      </w:pPr>
      <w:r>
        <w:t>تب تو کاربن ایمیشن ختم ہو سکتا ہے۔ وہ نہیں ختم ہو سکتا کہ دنیا بھر کی کاریں ختم کر دی جائیں اور سارے لوگ یا تو پیدل چلیں یا بائیسکلوں پہ چلیں۔</w:t>
      </w:r>
    </w:p>
    <w:p>
      <w:r>
        <w:rPr>
          <w:b/>
        </w:rPr>
        <w:t xml:space="preserve">[1:23:00] </w:t>
      </w:r>
      <w:r>
        <w:t>to yeh possible hi nahin hai. koi bhi ek aadmi manne ke liye tayyar nahin ke saahib, main main car chhod deta hoon aur bicycle pe chalunga kal se.</w:t>
      </w:r>
    </w:p>
    <w:p>
      <w:pPr>
        <w:jc w:val="right"/>
      </w:pPr>
      <w:r>
        <w:t>تو یہ پاسیبل ہی نہیں ہے۔ کوئی بھی ایک آدمی ماننے کے لیے تیار نہیں کہ صاحب، میں میں کار چھوڑ دیتا ہوں اور بائیسکل پہ چلوں گا کل سے۔</w:t>
      </w:r>
    </w:p>
    <w:p>
      <w:r>
        <w:rPr>
          <w:b/>
        </w:rPr>
        <w:t xml:space="preserve">[1:23:10] </w:t>
      </w:r>
      <w:r>
        <w:t>is liye mera manna yeh hai, according to my interpretation, ke pehla sur phoonka ja chuka aur scientific community ka yeh kehna hai ke global warming jo hai, woh bohat hi qareeb aa chuka hai, duniya ka end.</w:t>
      </w:r>
    </w:p>
    <w:p>
      <w:pPr>
        <w:jc w:val="right"/>
      </w:pPr>
      <w:r>
        <w:t>اس لیے میرا ماننا یہ ہے، اکارڈنگ ٹو مائی انٹرپریٹیشن، کہ پہلا سور پھونکا جا چکا اور سائنٹیفک کمیونٹی کا یہ کہنا ہے کہ گلوبل وارمنگ جو ہے، وہ بہت ہی قریب آ چکا ہے، دنیا کا اینڈ۔</w:t>
      </w:r>
    </w:p>
    <w:p>
      <w:r>
        <w:rPr>
          <w:b/>
        </w:rPr>
        <w:t xml:space="preserve">[1:23:24] </w:t>
      </w:r>
      <w:r>
        <w:t>woh pehla sur hai aur angel jo phoonkenge, woh main ne kaha na, guard ka whistle hota tha. bas whistle hui aur phir gaadi chal padi</w:t>
      </w:r>
    </w:p>
    <w:p>
      <w:pPr>
        <w:jc w:val="right"/>
      </w:pPr>
      <w:r>
        <w:t>وہ پہلا سور ہے اور اینجل جو پھونکیں گے، وہ میں نے کہا نا، گارڈ کا وسل ہوتا تھا۔ بس وسل ہوئی اور پھر گاڑی چل پڑی</w:t>
      </w:r>
    </w:p>
    <w:p>
      <w:r>
        <w:rPr>
          <w:b/>
        </w:rPr>
        <w:t xml:space="preserve">[1:23:36] </w:t>
      </w:r>
      <w:r>
        <w:t>. to to to angel ka sur hua aur phir qayamat waqtata ho jayega. is mein achaanak qayamat aa jayegi. yeh mera interpretation hai.</w:t>
      </w:r>
    </w:p>
    <w:p>
      <w:pPr>
        <w:jc w:val="right"/>
      </w:pPr>
      <w:r>
        <w:t>۔ تو تو تو اینجل کا سور ہوا اور پھر قیامت وقتتا ہو جائے گا۔ اس میں اچانک قیامت آ جائے گی۔ یہ میرا انٹرپریٹیشن ہے۔</w:t>
      </w:r>
    </w:p>
    <w:p>
      <w:r>
        <w:rPr>
          <w:b/>
        </w:rPr>
        <w:t xml:space="preserve">[1:23:48] </w:t>
      </w:r>
      <w:r>
        <w:t>ise itna is tareeqe se likha nahin hai quran o hadees mein.</w:t>
      </w:r>
    </w:p>
    <w:p>
      <w:pPr>
        <w:jc w:val="right"/>
      </w:pPr>
      <w:r>
        <w:t>اسے اتنا اس طریقے سے لکھا نہیں ہے قرآن و حدیث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