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Q and A with Prof. Farida Khanam &amp; Maulana Farhad Ahmed Umeri August 18, 2024</w:t>
      </w:r>
    </w:p>
    <w:p>
      <w:r>
        <w:t>https://www.youtube.com/watch?v=VqeLGHTjfQo</w:t>
      </w:r>
    </w:p>
    <w:p>
      <w:r>
        <w:rPr>
          <w:b/>
        </w:rPr>
        <w:t xml:space="preserve">[00:08] </w:t>
      </w:r>
      <w:r>
        <w:t>We welcome you all to this q and a session with professor falida khanam, chairperson of CPS International and Maulana Farad Ahmad Umri. And we welcome you all, we welcome you aapka to this session. We have been longing to have this session with you for a pretty long time, and that is why all the ladies here, they are very happy that you are here again. And, this will be continued forever and ever.</w:t>
      </w:r>
    </w:p>
    <w:p>
      <w:pPr>
        <w:jc w:val="right"/>
      </w:pPr>
      <w:r>
        <w:t>We welcome you all to this q and a session with professor फ़लीदा खानम, chairperson of CPS International and मोलाना फराद अहमद उमरी. And we welcome you all, we welcome you आपका to this session. We have been longing to have this session with you for a pretty long time, and that is why all the ladies here, they are very happy that you are here again. And, this will be continued forever and ever.</w:t>
      </w:r>
    </w:p>
    <w:p>
      <w:r>
        <w:rPr>
          <w:b/>
        </w:rPr>
        <w:t xml:space="preserve">[00:36] </w:t>
      </w:r>
      <w:r>
        <w:t>And may god bless you with long life and health, wisdom so that you are the beacon of light and our mentor. to ab hum log shuru karte hain sawalon se.</w:t>
      </w:r>
    </w:p>
    <w:p>
      <w:pPr>
        <w:jc w:val="right"/>
      </w:pPr>
      <w:r>
        <w:t>And may god bless you with long life and health, wisdom so that you are the beacon of light and our mentor. तो अब हम लोग शुरू करते हैं सवालों से.</w:t>
      </w:r>
    </w:p>
    <w:p>
      <w:r>
        <w:rPr>
          <w:b/>
        </w:rPr>
        <w:t xml:space="preserve">[00:50] </w:t>
      </w:r>
      <w:r>
        <w:t>main request karti hoon sabhi ladies se ke aap apne questions ko agar is beach mein main jab puch rahi hoon to agar aapke questions hain to aap zaroor mujhe whatsapp kar den aur please be on the mute zone so that no kind of disturbances be there in the, in this session. to aap aaj shuru karte hain. hamara pehla sawal hai, how can one become mentally strong? This question is from Aisha Yusra.</w:t>
      </w:r>
    </w:p>
    <w:p>
      <w:pPr>
        <w:jc w:val="right"/>
      </w:pPr>
      <w:r>
        <w:t>मैं request करती हूं सभी ladies से कि आप अपने questions को अगर इस beach में मैं जब पुछ रही हूं तो अगर आपके questions हैं तो आप ज़रूर मुझे WhatsApp कर दें और please be on the mute zone so that no kind of disturbances be there in the, in this session. तो आप आज शुरू करते हैं. हमारा पहला सवाल है, how can one become mentally strong? This question is from आयशा युसरा.</w:t>
      </w:r>
    </w:p>
    <w:p>
      <w:r>
        <w:rPr>
          <w:b/>
        </w:rPr>
        <w:t xml:space="preserve">[01:20] </w:t>
      </w:r>
      <w:r>
        <w:t>dekhiye asal mein jad khuda se gehra tallup. jab khuda se gehra tallup hoga to hamare jaise bhi halaat honge to hum khuda ke liye sabr karenge achhe halaat hain to shukr karenge. khuda se hum jude rahenge.</w:t>
      </w:r>
    </w:p>
    <w:p>
      <w:pPr>
        <w:jc w:val="right"/>
      </w:pPr>
      <w:r>
        <w:t>देखिए असल में जड़ खुदा से गहरा ताल्लूप. जब खुदा से गहरा ताल्लूप होगा तो हमारे जैसे भी हालात होंगे तो हम खुदा के लिए सब्र करेंगे अच्छे हालात हैं तो शुक्र करेंगे. खुदा से हम जुड़े रहेंगे.</w:t>
      </w:r>
    </w:p>
    <w:p>
      <w:r>
        <w:rPr>
          <w:b/>
        </w:rPr>
        <w:t xml:space="preserve">[01:39] </w:t>
      </w:r>
      <w:r>
        <w:t>to chunke khuda is duniya ki saari saari kaarnath ki sab se badi hasti hai to us par jab hamara gehra yaqeen hota hai to wahan se humko strength aati hai warna duniya mein to dekhiye tarah tarah ke problems aate hain sabhi ko aate hain. to agar usko khuda par na ho, aakhirat par yaqeen na ho to woh bilkul hi usko face nahin kar payega.</w:t>
      </w:r>
    </w:p>
    <w:p>
      <w:pPr>
        <w:jc w:val="right"/>
      </w:pPr>
      <w:r>
        <w:t>तो चूंकि खुदा इस दुनिया की सारी सारी कारनाथ की सबसे बड़ी हस्ती है तो उस पर जब हमारा गहरा यकीन होता है तो वहां से हमको strength आती है वरना दुनिया में तो देखिए तरह तरह के problems आते हैं सभी को आते हैं. तो अगर उसको ख़ुदा पर ना हो, आख़िरत पर यकीन ना हो तो वह बिल्कुल ही उसको face नहीं कर पाएगा.</w:t>
      </w:r>
    </w:p>
    <w:p>
      <w:r>
        <w:rPr>
          <w:b/>
        </w:rPr>
        <w:t xml:space="preserve">[02:06] </w:t>
      </w:r>
      <w:r>
        <w:t>lekin koi bhi aisa waqea ho to samajh lena chahiye ke bas yeh khuda ki marzi hai aur</w:t>
      </w:r>
    </w:p>
    <w:p>
      <w:pPr>
        <w:jc w:val="right"/>
      </w:pPr>
      <w:r>
        <w:t>लेकिन कोई भी ऐसा वाक्य हो तो समझ लेना चाहिए कि बस यह ख़ुदा की मर्ज़ी है और</w:t>
      </w:r>
    </w:p>
    <w:p>
      <w:r>
        <w:rPr>
          <w:b/>
        </w:rPr>
        <w:t xml:space="preserve">[02:10] </w:t>
      </w:r>
      <w:r>
        <w:t>humein khuda ki marzi ke mutabiq hi duniya mein rehna hai.</w:t>
      </w:r>
    </w:p>
    <w:p>
      <w:pPr>
        <w:jc w:val="right"/>
      </w:pPr>
      <w:r>
        <w:t>हमें ख़ुदा की मर्ज़ी के मुताबिक ही दुनिया में रहना है.</w:t>
      </w:r>
    </w:p>
    <w:p>
      <w:r>
        <w:rPr>
          <w:b/>
        </w:rPr>
        <w:t xml:space="preserve">[02:15] </w:t>
      </w:r>
      <w:r>
        <w:t>to is se hum mentally strong hote hain. Ok, papa.</w:t>
      </w:r>
    </w:p>
    <w:p>
      <w:pPr>
        <w:jc w:val="right"/>
      </w:pPr>
      <w:r>
        <w:t>तो इससे हम mentally strong होते हैं. Ok, papa.</w:t>
      </w:r>
    </w:p>
    <w:p>
      <w:r>
        <w:rPr>
          <w:b/>
        </w:rPr>
        <w:t xml:space="preserve">[02:19] </w:t>
      </w:r>
      <w:r>
        <w:t>Thank you so much for the reply.</w:t>
      </w:r>
    </w:p>
    <w:p>
      <w:pPr>
        <w:jc w:val="right"/>
      </w:pPr>
      <w:r>
        <w:t>Thank you so much for the reply.</w:t>
      </w:r>
    </w:p>
    <w:p>
      <w:r>
        <w:rPr>
          <w:b/>
        </w:rPr>
        <w:t xml:space="preserve">[02:24] </w:t>
      </w:r>
      <w:r>
        <w:t>I hope you have got the answer, ayesha.</w:t>
      </w:r>
    </w:p>
    <w:p>
      <w:pPr>
        <w:jc w:val="right"/>
      </w:pPr>
      <w:r>
        <w:t>I hope you have got the answer, आयशा.</w:t>
      </w:r>
    </w:p>
    <w:p>
      <w:r>
        <w:rPr>
          <w:b/>
        </w:rPr>
        <w:t xml:space="preserve">[02:28] </w:t>
      </w:r>
      <w:r>
        <w:t>The second question comes from sanya chaus.</w:t>
      </w:r>
    </w:p>
    <w:p>
      <w:pPr>
        <w:jc w:val="right"/>
      </w:pPr>
      <w:r>
        <w:t>The second question comes from सान्या चौस.</w:t>
      </w:r>
    </w:p>
    <w:p>
      <w:r>
        <w:rPr>
          <w:b/>
        </w:rPr>
        <w:t xml:space="preserve">[02:33] </w:t>
      </w:r>
      <w:r>
        <w:t>What is the secret of divine wisdom?</w:t>
      </w:r>
    </w:p>
    <w:p>
      <w:pPr>
        <w:jc w:val="right"/>
      </w:pPr>
      <w:r>
        <w:t>What is the secret of divine wisdom?</w:t>
      </w:r>
    </w:p>
    <w:p>
      <w:r>
        <w:rPr>
          <w:b/>
        </w:rPr>
        <w:t xml:space="preserve">[02:38] </w:t>
      </w:r>
      <w:r>
        <w:t>Secret of divine wisdom hum taqwah keh sakte hain. To hoda se hum dar kar jab hum ek zindagi guzarte hain asal mein is duniya mein dekhiye ek taraf shaitan hai ek taraf farishtey hain. To hum jab fawda se dar kar zindagi guzarte hain to farishtey hamari madad karte hain. Wahan se humko divine wisdom jo hai humko farishton ke zariye se milti hai.</w:t>
      </w:r>
    </w:p>
    <w:p>
      <w:pPr>
        <w:jc w:val="right"/>
      </w:pPr>
      <w:r>
        <w:t>Secret of divine wisdom हम तक़वाह कह सकते हैं. तो होदा से हम डरकर जब हम एक ज़िंदगी गुजारते हैं असल में इस दुनिया में देखिए एक तरफ शैतान है एक तरफ परिश्ते हैं. तो हम जब फौदा से डर कर ज़िंदगी गुज़ारते हैं तो परिश्ते हमारी मदद करते हैं. वहां से हमको divine wisdom जो है हमको परिष्ठों के ज़रिए से मिलती है.</w:t>
      </w:r>
    </w:p>
    <w:p>
      <w:r>
        <w:rPr>
          <w:b/>
        </w:rPr>
        <w:t xml:space="preserve">[03:06] </w:t>
      </w:r>
      <w:r>
        <w:t>Fawda se hamara direct contact nahi hota hai to hamara direct contact farishton ke zariye se hota hai. To wahan se hamein wisdom milti hai aur hum jab gehra study hum karte hain Quran ki, hadith ki, prophet ki sunnat ki to usse hamein bahut zyada faida hota hai aur farishton se hamein inspiration milta hai.</w:t>
      </w:r>
    </w:p>
    <w:p>
      <w:pPr>
        <w:jc w:val="right"/>
      </w:pPr>
      <w:r>
        <w:t>पौधा से हमारा direct contact नहीं होता है तो हमारा direct contact परिष्ठों के ज़रिए से होता है. तो वहां से हमें wisdom मिलती है और हम जब गहरा study हम करते हैं कुरान की, हदीश की, prophet की सुनना की तो उससे हमें बहुत ज़्यादा फ़ायदा होता है और फरिश्तों से हमें inspiration मिलता है.</w:t>
      </w:r>
    </w:p>
    <w:p>
      <w:r>
        <w:rPr>
          <w:b/>
        </w:rPr>
        <w:t xml:space="preserve">[03:33] </w:t>
      </w:r>
      <w:r>
        <w:t>To hamein chahiye ki hum apne time ko ghalat jagah istemal na karein. Kyunki ghalat jagah istemal karenge, ghalat kaam karenge to farishtey hamare paas aaenge nahi to hamein woh inspiration nahi milega. To hamein farishton ki inspiration ki bahut zarurat hai. Kyunki insaan ki dekhiye limitations hain.</w:t>
      </w:r>
    </w:p>
    <w:p>
      <w:pPr>
        <w:jc w:val="right"/>
      </w:pPr>
      <w:r>
        <w:t>तो हमें चाहिए कि हम अपने time को ग़लत जगह इस्तेमाल ना करें. क्योंकि ग़लत जगह इस्तेमाल करेंगे, ग़लत काम करेंगे तो फरिश्ते हमारे पास आऐंगे नहीं तो हमें वह inspiration नहीं मिलेगा. तो हमें फरिश्तों की inspiration की बहुत सब ज़रूरत है. क्योंकि इंसान की देखिए limitations हैं.</w:t>
      </w:r>
    </w:p>
    <w:p>
      <w:r>
        <w:rPr>
          <w:b/>
        </w:rPr>
        <w:t xml:space="preserve">[03:57] </w:t>
      </w:r>
      <w:r>
        <w:t>to insaan apni apne apne us par apne upar agar woh insaan bharosa karein to woh kabhi bhi</w:t>
      </w:r>
    </w:p>
    <w:p>
      <w:pPr>
        <w:jc w:val="right"/>
      </w:pPr>
      <w:r>
        <w:t>तो इंसान अपनी अपने अपने उस पर अपने ऊपर अगर वह इंसान भरोसा करें तो वह कभी भी</w:t>
      </w:r>
    </w:p>
    <w:p>
      <w:r>
        <w:rPr>
          <w:b/>
        </w:rPr>
        <w:t xml:space="preserve">[04:04] </w:t>
      </w:r>
      <w:r>
        <w:t>usko divine wisdom nahi hoga.</w:t>
      </w:r>
    </w:p>
    <w:p>
      <w:pPr>
        <w:jc w:val="right"/>
      </w:pPr>
      <w:r>
        <w:t>उसको divine wisdom नहीं होगा.</w:t>
      </w:r>
    </w:p>
    <w:p>
      <w:r>
        <w:rPr>
          <w:b/>
        </w:rPr>
        <w:t xml:space="preserve">[04:12] </w:t>
      </w:r>
      <w:r>
        <w:t>Worldly wisdom ho sakti hai usko lekin divine wisdom to through humein angels hi milegi aur through deeper</w:t>
      </w:r>
    </w:p>
    <w:p>
      <w:pPr>
        <w:jc w:val="right"/>
      </w:pPr>
      <w:r>
        <w:t>Worldly wisdom हो सकती है उसको लेकिन divine wisdom तो through हमें angels ही मिलेगी और through deeper</w:t>
      </w:r>
    </w:p>
    <w:p>
      <w:r>
        <w:rPr>
          <w:b/>
        </w:rPr>
        <w:t xml:space="preserve">[04:20] </w:t>
      </w:r>
      <w:r>
        <w:t>study aap quran and hadith milegi.</w:t>
      </w:r>
    </w:p>
    <w:p>
      <w:pPr>
        <w:jc w:val="right"/>
      </w:pPr>
      <w:r>
        <w:t>study आप कुरान and हदीश मिलेगी.</w:t>
      </w:r>
    </w:p>
    <w:p>
      <w:r>
        <w:rPr>
          <w:b/>
        </w:rPr>
        <w:t xml:space="preserve">[04:28] </w:t>
      </w:r>
      <w:r>
        <w:t>To is tarike se hamein sabse pehle apne aap ko tazkiya nafs karna padega aur apne mahaul ko achha banana hoga. Jaise log ghalat kaamon mein istemal karte hain shopping mein aur kya kya hota hai aajkal? To usmein jab ghalat ghalat kaamon mein hum istemal karenge apne aap ko to farishtey hamare paas nahi aaenge.</w:t>
      </w:r>
    </w:p>
    <w:p>
      <w:pPr>
        <w:jc w:val="right"/>
      </w:pPr>
      <w:r>
        <w:t>तो इस तरीके से हमें सबसे पहले अपने आप को तस्किया नफ़्ज़ करना पड़ेगा और अपने माहौल को अच्छा बनाना होगा. जैसे लोग ग़लत कामों में इस्तेमाल करते हैं shopping में और क्या क्या होता है आजकल? तो उसमें जब ग़लत ग़लत कामों में हम इस्तेमाल करेंगे अपने आप को तो फरिश्ते हमारे पास नहीं आऐंगे.</w:t>
      </w:r>
    </w:p>
    <w:p>
      <w:r>
        <w:rPr>
          <w:b/>
        </w:rPr>
        <w:t xml:space="preserve">[04:53] </w:t>
      </w:r>
      <w:r>
        <w:t>To farishtey hi sab kuch karte hain hamara jo tazkiya karte hain woh bhi farishtey karte hain aur jab hamara tazkiya ho jayega matlab tazkiya aisa nahi ek baar ho gaya balki woh saal saal uske liye amal karna padega. To jab hum mutazakka banenge tabhi hamare paas farishtey aaenge aur farishtey are the only source of divine wisdom. Woh Gautam Buddha ki jo misaal hai Maulana dete hain.</w:t>
      </w:r>
    </w:p>
    <w:p>
      <w:pPr>
        <w:jc w:val="right"/>
      </w:pPr>
      <w:r>
        <w:t>तो फरिश्ते ही सब कुछ करते हैं हमारा जो तस्किया करते हैं वह भी फरिश्ते करते हैं और जब हमारा तस्किया हो जाएगा मतलब तस्किया ऐसा नहीं एक बार हो गया बल्कि वह साल साल उसके लिए अमल करना पड़ेगा. तो जब हम मौजक्का सत्य बनेंगे तभी हमारे पास फरिश्ते आऐंगे और फरिश्ते are the only source of divine wisdom. वह गौतम बुद्ध की जो मिसार है मौलाना देते हैं.</w:t>
      </w:r>
    </w:p>
    <w:p>
      <w:r>
        <w:rPr>
          <w:b/>
        </w:rPr>
        <w:t xml:space="preserve">[05:22] </w:t>
      </w:r>
      <w:r>
        <w:t>Hum bata denge. Ki usne yeh kaha tha uska ek student tha jo doodh bechta tha. To woh aata tha to ek din usne yeh kaha ki aap hamare ghar aaiye, hamare ghar aapki dawat hai. Kuch hamein wahan bataiye hum aapki dawat karenge. To chuki woh doodh wala tha to usne kaha ki doodh ke liye ek bartan lekar aaiyega. To Gautam Buddha bartan lekar gaye aur jaan boojhkar usne unhone kuch mitti daal di.</w:t>
      </w:r>
    </w:p>
    <w:p>
      <w:pPr>
        <w:jc w:val="right"/>
      </w:pPr>
      <w:r>
        <w:t>हम बता देंगे. कि उसने यह कहा था उसका एक student था जो दूध बेचता था. तो वह आता था तो एक दिन उसने यह कहा कि आप हमारे घर आइए, हमारे घर आपकी दावत है. कुछ हमें वहां बताइए हम आपकी दावत करेंगे. तो चूंकि वह दूध वाला था तो उसने कहा कि दूध के लिए एक बर्तन लेकर आइएगा. तो गौतम बुद्ध बर्तन लेकर गए और जानबूझकर उसने उन्होंने कुछ मिट्टी डाल दी.</w:t>
      </w:r>
    </w:p>
    <w:p>
      <w:r>
        <w:rPr>
          <w:b/>
        </w:rPr>
        <w:t xml:space="preserve">[05:49] </w:t>
      </w:r>
      <w:r>
        <w:t>to jab mitti daali to doodh wale ne dekha to mitti ko saaf kiya aur doodh rakha uske</w:t>
      </w:r>
    </w:p>
    <w:p>
      <w:pPr>
        <w:jc w:val="right"/>
      </w:pPr>
      <w:r>
        <w:t>तो जब मिट्टी डाली तो दूध वाले ने देखा तो मिट्टी को साफ किया और दूध रखा उसके</w:t>
      </w:r>
    </w:p>
    <w:p>
      <w:r>
        <w:rPr>
          <w:b/>
        </w:rPr>
        <w:t xml:space="preserve">[05:56] </w:t>
      </w:r>
      <w:r>
        <w:t>baad de diya.</w:t>
      </w:r>
    </w:p>
    <w:p>
      <w:pPr>
        <w:jc w:val="right"/>
      </w:pPr>
      <w:r>
        <w:t>बाद दे दिया.</w:t>
      </w:r>
    </w:p>
    <w:p>
      <w:r>
        <w:rPr>
          <w:b/>
        </w:rPr>
        <w:t xml:space="preserve">[06:03] </w:t>
      </w:r>
      <w:r>
        <w:t>to gautam buddh le kar jaane rahe kuch kaha nahi.</w:t>
      </w:r>
    </w:p>
    <w:p>
      <w:pPr>
        <w:jc w:val="right"/>
      </w:pPr>
      <w:r>
        <w:t>तो गौतम बुद्ध लेकर जाने रहे कुछ कहां नहीं.</w:t>
      </w:r>
    </w:p>
    <w:p>
      <w:r>
        <w:rPr>
          <w:b/>
        </w:rPr>
        <w:t xml:space="preserve">[06:10] </w:t>
      </w:r>
      <w:r>
        <w:t>to us doodh wale ne yeh kaha ke aapne humein kuch bataya nahi.</w:t>
      </w:r>
    </w:p>
    <w:p>
      <w:pPr>
        <w:jc w:val="right"/>
      </w:pPr>
      <w:r>
        <w:t>तो उस दूध वाले ने यह कहा कि आपने हमें कुछ बताया नहीं.</w:t>
      </w:r>
    </w:p>
    <w:p>
      <w:r>
        <w:rPr>
          <w:b/>
        </w:rPr>
        <w:t xml:space="preserve">[06:17] </w:t>
      </w:r>
      <w:r>
        <w:t>kaha ke tumne tu, tumko humne bata diya.</w:t>
      </w:r>
    </w:p>
    <w:p>
      <w:pPr>
        <w:jc w:val="right"/>
      </w:pPr>
      <w:r>
        <w:t>कहा कि तुमने तू, तुमको हमने बता दिया.</w:t>
      </w:r>
    </w:p>
    <w:p>
      <w:r>
        <w:rPr>
          <w:b/>
        </w:rPr>
        <w:t xml:space="preserve">[06:25] </w:t>
      </w:r>
      <w:r>
        <w:t>Wali cheez ho to uske andar ka purify nahi ho payega. Uske bagal nahi ho sakta. Woh pata hai usmein. Aap abhi clear hai ji. Aapne haan? Ji aapne aapne abhi yeh kaha ki hamein yeh farishton se inspiration milegi.</w:t>
      </w:r>
    </w:p>
    <w:p>
      <w:pPr>
        <w:jc w:val="right"/>
      </w:pPr>
      <w:r>
        <w:t>वाली चीज़ हो तो उसके अंदर का purify नहीं हो पाएगा. उसके बगल नहीं हो सकता. वह पता है उसमें. आप अभी Clear है जी. आपने हां? जी आपा आपने अभी यह कहा कि हमें यह फरीशों से inspiration मिलेगी.</w:t>
      </w:r>
    </w:p>
    <w:p>
      <w:r>
        <w:rPr>
          <w:b/>
        </w:rPr>
        <w:t xml:space="preserve">[06:45] </w:t>
      </w:r>
      <w:r>
        <w:t>To yeh inspiration hamein kis tarah milegi aapaa ki ek hamara consciousness jaagta rahega ya hamein kuch aise khayalat aaenge jo hamein lagega yes, this is coming from the farishta. How do you recognize that? Andar se feeling hoti hai. Itminaan wali feeling ke saath hota hai. Shaitan ki taraf se ho to aadmi ko pareshani hoti hai. Besabri jaisa mamla rehta hai. Farishte ki taraf se aaye to itminaan wali feeling ke saath baat aayegi.</w:t>
      </w:r>
    </w:p>
    <w:p>
      <w:pPr>
        <w:jc w:val="right"/>
      </w:pPr>
      <w:r>
        <w:t>तो यह inspiration हमें किस तरह मिलेगी आपा कि एक हमारा consciousness जगह रहेगा या हमें कुछ ऐसे फैलात आऐंगे जो हमें लगेगा yes, this is coming from the फरिश्ता. How do you recognize that? अंदर से feeling होती है. इत्मिनान वाली feeling के साथ होता है. शैतान की तरफ से हो तो आदमी को परेशानी होती है. बेसभरी जैसा मामला रहता है. रिश्ते की तरफ से आए तो इतनी नान वाली feeling के साथ बात आएगी.</w:t>
      </w:r>
    </w:p>
    <w:p>
      <w:r>
        <w:rPr>
          <w:b/>
        </w:rPr>
        <w:t xml:space="preserve">[07:13] </w:t>
      </w:r>
      <w:r>
        <w:t>Jaise hamein koi kaam karne mein mushkil lag raha hai. To mujhe lagta hai ki ek compelling hai ki mujhe mujhe feel hota hai ki kai baar main kuch kaam karne jaati hoti hoon. To ek guidance mujhe milti hai ki aap do this way, don't don't do that way. Some kind of promise comes from inside. To main isko kya samhoon aap? Ki is this a kind of inspiration that I'm getting from angels?</w:t>
      </w:r>
    </w:p>
    <w:p>
      <w:pPr>
        <w:jc w:val="right"/>
      </w:pPr>
      <w:r>
        <w:t>जैसे हमें कोई काम करने में मुश्किल लग रहा है. तो मुझे लगता है कि एक compelling है कि मुझे मुझे feel होता है कि कई बार मैं कुछ काम करने जाती होती हूं. तो एक guidance मुझे मिलती है कि आप do this way, don't don't do that way. Some kind of promise comes from inside. तो मैं इसको क्या समझूं आप? कि is this a kind of inspiration that I'm getting from angels?</w:t>
      </w:r>
    </w:p>
    <w:p>
      <w:r>
        <w:rPr>
          <w:b/>
        </w:rPr>
        <w:t xml:space="preserve">[07:40] </w:t>
      </w:r>
      <w:r>
        <w:t>Dekhiye, jab insaan ko Allah taala ne create kiya to usko rakha hi angel uske liye ek angel muqarrar kar diya. Ab wahi hai jo Hazrat Abu Bakr wala qissa hai ki ek baar Hazrat Abu Bakr Rasool Allah SAW ke paas baithe hue the to koi aadmi aaya bahut zyada bura bhala kehne laga.</w:t>
      </w:r>
    </w:p>
    <w:p>
      <w:pPr>
        <w:jc w:val="right"/>
      </w:pPr>
      <w:r>
        <w:t>देखिए, जब इंसान को अल्लाह ताला ने create किया तो उसको रखा ही angel उसके लिए एक angel मुकरण कर दिया. अब वही है जो हज़रत अब्बाक़र वाला किस्सा है कि एक बार हज़रत अब्बाक़र रसूल्लाह सलम के पास बैठे हुए थे तो कोई आदमी आया बहुत ज़्यादा बुरा भला कहने लगा.</w:t>
      </w:r>
    </w:p>
    <w:p>
      <w:r>
        <w:rPr>
          <w:b/>
        </w:rPr>
        <w:t xml:space="preserve">[08:05] </w:t>
      </w:r>
      <w:r>
        <w:t>to woh jawab nahi de rahe the lekin jab bahut zyada ho gaya to unhone jawab dena shuru kiya.</w:t>
      </w:r>
    </w:p>
    <w:p>
      <w:pPr>
        <w:jc w:val="right"/>
      </w:pPr>
      <w:r>
        <w:t>तो वह जवाब नहीं दे रहे थे लेकिन जब बहुत ज़्यादा हो गया तो उन्होंने जवाब देना शुरू किया.</w:t>
      </w:r>
    </w:p>
    <w:p>
      <w:r>
        <w:rPr>
          <w:b/>
        </w:rPr>
        <w:t xml:space="preserve">[08:11] </w:t>
      </w:r>
      <w:r>
        <w:t>jisko kehte hain *** quartet unhone karna shuru kar diya to rasoolullah salma فورن uthkar chale gaye.</w:t>
      </w:r>
    </w:p>
    <w:p>
      <w:pPr>
        <w:jc w:val="right"/>
      </w:pPr>
      <w:r>
        <w:t>जिसको कहते हैं *** quartet उन्होंने करना शुरू कर दिया तो रसूल्लाह सलमाह फ़ौरन उठकर चले गए.</w:t>
      </w:r>
    </w:p>
    <w:p>
      <w:r>
        <w:rPr>
          <w:b/>
        </w:rPr>
        <w:t xml:space="preserve">[08:17] </w:t>
      </w:r>
      <w:r>
        <w:t>to bharta upbhakta ne baad mein poocha ke jab tak woh mujhe bura bhala keh raha tha aur</w:t>
      </w:r>
    </w:p>
    <w:p>
      <w:pPr>
        <w:jc w:val="right"/>
      </w:pPr>
      <w:r>
        <w:t>तो भारता उपभक्त ने बाद में पुछा कि जब तक वह मुझे बुरा भला कह रहा था और</w:t>
      </w:r>
    </w:p>
    <w:p>
      <w:r>
        <w:rPr>
          <w:b/>
        </w:rPr>
        <w:t xml:space="preserve">[08:23] </w:t>
      </w:r>
      <w:r>
        <w:t>main jawab nahi de raha tha tab tak to aap baithe hue the phir aap baad mein chale gaye.</w:t>
      </w:r>
    </w:p>
    <w:p>
      <w:pPr>
        <w:jc w:val="right"/>
      </w:pPr>
      <w:r>
        <w:t>मैं जवाब नहीं दे रहा था तब तक तो आप बैठे हुए थे फिर आप बाद में चले गए.</w:t>
      </w:r>
    </w:p>
    <w:p>
      <w:r>
        <w:rPr>
          <w:b/>
        </w:rPr>
        <w:t xml:space="preserve">[08:29] </w:t>
      </w:r>
      <w:r>
        <w:t>to aapne bataya ke asal mein tumhara jawab farishte de rahe the.</w:t>
      </w:r>
    </w:p>
    <w:p>
      <w:pPr>
        <w:jc w:val="right"/>
      </w:pPr>
      <w:r>
        <w:t>तो आपने बताया कि असल में तुम्हारा जवाब फरिश्ते दे रहे थे.</w:t>
      </w:r>
    </w:p>
    <w:p>
      <w:r>
        <w:rPr>
          <w:b/>
        </w:rPr>
        <w:t xml:space="preserve">[08:36] </w:t>
      </w:r>
      <w:r>
        <w:t>To ab tum jab bolne lage to farishta uthkar chala gaya tumhein bhi chala gaya. Isse bahut clear hota hai ki hamein achhe amal karna padega. Hamein apne andar negativity khatam karni padegi. Positive rehna padega kyunki kai baar aisa hota hai ki mere dimagh mein aata hai ki yeh baat falane galat kiya hai lekin usko express nahi karti. Express karne se na woh mind mein aur baithega. To usse hamare andar negativity badhegi.</w:t>
      </w:r>
    </w:p>
    <w:p>
      <w:pPr>
        <w:jc w:val="right"/>
      </w:pPr>
      <w:r>
        <w:t>तो अब तुम जब बोलने लगे तो फरिश्ता उठकर चला गया तुम्हें भी चला गया. इससे बहुत clear होता है कि हमें अच्छे अमल करना पड़ेगा. हमें अपने अंदर negativity खत्म करनी पड़ेगी. Positive रहना पड़ेगा क्योंकि कई बार ऐसा होता है कि मेरे दिमाग में आता है कि यह बात फलाने गलत किया है लेकिन उसको express नहीं करती. Express करने से ना वह mind में और बैठेगा. तो उससे हमारे अंदर negativity बढ़ेगी.</w:t>
      </w:r>
    </w:p>
    <w:p>
      <w:r>
        <w:rPr>
          <w:b/>
        </w:rPr>
        <w:t xml:space="preserve">[09:05] </w:t>
      </w:r>
      <w:r>
        <w:t>Maulana yahi kehte the na ki apne aap negativity se apne aap ko pak karo. To jab negativity nahi rahe nahi rahegi aur positivity hamare andar rahegi to farishtey to hamare liye hai hi. Allah ne sabke liye muqarrar karke diya hai lekin hum apne ghalat amal par unko door kar dete hain apne se. Ji aap, jisaab kar liya. This is very very clear. And one question is from Shamna Parvez.</w:t>
      </w:r>
    </w:p>
    <w:p>
      <w:pPr>
        <w:jc w:val="right"/>
      </w:pPr>
      <w:r>
        <w:t>मोलाना यही कहते थे ना कि अपने आप negativity से अपने आप को पक्क करो. तो जब negativity नहीं रहे नहीं रहेगी और positivity हमारे अंदर रहेगी तो परिष्ठित तो हमारे लिए है ही. अल्लाह ने सबके लिए मुक़रम करके दिया है लेकिन हम अपने ग़लत अमल पर उनको दूर कर देते हैं अपने से. जी आप, जिसाब कर लिया. This is very very clear. And one question is from शमना परवेज.</w:t>
      </w:r>
    </w:p>
    <w:p>
      <w:r>
        <w:rPr>
          <w:b/>
        </w:rPr>
        <w:t xml:space="preserve">[09:35] </w:t>
      </w:r>
      <w:r>
        <w:t>She is asking sajdah suh ka kya tareeqa hai?</w:t>
      </w:r>
    </w:p>
    <w:p>
      <w:pPr>
        <w:jc w:val="right"/>
      </w:pPr>
      <w:r>
        <w:t>She is asking सज़दा सूह का क्या तरीका है?</w:t>
      </w:r>
    </w:p>
    <w:p>
      <w:r>
        <w:rPr>
          <w:b/>
        </w:rPr>
        <w:t xml:space="preserve">[09:39] </w:t>
      </w:r>
      <w:r>
        <w:t>clear nahi tha.</w:t>
      </w:r>
    </w:p>
    <w:p>
      <w:pPr>
        <w:jc w:val="right"/>
      </w:pPr>
      <w:r>
        <w:t>Clear नहीं था.</w:t>
      </w:r>
    </w:p>
    <w:p>
      <w:r>
        <w:rPr>
          <w:b/>
        </w:rPr>
        <w:t xml:space="preserve">[09:44] </w:t>
      </w:r>
      <w:r>
        <w:t>matlab aap aaj agar namaz mujhe jahan tak samajh mein aaye namaz mein hum padhte hue shayad humse</w:t>
      </w:r>
    </w:p>
    <w:p>
      <w:pPr>
        <w:jc w:val="right"/>
      </w:pPr>
      <w:r>
        <w:t>मतलब आप आज अगर नमाज़ मुझे जहां तक समझ में आए नमाज़ में हम पढ़ते हुए शायद हमसे</w:t>
      </w:r>
    </w:p>
    <w:p>
      <w:r>
        <w:rPr>
          <w:b/>
        </w:rPr>
        <w:t xml:space="preserve">[09:49] </w:t>
      </w:r>
      <w:r>
        <w:t>kuch galtiyan ho jaati hain to phir woh uska ek tareeqa hai ke usko agar humne realization agar</w:t>
      </w:r>
    </w:p>
    <w:p>
      <w:pPr>
        <w:jc w:val="right"/>
      </w:pPr>
      <w:r>
        <w:t>कुछ ग़लतियां हो जाती है तो फिर वह उसका एक तरीका है कि उसको अगर हमने realization अगर</w:t>
      </w:r>
    </w:p>
    <w:p>
      <w:r>
        <w:rPr>
          <w:b/>
        </w:rPr>
        <w:t xml:space="preserve">[09:54] </w:t>
      </w:r>
      <w:r>
        <w:t>ho gaya to sajda sahu kiya jata hai sijde haan ya to attyat padhne ke baad aap unhe</w:t>
      </w:r>
    </w:p>
    <w:p>
      <w:pPr>
        <w:jc w:val="right"/>
      </w:pPr>
      <w:r>
        <w:t>हो गया तो सजदा सहू किया जाता है सिजदे हां या तो अत्यात पढ़ने के बाद आप उन्हें</w:t>
      </w:r>
    </w:p>
    <w:p>
      <w:r>
        <w:rPr>
          <w:b/>
        </w:rPr>
        <w:t xml:space="preserve">[09:59] </w:t>
      </w:r>
      <w:r>
        <w:t>usi ke bare mein wah puchh rahi hain.</w:t>
      </w:r>
    </w:p>
    <w:p>
      <w:pPr>
        <w:jc w:val="right"/>
      </w:pPr>
      <w:r>
        <w:t>उसी के बारे में वह पुछ रही हैं.</w:t>
      </w:r>
    </w:p>
    <w:p>
      <w:r>
        <w:rPr>
          <w:b/>
        </w:rPr>
        <w:t xml:space="preserve">[10:04] </w:t>
      </w:r>
      <w:r>
        <w:t>nahin sawal kya hai? sawal.</w:t>
      </w:r>
    </w:p>
    <w:p>
      <w:pPr>
        <w:jc w:val="right"/>
      </w:pPr>
      <w:r>
        <w:t>नहीं सवाल क्या है? सवाल.</w:t>
      </w:r>
    </w:p>
    <w:p>
      <w:r>
        <w:rPr>
          <w:b/>
        </w:rPr>
        <w:t xml:space="preserve">[10:09] </w:t>
      </w:r>
      <w:r>
        <w:t>sawal yah hai ki kya tarika hai?</w:t>
      </w:r>
    </w:p>
    <w:p>
      <w:pPr>
        <w:jc w:val="right"/>
      </w:pPr>
      <w:r>
        <w:t>सवाल यह है कि क्या तरीका है?</w:t>
      </w:r>
    </w:p>
    <w:p>
      <w:r>
        <w:rPr>
          <w:b/>
        </w:rPr>
        <w:t xml:space="preserve">[10:14] </w:t>
      </w:r>
      <w:r>
        <w:t>sazda sahu karne ka kya tarika hai?</w:t>
      </w:r>
    </w:p>
    <w:p>
      <w:pPr>
        <w:jc w:val="right"/>
      </w:pPr>
      <w:r>
        <w:t>सज़्दा सहू करने का क्या तरीका है?</w:t>
      </w:r>
    </w:p>
    <w:p>
      <w:r>
        <w:rPr>
          <w:b/>
        </w:rPr>
        <w:t xml:space="preserve">[10:19] </w:t>
      </w:r>
      <w:r>
        <w:t>Hanafiya kya uska tareeqa yeh hai ki last rakha to samajh mein aa rahi hai. Usmein aap attahiyat padhne ke baad ek taraf salam firen, dayen taraf aur do sajda karein. Phir uske baad attahiyat zaroor aur aakhir wali dua padhkar salam phire dein. Yeh tareeqa hai. Halanki ismein tareeqa do hai. Ek tareeqa to jo salat mein tarike se maine dekha hanafi wala to mujhe nahi mila.</w:t>
      </w:r>
    </w:p>
    <w:p>
      <w:pPr>
        <w:jc w:val="right"/>
      </w:pPr>
      <w:r>
        <w:t>हानाव क्या उसका तरीका यह है कि last राखा तो समझ में आ रही है. उसमें आप अत्यार पड़ने के बाद एक तरफ़ सलाम फिरें, दाएं तरफ और दो सजदा करें. फिर उसके बाद अत्यार ज़रूर और आखिर वाली दुआ पड़कर सलाम फिर दें. यह तरीक़ा है. हालांति इसमें तरीक़ा दो है. एक तरीक़ा तो जो सलास्त्म तरीके से मैंने देखा आना वाला तो मुझे नहीं मिला.</w:t>
      </w:r>
    </w:p>
    <w:p>
      <w:r>
        <w:rPr>
          <w:b/>
        </w:rPr>
        <w:t xml:space="preserve">[10:42] </w:t>
      </w:r>
      <w:r>
        <w:t>Woh tareeqa yeh hai ki aap last mein salam se pehle chahe to do sajda se se kar lein ya nahi to salam ke baad do sajda se kar lein. Achha, do tareeqe hain. Haan. Ok. Jo aasan ho woh kar sakte hain. Ji. And the second question is aapka, the Quran says that good deeds erase bad deeds.</w:t>
      </w:r>
    </w:p>
    <w:p>
      <w:pPr>
        <w:jc w:val="right"/>
      </w:pPr>
      <w:r>
        <w:t>वह तरीका यह है कि आप last में सलाम से पहले चाहे तो दो से से से कर लें या नहीं तो सलाम के बाद दो से से कर लें. अच्छा, दो तरीके हैं. हां. Ok. जो आसान हो वह कर सकते हैं. जी. And the second question is आपका, the कुरान says that good deeds erase bad deeds.</w:t>
      </w:r>
    </w:p>
    <w:p>
      <w:r>
        <w:rPr>
          <w:b/>
        </w:rPr>
        <w:t xml:space="preserve">[11:10] </w:t>
      </w:r>
      <w:r>
        <w:t>As a human being I made a mistake and immediately I repent and do a good deed. Then can I hope that Allah will erase my bad deeds and forgive me? Please explain. This question is from Aisha Yusuf. Bhai insaan to galti karta hi karta hai. To her is human to forgive divine.</w:t>
      </w:r>
    </w:p>
    <w:p>
      <w:pPr>
        <w:jc w:val="right"/>
      </w:pPr>
      <w:r>
        <w:t>As a human being I made a mistake and immediately I repent and do a good deed. Then can I hope that अल्लाह will erase my bad deeds and forgive me? Please explain. This question is from आयशा युसर्ग. भाई इंसान तो गलती करता ही करता है. To her is human to forgive divine.</w:t>
      </w:r>
    </w:p>
    <w:p>
      <w:r>
        <w:rPr>
          <w:b/>
        </w:rPr>
        <w:t xml:space="preserve">[11:33] </w:t>
      </w:r>
      <w:r>
        <w:t>To lekin yahi hai ki jaise galti ka realization hamein ho jaye, to foran hamein galti ki maafi mangni chahiye. Agar humne kisi ke saath kuch bura bartav kar diya hai, kuch galat kar diya hai to agar woh available hai to hamein usse maafi mangni chahiye. Agar available nahi hai to usse hamein dua karne uske liye dua karni chahiye aur Khuda se maafi mangna chahiye. Khuda bahut zyada Raheem hai aur bahut zyada maaf karne wala hai. Baat hai.</w:t>
      </w:r>
    </w:p>
    <w:p>
      <w:pPr>
        <w:jc w:val="right"/>
      </w:pPr>
      <w:r>
        <w:t>तो लेकिन यही है कि जैसे गलती का realization हमें हो जाए, तो फ़ौरन हमें गलती की माफ़ी मांगनी चाहिए. अगर हमने किसी के साथ कुछ बुरा बर्ताव कर दिया है, कुछ ग़लत कर दिया है तो अगर वह available है तो हमें उससे माफ़ी मांगनी चाहिए. अगर available नहीं है तो उससे हमें धुआ करने उसके लिए दुआ करनी चाहिए और कुदा से माफ़ी मांगना चाहिए. कुदा बहुत ज़्यादा रहीम है और बहुत ज़्यादा माफ़ करने वाला है. बात है.</w:t>
      </w:r>
    </w:p>
    <w:p>
      <w:r>
        <w:rPr>
          <w:b/>
        </w:rPr>
        <w:t xml:space="preserve">[12:03] </w:t>
      </w:r>
      <w:r>
        <w:t>bata dijiye. sahi hai.</w:t>
      </w:r>
    </w:p>
    <w:p>
      <w:pPr>
        <w:jc w:val="right"/>
      </w:pPr>
      <w:r>
        <w:t>बता दीजिए. सही है.</w:t>
      </w:r>
    </w:p>
    <w:p>
      <w:r>
        <w:rPr>
          <w:b/>
        </w:rPr>
        <w:t xml:space="preserve">[12:26] </w:t>
      </w:r>
      <w:r>
        <w:t>qubool karta hai aur uske gunavon ko mitata hai.</w:t>
      </w:r>
    </w:p>
    <w:p>
      <w:pPr>
        <w:jc w:val="right"/>
      </w:pPr>
      <w:r>
        <w:t>कुबूल करता है और उसके गुनावों को मिटाता है.</w:t>
      </w:r>
    </w:p>
    <w:p>
      <w:r>
        <w:rPr>
          <w:b/>
        </w:rPr>
        <w:t xml:space="preserve">[12:50] </w:t>
      </w:r>
      <w:r>
        <w:t>aapka the next question is how can I develop close connection with God?</w:t>
      </w:r>
    </w:p>
    <w:p>
      <w:pPr>
        <w:jc w:val="right"/>
      </w:pPr>
      <w:r>
        <w:t>आपका the next question is how can I develop close connection with God?</w:t>
      </w:r>
    </w:p>
    <w:p>
      <w:r>
        <w:rPr>
          <w:b/>
        </w:rPr>
        <w:t xml:space="preserve">[13:14] </w:t>
      </w:r>
      <w:r>
        <w:t>aaj kya baat hai?</w:t>
      </w:r>
    </w:p>
    <w:p>
      <w:pPr>
        <w:jc w:val="right"/>
      </w:pPr>
      <w:r>
        <w:t>आज क्या बात है?</w:t>
      </w:r>
    </w:p>
    <w:p>
      <w:r>
        <w:rPr>
          <w:b/>
        </w:rPr>
        <w:t xml:space="preserve">[13:38] </w:t>
      </w:r>
      <w:r>
        <w:t>sare spiritual questions hain. Yes yes.</w:t>
      </w:r>
    </w:p>
    <w:p>
      <w:pPr>
        <w:jc w:val="right"/>
      </w:pPr>
      <w:r>
        <w:t>सारे spiritual questions हैं. Yes yes.</w:t>
      </w:r>
    </w:p>
    <w:p>
      <w:r>
        <w:rPr>
          <w:b/>
        </w:rPr>
        <w:t xml:space="preserve">[14:02] </w:t>
      </w:r>
      <w:r>
        <w:t>aapki team jo hai bahut aage badh gayi hai. haan shala.</w:t>
      </w:r>
    </w:p>
    <w:p>
      <w:pPr>
        <w:jc w:val="right"/>
      </w:pPr>
      <w:r>
        <w:t>आपकी team जो है बहुत आगे बढ़ गई है. हां शाला.</w:t>
      </w:r>
    </w:p>
    <w:p>
      <w:r>
        <w:rPr>
          <w:b/>
        </w:rPr>
        <w:t xml:space="preserve">[14:26] </w:t>
      </w:r>
      <w:r>
        <w:t>Ab iske liye bahut mehnat karni padti hai. Sabse badi mehnat yeh hai ki dunya dari se apne aap ko alag rakhein. Abhi ek abhi last year ek sahab ne Hajj kiya to kahan ke hain ugar ke hain.</w:t>
      </w:r>
    </w:p>
    <w:p>
      <w:pPr>
        <w:jc w:val="right"/>
      </w:pPr>
      <w:r>
        <w:t>अब इसके लिए बहुत मेहनत करनी पड़ती है. सबसे बड़ी मेहनत यह है कि दुनियादारी से अपने आप को अलग रखें हैं. अभी एक अभी last year एक साहब ने हज किया तो कहां के हैं उजार कर के हैं.</w:t>
      </w:r>
    </w:p>
    <w:p>
      <w:r>
        <w:rPr>
          <w:b/>
        </w:rPr>
        <w:t xml:space="preserve">[14:46] </w:t>
      </w:r>
      <w:r>
        <w:t>To unhone Hajj kiya to wahan par chaalis din wahan bita kar aaye woh bahut paise wale nahi the to woh paisa kharch kiya hoga unhone kaafi to wahan apni biwi ke saath kharch karne gaye.</w:t>
      </w:r>
    </w:p>
    <w:p>
      <w:pPr>
        <w:jc w:val="right"/>
      </w:pPr>
      <w:r>
        <w:t>तो उन्होंने हज किया तो वहां पर चालीस दिन वहां पिता कर आए वह बहुत पैसे वाले नहीं थे तो वह पैसा खर्च किया होगा उन्होंने काफ़ी तो वहां अपनी बीवी के साथ खर्च करने गए.</w:t>
      </w:r>
    </w:p>
    <w:p>
      <w:r>
        <w:rPr>
          <w:b/>
        </w:rPr>
        <w:t xml:space="preserve">[14:59] </w:t>
      </w:r>
      <w:r>
        <w:t>Phir wahan se aaye to unhone chaalis din usi tarah jo jaisi wahan ek aadat ki thi to yahan ibadat ki phir uske baad ab suna hai maine ki unhone apni sab business wagera apne bachchon ko de diya aur kaha mujhe koi disturb nahi kare. Main ibadat mein hi zyada tar apna waqt guzaroonga.</w:t>
      </w:r>
    </w:p>
    <w:p>
      <w:pPr>
        <w:jc w:val="right"/>
      </w:pPr>
      <w:r>
        <w:t>फिर वहां से आए तो उन्होंने चालीस दिन उसी तरह जो जैसी वहां एक आदत की थी तो यहां इबादत की फिर उसके बाद अब सुना है मैंने कि उन्होंने अपनी सब business वगैरह अपने बच्चों को दे दिया और कहा मुझे कोई disturb नहीं करे. मैं इबादत में ही ज़्यादातर अपना वक्त गुज़ारूंगा.</w:t>
      </w:r>
    </w:p>
    <w:p>
      <w:r>
        <w:rPr>
          <w:b/>
        </w:rPr>
        <w:t xml:space="preserve">[15:21] </w:t>
      </w:r>
      <w:r>
        <w:t>To yeh chuki mushkil hai is tarah ka kaam to logon ko woh woh level bhi nahi milta hai. To hamein dekhiye agar koi cheez ko paana hota hai to hamein mehnat to karni padti hai na aur aakhirat to ekdum ek itna precious cheez hai jannat ki uske liye hum kitni bhi mehnat karein kam hai.</w:t>
      </w:r>
    </w:p>
    <w:p>
      <w:pPr>
        <w:jc w:val="right"/>
      </w:pPr>
      <w:r>
        <w:t>तो यह चूंकि मुश्किल है इस तरह का काम तो लोगों को वह वह level भी नहीं मिलता है. तो हमें देखिए अगर कोई चीज़ को पाना होता है तो हमें मेहनत तो करनी पड़ती है ना और आखिरत तो एकदम एक इतना precious चीज़ है जन्नत कि उसके लिए हम कितनी भी मेहनत करें कम है.</w:t>
      </w:r>
    </w:p>
    <w:p>
      <w:r>
        <w:rPr>
          <w:b/>
        </w:rPr>
        <w:t xml:space="preserve">[15:44] </w:t>
      </w:r>
      <w:r>
        <w:t>to matlab hai ke baqd zaroorat involvement is dunya mein aur baqi tamam waqt jo hai woh guzare hain. Allah ki yaad mein, Allah ki wahdat mein, Allah ke kaam mein. To is tarah se sawal kya tha? Allah taala se connection to kaise Allah taala se connection to jab hi hoga na jab hum Allah ke sath apna bohat ziyada waqt guzarenge.</w:t>
      </w:r>
    </w:p>
    <w:p>
      <w:pPr>
        <w:jc w:val="right"/>
      </w:pPr>
      <w:r>
        <w:t>तो मतलब है कि बक़द ज़रूरत involvement इस दुनिया में और बाकी तमाम वक्त जो है वह गुज़ारे हैं. अल्लाह की याद में, अल्लाह की वादद में, अल्लाह के काम में. तो इस तरीके से सवाल क्या था? अल्लाह ताला से connection तो कैसे अल्लाह ताला से connection तो जब ही होगा ना जब हम अल्लाह के साथ अपना बहुत ज़्यादा वक्त गुज़ारेंगे.</w:t>
      </w:r>
    </w:p>
    <w:p>
      <w:r>
        <w:rPr>
          <w:b/>
        </w:rPr>
        <w:t xml:space="preserve">[16:12] </w:t>
      </w:r>
      <w:r>
        <w:t>jaise woh nafil namaz ke bare mein hai na ki tarah se bata diye to nafil namaz ke bare mein hai ki la hazaaru lahdubin nawaz le hakta aur ek bahu ki banda farz namaz ada karne ke baad nafil ke zariye mujhse qareeb hota hai yahan tak kitna parib ho jata hai ki main uska kaam ho jata hoon, jisse sunta hai aur uska aankh ho jata hoon jisse woh dekhta hai aur uska hath ho jata hoon jisse woh chhoota hai.</w:t>
      </w:r>
    </w:p>
    <w:p>
      <w:pPr>
        <w:jc w:val="right"/>
      </w:pPr>
      <w:r>
        <w:t>जैसे वह नफ़िल नमाज़ के बारे में है ना कि तरह से बता दिए तो नफ़िल नमाज़ के बारे में है कि लाह हज़ारू लाहदुबिन नवाज़ ले हक्ता और एक बहु कि बंदा फर्ज नमाज़ अदा करने के बाद नफ़िल के ज़रिए मुझसे करीब होता है यहां तक कितना परीब हो जाता है कि मैं उसका काम हो जाता हूं, जिससे सुनता है और उसके आंख हो जाता हूं जिससे वह देखता है और उसका हाथ हो जाता हूं जिससे वह छूता है.</w:t>
      </w:r>
    </w:p>
    <w:p>
      <w:r>
        <w:rPr>
          <w:b/>
        </w:rPr>
        <w:t xml:space="preserve">[16:41] </w:t>
      </w:r>
      <w:r>
        <w:t>wah mujhse meri taraf chal karaata hai to main uske andar daud kar jaata hoon.</w:t>
      </w:r>
    </w:p>
    <w:p>
      <w:pPr>
        <w:jc w:val="right"/>
      </w:pPr>
      <w:r>
        <w:t>वह मुझसे मेरी तरफ चल कराता है तो मैं उसके अंदर दौड़ कर जाता हूं.</w:t>
      </w:r>
    </w:p>
    <w:p>
      <w:r>
        <w:rPr>
          <w:b/>
        </w:rPr>
        <w:t xml:space="preserve">[16:54] </w:t>
      </w:r>
      <w:r>
        <w:t>to yah batane ke liye yahan par yah sab cheezen asal mein batane ke liye hai ki aapka</w:t>
      </w:r>
    </w:p>
    <w:p>
      <w:pPr>
        <w:jc w:val="right"/>
      </w:pPr>
      <w:r>
        <w:t>तो यह बताने के लिए यहां पर यह सब चीज़ें असल में बताने के लिए है कि आपका</w:t>
      </w:r>
    </w:p>
    <w:p>
      <w:r>
        <w:rPr>
          <w:b/>
        </w:rPr>
        <w:t xml:space="preserve">[17:08] </w:t>
      </w:r>
      <w:r>
        <w:t>supreme concern ya sole concern jo allah talavan chahiye.</w:t>
      </w:r>
    </w:p>
    <w:p>
      <w:pPr>
        <w:jc w:val="right"/>
      </w:pPr>
      <w:r>
        <w:t>supreme concern या sole concern जो अल्लाह तलावन चाहिए.</w:t>
      </w:r>
    </w:p>
    <w:p>
      <w:r>
        <w:rPr>
          <w:b/>
        </w:rPr>
        <w:t xml:space="preserve">[17:21] </w:t>
      </w:r>
      <w:r>
        <w:t>wah quran mein bhi aaya hua hai wah jo duniya ke andar rehte hain usko kaise allah wala</w:t>
      </w:r>
    </w:p>
    <w:p>
      <w:pPr>
        <w:jc w:val="right"/>
      </w:pPr>
      <w:r>
        <w:t>वह कुरान में भी आया हुआ है वह जो दुनिया के अंदर रहते हैं उसको कैसे अल्लाह वाला</w:t>
      </w:r>
    </w:p>
    <w:p>
      <w:r>
        <w:rPr>
          <w:b/>
        </w:rPr>
        <w:t xml:space="preserve">[17:35] </w:t>
      </w:r>
      <w:r>
        <w:t>banda usko raaya hai.</w:t>
      </w:r>
    </w:p>
    <w:p>
      <w:pPr>
        <w:jc w:val="right"/>
      </w:pPr>
      <w:r>
        <w:t>बंदा उसको राया है.</w:t>
      </w:r>
    </w:p>
    <w:p>
      <w:r>
        <w:rPr>
          <w:b/>
        </w:rPr>
        <w:t xml:space="preserve">[17:49] </w:t>
      </w:r>
      <w:r>
        <w:t>jo stick tha wah chhootkar gir gaye.</w:t>
      </w:r>
    </w:p>
    <w:p>
      <w:pPr>
        <w:jc w:val="right"/>
      </w:pPr>
      <w:r>
        <w:t>जो stick था वह छूटकर गिर गए.</w:t>
      </w:r>
    </w:p>
    <w:p>
      <w:r>
        <w:rPr>
          <w:b/>
        </w:rPr>
        <w:t xml:space="preserve">[17:55] </w:t>
      </w:r>
      <w:r>
        <w:t>to yah cheezen hain.</w:t>
      </w:r>
    </w:p>
    <w:p>
      <w:pPr>
        <w:jc w:val="right"/>
      </w:pPr>
      <w:r>
        <w:t>तो यह चीज़ें हैं.</w:t>
      </w:r>
    </w:p>
    <w:p>
      <w:r>
        <w:rPr>
          <w:b/>
        </w:rPr>
        <w:t xml:space="preserve">[18:01] </w:t>
      </w:r>
      <w:r>
        <w:t>allah se supreme concern allah tala rahega to duniya mein kahin bhi insan rahega.</w:t>
      </w:r>
    </w:p>
    <w:p>
      <w:pPr>
        <w:jc w:val="right"/>
      </w:pPr>
      <w:r>
        <w:t>अल्लाह से supreme concern अल्लाह तला रहेगा तो दुनिया में कहीं भी इंसान रहेगा.</w:t>
      </w:r>
    </w:p>
    <w:p>
      <w:r>
        <w:rPr>
          <w:b/>
        </w:rPr>
        <w:t xml:space="preserve">[18:07] </w:t>
      </w:r>
      <w:r>
        <w:t>wah koi bhi kaam karega.</w:t>
      </w:r>
    </w:p>
    <w:p>
      <w:pPr>
        <w:jc w:val="right"/>
      </w:pPr>
      <w:r>
        <w:t>वह कोई भी काम करेगा.</w:t>
      </w:r>
    </w:p>
    <w:p>
      <w:r>
        <w:rPr>
          <w:b/>
        </w:rPr>
        <w:t xml:space="preserve">[18:13] </w:t>
      </w:r>
      <w:r>
        <w:t>galat jaise ego ke khilaf jaaye tab bhi kya wah ruk jayega.</w:t>
      </w:r>
    </w:p>
    <w:p>
      <w:pPr>
        <w:jc w:val="right"/>
      </w:pPr>
      <w:r>
        <w:t>गलत जैसे ego के खिलाफ जाए तब भी क्या वह रुक जाएगा.</w:t>
      </w:r>
    </w:p>
    <w:p>
      <w:r>
        <w:rPr>
          <w:b/>
        </w:rPr>
        <w:t xml:space="preserve">[18:20] </w:t>
      </w:r>
      <w:r>
        <w:t>Khuda ki yaad wali Khuda ki marzi ke mutabiq to uska connection qaim hoga aur uska usko zahir is tarah hota hai ki woh dunya ke kaam mein bhi lagega jo zaroori kaam ho to kar nahi padte sabko us waqt bhi usko Khuda ki yaad aati rahegi. To jab aapko har baat Khuda ki yaad aati rahe aur mauqe par to samajh lijiye aap Khuda se connected hain.</w:t>
      </w:r>
    </w:p>
    <w:p>
      <w:pPr>
        <w:jc w:val="right"/>
      </w:pPr>
      <w:r>
        <w:t>खुदा की याद वाली खुदा की मर्ज़ी के मुताबिक तो उसका connection कायम होगा और उसका उसको ज़ाहिर इस तरह होता है कि वह दुनिया के काम में भी लगेगा जो ज़रूरी काम हो तो कर नहीं पड़ते सबको उस वक्त भी उसको खुदा की याद आती रहेगी. तो जब आपको हर बात खुदा की याद आती रहे और मौके पर तो समझ लीजिए आप खुदा से connected हैं.</w:t>
      </w:r>
    </w:p>
    <w:p>
      <w:r>
        <w:rPr>
          <w:b/>
        </w:rPr>
        <w:t xml:space="preserve">[18:48] </w:t>
      </w:r>
      <w:r>
        <w:t>ji aap aapne bohat sahi kaha ki hum apne har jaise point of reference bohat ziyada aapne apne profit kiya karte the. To isse yeh pata chalta hai ki agar har incident ko aur har so agar hum point of reference dekar ke poochhenge to hamara Khuda se connection bana hua rahega. Ji haan. Ek sawal hai aapka. In today's time there is so much of unrest in human society.</w:t>
      </w:r>
    </w:p>
    <w:p>
      <w:pPr>
        <w:jc w:val="right"/>
      </w:pPr>
      <w:r>
        <w:t>जी आप आपने बहुत सही कहा कि हम अपने हर जैसे point of reference बहुत ज़्यादा आपने अपने profit किया करते थे. तो इससे यह पता चलता है कि अगर हर incident को और हर so अगर हम point of reference देकर के पूछेंगे तो हमारा खुदा से connection बना हुआ रहेगा. जी हां. एक सवाल है आपका. In today's time there is so much of unrest in human society.</w:t>
      </w:r>
    </w:p>
    <w:p>
      <w:r>
        <w:rPr>
          <w:b/>
        </w:rPr>
        <w:t xml:space="preserve">[19:18] </w:t>
      </w:r>
      <w:r>
        <w:t>Moral values and ethical ethical values are at its lowest. What is the possible reason for this? Reason yahi dunya bohat ziyada khul gayi hai. Pehle to kuch tha hi nahi, attraction hi nahi thi.</w:t>
      </w:r>
    </w:p>
    <w:p>
      <w:pPr>
        <w:jc w:val="right"/>
      </w:pPr>
      <w:r>
        <w:t>Moral values and ethical ethical values are at its lowest. What is the possible reason for this? Reason यही दुनिया बहुत ज़्यादा खुल गई है. पहले तो कुछ था ही नहीं, attraction ही नहीं थी.</w:t>
      </w:r>
    </w:p>
    <w:p>
      <w:r>
        <w:rPr>
          <w:b/>
        </w:rPr>
        <w:t xml:space="preserve">[19:38] </w:t>
      </w:r>
      <w:r>
        <w:t>to kisi ke paas paisa bhi hota tha to woh usko gaad deta tha to dunya unki na is tarah ke baadhar the ki ek se ek cheezein available hain. Na is tarah ke ghar the, na is tarah ki gaadiyan thi. Morana ne ek qissa likha ek sadhu ka to yahan ek industrial exhibition lagi thi. Sadhu ne kabhi is tarah ki cheezein dekhi hi nahi thi.</w:t>
      </w:r>
    </w:p>
    <w:p>
      <w:pPr>
        <w:jc w:val="right"/>
      </w:pPr>
      <w:r>
        <w:t>तो किसी के पास पैसा भी होता था तो वह उसको गाड़ देता था तो दुनिया उनकी ना इस तरह के बाधार थे कि एक से एक चीज़ें available हैं. ना इस तरह के घर थे, ना इस तरह की गाड़ियां थी. मोराना ने एक किस्सा लिखा एक साधु का तो यहां एक industrial exhibition लगी थी. साधु ने कभी इस तरह की चीज़ें देखी ही नहीं थी.</w:t>
      </w:r>
    </w:p>
    <w:p>
      <w:r>
        <w:rPr>
          <w:b/>
        </w:rPr>
        <w:t xml:space="preserve">[20:03] </w:t>
      </w:r>
      <w:r>
        <w:t>to yeh sadhu log jo hote hain aksar waisi jagah rehte hain na jungle mein pahaad mein to us tarah ka sadhu tha. To woh jab us exhibition mein aaya ho pehli baar usne sari cheezein dekhi jo tarak gaya hafta dunya mein, woh tarak jayegi gaadiyan hain, tarak jayegi saath samaan. To woh bada soch mein pad gaya. Kehne laga ki kisi ne puchha ki kya baat hai itna itna khamosh kyun ho to?</w:t>
      </w:r>
    </w:p>
    <w:p>
      <w:pPr>
        <w:jc w:val="right"/>
      </w:pPr>
      <w:r>
        <w:t>तो यह साधु लोग जो होते हैं अक्सर वैसी जगह रहते हैं ना जंगल में पहाड़ में तो उस तरह का साधु था. तो वह जब उस exhibition में आया हो पहली बार उसने सारी चीज़ें देखी जो तरक गया हफ़्ता दुनिया में, वह तरक जाएगी गाड़ियां हैं, तरक जाएगी साथ सामान. तो वह बड़ा सोच में पड़ गया. कहने लगा कि किसी ने पुछा कि क्या बात है इतना इतना खामोश क्यों हो तो?</w:t>
      </w:r>
    </w:p>
    <w:p>
      <w:r>
        <w:rPr>
          <w:b/>
        </w:rPr>
        <w:t xml:space="preserve">[20:31] </w:t>
      </w:r>
      <w:r>
        <w:t>kehne laga main soch mein pad gaya ki itni achhi dunya hai yeh aur isko chhodkar ke main jungle pahaad mein reh raha hoon. To pehle zamane mein alag level tha. Ab alag level hai to yeh wahi is cheez se upar uth sakta hai jo yeh soche ki yeh to bilkul ephemeral hai, temporary hai aur ismein kuch sukoon bhi nahi milta, kuch khushi bhi nahi milti. Bas doosron ke dekhne ke liye bohat achha.</w:t>
      </w:r>
    </w:p>
    <w:p>
      <w:pPr>
        <w:jc w:val="right"/>
      </w:pPr>
      <w:r>
        <w:t>कहने लगा मैं सोच में पड़ गया कि इतनी अच्छी दुनिया है यह और इसको छोड़कर के मैं जंगल पहाड़ में रह रहा हूं. तो पहले जमाने में अलग level था. अब अलग level है तो यह वही इस चीज़ से ऊपर उठ सकता है जो यह सोचे कि यह तो बिल्कुल ephemeral है, temporary है और इसमें कुछ सुकून भी नहीं मिलता, कुछ खुशी भी नहीं मिलती. बस दूसरों के देखने के लिए बहुत अच्छा.</w:t>
      </w:r>
    </w:p>
    <w:p>
      <w:r>
        <w:rPr>
          <w:b/>
        </w:rPr>
        <w:t xml:space="preserve">[21:01] </w:t>
      </w:r>
      <w:r>
        <w:t>koi bohat bade ghar mein rehta hai, bohat badi karch mein chal raha hai. Doosre ko dekhne ke liye bohat achha hai. Usse aap puchhiye kya kya tumhein khushi hasil hai? To usko koi khushi nahi hoti. Andar se khushi nahi kyunki dunya ki cheezon mein khushi hai hi nahi. Khushi to humein milegi sirf aur sirf jannat mein. To usi ke liye humein strive karna chahiye apni din raat tanvandhan apna laga dena chahiye.</w:t>
      </w:r>
    </w:p>
    <w:p>
      <w:pPr>
        <w:jc w:val="right"/>
      </w:pPr>
      <w:r>
        <w:t>कोई बहुत बड़े घर में रहता है, बहुत बड़ी कार्च में चल रहा है. दूसरे को देखने के लिए बहुत अच्छा है. उससे आप पूछिए क्या क्या तुम्हें खुशी हासिल है? तो उसको कोई खुशी नहीं होती. अंदर से खुशी नहीं क्योंकि दुनिया की चीज़ों में ख़ुशी है ही नहीं. ख़ुशी तो हमें मिलेगी सिर्फ़ और सिर्फ़ जन्नत में. तो उसी के लिए हमें strive करना चाहिए अपनी दिन रात तन्वंधन अपना लगा देना चाहिए.</w:t>
      </w:r>
    </w:p>
    <w:p>
      <w:r>
        <w:rPr>
          <w:b/>
        </w:rPr>
        <w:t xml:space="preserve">[21:29] </w:t>
      </w:r>
      <w:r>
        <w:t>to yahi aap karenge to yahi uska jawab isi mein milega.</w:t>
      </w:r>
    </w:p>
    <w:p>
      <w:pPr>
        <w:jc w:val="right"/>
      </w:pPr>
      <w:r>
        <w:t>तो यही आप करेंगे तो यही उसका जवाब इसी में मिलेगा.</w:t>
      </w:r>
    </w:p>
    <w:p>
      <w:r>
        <w:rPr>
          <w:b/>
        </w:rPr>
        <w:t xml:space="preserve">[21:46] </w:t>
      </w:r>
      <w:r>
        <w:t>asal mein quran mein ek aaya tha aap ki yaar ahamoon asahiram minal khair jiniya ke log jo</w:t>
      </w:r>
    </w:p>
    <w:p>
      <w:pPr>
        <w:jc w:val="right"/>
      </w:pPr>
      <w:r>
        <w:t>असल में कुरान में एक आया था आप कि यार अहमून असाहिराम मिनल खैर जीनिया के लोग जो</w:t>
      </w:r>
    </w:p>
    <w:p>
      <w:r>
        <w:rPr>
          <w:b/>
        </w:rPr>
        <w:t xml:space="preserve">[22:03] </w:t>
      </w:r>
      <w:r>
        <w:t>to duniya mein aisa hi hota hai ki insan zahir ko dekhkar karta hai is wajah se hi.</w:t>
      </w:r>
    </w:p>
    <w:p>
      <w:pPr>
        <w:jc w:val="right"/>
      </w:pPr>
      <w:r>
        <w:t>तो दुनिया में ऐसा ही होता है कि इंसान जाहिर को देखकर करता है इस वजह से ही.</w:t>
      </w:r>
    </w:p>
    <w:p>
      <w:r>
        <w:rPr>
          <w:b/>
        </w:rPr>
        <w:t xml:space="preserve">[22:20] </w:t>
      </w:r>
      <w:r>
        <w:t>Mohla na kehte hain sare bade bade log jo hain is tarah ke jinko fame mili hui hai, paisa mila hua hai woh sleeping pills lekar sote hain aur sleeping pills ka yeh haal hai ki zyada agar le zyada dinon tak to woh aisa addiction ho jata hai ki phir woh asar bhi nahi karti.</w:t>
      </w:r>
    </w:p>
    <w:p>
      <w:pPr>
        <w:jc w:val="right"/>
      </w:pPr>
      <w:r>
        <w:t>मोहला ना कहते हैं सारे बड़े बड़े लोग जो हैं इस तरह के जिनको fame मिली हुई है, पैसा मिला हुआ है वह sleeping pills लेकर सोते हैं और sleeping pills का यह हाल है कि ज़्यादा अगर ले ज़्यादा दिनों तक तो वह ऐसा addiction हो जाता है कि फिर वह असर भी नहीं करती.</w:t>
      </w:r>
    </w:p>
    <w:p>
      <w:r>
        <w:rPr>
          <w:b/>
        </w:rPr>
        <w:t xml:space="preserve">[22:39] </w:t>
      </w:r>
      <w:r>
        <w:t>balki jo garib aadmi hai jo khuda se connected hai, jo duniya mein nahin hai to wah to</w:t>
      </w:r>
    </w:p>
    <w:p>
      <w:pPr>
        <w:jc w:val="right"/>
      </w:pPr>
      <w:r>
        <w:t>बल्कि जो गरीब आदमी है जो खोदा से connected है, जो दुनिया में नहीं है तो वह तो</w:t>
      </w:r>
    </w:p>
    <w:p>
      <w:r>
        <w:rPr>
          <w:b/>
        </w:rPr>
        <w:t xml:space="preserve">[22:45] </w:t>
      </w:r>
      <w:r>
        <w:t>bahut itmaanan se rehta hai usko khuda ki yaad mein usko sukoon milta hai.</w:t>
      </w:r>
    </w:p>
    <w:p>
      <w:pPr>
        <w:jc w:val="right"/>
      </w:pPr>
      <w:r>
        <w:t>बहुत इत्मानान से रहता है उसको खोदा की याद में उसको सुकून मिलता है.</w:t>
      </w:r>
    </w:p>
    <w:p>
      <w:r>
        <w:rPr>
          <w:b/>
        </w:rPr>
        <w:t xml:space="preserve">[22:51] </w:t>
      </w:r>
      <w:r>
        <w:t>Abba we move on to the next question.</w:t>
      </w:r>
    </w:p>
    <w:p>
      <w:pPr>
        <w:jc w:val="right"/>
      </w:pPr>
      <w:r>
        <w:t>अब्बा we move on to the next question.</w:t>
      </w:r>
    </w:p>
    <w:p>
      <w:r>
        <w:rPr>
          <w:b/>
        </w:rPr>
        <w:t xml:space="preserve">[22:57] </w:t>
      </w:r>
      <w:r>
        <w:t>The next question is I will ask Sana she has a question to ask from you.</w:t>
      </w:r>
    </w:p>
    <w:p>
      <w:pPr>
        <w:jc w:val="right"/>
      </w:pPr>
      <w:r>
        <w:t>The next question is I will ask सना she has a question to ask from you.</w:t>
      </w:r>
    </w:p>
    <w:p>
      <w:r>
        <w:rPr>
          <w:b/>
        </w:rPr>
        <w:t xml:space="preserve">[23:03] </w:t>
      </w:r>
      <w:r>
        <w:t>Sana can you please ask your question in short?</w:t>
      </w:r>
    </w:p>
    <w:p>
      <w:pPr>
        <w:jc w:val="right"/>
      </w:pPr>
      <w:r>
        <w:t>सना can you please ask your question in short?</w:t>
      </w:r>
    </w:p>
    <w:p>
      <w:r>
        <w:rPr>
          <w:b/>
        </w:rPr>
        <w:t xml:space="preserve">[23:10] </w:t>
      </w:r>
      <w:r>
        <w:t>Ji, Asslam walikum apa.</w:t>
      </w:r>
    </w:p>
    <w:p>
      <w:pPr>
        <w:jc w:val="right"/>
      </w:pPr>
      <w:r>
        <w:t>जी, अस्लाम वालीकुम आपा.</w:t>
      </w:r>
    </w:p>
    <w:p>
      <w:r>
        <w:rPr>
          <w:b/>
        </w:rPr>
        <w:t xml:space="preserve">[23:33] </w:t>
      </w:r>
      <w:r>
        <w:t>Aap mera question puran se hai chapter 34, November 14.</w:t>
      </w:r>
    </w:p>
    <w:p>
      <w:pPr>
        <w:jc w:val="right"/>
      </w:pPr>
      <w:r>
        <w:t>आप मेरा question पुरान से है chapter 34, November 14.</w:t>
      </w:r>
    </w:p>
    <w:p>
      <w:r>
        <w:rPr>
          <w:b/>
        </w:rPr>
        <w:t xml:space="preserve">[23:57] </w:t>
      </w:r>
      <w:r>
        <w:t>Aap iske andar hazrat Suleman al Islam ki maut ke waqiye se tasfeer mein Maulana likhte hain ki</w:t>
      </w:r>
    </w:p>
    <w:p>
      <w:pPr>
        <w:jc w:val="right"/>
      </w:pPr>
      <w:r>
        <w:t>आप इसके अंदर हज़र सुलैमान अल इस्लाम की मौत के वाक्य से तस्कीर में मौराना लिखते हैं कि</w:t>
      </w:r>
    </w:p>
    <w:p>
      <w:r>
        <w:rPr>
          <w:b/>
        </w:rPr>
        <w:t xml:space="preserve">[24:21] </w:t>
      </w:r>
      <w:r>
        <w:t>to us sense mein hoga ki unki body ko kuch nahi hua hoga. Sahi hadees hai yeh. Ab bataiye ki woh kitne din rahe, ek din bhi ho sakta hai, ek saal bhi ho sakta hai, aisa kuch hai nahi usmein. Na Quran mein hai na hadees mein.</w:t>
      </w:r>
    </w:p>
    <w:p>
      <w:pPr>
        <w:jc w:val="right"/>
      </w:pPr>
      <w:r>
        <w:t>तो उस sense में होगा कि उनकी body को कुछ नहीं हुआ होगा. सही हदीश है यह. अब बताइए कि वह कितने दिन रहे, एक दिन भी हो सकता है, एक साल भी हो सकता है, ऐसा कुछ है नहीं उसमें. ना फ़ुरान में है ना हदीश में.</w:t>
      </w:r>
    </w:p>
    <w:p>
      <w:r>
        <w:rPr>
          <w:b/>
        </w:rPr>
        <w:t xml:space="preserve">[24:48] </w:t>
      </w:r>
      <w:r>
        <w:t>to aapke samne khade hue banwa rahe hain, unki maut aa gayi, aapko kuch bhi pata nahi.</w:t>
      </w:r>
    </w:p>
    <w:p>
      <w:pPr>
        <w:jc w:val="right"/>
      </w:pPr>
      <w:r>
        <w:t>तो आपके सामने खड़े हुए बनवा रहे हैं, उनकी मौत आ गई, आपको कुछ भी पता नहीं.</w:t>
      </w:r>
    </w:p>
    <w:p>
      <w:r>
        <w:rPr>
          <w:b/>
        </w:rPr>
        <w:t xml:space="preserve">[24:54] </w:t>
      </w:r>
      <w:r>
        <w:t>Jab gire to unko pata chala ki inke andar takal ho gaya to sab azaad log hain.</w:t>
      </w:r>
    </w:p>
    <w:p>
      <w:pPr>
        <w:jc w:val="right"/>
      </w:pPr>
      <w:r>
        <w:t>जब गिरे तो उनको पता चला कि इनके अंदर तकल हो गया तो सब आज़ाद लोग हैं.</w:t>
      </w:r>
    </w:p>
    <w:p>
      <w:r>
        <w:rPr>
          <w:b/>
        </w:rPr>
        <w:t xml:space="preserve">[25:00] </w:t>
      </w:r>
      <w:r>
        <w:t>unke liye tha woh.</w:t>
      </w:r>
    </w:p>
    <w:p>
      <w:pPr>
        <w:jc w:val="right"/>
      </w:pPr>
      <w:r>
        <w:t>उनके लिए था वह.</w:t>
      </w:r>
    </w:p>
    <w:p>
      <w:r>
        <w:rPr>
          <w:b/>
        </w:rPr>
        <w:t xml:space="preserve">[25:06] </w:t>
      </w:r>
      <w:r>
        <w:t>Samne aazad band kar rahe is zameen par.</w:t>
      </w:r>
    </w:p>
    <w:p>
      <w:pPr>
        <w:jc w:val="right"/>
      </w:pPr>
      <w:r>
        <w:t>सामने आज़ीद बंद कर रहे इस ज़मीन पर.</w:t>
      </w:r>
    </w:p>
    <w:p>
      <w:r>
        <w:rPr>
          <w:b/>
        </w:rPr>
        <w:t xml:space="preserve">[25:12] </w:t>
      </w:r>
      <w:r>
        <w:t>Yeh batane ke liye woh.</w:t>
      </w:r>
    </w:p>
    <w:p>
      <w:pPr>
        <w:jc w:val="right"/>
      </w:pPr>
      <w:r>
        <w:t>यह बताने के लिए वह.</w:t>
      </w:r>
    </w:p>
    <w:p>
      <w:r>
        <w:rPr>
          <w:b/>
        </w:rPr>
        <w:t xml:space="preserve">[25:19] </w:t>
      </w:r>
      <w:r>
        <w:t>nadiyon ka case aur aam logon ka case mein kai cheezon mein fark hota hai. Aapka ek question aaya hai. I want to ask one question if possible. Why Muslims are not united and there are so many communities with different thoughts and everyone say they are good.</w:t>
      </w:r>
    </w:p>
    <w:p>
      <w:pPr>
        <w:jc w:val="right"/>
      </w:pPr>
      <w:r>
        <w:t>नदियों का case और आम लोगों का case में कई चीज़ों में फ़र्क़ होता है. आपका एक question आया है. I want to ask one question if possible. Why मुस्लिमs are not united and there are so many communities with different thoughts and everyone say they are good.</w:t>
      </w:r>
    </w:p>
    <w:p>
      <w:r>
        <w:rPr>
          <w:b/>
        </w:rPr>
        <w:t xml:space="preserve">[25:48] </w:t>
      </w:r>
      <w:r>
        <w:t>Everyone say they are good. Sir, sab apne aap ko hi sahi samajhte hain. Ityaade Millat kitab hai Maulana ke upar mujhe Ityaade Millat. Ek kitab hai Ityaade Millat. Usmein yeh baat sab detail se di gayi hai.</w:t>
      </w:r>
    </w:p>
    <w:p>
      <w:pPr>
        <w:jc w:val="right"/>
      </w:pPr>
      <w:r>
        <w:t>Everyone say they are good. Sir, सब अपने आप को ही सही समझते हैं. इत्यादें मिल्लत किताब है मालाना के ऊपर मुझे इत्यादें मिल्लत. एक किताब है इत्यादें मिल्लत. उसमें यह बात सब detail से दी गई है.</w:t>
      </w:r>
    </w:p>
    <w:p>
      <w:r>
        <w:rPr>
          <w:b/>
        </w:rPr>
        <w:t xml:space="preserve">[26:07] </w:t>
      </w:r>
      <w:r>
        <w:t>Asal mein jo main samajhti hoon ki jo people of the book hote hain na woh test par</w:t>
      </w:r>
    </w:p>
    <w:p>
      <w:pPr>
        <w:jc w:val="right"/>
      </w:pPr>
      <w:r>
        <w:t>असल में जो मैं समझती हूं कि जो people of the book होते हैं ना वह test पर</w:t>
      </w:r>
    </w:p>
    <w:p>
      <w:r>
        <w:rPr>
          <w:b/>
        </w:rPr>
        <w:t xml:space="preserve">[26:15] </w:t>
      </w:r>
      <w:r>
        <w:t>hote hain to unko bahut zyada azmaya jata hai aur azmaish mein woh fail ho jate hain to</w:t>
      </w:r>
    </w:p>
    <w:p>
      <w:pPr>
        <w:jc w:val="right"/>
      </w:pPr>
      <w:r>
        <w:t>होते हैं तो उनको बहुत ज़्यादा आज़माया जाता है और आज़माइश में वह fail हो जाते हैं तो</w:t>
      </w:r>
    </w:p>
    <w:p>
      <w:r>
        <w:rPr>
          <w:b/>
        </w:rPr>
        <w:t xml:space="preserve">[26:23] </w:t>
      </w:r>
      <w:r>
        <w:t>jo bar bar yeh hota rehta hai to tarah tarah ki cheezon se woh jo hote hain attract</w:t>
      </w:r>
    </w:p>
    <w:p>
      <w:pPr>
        <w:jc w:val="right"/>
      </w:pPr>
      <w:r>
        <w:t>जो बार बार यह होता रहता है तो तरह तरह की चीज़ों से वह जो होते हैं attract</w:t>
      </w:r>
    </w:p>
    <w:p>
      <w:r>
        <w:rPr>
          <w:b/>
        </w:rPr>
        <w:t xml:space="preserve">[26:31] </w:t>
      </w:r>
      <w:r>
        <w:t>hote hain aur yeh sab to sab puran mein hadison mein aaya hai ki jaise bilkul yahood hue the na?</w:t>
      </w:r>
    </w:p>
    <w:p>
      <w:pPr>
        <w:jc w:val="right"/>
      </w:pPr>
      <w:r>
        <w:t>होते हैं और यह सब तो सब पुरान में हदीशों में आया है कि जैसे बिल्कुल यहूद हुए थे ना?</w:t>
      </w:r>
    </w:p>
    <w:p>
      <w:r>
        <w:rPr>
          <w:b/>
        </w:rPr>
        <w:t xml:space="preserve">[26:40] </w:t>
      </w:r>
      <w:r>
        <w:t>ji. Bahke the dunya ko lekar ke waise hi Musalman baithenge. Waise hi Musalmanon ka case hoga. Kyunki jo people abdukh hai unko shaitan bohat ziyada bahkata hai. Aam aadmi ko jo ki people abdukh ka jo haihesiyat khatm ho gayi hai to woh dekhiye sab taraf hi kar rahe hain. Wohi Yahood the jab tak woh bqool abdukh the.</w:t>
      </w:r>
    </w:p>
    <w:p>
      <w:pPr>
        <w:jc w:val="right"/>
      </w:pPr>
      <w:r>
        <w:t>जी. बहके थे दुनिया को लेकर के वैसे ही मुसलमान बैठेंगे. वैसे ही मुसलमानों का case होगा. क्योंकि जो पीपूल अब्दबुख है उनको शैतान बहुत ज़्यादा बहकाता है. आम आदमी को जो कि पीपूल अब्दबुख का जो हैसियत खत्म हो गई है तो वह देखिए सब तरफ़ ही कर रहे हैं. वही यहूद थे जब तक वह बीकूल अब्दब्बुक थे.</w:t>
      </w:r>
    </w:p>
    <w:p>
      <w:r>
        <w:rPr>
          <w:b/>
        </w:rPr>
        <w:t xml:space="preserve">[27:09] </w:t>
      </w:r>
      <w:r>
        <w:t>tab tak itne sab gadbadi jo aaj Musalman kar rahe hain woh karte the. Uske baad dekhiye sari taraf kiyaan kari kari unhone. Yahudi unhein, Isai unhein sari unki buraiyan jo hain door ho gayi aur dunya tab unka jo hai na dunya unke woh ho gaya. Asal mein cheez dunya ho gayi. Duniya ke liye unhone ityaad time kiya. Taaleem hasil ki, tarafkiyan ki aur Musalman jo hain kuch kar nahi paate hain.</w:t>
      </w:r>
    </w:p>
    <w:p>
      <w:pPr>
        <w:jc w:val="right"/>
      </w:pPr>
      <w:r>
        <w:t>तब तक इतने सब गड़बड़ी जो आज मुसलमान कर रहे हैं वह करते थे. उसके बाद देखिए सारी तरफ़ कियां कर करी उन्होंने. यहूदी उन्हें, ईसाई उन्हें सारी उनकी बुराइयां जो हैं दूर हो गई और दुनिया तब उनका जो है ना दुनिया उनके वह हो गया. असल में चीज़ दुनिया हो गई. दुनिया के लिए उन्होंने इत्याद time किया. तालीम हासिल की, तरफ्कियां की और मुसलमान जो हैं कुछ कर नहीं पाते हैं.</w:t>
      </w:r>
    </w:p>
    <w:p>
      <w:r>
        <w:rPr>
          <w:b/>
        </w:rPr>
        <w:t xml:space="preserve">[27:38] </w:t>
      </w:r>
      <w:r>
        <w:t>woh na din kar rehte hain, na dunya ke rehte hain. Abhi hamare yahan ek aayi thi janne wali to bohat ibadat karti thi namaz padh rahi hain, Quran padh rahi hain, tasbi padh rahi hain. Maine kaha kuch ab samajhti hui hai khali dohrati rehti hai alpad. Lekin nahi na tanwah padhti hain, na kuch samajhti hain bas. To maine kaha ab tabli ki jamaat ki tab se tallon ka gaan lenge haan.</w:t>
      </w:r>
    </w:p>
    <w:p>
      <w:pPr>
        <w:jc w:val="right"/>
      </w:pPr>
      <w:r>
        <w:t>वह ना दिनकर रहते हैं, ना दुनिया के रहते हैं. अभी हमारे यहां एक आई थी जानने वाली तो बहुत इबादत करती थी नमाज़ पढ़ रही हैं, पुरान पढ़ रही हैं, तस्वी पढ़ रही हैं. मैंने कहा कुछ अब समझती हुई है खाली दोहराती रहती है अल्पाद. लेकिन नहीं ना तनिवाह पढ़ती हैं, ना कुछ समझती हैं बस. तो मैंने कहा अब तबली की जमात की तब से ताल्लों का गान लेंगे हां.</w:t>
      </w:r>
    </w:p>
    <w:p>
      <w:r>
        <w:rPr>
          <w:b/>
        </w:rPr>
        <w:t xml:space="preserve">[28:06] </w:t>
      </w:r>
      <w:r>
        <w:t>to jab aap samjhenge hi nahi kya pad kya rahe hain aur uska matlab kya hai? Uske kis tarah se apni zindagi mein apply kare to to yahi hoga na aur shuru se aap dekhe Musalman ki tareekh.</w:t>
      </w:r>
    </w:p>
    <w:p>
      <w:pPr>
        <w:jc w:val="right"/>
      </w:pPr>
      <w:r>
        <w:t>तो जब आप समझेंगे ही नहीं क्या पढ़ क्या रहे हैं और उसका मतलब क्या है? उसको किस तरीके से अपनी ज़िंदगी में apply करें तो तो यही होगा ना और शुरू से आप देखें मुसलमान की तारीख.</w:t>
      </w:r>
    </w:p>
    <w:p>
      <w:r>
        <w:rPr>
          <w:b/>
        </w:rPr>
        <w:t xml:space="preserve">[28:22] </w:t>
      </w:r>
      <w:r>
        <w:t>is qadar bahkaya logon ne unko jo itna ziyada early period mein bhi bohat ziyada Musalman badh gaye the phir ko main shuru se hi sari jo Hazrat Ali ke zamane se, Hazrat Usman ke zamane se. To yeh sab ho raha tha to yeh hamesha people ab tak book ke sath hota hai. To wahan par humein bohat ziyada alert hona hai ki humein shaitan bhaka raha hai.</w:t>
      </w:r>
    </w:p>
    <w:p>
      <w:pPr>
        <w:jc w:val="right"/>
      </w:pPr>
      <w:r>
        <w:t>इस कदर बहकाया लोगों ने उनको जो इतना ज़्यादा early period में भी बहुत ज़्यादा मुसलमान बढ़ गए थे फिर को मैं शुरू से ही सारी जो हज़रात अली के जमाने से, हज़रात उस्मान के जमाने से. तो यह सब हो रहा था तो यह हमेशा people अब तक book के साथ होता है. तो वहां पर हमें बहुत ज़्यादा alert होना है कि हमें शैतान भका रहा है.</w:t>
      </w:r>
    </w:p>
    <w:p>
      <w:r>
        <w:rPr>
          <w:b/>
        </w:rPr>
        <w:t xml:space="preserve">[28:51] </w:t>
      </w:r>
      <w:r>
        <w:t>shaitan to behkayega. to jaise hazar tumhar the bohat ziyada alert the woh ke shaitan behkata hai. to kehte hain ke shaitan unko behka nahi pata tha kyunke woh alert hone ki wajah se. to people of the book ko ziyada alert hone ki darj hote hain. aur doosre logon ke.</w:t>
      </w:r>
    </w:p>
    <w:p>
      <w:pPr>
        <w:jc w:val="right"/>
      </w:pPr>
      <w:r>
        <w:t>शैतान तो बहकाएगा. तो जैसे हज़र तुम्हार थे बहुत ज़्यादा alert थे वह कि शैतान बहकाता है. तो कहते हैं कि शैतान उनको बहका नहीं पाता था क्योंकि वह alert होने की वजह से. तो people of the book को ज़्यादा alert होने की दर्ज होते हैं. और दूसरे लोगों के.</w:t>
      </w:r>
    </w:p>
    <w:p>
      <w:r>
        <w:rPr>
          <w:b/>
        </w:rPr>
        <w:t xml:space="preserve">[29:12] </w:t>
      </w:r>
      <w:r>
        <w:t>to isi wajah se bahattar phirte, tayyar phirte matlab har aadmi jo hai woh uska hua kya ke jo unke apne leader the religious leader unhin ko woh sab kuch samajhne lagi.</w:t>
      </w:r>
    </w:p>
    <w:p>
      <w:pPr>
        <w:jc w:val="right"/>
      </w:pPr>
      <w:r>
        <w:t>तो इसी वजह से बहत्तर फिरते, तैयार फिरते मतलब हर आदमी जो है वह उसका हुआ क्या कि जो उनके अपने leader थे religious leader उन्हीं को वह सब कुछ समझने लगी.</w:t>
      </w:r>
    </w:p>
    <w:p>
      <w:r>
        <w:rPr>
          <w:b/>
        </w:rPr>
        <w:t xml:space="preserve">[29:29] </w:t>
      </w:r>
      <w:r>
        <w:t>Instead of driving, teaching from the quran and hadith, from the life of the prophet they were connected with their leaders. to leaders to dekhiye harani ka individual rai hoti hai. to individual interpretation hota hai.</w:t>
      </w:r>
    </w:p>
    <w:p>
      <w:pPr>
        <w:jc w:val="right"/>
      </w:pPr>
      <w:r>
        <w:t>Instead of driving, teaching from the कुरान and हादीज़, from the life of the prophet they were connected with their leaders. तो leaders तो देखिए हरानी का individual राय होती है. तो individual interpretation होता है.</w:t>
      </w:r>
    </w:p>
    <w:p>
      <w:r>
        <w:rPr>
          <w:b/>
        </w:rPr>
        <w:t xml:space="preserve">[29:50] </w:t>
      </w:r>
      <w:r>
        <w:t>to musalman jo hain woh aaj interpretations par qaim hai jaise ke aaj maulana ka video chala tha revival of islam. to musalman asaldeen par nahi hai balkeh interpretation par hai. to interpretation to dekhiye sab alag alag rahega.</w:t>
      </w:r>
    </w:p>
    <w:p>
      <w:pPr>
        <w:jc w:val="right"/>
      </w:pPr>
      <w:r>
        <w:t>तो मुसलमान जो हैं वह आज interpretations पर कायम है जैसे कि आज मौराना का video चला था revival of इस्लाम. तो मुसलमान असलदीन पर नहीं है बल्कि interpretation पर है. तो interpretation तो देखिए सब अलग अलग रहेगा.</w:t>
      </w:r>
    </w:p>
    <w:p>
      <w:r>
        <w:rPr>
          <w:b/>
        </w:rPr>
        <w:t xml:space="preserve">[30:09] </w:t>
      </w:r>
      <w:r>
        <w:t>to agar musalmanon mein istehaat khatm ho gaya tha, takleef thi to takleef ki wajah se jo unka leader hota tha bas usi ko asal samajhte the aur woh direct puran se aur hadith se direct woh guidance nahi lete the. to yeh baqayda yeh takhliyat ka zamana hazar baras guzar raha hai. to is wajah se woh matlab sahi guidance nahi pa pa sake.</w:t>
      </w:r>
    </w:p>
    <w:p>
      <w:pPr>
        <w:jc w:val="right"/>
      </w:pPr>
      <w:r>
        <w:t>तो अगर मुसलमानों में इस्तेहात ख़त्म हो गया था, तकलीफ थी तो तकलीफ की वजह से जो उनका leader होता था बस उसी को असल समझते थे और वह direct पुरान से और हदेश से direct वह guidance नहीं लेते थे. तो यह बाक़ायदा यह तखलीयत का जमाना हज़ार बरस गुज़ रहा है. तो इस वजह से वह मतलब सही guidance नहीं पा पा सके.</w:t>
      </w:r>
    </w:p>
    <w:p>
      <w:r>
        <w:rPr>
          <w:b/>
        </w:rPr>
        <w:t xml:space="preserve">[30:39] </w:t>
      </w:r>
      <w:r>
        <w:t>maulana ne is par kaam kiya, bohat ziyada is par likha. ab log itna ziyada takleefi bajaz logon ka ho gaya hai ke woh bilkul napasand karte hain agar ke hum kaise direct kaise hum purana aur sadhi se guidance shasil karen. to jo interpreted version tha based on interpretation usi ko asal samajhte hain.</w:t>
      </w:r>
    </w:p>
    <w:p>
      <w:pPr>
        <w:jc w:val="right"/>
      </w:pPr>
      <w:r>
        <w:t>मोलाना ने इस पर काम किया, बहुत ज़्यादा इस पर लिखा. अब लोग इतना ज़्यादा तकलीफ़ी बजाज़ लोगों का हो गया है कि वह बिल्कुल नापसंद करते हैं अगर कि हम कैसे direct कैसे हम पुराना और साधी से guidance शासिल करें. तो जो interpreted version था based on interpretation उसी को असल समझते हैं.</w:t>
      </w:r>
    </w:p>
    <w:p>
      <w:r>
        <w:rPr>
          <w:b/>
        </w:rPr>
        <w:t xml:space="preserve">[31:06] </w:t>
      </w:r>
      <w:r>
        <w:t>ab dekhiye har individual apna alag alag interpretation dega to usi ko asal samajhte hain usko dekh, tally nahi karte, compare nahi karte puranuvadi se.</w:t>
      </w:r>
    </w:p>
    <w:p>
      <w:pPr>
        <w:jc w:val="right"/>
      </w:pPr>
      <w:r>
        <w:t>अब देखिए हर individual अपना अलग अलग interpretation देगा तो उसी को असल समझते हैं उसको देख, tally नहीं करते, compare नहीं करते पुरानुवादी से.</w:t>
      </w:r>
    </w:p>
    <w:p>
      <w:r>
        <w:rPr>
          <w:b/>
        </w:rPr>
        <w:t xml:space="preserve">[31:32] </w:t>
      </w:r>
      <w:r>
        <w:t>rasullaslam ke zamane ke misab dekhiye ke rasullaslam ke zamane mein jo spirit thi teen ki. haan.</w:t>
      </w:r>
    </w:p>
    <w:p>
      <w:pPr>
        <w:jc w:val="right"/>
      </w:pPr>
      <w:r>
        <w:t>रसुल्लास्लम के जमाने के मिसाब देखिए कि रसुल्लास्लम के जमाने में जो spirit थी तीन की. हां.</w:t>
      </w:r>
    </w:p>
    <w:p>
      <w:r>
        <w:rPr>
          <w:b/>
        </w:rPr>
        <w:t xml:space="preserve">[31:41] </w:t>
      </w:r>
      <w:r>
        <w:t>Us wajah se ek waqai aai hua ki Rasulullah ne Hazrat Amr bin Alas ko kahin bheja to</w:t>
      </w:r>
    </w:p>
    <w:p>
      <w:pPr>
        <w:jc w:val="right"/>
      </w:pPr>
      <w:r>
        <w:t>उस वजह से एक वाकई आई हुआ कि रसुल्लाह ने हजरत अमर बिना लास को कहीं भेजा तो</w:t>
      </w:r>
    </w:p>
    <w:p>
      <w:r>
        <w:rPr>
          <w:b/>
        </w:rPr>
        <w:t xml:space="preserve">[32:07] </w:t>
      </w:r>
      <w:r>
        <w:t>yeh spirit aaj asal mein nahi hai ki itlaf ka nuksan kya hota hai?</w:t>
      </w:r>
    </w:p>
    <w:p>
      <w:pPr>
        <w:jc w:val="right"/>
      </w:pPr>
      <w:r>
        <w:t>यह spirit आज असल में नहीं है कि इतलाफ का नुकसान क्या होता है?</w:t>
      </w:r>
    </w:p>
    <w:p>
      <w:r>
        <w:rPr>
          <w:b/>
        </w:rPr>
        <w:t xml:space="preserve">[32:34] </w:t>
      </w:r>
      <w:r>
        <w:t>aur aaj ki misal dekhiye ke musalmane mein itne ziyada firke ho gaye hain. har sirf hawala samajhta hai ke main haq par hoon.</w:t>
      </w:r>
    </w:p>
    <w:p>
      <w:pPr>
        <w:jc w:val="right"/>
      </w:pPr>
      <w:r>
        <w:t>और आज की मिसाल देखिए कि मुसलमाने में इतने ज़्यादा फिर्के हो गए हैं. हर सिर्फ हवाला समझता है कि मैं हक पर हूं.</w:t>
      </w:r>
    </w:p>
    <w:p>
      <w:r>
        <w:rPr>
          <w:b/>
        </w:rPr>
        <w:t xml:space="preserve">[32:40] </w:t>
      </w:r>
      <w:r>
        <w:t>Reason uska yeh hai ki is wajah se ittlaf sab hai zyada.</w:t>
      </w:r>
    </w:p>
    <w:p>
      <w:pPr>
        <w:jc w:val="right"/>
      </w:pPr>
      <w:r>
        <w:t>Reason उसका यह है कि इस वजह से इत्तलाफ़ सब है ज़्यादा.</w:t>
      </w:r>
    </w:p>
    <w:p>
      <w:r>
        <w:rPr>
          <w:b/>
        </w:rPr>
        <w:t xml:space="preserve">[32:49] </w:t>
      </w:r>
      <w:r>
        <w:t>Main spirit gayab hai.</w:t>
      </w:r>
    </w:p>
    <w:p>
      <w:pPr>
        <w:jc w:val="right"/>
      </w:pPr>
      <w:r>
        <w:t>मैं spirit गायब है.</w:t>
      </w:r>
    </w:p>
    <w:p>
      <w:r>
        <w:rPr>
          <w:b/>
        </w:rPr>
        <w:t xml:space="preserve">[32:59] </w:t>
      </w:r>
      <w:r>
        <w:t>Farm to different the.</w:t>
      </w:r>
    </w:p>
    <w:p>
      <w:pPr>
        <w:jc w:val="right"/>
      </w:pPr>
      <w:r>
        <w:t>Farm तो different थे.</w:t>
      </w:r>
    </w:p>
    <w:p>
      <w:r>
        <w:rPr>
          <w:b/>
        </w:rPr>
        <w:t xml:space="preserve">[33:09] </w:t>
      </w:r>
      <w:r>
        <w:t>Tazeen din mein Maulana ne yeh baat bahut clear kiya hai.</w:t>
      </w:r>
    </w:p>
    <w:p>
      <w:pPr>
        <w:jc w:val="right"/>
      </w:pPr>
      <w:r>
        <w:t>तजीर दिन में मालाना ने यह बात बहुत clear किया है.</w:t>
      </w:r>
    </w:p>
    <w:p>
      <w:r>
        <w:rPr>
          <w:b/>
        </w:rPr>
        <w:t xml:space="preserve">[33:19] </w:t>
      </w:r>
      <w:r>
        <w:t>Farm to Rasulullah s.a.s ne joota pehan kar bhi namaz padhi thi.</w:t>
      </w:r>
    </w:p>
    <w:p>
      <w:pPr>
        <w:jc w:val="right"/>
      </w:pPr>
      <w:r>
        <w:t>Farm तो रसूल्ला सस्लाम ने जूता पहन की भी नमाज़ पड़ी थी.</w:t>
      </w:r>
    </w:p>
    <w:p>
      <w:r>
        <w:rPr>
          <w:b/>
        </w:rPr>
        <w:t xml:space="preserve">[33:28] </w:t>
      </w:r>
      <w:r>
        <w:t>Ab agar koi joota pehan kar namaz padhe to log uske usko marne daudenge.</w:t>
      </w:r>
    </w:p>
    <w:p>
      <w:pPr>
        <w:jc w:val="right"/>
      </w:pPr>
      <w:r>
        <w:t>अब अगर कोई जूता पहन की नमाज़ पड़े तो लोग उसके उसको मारने दौड़ेंगे.</w:t>
      </w:r>
    </w:p>
    <w:p>
      <w:r>
        <w:rPr>
          <w:b/>
        </w:rPr>
        <w:t xml:space="preserve">[33:38] </w:t>
      </w:r>
      <w:r>
        <w:t>To kyunki woh spirit nahi dekh rahe hain, farm dekh rahe hain.</w:t>
      </w:r>
    </w:p>
    <w:p>
      <w:pPr>
        <w:jc w:val="right"/>
      </w:pPr>
      <w:r>
        <w:t>तो क्योंकि वह spirit नहीं देख रहे हैं, farm देख रहे हैं.</w:t>
      </w:r>
    </w:p>
    <w:p>
      <w:r>
        <w:rPr>
          <w:b/>
        </w:rPr>
        <w:t xml:space="preserve">[33:48] </w:t>
      </w:r>
      <w:r>
        <w:t>to isi tarike se rasoola dushman ke zamane mein hi is tarah ki ek talaaf aate hain.</w:t>
      </w:r>
    </w:p>
    <w:p>
      <w:pPr>
        <w:jc w:val="right"/>
      </w:pPr>
      <w:r>
        <w:t>तो इसी तरीके से रसूला दश्मन के जमाने में ही इस तरह की एक तलाफ आते हैं.</w:t>
      </w:r>
    </w:p>
    <w:p>
      <w:r>
        <w:rPr>
          <w:b/>
        </w:rPr>
        <w:t xml:space="preserve">[33:58] </w:t>
      </w:r>
      <w:r>
        <w:t>lekin spirit par woh log spirit ko follow karte the. is wajah se unke andar ek talaf nahi paida hota tha. mawake aise aate the lekin ek talaf paida nahi hota tha. jaise makana farad ne bhi bataya ke mauke aate hain lekin spirit ki wajah se unke andar spirit ginda thi to is wajah se woh ek talaf paida nahi hota tha. jab spirit khatm ho jaye phir ek talaf paida hokar log alag alag ho jate hain.</w:t>
      </w:r>
    </w:p>
    <w:p>
      <w:pPr>
        <w:jc w:val="right"/>
      </w:pPr>
      <w:r>
        <w:t>लेकिन spirit पर वह लोग spirit को follow करते थे. इस वजह से उनके अंदर एक तलाफ नहीं पैदा होता था. मवाके ऐसे आते थे लेकिन एक तलाफ पैदा नहीं होता था. जैसे मौकाना फराद ने भी बताया कि मौके आते हैं लेकिन spirit की वजह से उनके अंदर spirit गिंदा थी तो इस वजह से वह एक तलाफ पैदा नहीं होता था. जब spirit खत्म हो जाए फिर एक तलाफ पैदा होकर लोग अलग अलग हो जाते हैं.</w:t>
      </w:r>
    </w:p>
    <w:p>
      <w:r>
        <w:rPr>
          <w:b/>
        </w:rPr>
        <w:t xml:space="preserve">[34:27] </w:t>
      </w:r>
      <w:r>
        <w:t>haan, spirit zinda rehte hain na to aadmi ki soch soch poonchi ho jati hai. aadmi jo kehte hain mussa to kal bhi jisko kehte hain woh cheez uske andar aa jati to in cheezon ko ignore karta hai. zahir mein ho gaya to theek hai, koi baat nahi hai.</w:t>
      </w:r>
    </w:p>
    <w:p>
      <w:pPr>
        <w:jc w:val="right"/>
      </w:pPr>
      <w:r>
        <w:t>हां, spirit ज़िंदा रहते हैं ना तो आदमी की सोच सोच पूंछी हो जाती है. आदमी जो कहते हैं मुस्सा तो कल भी जिसको कहते हैं वह चीज़ उसके अंदर आ जाती तो इन चीज़ों को ignore करता है. जाहिर में हो गया तो ठीक है, कोई बात नहीं है.</w:t>
      </w:r>
    </w:p>
    <w:p>
      <w:r>
        <w:rPr>
          <w:b/>
        </w:rPr>
        <w:t xml:space="preserve">[34:41] </w:t>
      </w:r>
      <w:r>
        <w:t>ab jaise maulana yeh keh dete hain ki chhoti ho chuki thi.</w:t>
      </w:r>
    </w:p>
    <w:p>
      <w:pPr>
        <w:jc w:val="right"/>
      </w:pPr>
      <w:r>
        <w:t>अब जैसे मौलाना यह कह देते हैं कि छोटी हो चुकी थी.</w:t>
      </w:r>
    </w:p>
    <w:p>
      <w:r>
        <w:rPr>
          <w:b/>
        </w:rPr>
        <w:t xml:space="preserve">[34:52] </w:t>
      </w:r>
      <w:r>
        <w:t>chhota sa kuch ho jhagde ke liye nikal padte hain.</w:t>
      </w:r>
    </w:p>
    <w:p>
      <w:pPr>
        <w:jc w:val="right"/>
      </w:pPr>
      <w:r>
        <w:t>छोटा सा कुछ हो झगड़े के लिए निकल पड़ते हैं.</w:t>
      </w:r>
    </w:p>
    <w:p>
      <w:r>
        <w:rPr>
          <w:b/>
        </w:rPr>
        <w:t xml:space="preserve">[35:03] </w:t>
      </w:r>
      <w:r>
        <w:t>zyada clarity aapko woh tajdeed den wali kitab mein milegi. ityadi millat.</w:t>
      </w:r>
    </w:p>
    <w:p>
      <w:pPr>
        <w:jc w:val="right"/>
      </w:pPr>
      <w:r>
        <w:t>ज़्यादा clarity आपको वह तजदीर देन वाली किताब में मिलेगी. इत्यादी मिल्लत.</w:t>
      </w:r>
    </w:p>
    <w:p>
      <w:r>
        <w:rPr>
          <w:b/>
        </w:rPr>
        <w:t xml:space="preserve">[35:14] </w:t>
      </w:r>
      <w:r>
        <w:t>aur ityadi millat.</w:t>
      </w:r>
    </w:p>
    <w:p>
      <w:pPr>
        <w:jc w:val="right"/>
      </w:pPr>
      <w:r>
        <w:t>और इत्यादी मिल्लत.</w:t>
      </w:r>
    </w:p>
    <w:p>
      <w:r>
        <w:rPr>
          <w:b/>
        </w:rPr>
        <w:t xml:space="preserve">[35:26] </w:t>
      </w:r>
      <w:r>
        <w:t>to mujhe bhi kaafi baat acche se samajh mein aayi aur main relate bhi kar pa rahi hoon isko.</w:t>
      </w:r>
    </w:p>
    <w:p>
      <w:pPr>
        <w:jc w:val="right"/>
      </w:pPr>
      <w:r>
        <w:t>तो मुझे भी काफ़ी बात अच्छे से समझ में आई और मैं relate भी कर पा रही हूं इसको.</w:t>
      </w:r>
    </w:p>
    <w:p>
      <w:r>
        <w:rPr>
          <w:b/>
        </w:rPr>
        <w:t xml:space="preserve">[35:31] </w:t>
      </w:r>
      <w:r>
        <w:t>aapa hamare paas do aur sawal hain lekin aapse hi jankari lena chahenge.</w:t>
      </w:r>
    </w:p>
    <w:p>
      <w:pPr>
        <w:jc w:val="right"/>
      </w:pPr>
      <w:r>
        <w:t>आपा हमारे पास दो और सवाल हैं लेकिन आपसे ही जानकारी लेना चाहेंगे.</w:t>
      </w:r>
    </w:p>
    <w:p>
      <w:r>
        <w:rPr>
          <w:b/>
        </w:rPr>
        <w:t xml:space="preserve">[35:36] </w:t>
      </w:r>
      <w:r>
        <w:t>If you are comfortable we will continue otherwise aapa we will close this session.</w:t>
      </w:r>
    </w:p>
    <w:p>
      <w:pPr>
        <w:jc w:val="right"/>
      </w:pPr>
      <w:r>
        <w:t>If you are comfortable we will continue otherwise आपा we will close this session.</w:t>
      </w:r>
    </w:p>
    <w:p>
      <w:r>
        <w:rPr>
          <w:b/>
        </w:rPr>
        <w:t xml:space="preserve">[35:41] </w:t>
      </w:r>
      <w:r>
        <w:t>nahi theek hai kar lijiye. Ok, aapa.</w:t>
      </w:r>
    </w:p>
    <w:p>
      <w:pPr>
        <w:jc w:val="right"/>
      </w:pPr>
      <w:r>
        <w:t>नहीं ठीक है कर लीजिए. Ok, आपा.</w:t>
      </w:r>
    </w:p>
    <w:p>
      <w:r>
        <w:rPr>
          <w:b/>
        </w:rPr>
        <w:t xml:space="preserve">[35:46] </w:t>
      </w:r>
      <w:r>
        <w:t>The next question is what is the status of a believing woman in paradise? Status aap?</w:t>
      </w:r>
    </w:p>
    <w:p>
      <w:pPr>
        <w:jc w:val="right"/>
      </w:pPr>
      <w:r>
        <w:t>The next question is what is the status of a believing woman in paradise? Status आप?</w:t>
      </w:r>
    </w:p>
    <w:p>
      <w:r>
        <w:rPr>
          <w:b/>
        </w:rPr>
        <w:t xml:space="preserve">[35:51] </w:t>
      </w:r>
      <w:r>
        <w:t>Believe believing woman in paradise.</w:t>
      </w:r>
    </w:p>
    <w:p>
      <w:pPr>
        <w:jc w:val="right"/>
      </w:pPr>
      <w:r>
        <w:t>Believe believing woman in paradise.</w:t>
      </w:r>
    </w:p>
    <w:p>
      <w:r>
        <w:rPr>
          <w:b/>
        </w:rPr>
        <w:t xml:space="preserve">[35:57] </w:t>
      </w:r>
      <w:r>
        <w:t>status se kya mula den? woh shayad janna cha rahi hoon ke believing woman jo duniya mein hai woh woh paradise mein matlab kaise rahenge? kai bar kaha jata hai na ke jannat mein hoor bhi hongi. haan haan hoor bhi hain aur believing women bhi hai. to dono ki kya jagah hogi jannat? are yahi believing women, jannati women.</w:t>
      </w:r>
    </w:p>
    <w:p>
      <w:pPr>
        <w:jc w:val="right"/>
      </w:pPr>
      <w:r>
        <w:t>Status से क्या मुला दें? वह शायद जानना चाह रही हूं कि believing woman जो दुनिया में है वह वह paradise में मतलब कैसे रहेंगे? कई बार कहा जाता है ना कि जन्नत में भूर भी होंगी. हां हां भूर भी हैं और believing women भी है. तो दोनों की क्या जगह होगी जन्नत? अरे यही believing women, जन्नती women.</w:t>
      </w:r>
    </w:p>
    <w:p>
      <w:r>
        <w:rPr>
          <w:b/>
        </w:rPr>
        <w:t xml:space="preserve">[36:24] </w:t>
      </w:r>
      <w:r>
        <w:t>jannati mein koi agli banane thodi bheji jayengi ek bar wahi hogi. ek bar rasullah saslam ke paas ek budhi ho raha tha hi to rasullah ne azra hai. matlab bohat hi halka himar aap karte the kabhi kabhi. to aapne keh diya ke jannat mein budhiya nahi jayengi. ab woh lagi rone. tab aapne bataya ke jannat mein jawan hokar jayenge.</w:t>
      </w:r>
    </w:p>
    <w:p>
      <w:pPr>
        <w:jc w:val="right"/>
      </w:pPr>
      <w:r>
        <w:t>जन्नति में कोई अगली बनाने थोड़ी भेजी जाएंगी एक बार वही होगी. एक बार रसूल्लाह सस्लाम के पास एक बूढ़ी हो रहा था ही तो रसूल्लाह ने अजरा है. मतलब बहुत ही हल्का हीमार आप करते थे कभी कभी. तो आपने कह दिया कि जन्नत में बुढ़िया नहीं जाएंगी. अब वह लगी रोने. तब आपने बताया कि जन्नत में जवान होकर जाएंगे.</w:t>
      </w:r>
    </w:p>
    <w:p>
      <w:r>
        <w:rPr>
          <w:b/>
        </w:rPr>
        <w:t xml:space="preserve">[36:50] </w:t>
      </w:r>
      <w:r>
        <w:t>to isi tarike jannat mein jo dakhil hoga itni khoobsurat jagah unhe dakhil hote hi woh beautiful ho jayega.</w:t>
      </w:r>
    </w:p>
    <w:p>
      <w:pPr>
        <w:jc w:val="right"/>
      </w:pPr>
      <w:r>
        <w:t>तो इसी तरीके जन्नत में जो दाखिल होगा इतनी ख़ूबसूरत जगह उन्हें दाखिल होते ही वह beautiful हो जाएगा.</w:t>
      </w:r>
    </w:p>
    <w:p>
      <w:r>
        <w:rPr>
          <w:b/>
        </w:rPr>
        <w:t xml:space="preserve">[36:56] </w:t>
      </w:r>
      <w:r>
        <w:t>to wahi aur hoga.</w:t>
      </w:r>
    </w:p>
    <w:p>
      <w:pPr>
        <w:jc w:val="right"/>
      </w:pPr>
      <w:r>
        <w:t>तो वही और होगा.</w:t>
      </w:r>
    </w:p>
    <w:p>
      <w:r>
        <w:rPr>
          <w:b/>
        </w:rPr>
        <w:t xml:space="preserve">[37:03] </w:t>
      </w:r>
      <w:r>
        <w:t>koi aur alag se koi thodi paida ki jayengi.</w:t>
      </w:r>
    </w:p>
    <w:p>
      <w:pPr>
        <w:jc w:val="right"/>
      </w:pPr>
      <w:r>
        <w:t>कोई और अलग से कोई थोड़ी पैदा की जाएंगी.</w:t>
      </w:r>
    </w:p>
    <w:p>
      <w:r>
        <w:rPr>
          <w:b/>
        </w:rPr>
        <w:t xml:space="preserve">[37:10] </w:t>
      </w:r>
      <w:r>
        <w:t>ji aap, thank you so much.</w:t>
      </w:r>
    </w:p>
    <w:p>
      <w:pPr>
        <w:jc w:val="right"/>
      </w:pPr>
      <w:r>
        <w:t>जी आप, thank you so much.</w:t>
      </w:r>
    </w:p>
    <w:p>
      <w:r>
        <w:rPr>
          <w:b/>
        </w:rPr>
        <w:t xml:space="preserve">[37:16] </w:t>
      </w:r>
      <w:r>
        <w:t>bahut acche se hum logon ko aur maan lijiye wale mein dekhiye ek usool hamesha yaad rakhna hai.</w:t>
      </w:r>
    </w:p>
    <w:p>
      <w:pPr>
        <w:jc w:val="right"/>
      </w:pPr>
      <w:r>
        <w:t>बहुत अच्छे से हम लोगों को और मान लीजिए वाले में देखिए एक उसूल हमेशा याद रखना है.</w:t>
      </w:r>
    </w:p>
    <w:p>
      <w:r>
        <w:rPr>
          <w:b/>
        </w:rPr>
        <w:t xml:space="preserve">[37:23] </w:t>
      </w:r>
      <w:r>
        <w:t>detail proof ho dijiye kya kya usmein hai?</w:t>
      </w:r>
    </w:p>
    <w:p>
      <w:pPr>
        <w:jc w:val="right"/>
      </w:pPr>
      <w:r>
        <w:t>Detail proof हो दीजिए क्या क्या उसमें है?</w:t>
      </w:r>
    </w:p>
    <w:p>
      <w:r>
        <w:rPr>
          <w:b/>
        </w:rPr>
        <w:t xml:space="preserve">[37:30] </w:t>
      </w:r>
      <w:r>
        <w:t>aur cheezein hongi.</w:t>
      </w:r>
    </w:p>
    <w:p>
      <w:pPr>
        <w:jc w:val="right"/>
      </w:pPr>
      <w:r>
        <w:t>और चीज़ें होंगी.</w:t>
      </w:r>
    </w:p>
    <w:p>
      <w:r>
        <w:rPr>
          <w:b/>
        </w:rPr>
        <w:t xml:space="preserve">[37:40] </w:t>
      </w:r>
      <w:r>
        <w:t>to har insaan ko uske khwahish aur mutalaba ke hisab se milega.</w:t>
      </w:r>
    </w:p>
    <w:p>
      <w:pPr>
        <w:jc w:val="right"/>
      </w:pPr>
      <w:r>
        <w:t>तो हर इंसान को उसके खाइश और मुतालाबा के हिसाब से मिलेगा.</w:t>
      </w:r>
    </w:p>
    <w:p>
      <w:r>
        <w:rPr>
          <w:b/>
        </w:rPr>
        <w:t xml:space="preserve">[37:51] </w:t>
      </w:r>
      <w:r>
        <w:t>ek insaan ki talab hogi.</w:t>
      </w:r>
    </w:p>
    <w:p>
      <w:pPr>
        <w:jc w:val="right"/>
      </w:pPr>
      <w:r>
        <w:t>एक इंसान की तलब होगी.</w:t>
      </w:r>
    </w:p>
    <w:p>
      <w:r>
        <w:rPr>
          <w:b/>
        </w:rPr>
        <w:t xml:space="preserve">[38:02] </w:t>
      </w:r>
      <w:r>
        <w:t>humko khoob badi library chahiye to uske liye alag alag library de dega.</w:t>
      </w:r>
    </w:p>
    <w:p>
      <w:pPr>
        <w:jc w:val="right"/>
      </w:pPr>
      <w:r>
        <w:t>हमको खूब बड़ी library चाहिए तो उसके लिए अलग अलग library दे देगा.</w:t>
      </w:r>
    </w:p>
    <w:p>
      <w:r>
        <w:rPr>
          <w:b/>
        </w:rPr>
        <w:t xml:space="preserve">[38:13] </w:t>
      </w:r>
      <w:r>
        <w:t>ek insaan ko yeh hoga ki</w:t>
      </w:r>
    </w:p>
    <w:p>
      <w:pPr>
        <w:jc w:val="right"/>
      </w:pPr>
      <w:r>
        <w:t>एक इंसान को यह होगा कि</w:t>
      </w:r>
    </w:p>
    <w:p>
      <w:r>
        <w:rPr>
          <w:b/>
        </w:rPr>
        <w:t xml:space="preserve">[38:24] </w:t>
      </w:r>
      <w:r>
        <w:t>Ok, apm.</w:t>
      </w:r>
    </w:p>
    <w:p>
      <w:pPr>
        <w:jc w:val="right"/>
      </w:pPr>
      <w:r>
        <w:t>Ok, अपम.</w:t>
      </w:r>
    </w:p>
    <w:p>
      <w:r>
        <w:rPr>
          <w:b/>
        </w:rPr>
        <w:t xml:space="preserve">[38:27] </w:t>
      </w:r>
      <w:r>
        <w:t>We take your, we have taken a lot of your time.</w:t>
      </w:r>
    </w:p>
    <w:p>
      <w:pPr>
        <w:jc w:val="right"/>
      </w:pPr>
      <w:r>
        <w:t>We take your, we have taken a lot of your time.</w:t>
      </w:r>
    </w:p>
    <w:p>
      <w:r>
        <w:rPr>
          <w:b/>
        </w:rPr>
        <w:t xml:space="preserve">[38:31] </w:t>
      </w:r>
      <w:r>
        <w:t>rehammdin nisha has raised our hand.</w:t>
      </w:r>
    </w:p>
    <w:p>
      <w:pPr>
        <w:jc w:val="right"/>
      </w:pPr>
      <w:r>
        <w:t>रेहम्मदिन निशा has raised our hand.</w:t>
      </w:r>
    </w:p>
    <w:p>
      <w:r>
        <w:rPr>
          <w:b/>
        </w:rPr>
        <w:t xml:space="preserve">[38:35] </w:t>
      </w:r>
      <w:r>
        <w:t>This is the last question we are taking, but I request rehammdin nisha please make a one line question.</w:t>
      </w:r>
    </w:p>
    <w:p>
      <w:pPr>
        <w:jc w:val="right"/>
      </w:pPr>
      <w:r>
        <w:t>This is the last question we are taking, but I request रेहम्मदिन निशा please make a one line question.</w:t>
      </w:r>
    </w:p>
    <w:p>
      <w:r>
        <w:rPr>
          <w:b/>
        </w:rPr>
        <w:t xml:space="preserve">[38:39] </w:t>
      </w:r>
      <w:r>
        <w:t>Only one line question, ok?</w:t>
      </w:r>
    </w:p>
    <w:p>
      <w:pPr>
        <w:jc w:val="right"/>
      </w:pPr>
      <w:r>
        <w:t>Only one line question, ok?</w:t>
      </w:r>
    </w:p>
    <w:p>
      <w:r>
        <w:rPr>
          <w:b/>
        </w:rPr>
        <w:t xml:space="preserve">[38:43] </w:t>
      </w:r>
      <w:r>
        <w:t>Please ask your question.</w:t>
      </w:r>
    </w:p>
    <w:p>
      <w:pPr>
        <w:jc w:val="right"/>
      </w:pPr>
      <w:r>
        <w:t>Please ask your question.</w:t>
      </w:r>
    </w:p>
    <w:p>
      <w:r>
        <w:rPr>
          <w:b/>
        </w:rPr>
        <w:t xml:space="preserve">[38:47] </w:t>
      </w:r>
      <w:r>
        <w:t>haan, assalamualikum mapa.</w:t>
      </w:r>
    </w:p>
    <w:p>
      <w:pPr>
        <w:jc w:val="right"/>
      </w:pPr>
      <w:r>
        <w:t>हां, अस्सलामालिक मापा.</w:t>
      </w:r>
    </w:p>
    <w:p>
      <w:r>
        <w:rPr>
          <w:b/>
        </w:rPr>
        <w:t xml:space="preserve">[38:51] </w:t>
      </w:r>
      <w:r>
        <w:t>mera qissim yeh hai ke yudiyon ki koi jaise isaiyon ki machinery hai, woh din phailate hain apna.</w:t>
      </w:r>
    </w:p>
    <w:p>
      <w:pPr>
        <w:jc w:val="right"/>
      </w:pPr>
      <w:r>
        <w:t>मेरा क़ुस्सिम यह है कि युद्धियों की कोई जैसे ईसाईयों की machinery है, वह दिन फैलाते हैं अपना.</w:t>
      </w:r>
    </w:p>
    <w:p>
      <w:r>
        <w:rPr>
          <w:b/>
        </w:rPr>
        <w:t xml:space="preserve">[38:55] </w:t>
      </w:r>
      <w:r>
        <w:t>mujhe pata nahi ke yudhiyon ki koi hai. iske bare mein main janna chahti hoon. yeh hoti hai non machinery kya? kya aapne ek bar phir se bol di thi? yeh yeh hoti apna geen phailate hain ya chhupakar rakhte hain. jaise isaiyon ki missionary hai. vaisa to maine kabhi nahi suna ke yudhiyon ki missionary bhi hai. yahudi mein yeh missionary ko nahi hota.</w:t>
      </w:r>
    </w:p>
    <w:p>
      <w:pPr>
        <w:jc w:val="right"/>
      </w:pPr>
      <w:r>
        <w:t>मुझे पता नहीं कि यहूदियों की कोई है. इसके बारे में मैं जानना चाहती हूं. यह होती है non machinery क्या? क्या आपने एक बार फिर से बोल दी थी? यह यह होती अपना गीन फैलाते हैं या छुपाकर रखते हैं. जैसे ईसाइयों की missionary है. वैसा तो मैंने कभी नहीं सुना कि यह होती की missionary भी है. यहूदी में यह missionary को नहीं होता.</w:t>
      </w:r>
    </w:p>
    <w:p>
      <w:r>
        <w:rPr>
          <w:b/>
        </w:rPr>
        <w:t xml:space="preserve">[39:24] </w:t>
      </w:r>
      <w:r>
        <w:t>kyunke gradually aisa hua shuru mein raha hoga. gradually aisa hua ke woh apne aap ko bohat hi superior race manne lage. to bilkul allow nahi karte the ke koi doosra race jo hai unke andar aaye. to yahan tak ke jab israel bana aur wahan to abadi badhane ki zaroorat thi to unke barah tribes jo hai woh gum ho gaye the.</w:t>
      </w:r>
    </w:p>
    <w:p>
      <w:pPr>
        <w:jc w:val="right"/>
      </w:pPr>
      <w:r>
        <w:t>क्योंकि gradually ऐसा हुआ शुरू में रहा होगा. Gradually ऐसा हुआ कि वह अपने आप को बहुत ही superior race मानने लगे. तो बिल्कुल allow नहीं करते थे कि कोई दूसरा race जो है उनके अंदर आए. तो यहां तक कि जब Israel बना और वहां तो आबादी बढ़ाने की ज़रूरत थी तो उनके बारह tribes जो है वह गुम हो गए थे.</w:t>
      </w:r>
    </w:p>
    <w:p>
      <w:r>
        <w:rPr>
          <w:b/>
        </w:rPr>
        <w:t xml:space="preserve">[39:48] </w:t>
      </w:r>
      <w:r>
        <w:t>to kuch india mein bhi the kahin rahe honge matlab gum hone ka matlab kya local culture mein zam ho gaye the. to unko unko apne andar lena tha bohat badi tadad mein the. to unhone unka dna test karke liya ke yeh yodi hai yeh koi aur nasal hai. is kadar woh isi wajah se to matoob hai na kyunke allah zabeen hota hai woh phailane hi ke liye hota hai. kit kitmane haq hai na?</w:t>
      </w:r>
    </w:p>
    <w:p>
      <w:pPr>
        <w:jc w:val="right"/>
      </w:pPr>
      <w:r>
        <w:t>तो कुछ India में भी थे कहीं रहे होंगे मतलब गुम होने का मतलब क्या local culture में ज़म हो गए थे. तो उनको उनको अपने अंदर लेना था बहुत बड़ी तादाद में थे. तो उन्होंने उनका DNA test कर करके लिया कि यह योदी है यह कोई और नस्ल है. इस कदर वह इसी वजह से तो मातूब है ना क्योंकि अल्लाह ज़बीन होता है वह फैलाने ही के लिए होता है. कित कित्माने हक है ना?</w:t>
      </w:r>
    </w:p>
    <w:p>
      <w:r>
        <w:rPr>
          <w:b/>
        </w:rPr>
        <w:t xml:space="preserve">[40:18] </w:t>
      </w:r>
      <w:r>
        <w:t>woh kitmane haq ke mujrim hue. to woh haq ko chhupani thi. unhone apne aap ko superior samajh rakha tha. to yeh bohat hi ziyada galat baat hai ke aapko chhupana yeh bohat badi allah ki rehmat se aadmi door ho jata hai. haan ji jaza ki allah ho phair apa. thank you so much apa. hum logon ne aapka kaafi time diya.</w:t>
      </w:r>
    </w:p>
    <w:p>
      <w:pPr>
        <w:jc w:val="right"/>
      </w:pPr>
      <w:r>
        <w:t>वह कित्माने हक के मुजरिम हुए. तो वह हक को छुपानी थी. उन्होंने अपने आप को superior समझ रखा था. तो यह बहुत ही ज़्यादा ग़लत बात है कि आपको छुपाना यह बहुत बड़ी अल्लाह की रहम्त से आदमी दूर हो जाता है. हां जी जज़ा किल्लाह हो फैर आपा. Thank you so much आपा. हम लोगों ने आपका काफ़ी time दिया.</w:t>
      </w:r>
    </w:p>
    <w:p>
      <w:r>
        <w:rPr>
          <w:b/>
        </w:rPr>
        <w:t xml:space="preserve">[40:45] </w:t>
      </w:r>
      <w:r>
        <w:t>aapko bohat aapke aapke dimagh ko bohat pareshan kiya apa. anyway, we love this session with you apa. I confirm this with from all the ladies of CPS aur aaj mashallah kaafi tadad bhi hai logon ki. aapke is session ko attend karne ke liye. aapko bohat jazayak hai is session mein aane ke liye aur manana farad bhai ko bhi.</w:t>
      </w:r>
    </w:p>
    <w:p>
      <w:pPr>
        <w:jc w:val="right"/>
      </w:pPr>
      <w:r>
        <w:t>आपको बहुत आपके आपके दिमाग को बहुत परेशान किया आपा. Anyway, we love this session with you आपा. I confirm this with from all the ladies of CPS और आज माशाल्लाह काफ़ी तादाद भी है लोगों की. आपके इस session को attend करने के लिए. आपको बहुत जज़ायक है इस session में आने के लिए और मनाना फराद भाई को भी.</w:t>
      </w:r>
    </w:p>
    <w:p>
      <w:r>
        <w:rPr>
          <w:b/>
        </w:rPr>
        <w:t xml:space="preserve">[41:09] </w:t>
      </w:r>
      <w:r>
        <w:t>to is session ko ab main khatam karti hoon inshallah we meet again next time and please give</w:t>
      </w:r>
    </w:p>
    <w:p>
      <w:pPr>
        <w:jc w:val="right"/>
      </w:pPr>
      <w:r>
        <w:t>तो इस session को अब मैं खत्म करती हूं इंशालाह we meet again next time and please give</w:t>
      </w:r>
    </w:p>
    <w:p>
      <w:r>
        <w:rPr>
          <w:b/>
        </w:rPr>
        <w:t xml:space="preserve">[41:15] </w:t>
      </w:r>
      <w:r>
        <w:t>your questions and kaafi inspirational rehta hai aapka yeh session aapka aur hum logon ko kaafi kuch seekhne</w:t>
      </w:r>
    </w:p>
    <w:p>
      <w:pPr>
        <w:jc w:val="right"/>
      </w:pPr>
      <w:r>
        <w:t>your questions and काफ़ी inspirational रहता है आपका यह session आपका और हम लोगों को काफ़ी कुछ सीखने</w:t>
      </w:r>
    </w:p>
    <w:p>
      <w:r>
        <w:rPr>
          <w:b/>
        </w:rPr>
        <w:t xml:space="preserve">[41:21] </w:t>
      </w:r>
      <w:r>
        <w:t>ko milta hai aur doosre angle se bhi jo hum padhte hain shayad utna nahi samajh paate hon</w:t>
      </w:r>
    </w:p>
    <w:p>
      <w:pPr>
        <w:jc w:val="right"/>
      </w:pPr>
      <w:r>
        <w:t>को मिलता है और दूसरे angle से भी जो हम पढ़ते हैं शायद उतना नहीं समझ पाते हों</w:t>
      </w:r>
    </w:p>
    <w:p>
      <w:r>
        <w:rPr>
          <w:b/>
        </w:rPr>
        <w:t xml:space="preserve">[41:27] </w:t>
      </w:r>
      <w:r>
        <w:t>lekin aapke aur contribution se aur parad bhai jis tarah se explain karte hain, kaafi clarity milti hai</w:t>
      </w:r>
    </w:p>
    <w:p>
      <w:pPr>
        <w:jc w:val="right"/>
      </w:pPr>
      <w:r>
        <w:t>लेकिन आपके और contribution से और पराद भाई जिस तरह से explain करते हैं, काफी clarity मिलती है</w:t>
      </w:r>
    </w:p>
    <w:p>
      <w:r>
        <w:rPr>
          <w:b/>
        </w:rPr>
        <w:t xml:space="preserve">[41:33] </w:t>
      </w:r>
      <w:r>
        <w:t>hamari apne thoughts ko bhi aur jo hamare andar jo thodi bahut negativity ya distractions wagera hai, hum</w:t>
      </w:r>
    </w:p>
    <w:p>
      <w:pPr>
        <w:jc w:val="right"/>
      </w:pPr>
      <w:r>
        <w:t>हमारी अपने thoughts को भी और जो हमारे अंदर जो थोड़ी बहुत negativity या distractions वगैरह है, हम</w:t>
      </w:r>
    </w:p>
    <w:p>
      <w:r>
        <w:rPr>
          <w:b/>
        </w:rPr>
        <w:t xml:space="preserve">[41:39] </w:t>
      </w:r>
      <w:r>
        <w:t>inshallah zaroor koshish karenge ki hum apne aap ko in sab cheezon se nikal saken.</w:t>
      </w:r>
    </w:p>
    <w:p>
      <w:pPr>
        <w:jc w:val="right"/>
      </w:pPr>
      <w:r>
        <w:t>इंशालाह ज़रूर कोशिश करेंगे कि हम अपने आप को इन सब चीज़ों से निकाल सकें.</w:t>
      </w:r>
    </w:p>
    <w:p>
      <w:r>
        <w:rPr>
          <w:b/>
        </w:rPr>
        <w:t xml:space="preserve">[41:46] </w:t>
      </w:r>
      <w:r>
        <w:t>to aap ek message hum logon ko dein aur is session ko phir hum khatam karte hain. to hamein bhi bohat khushi hoti hai ki aap log din dhoondhi, raat, chaukni tarakki kar rahe hain spirituality mein. aapki soch god oriented hai. aapki sawalaat god oriented hain. to hamein bhi bohat khushi hoti hai allah taala isi tarah se.</w:t>
      </w:r>
    </w:p>
    <w:p>
      <w:pPr>
        <w:jc w:val="right"/>
      </w:pPr>
      <w:r>
        <w:t>तो आप एक message हम लोगों को दें और इस session को फिर हम खत्म करते हैं. तो हमें भी बहुत ख़ुशी होती है कि आप लोग दिन ढूंढी, रात, चौकनी तरक्की कर रहे हैं spirituality में. आपकी सोच god oriented है. आपकी सवालात god oriented है. तो हमें भी बहुत ख़ुशी होती है अल्लाह ताला इसी तरीके से.</w:t>
      </w:r>
    </w:p>
    <w:p>
      <w:r>
        <w:rPr>
          <w:b/>
        </w:rPr>
        <w:t xml:space="preserve">[42:09] </w:t>
      </w:r>
      <w:r>
        <w:t>aap logon ko aage badhne ka zyada se zyada mauka dein aur aapka spiritual development zyada se zyada ho sake kyunki Maulana farma dete hain ki isi duniya mein is apna development kar lena hai. aakhirat mein to uska result paane ki jagah hai. to isi duniya mein kitna limited time hai hamare paas kuch pata nahi kaun kab chala jaye?</w:t>
      </w:r>
    </w:p>
    <w:p>
      <w:pPr>
        <w:jc w:val="right"/>
      </w:pPr>
      <w:r>
        <w:t>आप लोगों को आगे बढ़ने का ज़्यादा से ज़्यादा मौका दें और आपका spiritual development ज़्यादा से ज़्यादा हो सके क्योंकि मालाना फरमा देते हैं कि इसी दुनिया में इस अपना development कर लेना है. आख़िरत में तो उसका result पाने की जगह है. तो इसी दुनिया में कितना limited time है हमारे पास कुछ पता नहीं कौन कब चला जाए?</w:t>
      </w:r>
    </w:p>
    <w:p>
      <w:r>
        <w:rPr>
          <w:b/>
        </w:rPr>
        <w:t xml:space="preserve">[42:34] </w:t>
      </w:r>
      <w:r>
        <w:t>to is wajah se hamein is maamle mein bohat zyada teen mona hai aur bohat zyada apne time ka sahi istemal karna hai jaise aap log kar rahe hain. ji apa, you are the inspiration. thank you. sumita aap please session ko end kar dein aur ek dua ke saath. haan shamina, paras hum dua karayenge. ok.</w:t>
      </w:r>
    </w:p>
    <w:p>
      <w:pPr>
        <w:jc w:val="right"/>
      </w:pPr>
      <w:r>
        <w:t>तो इस वजह से हमें इस मामले में बहुत ज़्यादा तीन मोना है और बहुत ज़्यादा अपने time का सही इस्तेमाल करना है जैसे आप लोग कर रहे हैं. जी आपा, you are the inspiration. Thank you. समीता आप please session को end कर दें और एक दुआ के साथ. हां शमिना, परास हम दुआ कराएंगे. Ok.</w:t>
      </w:r>
    </w:p>
    <w:p>
      <w:r>
        <w:rPr>
          <w:b/>
        </w:rPr>
        <w:t xml:space="preserve">[43:03] </w:t>
      </w:r>
      <w:r>
        <w:t>nahi aap aap dwar karayein aap. nahi paras ab aap aaj aap karaiye hum fark ke baad. nahi paras kariye hum usko dwara har hafte karte hain. aap kar dijiye. ek dua maine abhi kuch dino pehle hamare ek saathi vikran jo umraad ke gaye the to unhone kaha tha kya dua karni chahiye?</w:t>
      </w:r>
    </w:p>
    <w:p>
      <w:pPr>
        <w:jc w:val="right"/>
      </w:pPr>
      <w:r>
        <w:t>नहीं आप आप द्वार कराएं आप. नहीं पराश अब आप आज आप कराइए हम फ़र्क़ के बाद. नहीं पराश करिए हम उसको द्वारा हर हफ़्ते करते हैं. आप कर दीजिए. एक दुआ मैंने अभी कुछ दिनों पहले हमारे एक साथी विक्रान जो उम्राद के गए थे तो उन्होंने कहा था क्या दुआ करनी चाहिए?</w:t>
      </w:r>
    </w:p>
    <w:p>
      <w:r>
        <w:rPr>
          <w:b/>
        </w:rPr>
        <w:t xml:space="preserve">[43:29] </w:t>
      </w:r>
      <w:r>
        <w:t>to maine unko teen baatein batai thi aur wahi dua hum yahan karenge. sabse pehli cheez yeh humko mangne allah tala se hamesha ki allah tala humein yakeen aur imaan atafarma, humein aafiyat atafarma aur aakhirat mein hamara hisab aasan hai. amen. amen.</w:t>
      </w:r>
    </w:p>
    <w:p>
      <w:pPr>
        <w:jc w:val="right"/>
      </w:pPr>
      <w:r>
        <w:t>तो मैंने उनको तीन बातें बताई थी और वही दुआ हम यहां करेंगे. सबसे पहली चीज़ यह हमको मांगने अल्लाह तलाह से हमेशा कि अल्लाह तलाह हमें यकीन और ईमान अताफरमा, हमें आफ़ियत आताफ़रमा और आख़िरत में हमारा हिसाब आसान है. Amen. Amen.</w:t>
      </w:r>
    </w:p>
    <w:p>
      <w:r>
        <w:rPr>
          <w:b/>
        </w:rPr>
        <w:t xml:space="preserve">[43:54] </w:t>
      </w:r>
      <w:r>
        <w:t>missus akela everyone for being here, being this session, giving your time and zazaq allah to prath bhai and apa for giving such valuable time to us. inshallah we'll grow intellectually and personality development mein hum zaroor focus karenge. so we end this session. assalam alipurn.</w:t>
      </w:r>
    </w:p>
    <w:p>
      <w:pPr>
        <w:jc w:val="right"/>
      </w:pPr>
      <w:r>
        <w:t>Missus अकेला everyone for being here, being this session, giving your time and ज़ज़ाक़ अल्लाह to प्राथ भाई and आपा for giving such valuable time to us. Inshallah we'll grow intellectually and personality development में हम ज़रूर focus करेंगे. So we end this session. अस्सलाम अलीपूर्ण.</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