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Creation Plan of God (English) June 30, 2024 Dr. Rajat Malhotra</w:t>
      </w:r>
    </w:p>
    <w:p>
      <w:r>
        <w:t>https://www.youtube.com/watch?v=w1muAtEno7E</w:t>
      </w:r>
    </w:p>
    <w:p>
      <w:r>
        <w:rPr>
          <w:b/>
        </w:rPr>
        <w:t xml:space="preserve">[00:09] </w:t>
      </w:r>
      <w:r>
        <w:t>thank you shariq bhai. assalamalikum my dear brothers and sisters. so happy to be here. today's subject is very important and i must say that if you understand the spirit behind this subject, you will never be sad in life and your life will become very purposeful. so let's begin. this is the story of the whole world. everybody thinks on, you know, some of these lines and some of the other way we can relate.</w:t>
      </w:r>
    </w:p>
    <w:p>
      <w:pPr>
        <w:jc w:val="right"/>
      </w:pPr>
      <w:r>
        <w:t>Thank you शारीक भाई. अस्लामालिकुम my dear brothers and sisters. So happy to be here. Today's subject is very important and I must say that if you understand the spirit behind this subject, you will never be sad in life and your life will become very purposeful. So let's begin. This is the story of the whole world. Everybody thinks on, you know, some of these lines and some of the other way we can relate.</w:t>
      </w:r>
    </w:p>
    <w:p>
      <w:r>
        <w:rPr>
          <w:b/>
        </w:rPr>
        <w:t xml:space="preserve">[00:37] </w:t>
      </w:r>
      <w:r>
        <w:t>if you talk to them, they will say that, why are some more wealthy or healthy or famous? why do i fail each time? why does he or she have everything in life which i don't? why are there so many problems in life? why did i lose the person i loved most? why did i lose the person i loved most? i never hurt anyone. still people do injustice. why?</w:t>
      </w:r>
    </w:p>
    <w:p>
      <w:pPr>
        <w:jc w:val="right"/>
      </w:pPr>
      <w:r>
        <w:t>If you talk to them, they will say that, why are some more wealthy or healthy or famous? Why do I fail each time? Why does he or she have everything in life which I don't? Why are there so many problems in life? Why did I lose the person I loved most? Why did I lose the person I loved most? I never hurt anyone. Still people do injustice. Why?</w:t>
      </w:r>
    </w:p>
    <w:p>
      <w:r>
        <w:rPr>
          <w:b/>
        </w:rPr>
        <w:t xml:space="preserve">[01:05] </w:t>
      </w:r>
      <w:r>
        <w:t>why is life so unfair to me? why me? so today we will understand what is the creation plan of god? what is death? what is paradise? and how to build a personality for hereafter? and, you know, to begin, let me take you to the point, the origin of, you know, the, creation of, adam and eve to that point.</w:t>
      </w:r>
    </w:p>
    <w:p>
      <w:pPr>
        <w:jc w:val="right"/>
      </w:pPr>
      <w:r>
        <w:t>Why is life so unfair to me? Why me? So today we will understand what is the creation plan of god? What is death? What is paradise? And how to build a personality for hereafter? And, you know, to begin, let me take you to the point, the origin of, you know, the, creation of, Adam and Eve to that point.</w:t>
      </w:r>
    </w:p>
    <w:p>
      <w:r>
        <w:rPr>
          <w:b/>
        </w:rPr>
        <w:t xml:space="preserve">[01:33] </w:t>
      </w:r>
      <w:r>
        <w:t>we all know that when, god created adam and eve, god said to adam that, in chapter two it says that, live with your wife in this, paradise and eat from wherever you wish, but do not approach this tree. so god had set a condition to adam. but what happened? satan influenced adam and eve and they both ate the forbidden fruit.</w:t>
      </w:r>
    </w:p>
    <w:p>
      <w:pPr>
        <w:jc w:val="right"/>
      </w:pPr>
      <w:r>
        <w:t>We all know that when, God created Adam and Eve, God said to Adam that, in chapter two it says that, live with your wife in this, paradise and eat from wherever you wish, but do not approach this tree. So God had set a condition to Adam. But what happened? Satan influenced Adam and Eve and they both ate the forbidden fruit.</w:t>
      </w:r>
    </w:p>
    <w:p>
      <w:r>
        <w:rPr>
          <w:b/>
        </w:rPr>
        <w:t xml:space="preserve">[02:02] </w:t>
      </w:r>
      <w:r>
        <w:t>and as a result, god expelled adam and eve from paradise and they were settled down on this planet earth. now the first thing that we learn, from this, story is that what is the condition to get back into paradise? because adam repented and god accepted his repentance. god said, okay, i will enter humanity into paradise if they do good deeds.</w:t>
      </w:r>
    </w:p>
    <w:p>
      <w:pPr>
        <w:jc w:val="right"/>
      </w:pPr>
      <w:r>
        <w:t>And as a result, God expelled Adam and Eve from paradise and they were settled down on this planet earth. Now the first thing that we learn, from this, story is that what is the condition to get back into paradise? Because Adam repented and God accepted his repentance. God said, okay, I will enter humanity into paradise if they do good deeds.</w:t>
      </w:r>
    </w:p>
    <w:p>
      <w:r>
        <w:rPr>
          <w:b/>
        </w:rPr>
        <w:t xml:space="preserve">[02:29] </w:t>
      </w:r>
      <w:r>
        <w:t>so the condition, the fulfilling condition that god has set is not, you know, a recommendation of someone. it's not a entry into paradise is not by birthright. it is not a mysterious way that you would enter paradise. god says that you will enter paradise if you do good deeds. another thing that we learn from this story is that we all have to control our desires.</w:t>
      </w:r>
    </w:p>
    <w:p>
      <w:pPr>
        <w:jc w:val="right"/>
      </w:pPr>
      <w:r>
        <w:t>So the condition, the fulfilling condition that God has set is not, you know, a recommendation of someone. It's not a entry into paradise is not by birthright. It is not a mysterious way that you would enter paradise. God says that you will enter paradise if you do good deeds. Another thing that we learn from this story is that we all have to control our desires.</w:t>
      </w:r>
    </w:p>
    <w:p>
      <w:r>
        <w:rPr>
          <w:b/>
        </w:rPr>
        <w:t xml:space="preserve">[02:55] </w:t>
      </w:r>
      <w:r>
        <w:t>Satan assailed Adam because he created desire in Adam and Eve.</w:t>
      </w:r>
    </w:p>
    <w:p>
      <w:pPr>
        <w:jc w:val="right"/>
      </w:pPr>
      <w:r>
        <w:t>Satan assailed Adam because he created desire in Adam and Eve.</w:t>
      </w:r>
    </w:p>
    <w:p>
      <w:r>
        <w:rPr>
          <w:b/>
        </w:rPr>
        <w:t xml:space="preserve">[03:01] </w:t>
      </w:r>
      <w:r>
        <w:t>Therefore, what we have to do is we have to barricade around our desires and not let it</w:t>
      </w:r>
    </w:p>
    <w:p>
      <w:pPr>
        <w:jc w:val="right"/>
      </w:pPr>
      <w:r>
        <w:t>Therefore, what we have to do is we have to barricade around our desires and not let it</w:t>
      </w:r>
    </w:p>
    <w:p>
      <w:r>
        <w:rPr>
          <w:b/>
        </w:rPr>
        <w:t xml:space="preserve">[03:07] </w:t>
      </w:r>
      <w:r>
        <w:t>show to Satan because, you know, when you desire, you become vulnerable.</w:t>
      </w:r>
    </w:p>
    <w:p>
      <w:pPr>
        <w:jc w:val="right"/>
      </w:pPr>
      <w:r>
        <w:t>show to Satan because, you know, when you desire, you become vulnerable.</w:t>
      </w:r>
    </w:p>
    <w:p>
      <w:r>
        <w:rPr>
          <w:b/>
        </w:rPr>
        <w:t xml:space="preserve">[03:13] </w:t>
      </w:r>
      <w:r>
        <w:t>Every desire opens to a door of evil and that is a point from where, Satan enters.</w:t>
      </w:r>
    </w:p>
    <w:p>
      <w:pPr>
        <w:jc w:val="right"/>
      </w:pPr>
      <w:r>
        <w:t>Every desire opens to a door of evil and that is a point from where, Satan enters.</w:t>
      </w:r>
    </w:p>
    <w:p>
      <w:r>
        <w:rPr>
          <w:b/>
        </w:rPr>
        <w:t xml:space="preserve">[03:19] </w:t>
      </w:r>
      <w:r>
        <w:t>So we have to, be very watchful in terms of what we desire.</w:t>
      </w:r>
    </w:p>
    <w:p>
      <w:pPr>
        <w:jc w:val="right"/>
      </w:pPr>
      <w:r>
        <w:t>So we have to, be very watchful in terms of what we desire.</w:t>
      </w:r>
    </w:p>
    <w:p>
      <w:r>
        <w:rPr>
          <w:b/>
        </w:rPr>
        <w:t xml:space="preserve">[03:26] </w:t>
      </w:r>
      <w:r>
        <w:t>the one of the most, other important thing that we learn is that what was the sin of satan? the sin of satan was that he did not acknowledge the blessings bestowed upon him by god almighty and therefore it is the effort of satan to instill the same temperament in every human being because we we get blessings from god almighty. but hota kya hai? we focus on those things which we don't have.</w:t>
      </w:r>
    </w:p>
    <w:p>
      <w:pPr>
        <w:jc w:val="right"/>
      </w:pPr>
      <w:r>
        <w:t>The one of the most, other important thing that we learn is that what was the sin of Satan? The sin of Satan was that he did not acknowledge the blessings bestowed upon him by God almighty and therefore it is the effort of Satan to instill the same temperament in every human being because we we get blessings from God almighty. But होता क्या है? We focus on those things which we don't have.</w:t>
      </w:r>
    </w:p>
    <w:p>
      <w:r>
        <w:rPr>
          <w:b/>
        </w:rPr>
        <w:t xml:space="preserve">[03:55] </w:t>
      </w:r>
      <w:r>
        <w:t>we ignore the things which we have. this is this is human nature and this is exactly what satan tries to exploit. hazrat umer ibn khattab once said looking at a man who was deaf, dumb, blind and was suffering from leprosy. and he said, don't you see that he's enjoying the blessing of god because he's able to pass the urine without any obstacle or hindrance.</w:t>
      </w:r>
    </w:p>
    <w:p>
      <w:pPr>
        <w:jc w:val="right"/>
      </w:pPr>
      <w:r>
        <w:t>We ignore the things which we have. This is this is human nature and this is exactly what Satan tries to exploit. Hazrat Umer Ibn Khattab once said looking at a man who was deaf, dumb, blind and was suffering from leprosy. And he said, don't you see that he's enjoying the blessing of God because he's able to pass the urine without any obstacle or hindrance.</w:t>
      </w:r>
    </w:p>
    <w:p>
      <w:r>
        <w:rPr>
          <w:b/>
        </w:rPr>
        <w:t xml:space="preserve">[04:23] </w:t>
      </w:r>
      <w:r>
        <w:t>now you may think that blind, deaf, dumb and enjoying blessings, ask a person who is on dialysis. ask him that how his life is. he will tell you he's willing to give all his wealth only to get his kidneys back in the normal normal state. we ignore those blessings for granted. azraisha said that if you are able to take water and it passes on smoothly in your stomach, then do alam dilla.</w:t>
      </w:r>
    </w:p>
    <w:p>
      <w:pPr>
        <w:jc w:val="right"/>
      </w:pPr>
      <w:r>
        <w:t>Now you may think that blind, deaf, dumb and enjoying blessings, Ask a person who is on dialysis. Ask him that how his life is. He will tell you he's willing to give all his wealth only to get his kidneys back in the normal normal state. We ignore those blessings for granted. अज़राइशा said that if you are able to take water and it passes on smoothly in your stomach, then do अलम दिल्ला.</w:t>
      </w:r>
    </w:p>
    <w:p>
      <w:r>
        <w:rPr>
          <w:b/>
        </w:rPr>
        <w:t xml:space="preserve">[04:51] </w:t>
      </w:r>
      <w:r>
        <w:t>i was able to relate this hadith several years ago. i was talking to one of my friend khali dansari, he was a journalist and he mentioned to me a very strange side. he said, today i came across a person who would not digest water. i asked him twice. i said khalid bhai pani nahi digest kar sakte hain, how is that possible? and he said, yes. and if you look at that person, he was like a person with no air, completely squashed.</w:t>
      </w:r>
    </w:p>
    <w:p>
      <w:pPr>
        <w:jc w:val="right"/>
      </w:pPr>
      <w:r>
        <w:t>I was able to relate this हदी several years ago. I was talking to one of my friend खाली दंसारी, he was a journalist and he mentioned to me a very strange side. He said, today I came across a person who would not digest water. I asked him twice. I said खालिद भाई पानी नहीं digest कर सकते हैं, how is that possible? And he said, yes. And if you look at that person, he was like a person with no air, completely squashed.</w:t>
      </w:r>
    </w:p>
    <w:p>
      <w:r>
        <w:rPr>
          <w:b/>
        </w:rPr>
        <w:t xml:space="preserve">[05:19] </w:t>
      </w:r>
      <w:r>
        <w:t>i mean, can you imagine our body has more than 5060% of the water. soon after that person passed passed away. now here is a point that we should look at what we have and not look at what we don't have, something but satan did. so what should we do? we have to make ourselves stronger just like, you know, we wear clothes, it protects us.</w:t>
      </w:r>
    </w:p>
    <w:p>
      <w:pPr>
        <w:jc w:val="right"/>
      </w:pPr>
      <w:r>
        <w:t>I mean, can you imagine our body has more than 5060% of the water. Soon after that person passed passed away. Now here is a point that we should look at what we have and not look at what we don't have, something but Satan did. So what should we do? We have to make ourselves stronger Just like, you know, we wear clothes, it protects us.</w:t>
      </w:r>
    </w:p>
    <w:p>
      <w:r>
        <w:rPr>
          <w:b/>
        </w:rPr>
        <w:t xml:space="preserve">[05:46] </w:t>
      </w:r>
      <w:r>
        <w:t>and on the other hand, it also enhances our personality. it makes us look pleasing. similarly, we have to dress ourselves, inner our inner self as well. what is our inner dress? our inner dress is righteousness. how does righteousness come about? righteousness comes with taqwa. what is taqwa? it is piety, fear of god. so it does two things.</w:t>
      </w:r>
    </w:p>
    <w:p>
      <w:pPr>
        <w:jc w:val="right"/>
      </w:pPr>
      <w:r>
        <w:t>And on the other hand, it also enhances our personality. It makes us look pleasing. Similarly, we have to dress ourselves, inner our inner self as well. What is our inner dress? Our inner dress is righteousness. How does righteousness come about? Righteousness comes with तकवा. What is तकवा? It is piety, fear of god. So it does two things.</w:t>
      </w:r>
    </w:p>
    <w:p>
      <w:r>
        <w:rPr>
          <w:b/>
        </w:rPr>
        <w:t xml:space="preserve">[06:13] </w:t>
      </w:r>
      <w:r>
        <w:t>firstly, it saves you from the whisper of the satan when you are building yourself internally. and secondly, it enhances your inner self. you develop virtues like, you know, you become humble person. and humility, let me tell you, is the biggest virtue if you can develop it. how do you know that you are a humble person? see, you are at, you are right now in a student's life.</w:t>
      </w:r>
    </w:p>
    <w:p>
      <w:pPr>
        <w:jc w:val="right"/>
      </w:pPr>
      <w:r>
        <w:t>Firstly, it saves you from the whisper of the Satan when you are building yourself internally. And secondly, it enhances your inner self. You develop virtues like, you know, you become humble person. And humility, let me tell you, is the biggest virtue if you can develop it. How do you know that you are a humble person? See, you are at, you are right now in a student's life.</w:t>
      </w:r>
    </w:p>
    <w:p>
      <w:r>
        <w:rPr>
          <w:b/>
        </w:rPr>
        <w:t xml:space="preserve">[06:40] </w:t>
      </w:r>
      <w:r>
        <w:t>you will start working, you will become parents and life will go on. but in every step of life, just keep checking yourself. are you humble? god loves humble servants. what is the way? just remember this. when criticism doesn't offend you and praise doesn't please you, then you are truly humble. remind yourself of this every time. every time when you achieve a milestone, it doesn't make you arrogant.</w:t>
      </w:r>
    </w:p>
    <w:p>
      <w:pPr>
        <w:jc w:val="right"/>
      </w:pPr>
      <w:r>
        <w:t>You will start working, you will become parents and life will go on. But in every step of life, just keep checking yourself. Are you humble? God loves humble servants. What is the way? Just remember this. When criticism doesn't offend you and praise doesn't please you, then you are truly humble. Remind yourself of this every time. Every time when you achieve a milestone, it doesn't make you arrogant.</w:t>
      </w:r>
    </w:p>
    <w:p>
      <w:r>
        <w:rPr>
          <w:b/>
        </w:rPr>
        <w:t xml:space="preserve">[07:09] </w:t>
      </w:r>
      <w:r>
        <w:t>but, you know, you say that if somebody is saying something bad, which appears to me bad, instead of introspection, am i getting mad at him? am i reacting? that's a point. you're not humble. you're not being humble. so it's very important that we build ourselves internally. so remember there's inert rest, righteousness out of taqwa. so what is our present status now?</w:t>
      </w:r>
    </w:p>
    <w:p>
      <w:pPr>
        <w:jc w:val="right"/>
      </w:pPr>
      <w:r>
        <w:t>But, you know, you say that if somebody is saying something bad, which appears to me bad, instead of introspection, am I getting mad at him? Am I reacting? That's a point. You're not humble. You're not being humble. So it's very important that we build ourselves internally. So remember there's inert rest, righteousness out of तक़वा. So what is our present status now?</w:t>
      </w:r>
    </w:p>
    <w:p>
      <w:r>
        <w:rPr>
          <w:b/>
        </w:rPr>
        <w:t xml:space="preserve">[07:35] </w:t>
      </w:r>
      <w:r>
        <w:t>i mean if you looked around our lives, people you know we we meet, we find that there are problems, anxiety, difficulty, tension, stress. we will talk about it today. and what is the reason that there is so much of all these negative elements in life? the reason is that man was an inhabitant of paradise. but adam made a mistake and all of us therefore are on trial.</w:t>
      </w:r>
    </w:p>
    <w:p>
      <w:pPr>
        <w:jc w:val="right"/>
      </w:pPr>
      <w:r>
        <w:t>I mean if you looked around our lives, people you know we we meet, we find that there are problems, anxiety, difficulty, tension, stress. We will talk about it today. And what is the reason that there is so much of all these negative elements in life? The reason is that man was an inhabitant of paradise. But Adam made a mistake and all of us therefore are on trial.</w:t>
      </w:r>
    </w:p>
    <w:p>
      <w:r>
        <w:rPr>
          <w:b/>
        </w:rPr>
        <w:t xml:space="preserve">[08:05] </w:t>
      </w:r>
      <w:r>
        <w:t>so in a way we have been settled on this earth. we are refugees. we are not the the inhabitants of this world. and what is the solution then? the solution is that we keep reminding ourselves that all of this is a temporary period. and most importantly, like we discussed in the previous two sessions, we have to make others aware about the creation plan of god. what is this creation plan of god?</w:t>
      </w:r>
    </w:p>
    <w:p>
      <w:pPr>
        <w:jc w:val="right"/>
      </w:pPr>
      <w:r>
        <w:t>So in a way we have been settled on this earth. We are refugees. We are not the the inhabitants of this world. And what is the solution then? The solution is that we keep reminding ourselves that all of this is a temporary period. And most importantly, like we discussed in the previous two sessions, we have to make others aware about the creation plan of God. What is this creation plan of God?</w:t>
      </w:r>
    </w:p>
    <w:p>
      <w:r>
        <w:rPr>
          <w:b/>
        </w:rPr>
        <w:t xml:space="preserve">[08:34] </w:t>
      </w:r>
      <w:r>
        <w:t>This is something that brought me to my ustaad, my guru Maulana Wahiduddin Khan sahib because I always had these existential questions which I could not answer and it made me sort of so much anxious that I used to get frustrated. The question that who am I? Why am I being created? Where will I go after I die? What is success and what is failure?</w:t>
      </w:r>
    </w:p>
    <w:p>
      <w:pPr>
        <w:jc w:val="right"/>
      </w:pPr>
      <w:r>
        <w:t>This is something that brought me to my उस्ताग, my गुरु मुलाना वैदुद्दीन खान साहब because I always had these existential questions which I could not answer and it made me sort of so much anxious that I used to get frustrated. The question that who am I? Why am I being created? Where will I go after I die? What is success and what is failure?</w:t>
      </w:r>
    </w:p>
    <w:p>
      <w:r>
        <w:rPr>
          <w:b/>
        </w:rPr>
        <w:t xml:space="preserve">[08:59] </w:t>
      </w:r>
      <w:r>
        <w:t>So when you read Quran, you find precise answer for the creation plan of God. It gives you the creation plan of God. Quran says he created death and life so that he might test you and find out which one of you is best in conduct.</w:t>
      </w:r>
    </w:p>
    <w:p>
      <w:pPr>
        <w:jc w:val="right"/>
      </w:pPr>
      <w:r>
        <w:t>So when you read Quran, you find precise answer for the creation plan of God. It gives you the creation plan of God. Quran says he created death and life so that he might test you and find out which one of you is best in conduct.</w:t>
      </w:r>
    </w:p>
    <w:p>
      <w:r>
        <w:rPr>
          <w:b/>
        </w:rPr>
        <w:t xml:space="preserve">[09:19] </w:t>
      </w:r>
      <w:r>
        <w:t>Yet at another place, Quran says in chapter 11, enthroned above the waters it was he who created the heavens and the earth in six periods in order to test which of you is best in conduct.</w:t>
      </w:r>
    </w:p>
    <w:p>
      <w:pPr>
        <w:jc w:val="right"/>
      </w:pPr>
      <w:r>
        <w:t>Yet at another place, Quran says in chapter 11, enthroned above the waters it was he who created the heavens and the earth in six periods in order to test which of you is best in conduct.</w:t>
      </w:r>
    </w:p>
    <w:p>
      <w:r>
        <w:rPr>
          <w:b/>
        </w:rPr>
        <w:t xml:space="preserve">[09:33] </w:t>
      </w:r>
      <w:r>
        <w:t>In chapter 18, Quran says, we have adorned the earth with attractive things so that we may test mankind as to which one is best in conduct but we shall reduce all this to barren waste. So here death and life is talking about, you know, our eternal life. Soul is eternal but it's talking about the pre death period and the post death period.</w:t>
      </w:r>
    </w:p>
    <w:p>
      <w:pPr>
        <w:jc w:val="right"/>
      </w:pPr>
      <w:r>
        <w:t>In chapter 18, Quran says, we have adorned the earth with attractive things so that we may test mankind as to which one is best in conduct but we shall reduce all this to barren waste. So here death and life is talking about, you know, our eternal life. Soul is eternal but it's talking about the pre death period and the post death period.</w:t>
      </w:r>
    </w:p>
    <w:p>
      <w:r>
        <w:rPr>
          <w:b/>
        </w:rPr>
        <w:t xml:space="preserve">[10:01] </w:t>
      </w:r>
      <w:r>
        <w:t>God has given this life not as a gift that we enjoy, we party, we just build mansions, but God has given this this life to see whether we use the freedom rightly or we misuse the freedom. And, if you actually, look about this, you know, the creation plan of God, you realize that this divine scheme of thing is actually a point of great hope.</w:t>
      </w:r>
    </w:p>
    <w:p>
      <w:pPr>
        <w:jc w:val="right"/>
      </w:pPr>
      <w:r>
        <w:t>God has given this life not as a gift that we enjoy, we party, we just build mansions, but God has given this this life to see whether we use the freedom rightly or we misuse the freedom. And, if you actually, look about this, you know, the creation plan of God, you realize that this divine scheme of thing is actually a point of great hope.</w:t>
      </w:r>
    </w:p>
    <w:p>
      <w:r>
        <w:rPr>
          <w:b/>
        </w:rPr>
        <w:t xml:space="preserve">[10:31] </w:t>
      </w:r>
      <w:r>
        <w:t>People get, you know, dissatisfied. People get, sad, unhappy, frustrated. But if you look at it, God is saying that I have created you for a temporary period. This period I am going to test you. After that period you will have the eternal, the permanent period. So doesn't it give us hope that all these problems, difficulties, untoward instances, this will go away in some time?</w:t>
      </w:r>
    </w:p>
    <w:p>
      <w:pPr>
        <w:jc w:val="right"/>
      </w:pPr>
      <w:r>
        <w:t>People get, you know, dissatisfied. People get, sad, unhappy, frustrated. But if you look at it, God is saying that I have created you for a temporary period. This period I am going to test you. After that period you will have the eternal, the permanent period. So doesn't it give us hope that all these problems, difficulties, untoward instances, this will go away in some time?</w:t>
      </w:r>
    </w:p>
    <w:p>
      <w:r>
        <w:rPr>
          <w:b/>
        </w:rPr>
        <w:t xml:space="preserve">[11:00] </w:t>
      </w:r>
      <w:r>
        <w:t>It will not be here forever. It's not permanent. And if you look at it, every man or woman tries to have a perfect life. It is said that every man and woman is a graveyard of unfulfilled desires. We plan so much but everything left is left behind. So, therefore, when we tell ourselves that this is a selection ground, this world is a selection ground.</w:t>
      </w:r>
    </w:p>
    <w:p>
      <w:pPr>
        <w:jc w:val="right"/>
      </w:pPr>
      <w:r>
        <w:t>It will not be here forever. It's not permanent. And if you look at it, every man or woman tries to have a perfect life. It is said that every man and woman is a graveyard of unfulfilled desires. We plan so much but everything left is left behind. So, therefore, when we tell ourselves that this is a selection ground, this world is a selection ground.</w:t>
      </w:r>
    </w:p>
    <w:p>
      <w:r>
        <w:rPr>
          <w:b/>
        </w:rPr>
        <w:t xml:space="preserve">[11:29] </w:t>
      </w:r>
      <w:r>
        <w:t>God created paradise before he created human beings, and that's an ideal world and god wants ideal people</w:t>
      </w:r>
    </w:p>
    <w:p>
      <w:pPr>
        <w:jc w:val="right"/>
      </w:pPr>
      <w:r>
        <w:t>God created paradise before he created human beings, and that's an ideal world and god wants ideal people</w:t>
      </w:r>
    </w:p>
    <w:p>
      <w:r>
        <w:rPr>
          <w:b/>
        </w:rPr>
        <w:t xml:space="preserve">[11:35] </w:t>
      </w:r>
      <w:r>
        <w:t>to be settled in the ideal world and that is why the process of selection is going on</w:t>
      </w:r>
    </w:p>
    <w:p>
      <w:pPr>
        <w:jc w:val="right"/>
      </w:pPr>
      <w:r>
        <w:t>to be settled in the ideal world and that is why the process of selection is going on</w:t>
      </w:r>
    </w:p>
    <w:p>
      <w:r>
        <w:rPr>
          <w:b/>
        </w:rPr>
        <w:t xml:space="preserve">[11:41] </w:t>
      </w:r>
      <w:r>
        <w:t>in human history.</w:t>
      </w:r>
    </w:p>
    <w:p>
      <w:pPr>
        <w:jc w:val="right"/>
      </w:pPr>
      <w:r>
        <w:t>in human history.</w:t>
      </w:r>
    </w:p>
    <w:p>
      <w:r>
        <w:rPr>
          <w:b/>
        </w:rPr>
        <w:t xml:space="preserve">[11:47] </w:t>
      </w:r>
      <w:r>
        <w:t>That's why prophets came to make people aware and this is now our role after the prophet.</w:t>
      </w:r>
    </w:p>
    <w:p>
      <w:pPr>
        <w:jc w:val="right"/>
      </w:pPr>
      <w:r>
        <w:t>That's why prophets came to make people aware and this is now our role after the prophet.</w:t>
      </w:r>
    </w:p>
    <w:p>
      <w:r>
        <w:rPr>
          <w:b/>
        </w:rPr>
        <w:t xml:space="preserve">[11:53] </w:t>
      </w:r>
      <w:r>
        <w:t>So this is this is what the gist is and let's talk about death.</w:t>
      </w:r>
    </w:p>
    <w:p>
      <w:pPr>
        <w:jc w:val="right"/>
      </w:pPr>
      <w:r>
        <w:t>So this is this is what the gist is and let's talk about death.</w:t>
      </w:r>
    </w:p>
    <w:p>
      <w:r>
        <w:rPr>
          <w:b/>
        </w:rPr>
        <w:t xml:space="preserve">[12:00] </w:t>
      </w:r>
      <w:r>
        <w:t>It's very important and I must say that all the people present in this room are not going to be around beyond hundred years, I can say that. Some people will even go earlier, people like me. We'll be gone much much before then all of you. And, but, you know, people sort of take, life not, very, seriously. They they even don't take that seriously.</w:t>
      </w:r>
    </w:p>
    <w:p>
      <w:pPr>
        <w:jc w:val="right"/>
      </w:pPr>
      <w:r>
        <w:t>It's very important and I must say that all the people present in this room are not going to be around beyond hundred years, I can say that. Some people will even go earlier, people like me. We'll be gone much much before then all of you. And, but, you know, people sort of take, life not, very, seriously. They they even don't take that seriously.</w:t>
      </w:r>
    </w:p>
    <w:p>
      <w:r>
        <w:rPr>
          <w:b/>
        </w:rPr>
        <w:t xml:space="preserve">[12:27] </w:t>
      </w:r>
      <w:r>
        <w:t>Once a prophet was asked that, rasool please advise me just like iron rust, hearts also rust. What should we do? He said remember death and read the word of god. Hazrat Aisha once said that death precedes meeting Allah. So how can death be negative? Just think about it.</w:t>
      </w:r>
    </w:p>
    <w:p>
      <w:pPr>
        <w:jc w:val="right"/>
      </w:pPr>
      <w:r>
        <w:t>Once a prophet was asked that, रसोल please advise me just like iron rust, hearts also rust. What should we do? He said remember death and read the word of god. Hazrat Aisha once said that death precedes meeting Allah. So how can death be negative? Just think about it.</w:t>
      </w:r>
    </w:p>
    <w:p>
      <w:r>
        <w:rPr>
          <w:b/>
        </w:rPr>
        <w:t xml:space="preserve">[12:52] </w:t>
      </w:r>
      <w:r>
        <w:t>Our biggest goal in life is to see our creator, to meet our creator in paradise. That can only come about after a death period. So death is not negative, but death is a great reminder. It teaches us lot of things, and therefore we should look at those things in that context. But do you see people taking depth seriously when you meet people, when you interact with them?</w:t>
      </w:r>
    </w:p>
    <w:p>
      <w:pPr>
        <w:jc w:val="right"/>
      </w:pPr>
      <w:r>
        <w:t>Our biggest goal in life is to see our creator, to meet our creator in paradise. That can only come about after a death period. So death is not negative, but death is a great reminder. It teaches us lot of things, and therefore we should look at those things in that context. But do you see people taking depth seriously when you meet people, when you interact with them?</w:t>
      </w:r>
    </w:p>
    <w:p>
      <w:r>
        <w:rPr>
          <w:b/>
        </w:rPr>
        <w:t xml:space="preserve">[13:19] </w:t>
      </w:r>
      <w:r>
        <w:t>I was reading this book of Maulana Wahiduddin Khan sa Purpose of Creation. In this he is mentioned about a story that a judge was passing the judgment and he said to the accused that tomorrow 06:00 you will be hanged. But the but the accused started to laugh and the judge was anew. He said, why are you laughing? He said, judge sahib, main toh 8 baje tak sota hoon.</w:t>
      </w:r>
    </w:p>
    <w:p>
      <w:pPr>
        <w:jc w:val="right"/>
      </w:pPr>
      <w:r>
        <w:t>I was reading this book of मनाना वैद्युद्धिन खान सा Purpose of Creation. In this he is mentioned about a story that a judge was passing the judgment and he said to the accused that tomorrow 06:00 you will be hanged. But the but the accused started to laugh and the judge was anew. He said, why are you laughing? He said, judge साहब, मैं तो आठ बजे तक सोता हूं.</w:t>
      </w:r>
    </w:p>
    <w:p>
      <w:r>
        <w:rPr>
          <w:b/>
        </w:rPr>
        <w:t xml:space="preserve">[13:45] </w:t>
      </w:r>
      <w:r>
        <w:t>Now, you know, this may appear like a joke, but this is exactly what people feel. They think that the angel of death will not come at 06:00 in the morning. The angel of death will not waste a second. He will come precisely at the time appointed. And therefore, it's very important that, you know, we take, death very seriously. I had this colleague in my previous organization.</w:t>
      </w:r>
    </w:p>
    <w:p>
      <w:pPr>
        <w:jc w:val="right"/>
      </w:pPr>
      <w:r>
        <w:t>Now, you know, this may appear like a joke, but this is exactly what people feel. They think that the angel of death will not come at 06:00 in the morning. The angel of death will not waste a second. He will come precisely at the time appointed. And therefore, it's very important that, you know, we take, death very seriously. I had this colleague in my previous organization.</w:t>
      </w:r>
    </w:p>
    <w:p>
      <w:r>
        <w:rPr>
          <w:b/>
        </w:rPr>
        <w:t xml:space="preserve">[14:11] </w:t>
      </w:r>
      <w:r>
        <w:t>I was working with an American company, and this colleague was, he's a he's a Christian, and he was into all sorts of things, which I found morally not right and I told him that look why do you do all this? Even in Christianity there is a day of judgement. So stop doing all this. So his response came. He said, let me enjoy my life. Tabki tab dekhenge.</w:t>
      </w:r>
    </w:p>
    <w:p>
      <w:pPr>
        <w:jc w:val="right"/>
      </w:pPr>
      <w:r>
        <w:t>I was working with an American, company, and, this colleague was, he's a he's a Christian, and he was into all sorts of, things, which I found morally not right and I told him that look why do you do all this? Even in Christianity there is a day of judgement. So stop doing all this. So his response came. He said रजत let me enjoy my life. तबकी तब दिखेंगे.</w:t>
      </w:r>
    </w:p>
    <w:p>
      <w:r>
        <w:rPr>
          <w:b/>
        </w:rPr>
        <w:t xml:space="preserve">[14:40] </w:t>
      </w:r>
      <w:r>
        <w:t>I'll see when I face that. Why are spoiling my life like this? So people think that, you know, death is something that is far far away and you can do your own check. You are, you know, students at a young age from your age to my age and to beyond. When you meet or interact, do you have group discussion on death? Or when you interact with people elder to you, do you find them disturbed that, you know, death will come and therefore I have to be serious in life?</w:t>
      </w:r>
    </w:p>
    <w:p>
      <w:pPr>
        <w:jc w:val="right"/>
      </w:pPr>
      <w:r>
        <w:t>I'll see when I face that. Why are spoiling my life like this? So people think that, you know, death is something that is far far away and you can do your own check. You are, you know, students at a young age from your age to my age and to beyond. When you meet or interact, do you have group discussion on death? Or when you interact with people elder to you, do you find them disturbed that, you know, death will come and therefore I have to be serious in life?</w:t>
      </w:r>
    </w:p>
    <w:p>
      <w:r>
        <w:rPr>
          <w:b/>
        </w:rPr>
        <w:t xml:space="preserve">[15:09] </w:t>
      </w:r>
      <w:r>
        <w:t>I have to be a good human being? Do you see that happening? No. Even I don't. I mean, I see people living, you know, in this, world and yeh bahut, you know, important hai that, you know, you take all of this very very seriously because, you know, your life is defined by what you take seriously and what you don't.</w:t>
      </w:r>
    </w:p>
    <w:p>
      <w:pPr>
        <w:jc w:val="right"/>
      </w:pPr>
      <w:r>
        <w:t>I have to be a good human being? Do you see that happening? No. Even I don't. I mean, I see people living, you know, in this, world and यह बहुत, you know, important है that, you know, you take all of this very very seriously because, you know, your life is defined by what you take seriously and what you don't.</w:t>
      </w:r>
    </w:p>
    <w:p>
      <w:r>
        <w:rPr>
          <w:b/>
        </w:rPr>
        <w:t xml:space="preserve">[15:34] </w:t>
      </w:r>
      <w:r>
        <w:t>Agar jo aap bolte hain aapki dil ki dhadkan na bane, or words that you speak does not become your heartbeat, then there will be a disconnection between what you say and what you do. Woh kehte hain na kathni aur karni mein fark nahi hona chahiye. Practice what you preach.</w:t>
      </w:r>
    </w:p>
    <w:p>
      <w:pPr>
        <w:jc w:val="right"/>
      </w:pPr>
      <w:r>
        <w:t>अगर जो आप बोलते हैं आपकी दिल की धड़कन ना बने, या words that you speak does not become your heartbeat, then there will be a disconnection between what you say and what you do. वह कहते हैं ना कथनी और करनी में फ़र्क़ नहीं होना चाहिए. Practice what you preach.</w:t>
      </w:r>
    </w:p>
    <w:p>
      <w:r>
        <w:rPr>
          <w:b/>
        </w:rPr>
        <w:t xml:space="preserve">[15:53] </w:t>
      </w:r>
      <w:r>
        <w:t>So if you, if you take depth seriously then you will mold your life accordingly And I'll give you a beautiful example which I came from the life of Hazrat Abu Darda that how do you mold your life?</w:t>
      </w:r>
    </w:p>
    <w:p>
      <w:pPr>
        <w:jc w:val="right"/>
      </w:pPr>
      <w:r>
        <w:t>So if you, if you take depth seriously then you will mold your life accordingly And I'll give you a beautiful example which I came from the life of हज़रत अबू दर्दा that how do you mold your life?</w:t>
      </w:r>
    </w:p>
    <w:p>
      <w:r>
        <w:rPr>
          <w:b/>
        </w:rPr>
        <w:t xml:space="preserve">[16:09] </w:t>
      </w:r>
      <w:r>
        <w:t>We all know Hazrat Abu Darda was one of the senior companions of the prophet and it was time of the the Khilafat of Hazrat Umar bin Khattab and Hazrat Hazrat Abu Darda visited him and he expressed his desire to move to Syria. And he said, let me go to Syria. But Hazrat Umar said, no, I will not allow you to go to Syria.</w:t>
      </w:r>
    </w:p>
    <w:p>
      <w:pPr>
        <w:jc w:val="right"/>
      </w:pPr>
      <w:r>
        <w:t>We all know हज़रत अबू दर्दा was one of the senior companions of the prophet and it was time of the the खिलाफत of Hazrat Umar bin Khattab and Hazrat Hazrat Abu दर्दा visited him and he expressed his desire to move to Syria. And he said, let me go to Syria. But हज़ाद उबा said, no, I will not allow you to go to Syria.</w:t>
      </w:r>
    </w:p>
    <w:p>
      <w:r>
        <w:rPr>
          <w:b/>
        </w:rPr>
        <w:t xml:space="preserve">[16:36] </w:t>
      </w:r>
      <w:r>
        <w:t>I will allow you with only one condition and that condition is that you accept the governorship of Syria. Now, Hazrat Abu Darda was a man of hereafter and Hazrat Umar was offering him a worldly position. So of course he said, no, I will not take this. So Hazrat Umar like we know his his his, you know, nature and how he was. We discussed in previous two sessions. He said, then you cannot go.</w:t>
      </w:r>
    </w:p>
    <w:p>
      <w:pPr>
        <w:jc w:val="right"/>
      </w:pPr>
      <w:r>
        <w:t>I will allow you with only one condition and that condition is that you accept the governorship of Syria. Now, हज़रत अबू दर्दा was a man of hereafter and हज़रत उमर was offering him a worldly position. So of course he said, no, I will not take this. So हज़रत उमर like we know his his his, you know, nature and how he was. We discussed in previous two sessions. He said, then you cannot go.</w:t>
      </w:r>
    </w:p>
    <w:p>
      <w:r>
        <w:rPr>
          <w:b/>
        </w:rPr>
        <w:t xml:space="preserve">[17:03] </w:t>
      </w:r>
      <w:r>
        <w:t>So Hazrat Abu Darda came back home but then he thought and thought. And then again he went to Hazrat Umar and he said to Hazrat Umar that ok, I will go to Syria, accept your condition. But you have to accept my two conditions that one, I will lead the salah and second, I will teach the sunnah.</w:t>
      </w:r>
    </w:p>
    <w:p>
      <w:pPr>
        <w:jc w:val="right"/>
      </w:pPr>
      <w:r>
        <w:t>So हज़ार अबू दर्दा came back home but then he thought and thought. And then again he went to हज़ार उमर and he said to हज़ात उमर that ok, I will go to Syria, accept your condition. But you have to accept my two conditions that one, I will lead the सलाह and second, I will teach the सुन्ना.</w:t>
      </w:r>
    </w:p>
    <w:p>
      <w:r>
        <w:rPr>
          <w:b/>
        </w:rPr>
        <w:t xml:space="preserve">[17:27] </w:t>
      </w:r>
      <w:r>
        <w:t>So Hazrat Umar agreed and and therefore, you know, he allowed Hazrat Abu Darda to travel to Syria. One year passed and Hazrat Umar said to his companion Yarfa, he said chalo Syria chalte hain and they go to Syria. And Hazrat Umar said that I want to visit first some other companions. Let's go and visit Yazid bin Abu Sufyan.</w:t>
      </w:r>
    </w:p>
    <w:p>
      <w:pPr>
        <w:jc w:val="right"/>
      </w:pPr>
      <w:r>
        <w:t>So हज़ात उमर agreed and and therefore, you know, he allowed हज़रत अबू दर्दा to travel to Syria. One year passed and हज़ात उमर said to his companion यार्फा, he said चलो Syria चलते हैं and they go to Syria. And हज़ात उमर said that I want to visit first some other companions. Let's go and visit Yazid bin Abu Sufin.</w:t>
      </w:r>
    </w:p>
    <w:p>
      <w:r>
        <w:rPr>
          <w:b/>
        </w:rPr>
        <w:t xml:space="preserve">[17:56] </w:t>
      </w:r>
      <w:r>
        <w:t>And so they went to his house and before Yarfah could knock the door, Hazrat Umar said, let me tell you what will be the scene inside. He said, Yazid will be sitting on costly carpet along with his courtiers gossiping. There will be lighting of the lamp around and you will not be allowed to enter till you identify yourself. But he will definitely give you greetings.</w:t>
      </w:r>
    </w:p>
    <w:p>
      <w:pPr>
        <w:jc w:val="right"/>
      </w:pPr>
      <w:r>
        <w:t>And so they went to his house and before Yarfah could knock the door, Azat Umar said, let me tell you what will be the scene inside. He said, यज़ीद will be sitting on costly carpet along with his courtiers gossiping. There will be lighting of the lamp around and you will not be allowed to enter till you identify yourself. But he will definitely give you greetings.</w:t>
      </w:r>
    </w:p>
    <w:p>
      <w:r>
        <w:rPr>
          <w:b/>
        </w:rPr>
        <w:t xml:space="preserve">[18:26] </w:t>
      </w:r>
      <w:r>
        <w:t>So Hazrat Yarfa knocked at the door and he said Assalam Walekum. From inside came the response Walekum Assalam. So he said, can I come in? So Yazid asked him, who are you? This is important because back then it didn't matter your stature. It was a time of the earlier period of Islam. If you had any problems, queries, you could walk into into the office of any person of authority without identifying who you are.</w:t>
      </w:r>
    </w:p>
    <w:p>
      <w:pPr>
        <w:jc w:val="right"/>
      </w:pPr>
      <w:r>
        <w:t>So हज़रत यार्फा knocked at the door and he said असालाम वालेकुम. From inside came the response वालिकुम असालाम. So he said, can I come in? So याज़ीर asked him, who are you? This is important because back then it didn't matter your stature. It was a time of the earlier period of Islam. If you had any problems, queries, you could walk into into the office of any person of authority without identifying who you are.</w:t>
      </w:r>
    </w:p>
    <w:p>
      <w:r>
        <w:rPr>
          <w:b/>
        </w:rPr>
        <w:t xml:space="preserve">[18:56] </w:t>
      </w:r>
      <w:r>
        <w:t>But here he was being asked. So he said, I am someone on whose arrival you will not be happy. Look who is here. Amirul Momineen is here, commander of the faithful and Hazrat Umar entered the house and he saw exactly the scene sitting on costly carpet gossiping, lamp lighting and environment was different And you know how Hazrat Umar is, he lashed him. He rolled up the carpet and the thing and he said, you wait here, I'll come back.</w:t>
      </w:r>
    </w:p>
    <w:p>
      <w:pPr>
        <w:jc w:val="right"/>
      </w:pPr>
      <w:r>
        <w:t>But here he was being asked. So he said, I am someone on whose arrival you will not be happy. Look who is here. अमिरुल मोमिनीन is here, commander of the faithful and हज़रत उमर entered the house and he saw exactly the scene sitting on कौसली carpet gossiping, lamp lighting and environment was different And you know how हज़रत उमर is, he lashed him. He rolled up the carpet and the thing and he said, you wait here, I'll come back.</w:t>
      </w:r>
    </w:p>
    <w:p>
      <w:r>
        <w:rPr>
          <w:b/>
        </w:rPr>
        <w:t xml:space="preserve">[19:24] </w:t>
      </w:r>
      <w:r>
        <w:t>And then Hazrat Umar said to Yarfa let's go to Amr bin Alas and let's go to Abu Musab and you will find the same scene. It it was surprising for me also. Abu Musal Asri. And, you know, when he and when he saw Abu Musal Asar he said, you too Abu Musa. He said, I took only those things which I was entitled. But then Hazrat Umar pointed out at the cushion. He said, what about this?</w:t>
      </w:r>
    </w:p>
    <w:p>
      <w:pPr>
        <w:jc w:val="right"/>
      </w:pPr>
      <w:r>
        <w:t>And then हज़रत उमर said to यार्फा let's go to अमर बिन अलास and let's go to अबू मुसाब and you will find the same scene. It it was surprising for me also. अबू मुसाल असरी. And, you know, when he and when he saw अबू मुसाल असर he said, you too अबू मुसा. He said, I took only those things which I was entitled. But then हज़ार उमर pointed out at the cushion. He said, what about this?</w:t>
      </w:r>
    </w:p>
    <w:p>
      <w:r>
        <w:rPr>
          <w:b/>
        </w:rPr>
        <w:t xml:space="preserve">[19:50] </w:t>
      </w:r>
      <w:r>
        <w:t>He said people here say that imarat leadership does not look nice without all these things. So Hazrat Umar said, you wait here and I'll come back. And then he said to Yarfa, Yarfa take me to my brother and that he meant by Abu Dardaa.</w:t>
      </w:r>
    </w:p>
    <w:p>
      <w:pPr>
        <w:jc w:val="right"/>
      </w:pPr>
      <w:r>
        <w:t>He said people here say that इमारत leadership does not look nice without all these things. So हज़ार उमर said, you wait here and I'll come back. And then he said to यार्फा, यार्फा take me to my brother and that he meant by अबू दर्दा.</w:t>
      </w:r>
    </w:p>
    <w:p>
      <w:r>
        <w:rPr>
          <w:b/>
        </w:rPr>
        <w:t xml:space="preserve">[20:07] </w:t>
      </w:r>
      <w:r>
        <w:t>So they go to Hazrat Abu Dardaa's house and and just before entering he said to Yarfa that you will notice that the door will not be bolted from inside. There will be no lamp. He will be sitting on pebbles. His head will be reclining on a pillow filled with leaves and he will have a cloth on his body barely covering the bitter cold.</w:t>
      </w:r>
    </w:p>
    <w:p>
      <w:pPr>
        <w:jc w:val="right"/>
      </w:pPr>
      <w:r>
        <w:t>So they go to हज़ज़त अबू दर्दा's house and and just before entering he said to यार्फा that you will notice that the door will not be bolted from inside. There will be no lamp. He will be sitting on pebbles. His head will be reclining on a pillow filled with leaves and he will have a cloth on his body barely covering the bitter cold.</w:t>
      </w:r>
    </w:p>
    <w:p>
      <w:r>
        <w:rPr>
          <w:b/>
        </w:rPr>
        <w:t xml:space="preserve">[20:34] </w:t>
      </w:r>
      <w:r>
        <w:t>So, Hazrat Yarfa knocked at the door, Assra Walikum Walikum Assalam. He said, can we come in? He said, please come in. The door was not bolted from inside. And when they entered, Hazrat Umar bin Khattab had to find his way because it was dismal dark. He found his way to Hazrat Abu Dardaa and there he saw sitting on pebbles, head declining on a pillow filled with leaves and it was bitter cold and cloth was not covering his body.</w:t>
      </w:r>
    </w:p>
    <w:p>
      <w:pPr>
        <w:jc w:val="right"/>
      </w:pPr>
      <w:r>
        <w:t>So, हज़रत यारफ़ान knocked at the door, असरा वालिकुम वालिकुम अस्सलाम. He said, can we come in? He said, please come in. The door was not bolted from inside. And when they entered, हज़रत उमर बिन ख़ताब had to find his way because it was dismal dark. He found his way to हज़रत अबू दर्दा and there he saw sitting on pebbles, head declining on a pillow filled with leaves and it was bitter cold and cloth was not covering his body.</w:t>
      </w:r>
    </w:p>
    <w:p>
      <w:r>
        <w:rPr>
          <w:b/>
        </w:rPr>
        <w:t xml:space="preserve">[21:01] </w:t>
      </w:r>
      <w:r>
        <w:t>So then umar looked at hazrat abu darda, he said, abu darda, didn't I give you enough scope</w:t>
      </w:r>
    </w:p>
    <w:p>
      <w:pPr>
        <w:jc w:val="right"/>
      </w:pPr>
      <w:r>
        <w:t>So then उमर looked at हज़ात अबू दर्दा, he said, अबू दर्दा, didn't I give you enough scope</w:t>
      </w:r>
    </w:p>
    <w:p>
      <w:r>
        <w:rPr>
          <w:b/>
        </w:rPr>
        <w:t xml:space="preserve">[21:05] </w:t>
      </w:r>
      <w:r>
        <w:t>to get some basic necessities for yourself?</w:t>
      </w:r>
    </w:p>
    <w:p>
      <w:pPr>
        <w:jc w:val="right"/>
      </w:pPr>
      <w:r>
        <w:t>to get some basic necessities for yourself?</w:t>
      </w:r>
    </w:p>
    <w:p>
      <w:r>
        <w:rPr>
          <w:b/>
        </w:rPr>
        <w:t xml:space="preserve">[21:09] </w:t>
      </w:r>
      <w:r>
        <w:t>hazrat abu darda said, umar, we are meeting after a year.</w:t>
      </w:r>
    </w:p>
    <w:p>
      <w:pPr>
        <w:jc w:val="right"/>
      </w:pPr>
      <w:r>
        <w:t>हज़रत अबू दर्दा said, उमर, we are meeting after a year.</w:t>
      </w:r>
    </w:p>
    <w:p>
      <w:r>
        <w:rPr>
          <w:b/>
        </w:rPr>
        <w:t xml:space="preserve">[21:14] </w:t>
      </w:r>
      <w:r>
        <w:t>Do you remember what prophet said?</w:t>
      </w:r>
    </w:p>
    <w:p>
      <w:pPr>
        <w:jc w:val="right"/>
      </w:pPr>
      <w:r>
        <w:t>Do you remember what prophet said?</w:t>
      </w:r>
    </w:p>
    <w:p>
      <w:r>
        <w:rPr>
          <w:b/>
        </w:rPr>
        <w:t xml:space="preserve">[21:18] </w:t>
      </w:r>
      <w:r>
        <w:t>So Hazrat Umar said, which hadith are you referring to?</w:t>
      </w:r>
    </w:p>
    <w:p>
      <w:pPr>
        <w:jc w:val="right"/>
      </w:pPr>
      <w:r>
        <w:t>So हज़रत उमर said, which hadith are you referring to?</w:t>
      </w:r>
    </w:p>
    <w:p>
      <w:r>
        <w:rPr>
          <w:b/>
        </w:rPr>
        <w:t xml:space="preserve">[21:23] </w:t>
      </w:r>
      <w:r>
        <w:t>He said the one where he said that you should carry as much belongings as a traveler needs</w:t>
      </w:r>
    </w:p>
    <w:p>
      <w:pPr>
        <w:jc w:val="right"/>
      </w:pPr>
      <w:r>
        <w:t>He said the one where he said that you should carry as much belongings as a traveler needs</w:t>
      </w:r>
    </w:p>
    <w:p>
      <w:r>
        <w:rPr>
          <w:b/>
        </w:rPr>
        <w:t xml:space="preserve">[21:27] </w:t>
      </w:r>
      <w:r>
        <w:t>in his journey.</w:t>
      </w:r>
    </w:p>
    <w:p>
      <w:pPr>
        <w:jc w:val="right"/>
      </w:pPr>
      <w:r>
        <w:t>in his journey.</w:t>
      </w:r>
    </w:p>
    <w:p>
      <w:r>
        <w:rPr>
          <w:b/>
        </w:rPr>
        <w:t xml:space="preserve">[21:32] </w:t>
      </w:r>
      <w:r>
        <w:t>And then he said, Umar, what have we done? What have we done after the prophet departed? And hearing this, Hazrat Abu Durdah began to cry. They reflected on the vast witches that has come after the expansion of Islam and how Muslims had started to get preoccupied with worldly things. They reflected that what time has come and they remembered till the dawn they they wept.</w:t>
      </w:r>
    </w:p>
    <w:p>
      <w:pPr>
        <w:jc w:val="right"/>
      </w:pPr>
      <w:r>
        <w:t>And then he said, उमर, what have we done? What have we done after the prophet departed? And hearing this, Hazrat Abu Durdah began to cry. They reflected on the vast witches that has come after the expansion of Islam and how Muslims had started to get preoccupied with worldly things. They reflected that what time has come and they remembered till the dawn they they wept.</w:t>
      </w:r>
    </w:p>
    <w:p>
      <w:r>
        <w:rPr>
          <w:b/>
        </w:rPr>
        <w:t xml:space="preserve">[22:02] </w:t>
      </w:r>
      <w:r>
        <w:t>So so this is how, you know, you mold your life. This is how you take things seriously. Prophet said, death demolishes all desires and that is why I'm emphasizing a lot in a positive way, not in a negative way.</w:t>
      </w:r>
    </w:p>
    <w:p>
      <w:pPr>
        <w:jc w:val="right"/>
      </w:pPr>
      <w:r>
        <w:t>So so this is how, you know, you mold your life. This is how you take things seriously. Prophet said, death demolishes all desires and that is why I'm emphasizing a lot in a positive way, not in a negative way.</w:t>
      </w:r>
    </w:p>
    <w:p>
      <w:r>
        <w:rPr>
          <w:b/>
        </w:rPr>
        <w:t xml:space="preserve">[22:21] </w:t>
      </w:r>
      <w:r>
        <w:t>I really love the saying of Hazrat Isa which is mentioned in these stories by Ibn Kaseed that I read and he said that love of the the world is the main source of sin. Fear god wherever you live and live in this world as a guest and take the mosque as your home. Each your eyes to weep, your heart to ponder and your body to persevere.</w:t>
      </w:r>
    </w:p>
    <w:p>
      <w:pPr>
        <w:jc w:val="right"/>
      </w:pPr>
      <w:r>
        <w:t>I really love the saying of Hazrat Isa which is mentioned in these stories by Ibn Kaseed that I read and he said that love of the the world is the main source of sin. Fear god wherever you live and live in this world as a guest and take the mosque as your home. Each your eyes to weep, your heart to ponder and your body to persevere.</w:t>
      </w:r>
    </w:p>
    <w:p>
      <w:r>
        <w:rPr>
          <w:b/>
        </w:rPr>
        <w:t xml:space="preserve">[22:51] </w:t>
      </w:r>
      <w:r>
        <w:t>Do not crave about tomorrow's provision because that is a sin. The love of this world and the love of the hereafter cannot be together in a believer's heart, just like fire and water cannot be in a container. And one who craves the world is like who is drinking seawater. It will never satisfy your thirst.</w:t>
      </w:r>
    </w:p>
    <w:p>
      <w:pPr>
        <w:jc w:val="right"/>
      </w:pPr>
      <w:r>
        <w:t>Do not crave about tomorrow's provision because that is a sin. The love of this world and the love of the hereafter cannot be together in a believer's heart, just like fire and water cannot be in a container. And one who craves the world is like who is drinking seawater. It will never satisfy your thirst.</w:t>
      </w:r>
    </w:p>
    <w:p>
      <w:r>
        <w:rPr>
          <w:b/>
        </w:rPr>
        <w:t xml:space="preserve">[23:18] </w:t>
      </w:r>
      <w:r>
        <w:t>Three people, Isa alaih salam said, surprise me. First, one who seeks this world while death seeks him. Second, one who builds the mansion, the homes, lofty houses while grave is his abode. One who laughs his heart out while fire is, before before him.</w:t>
      </w:r>
    </w:p>
    <w:p>
      <w:pPr>
        <w:jc w:val="right"/>
      </w:pPr>
      <w:r>
        <w:t>Three people, ईसालाईसालाम said, surprise me. First, one who seeks this world while death seeks him. Second, one who builds the mansion, the homes, lofty houses while grave is his abode. One who laughs his heart out while fire is, before before him.</w:t>
      </w:r>
    </w:p>
    <w:p>
      <w:r>
        <w:rPr>
          <w:b/>
        </w:rPr>
        <w:t xml:space="preserve">[23:44] </w:t>
      </w:r>
      <w:r>
        <w:t>So this is, this is how, you know, you should reflect and, at the same time not lose, you know, the focus, but at the same time, you know, there are many other things. We spoke about life, we spoke about death. Now in this journey of life and death, there are many experiences, which can either derail you or which can keep you on the focus.</w:t>
      </w:r>
    </w:p>
    <w:p>
      <w:pPr>
        <w:jc w:val="right"/>
      </w:pPr>
      <w:r>
        <w:t>So this is, this is how, you know, you should reflect and, at the same time not lose, you know, the focus, but at the same time, you know, there are many other things. We spoke about life, we spoke about death. Now in this journey of life and death, there are many experiences, which can either derail you or which can keep you on the focus.</w:t>
      </w:r>
    </w:p>
    <w:p>
      <w:r>
        <w:rPr>
          <w:b/>
        </w:rPr>
        <w:t xml:space="preserve">[24:12] </w:t>
      </w:r>
      <w:r>
        <w:t>And, I'm talking about, sufferings because, what happens is that, many a times people get caught up. And I at least I am sure you would have also experienced many people, you know. Okay.</w:t>
      </w:r>
    </w:p>
    <w:p>
      <w:pPr>
        <w:jc w:val="right"/>
      </w:pPr>
      <w:r>
        <w:t>And, I'm talking about, sufferings because, what happens is that, many a times people get caught up. And I at least I am sure you would have also experienced many people, you know. Okay.</w:t>
      </w:r>
    </w:p>
    <w:p>
      <w:r>
        <w:rPr>
          <w:b/>
        </w:rPr>
        <w:t xml:space="preserve">[24:30] </w:t>
      </w:r>
      <w:r>
        <w:t>But before that, I wanted to also mention, before I go into that another slide, miss this point that after the prophet Isa, alaih salam analysis, that it is very important that, you know, what we learn we should also practice. Like I said, prophet said that god will give you the benefit of the knowledge only when you practice it.</w:t>
      </w:r>
    </w:p>
    <w:p>
      <w:pPr>
        <w:jc w:val="right"/>
      </w:pPr>
      <w:r>
        <w:t>But before that, I wanted to also mention, before I go into that another slide, miss this point that after the prophet Isa, alaih salam analysis, that it is very important that, you know, what we learn we should also practice. Like I said, prophet said that god will give you the benefit of the knowledge only when you practice it.</w:t>
      </w:r>
    </w:p>
    <w:p>
      <w:r>
        <w:rPr>
          <w:b/>
        </w:rPr>
        <w:t xml:space="preserve">[24:57] </w:t>
      </w:r>
      <w:r>
        <w:t>And that is why, you know, the difference between theory and practice is what that we need to differentiate. We should practice whatever that we learn. And this is what we also saw from prophet's life Once Qatada visited Hazrat Aisha and he said, oh mother of the believers, tell us the character of the prophet. So she said that haven't you read the Quran? So he said, of course I have read the Quran.</w:t>
      </w:r>
    </w:p>
    <w:p>
      <w:pPr>
        <w:jc w:val="right"/>
      </w:pPr>
      <w:r>
        <w:t>And that is why, you know, the difference between theory and practice is what that we need to differentiate. We should practice whatever that we learn. And this is what we also saw from prophet's life Once कतादा visited हज़रत आईश and he said, oh mother of the believers, tell us the character of the prophet. So she said that haven't you read the Quran? So he said, of course I have read the Quran.</w:t>
      </w:r>
    </w:p>
    <w:p>
      <w:r>
        <w:rPr>
          <w:b/>
        </w:rPr>
        <w:t xml:space="preserve">[25:27] </w:t>
      </w:r>
      <w:r>
        <w:t>He said prophet's character was the Quran. That is why, you know, we see in in Quran it is mentioned that in prophet you have a good example. We see from his life that how he demonstrated in situations of crisis, in situations of happiness and that is how we have to play out in our life. So please do not get, you know, swayed by, the material glitter and the glamour around.</w:t>
      </w:r>
    </w:p>
    <w:p>
      <w:pPr>
        <w:jc w:val="right"/>
      </w:pPr>
      <w:r>
        <w:t>He said prophet's character was the Quran. That is why, you know, we see in in Quran it is mentioned that in prophet you have a good example. We see from his life that how he demonstrated in situations of crisis, in situations of happiness and that is how we have to play out in our life. So please do not get, you know, swayed by, the material glitter and the glamour around.</w:t>
      </w:r>
    </w:p>
    <w:p>
      <w:r>
        <w:rPr>
          <w:b/>
        </w:rPr>
        <w:t xml:space="preserve">[25:57] </w:t>
      </w:r>
      <w:r>
        <w:t>We see that people making material progress and it's sort of, you know, brings in the same desire in our mind that we should also have the same car, the big house and travel in luxury. All of this is fake.</w:t>
      </w:r>
    </w:p>
    <w:p>
      <w:pPr>
        <w:jc w:val="right"/>
      </w:pPr>
      <w:r>
        <w:t>We see that people making material progress and it's sort of, you know, brings in the same desire in our mind that we should also have the same car, the big house and travel in luxury. All of this is fake.</w:t>
      </w:r>
    </w:p>
    <w:p>
      <w:r>
        <w:rPr>
          <w:b/>
        </w:rPr>
        <w:t xml:space="preserve">[26:12] </w:t>
      </w:r>
      <w:r>
        <w:t>There's an Urdu poet Sani Badayuni and he had some experiences in his life and that made him feel that this world is very unreal and so he wrote a Urdu couplet which is that Farebe jalwah aur kitna mukammal ai maaz Allah. Bari mushkil se apne dil ko bazme alam se utha paya.</w:t>
      </w:r>
    </w:p>
    <w:p>
      <w:pPr>
        <w:jc w:val="right"/>
      </w:pPr>
      <w:r>
        <w:t>There's an उर्दू poet सानी बादाउंनी and he had some experiences in his life and that made him feel that this world is very unreal and so he wrote a उर्दू couplet which is that फरेबे जलवाह और कितना मुकम्मल ऐ माज़ अल्लाह. बड़ी मुश्किल से अपने दिल को बज़मे आलम से उठा पाया.</w:t>
      </w:r>
    </w:p>
    <w:p>
      <w:r>
        <w:rPr>
          <w:b/>
        </w:rPr>
        <w:t xml:space="preserve">[26:35] </w:t>
      </w:r>
      <w:r>
        <w:t>I mean this false glitter and glamour of the world aise lagta hai yeh complete hai, yahi sachai hai, yahi sab kuch hai. I have to do whatever to get this. So false glitter of the world but with great difficulty I could detach myself from it. And therefore you know that brings me to the point that many a times, you know, we face suffering.</w:t>
      </w:r>
    </w:p>
    <w:p>
      <w:pPr>
        <w:jc w:val="right"/>
      </w:pPr>
      <w:r>
        <w:t>I mean this false glitter and glamour of the world ऐसे लगता है यह complete है, यही सच्चाई है, यही सब कुछ है. I have to do whatever to get this. So false glitter of the world but with great difficulty I could detach myself from it. And therefore you know that brings me to the point that many a times, you know, we face suffering.</w:t>
      </w:r>
    </w:p>
    <w:p>
      <w:r>
        <w:rPr>
          <w:b/>
        </w:rPr>
        <w:t xml:space="preserve">[27:01] </w:t>
      </w:r>
      <w:r>
        <w:t>In fact, I often get asked by people that you really think, Rajat, you talk about god and, you know, life hereafter? Do you think that God exist? Because if there was God, why is there so much of suffering? So, you know, I I I tell them that it is not about whether god exists or not, that, you know, you are attributing the suffering to you.</w:t>
      </w:r>
    </w:p>
    <w:p>
      <w:pPr>
        <w:jc w:val="right"/>
      </w:pPr>
      <w:r>
        <w:t>In fact, I often get asked by people that you really think, रजत, you talk about god and, you know, life hereafter? Do you think that God exist? Because if there was God, why is there so much of suffering? So, you know, I I I tell them that it is not about whether god exists or not, that, you know, you are attributing the suffering to you.</w:t>
      </w:r>
    </w:p>
    <w:p>
      <w:r>
        <w:rPr>
          <w:b/>
        </w:rPr>
        <w:t xml:space="preserve">[27:29] </w:t>
      </w:r>
      <w:r>
        <w:t>You should ask the question why did god allow these troubles and these sufferings? What is the reason? When you read the Quran in chapter 90 it says that, you know, we have created man into a life of toil and trial.</w:t>
      </w:r>
    </w:p>
    <w:p>
      <w:pPr>
        <w:jc w:val="right"/>
      </w:pPr>
      <w:r>
        <w:t>You should ask the question why did god allow these troubles and these sufferings? What is the reason? When you read the Quran in chapter 90 it says that, you know, we have created man into a life of toil and trial.</w:t>
      </w:r>
    </w:p>
    <w:p>
      <w:r>
        <w:rPr>
          <w:b/>
        </w:rPr>
        <w:t xml:space="preserve">[27:47] </w:t>
      </w:r>
      <w:r>
        <w:t>You do a survey, you ask any person, I mean all of you here and even, you know, myself included, everybody will say two things that one, I want to live in comfort, no pain, live in comfort and luxury. Secondly, I don't want to have any misery in life. But the reality is that, in your life, it cannot be achieved in the real sense.</w:t>
      </w:r>
    </w:p>
    <w:p>
      <w:pPr>
        <w:jc w:val="right"/>
      </w:pPr>
      <w:r>
        <w:t>You do a survey, you ask any person, I mean all of you here and even, you know, myself included, everybody will say two things that one, I want to live in comfort, no pain, live in comfort and luxury. Secondly, I don't want to have any misery in life. But the reality is that, in your life, it cannot be achieved in the real sense.</w:t>
      </w:r>
    </w:p>
    <w:p>
      <w:r>
        <w:rPr>
          <w:b/>
        </w:rPr>
        <w:t xml:space="preserve">[28:10] </w:t>
      </w:r>
      <w:r>
        <w:t>You cannot have real happiness, real success, comfort or you cannot eliminate suffering out of your life. By the way I was reading an interview of Shahrukh Khan and sometime back and now as per the worldly standards, he is the most famous person from Bollywood. He's got materially all that that a person can aspire for. He's worth several thousand crores of net worth.</w:t>
      </w:r>
    </w:p>
    <w:p>
      <w:pPr>
        <w:jc w:val="right"/>
      </w:pPr>
      <w:r>
        <w:t>You cannot have real happiness, real success, comfort or you cannot eliminate suffering out of your life. By the way I was reading an interview of शाहरुख खान and sometime back and now as per the worldly standards, he is the most famous person from Bollywood. He's got materially all that that a person can aspire for. He's worth several thousand crores of net worth.</w:t>
      </w:r>
    </w:p>
    <w:p>
      <w:r>
        <w:rPr>
          <w:b/>
        </w:rPr>
        <w:t xml:space="preserve">[28:38] </w:t>
      </w:r>
      <w:r>
        <w:t>And so he ideally speaking he should be very happy and done for, you know, mein sab kuch mil gaya. But you know what he said to the interviewer? He said ki I have this great insecurity. I fear that the day I wake up and I see people stop screaming Shahrukh, Shahrukh, Shahrukh. I fear that I lose that stardom. Imagine him to be so insecure. And this is a story everywhere in the corporate world, in the world of philosophy.</w:t>
      </w:r>
    </w:p>
    <w:p>
      <w:pPr>
        <w:jc w:val="right"/>
      </w:pPr>
      <w:r>
        <w:t>And so he ideally speaking he should be very happy and done for, you know, में सब कुछ मिल गया. But you know what he said to the interviewer? He said कि I have this great insecurity. I fear that the day I wake up and I see people stop screaming शाहरुख, शाहरुख, शाहरुख. I fear that I lose that stardom. Imagine him to be so insecure. And this is a story everywhere in the corporate world, in the world of philosophy.</w:t>
      </w:r>
    </w:p>
    <w:p>
      <w:r>
        <w:rPr>
          <w:b/>
        </w:rPr>
        <w:t xml:space="preserve">[29:07] </w:t>
      </w:r>
      <w:r>
        <w:t>We keep hearing news of suicides, relationships break down. They are the people who have everything. Then why is that they are mentally so so much suffering? Because the happiness does not, you know, lies here.</w:t>
      </w:r>
    </w:p>
    <w:p>
      <w:pPr>
        <w:jc w:val="right"/>
      </w:pPr>
      <w:r>
        <w:t>We keep hearing news of suicides, relationships break down. They are the people who have everything. Then why is that they are mentally so so much suffering? Because the happiness does not, you know, lies here.</w:t>
      </w:r>
    </w:p>
    <w:p>
      <w:r>
        <w:rPr>
          <w:b/>
        </w:rPr>
        <w:t xml:space="preserve">[29:22] </w:t>
      </w:r>
      <w:r>
        <w:t>In a way, man was supposed to direct himself to hereafter but he made a u-turn to this world whereas, you know, his nature is calling out, oh man, save yourself from hell fire, seek paradise. One who listens to this voice is the one who's understood the creation plan of god and is the one who is successful.</w:t>
      </w:r>
    </w:p>
    <w:p>
      <w:pPr>
        <w:jc w:val="right"/>
      </w:pPr>
      <w:r>
        <w:t>In a way, man was supposed to direct himself to hereafter but he made a u-turn to this world whereas, you know, his nature is calling out, oh man, save yourself from hell fire, seek paradise. One who listens to this voice is the one who's understood the creation plan of god and is the one who is successful.</w:t>
      </w:r>
    </w:p>
    <w:p>
      <w:r>
        <w:rPr>
          <w:b/>
        </w:rPr>
        <w:t xml:space="preserve">[29:49] </w:t>
      </w:r>
      <w:r>
        <w:t>There is a, you know, tradition and this pertains to, you know, suffering that when the servant whom god loves calls out in distress, hum jab dua karte hain, helplessly allah ki taraf pukarte hain ki please help. So god says to Gabriel, his archangel, jibril alaihis salam ki don't hasten. I love his voice. Let him usko aur pukarne do.</w:t>
      </w:r>
    </w:p>
    <w:p>
      <w:pPr>
        <w:jc w:val="right"/>
      </w:pPr>
      <w:r>
        <w:t>There is a, you know, tradition and this pertains to, you know, suffering that when the servant whom god loves calls out in distress, हम जब दुआ करते हैं, helplessly अल्लाह की तरफ पुकारते हैं कि please help. So god says to Gabriel, his archangel, जिब्रिल अल्लाहिस्सलाम कि don't hasten. I love his voice. Let him उसको और पुकारने दो.</w:t>
      </w:r>
    </w:p>
    <w:p>
      <w:r>
        <w:rPr>
          <w:b/>
        </w:rPr>
        <w:t xml:space="preserve">[30:17] </w:t>
      </w:r>
      <w:r>
        <w:t>Why is it, you know, I mean god would do that. If you if you think it is a word of realization? Because when you face a shock, when you face a calamity, when you face an emotional problem, your innermost thoughts get awakened.</w:t>
      </w:r>
    </w:p>
    <w:p>
      <w:pPr>
        <w:jc w:val="right"/>
      </w:pPr>
      <w:r>
        <w:t>Why is it, you know, I mean god would do that. If you if you think it is a word of realization? Because when you face a shock, when you face a calamity, when you face an emotional problem, your innermost thoughts get awakened.</w:t>
      </w:r>
    </w:p>
    <w:p>
      <w:r>
        <w:rPr>
          <w:b/>
        </w:rPr>
        <w:t xml:space="preserve">[30:36] </w:t>
      </w:r>
      <w:r>
        <w:t>The concept of god you know is interwoven unconsciously in our nature but woh chhup jata hai, uski conditioning mein woh reh jata hai and in a situation of shock, in a situation which you were not ready to prepare, it rattles you, it shakes you and it comes foremost and it is, it is that situation that god puts you in because the real purpose is to discover our creator. It's not about getting a good job.</w:t>
      </w:r>
    </w:p>
    <w:p>
      <w:pPr>
        <w:jc w:val="right"/>
      </w:pPr>
      <w:r>
        <w:t>The concept of god you know is interwoven unconsciously in our nature but वह छुप जाता है, उसकी conditioning में वह रह जाता है and in a situation of shock, in a situation which you were not ready to prepare, it rattles you, it shakes you and it comes foremost and it is, it is that situation that god puts you in because the real purpose is to discover our creator. It's not about getting a good job.</w:t>
      </w:r>
    </w:p>
    <w:p>
      <w:r>
        <w:rPr>
          <w:b/>
        </w:rPr>
        <w:t xml:space="preserve">[31:06] </w:t>
      </w:r>
      <w:r>
        <w:t>It is important. We will discuss about it later. But the real the real purpose is to discover god, understand the creation plan and that is why these problems keep coming so that it shakes you and therefore god says you know don't hasten and in modern psychology you know it is called as brainstorming.</w:t>
      </w:r>
    </w:p>
    <w:p>
      <w:pPr>
        <w:jc w:val="right"/>
      </w:pPr>
      <w:r>
        <w:t>It is important. We will discuss about it later. But the real the real purpose is to discover god, understand the creation plan and that is why these problems keep coming so that it shakes you and therefore god says you know don't hasten and in modern psychology you know it is called as brainstorming.</w:t>
      </w:r>
    </w:p>
    <w:p>
      <w:r>
        <w:rPr>
          <w:b/>
        </w:rPr>
        <w:t xml:space="preserve">[31:28] </w:t>
      </w:r>
      <w:r>
        <w:t>You do brainstorming when you are in crisis And, you know, when you read puran, you you find that in chapter two there is a verse that, people in paradise when they will be given things, they will say, this was the same provision we enjoyed when we were, you know, on the planet earth. Similarly there is a hadith which says that the heat, the intensity of the heat is because of the blowing of heat from hell.</w:t>
      </w:r>
    </w:p>
    <w:p>
      <w:pPr>
        <w:jc w:val="right"/>
      </w:pPr>
      <w:r>
        <w:t>You do brainstorming when you are in crisis And, you know, when you read पुरान, you you find that in chapter two there is a verse that, people in paradise when they will be given things, they will say, this was the same provision we enjoyed when we were, you know, on the planet earth. Similarly there is a हदीज़ which says that the heat, the intensity of the heat is because of the blowing of heat from hell.</w:t>
      </w:r>
    </w:p>
    <w:p>
      <w:r>
        <w:rPr>
          <w:b/>
        </w:rPr>
        <w:t xml:space="preserve">[31:56] </w:t>
      </w:r>
      <w:r>
        <w:t>toh yeh jo quran ki verse aur hadith hai, it actually is giving you both a reflection of paradise and hell. When you when you experience good things, you remember paradise. When you experience things which are not palatable, which are not good, you you remember hell. It is like a person goes in, you know, with the fear of hell and longing for paradise.</w:t>
      </w:r>
    </w:p>
    <w:p>
      <w:pPr>
        <w:jc w:val="right"/>
      </w:pPr>
      <w:r>
        <w:t>तो यह जो कुरान की verse और हदीज़ है, it actually is giving you both a reflection of paradise and hell. When you when you experience good things, you remember paradise. When you experience things which are not palatable, which are not good, you you remember hell. It is like a person goes in, you know, with the fear of hell and longing for paradise.</w:t>
      </w:r>
    </w:p>
    <w:p>
      <w:r>
        <w:rPr>
          <w:b/>
        </w:rPr>
        <w:t xml:space="preserve">[32:23] </w:t>
      </w:r>
      <w:r>
        <w:t>And therefore, when you experience all these things, do not get distressed. But think that this is the this is the point that you need to connect with God almighty.</w:t>
      </w:r>
    </w:p>
    <w:p>
      <w:pPr>
        <w:jc w:val="right"/>
      </w:pPr>
      <w:r>
        <w:t>And therefore, when you experience all these things, do not get distressed. But think that this is the this is the point that you need to connect with God almighty.</w:t>
      </w:r>
    </w:p>
    <w:p>
      <w:r>
        <w:rPr>
          <w:b/>
        </w:rPr>
        <w:t xml:space="preserve">[32:36] </w:t>
      </w:r>
      <w:r>
        <w:t>But at the same time, many a times, you know, you come across things where you find that somebody on the same boat as you has more than you and let's see what, you know, quran says because that also becomes a point of mental suffering. You know, you are worried about woh uske paas aisa kyu hai? Mere paas nahi hai. Uske paas sab kuch hai. What does quran says?</w:t>
      </w:r>
    </w:p>
    <w:p>
      <w:pPr>
        <w:jc w:val="right"/>
      </w:pPr>
      <w:r>
        <w:t>But at the same time, many a times, you know, you come across things where you find that somebody on the same boat as you has more than you and let's see what, you know, कुरान says because that also becomes a point of mental suffering. You know, you are worried about वह उसके पास ऐसा क्यों है? मेरे पास नहीं है. उसके पास सब कुछ है. What does कुरान says?</w:t>
      </w:r>
    </w:p>
    <w:p>
      <w:r>
        <w:rPr>
          <w:b/>
        </w:rPr>
        <w:t xml:space="preserve">[33:06] </w:t>
      </w:r>
      <w:r>
        <w:t>In chapter six, quran says it is he who has made you successors on the earth and has exalted some of you over the others in degrees of rank, so that he may test you by that which he has given you. Your lord is swift in punishment yet surely he's forgiving and merciful. I had this, you know, colleague of mine. He was a chartered accountant. He was a rank holder.</w:t>
      </w:r>
    </w:p>
    <w:p>
      <w:pPr>
        <w:jc w:val="right"/>
      </w:pPr>
      <w:r>
        <w:t>In chapter six, कुरान says it is he who has made you successors on the earth and has exalted some of you over the others in degrees of rank, so that he may test you by that which he has given you. Your lord is swift in punishment yet surely he's forgiving and merciful. I had this, you know, colleague of mine. He was a chartered accountant. He was a rank holder.</w:t>
      </w:r>
    </w:p>
    <w:p>
      <w:r>
        <w:rPr>
          <w:b/>
        </w:rPr>
        <w:t xml:space="preserve">[33:35] </w:t>
      </w:r>
      <w:r>
        <w:t>And then after that he did his MBA from one of the top MBA institutes from India. And we used to have a little break. He used to have smoke a cigarette and I used to have my cup of coffee. So once he he was smoking and I was having my sip, he said I am very frustrated. I said, why? What happened? He said, yaar salary bahut kam hai. I am unhappy. And I knew his salary and it was very good.</w:t>
      </w:r>
    </w:p>
    <w:p>
      <w:pPr>
        <w:jc w:val="right"/>
      </w:pPr>
      <w:r>
        <w:t>And then after that he did his MBA from one of the top MBA institutes from India. And we used to have a little break. He used to have smoke a cigarette and I used to have my cup of coffee. So once he he was smoking and I was having my sip, he said I am very frustrated. I said, why? What happened? He said, यार salary बहुत कम है. I am unhappy. And I knew his salary and it was very good.</w:t>
      </w:r>
    </w:p>
    <w:p>
      <w:r>
        <w:rPr>
          <w:b/>
        </w:rPr>
        <w:t xml:space="preserve">[34:01] </w:t>
      </w:r>
      <w:r>
        <w:t>So I said, ok, let me give you a situation. Forget about, you know, all that you know, the salaries of others. Let me take you in a time machine back to when you did your CA and you did your MBA. And just after completing your MBA from the top five universities, in India, Somebody would have said that this is going to be your salary and I told him his present salary. I said, what would have been your response?</w:t>
      </w:r>
    </w:p>
    <w:p>
      <w:pPr>
        <w:jc w:val="right"/>
      </w:pPr>
      <w:r>
        <w:t>So I said, ok, let me give you a situation. Forget about, you know, all that you know, the salaries of others. Let me take you in a time machine back to when you did your CA and you did your MBA. And just after completing your MBA from the top five universities, in India, Somebody would have said that this is going to be your salary and I told him his present salary. I said, what would have been your response?</w:t>
      </w:r>
    </w:p>
    <w:p>
      <w:r>
        <w:rPr>
          <w:b/>
        </w:rPr>
        <w:t xml:space="preserve">[34:31] </w:t>
      </w:r>
      <w:r>
        <w:t>He said, that time. He said, I would have said, are you mad? I can't be making so much. So I asked him that why are you unhappy? He said look at my classmates, they making three times, four times. So he was unhappy, not unhappy because he was making less. He was unhappy because his other colleagues are making more money you know than him. But what is Quran saying?</w:t>
      </w:r>
    </w:p>
    <w:p>
      <w:pPr>
        <w:jc w:val="right"/>
      </w:pPr>
      <w:r>
        <w:t>He said, that time. He said, I would have said, are you mad? I can't be making so much. So I asked him that why are you unhappy? He said look at my classmates, they making three times, four times. So he was unhappy, not unhappy because he was making less. He was unhappy because his other colleagues are making more money you know than him. But what is Quran saying?</w:t>
      </w:r>
    </w:p>
    <w:p>
      <w:r>
        <w:rPr>
          <w:b/>
        </w:rPr>
        <w:t xml:space="preserve">[34:55] </w:t>
      </w:r>
      <w:r>
        <w:t>Quran is saying that human inequality is intentionally planned by god. He doesn't want equality. Why? Because competition brings about progress, it brings about development. Let me ask all of you, aaj aapko bolein ki padho ya na padho same mark, same rank. Will you really work hard? No. Right?</w:t>
      </w:r>
    </w:p>
    <w:p>
      <w:pPr>
        <w:jc w:val="right"/>
      </w:pPr>
      <w:r>
        <w:t>Quran is saying that human inequality is intentionally planned by god. He doesn't want equality. Why? Because competition brings about progress, it brings about development. Let me ask all of you, आज आपको बोलें कि पढ़ो या ना पढ़ो same mark, same rank. Will you really work hard? No. Right?</w:t>
      </w:r>
    </w:p>
    <w:p>
      <w:r>
        <w:rPr>
          <w:b/>
        </w:rPr>
        <w:t xml:space="preserve">[35:23] </w:t>
      </w:r>
      <w:r>
        <w:t>Because, you know, it's pre decided. You work hard because you have a potential to prove. God has kept unlimited potential in, in each of you, And therefore, that can only be unlocked in a challenging, situation. And that is what, you know, modern psychology also says.</w:t>
      </w:r>
    </w:p>
    <w:p>
      <w:pPr>
        <w:jc w:val="right"/>
      </w:pPr>
      <w:r>
        <w:t>Because, you know, it's pre decided. You work hard because you have a potential to prove. God has kept unlimited potential in, in each of you, And therefore, that can only be unlocked in a challenging, situation. And that is what, you know, modern psychology also says.</w:t>
      </w:r>
    </w:p>
    <w:p>
      <w:r>
        <w:rPr>
          <w:b/>
        </w:rPr>
        <w:t xml:space="preserve">[35:48] </w:t>
      </w:r>
      <w:r>
        <w:t>It says that favorable situation kills the spirit of struggle while incentives actually brings about progress. And this is, you know, not the case of just, you know, individual, even nations. Let me tell you, today India is the fifth largest in GDP. Which are the four four other nations? USA, China, Germany, Japan and India.</w:t>
      </w:r>
    </w:p>
    <w:p>
      <w:pPr>
        <w:jc w:val="right"/>
      </w:pPr>
      <w:r>
        <w:t>It says that favorable situation kills the spirit of struggle while incentives actually brings about progress. And this is, you know, not the case of just, you know, individual, even nations. Let me tell you, today India is the fifth largest in GDP. Which are the four four other nations? USA, China, Germany, Japan and India.</w:t>
      </w:r>
    </w:p>
    <w:p>
      <w:r>
        <w:rPr>
          <w:b/>
        </w:rPr>
        <w:t xml:space="preserve">[36:18] </w:t>
      </w:r>
      <w:r>
        <w:t>Do you know in nineteen nineties India and China were at the same level of GDP? Right? You you're nodding. The per capita income or the average income as they say in nineteen nineties for a Chinese and in India was $300. Today China is $18,000,000,000,000 economy, India is $4,000,000,000,000 economy.</w:t>
      </w:r>
    </w:p>
    <w:p>
      <w:pPr>
        <w:jc w:val="right"/>
      </w:pPr>
      <w:r>
        <w:t>Do you know in nineteen nineties India and China were at the same level of GDP? Right? You you're nodding. The per capita income or the average income as they say in nineteen nineties for a Chinese and in India was $300. Today China is $18,000,000,000,000 economy, India is $4,000,000,000,000 economy.</w:t>
      </w:r>
    </w:p>
    <w:p>
      <w:r>
        <w:rPr>
          <w:b/>
        </w:rPr>
        <w:t xml:space="preserve">[36:40] </w:t>
      </w:r>
      <w:r>
        <w:t>Chinese is making 12,000 US dollars per capita average and Indian is making 2,250 US dollars. Do you see the difference from nineties to now? I had a professor, in MBA and he was a economics professor, **** good, superb. I mean, you know, his class used to be like packed and his story is again amazing. He studied hindi medium till graduation.</w:t>
      </w:r>
    </w:p>
    <w:p>
      <w:pPr>
        <w:jc w:val="right"/>
      </w:pPr>
      <w:r>
        <w:t>Chinese is making 12,000 US dollars per capita average and Indian is making 2,250 US dollars. Do you see the difference from nineties to now? I had a professor, in MBA and he was a economics professor, **** good, superb. I mean, you know, his class used to be like packed and his story is again amazing. He studied हिंदी medium till graduation.</w:t>
      </w:r>
    </w:p>
    <w:p>
      <w:r>
        <w:rPr>
          <w:b/>
        </w:rPr>
        <w:t xml:space="preserve">[37:09] </w:t>
      </w:r>
      <w:r>
        <w:t>The first time he came to, you know, English medium was his post graduation And he went on to become an excellent professor traveling all over the world. So in one of the economic session, said that I was, you know, doing a guest faculty in New York. And he said that let me tell you that in my classmate nationalities, different nationalities come. The best that I have found were Chinese.</w:t>
      </w:r>
    </w:p>
    <w:p>
      <w:pPr>
        <w:jc w:val="right"/>
      </w:pPr>
      <w:r>
        <w:t>The first time he came to, you know, English medium was his post graduation And he went on to become an excellent professor traveling all over the world. So in one of the economic session, said that I was, you know, doing a guest faculty in New York. And he said that let me tell you that in my classmate nationalities, different nationalities come. The best that I have found were Chinese.</w:t>
      </w:r>
    </w:p>
    <w:p>
      <w:r>
        <w:rPr>
          <w:b/>
        </w:rPr>
        <w:t xml:space="preserve">[37:34] </w:t>
      </w:r>
      <w:r>
        <w:t>He said we would have case studies till seven, 08:00 in the day in in that day ending And if I would give assignments, only one people, only one person or one nationality would complete the assignment and there'll be Chinese the next day in the morning. They're so hardworking. So that's that's, that is, you know, in a way telling us that unfold, you know, your potential.</w:t>
      </w:r>
    </w:p>
    <w:p>
      <w:pPr>
        <w:jc w:val="right"/>
      </w:pPr>
      <w:r>
        <w:t>He said we would have case studies till seven, 08:00 in the day in in that day ending And if I would give assignments, only one people, only one person or one nationality would complete the assignment and there'll be Chinese the next day in the morning. They're so hardworking. So that's that's, that is, you know, in a way telling us that unfold, you know, your potential.</w:t>
      </w:r>
    </w:p>
    <w:p>
      <w:r>
        <w:rPr>
          <w:b/>
        </w:rPr>
        <w:t xml:space="preserve">[38:02] </w:t>
      </w:r>
      <w:r>
        <w:t>And German psychologist Alfred Adler wrote in his book individual psychology that I studied man whole of my life. And he said precisely this. He said I found that every person has this unique ability to convert minus into plus. And the greatest example that we find is of prophet mohammad salallahu alaihi wasallam. I mean, look at his life. British writer E.</w:t>
      </w:r>
    </w:p>
    <w:p>
      <w:pPr>
        <w:jc w:val="right"/>
      </w:pPr>
      <w:r>
        <w:t>And German psychologist Alfred Adler wrote in his book individual psychology that I studied man whole of my life. And he said precisely this. He said I found that every person has this unique ability to convert minus into plus. And the greatest example that we find is of prophet मोहम्मद सलाही बास्लाम. I mean, look at his life. British writer E.</w:t>
      </w:r>
    </w:p>
    <w:p>
      <w:r>
        <w:rPr>
          <w:b/>
        </w:rPr>
        <w:t xml:space="preserve">[38:31] </w:t>
      </w:r>
      <w:r>
        <w:t>Kellet wrote about him that mohammad faced adversity with determination and he'd run success out of failure. And this is what Michael Hart said which we discussed last time. He took 100 people from human history who shared human history and the number one spot he gave to prophet mohammad, he said that mohammad was supremely successful in the secular secular and the religious sense.</w:t>
      </w:r>
    </w:p>
    <w:p>
      <w:pPr>
        <w:jc w:val="right"/>
      </w:pPr>
      <w:r>
        <w:t>Kellet wrote about him that मोहम्मद faced adversity with determination and he'd run success out of failure. And this is what Michael Hart said which we discussed last time. He took 100 people from human history who shared human history and the number one spot he gave to prophet मोहम्मद, he said that मोहम्मद was supremely successful in the secular secular and the religious sense.</w:t>
      </w:r>
    </w:p>
    <w:p>
      <w:r>
        <w:rPr>
          <w:b/>
        </w:rPr>
        <w:t xml:space="preserve">[39:01] </w:t>
      </w:r>
      <w:r>
        <w:t>That's that's like, you know, one example that we can relate to. We discussed many aspects in the previous two sessions. So the law of success if you really understand because people get upset you know when they lose back at the time of the prophet after the battle of badr which muslims won which was in June. In June the uhud battle took place and the muslims lost.</w:t>
      </w:r>
    </w:p>
    <w:p>
      <w:pPr>
        <w:jc w:val="right"/>
      </w:pPr>
      <w:r>
        <w:t>That's that's like, you know, one example that we can relate to. We discussed many aspects in the previous two sessions. So the law of success if you really understand because people get upset you know when they lose back at the time of the prophet after the battle of बदर which muslims won which was in June. In June the उहूद battle took place and the मुस्लिमs lost.</w:t>
      </w:r>
    </w:p>
    <w:p>
      <w:r>
        <w:rPr>
          <w:b/>
        </w:rPr>
        <w:t xml:space="preserve">[39:30] </w:t>
      </w:r>
      <w:r>
        <w:t>They were so dejected. They said, we are the ones who are following the truth. They are the ones who are following the falsehood. Yet they won and we lost. At that time the revelation came and the revel revelation was and do not become faint of heart nor grief. You will have the upper hand if you are believers. If you have suffered a wound, they too have suffered a similar wound.</w:t>
      </w:r>
    </w:p>
    <w:p>
      <w:pPr>
        <w:jc w:val="right"/>
      </w:pPr>
      <w:r>
        <w:t>They were so dejected. They said, we are the ones who are following the truth. They are the ones who are following the falsehood. Yet they won and we lost. At that time the revelation came and the revel revelation was and do not become faint of heart nor grief. You will have the upper hand if you are believers. If you have suffered a wound, they too have suffered a similar wound.</w:t>
      </w:r>
    </w:p>
    <w:p>
      <w:r>
        <w:rPr>
          <w:b/>
        </w:rPr>
        <w:t xml:space="preserve">[40:00] </w:t>
      </w:r>
      <w:r>
        <w:t>We bring these days to men by turns so that God may know those who believe and choose witnesses from among those and God does not love the unjust. Ok. So, you know, the the it's it's a verse specific to this situation but the verse give us gives us a general applicability.</w:t>
      </w:r>
    </w:p>
    <w:p>
      <w:pPr>
        <w:jc w:val="right"/>
      </w:pPr>
      <w:r>
        <w:t>We bring these days to men by turns so that God may know those who believe and choose witnesses from among those and God does not love the unjust. Ok. So, you know, the the it's it's a verse specific to this situation but the verse give us gives us a general applicability.</w:t>
      </w:r>
    </w:p>
    <w:p>
      <w:r>
        <w:rPr>
          <w:b/>
        </w:rPr>
        <w:t xml:space="preserve">[40:24] </w:t>
      </w:r>
      <w:r>
        <w:t>It says that no community or no individual has a monopoly over success. They come, you know, with turns and therefore, you know, when when you face success, be grateful to god, do alarm deli lalah. But when you face a failure, reassess, reevaluate, replan but don't, give up.</w:t>
      </w:r>
    </w:p>
    <w:p>
      <w:pPr>
        <w:jc w:val="right"/>
      </w:pPr>
      <w:r>
        <w:t>It says that no community or no individual has a monopoly over success. They come, you know, with turns and therefore, you know, when when you face success, be grateful to god, do alarm deli lalah. But when you face a failure, reassess, reevaluate, replan but don't, give up.</w:t>
      </w:r>
    </w:p>
    <w:p>
      <w:r>
        <w:rPr>
          <w:b/>
        </w:rPr>
        <w:t xml:space="preserve">[40:48] </w:t>
      </w:r>
      <w:r>
        <w:t>This is something which is, you know, a very important, principle that you all have to learn as part of life management. Do not give up. Just learn from that mistake. And therefore, you know, I mean, there are many experiences that you will have every time you have experiences. Convert those into learnings and that will, you know, fit like a jigsaw puzzle when you see it in the context of creation plan of god that we discussed.</w:t>
      </w:r>
    </w:p>
    <w:p>
      <w:pPr>
        <w:jc w:val="right"/>
      </w:pPr>
      <w:r>
        <w:t>This is something which is, you know, a very important, principle that you all have to learn as part of life management. Do not give up. Just learn from that mistake. And therefore, you know, I mean, there are many experiences that you will have every time you have experiences. Convert those into learnings and that will, you know, fit like a jigsaw puzzle when you see it in the context of creation plan of god that we discussed.</w:t>
      </w:r>
    </w:p>
    <w:p>
      <w:r>
        <w:rPr>
          <w:b/>
        </w:rPr>
        <w:t xml:space="preserve">[41:18] </w:t>
      </w:r>
      <w:r>
        <w:t>Gopinath Pandurang Munde was a politician and just ten years ago he won the election of Maharashtra and on 06/04/2014 he was to assume his office and on June 3 he was to address a victory rally in Beed Maharashtra. He was traveling from Delhi to Bombay.</w:t>
      </w:r>
    </w:p>
    <w:p>
      <w:pPr>
        <w:jc w:val="right"/>
      </w:pPr>
      <w:r>
        <w:t>गोपीनत पांडुरांग मंडे was a politician and just ten years ago he won the election of महाराष्ट्र and on 06/04/2014 he was to assume his office and on June 3 he was to address a victory rally in बीर महाराष्ट्र. He was traveling from Delhi to Bombay.</w:t>
      </w:r>
    </w:p>
    <w:p>
      <w:r>
        <w:rPr>
          <w:b/>
        </w:rPr>
        <w:t xml:space="preserve">[41:43] </w:t>
      </w:r>
      <w:r>
        <w:t>En route from Prithviraj Road to Safdarjung when he was going to the airport he met with an accident and he died. He could not assume his office. All his victory celebration, all left behind. Quran says every soul shall taste death. Death reminds us that this present world is a temporary period. We do a lot of preparation, you know, for success of this world.</w:t>
      </w:r>
    </w:p>
    <w:p>
      <w:pPr>
        <w:jc w:val="right"/>
      </w:pPr>
      <w:r>
        <w:t>En route from पृथ्वीराज Road to सब्धार्थ जंग when he was going to the airport he met with an accident and he died. He could not assume his office. All his victory celebration, all left behind. Quran says every soul shall taste death. Death reminds us that this present world is a temporary period. We do a lot of preparation, you know, for success of this world.</w:t>
      </w:r>
    </w:p>
    <w:p>
      <w:r>
        <w:rPr>
          <w:b/>
        </w:rPr>
        <w:t xml:space="preserve">[42:13] </w:t>
      </w:r>
      <w:r>
        <w:t>We get some sometimes we are enjoyable to enjoy fruit in the partial sense but many a times we are not and the desires remain unfulfilled. The question that you should ask when you hear this story, when you see people dying around you, have we prepared enough for our hereafter? Have we prepared for our paradise? It is a very important question that you should keep reminding yourself.</w:t>
      </w:r>
    </w:p>
    <w:p>
      <w:pPr>
        <w:jc w:val="right"/>
      </w:pPr>
      <w:r>
        <w:t>We get some sometimes we are enjoy able to enjoy fruit in the partial sense but many a times we are not and the desires remain unfulfilled. The question that you should ask when you hear this story, when you see people dying around you, have we prepared enough for our hereafter? Have we prepared for our paradise? It is a very important question that you should keep reminding yourself.</w:t>
      </w:r>
    </w:p>
    <w:p>
      <w:r>
        <w:rPr>
          <w:b/>
        </w:rPr>
        <w:t xml:space="preserve">[42:42] </w:t>
      </w:r>
      <w:r>
        <w:t>But many a times, you know, it so happens that we overthink also. And we we are almost, you know, at the point of giving up. I remember that there was a time when I changed my job from an American company to a Switzerland based company and it was not just the change of company but it was also the change of the industry completely different.</w:t>
      </w:r>
    </w:p>
    <w:p>
      <w:pPr>
        <w:jc w:val="right"/>
      </w:pPr>
      <w:r>
        <w:t>But many a times, you know, it so happens that we overthink also. And we we are almost, you know, at the point of giving up. I remember that there was a time when I changed my job from an American company to a Switzerland based company and it was not just the change of company but it was also the change of the industry completely different.</w:t>
      </w:r>
    </w:p>
    <w:p>
      <w:r>
        <w:rPr>
          <w:b/>
        </w:rPr>
        <w:t xml:space="preserve">[43:09] </w:t>
      </w:r>
      <w:r>
        <w:t>I was coming from the corporate spending to the corporate investments, to the investments world. And, in the initial period I could not really adjust and I thought I have made a blunder. I went to my ustaad, my my guru Maulana Wahiduddin Khan sahib and I said I'm I'm very frustrated and, you know, so, he smiled and he said that, you know, you are doing a very big mistake.</w:t>
      </w:r>
    </w:p>
    <w:p>
      <w:pPr>
        <w:jc w:val="right"/>
      </w:pPr>
      <w:r>
        <w:t>I was coming from the corporate spending to the corporate investments, to the investments world. And, in the initial period I could not really adjust and I thought I have made a blunder. I went to my उस्ताद, my my गुरु मुलाना वेदुद्दीन खान साहब and I said I'm I'm very frustrated and, you know, so, he smiled and he said that, you know, you are doing a very big mistake.</w:t>
      </w:r>
    </w:p>
    <w:p>
      <w:r>
        <w:rPr>
          <w:b/>
        </w:rPr>
        <w:t xml:space="preserve">[43:36] </w:t>
      </w:r>
      <w:r>
        <w:t>You are judging your future on the basis of your present. Remember what I said the last time? That if you become the need of the person, then you become an asset. He said, work hard. He said, do you know that waiting for a better tomorrow is another form of worship? So this the heading that I've written waiting for a better tomorrow, it's a hadith of the prophet.</w:t>
      </w:r>
    </w:p>
    <w:p>
      <w:pPr>
        <w:jc w:val="right"/>
      </w:pPr>
      <w:r>
        <w:t>You are judging your future on the basis of your present. Remember what I said the last time? That if you become the need of the person, then you become an asset. He said, work hard. He said, do you know that waiting for a better tomorrow is another form of worship? So this the heading that I've written waiting for a better tomorrow, it's a hadith of the prophet.</w:t>
      </w:r>
    </w:p>
    <w:p>
      <w:r>
        <w:rPr>
          <w:b/>
        </w:rPr>
        <w:t xml:space="preserve">[44:01] </w:t>
      </w:r>
      <w:r>
        <w:t>He said waiting for a better tomorrow is also a form of worship and we should not, you know, be negative because what happens is that if I had turned negative then I would have underperformed. I would have become unwanted by my organization and I would have lost my job. But I started working on myself and then I started, getting success, in in my in my job.</w:t>
      </w:r>
    </w:p>
    <w:p>
      <w:pPr>
        <w:jc w:val="right"/>
      </w:pPr>
      <w:r>
        <w:t>He said waiting for a better tomorrow is also a form of worship and we should not, you know, be negative because what happens is that if I had turned negative then I would have underperformed. I would have become unwanted by my organization and I would have lost my job. But I started working on myself and then I started, getting success, in in my in my job.</w:t>
      </w:r>
    </w:p>
    <w:p>
      <w:r>
        <w:rPr>
          <w:b/>
        </w:rPr>
        <w:t xml:space="preserve">[44:29] </w:t>
      </w:r>
      <w:r>
        <w:t>We, we all have, you know, training, courses because training increases. It enhances our scope of performance. Now there is a similar training that, you all need to do all the time that will help you in every step of your life. It is, training of your mind. And what is that training of your mind? It is basically, to make yourself positive mind.</w:t>
      </w:r>
    </w:p>
    <w:p>
      <w:pPr>
        <w:jc w:val="right"/>
      </w:pPr>
      <w:r>
        <w:t>We, we all have, you know, training, courses because training increases. It enhances our scope of performance. Now there is a similar training that, you all need to do all the time that will help you in every step of your life. It is, training of your mind. And what is that training of your mind? It is basically, to make yourself positive mind.</w:t>
      </w:r>
    </w:p>
    <w:p>
      <w:r>
        <w:rPr>
          <w:b/>
        </w:rPr>
        <w:t xml:space="preserve">[44:57] </w:t>
      </w:r>
      <w:r>
        <w:t>If you are a positive mind, you can face any obstacle. Remember, creator himself is a positive mind. He loves positivity. He loves positive people. And it's positive thinking which basically, enhances your personality. And if a personality is enhanced then you, of course become successful in whatever you do.</w:t>
      </w:r>
    </w:p>
    <w:p>
      <w:pPr>
        <w:jc w:val="right"/>
      </w:pPr>
      <w:r>
        <w:t>If you are a positive mind, you can face any obstacle. Remember, creator himself is a positive mind. He loves positivity. He loves positive people. And it's positive thinking which basically, enhances your personality. And if a personality is enhanced then you, of course become successful in whatever you do.</w:t>
      </w:r>
    </w:p>
    <w:p>
      <w:r>
        <w:rPr>
          <w:b/>
        </w:rPr>
        <w:t xml:space="preserve">[45:21] </w:t>
      </w:r>
      <w:r>
        <w:t>Another thing that you should avoid and it is also part of the creation plan is that never do self pity. People tend to do self pity. Kaash mere parents ne zyada mehnat kari hoti. Mera achha environment hota. Kaash meri usse dosti hoti. Kaash main yeh kar sakta, yeh kar sakti. People tend to find excuses.</w:t>
      </w:r>
    </w:p>
    <w:p>
      <w:pPr>
        <w:jc w:val="right"/>
      </w:pPr>
      <w:r>
        <w:t>Another thing that you should avoid and it is also part of the creation plan is that never do self pity. People tend to do self pity. काश मेरे parents ने ज़्यादा मेहनत करी होती. मेरा अच्छा environment होता. काश मेरी उससे दोस्ती होती. काश मैं यह कर सकता, यह कर सकती. People tend to find excuses.</w:t>
      </w:r>
    </w:p>
    <w:p>
      <w:r>
        <w:rPr>
          <w:b/>
        </w:rPr>
        <w:t xml:space="preserve">[45:50] </w:t>
      </w:r>
      <w:r>
        <w:t>We all know, Sir Isaac Newton, the British mathematician and physician. He was a great scientist who discovered the laws of motion. But do you know what went into the making of Newton? We all know what Newton is. But before Newton was born, three months before his birth, his father passed away, his mother remarried, and Newton had a childhood deprived of parental love.</w:t>
      </w:r>
    </w:p>
    <w:p>
      <w:pPr>
        <w:jc w:val="right"/>
      </w:pPr>
      <w:r>
        <w:t>We all know, sir Isaac Newton, the British mathematician and physician. He was a great scientist who discovered the laws of motion. But do you know what went into the making of Newton? We all know what Newton is. But before Newton was born, three months before his birth, his father passed away, his mother remarried, and Newton had a childhood deprived of parental love.</w:t>
      </w:r>
    </w:p>
    <w:p>
      <w:r>
        <w:rPr>
          <w:b/>
        </w:rPr>
        <w:t xml:space="preserve">[46:20] </w:t>
      </w:r>
      <w:r>
        <w:t>He began to spend solitary time. People thought that, you know, he's become a wool gatherer. Newton has become absent minded. That's what his biographer wrote that people thought. So, apparently, what was the drawback of Newton? He turned it into an advantage. He began to intensify his thinking capacity, and he he discovered the laws of motion.</w:t>
      </w:r>
    </w:p>
    <w:p>
      <w:pPr>
        <w:jc w:val="right"/>
      </w:pPr>
      <w:r>
        <w:t>He began to spend solitary time. People thought that, you know, he's become a wool gatherer. Newton has become absent minded. That's what his biographer wrote that people thought. So, apparently, what was the drawback of Newton? He turned it into an advantage. He began to intensify his thinking capacity, and he he discovered the laws of motion.</w:t>
      </w:r>
    </w:p>
    <w:p>
      <w:r>
        <w:rPr>
          <w:b/>
        </w:rPr>
        <w:t xml:space="preserve">[46:45] </w:t>
      </w:r>
      <w:r>
        <w:t>So Newton example gives us, you know, a demonstration that human mind is has unlimited, potential and we have to basically, not get disheartened. There are many people, many success stories where you find that people who face adversity but they did not allow, to be disheartened. And, it so happens that, you know, we face untoward, situations. People are born in orphanage.</w:t>
      </w:r>
    </w:p>
    <w:p>
      <w:pPr>
        <w:jc w:val="right"/>
      </w:pPr>
      <w:r>
        <w:t>So Newton example gives us, you know, a demonstration that human mind is has unlimited, potential and we have to basically, not get disheartened. There are many people, many success stories where you find that people who face adversity but they did not allow, to be disheartened. And, it so happens that, you know, we face untoward, situations. People are born in orphanage.</w:t>
      </w:r>
    </w:p>
    <w:p>
      <w:r>
        <w:rPr>
          <w:b/>
        </w:rPr>
        <w:t xml:space="preserve">[47:14] </w:t>
      </w:r>
      <w:r>
        <w:t>They have incomplete education. They face material losses, they do not get job of their liking. But people who do not give up, they do not lose the courage and continue to make hard efforts are the one who become super achievers. And that is why, you know, you should, when you face stress, you have to tell yourself that, I'm not going to make stress my master.</w:t>
      </w:r>
    </w:p>
    <w:p>
      <w:pPr>
        <w:jc w:val="right"/>
      </w:pPr>
      <w:r>
        <w:t>They have incomplete education. They face material losses, they do not get job of their liking. But people who do not give up, they do not lose the courage and continue to make hard efforts are the one who become super achievers. And that is why, you know, you should, when you face stress, you have to tell yourself that, I'm not going to make stress my master.</w:t>
      </w:r>
    </w:p>
    <w:p>
      <w:r>
        <w:rPr>
          <w:b/>
        </w:rPr>
        <w:t xml:space="preserve">[47:42] </w:t>
      </w:r>
      <w:r>
        <w:t>I'm going to make stress as my servant. And this is, you know, very important to understand. Today we we see that there are many centers that have sprung up all over the world in the name of managing stress. They just give some temporary relief. But then when you face a real life situation, it's, back to, you know, square one. And, by the way, do you know stress is, the third biggest killer after cancer and, heart attacks?</w:t>
      </w:r>
    </w:p>
    <w:p>
      <w:pPr>
        <w:jc w:val="right"/>
      </w:pPr>
      <w:r>
        <w:t>I'm going to make stress as my servant. And this is, you know, very important to understand. Today we we see that there are many centers that have sprung up all over the world in the name of managing stress. They just give some temporary relief. But then when you face a real life situation, it's, back to, you know, square one. And, by the way, do you know stress is, the third biggest killer after cancer and, heart attacks?</w:t>
      </w:r>
    </w:p>
    <w:p>
      <w:r>
        <w:rPr>
          <w:b/>
        </w:rPr>
        <w:t xml:space="preserve">[48:12] </w:t>
      </w:r>
      <w:r>
        <w:t>So it's something not to be taken very lightly. People say that tension ho raha hai, but tension is just a negative name of a positive phenomenon. It gets you, you know, going. In the game of, volleyball, you know, there is a waller and there is a booster. Now waller plays, the main role. But unless, you know, he gets the help of a booster, he cannot play his part.</w:t>
      </w:r>
    </w:p>
    <w:p>
      <w:pPr>
        <w:jc w:val="right"/>
      </w:pPr>
      <w:r>
        <w:t>So it's something not to be taken very lightly. People say that tension हो रहा है, but tension is just a negative name of a positive phenomenon. It gets you, you know, going. In the game of, volleyball, you know, there is a waller and there is a booster. Now waller plays, the main role. But unless, you know, he gets the help of a booster, he cannot play his part.</w:t>
      </w:r>
    </w:p>
    <w:p>
      <w:r>
        <w:rPr>
          <w:b/>
        </w:rPr>
        <w:t xml:space="preserve">[48:38] </w:t>
      </w:r>
      <w:r>
        <w:t>So similarly tension and stress is like our intellectual booster. Aapko jab tak tension nahi hoga, you will not make your move. The only place where there is no tension is graveyard and this world, will not be, you know, completely free of, tension. John Milton, turned blind and he wrote the masterpiece Paradise Lost.</w:t>
      </w:r>
    </w:p>
    <w:p>
      <w:pPr>
        <w:jc w:val="right"/>
      </w:pPr>
      <w:r>
        <w:t>So similarly tension and stress is like our intellectual booster. आपको जब तक tension नहीं होगा, you will not make your move. The only place where there is no tension is graveyard and this world, will not be, you know, completely free of, tension. John Milton, turned blind and he wrote the masterpiece Paradise Lost.</w:t>
      </w:r>
    </w:p>
    <w:p>
      <w:r>
        <w:rPr>
          <w:b/>
        </w:rPr>
        <w:t xml:space="preserve">[49:04] </w:t>
      </w:r>
      <w:r>
        <w:t>After he turned completely blind, look at, you know, I mean, his, his achievement. I mean, even in for for all entire human history, John Milton has created history for himself. And there are there are going to be always, you know, opportunities. The only mantra is that, you know, you keep trying again and again and again. The only thing that I would say is that do not get negative.</w:t>
      </w:r>
    </w:p>
    <w:p>
      <w:pPr>
        <w:jc w:val="right"/>
      </w:pPr>
      <w:r>
        <w:t>After he turned completely blind, look at, you know, I mean, his, his achievement. I mean, even in for for all entire human history, John Milton has created history for himself. And there are there are going to be always, you know, opportunities. The only mantra is that, you know, you keep trying again and again and again. The only thing that I would say is that do not get negative.</w:t>
      </w:r>
    </w:p>
    <w:p>
      <w:r>
        <w:rPr>
          <w:b/>
        </w:rPr>
        <w:t xml:space="preserve">[49:33] </w:t>
      </w:r>
      <w:r>
        <w:t>Remain positive and be good and do good and speak good. There is a beautiful hadith. A prophet said that a person who speaks a good word, he cannot imagine what good may come out of it, but God will be pleased with that person and he will remain pleased till he meets him.</w:t>
      </w:r>
    </w:p>
    <w:p>
      <w:pPr>
        <w:jc w:val="right"/>
      </w:pPr>
      <w:r>
        <w:t>Remain positive and be good and do good and speak good. There is a beautiful हतीस. A prophet said that a person who speaks a good word, he cannot imagine what good may come out of it, but God will be pleased with that person and he will remain pleased till he meets him.</w:t>
      </w:r>
    </w:p>
    <w:p>
      <w:r>
        <w:rPr>
          <w:b/>
        </w:rPr>
        <w:t xml:space="preserve">[49:57] </w:t>
      </w:r>
      <w:r>
        <w:t>Similarly, a person who speaks a evil word, he cannot imagine that what what may come out of that evil word, what what result may happen because of that evil world. But God will remain displeased with that person till he meets him.</w:t>
      </w:r>
    </w:p>
    <w:p>
      <w:pPr>
        <w:jc w:val="right"/>
      </w:pPr>
      <w:r>
        <w:t>Similarly, a person who speaks a evil word, he cannot imagine that what what may come out of that evil word, what what result may happen because of that evil world. But God will remain displeased with that person till he meets him.</w:t>
      </w:r>
    </w:p>
    <w:p>
      <w:r>
        <w:rPr>
          <w:b/>
        </w:rPr>
        <w:t xml:space="preserve">[50:19] </w:t>
      </w:r>
      <w:r>
        <w:t>So what you also need to do and I mentioned here that we need to be a shock absorber. While I was coming to the center, I was with the youngest member here, Diva who's sitting here. She's a fourth class student and I, we were in a rickshaw and ek patch mein road upar neeche thi. To maine Diva se poocha kitna jerks ho raha hai? Do you know why it's happening? You travel in a car also but itne jerks nahi hote hain.</w:t>
      </w:r>
    </w:p>
    <w:p>
      <w:pPr>
        <w:jc w:val="right"/>
      </w:pPr>
      <w:r>
        <w:t>So what you also need to do and I mentioned here that we need to be a shock absorber. While I was coming to the center, I was with the youngest member here, दीवा who's sitting here. She's a fourth class student and I, we were in a रिक्शा and एक patch में Road ऊपर नीचे थी. तो मैंने दीवा से पुछा कितना jerks हो रहा है? Do you know why it's happening? You travel in a car also but इतने jerks नहीं होते हैं.</w:t>
      </w:r>
    </w:p>
    <w:p>
      <w:r>
        <w:rPr>
          <w:b/>
        </w:rPr>
        <w:t xml:space="preserve">[50:48] </w:t>
      </w:r>
      <w:r>
        <w:t>To she said why? I said because rickshaw does not have shock absorber. But a car has, it it gives you a smooth ride. And, you know, in our life therefore if you really want to become a spiritual person, we have to give up the language of complaint. We have to build a in inbuilt, we have to inbuilt a a shock absorber. Hum log Play Store se apps download karte hain. And I will say that please download a shock absorber app right now.</w:t>
      </w:r>
    </w:p>
    <w:p>
      <w:pPr>
        <w:jc w:val="right"/>
      </w:pPr>
      <w:r>
        <w:t>तो she said why? I said because दीक्षा does not have shock absorber. But a car has, it it gives you a smooth ride. And, you know, in our life therefore if you really want to become a spiritual person, we have to give up the language of complaint. We have to build a in inbuilt, we have to inbuilt a a shock absorber. हम लोग Play Store से apps download करते हैं. And I will say that please download a shock absorber app right now.</w:t>
      </w:r>
    </w:p>
    <w:p>
      <w:r>
        <w:rPr>
          <w:b/>
        </w:rPr>
        <w:t xml:space="preserve">[51:15] </w:t>
      </w:r>
      <w:r>
        <w:t>And every time, you know, you face a situation, just activate that, shock absorbing app and tell yourselves tell yourself that I will not allow myself to be dictated by this negative, you know, situation. And I will continue, you know, to be a positive person.</w:t>
      </w:r>
    </w:p>
    <w:p>
      <w:pPr>
        <w:jc w:val="right"/>
      </w:pPr>
      <w:r>
        <w:t>And every time, you know, you face a situation, just activate that, shock absorbing app and tell yourselves tell yourself that I will not allow myself to be dictated by this negative, you know, situation. And I will continue, you know, to be a positive person.</w:t>
      </w:r>
    </w:p>
    <w:p>
      <w:r>
        <w:rPr>
          <w:b/>
        </w:rPr>
        <w:t xml:space="preserve">[51:34] </w:t>
      </w:r>
      <w:r>
        <w:t>So that brings us to the last part which is paradise and paradise as I mentioned is a perfect, it's a perfect world. There is a hadith which says that paradise is a world which no eye has seen, no ear has heard and no mind has conceived. It's an ideal place where only ideal people will be settled.</w:t>
      </w:r>
    </w:p>
    <w:p>
      <w:pPr>
        <w:jc w:val="right"/>
      </w:pPr>
      <w:r>
        <w:t>So that brings us to the last part which is paradise and paradise as I mentioned is a perfect, it's a perfect world. There is a hadith which says that paradise is a world which no eye has seen, no ear has heard and no mind has conceived. It's an ideal place where only ideal people will be settled.</w:t>
      </w:r>
    </w:p>
    <w:p>
      <w:r>
        <w:rPr>
          <w:b/>
        </w:rPr>
        <w:t xml:space="preserve">[52:04] </w:t>
      </w:r>
      <w:r>
        <w:t>Can you visualize, I mean, how it would be once a companion asked the prophet that, what is the construction of paradise? And the way prophet explained, I mean, was so beautiful. He said, one brick of gold, one brick of silver. And, its mota that is a cement will be of fragrant musk. Its pebbles will be of, its pebbles will be of pearls and sapphires.</w:t>
      </w:r>
    </w:p>
    <w:p>
      <w:pPr>
        <w:jc w:val="right"/>
      </w:pPr>
      <w:r>
        <w:t>Can you visualize, I mean, how it would be once a companion asked the prophet that, what is the construction of paradise? And the way prophet explained, I mean, was so beautiful. He said, one brick of gold, one brick of silver. And, its मोटा that is a cement will be of fragrant musk. Its pebbles will be of, its pebbles will be of pearls and sapphires.</w:t>
      </w:r>
    </w:p>
    <w:p>
      <w:r>
        <w:rPr>
          <w:b/>
        </w:rPr>
        <w:t xml:space="preserve">[52:32] </w:t>
      </w:r>
      <w:r>
        <w:t>Its soil or earth will be of saffron. Any person who enters into paradise, he will never decay. His clothes will never decay. He will never age. His youth will remain forever. That is how, you know, the paradise is going to be. And God, you know, would address the people of paradise.</w:t>
      </w:r>
    </w:p>
    <w:p>
      <w:pPr>
        <w:jc w:val="right"/>
      </w:pPr>
      <w:r>
        <w:t>Its soil or earth will be of saffron. Any person who enters into paradise, he will never decay. His clothes will never decay. He will never age. His youth will remain forever. That is how, you know, the paradise is going to be. And God, you know, would address the people of paradise.</w:t>
      </w:r>
    </w:p>
    <w:p>
      <w:r>
        <w:rPr>
          <w:b/>
        </w:rPr>
        <w:t xml:space="preserve">[52:58] </w:t>
      </w:r>
      <w:r>
        <w:t>There's this hadith in Sahibukhari and he would say that, oh, people of paradise. And they will say that, here we are, oh lord. Good is in your hand. So god will say that, are you well pleased? They will say, why will we be not well pleased? You've given us something which you have given us which you have given to no other creature.</w:t>
      </w:r>
    </w:p>
    <w:p>
      <w:pPr>
        <w:jc w:val="right"/>
      </w:pPr>
      <w:r>
        <w:t>There's this hadith in Sahibukhari and he would say that, oh, people of paradise. And they will say that, here we are, oh lord. Good is in your hand. So god will say that, are you well pleased? They will say, why will we be not well pleased? You've given us something which you have given us which you have given to no other creature.</w:t>
      </w:r>
    </w:p>
    <w:p>
      <w:r>
        <w:rPr>
          <w:b/>
        </w:rPr>
        <w:t xml:space="preserve">[53:23] </w:t>
      </w:r>
      <w:r>
        <w:t>So God will say that, should I give you something more excellent than this? And then he will say that, today I will give you my eternal pleasure and I guarantee that you will never be taken out from paradise. Now imagine god is saying that I will never be displeased with you.</w:t>
      </w:r>
    </w:p>
    <w:p>
      <w:pPr>
        <w:jc w:val="right"/>
      </w:pPr>
      <w:r>
        <w:t>So God will say that, should I give you something more excellent than this? And then he will say that, today I will give you my eternal pleasure and I guarantee that you will never be taken out from paradise. Now imagine god is saying that I will never be displeased with you.</w:t>
      </w:r>
    </w:p>
    <w:p>
      <w:r>
        <w:rPr>
          <w:b/>
        </w:rPr>
        <w:t xml:space="preserve">[53:50] </w:t>
      </w:r>
      <w:r>
        <w:t>Look at where we started in the first slide. God was displeased with Adam, and Adam was banished from, paradise, and we are here, on earth. Now here god is saying that you will enjoy eternal pleasures of paradise and paradise is such, you know, in surya kaf it is mentioned that puran says that there you will have all that you desire.</w:t>
      </w:r>
    </w:p>
    <w:p>
      <w:pPr>
        <w:jc w:val="right"/>
      </w:pPr>
      <w:r>
        <w:t>Look at where we started in the first slide. God was displeased with Adam, and Adam was banished from, paradise, and we are here, on earth. Now here god is saying that you will enjoy eternal pleasures of paradise and paradise is such, you know, in सूर्य काफ it is mentioned that पुरान says that there you will have all that you desire.</w:t>
      </w:r>
    </w:p>
    <w:p>
      <w:r>
        <w:rPr>
          <w:b/>
        </w:rPr>
        <w:t xml:space="preserve">[54:20] </w:t>
      </w:r>
      <w:r>
        <w:t>So whatever that you can desire, you will have it. And we have more, which means that god is saying that something that your mind cannot even conceive. Surya kaf is saying that you will have even that. So that is what paradise is and here God is saying that I am guaranteeing you, I will never be displeased with you. It will be such a big source of happiness for dwellers of paradise because you know when they will see paradise, they will be so happy.</w:t>
      </w:r>
    </w:p>
    <w:p>
      <w:pPr>
        <w:jc w:val="right"/>
      </w:pPr>
      <w:r>
        <w:t>So whatever that you can desire, you will have it. And we have more, which means that god is saying that something that your mind cannot even conceive. सूर्य काफ is saying that you will have even that. So that is what paradise is and here God is saying that I am guaranteeing you, I will never be displeased with you. It will be such a big source of happiness for dwellers of paradise because you know when they will see paradise, they will be so happy.</w:t>
      </w:r>
    </w:p>
    <w:p>
      <w:r>
        <w:rPr>
          <w:b/>
        </w:rPr>
        <w:t xml:space="preserve">[54:49] </w:t>
      </w:r>
      <w:r>
        <w:t>But in their heart of hearts, they will feel that we've not created this paradise. What if it's taken away? So god is addressing that fear that it will never be taken away. But who will be the people who will qualify for paradise?</w:t>
      </w:r>
    </w:p>
    <w:p>
      <w:pPr>
        <w:jc w:val="right"/>
      </w:pPr>
      <w:r>
        <w:t>But in their heart of hearts, they will feel that we've not created this paradise. What if it's taken away? So god is addressing that fear that it will never be taken away. But who will be the people who will qualify for paradise?</w:t>
      </w:r>
    </w:p>
    <w:p>
      <w:r>
        <w:rPr>
          <w:b/>
        </w:rPr>
        <w:t xml:space="preserve">[55:06] </w:t>
      </w:r>
      <w:r>
        <w:t>There is there is a hadith by Hazle Dabu Oreira and he said that the people of paradise will be those people who will have their hearts like hearts of bird. Now if you if you notice a bird, a bird is a complex free creature. If you hit a sparrow, the sparrow will just move from that place and go and sit at another place.</w:t>
      </w:r>
    </w:p>
    <w:p>
      <w:pPr>
        <w:jc w:val="right"/>
      </w:pPr>
      <w:r>
        <w:t>There is there is a hadith by Hazle Dabu Oreira and he said that the people of paradise will be those people who will have their hearts like hearts of bird. Now if you if you notice a bird, a bird is a complex free creature. If you hit a sparrow, the sparrow will just move from that place and go and sit at another place.</w:t>
      </w:r>
    </w:p>
    <w:p>
      <w:r>
        <w:rPr>
          <w:b/>
        </w:rPr>
        <w:t xml:space="preserve">[55:31] </w:t>
      </w:r>
      <w:r>
        <w:t>You you put a stone there, you throw a stone there and it'll fly from that place into the third place. So in a way, sparrow is, a creature which is completely revenge free, hate free, no negativity. It continues to do its job the way it is made. And that is why Hazrat Abu Rehra narrated this hadith that the the dwellers of paradise will be those who will have hearts like paradise.</w:t>
      </w:r>
    </w:p>
    <w:p>
      <w:pPr>
        <w:jc w:val="right"/>
      </w:pPr>
      <w:r>
        <w:t>You you put a stone there, you throw a stone there and it'll fly from that place into the third place. So in a way, sparrow is, a creature which is completely revenge free, hate free, no negativity. It continues to do its job the way it is made. And that is why Hazrat Abu Rehra narrated this hadith that the the dwellers of paradise will be those who will have hearts like paradise.</w:t>
      </w:r>
    </w:p>
    <w:p>
      <w:r>
        <w:rPr>
          <w:b/>
        </w:rPr>
        <w:t xml:space="preserve">[55:56] </w:t>
      </w:r>
      <w:r>
        <w:t>No revenge, no negative feeling, nothing against anyone, completely positive people. If you look at what you've, if you read quran, you find that how the society of the paradise will be. In chapter 10, quran says, god calls man to the home of peace. So which means that it is a place where there will be complete peace.</w:t>
      </w:r>
    </w:p>
    <w:p>
      <w:pPr>
        <w:jc w:val="right"/>
      </w:pPr>
      <w:r>
        <w:t>No revenge, no negative feeling, nothing against anyone, completely positive people. If you look at what you've, if you read कुरान, you find that how the society of the paradise will be. In chapter 10, कुरान says, god calls man to the home of peace. So which means that it is a place where there will be complete peace.</w:t>
      </w:r>
    </w:p>
    <w:p>
      <w:r>
        <w:rPr>
          <w:b/>
        </w:rPr>
        <w:t xml:space="preserve">[56:22] </w:t>
      </w:r>
      <w:r>
        <w:t>So only those individuals will be settled in paradise who will give evidence of their living as peaceful members on this earth. They will be the people who will be settled in paradise. Another place, quran says the godfaring will find themselves in gardens and rivers in the seat of truth with an all powerful sovereign.</w:t>
      </w:r>
    </w:p>
    <w:p>
      <w:pPr>
        <w:jc w:val="right"/>
      </w:pPr>
      <w:r>
        <w:t>So only those individuals will be settled in paradise who will give evidence of their living as peaceful members on this earth. They will be the people who will be settled in paradise. Another place, Quran says the godfaring will find themselves in gardens and rivers in the seat of truth with an all powerful sovereign.</w:t>
      </w:r>
    </w:p>
    <w:p>
      <w:r>
        <w:rPr>
          <w:b/>
        </w:rPr>
        <w:t xml:space="preserve">[56:46] </w:t>
      </w:r>
      <w:r>
        <w:t>So people who will give demonstration of their truthfulness, their sincerity in this world will find a seat of truth in paradise. What will be the atmosphere of paradise? Quran says that they will not hear there in any vain or sinful talk, only the words of peace and tranquility. What will be the society of paradise?</w:t>
      </w:r>
    </w:p>
    <w:p>
      <w:pPr>
        <w:jc w:val="right"/>
      </w:pPr>
      <w:r>
        <w:t>So people who will give demonstration of their truthfulness, their sincerity in this world will find a seat of truth in paradise. What will be the atmosphere of paradise? कुरान says that they will not hear there in any vain or sinful talk, only the words of peace and tranquility. What will be the society of paradise?</w:t>
      </w:r>
    </w:p>
    <w:p>
      <w:r>
        <w:rPr>
          <w:b/>
        </w:rPr>
        <w:t xml:space="preserve">[57:12] </w:t>
      </w:r>
      <w:r>
        <w:t>Quran says, whoever obeys god and the prophet will be among those he has blessed. The prophets, the truthful, the witnesses for god and the righteous. What excellent companions these are. Can you imagine, what kind of society will that be? It'll comprise of the best people from entire human history. The people, the righteous, the prophets, the truthful, the martyrs.</w:t>
      </w:r>
    </w:p>
    <w:p>
      <w:pPr>
        <w:jc w:val="right"/>
      </w:pPr>
      <w:r>
        <w:t>Quran says, whoever obeys god and the prophet will be among those he has blessed. The prophets, the truthful, the witnesses for god and the righteous. What excellent companions these are. Can you imagine, what kind of society will that be? It'll comprise of the best people from entire human history. The people, the righteous, the prophets, the truthful, the martyrs.</w:t>
      </w:r>
    </w:p>
    <w:p>
      <w:r>
        <w:rPr>
          <w:b/>
        </w:rPr>
        <w:t xml:space="preserve">[57:40] </w:t>
      </w:r>
      <w:r>
        <w:t>It's the paradise will comprise of those people. So if you if you want to be a member of that society, you will have to give evidence here in on this planet earth. Only then you will be able to qualify for paradise. And what is that important thing that, you know, all you need to do when you are here?</w:t>
      </w:r>
    </w:p>
    <w:p>
      <w:pPr>
        <w:jc w:val="right"/>
      </w:pPr>
      <w:r>
        <w:t>It's the paradise will comprise of those people. So if you if you want to be a member of that society, you will have to give evidence here in on this planet earth. Only then you will be able to qualify for paradise. And what is that important thing that, you know, all you need to do when you are here?</w:t>
      </w:r>
    </w:p>
    <w:p>
      <w:r>
        <w:rPr>
          <w:b/>
        </w:rPr>
        <w:t xml:space="preserve">[58:03] </w:t>
      </w:r>
      <w:r>
        <w:t>And that is what, you know, the prize of paradise is, and that is where it completes the full circle of creation plan of god. And it is, it can be understood from this hadith that a person from the hell will be taken out. And it will be asked, to him that what is it that you do? What what is it that you did that got you into hell? And he will say that, I did bad things. I was not good.</w:t>
      </w:r>
    </w:p>
    <w:p>
      <w:pPr>
        <w:jc w:val="right"/>
      </w:pPr>
      <w:r>
        <w:t>And that is what, you know, the prize of paradise is, and that is where it completes the full circle of creation plan of god. And it is, it can be understood from this hadith that a person from the hell will be taken out. And it will be asked, to him that what is it that you do? What what is it that you did that got you into hell? And he will say that, I did bad things. I was not good.</w:t>
      </w:r>
    </w:p>
    <w:p>
      <w:r>
        <w:rPr>
          <w:b/>
        </w:rPr>
        <w:t xml:space="preserve">[58:32] </w:t>
      </w:r>
      <w:r>
        <w:t>Then it will be said to him that, if you have gold equal to the earth, will you give it in place of what your present status is? And he will say, of course I will give that. But then it'll be said to him that when you were on earth, you were asked much less. What is this much less? This much less is nothing but just acknowledgement, acknowledgement of god.</w:t>
      </w:r>
    </w:p>
    <w:p>
      <w:pPr>
        <w:jc w:val="right"/>
      </w:pPr>
      <w:r>
        <w:t>Then it will be said to him that, if you have gold equal to the earth, will you give it in place of what your present status is? And he will say, of course I will give that. But then it'll be said to him that when you were on earth, you were asked much less. What is this much less? This much less is nothing but just acknowledgement, acknowledgement of god.</w:t>
      </w:r>
    </w:p>
    <w:p>
      <w:r>
        <w:rPr>
          <w:b/>
        </w:rPr>
        <w:t xml:space="preserve">[59:02] </w:t>
      </w:r>
      <w:r>
        <w:t>It is not just a lip service ki bas humne kalma bhar diya and that is enough. Many people do that.</w:t>
      </w:r>
    </w:p>
    <w:p>
      <w:pPr>
        <w:jc w:val="right"/>
      </w:pPr>
      <w:r>
        <w:t>It is not just a lip service कि बस हमने कलमा भर दिया and that is enough. Many people do that.</w:t>
      </w:r>
    </w:p>
    <w:p>
      <w:r>
        <w:rPr>
          <w:b/>
        </w:rPr>
        <w:t xml:space="preserve">[59:09] </w:t>
      </w:r>
      <w:r>
        <w:t>But the real acknowledgement is that when you discover God's glory, when you discover, why you were created and when from the depths of your heart, you know, you reach out, you lead a god oriented life and the words that comes on your lips, that is the true remembrance of of god and that is what, you know, the real acknowledgement is.</w:t>
      </w:r>
    </w:p>
    <w:p>
      <w:pPr>
        <w:jc w:val="right"/>
      </w:pPr>
      <w:r>
        <w:t>But the real acknowledgement is that when you discover God's glory, when you discover, why you were created and when from the depths of your heart, you know, you reach out, you lead a god oriented life and the words that comes on your lips, that is the true remembrance of of god and that is what, you know, the real acknowledgement is.</w:t>
      </w:r>
    </w:p>
    <w:p>
      <w:r>
        <w:rPr>
          <w:b/>
        </w:rPr>
        <w:t xml:space="preserve">[59:35] </w:t>
      </w:r>
      <w:r>
        <w:t>Hum sab agar aap dekhen, you know, that brings me to the end of it ki we are, you know, on a journey. Aap is example se samjhiye ki jab hum ghar se nikalte hain, when we go on a travel, we get home sick, right? And there are inconveniences of travel. But humein back of the mind, you know, we know that ok, we will come back home.</w:t>
      </w:r>
    </w:p>
    <w:p>
      <w:pPr>
        <w:jc w:val="right"/>
      </w:pPr>
      <w:r>
        <w:t>हम सब अगर आप देखें, you know, that brings me to the end of it कि we are, you know, on a journey. आप इस example से समझिए कि जब हम घर से निकलते हैं, when we go on a travel, we get home sick, right? And there are inconveniences of travel. But हमें back of the mind, you know, we know that ok, we will come back home.</w:t>
      </w:r>
    </w:p>
    <w:p>
      <w:r>
        <w:rPr>
          <w:b/>
        </w:rPr>
        <w:t xml:space="preserve">[1:00:01] </w:t>
      </w:r>
      <w:r>
        <w:t>So we tolerate all those inconveniences because we know it is a temporary, period.</w:t>
      </w:r>
    </w:p>
    <w:p>
      <w:pPr>
        <w:jc w:val="right"/>
      </w:pPr>
      <w:r>
        <w:t>So we tolerate all those inconveniences because we know it is a temporary, period.</w:t>
      </w:r>
    </w:p>
    <w:p>
      <w:r>
        <w:rPr>
          <w:b/>
        </w:rPr>
        <w:t xml:space="preserve">[1:00:06] </w:t>
      </w:r>
      <w:r>
        <w:t>If you expand this to understand, you know, the present status, the creation plan of god, why, you</w:t>
      </w:r>
    </w:p>
    <w:p>
      <w:pPr>
        <w:jc w:val="right"/>
      </w:pPr>
      <w:r>
        <w:t>If you expand this to understand, you know, the present status, the creation plan of god, why, you</w:t>
      </w:r>
    </w:p>
    <w:p>
      <w:r>
        <w:rPr>
          <w:b/>
        </w:rPr>
        <w:t xml:space="preserve">[1:00:11] </w:t>
      </w:r>
      <w:r>
        <w:t>know, if there is one word that will explain all the problems, why is there so much of dissatisfaction?</w:t>
      </w:r>
    </w:p>
    <w:p>
      <w:pPr>
        <w:jc w:val="right"/>
      </w:pPr>
      <w:r>
        <w:t>know, if there is one word that will explain all the problems, why is there so much of dissatisfaction?</w:t>
      </w:r>
    </w:p>
    <w:p>
      <w:r>
        <w:rPr>
          <w:b/>
        </w:rPr>
        <w:t xml:space="preserve">[1:00:16] </w:t>
      </w:r>
      <w:r>
        <w:t>The reason is that we all are homesick.</w:t>
      </w:r>
    </w:p>
    <w:p>
      <w:pPr>
        <w:jc w:val="right"/>
      </w:pPr>
      <w:r>
        <w:t>The reason is that we all are homesick.</w:t>
      </w:r>
    </w:p>
    <w:p>
      <w:r>
        <w:rPr>
          <w:b/>
        </w:rPr>
        <w:t xml:space="preserve">[1:00:21] </w:t>
      </w:r>
      <w:r>
        <w:t>The entire humanity is homesick.</w:t>
      </w:r>
    </w:p>
    <w:p>
      <w:pPr>
        <w:jc w:val="right"/>
      </w:pPr>
      <w:r>
        <w:t>The entire humanity is homesick.</w:t>
      </w:r>
    </w:p>
    <w:p>
      <w:r>
        <w:rPr>
          <w:b/>
        </w:rPr>
        <w:t xml:space="preserve">[1:00:26] </w:t>
      </w:r>
      <w:r>
        <w:t>We are not made for this world.</w:t>
      </w:r>
    </w:p>
    <w:p>
      <w:pPr>
        <w:jc w:val="right"/>
      </w:pPr>
      <w:r>
        <w:t>We are not made for this world.</w:t>
      </w:r>
    </w:p>
    <w:p>
      <w:r>
        <w:rPr>
          <w:b/>
        </w:rPr>
        <w:t xml:space="preserve">[1:00:32] </w:t>
      </w:r>
      <w:r>
        <w:t>We have to go back to our real world. The real inhabitant of a fish is water. The real inhabitant of a human being is paradise. And that is why we are homesick. That is why even if we get what we desire, we don't feel incrementally happy. Soon after the newness of it is, it fades away. And we again feel wanting for more. You're not truly satisfied. There is something in, you know, plastic surgery.</w:t>
      </w:r>
    </w:p>
    <w:p>
      <w:pPr>
        <w:jc w:val="right"/>
      </w:pPr>
      <w:r>
        <w:t>We have to go back to our real world. The real inhabitant of a fish is water. The real inhabitant of a human being is paradise. And that is why we are homesick. That is why even if we get what we desire, we don't feel incrementally happy. Soon after the newness of it is, it fades away. And we again feel wanting for more. You're not truly satisfied. There is something in, you know, plastic surgery.</w:t>
      </w:r>
    </w:p>
    <w:p>
      <w:r>
        <w:rPr>
          <w:b/>
        </w:rPr>
        <w:t xml:space="preserve">[1:00:57] </w:t>
      </w:r>
      <w:r>
        <w:t>It is called, professor William Boyd said, self will not accept not self. Jab skin grafting hoti hai so, you know, the doctor takes skin from your body only and does skin grafting. It cannot be, you cannot donate it, for a person whose grafting has to be done. So professor William Ward, in his research said, self will not accept not self.</w:t>
      </w:r>
    </w:p>
    <w:p>
      <w:pPr>
        <w:jc w:val="right"/>
      </w:pPr>
      <w:r>
        <w:t>It is called, professor William Boyd said, self will not accept not self. जब skin grafting होती है so, you know, the doctor takes skin from your body only and does skin grafting. It cannot be, you cannot donate it, for a person whose grafting has to be done. So professor William Ward, in his research said, self will not accept not self.</w:t>
      </w:r>
    </w:p>
    <w:p>
      <w:r>
        <w:rPr>
          <w:b/>
        </w:rPr>
        <w:t xml:space="preserve">[1:01:23] </w:t>
      </w:r>
      <w:r>
        <w:t>Now imagine we have to live in god's neighborhood paradise, and god is all merciful, all compassionate. He's always giving, blessings to us. Will he settle those people who will not have those divine like qualities? All of us have to build that that marfat, that personality, that god orientation has to be done.</w:t>
      </w:r>
    </w:p>
    <w:p>
      <w:pPr>
        <w:jc w:val="right"/>
      </w:pPr>
      <w:r>
        <w:t>Now imagine we have to live in god's neighborhood paradise, and god is all merciful, all compassionate. He's always giving, blessings to us. Will he settle those people who will not have those divine like qualities? All of us have to build that that मार्फ़त, that personality, that god orientation has to be done.</w:t>
      </w:r>
    </w:p>
    <w:p>
      <w:r>
        <w:rPr>
          <w:b/>
        </w:rPr>
        <w:t xml:space="preserve">[1:01:49] </w:t>
      </w:r>
      <w:r>
        <w:t>Only then we will be able to live in paradise. God will only accept those, people. So thank you. I hope, you know, I made some sense, and, we can interact now. Thank you. How will I define?</w:t>
      </w:r>
    </w:p>
    <w:p>
      <w:pPr>
        <w:jc w:val="right"/>
      </w:pPr>
      <w:r>
        <w:t>Only then we will be able to live in paradise. God will only accept those, people. So thank you. I hope, you know, I made some sense, and, we can interact now. Thank you. How will I define?</w:t>
      </w:r>
    </w:p>
    <w:p>
      <w:r>
        <w:rPr>
          <w:b/>
        </w:rPr>
        <w:t xml:space="preserve">[1:02:19] </w:t>
      </w:r>
      <w:r>
        <w:t>I had that in my slide. See, I mentioned that the soul is eternal. And as I mentioned about the creation plan of god, that, human soul is divided into two parts, pre death period and the post death period. So it's like an iceberg. We we have seen iceberg.</w:t>
      </w:r>
    </w:p>
    <w:p>
      <w:pPr>
        <w:jc w:val="right"/>
      </w:pPr>
      <w:r>
        <w:t>I had that in my slide. See, I mentioned that the soul is eternal. And as I mentioned about the creation plan of god, that, human soul is divided into two parts, pre death period and the post death period. So it's like an iceberg. We we have seen iceberg.</w:t>
      </w:r>
    </w:p>
    <w:p>
      <w:r>
        <w:rPr>
          <w:b/>
        </w:rPr>
        <w:t xml:space="preserve">[1:02:41] </w:t>
      </w:r>
      <w:r>
        <w:t>Some of the icebergs that we see, they are as high as sixty seventy stories, But still it is only the tip of the iceberg. The real iceberg is submerged under the sea. So similarly, this life, is only the tip of the real life that is yet to come and death is beginning of that real life that is going to begin. And like I mentioned that Hazrat Aisha said, death precedes meeting Allah.</w:t>
      </w:r>
    </w:p>
    <w:p>
      <w:pPr>
        <w:jc w:val="right"/>
      </w:pPr>
      <w:r>
        <w:t>Some of the icebergs that we see, they are as high as sixty seventy stories, But still it is only the tip of the iceberg. The real iceberg is submerged under the sea. So similarly, this life, is only the tip of the real life that is yet to come and death is beginning of that real life that is going to begin. And like I mentioned that Hazrat Aisha said, death precedes meeting Allah.</w:t>
      </w:r>
    </w:p>
    <w:p>
      <w:r>
        <w:rPr>
          <w:b/>
        </w:rPr>
        <w:t xml:space="preserve">[1:03:11] </w:t>
      </w:r>
      <w:r>
        <w:t>So it's not an, negative thing. It's like the point beyond which we will be able to meet our creator and it's a reminder that why we are here, what is the purpose of a life. So do you really think a man dies? I mean the physical body dies but our real identity is not this.</w:t>
      </w:r>
    </w:p>
    <w:p>
      <w:pPr>
        <w:jc w:val="right"/>
      </w:pPr>
      <w:r>
        <w:t>So it's not an, negative thing. It's like the point beyond which we will be able to meet our creator and it's a reminder that why we are here, what is the purpose of a life. So do you really think a man dies? I mean the physical body dies but our real identity is not this.</w:t>
      </w:r>
    </w:p>
    <w:p>
      <w:r>
        <w:rPr>
          <w:b/>
        </w:rPr>
        <w:t xml:space="preserve">[1:03:33] </w:t>
      </w:r>
      <w:r>
        <w:t>We get identified like I am I am रजत, he is शारिक भाई, विनियापा your son because we are in a in a physical body. But our real identity is not this physical body. This is going to be discarded. The real self is not seen. You can't see my soul. That real soul is eternal. So it it moves from this this pre death period to, you know, the eternal world.</w:t>
      </w:r>
    </w:p>
    <w:p>
      <w:pPr>
        <w:jc w:val="right"/>
      </w:pPr>
      <w:r>
        <w:t>We get identified like I am I am रजत, he is शारिक भाई, विनियापा your son because we are in a in a physical body. But our real identity is not this physical body. This is going to be discarded. The real self is not seen. You can't see my soul. That real soul is eternal. So it it moves from this this pre death period to, you know, the eternal world.</w:t>
      </w:r>
    </w:p>
    <w:p>
      <w:r>
        <w:rPr>
          <w:b/>
        </w:rPr>
        <w:t xml:space="preserve">[1:03:59] </w:t>
      </w:r>
      <w:r>
        <w:t>Can't we say that it is simply a transformation from one medium to another medium? Absolutely. You're right, sir. In that way, man is immortal. In that way life, the soul is immortal, yes. So if if we consider the whole process right from the beginning of the soul till the so called death or the next phase or we can say that end point of the whole phenomena that is अखरत.</w:t>
      </w:r>
    </w:p>
    <w:p>
      <w:pPr>
        <w:jc w:val="right"/>
      </w:pPr>
      <w:r>
        <w:t>Can't we say that it is simply a transformation from one medium to another medium? Absolutely. You're right, sir. In that way, man is immortal. In that way life, the soul is immortal, yes. So if if we consider the whole process right from the beginning of the soul till the so called death or the next phase or we can say that end point of the whole phenomena that is अखरत.</w:t>
      </w:r>
    </w:p>
    <w:p>
      <w:r>
        <w:rPr>
          <w:b/>
        </w:rPr>
        <w:t xml:space="preserve">[1:04:27] </w:t>
      </w:r>
      <w:r>
        <w:t>So can't we say that man simply vibrate from one phase to another phase? So this is a journey from from from the from this earth to paradise. So, you're right what you're saying.</w:t>
      </w:r>
    </w:p>
    <w:p>
      <w:pPr>
        <w:jc w:val="right"/>
      </w:pPr>
      <w:r>
        <w:t>So can't we say that man simply vibrate from one phase to another phase? So this is a journey from from from the from this earth to paradise. So, you're right what you're saying.</w:t>
      </w:r>
    </w:p>
    <w:p>
      <w:r>
        <w:rPr>
          <w:b/>
        </w:rPr>
        <w:t xml:space="preserve">[1:04:41] </w:t>
      </w:r>
      <w:r>
        <w:t>And this journey has various points that we experience in life, which will actually be those testing points which decides that whether we will be able to inhabit or are we worthy of gaining entry into paradise.</w:t>
      </w:r>
    </w:p>
    <w:p>
      <w:pPr>
        <w:jc w:val="right"/>
      </w:pPr>
      <w:r>
        <w:t>And this journey has various points that we experience in life, which will actually be those testing points which decides that whether we will be able to inhabit or are we worthy of gaining entry into paradise.</w:t>
      </w:r>
    </w:p>
    <w:p>
      <w:r>
        <w:rPr>
          <w:b/>
        </w:rPr>
        <w:t xml:space="preserve">[1:04:59] </w:t>
      </w:r>
      <w:r>
        <w:t>So this period is a period of action like prophet said, he was, he said that, you know, I am worried about my उम्मा for their desires and for their wishes because, you know, when you because desires sort of takes you away from truth and wishes makes you forgetful about hereafter. And he says this world is the period of action and not reckoning.</w:t>
      </w:r>
    </w:p>
    <w:p>
      <w:pPr>
        <w:jc w:val="right"/>
      </w:pPr>
      <w:r>
        <w:t>So this period is a period of action like prophet said, he was, he said that, you know, I am worried about my उम्मा for their desires and for their wishes because, you know, when you because desires sort of takes you away from truth and wishes makes you forgetful about hereafter. And he says this world is the period of action and not reckoning.</w:t>
      </w:r>
    </w:p>
    <w:p>
      <w:r>
        <w:rPr>
          <w:b/>
        </w:rPr>
        <w:t xml:space="preserve">[1:05:26] </w:t>
      </w:r>
      <w:r>
        <w:t>But the world hereafter, what sir is talking about, is the is the world of reckoning and not action. And therefore we have to differentiate between the two. We can do action here, we cannot do action there. That is the the the period or the phase of reward or punishment. Next question is, do really universe exist according to the Quran? मतलब in terms of physical phenomena? Well, I mean universe exist.</w:t>
      </w:r>
    </w:p>
    <w:p>
      <w:pPr>
        <w:jc w:val="right"/>
      </w:pPr>
      <w:r>
        <w:t>But the world hereafter, what sir is talking about, is the is the world of reckoning and not action. And therefore we have to differentiate between the two. We can do action here, we cannot do action there. That is the the the period or the phase of reward or punishment. Next question is, do really universe exist according to the Quran? मतलब in terms of physical phenomena? Well, I mean universe exist.</w:t>
      </w:r>
    </w:p>
    <w:p>
      <w:r>
        <w:rPr>
          <w:b/>
        </w:rPr>
        <w:t xml:space="preserve">[1:05:56] </w:t>
      </w:r>
      <w:r>
        <w:t>Mean we are in all of pandemic. ऐसा है शायद Quran ने कहे कि this universe, the whole world is an illusion. Whole world is an illusion. कुरान says that we have created this as a game. This world is as a game. It's a word that is used. But nowhere it says illusion because when you say illusion then everything becomes unreal. I mean, illusion in the sense that this world is real, paradise is real, god is real.</w:t>
      </w:r>
    </w:p>
    <w:p>
      <w:pPr>
        <w:jc w:val="right"/>
      </w:pPr>
      <w:r>
        <w:t>Mean we are in all of pandemic. ऐसा है शायद Quran ने कहे कि this universe, the whole world is an illusion. Whole world is an illusion. कुरान says that we have created this as a game. This world is as a game. It's a word that is used. But nowhere it says illusion because when you say illusion then everything becomes unreal. I mean, illusion in the sense that this world is real, paradise is real, god is real.</w:t>
      </w:r>
    </w:p>
    <w:p>
      <w:r>
        <w:rPr>
          <w:b/>
        </w:rPr>
        <w:t xml:space="preserve">[1:06:22] </w:t>
      </w:r>
      <w:r>
        <w:t>I mean, you look at, see, understand it from this way, from the scientist community, and there are so many evidences in the Quran that proves that it is a book of god because of so many things like it's an it's an ever expanding universe. This was much discovered much later and the development of a child's, there are many things.</w:t>
      </w:r>
    </w:p>
    <w:p>
      <w:pPr>
        <w:jc w:val="right"/>
      </w:pPr>
      <w:r>
        <w:t>I mean, you look at, see, understand it from this way, from the scientist community, and there are so many evidences in the Quran that proves that it is a book of god because of so many things like it's an it's an ever expanding universe. This was much discovered much later and the development of a child's, there are many things.</w:t>
      </w:r>
    </w:p>
    <w:p>
      <w:r>
        <w:rPr>
          <w:b/>
        </w:rPr>
        <w:t xml:space="preserve">[1:06:46] </w:t>
      </w:r>
      <w:r>
        <w:t>But if you if you if you read scientists, see, at the time of Newton, it was the scientist community believed that this is a mechanical universe. Hundred and fifty years later, Ernest Rutherford period scientist said that this is a meaningful, universe. This is a meaningful world. And then later in Fred Hoyle period, the scientist community said that this is an intelligent universe.</w:t>
      </w:r>
    </w:p>
    <w:p>
      <w:pPr>
        <w:jc w:val="right"/>
      </w:pPr>
      <w:r>
        <w:t>But if you if you if you read scientists, see, at the time of Newton, it was the scientist community believed that this is a mechanical universe. Hundred and fifty years later, Ernest Rutherford period scientist said that this is a meaningful, universe. This is a meaningful world. And then later in Fred Hoyle period, the scientist community said that this is an intelligent universe.</w:t>
      </w:r>
    </w:p>
    <w:p>
      <w:r>
        <w:rPr>
          <w:b/>
        </w:rPr>
        <w:t xml:space="preserve">[1:07:14] </w:t>
      </w:r>
      <w:r>
        <w:t>And much earlier, Charles Town, in his article, said that there is no doubt that this universe has an intelligent design, and it is very unusual that we are here. It is very unusual that the universe is there. Now all of them are using these terms intelligent, mechanical, meaningful. It's all about nomenclature. They're falling short of saying god.</w:t>
      </w:r>
    </w:p>
    <w:p>
      <w:pPr>
        <w:jc w:val="right"/>
      </w:pPr>
      <w:r>
        <w:t>And much earlier, Charles Town, in his article, said that there is no doubt that this universe has an intelligent design, and it is very unusual that we are here. It is very unusual that the universe is there. Now all of them are using these terms intelligent, mechanical, meaningful. It's all about nomenclature. They're falling short of saying god.</w:t>
      </w:r>
    </w:p>
    <w:p>
      <w:r>
        <w:rPr>
          <w:b/>
        </w:rPr>
        <w:t xml:space="preserve">[1:07:43] </w:t>
      </w:r>
      <w:r>
        <w:t>And therefore, you know, when you also interact, you cannot prove things like two plus two is equal to four. There will always be an element of doubt. But looking at, you know, these intelligent signs, designs, and our own personal experiences, it points out that, you know, there is a creator, and we are under the protection of that creator who's watching us every step.</w:t>
      </w:r>
    </w:p>
    <w:p>
      <w:pPr>
        <w:jc w:val="right"/>
      </w:pPr>
      <w:r>
        <w:t>And therefore, you know, when you also interact, you cannot prove things like two plus two is equal to four. There will always be an element of doubt. But looking at, you know, these intelligent signs, designs, and our own personal experiences, it points out that, you know, there is a creator, and we are under the protection of that creator who's watching us every step.</w:t>
      </w:r>
    </w:p>
    <w:p>
      <w:r>
        <w:rPr>
          <w:b/>
        </w:rPr>
        <w:t xml:space="preserve">[1:08:10] </w:t>
      </w:r>
      <w:r>
        <w:t>In 2022, three physicists got Nobel Prize, and they proved that this world is in is not real in sense. And according to that experiment, according to quantum physics, because of consciousness, universe is there. Not because universe is there that we are conscious. That is according to biocentrism theory.</w:t>
      </w:r>
    </w:p>
    <w:p>
      <w:pPr>
        <w:jc w:val="right"/>
      </w:pPr>
      <w:r>
        <w:t>In 2022, three physicists got Nobel Prize, and they proved that this world is in is not real in sense. And according to that experiment, according to quantum physics, because of consciousness, universe is there. Not because universe is there that we are conscious. That is according to biocentrism theory.</w:t>
      </w:r>
    </w:p>
    <w:p>
      <w:r>
        <w:rPr>
          <w:b/>
        </w:rPr>
        <w:t xml:space="preserve">[1:08:35] </w:t>
      </w:r>
      <w:r>
        <w:t>You know, I mean, scientist will of course explain in a manner that they have realized things. René Descartes said that I think therefore I am. I, वराणा साहब said कि I will say that, I will say I exist therefore god exist and that itself is enough. But we will keep having these intellectual confusions thrown at us.</w:t>
      </w:r>
    </w:p>
    <w:p>
      <w:pPr>
        <w:jc w:val="right"/>
      </w:pPr>
      <w:r>
        <w:t>You know, I mean, scientist will of course explain in a manner that they have realized things. René Descartes said that I think therefore I am. I, वराणा साहब said कि I will say that, I will say I exist therefore god exist and that itself is enough. But we will keep having these intellectual confusions thrown at us.</w:t>
      </w:r>
    </w:p>
    <w:p>
      <w:r>
        <w:rPr>
          <w:b/>
        </w:rPr>
        <w:t xml:space="preserve">[1:08:58] </w:t>
      </w:r>
      <w:r>
        <w:t>That is why हज़रत इब्ना मसूद said that that don't spend too much time discussing philosophy because, you know, it will tend to take your way from the real meaning. But at the same time, I think science has now all only helping us in making people aware that, god exist, and it's only furthering our cause.</w:t>
      </w:r>
    </w:p>
    <w:p>
      <w:pPr>
        <w:jc w:val="right"/>
      </w:pPr>
      <w:r>
        <w:t>That is why हज़रत इब्ना मसूद said that that don't spend too much time discussing philosophy because, you know, it will tend to take your way from the real meaning. But at the same time, I think science has now all only helping us in making people aware that, god exist, and it's only furthering our cause.</w:t>
      </w:r>
    </w:p>
    <w:p>
      <w:r>
        <w:rPr>
          <w:b/>
        </w:rPr>
        <w:t xml:space="preserve">[1:09:23] </w:t>
      </w:r>
      <w:r>
        <w:t>And that's why Quran says that we will keep showing you our science, you know, in in future. We will keep getting discoveries that will only help us make people understand that there is this entire creation plan at work. Sir जैसे कि आपने कहा कि दुनिया एक test है, है ना? और फिर जो इस test को qualify कर लेगा वो ideal pace में जाएगा और जाएंगे लोग ideal लोग ही जाएंगे एक तरीके से. तो इस दुनिया की need ही क्या आती है?</w:t>
      </w:r>
    </w:p>
    <w:p>
      <w:pPr>
        <w:jc w:val="right"/>
      </w:pPr>
      <w:r>
        <w:t>And that's why Quran says that we will keep showing you our science, you know, in in future. We will keep getting discoveries that will only help us make people understand that there is this entire creation plan at work. Sir जैसे कि आपने कहा कि दुनिया एक test है, है ना? और फिर जो इस test को qualify कर लेगा वो ideal pace में जाएगा और जाएंगे लोग ideal लोग ही जाएंगे एक तरीके से. तो इस दुनिया की need ही क्या आती है?</w:t>
      </w:r>
    </w:p>
    <w:p>
      <w:r>
        <w:rPr>
          <w:b/>
        </w:rPr>
        <w:t xml:space="preserve">[1:09:52] </w:t>
      </w:r>
      <w:r>
        <w:t>Like alag aapke paas to bahut sahi power hai na unlimited agar test ka hi kehte hain to.</w:t>
      </w:r>
    </w:p>
    <w:p>
      <w:pPr>
        <w:jc w:val="right"/>
      </w:pPr>
      <w:r>
        <w:t>Like अलग आपके पास तो बहुत सही power है ना unlimited अगर test का ही कहते हैं तो.</w:t>
      </w:r>
    </w:p>
    <w:p>
      <w:r>
        <w:rPr>
          <w:b/>
        </w:rPr>
        <w:t xml:space="preserve">[1:10:02] </w:t>
      </w:r>
      <w:r>
        <w:t>You know, it's a, it's a, it's a tough one in the sense that it has element of</w:t>
      </w:r>
    </w:p>
    <w:p>
      <w:pPr>
        <w:jc w:val="right"/>
      </w:pPr>
      <w:r>
        <w:t>You know, it's a, it's a, it's a tough one in the sense that it has element of</w:t>
      </w:r>
    </w:p>
    <w:p>
      <w:r>
        <w:rPr>
          <w:b/>
        </w:rPr>
        <w:t xml:space="preserve">[1:10:13] </w:t>
      </w:r>
      <w:r>
        <w:t>philosophy in it, but at the same time it also shows the greatness of god that, god in</w:t>
      </w:r>
    </w:p>
    <w:p>
      <w:pPr>
        <w:jc w:val="right"/>
      </w:pPr>
      <w:r>
        <w:t>philosophy in it, but at the same time it also shows the greatness of god that, god in</w:t>
      </w:r>
    </w:p>
    <w:p>
      <w:r>
        <w:rPr>
          <w:b/>
        </w:rPr>
        <w:t xml:space="preserve">[1:10:23] </w:t>
      </w:r>
      <w:r>
        <w:t>a way detaches, himself, from, you know, this period of test.</w:t>
      </w:r>
    </w:p>
    <w:p>
      <w:pPr>
        <w:jc w:val="right"/>
      </w:pPr>
      <w:r>
        <w:t>a way detaches, himself, from, you know, this period of test.</w:t>
      </w:r>
    </w:p>
    <w:p>
      <w:r>
        <w:rPr>
          <w:b/>
        </w:rPr>
        <w:t xml:space="preserve">[1:10:34] </w:t>
      </w:r>
      <w:r>
        <w:t>Every soul, is, you know, given a chance and opportunity to, you know, sort of prove prove the worthiness.</w:t>
      </w:r>
    </w:p>
    <w:p>
      <w:pPr>
        <w:jc w:val="right"/>
      </w:pPr>
      <w:r>
        <w:t>Every soul, is, you know, given a chance and opportunity to, you know, sort of prove prove the worthiness.</w:t>
      </w:r>
    </w:p>
    <w:p>
      <w:r>
        <w:rPr>
          <w:b/>
        </w:rPr>
        <w:t xml:space="preserve">[1:10:45] </w:t>
      </w:r>
      <w:r>
        <w:t>And, you know, we also border in at a at a point where once prophet was asked, and he said that, if if you are discussing about, you know, the existence and then you reach to a point when they start questioning you that who created god, then seek refuge of Allah and withdraw yourself, you know, from that question. There will be an element of doubt.</w:t>
      </w:r>
    </w:p>
    <w:p>
      <w:pPr>
        <w:jc w:val="right"/>
      </w:pPr>
      <w:r>
        <w:t>And, you know, we also border in at a at a point where once prophet was asked, and he said that, if if you are discussing about, you know, the existence and then you reach to a point when they start questioning you that who created god, then seek refuge of Allah and withdraw yourself, you know, from that question. There will be an element of doubt.</w:t>
      </w:r>
    </w:p>
    <w:p>
      <w:r>
        <w:rPr>
          <w:b/>
        </w:rPr>
        <w:t xml:space="preserve">[1:11:15] </w:t>
      </w:r>
      <w:r>
        <w:t>There will be there will be some questions that probably you may not be able to, as I mentioned, be able to answer in an objective or in a mathematical way. But the the veil will be removed in the hereafter. And that is why, you know, I mean, think about it. Hundred years back, if you were to explain someone of phenomena, the scientific phenomena that are happening now, they will not believe it.</w:t>
      </w:r>
    </w:p>
    <w:p>
      <w:pPr>
        <w:jc w:val="right"/>
      </w:pPr>
      <w:r>
        <w:t>There will be there will be some questions that probably you may not be able to, as I mentioned, be able to answer in an objective or in a mathematical way. But the the veil will be removed in the hereafter. And that is why, you know, I mean, think about it. Hundred years back, if you were to explain someone of phenomena, the scientific phenomena that are happening now, they will not believe it.</w:t>
      </w:r>
    </w:p>
    <w:p>
      <w:r>
        <w:rPr>
          <w:b/>
        </w:rPr>
        <w:t xml:space="preserve">[1:11:43] </w:t>
      </w:r>
      <w:r>
        <w:t>Imagine in stone age if you were talking to someone about plane, about cars, about buildings, he will disbelieve you. We'll say, how can something fly in the air? Or how how come you can have something like an air conditioner or or a or a fan? These are, you know, points where, you know, I mean, as you progress, they they have unfolded. So anything that you want to add, शारीक बात?</w:t>
      </w:r>
    </w:p>
    <w:p>
      <w:pPr>
        <w:jc w:val="right"/>
      </w:pPr>
      <w:r>
        <w:t>Imagine in stone age if you were talking to someone about plane, about cars, about buildings, he will disbelieve you. We'll say, how can something fly in the air? Or how how come you can have something like an air conditioner or or a or a fan? These are, you know, points where, you know, I mean, as you progress, they they have unfolded. So anything that you want to add, शारीक बात?</w:t>
      </w:r>
    </w:p>
    <w:p>
      <w:r>
        <w:rPr>
          <w:b/>
        </w:rPr>
        <w:t xml:space="preserve">[1:12:09] </w:t>
      </w:r>
      <w:r>
        <w:t>So it it is like, ज्योता you were in a class, you've studied in a class, so you'll go to college now and your teachers are there. And those teachers, based on their judgment, they they decide that whether you deserve these many marks or you will pass or you will fail. So will you be happy with that? No ना? Same thing.</w:t>
      </w:r>
    </w:p>
    <w:p>
      <w:pPr>
        <w:jc w:val="right"/>
      </w:pPr>
      <w:r>
        <w:t>So it it is like, ज्योता you were in a class, you've studied in a class, so you'll go to college now and your teachers are there. And those teachers, based on their judgment, they they decide that whether you deserve these many marks or you will pass or you will fail. So will you be happy with that? No ना? Same thing.</w:t>
      </w:r>
    </w:p>
    <w:p>
      <w:r>
        <w:rPr>
          <w:b/>
        </w:rPr>
        <w:t xml:space="preserve">[1:12:39] </w:t>
      </w:r>
      <w:r>
        <w:t>Allah probably knows. The teacher also knows whether this guy is going to make to JE mains or advance or not. But if he is the one deciding that, you will never be happy with it. So that's why God gave you this chance to prove it. Right? And he's given you free will in order for you to exercise whatever he has asked you to do. So, so that you will not complain. You will, there will be no complaint after that that you know why didn't you give us a chance?</w:t>
      </w:r>
    </w:p>
    <w:p>
      <w:pPr>
        <w:jc w:val="right"/>
      </w:pPr>
      <w:r>
        <w:t>Allah probably knows. The teacher also knows whether this guy is going to make to JE mains or advance or not. But if he is the one deciding that, you will never be happy with it. So that's why God gave you this chance to prove it. Right? And he's given you free will in order for you to exercise whatever he has asked you to do. So, so that you will not complain. You will, there will be no complaint after that that you know why didn't you give us a chance?</w:t>
      </w:r>
    </w:p>
    <w:p>
      <w:r>
        <w:rPr>
          <w:b/>
        </w:rPr>
        <w:t xml:space="preserve">[1:13:08] </w:t>
      </w:r>
      <w:r>
        <w:t>Maybe I would have done better. Chance, exactly. Yeah. God is all powerful, all knowing, created everything. He knows what will be the end result, but so that you don't complain tomorrow. That's why God has given. Yeah. You can say that.</w:t>
      </w:r>
    </w:p>
    <w:p>
      <w:pPr>
        <w:jc w:val="right"/>
      </w:pPr>
      <w:r>
        <w:t>Maybe I would have done better. Chance, exactly. Yeah. God is all powerful, all knowing, created everything. He knows what will be the end result, but so that you don't complain tomorrow. That's why God has given. Yeah. You can say that.</w:t>
      </w:r>
    </w:p>
    <w:p>
      <w:r>
        <w:rPr>
          <w:b/>
        </w:rPr>
        <w:t xml:space="preserve">[1:13:35] </w:t>
      </w:r>
      <w:r>
        <w:t>Sir aapne bataya ki sir jaise jannat woh ideal duniya hai, to sir lekin hum dekhte jannat mein bhi Hazrat Adam ka test liya gaya tha. To sir is baat ki kya guarantee hai? Agar hum jayenge dobara woh ped nahi hoga wahan par. That is why I mentioned about that hareese that god will address the dwellers of paradise.</w:t>
      </w:r>
    </w:p>
    <w:p>
      <w:pPr>
        <w:jc w:val="right"/>
      </w:pPr>
      <w:r>
        <w:t>Sir आपने बताया कि sir जैसे जन्नत वह ideal दुनिया है, तो sir लेकिन हम देखते जन्नत में भी हजरत आदम का test लिया गया था. तो sir इस बात की क्या guarantee है? अगर हम जाएंगे दोबारा वह पेड़ नहीं होगा वहां पर. That is why I mentioned about that हरीज़ that god will address the dwellers of paradise.</w:t>
      </w:r>
    </w:p>
    <w:p>
      <w:r>
        <w:rPr>
          <w:b/>
        </w:rPr>
        <w:t xml:space="preserve">[1:13:54] </w:t>
      </w:r>
      <w:r>
        <w:t>This is precisely, you know, the thought that would have in the minds of those people because when they will see paradise, they will still have some bit of, you know, tension that maybe it is it'll be taken away. So and that's when Allah taala kehte hain ki should I tell you something, should I give you something which is more excellent than this? And he said that I guarantee you my eternal pleasure and from here on I will never be displeased with you.</w:t>
      </w:r>
    </w:p>
    <w:p>
      <w:pPr>
        <w:jc w:val="right"/>
      </w:pPr>
      <w:r>
        <w:t>This is precisely, you know, the thought that would have in the minds of those people because when they will see paradise, they will still have some bit of, you know, tension that maybe it is it'll be taken away. So and that's when अलाह ताला कहते हैं कि should I tell you something, should I give you something which is more excellent than this? And he said that I guarantee you my eternal pleasure and from here on I will never be displeased with you.</w:t>
      </w:r>
    </w:p>
    <w:p>
      <w:r>
        <w:rPr>
          <w:b/>
        </w:rPr>
        <w:t xml:space="preserve">[1:14:24] </w:t>
      </w:r>
      <w:r>
        <w:t>So paradise was taken away from Adam because God was displeased. But here God is saying that I will never be displeased with you and you will live here till eternity. Sir, you have said that one should have shock absorbers so that we can overcome the problems that come into our lives. Sir aapka kya mindset rehta hai jab aapke life mein koi problem aati hai aur woh aapko huge amount se affect karti hai to? So that's a very good question. I have had many challenges in life.</w:t>
      </w:r>
    </w:p>
    <w:p>
      <w:pPr>
        <w:jc w:val="right"/>
      </w:pPr>
      <w:r>
        <w:t>So paradise was taken away from Adam because God was displeased. But here God is saying that I will never be displeased with you and you will live here till eternity. Sir, you have said that one should have shock absorbers so that we can overcome the problems that come into our lives. Sir आपका क्या mindset रहता है जब आपके life में कोई problem आती है और वह आपको huge amount से affect करती है तो? So that's a very good question. I have had many challenges in life.</w:t>
      </w:r>
    </w:p>
    <w:p>
      <w:r>
        <w:rPr>
          <w:b/>
        </w:rPr>
        <w:t xml:space="preserve">[1:14:54] </w:t>
      </w:r>
      <w:r>
        <w:t>I continue to have those challenges in life but the only thing is that when you are developing yourself spiritually, problems aayengi, aisa nahi khatam ho jayengi. But woh aapko aapko matlab wound karke nahi jayengi. They will touch you but you will be able to withstand, you know, those problems and obstacles. I remember meri ek bahut badi problem thi.</w:t>
      </w:r>
    </w:p>
    <w:p>
      <w:pPr>
        <w:jc w:val="right"/>
      </w:pPr>
      <w:r>
        <w:t>I continue to have those challenges in life but the only thing is that when you are developing yourself spiritually, problems आएंगी, ऐसा नहीं खतम हो जाएंगी. But वह आपको आपको मतलब wound करके नहीं जाएंगी. They will touch you but you will be able to withstand, you know, those problems and obstacles. I remember मेरी एक बहुत बड़ी problem थी.</w:t>
      </w:r>
    </w:p>
    <w:p>
      <w:r>
        <w:rPr>
          <w:b/>
        </w:rPr>
        <w:t xml:space="preserve">[1:15:19] </w:t>
      </w:r>
      <w:r>
        <w:t>Mere ko back back problem develop ho gayi and it became so severe that while sitting in office, while travelling, I I used to dread ki mere ko abhi travel karna padega because it was so severe and I could not do my routine work.</w:t>
      </w:r>
    </w:p>
    <w:p>
      <w:pPr>
        <w:jc w:val="right"/>
      </w:pPr>
      <w:r>
        <w:t>मेरे को back back problem develop हो गई and it became so severe that while sitting in office, while travelling, I I used to dread कि मेरे को अभी travel करना पड़ेगा because it was so severe and I could not do my routine work.</w:t>
      </w:r>
    </w:p>
    <w:p>
      <w:r>
        <w:rPr>
          <w:b/>
        </w:rPr>
        <w:t xml:space="preserve">[1:15:40] </w:t>
      </w:r>
      <w:r>
        <w:t>So I went for my physiotherapy and I went to my mentor Maulana sahab and maine kaha ki Maulana kya yeh normal hai agar believer thoda negative soch mein aa jaye, koi problem mein aa jaye to woh kuch frustration mein pad jaye. I was feeling scared, scared ki yeh mere ko mere mindset badal raha hai. Haan, mera shock absorber jo hai kaam karna band ho gaya hai.</w:t>
      </w:r>
    </w:p>
    <w:p>
      <w:pPr>
        <w:jc w:val="right"/>
      </w:pPr>
      <w:r>
        <w:t>So I went for my physiotherapy and I went to my mentor मनाना साहब and मैंने कहा कि मनाना क्या यह normal है अगर believer थोड़ा negative सोच में आ जाए, कोई problem में आ जाए तो वह कुछ frustration में पड़ जाए. I was feeling scared, scared कि यह मेरे को मेरे mindset बदल रहा है. हाँ, मेरा shock absorber जो है काम करना बंद हो गया है.</w:t>
      </w:r>
    </w:p>
    <w:p>
      <w:r>
        <w:rPr>
          <w:b/>
        </w:rPr>
        <w:t xml:space="preserve">[1:16:06] </w:t>
      </w:r>
      <w:r>
        <w:t>To he said, he said nahi it is very normal ki thoughts negative thoughts aate hain, problem aati hai aur aap ekdum se thoda frustration mein aa jate ho bada normal hai. And then I explained him my position. So he said that you have to become mature. So then he asked me that Raza do you know what maturity is? So I said, Maulana sahab, what is maturity? He said, ability to accept things which you cannot change. You have to have acceptance of reality.</w:t>
      </w:r>
    </w:p>
    <w:p>
      <w:pPr>
        <w:jc w:val="right"/>
      </w:pPr>
      <w:r>
        <w:t>तो he said, he said नहीं it is very normal कि thoughts negative thoughts आते हैं, problem आती है और आप एकदम से थोड़ा frustration में आ जाते हो बड़ा normal है. And then I explained him my position. So he said that you have to become mature. So then he asked me that रचा do you know what maturity is? So I said, मलाना साहब, what is maturity? He said, ability to accept things which you cannot change. You have to have acceptance of reality.</w:t>
      </w:r>
    </w:p>
    <w:p>
      <w:r>
        <w:rPr>
          <w:b/>
        </w:rPr>
        <w:t xml:space="preserve">[1:16:36] </w:t>
      </w:r>
      <w:r>
        <w:t>And then he said ki as far as I know, back ache aapki kabhi khatam nahi hogi lekin aap usko control kar sakte ho. You have to do two things. One, you have to do regular exercises and secondly, have to take the right amount of diet. If you do that, it will not bother you. So immediately my mind got activated. I was not exercising at all. Food, traveling, eating whatever, you know, no control. So I started doing that.</w:t>
      </w:r>
    </w:p>
    <w:p>
      <w:pPr>
        <w:jc w:val="right"/>
      </w:pPr>
      <w:r>
        <w:t>And then he said कि as far as I know, back ache आपकी कभी खत्म नहीं होगी लेकिन आप उसको control कर सकते हो. You have to do two things. One, you have to do regular exercises and secondly, have to take the right amount of diet. If you do that, it will not bother you. So immediately my mind got activated. I was not exercising at all. Food, traveling, eating whatever, you know, no control. So I started doing that.</w:t>
      </w:r>
    </w:p>
    <w:p>
      <w:r>
        <w:rPr>
          <w:b/>
        </w:rPr>
        <w:t xml:space="preserve">[1:17:03] </w:t>
      </w:r>
      <w:r>
        <w:t>I said I can't afford, you know, not being able to work to my potential. So I started, regularly doing my exercises. I started cutting down on things that I should have cut down and in no time 5060% controlled, 80% controlled. Now what happens is does the problem, has the problem gone? No. The back kick keeps coming. But then I realize that I'm exercising much less.</w:t>
      </w:r>
    </w:p>
    <w:p>
      <w:pPr>
        <w:jc w:val="right"/>
      </w:pPr>
      <w:r>
        <w:t>I said I can't afford, you know, not being able to work to my potential. So I started, regularly doing my exercises. I started cutting down on things that I should have cut down and in no time 5060% controlled, 80% controlled. Now what happens is does the problem, has the problem gone? No. The back kick keeps coming. But then I realize that I'm exercising much less.</w:t>
      </w:r>
    </w:p>
    <w:p>
      <w:r>
        <w:rPr>
          <w:b/>
        </w:rPr>
        <w:t xml:space="preserve">[1:17:32] </w:t>
      </w:r>
      <w:r>
        <w:t>I have to do my exercises again. And that has made me conquer that fear, that problem. And I'm able to lead a normal life. I have to travel extensively because my job, I sit for long hours and car drive. No issue, nothing. So it's it's important to tell yourself ki problems nahi jayengi boss, problems to aayenge aayenge. Lekin as if you develop yourself spiritually, aap usko jhel paoge aur aapko tang nahi karegi.</w:t>
      </w:r>
    </w:p>
    <w:p>
      <w:pPr>
        <w:jc w:val="right"/>
      </w:pPr>
      <w:r>
        <w:t>I have to do my exercises again. And that has made me conquer that fear, that problem. And I'm able to lead a normal life. I have to travel extensively because my job, I sit for long hours and car drive. No issue, nothing. So it's it's important to tell yourself कि problems नहीं जाएंगी boss, problems तो आऐंगे आऐंगे. लेकिन as if you develop yourself spiritually, आप उसको झेल पाओगे और आपको तंग नहीं करेगी.</w:t>
      </w:r>
    </w:p>
    <w:p>
      <w:r>
        <w:rPr>
          <w:b/>
        </w:rPr>
        <w:t xml:space="preserve">[1:18:01] </w:t>
      </w:r>
      <w:r>
        <w:t>Problem it will be like aapne bulldozer phenka, aapne kisi ne bulldozer phenka aapke upar lekin aap aise laga ek chhoti si kankri lagi hai. It it it diminishes its impact. Sir, when God created us, just like sir paradise life is immortal and we are existing from before Adams. So sir, when God created us? No, God created us.</w:t>
      </w:r>
    </w:p>
    <w:p>
      <w:pPr>
        <w:jc w:val="right"/>
      </w:pPr>
      <w:r>
        <w:t>Problem it will be like आपने bulldozer फेंका, आपने किसी ने bulldozer फेंका आपके ऊपर लेकिन आप ऐसे लगा एक छोटी सी कंकड़ी लगी है. It it it diminishes its impact. Sir, when God created us, just like sir paradise life is immortal and we are existing from before Adams. So sir, when God created us? No, God created us.</w:t>
      </w:r>
    </w:p>
    <w:p>
      <w:r>
        <w:rPr>
          <w:b/>
        </w:rPr>
        <w:t xml:space="preserve">[1:18:30] </w:t>
      </w:r>
      <w:r>
        <w:t>God first created, you know, like it has come in the hadiths and the Quran that we gather, that he created the ideal world, the paradise and everything, and then he created Adam. So Adam was the first creation and then from Adam, the humanity came. No.</w:t>
      </w:r>
    </w:p>
    <w:p>
      <w:pPr>
        <w:jc w:val="right"/>
      </w:pPr>
      <w:r>
        <w:t>God first created, you know, like it has come in the hadiths and the Quran that we gather, that he created the ideal world, the paradise and everything, and then he created Adam. So Adam was the first creation and then from Adam, the humanity came. No.</w:t>
      </w:r>
    </w:p>
    <w:p>
      <w:r>
        <w:rPr>
          <w:b/>
        </w:rPr>
        <w:t xml:space="preserve">[1:18:53] </w:t>
      </w:r>
      <w:r>
        <w:t>So god, I mean from the hadiths you gathered that god created all the souls and then god addressed all the souls and then he explained everything and that's why, you know, the concept of god is interwoven unconsciously in human nature. Kyunki woh pehle se hi bata diya gaya hai.</w:t>
      </w:r>
    </w:p>
    <w:p>
      <w:pPr>
        <w:jc w:val="right"/>
      </w:pPr>
      <w:r>
        <w:t>So god, I mean from the hadiths you gathered that god created all the souls and then god addressed all the souls and then he explained everything and that's why, you know, the concept of god is interwoven unconsciously in human nature. क्योंकि वह पहले से ही बता दिया गया है.</w:t>
      </w:r>
    </w:p>
    <w:p>
      <w:r>
        <w:rPr>
          <w:b/>
        </w:rPr>
        <w:t xml:space="preserve">[1:19:13] </w:t>
      </w:r>
      <w:r>
        <w:t>Address kiya hai god ne to all the souls and then god has sent mankind to test on this planet earth aur yeh tabhi aise hota hai ki jab koi situation aati hai, jab koi challenge aata hai, to aap ekdum Khuda ki taraf aap ruk karte hain.</w:t>
      </w:r>
    </w:p>
    <w:p>
      <w:pPr>
        <w:jc w:val="right"/>
      </w:pPr>
      <w:r>
        <w:t>Address किया है god ने to all the souls and then god has sent mankind to test on this planet earth और यह तभी ऐसे होता है कि जब कोई situation आती है, जब कोई challenge आता है, तो आप एकदम खुदा की तरफ आप रुक करते हैं.</w:t>
      </w:r>
    </w:p>
    <w:p>
      <w:r>
        <w:rPr>
          <w:b/>
        </w:rPr>
        <w:t xml:space="preserve">[1:19:32] </w:t>
      </w:r>
      <w:r>
        <w:t>Aapke apne aap andar se dua nikalati hai, help nikalti hai ki yeh Khuda mujhe bacha, mujhe is problem se nikal and this is what, you know, unfolding is all about. So you have to, so in that sense every person is a born seeker but every seeker is not a finder. Humein seeker banakar bheja gaya, humein finder banna hai. Aur finder kaise banega?</w:t>
      </w:r>
    </w:p>
    <w:p>
      <w:pPr>
        <w:jc w:val="right"/>
      </w:pPr>
      <w:r>
        <w:t>आपके अपने आप अंदर से दुआं निकलती है, help निकलती है कि यह खुदा मुझे बचा, मुझे इस problem से निकाल and this is what, you know, unfolding is all about. So you have to, so in that sense every person is a born seeker but every seeker is not a finder. हमें seeker बनाकर भेजा गया, हमें finder बनना है. और finder कैसे बनेगा?</w:t>
      </w:r>
    </w:p>
    <w:p>
      <w:r>
        <w:rPr>
          <w:b/>
        </w:rPr>
        <w:t xml:space="preserve">[1:19:58] </w:t>
      </w:r>
      <w:r>
        <w:t>Contemplation سے, تدبر, تفکر سے, you know, reaching out to God, leading a God-oriented life.</w:t>
      </w:r>
    </w:p>
    <w:p>
      <w:pPr>
        <w:jc w:val="right"/>
      </w:pPr>
      <w:r>
        <w:t>Contemplation से, तदब्बूर, तफकुर से, you know, reaching out to god, leading a god oriented life.</w:t>
      </w:r>
    </w:p>
    <w:p>
      <w:r>
        <w:rPr>
          <w:b/>
        </w:rPr>
        <w:t xml:space="preserve">[1:20:11] </w:t>
      </w:r>
      <w:r>
        <w:t>Never leave your prayers.</w:t>
      </w:r>
    </w:p>
    <w:p>
      <w:pPr>
        <w:jc w:val="right"/>
      </w:pPr>
      <w:r>
        <w:t>Never leave your prayers.</w:t>
      </w:r>
    </w:p>
    <w:p>
      <w:r>
        <w:rPr>
          <w:b/>
        </w:rPr>
        <w:t xml:space="preserve">[1:20:25] </w:t>
      </w:r>
      <w:r>
        <w:t>namaz zaroor karni chahiye because that's that's a sure shot protection.</w:t>
      </w:r>
    </w:p>
    <w:p>
      <w:pPr>
        <w:jc w:val="right"/>
      </w:pPr>
      <w:r>
        <w:t>नमाज़ ज़रूर करनी चाहिए because that's that's a sure shot protection.</w:t>
      </w:r>
    </w:p>
    <w:p>
      <w:r>
        <w:rPr>
          <w:b/>
        </w:rPr>
        <w:t xml:space="preserve">[1:20:39] </w:t>
      </w:r>
      <w:r>
        <w:t>Sir, as sir, as we know Allah Shama Chala is just and he loves justice and equality.</w:t>
      </w:r>
    </w:p>
    <w:p>
      <w:pPr>
        <w:jc w:val="right"/>
      </w:pPr>
      <w:r>
        <w:t>Sir, as sir, as we know अल्लाह शमाना चाला is just and he loves justice and equality.</w:t>
      </w:r>
    </w:p>
    <w:p>
      <w:r>
        <w:rPr>
          <w:b/>
        </w:rPr>
        <w:t xml:space="preserve">[1:20:53] </w:t>
      </w:r>
      <w:r>
        <w:t>See you are judging a person, a person's happiness on the basis of material accumulation. Because if a person is poor, he is unhappy or if a person is let's say very healthy, having fame, then he is in a better position than the others. That is not the case. If you look at so many examples in human history, I talked about Newton.</w:t>
      </w:r>
    </w:p>
    <w:p>
      <w:pPr>
        <w:jc w:val="right"/>
      </w:pPr>
      <w:r>
        <w:t>See you are judging a person, a person's happiness on the basis of material accumulation. Because if a person is poor, he is unhappy or if a person is let's say very healthy, having fame, then he is in a better position than the others. That is not the case. If you look at so many examples in human history, I talked about Newton.</w:t>
      </w:r>
    </w:p>
    <w:p>
      <w:r>
        <w:rPr>
          <w:b/>
        </w:rPr>
        <w:t xml:space="preserve">[1:21:21] </w:t>
      </w:r>
      <w:r>
        <w:t>If you look at Mahatma Gandhi, if you look up look at look at, you know, the examples of Edison, there are many other scientists. They they come from very humble background. A P J Kalam, look at, you know, what background they they were in. But because of their hard work, they were able to reach to the point of success.</w:t>
      </w:r>
    </w:p>
    <w:p>
      <w:pPr>
        <w:jc w:val="right"/>
      </w:pPr>
      <w:r>
        <w:t>If you look at महात्मा गांधी, if you look up look at look at, you know, the examples of Edison, there are many other scientists. They they come from very humble background. A P J कलाम, look at, you know, what background they they were in. But because of their hard work, they were able to reach to the point of success.</w:t>
      </w:r>
    </w:p>
    <w:p>
      <w:r>
        <w:rPr>
          <w:b/>
        </w:rPr>
        <w:t xml:space="preserve">[1:21:48] </w:t>
      </w:r>
      <w:r>
        <w:t>And at the same time, material pleasure is no guarantee. There was one, I don't know if I mentioned that in the last session, there was a real life instance of a businessman who took Maulana sahab to one of his factory and when they entered the factory, they saw that there was a laborer who was completely, I mean, full of sweat and he was having a peaceful sleep.</w:t>
      </w:r>
    </w:p>
    <w:p>
      <w:pPr>
        <w:jc w:val="right"/>
      </w:pPr>
      <w:r>
        <w:t>And at the same time, material pleasure is no guarantee. There was one, I don't know if I mentioned that in the last session, there was a real life instance of a businessman who took मलाना साहब to one of his factory and when they entered the factory, they saw that there was a laborer who was completely, I mean, full of sweat and he was having a peaceful sleep.</w:t>
      </w:r>
    </w:p>
    <w:p>
      <w:r>
        <w:rPr>
          <w:b/>
        </w:rPr>
        <w:t xml:space="preserve">[1:22:17] </w:t>
      </w:r>
      <w:r>
        <w:t>He woh boriyon ke upar so raha tha. To jo businessman hai he was like a multimillionaire. He said to Maulana sahab ki Maulana sahab aisi neend mujhe kabhi nahi aayi. I really angry him. Jis tarike se yeh so raha hai, main waisa kabhi nahi so sakta. You have to not look at things through a human eye.</w:t>
      </w:r>
    </w:p>
    <w:p>
      <w:pPr>
        <w:jc w:val="right"/>
      </w:pPr>
      <w:r>
        <w:t>He वह बोरियों के ऊपर सो रहा था. तो जो businessman है he was like a multimillionaire. He said to मुलाना साहब कि मुलाना साहब ऐसी नींद मुझे कभी नहीं आई. I really angry him. जिस तरीके से यह सो रहा है, मैं वैसा कभी नहीं सो सकता. You have to not look at things through a human eye.</w:t>
      </w:r>
    </w:p>
    <w:p>
      <w:r>
        <w:rPr>
          <w:b/>
        </w:rPr>
        <w:t xml:space="preserve">[1:22:37] </w:t>
      </w:r>
      <w:r>
        <w:t>You have to see that what is it that that actually god is looking in you and god will certainly help a person who, woh kehte hain na ki a bird, god gives every bird its food but does not throw it into the bird's nest. You make an effort, you you work towards it, you will surely succeed.</w:t>
      </w:r>
    </w:p>
    <w:p>
      <w:pPr>
        <w:jc w:val="right"/>
      </w:pPr>
      <w:r>
        <w:t>You have to see that what is it that that actually god is looking in you and god will certainly help a person who, वह कहते हैं ना कि a bird, god gives every bird its food but does not throw it into the bird's nest. You make an effort, you you work towards it, you will surely succeed.</w:t>
      </w:r>
    </w:p>
    <w:p>
      <w:r>
        <w:rPr>
          <w:b/>
        </w:rPr>
        <w:t xml:space="preserve">[1:23:02] </w:t>
      </w:r>
      <w:r>
        <w:t>There is this saying of Samuel Smiles that it is effort not difficulty, not facility. There's something I'm forgetting. Do you remember Vinayapa? It is not facility but difficulty. It is not effort but ease that makes a man. So all of these things are is not something which is negative.</w:t>
      </w:r>
    </w:p>
    <w:p>
      <w:pPr>
        <w:jc w:val="right"/>
      </w:pPr>
      <w:r>
        <w:t>There is this saying of Samuel Smiles that it is effort not difficulty, not facility. There's something I'm forgetting. Do you remember विनयापा? It is not facility but difficulty. It is not effort but ease that makes a man. So all of these things are is not something which is negative.</w:t>
      </w:r>
    </w:p>
    <w:p>
      <w:r>
        <w:rPr>
          <w:b/>
        </w:rPr>
        <w:t xml:space="preserve">[1:23:27] </w:t>
      </w:r>
      <w:r>
        <w:t>Sir, jaise abhi aapne kaha ki insaan ke paas Allah jitne bhi niyammat de de, jitne bhi nammat de de, woh uske baad aur cheezon ki demand karta hai. Woh uska shukr ada nahi karta. Woh kehta usse aur mil jaye aur use compare karta hai aur na shukri karta hai.</w:t>
      </w:r>
    </w:p>
    <w:p>
      <w:pPr>
        <w:jc w:val="right"/>
      </w:pPr>
      <w:r>
        <w:t>Sir, जैसे अभी आपने कहा कि इंसान के पास अल्लाह जितने भी नियमात दे दे, जितने भी नामात दे दे, वह उसके बाद और चीज़ों की demand करता है. वह उसका शुक्र अदा नहीं करता. वह कहता उससे और मिल जाए और उसे compare करता है और ना शुक्री करता है.</w:t>
      </w:r>
    </w:p>
    <w:p>
      <w:r>
        <w:rPr>
          <w:b/>
        </w:rPr>
        <w:t xml:space="preserve">[1:23:41] </w:t>
      </w:r>
      <w:r>
        <w:t>Jaise ki haan to bilkul aapne to jawab bhi de diya. Asal shukri to lip service nahi hai.</w:t>
      </w:r>
    </w:p>
    <w:p>
      <w:pPr>
        <w:jc w:val="right"/>
      </w:pPr>
      <w:r>
        <w:t>जैसे कि हां तो बिल्कुल आपने तो जवाब भी दे दिया. असल शुक्रियों तो lip service नहीं है.</w:t>
      </w:r>
    </w:p>
    <w:p>
      <w:r>
        <w:rPr>
          <w:b/>
        </w:rPr>
        <w:t xml:space="preserve">[1:24:04] </w:t>
      </w:r>
      <w:r>
        <w:t>Asal shukri to yahi hai ki aapke aapki body ke andar har har zara every particle is expressing thankfulness and how would you really judge that when you face a difficult situation at that point of time, you should not feel are yeh mere saath kyun ho gaya? God will test you, you know, in, in a state of thankfulness and also in a, in a state when something is taken away from you.</w:t>
      </w:r>
    </w:p>
    <w:p>
      <w:pPr>
        <w:jc w:val="right"/>
      </w:pPr>
      <w:r>
        <w:t>असल शुक्रियों तो यही है कि आपके आपकी body के अंदर हर हर जरा every particle is expressing thankfulness and how would you really judge that when you face a difficult situation at that point of time, you should not feel अरे यह मेरे साथ क्यों हो गया? God will test you, you know, in, in a state of thankfulness and also in a, in a state when something is taken away from you.</w:t>
      </w:r>
    </w:p>
    <w:p>
      <w:r>
        <w:rPr>
          <w:b/>
        </w:rPr>
        <w:t xml:space="preserve">[1:24:33] </w:t>
      </w:r>
      <w:r>
        <w:t>aisa kabhi bhi nahin hoga ki aapko sirf milta hi rahega. Aapse chheena bhi jayega, aapse liya bhi jayega to see whether you are truly thankful. So donon state mein agar ek insaan apne aap ko Alhamdulillah keh sakta hai, jab use mile tab bhi aur jab woh deprived ho jaye tab bhi. To usne asal mein Alhamdulillah kiya. And secondly also that you help others. You do not become arrogant.</w:t>
      </w:r>
    </w:p>
    <w:p>
      <w:pPr>
        <w:jc w:val="right"/>
      </w:pPr>
      <w:r>
        <w:t>ऐसा कभी भी नहीं होगा कि आपको सिर्फ मिलता ही रहेगा. आपसे छीना भी जाएगा, आपसे लिया भी जाएगा to see whether you are truly thankful. So दोनों state में अगर एक इंसान अपने आप को अलम्द लिल्ला कह सकता है, जब उसे मिले तब भी और जब वह deprived हो जाए तब भी. तो उसने असल में अलहम् दलिल्ला किया. And secondly also that you help others. You do not become arrogant.</w:t>
      </w:r>
    </w:p>
    <w:p>
      <w:r>
        <w:rPr>
          <w:b/>
        </w:rPr>
        <w:t xml:space="preserve">[1:25:01] </w:t>
      </w:r>
      <w:r>
        <w:t>There are many people that I have come across in my life, their attitudes have changed after they have become successful, after they have become rich, and at some point of time they would say the same things, that we will remain humble, we will not do unjust things, but it's such a gradual, you know, sort of transformation that happens.</w:t>
      </w:r>
    </w:p>
    <w:p>
      <w:pPr>
        <w:jc w:val="right"/>
      </w:pPr>
      <w:r>
        <w:t>There are many people that I have come across in my life, their attitudes have changed after they have become successful, after they have become rich, and at some point of time they would say the same things, that we will remain humble, we will not do unjust things, but it's such a gradual, you know, sort of transformation that happens.</w:t>
      </w:r>
    </w:p>
    <w:p>
      <w:r>
        <w:rPr>
          <w:b/>
        </w:rPr>
        <w:t xml:space="preserve">[1:25:25] </w:t>
      </w:r>
      <w:r>
        <w:t>Isi liye prophet ne ek martaba kaha ki Adam, son of Adam is very greedy. If you give him one mountain of gold he will ask for second. If you give him second he will ask for third and only dust will fill his his stomach.</w:t>
      </w:r>
    </w:p>
    <w:p>
      <w:pPr>
        <w:jc w:val="right"/>
      </w:pPr>
      <w:r>
        <w:t>इसीलिए prophet ने एक मरतवा कहा कि Adam, son of Adam is very greedy. If you give him one mountain of gold he will ask for second. If you give him second he will ask for third and only dust will fill his his stomach.</w:t>
      </w:r>
    </w:p>
    <w:p>
      <w:r>
        <w:rPr>
          <w:b/>
        </w:rPr>
        <w:t xml:space="preserve">[1:25:43] </w:t>
      </w:r>
      <w:r>
        <w:t>Sir, mere hisab se jo shukr ada karna hai uska matlab mujhe yeh samajh mein aata hai jaza kalla.</w:t>
      </w:r>
    </w:p>
    <w:p>
      <w:pPr>
        <w:jc w:val="right"/>
      </w:pPr>
      <w:r>
        <w:t>Sir, मेरे हिसाब से जो शुक्र अदा करना है उसका मतलब मुझे यह समझ में आता है जिज़ा कल्ला.</w:t>
      </w:r>
    </w:p>
    <w:p>
      <w:r>
        <w:rPr>
          <w:b/>
        </w:rPr>
        <w:t xml:space="preserve">[1:26:20] </w:t>
      </w:r>
      <w:r>
        <w:t>Sir aapko aisa lagta hai ke duniya ke andar impossible cheez possible ho sakti hai dua se?</w:t>
      </w:r>
    </w:p>
    <w:p>
      <w:pPr>
        <w:jc w:val="right"/>
      </w:pPr>
      <w:r>
        <w:t>Sir आपको ऐसा लगता है कि दुनिया के अंदर impossible चीज़ possible हो सकती है दुआ से?</w:t>
      </w:r>
    </w:p>
    <w:p>
      <w:r>
        <w:rPr>
          <w:b/>
        </w:rPr>
        <w:t xml:space="preserve">[1:26:33] </w:t>
      </w:r>
      <w:r>
        <w:t>Aur sir ek author hai Joseph Murphy unhone apni book mein likha hai kafi power of subconscious mind.</w:t>
      </w:r>
    </w:p>
    <w:p>
      <w:pPr>
        <w:jc w:val="right"/>
      </w:pPr>
      <w:r>
        <w:t>और sir एक author है Joseph Murphy उन्होंने अपनी book में लिखा है काफी power of subconscious mind.</w:t>
      </w:r>
    </w:p>
    <w:p>
      <w:r>
        <w:rPr>
          <w:b/>
        </w:rPr>
        <w:t xml:space="preserve">[1:26:46] </w:t>
      </w:r>
      <w:r>
        <w:t>Unhone taqat batai hai subconscious mind ki.</w:t>
      </w:r>
    </w:p>
    <w:p>
      <w:pPr>
        <w:jc w:val="right"/>
      </w:pPr>
      <w:r>
        <w:t>उन्होंने ताकत बताई है subconscious mind की.</w:t>
      </w:r>
    </w:p>
    <w:p>
      <w:r>
        <w:rPr>
          <w:b/>
        </w:rPr>
        <w:t xml:space="preserve">[1:26:59] </w:t>
      </w:r>
      <w:r>
        <w:t>pakad leta hai aur wahi cheez ho jati hai. To aisa possible hai ki jo hum kehte hain wahi cheez ho jaye aur dua ki wajah se koi cheez impossible lagti hai humein aur woh possible ho sakti hai duniya mein, duniya mein. To aap, what does your experience says? Is it, is it a real story? Is it true that Sir, real hai, real hai. See, dua mein bahut power hoti hai, there is no doubt. But it has to be followed up with an action.</w:t>
      </w:r>
    </w:p>
    <w:p>
      <w:pPr>
        <w:jc w:val="right"/>
      </w:pPr>
      <w:r>
        <w:t>पकड़ लेता है और वही चीज़ हो जाती है. तो ऐसा possible है कि जो हम कहते हैं वही चीज़ हो जाए और दो की वजह से कोई चीज़ impossible लगती है हमें और वह possible हो सकती है दुनिया में, दुनिया में. तो आप, what does your experience says? Is it, is it a real story? Is it true that Sir, real है, real है. See, दुआ में बहुत power होती है, there is no doubt. But it has to be followed up with an action.</w:t>
      </w:r>
    </w:p>
    <w:p>
      <w:r>
        <w:rPr>
          <w:b/>
        </w:rPr>
        <w:t xml:space="preserve">[1:27:24] </w:t>
      </w:r>
      <w:r>
        <w:t>There are many miraculous stories, incidents, experiences that people have but you cannot say that aap sirf dua karein. Aap aap 50% na karein aur aap 50% khuda ka jo 50% hai uski umeed karein. You have to do your 50% also and then you can you know expect the remaining 50% to happen.</w:t>
      </w:r>
    </w:p>
    <w:p>
      <w:pPr>
        <w:jc w:val="right"/>
      </w:pPr>
      <w:r>
        <w:t>There are many miraculous stories, incidents, experiences that people have but you cannot say that आप सिर्फ दुआ करें. आप आप 50% ना करें और आप 50% खुदा का जो 50% है उसकी उम्मीद करें. You have to do your 50% also and then you can you know expect the remaining 50% to happen.</w:t>
      </w:r>
    </w:p>
    <w:p>
      <w:r>
        <w:rPr>
          <w:b/>
        </w:rPr>
        <w:t xml:space="preserve">[1:27:46] </w:t>
      </w:r>
      <w:r>
        <w:t>It's like aap padhe na, padhai na karein, aap test hai agle din aur aap bas dua karte rahein raat bhar ki bas kal paper bahut achha ho, kal paper bahut achha main dil se dua kar raha hoon. You think you will be able to pass that test? It is not possible but you know in in our journey of life sometimes sometimes divine help comes and like in in the case of somebody who is in the jaws of death and he is he or she has recovered.</w:t>
      </w:r>
    </w:p>
    <w:p>
      <w:pPr>
        <w:jc w:val="right"/>
      </w:pPr>
      <w:r>
        <w:t>It's like आप पढ़े ना, पढ़ाई ना करें, आप test है अगले दिन और आप बस दुआ करते रहें रात भर कि बस कल paper बहुत अच्छा हो, कल paper बहुत अच्छा मैं दिल से दुआ कर रहा हूं. You think you will be able to pass that test? It is not possible but you know in in our journey of life sometimes sometimes divine help comes and like in in the case of somebody who is in the jaws of death and he is he or she has recovered.</w:t>
      </w:r>
    </w:p>
    <w:p>
      <w:r>
        <w:rPr>
          <w:b/>
        </w:rPr>
        <w:t xml:space="preserve">[1:28:15] </w:t>
      </w:r>
      <w:r>
        <w:t>I have also heard those those narrations and woh Allah ke haath mein Allah kar sakte hain. Lekin aap har cheez mein us aspect ko, us principle ko agar aap apply karna lag jaye to life kabhi bhi progress nahin karegi. There will be no development because people will just become wishful. So dua has to be a practical dua which means that you've given your 50% your best and then you reach out to god that, you know, you get complete success.</w:t>
      </w:r>
    </w:p>
    <w:p>
      <w:pPr>
        <w:jc w:val="right"/>
      </w:pPr>
      <w:r>
        <w:t>I have also heard those those narrations and वह अल्लाह के हाथ में अल्लाह कर सकते हैं. लेकिन आप हर चीज़ में उस aspect को, उस principle को अगर आप apply करना लग जाए तो life कभी भी progress नहीं करेगी. There will be no development because people will just become wishful. So दुआ has to be a practical दुआ which means that you've given your 50% your best and then you reach out to god that, you know, you get complete success.</w:t>
      </w:r>
    </w:p>
    <w:p>
      <w:r>
        <w:rPr>
          <w:b/>
        </w:rPr>
        <w:t xml:space="preserve">[1:28:45] </w:t>
      </w:r>
      <w:r>
        <w:t>That is what I would say. Koi tha usne apne paas best de diya exam mein aur phir maan lo verification ka time ya kuch bhi hone wala hai aage to usse lagta ki wahan par ho nahin payega, gadbad ho jayegi. To you know, your expectations. So what would it say?</w:t>
      </w:r>
    </w:p>
    <w:p>
      <w:pPr>
        <w:jc w:val="right"/>
      </w:pPr>
      <w:r>
        <w:t>That is what I would say. कोई था उसने अपने पास best दे दिया exam में और फिर मान लो verification का time या कुछ भी होने वाला है आगे तो उससे लगता कि वहां पर हो नहीं पाएगा, गड़बड़ हो जाएगी. तो you know, your expectations. So what would it say?</w:t>
      </w:r>
    </w:p>
    <w:p>
      <w:r>
        <w:rPr>
          <w:b/>
        </w:rPr>
        <w:t xml:space="preserve">[1:29:12] </w:t>
      </w:r>
      <w:r>
        <w:t>It would mean that, there was some something that, you left. You need to you need to, introspect, relook at things. I remember in my twelfth standard I got distinction in all the subjects except one which was English aur mujhe lagta tha wahi mera sabse best paper hua hai.</w:t>
      </w:r>
    </w:p>
    <w:p>
      <w:pPr>
        <w:jc w:val="right"/>
      </w:pPr>
      <w:r>
        <w:t>It would mean that, there was some something that, you left. You need to you need to, introspect, relook at things. I remember in my twelfth standard I got distinction in all the subjects except one which was English और मुझे लगता था वही मेरा सबसे best paper हुआ है.</w:t>
      </w:r>
    </w:p>
    <w:p>
      <w:r>
        <w:rPr>
          <w:b/>
        </w:rPr>
        <w:t xml:space="preserve">[1:29:34] </w:t>
      </w:r>
      <w:r>
        <w:t>So when I got the marks, I couldn't believe my eyes and so much so that maine reassessment ke liye dala because I thought ki yeh to possible hi nahin hai. Jo mera sabse best paper hua hai usi usi ek subject mein distinction nahin aaya, sab mein aa gaya aur yeh mera sabse best paper tha. And then I I spoke to my ma'am and she said no you have made several grammatical mistakes and you think you have done it right and that is why you did not get the marks.</w:t>
      </w:r>
    </w:p>
    <w:p>
      <w:pPr>
        <w:jc w:val="right"/>
      </w:pPr>
      <w:r>
        <w:t>So when I got the marks, I couldn't believe my eyes and so much so that मैंने reassessment के लिए डाला because I thought कि यह तो possible ही नहीं है. जो मेरा सबसे best paper हुआ है उसी उसी एक subject में distinction नहीं आया, सब में आ गया और यह मेरा सबसे best paper था. And then I I spoke to my ma'am and she said no you have made several grammatical mistakes and you think you have done it right and that is why you did not get the marks.</w:t>
      </w:r>
    </w:p>
    <w:p>
      <w:r>
        <w:rPr>
          <w:b/>
        </w:rPr>
        <w:t xml:space="preserve">[1:30:02] </w:t>
      </w:r>
      <w:r>
        <w:t>You don't have to be dejected by the failures and that is why I mentioned in one of the slide that you have to learn, you know, from those failures. Don't feel that, you know, you have lost it. India lost world cup and everybody sabne write write off kar diya tha unko. And see what happened yesterday. They created history. Had they brooded ki humne saare matches jeete the.</w:t>
      </w:r>
    </w:p>
    <w:p>
      <w:pPr>
        <w:jc w:val="right"/>
      </w:pPr>
      <w:r>
        <w:t>You don't have to be dejected by the failures and that is why I mentioned in one of the slide that you have to learn, you know, from those failures. Don't feel that, you know, you have lost it. India lost world cup and everybody सबने write write off कर दिया था उनको. And see what happened yesterday. They created history. Had they brooded कि हमने सारे matches जीते थे.</w:t>
      </w:r>
    </w:p>
    <w:p>
      <w:r>
        <w:rPr>
          <w:b/>
        </w:rPr>
        <w:t xml:space="preserve">[1:30:27] </w:t>
      </w:r>
      <w:r>
        <w:t>Ek last wala jo hai wo destiny had something else in store and it was not right and</w:t>
      </w:r>
    </w:p>
    <w:p>
      <w:pPr>
        <w:jc w:val="right"/>
      </w:pPr>
      <w:r>
        <w:t>एक last वाला जो है वो destiny had something else in store and it was not right and</w:t>
      </w:r>
    </w:p>
    <w:p>
      <w:r>
        <w:rPr>
          <w:b/>
        </w:rPr>
        <w:t xml:space="preserve">[1:30:34] </w:t>
      </w:r>
      <w:r>
        <w:t>we they stopped practicing.</w:t>
      </w:r>
    </w:p>
    <w:p>
      <w:pPr>
        <w:jc w:val="right"/>
      </w:pPr>
      <w:r>
        <w:t>we they stopped practicing.</w:t>
      </w:r>
    </w:p>
    <w:p>
      <w:r>
        <w:rPr>
          <w:b/>
        </w:rPr>
        <w:t xml:space="preserve">[1:30:41] </w:t>
      </w:r>
      <w:r>
        <w:t>To kya hota?</w:t>
      </w:r>
    </w:p>
    <w:p>
      <w:pPr>
        <w:jc w:val="right"/>
      </w:pPr>
      <w:r>
        <w:t>तो क्या होता?</w:t>
      </w:r>
    </w:p>
    <w:p>
      <w:r>
        <w:rPr>
          <w:b/>
        </w:rPr>
        <w:t xml:space="preserve">[1:30:49] </w:t>
      </w:r>
      <w:r>
        <w:t>Kal desert kuch ho rahi hota.</w:t>
      </w:r>
    </w:p>
    <w:p>
      <w:pPr>
        <w:jc w:val="right"/>
      </w:pPr>
      <w:r>
        <w:t>कल desert कुछ हो रही होता.</w:t>
      </w:r>
    </w:p>
    <w:p>
      <w:r>
        <w:rPr>
          <w:b/>
        </w:rPr>
        <w:t xml:space="preserve">[1:30:56] </w:t>
      </w:r>
      <w:r>
        <w:t>Life will always have ups and downs.</w:t>
      </w:r>
    </w:p>
    <w:p>
      <w:pPr>
        <w:jc w:val="right"/>
      </w:pPr>
      <w:r>
        <w:t>Life will always have ups and downs.</w:t>
      </w:r>
    </w:p>
    <w:p>
      <w:r>
        <w:rPr>
          <w:b/>
        </w:rPr>
        <w:t xml:space="preserve">[1:31:04] </w:t>
      </w:r>
      <w:r>
        <w:t>You have to every time introspect, learn in every situation.</w:t>
      </w:r>
    </w:p>
    <w:p>
      <w:pPr>
        <w:jc w:val="right"/>
      </w:pPr>
      <w:r>
        <w:t>You have to every time introspect, learn in every situation.</w:t>
      </w:r>
    </w:p>
    <w:p>
      <w:r>
        <w:rPr>
          <w:b/>
        </w:rPr>
        <w:t xml:space="preserve">[1:31:11] </w:t>
      </w:r>
      <w:r>
        <w:t>Don't get dejected but given your best.</w:t>
      </w:r>
    </w:p>
    <w:p>
      <w:pPr>
        <w:jc w:val="right"/>
      </w:pPr>
      <w:r>
        <w:t>Don't get dejected but given your best.</w:t>
      </w:r>
    </w:p>
    <w:p>
      <w:r>
        <w:rPr>
          <w:b/>
        </w:rPr>
        <w:t xml:space="preserve">[1:31:19] </w:t>
      </w:r>
      <w:r>
        <w:t>Aapka yakeen hai, aapka faith itna strong hai ki jo kuch hoga aapki zindagi mein woh Allah taalaah aapki aapki zindagi ke hisab se aapko best dega. Agar yeh faith hai to then have patience and dua kari hai to aisa nahin hota ki over the night cheezein mil jati hain. Ek process hota hai. This entire you know life that we are experiencing it is through that process of cause and effect.</w:t>
      </w:r>
    </w:p>
    <w:p>
      <w:pPr>
        <w:jc w:val="right"/>
      </w:pPr>
      <w:r>
        <w:t>आपका यकीन है, आपका faith इतना strong है कि जो कुछ होगा आपकी ज़िंदगी में वह अल्लाह तालाह आपकी आपकी ज़िंदगी के हिसाब से आपको best देगा. अगर यह faith है तो then have patience and दुआ करी है तो ऐसा नहीं होता कि over the night चीज़ें मिल जाती हैं. एक process होता है. This entire you know life that we are experiencing it is through that process of cause and effect.</w:t>
      </w:r>
    </w:p>
    <w:p>
      <w:r>
        <w:rPr>
          <w:b/>
        </w:rPr>
        <w:t xml:space="preserve">[1:31:48] </w:t>
      </w:r>
      <w:r>
        <w:t>tabhi woh element of doubt rehta hai. Aapne dua kari hai lekin kya aapne us jo dua aapne kari hai, kya uske peeche jo mehnat required hai ya jo sincerity required hai, kya aapne woh kari hai? Woh aapne have you demonstrated that? So you should be contented with what you get in life.</w:t>
      </w:r>
    </w:p>
    <w:p>
      <w:pPr>
        <w:jc w:val="right"/>
      </w:pPr>
      <w:r>
        <w:t>तभी वह element of doubt रहता है. आपने दुआ करी है लेकिन क्या आपने उस जो दुआ आपने करी है, क्या उसके पीछे जो मेहनत required है या जो sincerity required है, क्या आपने वह करी है? वह आपने have you demonstrated that? So you should be contented with what you get in life.</w:t>
      </w:r>
    </w:p>
    <w:p>
      <w:r>
        <w:rPr>
          <w:b/>
        </w:rPr>
        <w:t xml:space="preserve">[1:32:15] </w:t>
      </w:r>
      <w:r>
        <w:t>ek aur cheez yeh bhi kehte hain log ki galti kisi ki hoti hai, saza kisi ko milti hai.</w:t>
      </w:r>
    </w:p>
    <w:p>
      <w:pPr>
        <w:jc w:val="right"/>
      </w:pPr>
      <w:r>
        <w:t>एक और चीज़ यह भी कहते हैं लोग कि गलती किसी की होती है, सजा किसी को मिलती है.</w:t>
      </w:r>
    </w:p>
    <w:p>
      <w:r>
        <w:rPr>
          <w:b/>
        </w:rPr>
        <w:t xml:space="preserve">[1:32:31] </w:t>
      </w:r>
      <w:r>
        <w:t>to to phir yeh justice kahan hua?</w:t>
      </w:r>
    </w:p>
    <w:p>
      <w:pPr>
        <w:jc w:val="right"/>
      </w:pPr>
      <w:r>
        <w:t>तो तो फिर यह justice कहां हुआ?</w:t>
      </w:r>
    </w:p>
    <w:p>
      <w:r>
        <w:rPr>
          <w:b/>
        </w:rPr>
        <w:t xml:space="preserve">[1:32:47] </w:t>
      </w:r>
      <w:r>
        <w:t>See, you are made for a, you are made for a world which is clean from all these obstacles, hindrances and that world is paradise. It is yet to come. This world will have these difficulties, these injustices and that is exactly what I mentioned about, you know, creation plan of God. That God has given you freedom, whether you misuse that freedom or you use that freedom.</w:t>
      </w:r>
    </w:p>
    <w:p>
      <w:pPr>
        <w:jc w:val="right"/>
      </w:pPr>
      <w:r>
        <w:t>See, you are made for a, you are made for a world which is clean from all these obstacles, hindrances and that world is paradise. It is yet to come. This world will have these difficulties, these injustices and that is exactly what I mentioned about, you know, creation plan of God. That God has given you freedom, whether you misuse that freedom or you use that freedom.</w:t>
      </w:r>
    </w:p>
    <w:p>
      <w:r>
        <w:rPr>
          <w:b/>
        </w:rPr>
        <w:t xml:space="preserve">[1:33:12] </w:t>
      </w:r>
      <w:r>
        <w:t>You are in a position of authority, but, at the same time, you're misusing your authority to cause, to create injustice, to cause inconvenience to others. So you are creating your own book which will be evaluated at later on but that doesn't mean that yeh world ko ideal world bana denge. Har cheez aapke saath achhi hi hogi, har cheez sahi hi hogi, aisa kabhi bhi nahin hoga.</w:t>
      </w:r>
    </w:p>
    <w:p>
      <w:pPr>
        <w:jc w:val="right"/>
      </w:pPr>
      <w:r>
        <w:t>You are in a position of authority, but, at the same time, you're misusing your authority to cause, to create injustice, to cause inconvenience to others. So you are creating your own book which will be evaluated at later on but that doesn't mean that यह world को ideal world बना देंगे. हर चीज़ आपके साथ अच्छी ही होगी, हर चीज़ सही ही होगी, ऐसा कभी भी नहीं होगा.</w:t>
      </w:r>
    </w:p>
    <w:p>
      <w:r>
        <w:rPr>
          <w:b/>
        </w:rPr>
        <w:t xml:space="preserve">[1:33:37] </w:t>
      </w:r>
      <w:r>
        <w:t>You have to have patience, you have to have plan, you have to have continuous efforts that no matter what you will keep going. Otherwise, you know, you will fall into despair, you will fall into frustration. I I knew a person. He worked in an organization. He was asked to to move to another city and he said he cannot move to another city.</w:t>
      </w:r>
    </w:p>
    <w:p>
      <w:pPr>
        <w:jc w:val="right"/>
      </w:pPr>
      <w:r>
        <w:t>You have to have patience, you have to have plan, you have to have continuous efforts that no matter what you will keep going. Otherwise, you know, you will fall into despair, you will fall into frustration. I I knew a person. He worked in an organization. He was asked to to move to another city and he said he cannot move to another city.</w:t>
      </w:r>
    </w:p>
    <w:p>
      <w:r>
        <w:rPr>
          <w:b/>
        </w:rPr>
        <w:t xml:space="preserve">[1:34:02] </w:t>
      </w:r>
      <w:r>
        <w:t>But the office people said that this is something which is as per the rule. And if you don't do that, we will demote you. Now for him it was like a matter of injustice. And he said that I cannot because I have some genuine reasons. So they demoted him. They cut down his salary, they demoted him. But he said that I have faith in god. And two years he said that no matter what I'll continue to do at my top performance.</w:t>
      </w:r>
    </w:p>
    <w:p>
      <w:pPr>
        <w:jc w:val="right"/>
      </w:pPr>
      <w:r>
        <w:t>But the office people said that this is something which is as per the rule. And if you don't do that, we will demote you. Now for him it was like a matter of injustice. And he said that I cannot because I have some genuine reasons. So they demoted him. They cut down his salary, they demoted him. But he said that I have faith in god. And two years he said that no matter what I'll continue to do at my top performance.</w:t>
      </w:r>
    </w:p>
    <w:p>
      <w:r>
        <w:rPr>
          <w:b/>
        </w:rPr>
        <w:t xml:space="preserve">[1:34:30] </w:t>
      </w:r>
      <w:r>
        <w:t>I will not give an excuse to the organization that because demote kar diya to negative ho gaya. So two years after two years the company realized that they made a terrible mistake. They gave him double promotion, they increased his salary and things are things are good. But but do saal ka wait tha.</w:t>
      </w:r>
    </w:p>
    <w:p>
      <w:pPr>
        <w:jc w:val="right"/>
      </w:pPr>
      <w:r>
        <w:t>I will not give an excuse to the organization that because demote कर दिया तो negative हो गया. So two years after two years the company realized that they made a terrible mistake. They gave him double promotion, they increased his salary and things are things are good. But but दो साल का wait था.</w:t>
      </w:r>
    </w:p>
    <w:p>
      <w:r>
        <w:rPr>
          <w:b/>
        </w:rPr>
        <w:t xml:space="preserve">[1:34:48] </w:t>
      </w:r>
      <w:r>
        <w:t>Agar woh kehta mera god I am God has heard your prayers. There is something that is happening in the background. Allow that that the patience is that time required to be lapsed for your dua to fructify, for your dua to play out.</w:t>
      </w:r>
    </w:p>
    <w:p>
      <w:pPr>
        <w:jc w:val="right"/>
      </w:pPr>
      <w:r>
        <w:t>अगर वह कहता मेरा god I am God has heard your prayers. There is something that is happening in the background. Allow that that the patience is that time required to be lapsed for your दुआ to fructify, for your दुआ to play out.</w:t>
      </w:r>
    </w:p>
    <w:p>
      <w:r>
        <w:rPr>
          <w:b/>
        </w:rPr>
        <w:t xml:space="preserve">[1:35:17] </w:t>
      </w:r>
      <w:r>
        <w:t>After two years when that person looked back, he said, oh, so this was how it worked. And he did Alhamdulillah. I know that person personally. So have patience. Be always hopeful. Like I said, waiting for a better tomorrow. Stay positive. There will be things which will not be as per as per your, you know, confirmations or as per, like, what you want it to be. Sir, how did you develop interest in Islamic history?</w:t>
      </w:r>
    </w:p>
    <w:p>
      <w:pPr>
        <w:jc w:val="right"/>
      </w:pPr>
      <w:r>
        <w:t>After two years when that person looked back, he said, oh, so this was how it worked. And he did अलाम दलिला. I know that person personally. So have patience. Be always hopeful. Like I said, waiting for a better tomorrow. Stay positive. There will be things which will not be as per as per your, you know, confirmations or as per, like, what you want it to be. Sir, how did you develop interest in Islamic history?</w:t>
      </w:r>
    </w:p>
    <w:p>
      <w:r>
        <w:rPr>
          <w:b/>
        </w:rPr>
        <w:t xml:space="preserve">[1:35:46] </w:t>
      </w:r>
      <w:r>
        <w:t>Like, you were searching for the purpose of life or you were in a tough and stressful situation? How did I? How did you develop interest in the Islamic history? In the Islamic interest in Islamic history. That's I it's another longish answer. But yes, you know, that was when I had I mentioned that at the beginning if we joined late that I had these existential questions that what is the purpose of life and why I'm being created.</w:t>
      </w:r>
    </w:p>
    <w:p>
      <w:pPr>
        <w:jc w:val="right"/>
      </w:pPr>
      <w:r>
        <w:t>Like, you were searching for the purpose of life or you were in a tough and stressful situation? How did I? How did you develop interest in the Islamic history? In the Islamic interest in Islamic history. That's I it's another longish answer. But yes, you know, that was when I had I mentioned that at the beginning if we joined late that I had these existential questions that what is the purpose of life and why I'm being created.</w:t>
      </w:r>
    </w:p>
    <w:p>
      <w:r>
        <w:rPr>
          <w:b/>
        </w:rPr>
        <w:t xml:space="preserve">[1:36:16] </w:t>
      </w:r>
      <w:r>
        <w:t>Because that thought used to bother me a lot and I used to ask this question to many people, many spiritual and religious leaders and I used to tell myself and it used to aggravate my frustration. The thing that I used to tell myself that if I become the richest man on the earth, if I become number one in my company, even if I become CEO, even if I become a global CEO, one day I will die. So my clock is ticking.</w:t>
      </w:r>
    </w:p>
    <w:p>
      <w:pPr>
        <w:jc w:val="right"/>
      </w:pPr>
      <w:r>
        <w:t>Because that thought used to bother me a lot and I used to ask this question to many people, many spiritual and religious leaders and I used to tell myself and it used to aggravate my frustration. The thing that I used to tell myself that if I become the richest man on the earth, if I become number one in my company, even if I become CEO, even if I become a global CEO, one day I will die. So my clock is ticking.</w:t>
      </w:r>
    </w:p>
    <w:p>
      <w:r>
        <w:rPr>
          <w:b/>
        </w:rPr>
        <w:t xml:space="preserve">[1:36:46] </w:t>
      </w:r>
      <w:r>
        <w:t>The day I was born, my clock started to tick. I'm approaching towards death. It's happening with everyone. So God has played this, you know, cruel joke on me and I used to ask this same question to everyone. What was the need? Like you asked, what is the need?</w:t>
      </w:r>
    </w:p>
    <w:p>
      <w:pPr>
        <w:jc w:val="right"/>
      </w:pPr>
      <w:r>
        <w:t>The day I was born, my clock started to tick. I'm approaching towards death. It's happening with everyone. So God has played this, you know, cruel joke on me and I used to ask this same question to everyone. What was the need? Like you asked, what is the need?</w:t>
      </w:r>
    </w:p>
    <w:p>
      <w:r>
        <w:rPr>
          <w:b/>
        </w:rPr>
        <w:t xml:space="preserve">[1:37:04] </w:t>
      </w:r>
      <w:r>
        <w:t>And it was then that somebody advised me to meet Maulana Wahiduddin Khan sahib and I went and asked him this question and I had very stupid questions also that I put very brashly. But, you know, he was such he displayed so much of patience and he answered those rationally and then he explained me this creation plan of God in the light of scientific developments. And then I thought that this is so beautiful.</w:t>
      </w:r>
    </w:p>
    <w:p>
      <w:pPr>
        <w:jc w:val="right"/>
      </w:pPr>
      <w:r>
        <w:t>And it was then that somebody advised me to meet मलाना वेदुद्दीन खान साहब and I went and asked him this question and I had very stupid questions also that I put very brashly. But, you know, he was such he displayed so much of patience and he answered those rationally and then he explained me this creation plan of God in the light of scientific developments. And then I thought that this is so beautiful.</w:t>
      </w:r>
    </w:p>
    <w:p>
      <w:r>
        <w:rPr>
          <w:b/>
        </w:rPr>
        <w:t xml:space="preserve">[1:37:34] </w:t>
      </w:r>
      <w:r>
        <w:t>Nobody's explained it like that.</w:t>
      </w:r>
    </w:p>
    <w:p>
      <w:pPr>
        <w:jc w:val="right"/>
      </w:pPr>
      <w:r>
        <w:t>Nobody's explained it like that.</w:t>
      </w:r>
    </w:p>
    <w:p>
      <w:r>
        <w:rPr>
          <w:b/>
        </w:rPr>
        <w:t xml:space="preserve">[1:37:37] </w:t>
      </w:r>
      <w:r>
        <w:t>I I asked Murana sahib, can I read Quran?</w:t>
      </w:r>
    </w:p>
    <w:p>
      <w:pPr>
        <w:jc w:val="right"/>
      </w:pPr>
      <w:r>
        <w:t>I I asked Murana साहब, can I read Quran?</w:t>
      </w:r>
    </w:p>
    <w:p>
      <w:r>
        <w:rPr>
          <w:b/>
        </w:rPr>
        <w:t xml:space="preserve">[1:37:40] </w:t>
      </w:r>
      <w:r>
        <w:t>Is it of course you can who's stopping you?</w:t>
      </w:r>
    </w:p>
    <w:p>
      <w:pPr>
        <w:jc w:val="right"/>
      </w:pPr>
      <w:r>
        <w:t>Is it of course you can who's stopping you?</w:t>
      </w:r>
    </w:p>
    <w:p>
      <w:r>
        <w:rPr>
          <w:b/>
        </w:rPr>
        <w:t xml:space="preserve">[1:37:43] </w:t>
      </w:r>
      <w:r>
        <w:t>And then I picked up the first Quran that I picked up was Pikthal, which was very difficult.</w:t>
      </w:r>
    </w:p>
    <w:p>
      <w:pPr>
        <w:jc w:val="right"/>
      </w:pPr>
      <w:r>
        <w:t>And then I picked up the first Quran that I picked up was Pikthal, which was very difficult.</w:t>
      </w:r>
    </w:p>
    <w:p>
      <w:r>
        <w:rPr>
          <w:b/>
        </w:rPr>
        <w:t xml:space="preserve">[1:37:46] </w:t>
      </w:r>
      <w:r>
        <w:t>Then I read usefully and then I asked him several questions.</w:t>
      </w:r>
    </w:p>
    <w:p>
      <w:pPr>
        <w:jc w:val="right"/>
      </w:pPr>
      <w:r>
        <w:t>Then I read usefully and then I asked him several questions.</w:t>
      </w:r>
    </w:p>
    <w:p>
      <w:r>
        <w:rPr>
          <w:b/>
        </w:rPr>
        <w:t xml:space="preserve">[1:37:50] </w:t>
      </w:r>
      <w:r>
        <w:t>And that created interest in me.</w:t>
      </w:r>
    </w:p>
    <w:p>
      <w:pPr>
        <w:jc w:val="right"/>
      </w:pPr>
      <w:r>
        <w:t>And that created interest in me.</w:t>
      </w:r>
    </w:p>
    <w:p>
      <w:r>
        <w:rPr>
          <w:b/>
        </w:rPr>
        <w:t xml:space="preserve">[1:37:53] </w:t>
      </w:r>
      <w:r>
        <w:t>That created curiosity.</w:t>
      </w:r>
    </w:p>
    <w:p>
      <w:pPr>
        <w:jc w:val="right"/>
      </w:pPr>
      <w:r>
        <w:t>That created curiosity.</w:t>
      </w:r>
    </w:p>
    <w:p>
      <w:r>
        <w:rPr>
          <w:b/>
        </w:rPr>
        <w:t xml:space="preserve">[1:37:56] </w:t>
      </w:r>
      <w:r>
        <w:t>And then, of course, there was no stopping.</w:t>
      </w:r>
    </w:p>
    <w:p>
      <w:pPr>
        <w:jc w:val="right"/>
      </w:pPr>
      <w:r>
        <w:t>And then, of course, there was no stopping.</w:t>
      </w:r>
    </w:p>
    <w:p>
      <w:r>
        <w:rPr>
          <w:b/>
        </w:rPr>
        <w:t xml:space="preserve">[1:37:59] </w:t>
      </w:r>
      <w:r>
        <w:t>Then I did my masters in Islamic history and then PhD.</w:t>
      </w:r>
    </w:p>
    <w:p>
      <w:pPr>
        <w:jc w:val="right"/>
      </w:pPr>
      <w:r>
        <w:t>Then I did my masters in Islamic history and then PhD.</w:t>
      </w:r>
    </w:p>
    <w:p>
      <w:r>
        <w:rPr>
          <w:b/>
        </w:rPr>
        <w:t xml:space="preserve">[1:38:02] </w:t>
      </w:r>
      <w:r>
        <w:t>Every day is a learning.</w:t>
      </w:r>
    </w:p>
    <w:p>
      <w:pPr>
        <w:jc w:val="right"/>
      </w:pPr>
      <w:r>
        <w:t>Every day is a learning.</w:t>
      </w:r>
    </w:p>
    <w:p>
      <w:r>
        <w:rPr>
          <w:b/>
        </w:rPr>
        <w:t xml:space="preserve">[1:38:06] </w:t>
      </w:r>
      <w:r>
        <w:t>Yes, Deepa? Is there any is there any way to be happy all the time? Is there a way to be happy all the time? Yes, you have to be just like yourself.</w:t>
      </w:r>
    </w:p>
    <w:p>
      <w:pPr>
        <w:jc w:val="right"/>
      </w:pPr>
      <w:r>
        <w:t>Yes, दीपा? Is there any is there any way to be happy all the time? Is there a way to be happy all the time? Yes, you have to be just like yourself.</w:t>
      </w:r>
    </w:p>
    <w:p>
      <w:r>
        <w:rPr>
          <w:b/>
        </w:rPr>
        <w:t xml:space="preserve">[1:38:22] </w:t>
      </w:r>
      <w:r>
        <w:t>Happiness is, you know, like this is a state of mind and when you accept the reality Deepa, then you know, you sort of learn the biggest principle of remaining happy. People try to change their situations, you know, in a in a willful manner.</w:t>
      </w:r>
    </w:p>
    <w:p>
      <w:pPr>
        <w:jc w:val="right"/>
      </w:pPr>
      <w:r>
        <w:t>Happiness is, you know, like this is a state of mind and when you accept the reality दीवा, then you know, you sort of learn the biggest principle of remaining happy. People try to change their situations, you know, in a in a willful manner.</w:t>
      </w:r>
    </w:p>
    <w:p>
      <w:r>
        <w:rPr>
          <w:b/>
        </w:rPr>
        <w:t xml:space="preserve">[1:38:49] </w:t>
      </w:r>
      <w:r>
        <w:t>But when you are accepting the status quo, how would I explain status quo, the situation that you are in, you learn from those situations and then you move on in life. And that's how, you know, you will be always happy in life. Shariba you want to add? It's a very interesting question. No no, I think you covered it. Vinayapa you want to add?</w:t>
      </w:r>
    </w:p>
    <w:p>
      <w:pPr>
        <w:jc w:val="right"/>
      </w:pPr>
      <w:r>
        <w:t>But when you are accepting the status quo, how would I explain status quo, the situation that you are in, you learn from those situations and then you move on in life. And that's how, you know, you will be always happy in life. शारीबा you want to add? It's a very interesting question. No no, I think you covered it. विनयापा you want to add?</w:t>
      </w:r>
    </w:p>
    <w:p>
      <w:r>
        <w:rPr>
          <w:b/>
        </w:rPr>
        <w:t xml:space="preserve">[1:39:18] </w:t>
      </w:r>
      <w:r>
        <w:t>Yes, correct. You have to accept the realities of life, then you cannot have everything. And stop, and sorry, and stop expecting anything then. That's what you were saying? Yeah. That's that's a very important thing. Expectations, you make us sad.</w:t>
      </w:r>
    </w:p>
    <w:p>
      <w:pPr>
        <w:jc w:val="right"/>
      </w:pPr>
      <w:r>
        <w:t>Yes, correct. You have to accept the realities of life, then you cannot have everything. And stop, and sorry, and stop expecting anything then. That's what you were saying? Yeah. That's that's a very important thing. Expectations, you make us sad.</w:t>
      </w:r>
    </w:p>
    <w:p>
      <w:r>
        <w:rPr>
          <w:b/>
        </w:rPr>
        <w:t xml:space="preserve">[1:39:47] </w:t>
      </w:r>
      <w:r>
        <w:t>Expectations from everyone.</w:t>
      </w:r>
    </w:p>
    <w:p>
      <w:pPr>
        <w:jc w:val="right"/>
      </w:pPr>
      <w:r>
        <w:t>Expectations from everyone.</w:t>
      </w:r>
    </w:p>
    <w:p>
      <w:r>
        <w:rPr>
          <w:b/>
        </w:rPr>
        <w:t xml:space="preserve">[1:39:53] </w:t>
      </w:r>
      <w:r>
        <w:t>Even expectations from God.</w:t>
      </w:r>
    </w:p>
    <w:p>
      <w:pPr>
        <w:jc w:val="right"/>
      </w:pPr>
      <w:r>
        <w:t>Even expectations from God.</w:t>
      </w:r>
    </w:p>
    <w:p>
      <w:r>
        <w:rPr>
          <w:b/>
        </w:rPr>
        <w:t xml:space="preserve">[1:40:00] </w:t>
      </w:r>
      <w:r>
        <w:t>You know, this this kind of an expectation that I'll wake up in a different world.</w:t>
      </w:r>
    </w:p>
    <w:p>
      <w:pPr>
        <w:jc w:val="right"/>
      </w:pPr>
      <w:r>
        <w:t>You know, this this kind of an expectation that I'll wake up in a different world.</w:t>
      </w:r>
    </w:p>
    <w:p>
      <w:r>
        <w:rPr>
          <w:b/>
        </w:rPr>
        <w:t xml:space="preserve">[1:40:06] </w:t>
      </w:r>
      <w:r>
        <w:t>It's an it's a stupid expectation if that's what you expect from God.</w:t>
      </w:r>
    </w:p>
    <w:p>
      <w:pPr>
        <w:jc w:val="right"/>
      </w:pPr>
      <w:r>
        <w:t>It's an it's a stupid expectation if that's what you expect from God.</w:t>
      </w:r>
    </w:p>
    <w:p>
      <w:r>
        <w:rPr>
          <w:b/>
        </w:rPr>
        <w:t xml:space="preserve">[1:40:13] </w:t>
      </w:r>
      <w:r>
        <w:t>So expectations have to be moderated or they have to be more realistic.</w:t>
      </w:r>
    </w:p>
    <w:p>
      <w:pPr>
        <w:jc w:val="right"/>
      </w:pPr>
      <w:r>
        <w:t>So expectations have to be moderated or they have to be more realistic.</w:t>
      </w:r>
    </w:p>
    <w:p>
      <w:r>
        <w:rPr>
          <w:b/>
        </w:rPr>
        <w:t xml:space="preserve">[1:40:19] </w:t>
      </w:r>
      <w:r>
        <w:t>Expectations within your relationships. Yeah.</w:t>
      </w:r>
    </w:p>
    <w:p>
      <w:pPr>
        <w:jc w:val="right"/>
      </w:pPr>
      <w:r>
        <w:t>Expectations within your relationships. Yeah.</w:t>
      </w:r>
    </w:p>
    <w:p>
      <w:r>
        <w:rPr>
          <w:b/>
        </w:rPr>
        <w:t xml:space="preserve">[1:40:26] </w:t>
      </w:r>
      <w:r>
        <w:t>Ji. Expectation management mil jayega. Maybe maybe can do a session on that as well. Agnes. Yeah. Sir, Allah taala ne hamein create kara hai apni ibadat karne ke liye, acknowledge karne ke liye apne aap ko. Par jo angels hain, wo to Allah taala ki ibadat karte hain. Wo to galtiyan bhi nahi karte. Phir hamara purpose kya hai? Allah taala to unse bhi apni ibadat kara sakte the aur phir bhi hum supreme creation hain. Aisa kyun hai? Aapko Allah taala ne free will diya hai na?</w:t>
      </w:r>
    </w:p>
    <w:p>
      <w:pPr>
        <w:jc w:val="right"/>
      </w:pPr>
      <w:r>
        <w:t>जी. Expectation management मिल जाएगा. Maybe maybe can do a session on that as well. Agnes. Yeah. Sir, अल्लाह ताला ने हमें create करा है अपनी इबादत करने के लिए, acknowledge करने के लिए अपने आप को. पर जो angels हैं, वो तो अल्लाह तालाह की इबादत करते हैं. वो तो गलतियां भी नहीं करते. फिर हमारा purpose क्या है? अल्लाह तालाह तो उनसे भी अपनी इबादत करा सकते थे और फिर भी हम supreme creation हैं. ऐसा क्यों है? आपको अल्लाह तालाह ने free will दिया है ना?</w:t>
      </w:r>
    </w:p>
    <w:p>
      <w:r>
        <w:rPr>
          <w:b/>
        </w:rPr>
        <w:t xml:space="preserve">[1:40:56] </w:t>
      </w:r>
      <w:r>
        <w:t>Yeah. Subhan Allah taala, farishton se hum kis tarah alag hain? Farishton ke paas wo free will nahi hai jo insaan ke paas. So hum ibadat karte hain, farishton ke paas choice nahi hai. Farishta ibadat karte hain because that's how they are, that's what is their, that's what they are built to do, right? It's like, you know, machine that is built to just do some work, that's what it'll do. It doesn't have any other choice. We as humans have been given a choice by everyone.</w:t>
      </w:r>
    </w:p>
    <w:p>
      <w:pPr>
        <w:jc w:val="right"/>
      </w:pPr>
      <w:r>
        <w:t>Yeah. सुल्लाह तालाह, फरिश्तों से हम किस तरह अलग हैं? फरिश्तों के पास वह free will नहीं है जो इंसान के पास. So हम इबादत करते हैं, फरिश्तों के पास choice नहीं है. फरिश्ता इबादत करते हैं because that's how they are, that's what is their, that's what they are built to do, right? It's like, you know, machine that is built to just do some work, that's what it'll do. It doesn't have any other choice. We as humans have been given a choice by everyone.</w:t>
      </w:r>
    </w:p>
    <w:p>
      <w:r>
        <w:rPr>
          <w:b/>
        </w:rPr>
        <w:t xml:space="preserve">[1:41:24] </w:t>
      </w:r>
      <w:r>
        <w:t>And remember, angels do not have test. It is humans who have test. And when god created angels and Satan was created before, and he asked both of them to bow down before Adam and take them as superior creation. So in a way, you will be given something so superior in paradise and that is on account of, you know, one clearing the test.</w:t>
      </w:r>
    </w:p>
    <w:p>
      <w:pPr>
        <w:jc w:val="right"/>
      </w:pPr>
      <w:r>
        <w:t>And remember, angels do not have test. It is humans who have test. And when god created angels and Satan was created before, and he asked both of them to bow down before Adam and take them as superior creation. So in a way, you will be given something so superior in paradise and that is on account of, you know, one clearing the test.</w:t>
      </w:r>
    </w:p>
    <w:p>
      <w:r>
        <w:rPr>
          <w:b/>
        </w:rPr>
        <w:t xml:space="preserve">[1:41:54] </w:t>
      </w:r>
      <w:r>
        <w:t>So there is no test for angels and like what Shariq bhai explained, they they have no free will but we have free will. Sir maine hadith padhi thi jiska matlab hai, sir maine hadith padhi thi jiska matlab hai ki agar koi bhi aisi cheez hai jo aapki soul ya aapki mental health ko bilkul kharab karne lagi ho to us par chhod use chhod dena chahiye. To kyunki life bahut temporary hai. To aapne kaha tha ki mommy inka bhi give up nahi karta.</w:t>
      </w:r>
    </w:p>
    <w:p>
      <w:pPr>
        <w:jc w:val="right"/>
      </w:pPr>
      <w:r>
        <w:t>So there is no test for angels and like what शारीक भाई explained, they they have no free will but we have free will. Sir मैंने खरीद पड़ी थी जिसका मतलब है, sir मैंने खरीद पड़ी थी जिसका मतलब है कि अगर कोई भी ऐसी चीज़ है जो आपकी soul या आपकी mental health को बिल्कुल खराब करने लगी हो तो उस पर छोड़ उसे छोड़ देना चाहिए. तो क्योंकि life बहुत temporary है. तो आपने कहा था कि mommy इनका भी give up नहीं करता.</w:t>
      </w:r>
    </w:p>
    <w:p>
      <w:r>
        <w:rPr>
          <w:b/>
        </w:rPr>
        <w:t xml:space="preserve">[1:42:20] </w:t>
      </w:r>
      <w:r>
        <w:t>To iske beech mein aur sabhi ke beech mein, aapki baat ke beech mein, yeh aisi kaun si cheezein jo matlab isko explain kar dein ki give up nahi karna chahiye aur ek keh rahi hai ki mental health ko aur agar aapke soul ko koi cheez disturb kar rahi hai to use chhod do. Yeah. So give up, give up in the sense that not keeping up your courage and giving up trying.</w:t>
      </w:r>
    </w:p>
    <w:p>
      <w:pPr>
        <w:jc w:val="right"/>
      </w:pPr>
      <w:r>
        <w:t>तो इसके beach में और सभी के beach में, आपकी बात के beach में, यह ऐसी कौन सी चीज़ें जो मतलब इसको explain कर दें कि give up नहीं करना चाहिए और एक कह रही है कि mental health को और अगर आपके soul को कोई चीज़ disturb कर रही है तो उसे छोड़ दो. Yeah. So give up, give up in the sense that not keeping up your courage and giving up trying.</w:t>
      </w:r>
    </w:p>
    <w:p>
      <w:r>
        <w:rPr>
          <w:b/>
        </w:rPr>
        <w:t xml:space="preserve">[1:42:42] </w:t>
      </w:r>
      <w:r>
        <w:t>But what you're saying is that deeds which which will take you farther away from paradise, those bad deeds or good bad thoughts, ill feelings towards others, Those are the things that you have to, you know, continuously introspect that are you getting into that. Ek bahut achha maine hadith padha tha ki there will be two people in the day of judgement.</w:t>
      </w:r>
    </w:p>
    <w:p>
      <w:pPr>
        <w:jc w:val="right"/>
      </w:pPr>
      <w:r>
        <w:t>But what you're saying is that deeds which which will take you farther away from paradise, those bad deeds or good bad thoughts, ill feelings towards others, Those are the things that you have to, you know, continuously introspect that are you getting into that. एक बहुत अच्छा मैंने हदीस पढ़ा था कि there will be two people in the day of judgement.</w:t>
      </w:r>
    </w:p>
    <w:p>
      <w:r>
        <w:rPr>
          <w:b/>
        </w:rPr>
        <w:t xml:space="preserve">[1:43:11] </w:t>
      </w:r>
      <w:r>
        <w:t>They will be fighting and one person will ask Allah taala, he please take my due from him. So he, Allah will say that you want me to take your due from him, how? So he said that, give his good deeds to me. So then Allah taala said to him that, look towards your right. And when he looked towards his right, he couldn't believe himself. It was a beautiful sight.</w:t>
      </w:r>
    </w:p>
    <w:p>
      <w:pPr>
        <w:jc w:val="right"/>
      </w:pPr>
      <w:r>
        <w:t>They will be fighting and one person will ask अल्लाह तालाह, he please take my due from him. So he, अल्लाह will say that you want me to take your due from him, how? So he said that, give his good deeds to me. So then अलात अलाह said to him that, look towards your right. And when he looked towards his right, he couldn't believe himself. It was a beautiful sight.</w:t>
      </w:r>
    </w:p>
    <w:p>
      <w:r>
        <w:rPr>
          <w:b/>
        </w:rPr>
        <w:t xml:space="preserve">[1:43:36] </w:t>
      </w:r>
      <w:r>
        <w:t>It was a lovely garden and something that he had never conceived of. It was paradise. So he said, what is this? He said, this is paradise. So then he asked Allah, who is this for? He said, one who pays his price. So this man asked, what is his price? He says, take your brother along with him. Take your brother along into him. So meaning that, you know, you forgive, that person, not having negative feeling.</w:t>
      </w:r>
    </w:p>
    <w:p>
      <w:pPr>
        <w:jc w:val="right"/>
      </w:pPr>
      <w:r>
        <w:t>It was a lovely garden and something that he had never conceived of. It was paradise. So he said, what is this? He said, this is paradise. So then he asked Allah, who is this for? He said, one who pays his price. So this man asked, what is his price? He says, take your brother along with him. Take your brother along into him. So meaning that, you know, you forgive, that person, not having negative feeling.</w:t>
      </w:r>
    </w:p>
    <w:p>
      <w:r>
        <w:rPr>
          <w:b/>
        </w:rPr>
        <w:t xml:space="preserve">[1:44:03] </w:t>
      </w:r>
      <w:r>
        <w:t>You have to constantly keep checking that is this thought negative? Is this thought really going to bring out a desirable result? Or is it pulling you more down towards, let's say, failure? You have to give up those thoughts. And you have to always, we always say, we begin every chapter of the Quran in the name of most compassionate, most merciful.</w:t>
      </w:r>
    </w:p>
    <w:p>
      <w:pPr>
        <w:jc w:val="right"/>
      </w:pPr>
      <w:r>
        <w:t>You have to constantly keep checking that is this thought negative? Is this thought really going to bring out a desirable result? Or is it pulling you more down towards, let's say, failure? You have to give up those thoughts. And you have to always, we always say, we begin every chapter of the Quran in the name of most compassionate, most merciful.</w:t>
      </w:r>
    </w:p>
    <w:p>
      <w:r>
        <w:rPr>
          <w:b/>
        </w:rPr>
        <w:t xml:space="preserve">[1:44:26] </w:t>
      </w:r>
      <w:r>
        <w:t>So in a way it is also telling us that you also have to build that virtue of compassion, that mercifulness, that forgiveness towards others. I hope that answered. And and you also have to know what is good for you and what is not good for you. What is gonna damage your soul. Right? Yeah. How control our desires?</w:t>
      </w:r>
    </w:p>
    <w:p>
      <w:pPr>
        <w:jc w:val="right"/>
      </w:pPr>
      <w:r>
        <w:t>So in a way it is also telling us that you also have to build that virtue of compassion, that mercifulness, that forgiveness towards others. I hope that answered. And and you also have to know what is good for you and what is not good for you. What is gonna damage your soul. Right? Yeah. How control our desires?</w:t>
      </w:r>
    </w:p>
    <w:p>
      <w:r>
        <w:rPr>
          <w:b/>
        </w:rPr>
        <w:t xml:space="preserve">[1:44:53] </w:t>
      </w:r>
      <w:r>
        <w:t>Do I mentioned that, see, it's a process. At no point, a person can say that I'm completely free of desires. This is a lifelong battle that a person has to do. You need to take baby steps and then bigger steps. And those steps are basically, you know, your development, your inner development, your marifat. Like I mentioned that you have to have a inner dress just like you have a outer dress.</w:t>
      </w:r>
    </w:p>
    <w:p>
      <w:pPr>
        <w:jc w:val="right"/>
      </w:pPr>
      <w:r>
        <w:t>Do I mentioned that, see, it's a process. At no point, a person can say that I'm completely free of desires. This is a lifelong battle that a person has to do. You need to take baby steps and then bigger steps. And those steps are basically, you know, your development, your inner development, your मारफत. Like I mentioned that you have to have a inner dress just like you have a outer dress.</w:t>
      </w:r>
    </w:p>
    <w:p>
      <w:r>
        <w:rPr>
          <w:b/>
        </w:rPr>
        <w:t xml:space="preserve">[1:45:22] </w:t>
      </w:r>
      <w:r>
        <w:t>So which is what righteousness is all about. When you when you think good, when you talk good, when you spend time in the company of people who are better than you, that's how you progress, you develop. Isi liye always be merciless towards yourself. How you can develop? Be very merciless towards yourself. Always keep checking that jo bhi main kar rahi hoon iska result kya hai? Aapko khud jawab mil jayega.</w:t>
      </w:r>
    </w:p>
    <w:p>
      <w:pPr>
        <w:jc w:val="right"/>
      </w:pPr>
      <w:r>
        <w:t>So which is what righteousness is all about. When you when you think good, when you talk good, when you spend time in the company of people who are better than you, that's how you progress, you develop. इसीलिए always be merciless towards yourself. How you can develop? Be very merciless towards yourself. Always keep checking that जो भी मैं कर रही हूँ इसका result क्या है? आपको खुद जवाब मिल जाएगा.</w:t>
      </w:r>
    </w:p>
    <w:p>
      <w:r>
        <w:rPr>
          <w:b/>
        </w:rPr>
        <w:t xml:space="preserve">[1:45:52] </w:t>
      </w:r>
      <w:r>
        <w:t>If that result is drawing you more into temptations, drawing you more towards ill feelings then you need to be alert. Ek moment jis tarike se apne aap ko develop karta hai, uske andar ek capacity of getting alertness wo badh jati hai. If if you all probably recall your situation on when you learn something, you are getting trained at the starting point and then once you've been through that, you realize ki aap kitne better off ho jate ho, right? Kyun?</w:t>
      </w:r>
    </w:p>
    <w:p>
      <w:pPr>
        <w:jc w:val="right"/>
      </w:pPr>
      <w:r>
        <w:t>If that result is drawing you more into temptations, drawing you more towards ill feelings then you need to be alert. एक moment जिस तरीके से अपने आप को develop करता है, उसके अंदर एक capacity of getting alertness वह बढ़ जाती है. If if you all probably recall your situation on when you learn something, you are getting trained at the starting point and then once you've been through that, you realize कि आप कितने better off हो जाते हो, right? क्यों?</w:t>
      </w:r>
    </w:p>
    <w:p>
      <w:r>
        <w:rPr>
          <w:b/>
        </w:rPr>
        <w:t xml:space="preserve">[1:46:21] </w:t>
      </w:r>
      <w:r>
        <w:t>Kyunki yeh training process hai jo aapne karaya. So it is the same with spirituality. We need to develop ourselves spiritually every now and then and then we will see that we are able to withstand the Satan's whisper. It is not that you will completely be perfect. Wo kabhi aisa hoga nahi. Those mistakes and failures are also good. They teach you something. So don't get bogged down. Yaar yeh kuch galti ho jaye jaise ok I will not repeat it.</w:t>
      </w:r>
    </w:p>
    <w:p>
      <w:pPr>
        <w:jc w:val="right"/>
      </w:pPr>
      <w:r>
        <w:t>क्योंकि यह training process है जो आपने कराया. So it is the same with spirituality. We need to develop ourselves spiritually every now and then and then we will see that we are able to withstand the Satan's whisper. It is not that you will completely be perfect. वह कभी ऐसा होगा नहीं. Those mistakes and failures are also good. They teach you something. So don't get bogged down. यार यह कुछ गलती हो जाए जैसे ok I will not repeat it.</w:t>
      </w:r>
    </w:p>
    <w:p>
      <w:r>
        <w:rPr>
          <w:b/>
        </w:rPr>
        <w:t xml:space="preserve">[1:46:49] </w:t>
      </w:r>
      <w:r>
        <w:t>Sir you said to be humble one should not seek appreciation or well over criticism. But sir I have observed that these are inbuilt qualities. Agar hum kisi kid ko bhi dekhein wo bhi appreciation ko seek karte hain aur agar na ho to demotivate ho jate hain. Right. No, that's very important. Yes, you know if you don't receive appreciation aajkal organizations mein yeh hota hai. People leave, they say hamara work hi nahi appreciate kiya. Hum to ja rahe hain chhod ke. No, I didn't mean that.</w:t>
      </w:r>
    </w:p>
    <w:p>
      <w:pPr>
        <w:jc w:val="right"/>
      </w:pPr>
      <w:r>
        <w:t>Sir you said to be humble one should not seek appreciation or well over criticism. But sir I have observed that these are inbuilt qualities. अगर हम किसी kid को भी देखें वो भी appreciation को सीख करते हैं और अगर ना हो तो demotivate हो जाते हैं. Right. No, that's very important. Yes, you know if you don't receive appreciation आजकल organizations में यह होता है. People leave, they say हमारा work ही नहीं appreciate किया. हम तो जा रहे हैं छोड़ के. No, I didn't mean that.</w:t>
      </w:r>
    </w:p>
    <w:p>
      <w:r>
        <w:rPr>
          <w:b/>
        </w:rPr>
        <w:t xml:space="preserve">[1:47:19] </w:t>
      </w:r>
      <w:r>
        <w:t>See, what it means is you understand by this hadith that once a person came and usne bahut zyada praises kari prophet ke saamne. So you know what prophet said? He said you just killed that man because what happens is, you know, satan is very clever.</w:t>
      </w:r>
    </w:p>
    <w:p>
      <w:pPr>
        <w:jc w:val="right"/>
      </w:pPr>
      <w:r>
        <w:t>See, what it means is you understand by this हदीश that once a person came and उसने बहुत ज़्यादा praises करी prophet के सामने. So you know what prophet said? He said you just killed that man because what happens is, you know, satan is very clever.</w:t>
      </w:r>
    </w:p>
    <w:p>
      <w:r>
        <w:rPr>
          <w:b/>
        </w:rPr>
        <w:t xml:space="preserve">[1:47:38] </w:t>
      </w:r>
      <w:r>
        <w:t>He tries to sow the seed of arrogance in the person and, you know, he will make you believe, oh, you are better, you are best, there's no one like you and you start feeling, you know, you get swelled with pride.</w:t>
      </w:r>
    </w:p>
    <w:p>
      <w:pPr>
        <w:jc w:val="right"/>
      </w:pPr>
      <w:r>
        <w:t>He tries to sow the seed of arrogance in the person and, you know, he will make you believe, oh, you are better, you are best, there's no one like you and you start feeling, you know, you get swelled with pride.</w:t>
      </w:r>
    </w:p>
    <w:p>
      <w:r>
        <w:rPr>
          <w:b/>
        </w:rPr>
        <w:t xml:space="preserve">[1:47:54] </w:t>
      </w:r>
      <w:r>
        <w:t>So when you are praising someone and it's more to do in the field of spirituality, in the field of marefat, jab aap bahut zyada kisi ko praise karte ho na, to aap ek tarike se usko door kar dete ho from becoming better because you know he he thinks that he is good. To arrogance se bachna hai aur isiliye humility bahut important hai. Criticism I said that criticism should not offend you.</w:t>
      </w:r>
    </w:p>
    <w:p>
      <w:pPr>
        <w:jc w:val="right"/>
      </w:pPr>
      <w:r>
        <w:t>So when you are praising someone and it's more to do in the field of spirituality, in the field of मारेफ़त, जब आप बहुत ज़्यादा किसी को praise करते हो ना, तो आप एक तरीके से उसको दूर कर देते हो from becoming better because you know he he thinks that he is good. तो arrogance से बचना है और इसीलिए humility बहुत important है. Criticism I said that criticism should not offend you.</w:t>
      </w:r>
    </w:p>
    <w:p>
      <w:r>
        <w:rPr>
          <w:b/>
        </w:rPr>
        <w:t xml:space="preserve">[1:48:23] </w:t>
      </w:r>
      <w:r>
        <w:t>If you if somebody criticizes you, that is a point that you should not react. You should think that what made him criticize me? Maybe there was something that I was missing. If you develop that attitude, there are organizations which have become great. There are individuals who become super achievers because they have constantly improved themselves by not taking criticism as something bad.</w:t>
      </w:r>
    </w:p>
    <w:p>
      <w:pPr>
        <w:jc w:val="right"/>
      </w:pPr>
      <w:r>
        <w:t>If you if somebody criticizes you, that is a point that you should not react. You should think that what made him criticize me? Maybe there was something that I was missing. If you develop that attitude, there are organizations which have become great. There are individuals who become super achievers because they have constantly improved themselves by not taking criticism as something bad.</w:t>
      </w:r>
    </w:p>
    <w:p>
      <w:r>
        <w:rPr>
          <w:b/>
        </w:rPr>
        <w:t xml:space="preserve">[1:48:48] </w:t>
      </w:r>
      <w:r>
        <w:t>And, you know, when somebody says that you are great, you are good, you are fantastic, you like hearing all those words. But it has subconsciously an opposite effect. And that is why you should be practical for yourself. Don't take it to your head. It means that don't get arrogant. Doesn't mean literally in that sense. Pat har ko chahiye, har kisi ko chahiye hota hai, pat on the back.</w:t>
      </w:r>
    </w:p>
    <w:p>
      <w:pPr>
        <w:jc w:val="right"/>
      </w:pPr>
      <w:r>
        <w:t>And, you know, when somebody says that you are great, you are good, you are fantastic, you like hearing all those words. But it has subconsciously an opposite effect. And that is why you should be practical for yourself. Don't take it to your head. It means that don't get arrogant. Doesn't mean literally in that sense. Pat हर को चाहिए, हर किसी को चाहिए होता है, pat on the back.</w:t>
      </w:r>
    </w:p>
    <w:p>
      <w:r>
        <w:rPr>
          <w:b/>
        </w:rPr>
        <w:t xml:space="preserve">[1:49:16] </w:t>
      </w:r>
      <w:r>
        <w:t>Sir aapne Abu Dardar Azela unhone ki story sunai thi ki inke paas saare worldly pleasures available the lekin unhone avail nahi kare the because of the hair after aur aaj hum jo mehnat hard work kar rahe hain wah usi ke liye kar rahe hain. Bada ghar aur gaadi wagera ke liye. To sir humein aage jaakar sab cheezein avail karni chahiye ya kaise? Haan to wahi to hai na ki usko target mat banao. That will come your way. Car, big salary, house, trust me it will come your way.</w:t>
      </w:r>
    </w:p>
    <w:p>
      <w:pPr>
        <w:jc w:val="right"/>
      </w:pPr>
      <w:r>
        <w:t>Sir आपने अबू दारदर अज़ेला उन्होंने की story सुनाई थी कि इनके पास सारे worldly pleasures available थे लेकिन उन्होंने avail नहीं करे थे because of the hair after और आज हम जो मेहनत hard work कर रहे हैं वह उसी के लिए कर रहे हैं. बड़ा घर और गाड़ी वगैरह के लिए. तो sir हमें आगे जाकर सब चीज़ें avail करनी चाहिए या कैसे? हां तो वही तो है ना कि उसको target मत बनाओ. That will come your way. Car, big salary, house, trust me it will come your way.</w:t>
      </w:r>
    </w:p>
    <w:p>
      <w:r>
        <w:rPr>
          <w:b/>
        </w:rPr>
        <w:t xml:space="preserve">[1:49:45] </w:t>
      </w:r>
      <w:r>
        <w:t>Don't make it as your objective but use that as a means to help others. Like, you know, my brother said that, you know, the biggest shukr is helping others, right? You said that. To aapke aaj ki date mein AC bhi necessity ho gaya hai. Because you know you can't have an working in an office where there is no AC aur aap usko bolo no no, you be spiritual, kaam karo aise hi chalega. People will leave.</w:t>
      </w:r>
    </w:p>
    <w:p>
      <w:pPr>
        <w:jc w:val="right"/>
      </w:pPr>
      <w:r>
        <w:t>Don't make it as your objective but use that as a means to help others. Like, you know, my brother said that, you know, the biggest शुक्र is helping others, right? You said that. तो आपके आज की date में AC भी necessity हो गया है. Because you know you can't have an working in an office where there is no AC और आप उसको बोलो no no, you be spiritual, काम करो ऐसे ही चलेगा. People will leave.</w:t>
      </w:r>
    </w:p>
    <w:p>
      <w:r>
        <w:rPr>
          <w:b/>
        </w:rPr>
        <w:t xml:space="preserve">[1:50:13] </w:t>
      </w:r>
      <w:r>
        <w:t>So you have to use money for its utility and you have to use those things for helping others and not just spending on yourself because Quran mein bhi aaya ki paise chhitne wale shaitan ke bhai hain. You have to keep checking yourself. Are you becoming a brother of Satan? Or are you becoming, are you making angel your companion?</w:t>
      </w:r>
    </w:p>
    <w:p>
      <w:pPr>
        <w:jc w:val="right"/>
      </w:pPr>
      <w:r>
        <w:t>So you have to use money for its utility and you have to use those things for helping others and not just spending on yourself because कुरान में भी आया कि पैसे छीटने वाले शैदान के भाई हैं. You have to keep checking yourself. Are you becoming a brother of Satan? Or are you becoming, are you making angel your companion?</w:t>
      </w:r>
    </w:p>
    <w:p>
      <w:r>
        <w:rPr>
          <w:b/>
        </w:rPr>
        <w:t xml:space="preserve">[1:50:37] </w:t>
      </w:r>
      <w:r>
        <w:t>So these worldly things are just means to further the cause that you have to instill in your mind. Dono cheezein hain, balance. You need to have a balance. Balance bahut zaroori hai. Sir, what should be our main long term motivation? When we get demotivate, how can we overcome that? You have to just do one thing.</w:t>
      </w:r>
    </w:p>
    <w:p>
      <w:pPr>
        <w:jc w:val="right"/>
      </w:pPr>
      <w:r>
        <w:t>So these worldly things are just means to further the cause that you have to instill in your mind. दोनों चीज़ें हैं, balance. You need to have a balance. Balance बहुत ज़रूरी है. Sir, what should be our main long term motivation? When we get demotivate, how can we overcome that? You have to just do one thing.</w:t>
      </w:r>
    </w:p>
    <w:p>
      <w:r>
        <w:rPr>
          <w:b/>
        </w:rPr>
        <w:t xml:space="preserve">[1:51:03] </w:t>
      </w:r>
      <w:r>
        <w:t>Tell yourself that I am not meant to be a failure. You everybody tends to underestimate oneself, and that is a result that, you know, there are small small failures in life. Don't underestimate yourself. Just think God has created you. Would God be so unjust that he will make someone better than you? God has made everyone equal in terms of potential, but people have different capabilities so that we may take work from one another.</w:t>
      </w:r>
    </w:p>
    <w:p>
      <w:pPr>
        <w:jc w:val="right"/>
      </w:pPr>
      <w:r>
        <w:t>Tell yourself that I am not meant to be a failure. You everybody tends to underestimate oneself, and that is a result that, you know, there are small small failures in life. Don't underestimate yourself. Just think God has created you. Would God be so unjust that he will make someone better than you? God has made everyone equal in terms of potential, but people have different capabilities so that we may take work from one another.</w:t>
      </w:r>
    </w:p>
    <w:p>
      <w:r>
        <w:rPr>
          <w:b/>
        </w:rPr>
        <w:t xml:space="preserve">[1:51:31] </w:t>
      </w:r>
      <w:r>
        <w:t>Saare engineers ho gaye to doctor kaun hoga? Saare doctor agar ban gaye to buildings kaun banayega? So everybody has different capability capacity. You have to tell yourself that I will try even harder next time. There are so many examples from the lives of Sahaba, from prophet's life and you know how they changed the situation. Completely did a turnaround.</w:t>
      </w:r>
    </w:p>
    <w:p>
      <w:pPr>
        <w:jc w:val="right"/>
      </w:pPr>
      <w:r>
        <w:t>सारे engineers हो गए तो doctor कौन होगा? सारे doctor अगर वन गए तो buildings कौन बनाएगा? So everybody has different capability capacity. You have to tell yourself that I will try even harder next time. There are so many examples from the lives of साहब, from prophet's life and you know how they changed the situation. Completely did a turnaround.</w:t>
      </w:r>
    </w:p>
    <w:p>
      <w:r>
        <w:rPr>
          <w:b/>
        </w:rPr>
        <w:t xml:space="preserve">[1:52:00] </w:t>
      </w:r>
      <w:r>
        <w:t>You have that in you already. Just activate your shock absorber app and say that I'm not going to let anyone dictate me. I'm not going to let my the external environment dictate my my destiny. God has kept that eternal blessing for you. Just take it by working hard, never losing courage.</w:t>
      </w:r>
    </w:p>
    <w:p>
      <w:pPr>
        <w:jc w:val="right"/>
      </w:pPr>
      <w:r>
        <w:t>You have that in you already. Just activate your shock absorber app and say that I'm not going to let anyone dictate me. I'm not going to let my the external environment dictate my my destiny. God has kept that eternal blessing for you. Just take it by working hard, never losing courage.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