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The Paradise August 11, 2013 Maulana Wahiduddin Khan</w:t>
      </w:r>
    </w:p>
    <w:p>
      <w:r>
        <w:t>https://www.youtube.com/watch?v=m8XdpnaS95U</w:t>
      </w:r>
    </w:p>
    <w:p>
      <w:r>
        <w:rPr>
          <w:b/>
        </w:rPr>
        <w:t xml:space="preserve">[00:13] </w:t>
      </w:r>
      <w:r>
        <w:t>Bismillah hir rahman nir rahim, wa salallahu ala nabi al kareem.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Aaj August 2013 ki 11 tareekh hai.</w:t>
      </w:r>
    </w:p>
    <w:p>
      <w:pPr>
        <w:jc w:val="right"/>
      </w:pPr>
      <w:r>
        <w:t>آج اگست 2013 کی 11 تاریخ ہے۔</w:t>
      </w:r>
    </w:p>
    <w:p>
      <w:r>
        <w:rPr>
          <w:b/>
        </w:rPr>
        <w:t xml:space="preserve">[00:48] </w:t>
      </w:r>
      <w:r>
        <w:t>Aaj ka topic hai jannat aur insaan, yaani Man and Paradise.</w:t>
      </w:r>
    </w:p>
    <w:p>
      <w:pPr>
        <w:jc w:val="right"/>
      </w:pPr>
      <w:r>
        <w:t>آج کا ٹاپک ہے جنت اور انسان، یعنی Man and Paradise.</w:t>
      </w:r>
    </w:p>
    <w:p>
      <w:r>
        <w:rPr>
          <w:b/>
        </w:rPr>
        <w:t xml:space="preserve">[01:00] </w:t>
      </w:r>
      <w:r>
        <w:t>Har aadmi chahta hai ke usko jannat mein entry mile, lekin mere tajurbe ke mutabiq koi shaks nahi jaanta ke jannat mein entry kis ko milegi.</w:t>
      </w:r>
    </w:p>
    <w:p>
      <w:pPr>
        <w:jc w:val="right"/>
      </w:pPr>
      <w:r>
        <w:t>ہر آدمی چاہتا ہے کہ اس کو جنت میں انٹری ملے، لیکن میرے تجربے کے مطابق کوئی شخص نہیں جانتا کہ جنت میں انٹری کس کو ملے گی۔</w:t>
      </w:r>
    </w:p>
    <w:p>
      <w:r>
        <w:rPr>
          <w:b/>
        </w:rPr>
        <w:t xml:space="preserve">[01:16] </w:t>
      </w:r>
      <w:r>
        <w:t>Kya uski conditions hain? Is se bilkul bekhabar hain log.</w:t>
      </w:r>
    </w:p>
    <w:p>
      <w:pPr>
        <w:jc w:val="right"/>
      </w:pPr>
      <w:r>
        <w:t>کیا اس کی کنڈیشنز ہیں؟ اس سے بالکل بے خبر ہیں لوگ۔</w:t>
      </w:r>
    </w:p>
    <w:p>
      <w:r>
        <w:rPr>
          <w:b/>
        </w:rPr>
        <w:t xml:space="preserve">[01:24] </w:t>
      </w:r>
      <w:r>
        <w:t>Dekhiye,</w:t>
      </w:r>
    </w:p>
    <w:p>
      <w:pPr>
        <w:jc w:val="right"/>
      </w:pPr>
      <w:r>
        <w:t>دیکھئے،</w:t>
      </w:r>
    </w:p>
    <w:p>
      <w:r>
        <w:rPr>
          <w:b/>
        </w:rPr>
        <w:t xml:space="preserve">[01:28] </w:t>
      </w:r>
      <w:r>
        <w:t>Main ne zindagi ke phir mutaleea kiya hai, saari zindagi maine study ki hai Quran o Hadees o Sunnat ki. Main yeh keh sakta hoon ke jannat ki sirf ek qeemat hai,</w:t>
      </w:r>
    </w:p>
    <w:p>
      <w:pPr>
        <w:jc w:val="right"/>
      </w:pPr>
      <w:r>
        <w:t>میں نے زندگی کے پھر مطالعہ کیا ہے، ساری زندگی میں نے اسٹڈی کی ہے قرآن و حدیث و سنت کی۔ میں یہ کہہ سکتا ہوں کہ جنت کی صرف ایک قیمت ہے،</w:t>
      </w:r>
    </w:p>
    <w:p>
      <w:r>
        <w:rPr>
          <w:b/>
        </w:rPr>
        <w:t xml:space="preserve">[01:41] </w:t>
      </w:r>
      <w:r>
        <w:t>Koi doosri qeemat nahi hai.</w:t>
      </w:r>
    </w:p>
    <w:p>
      <w:pPr>
        <w:jc w:val="right"/>
      </w:pPr>
      <w:r>
        <w:t>کوئی دوسری قیمت نہیں ہے۔</w:t>
      </w:r>
    </w:p>
    <w:p>
      <w:r>
        <w:rPr>
          <w:b/>
        </w:rPr>
        <w:t xml:space="preserve">[01:45] </w:t>
      </w:r>
      <w:r>
        <w:t>Aur woh hai marifat.</w:t>
      </w:r>
    </w:p>
    <w:p>
      <w:pPr>
        <w:jc w:val="right"/>
      </w:pPr>
      <w:r>
        <w:t>اور وہ ہے معرفت۔</w:t>
      </w:r>
    </w:p>
    <w:p>
      <w:r>
        <w:rPr>
          <w:b/>
        </w:rPr>
        <w:t xml:space="preserve">[01:49] </w:t>
      </w:r>
      <w:r>
        <w:t>Yaani marifat ki qeemat ada kar ke aadmi ko jannat milegi.</w:t>
      </w:r>
    </w:p>
    <w:p>
      <w:pPr>
        <w:jc w:val="right"/>
      </w:pPr>
      <w:r>
        <w:t>یعنی معرفت کی قیمت ادا کر کے آدمی کو جنت ملے گی۔</w:t>
      </w:r>
    </w:p>
    <w:p>
      <w:r>
        <w:rPr>
          <w:b/>
        </w:rPr>
        <w:t xml:space="preserve">[01:59] </w:t>
      </w:r>
      <w:r>
        <w:t>Main aap ko do reference deta hoon, aap jaakar check kijiye. Ek Hadees hai ke: "Man arafta Allah la illa Allah dakhala al jannah."</w:t>
      </w:r>
    </w:p>
    <w:p>
      <w:pPr>
        <w:jc w:val="right"/>
      </w:pPr>
      <w:r>
        <w:t>میں آپ کو دو ریفرنس دیتا ہوں، آپ جا کر چیک کیجئے۔ ایک حدیث ہے کہ: "من عرف اللہ لا إلا الله دخل الجنة."</w:t>
      </w:r>
    </w:p>
    <w:p>
      <w:r>
        <w:rPr>
          <w:b/>
        </w:rPr>
        <w:t xml:space="preserve">[02:12] </w:t>
      </w:r>
      <w:r>
        <w:t>Yahan par dekhiye aap, jannat uske liye hai jo marifat ke darje mein Allah ko paaye.</w:t>
      </w:r>
    </w:p>
    <w:p>
      <w:pPr>
        <w:jc w:val="right"/>
      </w:pPr>
      <w:r>
        <w:t>یہاں پر دیکھئے آپ، جنت اس کے لیے ہے جو معرفت کے درجے میں اللہ کو پائے۔</w:t>
      </w:r>
    </w:p>
    <w:p>
      <w:r>
        <w:rPr>
          <w:b/>
        </w:rPr>
        <w:t xml:space="preserve">[02:26] </w:t>
      </w:r>
      <w:r>
        <w:t>Lafz service ke darje mein nahi.</w:t>
      </w:r>
    </w:p>
    <w:p>
      <w:pPr>
        <w:jc w:val="right"/>
      </w:pPr>
      <w:r>
        <w:t>لفظ سروس کے درجے میں نہیں۔</w:t>
      </w:r>
    </w:p>
    <w:p>
      <w:r>
        <w:rPr>
          <w:b/>
        </w:rPr>
        <w:t xml:space="preserve">[02:31] </w:t>
      </w:r>
      <w:r>
        <w:t>to usi ko main keh raha hoon ke marifat jannat ki</w:t>
      </w:r>
    </w:p>
    <w:p>
      <w:pPr>
        <w:jc w:val="right"/>
      </w:pPr>
      <w:r>
        <w:t>تو اسی کو میں کہہ رہا ہوں کہ معرفت جنت کی</w:t>
      </w:r>
    </w:p>
    <w:p>
      <w:r>
        <w:rPr>
          <w:b/>
        </w:rPr>
        <w:t xml:space="preserve">[02:38] </w:t>
      </w:r>
      <w:r>
        <w:t>qimat hai, iski price hai.</w:t>
      </w:r>
    </w:p>
    <w:p>
      <w:pPr>
        <w:jc w:val="right"/>
      </w:pPr>
      <w:r>
        <w:t>قیمت ہے، اس کی پرائس ہے۔</w:t>
      </w:r>
    </w:p>
    <w:p>
      <w:r>
        <w:rPr>
          <w:b/>
        </w:rPr>
        <w:t xml:space="preserve">[02:42] </w:t>
      </w:r>
      <w:r>
        <w:t>quran mein aap saatwan jo para hai, waizaa samau, iske shuru ki aayatein padhiye, wahan bhi jannat un logon ke liye batai gayi hai jo marifat hasil karein.</w:t>
      </w:r>
    </w:p>
    <w:p>
      <w:pPr>
        <w:jc w:val="right"/>
      </w:pPr>
      <w:r>
        <w:t>قرآن میں آپ ساتواں جو پارہ ہے، وَإِذَا سَمَعُوا، اس کے شروع کی آیتیں پڑھئے، وہاں بھی جنت ان لوگوں کے لیے بتائی گئی ہے جو معرفت حاصل کریں۔</w:t>
      </w:r>
    </w:p>
    <w:p>
      <w:r>
        <w:rPr>
          <w:b/>
        </w:rPr>
        <w:t xml:space="preserve">[02:58] </w:t>
      </w:r>
      <w:r>
        <w:t>mimmaa arfo min al-haqq.</w:t>
      </w:r>
    </w:p>
    <w:p>
      <w:pPr>
        <w:jc w:val="right"/>
      </w:pPr>
      <w:r>
        <w:t>مِمَّا عَرَفُوا مِنَ الْحَقِّ.</w:t>
      </w:r>
    </w:p>
    <w:p>
      <w:r>
        <w:rPr>
          <w:b/>
        </w:rPr>
        <w:t xml:space="preserve">[03:04] </w:t>
      </w:r>
      <w:r>
        <w:t>marifat kya hai?</w:t>
      </w:r>
    </w:p>
    <w:p>
      <w:pPr>
        <w:jc w:val="right"/>
      </w:pPr>
      <w:r>
        <w:t>معرفت کیا ہے؟</w:t>
      </w:r>
    </w:p>
    <w:p>
      <w:r>
        <w:rPr>
          <w:b/>
        </w:rPr>
        <w:t xml:space="preserve">[03:07] </w:t>
      </w:r>
      <w:r>
        <w:t>marifat ke literal maani hain realization, yaani discovery.</w:t>
      </w:r>
    </w:p>
    <w:p>
      <w:pPr>
        <w:jc w:val="right"/>
      </w:pPr>
      <w:r>
        <w:t>معرفت کے لٹرل معنی ہیں رئیلائزیشن، یعنی ڈسکوری۔</w:t>
      </w:r>
    </w:p>
    <w:p>
      <w:r>
        <w:rPr>
          <w:b/>
        </w:rPr>
        <w:t xml:space="preserve">[03:18] </w:t>
      </w:r>
      <w:r>
        <w:t>yaani it is discovery that will lead a person to paradise.</w:t>
      </w:r>
    </w:p>
    <w:p>
      <w:pPr>
        <w:jc w:val="right"/>
      </w:pPr>
      <w:r>
        <w:t>یعنی It is discovery that will lead a person to Paradise.</w:t>
      </w:r>
    </w:p>
    <w:p>
      <w:r>
        <w:rPr>
          <w:b/>
        </w:rPr>
        <w:t xml:space="preserve">[03:27] </w:t>
      </w:r>
      <w:r>
        <w:t>yaani aap ko agar discovery ke darje mein reality ka ko jaana hai aap, discovery ke darje mein, tab aap deserve karte hain jannat mein dakhle ke liye.</w:t>
      </w:r>
    </w:p>
    <w:p>
      <w:pPr>
        <w:jc w:val="right"/>
      </w:pPr>
      <w:r>
        <w:t>یعنی آپ کو اگر ڈسکوری کے درجے میں رئیلٹی کا کو جانا ہے آپ، ڈسکوری کے درجے میں، تب آپ ڈیزرَو کرتے ہیں جنت میں داخلے کے لیے۔</w:t>
      </w:r>
    </w:p>
    <w:p>
      <w:r>
        <w:rPr>
          <w:b/>
        </w:rPr>
        <w:t xml:space="preserve">[03:44] </w:t>
      </w:r>
      <w:r>
        <w:t>dekhiye discovery kya cheez hai?</w:t>
      </w:r>
    </w:p>
    <w:p>
      <w:pPr>
        <w:jc w:val="right"/>
      </w:pPr>
      <w:r>
        <w:t>دیکھئے ڈسکوری کیا چیز ہے؟</w:t>
      </w:r>
    </w:p>
    <w:p>
      <w:r>
        <w:rPr>
          <w:b/>
        </w:rPr>
        <w:t xml:space="preserve">[03:48] </w:t>
      </w:r>
      <w:r>
        <w:t>discovery ka matlab hai</w:t>
      </w:r>
    </w:p>
    <w:p>
      <w:pPr>
        <w:jc w:val="right"/>
      </w:pPr>
      <w:r>
        <w:t>ڈسکوری کا مطلب ہے</w:t>
      </w:r>
    </w:p>
    <w:p>
      <w:r>
        <w:rPr>
          <w:b/>
        </w:rPr>
        <w:t xml:space="preserve">[03:54] </w:t>
      </w:r>
      <w:r>
        <w:t>cheezon ko pehli baar daryaft karna.</w:t>
      </w:r>
    </w:p>
    <w:p>
      <w:pPr>
        <w:jc w:val="right"/>
      </w:pPr>
      <w:r>
        <w:t>چیزوں کو پہلی بار دریافت کرنا۔</w:t>
      </w:r>
    </w:p>
    <w:p>
      <w:r>
        <w:rPr>
          <w:b/>
        </w:rPr>
        <w:t xml:space="preserve">[04:03] </w:t>
      </w:r>
      <w:r>
        <w:t>har cheez ko aap ko pehli baar daryaft karna hai.</w:t>
      </w:r>
    </w:p>
    <w:p>
      <w:pPr>
        <w:jc w:val="right"/>
      </w:pPr>
      <w:r>
        <w:t>ہر چیز کو آپ کو پہلی بار دریافت کرنا ہے۔</w:t>
      </w:r>
    </w:p>
    <w:p>
      <w:r>
        <w:rPr>
          <w:b/>
        </w:rPr>
        <w:t xml:space="preserve">[04:09] </w:t>
      </w:r>
      <w:r>
        <w:t>you have to prove the first discoverer of everything.</w:t>
      </w:r>
    </w:p>
    <w:p>
      <w:pPr>
        <w:jc w:val="right"/>
      </w:pPr>
      <w:r>
        <w:t>You have to prove the first discoverer of everything.</w:t>
      </w:r>
    </w:p>
    <w:p>
      <w:r>
        <w:rPr>
          <w:b/>
        </w:rPr>
        <w:t xml:space="preserve">[04:15] </w:t>
      </w:r>
      <w:r>
        <w:t>aap ko yeh sabit karna hai ke aap ne cheezon ko pehli baar daryaft kiya. pehli baar daryaft karne hi mein thrill aata hai.</w:t>
      </w:r>
    </w:p>
    <w:p>
      <w:pPr>
        <w:jc w:val="right"/>
      </w:pPr>
      <w:r>
        <w:t>آپ کو یہ ثابت کرنا ہے کہ آپ نے چیزوں کو پہلی بار دریافت کیا۔ پہلی بار دریافت کرنے ہی میں تھرل آتا ہے۔</w:t>
      </w:r>
    </w:p>
    <w:p>
      <w:r>
        <w:rPr>
          <w:b/>
        </w:rPr>
        <w:t xml:space="preserve">[04:24] </w:t>
      </w:r>
      <w:r>
        <w:t>pehli baar daryaft karne hi mein woh is super spirit jaagti hai jo aap ko jannat mein dakhle ka alam banati hai.</w:t>
      </w:r>
    </w:p>
    <w:p>
      <w:pPr>
        <w:jc w:val="right"/>
      </w:pPr>
      <w:r>
        <w:t>پہلی بار دریافت کرنے ہی میں وہ اس سپر اسپرٹ جاگتی ہے جو آپ کو جنت میں داخلے کا عالم بناتی ہے۔</w:t>
      </w:r>
    </w:p>
    <w:p>
      <w:r>
        <w:rPr>
          <w:b/>
        </w:rPr>
        <w:t xml:space="preserve">[04:37] </w:t>
      </w:r>
      <w:r>
        <w:t>pehli baar daryaft karna kya hai? main aap ko misaal deta hoon iski.</w:t>
      </w:r>
    </w:p>
    <w:p>
      <w:pPr>
        <w:jc w:val="right"/>
      </w:pPr>
      <w:r>
        <w:t>پہلی بار دریافت کرنا کیا ہے؟ میں آپ کو مثال دیتا ہوں اس کی۔</w:t>
      </w:r>
    </w:p>
    <w:p>
      <w:r>
        <w:rPr>
          <w:b/>
        </w:rPr>
        <w:t xml:space="preserve">[04:44] </w:t>
      </w:r>
      <w:r>
        <w:t>dekhiye, yeh glass hai, is mein pani hai. abhi aisa hua ke main apne ghar mein tha to pani peene ke liye main ne glass uthaya, pani se bhara hua tha woh.</w:t>
      </w:r>
    </w:p>
    <w:p>
      <w:pPr>
        <w:jc w:val="right"/>
      </w:pPr>
      <w:r>
        <w:t>دیکھئے، یہ گلاس ہے، اس میں پانی ہے۔ ابھی ایسا ہوا کہ میں اپنے گھر میں تھا تو پانی پینے کے لیے میں نے گلاس اٹھایا، پانی سے بھرا ہوا تھا وہ۔</w:t>
      </w:r>
    </w:p>
    <w:p>
      <w:r>
        <w:rPr>
          <w:b/>
        </w:rPr>
        <w:t xml:space="preserve">[05:01] </w:t>
      </w:r>
      <w:r>
        <w:t>to by chance woh slip kar gaya aur aur gir gaya zameen par, ult gaya. to sara pani jo hai zameen mein gir gaya.</w:t>
      </w:r>
    </w:p>
    <w:p>
      <w:pPr>
        <w:jc w:val="right"/>
      </w:pPr>
      <w:r>
        <w:t>تو بائے چانس وہ سلپ کر گیا اور اور گر گیا زمین پر، الٹ گیا۔ تو سارا پانی جو ہے زمین میں گر گیا۔</w:t>
      </w:r>
    </w:p>
    <w:p>
      <w:r>
        <w:rPr>
          <w:b/>
        </w:rPr>
        <w:t xml:space="preserve">[05:13] </w:t>
      </w:r>
      <w:r>
        <w:t>abhi main agar glass ko ult doon to sara pani zameen mein. to achaanak main ne socha ke samandar bhi aise ultte hue hain, sare ocean aur sare seas ultte hue to hain.</w:t>
      </w:r>
    </w:p>
    <w:p>
      <w:pPr>
        <w:jc w:val="right"/>
      </w:pPr>
      <w:r>
        <w:t>ابھی میں اگر گلاس کو الٹ دوں تو سارا پانی زمین میں۔ تو اچانک میں نے سوچا کہ سمندر بھی ایسے الٹے ہوئے ہیں، سارے اوشن اور سارے سیز الٹے ہوئے تو ہیں۔</w:t>
      </w:r>
    </w:p>
    <w:p>
      <w:r>
        <w:rPr>
          <w:b/>
        </w:rPr>
        <w:t xml:space="preserve">[05:27] </w:t>
      </w:r>
      <w:r>
        <w:t>hum zameen ke upar hain to samandar zameen ke neeche hai. yaani atlantic ocean hamare neeche hai. hum yahan apne ko mehsoos karte hain ke hum zameen ke upar khade hain.</w:t>
      </w:r>
    </w:p>
    <w:p>
      <w:pPr>
        <w:jc w:val="right"/>
      </w:pPr>
      <w:r>
        <w:t>ہم زمین کے اوپر ہیں تو سمندر زمین کے نیچے ہے۔ یعنی اٹلانٹک اوشن ہمارے نیچے ہے۔ ہم یہاں اپنے کو محسوس کرتے ہیں کہ ہم زمین کے اوپر کھڑے ہیں۔</w:t>
      </w:r>
    </w:p>
    <w:p>
      <w:r>
        <w:rPr>
          <w:b/>
        </w:rPr>
        <w:t xml:space="preserve">[05:40] </w:t>
      </w:r>
      <w:r>
        <w:t>to atlantic ocean kahan hai? woh hamare neeche hai.</w:t>
      </w:r>
    </w:p>
    <w:p>
      <w:pPr>
        <w:jc w:val="right"/>
      </w:pPr>
      <w:r>
        <w:t>تو اٹلانٹک اوشن کہاں ہے؟ وہ ہمارے نیچے ہے۔</w:t>
      </w:r>
    </w:p>
    <w:p>
      <w:r>
        <w:rPr>
          <w:b/>
        </w:rPr>
        <w:t xml:space="preserve">[05:43] </w:t>
      </w:r>
      <w:r>
        <w:t>to woh kyun nahi gir padta? gir kar ke iska pani kyun nahi space mein phail jata?</w:t>
      </w:r>
    </w:p>
    <w:p>
      <w:pPr>
        <w:jc w:val="right"/>
      </w:pPr>
      <w:r>
        <w:t>تو وہ کیوں نہیں گر پڑتا؟ گر کر کے اس کا پانی کیوں نہیں اسپیس میں پھیل جاتا؟</w:t>
      </w:r>
    </w:p>
    <w:p>
      <w:r>
        <w:rPr>
          <w:b/>
        </w:rPr>
        <w:t xml:space="preserve">[05:52] </w:t>
      </w:r>
      <w:r>
        <w:t>tab main ne discover kiya ke Allah ki qudrat kitni zyada hai. tab main ne discover kiya is ayat ko ke qayoom al-samawat wal arz hai Allah.</w:t>
      </w:r>
    </w:p>
    <w:p>
      <w:pPr>
        <w:jc w:val="right"/>
      </w:pPr>
      <w:r>
        <w:t>تب میں نے ڈسکور کیا کہ اللہ کی قدرت کتنی زیادہ ہے۔ تب میں نے ڈسکور کیا اس آیت کو کہ قیوم السماوات والارض ہے اللہ۔</w:t>
      </w:r>
    </w:p>
    <w:p>
      <w:r>
        <w:rPr>
          <w:b/>
        </w:rPr>
        <w:t xml:space="preserve">[06:04] </w:t>
      </w:r>
      <w:r>
        <w:t>Allah zameen aasman ko thaame hue hain.</w:t>
      </w:r>
    </w:p>
    <w:p>
      <w:pPr>
        <w:jc w:val="right"/>
      </w:pPr>
      <w:r>
        <w:t>اللہ زمین آسمان کو تھامے ہوئے ہیں۔</w:t>
      </w:r>
    </w:p>
    <w:p>
      <w:r>
        <w:rPr>
          <w:b/>
        </w:rPr>
        <w:t xml:space="preserve">[06:10] </w:t>
      </w:r>
      <w:r>
        <w:t>hamara aqeeda hai ke Allah qayoom al-samawat wal arz hai. qayoom ka maani hai sambhalne wala. Allah zameen aasman ko sambhale hue hain.</w:t>
      </w:r>
    </w:p>
    <w:p>
      <w:pPr>
        <w:jc w:val="right"/>
      </w:pPr>
      <w:r>
        <w:t>ہمارا عقیدہ ہے کہ اللہ قیوم السماوات والارض ہے۔ قیوم کا معنی ہے سنبھالنے والا۔ اللہ زمین آسمان کو سنبھالے ہوئے ہیں۔</w:t>
      </w:r>
    </w:p>
    <w:p>
      <w:r>
        <w:rPr>
          <w:b/>
        </w:rPr>
        <w:t xml:space="preserve">[06:21] </w:t>
      </w:r>
      <w:r>
        <w:t>kisi ajeeb qudrat hai Allah ki. samundaron ko sambhale hue hain. woh galactic sambhale hue hain.</w:t>
      </w:r>
    </w:p>
    <w:p>
      <w:pPr>
        <w:jc w:val="right"/>
      </w:pPr>
      <w:r>
        <w:t>کیسی عجیب قدرت ہے اللہ کی۔ سمندروں کو سنبھالے ہوئے ہیں۔ وہ گلیکسک سنبھالے ہوئے ہیں۔</w:t>
      </w:r>
    </w:p>
    <w:p>
      <w:r>
        <w:rPr>
          <w:b/>
        </w:rPr>
        <w:t xml:space="preserve">[06:30] </w:t>
      </w:r>
      <w:r>
        <w:t>solar system ko sambhale hue hain. stars aur planet ko sambhale hue hain. warna sab bikhar jayen. sab space mein gum ho jayen.</w:t>
      </w:r>
    </w:p>
    <w:p>
      <w:pPr>
        <w:jc w:val="right"/>
      </w:pPr>
      <w:r>
        <w:t>سولر سسٹم کو سنبھالے ہوئے ہیں۔ اسٹارز اور پلینٹ کو سنبھالے ہوئے ہیں۔ ورنہ سب بکھر جائیں۔ سب اسپیس میں گم ہو جائیں۔</w:t>
      </w:r>
    </w:p>
    <w:p>
      <w:r>
        <w:rPr>
          <w:b/>
        </w:rPr>
        <w:t xml:space="preserve">[06:42] </w:t>
      </w:r>
      <w:r>
        <w:t>yeh hai discovery.</w:t>
      </w:r>
    </w:p>
    <w:p>
      <w:pPr>
        <w:jc w:val="right"/>
      </w:pPr>
      <w:r>
        <w:t>یہ ہے ڈسکوری۔</w:t>
      </w:r>
    </w:p>
    <w:p>
      <w:r>
        <w:rPr>
          <w:b/>
        </w:rPr>
        <w:t xml:space="preserve">[06:46] </w:t>
      </w:r>
      <w:r>
        <w:t>toh kisi cheez ko jab aap pehli baar daryaft karte hain,</w:t>
      </w:r>
    </w:p>
    <w:p>
      <w:pPr>
        <w:jc w:val="right"/>
      </w:pPr>
      <w:r>
        <w:t>تو کسی چیز کو جب آپ پہلی بار دریافت کرتے ہیں،</w:t>
      </w:r>
    </w:p>
    <w:p>
      <w:r>
        <w:rPr>
          <w:b/>
        </w:rPr>
        <w:t xml:space="preserve">[06:53] </w:t>
      </w:r>
      <w:r>
        <w:t>tab aap ke andar woh thrill aata hai, woh thrill, woh thrilling imaan, jis se aap ke andar woh spirit paida hoti hai. jo spirit aap ko is ka hobby banati hai ke aap jannat mein entry milay.</w:t>
      </w:r>
    </w:p>
    <w:p>
      <w:pPr>
        <w:jc w:val="right"/>
      </w:pPr>
      <w:r>
        <w:t>تب آپ کے اندر وہ تھرل آتا ہے، وہ تھرل، وہ تھرلنگ ایمان، جس سے آپ کے اندر وہ اسپرٹ پیدا ہوتی ہے۔ جو اسپرٹ آپ کو اس کا ہابی بناتی ہے کہ آپ جنت میں انٹری ملے۔</w:t>
      </w:r>
    </w:p>
    <w:p>
      <w:r>
        <w:rPr>
          <w:b/>
        </w:rPr>
        <w:t xml:space="preserve">[07:11] </w:t>
      </w:r>
      <w:r>
        <w:t>is baat ko illustrate karne ke liye ek waqia bayan karunga.</w:t>
      </w:r>
    </w:p>
    <w:p>
      <w:pPr>
        <w:jc w:val="right"/>
      </w:pPr>
      <w:r>
        <w:t>اس بات کو السٹریٹ کرنے کے لیے ایک واقعہ بیان کروں گا۔</w:t>
      </w:r>
    </w:p>
    <w:p>
      <w:r>
        <w:rPr>
          <w:b/>
        </w:rPr>
        <w:t xml:space="preserve">[07:17] </w:t>
      </w:r>
      <w:r>
        <w:t>ek baar mein gaya, aa gaya, wahan Taj Mahal dekha.</w:t>
      </w:r>
    </w:p>
    <w:p>
      <w:pPr>
        <w:jc w:val="right"/>
      </w:pPr>
      <w:r>
        <w:t>ایک بار میں گیا، آ گیا، وہاں تاج محل دیکھا۔</w:t>
      </w:r>
    </w:p>
    <w:p>
      <w:r>
        <w:rPr>
          <w:b/>
        </w:rPr>
        <w:t xml:space="preserve">[07:24] </w:t>
      </w:r>
      <w:r>
        <w:t>toh wahan par bohat se log hain jo kaam karte hain. mali hain aur clerk hain aur chokidar hain, bohat se.</w:t>
      </w:r>
    </w:p>
    <w:p>
      <w:pPr>
        <w:jc w:val="right"/>
      </w:pPr>
      <w:r>
        <w:t>تو وہاں پر بہت سے لوگ ہیں جو کام کرتے ہیں۔ مالی ہیں اور کلرک ہیں اور چوکیدار ہیں، بہت سے۔</w:t>
      </w:r>
    </w:p>
    <w:p>
      <w:r>
        <w:rPr>
          <w:b/>
        </w:rPr>
        <w:t xml:space="preserve">[07:36] </w:t>
      </w:r>
      <w:r>
        <w:t>woh raat din rehte hain wahan, lal is ke Taj Mahal ke campus mein.</w:t>
      </w:r>
    </w:p>
    <w:p>
      <w:pPr>
        <w:jc w:val="right"/>
      </w:pPr>
      <w:r>
        <w:t>وہ رات دن رہتے ہیں وہاں، لال اس کے تاج محل کے کیمپس میں۔</w:t>
      </w:r>
    </w:p>
    <w:p>
      <w:r>
        <w:rPr>
          <w:b/>
        </w:rPr>
        <w:t xml:space="preserve">[07:46] </w:t>
      </w:r>
      <w:r>
        <w:t>Taj Mahal har waqt un ki aankhon ke samne hota hai. toh maine un mein se ek shakhs se poocha ke aap ko Taj Mahal kaisa lagta hai? toh us ne kuch bhi response nahi diya.</w:t>
      </w:r>
    </w:p>
    <w:p>
      <w:pPr>
        <w:jc w:val="right"/>
      </w:pPr>
      <w:r>
        <w:t>تاج محل ہر وقت ان کی آنکھوں کے سامنے ہوتا ہے۔ تو میں نے ان میں سے ایک شخص سے پوچھا کہ آپ کو تاج محل کیسا لگتا ہے؟ تو اس نے کچھ بھی ریسپانس نہیں دیا۔</w:t>
      </w:r>
    </w:p>
    <w:p>
      <w:r>
        <w:rPr>
          <w:b/>
        </w:rPr>
        <w:t xml:space="preserve">[08:00] </w:t>
      </w:r>
      <w:r>
        <w:t>laga ke us ko ek ordinary building hai yeh, us ke liye aisa laga. us ke koi dekhte dekhte us ko us ko koi ab discovery nahi hoti.</w:t>
      </w:r>
    </w:p>
    <w:p>
      <w:pPr>
        <w:jc w:val="right"/>
      </w:pPr>
      <w:r>
        <w:t>لگا کہ اس کو ایک آرڈنری بلڈنگ ہے یہ، اس کے لیے ایسا لگا۔ اس کے کوئی دیکھتے دیکھتے اس کو اس کو کوئی اب ڈسکوری نہیں ہوتی۔</w:t>
      </w:r>
    </w:p>
    <w:p>
      <w:r>
        <w:rPr>
          <w:b/>
        </w:rPr>
        <w:t xml:space="preserve">[08:13] </w:t>
      </w:r>
      <w:r>
        <w:t>us ko Taj Mahal ek ordinary building lagta hai. lekin ek European leader aayi, Europe ki ek khatoon aayi wahan, tourist thi woh.</w:t>
      </w:r>
    </w:p>
    <w:p>
      <w:pPr>
        <w:jc w:val="right"/>
      </w:pPr>
      <w:r>
        <w:t>اس کو تاج محل ایک آرڈنری بلڈنگ لگتا ہے۔ لیکن ایک یورپین لیڈر آئی، یورپ کی ایک خاتون آئی وہاں، ٹورسٹ تھی وہ۔</w:t>
      </w:r>
    </w:p>
    <w:p>
      <w:r>
        <w:rPr>
          <w:b/>
        </w:rPr>
        <w:t xml:space="preserve">[08:25] </w:t>
      </w:r>
      <w:r>
        <w:t>toh us ne pehli baar dekha Taj Mahal ko. toh us ke andar ek ajeeb ek ajeeb ek jazba paida hua.</w:t>
      </w:r>
    </w:p>
    <w:p>
      <w:pPr>
        <w:jc w:val="right"/>
      </w:pPr>
      <w:r>
        <w:t>تو اس نے پہلی بار دیکھا تاج محل کو۔ تو اس کے اندر ایک عجیب ایک عجیب ایک جذبہ پیدا ہوا۔</w:t>
      </w:r>
    </w:p>
    <w:p>
      <w:r>
        <w:rPr>
          <w:b/>
        </w:rPr>
        <w:t xml:space="preserve">[08:37] </w:t>
      </w:r>
      <w:r>
        <w:t>us ki zuban se nikla, "Wonderful! Wonderful!"</w:t>
      </w:r>
    </w:p>
    <w:p>
      <w:pPr>
        <w:jc w:val="right"/>
      </w:pPr>
      <w:r>
        <w:t>اس کی زبان سے نکلا، "Wonderful! Wonderful!"</w:t>
      </w:r>
    </w:p>
    <w:p>
      <w:r>
        <w:rPr>
          <w:b/>
        </w:rPr>
        <w:t xml:space="preserve">[08:44] </w:t>
      </w:r>
      <w:r>
        <w:t>yeh hai pehli baar dekhne ka mamla.</w:t>
      </w:r>
    </w:p>
    <w:p>
      <w:pPr>
        <w:jc w:val="right"/>
      </w:pPr>
      <w:r>
        <w:t>یہ ہے پہلی بار دیکھنے کا معاملہ۔</w:t>
      </w:r>
    </w:p>
    <w:p>
      <w:r>
        <w:rPr>
          <w:b/>
        </w:rPr>
        <w:t xml:space="preserve">[08:51] </w:t>
      </w:r>
      <w:r>
        <w:t>toh aap ko dekhi hui cheezon ko bhi pehli baar dekhna hai. yani is glass ke pani ko aap ne bar bar dekha hai, lekin phir aap ko dobara dekhna hai, nayi nigah se, nayi nazar se.</w:t>
      </w:r>
    </w:p>
    <w:p>
      <w:pPr>
        <w:jc w:val="right"/>
      </w:pPr>
      <w:r>
        <w:t>تو آپ کو دیکھی ہوئی چیزوں کو بھی پہلی بار دیکھنا ہے۔ یعنی اس گلاس کے پانی کو آپ نے بار بار دیکھا ہے، لیکن پھر آپ کو دوبارہ دیکھنا ہے، نئی نگاہ سے، نئی نظر سے۔</w:t>
      </w:r>
    </w:p>
    <w:p>
      <w:r>
        <w:rPr>
          <w:b/>
        </w:rPr>
        <w:t xml:space="preserve">[09:07] </w:t>
      </w:r>
      <w:r>
        <w:t>har cheez ko bar bar discover karna hai aap ko.</w:t>
      </w:r>
    </w:p>
    <w:p>
      <w:pPr>
        <w:jc w:val="right"/>
      </w:pPr>
      <w:r>
        <w:t>ہر چیز کو بار بار ڈسکور کرنا ہے آپ کو۔</w:t>
      </w:r>
    </w:p>
    <w:p>
      <w:r>
        <w:rPr>
          <w:b/>
        </w:rPr>
        <w:t xml:space="preserve">[09:12] </w:t>
      </w:r>
      <w:r>
        <w:t>toh is baar aisa hua ke mein Ramadan mein poore Quran ko maine suna.</w:t>
      </w:r>
    </w:p>
    <w:p>
      <w:pPr>
        <w:jc w:val="right"/>
      </w:pPr>
      <w:r>
        <w:t>تو اس بار ایسا ہوا کہ میں رمضان میں پورے قرآن کو میں نے سنا۔</w:t>
      </w:r>
    </w:p>
    <w:p>
      <w:r>
        <w:rPr>
          <w:b/>
        </w:rPr>
        <w:t xml:space="preserve">[09:22] </w:t>
      </w:r>
      <w:r>
        <w:t>toh Quran ko maine beshumar baar parha hai. lekin is baar jab Ramadan mein maine Quran ko parha, Quran ko suna, toh mein maine Quran ko rediscover kiya, phir se daryaft kiya.</w:t>
      </w:r>
    </w:p>
    <w:p>
      <w:pPr>
        <w:jc w:val="right"/>
      </w:pPr>
      <w:r>
        <w:t>تو قرآن کو میں نے بے شمار بار پڑھا ہے۔ لیکن اس بار جب رمضان میں میں نے قرآن کو پڑھا، قرآن کو سنا، تو میں میں نے قرآن کو ری ڈسکور کیا، پھر سے دریافت کیا۔</w:t>
      </w:r>
    </w:p>
    <w:p>
      <w:r>
        <w:rPr>
          <w:b/>
        </w:rPr>
        <w:t xml:space="preserve">[09:42] </w:t>
      </w:r>
      <w:r>
        <w:t>phir se daryaft kiya.</w:t>
      </w:r>
    </w:p>
    <w:p>
      <w:pPr>
        <w:jc w:val="right"/>
      </w:pPr>
      <w:r>
        <w:t>پھر سے دریافت کیا۔</w:t>
      </w:r>
    </w:p>
    <w:p>
      <w:r>
        <w:rPr>
          <w:b/>
        </w:rPr>
        <w:t xml:space="preserve">[09:46] </w:t>
      </w:r>
      <w:r>
        <w:t>misal ke taur par dekhiye, bohat si ayaton mein mujhe naye mani samajh mein aaye. maslan Quran ki ek ayat hai: "Kul yaum huwa fi sha'n".</w:t>
      </w:r>
    </w:p>
    <w:p>
      <w:pPr>
        <w:jc w:val="right"/>
      </w:pPr>
      <w:r>
        <w:t>مثال کے طور پر دیکھئے، بہت سی آیتوں میں مجھے نئے معنی سمجھ میں آئے۔ مثلاً قرآن کی ایک آیت ہے: "کل یوم ہوا فی شان"۔</w:t>
      </w:r>
    </w:p>
    <w:p>
      <w:r>
        <w:rPr>
          <w:b/>
        </w:rPr>
        <w:t xml:space="preserve">[09:59] </w:t>
      </w:r>
      <w:r>
        <w:t>yani Allah har din nayi shan ke sath hai. nayi glory ke sath hai.</w:t>
      </w:r>
    </w:p>
    <w:p>
      <w:pPr>
        <w:jc w:val="right"/>
      </w:pPr>
      <w:r>
        <w:t>یعنی اللہ ہر دن نئی شان کے ساتھ ہے۔ نئی گلوری کے ساتھ ہے۔</w:t>
      </w:r>
    </w:p>
    <w:p>
      <w:r>
        <w:rPr>
          <w:b/>
        </w:rPr>
        <w:t xml:space="preserve">[10:08] </w:t>
      </w:r>
      <w:r>
        <w:t>toh us ko ghor karte hue meri samajh mein aaya ke Allah mein koi evolution nahi hota.</w:t>
      </w:r>
    </w:p>
    <w:p>
      <w:pPr>
        <w:jc w:val="right"/>
      </w:pPr>
      <w:r>
        <w:t>تو اس کو غور کرتے ہوئے میری سمجھ میں آیا کہ اللہ میں کوئی ایولوشن نہیں ہوتا۔</w:t>
      </w:r>
    </w:p>
    <w:p>
      <w:r>
        <w:rPr>
          <w:b/>
        </w:rPr>
        <w:t xml:space="preserve">[10:19] </w:t>
      </w:r>
      <w:r>
        <w:t>Allah is se bala hai ke us mein koi evolution ho, irteqa ho. aala awwal din bhi aakhri darje mein tha, aaj bhi aakhri darje mein hai.</w:t>
      </w:r>
    </w:p>
    <w:p>
      <w:pPr>
        <w:jc w:val="right"/>
      </w:pPr>
      <w:r>
        <w:t>اللہ اس سے بالا ہے کہ اس میں کوئی ایولوشن ہو، ارتقاء ہو۔ اعلیٰ اول دن بھی آخری درجے میں تھا، آج بھی آخری درجے میں ہے۔</w:t>
      </w:r>
    </w:p>
    <w:p>
      <w:r>
        <w:rPr>
          <w:b/>
        </w:rPr>
        <w:t xml:space="preserve">[10:31] </w:t>
      </w:r>
      <w:r>
        <w:t>wahan koi evolution ka concept nahi hai. toh phir is ka matlab kya hai? har din nayi shan ke sath hai.</w:t>
      </w:r>
    </w:p>
    <w:p>
      <w:pPr>
        <w:jc w:val="right"/>
      </w:pPr>
      <w:r>
        <w:t>وہاں کوئی ایولوشن کا کانسیپٹ نہیں ہے۔ تو پھر اس کا مطلب کیا ہے؟ ہر دن نئی شان کے ساتھ ہے۔</w:t>
      </w:r>
    </w:p>
    <w:p>
      <w:r>
        <w:rPr>
          <w:b/>
        </w:rPr>
        <w:t xml:space="preserve">[10:38] </w:t>
      </w:r>
      <w:r>
        <w:t>to dekhiye, baat kahi gayi hai Allah ke reference mein, lekin murad hai banda, reader, parhne wala.</w:t>
      </w:r>
    </w:p>
    <w:p>
      <w:pPr>
        <w:jc w:val="right"/>
      </w:pPr>
      <w:r>
        <w:t>تو دیکھئے، بات کہی گئی ہے اللہ کے ریفرنس میں، لیکن مراد ہے بندہ، ریڈر، پڑھنے والا۔</w:t>
      </w:r>
    </w:p>
    <w:p>
      <w:r>
        <w:rPr>
          <w:b/>
        </w:rPr>
        <w:t xml:space="preserve">[10:49] </w:t>
      </w:r>
      <w:r>
        <w:t>momin. is ka matlab yeh hai ke momin woh hai jo Allah ko har din nayi shaan ke sath daryaft kare. Allah ki nayi glory, Allah ki nayi azmat, Allah ki nayi shaan.</w:t>
      </w:r>
    </w:p>
    <w:p>
      <w:pPr>
        <w:jc w:val="right"/>
      </w:pPr>
      <w:r>
        <w:t>مومن۔ اس کا مطلب یہ ہے کہ مومن وہ ہے جو اللہ کو ہر دن نئی شان کے ساتھ دریافت کرے۔ اللہ کی نئی گلوری، اللہ کی نئی عظمت، اللہ کی نئی شان۔</w:t>
      </w:r>
    </w:p>
    <w:p>
      <w:r>
        <w:rPr>
          <w:b/>
        </w:rPr>
        <w:t xml:space="preserve">[11:04] </w:t>
      </w:r>
      <w:r>
        <w:t>yeh matlab hai. isi ko naam daryaft hai. ke jo baat kahi gayi hai Allah ke reference mein, us ko aap discover karein bande ke reference mein.</w:t>
      </w:r>
    </w:p>
    <w:p>
      <w:pPr>
        <w:jc w:val="right"/>
      </w:pPr>
      <w:r>
        <w:t>یہ مطلب ہے۔ اسی کو نام دریافت ہے۔ کہ جو بات کہی گئی ہے اللہ کے ریفرنس میں، اس کو آپ ڈسکور کریں بندے کے ریفرنس میں۔</w:t>
      </w:r>
    </w:p>
    <w:p>
      <w:r>
        <w:rPr>
          <w:b/>
        </w:rPr>
        <w:t xml:space="preserve">[11:16] </w:t>
      </w:r>
      <w:r>
        <w:t>qari ke refer</w:t>
      </w:r>
    </w:p>
    <w:p>
      <w:pPr>
        <w:jc w:val="right"/>
      </w:pPr>
      <w:r>
        <w:t>قاری کے ریفر</w:t>
      </w:r>
    </w:p>
    <w:p>
      <w:r>
        <w:rPr>
          <w:b/>
        </w:rPr>
        <w:t xml:space="preserve">[11:17] </w:t>
      </w:r>
      <w:r>
        <w:t>nce mein. jab tak aap is tarah ki nazar nahi aap ke andar aayegi, yani is tarah ka intellectual awakening nahi aayegi aap ke andar, tab tak aisa nahi hoga ke aap ko rozana nayi discovery ho.</w:t>
      </w:r>
    </w:p>
    <w:p>
      <w:pPr>
        <w:jc w:val="right"/>
      </w:pPr>
      <w:r>
        <w:t>نس میں۔ جب تک آپ اس طرح کی نظر نہیں آپ کے اندر آئے گی، یعنی اس طرح کا انٹلیکچول اویکننگ نہیں آئے گی آپ کے اندر، تب تک ایسا نہیں ہوگا کہ آپ کو روزانہ نئی ڈسکوری ہو۔</w:t>
      </w:r>
    </w:p>
    <w:p>
      <w:r>
        <w:rPr>
          <w:b/>
        </w:rPr>
        <w:t xml:space="preserve">[11:31] </w:t>
      </w:r>
      <w:r>
        <w:t>aur jab tak aap ko yeh na haal ho jaye ke har din nayi discovery, yani "kul yaum huwa fi shaan", yeh aap ko banna hai. Allah to is se oopar hai ke woh har din is ke andar koi naya evolution ho.</w:t>
      </w:r>
    </w:p>
    <w:p>
      <w:pPr>
        <w:jc w:val="right"/>
      </w:pPr>
      <w:r>
        <w:t>اور جب تک آپ کو یہ نہ حال ہو جائے کہ ہر دن نئی ڈسکوری، یعنی "کل یوم ہوا فی شان"، یہ آپ کو بننا ہے۔ اللہ تو اس سے اوپر ہے کہ وہ ہر دن اس کے اندر کوئی نیا ایولوشن ہو۔</w:t>
      </w:r>
    </w:p>
    <w:p>
      <w:r>
        <w:rPr>
          <w:b/>
        </w:rPr>
        <w:t xml:space="preserve">[11:47] </w:t>
      </w:r>
      <w:r>
        <w:t>yeh aap ko banna hai.</w:t>
      </w:r>
    </w:p>
    <w:p>
      <w:pPr>
        <w:jc w:val="right"/>
      </w:pPr>
      <w:r>
        <w:t>یہ آپ کو بننا ہے۔</w:t>
      </w:r>
    </w:p>
    <w:p>
      <w:r>
        <w:rPr>
          <w:b/>
        </w:rPr>
        <w:t xml:space="preserve">[11:51] </w:t>
      </w:r>
      <w:r>
        <w:t>tab aap Allah ki nazar mein woh insaan banenge ke aap ko Allah select kare, select. jaise is se pehle mein arz kiya tha ke jannat kya hai?</w:t>
      </w:r>
    </w:p>
    <w:p>
      <w:pPr>
        <w:jc w:val="right"/>
      </w:pPr>
      <w:r>
        <w:t>تب آپ اللہ کی نظر میں وہ انسان بنیں گے کہ آپ کو اللہ سلیکٹ رہے، سلیکٹ۔ جیسے اس سے پہلے میں عرض کیا تھا کہ جنت کیا ہے؟</w:t>
      </w:r>
    </w:p>
    <w:p>
      <w:r>
        <w:rPr>
          <w:b/>
        </w:rPr>
        <w:t xml:space="preserve">[12:01] </w:t>
      </w:r>
      <w:r>
        <w:t>jannat ke bashindey ka mamla kya hai? poori history se log select kiye ja rahe hain. poori history mein chune ja rahe hain.</w:t>
      </w:r>
    </w:p>
    <w:p>
      <w:pPr>
        <w:jc w:val="right"/>
      </w:pPr>
      <w:r>
        <w:t>جنت کے باشندے کا معاملہ کیا ہے؟ پوری ہسٹری سے لوگ سلیکٹ کیے جا رہے ہیں۔ پوری ہسٹری میں چنے جا رہے ہیں۔</w:t>
      </w:r>
    </w:p>
    <w:p>
      <w:r>
        <w:rPr>
          <w:b/>
        </w:rPr>
        <w:t xml:space="preserve">[12:13] </w:t>
      </w:r>
      <w:r>
        <w:t>E</w:t>
      </w:r>
    </w:p>
    <w:p>
      <w:pPr>
        <w:jc w:val="right"/>
      </w:pPr>
      <w:r>
        <w:t>ای</w:t>
      </w:r>
    </w:p>
    <w:p>
      <w:r>
        <w:rPr>
          <w:b/>
        </w:rPr>
        <w:t xml:space="preserve">[12:14] </w:t>
      </w:r>
      <w:r>
        <w:t>se insaan</w:t>
      </w:r>
    </w:p>
    <w:p>
      <w:pPr>
        <w:jc w:val="right"/>
      </w:pPr>
      <w:r>
        <w:t>سے انسان</w:t>
      </w:r>
    </w:p>
    <w:p>
      <w:r>
        <w:rPr>
          <w:b/>
        </w:rPr>
        <w:t xml:space="preserve">[12:17] </w:t>
      </w:r>
      <w:r>
        <w:t>jo is jo jo Allah ne jo criterion muqarrar kar diya hai, us par poore utre hain. to phir un ko ikattha kar ke jannat mein basa diya jayega.</w:t>
      </w:r>
    </w:p>
    <w:p>
      <w:pPr>
        <w:jc w:val="right"/>
      </w:pPr>
      <w:r>
        <w:t>جو اس جو جو اللہ نے جو کرائیٹیرین مقرر کر دیا ہے، اس پر پورے اترے ہیں۔ تو پھر ان کو اکٹھا کر کے جنت میں بسا دیا جائے گا۔</w:t>
      </w:r>
    </w:p>
    <w:p>
      <w:r>
        <w:rPr>
          <w:b/>
        </w:rPr>
        <w:t xml:space="preserve">[12:34] </w:t>
      </w:r>
      <w:r>
        <w:t>to Quran ko parhte hue aur hadithon ko parhte hue mere samajh mein yeh baat aati hai ke jannat ka mamla is se mukhtalif hai jo log samajhte hain.</w:t>
      </w:r>
    </w:p>
    <w:p>
      <w:pPr>
        <w:jc w:val="right"/>
      </w:pPr>
      <w:r>
        <w:t>تو قرآن کو پڑھتے ہوئے اور حدیثوں کو پڑھتے ہوئے میرے سمجھ میں یہ بات آتی ہے کہ جنت کا معاملہ اس سے مختلف ہے جو لوگ سمجھتے ہیں۔</w:t>
      </w:r>
    </w:p>
    <w:p>
      <w:r>
        <w:rPr>
          <w:b/>
        </w:rPr>
        <w:t xml:space="preserve">[12:46] </w:t>
      </w:r>
      <w:r>
        <w:t>ajeeb o ghareeb qism ke aqeedey bana rakhe hain logon ne jannat ke bare mein. ajeeb o ghareeb aqeedey.</w:t>
      </w:r>
    </w:p>
    <w:p>
      <w:pPr>
        <w:jc w:val="right"/>
      </w:pPr>
      <w:r>
        <w:t>عجیب و غریب قسم کے عقیدے بنا رکھے ہیں لوگوں نے جنت کے بارے میں۔ عجیب و غریب عقیدے۔</w:t>
      </w:r>
    </w:p>
    <w:p>
      <w:r>
        <w:rPr>
          <w:b/>
        </w:rPr>
        <w:t xml:space="preserve">[12:58] </w:t>
      </w:r>
      <w:r>
        <w:t>jannat ke bare mein dekhiye, ek hadith hai, woh bohat hi achhi tarah wazeh karti hai ke jannat ka mamla kya hai.</w:t>
      </w:r>
    </w:p>
    <w:p>
      <w:pPr>
        <w:jc w:val="right"/>
      </w:pPr>
      <w:r>
        <w:t>جنت کے بارے میں دیکھئے، ایک حدیث ہے، وہ بہت ہی اچھی طرح واضح کرتی ہے کہ جنت کا معاملہ کیا ہے۔</w:t>
      </w:r>
    </w:p>
    <w:p>
      <w:r>
        <w:rPr>
          <w:b/>
        </w:rPr>
        <w:t xml:space="preserve">[13:13] </w:t>
      </w:r>
      <w:r>
        <w:t>Rasool Allah ne farmaya ke meraj ki raat, jo Rasool Allah ki meraj ki raat hui thi,</w:t>
      </w:r>
    </w:p>
    <w:p>
      <w:pPr>
        <w:jc w:val="right"/>
      </w:pPr>
      <w:r>
        <w:t>رسول اللہ نے فرمایا کہ معراج کی رات، جو رسول اللہ کی معراج کی رات ہوئی تھی،</w:t>
      </w:r>
    </w:p>
    <w:p>
      <w:r>
        <w:rPr>
          <w:b/>
        </w:rPr>
        <w:t xml:space="preserve">[13:21] </w:t>
      </w:r>
      <w:r>
        <w:t>jis ko hum kehte hain night of ascension, to is raat mein aap ki mulaqat hui Hazrat Ibrahim se, jin ki death ho chuki hai pehle, woh ja chuke hain jannat mein.</w:t>
      </w:r>
    </w:p>
    <w:p>
      <w:pPr>
        <w:jc w:val="right"/>
      </w:pPr>
      <w:r>
        <w:t>جس کو ہم کہتے ہیں نائٹ آف اسینشن، تو اس رات میں آپ کی ملاقات ہوئی حضرت ابراہیم سے، جن کی ڈیتھ ہو چکی ہے پہلے، وہ جا چکے ہیں جنت میں۔</w:t>
      </w:r>
    </w:p>
    <w:p>
      <w:r>
        <w:rPr>
          <w:b/>
        </w:rPr>
        <w:t xml:space="preserve">[13:36] </w:t>
      </w:r>
      <w:r>
        <w:t>to Rasool Allah ki mulaqat hui Hazrat Ibrahim se.</w:t>
      </w:r>
    </w:p>
    <w:p>
      <w:pPr>
        <w:jc w:val="right"/>
      </w:pPr>
      <w:r>
        <w:t>تو رسول اللہ کی ملاقات ہوئی حضرت ابراہیم سے۔</w:t>
      </w:r>
    </w:p>
    <w:p>
      <w:r>
        <w:rPr>
          <w:b/>
        </w:rPr>
        <w:t xml:space="preserve">[13:41] </w:t>
      </w:r>
      <w:r>
        <w:t>to riwayat mein is tarah ke alfaaz hain ke Rasool Allah Jibrael ke sath chal rahe the.</w:t>
      </w:r>
    </w:p>
    <w:p>
      <w:pPr>
        <w:jc w:val="right"/>
      </w:pPr>
      <w:r>
        <w:t>تو روایت میں اس طرح کے الفاظ ہیں کہ رسول اللہ جبرائیل کے ساتھ چل رہے تھے۔</w:t>
      </w:r>
    </w:p>
    <w:p>
      <w:r>
        <w:rPr>
          <w:b/>
        </w:rPr>
        <w:t xml:space="preserve">[13:47] </w:t>
      </w:r>
      <w:r>
        <w:t>Jibrael aap ko le kar ke, yani dikha rahe the sara akhirat ke maqamat.</w:t>
      </w:r>
    </w:p>
    <w:p>
      <w:pPr>
        <w:jc w:val="right"/>
      </w:pPr>
      <w:r>
        <w:t>جبرائیل آپ کو لے کر کے، یعنی دکھا رہے تھے سارا آخرت کے مقامات۔</w:t>
      </w:r>
    </w:p>
    <w:p>
      <w:r>
        <w:rPr>
          <w:b/>
        </w:rPr>
        <w:t xml:space="preserve">[13:59] </w:t>
      </w:r>
      <w:r>
        <w:t>to Hazrat Ibrahim ne poocha ke aye Jibrael, yeh tumhare sath kaun hai?</w:t>
      </w:r>
    </w:p>
    <w:p>
      <w:pPr>
        <w:jc w:val="right"/>
      </w:pPr>
      <w:r>
        <w:t>تو حضرت ابراہیم نے پوچھا کہ اے جبرائیل، یہ تمہارے ساتھ کون ہے؟</w:t>
      </w:r>
    </w:p>
    <w:p>
      <w:r>
        <w:rPr>
          <w:b/>
        </w:rPr>
        <w:t xml:space="preserve">[14:05] </w:t>
      </w:r>
      <w:r>
        <w:t>aye Jibrael, yeh tumhare sath kaun hai? to Jibrael ne kaha ke Muhammad.</w:t>
      </w:r>
    </w:p>
    <w:p>
      <w:pPr>
        <w:jc w:val="right"/>
      </w:pPr>
      <w:r>
        <w:t>اے جبرائیل، یہ تمہارے ساتھ کون ہے؟ تو جبرائیل نے کہا کہ محمد۔</w:t>
      </w:r>
    </w:p>
    <w:p>
      <w:r>
        <w:rPr>
          <w:b/>
        </w:rPr>
        <w:t xml:space="preserve">[14:14] </w:t>
      </w:r>
      <w:r>
        <w:t>to phir Hazrat Ibrahim ne kaha ke aye Muhammad, apni ummat ko bata do</w:t>
      </w:r>
    </w:p>
    <w:p>
      <w:pPr>
        <w:jc w:val="right"/>
      </w:pPr>
      <w:r>
        <w:t>تو پھر حضرت ابراہیم نے کہا کہ اے محمد، اپنی امت کو بتا دو</w:t>
      </w:r>
    </w:p>
    <w:p>
      <w:r>
        <w:rPr>
          <w:b/>
        </w:rPr>
        <w:t xml:space="preserve">[14:21] </w:t>
      </w:r>
      <w:r>
        <w:t>ke jannat khayal hai. yani plain field hai, khula maidan hai, plain field.</w:t>
      </w:r>
    </w:p>
    <w:p>
      <w:pPr>
        <w:jc w:val="right"/>
      </w:pPr>
      <w:r>
        <w:t>کہ جنت خیال ہے۔ یعنی پلین فیلڈ ہے، کھلا میدان ہے، پلین فیلڈ۔</w:t>
      </w:r>
    </w:p>
    <w:p>
      <w:r>
        <w:rPr>
          <w:b/>
        </w:rPr>
        <w:t xml:space="preserve">[14:34] </w:t>
      </w:r>
      <w:r>
        <w:t>aur is ka phir unhone bataya ke is ke is ke podhe isi zameen mein ugaye jate hain, phir wahan ja ke lagaye jate hain.</w:t>
      </w:r>
    </w:p>
    <w:p>
      <w:pPr>
        <w:jc w:val="right"/>
      </w:pPr>
      <w:r>
        <w:t>اور اس کا پھر انہوں نے بتایا کہ اس کے اس کے پودے اسی زمین میں اگائے جاتے ہیں، پھر وہاں جا کے لگائے جاتے ہیں۔</w:t>
      </w:r>
    </w:p>
    <w:p>
      <w:r>
        <w:rPr>
          <w:b/>
        </w:rPr>
        <w:t xml:space="preserve">[14:47] </w:t>
      </w:r>
      <w:r>
        <w:t>to rasool Allah ne poocha ke "umm gharaasa, is ke poday kya hain?" to hazrat ibrahim ne bataya ke is ke poday hain "alhamdulillah, la ilaha subhan Allah, Allah o akbar", yeh is ke poday hain.</w:t>
      </w:r>
    </w:p>
    <w:p>
      <w:pPr>
        <w:jc w:val="right"/>
      </w:pPr>
      <w:r>
        <w:t>تو رسول اللہ نے پوچھا کہ "ام غراسہ، اس کے پودے کیا ہیں؟" تو حضرت ابراہیم نے بتایا کہ اس کے پودے ہیں "الحمدللہ، لا الہ سبحان اللہ، اللہ اکبر"، یہ اس کے پودے ہیں۔</w:t>
      </w:r>
    </w:p>
    <w:p>
      <w:r>
        <w:rPr>
          <w:b/>
        </w:rPr>
        <w:t xml:space="preserve">[15:02] </w:t>
      </w:r>
      <w:r>
        <w:t>is ke mani kya hue?</w:t>
      </w:r>
    </w:p>
    <w:p>
      <w:pPr>
        <w:jc w:val="right"/>
      </w:pPr>
      <w:r>
        <w:t>اس کے معنی کیا ہوئے؟</w:t>
      </w:r>
    </w:p>
    <w:p>
      <w:r>
        <w:rPr>
          <w:b/>
        </w:rPr>
        <w:t xml:space="preserve">[15:07] </w:t>
      </w:r>
      <w:r>
        <w:t>jab aap dunya mein Allah ko discover karte hain, aap ko is baat se nikal padta hai: "khudaya tu hi hamd wala hai.</w:t>
      </w:r>
    </w:p>
    <w:p>
      <w:pPr>
        <w:jc w:val="right"/>
      </w:pPr>
      <w:r>
        <w:t>جب آپ دنیا میں اللہ کو ڈسکور کرتے ہیں، آپ کو اس بات سے نکل پڑتا ہے: "خدایا تو ہی حمد والا ہے۔</w:t>
      </w:r>
    </w:p>
    <w:p>
      <w:r>
        <w:rPr>
          <w:b/>
        </w:rPr>
        <w:t xml:space="preserve">[15:15] </w:t>
      </w:r>
      <w:r>
        <w:t>khudaya teri glory hai.</w:t>
      </w:r>
    </w:p>
    <w:p>
      <w:pPr>
        <w:jc w:val="right"/>
      </w:pPr>
      <w:r>
        <w:t>خدایا تیری گلوری ہے۔</w:t>
      </w:r>
    </w:p>
    <w:p>
      <w:r>
        <w:rPr>
          <w:b/>
        </w:rPr>
        <w:t xml:space="preserve">[15:20] </w:t>
      </w:r>
      <w:r>
        <w:t>khudaya tu hi creator hai. khudaya tu hi everything hai." yaani Khuda ko jab aap discover karte hain aur aise hi bol padte hain, aise kalmaat,</w:t>
      </w:r>
    </w:p>
    <w:p>
      <w:pPr>
        <w:jc w:val="right"/>
      </w:pPr>
      <w:r>
        <w:t>خدایا تو ہی کریٹر ہے۔ خدایا تو ہی ایوری تھنگ ہے۔" یعنی خدا کو جب آپ ڈسکور کرتے ہیں اور ایسے ہی بول پڑتے ہیں، ایسے کلمات،</w:t>
      </w:r>
    </w:p>
    <w:p>
      <w:r>
        <w:rPr>
          <w:b/>
        </w:rPr>
        <w:t xml:space="preserve">[15:34] </w:t>
      </w:r>
      <w:r>
        <w:t>to aap woh poda bante hain, woh poda jo is qabil hai ke jannat ke bagh mein basaya jaye, wahan ja kar ke is ko ugaya jaye.</w:t>
      </w:r>
    </w:p>
    <w:p>
      <w:pPr>
        <w:jc w:val="right"/>
      </w:pPr>
      <w:r>
        <w:t>تو آپ وہ پودا بنتے ہیں، وہ پودا جو اس قابل ہے کہ جنت کے باغ میں بسایا جائے، وہاں جا کر کے اس کو اگایا جائے۔</w:t>
      </w:r>
    </w:p>
    <w:p>
      <w:r>
        <w:rPr>
          <w:b/>
        </w:rPr>
        <w:t xml:space="preserve">[15:47] </w:t>
      </w:r>
      <w:r>
        <w:t>yeh concept quran mein bhi maujood hai.</w:t>
      </w:r>
    </w:p>
    <w:p>
      <w:pPr>
        <w:jc w:val="right"/>
      </w:pPr>
      <w:r>
        <w:t>یہ کانسیپٹ قرآن میں بھی موجود ہے۔</w:t>
      </w:r>
    </w:p>
    <w:p>
      <w:r>
        <w:rPr>
          <w:b/>
        </w:rPr>
        <w:t xml:space="preserve">[15:52] </w:t>
      </w:r>
      <w:r>
        <w:t>quran mein hai ke "misal kalima tayyaba kashra tayyaba aslah saahibat wa farwah fi al-samaa".</w:t>
      </w:r>
    </w:p>
    <w:p>
      <w:pPr>
        <w:jc w:val="right"/>
      </w:pPr>
      <w:r>
        <w:t>قرآن میں ہے کہ "مثل کلمۃ طیبۃ کشرۃ طیبۃ اصلہ صاحبت و فروہ فی السماء"۔</w:t>
      </w:r>
    </w:p>
    <w:p>
      <w:r>
        <w:rPr>
          <w:b/>
        </w:rPr>
        <w:t xml:space="preserve">[16:04] </w:t>
      </w:r>
      <w:r>
        <w:t>dekhen, yahan bhi lafz kalima hai, lekin murad hai sahib kalima. lafz jo hai woh kalima hai, murad hai sahib kalima.</w:t>
      </w:r>
    </w:p>
    <w:p>
      <w:pPr>
        <w:jc w:val="right"/>
      </w:pPr>
      <w:r>
        <w:t>دیکھیں، یہاں بھی لفظ کلمہ ہے، لیکن مراد ہے صاحب کلمہ۔ لفظ جو ہے وہ کلمہ ہے، مراد ہے صاحب کلمہ۔</w:t>
      </w:r>
    </w:p>
    <w:p>
      <w:r>
        <w:rPr>
          <w:b/>
        </w:rPr>
        <w:t xml:space="preserve">[16:15] </w:t>
      </w:r>
      <w:r>
        <w:t>yaani woh aadmi jo kalima par apne aap ko khara kare, Allah ki daryaft par, Allah ki discovery par apne aap ko khara kare,</w:t>
      </w:r>
    </w:p>
    <w:p>
      <w:pPr>
        <w:jc w:val="right"/>
      </w:pPr>
      <w:r>
        <w:t>یعنی وہ آدمی جو کلمہ پر اپنے آپ کو کھڑا کرے، اللہ کی دریافت پر، اللہ کی ڈسکوری پر اپنے آپ کو کھڑا کرے،</w:t>
      </w:r>
    </w:p>
    <w:p>
      <w:r>
        <w:rPr>
          <w:b/>
        </w:rPr>
        <w:t xml:space="preserve">[16:25] </w:t>
      </w:r>
      <w:r>
        <w:t>to is ki hesiyat ek pak poday ki hai.</w:t>
      </w:r>
    </w:p>
    <w:p>
      <w:pPr>
        <w:jc w:val="right"/>
      </w:pPr>
      <w:r>
        <w:t>تو اس کی حیثیت ایک پاک پودے کی ہے۔</w:t>
      </w:r>
    </w:p>
    <w:p>
      <w:r>
        <w:rPr>
          <w:b/>
        </w:rPr>
        <w:t xml:space="preserve">[16:33] </w:t>
      </w:r>
      <w:r>
        <w:t>woh ugta hai, ugta hai, ugta hai aur aasman tak pahunch jata hai. matlab dunya mein ugta hai, aasman mein lagaya jata hai, jannat mein jagah pata hai,</w:t>
      </w:r>
    </w:p>
    <w:p>
      <w:pPr>
        <w:jc w:val="right"/>
      </w:pPr>
      <w:r>
        <w:t>وہ اگتا ہے، اگتا ہے، اگتا ہے اور آسمان تک پہنچ جاتا ہے۔ مطلب دنیا میں اگتا ہے، آسمان میں لگایا جاتا ہے، جنت میں جگہ پاتا ہے،</w:t>
      </w:r>
    </w:p>
    <w:p>
      <w:r>
        <w:rPr>
          <w:b/>
        </w:rPr>
        <w:t xml:space="preserve">[16:46] </w:t>
      </w:r>
      <w:r>
        <w:t>jannat mein basaya jata hai. aur isi mein hai ke "misal kalima khabeeth khabeeth min fawq min kharaab".</w:t>
      </w:r>
    </w:p>
    <w:p>
      <w:pPr>
        <w:jc w:val="right"/>
      </w:pPr>
      <w:r>
        <w:t>جنت میں بسایا جاتا ہے۔ اور اسی میں ہے کہ "مثل کلمۃ خبیث خبیث من فوق من خراب"۔</w:t>
      </w:r>
    </w:p>
    <w:p>
      <w:r>
        <w:rPr>
          <w:b/>
        </w:rPr>
        <w:t xml:space="preserve">[16:58] </w:t>
      </w:r>
      <w:r>
        <w:t>aur jo khabeeth kalima hai, jo baatil kalima hai, is ki hesiyat baatil poday jaisi hai.</w:t>
      </w:r>
    </w:p>
    <w:p>
      <w:pPr>
        <w:jc w:val="right"/>
      </w:pPr>
      <w:r>
        <w:t>اور جو خبیث کلمہ ہے، جو باطل کلمہ ہے، اس کی حیثیت باطل پودے جیسی ہے۔</w:t>
      </w:r>
    </w:p>
    <w:p>
      <w:r>
        <w:rPr>
          <w:b/>
        </w:rPr>
        <w:t xml:space="preserve">[17:08] </w:t>
      </w:r>
      <w:r>
        <w:t>yaani be faida poday jo hote hain, jin ko ukhaar kar phenk diya jata hai, un ko qaraar nahin.</w:t>
      </w:r>
    </w:p>
    <w:p>
      <w:pPr>
        <w:jc w:val="right"/>
      </w:pPr>
      <w:r>
        <w:t>یعنی بے فائدہ پودے جو ہوتے ہیں، جن کو اکھاڑ کر پھینک دیا جاتا ہے، ان کو قرار نہیں۔</w:t>
      </w:r>
    </w:p>
    <w:p>
      <w:r>
        <w:rPr>
          <w:b/>
        </w:rPr>
        <w:t xml:space="preserve">[17:17] </w:t>
      </w:r>
      <w:r>
        <w:t>to wohi cheez jo hadith mein hai, wohi cheez quran mein bhi hai. ab is par mazeed ghore karte hue, mazeed ghore karte hue mujhe ek cheez daryaft hui,</w:t>
      </w:r>
    </w:p>
    <w:p>
      <w:pPr>
        <w:jc w:val="right"/>
      </w:pPr>
      <w:r>
        <w:t>تو وہی چیز جو حدیث میں ہے، وہی چیز قرآن میں بھی ہے۔ اب اس پر مزید غور کرتے ہوئے، مزید غور کرتے ہوئے مجھے ایک چیز دریافت ہوئی،</w:t>
      </w:r>
    </w:p>
    <w:p>
      <w:r>
        <w:rPr>
          <w:b/>
        </w:rPr>
        <w:t xml:space="preserve">[17:31] </w:t>
      </w:r>
      <w:r>
        <w:t>is ko main arz karna chahta hoon aap ke samne.</w:t>
      </w:r>
    </w:p>
    <w:p>
      <w:pPr>
        <w:jc w:val="right"/>
      </w:pPr>
      <w:r>
        <w:t>اس کو میں عرض کرنا چاہتا ہوں آپ کے سامنے۔</w:t>
      </w:r>
    </w:p>
    <w:p>
      <w:r>
        <w:rPr>
          <w:b/>
        </w:rPr>
        <w:t xml:space="preserve">[17:38] </w:t>
      </w:r>
      <w:r>
        <w:t>dekhen, angrezi mein ek lafz hai "nursery". nursery ke liye hamari zaban mein koi lafz ghaleban nahin hai.</w:t>
      </w:r>
    </w:p>
    <w:p>
      <w:pPr>
        <w:jc w:val="right"/>
      </w:pPr>
      <w:r>
        <w:t>دیکھیں، انگریزی میں ایک لفظ ہے "نرسری"۔ نرسری کے لیے ہماری زبان میں کوئی لفظ غالباً نہیں ہے۔</w:t>
      </w:r>
    </w:p>
    <w:p>
      <w:r>
        <w:rPr>
          <w:b/>
        </w:rPr>
        <w:t xml:space="preserve">[17:46] </w:t>
      </w:r>
      <w:r>
        <w:t>to ek hota hai bagh, ek hota hai nursery. nursery mein poday ugaye jate hain. to mali jo hai, is par chhanta hai.</w:t>
      </w:r>
    </w:p>
    <w:p>
      <w:pPr>
        <w:jc w:val="right"/>
      </w:pPr>
      <w:r>
        <w:t>تو ایک ہوتا ہے باغ، ایک ہوتا ہے نرسری۔ نرسری میں پودے اگائے جاتے ہیں۔ تو مالی جو ہے، اس پر چھانٹتا ہے۔</w:t>
      </w:r>
    </w:p>
    <w:p>
      <w:r>
        <w:rPr>
          <w:b/>
        </w:rPr>
        <w:t xml:space="preserve">[17:57] </w:t>
      </w:r>
      <w:r>
        <w:t>kuch poday achhe healthy hote hain, kuch poday aise hain jo healthy nahin hote. to healthy podon ko nikalta hai aur jo healthy nahin hote, unhein phenk deta hai.</w:t>
      </w:r>
    </w:p>
    <w:p>
      <w:pPr>
        <w:jc w:val="right"/>
      </w:pPr>
      <w:r>
        <w:t>کچھ پودے اچھے ہیلدی ہوتے ہیں، کچھ پودے ایسے ہیں جو ہیلدی نہیں ہوتے۔ تو ہیلدی پودوں کو نکالتا ہے اور جو ہیلدی نہیں ہوتے، انہیں پھینک دیتا ہے۔</w:t>
      </w:r>
    </w:p>
    <w:p>
      <w:r>
        <w:rPr>
          <w:b/>
        </w:rPr>
        <w:t xml:space="preserve">[18:08] </w:t>
      </w:r>
      <w:r>
        <w:t>woh healthy poday wahan se nikal kar ja kar ke bagh mein lagaye jate hain.</w:t>
      </w:r>
    </w:p>
    <w:p>
      <w:pPr>
        <w:jc w:val="right"/>
      </w:pPr>
      <w:r>
        <w:t>وہ ہیلدی پودے وہاں سے نکال کر جا کر کے باغ میں لگائے جاتے ہیں۔</w:t>
      </w:r>
    </w:p>
    <w:p>
      <w:r>
        <w:rPr>
          <w:b/>
        </w:rPr>
        <w:t xml:space="preserve">[18:16] </w:t>
      </w:r>
      <w:r>
        <w:t>to yeh yeh goya bohat hi achhi tarah illustrate karta hai jannat ke maamle ko aur dunya ke maamle ko. to yeh dunya jahan hum hain, is waqt yeh just like nursery hai.</w:t>
      </w:r>
    </w:p>
    <w:p>
      <w:pPr>
        <w:jc w:val="right"/>
      </w:pPr>
      <w:r>
        <w:t>تو یہ یہ گویا بہت ہی اچھی طرح السٹریٹ کرتا ہے جنت کے معاملے کو اور دنیا کے معاملے کو۔ تو یہ دنیا جہاں ہم ہیں، اس وقت یہ جسٹ لائک نرسری ہے۔</w:t>
      </w:r>
    </w:p>
    <w:p>
      <w:r>
        <w:rPr>
          <w:b/>
        </w:rPr>
        <w:t xml:space="preserve">[18:29] </w:t>
      </w:r>
      <w:r>
        <w:t>yeh jannat ki nursery hai. hum aap yahan ugaye gaye hain, just like plant. to hum ko yahan mukhtalif halaat mein zindagi guzarni hai.</w:t>
      </w:r>
    </w:p>
    <w:p>
      <w:pPr>
        <w:jc w:val="right"/>
      </w:pPr>
      <w:r>
        <w:t>یہ جنت کی نرسری ہے۔ ہم آپ یہاں اگائے گئے ہیں، جسٹ لائک پلانٹ۔ تو ہم کو یہاں مختلف حالات میں زندگی گزارنی ہے۔</w:t>
      </w:r>
    </w:p>
    <w:p>
      <w:r>
        <w:rPr>
          <w:b/>
        </w:rPr>
        <w:t xml:space="preserve">[18:44] </w:t>
      </w:r>
      <w:r>
        <w:t>in halaat mein hum apna development karte hain.</w:t>
      </w:r>
    </w:p>
    <w:p>
      <w:pPr>
        <w:jc w:val="right"/>
      </w:pPr>
      <w:r>
        <w:t>ان حالات میں ہم اپنا ڈیولپمنٹ کرتے ہیں۔</w:t>
      </w:r>
    </w:p>
    <w:p>
      <w:r>
        <w:rPr>
          <w:b/>
        </w:rPr>
        <w:t xml:space="preserve">[18:49] </w:t>
      </w:r>
      <w:r>
        <w:t>misal ke taur par dekhen, ek aam cheez hai zindagi mein differences aana, chahe family mein hon, chahe society mein hon, chahe aap ki national life ho, international life ho.</w:t>
      </w:r>
    </w:p>
    <w:p>
      <w:pPr>
        <w:jc w:val="right"/>
      </w:pPr>
      <w:r>
        <w:t>مثال کے طور پر دیکھیں، ایک عام چیز ہے زندگی میں ڈیفرنسز آنا، چاہے فیملی میں ہوں، چاہے سوسائٹی میں ہوں، چاہے آپ کی نیشنل لائف ہو، انٹرنیشنل لائف ہو۔</w:t>
      </w:r>
    </w:p>
    <w:p>
      <w:r>
        <w:rPr>
          <w:b/>
        </w:rPr>
        <w:t xml:space="preserve">[19:04] </w:t>
      </w:r>
      <w:r>
        <w:t>differences zaroor atay hain. yeh part of nature hai, differences ana.</w:t>
      </w:r>
    </w:p>
    <w:p>
      <w:pPr>
        <w:jc w:val="right"/>
      </w:pPr>
      <w:r>
        <w:t>ڈیفرنسز ضرور آتے ہیں۔ یہ پارٹ آف نیچر ہے، ڈیفرنسز آنا۔</w:t>
      </w:r>
    </w:p>
    <w:p>
      <w:r>
        <w:rPr>
          <w:b/>
        </w:rPr>
        <w:t xml:space="preserve">[19:13] </w:t>
      </w:r>
      <w:r>
        <w:t>acha, ab difference, difference aaya to aap ghussa ho gaye, aap ke andar kina aa gaya, aap nafrat aur intiqam mein bhar gaye.</w:t>
      </w:r>
    </w:p>
    <w:p>
      <w:pPr>
        <w:jc w:val="right"/>
      </w:pPr>
      <w:r>
        <w:t>اچھا، اب ڈیفرنس، ڈیفرنس آیا تو آپ غصہ ہو گئے، آپ کے اندر کینہ آ گیا، آپ نفرت اور انتقام میں بھر گئے۔</w:t>
      </w:r>
    </w:p>
    <w:p>
      <w:r>
        <w:rPr>
          <w:b/>
        </w:rPr>
        <w:t xml:space="preserve">[19:23] </w:t>
      </w:r>
      <w:r>
        <w:t>to aap nay sabit kiya kay aap healthy plant nahin hain.</w:t>
      </w:r>
    </w:p>
    <w:p>
      <w:pPr>
        <w:jc w:val="right"/>
      </w:pPr>
      <w:r>
        <w:t>تو آپ نے ثابت کیا کہ آپ ہیلدی پلانٹ نہیں ہیں۔</w:t>
      </w:r>
    </w:p>
    <w:p>
      <w:r>
        <w:rPr>
          <w:b/>
        </w:rPr>
        <w:t xml:space="preserve">[19:30] </w:t>
      </w:r>
      <w:r>
        <w:t>to mali aap ko ukharr kay phenk day ga.</w:t>
      </w:r>
    </w:p>
    <w:p>
      <w:pPr>
        <w:jc w:val="right"/>
      </w:pPr>
      <w:r>
        <w:t>تو مالی آپ کو اکھاڑ کے پھینک دے گا۔</w:t>
      </w:r>
    </w:p>
    <w:p>
      <w:r>
        <w:rPr>
          <w:b/>
        </w:rPr>
        <w:t xml:space="preserve">[19:34] </w:t>
      </w:r>
      <w:r>
        <w:t>acha, agar aap nay aisa kiya kay aap ko ghusa aya to woh kiya jo quran mein hai kay "wa izaa ghadaboo yaghfiroon"?</w:t>
      </w:r>
    </w:p>
    <w:p>
      <w:pPr>
        <w:jc w:val="right"/>
      </w:pPr>
      <w:r>
        <w:t>اچھا، اگر آپ نے ایسا کیا کہ آپ کو غصہ آیا تو وہ کیا جو قرآن میں ہے کہ "وَإِذَا غَضَبُوا يَغْفِرُونَ"؟</w:t>
      </w:r>
    </w:p>
    <w:p>
      <w:r>
        <w:rPr>
          <w:b/>
        </w:rPr>
        <w:t xml:space="preserve">[19:44] </w:t>
      </w:r>
      <w:r>
        <w:t>jab ghusa aata hai to andar andar uss ko control kar latay hain. ghusa aata hai to andar andar uss ko manage kar latay hain. to aisay log goya healthy plant hain.</w:t>
      </w:r>
    </w:p>
    <w:p>
      <w:pPr>
        <w:jc w:val="right"/>
      </w:pPr>
      <w:r>
        <w:t>جب غصہ آتا ہے تو اندر اندر اس کو کنٹرول کر لیتے ہیں۔ غصہ آتا ہے تو اندر اندر اس کو مینج کر لیتے ہیں۔ تو ایسے لوگ گویا ہیلدی پلانٹ ہیں۔</w:t>
      </w:r>
    </w:p>
    <w:p>
      <w:r>
        <w:rPr>
          <w:b/>
        </w:rPr>
        <w:t xml:space="preserve">[19:58] </w:t>
      </w:r>
      <w:r>
        <w:t>to yeh dunya jo hai, nursery hai jannat ki.</w:t>
      </w:r>
    </w:p>
    <w:p>
      <w:pPr>
        <w:jc w:val="right"/>
      </w:pPr>
      <w:r>
        <w:t>تو یہ دنیا جو ہے، نرسری ہے جنت کی۔</w:t>
      </w:r>
    </w:p>
    <w:p>
      <w:r>
        <w:rPr>
          <w:b/>
        </w:rPr>
        <w:t xml:space="preserve">[20:03] </w:t>
      </w:r>
      <w:r>
        <w:t>allah ta'ala nay, jaisa kay iss say pehlay mein nay arz kiya tha kay allah ta'ala nay jab adam ko paida kiya to unhain jannat mein basaya.</w:t>
      </w:r>
    </w:p>
    <w:p>
      <w:pPr>
        <w:jc w:val="right"/>
      </w:pPr>
      <w:r>
        <w:t>اللہ تعالیٰ نے، جیسا کہ اس سے پہلے میں نے عرض کیا تھا کہ اللہ تعالیٰ نے جب آدم کو پیدا کیا تو انہیں جنت میں بسا دیا۔</w:t>
      </w:r>
    </w:p>
    <w:p>
      <w:r>
        <w:rPr>
          <w:b/>
        </w:rPr>
        <w:t xml:space="preserve">[20:16] </w:t>
      </w:r>
      <w:r>
        <w:t>yani dunya bohat hi bari hai, bohat hi bari hai, bohat hi bari hai. yeh kainat abhi tak koi bhi bari say bari microscope iss ko dekh nahin paai hai.</w:t>
      </w:r>
    </w:p>
    <w:p>
      <w:pPr>
        <w:jc w:val="right"/>
      </w:pPr>
      <w:r>
        <w:t>یعنی دنیا بہت ہی بڑی ہے، بہت ہی بڑی ہے، بہت ہی بڑی ہے۔ یہ کائنات ابھی تک کوئی بھی بڑی سے بڑی مائیکروسکوپ اس کو دیکھ نہیں پائی ہے۔</w:t>
      </w:r>
    </w:p>
    <w:p>
      <w:r>
        <w:rPr>
          <w:b/>
        </w:rPr>
        <w:t xml:space="preserve">[20:26] </w:t>
      </w:r>
      <w:r>
        <w:t>to allah ta'ala nay jannat banai hai, woh kahin waqe hai universe mein.</w:t>
      </w:r>
    </w:p>
    <w:p>
      <w:pPr>
        <w:jc w:val="right"/>
      </w:pPr>
      <w:r>
        <w:t>تو اللہ تعالیٰ نے جنت بنائی ہے، وہ کہیں واقع ہے یونیورس میں۔</w:t>
      </w:r>
    </w:p>
    <w:p>
      <w:r>
        <w:rPr>
          <w:b/>
        </w:rPr>
        <w:t xml:space="preserve">[20:33] </w:t>
      </w:r>
      <w:r>
        <w:t>to allah nay adam ko iss banai hui jannat mein basaya. quran say sabit hota hai kay jannat pehlay banai gai, adam baad ko.</w:t>
      </w:r>
    </w:p>
    <w:p>
      <w:pPr>
        <w:jc w:val="right"/>
      </w:pPr>
      <w:r>
        <w:t>تو اللہ نے آدم کو اس بنائی ہوئی جنت میں بسایا۔ قرآن سے ثابت ہوتا ہے کہ جنت پہلے بنائی گئی، آدم بعد کو۔</w:t>
      </w:r>
    </w:p>
    <w:p>
      <w:r>
        <w:rPr>
          <w:b/>
        </w:rPr>
        <w:t xml:space="preserve">[20:47] </w:t>
      </w:r>
      <w:r>
        <w:t>to jannat jo bohat hi ideal world hai, perfect world hai, wahan woh sab kuch hai jo insan chahta hai.</w:t>
      </w:r>
    </w:p>
    <w:p>
      <w:pPr>
        <w:jc w:val="right"/>
      </w:pPr>
      <w:r>
        <w:t>تو جنت جو بہت ہی آئیڈیل ورلڈ ہے، پرفیکٹ ورلڈ ہے، وہاں وہ سب کچھ ہے جو انسان چاہتا ہے۔</w:t>
      </w:r>
    </w:p>
    <w:p>
      <w:r>
        <w:rPr>
          <w:b/>
        </w:rPr>
        <w:t xml:space="preserve">[20:55] </w:t>
      </w:r>
      <w:r>
        <w:t>aaj kal ki zaban mein kahoon ga kay insan ka habitat hai woh. kyun kay dekhein, dunya mein hum koi cheez paatay hain, kisi ko dunya mein fulfillment nahin milta, na badshah ko, na kisi healthy aadmi ko, na kisi ko.</w:t>
      </w:r>
    </w:p>
    <w:p>
      <w:pPr>
        <w:jc w:val="right"/>
      </w:pPr>
      <w:r>
        <w:t>آج کل کی زبان میں کہوں گا کہ انسان کا ہیبیٹیٹ ہے وہ۔ کیونکہ دیکھیں، دنیا میں ہم کوئی چیز پاتے ہیں، کسی کو دنیا میں فلفلمنٹ نہیں ملتا، نہ بادشاہ کو، نہ کسی ہیلدی آدمی کو، نہ کسی کو۔</w:t>
      </w:r>
    </w:p>
    <w:p>
      <w:r>
        <w:rPr>
          <w:b/>
        </w:rPr>
        <w:t xml:space="preserve">[21:09] </w:t>
      </w:r>
      <w:r>
        <w:t>yani hamari desires jo hain, dunya mein poori nahin hoti. hum ko dunya mein fulfillment nahin milta. yahan par accident hai, bimari hai, tarah tarah kay problems hain.</w:t>
      </w:r>
    </w:p>
    <w:p>
      <w:pPr>
        <w:jc w:val="right"/>
      </w:pPr>
      <w:r>
        <w:t>یعنی ہماری ڈیزائر جو ہیں، دنیا میں پوری نہیں ہوتی۔ ہم کو دنیا میں فلفلمنٹ نہیں ملتا۔ یہاں پر ایکسیڈنٹ ہے، بیماری ہے، طرح طرح کے پرابلم ہیں۔</w:t>
      </w:r>
    </w:p>
    <w:p>
      <w:r>
        <w:rPr>
          <w:b/>
        </w:rPr>
        <w:t xml:space="preserve">[21:23] </w:t>
      </w:r>
      <w:r>
        <w:t>yeh dunya world of problems hai hamaray liye bhi aur kisi doosray kay liye bhi. to yeh dunya hamara habitat nahin hai.</w:t>
      </w:r>
    </w:p>
    <w:p>
      <w:pPr>
        <w:jc w:val="right"/>
      </w:pPr>
      <w:r>
        <w:t>یہ دنیا ورلڈ آف پرابلم ہے ہمارے لیے بھی اور کسی دوسرے کے لیے بھی۔ تو یہ دنیا ہمارا ہیبیٹیٹ نہیں ہے۔</w:t>
      </w:r>
    </w:p>
    <w:p>
      <w:r>
        <w:rPr>
          <w:b/>
        </w:rPr>
        <w:t xml:space="preserve">[21:34] </w:t>
      </w:r>
      <w:r>
        <w:t>hamara habitat paradise hai. hamara jo habitat hai, paradise hai. to allah nay adam ko dakhil kar diya jannat mein.</w:t>
      </w:r>
    </w:p>
    <w:p>
      <w:pPr>
        <w:jc w:val="right"/>
      </w:pPr>
      <w:r>
        <w:t>ہمارا ہیبیٹیٹ پیراڈائز ہے۔ ہمارا جو ہیبیٹیٹ ہے، پیراڈائز ہے۔ تو اللہ نے آدم کو داخل کر دیا جنت میں۔</w:t>
      </w:r>
    </w:p>
    <w:p>
      <w:r>
        <w:rPr>
          <w:b/>
        </w:rPr>
        <w:t xml:space="preserve">[21:44] </w:t>
      </w:r>
      <w:r>
        <w:t>lekin shart kiya thi kay tum apni freedom ko misuse na karo.</w:t>
      </w:r>
    </w:p>
    <w:p>
      <w:pPr>
        <w:jc w:val="right"/>
      </w:pPr>
      <w:r>
        <w:t>لیکن شرط کیا تھی کہ تم اپنی فریڈم کو مس یوز نہ کرو۔</w:t>
      </w:r>
    </w:p>
    <w:p>
      <w:r>
        <w:rPr>
          <w:b/>
        </w:rPr>
        <w:t xml:space="preserve">[21:52] </w:t>
      </w:r>
      <w:r>
        <w:t>dekhein, paradise mein dakhlay ki sab say bari jo condition hai, woh yahi hai kay allah nay full freedom day di aap ko, full freedom. lekin aap ko chahiye kay aap apni freedom ko misuse na karein.</w:t>
      </w:r>
    </w:p>
    <w:p>
      <w:pPr>
        <w:jc w:val="right"/>
      </w:pPr>
      <w:r>
        <w:t>دیکھیں، پیراڈائز میں داخلے کی سب سے بڑی جو کنڈیشن ہے، وہ یہی ہے کہ اللہ نے فل فریڈم دے دی آپ کو، فل فریڈم۔ لیکن آپ کو چاہیے کہ آپ اپنی فریڈم کو مس یوز نہ کریں۔</w:t>
      </w:r>
    </w:p>
    <w:p>
      <w:r>
        <w:rPr>
          <w:b/>
        </w:rPr>
        <w:t xml:space="preserve">[22:06] </w:t>
      </w:r>
      <w:r>
        <w:t>apnay iraday say apnay ko discipline mein rakhein. yani self discipline sab say bari condition hai jannat mein dakhlay ki.</w:t>
      </w:r>
    </w:p>
    <w:p>
      <w:pPr>
        <w:jc w:val="right"/>
      </w:pPr>
      <w:r>
        <w:t>اپنے ارادے سے اپنے کو ڈسپلن میں رکھیں۔ یعنی سیلف ڈسپلن سب سے بڑی کنڈیشن ہے جنت میں داخلے کی۔</w:t>
      </w:r>
    </w:p>
    <w:p>
      <w:r>
        <w:rPr>
          <w:b/>
        </w:rPr>
        <w:t xml:space="preserve">[22:16] </w:t>
      </w:r>
      <w:r>
        <w:t>self discipline. to</w:t>
      </w:r>
    </w:p>
    <w:p>
      <w:pPr>
        <w:jc w:val="right"/>
      </w:pPr>
      <w:r>
        <w:t>سیلف ڈسپلن۔ تو</w:t>
      </w:r>
    </w:p>
    <w:p>
      <w:r>
        <w:rPr>
          <w:b/>
        </w:rPr>
        <w:t xml:space="preserve">[22:21] </w:t>
      </w:r>
      <w:r>
        <w:t>jannat mein dakhil kar diya adam ko, lekin woh uss par pooray nahin utray. unhonay discipline tor diya.</w:t>
      </w:r>
    </w:p>
    <w:p>
      <w:pPr>
        <w:jc w:val="right"/>
      </w:pPr>
      <w:r>
        <w:t>جنت میں داخل کر دیا آدم کو، لیکن وہ اس پر پورے نہیں اترے۔ انہوں نے ڈسپلن توڑ دیا۔</w:t>
      </w:r>
    </w:p>
    <w:p>
      <w:r>
        <w:rPr>
          <w:b/>
        </w:rPr>
        <w:t xml:space="preserve">[22:31] </w:t>
      </w:r>
      <w:r>
        <w:t>aur jis cheez say mana kiya tha, woh kar dala unhonay. to goya kay allah ta'ala nay pehlay general basis par insan ko jannat ata kar diya tha.</w:t>
      </w:r>
    </w:p>
    <w:p>
      <w:pPr>
        <w:jc w:val="right"/>
      </w:pPr>
      <w:r>
        <w:t>اور جس چیز سے منع کیا تھا، وہ کر ڈالا انہوں نے۔ تو گویا کہ اللہ تعالیٰ نے پہلے جنرل بیسز پر انسان کو جنت عطا کر دیا تھا۔</w:t>
      </w:r>
    </w:p>
    <w:p>
      <w:r>
        <w:rPr>
          <w:b/>
        </w:rPr>
        <w:t xml:space="preserve">[22:41] </w:t>
      </w:r>
      <w:r>
        <w:t>general basis par sab log jannat mein raho.</w:t>
      </w:r>
    </w:p>
    <w:p>
      <w:pPr>
        <w:jc w:val="right"/>
      </w:pPr>
      <w:r>
        <w:t>جنرل بیسز پر سب لوگ جنت میں رہو۔</w:t>
      </w:r>
    </w:p>
    <w:p>
      <w:r>
        <w:rPr>
          <w:b/>
        </w:rPr>
        <w:t xml:space="preserve">[22:44] </w:t>
      </w:r>
      <w:r>
        <w:t>lekin jab adam nay</w:t>
      </w:r>
    </w:p>
    <w:p>
      <w:pPr>
        <w:jc w:val="right"/>
      </w:pPr>
      <w:r>
        <w:t>لیکن جب آدم نے</w:t>
      </w:r>
    </w:p>
    <w:p>
      <w:r>
        <w:rPr>
          <w:b/>
        </w:rPr>
        <w:t xml:space="preserve">[22:48] </w:t>
      </w:r>
      <w:r>
        <w:t>freedom ko misuse kiya to allah nay apnay plan mein ko revise kiya aur dunya mein bhej diya insan ko.</w:t>
      </w:r>
    </w:p>
    <w:p>
      <w:pPr>
        <w:jc w:val="right"/>
      </w:pPr>
      <w:r>
        <w:t>فریڈم کو مس یوز کیا تو اللہ نے اپنے پلان میں کو ریوائز کیا اور دنیا میں بھیج دیا انسان کو۔</w:t>
      </w:r>
    </w:p>
    <w:p>
      <w:r>
        <w:rPr>
          <w:b/>
        </w:rPr>
        <w:t xml:space="preserve">[22:58] </w:t>
      </w:r>
      <w:r>
        <w:t>aur ab jo hai, selection ki base, selection ki bases par yeh faisla kiya ke ab selection ki buniyad par jannat mein dakhil kiya jayega.</w:t>
      </w:r>
    </w:p>
    <w:p>
      <w:pPr>
        <w:jc w:val="right"/>
      </w:pPr>
      <w:r>
        <w:t>اور اب جو ہے، سلیکشن کی بیس، سلیکشن کی بیسز پر یہ فیصلہ کیا کہ اب سلیکشن کی بنیاد پر جنت میں داخل کیا جائے گا۔</w:t>
      </w:r>
    </w:p>
    <w:p>
      <w:r>
        <w:rPr>
          <w:b/>
        </w:rPr>
        <w:t xml:space="preserve">[23:09] </w:t>
      </w:r>
      <w:r>
        <w:t>pehle general bases par tha, ab selection ki bases par hai.</w:t>
      </w:r>
    </w:p>
    <w:p>
      <w:pPr>
        <w:jc w:val="right"/>
      </w:pPr>
      <w:r>
        <w:t>پہلے جنرل بیسز پر تھا، اب سلیکشن کی بیسز پر ہے۔</w:t>
      </w:r>
    </w:p>
    <w:p>
      <w:r>
        <w:rPr>
          <w:b/>
        </w:rPr>
        <w:t xml:space="preserve">[23:15] </w:t>
      </w:r>
      <w:r>
        <w:t>to yeh goya yeh duniya jo hai, isi sense mein keh raha hoon ke duniya nursery hai. selection ground yeh hai.</w:t>
      </w:r>
    </w:p>
    <w:p>
      <w:pPr>
        <w:jc w:val="right"/>
      </w:pPr>
      <w:r>
        <w:t>تو یہ گویا یہ دنیا جو ہے، اسی سینس میں کہہ رہا ہوں کہ دنیا نرسری ہے۔ سلیکشن گراؤنڈ یہ ہے۔</w:t>
      </w:r>
    </w:p>
    <w:p>
      <w:r>
        <w:rPr>
          <w:b/>
        </w:rPr>
        <w:t xml:space="preserve">[23:26] </w:t>
      </w:r>
      <w:r>
        <w:t>selection ground. to aap ko yahan prove karna hai ke negative situation ayegi, lekin aap ko positive bane rehna hai. aap ko gussa aaye, ayega, lekin aap ko ghusse ko control karna hai.</w:t>
      </w:r>
    </w:p>
    <w:p>
      <w:pPr>
        <w:jc w:val="right"/>
      </w:pPr>
      <w:r>
        <w:t>سلیکشن گراؤنڈ۔ تو آپ کو یہاں پروف کرنا ہے کہ نیگیٹیو سچویشن آئے گی، لیکن آپ کو پازیٹیو بنے رہنا ہے۔ آپ کو غصہ آئے، آئے گا، لیکن آپ کو غصے کو کنٹرول کرنا ہے۔</w:t>
      </w:r>
    </w:p>
    <w:p>
      <w:r>
        <w:rPr>
          <w:b/>
        </w:rPr>
        <w:t xml:space="preserve">[23:40] </w:t>
      </w:r>
      <w:r>
        <w:t>aap ko nafrat ke asbab paida honge, lekin aap ko khair khwahi aur mohabbat ko baqi rakhna hai. aap ko koi cheez violence to uksayegi, lekin aap ko peaceful bane rehna hai.</w:t>
      </w:r>
    </w:p>
    <w:p>
      <w:pPr>
        <w:jc w:val="right"/>
      </w:pPr>
      <w:r>
        <w:t>آپ کو نفرت کے اسباب پیدا ہوں گے، لیکن آپ کو خیر خواہی اور محبت کو باقی رکھنا ہے۔ آپ کو کوئی چیز وائیلنس تو اکسائے گی، لیکن آپ کو پیس فل بنے رہنا ہے۔</w:t>
      </w:r>
    </w:p>
    <w:p>
      <w:r>
        <w:rPr>
          <w:b/>
        </w:rPr>
        <w:t xml:space="preserve">[23:58] </w:t>
      </w:r>
      <w:r>
        <w:t>yeh hai aap ki training. to duniya mein jo tarah tarah ke halaat hain, tarah tarah ke halaat hain, differences hain.</w:t>
      </w:r>
    </w:p>
    <w:p>
      <w:pPr>
        <w:jc w:val="right"/>
      </w:pPr>
      <w:r>
        <w:t>یہ ہے آپ کی ٹریننگ۔ تو دنیا میں جو طرح طرح کے حالات ہیں، طرح طرح کے حالات ہیں، ڈیفرنسز ہیں۔</w:t>
      </w:r>
    </w:p>
    <w:p>
      <w:r>
        <w:rPr>
          <w:b/>
        </w:rPr>
        <w:t xml:space="preserve">[24:06] </w:t>
      </w:r>
      <w:r>
        <w:t>yahan par excite, yahan par provocation hai, yahan par so called zulm hai waghera. to woh to rahega, kyunke woh nahi rahega to aap ka, woh aap ka, aap ka test kaise liya jayega?</w:t>
      </w:r>
    </w:p>
    <w:p>
      <w:pPr>
        <w:jc w:val="right"/>
      </w:pPr>
      <w:r>
        <w:t>یہاں پر ایکسائٹ، یہاں پر پرووکیشن ہے، یہاں پر سو کالڈ ظلم ہے وغیرہ۔ تو وہ تو رہے گا، کیونکہ وہ نہیں رہے گا تو آپ کا، وہ آپ کا، آپ کا ٹیسٹ کیسے لیا جائے گا؟</w:t>
      </w:r>
    </w:p>
    <w:p>
      <w:r>
        <w:rPr>
          <w:b/>
        </w:rPr>
        <w:t xml:space="preserve">[24:24] </w:t>
      </w:r>
      <w:r>
        <w:t>test kaise liya jayega?</w:t>
      </w:r>
    </w:p>
    <w:p>
      <w:pPr>
        <w:jc w:val="right"/>
      </w:pPr>
      <w:r>
        <w:t>ٹیسٹ کیسے لیا جائے گا؟</w:t>
      </w:r>
    </w:p>
    <w:p>
      <w:r>
        <w:rPr>
          <w:b/>
        </w:rPr>
        <w:t xml:space="preserve">[24:28] </w:t>
      </w:r>
      <w:r>
        <w:t>agar yahan par zulm na ho, agar yahan par disturb differences na hon, agar yahan par problem na hon, agar aap provocation na ho, agar yahan par log aap ko woh baat na karein jis ko aap kehte hain satana,</w:t>
      </w:r>
    </w:p>
    <w:p>
      <w:pPr>
        <w:jc w:val="right"/>
      </w:pPr>
      <w:r>
        <w:t>اگر یہاں پر ظلم نہ ہو، اگر یہاں پر ڈسٹرب ڈیفرنسز نہ ہوں، اگر یہاں پر پرابلم نہ ہوں، اگر آپ پرووکیشن نہ ہو، اگر یہاں پر لوگ آپ کو وہ بات نہ کریں جس کو آپ کہتے ہیں ستانا،</w:t>
      </w:r>
    </w:p>
    <w:p>
      <w:r>
        <w:rPr>
          <w:b/>
        </w:rPr>
        <w:t xml:space="preserve">[24:46] </w:t>
      </w:r>
      <w:r>
        <w:t>grievances na hon, to kaise aap ko pata chalega ke aap woh insaan hain jo jo yeh quality un ke andar hai ke in saare yani unwanted situation ke bawajood aap apne ko discipline par qaim rakhte hain?</w:t>
      </w:r>
    </w:p>
    <w:p>
      <w:pPr>
        <w:jc w:val="right"/>
      </w:pPr>
      <w:r>
        <w:t>گریونسز نہ ہوں، تو کیسے آپ کو پتہ چلے گا کہ آپ وہ انسان ہیں جو جو یہ کوالٹی ان کے اندر ہے کہ ان سارے یعنی ان وانٹڈ سچویشن کے باوجود آپ اپنے کو ڈسپلن پر قائم رکھتے ہیں؟</w:t>
      </w:r>
    </w:p>
    <w:p>
      <w:r>
        <w:rPr>
          <w:b/>
        </w:rPr>
        <w:t xml:space="preserve">[25:11] </w:t>
      </w:r>
      <w:r>
        <w:t>ye</w:t>
      </w:r>
    </w:p>
    <w:p>
      <w:pPr>
        <w:jc w:val="right"/>
      </w:pPr>
      <w:r>
        <w:t>یع</w:t>
      </w:r>
    </w:p>
    <w:p>
      <w:r>
        <w:rPr>
          <w:b/>
        </w:rPr>
        <w:t xml:space="preserve">[25:12] </w:t>
      </w:r>
      <w:r>
        <w:t>yani in spite of all do negative factors, you you you can manage your peace, your discipline.</w:t>
      </w:r>
    </w:p>
    <w:p>
      <w:pPr>
        <w:jc w:val="right"/>
      </w:pPr>
      <w:r>
        <w:t>نی ان سپائٹ آف آل دو نیگیٹیو فیکٹرز، یو یو یو کین مینج یور پیس، یور ڈسپلن۔</w:t>
      </w:r>
    </w:p>
    <w:p>
      <w:r>
        <w:rPr>
          <w:b/>
        </w:rPr>
        <w:t xml:space="preserve">[25:31] </w:t>
      </w:r>
      <w:r>
        <w:t>yeh kaise sabit hoga? to duniya mein zulm rahega, duniya mein provocation rahega, duniya mein satane wale rahenge.</w:t>
      </w:r>
    </w:p>
    <w:p>
      <w:pPr>
        <w:jc w:val="right"/>
      </w:pPr>
      <w:r>
        <w:t>یہ کیسے ثابت ہوگا؟ تو دنیا میں ظلم رہے گا، دنیا میں پرووکیشن رہے گا، دنیا میں ستانے والے رہیں گے۔</w:t>
      </w:r>
    </w:p>
    <w:p>
      <w:r>
        <w:rPr>
          <w:b/>
        </w:rPr>
        <w:t xml:space="preserve">[25:41] </w:t>
      </w:r>
      <w:r>
        <w:t>aaj kal jo cheekh pukaar kar rahe hain log ke America zalim hai, Yahudi zalim hai, Hindu zalim hai, yeh sab jhooti baatein hain. yeh to Khuda ki di hui azadi hai jis ko log istemal kar rahe hain.</w:t>
      </w:r>
    </w:p>
    <w:p>
      <w:pPr>
        <w:jc w:val="right"/>
      </w:pPr>
      <w:r>
        <w:t>آج کل جو چیخ پکار کر رہے ہیں لوگ کہ امریکہ ظالم ہے، یہودی ظالم ہے، ہندو ظالم ہے، یہ سب جھوٹی باتیں ہیں۔ یہ تو خدا کی دی ہوئی آزادی ہے جس کو لوگ استعمال کر رہے ہیں۔</w:t>
      </w:r>
    </w:p>
    <w:p>
      <w:r>
        <w:rPr>
          <w:b/>
        </w:rPr>
        <w:t xml:space="preserve">[25:54] </w:t>
      </w:r>
      <w:r>
        <w:t>yeh log jhoot mein jee rahe hain jo log aisi baatein bolte hain. jhoot mein is liye ke woh to kis ke khilaf bol rahe hain? aap America ke khilaf nahi, Yahudi ke khilaf nahi, Hindu ke khilaf nahi, khud khaliq ke khilaf, creator ke khilaf.</w:t>
      </w:r>
    </w:p>
    <w:p>
      <w:pPr>
        <w:jc w:val="right"/>
      </w:pPr>
      <w:r>
        <w:t>یہ لوگ جھوٹ میں جی رہے ہیں جو لوگ ایسی باتیں بولتے ہیں۔ جھوٹ میں اس لیے کہ وہ تو کس کے خلاف بول رہے ہیں؟ آپ امریکہ کے خلاف نہیں، یہودی کے خلاف نہیں، ہندو کے خلاف نہیں، خود خالق کے خلاف، کریٹر کے خلاف۔</w:t>
      </w:r>
    </w:p>
    <w:p>
      <w:r>
        <w:rPr>
          <w:b/>
        </w:rPr>
        <w:t xml:space="preserve">[26:09] </w:t>
      </w:r>
      <w:r>
        <w:t>Khuda ne duniya ko banaya to kaha Quran mein likha hua hai ke yeh daar-ul-qabz hai, laqad khalaqal insana fi qabz. yeh daar-ul-qabz hai yani world of problem.</w:t>
      </w:r>
    </w:p>
    <w:p>
      <w:pPr>
        <w:jc w:val="right"/>
      </w:pPr>
      <w:r>
        <w:t>خدا نے دنیا کو بنایا تو کہا قرآن میں لکھا ہوا ہے کہ یہ دارالقبض ہے، لقد خلق الانسان فی قبض۔ یہ دارالقبض ہے یعنی ورلڈ آف پرابلم۔</w:t>
      </w:r>
    </w:p>
    <w:p>
      <w:r>
        <w:rPr>
          <w:b/>
        </w:rPr>
        <w:t xml:space="preserve">[26:22] </w:t>
      </w:r>
      <w:r>
        <w:t>to yeh to problem to rahenge kyunke problem khud Khuda ke creation plan ka hissa hai.</w:t>
      </w:r>
    </w:p>
    <w:p>
      <w:pPr>
        <w:jc w:val="right"/>
      </w:pPr>
      <w:r>
        <w:t>تو یہ تو پرابلم تو رہیں گے کیونکہ پرابلم خود خدا کے کریشن پلان کا حصہ ہے۔</w:t>
      </w:r>
    </w:p>
    <w:p>
      <w:r>
        <w:rPr>
          <w:b/>
        </w:rPr>
        <w:t xml:space="preserve">[26:32] </w:t>
      </w:r>
      <w:r>
        <w:t>Khuda ke is ki wapsi is ka hissa hai. isi pe rakh kar to aap ko test liya ja raha hai.</w:t>
      </w:r>
    </w:p>
    <w:p>
      <w:pPr>
        <w:jc w:val="right"/>
      </w:pPr>
      <w:r>
        <w:t>خدا کے اس کی واپسی اس کا حصہ ہے۔ اسی پہ رکھ کر تو آپ کو ٹیسٹ لیا جا رہا ہے۔</w:t>
      </w:r>
    </w:p>
    <w:p>
      <w:r>
        <w:rPr>
          <w:b/>
        </w:rPr>
        <w:t xml:space="preserve">[26:38] </w:t>
      </w:r>
      <w:r>
        <w:t>to yeh jo nursery hai, is nursery mein har qism ki baatein rahengi aur aap ko yeh prove karna hoga ke main woh healthy plant hoon, woh healthy plant</w:t>
      </w:r>
    </w:p>
    <w:p>
      <w:pPr>
        <w:jc w:val="right"/>
      </w:pPr>
      <w:r>
        <w:t>تو یہ جو نرسری ہے، اس نرسری میں ہر قسم کی باتیں رہیں گی اور آپ کو یہ پروف کرنا ہوگا کہ میں وہ ہیلدی پلانٹ ہوں، وہ ہیلدی پلانٹ</w:t>
      </w:r>
    </w:p>
    <w:p>
      <w:r>
        <w:rPr>
          <w:b/>
        </w:rPr>
        <w:t xml:space="preserve">[26:51] </w:t>
      </w:r>
      <w:r>
        <w:t>jis ko is nursery se nikal kar jannat ke bagh mein</w:t>
      </w:r>
    </w:p>
    <w:p>
      <w:pPr>
        <w:jc w:val="right"/>
      </w:pPr>
      <w:r>
        <w:t>جس کو اس نرسری سے نکال کر جنت کے باغ میں</w:t>
      </w:r>
    </w:p>
    <w:p>
      <w:r>
        <w:rPr>
          <w:b/>
        </w:rPr>
        <w:t xml:space="preserve">[26:57] </w:t>
      </w:r>
      <w:r>
        <w:t>wahan par nasb kar diya jayega. aur agar aap ke andar yeh hai ke aap negative thought mein jeete hain, aap nafrat mein jeete hain, aap tashaddud violence mein jeete hain, aap gun culture aur bomb culture ke ko apna culture banaye hue hain, to aap yeh prove kar rahe hain ke aap healthy plant nahi hain,</w:t>
      </w:r>
    </w:p>
    <w:p>
      <w:pPr>
        <w:jc w:val="right"/>
      </w:pPr>
      <w:r>
        <w:t>وہاں پر نصب کر دیا جائے گا۔ اور اگر آپ کے اندر یہ ہے کہ آپ نیگیٹیو تھاٹ میں جیتے ہیں، آپ نفرت میں جیتے ہیں، آپ تشدد وائیلنس میں جیتے ہیں، آپ گن کلچر اور بم کلچر کے کو اپنا کلچر بنائے ہوئے ہیں، تو آپ یہ پروف کر رہے ہیں کہ آپ ہیلدی پلانٹ نہیں ہیں،</w:t>
      </w:r>
    </w:p>
    <w:p>
      <w:r>
        <w:rPr>
          <w:b/>
        </w:rPr>
        <w:t xml:space="preserve">[27:23] </w:t>
      </w:r>
      <w:r>
        <w:t>to aap ko ukhaar ke phenk diya jayega. aap jannat ki aap ko khushboo bhi nahi milegi. aap ko</w:t>
      </w:r>
    </w:p>
    <w:p>
      <w:pPr>
        <w:jc w:val="right"/>
      </w:pPr>
      <w:r>
        <w:t>تو آپ کو اکھاڑ کے پھینک دیا جائے گا۔ آپ جنت کی آپ کو خوشبو بھی نہیں ملے گی۔ آپ کو</w:t>
      </w:r>
    </w:p>
    <w:p>
      <w:r>
        <w:rPr>
          <w:b/>
        </w:rPr>
        <w:t xml:space="preserve">[27:33] </w:t>
      </w:r>
      <w:r>
        <w:t>to yeh baat hai jo main ne discover ki is Ramzan mein.</w:t>
      </w:r>
    </w:p>
    <w:p>
      <w:pPr>
        <w:jc w:val="right"/>
      </w:pPr>
      <w:r>
        <w:t>تو یہ بات ہے جو میں نے ڈسکور کی اس رمضان میں۔</w:t>
      </w:r>
    </w:p>
    <w:p>
      <w:r>
        <w:rPr>
          <w:b/>
        </w:rPr>
        <w:t xml:space="preserve">[27:43] </w:t>
      </w:r>
      <w:r>
        <w:t>to</w:t>
      </w:r>
    </w:p>
    <w:p>
      <w:pPr>
        <w:jc w:val="right"/>
      </w:pPr>
      <w:r>
        <w:t>تو</w:t>
      </w:r>
    </w:p>
    <w:p>
      <w:r>
        <w:rPr>
          <w:b/>
        </w:rPr>
        <w:t xml:space="preserve">[27:44] </w:t>
      </w:r>
      <w:r>
        <w:t>main Allah ke fazl se yani kyunke is ko daryaft kiya hai maine ke ke mujhe har cheez ko rediscover karna hai, to main sochta rehta hoon, sochta rehta hoon.</w:t>
      </w:r>
    </w:p>
    <w:p>
      <w:pPr>
        <w:jc w:val="right"/>
      </w:pPr>
      <w:r>
        <w:t>میں اللہ کے فضل سے یعنی کیونکہ اس کو دریافت کیا ہے میں نے کہ کہ مجھے ہر چیز کو ری ڈسکور کرنا ہے، تو میں سوچتا رہتا ہوں، سوچتا رہتا ہوں۔</w:t>
      </w:r>
    </w:p>
    <w:p>
      <w:r>
        <w:rPr>
          <w:b/>
        </w:rPr>
        <w:t xml:space="preserve">[27:58] </w:t>
      </w:r>
      <w:r>
        <w:t>to har cheez mein mujhe re discovery hoti hai. is liye maine pani ki glass bataya. to yeh is ramzan mein mujhe yeh cheez discover hui ke dunya jo hai nursery hai.</w:t>
      </w:r>
    </w:p>
    <w:p>
      <w:pPr>
        <w:jc w:val="right"/>
      </w:pPr>
      <w:r>
        <w:t>تو ہر چیز میں مجھے ری ڈسکوری ہوتی ہے۔ اس لیے میں نے پانی کی گلاس بتایا۔ تو یہ اس رمضان میں مجھے یہ چیز ڈسکور ہوئی کہ دنیا جو ہے نرسری ہے۔</w:t>
      </w:r>
    </w:p>
    <w:p>
      <w:r>
        <w:rPr>
          <w:b/>
        </w:rPr>
        <w:t xml:space="preserve">[28:12] </w:t>
      </w:r>
      <w:r>
        <w:t>yahan par aap pode ke manind lagaye gaye hain. aap ko prove karna hai ke aap healthy pode hain ya aap healthy pode nahi hain.</w:t>
      </w:r>
    </w:p>
    <w:p>
      <w:pPr>
        <w:jc w:val="right"/>
      </w:pPr>
      <w:r>
        <w:t>یہاں پر آپ پودے کے مانند لگائے گئے ہیں۔ آپ کو پروف کرنا ہے کہ آپ ہیلدی پودے ہیں یا آپ ہیلدی پودے نہیں ہیں۔</w:t>
      </w:r>
    </w:p>
    <w:p>
      <w:r>
        <w:rPr>
          <w:b/>
        </w:rPr>
        <w:t xml:space="preserve">[28:27] </w:t>
      </w:r>
      <w:r>
        <w:t>healthy pode ka matlab yeh hai ke aap woh insan hain jo Allah ki is ki woh aap things ko jante hain, Allah ka jo creation plan hai us ko jante hain,</w:t>
      </w:r>
    </w:p>
    <w:p>
      <w:pPr>
        <w:jc w:val="right"/>
      </w:pPr>
      <w:r>
        <w:t>ہیلدی پودے کا مطلب یہ ہے کہ آپ وہ انسان ہیں جو اللہ کی اس کی وہ آپ تھنگز کو جانتے ہیں، اللہ کا جو کریشن پلان ہے اس کو جانتے ہیں،</w:t>
      </w:r>
    </w:p>
    <w:p>
      <w:r>
        <w:rPr>
          <w:b/>
        </w:rPr>
        <w:t xml:space="preserve">[28:42] </w:t>
      </w:r>
      <w:r>
        <w:t>quran mein jo bataya gaya hai ke kis tarah aana hai dunya mein, us ko jante hain aur us ke us ko follow karte hue yahan rehte hain.</w:t>
      </w:r>
    </w:p>
    <w:p>
      <w:pPr>
        <w:jc w:val="right"/>
      </w:pPr>
      <w:r>
        <w:t>قرآن میں جو بتایا گیا ہے کہ کس طرح آنا ہے دنیا میں، اس کو جانتے ہیں اور اس کے اس کو فالو کرتے ہوئے یہاں رہتے ہیں۔</w:t>
      </w:r>
    </w:p>
    <w:p>
      <w:r>
        <w:rPr>
          <w:b/>
        </w:rPr>
        <w:t xml:space="preserve">[28:53] </w:t>
      </w:r>
      <w:r>
        <w:t>aur isi ka ek bohat hi bara aspect yeh hai ke yeh dunya jo hai ke yeh dunya apne aap mein paradise nahi hai. yahan to yeh sab rahe ga, yahan zulm bhi rahe ga, yahan grievances bhi hongi,</w:t>
      </w:r>
    </w:p>
    <w:p>
      <w:pPr>
        <w:jc w:val="right"/>
      </w:pPr>
      <w:r>
        <w:t>اور اسی کا ایک بہت ہی بڑا اسپیکٹ یہ ہے کہ یہ دنیا جو ہے کہ یہ دنیا اپنے آپ میں پیراڈائز نہیں ہے۔ یہاں تو یہ سب رہے گا، یہاں ظلم بھی رہے گا، یہاں گریونسز بھی ہوں گی،</w:t>
      </w:r>
    </w:p>
    <w:p>
      <w:r>
        <w:rPr>
          <w:b/>
        </w:rPr>
        <w:t xml:space="preserve">[29:07] </w:t>
      </w:r>
      <w:r>
        <w:t>yahan par problem bhi hoga, yahan par provocation bhi hoga, yahan aap ko log satayen ge bhi, sab kuch hoga.</w:t>
      </w:r>
    </w:p>
    <w:p>
      <w:pPr>
        <w:jc w:val="right"/>
      </w:pPr>
      <w:r>
        <w:t>یہاں پر پرابلم بھی ہوگا، یہاں پر پرووکیشن بھی ہوگا، یہاں آپ کو لوگ ستائیں گے بھی، سب کچھ ہوگا۔</w:t>
      </w:r>
    </w:p>
    <w:p>
      <w:r>
        <w:rPr>
          <w:b/>
        </w:rPr>
        <w:t xml:space="preserve">[29:17] </w:t>
      </w:r>
      <w:r>
        <w:t>to in spite of all those things, you have to maintain your positivity. yeh hai yeh test aap ka</w:t>
      </w:r>
    </w:p>
    <w:p>
      <w:pPr>
        <w:jc w:val="right"/>
      </w:pPr>
      <w:r>
        <w:t>تو ان سپائٹ آف آل دو تھنگز، یو ہیو ٹو مینٹین یور پازیٹیوٹی۔ یہ ہے یہ ٹیسٹ آپ کا</w:t>
      </w:r>
    </w:p>
    <w:p>
      <w:r>
        <w:rPr>
          <w:b/>
        </w:rPr>
        <w:t xml:space="preserve">[29:26] </w:t>
      </w:r>
      <w:r>
        <w:t>. jo jo aadmi is is test par stand kare ga, woh ho gaya healthy plant hai aur phir us ko jannat ke bagh mein nasb kiya jaye ga.</w:t>
      </w:r>
    </w:p>
    <w:p>
      <w:pPr>
        <w:jc w:val="right"/>
      </w:pPr>
      <w:r>
        <w:t>۔ جو جو آدمی اس اس ٹیسٹ پر سٹینڈ کرے گا، وہ ہو گیا ہیلدی پلانٹ ہے اور پھر اس کو جنت کے باغ میں نصب کیا جائے گا۔</w:t>
      </w:r>
    </w:p>
    <w:p>
      <w:r>
        <w:rPr>
          <w:b/>
        </w:rPr>
        <w:t xml:space="preserve">[29:39] </w:t>
      </w:r>
      <w:r>
        <w:t>warna ukhaar ke phenk diya jaye ga. woh kooda kha rahe hain, us ko jagah mile gi.</w:t>
      </w:r>
    </w:p>
    <w:p>
      <w:pPr>
        <w:jc w:val="right"/>
      </w:pPr>
      <w:r>
        <w:t>ورنہ اکھاڑ کے پھینک دیا جائے گا۔ وہ کوڑا کھا رہے ہیں، اس کو جگہ ملے گی۔</w:t>
      </w:r>
    </w:p>
    <w:p>
      <w:r>
        <w:rPr>
          <w:b/>
        </w:rPr>
        <w:t xml:space="preserve">[29:53] </w:t>
      </w:r>
      <w:r>
        <w:t>to aap kisi aap ko kisi suppressed mein nahi jeena chahiye. kuch hi qoumein jo hain, un ke bare mein quran mein bataya gaya hai ke woh amani mein jeene lage thay apne daur-e-zuwal mein.</w:t>
      </w:r>
    </w:p>
    <w:p>
      <w:pPr>
        <w:jc w:val="right"/>
      </w:pPr>
      <w:r>
        <w:t>تو آپ کسی آپ کو کسی سپریسٹ میں نہیں جینا چاہیے۔ کچھ ہی قومیں جو ہیں، ان کے بارے میں قرآن میں بتایا گیا ہے کہ وہ امانی میں جینے لگے تھے اپنے دور زوال میں۔</w:t>
      </w:r>
    </w:p>
    <w:p>
      <w:r>
        <w:rPr>
          <w:b/>
        </w:rPr>
        <w:t xml:space="preserve">[30:07] </w:t>
      </w:r>
      <w:r>
        <w:t>amani, amani mani hai wishful thinking, khush fehmiyan ke unhon ne samajh liya ke aisa kar do.</w:t>
      </w:r>
    </w:p>
    <w:p>
      <w:pPr>
        <w:jc w:val="right"/>
      </w:pPr>
      <w:r>
        <w:t>امانی، امانی معنی ہے پش فل تھنکنگ، خوش فہمیاں کہ انہوں نے سمجھ لیا کہ ایسا کر دو۔</w:t>
      </w:r>
    </w:p>
    <w:p>
      <w:r>
        <w:rPr>
          <w:b/>
        </w:rPr>
        <w:t xml:space="preserve">[30:16] </w:t>
      </w:r>
      <w:r>
        <w:t>yani tarah tarah ke rituals un ke haan paida ho gaye ke yeh kar lo to jannat hai.</w:t>
      </w:r>
    </w:p>
    <w:p>
      <w:pPr>
        <w:jc w:val="right"/>
      </w:pPr>
      <w:r>
        <w:t>یعنی طرح طرح کے ریچولز ان کے ہاں پیدا ہوگئے کہ یہ کر لو تو جنت ہے۔</w:t>
      </w:r>
    </w:p>
    <w:p>
      <w:r>
        <w:rPr>
          <w:b/>
        </w:rPr>
        <w:t xml:space="preserve">[30:23] </w:t>
      </w:r>
      <w:r>
        <w:t>aise musalmanon mein is waqt musalman jo hain apne daur-e-zuwal mein hain, yani degeneration ho chuka hai un ka. to amani bhi jeete hain. ajeeb ajeeb qism ke un ke haan khayalat hain ke aisa kar lo to jannat mil jaye gi, waisa kar lo to jannat mil jaye gi.</w:t>
      </w:r>
    </w:p>
    <w:p>
      <w:pPr>
        <w:jc w:val="right"/>
      </w:pPr>
      <w:r>
        <w:t>ایسے مسلمانوں میں اس وقت مسلمان جو ہیں اپنے دور زوال میں ہیں، یعنی ڈی جنریشن ہو چکا ہے ان کا۔ تو امانیں بھی جیتے ہیں۔ عجیب عجیب قسم کے ان کے ہاں خیالات ہیں کہ ایسا کر لو تو جنت مل جائے گی، ویسا کر لو تو جنت مل جائے گی۔</w:t>
      </w:r>
    </w:p>
    <w:p>
      <w:r>
        <w:rPr>
          <w:b/>
        </w:rPr>
        <w:t xml:space="preserve">[30:47] </w:t>
      </w:r>
      <w:r>
        <w:t>to aap ko sab se pehle yeh janna hai ke Khuda ki is ki wahan things kya hain. ab phir us ke mutabiq apni zindagi ka naqsha banana hai.</w:t>
      </w:r>
    </w:p>
    <w:p>
      <w:pPr>
        <w:jc w:val="right"/>
      </w:pPr>
      <w:r>
        <w:t>تو آپ کو سب سے پہلے یہ جاننا ہے کہ خدا کی اس کی وہاں تھنگز کیا ہیں۔ اب پھر اس کے مطابق اپنی زندگی کا نقشہ بنانا ہے۔</w:t>
      </w:r>
    </w:p>
    <w:p>
      <w:r>
        <w:rPr>
          <w:b/>
        </w:rPr>
        <w:t xml:space="preserve">[31:01] </w:t>
      </w:r>
      <w:r>
        <w:t>yeh pehla kaam hai. kyunke hum ne na apne aap ko banaya hai, na apne universe ko create kiya hai.</w:t>
      </w:r>
    </w:p>
    <w:p>
      <w:pPr>
        <w:jc w:val="right"/>
      </w:pPr>
      <w:r>
        <w:t>یہ پہلا کام ہے۔ کیونکہ ہم نے نہ اپنے آپ کو بنایا ہے، نہ اپنے یونیورس کو کریٹ کیا ہے۔</w:t>
      </w:r>
    </w:p>
    <w:p>
      <w:r>
        <w:rPr>
          <w:b/>
        </w:rPr>
        <w:t xml:space="preserve">[31:11] </w:t>
      </w:r>
      <w:r>
        <w:t>banane wala koi doosra hai, creator koi doosra hai.</w:t>
      </w:r>
    </w:p>
    <w:p>
      <w:pPr>
        <w:jc w:val="right"/>
      </w:pPr>
      <w:r>
        <w:t>بنانے والا کوئی دوسرا ہے، کریٹر کوئی دوسرا ہے۔</w:t>
      </w:r>
    </w:p>
    <w:p>
      <w:r>
        <w:rPr>
          <w:b/>
        </w:rPr>
        <w:t xml:space="preserve">[31:16] </w:t>
      </w:r>
      <w:r>
        <w:t>to yahan zahir hai creator ki marzi chalegi. creator ki jo plan hai, woh chalega.</w:t>
      </w:r>
    </w:p>
    <w:p>
      <w:pPr>
        <w:jc w:val="right"/>
      </w:pPr>
      <w:r>
        <w:t>تو یہاں ظاہر ہے کریٹر کی مرضی چلے گی۔ کریٹر کی جو پلان ہے، وہ چلے گا۔</w:t>
      </w:r>
    </w:p>
    <w:p>
      <w:r>
        <w:rPr>
          <w:b/>
        </w:rPr>
        <w:t xml:space="preserve">[31:30] </w:t>
      </w:r>
      <w:r>
        <w:t>main aap ko quran ki ek ayat yaad dilana chahta hoon jo mere liye clue bani in sab baton ko sochne ka.</w:t>
      </w:r>
    </w:p>
    <w:p>
      <w:pPr>
        <w:jc w:val="right"/>
      </w:pPr>
      <w:r>
        <w:t>میں آپ کو قرآن کی ایک آیت یاد دلانا چاہتا ہوں جو میرے لیے کلو بنی ان سب باتوں کو سوچنے کا۔</w:t>
      </w:r>
    </w:p>
    <w:p>
      <w:r>
        <w:rPr>
          <w:b/>
        </w:rPr>
        <w:t xml:space="preserve">[31:40] </w:t>
      </w:r>
      <w:r>
        <w:t>clue jis ne clue diya.</w:t>
      </w:r>
    </w:p>
    <w:p>
      <w:pPr>
        <w:jc w:val="right"/>
      </w:pPr>
      <w:r>
        <w:t>کلو جس نے کلو دیا۔</w:t>
      </w:r>
    </w:p>
    <w:p>
      <w:r>
        <w:rPr>
          <w:b/>
        </w:rPr>
        <w:t xml:space="preserve">[31:45] </w:t>
      </w:r>
      <w:r>
        <w:t>quran mein hai ke afahasibtum innama khalaqnakum abasa wa annakum ilaina la turjaun.</w:t>
      </w:r>
    </w:p>
    <w:p>
      <w:pPr>
        <w:jc w:val="right"/>
      </w:pPr>
      <w:r>
        <w:t>قرآن میں ہے کہ افحاسبتم انما خلقناک معوسا وانکم الینا لا ترجعون۔</w:t>
      </w:r>
    </w:p>
    <w:p>
      <w:r>
        <w:rPr>
          <w:b/>
        </w:rPr>
        <w:t xml:space="preserve">[31:58] </w:t>
      </w:r>
      <w:r>
        <w:t xml:space="preserve">kya tum samajhte ho ke hum ne tum ko abas paida kiya hai aur tum hamari taraf lotaye nahi jaoge? to do you think we have created you in vain? </w:t>
      </w:r>
    </w:p>
    <w:p>
      <w:pPr>
        <w:jc w:val="right"/>
      </w:pPr>
      <w:r>
        <w:t>کیا تم سمجھتے ہو کہ ہم نے تم کو عواس پیدا کیا ہے اور تم ہماری طرف لوٹائے نہیں جاؤ گے؟ تو ڈو یو تھنک وی ہیو کریٹڈ یو ان وین؟</w:t>
      </w:r>
    </w:p>
    <w:p>
      <w:r>
        <w:rPr>
          <w:b/>
        </w:rPr>
        <w:t xml:space="preserve">[32:15] </w:t>
      </w:r>
      <w:r>
        <w:t>do you think we have created you in vain? annakum ilaina la turjaun. tum hamari taraf lotaye nahi jaoge?</w:t>
      </w:r>
    </w:p>
    <w:p>
      <w:pPr>
        <w:jc w:val="right"/>
      </w:pPr>
      <w:r>
        <w:t>ڈو یو تھنک وی ہیو کریٹڈ یو ان وین؟ وانکم الینا لا ترجعون۔ تم ہماری طرف لوٹائے نہیں جاؤ گے؟</w:t>
      </w:r>
    </w:p>
    <w:p>
      <w:r>
        <w:rPr>
          <w:b/>
        </w:rPr>
        <w:t xml:space="preserve">[32:28] </w:t>
      </w:r>
      <w:r>
        <w:t>is par ghor karte hue meri samajh mein yeh baat aayi ke aadmi jo paida kiya gaya hai to yahin yahin mar kar khatam nahi hona, us ko creator ke paas jana hai.</w:t>
      </w:r>
    </w:p>
    <w:p>
      <w:pPr>
        <w:jc w:val="right"/>
      </w:pPr>
      <w:r>
        <w:t>اس پر غور کرتے ہوئے میری سمجھ میں یہ بات آئی کہ آدمی جو پیدا کیا گیا ہے تو یہیں یہیں مر کر ختم نہیں ہونا، اس کو کریٹر کے پاس جانا ہے۔</w:t>
      </w:r>
    </w:p>
    <w:p>
      <w:r>
        <w:rPr>
          <w:b/>
        </w:rPr>
        <w:t xml:space="preserve">[32:42] </w:t>
      </w:r>
      <w:r>
        <w:t>creator ke paas.</w:t>
      </w:r>
    </w:p>
    <w:p>
      <w:pPr>
        <w:jc w:val="right"/>
      </w:pPr>
      <w:r>
        <w:t>کریٹر کے پاس۔</w:t>
      </w:r>
    </w:p>
    <w:p>
      <w:r>
        <w:rPr>
          <w:b/>
        </w:rPr>
        <w:t xml:space="preserve">[32:51] </w:t>
      </w:r>
      <w:r>
        <w:t>yani main is is ayat ke mutabiq main kahunga yeh jo ayat hai ke man will certainly be brought to God for what?</w:t>
      </w:r>
    </w:p>
    <w:p>
      <w:pPr>
        <w:jc w:val="right"/>
      </w:pPr>
      <w:r>
        <w:t>یعنی میں اس اس آیت کے مطابق میں کہوں گا یہ جو آیت ہے کہ مین ول سرٹینلی بی براٹ ٹو گاڈ فار واٹ؟</w:t>
      </w:r>
    </w:p>
    <w:p>
      <w:r>
        <w:rPr>
          <w:b/>
        </w:rPr>
        <w:t xml:space="preserve">[33:02] </w:t>
      </w:r>
      <w:r>
        <w:t>for judgment. jo Allah ki taraf wapsi hai, kis liye wapsi hai? hisab ke liye. aap ka hisab liya jayega ke aap ne azadi ko kaise istemal kiya.</w:t>
      </w:r>
    </w:p>
    <w:p>
      <w:pPr>
        <w:jc w:val="right"/>
      </w:pPr>
      <w:r>
        <w:t>فار ججمنٹ۔ جو اللہ کی طرف واپسی ہے، کس لیے واپسی ہے؟ حساب کے لیے۔ آپ کا حساب لیا جائے گا کہ آپ نے آزادی کو کیسے استعمال کیا۔</w:t>
      </w:r>
    </w:p>
    <w:p>
      <w:r>
        <w:rPr>
          <w:b/>
        </w:rPr>
        <w:t xml:space="preserve">[33:15] </w:t>
      </w:r>
      <w:r>
        <w:t>aap ne Allah ko acknowledge kiya hai ya nahi acknowledge kiya?</w:t>
      </w:r>
    </w:p>
    <w:p>
      <w:pPr>
        <w:jc w:val="right"/>
      </w:pPr>
      <w:r>
        <w:t>آپ نے اللہ کو اکنالج کیا ہے یا نہیں اکنالج کیا؟</w:t>
      </w:r>
    </w:p>
    <w:p>
      <w:r>
        <w:rPr>
          <w:b/>
        </w:rPr>
        <w:t xml:space="preserve">[33:23] </w:t>
      </w:r>
      <w:r>
        <w:t>dunya mein aap ne Allah ke guidance ko follow kiya hai ya nahi kiya?</w:t>
      </w:r>
    </w:p>
    <w:p>
      <w:pPr>
        <w:jc w:val="right"/>
      </w:pPr>
      <w:r>
        <w:t>دنیا میں آپ نے اللہ کے گائیڈنس کو فالو کیا ہے یا نہیں کیا؟</w:t>
      </w:r>
    </w:p>
    <w:p>
      <w:r>
        <w:rPr>
          <w:b/>
        </w:rPr>
        <w:t xml:space="preserve">[33:31] </w:t>
      </w:r>
      <w:r>
        <w:t>to is ayat ka jo paigham hai wo ye hai ke man will certainly be</w:t>
      </w:r>
    </w:p>
    <w:p>
      <w:pPr>
        <w:jc w:val="right"/>
      </w:pPr>
      <w:r>
        <w:t>تو اس آیت کا جو پیغام ہے وہ یہ ہے کہ مین ول سرٹینلی بی</w:t>
      </w:r>
    </w:p>
    <w:p>
      <w:r>
        <w:rPr>
          <w:b/>
        </w:rPr>
        <w:t xml:space="preserve">[33:41] </w:t>
      </w:r>
      <w:r>
        <w:t>brought to God for judgment.</w:t>
      </w:r>
    </w:p>
    <w:p>
      <w:pPr>
        <w:jc w:val="right"/>
      </w:pPr>
      <w:r>
        <w:t>براٹ ٹو گاڈ فار ججمنٹ۔</w:t>
      </w:r>
    </w:p>
    <w:p>
      <w:r>
        <w:rPr>
          <w:b/>
        </w:rPr>
        <w:t xml:space="preserve">[33:46] </w:t>
      </w:r>
      <w:r>
        <w:t>insan lazman Allah ke samne pahunchna hai is ko taake Allah faisla de har ek ke bare mein</w:t>
      </w:r>
    </w:p>
    <w:p>
      <w:pPr>
        <w:jc w:val="right"/>
      </w:pPr>
      <w:r>
        <w:t>انسان لازماً اللہ کے سامنے پہنچنا ہے اس کو تاکہ اللہ فیصلہ دے ہر ایک کے بارے میں</w:t>
      </w:r>
    </w:p>
    <w:p>
      <w:r>
        <w:rPr>
          <w:b/>
        </w:rPr>
        <w:t xml:space="preserve">[34:00] </w:t>
      </w:r>
      <w:r>
        <w:t>ke ye healthy plant hai, is ko jannat mein nasb karo. ye healthy nahi hai, is ko phenk do pura kooda khane mein.</w:t>
      </w:r>
    </w:p>
    <w:p>
      <w:pPr>
        <w:jc w:val="right"/>
      </w:pPr>
      <w:r>
        <w:t>کہ یہ ہیلدی پلانٹ ہے، اس کو جنت میں نصب کرو۔ یہ ہیلدی نہیں ہے، اس کو پھینک دو پورا کوڑا خانے میں۔</w:t>
      </w:r>
    </w:p>
    <w:p>
      <w:r>
        <w:rPr>
          <w:b/>
        </w:rPr>
        <w:t xml:space="preserve">[34:20] </w:t>
      </w:r>
      <w:r>
        <w:t>to man will certainly be brought to God for judgment. ye maine daryaft kiya is ayat se par ghor kar ke.</w:t>
      </w:r>
    </w:p>
    <w:p>
      <w:pPr>
        <w:jc w:val="right"/>
      </w:pPr>
      <w:r>
        <w:t>تو مین ول سرٹینلی بی براٹ ٹو گاڈ فار ججمنٹ۔ یہ میں نے دریافت کیا اس آیت سے پر غور کر کے۔</w:t>
      </w:r>
    </w:p>
    <w:p>
      <w:r>
        <w:rPr>
          <w:b/>
        </w:rPr>
        <w:t xml:space="preserve">[34:37] </w:t>
      </w:r>
      <w:r>
        <w:t>to is par sochte sochte sari baatein unfold hoti chali gayeen.</w:t>
      </w:r>
    </w:p>
    <w:p>
      <w:pPr>
        <w:jc w:val="right"/>
      </w:pPr>
      <w:r>
        <w:t>تو اس پر سوچتے سوچتے ساری باتیں انفولڈ ہوتی چلی گئیں۔</w:t>
      </w:r>
    </w:p>
    <w:p>
      <w:r>
        <w:rPr>
          <w:b/>
        </w:rPr>
        <w:t xml:space="preserve">[34:44] </w:t>
      </w:r>
      <w:r>
        <w:t>paida kyun kiya hai? Allah ke samne hazir kyun hona hai?</w:t>
      </w:r>
    </w:p>
    <w:p>
      <w:pPr>
        <w:jc w:val="right"/>
      </w:pPr>
      <w:r>
        <w:t>پیدا کیوں کیا ہے؟ اللہ کے سامنے حاضر کیوں ہونا ہے؟</w:t>
      </w:r>
    </w:p>
    <w:p>
      <w:r>
        <w:rPr>
          <w:b/>
        </w:rPr>
        <w:t xml:space="preserve">[34:50] </w:t>
      </w:r>
      <w:r>
        <w:t>in sab baaton ko sochte sochte ke ye tamam haqiqatein unfold huin aur ye meri samajh mein ye baat aayi.</w:t>
      </w:r>
    </w:p>
    <w:p>
      <w:pPr>
        <w:jc w:val="right"/>
      </w:pPr>
      <w:r>
        <w:t>ان سب باتوں کو سوچتے سوچتے کہ یہ تمام حقیقتیں انفولڈ ہوئیں اور یہ میری سمجھ میں یہ بات آئی۔</w:t>
      </w:r>
    </w:p>
    <w:p>
      <w:r>
        <w:rPr>
          <w:b/>
        </w:rPr>
        <w:t xml:space="preserve">[35:02] </w:t>
      </w:r>
      <w:r>
        <w:t>to bar bar main jo discovery ka ki baat karta hoon, is se pehle bhi karta raha hoon.</w:t>
      </w:r>
    </w:p>
    <w:p>
      <w:pPr>
        <w:jc w:val="right"/>
      </w:pPr>
      <w:r>
        <w:t>تو بار بار میں جو ڈسکوری کا کی بات کرتا ہوں، اس سے پہلے بھی کرتا رہا ہوں۔</w:t>
      </w:r>
    </w:p>
    <w:p>
      <w:r>
        <w:rPr>
          <w:b/>
        </w:rPr>
        <w:t xml:space="preserve">[35:09] </w:t>
      </w:r>
      <w:r>
        <w:t>is liye ke discovery hi se aap ke andar zabardast motivation aata hai, zabardast incentive jaagta hai, zabardast spirit paida hoti hai, brainstorming hoti hai.</w:t>
      </w:r>
    </w:p>
    <w:p>
      <w:pPr>
        <w:jc w:val="right"/>
      </w:pPr>
      <w:r>
        <w:t>اس لیے کہ ڈسکوری ہی سے آپ کے اندر زبردست موٹیویشن آتا ہے، زبردست انسینٹیو جاگتا ہے، زبردست اسپرٹ پیدا ہوتی ہے، برین اسٹارمنگ ہوتی ہے۔</w:t>
      </w:r>
    </w:p>
    <w:p>
      <w:r>
        <w:rPr>
          <w:b/>
        </w:rPr>
        <w:t xml:space="preserve">[35:22] </w:t>
      </w:r>
      <w:r>
        <w:t>aur jab tak ye sab kuch na ho, aap kuch kar nahi sakte. normal tareeqe se aap dar rahe hain, agar to aap kuch kar nahi payenge. aap kehte hain ke ek revolution aana chahiye, revolution, spiritual revolution,</w:t>
      </w:r>
    </w:p>
    <w:p>
      <w:pPr>
        <w:jc w:val="right"/>
      </w:pPr>
      <w:r>
        <w:t>اور جب تک یہ سب کچھ نہ ہو، آپ کچھ کر نہیں سکتے۔ نارمل طریقے سے آپ ڈر رہے ہیں، اگر تو آپ کچھ کر نہیں پائیں گے۔ آپ کہتے ہیں کہ ایک ریولوشن آنا چاہیے، ریولوشن، اسپریچول ریولوشن،</w:t>
      </w:r>
    </w:p>
    <w:p>
      <w:r>
        <w:rPr>
          <w:b/>
        </w:rPr>
        <w:t xml:space="preserve">[35:36] </w:t>
      </w:r>
      <w:r>
        <w:t>inner revolution.</w:t>
      </w:r>
    </w:p>
    <w:p>
      <w:pPr>
        <w:jc w:val="right"/>
      </w:pPr>
      <w:r>
        <w:t>انر ریولوشن۔</w:t>
      </w:r>
    </w:p>
    <w:p>
      <w:r>
        <w:rPr>
          <w:b/>
        </w:rPr>
        <w:t xml:space="preserve">[35:38] </w:t>
      </w:r>
      <w:r>
        <w:t>kab aap kuch kar pate hain?</w:t>
      </w:r>
    </w:p>
    <w:p>
      <w:pPr>
        <w:jc w:val="right"/>
      </w:pPr>
      <w:r>
        <w:t>کب آپ کچھ کر پاتے ہیں؟</w:t>
      </w:r>
    </w:p>
    <w:p>
      <w:r>
        <w:rPr>
          <w:b/>
        </w:rPr>
        <w:t xml:space="preserve">[35:46] </w:t>
      </w:r>
      <w:r>
        <w:t>to wo nazar paida kijiye jo cheezon ko discover kare, rediscover kare, rediscover kare. jaani hui baaton ko abhi phir se jaane hain.</w:t>
      </w:r>
    </w:p>
    <w:p>
      <w:pPr>
        <w:jc w:val="right"/>
      </w:pPr>
      <w:r>
        <w:t>تو وہ نظر پیدا کیجئے جو چیزوں کو ڈسکور کرے، ری ڈسکور کرے، ری ڈسکور کرے۔ جانی ہوئی باتوں کو ابھی پھر سے جانے ہیں۔</w:t>
      </w:r>
    </w:p>
    <w:p>
      <w:r>
        <w:rPr>
          <w:b/>
        </w:rPr>
        <w:t xml:space="preserve">[35:59] </w:t>
      </w:r>
      <w:r>
        <w:t>jaani hui baaton ko abhi phir se jaane hain.</w:t>
      </w:r>
    </w:p>
    <w:p>
      <w:pPr>
        <w:jc w:val="right"/>
      </w:pPr>
      <w:r>
        <w:t>جانی ہوئی باتوں کو ابھی پھر سے جانے ہیں۔</w:t>
      </w:r>
    </w:p>
    <w:p>
      <w:r>
        <w:rPr>
          <w:b/>
        </w:rPr>
        <w:t xml:space="preserve">[36:07] </w:t>
      </w:r>
      <w:r>
        <w:t>tab aap ke andar kya hoga? aap ke andar jo potential hai, wo unfold hoga. Allah taala ne har insan ke andar is ke nature mein har cheez rakh diya hai.</w:t>
      </w:r>
    </w:p>
    <w:p>
      <w:pPr>
        <w:jc w:val="right"/>
      </w:pPr>
      <w:r>
        <w:t>تب آپ کے اندر کیا ہوگا؟ آپ کے اندر جو پوٹینشل ہے، وہ انفولڈ ہوگا۔ اللہ تعالی نے ہر انسان کے اندر اس کے نیچر میں ہر چیز رکھ دیا ہے۔</w:t>
      </w:r>
    </w:p>
    <w:p>
      <w:r>
        <w:rPr>
          <w:b/>
        </w:rPr>
        <w:t xml:space="preserve">[36:19] </w:t>
      </w:r>
      <w:r>
        <w:t>allama adama al asma kulaha. Quran mein hai ke allama adama al asma kulaha. yaani sari baatein insan ke andar bhar di gayi hain.</w:t>
      </w:r>
    </w:p>
    <w:p>
      <w:pPr>
        <w:jc w:val="right"/>
      </w:pPr>
      <w:r>
        <w:t>علما آدم الاسماء کلہا۔ قرآن میں ہے کہ علما آدم الاسماء کلہا۔ یعنی ساری باتیں انسان کے اندر بھر دی گئی ہیں۔</w:t>
      </w:r>
    </w:p>
    <w:p>
      <w:r>
        <w:rPr>
          <w:b/>
        </w:rPr>
        <w:t xml:space="preserve">[36:29] </w:t>
      </w:r>
      <w:r>
        <w:t>ye ye mind jo hai, mind capacity unlimited hai, unlimited. yaani sare universe ka jo knowledge hai, wo</w:t>
      </w:r>
    </w:p>
    <w:p>
      <w:pPr>
        <w:jc w:val="right"/>
      </w:pPr>
      <w:r>
        <w:t>یہ یہ مائنڈ جو ہے، مائنڈ کیپیسٹی ان لمیٹڈ ہے، ان لمیٹڈ۔ یعنی سارے یونیورس کا جو نالج ہے، وہ</w:t>
      </w:r>
    </w:p>
    <w:p>
      <w:r>
        <w:rPr>
          <w:b/>
        </w:rPr>
        <w:t xml:space="preserve">[36:41] </w:t>
      </w:r>
      <w:r>
        <w:t>sab aap ke mind mein bhara hua hai.</w:t>
      </w:r>
    </w:p>
    <w:p>
      <w:pPr>
        <w:jc w:val="right"/>
      </w:pPr>
      <w:r>
        <w:t>سب آپ کے مائنڈ میں بھرا ہوا ہے۔</w:t>
      </w:r>
    </w:p>
    <w:p>
      <w:r>
        <w:rPr>
          <w:b/>
        </w:rPr>
        <w:t xml:space="preserve">[36:45] </w:t>
      </w:r>
      <w:r>
        <w:t>magar wo potential ke roop mein hai.</w:t>
      </w:r>
    </w:p>
    <w:p>
      <w:pPr>
        <w:jc w:val="right"/>
      </w:pPr>
      <w:r>
        <w:t>مگر وہ پوٹینشل کے روپ میں ہے۔</w:t>
      </w:r>
    </w:p>
    <w:p>
      <w:r>
        <w:rPr>
          <w:b/>
        </w:rPr>
        <w:t xml:space="preserve">[36:54] </w:t>
      </w:r>
      <w:r>
        <w:t>is potential ko, is potential ko actual banana ye aap ka kaam hai.</w:t>
      </w:r>
    </w:p>
    <w:p>
      <w:pPr>
        <w:jc w:val="right"/>
      </w:pPr>
      <w:r>
        <w:t>اس پوٹینشل کو، اس پوٹینشل کو ایکچول بنانا یہ آپ کا کام ہے۔</w:t>
      </w:r>
    </w:p>
    <w:p>
      <w:r>
        <w:rPr>
          <w:b/>
        </w:rPr>
        <w:t xml:space="preserve">[37:01] </w:t>
      </w:r>
      <w:r>
        <w:t>is ko unfold karna ye aap ka kaam hai. aur unfold jo hoti hai, unfolding jo hoti hai, wo through discovery hoti hai. through discovery.</w:t>
      </w:r>
    </w:p>
    <w:p>
      <w:pPr>
        <w:jc w:val="right"/>
      </w:pPr>
      <w:r>
        <w:t>اس کو انفولڈ کرنا یہ آپ کا کام ہے۔ اور انفولڈ جو ہوتی ہے، انفولڈنگ جو ہوتی ہے، وہ تھرو ڈسکوری ہوتی ہے۔ تھرو ڈسکوری۔</w:t>
      </w:r>
    </w:p>
    <w:p>
      <w:r>
        <w:rPr>
          <w:b/>
        </w:rPr>
        <w:t xml:space="preserve">[37:12] </w:t>
      </w:r>
      <w:r>
        <w:t>aap sochiye ke jab mujhe yeh cheez mein samajh mein aayi ke glass ulta hua to sara pani gir gaya. to samandar to ulta hua hai, iska pani kyun nahi gir jata?</w:t>
      </w:r>
    </w:p>
    <w:p>
      <w:pPr>
        <w:jc w:val="right"/>
      </w:pPr>
      <w:r>
        <w:t>آپ سوچیے کہ جب مجھے یہ چیز میں سمجھ میں آئی کہ گلاس الٹ گیا تو سارا پانی گر گیا۔ تو سمندر تو الٹا ہوا ہے، اس کا پانی کیوں نہیں گر جاتا؟</w:t>
      </w:r>
    </w:p>
    <w:p>
      <w:r>
        <w:rPr>
          <w:b/>
        </w:rPr>
        <w:t xml:space="preserve">[37:25] </w:t>
      </w:r>
      <w:r>
        <w:t>to ek ajib qism ka mere andar iman jaaga</w:t>
      </w:r>
    </w:p>
    <w:p>
      <w:pPr>
        <w:jc w:val="right"/>
      </w:pPr>
      <w:r>
        <w:t>تو ایک عجیب قسم کا میرے اندر ایمان جاگا</w:t>
      </w:r>
    </w:p>
    <w:p>
      <w:r>
        <w:rPr>
          <w:b/>
        </w:rPr>
        <w:t xml:space="preserve">[37:32] </w:t>
      </w:r>
      <w:r>
        <w:t>ke agar yeh jo baat is glass ke sath hui, wahi samundaron ke sath ho, phir to hum pyase mar jayen ge.</w:t>
      </w:r>
    </w:p>
    <w:p>
      <w:pPr>
        <w:jc w:val="right"/>
      </w:pPr>
      <w:r>
        <w:t>کہ اگر یہ جو بات اس گلاس کے ساتھ ہوئی، وہی سمندروں کے ساتھ ہو، پھر تو ہم پیاسے مر جائیں گے۔</w:t>
      </w:r>
    </w:p>
    <w:p>
      <w:r>
        <w:rPr>
          <w:b/>
        </w:rPr>
        <w:t xml:space="preserve">[37:43] </w:t>
      </w:r>
      <w:r>
        <w:t>aur pani ke baghair aap jante hain, kuch bhi nahi ho sakta.</w:t>
      </w:r>
    </w:p>
    <w:p>
      <w:pPr>
        <w:jc w:val="right"/>
      </w:pPr>
      <w:r>
        <w:t>اور پانی کے بغیر آپ جانتے ہیں، کچھ بھی نہیں ہو سکتا۔</w:t>
      </w:r>
    </w:p>
    <w:p>
      <w:r>
        <w:rPr>
          <w:b/>
        </w:rPr>
        <w:t xml:space="preserve">[37:52] </w:t>
      </w:r>
      <w:r>
        <w:t>subah aisa hua ke mere hath mein koi cheez lag gayi thi, koi gum ya koi gond. to maine kaghaz se poocha to woh saaf nahi ho rahi thi.</w:t>
      </w:r>
    </w:p>
    <w:p>
      <w:pPr>
        <w:jc w:val="right"/>
      </w:pPr>
      <w:r>
        <w:t>صبح ایسا ہوا کہ میرے ہاتھ میں کوئی چیز لگ گئی تھی، کوئی گم یا کوئی گوند۔ تو میں نے کاغذ سے پوچھا تو وہ صاف نہیں ہو رہی تھی۔</w:t>
      </w:r>
    </w:p>
    <w:p>
      <w:r>
        <w:rPr>
          <w:b/>
        </w:rPr>
        <w:t xml:space="preserve">[38:04] </w:t>
      </w:r>
      <w:r>
        <w:t>kapre se poocha, phir bhi saaf nahi hui. phir ja ke pani se dhoya, tab saaf hui. to pani se, pani ke baghair zindagi mumkin nahi.</w:t>
      </w:r>
    </w:p>
    <w:p>
      <w:pPr>
        <w:jc w:val="right"/>
      </w:pPr>
      <w:r>
        <w:t>کپڑے سے پوچھا، پھر بھی صاف نہیں ہوئی۔ پھر جا کے پانی سے دھویا، تب صاف ہوئی۔ تو پانی سے، پانی کے بغیر زندگی ممکن نہیں۔</w:t>
      </w:r>
    </w:p>
    <w:p>
      <w:r>
        <w:rPr>
          <w:b/>
        </w:rPr>
        <w:t xml:space="preserve">[38:16] </w:t>
      </w:r>
      <w:r>
        <w:t>sirf pani se, sirf pyas nahi bujhti. sare kaam pani se</w:t>
      </w:r>
    </w:p>
    <w:p>
      <w:pPr>
        <w:jc w:val="right"/>
      </w:pPr>
      <w:r>
        <w:t>صرف پانی سے، صرف پیاس نہیں بجھتی۔ سارے کام پانی سے</w:t>
      </w:r>
    </w:p>
    <w:p>
      <w:r>
        <w:rPr>
          <w:b/>
        </w:rPr>
        <w:t xml:space="preserve">[38:20] </w:t>
      </w:r>
      <w:r>
        <w:t>hote hain. aap ka wajood jo hai, yeh abhi 80 fisad pani hai.</w:t>
      </w:r>
    </w:p>
    <w:p>
      <w:pPr>
        <w:jc w:val="right"/>
      </w:pPr>
      <w:r>
        <w:t>ہوتے ہیں۔ آپ کا وجود جو ہے، یہ ابھی 80 فیصد پانی ہے۔</w:t>
      </w:r>
    </w:p>
    <w:p>
      <w:r>
        <w:rPr>
          <w:b/>
        </w:rPr>
        <w:t xml:space="preserve">[38:26] </w:t>
      </w:r>
      <w:r>
        <w:t>aap ka wajood 80 fisad pani hai. pani se drakht ugte hain, pani se ghalla paida hota hai. sara kaam pani se hota hai.</w:t>
      </w:r>
    </w:p>
    <w:p>
      <w:pPr>
        <w:jc w:val="right"/>
      </w:pPr>
      <w:r>
        <w:t>آپ کا وجود 80 فیصد پانی ہے۔ پانی سے درخت اگتے ہیں، پانی سے غلہ پیدا ہوتا ہے۔ سارا کام پانی سے ہوتا ہے۔</w:t>
      </w:r>
    </w:p>
    <w:p>
      <w:r>
        <w:rPr>
          <w:b/>
        </w:rPr>
        <w:t xml:space="preserve">[38:36] </w:t>
      </w:r>
      <w:r>
        <w:t>isi liye Allah taala ne pani bohat hi abundantly paida kiya hai. yani zameen ke char hisson mein se teen hissa samandar hai, itna sa, itna sa pani.</w:t>
      </w:r>
    </w:p>
    <w:p>
      <w:pPr>
        <w:jc w:val="right"/>
      </w:pPr>
      <w:r>
        <w:t>اسی لیے اللہ تعالی نے پانی بہت ہی ابینڈنٹلی پیدا کیا ہے۔ یعنی زمین کے چار حصوں میں سے تین حصہ سمندر ہے، اتنا سا، اتنا سا پانی۔</w:t>
      </w:r>
    </w:p>
    <w:p>
      <w:r>
        <w:rPr>
          <w:b/>
        </w:rPr>
        <w:t xml:space="preserve">[38:49] </w:t>
      </w:r>
      <w:r>
        <w:t>lekin jis tarah se glass ko ulatne se pani gir gaya, to samandar to ulta hua hai. to woh sara pani gir jaye is ke aur space mein phail jaye to kya ho?</w:t>
      </w:r>
    </w:p>
    <w:p>
      <w:pPr>
        <w:jc w:val="right"/>
      </w:pPr>
      <w:r>
        <w:t>لیکن جس طرح سے گلاس کو الٹنے سے پانی گر گیا، تو سمندر تو الٹا ہوا ہے۔ تو وہ سارا پانی گر جائے اس کے اور اسپیس میں پھیل جائے تو کیا ہو؟</w:t>
      </w:r>
    </w:p>
    <w:p>
      <w:r>
        <w:rPr>
          <w:b/>
        </w:rPr>
        <w:t xml:space="preserve">[39:03] </w:t>
      </w:r>
      <w:r>
        <w:t>phir to hum aisa ho gaya ke machhli ko aap ne kabhi dekha hoga pani ke bahir to kaisa tadapti hai woh. tadapta hai, tadapta hai, mar jati hai.</w:t>
      </w:r>
    </w:p>
    <w:p>
      <w:pPr>
        <w:jc w:val="right"/>
      </w:pPr>
      <w:r>
        <w:t>پھر تو ہم ایسا ہو گیا کہ مچھلی کو آپ نے کبھی دیکھا ہوگا پانی کے باہر تو کیسا تڑپتی ہے وہ۔ تڑپتا ہے، تڑپتا ہے، مر جاتی ہے۔</w:t>
      </w:r>
    </w:p>
    <w:p>
      <w:r>
        <w:rPr>
          <w:b/>
        </w:rPr>
        <w:t xml:space="preserve">[39:14] </w:t>
      </w:r>
      <w:r>
        <w:t>maine yeh manzar dekha hai machhli ke bahir, pani ke bahir machhli kis kis tarah tadapti hai.</w:t>
      </w:r>
    </w:p>
    <w:p>
      <w:pPr>
        <w:jc w:val="right"/>
      </w:pPr>
      <w:r>
        <w:t>میں نے یہ منظر دیکھا ہے مچھلی کے باہر، پانی کے باہر مچھلی کس کس طرح تڑپتی ہے۔</w:t>
      </w:r>
    </w:p>
    <w:p>
      <w:r>
        <w:rPr>
          <w:b/>
        </w:rPr>
        <w:t xml:space="preserve">[39:24] </w:t>
      </w:r>
      <w:r>
        <w:t>to pani ke bahir insan tadpe. to jis tarah machhli ka habitat pani hai, hawa habitat jannat hai.</w:t>
      </w:r>
    </w:p>
    <w:p>
      <w:pPr>
        <w:jc w:val="right"/>
      </w:pPr>
      <w:r>
        <w:t>تو پانی کے باہر انسان تڑپے۔ تو جس طرح مچھلی کا ہیبیٹڈ پانی ہے، ہوا ہیبیٹڈ جنت ہے۔</w:t>
      </w:r>
    </w:p>
    <w:p>
      <w:r>
        <w:rPr>
          <w:b/>
        </w:rPr>
        <w:t xml:space="preserve">[39:36] </w:t>
      </w:r>
      <w:r>
        <w:t>yaad rakhiye, machhli ka habitat pani hai. pani ke baghair zinda nahi reh sakti woh.</w:t>
      </w:r>
    </w:p>
    <w:p>
      <w:pPr>
        <w:jc w:val="right"/>
      </w:pPr>
      <w:r>
        <w:t>یاد رکھیے، مچھلی کا ہیبیٹڈ پانی ہے۔ پانی کے بغیر زندہ نہیں رہ سکتی وہ۔</w:t>
      </w:r>
    </w:p>
    <w:p>
      <w:r>
        <w:rPr>
          <w:b/>
        </w:rPr>
        <w:t xml:space="preserve">[39:44] </w:t>
      </w:r>
      <w:r>
        <w:t>hum bahir reh sakte hain kyun ke hum, hamara jo system hai, hum hawa se oxygen lete hain. hamara jo system hai, hum hawa se oxygen lete hain.</w:t>
      </w:r>
    </w:p>
    <w:p>
      <w:pPr>
        <w:jc w:val="right"/>
      </w:pPr>
      <w:r>
        <w:t>ہم باہر رہ سکتے ہیں کیونکہ ہم، ہمارا جو سسٹم ہے، ہم ہوا سے اکسیجن لیتے ہیں۔ ہمارا جو سسٹم ہے، ہم ہوا سے اکسیجن لیتے ہیں۔</w:t>
      </w:r>
    </w:p>
    <w:p>
      <w:r>
        <w:rPr>
          <w:b/>
        </w:rPr>
        <w:t xml:space="preserve">[39:55] </w:t>
      </w:r>
      <w:r>
        <w:t>lekin machhli hawa se oxygen nahi le sakti. is ke phephre doosre dhak gaye hain. machhli pani se oxygen leti hai. zinda rehne ke liye mujhe bhi zarorat hai oxygen ki, us ko bhi zarorat hai.</w:t>
      </w:r>
    </w:p>
    <w:p>
      <w:pPr>
        <w:jc w:val="right"/>
      </w:pPr>
      <w:r>
        <w:t>لیکن مچھلی ہوا سے اکسیجن نہیں لے سکتی۔ اس کے پھیپھڑے دوسرے ڈھک گئے ہیں۔ مچھلی پانی سے اکسیجن لیتی ہے۔ زندہ رہنے کے لیے مجھے بھی ضرورت ہے اکسیجن کی، اس کو بھی ضرورت ہے۔</w:t>
      </w:r>
    </w:p>
    <w:p>
      <w:r>
        <w:rPr>
          <w:b/>
        </w:rPr>
        <w:t xml:space="preserve">[40:14] </w:t>
      </w:r>
      <w:r>
        <w:t>lekin woh leti hai pani se, main leta hoon hawa se. to pani jo hai, machhli ka habitat hai.</w:t>
      </w:r>
    </w:p>
    <w:p>
      <w:pPr>
        <w:jc w:val="right"/>
      </w:pPr>
      <w:r>
        <w:t>لیکن وہ لیتی ہے پانی سے، میں لیتا ہوں ہوا سے۔ تو پانی جو ہے، مچھلی کا ہیبیٹڈ ہے۔</w:t>
      </w:r>
    </w:p>
    <w:p>
      <w:r>
        <w:rPr>
          <w:b/>
        </w:rPr>
        <w:t xml:space="preserve">[40:25] </w:t>
      </w:r>
      <w:r>
        <w:t>lekin mera habitat yeh nahi hai, mera habitat jannat hai. isi liye hum tadapte hain. aap dekhen, kisi ko cheez milta hai.</w:t>
      </w:r>
    </w:p>
    <w:p>
      <w:pPr>
        <w:jc w:val="right"/>
      </w:pPr>
      <w:r>
        <w:t>لیکن میرا ہیبیٹڈ یہ نہیں ہے، میرا ہیبیٹڈ جنت ہے۔ اسی لیے ہم تڑپتے ہیں۔ آپ دیکھیں، کسی کو چیز ملتا ہے۔</w:t>
      </w:r>
    </w:p>
    <w:p>
      <w:r>
        <w:rPr>
          <w:b/>
        </w:rPr>
        <w:t xml:space="preserve">[40:36] </w:t>
      </w:r>
      <w:r>
        <w:t>koi bhi shakhs chahe is ke pas paisa ho, is ke pas political power ho, is ke pas kuch bhi ho, lekin andar seed hota hai woh.</w:t>
      </w:r>
    </w:p>
    <w:p>
      <w:pPr>
        <w:jc w:val="right"/>
      </w:pPr>
      <w:r>
        <w:t>کوئی بھی شخص چاہے اس کے پاس پیسہ ہو، اس کے پاس پولیٹیکل پاور ہو، اس کے پاس کچھ بھی ہو، لیکن اندر سیڈ ہوتا ہے وہ۔</w:t>
      </w:r>
    </w:p>
    <w:p>
      <w:r>
        <w:rPr>
          <w:b/>
        </w:rPr>
        <w:t xml:space="preserve">[40:44] </w:t>
      </w:r>
      <w:r>
        <w:t>koi aadmi aisa nahi hai duniya mein jo jis ko tension na ho, jis ko yani frustration na ho, jo andar se seed na ho.</w:t>
      </w:r>
    </w:p>
    <w:p>
      <w:pPr>
        <w:jc w:val="right"/>
      </w:pPr>
      <w:r>
        <w:t>کوئی آدمی ایسا نہیں ہے دنیا میں جو جس کو ٹینشن نہ ہو، جس کو یعنی فرسٹریشن نہ ہو، جو اندر سے سیڈ نہ ہو۔</w:t>
      </w:r>
    </w:p>
    <w:p>
      <w:r>
        <w:rPr>
          <w:b/>
        </w:rPr>
        <w:t xml:space="preserve">[40:56] </w:t>
      </w:r>
      <w:r>
        <w:t>koi aisa insan ek bhi nahi hai jo so called VIPs hain, un ka bhi haal yahi hai. kyun?</w:t>
      </w:r>
    </w:p>
    <w:p>
      <w:pPr>
        <w:jc w:val="right"/>
      </w:pPr>
      <w:r>
        <w:t>کوئی ایسا انسان ایک بھی نہیں ہے جو سو کالڈ وی آئی پیز ہیں، ان کا بھی حال یہی ہے۔ کیوں؟</w:t>
      </w:r>
    </w:p>
    <w:p>
      <w:r>
        <w:rPr>
          <w:b/>
        </w:rPr>
        <w:t xml:space="preserve">[41:06] </w:t>
      </w:r>
      <w:r>
        <w:t>is ki wajah yeh hai ke woh is waqt machhli ki tarah se desert mein pari hui hai,</w:t>
      </w:r>
    </w:p>
    <w:p>
      <w:pPr>
        <w:jc w:val="right"/>
      </w:pPr>
      <w:r>
        <w:t>اس کی وجہ یہ ہے کہ وہ اس وقت مچھلی کی طرح سے ڈیزرٹ میں پڑی ہوئی ہے،</w:t>
      </w:r>
    </w:p>
    <w:p>
      <w:r>
        <w:rPr>
          <w:b/>
        </w:rPr>
        <w:t xml:space="preserve">[41:12] </w:t>
      </w:r>
      <w:r>
        <w:t>apne habitat se door. hum aap apne habitat se door hain. hamara habitat jo hai, woh woh paradise hai.</w:t>
      </w:r>
    </w:p>
    <w:p>
      <w:pPr>
        <w:jc w:val="right"/>
      </w:pPr>
      <w:r>
        <w:t>اپنے ہیبیٹڈ سے دور۔ ہم آپ اپنے ہیبیٹڈ سے دور ہیں۔ ہمارا ہیبیٹڈ جو ہے، وہ وہ پیراڈائز ہے۔</w:t>
      </w:r>
    </w:p>
    <w:p>
      <w:r>
        <w:rPr>
          <w:b/>
        </w:rPr>
        <w:t xml:space="preserve">[41:27] </w:t>
      </w:r>
      <w:r>
        <w:t>paradise ke siwa kahin bhi aap ko sukoon nahi mil sakta. Quran mein hai ke "ali bi dhikrillah tatma'innul quloob".</w:t>
      </w:r>
    </w:p>
    <w:p>
      <w:pPr>
        <w:jc w:val="right"/>
      </w:pPr>
      <w:r>
        <w:t>پیراڈائز کے سوا کہیں بھی آپ کو سکون نہیں مل سکتا۔ قرآن میں ہے کہ "علی بذکر اللہ تطمئن القلوب"۔</w:t>
      </w:r>
    </w:p>
    <w:p>
      <w:r>
        <w:rPr>
          <w:b/>
        </w:rPr>
        <w:t xml:space="preserve">[41:36] </w:t>
      </w:r>
      <w:r>
        <w:t>is ka tarjuma to yeh hai, is ka transition ke sun lo ke sirf Allah ki yaad se dilo ko itminan hota hai.</w:t>
      </w:r>
    </w:p>
    <w:p>
      <w:pPr>
        <w:jc w:val="right"/>
      </w:pPr>
      <w:r>
        <w:t>اس کا ترجمہ تو یہ ہے، اس کا ٹرانزیشن کہ سن لو کہ صرف اللہ کی یاد سے دلوں کو اطمینان ہوتا ہے۔</w:t>
      </w:r>
    </w:p>
    <w:p>
      <w:r>
        <w:rPr>
          <w:b/>
        </w:rPr>
        <w:t xml:space="preserve">[41:46] </w:t>
      </w:r>
      <w:r>
        <w:t>to be khabar log keh sakte hain ke "Allah Allah Allah Allah Allah Allah karo to itminan ho jaye".</w:t>
      </w:r>
    </w:p>
    <w:p>
      <w:pPr>
        <w:jc w:val="right"/>
      </w:pPr>
      <w:r>
        <w:t>تو بے خبر لوگ کہہ سکتے ہیں کہ "اللہ اللہ اللہ اللہ اللہ اللہ کرو تو اطمینان ہو جائے"۔ یہ بالکل اریلیونٹ، اریلیونٹ بات ہے۔ نہیں، اللہ کی جو اس کی وہاں تھنگز ہیں،</w:t>
      </w:r>
    </w:p>
    <w:p>
      <w:r>
        <w:rPr>
          <w:b/>
        </w:rPr>
        <w:t xml:space="preserve">[42:00] </w:t>
      </w:r>
      <w:r>
        <w:t>Allah ka jo creation plan hai, us ko jano aur us ke mutabiq apna aap banao, tab tum ko peace milega. Yeh matlab hai is ka.</w:t>
      </w:r>
    </w:p>
    <w:p>
      <w:pPr>
        <w:jc w:val="right"/>
      </w:pPr>
      <w:r>
        <w:t>اللہ کا جو کریشن پلان ہے، اس کو جانو اور اس کے مطابق اپنا آپ بناؤ، تب تم کو پیس ملے گا۔ یہ مطلب ہے اس کا۔</w:t>
      </w:r>
    </w:p>
    <w:p>
      <w:r>
        <w:rPr>
          <w:b/>
        </w:rPr>
        <w:t xml:space="preserve">[42:11] </w:t>
      </w:r>
      <w:r>
        <w:t>to Allah ka jo creation plan hai, woh yeh hai ke dunya ko banaya Allah taala ne bator nursery aur hamara habitat jo hai, woh woh jannat hai.</w:t>
      </w:r>
    </w:p>
    <w:p>
      <w:pPr>
        <w:jc w:val="right"/>
      </w:pPr>
      <w:r>
        <w:t>تو اللہ کا جو کریشن پلان ہے، وہ یہ ہے کہ دنیا کو بنایا اللہ تعالی نے بطور نرسری اور ہمارا ہیبیٹڈ جو ہے، وہ وہ جنت ہے۔</w:t>
      </w:r>
    </w:p>
    <w:p>
      <w:r>
        <w:rPr>
          <w:b/>
        </w:rPr>
        <w:t xml:space="preserve">[42:21] </w:t>
      </w:r>
      <w:r>
        <w:t>to jab hum wahan pohnchenge, tabhi aap ko sukoon milega. Yahan to aap ne koi prepare karna hai,</w:t>
      </w:r>
    </w:p>
    <w:p>
      <w:pPr>
        <w:jc w:val="right"/>
      </w:pPr>
      <w:r>
        <w:t>تو جب ہم وہاں پہنچیں گے، تبھی آپ کو سکون ملے گا۔ یہاں تو آپ نے کوئی پریپیئر کرنا ہے،</w:t>
      </w:r>
    </w:p>
    <w:p>
      <w:r>
        <w:rPr>
          <w:b/>
        </w:rPr>
        <w:t xml:space="preserve">[42:27] </w:t>
      </w:r>
      <w:r>
        <w:t>apne ko jannat ka deserving candidate banana hai. Yaad rakhiye, is yeh jo nursery hai jis ko mein keh raha hoon, present world, yeh jo planet Earth, yahan par aap chahen ke aap apna habitat bana len to impossible hai.</w:t>
      </w:r>
    </w:p>
    <w:p>
      <w:pPr>
        <w:jc w:val="right"/>
      </w:pPr>
      <w:r>
        <w:t>اپنے کو جنت کا ڈیزرونگ کینڈیڈیٹ بنانا ہے۔ یاد رکھیے، اس یہ جو نرسری ہے جس کو میں کہہ رہا ہوں، پریزنٹ ورلڈ، یہ جو پلینٹ ارتھ، یہاں پر آپ چاہیں کہ آپ اپنا ہیبیٹڈ بنا لیں تو امپوسیبل ہے۔</w:t>
      </w:r>
    </w:p>
    <w:p>
      <w:r>
        <w:rPr>
          <w:b/>
        </w:rPr>
        <w:t xml:space="preserve">[42:46] </w:t>
      </w:r>
      <w:r>
        <w:t>aap chahen ke yahan par aap ko total peace mil jaye to impossible hai. Har giz nahi mil sakti, kisi ko nahi milegi.</w:t>
      </w:r>
    </w:p>
    <w:p>
      <w:pPr>
        <w:jc w:val="right"/>
      </w:pPr>
      <w:r>
        <w:t>آپ چاہیں کہ یہاں پر آپ کو ٹوٹل پیس مل جائے تو امپوسیبل ہے۔ ہرگز نہیں مل سکتی، کسی کو نہیں ملے گی۔</w:t>
      </w:r>
    </w:p>
    <w:p>
      <w:r>
        <w:rPr>
          <w:b/>
        </w:rPr>
        <w:t xml:space="preserve">[42:55] </w:t>
      </w:r>
      <w:r>
        <w:t>woh to aap ke habitat mein milegi. Jaise aap machhli ko pani se nikalein to us ko aap palace rakh diye, palace mein kya us ko peace mil sakta hai?</w:t>
      </w:r>
    </w:p>
    <w:p>
      <w:pPr>
        <w:jc w:val="right"/>
      </w:pPr>
      <w:r>
        <w:t>وہ تو آپ کے ہیبیٹڈ میں ملے گی۔ جیسے آپ مچھلی کو پانی سے نکالیں تو اس کو آپ پیلس رکھ دیے، پیلس میں کیا اس کو پیس مل سکتا ہے؟</w:t>
      </w:r>
    </w:p>
    <w:p>
      <w:r>
        <w:rPr>
          <w:b/>
        </w:rPr>
        <w:t xml:space="preserve">[43:04] </w:t>
      </w:r>
      <w:r>
        <w:t>sukoon? Yani machhli ko chahe aap ek garden rakh dein, ek palace mein rakh dein, ek kursi pe bitha dein, sofa set pe bitha dein, tab bhi us ko sukoon nahi hoga.</w:t>
      </w:r>
    </w:p>
    <w:p>
      <w:pPr>
        <w:jc w:val="right"/>
      </w:pPr>
      <w:r>
        <w:t>سکون؟ یعنی مچھلی کو چاہے آپ ایک گارڈن رکھ دیں، ایک پیلس میں رکھ دیں، ایک کرسی پہ بٹھا دیں، صوفہ سیٹ پہ بٹھا دیں، تب بھی اس کو سکون نہیں ہوگا۔</w:t>
      </w:r>
    </w:p>
    <w:p>
      <w:r>
        <w:rPr>
          <w:b/>
        </w:rPr>
        <w:t xml:space="preserve">[43:17] </w:t>
      </w:r>
      <w:r>
        <w:t>use sukoon hoga pani mein. Aise hi mamla hai insan ka hai. Insan ko aap kuch bhi de dijiye,</w:t>
      </w:r>
    </w:p>
    <w:p>
      <w:pPr>
        <w:jc w:val="right"/>
      </w:pPr>
      <w:r>
        <w:t>اسے سکون ہوگا پانی میں۔ ایسے ہی معاملہ ہے انسان کا ہے۔ انسان کو آپ کچھ بھی دے دیجئے،</w:t>
      </w:r>
    </w:p>
    <w:p>
      <w:r>
        <w:rPr>
          <w:b/>
        </w:rPr>
        <w:t xml:space="preserve">[43:26] </w:t>
      </w:r>
      <w:r>
        <w:t>us ko sone chandi de dijiye, us ko palace de dijiye, us ko sukoon nahi hoga kyunke habitat se bahar hai woh. Habitat is ka paradise hai.</w:t>
      </w:r>
    </w:p>
    <w:p>
      <w:pPr>
        <w:jc w:val="right"/>
      </w:pPr>
      <w:r>
        <w:t>اس کو سونے چاندی دے دیجئے، اس کو پیلس دے دیجئے، اس کو سکون نہیں ہوگا کیونکہ ہیبیٹڈ سے باہر ہے وہ۔ ہیبیٹڈ اس کا پیراڈائز ہے۔</w:t>
      </w:r>
    </w:p>
    <w:p>
      <w:r>
        <w:rPr>
          <w:b/>
        </w:rPr>
        <w:t xml:space="preserve">[43:39] </w:t>
      </w:r>
      <w:r>
        <w:t>to is raaz ko janiye ke mera habitat jannat hai, yeh dunya nursery hai, yahan mujhe plant ke tarah ugaya gaya hai, mujhe yeh prove karna hai ke mein ek healthy plant hoon.</w:t>
      </w:r>
    </w:p>
    <w:p>
      <w:pPr>
        <w:jc w:val="right"/>
      </w:pPr>
      <w:r>
        <w:t>تو اس راز کو جانیے کہ میرا ہیبیٹڈ جنت ہے، یہ دنیا نرسری ہے، یہاں مجھے پلانٹ کے طرح اگایا گیا ہے، مجھے یہ پروف کرنا ہے کہ میں ایک ہیلدی پلانٹ ہوں۔</w:t>
      </w:r>
    </w:p>
    <w:p>
      <w:r>
        <w:rPr>
          <w:b/>
        </w:rPr>
        <w:t xml:space="preserve">[43:55] </w:t>
      </w:r>
      <w:r>
        <w:t>phir Allah ke scheme ke tehat mujhe</w:t>
      </w:r>
    </w:p>
    <w:p>
      <w:pPr>
        <w:jc w:val="right"/>
      </w:pPr>
      <w:r>
        <w:t>پھر اللہ کے اسکیم کے تحت مجھے</w:t>
      </w:r>
    </w:p>
    <w:p>
      <w:r>
        <w:rPr>
          <w:b/>
        </w:rPr>
        <w:t xml:space="preserve">[44:00] </w:t>
      </w:r>
      <w:r>
        <w:t>jab akhirat aayegi, jab qayamat aayegi aur akhirat dunya samne aayegi to wahan par mujhe basa diya jayega jannat mein.</w:t>
      </w:r>
    </w:p>
    <w:p>
      <w:pPr>
        <w:jc w:val="right"/>
      </w:pPr>
      <w:r>
        <w:t>جب آخرت آئے گی، جب قیامت آئے گی اور آخرت دنیا سامنے آئے گی تو وہاں پر مجھے بسا دیا جائے گا جنت میں۔</w:t>
      </w:r>
    </w:p>
    <w:p>
      <w:r>
        <w:rPr>
          <w:b/>
        </w:rPr>
        <w:t xml:space="preserve">[44:10] </w:t>
      </w:r>
      <w:r>
        <w:t>phir woh peaceful peace ka daur hoga. Wahan peace hai, wahan joy hai, wahan khushiyan hain, wahan fulfillment hai.</w:t>
      </w:r>
    </w:p>
    <w:p>
      <w:pPr>
        <w:jc w:val="right"/>
      </w:pPr>
      <w:r>
        <w:t>پھر وہ پیس فل پیس کا دور ہوگا۔ وہاں پیس ہے، وہاں جوائے ہے، وہاں خوشیاں ہیں، وہاں فلفلمنٹ ہے۔</w:t>
      </w:r>
    </w:p>
    <w:p>
      <w:r>
        <w:rPr>
          <w:b/>
        </w:rPr>
        <w:t xml:space="preserve">[44:21] </w:t>
      </w:r>
      <w:r>
        <w:t>abhi to preparation ka zamana hai.</w:t>
      </w:r>
    </w:p>
    <w:p>
      <w:pPr>
        <w:jc w:val="right"/>
      </w:pPr>
      <w:r>
        <w:t>ابھی تو پریپریشن کا زمانہ ہے۔</w:t>
      </w:r>
    </w:p>
    <w:p>
      <w:r>
        <w:rPr>
          <w:b/>
        </w:rPr>
        <w:t xml:space="preserve">[44:27] </w:t>
      </w:r>
      <w:r>
        <w:t>abhi to aap nursery mein hain, apne ko healthy plant sabit karne ka zamana hai.</w:t>
      </w:r>
    </w:p>
    <w:p>
      <w:pPr>
        <w:jc w:val="right"/>
      </w:pPr>
      <w:r>
        <w:t>ابھی تو آپ نرسری میں ہیں، اپنے کو ہیلدی پلانٹ ثابت کرنے کا زمانہ ہے۔</w:t>
      </w:r>
    </w:p>
    <w:p>
      <w:r>
        <w:rPr>
          <w:b/>
        </w:rPr>
        <w:t xml:space="preserve">[44:34] </w:t>
      </w:r>
      <w:r>
        <w:t>abhi aap apne habitat mein nahi hain.</w:t>
      </w:r>
    </w:p>
    <w:p>
      <w:pPr>
        <w:jc w:val="right"/>
      </w:pPr>
      <w:r>
        <w:t>ابھی آپ اپنے ہیبیٹڈ میں نہیں ہیں۔</w:t>
      </w:r>
    </w:p>
    <w:p>
      <w:r>
        <w:rPr>
          <w:b/>
        </w:rPr>
        <w:t xml:space="preserve">[44:43] </w:t>
      </w:r>
      <w:r>
        <w:t>yeh baat hai jo mein is Ramadan mein Quran ke zariye mujhe daryaft hui.</w:t>
      </w:r>
    </w:p>
    <w:p>
      <w:pPr>
        <w:jc w:val="right"/>
      </w:pPr>
      <w:r>
        <w:t>یہ بات ہے جو میں اس رمضان میں قرآن کے ذریعے مجھے دریافت ہوئی۔</w:t>
      </w:r>
    </w:p>
    <w:p>
      <w:r>
        <w:rPr>
          <w:b/>
        </w:rPr>
        <w:t xml:space="preserve">[44:50] </w:t>
      </w:r>
      <w:r>
        <w:t>to mein chahta hoon ke aap log is ko sochein, is par ghor karein, apne aap ko is par dhalen aur doosron ko bhi batayein ke zindagi kis tarah guzari jaye taake eternal happiness hum ko hasil ho.</w:t>
      </w:r>
    </w:p>
    <w:p>
      <w:pPr>
        <w:jc w:val="right"/>
      </w:pPr>
      <w:r>
        <w:t>تو میں چاہتا ہوں کہ آپ لوگ اس کو سوچیں، اس پر غور کریں، اپنے آپ کو اس پر ڈھالیں اور دوسروں کو بھی بتائیں کہ زندگی کس طرح گزاری جائے تاکہ ایٹرنل ہیپینس ہم کو حاصل ہو۔</w:t>
      </w:r>
    </w:p>
    <w:p>
      <w:r>
        <w:rPr>
          <w:b/>
        </w:rPr>
        <w:t xml:space="preserve">[45:14] </w:t>
      </w:r>
      <w:r>
        <w:t>eternal happiness jab hasil hogi ke jab hum apne habitat pohnch chuke honge. To meri dua hai ke Allah taala mujh ko aur aap ko</w:t>
      </w:r>
    </w:p>
    <w:p>
      <w:pPr>
        <w:jc w:val="right"/>
      </w:pPr>
      <w:r>
        <w:t>ایٹرنل ہیپینس جب حاصل ہوگی کہ جب ہم اپنے ہیبیٹڈ پہنچ چکے ہوں گے۔ تو میری دعا ہے کہ اللہ تعالی مجھ کو اور آپ کو</w:t>
      </w:r>
    </w:p>
    <w:p>
      <w:r>
        <w:rPr>
          <w:b/>
        </w:rPr>
        <w:t xml:space="preserve">[45:27] </w:t>
      </w:r>
      <w:r>
        <w:t>sachai ko samajhne ki tofeeq de aur hum hum ko aap ko apni marzi ke mutabiq zindagi guzarnay ki tofeeq de taake hum ko jannat mein dakhla milay.</w:t>
      </w:r>
    </w:p>
    <w:p>
      <w:pPr>
        <w:jc w:val="right"/>
      </w:pPr>
      <w:r>
        <w:t>سچائی کو سمجھنے کی توفیق دے اور ہم ہم کو آپ کو اپنی مرضی کے مطابق زندگی گزارنے کی توفیق دے تاکہ ہم کو جنت میں داخلہ ملے۔</w:t>
      </w:r>
    </w:p>
    <w:p>
      <w:r>
        <w:rPr>
          <w:b/>
        </w:rPr>
        <w:t xml:space="preserve">[45:39] </w:t>
      </w:r>
      <w:r>
        <w:t>aqool qawli haza wastaghfirullah alaikum ajmaeen.</w:t>
      </w:r>
    </w:p>
    <w:p>
      <w:pPr>
        <w:jc w:val="right"/>
      </w:pPr>
      <w:r>
        <w:t>اقول قولیھذا واستغفراللہ علی وکم اجمعین۔</w:t>
      </w:r>
    </w:p>
    <w:p>
      <w:r>
        <w:rPr>
          <w:b/>
        </w:rPr>
        <w:t xml:space="preserve">[45:56] </w:t>
      </w:r>
      <w:r>
        <w:t>Maulana, yeh sawal Mumbai se aya hai Fawad sahab ka aur unhone likha hai: "Maulana sahib, it is mentioned in the Quran that there are various categories in paradise.</w:t>
      </w:r>
    </w:p>
    <w:p>
      <w:pPr>
        <w:jc w:val="right"/>
      </w:pPr>
      <w:r>
        <w:t>مولانا، یہ سوال ممبئی سے آیا ہے فواد صاحب کا اور انہوں نے لکھا ہے: "مولانا صاحب، اٹ از مینشنڈ ان دا قرآن دیٹ دیر آر ویریس کیٹیگریز ان پیراڈائز۔</w:t>
      </w:r>
    </w:p>
    <w:p>
      <w:r>
        <w:rPr>
          <w:b/>
        </w:rPr>
        <w:t xml:space="preserve">[46:09] </w:t>
      </w:r>
      <w:r>
        <w:t>Please tell us what are these categories and how one can qualify for the highest category?"</w:t>
      </w:r>
    </w:p>
    <w:p>
      <w:pPr>
        <w:jc w:val="right"/>
      </w:pPr>
      <w:r>
        <w:t>پلیز ٹیل اس واٹ آر دیز کیٹیگریز اینڈ ہاؤ ون کین کوالیفائی فار دی ہائیسٹ کیٹیگری؟"</w:t>
      </w:r>
    </w:p>
    <w:p>
      <w:r>
        <w:rPr>
          <w:b/>
        </w:rPr>
        <w:t xml:space="preserve">[46:20] </w:t>
      </w:r>
      <w:r>
        <w:t>meri samajh se do hi category hain.</w:t>
      </w:r>
    </w:p>
    <w:p>
      <w:pPr>
        <w:jc w:val="right"/>
      </w:pPr>
      <w:r>
        <w:t>میری سمجھ سے دو ہی کیٹیگری ہیں۔</w:t>
      </w:r>
    </w:p>
    <w:p>
      <w:r>
        <w:rPr>
          <w:b/>
        </w:rPr>
        <w:t xml:space="preserve">[46:25] </w:t>
      </w:r>
      <w:r>
        <w:t>quran mein hai jannatan, yaani do jannatein hain. sab category ho sakti hai lekin basically do darje hain jannat ke: min doonihima jannatan, yaani do jannatein hain.</w:t>
      </w:r>
    </w:p>
    <w:p>
      <w:pPr>
        <w:jc w:val="right"/>
      </w:pPr>
      <w:r>
        <w:t>قرآن میں ہے جنتان، یعنی دو جنتیں ہیں۔ سب کیٹیگری ہو سکتی ہے لیکن بیسیکلی دو درجے ہیں جنت کے: من دونہما جنتان، یعنی دو جنتیں ہیں۔</w:t>
      </w:r>
    </w:p>
    <w:p>
      <w:r>
        <w:rPr>
          <w:b/>
        </w:rPr>
        <w:t xml:space="preserve">[46:43] </w:t>
      </w:r>
      <w:r>
        <w:t>to quran mein doosri jo ayat hai us se maloom hota hai ke jannat wale jo hain ek hain as-sabiqun aur ek hain muqtisad.</w:t>
      </w:r>
    </w:p>
    <w:p>
      <w:pPr>
        <w:jc w:val="right"/>
      </w:pPr>
      <w:r>
        <w:t>تو قرآن میں دوسری جو آیت ہے اس سے معلوم ہوتا ہے کہ جنت والے جو ہیں ایک ہیں السابقون اور ایک ہیں مقتصد۔</w:t>
      </w:r>
    </w:p>
    <w:p>
      <w:r>
        <w:rPr>
          <w:b/>
        </w:rPr>
        <w:t xml:space="preserve">[46:58] </w:t>
      </w:r>
      <w:r>
        <w:t>do title diye gaye hain.</w:t>
      </w:r>
    </w:p>
    <w:p>
      <w:pPr>
        <w:jc w:val="right"/>
      </w:pPr>
      <w:r>
        <w:t>دو ٹائٹل دیے گئے ہیں۔</w:t>
      </w:r>
    </w:p>
    <w:p>
      <w:r>
        <w:rPr>
          <w:b/>
        </w:rPr>
        <w:t xml:space="preserve">[47:03] </w:t>
      </w:r>
      <w:r>
        <w:t>as-sabiqun ka lafzi matlab hai aage badh kar allah ke raaste mein aage badhne wale aur muqtisad ka matlab hota hai darmiyan darmiyani darje ke log.</w:t>
      </w:r>
    </w:p>
    <w:p>
      <w:pPr>
        <w:jc w:val="right"/>
      </w:pPr>
      <w:r>
        <w:t>السابقون کا لفظی مطلب ہے آگے بڑھ کر اللہ کے راستے میں آگے بڑھنے والے اور مقتصد کا مطلب ہوتا ہے درمیان درمیانی درجے کے لوگ۔</w:t>
      </w:r>
    </w:p>
    <w:p>
      <w:r>
        <w:rPr>
          <w:b/>
        </w:rPr>
        <w:t xml:space="preserve">[47:16] </w:t>
      </w:r>
      <w:r>
        <w:t>yaani ek hai forward group aur ek hai right group.</w:t>
      </w:r>
    </w:p>
    <w:p>
      <w:pPr>
        <w:jc w:val="right"/>
      </w:pPr>
      <w:r>
        <w:t>یعنی ایک ہے فارورڈ گروپ اور ایک ہے رائٹ گروپ۔</w:t>
      </w:r>
    </w:p>
    <w:p>
      <w:r>
        <w:rPr>
          <w:b/>
        </w:rPr>
        <w:t xml:space="preserve">[47:24] </w:t>
      </w:r>
      <w:r>
        <w:t>to forward group mein woh hai jo badh badh kar ke deen mein hissa le.</w:t>
      </w:r>
    </w:p>
    <w:p>
      <w:pPr>
        <w:jc w:val="right"/>
      </w:pPr>
      <w:r>
        <w:t>تو فارورڈ گروپ میں وہ ہے جو بڑھ بڑھ کر کے دین میں حصہ لے۔</w:t>
      </w:r>
    </w:p>
    <w:p>
      <w:r>
        <w:rPr>
          <w:b/>
        </w:rPr>
        <w:t xml:space="preserve">[47:32] </w:t>
      </w:r>
      <w:r>
        <w:t>aap ka tajurba kya hoga ke do qism ke log hote hain: ek woh hain jo darmiyani darje ke log hote hain aur woh kuch soch samajh kar chalte hain, kuch doosre taqaze bhi hote hain un ke saamne, kuch jannat ke aur khuda ke taqaze bhi.</w:t>
      </w:r>
    </w:p>
    <w:p>
      <w:pPr>
        <w:jc w:val="right"/>
      </w:pPr>
      <w:r>
        <w:t>آپ کا تجربہ کیا ہوگا کہ دو قسم کے لوگ ہوتے ہیں: ایک وہ ہیں جو درمیانی درجے کے لوگ ہوتے ہیں اور وہ کچھ سوچ سمجھ کر چلتے ہیں، کچھ دوسرے تقاضے بھی ہوتے ہیں ان کے سامنے، کچھ جنت کے اور خدا کے تقاضے بھی۔</w:t>
      </w:r>
    </w:p>
    <w:p>
      <w:r>
        <w:rPr>
          <w:b/>
        </w:rPr>
        <w:t xml:space="preserve">[47:52] </w:t>
      </w:r>
      <w:r>
        <w:t>to woh</w:t>
      </w:r>
    </w:p>
    <w:p>
      <w:pPr>
        <w:jc w:val="right"/>
      </w:pPr>
      <w:r>
        <w:t>تو وہ</w:t>
      </w:r>
    </w:p>
    <w:p>
      <w:r>
        <w:rPr>
          <w:b/>
        </w:rPr>
        <w:t xml:space="preserve">[47:56] </w:t>
      </w:r>
      <w:r>
        <w:t>ga muqtisad hain. to muqtisad ke liye bhi jannat hai lekin woh log jo jannat ke aala darjon mein jagah payenge woh as-sabiqun hain, badh badh kar.</w:t>
      </w:r>
    </w:p>
    <w:p>
      <w:pPr>
        <w:jc w:val="right"/>
      </w:pPr>
      <w:r>
        <w:t>گا مقتصد ہیں۔ تو مقتصد کے لیے بھی جنت ہے لیکن وہ لوگ جو جنت کے اعلیٰ درجوں میں جگہ پائیں گے وہ السابقون ہیں، بڑھ بڑھ کر۔</w:t>
      </w:r>
    </w:p>
    <w:p>
      <w:r>
        <w:rPr>
          <w:b/>
        </w:rPr>
        <w:t xml:space="preserve">[48:11] </w:t>
      </w:r>
      <w:r>
        <w:t>yaani koi reservation nahi, koi doosra consideration nahi, koi distraction nahi, koi aur interest nahi.</w:t>
      </w:r>
    </w:p>
    <w:p>
      <w:pPr>
        <w:jc w:val="right"/>
      </w:pPr>
      <w:r>
        <w:t>یعنی کوئی ریزرویشن نہیں، کوئی دوسرا کنسیڈریشن نہیں، کوئی ڈسٹریکشن نہیں، کوئی اور انٹرسٹ نہیں۔</w:t>
      </w:r>
    </w:p>
    <w:p>
      <w:r>
        <w:rPr>
          <w:b/>
        </w:rPr>
        <w:t xml:space="preserve">[48:23] </w:t>
      </w:r>
      <w:r>
        <w:t>sab kuch jhonk dein apne aap ko.</w:t>
      </w:r>
    </w:p>
    <w:p>
      <w:pPr>
        <w:jc w:val="right"/>
      </w:pPr>
      <w:r>
        <w:t>سب کچھ جھونک دیں اپنے آپ کو۔</w:t>
      </w:r>
    </w:p>
    <w:p>
      <w:r>
        <w:rPr>
          <w:b/>
        </w:rPr>
        <w:t xml:space="preserve">[48:27] </w:t>
      </w:r>
      <w:r>
        <w:t>jis ko main kahoon ke apne aap ko allah ke liye jhonk dene wale.</w:t>
      </w:r>
    </w:p>
    <w:p>
      <w:pPr>
        <w:jc w:val="right"/>
      </w:pPr>
      <w:r>
        <w:t>جس کو میں کہوں کہ اپنے آپ کو اللہ کے لیے جھونک دینے والے۔</w:t>
      </w:r>
    </w:p>
    <w:p>
      <w:r>
        <w:rPr>
          <w:b/>
        </w:rPr>
        <w:t xml:space="preserve">[48:36] </w:t>
      </w:r>
      <w:r>
        <w:t>aur ek woh hain ke woh kuch family ke taqaze hain, kuch business ke taqaze hain, kuch job ke taqaze hain. is ko bhi poora karte hain aur saath saath woh allah ke taqaze bhi poora karte hain.</w:t>
      </w:r>
    </w:p>
    <w:p>
      <w:pPr>
        <w:jc w:val="right"/>
      </w:pPr>
      <w:r>
        <w:t>اور ایک وہ ہیں کہ وہ کچھ فیملی کے تقاضے ہیں، کچھ بزنس کے تقاضے ہیں، کچھ جاب کے تقاضے ہیں۔ اس کو بھی پورا کرتے ہیں اور ساتھ ساتھ وہ اللہ کے تقاضے بھی پورا کرتے ہیں۔</w:t>
      </w:r>
    </w:p>
    <w:p>
      <w:r>
        <w:rPr>
          <w:b/>
        </w:rPr>
        <w:t xml:space="preserve">[48:48] </w:t>
      </w:r>
      <w:r>
        <w:t>to kaha main kahunga ke fifty fifty ka maamla jinka ho, yaani fifty percent doosre taqaze, fifty percent allah ke taqaze aur hundred percent.</w:t>
      </w:r>
    </w:p>
    <w:p>
      <w:pPr>
        <w:jc w:val="right"/>
      </w:pPr>
      <w:r>
        <w:t>تو کہا میں کہوں گا کہ ففٹی ففٹی کا معاملہ جن کا ہو، یعنی ففٹی فیصد دوسرے تقاضے، ففٹی فیصد اللہ کے تقاضے اور ہنڈرڈ فیصد۔</w:t>
      </w:r>
    </w:p>
    <w:p>
      <w:r>
        <w:rPr>
          <w:b/>
        </w:rPr>
        <w:t xml:space="preserve">[49:01] </w:t>
      </w:r>
      <w:r>
        <w:t>to kaha do group hoga: ek woh jo fifty fifty ka formula ikhtiyar kare, chalo bhai fifty percent allah ko dena hai aur fifty percent doosre jo hamari zimmedariyan hain is ko lena hai,</w:t>
      </w:r>
    </w:p>
    <w:p>
      <w:pPr>
        <w:jc w:val="right"/>
      </w:pPr>
      <w:r>
        <w:t>تو کہا دو گروپ ہوگا: ایک وہ جو ففٹی ففٹی کا فارمولا اختیار کرے، چلو بھائی ففٹی فیصد اللہ کو دینا ہے اور ففٹی فیصد دوسرے جو ہماری ذمہ داریاں ہیں اس کو لینا ہے،</w:t>
      </w:r>
    </w:p>
    <w:p>
      <w:r>
        <w:rPr>
          <w:b/>
        </w:rPr>
        <w:t xml:space="preserve">[49:15] </w:t>
      </w:r>
      <w:r>
        <w:t>family hai, bachche hain aur doosre worldly interest hain. to jo fifty fifty wale formula par chalein, un ke liye darmiyani jannat hai aur jo hundred percent apne ko jhonk dein allah ke raaste mein, un ke liye firdous se aala jannat hai.</w:t>
      </w:r>
    </w:p>
    <w:p>
      <w:pPr>
        <w:jc w:val="right"/>
      </w:pPr>
      <w:r>
        <w:t>فیملی ہے، بچے ہیں اور دوسرے ورلڈلی انٹرسٹ ہیں۔ تو جو ففٹی ففٹی والے فارمولے پر چلیں، ان کے لیے درمیانی جنت ہے اور جو ہنڈرڈ فیصد اپنے کو جھونک دیں اللہ کے راستے میں، ان کے لیے فردوس سے اعلیٰ جنت ہے۔</w:t>
      </w:r>
    </w:p>
    <w:p>
      <w:r>
        <w:rPr>
          <w:b/>
        </w:rPr>
        <w:t xml:space="preserve">[49:37] </w:t>
      </w:r>
      <w:r>
        <w:t>un ko as-sabiqun kaha gaya hai.</w:t>
      </w:r>
    </w:p>
    <w:p>
      <w:pPr>
        <w:jc w:val="right"/>
      </w:pPr>
      <w:r>
        <w:t>ان کو السابقون کہا گیا ہے۔</w:t>
      </w:r>
    </w:p>
    <w:p>
      <w:r>
        <w:rPr>
          <w:b/>
        </w:rPr>
        <w:t xml:space="preserve">[49:44] </w:t>
      </w:r>
      <w:r>
        <w:t>maulana, agla sawal dilli se hai shah imran hassan sahab ka. unhone likha hai: "quran mein bataya gaya hai ke paradise in logon ke liye hai jo apna tazkiya karein.</w:t>
      </w:r>
    </w:p>
    <w:p>
      <w:pPr>
        <w:jc w:val="right"/>
      </w:pPr>
      <w:r>
        <w:t>مولانا، اگلا سوال دلی سے ہے شاہ عمران حسن صاحب کا۔ انہوں نے لکھا ہے: "قرآن میں بتایا گیا ہے کہ پیراڈائز ان لوگوں کے لیے ہے جو اپنا تزکیہ کریں۔</w:t>
      </w:r>
    </w:p>
    <w:p>
      <w:r>
        <w:rPr>
          <w:b/>
        </w:rPr>
        <w:t xml:space="preserve">[49:57] </w:t>
      </w:r>
      <w:r>
        <w:t>please is ko wazeh karein ke tazkiya ka zariya kya hai?"</w:t>
      </w:r>
    </w:p>
    <w:p>
      <w:pPr>
        <w:jc w:val="right"/>
      </w:pPr>
      <w:r>
        <w:t>پلیز اس کو واضح کریں کہ تزکیہ کا ذریعہ کیا ہے؟"</w:t>
      </w:r>
    </w:p>
    <w:p>
      <w:r>
        <w:rPr>
          <w:b/>
        </w:rPr>
        <w:t xml:space="preserve">[50:06] </w:t>
      </w:r>
      <w:r>
        <w:t>dekhein, is ka matlab yeh hai ke dunya mein hum</w:t>
      </w:r>
    </w:p>
    <w:p>
      <w:pPr>
        <w:jc w:val="right"/>
      </w:pPr>
      <w:r>
        <w:t>دیکھیں، اس کا مطلب یہ ہے کہ دنیا میں ہم</w:t>
      </w:r>
    </w:p>
    <w:p>
      <w:r>
        <w:rPr>
          <w:b/>
        </w:rPr>
        <w:t xml:space="preserve">[50:15] </w:t>
      </w:r>
      <w:r>
        <w:t>dunya mein hum aise halaat ke beech mein hote hain jahan har waqt hamein yaani unwanted situations sab ka pesh aata hai.</w:t>
      </w:r>
    </w:p>
    <w:p>
      <w:pPr>
        <w:jc w:val="right"/>
      </w:pPr>
      <w:r>
        <w:t>دنیا میں ہم ایسے حالات کے بیچ میں ہوتے ہیں جہاں ہر وقت ہمیں یعنی ان وانٹڈ سچویشنز سب کا پیش آتا ہے۔</w:t>
      </w:r>
    </w:p>
    <w:p>
      <w:r>
        <w:rPr>
          <w:b/>
        </w:rPr>
        <w:t xml:space="preserve">[50:27] </w:t>
      </w:r>
      <w:r>
        <w:t>jis ko log kehte hain koi zulm kar raha hai, koi sata raha hai, koi provoke kar raha hai, koi hamein nuksan pahuncha raha hai.</w:t>
      </w:r>
    </w:p>
    <w:p>
      <w:pPr>
        <w:jc w:val="right"/>
      </w:pPr>
      <w:r>
        <w:t>جس کو لوگ کہتے ہیں کوئی ظلم کر رہا ہے، کوئی ستا رہا ہے، کوئی پرووک کر رہا ہے، کوئی ہمیں نقصان پہنچا رہا ہے۔</w:t>
      </w:r>
    </w:p>
    <w:p>
      <w:r>
        <w:rPr>
          <w:b/>
        </w:rPr>
        <w:t xml:space="preserve">[50:35] </w:t>
      </w:r>
      <w:r>
        <w:t>yaani yeh sab hona hi hona hai, yeh sab hona hi hona hai</w:t>
      </w:r>
    </w:p>
    <w:p>
      <w:pPr>
        <w:jc w:val="right"/>
      </w:pPr>
      <w:r>
        <w:t>یعنی یہ سب ہونا ہی ہونا ہے، یہ سب ہونا ہی ہونا ہے</w:t>
      </w:r>
    </w:p>
    <w:p>
      <w:r>
        <w:rPr>
          <w:b/>
        </w:rPr>
        <w:t xml:space="preserve">[50:41] </w:t>
      </w:r>
      <w:r>
        <w:t>kyunke is ke baghair test nahi.</w:t>
      </w:r>
    </w:p>
    <w:p>
      <w:pPr>
        <w:jc w:val="right"/>
      </w:pPr>
      <w:r>
        <w:t>کیونکہ اس کے بغیر ٹیسٹ نہیں۔</w:t>
      </w:r>
    </w:p>
    <w:p>
      <w:r>
        <w:rPr>
          <w:b/>
        </w:rPr>
        <w:t xml:space="preserve">[50:46] </w:t>
      </w:r>
      <w:r>
        <w:t>to in sab ke beech mein jo aap ne apne aap ko allah wale raaste par qaim rakha hai,</w:t>
      </w:r>
    </w:p>
    <w:p>
      <w:pPr>
        <w:jc w:val="right"/>
      </w:pPr>
      <w:r>
        <w:t>تو ان سب کے بیچ میں جو آپ نے اپنے آپ کو اللہ والے راستے پر قائم رکھا ہے،</w:t>
      </w:r>
    </w:p>
    <w:p>
      <w:r>
        <w:rPr>
          <w:b/>
        </w:rPr>
        <w:t xml:space="preserve">[51:01] </w:t>
      </w:r>
      <w:r>
        <w:t>to woh is ne apna tazkiya kiya.</w:t>
      </w:r>
    </w:p>
    <w:p>
      <w:pPr>
        <w:jc w:val="right"/>
      </w:pPr>
      <w:r>
        <w:t>تو وہ اس نے اپنا تزکیہ کیا۔</w:t>
      </w:r>
    </w:p>
    <w:p>
      <w:r>
        <w:rPr>
          <w:b/>
        </w:rPr>
        <w:t xml:space="preserve">[51:06] </w:t>
      </w:r>
      <w:r>
        <w:t>misal ke taur par dekhiye, aap logon se mulaqat kiji</w:t>
      </w:r>
    </w:p>
    <w:p>
      <w:pPr>
        <w:jc w:val="right"/>
      </w:pPr>
      <w:r>
        <w:t>مثال کے طور پر دیکھیے، آپ لوگوں سے ملاقات کیج</w:t>
      </w:r>
    </w:p>
    <w:p>
      <w:r>
        <w:rPr>
          <w:b/>
        </w:rPr>
        <w:t xml:space="preserve">[51:09] </w:t>
      </w:r>
      <w:r>
        <w:t>ye, har aadmi shikayat ki boli bolega. koi america ki shikayat karega, koi yahoodi ki shikayat karega, koi yahood hindoo ki shikayat karega, koi apne ghar ki shikayat karega, apni family ke member ki shikayat karega, koi samaj ke logon ki shikayat karega.</w:t>
      </w:r>
    </w:p>
    <w:p>
      <w:pPr>
        <w:jc w:val="right"/>
      </w:pPr>
      <w:r>
        <w:t>ئے، ہر آدمی شکایت کی بولی بولے گا۔ کوئی امریکہ کی شکایت کرے گا، کوئی یہودی کی شکایت کرے گا، کوئی یہود ہندو کی شکایت کرے گا، کوئی اپنے گھر کی شکایت کرے گا، اپنی فیملی کے ممبر کی شکایت کرے گا، کوئی سماج کے لوگوں کی شکایت کرے گا۔</w:t>
      </w:r>
    </w:p>
    <w:p>
      <w:r>
        <w:rPr>
          <w:b/>
        </w:rPr>
        <w:t xml:space="preserve">[51:24] </w:t>
      </w:r>
      <w:r>
        <w:t>yaani har aadmi koi shikayat hi boli bolega.</w:t>
      </w:r>
    </w:p>
    <w:p>
      <w:pPr>
        <w:jc w:val="right"/>
      </w:pPr>
      <w:r>
        <w:t>یعنی ہر آدمی کوئی شکایت ہی بولی بولے گا۔</w:t>
      </w:r>
    </w:p>
    <w:p>
      <w:r>
        <w:rPr>
          <w:b/>
        </w:rPr>
        <w:t xml:space="preserve">[51:31] </w:t>
      </w:r>
      <w:r>
        <w:t>to kis ko kahenge log tazkiya nahi kar rahe hain apna? kyunke shikayat hi boli na bolna hi tazkiya hai.</w:t>
      </w:r>
    </w:p>
    <w:p>
      <w:pPr>
        <w:jc w:val="right"/>
      </w:pPr>
      <w:r>
        <w:t>تو کس کو کہیں گے لوگ تزکیہ نہیں کر رہے ہیں اپنا؟ کیونکہ شکایت ہی بولی نہ بولنا ہی تزکیہ ہے۔</w:t>
      </w:r>
    </w:p>
    <w:p>
      <w:r>
        <w:rPr>
          <w:b/>
        </w:rPr>
        <w:t xml:space="preserve">[51:40] </w:t>
      </w:r>
      <w:r>
        <w:t>yaani america aap ko farz ki jiye ke pareshan kare. main to nahi manta ke america pareshan kar raha hai. america hamara dushman hai.</w:t>
      </w:r>
    </w:p>
    <w:p>
      <w:pPr>
        <w:jc w:val="right"/>
      </w:pPr>
      <w:r>
        <w:t>یعنی امریکہ آپ کو فرض کیجئے کہ پریشان کرے۔ میں تو نہیں مانتا کہ امریکہ پریشان کر رہا ہے۔ امریکہ ہمارا دشمن ہے۔</w:t>
      </w:r>
    </w:p>
    <w:p>
      <w:r>
        <w:rPr>
          <w:b/>
        </w:rPr>
        <w:t xml:space="preserve">[51:50] </w:t>
      </w:r>
      <w:r>
        <w:t>main nahi manta is ko jhoot samajhta hoon. main jhoot. america hamara dushman hai. yeh bilashuba mere aqeeday ki jhooti baat hai. na woh islam ka dushman hai, na musalmanon ka dushman hai, na america ka yahoodi bhi dushman nahi hai.</w:t>
      </w:r>
    </w:p>
    <w:p>
      <w:pPr>
        <w:jc w:val="right"/>
      </w:pPr>
      <w:r>
        <w:t>میں نہیں مانتا اس کو جھوٹ سمجھتا ہوں۔ میں جھوٹ۔ امریکہ ہمارا دشمن ہے۔ یہ بلاشبہ میرے عقیدے کی جھوٹی بات ہے۔ نہ وہ اسلام کا دشمن ہے، نہ مسلمانوں کا دشمن ہے، نہ امریکہ کا یہودی بھی دشمن نہیں ہے۔</w:t>
      </w:r>
    </w:p>
    <w:p>
      <w:r>
        <w:rPr>
          <w:b/>
        </w:rPr>
        <w:t xml:space="preserve">[52:03] </w:t>
      </w:r>
      <w:r>
        <w:t>har ek apna apna case hai. har ek apne interest par dor raha hai.</w:t>
      </w:r>
    </w:p>
    <w:p>
      <w:pPr>
        <w:jc w:val="right"/>
      </w:pPr>
      <w:r>
        <w:t>ہر ایک اپنا اپنا کیس ہے۔ ہر ایک اپنے انٹرسٹ پر دوڑ رہا ہے۔</w:t>
      </w:r>
    </w:p>
    <w:p>
      <w:r>
        <w:rPr>
          <w:b/>
        </w:rPr>
        <w:t xml:space="preserve">[52:09] </w:t>
      </w:r>
      <w:r>
        <w:t>is duniya mein allah taala ne paida kiya to har aadmi apne interest par dorega. to yahoodi apne interest par dor rahe hain, america apne interest par dor raha hai, hindoo apne interest par dor rahe hain.</w:t>
      </w:r>
    </w:p>
    <w:p>
      <w:pPr>
        <w:jc w:val="right"/>
      </w:pPr>
      <w:r>
        <w:t>اس دنیا میں اللہ تعالی نے پیدا کیا تو ہر آدمی اپنے انٹرسٹ پر دوڑے گا۔ تو یہودی اپنے انٹرسٹ پر دوڑ رہے ہیں، امریکہ اپنے انٹرسٹ پر دوڑ رہا ہے، ہندو اپنے انٹرسٹ پر دوڑ رہے ہیں۔</w:t>
      </w:r>
    </w:p>
    <w:p>
      <w:r>
        <w:rPr>
          <w:b/>
        </w:rPr>
        <w:t xml:space="preserve">[52:21] </w:t>
      </w:r>
      <w:r>
        <w:t>to aap shikayat kyun karte hain? aap bhi doriye apne interest par. to bilashuba mera aqeedah shikayat karna yaani allah ke khilaf bolna hai.</w:t>
      </w:r>
    </w:p>
    <w:p>
      <w:pPr>
        <w:jc w:val="right"/>
      </w:pPr>
      <w:r>
        <w:t>تو آپ شکایت کیوں کرتے ہیں؟ آپ بھی دوڑیے اپنے انٹرسٹ پر۔ تو بلاشبہ میرا عقیدہ شکایت کرنا یعنی اللہ کے خلاف بولنا ہے۔</w:t>
      </w:r>
    </w:p>
    <w:p>
      <w:r>
        <w:rPr>
          <w:b/>
        </w:rPr>
        <w:t xml:space="preserve">[52:33] </w:t>
      </w:r>
      <w:r>
        <w:t>kyunke allah ne logon ko azadiyan di hain.</w:t>
      </w:r>
    </w:p>
    <w:p>
      <w:pPr>
        <w:jc w:val="right"/>
      </w:pPr>
      <w:r>
        <w:t>کیونکہ اللہ نے لوگوں کو آزادیاں دی ہیں۔</w:t>
      </w:r>
    </w:p>
    <w:p>
      <w:r>
        <w:rPr>
          <w:b/>
        </w:rPr>
        <w:t xml:space="preserve">[52:36] </w:t>
      </w:r>
      <w:r>
        <w:t>azadi di hai to apne interest par dorengay. woh kyun nahi dorengay? woh agar aap ko kahin dhakka lagta hai, aap ko koi nuqsan hota hai to aap us ko manage kijiye.</w:t>
      </w:r>
    </w:p>
    <w:p>
      <w:pPr>
        <w:jc w:val="right"/>
      </w:pPr>
      <w:r>
        <w:t>آزادی دی ہے تو اپنے انٹرسٹ پر دوڑیں گے۔ وہ کیوں نہیں دوڑیں گے؟ وہ اگر آپ کو کہیں دھکا لگتا ہے، آپ کو کوئی نقصان ہوتا ہے تو آپ اس کو مینج کیجئے۔</w:t>
      </w:r>
    </w:p>
    <w:p>
      <w:r>
        <w:rPr>
          <w:b/>
        </w:rPr>
        <w:t xml:space="preserve">[52:48] </w:t>
      </w:r>
      <w:r>
        <w:t>kyunke allah ki is qeemat badlegi nahi. yeh namumkin hai ke allah ki is qeemat badal jaye. woh to rahegi. aur jab rahegi to log aap apni azadi ko apni marzi ke mutabiq istemal karenge.</w:t>
      </w:r>
    </w:p>
    <w:p>
      <w:pPr>
        <w:jc w:val="right"/>
      </w:pPr>
      <w:r>
        <w:t>کیونکہ اللہ کی اس کیمت بدلے گی نہیں۔ یہ ناممکن ہے کہ اللہ کی اس کیمت بدل جائے۔ وہ تو رہے گی۔ اور جب رہے گی تو لوگ آپ اپنی آزادی کو اپنی مرضی کے مطابق استعمال کریں گے۔</w:t>
      </w:r>
    </w:p>
    <w:p>
      <w:r>
        <w:rPr>
          <w:b/>
        </w:rPr>
        <w:t xml:space="preserve">[53:04] </w:t>
      </w:r>
      <w:r>
        <w:t>to sab se bada tazkiya yeh hai ke shikayat ki nafsiyat khatam ki jaye. nafrat ki nafsiyat khatam ki jaye.</w:t>
      </w:r>
    </w:p>
    <w:p>
      <w:pPr>
        <w:jc w:val="right"/>
      </w:pPr>
      <w:r>
        <w:t>تو سب سے بڑا تزکیہ یہ ہے کہ شکایت کی نفسیات ختم کی جائے۔ نفرت کی نفسیات ختم کی جائے۔</w:t>
      </w:r>
    </w:p>
    <w:p>
      <w:r>
        <w:rPr>
          <w:b/>
        </w:rPr>
        <w:t xml:space="preserve">[53:16] </w:t>
      </w:r>
      <w:r>
        <w:t>aur ek aur baat main aap se arz karoon ke jo aadmi shikayat mein jeeta hai, bilashuba apne aap ko munafiqat ka rizq leta hai. munafiqat ka rizq.</w:t>
      </w:r>
    </w:p>
    <w:p>
      <w:pPr>
        <w:jc w:val="right"/>
      </w:pPr>
      <w:r>
        <w:t>اور ایک اور بات میں آپ سے عرض کروں کہ جو آدمی شکایت میں جیتا ہے، بلاشبہ اپنے آپ کو منافقت کا رزق لیتا ہے۔ منافقت کا رزق۔</w:t>
      </w:r>
    </w:p>
    <w:p>
      <w:r>
        <w:rPr>
          <w:b/>
        </w:rPr>
        <w:t xml:space="preserve">[53:26] </w:t>
      </w:r>
      <w:r>
        <w:t>misalan aap dekhiye, bohat se musalman milenge aap ko america ke khilaf dham se bolenge. dekhiye, inhi ke beta aur damad america mein ja kar settle ho kar aram se reh rahe hain.</w:t>
      </w:r>
    </w:p>
    <w:p>
      <w:pPr>
        <w:jc w:val="right"/>
      </w:pPr>
      <w:r>
        <w:t>مثلاً آپ دیکھیے، بہت سے مسلمان ملیں گے آپ کو امریکہ کے خلاف دھم سے بولیں گے۔ دیکھیں، انہی کے بیٹا اور داماد امریکہ میں جا کر سیٹل ہو کر آرام سے رہ رہے ہیں۔</w:t>
      </w:r>
    </w:p>
    <w:p>
      <w:r>
        <w:rPr>
          <w:b/>
        </w:rPr>
        <w:t xml:space="preserve">[53:37] </w:t>
      </w:r>
      <w:r>
        <w:t>in ke khilaf nahi bolenge.</w:t>
      </w:r>
    </w:p>
    <w:p>
      <w:pPr>
        <w:jc w:val="right"/>
      </w:pPr>
      <w:r>
        <w:t>ان کے خلاف نہیں بولیں گے۔</w:t>
      </w:r>
    </w:p>
    <w:p>
      <w:r>
        <w:rPr>
          <w:b/>
        </w:rPr>
        <w:t xml:space="preserve">[53:40] </w:t>
      </w:r>
      <w:r>
        <w:t>yaani ek taraf america ke khilaf bolenge, doosri taraf apne bete aur damad ko america mein settle karenge. to yeh munafiqat hi to hai.</w:t>
      </w:r>
    </w:p>
    <w:p>
      <w:pPr>
        <w:jc w:val="right"/>
      </w:pPr>
      <w:r>
        <w:t>یعنی ایک طرف امریکہ کے خلاف بولیں گے، دوسری طرف اپنے بیٹے اور داماد کو امریکہ میں سیٹل کریں گے۔ تو یہ منافقت ہی تو ہے۔</w:t>
      </w:r>
    </w:p>
    <w:p>
      <w:r>
        <w:rPr>
          <w:b/>
        </w:rPr>
        <w:t xml:space="preserve">[53:48] </w:t>
      </w:r>
      <w:r>
        <w:t>yeh to jab bhi aap reality ke khilaf bolenge, jab bhi aap allah ka jo action plan hai, us ke khilaf chalenge to lazman nateeja kya hoga?</w:t>
      </w:r>
    </w:p>
    <w:p>
      <w:pPr>
        <w:jc w:val="right"/>
      </w:pPr>
      <w:r>
        <w:t>یہ تو جب بھی آپ ریلیٹی کے خلاف بولیں گے، جب بھی آپ اللہ کا جو کیشن پلان ہے، اس کے خلاف چلیں گے تو لازماً نتیجہ کیا ہوگا؟</w:t>
      </w:r>
    </w:p>
    <w:p>
      <w:r>
        <w:rPr>
          <w:b/>
        </w:rPr>
        <w:t xml:space="preserve">[54:00] </w:t>
      </w:r>
      <w:r>
        <w:t>munafiq ban jayenge aap. kyunke halaat to badlenge nahi. aap ke chahne se duniya ka naqsha to badlega nahi.</w:t>
      </w:r>
    </w:p>
    <w:p>
      <w:pPr>
        <w:jc w:val="right"/>
      </w:pPr>
      <w:r>
        <w:t>منافق بن جائیں گے آپ۔ کیونکہ حالات تو بدلیں گے نہیں۔ آپ کے چاہنے سے دنیا کا نقشہ تو بدلے گا نہیں۔</w:t>
      </w:r>
    </w:p>
    <w:p>
      <w:r>
        <w:rPr>
          <w:b/>
        </w:rPr>
        <w:t xml:space="preserve">[54:08] </w:t>
      </w:r>
      <w:r>
        <w:t>to aap apna jahan dekhen ke baraye interest to kal ho raha hai, to interest ki khatir samjho compromise bhi kar lenge.</w:t>
      </w:r>
    </w:p>
    <w:p>
      <w:pPr>
        <w:jc w:val="right"/>
      </w:pPr>
      <w:r>
        <w:t>تو آپ اپنا جہاں دیکھیں کہ برائے انٹرسٹ تو کل ہو رہا ہے، تو انٹرسٹ کی خاطر سمجھو کمپرومائز بھی کر لیں گے۔</w:t>
      </w:r>
    </w:p>
    <w:p>
      <w:r>
        <w:rPr>
          <w:b/>
        </w:rPr>
        <w:t xml:space="preserve">[54:18] </w:t>
      </w:r>
      <w:r>
        <w:t>yaani ek taraf to dhuan dhar bolenge aap ke falan dushman hai, falan dushman hai, aur doosri taraf interest ki khatir compromise bhi kiye hue honge.</w:t>
      </w:r>
    </w:p>
    <w:p>
      <w:pPr>
        <w:jc w:val="right"/>
      </w:pPr>
      <w:r>
        <w:t>یعنی ایک طرف تو دھواں دھار بولیں گے آپ کہ فلاں دشمن ہے، فلاں دشمن ہے، اور دوسری طرف انٹرسٹ کی خاطر کمپرومائز بھی کیے ہوئے ہوں گے۔</w:t>
      </w:r>
    </w:p>
    <w:p>
      <w:r>
        <w:rPr>
          <w:b/>
        </w:rPr>
        <w:t xml:space="preserve">[54:28] </w:t>
      </w:r>
      <w:r>
        <w:t>to yaad rakhiye, shikayat ki nafsiyat, nafrat ki nafsiyat, aur yeh jo hai ke yeh zulm, yeh zalim hai, woh zalim, yeh jo culture hai, is mein jo aadmi jeeta hai, woh lazman munafiq banega.</w:t>
      </w:r>
    </w:p>
    <w:p>
      <w:pPr>
        <w:jc w:val="right"/>
      </w:pPr>
      <w:r>
        <w:t>تو یاد رکھیے، شکایت کی نفسیات، نفرت کی نفسیات، اور یہ جو ہے کہ یہ ظلم، یہ ظالم ہے، وہ ظالم، یہ جو کلچر ہے، اس میں جو آدمی جیتا ہے، وہ لازماً منافق بنے گا۔</w:t>
      </w:r>
    </w:p>
    <w:p>
      <w:r>
        <w:rPr>
          <w:b/>
        </w:rPr>
        <w:t xml:space="preserve">[54:44] </w:t>
      </w:r>
      <w:r>
        <w:t>bach nahi sakta is se. to bohat hi khatarnak baat hai. to tazkiya kahan se hoga? jo shikayat ki nafsiyat mein jiyenge, woh tazkiya kahan se hoga in ka</w:t>
      </w:r>
    </w:p>
    <w:p>
      <w:pPr>
        <w:jc w:val="right"/>
      </w:pPr>
      <w:r>
        <w:t>بچ نہیں سکتا اس سے۔ تو بہت ہی خطرناک بات ہے۔ تو تزکیہ کہاں سے ہوگا؟ جو شکایت کی نفسیات میں جیئیں گے، وہ تزکیہ کہاں سے ہوگا ان کا</w:t>
      </w:r>
    </w:p>
    <w:p>
      <w:r>
        <w:rPr>
          <w:b/>
        </w:rPr>
        <w:t xml:space="preserve">[54:56] </w:t>
      </w:r>
      <w:r>
        <w:t>? woh to aakhir kaar munaafiqat mein ja kar jeena paray ga in ko. to sab se bara tazkiya yeh hai ke aap Allah ke naqshay ko maanein aur logon ke sath khair khwaahi ke sath rahen.</w:t>
      </w:r>
    </w:p>
    <w:p>
      <w:pPr>
        <w:jc w:val="right"/>
      </w:pPr>
      <w:r>
        <w:t>؟ وہ تو آخر کار منافقت میں جا کر جینا پڑے گا ان کو۔ تو سب سے بڑا تزکیہ یہ ہے کہ آپ اللہ کے نقشے کو مانیں اور لوگوں کے ساتھ خیر خواہی کے ساتھ رہیں۔</w:t>
      </w:r>
    </w:p>
    <w:p>
      <w:r>
        <w:rPr>
          <w:b/>
        </w:rPr>
        <w:t xml:space="preserve">[55:15] </w:t>
      </w:r>
      <w:r>
        <w:t>shikayat ki nafsiyat se apne aap ko paak karen.</w:t>
      </w:r>
    </w:p>
    <w:p>
      <w:pPr>
        <w:jc w:val="right"/>
      </w:pPr>
      <w:r>
        <w:t>شکایت کی نفسیات سے اپنے آپ کو پاک کریں۔</w:t>
      </w:r>
    </w:p>
    <w:p>
      <w:r>
        <w:rPr>
          <w:b/>
        </w:rPr>
        <w:t xml:space="preserve">[55:19] </w:t>
      </w:r>
      <w:r>
        <w:t>nafrat ki nafrat ko haraam samjhen aur har haal mein, har haal mein positive mind ke sath zindagi guzaren.</w:t>
      </w:r>
    </w:p>
    <w:p>
      <w:pPr>
        <w:jc w:val="right"/>
      </w:pPr>
      <w:r>
        <w:t>نفرت کی نفرت کو حرام سمجھیں اور ہر حال میں، ہر حال میں پازیٹیو مائنڈ کے ساتھ زندگی گزاریں۔</w:t>
      </w:r>
    </w:p>
    <w:p>
      <w:r>
        <w:rPr>
          <w:b/>
        </w:rPr>
        <w:t xml:space="preserve">[55:30] </w:t>
      </w:r>
      <w:r>
        <w:t>yeh sab ka tazkiya hai.</w:t>
      </w:r>
    </w:p>
    <w:p>
      <w:pPr>
        <w:jc w:val="right"/>
      </w:pPr>
      <w:r>
        <w:t>یہ سب کا تزکیہ ہے۔</w:t>
      </w:r>
    </w:p>
    <w:p>
      <w:r>
        <w:rPr>
          <w:b/>
        </w:rPr>
        <w:t xml:space="preserve">[55:35] </w:t>
      </w:r>
      <w:r>
        <w:t>maulana, agla sawal singapore se hai, mr sailesh malhotra ka. unhon ne likha hai: "maulana, your words are very thought provoking and very true.</w:t>
      </w:r>
    </w:p>
    <w:p>
      <w:pPr>
        <w:jc w:val="right"/>
      </w:pPr>
      <w:r>
        <w:t>مولانا، اگلا سوال سنگاپور سے ہے، مسٹر سیلیش ملہوترا کا۔ انہوں نے لکھا ہے: "مولانا، یور ورڈز آر ویری تھاٹ پرووکنگ اینڈ ویری ٹرو۔</w:t>
      </w:r>
    </w:p>
    <w:p>
      <w:r>
        <w:rPr>
          <w:b/>
        </w:rPr>
        <w:t xml:space="preserve">[55:47] </w:t>
      </w:r>
      <w:r>
        <w:t>there are often challenging situations which arise from time to time, and often these result into anger and frustration.</w:t>
      </w:r>
    </w:p>
    <w:p>
      <w:pPr>
        <w:jc w:val="right"/>
      </w:pPr>
      <w:r>
        <w:t>دیر آر آفن چیلنجنگ سچویشنز وچ ارائز فرام ٹائم ٹو ٹائم، اینڈ آفن دیز رزلٹ انٹو اینگر اینڈ فرسٹریشن۔</w:t>
      </w:r>
    </w:p>
    <w:p>
      <w:r>
        <w:rPr>
          <w:b/>
        </w:rPr>
        <w:t xml:space="preserve">[55:57] </w:t>
      </w:r>
      <w:r>
        <w:t>sometimes these frustrations come out in words, causing hurt to everyone, and followed by regret later. dear Maulana, please guide me that if a situation like this comes again,</w:t>
      </w:r>
    </w:p>
    <w:p>
      <w:pPr>
        <w:jc w:val="right"/>
      </w:pPr>
      <w:r>
        <w:t>سم ٹائمز دیز فرسٹریشنز کم آؤٹ ان ورڈز، کازنگ ہرٹ ٹو ایوری ون، اینڈ فالوڈ بائے ریگریٹ لیٹر۔ ڈیئر مولانا، پلیز گائیڈ می دیٹ اف ا سچویشن لائک دس کمز اگین،</w:t>
      </w:r>
    </w:p>
    <w:p>
      <w:r>
        <w:rPr>
          <w:b/>
        </w:rPr>
        <w:t xml:space="preserve">[56:11] </w:t>
      </w:r>
      <w:r>
        <w:t>what should I do to subside negative thoughts and angry words?</w:t>
      </w:r>
    </w:p>
    <w:p>
      <w:pPr>
        <w:jc w:val="right"/>
      </w:pPr>
      <w:r>
        <w:t>واٹ شوڈ آئی ڈو ٹو سبسائیڈ نیگیٹیو تھاٹس اینڈ اینگری ورڈز؟</w:t>
      </w:r>
    </w:p>
    <w:p>
      <w:r>
        <w:rPr>
          <w:b/>
        </w:rPr>
        <w:t xml:space="preserve">[56:17] </w:t>
      </w:r>
      <w:r>
        <w:t>I want to go to paradise with the rest of the CPS team, and don't want to lose this because of my stupid mistakes."</w:t>
      </w:r>
    </w:p>
    <w:p>
      <w:pPr>
        <w:jc w:val="right"/>
      </w:pPr>
      <w:r>
        <w:t>آئی وانٹ ٹو گو ٹو پیراڈائز ود دا ریسٹ اف دا سی پی ایس ٹیم، اینڈ ڈونٹ وانٹ ٹو لوز دس بیکاز اف مائی سٹوپڈ مسٹیکس۔"</w:t>
      </w:r>
    </w:p>
    <w:p>
      <w:r>
        <w:rPr>
          <w:b/>
        </w:rPr>
        <w:t xml:space="preserve">[56:36] </w:t>
      </w:r>
      <w:r>
        <w:t>dekhiye, paradise ki qeemat hai acceptance of reality.</w:t>
      </w:r>
    </w:p>
    <w:p>
      <w:pPr>
        <w:jc w:val="right"/>
      </w:pPr>
      <w:r>
        <w:t>دیکھیے، پیراڈائز کی قیمت ہے ایکسیپٹنس اف ریلیٹی۔</w:t>
      </w:r>
    </w:p>
    <w:p>
      <w:r>
        <w:rPr>
          <w:b/>
        </w:rPr>
        <w:t xml:space="preserve">[56:46] </w:t>
      </w:r>
      <w:r>
        <w:t>paradise ki qeemat hai acceptance of reality.</w:t>
      </w:r>
    </w:p>
    <w:p>
      <w:pPr>
        <w:jc w:val="right"/>
      </w:pPr>
      <w:r>
        <w:t>پیراڈائز کی قیمت ہے ایکسیپٹنس اف ریلیٹی۔</w:t>
      </w:r>
    </w:p>
    <w:p>
      <w:r>
        <w:rPr>
          <w:b/>
        </w:rPr>
        <w:t xml:space="preserve">[56:53] </w:t>
      </w:r>
      <w:r>
        <w:t>yani duniya mein jo creator hai, creator us ne apne plan ke mutabiq duniya ka ek system banaya hai.</w:t>
      </w:r>
    </w:p>
    <w:p>
      <w:pPr>
        <w:jc w:val="right"/>
      </w:pPr>
      <w:r>
        <w:t>یعنی دنیا میں جو کریٹر ہے، کریٹر اس نے اپنے پلان کے مطابق دنیا کا ایک سسٹم بنایا ہے۔</w:t>
      </w:r>
    </w:p>
    <w:p>
      <w:r>
        <w:rPr>
          <w:b/>
        </w:rPr>
        <w:t xml:space="preserve">[57:07] </w:t>
      </w:r>
      <w:r>
        <w:t>is system mein har ek ko azaadi hai, har ek ko total freedom hai.</w:t>
      </w:r>
    </w:p>
    <w:p>
      <w:pPr>
        <w:jc w:val="right"/>
      </w:pPr>
      <w:r>
        <w:t>اس سسٹم میں ہر ایک کو آزادی ہے، ہر ایک کو ٹوٹل فریڈم ہے۔</w:t>
      </w:r>
    </w:p>
    <w:p>
      <w:r>
        <w:rPr>
          <w:b/>
        </w:rPr>
        <w:t xml:space="preserve">[57:15] </w:t>
      </w:r>
      <w:r>
        <w:t>to apni freedom ko woh chahe misuse kare, chahe proper use kare. yahi woh cheez hai jo hamare andar paida karti hai anger, complain, protest, yeh sab cheezen.</w:t>
      </w:r>
    </w:p>
    <w:p>
      <w:pPr>
        <w:jc w:val="right"/>
      </w:pPr>
      <w:r>
        <w:t>تو اپنی فریڈم کو وہ چاہے مس یوز کرے، چاہے پراپر یوز کرے۔ یہی وہ چیز ہے جو ہمارے اندر پیدا کرتی ہے اینگر، کمپلین، پروٹیسٹ، یہ سب چیزیں۔</w:t>
      </w:r>
    </w:p>
    <w:p>
      <w:r>
        <w:rPr>
          <w:b/>
        </w:rPr>
        <w:t xml:space="preserve">[57:30] </w:t>
      </w:r>
      <w:r>
        <w:t>to pehli condition yeh hai ke aap accept karen Allah ki is ki maaf things ko.</w:t>
      </w:r>
    </w:p>
    <w:p>
      <w:pPr>
        <w:jc w:val="right"/>
      </w:pPr>
      <w:r>
        <w:t>تو پہلی کنڈیشن یہ ہے کہ آپ ایکسیپٹ کریں اللہ کی اس کی معاف تھنگز کو۔</w:t>
      </w:r>
    </w:p>
    <w:p>
      <w:r>
        <w:rPr>
          <w:b/>
        </w:rPr>
        <w:t xml:space="preserve">[57:39] </w:t>
      </w:r>
      <w:r>
        <w:t>yani jis cheez ko le kar aadmi ghussa hota hai, shikayat karta hai, protest karta hai, to kis ke khilaaf karta hai? woh bazahir kisi insaan ke khilaaf hoti hai, woh lekin hoti hai woh Khuda ke khilaaf.</w:t>
      </w:r>
    </w:p>
    <w:p>
      <w:pPr>
        <w:jc w:val="right"/>
      </w:pPr>
      <w:r>
        <w:t>یعنی جس چیز کو لے کر آدمی غصہ ہوتا ہے، شکایت کرتا ہے، پروٹیسٹ کرتا ہے، تو کس کے خلاف کرتا ہے؟ وہ بظاہر کسی انسان کے خلاف ہوتی ہے، وہ لیکن ہوتی ہے وہ خدا کے خلاف۔</w:t>
      </w:r>
    </w:p>
    <w:p>
      <w:r>
        <w:rPr>
          <w:b/>
        </w:rPr>
        <w:t xml:space="preserve">[57:54] </w:t>
      </w:r>
      <w:r>
        <w:t>jab aap bolte hain America ke khilaaf to aap bolte hain Khuda ke khilaaf. America jo kuch bhi kar raha hai, woh Allah ki di hui freedom par kar raha hai.</w:t>
      </w:r>
    </w:p>
    <w:p>
      <w:pPr>
        <w:jc w:val="right"/>
      </w:pPr>
      <w:r>
        <w:t>جب آپ بولتے ہیں امریکہ کے خلاف تو آپ بولتے ہیں خدا کے خلاف۔ امریکہ جو کچھ بھی کر رہا ہے، وہ اللہ کی دی ہوئی فریڈم پر کر رہا ہے۔</w:t>
      </w:r>
    </w:p>
    <w:p>
      <w:r>
        <w:rPr>
          <w:b/>
        </w:rPr>
        <w:t xml:space="preserve">[58:03] </w:t>
      </w:r>
      <w:r>
        <w:t>Yahudi jo kuch kar raha hai, woh Allah ki di hui freedom par kar raha hai. Hindu jo kuch bhi kar raha hai, woh Allah ki di hui freedom par kar raha hai. to jab aap shikayat karte hain, protest karte hain, kis ke khilaaf jati hai?</w:t>
      </w:r>
    </w:p>
    <w:p>
      <w:pPr>
        <w:jc w:val="right"/>
      </w:pPr>
      <w:r>
        <w:t>یہودی جو کچھ کر رہا ہے، وہ اللہ کی دی ہوئی فریڈم پر کر رہا ہے۔ ہندو جو کچھ بھی کر رہا ہے، وہ اللہ کی دی ہوئی فریڈم پر کر رہا ہے۔ تو جب آپ شکایت کرتے ہیں، پروٹیسٹ کرتے ہیں، کس کے خلاف جاتی ہے؟</w:t>
      </w:r>
    </w:p>
    <w:p>
      <w:r>
        <w:rPr>
          <w:b/>
        </w:rPr>
        <w:t xml:space="preserve">[58:14] </w:t>
      </w:r>
      <w:r>
        <w:t>woh Allah ke khilaaf jati hai. woh</w:t>
      </w:r>
    </w:p>
    <w:p>
      <w:pPr>
        <w:jc w:val="right"/>
      </w:pPr>
      <w:r>
        <w:t>وہ اللہ کے خلاف جاتی ہے۔ وہ</w:t>
      </w:r>
    </w:p>
    <w:p>
      <w:r>
        <w:rPr>
          <w:b/>
        </w:rPr>
        <w:t xml:space="preserve">[58:18] </w:t>
      </w:r>
      <w:r>
        <w:t>to isi ko maine kaha ke ke acceptance of reality jo hai, wahi price hai jannat ki.</w:t>
      </w:r>
    </w:p>
    <w:p>
      <w:pPr>
        <w:jc w:val="right"/>
      </w:pPr>
      <w:r>
        <w:t>تو اسی کو میں نے کہا کہ کہ ایکسیپٹنس اف ریلیٹی جو ہے، وہی پرائس ہے جنت کی۔</w:t>
      </w:r>
    </w:p>
    <w:p>
      <w:r>
        <w:rPr>
          <w:b/>
        </w:rPr>
        <w:t xml:space="preserve">[58:29] </w:t>
      </w:r>
      <w:r>
        <w:t>isi ko Quran mein dekhiye: "raziyallahu anhum wa razuwan". yani jo log raazi ho gaye Allah ki is ki maaf things par, to Allah un se raazi ho jayega.</w:t>
      </w:r>
    </w:p>
    <w:p>
      <w:pPr>
        <w:jc w:val="right"/>
      </w:pPr>
      <w:r>
        <w:t>اسی کو قرآن میں دیکھیے: "رضی اللہ عنہم ورضوان"۔ یعنی جو لوگ راضی ہو گئے اللہ کی اس کی معاف تھنگز پر، تو اللہ ان سے راضی ہو جائے گا۔</w:t>
      </w:r>
    </w:p>
    <w:p>
      <w:r>
        <w:rPr>
          <w:b/>
        </w:rPr>
        <w:t xml:space="preserve">[58:41] </w:t>
      </w:r>
      <w:r>
        <w:t>yeh jo ayat hai Quran majeed ki, is ko bhi log samajhte nahin.</w:t>
      </w:r>
    </w:p>
    <w:p>
      <w:pPr>
        <w:jc w:val="right"/>
      </w:pPr>
      <w:r>
        <w:t>یہ جو آیت ہے قرآن مجید کی، اس کو بھی لوگ سمجھتے نہیں۔</w:t>
      </w:r>
    </w:p>
    <w:p>
      <w:r>
        <w:rPr>
          <w:b/>
        </w:rPr>
        <w:t xml:space="preserve">[58:46] </w:t>
      </w:r>
      <w:r>
        <w:t>mysterious bana rakha hai is ayat ko. mysterious. "raziyallahu anhum wa razuwan" ka matlab yeh hai ke jo log raazi ho gaye Allah ki is ki maaf things par,</w:t>
      </w:r>
    </w:p>
    <w:p>
      <w:pPr>
        <w:jc w:val="right"/>
      </w:pPr>
      <w:r>
        <w:t>مسٹیریس بنا رکھا ہے اس آیت کو۔ مسٹیریس۔ "رضی اللہ عنہم ورضوان" کا مطلب یہ ہے کہ جو لوگ راضی ہو گئے اللہ کی اس کی معاف تھنگز پر،</w:t>
      </w:r>
    </w:p>
    <w:p>
      <w:r>
        <w:rPr>
          <w:b/>
        </w:rPr>
        <w:t xml:space="preserve">[59:01] </w:t>
      </w:r>
      <w:r>
        <w:t>apne aap ko aap ko is se adjust kiya, to Allah un se raazi ho jayega.</w:t>
      </w:r>
    </w:p>
    <w:p>
      <w:pPr>
        <w:jc w:val="right"/>
      </w:pPr>
      <w:r>
        <w:t>اپنے آپ کو آپ کو اس سے ایڈجسٹ کیا، تو اللہ ان سے راضی ہو جائے گا۔</w:t>
      </w:r>
    </w:p>
    <w:p>
      <w:r>
        <w:rPr>
          <w:b/>
        </w:rPr>
        <w:t xml:space="preserve">[59:09] </w:t>
      </w:r>
      <w:r>
        <w:t>Allah ka jo plan hai, Allah ka jo plan hai, jo creation plan hai, us ke mutabiq jo is ki maaf things hain, to woh hamare hamein pasand aaye ya na pasand aayen,</w:t>
      </w:r>
    </w:p>
    <w:p>
      <w:pPr>
        <w:jc w:val="right"/>
      </w:pPr>
      <w:r>
        <w:t>اللہ کا جو پلان ہے، اللہ کا جو پلان ہے، جو کریشن پلان ہے، اس کے مطابق جو اس کی معاف تھنگز ہیں، تو وہ ہمارے ہمیں پسند آئے یا نہ پسند آئیں،</w:t>
      </w:r>
    </w:p>
    <w:p>
      <w:r>
        <w:rPr>
          <w:b/>
        </w:rPr>
        <w:t xml:space="preserve">[59:26] </w:t>
      </w:r>
      <w:r>
        <w:t>har haal mein hum is se raazi ho jayen. hamare muwafiq ho, hamare khilaf ho, hamein chot lage ya chot na lage,</w:t>
      </w:r>
    </w:p>
    <w:p>
      <w:pPr>
        <w:jc w:val="right"/>
      </w:pPr>
      <w:r>
        <w:t>ہر حال میں ہم اس سے راضی ہو جائیں۔ ہمارے موافق ہو، ہمارے خلاف ہو، ہمیں چوٹ لگے یا چوٹ نہ لگے،</w:t>
      </w:r>
    </w:p>
    <w:p>
      <w:r>
        <w:rPr>
          <w:b/>
        </w:rPr>
        <w:t xml:space="preserve">[59:38] </w:t>
      </w:r>
      <w:r>
        <w:t>hamein shock pounchay ya shock na pounchay, har haal mein hum is par raazi ho jayen. yahi matlab hai "razi allahu anhum wa ridwan" ka ke jo log Allah ki is ki maaf things par raazi ho gaye, to Allah un par raazi ho jayega.</w:t>
      </w:r>
    </w:p>
    <w:p>
      <w:pPr>
        <w:jc w:val="right"/>
      </w:pPr>
      <w:r>
        <w:t>ہمیں شاک پہنچے یا شاک نہ پہنچے، ہر حال میں ہم اس پر راضی ہو جائیں۔ یہی مطلب ہے "رضی اللہ عنہم ورضوان" کا کہ جو لوگ اللہ کی اس کی معاف تھنگز پر راضی ہو گئے، تو اللہ ان پر راضی ہو جائے گا۔</w:t>
      </w:r>
    </w:p>
    <w:p>
      <w:r>
        <w:rPr>
          <w:b/>
        </w:rPr>
        <w:t xml:space="preserve">[59:57] </w:t>
      </w:r>
      <w:r>
        <w:t>to ek baat yeh hai. doosri baat maine arz ki, jaisa ke abhi ke jo log is par raazi na hon, to kya hota hota hota hai? woh hypocrite bante hain. hypocrite.</w:t>
      </w:r>
    </w:p>
    <w:p>
      <w:pPr>
        <w:jc w:val="right"/>
      </w:pPr>
      <w:r>
        <w:t>تو ایک بات یہ ہے۔ دوسری بات میں نے عرض کی، جیسا کہ ابھی کہ جو لوگ اس پر راضی نہ ہوں، تو کیا ہوتا ہوتا ہوتا ہے؟ وہ ہیپوکریٹ بنتے ہیں۔ ہیپوکریٹ۔</w:t>
      </w:r>
    </w:p>
    <w:p>
      <w:r>
        <w:rPr>
          <w:b/>
        </w:rPr>
        <w:t xml:space="preserve">[1:00:10] </w:t>
      </w:r>
      <w:r>
        <w:t>yani hypocrisy is direct result of non acceptance of reality. kyunke aap kya karenge? badal sakte sakte nahi hain Allah ke naqshe ko.</w:t>
      </w:r>
    </w:p>
    <w:p>
      <w:pPr>
        <w:jc w:val="right"/>
      </w:pPr>
      <w:r>
        <w:t>یعنی ہیپوکریسی از ڈائریکٹ رزلٹ اف نان ایکسیپٹنس اف ریلیٹی۔ کیونکہ آپ کیا کریں گے؟ بدل سکتے سکتے نہیں ہیں اللہ کے نقشے کو۔</w:t>
      </w:r>
    </w:p>
    <w:p>
      <w:r>
        <w:rPr>
          <w:b/>
        </w:rPr>
        <w:t xml:space="preserve">[1:00:21] </w:t>
      </w:r>
      <w:r>
        <w:t>to aap kya karenge? jahan interest kal hoga, wahan aap adjust karenge. jahan interest dekhenge, mein interest kal nahi ho raha hoga, wahan aap bolenge, wahan aap josh dikhayenge, wahan aap violence karenge.</w:t>
      </w:r>
    </w:p>
    <w:p>
      <w:pPr>
        <w:jc w:val="right"/>
      </w:pPr>
      <w:r>
        <w:t>تو آپ کیا کریں گے؟ جہاں انٹرسٹ کل ہوگا، وہاں آپ ایڈجسٹ کریں گے۔ جہاں انٹرسٹ دیکھیں گے، میں انٹرسٹ کل نہیں ہو رہا ہوگا، وہاں آپ بولیں گے، وہاں آپ جوش دکھائیں گے، وہاں آپ وائیلنس کریں گے۔</w:t>
      </w:r>
    </w:p>
    <w:p>
      <w:r>
        <w:rPr>
          <w:b/>
        </w:rPr>
        <w:t xml:space="preserve">[1:00:35] </w:t>
      </w:r>
      <w:r>
        <w:t>to dekhiye, yeh yeh bilkul hi ek simple formula hai ke agar aap chahte hain ke jannat mein mujhe dakhla mile, then you have to accept the reality.</w:t>
      </w:r>
    </w:p>
    <w:p>
      <w:pPr>
        <w:jc w:val="right"/>
      </w:pPr>
      <w:r>
        <w:t>تو دیکھیے، یہ یہ بالکل ہی ایک سمپل فارمولا ہے کہ اگر آپ چاہتے ہیں کہ جنت میں مجھے داخلہ ملے، دین یو ہیو ٹو ایکسیپٹ دا ریلیٹی۔</w:t>
      </w:r>
    </w:p>
    <w:p>
      <w:r>
        <w:rPr>
          <w:b/>
        </w:rPr>
        <w:t xml:space="preserve">[1:00:50] </w:t>
      </w:r>
      <w:r>
        <w:t>aur koi doosra rasta nahi. doosra rasta hai woh kya hai? woh apne aap ko aap kal karna hai, apne aap ko destroy karna hai, apne aap ko tabah karna hai.</w:t>
      </w:r>
    </w:p>
    <w:p>
      <w:pPr>
        <w:jc w:val="right"/>
      </w:pPr>
      <w:r>
        <w:t>اور کوئی دوسرا راستہ نہیں۔ دوسرا راستہ ہے وہ کیا ہے؟ وہ اپنے آپ کو آپ کل کرنا ہے، اپنے آپ کو ڈسٹرائے کرنا ہے، اپنے آپ کو تباہ کرنا ہے۔</w:t>
      </w:r>
    </w:p>
    <w:p>
      <w:r>
        <w:rPr>
          <w:b/>
        </w:rPr>
        <w:t xml:space="preserve">[1:01:03] </w:t>
      </w:r>
      <w:r>
        <w:t>maulana, agla sawal lene se pehle ek comment parhna chahenge jo miss fatima sarah ka aaya hai bangalore se. unhon ne likha hai: "i want to share a conversation with a cousin sister.</w:t>
      </w:r>
    </w:p>
    <w:p>
      <w:pPr>
        <w:jc w:val="right"/>
      </w:pPr>
      <w:r>
        <w:t>مولانا، اگلا سوال لینے سے پہلے ایک کمنٹ پڑھنا چاہیں گے جو مس فاطمہ سارہ کا آیا ہے بینگلور سے۔ انہوں نے لکھا ہے: "آئی وانٹ ٹو شیئر ا کنورسیشن ود ا کزن سسٹر۔</w:t>
      </w:r>
    </w:p>
    <w:p>
      <w:r>
        <w:rPr>
          <w:b/>
        </w:rPr>
        <w:t xml:space="preserve">[1:01:17] </w:t>
      </w:r>
      <w:r>
        <w:t>my cousin sister called this morning and said: 'what is this? i called you on eid day and you said you have a spiritual class.</w:t>
      </w:r>
    </w:p>
    <w:p>
      <w:pPr>
        <w:jc w:val="right"/>
      </w:pPr>
      <w:r>
        <w:t>مائی کزن سسٹر کالڈ دس مارننگ اینڈ سیڈ: 'واٹ از دس؟ آئی کالڈ یو ان عید ڈے اینڈ یو سیڈ یو ہیو ا سپرچول کلاس۔</w:t>
      </w:r>
    </w:p>
    <w:p>
      <w:r>
        <w:rPr>
          <w:b/>
        </w:rPr>
        <w:t xml:space="preserve">[1:01:28] </w:t>
      </w:r>
      <w:r>
        <w:t>i called you on saturday and you said you have a da'wah program.</w:t>
      </w:r>
    </w:p>
    <w:p>
      <w:pPr>
        <w:jc w:val="right"/>
      </w:pPr>
      <w:r>
        <w:t>آئی کالڈ یو ان سیٹرڈے اینڈ یو سیڈ یو ہیو ا دعوی پروگرام۔</w:t>
      </w:r>
    </w:p>
    <w:p>
      <w:r>
        <w:rPr>
          <w:b/>
        </w:rPr>
        <w:t xml:space="preserve">[1:01:32] </w:t>
      </w:r>
      <w:r>
        <w:t>and today sunday you are telling me that you have a class. don't you think this is an overdose?' i asked her: 'dear sister, have you read about the life of any scientist?' she said: 'o yes, they were crazy people.' i said: 'but these people came up with intelligent and meaningful discoveries.</w:t>
      </w:r>
    </w:p>
    <w:p>
      <w:pPr>
        <w:jc w:val="right"/>
      </w:pPr>
      <w:r>
        <w:t>اینڈ ٹوڈے سنڈے یو آر ٹیلنگ می دیٹ یو ہیو ا کلاس۔ ڈونٹ یو تھنک دس از این اوورڈوز؟' آئی اسکڈ ہر: 'ڈیئر سسٹر، ہیو یو ریڈ اباؤٹ دا لائف اف اینی سائنٹسٹ؟' شی سیڈ: 'او یس، دے وار کریزی پیپل۔' آئی سیڈ: 'بٹ دیز پیپل کیم اپ ود انٹیلیجنٹ اینڈ میننگ فل ڈسکوریز۔</w:t>
      </w:r>
    </w:p>
    <w:p>
      <w:r>
        <w:rPr>
          <w:b/>
        </w:rPr>
        <w:t xml:space="preserve">[1:01:58] </w:t>
      </w:r>
      <w:r>
        <w:t>work was joy for them.</w:t>
      </w:r>
    </w:p>
    <w:p>
      <w:pPr>
        <w:jc w:val="right"/>
      </w:pPr>
      <w:r>
        <w:t>ورک واز جوئے فار دیم۔</w:t>
      </w:r>
    </w:p>
    <w:p>
      <w:r>
        <w:rPr>
          <w:b/>
        </w:rPr>
        <w:t xml:space="preserve">[1:02:01] </w:t>
      </w:r>
      <w:r>
        <w:t>if one wants to test the joy of intellectual discoveries, one has to be like a scientist. there is no question of overdose.</w:t>
      </w:r>
    </w:p>
    <w:p>
      <w:pPr>
        <w:jc w:val="right"/>
      </w:pPr>
      <w:r>
        <w:t>اف ون وانٹس ٹو ٹیسٹ دی جوئے اف انٹلیکچول ڈسکوریز، ون ہیز ٹو بی لائک ا سائنٹسٹ۔ دیر از نو کوئسچن اف اوورڈوز۔</w:t>
      </w:r>
    </w:p>
    <w:p>
      <w:r>
        <w:rPr>
          <w:b/>
        </w:rPr>
        <w:t xml:space="preserve">[1:02:11] </w:t>
      </w:r>
      <w:r>
        <w:t>there is a it is a matter of over joy. may Allah grant us all this eternal joy.' overdose ek jhoota lafz hai.</w:t>
      </w:r>
    </w:p>
    <w:p>
      <w:pPr>
        <w:jc w:val="right"/>
      </w:pPr>
      <w:r>
        <w:t>دیر از ا اٹ از ا میٹر اف اوور جوئے۔ می اللہ گرانٹ اس ال دس ایٹرنل جوئے۔' اوورڈوز ایک جھوٹا لفظ ہے۔</w:t>
      </w:r>
    </w:p>
    <w:p>
      <w:r>
        <w:rPr>
          <w:b/>
        </w:rPr>
        <w:t xml:space="preserve">[1:02:21] </w:t>
      </w:r>
      <w:r>
        <w:t>intellectuals jo hain, aise alfaaz bol bol kar ke sachai ko deny karte hain. what is overdose?</w:t>
      </w:r>
    </w:p>
    <w:p>
      <w:pPr>
        <w:jc w:val="right"/>
      </w:pPr>
      <w:r>
        <w:t>انٹلیکچولز جو ہیں، ایسے الفاظ بول بول کر کے سچائی کو ڈینائی کرتے ہیں۔ واٹ از اوورڈوز؟</w:t>
      </w:r>
    </w:p>
    <w:p>
      <w:r>
        <w:rPr>
          <w:b/>
        </w:rPr>
        <w:t xml:space="preserve">[1:02:29] </w:t>
      </w:r>
      <w:r>
        <w:t>yeh intellectuals ki gaali hai. intellectual ka shart hai jahan woh logic nahi paate, saare alfaaz bolte hain. yaad rakhein, jo aadmi logic dene ke baad yeh saare alfaaz bole ke yeh overdose hai, yeh kya?</w:t>
      </w:r>
    </w:p>
    <w:p>
      <w:pPr>
        <w:jc w:val="right"/>
      </w:pPr>
      <w:r>
        <w:t>یہ انٹلیکچولز کی گالی ہے۔ انٹلیکچول کا شرط ہے جہاں وہ لاجک نہیں پاتے، سارے الفاظ بولتے ہیں۔ یاد رکھیں، جو آدمی لاجک دینے کے بعد یہ سارے الفاظ بولے کہ یہ اوورڈوز ہے، یہ کیا؟</w:t>
      </w:r>
    </w:p>
    <w:p>
      <w:r>
        <w:rPr>
          <w:b/>
        </w:rPr>
        <w:t xml:space="preserve">[1:02:44] </w:t>
      </w:r>
      <w:r>
        <w:t>yeh overdose hai, yeh kya cheez hai? yeh koi koi logic hai? koi reason hai? yeh to gaali hai. to yeh parhe likhe log jo hain, isi tarah gaaliyan dete hain.</w:t>
      </w:r>
    </w:p>
    <w:p>
      <w:pPr>
        <w:jc w:val="right"/>
      </w:pPr>
      <w:r>
        <w:t>یہ اوورڈوز ہے، یہ کیا چیز ہے؟ یہ کوئی کوئی لاجک ہے؟ کوئی ریزن ہے؟ یہ تو گالی ہے۔ تو یہ پڑھے لکھے لوگ جو ہیں، اسی طرح گالیاں دیتے ہیں۔</w:t>
      </w:r>
    </w:p>
    <w:p>
      <w:r>
        <w:rPr>
          <w:b/>
        </w:rPr>
        <w:t xml:space="preserve">[1:02:57] </w:t>
      </w:r>
      <w:r>
        <w:t>isi tarah gaaliyan dete hain.</w:t>
      </w:r>
    </w:p>
    <w:p>
      <w:pPr>
        <w:jc w:val="right"/>
      </w:pPr>
      <w:r>
        <w:t>اسی طرح گالیاں دیتے ہیں۔</w:t>
      </w:r>
    </w:p>
    <w:p>
      <w:r>
        <w:rPr>
          <w:b/>
        </w:rPr>
        <w:t xml:space="preserve">[1:03:01] </w:t>
      </w:r>
      <w:r>
        <w:t>har ek ko chahiye koi logic pesh kare, reason pesh kare, daleel pesh kare. jo daleel na pesh kare aur is tarah ka ek negative remark de, to negative remark intellectuals ki gaali hai.</w:t>
      </w:r>
    </w:p>
    <w:p>
      <w:pPr>
        <w:jc w:val="right"/>
      </w:pPr>
      <w:r>
        <w:t>ہر ایک کو چاہیے کوئی لاجک پیش کرے، ریزن پیش کرے، دلیل پیش کرے۔ جو دلیل نہ پیش کرے اور اس طرح کا ایک نیگیٹیو ریمارک دے، تو نیگیٹیو ریمارک انٹلیکچولز کی گالی ہے۔</w:t>
      </w:r>
    </w:p>
    <w:p>
      <w:r>
        <w:rPr>
          <w:b/>
        </w:rPr>
        <w:t xml:space="preserve">[1:03:15] </w:t>
      </w:r>
      <w:r>
        <w:t>mujhe bahut hi zyada afsos hota hai un logon par jo parh likh kar ke yahi yahi seekha hai unhon ne ke negative remark do aur jo ke intellectuals gaali hai.</w:t>
      </w:r>
    </w:p>
    <w:p>
      <w:pPr>
        <w:jc w:val="right"/>
      </w:pPr>
      <w:r>
        <w:t>مجھے بہت ہی زیادہ افسوس ہوتا ہے ان لوگوں پر جو پڑھ لکھ کر کے یہی یہی سیکھا ہے انہوں نے کہ نیگیٹیو ریمارک دو اور جو کہ انٹلیکچولز گالی ہے۔</w:t>
      </w:r>
    </w:p>
    <w:p>
      <w:r>
        <w:rPr>
          <w:b/>
        </w:rPr>
        <w:t xml:space="preserve">[1:03:26] </w:t>
      </w:r>
      <w:r>
        <w:t>yeh koi zindagi hai? yeh koi parha likha hai?</w:t>
      </w:r>
    </w:p>
    <w:p>
      <w:pPr>
        <w:jc w:val="right"/>
      </w:pPr>
      <w:r>
        <w:t>یہ کوئی زندگی ہے؟ یہ کوئی پڑھا لکھا ہے؟</w:t>
      </w:r>
    </w:p>
    <w:p>
      <w:r>
        <w:rPr>
          <w:b/>
        </w:rPr>
        <w:t xml:space="preserve">[1:03:30] </w:t>
      </w:r>
      <w:r>
        <w:t>mind hai? man kan yoomin billahi falaq al khaira awla ism yani jo aadmi Allah ke saamne khade hone se darta ho, to us ko chahiye ke woh koi solid baat bole, warna chup rahe.</w:t>
      </w:r>
    </w:p>
    <w:p>
      <w:pPr>
        <w:jc w:val="right"/>
      </w:pPr>
      <w:r>
        <w:t>مائنڈ ہے؟ من کان یومن باللہ فلق الخیرا اولی اسم یعنی جو آدمی اللہ کے سامنے کھڑے ہونے سے ڈرتا ہو، تو اس کو چاہیے کہ وہ کوئی سولڈ بات بولے، ورنہ چپ رہے۔</w:t>
      </w:r>
    </w:p>
    <w:p>
      <w:r>
        <w:rPr>
          <w:b/>
        </w:rPr>
        <w:t xml:space="preserve">[1:03:47] </w:t>
      </w:r>
      <w:r>
        <w:t>matlab agar tumhare paas sirf sirf negative remark hai, to chup raho. koi reason agar hai to bolo, koi logic hai to bolo, warna chup raho.</w:t>
      </w:r>
    </w:p>
    <w:p>
      <w:pPr>
        <w:jc w:val="right"/>
      </w:pPr>
      <w:r>
        <w:t>مطلب اگر تمہارے پاس صرف صرف نیگیٹیو ریمارک ہے، تو چپ رہو۔ کوئی ریزن اگر ہے تو بولو، کوئی لاجک ہے تو بولو، ورنہ چپ رہو۔</w:t>
      </w:r>
    </w:p>
    <w:p>
      <w:r>
        <w:rPr>
          <w:b/>
        </w:rPr>
        <w:t xml:space="preserve">[1:03:56] </w:t>
      </w:r>
      <w:r>
        <w:t>to jitne intellectuals hain, taqreeban sab ka yahi haal hai ke logic nahi hoti hai, negative remark pass karte hain,</w:t>
      </w:r>
    </w:p>
    <w:p>
      <w:pPr>
        <w:jc w:val="right"/>
      </w:pPr>
      <w:r>
        <w:t>تو جتنے انٹلیکچولز ہیں، تقریباً سب کا یہی حال ہے کہ لاجک نہیں ہوتی ہے، نیگیٹیو ریمارک پاس کرتے ہیں،</w:t>
      </w:r>
    </w:p>
    <w:p>
      <w:r>
        <w:rPr>
          <w:b/>
        </w:rPr>
        <w:t xml:space="preserve">[1:04:09] </w:t>
      </w:r>
      <w:r>
        <w:t>jo ke mere nazdeek gaali hai.</w:t>
      </w:r>
    </w:p>
    <w:p>
      <w:pPr>
        <w:jc w:val="right"/>
      </w:pPr>
      <w:r>
        <w:t>جو کہ میرے نزدیک گالی ہے۔</w:t>
      </w:r>
    </w:p>
    <w:p>
      <w:r>
        <w:rPr>
          <w:b/>
        </w:rPr>
        <w:t xml:space="preserve">[1:04:13] </w:t>
      </w:r>
      <w:r>
        <w:t>beh-haal, main yahi samajh paaya hoon ke aadmi ke paas agar logic hai, agar reason hai, agar koi daleel hai, to bolna chahiye, warna woh chup rehna chahiye.</w:t>
      </w:r>
    </w:p>
    <w:p>
      <w:pPr>
        <w:jc w:val="right"/>
      </w:pPr>
      <w:r>
        <w:t>بہرحال، میں یہی سمجھ پایا ہوں کہ آدمی کے پاس اگر لاجک ہے، اگر ریزن ہے، اگر کوئی دلیل ہے، تو بولنا چاہیے، ورنہ وہ چپ رہنا چاہیے۔</w:t>
      </w:r>
    </w:p>
    <w:p>
      <w:r>
        <w:rPr>
          <w:b/>
        </w:rPr>
        <w:t xml:space="preserve">[1:04:23] </w:t>
      </w:r>
      <w:r>
        <w:t>isko bolne ka right</w:t>
      </w:r>
    </w:p>
    <w:p>
      <w:pPr>
        <w:jc w:val="right"/>
      </w:pPr>
      <w:r>
        <w:t>اس کو بولنے کا رائٹ</w:t>
      </w:r>
    </w:p>
    <w:p>
      <w:r>
        <w:rPr>
          <w:b/>
        </w:rPr>
        <w:t xml:space="preserve">[1:04:24] </w:t>
      </w:r>
      <w:r>
        <w:t>nahi hai. apni zabaan ko yeh misuse karna hai.</w:t>
      </w:r>
    </w:p>
    <w:p>
      <w:pPr>
        <w:jc w:val="right"/>
      </w:pPr>
      <w:r>
        <w:t>نہیں ہے۔ اپنی زبان کو یہ مس یوز کرنا ہے۔</w:t>
      </w:r>
    </w:p>
    <w:p>
      <w:r>
        <w:rPr>
          <w:b/>
        </w:rPr>
        <w:t xml:space="preserve">[1:04:31] </w:t>
      </w:r>
      <w:r>
        <w:t>beshtar log apni zabaan ko misuse karte hain. beshtar log, yaani more than 99 percent log, apni zabaan ko misuse karte hain.</w:t>
      </w:r>
    </w:p>
    <w:p>
      <w:pPr>
        <w:jc w:val="right"/>
      </w:pPr>
      <w:r>
        <w:t>بیشتر لوگ اپنی زبان کو مس یوز کرتے ہیں۔ بیشتر لوگ، یعنی مور دین 99 پرسنٹ لوگ، اپنی زبان کو مس یوز کرتے ہیں۔</w:t>
      </w:r>
    </w:p>
    <w:p>
      <w:r>
        <w:rPr>
          <w:b/>
        </w:rPr>
        <w:t xml:space="preserve">[1:04:43] </w:t>
      </w:r>
      <w:r>
        <w:t>yaani aap ke paas koi logic nahi hai, koi reason nahi, koi dil nahi hai, khwaamkhwaah negative remark de rahe hain. that is misuse of your tongue.</w:t>
      </w:r>
    </w:p>
    <w:p>
      <w:pPr>
        <w:jc w:val="right"/>
      </w:pPr>
      <w:r>
        <w:t>یعنی آپ کے پاس کوئی لاجک نہیں ہے، کوئی ریزن نہیں، کوئی دل نہیں ہے، خوامخواہ نیگیٹیو ریمارک دے رہے ہیں۔ دیٹ از مس یوز اف یور ٹنگ۔</w:t>
      </w:r>
    </w:p>
    <w:p>
      <w:r>
        <w:rPr>
          <w:b/>
        </w:rPr>
        <w:t xml:space="preserve">[1:04:52] </w:t>
      </w:r>
      <w:r>
        <w:t>yaad rakhiye, bahut bada gunah hai yeh. rasool Allah sal-lal-lahu alaihi wa-sallam ne ek sahabi ko kaha ke apni zabaan se bacho,</w:t>
      </w:r>
    </w:p>
    <w:p>
      <w:pPr>
        <w:jc w:val="right"/>
      </w:pPr>
      <w:r>
        <w:t>یاد رکھیے، بہت بڑا گناہ ہے یہ۔ رسول اللہ صلی اللہ علیہ وسلم نے ایک صحابی کو کہا کہ اپنی زبان سے بچو،</w:t>
      </w:r>
    </w:p>
    <w:p>
      <w:r>
        <w:rPr>
          <w:b/>
        </w:rPr>
        <w:t xml:space="preserve">[1:05:04] </w:t>
      </w:r>
      <w:r>
        <w:t>yaani save yourself of your tongue. to unhone kaha humein apni zabaan se bhi kya bachna hai? to aap ne farmaya ke jahannum mein log is zabaani ki wajah se jayenge.</w:t>
      </w:r>
    </w:p>
    <w:p>
      <w:pPr>
        <w:jc w:val="right"/>
      </w:pPr>
      <w:r>
        <w:t>یعنی سیو یور سیلف اف یور ٹنگ۔ تو انہوں نے کہا ہمیں اپنی زبان سے بھی کیا بچنا ہے؟ تو آپ نے فرمایا کہ جہنم میں لوگ اس زبانی کی وجہ سے جائیں گے۔</w:t>
      </w:r>
    </w:p>
    <w:p>
      <w:r>
        <w:rPr>
          <w:b/>
        </w:rPr>
        <w:t xml:space="preserve">[1:05:20] </w:t>
      </w:r>
      <w:r>
        <w:t>jahannum mein log kisi zabaan ke galat istemaal ki wajah se jayenge.</w:t>
      </w:r>
    </w:p>
    <w:p>
      <w:pPr>
        <w:jc w:val="right"/>
      </w:pPr>
      <w:r>
        <w:t>جہنم میں لوگ کسی زبان کے غلط استعمال کی وجہ سے جائیں گے۔</w:t>
      </w:r>
    </w:p>
    <w:p>
      <w:r>
        <w:rPr>
          <w:b/>
        </w:rPr>
        <w:t xml:space="preserve">[1:05:27] </w:t>
      </w:r>
      <w:r>
        <w:t>to ek galat istemaal woh hai jo jahil aadmi karta hai, naked gaali deta hai, naked gaali. aur jo padhe likhe log hain, woh kya karte hain ke woh aaj khoobsurat term istemaal karte hain,</w:t>
      </w:r>
    </w:p>
    <w:p>
      <w:pPr>
        <w:jc w:val="right"/>
      </w:pPr>
      <w:r>
        <w:t>تو ایک غلط استعمال وہ ہے جو جاہل آدمی کرتا ہے، نیکڈ گالی دیتا ہے، نیکڈ گالی۔ اور جو پڑھے لکھے لوگ ہیں، وہ کیا کرتے ہیں کہ وہ آج خوبصورت ٹرم استعمال کرتے ہیں،</w:t>
      </w:r>
    </w:p>
    <w:p>
      <w:r>
        <w:rPr>
          <w:b/>
        </w:rPr>
        <w:t xml:space="preserve">[1:05:42] </w:t>
      </w:r>
      <w:r>
        <w:t>khoobsurat terms jaise yeh overdose.</w:t>
      </w:r>
    </w:p>
    <w:p>
      <w:pPr>
        <w:jc w:val="right"/>
      </w:pPr>
      <w:r>
        <w:t>خوبصورت ٹرمز جیسے یہ اوورڈوز۔</w:t>
      </w:r>
    </w:p>
    <w:p>
      <w:r>
        <w:rPr>
          <w:b/>
        </w:rPr>
        <w:t xml:space="preserve">[1:05:49] </w:t>
      </w:r>
      <w:r>
        <w:t>to yaad rakhiye, yeh jo karte hain, yeh intellectuals jo hain, yeh misuse karte hain apni zabaan ka. aur bilashubah bahut hi bada gunah yeh hai.</w:t>
      </w:r>
    </w:p>
    <w:p>
      <w:pPr>
        <w:jc w:val="right"/>
      </w:pPr>
      <w:r>
        <w:t>تو یاد رکھیے، یہ جو کرتے ہیں، یہ انٹلیکچولز جو ہیں، یہ مس یوز کرتے ہیں اپنی زبان کا۔ اور بلاشبہ بہت ہی بڑا گناہ یہ ہے۔</w:t>
      </w:r>
    </w:p>
    <w:p>
      <w:r>
        <w:rPr>
          <w:b/>
        </w:rPr>
        <w:t xml:space="preserve">[1:06:00] </w:t>
      </w:r>
      <w:r>
        <w:t>har aadmi ko chahiye ke agar uske paas logic hai, reason hai, daleel hai, to bole, nahi to chup rahe.</w:t>
      </w:r>
    </w:p>
    <w:p>
      <w:pPr>
        <w:jc w:val="right"/>
      </w:pPr>
      <w:r>
        <w:t>ہر آدمی کو چاہیے کہ اگر اس کے پاس لاجک ہے، ریزن ہے، دلیل ہے، تو بولے، نہیں تو چپ رہے۔</w:t>
      </w:r>
    </w:p>
    <w:p>
      <w:r>
        <w:rPr>
          <w:b/>
        </w:rPr>
        <w:t xml:space="preserve">[1:06:10] </w:t>
      </w:r>
      <w:r>
        <w:t>maulana, agla sawal khwaja kaleemuddin sahib ka hai, jo dilli mein hain abhi.</w:t>
      </w:r>
    </w:p>
    <w:p>
      <w:pPr>
        <w:jc w:val="right"/>
      </w:pPr>
      <w:r>
        <w:t>مولانا، اگلا سوال خواجہ کلیم الدین صاحب کا ہے، جو دلی میں ہیں ابھی۔</w:t>
      </w:r>
    </w:p>
    <w:p>
      <w:r>
        <w:rPr>
          <w:b/>
        </w:rPr>
        <w:t xml:space="preserve">[1:06:16] </w:t>
      </w:r>
      <w:r>
        <w:t>unhone likha hai: "what kind of activities will we do in paradise? are they similar to what we do here or different and at what level?" iske baare mein bataein.</w:t>
      </w:r>
    </w:p>
    <w:p>
      <w:pPr>
        <w:jc w:val="right"/>
      </w:pPr>
      <w:r>
        <w:t>انہوں نے لکھا ہے: "واٹ کائنڈ اف ایکٹیویٹیز ول وی ڈو ان پیراڈائز؟ ار دے سمیلر ٹو واٹ وی ڈو ہیر اور ڈفرنٹ اینڈ ایٹ واٹ لیول؟" اس کے بارے میں بتائیں۔</w:t>
      </w:r>
    </w:p>
    <w:p>
      <w:r>
        <w:rPr>
          <w:b/>
        </w:rPr>
        <w:t xml:space="preserve">[1:06:33] </w:t>
      </w:r>
      <w:r>
        <w:t>jaise quran se maloom hota hai ke ke jannat jo hai, wahan bhi wahi activities hongi jo is duniya mein hain.</w:t>
      </w:r>
    </w:p>
    <w:p>
      <w:pPr>
        <w:jc w:val="right"/>
      </w:pPr>
      <w:r>
        <w:t>جیسے قرآن سے معلوم ہوتا ہے کہ کہ جنت جو ہے، وہاں بھی وہی ایکٹیویٹیز ہوں گی جو اس دنیا میں ہیں۔</w:t>
      </w:r>
    </w:p>
    <w:p>
      <w:r>
        <w:rPr>
          <w:b/>
        </w:rPr>
        <w:t xml:space="preserve">[1:06:46] </w:t>
      </w:r>
      <w:r>
        <w:t>quran mein surah al-baqarah mein yeh aayat hai ke: "kul min min</w:t>
      </w:r>
    </w:p>
    <w:p>
      <w:pPr>
        <w:jc w:val="right"/>
      </w:pPr>
      <w:r>
        <w:t>قرآن میں سورہ البقرہ میں یہ آیت ہے کہ: "کل من من</w:t>
      </w:r>
    </w:p>
    <w:p>
      <w:r>
        <w:rPr>
          <w:b/>
        </w:rPr>
        <w:t xml:space="preserve">[1:06:58] </w:t>
      </w:r>
      <w:r>
        <w:t>to log isko lete hain sirf mewa ke maene mein ke jab woh khane peene ki cheez milegi to kahenge wahan bhi aisa mila tha hum ko." matlab wahan ka safe bhi is tarah ka milta julta hoga.</w:t>
      </w:r>
    </w:p>
    <w:p>
      <w:pPr>
        <w:jc w:val="right"/>
      </w:pPr>
      <w:r>
        <w:t>تو لوگ اس کو لیتے ہیں صرف میوہ کے معنی میں کہ جب وہ کھانے پینے کی چیز ملے گی تو کہیں گے وہاں بھی ایسا ملا تھا ہم کو۔" مطلب وہاں کا سیف بھی اس طرح کا ملتا جلتا ہوگا۔</w:t>
      </w:r>
    </w:p>
    <w:p>
      <w:r>
        <w:rPr>
          <w:b/>
        </w:rPr>
        <w:t xml:space="preserve">[1:07:08] </w:t>
      </w:r>
      <w:r>
        <w:t>yeh khane peene ki baat nahi hai. arabi zabaan mein rizq bahut hi zyada yaani جامع lafz hai, bahut hi comprehensive lafz hai.</w:t>
      </w:r>
    </w:p>
    <w:p>
      <w:pPr>
        <w:jc w:val="right"/>
      </w:pPr>
      <w:r>
        <w:t>یہ کھانے پینے کی بات نہیں ہے۔ عربی زبان میں رزق بہت ہی زیادہ یعنی جامع لفظ ہے، بہت ہی کمپرینسو لفظ ہے۔</w:t>
      </w:r>
    </w:p>
    <w:p>
      <w:r>
        <w:rPr>
          <w:b/>
        </w:rPr>
        <w:t xml:space="preserve">[1:07:18] </w:t>
      </w:r>
      <w:r>
        <w:t>saari activities is mein aati hain, saari activities. to main yeh kahunga ke is aayat, is quran ki is aayat ka matlab yeh hai ke jannat ki zindagi is poori ki poori isi duniya se milti julti zindagi hogi.</w:t>
      </w:r>
    </w:p>
    <w:p>
      <w:pPr>
        <w:jc w:val="right"/>
      </w:pPr>
      <w:r>
        <w:t>ساری ایکٹیویٹیز اس میں آتی ہیں، ساری ایکٹیویٹیز۔ تو میں یہ کہوں گا کہ اس آیت، اس قرآن کی اس آیت کا مطلب یہ ہے کہ جنت کی زندگی اس پوری کی پوری اسی دنیا سے ملتی جلتی زندگی ہوگی۔</w:t>
      </w:r>
    </w:p>
    <w:p>
      <w:r>
        <w:rPr>
          <w:b/>
        </w:rPr>
        <w:t xml:space="preserve">[1:07:34] </w:t>
      </w:r>
      <w:r>
        <w:t>lekin farq kya hoga?</w:t>
      </w:r>
    </w:p>
    <w:p>
      <w:pPr>
        <w:jc w:val="right"/>
      </w:pPr>
      <w:r>
        <w:t>لیکن فرق کیا ہوگا؟</w:t>
      </w:r>
    </w:p>
    <w:p>
      <w:r>
        <w:rPr>
          <w:b/>
        </w:rPr>
        <w:t xml:space="preserve">[1:07:37] </w:t>
      </w:r>
      <w:r>
        <w:t>farq yeh hoga ke</w:t>
      </w:r>
    </w:p>
    <w:p>
      <w:pPr>
        <w:jc w:val="right"/>
      </w:pPr>
      <w:r>
        <w:t>فرق یہ ہوگا کہ</w:t>
      </w:r>
    </w:p>
    <w:p>
      <w:r>
        <w:rPr>
          <w:b/>
        </w:rPr>
        <w:t xml:space="preserve">[1:07:42] </w:t>
      </w:r>
      <w:r>
        <w:t>wahan ki zindagi mein aaj ki zindagi mein farq yeh hoga ke wahan koi limitations nahi hongi. limitation yahan limitation hoti hain, wahan koi disadvantage nahi hoga.</w:t>
      </w:r>
    </w:p>
    <w:p>
      <w:pPr>
        <w:jc w:val="right"/>
      </w:pPr>
      <w:r>
        <w:t>وہاں کی زندگی میں آج کی زندگی میں فرق یہ ہوگا کہ وہاں کوئی لیمیٹیشنز نہیں ہوں گی۔ لیمیٹیشن یہاں لیمیٹیشنز ہوتی ہیں، وہاں کوئی ڈس ایڈوانٹیج نہیں ہوگا۔</w:t>
      </w:r>
    </w:p>
    <w:p>
      <w:r>
        <w:rPr>
          <w:b/>
        </w:rPr>
        <w:t xml:space="preserve">[1:07:52] </w:t>
      </w:r>
      <w:r>
        <w:t>yahan advantage, disadvantage hote hain. wahan perfection hoga, yahan perfection nahi hota. wahan ideal hoga, yahan ideal nahi hota.</w:t>
      </w:r>
    </w:p>
    <w:p>
      <w:pPr>
        <w:jc w:val="right"/>
      </w:pPr>
      <w:r>
        <w:t>یہاں ایڈوانٹیج، ڈس ایڈوانٹیج ہوتے ہیں۔ وہاں پرفیکشن ہوگا، یہاں پرفیکشن نہیں ہوتا۔ وہاں آئیڈیل ہوگا، یہاں آئیڈیل نہیں ہوتا۔</w:t>
      </w:r>
    </w:p>
    <w:p>
      <w:r>
        <w:rPr>
          <w:b/>
        </w:rPr>
        <w:t xml:space="preserve">[1:08:02] </w:t>
      </w:r>
      <w:r>
        <w:t>yeh yeh farq hai.</w:t>
      </w:r>
    </w:p>
    <w:p>
      <w:pPr>
        <w:jc w:val="right"/>
      </w:pPr>
      <w:r>
        <w:t>یہ یہ فرق ہے۔</w:t>
      </w:r>
    </w:p>
    <w:p>
      <w:r>
        <w:rPr>
          <w:b/>
        </w:rPr>
        <w:t xml:space="preserve">[1:08:11] </w:t>
      </w:r>
      <w:r>
        <w:t>yahan pleasure ke saath pain mila hua hai. duniya mein har pleasure ke saath pain mila hua hai. wahan sirf pleasure hoga, sirf pleasure hoga.</w:t>
      </w:r>
    </w:p>
    <w:p>
      <w:pPr>
        <w:jc w:val="right"/>
      </w:pPr>
      <w:r>
        <w:t>یہاں پلیژر کے ساتھ پین ملا ہوا ہے۔ دنیا میں ہر پلیژر کے ساتھ پین ملا ہوا ہے۔ وہاں صرف پلیژر ہوگا، صرف پلیژر ہوگا۔</w:t>
      </w:r>
    </w:p>
    <w:p>
      <w:r>
        <w:rPr>
          <w:b/>
        </w:rPr>
        <w:t xml:space="preserve">[1:08:21] </w:t>
      </w:r>
      <w:r>
        <w:t>isi liye jannat mein jab jayenge log, jannat wale, to woh kahenge: "alhamdulillah alladhi adfa'a 'anna al-huzn." allah ka shukr hai ke is ne huzn ko nikaal diya hamari zindagi se.</w:t>
      </w:r>
    </w:p>
    <w:p>
      <w:pPr>
        <w:jc w:val="right"/>
      </w:pPr>
      <w:r>
        <w:t>اسی لیے جنت میں جب جائیں گے لوگ، جنت والے، تو وہ کہیں گے: "الحمدللہ الذی ادفع عن الحزن۔" اللہ کا شکر ہے کہ اس نے حزن کو نکال دیا ہماری زندگی سے۔</w:t>
      </w:r>
    </w:p>
    <w:p>
      <w:r>
        <w:rPr>
          <w:b/>
        </w:rPr>
        <w:t xml:space="preserve">[1:08:36] </w:t>
      </w:r>
      <w:r>
        <w:t>yeh yeh nahi kahenge ke ek aur hi dunya de di rehne ke liye jo is se mukhtalif thi.</w:t>
      </w:r>
    </w:p>
    <w:p>
      <w:pPr>
        <w:jc w:val="right"/>
      </w:pPr>
      <w:r>
        <w:t>یہ یہ نہیں کہیں گے کہ ایک اور ہی دنیا دے دی رہنے کے لیے جو اس سے مختلف تھی۔</w:t>
      </w:r>
    </w:p>
    <w:p>
      <w:r>
        <w:rPr>
          <w:b/>
        </w:rPr>
        <w:t xml:space="preserve">[1:08:41] </w:t>
      </w:r>
      <w:r>
        <w:t>yeh aise koi quran mein nahi, aisa koi reference hai ke jannat wale yeh kahein ke yeh to doosri dunya hai. bilkul aisa nahi kahenge. woh kahenge: "is dunya mein hum huzn ke saath rehna padta tha.</w:t>
      </w:r>
    </w:p>
    <w:p>
      <w:pPr>
        <w:jc w:val="right"/>
      </w:pPr>
      <w:r>
        <w:t>یہ ایسے کوئی قرآن میں نہیں، ایسا کوئی ریفرنس ہے کہ جنت والے یہ کہیں کہ یہ تو دوسری دنیا ہے۔ بالکل ایسا نہیں کہیں گے۔ وہ کہیں گے: "اس دنیا میں ہم حزن کے ساتھ رہنا پڑتا تھا۔</w:t>
      </w:r>
    </w:p>
    <w:p>
      <w:r>
        <w:rPr>
          <w:b/>
        </w:rPr>
        <w:t xml:space="preserve">[1:08:53] </w:t>
      </w:r>
      <w:r>
        <w:t>wahan bila huzn ki zindagi hai." huzn ka matlab yeh hai ke har qism ka pain, har qism ki takleef, har qism ka dard, har qism ka displeasure, woh hai huzn.</w:t>
      </w:r>
    </w:p>
    <w:p>
      <w:pPr>
        <w:jc w:val="right"/>
      </w:pPr>
      <w:r>
        <w:t>وہاں بلا حزن کی زندگی ہے۔" حزن کا مطلب یہ ہے کہ ہر قسم کا پین، ہر قسم کی تکلیف، ہر قسم کا درد، ہر قسم کا ڈسپلیزر، وہ ہے حزن۔</w:t>
      </w:r>
    </w:p>
    <w:p>
      <w:r>
        <w:rPr>
          <w:b/>
        </w:rPr>
        <w:t xml:space="preserve">[1:09:07] </w:t>
      </w:r>
      <w:r>
        <w:t>to</w:t>
      </w:r>
    </w:p>
    <w:p>
      <w:pPr>
        <w:jc w:val="right"/>
      </w:pPr>
      <w:r>
        <w:t>تو</w:t>
      </w:r>
    </w:p>
    <w:p>
      <w:r>
        <w:rPr>
          <w:b/>
        </w:rPr>
        <w:t xml:space="preserve">[1:09:08] </w:t>
      </w:r>
      <w:r>
        <w:t>is dunya mein aap jante hain ke har phool ke saath kanta hai, har masarrat ke saath pareshani hai.</w:t>
      </w:r>
    </w:p>
    <w:p>
      <w:pPr>
        <w:jc w:val="right"/>
      </w:pPr>
      <w:r>
        <w:t>اس دنیا میں آپ جانتے ہیں کہ ہر پھول کے ساتھ کانٹا ہے، ہر مسرت کے ساتھ پریشانی ہے۔</w:t>
      </w:r>
    </w:p>
    <w:p>
      <w:r>
        <w:rPr>
          <w:b/>
        </w:rPr>
        <w:t xml:space="preserve">[1:09:20] </w:t>
      </w:r>
      <w:r>
        <w:t>isi ka naam dunya hai. to akhirat mein yeh hoga ke allah taala wahan huzn ko nikaal denge. wahan par har cheez perfect hogi, har cheez ideal hogi.</w:t>
      </w:r>
    </w:p>
    <w:p>
      <w:pPr>
        <w:jc w:val="right"/>
      </w:pPr>
      <w:r>
        <w:t>اسی کا نام دنیا ہے۔ تو آخرت میں یہ ہوگا کہ اللہ تعالی وہاں حزن کو نکال دیں گے۔ وہاں پر ہر چیز پرفیکٹ ہوگی، ہر چیز آئیڈیل ہوگی۔</w:t>
      </w:r>
    </w:p>
    <w:p>
      <w:r>
        <w:rPr>
          <w:b/>
        </w:rPr>
        <w:t xml:space="preserve">[1:09:36] </w:t>
      </w:r>
      <w:r>
        <w:t>isi wajah se wahan par hamein kamil fulfillment milega. woh koi aur okhi dunya nahi hogi, koi koi jinnaaton wali.</w:t>
      </w:r>
    </w:p>
    <w:p>
      <w:pPr>
        <w:jc w:val="right"/>
      </w:pPr>
      <w:r>
        <w:t>اسی وجہ سے وہاں پر ہمیں کامل فلفلمنٹ ملے گا۔ وہ کوئی اور اوکھی دنیا نہیں ہوگی، کوئی کوئی جناتوں والی۔</w:t>
      </w:r>
    </w:p>
    <w:p>
      <w:r>
        <w:rPr>
          <w:b/>
        </w:rPr>
        <w:t xml:space="preserve">[1:09:48] </w:t>
      </w:r>
      <w:r>
        <w:t>jo farq jo hoga, woh perfection imperfection ka hoga. perfection imperfection yeh hai imperfect world, woh hai perfect world.</w:t>
      </w:r>
    </w:p>
    <w:p>
      <w:pPr>
        <w:jc w:val="right"/>
      </w:pPr>
      <w:r>
        <w:t>جو فرق جو ہوگا، وہ پرفیکشن امپرفیکشن کا ہوگا۔ پرفیکشن امپرفیکشن یہ ہے امپرفیکٹ ورلڈ، وہ ہے پرفیکٹ ورلڈ۔</w:t>
      </w:r>
    </w:p>
    <w:p>
      <w:r>
        <w:rPr>
          <w:b/>
        </w:rPr>
        <w:t xml:space="preserve">[1:10:00] </w:t>
      </w:r>
      <w:r>
        <w:t>maulana, agla sawal tamil nadu se hai. maulana iqbal umri ka,</w:t>
      </w:r>
    </w:p>
    <w:p>
      <w:pPr>
        <w:jc w:val="right"/>
      </w:pPr>
      <w:r>
        <w:t>مولانا، اگلا سوال تمل ناڈو سے ہے۔ مولانا اقبال عمری کا،</w:t>
      </w:r>
    </w:p>
    <w:p>
      <w:r>
        <w:rPr>
          <w:b/>
        </w:rPr>
        <w:t xml:space="preserve">[1:10:05] </w:t>
      </w:r>
      <w:r>
        <w:t>unhone likha hai: "jaani hui baaton ko phir se janne ka matlab kya hai? quran mein tasreef ayat kis ko kaha gaya hai?" is ke bare mein bataein.</w:t>
      </w:r>
    </w:p>
    <w:p>
      <w:pPr>
        <w:jc w:val="right"/>
      </w:pPr>
      <w:r>
        <w:t>انہوں نے لکھا ہے: "جانی ہوئی باتوں کو پھر سے جاننے کا مطلب کیا ہے؟ قرآن میں تصریف آیات کس کو کہا گیا ہے؟" اس کے بارے میں بتائیں۔</w:t>
      </w:r>
    </w:p>
    <w:p>
      <w:r>
        <w:rPr>
          <w:b/>
        </w:rPr>
        <w:t xml:space="preserve">[1:10:19] </w:t>
      </w:r>
      <w:r>
        <w:t>to unhone misaal de ke bata diya ke jaani hui baaton ko phir janna kya hai.</w:t>
      </w:r>
    </w:p>
    <w:p>
      <w:pPr>
        <w:jc w:val="right"/>
      </w:pPr>
      <w:r>
        <w:t>تو انہوں نے مثال دے کے بتا دیا کہ جانی ہوئی باتوں کو پھر جاننا کیا ہے۔</w:t>
      </w:r>
    </w:p>
    <w:p>
      <w:r>
        <w:rPr>
          <w:b/>
        </w:rPr>
        <w:t xml:space="preserve">[1:10:25] </w:t>
      </w:r>
      <w:r>
        <w:t>maine misaal di ke sankaron baar mein glass mein pani le ke piya tha, maine lekin lekin ek din aisa hua ke jab pani gir gaya to main ek bohat badi jo daryaft ho gayi mujhe.</w:t>
      </w:r>
    </w:p>
    <w:p>
      <w:pPr>
        <w:jc w:val="right"/>
      </w:pPr>
      <w:r>
        <w:t>میں نے مثال دی کہ سینکڑوں بار میں گلاس میں پانی لے کے پیا تھا، میں نے لیکن لیکن ایک دن ایسا ہوا کہ جب پانی گر گیا تو میں ایک بہت بڑی جو دریافت ہو گئی مجھے۔</w:t>
      </w:r>
    </w:p>
    <w:p>
      <w:r>
        <w:rPr>
          <w:b/>
        </w:rPr>
        <w:t xml:space="preserve">[1:10:41] </w:t>
      </w:r>
      <w:r>
        <w:t>to kaha glass mein pani ko maine rediscover kiya.</w:t>
      </w:r>
    </w:p>
    <w:p>
      <w:pPr>
        <w:jc w:val="right"/>
      </w:pPr>
      <w:r>
        <w:t>تو کہا گلاس میں پانی کو میں نے ری ڈسکور کیا۔</w:t>
      </w:r>
    </w:p>
    <w:p>
      <w:r>
        <w:rPr>
          <w:b/>
        </w:rPr>
        <w:t xml:space="preserve">[1:10:46] </w:t>
      </w:r>
      <w:r>
        <w:t>aise hi quran ko padh kar ke, main jaisa ke maine arz kiya, is tarah ramzan mein ek nayi cheez daryaft hui ke yeh dunya nursery hai aur jannat woh bagh hai jahan yahan ke paida wahan basaye jayen.</w:t>
      </w:r>
    </w:p>
    <w:p>
      <w:pPr>
        <w:jc w:val="right"/>
      </w:pPr>
      <w:r>
        <w:t>ایسے ہی قرآن کو پڑھ کر کے، میں جیسا کہ میں نے عرض کیا، اس طرح رمضان میں ایک نئی چیز دریافت ہوئی کہ یہ دنیا نرسری ہے اور جنت وہ باغ ہے جہاں یہاں کے پیدا وہاں بسائے جائیں۔</w:t>
      </w:r>
    </w:p>
    <w:p>
      <w:r>
        <w:rPr>
          <w:b/>
        </w:rPr>
        <w:t xml:space="preserve">[1:10:59] </w:t>
      </w:r>
      <w:r>
        <w:t>to har cheez mein, har cheez mein naya pehlu maujood hai, naye naye pehlu beshumar hain. kul yawmin huwa fi sha'n.</w:t>
      </w:r>
    </w:p>
    <w:p>
      <w:pPr>
        <w:jc w:val="right"/>
      </w:pPr>
      <w:r>
        <w:t>تو ہر چیز میں، ہر چیز میں نیا پہلو موجود ہے، نئے نئے پہلو بے شمار ہیں۔ کل یومن ہوا فی شان۔</w:t>
      </w:r>
    </w:p>
    <w:p>
      <w:r>
        <w:rPr>
          <w:b/>
        </w:rPr>
        <w:t xml:space="preserve">[1:11:12] </w:t>
      </w:r>
      <w:r>
        <w:t>to aap ke andar jab yani zehni bedari aati hai, intellectual awakening, to phir aap dekhte rehte hain cheezon mein naye naye pehlu, rozana nayi discovery hoti rehti hai.</w:t>
      </w:r>
    </w:p>
    <w:p>
      <w:pPr>
        <w:jc w:val="right"/>
      </w:pPr>
      <w:r>
        <w:t>تو آپ کے اندر جب یعنی ذہنی بیداری آتی ہے، انٹلیکچول اویکننگ، تو پھر آپ دیکھتے رہتے ہیں چیزوں میں نئے نئے پہلو، روزانہ نئی ڈسکوری ہوتی رہتی ہے۔</w:t>
      </w:r>
    </w:p>
    <w:p>
      <w:r>
        <w:rPr>
          <w:b/>
        </w:rPr>
        <w:t xml:space="preserve">[1:11:28] </w:t>
      </w:r>
      <w:r>
        <w:t>to apne andar zehni bedari lana, apne andar intellectual awakening lana, yeh asal kaam hai. baqi to apne aap se hota rehta hai.</w:t>
      </w:r>
    </w:p>
    <w:p>
      <w:pPr>
        <w:jc w:val="right"/>
      </w:pPr>
      <w:r>
        <w:t>تو اپنے اندر ذہنی بیداری لانا، اپنے اندر انٹلیکچول اویکننگ لانا، یہ اصل کام ہے۔ باقی تو اپنے آپ سے ہوتا رہتا ہے۔</w:t>
      </w:r>
    </w:p>
    <w:p>
      <w:r>
        <w:rPr>
          <w:b/>
        </w:rPr>
        <w:t xml:space="preserve">[1:11:39] </w:t>
      </w:r>
      <w:r>
        <w:t>maulana, agla sawal raipur se hai. idrees sahab ka, unhone likha hai: "prophet used to offer voluntary prayers such as nafl, sunnah, witr, etc.</w:t>
      </w:r>
    </w:p>
    <w:p>
      <w:pPr>
        <w:jc w:val="right"/>
      </w:pPr>
      <w:r>
        <w:t>مولانا، اگلا سوال رائے پور سے ہے۔ ادریس صاحب کا، انہوں نے لکھا ہے: "پرافٹ یوز ٹو آفر والنٹری پریئرز سچ ایز نفل، سنہ، وترہ، ایٹسٹرہ۔</w:t>
      </w:r>
    </w:p>
    <w:p>
      <w:r>
        <w:rPr>
          <w:b/>
        </w:rPr>
        <w:t xml:space="preserve">[1:11:52] </w:t>
      </w:r>
      <w:r>
        <w:t>as all of them were practiced by prophet, they all are sunnah of prophet. then why they are categorized as nafl, sunnah, witr?</w:t>
      </w:r>
    </w:p>
    <w:p>
      <w:pPr>
        <w:jc w:val="right"/>
      </w:pPr>
      <w:r>
        <w:t>ایز ال اف دیم وار پریکٹس بائے پرافٹ، دے ال آر سنہ اف پرافٹ۔ دین وائی دے آر کیٹیگرائزڈ ایز نفل، سنہ، وترہ؟</w:t>
      </w:r>
    </w:p>
    <w:p>
      <w:r>
        <w:rPr>
          <w:b/>
        </w:rPr>
        <w:t xml:space="preserve">[1:12:03] </w:t>
      </w:r>
      <w:r>
        <w:t>what are the criteria for naming them?</w:t>
      </w:r>
    </w:p>
    <w:p>
      <w:pPr>
        <w:jc w:val="right"/>
      </w:pPr>
      <w:r>
        <w:t>واٹ آر دی کرائٹیریا فار نیمنگ دیم؟</w:t>
      </w:r>
    </w:p>
    <w:p>
      <w:r>
        <w:rPr>
          <w:b/>
        </w:rPr>
        <w:t xml:space="preserve">[1:12:07] </w:t>
      </w:r>
      <w:r>
        <w:t>and for a muslim, which of these categories are optional and which are compulsory?" dekhiye, ek baat samajh lijiye ke yeh saare term jo hain, yeh baat ko bane hain.</w:t>
      </w:r>
    </w:p>
    <w:p>
      <w:pPr>
        <w:jc w:val="right"/>
      </w:pPr>
      <w:r>
        <w:t>اینڈ فار ا مسلم، وچ اف دیز کیٹیگریز آر آپشنل اینڈ وچ آر کمپلسری؟" دیکھیے، ایک بات سمجھ لیجئے کہ یہ سارے ٹرم جو ہیں، یہ بات کو بنے ہیں۔</w:t>
      </w:r>
    </w:p>
    <w:p>
      <w:r>
        <w:rPr>
          <w:b/>
        </w:rPr>
        <w:t xml:space="preserve">[1:12:18] </w:t>
      </w:r>
      <w:r>
        <w:t>hadithon mein yeh term nahi aate hain. khud rasool allah ne yeh term use nahi kiye.</w:t>
      </w:r>
    </w:p>
    <w:p>
      <w:pPr>
        <w:jc w:val="right"/>
      </w:pPr>
      <w:r>
        <w:t>حدیثوں میں یہ ٹرم نہیں آتے ہیں۔ خود رسول اللہ نے یہ ٹرم یوز نہیں کیے۔</w:t>
      </w:r>
    </w:p>
    <w:p>
      <w:r>
        <w:rPr>
          <w:b/>
        </w:rPr>
        <w:t xml:space="preserve">[1:12:27] </w:t>
      </w:r>
      <w:r>
        <w:t>yeh to fiqh mein sab term bane hain.</w:t>
      </w:r>
    </w:p>
    <w:p>
      <w:pPr>
        <w:jc w:val="right"/>
      </w:pPr>
      <w:r>
        <w:t>یہ تو فخر میں سب ٹرم بنے ہیں۔</w:t>
      </w:r>
    </w:p>
    <w:p>
      <w:r>
        <w:rPr>
          <w:b/>
        </w:rPr>
        <w:t xml:space="preserve">[1:12:30] </w:t>
      </w:r>
      <w:r>
        <w:t>is ke bare mein agar aap janna chahte ho to meri kitab padhiye, aap is ka naam hai "tajdeed deen". is mein maine is par, is ki detail aap ko mil jayegi, inshallah.</w:t>
      </w:r>
    </w:p>
    <w:p>
      <w:pPr>
        <w:jc w:val="right"/>
      </w:pPr>
      <w:r>
        <w:t>اس کے بارے میں اگر آپ جاننا چاہتے ہو تو میری کتاب پڑھیے، آپ اس کا نام ہے "تجدید دین"۔ اس میں میں نے اس پر، اس کی ڈیٹیل آپ کو مل جائے گی، انشاءاللہ۔</w:t>
      </w:r>
    </w:p>
    <w:p>
      <w:r>
        <w:rPr>
          <w:b/>
        </w:rPr>
        <w:t xml:space="preserve">[1:12:42] </w:t>
      </w:r>
      <w:r>
        <w:t>is ka naam hai "tajdeed deen".</w:t>
      </w:r>
    </w:p>
    <w:p>
      <w:pPr>
        <w:jc w:val="right"/>
      </w:pPr>
      <w:r>
        <w:t>اس کا نام ہے "تجدید دین"۔</w:t>
      </w:r>
    </w:p>
    <w:p>
      <w:r>
        <w:rPr>
          <w:b/>
        </w:rPr>
        <w:t xml:space="preserve">[1:12:49] </w:t>
      </w:r>
      <w:r>
        <w:t>maulana, agla sawal dilli se hai. miss naghma siddiqui ka</w:t>
      </w:r>
    </w:p>
    <w:p>
      <w:pPr>
        <w:jc w:val="right"/>
      </w:pPr>
      <w:r>
        <w:t>مولانا، اگلا سوال دلی سے ہے۔ مس نغمہ صدیقی کا</w:t>
      </w:r>
    </w:p>
    <w:p>
      <w:r>
        <w:rPr>
          <w:b/>
        </w:rPr>
        <w:t xml:space="preserve">[1:12:53] </w:t>
      </w:r>
      <w:r>
        <w:t>, unhon ne aap se poocha hai: "we often consider freedom are right and start demanding rights. what is the islamic view on human rights?"</w:t>
      </w:r>
    </w:p>
    <w:p>
      <w:pPr>
        <w:jc w:val="right"/>
      </w:pPr>
      <w:r>
        <w:t>، انہوں نے آپ سے پوچھا ہے: "وی افن کنسیڈر فریڈم ار رائٹ اینڈ سٹارٹ ڈیمانڈنگ رائٹس۔ واٹ از دا اسلامک ویو ان ہیومن رائٹس؟"</w:t>
      </w:r>
    </w:p>
    <w:p>
      <w:r>
        <w:rPr>
          <w:b/>
        </w:rPr>
        <w:t xml:space="preserve">[1:13:07] </w:t>
      </w:r>
      <w:r>
        <w:t>dekhiye, main to human right ke concept hi ko bilkul yani absurd samajhta hoon. jab se human rights ka concept dunya mein aaya hai, tab se evil barh gayi hain.</w:t>
      </w:r>
    </w:p>
    <w:p>
      <w:pPr>
        <w:jc w:val="right"/>
      </w:pPr>
      <w:r>
        <w:t>دیکھیے، میں تو ہیومن رائٹ کے کانسیپٹ ہی کو بالکل یعنی ایبسرٹ سمجھتا ہوں۔ جب سے ہیومن رائٹس کا کانسیپٹ دنیا میں آیا ہے، تب سے ایول بڑھ گئی ہیں۔</w:t>
      </w:r>
    </w:p>
    <w:p>
      <w:r>
        <w:rPr>
          <w:b/>
        </w:rPr>
        <w:t xml:space="preserve">[1:13:19] </w:t>
      </w:r>
      <w:r>
        <w:t>evil barh gayi hain kyunke har aadmi apne right maang raha hai, har aadmi ke right maang raha</w:t>
      </w:r>
    </w:p>
    <w:p>
      <w:pPr>
        <w:jc w:val="right"/>
      </w:pPr>
      <w:r>
        <w:t>ایول بڑھ گئی ہیں کیونکہ ہر آدمی اپنے رائٹ مانگ رہا ہے، ہر آدمی کے رائٹ مانگ رہا</w:t>
      </w:r>
    </w:p>
    <w:p>
      <w:r>
        <w:rPr>
          <w:b/>
        </w:rPr>
        <w:t xml:space="preserve">[1:13:23] </w:t>
      </w:r>
      <w:r>
        <w:t>hai. kis se maang rahe ho bhai? kis se maang rahe ho? kya samundaron se maang rahe ho? pahadon se maang rahe ho? kis se maang rahe ho right?</w:t>
      </w:r>
    </w:p>
    <w:p>
      <w:pPr>
        <w:jc w:val="right"/>
      </w:pPr>
      <w:r>
        <w:t>ہے۔ کس سے مانگ رہے ہو بھئی؟ کس سے مانگ رہے ہو؟ کیا سمندروں سے مانگ رہے ہو؟ پہاڑوں سے مانگ رہے ہو؟ کس سے مانگ رہے ہو رائٹ؟</w:t>
      </w:r>
    </w:p>
    <w:p>
      <w:r>
        <w:rPr>
          <w:b/>
        </w:rPr>
        <w:t xml:space="preserve">[1:13:31] </w:t>
      </w:r>
      <w:r>
        <w:t>apne sitaron aur aur planet se maang rahe ho? insaan se maang rahe ho? to nateeja yeh kaha ke human rights means yani takrao, ladai.</w:t>
      </w:r>
    </w:p>
    <w:p>
      <w:pPr>
        <w:jc w:val="right"/>
      </w:pPr>
      <w:r>
        <w:t>اپنے ستاروں اور اور پلینٹ سے مانگ رہے ہو؟ انسان سے مانگ رہے ہو؟ تو نتیجہ یہ کہا کہ ہیومن رائٹس مینز یعنی ٹکراؤ، لڑائی۔</w:t>
      </w:r>
    </w:p>
    <w:p>
      <w:r>
        <w:rPr>
          <w:b/>
        </w:rPr>
        <w:t xml:space="preserve">[1:13:43] </w:t>
      </w:r>
      <w:r>
        <w:t>human right ka concept jo hai, wahi to ladai paida karta hai. har aadmi chahta hai ke falan aadmi se mujhe right lena hai, ab us se ladte hain.</w:t>
      </w:r>
    </w:p>
    <w:p>
      <w:pPr>
        <w:jc w:val="right"/>
      </w:pPr>
      <w:r>
        <w:t>ہیومن رائٹ کا کانسیپٹ جو ہے، وہی تو لڑائی پیدا کرتا ہے۔ ہر آدمی چاہتا ہے کہ فلاں آدمی سے مجھے رائٹ لینا ہے، اب اس سے لڑتے ہیں۔</w:t>
      </w:r>
    </w:p>
    <w:p>
      <w:r>
        <w:rPr>
          <w:b/>
        </w:rPr>
        <w:t xml:space="preserve">[1:13:54] </w:t>
      </w:r>
      <w:r>
        <w:t>islam mein human duties ka concept hai, yaad rakhiye. islam mein human right ka concept nahi hai. human duties ya agar aap apni duty ko poora karein to right apne aap mil jaate hain.</w:t>
      </w:r>
    </w:p>
    <w:p>
      <w:pPr>
        <w:jc w:val="right"/>
      </w:pPr>
      <w:r>
        <w:t>اسلام میں ہیومن ڈیوٹیز کا کانسیپٹ ہے، یاد رکھیے۔ اسلام میں ہیومن رائٹ کا کانسیپٹ نہیں ہے۔ ہیومن ڈیوٹیز یا اگر آپ اپنی ڈیوٹی کو پورا کریں تو رائٹ اپنے آپ مل جاتے ہیں۔</w:t>
      </w:r>
    </w:p>
    <w:p>
      <w:r>
        <w:rPr>
          <w:b/>
        </w:rPr>
        <w:t xml:space="preserve">[1:14:07] </w:t>
      </w:r>
      <w:r>
        <w:t>kis se aap right maang rahe hain? jis se maang rahe hain, usi se ladna padta hai aap ko.</w:t>
      </w:r>
    </w:p>
    <w:p>
      <w:pPr>
        <w:jc w:val="right"/>
      </w:pPr>
      <w:r>
        <w:t>کس سے آپ رائٹ مانگ رہے ہیں؟ جس سے مانگ رہے ہیں، اسی سے لڑنا پڑتا ہے آپ کو۔</w:t>
      </w:r>
    </w:p>
    <w:p>
      <w:r>
        <w:rPr>
          <w:b/>
        </w:rPr>
        <w:t xml:space="preserve">[1:14:14] </w:t>
      </w:r>
      <w:r>
        <w:t>to har taraf isi human right ka jo concept hai, usi ne har taraf nafrat aur aur tashaddud aur gun culture, bomb culture tarah chal rakha hai.</w:t>
      </w:r>
    </w:p>
    <w:p>
      <w:pPr>
        <w:jc w:val="right"/>
      </w:pPr>
      <w:r>
        <w:t>تو ہر طرف اسی ہیومن رائٹ کا جو کانسیپٹ ہے، اسی نے ہر طرف نفرت اور اور تشدد اور گن کلچر، بم کلچر طرح چل رکھا ہے۔</w:t>
      </w:r>
    </w:p>
    <w:p>
      <w:r>
        <w:rPr>
          <w:b/>
        </w:rPr>
        <w:t xml:space="preserve">[1:14:24] </w:t>
      </w:r>
      <w:r>
        <w:t>yeh jitna gun culture, bomb culture hai, sab human right ki wajah se hai. yeh agar human duties ka concept ho to kuch bhi nahi hoga.</w:t>
      </w:r>
    </w:p>
    <w:p>
      <w:pPr>
        <w:jc w:val="right"/>
      </w:pPr>
      <w:r>
        <w:t>یہ جتنا گن کلچر، بم کلچر ہے، سب ہیومن رائٹ کی وجہ سے ہے۔ یہ اگر ہیومن ڈیوٹیز کا کانسیپٹ ہو تو کچھ بھی نہیں ہوگا۔</w:t>
      </w:r>
    </w:p>
    <w:p>
      <w:r>
        <w:rPr>
          <w:b/>
        </w:rPr>
        <w:t xml:space="preserve">[1:14:38] </w:t>
      </w:r>
      <w:r>
        <w:t>main is bilkul yani nahi maanta ke human right ka jo concept hai, is mein koi khair hai. sirf sharai shar is ke andar hai.</w:t>
      </w:r>
    </w:p>
    <w:p>
      <w:pPr>
        <w:jc w:val="right"/>
      </w:pPr>
      <w:r>
        <w:t>میں اس بالکل یعنی نہیں مانتا کہ ہیومن رائٹ کا جو کانسیپٹ ہے، اس میں کوئی خیر ہے۔ صرف شرعی شرع اس کے اندر ہے۔</w:t>
      </w:r>
    </w:p>
    <w:p>
      <w:r>
        <w:rPr>
          <w:b/>
        </w:rPr>
        <w:t xml:space="preserve">[1:14:48] </w:t>
      </w:r>
      <w:r>
        <w:t>sirf human duties ka concept hona chahiye aur koi ek bhi nahi hai. mujhe maloom sari dunya mein sirf main hoon wahid shakhs jo human duties ki baat karta hoon kyunke ek bhi nahi hai jo jo human duties ki baatein karta ho.</w:t>
      </w:r>
    </w:p>
    <w:p>
      <w:pPr>
        <w:jc w:val="right"/>
      </w:pPr>
      <w:r>
        <w:t>صرف ہیومن ڈیوٹیز کا کانسیپٹ ہونا چاہیے اور کوئی ایک بھی نہیں ہے۔ مجھے معلوم ساری دنیا میں صرف میں ہوں واحد شخص جو ہیومن ڈیوٹیز کی بات کرتا ہے کیونکہ ایک بھی نہیں ہے جو جو ہیومن ڈیوٹیز کی باتیں کرتا ہو۔</w:t>
      </w:r>
    </w:p>
    <w:p>
      <w:r>
        <w:rPr>
          <w:b/>
        </w:rPr>
        <w:t xml:space="preserve">[1:15:05] </w:t>
      </w:r>
      <w:r>
        <w:t>yani jo hamara jo constitution hai, jo banaya gaya, to is mein human right to bohat sari theen, human duties theen hi nahi. is mein is ka wajood hi nahi tha.</w:t>
      </w:r>
    </w:p>
    <w:p>
      <w:pPr>
        <w:jc w:val="right"/>
      </w:pPr>
      <w:r>
        <w:t>یعنی جو ہمارا جو کانسٹیٹیوشن ہے، جو بنایا گیا، تو اس میں ہیومن رائٹ تو بہت ساری تھیں، ہیومن ڈیوٹیز تھیں ہی نہیں۔ اس میں اس کا وجود ہی نہیں تھا۔</w:t>
      </w:r>
    </w:p>
    <w:p>
      <w:r>
        <w:rPr>
          <w:b/>
        </w:rPr>
        <w:t xml:space="preserve">[1:15:16] </w:t>
      </w:r>
      <w:r>
        <w:t>yani human duties ka koi concept hi nahi tha hamare constitution mein. waise itna mota hamara constitution tha. to indira gandhi ke zamane mein is mein ek class barhaya gaya.</w:t>
      </w:r>
    </w:p>
    <w:p>
      <w:pPr>
        <w:jc w:val="right"/>
      </w:pPr>
      <w:r>
        <w:t>یعنی ہیومن ڈیوٹیز کا کوئی کانسیپٹ ہی نہیں تھا ہمارے کانسٹیٹیوشن میں۔ ویسے اتنا موٹا ہمارا کانسٹیٹیوشن تھا۔ تو اندرا گاندھی کے زمانے میں اس میں ایک کلاس بڑھایا گیا۔</w:t>
      </w:r>
    </w:p>
    <w:p>
      <w:r>
        <w:rPr>
          <w:b/>
        </w:rPr>
        <w:t xml:space="preserve">[1:15:29] </w:t>
      </w:r>
      <w:r>
        <w:t>aukha nateeja kuch nahi kyunke ab bohat dair ho chuki thi.</w:t>
      </w:r>
    </w:p>
    <w:p>
      <w:pPr>
        <w:jc w:val="right"/>
      </w:pPr>
      <w:r>
        <w:t>اوکھا نتیجہ کچھ نہیں کیونکہ اب بہت دیر ہو چکی تھی۔</w:t>
      </w:r>
    </w:p>
    <w:p>
      <w:r>
        <w:rPr>
          <w:b/>
        </w:rPr>
        <w:t xml:space="preserve">[1:15:32] </w:t>
      </w:r>
      <w:r>
        <w:t>saara society hamari right conscious ho chuki thi.</w:t>
      </w:r>
    </w:p>
    <w:p>
      <w:pPr>
        <w:jc w:val="right"/>
      </w:pPr>
      <w:r>
        <w:t>سارا سوسائٹی ہماری رائٹ کانشیس ہو چکی تھی۔</w:t>
      </w:r>
    </w:p>
    <w:p>
      <w:r>
        <w:rPr>
          <w:b/>
        </w:rPr>
        <w:t xml:space="preserve">[1:15:39] </w:t>
      </w:r>
      <w:r>
        <w:t>jab hamari society saara right conscious ho ho chuki thi, tab is mein duty ka ek class barhaya gaya. to woh bilkul bekar ho kar reh gaya. to bahar haal main samajhta hoon ke islam ka jo target hai,</w:t>
      </w:r>
    </w:p>
    <w:p>
      <w:pPr>
        <w:jc w:val="right"/>
      </w:pPr>
      <w:r>
        <w:t>جب ہماری سوسائٹی سارا رائٹ کانشیس ہو ہو چکی تھی، تب اس میں ڈیوٹی کا ایک کلاس بڑھایا گیا۔ تو وہ بالکل بیکار ہو کر رہ گیا۔ تو بہرحال میں سمجھتا ہوں کہ اسلام کا جو ٹارگٹ ہے،</w:t>
      </w:r>
    </w:p>
    <w:p>
      <w:r>
        <w:rPr>
          <w:b/>
        </w:rPr>
        <w:t xml:space="preserve">[1:15:55] </w:t>
      </w:r>
      <w:r>
        <w:t>woh hai duty conscious society banana. duty conscious insaan, insaan banana.</w:t>
      </w:r>
    </w:p>
    <w:p>
      <w:pPr>
        <w:jc w:val="right"/>
      </w:pPr>
      <w:r>
        <w:t>وہ ہے ڈیوٹی کانشیس سوسائٹی بنانا۔ ڈیوٹی کانشیس انسان، انسان بنانا۔</w:t>
      </w:r>
    </w:p>
    <w:p>
      <w:r>
        <w:rPr>
          <w:b/>
        </w:rPr>
        <w:t xml:space="preserve">[1:16:02] </w:t>
      </w:r>
      <w:r>
        <w:t>islam ka target yeh hai hi nahi ke right conscious society, right conscious insaan banaya jaye. yeh main samjha hoon quran o hadees ke mutalliq se.</w:t>
      </w:r>
    </w:p>
    <w:p>
      <w:pPr>
        <w:jc w:val="right"/>
      </w:pPr>
      <w:r>
        <w:t>اسلام کا ٹارگٹ یہ ہے ہی نہیں کہ رائٹ کانشیس سوسائٹی، رائٹ کانشیس انسان بنایا جائے۔ یہ میں سمجھا ہوں قرآن و حدیث کے متعلق سے۔</w:t>
      </w:r>
    </w:p>
    <w:p>
      <w:r>
        <w:rPr>
          <w:b/>
        </w:rPr>
        <w:t xml:space="preserve">[1:16:15] </w:t>
      </w:r>
      <w:r>
        <w:t>maulana, agla sawal roorkee se hai. sajid anwar sahab ka, unhon ne likha hai: "maulana, today in the class you mentioned a term amani, that is wishful thinking.</w:t>
      </w:r>
    </w:p>
    <w:p>
      <w:pPr>
        <w:jc w:val="right"/>
      </w:pPr>
      <w:r>
        <w:t>مولانا، اگلا سوال روڑکی سے ہے۔ ساجد انور صاحب کا، انہوں نے لکھا ہے: "مولانا، ٹوڈے ان دا کلاس یو مینشنڈ ا ٹرم امانی، دیٹ از وش فل تھنکنگ۔</w:t>
      </w:r>
    </w:p>
    <w:p>
      <w:r>
        <w:rPr>
          <w:b/>
        </w:rPr>
        <w:t xml:space="preserve">[1:16:27] </w:t>
      </w:r>
      <w:r>
        <w:t>please tell us that how can i recognize whether i am indulging in amani and how can one come out of this?"</w:t>
      </w:r>
    </w:p>
    <w:p>
      <w:pPr>
        <w:jc w:val="right"/>
      </w:pPr>
      <w:r>
        <w:t>پلیز ٹیل اس دیٹ ہاؤ کین ائی ریکگنائز ویدر ائی ایم انڈلجنگ ان امانی اینڈ ہاؤ کین ون کم آؤٹ اف دس؟"</w:t>
      </w:r>
    </w:p>
    <w:p>
      <w:r>
        <w:rPr>
          <w:b/>
        </w:rPr>
        <w:t xml:space="preserve">[1:16:39] </w:t>
      </w:r>
      <w:r>
        <w:t>dekhiye, amani ka matlab yeh hai ke apne aap hum kuch criteria bana lein khud se. ek hai woh criterion jo diya gaya hai quran o hadees mein.</w:t>
      </w:r>
    </w:p>
    <w:p>
      <w:pPr>
        <w:jc w:val="right"/>
      </w:pPr>
      <w:r>
        <w:t>دیکھیے، امانی کا مطلب یہ ہے کہ اپنے آپ ہم کچھ کرائٹیریا بنا لیں خود سے۔ ایک ہے وہ کرائٹیرین جو دیا گیا ہے قرآن و حدیث میں۔</w:t>
      </w:r>
    </w:p>
    <w:p>
      <w:r>
        <w:rPr>
          <w:b/>
        </w:rPr>
        <w:t xml:space="preserve">[1:16:50] </w:t>
      </w:r>
      <w:r>
        <w:t>ek to hum apne aap bana lein.</w:t>
      </w:r>
    </w:p>
    <w:p>
      <w:pPr>
        <w:jc w:val="right"/>
      </w:pPr>
      <w:r>
        <w:t>ایک تو ہم اپنے آپ بنا لیں۔</w:t>
      </w:r>
    </w:p>
    <w:p>
      <w:r>
        <w:rPr>
          <w:b/>
        </w:rPr>
        <w:t xml:space="preserve">[1:16:56] </w:t>
      </w:r>
      <w:r>
        <w:t>to apne aap jo bana lete hain, isi ko quran amani hai. to is se pehle yahood ne aise bohat se bana rakhe the. mislan in ka ek amani ki misal yeh hai ke jo aadmi yahoodi family mein paida ho jaye to bas us ki jannat pakki hai.</w:t>
      </w:r>
    </w:p>
    <w:p>
      <w:pPr>
        <w:jc w:val="right"/>
      </w:pPr>
      <w:r>
        <w:t>تو اپنے آپ جو بنا لیتے ہیں، اسی کو قرآن امانی ہے۔ تو اس سے پہلے یہود نے ایسے بہت سے بنا رکھے تھے۔ مثلاً ان کا ایک امانی کی مثال یہ ہے کہ جو آدمی یہودی فیملی میں پیدا ہو جائے تو بس اس کی جنت پکی ہے۔</w:t>
      </w:r>
    </w:p>
    <w:p>
      <w:r>
        <w:rPr>
          <w:b/>
        </w:rPr>
        <w:t xml:space="preserve">[1:17:17] </w:t>
      </w:r>
      <w:r>
        <w:t>yani unhon ne salvation ko base, yani birth based bana diya.</w:t>
      </w:r>
    </w:p>
    <w:p>
      <w:pPr>
        <w:jc w:val="right"/>
      </w:pPr>
      <w:r>
        <w:t>یعنی انہوں نے سالویشن کو بیس، یعنی برتھ بیسڈ بنا دیا۔</w:t>
      </w:r>
    </w:p>
    <w:p>
      <w:r>
        <w:rPr>
          <w:b/>
        </w:rPr>
        <w:t xml:space="preserve">[1:17:24] </w:t>
      </w:r>
      <w:r>
        <w:t>yahood ne salvation ko birth based, yani yahoodi family mein paida hone hi kafi hai ke aadmi jannat mein jaye.</w:t>
      </w:r>
    </w:p>
    <w:p>
      <w:pPr>
        <w:jc w:val="right"/>
      </w:pPr>
      <w:r>
        <w:t>یہود نے سالویشن کو برتھ بیسڈ، یعنی یہودی فیملی میں پیدا ہونے ہی کافی ہے کہ آدمی جنت میں جائے۔</w:t>
      </w:r>
    </w:p>
    <w:p>
      <w:r>
        <w:rPr>
          <w:b/>
        </w:rPr>
        <w:t xml:space="preserve">[1:17:33] </w:t>
      </w:r>
      <w:r>
        <w:t>theek hai, yahi musalmanon mein aa gaya hai. ab musalman samajhte hain ke musalman ghar mein paida ho gaye to phir jannat yaqeeni hai. to birth based concept jo hai salvation ka, woh hai amani.</w:t>
      </w:r>
    </w:p>
    <w:p>
      <w:pPr>
        <w:jc w:val="right"/>
      </w:pPr>
      <w:r>
        <w:t>ٹھیک ہے، یہی مسلمانوں میں آ گیا ہے۔ اب مسلمان سمجھتے ہیں کہ مسلمان گھر میں پیدا ہو گئے تو پھر جنت یقینی ہے۔ تو برتھ بیسڈ کانسیپٹ جو ہے سالویشن کا، وہ ہے امانی۔</w:t>
      </w:r>
    </w:p>
    <w:p>
      <w:r>
        <w:rPr>
          <w:b/>
        </w:rPr>
        <w:t xml:space="preserve">[1:17:46] </w:t>
      </w:r>
      <w:r>
        <w:t>aur jo musalmanon mein bhi isi tarah aa gaya, jo tha yahudiyon mein tha.</w:t>
      </w:r>
    </w:p>
    <w:p>
      <w:pPr>
        <w:jc w:val="right"/>
      </w:pPr>
      <w:r>
        <w:t>اور جو مسلمانوں میں بھی اسی طرح آ گیا، جو تھا یہودیوں میں تھا۔</w:t>
      </w:r>
    </w:p>
    <w:p>
      <w:r>
        <w:rPr>
          <w:b/>
        </w:rPr>
        <w:t xml:space="preserve">[1:17:50] </w:t>
      </w:r>
      <w:r>
        <w:t>aisi bohat sari cheezein hain jis ki quran o hadith mein koi buniyad nahi hai. khud hi khud bana liya hai.</w:t>
      </w:r>
    </w:p>
    <w:p>
      <w:pPr>
        <w:jc w:val="right"/>
      </w:pPr>
      <w:r>
        <w:t>ایسی بہت ساری چیزیں ہیں جس کی قرآن و حدیث میں کوئی بنیاد نہیں ہے۔ خود ہی خود بنا لیا ہے۔</w:t>
      </w:r>
    </w:p>
    <w:p>
      <w:r>
        <w:rPr>
          <w:b/>
        </w:rPr>
        <w:t xml:space="preserve">[1:17:58] </w:t>
      </w:r>
      <w:r>
        <w:t>jitne yeh jo mauzu rawaiyat hain, woh sab amani to hain. aur aur kya hain? jitni mauzu rawaiyat hain, woh sab amani hain. aaj kal musalman amani pe khade hue hain.</w:t>
      </w:r>
    </w:p>
    <w:p>
      <w:pPr>
        <w:jc w:val="right"/>
      </w:pPr>
      <w:r>
        <w:t>جتنے یہ جو موضوع روایتیں ہیں، وہ سب امانی تو ہیں۔ اور اور کیا ہیں؟ جتنی موضوع روایتیں ہیں، وہ سب امانی ہیں۔ آج کل مسلمان امانی پہ کھڑے ہوئے ہیں۔</w:t>
      </w:r>
    </w:p>
    <w:p>
      <w:r>
        <w:rPr>
          <w:b/>
        </w:rPr>
        <w:t xml:space="preserve">[1:18:12] </w:t>
      </w:r>
      <w:r>
        <w:t>sab amani pe khade hue hain.</w:t>
      </w:r>
    </w:p>
    <w:p>
      <w:pPr>
        <w:jc w:val="right"/>
      </w:pPr>
      <w:r>
        <w:t>سب امانی پہ کھڑے ہوئے ہیں۔</w:t>
      </w:r>
    </w:p>
    <w:p>
      <w:r>
        <w:rPr>
          <w:b/>
        </w:rPr>
        <w:t xml:space="preserve">[1:18:14] </w:t>
      </w:r>
      <w:r>
        <w:t>ab misal ke taur par dekhiye, jo insan hain, yani jo non muslim hain, woh hamare liye madu hain. madu musalmanon ne kya samajh rakha hai ke woh hamare liye dushman hain.</w:t>
      </w:r>
    </w:p>
    <w:p>
      <w:pPr>
        <w:jc w:val="right"/>
      </w:pPr>
      <w:r>
        <w:t>اب مثال کے طور پر دیکھیے، جو انسان ہیں، یعنی جو نان مسلم ہیں، وہ ہمارے لیے مدعو ہیں۔ مدعو مسلمانوں نے کیا سمجھ رکھا ہے کہ وہ ہمارے لیے دشمن ہیں۔</w:t>
      </w:r>
    </w:p>
    <w:p>
      <w:r>
        <w:rPr>
          <w:b/>
        </w:rPr>
        <w:t xml:space="preserve">[1:18:26] </w:t>
      </w:r>
      <w:r>
        <w:t>bas un ko maro. un se nahi mar sako to kam az kam nafrat karo un se. nafrat karoge to jannat mein jaoge.</w:t>
      </w:r>
    </w:p>
    <w:p>
      <w:pPr>
        <w:jc w:val="right"/>
      </w:pPr>
      <w:r>
        <w:t>بس ان کو مارو۔ ان سے نہیں مار سکو تو کم از کم نفرت کرو ان سے۔ نفرت کرو گے تو جنت میں جاؤ گے۔</w:t>
      </w:r>
    </w:p>
    <w:p>
      <w:r>
        <w:rPr>
          <w:b/>
        </w:rPr>
        <w:t xml:space="preserve">[1:18:36] </w:t>
      </w:r>
      <w:r>
        <w:t>yeh sab khud sakhta hain, khud hi bana rakha hai. yeh doosre insan insan hain, doosre insan madu hain.</w:t>
      </w:r>
    </w:p>
    <w:p>
      <w:pPr>
        <w:jc w:val="right"/>
      </w:pPr>
      <w:r>
        <w:t>یہ سب خود ساختہ ہیں، خود ہی بنا رکھا ہے۔ یہ دوسرے انسان انسان ہیں، دوسرے انسان مدعو ہیں۔</w:t>
      </w:r>
    </w:p>
    <w:p>
      <w:r>
        <w:rPr>
          <w:b/>
        </w:rPr>
        <w:t xml:space="preserve">[1:18:44] </w:t>
      </w:r>
      <w:r>
        <w:t>un se hamein khair khwahi karna hai, un se hamein nafrat jaiz hi nahi hai. chahe woh america ho, chahe yahoodi ho, chahe hindu ho, hamare liye haram hai ke hum nafrat karein un se.</w:t>
      </w:r>
    </w:p>
    <w:p>
      <w:pPr>
        <w:jc w:val="right"/>
      </w:pPr>
      <w:r>
        <w:t>ان سے ہمیں خیر خواہی کرنا ہے، ان سے ہمیں نفرت جائز ہی نہیں ہے۔ چاہے وہ امریکہ ہو، چاہے یہودی ہو، چاہے ہندو ہو، ہمارے لیے حرام ہے کہ ہم نفرت کریں ان سے۔</w:t>
      </w:r>
    </w:p>
    <w:p>
      <w:r>
        <w:rPr>
          <w:b/>
        </w:rPr>
        <w:t xml:space="preserve">[1:18:57] </w:t>
      </w:r>
      <w:r>
        <w:t>lekin ab musalman dhoom se nafrat kar rahe hain. sare musalman nafrat kar rahe hain. shikayatein kar rahe hain, protest kar rahe hain, gun aur bomb chala rahe hain.</w:t>
      </w:r>
    </w:p>
    <w:p>
      <w:pPr>
        <w:jc w:val="right"/>
      </w:pPr>
      <w:r>
        <w:t>لیکن اب مسلمان دھوم سے نفرت کر رہے ہیں۔ سارے مسلمان نفرت کر رہے ہیں۔ شکایتیں کر رہے ہیں، پروٹیسٹ کر رہے ہیں، گن اور بم چلا رہے ہیں۔</w:t>
      </w:r>
    </w:p>
    <w:p>
      <w:r>
        <w:rPr>
          <w:b/>
        </w:rPr>
        <w:t xml:space="preserve">[1:19:07] </w:t>
      </w:r>
      <w:r>
        <w:t>yeh sab haram kaam hain. lekin is haram kaam ke liye unhon ne khud sakhta taur par, yani deen ke interpretation nikal rakhe hain.</w:t>
      </w:r>
    </w:p>
    <w:p>
      <w:pPr>
        <w:jc w:val="right"/>
      </w:pPr>
      <w:r>
        <w:t>یہ سب حرام کام ہیں۔ لیکن اس حرام کام کے لیے انہوں نے خود ساختہ طور پر، یعنی دین کے انٹرپریشن نکال رکھے ہیں۔</w:t>
      </w:r>
    </w:p>
    <w:p>
      <w:r>
        <w:rPr>
          <w:b/>
        </w:rPr>
        <w:t xml:space="preserve">[1:19:17] </w:t>
      </w:r>
      <w:r>
        <w:t>khud sakhta taur par, khud sakhta taur par nikal rakha hai ke yeh jaiz hai. yani just is ko quran o hadith se justify kar rakha hai.</w:t>
      </w:r>
    </w:p>
    <w:p>
      <w:pPr>
        <w:jc w:val="right"/>
      </w:pPr>
      <w:r>
        <w:t>خود ساختہ طور پر، خود ساختہ طور پر نکال رکھا ہے کہ یہ جائز ہے۔ یعنی جسٹ اس کو قرآن و حدیث سے جسٹیفائی کر رکھا ہے۔</w:t>
      </w:r>
    </w:p>
    <w:p>
      <w:r>
        <w:rPr>
          <w:b/>
        </w:rPr>
        <w:t xml:space="preserve">[1:19:28] </w:t>
      </w:r>
      <w:r>
        <w:t>woh hai amani. quran o hadith justify kar rakha hai is ko amani par. jitna bhi yeh nafrat karobar hai musalmanon mein, ghair muslimon se, chahe america ke khilaf ho, chahe yahoodi ke khilaf ho, hindu ke khilaf ho, sab amani par mabni hai.</w:t>
      </w:r>
    </w:p>
    <w:p>
      <w:pPr>
        <w:jc w:val="right"/>
      </w:pPr>
      <w:r>
        <w:t>وہ ہے امانی۔ قرآن و حدیث جسٹیفائی کر رکھا ہے اس کو امانی پر۔ جتنا بھی یہ نفرت کاروبار ہے مسلمانوں میں، غیر مسلموں سے، چاہے امریکہ کے خلاف ہو، چاہے یہودی کے خلاف ہو، ہندو کے خلاف ہو، سب امانی پر مبنی ہے۔</w:t>
      </w:r>
    </w:p>
    <w:p>
      <w:r>
        <w:rPr>
          <w:b/>
        </w:rPr>
        <w:t xml:space="preserve">[1:19:45] </w:t>
      </w:r>
      <w:r>
        <w:t>yani khud hi khud bana liya aise matlab quran</w:t>
      </w:r>
    </w:p>
    <w:p>
      <w:pPr>
        <w:jc w:val="right"/>
      </w:pPr>
      <w:r>
        <w:t>یعنی خود ہی خود بنا لیا ایسے مطلب قرآن</w:t>
      </w:r>
    </w:p>
    <w:p>
      <w:r>
        <w:rPr>
          <w:b/>
        </w:rPr>
        <w:t xml:space="preserve">[1:19:48] </w:t>
      </w:r>
      <w:r>
        <w:t>o hadith ka jis se woh justify hota ho un ka feal. to sab amani mein jeete hain yeh log aur sab ke sab Allah ke liye pakde jayenge.</w:t>
      </w:r>
    </w:p>
    <w:p>
      <w:pPr>
        <w:jc w:val="right"/>
      </w:pPr>
      <w:r>
        <w:t>و حدیث کا جس سے وہ جسٹیفائی ہوتا ہو ان کا فعل۔ تو سب امانی میں جیتے ہیں یہ لوگ اور سب کے سب اللہ کے لیے پکڑے جائیں گے۔</w:t>
      </w:r>
    </w:p>
    <w:p>
      <w:r>
        <w:rPr>
          <w:b/>
        </w:rPr>
        <w:t xml:space="preserve">[1:19:58] </w:t>
      </w:r>
      <w:r>
        <w:t>kyun ke hamare less be amani ek amani ek ahl e kitab. yani tum khud se koi, yani ek khud se ek interpretation nikal lo, khud se ayat aur hadith ka matlab nikal lo jis se tumhara justify ho raha ho tumhara feal.</w:t>
      </w:r>
    </w:p>
    <w:p>
      <w:pPr>
        <w:jc w:val="right"/>
      </w:pPr>
      <w:r>
        <w:t>کیونکہ ہمارے لیس بے امانی ایک امانی ایک اہل کتاب۔ یعنی تم خود سے کوئی، یعنی ایک خود سے ایک انٹرپریشن نکال لو، خود سے آیت اور حدیث کا مطلب نکال لو جس سے تمہارا جسٹیفائی ہو رہا ہو تمہارا فعل۔</w:t>
      </w:r>
    </w:p>
    <w:p>
      <w:r>
        <w:rPr>
          <w:b/>
        </w:rPr>
        <w:t xml:space="preserve">[1:20:14] </w:t>
      </w:r>
      <w:r>
        <w:t>is se to bacho ge nahi, pakad jaoge.</w:t>
      </w:r>
    </w:p>
    <w:p>
      <w:pPr>
        <w:jc w:val="right"/>
      </w:pPr>
      <w:r>
        <w:t>اس سے تو بچو گے نہیں، پکڑ جاؤ گے۔</w:t>
      </w:r>
    </w:p>
    <w:p>
      <w:r>
        <w:rPr>
          <w:b/>
        </w:rPr>
        <w:t xml:space="preserve">[1:20:17] </w:t>
      </w:r>
      <w:r>
        <w:t>tum pakad jaoge. jaise ek misal deta hoon main aap ko ke kuch logon se meri mulaqat, kuch logon se baat hui meri.</w:t>
      </w:r>
    </w:p>
    <w:p>
      <w:pPr>
        <w:jc w:val="right"/>
      </w:pPr>
      <w:r>
        <w:t>تم پکڑ جاؤ گے۔ جیسے ایک مثال دیتا ہوں میں آپ کو کہ کچھ لوگوں سے میری ملاقات، کچھ لوگوں سے بات ہوئی میری۔</w:t>
      </w:r>
    </w:p>
    <w:p>
      <w:r>
        <w:rPr>
          <w:b/>
        </w:rPr>
        <w:t xml:space="preserve">[1:20:30] </w:t>
      </w:r>
      <w:r>
        <w:t>main ne kaha ke arab log jo ladai chhede hue hain yahudiyon ke khilaf, woh islam ke khilaf hai. woh anti islamic ladai hai. unhon ne kaha kaise?</w:t>
      </w:r>
    </w:p>
    <w:p>
      <w:pPr>
        <w:jc w:val="right"/>
      </w:pPr>
      <w:r>
        <w:t>میں نے کہا کہ عرب لوگ جو لڑائی چھڑے ہوئے ہیں یہودیوں کے خلاف، وہ اسلام کے خلاف ہے۔ وہ اینٹی اسلامک لڑائی ہے۔ انہوں نے کہا کیسے؟</w:t>
      </w:r>
    </w:p>
    <w:p>
      <w:r>
        <w:rPr>
          <w:b/>
        </w:rPr>
        <w:t xml:space="preserve">[1:20:39] </w:t>
      </w:r>
      <w:r>
        <w:t>main ne kaha ke quran mein saaf saaf likha hua hai ke falasteen yahudiyon ke liye likh diya gaya hai.</w:t>
      </w:r>
    </w:p>
    <w:p>
      <w:pPr>
        <w:jc w:val="right"/>
      </w:pPr>
      <w:r>
        <w:t>میں نے کہا کہ قرآن میں صاف صاف لکھا ہوا ہے کہ فلسطین یہودیوں کے لیے لکھ دیا گیا ہے۔</w:t>
      </w:r>
    </w:p>
    <w:p>
      <w:r>
        <w:rPr>
          <w:b/>
        </w:rPr>
        <w:t xml:space="preserve">[1:20:47] </w:t>
      </w:r>
      <w:r>
        <w:t>yani yahudiyon ke liye woh, yani goya allot kar diya gaya hai. kehna chahiye yeh likha hua hai quran majeed mein: falasteen yahudiyon ke liye allot kar diya gaya hai.</w:t>
      </w:r>
    </w:p>
    <w:p>
      <w:pPr>
        <w:jc w:val="right"/>
      </w:pPr>
      <w:r>
        <w:t>یعنی یہودیوں کے لیے وہ، یعنی گویا الاٹ کر دیا گیا ہے۔ کہنا چاہیے یہ لکھا ہوا ہے قرآن مجید میں: فلسطین یہودیوں کے لیے الاٹ کر دیا گیا ہے۔</w:t>
      </w:r>
    </w:p>
    <w:p>
      <w:r>
        <w:rPr>
          <w:b/>
        </w:rPr>
        <w:t xml:space="preserve">[1:21:01] </w:t>
      </w:r>
      <w:r>
        <w:t>to aap kyun lad rahe hain un se? woh Allah ne unhein allot kar diya to maan lijiye ke woh un ki zameen hai. aap wahan ja kar rehte hain to rahiye, woh mana nahi karte aap ko rehne se.</w:t>
      </w:r>
    </w:p>
    <w:p>
      <w:pPr>
        <w:jc w:val="right"/>
      </w:pPr>
      <w:r>
        <w:t>تو آپ کیوں لڑ رہے ہیں ان سے؟ وہ اللہ نے انہیں الاٹ کر دیا تو مان لیجئے کہ وہ ان کی زمین ہے۔ آپ وہاں جا کر رہتے ہیں تو رہیے، وہ منع نہیں کرتے آپ کو رہنے سے۔</w:t>
      </w:r>
    </w:p>
    <w:p>
      <w:r>
        <w:rPr>
          <w:b/>
        </w:rPr>
        <w:t xml:space="preserve">[1:21:11] </w:t>
      </w:r>
      <w:r>
        <w:t>lekin ladte kyon hain aap un se? to woh ayat maine padhi un ko</w:t>
      </w:r>
    </w:p>
    <w:p>
      <w:pPr>
        <w:jc w:val="right"/>
      </w:pPr>
      <w:r>
        <w:t>لیکن لڑتے کیوں ہیں آپ ان سے؟ تو وہ آیت میں نے پڑھی ان کو</w:t>
      </w:r>
    </w:p>
    <w:p>
      <w:r>
        <w:rPr>
          <w:b/>
        </w:rPr>
        <w:t xml:space="preserve">[1:21:18] </w:t>
      </w:r>
      <w:r>
        <w:t>to kya kehte hain? woh to mansookh ho chuki hai. kehte hain woh to mansookh ho chuki hai. yeh kya hai? amaani hai. kyunke mansookh ho chuki hai. kahan?</w:t>
      </w:r>
    </w:p>
    <w:p>
      <w:pPr>
        <w:jc w:val="right"/>
      </w:pPr>
      <w:r>
        <w:t>تو کیا کہتے ہیں؟ وہ تو منسوخ ہو چکی ہے۔ کہتے ہیں وہ تو منسوخ ہو چکی ہے۔ یہ کیا ہے؟ امانی ہے۔ کیونکہ منسوخ ہو چکی ہے۔ کہاں؟</w:t>
      </w:r>
    </w:p>
    <w:p>
      <w:r>
        <w:rPr>
          <w:b/>
        </w:rPr>
        <w:t xml:space="preserve">[1:21:26] </w:t>
      </w:r>
      <w:r>
        <w:t>kis ne mansookh kiya? woh kaun si ayat hai aur kaun si hadith hai jis se nikalta hai ke mansookh hui woh ayat? kaun si? kaun si ayat bataiye?</w:t>
      </w:r>
    </w:p>
    <w:p>
      <w:pPr>
        <w:jc w:val="right"/>
      </w:pPr>
      <w:r>
        <w:t>کس نے منسوخ کیا؟ وہ کون سی آیت ہے اور کون سی حدیث ہے جس سے نکلتا ہے کہ منسوخ ہوئی وہ آیت؟ کون سی؟ کون سی آیت بتائیے؟</w:t>
      </w:r>
    </w:p>
    <w:p>
      <w:r>
        <w:rPr>
          <w:b/>
        </w:rPr>
        <w:t xml:space="preserve">[1:21:35] </w:t>
      </w:r>
      <w:r>
        <w:t>ya qaum ul kulu aur Allah jo Allah ne likh diya tumhare liye.</w:t>
      </w:r>
    </w:p>
    <w:p>
      <w:pPr>
        <w:jc w:val="right"/>
      </w:pPr>
      <w:r>
        <w:t>یا قوم الخلو اور اللہ جو اللہ نے لکھ دیا تمہارے لیے۔</w:t>
      </w:r>
    </w:p>
    <w:p>
      <w:r>
        <w:rPr>
          <w:b/>
        </w:rPr>
        <w:t xml:space="preserve">[1:21:44] </w:t>
      </w:r>
      <w:r>
        <w:t>to kaha ke bible mein jo hai, bible mein hai ke falasteen yahudiyon ke liye promised land hai. bible mein hai ke falasteen yahudiyon ke liye promised land hai.</w:t>
      </w:r>
    </w:p>
    <w:p>
      <w:pPr>
        <w:jc w:val="right"/>
      </w:pPr>
      <w:r>
        <w:t>تو کہا کہ بائبل میں جو ہے، بائبل میں ہے کہ فلسطین یہودیوں کے لیے پرامیز لینڈ ہے۔ بائبل میں ہے کہ فلسطین یہودیوں کے لیے پرامیز لینڈ ہے۔</w:t>
      </w:r>
    </w:p>
    <w:p>
      <w:r>
        <w:rPr>
          <w:b/>
        </w:rPr>
        <w:t xml:space="preserve">[1:21:56] </w:t>
      </w:r>
      <w:r>
        <w:t>theek hai, yeh to quran majeed mein bhi hai.</w:t>
      </w:r>
    </w:p>
    <w:p>
      <w:pPr>
        <w:jc w:val="right"/>
      </w:pPr>
      <w:r>
        <w:t>ٹھیک ہے، یہ تو قرآن مجید میں بھی ہے۔</w:t>
      </w:r>
    </w:p>
    <w:p>
      <w:r>
        <w:rPr>
          <w:b/>
        </w:rPr>
        <w:t xml:space="preserve">[1:22:01] </w:t>
      </w:r>
      <w:r>
        <w:t>theek, wahi to musalman, wahi to quran majeed mein bhi hai. to is mani hai ke yahudiyon ko haq hai ke woh ja ke basein falasteen mein. aap rok nahi sakte un ko.</w:t>
      </w:r>
    </w:p>
    <w:p>
      <w:pPr>
        <w:jc w:val="right"/>
      </w:pPr>
      <w:r>
        <w:t>ٹھیک، وہی تو مسلمان، وہی تو قرآن مجید میں بھی ہے۔ تو اس معنی ہے کہ یہودیوں کو حق ہے کہ وہ جا کے بسیں فلسطین میں۔ آپ روک نہیں سکتے ان کو۔</w:t>
      </w:r>
    </w:p>
    <w:p>
      <w:r>
        <w:rPr>
          <w:b/>
        </w:rPr>
        <w:t xml:space="preserve">[1:22:12] </w:t>
      </w:r>
      <w:r>
        <w:t>baqi aap rokte nahi hain. woh</w:t>
      </w:r>
    </w:p>
    <w:p>
      <w:pPr>
        <w:jc w:val="right"/>
      </w:pPr>
      <w:r>
        <w:t>باقی آپ روکتے نہیں ہیں۔ وہ</w:t>
      </w:r>
    </w:p>
    <w:p>
      <w:r>
        <w:rPr>
          <w:b/>
        </w:rPr>
        <w:t xml:space="preserve">[1:22:13] </w:t>
      </w:r>
      <w:r>
        <w:t>abhi bhi, abhi bhi falasteen mein 20 percent yeh arab rehte hain. to aap rahiye un mein. ladte kyon? un ko nikal maar ke nikalte kyon hain?</w:t>
      </w:r>
    </w:p>
    <w:p>
      <w:pPr>
        <w:jc w:val="right"/>
      </w:pPr>
      <w:r>
        <w:t>ابھی بھی، ابھی بھی فلسطین میں 20 پرسنٹ یہ عرب رہتے ہیں۔ تو آپ رہیے ان میں۔ لڑتے کیوں؟ ان کو نکال مار کے نکالتے کیوں ہیں؟</w:t>
      </w:r>
    </w:p>
    <w:p>
      <w:r>
        <w:rPr>
          <w:b/>
        </w:rPr>
        <w:t xml:space="preserve">[1:22:23] </w:t>
      </w:r>
      <w:r>
        <w:t>kyon kehte hain ke hum un ko maar ke phenk den ge? sanarbi fil burr. to kya nikal rakha hai ke woh to, woh to ayat mansookh ho gayi.</w:t>
      </w:r>
    </w:p>
    <w:p>
      <w:pPr>
        <w:jc w:val="right"/>
      </w:pPr>
      <w:r>
        <w:t>کیوں کہتے ہیں کہ ہم ان کو مار کے پھینک دیں گے؟ سنربی فی البر۔ تو کیا نکال رکھا ہے کہ وہ تو، وہ تو آیت منسوخ ہو گئی۔</w:t>
      </w:r>
    </w:p>
    <w:p>
      <w:r>
        <w:rPr>
          <w:b/>
        </w:rPr>
        <w:t xml:space="preserve">[1:22:32] </w:t>
      </w:r>
      <w:r>
        <w:t>yeh jhoot hai, yeh jhoot hai, yeh jhoot hai. kyunke aap ko pesh karna parega koi ayat ya hadith ke woh ayat mansookh ho gayi.</w:t>
      </w:r>
    </w:p>
    <w:p>
      <w:pPr>
        <w:jc w:val="right"/>
      </w:pPr>
      <w:r>
        <w:t>یہ جھوٹ ہے، یہ جھوٹ ہے، یہ جھوٹ ہے۔ کیونکہ آپ کو پیش کرنا پڑے گا کوئی آیت یا حدیث کہ وہ آیت منسوخ ہو گئی۔</w:t>
      </w:r>
    </w:p>
    <w:p>
      <w:r>
        <w:rPr>
          <w:b/>
        </w:rPr>
        <w:t xml:space="preserve">[1:22:41] </w:t>
      </w:r>
      <w:r>
        <w:t>agar aap nahi pesh kar sakte to aap jhoot bol rahe hain. to sara musalmanon ka jo case hai, sab amaani par mabni hai. amaani sara hai, chahe arab hon ya ajam hon, sab amaani pe khade hue hain.</w:t>
      </w:r>
    </w:p>
    <w:p>
      <w:pPr>
        <w:jc w:val="right"/>
      </w:pPr>
      <w:r>
        <w:t>اگر آپ نہیں پیش کر سکتے تو آپ جھوٹ بول رہے ہیں۔ تو سارا مسلمانوں کا جو کیس ہے، سب امانی پر مبنی ہے۔ امانی سارا ہے، چاہے عرب ہوں یا عجم ہوں، سب امانی پہ کھڑے ہوئے ہیں۔</w:t>
      </w:r>
    </w:p>
    <w:p>
      <w:r>
        <w:rPr>
          <w:b/>
        </w:rPr>
        <w:t xml:space="preserve">[1:22:56] </w:t>
      </w:r>
      <w:r>
        <w:t>to amaani pe khade hone ka mani hai ke amaani mein jab khada hota hai aadmi to kya karta hai? quran o hadith ka galat interpretation de kar us ko justify karta hai.</w:t>
      </w:r>
    </w:p>
    <w:p>
      <w:pPr>
        <w:jc w:val="right"/>
      </w:pPr>
      <w:r>
        <w:t>تو امانی پہ کھڑے ہونے کا معنی ہے کہ امانی میں جب کھڑا ہوتا ہے آدمی تو کیا کرتا ہے؟ قرآن و حدیث کا غلط انٹرپریشن دے کر اس کو جسٹیفائی کرتا ہے۔</w:t>
      </w:r>
    </w:p>
    <w:p>
      <w:r>
        <w:rPr>
          <w:b/>
        </w:rPr>
        <w:t xml:space="preserve">[1:23:06] </w:t>
      </w:r>
      <w:r>
        <w:t>to is tarah ke justification humein nahi bachaye ga.</w:t>
      </w:r>
    </w:p>
    <w:p>
      <w:pPr>
        <w:jc w:val="right"/>
      </w:pPr>
      <w:r>
        <w:t>تو اس طرح کے جسٹیفیکیشن ہمیں نہیں بچائے گا۔</w:t>
      </w:r>
    </w:p>
    <w:p>
      <w:r>
        <w:rPr>
          <w:b/>
        </w:rPr>
        <w:t xml:space="preserve">[1:23:10] </w:t>
      </w:r>
      <w:r>
        <w:t>is tarah ke justification hum bach nahi sakte. Allah taala ki hamari flogging hogi, hum pakad jayenge.</w:t>
      </w:r>
    </w:p>
    <w:p>
      <w:pPr>
        <w:jc w:val="right"/>
      </w:pPr>
      <w:r>
        <w:t>اس طرح کے جسٹیفیکیشن ہم بچ نہیں سکتے۔ اللہ تعالیٰ کی ہماری فلاگنگ ہوگی، ہم پکڑ جائیں گے۔</w:t>
      </w:r>
    </w:p>
    <w:p>
      <w:r>
        <w:rPr>
          <w:b/>
        </w:rPr>
        <w:t xml:space="preserve">[1:23:20] </w:t>
      </w:r>
      <w:r>
        <w:t>maulana, agla sawal dilli se hai shakir sahab ka. unhone likha hai: kya insan marne ke baad foran apne aamal ke mutabiq jannat ya jahannum mein jayega ya phir aakhirat mein faisla hone ke baad</w:t>
      </w:r>
    </w:p>
    <w:p>
      <w:pPr>
        <w:jc w:val="right"/>
      </w:pPr>
      <w:r>
        <w:t>مولانا، اگلا سوال دلی سے ہے شاکر صاحب کا۔ انہوں نے لکھا ہے: کیا انسان مرنے کے بعد فوراً اپنے اعمال کے مطابق جنت یا جہنم میں جائے گا یا پھر آخرت میں فیصلہ ہونے کے بعد</w:t>
      </w:r>
    </w:p>
    <w:p>
      <w:r>
        <w:rPr>
          <w:b/>
        </w:rPr>
        <w:t xml:space="preserve">[1:23:35] </w:t>
      </w:r>
      <w:r>
        <w:t>, jaisa ke aap ne bataya ke rasool Allah se mulaqat aasman par ibrahim alaihissalam se hui?</w:t>
      </w:r>
    </w:p>
    <w:p>
      <w:pPr>
        <w:jc w:val="right"/>
      </w:pPr>
      <w:r>
        <w:t>، جیسا کہ آپ نے بتایا کہ رسول اللہ سے ملاقات آسمان پر ابراہیم علیہ السلام سے ہوئی؟</w:t>
      </w:r>
    </w:p>
    <w:p>
      <w:r>
        <w:rPr>
          <w:b/>
        </w:rPr>
        <w:t xml:space="preserve">[1:23:44] </w:t>
      </w:r>
      <w:r>
        <w:t>dekhein, yeh sab baatein main bahut zyada baat karne ki zaroorat nahi hai. mujmal tor par manna chahiye. ek hadith hai ke: al qabru rawdatun min riyadil jannati aw hufrah min hufarin nar.</w:t>
      </w:r>
    </w:p>
    <w:p>
      <w:pPr>
        <w:jc w:val="right"/>
      </w:pPr>
      <w:r>
        <w:t>دیکھیں، یہ سب باتیں میں بہت زیادہ بات کرنے کی ضرورت نہیں ہے۔ مجمل طور پر ماننا چاہیے۔ ایک حدیث ہے کہ: القبر روز من راجل من راجل جنت من حفر النار۔</w:t>
      </w:r>
    </w:p>
    <w:p>
      <w:r>
        <w:rPr>
          <w:b/>
        </w:rPr>
        <w:t xml:space="preserve">[1:24:01] </w:t>
      </w:r>
      <w:r>
        <w:t>ke marne ke baad hi aadmi apne amal ko pahunchata hai, ya jannat mein ya jahannum mein. to is ko mujmal tor par maniye. agar aap chahein ke ijbari se zyada janne ki koshish karenge to aap bhag bhag aayenge, phir kahin pahunchenge nahi.</w:t>
      </w:r>
    </w:p>
    <w:p>
      <w:pPr>
        <w:jc w:val="right"/>
      </w:pPr>
      <w:r>
        <w:t>کہ مرنے کے بعد ہی آدمی اپنے عمل کو پہنچاتا ہے، یا جنت میں یا جہنم میں۔ تو اس کو مجمل طور پر مانیے۔ اگر آپ چاہیں کہ اجبار سے زیادہ جانے کی کوشش کریں گے تو آپ بھاگ بھاگ آئیں گے، پھر کہیں پہنچیں گے نہیں۔</w:t>
      </w:r>
    </w:p>
    <w:p>
      <w:r>
        <w:rPr>
          <w:b/>
        </w:rPr>
        <w:t xml:space="preserve">[1:24:15] </w:t>
      </w:r>
      <w:r>
        <w:t>to main mujmal tor par manta hoon is tarah ki ahadith ke mutabiq ke maut ke baad aadmi apne anjam se dochar ho jata hai.</w:t>
      </w:r>
    </w:p>
    <w:p>
      <w:pPr>
        <w:jc w:val="right"/>
      </w:pPr>
      <w:r>
        <w:t>تو میں مجمل طور پر مانتا ہوں اس طرح کی احادیث کے مطابق کہ موت کے بعد آدمی اپنے انجام سے دوچار ہو جاتا ہے۔</w:t>
      </w:r>
    </w:p>
    <w:p>
      <w:r>
        <w:rPr>
          <w:b/>
        </w:rPr>
        <w:t xml:space="preserve">[1:24:28] </w:t>
      </w:r>
      <w:r>
        <w:t>maut ke baad aadmi apne anjam se dochar ho jata hai. ab woh kya shakal hoti hai, us ko hum is dunya mein nahi soch sakte. sirf mujmal tor par us pe hamein iman rakhna chahiye.</w:t>
      </w:r>
    </w:p>
    <w:p>
      <w:pPr>
        <w:jc w:val="right"/>
      </w:pPr>
      <w:r>
        <w:t>موت کے بعد آدمی اپنے انجام سے دوچار ہو جاتا ہے۔ اب وہ کیا شکل ہوتی ہے، اس کو ہم اس دنیا میں نہیں سوچ سکتے۔ صرف مجمل طور پر اس پہ ہمیں ایمان رکھنا چاہیے۔</w:t>
      </w:r>
    </w:p>
    <w:p>
      <w:r>
        <w:rPr>
          <w:b/>
        </w:rPr>
        <w:t xml:space="preserve">[1:24:38] </w:t>
      </w:r>
      <w:r>
        <w:t>al qabru rawdatun min riyadil jannati aw hufrah min hufarin nar. ke qabr ya to jannat ke baghon mein se ek bagh hai ya dozaq gurhon mein se gurha hai.</w:t>
      </w:r>
    </w:p>
    <w:p>
      <w:pPr>
        <w:jc w:val="right"/>
      </w:pPr>
      <w:r>
        <w:t>القبر روز من راجل جنت من حفر النار۔ کہ قبر یا تو جنت کے باغوں میں سے ایک باغ ہے یا دوزخ گڑھوں میں سے گڑھا ہے۔</w:t>
      </w:r>
    </w:p>
    <w:p>
      <w:r>
        <w:rPr>
          <w:b/>
        </w:rPr>
        <w:t xml:space="preserve">[1:24:49] </w:t>
      </w:r>
      <w:r>
        <w:t>dekhein, qabr ka lafz yahan symbolic hai. symbolic is ka mani koi gurha nahi.</w:t>
      </w:r>
    </w:p>
    <w:p>
      <w:pPr>
        <w:jc w:val="right"/>
      </w:pPr>
      <w:r>
        <w:t>دیکھیں، قبر کا لفظ یہاں سمبولک ہے۔ سمبولک اس کا معنی کوئی گڑھا نہیں۔</w:t>
      </w:r>
    </w:p>
    <w:p>
      <w:r>
        <w:rPr>
          <w:b/>
        </w:rPr>
        <w:t xml:space="preserve">[1:24:54] </w:t>
      </w:r>
      <w:r>
        <w:t>yani baad az maut, after death. yeh har giz mat samjhein ke wahi jo qabr hai, woh jo gurha hai, usi mein jannat, jahannum waqe hai.</w:t>
      </w:r>
    </w:p>
    <w:p>
      <w:pPr>
        <w:jc w:val="right"/>
      </w:pPr>
      <w:r>
        <w:t>یعنی بعد از موت، افٹر ڈیتھ۔ یہ ہرگز مت سمجھیں کہ وہی جو قبر ہے، وہ جو گڑھا ہے، اسی میں جنت، جہنم واقع ہے۔</w:t>
      </w:r>
    </w:p>
    <w:p>
      <w:r>
        <w:rPr>
          <w:b/>
        </w:rPr>
        <w:t xml:space="preserve">[1:25:03] </w:t>
      </w:r>
      <w:r>
        <w:t>yeh matlab nahi hai. yani after death jo life hai, wahan aap pahunchenge to aap ko apne anjam se sab ka pesh aa jayega.</w:t>
      </w:r>
    </w:p>
    <w:p>
      <w:pPr>
        <w:jc w:val="right"/>
      </w:pPr>
      <w:r>
        <w:t>یہ مطلب نہیں ہے۔ یعنی افٹر ڈیتھ جو لائف ہے، وہاں آپ پہنچیں گے تو آپ کو اپنے انجام سے سب کا پیش آ جائے گا۔</w:t>
      </w:r>
    </w:p>
    <w:p>
      <w:r>
        <w:rPr>
          <w:b/>
        </w:rPr>
        <w:t xml:space="preserve">[1:25:13] </w:t>
      </w:r>
      <w:r>
        <w:t>ya jannat ka anjam ya jahannum ka anjam. to hum mujmal tor par is par iman rakhte hain.</w:t>
      </w:r>
    </w:p>
    <w:p>
      <w:pPr>
        <w:jc w:val="right"/>
      </w:pPr>
      <w:r>
        <w:t>یا جنت کا انجام یا جہنم کا انجام۔ تو ہم مجمل طور پر اس پر ایمان رکھتے ہیں۔</w:t>
      </w:r>
    </w:p>
    <w:p>
      <w:r>
        <w:rPr>
          <w:b/>
        </w:rPr>
        <w:t xml:space="preserve">[1:25:22] </w:t>
      </w:r>
      <w:r>
        <w:t>molana, agla sawal raichur se hai zaheeruddin sahib ka. unhon ne likha hai: molana, it is believed that in aakhirat paradise and hell will be eternal, but some ulama say that those in the hell will be there for one day and then they will enter into paradise after their due punishment in the hell.</w:t>
      </w:r>
    </w:p>
    <w:p>
      <w:pPr>
        <w:jc w:val="right"/>
      </w:pPr>
      <w:r>
        <w:t>مولانا، اگلا سوال رائچور سے ہے ظہیرالدین صاحب کا۔ انہوں نے لکھا ہے: مولانا، اٹ از بیلیوڈ دیٹ ان آخرت پیراڈائز اینڈ ہیل ول بی اٹرنل، بٹ سم علماء سے دیٹ دوز ان دا ہیل ول بی دیر فار ون ڈے اینڈ دین دے ول انٹر انٹو پیراڈائز افٹر دیر ڈیو پنشمنٹ ان دا ہیل۔</w:t>
      </w:r>
    </w:p>
    <w:p>
      <w:r>
        <w:rPr>
          <w:b/>
        </w:rPr>
        <w:t xml:space="preserve">[1:25:44] </w:t>
      </w:r>
      <w:r>
        <w:t>molana sahib, what is your opinion on this? yeh sab isa isa ko amani kehta hoon main. yeh sab amani hai.</w:t>
      </w:r>
    </w:p>
    <w:p>
      <w:pPr>
        <w:jc w:val="right"/>
      </w:pPr>
      <w:r>
        <w:t>مولانا صاحب، واٹ از یور اوپینین ان دس؟ یہ سب عیسیٰ عیسیٰ کو امانی کہتا ہوں میں۔ یہ سب امانی ہے۔</w:t>
      </w:r>
    </w:p>
    <w:p>
      <w:r>
        <w:rPr>
          <w:b/>
        </w:rPr>
        <w:t xml:space="preserve">[1:25:51] </w:t>
      </w:r>
      <w:r>
        <w:t>khud sakhta tor par quran o hadith se apna matlab nikal rakha hai. yeh sab amani hai, amani. is ki koi harkat nahi hai.</w:t>
      </w:r>
    </w:p>
    <w:p>
      <w:pPr>
        <w:jc w:val="right"/>
      </w:pPr>
      <w:r>
        <w:t>خود ساختہ طور پر قرآن و حدیث سے اپنا مطلب نکال رکھا ہے۔ یہ سب امانی ہے، امانی۔ اس کی کوئی حرکت نہیں ہے۔</w:t>
      </w:r>
    </w:p>
    <w:p>
      <w:r>
        <w:rPr>
          <w:b/>
        </w:rPr>
        <w:t xml:space="preserve">[1:26:01] </w:t>
      </w:r>
      <w:r>
        <w:t>yeh amani aap ko bachane wale nahi hain. koi thos dalail par nahi baat hai. yeh sab mauzu rivayatein hain, zaeef rivayatein hain, qisse kahaniyan hain, is se nikal rakha hai yeh sab baatein.</w:t>
      </w:r>
    </w:p>
    <w:p>
      <w:pPr>
        <w:jc w:val="right"/>
      </w:pPr>
      <w:r>
        <w:t>یہ امانی آپ کو بچانے والے نہیں ہیں۔ کوئی ٹھوس دلائل پر نہیں بات ہے۔ یہ سب موضوع روایتیں ہیں، ضعیف روایتیں ہیں، قصے کہانیاں ہیں، اس سے نکال رکھا ہے یہ سب باتیں۔</w:t>
      </w:r>
    </w:p>
    <w:p>
      <w:r>
        <w:rPr>
          <w:b/>
        </w:rPr>
        <w:t xml:space="preserve">[1:26:14] </w:t>
      </w:r>
      <w:r>
        <w:t>dekhen, sab se pehle aap ko quran mein dhoondhna chahiye, sab se pehle.</w:t>
      </w:r>
    </w:p>
    <w:p>
      <w:pPr>
        <w:jc w:val="right"/>
      </w:pPr>
      <w:r>
        <w:t>دیکھیں، سب سے پہلے آپ کو قرآن میں ڈھونڈنا چاہیے، سب سے پہلے۔</w:t>
      </w:r>
    </w:p>
    <w:p>
      <w:r>
        <w:rPr>
          <w:b/>
        </w:rPr>
        <w:t xml:space="preserve">[1:26:21] </w:t>
      </w:r>
      <w:r>
        <w:t>lekin log ulta kya hue hain. logon ka haal kya hai ke mauzu rivayatein, qisse kahaniyan, is se nikalte hain aur quran ko to padhte hain sirf sawab ke liye.</w:t>
      </w:r>
    </w:p>
    <w:p>
      <w:pPr>
        <w:jc w:val="right"/>
      </w:pPr>
      <w:r>
        <w:t>لیکن لوگ الٹا کیا ہوئے ہیں۔ لوگوں کا حال کیا ہے کہ موضوع روایتیں، قصے کہانیاں، اس سے نکالتے ہیں اور قرآن کو تو پڑھتے ہیں صرف ثواب کے لیے۔</w:t>
      </w:r>
    </w:p>
    <w:p>
      <w:r>
        <w:rPr>
          <w:b/>
        </w:rPr>
        <w:t xml:space="preserve">[1:26:30] </w:t>
      </w:r>
      <w:r>
        <w:t>yeh ajeeb ghareeb halat hai ummat ka ke quran ko padhte hain sawab ke liye, apna din nikalte hain mauzu rivayaton se, qisse kahaniyon se.</w:t>
      </w:r>
    </w:p>
    <w:p>
      <w:pPr>
        <w:jc w:val="right"/>
      </w:pPr>
      <w:r>
        <w:t>یہ عجیب غریب حالت ہے امت کا کہ قرآن کو پڑھتے ہیں ثواب کے لیے، اپنا دن نکالتے ہیں موضوع روایتوں سے، قصے کہانیوں سے۔</w:t>
      </w:r>
    </w:p>
    <w:p>
      <w:r>
        <w:rPr>
          <w:b/>
        </w:rPr>
        <w:t xml:space="preserve">[1:26:41] </w:t>
      </w:r>
      <w:r>
        <w:t>to yeh isi ka naam amani hai aur amani aap ko aakhirat mein bachane wale nahi hain.</w:t>
      </w:r>
    </w:p>
    <w:p>
      <w:pPr>
        <w:jc w:val="right"/>
      </w:pPr>
      <w:r>
        <w:t>تو یہ اسی کا نام امانی ہے اور امانی آپ کو آخرت میں بچانے والے نہیں ہیں۔</w:t>
      </w:r>
    </w:p>
    <w:p>
      <w:r>
        <w:rPr>
          <w:b/>
        </w:rPr>
        <w:t xml:space="preserve">[1:26:50] </w:t>
      </w:r>
      <w:r>
        <w:t>molana, agla sawal dilli se hai miss sethi malhotra ka. unhon ne likha hai: being a working person, we are not able to give hundred percent, but at the same time we wish to qualify for the forward group of paradise.</w:t>
      </w:r>
    </w:p>
    <w:p>
      <w:pPr>
        <w:jc w:val="right"/>
      </w:pPr>
      <w:r>
        <w:t>مولانا، اگلا سوال دلی سے ہے مس ستی ملحوترا کا۔ انہوں نے لکھا ہے: بینگ ا ورکنگ پرسن، وی آر ناٹ ایبل ٹو گیو ہنڈرڈ پرسنٹ، بٹ ایٹ دا سیم ٹائم وی وش ٹو کوالیفائی فار دی فارورڈ گروپ اف پیراڈائز۔</w:t>
      </w:r>
    </w:p>
    <w:p>
      <w:r>
        <w:rPr>
          <w:b/>
        </w:rPr>
        <w:t xml:space="preserve">[1:27:07] </w:t>
      </w:r>
      <w:r>
        <w:t>molana sahib, my question is: how can a person while working still aim for the forward group? bhai, working ka matlab kya hai?</w:t>
      </w:r>
    </w:p>
    <w:p>
      <w:pPr>
        <w:jc w:val="right"/>
      </w:pPr>
      <w:r>
        <w:t>مولانا صاحب، مائی کوئسچن از: ہاؤ کین ا پرسن وائل ورکنگ سٹل ایم فار دا فارورڈ گروپ؟ بھئی، ورکنگ کا مطلب کیا ہے؟</w:t>
      </w:r>
    </w:p>
    <w:p>
      <w:r>
        <w:rPr>
          <w:b/>
        </w:rPr>
        <w:t xml:space="preserve">[1:27:21] </w:t>
      </w:r>
      <w:r>
        <w:t>jab aap work kar rahe hain, tab bhi aap, yani psychologically, aap apne ko isi duniya mein rakh sakte hain.</w:t>
      </w:r>
    </w:p>
    <w:p>
      <w:pPr>
        <w:jc w:val="right"/>
      </w:pPr>
      <w:r>
        <w:t>جب آپ ورک کر رہے ہیں، تب بھی آپ، یعنی سائیکلوجیکلی، آپ اپنے کو اسی دنیا میں رکھ سکتے ہیں۔</w:t>
      </w:r>
    </w:p>
    <w:p>
      <w:r>
        <w:rPr>
          <w:b/>
        </w:rPr>
        <w:t xml:space="preserve">[1:27:32] </w:t>
      </w:r>
      <w:r>
        <w:t>is ka matlab nahi jo jo job na kar raha ho, kahin door jayega to wahan paradise kaam karega. nahi, kuch bhi aap kar rahe hain, job kar rahe hain ya business kar rahe hain, kuch bhi kar rahe hain, isi mein aap ko paradise wali psychology mein jeena hai, paradise wali nafsiyat mein jeena hai,</w:t>
      </w:r>
    </w:p>
    <w:p>
      <w:pPr>
        <w:jc w:val="right"/>
      </w:pPr>
      <w:r>
        <w:t>اس کا مطلب نہیں جو جو جاب نہ کر رہا ہو، کہیں دور جائے گا تو وہاں پیراڈائز کام کرے گا۔ نہیں، کچھ بھی آپ کر رہے ہیں، جاب کر رہے ہیں یا بزنس کر رہے ہیں، کچھ بھی کر رہے ہیں، اسی میں آپ کو پیراڈائز والی سائیکالوجی میں جینا ہے، پیراڈائز والی نفسیات میں جینا ہے،</w:t>
      </w:r>
    </w:p>
    <w:p>
      <w:r>
        <w:rPr>
          <w:b/>
        </w:rPr>
        <w:t xml:space="preserve">[1:27:50] </w:t>
      </w:r>
      <w:r>
        <w:t>isi mein jeena hai. yeh yeh farq nahi hai. islam mein yeh farq nahi hai ke jo job mein hai ya business mein hai, itni der tak woh alag hai aur phir us ke baad woh jab aata hai duniya mein to woh alag hai.</w:t>
      </w:r>
    </w:p>
    <w:p>
      <w:pPr>
        <w:jc w:val="right"/>
      </w:pPr>
      <w:r>
        <w:t>اسی میں جینا ہے۔ یہ یہ فرق نہیں ہے۔ اسلام میں یہ فرق نہیں ہے کہ جو جاب میں ہے یا بزنس میں ہے، اتنی دیر تک وہ الگ ہے اور پھر اس کے بعد وہ جب آتا ہے دنیا میں تو وہ الگ ہے۔</w:t>
      </w:r>
    </w:p>
    <w:p>
      <w:r>
        <w:rPr>
          <w:b/>
        </w:rPr>
        <w:t xml:space="preserve">[1:28:07] </w:t>
      </w:r>
      <w:r>
        <w:t>har halat mein isi liye dekhen, sab se bada amal jo bataya gaya hai, woh kya hai? allah ki yaad.</w:t>
      </w:r>
    </w:p>
    <w:p>
      <w:pPr>
        <w:jc w:val="right"/>
      </w:pPr>
      <w:r>
        <w:t>ہر حالت میں اسی لیے دیکھیں، سب سے بڑا عمل جو بتایا گیا ہے، وہ کیا ہے؟ اللہ کی یاد۔</w:t>
      </w:r>
    </w:p>
    <w:p>
      <w:r>
        <w:rPr>
          <w:b/>
        </w:rPr>
        <w:t xml:space="preserve">[1:28:19] </w:t>
      </w:r>
      <w:r>
        <w:t>allah ki yaad sab se bada amal hai. to woh woh kaun kaun job hai ya kaun business jo rokta hai aap ko allah ki yaad se? kaun rokta hai?</w:t>
      </w:r>
    </w:p>
    <w:p>
      <w:pPr>
        <w:jc w:val="right"/>
      </w:pPr>
      <w:r>
        <w:t>اللہ کی یاد سب سے بڑا عمل ہے۔ تو وہ وہ کون کون جاب ہے یا کون بزنس جو روکتا ہے آپ کو اللہ کی یاد سے؟ کون روکتا ہے؟</w:t>
      </w:r>
    </w:p>
    <w:p>
      <w:r>
        <w:rPr>
          <w:b/>
        </w:rPr>
        <w:t xml:space="preserve">[1:28:35] </w:t>
      </w:r>
      <w:r>
        <w:t>koi koi rokta nahi. aap farz kijiye ke aap ek glass ki ki industry khole hue hain, ek factory khole hain glass ki,</w:t>
      </w:r>
    </w:p>
    <w:p>
      <w:pPr>
        <w:jc w:val="right"/>
      </w:pPr>
      <w:r>
        <w:t>کوئی کوئی روکتا نہیں۔ آپ فرض کیجئے کہ آپ ایک گلاس کی کی انڈسٹری کھولے ہوئے ہیں، ایک فیکٹری کھولے ہیں گلاس کی،</w:t>
      </w:r>
    </w:p>
    <w:p>
      <w:r>
        <w:rPr>
          <w:b/>
        </w:rPr>
        <w:t xml:space="preserve">[1:28:45] </w:t>
      </w:r>
      <w:r>
        <w:t>to aap dekhte hain ke yeh yeh yeh yeh aap jante hain, ek pathar hota hai jis ko khaas tarah ke process se guzarne ke baad woh glass ban jata hai.</w:t>
      </w:r>
    </w:p>
    <w:p>
      <w:pPr>
        <w:jc w:val="right"/>
      </w:pPr>
      <w:r>
        <w:t>تو آپ دیکھتے ہیں کہ یہ یہ یہ یہ آپ جانتے ہیں، ایک پتھر ہوتا ہے جس کو خاص طرح کے پراسیس سے گزرنے کے بعد وہ گلاس بن جاتا ہے۔</w:t>
      </w:r>
    </w:p>
    <w:p>
      <w:r>
        <w:rPr>
          <w:b/>
        </w:rPr>
        <w:t xml:space="preserve">[1:28:55] </w:t>
      </w:r>
      <w:r>
        <w:t>to aap us waqt dekhen ke kaisa ajeeb muamla hai allah taala ka ke nature mein woh cheez pathar thi. nature mein phir allah taala ne insan ko aisi technology batai,</w:t>
      </w:r>
    </w:p>
    <w:p>
      <w:pPr>
        <w:jc w:val="right"/>
      </w:pPr>
      <w:r>
        <w:t>تو آپ اس وقت دیکھیں کہ کیسا عجیب معاملہ ہے اللہ تعالیٰ کا کہ نیچر میں وہ چیز پتھر تھی۔ نیچر میں پھر اللہ تعالیٰ نے انسان کو ایسی ٹیکنالوجی بتائی،</w:t>
      </w:r>
    </w:p>
    <w:p>
      <w:r>
        <w:rPr>
          <w:b/>
        </w:rPr>
        <w:t xml:space="preserve">[1:29:10] </w:t>
      </w:r>
      <w:r>
        <w:t>is technology ko apply kar ke woh pathar ko glass bana deta hai.</w:t>
      </w:r>
    </w:p>
    <w:p>
      <w:pPr>
        <w:jc w:val="right"/>
      </w:pPr>
      <w:r>
        <w:t>اس ٹیکنالوجی کو اپلائی کر کے وہ پتھر کو گلاس بنا دیتا ہے۔</w:t>
      </w:r>
    </w:p>
    <w:p>
      <w:r>
        <w:rPr>
          <w:b/>
        </w:rPr>
        <w:t xml:space="preserve">[1:29:15] </w:t>
      </w:r>
      <w:r>
        <w:t>to bas yahi to amal hai, yahi to jannat ka certificate hai. to kuch bhi aap kar rahe hain, kuch bhi aap kar rahe hain, kuch bhi aap kar rahe hain, aap computer par hain, computer par kaam kar rahe hain,</w:t>
      </w:r>
    </w:p>
    <w:p>
      <w:pPr>
        <w:jc w:val="right"/>
      </w:pPr>
      <w:r>
        <w:t>تو بس یہی تو عمل ہے، یہی تو جنت کا سرٹیفیکیٹ ہے۔ تو کچھ بھی آپ کر رہے ہیں، کچھ بھی آپ کر رہے ہیں، کچھ بھی آپ کر رہے ہیں، آپ کمپیوٹر پر ہیں، کمپیوٹر پر کام کر رہے ہیں،</w:t>
      </w:r>
    </w:p>
    <w:p>
      <w:r>
        <w:rPr>
          <w:b/>
        </w:rPr>
        <w:t xml:space="preserve">[1:29:29] </w:t>
      </w:r>
      <w:r>
        <w:t>aap sochiye ke matter ko allah taala ne, yani insan ke liye yeh kaha hai ke matter move kar raha hai, matter hawa mein ud raha hai, matter insan information de raha hai,</w:t>
      </w:r>
    </w:p>
    <w:p>
      <w:pPr>
        <w:jc w:val="right"/>
      </w:pPr>
      <w:r>
        <w:t>آپ سوچیے کہ میٹر کو اللہ تعالیٰ نے، یعنی انسان کے لیے یہ کہا ہے کہ میٹر موو کر رہا ہے، میٹر ہوا میں اڑ رہا ہے، میٹر انسان انفارمیشن دے رہا ہے،</w:t>
      </w:r>
    </w:p>
    <w:p>
      <w:r>
        <w:rPr>
          <w:b/>
        </w:rPr>
        <w:t xml:space="preserve">[1:29:43] </w:t>
      </w:r>
      <w:r>
        <w:t>matter convert ho gaya hai computer mein. to kaisi ajeeb allah taala ki blessing hai ke sab kuch matter hi to hai.</w:t>
      </w:r>
    </w:p>
    <w:p>
      <w:pPr>
        <w:jc w:val="right"/>
      </w:pPr>
      <w:r>
        <w:t>میٹر کنورٹ ہو گیا ہے کمپیوٹر میں۔ تو کیسی عجیب اللہ تعالیٰ کی بلیسنگ ہے کہ سب کچھ میٹر ہی تو ہے۔</w:t>
      </w:r>
    </w:p>
    <w:p>
      <w:r>
        <w:rPr>
          <w:b/>
        </w:rPr>
        <w:t xml:space="preserve">[1:29:52] </w:t>
      </w:r>
      <w:r>
        <w:t>matter hi convert ho kar ke camera ban gaya, matter convert ho ke car ban gaya, matter convert ho ke hawa jahaz ban gaya, matter convert ho kar ke computer ban gaya.</w:t>
      </w:r>
    </w:p>
    <w:p>
      <w:pPr>
        <w:jc w:val="right"/>
      </w:pPr>
      <w:r>
        <w:t>میٹر ہی کنورٹ ہو کر کے کیمرہ بن گیا، میٹر کنورٹ ہو کے کار بن گیا، میٹر کنورٹ ہو کے ہوا جہاز بن گیا، میٹر کنورٹ ہو کر کے کمپیوٹر بن گیا۔</w:t>
      </w:r>
    </w:p>
    <w:p>
      <w:r>
        <w:rPr>
          <w:b/>
        </w:rPr>
        <w:t xml:space="preserve">[1:30:04] </w:t>
      </w:r>
      <w:r>
        <w:t>to kaisi ajeeb allah taala ki blessing hai insan ke liye ke us ne in aisi aqal di, aisa insan ko mind diya ke is technology ko woh daryaft kare, is technology ke zariye woh matter ko convert kar ke itni sari cheezein bana sake.</w:t>
      </w:r>
    </w:p>
    <w:p>
      <w:pPr>
        <w:jc w:val="right"/>
      </w:pPr>
      <w:r>
        <w:t>تو کیسی عجیب اللہ تعالیٰ کی بلیسنگ ہے انسان کے لیے کہ اس نے ان ایسی عقل دی، ایسا انسان کو مائنڈ دیا کہ اس ٹیکنالوجی کو وہ دریافت کرے، اس ٹیکنالوجی کے ذریعے وہ میٹر کو کنورٹ کر کے اتنی ساری چیزیں بنا سکے۔</w:t>
      </w:r>
    </w:p>
    <w:p>
      <w:r>
        <w:rPr>
          <w:b/>
        </w:rPr>
        <w:t xml:space="preserve">[1:30:22] </w:t>
      </w:r>
      <w:r>
        <w:t>to bas yeh baat ho gayi, Allah ka zikr ho gaya aur jannat ka certificate mil gaya aap ko. to Islam mein dekhiye, dono cheezein alag alag nahi hain,</w:t>
      </w:r>
    </w:p>
    <w:p>
      <w:pPr>
        <w:jc w:val="right"/>
      </w:pPr>
      <w:r>
        <w:t>تو بس یہ بات ہو گئی، اللہ کا ذکر ہو گیا اور جنت کا سرٹیفیکیٹ مل گیا آپ کو۔ تو اسلام میں دیکھیے، دونوں چیزیں الگ الگ نہیں ہیں،</w:t>
      </w:r>
    </w:p>
    <w:p>
      <w:r>
        <w:rPr>
          <w:b/>
        </w:rPr>
        <w:t xml:space="preserve">[1:30:37] </w:t>
      </w:r>
      <w:r>
        <w:t>dono cheezein ek saath chalti hain.</w:t>
      </w:r>
    </w:p>
    <w:p>
      <w:pPr>
        <w:jc w:val="right"/>
      </w:pPr>
      <w:r>
        <w:t>دونوں چیزیں ایک ساتھ چلتی ہیں۔</w:t>
      </w:r>
    </w:p>
    <w:p>
      <w:r>
        <w:rPr>
          <w:b/>
        </w:rPr>
        <w:t xml:space="preserve">[1:30:42] </w:t>
      </w:r>
      <w:r>
        <w:t>okay, we will end the session now. thank you.</w:t>
      </w:r>
    </w:p>
    <w:p>
      <w:pPr>
        <w:jc w:val="right"/>
      </w:pPr>
      <w:r>
        <w:t>اوکے،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