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Story of Prophet Yusuf Part 2 June 5, 2022</w:t>
      </w:r>
    </w:p>
    <w:p>
      <w:r>
        <w:t>https://youtu.be/k1b1r4F2rnI</w:t>
      </w:r>
    </w:p>
    <w:p>
      <w:r>
        <w:rPr>
          <w:b/>
        </w:rPr>
        <w:t xml:space="preserve">[00:09] </w:t>
      </w:r>
      <w:r>
        <w:t>Assalam-o-Alaikum. Pichhle session mein hum ne Dr. Saniya Hasnain Khan sahib se Prophet Yusuf ki zindagi mein hamare liye kya sabak hai is par baat cheet ki thi.</w:t>
      </w:r>
    </w:p>
    <w:p>
      <w:pPr>
        <w:jc w:val="right"/>
      </w:pPr>
      <w:r>
        <w:t>السلام علیکم۔ پچھلے سیشن میں ہم نے ڈاکٹر ثانیہ حسنین خان صاحب سے پرافٹ یوسف کی زندگی میں ہمارے لئے کیا سبق ہے اس پر بات چیت کی تھی۔</w:t>
      </w:r>
    </w:p>
    <w:p>
      <w:r>
        <w:rPr>
          <w:b/>
        </w:rPr>
        <w:t xml:space="preserve">[00:21] </w:t>
      </w:r>
      <w:r>
        <w:t>Jaisa ke hum jaante hain ke Quran mein Prophet Yusuf ki kahani ko Ahsan-ul-Qasas yani best story bataya hai.</w:t>
      </w:r>
    </w:p>
    <w:p>
      <w:pPr>
        <w:jc w:val="right"/>
      </w:pPr>
      <w:r>
        <w:t>جیسا کہ ہم جانتے ہیں کہ قرآن میں پرافٹ یوسف کی کہانی کو احسن القصص یعنی بیسٹ اسٹوری بتایا ہے۔</w:t>
      </w:r>
    </w:p>
    <w:p>
      <w:r>
        <w:rPr>
          <w:b/>
        </w:rPr>
        <w:t xml:space="preserve">[00:30] </w:t>
      </w:r>
      <w:r>
        <w:t>To aaj hum session ko wahin se shuru karenge jahan par hum ne pichhli baar kahani par chhoda tha. To chaliye baat cheet karte hain Dr. Saniya Hasnain Khan sahib ke saath.</w:t>
      </w:r>
    </w:p>
    <w:p>
      <w:pPr>
        <w:jc w:val="right"/>
      </w:pPr>
      <w:r>
        <w:t>تو آج ہم سیشن کو وہیں سے شروع کریں گے جہاں پر ہم نے پچھلی بار کہانی پر چھوڑا تھا۔ تو چلیے بات چیت کرتے ہیں ڈاکٹر ثانیہ حسنین خان صاحب کے ساتھ۔</w:t>
      </w:r>
    </w:p>
    <w:p>
      <w:r>
        <w:rPr>
          <w:b/>
        </w:rPr>
        <w:t xml:space="preserve">[00:42] </w:t>
      </w:r>
      <w:r>
        <w:t>Assalam-o-Alaikum Dr. sahib, kaise hain aap? Wa Alaikum Assalam, Alhamdulillah bohat achhe</w:t>
      </w:r>
    </w:p>
    <w:p>
      <w:pPr>
        <w:jc w:val="right"/>
      </w:pPr>
      <w:r>
        <w:t>السلام علیکم ڈاکٹر صاحب، کیسے ہیں آپ؟ وعلیکم السلام، الحمدللہ بہت اچھے</w:t>
      </w:r>
    </w:p>
    <w:p>
      <w:r>
        <w:rPr>
          <w:b/>
        </w:rPr>
        <w:t xml:space="preserve">[00:46] </w:t>
      </w:r>
      <w:r>
        <w:t>hain, aap sunayein? Alhamdulillah. Dr. sahib jaise pichhle session mein aap ne bataya ke Prophet Yusuf ke das sotayle bhai the jo un se hasad rakhte the.</w:t>
      </w:r>
    </w:p>
    <w:p>
      <w:pPr>
        <w:jc w:val="right"/>
      </w:pPr>
      <w:r>
        <w:t>ہیں، آپ سنائیں؟ الحمدللہ۔ ڈاکٹر صاحب جیسے پچھلی سیشن میں آپ نے بتایا کہ پرافٹ یوسف کے دس سوتیلے بھائی تھے جو ان سے حسد رکھتے تھے۔</w:t>
      </w:r>
    </w:p>
    <w:p>
      <w:r>
        <w:rPr>
          <w:b/>
        </w:rPr>
        <w:t xml:space="preserve">[00:58] </w:t>
      </w:r>
      <w:r>
        <w:t>aur is ka ilm Prophet Yaqoob ko bhi tha. aur Yusuf jab bachche the unhone jab khwab dekha tha aur unhone apne baap yani Prophet Yaqoob ko is ke bare mein bataya to unhone kaha ke apne bhaiyon se is ka zikr mat karna nahin to woh tumhare dushman ho jayen</w:t>
      </w:r>
    </w:p>
    <w:p>
      <w:pPr>
        <w:jc w:val="right"/>
      </w:pPr>
      <w:r>
        <w:t>اور اس کا علم پرافٹ یعقوب کو بھی تھا۔ اور یوسف جب بچے تھے انہوں نے جب خواب دیکھا تھا اور انہوں نے اپنے باپ یعنی پرافٹ یعقوب کو اس کے بارے میں بتایا تو انہوں نے کہا کہ اپنے بھائیوں سے اس کا ذکر مت کرنا نہیں تو وہ تمہارے دشمن ہو جائیں</w:t>
      </w:r>
    </w:p>
    <w:p>
      <w:r>
        <w:rPr>
          <w:b/>
        </w:rPr>
        <w:t xml:space="preserve">[01:18] </w:t>
      </w:r>
      <w:r>
        <w:t>ge. Asal mein Prophet Yaqoob dekh rahe the ke un ki aulaad mein sab se saaleh aur laiq aulaad Yusuf the.</w:t>
      </w:r>
    </w:p>
    <w:p>
      <w:pPr>
        <w:jc w:val="right"/>
      </w:pPr>
      <w:r>
        <w:t>گے۔ اصل میں پرافٹ یعقوب دیکھ رہے تھے کہ ان کی اولاد میں سب سے صالح اور لائق اولاد یوسف تھے۔</w:t>
      </w:r>
    </w:p>
    <w:p>
      <w:r>
        <w:rPr>
          <w:b/>
        </w:rPr>
        <w:t xml:space="preserve">[01:27] </w:t>
      </w:r>
      <w:r>
        <w:t>aur un mein woh mustaqbil ke Nabi ki shakhsiyat ko dekh rahe the. Is liye un ka lagaav Yusuf se bohat zyada tha.</w:t>
      </w:r>
    </w:p>
    <w:p>
      <w:pPr>
        <w:jc w:val="right"/>
      </w:pPr>
      <w:r>
        <w:t>اور ان میں وہ مستقبل کے نبی کی شخصیت کو دیکھ رہے تھے۔ اس لیے ان کا لگاف یوسف سے بہت زیادہ تھا۔</w:t>
      </w:r>
    </w:p>
    <w:p>
      <w:r>
        <w:rPr>
          <w:b/>
        </w:rPr>
        <w:t xml:space="preserve">[01:37] </w:t>
      </w:r>
      <w:r>
        <w:t>lekin jaisa aap ne pichhli baar bhi bataya ke bhaiyon mein jathay ki ahmiyat</w:t>
      </w:r>
    </w:p>
    <w:p>
      <w:pPr>
        <w:jc w:val="right"/>
      </w:pPr>
      <w:r>
        <w:t>لیکن جیسے آپ نے پچھلی بار بھی بتایا کہ بھائیوں میں جتھے کی اہمیت</w:t>
      </w:r>
    </w:p>
    <w:p>
      <w:r>
        <w:rPr>
          <w:b/>
        </w:rPr>
        <w:t xml:space="preserve">[01:43] </w:t>
      </w:r>
      <w:r>
        <w:t>zyada thi. To unhone socha ke hum Yusuf ko maidan se hi hata dete hain taake hamare baap ki tawajjuh poori tarah se hamare par aa jaye.</w:t>
      </w:r>
    </w:p>
    <w:p>
      <w:pPr>
        <w:jc w:val="right"/>
      </w:pPr>
      <w:r>
        <w:t>زیادہ تھی۔ تو انہوں نے سوچا کہ ہم یوسف کو میدان سے ہی ہٹا دیتے ہیں تاکہ ہمارے باپ کی توجہ پوری طریقے سے ہمارے پر آجائے۔</w:t>
      </w:r>
    </w:p>
    <w:p>
      <w:r>
        <w:rPr>
          <w:b/>
        </w:rPr>
        <w:t xml:space="preserve">[01:53] </w:t>
      </w:r>
      <w:r>
        <w:t>aur phir unhone aik shaitani plan bhi banaya jis ke tehat unhone Yusuf ko kuwein mein dhakel diya. Aur phir jaisa ke aap ne bataya ke aik qafila wahan se guzra us ne Yusuf ko kuwein se bahar nik</w:t>
      </w:r>
    </w:p>
    <w:p>
      <w:pPr>
        <w:jc w:val="right"/>
      </w:pPr>
      <w:r>
        <w:t>اور پھر انہوں نے ایک شیطانی پلان بھی بنایا جس کے تحت انہوں نے یوسف کو کنویں میں دھکیل دیا۔ اور پھر جیسا کہ آپ نے بتایا کہ ایک قافلہ وہاں سے گزرا اس نے یوسف کو کنویں سے باہر نک</w:t>
      </w:r>
    </w:p>
    <w:p>
      <w:r>
        <w:rPr>
          <w:b/>
        </w:rPr>
        <w:t xml:space="preserve">[02:08] </w:t>
      </w:r>
      <w:r>
        <w:t>ala. To pichhla jo session tha hum ne yahin par is ko rok diya tha. Ab main chahunga ke is ke aage kya hua is ke bare mein aap hum sab ko bataein.</w:t>
      </w:r>
    </w:p>
    <w:p>
      <w:pPr>
        <w:jc w:val="right"/>
      </w:pPr>
      <w:r>
        <w:t>الا۔ تو پچھلا جو سیشن تھا ہم نے یہیں پر اس کو روک دیا تھا۔ اب میں چاہوں گا کہ اس کے آگے کیا ہوا اس کے بارے میں آپ ہم سب کو بتائیں۔</w:t>
      </w:r>
    </w:p>
    <w:p>
      <w:r>
        <w:rPr>
          <w:b/>
        </w:rPr>
        <w:t xml:space="preserve">[02:22] </w:t>
      </w:r>
      <w:r>
        <w:t>Bismillah-hir-Rahman-nir-Rahim. Rabbi-shrah-li sadri wa yassir-li amri wahlul-uqdatan-min-lisani yafqahu qawli.</w:t>
      </w:r>
    </w:p>
    <w:p>
      <w:pPr>
        <w:jc w:val="right"/>
      </w:pPr>
      <w:r>
        <w:t>بسم اللہ الرحمن الرحیم۔ رب اشرح لی صدری ویسر لی امری واحل العقدۃ من لسانی یفقہ قولی۔</w:t>
      </w:r>
    </w:p>
    <w:p>
      <w:r>
        <w:rPr>
          <w:b/>
        </w:rPr>
        <w:t xml:space="preserve">[02:34] </w:t>
      </w:r>
      <w:r>
        <w:t>To jaisa aap ne abhi bataya ke yeh qafila Misr ki taraf rawana hua. To jo yeh ilaqa tha Madain jahan se yeh qafila nikla tha agar ise hum is naqshay mein dekhen</w:t>
      </w:r>
    </w:p>
    <w:p>
      <w:pPr>
        <w:jc w:val="right"/>
      </w:pPr>
      <w:r>
        <w:t>تو جیسا آپ نے ابھی بتایا کہ یہ قافلہ مصر کی طرف روانہ ہوا۔ تو جو یہ علاقہ تھا مدین جہاں سے یہ قافلہ نکلا تھا اگر اسے ہم اس نقشے میں دیکھیں</w:t>
      </w:r>
    </w:p>
    <w:p>
      <w:r>
        <w:rPr>
          <w:b/>
        </w:rPr>
        <w:t xml:space="preserve">[02:55] </w:t>
      </w:r>
      <w:r>
        <w:t>to yeh Gulf of Aqaba hai aur is ke neeche Red Sea hai aur idhar Gulf of Suez hai yeh Sinai</w:t>
      </w:r>
    </w:p>
    <w:p>
      <w:pPr>
        <w:jc w:val="right"/>
      </w:pPr>
      <w:r>
        <w:t>تو یہ گلف آف عقبہ ہے اور اس کے نیچے ریڈ سی ہے اور ادھر گلف آف سوئز ہے یہ سینائی</w:t>
      </w:r>
    </w:p>
    <w:p>
      <w:r>
        <w:rPr>
          <w:b/>
        </w:rPr>
        <w:t xml:space="preserve">[03:03] </w:t>
      </w:r>
      <w:r>
        <w:t>he hai. to yeh jo gulf of aqaba hai is ke mashriqi side pe madain tha. aur yeh jo route dikhaya gaya hai yeh yeh route misr se madain ka rasta hai.</w:t>
      </w:r>
    </w:p>
    <w:p>
      <w:pPr>
        <w:jc w:val="right"/>
      </w:pPr>
      <w:r>
        <w:t>ہے۔ تو یہ جو گلف آف عقبہ ہے اس کے مشرقی سائیڈ پہ مدین تھا۔ اور یہ جو روٹ دکھایا گیا ہے یہ یہ روٹ مصر سے مدین کا راستہ ہے۔</w:t>
      </w:r>
    </w:p>
    <w:p>
      <w:r>
        <w:rPr>
          <w:b/>
        </w:rPr>
        <w:t xml:space="preserve">[03:18] </w:t>
      </w:r>
      <w:r>
        <w:t>to is raste se madain se nikal ke woh qafila misr ja raha tha.</w:t>
      </w:r>
    </w:p>
    <w:p>
      <w:pPr>
        <w:jc w:val="right"/>
      </w:pPr>
      <w:r>
        <w:t>تو اس راستے سے مدین سے نکل کے وہ قافلہ مصر جا رہا تھا۔</w:t>
      </w:r>
    </w:p>
    <w:p>
      <w:r>
        <w:rPr>
          <w:b/>
        </w:rPr>
        <w:t xml:space="preserve">[03:26] </w:t>
      </w:r>
      <w:r>
        <w:t>to ghaliban woh qafila thoda apne raste se bhatak gaya aur woh aage chala gaya.</w:t>
      </w:r>
    </w:p>
    <w:p>
      <w:pPr>
        <w:jc w:val="right"/>
      </w:pPr>
      <w:r>
        <w:t>تو غالباً وہ قافلہ تھوڑا اپنے راستے سے بھٹک گیا اور وہ آگے چلا گیا۔</w:t>
      </w:r>
    </w:p>
    <w:p>
      <w:r>
        <w:rPr>
          <w:b/>
        </w:rPr>
        <w:t xml:space="preserve">[03:37] </w:t>
      </w:r>
      <w:r>
        <w:t>to yeh jo madain hai is ka zikr quran mein bhi aya hai kai bar. wa ila madain akhahum shuaiba ke hum ne madain mein tumhare bhai shuaib ko bheja.</w:t>
      </w:r>
    </w:p>
    <w:p>
      <w:pPr>
        <w:jc w:val="right"/>
      </w:pPr>
      <w:r>
        <w:t>تو یہ جو مدین ہے اس کا ذکر قرآن میں بھی آیا ہے کئی بار۔ وإلى مدين أخاهم شعيبا کہ ہم نے مدین میں تمہارے بھائی شعیب کو بھیجا۔</w:t>
      </w:r>
    </w:p>
    <w:p>
      <w:r>
        <w:rPr>
          <w:b/>
        </w:rPr>
        <w:t xml:space="preserve">[03:53] </w:t>
      </w:r>
      <w:r>
        <w:t>yani shuaib alaihissalam madain ke hi rehne wale the. aur shuaib alaihissalam hazrat musa alaihissalam ke walid in law the.</w:t>
      </w:r>
    </w:p>
    <w:p>
      <w:pPr>
        <w:jc w:val="right"/>
      </w:pPr>
      <w:r>
        <w:t>یعنی شعیب علیہ السلام مدین کے ہی رہنے والے تھے۔ اور شعیب علیہ السلام حضرت موسی علیہ السلام کے والد ان لاء تھے۔</w:t>
      </w:r>
    </w:p>
    <w:p>
      <w:r>
        <w:rPr>
          <w:b/>
        </w:rPr>
        <w:t xml:space="preserve">[04:04] </w:t>
      </w:r>
      <w:r>
        <w:t>woh waqia aap ko yaad hoga jab hazrat musa alaihissalam ko misr se firoun ke dar se bhagna pada aur woh madain pohanchay.</w:t>
      </w:r>
    </w:p>
    <w:p>
      <w:pPr>
        <w:jc w:val="right"/>
      </w:pPr>
      <w:r>
        <w:t>وہ واقعہ آپ کو یاد ہوگا جب حضرت موسی علیہ السلام کو مصر سے فرعون کے ڈر سے بھاگنا پڑا اور وہ مدین پہنچے۔</w:t>
      </w:r>
    </w:p>
    <w:p>
      <w:r>
        <w:rPr>
          <w:b/>
        </w:rPr>
        <w:t xml:space="preserve">[04:16] </w:t>
      </w:r>
      <w:r>
        <w:t>aur wahan wahan par ek peed ke neeche bohat hi pareshani ki halat mein woh baith gaye bohat hi karb aur bohat hi takleef mein chunke bohat hi mushkil rasta tay kiya tha unhon ne.</w:t>
      </w:r>
    </w:p>
    <w:p>
      <w:pPr>
        <w:jc w:val="right"/>
      </w:pPr>
      <w:r>
        <w:t>اور وہاں وہاں پر ایک پیڑ کے نیچے بہت ہی پریشانی کی حالت میں وہ بیٹھ گئے بہت ہی کرب اور بہت ہی تکلیف میں چونکہ بہت ہی مشکل راستہ طے کیا تھا انہوں نے۔</w:t>
      </w:r>
    </w:p>
    <w:p>
      <w:r>
        <w:rPr>
          <w:b/>
        </w:rPr>
        <w:t xml:space="preserve">[04:31] </w:t>
      </w:r>
      <w:r>
        <w:t>to bari gehri dua nikli un ke dil se rab inni lima anzalta ilayya min khairin faqir ke aye mere rab tu jo bhi achi cheez mujhe bheje meri taraf mein uska bohat hi zyada mohtaj hoon.</w:t>
      </w:r>
    </w:p>
    <w:p>
      <w:pPr>
        <w:jc w:val="right"/>
      </w:pPr>
      <w:r>
        <w:t>تو بڑی گہری دعا نکلی ان کے دل سے رب إني لما أنزلت إلي من خير فقير کہ اے میرے رب تو جو بھی اچھی چیز مجھے بھیجے میری طرف میں اس کا بہت ہی زیادہ محتاج ہوں۔</w:t>
      </w:r>
    </w:p>
    <w:p>
      <w:r>
        <w:rPr>
          <w:b/>
        </w:rPr>
        <w:t xml:space="preserve">[04:46] </w:t>
      </w:r>
      <w:r>
        <w:t>ji to woh dua allah taala ne foran qabool ki aur shuaib alaihissalam ki betiyan jin ki thoda madad ki thi unhon ne pani pilaya tha un ki bakriyon</w:t>
      </w:r>
    </w:p>
    <w:p>
      <w:pPr>
        <w:jc w:val="right"/>
      </w:pPr>
      <w:r>
        <w:t>جی تو وہ دعا اللہ تعالی نے فوراً قبول کی اور شعیب علیہ السلام کی بیٹیاں جن کی تھوڑا مدد کی تھی انہوں نے پانی پلایا تھا ان کی بکریوں</w:t>
      </w:r>
    </w:p>
    <w:p>
      <w:r>
        <w:rPr>
          <w:b/>
        </w:rPr>
        <w:t xml:space="preserve">[04:57] </w:t>
      </w:r>
      <w:r>
        <w:t>ko un mein se ek aayi aur le gayi wapas ke mere walid bula rahe hain. to is tarike se musa alaihissalam shuaib alaihissalam ke pas pohanchay aur phir wahan rehne lage phir un ki ek beti se shadi hui phir yeh ek qissa aap ke zehan mein to yeh woh ilaqa hai madain.</w:t>
      </w:r>
    </w:p>
    <w:p>
      <w:pPr>
        <w:jc w:val="right"/>
      </w:pPr>
      <w:r>
        <w:t>کو ان میں سے ایک آئی اور لے گئی واپس کہ میرے والد بلا رہے ہیں۔ تو اس طریقے سے موسی علیہ السلام شعیب علیہ السلام کے پاس پہنچے اور پھر وہاں رہنے لگے پھر ان کی ایک بیٹی سے شادی ہوئی پھر یہ ایک قصہ آپ کے ذہن میں تو یہ وہ علاقہ ہے مدین۔</w:t>
      </w:r>
    </w:p>
    <w:p>
      <w:r>
        <w:rPr>
          <w:b/>
        </w:rPr>
        <w:t xml:space="preserve">[05:13] </w:t>
      </w:r>
      <w:r>
        <w:t>madain darasal jaisa abhi mein ne naqshe mein dikhaya hai ke yeh gulf of aqaba ke mashriqi side par hai.</w:t>
      </w:r>
    </w:p>
    <w:p>
      <w:pPr>
        <w:jc w:val="right"/>
      </w:pPr>
      <w:r>
        <w:t>مدین دراصل جیسا ابھی میں نے نقشے میں دکھایا ہے کہ یہ گلف آف عقبہ کے مشرقی سائیڈ پر ہے۔</w:t>
      </w:r>
    </w:p>
    <w:p>
      <w:r>
        <w:rPr>
          <w:b/>
        </w:rPr>
        <w:t xml:space="preserve">[05:22] </w:t>
      </w:r>
      <w:r>
        <w:t>ab yeh jo ilaqa hai woh thoda saudi arab, jordan aur israel ka jo ilaqa hai woh hai woh tha yeh ilaqa.</w:t>
      </w:r>
    </w:p>
    <w:p>
      <w:pPr>
        <w:jc w:val="right"/>
      </w:pPr>
      <w:r>
        <w:t>اب یہ جو علاقہ ہے وہ تھوڑا سعودی عرب، جارڈن اور اسرائیل کا جو علاقہ ہے وہ ہے وہ تھا یہ علاقہ۔</w:t>
      </w:r>
    </w:p>
    <w:p>
      <w:r>
        <w:rPr>
          <w:b/>
        </w:rPr>
        <w:t xml:space="preserve">[05:30] </w:t>
      </w:r>
      <w:r>
        <w:t>aur yahan ke log jo the woh tajar the. aur</w:t>
      </w:r>
    </w:p>
    <w:p>
      <w:pPr>
        <w:jc w:val="right"/>
      </w:pPr>
      <w:r>
        <w:t>اور یہاں کے لوگ جو تھے وہ تاجر تھے۔ اور</w:t>
      </w:r>
    </w:p>
    <w:p>
      <w:r>
        <w:rPr>
          <w:b/>
        </w:rPr>
        <w:t xml:space="preserve">[05:38] </w:t>
      </w:r>
      <w:r>
        <w:t>madain mashhoor tha masalehon ke liye. to woh qafila jo tha woh masalehon ko le ke ja raha tha misr.</w:t>
      </w:r>
    </w:p>
    <w:p>
      <w:pPr>
        <w:jc w:val="right"/>
      </w:pPr>
      <w:r>
        <w:t>مدین مشہور تھا مصالحوں کے لیے۔ تو وہ قافلہ جو تھا وہ مصالحوں کو لے کے جا رہا تھا مصر۔</w:t>
      </w:r>
    </w:p>
    <w:p>
      <w:r>
        <w:rPr>
          <w:b/>
        </w:rPr>
        <w:t xml:space="preserve">[05:47] </w:t>
      </w:r>
      <w:r>
        <w:t>is zamane mein jo masaleh hote the us mein se khas taur se ek cheez hoti thi murr. which is like ke gum resin jaise peed pe gum hoti hai us ko nikal lete hain to woh us mein khushboo hoti thi.</w:t>
      </w:r>
    </w:p>
    <w:p>
      <w:pPr>
        <w:jc w:val="right"/>
      </w:pPr>
      <w:r>
        <w:t>اس زمانے میں جو مصالحے ہوتے تھے اس میں سے خاص طور سے ایک چیز ہوتی تھی مر۔ which is like کہ گم ریزن جیسے پیڑ پہ گم ہوتی ہے اس کو نکال لیتے ہیں تو وہ اس میں خوشبو ہوتی تھی۔</w:t>
      </w:r>
    </w:p>
    <w:p>
      <w:r>
        <w:rPr>
          <w:b/>
        </w:rPr>
        <w:t xml:space="preserve">[06:04] </w:t>
      </w:r>
      <w:r>
        <w:t>abhi bhi woh cheez murr istemal hoti hai medicine waghera mein. to us waqt uska bohat istemal tha itar mein, perfume mein, medicines mein</w:t>
      </w:r>
    </w:p>
    <w:p>
      <w:pPr>
        <w:jc w:val="right"/>
      </w:pPr>
      <w:r>
        <w:t>ابھی بھی وہ چیز مر استعمال ہوتی ہے میڈیسن وغیرہ میں۔ تو اس وقت اس کا بہت استعمال تھا عطر میں، پرفیوم میں، میڈیسنز میں</w:t>
      </w:r>
    </w:p>
    <w:p>
      <w:r>
        <w:rPr>
          <w:b/>
        </w:rPr>
        <w:t xml:space="preserve">[06:13] </w:t>
      </w:r>
      <w:r>
        <w:t>. to murr le ja rahe the aur baam aur doosre masaleh waghera le ke ja rahe the onton pe laad ke. to woh qafila thoda raste se lagta hai ke bhatak gaya aur woh aage pohancha aur theek isi kuen pe pohancha jahan par yusuf alaihissalam andar jis ke baithe hue the aur dua kar rahe the allah se aur intezar kar rahe the allah ki madad ka.</w:t>
      </w:r>
    </w:p>
    <w:p>
      <w:pPr>
        <w:jc w:val="right"/>
      </w:pPr>
      <w:r>
        <w:t>۔ تو مر لے جا رہے تھے اور بام اور دوسرے مصالحے وغیرہ لے کے جا رہے تھے اونٹوں پہ لاد کے۔ تو وہ قافلہ تھوڑا راستے سے لگتا ہے کہ بھٹک گیا اور وہ آگے پہنچ گیا اور ٹھیک اسی کنویں پہ پہنچا جہاں پر یوسف علیہ السلام اندر جس کے بیٹھے ہوئے تھے اور دعا کر رہے تھے اللہ سے اور انتظار کر رہے تھے اللہ کی مدد کا۔</w:t>
      </w:r>
    </w:p>
    <w:p>
      <w:r>
        <w:rPr>
          <w:b/>
        </w:rPr>
        <w:t xml:space="preserve">[06:40] </w:t>
      </w:r>
      <w:r>
        <w:t>to woh woh kuen maine pichli bar bataya tha ke israel mein ek shahar hai galilee us ke pas ek gaon hai jiska naam hai joseph well.</w:t>
      </w:r>
    </w:p>
    <w:p>
      <w:pPr>
        <w:jc w:val="right"/>
      </w:pPr>
      <w:r>
        <w:t>تو وہ وہ کنواں میں نے پچھلی بار بتایا تھا کہ اسرائیل میں ایک شہر ہے گیلیلی اس کے پاس ایک گاؤں ہے جس کا نام ہے جب یوسف۔</w:t>
      </w:r>
    </w:p>
    <w:p>
      <w:r>
        <w:rPr>
          <w:b/>
        </w:rPr>
        <w:t xml:space="preserve">[06:52] </w:t>
      </w:r>
      <w:r>
        <w:t>yani yusuf well. to woh gaon ka naam bhi yusuf well hai aur us well ka naam bhi yusuf well hai. joseph well.</w:t>
      </w:r>
    </w:p>
    <w:p>
      <w:pPr>
        <w:jc w:val="right"/>
      </w:pPr>
      <w:r>
        <w:t>یعنی یوسف ویل۔ تو وہ گاؤں کا نام بھی یوسف ویل ہے اور اس ویل کا نام بھی یوسف ویل ہے۔ جب یوسف۔</w:t>
      </w:r>
    </w:p>
    <w:p>
      <w:r>
        <w:rPr>
          <w:b/>
        </w:rPr>
        <w:t xml:space="preserve">[07:02] </w:t>
      </w:r>
      <w:r>
        <w:t>joseph kehte hain kuen ko. to</w:t>
      </w:r>
    </w:p>
    <w:p>
      <w:pPr>
        <w:jc w:val="right"/>
      </w:pPr>
      <w:r>
        <w:t>جب کہتے ہیں کنویں کو۔ تو</w:t>
      </w:r>
    </w:p>
    <w:p>
      <w:r>
        <w:rPr>
          <w:b/>
        </w:rPr>
        <w:t xml:space="preserve">[07:06] </w:t>
      </w:r>
      <w:r>
        <w:t>is kuen pe pohanch gaye woh pani ki talash mein unhon ne wahan ruke aur unhon ne padao dala aur apne ek admi ko bheja ke pani le ke aao.</w:t>
      </w:r>
    </w:p>
    <w:p>
      <w:pPr>
        <w:jc w:val="right"/>
      </w:pPr>
      <w:r>
        <w:t>اس کنویں پہ پہنچ گئے وہ پانی کی تلاش میں انہوں نے وہاں رکے اور انہوں نے پڑاؤ ڈالا اور اپنے ایک آدمی کو بھیجا کہ پانی لے کے آؤ۔</w:t>
      </w:r>
    </w:p>
    <w:p>
      <w:r>
        <w:rPr>
          <w:b/>
        </w:rPr>
        <w:t xml:space="preserve">[07:17] </w:t>
      </w:r>
      <w:r>
        <w:t>to quran mein ata hai wa ja at sayaratun farasalu waridahum fa adla dalwah qala ya bushra hadha ghulam</w:t>
      </w:r>
    </w:p>
    <w:p>
      <w:pPr>
        <w:jc w:val="right"/>
      </w:pPr>
      <w:r>
        <w:t>تو قرآن میں آتا ہے وجاءت سيارة فارسلوا واردهم فادلى دلوى قال یا بشرى هذا غلام</w:t>
      </w:r>
    </w:p>
    <w:p>
      <w:r>
        <w:rPr>
          <w:b/>
        </w:rPr>
        <w:t xml:space="preserve">[07:27] </w:t>
      </w:r>
      <w:r>
        <w:t>ke ek qafila aaya aur qafle walon ne wahan padao kiya aur phir apne ek admi ko ek water carrier ko bheja ke jao pani nikal ke lao.</w:t>
      </w:r>
    </w:p>
    <w:p>
      <w:pPr>
        <w:jc w:val="right"/>
      </w:pPr>
      <w:r>
        <w:t>کہ ایک قافلہ آیا اور قافلے والوں نے وہاں پڑاؤ کیا اور پھر اپنے ایک آدمی کو ایک واٹر کیریئر کو بھیجا کہ جاؤ پانی نکال کے لاؤ۔</w:t>
      </w:r>
    </w:p>
    <w:p>
      <w:r>
        <w:rPr>
          <w:b/>
        </w:rPr>
        <w:t xml:space="preserve">[07:37] </w:t>
      </w:r>
      <w:r>
        <w:t>to woh apna dol le ke gaya bucket us ne dali aur jab dekha us ne dol chunke dol bohat bhari ho gayi thi jab us ne khenchna chaha woh khench nahi rahi thi to us ne ghor se dekha to</w:t>
      </w:r>
    </w:p>
    <w:p>
      <w:pPr>
        <w:jc w:val="right"/>
      </w:pPr>
      <w:r>
        <w:t>تو وہ اپنا ڈول لے کے گیا بکٹ اس نے ڈالی اور جب دیکھا اس نے ڈول چونکہ ڈول بہت بھاری ہو گئی تھی جب اس نے کھینچنا چاہا وہ کھینچ نہیں رہی تھی تو اس نے غور سے دیکھا تو</w:t>
      </w:r>
    </w:p>
    <w:p>
      <w:r>
        <w:rPr>
          <w:b/>
        </w:rPr>
        <w:t xml:space="preserve">[07:54] </w:t>
      </w:r>
      <w:r>
        <w:t>us mein pani tha nahi chunke woh sukha kuen tha. dekha ke ek bacha hai us mein to us ne shor machaya aur quran mein ata hai ke qala ya bushra hadha ghulam ke good news here is a boy ji to woh sare log aa gaye qafle wale dekhne lage hairan ho gaye sab ke bacha kaise is kuen ke andar hai.</w:t>
      </w:r>
    </w:p>
    <w:p>
      <w:pPr>
        <w:jc w:val="right"/>
      </w:pPr>
      <w:r>
        <w:t>اس میں پانی تھا نہیں چونکہ وہ سوکھا کنواں تھا۔ دیکھا کہ ایک بچہ ہے اس میں تو اس نے شور مچایا اور قرآن میں آتا ہے کہ قال یا بشرى هذا غلام کہ good news here is a boy جی تو وہ سارے لوگ آگئے قافلے والے دیکھنے لگے حیران ہو گئے سب کہ بچہ کیسے اس کنویں کے اندر ہے۔</w:t>
      </w:r>
    </w:p>
    <w:p>
      <w:r>
        <w:rPr>
          <w:b/>
        </w:rPr>
        <w:t xml:space="preserve">[08:18] </w:t>
      </w:r>
      <w:r>
        <w:t>to unhon ne ahista ahista rasi ko khencha aur phir is tarah se Hazrat Yusuf alaihiالسلام kunwein se bahar aa gaye. ji to us ne jo yeh kaha tha qal ya bushra hadha ghulam ke good news here is a boy us ka matlab yeh tha ke unhon ne Yusuf alaihiالسلام ko bhi aik سامان تجارت ke roop mein dekha.</w:t>
      </w:r>
    </w:p>
    <w:p>
      <w:pPr>
        <w:jc w:val="right"/>
      </w:pPr>
      <w:r>
        <w:t>تو انہوں نے آہستہ آہستہ رسی کو کھینچا اور پھر اس طرح سے حضرت یوسف علیہ السلام کنویں سے باہر آگئے۔ جی تو اس نے جو یہ کہا تھا قال یا بشرى هذا غلام کہ good news here is a boy اس کا مطلب یہ تھا کہ انہوں نے یوسف علیہ السلام کو بھی ایک سامان تجارت کے روپ میں دیکھا۔</w:t>
      </w:r>
    </w:p>
    <w:p>
      <w:r>
        <w:rPr>
          <w:b/>
        </w:rPr>
        <w:t xml:space="preserve">[08:42] </w:t>
      </w:r>
      <w:r>
        <w:t>ji woh unhein laga ke yeh to bara khubsurat sa bachcha hai is ko le aa ke hum kahin bech den ge. ab woh zamana jo tha woh slavery ka zamana tha aur</w:t>
      </w:r>
    </w:p>
    <w:p>
      <w:pPr>
        <w:jc w:val="right"/>
      </w:pPr>
      <w:r>
        <w:t>جی وہ انہیں لگا کہ یہ تو بڑا خوبصورت سا بچہ ہے اس کو لے آ کے ہم کہیں بیچ دیں گے۔ اب وہ زمانہ جو تھا وہ سلیوری کا زمانہ تھا اور</w:t>
      </w:r>
    </w:p>
    <w:p>
      <w:r>
        <w:rPr>
          <w:b/>
        </w:rPr>
        <w:t xml:space="preserve">[08:56] </w:t>
      </w:r>
      <w:r>
        <w:t>jahan ja rahe the Misr mein wahan par slave market mein woh is ko farokht kar dain ge. to</w:t>
      </w:r>
    </w:p>
    <w:p>
      <w:pPr>
        <w:jc w:val="right"/>
      </w:pPr>
      <w:r>
        <w:t>جہاں جا رہے تھے مصر میں وہاں پر سلیو مارکیٹ میں وہ اس کو فروخت کر دیتے۔ تو</w:t>
      </w:r>
    </w:p>
    <w:p>
      <w:r>
        <w:rPr>
          <w:b/>
        </w:rPr>
        <w:t xml:space="preserve">[09:03] </w:t>
      </w:r>
      <w:r>
        <w:t>Quran mein aata hai ke unhon ne is ko سامان تجارت ki tarah se mehfooz kar liya. yani they concealed him like ke merchandize.</w:t>
      </w:r>
    </w:p>
    <w:p>
      <w:pPr>
        <w:jc w:val="right"/>
      </w:pPr>
      <w:r>
        <w:t>قرآن میں آتا ہے کہ انہوں نے اس کو سامان تجارت کی طرح سے محفوظ کر لیا۔ یعنی they concealed him like کہ مرچنڈائز۔</w:t>
      </w:r>
    </w:p>
    <w:p>
      <w:r>
        <w:rPr>
          <w:b/>
        </w:rPr>
        <w:t xml:space="preserve">[09:15] </w:t>
      </w:r>
      <w:r>
        <w:t>ji to is tareeqe se woh unhon ne Hazrat Yusuf alaihiالسلام ko oont pe bitha diya halanke unhein kehna chahiye tha ke are bete tum yeh kaise pahunch gaye kunwein ke andar tum kaun ho tumhara ghar</w:t>
      </w:r>
    </w:p>
    <w:p>
      <w:pPr>
        <w:jc w:val="right"/>
      </w:pPr>
      <w:r>
        <w:t>جی تو اس طریقے سے وہ انہوں نے حضرت یوسف علیہ السلام کو اونٹ پہ بیٹھا دیا حالانکہ انہیں کہنا چاہیے تھا کہ ارے بیٹے تم یہ کیسے پہنچ گئے کنویں کے اندر تم کون ہو تمہارا گھر</w:t>
      </w:r>
    </w:p>
    <w:p>
      <w:r>
        <w:rPr>
          <w:b/>
        </w:rPr>
        <w:t xml:space="preserve">[09:31] </w:t>
      </w:r>
      <w:r>
        <w:t>kahan hai tumhare walid ka kya naam hai chalo hum tumhein apne tumhare gaon chhod aate hain. ji ji ji lekin woh woh zamana aisa tha ke unhon ne socha ke yeh to aik hamein سامان mil gaya aur cheezein jaise hum masale bech den ge woh is ko bhi farokht kar den ge wahan.</w:t>
      </w:r>
    </w:p>
    <w:p>
      <w:pPr>
        <w:jc w:val="right"/>
      </w:pPr>
      <w:r>
        <w:t>کہاں ہے تمہارے والد کا کیا نام ہے چلو ہم تمہیں اپنے تمہارے گاؤں چھوڑ آتے ہیں۔ جی جی جی لیکن وہ وہ زمانہ ایسا تھا کہ انہوں نے سوچا کہ یہ تو ایک ہمیں سامان مل گیا اور چیزیں جیسے ہم مصالحے بیچ دیں گے وہ اس کو بھی فروخت کر دیں گے وہاں۔</w:t>
      </w:r>
    </w:p>
    <w:p>
      <w:r>
        <w:rPr>
          <w:b/>
        </w:rPr>
        <w:t xml:space="preserve">[09:45] </w:t>
      </w:r>
      <w:r>
        <w:t>ji ji ji ji ji aur doctor sahib actually dekha jaye teen din tak woh kunwein mein rahe. hmm aur agar hum un ki zindagi par ghor karein to we will find that Yusuf was betrayed by his brothers sold as a slave jaise aap ne bataya and later imprisoned unjustly</w:t>
      </w:r>
    </w:p>
    <w:p>
      <w:pPr>
        <w:jc w:val="right"/>
      </w:pPr>
      <w:r>
        <w:t>جی جی جی جی جی اور ڈاکٹر صاحب ایکچولی دیکھا جائے تین دن تک وہ کنویں میں رہے۔ ہمم اور اگر ہم ان کی زندگی پر غور کریں تو we will find that یوسف was betrayed by his brothers sold as a slave جیسے آپ نے بتایا and later imprisoned unjustly</w:t>
      </w:r>
    </w:p>
    <w:p>
      <w:r>
        <w:rPr>
          <w:b/>
        </w:rPr>
        <w:t xml:space="preserve">[10:06] </w:t>
      </w:r>
      <w:r>
        <w:t>to ah un ki zindagi mein bohat mushkil halaat aaye. ah aur aik sabak bohat zyada milta hai hamein un ki zindagi se ah ke Yusuf ne tab bhi complain nahi ki.</w:t>
      </w:r>
    </w:p>
    <w:p>
      <w:pPr>
        <w:jc w:val="right"/>
      </w:pPr>
      <w:r>
        <w:t>تو اہ ان کی زندگی میں بہت مشکل حالات آئے۔ اہ اور ایک سبق بہت زیادہ ملتا ہے ہمیں ان کی زندگی سے اہ کہ یوسف نے تب بھی کمپلین نہیں کی۔</w:t>
      </w:r>
    </w:p>
    <w:p>
      <w:r>
        <w:rPr>
          <w:b/>
        </w:rPr>
        <w:t xml:space="preserve">[10:19] </w:t>
      </w:r>
      <w:r>
        <w:t>woh yeh keh sakte the ke ya Allah tu ne to mujhe khwab dikhaya tha ke mera darja jo hai woh ooncha hoga buland hoga aur yahan aik ke baad aik pareshani.</w:t>
      </w:r>
    </w:p>
    <w:p>
      <w:pPr>
        <w:jc w:val="right"/>
      </w:pPr>
      <w:r>
        <w:t>وہ یہ کہہ سکتے تھے کہ یا اللہ تو نے تو مجھے خواب دکھایا تھا کہ میرا درجہ جو ہے وہ اونچا ہوگا بلند ہوگا اور یہاں ایک کے بعد ایک پریشانی۔</w:t>
      </w:r>
    </w:p>
    <w:p>
      <w:r>
        <w:rPr>
          <w:b/>
        </w:rPr>
        <w:t xml:space="preserve">[10:30] </w:t>
      </w:r>
      <w:r>
        <w:t>ah unhon ne apne mamle ko doctor sahib Khuda ke hawale kar diya aur phir madad ka intezar karte rahe. to doctor sahib sawal yeh aata hai ke itni sakhti itni zyada mushkilein Allah apne nabiyon ka itna sakht imtehan kyun leta hai is ke bare mein bataein.</w:t>
      </w:r>
    </w:p>
    <w:p>
      <w:pPr>
        <w:jc w:val="right"/>
      </w:pPr>
      <w:r>
        <w:t>اہ انہوں نے اپنے معاملے کو ڈاکٹر صاحب خدا کے حوالے کر دیا اور پھر مدد کا انتظار کرتے رہے۔ تو ڈاکٹر صاحب سوال یہ آتا ہے کہ اتنی سختی اتنی زیادہ مشکلیں اللہ اپنے نبیوں کا اتنا سخت امتحان کیوں لیتا ہے اس کے بارے میں بتائیں۔</w:t>
      </w:r>
    </w:p>
    <w:p>
      <w:r>
        <w:rPr>
          <w:b/>
        </w:rPr>
        <w:t xml:space="preserve">[10:51] </w:t>
      </w:r>
      <w:r>
        <w:t>bataur to prophets ka test hona hi nahi chahiye chuna ke woh Allah ke sab se naik bande hain aur Hazrat Yusuf alaihiالسلام to be had naik insan the.</w:t>
      </w:r>
    </w:p>
    <w:p>
      <w:pPr>
        <w:jc w:val="right"/>
      </w:pPr>
      <w:r>
        <w:t>بظاہر تو پرافٹس کا ٹیسٹ ہونا ہی نہیں چاہیے چونکہ وہ اللہ کے سب سے نیک بندے ہیں اور حضرت یوسف علیہ السلام تو بے حد نیک انسان تھے۔</w:t>
      </w:r>
    </w:p>
    <w:p>
      <w:r>
        <w:rPr>
          <w:b/>
        </w:rPr>
        <w:t xml:space="preserve">[11:04] </w:t>
      </w:r>
      <w:r>
        <w:t>aik bar sahaba ne prophet se poocha ke sab se naik insan kaun hai to Rasool Allah ne jawab diya ke jo muttaqi ho jis ke andar taqwa sab se zyada ho righteous ho.</w:t>
      </w:r>
    </w:p>
    <w:p>
      <w:pPr>
        <w:jc w:val="right"/>
      </w:pPr>
      <w:r>
        <w:t>ایک بار صحابہ نے پرافٹ سے پوچھا کہ سب سے نیک انسان کون ہے تو رسول اللہ نے جواب دیا کہ جو متقی ہو جس کے اندر تقویٰ سب سے زیادہ ہو رائچیس ہو۔</w:t>
      </w:r>
    </w:p>
    <w:p>
      <w:r>
        <w:rPr>
          <w:b/>
        </w:rPr>
        <w:t xml:space="preserve">[11:20] </w:t>
      </w:r>
      <w:r>
        <w:t>to sahaba ne kaha hum yeh nahi pooch rahe hain. to Rasool Allah samajh gaye to phir unhon ne kaha ke Yusuf alaihiالسلام Yusuf ka naam liya prophet Yusuf ka naam liya aur is tarah se kaha ke prophet Yusuf son of prophet son of prophet son of the friend of God.</w:t>
      </w:r>
    </w:p>
    <w:p>
      <w:pPr>
        <w:jc w:val="right"/>
      </w:pPr>
      <w:r>
        <w:t>تو صحابہ نے کہا ہم یہ نہیں پوچھ رہے ہیں۔ تو رسول اللہ سمجھ گئے تو پھر انہوں نے کہا کہ یوسف علیہ السلام یوسف کا نام لیا پرافٹ یوسف کا نام لیا اور اس طرح سے کہا کہ پرافٹ یوسف سن آف پرافٹ سن آف پرافٹ سن آف دی فرینڈ آف گاڈ۔</w:t>
      </w:r>
    </w:p>
    <w:p>
      <w:r>
        <w:rPr>
          <w:b/>
        </w:rPr>
        <w:t xml:space="preserve">[11:42] </w:t>
      </w:r>
      <w:r>
        <w:t>yani char generation mein peghamabar aate rahe. ji</w:t>
      </w:r>
    </w:p>
    <w:p>
      <w:pPr>
        <w:jc w:val="right"/>
      </w:pPr>
      <w:r>
        <w:t>یعنی چار جنریشن میں پیغمبر آتے رہے۔ جی</w:t>
      </w:r>
    </w:p>
    <w:p>
      <w:r>
        <w:rPr>
          <w:b/>
        </w:rPr>
        <w:t xml:space="preserve">[11:46] </w:t>
      </w:r>
      <w:r>
        <w:t>yani kaise peghamabar the Yusuf alaihiالسلام ke khud bhi peghamabar father bhi peghamabar grand father bhi peghamabar aur great grand father bhi peghamabar.</w:t>
      </w:r>
    </w:p>
    <w:p>
      <w:pPr>
        <w:jc w:val="right"/>
      </w:pPr>
      <w:r>
        <w:t>یعنی کیسے پیغمبر تھے یوسف علیہ السلام کہ خود بھی پیغمبر فادر بھی پیغمبر گرینڈ فادر بھی پیغمبر اور گریٹ گرینڈ فادر بھی پیغمبر۔</w:t>
      </w:r>
    </w:p>
    <w:p>
      <w:r>
        <w:rPr>
          <w:b/>
        </w:rPr>
        <w:t xml:space="preserve">[11:55] </w:t>
      </w:r>
      <w:r>
        <w:t>ji ji ji aik sath char kya shakhsiyat rahi hogi un ki to zahir hai aise aise insan ko ka kya test liya jaye woh to bilkul hi intehai pious insan the.</w:t>
      </w:r>
    </w:p>
    <w:p>
      <w:pPr>
        <w:jc w:val="right"/>
      </w:pPr>
      <w:r>
        <w:t>جی جی جی ایک ساتھ چار کیا شخصیت رہی ہوگی ان کی تو ظاہر ہے ایسے ایسے انسان کو کا کیا ٹیسٹ لیا جائے وہ تو بالکل ہی انتہائی پائس انسان تھے۔</w:t>
      </w:r>
    </w:p>
    <w:p>
      <w:r>
        <w:rPr>
          <w:b/>
        </w:rPr>
        <w:t xml:space="preserve">[12:07] </w:t>
      </w:r>
      <w:r>
        <w:t>ji lekin Allah taala ne jo yeh duniya banai hai woh is tarah se banai hai ke har insan ko yahan test se guzarna padta hai.</w:t>
      </w:r>
    </w:p>
    <w:p>
      <w:pPr>
        <w:jc w:val="right"/>
      </w:pPr>
      <w:r>
        <w:t>جی لیکن اللہ تعالی نے جو یہ دنیا بنائی ہے وہ اس طرح سے بنائی ہے کہ ہر انسان کو یہاں ٹیسٹ سے گزرنا پڑتا ہے۔</w:t>
      </w:r>
    </w:p>
    <w:p>
      <w:r>
        <w:rPr>
          <w:b/>
        </w:rPr>
        <w:t xml:space="preserve">[12:17] </w:t>
      </w:r>
      <w:r>
        <w:t>aik to is ke jo hidden potential hain woh nikalte hain. ji aur gehri duaen gehri کیفیت paida hoti hai. agar test na ho sab kuch theek ho to phir dua kaun karega to woh peghamabar bhi chuna ke insan hote hain peghamabar ko farishte to hote nahi hain.</w:t>
      </w:r>
    </w:p>
    <w:p>
      <w:pPr>
        <w:jc w:val="right"/>
      </w:pPr>
      <w:r>
        <w:t>ایک تو اس کے جو ہڈن پوٹینشل ہیں وہ نکلتے ہیں۔ جی اور گہری دعائیں گہری کیفیت پیدا ہوتی ہے۔ اگر ٹیسٹ نہ ہو سب کچھ ٹھیک ہو تو پھر دعا کون کرے گا تو وہ پیغمبر بھی چونکہ انسان ہوتے ہیں پیغمبر کو فرشتے تو ہوتے نہیں ہیں۔</w:t>
      </w:r>
    </w:p>
    <w:p>
      <w:r>
        <w:rPr>
          <w:b/>
        </w:rPr>
        <w:t xml:space="preserve">[12:33] </w:t>
      </w:r>
      <w:r>
        <w:t>agar farishte hote to woh hamare liye namuna nahi bante.</w:t>
      </w:r>
    </w:p>
    <w:p>
      <w:pPr>
        <w:jc w:val="right"/>
      </w:pPr>
      <w:r>
        <w:t>اگر فرشتے ہوتے تو وہ ہمارے لیے نمونہ نہیں بنتے۔</w:t>
      </w:r>
    </w:p>
    <w:p>
      <w:r>
        <w:rPr>
          <w:b/>
        </w:rPr>
        <w:t xml:space="preserve">[12:36] </w:t>
      </w:r>
      <w:r>
        <w:t>to chuna ke peghamabar hamare liye role model hain to hamein dekhna hai ke peghamabaron ke sath jo khas koi aisa waqt guzra koi khas halaat guzre to unhon ne kaisa response diya to isi ko to hamein lena</w:t>
      </w:r>
    </w:p>
    <w:p>
      <w:pPr>
        <w:jc w:val="right"/>
      </w:pPr>
      <w:r>
        <w:t>تو چونکہ پیغمبر ہمارے لیے رول ماڈل ہیں تو ہمیں دیکھنا ہے کہ پیغمبروں کے ساتھ جو خاص کوئی ایسا وقت گزرا کوئی خاص حالات گزرے تو انہوں نے کیسا رسپانس دیا تو اسی کو تو ہمیں لینا</w:t>
      </w:r>
    </w:p>
    <w:p>
      <w:r>
        <w:rPr>
          <w:b/>
        </w:rPr>
        <w:t xml:space="preserve">[12:54] </w:t>
      </w:r>
      <w:r>
        <w:t>hai inhi se hamein hidayat leni hai inhi ki zindagi se. aur jo sab se bari baat hai woh yeh hai ke peghamabaron ko bohat hi aala jannat milegi jannat ul firdous milegi.</w:t>
      </w:r>
    </w:p>
    <w:p>
      <w:pPr>
        <w:jc w:val="right"/>
      </w:pPr>
      <w:r>
        <w:t>ہے انہی سے ہمیں ہدایت لینی ہے انہی کی زندگی سے۔ اور جو سب سے بڑی بات ہے وہ یہ ہے کہ پیغمبروں کو بہت ہی اعلیٰ جنت ملے گی جنت الفردوس ملے گی۔</w:t>
      </w:r>
    </w:p>
    <w:p>
      <w:r>
        <w:rPr>
          <w:b/>
        </w:rPr>
        <w:t xml:space="preserve">[13:08] </w:t>
      </w:r>
      <w:r>
        <w:t>ji maqam mehmood pe un ko faiz kiya jayega aur Allah taala ke bohat hi muqarrib bandon mein se hain woh to zahir hai jitna bara reward itna bara test.</w:t>
      </w:r>
    </w:p>
    <w:p>
      <w:pPr>
        <w:jc w:val="right"/>
      </w:pPr>
      <w:r>
        <w:t>جی مقام محمود پہ ان کو فائز کیا جائے گا اور اللہ تعالی کے بہت ہی مقرب بندوں میں سے ہیں وہ تو ظاہر ہے جتنا بڑا ریوارڈ اتنا بڑا ٹیسٹ۔</w:t>
      </w:r>
    </w:p>
    <w:p>
      <w:r>
        <w:rPr>
          <w:b/>
        </w:rPr>
        <w:t xml:space="preserve">[13:19] </w:t>
      </w:r>
      <w:r>
        <w:t>bara test sahi</w:t>
      </w:r>
    </w:p>
    <w:p>
      <w:pPr>
        <w:jc w:val="right"/>
      </w:pPr>
      <w:r>
        <w:t>بڑا ٹیسٹ صح</w:t>
      </w:r>
    </w:p>
    <w:p>
      <w:r>
        <w:rPr>
          <w:b/>
        </w:rPr>
        <w:t xml:space="preserve">[13:20] </w:t>
      </w:r>
      <w:r>
        <w:t>baat hai to yeh to isi liye peghamabaron ka test sab se zyada hua. ji Rasool Allah ka test sab se zyada hua ke kitna sataya logon ne aur Hazrat Yusuf alaihiالسلام to bohat handsome bhi the.</w:t>
      </w:r>
    </w:p>
    <w:p>
      <w:pPr>
        <w:jc w:val="right"/>
      </w:pPr>
      <w:r>
        <w:t>یح بات ہے تو یہ تو اسی لیے پیغمبروں کا ٹیسٹ سب سے زیادہ ہوا۔ جی رسول اللہ کا ٹیسٹ سب سے زیادہ ہوا کہ کتنا ستایا لوگوں نے اور حضرت یوسف علیہ السلام تو بہت ہینڈسم بھی تھے۔</w:t>
      </w:r>
    </w:p>
    <w:p>
      <w:r>
        <w:rPr>
          <w:b/>
        </w:rPr>
        <w:t xml:space="preserve">[13:33] </w:t>
      </w:r>
      <w:r>
        <w:t>yeh bhi aik test ka mozu hai. ji to yeh wajah hai ke peghamabaron ka sab se zyada test hua taake woh hamare liye namuna ban saken.</w:t>
      </w:r>
    </w:p>
    <w:p>
      <w:pPr>
        <w:jc w:val="right"/>
      </w:pPr>
      <w:r>
        <w:t>یہ بھی ایک ٹیسٹ کا موضوع ہے۔ جی تو یہ وجہ ہے کہ پیغمبروں کا سب سے زیادہ ٹیسٹ ہوا تاکہ وہ ہمارے لیے نمونہ بن سکیں۔</w:t>
      </w:r>
    </w:p>
    <w:p>
      <w:r>
        <w:rPr>
          <w:b/>
        </w:rPr>
        <w:t xml:space="preserve">[13:43] </w:t>
      </w:r>
      <w:r>
        <w:t>ji ji</w:t>
      </w:r>
    </w:p>
    <w:p>
      <w:pPr>
        <w:jc w:val="right"/>
      </w:pPr>
      <w:r>
        <w:t>جی جی</w:t>
      </w:r>
    </w:p>
    <w:p>
      <w:r>
        <w:rPr>
          <w:b/>
        </w:rPr>
        <w:t xml:space="preserve">[13:45] </w:t>
      </w:r>
      <w:r>
        <w:t>bilkul ye bohat achhe se aap ne wazeh kiya doctor sahib samajh mein aata hai ke aur kaise</w:t>
      </w:r>
    </w:p>
    <w:p>
      <w:pPr>
        <w:jc w:val="right"/>
      </w:pPr>
      <w:r>
        <w:t>بالکل یہ بہت اچھے سے آپ نے واضح کیا ڈاکٹر صاحب سمجھ میں آتا ہے کہ اور کیسے</w:t>
      </w:r>
    </w:p>
    <w:p>
      <w:r>
        <w:rPr>
          <w:b/>
        </w:rPr>
        <w:t xml:space="preserve">[13:50] </w:t>
      </w:r>
      <w:r>
        <w:t>potential unfold hoga insan ka ke jab tak wo is situation mein na dala jaye jis se</w:t>
      </w:r>
    </w:p>
    <w:p>
      <w:pPr>
        <w:jc w:val="right"/>
      </w:pPr>
      <w:r>
        <w:t>پوٹینشل ان فولڈ ہوگا انسان کا کہ جب تک وہ اس سچوئیشن میں نہ ڈالا جائے جس سے</w:t>
      </w:r>
    </w:p>
    <w:p>
      <w:r>
        <w:rPr>
          <w:b/>
        </w:rPr>
        <w:t xml:space="preserve">[13:56] </w:t>
      </w:r>
      <w:r>
        <w:t>wo ubhar ke bahar aaye aur</w:t>
      </w:r>
    </w:p>
    <w:p>
      <w:pPr>
        <w:jc w:val="right"/>
      </w:pPr>
      <w:r>
        <w:t>وہ ابھر کے باہر آئے اور</w:t>
      </w:r>
    </w:p>
    <w:p>
      <w:r>
        <w:rPr>
          <w:b/>
        </w:rPr>
        <w:t xml:space="preserve">[13:59] </w:t>
      </w:r>
      <w:r>
        <w:t>prophets jo nabi hain hum logon ke liye ek role model hain jaisa aap ne bataya to ek</w:t>
      </w:r>
    </w:p>
    <w:p>
      <w:pPr>
        <w:jc w:val="right"/>
      </w:pPr>
      <w:r>
        <w:t>پرافٹس جو نبی ہیں ہم لوگوں کے لیے ایک رول ماڈل ہیں جیسا آپ نے بتایا تو ایک</w:t>
      </w:r>
    </w:p>
    <w:p>
      <w:r>
        <w:rPr>
          <w:b/>
        </w:rPr>
        <w:t xml:space="preserve">[14:04] </w:t>
      </w:r>
      <w:r>
        <w:t>tareeqe se kaha ja sakta hai ke ek benchmark set kar diya unhone aur ab humein</w:t>
      </w:r>
    </w:p>
    <w:p>
      <w:pPr>
        <w:jc w:val="right"/>
      </w:pPr>
      <w:r>
        <w:t>طریقے سے کہا جا سکتا ہے کہ ایک بینچ مارک سیٹ کر دیا انہوں نے اور اب ہمیں</w:t>
      </w:r>
    </w:p>
    <w:p>
      <w:r>
        <w:rPr>
          <w:b/>
        </w:rPr>
        <w:t xml:space="preserve">[14:09] </w:t>
      </w:r>
      <w:r>
        <w:t>isko aspire karna hai aur ye bohat achhi baat kahi ke jitna bara sawab utna bara test</w:t>
      </w:r>
    </w:p>
    <w:p>
      <w:pPr>
        <w:jc w:val="right"/>
      </w:pPr>
      <w:r>
        <w:t>اس کو ایسپائر کرنا ہے اور یہ بہت اچھی بات کہی کہ جتنا بڑا ثواب اتنا بڑا ٹیسٹ</w:t>
      </w:r>
    </w:p>
    <w:p>
      <w:r>
        <w:rPr>
          <w:b/>
        </w:rPr>
        <w:t xml:space="preserve">[14:16] </w:t>
      </w:r>
      <w:r>
        <w:t>bhi</w:t>
      </w:r>
    </w:p>
    <w:p>
      <w:pPr>
        <w:jc w:val="right"/>
      </w:pPr>
      <w:r>
        <w:t>بھی</w:t>
      </w:r>
    </w:p>
    <w:p>
      <w:r>
        <w:rPr>
          <w:b/>
        </w:rPr>
        <w:t xml:space="preserve">[14:17] </w:t>
      </w:r>
      <w:r>
        <w:t>haye. achha to doctor sahib phir hum dekhte hain kahani mein ke jo qafila hai unhon ne is ko jaise aap ne bataya tijarat ka maal samajh kar pehle mehfooz kiya aur phir unhein bazaar le gaye ghaliban shayad woh teenager rahe honge is is waqt.</w:t>
      </w:r>
    </w:p>
    <w:p>
      <w:pPr>
        <w:jc w:val="right"/>
      </w:pPr>
      <w:r>
        <w:t>ہے۔ اچھا تو ڈاکٹر صاحب پھر ہم دیکھتے ہیں کہانی میں کہ جو قافلہ ہے انہوں نے اس کو جیسے آپ نے بتایا تجارت کا مال سمجھ کر پہلے محفوظ کیا اور پھر انہیں بازار لے گئے غالباً شاید وہ ٹین ایجر رہے ہوں گے اس اس وقت۔</w:t>
      </w:r>
    </w:p>
    <w:p>
      <w:r>
        <w:rPr>
          <w:b/>
        </w:rPr>
        <w:t xml:space="preserve">[14:33] </w:t>
      </w:r>
      <w:r>
        <w:t>he was hardly 17 hardly 17 ah to wahan pe ja kar aata hai kahaniyon mein ke un ko shayad mu'attar 20 dirham mein bech diya gaya</w:t>
      </w:r>
    </w:p>
    <w:p>
      <w:pPr>
        <w:jc w:val="right"/>
      </w:pPr>
      <w:r>
        <w:t>he was hardly 17 hardly 17 اہ تو وہاں پہ جا کر آتا ہے کہانیوں میں کہ ان کو شاید معطر 20 درہم میں بیچ دیا گیا</w:t>
      </w:r>
    </w:p>
    <w:p>
      <w:r>
        <w:rPr>
          <w:b/>
        </w:rPr>
        <w:t xml:space="preserve">[14:45] </w:t>
      </w:r>
      <w:r>
        <w:t>to doctor sahib kis ne in ko khareeda is ke aage ki kahani kya hai is ke bare mein bhi aap hamein bataein. to Hazrat Yusuf Alaihi Salam ko unhon ne oont pe bitha diya aur chhupa liya jaise quran mein bhi aata hai ke unhon ne chhupa liya woh shayad darte honge ke koi dekh lega koi un ka relative mil jaye kahega arey yeh to hamara bachcha hai</w:t>
      </w:r>
    </w:p>
    <w:p>
      <w:pPr>
        <w:jc w:val="right"/>
      </w:pPr>
      <w:r>
        <w:t>تو ڈاکٹر صاحب کس نے ان کو خریدا اس کے آگے کی کہانی کیا ہے اس کے بارے میں بھی آپ ہمیں بتائیں۔ تو حضرت یوسف علیہ السلام کو انہوں نے اونٹ پہ بیٹھا دیا اور چھپا لیا جیسے قرآن میں بھی آتا ہے کہ انہوں نے چھپا لیا وہ شاید ڈرتے ہوں گے کہ کوئی دیکھ لے گا کوئی ان کا ریلیٹو مل جائے کہے گا ارے یہ تو ہمارا بچہ ہے</w:t>
      </w:r>
    </w:p>
    <w:p>
      <w:r>
        <w:rPr>
          <w:b/>
        </w:rPr>
        <w:t xml:space="preserve">[15:09] </w:t>
      </w:r>
      <w:r>
        <w:t>to unhon ne is ko Hazrat Yusuf Alaihi Salam ko chhupa ke bitha diya oont mein aur le gaye aur wahan jo is shehar mein gaye the misr mein yeh log is ka naam kitabon mein memphis aata hai memphis ke ab ke abhi bhi is ke asaar is ke khandaraat baqi hain.</w:t>
      </w:r>
    </w:p>
    <w:p>
      <w:pPr>
        <w:jc w:val="right"/>
      </w:pPr>
      <w:r>
        <w:t>تو انہوں نے اس کو حضرت یوسف علیہ السلام کو چھپا کے بیٹھا دیا اونٹ میں اور لے گئے اور وہاں جو اس شہر میں گئے تھے مصر میں یہ لوگ اس کا نام کتابوں میں ممفس آتا ہے ممفس کے اب کہ ابھی بھی اس کے آثار اس کے کھنڈرات باقی ہیں۔</w:t>
      </w:r>
    </w:p>
    <w:p>
      <w:r>
        <w:rPr>
          <w:b/>
        </w:rPr>
        <w:t xml:space="preserve">[15:28] </w:t>
      </w:r>
      <w:r>
        <w:t>ji qairoon se qareebi hai taqreeban 30-40 kilometer qairoon ke pas hai woh to woh slavery ka zamana tha</w:t>
      </w:r>
    </w:p>
    <w:p>
      <w:pPr>
        <w:jc w:val="right"/>
      </w:pPr>
      <w:r>
        <w:t>جی قیروں سے قریبی ہے تقریباً 30-40 کلومیٹر قیروں کے پاس ہے وہ تو وہ سلیوری کا زمانہ تھا</w:t>
      </w:r>
    </w:p>
    <w:p>
      <w:r>
        <w:rPr>
          <w:b/>
        </w:rPr>
        <w:t xml:space="preserve">[15:37] </w:t>
      </w:r>
      <w:r>
        <w:t>woh slave market mein le ke gaye the memphis ki jo slave market thi to slavery ka jo mamla hai islam ne Maulana ne is pe likha hai ke islam ne gradually slavery ko khatam kiya.</w:t>
      </w:r>
    </w:p>
    <w:p>
      <w:pPr>
        <w:jc w:val="right"/>
      </w:pPr>
      <w:r>
        <w:t>وہ سلیو مارکیٹ میں لے کے گئے تھے ممفس کی جو سلیو مارکیٹ تھی تو سلیوری کا جو معاملہ ہے اسلام نے مولانا نے اس پہ لکھا ہے کہ اسلام نے گریجولی سلیوری کو ختم کیا۔</w:t>
      </w:r>
    </w:p>
    <w:p>
      <w:r>
        <w:rPr>
          <w:b/>
        </w:rPr>
        <w:t xml:space="preserve">[15:52] </w:t>
      </w:r>
      <w:r>
        <w:t>ji</w:t>
      </w:r>
    </w:p>
    <w:p>
      <w:pPr>
        <w:jc w:val="right"/>
      </w:pPr>
      <w:r>
        <w:t>جی</w:t>
      </w:r>
    </w:p>
    <w:p>
      <w:r>
        <w:rPr>
          <w:b/>
        </w:rPr>
        <w:t xml:space="preserve">[15:53] </w:t>
      </w:r>
      <w:r>
        <w:t>to is zamane mein slavery thi ah aur ghulam beche aur khareede jate the ah lekin islam ne is ko gradually khatam kiya chunaanche aisa agar foran kar dete achaanak to bara yaani possible nahi tha revolt ho jata ab misaal ke taur pe ah prophet Muhammad Sallallahu Alaihi Wasallam ki jab shadi hui ah Hazrat Khadija se.</w:t>
      </w:r>
    </w:p>
    <w:p>
      <w:pPr>
        <w:jc w:val="right"/>
      </w:pPr>
      <w:r>
        <w:t>تو اس زمانے میں سلیوری تھی اہ اور غلام بیچے اور خریدے جاتے تھے اہ لیکن اسلام نے اس کو گریجولی ختم کیا چونکہ ایسا اگر فوراً کر دیتے اچانک تو بڑا یعنی پوسیبل نہیں تھا ریولٹ ہو جاتا اب مثال کے طور پہ اہ پرافٹ محمد صلی اللہ علیہ وسلم کی جب شادی ہوئی اہ حضرت خدیجہ سے۔</w:t>
      </w:r>
    </w:p>
    <w:p>
      <w:r>
        <w:rPr>
          <w:b/>
        </w:rPr>
        <w:t xml:space="preserve">[16:18] </w:t>
      </w:r>
      <w:r>
        <w:t>ji Radi Allahu Anha to un ke pas ek ghulam tha jinka naam Zaid tha.</w:t>
      </w:r>
    </w:p>
    <w:p>
      <w:pPr>
        <w:jc w:val="right"/>
      </w:pPr>
      <w:r>
        <w:t>جی رضی اللہ عنہا تو ان کے پاس ایک غلام تھا جن کا نام زید تھا۔</w:t>
      </w:r>
    </w:p>
    <w:p>
      <w:r>
        <w:rPr>
          <w:b/>
        </w:rPr>
        <w:t xml:space="preserve">[16:25] </w:t>
      </w:r>
      <w:r>
        <w:t>ji jo baad mein bohat bare sahabi bane Zaid Ibn Harisa Radi Allahu Anhu to woh young the prophet ki bhi age kam thi us waqt to Hazrat Khadija ne woh gift ke taur par Zaid ko un ko de diya ke yeh aap ke sath rahenge aur aap ke helper ke taur par.</w:t>
      </w:r>
    </w:p>
    <w:p>
      <w:pPr>
        <w:jc w:val="right"/>
      </w:pPr>
      <w:r>
        <w:t>جی جو بعد میں بہت بڑے صحابی بنے زید ابن حارثہ رضی اللہ عنہ تو وہینگ تھے پرافٹ کی بھی ایج کم تھی اس وقت تو حضرت خدیجہ نے وہ گفٹ کے طور پر زید کو ان کو دے دیا کہ یہ آپ کے ساتھ رہیں گے اور آپ کے ہیلپر کے طور پر۔</w:t>
      </w:r>
    </w:p>
    <w:p>
      <w:r>
        <w:rPr>
          <w:b/>
        </w:rPr>
        <w:t xml:space="preserve">[16:48] </w:t>
      </w:r>
      <w:r>
        <w:t>ji</w:t>
      </w:r>
    </w:p>
    <w:p>
      <w:pPr>
        <w:jc w:val="right"/>
      </w:pPr>
      <w:r>
        <w:t>جی</w:t>
      </w:r>
    </w:p>
    <w:p>
      <w:r>
        <w:rPr>
          <w:b/>
        </w:rPr>
        <w:t xml:space="preserve">[16:49] </w:t>
      </w:r>
      <w:r>
        <w:t>to prophet aaye kaaba mein Zaid ko le ke aur sab ke samne unhon ne announce kiya ke aaj se Zaid free hain. hmm aur apne bete ki tarah is ko rakha.</w:t>
      </w:r>
    </w:p>
    <w:p>
      <w:pPr>
        <w:jc w:val="right"/>
      </w:pPr>
      <w:r>
        <w:t>تو پرافٹ آئے کعبہ میں زید کو لے کے اور سب کے سامنے انہوں نے اناؤنس کیا کہ آج سے زید فری ہیں۔ ہمم اور اپنے بیٹے کی طرح اس کو رکھا۔</w:t>
      </w:r>
    </w:p>
    <w:p>
      <w:r>
        <w:rPr>
          <w:b/>
        </w:rPr>
        <w:t xml:space="preserve">[16:59] </w:t>
      </w:r>
      <w:r>
        <w:t>hmm to kuch din ke baad Zaid ke father aur uncle aaye bahar se woh madina ke bahar ke the makkah ke bahar ke the.</w:t>
      </w:r>
    </w:p>
    <w:p>
      <w:pPr>
        <w:jc w:val="right"/>
      </w:pPr>
      <w:r>
        <w:t>ہمم تو کچھ دن کے بعد زید کے فادر اور انکل آئے باہر سے وہ مدینہ کے باہر کے مکہ کے باہر کے تھے۔</w:t>
      </w:r>
    </w:p>
    <w:p>
      <w:r>
        <w:rPr>
          <w:b/>
        </w:rPr>
        <w:t xml:space="preserve">[17:08] </w:t>
      </w:r>
      <w:r>
        <w:t>ji to woh log prophet se mile kaha ke aap ne in ko free kar diya hai Zaid ko ab hamein hamein le jana hai.</w:t>
      </w:r>
    </w:p>
    <w:p>
      <w:pPr>
        <w:jc w:val="right"/>
      </w:pPr>
      <w:r>
        <w:t>جی تو وہ لوگ پرافٹ سے ملے کہا کہ آپ نے ان کو فری کر دیا ہے زید کو اب ہمیں ہمیں لے جانا ہے۔</w:t>
      </w:r>
    </w:p>
    <w:p>
      <w:r>
        <w:rPr>
          <w:b/>
        </w:rPr>
        <w:t xml:space="preserve">[17:18] </w:t>
      </w:r>
      <w:r>
        <w:t>to prophet ne kaha bilkul aap le jaiye woh to free hain. to Zaid se kaha chalo hamare sath. ji to unhon ne kaha main nahi jaunga kaha ke main Rasool Allah ke sath hi rahunga.</w:t>
      </w:r>
    </w:p>
    <w:p>
      <w:pPr>
        <w:jc w:val="right"/>
      </w:pPr>
      <w:r>
        <w:t>تو پرافٹ نے کہا بالکل آپ لے جائیے وہ تو فری ہیں۔ تو زید سے کہا چلو ہمارے ساتھ۔ جی تو انہوں نے کہا میں نہیں جاؤں گا کہا کہ میں رسول اللہ کے ساتھ ہی رہوں گا۔</w:t>
      </w:r>
    </w:p>
    <w:p>
      <w:r>
        <w:rPr>
          <w:b/>
        </w:rPr>
        <w:t xml:space="preserve">[17:29] </w:t>
      </w:r>
      <w:r>
        <w:t>ji sari zindagi sath rahe woh bohat bare sahabi bane aur ah quran un ko likhna bhi aata tha quran ki pehli bar unhon ne wahi likhi yaani katib e wahi jise kehte hain aur is tarah ke bohat waqiat hain yaani aap dekhein to</w:t>
      </w:r>
    </w:p>
    <w:p>
      <w:pPr>
        <w:jc w:val="right"/>
      </w:pPr>
      <w:r>
        <w:t>جی ساری زندگی ساتھ رہے وہ بہت بڑے صحابی بنے اور اہ قرآن ان کو لکھنا بھی آتا تھا قرآن کی پہلی بار انہوں نے وحی لکھی یعنی کاتب وحی جسے کہتے ہیں اور اس طرح کے بہت واقعات ہیں یعنی آپ دیکھیں تو</w:t>
      </w:r>
    </w:p>
    <w:p>
      <w:r>
        <w:rPr>
          <w:b/>
        </w:rPr>
        <w:t xml:space="preserve">[17:46] </w:t>
      </w:r>
      <w:r>
        <w:t>ji quran mein bohat ubhara gaya hai ke ghulamon ko aazad karne ke upar aur ah zakat ka ek head bhi hai.</w:t>
      </w:r>
    </w:p>
    <w:p>
      <w:pPr>
        <w:jc w:val="right"/>
      </w:pPr>
      <w:r>
        <w:t>جی قرآن میں بہت ابھارا گیا ہے کہ غلاموں کو آزاد کرنے کے اوپر اور اہ زکوٰۃ کا ایک ہیڈ بھی ہے۔</w:t>
      </w:r>
    </w:p>
    <w:p>
      <w:r>
        <w:rPr>
          <w:b/>
        </w:rPr>
        <w:t xml:space="preserve">[17:58] </w:t>
      </w:r>
      <w:r>
        <w:t>ji to free the slaves ji to bohat hi zyada encourage kiya gaya isi liye ah aata hai ke sahaba ne bohat ghulam aazad kiye Rasool Allah khud Rasool Allah Sallallahu Alaihi Wasallam ne khud 60 se zyada ghulam aazad kiye aur Hazrat Aisha Radi Allahu Anha ne bhi 60 se zyada</w:t>
      </w:r>
    </w:p>
    <w:p>
      <w:pPr>
        <w:jc w:val="right"/>
      </w:pPr>
      <w:r>
        <w:t>جی to free the slaves جی تو بہت ہی زیادہ انکریج کیا گیا اسی لیے اہ آتا ہے کہ صحابہ نے بہت غلام آزاد کیے رسول اللہ خود رسول اللہ صلی اللہ علیہ وسلم نے خود 60 سے زیادہ غلام آزاد کیے اور حضرت عائشہ رضی اللہ عنہ نے بھی 60 سے زیادہ</w:t>
      </w:r>
    </w:p>
    <w:p>
      <w:r>
        <w:rPr>
          <w:b/>
        </w:rPr>
        <w:t xml:space="preserve">[18:16] </w:t>
      </w:r>
      <w:r>
        <w:t>is ghulam aazad kiye aur kuch sahaba jo jo jinke bare business waghera the jo rich the unhon ne to bohat do hazar teen hazar ah ghulam aazad kiye bohat bara demonstration hai ke aise bhi sab sab ko aise hi karna hai bilkul Abdullah Ibn Auf ne thirty thousand slaves ko aazad kiya to phir yeh ah jab tak yeh jo charon khulafa ka period hai woh khatam ikhtitam pe pahuncha to wahan par slavery bhi khatam ho chuki thi.</w:t>
      </w:r>
    </w:p>
    <w:p>
      <w:pPr>
        <w:jc w:val="right"/>
      </w:pPr>
      <w:r>
        <w:t>اس غلام آزاد کیے اور کچھ صحابہ جو جو جن کے بڑے بزنس وغیرہ تھے جو رچ تھے انہوں نے تو بہت دو ہزار تین ہزار اہ غلام آزاد کیے بہت بڑا ڈیمونسٹریشن ہے کہ ایسے بھی سب سب کو ایسے ہی کرنا ہے بالکل عبداللہ ابن عوف نے تھرٹی تھا سلیوز کو آزاد کیا تو پھر یہ اہ جب تک یہ جو چاروں خلیفہ کا پیریڈ ہے وہ ختم اختتام پہ پہنچا تو وہاں پر سلیوری بھی ختم ہو چکی تھی۔</w:t>
      </w:r>
    </w:p>
    <w:p>
      <w:r>
        <w:rPr>
          <w:b/>
        </w:rPr>
        <w:t xml:space="preserve">[18:46] </w:t>
      </w:r>
      <w:r>
        <w:t>ji to yeh bohat bara contribution hai jisko logon ne acknowledge kiya hai to wahan par unhon ne qafila walon ne jaise apne aur saman rakhe ji baam aur aur spices aur mir waghera waise Hazrat Yusuf Alaihi Salam ko bhi rakh diya as a commodity.</w:t>
      </w:r>
    </w:p>
    <w:p>
      <w:pPr>
        <w:jc w:val="right"/>
      </w:pPr>
      <w:r>
        <w:t>جی تو یہ بہت بڑا کنٹریبیوشن ہے جس کو لوگوں نے ایکنالج کیا ہے تو وہاں پر انہوں نے قافلے والوں نے جیسے اپنے اور سامان رکھے جی بام اور اور سپائسز اور مر وغیرہ ویسے حضرت یوسف علیہ السلام کو بھی رکھ دیا ایز اے کموڈٹی۔</w:t>
      </w:r>
    </w:p>
    <w:p>
      <w:r>
        <w:rPr>
          <w:b/>
        </w:rPr>
        <w:t xml:space="preserve">[19:05] </w:t>
      </w:r>
      <w:r>
        <w:t>ji un ke liye to he was just like a commodity ji a merchandised. ji</w:t>
      </w:r>
    </w:p>
    <w:p>
      <w:pPr>
        <w:jc w:val="right"/>
      </w:pPr>
      <w:r>
        <w:t>جی ان کے لیے تو ہی واز جسٹ لائک اے کموڈٹی جی ایک مرچنڈائزڈ۔ جی</w:t>
      </w:r>
    </w:p>
    <w:p>
      <w:r>
        <w:rPr>
          <w:b/>
        </w:rPr>
        <w:t xml:space="preserve">[19:10] </w:t>
      </w:r>
      <w:r>
        <w:t>to log aaye dekhne to ek shakhs aaya jisko quran mein Al Aziz kaha gaya hai. ji Al Aziz ka matlab high his excellency ya kuch aise samjhiye aap koi bohat bara officer tha kitabon mein aata hai he was the ah captain of the royal guard.</w:t>
      </w:r>
    </w:p>
    <w:p>
      <w:pPr>
        <w:jc w:val="right"/>
      </w:pPr>
      <w:r>
        <w:t>تو لوگ آئے دیکھنے تو ایک شخص آیا جس کو قرآن میں العزیز کہا گیا ہے۔ جی العزیز کا مطلب ہائی ہز ایکسیلنسی یا کچھ ایسے سمجھیے آپ کوئی بہت بڑا افیسر تھا کتابوں میں آتا ہے ہی واز دی اہ کیپٹن آف دی رائل گارڈ۔</w:t>
      </w:r>
    </w:p>
    <w:p>
      <w:r>
        <w:rPr>
          <w:b/>
        </w:rPr>
        <w:t xml:space="preserve">[19:33] </w:t>
      </w:r>
      <w:r>
        <w:t>okay aur kuch log kehte hain ke he was the chief of the store house. ji</w:t>
      </w:r>
    </w:p>
    <w:p>
      <w:pPr>
        <w:jc w:val="right"/>
      </w:pPr>
      <w:r>
        <w:t>اوکے اور کچھ لوگ کہتے ہیں کہ ہی واز دی چیف آف دی سٹور ہاؤس۔ جی</w:t>
      </w:r>
    </w:p>
    <w:p>
      <w:r>
        <w:rPr>
          <w:b/>
        </w:rPr>
        <w:t xml:space="preserve">[19:37] </w:t>
      </w:r>
      <w:r>
        <w:t>to is tarah ki baatein aati hain lekin yeh baat to wazeh hai naam se hi pata chalta hai ke he was a high official bare afsar thay in the court of the king.</w:t>
      </w:r>
    </w:p>
    <w:p>
      <w:pPr>
        <w:jc w:val="right"/>
      </w:pPr>
      <w:r>
        <w:t>تو اس طرح کی باتیں آتی ہیں لیکن یہ بات تو واضح ہے نام سے ہی پتہ چلتا ہے کہ ہی واز اے ہائی افیشل بڑے افسر تھے ان دا کورٹ آف دا کنگ۔</w:t>
      </w:r>
    </w:p>
    <w:p>
      <w:r>
        <w:rPr>
          <w:b/>
        </w:rPr>
        <w:t xml:space="preserve">[19:48] </w:t>
      </w:r>
      <w:r>
        <w:t>to us ne pehchan liya</w:t>
      </w:r>
    </w:p>
    <w:p>
      <w:pPr>
        <w:jc w:val="right"/>
      </w:pPr>
      <w:r>
        <w:t>تو اس نے پہچان لیا</w:t>
      </w:r>
    </w:p>
    <w:p>
      <w:r>
        <w:rPr>
          <w:b/>
        </w:rPr>
        <w:t xml:space="preserve">[19:52] </w:t>
      </w:r>
      <w:r>
        <w:t>us ne yeh samajh liya ke yeh mamooli kapde mein ek bachcha لپटा hua hai lekin yeh kisi bohat achhe khandan se hai. ah un ke qafle walon ko kahin se mil gaya aur yeh yahan la ke is ko farokht kar rahe hain to qafle walon ne jaise aap ne bataya 20 dirham yaani 20 pieces of silver.</w:t>
      </w:r>
    </w:p>
    <w:p>
      <w:pPr>
        <w:jc w:val="right"/>
      </w:pPr>
      <w:r>
        <w:t>اس نے یہ سمجھ لیا کہ یہ معمولی کپڑے میں ایک بچہ لپٹا ہوا ہے لیکن یہ کسی بہت اچھے خاندان سے ہے۔ اہ ان کے قافلے والوں کو کہیں سے مل گیا اور یہ یہاں لا کے اس کو فروخت کر رہے ہیں تو قافلے والوں نے جیسے آپ نے بتایا 20 درہم یعنی 20 پیسز آف سلور۔</w:t>
      </w:r>
    </w:p>
    <w:p>
      <w:r>
        <w:rPr>
          <w:b/>
        </w:rPr>
        <w:t xml:space="preserve">[20:19] </w:t>
      </w:r>
      <w:r>
        <w:t>ji ke ewaz mein in ko bech diya Aziz ko to Quran mein aata hai wa sharao bi thamanin bakhsin darahim ma'doodah ke yaani unhone bohat hi low price mein becha.</w:t>
      </w:r>
    </w:p>
    <w:p>
      <w:pPr>
        <w:jc w:val="right"/>
      </w:pPr>
      <w:r>
        <w:t>جی کے عوض میں ان کو بیچ دیا عزیز کو تو قرآن میں آتا ہے وشرعوا بثمن بخس دراہمہ معدودہ کہ یعنی انہوں نے بہت ہی لو پرائز میں بیچا۔</w:t>
      </w:r>
    </w:p>
    <w:p>
      <w:r>
        <w:rPr>
          <w:b/>
        </w:rPr>
        <w:t xml:space="preserve">[20:33] </w:t>
      </w:r>
      <w:r>
        <w:t>ji yaqeenan ab ek paighambar ki koi qeemat hoti hai insaan ki qeemat nahi hai. ji to Quran ne is pe comment kiya hai ke bohat hi low price</w:t>
      </w:r>
    </w:p>
    <w:p>
      <w:pPr>
        <w:jc w:val="right"/>
      </w:pPr>
      <w:r>
        <w:t>جی یقینا اب ایک پیغمبر کی کوئی قیمت ہوتی ہے انسان کی قیمت نہیں ہے۔ جی تو قرآن نے اس پہ کمنٹ کیا ہے کہ بہت ہی لو پرائز</w:t>
      </w:r>
    </w:p>
    <w:p>
      <w:r>
        <w:rPr>
          <w:b/>
        </w:rPr>
        <w:t xml:space="preserve">[20:42] </w:t>
      </w:r>
      <w:r>
        <w:t>few pieces of of silver ke unhone in ko bech diya wa kanu fihi min az zahidin aur woh bilkul is se be raghib thay yaani they were least interested in him ji woh to bas yeh chahte thay ke woh kis tarah se is ko bechein.</w:t>
      </w:r>
    </w:p>
    <w:p>
      <w:pPr>
        <w:jc w:val="right"/>
      </w:pPr>
      <w:r>
        <w:t>فیو پیسز آف آف سلور کہ انہوں نے ان کو بیچ دیا وكانوا فیہ من الزاہدین اور وہ بالکل اس سے بے رغبت تھے یعنی they were least interested in him جی وہ تو بس یہ چاہتے تھے کہ وہ کس طرح سے اس کو بیچیں۔</w:t>
      </w:r>
    </w:p>
    <w:p>
      <w:r>
        <w:rPr>
          <w:b/>
        </w:rPr>
        <w:t xml:space="preserve">[20:57] </w:t>
      </w:r>
      <w:r>
        <w:t>ji aur apna saman bech ke jaldi wapas jayen. ji chunke jo qafila hota tha woh chahta tha ke apna jo khareed o farokht karni hai jaldi kar ke woh nikle.</w:t>
      </w:r>
    </w:p>
    <w:p>
      <w:pPr>
        <w:jc w:val="right"/>
      </w:pPr>
      <w:r>
        <w:t>جی اور اپنا سامان بیچ کے جلدی واپس جائیں۔ جی چونکہ جو قافلہ ہوتا تھا وہ چاہتا تھا کہ اپنا جو خرید و فروخت کرنی ہے جلدی کر کے وہ نکلے۔</w:t>
      </w:r>
    </w:p>
    <w:p>
      <w:r>
        <w:rPr>
          <w:b/>
        </w:rPr>
        <w:t xml:space="preserve">[21:06] </w:t>
      </w:r>
      <w:r>
        <w:t>ji to</w:t>
      </w:r>
    </w:p>
    <w:p>
      <w:pPr>
        <w:jc w:val="right"/>
      </w:pPr>
      <w:r>
        <w:t>جی تو</w:t>
      </w:r>
    </w:p>
    <w:p>
      <w:r>
        <w:rPr>
          <w:b/>
        </w:rPr>
        <w:t xml:space="preserve">[21:07] </w:t>
      </w:r>
      <w:r>
        <w:t>is tarah se ah Aziz ne Hazrat Yusuf alaihissalam ko khareed liya aur woh apne ghar le ke aaye. Aziz ghar le ke aaya Yusuf alaihissalam ko jaise maine bataya he was about 17 years old ji to apni wife jis ka naam Zulekha aata hai Zulekha darasal kahaniyon wala naam hai.</w:t>
      </w:r>
    </w:p>
    <w:p>
      <w:pPr>
        <w:jc w:val="right"/>
      </w:pPr>
      <w:r>
        <w:t>اس طریقے سے اہ عزیز نے حضرت یوسف علیہ السلام کو خرید لیا اور وہ اپنے گھر لے کے آئے۔ عزیز گھر لے کے آیا یوسف علیہ السلام کو جیسے میں نے بتایا he was about 17 years old جی تو اپنی وائف جس کا نام زلیخہ آتا ہے زلیخہ دراصل کہانیوں والا نام ہے۔</w:t>
      </w:r>
    </w:p>
    <w:p>
      <w:r>
        <w:rPr>
          <w:b/>
        </w:rPr>
        <w:t xml:space="preserve">[21:29] </w:t>
      </w:r>
      <w:r>
        <w:t>hmm Quran mein Zulekha ka naam nahi aaya hai woh kitabon mein kahin Ra'il aata hai naam</w:t>
      </w:r>
    </w:p>
    <w:p>
      <w:pPr>
        <w:jc w:val="right"/>
      </w:pPr>
      <w:r>
        <w:t>ہمم قرآن میں زلیخہ کا نام نہیں آیا ہے وہ کتابوں میں کہیں رعیل آتا ہے نام</w:t>
      </w:r>
    </w:p>
    <w:p>
      <w:r>
        <w:rPr>
          <w:b/>
        </w:rPr>
        <w:t xml:space="preserve">[21:35] </w:t>
      </w:r>
      <w:r>
        <w:t>. to Zulekha se kaha ke ah yeh bachcha don't treat him as a slave hmm treat him as a family member as a guest and give him a very honorable accommodation ah akrimy maswah yaani bohat hi achhi tarah se is ko rakho aur achhi tarah achhi jagah do is ko rehne ki.</w:t>
      </w:r>
    </w:p>
    <w:p>
      <w:pPr>
        <w:jc w:val="right"/>
      </w:pPr>
      <w:r>
        <w:t>۔ تو زلیخہ سے کہا کہ اہ یہ بچہ don't treat him as a slave ہمم treat him as a family member as a guest and give him a very honorable accommodation اہ اکرمی مسواہ یعنی بہت ہی اچھی طرح سے اس کو رکھو اور اچھی طرح اچھی جگہ دو اس کو رہنے کی۔</w:t>
      </w:r>
    </w:p>
    <w:p>
      <w:r>
        <w:rPr>
          <w:b/>
        </w:rPr>
        <w:t xml:space="preserve">[21:58] </w:t>
      </w:r>
      <w:r>
        <w:t>aur kaha ke ho sakta hai ke yeh hamein faida</w:t>
      </w:r>
    </w:p>
    <w:p>
      <w:pPr>
        <w:jc w:val="right"/>
      </w:pPr>
      <w:r>
        <w:t>اور کہا کہ ہو سکتا ہے کہ یہ ہمیں فائدہ</w:t>
      </w:r>
    </w:p>
    <w:p>
      <w:r>
        <w:rPr>
          <w:b/>
        </w:rPr>
        <w:t xml:space="preserve">[22:02] </w:t>
      </w:r>
      <w:r>
        <w:t>pehanchaye. ji asaa an yanfa'na ho sakta hai yeh hamein faida pehanchaye. hmm ah bohat honhaar ladka lagta hai yeh ho sakta hai yeh hamare jo business hai hamara jo tijarat hai jo hamari jaidad ka kaam hai jo hamari business ka kaam hai sab yeh sambhal le.</w:t>
      </w:r>
    </w:p>
    <w:p>
      <w:pPr>
        <w:jc w:val="right"/>
      </w:pPr>
      <w:r>
        <w:t>پہنچائے۔ جی عسى انینفعنا ہو سکتا ہے یہ ہمیں فائدہ پہنچائے۔ ہمم اہ بہت ہونہار لڑکا لگتا ہے یہ ہو سکتا ہے یہ ہمارے جو بزنس ہے ہمارا جو تجارت ہے جو ہماری جائیداد کا کام ہے جو ہماری بزنس کا کام ہے سب یہ سنبھال لے۔</w:t>
      </w:r>
    </w:p>
    <w:p>
      <w:r>
        <w:rPr>
          <w:b/>
        </w:rPr>
        <w:t xml:space="preserve">[22:22] </w:t>
      </w:r>
      <w:r>
        <w:t>to aur agar agar yeh hamari expectations pe utra to we might adopt him as a son ji as a son</w:t>
      </w:r>
    </w:p>
    <w:p>
      <w:pPr>
        <w:jc w:val="right"/>
      </w:pPr>
      <w:r>
        <w:t>تو اور اگر اگر یہ ہماری ایکسپیکٹیشنز پہ اترا تو we might adopt him as a son جی as a سن</w:t>
      </w:r>
    </w:p>
    <w:p>
      <w:r>
        <w:rPr>
          <w:b/>
        </w:rPr>
        <w:t xml:space="preserve">[22:31] </w:t>
      </w:r>
      <w:r>
        <w:t>. to yeh sab baatein kahin aur bohat hi achhe tarah se is ne Aziz ne apne ghar mein jagah di.</w:t>
      </w:r>
    </w:p>
    <w:p>
      <w:pPr>
        <w:jc w:val="right"/>
      </w:pPr>
      <w:r>
        <w:t>۔ تو یہ سب باتیں کہیں اور بہت ہی اچھے طریقے سے اس نے عزیز نے اپنے گھر میں جگہ دی۔</w:t>
      </w:r>
    </w:p>
    <w:p>
      <w:r>
        <w:rPr>
          <w:b/>
        </w:rPr>
        <w:t xml:space="preserve">[22:39] </w:t>
      </w:r>
      <w:r>
        <w:t>ji Hazrat Yusuf alaihissalam ko. ji ah doctor sahab jaise aap ne bataya to yeh jo afsar thay yeh be aulaad bhi thay.</w:t>
      </w:r>
    </w:p>
    <w:p>
      <w:pPr>
        <w:jc w:val="right"/>
      </w:pPr>
      <w:r>
        <w:t>جی حضرت یوسف علیہ السلام کو۔ جی اہ ڈاکٹر صاحب جیسے آپ نے بتایا تو یہ جو افسر تھے یہ بے اولاد بھی تھے۔</w:t>
      </w:r>
    </w:p>
    <w:p>
      <w:r>
        <w:rPr>
          <w:b/>
        </w:rPr>
        <w:t xml:space="preserve">[22:48] </w:t>
      </w:r>
      <w:r>
        <w:t>hmm aur jaisa ke aap ne kaha ke unhone yeh irada kiya ke agar woh un ki ah ah umeed ke mutabiq ah agar woh aage nikle to un ko apna beta bhi bana len</w:t>
      </w:r>
    </w:p>
    <w:p>
      <w:pPr>
        <w:jc w:val="right"/>
      </w:pPr>
      <w:r>
        <w:t>ہمم اور جیسا کہ آپ نے کہا کہ انہوں نے یہ ارادہ کیا کہ اگر وہ ان کی اہ اہ امید کے مطابق اہ اگر وہ آگے نکلے تو ان کو اپنا بیٹا بھی بنا لیں</w:t>
      </w:r>
    </w:p>
    <w:p>
      <w:r>
        <w:rPr>
          <w:b/>
        </w:rPr>
        <w:t xml:space="preserve">[23:01] </w:t>
      </w:r>
      <w:r>
        <w:t>ge. hmm ah to doctor sahab yeh kahani jis tarah aage badh rahi thi aisa aisa mehsoos hota tha ke yeh Allah ka koi bohat bada mansooba tha ke un ko prophet Yusuf ko ah Misr lana hi tha taake woh ek bada role ada kar saken.</w:t>
      </w:r>
    </w:p>
    <w:p>
      <w:pPr>
        <w:jc w:val="right"/>
      </w:pPr>
      <w:r>
        <w:t>گے۔ ہمم اہ تو ڈاکٹر صاحب یہ کہانی جس طرح آگے بڑھ رہی تھی ایسا ایسا محسوس ہوتا تھا کہ یہ اللہ کا کوئی بہت بڑا منصوبہ تھا کہ ان کو پرافٹ یوسف کو اہ مصر لانا ہی تھا تاکہ وہ ایک بڑا رول ادا کر سکیں۔</w:t>
      </w:r>
    </w:p>
    <w:p>
      <w:r>
        <w:rPr>
          <w:b/>
        </w:rPr>
        <w:t xml:space="preserve">[23:19] </w:t>
      </w:r>
      <w:r>
        <w:t>ah to is ke bare mein bataiye doctor sahab ke ah aap ka kya is mein opinion hai?</w:t>
      </w:r>
    </w:p>
    <w:p>
      <w:pPr>
        <w:jc w:val="right"/>
      </w:pPr>
      <w:r>
        <w:t>اہ تو اس کے بارے میں بتائیے ڈاکٹر صاحب کہ اہ آپ کا کیا اس میں اوپینین ہے؟</w:t>
      </w:r>
    </w:p>
    <w:p>
      <w:r>
        <w:rPr>
          <w:b/>
        </w:rPr>
        <w:t xml:space="preserve">[23:27] </w:t>
      </w:r>
      <w:r>
        <w:t>haan yeh aap sahi keh rahe hain ke ek bohat hi bada plan tha Allah taala ka. Quran mein khud aata hai wa kadhalika makkanna li Yusuf fil ard yaani we have established Yusuf in the land of Egy</w:t>
      </w:r>
    </w:p>
    <w:p>
      <w:pPr>
        <w:jc w:val="right"/>
      </w:pPr>
      <w:r>
        <w:t>ہاں یہ آپ صحیح کہہ رہے ہیں کہ ایک بہت ہی بڑا پلان تھا اللہ تعالی کا۔ قرآن میں خود آتا ہے وكذلك مکنا ليوسف فی الارض یعنی we have established یوسف in the land of Egy</w:t>
      </w:r>
    </w:p>
    <w:p>
      <w:r>
        <w:rPr>
          <w:b/>
        </w:rPr>
        <w:t xml:space="preserve">[23:41] </w:t>
      </w:r>
      <w:r>
        <w:t>pt is tarah se Allah taala ne Yusuf alaihissalam ko Misr mein ah ek ah maqam maqam diya.</w:t>
      </w:r>
    </w:p>
    <w:p>
      <w:pPr>
        <w:jc w:val="right"/>
      </w:pPr>
      <w:r>
        <w:t>pt اس طرح سے اللہ تعالی نے یوسف علیہ السلام کو مصر میں اہ ایک اہ مقام مقام دیا۔</w:t>
      </w:r>
    </w:p>
    <w:p>
      <w:r>
        <w:rPr>
          <w:b/>
        </w:rPr>
        <w:t xml:space="preserve">[23:52] </w:t>
      </w:r>
      <w:r>
        <w:t>aur phir woh Quran mein aata hai ke ke taake hum un ko ah dream ka interpretation sikhayen.</w:t>
      </w:r>
    </w:p>
    <w:p>
      <w:pPr>
        <w:jc w:val="right"/>
      </w:pPr>
      <w:r>
        <w:t>اور پھر وہ قرآن میں آتا ہے کہ کہ تاکہ ہم ان کو اہ ڈریم کا انٹرپریٹیشن سکھائیں۔</w:t>
      </w:r>
    </w:p>
    <w:p>
      <w:r>
        <w:rPr>
          <w:b/>
        </w:rPr>
        <w:t xml:space="preserve">[24:04] </w:t>
      </w:r>
      <w:r>
        <w:t>aur phir Quran mein aata hai bohat achhi ayat jo ke hum sab ke liye badi is mein hope hai wallahu ghalibun ala amrihi ke Allah has full power and control over his affairs</w:t>
      </w:r>
    </w:p>
    <w:p>
      <w:pPr>
        <w:jc w:val="right"/>
      </w:pPr>
      <w:r>
        <w:t>اور پھر قرآن میں آتا ہے بہت اچھی آیت جو کہ ہم سب کے لیے بڑی اس میں ہوپ ہے واللہ غالب علی امرہ کہ اللہ has full power and control over his affairs</w:t>
      </w:r>
    </w:p>
    <w:p>
      <w:r>
        <w:rPr>
          <w:b/>
        </w:rPr>
        <w:t xml:space="preserve">[24:19] </w:t>
      </w:r>
      <w:r>
        <w:t>y</w:t>
      </w:r>
    </w:p>
    <w:p>
      <w:pPr>
        <w:jc w:val="right"/>
      </w:pPr>
      <w:r>
        <w:t>ی</w:t>
      </w:r>
    </w:p>
    <w:p>
      <w:r>
        <w:rPr>
          <w:b/>
        </w:rPr>
        <w:t xml:space="preserve">[24:20] </w:t>
      </w:r>
      <w:r>
        <w:t>ani insaan hum sab ke liye bhi is mein message hai ke insaan tarah tarah ki mushkilon se mushkilat se guzarta hai. log satate hain, log pareshan karte hain.</w:t>
      </w:r>
    </w:p>
    <w:p>
      <w:pPr>
        <w:jc w:val="right"/>
      </w:pPr>
      <w:r>
        <w:t>عنی انسان ہم سب کے لیے بھی اس میں میسج ہے کہ انسان طرح طرح کی مشکلوں سے مشکلات سے گزرتا ہے۔ لوگ ستاتے ہیں، لوگ پریشان کرتے ہیں۔</w:t>
      </w:r>
    </w:p>
    <w:p>
      <w:r>
        <w:rPr>
          <w:b/>
        </w:rPr>
        <w:t xml:space="preserve">[24:30] </w:t>
      </w:r>
      <w:r>
        <w:t>har paighambar ke saath aisa hua, hum sab ke saath bhi aisa hota hai. tarah tarah ki pareshani hoti hai lekin jo Allah ka plan hai aap ke liye woh ho ke rahe ga.</w:t>
      </w:r>
    </w:p>
    <w:p>
      <w:pPr>
        <w:jc w:val="right"/>
      </w:pPr>
      <w:r>
        <w:t>ہر پیغمبر کے ساتھ ایسا ہوا، ہم سب کے ساتھ بھی ایسا ہوتا ہے۔ طرح طرح کی پریشانی ہوتی ہے لیکن جو اللہ کا پلان ہے آپ کے لیے وہ ہو کے رہے گا۔</w:t>
      </w:r>
    </w:p>
    <w:p>
      <w:r>
        <w:rPr>
          <w:b/>
        </w:rPr>
        <w:t xml:space="preserve">[24:40] </w:t>
      </w:r>
      <w:r>
        <w:t>Wallah ghalebun ala amrih ke God has full control over his power, over his power and over his affairs to yeh bari achi ayat hai Wallah ghalebun ala amrih ke kuch bhi ho jaye, kunwein mein jana pare, jail mein jana pare lekin Allah ka jo plan hai woh ho ke rahe ga</w:t>
      </w:r>
    </w:p>
    <w:p>
      <w:pPr>
        <w:jc w:val="right"/>
      </w:pPr>
      <w:r>
        <w:t>واللہ غالب علی امرہ کہ God has full control over his power, over his power and over his affairs تو یہ بڑی اچھی آیت ہے واللہ غالب علی امرہ کہ کچھ بھی ہو جائے، کنویں میں جانا پڑے، جیل میں جانا پڑے لیکن اللہ کا جو پلان ہے وہ ہو کے رہے گ</w:t>
      </w:r>
    </w:p>
    <w:p>
      <w:r>
        <w:rPr>
          <w:b/>
        </w:rPr>
        <w:t xml:space="preserve">[25:03] </w:t>
      </w:r>
      <w:r>
        <w:t>a. to is se bari hope milti hai humein ke jo Allah ne hamare liye plan banaya hai, jo aap ke liye plan banaya hai woh ho ke rahe ga.</w:t>
      </w:r>
    </w:p>
    <w:p>
      <w:pPr>
        <w:jc w:val="right"/>
      </w:pPr>
      <w:r>
        <w:t>ا۔ تو اس سے بڑی ہوپ ملتی ہے ہمیں کہ جو اللہ نے ہمارے لیے پلان بنایا ہے، جو آپ کے لیے پلان بنایا ہے وہ ہو کے رہے گا۔</w:t>
      </w:r>
    </w:p>
    <w:p>
      <w:r>
        <w:rPr>
          <w:b/>
        </w:rPr>
        <w:t xml:space="preserve">[25:12] </w:t>
      </w:r>
      <w:r>
        <w:t>aur jab is ka waqt aye ga to theek is waqt pe hoga. Quran mein aata hai ke ek second na idhar hoga na ek second idhar hoga. yani God will be always on the time ek second der bhi nahi hoti hai, ek second ki bhi der nahi hoti hai.</w:t>
      </w:r>
    </w:p>
    <w:p>
      <w:pPr>
        <w:jc w:val="right"/>
      </w:pPr>
      <w:r>
        <w:t>اور جب اس کا وقت آئے گا تو ٹھیک اس وقت پہ ہوگا۔ قرآن میں آتا ہے کہ ایک سیکنڈ نہ ادھر ہوگا نہ ایک سیکنڈ ادھر ہوگا۔ یعنی God will be always on the time ایک سیکنڈ دیر بھی نہیں ہوتی، ایک سیکنڈ کی بھی دیر نہیں ہوتی ہے۔</w:t>
      </w:r>
    </w:p>
    <w:p>
      <w:r>
        <w:rPr>
          <w:b/>
        </w:rPr>
        <w:t xml:space="preserve">[25:27] </w:t>
      </w:r>
      <w:r>
        <w:t>inshallah to is tareeqe se ah Quran mein aata hai ke jab phir woh mature ho gaye to hum ne unhein we gave him knowledge and wisdom aur ah dream ko interpret karne ka sikhaya.</w:t>
      </w:r>
    </w:p>
    <w:p>
      <w:pPr>
        <w:jc w:val="right"/>
      </w:pPr>
      <w:r>
        <w:t>انشاءاللہ تو اس طریقے سے اہ قرآن میں آتا ہے کہ جب پھر وہ میچور ہو گئے تو ہم نے انہیں we gave him knowledge and wisdom اور اہ ڈریم کو انٹرپریٹ کرنے کا سکھایا۔</w:t>
      </w:r>
    </w:p>
    <w:p>
      <w:r>
        <w:rPr>
          <w:b/>
        </w:rPr>
        <w:t xml:space="preserve">[25:43] </w:t>
      </w:r>
      <w:r>
        <w:t>aur phir Quran mein aata hai wa kadhalika najzil muhsineen ke hum neki karne walon ko aise hi ajr dete hain, aise hi reward dete hain.</w:t>
      </w:r>
    </w:p>
    <w:p>
      <w:pPr>
        <w:jc w:val="right"/>
      </w:pPr>
      <w:r>
        <w:t>اور پھر قرآن میں آتا ہے وكذلك نجز المحسنين کہ ہم نیکی کرنے والوں کو ایسے ہی اجر دیتے ہیں، ایسے ہی ریوارڈ دیتے ہیں۔</w:t>
      </w:r>
    </w:p>
    <w:p>
      <w:r>
        <w:rPr>
          <w:b/>
        </w:rPr>
        <w:t xml:space="preserve">[25:52] </w:t>
      </w:r>
      <w:r>
        <w:t>to</w:t>
      </w:r>
    </w:p>
    <w:p>
      <w:pPr>
        <w:jc w:val="right"/>
      </w:pPr>
      <w:r>
        <w:t>تو</w:t>
      </w:r>
    </w:p>
    <w:p>
      <w:r>
        <w:rPr>
          <w:b/>
        </w:rPr>
        <w:t xml:space="preserve">[25:55] </w:t>
      </w:r>
      <w:r>
        <w:t>yeh ah Yosuf alaihissalam Misr mein Allah taala ne un ko ek establishment de di. aur Misr ki jo zuban thi woh Coptic thi, Qibti kehte hain is ko.</w:t>
      </w:r>
    </w:p>
    <w:p>
      <w:pPr>
        <w:jc w:val="right"/>
      </w:pPr>
      <w:r>
        <w:t>یہ اہ یوسف علیہ السلام مصر میں اللہ تعالی نے ان کو ایک اسٹیبلشمنٹ دے دیا۔ اور مصر کی جو زبان تھی وہ کپٹک تھی، قبطی کہتے ہیں اس کو۔</w:t>
      </w:r>
    </w:p>
    <w:p>
      <w:r>
        <w:rPr>
          <w:b/>
        </w:rPr>
        <w:t xml:space="preserve">[26:08] </w:t>
      </w:r>
      <w:r>
        <w:t>log bhi Qibti kehlati the Misr ke log. aur ah Yosuf alaihissalam ki zuban jo Canaan mein thi woh Hebrew thi.</w:t>
      </w:r>
    </w:p>
    <w:p>
      <w:pPr>
        <w:jc w:val="right"/>
      </w:pPr>
      <w:r>
        <w:t>لوگ بھی قبطی کہلاتے تھے مصر کے لوگ۔ اور اہ یوسف علیہ السلام کی زبان جو کنان میں تھی وہ ہیبرو تھی۔</w:t>
      </w:r>
    </w:p>
    <w:p>
      <w:r>
        <w:rPr>
          <w:b/>
        </w:rPr>
        <w:t xml:space="preserve">[26:17] </w:t>
      </w:r>
      <w:r>
        <w:t>to yahan par aa ke aap Yosuf alaihissalam ne zuban seekhi, Coptic zuban, aur unhon ne ilm hasil kiya aur parhai ki.</w:t>
      </w:r>
    </w:p>
    <w:p>
      <w:pPr>
        <w:jc w:val="right"/>
      </w:pPr>
      <w:r>
        <w:t>تو یہاں پر آ کے آپ یوسف علیہ السلام نے زبان سیکھی، کپٹک زبان، اور انہوں نے علم حاصل کیا اور پڑھائی کی۔</w:t>
      </w:r>
    </w:p>
    <w:p>
      <w:r>
        <w:rPr>
          <w:b/>
        </w:rPr>
        <w:t xml:space="preserve">[26:27] </w:t>
      </w:r>
      <w:r>
        <w:t>aur aur bohat achi training ho gayi. ah yani un ki personality bohat achi nikhar gayi aur ek bohat hi har dil aziz, ek bohat hi khoobsurat aur har dil aziz insan ban gaye woh.</w:t>
      </w:r>
    </w:p>
    <w:p>
      <w:pPr>
        <w:jc w:val="right"/>
      </w:pPr>
      <w:r>
        <w:t>اور اور بہت اچھی ٹریننگ ہو گئی۔ اہ یعنی ان کی پرسنیلٹی بہت اچھی نکھر گئی اور ایک بہت ہی ہر دل عزیز، ایک بہت ہی خوبصورت اور ہر دل عزیز انسان بن گئے وہ۔</w:t>
      </w:r>
    </w:p>
    <w:p>
      <w:r>
        <w:rPr>
          <w:b/>
        </w:rPr>
        <w:t xml:space="preserve">[26:42] </w:t>
      </w:r>
      <w:r>
        <w:t>to yeh ek ah ek ek process se Allah taala insan ko guzarta hai. sab ko hi ek process se guzarta hai aur apne jo is ka plan hai us ke tehat woh woh process complete hota hai.</w:t>
      </w:r>
    </w:p>
    <w:p>
      <w:pPr>
        <w:jc w:val="right"/>
      </w:pPr>
      <w:r>
        <w:t>تو یہ ایک اہ ایک ایک پروسیس سے اللہ تعالی انسان کو گزارتا ہے۔ سب کو ہی ایک پروسیس سے گزارتا ہے اور اپنے جو اس کا پلان ہے اس کے تحت وہ وہ پروسیس کمپلیٹ ہوتا ہے۔</w:t>
      </w:r>
    </w:p>
    <w:p>
      <w:r>
        <w:rPr>
          <w:b/>
        </w:rPr>
        <w:t xml:space="preserve">[26:57] </w:t>
      </w:r>
      <w:r>
        <w:t>sirf yeh chahiye ke Allah ke upar mukammal bharosa rakhe aur sabr kare aur dua</w:t>
      </w:r>
    </w:p>
    <w:p>
      <w:pPr>
        <w:jc w:val="right"/>
      </w:pPr>
      <w:r>
        <w:t>صرف یہ چاہیے کہ اللہ کے اوپر مکمل بھروسہ رکھے اور صبر کرے اور دع</w:t>
      </w:r>
    </w:p>
    <w:p>
      <w:r>
        <w:rPr>
          <w:b/>
        </w:rPr>
        <w:t xml:space="preserve">[27:05] </w:t>
      </w:r>
      <w:r>
        <w:t>kare. yahi cheez humein milti hai Yosuf alaihissalam ki zindagi se ke unhon ne kabhi koi complaint nahi ki, kabhi koi negative alfaaz un ke zuban se nahi nikle.</w:t>
      </w:r>
    </w:p>
    <w:p>
      <w:pPr>
        <w:jc w:val="right"/>
      </w:pPr>
      <w:r>
        <w:t>ا کرے۔ یہی چیز ہمیں ملتی ہے یوسف علیہ السلام کی زندگی سے کہ انہوں نے کبھی کوئی کمپلینٹ نہیں کی، کبھی کوئی نیگیٹیو الفاظ ان کے زبان سے نہیں نکلے۔</w:t>
      </w:r>
    </w:p>
    <w:p>
      <w:r>
        <w:rPr>
          <w:b/>
        </w:rPr>
        <w:t xml:space="preserve">[27:15] </w:t>
      </w:r>
      <w:r>
        <w:t>bas sirf dua aur sabr aur intezar. har cheez ko jaise Maulana kehte the ke intezar ke khane mein daal do. ji to yeh bohat achi yani yahan is mein sabak humein milta hai.</w:t>
      </w:r>
    </w:p>
    <w:p>
      <w:pPr>
        <w:jc w:val="right"/>
      </w:pPr>
      <w:r>
        <w:t>بس صرف دعا اور صبر اور انتظار۔ ہر چیز کو جیسے مولانا کہتے تھے کہ انتظار کے خانے میں ڈال دو۔ جی تو یہ بہت اچھی یعنی یہاں اس میں سبق ہمیں ملتا ہے۔</w:t>
      </w:r>
    </w:p>
    <w:p>
      <w:r>
        <w:rPr>
          <w:b/>
        </w:rPr>
        <w:t xml:space="preserve">[27:28] </w:t>
      </w:r>
      <w:r>
        <w:t>ji ji bohat achi line aap ne kahi</w:t>
      </w:r>
    </w:p>
    <w:p>
      <w:pPr>
        <w:jc w:val="right"/>
      </w:pPr>
      <w:r>
        <w:t>جی جی بہت اچھی لائن آپ نے کہی</w:t>
      </w:r>
    </w:p>
    <w:p>
      <w:r>
        <w:rPr>
          <w:b/>
        </w:rPr>
        <w:t xml:space="preserve">[27:31] </w:t>
      </w:r>
      <w:r>
        <w:t>no complain ah dua, sabr, aur phir intezar. bilkul to ah jazak Allah Doctor Sahab. Doctor Sahab yahan par kahani ek bohat aham morh le leti hai kyunke prophet Yosuf jaise aap ne bataya Al-Aziz aur Zulaikha ke ghar mein phir woh rehne lage.</w:t>
      </w:r>
    </w:p>
    <w:p>
      <w:pPr>
        <w:jc w:val="right"/>
      </w:pPr>
      <w:r>
        <w:t>no complain اہ دعا، صبر، اور پھر انتظار۔ بالکل تو اہ جزاک اللہ ڈاکٹر صاحب۔ ڈاکٹر صاحب یہاں پر کہانی ایک بہت اہم موڑ لے لیتی ہے کیونکہ پرافٹ یوسف جیسے آپ نے بتایا العزیز اور زلیخہ کے گھر میں پھر وہ رہنے لگے۔</w:t>
      </w:r>
    </w:p>
    <w:p>
      <w:r>
        <w:rPr>
          <w:b/>
        </w:rPr>
        <w:t xml:space="preserve">[27:49] </w:t>
      </w:r>
      <w:r>
        <w:t>lekin phir kahani mein aata hai ke jo Zulaikha hai woh un ko phislane lagi. to ah ah ah kai kahaniyan hain Zulaikha ko le kar.</w:t>
      </w:r>
    </w:p>
    <w:p>
      <w:pPr>
        <w:jc w:val="right"/>
      </w:pPr>
      <w:r>
        <w:t>لیکن پھر کہانی میں آتا ہے کہ جو زلیخہ ہے وہ ان کو فسلانے لگی۔ تو اہ اہ اہ کئی کہانیاں ہیں زلیخہ کو لے کر۔</w:t>
      </w:r>
    </w:p>
    <w:p>
      <w:r>
        <w:rPr>
          <w:b/>
        </w:rPr>
        <w:t xml:space="preserve">[27:58] </w:t>
      </w:r>
      <w:r>
        <w:t>to sachi kahani kya</w:t>
      </w:r>
    </w:p>
    <w:p>
      <w:pPr>
        <w:jc w:val="right"/>
      </w:pPr>
      <w:r>
        <w:t>تو سچی کہانی کیا</w:t>
      </w:r>
    </w:p>
    <w:p>
      <w:r>
        <w:rPr>
          <w:b/>
        </w:rPr>
        <w:t xml:space="preserve">[28:00] </w:t>
      </w:r>
      <w:r>
        <w:t>hai? hum chahenge ke aap is ko wazeh karein. haan Quran mein aata hai yeh Zulaikha ka waqia.</w:t>
      </w:r>
    </w:p>
    <w:p>
      <w:pPr>
        <w:jc w:val="right"/>
      </w:pPr>
      <w:r>
        <w:t>ہے؟ ہم چاہیں گے کہ آپ اس کو واضح کریں۔ ہاں قرآن میں آتا ہے یہ زلیخہ کا واقعہ۔</w:t>
      </w:r>
    </w:p>
    <w:p>
      <w:r>
        <w:rPr>
          <w:b/>
        </w:rPr>
        <w:t xml:space="preserve">[28:11] </w:t>
      </w:r>
      <w:r>
        <w:t>ah chunke jo Hazrat Yosuf alaihissalam ki bemisal shakhsiyat thi us se Zulaikha bohat mutasir hui aur un ke upar farifta hone lagi.</w:t>
      </w:r>
    </w:p>
    <w:p>
      <w:pPr>
        <w:jc w:val="right"/>
      </w:pPr>
      <w:r>
        <w:t>اہ چونکہ جو حضرت یوسف علیہ السلام کی بے مثال شخصیت تھی اس سے زلیخہ بہت متاثر ہوئی اور ان کے اوپر فریفتہ ہونے لگی۔</w:t>
      </w:r>
    </w:p>
    <w:p>
      <w:r>
        <w:rPr>
          <w:b/>
        </w:rPr>
        <w:t xml:space="preserve">[28:20] </w:t>
      </w:r>
      <w:r>
        <w:t>ji lekin Yosuf alaihissalam ne apne aap ko door rakha. ji ah tab yeh sab jo baatein thi yeh phailne lagi.</w:t>
      </w:r>
    </w:p>
    <w:p>
      <w:pPr>
        <w:jc w:val="right"/>
      </w:pPr>
      <w:r>
        <w:t>جی لیکن یوسف علیہ السلام نے اپنے آپ کو دور رکھا۔ جی اہ تب یہ سب جو باتیں تھیں یہ پھیلنے لگیں۔</w:t>
      </w:r>
    </w:p>
    <w:p>
      <w:r>
        <w:rPr>
          <w:b/>
        </w:rPr>
        <w:t xml:space="preserve">[28:28] </w:t>
      </w:r>
      <w:r>
        <w:t>hmm jo ah Misr ke aala tabqe ke log the jo ladies thi wahan gossip chalne lagi Hazrat Yosuf alaihissalam aur Zulaikha ke bare mein.</w:t>
      </w:r>
    </w:p>
    <w:p>
      <w:pPr>
        <w:jc w:val="right"/>
      </w:pPr>
      <w:r>
        <w:t>ہمم جو اہ مصر کے اعلیٰ طبقے کے لوگ تھے جو لیڈیز تھیں وہاں گوسپ چلنے لگی حضرت یوسف علیہ السلام اور زلیخہ کے بارے میں۔</w:t>
      </w:r>
    </w:p>
    <w:p>
      <w:r>
        <w:rPr>
          <w:b/>
        </w:rPr>
        <w:t xml:space="preserve">[28:40] </w:t>
      </w:r>
      <w:r>
        <w:t>to Zulaikha ne ek bohat bara grand banquet organize kiya. ji jis mein kitabon mein aata hai ke 40 ladies ko bulaya.</w:t>
      </w:r>
    </w:p>
    <w:p>
      <w:pPr>
        <w:jc w:val="right"/>
      </w:pPr>
      <w:r>
        <w:t>تو زلیخہ نے ایک بہت بڑا گرینڈ بینکوٹ ارگنائز کیا۔ جی جس میں کتابوں میں آتا ہے کہ 40 لیڈیز کو بلایا۔</w:t>
      </w:r>
    </w:p>
    <w:p>
      <w:r>
        <w:rPr>
          <w:b/>
        </w:rPr>
        <w:t xml:space="preserve">[28:49] </w:t>
      </w:r>
      <w:r>
        <w:t>ji</w:t>
      </w:r>
    </w:p>
    <w:p>
      <w:pPr>
        <w:jc w:val="right"/>
      </w:pPr>
      <w:r>
        <w:t>جی</w:t>
      </w:r>
    </w:p>
    <w:p>
      <w:r>
        <w:rPr>
          <w:b/>
        </w:rPr>
        <w:t xml:space="preserve">[28:50] </w:t>
      </w:r>
      <w:r>
        <w:t>aur ladies se kaha ek bohat bade hall mein organize kiya tha aur ladies se kaha ke abhi yusuf alaihi assalam yusuf guzrenge yahan se aur jab woh guzren to tum phal kaatna.</w:t>
      </w:r>
    </w:p>
    <w:p>
      <w:pPr>
        <w:jc w:val="right"/>
      </w:pPr>
      <w:r>
        <w:t>اور لیڈیز سے کہا ایک بہت بڑے ہال میں ارگنائز کیا تھا اور لیڈیز سے کہا کہ ابھی یوسف علیہ السلام یوسف گزریں گے یہاں سے اور جب وہ گزریں تو تم پھل کاٹنا۔</w:t>
      </w:r>
    </w:p>
    <w:p>
      <w:r>
        <w:rPr>
          <w:b/>
        </w:rPr>
        <w:t xml:space="preserve">[29:03] </w:t>
      </w:r>
      <w:r>
        <w:t>ek hath mein knife de diya, ek hath mein phal de diya.</w:t>
      </w:r>
    </w:p>
    <w:p>
      <w:pPr>
        <w:jc w:val="right"/>
      </w:pPr>
      <w:r>
        <w:t>ایک ہاتھ میں نائف دے دیا، ایک ہاتھ میں پھل دے دیا۔</w:t>
      </w:r>
    </w:p>
    <w:p>
      <w:r>
        <w:rPr>
          <w:b/>
        </w:rPr>
        <w:t xml:space="preserve">[29:07] </w:t>
      </w:r>
      <w:r>
        <w:t>to jab woh guzre ah ah yusuf alaihi assalam to sari jo ladies thin woh itni mehv ho gayin aur mashhoor ho gayin unki besal shakhsiyat ko dekh ke, jaazib shakhsiyat ko dekh ke ke woh unhon ne apne hath hi kaat kaat dale phal ke phal ke bajaye.</w:t>
      </w:r>
    </w:p>
    <w:p>
      <w:pPr>
        <w:jc w:val="right"/>
      </w:pPr>
      <w:r>
        <w:t>تو جب وہ گزرے اہ اہ یوسف علیہ السلام تو ساری جو لیڈیز تھیں وہ اتنی محو ہو گئیں اور مشہور ہو گئیں ان کی بے مثال شخصیت کو دیکھ کے، جاذب شخصیت کو دیکھ کے کہ وہ انہوں نے اپنے ہاتھ ہی کاٹ کاٹ ڈالے پھل کے پھل کے بجائے۔</w:t>
      </w:r>
    </w:p>
    <w:p>
      <w:r>
        <w:rPr>
          <w:b/>
        </w:rPr>
        <w:t xml:space="preserve">[29:27] </w:t>
      </w:r>
      <w:r>
        <w:t>aur quran mein aata hai woh bolen hasha lillah god save us mahza bashar inna ha illa malakun karim ke yeh to koi insan nahi hai he is not a human being</w:t>
      </w:r>
    </w:p>
    <w:p>
      <w:pPr>
        <w:jc w:val="right"/>
      </w:pPr>
      <w:r>
        <w:t>اور قرآن میں آتا ہے وہ بولیں حاشا للہ گاڈ سیو اس ماھذا بشرا انھذا الا ملک کریم کہ یہ تو کوئی انسان نہیں ہے he is not a human being</w:t>
      </w:r>
    </w:p>
    <w:p>
      <w:r>
        <w:rPr>
          <w:b/>
        </w:rPr>
        <w:t xml:space="preserve">[29:41] </w:t>
      </w:r>
      <w:r>
        <w:t>ji he is a noble angel hmm yani yeh to ek farishta hai. to woh sab ladies bepanah mashhoor ho gayin aur aur speechless ho gayin.</w:t>
      </w:r>
    </w:p>
    <w:p>
      <w:pPr>
        <w:jc w:val="right"/>
      </w:pPr>
      <w:r>
        <w:t>جی he is a noble angel ہمم یعنی یہ تو ایک فرشتہ ہے۔ تو وہ سب لیڈیز بے پناہ مشہور ہو گئیں اور اور اسپیچ لیس ہو گئیں۔</w:t>
      </w:r>
    </w:p>
    <w:p>
      <w:r>
        <w:rPr>
          <w:b/>
        </w:rPr>
        <w:t xml:space="preserve">[29:53] </w:t>
      </w:r>
      <w:r>
        <w:t>ji to is baat pe ah is waqe pe molana ne tazkira quran mein bohat acha likha hai. ji ke ek taraf to misr ke aala tabqe ki khawateen thin</w:t>
      </w:r>
    </w:p>
    <w:p>
      <w:pPr>
        <w:jc w:val="right"/>
      </w:pPr>
      <w:r>
        <w:t>جی تو اس بات پہ اہ اس واقعے پہ مولانا نے تذکرہ القرآن میں بہت اچھا لکھا ہے۔ جی کہ ایک طرف تو مصر کے اعلیٰ طبقے کی خواتین تھیں</w:t>
      </w:r>
    </w:p>
    <w:p>
      <w:r>
        <w:rPr>
          <w:b/>
        </w:rPr>
        <w:t xml:space="preserve">[30:07] </w:t>
      </w:r>
      <w:r>
        <w:t>jo hazrat yusuf alaihi assalam ki purkashish shakhsiyat se mehv ho gayin thin. ji aur mashhoor ho gayin thin.</w:t>
      </w:r>
    </w:p>
    <w:p>
      <w:pPr>
        <w:jc w:val="right"/>
      </w:pPr>
      <w:r>
        <w:t>جو حضرت یوسف علیہ السلام کی پرکشش شخصیت سے محو ہو گئی تھیں۔ جی اور مشہور ہو گئی تھیں۔</w:t>
      </w:r>
    </w:p>
    <w:p>
      <w:r>
        <w:rPr>
          <w:b/>
        </w:rPr>
        <w:t xml:space="preserve">[30:15] </w:t>
      </w:r>
      <w:r>
        <w:t>aur doosri taraf ah yusuf alaihi assalam the. ji jo ke jinki tamam tar tawajjuh ah jo tamam tar unhon ne apni tawajjuh ko khuda ke upar lagaya hua tha.</w:t>
      </w:r>
    </w:p>
    <w:p>
      <w:pPr>
        <w:jc w:val="right"/>
      </w:pPr>
      <w:r>
        <w:t>اور دوسری طرف اہ یوسف علیہ السلام تھے۔ جی جو کہ جن کی تمام تر توجہ اہ جو تمام تر انہوں نے اپنی توجہ کو خدا کے اوپر لگایا ہوا تھا۔</w:t>
      </w:r>
    </w:p>
    <w:p>
      <w:r>
        <w:rPr>
          <w:b/>
        </w:rPr>
        <w:t xml:space="preserve">[30:28] </w:t>
      </w:r>
      <w:r>
        <w:t>aur khuda ki azmat aur kibriyai mein woh itna zyada sarsar the ke kisi aur cheez ki taraf unki t</w:t>
      </w:r>
    </w:p>
    <w:p>
      <w:pPr>
        <w:jc w:val="right"/>
      </w:pPr>
      <w:r>
        <w:t>اور خدا کی عظمت اور کبریائی میں وہ اتنا زیادہ سرشار تھے کہ کسی اور چیز کی طرف ان کی ت</w:t>
      </w:r>
    </w:p>
    <w:p>
      <w:r>
        <w:rPr>
          <w:b/>
        </w:rPr>
        <w:t xml:space="preserve">[30:36] </w:t>
      </w:r>
      <w:r>
        <w:t>awajjuh nahi ho saki. ji ji sahi to molana ne likha hai mashallah isko ke ke ah kitna farq hai ek insan aur doosre insan mein.</w:t>
      </w:r>
    </w:p>
    <w:p>
      <w:pPr>
        <w:jc w:val="right"/>
      </w:pPr>
      <w:r>
        <w:t>وجہ نہیں ہو سکی۔ جی جی صحیح تو مولانا نے لکھا ہے ماشاءاللہ اس کو کہ کہ اہ کتنا فرق ہے ایک انسان اور دوسرے انسان میں۔</w:t>
      </w:r>
    </w:p>
    <w:p>
      <w:r>
        <w:rPr>
          <w:b/>
        </w:rPr>
        <w:t xml:space="preserve">[30:44] </w:t>
      </w:r>
      <w:r>
        <w:t>ji ji doctor sahab bilkul sahi kaha</w:t>
      </w:r>
    </w:p>
    <w:p>
      <w:pPr>
        <w:jc w:val="right"/>
      </w:pPr>
      <w:r>
        <w:t>جی جی ڈاکٹر صاحب بالکل صحیح کہا</w:t>
      </w:r>
    </w:p>
    <w:p>
      <w:r>
        <w:rPr>
          <w:b/>
        </w:rPr>
        <w:t xml:space="preserve">[30:49] </w:t>
      </w:r>
      <w:r>
        <w:t>ah actually prophet yusuf ne apni fitrat rabbani ko mehfooz kar ke rakha tha aur jo unke kaam aa gayi. aur molana wahiduddin khan sahab ne ek jagah bohat ache se bataya ke haq ya na-haq bhalai aur burai ah paidaishi taur par hi har insan ke andar rehti hai.</w:t>
      </w:r>
    </w:p>
    <w:p>
      <w:pPr>
        <w:jc w:val="right"/>
      </w:pPr>
      <w:r>
        <w:t>اہ ایکچولی پرافٹ یوسف نے اپنے فطرت ربانی کو محفوظ کر کے رکھا تھا اور جو ان کے کام آ گئی۔ اور مولانا وحید الدین خان صاحب نے ایک جگہ بہت اچھے سے بتایا کہ حق یا ناحق بھلائی اور برائی اہ پیدائشی طور پر ہی ہر انسان کے اندر رہتی ہے۔</w:t>
      </w:r>
    </w:p>
    <w:p>
      <w:r>
        <w:rPr>
          <w:b/>
        </w:rPr>
        <w:t xml:space="preserve">[31:08] </w:t>
      </w:r>
      <w:r>
        <w:t>ah</w:t>
      </w:r>
    </w:p>
    <w:p>
      <w:pPr>
        <w:jc w:val="right"/>
      </w:pPr>
      <w:r>
        <w:t>اہ</w:t>
      </w:r>
    </w:p>
    <w:p>
      <w:r>
        <w:rPr>
          <w:b/>
        </w:rPr>
        <w:t xml:space="preserve">[31:09] </w:t>
      </w:r>
      <w:r>
        <w:t>agar woh usko nazar andaz kar de to usne goya khuda ki awaz ko nazar andaz kiya. ah aur dheere dheere hota kya hai ke dheere dheere woh phir kam hoti chali jati hai.</w:t>
      </w:r>
    </w:p>
    <w:p>
      <w:pPr>
        <w:jc w:val="right"/>
      </w:pPr>
      <w:r>
        <w:t>اگر وہ اس کو نظر انداز کر دے تو اس نے گویا خدا کی آواز کو نظر انداز کیا۔ اہ اور دھیرے دھیرے ہوتا کیا ہے کہ دھیرے دھیرے وہ پھر کم ہوتی چلی جاتی ہے۔</w:t>
      </w:r>
    </w:p>
    <w:p>
      <w:r>
        <w:rPr>
          <w:b/>
        </w:rPr>
        <w:t xml:space="preserve">[31:20] </w:t>
      </w:r>
      <w:r>
        <w:t>to jis cheez ne ah prophet yusuf ko burai se bachaya ah woh allah ka darr tha. hmm ah lekin doctor sahab kya hua ke iske bawajood ah jo zulekha thi unhon ne unko ah imprison karwa diya.</w:t>
      </w:r>
    </w:p>
    <w:p>
      <w:pPr>
        <w:jc w:val="right"/>
      </w:pPr>
      <w:r>
        <w:t>تو جس چیز نے اہ پرافٹ یوسف کو برائی سے بچایا اہ وہ اللہ کا ڈر تھا۔ ہمم اہ لیکن ڈاکٹر صاحب کیا ہوا کہ اس کے باوجود اہ جو زلیخہ تھی انہوں نے ان کو اہ امپریزن کروا دیا۔</w:t>
      </w:r>
    </w:p>
    <w:p>
      <w:r>
        <w:rPr>
          <w:b/>
        </w:rPr>
        <w:t xml:space="preserve">[31:35] </w:t>
      </w:r>
      <w:r>
        <w:t>ah to iske aage kya hua iske bare mein aap bataiye. hmm</w:t>
      </w:r>
    </w:p>
    <w:p>
      <w:pPr>
        <w:jc w:val="right"/>
      </w:pPr>
      <w:r>
        <w:t>اہ تو اس کے آگے کیا ہوا اس کے بارے میں آپ بتائیے۔ ہمم</w:t>
      </w:r>
    </w:p>
    <w:p>
      <w:r>
        <w:rPr>
          <w:b/>
        </w:rPr>
        <w:t xml:space="preserve">[31:39] </w:t>
      </w:r>
      <w:r>
        <w:t>ji yeh baat aap ne bohat achi batayi ke agar insan khuda ki awaz ko na sune to ahista ahista uski jo salahiyat hai woh kam ho jati hai.</w:t>
      </w:r>
    </w:p>
    <w:p>
      <w:pPr>
        <w:jc w:val="right"/>
      </w:pPr>
      <w:r>
        <w:t>جی یہ بات آپ نے بہت اچھی بتائی کہ اگر انسان خدا کی آواز کو نہ سنے تو آہستہ آہستہ اس کی جو صلاحیت ہے وہ کم ہو جاتی ہے۔</w:t>
      </w:r>
    </w:p>
    <w:p>
      <w:r>
        <w:rPr>
          <w:b/>
        </w:rPr>
        <w:t xml:space="preserve">[31:50] </w:t>
      </w:r>
      <w:r>
        <w:t>ji jaise ek ah ek misl hai, muhavara hai ke naqqar khane mein tooti ki awaz.</w:t>
      </w:r>
    </w:p>
    <w:p>
      <w:pPr>
        <w:jc w:val="right"/>
      </w:pPr>
      <w:r>
        <w:t>جی جیسے ایک اہ ایک مثل ہے، محاورہ ہے کہ نقار خانے میں طوطی کی آواز۔</w:t>
      </w:r>
    </w:p>
    <w:p>
      <w:r>
        <w:rPr>
          <w:b/>
        </w:rPr>
        <w:t xml:space="preserve">[32:00] </w:t>
      </w:r>
      <w:r>
        <w:t>ji naqqar khana kehte hain drum. ji drum house. ji</w:t>
      </w:r>
    </w:p>
    <w:p>
      <w:pPr>
        <w:jc w:val="right"/>
      </w:pPr>
      <w:r>
        <w:t>جی نقار خانہ کہتے ہیں ڈرم۔ جی ڈرم ہاؤس۔ جی</w:t>
      </w:r>
    </w:p>
    <w:p>
      <w:r>
        <w:rPr>
          <w:b/>
        </w:rPr>
        <w:t xml:space="preserve">[32:04] </w:t>
      </w:r>
      <w:r>
        <w:t>jahan drum bajte hain aur tooti ek choti chidiya hoti hai, woh halki si awaz hoti hai. ji to jab insan apni jo fitrat hai us pe baqi nahi rehta to jo khuda ke inspirations hain.</w:t>
      </w:r>
    </w:p>
    <w:p>
      <w:pPr>
        <w:jc w:val="right"/>
      </w:pPr>
      <w:r>
        <w:t>جہاں ڈرم بجتے ہیں اور طوطی ایک چھوٹی چڑیا ہوتی ہے، وہ ہلکی سی آواز ہوتی ہے۔ جی تو جب انسان اپنی جو فطرت ہے اس پہ باقی نہیں رہتا تو جو خدا کے انسپیریشنز ہیں۔</w:t>
      </w:r>
    </w:p>
    <w:p>
      <w:r>
        <w:rPr>
          <w:b/>
        </w:rPr>
        <w:t xml:space="preserve">[32:16] </w:t>
      </w:r>
      <w:r>
        <w:t>ji woh phir ahista ahista itne halke ho jate hain ke woh phir sun bhi nahi pata, mehsoos bhi nahi kar pata. ji to ah phir zulekha ne ah yusuf alaihi assalam ko dhamki di ke woh jail mein bhejwa degi, threat kiya.</w:t>
      </w:r>
    </w:p>
    <w:p>
      <w:pPr>
        <w:jc w:val="right"/>
      </w:pPr>
      <w:r>
        <w:t>جی وہ پھر آہستہ آہستہ اتنے ہلکے ہو جاتے ہیں کہ وہ پھر سن بھی نہیں پاتا، محسوس بھی نہیں کر پاتا۔ جی تو اہ پھر زلیخہ نے اہ یوسف علیہ السلام کو دھمکی دی کہ وہ جیل میں بھجوا دے گی، تھریٹ کیا۔</w:t>
      </w:r>
    </w:p>
    <w:p>
      <w:r>
        <w:rPr>
          <w:b/>
        </w:rPr>
        <w:t xml:space="preserve">[32:34] </w:t>
      </w:r>
      <w:r>
        <w:t>to yusuf alaihi assalam ne dua ki. ji qala rabbi al-sijnu ahabbu ilayya ke aye mere rab mujhe jail zyada pasand hai, jail zyada aziz hai.</w:t>
      </w:r>
    </w:p>
    <w:p>
      <w:pPr>
        <w:jc w:val="right"/>
      </w:pPr>
      <w:r>
        <w:t>تو یوسف علیہ السلام نے دعا کی۔ جی قال رب سجن احب الی کہ اے میرے رب مجھے جیل زیادہ پسند ہے، جیل زیادہ عزیز ہے۔</w:t>
      </w:r>
    </w:p>
    <w:p>
      <w:r>
        <w:rPr>
          <w:b/>
        </w:rPr>
        <w:t xml:space="preserve">[32:46] </w:t>
      </w:r>
      <w:r>
        <w:t>I would prefer prison than what they call me to ji to to allah taala ne dua qubool kar di.</w:t>
      </w:r>
    </w:p>
    <w:p>
      <w:pPr>
        <w:jc w:val="right"/>
      </w:pPr>
      <w:r>
        <w:t>I would prefer prison than what they call me to جی تو تو اللہ تعالی نے دعا قبول کر دی۔</w:t>
      </w:r>
    </w:p>
    <w:p>
      <w:r>
        <w:rPr>
          <w:b/>
        </w:rPr>
        <w:t xml:space="preserve">[32:54] </w:t>
      </w:r>
      <w:r>
        <w:t>fastajaba lahu rabbuhu yani allah ne dua qubool kar li aur un unki jo ladies ki jo fareb tha us se door kar diya.</w:t>
      </w:r>
    </w:p>
    <w:p>
      <w:pPr>
        <w:jc w:val="right"/>
      </w:pPr>
      <w:r>
        <w:t>فاستجاب له ربه یعنی اللہ نے دعا قبول کر لی اور ان ان کی جو لیڈیز کی جو فریب تھا اس سے دور کر دیا۔</w:t>
      </w:r>
    </w:p>
    <w:p>
      <w:r>
        <w:rPr>
          <w:b/>
        </w:rPr>
        <w:t xml:space="preserve">[33:04] </w:t>
      </w:r>
      <w:r>
        <w:t>to is tarike se hazrat yusuf alaihi assalam ko jail ho gayi. is zamane mein jo slave hota tha uske koi rights nahi hote the.</w:t>
      </w:r>
    </w:p>
    <w:p>
      <w:pPr>
        <w:jc w:val="right"/>
      </w:pPr>
      <w:r>
        <w:t>تو اس طریقے سے حضرت یوسف علیہ السلام کو جیل ہو گئی۔ اس زمانے میں جو سلیو ہوتا تھا اس کے کوئی رائٹس نہیں ہوتے تھے۔</w:t>
      </w:r>
    </w:p>
    <w:p>
      <w:r>
        <w:rPr>
          <w:b/>
        </w:rPr>
        <w:t xml:space="preserve">[33:15] </w:t>
      </w:r>
      <w:r>
        <w:t>ji yani sirf jo aaqa hai, jo master hai slave ka, woh yeh keh de ke is ko jail mein bhej do, bas itna kaafi hota tha. to is tareeqay se bana kisi qasoor ke, bana kisi legal koi process ke, in ko jail ho gayi.</w:t>
      </w:r>
    </w:p>
    <w:p>
      <w:pPr>
        <w:jc w:val="right"/>
      </w:pPr>
      <w:r>
        <w:t>جی یعنی صرف جو آقا ہے، جو ماسٹر ہے سلیو کا، وہ یہ کہہ دے کہ اس کو جیل میں بھیج دو، بس اتنا کافی ہوتا تھا۔ تو اس طریقے سے بنا کسی قصور کے، بنا کسی اہ لیگل کوئی پروسیس کے، ان کو جیل ہو گئی۔</w:t>
      </w:r>
    </w:p>
    <w:p>
      <w:r>
        <w:rPr>
          <w:b/>
        </w:rPr>
        <w:t xml:space="preserve">[33:31] </w:t>
      </w:r>
      <w:r>
        <w:t>ji</w:t>
      </w:r>
    </w:p>
    <w:p>
      <w:pPr>
        <w:jc w:val="right"/>
      </w:pPr>
      <w:r>
        <w:t>جی</w:t>
      </w:r>
    </w:p>
    <w:p>
      <w:r>
        <w:rPr>
          <w:b/>
        </w:rPr>
        <w:t xml:space="preserve">[33:32] </w:t>
      </w:r>
      <w:r>
        <w:t>angrezon ke zamanay mein kya hota tha ke jab yeh freedom fighters agitation waghera karte thay to woh aisi jail mein bhar dete thay inhein.</w:t>
      </w:r>
    </w:p>
    <w:p>
      <w:pPr>
        <w:jc w:val="right"/>
      </w:pPr>
      <w:r>
        <w:t>انگریزوں کے زمانے میں کیا ہوتا تھا کہ جب یہ فریڈم فائٹرز اہ ایجیٹیشن وغیرہ کرتے تھے تو وہ ایسی جیل میں بھر دیتے تھے انہیں۔</w:t>
      </w:r>
    </w:p>
    <w:p>
      <w:r>
        <w:rPr>
          <w:b/>
        </w:rPr>
        <w:t xml:space="preserve">[33:41] </w:t>
      </w:r>
      <w:r>
        <w:t>ji to mashhoor ho gaya tha ke no wakeel no appeal no daleel. ji to aise hi tha woh zamanah.</w:t>
      </w:r>
    </w:p>
    <w:p>
      <w:pPr>
        <w:jc w:val="right"/>
      </w:pPr>
      <w:r>
        <w:t>جی تو مشہور ہو گیا تھا کہ no وکیل no appeal no دلیل۔ جی تو ایسے ہی تھا وہ زمانہ۔</w:t>
      </w:r>
    </w:p>
    <w:p>
      <w:r>
        <w:rPr>
          <w:b/>
        </w:rPr>
        <w:t xml:space="preserve">[33:50] </w:t>
      </w:r>
      <w:r>
        <w:t>ji no wakeel no daleel no appeal. ji to wahan aise hi tha ke koi koi woh nahi tha qanoon, bas yeh ke aaqa keh de.</w:t>
      </w:r>
    </w:p>
    <w:p>
      <w:pPr>
        <w:jc w:val="right"/>
      </w:pPr>
      <w:r>
        <w:t>جی no وکیل no دلیل no اپیل۔ جی تو وہاں ایسے ہی تھا کہ کوئی کوئی وہ نہیں تھا قانون، بس یہ کہ آقا کہہ دے۔</w:t>
      </w:r>
    </w:p>
    <w:p>
      <w:r>
        <w:rPr>
          <w:b/>
        </w:rPr>
        <w:t xml:space="preserve">[33:59] </w:t>
      </w:r>
      <w:r>
        <w:t>ji</w:t>
      </w:r>
    </w:p>
    <w:p>
      <w:pPr>
        <w:jc w:val="right"/>
      </w:pPr>
      <w:r>
        <w:t>جی</w:t>
      </w:r>
    </w:p>
    <w:p>
      <w:r>
        <w:rPr>
          <w:b/>
        </w:rPr>
        <w:t xml:space="preserve">[34:00] </w:t>
      </w:r>
      <w:r>
        <w:t>to woh jail mein pahuncha diya. ji lekin woh jo jail tha, humm ek hadith yahan par yaad aa rahi hai,</w:t>
      </w:r>
    </w:p>
    <w:p>
      <w:pPr>
        <w:jc w:val="right"/>
      </w:pPr>
      <w:r>
        <w:t>تو وہ اہ جیل میں پہنچا دیا۔ جی اہ لیکن وہ جو جیل تھا، ہمم ایک حدیث یہاں پر یاد آ رہی ہے،</w:t>
      </w:r>
    </w:p>
    <w:p>
      <w:r>
        <w:rPr>
          <w:b/>
        </w:rPr>
        <w:t xml:space="preserve">[34:14] </w:t>
      </w:r>
      <w:r>
        <w:t>ek bohat achhi hadith hai ke agar ek banda iradah karta hai kisi good deed ka, koi achhay kaam ka, us ke andar desire paida hoti hai to Allah ek neki ka sawab de deta hai.</w:t>
      </w:r>
    </w:p>
    <w:p>
      <w:pPr>
        <w:jc w:val="right"/>
      </w:pPr>
      <w:r>
        <w:t>ایک بہت اچھی حدیث ہے کہ اگر ایک بندہ ارادہ کرتا ہے کسی گڈ ڈیٹ کا، کوئی اچھے کام کا، اس کے اندر ڈیزائر پیدا ہوتی ہے تو اللہ ایک نیکی کا ثواب دے دیتا ہے۔</w:t>
      </w:r>
    </w:p>
    <w:p>
      <w:r>
        <w:rPr>
          <w:b/>
        </w:rPr>
        <w:t xml:space="preserve">[34:28] </w:t>
      </w:r>
      <w:r>
        <w:t>yani sirf iraday pe, sirf desire pe. aur agar woh kaam woh kar deta hai, naik kaam, humm to tenfold kar deta</w:t>
      </w:r>
    </w:p>
    <w:p>
      <w:pPr>
        <w:jc w:val="right"/>
      </w:pPr>
      <w:r>
        <w:t>یعنی صرف ارادے پہ، صرف ڈیزائر پہ۔ اور اگر وہ کام وہ کر دیتا ہے، نیک کام، ہمم تو ٹین فولڈ کر دیتا</w:t>
      </w:r>
    </w:p>
    <w:p>
      <w:r>
        <w:rPr>
          <w:b/>
        </w:rPr>
        <w:t xml:space="preserve">[34:39] </w:t>
      </w:r>
      <w:r>
        <w:t>hai us ke sawab ko. ji aur agar woh shakhs koi bad deed ka iradah karta hai, ji buray kaam ka iradah karta hai, phir woh use nahi karta to bhi ek neki ka sawab de deta hai Allah taala, chunchay woh Allah ke darr se woh is cheez se bach gaya.</w:t>
      </w:r>
    </w:p>
    <w:p>
      <w:pPr>
        <w:jc w:val="right"/>
      </w:pPr>
      <w:r>
        <w:t>ہے اس کے ثواب کو۔ جی اور اگر وہ شخص کوئی بیڈ ڈیٹ کا ارادہ کرتا ہے، جی برے کام کا ارادہ کرتا ہے، پھر وہ اسے نہیں کرتا تو بھی ایک نیکی کا ثواب دے دیتا ہے اللہ تعالی، چونکہ وہ اللہ کے ڈر سے وہ اس چیز سے بچ گیا۔</w:t>
      </w:r>
    </w:p>
    <w:p>
      <w:r>
        <w:rPr>
          <w:b/>
        </w:rPr>
        <w:t xml:space="preserve">[34:56] </w:t>
      </w:r>
      <w:r>
        <w:t>ji to jail jo thi, humm woh chunchay Allah ka ek plan tha, woh aur ek kamyabi ka bohat bara zeenah ban</w:t>
      </w:r>
    </w:p>
    <w:p>
      <w:pPr>
        <w:jc w:val="right"/>
      </w:pPr>
      <w:r>
        <w:t>جی تو جیل جو تھی، ہمم وہ چونکہ اللہ کا ایک پلان تھا، وہ اور ایک کامیابی کا بہت بڑا زینہ بن</w:t>
      </w:r>
    </w:p>
    <w:p>
      <w:r>
        <w:rPr>
          <w:b/>
        </w:rPr>
        <w:t xml:space="preserve">[35:07] </w:t>
      </w:r>
      <w:r>
        <w:t>ban gaya. ji yani misr ke chand logon mein, chand aala jo families theen, ji un tak Hazrat Yusuf علیہ السلام ka introduction hua tha.</w:t>
      </w:r>
    </w:p>
    <w:p>
      <w:pPr>
        <w:jc w:val="right"/>
      </w:pPr>
      <w:r>
        <w:t>بن گیا۔ جی یعنی اہ مصر کے چند لوگوں میں، اہ چند اعلیٰ جو فیملیز تھیں، جی ان تک حضرت اہ یوسف علیہ السلام اہ کا انٹروڈکشن ہوا تھا۔</w:t>
      </w:r>
    </w:p>
    <w:p>
      <w:r>
        <w:rPr>
          <w:b/>
        </w:rPr>
        <w:t xml:space="preserve">[35:20] </w:t>
      </w:r>
      <w:r>
        <w:t>ji lekin yahan jail mein yeh imkan paida ho gaya ke khud king, humm tak Hazrat Yusuf علیہ السلام ki baat pahunch jaye aur un ka introduction pahunch jaye.</w:t>
      </w:r>
    </w:p>
    <w:p>
      <w:pPr>
        <w:jc w:val="right"/>
      </w:pPr>
      <w:r>
        <w:t>جی لیکن اہ یہاں جیل میں یہ امکان پیدا ہو گیا کہ خود کنگ، ہمم تک حضرت یوسف علیہ السلام کی بات پہنچ جائے اور ان کا انٹروڈکشن پہنچ جائے۔</w:t>
      </w:r>
    </w:p>
    <w:p>
      <w:r>
        <w:rPr>
          <w:b/>
        </w:rPr>
        <w:t xml:space="preserve">[35:35] </w:t>
      </w:r>
      <w:r>
        <w:t>to yeh bohat hi bara sabak hai is ke andar ke bazahir jail jana pada aur jail zahir hai ek bohat hi bari museebat ki jagah hai.</w:t>
      </w:r>
    </w:p>
    <w:p>
      <w:pPr>
        <w:jc w:val="right"/>
      </w:pPr>
      <w:r>
        <w:t>تو یہ بہت ہی بڑا سبق ہے اس کے اندر کہ بظاہر جیل جانا پڑا اور جیل ظاہر ہے ایک بہت ہی بڑی مصیبت کی جگہ ہے۔</w:t>
      </w:r>
    </w:p>
    <w:p>
      <w:r>
        <w:rPr>
          <w:b/>
        </w:rPr>
        <w:t xml:space="preserve">[35:46] </w:t>
      </w:r>
      <w:r>
        <w:t>lekin isi se Allah taala ne ek bohat hi bara zeenah aur us ki seedhi bana di,</w:t>
      </w:r>
    </w:p>
    <w:p>
      <w:pPr>
        <w:jc w:val="right"/>
      </w:pPr>
      <w:r>
        <w:t>اہ لیکن اسی سے اللہ تعالی نے ایک بہت ہی بڑا زینہ اور اس کی سیڑھی بنا دی،</w:t>
      </w:r>
    </w:p>
    <w:p>
      <w:r>
        <w:rPr>
          <w:b/>
        </w:rPr>
        <w:t xml:space="preserve">[35:52] </w:t>
      </w:r>
      <w:r>
        <w:t>bohat hi aala maqam pe pahunchne ki. to baz auqat hum bhi in is tarah ke mushkil halaat se guzarte hain, chunchay yeh bohat zaroori hai ke insaan ko ups and downs ka woh kiya jaye, tabhi us ke jo inner hidden potentials hain woh nikalte hain.</w:t>
      </w:r>
    </w:p>
    <w:p>
      <w:pPr>
        <w:jc w:val="right"/>
      </w:pPr>
      <w:r>
        <w:t>بہت ہی اعلیٰ مقام پہ پہنچنے کی۔ تو بعض اوقات ہم بھی ان اس طرح کے مشکل حالات سے گزرتے ہیں، چونکہ اہ یہ بہت ضروری ہے کہ انسان کو اپس اینڈ ڈاؤنز کا وہ کیا جائے، تبھی اس کے جو انر ہڈن پوٹینشل ہیں وہ نکلتے ہیں۔</w:t>
      </w:r>
    </w:p>
    <w:p>
      <w:r>
        <w:rPr>
          <w:b/>
        </w:rPr>
        <w:t xml:space="preserve">[36:10] </w:t>
      </w:r>
      <w:r>
        <w:t>to insaan pareshan ho jata hai kis museebat mein mein phans gaya,</w:t>
      </w:r>
    </w:p>
    <w:p>
      <w:pPr>
        <w:jc w:val="right"/>
      </w:pPr>
      <w:r>
        <w:t>تو انسان پریشان ہو جاتا ہے کس مصیبت میں میں پھنس گیا،</w:t>
      </w:r>
    </w:p>
    <w:p>
      <w:r>
        <w:rPr>
          <w:b/>
        </w:rPr>
        <w:t xml:space="preserve">[36:15] </w:t>
      </w:r>
      <w:r>
        <w:t>lekin woh Allah ka ek plan hota hai ke isi ke zariye aap ko ek bohat hi aala maqam tak pahunchane ka Allah ka plan hota hai. ji to yeh yahi ek bohat hi aham tareen sabak hai jo hamein Hazrat Yusuf علیہ السلام ke qissay se milta hai.</w:t>
      </w:r>
    </w:p>
    <w:p>
      <w:pPr>
        <w:jc w:val="right"/>
      </w:pPr>
      <w:r>
        <w:t>لیکن وہ اللہ کا ایک پلان ہوتا ہے کہ اسی کے ذریعے آپ کو ایک بہت ہی اعلیٰ مقام تک پہنچانے کا اللہ کا پلان ہوتا ہے۔ جی تو اہ یہ یہی ایک بہت ہی اہم ترین سبق ہے جو ہمیں حضرت یوسف علیہ السلام کے قصے سے ملتا ہے۔</w:t>
      </w:r>
    </w:p>
    <w:p>
      <w:r>
        <w:rPr>
          <w:b/>
        </w:rPr>
        <w:t xml:space="preserve">[36:31] </w:t>
      </w:r>
      <w:r>
        <w:t>ji ji bohat achhi baat batai doctor sahab aap ne. ji aur yahin pe hum yeh bhi dekhte hain ke kahani bohat hi dilchasp morr le</w:t>
      </w:r>
    </w:p>
    <w:p>
      <w:pPr>
        <w:jc w:val="right"/>
      </w:pPr>
      <w:r>
        <w:t>جی جی اہ بہت اہ اچھی بات بتائی ڈاکٹر صاحب آپ نے۔ جی اور یہیں پہ ہم یہ بھی دیکھتے ہیں کہ کہانی بہت ہی دلچسپ موڑ ل</w:t>
      </w:r>
    </w:p>
    <w:p>
      <w:r>
        <w:rPr>
          <w:b/>
        </w:rPr>
        <w:t xml:space="preserve">[36:42] </w:t>
      </w:r>
      <w:r>
        <w:t>leti hai. aur jaise aap ne bataya ke tha qaid khana, lekin ek imkanat ka zariya ban gaya. aur woh pehle kuch chand gharon mein jaane jate thay, lekin phir poore misr tak un ki charcha hone lagi.</w:t>
      </w:r>
    </w:p>
    <w:p>
      <w:pPr>
        <w:jc w:val="right"/>
      </w:pPr>
      <w:r>
        <w:t>ے لیتی ہے۔ اہ اور جیسے آپ نے بتایا کہ اہ تھا قید خانہ، لیکن ایک امکانات کا ذریعہ بن گیا۔ اور وہ اہ پہلے کچھ چند گھروں میں جانے جاتے تھے، لیکن پھر پورے مصر تک ان کی چرچا ہونے لگی۔</w:t>
      </w:r>
    </w:p>
    <w:p>
      <w:r>
        <w:rPr>
          <w:b/>
        </w:rPr>
        <w:t xml:space="preserve">[36:56] </w:t>
      </w:r>
      <w:r>
        <w:t>aur is ki soorat yeh hui ke isi jail mein do aur naujawan qaidee jo shahi mahal se talluq rakhte thay, un ko laya gaya.</w:t>
      </w:r>
    </w:p>
    <w:p>
      <w:pPr>
        <w:jc w:val="right"/>
      </w:pPr>
      <w:r>
        <w:t>اور اس کی صورت یہ ہوئی کہ اسی جیل میں دو اور نوجوان قیدی جو شاہی محل سے تعلق رکھتے تھے، ان کو لایا گیا۔</w:t>
      </w:r>
    </w:p>
    <w:p>
      <w:r>
        <w:rPr>
          <w:b/>
        </w:rPr>
        <w:t xml:space="preserve">[37:05] </w:t>
      </w:r>
      <w:r>
        <w:t>aur un ko bari ajeeb si baat hai doctor sahab ke Allah taala ne un ko salahiyat di thi dream ki khwab ki taabeer karne ke liye.</w:t>
      </w:r>
    </w:p>
    <w:p>
      <w:pPr>
        <w:jc w:val="right"/>
      </w:pPr>
      <w:r>
        <w:t>اور اہ ان کو بڑی عجیب سی بات ہے ڈاکٹر صاحب کہ اللہ تعالی نے ان کو صلاحیت دی تھی اہ ڈریم کی خواب کی تعبیر کرنے کے لیے۔</w:t>
      </w:r>
    </w:p>
    <w:p>
      <w:r>
        <w:rPr>
          <w:b/>
        </w:rPr>
        <w:t xml:space="preserve">[37:14] </w:t>
      </w:r>
      <w:r>
        <w:t>aur in do qaidiyon ko bhi bohat hi strange khwab aa</w:t>
      </w:r>
    </w:p>
    <w:p>
      <w:pPr>
        <w:jc w:val="right"/>
      </w:pPr>
      <w:r>
        <w:t>اور ان دو قیدیوں کو بھی بہت ہی سٹرینج اہ خواب آ</w:t>
      </w:r>
    </w:p>
    <w:p>
      <w:r>
        <w:rPr>
          <w:b/>
        </w:rPr>
        <w:t xml:space="preserve">[37:18] </w:t>
      </w:r>
      <w:r>
        <w:t>aye. to woh kya khwab thay, is ke baray mein thora sa doctor sahab hum sab ko bataiye. jab jab Yusuf علیہ السلام qaid khanay mein gaye,</w:t>
      </w:r>
    </w:p>
    <w:p>
      <w:pPr>
        <w:jc w:val="right"/>
      </w:pPr>
      <w:r>
        <w:t>ئے۔ اہ تو وہ کیا خواب تھے، اس کے بارے میں تھوڑا سا ڈاکٹر صاحب ہم سب کو بتائیے۔ جب اہ جب یوسف علیہ السلام قید خانے میں گئے،</w:t>
      </w:r>
    </w:p>
    <w:p>
      <w:r>
        <w:rPr>
          <w:b/>
        </w:rPr>
        <w:t xml:space="preserve">[37:31] </w:t>
      </w:r>
      <w:r>
        <w:t>prison mein to taqreeban usi waqt do aur qaidee aaye wahan jinka talluq jaise abhi doctor ajit ne bataya ke mahal se tha, king ke mahal se tha.</w:t>
      </w:r>
    </w:p>
    <w:p>
      <w:pPr>
        <w:jc w:val="right"/>
      </w:pPr>
      <w:r>
        <w:t>پریزن میں تو تقریباً اسی وقت دو اور قیدی آئے وہاں جن کا تعلق جیسے ابھی ڈاکٹر اجت نے بتایا کہ اہ محل سے تھا، کنگ کے محل سے تھا۔</w:t>
      </w:r>
    </w:p>
    <w:p>
      <w:r>
        <w:rPr>
          <w:b/>
        </w:rPr>
        <w:t xml:space="preserve">[37:46] </w:t>
      </w:r>
      <w:r>
        <w:t>tu</w:t>
      </w:r>
    </w:p>
    <w:p>
      <w:pPr>
        <w:jc w:val="right"/>
      </w:pPr>
      <w:r>
        <w:t>تو</w:t>
      </w:r>
    </w:p>
    <w:p>
      <w:r>
        <w:rPr>
          <w:b/>
        </w:rPr>
        <w:t xml:space="preserve">[37:47] </w:t>
      </w:r>
      <w:r>
        <w:t>woh do do qidi darasal un ke upar ilzaam tha ke unhon ne king ko poison karne ki koshish ki. un mein se ek baker tha jo roti banata tha,</w:t>
      </w:r>
    </w:p>
    <w:p>
      <w:pPr>
        <w:jc w:val="right"/>
      </w:pPr>
      <w:r>
        <w:t>وہ دو دو قیدی دراصل ان کے اوپر الزام تھا کہ انہوں نے کنگ کو پوائزن کرنے کی کوشش کی۔ ان میں سے ایک بیکر تھا جو روٹی بناتا تھا،</w:t>
      </w:r>
    </w:p>
    <w:p>
      <w:r>
        <w:rPr>
          <w:b/>
        </w:rPr>
        <w:t xml:space="preserve">[38:01] </w:t>
      </w:r>
      <w:r>
        <w:t>ah bread maker, aur ek ah cup bearer tha, yani saqi jo sharab bana ke pilata tha.</w:t>
      </w:r>
    </w:p>
    <w:p>
      <w:pPr>
        <w:jc w:val="right"/>
      </w:pPr>
      <w:r>
        <w:t>اہ بریڈ میکر، اور ایک اہ کپ بیئرر تھا، یعنی ساقی جو شراب بنا کے پلاتا تھا۔</w:t>
      </w:r>
    </w:p>
    <w:p>
      <w:r>
        <w:rPr>
          <w:b/>
        </w:rPr>
        <w:t xml:space="preserve">[38:09] </w:t>
      </w:r>
      <w:r>
        <w:t>tu yeh dono jo qidi the jab yusuf alaihissalam se mile to un ki shakhsiyat se be had mutasir hue aur ek arse tak un ke sath rahe.</w:t>
      </w:r>
    </w:p>
    <w:p>
      <w:pPr>
        <w:jc w:val="right"/>
      </w:pPr>
      <w:r>
        <w:t>تو یہ دونوں جو قیدی تھے جب یوسف علیہ السلام سے ملے تو ان کی شخصیت سے بے حد متاثر ہوئے اور ایک عرصے تک ان کے ساتھ رہے۔</w:t>
      </w:r>
    </w:p>
    <w:p>
      <w:r>
        <w:rPr>
          <w:b/>
        </w:rPr>
        <w:t xml:space="preserve">[38:20] </w:t>
      </w:r>
      <w:r>
        <w:t>tu un ke dil mein bara maqam paida ho gaya, bohat hi zyada izzat karne lage aur bohat hi aitmad, trust un ke upar ho gaya. tu ek din in dono qidiyon ne khwab dekhe.</w:t>
      </w:r>
    </w:p>
    <w:p>
      <w:pPr>
        <w:jc w:val="right"/>
      </w:pPr>
      <w:r>
        <w:t>تو ان کے دل میں بڑا مقام پیدا ہو گیا، بہت ہی زیادہ عزت کرنے لگے اور بہت ہی اعتماد، ٹرسٹ ان کے اوپر ہو گیا۔ تو ایک دن ان دونوں قیدیوں نے خواب دیکھے۔</w:t>
      </w:r>
    </w:p>
    <w:p>
      <w:r>
        <w:rPr>
          <w:b/>
        </w:rPr>
        <w:t xml:space="preserve">[38:34] </w:t>
      </w:r>
      <w:r>
        <w:t>ek ne yeh khwab dekha ke jo ah cup bearer tha, us ne yeh khwab dekha ke woh angoor ko press kar ke sharab bana raha hai. aur dosra jo tha, ah bread maker, us ne yeh khwab dekha ke sar pe us ne rotiyan rakhi hui hain aur birds aa ke us ko kha rahi hain.</w:t>
      </w:r>
    </w:p>
    <w:p>
      <w:pPr>
        <w:jc w:val="right"/>
      </w:pPr>
      <w:r>
        <w:t>ایک نے یہ خواب دیکھا کہ جو اہ کپ بیئرر تھا، اس نے یہ خواب دیکھا کہ وہ انگور کو پریس کر کے شراب بنا رہا ہے۔ اور دوسرا جو تھا، اہ بریڈ میکر، اس نے یہ خواب دیکھا کہ سر پہ اس نے روٹیاں رکھی ہوئی ہیں اور برڈز آ کے اس کو کھا رہی ہیں۔</w:t>
      </w:r>
    </w:p>
    <w:p>
      <w:r>
        <w:rPr>
          <w:b/>
        </w:rPr>
        <w:t xml:space="preserve">[38:55] </w:t>
      </w:r>
      <w:r>
        <w:t>tu yeh dono ah bohat hi heran hue ke yeh kaisa khwab hai.</w:t>
      </w:r>
    </w:p>
    <w:p>
      <w:pPr>
        <w:jc w:val="right"/>
      </w:pPr>
      <w:r>
        <w:t>تو یہ دونوں اہ بہت ہی حیران ہوئے کہ یہ کیسا خواب ہے۔</w:t>
      </w:r>
    </w:p>
    <w:p>
      <w:r>
        <w:rPr>
          <w:b/>
        </w:rPr>
        <w:t xml:space="preserve">[39:01] </w:t>
      </w:r>
      <w:r>
        <w:t>tu aaye yusuf alaihissalam ke pas aur un se kaha ke ana narak mun al muhsinin ke aap ko hum bohat hi shareef insan ke taur par dekhte hain, ek aisa insan jo logon ki help karta hai, logon ki madad karta hai, hamesha achhe kaam karta hai.</w:t>
      </w:r>
    </w:p>
    <w:p>
      <w:pPr>
        <w:jc w:val="right"/>
      </w:pPr>
      <w:r>
        <w:t>تو آئے یوسف علیہ السلام کے پاس اور ان سے کہا کہ انا نراک من المحسنین کہ آپ کو ہم بہت ہی شریف انسان کے طور پر دیکھتے ہیں، ایک ایسا انسان جو لوگوں کی ہیلپ کرتا ہے، لوگوں کی مدد کرتا ہے، ہمیشہ اچھے کام کرتا ہے۔</w:t>
      </w:r>
    </w:p>
    <w:p>
      <w:r>
        <w:rPr>
          <w:b/>
        </w:rPr>
        <w:t xml:space="preserve">[39:23] </w:t>
      </w:r>
      <w:r>
        <w:t>tu unhon ne yeh khwab bataya ke hum ne yeh khwab dekhe hain, dono ne. tu</w:t>
      </w:r>
    </w:p>
    <w:p>
      <w:pPr>
        <w:jc w:val="right"/>
      </w:pPr>
      <w:r>
        <w:t>تو انہوں نے یہ خواب بتایا کہ ہم نے یہ خواب دیکھے ہیں، دونوں نے۔ تو</w:t>
      </w:r>
    </w:p>
    <w:p>
      <w:r>
        <w:rPr>
          <w:b/>
        </w:rPr>
        <w:t xml:space="preserve">[39:28] </w:t>
      </w:r>
      <w:r>
        <w:t>yusuf alaihissalam ne kaha: "main zaroor tumhein yeh khwab bataunga, is se pehle ke tumhara khana tumhare pas aaye, koi time hoga lunch ka ya dinner ka ke is time khana aata hoga." phir unhon ne kaha ke mamma allamani rabbi yani main jo khwab ki taabeer bataunga, khwab ka interpretation bataunga, woh is ilm se bataunga jo mujhe mere rab ne sikhai hai.</w:t>
      </w:r>
    </w:p>
    <w:p>
      <w:pPr>
        <w:jc w:val="right"/>
      </w:pPr>
      <w:r>
        <w:t>یوسف علیہ السلام نے کہا: "میں ضرور تمہیں یہ خواب بتاؤں گا، اس سے پہلے کہ تمہارا کھانا تمہارے پاس آئے، کوئی ٹائم ہوگا لنچ کا یا ڈنر کا کہ اس ٹائم کھانا آتا ہوگا۔" پھر انہوں نے کہا کہ مما علمنی ربی یعنی میں جو خواب کی تعبیر بتاؤں گا، خواب کا انٹرپریٹیشن بتاؤں گا، وہ اس علم سے بتاؤں گا جو مجھے میرے رب نے سکھائی ہے۔</w:t>
      </w:r>
    </w:p>
    <w:p>
      <w:r>
        <w:rPr>
          <w:b/>
        </w:rPr>
        <w:t xml:space="preserve">[39:53] </w:t>
      </w:r>
      <w:r>
        <w:t>tu unhon ne Allah ko credit diya.</w:t>
      </w:r>
    </w:p>
    <w:p>
      <w:pPr>
        <w:jc w:val="right"/>
      </w:pPr>
      <w:r>
        <w:t>تو انہوں نے اللہ کو کریڈٹ دیا۔</w:t>
      </w:r>
    </w:p>
    <w:p>
      <w:r>
        <w:rPr>
          <w:b/>
        </w:rPr>
        <w:t xml:space="preserve">[39:56] </w:t>
      </w:r>
      <w:r>
        <w:t>aam taur se insan apne ko hi credit deta hai. aur Maulana ne ek waqia aap ko yaad hoga bataya ke ek koi gaon mein aadmi rehta tha, woh sanjay gandhi se us ki kuch jaan pehchan ho gayi to woh member of parliament ban gaya.</w:t>
      </w:r>
    </w:p>
    <w:p>
      <w:pPr>
        <w:jc w:val="right"/>
      </w:pPr>
      <w:r>
        <w:t>عام طور سے انسان اپنے کو ہی کریڈٹ دیتا ہے۔ اور مولانا نے ایک واقعہ آپ کو یاد ہوگا بتایا کہ ایک کوئی گاؤں میں آدمی رہتا تھا، وہ سنجے گاندھی سے اس کی کچھ جان پہچان ہو گئی تو وہ ممبر آف پارلیمنٹ بن گیا۔</w:t>
      </w:r>
    </w:p>
    <w:p>
      <w:r>
        <w:rPr>
          <w:b/>
        </w:rPr>
        <w:t xml:space="preserve">[40:12] </w:t>
      </w:r>
      <w:r>
        <w:t>ji tu koi us ke ghar gaya to woh har baat pe kehta tha ke "yeh sanjay babu ne diya hai, yeh ghar sanjay babu ne diya hai, yeh car sanjay babu ne diya hai." tu Maulana kehte the ke isi tarike se humein kehna chahiye: "yeh cheez humein Allah babu ne diya</w:t>
      </w:r>
    </w:p>
    <w:p>
      <w:pPr>
        <w:jc w:val="right"/>
      </w:pPr>
      <w:r>
        <w:t>جی تو کوئی اس کے گھر گیا تو وہ ہر بات پہ کہتا تھا کہ "یہ سنجے بابو نے دیا ہے، یہ گھر سنجے بابو نے دیا ہے، یہ کار سنجے بابو نے دیا ہے۔" تو مولانا کہتے تھے کہ اسی طریقے سے ہمیں کہنا چاہیے: "یہ چیز ہمیں اللہ بابو نے دیا</w:t>
      </w:r>
    </w:p>
    <w:p>
      <w:r>
        <w:rPr>
          <w:b/>
        </w:rPr>
        <w:t xml:space="preserve">[40:27] </w:t>
      </w:r>
      <w:r>
        <w:t>hai." tu har cheez humein jo milti hai, jo salahiyat hai, jo cheezen humein Allah taala ki taraf se mili hui hain, us ko acknowledge kar kar karna chahiye.</w:t>
      </w:r>
    </w:p>
    <w:p>
      <w:pPr>
        <w:jc w:val="right"/>
      </w:pPr>
      <w:r>
        <w:t>ہے۔" تو ہر چیز ہمیں جو ملتی ہے، جو صلاحیت ہے، جو چیزیں ہمیں اللہ تعالی کی طرف سے ملی ہوئی ہیں، اس کو ایکنالج کر کر کرنا چاہیے۔</w:t>
      </w:r>
    </w:p>
    <w:p>
      <w:r>
        <w:rPr>
          <w:b/>
        </w:rPr>
        <w:t xml:space="preserve">[40:38] </w:t>
      </w:r>
      <w:r>
        <w:t>ji ab dekhiye, Quran mein hi ek character aata hai, qarun. hmm woh ah firoun firo ka friend tha, to woh bohat rich ho gaya aur treasure house uska ho gaya, ek bohat bada ghar ho gaya.</w:t>
      </w:r>
    </w:p>
    <w:p>
      <w:pPr>
        <w:jc w:val="right"/>
      </w:pPr>
      <w:r>
        <w:t>جی اب دیکھیے، قرآن میں ہی ایک ایک کریکٹر آتا ہے، قارون۔ ہمم وہ اہ فرعون فیرو کا فرینڈ تھا، تو وہ بہت رچ ہو گیا اور ٹریژر ہاؤس اس کا ہو گیا، ایک بہت بڑا گھر ہو گیا۔</w:t>
      </w:r>
    </w:p>
    <w:p>
      <w:r>
        <w:rPr>
          <w:b/>
        </w:rPr>
        <w:t xml:space="preserve">[40:51] </w:t>
      </w:r>
      <w:r>
        <w:t>tu logon ne kaha: "bhai tumhare pas itna paisa hai, tum yeh sab dikhawe mein kharch karte ho, logon ki help karo, log ghareeb hain</w:t>
      </w:r>
    </w:p>
    <w:p>
      <w:pPr>
        <w:jc w:val="right"/>
      </w:pPr>
      <w:r>
        <w:t>تو لوگوں نے کہا: "بھئی تمہارے پاس اتنا پیسہ ہے، تم یہ سب دکھاوے میں خرچ کرتے ہو، لوگوں کی ہیلپ کرو، لوگ غریب ہیں</w:t>
      </w:r>
    </w:p>
    <w:p>
      <w:r>
        <w:rPr>
          <w:b/>
        </w:rPr>
        <w:t xml:space="preserve">[41:00] </w:t>
      </w:r>
      <w:r>
        <w:t>, un ki help karo." tu us ne kaha: "nahi, yeh jo ah mere pas daulat hai, yeh mere mere andar ek, mere pas ek ilm hai, ek knowledge hai, us ke is se maine kamai hai." yani apne aap ko us ne credit diya.</w:t>
      </w:r>
    </w:p>
    <w:p>
      <w:pPr>
        <w:jc w:val="right"/>
      </w:pPr>
      <w:r>
        <w:t>، ان کی ہیلپ کرو۔" تو اس نے کہا: "نہیں، یہ جو اہ میرے پاس دولت ہے، یہ میرے میرے اندر ایک، میرے پاس ایک علم ہے، ایک نالج ہے، اس کے اس سے میں نے کمائی ہے۔" یعنی اپنے آپ کو اس نے کریڈٹ دیا۔</w:t>
      </w:r>
    </w:p>
    <w:p>
      <w:r>
        <w:rPr>
          <w:b/>
        </w:rPr>
        <w:t xml:space="preserve">[41:12] </w:t>
      </w:r>
      <w:r>
        <w:t>aur yusuf alaihissalam keh rahe hain ke mamma allamani rabbi ji ke main is ilm se tumhein bataunga, tumhare khwab ko. ji ah jo mujhe Allah ne sikhaya hai.</w:t>
      </w:r>
    </w:p>
    <w:p>
      <w:pPr>
        <w:jc w:val="right"/>
      </w:pPr>
      <w:r>
        <w:t>اور یوسف علیہ السلام کہہ رہے ہیں کہ مما علمنی ربی جی کہ میں اس علم سے تمہیں بتاؤں گا، تمہارے خواب کو۔ جی اہ جو مجھے اللہ نے سکھایا ہے۔</w:t>
      </w:r>
    </w:p>
    <w:p>
      <w:r>
        <w:rPr>
          <w:b/>
        </w:rPr>
        <w:t xml:space="preserve">[41:22] </w:t>
      </w:r>
      <w:r>
        <w:t>ji ji tu kitna farq hai yeh do tarah ke</w:t>
      </w:r>
    </w:p>
    <w:p>
      <w:pPr>
        <w:jc w:val="right"/>
      </w:pPr>
      <w:r>
        <w:t>جی جی تو کتنا فرق ہے یہ دو طرح کے</w:t>
      </w:r>
    </w:p>
    <w:p>
      <w:r>
        <w:rPr>
          <w:b/>
        </w:rPr>
        <w:t xml:space="preserve">[41:25] </w:t>
      </w:r>
      <w:r>
        <w:t>insanon mein. ji aur doctor sahab, bohat ah ah interesting baat yeh bhi hai ke woh taabeer jante the, lekin unhon ne pehle nahi bataya.</w:t>
      </w:r>
    </w:p>
    <w:p>
      <w:pPr>
        <w:jc w:val="right"/>
      </w:pPr>
      <w:r>
        <w:t>انسانوں میں۔ جی اور ڈاکٹر صاحب، بہت اہ اہ انٹرسٹنگ بات یہ بھی ہے کہ وہ تعبیر جانتے تھے، لیکن انہوں نے پہلے نہیں بتایا۔</w:t>
      </w:r>
    </w:p>
    <w:p>
      <w:r>
        <w:rPr>
          <w:b/>
        </w:rPr>
        <w:t xml:space="preserve">[41:36] </w:t>
      </w:r>
      <w:r>
        <w:t>unhon ne pehle tauheed ka paigham in do qidiyon ko diya. tu unhon ne kaha ke: "ae mere jail ke sathiyon, ah kya juda juda maabood behtar hai ya Allah ek zabardast?</w:t>
      </w:r>
    </w:p>
    <w:p>
      <w:pPr>
        <w:jc w:val="right"/>
      </w:pPr>
      <w:r>
        <w:t>انہوں نے پہلے توحید کا پیغام ان دو قیدیوں کو دیا۔ تو انہوں نے کہا کہ: "اے میرے جیل کے ساتھیوں، اہ کیا جدا جدا معبود بہتر ہے یا اللہ ایک زبردست؟</w:t>
      </w:r>
    </w:p>
    <w:p>
      <w:r>
        <w:rPr>
          <w:b/>
        </w:rPr>
        <w:t xml:space="preserve">[41:47] </w:t>
      </w:r>
      <w:r>
        <w:t>hmm ikhtiyar sirf Allah ke liye hai aur us ne hukum diya hai ke us ke siwa kisi aur ki ibadat mat k</w:t>
      </w:r>
    </w:p>
    <w:p>
      <w:pPr>
        <w:jc w:val="right"/>
      </w:pPr>
      <w:r>
        <w:t>ہمم اقتدار صرف اللہ کے لیے ہے اور اس نے حکم دیا ہے کہ اس کے سوا کسی اور کی عبادت مت ک</w:t>
      </w:r>
    </w:p>
    <w:p>
      <w:r>
        <w:rPr>
          <w:b/>
        </w:rPr>
        <w:t xml:space="preserve">[41:54] </w:t>
      </w:r>
      <w:r>
        <w:t>ro." tu doctor sahab, is ke bare mein bataein ke pehle tauheed ka paigham diya aur phir baad mein taabeer kari, jabke woh kar sakte the.</w:t>
      </w:r>
    </w:p>
    <w:p>
      <w:pPr>
        <w:jc w:val="right"/>
      </w:pPr>
      <w:r>
        <w:t>رو۔" تو ڈاکٹر صاحب، اس کے بارے میں بتائیں کہ پہلے توحید کا پیغام دیا اور پھر بعد میں تعبیر کری، جبکہ وہ کر سکتے تھے۔</w:t>
      </w:r>
    </w:p>
    <w:p>
      <w:r>
        <w:rPr>
          <w:b/>
        </w:rPr>
        <w:t xml:space="preserve">[42:02] </w:t>
      </w:r>
      <w:r>
        <w:t>tu us ko us ko zara wazeh karen. haan, chuki un ke andar dawat ka jazba tha, to unhon ne yeh socha ke bara achha mauqa hai ke un ko tauheed ke bare mein bataya jaye.</w:t>
      </w:r>
    </w:p>
    <w:p>
      <w:pPr>
        <w:jc w:val="right"/>
      </w:pPr>
      <w:r>
        <w:t>تو اس کو اس کو ذرا واضح کریں۔ ہاں، چونکہ ان کے اندر دعوتی جذبہ تھا، تو انہوں نے یہ سوچا کہ بڑا اچھا موقع ہے کہ ان کو توحید کے بارے میں بتایا جائے۔</w:t>
      </w:r>
    </w:p>
    <w:p>
      <w:r>
        <w:rPr>
          <w:b/>
        </w:rPr>
        <w:t xml:space="preserve">[42:15] </w:t>
      </w:r>
      <w:r>
        <w:t>kyunki jab agar woh dream interpret kar denge, phir un ke andar shayad woh jazba, yeh shauq khatam ho jaye. us ko opportunity ki tarah</w:t>
      </w:r>
    </w:p>
    <w:p>
      <w:pPr>
        <w:jc w:val="right"/>
      </w:pPr>
      <w:r>
        <w:t>کیونکہ جب اگر وہ ڈریم انٹرپریٹ کر دیں گے، پھر ان کے اندر شاید وہ جذبہ، یہ شوق ختم ہو جائے۔ اس کو اپرچونیٹی کی طرح</w:t>
      </w:r>
    </w:p>
    <w:p>
      <w:r>
        <w:rPr>
          <w:b/>
        </w:rPr>
        <w:t xml:space="preserve">[42:24] </w:t>
      </w:r>
      <w:r>
        <w:t>liya. haan, bohat achhi opportunity un ko lagi. ji to phir unhon ne tawheed yaani oneness of god ka paigham bataya ke jo yeh sari kainat hai aur insan hai aur har cheez jo poori kainat mein, is dunya mein hai, woh woh creator ne ki create ki hui</w:t>
      </w:r>
    </w:p>
    <w:p>
      <w:pPr>
        <w:jc w:val="right"/>
      </w:pPr>
      <w:r>
        <w:t>لیا۔ ہاں، بہت اچھی اپرچونیٹی ان کو لگی۔ جی تو پھر انہوں نے توحید یعنی وننس آف گاڈ کا پیغام بتایا کہ جو یہ ساری کائنات ہے اور انسان ہے اور ہر چیز جو پوری کائنات میں، اس دنیا میں ہے، وہ وہ کریٹر نے کی کریٹ کی ہوئی</w:t>
      </w:r>
    </w:p>
    <w:p>
      <w:r>
        <w:rPr>
          <w:b/>
        </w:rPr>
        <w:t xml:space="preserve">[42:46] </w:t>
      </w:r>
      <w:r>
        <w:t>hai. koi cheez khud se nahi banti. to hamein isi creator ki ibadat karni chahiye aur wahi hamare jo aamal hain, hamare jo deeds hain, is dunya mein in ka hisab o kitab le ga.</w:t>
      </w:r>
    </w:p>
    <w:p>
      <w:pPr>
        <w:jc w:val="right"/>
      </w:pPr>
      <w:r>
        <w:t>ہے۔ کوئی چیز خود سے نہیں بنتی۔ تو ہمیں اسی کریٹر کی عبادت کرنی چاہیے اور وہی ہمارے جو اعمال ہیں، ہمارے جو ڈیڈز ہیں، اس دنیا میں ان کا حساب و کتاب لے گا۔</w:t>
      </w:r>
    </w:p>
    <w:p>
      <w:r>
        <w:rPr>
          <w:b/>
        </w:rPr>
        <w:t xml:space="preserve">[43:01] </w:t>
      </w:r>
      <w:r>
        <w:t>aur hamein ah jo hamare aamal hain, un ke un ke mutabiq hamara faisla kare ga.</w:t>
      </w:r>
    </w:p>
    <w:p>
      <w:pPr>
        <w:jc w:val="right"/>
      </w:pPr>
      <w:r>
        <w:t>اور ہمیں اہ جو ہمارے اعمال ہیں، ان کے ان کے مطابق ہمارا فیصلہ کرے گا۔</w:t>
      </w:r>
    </w:p>
    <w:p>
      <w:r>
        <w:rPr>
          <w:b/>
        </w:rPr>
        <w:t xml:space="preserve">[43:11] </w:t>
      </w:r>
      <w:r>
        <w:t>to yeh ek bohat hi achha tareeqa hai ke insan ko ah agar ah kisi ko batana hai ah islam ke bare mein, quran ke bare mein, to tawheed ka paigham use diya jaye.</w:t>
      </w:r>
    </w:p>
    <w:p>
      <w:pPr>
        <w:jc w:val="right"/>
      </w:pPr>
      <w:r>
        <w:t>تو یہ ایک بہت ہی اچھا طریقہ ہے کہ انسان کو اہ اگر اہ کسی کو بتانا ہے اہ اسلام کے بارے میں، قرآن کے بارے میں، تو توحید کا پیغام اسے دیا جائے۔</w:t>
      </w:r>
    </w:p>
    <w:p>
      <w:r>
        <w:rPr>
          <w:b/>
        </w:rPr>
        <w:t xml:space="preserve">[43:26] </w:t>
      </w:r>
      <w:r>
        <w:t>use yeh bataya jaye ke zindagi kya hai, maut kya hai aur zindagi ka maqsad kya hai aur maut ke baad insan ke sath kya pesh anay wala hai.</w:t>
      </w:r>
    </w:p>
    <w:p>
      <w:pPr>
        <w:jc w:val="right"/>
      </w:pPr>
      <w:r>
        <w:t>اسے یہ بتایا جائے کہ زندگی کیا ہے، موت کیا ہے اور زندگی کا مقصد کیا ہے اور موت کے بعد انسان کے ساتھ کیا پیش آنے والا ہے۔</w:t>
      </w:r>
    </w:p>
    <w:p>
      <w:r>
        <w:rPr>
          <w:b/>
        </w:rPr>
        <w:t xml:space="preserve">[43:37] </w:t>
      </w:r>
      <w:r>
        <w:t>to</w:t>
      </w:r>
    </w:p>
    <w:p>
      <w:pPr>
        <w:jc w:val="right"/>
      </w:pPr>
      <w:r>
        <w:t>تو</w:t>
      </w:r>
    </w:p>
    <w:p>
      <w:r>
        <w:rPr>
          <w:b/>
        </w:rPr>
        <w:t xml:space="preserve">[43:38] </w:t>
      </w:r>
      <w:r>
        <w:t>isi ko Maulana creation plan of god kehte thay aur is pe bohat zor dete thay ke sab se pehli cheez yeh hai ke insan ko creation plan ka pata chale ke insan ko kis liye paida kiya hai.</w:t>
      </w:r>
    </w:p>
    <w:p>
      <w:pPr>
        <w:jc w:val="right"/>
      </w:pPr>
      <w:r>
        <w:t>اسی کو مولانا کریشن پلان آف گاڈ کہتے تھے اور اس پہ بہت زور دیتے تھے کہ سب سے پہلی چیز یہ ہے کہ انسان کو کریشن پلان کا پتہ چلے کہ انسان کو کس لیے پیدا کیا ہے۔</w:t>
      </w:r>
    </w:p>
    <w:p>
      <w:r>
        <w:rPr>
          <w:b/>
        </w:rPr>
        <w:t xml:space="preserve">[43:50] </w:t>
      </w:r>
      <w:r>
        <w:t>ji kis ne paida kiya hai, kon hamein de raha hai, kon sustainer hai, kon giver hai, kon thamne wala</w:t>
      </w:r>
    </w:p>
    <w:p>
      <w:pPr>
        <w:jc w:val="right"/>
      </w:pPr>
      <w:r>
        <w:t>جی کس نے پیدا کیا ہے، کون ہمیں دے رہا ہے، کون سسٹینر ہے، کون گیور ہے، کون تھامنے والا</w:t>
      </w:r>
    </w:p>
    <w:p>
      <w:r>
        <w:rPr>
          <w:b/>
        </w:rPr>
        <w:t xml:space="preserve">[43:57] </w:t>
      </w:r>
      <w:r>
        <w:t>hai. hmm to yeh sab se pehli cheez hai jo ek daai ko pata honi chahiye ke woh kabhi bhi ek mauqa ho to woh yeh paigham sahi pahanchaye.</w:t>
      </w:r>
    </w:p>
    <w:p>
      <w:pPr>
        <w:jc w:val="right"/>
      </w:pPr>
      <w:r>
        <w:t>ہے۔ ہمم تو یہ سب سے پہلی چیز ہے جو ایک داعی کو پتہ ہونی چاہیے کہ وہ کبھی بھی ایک موقع ہو تو وہ یہ پیغام صحیح پہنچائے۔</w:t>
      </w:r>
    </w:p>
    <w:p>
      <w:r>
        <w:rPr>
          <w:b/>
        </w:rPr>
        <w:t xml:space="preserve">[44:11] </w:t>
      </w:r>
      <w:r>
        <w:t>ji to phir doctor sahab, prophet Yusuf ne in dono ke khwab ki kya taabeer kari? is ke bare mein bhi bataiye.</w:t>
      </w:r>
    </w:p>
    <w:p>
      <w:pPr>
        <w:jc w:val="right"/>
      </w:pPr>
      <w:r>
        <w:t>جی تو پھر ڈاکٹر صاحب، پرافٹ یوسف نے ان دونوں کے خواب کی کیا تعبیر کری؟ اس کے بارے میں بھی بتائیے۔</w:t>
      </w:r>
    </w:p>
    <w:p>
      <w:r>
        <w:rPr>
          <w:b/>
        </w:rPr>
        <w:t xml:space="preserve">[44:23] </w:t>
      </w:r>
      <w:r>
        <w:t>to Hazrat Yusuf علیہ السلام ne jab ah woh tawheed ke bare mein bata diya to is ke baad unhon ne ah yeh khwab jo thay ke ek shakhs ne kaha ke main ne, main dekh raha hoon ke main ne khwab mein dekha ke main press kar raha hoon ah angoor ko aur us se sharab bana raha hoon.</w:t>
      </w:r>
    </w:p>
    <w:p>
      <w:pPr>
        <w:jc w:val="right"/>
      </w:pPr>
      <w:r>
        <w:t>تو حضرت یوسف علیہ السلام نے جب اہ وہ توحید کے بارے میں بتا دیا تو اس کے بعد انہوں نے اہ یہ خواب جو تھے کہ ایک شخص نے کہا کہ میں نے، میں دیکھ رہا ہوں کہ میں نے خواب میں دیکھا کہ میں پریس کر رہا ہوں اہ انگور کو اور اس سے شراب بنا رہا ہوں۔</w:t>
      </w:r>
    </w:p>
    <w:p>
      <w:r>
        <w:rPr>
          <w:b/>
        </w:rPr>
        <w:t xml:space="preserve">[44:45] </w:t>
      </w:r>
      <w:r>
        <w:t>doosre ne dekha ke main ah rotiyan apne sir pe rakhe hoon aur chonch maar rahi hain ah</w:t>
      </w:r>
    </w:p>
    <w:p>
      <w:pPr>
        <w:jc w:val="right"/>
      </w:pPr>
      <w:r>
        <w:t>دوسرے نے دیکھا کہ میں اہ روٹیاں اپنے سر پہ رکھے ہوں اور چونچ مار رہی ہیں اہ</w:t>
      </w:r>
    </w:p>
    <w:p>
      <w:r>
        <w:rPr>
          <w:b/>
        </w:rPr>
        <w:t xml:space="preserve">[44:53] </w:t>
      </w:r>
      <w:r>
        <w:t>birds. to unhon ne bataya ke ah jis ne yeh khwab dekha hai angoor wala, woh to ah bari ho jaye ga.</w:t>
      </w:r>
    </w:p>
    <w:p>
      <w:pPr>
        <w:jc w:val="right"/>
      </w:pPr>
      <w:r>
        <w:t>برڈز۔ تو انہوں نے بتایا کہ اہ جس نے یہ خواب دیکھا ہے انگور والا، وہ تو اہ بری ہو جائے گا۔</w:t>
      </w:r>
    </w:p>
    <w:p>
      <w:r>
        <w:rPr>
          <w:b/>
        </w:rPr>
        <w:t xml:space="preserve">[45:05] </w:t>
      </w:r>
      <w:r>
        <w:t>yaani is ke upar ah case chalega aur woh ah sabit nahi hoga jurm.</w:t>
      </w:r>
    </w:p>
    <w:p>
      <w:pPr>
        <w:jc w:val="right"/>
      </w:pPr>
      <w:r>
        <w:t>یعنی اس کے اوپر اہ کیس چلے گا اور وہ اہ ثابت نہیں ہوگا جرم۔</w:t>
      </w:r>
    </w:p>
    <w:p>
      <w:r>
        <w:rPr>
          <w:b/>
        </w:rPr>
        <w:t xml:space="preserve">[45:14] </w:t>
      </w:r>
      <w:r>
        <w:t>to phir woh wapas chala jaye ga apne purane job pe, yaani king ke paas dobara woh isi service mein ah chala jaye ga aur king ko phir sharab pilaye ga, ah press kar ke angoor se sharab nikale ga.</w:t>
      </w:r>
    </w:p>
    <w:p>
      <w:pPr>
        <w:jc w:val="right"/>
      </w:pPr>
      <w:r>
        <w:t>تو پھر وہ واپس چلا جائے گا اپنے پرانے جاب پہ، یعنی کنگ کے پاس دوبارہ وہ اسی سروس میں اہ چلا جائے گا اور کنگ کو پھر شراب پلائے گا، اہ پریس کر کے انگور سے شراب نکالے گا۔</w:t>
      </w:r>
    </w:p>
    <w:p>
      <w:r>
        <w:rPr>
          <w:b/>
        </w:rPr>
        <w:t xml:space="preserve">[45:31] </w:t>
      </w:r>
      <w:r>
        <w:t>aur kaha ke jo doosra shakhs hai jis ne woh khwab dekha ke us ke sir pe ah roti rakhi hui hai aur woh kha rahi hain ah chidiya,</w:t>
      </w:r>
    </w:p>
    <w:p>
      <w:pPr>
        <w:jc w:val="right"/>
      </w:pPr>
      <w:r>
        <w:t>اور کہا کہ جو دوسرا شخص ہے جس نے وہ خواب دیکھا کہ اس کے سر پہ اہ روٹی رکھی ہوئی ہے اور وہ کھا کھا رہی ہیں اہ چڑیا،</w:t>
      </w:r>
    </w:p>
    <w:p>
      <w:r>
        <w:rPr>
          <w:b/>
        </w:rPr>
        <w:t xml:space="preserve">[45:43] </w:t>
      </w:r>
      <w:r>
        <w:t>to is Hazrat Yusuf علیہ السلام ne kaha ke tumhare upar muqadma chalega aur tumhare upar case sabit ho jaye ga aur tumhare tumhara jurm ah sabit ho jaye ga aur tum ko phansi hogi.</w:t>
      </w:r>
    </w:p>
    <w:p>
      <w:pPr>
        <w:jc w:val="right"/>
      </w:pPr>
      <w:r>
        <w:t>تو اس حضرت یوسف علیہ السلام نے کہا کہ تمہارے اوپر مقدمہ چلے گا اور تمہارے اوپر کیس ثابت ہو جائے گا اور تمہارے تمہارا جرم اہ ثابت ہو جائے گا اور تم کو پھانسی ہوگی۔</w:t>
      </w:r>
    </w:p>
    <w:p>
      <w:r>
        <w:rPr>
          <w:b/>
        </w:rPr>
        <w:t xml:space="preserve">[45:58] </w:t>
      </w:r>
      <w:r>
        <w:t>aur kaha ke yeh faisla Allah taala ne kar diya hai. ji ji ji to ah is tareeqay se woh jo cup bearer tha, woh wapas chala gaya.</w:t>
      </w:r>
    </w:p>
    <w:p>
      <w:pPr>
        <w:jc w:val="right"/>
      </w:pPr>
      <w:r>
        <w:t>اور کہا کہ یہ فیصلہ اللہ تعالی نے کر دیا ہے۔ جی جی جی تو اہ اس طریقے سے وہ جو کپ بیئرر تھا، وہ واپس چلا گیا۔</w:t>
      </w:r>
    </w:p>
    <w:p>
      <w:r>
        <w:rPr>
          <w:b/>
        </w:rPr>
        <w:t xml:space="preserve">[46:09] </w:t>
      </w:r>
      <w:r>
        <w:t>ji aur</w:t>
      </w:r>
    </w:p>
    <w:p>
      <w:pPr>
        <w:jc w:val="right"/>
      </w:pPr>
      <w:r>
        <w:t>جی اور</w:t>
      </w:r>
    </w:p>
    <w:p>
      <w:r>
        <w:rPr>
          <w:b/>
        </w:rPr>
        <w:t xml:space="preserve">[46:10] </w:t>
      </w:r>
      <w:r>
        <w:t>jab woh jane laga wapas to Hazrat Yusuf علیہ السلام ne cup bearer se kaha, saqi jo tha, ke tum apne aaqa se batana ji ke main begunah hoon, mujhe jail mein daal diya hai halan ke mera koi qusoor nahi hai.</w:t>
      </w:r>
    </w:p>
    <w:p>
      <w:pPr>
        <w:jc w:val="right"/>
      </w:pPr>
      <w:r>
        <w:t>جب وہ جانے لگا واپس تو حضرت یوسف علیہ السلام نے کپ بیئرر سے کہا، ساقی جو تھا، کہ تم اپنے اقا سے بتانا جی کہ میں بے گناہ ہوں، مجھے جیل میں ڈال دیا ہے حالانکہ میرا کوئی قصور نہیں ہے۔</w:t>
      </w:r>
    </w:p>
    <w:p>
      <w:r>
        <w:rPr>
          <w:b/>
        </w:rPr>
        <w:t xml:space="preserve">[46:26] </w:t>
      </w:r>
      <w:r>
        <w:t>lekin woh cup bearer jab pahancha king ke palace mein aur apne kaam mein lag gaya, woh bhool gaya. ji aur us ko yaad hi nahi aaya. aur yahan tak ke quran mein aata hai ke phir kai saal rehna pada.</w:t>
      </w:r>
    </w:p>
    <w:p>
      <w:pPr>
        <w:jc w:val="right"/>
      </w:pPr>
      <w:r>
        <w:t>لیکن وہ کپ بیئرر جب پہنچا کنگ کے پیلس میں اور اپنے کام میں لگ گیا، وہ بھول گیا۔ جی اور اس کو یاد ہی نہیں آیا۔ اور یہاں تک کہ قرآن میں آتا ہے کہ پھر کئی سال رہنا پڑا۔</w:t>
      </w:r>
    </w:p>
    <w:p>
      <w:r>
        <w:rPr>
          <w:b/>
        </w:rPr>
        <w:t xml:space="preserve">[46:39] </w:t>
      </w:r>
      <w:r>
        <w:t>aur kitabon mein aata hai ke Hazrat Yusuf علیہ السلام taqreeban saat saal ji jail mein rahe. af ji woh doctor sahab, woh bhool gaya.</w:t>
      </w:r>
    </w:p>
    <w:p>
      <w:pPr>
        <w:jc w:val="right"/>
      </w:pPr>
      <w:r>
        <w:t>اور کتابوں میں آتا ہے کہ حضرت یوسف علیہ السلام تقریباً سات سال جی جیل میں رہے۔ اف جی وہ ڈاکٹر صاحب، وہ بھول گیا۔</w:t>
      </w:r>
    </w:p>
    <w:p>
      <w:r>
        <w:rPr>
          <w:b/>
        </w:rPr>
        <w:t xml:space="preserve">[46:49] </w:t>
      </w:r>
      <w:r>
        <w:t>lekin phir kahani jo hai bohat unusual turn leti hai ke badshah ko is bar khwab aata hai aur woh bohat hi unusual khwab tha badshah ka.</w:t>
      </w:r>
    </w:p>
    <w:p>
      <w:pPr>
        <w:jc w:val="right"/>
      </w:pPr>
      <w:r>
        <w:t>لیکن پھر کہانی جو ہے بہت ان یوزل ٹرن لیتی ہے کہ بادشاہ کو اس بار خواب آتا ہے اور وہ بہت ہی ان یوزل خواب تھا بادشاہ کا۔</w:t>
      </w:r>
    </w:p>
    <w:p>
      <w:r>
        <w:rPr>
          <w:b/>
        </w:rPr>
        <w:t xml:space="preserve">[46:58] </w:t>
      </w:r>
      <w:r>
        <w:t>to unhon ne apne darbar mein ja ke kaha ke aey darbar walon, mere is khwab ki taabeer karo. magar unhon ne kaha ke hamein is ki taabeer nahi maloom.</w:t>
      </w:r>
    </w:p>
    <w:p>
      <w:pPr>
        <w:jc w:val="right"/>
      </w:pPr>
      <w:r>
        <w:t>تو انہوں نے اپنے دربار میں جا کے کہا کہ اے دربار والوں، میرے اس خواب کی تعبیر کرو۔ مگر انہوں نے کہا کہ ہمیں اس کی تعبیر نہیں معلوم۔</w:t>
      </w:r>
    </w:p>
    <w:p>
      <w:r>
        <w:rPr>
          <w:b/>
        </w:rPr>
        <w:t xml:space="preserve">[47:08] </w:t>
      </w:r>
      <w:r>
        <w:t>ah to doctor sahab, yeh kaisa khwab tha ke darbar wale bhi nahi bata paye? ah is ko bhi aap wazeh karen. jo</w:t>
      </w:r>
    </w:p>
    <w:p>
      <w:pPr>
        <w:jc w:val="right"/>
      </w:pPr>
      <w:r>
        <w:t>اہ تو ڈاکٹر صاحب، یہ کیسا خواب تھا کہ دربار والے بھی نہیں بتا پائے؟ اہ اس کو بھی آپ واضح کریں۔ جو</w:t>
      </w:r>
    </w:p>
    <w:p>
      <w:r>
        <w:rPr>
          <w:b/>
        </w:rPr>
        <w:t xml:space="preserve">[47:18] </w:t>
      </w:r>
      <w:r>
        <w:t>king tha, ah is waqt Yusuf علیہ السلام ke zamane mein is ka naam ah history mein Apophis aata hai.</w:t>
      </w:r>
    </w:p>
    <w:p>
      <w:pPr>
        <w:jc w:val="right"/>
      </w:pPr>
      <w:r>
        <w:t>کنگ تھا، اہ اس وقت یوسف علیہ السلام کے زمانے میں اس کا نام اہ ہسٹری میں ایپوفیس آتا ہے۔</w:t>
      </w:r>
    </w:p>
    <w:p>
      <w:r>
        <w:rPr>
          <w:b/>
        </w:rPr>
        <w:t xml:space="preserve">[47:30] </w:t>
      </w:r>
      <w:r>
        <w:t>aur yeh ah yeh jo rulers the jin ki hukumat thi Egypt mein is waqt, woh Hyksos kings kehelate the ya shepherd kings, charwahe badshah.</w:t>
      </w:r>
    </w:p>
    <w:p>
      <w:pPr>
        <w:jc w:val="right"/>
      </w:pPr>
      <w:r>
        <w:t>اور یہ اہ یہ جو رولرز تھے جن کی حکومت تھی ایجپٹ میں اس وقت، وہ ہکساس کنگز کہلاتے تھے یا شیفرڈ کنگز، چرواہے بادشاہ۔</w:t>
      </w:r>
    </w:p>
    <w:p>
      <w:r>
        <w:rPr>
          <w:b/>
        </w:rPr>
        <w:t xml:space="preserve">[47:43] </w:t>
      </w:r>
      <w:r>
        <w:t>toh in inhone bohat kam muddat ke liye Egypt mein rule kiya, taqreeban sau saal</w:t>
      </w:r>
    </w:p>
    <w:p>
      <w:pPr>
        <w:jc w:val="right"/>
      </w:pPr>
      <w:r>
        <w:t>تو ان انہوں نے بہت کم مدت کے لیے ایجپٹ میں رول کیا، تقریباً سو سال</w:t>
      </w:r>
    </w:p>
    <w:p>
      <w:r>
        <w:rPr>
          <w:b/>
        </w:rPr>
        <w:t xml:space="preserve">[47:49] </w:t>
      </w:r>
      <w:r>
        <w:t>. Aur is ke baad phir Firon aa gaye the wapas. Toh jo badshah tha, us ne khwab mein dekha ke saat fat cows hain aur saat thin cows hain.</w:t>
      </w:r>
    </w:p>
    <w:p>
      <w:pPr>
        <w:jc w:val="right"/>
      </w:pPr>
      <w:r>
        <w:t>۔ اور اس کے بعد پھر فرعون آ گئے تھے واپس۔ تو جو بادشاہ تھا، اس نے خواب میں دیکھا کہ سات فیٹ کاؤز ہیں اور سات تھن کاؤز ہیں۔</w:t>
      </w:r>
    </w:p>
    <w:p>
      <w:r>
        <w:rPr>
          <w:b/>
        </w:rPr>
        <w:t xml:space="preserve">[48:04] </w:t>
      </w:r>
      <w:r>
        <w:t>Aur jo thin cows hain, woh fat cows ko kha rahi hain. Aur dekha ke seven ah heads of grains hain jo ke green hain aur seven heads of grains hain jo ke dry hain.</w:t>
      </w:r>
    </w:p>
    <w:p>
      <w:pPr>
        <w:jc w:val="right"/>
      </w:pPr>
      <w:r>
        <w:t>اور جو تھن کاؤز ہیں، وہ فیٹ کاؤز کو کھا رہی ہیں۔ اور دیکھا کہ سیون اہ ہیڈز آف گرینز ہیں جو کہ گرین ہیں اور سیون ہیڈز آف گرین گرین ہیں جو کہ ڈرائی ہیں۔</w:t>
      </w:r>
    </w:p>
    <w:p>
      <w:r>
        <w:rPr>
          <w:b/>
        </w:rPr>
        <w:t xml:space="preserve">[48:21] </w:t>
      </w:r>
      <w:r>
        <w:t>Toh jab khwab dekha us ne toh woh bohat pareshan hua, us ke kuch samajh mein nahi aaya ke yeh kya matlab hai is ka ke moti gayen jo hain, woh patli gayen ko kha rahi hain.</w:t>
      </w:r>
    </w:p>
    <w:p>
      <w:pPr>
        <w:jc w:val="right"/>
      </w:pPr>
      <w:r>
        <w:t>تو جب خواب دیکھا اس نے تو وہ بہت پریشان ہوا، اس کے کچھ سمجھ میں نہیں آیا کہ یہ کیا مطلب ہے اس کا کہ موٹی گائیں جو ہیں، وہ پتلی گاؤں کو کھا رہی ہیں۔</w:t>
      </w:r>
    </w:p>
    <w:p>
      <w:r>
        <w:rPr>
          <w:b/>
        </w:rPr>
        <w:t xml:space="preserve">[48:33] </w:t>
      </w:r>
      <w:r>
        <w:t>Toh agle din darbar mein jab pahuncha, woh toh darbariyon se jo nobles the, sab se bataya yeh khwab. Toh unhone kaha ke hamare samajh mein toh kuch nahi aa raha hai.</w:t>
      </w:r>
    </w:p>
    <w:p>
      <w:pPr>
        <w:jc w:val="right"/>
      </w:pPr>
      <w:r>
        <w:t>تو اگلے دن دربار میں جب پہنچا، وہ تو درباریوں سے جو نوبلز تھے، سب سے بتایا یہ خواب۔ تو انہوں نے کہا کہ ہمارے سمجھ میں تو کچھ نہیں آ رہا ہے۔</w:t>
      </w:r>
    </w:p>
    <w:p>
      <w:r>
        <w:rPr>
          <w:b/>
        </w:rPr>
        <w:t xml:space="preserve">[48:45] </w:t>
      </w:r>
      <w:r>
        <w:t>Qalu adghas al-ahlam yani yeh toh confused khwab hai. Ah</w:t>
      </w:r>
    </w:p>
    <w:p>
      <w:pPr>
        <w:jc w:val="right"/>
      </w:pPr>
      <w:r>
        <w:t>قالوا ادغاس الاحلام یعنی یہ تو کنفیوزڈ خواب ہے۔ اہ</w:t>
      </w:r>
    </w:p>
    <w:p>
      <w:r>
        <w:rPr>
          <w:b/>
        </w:rPr>
        <w:t xml:space="preserve">[48:51] </w:t>
      </w:r>
      <w:r>
        <w:t>Aap ke zehen mein jo baat ghoom rahi hai, wohi aap ne dekh liya hai. Is ki toh koi interpretation hum bata nahi sakte. Toh bohat pareshan hua badshah.</w:t>
      </w:r>
    </w:p>
    <w:p>
      <w:pPr>
        <w:jc w:val="right"/>
      </w:pPr>
      <w:r>
        <w:t>آپ کے ذہن میں جو بات گھوم رہی ہے، وہی آپ نے دیکھ لیا ہے۔ اس کی تو کوئی انٹرپریٹیشن ہم بتا نہیں سکتے۔ تو بہت پریشان ہوا بادشاہ۔</w:t>
      </w:r>
    </w:p>
    <w:p>
      <w:r>
        <w:rPr>
          <w:b/>
        </w:rPr>
        <w:t xml:space="preserve">[49:01] </w:t>
      </w:r>
      <w:r>
        <w:t>Toh jab badshah ko pareshani ki halat mein dekha, cup bearer ne jo sharab pilata tha badshah ko, toh achanak use yaad aa gaya ke oho!</w:t>
      </w:r>
    </w:p>
    <w:p>
      <w:pPr>
        <w:jc w:val="right"/>
      </w:pPr>
      <w:r>
        <w:t>تو جب بادشاہ کو پریشانی کی حالت میں دیکھا، کپ بیئرر نے جو شراب پلاتا تھا بادشاہ کو، تو اچانک اسے یاد آ گیا کہ اوہو!</w:t>
      </w:r>
    </w:p>
    <w:p>
      <w:r>
        <w:rPr>
          <w:b/>
        </w:rPr>
        <w:t xml:space="preserve">[49:13] </w:t>
      </w:r>
      <w:r>
        <w:t>Hum jab jail mein the toh ek shakhs ne hamare khwab ko bohat bohat sahi inter</w:t>
      </w:r>
    </w:p>
    <w:p>
      <w:pPr>
        <w:jc w:val="right"/>
      </w:pPr>
      <w:r>
        <w:t>ہم جب جیل میں تھے تو ایک شخص نے ہمارے خواب کو بڑا بڑا صحیح انٹر</w:t>
      </w:r>
    </w:p>
    <w:p>
      <w:r>
        <w:rPr>
          <w:b/>
        </w:rPr>
        <w:t xml:space="preserve">[49:19] </w:t>
      </w:r>
      <w:r>
        <w:t>pret kiya tha. Lafz ba lafz woh ah sahi sabit ho gaya. Toh us ne darbariyon ko aur ah badshah se yeh apna zaati jo us ka experience tha bataya ke kaise kaise hum ne do khwab dekhe the.</w:t>
      </w:r>
    </w:p>
    <w:p>
      <w:pPr>
        <w:jc w:val="right"/>
      </w:pPr>
      <w:r>
        <w:t>پریٹ کیا تھا۔ لفظ بلفظ وہ اہ صحیح ثابت ہو گیا۔ تو اس نے درباریوں کو اور اہ بادشاہ سے یہ اپنا ذاتی جو اس کا ایکسپیرینس تھا بتایا کہ کیسے کیسے ہم نے دو خواب دیکھے تھے۔</w:t>
      </w:r>
    </w:p>
    <w:p>
      <w:r>
        <w:rPr>
          <w:b/>
        </w:rPr>
        <w:t xml:space="preserve">[49:33] </w:t>
      </w:r>
      <w:r>
        <w:t>Aur wahan par ek sahab the jin jinhone hamara khwab interpret kiya aur woh bilkul as it is khwab sahi ho gaya.</w:t>
      </w:r>
    </w:p>
    <w:p>
      <w:pPr>
        <w:jc w:val="right"/>
      </w:pPr>
      <w:r>
        <w:t>اور وہاں پر ایک صاحب تھے جن جنہوں نے ہمارا خواب انٹرپریٹ کیا اور وہ بالکل ایز اٹ از خواب صحیح ہو گیا۔</w:t>
      </w:r>
    </w:p>
    <w:p>
      <w:r>
        <w:rPr>
          <w:b/>
        </w:rPr>
        <w:t xml:space="preserve">[49:42] </w:t>
      </w:r>
      <w:r>
        <w:t>Toh badshah ne kaha ke phir jao tum prison. Toh badshah badshah ki ijazat se woh gaya. Ji</w:t>
      </w:r>
    </w:p>
    <w:p>
      <w:pPr>
        <w:jc w:val="right"/>
      </w:pPr>
      <w:r>
        <w:t>تو بادشاہ نے کہا کہ پھر جاؤ تم پریزن۔ تو بادشاہ بادشاہ کی اجازت سے وہ گیا۔ جی</w:t>
      </w:r>
    </w:p>
    <w:p>
      <w:r>
        <w:rPr>
          <w:b/>
        </w:rPr>
        <w:t xml:space="preserve">[49:49] </w:t>
      </w:r>
      <w:r>
        <w:t>Ah prison aur taake pata kare ke kya is ka interpretation hai. Ji ji ji toh doctor sahab, ah is baat se ek bohat bari baat yeh bhi ek nikal kar aati hai ke ah badshah toh mushrik aur sharabi tha.</w:t>
      </w:r>
    </w:p>
    <w:p>
      <w:pPr>
        <w:jc w:val="right"/>
      </w:pPr>
      <w:r>
        <w:t>اہ پریزن اور تاکہ پتہ کرے کہ کیا اس کا انٹرپریٹیشن ہے۔ جی جی جی تو ڈاکٹر صاحب، اہ اس بات سے ایک بہت بڑی بات یہ بھی ایک نکل کر آتی ہے کہ اہ بادشاہ تو مشرک اور شرابی تھا۔</w:t>
      </w:r>
    </w:p>
    <w:p>
      <w:r>
        <w:rPr>
          <w:b/>
        </w:rPr>
        <w:t xml:space="preserve">[50:05] </w:t>
      </w:r>
      <w:r>
        <w:t>Ah lekin Khuda ki taraf se in ko mustaqbil ka ah ke bare mein ek sacha khwab dikhaya gaya. Sah</w:t>
      </w:r>
    </w:p>
    <w:p>
      <w:pPr>
        <w:jc w:val="right"/>
      </w:pPr>
      <w:r>
        <w:t>اہ لیکن خدا کی طرف سے ان کو مستقبل کا اہ کے بارے میں ایک سچا خواب دکھایا گیا۔ صح</w:t>
      </w:r>
    </w:p>
    <w:p>
      <w:r>
        <w:rPr>
          <w:b/>
        </w:rPr>
        <w:t xml:space="preserve">[50:12] </w:t>
      </w:r>
      <w:r>
        <w:t>ih toh is se andaza hota hai ke Allah taala kis tarah haq ke daaiyon ki kin kin tareeqon se madad karta hai. Theek, is ka ek tareeqa yeh bhi hai ke fariq saani ko ah aisa khwab dikhaya jaye jis se us ke zehen par daai ki azmat aur ahmiyat qaim ho jaye.</w:t>
      </w:r>
    </w:p>
    <w:p>
      <w:pPr>
        <w:jc w:val="right"/>
      </w:pPr>
      <w:r>
        <w:t>یح تو اس سے اندازہ ہوتا ہے کہ اللہ تعالی کس طرح حق کے داعیوں کی کن کن طریقوں سے مدد کرتا ہے۔ ٹھیک، اس کا ایک طریقہ یہ بھی ہے کہ فریق ثانی کو اہ ایسا خواب دکھایا جائے جس سے اس کے ذہن پر داعی کی عظمت اور اہمیت قائم ہو جائے۔</w:t>
      </w:r>
    </w:p>
    <w:p>
      <w:r>
        <w:rPr>
          <w:b/>
        </w:rPr>
        <w:t xml:space="preserve">[50:30] </w:t>
      </w:r>
      <w:r>
        <w:t>Bilkul, aur is ka dil naram ho kar ah daai ke liye ah ek naya rasta khol de. Very nice! Toh yeh bohat ek aham is mein se ek yeh baat nikal kar aati hai.</w:t>
      </w:r>
    </w:p>
    <w:p>
      <w:pPr>
        <w:jc w:val="right"/>
      </w:pPr>
      <w:r>
        <w:t>بالکل، اور اس کا دل نرم ہو کر اہ داعی کے لیے اہ ایک نیا راستہ کھول دے۔ ویری نائس! تو یہ بہت ایک اہم اس میں سے ایک یہ بات نکل کر آتی ہے۔</w:t>
      </w:r>
    </w:p>
    <w:p>
      <w:r>
        <w:rPr>
          <w:b/>
        </w:rPr>
        <w:t xml:space="preserve">[50:41] </w:t>
      </w:r>
      <w:r>
        <w:t>Ah doctor sahab, agla sawal poochna chahunga. Jaise ke hum jante hain ke ah muqarrar waqt se pehle koi kaam nahi hota. Hmm aur ah yeh Allah ka yahi tareeqa hai.</w:t>
      </w:r>
    </w:p>
    <w:p>
      <w:pPr>
        <w:jc w:val="right"/>
      </w:pPr>
      <w:r>
        <w:t>اہ ڈاکٹر صاحب، اگلا سوال پوچھنا چاہوں گا۔ جیسے کہ ہم جانتے ہیں کہ اہ مقرر وقت سے پہلے کوئی کام نہیں ہوتا۔ ہمم اور اہ یہ اللہ کا یہی طریقہ ہے۔</w:t>
      </w:r>
    </w:p>
    <w:p>
      <w:r>
        <w:rPr>
          <w:b/>
        </w:rPr>
        <w:t xml:space="preserve">[50:52] </w:t>
      </w:r>
      <w:r>
        <w:t>Toh jab in ko sahi taabeer nahi mili badshah ko, toh unhone phir woh cup bearer ko kaha ke tum Yusuf Prophet Yusuf ke paas jao aur us ki sahi taabeer pata kar ke aao.</w:t>
      </w:r>
    </w:p>
    <w:p>
      <w:pPr>
        <w:jc w:val="right"/>
      </w:pPr>
      <w:r>
        <w:t>تو جب ان کو صحیح تعبیر نہیں ملی بادشاہ کو، تو انہوں نے پھر وہ کپ بیئرر کو کہا کہ تم یوسف پرافٹ یوسف کے پاس جاؤ اور اس کی صحیح تعبیر پتہ کر کے آؤ۔</w:t>
      </w:r>
    </w:p>
    <w:p>
      <w:r>
        <w:rPr>
          <w:b/>
        </w:rPr>
        <w:t xml:space="preserve">[51:04] </w:t>
      </w:r>
      <w:r>
        <w:t>Toh kya hua? Kya kya taabeer kari unhone? Is ke bare mein aap batayein.</w:t>
      </w:r>
    </w:p>
    <w:p>
      <w:pPr>
        <w:jc w:val="right"/>
      </w:pPr>
      <w:r>
        <w:t>تو کیا ہوا؟ کیا کیا تعبیر کری انہوں نے؟ اس کے بارے میں آپ بتائیں۔</w:t>
      </w:r>
    </w:p>
    <w:p>
      <w:r>
        <w:rPr>
          <w:b/>
        </w:rPr>
        <w:t xml:space="preserve">[51:12] </w:t>
      </w:r>
      <w:r>
        <w:t>Ah yani Allah taala ka har kaam ek muqarrar waqt par hota hai. Haalanke saat saal rehna pada. Allah chahta toh saat din mein hi in ko jail se bahar nikal deta.</w:t>
      </w:r>
    </w:p>
    <w:p>
      <w:pPr>
        <w:jc w:val="right"/>
      </w:pPr>
      <w:r>
        <w:t>اہ یعنی اللہ تعالی کا ہر کام ایک مقرر وقت پر ہوتا ہے۔ حالانکہ سات سال رہنا پڑا۔ اللہ چاہتا تو سات دن میں ہی ان کو جیل سے باہر نکال دیتا۔</w:t>
      </w:r>
    </w:p>
    <w:p>
      <w:r>
        <w:rPr>
          <w:b/>
        </w:rPr>
        <w:t xml:space="preserve">[51:24] </w:t>
      </w:r>
      <w:r>
        <w:t>Lekin choonke is duniya mein jo bhi ah Allah ke plan hain, woh asbab o ilal ke parde mein hote hain.</w:t>
      </w:r>
    </w:p>
    <w:p>
      <w:pPr>
        <w:jc w:val="right"/>
      </w:pPr>
      <w:r>
        <w:t>لیکن چونکہ اس دنیا میں جو بھی اہ اللہ کے پلان ہیں، وہ اسباب و علل کے پردے میں ہوتے ہیں۔</w:t>
      </w:r>
    </w:p>
    <w:p>
      <w:r>
        <w:rPr>
          <w:b/>
        </w:rPr>
        <w:t xml:space="preserve">[51:33] </w:t>
      </w:r>
      <w:r>
        <w:t>Yani ah bazahir kisi ko lagta nahi hai, lagta hai ke sab halaat aise chal rahe hain. Normal isi mein Allah taala koi planning kar ke insaan ki ah madad karta hai aur us ka jo plan hota hai, us ko poora karta hai.</w:t>
      </w:r>
    </w:p>
    <w:p>
      <w:pPr>
        <w:jc w:val="right"/>
      </w:pPr>
      <w:r>
        <w:t>یعنی اہ بظاہر کسی کو لگتا نہیں ہے، لگتا ہے کہ سب حالات ایسے چل رہے ہیں۔ نارمل اسی میں اللہ تعالی کوئی پلاننگ کر کے انسان کی اہ مدد کرتا ہے اور اس کا جو پلان ہوتا ہے، اس کو پورا کرتا ہے۔</w:t>
      </w:r>
    </w:p>
    <w:p>
      <w:r>
        <w:rPr>
          <w:b/>
        </w:rPr>
        <w:t xml:space="preserve">[51:49] </w:t>
      </w:r>
      <w:r>
        <w:t>Toh ah Yusuf علیہ السلام ke paas woh shakhs pahuncha, cup bearer jail mein, aur ja ke us ne khwab bataya.</w:t>
      </w:r>
    </w:p>
    <w:p>
      <w:pPr>
        <w:jc w:val="right"/>
      </w:pPr>
      <w:r>
        <w:t>تو اہ یوسف علیہ السلام کے پاس وہ شخص پہنچا، کپ بیئرر جیل میں، اور جا کے اس نے خواب بتایا۔</w:t>
      </w:r>
    </w:p>
    <w:p>
      <w:r>
        <w:rPr>
          <w:b/>
        </w:rPr>
        <w:t xml:space="preserve">[51:59] </w:t>
      </w:r>
      <w:r>
        <w:t>j</w:t>
      </w:r>
    </w:p>
    <w:p>
      <w:pPr>
        <w:jc w:val="right"/>
      </w:pPr>
      <w:r>
        <w:t>ج</w:t>
      </w:r>
    </w:p>
    <w:p>
      <w:r>
        <w:rPr>
          <w:b/>
        </w:rPr>
        <w:t xml:space="preserve">[52:00] </w:t>
      </w:r>
      <w:r>
        <w:t>y aur ah us ne kaha ke yusuf aihah siddiq, aey sachay yusuf!</w:t>
      </w:r>
    </w:p>
    <w:p>
      <w:pPr>
        <w:jc w:val="right"/>
      </w:pPr>
      <w:r>
        <w:t>ی اور اہ اس نے کہا کہ یوسف ایہا صدیق، اے سچے یوسف!</w:t>
      </w:r>
    </w:p>
    <w:p>
      <w:r>
        <w:rPr>
          <w:b/>
        </w:rPr>
        <w:t xml:space="preserve">[52:10] </w:t>
      </w:r>
      <w:r>
        <w:t>is tarah se us ne address kiya. ji ke ah yeh khwab dekha hai hamare badshah ne, to us ki taabeer batao. to hazrat yusuf alaih assalam ne bohat achi taabeer batai.</w:t>
      </w:r>
    </w:p>
    <w:p>
      <w:pPr>
        <w:jc w:val="right"/>
      </w:pPr>
      <w:r>
        <w:t>اس طرح سے اس نے ایڈریس کیا۔ جی کہ اہ یہ خواب دیکھا ہے ہمارے بادشاہ نے، تو اس کی تعبیر بتاؤ۔ تو حضرت یوسف علیہ السلام نے بہت اچھی تعبیر بتائی۔</w:t>
      </w:r>
    </w:p>
    <w:p>
      <w:r>
        <w:rPr>
          <w:b/>
        </w:rPr>
        <w:t xml:space="preserve">[52:21] </w:t>
      </w:r>
      <w:r>
        <w:t>ji kaha ke jo saat moti gayen theen, fat ka cows, aur saat green green heads, head of grains, yeh seven prosper years ko represent kar rahe hain.</w:t>
      </w:r>
    </w:p>
    <w:p>
      <w:pPr>
        <w:jc w:val="right"/>
      </w:pPr>
      <w:r>
        <w:t>جی کہا کہ جو سات موٹی گائیں تھیں، فیٹ کا کاؤز، اور سات گرین گرین ہیڈز، ہیڈ آف گرینز، یہ سیون پراسپر ایئرز کو ریپریزنٹ کر رہے ہیں۔</w:t>
      </w:r>
    </w:p>
    <w:p>
      <w:r>
        <w:rPr>
          <w:b/>
        </w:rPr>
        <w:t xml:space="preserve">[52:35] </w:t>
      </w:r>
      <w:r>
        <w:t>ji jab khoob barish hogi, khoob anaaj honge, khoob maweshi aur sab khushhali hogi, aur haiwanat khoob badhenge, aur bohat achay halaat h</w:t>
      </w:r>
    </w:p>
    <w:p>
      <w:pPr>
        <w:jc w:val="right"/>
      </w:pPr>
      <w:r>
        <w:t>جی جب خوب بارش ہوگی، خوب اناج ہوں گے، خوب مویشی اور سب خوشحالی ہوگی، اور حیوانات خوب بڑھیں گے، اور بہت اچھے حالات ہ</w:t>
      </w:r>
    </w:p>
    <w:p>
      <w:r>
        <w:rPr>
          <w:b/>
        </w:rPr>
        <w:t xml:space="preserve">[52:48] </w:t>
      </w:r>
      <w:r>
        <w:t>on ge. phir aglay saat saal famin ke honge, qahat ke, aur is mein barish band ho jaye gi, jo zameenen bilkul sokhi ho jayen gi.</w:t>
      </w:r>
    </w:p>
    <w:p>
      <w:pPr>
        <w:jc w:val="right"/>
      </w:pPr>
      <w:r>
        <w:t>وں گے۔ پھر اگلے سات سال فیمن کے ہوں گے، قحط کے، اور اس میں بارش بند ہو جائے گی، جو زمینیں بالکل سوکھی ہو جائیں گی۔</w:t>
      </w:r>
    </w:p>
    <w:p>
      <w:r>
        <w:rPr>
          <w:b/>
        </w:rPr>
        <w:t xml:space="preserve">[52:58] </w:t>
      </w:r>
      <w:r>
        <w:t>ek qatra pani ka aasman se nahi tapke ga, maweshi marne lagen ge, aur bohat hi pareshani ka alam hoga. yani jo woh than cows aur ah dry ah head of grains hain, woh seven sect jo aglay qahat ke aur famin ke saat saal hain, us ko represent kar rahe</w:t>
      </w:r>
    </w:p>
    <w:p>
      <w:pPr>
        <w:jc w:val="right"/>
      </w:pPr>
      <w:r>
        <w:t>ایک قطرہ پانی کا آسمان سے نہیں ٹپکے گا، مویشی مرنے لگیں گے، اور بہت ہی پریشانی کا عالم ہوگا۔ یعنی جو وہ تھن کاؤز اور اہ ڈرائی اہ ہیڈز آف گرین ہیں، وہ سیون سیکٹ جو اگلے قحط کے اور فیمن کے سات سال ہیں، اس کو ریپریزنٹ کر رہے</w:t>
      </w:r>
    </w:p>
    <w:p>
      <w:r>
        <w:rPr>
          <w:b/>
        </w:rPr>
        <w:t xml:space="preserve">[53:20] </w:t>
      </w:r>
      <w:r>
        <w:t>hain. to unhon ne phir ek tadbeer bhi batai, ek uska uska hal bhi bataya, aur yeh bataya ke jo saat saal jo prosper years hain, seven years, is mein jo bhi anaaj paida ho, us ko bohat hi kifayat ke sath use karo.</w:t>
      </w:r>
    </w:p>
    <w:p>
      <w:pPr>
        <w:jc w:val="right"/>
      </w:pPr>
      <w:r>
        <w:t>ہیں۔ تو انہوں نے پھر ایک تدبیر بھی بتائی، ایک اس کا اس کا حل بھی بتایا، اور یہ بتایا کہ جو سات سال جو پراسپر ایئرز ہیں، سیون ایئرز، اس میں جو بھی اناج پیدا ہو، اس کو بہت ہی کفایت کے ساتھ یوز کرو۔</w:t>
      </w:r>
    </w:p>
    <w:p>
      <w:r>
        <w:rPr>
          <w:b/>
        </w:rPr>
        <w:t xml:space="preserve">[53:36] </w:t>
      </w:r>
      <w:r>
        <w:t>ji aur us ko rakho, ah ah kam se kam istemal karo, aur zyada se zyada koshish karo ke us ko bacha ke rakho.</w:t>
      </w:r>
    </w:p>
    <w:p>
      <w:pPr>
        <w:jc w:val="right"/>
      </w:pPr>
      <w:r>
        <w:t>جی اور اس کو رکھو، اہ اہ کم سے کم استعمال کرو، اور زیادہ سے زیادہ کوشش کرو کہ اس کو بچا کے رکھو۔</w:t>
      </w:r>
    </w:p>
    <w:p>
      <w:r>
        <w:rPr>
          <w:b/>
        </w:rPr>
        <w:t xml:space="preserve">[53:44] </w:t>
      </w:r>
      <w:r>
        <w:t>aur jo us ki balen hain, jo us ke heads hain, woh isi mein chhod do anaaj ko taake woh keera wera na lage, mehfooz rahe.</w:t>
      </w:r>
    </w:p>
    <w:p>
      <w:pPr>
        <w:jc w:val="right"/>
      </w:pPr>
      <w:r>
        <w:t>اور جو اس کی بالیں ہیں، جو اس کے ہیڈز ہیں، وہ اسی میں چھوڑ دو اناج کو تاکہ وہ کیڑا ویڑا نہ لگے، محفوظ رہے۔</w:t>
      </w:r>
    </w:p>
    <w:p>
      <w:r>
        <w:rPr>
          <w:b/>
        </w:rPr>
        <w:t xml:space="preserve">[53:53] </w:t>
      </w:r>
      <w:r>
        <w:t>to phir ah taake yani yani ek tareeqe se yeh baat kahi ke jo saat saal ki pedawar hai, woh 14 saal tak chal paye.</w:t>
      </w:r>
    </w:p>
    <w:p>
      <w:pPr>
        <w:jc w:val="right"/>
      </w:pPr>
      <w:r>
        <w:t>تو پھر اہ تاکہ یعنی یعنی ایک طریقے سے یہ بات کہی کہ جو سات سال کی پیداوار ہے، وہ 14 سال تک چل پائے۔</w:t>
      </w:r>
    </w:p>
    <w:p>
      <w:r>
        <w:rPr>
          <w:b/>
        </w:rPr>
        <w:t xml:space="preserve">[54:03] </w:t>
      </w:r>
      <w:r>
        <w:t>chal</w:t>
      </w:r>
    </w:p>
    <w:p>
      <w:pPr>
        <w:jc w:val="right"/>
      </w:pPr>
      <w:r>
        <w:t>چل</w:t>
      </w:r>
    </w:p>
    <w:p>
      <w:r>
        <w:rPr>
          <w:b/>
        </w:rPr>
        <w:t xml:space="preserve">[54:04] </w:t>
      </w:r>
      <w:r>
        <w:t>paye ji chounke aglay saat saal mein to kuch hoga nahi, to saat saal ki jo pedawar hai, pedawar hai, us ko bohat hi kifayat ke sath istemal kar ke aglay saat saal ah ah tak woh istemal ho.</w:t>
      </w:r>
    </w:p>
    <w:p>
      <w:pPr>
        <w:jc w:val="right"/>
      </w:pPr>
      <w:r>
        <w:t>پائے جی چونکہ اگلے سات سال میں تو کچھ ہوگا نہیں، تو سات سال کی جو پیداوار ہے، پیداوار ہے، اس کو بہت ہی کفایت کے ساتھ استعمال کر کے اگلے سات سال اہ اہ تک وہ استعمال ہو۔</w:t>
      </w:r>
    </w:p>
    <w:p>
      <w:r>
        <w:rPr>
          <w:b/>
        </w:rPr>
        <w:t xml:space="preserve">[54:16] </w:t>
      </w:r>
      <w:r>
        <w:t>phir ek khushkhabri bhi di ke jo saat saal ah ah famin ke honge, us ke baad phir barish hogi aur khushhali ho jaye gi, aur har tarah ke ah aasani ho jaye gi, aur khoob logon ko zaitoon ka tel mile ga.</w:t>
      </w:r>
    </w:p>
    <w:p>
      <w:pPr>
        <w:jc w:val="right"/>
      </w:pPr>
      <w:r>
        <w:t>پھر ایک خوشخبری بھی دی کہ جو سات سال اہ اہ فیمن کے ہوں گے، اس کے بعد پھر بارش ہوگی اور خوشحالی ہو جائے گی، اور ہر طرح کے اہ اسانی ہو جائے گی، اور خوب لوگوں کو زیتون کا تیل ملے گا۔</w:t>
      </w:r>
    </w:p>
    <w:p>
      <w:r>
        <w:rPr>
          <w:b/>
        </w:rPr>
        <w:t xml:space="preserve">[54:34] </w:t>
      </w:r>
      <w:r>
        <w:t>tel banayen ge zaitoon se aur angoor se sharab banayen ge. yani dobara khushhali wapas aa jaye gi.</w:t>
      </w:r>
    </w:p>
    <w:p>
      <w:pPr>
        <w:jc w:val="right"/>
      </w:pPr>
      <w:r>
        <w:t>تیل بنائیں گے زیتون سے اور انگور سے شراب بنائیں گے۔ یعنی دوبارہ خوشحالی واپس آ جائے گی۔</w:t>
      </w:r>
    </w:p>
    <w:p>
      <w:r>
        <w:rPr>
          <w:b/>
        </w:rPr>
        <w:t xml:space="preserve">[54:43] </w:t>
      </w:r>
      <w:r>
        <w:t>to yeh jaise aap ne kaha ke Allah taala ne khwab ah dikhaya, aur daai ki azmat us ke un ke us ke dil mein paida ho jaye.</w:t>
      </w:r>
    </w:p>
    <w:p>
      <w:pPr>
        <w:jc w:val="right"/>
      </w:pPr>
      <w:r>
        <w:t>تو یہ جیسے آپ نے کہا کہ اللہ تعالی نے خواب اہ دکھایا، اور داعی کی عظمت اس کے ان کے اس کے دل میں پیدا ہو جائے۔</w:t>
      </w:r>
    </w:p>
    <w:p>
      <w:r>
        <w:rPr>
          <w:b/>
        </w:rPr>
        <w:t xml:space="preserve">[54:54] </w:t>
      </w:r>
      <w:r>
        <w:t>to yeh bohat sahi baat hai ke ek tareeqe se ek tareeqe se ek moqa mil gaya ke un ka paigham yani hukoomat tak pahunch jaye, badshah tak pahunch jaye, aur aala maqam tak pahunch jaye.</w:t>
      </w:r>
    </w:p>
    <w:p>
      <w:pPr>
        <w:jc w:val="right"/>
      </w:pPr>
      <w:r>
        <w:t>تو یہ بہت صحیح بات ہے کہ ایک طریقے سے ایک طریقے سے ایک موقع مل گیا کہ ان کا پیغام یعنی حکومت تک پہنچ جائے، بادشاہ تک پہنچ جائے، اور اعلیٰ مقام تک پہنچ جائے۔</w:t>
      </w:r>
    </w:p>
    <w:p>
      <w:r>
        <w:rPr>
          <w:b/>
        </w:rPr>
        <w:t xml:space="preserve">[55:08] </w:t>
      </w:r>
      <w:r>
        <w:t>to yeh bohat hi ah bara sabak hai yani is is kahani ka ke Allah taala ah daai ke liye bohat hi tarah tarah ke moqaat faraham karta hai taake woh apna kaam aasani se kar sake.</w:t>
      </w:r>
    </w:p>
    <w:p>
      <w:pPr>
        <w:jc w:val="right"/>
      </w:pPr>
      <w:r>
        <w:t>تو یہ بہت ہی اہ بڑا سبق ہے یعنی اس اس کہانی کا کہ اللہ تعالی اہ داعی کے لیے بہت ہی طرح طرح کے مواقع فراہم کرتا ہے تاکہ وہ اپنا کام اسانی سے کر سکے۔</w:t>
      </w:r>
    </w:p>
    <w:p>
      <w:r>
        <w:rPr>
          <w:b/>
        </w:rPr>
        <w:t xml:space="preserve">[55:22] </w:t>
      </w:r>
      <w:r>
        <w:t>bas hamein apne mission pe jama hona rehna hai, aur sabar karna hai, aur dua karni hai. phir Allah taala ki jo rehmaten hain, woh hamare upar toot paden gi</w:t>
      </w:r>
    </w:p>
    <w:p>
      <w:pPr>
        <w:jc w:val="right"/>
      </w:pPr>
      <w:r>
        <w:t>بس ہمیں اپنے مشن پہ جمع ہونا رہنا ہے، اور صبر کرنا ہے، اور دعا کرنی ہے۔ پھر اللہ تعالی کی جو رحمتیں ہیں، وہ ہمارے اوپر ٹوٹ پڑیں گی</w:t>
      </w:r>
    </w:p>
    <w:p>
      <w:r>
        <w:rPr>
          <w:b/>
        </w:rPr>
        <w:t xml:space="preserve">[55:32] </w:t>
      </w:r>
      <w:r>
        <w:t>۔ ji doctor sahib, jaisa aap ne kaha ke ek daai ko kaam karna hai, aur ek important cheez doctor sahib, is se yeh bhi nikal kar aati hai ke un ko profit yusuf ko qaid khane se nikal kar ek mulki kirdaar ada karna tha.</w:t>
      </w:r>
    </w:p>
    <w:p>
      <w:pPr>
        <w:jc w:val="right"/>
      </w:pPr>
      <w:r>
        <w:t>۔ جی ڈاکٹر صاحب، جیسا آپ نے کہا کہ ایک داعی کو کام کرنا ہے، اور ایک امپورٹنٹ چیز ڈاکٹر صاحب، اس سے یہ بھی نکل کر آتی ہے کہ ان کو پرافٹ یوسف کو قید خانے سے نکل کر ایک ملکی کردار ادا کرنا تھا۔</w:t>
      </w:r>
    </w:p>
    <w:p>
      <w:r>
        <w:rPr>
          <w:b/>
        </w:rPr>
        <w:t xml:space="preserve">[55:46] </w:t>
      </w:r>
      <w:r>
        <w:t>to yeh bohat zaroori tha ke mulk ki satah par un ki jo ah shakhsiyat hai, woh ek maroof shakhsiyat ban kar bahar nikle, aur isi liye us ka jo zariya hai, woh badshah ke khwab ke through nikla.</w:t>
      </w:r>
    </w:p>
    <w:p>
      <w:pPr>
        <w:jc w:val="right"/>
      </w:pPr>
      <w:r>
        <w:t>تو یہ بہت ضروری تھا کہ ملک کی سطح پر ان کی جو اہ شخصیت ہے، وہ ایک معروف شخصیت بن کر باہر نکلے، اور اسی لیے اس کا جو ذریعہ ہے، وہ بادشاہ کے خواب کے تھرو نکلا۔</w:t>
      </w:r>
    </w:p>
    <w:p>
      <w:r>
        <w:rPr>
          <w:b/>
        </w:rPr>
        <w:t xml:space="preserve">[56:01] </w:t>
      </w:r>
      <w:r>
        <w:t>ah to doctor sahib, aakhri sawal poochna chahoon ga, aur usay poochne se pehle ek riwayat ka zikr karna chahoon ga jo ah hazrat umar bin khattab se hai.</w:t>
      </w:r>
    </w:p>
    <w:p>
      <w:pPr>
        <w:jc w:val="right"/>
      </w:pPr>
      <w:r>
        <w:t>اہ تو ڈاکٹر صاحب، آخری سوال پوچھنا چاہوں گا، اور اسے پوچھنے سے پہلے ایک روایت کا ذکر کرنا چاہوں گا جو اہ حضرت عمر بن خطاب سے ہے۔</w:t>
      </w:r>
    </w:p>
    <w:p>
      <w:r>
        <w:rPr>
          <w:b/>
        </w:rPr>
        <w:t xml:space="preserve">[56:11] </w:t>
      </w:r>
      <w:r>
        <w:t>ah ke ek bari woh fajar ki namaz lead kar rahe the, aur ah namaz lead karte waqt woh jab ah surah yusuf ki is aayat par aaye jahan par yaqoob profit yaqoob ka hawala tha ke where he said that I complain of my sorrow and grief only to</w:t>
      </w:r>
    </w:p>
    <w:p>
      <w:pPr>
        <w:jc w:val="right"/>
      </w:pPr>
      <w:r>
        <w:t>اہ کہ ایک باری وہ فجر کی نماز لیڈ کر رہے تھے، اور اہ نماز لیڈ کرتے وقت وہ جب اہ سورہ یوسف کی اس آیت پر آئے جہاں پر یعقوب پرافٹ یعقوب کا حوالہ تھا کہ where he said that I complain of my sorrow and grief only to</w:t>
      </w:r>
    </w:p>
    <w:p>
      <w:r>
        <w:rPr>
          <w:b/>
        </w:rPr>
        <w:t xml:space="preserve">[56:29] </w:t>
      </w:r>
      <w:r>
        <w:t>Allah to jaise hi unhon ne yeh parha to woh bohat be tahasha rone lagen, aur kaha jata hai ke ah is congregation mein jo aakhri ro thi, wahan pe jo namaz ke liye khade hue the, un tak un ke rone ki awaz pahunch rahi thi.</w:t>
      </w:r>
    </w:p>
    <w:p>
      <w:pPr>
        <w:jc w:val="right"/>
      </w:pPr>
      <w:r>
        <w:t>Allah تو جیسے ہی انہوں نے یہ پڑھا تو وہ بہت بے تحاشہ رونے لگے، اور کہا جاتا ہے کہ اہ اس کانگریگیشن میں جو آخری رو تھی، وہاں پہ جو نماز کے لیے کھڑے ہوئے تھے، ان تک ان کے رونے کی آواز پہنچ رہی تھی۔</w:t>
      </w:r>
    </w:p>
    <w:p>
      <w:r>
        <w:rPr>
          <w:b/>
        </w:rPr>
        <w:t xml:space="preserve">[56:45] </w:t>
      </w:r>
      <w:r>
        <w:t>to sahabi ka yeh kirdaar hota tha ke woh quran ko ek living quran ki tarah apni zindagi mein utarte the. ah yeh ek bohat seekhne ke liye hamein ek cheez milti hai.</w:t>
      </w:r>
    </w:p>
    <w:p>
      <w:pPr>
        <w:jc w:val="right"/>
      </w:pPr>
      <w:r>
        <w:t>تو صحابی کا یہ کردار ہوتا تھا کہ وہ قرآن کو ایک لیونگ قرآن کی طرح اپنی زندگی میں اتارتے تھے۔ اہ یہ ایک بہت سیکھنے کے لیے ہمیں ایک چیز ملتی ہے۔</w:t>
      </w:r>
    </w:p>
    <w:p>
      <w:r>
        <w:rPr>
          <w:b/>
        </w:rPr>
        <w:t xml:space="preserve">[56:55] </w:t>
      </w:r>
      <w:r>
        <w:t>ah</w:t>
      </w:r>
    </w:p>
    <w:p>
      <w:pPr>
        <w:jc w:val="right"/>
      </w:pPr>
      <w:r>
        <w:t>اہ</w:t>
      </w:r>
    </w:p>
    <w:p>
      <w:r>
        <w:rPr>
          <w:b/>
        </w:rPr>
        <w:t xml:space="preserve">[56:56] </w:t>
      </w:r>
      <w:r>
        <w:t>lekin doctor sahib, mera jo sawal hai woh ah Rasool Allah ke hawale se hai ke unhon ne kai hadeesein Prophet Yusuf ke bare mein kaheen, to main chahoon ga ke koi aisi hadees aap batayein jis mein hum sab ke liye ek paigham ho, ek message ho jo hum apni zindagi mein utaar sakte hain.</w:t>
      </w:r>
    </w:p>
    <w:p>
      <w:pPr>
        <w:jc w:val="right"/>
      </w:pPr>
      <w:r>
        <w:t>لیکن ڈاکٹر صاحب، میرا جو سوال ہے وہ اہ رسول اللہ کے حوالے سے ہے کہ انہوں نے کئی حدیثیں پرافٹ یوسف کے بارے میں کہیں، تو میں چاہوں گا کہ کوئی ایسی حدیث آپ بتائیں جس میں ہم سب کے لیے ایک پیغام ہو، ایک میسج ہو جو ہم اپنی زندگی میں اتار سکتے ہیں۔</w:t>
      </w:r>
    </w:p>
    <w:p>
      <w:r>
        <w:rPr>
          <w:b/>
        </w:rPr>
        <w:t xml:space="preserve">[57:15] </w:t>
      </w:r>
      <w:r>
        <w:t>bilkul, bohat acha aap ne waqia Hazrat Umar ka bataya ke kaise woh is aayat pe aa ke be ikhtiyar rone lage.</w:t>
      </w:r>
    </w:p>
    <w:p>
      <w:pPr>
        <w:jc w:val="right"/>
      </w:pPr>
      <w:r>
        <w:t>بالکل، بہت اچھا آپ نے واقعہ حضرت عمر کا بتایا کہ کیسے وہ اس آیت پہ آ کے بے اختیار رونے لگے۔</w:t>
      </w:r>
    </w:p>
    <w:p>
      <w:r>
        <w:rPr>
          <w:b/>
        </w:rPr>
        <w:t xml:space="preserve">[57:24] </w:t>
      </w:r>
      <w:r>
        <w:t>ji</w:t>
      </w:r>
    </w:p>
    <w:p>
      <w:pPr>
        <w:jc w:val="right"/>
      </w:pPr>
      <w:r>
        <w:t>جی</w:t>
      </w:r>
    </w:p>
    <w:p>
      <w:r>
        <w:rPr>
          <w:b/>
        </w:rPr>
        <w:t xml:space="preserve">[57:25] </w:t>
      </w:r>
      <w:r>
        <w:t>to waqai woh Surah Yusuf itni gehri surat hai ke is mein insaan ka dil bhar jata hai, bhar aata hai.</w:t>
      </w:r>
    </w:p>
    <w:p>
      <w:pPr>
        <w:jc w:val="right"/>
      </w:pPr>
      <w:r>
        <w:t>تو واقعی وہ سورہ یوسف اتنی گہری سورت ہے کہ اس میں انسان کا دل بھر جاتا ہے، بھر آتا ہے۔</w:t>
      </w:r>
    </w:p>
    <w:p>
      <w:r>
        <w:rPr>
          <w:b/>
        </w:rPr>
        <w:t xml:space="preserve">[57:33] </w:t>
      </w:r>
      <w:r>
        <w:t>to ah jaise aap ne kaha ke bohat si hadeesein hain Hazrat Yusuf علیہ السلام ke bare mein, to ah waqt bohat hadeesein hain, aur Rasool Allah صلی اللہ علیہ وسلم ne Meraj mein bhi dekha bhi tha Hazrat Yusuf علیہ السلام ko, aur kaha tha ke itne khoobsurat the ke adhi beauty Allah taala ne unhein de di, aur adhi saare insano mein badshah.</w:t>
      </w:r>
    </w:p>
    <w:p>
      <w:pPr>
        <w:jc w:val="right"/>
      </w:pPr>
      <w:r>
        <w:t>تو اہ جیسے آپ نے کہا کہ بہت سی حدیثیں ہیں حضرت یوسف علیہ السلام کے بارے میں، تو اہ وقت بہت حدیثیں ہیں، اور رسول اللہ صلی اللہ علیہ وسلم نے معراج میں بھی دیکھا بھی تھا حضرت یوسف علیہ السلام کو، اور کہا تھا کہ اتنے خوبصورت تھے کہ ادھی بیوٹی اللہ تعالی نے انہیں دے دی، اور ادھی سارے انسانوں میں بادشاہ۔</w:t>
      </w:r>
    </w:p>
    <w:p>
      <w:r>
        <w:rPr>
          <w:b/>
        </w:rPr>
        <w:t xml:space="preserve">[57:56] </w:t>
      </w:r>
      <w:r>
        <w:t>Masha Allah! Ji ji ji! To Allah taala hum sab ko ah mauqa de ke hum bhi dekhein. Ameen! Insha Allah. To ek hadees bohat achi hai, is mein bare gehre maani hain, halankay is mein Hazrat Yusuf علیہ السلام ki qabar ka</w:t>
      </w:r>
    </w:p>
    <w:p>
      <w:pPr>
        <w:jc w:val="right"/>
      </w:pPr>
      <w:r>
        <w:t>ماشاءاللہ! جی جی جی! تو اللہ تعالی ہم سب کو اہ موقع دے کہ ہم بھی دیکھیں۔ آمین! انشاءاللہ۔ تو ایک حدیث بہت اچھی ہے، اس میں بڑے گہرے معنی ہیں، حالانکہ اس میں حضرت یوسف علیہ السلام کی قبر کا</w:t>
      </w:r>
    </w:p>
    <w:p>
      <w:r>
        <w:rPr>
          <w:b/>
        </w:rPr>
        <w:t xml:space="preserve">[58:12] </w:t>
      </w:r>
      <w:r>
        <w:t>zikr hai, baqi koi zyada aur baat nahi hai. Ji to ek hadees mein aata hai ke ek ah bar Prophet Muhammad صلی اللہ علیہ وسلم kisi badu ke ghar gaye, jo gaon mein rehte hain.</w:t>
      </w:r>
    </w:p>
    <w:p>
      <w:pPr>
        <w:jc w:val="right"/>
      </w:pPr>
      <w:r>
        <w:t>ذکر ہے، باقی کوئی زیادہ اور بات نہیں ہے۔ جی تو ایک حدیث میں آتا ہے کہ ایک اہ بار پرافٹ محمد صلی اللہ علیہ وسلم کسی بدو کے گھر گئے، جو گاؤں میں رہتے ہیں۔</w:t>
      </w:r>
    </w:p>
    <w:p>
      <w:r>
        <w:rPr>
          <w:b/>
        </w:rPr>
        <w:t xml:space="preserve">[58:25] </w:t>
      </w:r>
      <w:r>
        <w:t>ji kheti bari karte hain, to us badu ne bohat hi acha, ah achay tareeqay se pesh aaya, bohat aoo bhagat ki, bada khayal kiya.</w:t>
      </w:r>
    </w:p>
    <w:p>
      <w:pPr>
        <w:jc w:val="right"/>
      </w:pPr>
      <w:r>
        <w:t>جی کھیتی باڑی کرتے ہیں، تو اس بدو نے بہت ہی اچھا، اہ اچھے طریقے سے پیش آیا، بہت اؤ بھگت کی، بڑا خیال کیا۔</w:t>
      </w:r>
    </w:p>
    <w:p>
      <w:r>
        <w:rPr>
          <w:b/>
        </w:rPr>
        <w:t xml:space="preserve">[58:37] </w:t>
      </w:r>
      <w:r>
        <w:t>to Prophet ne jab jaane lage to kaha ke tum bhi aana hamare yahan kabhi.</w:t>
      </w:r>
    </w:p>
    <w:p>
      <w:pPr>
        <w:jc w:val="right"/>
      </w:pPr>
      <w:r>
        <w:t>تو پرافٹ نے جب جانے لگے تو کہا کہ تم بھی آنا ہمارے یہاں کبھی۔</w:t>
      </w:r>
    </w:p>
    <w:p>
      <w:r>
        <w:rPr>
          <w:b/>
        </w:rPr>
        <w:t xml:space="preserve">[58:44] </w:t>
      </w:r>
      <w:r>
        <w:t>to kuch arsay ke baad woh aaya badu Prophet se milne, to Prophet achi tarah se mile us se, baat cheet ki, aur kaha ke tumhari agar koi zaroorat ho, kuch tum chahte ho to batao,</w:t>
      </w:r>
    </w:p>
    <w:p>
      <w:pPr>
        <w:jc w:val="right"/>
      </w:pPr>
      <w:r>
        <w:t>تو کچھ عرصے کے بعد وہ آیا بدو پرافٹ سے ملنے، تو پرافٹ اچھی طرح سے ملے اس سے، بات چیت کی، اور کہا کہ تمہاری اگر کوئی ضرورت ہو، کچھ تم چاہتے ہو تو بتاؤ،</w:t>
      </w:r>
    </w:p>
    <w:p>
      <w:r>
        <w:rPr>
          <w:b/>
        </w:rPr>
        <w:t xml:space="preserve">[59:01] </w:t>
      </w:r>
      <w:r>
        <w:t>koi hajat ho tumhari to batao, main poora karoon ise. To us ne kaha ke mujhe koi ek untni dein dein, aap kajaway ke sath.</w:t>
      </w:r>
    </w:p>
    <w:p>
      <w:pPr>
        <w:jc w:val="right"/>
      </w:pPr>
      <w:r>
        <w:t>کوئی حاجت ہو تمہاری تو بتاؤ، میں پورا کروں اسے۔ تو اس نے کہا کہ مجھے کوئی ایک اونٹنی دے دیں، آپ کجاوے کے ساتھ۔</w:t>
      </w:r>
    </w:p>
    <w:p>
      <w:r>
        <w:rPr>
          <w:b/>
        </w:rPr>
        <w:t xml:space="preserve">[59:12] </w:t>
      </w:r>
      <w:r>
        <w:t>ji</w:t>
      </w:r>
    </w:p>
    <w:p>
      <w:pPr>
        <w:jc w:val="right"/>
      </w:pPr>
      <w:r>
        <w:t>جی</w:t>
      </w:r>
    </w:p>
    <w:p>
      <w:r>
        <w:rPr>
          <w:b/>
        </w:rPr>
        <w:t xml:space="preserve">[59:13] </w:t>
      </w:r>
      <w:r>
        <w:t>aur kuch bakriyan dein dein taake jo meri family hai, us ke liye asani ho jaye gi, woh doodh wagera us se nikalen gi.</w:t>
      </w:r>
    </w:p>
    <w:p>
      <w:pPr>
        <w:jc w:val="right"/>
      </w:pPr>
      <w:r>
        <w:t>اور کچھ بکریاں دے دیں تاکہ جو میری فیملی ہے، اس کے لیے اسانی ہو جائے گی، وہ دودھ وغیرہ اس سے نکالیں گے۔</w:t>
      </w:r>
    </w:p>
    <w:p>
      <w:r>
        <w:rPr>
          <w:b/>
        </w:rPr>
        <w:t xml:space="preserve">[59:26] </w:t>
      </w:r>
      <w:r>
        <w:t>to Prophet muskuraye, aur Sahaba bhi bethe hue the wahan. To sab se address karte hue kaha ke tum logon ko kya ho gaya hai</w:t>
      </w:r>
    </w:p>
    <w:p>
      <w:pPr>
        <w:jc w:val="right"/>
      </w:pPr>
      <w:r>
        <w:t>تو پرافٹ مسکرائے، اور صحابہ بھی بیٹھے ہوئے تھے وہاں۔ تو سب سے ایڈریس کرتے ہوئے کہا کہ تم لوگوں کو کیا ہو گیا ہے</w:t>
      </w:r>
    </w:p>
    <w:p>
      <w:r>
        <w:rPr>
          <w:b/>
        </w:rPr>
        <w:t xml:space="preserve">[59:38] </w:t>
      </w:r>
      <w:r>
        <w:t>ke tum Bani Israel ki budhiya ki tarah se bhi koi sawal karna nahi jante, kuch mangna nahi jante. Ji mutaliba nahi karna jante.</w:t>
      </w:r>
    </w:p>
    <w:p>
      <w:pPr>
        <w:jc w:val="right"/>
      </w:pPr>
      <w:r>
        <w:t>کہ تم بنی اسرائیل کی بڑھیا کی طرح سے بھی کوئی سوال کرنا نہیں جانتے، کچھ مانگنا نہیں جانتے۔ جی مطالبہ نہیں کرنا جانتے۔</w:t>
      </w:r>
    </w:p>
    <w:p>
      <w:r>
        <w:rPr>
          <w:b/>
        </w:rPr>
        <w:t xml:space="preserve">[59:48] </w:t>
      </w:r>
      <w:r>
        <w:t>to jo Sahaba the, woh bare hairaan hue ke yeh Bani Bani Israel ki budhiya ka kya mamla hai. To unhon ne kaha ke aye Khuda ke Rasool, Bani Israel ki budhiya ka kya qissa hai?</w:t>
      </w:r>
    </w:p>
    <w:p>
      <w:pPr>
        <w:jc w:val="right"/>
      </w:pPr>
      <w:r>
        <w:t>تو جو صحابہ تھے، وہ بڑے حیران ہوئے کہ یہ بنی بنی اسرائیل کی بڑھیا کا کیا معاملہ ہے۔ تو انہوں نے کہا کہ اے خدا کے رسول، بنی اسرائیل کی بڑھیا کا کیا قصہ ہے؟</w:t>
      </w:r>
    </w:p>
    <w:p>
      <w:r>
        <w:rPr>
          <w:b/>
        </w:rPr>
        <w:t xml:space="preserve">[59:59] </w:t>
      </w:r>
      <w:r>
        <w:t>ji to Rasool Allah صلی اللہ علیہ وسلم ne poori poori kahani sunai,</w:t>
      </w:r>
    </w:p>
    <w:p>
      <w:pPr>
        <w:jc w:val="right"/>
      </w:pPr>
      <w:r>
        <w:t>جی تو رسول اللہ صلی اللہ علیہ وسلم نے پوری پوری کہانی سنائی،</w:t>
      </w:r>
    </w:p>
    <w:p>
      <w:r>
        <w:rPr>
          <w:b/>
        </w:rPr>
        <w:t xml:space="preserve">[1:00:07] </w:t>
      </w:r>
      <w:r>
        <w:t>kaha ke jab Musa علیہ السلام Misr se nikle, yani jab Firon gharaq ho gaya, to Allah taala ne hukum diya ke tum ah saare ah Bani Israel ko Egypt se le ke ah Holy Land Sahra-e-Sina mein jao, aur un ki tarbiyat karo.</w:t>
      </w:r>
    </w:p>
    <w:p>
      <w:pPr>
        <w:jc w:val="right"/>
      </w:pPr>
      <w:r>
        <w:t>کہا کہ جب موسی علیہ السلام مصر سے نکلے، یعنی جب فرعون غرق ہو گیا، تو اللہ تعالی نے حکم دیا کہ تم اہ سارے اہ بنی اسرائیل کو ایجپٹ سے لے کے اہ ہولی لینڈ صحرائے سینا میں جاؤ، اور ان کی تربیت کرو۔</w:t>
      </w:r>
    </w:p>
    <w:p>
      <w:r>
        <w:rPr>
          <w:b/>
        </w:rPr>
        <w:t xml:space="preserve">[1:00:28] </w:t>
      </w:r>
      <w:r>
        <w:t>to poora qafila nikla, poora qairwan.</w:t>
      </w:r>
    </w:p>
    <w:p>
      <w:pPr>
        <w:jc w:val="right"/>
      </w:pPr>
      <w:r>
        <w:t>تو پورا قافلہ نکلا، پورا قیرواں۔</w:t>
      </w:r>
    </w:p>
    <w:p>
      <w:r>
        <w:rPr>
          <w:b/>
        </w:rPr>
        <w:t xml:space="preserve">[1:00:31] </w:t>
      </w:r>
      <w:r>
        <w:t>to rastay mein kahin ah woh log rasta un ko samajh mein nahi aya. To Musa علیہ السلام ne jo ulma the us group mein, un ko kaha ke bhai yeh rasta humein samajh mein kyun nahi aa raha hai, yahan se aage kahan jayen?</w:t>
      </w:r>
    </w:p>
    <w:p>
      <w:pPr>
        <w:jc w:val="right"/>
      </w:pPr>
      <w:r>
        <w:t>تو راستے میں کہیں اہ وہ لوگ راستہ ان کو سمجھ میں نہیں آیا۔ تو موسی علیہ السلام نے جو علماء تھے اس گروپ میں، ان کو کہا کہ بھئی یہ راستہ ہمیں سمجھ میں کیوں نہیں آ رہا ہے، یہاں سے آگے کہاں جائیں؟</w:t>
      </w:r>
    </w:p>
    <w:p>
      <w:r>
        <w:rPr>
          <w:b/>
        </w:rPr>
        <w:t xml:space="preserve">[1:00:48] </w:t>
      </w:r>
      <w:r>
        <w:t>to unhon ne kaha ke ah hum ko Yusuf علیہ السلام ki qabar tak jana hoga, wahan se phir rasta humein samajh mein aa jayega.</w:t>
      </w:r>
    </w:p>
    <w:p>
      <w:pPr>
        <w:jc w:val="right"/>
      </w:pPr>
      <w:r>
        <w:t>تو انہوں نے کہا کہ اہ ہم کو یوسف علیہ السلام کی قبر تک جانا ہوگا، وہاں سے پھر راستہ ہمیں سمجھ میں آ جائے گا۔</w:t>
      </w:r>
    </w:p>
    <w:p>
      <w:r>
        <w:rPr>
          <w:b/>
        </w:rPr>
        <w:t xml:space="preserve">[1:00:57] </w:t>
      </w:r>
      <w:r>
        <w:t>ek lambi hadees hai, main thora hissa le raha hoon. Ji</w:t>
      </w:r>
    </w:p>
    <w:p>
      <w:pPr>
        <w:jc w:val="right"/>
      </w:pPr>
      <w:r>
        <w:t>ایک لمبی حدیث ہے، میں تھوڑا حصہ لے رہا ہوں۔ جی</w:t>
      </w:r>
    </w:p>
    <w:p>
      <w:r>
        <w:rPr>
          <w:b/>
        </w:rPr>
        <w:t xml:space="preserve">[1:01:02] </w:t>
      </w:r>
      <w:r>
        <w:t>to Musa علیہ السلام ne kaha ke phir kaise pata karenge qabar kahan hai? To un logon ne kaha ke ek Bani Israel ki budhiya hai, old lady hai, bas woh janti hai, aur koi janta nahi hai ke kahan hai Yusuf علیہ السلام ki qabar.</w:t>
      </w:r>
    </w:p>
    <w:p>
      <w:pPr>
        <w:jc w:val="right"/>
      </w:pPr>
      <w:r>
        <w:t>تو موسی علیہ السلام نے کہا کہ پھر کیسے پتہ کریں گے قبر کہاں ہے؟ تو ان لوگوں نے کہا کہ ایک بنی اسرائیل کی بڑھیا ہے، اولڈ لیڈی ہے، بس وہ جانتی ہے، اور کوئی جانتا نہیں ہے کہ کہاں ہے یوسف علیہ السلام کی قبر۔</w:t>
      </w:r>
    </w:p>
    <w:p>
      <w:r>
        <w:rPr>
          <w:b/>
        </w:rPr>
        <w:t xml:space="preserve">[1:01:18] </w:t>
      </w:r>
      <w:r>
        <w:t>to Musa علیہ السلام ne bulaya, woh bhi thi wahan usi group mein. To woh aayi to</w:t>
      </w:r>
    </w:p>
    <w:p>
      <w:pPr>
        <w:jc w:val="right"/>
      </w:pPr>
      <w:r>
        <w:t>تو موسی علیہ السلام نے بلایا، وہ بھی تھی وہاں اسی گروپ میں۔ تو وہ آئی تو</w:t>
      </w:r>
    </w:p>
    <w:p>
      <w:r>
        <w:rPr>
          <w:b/>
        </w:rPr>
        <w:t xml:space="preserve">[1:01:28] </w:t>
      </w:r>
      <w:r>
        <w:t>musa alehالسلام ne kaha ke batao hamein kahan hai qabar yusuf alehالسلام ki? to is budhiya ne kaha ke khuda ki qasam, main nahi bataungi aap ko jab tak ke aap mera mutalba, meri demand poori poori na karein.</w:t>
      </w:r>
    </w:p>
    <w:p>
      <w:pPr>
        <w:jc w:val="right"/>
      </w:pPr>
      <w:r>
        <w:t>موسی علیہ السلام نے کہا کہ بتاؤ ہمیں کہاں ہے قبر یوسف علیہ السلام کی؟ تو اس بڑھیا نے کہا کہ خدا کی قسم، میں نہیں بتاؤں گی آپ کو جب تک کہ آپ میرا مطالبہ، میری ڈیمانڈ پوری پوری نہ کریں۔</w:t>
      </w:r>
    </w:p>
    <w:p>
      <w:r>
        <w:rPr>
          <w:b/>
        </w:rPr>
        <w:t xml:space="preserve">[1:01:46] </w:t>
      </w:r>
      <w:r>
        <w:t>to musa alehالسلام to bohat hi ghusse wale the, lekin beharhaal unhone kaha ke acha bhai, kya demand hai tumhari? kya hai mutalba tumhara?</w:t>
      </w:r>
    </w:p>
    <w:p>
      <w:pPr>
        <w:jc w:val="right"/>
      </w:pPr>
      <w:r>
        <w:t>تو موسی علیہ السلام تو بہت ہی غصے والے تھے، لیکن بہرحال انہوں نے کہا کہ اچھا بھئی، کیا ڈیمانڈ ہے تمہاری؟ کیا ہے مطالبہ تمہارا؟</w:t>
      </w:r>
    </w:p>
    <w:p>
      <w:r>
        <w:rPr>
          <w:b/>
        </w:rPr>
        <w:t xml:space="preserve">[1:01:57] </w:t>
      </w:r>
      <w:r>
        <w:t>us ne kaha ke main aap ke sath jannat mein rehna chahti hoon. acha ji, mashallah. to ab musa alehالسلام to bohat ghusse wale the, unhone ek baar ek farishte ko bhi maar diya tha.</w:t>
      </w:r>
    </w:p>
    <w:p>
      <w:pPr>
        <w:jc w:val="right"/>
      </w:pPr>
      <w:r>
        <w:t>اس نے کہا کہ میں آپ کے ساتھ جنت میں رہنا چاہتی ہوں۔ اچھا جی، ماشاءاللہ۔ تو اب موسی علیہ السلام تو بہت غصے والے تھے، انہوں نے ایک بار ایک فرشتے کو بھی مار دیا تھا۔</w:t>
      </w:r>
    </w:p>
    <w:p>
      <w:r>
        <w:rPr>
          <w:b/>
        </w:rPr>
        <w:t xml:space="preserve">[1:02:11] </w:t>
      </w:r>
      <w:r>
        <w:t>to wo to kuch is se pehle ke ghussa aaye, un ko allah taala ne ek farishta bheja, wahi bheji ke is ki demand accept kar lo, mashallah, is ka mutalba poora kar do.</w:t>
      </w:r>
    </w:p>
    <w:p>
      <w:pPr>
        <w:jc w:val="right"/>
      </w:pPr>
      <w:r>
        <w:t>تو وہ تو کچھ اس سے پہلے کہ غصہ آئے، ان کو اللہ تعالی نے ایک فرشتہ بھیجا، وحی بھیجی کہ اس کی ڈیمانڈ ایکسیپٹ کر لو، ماشاءاللہ، اس کا مطالبہ پورا کر دو۔</w:t>
      </w:r>
    </w:p>
    <w:p>
      <w:r>
        <w:rPr>
          <w:b/>
        </w:rPr>
        <w:t xml:space="preserve">[1:02:25] </w:t>
      </w:r>
      <w:r>
        <w:t>to unhone kaha ke theek hai bhai, main tumhara mutalba poora karta hoon, tum rehna jannat mein mere sath. phir wo le ke gayi kahin, aur yusuf alehالسلام ki qabar tak pohanchi.</w:t>
      </w:r>
    </w:p>
    <w:p>
      <w:pPr>
        <w:jc w:val="right"/>
      </w:pPr>
      <w:r>
        <w:t>تو انہوں نے کہا کہ ٹھیک ہے بھئی، میں تمہارا مطالبہ پورا کرتا ہوں، تم رہنا جنت میں میرے ساتھ۔ پھر وہ لے کے گئی کہیں، اور یوسف علیہ السلام کی قبر تک پہنچے۔</w:t>
      </w:r>
    </w:p>
    <w:p>
      <w:r>
        <w:rPr>
          <w:b/>
        </w:rPr>
        <w:t xml:space="preserve">[1:02:40] </w:t>
      </w:r>
      <w:r>
        <w:t>phir kuch aur moajze ke andaaz ki baatein huin, aur phir rasta wazeh ho gaya.</w:t>
      </w:r>
    </w:p>
    <w:p>
      <w:pPr>
        <w:jc w:val="right"/>
      </w:pPr>
      <w:r>
        <w:t>پھر کچھ اور معجزے کے انداز کی باتیں ہوئیں، اور پھر راستہ واضح ہو گیا۔</w:t>
      </w:r>
    </w:p>
    <w:p>
      <w:r>
        <w:rPr>
          <w:b/>
        </w:rPr>
        <w:t xml:space="preserve">[1:02:45] </w:t>
      </w:r>
      <w:r>
        <w:t>to yeh jo qissa hai, is mein yeh jo sabak bohat gehra hai ke insaan ko jab allah taala se dua karni chahiye to wo jannat ki dua kare.</w:t>
      </w:r>
    </w:p>
    <w:p>
      <w:pPr>
        <w:jc w:val="right"/>
      </w:pPr>
      <w:r>
        <w:t>تو یہ جو قصہ ہے، اس میں یہ جو سبق بہت گہرا ہے کہ انسان کو جب اللہ تعالی سے دعا کرنی چاہیے تو وہ جنت کی دعا کرے۔</w:t>
      </w:r>
    </w:p>
    <w:p>
      <w:r>
        <w:rPr>
          <w:b/>
        </w:rPr>
        <w:t xml:space="preserve">[1:02:58] </w:t>
      </w:r>
      <w:r>
        <w:t>ji chunaanche waise aap har har dua kar sakte hain. ah hadees mein aata hai ke tumhari sandal bhi toot jaye to allah se us ke liye dua karo.</w:t>
      </w:r>
    </w:p>
    <w:p>
      <w:pPr>
        <w:jc w:val="right"/>
      </w:pPr>
      <w:r>
        <w:t>جی چونکہ ویسے آپ ہر ہر دعا کر سکتے ہیں۔ اہ حدیث میں آتا ہے کہ تمہاری سینڈل بھی ٹوٹ جائے تو اللہ سے اس کے لیے دعا کرو۔</w:t>
      </w:r>
    </w:p>
    <w:p>
      <w:r>
        <w:rPr>
          <w:b/>
        </w:rPr>
        <w:t xml:space="preserve">[1:03:09] </w:t>
      </w:r>
      <w:r>
        <w:t>hmm, agar insaan ki zaroorat hai to wo dunyavi cheezon ki dua kar sakta hai,</w:t>
      </w:r>
    </w:p>
    <w:p>
      <w:pPr>
        <w:jc w:val="right"/>
      </w:pPr>
      <w:r>
        <w:t>ہمم، اگر انسان کی ضرورت ہے تو وہ دنیاوی چیزوں کی دعا کر سکتا ہے،</w:t>
      </w:r>
    </w:p>
    <w:p>
      <w:r>
        <w:rPr>
          <w:b/>
        </w:rPr>
        <w:t xml:space="preserve">[1:03:15] </w:t>
      </w:r>
      <w:r>
        <w:t>lekin jo abadi yani eternal masla hai hamara, wo to jannat hai. ji to usi ki dua karni chahiye.</w:t>
      </w:r>
    </w:p>
    <w:p>
      <w:pPr>
        <w:jc w:val="right"/>
      </w:pPr>
      <w:r>
        <w:t>لیکن جو ابدی یعنی ایٹرنل مسئلہ ہے ہمارا، وہ تو جنت ہے۔ جی تو اسی کی دعا کرنی چاہیے۔</w:t>
      </w:r>
    </w:p>
    <w:p>
      <w:r>
        <w:rPr>
          <w:b/>
        </w:rPr>
        <w:t xml:space="preserve">[1:03:24] </w:t>
      </w:r>
      <w:r>
        <w:t>mashallah. to is mein bare acha gehra yeh sabak hai ke hamein allah taala se jab hum dua karein to jannat ke liye dua karein.</w:t>
      </w:r>
    </w:p>
    <w:p>
      <w:pPr>
        <w:jc w:val="right"/>
      </w:pPr>
      <w:r>
        <w:t>ماشاءاللہ۔ تو اس میں بڑے اچھا گہرا یہ سبق ہے کہ ہمیں اللہ تعالی سے جب ہم دعا کریں تو جنت کے لیے دعا کریں۔</w:t>
      </w:r>
    </w:p>
    <w:p>
      <w:r>
        <w:rPr>
          <w:b/>
        </w:rPr>
        <w:t xml:space="preserve">[1:03:33] </w:t>
      </w:r>
      <w:r>
        <w:t>ji aur hadees mein aata hai ke jannat bhi agar tum jannat mango to jannat ul firdous mango, yani jo sab se aala jannat hai, us ke liye allah taala se dua ji</w:t>
      </w:r>
    </w:p>
    <w:p>
      <w:pPr>
        <w:jc w:val="right"/>
      </w:pPr>
      <w:r>
        <w:t>جی اور حدیث میں آتا ہے کہ جنت بھی اگر تم جنت مانگو تو جنت الفردوس مانگو، یعنی جو سب سے اعلیٰ جنت ہے، اس کے لیے اللہ تعالی سے دعا جی</w:t>
      </w:r>
    </w:p>
    <w:p>
      <w:r>
        <w:rPr>
          <w:b/>
        </w:rPr>
        <w:t xml:space="preserve">[1:03:44] </w:t>
      </w:r>
      <w:r>
        <w:t>karo. to bari bada umda waqia hai, is mein bohat hi acha achi tarah se pata chalta hai ke insaan ko dua jab karni chahiye, paighambar se agar koi mang raha hai to matlab yeh hai ke allah taala se hi ek tareeqe se dua ho rahi hai.</w:t>
      </w:r>
    </w:p>
    <w:p>
      <w:pPr>
        <w:jc w:val="right"/>
      </w:pPr>
      <w:r>
        <w:t>کرو۔ تو بڑی بڑا عمدہ واقعہ ہے، اس میں بہت ہی اچھا اچھی طرح سے پتہ چلتا ہے کہ انسان کو دعا جب کرنی چاہیے، پیغمبر سے اگر کوئی مانگ رہا ہے تو مطلب یہ ہے کہ اللہ تعالی سے ہی ایک طریقے سے دعا ہو رہی ہے۔</w:t>
      </w:r>
    </w:p>
    <w:p>
      <w:r>
        <w:rPr>
          <w:b/>
        </w:rPr>
        <w:t xml:space="preserve">[1:04:00] </w:t>
      </w:r>
      <w:r>
        <w:t>to bohat hi acha is ke andar ek sabak milta hai hamein. ji ji, ah thank you doctor sahib, aap</w:t>
      </w:r>
    </w:p>
    <w:p>
      <w:pPr>
        <w:jc w:val="right"/>
      </w:pPr>
      <w:r>
        <w:t>تو بہت ہی اچھا اس کے اندر ایک سبق ملتا ہے ہمیں۔ جی جی، اہ تھینک یو ڈاکٹر صاحب، آپ</w:t>
      </w:r>
    </w:p>
    <w:p>
      <w:r>
        <w:rPr>
          <w:b/>
        </w:rPr>
        <w:t xml:space="preserve">[1:04:08] </w:t>
      </w:r>
      <w:r>
        <w:t>ne aaj phir bohat alhamdulillah gehrai ke sath bohat ahem baatein bohat achhe se wazeh karein. jazak allah. aap ne bhi mashallah beech beech mein jo achhi baatein bataein, us se bhi bada faida hua.</w:t>
      </w:r>
    </w:p>
    <w:p>
      <w:pPr>
        <w:jc w:val="right"/>
      </w:pPr>
      <w:r>
        <w:t>نے آج پھر بہت الحمدللہ گہرائی کے ساتھ بہت اہم باتیں بہت اچھے سے واضح کریں۔ جزاک اللہ۔ آپ نے بھی ماشاءاللہ بیچ بیچ میں جو اچھی باتیں بتائیں، اس سے بھی بڑا فائدہ ہوا۔</w:t>
      </w:r>
    </w:p>
    <w:p>
      <w:r>
        <w:rPr>
          <w:b/>
        </w:rPr>
        <w:t xml:space="preserve">[1:04:20] </w:t>
      </w:r>
      <w:r>
        <w:t>jazak allah. inshallah. ah to aap ne dekha ke kaise prophet yusuf, jo khud bhi ek prophet the, wo kitne mushkil test se guzre.</w:t>
      </w:r>
    </w:p>
    <w:p>
      <w:pPr>
        <w:jc w:val="right"/>
      </w:pPr>
      <w:r>
        <w:t>جزاک اللہ۔ انشاءاللہ۔ اہ تو آپ نے دیکھا کہ کیسے پرافٹ یوسف، جو خود بھی ایک پرافٹ تھے، وہ کتنے مشکل ٹیسٹ سے گزرے۔</w:t>
      </w:r>
    </w:p>
    <w:p>
      <w:r>
        <w:rPr>
          <w:b/>
        </w:rPr>
        <w:t xml:space="preserve">[1:04:30] </w:t>
      </w:r>
      <w:r>
        <w:t>imaan aur taqwe ki raush raush ko ikhtiyar karne walon ke liye khuda ka abadi jannat ka yaqeeni wada hai, aur un ko dunya ke mamlaat mein bhi allah ki madad aati hai.</w:t>
      </w:r>
    </w:p>
    <w:p>
      <w:pPr>
        <w:jc w:val="right"/>
      </w:pPr>
      <w:r>
        <w:t>ایمان اور تقوے کی روش روش کو اختیار کرنے والوں کے لیے خدا کا ابدی جنت کا یقینی وعدہ ہے، اور ان کو دنیا کے معاملات میں بھی اللہ کی مدد آتی ہے۔</w:t>
      </w:r>
    </w:p>
    <w:p>
      <w:r>
        <w:rPr>
          <w:b/>
        </w:rPr>
        <w:t xml:space="preserve">[1:04:43] </w:t>
      </w:r>
      <w:r>
        <w:t>magar is mein jo sab se zyada bari cheez darkar hai, wo hai sabr aur allah par kamil bharosa, jo hum ne prophet yusuf ki zindagi se dekha.</w:t>
      </w:r>
    </w:p>
    <w:p>
      <w:pPr>
        <w:jc w:val="right"/>
      </w:pPr>
      <w:r>
        <w:t>مگر اس میں جو سب سے زیادہ بڑی چیز درکار ہے، وہ ہے صبر اور اللہ پر کامل بھروسہ، جو ہم نے پرافٹ یوسف کی زندگی سے دیکھا۔</w:t>
      </w:r>
    </w:p>
    <w:p>
      <w:r>
        <w:rPr>
          <w:b/>
        </w:rPr>
        <w:t xml:space="preserve">[1:04:55] </w:t>
      </w:r>
      <w:r>
        <w:t>to agar aap bhi sabr karein aur allah par poora bharosa rakhein to yaqeenan aap ki zindagi mein bhi aap ko kamyabi milegi, is dunya mein bhi aur akhirat mein bhi.</w:t>
      </w:r>
    </w:p>
    <w:p>
      <w:pPr>
        <w:jc w:val="right"/>
      </w:pPr>
      <w:r>
        <w:t>تو اگر آپ بھی صبر کریں اور اللہ پر پورا بھروسہ رکھیں تو یقینا آپ کی زندگی میں بھی آپ کو کامیابی ملے گی، اس دنیا میں بھی اور آخرت میں بھی۔</w:t>
      </w:r>
    </w:p>
    <w:p>
      <w:r>
        <w:rPr>
          <w:b/>
        </w:rPr>
        <w:t xml:space="preserve">[1:05:07] </w:t>
      </w:r>
      <w:r>
        <w:t>inshallah. to aaj ka session hum yahin par khatam karte hain. hum phir lotenge agle sunday saade das baje.</w:t>
      </w:r>
    </w:p>
    <w:p>
      <w:pPr>
        <w:jc w:val="right"/>
      </w:pPr>
      <w:r>
        <w:t>انشاءاللہ۔ تو آج کا سیشن ہم یہیں پر ختم کرتے ہیں۔ ہم پھر لوٹیں گے اگلے سنڈے ساڑھے دس بجے۔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