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Rahamat November 30, 2013 Maulana Wahiduddin Khan</w:t>
      </w:r>
    </w:p>
    <w:p>
      <w:r>
        <w:t>https://www.youtube.com/watch?v=Ufw57FQtEtA</w:t>
      </w:r>
    </w:p>
    <w:p>
      <w:r>
        <w:rPr>
          <w:b/>
        </w:rPr>
        <w:t xml:space="preserve">[00:13] </w:t>
      </w:r>
      <w:r>
        <w:t>bismillah rahman rahim, wa sallallahu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aaj november 2013 ki 30 tareekh hai, main is waqt hyderabad mein hoon aur osmania university ke ek hall mein</w:t>
      </w:r>
    </w:p>
    <w:p>
      <w:pPr>
        <w:jc w:val="right"/>
      </w:pPr>
      <w:r>
        <w:t>آج نومبر 2013 کی 30 تاریخ ہے، میں اس وقت حیدرآباد میں ہوں اور عثمانی یونیورسٹی کے ایک ہال میں</w:t>
      </w:r>
    </w:p>
    <w:p>
      <w:r>
        <w:rPr>
          <w:b/>
        </w:rPr>
        <w:t xml:space="preserve">[00:55] </w:t>
      </w:r>
      <w:r>
        <w:t>cps ke logon ke saath</w:t>
      </w:r>
    </w:p>
    <w:p>
      <w:pPr>
        <w:jc w:val="right"/>
      </w:pPr>
      <w:r>
        <w:t>سی پی ایس کے لوگوں کے ساتھ</w:t>
      </w:r>
    </w:p>
    <w:p>
      <w:r>
        <w:rPr>
          <w:b/>
        </w:rPr>
        <w:t xml:space="preserve">[01:00] </w:t>
      </w:r>
      <w:r>
        <w:t>maujood hoon.</w:t>
      </w:r>
    </w:p>
    <w:p>
      <w:pPr>
        <w:jc w:val="right"/>
      </w:pPr>
      <w:r>
        <w:t>موجود ہوں۔</w:t>
      </w:r>
    </w:p>
    <w:p>
      <w:r>
        <w:rPr>
          <w:b/>
        </w:rPr>
        <w:t xml:space="preserve">[01:04] </w:t>
      </w:r>
      <w:r>
        <w:t>aa</w:t>
      </w:r>
    </w:p>
    <w:p>
      <w:pPr>
        <w:jc w:val="right"/>
      </w:pPr>
      <w:r>
        <w:t>آ</w:t>
      </w:r>
    </w:p>
    <w:p>
      <w:r>
        <w:rPr>
          <w:b/>
        </w:rPr>
        <w:t xml:space="preserve">[01:05] </w:t>
      </w:r>
      <w:r>
        <w:t>aj hum logon ne fajar ki namaz padhi,</w:t>
      </w:r>
    </w:p>
    <w:p>
      <w:pPr>
        <w:jc w:val="right"/>
      </w:pPr>
      <w:r>
        <w:t>ج ہم لوگوں نے فجر کی نماز پڑھی،</w:t>
      </w:r>
    </w:p>
    <w:p>
      <w:r>
        <w:rPr>
          <w:b/>
        </w:rPr>
        <w:t xml:space="preserve">[01:11] </w:t>
      </w:r>
      <w:r>
        <w:t>sab ne milkar,</w:t>
      </w:r>
    </w:p>
    <w:p>
      <w:pPr>
        <w:jc w:val="right"/>
      </w:pPr>
      <w:r>
        <w:t>سب نے مل کر،</w:t>
      </w:r>
    </w:p>
    <w:p>
      <w:r>
        <w:rPr>
          <w:b/>
        </w:rPr>
        <w:t xml:space="preserve">[01:16] </w:t>
      </w:r>
      <w:r>
        <w:t>to namaz ke baad mujhe ek badi ajeeb si baat samajh aayi, bahut anokhi cheez.</w:t>
      </w:r>
    </w:p>
    <w:p>
      <w:pPr>
        <w:jc w:val="right"/>
      </w:pPr>
      <w:r>
        <w:t>تو نماز کے بعد مجھے ایک بڑی عجیب سی بات سمجھ آئی، بہت انوکھی چیز۔</w:t>
      </w:r>
    </w:p>
    <w:p>
      <w:r>
        <w:rPr>
          <w:b/>
        </w:rPr>
        <w:t xml:space="preserve">[01:27] </w:t>
      </w:r>
      <w:r>
        <w:t>bahut se log, aap jante hain, aise hain jo kehte hain ki hamare liye namaz ki zaroorat nahi hai, hamare liye quran kafi hai.</w:t>
      </w:r>
    </w:p>
    <w:p>
      <w:pPr>
        <w:jc w:val="right"/>
      </w:pPr>
      <w:r>
        <w:t>بہت سے لوگ، آپ جانتے ہیں، ایسے ہیں جو کہتے ہیں کہ ہمارے لیے نماز کی ضرورت نہیں ہے، ہمارے لیے قرآن کافی ہے۔</w:t>
      </w:r>
    </w:p>
    <w:p>
      <w:r>
        <w:rPr>
          <w:b/>
        </w:rPr>
        <w:t xml:space="preserve">[01:38] </w:t>
      </w:r>
      <w:r>
        <w:t>jo log kehte hain ki hadith ki zaroorat nahi hai, haqiqatan wo kehte hain namaz ki zaroorat hai. yeh sara jhagda namaz ka hota hai. jo log hadith ka inkar karte hain, wo haqiqatan hadith ka inkar nahi hai, wo namaz ka inkar hai.</w:t>
      </w:r>
    </w:p>
    <w:p>
      <w:pPr>
        <w:jc w:val="right"/>
      </w:pPr>
      <w:r>
        <w:t>جو لوگ کہتے ہیں کہ حدیث کی ضرورت نہیں ہے، حقیقتاً وہ کہتے ہیں نماز کی ضرورت ہے۔ یہ سارا جھگڑا نماز کا ہوتا ہے۔ جو لوگ حدیث کا انکار کرتے ہیں، وہ حقیقتاً حدیث کا انکار نہیں ہے، وہ نماز کا انکار ہے۔</w:t>
      </w:r>
    </w:p>
    <w:p>
      <w:r>
        <w:rPr>
          <w:b/>
        </w:rPr>
        <w:t xml:space="preserve">[01:55] </w:t>
      </w:r>
      <w:r>
        <w:t>paanch waqt ki namaz unko badi mushkil lagti hai, to yeh to nahi kehte ki hum namaz ke munkir hain, hadith par shak karte hain.</w:t>
      </w:r>
    </w:p>
    <w:p>
      <w:pPr>
        <w:jc w:val="right"/>
      </w:pPr>
      <w:r>
        <w:t>پانچ وقت کی نماز ان کو بڑی مشکل لگتی ہے، تو یہ تو نہیں کہتے کہ ہم نماز کے منکر ہیں، حدیث پر شک کرتے ہیں۔</w:t>
      </w:r>
    </w:p>
    <w:p>
      <w:r>
        <w:rPr>
          <w:b/>
        </w:rPr>
        <w:t xml:space="preserve">[02:04] </w:t>
      </w:r>
      <w:r>
        <w:t>kyunki hadith agar doubt full ho jaye to phir namaz se chhutti mil jayegi, kyunki paanch waqt ki namaz quran mein is tarah se nahi hai.</w:t>
      </w:r>
    </w:p>
    <w:p>
      <w:pPr>
        <w:jc w:val="right"/>
      </w:pPr>
      <w:r>
        <w:t>کیونکہ حدیث اگر ڈاؤٹ فل ہو جائے تو پھر نماز سے چھٹی مل جائے گی، کیونکہ پانچ وقت کی نماز قرآن میں اس طرح سے نہیں ہے۔</w:t>
      </w:r>
    </w:p>
    <w:p>
      <w:r>
        <w:rPr>
          <w:b/>
        </w:rPr>
        <w:t xml:space="preserve">[02:18] </w:t>
      </w:r>
      <w:r>
        <w:t>aaj mein yeh samajh mein aaya ki yeh log jo hain, bahut hi insincere hain,</w:t>
      </w:r>
    </w:p>
    <w:p>
      <w:pPr>
        <w:jc w:val="right"/>
      </w:pPr>
      <w:r>
        <w:t>آج میں یہ سمجھ میں آیا کہ یہ لوگ جو ہیں، بہت ہی ان سنسیئر ہیں،</w:t>
      </w:r>
    </w:p>
    <w:p>
      <w:r>
        <w:rPr>
          <w:b/>
        </w:rPr>
        <w:t xml:space="preserve">[02:25] </w:t>
      </w:r>
      <w:r>
        <w:t>baaton ko gehrai mein sochte nahi hain. dekhein, yaad rakhiye, sabse badi cheez zindagi mein sincerity hai, baaton ko samajhne ke liye.</w:t>
      </w:r>
    </w:p>
    <w:p>
      <w:pPr>
        <w:jc w:val="right"/>
      </w:pPr>
      <w:r>
        <w:t>باتوں کو گہرائی میں سوچتے نہیں ہیں۔ دیکھیں، یاد رکھیے، سب سے بڑی چیز زندگی میں سنسیئرٹی ہے، باتوں کو سمجھنے کے لیے۔</w:t>
      </w:r>
    </w:p>
    <w:p>
      <w:r>
        <w:rPr>
          <w:b/>
        </w:rPr>
        <w:t xml:space="preserve">[02:38] </w:t>
      </w:r>
      <w:r>
        <w:t>ek martaba maine ek article padha tha america se, ek parcha nikalta tha, shayad ab nikalta hai ya nahi nikalta hai, uska title mujhe yaad nahi aa raha, kuch thought tha kya,</w:t>
      </w:r>
    </w:p>
    <w:p>
      <w:pPr>
        <w:jc w:val="right"/>
      </w:pPr>
      <w:r>
        <w:t>ایک مرتبہ میں نے ایک آرٹیکل پڑھا تھا امریکہ سے، ایک پرچہ نکلتا تھا، شاید اب نکلتا ہے یا نہیں نکلتا ہے، اس کا ٹائٹل مجھے یاد نہیں آ رہا، کچھ تھاٹ تھا کیا،</w:t>
      </w:r>
    </w:p>
    <w:p>
      <w:r>
        <w:rPr>
          <w:b/>
        </w:rPr>
        <w:t xml:space="preserve">[02:54] </w:t>
      </w:r>
      <w:r>
        <w:t>to uska jo editor tha, uski umar ho chuki thi 90 saal, aakhri zamane mein usne article likha tha. usne kaha ki mujhe lambi umar mili, beshumar logon se mera interaction hua,</w:t>
      </w:r>
    </w:p>
    <w:p>
      <w:pPr>
        <w:jc w:val="right"/>
      </w:pPr>
      <w:r>
        <w:t>تو اس کا جو ایڈیٹر تھا، اس کی عمر ہو چکی تھی 90 سال، آخری زمانے میں اس نے آرٹیکل لکھا تھا۔ اس نے کہا کہ مجھے لمبی عمر ملی، بے شمار لوگوں سے میرا انٹریکشن ہوا،</w:t>
      </w:r>
    </w:p>
    <w:p>
      <w:r>
        <w:rPr>
          <w:b/>
        </w:rPr>
        <w:t xml:space="preserve">[03:11] </w:t>
      </w:r>
      <w:r>
        <w:t>aur main keh sakta hoon ki sabse zyada rare cheez duniya mein kya hai? what is the rarest among the rare in the world?</w:t>
      </w:r>
    </w:p>
    <w:p>
      <w:pPr>
        <w:jc w:val="right"/>
      </w:pPr>
      <w:r>
        <w:t>اور میں کہہ سکتا ہوں کہ سب سے زیادہ ریئر چیز دنیا میں کیا ہے؟ واٹ از دا ریئرسٹ امنگ دا ریئر ان دی ورلڈ؟</w:t>
      </w:r>
    </w:p>
    <w:p>
      <w:r>
        <w:rPr>
          <w:b/>
        </w:rPr>
        <w:t xml:space="preserve">[03:24] </w:t>
      </w:r>
      <w:r>
        <w:t>to usne kaha tha ki sabse zyada rare cheez duniya mein hai sincerity. sincerity. sincerity jo hai, har mamle mein zaroori hai, chahe aap science ki study kar rahe hon ya mazhab ki study.</w:t>
      </w:r>
    </w:p>
    <w:p>
      <w:pPr>
        <w:jc w:val="right"/>
      </w:pPr>
      <w:r>
        <w:t>تو اس نے کہا تھا کہ سب سے زیادہ ریئر چیز دنیا میں ہے سنسیئرٹی۔ سنسیئرٹی۔ سنسیئرٹی جو ہے، ہر معاملے میں ضروری ہے، چاہے آپ سائنس کی سٹڈی کر رہے ہوں یا مذہب کی سٹڈی۔</w:t>
      </w:r>
    </w:p>
    <w:p>
      <w:r>
        <w:rPr>
          <w:b/>
        </w:rPr>
        <w:t xml:space="preserve">[03:43] </w:t>
      </w:r>
      <w:r>
        <w:t>baghair sincerity ke aap kisi bhi baat ko samajh nahi sakte.</w:t>
      </w:r>
    </w:p>
    <w:p>
      <w:pPr>
        <w:jc w:val="right"/>
      </w:pPr>
      <w:r>
        <w:t>بغیر سنسیئرٹی کے آپ کسی بھی بات کو سمجھ نہیں سکتے۔</w:t>
      </w:r>
    </w:p>
    <w:p>
      <w:r>
        <w:rPr>
          <w:b/>
        </w:rPr>
        <w:t xml:space="preserve">[03:48] </w:t>
      </w:r>
      <w:r>
        <w:t>to aaj main jab imam ke peeche namaz parh raha tha, to hamare imam sahab ne surah anbiya ki aakhri ruku parha.</w:t>
      </w:r>
    </w:p>
    <w:p>
      <w:pPr>
        <w:jc w:val="right"/>
      </w:pPr>
      <w:r>
        <w:t>تو آج میں جب امام کے پیچھے نماز پڑھ رہا تھا، تو ہمارے امام صاحب نے سورہ انبیاء کی آخری رکوع پڑھا۔</w:t>
      </w:r>
    </w:p>
    <w:p>
      <w:r>
        <w:rPr>
          <w:b/>
        </w:rPr>
        <w:t xml:space="preserve">[04:02] </w:t>
      </w:r>
      <w:r>
        <w:t>is mein aik ayat hai wa ma arsalnaka illa rahmatan lil alameen. yeh ayat tafaseer mein mubham hai, kisi bhi tafseer mein aap nahin paayenge ke rehmat kya hai.</w:t>
      </w:r>
    </w:p>
    <w:p>
      <w:pPr>
        <w:jc w:val="right"/>
      </w:pPr>
      <w:r>
        <w:t>اس میں ایک آیت ہے وما أرسلناك إلا رحمة للعالمین۔ یہ آیت تفسیروں میں مبہم ہے، کسی بھی تفسیر میں آپ نہیں پائیں گے کہ رحمت کیا ہے۔</w:t>
      </w:r>
    </w:p>
    <w:p>
      <w:r>
        <w:rPr>
          <w:b/>
        </w:rPr>
        <w:t xml:space="preserve">[04:16] </w:t>
      </w:r>
      <w:r>
        <w:t>log samajhte hain fazilat.</w:t>
      </w:r>
    </w:p>
    <w:p>
      <w:pPr>
        <w:jc w:val="right"/>
      </w:pPr>
      <w:r>
        <w:t>لوگ سمجھتے ہیں فضیلت۔</w:t>
      </w:r>
    </w:p>
    <w:p>
      <w:r>
        <w:rPr>
          <w:b/>
        </w:rPr>
        <w:t xml:space="preserve">[04:20] </w:t>
      </w:r>
      <w:r>
        <w:t>yani Rasool Allah ko aik laqab de rakha hai ke rehmat-e-alam, rehmat-ul-alameen, nabiy-ur-rehmah. fazilat ka muamla.</w:t>
      </w:r>
    </w:p>
    <w:p>
      <w:pPr>
        <w:jc w:val="right"/>
      </w:pPr>
      <w:r>
        <w:t>یعنی رسول اللہ کو ایک لقب دے رکھا ہے کہ رحمت عالم، رحمت اللعالمین، نبی الرحمہ۔ فضیلت کا معاملہ۔</w:t>
      </w:r>
    </w:p>
    <w:p>
      <w:r>
        <w:rPr>
          <w:b/>
        </w:rPr>
        <w:t xml:space="preserve">[04:30] </w:t>
      </w:r>
      <w:r>
        <w:t>nahin, is mein aik ma'ni ka samandar hai. to main is ayat ko poori tarah se samajh nahin paya tha, aaj namaz ki halat mein achaanak samajh mein aa gayi.</w:t>
      </w:r>
    </w:p>
    <w:p>
      <w:pPr>
        <w:jc w:val="right"/>
      </w:pPr>
      <w:r>
        <w:t>نہیں، اس میں ایک معنی کا سمندر ہے۔ تو میں اس آیت کو پوری طریقے سے سمجھ نہیں پایا تھا، آج نماز کی حالت میں اچانک سمجھ میں آ گئی۔</w:t>
      </w:r>
    </w:p>
    <w:p>
      <w:r>
        <w:rPr>
          <w:b/>
        </w:rPr>
        <w:t xml:space="preserve">[04:45] </w:t>
      </w:r>
      <w:r>
        <w:t>to namaz kya hai?</w:t>
      </w:r>
    </w:p>
    <w:p>
      <w:pPr>
        <w:jc w:val="right"/>
      </w:pPr>
      <w:r>
        <w:t>تو نماز کیا ہے؟</w:t>
      </w:r>
    </w:p>
    <w:p>
      <w:r>
        <w:rPr>
          <w:b/>
        </w:rPr>
        <w:t xml:space="preserve">[04:47] </w:t>
      </w:r>
      <w:r>
        <w:t>dekhiye, universityon mein scholars ke liye room hote hain, alag room. is ko kehte hain scholars room ya study room.</w:t>
      </w:r>
    </w:p>
    <w:p>
      <w:pPr>
        <w:jc w:val="right"/>
      </w:pPr>
      <w:r>
        <w:t>دیکھیے، یونیورسٹیوں میں اسکالرز کے لیے روم ہوتے ہیں، الگ روم۔ اس کو کہتے ہیں اسکالرز روم یا اسٹڈی روم۔</w:t>
      </w:r>
    </w:p>
    <w:p>
      <w:r>
        <w:rPr>
          <w:b/>
        </w:rPr>
        <w:t xml:space="preserve">[05:01] </w:t>
      </w:r>
      <w:r>
        <w:t>to in ko chabi de di jaati hai, accepted room hota hai, aik hi scholar ke liye. woh jayenge, chabi kholenge, baithenge, jab tak chahenge padhenge, is ke baad wapas chale jayenge, phir tala band.</w:t>
      </w:r>
    </w:p>
    <w:p>
      <w:pPr>
        <w:jc w:val="right"/>
      </w:pPr>
      <w:r>
        <w:t>تو ان کو چابی دے دی جاتی ہے، ایکسیپٹڈ روم ہوتا ہے، ایک ہی اسکالر کے لیے۔ وہ جائیں گے، چابی کھولیں گے، بیٹھیں گے، جب تک چاہیں گے پڑھیں گے، اس کے بعد واپس چلے جائیں گے، پھر تالا بند۔</w:t>
      </w:r>
    </w:p>
    <w:p>
      <w:r>
        <w:rPr>
          <w:b/>
        </w:rPr>
        <w:t xml:space="preserve">[05:16] </w:t>
      </w:r>
      <w:r>
        <w:t>to woh to</w:t>
      </w:r>
    </w:p>
    <w:p>
      <w:pPr>
        <w:jc w:val="right"/>
      </w:pPr>
      <w:r>
        <w:t>تو وہ تو</w:t>
      </w:r>
    </w:p>
    <w:p>
      <w:r>
        <w:rPr>
          <w:b/>
        </w:rPr>
        <w:t xml:space="preserve">[05:21] </w:t>
      </w:r>
      <w:r>
        <w:t>main ne socha ke yeh yeh jo masjid hai, yahi to hai.</w:t>
      </w:r>
    </w:p>
    <w:p>
      <w:pPr>
        <w:jc w:val="right"/>
      </w:pPr>
      <w:r>
        <w:t>میں نے سوچا کہ یہ یہ جو مسجد ہے، یہی تو ہے۔</w:t>
      </w:r>
    </w:p>
    <w:p>
      <w:r>
        <w:rPr>
          <w:b/>
        </w:rPr>
        <w:t xml:space="preserve">[05:31] </w:t>
      </w:r>
      <w:r>
        <w:t>alag ho kar ke jama'at ke saath jab aap namaz padhte hain to woh woh mutala-e-quran hota hai. aap jaante hain ke namaz ka sab se zyada aham hissa quraani to hai.</w:t>
      </w:r>
    </w:p>
    <w:p>
      <w:pPr>
        <w:jc w:val="right"/>
      </w:pPr>
      <w:r>
        <w:t>الگ ہو کر کے جماعت کے ساتھ جب آپ نماز پڑھتے ہیں تو وہ وہ مطالعہ قرآن ہوتا ہے۔ آپ جانتے ہیں کہ نماز کا سب سے زیادہ اہم حصہ قرآنی تو ہے۔</w:t>
      </w:r>
    </w:p>
    <w:p>
      <w:r>
        <w:rPr>
          <w:b/>
        </w:rPr>
        <w:t xml:space="preserve">[05:46] </w:t>
      </w:r>
      <w:r>
        <w:t>aap surah fatiha padhte hain, woh quran hai. kuch aur ayatein hain ya suratein padhte hain, woh quraani hain.</w:t>
      </w:r>
    </w:p>
    <w:p>
      <w:pPr>
        <w:jc w:val="right"/>
      </w:pPr>
      <w:r>
        <w:t>آپ سورہ فاتحہ پڑھتے ہیں، وہ قرآن ہے۔ کچھ اور آیتیں ہیں یا سورتیں پڑھتے ہیں، وہ قرآنی ہیں۔</w:t>
      </w:r>
    </w:p>
    <w:p>
      <w:r>
        <w:rPr>
          <w:b/>
        </w:rPr>
        <w:t xml:space="preserve">[05:57] </w:t>
      </w:r>
      <w:r>
        <w:t>chand kalmaat jo hain, woh bhi quraani se ma'khuz hain, maslan Allahu Akbar, Subhan Allah, woh sab quran se ma'khuz hain.</w:t>
      </w:r>
    </w:p>
    <w:p>
      <w:pPr>
        <w:jc w:val="right"/>
      </w:pPr>
      <w:r>
        <w:t>چند کلمات جو ہیں، وہ بھی قرآنی سے ماخوذ ہیں، مثلاً اللہ اکبر، سبحان اللہ، وہ سب قرآن سے ماخوذ ہیں۔</w:t>
      </w:r>
    </w:p>
    <w:p>
      <w:r>
        <w:rPr>
          <w:b/>
        </w:rPr>
        <w:t xml:space="preserve">[06:07] </w:t>
      </w:r>
      <w:r>
        <w:t>to chahe kuch kalmaat hon, chahe baqaida tilawat ho, haqeeqatan namaz naam hai aik مخصوص halat-e-ibadat mein quran ka mutala.</w:t>
      </w:r>
    </w:p>
    <w:p>
      <w:pPr>
        <w:jc w:val="right"/>
      </w:pPr>
      <w:r>
        <w:t>تو چاہے کچھ کلمات ہوں، چاہے باقاعدہ تلاوت ہو، حقیقتاً نماز نام ہے ایک مخصوص حالت عبادت میں قرآن کا مطالعہ۔</w:t>
      </w:r>
    </w:p>
    <w:p>
      <w:r>
        <w:rPr>
          <w:b/>
        </w:rPr>
        <w:t xml:space="preserve">[06:22] </w:t>
      </w:r>
      <w:r>
        <w:t>yeh hai. to it is like just, it is just, it is like study room.</w:t>
      </w:r>
    </w:p>
    <w:p>
      <w:pPr>
        <w:jc w:val="right"/>
      </w:pPr>
      <w:r>
        <w:t>یہ ہے۔ تو اٹ از لائک جسٹ، اٹ از جسٹ، اٹ از لائک اسٹڈی روم۔</w:t>
      </w:r>
    </w:p>
    <w:p>
      <w:r>
        <w:rPr>
          <w:b/>
        </w:rPr>
        <w:t xml:space="preserve">[06:31] </w:t>
      </w:r>
      <w:r>
        <w:t>aur hadith mein aaya hai ke al-masajidu buyut-ul-mutaqqin. to yeh insaan ki nafsiyat hai ke jab woh is apne ko detach karta hai, detach kar ke kahin woh sochta hai to baatein zyada samajh mein aati hain.</w:t>
      </w:r>
    </w:p>
    <w:p>
      <w:pPr>
        <w:jc w:val="right"/>
      </w:pPr>
      <w:r>
        <w:t>اور حدیث میں آیا ہے کہ المساجد و بیوت المتقین۔ تو یہ انسان کی نفسیات ہے کہ جب وہ اس اپنے کو ڈیٹیچ کرتا ہے، ڈیٹیچ کر کے کہیں وہ سوچتا ہے تو باتیں زیادہ سمجھ میں آتی ہیں۔</w:t>
      </w:r>
    </w:p>
    <w:p>
      <w:r>
        <w:rPr>
          <w:b/>
        </w:rPr>
        <w:t xml:space="preserve">[06:51] </w:t>
      </w:r>
      <w:r>
        <w:t>to namaz kya hai?</w:t>
      </w:r>
    </w:p>
    <w:p>
      <w:pPr>
        <w:jc w:val="right"/>
      </w:pPr>
      <w:r>
        <w:t>تو نماز کیا ہے؟</w:t>
      </w:r>
    </w:p>
    <w:p>
      <w:r>
        <w:rPr>
          <w:b/>
        </w:rPr>
        <w:t xml:space="preserve">[06:53] </w:t>
      </w:r>
      <w:r>
        <w:t>namaz hai apne ko detach kar ke aik jagah ikattha hona aur wahan par quran ki cheezon ko sunna.</w:t>
      </w:r>
    </w:p>
    <w:p>
      <w:pPr>
        <w:jc w:val="right"/>
      </w:pPr>
      <w:r>
        <w:t>نماز ہے اپنے کو ڈیٹیچ کر کے ایک جگہ اکٹھا ہونا اور وہاں پر قرآن کی چیزوں کو سننا۔</w:t>
      </w:r>
    </w:p>
    <w:p>
      <w:r>
        <w:rPr>
          <w:b/>
        </w:rPr>
        <w:t xml:space="preserve">[07:04] </w:t>
      </w:r>
      <w:r>
        <w:t>yeh nafsiyat ka taqaza hai.</w:t>
      </w:r>
    </w:p>
    <w:p>
      <w:pPr>
        <w:jc w:val="right"/>
      </w:pPr>
      <w:r>
        <w:t>یہ نفسیات کا تقاضا ہے۔</w:t>
      </w:r>
    </w:p>
    <w:p>
      <w:r>
        <w:rPr>
          <w:b/>
        </w:rPr>
        <w:t xml:space="preserve">[07:10] </w:t>
      </w:r>
      <w:r>
        <w:t>to jo aap dunya mein hain, kahin job mein hain, kahin business mein hain, kahin road par hain, kahin ghar mein hain, to aap us waqt apne ko detach kiye hue nahin hain, attach kiye hue hain.</w:t>
      </w:r>
    </w:p>
    <w:p>
      <w:pPr>
        <w:jc w:val="right"/>
      </w:pPr>
      <w:r>
        <w:t>تو جو آپ دنیا میں ہیں، کہیں جاب میں ہیں، کہیں بزنس میں ہیں، کہیں روڈ پر ہیں، کہیں گھر میں ہیں، تو آپ اس وقت اپنے کو ڈیٹیچ کیے ہوئے نہیں ہیں، اٹیچ کیے ہوئے ہیں۔</w:t>
      </w:r>
    </w:p>
    <w:p>
      <w:r>
        <w:rPr>
          <w:b/>
        </w:rPr>
        <w:t xml:space="preserve">[07:26] </w:t>
      </w:r>
      <w:r>
        <w:t>to aik hai attached life, aik hai detached life.</w:t>
      </w:r>
    </w:p>
    <w:p>
      <w:pPr>
        <w:jc w:val="right"/>
      </w:pPr>
      <w:r>
        <w:t>تو ایک ہے اٹیچڈ لائف، ایک ہے ڈیٹیچڈ لائف۔</w:t>
      </w:r>
    </w:p>
    <w:p>
      <w:r>
        <w:rPr>
          <w:b/>
        </w:rPr>
        <w:t xml:space="preserve">[07:33] </w:t>
      </w:r>
      <w:r>
        <w:t>to is is scholars ke liye jo study room hai, woh kya hai? woh detached study ke liye hai.</w:t>
      </w:r>
    </w:p>
    <w:p>
      <w:pPr>
        <w:jc w:val="right"/>
      </w:pPr>
      <w:r>
        <w:t>تو اس اس اسکالرز کے لیے جو اسٹڈی روم ہے، وہ کیا ہے؟ وہ ڈیٹیچڈ اسٹڈی کے لیے ہے۔</w:t>
      </w:r>
    </w:p>
    <w:p>
      <w:r>
        <w:rPr>
          <w:b/>
        </w:rPr>
        <w:t xml:space="preserve">[07:44] </w:t>
      </w:r>
      <w:r>
        <w:t>to aik hai attached life, aik hai detached life. to aadmi har lamha attached life mein hota hai. to aadmi subah se shaam tak hota hai attached life mein</w:t>
      </w:r>
    </w:p>
    <w:p>
      <w:pPr>
        <w:jc w:val="right"/>
      </w:pPr>
      <w:r>
        <w:t>تو ایک ہے اٹیچڈ لائف، ایک ہے ڈیٹیچڈ لائف۔ تو آدمی ہر لمحہ اٹیچڈ لائف میں ہوتا ہے۔ تو آدمی صبح سے شام تک ہوتا ہے اٹیچڈ لائف میں</w:t>
      </w:r>
    </w:p>
    <w:p>
      <w:r>
        <w:rPr>
          <w:b/>
        </w:rPr>
        <w:t xml:space="preserve">[07:58] </w:t>
      </w:r>
      <w:r>
        <w:t>ke family se juda hua hai, society se juda hua hai, business mein, job mein hai, har jagah kahin na kahin juda hua hai.</w:t>
      </w:r>
    </w:p>
    <w:p>
      <w:pPr>
        <w:jc w:val="right"/>
      </w:pPr>
      <w:r>
        <w:t>کہ فیملی سے جڑا ہوا ہے، سوسائٹی سے جڑا ہوا ہے، بزنس میں، جاب میں ہے، ہر جگہ کہیں نہ کہیں جڑا ہوا ہے۔</w:t>
      </w:r>
    </w:p>
    <w:p>
      <w:r>
        <w:rPr>
          <w:b/>
        </w:rPr>
        <w:t xml:space="preserve">[08:09] </w:t>
      </w:r>
      <w:r>
        <w:t>to haqeeqatan nahin khulti. masjid mein aa ke jab namaz padhta hai to that is detached life.</w:t>
      </w:r>
    </w:p>
    <w:p>
      <w:pPr>
        <w:jc w:val="right"/>
      </w:pPr>
      <w:r>
        <w:t>تو حقیقتاً نہیں کھلتی۔ مسجد میں آ کے جب نماز پڑھتا ہے تو دیٹ از ڈیٹیچڈ لائف۔</w:t>
      </w:r>
    </w:p>
    <w:p>
      <w:r>
        <w:rPr>
          <w:b/>
        </w:rPr>
        <w:t xml:space="preserve">[08:19] </w:t>
      </w:r>
      <w:r>
        <w:t>kuch lamhaat apne ko detach kar ke quran ko samajhna. to namaz quran ki study to hai.</w:t>
      </w:r>
    </w:p>
    <w:p>
      <w:pPr>
        <w:jc w:val="right"/>
      </w:pPr>
      <w:r>
        <w:t>کچھ لمحات اپنے کو ڈیٹیچ کر کے قرآن کو سمجھنا۔ تو نماز قرآن کی اسٹڈی تو ہے۔</w:t>
      </w:r>
    </w:p>
    <w:p>
      <w:r>
        <w:rPr>
          <w:b/>
        </w:rPr>
        <w:t xml:space="preserve">[08:31] </w:t>
      </w:r>
      <w:r>
        <w:t>namaz apni haqeeqat ke aitbaar se quran ki study hai. yeh agar aap sincere hon to is ko aap discover kar payenge ke namaz jo hai apni haqeeqat ke aitbaar se quran ki study hai.</w:t>
      </w:r>
    </w:p>
    <w:p>
      <w:pPr>
        <w:jc w:val="right"/>
      </w:pPr>
      <w:r>
        <w:t>نماز اپنی حقیقت کے اعتبار سے قرآن کی اسٹڈی ہے۔ یہ اگر آپ سنسیئر ہوں تو اس کو آپ ڈسکور کر پائیں گے کہ نماز جو ہے اپنی حقیقت کے اعتبار سے قرآن کی اسٹڈی ہے۔</w:t>
      </w:r>
    </w:p>
    <w:p>
      <w:r>
        <w:rPr>
          <w:b/>
        </w:rPr>
        <w:t xml:space="preserve">[08:50] </w:t>
      </w:r>
      <w:r>
        <w:t>apne aap ko detached position mein le kar ke.</w:t>
      </w:r>
    </w:p>
    <w:p>
      <w:pPr>
        <w:jc w:val="right"/>
      </w:pPr>
      <w:r>
        <w:t>اپنے آپ کو ڈیٹیچڈ پوزیشن میں لے کر کے۔</w:t>
      </w:r>
    </w:p>
    <w:p>
      <w:r>
        <w:rPr>
          <w:b/>
        </w:rPr>
        <w:t xml:space="preserve">[08:56] </w:t>
      </w:r>
      <w:r>
        <w:t>to</w:t>
      </w:r>
    </w:p>
    <w:p>
      <w:pPr>
        <w:jc w:val="right"/>
      </w:pPr>
      <w:r>
        <w:t>تو</w:t>
      </w:r>
    </w:p>
    <w:p>
      <w:r>
        <w:rPr>
          <w:b/>
        </w:rPr>
        <w:t xml:space="preserve">[09:00] </w:t>
      </w:r>
      <w:r>
        <w:t>is raat ko na samajhne ki wajah se log kehte hain ke hamare quran kaafi hai. gunahi ke liye namaz zaroori hai. gunahi ke liye namaz zaroori hai.</w:t>
      </w:r>
    </w:p>
    <w:p>
      <w:pPr>
        <w:jc w:val="right"/>
      </w:pPr>
      <w:r>
        <w:t>اس رات کو نہ سمجھنے کی وجہ سے لوگ کہتے ہیں کہ ہمارے قرآن کافی ہے۔ گناہی کے لیے نماز ضروری ہے۔ گناہی کے لیے نماز ضروری ہے۔</w:t>
      </w:r>
    </w:p>
    <w:p>
      <w:r>
        <w:rPr>
          <w:b/>
        </w:rPr>
        <w:t xml:space="preserve">[09:11] </w:t>
      </w:r>
      <w:r>
        <w:t>jaise research scholar ko ek study chahiye, ek room chahiye. har scholar daudta hai ke is ko chabi mil jaye.</w:t>
      </w:r>
    </w:p>
    <w:p>
      <w:pPr>
        <w:jc w:val="right"/>
      </w:pPr>
      <w:r>
        <w:t>جیسے ریسرچ اسکالر کو ایک اسٹڈی چاہیے، ایک روم چاہیے۔ ہر اسکالر دوڑتا ہے کہ اس کو چابی مل جائے۔</w:t>
      </w:r>
    </w:p>
    <w:p>
      <w:r>
        <w:rPr>
          <w:b/>
        </w:rPr>
        <w:t xml:space="preserve">[09:23] </w:t>
      </w:r>
      <w:r>
        <w:t>aise hi aap ko namaz ki value is waqt samajh jayenge aap jab daryaft kar lein ke namaz jo hai quran fahmi ke liye hai, woh quran fahmi ki class hai.</w:t>
      </w:r>
    </w:p>
    <w:p>
      <w:pPr>
        <w:jc w:val="right"/>
      </w:pPr>
      <w:r>
        <w:t>ایسے ہی آپ کو نماز کی ویلیو اس وقت سمجھ جائیں گے آپ جب دریافت کر لیں کہ نماز جو ہے قرآن فہمی کے لیے ہے، وہ قرآن فہمی کی کلاس ہے۔</w:t>
      </w:r>
    </w:p>
    <w:p>
      <w:r>
        <w:rPr>
          <w:b/>
        </w:rPr>
        <w:t xml:space="preserve">[09:35] </w:t>
      </w:r>
      <w:r>
        <w:t>achha ab dekhiye, yeh jo ayat hai, is ayat ko maine namaz se bahar baar baar padha, baar baar suna.</w:t>
      </w:r>
    </w:p>
    <w:p>
      <w:pPr>
        <w:jc w:val="right"/>
      </w:pPr>
      <w:r>
        <w:t>اچھا اب دیکھیے، یہ جو آیت ہے، اس آیت کو میں نے نماز سے باہر بار بار پڑھا، بار بار سنا۔</w:t>
      </w:r>
    </w:p>
    <w:p>
      <w:r>
        <w:rPr>
          <w:b/>
        </w:rPr>
        <w:t xml:space="preserve">[09:49] </w:t>
      </w:r>
      <w:r>
        <w:t>wa ma arsalnaka illa rahmatan lil alameen. lekin aaj mujhe namaz ki haalat mein bhi is ayat samajh mein aayi. woh kya?</w:t>
      </w:r>
    </w:p>
    <w:p>
      <w:pPr>
        <w:jc w:val="right"/>
      </w:pPr>
      <w:r>
        <w:t>وما أرسلناك إلا رحمة للعالمین۔ لیکن آج مجھے نماز کی حالت میں بھی اس آیت سمجھ میں آئی۔ وہ کیا؟</w:t>
      </w:r>
    </w:p>
    <w:p>
      <w:r>
        <w:rPr>
          <w:b/>
        </w:rPr>
        <w:t xml:space="preserve">[09:58] </w:t>
      </w:r>
      <w:r>
        <w:t>yani rasool allah salallahu alaihi wasallam rehmat hain. is ka matlab nahi ke jin ek shakhs ka naam muhammad bin abdullah tha, woh rehmat hai.</w:t>
      </w:r>
    </w:p>
    <w:p>
      <w:pPr>
        <w:jc w:val="right"/>
      </w:pPr>
      <w:r>
        <w:t>یعنی رسول اللہ صلی اللہ علیہ وسلم رحمت ہیں۔ اس کا مطلب نہیں کہ جن ایک شخص کا نام محمد بن عبداللہ تھا، وہ رحمت ہے۔</w:t>
      </w:r>
    </w:p>
    <w:p>
      <w:r>
        <w:rPr>
          <w:b/>
        </w:rPr>
        <w:t xml:space="preserve">[10:08] </w:t>
      </w:r>
      <w:r>
        <w:t>baqi saare log. har rasool rehmat hi tha.</w:t>
      </w:r>
    </w:p>
    <w:p>
      <w:pPr>
        <w:jc w:val="right"/>
      </w:pPr>
      <w:r>
        <w:t>باقی سارے لوگ۔ ہر رسول رحمت ہی تھا۔</w:t>
      </w:r>
    </w:p>
    <w:p>
      <w:r>
        <w:rPr>
          <w:b/>
        </w:rPr>
        <w:t xml:space="preserve">[10:14] </w:t>
      </w:r>
      <w:r>
        <w:t>har rasool jo allah ki taraf se aaya, woh rehmat hi tha.</w:t>
      </w:r>
    </w:p>
    <w:p>
      <w:pPr>
        <w:jc w:val="right"/>
      </w:pPr>
      <w:r>
        <w:t>ہر رسول جو اللہ کی طرف سے آیا، وہ رحمت ہی تھا۔</w:t>
      </w:r>
    </w:p>
    <w:p>
      <w:r>
        <w:rPr>
          <w:b/>
        </w:rPr>
        <w:t xml:space="preserve">[10:18] </w:t>
      </w:r>
      <w:r>
        <w:t>rasool allah ka maamla yeh hai ke aap jo deen laye, woh mehfooz ho gaya. yeh farq hai bas. wa ma unna biyin rahmatan.</w:t>
      </w:r>
    </w:p>
    <w:p>
      <w:pPr>
        <w:jc w:val="right"/>
      </w:pPr>
      <w:r>
        <w:t>رسول اللہ کا معاملہ یہ ہے کہ آپ جو دین لائے، وہ محفوظ ہو گیا۔ یہ فرق ہے بس۔ وَنَا هَرْنَبِيٍّ رَحْمَةً۔</w:t>
      </w:r>
    </w:p>
    <w:p>
      <w:r>
        <w:rPr>
          <w:b/>
        </w:rPr>
        <w:t xml:space="preserve">[10:28] </w:t>
      </w:r>
      <w:r>
        <w:t>misalan main aap ko ek anokhi misaal deta hoon. sab se zyada yani bazahir kam darja hai hazrat yunus alaihi assalam ka.</w:t>
      </w:r>
    </w:p>
    <w:p>
      <w:pPr>
        <w:jc w:val="right"/>
      </w:pPr>
      <w:r>
        <w:t>مثلاً میں آپ کو ایک انوکھی مثال دیتا ہوں۔ سب سے زیادہ یعنی بظاہر کم درجہ ہے حضرت یونس علیہ السلام کا۔</w:t>
      </w:r>
    </w:p>
    <w:p>
      <w:r>
        <w:rPr>
          <w:b/>
        </w:rPr>
        <w:t xml:space="preserve">[10:42] </w:t>
      </w:r>
      <w:r>
        <w:t>bazahir kyunke unhone chale gaye the chhod kar ke. lekin</w:t>
      </w:r>
    </w:p>
    <w:p>
      <w:pPr>
        <w:jc w:val="right"/>
      </w:pPr>
      <w:r>
        <w:t>بظاہر کیونکہ انہوں نے چلے گئے تھے چھوڑ کر کے۔ لیکن</w:t>
      </w:r>
    </w:p>
    <w:p>
      <w:r>
        <w:rPr>
          <w:b/>
        </w:rPr>
        <w:t xml:space="preserve">[10:47] </w:t>
      </w:r>
      <w:r>
        <w:t>main samajhta hoon ke hazrat yunus alaihi assalam ki zindagi mein azeem ek azeem tareen sabaq hai. woh bhi aaj hi mujhe samajh mein aaya. bohat hi bada sabaq.</w:t>
      </w:r>
    </w:p>
    <w:p>
      <w:pPr>
        <w:jc w:val="right"/>
      </w:pPr>
      <w:r>
        <w:t>میں سمجھتا ہوں کہ حضرت یونس علیہ السلام کی زندگی میں عظیم ایک عظیم ترین سبق ہے۔ وہ بھی آج ہی مجھے سمجھ میں آیا۔ بہت ہی بڑا سبق۔</w:t>
      </w:r>
    </w:p>
    <w:p>
      <w:r>
        <w:rPr>
          <w:b/>
        </w:rPr>
        <w:t xml:space="preserve">[10:59] </w:t>
      </w:r>
      <w:r>
        <w:t>aur woh kya hai? aap un ke halaat padhiye. to iraq mein ninevah shehar tha, wahan par woh aaye nabi ki haisiyat se.</w:t>
      </w:r>
    </w:p>
    <w:p>
      <w:pPr>
        <w:jc w:val="right"/>
      </w:pPr>
      <w:r>
        <w:t>اور وہ کیا ہے؟ آپ ان کے حالات پڑھیے۔ تو عراق میں نینوا شہر تھا، وہاں پر وہ آئے نبی کی حیثیت سے۔</w:t>
      </w:r>
    </w:p>
    <w:p>
      <w:r>
        <w:rPr>
          <w:b/>
        </w:rPr>
        <w:t xml:space="preserve">[11:12] </w:t>
      </w:r>
      <w:r>
        <w:t>aur ek arse tak unhone logon ko tauheed ka paigham diya.</w:t>
      </w:r>
    </w:p>
    <w:p>
      <w:pPr>
        <w:jc w:val="right"/>
      </w:pPr>
      <w:r>
        <w:t>اور ایک عرصے تک انہوں نے لوگوں کو توحید کا پیغام دیا۔</w:t>
      </w:r>
    </w:p>
    <w:p>
      <w:r>
        <w:rPr>
          <w:b/>
        </w:rPr>
        <w:t xml:space="preserve">[11:17] </w:t>
      </w:r>
      <w:r>
        <w:t>logon ne nahi maana. shayad ek shakhs bhi un par iman nahi laya. to woh quran ke alfaaz mein ghazabana se yani ghussa ho kar ke wahan se chale gaye.</w:t>
      </w:r>
    </w:p>
    <w:p>
      <w:pPr>
        <w:jc w:val="right"/>
      </w:pPr>
      <w:r>
        <w:t>لوگوں نے نہیں مانا۔ شاید ایک شخص بھی ان پر ایمان نہیں لایا۔ تو وہ قرآن کے الفاظ میں غضبانہ سے یعنی غصہ ہو کر کے وہاں سے چلے گئے۔</w:t>
      </w:r>
    </w:p>
    <w:p>
      <w:r>
        <w:rPr>
          <w:b/>
        </w:rPr>
        <w:t xml:space="preserve">[11:36] </w:t>
      </w:r>
      <w:r>
        <w:t>machhli ke pet mein jo qissa aap jante hain. lekin jab woh lote dobara tauba kar ke to kya hua ke saara ninevah ke saare log un ke deen mein dakhil ho gaye.</w:t>
      </w:r>
    </w:p>
    <w:p>
      <w:pPr>
        <w:jc w:val="right"/>
      </w:pPr>
      <w:r>
        <w:t>مچھلی کے پیٹ میں جو قصہ آپ جانتے ہیں۔ لیکن جب وہ لوٹے دوبارہ توبہ کر کے تو کیا ہوا کہ سارا نینوا کے سارے لوگ ان کے دین میں داخل ہو گئے۔</w:t>
      </w:r>
    </w:p>
    <w:p>
      <w:r>
        <w:rPr>
          <w:b/>
        </w:rPr>
        <w:t xml:space="preserve">[11:50] </w:t>
      </w:r>
      <w:r>
        <w:t>hata ke badshah bhi. is mein kya sabaq hai? is mein sabaq bohat hi bada sabaq hai.</w:t>
      </w:r>
    </w:p>
    <w:p>
      <w:pPr>
        <w:jc w:val="right"/>
      </w:pPr>
      <w:r>
        <w:t>حتیٰ کہ بادشاہ بھی۔ اس میں کیا سبق ہے؟ اس میں سبق بہت ہی بڑا سبق ہے۔</w:t>
      </w:r>
    </w:p>
    <w:p>
      <w:r>
        <w:rPr>
          <w:b/>
        </w:rPr>
        <w:t xml:space="preserve">[12:00] </w:t>
      </w:r>
      <w:r>
        <w:t>is ka matlab yeh hai ke aap agar koi mission chala rahe hain to wait kijiye, wait kijiye, wait kijiye. ain mumkin hai ke jis din aap mayoos hone wale hon, usi din allah ki rehmaten nazil hone wali hon.</w:t>
      </w:r>
    </w:p>
    <w:p>
      <w:pPr>
        <w:jc w:val="right"/>
      </w:pPr>
      <w:r>
        <w:t>اس کا مطلب یہ ہے کہ آپ اگر کوئی مشن چلا رہے ہیں تو ویٹ کیجیے، ویٹ کیجیے، ویٹ کیجیے۔ عین ممکن ہے کہ جس دن آپ مایوس ہونے والے ہوں، اسی دن اللہ کی رحمتیں نازل ہونے والی ہوں۔</w:t>
      </w:r>
    </w:p>
    <w:p>
      <w:r>
        <w:rPr>
          <w:b/>
        </w:rPr>
        <w:t xml:space="preserve">[12:20] </w:t>
      </w:r>
      <w:r>
        <w:t>kaisi ajeeb sabaq hai ke aap ne mission shuru kiya, chalaya, logon ne inkar kiya, yeh hua, woh hua, to aap mayoos ho gaye.</w:t>
      </w:r>
    </w:p>
    <w:p>
      <w:pPr>
        <w:jc w:val="right"/>
      </w:pPr>
      <w:r>
        <w:t>کیسی عجیب سبق ہے کہ آپ نے مشن شروع کیا، چلایا، لوگوں نے انکار کیا، یہ ہوا، وہ ہوا، تو آپ مایوس ہو گئے۔</w:t>
      </w:r>
    </w:p>
    <w:p>
      <w:r>
        <w:rPr>
          <w:b/>
        </w:rPr>
        <w:t xml:space="preserve">[12:31] </w:t>
      </w:r>
      <w:r>
        <w:t>lekin allah ka jo nizam hai, makhfi nizam, kya matlab makhfi nizam jo hai, agle hi din aap ko sab sab logon ko aap ke halqe mein shamil karne wala ho?</w:t>
      </w:r>
    </w:p>
    <w:p>
      <w:pPr>
        <w:jc w:val="right"/>
      </w:pPr>
      <w:r>
        <w:t>لیکن اللہ کا جو نظام ہے، مخفی نظام، کیا مطلب مخفی نظام جو ہے، اگلے ہی دن آپ کو سب سب لوگوں کو آپ کے حلقے میں شامل کرنے والا ہو؟</w:t>
      </w:r>
    </w:p>
    <w:p>
      <w:r>
        <w:rPr>
          <w:b/>
        </w:rPr>
        <w:t xml:space="preserve">[12:46] </w:t>
      </w:r>
      <w:r>
        <w:t>jaisa ke hua. yani hazrat yunus alaihi assalam ki zindagi mein ek practical demonstration hai is baat ka. ke aye bande, mayoos na ho.</w:t>
      </w:r>
    </w:p>
    <w:p>
      <w:pPr>
        <w:jc w:val="right"/>
      </w:pPr>
      <w:r>
        <w:t>جیسا کہ ہوا۔ یعنی حضرت یونس علیہ السلام کی زندگی میں ایک پریکٹیکل ڈیمونسٹریشن ہے اس بات کا۔ کہ اے بندے، مایوس نہ ہو۔</w:t>
      </w:r>
    </w:p>
    <w:p>
      <w:r>
        <w:rPr>
          <w:b/>
        </w:rPr>
        <w:t xml:space="preserve">[12:58] </w:t>
      </w:r>
      <w:r>
        <w:t>jis din tumhein mayusi ka point par guzre ga, agle hi din Allah ki rehmat aanay wali hogi.</w:t>
      </w:r>
    </w:p>
    <w:p>
      <w:pPr>
        <w:jc w:val="right"/>
      </w:pPr>
      <w:r>
        <w:t>جس دن تمہیں مایوسی کا پوائنٹ پر گزرے گا، اگلے ہی دن اللہ کی رحمت آنے والی ہوگی۔</w:t>
      </w:r>
    </w:p>
    <w:p>
      <w:r>
        <w:rPr>
          <w:b/>
        </w:rPr>
        <w:t xml:space="preserve">[13:08] </w:t>
      </w:r>
      <w:r>
        <w:t>kisi ajeeb baat hai. yeh Hazrat Yunus علیہ السلام ka waqia mayusi ke liye color hai.</w:t>
      </w:r>
    </w:p>
    <w:p>
      <w:pPr>
        <w:jc w:val="right"/>
      </w:pPr>
      <w:r>
        <w:t>کیسی عجیب بات ہے۔ یہ حضرت یونس علیہ السلام کا واقعہ مایوسی کے لیے کلر ہے۔</w:t>
      </w:r>
    </w:p>
    <w:p>
      <w:r>
        <w:rPr>
          <w:b/>
        </w:rPr>
        <w:t xml:space="preserve">[13:18] </w:t>
      </w:r>
      <w:r>
        <w:t>mayusi, tension, frustration, despair, color hai, color.</w:t>
      </w:r>
    </w:p>
    <w:p>
      <w:pPr>
        <w:jc w:val="right"/>
      </w:pPr>
      <w:r>
        <w:t>مایوسی، ٹینشن، فرسٹریشن، ڈسپیر، کلر ہے، کلر۔</w:t>
      </w:r>
    </w:p>
    <w:p>
      <w:r>
        <w:rPr>
          <w:b/>
        </w:rPr>
        <w:t xml:space="preserve">[13:24] </w:t>
      </w:r>
      <w:r>
        <w:t>ke tum apne mehdood dayre mein jo sochte ho, to tum ho gaye mayus. lekin is ke mawara jo nizam KhudaWandi hai, woh to agle hi din tumhara sab kaam bananay wala hai.</w:t>
      </w:r>
    </w:p>
    <w:p>
      <w:pPr>
        <w:jc w:val="right"/>
      </w:pPr>
      <w:r>
        <w:t>کہ تم اپنے محدود دائرے میں جو سوچتے ہو، تو تم ہو گئے مایوس۔ لیکن اس کے ماوراء جو نظام خداوندی ہے، وہ تو اگلے ہی دن تمہارا سب کام بنانے والا ہے۔</w:t>
      </w:r>
    </w:p>
    <w:p>
      <w:r>
        <w:rPr>
          <w:b/>
        </w:rPr>
        <w:t xml:space="preserve">[13:42] </w:t>
      </w:r>
      <w:r>
        <w:t>to up to the last extent bhi tum mayusi mat mat parho. kya yaani kisi anokhi misaal hai yeh?</w:t>
      </w:r>
    </w:p>
    <w:p>
      <w:pPr>
        <w:jc w:val="right"/>
      </w:pPr>
      <w:r>
        <w:t>تو اپ ٹو دا لاسٹ ایکسٹینٹ بھی تم مایوسی مت مت پڑھو۔ کیا یعنی کیسی انوکھی مثال ہے یہ؟</w:t>
      </w:r>
    </w:p>
    <w:p>
      <w:r>
        <w:rPr>
          <w:b/>
        </w:rPr>
        <w:t xml:space="preserve">[13:51] </w:t>
      </w:r>
      <w:r>
        <w:t>Hazrat Yunus علیہ السلام, yeh rehmat nahi hai, yeh</w:t>
      </w:r>
    </w:p>
    <w:p>
      <w:pPr>
        <w:jc w:val="right"/>
      </w:pPr>
      <w:r>
        <w:t>حضرت یونس علیہ السلام، یہ رحمت نہیں ہے، یہ</w:t>
      </w:r>
    </w:p>
    <w:p>
      <w:r>
        <w:rPr>
          <w:b/>
        </w:rPr>
        <w:t xml:space="preserve">[13:54] </w:t>
      </w:r>
      <w:r>
        <w:t>yeh azeem tareen rehmat hai. hum ko mayusi se bachati hai, frustration se bachati hai, qunoot se bachati hai.</w:t>
      </w:r>
    </w:p>
    <w:p>
      <w:pPr>
        <w:jc w:val="right"/>
      </w:pPr>
      <w:r>
        <w:t>یہ عظیم ترین رحمت ہے۔ ہم کو مایوسی سے بچاتی ہے، فرسٹریشن سے بچاتی ہے، قنوت سے بچاتی ہے۔</w:t>
      </w:r>
    </w:p>
    <w:p>
      <w:r>
        <w:rPr>
          <w:b/>
        </w:rPr>
        <w:t xml:space="preserve">[14:04] </w:t>
      </w:r>
      <w:r>
        <w:t>shayad dunya mayusi mein jeeti hai, tension mein jeeti hai. to kitna bara paigham hai Hazrat Yunus علیہ السلام ki zindagi mein ke aye bande, tere sawab hi ek hasti hai, woh Allah Rab ul Alameen, woh manage kar raha hai sab kuch.</w:t>
      </w:r>
    </w:p>
    <w:p>
      <w:pPr>
        <w:jc w:val="right"/>
      </w:pPr>
      <w:r>
        <w:t>شاید دنیا مایوسی میں جیتی ہے، ٹینشن میں جیتی ہے۔ تو کتنا بڑا پیغام ہے حضرت یونس علیہ السلام کی زندگی میں کہ اے بندے، تیرے ثواب ہی ایک ہستی ہے، وہ اللہ رب العالمین، وہ مینج کر رہا ہے سب کچھ۔</w:t>
      </w:r>
    </w:p>
    <w:p>
      <w:r>
        <w:rPr>
          <w:b/>
        </w:rPr>
        <w:t xml:space="preserve">[14:20] </w:t>
      </w:r>
      <w:r>
        <w:t>mayoos kyun to hotay ho?</w:t>
      </w:r>
    </w:p>
    <w:p>
      <w:pPr>
        <w:jc w:val="right"/>
      </w:pPr>
      <w:r>
        <w:t>مایوس کیوں تو ہوتے ہو؟</w:t>
      </w:r>
    </w:p>
    <w:p>
      <w:r>
        <w:rPr>
          <w:b/>
        </w:rPr>
        <w:t xml:space="preserve">[14:23] </w:t>
      </w:r>
      <w:r>
        <w:t>ain mumkin hai ke tum yaani mahine ke 30 tareekh ko mayoos ho gaye ho, mayoos ho gaye ho, lekin agle mahine ke first tareekh ko ain mumkin hai ke sara maamla to ban janay wala ho.</w:t>
      </w:r>
    </w:p>
    <w:p>
      <w:pPr>
        <w:jc w:val="right"/>
      </w:pPr>
      <w:r>
        <w:t>عین ممکن ہے کہ تم یعنی مہینے کے 30 تاریخ کو مایوس ہو گئے ہو، مایوس ہو گئے ہو، لیکن اگلے مہینے کے فرسٹ تاریخ کو عین ممکن ہے کہ سارا معاملہ تو بن جانے والا ہو۔</w:t>
      </w:r>
    </w:p>
    <w:p>
      <w:r>
        <w:rPr>
          <w:b/>
        </w:rPr>
        <w:t xml:space="preserve">[14:40] </w:t>
      </w:r>
      <w:r>
        <w:t>to yaad rakhi, har paighambar rehmat hai.</w:t>
      </w:r>
    </w:p>
    <w:p>
      <w:pPr>
        <w:jc w:val="right"/>
      </w:pPr>
      <w:r>
        <w:t>تو یاد رکھی، ہر پیغمبر رحمت ہے۔</w:t>
      </w:r>
    </w:p>
    <w:p>
      <w:r>
        <w:rPr>
          <w:b/>
        </w:rPr>
        <w:t xml:space="preserve">[14:44] </w:t>
      </w:r>
      <w:r>
        <w:t>akele Rasool Allah صلی اللہ علیہ وسلم rehmat nahi hain. farq sirf yeh hai ke Rasool Allah صلی اللہ علیہ وسلم ke zariye jo deen aaya, jo aap ki sehat bani, jo aap ke aqwal hain, sab cheez mehfooz ho gayi, mehfooz.</w:t>
      </w:r>
    </w:p>
    <w:p>
      <w:pPr>
        <w:jc w:val="right"/>
      </w:pPr>
      <w:r>
        <w:t>اکیلے رسول اللہ صلی اللہ علیہ وسلم رحمت نہیں ہیں۔ فرق صرف یہ ہے کہ رسول اللہ صلی اللہ علیہ وسلم کے ذریعے جو دین آیا، جو آپ کی صحت بنی، جو آپ کے اقوال ہیں، سب چیز محفوظ ہو گئی، محفوظ۔</w:t>
      </w:r>
    </w:p>
    <w:p>
      <w:r>
        <w:rPr>
          <w:b/>
        </w:rPr>
        <w:t xml:space="preserve">[14:59] </w:t>
      </w:r>
      <w:r>
        <w:t>yaani woh un ke sath, yaani un ki hasiyat authentic version ki ho gayi. un ki hasiyat authentic version ki ho gayi.</w:t>
      </w:r>
    </w:p>
    <w:p>
      <w:pPr>
        <w:jc w:val="right"/>
      </w:pPr>
      <w:r>
        <w:t>یعنی وہ ان کے ساتھ، یعنی ان کی حیثیت اتھینٹک ورژن کی ہو گئی۔ ان کی حیثیت اتھینٹک ورژن کی ہو گئی۔</w:t>
      </w:r>
    </w:p>
    <w:p>
      <w:r>
        <w:rPr>
          <w:b/>
        </w:rPr>
        <w:t xml:space="preserve">[15:14] </w:t>
      </w:r>
      <w:r>
        <w:t>to ab dekhiye ke Surah Anbiya ki jo ayat mein aaya hai, Rahmatul lil Alameen, qayamat tak hai, is ka</w:t>
      </w:r>
    </w:p>
    <w:p>
      <w:pPr>
        <w:jc w:val="right"/>
      </w:pPr>
      <w:r>
        <w:t>تو اب دیکھیے کہ سورہ انبیاء کی جو آیت میں آیا ہے، رحمت اللعالمین، قیامت تک ہے، اس کا</w:t>
      </w:r>
    </w:p>
    <w:p>
      <w:r>
        <w:rPr>
          <w:b/>
        </w:rPr>
        <w:t xml:space="preserve">[15:25] </w:t>
      </w:r>
      <w:r>
        <w:t>dekhiye. yeh kisi yeh kisi purasrar maani mein nahi hai, kisi mysterious maani mein nahi hai.</w:t>
      </w:r>
    </w:p>
    <w:p>
      <w:pPr>
        <w:jc w:val="right"/>
      </w:pPr>
      <w:r>
        <w:t>دیکھیے۔ یہ کسی یہ کسی پراسرار معنی میں نہیں ہے، کسی مسٹیریس معنی میں نہیں ہے۔</w:t>
      </w:r>
    </w:p>
    <w:p>
      <w:r>
        <w:rPr>
          <w:b/>
        </w:rPr>
        <w:t xml:space="preserve">[15:38] </w:t>
      </w:r>
      <w:r>
        <w:t>woh hai ek bohat hi bari haqeeqat, ise batai gayi hai.</w:t>
      </w:r>
    </w:p>
    <w:p>
      <w:pPr>
        <w:jc w:val="right"/>
      </w:pPr>
      <w:r>
        <w:t>وہ ہے ایک بہت ہی بڑی حقیقت، اسے بتائی گئی ہے۔</w:t>
      </w:r>
    </w:p>
    <w:p>
      <w:r>
        <w:rPr>
          <w:b/>
        </w:rPr>
        <w:t xml:space="preserve">[15:44] </w:t>
      </w:r>
      <w:r>
        <w:t>woh kya hai? aap pure Quran ko parhiye, tab baat samajh mein ayegi. woh yeh hai ke Allah ne kainat banai, yeh dunya banai, insan ko paida kiya.</w:t>
      </w:r>
    </w:p>
    <w:p>
      <w:pPr>
        <w:jc w:val="right"/>
      </w:pPr>
      <w:r>
        <w:t>وہ کیا ہے؟ آپ پورے قرآن کو پڑھیے، تب بات سمجھ میں آئے گی۔ وہ یہ ہے کہ اللہ نے کائنات بنائی، یہ دنیا بنائی، انسان کو پیدا کیا۔</w:t>
      </w:r>
    </w:p>
    <w:p>
      <w:r>
        <w:rPr>
          <w:b/>
        </w:rPr>
        <w:t xml:space="preserve">[15:58] </w:t>
      </w:r>
      <w:r>
        <w:t>to ban kar ke woh alag nahi ho gaya.</w:t>
      </w:r>
    </w:p>
    <w:p>
      <w:pPr>
        <w:jc w:val="right"/>
      </w:pPr>
      <w:r>
        <w:t>تو بنا کر کے وہ الگ نہیں ہو گیا۔</w:t>
      </w:r>
    </w:p>
    <w:p>
      <w:r>
        <w:rPr>
          <w:b/>
        </w:rPr>
        <w:t xml:space="preserve">[16:03] </w:t>
      </w:r>
      <w:r>
        <w:t>kal yaum huwa fi sha'n, har lamha woh is se involve apni ki hui hai.</w:t>
      </w:r>
    </w:p>
    <w:p>
      <w:pPr>
        <w:jc w:val="right"/>
      </w:pPr>
      <w:r>
        <w:t>کل یوم ہوا فی شان، ہر لمحہ وہ اس سے انوالو اپنی کی ہوئی ہے۔</w:t>
      </w:r>
    </w:p>
    <w:p>
      <w:r>
        <w:rPr>
          <w:b/>
        </w:rPr>
        <w:t xml:space="preserve">[16:10] </w:t>
      </w:r>
      <w:r>
        <w:t>kal yaum huwa fi sha'n ke maani kahun ga, nai zabaan mein kahun ga, har lamha woh dunya ko manage kar raha hai.</w:t>
      </w:r>
    </w:p>
    <w:p>
      <w:pPr>
        <w:jc w:val="right"/>
      </w:pPr>
      <w:r>
        <w:t>کل یوم ہوا فی شان کے معنی کہوں گے، نئی زبان میں کہوں گا، ہر لمحہ وہ دنیا کو مینج کر رہا ہے۔</w:t>
      </w:r>
    </w:p>
    <w:p>
      <w:r>
        <w:rPr>
          <w:b/>
        </w:rPr>
        <w:t xml:space="preserve">[16:21] </w:t>
      </w:r>
      <w:r>
        <w:t>kal yaum huwa fi sha'n ka matlab yeh hai ke har subah shaam, har lamha woh is ko manage kar raha hai, dekh raha hai.</w:t>
      </w:r>
    </w:p>
    <w:p>
      <w:pPr>
        <w:jc w:val="right"/>
      </w:pPr>
      <w:r>
        <w:t>کل یوم ہوا فی شان کا مطلب یہ ہے کہ ہر صبح شام، ہر لمحہ وہ اس کو مینج کر رہا ہے، دیکھ رہا ہے۔</w:t>
      </w:r>
    </w:p>
    <w:p>
      <w:r>
        <w:rPr>
          <w:b/>
        </w:rPr>
        <w:t xml:space="preserve">[16:32] </w:t>
      </w:r>
      <w:r>
        <w:t>ab insan, ab dekhiye ke insan ko azadi di gayi hai.</w:t>
      </w:r>
    </w:p>
    <w:p>
      <w:pPr>
        <w:jc w:val="right"/>
      </w:pPr>
      <w:r>
        <w:t>اب انسان، اب دیکھیے کہ انسان کو آزادی دی گئی ہے۔</w:t>
      </w:r>
    </w:p>
    <w:p>
      <w:r>
        <w:rPr>
          <w:b/>
        </w:rPr>
        <w:t xml:space="preserve">[16:37] </w:t>
      </w:r>
      <w:r>
        <w:t>ab sawal yeh hai ke insan ki azadi, Allah ke management mein kya maamla hai? yeh ek bohat bara sawal hai.</w:t>
      </w:r>
    </w:p>
    <w:p>
      <w:pPr>
        <w:jc w:val="right"/>
      </w:pPr>
      <w:r>
        <w:t>اب سوال یہ ہے کہ انسان کی آزادی، اللہ کے منیجمنٹ میں کیا معاملہ ہے؟ یہ ایک بہت بڑا سوال ہے۔</w:t>
      </w:r>
    </w:p>
    <w:p>
      <w:r>
        <w:rPr>
          <w:b/>
        </w:rPr>
        <w:t xml:space="preserve">[16:47] </w:t>
      </w:r>
      <w:r>
        <w:t>yaani bohat hi bara yeh sawal hai tareekh ka ke kahan mera management khatam hota hai aur kahan Allah ka management shuru hota hai.</w:t>
      </w:r>
    </w:p>
    <w:p>
      <w:pPr>
        <w:jc w:val="right"/>
      </w:pPr>
      <w:r>
        <w:t>یعنی بہت ہی بڑا یہ سوال ہے تاریخ کا کہ کہاں میرا منیجمنٹ ختم ہوتا ہے اور کہاں اللہ کا منیجمنٹ شروع ہوتا ہے۔</w:t>
      </w:r>
    </w:p>
    <w:p>
      <w:r>
        <w:rPr>
          <w:b/>
        </w:rPr>
        <w:t xml:space="preserve">[16:58] </w:t>
      </w:r>
      <w:r>
        <w:t>kyun ke jab Allah manage kar raha hai poori tareekh ko, poori history ko, to kahin na kahin to aisa hoga ke mera Allah ka takrao ho jaye.</w:t>
      </w:r>
    </w:p>
    <w:p>
      <w:pPr>
        <w:jc w:val="right"/>
      </w:pPr>
      <w:r>
        <w:t>کیونکہ جب اللہ مینج کر رہا ہے پوری تاریخ کو، پوری ہسٹری کو، تو کہیں نہ کہیں تو ایسا ہوگا کہ میرا اللہ کا ٹکراؤ ہو جائے۔</w:t>
      </w:r>
    </w:p>
    <w:p>
      <w:r>
        <w:rPr>
          <w:b/>
        </w:rPr>
        <w:t xml:space="preserve">[17:10] </w:t>
      </w:r>
      <w:r>
        <w:t>to kiya kare phir? Allah ne is is point ko samjhiye, bohat hi nazuk point hai. Allah ne insan ko adat di hai, azadi hai, to khoob activity, activity dikhata hai, plan banata hai, yeh karta hai, woh karta hai.</w:t>
      </w:r>
    </w:p>
    <w:p>
      <w:pPr>
        <w:jc w:val="right"/>
      </w:pPr>
      <w:r>
        <w:t>تو کیا کرے پھر؟ اللہ نے اس اس پوائنٹ کو سمجھئے، بہت ہی نازک پوائنٹ ہے۔ اللہ نے انسان کو عادت دی ہے، آزادی ہے، تو خوب ایکٹیوٹی، ایکٹیوٹی دکھاتا ہے، پلان بناتا ہے، یہ کرتا ہے، وہ کرتا ہے۔</w:t>
      </w:r>
    </w:p>
    <w:p>
      <w:r>
        <w:rPr>
          <w:b/>
        </w:rPr>
        <w:t xml:space="preserve">[17:25] </w:t>
      </w:r>
      <w:r>
        <w:t>lekin sath sath yeh hai, kal yaum huwa fi shan,</w:t>
      </w:r>
    </w:p>
    <w:p>
      <w:pPr>
        <w:jc w:val="right"/>
      </w:pPr>
      <w:r>
        <w:t>لیکن ساتھ ساتھ یہ ہے، کل یوم ہوا فی شان،</w:t>
      </w:r>
    </w:p>
    <w:p>
      <w:r>
        <w:rPr>
          <w:b/>
        </w:rPr>
        <w:t xml:space="preserve">[17:28] </w:t>
      </w:r>
      <w:r>
        <w:t>har lamha Allah manage kar raha hai tareekh ko. To kahin na kahin to aisa hoga ke mera management aur Allah ka management takra jayega, meri had aa jayegi, meri had aa jayegi.</w:t>
      </w:r>
    </w:p>
    <w:p>
      <w:pPr>
        <w:jc w:val="right"/>
      </w:pPr>
      <w:r>
        <w:t>ہر لمحہ اللہ مینج کر رہا ہے تاریخ کو۔ تو کہیں نہ کہیں تو ایسا ہوگا کہ میرا منیجمنٹ اور اللہ کا منیجمنٹ ٹکرا جائے گا، میری حد آ جائے گی، میری حد آ جائے گی۔</w:t>
      </w:r>
    </w:p>
    <w:p>
      <w:r>
        <w:rPr>
          <w:b/>
        </w:rPr>
        <w:t xml:space="preserve">[17:44] </w:t>
      </w:r>
      <w:r>
        <w:t>jaise main raat ko so raha hoon to Allah ne suraj nikal diya, to meri had sone ki had aa gayi. Jab main suraj ko na nikal sakta, na rok sakta.</w:t>
      </w:r>
    </w:p>
    <w:p>
      <w:pPr>
        <w:jc w:val="right"/>
      </w:pPr>
      <w:r>
        <w:t>جیسے میں رات کو سو رہا ہوں تو اللہ نے سورج نکال دیا، تو میری حد سونے کی حد آ گئی۔ جب میں سورج کو نہ نکال سکتا، نہ روک سکتا۔</w:t>
      </w:r>
    </w:p>
    <w:p>
      <w:r>
        <w:rPr>
          <w:b/>
        </w:rPr>
        <w:t xml:space="preserve">[17:59] </w:t>
      </w:r>
      <w:r>
        <w:t>jab suraj nikal aaya to meri sone ki had aa gayi. Aise hi sham ko jab suraj doob gaya to mere kaam, kaam ki had aa gayi. Ab mujhe sona padega.</w:t>
      </w:r>
    </w:p>
    <w:p>
      <w:pPr>
        <w:jc w:val="right"/>
      </w:pPr>
      <w:r>
        <w:t>جب سورج نکل آیا تو میری سونے کی حد آ گئی۔ ایسے ہی شام کو جب سورج ڈوب گیا تو میرے کام، کام کی حد آ گئی۔ اب مجھے سونا پڑے گا۔</w:t>
      </w:r>
    </w:p>
    <w:p>
      <w:r>
        <w:rPr>
          <w:b/>
        </w:rPr>
        <w:t xml:space="preserve">[18:11] </w:t>
      </w:r>
      <w:r>
        <w:t>jab suraj doob raha hai to mujhe keh raha hai ke ab tumhari had hai, ab ja ke so. Nikal aaya to keh raha hai ke phir dobara tumhari had aa gayi, ab utho aur kaam karo.</w:t>
      </w:r>
    </w:p>
    <w:p>
      <w:pPr>
        <w:jc w:val="right"/>
      </w:pPr>
      <w:r>
        <w:t>جب سورج ڈوب رہا ہے تو مجھے کہہ رہا ہے کہ اب تمہاری حد ہے، اب جا کے سو۔ نکل آیا تو کہہ رہا ہے کہ پھر دوبارہ تمہاری حد آ گئی، اب اٹھو اور کام کرو۔</w:t>
      </w:r>
    </w:p>
    <w:p>
      <w:r>
        <w:rPr>
          <w:b/>
        </w:rPr>
        <w:t xml:space="preserve">[18:21] </w:t>
      </w:r>
      <w:r>
        <w:t>ek saada misaal de raha hoon aap ko main.</w:t>
      </w:r>
    </w:p>
    <w:p>
      <w:pPr>
        <w:jc w:val="right"/>
      </w:pPr>
      <w:r>
        <w:t>ایک سادہ مثال دے رہا ہوں آپ کو میں۔</w:t>
      </w:r>
    </w:p>
    <w:p>
      <w:r>
        <w:rPr>
          <w:b/>
        </w:rPr>
        <w:t xml:space="preserve">[18:28] </w:t>
      </w:r>
      <w:r>
        <w:t>to how to discover the limitations of our management? Ya doosre lafzon mein aap keh sakte hain ke how to discover the limitations of our freedom?</w:t>
      </w:r>
    </w:p>
    <w:p>
      <w:pPr>
        <w:jc w:val="right"/>
      </w:pPr>
      <w:r>
        <w:t>تو ہاؤ ٹو ڈسکور دا لیمیٹیشنز آف اور منیجمنٹ؟ یا دوسرے لفظوں میں آپ کہہ سکتے ہیں کہ ہاؤ ٹو ڈسکور دا لیمیٹیشنز آف اور فریڈم؟</w:t>
      </w:r>
    </w:p>
    <w:p>
      <w:r>
        <w:rPr>
          <w:b/>
        </w:rPr>
        <w:t xml:space="preserve">[18:45] </w:t>
      </w:r>
      <w:r>
        <w:t>jab do yeh do system chal rahe hain, ek system jo hai insan ki azadi par base karta hai, ek system Allah taala chala raha hai, to bar bar dono system pe clash hoga.</w:t>
      </w:r>
    </w:p>
    <w:p>
      <w:pPr>
        <w:jc w:val="right"/>
      </w:pPr>
      <w:r>
        <w:t>جب دو یہ دو سسٹم چل رہے ہیں، ایک سسٹم جو ہے انسان کی آزادی پر بیس کرتا ہے، ایک سسٹم اللہ تعالی چلا رہا ہے، تو بار بار دونوں سسٹم پہ کلیش ہوگا۔</w:t>
      </w:r>
    </w:p>
    <w:p>
      <w:r>
        <w:rPr>
          <w:b/>
        </w:rPr>
        <w:t xml:space="preserve">[19:01] </w:t>
      </w:r>
      <w:r>
        <w:t>to kaise pata chale ke mera system jo hai, meri meri kahan limit aayi hai aur kahan se Allah ka shuru ho gaya?</w:t>
      </w:r>
    </w:p>
    <w:p>
      <w:pPr>
        <w:jc w:val="right"/>
      </w:pPr>
      <w:r>
        <w:t>تو کیسے پتہ چلے کہ میرا سسٹم جو ہے، میری میری کہاں لمٹ آئی ہے اور کہاں سے اللہ کا شروع ہو گیا؟</w:t>
      </w:r>
    </w:p>
    <w:p>
      <w:r>
        <w:rPr>
          <w:b/>
        </w:rPr>
        <w:t xml:space="preserve">[19:09] </w:t>
      </w:r>
      <w:r>
        <w:t>to wahan main ruk ja, ruk jana chahiye, wahan rukna chahiye mujhe. Kyun ke phir kuch nahi hoga. Kyun ke dekhiye, woh jo maine kal misaal di thi cog ki ke mera bhi cog chal raha hai, Khuda cog bhi chal raha hai.</w:t>
      </w:r>
    </w:p>
    <w:p>
      <w:pPr>
        <w:jc w:val="right"/>
      </w:pPr>
      <w:r>
        <w:t>تو وہاں میں رک جا، رک جانا چاہیے، وہاں رکنا چاہیے مجھے۔ کیونکہ پھر کچھ نہیں ہوگا۔ کیونکہ دیکھیے، وہ جو میں نے کل مثال دی تھی کاک کی کہ میرا بھی کاک چل رہا ہے، خدا کاک بھی چل رہا ہے۔</w:t>
      </w:r>
    </w:p>
    <w:p>
      <w:r>
        <w:rPr>
          <w:b/>
        </w:rPr>
        <w:t xml:space="preserve">[19:24] </w:t>
      </w:r>
      <w:r>
        <w:t>to mera cog to hai kamzor, insan ka cog, woh Khuda cog mazboot hai.</w:t>
      </w:r>
    </w:p>
    <w:p>
      <w:pPr>
        <w:jc w:val="right"/>
      </w:pPr>
      <w:r>
        <w:t>تو میرا کاک تو ہے کمزور، انسان کا کاک، وہ خدا کاک مضبوط ہے۔</w:t>
      </w:r>
    </w:p>
    <w:p>
      <w:r>
        <w:rPr>
          <w:b/>
        </w:rPr>
        <w:t xml:space="preserve">[19:29] </w:t>
      </w:r>
      <w:r>
        <w:t>to pace jo hai, pace yani raftaar meri wahi honi chahiye jo Allah ke cog ki raftaar hai. Maslan ek mera cog jo hai, mitti ka hai, Allah cog steel ka hai.</w:t>
      </w:r>
    </w:p>
    <w:p>
      <w:pPr>
        <w:jc w:val="right"/>
      </w:pPr>
      <w:r>
        <w:t>تو پیس جو ہے، پیس یعنی رفتار میری وہی ہونی چاہیے جو اللہ کے کاک کی رفتار ہے۔ مثلاً ایک میرا کاگ جو ہے، مٹی کا ہے، اللہ کاگ اسٹیل کا ہے۔</w:t>
      </w:r>
    </w:p>
    <w:p>
      <w:r>
        <w:rPr>
          <w:b/>
        </w:rPr>
        <w:t xml:space="preserve">[19:42] </w:t>
      </w:r>
      <w:r>
        <w:t>to mitti ka cog jo hai, chahega ke zyada tez raftaar se daure to woh toot jayega. Kyun ke jo cog steel ka hai, woh to toot nahi sakta hai.</w:t>
      </w:r>
    </w:p>
    <w:p>
      <w:pPr>
        <w:jc w:val="right"/>
      </w:pPr>
      <w:r>
        <w:t>تو مٹی کا کاگ جو ہے، چاہے گا کہ زیادہ تیز رفتاری سے دوڑے تو وہ ٹوٹ جائے گا۔ کیونکہ جو کاگ اسٹیل کا ہے، وہ تو ٹوٹ نہیں سکتا ہے۔</w:t>
      </w:r>
    </w:p>
    <w:p>
      <w:r>
        <w:rPr>
          <w:b/>
        </w:rPr>
        <w:t xml:space="preserve">[19:55] </w:t>
      </w:r>
      <w:r>
        <w:t>yeh poori history ka sab bada sawal hai</w:t>
      </w:r>
    </w:p>
    <w:p>
      <w:pPr>
        <w:jc w:val="right"/>
      </w:pPr>
      <w:r>
        <w:t>یہ پوری ہسٹری کا سب بڑا سوال ہے</w:t>
      </w:r>
    </w:p>
    <w:p>
      <w:r>
        <w:rPr>
          <w:b/>
        </w:rPr>
        <w:t xml:space="preserve">[20:01] </w:t>
      </w:r>
      <w:r>
        <w:t>ke dono ke beech mein kya hai, yani yani jis ko kehte hain taalmel, taalmel kaise qaim kiya jaye?</w:t>
      </w:r>
    </w:p>
    <w:p>
      <w:pPr>
        <w:jc w:val="right"/>
      </w:pPr>
      <w:r>
        <w:t>کہ دونوں کے بیچ میں کیا ہے، یعنی یعنی جس کو کہتے ہیں تالمیل، تالمیل کیسے قائم کیا جائے؟</w:t>
      </w:r>
    </w:p>
    <w:p>
      <w:r>
        <w:rPr>
          <w:b/>
        </w:rPr>
        <w:t xml:space="preserve">[20:16] </w:t>
      </w:r>
      <w:r>
        <w:t>aur sab log hi fail ho rahe hain. Aristotle ne chaha ke philosopher king banaye, nahi bana saka.</w:t>
      </w:r>
    </w:p>
    <w:p>
      <w:pPr>
        <w:jc w:val="right"/>
      </w:pPr>
      <w:r>
        <w:t>اور سب لوگ ہی فیل ہو رہے ہیں۔ ارسٹارٹل نے چاہا کہ فلاسفر کنگ بنائے، نہیں بنا سکا۔</w:t>
      </w:r>
    </w:p>
    <w:p>
      <w:r>
        <w:rPr>
          <w:b/>
        </w:rPr>
        <w:t xml:space="preserve">[20:25] </w:t>
      </w:r>
      <w:r>
        <w:t>Hitler chaha ke sare Europe pe hukoomat kare, nahi kar saka. Alexander the Great ne chaha ke sare alam mein us ke rule qaim ho jaye, nahi kar saka.</w:t>
      </w:r>
    </w:p>
    <w:p>
      <w:pPr>
        <w:jc w:val="right"/>
      </w:pPr>
      <w:r>
        <w:t>ہٹلر چاہا کہ سارے یورپ پہ حکومت کرے، نہیں کر سکا۔ الیگزینڈر دا گریٹ نے چاہا کہ سارے عالم میں اس کے رول قائم ہو جائے، نہیں کر سکا۔</w:t>
      </w:r>
    </w:p>
    <w:p>
      <w:r>
        <w:rPr>
          <w:b/>
        </w:rPr>
        <w:t xml:space="preserve">[20:36] </w:t>
      </w:r>
      <w:r>
        <w:t>Mughalon ne chaha ke sari India un ke hath mein aa jaye, nahi, nahi, nahi saka. Britain ne chaha ke ek world government banaye, nahi bana saka.</w:t>
      </w:r>
    </w:p>
    <w:p>
      <w:pPr>
        <w:jc w:val="right"/>
      </w:pPr>
      <w:r>
        <w:t>مغلوں نے چاہا کہ ساری انڈیا ان کے ہاتھ میں آ جائے، نہیں، نہیں، نہیں سکا۔ برٹن نے چاہا کہ ایک ورلڈ گورنمنٹ بنائے، نہیں بنا سکا۔</w:t>
      </w:r>
    </w:p>
    <w:p>
      <w:r>
        <w:rPr>
          <w:b/>
        </w:rPr>
        <w:t xml:space="preserve">[20:45] </w:t>
      </w:r>
      <w:r>
        <w:t>Kyun?</w:t>
      </w:r>
    </w:p>
    <w:p>
      <w:pPr>
        <w:jc w:val="right"/>
      </w:pPr>
      <w:r>
        <w:t>کیوں؟</w:t>
      </w:r>
    </w:p>
    <w:p>
      <w:r>
        <w:rPr>
          <w:b/>
        </w:rPr>
        <w:t xml:space="preserve">[20:48] </w:t>
      </w:r>
      <w:r>
        <w:t>unhon ne yeh nahi jana ke un ka apna cog mitti ka hai aur doosri taraf jo cog hai, woh steel ka hai. To sab cog toot rahe hain, toot rahe hain, toot rahe hain.</w:t>
      </w:r>
    </w:p>
    <w:p>
      <w:pPr>
        <w:jc w:val="right"/>
      </w:pPr>
      <w:r>
        <w:t>انہوں نے یہ نہیں جانا کہ ان کا اپنا کاگ مٹی کا ہے اور دوسری طرف جو کاگ ہے، وہ اسٹیل کا ہے۔ تو سب کاگ ٹوٹ رہے ہیں، ٹوٹ رہے ہیں، ٹوٹ رہے ہیں۔</w:t>
      </w:r>
    </w:p>
    <w:p>
      <w:r>
        <w:rPr>
          <w:b/>
        </w:rPr>
        <w:t xml:space="preserve">[20:59] </w:t>
      </w:r>
      <w:r>
        <w:t>hata ke Musalmanon ka yeh haal hai. Musalman dekhiye, kitni muddat se tehreekein chala rahe hain, Islami hukoomat, Islami rule, Islami nizam, sab fail ho rahe hain.</w:t>
      </w:r>
    </w:p>
    <w:p>
      <w:pPr>
        <w:jc w:val="right"/>
      </w:pPr>
      <w:r>
        <w:t>حتیٰ کہ مسلمانوں کا یہ حال ہے۔ مسلمان دیکھیے، کتنی مدت سے تحریکیں چلا رہے ہیں، اسلامی حکومت، اسلامی رول، اسلامی نظام، سب فیل ہو رہے ہیں۔</w:t>
      </w:r>
    </w:p>
    <w:p>
      <w:r>
        <w:rPr>
          <w:b/>
        </w:rPr>
        <w:t xml:space="preserve">[21:10] </w:t>
      </w:r>
      <w:r>
        <w:t>yahan bhi woh daryaft nahi kar sake ke mitti ke cog ne chaha ke steel ke cog se apni raftaar badha de.</w:t>
      </w:r>
    </w:p>
    <w:p>
      <w:pPr>
        <w:jc w:val="right"/>
      </w:pPr>
      <w:r>
        <w:t>یہاں بھی وہ دریافت نہیں کر سکے کہ مٹی کے کاگ نے چاہا کہ اسٹیل کے کاگ سے اپنی رفتار بڑھا دے۔</w:t>
      </w:r>
    </w:p>
    <w:p>
      <w:r>
        <w:rPr>
          <w:b/>
        </w:rPr>
        <w:t xml:space="preserve">[21:21] </w:t>
      </w:r>
      <w:r>
        <w:t>yeh hai rehmat ke Rasool Allah ke zariye se insan par Allah ne khola, har Rasool ke zariye khola.</w:t>
      </w:r>
    </w:p>
    <w:p>
      <w:pPr>
        <w:jc w:val="right"/>
      </w:pPr>
      <w:r>
        <w:t>یہ ہے رحمت کہ رسول اللہ کے ذریعے سے انسان پر اللہ نے کھولا، ہر رسول کے ذریعے کھولا۔</w:t>
      </w:r>
    </w:p>
    <w:p>
      <w:r>
        <w:rPr>
          <w:b/>
        </w:rPr>
        <w:t xml:space="preserve">[21:29] </w:t>
      </w:r>
      <w:r>
        <w:t>Rasool Allah ka authentic version hai is ka</w:t>
      </w:r>
    </w:p>
    <w:p>
      <w:pPr>
        <w:jc w:val="right"/>
      </w:pPr>
      <w:r>
        <w:t>رسول اللہ کا اتھینٹک ورژن ہے اس کا</w:t>
      </w:r>
    </w:p>
    <w:p>
      <w:r>
        <w:rPr>
          <w:b/>
        </w:rPr>
        <w:t xml:space="preserve">[21:34] </w:t>
      </w:r>
      <w:r>
        <w:t>keh ae insaan, tera kaag mitti ka hai aur Khuda ka kaag steel ka hai.</w:t>
      </w:r>
    </w:p>
    <w:p>
      <w:pPr>
        <w:jc w:val="right"/>
      </w:pPr>
      <w:r>
        <w:t>کہ اے انسان، تیرا کاگ مٹی کا ہے اور خدا کا کاگ اسٹیل کا ہے۔</w:t>
      </w:r>
    </w:p>
    <w:p>
      <w:r>
        <w:rPr>
          <w:b/>
        </w:rPr>
        <w:t xml:space="preserve">[21:40] </w:t>
      </w:r>
      <w:r>
        <w:t>tu jis ko kehte hain pace, P.A.C.E.,</w:t>
      </w:r>
    </w:p>
    <w:p>
      <w:pPr>
        <w:jc w:val="right"/>
      </w:pPr>
      <w:r>
        <w:t>تو جس کو کہتے ہیں پیس، پی اے سی،</w:t>
      </w:r>
    </w:p>
    <w:p>
      <w:r>
        <w:rPr>
          <w:b/>
        </w:rPr>
        <w:t xml:space="preserve">[21:47] </w:t>
      </w:r>
      <w:r>
        <w:t>pe pace maani hote hain raftaar. Tu apni raftaar ko us ke mutabiq karo, us ke mutabiq karo. Is ki misaal hai tu Yunus alaihissalam ke keh woh woh bhi un se yeh kotahi khata hui, ijtihadi khata keh unhon ne samjha keh ab maamla khatam ho gaya</w:t>
      </w:r>
    </w:p>
    <w:p>
      <w:pPr>
        <w:jc w:val="right"/>
      </w:pPr>
      <w:r>
        <w:t>پی پیس معنی ہوتے ہیں رفتار۔ تو اپنی رفتار کو اس کے مطابق کرو، اس کے مطابق کرو۔ اس کی مثال ہے تو یونس علیہ السلام کے کہ وہ وہ بھی ان سے یہ کوتاہی خطا ہوئی، اجتہادی خطا کہ انہوں نے سمجھا کہ اب معاملہ ختم ہو گیا</w:t>
      </w:r>
    </w:p>
    <w:p>
      <w:r>
        <w:rPr>
          <w:b/>
        </w:rPr>
        <w:t xml:space="preserve">[22:10] </w:t>
      </w:r>
      <w:r>
        <w:t>aur Allah ka maamla khatam nahi hua tha. Tu kya karna hai? Itna zyada Quran mein hai, sabr, sabr, sabr. Isi liye sabr matlab kya hai?</w:t>
      </w:r>
    </w:p>
    <w:p>
      <w:pPr>
        <w:jc w:val="right"/>
      </w:pPr>
      <w:r>
        <w:t>اور اللہ کا معاملہ ختم نہیں ہوا تھا۔ تو کیا کرنا ہے؟ اتنا زیادہ قرآن میں ہے، صبر، صبر، صبر۔ اسی لیے صبر مطلب کیا ہے؟</w:t>
      </w:r>
    </w:p>
    <w:p>
      <w:r>
        <w:rPr>
          <w:b/>
        </w:rPr>
        <w:t xml:space="preserve">[22:19] </w:t>
      </w:r>
      <w:r>
        <w:t>sabr ka matlab yeh hai keh us waqt tak wait karo jab tak keh Allah ka faisla zahir ho jaye.</w:t>
      </w:r>
    </w:p>
    <w:p>
      <w:pPr>
        <w:jc w:val="right"/>
      </w:pPr>
      <w:r>
        <w:t>صبر کا مطلب یہ ہے کہ اس وقت تک ویٹ کرو جب تک کہ اللہ کا فیصلہ ظاہر ہو جائے۔</w:t>
      </w:r>
    </w:p>
    <w:p>
      <w:r>
        <w:rPr>
          <w:b/>
        </w:rPr>
        <w:t xml:space="preserve">[22:32] </w:t>
      </w:r>
      <w:r>
        <w:t>yaani apne aap ko hamesha waiting list mein daale raho, abadi tor par.</w:t>
      </w:r>
    </w:p>
    <w:p>
      <w:pPr>
        <w:jc w:val="right"/>
      </w:pPr>
      <w:r>
        <w:t>یعنی اپنے آپ کو ہمیشہ ویٹنگ لسٹ میں ڈالے رہو، ابدی طور پر۔</w:t>
      </w:r>
    </w:p>
    <w:p>
      <w:r>
        <w:rPr>
          <w:b/>
        </w:rPr>
        <w:t xml:space="preserve">[22:40] </w:t>
      </w:r>
      <w:r>
        <w:t>insaan ko chahiye sabr ka matlab kya hai? Apne aap ko hamesha waiting list mein daale raho, intezar karo kab Allah ka</w:t>
      </w:r>
    </w:p>
    <w:p>
      <w:pPr>
        <w:jc w:val="right"/>
      </w:pPr>
      <w:r>
        <w:t>انسان کو چاہے صبر کا مطلب کیا ہے؟ اپنے آپ کو ہمیشہ ویٹنگ لسٹ میں ڈالے رہو، انتظار کرو کب اللہ کا</w:t>
      </w:r>
    </w:p>
    <w:p>
      <w:r>
        <w:rPr>
          <w:b/>
        </w:rPr>
        <w:t xml:space="preserve">[22:54] </w:t>
      </w:r>
      <w:r>
        <w:t>faisla zahir ho jayega. Isi liye dekhiye, Hadees mein hai keh afzal al-ibadat intezar al-faraj hai. Kaisi ajeeb Hadees hai!</w:t>
      </w:r>
    </w:p>
    <w:p>
      <w:pPr>
        <w:jc w:val="right"/>
      </w:pPr>
      <w:r>
        <w:t>فیصلہ ظاہر ہو جائے گا۔ اسی لیے دیکھیے، حدیث میں ہے کہ افضل العبادت انتظار الفرج ہے۔ کیسی عجیب حدیث ہے!</w:t>
      </w:r>
    </w:p>
    <w:p>
      <w:r>
        <w:rPr>
          <w:b/>
        </w:rPr>
        <w:t xml:space="preserve">[23:06] </w:t>
      </w:r>
      <w:r>
        <w:t>afzal al-ibadat intezar al-faraj hai, yaani afzal ibadat hai kushadgi ka intezar karna. Yeh bhi beseez baat nahi hai.</w:t>
      </w:r>
    </w:p>
    <w:p>
      <w:pPr>
        <w:jc w:val="right"/>
      </w:pPr>
      <w:r>
        <w:t>افضل العبادت انتظار الفرج ہے، یعنی افضل عبادت ہے کشادگی کا انتظار کرنا۔ یہ بھی بے سیز بات نہیں ہے۔</w:t>
      </w:r>
    </w:p>
    <w:p>
      <w:r>
        <w:rPr>
          <w:b/>
        </w:rPr>
        <w:t xml:space="preserve">[23:18] </w:t>
      </w:r>
      <w:r>
        <w:t>yahi hai keh tum apne mitti ke kaag se dorna chahte ho to yeh jaano keh idhar wala kaag jo hai, steel ka hai.</w:t>
      </w:r>
    </w:p>
    <w:p>
      <w:pPr>
        <w:jc w:val="right"/>
      </w:pPr>
      <w:r>
        <w:t>یہی ہے کہ تم اپنے مٹی کے کاگ سے دوڑنا چاہتے ہو تو یہ جانو کہ ادھر والا کاگ جو ہے، اسٹیل کا ہے۔</w:t>
      </w:r>
    </w:p>
    <w:p>
      <w:r>
        <w:rPr>
          <w:b/>
        </w:rPr>
        <w:t xml:space="preserve">[23:28] </w:t>
      </w:r>
      <w:r>
        <w:t>tu sabr ke saath chalo,</w:t>
      </w:r>
    </w:p>
    <w:p>
      <w:pPr>
        <w:jc w:val="right"/>
      </w:pPr>
      <w:r>
        <w:t>تو صبر کے ساتھ چلو،</w:t>
      </w:r>
    </w:p>
    <w:p>
      <w:r>
        <w:rPr>
          <w:b/>
        </w:rPr>
        <w:t xml:space="preserve">[23:35] </w:t>
      </w:r>
      <w:r>
        <w:t>tu sabr ke saath chalo. Afzal ke maani keh tum kaamyaab ho gaye, nakaam ho jaoge, tumhara kaag toot jayega.</w:t>
      </w:r>
    </w:p>
    <w:p>
      <w:pPr>
        <w:jc w:val="right"/>
      </w:pPr>
      <w:r>
        <w:t>تو صبر کے ساتھ چلو۔ افضل کے معنی کہ تم کامیاب ہو گئے، ناکام ہو جاؤ گے، تمہارا کاگ ٹوٹ جائے گا۔</w:t>
      </w:r>
    </w:p>
    <w:p>
      <w:r>
        <w:rPr>
          <w:b/>
        </w:rPr>
        <w:t xml:space="preserve">[23:46] </w:t>
      </w:r>
      <w:r>
        <w:t>tu is haqeeqat ko aap dekhiye, insaan duniya mein paida hua hai to us ke paas dimaagh hai, aankh hai, saari duniya mein woh sochta hai,</w:t>
      </w:r>
    </w:p>
    <w:p>
      <w:pPr>
        <w:jc w:val="right"/>
      </w:pPr>
      <w:r>
        <w:t>تو اس حقیقت کو آپ دیکھیے، انسان دنیا میں پیدا ہوا ہے تو اس کے پاس دماغ ہے، آنکھ ہے، ساری دنیا میں وہ سوچتا ہے،</w:t>
      </w:r>
    </w:p>
    <w:p>
      <w:r>
        <w:rPr>
          <w:b/>
        </w:rPr>
        <w:t xml:space="preserve">[24:01] </w:t>
      </w:r>
      <w:r>
        <w:t>soch kar kuch baatein daryaft karta hai, jis se science bani, science bani. Phir insaan ke andar zamir hai, conscious hai, us se kuch baatein us ko samajh mein aati hain.</w:t>
      </w:r>
    </w:p>
    <w:p>
      <w:pPr>
        <w:jc w:val="right"/>
      </w:pPr>
      <w:r>
        <w:t>سوچ کر کچھ باتیں دریافت کرتا ہے، جس سے سائنس بنی، سائنس بنی۔ پھر انسان کے اندر ضمیر ہے، کانشیس ہے، اس سے کچھ باتیں اس کو سمجھ میں آتی ہیں۔</w:t>
      </w:r>
    </w:p>
    <w:p>
      <w:r>
        <w:rPr>
          <w:b/>
        </w:rPr>
        <w:t xml:space="preserve">[24:17] </w:t>
      </w:r>
      <w:r>
        <w:t>lekin yeh sab kya hain? Yeh alfaaz mein to bol nahi rahe hain, zamir ke paas alfaaz nahi hain, kainat ke paas alfaaz nahi hain.</w:t>
      </w:r>
    </w:p>
    <w:p>
      <w:pPr>
        <w:jc w:val="right"/>
      </w:pPr>
      <w:r>
        <w:t>لیکن یہ سب کیا ہیں؟ یہ الفاظ میں تو بول نہیں رہے ہیں، ضمیر کے پاس الفاظ نہیں ہیں، کائنات کے پاس الفاظ نہیں ہیں۔</w:t>
      </w:r>
    </w:p>
    <w:p>
      <w:r>
        <w:rPr>
          <w:b/>
        </w:rPr>
        <w:t xml:space="preserve">[24:31] </w:t>
      </w:r>
      <w:r>
        <w:t>tu agarche kainat mein sab kuch dimension diya hua hai, agarche zamir mein sab kuch maujood hai,</w:t>
      </w:r>
    </w:p>
    <w:p>
      <w:pPr>
        <w:jc w:val="right"/>
      </w:pPr>
      <w:r>
        <w:t>تو اگرچہ کائنات میں سب کچھ ڈائمنسٹریشن دیا ہوا ہے، اگرچہ ضمیر میں سب کچھ موجود ہے،</w:t>
      </w:r>
    </w:p>
    <w:p>
      <w:r>
        <w:rPr>
          <w:b/>
        </w:rPr>
        <w:t xml:space="preserve">[24:44] </w:t>
      </w:r>
      <w:r>
        <w:t>lekin speaker language mein nahi hai. Tu paighambar isi cheez ko speaker language de deta hai,</w:t>
      </w:r>
    </w:p>
    <w:p>
      <w:pPr>
        <w:jc w:val="right"/>
      </w:pPr>
      <w:r>
        <w:t>لیکن اسپیکر لینگویج میں نہیں ہے۔ تو پیغمبر اسی چیز کو اسپیکر لینگویج دے دیتا ہے،</w:t>
      </w:r>
    </w:p>
    <w:p>
      <w:r>
        <w:rPr>
          <w:b/>
        </w:rPr>
        <w:t xml:space="preserve">[24:55] </w:t>
      </w:r>
      <w:r>
        <w:t>yaani lafz alfaaz ki zabaan mein. Maslan lafz sabr jo hai, na hamare zamir mein likha hua hai, na kainat mein likha hua hai.</w:t>
      </w:r>
    </w:p>
    <w:p>
      <w:pPr>
        <w:jc w:val="right"/>
      </w:pPr>
      <w:r>
        <w:t>یعنی لفظ الفاظ کی زبان میں۔ مثلاً لفظ صبر جو ہے، نہ ہمارے ضمیر میں لکھا ہوا ہے، نہ کائنات میں لکھا ہوا ہے۔</w:t>
      </w:r>
    </w:p>
    <w:p>
      <w:r>
        <w:rPr>
          <w:b/>
        </w:rPr>
        <w:t xml:space="preserve">[25:05] </w:t>
      </w:r>
      <w:r>
        <w:t>halankeh sabr ke saare saare kainat sabr ke usool pe chal rahi hai,</w:t>
      </w:r>
    </w:p>
    <w:p>
      <w:pPr>
        <w:jc w:val="right"/>
      </w:pPr>
      <w:r>
        <w:t>حالانکہ صبر کے سارے سارے کائنات صبر کے اصول پہ چل رہی ہے،</w:t>
      </w:r>
    </w:p>
    <w:p>
      <w:r>
        <w:rPr>
          <w:b/>
        </w:rPr>
        <w:t xml:space="preserve">[25:11] </w:t>
      </w:r>
      <w:r>
        <w:t>lekin us ko alfaaz deta hai paighambar. Paighambar us ko lafz de deta hai.</w:t>
      </w:r>
    </w:p>
    <w:p>
      <w:pPr>
        <w:jc w:val="right"/>
      </w:pPr>
      <w:r>
        <w:t>لیکن اس کو الفاظ دیتا ہے پیغمبر۔ پیغمبر اس کو لفظ دے دیتا ہے۔</w:t>
      </w:r>
    </w:p>
    <w:p>
      <w:r>
        <w:rPr>
          <w:b/>
        </w:rPr>
        <w:t xml:space="preserve">[25:22] </w:t>
      </w:r>
      <w:r>
        <w:t>saari kainat mein aap dekhiye, stars hain, planets hain, dor rahe hain, dor rahe hain, dor rahe hain, lekin apni jo un ka jo raftaar muqarrar hai, usi pe chalte hain.</w:t>
      </w:r>
    </w:p>
    <w:p>
      <w:pPr>
        <w:jc w:val="right"/>
      </w:pPr>
      <w:r>
        <w:t>ساری کائنات میں آپ دیکھیے، اسٹارز ہیں، پلینٹس ہیں، دوڑ رہے ہیں، دوڑ رہے ہیں، دوڑ رہے ہیں، لیکن اپنی جو ان کا جو رفتار مقرر ہے، اسی پہ چلتے ہیں۔</w:t>
      </w:r>
    </w:p>
    <w:p>
      <w:r>
        <w:rPr>
          <w:b/>
        </w:rPr>
        <w:t xml:space="preserve">[25:33] </w:t>
      </w:r>
      <w:r>
        <w:t>zara sa kam na zyada karte hain. Woh</w:t>
      </w:r>
    </w:p>
    <w:p>
      <w:pPr>
        <w:jc w:val="right"/>
      </w:pPr>
      <w:r>
        <w:t>ذرا سا کم نہ زیادہ کرتے ہیں۔ وہ</w:t>
      </w:r>
    </w:p>
    <w:p>
      <w:r>
        <w:rPr>
          <w:b/>
        </w:rPr>
        <w:t xml:space="preserve">[25:37] </w:t>
      </w:r>
      <w:r>
        <w:t>maslan suraj chand ka faasla jo hai, jo Quran mein hai keh kya woh ayat hai? Sabqat nahi karte?</w:t>
      </w:r>
    </w:p>
    <w:p>
      <w:pPr>
        <w:jc w:val="right"/>
      </w:pPr>
      <w:r>
        <w:t>مثلاً سورہ چاند کا فاصلہ جو ہے، جو قرآن میں ہے کہ کیا وہ آیت ہے؟ سبقت نہیں کرتے؟</w:t>
      </w:r>
    </w:p>
    <w:p>
      <w:r>
        <w:rPr>
          <w:b/>
        </w:rPr>
        <w:t xml:space="preserve">[25:47] </w:t>
      </w:r>
      <w:r>
        <w:t>woh kya ayat hai?</w:t>
      </w:r>
    </w:p>
    <w:p>
      <w:pPr>
        <w:jc w:val="right"/>
      </w:pPr>
      <w:r>
        <w:t>وہ کیا آیت ہے؟</w:t>
      </w:r>
    </w:p>
    <w:p>
      <w:r>
        <w:rPr>
          <w:b/>
        </w:rPr>
        <w:t xml:space="preserve">[25:55] </w:t>
      </w:r>
      <w:r>
        <w:t>haan, ab is mein ek saada misaal di gayi keh suraj chand dono chal rahe hain, lekin apne usi raftaar par thik thik qaim hain.</w:t>
      </w:r>
    </w:p>
    <w:p>
      <w:pPr>
        <w:jc w:val="right"/>
      </w:pPr>
      <w:r>
        <w:t>ہاں، اب اس میں ایک سادہ مثال دی گئی کہ سورج چاند دونوں چل رہے ہیں، لیکن اپنے اسی رفتار پر ٹھک ٹھک قائم ہیں۔</w:t>
      </w:r>
    </w:p>
    <w:p>
      <w:r>
        <w:rPr>
          <w:b/>
        </w:rPr>
        <w:t xml:space="preserve">[26:05] </w:t>
      </w:r>
      <w:r>
        <w:t>yani ke woh aage badhe, woh peeche hat jaye, raat ke bajaye din aa jaye, din ke bajaye raat aa jaye, theek theek chal rahe hain.</w:t>
      </w:r>
    </w:p>
    <w:p>
      <w:pPr>
        <w:jc w:val="right"/>
      </w:pPr>
      <w:r>
        <w:t>یعنی کہ وہ آگے بڑھے، وہ پیچھے ہٹ جائے، رات کے بجائے دن آ جائے، دن کے بجائے رات آ جائے، ٹھیک ٹھیک چل رہے ہیں۔</w:t>
      </w:r>
    </w:p>
    <w:p>
      <w:r>
        <w:rPr>
          <w:b/>
        </w:rPr>
        <w:t xml:space="preserve">[26:13] </w:t>
      </w:r>
      <w:r>
        <w:t>to sabr hi to hai yeh.</w:t>
      </w:r>
    </w:p>
    <w:p>
      <w:pPr>
        <w:jc w:val="right"/>
      </w:pPr>
      <w:r>
        <w:t>تو صبر ہی تو ہے یہ۔</w:t>
      </w:r>
    </w:p>
    <w:p>
      <w:r>
        <w:rPr>
          <w:b/>
        </w:rPr>
        <w:t xml:space="preserve">[26:17] </w:t>
      </w:r>
      <w:r>
        <w:t>det is fenomina of sabr. aap dekhiye ke aap insaan ko dekhiye, road par chalte hain to aap jante hain ke road par kya hota hai.</w:t>
      </w:r>
    </w:p>
    <w:p>
      <w:pPr>
        <w:jc w:val="right"/>
      </w:pPr>
      <w:r>
        <w:t>دیٹ از فیناومینا آف صبر۔ آپ دیکھیے کہ آپ انسان کو دیکھیے، روڈ پر چلتے ہیں تو آپ جانتے ہیں کہ روڈ پر کیا ہوتا ہے۔</w:t>
      </w:r>
    </w:p>
    <w:p>
      <w:r>
        <w:rPr>
          <w:b/>
        </w:rPr>
        <w:t xml:space="preserve">[26:33] </w:t>
      </w:r>
      <w:r>
        <w:t>zyada tar accident kyun hote hain? zyada tar accident yeh hote hain ke woh overtaking, yani zyada tar jo accident hote hain, overtakings hote hain.</w:t>
      </w:r>
    </w:p>
    <w:p>
      <w:pPr>
        <w:jc w:val="right"/>
      </w:pPr>
      <w:r>
        <w:t>زیادہ تر ایکسیڈنٹ کیوں ہوتے ہیں؟ زیادہ تر ایکسیڈنٹ یہ ہوتے ہیں کہ وہ اوورٹیکنگ، یعنی زیادہ تر جو ایکسیڈنٹ ہوتے ہیں، اوورٹیکنگز ہوتے ہیں۔</w:t>
      </w:r>
    </w:p>
    <w:p>
      <w:r>
        <w:rPr>
          <w:b/>
        </w:rPr>
        <w:t xml:space="preserve">[26:45] </w:t>
      </w:r>
      <w:r>
        <w:t>to chand overtake nahi karta, suraj overtaking nahi karta. overtaking kare to sari kainat mein har waqt accident, accident hone lage.</w:t>
      </w:r>
    </w:p>
    <w:p>
      <w:pPr>
        <w:jc w:val="right"/>
      </w:pPr>
      <w:r>
        <w:t>تو چاند اوورٹیک نہیں کرتا، سورج اوورٹیکنگ نہیں کرتا۔ اوورٹیکنگ کرے تو ساری کائنات میں ہر وقت ایکسیڈنٹ، ایکسیڈنٹ ہونے لگے۔</w:t>
      </w:r>
    </w:p>
    <w:p>
      <w:r>
        <w:rPr>
          <w:b/>
        </w:rPr>
        <w:t xml:space="preserve">[26:57] </w:t>
      </w:r>
      <w:r>
        <w:t>itne sitare, itne sitare, koi sitara overtaking nahi karta. yeh to sabr hai.</w:t>
      </w:r>
    </w:p>
    <w:p>
      <w:pPr>
        <w:jc w:val="right"/>
      </w:pPr>
      <w:r>
        <w:t>اتنے ستارے، اتنے ستارے، کوئی ستارہ اوورٹیکنگ نہیں کرتا۔ یہ تو صبر ہے۔</w:t>
      </w:r>
    </w:p>
    <w:p>
      <w:r>
        <w:rPr>
          <w:b/>
        </w:rPr>
        <w:t xml:space="preserve">[27:04] </w:t>
      </w:r>
      <w:r>
        <w:t>to sabr ka jo la hai, divine la, woh already poori universe mein follow kiya ja raha hai aur koi is se is se alag nahi hai.</w:t>
      </w:r>
    </w:p>
    <w:p>
      <w:pPr>
        <w:jc w:val="right"/>
      </w:pPr>
      <w:r>
        <w:t>تو صبر کا جو لا ہے، ڈیوائن لا، وہ الریڈی پوری یونیورس میں فالو کیا جا رہا ہے اور کوئی اس سے اس سے الگ نہیں ہے۔</w:t>
      </w:r>
    </w:p>
    <w:p>
      <w:r>
        <w:rPr>
          <w:b/>
        </w:rPr>
        <w:t xml:space="preserve">[27:17] </w:t>
      </w:r>
      <w:r>
        <w:t>koi sitara overtaking nahi karta, koi planet, planet overtaking nahi karta, lekin woh lafz nahi bol rahe hain.</w:t>
      </w:r>
    </w:p>
    <w:p>
      <w:pPr>
        <w:jc w:val="right"/>
      </w:pPr>
      <w:r>
        <w:t>کوئی ستارہ اوورٹیکنگ نہیں کرتا، کوئی پلینٹ، پلینٹ اوورٹیکنگ نہیں کرتا، لیکن وہ لفظ نہیں بول رہے ہیں۔</w:t>
      </w:r>
    </w:p>
    <w:p>
      <w:r>
        <w:rPr>
          <w:b/>
        </w:rPr>
        <w:t xml:space="preserve">[27:28] </w:t>
      </w:r>
      <w:r>
        <w:t>paighambar ki zuban se Allah taala ne lafz bulwa diya aur yeh keh diya ke inma yafasabirun ajr baghair hisab.</w:t>
      </w:r>
    </w:p>
    <w:p>
      <w:pPr>
        <w:jc w:val="right"/>
      </w:pPr>
      <w:r>
        <w:t>پیغمبر کی زبان سے اللہ تعالی نے لفظ بلوا دیا اور یہ کہہ دیا کہ انما یفصابرون اجر بغیر حساب۔</w:t>
      </w:r>
    </w:p>
    <w:p>
      <w:r>
        <w:rPr>
          <w:b/>
        </w:rPr>
        <w:t xml:space="preserve">[27:40] </w:t>
      </w:r>
      <w:r>
        <w:t>sabr karne wale bohat zyada ajr payenge. yeh literal statement hai. already jo culture qaim hai universe mein, isi ka yeh literal statement hai.</w:t>
      </w:r>
    </w:p>
    <w:p>
      <w:pPr>
        <w:jc w:val="right"/>
      </w:pPr>
      <w:r>
        <w:t>صبر کرنے والے بہت زیادہ اجر پائیں گے۔ یہ لٹرل سٹیٹمنٹ ہے۔ الریڈی جو کلچر قائم ہے یونیورس میں، اسی کا یہ لٹرل سٹیٹمنٹ ہے۔</w:t>
      </w:r>
    </w:p>
    <w:p>
      <w:r>
        <w:rPr>
          <w:b/>
        </w:rPr>
        <w:t xml:space="preserve">[27:54] </w:t>
      </w:r>
      <w:r>
        <w:t>yani spoken language mein baat</w:t>
      </w:r>
    </w:p>
    <w:p>
      <w:pPr>
        <w:jc w:val="right"/>
      </w:pPr>
      <w:r>
        <w:t>یعنی اسپوکن لینگویج میں بات</w:t>
      </w:r>
    </w:p>
    <w:p>
      <w:r>
        <w:rPr>
          <w:b/>
        </w:rPr>
        <w:t xml:space="preserve">[27:56] </w:t>
      </w:r>
      <w:r>
        <w:t>keh di gayi hai. yeh hai rehmat</w:t>
      </w:r>
    </w:p>
    <w:p>
      <w:pPr>
        <w:jc w:val="right"/>
      </w:pPr>
      <w:r>
        <w:t>کہہ دی گئی ہے۔ یہ ہے رحمت</w:t>
      </w:r>
    </w:p>
    <w:p>
      <w:r>
        <w:rPr>
          <w:b/>
        </w:rPr>
        <w:t xml:space="preserve">[28:00] </w:t>
      </w:r>
      <w:r>
        <w:t>ke jo baat insaan ke liye maloom nahi thi, andhere bhatak raha tha. yani Socrates bhatka, Startle bhatka, Plato bhatka, but Russell bhatka, sab bhatakte rahe kyunke woh jante nahi the ke hamara peace, hamara hamara cog jo hai, woh is ki kya had hai,</w:t>
      </w:r>
    </w:p>
    <w:p>
      <w:pPr>
        <w:jc w:val="right"/>
      </w:pPr>
      <w:r>
        <w:t>کہ جو بات انسان کے لیے معلوم نہیں تھی، اندھیرے بھٹک رہا تھا۔ یعنی ساکریٹیز بھٹکا، اسٹارٹل بھٹکا، پلیٹو بھٹکا، بٹ رسل بھٹکا، سب بھٹکتے رہے کیونکہ وہ جانتے نہیں تھے کہ ہمارا پیس، ہمارا ہمارا کاگ جو ہے، وہ اس کی کیا حد ہے،</w:t>
      </w:r>
    </w:p>
    <w:p>
      <w:r>
        <w:rPr>
          <w:b/>
        </w:rPr>
        <w:t xml:space="preserve">[28:25] </w:t>
      </w:r>
      <w:r>
        <w:t>kahan hamein kis tarah apne cog ko chalana chahiye, kahan hamein overtaking nahi karna hai. sab overtaking karte rahe.</w:t>
      </w:r>
    </w:p>
    <w:p>
      <w:pPr>
        <w:jc w:val="right"/>
      </w:pPr>
      <w:r>
        <w:t>کہاں ہمیں کس طرح اپنے کاگ کو چلانا چاہیے، کہاں ہمیں اوورٹیکنگ نہیں کرنا ہے۔ سب اوورٹیکنگ کرتے رہے۔</w:t>
      </w:r>
    </w:p>
    <w:p>
      <w:r>
        <w:rPr>
          <w:b/>
        </w:rPr>
        <w:t xml:space="preserve">[28:35] </w:t>
      </w:r>
      <w:r>
        <w:t>muslim countries mein jo aaj kal jo jihad ke naam par mar rahe hain, woh overtaking hai.</w:t>
      </w:r>
    </w:p>
    <w:p>
      <w:pPr>
        <w:jc w:val="right"/>
      </w:pPr>
      <w:r>
        <w:t>مسلم کنٹریز میں جو آج کل جو جہاد کے نام پر مر رہے ہیں، وہ اوورٹیکنگ ہے۔</w:t>
      </w:r>
    </w:p>
    <w:p>
      <w:r>
        <w:rPr>
          <w:b/>
        </w:rPr>
        <w:t xml:space="preserve">[28:48] </w:t>
      </w:r>
      <w:r>
        <w:t>har muslim country mein aaj kal jo hai, is qadar nafrat, violence, takrao, suicide, bombing, yeh kya hai? overtaking hai. yeh to sari kainat bata rahi hai ke aye bande, overtake mat karo, overtake mat karo.</w:t>
      </w:r>
    </w:p>
    <w:p>
      <w:pPr>
        <w:jc w:val="right"/>
      </w:pPr>
      <w:r>
        <w:t>ہر مسلم کنٹری میں آج کل جو ہے، اس قدر نفرت، وائلنس، ٹکراؤ، سوسائیڈ، بمنگ، یہ کیا ہے؟ اوورٹیکنگ ہے۔ یہ تو ساری کائنات بتا رہی ہے کہ اے بندے، اوورٹیک مت کرو، اوورٹیک مت کرو۔</w:t>
      </w:r>
    </w:p>
    <w:p>
      <w:r>
        <w:rPr>
          <w:b/>
        </w:rPr>
        <w:t xml:space="preserve">[29:02] </w:t>
      </w:r>
      <w:r>
        <w:t>lekin lafzon mein nahi bol rahi thi. insaan se mun nahi pata tha. to Allah taala ne nabi paida kiye taake is ko speaker language mein bata dein.</w:t>
      </w:r>
    </w:p>
    <w:p>
      <w:pPr>
        <w:jc w:val="right"/>
      </w:pPr>
      <w:r>
        <w:t>لیکن لفظوں میں نہیں بول رہی تھی۔ انسان سے من نہیں پاتا تھا۔ تو اللہ تعالی نے نبی پیدا کیے تاکہ اس کو اسپیکر لینگویج میں بتا دیں۔</w:t>
      </w:r>
    </w:p>
    <w:p>
      <w:r>
        <w:rPr>
          <w:b/>
        </w:rPr>
        <w:t xml:space="preserve">[29:12] </w:t>
      </w:r>
      <w:r>
        <w:t>yeh hai rehmat</w:t>
      </w:r>
    </w:p>
    <w:p>
      <w:pPr>
        <w:jc w:val="right"/>
      </w:pPr>
      <w:r>
        <w:t>یہ ہے رحمت</w:t>
      </w:r>
    </w:p>
    <w:p>
      <w:r>
        <w:rPr>
          <w:b/>
        </w:rPr>
        <w:t xml:space="preserve">[29:17] </w:t>
      </w:r>
      <w:r>
        <w:t>aur is aitbar se har paighambar rehmat hai. yaad rakhiye, Rasool Allah salallahu alaihi wasallam ka alag khusoosiyat sirf yeh hai ke aap ka jo had hi hai, is ko had hi woh preserve hai, woh authentic version is ka maujood hai hamare paas.</w:t>
      </w:r>
    </w:p>
    <w:p>
      <w:pPr>
        <w:jc w:val="right"/>
      </w:pPr>
      <w:r>
        <w:t>اور اس اعتبار سے ہر پیغمبر رحمت ہے۔ یاد رکھیے، رسول اللہ صلی اللہ علیہ وسلم کا الگ خصوصیت صرف یہ ہے کہ آپ کا جو حد ہی ہے، اس کو حد ہی وہ پریزرو ہے، وہ اتھینٹک ورژن اس کا موجود ہے ہمارے پاس۔</w:t>
      </w:r>
    </w:p>
    <w:p>
      <w:r>
        <w:rPr>
          <w:b/>
        </w:rPr>
        <w:t xml:space="preserve">[29:37] </w:t>
      </w:r>
      <w:r>
        <w:t>bas yeh hai. to kitni bari cheez, kitni bari</w:t>
      </w:r>
    </w:p>
    <w:p>
      <w:pPr>
        <w:jc w:val="right"/>
      </w:pPr>
      <w:r>
        <w:t>بس یہ ہے۔ تو کتنی بڑی چیز، کتنی بڑی</w:t>
      </w:r>
    </w:p>
    <w:p>
      <w:r>
        <w:rPr>
          <w:b/>
        </w:rPr>
        <w:t xml:space="preserve">[29:42] </w:t>
      </w:r>
      <w:r>
        <w:t>blessing hai. isi ko kaha gaya hai ke waris Allah ke Allah rehmat alal alameen</w:t>
      </w:r>
    </w:p>
    <w:p>
      <w:pPr>
        <w:jc w:val="right"/>
      </w:pPr>
      <w:r>
        <w:t>بلیسنگ ہے۔ اسی کو کہا گیا ہے کہ وارث اللہ کے اللہ رحمت اللعالمین</w:t>
      </w:r>
    </w:p>
    <w:p>
      <w:r>
        <w:rPr>
          <w:b/>
        </w:rPr>
        <w:t xml:space="preserve">[29:49] </w:t>
      </w:r>
      <w:r>
        <w:t>ke Allah ne dekha ke poori tareekh mein tamam philosophers, tamam reformers, tamam leader jo hain, yahin par ghalati kar rahe hain.</w:t>
      </w:r>
    </w:p>
    <w:p>
      <w:pPr>
        <w:jc w:val="right"/>
      </w:pPr>
      <w:r>
        <w:t>کہ اللہ نے دیکھا کہ پوری تاریخ میں تمام فلاسفرز، تمام ریفارمرز، تمام لیڈر جو ہیں، یہیں پر غلطی کر رہے ہیں۔</w:t>
      </w:r>
    </w:p>
    <w:p>
      <w:r>
        <w:rPr>
          <w:b/>
        </w:rPr>
        <w:t xml:space="preserve">[30:01] </w:t>
      </w:r>
      <w:r>
        <w:t>yani ek library ko har ek overtaking kar raha hai.</w:t>
      </w:r>
    </w:p>
    <w:p>
      <w:pPr>
        <w:jc w:val="right"/>
      </w:pPr>
      <w:r>
        <w:t>یعنی ایک لائبریری کو ہر ایک اوورٹیکنگ کر رہا ہے۔</w:t>
      </w:r>
    </w:p>
    <w:p>
      <w:r>
        <w:rPr>
          <w:b/>
        </w:rPr>
        <w:t xml:space="preserve">[30:07] </w:t>
      </w:r>
      <w:r>
        <w:t>apne nateeje kya hai? ke apna, ab is ka apna jo yani cog hai, toot raha hai, toot raha hai, toot raha hai.</w:t>
      </w:r>
    </w:p>
    <w:p>
      <w:pPr>
        <w:jc w:val="right"/>
      </w:pPr>
      <w:r>
        <w:t>اپنے نتیجے کیا ہے؟ کہ اپنا، اب اس کا اپنا جو یعنی کاگ ہے، ٹوٹ رہا ہے، ٹوٹ رہا ہے، ٹوٹ رہا ہے۔</w:t>
      </w:r>
    </w:p>
    <w:p>
      <w:r>
        <w:rPr>
          <w:b/>
        </w:rPr>
        <w:t xml:space="preserve">[30:19] </w:t>
      </w:r>
      <w:r>
        <w:t>ab yeh bataiye, yeh baat mujhe namaz mein samajh aayi.</w:t>
      </w:r>
    </w:p>
    <w:p>
      <w:pPr>
        <w:jc w:val="right"/>
      </w:pPr>
      <w:r>
        <w:t>اب یہ بتائیے، یہ بات مجھے نماز میں سمجھ آئی۔</w:t>
      </w:r>
    </w:p>
    <w:p>
      <w:r>
        <w:rPr>
          <w:b/>
        </w:rPr>
        <w:t xml:space="preserve">[30:25] </w:t>
      </w:r>
      <w:r>
        <w:t>meri umar itni lambi</w:t>
      </w:r>
    </w:p>
    <w:p>
      <w:pPr>
        <w:jc w:val="right"/>
      </w:pPr>
      <w:r>
        <w:t>میری عمر اتنی لمبی</w:t>
      </w:r>
    </w:p>
    <w:p>
      <w:r>
        <w:rPr>
          <w:b/>
        </w:rPr>
        <w:t xml:space="preserve">[30:26] </w:t>
      </w:r>
      <w:r>
        <w:t>ho gayi, is is is aayat ko hazaron baar mein ne suna padha hoga, lekin aaj namaz mein jab aayat tilawat ki gayi, kyunke dekhiye, jo scholar jaata hai, apne study room mein baithta hai, akele padhta hai, to woh poora detach kar ke apna copy uthata hai.</w:t>
      </w:r>
    </w:p>
    <w:p>
      <w:pPr>
        <w:jc w:val="right"/>
      </w:pPr>
      <w:r>
        <w:t>ہو گئی، اس اس اس آیت کو ہزاروں بار میں نے سنا پڑھا ہوگا، لیکن آج نماز میں جب آیت تلاوت کی گئی، کیونکہ دیکھیے، جو اسکالر جاتا ہے، اپنے اسٹڈی روم میں بیٹھتا ہے، اکیلے پڑھتا ہے، تو وہ پورا ڈیٹیچ کر کے اپنا کاپ اٹھاتا ہے۔</w:t>
      </w:r>
    </w:p>
    <w:p>
      <w:r>
        <w:rPr>
          <w:b/>
        </w:rPr>
        <w:t xml:space="preserve">[30:44] </w:t>
      </w:r>
      <w:r>
        <w:t>saari duniya se detach kar liya us ne. aise hi aap jab masjid mein jaate hain, namaz padhte hain, to apne ko detach kar ke, aaj kal jo musalmanon mein jamaat namaz hai, us ko mein nahi keh raha</w:t>
      </w:r>
    </w:p>
    <w:p>
      <w:pPr>
        <w:jc w:val="right"/>
      </w:pPr>
      <w:r>
        <w:t>ساری دنیا سے ڈیٹیچ کر لیا اس نے۔ ایسے ہی آپ جب مسجد میں جاتے ہیں، نماز پڑھتے ہیں، تو اپنے کو ڈیٹیچ کر کے، آج کل جو مسلمانوں میں جماعت نماز ہے، اس کو میں نہیں کہہ رہ</w:t>
      </w:r>
    </w:p>
    <w:p>
      <w:r>
        <w:rPr>
          <w:b/>
        </w:rPr>
        <w:t xml:space="preserve">[30:54] </w:t>
      </w:r>
      <w:r>
        <w:t>hoon, mein namaz barhaqiyat keh raha hoon. aaj ke musalmanon to namaz ka ek culture hai. namaz se zyada dhyan rehta hai un ka mobile par.</w:t>
      </w:r>
    </w:p>
    <w:p>
      <w:pPr>
        <w:jc w:val="right"/>
      </w:pPr>
      <w:r>
        <w:t>ا ہوں، میں نماز برحقیقت کہہ رہا ہوں۔ آج کے مسلمانوں تو نماز کا ایک کلچر ہے۔ نماز سے زیادہ دھیان رہتا ہے ان کا موبائل پر۔</w:t>
      </w:r>
    </w:p>
    <w:p>
      <w:r>
        <w:rPr>
          <w:b/>
        </w:rPr>
        <w:t xml:space="preserve">[31:05] </w:t>
      </w:r>
      <w:r>
        <w:t>aaj kal jo musalman jaate hain masjidon mein, to namaz se zyada un ka dhyan rehta hai mobile par.</w:t>
      </w:r>
    </w:p>
    <w:p>
      <w:pPr>
        <w:jc w:val="right"/>
      </w:pPr>
      <w:r>
        <w:t>آج کل جو مسلمان جاتے ہیں مسجدوں میں، تو نماز سے زیادہ ان کا دھیان رہتا ہے موبائل پر۔</w:t>
      </w:r>
    </w:p>
    <w:p>
      <w:r>
        <w:rPr>
          <w:b/>
        </w:rPr>
        <w:t xml:space="preserve">[31:15] </w:t>
      </w:r>
      <w:r>
        <w:t>to yeh is namaz ko le kar raah mat banaiye aap. yeh is namaz ko le kar raah mat banaiye.</w:t>
      </w:r>
    </w:p>
    <w:p>
      <w:pPr>
        <w:jc w:val="right"/>
      </w:pPr>
      <w:r>
        <w:t>تو یہ اس نماز کو لے کر راہ مت بنائیے آپ۔ یہ اس نماز کو لے کر راہ مت بنائیے۔</w:t>
      </w:r>
    </w:p>
    <w:p>
      <w:r>
        <w:rPr>
          <w:b/>
        </w:rPr>
        <w:t xml:space="preserve">[31:23] </w:t>
      </w:r>
      <w:r>
        <w:t>woh namaz jo haqiqatan yani is mani mein ho ke aap detach kar ke apne aap ko jis tarah se scholar le aata hai, apne aap ko apne study room mein, aise aap detach kar ke le jao masjid mein aur waqeatan quran ko suno.</w:t>
      </w:r>
    </w:p>
    <w:p>
      <w:pPr>
        <w:jc w:val="right"/>
      </w:pPr>
      <w:r>
        <w:t>وہ نماز جو حقیقتاً یعنی اس معنی میں ہو کہ آپ ڈیٹیچ کر کے اپنے آپ کو جس طرح سے اسکالر لے آتا ہے، اپنے آپ کو اپنے اسٹڈی روم میں، ایسے آپ ڈیٹیچ کر کے لے جاؤ مسجد میں اور واقعتاً قرآن کو سنیں۔</w:t>
      </w:r>
    </w:p>
    <w:p>
      <w:r>
        <w:rPr>
          <w:b/>
        </w:rPr>
        <w:t xml:space="preserve">[31:48] </w:t>
      </w:r>
      <w:r>
        <w:t>to namaz to woh lamha hai jab ke insaan quran ki mazeed study karta hai.</w:t>
      </w:r>
    </w:p>
    <w:p>
      <w:pPr>
        <w:jc w:val="right"/>
      </w:pPr>
      <w:r>
        <w:t>تو نماز تو وہ لمحہ ہے جب کہ انسان قرآن کی مزید اسٹڈی کرتا ہے۔</w:t>
      </w:r>
    </w:p>
    <w:p>
      <w:r>
        <w:rPr>
          <w:b/>
        </w:rPr>
        <w:t xml:space="preserve">[32:07] </w:t>
      </w:r>
      <w:r>
        <w:t>to dekhiye, aap logon ko mein ek naseehat yeh karunga ke yeh baat bhi aaj hi meri samajh mein aayi ke Hazrat Yunus alaihissalam ki zindagi mein aap ke liye bohat bari naseehat hai.</w:t>
      </w:r>
    </w:p>
    <w:p>
      <w:pPr>
        <w:jc w:val="right"/>
      </w:pPr>
      <w:r>
        <w:t>تو دیکھیے، آپ لوگوں کو میں ایک نصیحت یہ کروں گا کہ یہ بات بھی آج ہی میری سمجھ میں آئی کہ حضرت یونس علیہ السلام کی زندگی میں آپ کے لیے بہت بڑی نصیحت ہے۔</w:t>
      </w:r>
    </w:p>
    <w:p>
      <w:r>
        <w:rPr>
          <w:b/>
        </w:rPr>
        <w:t xml:space="preserve">[32:23] </w:t>
      </w:r>
      <w:r>
        <w:t>intezar ki policy, intezar ki policy. ko</w:t>
      </w:r>
    </w:p>
    <w:p>
      <w:pPr>
        <w:jc w:val="right"/>
      </w:pPr>
      <w:r>
        <w:t>انتظار کی پالیسی، انتظار کی پالیسی۔ کو</w:t>
      </w:r>
    </w:p>
    <w:p>
      <w:r>
        <w:rPr>
          <w:b/>
        </w:rPr>
        <w:t xml:space="preserve">[32:29] </w:t>
      </w:r>
      <w:r>
        <w:t>i bhi kaam aap kar kar rahe hain, aap koi bhi kaam, koi bhi kaam, koi bhi kaam, to is mein hamesha yaad rakhiye ke aap ko intezar ki policy pe chalna hai.</w:t>
      </w:r>
    </w:p>
    <w:p>
      <w:pPr>
        <w:jc w:val="right"/>
      </w:pPr>
      <w:r>
        <w:t>ئی بھی کام آپ کر کر رہے ہیں، آپ کوئی بھی کام، کوئی بھی کام، کوئی بھی کام، تو اس میں ہمیشہ یاد رکھیے کہ آپ کو انتظار کی پالیسی پہ چلنا ہے۔</w:t>
      </w:r>
    </w:p>
    <w:p>
      <w:r>
        <w:rPr>
          <w:b/>
        </w:rPr>
        <w:t xml:space="preserve">[32:40] </w:t>
      </w:r>
      <w:r>
        <w:t>wait and see, kyunke aap ne jo muqarrar kar rakha hai ke 30 tareekh tak mera kaam ho jana chahiye, to</w:t>
      </w:r>
    </w:p>
    <w:p>
      <w:pPr>
        <w:jc w:val="right"/>
      </w:pPr>
      <w:r>
        <w:t>ویٹ اینڈ سی، کیونکہ آپ نے جو مقرر کر رکھا ہے کہ 30 تاریخ تک میرا کام ہو جانا چاہیے، تو</w:t>
      </w:r>
    </w:p>
    <w:p>
      <w:r>
        <w:rPr>
          <w:b/>
        </w:rPr>
        <w:t xml:space="preserve">[32:49] </w:t>
      </w:r>
      <w:r>
        <w:t>jab bhi woh payega, jab ke Allah ka management jo aap ka saath de, kyunke dunya mein akele aap hi nahi de, Allah ka management chal raha hai.</w:t>
      </w:r>
    </w:p>
    <w:p>
      <w:pPr>
        <w:jc w:val="right"/>
      </w:pPr>
      <w:r>
        <w:t>جب بھی وہ پائے گا، جب کہ اللہ کا منیجمنٹ جو آپ کا ساتھ دے، کیونکہ دنیا میں اکیلے آپ ہی نہیں دے، اللہ کا منیجمنٹ چل رہا ہے۔</w:t>
      </w:r>
    </w:p>
    <w:p>
      <w:r>
        <w:rPr>
          <w:b/>
        </w:rPr>
        <w:t xml:space="preserve">[32:59] </w:t>
      </w:r>
      <w:r>
        <w:t>to jahan saath na de, aap tareekh muqarrar kar li, aap ne 30 tareekh Allah ke management mein to yani 15 tareekh muqarrar ki hui hai, to kaise aap kamyab honge?</w:t>
      </w:r>
    </w:p>
    <w:p>
      <w:pPr>
        <w:jc w:val="right"/>
      </w:pPr>
      <w:r>
        <w:t>تو جہاں ساتھ نہ دے، آپ تاریخ مقرر کر لی، آپ نے 30 تاریخ اللہ کے منیجمنٹ میں تو یعنی 15 تاریخ مقرر کی ہوئی ہے، تو کیسے آپ کامیاب ہوں گے؟</w:t>
      </w:r>
    </w:p>
    <w:p>
      <w:r>
        <w:rPr>
          <w:b/>
        </w:rPr>
        <w:t xml:space="preserve">[33:13] </w:t>
      </w:r>
      <w:r>
        <w:t>dekhiye, mujhe ek waqea yaad aata</w:t>
      </w:r>
    </w:p>
    <w:p>
      <w:pPr>
        <w:jc w:val="right"/>
      </w:pPr>
      <w:r>
        <w:t>دیکھیے، مجھے ایک واقعہ یاد آتا</w:t>
      </w:r>
    </w:p>
    <w:p>
      <w:r>
        <w:rPr>
          <w:b/>
        </w:rPr>
        <w:t xml:space="preserve">[33:18] </w:t>
      </w:r>
      <w:r>
        <w:t>hai, bohat pehle ki baat hai, ghaliban jo risala naya nikla hai, tab ki baat hai. risala hamara nikla hai 1976 mein, is se pehle ka waqea yeh hai ke mein gaya tha Ahmedabad,</w:t>
      </w:r>
    </w:p>
    <w:p>
      <w:pPr>
        <w:jc w:val="right"/>
      </w:pPr>
      <w:r>
        <w:t>ہے، بہت پہلے کی بات ہے، غالباً جو رسالہ نیا نکلا ہے، تب کی بات ہے۔ رسالہ ہمارا نکلا ہے 1976 میں، اس سے پہلے کا واقعہ یہ ہے کہ میں گیا تھا احمد آباد،</w:t>
      </w:r>
    </w:p>
    <w:p>
      <w:r>
        <w:rPr>
          <w:b/>
        </w:rPr>
        <w:t xml:space="preserve">[33:32] </w:t>
      </w:r>
      <w:r>
        <w:t>to Ahmedabad mein ek sahab the, woh is ko le gaye, apna ek naya naya ek factory banayi thi, woh dikhane ke liye.</w:t>
      </w:r>
    </w:p>
    <w:p>
      <w:pPr>
        <w:jc w:val="right"/>
      </w:pPr>
      <w:r>
        <w:t>تو احمد آباد میں ایک صاحب تھے، وہ اس کو لے گئے، اپنا ایک نیا نیا ایک فیکٹری بنائی تھی، وہ دکھانے کے لیے۔</w:t>
      </w:r>
    </w:p>
    <w:p>
      <w:r>
        <w:rPr>
          <w:b/>
        </w:rPr>
        <w:t xml:space="preserve">[33:45] </w:t>
      </w:r>
      <w:r>
        <w:t>to wahan factory thi, machinein thin, activities thin, to woh dikhane ke liye le gaye. to un ke paas koi manager nahi hota tha.</w:t>
      </w:r>
    </w:p>
    <w:p>
      <w:pPr>
        <w:jc w:val="right"/>
      </w:pPr>
      <w:r>
        <w:t>تو وہاں فیکٹری تھی، مشینیں تھیں، ایکٹیویٹیز تھیں، تو وہ دکھانے کے لیے لے گئے۔ تو ان کے پاس کوئی منیجر نہیں ہوتا تھا۔</w:t>
      </w:r>
    </w:p>
    <w:p>
      <w:r>
        <w:rPr>
          <w:b/>
        </w:rPr>
        <w:t xml:space="preserve">[33:58] </w:t>
      </w:r>
      <w:r>
        <w:t>ab to master of business admission itna phaila hai, itna phaila hai ke bohat asaan hi sahab ek manager pa lete hain.</w:t>
      </w:r>
    </w:p>
    <w:p>
      <w:pPr>
        <w:jc w:val="right"/>
      </w:pPr>
      <w:r>
        <w:t>اب تو ماسٹر آف بزنس ایڈمیشن اتنا پھیلا ہے، اتنا پھیلا ہے کہ بہت آسان ہی صاحب ایک منیجر پا لیتے ہیں۔</w:t>
      </w:r>
    </w:p>
    <w:p>
      <w:r>
        <w:rPr>
          <w:b/>
        </w:rPr>
        <w:t xml:space="preserve">[34:07] </w:t>
      </w:r>
      <w:r>
        <w:t>aaj kal MBA ka course jo hai, bohat kiya ja raha hai, har tarah MBA mil jaate hain aap</w:t>
      </w:r>
    </w:p>
    <w:p>
      <w:pPr>
        <w:jc w:val="right"/>
      </w:pPr>
      <w:r>
        <w:t>آج کل ایم بی اے کا کورس جو ہے، بہت کیا جا رہا ہے، ہر طرح ایم بی اے مل جاتے ہیں آپ</w:t>
      </w:r>
    </w:p>
    <w:p>
      <w:r>
        <w:rPr>
          <w:b/>
        </w:rPr>
        <w:t xml:space="preserve">[34:13] </w:t>
      </w:r>
      <w:r>
        <w:t>ko. is zamane mein MBA nahi milte the, yani manager jo hai, master of master of business management nahi milta tha.</w:t>
      </w:r>
    </w:p>
    <w:p>
      <w:pPr>
        <w:jc w:val="right"/>
      </w:pPr>
      <w:r>
        <w:t>کو۔ اس زمانے میں ایم بی اے نہیں ملتے تھے، یعنی منیجر جو ہے، ماسٹر آف ماسٹر آف بزنس منیجمنٹ نہیں ملتا تھا۔</w:t>
      </w:r>
    </w:p>
    <w:p>
      <w:r>
        <w:rPr>
          <w:b/>
        </w:rPr>
        <w:t xml:space="preserve">[34:24] </w:t>
      </w:r>
      <w:r>
        <w:t>to un ki factory mein aisa koi expert nahi tha. to behal unhon ne apna factory dikhate dikhate ek ek lafz un ki zuban se nikla ke unhon ne kaha ke apni to limit, apni to limitations aa jati hain management side par.</w:t>
      </w:r>
    </w:p>
    <w:p>
      <w:pPr>
        <w:jc w:val="right"/>
      </w:pPr>
      <w:r>
        <w:t>تو ان کی فیکٹری میں ایسا کوئی ایکسپرٹ نہیں تھا۔ تو بہرحال انہوں نے اپنا فیکٹری دکھاتے دکھاتے ایک ایک لفظ ان کی زبان سے نکلا کہ انہوں نے کہا کہ اپنی تو لمیٹ، اپنی تو لیمیٹیشنز آ جاتی ہیں منیجمنٹ سائیڈ پر۔</w:t>
      </w:r>
    </w:p>
    <w:p>
      <w:r>
        <w:rPr>
          <w:b/>
        </w:rPr>
        <w:t xml:space="preserve">[34:44] </w:t>
      </w:r>
      <w:r>
        <w:t>exactly yeh lafz tha un ka, yeh Ahmedabad ka qissa hai, apni to limitations aa jati hain management side par.</w:t>
      </w:r>
    </w:p>
    <w:p>
      <w:pPr>
        <w:jc w:val="right"/>
      </w:pPr>
      <w:r>
        <w:t>ایگزیکٹلی یہ لفظ تھا ان کا، یہ احمد آباد کا قصہ ہے، اپنی تو لیمیٹیشنز آ جاتی ہیں منیجمنٹ سائیڈ پر۔</w:t>
      </w:r>
    </w:p>
    <w:p>
      <w:r>
        <w:rPr>
          <w:b/>
        </w:rPr>
        <w:t xml:space="preserve">[34:57] </w:t>
      </w:r>
      <w:r>
        <w:t>to hum log kuch aur bhi kuch aadmi the, kisi ne poocha ke bhai kyun? is ke baad kya karte hain aap?</w:t>
      </w:r>
    </w:p>
    <w:p>
      <w:pPr>
        <w:jc w:val="right"/>
      </w:pPr>
      <w:r>
        <w:t>تو ہم لوگ کچھ اور بھی کچھ آدمی تھے، کسی نے پوچھا کہ بھئی کیوں؟ اس کے بعد کیا کرتے ہیں آپ؟</w:t>
      </w:r>
    </w:p>
    <w:p>
      <w:r>
        <w:rPr>
          <w:b/>
        </w:rPr>
        <w:t xml:space="preserve">[35:06] </w:t>
      </w:r>
      <w:r>
        <w:t>jab aap ki limitations aa gayin to aap is ke baad kya karte hain? aap to unhon ne kaha haalat par chhod dete hain,</w:t>
      </w:r>
    </w:p>
    <w:p>
      <w:pPr>
        <w:jc w:val="right"/>
      </w:pPr>
      <w:r>
        <w:t>جب آپ کی لیمیٹیشنز آ گئیں تو آپ اس کے بعد کیا کرتے ہیں؟ آپ تو انہوں نے کہا حالت پر چھوڑ دیتے ہیں،</w:t>
      </w:r>
    </w:p>
    <w:p>
      <w:r>
        <w:rPr>
          <w:b/>
        </w:rPr>
        <w:t xml:space="preserve">[35:13] </w:t>
      </w:r>
      <w:r>
        <w:t>haalat par chhod dete hain. main is ko kahunga ke aap ek lafz badlie, Allah par chhod dena. jahan aap ke management ki had aa gayi, Allah par chhod dijiye.</w:t>
      </w:r>
    </w:p>
    <w:p>
      <w:pPr>
        <w:jc w:val="right"/>
      </w:pPr>
      <w:r>
        <w:t>حالت پر چھوڑ دیتے ہیں۔ میں اس کو کہوں گا کہ آپ ایک لفظ بدلیے، اللہ پر چھوڑ دینا۔ جہاں آپ کے منیجمنٹ کی حد آ گئی، اللہ پر چھوڑ دیجئے۔</w:t>
      </w:r>
    </w:p>
    <w:p>
      <w:r>
        <w:rPr>
          <w:b/>
        </w:rPr>
        <w:t xml:space="preserve">[35:27] </w:t>
      </w:r>
      <w:r>
        <w:t>yahi hai saara khulasa, saara khulasa yahi hai.</w:t>
      </w:r>
    </w:p>
    <w:p>
      <w:pPr>
        <w:jc w:val="right"/>
      </w:pPr>
      <w:r>
        <w:t>یہی ہے سارا خلاصہ، سارا خلاصہ یہی ہے۔</w:t>
      </w:r>
    </w:p>
    <w:p>
      <w:r>
        <w:rPr>
          <w:b/>
        </w:rPr>
        <w:t xml:space="preserve">[35:38] </w:t>
      </w:r>
      <w:r>
        <w:t>aap apne kaam ke plan karenge aur activity dikhayenge, koshishen karenge, lekin phir bhi ek maqam aayega jahan aap ki limitations aa jayengi.</w:t>
      </w:r>
    </w:p>
    <w:p>
      <w:pPr>
        <w:jc w:val="right"/>
      </w:pPr>
      <w:r>
        <w:t>آپ اپنے کام کے پلان کریں گے اور ایکٹیویٹی دکھائیں گے، کوششیں کریں گے، لیکن پھر بھی ایک مقام آئے گا جہاں آپ کی لیمیٹیشنز آ جائیں گی۔</w:t>
      </w:r>
    </w:p>
    <w:p>
      <w:r>
        <w:rPr>
          <w:b/>
        </w:rPr>
        <w:t xml:space="preserve">[35:53] </w:t>
      </w:r>
      <w:r>
        <w:t>to wahan par kya hai? aap ko Allah par daalna hai, ruk jhuk jaana hai. jaise aaj kal Muslim countries mein ladai ho rahi hai, kyunke un ka qafila apni had par aa gaya, phir bhi lad rahe hain.</w:t>
      </w:r>
    </w:p>
    <w:p>
      <w:pPr>
        <w:jc w:val="right"/>
      </w:pPr>
      <w:r>
        <w:t>تو وہاں پر کیا ہے؟ آپ کو اللہ پر ڈالنا ہے، رک جھک جانا ہے۔ جیسے آج کل مسلم کنٹریز میں لڑائی ہو رہی ہے، کیونکہ ان کا قافلہ اپنی حد پر آ گیا، پھر بھی لڑ رہے ہیں۔</w:t>
      </w:r>
    </w:p>
    <w:p>
      <w:r>
        <w:rPr>
          <w:b/>
        </w:rPr>
        <w:t xml:space="preserve">[36:06] </w:t>
      </w:r>
      <w:r>
        <w:t>ab inhein sabr ka tareeqa ikhtiyar karna chahiye, intezar karna chahiye ke Allah haalat ko mazeed badle, mazeed changes aayen, mazeed haalat hamare muwafiq ho jayen to aage badhenge.</w:t>
      </w:r>
    </w:p>
    <w:p>
      <w:pPr>
        <w:jc w:val="right"/>
      </w:pPr>
      <w:r>
        <w:t>اب انہیں صبر کا طریقہ اختیار کرنا چاہیے، انتظار کرنا چاہیے کہ اللہ حالات کو مزید بدلے، مزید چینجز آئیں، مزید حالات ہمارے موافق ہو جائیں تو آگے بڑھیں گے۔</w:t>
      </w:r>
    </w:p>
    <w:p>
      <w:r>
        <w:rPr>
          <w:b/>
        </w:rPr>
        <w:t xml:space="preserve">[36:18] </w:t>
      </w:r>
      <w:r>
        <w:t>yeh kya hai? ke hum lad rahe hain, khwamkhwah mar rahe hain, kat rahe hain. to yeh jo formula hai ke apni to limitation, limitations aa jaati hain management side par, bada zabardast formula hai.</w:t>
      </w:r>
    </w:p>
    <w:p>
      <w:pPr>
        <w:jc w:val="right"/>
      </w:pPr>
      <w:r>
        <w:t>یہ کیا ہے؟ کہ ہم لڑ رہے ہیں، خوامخواہ مر رہے ہیں، کٹ رہے ہیں۔ تو یہ جو فارمولا ہے کہ اپنی تو لیمیٹیشن، لیمیٹیشنز آ جاتی ہیں منیجمنٹ سائیڈ پر، بڑا زبردست فارمولا ہے۔</w:t>
      </w:r>
    </w:p>
    <w:p>
      <w:r>
        <w:rPr>
          <w:b/>
        </w:rPr>
        <w:t xml:space="preserve">[36:35] </w:t>
      </w:r>
      <w:r>
        <w:t>yaani apni to had aa jaati hai management side par. woh aadmi khud engineer tha, lekin business manager nahi tha.</w:t>
      </w:r>
    </w:p>
    <w:p>
      <w:pPr>
        <w:jc w:val="right"/>
      </w:pPr>
      <w:r>
        <w:t>یعنی اپنی تو حد آ جاتی ہے منیجمنٹ سائیڈ پر۔ وہ آدمی خود انجینئر تھا، لیکن بزنس منیجر نہیں تھا۔</w:t>
      </w:r>
    </w:p>
    <w:p>
      <w:r>
        <w:rPr>
          <w:b/>
        </w:rPr>
        <w:t xml:space="preserve">[36:44] </w:t>
      </w:r>
      <w:r>
        <w:t>woh to engineering ke sawalat hal kar leta tha, lekin jahan sawal aata tha management ka, to wahan us ko samajh mein aata tha kya kiya jaye.</w:t>
      </w:r>
    </w:p>
    <w:p>
      <w:pPr>
        <w:jc w:val="right"/>
      </w:pPr>
      <w:r>
        <w:t>وہ تو انجینئرنگ کے سوالات حل کر لیتا تھا، لیکن جہاں سوال آتا تھا منیجمنٹ کا، تو وہاں اس کو سمجھ میں آتا تھا کیا کیا جائے۔</w:t>
      </w:r>
    </w:p>
    <w:p>
      <w:r>
        <w:rPr>
          <w:b/>
        </w:rPr>
        <w:t xml:space="preserve">[36:56] </w:t>
      </w:r>
      <w:r>
        <w:t>to bahut zabardast formula yeh hai ke aadmi yeh jaane ke bhai ab to limit par hi aa gayi, ab to kya kar</w:t>
      </w:r>
    </w:p>
    <w:p>
      <w:pPr>
        <w:jc w:val="right"/>
      </w:pPr>
      <w:r>
        <w:t>تو بہت زبردست فارمولا یہ ہے کہ آدمی یہ جانے کہ بھئی اب تو لمٹ پر ہی آ گئی، اب تو کیا کر</w:t>
      </w:r>
    </w:p>
    <w:p>
      <w:r>
        <w:rPr>
          <w:b/>
        </w:rPr>
        <w:t xml:space="preserve">[37:04] </w:t>
      </w:r>
      <w:r>
        <w:t>na hai? is ne kaha tha ke haalat par daal dete hain. momin kahega ke bhai ab to Allah par daal do. jahan aap mehsoos ho ke aap ki had aa gayi, Allah par daal dijiye, sab masla hal hai.</w:t>
      </w:r>
    </w:p>
    <w:p>
      <w:pPr>
        <w:jc w:val="right"/>
      </w:pPr>
      <w:r>
        <w:t>نا ہے؟ اس نے کہا تھا کہ حالات پر ڈال دیتے ہیں۔ مومن کہے گا کہ بھئی اب تو اللہ پر ڈال دو۔ جہاں آپ محسوس ہو کہ آپ کی حد آ گئی، اللہ پر ڈال دیجئے، سب مسئلہ حل ہے۔</w:t>
      </w:r>
    </w:p>
    <w:p>
      <w:r>
        <w:rPr>
          <w:b/>
        </w:rPr>
        <w:t xml:space="preserve">[37:22] </w:t>
      </w:r>
      <w:r>
        <w:t>itna zabardast formula yeh hai.</w:t>
      </w:r>
    </w:p>
    <w:p>
      <w:pPr>
        <w:jc w:val="right"/>
      </w:pPr>
      <w:r>
        <w:t>اتنا زبردست فارمولا یہ ہے۔</w:t>
      </w:r>
    </w:p>
    <w:p>
      <w:r>
        <w:rPr>
          <w:b/>
        </w:rPr>
        <w:t xml:space="preserve">[37:26] </w:t>
      </w:r>
      <w:r>
        <w:t>Allah par daalne ke maani yeh ostrich habit nahi hai. yeh</w:t>
      </w:r>
    </w:p>
    <w:p>
      <w:pPr>
        <w:jc w:val="right"/>
      </w:pPr>
      <w:r>
        <w:t>اللہ پر ڈالنے کے معنی یہ آسٹرش ہیبٹ نہیں ہے۔ یہ</w:t>
      </w:r>
    </w:p>
    <w:p>
      <w:r>
        <w:rPr>
          <w:b/>
        </w:rPr>
        <w:t xml:space="preserve">[37:35] </w:t>
      </w:r>
      <w:r>
        <w:t>nahi, ostrich habit nahi hai, balkeh mazeed intezar karna karna hai. jaise aap ka ek darakht lagaya, aap ne is mein phal aaye, aap ne ek phal toda to woh khatta tha.</w:t>
      </w:r>
    </w:p>
    <w:p>
      <w:pPr>
        <w:jc w:val="right"/>
      </w:pPr>
      <w:r>
        <w:t>نہیں، آسٹرش ہیبٹ نہیں ہے، بلکہ مزید انظار کرنا کرنا ہے۔ جیسے آپ کا ایک درخت لگایا، آپ نے اس میں پھل آئے، آپ نے ایک پھل توڑا تو وہ کھٹا تھا۔</w:t>
      </w:r>
    </w:p>
    <w:p>
      <w:r>
        <w:rPr>
          <w:b/>
        </w:rPr>
        <w:t xml:space="preserve">[37:49] </w:t>
      </w:r>
      <w:r>
        <w:t>to aap ko daryaft karna chahiye ke aap ne ab pakne se pehle tod liya, ab intezar kijiye pakne ka.</w:t>
      </w:r>
    </w:p>
    <w:p>
      <w:pPr>
        <w:jc w:val="right"/>
      </w:pPr>
      <w:r>
        <w:t>تو آپ کو دریافت کرنا چاہیے کہ آپ نے اب پکنے سے پہلے توڑ لیا، اب انتظار کیجئے پکنے کا۔</w:t>
      </w:r>
    </w:p>
    <w:p>
      <w:r>
        <w:rPr>
          <w:b/>
        </w:rPr>
        <w:t xml:space="preserve">[37:58] </w:t>
      </w:r>
      <w:r>
        <w:t>to Egypt mein, Pakistan mein, jahan jahan ladai jhagdaai ho rahi thi, jab un ka matloob nizam woh nahi kaam kar paya, to is ka samajhna chahiye ke hum ne kacha phal tod liya tha, pakne ka waqt aaya hi nahi tha.</w:t>
      </w:r>
    </w:p>
    <w:p>
      <w:pPr>
        <w:jc w:val="right"/>
      </w:pPr>
      <w:r>
        <w:t>تو ایجپٹ میں، پاکستان میں، جہاں جہاں لڑائی جھگڑائی ہو رہی تھی، جب ان کا مطلوب نظام وہ نہیں کام کر پایا، تو اس کا سمجھنا چاہیے کہ ہم نے کچا پھل توڑ لیا تھا، پکنے کا وقت آیا ہی نہیں تھا۔</w:t>
      </w:r>
    </w:p>
    <w:p>
      <w:r>
        <w:rPr>
          <w:b/>
        </w:rPr>
        <w:t xml:space="preserve">[38:10] </w:t>
      </w:r>
      <w:r>
        <w:t>abhi to theher jao, apne qafle ko roko, yahan tak ke Allah ka nizam jab is ko, jab is ko naz tak pahuncha de, nozath jaim yaani maturity ke darje tak pahuncha de, to phir todna.</w:t>
      </w:r>
    </w:p>
    <w:p>
      <w:pPr>
        <w:jc w:val="right"/>
      </w:pPr>
      <w:r>
        <w:t>ابھی تو ٹھہر جاؤ، اپنے قافلے کو روکو، یہاں تک کہ اللہ کا نظام جب اس کو، جب اس کو نز تک پہنچا دے، نو ذات جیم یعنی میچورٹی کے درجے تک پہنچا دے، تو پھر توڑنا۔</w:t>
      </w:r>
    </w:p>
    <w:p>
      <w:r>
        <w:rPr>
          <w:b/>
        </w:rPr>
        <w:t xml:space="preserve">[38:25] </w:t>
      </w:r>
      <w:r>
        <w:t>abhi todne ka waqt nahi aaya hai.</w:t>
      </w:r>
    </w:p>
    <w:p>
      <w:pPr>
        <w:jc w:val="right"/>
      </w:pPr>
      <w:r>
        <w:t>ابھی توڑنے کا وقت نہیں آیا ہے۔</w:t>
      </w:r>
    </w:p>
    <w:p>
      <w:r>
        <w:rPr>
          <w:b/>
        </w:rPr>
        <w:t xml:space="preserve">[38:31] </w:t>
      </w:r>
      <w:r>
        <w:t>to saari tehrikein jo hain, moajza zamane, chahe secular hon ya ya Muslim tehrikein, sab ki sab, sab ki sab, one to all, apne nishan mein fail ho rahi hain.</w:t>
      </w:r>
    </w:p>
    <w:p>
      <w:pPr>
        <w:jc w:val="right"/>
      </w:pPr>
      <w:r>
        <w:t>تو ساری تحریکیں جو ہیں، معجزہ زمانے، چاہے سیکولر ہوں یا یا مسلم تحریکیں، سب کی سب، سب کی سب، ون ٹو آل، اپنے نشان میں فیل ہو رہی ہیں۔</w:t>
      </w:r>
    </w:p>
    <w:p>
      <w:r>
        <w:rPr>
          <w:b/>
        </w:rPr>
        <w:t xml:space="preserve">[38:45] </w:t>
      </w:r>
      <w:r>
        <w:t>mere ilm mein koi ek bhi tehreek aisi nahi hai, na secular na Muslim, jo apne nishane ko, aap, aap jis jo paya ho, us mein to wajah kya hai?</w:t>
      </w:r>
    </w:p>
    <w:p>
      <w:pPr>
        <w:jc w:val="right"/>
      </w:pPr>
      <w:r>
        <w:t>میرے علم میں کوئی ایک بھی تحریک ایسی نہیں ہے، نہ سیکولر نہ مسلم، جو اپنے نشانے کو، آپ، آپ جس جو پایا ہو، اس میں تو وجہ کیا ہے؟</w:t>
      </w:r>
    </w:p>
    <w:p>
      <w:r>
        <w:rPr>
          <w:b/>
        </w:rPr>
        <w:t xml:space="preserve">[38:56] </w:t>
      </w:r>
      <w:r>
        <w:t>apni had nahi jante. woh</w:t>
      </w:r>
    </w:p>
    <w:p>
      <w:pPr>
        <w:jc w:val="right"/>
      </w:pPr>
      <w:r>
        <w:t>اپنی حد نہیں جانتے۔ وہ</w:t>
      </w:r>
    </w:p>
    <w:p>
      <w:r>
        <w:rPr>
          <w:b/>
        </w:rPr>
        <w:t xml:space="preserve">[38:59] </w:t>
      </w:r>
      <w:r>
        <w:t>jahan rukna chahte hain, wahan bhi qafila dauda rahe hain. to Allah taala ne yeh bhi misaal qaim kar di hai ke tum ne ek darakht lagaya, is mein phool aaya, phal aaya, ab tum ne ek darakht ka ek phal tod liya, lekin jab khaya to laga ke yeh to khatta hai.</w:t>
      </w:r>
    </w:p>
    <w:p>
      <w:pPr>
        <w:jc w:val="right"/>
      </w:pPr>
      <w:r>
        <w:t>جہاں رکنا چاہتے ہیں، وہاں بھی قافلہ دوڑا رہے ہیں۔ تو اللہ تعالی نے یہ بھی مثال قائم کر دی ہے کہ تم نے ایک درخت لگایا، اس میں پھول آیا، پھل آیا، اب تم نے ایک درخت کا ایک پھل توڑ لیا، لیکن جب کھایا تو لگا کہ یہ تو کھٹا ہے۔</w:t>
      </w:r>
    </w:p>
    <w:p>
      <w:r>
        <w:rPr>
          <w:b/>
        </w:rPr>
        <w:t xml:space="preserve">[39:19] </w:t>
      </w:r>
      <w:r>
        <w:t>to kya discover karna chahiye ke aur bhi todein, aur bhi todein, aur todein? nahi, ruk jao!</w:t>
      </w:r>
    </w:p>
    <w:p>
      <w:pPr>
        <w:jc w:val="right"/>
      </w:pPr>
      <w:r>
        <w:t>تو کیا ڈسکور کرنا چاہیے کہ اور بھی توڑیں، اور بھی توڑیں، اور توڑیں؟ نہیں، رک جاؤ!</w:t>
      </w:r>
    </w:p>
    <w:p>
      <w:r>
        <w:rPr>
          <w:b/>
        </w:rPr>
        <w:t xml:space="preserve">[39:26] </w:t>
      </w:r>
      <w:r>
        <w:t>Khuda ka kaag abhi aakhir tak nahi pahuncha hai, abhi, abhi aur time chahiye is ko mature hone ke liye, naz ke liye, pakne ke liye.</w:t>
      </w:r>
    </w:p>
    <w:p>
      <w:pPr>
        <w:jc w:val="right"/>
      </w:pPr>
      <w:r>
        <w:t>خدا کا کاگ ابھی آخر تک نہیں پہنچا ہے، ابھی، ابھی اور ٹائم چاہیے اس کو میچور ہونے کے لیے، نز کے لیے، پکنے کے لیے۔</w:t>
      </w:r>
    </w:p>
    <w:p>
      <w:r>
        <w:rPr>
          <w:b/>
        </w:rPr>
        <w:t xml:space="preserve">[39:36] </w:t>
      </w:r>
      <w:r>
        <w:t>jab pak jaye to todna. to Muslim countries mein kya hai ke phal toda to kacha, khatta nikla, to phir ladai shuru kar di ke hum tum ko marenge.</w:t>
      </w:r>
    </w:p>
    <w:p>
      <w:pPr>
        <w:jc w:val="right"/>
      </w:pPr>
      <w:r>
        <w:t>جب پک جائے تو توڑنا۔ تو مسلم کنٹریز میں کیا ہے کہ پھل توڑا تو کچا، کھٹا نکلا، تو پھر لڑائی شروع کر دی کہ ہم تم کو ماریں گے۔</w:t>
      </w:r>
    </w:p>
    <w:p>
      <w:r>
        <w:rPr>
          <w:b/>
        </w:rPr>
        <w:t xml:space="preserve">[39:51] </w:t>
      </w:r>
      <w:r>
        <w:t>yeh saara kyun hai? rehmatulilalameen ka matlab samjhein nahi,</w:t>
      </w:r>
    </w:p>
    <w:p>
      <w:pPr>
        <w:jc w:val="right"/>
      </w:pPr>
      <w:r>
        <w:t>یہ سارا کیوں ہے؟ رحمت اللعالمین کا مطلب سمجھیں نہیں،</w:t>
      </w:r>
    </w:p>
    <w:p>
      <w:r>
        <w:rPr>
          <w:b/>
        </w:rPr>
        <w:t xml:space="preserve">[39:55] </w:t>
      </w:r>
      <w:r>
        <w:t>fazilat ke khane mein daal diya aur khoob naat khwaniyan ho rahi hain.</w:t>
      </w:r>
    </w:p>
    <w:p>
      <w:pPr>
        <w:jc w:val="right"/>
      </w:pPr>
      <w:r>
        <w:t>فضیلت کے خانے میں ڈال دیا اور خوب نعت خوانیاں ہو رہی ہیں۔</w:t>
      </w:r>
    </w:p>
    <w:p>
      <w:r>
        <w:rPr>
          <w:b/>
        </w:rPr>
        <w:t xml:space="preserve">[40:03] </w:t>
      </w:r>
      <w:r>
        <w:t>rehmat alam, rehmat alam sallay allaho alayhi wasallam gaya ja raha hai, khoob gaya ja raha hai. rehmat alam, rehmat alam sallay allaho alayhi wasallam.</w:t>
      </w:r>
    </w:p>
    <w:p>
      <w:pPr>
        <w:jc w:val="right"/>
      </w:pPr>
      <w:r>
        <w:t>رحمت عالم، رحمت عالم صلی اللہ علیہ وسلم گایا جا رہا ہے، خوب گایا جا رہا ہے۔ رحمت عالم، رحمت عالم صلی اللہ علیہ وسلم۔</w:t>
      </w:r>
    </w:p>
    <w:p>
      <w:r>
        <w:rPr>
          <w:b/>
        </w:rPr>
        <w:t xml:space="preserve">[40:16] </w:t>
      </w:r>
      <w:r>
        <w:t>rehmat alam ka jo quran majeed mein zikr hai, woh ek ideology hai,</w:t>
      </w:r>
    </w:p>
    <w:p>
      <w:pPr>
        <w:jc w:val="right"/>
      </w:pPr>
      <w:r>
        <w:t>رحمت عالم کا جو قرآن مجید میں ذکر ہے، وہ ایک آئیڈیالوجی ہے،</w:t>
      </w:r>
    </w:p>
    <w:p>
      <w:r>
        <w:rPr>
          <w:b/>
        </w:rPr>
        <w:t xml:space="preserve">[40:22] </w:t>
      </w:r>
      <w:r>
        <w:t>ek nizam fitrat ka ailaan hai. woh allah kis tarah manage kar raha hai tareekh ko, woh cheez batai gayi hai, kyunke jo cheez insaan jaan nahin sakta tha,</w:t>
      </w:r>
    </w:p>
    <w:p>
      <w:pPr>
        <w:jc w:val="right"/>
      </w:pPr>
      <w:r>
        <w:t>ایک نظام فطرت کا اعلان ہے۔ وہ اللہ کس طرح منیج کر رہا ہے تاریخ کو، وہ چیز بتائی گئی ہے، کیونکہ جو چیز انسان جان نہیں سکتا تھا،</w:t>
      </w:r>
    </w:p>
    <w:p>
      <w:r>
        <w:rPr>
          <w:b/>
        </w:rPr>
        <w:t xml:space="preserve">[40:36] </w:t>
      </w:r>
      <w:r>
        <w:t>us ko allah ne bata diya. to rehmat to hai, woh sari kainat, jaisa ke maine arz kiya, in spoken language mein woh cheez maujood thi pehle se, ab paighambar ke zariye woh spoken language mein aa gayi hai.</w:t>
      </w:r>
    </w:p>
    <w:p>
      <w:pPr>
        <w:jc w:val="right"/>
      </w:pPr>
      <w:r>
        <w:t>اس کو اللہ نے بتا دیا۔ تو رحمتی تو ہے، وہ ساری کائنات، جیسا کہ میں نے عرض کیا، ان اسپوکن لینگویج میں وہ چیز موجود تھی پہلے سے، اب پیغمبر کے ذریعے وہ اسپوکن لینگویج میں آ گئی ہے۔</w:t>
      </w:r>
    </w:p>
    <w:p>
      <w:r>
        <w:rPr>
          <w:b/>
        </w:rPr>
        <w:t xml:space="preserve">[40:51] </w:t>
      </w:r>
      <w:r>
        <w:t>yahi rehmat hai, woh</w:t>
      </w:r>
    </w:p>
    <w:p>
      <w:pPr>
        <w:jc w:val="right"/>
      </w:pPr>
      <w:r>
        <w:t>یہی رحمت ہے، وہ</w:t>
      </w:r>
    </w:p>
    <w:p>
      <w:r>
        <w:rPr>
          <w:b/>
        </w:rPr>
        <w:t xml:space="preserve">[41:04] </w:t>
      </w:r>
      <w:r>
        <w:t>rasool allah sallay allaho alayhi wasallam ki khud apni zindagi bhi is ki misaal hai. misaal ke taur par dekhiye, makkah mein aap ne mission shuru kiya 610 eesvi mein,</w:t>
      </w:r>
    </w:p>
    <w:p>
      <w:pPr>
        <w:jc w:val="right"/>
      </w:pPr>
      <w:r>
        <w:t>رسول اللہ صلی اللہ علیہ وسلم کی خود اپنی زندگی بھی اس کی مثال ہے۔ مثلاً دیکھیے، مکے میں آپ نے مشن شروع کیا 610 عیسوی میں،</w:t>
      </w:r>
    </w:p>
    <w:p>
      <w:r>
        <w:rPr>
          <w:b/>
        </w:rPr>
        <w:t xml:space="preserve">[41:18] </w:t>
      </w:r>
      <w:r>
        <w:t>to kaaba jo muqaddas tareen masjid thi, us mein but rakhe hue hain bohat saare.</w:t>
      </w:r>
    </w:p>
    <w:p>
      <w:pPr>
        <w:jc w:val="right"/>
      </w:pPr>
      <w:r>
        <w:t>تو کعبہ جو مقدس ترین مسجد تھی، اس میں بت رکھے ہوئے ہیں بہت سارے۔</w:t>
      </w:r>
    </w:p>
    <w:p>
      <w:r>
        <w:rPr>
          <w:b/>
        </w:rPr>
        <w:t xml:space="preserve">[41:25] </w:t>
      </w:r>
      <w:r>
        <w:t>to aap yeh, yeh aap ne nahin kaha ke todna shuru kiya hai. wahi wahan yahi hua ke aap ne yeh mehsoos kiya ke meri to had aa gayi, yahan</w:t>
      </w:r>
    </w:p>
    <w:p>
      <w:pPr>
        <w:jc w:val="right"/>
      </w:pPr>
      <w:r>
        <w:t>تو آپ یہ، یہ آپ نے نہیں کہا کہ توڑنا شروع کیا ہے۔ وہی وہاں یہی ہوا کہ آپ نے یہ محسوس کیا کہ میری تو حد آ گئی، یہاں</w:t>
      </w:r>
    </w:p>
    <w:p>
      <w:r>
        <w:rPr>
          <w:b/>
        </w:rPr>
        <w:t xml:space="preserve">[41:33] </w:t>
      </w:r>
      <w:r>
        <w:t>mein kaabe ko tod, yaani buton ko tod nahin sakta, warna hungama khara ho jayega. rasool allah ne is baat ko acknowledge kiya ke yeh meri had aa gayi hai, abhi, abhi aur kuch waqeat pesh aayenge allah ki taraf se, tab kaabe se but nikalenge, abhi nahin nikal sakte.</w:t>
      </w:r>
    </w:p>
    <w:p>
      <w:pPr>
        <w:jc w:val="right"/>
      </w:pPr>
      <w:r>
        <w:t>میں کعبے کو توڑ، یعنی بتوں کو توڑ نہیں سکتا، ورنہ ہنگامہ کھڑا ہو جائے گا۔ رسول اللہ نے اس بات کو گیا اکنالش کیا کہ یہ میری حد آ گئی ہے، ابھی، ابھی اور کچھ واقعات پیش آئیں گے اللہ کی طرف سے، تب کعبہ سے بت نکلیں گے، ابھی نہیں نکل سکتے۔</w:t>
      </w:r>
    </w:p>
    <w:p>
      <w:r>
        <w:rPr>
          <w:b/>
        </w:rPr>
        <w:t xml:space="preserve">[41:57] </w:t>
      </w:r>
      <w:r>
        <w:t>peshagi nikalna chahoon ga to ladai bhadai ke saath kuch nahin hasil hoga.</w:t>
      </w:r>
    </w:p>
    <w:p>
      <w:pPr>
        <w:jc w:val="right"/>
      </w:pPr>
      <w:r>
        <w:t>پیشگی نکالنا چاہوں گا تو لڑائی بھڑائی کے ساتھ کچھ نہیں حاصل ہوگا۔</w:t>
      </w:r>
    </w:p>
    <w:p>
      <w:r>
        <w:rPr>
          <w:b/>
        </w:rPr>
        <w:t xml:space="preserve">[42:03] </w:t>
      </w:r>
      <w:r>
        <w:t>aise hi jab hijrat aap ne kiya, woh bhi yahi aitraaf tha ke apni to had aa gayi, aap makkah mein nahin reh sakte, ab chalo chhod kar ke madina.</w:t>
      </w:r>
    </w:p>
    <w:p>
      <w:pPr>
        <w:jc w:val="right"/>
      </w:pPr>
      <w:r>
        <w:t>ایسے ہی جب ہجرت آپ نے کیا، وہ بھی یہی اعتراف تھا کہ اپنی تو حد آ گئی، آپ مکہ میں نہیں رہ سکتے، اب چلو چھوڑ کر کے مدینہ۔</w:t>
      </w:r>
    </w:p>
    <w:p>
      <w:r>
        <w:rPr>
          <w:b/>
        </w:rPr>
        <w:t xml:space="preserve">[42:14] </w:t>
      </w:r>
      <w:r>
        <w:t>ab ghaur kijiye, rasool allah sallay allaho alayhi wasallam in mauqon par jahan fareeqe saani ladai ka challenge de raha tha, lade kyun nahin?</w:t>
      </w:r>
    </w:p>
    <w:p>
      <w:pPr>
        <w:jc w:val="right"/>
      </w:pPr>
      <w:r>
        <w:t>اب غور کیجئے، رسول اللہ صلی اللہ علیہ وسلم ان مواقع پر جہاں فریق ثانی لڑائی کا چیلنج دے رہا تھا، لڑے کیوں نہیں؟</w:t>
      </w:r>
    </w:p>
    <w:p>
      <w:r>
        <w:rPr>
          <w:b/>
        </w:rPr>
        <w:t xml:space="preserve">[42:26] </w:t>
      </w:r>
      <w:r>
        <w:t>kyunke aap ne mehsoos kiya ke yeh meri had aa gayi hai,</w:t>
      </w:r>
    </w:p>
    <w:p>
      <w:pPr>
        <w:jc w:val="right"/>
      </w:pPr>
      <w:r>
        <w:t>کیونکہ آپ نے محسوس کیا کہ یہ میری حد آ گئی ہے،</w:t>
      </w:r>
    </w:p>
    <w:p>
      <w:r>
        <w:rPr>
          <w:b/>
        </w:rPr>
        <w:t xml:space="preserve">[42:29] </w:t>
      </w:r>
      <w:r>
        <w:t>abhi allah ka nizam jo hai, us ke liye tayyar nahin hai. baqi ke liye hudaybiyah mein kyun wapas aa gaye aap? kyunke wahan aap ne apni limitations ka aitraaf kiya aur aap mamle ko intezari khane mein daal diya ke allah taala abhi aur manage karenge aur halaat badlenge, to us ke baad baqi cheezein hasil hongi jo main chahta hoon.</w:t>
      </w:r>
    </w:p>
    <w:p>
      <w:pPr>
        <w:jc w:val="right"/>
      </w:pPr>
      <w:r>
        <w:t>ابھی اللہ کا نظام جو ہے، اس کے لیے تیار نہیں ہے۔ بقیہ کے لیے حدیبیہ میں کیوں واپس آ گئے آپ؟ کیونکہ وہاں آپ نے اپنی لیمیٹیشنز کا اعتراف کیا اور آپ معاملے کو انتظاری خانے میں ڈال دیا کہ اللہ تعالیٰ ابھی اور منیج کریں گے اور حالات بدلیں گے، تو اس کے بعد بقیہ چیزیں حاصل ہوں گی جو میں چاہتا ہوں۔</w:t>
      </w:r>
    </w:p>
    <w:p>
      <w:r>
        <w:rPr>
          <w:b/>
        </w:rPr>
        <w:t xml:space="preserve">[42:57] </w:t>
      </w:r>
      <w:r>
        <w:t>to khud rasool allah sallay allaho alayhi wasallam ki zindagi is baat ka namoona hai ke kis tarah aap ne is baat ko maana ke yahan meri had aa gayi hai.</w:t>
      </w:r>
    </w:p>
    <w:p>
      <w:pPr>
        <w:jc w:val="right"/>
      </w:pPr>
      <w:r>
        <w:t>تو خود رسول اللہ صلی اللہ علیہ وسلم کی زندگی اس بات کا نمونہ ہے کہ کس طرح آپ نے اس بات کو مانا کہ یہاں میری حد آ گئی ہے۔</w:t>
      </w:r>
    </w:p>
    <w:p>
      <w:r>
        <w:rPr>
          <w:b/>
        </w:rPr>
        <w:t xml:space="preserve">[43:07] </w:t>
      </w:r>
      <w:r>
        <w:t>ab yahan ke baad jo hai, woh allah ka domain hai, yaani insaan ka domain aur allah ke domain ka jo farq hai, us ko bataya.</w:t>
      </w:r>
    </w:p>
    <w:p>
      <w:pPr>
        <w:jc w:val="right"/>
      </w:pPr>
      <w:r>
        <w:t>اب یہاں کے بعد جو ہے، وہ اللہ کا ڈومین ہے، یعنی انسان کا ڈومین اور اللہ کے ڈومین کا جو فرق ہے، اس کو بتایا۔</w:t>
      </w:r>
    </w:p>
    <w:p>
      <w:r>
        <w:rPr>
          <w:b/>
        </w:rPr>
        <w:t xml:space="preserve">[43:17] </w:t>
      </w:r>
      <w:r>
        <w:t>yahi, yahi rehmat hai,</w:t>
      </w:r>
    </w:p>
    <w:p>
      <w:pPr>
        <w:jc w:val="right"/>
      </w:pPr>
      <w:r>
        <w:t>یہی، یہی رحمت ہے،</w:t>
      </w:r>
    </w:p>
    <w:p>
      <w:r>
        <w:rPr>
          <w:b/>
        </w:rPr>
        <w:t xml:space="preserve">[43:23] </w:t>
      </w:r>
      <w:r>
        <w:t>yahi rehmat hai.</w:t>
      </w:r>
    </w:p>
    <w:p>
      <w:pPr>
        <w:jc w:val="right"/>
      </w:pPr>
      <w:r>
        <w:t>یہی رحمت ہے۔</w:t>
      </w:r>
    </w:p>
    <w:p>
      <w:r>
        <w:rPr>
          <w:b/>
        </w:rPr>
        <w:t xml:space="preserve">[43:35] </w:t>
      </w:r>
      <w:r>
        <w:t>angrezi mein ek lafz hai "trespass"</w:t>
      </w:r>
    </w:p>
    <w:p>
      <w:pPr>
        <w:jc w:val="right"/>
      </w:pPr>
      <w:r>
        <w:t>انگریزی میں ایک لفظ ہے "ٹرسٹ پاسنگ"</w:t>
      </w:r>
    </w:p>
    <w:p>
      <w:r>
        <w:rPr>
          <w:b/>
        </w:rPr>
        <w:t xml:space="preserve">[43:41] </w:t>
      </w:r>
      <w:r>
        <w:t>to bade bade logon ki jo buildingen hoti hain, jaise governor hain aur vice roy hain, to un ke, un ke jo hote the office ya un ke rehaishgah, to wahan par likha rehta tha ke "trespass is not allowed" yaani is had ke aage jaana ki ijazat nahin hai.</w:t>
      </w:r>
    </w:p>
    <w:p>
      <w:pPr>
        <w:jc w:val="right"/>
      </w:pPr>
      <w:r>
        <w:t>تو بڑے بڑے لوگوں کی جو بلڈنگیں ہوتی ہیں، جیسے گورنر ہیں اور وائس راہ ہیں، تو ان کے، ان کے جو ہوتے تھے افس یا ان کے رہائش گاہ، تو وہاں پر لکھا رہتا تھا کہ "ٹرسٹ پاسنگ از ناٹ الاؤڈ" یعنی اس حد کے آگے جانا کی اجازت نہیں ہے۔</w:t>
      </w:r>
    </w:p>
    <w:p>
      <w:r>
        <w:rPr>
          <w:b/>
        </w:rPr>
        <w:t xml:space="preserve">[44:03] </w:t>
      </w:r>
      <w:r>
        <w:t>to yeh trespass karta hai insaan, muslim bhi hai aur non muslim bhi. to quran bata raha hai ke dekho, yeh had hai, yahan se aage trespass to hamare saath hi nahin hai.</w:t>
      </w:r>
    </w:p>
    <w:p>
      <w:pPr>
        <w:jc w:val="right"/>
      </w:pPr>
      <w:r>
        <w:t>تو یہ ٹرسٹ پاسنگ کرتا ہے انسان، مسلم بھی ہے اور نان مسلم بھی۔ تو قرآن بتا رہا ہے کہ دیکھو، یہ حد ہے، یہاں سے آگے ٹرسٹ پاسنگ تو ہمارے ساتھ ہی نہیں ہے۔</w:t>
      </w:r>
    </w:p>
    <w:p>
      <w:r>
        <w:rPr>
          <w:b/>
        </w:rPr>
        <w:t xml:space="preserve">[44:17] </w:t>
      </w:r>
      <w:r>
        <w:t>is ka matlab yeh nahin ke mustaqil taur par rok raha hai quran. nahin, abhi nazool nahin hua, mujhe rozi nahin aayi, takmeel nahin hui halaat ki.</w:t>
      </w:r>
    </w:p>
    <w:p>
      <w:pPr>
        <w:jc w:val="right"/>
      </w:pPr>
      <w:r>
        <w:t>اس کا معنی یہ نہیں کہ مستقل طور پر روک رہا ہے قرآن۔ نہیں، ابھی نز نہیں ہوا، مجھے روٹی نہیں آئی، تکمیل نہیں ہوئی حالات کی۔</w:t>
      </w:r>
    </w:p>
    <w:p>
      <w:r>
        <w:rPr>
          <w:b/>
        </w:rPr>
        <w:t xml:space="preserve">[44:29] </w:t>
      </w:r>
      <w:r>
        <w:t>abhi rukna nahin, intezar karna hai. dekhiye, ek hai ke aap ruk jayen, koshishon ko khatam kar den, yeh woh matlab nahin hai.</w:t>
      </w:r>
    </w:p>
    <w:p>
      <w:pPr>
        <w:jc w:val="right"/>
      </w:pPr>
      <w:r>
        <w:t>ابھی رکنا نہیں، انتظار کرنا ہے۔ دیکھیں، ایک ہے کہ آپ رک جائیں، کوششوں کو ختم کر دیں، یہ وہ مطلب نہیں ہے۔</w:t>
      </w:r>
    </w:p>
    <w:p>
      <w:r>
        <w:rPr>
          <w:b/>
        </w:rPr>
        <w:t xml:space="preserve">[44:39] </w:t>
      </w:r>
      <w:r>
        <w:t>intezar, intezar, intezar yaani hazrat yusuf, hazrat yunus alayhissalam ki zindagi mein jo namoona hai, woh</w:t>
      </w:r>
    </w:p>
    <w:p>
      <w:pPr>
        <w:jc w:val="right"/>
      </w:pPr>
      <w:r>
        <w:t>انتظار، انتظار، انتظار یعنی حضرت یوسف، حضرت یونس علیہ السلام کی زندگی میں جو نمونہ ہے، وہ</w:t>
      </w:r>
    </w:p>
    <w:p>
      <w:r>
        <w:rPr>
          <w:b/>
        </w:rPr>
        <w:t xml:space="preserve">[44:48] </w:t>
      </w:r>
      <w:r>
        <w:t>rukne ka namuna nahi, intezar ka namuna hai. yeh abhi unhein chahiye tha ke wahan thehren, kyunke agle hi dinon mein sari qaum jo hai, un ke deen ko qabool karne wali thi.</w:t>
      </w:r>
    </w:p>
    <w:p>
      <w:pPr>
        <w:jc w:val="right"/>
      </w:pPr>
      <w:r>
        <w:t>رکنے کا نمونہ نہیں، انتظار کا نمونہ ہے۔ یہ ابھی انہیں چاہیے تھا کہ وہاں ٹھہریں، کیونکہ اگلے ہی دنوں میں ساری قوم جو ہے، ان کے دین کو قبول کرنے والی تھی۔</w:t>
      </w:r>
    </w:p>
    <w:p>
      <w:r>
        <w:rPr>
          <w:b/>
        </w:rPr>
        <w:t xml:space="preserve">[45:01] </w:t>
      </w:r>
      <w:r>
        <w:t>yeh namuna hai.</w:t>
      </w:r>
    </w:p>
    <w:p>
      <w:pPr>
        <w:jc w:val="right"/>
      </w:pPr>
      <w:r>
        <w:t>یہ نمونہ ہے۔</w:t>
      </w:r>
    </w:p>
    <w:p>
      <w:r>
        <w:rPr>
          <w:b/>
        </w:rPr>
        <w:t xml:space="preserve">[45:08] </w:t>
      </w:r>
      <w:r>
        <w:t>to hum aap jo mission chala rahe hain, is ka bhi muamla yahi hai.</w:t>
      </w:r>
    </w:p>
    <w:p>
      <w:pPr>
        <w:jc w:val="right"/>
      </w:pPr>
      <w:r>
        <w:t>تو ہم آپ جو مشن چلا رہے ہیں، اس کا بھی معاملہ یہی ہے۔</w:t>
      </w:r>
    </w:p>
    <w:p>
      <w:r>
        <w:rPr>
          <w:b/>
        </w:rPr>
        <w:t xml:space="preserve">[45:12] </w:t>
      </w:r>
      <w:r>
        <w:t>hum aap ko kabhi bhi jald bazi nahi karni chahiye, kabhi bhi trust passing nahi karni chahiye, kabhi aisa nahi chahiye ke apne kaag ko chahein ke tod taar ke aage barh jaye to hum kamyab nahi honge,</w:t>
      </w:r>
    </w:p>
    <w:p>
      <w:pPr>
        <w:jc w:val="right"/>
      </w:pPr>
      <w:r>
        <w:t>ہم آپ کو کبھی بھی جلد بازی نہیں کرنی چاہیے، کبھی بھی ٹرسٹ پاسنگ نہیں کرنی چاہیے، کبھی ایسا نہیں چاہیے کہ اپنے کاگ کو چاہیں کہ توڑ تار کے آگے بڑھ جائے تو ہم کامیاب نہیں ہوں گے،</w:t>
      </w:r>
    </w:p>
    <w:p>
      <w:r>
        <w:rPr>
          <w:b/>
        </w:rPr>
        <w:t xml:space="preserve">[45:32] </w:t>
      </w:r>
      <w:r>
        <w:t>kyunke hamara kaag mitti ka hai aur Khuda ka kaag steel ka hai.</w:t>
      </w:r>
    </w:p>
    <w:p>
      <w:pPr>
        <w:jc w:val="right"/>
      </w:pPr>
      <w:r>
        <w:t>کیونکہ ہمارا کاگ مٹی کا ہے اور خدا کا کاگ اسٹیل کا ہے۔</w:t>
      </w:r>
    </w:p>
    <w:p>
      <w:r>
        <w:rPr>
          <w:b/>
        </w:rPr>
        <w:t xml:space="preserve">[45:41] </w:t>
      </w:r>
      <w:r>
        <w:t>isi liye maine aksar sochta hoon ke mission chalana bohat hi wisdom chahiye. wisdom</w:t>
      </w:r>
    </w:p>
    <w:p>
      <w:pPr>
        <w:jc w:val="right"/>
      </w:pPr>
      <w:r>
        <w:t>اسی لیے میں نے اکثر سوچتا ہوں کہ مشن چلانا بہت ہی وزڈم چاہیے۔ وزڈم</w:t>
      </w:r>
    </w:p>
    <w:p>
      <w:r>
        <w:rPr>
          <w:b/>
        </w:rPr>
        <w:t xml:space="preserve">[45:51] </w:t>
      </w:r>
      <w:r>
        <w:t>andha dhund mission nahi chal sakta. hamare Muslim countries mein jo nakami ho rahi hai, kyunke wisdom ke baghair chala rahe hain, to kya keh raha hai?</w:t>
      </w:r>
    </w:p>
    <w:p>
      <w:pPr>
        <w:jc w:val="right"/>
      </w:pPr>
      <w:r>
        <w:t>اندھا دھند مشن نہیں چل سکتا۔ ہمارے مسلم کنٹریز میں جو ناکامی ہو رہی ہے، کیونکہ وزڈم کے بغیر چلا رہے ہیں، تو کیا کہو رہا ہے؟</w:t>
      </w:r>
    </w:p>
    <w:p>
      <w:r>
        <w:rPr>
          <w:b/>
        </w:rPr>
        <w:t xml:space="preserve">[46:02] </w:t>
      </w:r>
      <w:r>
        <w:t>khwahish shahadat, is ka naam rakh rakha hai shahadat. bhi yeh keho ke mar kat rahe hain, yeh keho.</w:t>
      </w:r>
    </w:p>
    <w:p>
      <w:pPr>
        <w:jc w:val="right"/>
      </w:pPr>
      <w:r>
        <w:t>خواہش شہادت، اس کا نام رکھ رکھا ہے شہادت۔ بھی یہ کہو کہ مر کٹ رہے ہیں، یہ کہو۔</w:t>
      </w:r>
    </w:p>
    <w:p>
      <w:r>
        <w:rPr>
          <w:b/>
        </w:rPr>
        <w:t xml:space="preserve">[46:10] </w:t>
      </w:r>
      <w:r>
        <w:t>saare Muslim countries mein kya hai? log shahadat ka title liye hue hain, woh sab shahadat nahi hai, woh marna kutna hai. yani aap ka mitti kaag toot raha hai to aap kahein, "dekho, shaheed ho gaye, dekho, shahadat ka darja mil gaya".</w:t>
      </w:r>
    </w:p>
    <w:p>
      <w:pPr>
        <w:jc w:val="right"/>
      </w:pPr>
      <w:r>
        <w:t>سارے مسلم کنٹریز میں کیا ہے؟ لوگ شہادت کا ٹائٹل لیے ہوئے ہیں، وہ سب شہادت نہیں ہے، وہ مرنا کٹنا ہے۔ یعنی آپ کا مٹی کاگ ٹوٹ رہا ہے تو آپ کہیں، "دیکھو، شہید ہو گئے، دیکھو، شہادت کا درجہ مل گیا"۔</w:t>
      </w:r>
    </w:p>
    <w:p>
      <w:r>
        <w:rPr>
          <w:b/>
        </w:rPr>
        <w:t xml:space="preserve">[46:25] </w:t>
      </w:r>
      <w:r>
        <w:t>kuch nahi hai.</w:t>
      </w:r>
    </w:p>
    <w:p>
      <w:pPr>
        <w:jc w:val="right"/>
      </w:pPr>
      <w:r>
        <w:t>کچھ نہیں ہے۔</w:t>
      </w:r>
    </w:p>
    <w:p>
      <w:r>
        <w:rPr>
          <w:b/>
        </w:rPr>
        <w:t xml:space="preserve">[46:27] </w:t>
      </w:r>
      <w:r>
        <w:t>wisdom na hone ki wajah se aap khwamkhwah lad rahe hain, mar rahe hain, kat rahe hain, aur is ko is ki tabeer ke liye, is ko justification ke liye aap kehte hain ke yeh shahadat hai.</w:t>
      </w:r>
    </w:p>
    <w:p>
      <w:pPr>
        <w:jc w:val="right"/>
      </w:pPr>
      <w:r>
        <w:t>وزڈم نہ ہونے کی وجہ سے آپ خوامخواہ لڑ رہے ہیں، مر رہے ہیں، کٹ رہے ہیں، اور اس کو اس کی تبریر کے لیے، اس کو جسٹیفیکیشن کے لیے آپ کہتے ہیں کہ یہ شہادت ہے۔</w:t>
      </w:r>
    </w:p>
    <w:p>
      <w:r>
        <w:rPr>
          <w:b/>
        </w:rPr>
        <w:t xml:space="preserve">[46:48] </w:t>
      </w:r>
      <w:r>
        <w:t>to Umar arsalna ke Allah Rahmatulilalameen mein jo Rahmatulilalameen ka lafz hai, kisi mysterious sense mein nahi hai, fazilat ke sense mein nahi hai.</w:t>
      </w:r>
    </w:p>
    <w:p>
      <w:pPr>
        <w:jc w:val="right"/>
      </w:pPr>
      <w:r>
        <w:t>تو عمر ارسلنا کہ اللہ رحمت اللعالمین میں جو رحمت اللعالمین کا لفظ ہے، کسی مسٹیریس سینس میں نہیں ہے، فضیلت کے سینس میں نہیں ہے۔</w:t>
      </w:r>
    </w:p>
    <w:p>
      <w:r>
        <w:rPr>
          <w:b/>
        </w:rPr>
        <w:t xml:space="preserve">[46:59] </w:t>
      </w:r>
      <w:r>
        <w:t>woh is sense mein hai ke Allah Ta'ala yani har in manage kar rahe hain is is is kainat ko, is is zindagi ko.</w:t>
      </w:r>
    </w:p>
    <w:p>
      <w:pPr>
        <w:jc w:val="right"/>
      </w:pPr>
      <w:r>
        <w:t>وہ اس سینس میں ہے کہ اللہ تعالیٰ یعنی ہر ان منیج کر رہے ہیں اس اس اس کائنات کو، اس اس زندگی کو۔</w:t>
      </w:r>
    </w:p>
    <w:p>
      <w:r>
        <w:rPr>
          <w:b/>
        </w:rPr>
        <w:t xml:space="preserve">[47:10] </w:t>
      </w:r>
      <w:r>
        <w:t>kal yauum huwa fi sha'n ka ma'ni yahi hai ke Khuda haran alive hai, haran active hai, haran woh manage kar raha hai.</w:t>
      </w:r>
    </w:p>
    <w:p>
      <w:pPr>
        <w:jc w:val="right"/>
      </w:pPr>
      <w:r>
        <w:t>کل یوم ہوا فی الشان کا معنی یہی ہے کہ خدا حران الائیو ہے، حران ایکٹیو ہے، حران وہ منیج کر رہا ہے۔</w:t>
      </w:r>
    </w:p>
    <w:p>
      <w:r>
        <w:rPr>
          <w:b/>
        </w:rPr>
        <w:t xml:space="preserve">[47:21] </w:t>
      </w:r>
      <w:r>
        <w:t>ab is mein tum ko apni sawari chalani hai, to tum bohat hi wisdom kar ke sath jaanna parega ke kidhar rasta hai, kidhar rasta nahi hai,</w:t>
      </w:r>
    </w:p>
    <w:p>
      <w:pPr>
        <w:jc w:val="right"/>
      </w:pPr>
      <w:r>
        <w:t>اب اس میں تم کو اپنی سواری چلانی ہے، تو تم بہت ہی وزڈم کر کے ساتھ جاننا پڑے گا کہ کدھر راستہ ہے، کدھر راستہ نہیں ہے،</w:t>
      </w:r>
    </w:p>
    <w:p>
      <w:r>
        <w:rPr>
          <w:b/>
        </w:rPr>
        <w:t xml:space="preserve">[47:34] </w:t>
      </w:r>
      <w:r>
        <w:t>kidhar mudna hai, kidhar mudna nahi hai, kahan rukna hai, kahan rukna nahi hai. yeh apni apni baseerat se jaanna parega, kyunke farishta awaz nahi lagaye ga.</w:t>
      </w:r>
    </w:p>
    <w:p>
      <w:pPr>
        <w:jc w:val="right"/>
      </w:pPr>
      <w:r>
        <w:t>کدھر مڑنا ہے، کدھر مڑنا نہیں ہے، کہاں رکنا ہے، کہاں رکنا نہیں ہے۔ یہ اپنی اپنی بصیرت سے جاننا پڑے گا، کیونکہ فرشتہ آواز نہیں لگائے گا۔</w:t>
      </w:r>
    </w:p>
    <w:p>
      <w:r>
        <w:rPr>
          <w:b/>
        </w:rPr>
        <w:t xml:space="preserve">[47:48] </w:t>
      </w:r>
      <w:r>
        <w:t>Khuda ka jo management hai, woh awaz nahi lagaye ga. you have to apply your own wisdom,</w:t>
      </w:r>
    </w:p>
    <w:p>
      <w:pPr>
        <w:jc w:val="right"/>
      </w:pPr>
      <w:r>
        <w:t>خدا کا جو منیجمنٹ ہے، وہ آواز نہیں لگائے گا۔ یو ہیو ٹو اپلائی یور اون وزڈم،</w:t>
      </w:r>
    </w:p>
    <w:p>
      <w:r>
        <w:rPr>
          <w:b/>
        </w:rPr>
        <w:t xml:space="preserve">[48:00] </w:t>
      </w:r>
      <w:r>
        <w:t>tab kamyabi hai.</w:t>
      </w:r>
    </w:p>
    <w:p>
      <w:pPr>
        <w:jc w:val="right"/>
      </w:pPr>
      <w:r>
        <w:t>تب کامیابی ہے۔</w:t>
      </w:r>
    </w:p>
    <w:p>
      <w:r>
        <w:rPr>
          <w:b/>
        </w:rPr>
        <w:t xml:space="preserve">[48:04] </w:t>
      </w:r>
      <w:r>
        <w:t>yani aap dekhein, Quran mein hai ke "antumul aaloona in kuntum momineen" ke tum hi kamyab ho gaye ho ke tum momin ho, aur har jagah musalman nakam ho rahe hain.</w:t>
      </w:r>
    </w:p>
    <w:p>
      <w:pPr>
        <w:jc w:val="right"/>
      </w:pPr>
      <w:r>
        <w:t>یعنی آپ دیکھیں، قرآن میں ہے کہ "انتم العالون ان کتم مومنین" کہ تم ہی کامیاب ہو گئے ہو کہ تم مومن ہو، اور ہر جگہ مسلمان ناکام ہو رہے ہیں۔</w:t>
      </w:r>
    </w:p>
    <w:p>
      <w:r>
        <w:rPr>
          <w:b/>
        </w:rPr>
        <w:t xml:space="preserve">[48:16] </w:t>
      </w:r>
      <w:r>
        <w:t>jitne bhi aap logon ne jin ko shaheed bana rakha hai, woh kya hai? nakami kaise ho? beshumar logon ko aap logon ne shaheed bana rakha hai, lekin woh kya hota hai?</w:t>
      </w:r>
    </w:p>
    <w:p>
      <w:pPr>
        <w:jc w:val="right"/>
      </w:pPr>
      <w:r>
        <w:t>جتنے بھی آپ لوگوں نے جن کو شہید بنا رکھا ہے، وہ کیا ہے؟ ناکامی کیسے ہو؟ بے شمار لوگوں کو آپ لوگوں نے شہید بنا رکھا ہے، لیکن وہ کیا ہوتا ہے؟</w:t>
      </w:r>
    </w:p>
    <w:p>
      <w:r>
        <w:rPr>
          <w:b/>
        </w:rPr>
        <w:t xml:space="preserve">[48:26] </w:t>
      </w:r>
      <w:r>
        <w:t>nakami kaise hai? khwamkhwah lad gaye, mar gaye, kat gaye,</w:t>
      </w:r>
    </w:p>
    <w:p>
      <w:pPr>
        <w:jc w:val="right"/>
      </w:pPr>
      <w:r>
        <w:t>ناکامی کیسے ہے؟ خوامخواہ لڑ گئے، مر گئے، کٹ گئے،</w:t>
      </w:r>
    </w:p>
    <w:p>
      <w:r>
        <w:rPr>
          <w:b/>
        </w:rPr>
        <w:t xml:space="preserve">[48:34] </w:t>
      </w:r>
      <w:r>
        <w:t>woh nakami kaise hai? woh to nakami kyun ho gayi? kyunke wisdom apply nahi kiya unhone.</w:t>
      </w:r>
    </w:p>
    <w:p>
      <w:pPr>
        <w:jc w:val="right"/>
      </w:pPr>
      <w:r>
        <w:t>وہ ناکامی کیسے ہے؟ وہ تو ناکامی کیوں ہو گئی؟ کیونکہ وزڈم اپلائی نہیں کیا انہوں نے۔</w:t>
      </w:r>
    </w:p>
    <w:p>
      <w:r>
        <w:rPr>
          <w:b/>
        </w:rPr>
        <w:t xml:space="preserve">[48:44] </w:t>
      </w:r>
      <w:r>
        <w:t>wisdom apply nahi kiya. apni planning mein dekhein, jab bhi aap koi planning karte hain to bohat sa expert, jaise ek bara pul banana hai, aap ko ek bari building banani hai, to bohat se experts involve hote hain,</w:t>
      </w:r>
    </w:p>
    <w:p>
      <w:pPr>
        <w:jc w:val="right"/>
      </w:pPr>
      <w:r>
        <w:t>وزڈم اپلائی نہیں کیا۔ اپنی پلاننگ میں دیکھیں، جب بھی آپ کوئی پلاننگ کرتے ہیں تو بہت سا ایکسپرٹ، جیسے ایک بڑا پل بنانا ہے، آپ کو ایک بڑی بلڈنگ بنانی ہے، تو بہت سے ایکسپرٹس انوالو ہوتے ہیں،</w:t>
      </w:r>
    </w:p>
    <w:p>
      <w:r>
        <w:rPr>
          <w:b/>
        </w:rPr>
        <w:t xml:space="preserve">[49:01] </w:t>
      </w:r>
      <w:r>
        <w:t>mukhtalif cheezon ke expert.</w:t>
      </w:r>
    </w:p>
    <w:p>
      <w:pPr>
        <w:jc w:val="right"/>
      </w:pPr>
      <w:r>
        <w:t>مختلف چیزوں کے ایکسپرٹ۔</w:t>
      </w:r>
    </w:p>
    <w:p>
      <w:r>
        <w:rPr>
          <w:b/>
        </w:rPr>
        <w:t xml:space="preserve">[49:04] </w:t>
      </w:r>
      <w:r>
        <w:t>jaise main Chicago gaya to wahan par jo CS building hai, sau story se bhi zyada hai, woh to sara naam likha hua, yeh woh, yeh woh ke har cheez ke expert baithe, aur sab logon ne socha ke kis tarah building banai jaye.</w:t>
      </w:r>
    </w:p>
    <w:p>
      <w:pPr>
        <w:jc w:val="right"/>
      </w:pPr>
      <w:r>
        <w:t>جیسے میں شکاگو گیا تو وہاں پر جو سی ایس بلڈنگ ہے، سو اسٹوری سے بھی زیادہ ہے، وہ تو سارا نام لکھا ہوا، یہ وہ، یہ وہ کہ ہر چیز کے ایکسپرٹ بیٹھے، اور سب لوگوں نے سوچا کہ کس طرح بلڈنگ بنائی جائے۔</w:t>
      </w:r>
    </w:p>
    <w:p>
      <w:r>
        <w:rPr>
          <w:b/>
        </w:rPr>
        <w:t xml:space="preserve">[49:22] </w:t>
      </w:r>
      <w:r>
        <w:t>to saare expert ke mashware ke baad woh building khadi hui.</w:t>
      </w:r>
    </w:p>
    <w:p>
      <w:pPr>
        <w:jc w:val="right"/>
      </w:pPr>
      <w:r>
        <w:t>تو سارے ایکسپرٹ کے مشورے کے بعد وہ بلڈنگ کھڑی کی۔</w:t>
      </w:r>
    </w:p>
    <w:p>
      <w:r>
        <w:rPr>
          <w:b/>
        </w:rPr>
        <w:t xml:space="preserve">[49:30] </w:t>
      </w:r>
      <w:r>
        <w:t>to aap ko bhi yahi karna chahiye,</w:t>
      </w:r>
    </w:p>
    <w:p>
      <w:pPr>
        <w:jc w:val="right"/>
      </w:pPr>
      <w:r>
        <w:t>تو آپ کو بھی یہی کرنا چاہیے،</w:t>
      </w:r>
    </w:p>
    <w:p>
      <w:r>
        <w:rPr>
          <w:b/>
        </w:rPr>
        <w:t xml:space="preserve">[49:32] </w:t>
      </w:r>
      <w:r>
        <w:t>apni aqal ko istemal karna chahiye ke mukhtalif taqazon ke bare mein sochna chahiye. yeh taqaza, woh taqaza, woh taqaza,</w:t>
      </w:r>
    </w:p>
    <w:p>
      <w:pPr>
        <w:jc w:val="right"/>
      </w:pPr>
      <w:r>
        <w:t>اپنی عقل کو استعمال کرنا چاہیے کہ مختلف تقاضوں کے بارے میں سوچنا چاہیے۔ یہ تقاضا، وہ تقاضا، وہ تقاضا،</w:t>
      </w:r>
    </w:p>
    <w:p>
      <w:r>
        <w:rPr>
          <w:b/>
        </w:rPr>
        <w:t xml:space="preserve">[49:41] </w:t>
      </w:r>
      <w:r>
        <w:t>tumhein kaam mein bhi yaqeen nahi hai.</w:t>
      </w:r>
    </w:p>
    <w:p>
      <w:pPr>
        <w:jc w:val="right"/>
      </w:pPr>
      <w:r>
        <w:t>تمہیں کام میں بھی یقین نہیں ہے۔</w:t>
      </w:r>
    </w:p>
    <w:p>
      <w:r>
        <w:rPr>
          <w:b/>
        </w:rPr>
        <w:t xml:space="preserve">[49:49] </w:t>
      </w:r>
      <w:r>
        <w:t>yaani jab bhi aap ek tareekh uthayenge, jaise muslim countries mein hua ke tareekhein uthayen logon ne,</w:t>
      </w:r>
    </w:p>
    <w:p>
      <w:pPr>
        <w:jc w:val="right"/>
      </w:pPr>
      <w:r>
        <w:t>یعنی جب بھی آپ ایک تاریخ اٹھائیں گے، جیسے مسلم کنٹریز میں ہوا کہ تاریخیں اٹھائیں لوگوں نے،</w:t>
      </w:r>
    </w:p>
    <w:p>
      <w:r>
        <w:rPr>
          <w:b/>
        </w:rPr>
        <w:t xml:space="preserve">[49:56] </w:t>
      </w:r>
      <w:r>
        <w:t>to mujhe ek bhi shakhs is mein jo leader tha, awam thay, us ke ek shakhs bhi mere</w:t>
      </w:r>
    </w:p>
    <w:p>
      <w:pPr>
        <w:jc w:val="right"/>
      </w:pPr>
      <w:r>
        <w:t>تو مجھے ایک بھی شخص اس میں جو لیڈر تھا، عوام تھے، اس کے ایک شخص بھی میرے</w:t>
      </w:r>
    </w:p>
    <w:p>
      <w:r>
        <w:rPr>
          <w:b/>
        </w:rPr>
        <w:t xml:space="preserve">[50:01] </w:t>
      </w:r>
      <w:r>
        <w:t>ilm mein nahi hai jis ne is yeh kaam kiya ho ke planning ke taqaze</w:t>
      </w:r>
    </w:p>
    <w:p>
      <w:pPr>
        <w:jc w:val="right"/>
      </w:pPr>
      <w:r>
        <w:t>علم میں نہیں ہے جس نے اس یہ کام کیا ہو کہ پلاننگ کے تقاضے</w:t>
      </w:r>
    </w:p>
    <w:p>
      <w:r>
        <w:rPr>
          <w:b/>
        </w:rPr>
        <w:t xml:space="preserve">[50:07] </w:t>
      </w:r>
      <w:r>
        <w:t>mukhtalif pehluon se ghor karna ke bhai yeh hoga to kya hoga, opposition ho jaye gi to kya</w:t>
      </w:r>
    </w:p>
    <w:p>
      <w:pPr>
        <w:jc w:val="right"/>
      </w:pPr>
      <w:r>
        <w:t>مختلف پہلوؤں سے غور کرنا کہ بھئی یہ ہوگا تو کیا ہوگا، اپوزیشن ہو جائے گی تو کیا</w:t>
      </w:r>
    </w:p>
    <w:p>
      <w:r>
        <w:rPr>
          <w:b/>
        </w:rPr>
        <w:t xml:space="preserve">[50:13] </w:t>
      </w:r>
      <w:r>
        <w:t>hoga, secular log jhanda uthayenge to kya hoga,</w:t>
      </w:r>
    </w:p>
    <w:p>
      <w:pPr>
        <w:jc w:val="right"/>
      </w:pPr>
      <w:r>
        <w:t>ہوگا، سیکولر لوگ جھنڈا اٹھائیں گے تو کیا ہوگا،</w:t>
      </w:r>
    </w:p>
    <w:p>
      <w:r>
        <w:rPr>
          <w:b/>
        </w:rPr>
        <w:t xml:space="preserve">[50:20] </w:t>
      </w:r>
      <w:r>
        <w:t>jo log islah ke khilaf hain, woh uth jayen to kya hoga. in sab cheezon ki riayat kar ke aap ko planning karna chahiye. ab kya hai?</w:t>
      </w:r>
    </w:p>
    <w:p>
      <w:pPr>
        <w:jc w:val="right"/>
      </w:pPr>
      <w:r>
        <w:t>جو لوگ اصلاح کے خلاف ہیں، وہ اٹھ جائیں تو کیا ہوگا۔ ان سب چیزوں کی رعایت کر کے آپ کو پلاننگ کرنا چاہیے۔ اب کیا ہے؟</w:t>
      </w:r>
    </w:p>
    <w:p>
      <w:r>
        <w:rPr>
          <w:b/>
        </w:rPr>
        <w:t xml:space="preserve">[50:29] </w:t>
      </w:r>
      <w:r>
        <w:t>jab uth, jab woh uth pade hotay hain, koi secular jhanda wala jhanda utha utha lete hain, koi rawait pasand jhanda utha leta hai, kuch logon ke iqtadar khatre mein woh jhanda utha lete hain, to kehte hain ke dekho, America ne fail kar diya, dekho,</w:t>
      </w:r>
    </w:p>
    <w:p>
      <w:pPr>
        <w:jc w:val="right"/>
      </w:pPr>
      <w:r>
        <w:t>جب اٹھ، جب وہ اٹھ پڑے ہوتے ہیں، کوئی سیکولر جھنڈا والا جھنڈا اٹھا اٹھا لیتے ہیں، کوئی روایت پسند جھنڈا اٹھا لیتا ہے، کچھ لوگوں کے اقتدار خطرے میں وہ جھنڈا اٹھا لیتے ہیں، تو کہتے ہیں کہ دیکھو، امریکہ نے فیل کر دیا، دیکھو،</w:t>
      </w:r>
    </w:p>
    <w:p>
      <w:r>
        <w:rPr>
          <w:b/>
        </w:rPr>
        <w:t xml:space="preserve">[50:46] </w:t>
      </w:r>
      <w:r>
        <w:t>sazish maghribi qomon ne sazish kar ke</w:t>
      </w:r>
    </w:p>
    <w:p>
      <w:pPr>
        <w:jc w:val="right"/>
      </w:pPr>
      <w:r>
        <w:t>سازش مغربی قوموں نے سازش کر کے</w:t>
      </w:r>
    </w:p>
    <w:p>
      <w:r>
        <w:rPr>
          <w:b/>
        </w:rPr>
        <w:t xml:space="preserve">[50:49] </w:t>
      </w:r>
      <w:r>
        <w:t>nakaam banai. yeh sab bilkul yani more than jhoot hai. yeh yeh etaraf karo ke hum hamari planning naqis thi,</w:t>
      </w:r>
    </w:p>
    <w:p>
      <w:pPr>
        <w:jc w:val="right"/>
      </w:pPr>
      <w:r>
        <w:t>ناکام بنائی۔ یہ سب بالکل یعنی مور دین جھوٹ ہے۔ یہ یہ اعتراف کرو کہ ہم ہماری پلاننگ ناقص تھی،</w:t>
      </w:r>
    </w:p>
    <w:p>
      <w:r>
        <w:rPr>
          <w:b/>
        </w:rPr>
        <w:t xml:space="preserve">[51:02] </w:t>
      </w:r>
      <w:r>
        <w:t>hamara mansooba jo tha naqis tha. abhi maine akhbar mein parha ke Bombay mein bohat si buildingen collapse kar rahi hain.</w:t>
      </w:r>
    </w:p>
    <w:p>
      <w:pPr>
        <w:jc w:val="right"/>
      </w:pPr>
      <w:r>
        <w:t>ہمارا منصوبہ جو تھا ناقص تھا۔ ابھی میں نے اخبار میں پڑھا کہ بمبئی میں بہت سی بلڈنگیں کولیپس کر رہی ہیں۔</w:t>
      </w:r>
    </w:p>
    <w:p>
      <w:r>
        <w:rPr>
          <w:b/>
        </w:rPr>
        <w:t xml:space="preserve">[51:15] </w:t>
      </w:r>
      <w:r>
        <w:t>haal mein woh buildingen nayi buildingen thi</w:t>
      </w:r>
    </w:p>
    <w:p>
      <w:pPr>
        <w:jc w:val="right"/>
      </w:pPr>
      <w:r>
        <w:t>حال میں وہ بلڈنگیں نئی بلڈنگیں تھیں</w:t>
      </w:r>
    </w:p>
    <w:p>
      <w:r>
        <w:rPr>
          <w:b/>
        </w:rPr>
        <w:t xml:space="preserve">[51:18] </w:t>
      </w:r>
      <w:r>
        <w:t>, collapse kyun kar rahi hain? is mein jo loha jitna chahiye, jitna cement chahiye, jitna is ka saaz o saman jo lagta hai, woh theek se nahi istemal kiya gaya tha.</w:t>
      </w:r>
    </w:p>
    <w:p>
      <w:pPr>
        <w:jc w:val="right"/>
      </w:pPr>
      <w:r>
        <w:t>، کولیپس کیوں کر رہی ہیں؟ اس میں جو لوہا جتنا چاہیے، جتنا سیمنٹ چاہیے، جتنا اس کا ساز و سامان جو لگتا ہے، وہ ٹھیک سے نہیں استعمال کیا گیا تھا۔</w:t>
      </w:r>
    </w:p>
    <w:p>
      <w:r>
        <w:rPr>
          <w:b/>
        </w:rPr>
        <w:t xml:space="preserve">[51:32] </w:t>
      </w:r>
      <w:r>
        <w:t>to kahin lohay ki kami hai, kahin cement ki kami hai, kahin zameen ka andaza nahi liya ke zameen jo hai, daldali farz karen, zameen daldali zameen hai, jaise America mein yani Newark mein bohat bari buildingen banai gai.</w:t>
      </w:r>
    </w:p>
    <w:p>
      <w:pPr>
        <w:jc w:val="right"/>
      </w:pPr>
      <w:r>
        <w:t>تو کہیں لوہے کی کمی ہے، کہیں سیمنٹ کی کمی ہے، کہیں زمین کا اندازہ نہیں لیا کہ زمین جو ہے، دلدلی فرض کریں، زمین دلدلی زمین ہے، جیسے امریکہ میں یعنی نیارک میں بہت بڑی بلڈنگیں بنائی گئی۔</w:t>
      </w:r>
    </w:p>
    <w:p>
      <w:r>
        <w:rPr>
          <w:b/>
        </w:rPr>
        <w:t xml:space="preserve">[51:44] </w:t>
      </w:r>
      <w:r>
        <w:t>to kyun zameen pata kya hai? in ki</w:t>
      </w:r>
    </w:p>
    <w:p>
      <w:pPr>
        <w:jc w:val="right"/>
      </w:pPr>
      <w:r>
        <w:t>تو کیوں زمین پتہ کیا ہے؟ ان کی</w:t>
      </w:r>
    </w:p>
    <w:p>
      <w:r>
        <w:rPr>
          <w:b/>
        </w:rPr>
        <w:t xml:space="preserve">[51:47] </w:t>
      </w:r>
      <w:r>
        <w:t>chattani zameen hai.</w:t>
      </w:r>
    </w:p>
    <w:p>
      <w:pPr>
        <w:jc w:val="right"/>
      </w:pPr>
      <w:r>
        <w:t>چٹانی زمین ہے۔</w:t>
      </w:r>
    </w:p>
    <w:p>
      <w:r>
        <w:rPr>
          <w:b/>
        </w:rPr>
        <w:t xml:space="preserve">[51:51] </w:t>
      </w:r>
      <w:r>
        <w:t>to ek hoti hai daldali zameen, ek hoti hai chattani zameen. to daldali zameen par building khadi kar to baitha jayegi woh to. to chattani zameen par multi-story building khadi hoti hain.</w:t>
      </w:r>
    </w:p>
    <w:p>
      <w:pPr>
        <w:jc w:val="right"/>
      </w:pPr>
      <w:r>
        <w:t>تو ایک ہوتی ہے دلدلی زمین، ایک ہوتی ہے چٹانی زمین۔ تو دلدلی زمین پر بلڈنگ کھڑی کر تو بٹھا جائے گی وہ تو۔ تو چٹانی زمین پر ملٹی سٹوری بلڈنگ کھڑی ہوتی ہیں۔</w:t>
      </w:r>
    </w:p>
    <w:p>
      <w:r>
        <w:rPr>
          <w:b/>
        </w:rPr>
        <w:t xml:space="preserve">[52:04] </w:t>
      </w:r>
      <w:r>
        <w:t>to Muslim tehrikon mein mujhe nahi maloom ek bhi aisa shakhs hai jo is haqiqat ko janta ho aur saare pehluon ki riayat kar ke planning kare apni.</w:t>
      </w:r>
    </w:p>
    <w:p>
      <w:pPr>
        <w:jc w:val="right"/>
      </w:pPr>
      <w:r>
        <w:t>تو مسلم تحریکوں میں مجھے نہیں معلوم ایک بھی ایسا شخص ہے جو اس حقیقت کو جانتا ہو اور سارے پہلوؤں کی رعایت کر کے پلاننگ کرے اپنی۔</w:t>
      </w:r>
    </w:p>
    <w:p>
      <w:r>
        <w:rPr>
          <w:b/>
        </w:rPr>
        <w:t xml:space="preserve">[52:17] </w:t>
      </w:r>
      <w:r>
        <w:t>ek bhi shakhs nahi, mere nahi hai. jitne Muslim hukum jahan jahan Islam ke jhande log jo kehte hain, Islamists, Islam pasand, aaj kal naya term nikla hai,</w:t>
      </w:r>
    </w:p>
    <w:p>
      <w:pPr>
        <w:jc w:val="right"/>
      </w:pPr>
      <w:r>
        <w:t>ایک بھی شخص نہیں، میرے نہیں ہے۔ جتنے مسلم حکم جہاں جہاں اسلام کے جھنڈے لوگ جو کہتے ہیں، اسلامسٹ، اسلام پسند، آج کل نیا ٹرم نکلا ہے،</w:t>
      </w:r>
    </w:p>
    <w:p>
      <w:r>
        <w:rPr>
          <w:b/>
        </w:rPr>
        <w:t xml:space="preserve">[52:30] </w:t>
      </w:r>
      <w:r>
        <w:t>Islam pasand aur Islamist, yeh jitne log hain, in mein koi ek shakhs bhi nahi hai jo is raat ko jana hai aur apni planning saare pehluon ki riayat kar ke banaye.</w:t>
      </w:r>
    </w:p>
    <w:p>
      <w:pPr>
        <w:jc w:val="right"/>
      </w:pPr>
      <w:r>
        <w:t>اسلام پسند اور اسلامسٹ، یہ جتنے لوگ ہیں، ان میں کوئی ایک شخص بھی نہیں ہے جو اس رات کو جانا ہے اور اپنی پلاننگ سارے پہلوؤں کی رعایت کر کے بنائے۔</w:t>
      </w:r>
    </w:p>
    <w:p>
      <w:r>
        <w:rPr>
          <w:b/>
        </w:rPr>
        <w:t xml:space="preserve">[52:42] </w:t>
      </w:r>
      <w:r>
        <w:t>bas yun hi josh mein khade ho gaye, lage taqreeren karne</w:t>
      </w:r>
    </w:p>
    <w:p>
      <w:pPr>
        <w:jc w:val="right"/>
      </w:pPr>
      <w:r>
        <w:t>بس یوں ہی جوش میں کھڑے ہوگئے، لگے تقریریں کرنے</w:t>
      </w:r>
    </w:p>
    <w:p>
      <w:r>
        <w:rPr>
          <w:b/>
        </w:rPr>
        <w:t xml:space="preserve">[52:46] </w:t>
      </w:r>
      <w:r>
        <w:t>aur bheed ikattha ho gayi.</w:t>
      </w:r>
    </w:p>
    <w:p>
      <w:pPr>
        <w:jc w:val="right"/>
      </w:pPr>
      <w:r>
        <w:t>اور بھیڑ اکٹھا ہو گئی۔</w:t>
      </w:r>
    </w:p>
    <w:p>
      <w:r>
        <w:rPr>
          <w:b/>
        </w:rPr>
        <w:t xml:space="preserve">[52:51] </w:t>
      </w:r>
      <w:r>
        <w:t>to aap ko is baat ko samajhna hai, aap ke zariye se jo mission shuru hua hai, is mein yeh ghalti nahi karni hai aur mission ke sath wisdom ko shamil karna hai.</w:t>
      </w:r>
    </w:p>
    <w:p>
      <w:pPr>
        <w:jc w:val="right"/>
      </w:pPr>
      <w:r>
        <w:t>تو آپ کو اس بات کو سمجھنا ہے، آپ کے ذریعے سے جو مشن شروع ہوا ہے، اس میں یہ غلطی نہیں کرنی ہے اور مشن کے ساتھ وزڈم کو شامل کرنا ہے۔</w:t>
      </w:r>
    </w:p>
    <w:p>
      <w:r>
        <w:rPr>
          <w:b/>
        </w:rPr>
        <w:t xml:space="preserve">[53:05] </w:t>
      </w:r>
      <w:r>
        <w:t>wisdom hamesha is yani wisdom ka matlab hai ke mukhtalif pehlu jo hain, un pehluon ko peshgi andaza karna.</w:t>
      </w:r>
    </w:p>
    <w:p>
      <w:pPr>
        <w:jc w:val="right"/>
      </w:pPr>
      <w:r>
        <w:t>وزڈم ہمیشہ اس یعنی وزڈم کا مطلب ہے کہ مختلف پہلو جو ہیں، ان پہلوؤں کو پیشگی اندازہ کرنا۔</w:t>
      </w:r>
    </w:p>
    <w:p>
      <w:r>
        <w:rPr>
          <w:b/>
        </w:rPr>
        <w:t xml:space="preserve">[53:21] </w:t>
      </w:r>
      <w:r>
        <w:t>misal ke tor par farz kijiye ke jhaare ke mausam mein fog ho jata hai. fog, ab hum ek mansooba banayen, farz kijiye ke Delhi ke liye jahan fog hota hai, to hamein is ko is ki riayat karni padegi ke aap ab Delhi mein hum ne samjha ke flight jo hai,</w:t>
      </w:r>
    </w:p>
    <w:p>
      <w:pPr>
        <w:jc w:val="right"/>
      </w:pPr>
      <w:r>
        <w:t>مثال کے طور پر فرض کیجئے کہ جھاڑے کے موسم میں فاغ ہو جاتا ہے۔ فاغ، اب ہم ایک منصوبہ بنائیں، فرض کیجئے کہ دلی کے لیے جہاں فاغ ہوتا ہے، تو ہمیں اس کو اس کی رعایت کرنی پڑے گی کہ آپ اب دلی میں ہم نے سمجھا کہ فلائٹ جو ہے،</w:t>
      </w:r>
    </w:p>
    <w:p>
      <w:r>
        <w:rPr>
          <w:b/>
        </w:rPr>
        <w:t xml:space="preserve">[53:42] </w:t>
      </w:r>
      <w:r>
        <w:t>is ka yeh waqt tha Delhi pohnchne ka. is ke baad aap ne wahan program rakh diya, ab wahan rahe fog to kya hoga?</w:t>
      </w:r>
    </w:p>
    <w:p>
      <w:pPr>
        <w:jc w:val="right"/>
      </w:pPr>
      <w:r>
        <w:t>اس کا یہ وقت تھا دلی پہنچنے کا۔ اس کے بعد آپ نے وہاں پروگرام رکھ دیا، اب وہاں رہے فاغ تو کیا ہوگا؟</w:t>
      </w:r>
    </w:p>
    <w:p>
      <w:r>
        <w:rPr>
          <w:b/>
        </w:rPr>
        <w:t xml:space="preserve">[53:50] </w:t>
      </w:r>
      <w:r>
        <w:t>ek martaba mere sath aisa hua hai ke main jahaz se ura, kahan se? aur woh dili ke air space se pohncha to wahan woh to fagh hai.</w:t>
      </w:r>
    </w:p>
    <w:p>
      <w:pPr>
        <w:jc w:val="right"/>
      </w:pPr>
      <w:r>
        <w:t>ایک مرتبہ میرے ساتھ ایسا ہوا ہے کہ میں جہاز سے اڑا، کہاں سے؟ اور وہ دلی کے ایئر اسپیس سے پہنچا تو وہاں وہ تو فاغ ہے۔</w:t>
      </w:r>
    </w:p>
    <w:p>
      <w:r>
        <w:rPr>
          <w:b/>
        </w:rPr>
        <w:t xml:space="preserve">[54:00] </w:t>
      </w:r>
      <w:r>
        <w:t>to jahaz ko unhon ne divert kar ke jaipur mein utar diya,</w:t>
      </w:r>
    </w:p>
    <w:p>
      <w:pPr>
        <w:jc w:val="right"/>
      </w:pPr>
      <w:r>
        <w:t>تو جہاز کو انہوں نے ڈائیورٹ کر کے جیپور میں اتار دیا،</w:t>
      </w:r>
    </w:p>
    <w:p>
      <w:r>
        <w:rPr>
          <w:b/>
        </w:rPr>
        <w:t xml:space="preserve">[54:09] </w:t>
      </w:r>
      <w:r>
        <w:t>bajaye dili utarne ke, jaipur utara gaya. wahan kai ghante hum rahe.</w:t>
      </w:r>
    </w:p>
    <w:p>
      <w:pPr>
        <w:jc w:val="right"/>
      </w:pPr>
      <w:r>
        <w:t>بجائے دلی اترنے کے، جیپور اتارا گیا۔ وہاں کئی گھنٹے ہم رہے۔</w:t>
      </w:r>
    </w:p>
    <w:p>
      <w:r>
        <w:rPr>
          <w:b/>
        </w:rPr>
        <w:t xml:space="preserve">[54:14] </w:t>
      </w:r>
      <w:r>
        <w:t>to aap ek program farz kijiye banayein dili ke liye ya kisi aur maqam ke jahan fagh hota hai, to aap ko sochna parega peshgi agar fagh ho to kya hoga?</w:t>
      </w:r>
    </w:p>
    <w:p>
      <w:pPr>
        <w:jc w:val="right"/>
      </w:pPr>
      <w:r>
        <w:t>تو آپ ایک پروگرام فرض کیجئے بنائیں دلی کے لیے یا کسی اور مقام کے جہاں فاغ ہوتا ہے، تو آپ کو سوچنا پڑے گا پیشگی اگر فاغ ہو تو کیا ہوگا؟</w:t>
      </w:r>
    </w:p>
    <w:p>
      <w:r>
        <w:rPr>
          <w:b/>
        </w:rPr>
        <w:t xml:space="preserve">[54:29] </w:t>
      </w:r>
      <w:r>
        <w:t>to bari bari tehreekein chalate hain log, almi nizam, almi hukumat, almi islami jhanda, yeh kis qadar nadan hain yeh log.</w:t>
      </w:r>
    </w:p>
    <w:p>
      <w:pPr>
        <w:jc w:val="right"/>
      </w:pPr>
      <w:r>
        <w:t>تو بڑی بڑی تحریکیں چلاتے ہیں لوگ، عالمی نظام، عالمی حکومت، عالمی اسلامی جھنڈا، یہ کس قدر نادان ہیں یہ لوگ۔</w:t>
      </w:r>
    </w:p>
    <w:p>
      <w:r>
        <w:rPr>
          <w:b/>
        </w:rPr>
        <w:t xml:space="preserve">[54:38] </w:t>
      </w:r>
      <w:r>
        <w:t>bade bade alfaaz bolte hain, almi islami hukumat</w:t>
      </w:r>
    </w:p>
    <w:p>
      <w:pPr>
        <w:jc w:val="right"/>
      </w:pPr>
      <w:r>
        <w:t>بڑے بڑے الفاظ بولتے ہیں، عالمی اسلامی حکومت</w:t>
      </w:r>
    </w:p>
    <w:p>
      <w:r>
        <w:rPr>
          <w:b/>
        </w:rPr>
        <w:t xml:space="preserve">[54:41] </w:t>
      </w:r>
      <w:r>
        <w:t>, aur jante hi nahi ke kya kya matlab hai in alfaaz ka.</w:t>
      </w:r>
    </w:p>
    <w:p>
      <w:pPr>
        <w:jc w:val="right"/>
      </w:pPr>
      <w:r>
        <w:t>، اور جانتے ہی نہیں کہ کیا کیا مطلب ہے ان الفاظ کا۔</w:t>
      </w:r>
    </w:p>
    <w:p>
      <w:r>
        <w:rPr>
          <w:b/>
        </w:rPr>
        <w:t xml:space="preserve">[54:48] </w:t>
      </w:r>
      <w:r>
        <w:t>yeh aise hi hai jis ke jis shehar mein fagh chhaya rehta ho, wahan par subah ka program bana diya. to aap yahan dili se ek jahaz high chart kar ke chalen to kya chart jahaz se aap woh fagh hat jaye, bhag bhag jaye ga, aur aap ka program poora ho sake ga?</w:t>
      </w:r>
    </w:p>
    <w:p>
      <w:pPr>
        <w:jc w:val="right"/>
      </w:pPr>
      <w:r>
        <w:t>یہ ایسے ہی ہے جس کہ جس شہر میں فاغ چھایا رہتا ہو، وہاں پر صبح کا پروگرام بنا دیا۔ تو آپ یہاں دلی سے ایک جہاز ہائیٹ چارٹر کر کے چلیں تو کیا چارٹر جہاز سے آپ وہ فاغ ہٹ جائے، بھاگ بھاگ جائے گا، اور آپ کا پروگرام پورا ہو سکے گا؟</w:t>
      </w:r>
    </w:p>
    <w:p>
      <w:r>
        <w:rPr>
          <w:b/>
        </w:rPr>
        <w:t xml:space="preserve">[55:10] </w:t>
      </w:r>
      <w:r>
        <w:t>is ko samjhiye is cheez ko ke dili mein jharon ke mausam mein fagh hota hai. aap ne dili mein subah ka program rakh diya, haiderabad se ek hawa jahaz chart kiya aap ne,</w:t>
      </w:r>
    </w:p>
    <w:p>
      <w:pPr>
        <w:jc w:val="right"/>
      </w:pPr>
      <w:r>
        <w:t>اس کو سمجھئے اس چیز کو کہ دلی میں جھاڑوں کے موسم میں فاغ ہوتا ہے۔ آپ نے دلی میں صبح کا پروگرام رکھ دیا، حیدرآباد سے ایک ہوا جہاز چارٹر کیا آپ نے،</w:t>
      </w:r>
    </w:p>
    <w:p>
      <w:r>
        <w:rPr>
          <w:b/>
        </w:rPr>
        <w:t xml:space="preserve">[55:26] </w:t>
      </w:r>
      <w:r>
        <w:t>aur ek poori bheed le kar rawana hui hai. to kya woh jahaz wahan land kare ga? is ko kahin aur jana pare ga, is ko divert kar ke.</w:t>
      </w:r>
    </w:p>
    <w:p>
      <w:pPr>
        <w:jc w:val="right"/>
      </w:pPr>
      <w:r>
        <w:t>اور ایک پوری بھیڑ لے کر روانہ ہوئی ہے۔ تو کیا وہ جہاز وہاں لینڈ کرے گا؟ اس کو کہیں اور جانا پڑے گا، اس کو ڈائیورٹ کر کے۔</w:t>
      </w:r>
    </w:p>
    <w:p>
      <w:r>
        <w:rPr>
          <w:b/>
        </w:rPr>
        <w:t xml:space="preserve">[55:36] </w:t>
      </w:r>
      <w:r>
        <w:t>ek martaba aisa hua ke wahan fagh tha to bohat der tak woh is ko kya kehte hain? roaming kehte hain, kya kehte hain? haan ji, space mein ghumta raha, ghumta raha, ghumta raha.</w:t>
      </w:r>
    </w:p>
    <w:p>
      <w:pPr>
        <w:jc w:val="right"/>
      </w:pPr>
      <w:r>
        <w:t>ایک مرتبہ ایسا ہوا کہ وہاں فاغ تھا تو بہت دیر تک وہ اس کو کیا کہتے ہیں؟ رومنگ کہتے ہیں، کیا کہتے ہیں؟ ہاں جی، اسپیس میں گھومتا رہا، گھومتا رہا، گھومتا رہا۔</w:t>
      </w:r>
    </w:p>
    <w:p>
      <w:r>
        <w:rPr>
          <w:b/>
        </w:rPr>
        <w:t xml:space="preserve">[55:48] </w:t>
      </w:r>
      <w:r>
        <w:t>jab fagh chhatta tab is ne land kiya. to aap is ki riayat nahi karein ge to kya hoga? aap ka program jeopardize ho jaye ga.</w:t>
      </w:r>
    </w:p>
    <w:p>
      <w:pPr>
        <w:jc w:val="right"/>
      </w:pPr>
      <w:r>
        <w:t>جب فاغ چھٹا تب اس نے لینڈ کیا۔ تو آپ اس کی رعایت نہیں کریں گے تو کیا ہوگا؟ آپ کا پروگرام جپٹائز ہو جائے گا۔</w:t>
      </w:r>
    </w:p>
    <w:p>
      <w:r>
        <w:rPr>
          <w:b/>
        </w:rPr>
        <w:t xml:space="preserve">[56:02] </w:t>
      </w:r>
      <w:r>
        <w:t>to sare muslim countries mein program logon ke jeopardize ho rahe hain kyunke khud sakhta plan banate hain baghair yeh soche bhi ke Allah ka jo management hai, woh allow kar raha hai ya nahi kar raha hai.</w:t>
      </w:r>
    </w:p>
    <w:p>
      <w:pPr>
        <w:jc w:val="right"/>
      </w:pPr>
      <w:r>
        <w:t>تو سارے مسلم کنٹریز میں پروگرام لوگوں کے جپٹائز ہو رہے ہیں کیونکہ خود ساختہ پلان بناتے ہیں بغیر یہ سوچے بھی کہ اللہ کا جو منیجمنٹ ہے، وہ الاؤ کر رہا ہے یا نہیں کر رہا ہے۔</w:t>
      </w:r>
    </w:p>
    <w:p>
      <w:r>
        <w:rPr>
          <w:b/>
        </w:rPr>
        <w:t xml:space="preserve">[56:20] </w:t>
      </w:r>
      <w:r>
        <w:t>to meri dua hai ke Allah taala mujh ko aur aap ko tofeeq de ke hum Allah ka jo mission hamein le ke chalna hai, us ko hum</w:t>
      </w:r>
    </w:p>
    <w:p>
      <w:pPr>
        <w:jc w:val="right"/>
      </w:pPr>
      <w:r>
        <w:t>تو میری دعا ہے کہ اللہ تعالیٰ مجھ کو اور آپ کو توفیق دے کہ ہم اللہ کا جو مشن ہمیں لے کے چلنا ہے، اس کو ہم</w:t>
      </w:r>
    </w:p>
    <w:p>
      <w:r>
        <w:rPr>
          <w:b/>
        </w:rPr>
        <w:t xml:space="preserve">[56:36] </w:t>
      </w:r>
      <w:r>
        <w:t>sahi dhang se anjam</w:t>
      </w:r>
    </w:p>
    <w:p>
      <w:pPr>
        <w:jc w:val="right"/>
      </w:pPr>
      <w:r>
        <w:t>صحیح ڈھنگ سے انجام</w:t>
      </w:r>
    </w:p>
    <w:p>
      <w:r>
        <w:rPr>
          <w:b/>
        </w:rPr>
        <w:t xml:space="preserve">[56:38] </w:t>
      </w:r>
      <w:r>
        <w:t>dein, Quran ki rehnumai mein, islah ki sunnat mein is ka naqsha banayein taake woh kamyabi tak pohnche, taake hum Allah ki sa'adat hum ko mile dunya mein aur akhirat mein.</w:t>
      </w:r>
    </w:p>
    <w:p>
      <w:pPr>
        <w:jc w:val="right"/>
      </w:pPr>
      <w:r>
        <w:t>دیں، قرآن کی رہنمائی میں، اصلاح کی سنت میں اس کا نقشہ بنائیں تاکہ وہ کامیابی تک پہنچے، تاکہ ہم اللہ کی سعادت ہم کو ملے دنیا میں اور آخرت میں۔</w:t>
      </w:r>
    </w:p>
    <w:p>
      <w:r>
        <w:rPr>
          <w:b/>
        </w:rPr>
        <w:t xml:space="preserve">[56:53] </w:t>
      </w:r>
      <w:r>
        <w:t>Rabbana atina fid dunya hasanah wa fil akhirati hasanah wa qina azabannar. Rabbana taqabbal minna innaka antas sami'ul alim wa tub 'alayna innaka antat tawwabur rahim.</w:t>
      </w:r>
    </w:p>
    <w:p>
      <w:pPr>
        <w:jc w:val="right"/>
      </w:pPr>
      <w:r>
        <w:t>ربنا آتنا فی الدنیا حسنہ وفاخرۃ حسنہ وقنا عذاب النار۔ ربنا تقبل منا انک انت السمیع العلیم وتب علینا انک انت التواب الرحیم۔</w:t>
      </w:r>
    </w:p>
    <w:p>
      <w:r>
        <w:rPr>
          <w:b/>
        </w:rPr>
        <w:t xml:space="preserve">[57:11] </w:t>
      </w:r>
      <w:r>
        <w:t>Wa salla Allahu ta'ala 'ala khayri khalqihi Muhammadin wa aalihi wa as'habihi ajma'een birahmatik ya arhamar rahimin</w:t>
      </w:r>
    </w:p>
    <w:p>
      <w:pPr>
        <w:jc w:val="right"/>
      </w:pPr>
      <w:r>
        <w:t>وصلی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