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Roza A Spiritual Jihad August 28, 2011 Maulana Wahiduddin Khan</w:t>
      </w:r>
    </w:p>
    <w:p>
      <w:r>
        <w:t>https://www.youtube.com/watch?v=7Xc_Fl6z5xU</w:t>
      </w:r>
    </w:p>
    <w:p>
      <w:r>
        <w:rPr>
          <w:b/>
        </w:rPr>
        <w:t xml:space="preserve">[00:34] </w:t>
      </w:r>
      <w:r>
        <w:t>aaj ka topic hai:</w:t>
      </w:r>
    </w:p>
    <w:p>
      <w:pPr>
        <w:jc w:val="right"/>
      </w:pPr>
      <w:r>
        <w:t>آج کا ٹاپک ہے:</w:t>
      </w:r>
    </w:p>
    <w:p>
      <w:r>
        <w:rPr>
          <w:b/>
        </w:rPr>
        <w:t xml:space="preserve">[00:38] </w:t>
      </w:r>
      <w:r>
        <w:t>roza aur spiritual jihad.</w:t>
      </w:r>
    </w:p>
    <w:p>
      <w:pPr>
        <w:jc w:val="right"/>
      </w:pPr>
      <w:r>
        <w:t>روزہ اور سپریچول جہاد۔</w:t>
      </w:r>
    </w:p>
    <w:p>
      <w:r>
        <w:rPr>
          <w:b/>
        </w:rPr>
        <w:t xml:space="preserve">[00:48] </w:t>
      </w:r>
      <w:r>
        <w:t>roza aur spiritual jihad. aaj ka topic pesh mein nahi aa raha tha,</w:t>
      </w:r>
    </w:p>
    <w:p>
      <w:pPr>
        <w:jc w:val="right"/>
      </w:pPr>
      <w:r>
        <w:t>روزہ اور سپریچول جہاد۔ آج کا ٹاپک پیش میں نہیں آ رہا تھا،</w:t>
      </w:r>
    </w:p>
    <w:p>
      <w:r>
        <w:rPr>
          <w:b/>
        </w:rPr>
        <w:t xml:space="preserve">[00:58] </w:t>
      </w:r>
      <w:r>
        <w:t>achanak yeh topic zehan mein aaya.</w:t>
      </w:r>
    </w:p>
    <w:p>
      <w:pPr>
        <w:jc w:val="right"/>
      </w:pPr>
      <w:r>
        <w:t>اچانک یہ ٹاپک ذہن میں آیا۔</w:t>
      </w:r>
    </w:p>
    <w:p>
      <w:r>
        <w:rPr>
          <w:b/>
        </w:rPr>
        <w:t xml:space="preserve">[01:04] </w:t>
      </w:r>
      <w:r>
        <w:t>jab main yahan aa raha tha to jab main seerhiyon pe charh raha tha, peechhe se to peechhe se</w:t>
      </w:r>
    </w:p>
    <w:p>
      <w:pPr>
        <w:jc w:val="right"/>
      </w:pPr>
      <w:r>
        <w:t>جب میں یہاں آ رہا تھا تو جب میں سیڑھیوں پہ چڑھ رہا تھا، پیچھے سے تو پیچھے سے</w:t>
      </w:r>
    </w:p>
    <w:p>
      <w:r>
        <w:rPr>
          <w:b/>
        </w:rPr>
        <w:t xml:space="preserve">[01:15] </w:t>
      </w:r>
      <w:r>
        <w:t>Sajid Anwar sahib aa gaye. un se salam hua.</w:t>
      </w:r>
    </w:p>
    <w:p>
      <w:pPr>
        <w:jc w:val="right"/>
      </w:pPr>
      <w:r>
        <w:t>ساجد انور صاحب آ گئے۔ ان سے سلام ہوا۔</w:t>
      </w:r>
    </w:p>
    <w:p>
      <w:r>
        <w:rPr>
          <w:b/>
        </w:rPr>
        <w:t xml:space="preserve">[01:23] </w:t>
      </w:r>
      <w:r>
        <w:t>to us waqt achaanak mere zehan mein nikal gaya: "You are a spiritual mujahid?"</w:t>
      </w:r>
    </w:p>
    <w:p>
      <w:pPr>
        <w:jc w:val="right"/>
      </w:pPr>
      <w:r>
        <w:t>تو اس وقت اچانک میرے ذہن میں نکل گیا: "یو آر ائی سپریچول مجاہد؟"</w:t>
      </w:r>
    </w:p>
    <w:p>
      <w:r>
        <w:rPr>
          <w:b/>
        </w:rPr>
        <w:t xml:space="preserve">[01:31] </w:t>
      </w:r>
      <w:r>
        <w:t>sajid anwar sahib road ke pe rehte hain, yahan se 200 kilometer door. wahan se by road aate hain, jis mein taqreeban chaar ghante lag jaate hain.</w:t>
      </w:r>
    </w:p>
    <w:p>
      <w:pPr>
        <w:jc w:val="right"/>
      </w:pPr>
      <w:r>
        <w:t>ساجد انور صاحب روڈ کے پہ رہتے ہیں، یہاں سے 200 کلومیٹر دور۔ وہاں سے بائی روڈ آتے ہیں، جس میں تقریباً چار گھنٹے لگ جاتے ہیں۔</w:t>
      </w:r>
    </w:p>
    <w:p>
      <w:r>
        <w:rPr>
          <w:b/>
        </w:rPr>
        <w:t xml:space="preserve">[01:51] </w:t>
      </w:r>
      <w:r>
        <w:t>regular aate hain har sunday ko.</w:t>
      </w:r>
    </w:p>
    <w:p>
      <w:pPr>
        <w:jc w:val="right"/>
      </w:pPr>
      <w:r>
        <w:t>ریگولر آتے ہیں ہر سنڈے کو۔</w:t>
      </w:r>
    </w:p>
    <w:p>
      <w:r>
        <w:rPr>
          <w:b/>
        </w:rPr>
        <w:t xml:space="preserve">[01:55] </w:t>
      </w:r>
      <w:r>
        <w:t>to maine socha ke ek aadmi jo 200 kilometer door rehta ho, us ko subah ko yahan pohnchna hai time par, to us ki tayyari woh kal shaam se karta hoga.</w:t>
      </w:r>
    </w:p>
    <w:p>
      <w:pPr>
        <w:jc w:val="right"/>
      </w:pPr>
      <w:r>
        <w:t>تو میں نے سوچا کہ ایک آدمی جو 200 کلومیٹر دور رہتا ہو، اس کو صبح کو یہاں پہنچنا ہے ٹائم پر، تو اس کی تیاری وہ کل شام سے کرتا ہوگا۔</w:t>
      </w:r>
    </w:p>
    <w:p>
      <w:r>
        <w:rPr>
          <w:b/>
        </w:rPr>
        <w:t xml:space="preserve">[02:09] </w:t>
      </w:r>
      <w:r>
        <w:t>kal shaam se karta hoga, raat ko us ko bataya mamoolat banata hoga, subah ko theek waqt pe uthta hoga.</w:t>
      </w:r>
    </w:p>
    <w:p>
      <w:pPr>
        <w:jc w:val="right"/>
      </w:pPr>
      <w:r>
        <w:t>کل شام سے کرتا ہوگا، رات کو اس کو بتایا معمولات بناتا ہوگا، صبح کو ٹھیک وقت پہ اٹھتا ہوگا۔</w:t>
      </w:r>
    </w:p>
    <w:p>
      <w:r>
        <w:rPr>
          <w:b/>
        </w:rPr>
        <w:t xml:space="preserve">[02:18] </w:t>
      </w:r>
      <w:r>
        <w:t>kafi tayyari karne ke baad, jis jis ko kaha gaya hadees mein idraaj, idraaj karna padta hoga un ko</w:t>
      </w:r>
    </w:p>
    <w:p>
      <w:pPr>
        <w:jc w:val="right"/>
      </w:pPr>
      <w:r>
        <w:t>کافی تیاری کرنے کے بعد، جس جس کو کہا گیا حدیث میں ادراج، ادراج کرنا پڑتا ہوگا ان کو</w:t>
      </w:r>
    </w:p>
    <w:p>
      <w:r>
        <w:rPr>
          <w:b/>
        </w:rPr>
        <w:t xml:space="preserve">[02:25] </w:t>
      </w:r>
      <w:r>
        <w:t>. baghair idraaj ke time par nahi pohnch sakte aap, hamesha time par aate hain woh.</w:t>
      </w:r>
    </w:p>
    <w:p>
      <w:pPr>
        <w:jc w:val="right"/>
      </w:pPr>
      <w:r>
        <w:t>۔ بغیر ادراج کے ٹائم پر نہیں پہنچ سکتے آپ، ہمیشہ ٹائم پر آتے ہیں وہ۔</w:t>
      </w:r>
    </w:p>
    <w:p>
      <w:r>
        <w:rPr>
          <w:b/>
        </w:rPr>
        <w:t xml:space="preserve">[02:35] </w:t>
      </w:r>
      <w:r>
        <w:t>to ab roze ke bare mein sunne ke liye wahan se aate hain.</w:t>
      </w:r>
    </w:p>
    <w:p>
      <w:pPr>
        <w:jc w:val="right"/>
      </w:pPr>
      <w:r>
        <w:t>تو اب روزے کے بارے میں سننے کے لیے وہاں سے آتے ہیں۔</w:t>
      </w:r>
    </w:p>
    <w:p>
      <w:r>
        <w:rPr>
          <w:b/>
        </w:rPr>
        <w:t xml:space="preserve">[02:41] </w:t>
      </w:r>
      <w:r>
        <w:t>to mere zehen mein aaya ke roza jo hai, fasting, it is spiritual jihad.</w:t>
      </w:r>
    </w:p>
    <w:p>
      <w:pPr>
        <w:jc w:val="right"/>
      </w:pPr>
      <w:r>
        <w:t>تو میرے ذہن میں آیا کہ روزہ جو ہے، فاسٹنگ، اٹ از سپریچول جہاد۔</w:t>
      </w:r>
    </w:p>
    <w:p>
      <w:r>
        <w:rPr>
          <w:b/>
        </w:rPr>
        <w:t xml:space="preserve">[02:52] </w:t>
      </w:r>
      <w:r>
        <w:t>to maine kaha ke log hote hain militant mujahid, aap spiritual mujahid hain.</w:t>
      </w:r>
    </w:p>
    <w:p>
      <w:pPr>
        <w:jc w:val="right"/>
      </w:pPr>
      <w:r>
        <w:t>تو میں نے کہا کہ لوگ ہوتے ہیں ملٹنٹ مجاہد، آپ سپریچول مجاہد ہیں۔</w:t>
      </w:r>
    </w:p>
    <w:p>
      <w:r>
        <w:rPr>
          <w:b/>
        </w:rPr>
        <w:t xml:space="preserve">[02:59] </w:t>
      </w:r>
      <w:r>
        <w:t>to yeh baat bilkul sahi hai.</w:t>
      </w:r>
    </w:p>
    <w:p>
      <w:pPr>
        <w:jc w:val="right"/>
      </w:pPr>
      <w:r>
        <w:t>تو یہ بات بالکل صحیح ہے۔</w:t>
      </w:r>
    </w:p>
    <w:p>
      <w:r>
        <w:rPr>
          <w:b/>
        </w:rPr>
        <w:t xml:space="preserve">[03:04] </w:t>
      </w:r>
      <w:r>
        <w:t>quran mein likhe roze ke bare mein hai ke: "li takum tattaqun" taake tum muttaqi bano. muttaqi kya hai? woh bhi spiritual mujahid hai.</w:t>
      </w:r>
    </w:p>
    <w:p>
      <w:pPr>
        <w:jc w:val="right"/>
      </w:pPr>
      <w:r>
        <w:t>قرآن میں لکھے روزے کے بارے میں ہے کہ: "لَلَّكُمْ تَتَّقُونَ" تاکہ تم متقی بنو۔ متقی کیا ہے؟ وہ بھی سپریچول مجاہد ہے۔</w:t>
      </w:r>
    </w:p>
    <w:p>
      <w:r>
        <w:rPr>
          <w:b/>
        </w:rPr>
        <w:t xml:space="preserve">[03:15] </w:t>
      </w:r>
      <w:r>
        <w:t>yaani agar lafz badal diya jaye, lafz badal kar kaha jaye to is ka matlab hoga ke roza is liye banaya gaya ke tum log spiritual mujahid bano.</w:t>
      </w:r>
    </w:p>
    <w:p>
      <w:pPr>
        <w:jc w:val="right"/>
      </w:pPr>
      <w:r>
        <w:t>یعنی اگر لفظ بدل دیا جائے، لفظ بدل کر کہا جائے تو اس کا مطلب ہوگا کہ روزہ اس لیے بنایا گیا کہ تم لوگ سپریچول مجاہد بنو۔</w:t>
      </w:r>
    </w:p>
    <w:p>
      <w:r>
        <w:rPr>
          <w:b/>
        </w:rPr>
        <w:t xml:space="preserve">[03:30] </w:t>
      </w:r>
      <w:r>
        <w:t>spiritual mujahid kaun hai?</w:t>
      </w:r>
    </w:p>
    <w:p>
      <w:pPr>
        <w:jc w:val="right"/>
      </w:pPr>
      <w:r>
        <w:t>سپریچول مجاہد کون ہے؟</w:t>
      </w:r>
    </w:p>
    <w:p>
      <w:r>
        <w:rPr>
          <w:b/>
        </w:rPr>
        <w:t xml:space="preserve">[03:34] </w:t>
      </w:r>
      <w:r>
        <w:t>apne aap se jihad karne wala.</w:t>
      </w:r>
    </w:p>
    <w:p>
      <w:pPr>
        <w:jc w:val="right"/>
      </w:pPr>
      <w:r>
        <w:t>اپنے آپ سے جہاد کرنے والا۔</w:t>
      </w:r>
    </w:p>
    <w:p>
      <w:r>
        <w:rPr>
          <w:b/>
        </w:rPr>
        <w:t xml:space="preserve">[03:39] </w:t>
      </w:r>
      <w:r>
        <w:t>apni soch, apne mind, apni aadatein,</w:t>
      </w:r>
    </w:p>
    <w:p>
      <w:pPr>
        <w:jc w:val="right"/>
      </w:pPr>
      <w:r>
        <w:t>اپنی سوچ، اپنے مائنڈ، اپنی عادتیں،</w:t>
      </w:r>
    </w:p>
    <w:p>
      <w:r>
        <w:rPr>
          <w:b/>
        </w:rPr>
        <w:t xml:space="preserve">[03:46] </w:t>
      </w:r>
      <w:r>
        <w:t>apne mamlaat se jihad karne wala.</w:t>
      </w:r>
    </w:p>
    <w:p>
      <w:pPr>
        <w:jc w:val="right"/>
      </w:pPr>
      <w:r>
        <w:t>اپنے معاملات سے جہاد کرنے والا۔</w:t>
      </w:r>
    </w:p>
    <w:p>
      <w:r>
        <w:rPr>
          <w:b/>
        </w:rPr>
        <w:t xml:space="preserve">[03:55] </w:t>
      </w:r>
      <w:r>
        <w:t>log samajhte hain ke doosron se ladne ka naam jihad hai. hargiz nahi.</w:t>
      </w:r>
    </w:p>
    <w:p>
      <w:pPr>
        <w:jc w:val="right"/>
      </w:pPr>
      <w:r>
        <w:t>لوگ سمجھتے ہیں کہ دوسروں سے لڑنے کا نام جہاد ہے۔ ہرگز نہیں۔</w:t>
      </w:r>
    </w:p>
    <w:p>
      <w:r>
        <w:rPr>
          <w:b/>
        </w:rPr>
        <w:t xml:space="preserve">[04:01] </w:t>
      </w:r>
      <w:r>
        <w:t>hadees mein aata hai ke: "al mujahidu mujahidu nafsih fi zati Allah". mujahid woh hai jo apne nafs se lade Allah ki khatir.</w:t>
      </w:r>
    </w:p>
    <w:p>
      <w:pPr>
        <w:jc w:val="right"/>
      </w:pPr>
      <w:r>
        <w:t>حدیث میں آتا ہے کہ: "المجاہد مجاہد نفسہ فی ذات اللہ"۔ مجاہد وہ ہے جو اپنے نفس سے لڑے اللہ کی خاطر۔</w:t>
      </w:r>
    </w:p>
    <w:p>
      <w:r>
        <w:rPr>
          <w:b/>
        </w:rPr>
        <w:t xml:space="preserve">[04:17] </w:t>
      </w:r>
      <w:r>
        <w:t>to main samajhta hoon ke yeh Allah taala ne jo ramzan ke mahine mein roza rakha hai, yeh spiritual jihad ki tarbiyat hai.</w:t>
      </w:r>
    </w:p>
    <w:p>
      <w:pPr>
        <w:jc w:val="right"/>
      </w:pPr>
      <w:r>
        <w:t>تو میں سمجھتا ہوں کہ یہ اللہ تعالیٰ نے جو رمضان کے مہینے میں روزہ رکھا ہے، یہ سپریچول جہاد کی تربیت ہے۔</w:t>
      </w:r>
    </w:p>
    <w:p>
      <w:r>
        <w:rPr>
          <w:b/>
        </w:rPr>
        <w:t xml:space="preserve">[04:34] </w:t>
      </w:r>
      <w:r>
        <w:t>yaani apne aap ko roohani ikhtar ke mutabiq dhalna, apne andar spiritual personality banana,</w:t>
      </w:r>
    </w:p>
    <w:p>
      <w:pPr>
        <w:jc w:val="right"/>
      </w:pPr>
      <w:r>
        <w:t>یعنی اپنے آپ کو روحانی اخطار کے مطابق ڈھالنا، اپنے اندر سپریچول پرسنیلٹی بنانا،</w:t>
      </w:r>
    </w:p>
    <w:p>
      <w:r>
        <w:rPr>
          <w:b/>
        </w:rPr>
        <w:t xml:space="preserve">[04:46] </w:t>
      </w:r>
      <w:r>
        <w:t>apne andar non material thinking paida karna.</w:t>
      </w:r>
    </w:p>
    <w:p>
      <w:pPr>
        <w:jc w:val="right"/>
      </w:pPr>
      <w:r>
        <w:t>اپنے اندر نان مٹیریل تھنکنگ پیدا کرنا۔</w:t>
      </w:r>
    </w:p>
    <w:p>
      <w:r>
        <w:rPr>
          <w:b/>
        </w:rPr>
        <w:t xml:space="preserve">[04:53] </w:t>
      </w:r>
      <w:r>
        <w:t>apne aap ko is qabil banayein ke special values ke mutabiq dunya mein aadmi zindagi guzar sake.</w:t>
      </w:r>
    </w:p>
    <w:p>
      <w:pPr>
        <w:jc w:val="right"/>
      </w:pPr>
      <w:r>
        <w:t>اپنے آپ کو اس قابل بنائیں کہ اسپیشل ویلیوز کے مطابق دنیا میں آدمی زندگی گزار سکے۔</w:t>
      </w:r>
    </w:p>
    <w:p>
      <w:r>
        <w:rPr>
          <w:b/>
        </w:rPr>
        <w:t xml:space="preserve">[05:13] </w:t>
      </w:r>
      <w:r>
        <w:t>yahi hai roza, yahi hai ramzan.</w:t>
      </w:r>
    </w:p>
    <w:p>
      <w:pPr>
        <w:jc w:val="right"/>
      </w:pPr>
      <w:r>
        <w:t>یہی ہے روزہ، یہی ہے رمضان۔</w:t>
      </w:r>
    </w:p>
    <w:p>
      <w:r>
        <w:rPr>
          <w:b/>
        </w:rPr>
        <w:t xml:space="preserve">[05:18] </w:t>
      </w:r>
      <w:r>
        <w:t>to "li takum tattaqun" ko agar lafz badal kar kaha jaye to woh matlab yahi hoga ke tum apne aap ko spiritual personality banao. roohani ikhtar par jeene wale bano.</w:t>
      </w:r>
    </w:p>
    <w:p>
      <w:pPr>
        <w:jc w:val="right"/>
      </w:pPr>
      <w:r>
        <w:t>تو "لَلَّكُمْ تَتَّقُونَ" کو اگر لفظ بدل کر کہا جائے تو وہ مطلب یہی ہوگا کہ تم اپنے آپ کو سپریچول پرسنیلٹی بناؤ۔ روحانی اخطار پر جینے والے بنو۔</w:t>
      </w:r>
    </w:p>
    <w:p>
      <w:r>
        <w:rPr>
          <w:b/>
        </w:rPr>
        <w:t xml:space="preserve">[05:33] </w:t>
      </w:r>
      <w:r>
        <w:t>spiritual values ko apni zindagi mein shamil karne wale bano.</w:t>
      </w:r>
    </w:p>
    <w:p>
      <w:pPr>
        <w:jc w:val="right"/>
      </w:pPr>
      <w:r>
        <w:t>سپریچول ویلیوز کو اپنی زندگی میں شامل کرنے والے بنو۔</w:t>
      </w:r>
    </w:p>
    <w:p>
      <w:r>
        <w:rPr>
          <w:b/>
        </w:rPr>
        <w:t xml:space="preserve">[05:48] </w:t>
      </w:r>
      <w:r>
        <w:t>dekhiye, roza roza kya hai? roza tark-e-ta'am ka naam nahin hai. roza taqleel-e-ta'am ka naam hai.</w:t>
      </w:r>
    </w:p>
    <w:p>
      <w:pPr>
        <w:jc w:val="right"/>
      </w:pPr>
      <w:r>
        <w:t>دیکھیے، روزہ روزہ کیا ہے؟ روزہ ترک طعام کا نام نہیں ہے۔ روزہ تقلیل طعام کا نام ہے۔</w:t>
      </w:r>
    </w:p>
    <w:p>
      <w:r>
        <w:rPr>
          <w:b/>
        </w:rPr>
        <w:t xml:space="preserve">[06:00] </w:t>
      </w:r>
      <w:r>
        <w:t>yani khana chhodna nahin, balkeh khana kam karna hai. din ko khana, raat ko na khana yahi to hai. yeh taqleel hai, taqleel-e-ta'am hai.</w:t>
      </w:r>
    </w:p>
    <w:p>
      <w:pPr>
        <w:jc w:val="right"/>
      </w:pPr>
      <w:r>
        <w:t>یعنی کھانا چھوڑنا نہیں، بلکہ کھانا کم کرنا ہے۔ دن کو کھانا، رات کو نہ کھانا یہی تو ہے۔ یہ تقلیل ہے، تقلیل طعام ہے۔</w:t>
      </w:r>
    </w:p>
    <w:p>
      <w:r>
        <w:rPr>
          <w:b/>
        </w:rPr>
        <w:t xml:space="preserve">[06:12] </w:t>
      </w:r>
      <w:r>
        <w:t>yeh ek bahut bada, ek bahut badi philosophy hai, saada baat nahin hai.</w:t>
      </w:r>
    </w:p>
    <w:p>
      <w:pPr>
        <w:jc w:val="right"/>
      </w:pPr>
      <w:r>
        <w:t>یہ ایک بہت بڑا، ایک بہت بڑی فلاسفی ہے، سادہ بات نہیں ہے۔</w:t>
      </w:r>
    </w:p>
    <w:p>
      <w:r>
        <w:rPr>
          <w:b/>
        </w:rPr>
        <w:t xml:space="preserve">[06:20] </w:t>
      </w:r>
      <w:r>
        <w:t>yani duniya mein need based zindagi guzarna. duniya mein kaha jata hai ke do, teen, teen darje hain: need, comfort, luxury.</w:t>
      </w:r>
    </w:p>
    <w:p>
      <w:pPr>
        <w:jc w:val="right"/>
      </w:pPr>
      <w:r>
        <w:t>یعنی دنیا میں نیڈ بیسڈ زندگی گزارنا۔ دنیا میں کہا جاتا ہے کہ دو، تین، تین درجے ہیں: نیڈ، کمفرٹ، لگزری۔</w:t>
      </w:r>
    </w:p>
    <w:p>
      <w:r>
        <w:rPr>
          <w:b/>
        </w:rPr>
        <w:t xml:space="preserve">[06:35] </w:t>
      </w:r>
      <w:r>
        <w:t>need, comfort, luxury.</w:t>
      </w:r>
    </w:p>
    <w:p>
      <w:pPr>
        <w:jc w:val="right"/>
      </w:pPr>
      <w:r>
        <w:t>نیڈ، کمفرٹ، لگزری۔</w:t>
      </w:r>
    </w:p>
    <w:p>
      <w:r>
        <w:rPr>
          <w:b/>
        </w:rPr>
        <w:t xml:space="preserve">[06:40] </w:t>
      </w:r>
      <w:r>
        <w:t>to roza is liye is baat ki adrak ki training hai ke aadmi need based zindagi guzar sak</w:t>
      </w:r>
    </w:p>
    <w:p>
      <w:pPr>
        <w:jc w:val="right"/>
      </w:pPr>
      <w:r>
        <w:t>تو روزہ اس لیے اس بات کی ادراک کی ٹریننگ ہے کہ آدمی نیڈ بیسڈ زندگی گزار سک</w:t>
      </w:r>
    </w:p>
    <w:p>
      <w:r>
        <w:rPr>
          <w:b/>
        </w:rPr>
        <w:t xml:space="preserve">[06:48] </w:t>
      </w:r>
      <w:r>
        <w:t>ay. simple life, sirf zaroorat ke waqt duniya cheezon ko laina.</w:t>
      </w:r>
    </w:p>
    <w:p>
      <w:pPr>
        <w:jc w:val="right"/>
      </w:pPr>
      <w:r>
        <w:t>ے۔ سمپل لائف، صرف ضرورت کے وقت دنیا چیزوں کو لینا۔</w:t>
      </w:r>
    </w:p>
    <w:p>
      <w:r>
        <w:rPr>
          <w:b/>
        </w:rPr>
        <w:t xml:space="preserve">[07:00] </w:t>
      </w:r>
      <w:r>
        <w:t>bahut hi takleefat se</w:t>
      </w:r>
    </w:p>
    <w:p>
      <w:pPr>
        <w:jc w:val="right"/>
      </w:pPr>
      <w:r>
        <w:t>بہت ہی تکلیفات سے</w:t>
      </w:r>
    </w:p>
    <w:p>
      <w:r>
        <w:rPr>
          <w:b/>
        </w:rPr>
        <w:t xml:space="preserve">[07:06] </w:t>
      </w:r>
      <w:r>
        <w:t>apne ko bachana.</w:t>
      </w:r>
    </w:p>
    <w:p>
      <w:pPr>
        <w:jc w:val="right"/>
      </w:pPr>
      <w:r>
        <w:t>اپنے کو بچانا۔</w:t>
      </w:r>
    </w:p>
    <w:p>
      <w:r>
        <w:rPr>
          <w:b/>
        </w:rPr>
        <w:t xml:space="preserve">[07:12] </w:t>
      </w:r>
      <w:r>
        <w:t>yahi to roza hai.</w:t>
      </w:r>
    </w:p>
    <w:p>
      <w:pPr>
        <w:jc w:val="right"/>
      </w:pPr>
      <w:r>
        <w:t>یہی تو روزہ ہے۔</w:t>
      </w:r>
    </w:p>
    <w:p>
      <w:r>
        <w:rPr>
          <w:b/>
        </w:rPr>
        <w:t xml:space="preserve">[07:18] </w:t>
      </w:r>
      <w:r>
        <w:t>to khane peene mein kami karna is baat ki alamat hai ke tamam maadi cheezon mein kami kar ke duniya mein zindagi guzari jaye.</w:t>
      </w:r>
    </w:p>
    <w:p>
      <w:pPr>
        <w:jc w:val="right"/>
      </w:pPr>
      <w:r>
        <w:t>تو کھانے پینے میں کمی کرنا اس بات کی علامت ہے کہ تمام مادی چیزوں میں کمی کر کے دنیا میں زندگی گزاری جائے۔</w:t>
      </w:r>
    </w:p>
    <w:p>
      <w:r>
        <w:rPr>
          <w:b/>
        </w:rPr>
        <w:t xml:space="preserve">[07:33] </w:t>
      </w:r>
      <w:r>
        <w:t>yani maadi raahaton, maadi luxury, us se bach kar duniya mein zindagi guzari jaye.</w:t>
      </w:r>
    </w:p>
    <w:p>
      <w:pPr>
        <w:jc w:val="right"/>
      </w:pPr>
      <w:r>
        <w:t>یعنی مادی راحتوں، مادی لگزری، اس سے بچ کر دنیا میں زندگی گزاری جائے۔</w:t>
      </w:r>
    </w:p>
    <w:p>
      <w:r>
        <w:rPr>
          <w:b/>
        </w:rPr>
        <w:t xml:space="preserve">[07:46] </w:t>
      </w:r>
      <w:r>
        <w:t>isi ki tarbiyat hai.</w:t>
      </w:r>
    </w:p>
    <w:p>
      <w:pPr>
        <w:jc w:val="right"/>
      </w:pPr>
      <w:r>
        <w:t>اسی کی تربیت ہے۔</w:t>
      </w:r>
    </w:p>
    <w:p>
      <w:r>
        <w:rPr>
          <w:b/>
        </w:rPr>
        <w:t xml:space="preserve">[07:52] </w:t>
      </w:r>
      <w:r>
        <w:t>kal mere paas ek ek international magazine se ek aaya letter aaya ke aap ek article likhne ke liye, 500 words ka.</w:t>
      </w:r>
    </w:p>
    <w:p>
      <w:pPr>
        <w:jc w:val="right"/>
      </w:pPr>
      <w:r>
        <w:t>کل میرے پاس ایک ایک انٹرنیشنل میگزین سے ایک آیا لیٹر آیا کہ آپ ایک آرٹیکل لکھنے کے لیے، 500 ورڈز کا۔</w:t>
      </w:r>
    </w:p>
    <w:p>
      <w:r>
        <w:rPr>
          <w:b/>
        </w:rPr>
        <w:t xml:space="preserve">[08:06] </w:t>
      </w:r>
      <w:r>
        <w:t>unhon ne yeh topic yeh diya tha ke aaj kal duniya mein ek upheaval chal raha hai, upheaval. yani Britain mein hua, aap jante hain, Gulf countries ho raha hai.</w:t>
      </w:r>
    </w:p>
    <w:p>
      <w:pPr>
        <w:jc w:val="right"/>
      </w:pPr>
      <w:r>
        <w:t>انہوں نے یہ ٹاپک یہ دیا تھا کہ آج کل دنیا میں ایک اپ ہیول چل رہا ہے، اپ ہیول۔ یعنی برٹن میں ہوا، آپ جانتے ہیں، گلف کنٹریز ہو رہا ہے۔</w:t>
      </w:r>
    </w:p>
    <w:p>
      <w:r>
        <w:rPr>
          <w:b/>
        </w:rPr>
        <w:t xml:space="preserve">[08:20] </w:t>
      </w:r>
      <w:r>
        <w:t>khud India mein hum dekhte hain: "why this upheaval?" to is ko, is ko kaise explain kiya jaye?</w:t>
      </w:r>
    </w:p>
    <w:p>
      <w:pPr>
        <w:jc w:val="right"/>
      </w:pPr>
      <w:r>
        <w:t>خود انڈیا میں ہم دیکھتے ہیں: "وائی دس اپ ہیول؟" تو اس کو، اس کو کیسے ایکسپلین کیا جائے؟</w:t>
      </w:r>
    </w:p>
    <w:p>
      <w:r>
        <w:rPr>
          <w:b/>
        </w:rPr>
        <w:t xml:space="preserve">[08:33] </w:t>
      </w:r>
      <w:r>
        <w:t>religious wisdom se kaise explain hota hai? yeh, yeh unhon ne manga.</w:t>
      </w:r>
    </w:p>
    <w:p>
      <w:pPr>
        <w:jc w:val="right"/>
      </w:pPr>
      <w:r>
        <w:t>ریلیجس وزڈم سے کیسے ایکسپلین ہوتا ہے؟ یہ، یہ انہوں نے مانگا۔</w:t>
      </w:r>
    </w:p>
    <w:p>
      <w:r>
        <w:rPr>
          <w:b/>
        </w:rPr>
        <w:t xml:space="preserve">[08:41] </w:t>
      </w:r>
      <w:r>
        <w:t>to maine is ko ek article kal likhwaya. is mein maine bataya ke yeh jo ho raha hai, is ka raaz asal mein hai dissatisfaction.</w:t>
      </w:r>
    </w:p>
    <w:p>
      <w:pPr>
        <w:jc w:val="right"/>
      </w:pPr>
      <w:r>
        <w:t>تو میں نے اس کو ایک آرٹیکل کل لکھوایا۔ اس میں میں نے بتایا کہ یہ جو ہو رہا ہے، اس کا راز اصل میں ہے ڈس سیٹسفیکشن۔</w:t>
      </w:r>
    </w:p>
    <w:p>
      <w:r>
        <w:rPr>
          <w:b/>
        </w:rPr>
        <w:t xml:space="preserve">[08:56] </w:t>
      </w:r>
      <w:r>
        <w:t>dissatisfaction jo mila hua hai, us par raazi na hona.</w:t>
      </w:r>
    </w:p>
    <w:p>
      <w:pPr>
        <w:jc w:val="right"/>
      </w:pPr>
      <w:r>
        <w:t>ڈس سیٹسفیکشن جو ملا ہوا ہے، اس پر راضی نہ ہونا۔</w:t>
      </w:r>
    </w:p>
    <w:p>
      <w:r>
        <w:rPr>
          <w:b/>
        </w:rPr>
        <w:t xml:space="preserve">[09:05] </w:t>
      </w:r>
      <w:r>
        <w:t>jo mila hua hai, us par raazi na hona, us se zyada chahna. al-hakum al-takathur, aur zyada, aur zyada.</w:t>
      </w:r>
    </w:p>
    <w:p>
      <w:pPr>
        <w:jc w:val="right"/>
      </w:pPr>
      <w:r>
        <w:t>جو ملا ہوا ہے، اس پر راضی نہ ہونا، اس سے زیادہ چاہنا۔ الحق التکاثر، اور زیادہ، اور زیادہ۔</w:t>
      </w:r>
    </w:p>
    <w:p>
      <w:r>
        <w:rPr>
          <w:b/>
        </w:rPr>
        <w:t xml:space="preserve">[09:12] </w:t>
      </w:r>
      <w:r>
        <w:t>yeh takathur ki nafsiyat se yeh sab paida hua hai. woh ne sab ko, sab ko khane par sab ko mil raha hai. protest karne walon ko maine dekha TV par, sab khoob tandrust log thay, mujh se, mujh se baithe thay.</w:t>
      </w:r>
    </w:p>
    <w:p>
      <w:pPr>
        <w:jc w:val="right"/>
      </w:pPr>
      <w:r>
        <w:t>یہ تکاثر کی نفسیات سے یہ سب پیدا ہوا ہے۔ وہ نے سب کو، سب کو کھانے پر سب کو مل رہا ہے۔ پروٹیسٹ کرنے والوں کو میں نے دیکھا ٹی وی پر، سب خوب تندرست لوگ تھے، مجھ سے، مجھ سے بیٹھے تھے۔</w:t>
      </w:r>
    </w:p>
    <w:p>
      <w:r>
        <w:rPr>
          <w:b/>
        </w:rPr>
        <w:t xml:space="preserve">[09:24] </w:t>
      </w:r>
      <w:r>
        <w:t>sab mujh se baithe thay woh aur shor kar rahe thay. kai bar main TV pe dekha jo protest karte hain, un ko woh us se zyada healthy, woh us se zyada acha, un ke jism tha aur aur shor kar rahe hain.</w:t>
      </w:r>
    </w:p>
    <w:p>
      <w:pPr>
        <w:jc w:val="right"/>
      </w:pPr>
      <w:r>
        <w:t>سب مجھ سے بیٹھے تھے وہ اور شور کر رہے تھے۔ کئی بار میں ٹی وی پہ دیکھا جو پروٹیسٹ کرتے ہیں، ان کو وہ اس سے زیادہ ہیلتھی، وہ اس سے زیادہ اچھا، ان کے جسم تھا اور اور شور کر رہے ہیں۔</w:t>
      </w:r>
    </w:p>
    <w:p>
      <w:r>
        <w:rPr>
          <w:b/>
        </w:rPr>
        <w:t xml:space="preserve">[09:42] </w:t>
      </w:r>
      <w:r>
        <w:t>to aisa nahin ke woh bhookon par rahe hain. nahin, jo mila hua hai, us ko woh kam samajhte hain. magar sawal yeh hai ke jab mil jata hai, phir phir dobara ko jari rehta hai.</w:t>
      </w:r>
    </w:p>
    <w:p>
      <w:pPr>
        <w:jc w:val="right"/>
      </w:pPr>
      <w:r>
        <w:t>تو ایسا نہیں کہ وہ بھوکوں پر رہے ہیں۔ نہیں، جو ملا ہوا ہے، اس کو وہ کم سمجھتے ہیں۔ مگر سوال یہ ہے کہ جب مل جاتا ہے، پھر پھر دوبارہ کو جاری رہتا ہے۔</w:t>
      </w:r>
    </w:p>
    <w:p>
      <w:r>
        <w:rPr>
          <w:b/>
        </w:rPr>
        <w:t xml:space="preserve">[09:56] </w:t>
      </w:r>
      <w:r>
        <w:t>jaise India mein dekhiye, India mein British period mein logon ko lagta tha ke humein kuch nahin mila hua hai. to hangama khara hua, yahan tak ke 1947 mein India azaad ho gaya.</w:t>
      </w:r>
    </w:p>
    <w:p>
      <w:pPr>
        <w:jc w:val="right"/>
      </w:pPr>
      <w:r>
        <w:t>جیسے انڈیا میں دیکھیے، انڈیا میں برٹش پیریڈ میں لوگوں کو لگتا تھا کہ ہمیں کچھ نہیں ملا ہوا ہے۔ تو ہنگامہ کھڑا ہوا، یہاں تک کہ 1947 میں انڈیا آزاد ہو گیا۔</w:t>
      </w:r>
    </w:p>
    <w:p>
      <w:r>
        <w:rPr>
          <w:b/>
        </w:rPr>
        <w:t xml:space="preserve">[10:10] </w:t>
      </w:r>
      <w:r>
        <w:t>magar phir bhi dekhiye, jab jab jab Rukun Raan ki jo tehreek uthi thi, usi Ram</w:t>
      </w:r>
    </w:p>
    <w:p>
      <w:pPr>
        <w:jc w:val="right"/>
      </w:pPr>
      <w:r>
        <w:t>مگر پھر بھی دیکھیے، جب جب جب رکن رائن کی جو تحریک اٹھی تھی، اسی رامل گراؤنڈ میں اسی بڑا وہاں پہ پراؤڈ اکٹھا ہوا تھا۔</w:t>
      </w:r>
    </w:p>
    <w:p>
      <w:r>
        <w:rPr>
          <w:b/>
        </w:rPr>
        <w:t xml:space="preserve">[10:23] </w:t>
      </w:r>
      <w:r>
        <w:t>to is ke baad phir bhi, phir bhi logon ko wahi dis setsfaiyekt hua. ab, ab, ab awaz ka hangama hai. to koi bhi cheez mile to aadmi ko kam lagti hai.</w:t>
      </w:r>
    </w:p>
    <w:p>
      <w:pPr>
        <w:jc w:val="right"/>
      </w:pPr>
      <w:r>
        <w:t>تو اس کے بعد پھر بھی، پھر بھی لوگوں کو وہی ڈس سیٹسفیکٹ ہوا۔ اب، اب، اب آواز کا ہنگامہ ہے۔ تو کوئی بھی چیز ملے تو آدمی کو کم لگتی ہے۔</w:t>
      </w:r>
    </w:p>
    <w:p>
      <w:r>
        <w:rPr>
          <w:b/>
        </w:rPr>
        <w:t xml:space="preserve">[10:36] </w:t>
      </w:r>
      <w:r>
        <w:t>wo</w:t>
      </w:r>
    </w:p>
    <w:p>
      <w:pPr>
        <w:jc w:val="right"/>
      </w:pPr>
      <w:r>
        <w:t>وہ</w:t>
      </w:r>
    </w:p>
    <w:p>
      <w:r>
        <w:rPr>
          <w:b/>
        </w:rPr>
        <w:t xml:space="preserve">[10:41] </w:t>
      </w:r>
      <w:r>
        <w:t>koi bhi cheez mile to kam lagti hai. yaani brtish period mein lagta tha hum ko kam mila hua hai, aadha hi aa gayi, tab bhi bara kam, kam mila hua hai. jab rain ne poora nara lagaya, wo bhi mil gaya, tab bhi kam mila hua hai.</w:t>
      </w:r>
    </w:p>
    <w:p>
      <w:pPr>
        <w:jc w:val="right"/>
      </w:pPr>
      <w:r>
        <w:t>کوئی بھی چیز ملے تو کم لگتی ہے۔ یعنی برٹش پیریڈ میں لگتا تھا ہم کو کم ملا ہوا ہے، آدھا ہی آ گئی، تب بھی بڑا کم، کم ملا ہوا ہے۔ جب رائن نے پورا نعرہ لگایا، وہ بھی مل گیا، تب بھی کم ملا ہوا ہے۔</w:t>
      </w:r>
    </w:p>
    <w:p>
      <w:r>
        <w:rPr>
          <w:b/>
        </w:rPr>
        <w:t xml:space="preserve">[10:54] </w:t>
      </w:r>
      <w:r>
        <w:t>ab phir wo hangama hai, kam mila hua hai. to rozah ko kam par razi hone ka sabak hai.</w:t>
      </w:r>
    </w:p>
    <w:p>
      <w:pPr>
        <w:jc w:val="right"/>
      </w:pPr>
      <w:r>
        <w:t>اب پھر وہ ہنگامہ ہے، کم ملا ہوا ہے۔ تو روزہ کو کم پر راضی ہونے کا سبق ہے۔</w:t>
      </w:r>
    </w:p>
    <w:p>
      <w:r>
        <w:rPr>
          <w:b/>
        </w:rPr>
        <w:t xml:space="preserve">[11:06] </w:t>
      </w:r>
      <w:r>
        <w:t>kyun? kam par razi hone hi mein aadmi ko pais milega aur sukoon milega.</w:t>
      </w:r>
    </w:p>
    <w:p>
      <w:pPr>
        <w:jc w:val="right"/>
      </w:pPr>
      <w:r>
        <w:t>کیوں؟ کم پر راضی ہونے ہی میں آدمی کو پیس ملے گا اور سکون ملے گا۔</w:t>
      </w:r>
    </w:p>
    <w:p>
      <w:r>
        <w:rPr>
          <w:b/>
        </w:rPr>
        <w:t xml:space="preserve">[11:18] </w:t>
      </w:r>
      <w:r>
        <w:t>to main ne is mein likha is article mein ke asal cheez yeh hai ke insaan jo hai, by nature idealist hai.</w:t>
      </w:r>
    </w:p>
    <w:p>
      <w:pPr>
        <w:jc w:val="right"/>
      </w:pPr>
      <w:r>
        <w:t>تو میں نے اس میں لکھا اس آرٹیکل میں کہ اصل چیز یہ ہے کہ انسان جو ہے، بائی نیچر آئیڈیلسٹ ہے۔</w:t>
      </w:r>
    </w:p>
    <w:p>
      <w:r>
        <w:rPr>
          <w:b/>
        </w:rPr>
        <w:t xml:space="preserve">[11:29] </w:t>
      </w:r>
      <w:r>
        <w:t>minds ideal seeking annual. Hum ideal world</w:t>
      </w:r>
    </w:p>
    <w:p>
      <w:pPr>
        <w:jc w:val="right"/>
      </w:pPr>
      <w:r>
        <w:t>مائنڈز آئیڈیل سیکنگ اینیول۔ ہم آئیڈیل ورلڈ</w:t>
      </w:r>
    </w:p>
    <w:p>
      <w:r>
        <w:rPr>
          <w:b/>
        </w:rPr>
        <w:t xml:space="preserve">[11:33] </w:t>
      </w:r>
      <w:r>
        <w:t>chahte hain, ideal world, ideal justice, ideal society, ideal government.</w:t>
      </w:r>
    </w:p>
    <w:p>
      <w:pPr>
        <w:jc w:val="right"/>
      </w:pPr>
      <w:r>
        <w:t>چاہتے ہیں، آئیڈیل ورلڈ، آئیڈیل جسٹس، آئیڈیل سوسائٹی، آئیڈیل گورنمنٹ۔</w:t>
      </w:r>
    </w:p>
    <w:p>
      <w:r>
        <w:rPr>
          <w:b/>
        </w:rPr>
        <w:t xml:space="preserve">[11:44] </w:t>
      </w:r>
      <w:r>
        <w:t>lekin dunya jo Allah taala ne banai hai, to yeh koi cheez milti nahi ideal. yahan har cheez less than ideal milti hai.</w:t>
      </w:r>
    </w:p>
    <w:p>
      <w:pPr>
        <w:jc w:val="right"/>
      </w:pPr>
      <w:r>
        <w:t>لیکن دنیا جو اللہ تعالیٰ نے بنائی ہے، تو یہ کوئی چیز ملتی نہیں آئیڈیل۔ یہاں ہر چیز لیس دین آئیڈیل ملتی ہے۔</w:t>
      </w:r>
    </w:p>
    <w:p>
      <w:r>
        <w:rPr>
          <w:b/>
        </w:rPr>
        <w:t xml:space="preserve">[11:54] </w:t>
      </w:r>
      <w:r>
        <w:t>laqad lasan fi qabz. dunya mein jo milega, wo aap ko apne ideal se kam milega.</w:t>
      </w:r>
    </w:p>
    <w:p>
      <w:pPr>
        <w:jc w:val="right"/>
      </w:pPr>
      <w:r>
        <w:t>لقد لسان فی قبض۔ دنیا میں جو ملے گا، وہ آپ کو اپنے آئیڈیل سے کم ملے گا۔</w:t>
      </w:r>
    </w:p>
    <w:p>
      <w:r>
        <w:rPr>
          <w:b/>
        </w:rPr>
        <w:t xml:space="preserve">[12:04] </w:t>
      </w:r>
      <w:r>
        <w:t>to ideal to jannat mein, jannat mein. yaani ideal jo hamare maani mein bhara hua hai, wo jannat ke liye hai, dunya ke liye nahi hai. yeh sahi hai ke minds is ideal seek annual, lekin zahir se to is ko badle lafz to kahenge: "minds is paradise seek annual".</w:t>
      </w:r>
    </w:p>
    <w:p>
      <w:pPr>
        <w:jc w:val="right"/>
      </w:pPr>
      <w:r>
        <w:t>تو آئیڈیل تو جنت میں، جنت میں۔ یعنی آئیڈیل جو ہمارے معنی میں بھرا ہوا ہے، وہ جنت کے لیے ہے، دنیا کے لیے نہیں ہے۔ یہ صحیح ہے کہ مائنڈ از آئیڈیل سیک اینیول، لیکن ظاہر سے تو اس کو بدلے لفظ تو کہیں گے: "مائنڈ از پارڈائز سیک اینیول"۔</w:t>
      </w:r>
    </w:p>
    <w:p>
      <w:r>
        <w:rPr>
          <w:b/>
        </w:rPr>
        <w:t xml:space="preserve">[12:21] </w:t>
      </w:r>
      <w:r>
        <w:t>hum jo idealist hain, kis liye hain? hum jana chahte hain paidaish ke taur par.</w:t>
      </w:r>
    </w:p>
    <w:p>
      <w:pPr>
        <w:jc w:val="right"/>
      </w:pPr>
      <w:r>
        <w:t>ہم جو آئیڈیلسٹ ہیں، کس لیے ہیں؟ ہم جانا چاہتے ہیں پیدائش کے طور پر۔</w:t>
      </w:r>
    </w:p>
    <w:p>
      <w:r>
        <w:rPr>
          <w:b/>
        </w:rPr>
        <w:t xml:space="preserve">[12:28] </w:t>
      </w:r>
      <w:r>
        <w:t>to yeh kaha jata hai ke "minds is a</w:t>
      </w:r>
    </w:p>
    <w:p>
      <w:pPr>
        <w:jc w:val="right"/>
      </w:pPr>
      <w:r>
        <w:t>تو یہ کہا جاتا ہے کہ "مائنڈ از ا</w:t>
      </w:r>
    </w:p>
    <w:p>
      <w:r>
        <w:rPr>
          <w:b/>
        </w:rPr>
        <w:t xml:space="preserve">[12:35] </w:t>
      </w:r>
      <w:r>
        <w:t>an ideal seek anyool". isi ko badal kar main kahunga ke "minds is a paradise seek anyool". isi nature aadmi ka yeh nature jo hai, is ki bana par wo har cheez mein,</w:t>
      </w:r>
    </w:p>
    <w:p>
      <w:pPr>
        <w:jc w:val="right"/>
      </w:pPr>
      <w:r>
        <w:t>این آئیڈیل سیک اینیول"۔ اسی کو بدل کر میں کہوں گا کہ "مائنڈ از ا پارڈائز سیک اینیول"۔ اسی نیچر آدمی کا یہ نیچر جو ہے، اس کی بنا پر وہ ہر چیز میں،</w:t>
      </w:r>
    </w:p>
    <w:p>
      <w:r>
        <w:rPr>
          <w:b/>
        </w:rPr>
        <w:t xml:space="preserve">[12:48] </w:t>
      </w:r>
      <w:r>
        <w:t>yaani jo jannat milegi, jo jannat milegi maut ke baad akhirat mein, wo is dunya mein chahta hai. aur yeh dunya milne wali nahi hai.</w:t>
      </w:r>
    </w:p>
    <w:p>
      <w:pPr>
        <w:jc w:val="right"/>
      </w:pPr>
      <w:r>
        <w:t>یعنی جو جنت ملے گی، جو جنت ملے گی موت کے بعد آخرت میں، وہ اس دنیا میں چاہتا ہے۔ اور یہ دنیا ملنے والی نہیں ہے۔</w:t>
      </w:r>
    </w:p>
    <w:p>
      <w:r>
        <w:rPr>
          <w:b/>
        </w:rPr>
        <w:t xml:space="preserve">[12:57] </w:t>
      </w:r>
      <w:r>
        <w:t>yeh dunya Allah taala ne jannat ke bahar nahi hai.</w:t>
      </w:r>
    </w:p>
    <w:p>
      <w:pPr>
        <w:jc w:val="right"/>
      </w:pPr>
      <w:r>
        <w:t>یہ دنیا اللہ تعالیٰ نے جنت کے باہر نہیں ہے۔</w:t>
      </w:r>
    </w:p>
    <w:p>
      <w:r>
        <w:rPr>
          <w:b/>
        </w:rPr>
        <w:t xml:space="preserve">[13:04] </w:t>
      </w:r>
      <w:r>
        <w:t>to har cheez less than paradise yahan par hai, less than ideal, less than perfect. is se isi se paida hota hai dissatisfaction.</w:t>
      </w:r>
    </w:p>
    <w:p>
      <w:pPr>
        <w:jc w:val="right"/>
      </w:pPr>
      <w:r>
        <w:t>تو ہر چیز لیس دین پارڈائز یہاں پر ہے، لیس دین آئیڈیل، لیس دین پرفیکٹ۔ اس سے اسی سے پیدا ہوتا ہے ڈس سیٹسفیکشن۔</w:t>
      </w:r>
    </w:p>
    <w:p>
      <w:r>
        <w:rPr>
          <w:b/>
        </w:rPr>
        <w:t xml:space="preserve">[13:16] </w:t>
      </w:r>
      <w:r>
        <w:t>to</w:t>
      </w:r>
    </w:p>
    <w:p>
      <w:pPr>
        <w:jc w:val="right"/>
      </w:pPr>
      <w:r>
        <w:t>تو</w:t>
      </w:r>
    </w:p>
    <w:p>
      <w:r>
        <w:rPr>
          <w:b/>
        </w:rPr>
        <w:t xml:space="preserve">[13:17] </w:t>
      </w:r>
      <w:r>
        <w:t>main ne likha article mein yeh baat ke</w:t>
      </w:r>
    </w:p>
    <w:p>
      <w:pPr>
        <w:jc w:val="right"/>
      </w:pPr>
      <w:r>
        <w:t>میں نے لکھا آرٹیکل میں یہ بات کہ</w:t>
      </w:r>
    </w:p>
    <w:p>
      <w:r>
        <w:rPr>
          <w:b/>
        </w:rPr>
        <w:t xml:space="preserve">[13:28] </w:t>
      </w:r>
      <w:r>
        <w:t>contentment hi ek hal hai. contentment, qanaat, contentment.</w:t>
      </w:r>
    </w:p>
    <w:p>
      <w:pPr>
        <w:jc w:val="right"/>
      </w:pPr>
      <w:r>
        <w:t>کنٹینٹمنٹ ہی ایک حل ہے۔ کنٹینٹمنٹ، قناعت، کنٹینٹمنٹ۔</w:t>
      </w:r>
    </w:p>
    <w:p>
      <w:r>
        <w:rPr>
          <w:b/>
        </w:rPr>
        <w:t xml:space="preserve">[13:38] </w:t>
      </w:r>
      <w:r>
        <w:t>to do lafz main ne likha is mein ke material state egoism</w:t>
      </w:r>
    </w:p>
    <w:p>
      <w:pPr>
        <w:jc w:val="right"/>
      </w:pPr>
      <w:r>
        <w:t>تو دو لفظ میں نے لکھا اس میں کہ مٹیریل اسٹیلسکوئزم</w:t>
      </w:r>
    </w:p>
    <w:p>
      <w:r>
        <w:rPr>
          <w:b/>
        </w:rPr>
        <w:t xml:space="preserve">[13:48] </w:t>
      </w:r>
      <w:r>
        <w:t>aur</w:t>
      </w:r>
    </w:p>
    <w:p>
      <w:pPr>
        <w:jc w:val="right"/>
      </w:pPr>
      <w:r>
        <w:t>اور</w:t>
      </w:r>
    </w:p>
    <w:p>
      <w:r>
        <w:rPr>
          <w:b/>
        </w:rPr>
        <w:t xml:space="preserve">[14:02] </w:t>
      </w:r>
      <w:r>
        <w:t>spiritual idealism. material stateliscoism, spiritual idealism</w:t>
      </w:r>
    </w:p>
    <w:p>
      <w:pPr>
        <w:jc w:val="right"/>
      </w:pPr>
      <w:r>
        <w:t>اسپریچول آئیڈیلزم۔ مٹیریل اسٹیٹسکوئزم، اسپریچول آئیڈیلزم</w:t>
      </w:r>
    </w:p>
    <w:p>
      <w:r>
        <w:rPr>
          <w:b/>
        </w:rPr>
        <w:t xml:space="preserve">[14:08] </w:t>
      </w:r>
      <w:r>
        <w:t>. spirituality mein aap idealist banen. zyada se zyada spirit development, zyada se zyada spiritual development karen.</w:t>
      </w:r>
    </w:p>
    <w:p>
      <w:pPr>
        <w:jc w:val="right"/>
      </w:pPr>
      <w:r>
        <w:t>۔ اسپریچوٹی میں آپ آئیڈیلسٹ بنیں۔ زیادہ سے زیادہ اسپرٹ ڈیویلپمنٹ، زیادہ سے زیادہ اسپریچول ڈیویلپمنٹ کریں۔</w:t>
      </w:r>
    </w:p>
    <w:p>
      <w:r>
        <w:rPr>
          <w:b/>
        </w:rPr>
        <w:t xml:space="preserve">[14:18] </w:t>
      </w:r>
      <w:r>
        <w:t>zyada se zyada intellectual development karen. yaani ke material cheezon par aap jo hai, isi par razi ho jayen. is mein status quoist ban jayen.</w:t>
      </w:r>
    </w:p>
    <w:p>
      <w:pPr>
        <w:jc w:val="right"/>
      </w:pPr>
      <w:r>
        <w:t>زیادہ سے زیادہ انٹلیکچول ڈیویلپمنٹ کریں۔ یعنی کہ مٹیریل چیزوں پر آپ جو ہے، اسی پر راضی ہو جائیں۔ اس میں اسٹیلسکوئسٹ بن جائیں۔</w:t>
      </w:r>
    </w:p>
    <w:p>
      <w:r>
        <w:rPr>
          <w:b/>
        </w:rPr>
        <w:t xml:space="preserve">[14:31] </w:t>
      </w:r>
      <w:r>
        <w:t>to roza isi ki training hai ke jo mil raha hai, us par razi ho jao. koi zyada milne wala nahi hai.</w:t>
      </w:r>
    </w:p>
    <w:p>
      <w:pPr>
        <w:jc w:val="right"/>
      </w:pPr>
      <w:r>
        <w:t>تو روزہ اسی کی ٹریننگ ہے کہ جو مل رہا ہے، اس پر راضی ہو جاؤ۔ کوئی زیادہ ملنے والا نہیں ہے۔</w:t>
      </w:r>
    </w:p>
    <w:p>
      <w:r>
        <w:rPr>
          <w:b/>
        </w:rPr>
        <w:t xml:space="preserve">[14:41] </w:t>
      </w:r>
      <w:r>
        <w:t>quran mein hai ke "alhaq al-takathur". aadmi mor aur mor ke ki dor mein rehta hai, yahan tak ke mar jata hai, mar ke khatm ho jata hai.</w:t>
      </w:r>
    </w:p>
    <w:p>
      <w:pPr>
        <w:jc w:val="right"/>
      </w:pPr>
      <w:r>
        <w:t>قرآن میں ہے کہ "الحق التکاثر"۔ آدمی مور اور مور کے کی دوڑ میں رہتا ہے، یہاں تک کہ مر جاتا ہے، مر کے ختم ہو جاتا ہے۔</w:t>
      </w:r>
    </w:p>
    <w:p>
      <w:r>
        <w:rPr>
          <w:b/>
        </w:rPr>
        <w:t xml:space="preserve">[14:58] </w:t>
      </w:r>
      <w:r>
        <w:t>to yeh zindagi ki, yani Allah taala ka jo karishma plan hai, is ka matlab zindagi ki jo philosophy banti hai, woh yahi hai.</w:t>
      </w:r>
    </w:p>
    <w:p>
      <w:pPr>
        <w:jc w:val="right"/>
      </w:pPr>
      <w:r>
        <w:t>تو یہ زندگی کی، یعنی اللہ تعالیٰ کا جو کرشمہ پلان ہے، اس کا مطلب زندگی کی جو فلاسفی بنتی ہے، وہ یہی ہے۔</w:t>
      </w:r>
    </w:p>
    <w:p>
      <w:r>
        <w:rPr>
          <w:b/>
        </w:rPr>
        <w:t xml:space="preserve">[15:14] </w:t>
      </w:r>
      <w:r>
        <w:t>sari tareekh mein aap dekhiye, tension, tashaddud, nafrat, ladai kya hai?</w:t>
      </w:r>
    </w:p>
    <w:p>
      <w:pPr>
        <w:jc w:val="right"/>
      </w:pPr>
      <w:r>
        <w:t>ساری تاریخ میں آپ دیکھیے، ٹینشن، تشدد، نفرت، لڑائی کیا ہے؟</w:t>
      </w:r>
    </w:p>
    <w:p>
      <w:r>
        <w:rPr>
          <w:b/>
        </w:rPr>
        <w:t xml:space="preserve">[15:23] </w:t>
      </w:r>
      <w:r>
        <w:t>sab ka reason hai dissatisfaction. jo mila hai, us par razi na hona. jaise Alexander the Great jo kaha tha, jis ko woh Yunan ke badshah tha,</w:t>
      </w:r>
    </w:p>
    <w:p>
      <w:pPr>
        <w:jc w:val="right"/>
      </w:pPr>
      <w:r>
        <w:t>سب کا ریزن ہے ڈس سیٹسفیکشن۔ جو ملا ہے، اس پر راضی نہ ہونا۔ جیسے الیگزینڈر دا گریٹ جو کہا تھا، جس کو وہ یونان کے بادشاہ تھا،</w:t>
      </w:r>
    </w:p>
    <w:p>
      <w:r>
        <w:rPr>
          <w:b/>
        </w:rPr>
        <w:t xml:space="preserve">[15:40] </w:t>
      </w:r>
      <w:r>
        <w:t>Greece. to Greece ki badshahi mil gayi us ko.</w:t>
      </w:r>
    </w:p>
    <w:p>
      <w:pPr>
        <w:jc w:val="right"/>
      </w:pPr>
      <w:r>
        <w:t>گریس۔ تو گریس کی بادشاہی مل گئی اس کو۔</w:t>
      </w:r>
    </w:p>
    <w:p>
      <w:r>
        <w:rPr>
          <w:b/>
        </w:rPr>
        <w:t xml:space="preserve">[15:43] </w:t>
      </w:r>
      <w:r>
        <w:t>Greece ki badshahi par us ko contentment nahi hua. ab kya? poore Europe, poora Europe badshah banunga.</w:t>
      </w:r>
    </w:p>
    <w:p>
      <w:pPr>
        <w:jc w:val="right"/>
      </w:pPr>
      <w:r>
        <w:t>گریس کی بادشاہی پر اس کو کنٹینٹمنٹ نہیں ہوا۔ اب کیا؟ پورے یورپ، پورا یورپ بادشاہ بنوں گا۔</w:t>
      </w:r>
    </w:p>
    <w:p>
      <w:r>
        <w:rPr>
          <w:b/>
        </w:rPr>
        <w:t xml:space="preserve">[15:55] </w:t>
      </w:r>
      <w:r>
        <w:t>to Europe ki badshahi, Europe mein us ne advancement kiya. chalte chalte Asia aaya, Sindh, darya-e-Sindh tak aa gaya aur phir mar gaya.</w:t>
      </w:r>
    </w:p>
    <w:p>
      <w:pPr>
        <w:jc w:val="right"/>
      </w:pPr>
      <w:r>
        <w:t>تو یورپ کی بادشاہی، یورپ میں اس نے ایڈوانسمنٹ کیا۔ چلتے چلتے ایشیا آیا، سندھ، دریائے سندھ تک آ گیا اور پھر مر گیا۔</w:t>
      </w:r>
    </w:p>
    <w:p>
      <w:r>
        <w:rPr>
          <w:b/>
        </w:rPr>
        <w:t xml:space="preserve">[16:11] </w:t>
      </w:r>
      <w:r>
        <w:t>to aadmi</w:t>
      </w:r>
    </w:p>
    <w:p>
      <w:pPr>
        <w:jc w:val="right"/>
      </w:pPr>
      <w:r>
        <w:t>تو آدمی</w:t>
      </w:r>
    </w:p>
    <w:p>
      <w:r>
        <w:rPr>
          <w:b/>
        </w:rPr>
        <w:t xml:space="preserve">[16:14] </w:t>
      </w:r>
      <w:r>
        <w:t>mara, bohat hi frustration mein mara tha. yani Greece se le kar Sindh tak is ka hukumat qaim ho gayi, tab bhi woh distress hua be-itminani mein.</w:t>
      </w:r>
    </w:p>
    <w:p>
      <w:pPr>
        <w:jc w:val="right"/>
      </w:pPr>
      <w:r>
        <w:t>مرا، بہت ہی فریسٹریشن میں مرا تھا۔ یعنی گریس سے لے کر سندھ تک اس کا حکومت قائم ہو گئی، تب بھی وہ ڈسٹرس ہوا بے اطمینانی میں۔</w:t>
      </w:r>
    </w:p>
    <w:p>
      <w:r>
        <w:rPr>
          <w:b/>
        </w:rPr>
        <w:t xml:space="preserve">[16:29] </w:t>
      </w:r>
      <w:r>
        <w:t>to is duniya mein dekhiye, Allah taala ne duniya ko jannat ke liye nahi banaya.</w:t>
      </w:r>
    </w:p>
    <w:p>
      <w:pPr>
        <w:jc w:val="right"/>
      </w:pPr>
      <w:r>
        <w:t>تو اس دنیا میں دیکھیے، اللہ تعالیٰ نے دنیا کو جنت کے لیے نہیں بنایا۔</w:t>
      </w:r>
    </w:p>
    <w:p>
      <w:r>
        <w:rPr>
          <w:b/>
        </w:rPr>
        <w:t xml:space="preserve">[16:41] </w:t>
      </w:r>
      <w:r>
        <w:t>yahan aap apni paradise nahi bana sakte. woh to akhirat mein milegi. to yeh isi cheez ko janne ka naam hai zindagi ke "mind is a paradise seek any one".</w:t>
      </w:r>
    </w:p>
    <w:p>
      <w:pPr>
        <w:jc w:val="right"/>
      </w:pPr>
      <w:r>
        <w:t>یہاں آپ اپنی پارڈائز نہیں بنا سکتے۔ وہ تو آخرت میں ملے گی۔ تو یہ اسی چیز کو جاننے کا نام ہے زندگی کہ "مائنڈ از ا پارڈائز سیک اینیول"۔</w:t>
      </w:r>
    </w:p>
    <w:p>
      <w:r>
        <w:rPr>
          <w:b/>
        </w:rPr>
        <w:t xml:space="preserve">[16:53] </w:t>
      </w:r>
      <w:r>
        <w:t>magar paradise milegi akhirat mein. yahan mat jhooto. yahan jhooto ge to kya hoga? dissatisfaction, tension.</w:t>
      </w:r>
    </w:p>
    <w:p>
      <w:pPr>
        <w:jc w:val="right"/>
      </w:pPr>
      <w:r>
        <w:t>مگر پارڈائز ملے گی آخرت میں۔ یہاں مت جھوٹو۔ یہاں جھوٹو گے تو کیا ہوگا؟ ڈس سیٹسفیکشن، ٹینشن۔</w:t>
      </w:r>
    </w:p>
    <w:p>
      <w:r>
        <w:rPr>
          <w:b/>
        </w:rPr>
        <w:t xml:space="preserve">[17:07] </w:t>
      </w:r>
      <w:r>
        <w:t>to roza is baat ki tabiyat hai ke kam par razi hona seekho.</w:t>
      </w:r>
    </w:p>
    <w:p>
      <w:pPr>
        <w:jc w:val="right"/>
      </w:pPr>
      <w:r>
        <w:t>تو روزہ اس بات کی طبیعت ہے کہ کم پر راضی ہونا سیکھو۔</w:t>
      </w:r>
    </w:p>
    <w:p>
      <w:r>
        <w:rPr>
          <w:b/>
        </w:rPr>
        <w:t xml:space="preserve">[17:15] </w:t>
      </w:r>
      <w:r>
        <w:t>kam par razi hona seekho. itikaf, itikaf jo hai, goya chand din bilkul ek dafa isi mein excess ho kar ke isi baat ko aur zyada quran padha hai, quran padha hai aur samjha hai is baat ko.</w:t>
      </w:r>
    </w:p>
    <w:p>
      <w:pPr>
        <w:jc w:val="right"/>
      </w:pPr>
      <w:r>
        <w:t>کم پر راضی ہونا سیکھو۔ اعتکاف، اعتکاف جو ہے، گویا چند دن بالکل ایک دفعہ اسی میں ایکسو ہو کر کے اسی بات کو اور زیادہ قرآن پڑھا ہے، قرآن پڑھا ہے اور سمجھا ہے اس بات کو۔</w:t>
      </w:r>
    </w:p>
    <w:p>
      <w:r>
        <w:rPr>
          <w:b/>
        </w:rPr>
        <w:t xml:space="preserve">[17:29] </w:t>
      </w:r>
      <w:r>
        <w:t>is ke liye hai.</w:t>
      </w:r>
    </w:p>
    <w:p>
      <w:pPr>
        <w:jc w:val="right"/>
      </w:pPr>
      <w:r>
        <w:t>اس کے لیے ہے۔</w:t>
      </w:r>
    </w:p>
    <w:p>
      <w:r>
        <w:rPr>
          <w:b/>
        </w:rPr>
        <w:t xml:space="preserve">[17:37] </w:t>
      </w:r>
      <w:r>
        <w:t>to yeh bohat bara sabak hai. bas bataun ke success, successful life ka ek hi formula hai aur woh hai contentment.</w:t>
      </w:r>
    </w:p>
    <w:p>
      <w:pPr>
        <w:jc w:val="right"/>
      </w:pPr>
      <w:r>
        <w:t>تو یہ بہت بڑا سبق ہے۔ بس بتاؤں کہ سکسیس، سکسیس فل لائف کا ایک ہی فارمولا ہے اور وہ ہے کنٹینٹمنٹ۔</w:t>
      </w:r>
    </w:p>
    <w:p>
      <w:r>
        <w:rPr>
          <w:b/>
        </w:rPr>
        <w:t xml:space="preserve">[17:48] </w:t>
      </w:r>
      <w:r>
        <w:t>successful life ka formula sirf ek hai: contentment, qanaat. jo mila hai, us par razi ho jana.</w:t>
      </w:r>
    </w:p>
    <w:p>
      <w:pPr>
        <w:jc w:val="right"/>
      </w:pPr>
      <w:r>
        <w:t>سکسیس فل لائف کا فارمولا صرف ایک ہے: کنٹینٹمنٹ، قناعت۔ جو ملا ہے، اس پر راضی ہو جانا۔</w:t>
      </w:r>
    </w:p>
    <w:p>
      <w:r>
        <w:rPr>
          <w:b/>
        </w:rPr>
        <w:t xml:space="preserve">[18:00] </w:t>
      </w:r>
      <w:r>
        <w:t>jab bhi aap mere par razi na honge to kya hoga?</w:t>
      </w:r>
    </w:p>
    <w:p>
      <w:pPr>
        <w:jc w:val="right"/>
      </w:pPr>
      <w:r>
        <w:t>جب بھی آپ میرے پر راضی نہ ہوں گے تو کیا ہوگا؟</w:t>
      </w:r>
    </w:p>
    <w:p>
      <w:r>
        <w:rPr>
          <w:b/>
        </w:rPr>
        <w:t xml:space="preserve">[18:05] </w:t>
      </w:r>
      <w:r>
        <w:t>nafrat, tashaddud, ladai, hungama, yeh is se hoga.</w:t>
      </w:r>
    </w:p>
    <w:p>
      <w:pPr>
        <w:jc w:val="right"/>
      </w:pPr>
      <w:r>
        <w:t>نفرت، تشدد، لڑائی، ہنگامہ، یہ اس سے ہوگا۔</w:t>
      </w:r>
    </w:p>
    <w:p>
      <w:r>
        <w:rPr>
          <w:b/>
        </w:rPr>
        <w:t xml:space="preserve">[18:13] </w:t>
      </w:r>
      <w:r>
        <w:t>har jagah aap yeh, yeh, yeh, yeh dekhenge ke log hungama kar ke ek system badlenge. naya aayega, phir, phir un ka bechaini badhegi.</w:t>
      </w:r>
    </w:p>
    <w:p>
      <w:pPr>
        <w:jc w:val="right"/>
      </w:pPr>
      <w:r>
        <w:t>ہر جگہ آپ یہ، یہ، یہ، یہ دیکھیں گے کہ لوگ ہنگامہ کر کے ایک سسٹم بدلیں گے۔ نیا آئے گا، پھر، پھر ان کا بے چینی بڑھے گی۔</w:t>
      </w:r>
    </w:p>
    <w:p>
      <w:r>
        <w:rPr>
          <w:b/>
        </w:rPr>
        <w:t xml:space="preserve">[18:25] </w:t>
      </w:r>
      <w:r>
        <w:t>phir is ko todenge, phir naya layenge, phir, phir bechaini, phir be-itminani. is tarah chalta rehta hai.</w:t>
      </w:r>
    </w:p>
    <w:p>
      <w:pPr>
        <w:jc w:val="right"/>
      </w:pPr>
      <w:r>
        <w:t>پھر اس کو توڑیں گے، پھر نیا لائیں گے، پھر، پھر بے چینی، پھر بے اطمینانی۔ اس طرح چلتا رہتا ہے۔</w:t>
      </w:r>
    </w:p>
    <w:p>
      <w:r>
        <w:rPr>
          <w:b/>
        </w:rPr>
        <w:t xml:space="preserve">[18:37] </w:t>
      </w:r>
      <w:r>
        <w:t>to sahi tareeqa yeh hai ke materialism aur spiritual idealism yeh philosophy hai jo ke is duniya mein, yani practically chal sakti hai.</w:t>
      </w:r>
    </w:p>
    <w:p>
      <w:pPr>
        <w:jc w:val="right"/>
      </w:pPr>
      <w:r>
        <w:t>تو صحیح طریقہ یہ ہے کہ مٹیریل اسٹیٹسکوئزم اور اسپریچول آئیڈیلزم یہ فلاسفی ہے جو کہ اس دنیا میں، یعنی پریکٹیکلی چل سکتی ہے۔</w:t>
      </w:r>
    </w:p>
    <w:p>
      <w:r>
        <w:rPr>
          <w:b/>
        </w:rPr>
        <w:t xml:space="preserve">[18:52] </w:t>
      </w:r>
      <w:r>
        <w:t>aur koi philosophy yahan chalne wali nahi hai.</w:t>
      </w:r>
    </w:p>
    <w:p>
      <w:pPr>
        <w:jc w:val="right"/>
      </w:pPr>
      <w:r>
        <w:t>اور کوئی فلاسفی یہاں چلنے والی نہیں ہے۔</w:t>
      </w:r>
    </w:p>
    <w:p>
      <w:r>
        <w:rPr>
          <w:b/>
        </w:rPr>
        <w:t xml:space="preserve">[19:03] </w:t>
      </w:r>
      <w:r>
        <w:t>badqismati se, badqismati se yeh yahan ka roza, roza rakhne wale bhi nahi samajhte. ab doosre log kya samjhenge?</w:t>
      </w:r>
    </w:p>
    <w:p>
      <w:pPr>
        <w:jc w:val="right"/>
      </w:pPr>
      <w:r>
        <w:t>بدقسمتی سے، بدقسمتی سے یہ یہاں کا روزہ، روزہ رکھنے والے بھی نہیں سمجھتے۔ اب دوسرے لوگ کیا سمجھیں گے؟</w:t>
      </w:r>
    </w:p>
    <w:p>
      <w:r>
        <w:rPr>
          <w:b/>
        </w:rPr>
        <w:t xml:space="preserve">[19:14] </w:t>
      </w:r>
      <w:r>
        <w:t>rozah rakhnay walon ka haal aik farsi shair ne kaha ke</w:t>
      </w:r>
    </w:p>
    <w:p>
      <w:pPr>
        <w:jc w:val="right"/>
      </w:pPr>
      <w:r>
        <w:t>روزہ رکھنے والوں کا حال ایک فارسی شاعر نے کہا کہ</w:t>
      </w:r>
    </w:p>
    <w:p>
      <w:r>
        <w:rPr>
          <w:b/>
        </w:rPr>
        <w:t xml:space="preserve">[19:23] </w:t>
      </w:r>
      <w:r>
        <w:t>aik farsi shair, farsi shair ka shair hai aaj ke roz rozgaron ke baray mein:</w:t>
      </w:r>
    </w:p>
    <w:p>
      <w:pPr>
        <w:jc w:val="right"/>
      </w:pPr>
      <w:r>
        <w:t>ایک فارسی شاعر، فارسی شاعر کا شعر ہے آج کے روز روزگاروں کے بارے میں:</w:t>
      </w:r>
    </w:p>
    <w:p>
      <w:r>
        <w:rPr>
          <w:b/>
        </w:rPr>
        <w:t xml:space="preserve">[19:32] </w:t>
      </w:r>
      <w:r>
        <w:t>"tan pairvi khalq, khud o shud, zar azad, jadd garmi, iftar, nadarat, ramzan, hej"۔ yani roze mein aur ziyada</w:t>
      </w:r>
    </w:p>
    <w:p>
      <w:pPr>
        <w:jc w:val="right"/>
      </w:pPr>
      <w:r>
        <w:t>"تن پیروی خلق، خود و شد، زر آزاد، جد گرمی، افطار، ندارت، رمضان، ہیج"۔ یعنی روزے میں اور زیادہ</w:t>
      </w:r>
    </w:p>
    <w:p>
      <w:r>
        <w:rPr>
          <w:b/>
        </w:rPr>
        <w:t xml:space="preserve">[19:43] </w:t>
      </w:r>
      <w:r>
        <w:t>khanay peenay ka dhoom mach gaya۔ roza aaya to is liye ke kam par razi ho aur dhoom machanay ke log۔</w:t>
      </w:r>
    </w:p>
    <w:p>
      <w:pPr>
        <w:jc w:val="right"/>
      </w:pPr>
      <w:r>
        <w:t>کھانے پینے کا دھوم مچ گئی۔ روزہ آیا تو اس لیے کہ کم پر راضی ہو اور دھوم مچانے کے لوگ۔</w:t>
      </w:r>
    </w:p>
    <w:p>
      <w:r>
        <w:rPr>
          <w:b/>
        </w:rPr>
        <w:t xml:space="preserve">[19:54] </w:t>
      </w:r>
      <w:r>
        <w:t>aik martaba mein america gaya۔ america mein ittefaq se roze se pehle shaban ka mahina tha۔ to mein ne roze par kuch kuch kaha wahan ke roza hai kam kam khanay ke liye aur aur dhoom machatay hain log۔</w:t>
      </w:r>
    </w:p>
    <w:p>
      <w:pPr>
        <w:jc w:val="right"/>
      </w:pPr>
      <w:r>
        <w:t>ایک مرتبہ میں امریکہ گیا۔ امریکہ میں اتفاق سے روزے سے پہلے شابان کا مہینہ تھا۔ تو میں نے روزے پر کچھ کچھ کہا وہاں کہ روزہ ہے کم کم کھانے کے لیے اور اور دھوم مچاتے ہیں لوگ۔</w:t>
      </w:r>
    </w:p>
    <w:p>
      <w:r>
        <w:rPr>
          <w:b/>
        </w:rPr>
        <w:t xml:space="preserve">[20:15] </w:t>
      </w:r>
      <w:r>
        <w:t>to wahan aik sahib, aik amriki, america mein jo basay hue hain, aik sahib, aik musalman, unhon ne kaha ke yahan america mein aisa nahi hota۔ yeh, yeh woh kaha ke america walay kaha yeh problem nahi hai۔</w:t>
      </w:r>
    </w:p>
    <w:p>
      <w:pPr>
        <w:jc w:val="right"/>
      </w:pPr>
      <w:r>
        <w:t>تو وہاں ایک صاحب، ایک امریکی، امریکہ میں جو بسے ہوئے ہیں، ایک صاحب، ایک مسلمان، انہوں نے کہا کہ یہاں امریکہ میں ایسا نہیں ہوتا۔ یہ، یہ وہ کہا کہ امریکہ والے کہا یہ پرابلم نہیں ہے۔</w:t>
      </w:r>
    </w:p>
    <w:p>
      <w:r>
        <w:rPr>
          <w:b/>
        </w:rPr>
        <w:t xml:space="preserve">[20:32] </w:t>
      </w:r>
      <w:r>
        <w:t>to aik aadmi jo senior tha, yeh bohat dinon se reh raha tha america mein, woh khara hua۔ us ne kaha ke aap mujh ko dhoka dhoka to detay hain</w:t>
      </w:r>
    </w:p>
    <w:p>
      <w:pPr>
        <w:jc w:val="right"/>
      </w:pPr>
      <w:r>
        <w:t>تو ایک آدمی جو سینئر تھا، یہ بہت دنوں سے رہ رہا تھا امریکہ میں، وہ کھڑا ہوا۔ اس نے کہا کہ آپ مجھ کو دھوکہ دھوکہ تو دیتے ہیں</w:t>
      </w:r>
    </w:p>
    <w:p>
      <w:r>
        <w:rPr>
          <w:b/>
        </w:rPr>
        <w:t xml:space="preserve">[20:43] </w:t>
      </w:r>
      <w:r>
        <w:t>، mein to yeh rehta hoon america mein, aap se pehle aaya hua hoon۔ unhon ne challenge kiya ke ab mein kehta hoon aap mein se har aik apna tul, apnay ko tulen aaj۔</w:t>
      </w:r>
    </w:p>
    <w:p>
      <w:pPr>
        <w:jc w:val="right"/>
      </w:pPr>
      <w:r>
        <w:t>، میں تو یہ رہتا ہوں امریکہ میں، آپ سے پہلے آیا ہوا ہوں۔ انہوں نے چیلنج کیا کہ اب میں کہتا ہوں آپ میں سے ہر ایک اپنا تول، اپنے کو تولیں آج۔</w:t>
      </w:r>
    </w:p>
    <w:p>
      <w:r>
        <w:rPr>
          <w:b/>
        </w:rPr>
        <w:t xml:space="preserve">[20:53] </w:t>
      </w:r>
      <w:r>
        <w:t>aur jab roza khatam hua to phir tulen, sab ka wazan barh jayega۔ unhon ne kaha roza wazan ghatanay ke liye aata hai, aap log apna wazan barha letay hain, itna khatay peetay hain۔</w:t>
      </w:r>
    </w:p>
    <w:p>
      <w:pPr>
        <w:jc w:val="right"/>
      </w:pPr>
      <w:r>
        <w:t>اور جب روزہ ختم ہوا تو پھر تولیں، سب کا وزن بڑھ جائے گا۔ انہوں نے کہا روزہ وزن گھٹانے کے لیے آتا ہے، آپ لوگ اپنا وزن بڑھا لیتے ہیں، اتنا کھاتے پیتے ہیں۔</w:t>
      </w:r>
    </w:p>
    <w:p>
      <w:r>
        <w:rPr>
          <w:b/>
        </w:rPr>
        <w:t xml:space="preserve">[21:06] </w:t>
      </w:r>
      <w:r>
        <w:t>sab chup ho gaye۔</w:t>
      </w:r>
    </w:p>
    <w:p>
      <w:pPr>
        <w:jc w:val="right"/>
      </w:pPr>
      <w:r>
        <w:t>سب چپ ہو گئے۔</w:t>
      </w:r>
    </w:p>
    <w:p>
      <w:r>
        <w:rPr>
          <w:b/>
        </w:rPr>
        <w:t xml:space="preserve">[21:11] </w:t>
      </w:r>
      <w:r>
        <w:t>to roza aaya hai is liye ke aadmi apni zarooraton ko ghataye, kam par razi hona seekhe, qanaat ka sabak le, sadgi ka sabak le, takallufat se door ho jaye۔</w:t>
      </w:r>
    </w:p>
    <w:p>
      <w:pPr>
        <w:jc w:val="right"/>
      </w:pPr>
      <w:r>
        <w:t>تو روزہ آیا ہے اس لیے کہ آدمی اپنی ضرورتوں کو گھٹائے، کم پر راضی ہونا سیکھے، قناعت کا سبق لے، سادگی کا سبق لے، تکلفات سے دور ہو جائے۔</w:t>
      </w:r>
    </w:p>
    <w:p>
      <w:r>
        <w:rPr>
          <w:b/>
        </w:rPr>
        <w:t xml:space="preserve">[21:24] </w:t>
      </w:r>
      <w:r>
        <w:t>lekin in, in, in cheezain aur barh jati hain roze mein, aur barh jati hain, barh jati hain۔</w:t>
      </w:r>
    </w:p>
    <w:p>
      <w:pPr>
        <w:jc w:val="right"/>
      </w:pPr>
      <w:r>
        <w:t>لیکن ان، ان، ان چیزیں اور بڑھ جاتی ہیں روزے میں، اور بڑھ جاتی ہیں، بڑھ جاتی ہیں۔</w:t>
      </w:r>
    </w:p>
    <w:p>
      <w:r>
        <w:rPr>
          <w:b/>
        </w:rPr>
        <w:t xml:space="preserve">[21:34] </w:t>
      </w:r>
      <w:r>
        <w:t>to baharhal yeh hamein phir sochna hai,</w:t>
      </w:r>
    </w:p>
    <w:p>
      <w:pPr>
        <w:jc w:val="right"/>
      </w:pPr>
      <w:r>
        <w:t>تو بہرحال یہ ہمیں پھر سوچنا ہے،</w:t>
      </w:r>
    </w:p>
    <w:p>
      <w:r>
        <w:rPr>
          <w:b/>
        </w:rPr>
        <w:t xml:space="preserve">[21:40] </w:t>
      </w:r>
      <w:r>
        <w:t>hum insaan ko dhoka de sakte hain, de sakte hain, lekin khuda ko dhoka nahi de sakte۔ khuda ko nahi, nahi dhoka de sakte۔ to bohat ziyada sochna hai۔</w:t>
      </w:r>
    </w:p>
    <w:p>
      <w:pPr>
        <w:jc w:val="right"/>
      </w:pPr>
      <w:r>
        <w:t>ہم انسان کو دھوکہ دے سکتے ہیں، دے سکتے ہیں، لیکن خدا کو دھوکہ نہیں دے سکتے۔ خدا کو نہیں، نہیں دھوکہ دے سکتے۔ تو بہت زیادہ سوچنا ہے۔</w:t>
      </w:r>
    </w:p>
    <w:p>
      <w:r>
        <w:rPr>
          <w:b/>
        </w:rPr>
        <w:t xml:space="preserve">[21:53] </w:t>
      </w:r>
      <w:r>
        <w:t>jaisay woh america ke log jo thay, kaha mushkil se ghalat batane lage ke haan america mein sab nahi hota۔ to us aadmi ne kaha ke america mein aur ziyada hota hai۔</w:t>
      </w:r>
    </w:p>
    <w:p>
      <w:pPr>
        <w:jc w:val="right"/>
      </w:pPr>
      <w:r>
        <w:t>جیسے وہ امریکہ کے لوگ جو تھے، کہا مشکل سے غلط بتانے لگے کہ ہاں امریکہ میں سب نہیں ہوتا۔ تو اس آدمی نے کہا کہ امریکہ میں اور زیادہ ہوتا ہے۔</w:t>
      </w:r>
    </w:p>
    <w:p>
      <w:r>
        <w:rPr>
          <w:b/>
        </w:rPr>
        <w:t xml:space="preserve">[22:05] </w:t>
      </w:r>
      <w:r>
        <w:t>unhon ne kaha ke aap, aap sab log apna wazan aaj tul lijiyay۔</w:t>
      </w:r>
    </w:p>
    <w:p>
      <w:pPr>
        <w:jc w:val="right"/>
      </w:pPr>
      <w:r>
        <w:t>انہوں نے کہا کہ آپ، آپ سب لوگ اپنا وزن آج تول لیجئے۔</w:t>
      </w:r>
    </w:p>
    <w:p>
      <w:r>
        <w:rPr>
          <w:b/>
        </w:rPr>
        <w:t xml:space="preserve">[22:10] </w:t>
      </w:r>
      <w:r>
        <w:t>kehtay hain, kehta hai wazan aap ka hai۔ aur phir ramzan ke aakhir mein toliye, eid ke din۔</w:t>
      </w:r>
    </w:p>
    <w:p>
      <w:pPr>
        <w:jc w:val="right"/>
      </w:pPr>
      <w:r>
        <w:t>کہتے ہیں، کہتا ہے وزن آپ کا ہے۔ اور پھر رمضان کے آخر میں تولیے، عید کے دن۔</w:t>
      </w:r>
    </w:p>
    <w:p>
      <w:r>
        <w:rPr>
          <w:b/>
        </w:rPr>
        <w:t xml:space="preserve">[22:21] </w:t>
      </w:r>
      <w:r>
        <w:t>to phir sab chup ho gaye۔</w:t>
      </w:r>
    </w:p>
    <w:p>
      <w:pPr>
        <w:jc w:val="right"/>
      </w:pPr>
      <w:r>
        <w:t>تو پھر سب چپ ہو گئے۔</w:t>
      </w:r>
    </w:p>
    <w:p>
      <w:r>
        <w:rPr>
          <w:b/>
        </w:rPr>
        <w:t xml:space="preserve">[22:26] </w:t>
      </w:r>
      <w:r>
        <w:t>to yeh bohat bara masla hai ke insaan ko Allah taala ne paida kiya hai, is ke dimagh mein jannat basi hui۔ jannat</w:t>
      </w:r>
    </w:p>
    <w:p>
      <w:pPr>
        <w:jc w:val="right"/>
      </w:pPr>
      <w:r>
        <w:t>تو یہ بہت بڑا مسئلہ ہے کہ انسان کو اللہ تعالیٰ نے پیدا کیا ہے، اس کے دماغ میں جنت بسی ہوئی۔ جنت</w:t>
      </w:r>
    </w:p>
    <w:p>
      <w:r>
        <w:rPr>
          <w:b/>
        </w:rPr>
        <w:t xml:space="preserve">[22:37] </w:t>
      </w:r>
      <w:r>
        <w:t>yani paida karnay ke baad sar pe aadmi Allah ne jannat mein rakha is ko۔ to jannat se nikal ke yahan aaya hai woh۔</w:t>
      </w:r>
    </w:p>
    <w:p>
      <w:pPr>
        <w:jc w:val="right"/>
      </w:pPr>
      <w:r>
        <w:t>یعنی پیدا کرنے کے بعد سر پہ آدمی اللہ نے جنت میں رکھا اس کو۔ تو جنت سے نکل کے یہاں آیا ہے وہ۔</w:t>
      </w:r>
    </w:p>
    <w:p>
      <w:r>
        <w:rPr>
          <w:b/>
        </w:rPr>
        <w:t xml:space="preserve">[22:46] </w:t>
      </w:r>
      <w:r>
        <w:t>to har aadmi ke dimagh mein jannat basi hui۔ lekin woh jannat is dunya mein nahi milegi dobara۔</w:t>
      </w:r>
    </w:p>
    <w:p>
      <w:pPr>
        <w:jc w:val="right"/>
      </w:pPr>
      <w:r>
        <w:t>تو ہر آدمی کے دماغ میں جنت بسی ہوئی۔ لیکن وہ جنت اس دنیا میں نہیں ملے گی دوبارہ۔</w:t>
      </w:r>
    </w:p>
    <w:p>
      <w:r>
        <w:rPr>
          <w:b/>
        </w:rPr>
        <w:t xml:space="preserve">[22:56] </w:t>
      </w:r>
      <w:r>
        <w:t>woh us ko wahin ja ke milegi۔ yahan to amal karna hai, yahan to apnay ko zaati shakhsiyat, zaati shakhsiyat banana hai۔</w:t>
      </w:r>
    </w:p>
    <w:p>
      <w:pPr>
        <w:jc w:val="right"/>
      </w:pPr>
      <w:r>
        <w:t>وہ اس کو وہیں جا کے ملے گی۔ یہاں تو عمل کرنا ہے، یہاں تو اپنے کو ذاتی شخصیت، ذاتی شخصیت بنانا ہے۔</w:t>
      </w:r>
    </w:p>
    <w:p>
      <w:r>
        <w:rPr>
          <w:b/>
        </w:rPr>
        <w:t xml:space="preserve">[23:06] </w:t>
      </w:r>
      <w:r>
        <w:t>yahan apnay andar woh personality banana hai jo jannat mein, yani basa janay qabil ho, qabil ho۔</w:t>
      </w:r>
    </w:p>
    <w:p>
      <w:pPr>
        <w:jc w:val="right"/>
      </w:pPr>
      <w:r>
        <w:t>یہاں اپنے اندر وہ پرسنیلٹی بنانا ہے جو جنت میں، یعنی بسا جانے قابل ہو، قابل ہو۔</w:t>
      </w:r>
    </w:p>
    <w:p>
      <w:r>
        <w:rPr>
          <w:b/>
        </w:rPr>
        <w:t xml:space="preserve">[23:16] </w:t>
      </w:r>
      <w:r>
        <w:t>to log bajaye is ke apnay apnay aap ko jannat ki tayyar karen, yeh chahtay hain jannat yahin bana bana len jo namumkin hai۔ isi liye saray log tension mein jeetay hain, sab tension mein, sab tension mein۔</w:t>
      </w:r>
    </w:p>
    <w:p>
      <w:pPr>
        <w:jc w:val="right"/>
      </w:pPr>
      <w:r>
        <w:t>تو لوگ بجائے اس کے اپنے اپنے آپ کو جنت کی تیار کریں، یہ چاہتے ہیں جنت یہیں بنا بنا لیں جو ناممکن ہے۔ اسی لیے سارے لوگ ٹینشن میں جیتے ہیں، سب ٹینشن میں، سب ٹینشن میں۔</w:t>
      </w:r>
    </w:p>
    <w:p>
      <w:r>
        <w:rPr>
          <w:b/>
        </w:rPr>
        <w:t xml:space="preserve">[23:31] </w:t>
      </w:r>
      <w:r>
        <w:t>kyun ke jo chahtay, jo chahtay thay woh mila nahi, jo chahtay thay woh mila, chahtay thay paradise woh mili nahi۔ chahe woh koi ameer ho, koi, koi political,</w:t>
      </w:r>
    </w:p>
    <w:p>
      <w:pPr>
        <w:jc w:val="right"/>
      </w:pPr>
      <w:r>
        <w:t>کیونکہ جو چاہتے، جو چاہتے تھے وہ ملا نہیں، جو چاہتے تھے وہ ملا، چاہتے تھے پارڈائز وہ ملی نہیں۔ چاہے وہ کوئی امیر ہو، کوئی، کوئی پولیٹیکل،</w:t>
      </w:r>
    </w:p>
    <w:p>
      <w:r>
        <w:rPr>
          <w:b/>
        </w:rPr>
        <w:t xml:space="preserve">[23:44] </w:t>
      </w:r>
      <w:r>
        <w:t>koi badshah ho, koi bhi ho. poori tareekh mein aap dekh lijiye, log tension mein jeete hain, tension mein marte hain.</w:t>
      </w:r>
    </w:p>
    <w:p>
      <w:pPr>
        <w:jc w:val="right"/>
      </w:pPr>
      <w:r>
        <w:t>کوئی بادشاہ ہو، کوئی بھی ہو۔ پوری تاریخ میں آپ دیکھ لیجئے، لوگ ٹینشن میں جیتے ہیں، ٹینشن میں مرتے ہیں۔</w:t>
      </w:r>
    </w:p>
    <w:p>
      <w:r>
        <w:rPr>
          <w:b/>
        </w:rPr>
        <w:t xml:space="preserve">[23:54] </w:t>
      </w:r>
      <w:r>
        <w:t>kyun? har aadmi chahta hai apni jannat banaun is duniya mein,</w:t>
      </w:r>
    </w:p>
    <w:p>
      <w:pPr>
        <w:jc w:val="right"/>
      </w:pPr>
      <w:r>
        <w:t>کیوں؟ ہر آدمی چاہتا ہے اپنی جنت بناؤں اس دنیا میں،</w:t>
      </w:r>
    </w:p>
    <w:p>
      <w:r>
        <w:rPr>
          <w:b/>
        </w:rPr>
        <w:t xml:space="preserve">[24:00] </w:t>
      </w:r>
      <w:r>
        <w:t>aur ban nahi paati woh. kyunke yahan to Allah taala ne woh, woh halaat de rakhe hain. to frustration mein padta hai, mayoosi mein.</w:t>
      </w:r>
    </w:p>
    <w:p>
      <w:pPr>
        <w:jc w:val="right"/>
      </w:pPr>
      <w:r>
        <w:t>اور بن نہیں پاتی وہ۔ کیونکہ یہاں تو اللہ تعالیٰ نے وہ، وہ حالات دے رکھے ہیں۔ تو فریسٹریشن میں پڑتا ہے، مایوسی میں۔</w:t>
      </w:r>
    </w:p>
    <w:p>
      <w:r>
        <w:rPr>
          <w:b/>
        </w:rPr>
        <w:t xml:space="preserve">[24:09] </w:t>
      </w:r>
      <w:r>
        <w:t>is raaz ko jaanna ke ke Khuda ne mujhe aage jo paida kiya hai, is zehan ke tehat, paradise wale zehan ke tehat. lekin duniya jahan rakha hai, wahan paradise nahi hai.</w:t>
      </w:r>
    </w:p>
    <w:p>
      <w:pPr>
        <w:jc w:val="right"/>
      </w:pPr>
      <w:r>
        <w:t>اس راز کو جاننا کہ کہ خدا نے مجھے آگے جو پیدا کیا ہے، اس ذہن کے تحت، پارڈائز والے ذہن کے تحت۔ لیکن دنیا جہاں رکھا ہے، وہاں پارڈائز نہیں ہے۔</w:t>
      </w:r>
    </w:p>
    <w:p>
      <w:r>
        <w:rPr>
          <w:b/>
        </w:rPr>
        <w:t xml:space="preserve">[24:23] </w:t>
      </w:r>
      <w:r>
        <w:t>yaani, yaani, yaani mind mera idealist hai,</w:t>
      </w:r>
    </w:p>
    <w:p>
      <w:pPr>
        <w:jc w:val="right"/>
      </w:pPr>
      <w:r>
        <w:t>یعنی، یعنی، یعنی مائنڈ میرا آئیڈیلسٹ ہے،</w:t>
      </w:r>
    </w:p>
    <w:p>
      <w:r>
        <w:rPr>
          <w:b/>
        </w:rPr>
        <w:t xml:space="preserve">[24:28] </w:t>
      </w:r>
      <w:r>
        <w:t>lekin duniya milti hai less than ideal. yaani main ideal chahta hoon, lekin milegi less than ideal. to less than ideal par raazi hona hi sab badi aqalmandi hai.</w:t>
      </w:r>
    </w:p>
    <w:p>
      <w:pPr>
        <w:jc w:val="right"/>
      </w:pPr>
      <w:r>
        <w:t>لیکن دنیا ملتی ہے لیس دین آئیڈیل۔ یعنی میں آئیڈیل چاہتا ہوں، لیکن ملے گی لیس دین آئیڈیل۔ تو لیس دین آئیڈیل پر راضی ہونا ہی سب بڑی عقلمندی ہے۔</w:t>
      </w:r>
    </w:p>
    <w:p>
      <w:r>
        <w:rPr>
          <w:b/>
        </w:rPr>
        <w:t xml:space="preserve">[24:42] </w:t>
      </w:r>
      <w:r>
        <w:t>sab badi, yaani samajhdari yeh hai ke aadmi less than ideal par raazi ho jaye. yaani, yaani kyunke iske, iska kuch passport nahi hai.</w:t>
      </w:r>
    </w:p>
    <w:p>
      <w:pPr>
        <w:jc w:val="right"/>
      </w:pPr>
      <w:r>
        <w:t>سب بڑی، یعنی سمجھداری یہ ہے کہ آدمی لیس دین آئیڈیل پر راضی ہو جائے۔ یعنی، یعنی کیونکہ اس کے، اس کا کچھ پاسپورٹ نہیں ہے۔</w:t>
      </w:r>
    </w:p>
    <w:p>
      <w:r>
        <w:rPr>
          <w:b/>
        </w:rPr>
        <w:t xml:space="preserve">[24:57] </w:t>
      </w:r>
      <w:r>
        <w:t>yahi, yahi relationship approach hai.</w:t>
      </w:r>
    </w:p>
    <w:p>
      <w:pPr>
        <w:jc w:val="right"/>
      </w:pPr>
      <w:r>
        <w:t>یہی، یہی ریلیشن شپ اپروچ ہے۔</w:t>
      </w:r>
    </w:p>
    <w:p>
      <w:r>
        <w:rPr>
          <w:b/>
        </w:rPr>
        <w:t xml:space="preserve">[25:03] </w:t>
      </w:r>
      <w:r>
        <w:t>yeh reality hai.</w:t>
      </w:r>
    </w:p>
    <w:p>
      <w:pPr>
        <w:jc w:val="right"/>
      </w:pPr>
      <w:r>
        <w:t>یہ ریلیٹی ہے۔</w:t>
      </w:r>
    </w:p>
    <w:p>
      <w:r>
        <w:rPr>
          <w:b/>
        </w:rPr>
        <w:t xml:space="preserve">[25:13] </w:t>
      </w:r>
      <w:r>
        <w:t>to kal jo maine arz kiya, jo article mujhse likhne ke liye kaha gaya tha, us mein yahi baat maine likhi hai ke aadmi paidaishi taur par idealist hai, lekin jahan rakha gaya aadmi ko, wahan har cheez less than ideal hai.</w:t>
      </w:r>
    </w:p>
    <w:p>
      <w:pPr>
        <w:jc w:val="right"/>
      </w:pPr>
      <w:r>
        <w:t>تو کل جو میں نے عرض کیا، جو آرٹیکل مجھ سے لکھنے کے لیے کہا گیا تھا، اس میں یہی بات میں نے لکھی ہے کہ آدمی پیدائشی طور پر آئیڈیلسٹ ہے، لیکن جہاں رکھا گیا آدمی کو، وہاں ہر چیز لیس دین آئیڈیل ہے۔</w:t>
      </w:r>
    </w:p>
    <w:p>
      <w:r>
        <w:rPr>
          <w:b/>
        </w:rPr>
        <w:t xml:space="preserve">[25:26] </w:t>
      </w:r>
      <w:r>
        <w:t>is haqeeqat ko jaanna, jaanna ke agarchay main idealist hoon, lekin milega mujhe idealist din ideal. kyunke woh to aakhirat ke liye hai. yahi zindagi ki philosophy hai jo roze mein sikhayi jati hai.</w:t>
      </w:r>
    </w:p>
    <w:p>
      <w:pPr>
        <w:jc w:val="right"/>
      </w:pPr>
      <w:r>
        <w:t>اس حقیقت کو جاننا، جاننا کہ اگرچہ میں آئیڈیلسٹ ہوں، لیکن ملے گا مجھے آئیڈیلسٹ دین آئیڈیل۔ کیونکہ وہ تو آخرت کے لیے ہے۔ یہی زندگی کی فلاسفی ہے جو روزے میں سکھائی جاتی ہے۔</w:t>
      </w:r>
    </w:p>
    <w:p>
      <w:r>
        <w:rPr>
          <w:b/>
        </w:rPr>
        <w:t xml:space="preserve">[25:44] </w:t>
      </w:r>
      <w:r>
        <w:t>aur jo aadmi is raaz ko jaan le, usne sab se, sab se bada wisdom pa liya.</w:t>
      </w:r>
    </w:p>
    <w:p>
      <w:pPr>
        <w:jc w:val="right"/>
      </w:pPr>
      <w:r>
        <w:t>اور جو آدمی اس راز کو جان لے، اس نے سب سے، سب سے بڑا وزڈم پا لیا۔</w:t>
      </w:r>
    </w:p>
    <w:p>
      <w:r>
        <w:rPr>
          <w:b/>
        </w:rPr>
        <w:t xml:space="preserve">[25:53] </w:t>
      </w:r>
      <w:r>
        <w:t>sab bada wisdom pa liya usne. is se badi koi wisdom nahi hai.</w:t>
      </w:r>
    </w:p>
    <w:p>
      <w:pPr>
        <w:jc w:val="right"/>
      </w:pPr>
      <w:r>
        <w:t>سب بڑا وزڈم پا لیا اس نے۔ اس سے بڑی کوئی وزڈم نہیں ہے۔</w:t>
      </w:r>
    </w:p>
    <w:p>
      <w:r>
        <w:rPr>
          <w:b/>
        </w:rPr>
        <w:t xml:space="preserve">[26:03] </w:t>
      </w:r>
      <w:r>
        <w:t>is se badi koi wisdom nahi hai.</w:t>
      </w:r>
    </w:p>
    <w:p>
      <w:pPr>
        <w:jc w:val="right"/>
      </w:pPr>
      <w:r>
        <w:t>اس سے بڑی کوئی وزڈم نہیں ہے۔</w:t>
      </w:r>
    </w:p>
    <w:p>
      <w:r>
        <w:rPr>
          <w:b/>
        </w:rPr>
        <w:t xml:space="preserve">[26:09] </w:t>
      </w:r>
      <w:r>
        <w:t>to is ko ek lafz aap kehte hain, keh sakte hain qanaat, contentment.</w:t>
      </w:r>
    </w:p>
    <w:p>
      <w:pPr>
        <w:jc w:val="right"/>
      </w:pPr>
      <w:r>
        <w:t>تو اس کو ایک لفظ آپ کہتے ہیں، کہہ سکتے ہیں قناعت، کنٹینٹمنٹ۔</w:t>
      </w:r>
    </w:p>
    <w:p>
      <w:r>
        <w:rPr>
          <w:b/>
        </w:rPr>
        <w:t xml:space="preserve">[26:16] </w:t>
      </w:r>
      <w:r>
        <w:t>ek hai ga aur chahna, aur chahna, aur more, more, more, more. zehan takasur, Quran ne kaha hai takasur. ek hai takasur, ek hai qanaat.</w:t>
      </w:r>
    </w:p>
    <w:p>
      <w:pPr>
        <w:jc w:val="right"/>
      </w:pPr>
      <w:r>
        <w:t>ایک ہے گا اور چاہنا، اور چاہنا، اور مور، مور، مور، مور۔ ذہن تکاثر، قرآن نے کہا ہے تکاثر۔ ایک ہے تکاثر، ایک ہے قناعت۔</w:t>
      </w:r>
    </w:p>
    <w:p>
      <w:r>
        <w:rPr>
          <w:b/>
        </w:rPr>
        <w:t xml:space="preserve">[26:29] </w:t>
      </w:r>
      <w:r>
        <w:t>takasur aur qanaat. to ek hai more, more chahna, aur zyada, aur zyada, aur zyada. is mein sirf tension rahega, frustration rahega, distraction rahega.</w:t>
      </w:r>
    </w:p>
    <w:p>
      <w:pPr>
        <w:jc w:val="right"/>
      </w:pPr>
      <w:r>
        <w:t>تکاثر اور قناعت۔ تو ایک ہے مور، مور چاہنا، اور زیادہ، اور زیادہ، اور زیادہ۔ اس میں صرف ٹینشن رہے گا، فریسٹریشن رہے گا، ڈسٹیشن رہے گا۔</w:t>
      </w:r>
    </w:p>
    <w:p>
      <w:r>
        <w:rPr>
          <w:b/>
        </w:rPr>
        <w:t xml:space="preserve">[26:43] </w:t>
      </w:r>
      <w:r>
        <w:t>lekin agar aap qanaat ko ikhtiyar kar lein to is mein peace, peace of mind,</w:t>
      </w:r>
    </w:p>
    <w:p>
      <w:pPr>
        <w:jc w:val="right"/>
      </w:pPr>
      <w:r>
        <w:t>لیکن اگر آپ قناعت کو اختیار کر لیں تو اس میں پیس، پیس آف مائنڈ،</w:t>
      </w:r>
    </w:p>
    <w:p>
      <w:r>
        <w:rPr>
          <w:b/>
        </w:rPr>
        <w:t xml:space="preserve">[26:52] </w:t>
      </w:r>
      <w:r>
        <w:t>peace, peace of mind mil jayega aap ko. tension, tension free ho jayenge aap.</w:t>
      </w:r>
    </w:p>
    <w:p>
      <w:pPr>
        <w:jc w:val="right"/>
      </w:pPr>
      <w:r>
        <w:t>پیس، پیس آف مائنڈ مل جائے گا آپ کو۔ ٹینشن، ٹینشن فری ہو جائیں گے آپ۔</w:t>
      </w:r>
    </w:p>
    <w:p>
      <w:r>
        <w:rPr>
          <w:b/>
        </w:rPr>
        <w:t xml:space="preserve">[27:03] </w:t>
      </w:r>
      <w:r>
        <w:t>yeh hai sab se badi wisdom zindagi ki. is se badi koi wisdom nahi.</w:t>
      </w:r>
    </w:p>
    <w:p>
      <w:pPr>
        <w:jc w:val="right"/>
      </w:pPr>
      <w:r>
        <w:t>یہ ہے سب سے بڑی وزڈم زندگی کی۔ اس سے بڑی کوئی وزڈم نہیں۔</w:t>
      </w:r>
    </w:p>
    <w:p>
      <w:r>
        <w:rPr>
          <w:b/>
        </w:rPr>
        <w:t xml:space="preserve">[27:12] </w:t>
      </w:r>
      <w:r>
        <w:t>is se badi koi wisdom nahi.</w:t>
      </w:r>
    </w:p>
    <w:p>
      <w:pPr>
        <w:jc w:val="right"/>
      </w:pPr>
      <w:r>
        <w:t>اس سے بڑی کوئی وزڈم نہیں۔</w:t>
      </w:r>
    </w:p>
    <w:p>
      <w:r>
        <w:rPr>
          <w:b/>
        </w:rPr>
        <w:t xml:space="preserve">[27:22] </w:t>
      </w:r>
      <w:r>
        <w:t>Ramzan jo itikaf, itikaf kiya jata hai, itikaf kya hai? Hadees mein aata hai ke huwa ya taq zunub, yaani woh zunub, gunah se itikaf karta hai.</w:t>
      </w:r>
    </w:p>
    <w:p>
      <w:pPr>
        <w:jc w:val="right"/>
      </w:pPr>
      <w:r>
        <w:t>رمضان جو اعتکاف، اعتکاف کیا جاتا ہے، اعتکاف کیا ہے؟ حدیث میں آتا ہے کہ ہوا یاتق ذنوب، یعنی وہ ذنوب، گناہ سے اعتکاف کرتا ہے۔</w:t>
      </w:r>
    </w:p>
    <w:p>
      <w:r>
        <w:rPr>
          <w:b/>
        </w:rPr>
        <w:t xml:space="preserve">[27:35] </w:t>
      </w:r>
      <w:r>
        <w:t>lekin yahan gunah ke maani, yaani sharab peeta, peena, aur, aur, aur khinzir khata, pehle aa kar chhod diya. aag yahan ko nahi.</w:t>
      </w:r>
    </w:p>
    <w:p>
      <w:pPr>
        <w:jc w:val="right"/>
      </w:pPr>
      <w:r>
        <w:t>لیکن یہاں گناہ کے معنی، یعنی شراب پیتا، پینا، اور، اور، اور خنزیر کھاتا، پہلے آ کر چھوڑ دیا۔ آگ یہاں کو نہیں۔</w:t>
      </w:r>
    </w:p>
    <w:p>
      <w:r>
        <w:rPr>
          <w:b/>
        </w:rPr>
        <w:t xml:space="preserve">[27:46] </w:t>
      </w:r>
      <w:r>
        <w:t>zunub yahan is maani mein nahi hai. yeh hai distraction ke maani mein, yaani distraction se bacha kar apne aap ko exude kar ke masjid mein lata hai.</w:t>
      </w:r>
    </w:p>
    <w:p>
      <w:pPr>
        <w:jc w:val="right"/>
      </w:pPr>
      <w:r>
        <w:t>ذنوب یہاں اس معنی میں نہیں ہے۔ یہ ہے ڈسٹریکشن کے معنی میں، یعنی ڈسٹریکشن سے بچا کر اپنے آپ کو ایکسو کر کے مسجد میں لاتا ہے۔</w:t>
      </w:r>
    </w:p>
    <w:p>
      <w:r>
        <w:rPr>
          <w:b/>
        </w:rPr>
        <w:t xml:space="preserve">[27:57] </w:t>
      </w:r>
      <w:r>
        <w:t>woh</w:t>
      </w:r>
    </w:p>
    <w:p>
      <w:pPr>
        <w:jc w:val="right"/>
      </w:pPr>
      <w:r>
        <w:t>وہ</w:t>
      </w:r>
    </w:p>
    <w:p>
      <w:r>
        <w:rPr>
          <w:b/>
        </w:rPr>
        <w:t xml:space="preserve">[28:00] </w:t>
      </w:r>
      <w:r>
        <w:t>distraction se itikaf karta hai. yeh matlab hai is ka. to kaha ke aap distraction se, tak distraction se bahar ki zindagi mein,</w:t>
      </w:r>
    </w:p>
    <w:p>
      <w:pPr>
        <w:jc w:val="right"/>
      </w:pPr>
      <w:r>
        <w:t>ڈسٹریکشن سے اعتکاف کرتا ہے۔ یہ مطلب ہے اس کا۔ تو کہا کہ آپ ڈسٹریکشن سے، تک ڈسٹریکشن سے باہر کی زندگی میں،</w:t>
      </w:r>
    </w:p>
    <w:p>
      <w:r>
        <w:rPr>
          <w:b/>
        </w:rPr>
        <w:t xml:space="preserve">[28:14] </w:t>
      </w:r>
      <w:r>
        <w:t>ghar mein hain, aap bahar society mein hain, kahin hain, bohat qism ke distraction hote hain. lekin jab aap masjid mein aa ke ekso kar, apne ko ekso karte hain to aap distraction se bach jaate hain.</w:t>
      </w:r>
    </w:p>
    <w:p>
      <w:pPr>
        <w:jc w:val="right"/>
      </w:pPr>
      <w:r>
        <w:t>گھر میں ہیں، آپ باہر سوسائٹی میں ہیں، کہیں ہیں، بہت قسم کے ڈسٹریکشن ہوتے ہیں۔ لیکن جب آپ مسجد میں آ کے ایکسو کر، اپنے کو ایکسو کرتے ہیں تو آپ ڈسٹریکشن سے بچ جاتے ہیں۔</w:t>
      </w:r>
    </w:p>
    <w:p>
      <w:r>
        <w:rPr>
          <w:b/>
        </w:rPr>
        <w:t xml:space="preserve">[28:29] </w:t>
      </w:r>
      <w:r>
        <w:t>to aap soch sakte hain,</w:t>
      </w:r>
    </w:p>
    <w:p>
      <w:pPr>
        <w:jc w:val="right"/>
      </w:pPr>
      <w:r>
        <w:t>تو آپ سوچ سکتے ہیں،</w:t>
      </w:r>
    </w:p>
    <w:p>
      <w:r>
        <w:rPr>
          <w:b/>
        </w:rPr>
        <w:t xml:space="preserve">[28:35] </w:t>
      </w:r>
      <w:r>
        <w:t>quran mein hai ke ramzan ke mahine mein quran utara gaya. to quran kya hai? quran kitab tadabbur hai, tadabbur kitab.</w:t>
      </w:r>
    </w:p>
    <w:p>
      <w:pPr>
        <w:jc w:val="right"/>
      </w:pPr>
      <w:r>
        <w:t>قرآن میں ہے کہ رمضان کے مہینے میں قرآن اتارا گیا۔ تو قرآن کیا ہے؟ قرآن کتاب تدبر ہے، تدبر کتاب۔</w:t>
      </w:r>
    </w:p>
    <w:p>
      <w:r>
        <w:rPr>
          <w:b/>
        </w:rPr>
        <w:t xml:space="preserve">[28:44] </w:t>
      </w:r>
      <w:r>
        <w:t>to kaha ramzan shar tadabbur hai, tab tadabbur ka mahina. inhi baaton ko sochna, zindagi kya hai?</w:t>
      </w:r>
    </w:p>
    <w:p>
      <w:pPr>
        <w:jc w:val="right"/>
      </w:pPr>
      <w:r>
        <w:t>تو کہا رمضان شر تدبر ہے، تب تدبر کا مہینہ۔ انہی باتوں کو سوچنا، زندگی کیا ہے؟</w:t>
      </w:r>
    </w:p>
    <w:p>
      <w:r>
        <w:rPr>
          <w:b/>
        </w:rPr>
        <w:t xml:space="preserve">[28:55] </w:t>
      </w:r>
      <w:r>
        <w:t>kamyab zindagi kya hai? nakaam zindagi kya hai?</w:t>
      </w:r>
    </w:p>
    <w:p>
      <w:pPr>
        <w:jc w:val="right"/>
      </w:pPr>
      <w:r>
        <w:t>کامیاب زندگی کیا ہے؟ ناکام زندگی کیا ہے؟</w:t>
      </w:r>
    </w:p>
    <w:p>
      <w:r>
        <w:rPr>
          <w:b/>
        </w:rPr>
        <w:t xml:space="preserve">[28:57] </w:t>
      </w:r>
      <w:r>
        <w:t>allah taala ka krishan plan kya hai? dunya mein kaisa aadmi hai? inhi baaton ko sochne ke liye itikaf kiya jata hai.</w:t>
      </w:r>
    </w:p>
    <w:p>
      <w:pPr>
        <w:jc w:val="right"/>
      </w:pPr>
      <w:r>
        <w:t>اللہ تعالیٰ کا کرشن پلان کیا ہے؟ دنیا میں کیسا آدمی ہے؟ انہی باتوں کو سوچنے کے لیے اعتکاف کیا جاتا ہے۔</w:t>
      </w:r>
    </w:p>
    <w:p>
      <w:r>
        <w:rPr>
          <w:b/>
        </w:rPr>
        <w:t xml:space="preserve">[29:10] </w:t>
      </w:r>
      <w:r>
        <w:t>itikaf ya ramzan yeh meditation ke liye nahi hai, contemplation, contemplation</w:t>
      </w:r>
    </w:p>
    <w:p>
      <w:pPr>
        <w:jc w:val="right"/>
      </w:pPr>
      <w:r>
        <w:t>اعتکاف یا رمضان یہ میڈیٹیشن کے لیے نہیں ہے، کنٹیمپٹیشن، کنٹیمپٹیشن</w:t>
      </w:r>
    </w:p>
    <w:p>
      <w:r>
        <w:rPr>
          <w:b/>
        </w:rPr>
        <w:t xml:space="preserve">[29:17] </w:t>
      </w:r>
      <w:r>
        <w:t>ke liye. itikaf jo hai ke apne aap ko ekso kar ke sochna, sochna, sochna, sochna.</w:t>
      </w:r>
    </w:p>
    <w:p>
      <w:pPr>
        <w:jc w:val="right"/>
      </w:pPr>
      <w:r>
        <w:t>کے لیے۔ اعتکاف جو ہے کہ اپنے آپ کو ایکسو کر کے سوچنا، سوچنا، سوچنا، سوچنا۔</w:t>
      </w:r>
    </w:p>
    <w:p>
      <w:r>
        <w:rPr>
          <w:b/>
        </w:rPr>
        <w:t xml:space="preserve">[29:29] </w:t>
      </w:r>
      <w:r>
        <w:t>tabhi yeh sari baatein samajh mein aati hain.</w:t>
      </w:r>
    </w:p>
    <w:p>
      <w:pPr>
        <w:jc w:val="right"/>
      </w:pPr>
      <w:r>
        <w:t>تبھی یہ ساری باتیں سمجھ میں آتی ہیں۔</w:t>
      </w:r>
    </w:p>
    <w:p>
      <w:r>
        <w:rPr>
          <w:b/>
        </w:rPr>
        <w:t xml:space="preserve">[29:40] </w:t>
      </w:r>
      <w:r>
        <w:t>aur sab bari ibadat jo hai sochna hi hai.</w:t>
      </w:r>
    </w:p>
    <w:p>
      <w:pPr>
        <w:jc w:val="right"/>
      </w:pPr>
      <w:r>
        <w:t>اور سب بڑی عبادت جو ہے سوچنا ہی ہے۔</w:t>
      </w:r>
    </w:p>
    <w:p>
      <w:r>
        <w:rPr>
          <w:b/>
        </w:rPr>
        <w:t xml:space="preserve">[29:47] </w:t>
      </w:r>
      <w:r>
        <w:t>ek sahabi the abu darda, to un ki jab death ho gayi to ek aadmi gaye un ki biwi ke paas, jo un ka naam tha umm al darda.</w:t>
      </w:r>
    </w:p>
    <w:p>
      <w:pPr>
        <w:jc w:val="right"/>
      </w:pPr>
      <w:r>
        <w:t>ایک صحابی تھے ابو دردہ، تو ان کی جب ڈیتھ ہو گئی تو ایک آدمی گئے ان کی بیوی کے پاس، جو ان کا نام تھا ام الدردہ۔</w:t>
      </w:r>
    </w:p>
    <w:p>
      <w:r>
        <w:rPr>
          <w:b/>
        </w:rPr>
        <w:t xml:space="preserve">[29:58] </w:t>
      </w:r>
      <w:r>
        <w:t>unhone poocha ke abu darda ki sab se khaas ibadat kya thi? unhone kaha woh tanhai mein baith ke sochte rehte the, tanhai mein baith ke sochte rehte the.</w:t>
      </w:r>
    </w:p>
    <w:p>
      <w:pPr>
        <w:jc w:val="right"/>
      </w:pPr>
      <w:r>
        <w:t>انہوں نے پوچھا کہ ابو دردہ کی سب سے خاص عبادت کیا تھی؟ انہوں نے کہا وہ تنہائی میں بیٹھ کے سوچتے رہتے تھے، تنہائی میں بیٹھ کے سوچتے رہتے تھے۔</w:t>
      </w:r>
    </w:p>
    <w:p>
      <w:r>
        <w:rPr>
          <w:b/>
        </w:rPr>
        <w:t xml:space="preserve">[30:10] </w:t>
      </w:r>
      <w:r>
        <w:t>al tafakkur wal aitbar, al tafakkur wal aitbar. goya ke itikaf jo hai waqti itikaf hai</w:t>
      </w:r>
    </w:p>
    <w:p>
      <w:pPr>
        <w:jc w:val="right"/>
      </w:pPr>
      <w:r>
        <w:t>التفکر والاعتبار، التفکر والاعتبار۔ گویا کہ اعتکاف جو ہے وقتی اعتکاف ہے</w:t>
      </w:r>
    </w:p>
    <w:p>
      <w:r>
        <w:rPr>
          <w:b/>
        </w:rPr>
        <w:t xml:space="preserve">[30:21] </w:t>
      </w:r>
      <w:r>
        <w:t>aur baqi zindagi mustaqil itikaf hai. distraction se apne ko bacha kar sochna yahi, yahi to itikaf hai.</w:t>
      </w:r>
    </w:p>
    <w:p>
      <w:pPr>
        <w:jc w:val="right"/>
      </w:pPr>
      <w:r>
        <w:t>اور بقیہ زندگی مستقل اعتکاف ہے۔ ڈسٹریکشن سے اپنے کو بچا کر سوچنا یہی، یہی تو اعتکاف ہے۔</w:t>
      </w:r>
    </w:p>
    <w:p>
      <w:r>
        <w:rPr>
          <w:b/>
        </w:rPr>
        <w:t xml:space="preserve">[30:43] </w:t>
      </w:r>
      <w:r>
        <w:t>yahan par hamari colony mein ek hain musharraf prot kumar mitra, un ka ek formula mujhe bohat pasand hai. maine kai baar bataya bhi aap logon ko</w:t>
      </w:r>
    </w:p>
    <w:p>
      <w:pPr>
        <w:jc w:val="right"/>
      </w:pPr>
      <w:r>
        <w:t>یہاں پر ہماری کالونی میں ایک ہیں مشرف پروت کمار مترا، ان کا ایک فارمولا مجھے بہت پسند ہے۔ میں نے کئی بار بتایا بھی آپ لوگوں کو</w:t>
      </w:r>
    </w:p>
    <w:p>
      <w:r>
        <w:rPr>
          <w:b/>
        </w:rPr>
        <w:t xml:space="preserve">[30:50] </w:t>
      </w:r>
      <w:r>
        <w:t>: "think think think, there must be a better way". yahi itikaf hai: "think think think, then you".</w:t>
      </w:r>
    </w:p>
    <w:p>
      <w:pPr>
        <w:jc w:val="right"/>
      </w:pPr>
      <w:r>
        <w:t>: "تھنک تھنک تھنک، دیر مسٹ بی اے بیٹر وے"۔ یہی اعتکاف ہے: "تھنک تھنک تھنک، دیم یو"۔</w:t>
      </w:r>
    </w:p>
    <w:p>
      <w:r>
        <w:rPr>
          <w:b/>
        </w:rPr>
        <w:t xml:space="preserve">[31:01] </w:t>
      </w:r>
      <w:r>
        <w:t>yani aap ek socho, socho, socho, socho, socho, socho, socho, socho. koi naya idea janam aaye ga aap ko, koi nayi baat samajh aayegi.</w:t>
      </w:r>
    </w:p>
    <w:p>
      <w:pPr>
        <w:jc w:val="right"/>
      </w:pPr>
      <w:r>
        <w:t>یعنی آپ ایک سوچو، سوچو، سوچو، سوچو، سوچو، سوچو، سوچو، سوچو۔ کوئی نیا آئیڈیا جنم آئے گا آپ کو، کوئی نئی بات سمجھ آئے گی۔</w:t>
      </w:r>
    </w:p>
    <w:p>
      <w:r>
        <w:rPr>
          <w:b/>
        </w:rPr>
        <w:t xml:space="preserve">[31:14] </w:t>
      </w:r>
      <w:r>
        <w:t>"think think think think think, you will discover a new idea".</w:t>
      </w:r>
    </w:p>
    <w:p>
      <w:pPr>
        <w:jc w:val="right"/>
      </w:pPr>
      <w:r>
        <w:t>"تھنک تھنک تھنک تھنک تھنک، یو ویل ڈسکور ا نیو آئیڈیا"۔</w:t>
      </w:r>
    </w:p>
    <w:p>
      <w:r>
        <w:rPr>
          <w:b/>
        </w:rPr>
        <w:t xml:space="preserve">[31:22] </w:t>
      </w:r>
      <w:r>
        <w:t>yeh koi pasrar cheez nahi hai. roza, itikaf, koi bhi cheez pasrar nahi hai.</w:t>
      </w:r>
    </w:p>
    <w:p>
      <w:pPr>
        <w:jc w:val="right"/>
      </w:pPr>
      <w:r>
        <w:t>یہ کوئی پراسرار چیز نہیں ہے۔ روزہ، اعتکاف، کوئی بھی چیز پراسرار نہیں ہے۔</w:t>
      </w:r>
    </w:p>
    <w:p>
      <w:r>
        <w:rPr>
          <w:b/>
        </w:rPr>
        <w:t xml:space="preserve">[31:39] </w:t>
      </w:r>
      <w:r>
        <w:t>to khulasa yeh hai ke sab se,</w:t>
      </w:r>
    </w:p>
    <w:p>
      <w:pPr>
        <w:jc w:val="right"/>
      </w:pPr>
      <w:r>
        <w:t>تو خلاصہ یہ ہے کہ سب سے،</w:t>
      </w:r>
    </w:p>
    <w:p>
      <w:r>
        <w:rPr>
          <w:b/>
        </w:rPr>
        <w:t xml:space="preserve">[31:44] </w:t>
      </w:r>
      <w:r>
        <w:t>sab se bara usool zindagi ka qanaat hai, contentment. aur ramzan isi ki tarbiyat hai: kam par razi hona.</w:t>
      </w:r>
    </w:p>
    <w:p>
      <w:pPr>
        <w:jc w:val="right"/>
      </w:pPr>
      <w:r>
        <w:t>سب سے بڑا اصول زندگی کا قناعت ہے، کنٹینٹمنٹ۔ اور رمضان اسی کی تربیت ہے: کم پر راضی ہونا۔</w:t>
      </w:r>
    </w:p>
    <w:p>
      <w:r>
        <w:rPr>
          <w:b/>
        </w:rPr>
        <w:t xml:space="preserve">[32:00] </w:t>
      </w:r>
      <w:r>
        <w:t>kam par razi hone ka matlab kya hai? jo possible ho, us par razi hona. kyunke possible to kam hi to possible hai. yahan</w:t>
      </w:r>
    </w:p>
    <w:p>
      <w:pPr>
        <w:jc w:val="right"/>
      </w:pPr>
      <w:r>
        <w:t>کم پر راضی ہونے کا مطلب کیا ہے؟ جو پاسیبل ہو، اس پر راضی ہونا۔ کیونکہ پاسیبل تو کم ہی تو پاسیبل ہے۔ یہاں</w:t>
      </w:r>
    </w:p>
    <w:p>
      <w:r>
        <w:rPr>
          <w:b/>
        </w:rPr>
        <w:t xml:space="preserve">[32:10] </w:t>
      </w:r>
      <w:r>
        <w:t>qanaat ka matlab hai kam par razi hona. kam par razi hone ka matlab hai possible par razi hona. kyunke wahi mumkin hai, is zyada to mumkin hi nahi hai. hitler, hitler chah ke sare arab ko fateh kar nikal saka.</w:t>
      </w:r>
    </w:p>
    <w:p>
      <w:pPr>
        <w:jc w:val="right"/>
      </w:pPr>
      <w:r>
        <w:t>قناعت کا مطلب ہے کم پر راضی ہونا۔ کم پر راضی ہونے کا مطلب ہے پاسیبل پر راضی ہونا۔ کیونکہ وہی ممکن ہے، اس زیادہ تو ممکن ہی نہیں ہے۔ ہٹلر، ہٹلر چاہ کے سارے عرب کو فتح کر نکل سکا۔</w:t>
      </w:r>
    </w:p>
    <w:p>
      <w:r>
        <w:rPr>
          <w:b/>
        </w:rPr>
        <w:t xml:space="preserve">[32:24] </w:t>
      </w:r>
      <w:r>
        <w:t>woh exordon chah ke sari dunya ko fateh kar log bhi nahi kar saka. to kam hi milta hai kisi aadmi ko.</w:t>
      </w:r>
    </w:p>
    <w:p>
      <w:pPr>
        <w:jc w:val="right"/>
      </w:pPr>
      <w:r>
        <w:t>وہ ایکزرڈن چاہ کے ساری دنیا کو فتح کر لوگ بھی نہیں کر سکا۔ تو کم ہی ملتا ہے کسی آدمی کو۔</w:t>
      </w:r>
    </w:p>
    <w:p>
      <w:r>
        <w:rPr>
          <w:b/>
        </w:rPr>
        <w:t xml:space="preserve">[32:33] </w:t>
      </w:r>
      <w:r>
        <w:t>kam par raazi hona, yaani qana'at ka matlab hai kam par raazi hona. aur kam par raazi hone ka matlab hai jo mumkin hai, mumkin hai, us par raazi hona.</w:t>
      </w:r>
    </w:p>
    <w:p>
      <w:pPr>
        <w:jc w:val="right"/>
      </w:pPr>
      <w:r>
        <w:t>کم پر راضی ہونا، یعنی قناعت کا مطلب ہے کم پر راضی ہونا۔ اور کم پر راضی ہونے کا مطلب ہے جو ممکن ہے، ممکن ہے، اس پر راضی ہونا۔</w:t>
      </w:r>
    </w:p>
    <w:p>
      <w:r>
        <w:rPr>
          <w:b/>
        </w:rPr>
        <w:t xml:space="preserve">[32:44] </w:t>
      </w:r>
      <w:r>
        <w:t>yaani accepting what is possible.</w:t>
      </w:r>
    </w:p>
    <w:p>
      <w:pPr>
        <w:jc w:val="right"/>
      </w:pPr>
      <w:r>
        <w:t>یعنی ایکسیپٹنگ واٹ از پاسیبل۔</w:t>
      </w:r>
    </w:p>
    <w:p>
      <w:r>
        <w:rPr>
          <w:b/>
        </w:rPr>
        <w:t xml:space="preserve">[32:51] </w:t>
      </w:r>
      <w:r>
        <w:t>yahi zindagi ka falsafa hai. aur roze mein isi ki training ki de di. roze ka maqsad isi ki training dena hai.</w:t>
      </w:r>
    </w:p>
    <w:p>
      <w:pPr>
        <w:jc w:val="right"/>
      </w:pPr>
      <w:r>
        <w:t>یہی زندگی کا فلسفہ ہے۔ اور روزے میں اسی کی ٹریننگ کی دے دی۔ روزے کا مقصد اسی کی ٹریننگ دینا ہے۔</w:t>
      </w:r>
    </w:p>
    <w:p>
      <w:r>
        <w:rPr>
          <w:b/>
        </w:rPr>
        <w:t xml:space="preserve">[33:03] </w:t>
      </w:r>
      <w:r>
        <w:t>is se bara bas mein to koi, is se bari wisdom nahin. is se bari koi wisdom nahin. is se bari koi danishmandi nahin ke aadmi is baat ko jaan le ke agarche main idealist hoon, lekin dunya mein mujhe less than ideal mile ga.</w:t>
      </w:r>
    </w:p>
    <w:p>
      <w:pPr>
        <w:jc w:val="right"/>
      </w:pPr>
      <w:r>
        <w:t>اس سے بڑا بس میں تو کوئی، اس سے بڑی وزڈم نہیں۔ اس سے بڑی کوئی وزڈم نہیں۔ اس سے بڑی کوئی دانش مندی نہیں کہ آدمی اس بات کو جان لے کہ اگرچہ میں آئیڈیلسٹ ہوں، لیکن دنیا میں مجھے لیس دین آئیڈیل ملے گا۔</w:t>
      </w:r>
    </w:p>
    <w:p>
      <w:r>
        <w:rPr>
          <w:b/>
        </w:rPr>
        <w:t xml:space="preserve">[33:20] </w:t>
      </w:r>
      <w:r>
        <w:t>yaani main aik, mujhe aik, aik, aik according to creation plan of God. main idealist hoon, lekin mile ga dunya mein mujhe less than ideal.</w:t>
      </w:r>
    </w:p>
    <w:p>
      <w:pPr>
        <w:jc w:val="right"/>
      </w:pPr>
      <w:r>
        <w:t>یعنی میں ایک، مجھے ایک، ایک، ایک اکارڈنگ ٹو کرشن پلان آف گاڈ۔ میں آئیڈیلسٹ ہوں، لیکن ملے گا دنیا میں مجھے لیس دین آئیڈیل۔</w:t>
      </w:r>
    </w:p>
    <w:p>
      <w:r>
        <w:rPr>
          <w:b/>
        </w:rPr>
        <w:t xml:space="preserve">[33:34] </w:t>
      </w:r>
      <w:r>
        <w:t>to I, I, I would accept the less than ideal. yahi danishmandi hai, yahi wisdom hai.</w:t>
      </w:r>
    </w:p>
    <w:p>
      <w:pPr>
        <w:jc w:val="right"/>
      </w:pPr>
      <w:r>
        <w:t>تو آئی، آئی، آئی وڈ ایکسیپٹ دا لیس دین آئیڈیل۔ یہی دانش مندی ہے، یہی وزڈم ہے۔</w:t>
      </w:r>
    </w:p>
    <w:p>
      <w:r>
        <w:rPr>
          <w:b/>
        </w:rPr>
        <w:t xml:space="preserve">[33:46] </w:t>
      </w:r>
      <w:r>
        <w:t>isi baat ko na janne ki wajah se, na janne ki wajah se saare log tension mein jeete hain. saare log tension mein, frustration mein,</w:t>
      </w:r>
    </w:p>
    <w:p>
      <w:pPr>
        <w:jc w:val="right"/>
      </w:pPr>
      <w:r>
        <w:t>اسی بات کو نہ جاننے کی وجہ سے، نہ جاننے کی وجہ سے سارے لوگ ٹینشن میں جیتے ہیں۔ سارے لوگ ٹینشن میں، فریسٹریشن میں،</w:t>
      </w:r>
    </w:p>
    <w:p>
      <w:r>
        <w:rPr>
          <w:b/>
        </w:rPr>
        <w:t xml:space="preserve">[33:58] </w:t>
      </w:r>
      <w:r>
        <w:t>understand tor par.</w:t>
      </w:r>
    </w:p>
    <w:p>
      <w:pPr>
        <w:jc w:val="right"/>
      </w:pPr>
      <w:r>
        <w:t>انڈرسٹینڈ طور پر۔</w:t>
      </w:r>
    </w:p>
    <w:p>
      <w:r>
        <w:rPr>
          <w:b/>
        </w:rPr>
        <w:t xml:space="preserve">[34:11] </w:t>
      </w:r>
      <w:r>
        <w:t>quran ke mutale se, quran ki theory se main yahi samjha hai.</w:t>
      </w:r>
    </w:p>
    <w:p>
      <w:pPr>
        <w:jc w:val="right"/>
      </w:pPr>
      <w:r>
        <w:t>قرآن کے مطالعے سے، قرآن کی تھیوری سے میں یہی سمجھا ہے۔</w:t>
      </w:r>
    </w:p>
    <w:p>
      <w:r>
        <w:rPr>
          <w:b/>
        </w:rPr>
        <w:t xml:space="preserve">[34:18] </w:t>
      </w:r>
      <w:r>
        <w:t>quran kya hai? quran Allah taala ki jo plan hai, us ko batane ka naam batane ke liye quran aaya hai. zindagi ke bare mein jo Allah taala ka mansooba hai, yaani jis ko main kehta hoon creation plan of God, isi ko batane ke liye quran aaya hai.</w:t>
      </w:r>
    </w:p>
    <w:p>
      <w:pPr>
        <w:jc w:val="right"/>
      </w:pPr>
      <w:r>
        <w:t>قرآن کیا ہے؟ قرآن اللہ تعالیٰ کی جو پلان ہے، اس کو بتانے کا نام بتانے کے لیے قرآن آیا ہے۔ زندگی کے بارے میں جو اللہ تعالیٰ کا منصوبہ ہے، یعنی جس کو میں کہتا ہوں کرشن پلان آف گاڈ، اسی کو بتانے کے لیے قرآن آیا ہے۔</w:t>
      </w:r>
    </w:p>
    <w:p>
      <w:r>
        <w:rPr>
          <w:b/>
        </w:rPr>
        <w:t xml:space="preserve">[34:37] </w:t>
      </w:r>
      <w:r>
        <w:t>woh yahi hai:</w:t>
      </w:r>
    </w:p>
    <w:p>
      <w:pPr>
        <w:jc w:val="right"/>
      </w:pPr>
      <w:r>
        <w:t>وہ یہی ہے:</w:t>
      </w:r>
    </w:p>
    <w:p>
      <w:r>
        <w:rPr>
          <w:b/>
        </w:rPr>
        <w:t xml:space="preserve">[34:40] </w:t>
      </w:r>
      <w:r>
        <w:t>Allah taala ne insaan ko paida kiya, us ke andar jannat talab rakhi, talab jannat ki talab.</w:t>
      </w:r>
    </w:p>
    <w:p>
      <w:pPr>
        <w:jc w:val="right"/>
      </w:pPr>
      <w:r>
        <w:t>اللہ تعالیٰ نے انسان کو پیدا کیا، اس کے اندر جنت طلب رکھی، طلب جنت کی طلب۔</w:t>
      </w:r>
    </w:p>
    <w:p>
      <w:r>
        <w:rPr>
          <w:b/>
        </w:rPr>
        <w:t xml:space="preserve">[34:52] </w:t>
      </w:r>
      <w:r>
        <w:t>lekin jannat talab is liye nahin hai ke isi dunya mein banayein aap jannat. nahin, jannat talab is liye hai ke aap jannat ke hawale kaam karein.</w:t>
      </w:r>
    </w:p>
    <w:p>
      <w:pPr>
        <w:jc w:val="right"/>
      </w:pPr>
      <w:r>
        <w:t>لیکن جنت طلب اس لیے نہیں ہے کہ اسی دنیا میں بنائیں آپ جنت۔ نہیں، جنت طلب اس لیے ہے کہ آپ جنت کے حوالے کام کریں۔</w:t>
      </w:r>
    </w:p>
    <w:p>
      <w:r>
        <w:rPr>
          <w:b/>
        </w:rPr>
        <w:t xml:space="preserve">[35:03] </w:t>
      </w:r>
      <w:r>
        <w:t>har insaan jo hai, us ke andar jannat, jannat ki taraf rakhi hui hai.</w:t>
      </w:r>
    </w:p>
    <w:p>
      <w:pPr>
        <w:jc w:val="right"/>
      </w:pPr>
      <w:r>
        <w:t>ہر انسان جو ہے، اس کے اندر جنت، جنت کی طرف رکھی ہوئی ہے۔</w:t>
      </w:r>
    </w:p>
    <w:p>
      <w:r>
        <w:rPr>
          <w:b/>
        </w:rPr>
        <w:t xml:space="preserve">[35:09] </w:t>
      </w:r>
      <w:r>
        <w:t>har insaan talib jannat hai. lekin is liye nahin ke is dunya mein banayein aap jannat. nahin, is liye hai ke aap is dunya mein jannat wale amal karein taake maut ke baad aap ko jannat mile.</w:t>
      </w:r>
    </w:p>
    <w:p>
      <w:pPr>
        <w:jc w:val="right"/>
      </w:pPr>
      <w:r>
        <w:t>ہر انسان طالب جنت ہے۔ لیکن اس لیے نہیں کہ اس دنیا میں بنائیں آپ جنت۔ نہیں، اس لیے ہے کہ آپ اس دنیا میں جنت والے عمل کریں تاکہ موت کے بعد آپ کو جنت ملے۔</w:t>
      </w:r>
    </w:p>
    <w:p>
      <w:r>
        <w:rPr>
          <w:b/>
        </w:rPr>
        <w:t xml:space="preserve">[35:23] </w:t>
      </w:r>
      <w:r>
        <w:t>is liye isi raaz ko janne ka naam hai raaz hayat.</w:t>
      </w:r>
    </w:p>
    <w:p>
      <w:pPr>
        <w:jc w:val="right"/>
      </w:pPr>
      <w:r>
        <w:t>اس لیے اسی راز کو جاننے کا نام ہے راز حیات۔</w:t>
      </w:r>
    </w:p>
    <w:p>
      <w:r>
        <w:rPr>
          <w:b/>
        </w:rPr>
        <w:t xml:space="preserve">[35:32] </w:t>
      </w:r>
      <w:r>
        <w:t>yahi zindagi ki philosophy hai, yahi zindagi ki ideology hai.</w:t>
      </w:r>
    </w:p>
    <w:p>
      <w:pPr>
        <w:jc w:val="right"/>
      </w:pPr>
      <w:r>
        <w:t>یہی زندگی کی فلاسفی ہے، یہی زندگی کی آئیڈیالوجی ہے۔</w:t>
      </w:r>
    </w:p>
    <w:p>
      <w:r>
        <w:rPr>
          <w:b/>
        </w:rPr>
        <w:t xml:space="preserve">[35:37] </w:t>
      </w:r>
      <w:r>
        <w:t>jo log is baat ko jaan lein, wohi successful hain.</w:t>
      </w:r>
    </w:p>
    <w:p>
      <w:pPr>
        <w:jc w:val="right"/>
      </w:pPr>
      <w:r>
        <w:t>جو لوگ اس بات کو جان لیں، وہی سکسیس فل ہیں۔</w:t>
      </w:r>
    </w:p>
    <w:p>
      <w:r>
        <w:rPr>
          <w:b/>
        </w:rPr>
        <w:t xml:space="preserve">[35:52] </w:t>
      </w:r>
      <w:r>
        <w:t>aur ramzan, ramzan ka mahina isi, is ki, isi, isi ki tarbiyat ke liye hai.</w:t>
      </w:r>
    </w:p>
    <w:p>
      <w:pPr>
        <w:jc w:val="right"/>
      </w:pPr>
      <w:r>
        <w:t>اور رمضان، رمضان کا مہینہ اسی، اس کی، اسی، اسی کی تربیت کے لیے ہے۔</w:t>
      </w:r>
    </w:p>
    <w:p>
      <w:r>
        <w:rPr>
          <w:b/>
        </w:rPr>
        <w:t xml:space="preserve">[36:08] </w:t>
      </w:r>
      <w:r>
        <w:t>yeh sab se bara raaz zindagi ka yahi hai. aur yeh baat hai ke isi se poori tareekh mein log be khabar rahe hain. isi poori tareekh mein kya hai?</w:t>
      </w:r>
    </w:p>
    <w:p>
      <w:pPr>
        <w:jc w:val="right"/>
      </w:pPr>
      <w:r>
        <w:t>یہ سب سے بڑا راز زندگی کا یہی ہے۔ اور یہ بات ہے کہ اسی سے پوری تاریخ میں لوگ بے خبر رہے ہیں۔ اسی پوری تاریخ میں کیا ہے؟</w:t>
      </w:r>
    </w:p>
    <w:p>
      <w:r>
        <w:rPr>
          <w:b/>
        </w:rPr>
        <w:t xml:space="preserve">[36:18] </w:t>
      </w:r>
      <w:r>
        <w:t>frustration, tension, tashaddud. abhi aaj kal jo aap sochte hain, rozana kahin gun chal rahi hai, kahin bomb chal raha hai, kahin suicide bombing ho rahi hai, ke kuch ho raha hai.</w:t>
      </w:r>
    </w:p>
    <w:p>
      <w:pPr>
        <w:jc w:val="right"/>
      </w:pPr>
      <w:r>
        <w:t>فریسٹریشن، ٹینشن، تشدد۔ ابھی آج کل جو آپ سوچتے ہیں، روزانہ کہیں گن چل رہی ہے، کہیں بم چل رہا ہے، کہیں سوسائیڈ بمبنگ ہو رہی ہے، کہ کچھ ہو رہا ہے۔</w:t>
      </w:r>
    </w:p>
    <w:p>
      <w:r>
        <w:rPr>
          <w:b/>
        </w:rPr>
        <w:t xml:space="preserve">[36:29] </w:t>
      </w:r>
      <w:r>
        <w:t>kis liye? jo mila hua hai, us pe raazi nahin. woh</w:t>
      </w:r>
    </w:p>
    <w:p>
      <w:pPr>
        <w:jc w:val="right"/>
      </w:pPr>
      <w:r>
        <w:t>کس لیے؟ جو ملا ہوا ہے، اس پہ راضی نہیں۔ وہ</w:t>
      </w:r>
    </w:p>
    <w:p>
      <w:r>
        <w:rPr>
          <w:b/>
        </w:rPr>
        <w:t xml:space="preserve">[36:35] </w:t>
      </w:r>
      <w:r>
        <w:t>jo mila hua hai, us pe raazi nahin hai.</w:t>
      </w:r>
    </w:p>
    <w:p>
      <w:pPr>
        <w:jc w:val="right"/>
      </w:pPr>
      <w:r>
        <w:t>جو ملا ہوا ہے، اس پہ راضی نہیں ہے۔</w:t>
      </w:r>
    </w:p>
    <w:p>
      <w:r>
        <w:rPr>
          <w:b/>
        </w:rPr>
        <w:t xml:space="preserve">[36:40] </w:t>
      </w:r>
      <w:r>
        <w:t>lekin unhein yeh khabar nahin ke jo woh chahte hain, woh mile ga aur milne wala nahin. kabhi</w:t>
      </w:r>
    </w:p>
    <w:p>
      <w:pPr>
        <w:jc w:val="right"/>
      </w:pPr>
      <w:r>
        <w:t>لیکن انہیں یہ خبر نہیں کہ جو وہ چاہتے ہیں، وہ ملے گا اور ملنے والا نہیں۔ کبھی</w:t>
      </w:r>
    </w:p>
    <w:p>
      <w:r>
        <w:rPr>
          <w:b/>
        </w:rPr>
        <w:t xml:space="preserve">[36:48] </w:t>
      </w:r>
      <w:r>
        <w:t>jo mila hua hai, us pe raazi nahin. jo chahte hain, woh kabhi milne wala nahin.</w:t>
      </w:r>
    </w:p>
    <w:p>
      <w:pPr>
        <w:jc w:val="right"/>
      </w:pPr>
      <w:r>
        <w:t>جو ملا ہوا ہے، اس پہ راضی نہیں۔ جو چاہتے ہیں، وہ کبھی ملنے والا نہیں۔</w:t>
      </w:r>
    </w:p>
    <w:p>
      <w:r>
        <w:rPr>
          <w:b/>
        </w:rPr>
        <w:t xml:space="preserve">[36:56] </w:t>
      </w:r>
      <w:r>
        <w:t>isi haqeeqat ko janne ka naam hai zindagi, zindagi ki philosophy janna.</w:t>
      </w:r>
    </w:p>
    <w:p>
      <w:pPr>
        <w:jc w:val="right"/>
      </w:pPr>
      <w:r>
        <w:t>اسی حقیقت کو جاننے کا نام ہے زندگی، زندگی کی فلاسفی جاننا۔</w:t>
      </w:r>
    </w:p>
    <w:p>
      <w:r>
        <w:rPr>
          <w:b/>
        </w:rPr>
        <w:t xml:space="preserve">[37:04] </w:t>
      </w:r>
      <w:r>
        <w:t>bohat hi ajeeb si baat yeh hai ke insaan jis cheez ka talib hai, woh milne wala nahi. aur jo mila hua hai, us pe woh raazi nahi.</w:t>
      </w:r>
    </w:p>
    <w:p>
      <w:pPr>
        <w:jc w:val="right"/>
      </w:pPr>
      <w:r>
        <w:t>بہت ہی عجیب سی بات یہ ہے کہ انسان جس چیز کا طالب ہے، وہ ملنے والا نہیں۔ اور جو ملا ہوا ہے، اس پہ وہ راضی نہیں۔</w:t>
      </w:r>
    </w:p>
    <w:p>
      <w:r>
        <w:rPr>
          <w:b/>
        </w:rPr>
        <w:t xml:space="preserve">[37:16] </w:t>
      </w:r>
      <w:r>
        <w:t>yeh poori tareekh hai, poori tareekh ke jis cheez ka aadmi talib hai, jo chahta hai, woh toh milne wala nahi. aur jo mila hua hai, us pe woh raazi nahi.</w:t>
      </w:r>
    </w:p>
    <w:p>
      <w:pPr>
        <w:jc w:val="right"/>
      </w:pPr>
      <w:r>
        <w:t>یہ پوری تاریخ ہے، پوری تاریخ کہ جس چیز کا آدمی طالب ہے، جو چاہتا ہے، وہ تو ملنے والا نہیں۔ اور جو ملا ہوا ہے، اس پہ وہ راضی نہیں۔</w:t>
      </w:r>
    </w:p>
    <w:p>
      <w:r>
        <w:rPr>
          <w:b/>
        </w:rPr>
        <w:t xml:space="preserve">[37:30] </w:t>
      </w:r>
      <w:r>
        <w:t>toh jitna ab is par, isi par sochne ke liye ehtikaf hota hai</w:t>
      </w:r>
    </w:p>
    <w:p>
      <w:pPr>
        <w:jc w:val="right"/>
      </w:pPr>
      <w:r>
        <w:t>تو جتنا اب اس پر، اسی پر سوچنے کے لیے اعتکاف ہوتا ہے</w:t>
      </w:r>
    </w:p>
    <w:p>
      <w:r>
        <w:rPr>
          <w:b/>
        </w:rPr>
        <w:t xml:space="preserve">[37:34] </w:t>
      </w:r>
      <w:r>
        <w:t>ke aisa kyun hai, toh sochenge aap toh aap is yahan tak pohnchenge ke woh, woh jo talab hai, woh toh jannat ke liye hai.</w:t>
      </w:r>
    </w:p>
    <w:p>
      <w:pPr>
        <w:jc w:val="right"/>
      </w:pPr>
      <w:r>
        <w:t>کہ ایسا کیوں ہے، تو سوچیں گے آپ تو آپ اس یہاں تک پہنچیں گے کہ وہ، وہ جو طلب ہے، وہ تو جنت کے لیے ہے۔</w:t>
      </w:r>
    </w:p>
    <w:p>
      <w:r>
        <w:rPr>
          <w:b/>
        </w:rPr>
        <w:t xml:space="preserve">[37:43] </w:t>
      </w:r>
      <w:r>
        <w:t>aakhirat jo aakhirat milne wali hai, yahan dunyavi milegi nahi.</w:t>
      </w:r>
    </w:p>
    <w:p>
      <w:pPr>
        <w:jc w:val="right"/>
      </w:pPr>
      <w:r>
        <w:t>آخرت جو آخرت ملنے والی ہے، یہاں دنیاوی ملے گی نہیں۔</w:t>
      </w:r>
    </w:p>
    <w:p>
      <w:r>
        <w:rPr>
          <w:b/>
        </w:rPr>
        <w:t xml:space="preserve">[37:49] </w:t>
      </w:r>
      <w:r>
        <w:t>toh yahan par amal hai aur aakhirat mein amal ka inaam hai.</w:t>
      </w:r>
    </w:p>
    <w:p>
      <w:pPr>
        <w:jc w:val="right"/>
      </w:pPr>
      <w:r>
        <w:t>تو یہاں پر عمل ہے اور آخرت میں عمل کا انعام ہے۔</w:t>
      </w:r>
    </w:p>
    <w:p>
      <w:r>
        <w:rPr>
          <w:b/>
        </w:rPr>
        <w:t xml:space="preserve">[37:57] </w:t>
      </w:r>
      <w:r>
        <w:t>yahan par jannat ke liye amal karna hai aur aakhirat mein, aakhirat mein jannat ko paana hai.</w:t>
      </w:r>
    </w:p>
    <w:p>
      <w:pPr>
        <w:jc w:val="right"/>
      </w:pPr>
      <w:r>
        <w:t>یہاں پر جنت کے لیے عمل کرنا ہے اور آخرت میں، آخرت میں جنت کو پانا ہے۔</w:t>
      </w:r>
    </w:p>
    <w:p>
      <w:r>
        <w:rPr>
          <w:b/>
        </w:rPr>
        <w:t xml:space="preserve">[38:05] </w:t>
      </w:r>
      <w:r>
        <w:t>yahi hai zindagi ki philosophy aur yeh roze ki philosophy. yeh, yeh roze ki philosophy hai, yeh zindagi ki philosophy hai, yeh islam ki philosophy hai.</w:t>
      </w:r>
    </w:p>
    <w:p>
      <w:pPr>
        <w:jc w:val="right"/>
      </w:pPr>
      <w:r>
        <w:t>یہی ہے زندگی کی فلاسفی اور یہ روزہ کی فلاسفی۔ یہ، یہ روزے کی فلاسفی ہے، یہ زندگی کی فلاسفی ہے، یہ اسلام کی فلاسفی ہے۔</w:t>
      </w:r>
    </w:p>
    <w:p>
      <w:r>
        <w:rPr>
          <w:b/>
        </w:rPr>
        <w:t xml:space="preserve">[38:33] </w:t>
      </w:r>
      <w:r>
        <w:t>maine sari zindagi quran ko padha hai aur quran se mutalliq uloom padhe hain. quran se mutalliq jo kitabein hain, unko padha hai. toh khulasa jo mein, jo mein jis khulase pohncha hoon, wahi hai yeh.</w:t>
      </w:r>
    </w:p>
    <w:p>
      <w:pPr>
        <w:jc w:val="right"/>
      </w:pPr>
      <w:r>
        <w:t>میں نے ساری زندگی قرآن کو پڑھا ہے اور قرآن سے متعلق علوم پڑھے ہیں۔ قرآن سے متعلق جو کتابیں ہیں، ان کو پڑھا ہے۔ تو خلاصہ جو میں، جو میں جس خلاصے پہنچا ہوں، وہی ہے یہ۔</w:t>
      </w:r>
    </w:p>
    <w:p>
      <w:r>
        <w:rPr>
          <w:b/>
        </w:rPr>
        <w:t xml:space="preserve">[38:49] </w:t>
      </w:r>
      <w:r>
        <w:t>yaani khulasa, khulasa hayat yahi hai mere nazdeek.</w:t>
      </w:r>
    </w:p>
    <w:p>
      <w:pPr>
        <w:jc w:val="right"/>
      </w:pPr>
      <w:r>
        <w:t>یعنی خلاصہ، خلاصہ حیات یہی ہے میرے نزدیک۔</w:t>
      </w:r>
    </w:p>
    <w:p>
      <w:r>
        <w:rPr>
          <w:b/>
        </w:rPr>
        <w:t xml:space="preserve">[39:09] </w:t>
      </w:r>
      <w:r>
        <w:t>yeh woh cheez hai jis se log bekhabar hain. ise jis ko dekh, jis ko dekhe, woh discontentment jeeta hai, dissatisfaction jeeta hai.</w:t>
      </w:r>
    </w:p>
    <w:p>
      <w:pPr>
        <w:jc w:val="right"/>
      </w:pPr>
      <w:r>
        <w:t>یہ وہ چیز ہے جس سے لوگ بے خبر ہیں۔ اسے جس کو دیکھ، جس کو دیکھے، وہ ڈس کنٹینٹمنٹ جیتا ہے، ڈس سیٹسفیکشن جیتا ہے۔</w:t>
      </w:r>
    </w:p>
    <w:p>
      <w:r>
        <w:rPr>
          <w:b/>
        </w:rPr>
        <w:t xml:space="preserve">[39:19] </w:t>
      </w:r>
      <w:r>
        <w:t>dissatisfaction aik, aik aam hai. stress mein jeete hain log, tension mein jeete hain. kyun? isi liye is raaz ko nahi jaante</w:t>
      </w:r>
    </w:p>
    <w:p>
      <w:pPr>
        <w:jc w:val="right"/>
      </w:pPr>
      <w:r>
        <w:t>ڈس سیٹسفیکشن ایک، ایک عام ہے۔ اسٹریس میں جیتے ہیں لوگ، ٹینشن میں جیتے ہیں۔ کیوں؟ اسی لیے اس راز کو نہیں جانتے</w:t>
      </w:r>
    </w:p>
    <w:p>
      <w:r>
        <w:rPr>
          <w:b/>
        </w:rPr>
        <w:t xml:space="preserve">[39:35] </w:t>
      </w:r>
      <w:r>
        <w:t>ke insaan paidaish toh mein talib jannat hai,</w:t>
      </w:r>
    </w:p>
    <w:p>
      <w:pPr>
        <w:jc w:val="right"/>
      </w:pPr>
      <w:r>
        <w:t>کہ انسان پیدائش تو میں طالب جنت ہے،</w:t>
      </w:r>
    </w:p>
    <w:p>
      <w:r>
        <w:rPr>
          <w:b/>
        </w:rPr>
        <w:t xml:space="preserve">[39:37] </w:t>
      </w:r>
      <w:r>
        <w:t>lekin jannat yahan nahi milegi, jannat milegi aakhirat mein.</w:t>
      </w:r>
    </w:p>
    <w:p>
      <w:pPr>
        <w:jc w:val="right"/>
      </w:pPr>
      <w:r>
        <w:t>لیکن جنت یہاں نہیں ملے گی، جنت ملے گی آخرت میں۔</w:t>
      </w:r>
    </w:p>
    <w:p>
      <w:r>
        <w:rPr>
          <w:b/>
        </w:rPr>
        <w:t xml:space="preserve">[39:52] </w:t>
      </w:r>
      <w:r>
        <w:t>jis ko hum kehte hain dawat-e-ilallah, woh bhi yahi baat hai. isi ko batane ka naam dawat-e-ilallah hai.</w:t>
      </w:r>
    </w:p>
    <w:p>
      <w:pPr>
        <w:jc w:val="right"/>
      </w:pPr>
      <w:r>
        <w:t>جس کو ہم کہتے ہیں دعوت اللہ، وہ بھی یہی بات ہے۔ اسی کو بتانے کا نام دعوت اللہ ہے۔</w:t>
      </w:r>
    </w:p>
    <w:p>
      <w:r>
        <w:rPr>
          <w:b/>
        </w:rPr>
        <w:t xml:space="preserve">[39:58] </w:t>
      </w:r>
      <w:r>
        <w:t>dawat-e-ilallah koi political kaam nahi, koi milli kaam nahi, koi dunyavi kaam nahi. dawat-e-ilallah jo hai, haqeeqat mein insaan ko Allah ke creation plan se aagah karne ka naam hai.</w:t>
      </w:r>
    </w:p>
    <w:p>
      <w:pPr>
        <w:jc w:val="right"/>
      </w:pPr>
      <w:r>
        <w:t>دعوت اللہ کوئی پولیٹیکل کام نہیں، کوئی ملی کام نہیں، کوئی دنیاوی کام نہیں۔ دعوت اللہ جو ہے، حقیقت میں انسان کو اللہ کے کرشن پلان سے آگاہ کرنے کا نام ہے۔</w:t>
      </w:r>
    </w:p>
    <w:p>
      <w:r>
        <w:rPr>
          <w:b/>
        </w:rPr>
        <w:t xml:space="preserve">[40:17] </w:t>
      </w:r>
      <w:r>
        <w:t>dawat-e-ilallah koi bhi taalluq politics se nahi hai.</w:t>
      </w:r>
    </w:p>
    <w:p>
      <w:pPr>
        <w:jc w:val="right"/>
      </w:pPr>
      <w:r>
        <w:t>دعوت اللہ کوئی بھی تعلق پولیٹکس سے نہیں ہے۔</w:t>
      </w:r>
    </w:p>
    <w:p>
      <w:r>
        <w:rPr>
          <w:b/>
        </w:rPr>
        <w:t xml:space="preserve">[40:27] </w:t>
      </w:r>
      <w:r>
        <w:t>to make people aware of the, of creation plan of God. yahi, yahi, yahi dawat-e-ilallah hai.</w:t>
      </w:r>
    </w:p>
    <w:p>
      <w:pPr>
        <w:jc w:val="right"/>
      </w:pPr>
      <w:r>
        <w:t>ٹو میک پیپل اویئر آف دا، آف کرشن پلان آف گاڈ۔ یہی، یہی، یہی دعوت اللہ ہے۔</w:t>
      </w:r>
    </w:p>
    <w:p>
      <w:r>
        <w:rPr>
          <w:b/>
        </w:rPr>
        <w:t xml:space="preserve">[40:47] </w:t>
      </w:r>
      <w:r>
        <w:t>hum ko yaani dunya ke sath, dunya ke sath, sab dunya ke sath sab se bari khairkhwahi yeh hai ke is ko yeh baat bata diya jaye.</w:t>
      </w:r>
    </w:p>
    <w:p>
      <w:pPr>
        <w:jc w:val="right"/>
      </w:pPr>
      <w:r>
        <w:t>ہم کو یعنی دنیا کے ساتھ، دنیا کے ساتھ، سب دنیا کے ساتھ سب سے بڑی خرخائی یہ ہے کہ اس کو یہ بات بتا دیا جائے۔</w:t>
      </w:r>
    </w:p>
    <w:p>
      <w:r>
        <w:rPr>
          <w:b/>
        </w:rPr>
        <w:t xml:space="preserve">[40:57] </w:t>
      </w:r>
      <w:r>
        <w:t>aaj ki jo dunya hai, aaj ke jo log hain, un ke sath sab se bari khairkhwahi yahi hai ke unhein bata diya jaye taake woh in necessary, yaani in necessary problems bach jayein.</w:t>
      </w:r>
    </w:p>
    <w:p>
      <w:pPr>
        <w:jc w:val="right"/>
      </w:pPr>
      <w:r>
        <w:t>آج کی جو دنیا ہے، آج کے جو لوگ ہیں، ان کے ساتھ سب سے بڑی خرخائی یہی ہے کہ انہیں بتا دیا جائے تاکہ وہ ان نیسیسری، یعنی ان نیسیسری پرابلمز بچ جائیں۔</w:t>
      </w:r>
    </w:p>
    <w:p>
      <w:r>
        <w:rPr>
          <w:b/>
        </w:rPr>
        <w:t xml:space="preserve">[41:14] </w:t>
      </w:r>
      <w:r>
        <w:t>log ghair zaroori taur par tension mein jeete hain, ghair zaroori taur par frustration mein jeete hain, ghair zaroori taur par apne aap ko problem mutaqi rehte hain.</w:t>
      </w:r>
    </w:p>
    <w:p>
      <w:pPr>
        <w:jc w:val="right"/>
      </w:pPr>
      <w:r>
        <w:t>لوگ غیر ضروری طور پر ٹینشن میں جیتے ہیں، غیر ضروری طور پر فریسٹریشن میں جیتے ہیں، غیر ضروری طور پر اپنے آپ کو پرابلم متقی رہتے ہیں۔</w:t>
      </w:r>
    </w:p>
    <w:p>
      <w:r>
        <w:rPr>
          <w:b/>
        </w:rPr>
        <w:t xml:space="preserve">[41:26] </w:t>
      </w:r>
      <w:r>
        <w:t>ishaa'at mein is se bara, is se bari aur khairkhwahi kya ho sakti hai ke in ko is, is haqeeqat se in ko aagah kar diya jaye.</w:t>
      </w:r>
    </w:p>
    <w:p>
      <w:pPr>
        <w:jc w:val="right"/>
      </w:pPr>
      <w:r>
        <w:t>اشاعت میں اس سے بڑا، اس سے بڑی اور خرخائی کیا ہو سکتی ہے کہ ان کو اس، اس حقیقت سے ان کو آگاہ کر دیا جائے۔</w:t>
      </w:r>
    </w:p>
    <w:p>
      <w:r>
        <w:rPr>
          <w:b/>
        </w:rPr>
        <w:t xml:space="preserve">[41:36] </w:t>
      </w:r>
      <w:r>
        <w:t>isi ka naam hai dawat-e-ilallah.</w:t>
      </w:r>
    </w:p>
    <w:p>
      <w:pPr>
        <w:jc w:val="right"/>
      </w:pPr>
      <w:r>
        <w:t>اسی کا نام ہے دعوت اللہ۔</w:t>
      </w:r>
    </w:p>
    <w:p>
      <w:r>
        <w:rPr>
          <w:b/>
        </w:rPr>
        <w:t xml:space="preserve">[41:51] </w:t>
      </w:r>
      <w:r>
        <w:t>dawat-e-ilallah ka lafzi matlab hai Allah ki taraf pukarna.</w:t>
      </w:r>
    </w:p>
    <w:p>
      <w:pPr>
        <w:jc w:val="right"/>
      </w:pPr>
      <w:r>
        <w:t>دعوت اللہ کا لفظی مطلب ہے اللہ کی طرف پکارنا۔</w:t>
      </w:r>
    </w:p>
    <w:p>
      <w:r>
        <w:rPr>
          <w:b/>
        </w:rPr>
        <w:t xml:space="preserve">[41:57] </w:t>
      </w:r>
      <w:r>
        <w:t>allah ki taraf pukarna yani</w:t>
      </w:r>
    </w:p>
    <w:p>
      <w:pPr>
        <w:jc w:val="right"/>
      </w:pPr>
      <w:r>
        <w:t>اللہ کی طرف پکارنا یعنی</w:t>
      </w:r>
    </w:p>
    <w:p>
      <w:r>
        <w:rPr>
          <w:b/>
        </w:rPr>
        <w:t xml:space="preserve">[42:02] </w:t>
      </w:r>
      <w:r>
        <w:t>god oriented life ki taraf pukarna ke a logon, god oriented life ikhtiyar karo. is ka matlab kya hai? allah ke mansoobe ko samjho.</w:t>
      </w:r>
    </w:p>
    <w:p>
      <w:pPr>
        <w:jc w:val="right"/>
      </w:pPr>
      <w:r>
        <w:t>گاڈ اورینٹڈ لائف کی طرف پکارنا کہ اے لوگوں، گاڈ اورینٹڈ لائف اختیار کرو۔ اس کا مطلب کیا ہے؟ اللہ کے منصوبے کو سمجھو۔</w:t>
      </w:r>
    </w:p>
    <w:p>
      <w:r>
        <w:rPr>
          <w:b/>
        </w:rPr>
        <w:t xml:space="preserve">[42:13] </w:t>
      </w:r>
      <w:r>
        <w:t>allah ke, allah ke plan kya hai, is jaan jano. is ko bataen, apni zindagi ko dhalo. ye matlab hai is ka.</w:t>
      </w:r>
    </w:p>
    <w:p>
      <w:pPr>
        <w:jc w:val="right"/>
      </w:pPr>
      <w:r>
        <w:t>اللہ کے، اللہ کے پلان کیا ہے، اس جان جانو۔ اس کو بتائیں، اپنی زندگی کو ڈھالو۔ یہ مطلب ہے اس کا۔</w:t>
      </w:r>
    </w:p>
    <w:p>
      <w:r>
        <w:rPr>
          <w:b/>
        </w:rPr>
        <w:t xml:space="preserve">[42:28] </w:t>
      </w:r>
      <w:r>
        <w:t>to yaad rakhiye, islam mein koi bhi cheez pirasarar nahin hai, koi bhi cheez mysterious nahin hai. har cheez well defined hai.</w:t>
      </w:r>
    </w:p>
    <w:p>
      <w:pPr>
        <w:jc w:val="right"/>
      </w:pPr>
      <w:r>
        <w:t>تو یاد رکھیے، اسلام میں کوئی بھی چیز پراسرار نہیں ہے، کوئی بھی چیز مسٹریس نہیں ہے۔ ہر چیز ویل ڈیفائنڈ ہے۔</w:t>
      </w:r>
    </w:p>
    <w:p>
      <w:r>
        <w:rPr>
          <w:b/>
        </w:rPr>
        <w:t xml:space="preserve">[42:39] </w:t>
      </w:r>
      <w:r>
        <w:t>hadith mein aata hai ke main ek aise deen ko le ke bheja hoon, ek aise deen ko le ke bheja gaya hoon ke la ilaha kunharah. is ki raaten dinon ki tarah roshan hain.</w:t>
      </w:r>
    </w:p>
    <w:p>
      <w:pPr>
        <w:jc w:val="right"/>
      </w:pPr>
      <w:r>
        <w:t>حدیث میں آتا ہے کہ میں ایک ایسے دین کو لے کے بھیجا ہوں، ایک ایسے دین کو لے کے بھیجا گیا ہوں کہ لا الہ کنہارہ۔ اس کی راتیں دنوں کی طرح روشن ہیں۔</w:t>
      </w:r>
    </w:p>
    <w:p>
      <w:r>
        <w:rPr>
          <w:b/>
        </w:rPr>
        <w:t xml:space="preserve">[42:49] </w:t>
      </w:r>
      <w:r>
        <w:t>ye is ka matlab yahi to hai ke din mein koi pirasarariyt nahin, koi mystery nahin.</w:t>
      </w:r>
    </w:p>
    <w:p>
      <w:pPr>
        <w:jc w:val="right"/>
      </w:pPr>
      <w:r>
        <w:t>یہ اس کا مطلب یہی تو ہے کہ دن میں کوئی پراسراریت نہیں، کوئی مسٹری نہیں۔</w:t>
      </w:r>
    </w:p>
    <w:p>
      <w:r>
        <w:rPr>
          <w:b/>
        </w:rPr>
        <w:t xml:space="preserve">[42:57] </w:t>
      </w:r>
      <w:r>
        <w:t>har cheez well known hai, well defined hai.</w:t>
      </w:r>
    </w:p>
    <w:p>
      <w:pPr>
        <w:jc w:val="right"/>
      </w:pPr>
      <w:r>
        <w:t>ہر چیز ویل نون ہے، ویل ڈیفائنڈ ہے۔</w:t>
      </w:r>
    </w:p>
    <w:p>
      <w:r>
        <w:rPr>
          <w:b/>
        </w:rPr>
        <w:t xml:space="preserve">[43:05] </w:t>
      </w:r>
      <w:r>
        <w:t>lekin jab jitna sochenge, jitna sochenge, utni hum is ko samajh paenge. isi liye quran mein tadabbur par bohat zor diya gaya.</w:t>
      </w:r>
    </w:p>
    <w:p>
      <w:pPr>
        <w:jc w:val="right"/>
      </w:pPr>
      <w:r>
        <w:t>لیکن جب جتنا سوچیں گے، جتنا سوچیں گے، اتنی ہم اس کو سمجھ پائیں گے۔ اسی لیے قرآن میں تدبر پر بہت زور دیا گیا۔</w:t>
      </w:r>
    </w:p>
    <w:p>
      <w:r>
        <w:rPr>
          <w:b/>
        </w:rPr>
        <w:t xml:space="preserve">[43:15] </w:t>
      </w:r>
      <w:r>
        <w:t>tadabbur, tazakkur, tafakkur bohat zor diya gaya kyunke ye sab baaten aadmi soch kar hi jaan sakta hai.</w:t>
      </w:r>
    </w:p>
    <w:p>
      <w:pPr>
        <w:jc w:val="right"/>
      </w:pPr>
      <w:r>
        <w:t>تدبر، تذکر، تفکر بہت زور دیا گیا کیونکہ یہ سب باتیں آدمی سوچ کر ہی جان سکتا ہے۔</w:t>
      </w:r>
    </w:p>
    <w:p>
      <w:r>
        <w:rPr>
          <w:b/>
        </w:rPr>
        <w:t xml:space="preserve">[43:30] </w:t>
      </w:r>
      <w:r>
        <w:t>kal main kisi sahib se keh raha tha ke quran ka padhiye to quran mein ek ajib o gharib baat ye paenge aap ke aam kitabon se mukhtalif, aam kitabon mein har cheez a se zed tak batai jaati hai, ho rahi rehti hai.</w:t>
      </w:r>
    </w:p>
    <w:p>
      <w:pPr>
        <w:jc w:val="right"/>
      </w:pPr>
      <w:r>
        <w:t>کل میں کسی صاحب سے کہہ رہا تھا کہ قرآن کا پڑھیے تو قرآن میں ایک عجیب و غریب بات یہ پائیں گے آپ کہ عام کتابوں سے مختلف، عام کتابوں میں ہر چیز اے سے زیڈ تک بتائی جاتی ہے، ہو رہی رہتی ہے۔</w:t>
      </w:r>
    </w:p>
    <w:p>
      <w:r>
        <w:rPr>
          <w:b/>
        </w:rPr>
        <w:t xml:space="preserve">[43:42] </w:t>
      </w:r>
      <w:r>
        <w:t>sab baat batai lekin quran mein ke koi peechhe detail bhi nahin, kisi cheez ki detail, detail nahin,</w:t>
      </w:r>
    </w:p>
    <w:p>
      <w:pPr>
        <w:jc w:val="right"/>
      </w:pPr>
      <w:r>
        <w:t>سب بات بتائی لیکن قرآن میں کہ کوئی پیچھے ڈیٹیل بھی نہیں، کسی چیز کی ڈیٹیل، ڈیٹیل نہیں،</w:t>
      </w:r>
    </w:p>
    <w:p>
      <w:r>
        <w:rPr>
          <w:b/>
        </w:rPr>
        <w:t xml:space="preserve">[43:54] </w:t>
      </w:r>
      <w:r>
        <w:t>kisi cheez ki detail, detail nahin.</w:t>
      </w:r>
    </w:p>
    <w:p>
      <w:pPr>
        <w:jc w:val="right"/>
      </w:pPr>
      <w:r>
        <w:t>کسی چیز کی ڈیٹیل، ڈیٹیل نہیں۔</w:t>
      </w:r>
    </w:p>
    <w:p>
      <w:r>
        <w:rPr>
          <w:b/>
        </w:rPr>
        <w:t xml:space="preserve">[43:57] </w:t>
      </w:r>
      <w:r>
        <w:t>to main ne kaha ke har cheez quran mein half mentioned hai, ne mazkoor, half mentioned hai. aaj matlab aadhi baat bata di gayi hai, aadhi kahan se jaane gi?</w:t>
      </w:r>
    </w:p>
    <w:p>
      <w:pPr>
        <w:jc w:val="right"/>
      </w:pPr>
      <w:r>
        <w:t>تو میں نے کہا کہ ہر چیز قرآن میں ہاف مینشنڈ ہے، نی مذکور، ہاف مینشنڈ ہے۔ آج مطلب آدھی بات بتا دی گئی ہے، آدھی کہاں سے جانے گی؟</w:t>
      </w:r>
    </w:p>
    <w:p>
      <w:r>
        <w:rPr>
          <w:b/>
        </w:rPr>
        <w:t xml:space="preserve">[44:08] </w:t>
      </w:r>
      <w:r>
        <w:t>ab tadabbur to isi ki tadabbur, tadabbur karna, mad tadabbur</w:t>
      </w:r>
    </w:p>
    <w:p>
      <w:pPr>
        <w:jc w:val="right"/>
      </w:pPr>
      <w:r>
        <w:t>اب تدبر تو اسی کی تدبر، تدبر کرنا، مد تدبر</w:t>
      </w:r>
    </w:p>
    <w:p>
      <w:r>
        <w:rPr>
          <w:b/>
        </w:rPr>
        <w:t xml:space="preserve">[44:17] </w:t>
      </w:r>
      <w:r>
        <w:t>aam kitabon se bohat mukhtalif hai. quran koi bhi kitab padhiye to is mein sari baaten pata, detail, detail mein reh</w:t>
      </w:r>
    </w:p>
    <w:p>
      <w:pPr>
        <w:jc w:val="right"/>
      </w:pPr>
      <w:r>
        <w:t>عام کتابوں سے بہت مختلف ہے۔ قرآن کوئی بھی کتاب پڑھیے تو اس میں ساری باتیں پتہ، ڈیٹیل، ڈیٹیل میں رہ</w:t>
      </w:r>
    </w:p>
    <w:p>
      <w:r>
        <w:rPr>
          <w:b/>
        </w:rPr>
        <w:t xml:space="preserve">[44:24] </w:t>
      </w:r>
      <w:r>
        <w:t>engi. jo subject rahega, us subject ki detail, poori detail rahegi, poori tafseel. har kitab mein insani kitab jo hoti hai,</w:t>
      </w:r>
    </w:p>
    <w:p>
      <w:pPr>
        <w:jc w:val="right"/>
      </w:pPr>
      <w:r>
        <w:t>یں گی۔ جو سبجیکٹ رہے گا، اس سبجیکٹ کی ڈیٹیل، پوری ڈیٹیل رہے گی، پوری تفصیل۔ ہر کتاب میں انسانی کتاب جو ہوتی ہے،</w:t>
      </w:r>
    </w:p>
    <w:p>
      <w:r>
        <w:rPr>
          <w:b/>
        </w:rPr>
        <w:t xml:space="preserve">[44:36] </w:t>
      </w:r>
      <w:r>
        <w:t>kisi bhi insani kitab ko aap dekhen to is mein sab tafseel milegi aap ko. a zed tak mozu ke mutabiq jo mozu hai is ka lekin quran mein kisi ki tafseel hi nahin.</w:t>
      </w:r>
    </w:p>
    <w:p>
      <w:pPr>
        <w:jc w:val="right"/>
      </w:pPr>
      <w:r>
        <w:t>کسی بھی انسانی کتاب کو آپ دیکھیں تو اس میں سب تفصیل ملے گی آپ کو۔ اے زیڈ تک موضوع کے مطابق جو موضوع ہے اس کا لیکن قرآن میں کسی کی تفصیل ہی نہیں۔</w:t>
      </w:r>
    </w:p>
    <w:p>
      <w:r>
        <w:rPr>
          <w:b/>
        </w:rPr>
        <w:t xml:space="preserve">[44:49] </w:t>
      </w:r>
      <w:r>
        <w:t>to har cheez half mentioned hai, ne mazkoor hai.</w:t>
      </w:r>
    </w:p>
    <w:p>
      <w:pPr>
        <w:jc w:val="right"/>
      </w:pPr>
      <w:r>
        <w:t>تو ہر چیز ہاف مینشنڈ ہے، نی مذکور ہے۔</w:t>
      </w:r>
    </w:p>
    <w:p>
      <w:r>
        <w:rPr>
          <w:b/>
        </w:rPr>
        <w:t xml:space="preserve">[44:54] </w:t>
      </w:r>
      <w:r>
        <w:t>kis liye hai? ye hai taake aap sochen.</w:t>
      </w:r>
    </w:p>
    <w:p>
      <w:pPr>
        <w:jc w:val="right"/>
      </w:pPr>
      <w:r>
        <w:t>کس لیے ہے؟ یہ ہے تاکہ آپ سوچیں۔</w:t>
      </w:r>
    </w:p>
    <w:p>
      <w:r>
        <w:rPr>
          <w:b/>
        </w:rPr>
        <w:t xml:space="preserve">[45:01] </w:t>
      </w:r>
      <w:r>
        <w:t>kaha tadabbur ki dawat hai. quran jo hai, tadabbur ki dawat deta hai. ye jo usloob quran ka jo hai, ye usloob tadabbur ki dawat deta hai.</w:t>
      </w:r>
    </w:p>
    <w:p>
      <w:pPr>
        <w:jc w:val="right"/>
      </w:pPr>
      <w:r>
        <w:t>کہا تدبر کی دعوت ہے۔ قرآن جو ہے، تدبر کی دعوت دیتا ہے۔ یہ جو اسلوب قرآن کا جو ہے، یہ اسلوب تدبر کی دعوت دیتا ہے۔</w:t>
      </w:r>
    </w:p>
    <w:p>
      <w:r>
        <w:rPr>
          <w:b/>
        </w:rPr>
        <w:t xml:space="preserve">[45:13] </w:t>
      </w:r>
      <w:r>
        <w:t>yani usloob apne aap mein ye kehta hai ke ghor karo, socho</w:t>
      </w:r>
    </w:p>
    <w:p>
      <w:pPr>
        <w:jc w:val="right"/>
      </w:pPr>
      <w:r>
        <w:t>یعنی اسلوب اپنے آپ میں یہ کہتا ہے کہ غور کرو، سوچو</w:t>
      </w:r>
    </w:p>
    <w:p>
      <w:r>
        <w:rPr>
          <w:b/>
        </w:rPr>
        <w:t xml:space="preserve">[45:20] </w:t>
      </w:r>
      <w:r>
        <w:t>kyunke is ki gehre maani jo hai, baghair soche jaano nahin jaano ge.</w:t>
      </w:r>
    </w:p>
    <w:p>
      <w:pPr>
        <w:jc w:val="right"/>
      </w:pPr>
      <w:r>
        <w:t>کیونکہ اس کی گہرے معنی جو ہے، بغیر سوچے جانو نہیں جانو گے۔</w:t>
      </w:r>
    </w:p>
    <w:p>
      <w:r>
        <w:rPr>
          <w:b/>
        </w:rPr>
        <w:t xml:space="preserve">[45:28] </w:t>
      </w:r>
      <w:r>
        <w:t>to kal main ne ek sahib se ye baat kahi ke quran mein baar baar padhta hoon lekin bohat ajib baat hai ke quran mein kisi cheez ki detail nahin. maslan namaz ka hukum hai, wo panch waqt ki namaz ke kahin hai hi nahin.</w:t>
      </w:r>
    </w:p>
    <w:p>
      <w:pPr>
        <w:jc w:val="right"/>
      </w:pPr>
      <w:r>
        <w:t>تو کل میں نے ایک صاحب سے یہ بات کہی کہ قرآن میں بار بار پڑھتا ہوں لیکن بہت عجیب بات ہے کہ قرآن میں کسی چیز کی ڈیٹیل نہیں۔ مثلاً نماز کا حکم ہے، وہ پانچ وقت کی نماز کے کہیں ہے ہی نہیں۔</w:t>
      </w:r>
    </w:p>
    <w:p>
      <w:r>
        <w:rPr>
          <w:b/>
        </w:rPr>
        <w:t xml:space="preserve">[45:41] </w:t>
      </w:r>
      <w:r>
        <w:t>panch waqt namaz parho. har koi bhi hukum jo quran majeed mein hai, kisi hukum ki detail nahin.</w:t>
      </w:r>
    </w:p>
    <w:p>
      <w:pPr>
        <w:jc w:val="right"/>
      </w:pPr>
      <w:r>
        <w:t>پانچ وقت نماز پڑھو۔ ہر کوئی بھی حکم جو قرآن مجید میں ہے، کسی حکم کی ڈیٹیل نہیں۔</w:t>
      </w:r>
    </w:p>
    <w:p>
      <w:r>
        <w:rPr>
          <w:b/>
        </w:rPr>
        <w:t xml:space="preserve">[45:53] </w:t>
      </w:r>
      <w:r>
        <w:t>to har cheez half mentioned hai, ne mazkoor hai. to ye, ye usloob apne aap mein kehta hai ke socho, socho, socho, socho.</w:t>
      </w:r>
    </w:p>
    <w:p>
      <w:pPr>
        <w:jc w:val="right"/>
      </w:pPr>
      <w:r>
        <w:t>تو ہر چیز ہاف مینشنڈ ہے، نی مذکور ہے۔ تو یہ، یہ اسلوب اپنے آپ میں کہتا ہے کہ سوچو، سوچو، سوچو، سوچو۔</w:t>
      </w:r>
    </w:p>
    <w:p>
      <w:r>
        <w:rPr>
          <w:b/>
        </w:rPr>
        <w:t xml:space="preserve">[46:06] </w:t>
      </w:r>
      <w:r>
        <w:t>isi liye main kehta hoon quran kitab tadabbur hai, book of contemplation.</w:t>
      </w:r>
    </w:p>
    <w:p>
      <w:pPr>
        <w:jc w:val="right"/>
      </w:pPr>
      <w:r>
        <w:t>اسی لیے میں کہتا ہوں قرآن کتاب تدبر ہے، بک آف کنٹمپلیشن۔</w:t>
      </w:r>
    </w:p>
    <w:p>
      <w:r>
        <w:rPr>
          <w:b/>
        </w:rPr>
        <w:t xml:space="preserve">[46:25] </w:t>
      </w:r>
      <w:r>
        <w:t>to main chahta hoon ke hamari jo team hai, cps ke log hain, wo is baat ko samjhein, khud apni zindagi is ko utaren aur doosron tak is baat ko pohanchayen.</w:t>
      </w:r>
    </w:p>
    <w:p>
      <w:pPr>
        <w:jc w:val="right"/>
      </w:pPr>
      <w:r>
        <w:t>تو میں چاہتا ہوں کہ ہماری جو ٹیم ہے، سی پی ایس کے لوگ ہیں، وہ اس بات کو سمجھیں، خود اپنی زندگی اس کو اتاریں اور دوسروں تک اس بات کو پہنچائیں۔</w:t>
      </w:r>
    </w:p>
    <w:p>
      <w:r>
        <w:rPr>
          <w:b/>
        </w:rPr>
        <w:t xml:space="preserve">[46:48] </w:t>
      </w:r>
      <w:r>
        <w:t>yahi sab se bari kharkhai hogi aap ki insaan ke liye.</w:t>
      </w:r>
    </w:p>
    <w:p>
      <w:pPr>
        <w:jc w:val="right"/>
      </w:pPr>
      <w:r>
        <w:t>یہی سب سے بڑی خرخائی ہوگی آپ کی انسان کے لیے۔</w:t>
      </w:r>
    </w:p>
    <w:p>
      <w:r>
        <w:rPr>
          <w:b/>
        </w:rPr>
        <w:t xml:space="preserve">[46:52] </w:t>
      </w:r>
      <w:r>
        <w:t>aaj kal jo tarah tarah ke hangame hain, street activism, jaloos, jhande, jaloos, jhande, nare, bheer, is se koi result nahi nikalne wala hai, koi result nahi hai.</w:t>
      </w:r>
    </w:p>
    <w:p>
      <w:pPr>
        <w:jc w:val="right"/>
      </w:pPr>
      <w:r>
        <w:t>آج کل جو طرح طرح کے ہنگامے ہیں، اسٹریٹ ایکٹیوزم، جلوس، جھنڈے، جلوس، جھنڈے، نعرے، بھیڑ، اس سے کوئی رزلٹ نہیں نکلنے والا ہے، کوئی رزلٹ نہیں ہے۔</w:t>
      </w:r>
    </w:p>
    <w:p>
      <w:r>
        <w:rPr>
          <w:b/>
        </w:rPr>
        <w:t xml:space="preserve">[47:06] </w:t>
      </w:r>
      <w:r>
        <w:t>aisa bohat dekh chuke hain apni umar mein, bar bar maine dekha bheer ki siyasat.</w:t>
      </w:r>
    </w:p>
    <w:p>
      <w:pPr>
        <w:jc w:val="right"/>
      </w:pPr>
      <w:r>
        <w:t>ایسا بہت دیکھ چکے ہیں اپنی عمر میں، بار بار میں نے دیکھا بھیڑ کی سیاست۔</w:t>
      </w:r>
    </w:p>
    <w:p>
      <w:r>
        <w:rPr>
          <w:b/>
        </w:rPr>
        <w:t xml:space="preserve">[47:14] </w:t>
      </w:r>
      <w:r>
        <w:t>kisi bheer ki siyasat se kuch nikla nahi.</w:t>
      </w:r>
    </w:p>
    <w:p>
      <w:pPr>
        <w:jc w:val="right"/>
      </w:pPr>
      <w:r>
        <w:t>کسی بھیڑ کی سیاست سے کچھ نکلا نہیں۔</w:t>
      </w:r>
    </w:p>
    <w:p>
      <w:r>
        <w:rPr>
          <w:b/>
        </w:rPr>
        <w:t xml:space="preserve">[47:22] </w:t>
      </w:r>
      <w:r>
        <w:t>apni lambi zindagi, zindagi, apni lambi zindagi mein maine bar bar yeh bheer ki saans dekhi hai, yaani parties of crowd lekin in terms of result, in terms of result kuch bhi nahi kyunke wo</w:t>
      </w:r>
    </w:p>
    <w:p>
      <w:pPr>
        <w:jc w:val="right"/>
      </w:pPr>
      <w:r>
        <w:t>اپنی لمبی زندگی، زندگی، اپنی لمبی زندگی میں میں نے بار بار یہ بھیڑ کی سانس دیکھی ہے، یعنی پارٹیز آف کراؤڈ لیکن ان ٹرمز آف رزلٹ، ان ٹرمز آف رزلٹ کچھ بھی نہیں کیونکہ وہ</w:t>
      </w:r>
    </w:p>
    <w:p>
      <w:r>
        <w:rPr>
          <w:b/>
        </w:rPr>
        <w:t xml:space="preserve">[47:42] </w:t>
      </w:r>
      <w:r>
        <w:t>nareon ke liye khare hue thay, baaz log gaare mein jaane ki koshish nahi karte.</w:t>
      </w:r>
    </w:p>
    <w:p>
      <w:pPr>
        <w:jc w:val="right"/>
      </w:pPr>
      <w:r>
        <w:t>نعروں کے لیے کھڑے ہوئے تھے، بعض لوگ گارے میں جانے کی کوشش نہیں کرتے۔</w:t>
      </w:r>
    </w:p>
    <w:p>
      <w:r>
        <w:rPr>
          <w:b/>
        </w:rPr>
        <w:t xml:space="preserve">[47:51] </w:t>
      </w:r>
      <w:r>
        <w:t>to yeh cps ki jo team hai, wo is ko crowd ke sath hi chalani hai, is ko bohat gehrai se baton ko samajhna hai, apni zindagi utarna hai, phir doosron ko batana hai.</w:t>
      </w:r>
    </w:p>
    <w:p>
      <w:pPr>
        <w:jc w:val="right"/>
      </w:pPr>
      <w:r>
        <w:t>تو یہ سی پی ایس کی جو ٹیم ہے، وہ اس کو کراؤڈ کے ساتھ ہی چلانی ہے، اس کو بہت گہرائی سے باتوں کو سمجھنا ہے، اپنی زندگی اتارنا ہے، پھر دوسروں کو بتانا ہے۔</w:t>
      </w:r>
    </w:p>
    <w:p>
      <w:r>
        <w:rPr>
          <w:b/>
        </w:rPr>
        <w:t xml:space="preserve">[48:13] </w:t>
      </w:r>
      <w:r>
        <w:t>to ek aisi duniya mein jahan har taraf crowd ki parties chal rahi hain, aap ki zimmedari bohat barh jati hai.</w:t>
      </w:r>
    </w:p>
    <w:p>
      <w:pPr>
        <w:jc w:val="right"/>
      </w:pPr>
      <w:r>
        <w:t>تو ایک ایسی دنیا میں جہاں ہر طرف کراؤڈ کی پارٹیز چل رہی ہیں، آپ کی ذمہ داری بہت بڑھ جاتی ہے۔</w:t>
      </w:r>
    </w:p>
    <w:p>
      <w:r>
        <w:rPr>
          <w:b/>
        </w:rPr>
        <w:t xml:space="preserve">[48:21] </w:t>
      </w:r>
      <w:r>
        <w:t>har taraf crowd ki parties chal rahi hain,</w:t>
      </w:r>
    </w:p>
    <w:p>
      <w:pPr>
        <w:jc w:val="right"/>
      </w:pPr>
      <w:r>
        <w:t>ہر طرف کراؤڈ کی پارٹیز چل رہی ہیں،</w:t>
      </w:r>
    </w:p>
    <w:p>
      <w:r>
        <w:rPr>
          <w:b/>
        </w:rPr>
        <w:t xml:space="preserve">[48:27] </w:t>
      </w:r>
      <w:r>
        <w:t>aisi halat mein aap ki zimmedari bohat barh jati hai.</w:t>
      </w:r>
    </w:p>
    <w:p>
      <w:pPr>
        <w:jc w:val="right"/>
      </w:pPr>
      <w:r>
        <w:t>ایسی حالت میں آپ کی ذمہ داری بہت بڑھ جاتی ہے۔</w:t>
      </w:r>
    </w:p>
    <w:p>
      <w:r>
        <w:rPr>
          <w:b/>
        </w:rPr>
        <w:t xml:space="preserve">[48:36] </w:t>
      </w:r>
      <w:r>
        <w:t>to apni zimmedariyon ko samjhiye aur is ko ada kijiyye.</w:t>
      </w:r>
    </w:p>
    <w:p>
      <w:pPr>
        <w:jc w:val="right"/>
      </w:pPr>
      <w:r>
        <w:t>تو اپنی ذمہ داریوں کو سمجھیے اور اس کو ادا کیجئے۔</w:t>
      </w:r>
    </w:p>
    <w:p>
      <w:r>
        <w:rPr>
          <w:b/>
        </w:rPr>
        <w:t xml:space="preserve">[48:47] </w:t>
      </w:r>
      <w:r>
        <w:t>aaj ka insaan jo hai, ek main kehta hoon ke sab se zyada isi ka mohtaj hai ke is ko bataya jaye ke life, zindagi ki philosophy kya hai, zindagi ki ideology kya hai.</w:t>
      </w:r>
    </w:p>
    <w:p>
      <w:pPr>
        <w:jc w:val="right"/>
      </w:pPr>
      <w:r>
        <w:t>آج کا انسان جو ہے، ایک میں کہتا ہوں کہ سب سے زیادہ اسی کا محتاج ہے کہ اس کو بتایا جائے کہ لائف، زندگی کی فلاسفی کیا ہے، زندگی کی آئیڈیالوجی کیا ہے۔</w:t>
      </w:r>
    </w:p>
    <w:p>
      <w:r>
        <w:rPr>
          <w:b/>
        </w:rPr>
        <w:t xml:space="preserve">[49:02] </w:t>
      </w:r>
      <w:r>
        <w:t>isi, isi se bekhabar hai insaan. insaan ke pas sab kuch hai bazahir lekin is ko molvi ki right, yaani right way of thinking kya hai,</w:t>
      </w:r>
    </w:p>
    <w:p>
      <w:pPr>
        <w:jc w:val="right"/>
      </w:pPr>
      <w:r>
        <w:t>اسی، اسی سے بے خبر ہے انسان۔ انسان کے پاس سب کچھ ہے بظاہر لیکن اس کو مولوی کی رائٹ، یعنی رائٹ وے آف تھنکنگ کیا ہے،</w:t>
      </w:r>
    </w:p>
    <w:p>
      <w:r>
        <w:rPr>
          <w:b/>
        </w:rPr>
        <w:t xml:space="preserve">[49:16] </w:t>
      </w:r>
      <w:r>
        <w:t>is ki, is ki pata nahi hogi.</w:t>
      </w:r>
    </w:p>
    <w:p>
      <w:pPr>
        <w:jc w:val="right"/>
      </w:pPr>
      <w:r>
        <w:t>اس کی، اس کی پتہ نہیں ہوگی۔</w:t>
      </w:r>
    </w:p>
    <w:p>
      <w:r>
        <w:rPr>
          <w:b/>
        </w:rPr>
        <w:t xml:space="preserve">[49:22] </w:t>
      </w:r>
      <w:r>
        <w:t>to aap logon ki yeh bohat bari zimmedari hai ke aap Allah taala ne aap par haqeeqat ko khola hai to aap is ka shukr ada kijiyye aur logon ko is se ba khabar kijiyye.</w:t>
      </w:r>
    </w:p>
    <w:p>
      <w:pPr>
        <w:jc w:val="right"/>
      </w:pPr>
      <w:r>
        <w:t>تو آپ لوگوں کی یہ بہت بڑی ذمہ داری ہے کہ آپ اللہ تعالی نے آپ پر حقیقت کو کھولا ہے تو آپ اس کا شکر ادا کیجئے اور لوگوں کو اس سے باخبر کیجئے۔</w:t>
      </w:r>
    </w:p>
    <w:p>
      <w:r>
        <w:rPr>
          <w:b/>
        </w:rPr>
        <w:t xml:space="preserve">[49:41] </w:t>
      </w:r>
      <w:r>
        <w:t>logon ko bataiye, logon ko.</w:t>
      </w:r>
    </w:p>
    <w:p>
      <w:pPr>
        <w:jc w:val="right"/>
      </w:pPr>
      <w:r>
        <w:t>لوگوں کو بتائیے، لوگوں کو۔</w:t>
      </w:r>
    </w:p>
    <w:p>
      <w:r>
        <w:rPr>
          <w:b/>
        </w:rPr>
        <w:t xml:space="preserve">[49:50] </w:t>
      </w:r>
      <w:r>
        <w:t>is ki ek shakal yeh hai ke aap quran ko zyada zyada distribute karen ke quran jo aadmi parh lega, is ko maloom ho jayega yeh baat.</w:t>
      </w:r>
    </w:p>
    <w:p>
      <w:pPr>
        <w:jc w:val="right"/>
      </w:pPr>
      <w:r>
        <w:t>اس کی ایک شکل یہ ہے کہ آپ قرآن کو زیادہ زیادہ ڈسٹریبیوٹ کریں کہ قرآن جو آدمی پڑھ لے گا، اس کو معلوم ہو جائے گا یہ بات۔</w:t>
      </w:r>
    </w:p>
    <w:p>
      <w:r>
        <w:rPr>
          <w:b/>
        </w:rPr>
        <w:t xml:space="preserve">[50:01] </w:t>
      </w:r>
      <w:r>
        <w:t>yeh to hum ne, aap ne quran parh ke jana hai.</w:t>
      </w:r>
    </w:p>
    <w:p>
      <w:pPr>
        <w:jc w:val="right"/>
      </w:pPr>
      <w:r>
        <w:t>یہ تو ہم نے، آپ نے قرآن پڑھ کے جانا ہے۔</w:t>
      </w:r>
    </w:p>
    <w:p>
      <w:r>
        <w:rPr>
          <w:b/>
        </w:rPr>
        <w:t xml:space="preserve">[50:07] </w:t>
      </w:r>
      <w:r>
        <w:t>to agar aap kisi ko quran pohancha diya aap ne to kaha ke aap ne khuda ka masjid is ko pohancha diya.</w:t>
      </w:r>
    </w:p>
    <w:p>
      <w:pPr>
        <w:jc w:val="right"/>
      </w:pPr>
      <w:r>
        <w:t>تو اگر آپ کسی کو قرآن پہنچا دیا آپ نے تو کہا کہ آپ نے خدا کا مسجد اس کو پہنچا دیا۔</w:t>
      </w:r>
    </w:p>
    <w:p>
      <w:r>
        <w:rPr>
          <w:b/>
        </w:rPr>
        <w:t xml:space="preserve">[50:26] </w:t>
      </w:r>
      <w:r>
        <w:t>aaj ek sahib se telephone par main yeh baat kar raha tha ke zindagi ke do tareeqe hain: ek hai one one one mission, ek hai one one two mission.</w:t>
      </w:r>
    </w:p>
    <w:p>
      <w:pPr>
        <w:jc w:val="right"/>
      </w:pPr>
      <w:r>
        <w:t>آج ایک صاحب سے ٹیلی فون پر میں یہ بات کر رہا تھا کہ زندگی کے دو طریقے ہیں: ایک ہے ون ون ون مشن، ایک ہے ون ون ٹو مشن۔</w:t>
      </w:r>
    </w:p>
    <w:p>
      <w:r>
        <w:rPr>
          <w:b/>
        </w:rPr>
        <w:t xml:space="preserve">[50:39] </w:t>
      </w:r>
      <w:r>
        <w:t>yaani ya to aap apne aap ko poori tarah jhonk dein dawat Allah ke kaam mein, aap ka aur koi purpose na rahe dawat Allah ko chhod kar.</w:t>
      </w:r>
    </w:p>
    <w:p>
      <w:pPr>
        <w:jc w:val="right"/>
      </w:pPr>
      <w:r>
        <w:t>یعنی یا تو آپ اپنے آپ کو پوری طرح جھونک دیں دعوت اللہ کے کام میں، آپ کا اور کوئی پرپس نہ رہے دعوت اللہ کو چھوڑ کر۔</w:t>
      </w:r>
    </w:p>
    <w:p>
      <w:r>
        <w:rPr>
          <w:b/>
        </w:rPr>
        <w:t xml:space="preserve">[50:50] </w:t>
      </w:r>
      <w:r>
        <w:t>one one one one mission hai wo.</w:t>
      </w:r>
    </w:p>
    <w:p>
      <w:pPr>
        <w:jc w:val="right"/>
      </w:pPr>
      <w:r>
        <w:t>ون ون ون ون مشن ہے وہ۔</w:t>
      </w:r>
    </w:p>
    <w:p>
      <w:r>
        <w:rPr>
          <w:b/>
        </w:rPr>
        <w:t xml:space="preserve">[50:54] </w:t>
      </w:r>
      <w:r>
        <w:t>aap subah sham dawat Allah ke liye sirf hone lagen.</w:t>
      </w:r>
    </w:p>
    <w:p>
      <w:pPr>
        <w:jc w:val="right"/>
      </w:pPr>
      <w:r>
        <w:t>آپ صبح شام دعوت اللہ کے لیے صرف ہونے لگیں۔</w:t>
      </w:r>
    </w:p>
    <w:p>
      <w:r>
        <w:rPr>
          <w:b/>
        </w:rPr>
        <w:t xml:space="preserve">[51:02] </w:t>
      </w:r>
      <w:r>
        <w:t>woh hai one one one mission. doosra hai one one two mission, yaani 50-50 ka formula. aadha aap lagayen apnay liye, apni family ke liye, apni zaat ke liye,</w:t>
      </w:r>
    </w:p>
    <w:p>
      <w:pPr>
        <w:jc w:val="right"/>
      </w:pPr>
      <w:r>
        <w:t>وہ ہے ون ون ون مشن۔ دوسرا ہے ون ون ٹو مشن، یعنی 50-50 کا فارمولا۔ آدھا آپ لگائیں اپنے لیے، اپنی فیملی کے لیے، اپنی ذات کے لیے،</w:t>
      </w:r>
    </w:p>
    <w:p>
      <w:r>
        <w:rPr>
          <w:b/>
        </w:rPr>
        <w:t xml:space="preserve">[51:16] </w:t>
      </w:r>
      <w:r>
        <w:t>apna waqt, apni energy, aadha lagatay hain dawat-e-Ilah ke liye.</w:t>
      </w:r>
    </w:p>
    <w:p>
      <w:pPr>
        <w:jc w:val="right"/>
      </w:pPr>
      <w:r>
        <w:t>اپنا وقت، اپنی انرجی، آدھا لگاتے ہیں دعوت اللہ کے لیے۔</w:t>
      </w:r>
    </w:p>
    <w:p>
      <w:r>
        <w:rPr>
          <w:b/>
        </w:rPr>
        <w:t xml:space="preserve">[51:24] </w:t>
      </w:r>
      <w:r>
        <w:t>teesra koi shakal, teesri koi shakal nahi hai. yahi do shakal hain.</w:t>
      </w:r>
    </w:p>
    <w:p>
      <w:pPr>
        <w:jc w:val="right"/>
      </w:pPr>
      <w:r>
        <w:t>تیسرا کوئی شکل، تیسری کوئی شکل نہیں ہے۔ یہی دو شکل ہیں۔</w:t>
      </w:r>
    </w:p>
    <w:p>
      <w:r>
        <w:rPr>
          <w:b/>
        </w:rPr>
        <w:t xml:space="preserve">[51:31] </w:t>
      </w:r>
      <w:r>
        <w:t>to Quran mein aik lafz hai, do lafz aaye hain: muqtisad, muqtisad aur saabiq. as-saabiq al-awwaloon.</w:t>
      </w:r>
    </w:p>
    <w:p>
      <w:pPr>
        <w:jc w:val="right"/>
      </w:pPr>
      <w:r>
        <w:t>تو قرآن میں ایک لفظ ہے، دو لفظ آئے ہیں: مقتصد، مقتصد اور سابق۔ السابق الاولون۔</w:t>
      </w:r>
    </w:p>
    <w:p>
      <w:r>
        <w:rPr>
          <w:b/>
        </w:rPr>
        <w:t xml:space="preserve">[51:41] </w:t>
      </w:r>
      <w:r>
        <w:t>to main ne kaha ke muqtisad woh hai jo one one two mission ke usool pe chalay aur saabiq woh hai jo one one one mission ke usool pe chalay.</w:t>
      </w:r>
    </w:p>
    <w:p>
      <w:pPr>
        <w:jc w:val="right"/>
      </w:pPr>
      <w:r>
        <w:t>تو میں نے کہا کہ مقتصد وہ ہے جو ون ون ٹو مشن کے اصول پہ چلے اور سابق وہ ہے جو ون ون ون مشن کے اصول پہ چلے۔</w:t>
      </w:r>
    </w:p>
    <w:p>
      <w:r>
        <w:rPr>
          <w:b/>
        </w:rPr>
        <w:t xml:space="preserve">[51:52] </w:t>
      </w:r>
      <w:r>
        <w:t>bas yahi do hain, teesri koi shakal nahi hai.</w:t>
      </w:r>
    </w:p>
    <w:p>
      <w:pPr>
        <w:jc w:val="right"/>
      </w:pPr>
      <w:r>
        <w:t>بس یہی دو ہیں، تیسری کوئی شکل نہیں ہے۔</w:t>
      </w:r>
    </w:p>
    <w:p>
      <w:r>
        <w:rPr>
          <w:b/>
        </w:rPr>
        <w:t xml:space="preserve">[52:02] </w:t>
      </w:r>
      <w:r>
        <w:t>to aap sab logon ko sochna hai ke hum dono mein se kaun sa bante hain. in do ke saath koi teesri shakal nahi hai.</w:t>
      </w:r>
    </w:p>
    <w:p>
      <w:pPr>
        <w:jc w:val="right"/>
      </w:pPr>
      <w:r>
        <w:t>تو آپ سب لوگوں کو سوچنا ہے کہ ہم دونوں میں سے کون سا بنتے ہیں۔ ان دو کے ساتھ کوئی تیسری شکل نہیں ہے۔</w:t>
      </w:r>
    </w:p>
    <w:p>
      <w:r>
        <w:rPr>
          <w:b/>
        </w:rPr>
        <w:t xml:space="preserve">[52:18] </w:t>
      </w:r>
      <w:r>
        <w:t>in do ke saath koi teesri shakal, shakal nahi hai.</w:t>
      </w:r>
    </w:p>
    <w:p>
      <w:pPr>
        <w:jc w:val="right"/>
      </w:pPr>
      <w:r>
        <w:t>ان دو کے ساتھ کوئی تیسری شکل، شکل نہیں ہے۔</w:t>
      </w:r>
    </w:p>
    <w:p>
      <w:r>
        <w:rPr>
          <w:b/>
        </w:rPr>
        <w:t xml:space="preserve">[52:23] </w:t>
      </w:r>
      <w:r>
        <w:t>ya to aap ko one one one one one mission banna hai, banna hai ya one one two mission banna hai. kal aik saahib ne kaha ke aap aur aur shehron mein bohat kaam ho raha hai lekin dil mein kaam kam ho raha hai.</w:t>
      </w:r>
    </w:p>
    <w:p>
      <w:pPr>
        <w:jc w:val="right"/>
      </w:pPr>
      <w:r>
        <w:t>یا تو آپ کو ون ون ون ون ون مشن بننا ہے، بننا ہے یا ون ون ٹو مشن بننا ہے۔ کل ایک صاحب نے کہا کہ آپ اور اور شہروں میں بہت کام ہو رہا ہے لیکن دل میں کام کم ہو رہا ہے۔</w:t>
      </w:r>
    </w:p>
    <w:p>
      <w:r>
        <w:rPr>
          <w:b/>
        </w:rPr>
        <w:t xml:space="preserve">[52:36] </w:t>
      </w:r>
      <w:r>
        <w:t>to main chahta hoon ke aap log is par sochen ke</w:t>
      </w:r>
    </w:p>
    <w:p>
      <w:pPr>
        <w:jc w:val="right"/>
      </w:pPr>
      <w:r>
        <w:t>تو میں چاہتا ہوں کہ آپ لوگ اس پر سوچیں کہ</w:t>
      </w:r>
    </w:p>
    <w:p>
      <w:r>
        <w:rPr>
          <w:b/>
        </w:rPr>
        <w:t xml:space="preserve">[52:42] </w:t>
      </w:r>
      <w:r>
        <w:t>kai kai jagah bohat ziyada kaam hota hai, kaam. aur yahan par unhon ne kaha ke yahan par kam kaam ho raha hai. to yeh to achi baat hai ke markaz jo hai, dil, dil to markaz hai.</w:t>
      </w:r>
    </w:p>
    <w:p>
      <w:pPr>
        <w:jc w:val="right"/>
      </w:pPr>
      <w:r>
        <w:t>کئی کئی جگہ بہت زیادہ کام ہوتا ہے، کام۔ اور یہاں پر انہوں نے کہا کہ یہاں پر کم کام ہو رہا ہے۔ تو یہ تو اچھی بات ہے کہ مرکز جو ہے، دل، دل تو مرکز ہے۔</w:t>
      </w:r>
    </w:p>
    <w:p>
      <w:r>
        <w:rPr>
          <w:b/>
        </w:rPr>
        <w:t xml:space="preserve">[52:56] </w:t>
      </w:r>
      <w:r>
        <w:t>yahan pe kam kaam ho, yahan to bohat opportunities hain.</w:t>
      </w:r>
    </w:p>
    <w:p>
      <w:pPr>
        <w:jc w:val="right"/>
      </w:pPr>
      <w:r>
        <w:t>یہاں پہ کم کام ہو، یہاں تو بہت اپرچونیٹیز ہیں۔</w:t>
      </w:r>
    </w:p>
    <w:p>
      <w:r>
        <w:rPr>
          <w:b/>
        </w:rPr>
        <w:t xml:space="preserve">[53:05] </w:t>
      </w:r>
      <w:r>
        <w:t>to hamari team ke aik aadmi ne kaha ke kai shehron mein bohat ziyada log kaam kar rahe hain,</w:t>
      </w:r>
    </w:p>
    <w:p>
      <w:pPr>
        <w:jc w:val="right"/>
      </w:pPr>
      <w:r>
        <w:t>تو ہماری ٹیم کے ایک آدمی نے کہا کہ کئی شہروں میں بہت زیادہ لوگ کام کر رہے ہیں،</w:t>
      </w:r>
    </w:p>
    <w:p>
      <w:r>
        <w:rPr>
          <w:b/>
        </w:rPr>
        <w:t xml:space="preserve">[53:16] </w:t>
      </w:r>
      <w:r>
        <w:t>India ke andar bhi, India ke bahar bhi. lekin yahan jo Delhi mein jo log hain, hamare CPS ke, un ka kaam itna ziyada nahi hai.</w:t>
      </w:r>
    </w:p>
    <w:p>
      <w:pPr>
        <w:jc w:val="right"/>
      </w:pPr>
      <w:r>
        <w:t>انڈیا کے اندر بھی، انڈیا کے باہر بھی۔ لیکن یہاں جو دلی میں جو لوگ ہیں، ہمارے سی پی ایس کے، ان کا کام اتنا زیادہ نہیں ہے۔</w:t>
      </w:r>
    </w:p>
    <w:p>
      <w:r>
        <w:rPr>
          <w:b/>
        </w:rPr>
        <w:t xml:space="preserve">[53:29] </w:t>
      </w:r>
      <w:r>
        <w:t>main chahta hoon is par aap sochen, aap is par sochen, is par is par sochen. aap</w:t>
      </w:r>
    </w:p>
    <w:p>
      <w:pPr>
        <w:jc w:val="right"/>
      </w:pPr>
      <w:r>
        <w:t>میں چاہتا ہوں اس پر آپ سوچیں، آپ اس پر سوچیں، اس پر اس پر سوچیں۔ آپ</w:t>
      </w:r>
    </w:p>
    <w:p>
      <w:r>
        <w:rPr>
          <w:b/>
        </w:rPr>
        <w:t xml:space="preserve">[53:40] </w:t>
      </w:r>
      <w:r>
        <w:t>markaz mein kam kaam kam hoga to doosron par kahan se paray ga is ka?</w:t>
      </w:r>
    </w:p>
    <w:p>
      <w:pPr>
        <w:jc w:val="right"/>
      </w:pPr>
      <w:r>
        <w:t>مرکز میں کم کام کم ہوگا تو دوسروں پر کہاں سے پڑے گا اس کا؟</w:t>
      </w:r>
    </w:p>
    <w:p>
      <w:r>
        <w:rPr>
          <w:b/>
        </w:rPr>
        <w:t xml:space="preserve">[53:52] </w:t>
      </w:r>
      <w:r>
        <w:t>main yaani dawat ko apni zindagi mein bharpoor tor par shamil karen, bharpoor, bharpoor tor par. subah shaam isi ki sochen, is ki planning karen, apni energy lagayen, apna time lagayen,</w:t>
      </w:r>
    </w:p>
    <w:p>
      <w:pPr>
        <w:jc w:val="right"/>
      </w:pPr>
      <w:r>
        <w:t>میں یعنی دعوت کو اپنی زندگی میں بھرپور طور پر شامل کریں، بھرپور، بھرپور طور پر۔ صبح شام اسی کی سوچیں، اس کی پلاننگ کریں، اپنی انرجی لگائیں، اپنا ٹائم لگائیں،</w:t>
      </w:r>
    </w:p>
    <w:p>
      <w:r>
        <w:rPr>
          <w:b/>
        </w:rPr>
        <w:t xml:space="preserve">[54:11] </w:t>
      </w:r>
      <w:r>
        <w:t>planning karen.</w:t>
      </w:r>
    </w:p>
    <w:p>
      <w:pPr>
        <w:jc w:val="right"/>
      </w:pPr>
      <w:r>
        <w:t>پلاننگ کریں۔</w:t>
      </w:r>
    </w:p>
    <w:p>
      <w:r>
        <w:rPr>
          <w:b/>
        </w:rPr>
        <w:t xml:space="preserve">[54:15] </w:t>
      </w:r>
      <w:r>
        <w:t>yaad rakhiye, yeh dawat-e-Ilah ka kaam har shakhs ka hai. yeh nahi ke koi kuch log kar den to baqi log is ki zimmedari khatam ho jayegi.</w:t>
      </w:r>
    </w:p>
    <w:p>
      <w:pPr>
        <w:jc w:val="right"/>
      </w:pPr>
      <w:r>
        <w:t>یاد رکھیے، یہ دعوت اللہ کا کام ہر شخص کا ہے۔ یہ نہیں کہ کوئی کچھ لوگ کر دیں تو باقی لوگ اس کی ذمہ داری ختم ہو جائے گی۔</w:t>
      </w:r>
    </w:p>
    <w:p>
      <w:r>
        <w:rPr>
          <w:b/>
        </w:rPr>
        <w:t xml:space="preserve">[54:26] </w:t>
      </w:r>
      <w:r>
        <w:t>har har har fard ki zimmedari hai. yeh fard aik aik shakhs ko yeh kaam karna hai.</w:t>
      </w:r>
    </w:p>
    <w:p>
      <w:pPr>
        <w:jc w:val="right"/>
      </w:pPr>
      <w:r>
        <w:t>ہر ہر ہر فرد کی ذمہ داری ہے۔ یہ فرد ایک ایک شخص کو یہ کام کرنا ہے۔</w:t>
      </w:r>
    </w:p>
    <w:p>
      <w:r>
        <w:rPr>
          <w:b/>
        </w:rPr>
        <w:t xml:space="preserve">[54:34] </w:t>
      </w:r>
      <w:r>
        <w:t>main nahi manta ke dawat-e-Ilah farz kifaya hai. koi log aisa kehte hain ke farz kifaya nahi, main is ko nahi manta.</w:t>
      </w:r>
    </w:p>
    <w:p>
      <w:pPr>
        <w:jc w:val="right"/>
      </w:pPr>
      <w:r>
        <w:t>میں نہیں مانتا کہ دعوت اللہ فرض کفایہ ہے۔ کوئی لوگ ایسا کہتے ہیں کہ فرض کفایہ نہیں، میں اس کو نہیں مانتا۔</w:t>
      </w:r>
    </w:p>
    <w:p>
      <w:r>
        <w:rPr>
          <w:b/>
        </w:rPr>
        <w:t xml:space="preserve">[54:41] </w:t>
      </w:r>
      <w:r>
        <w:t>yeh har shakhs ka farz hai, har shakhs ki zimmedari hai, har shakhs ki zimmedari hai.</w:t>
      </w:r>
    </w:p>
    <w:p>
      <w:pPr>
        <w:jc w:val="right"/>
      </w:pPr>
      <w:r>
        <w:t>یہ ہر شخص کا فرض ہے، ہر شخص کی ذمہ داری ہے، ہر شخص کی ذمہ داری ہے۔</w:t>
      </w:r>
    </w:p>
    <w:p>
      <w:r>
        <w:rPr>
          <w:b/>
        </w:rPr>
        <w:t xml:space="preserve">[54:50] </w:t>
      </w:r>
      <w:r>
        <w:t>jis tarah har shakhs ki zimmedari hai namaz, namaz, roza, aise har shakhs ki zimmedari hai dawat-e-Ilah.</w:t>
      </w:r>
    </w:p>
    <w:p>
      <w:pPr>
        <w:jc w:val="right"/>
      </w:pPr>
      <w:r>
        <w:t>جس طرح ہر شخص کی ذمہ داری ہے نماز، نماز روزہ، ایسے ہر شخص کی ذمہ داری ہے دعوت اللہ۔</w:t>
      </w:r>
    </w:p>
    <w:p>
      <w:r>
        <w:rPr>
          <w:b/>
        </w:rPr>
        <w:t xml:space="preserve">[55:00] </w:t>
      </w:r>
      <w:r>
        <w:t>jitna jitna acha ho sakay,</w:t>
      </w:r>
    </w:p>
    <w:p>
      <w:pPr>
        <w:jc w:val="right"/>
      </w:pPr>
      <w:r>
        <w:t>جتنا جتنا اچھا ہو سکے،</w:t>
      </w:r>
    </w:p>
    <w:p>
      <w:r>
        <w:rPr>
          <w:b/>
        </w:rPr>
        <w:t xml:space="preserve">[55:05] </w:t>
      </w:r>
      <w:r>
        <w:t>jo</w:t>
      </w:r>
    </w:p>
    <w:p>
      <w:pPr>
        <w:jc w:val="right"/>
      </w:pPr>
      <w:r>
        <w:t>جو</w:t>
      </w:r>
    </w:p>
    <w:p>
      <w:r>
        <w:rPr>
          <w:b/>
        </w:rPr>
        <w:t xml:space="preserve">[55:08] </w:t>
      </w:r>
      <w:r>
        <w:t>quran mein hai ke jitna laiq allah nafsan illa asha, to istitaat ke waqt zimmedari hoti hai.</w:t>
      </w:r>
    </w:p>
    <w:p>
      <w:pPr>
        <w:jc w:val="right"/>
      </w:pPr>
      <w:r>
        <w:t>قرآن میں ہے کہ جتنا لائق اللہ نفسا الا اسحہ، تو استطاعت کے وقت ذمہ داری ہوتی ہے۔</w:t>
      </w:r>
    </w:p>
    <w:p>
      <w:r>
        <w:rPr>
          <w:b/>
        </w:rPr>
        <w:t xml:space="preserve">[55:18] </w:t>
      </w:r>
      <w:r>
        <w:t>to har aadmi apne ko apne ko le kar soche ke mere andar kitni istitaat hai, ke mere bas mein kitna hai. main kehta hoon kaam kar sakta hoon,</w:t>
      </w:r>
    </w:p>
    <w:p>
      <w:pPr>
        <w:jc w:val="right"/>
      </w:pPr>
      <w:r>
        <w:t>تو ہر آدمی اپنے کو اپنے کو لے کر سوچے کہ میرے اندر کتنی استطاعت ہے، کہ میرے بس میں کتنا ہے۔ میں کہتا ہوں کام کر سکتا ہوں،</w:t>
      </w:r>
    </w:p>
    <w:p>
      <w:r>
        <w:rPr>
          <w:b/>
        </w:rPr>
        <w:t xml:space="preserve">[55:28] </w:t>
      </w:r>
      <w:r>
        <w:t>to itna us ko karna chahiye kyunke marne ke baad jab hum allah ke saamne haazir honge to wahan par</w:t>
      </w:r>
    </w:p>
    <w:p>
      <w:pPr>
        <w:jc w:val="right"/>
      </w:pPr>
      <w:r>
        <w:t>تو اتنا اس کو کرنا چاہیے کیونکہ مرنے کے بعد جب ہم اللہ کے سامنے حاضر ہوں گے تو وہاں پر</w:t>
      </w:r>
    </w:p>
    <w:p>
      <w:r>
        <w:rPr>
          <w:b/>
        </w:rPr>
        <w:t xml:space="preserve">[55:41] </w:t>
      </w:r>
      <w:r>
        <w:t>hum ko sharminda na hona pade.</w:t>
      </w:r>
    </w:p>
    <w:p>
      <w:pPr>
        <w:jc w:val="right"/>
      </w:pPr>
      <w:r>
        <w:t>ہم کو شرمندہ نہ ہونا پڑے۔</w:t>
      </w:r>
    </w:p>
    <w:p>
      <w:r>
        <w:rPr>
          <w:b/>
        </w:rPr>
        <w:t xml:space="preserve">[55:46] </w:t>
      </w:r>
      <w:r>
        <w:t>yaani yeh na ho ke mawaqe allah ne zyada diye, kaam kaam kam kiya, hum ne energy zyada di aur kaam kam kiya. to yeh bohat bada sharmindagi ki baat hogi allah taala ke saamne.</w:t>
      </w:r>
    </w:p>
    <w:p>
      <w:pPr>
        <w:jc w:val="right"/>
      </w:pPr>
      <w:r>
        <w:t>یعنی یہ نہ ہو کہ مواقع اللہ نے زیادہ دیے، کام کام کم کیا، ہم نے انرجی زیادہ دی اور کام کم کیا۔ تو یہ بہت بڑا شرمندگی کی بات ہوگی اللہ تعالی کے سامنے۔</w:t>
      </w:r>
    </w:p>
    <w:p>
      <w:r>
        <w:rPr>
          <w:b/>
        </w:rPr>
        <w:t xml:space="preserve">[56:04] </w:t>
      </w:r>
      <w:r>
        <w:t>to isi isi lihaaz se sochiye ke allah taala ke haan jab peshi hogi aakhirat mein to wahan par hum</w:t>
      </w:r>
    </w:p>
    <w:p>
      <w:pPr>
        <w:jc w:val="right"/>
      </w:pPr>
      <w:r>
        <w:t>تو اسی اسی لحاظ سے سوچیے کہ اللہ تعالی کے ہاں جب پیشی ہوگی آخرت میں تو وہاں پر ہم</w:t>
      </w:r>
    </w:p>
    <w:p>
      <w:r>
        <w:rPr>
          <w:b/>
        </w:rPr>
        <w:t xml:space="preserve">[56:17] </w:t>
      </w:r>
      <w:r>
        <w:t>sharminda na hone padein. hamein</w:t>
      </w:r>
    </w:p>
    <w:p>
      <w:pPr>
        <w:jc w:val="right"/>
      </w:pPr>
      <w:r>
        <w:t>شرمندہ نہ ہونے پڑیں۔ ہمیں</w:t>
      </w:r>
    </w:p>
    <w:p>
      <w:r>
        <w:rPr>
          <w:b/>
        </w:rPr>
        <w:t xml:space="preserve">[56:23] </w:t>
      </w:r>
      <w:r>
        <w:t>dawat kaam mein koi bhi material par nahi, koi parties mein nahi, koi to nahi, faida nahi hai. yeh sirf allah ke mawakhze se bachne ke liye allah</w:t>
      </w:r>
    </w:p>
    <w:p>
      <w:pPr>
        <w:jc w:val="right"/>
      </w:pPr>
      <w:r>
        <w:t>دعوت کام میں کوئی بھی مٹیریل پر نہیں، کوئی پارٹیس میں نہیں، کوئی تو نہیں، فائدہ نہیں ہے۔ یہ صرف اللہ کے مواخذے سے بچنے کے لیے اللہ</w:t>
      </w:r>
    </w:p>
    <w:p>
      <w:r>
        <w:rPr>
          <w:b/>
        </w:rPr>
        <w:t xml:space="preserve">[56:34] </w:t>
      </w:r>
      <w:r>
        <w:t>ke saamne yeh peshi hogi. is waqt jo mawakhza hoga, us se bachne ke liye bas.</w:t>
      </w:r>
    </w:p>
    <w:p>
      <w:pPr>
        <w:jc w:val="right"/>
      </w:pPr>
      <w:r>
        <w:t>کے سامنے یہ پیشی ہوگی۔ اس وقت جو مواخذہ ہوگا، اس سے بچنے کے لیے بس۔</w:t>
      </w:r>
    </w:p>
    <w:p>
      <w:r>
        <w:rPr>
          <w:b/>
        </w:rPr>
        <w:t xml:space="preserve">[56:46] </w:t>
      </w:r>
      <w:r>
        <w:t>us se aakhirat, ihtimam to aakhirat ka maamla hai. dawat allah jo hai, ihtimam to aakhirat ka maamla hai. ya aur aur is mein koi bhi duniya mein mafad nahi.</w:t>
      </w:r>
    </w:p>
    <w:p>
      <w:pPr>
        <w:jc w:val="right"/>
      </w:pPr>
      <w:r>
        <w:t>اس سے آخرت، اہتمام تو آخرت کا معاملہ ہے۔ دعوت اللہ جو ہے، اہتمام تو آخرت کا معاملہ ہے۔ یا اور اور اس میں کوئی بھی دنیا میں مفاد نہیں۔</w:t>
      </w:r>
    </w:p>
    <w:p>
      <w:r>
        <w:rPr>
          <w:b/>
        </w:rPr>
        <w:t xml:space="preserve">[57:03] </w:t>
      </w:r>
      <w:r>
        <w:t>to main apne dili ke saathiyon se kahunga ke aap is image ko khatm karein ke doosre shehron mein zyada kaam ho raha hai, dili mein kaam kam ho raha hai. yeh image khatm honi chahiye.</w:t>
      </w:r>
    </w:p>
    <w:p>
      <w:pPr>
        <w:jc w:val="right"/>
      </w:pPr>
      <w:r>
        <w:t>تو میں اپنے دلی کے ساتھیوں سے کہوں گا کہ آپ اس امیج کو ختم کریں کہ دوسرے شہروں میں زیادہ کام ہو رہا ہے، دلی میں کام کم ہو رہا ہے۔ یہ امیج ختم ہونی چاہیے۔</w:t>
      </w:r>
    </w:p>
    <w:p>
      <w:r>
        <w:rPr>
          <w:b/>
        </w:rPr>
        <w:t xml:space="preserve">[57:16] </w:t>
      </w:r>
      <w:r>
        <w:t>yeh allah tak jaaiye, ibaadat allah taala ke poochhegi ke dili mein mawaqe tum ko zyada the, tumhein kam kam kaam kyun gaya? aap ghor kijiye, baat yeh khatm nahi ho jayegi.</w:t>
      </w:r>
    </w:p>
    <w:p>
      <w:pPr>
        <w:jc w:val="right"/>
      </w:pPr>
      <w:r>
        <w:t>یہ اللہ تک جائیے، عبادت اللہ تعالی کے پوچھیے گی کہ دلی میں مواقع تم کو زیادہ تھے، تمہیں کم کم کام کیوں گیا؟ آپ غور کیجئے، بات یہ ختم نہیں ہو جائے گی۔</w:t>
      </w:r>
    </w:p>
    <w:p>
      <w:r>
        <w:rPr>
          <w:b/>
        </w:rPr>
        <w:t xml:space="preserve">[57:28] </w:t>
      </w:r>
      <w:r>
        <w:t>yahin khatm nahi ho jayegi.</w:t>
      </w:r>
    </w:p>
    <w:p>
      <w:pPr>
        <w:jc w:val="right"/>
      </w:pPr>
      <w:r>
        <w:t>یہیں ختم نہیں ہو جائے گی۔</w:t>
      </w:r>
    </w:p>
    <w:p>
      <w:r>
        <w:rPr>
          <w:b/>
        </w:rPr>
        <w:t xml:space="preserve">[57:30] </w:t>
      </w:r>
      <w:r>
        <w:t>aakhir poocha jayega ke dili mein tum ko dil markaz tha, mawaqe zyada the, opportunities zyada theen, tumhein kam kaam kyun kiya?</w:t>
      </w:r>
    </w:p>
    <w:p>
      <w:pPr>
        <w:jc w:val="right"/>
      </w:pPr>
      <w:r>
        <w:t>آخر پوچھا جائے گا کہ دلی میں تم کو دل مرکز تھا، مواقع زیادہ تھے، اپرچونیٹیز زیادہ تھیں، تمہیں کم کام کیوں کیا؟</w:t>
      </w:r>
    </w:p>
    <w:p>
      <w:r>
        <w:rPr>
          <w:b/>
        </w:rPr>
        <w:t xml:space="preserve">[57:40] </w:t>
      </w:r>
      <w:r>
        <w:t>kya jawab hoga hamare paas? koi jawab nahi hoga.</w:t>
      </w:r>
    </w:p>
    <w:p>
      <w:pPr>
        <w:jc w:val="right"/>
      </w:pPr>
      <w:r>
        <w:t>کیا جواب ہوگا ہمارے پاس؟ کوئی جواب نہیں ہوگا۔</w:t>
      </w:r>
    </w:p>
    <w:p>
      <w:r>
        <w:rPr>
          <w:b/>
        </w:rPr>
        <w:t xml:space="preserve">[57:50] </w:t>
      </w:r>
      <w:r>
        <w:t>to main dua karta hoon ke allah taala hum ko aur aap ko tofeeq de ke hum cheezon ko right way mein dekhein</w:t>
      </w:r>
    </w:p>
    <w:p>
      <w:pPr>
        <w:jc w:val="right"/>
      </w:pPr>
      <w:r>
        <w:t>تو میں دعا کرتا ہوں کہ اللہ تعالی ہم کو اور آپ کو توفیق دے کہ ہم چیزوں کو رائٹ وے میں دیکھیں</w:t>
      </w:r>
    </w:p>
    <w:p>
      <w:r>
        <w:rPr>
          <w:b/>
        </w:rPr>
        <w:t xml:space="preserve">[58:03] </w:t>
      </w:r>
      <w:r>
        <w:t>aur zindagi ko is tarah guzarein ke marne ke baad jab hum pahunchein aakhirat mein allah taala ke saamne to hamein sharminda na hona pade.</w:t>
      </w:r>
    </w:p>
    <w:p>
      <w:pPr>
        <w:jc w:val="right"/>
      </w:pPr>
      <w:r>
        <w:t>اور زندگی کو اس طرح گزاریں کہ مرنے کے بعد جب ہم پہنچیں آخرت میں اللہ تعالی کے سامنے تو ہمیں شرمندہ نہ ہونا پڑے۔</w:t>
      </w:r>
    </w:p>
    <w:p>
      <w:r>
        <w:rPr>
          <w:b/>
        </w:rPr>
        <w:t xml:space="preserve">[58:13] </w:t>
      </w:r>
      <w:r>
        <w:t>allah taala hum ko apni rehmaton se nawaze,</w:t>
      </w:r>
    </w:p>
    <w:p>
      <w:pPr>
        <w:jc w:val="right"/>
      </w:pPr>
      <w:r>
        <w:t>اللہ تعالی ہم کو اپنی رحمتوں سے نوازے،</w:t>
      </w:r>
    </w:p>
    <w:p>
      <w:r>
        <w:rPr>
          <w:b/>
        </w:rPr>
        <w:t xml:space="preserve">[58:19] </w:t>
      </w:r>
      <w:r>
        <w:t>apni jannat mein jagah de.</w:t>
      </w:r>
    </w:p>
    <w:p>
      <w:pPr>
        <w:jc w:val="right"/>
      </w:pPr>
      <w:r>
        <w:t>اپنی جنت میں جگہ دے۔</w:t>
      </w:r>
    </w:p>
    <w:p>
      <w:r>
        <w:rPr>
          <w:b/>
        </w:rPr>
        <w:t xml:space="preserve">[58:26] </w:t>
      </w:r>
      <w:r>
        <w:t>to hadees mein bataya ke "la la aisha illa aisha aakhrah". zindagi to wohi hai jo aakhirat mein jannat mile.</w:t>
      </w:r>
    </w:p>
    <w:p>
      <w:pPr>
        <w:jc w:val="right"/>
      </w:pPr>
      <w:r>
        <w:t>تو حدیث میں بتایا کہ "لا لا عائشہ الا عائشہ الاخرہ"۔ زندگی تو وہی ہے جو آخرت میں جنت ملے۔</w:t>
      </w:r>
    </w:p>
    <w:p>
      <w:r>
        <w:rPr>
          <w:b/>
        </w:rPr>
        <w:t xml:space="preserve">[58:38] </w:t>
      </w:r>
      <w:r>
        <w:t>to hum sab ki yahi dua honi chahiye aur isi ke liye kaam karna chahiye</w:t>
      </w:r>
    </w:p>
    <w:p>
      <w:pPr>
        <w:jc w:val="right"/>
      </w:pPr>
      <w:r>
        <w:t>تو ہم سب کی یہی دعا ہونی چاہیے اور اسی کے لیے کام کرنا چاہیے</w:t>
      </w:r>
    </w:p>
    <w:p>
      <w:r>
        <w:rPr>
          <w:b/>
        </w:rPr>
        <w:t xml:space="preserve">[58:49] </w:t>
      </w:r>
      <w:r>
        <w:t>ke aakhirat ki raza se hum hum sab ko aakhirat ki raza mile, aakhirat ke blessings se hum mehroom na ho jayein.</w:t>
      </w:r>
    </w:p>
    <w:p>
      <w:pPr>
        <w:jc w:val="right"/>
      </w:pPr>
      <w:r>
        <w:t>کہ آخرت کی رضا سے ہم ہم سب کو آخرت کی رضا ملے، آخرت کے بریسنگ سے ہم محروم نہ ہو جائیں۔</w:t>
      </w:r>
    </w:p>
    <w:p>
      <w:r>
        <w:rPr>
          <w:b/>
        </w:rPr>
        <w:t xml:space="preserve">[59:03] </w:t>
      </w:r>
      <w:r>
        <w:t>to isi ke liye main aap logon ko naseehat karta hoon.</w:t>
      </w:r>
    </w:p>
    <w:p>
      <w:pPr>
        <w:jc w:val="right"/>
      </w:pPr>
      <w:r>
        <w:t>تو اسی کے لیے میں آپ لوگوں کو نصیحت کرتا ہوں۔</w:t>
      </w:r>
    </w:p>
    <w:p>
      <w:r>
        <w:rPr>
          <w:b/>
        </w:rPr>
        <w:t xml:space="preserve">[59:13] </w:t>
      </w:r>
      <w:r>
        <w:t>har ek ka apna zimmedaar khud hai, koi doosre ka</w:t>
      </w:r>
    </w:p>
    <w:p>
      <w:pPr>
        <w:jc w:val="right"/>
      </w:pPr>
      <w:r>
        <w:t>ہر ایک کا اپنا ذمہ دار خود ہے، کوئی دوسرے کا</w:t>
      </w:r>
    </w:p>
    <w:p>
      <w:r>
        <w:rPr>
          <w:b/>
        </w:rPr>
        <w:t xml:space="preserve">[59:19] </w:t>
      </w:r>
      <w:r>
        <w:t>la tazr wazr wazat adhar aakhri quran mein aaya hai ke kisi ka bojh koi doosra nahi uthaye ga. har ek ko apna bojh khud uthana padega.</w:t>
      </w:r>
    </w:p>
    <w:p>
      <w:pPr>
        <w:jc w:val="right"/>
      </w:pPr>
      <w:r>
        <w:t>لا تضر وضر وضعت ادھر اخری قرآن میں آیا ہے کہ کسی کا بوجھ کوئی دوسرا نہیں اٹھائے گا۔ ہر ایک کو اپنا بوجھ خود اٹھانا پڑے گا۔</w:t>
      </w:r>
    </w:p>
    <w:p>
      <w:r>
        <w:rPr>
          <w:b/>
        </w:rPr>
        <w:t xml:space="preserve">[59:31] </w:t>
      </w:r>
      <w:r>
        <w:t>in baton ko samjhiye, apni zindagi ki planning kijiye. haqool qaulhaza wastaghfirullaha walakum ajmaeen.</w:t>
      </w:r>
    </w:p>
    <w:p>
      <w:pPr>
        <w:jc w:val="right"/>
      </w:pPr>
      <w:r>
        <w:t>ان باتوں کو سمجھیے، اپنی زندگی کی پلاننگ کیجئے۔ حقول قولھذا واستغفراللہ ولکم اجمعین۔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