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Taqwa and Patience November 29, 2013 Maulana Wahiduddin Khan</w:t>
      </w:r>
    </w:p>
    <w:p>
      <w:r>
        <w:t>https://www.youtube.com/watch?v=HhJ22onYSzk</w:t>
      </w:r>
    </w:p>
    <w:p>
      <w:r>
        <w:rPr>
          <w:b/>
        </w:rPr>
        <w:t xml:space="preserve">[00:32] </w:t>
      </w:r>
      <w:r>
        <w:t>aaj november 2013 ki 29 tareekh hai, is waqt mein haiderabad mein osmania university ke hall mein hoon, apne sathiyon ke hamrah.</w:t>
      </w:r>
    </w:p>
    <w:p>
      <w:pPr>
        <w:jc w:val="right"/>
      </w:pPr>
      <w:r>
        <w:t>آج نومبر 2013 کی 29 تاریخ ہے، اس وقت میں حیدرآباد میں عثمانی یونیورسٹی کے ہال میں ہوں، اپنے ساتھیوں کے ہمراہ۔</w:t>
      </w:r>
    </w:p>
    <w:p>
      <w:r>
        <w:rPr>
          <w:b/>
        </w:rPr>
        <w:t xml:space="preserve">[00:48] </w:t>
      </w:r>
      <w:r>
        <w:t>subah ka waqt hai, abhi hum ne jamaat ke sath namaz parhi, is ke baad hum log wahan se rawana huey.</w:t>
      </w:r>
    </w:p>
    <w:p>
      <w:pPr>
        <w:jc w:val="right"/>
      </w:pPr>
      <w:r>
        <w:t>صبح کا وقت ہے، ابھی ہم نے جماعت کے ساتھ نماز پڑھی، اس کے بعد ہم لوگ وہاں سے روانہ ہوئے۔</w:t>
      </w:r>
    </w:p>
    <w:p>
      <w:r>
        <w:rPr>
          <w:b/>
        </w:rPr>
        <w:t xml:space="preserve">[01:01] </w:t>
      </w:r>
      <w:r>
        <w:t>to yahan pohnchne ke liye humein aik seerhi par utarna tha, roshni kam thi, to aik sahib jaldi jaldi roshni laga kar on karne lagey,</w:t>
      </w:r>
    </w:p>
    <w:p>
      <w:pPr>
        <w:jc w:val="right"/>
      </w:pPr>
      <w:r>
        <w:t>تو یہاں پہنچنے کے لیے ہمیں ایک سیڑھی پر اترنا تھا، روشنی کم تھی، تو ایک صاحب جلدی جلدی روشنی لگا کر آن کرنے لگے،</w:t>
      </w:r>
    </w:p>
    <w:p>
      <w:r>
        <w:rPr>
          <w:b/>
        </w:rPr>
        <w:t xml:space="preserve">[01:16] </w:t>
      </w:r>
      <w:r>
        <w:t>aur tez roshni kar dali unhon ne.</w:t>
      </w:r>
    </w:p>
    <w:p>
      <w:pPr>
        <w:jc w:val="right"/>
      </w:pPr>
      <w:r>
        <w:t>اور تیز روشنی کر ڈالی انہوں نے۔</w:t>
      </w:r>
    </w:p>
    <w:p>
      <w:r>
        <w:rPr>
          <w:b/>
        </w:rPr>
        <w:t xml:space="preserve">[01:21] </w:t>
      </w:r>
      <w:r>
        <w:t>is waqt mujhe yaad aaya aik waqia, phir is se maine relate kiya. dekhiye, rasool Allah sal Allah alaihi wasallam jab rehte the madine mein to wahan jo masjid nabwi thi,</w:t>
      </w:r>
    </w:p>
    <w:p>
      <w:pPr>
        <w:jc w:val="right"/>
      </w:pPr>
      <w:r>
        <w:t>اس وقت مجھے یاد آیا ایک واقعہ، پھر اس سے میں نے ریلیٹ کیا۔ دیکھیے، رسول اللہ صلی اللہ علیہ وسلم جب رہتے تھے مدینہ میں تو وہاں جو مسجد نبوی تھی،</w:t>
      </w:r>
    </w:p>
    <w:p>
      <w:r>
        <w:rPr>
          <w:b/>
        </w:rPr>
        <w:t xml:space="preserve">[01:35] </w:t>
      </w:r>
      <w:r>
        <w:t>woh bohat hi mamooli thi. woh khajoor ke tane ka stooon tha, aur khajoor ke paton ki chhat thi.</w:t>
      </w:r>
    </w:p>
    <w:p>
      <w:pPr>
        <w:jc w:val="right"/>
      </w:pPr>
      <w:r>
        <w:t>وہ بہت ہی معمولی تھی۔ وہ کھجور کے تنے کا ستون تھا، اور کھجور کے پتوں کی چھت تھی۔</w:t>
      </w:r>
    </w:p>
    <w:p>
      <w:r>
        <w:rPr>
          <w:b/>
        </w:rPr>
        <w:t xml:space="preserve">[01:47] </w:t>
      </w:r>
      <w:r>
        <w:t>chote chote hujre banaye gaye the is mein, mamooli qism ke.</w:t>
      </w:r>
    </w:p>
    <w:p>
      <w:pPr>
        <w:jc w:val="right"/>
      </w:pPr>
      <w:r>
        <w:t>چھوٹے چھوٹے حجرے بنائے گئے تھے اس میں، معمولی قسم کے۔</w:t>
      </w:r>
    </w:p>
    <w:p>
      <w:r>
        <w:rPr>
          <w:b/>
        </w:rPr>
        <w:t xml:space="preserve">[01:52] </w:t>
      </w:r>
      <w:r>
        <w:t>is mein rasool Allah rehte the,</w:t>
      </w:r>
    </w:p>
    <w:p>
      <w:pPr>
        <w:jc w:val="right"/>
      </w:pPr>
      <w:r>
        <w:t>اس میں رسول اللہ رہتے تھے،</w:t>
      </w:r>
    </w:p>
    <w:p>
      <w:r>
        <w:rPr>
          <w:b/>
        </w:rPr>
        <w:t xml:space="preserve">[01:58] </w:t>
      </w:r>
      <w:r>
        <w:t>apni biwiyan bhi wahin rehti thin. to baad ke zamane mein, yaani banu ummiya ke zamane mein, jab marwan ka zamana aaya</w:t>
      </w:r>
    </w:p>
    <w:p>
      <w:pPr>
        <w:jc w:val="right"/>
      </w:pPr>
      <w:r>
        <w:t>اپنی بیویاں بھی وہیں رہتی تھیں۔ تو بعد کے زمانے میں، یعنی بنو امیہ کے زمانے میں، جب مروان کا زمانہ آیا</w:t>
      </w:r>
    </w:p>
    <w:p>
      <w:r>
        <w:rPr>
          <w:b/>
        </w:rPr>
        <w:t xml:space="preserve">[02:12] </w:t>
      </w:r>
      <w:r>
        <w:t>to marwan ne hukum diya ke yeh in gharon ko tod diya jaye, aur masjid ki nai taameer ki jaye.</w:t>
      </w:r>
    </w:p>
    <w:p>
      <w:pPr>
        <w:jc w:val="right"/>
      </w:pPr>
      <w:r>
        <w:t>تو مروان نے حکم دیا کہ یہ ان گھروں کو توڑ دیا جائے، اور مسجد کی نئی تعمیر کی جائے۔</w:t>
      </w:r>
    </w:p>
    <w:p>
      <w:r>
        <w:rPr>
          <w:b/>
        </w:rPr>
        <w:t xml:space="preserve">[02:22] </w:t>
      </w:r>
      <w:r>
        <w:t>to us waqt wahan par aik tabai maujood the madine mein, to unhon ne woh dekh kar rone lagey, jab tora ja raha tha to.</w:t>
      </w:r>
    </w:p>
    <w:p>
      <w:pPr>
        <w:jc w:val="right"/>
      </w:pPr>
      <w:r>
        <w:t>تو اس وقت وہاں پر ایک تابعی موجود تھے مدینہ میں، تو انہوں نے وہ دیکھ کر رونے لگے، جب ترا جا رہا تھا تو۔</w:t>
      </w:r>
    </w:p>
    <w:p>
      <w:r>
        <w:rPr>
          <w:b/>
        </w:rPr>
        <w:t xml:space="preserve">[02:36] </w:t>
      </w:r>
      <w:r>
        <w:t>unhon ne kaha ke: "lo turka hasal masakin wa lam tuhdam", yaani kaash yeh jo chote chote hujre yeh the na tode jatey,</w:t>
      </w:r>
    </w:p>
    <w:p>
      <w:pPr>
        <w:jc w:val="right"/>
      </w:pPr>
      <w:r>
        <w:t>انہوں نے کہا کہ: "لو ترکۃ حاصل مساکن ولم تہدم"، یعنی کاش یہ جو چھوٹے چھوٹے حجرے یہ تھے نہ توڑے جاتے،</w:t>
      </w:r>
    </w:p>
    <w:p>
      <w:r>
        <w:rPr>
          <w:b/>
        </w:rPr>
        <w:t xml:space="preserve">[02:55] </w:t>
      </w:r>
      <w:r>
        <w:t>in ko waise hi baqi rakha jata, taake baad ke log yeh janen ke Allah apne rasool par, rasool se kis baat par razi hua.</w:t>
      </w:r>
    </w:p>
    <w:p>
      <w:pPr>
        <w:jc w:val="right"/>
      </w:pPr>
      <w:r>
        <w:t>ان کو ویسے ہی باقی رکھا جاتا، تاکہ بعد کے لوگ یہ جانیں کہ اللہ اپنے رسول پر، رسول سے کس بات پر راضی ہوا۔</w:t>
      </w:r>
    </w:p>
    <w:p>
      <w:r>
        <w:rPr>
          <w:b/>
        </w:rPr>
        <w:t xml:space="preserve">[03:09] </w:t>
      </w:r>
      <w:r>
        <w:t>jo fath mubeen mili, sare alam mein islam phaila, aur islam ko dabdaba qaim hua, yahan tak ke empire ban gaya.</w:t>
      </w:r>
    </w:p>
    <w:p>
      <w:pPr>
        <w:jc w:val="right"/>
      </w:pPr>
      <w:r>
        <w:t>جو فتح مبین ملی، سارے عالم میں اسلام پھیلا، اور اسلام کو دبدبہ قائم ہوا، یہاں تک کہ ایمپائر بن گیا۔</w:t>
      </w:r>
    </w:p>
    <w:p>
      <w:r>
        <w:rPr>
          <w:b/>
        </w:rPr>
        <w:t xml:space="preserve">[03:23] </w:t>
      </w:r>
      <w:r>
        <w:t>to woh woh kon sa aaghaz tha, woh kon si ibtidai halat thi rasool Allah ki, jis par woh razi ho kar ke yeh isi par un ki wafat hui?</w:t>
      </w:r>
    </w:p>
    <w:p>
      <w:pPr>
        <w:jc w:val="right"/>
      </w:pPr>
      <w:r>
        <w:t>تو وہ وہ کون سا آغاز تھا، وہ کون سی ابتدائی حالت تھی رسول اللہ کی، جس پر وہ راضی ہو کر کے یہ اسی پر ان کی وفات ہوئی؟</w:t>
      </w:r>
    </w:p>
    <w:p>
      <w:r>
        <w:rPr>
          <w:b/>
        </w:rPr>
        <w:t xml:space="preserve">[03:38] </w:t>
      </w:r>
      <w:r>
        <w:t>phir wahan se Allah ki nasraten nazil huin, to log dukh dekh kar jante. to mujhe yaad aaya ke logon ka hal yeh hai ke kam roshni hai to tez roshni ki taraf daurenge, kam kapra hai to zyada kapra ja kar kharidenge, kam khana hai to zyada khana pakwayenge, kam aamdani hai to zyada aamdani karenge.</w:t>
      </w:r>
    </w:p>
    <w:p>
      <w:pPr>
        <w:jc w:val="right"/>
      </w:pPr>
      <w:r>
        <w:t>پھر وہاں سے اللہ کی نصرتیں نازل ہوئیں، تو لوگ دکھ دیکھ کر جانتے۔ تو مجھے یاد آیا کہ لوگوں کا حال یہ ہے کہ کم روشنی ہے تو تیز روشنی کی طرف دوڑیں گے، کم کپڑا ہے تو زیادہ کپڑا جا کر خریدیں گے، کم کھانا ہے تو زیادہ کھانا پکوائیں گے، کم آمدنی ہے تو زیادہ آمدنی کریں گے۔</w:t>
      </w:r>
    </w:p>
    <w:p>
      <w:r>
        <w:rPr>
          <w:b/>
        </w:rPr>
        <w:t xml:space="preserve">[04:03] </w:t>
      </w:r>
      <w:r>
        <w:t>yeh aam rujhan hai.</w:t>
      </w:r>
    </w:p>
    <w:p>
      <w:pPr>
        <w:jc w:val="right"/>
      </w:pPr>
      <w:r>
        <w:t>یہ عام رجحان ہے۔</w:t>
      </w:r>
    </w:p>
    <w:p>
      <w:r>
        <w:rPr>
          <w:b/>
        </w:rPr>
        <w:t xml:space="preserve">[04:06] </w:t>
      </w:r>
      <w:r>
        <w:t>to maine socha ke sare anbiya, jo sari tareekh ke sab se zyada aala tareen log the, woh kam roshni mein, yeh kam kapre mein, kam khane mein, kam ghar mein, yaani kam mein razi huey.</w:t>
      </w:r>
    </w:p>
    <w:p>
      <w:pPr>
        <w:jc w:val="right"/>
      </w:pPr>
      <w:r>
        <w:t>تو میں نے سوچا کہ سارے انبیاء، جو ساری تاریخ کے سب سے زیادہ اعلیٰ ترین لوگ تھے، وہ کم روشنی میں، یہ کم کپڑے میں، کم کھانے میں، کم گھر میں، یعنی کم میں راضی ہوئے۔</w:t>
      </w:r>
    </w:p>
    <w:p>
      <w:r>
        <w:rPr>
          <w:b/>
        </w:rPr>
        <w:t xml:space="preserve">[04:23] </w:t>
      </w:r>
      <w:r>
        <w:t>woh to agar hum aaj kam par razi hon to hum un se humein aik nisbat qaim hoti hai.</w:t>
      </w:r>
    </w:p>
    <w:p>
      <w:pPr>
        <w:jc w:val="right"/>
      </w:pPr>
      <w:r>
        <w:t>وہ تو اگر ہم آج کم پر راضی ہوں تو ہم ان سے ہمیں ایک نسبت قائم ہوتی ہے۔</w:t>
      </w:r>
    </w:p>
    <w:p>
      <w:r>
        <w:rPr>
          <w:b/>
        </w:rPr>
        <w:t xml:space="preserve">[04:34] </w:t>
      </w:r>
      <w:r>
        <w:t>hum yaad karte hain us zamane ko,</w:t>
      </w:r>
    </w:p>
    <w:p>
      <w:pPr>
        <w:jc w:val="right"/>
      </w:pPr>
      <w:r>
        <w:t>ہم یاد کرتے ہیں اس زمانے کو،</w:t>
      </w:r>
    </w:p>
    <w:p>
      <w:r>
        <w:rPr>
          <w:b/>
        </w:rPr>
        <w:t xml:space="preserve">[04:39] </w:t>
      </w:r>
      <w:r>
        <w:t>yaani kam roshni yaad dilati hai ke madine mein aaj to wahan maal ki tarah khada hua hai masjid nabwi.</w:t>
      </w:r>
    </w:p>
    <w:p>
      <w:pPr>
        <w:jc w:val="right"/>
      </w:pPr>
      <w:r>
        <w:t>یعنی کم روشنی یاد دلاتی ہے کہ مدینے میں آج تو وہاں مال کی طرح کھڑا ہوا ہے مسجد نبوی۔</w:t>
      </w:r>
    </w:p>
    <w:p>
      <w:r>
        <w:rPr>
          <w:b/>
        </w:rPr>
        <w:t xml:space="preserve">[04:49] </w:t>
      </w:r>
      <w:r>
        <w:t>us waqt mamooli sa aik structure tha, aur no saal tak wahan light hi nahi jali, light ke mani bati nahi jali.</w:t>
      </w:r>
    </w:p>
    <w:p>
      <w:pPr>
        <w:jc w:val="right"/>
      </w:pPr>
      <w:r>
        <w:t>اس وقت معمولی سا ایک اسٹرکچر تھا، اور نو سال تک وہاں لائٹ ہی نہیں جلی، لائٹ کے معنی بتی نہیں جلی۔</w:t>
      </w:r>
    </w:p>
    <w:p>
      <w:r>
        <w:rPr>
          <w:b/>
        </w:rPr>
        <w:t xml:space="preserve">[04:59] </w:t>
      </w:r>
      <w:r>
        <w:t>is daur ko hum yaad karte hain</w:t>
      </w:r>
    </w:p>
    <w:p>
      <w:pPr>
        <w:jc w:val="right"/>
      </w:pPr>
      <w:r>
        <w:t>اس دور کو ہم یاد کرتے ہیں</w:t>
      </w:r>
    </w:p>
    <w:p>
      <w:r>
        <w:rPr>
          <w:b/>
        </w:rPr>
        <w:t xml:space="preserve">[05:02] </w:t>
      </w:r>
      <w:r>
        <w:t>to phir hamari nisbat qaim hoti hai rasool se, peghambaron se, sahaba se. to kam par razi hona aik bohat bari saadat ki baat hai, kyunke aap ko nabiyon se, sahaba se nisbat qaim hoti hai.</w:t>
      </w:r>
    </w:p>
    <w:p>
      <w:pPr>
        <w:jc w:val="right"/>
      </w:pPr>
      <w:r>
        <w:t>تو پھر ہماری نسبت قائم ہوتی ہے رسول سے، پیغمبروں سے، صحابہ سے۔ تو کم پر راضی ہونا ایک بہت بڑی سعادت کی بات ہے، کیونکہ آپ کو نبیوں سے، صحابہ سے نسبت قائم ہوتی ہے۔</w:t>
      </w:r>
    </w:p>
    <w:p>
      <w:r>
        <w:rPr>
          <w:b/>
        </w:rPr>
        <w:t xml:space="preserve">[05:20] </w:t>
      </w:r>
      <w:r>
        <w:t>aap allah ko yaad karte hain, aap ke andar rabbaniyat ke chashme phootte hain,</w:t>
      </w:r>
    </w:p>
    <w:p>
      <w:pPr>
        <w:jc w:val="right"/>
      </w:pPr>
      <w:r>
        <w:t>آپ اللہ کو یاد کرتے ہیں، آپ کے اندر ربانیت کے چشمے پھوٹتے ہیں،</w:t>
      </w:r>
    </w:p>
    <w:p>
      <w:r>
        <w:rPr>
          <w:b/>
        </w:rPr>
        <w:t xml:space="preserve">[05:30] </w:t>
      </w:r>
      <w:r>
        <w:t>aap ko yaad aata hai ke woh log jin ko allah jis se raazi hua, jin ko allah ne jannat likh di, jin ke liye woh kaise log the. to aap ko farishton ki sohbat haasil hoti hai.</w:t>
      </w:r>
    </w:p>
    <w:p>
      <w:pPr>
        <w:jc w:val="right"/>
      </w:pPr>
      <w:r>
        <w:t>آپ کو یاد آتا ہے کہ وہ لوگ جن کو اللہ جس سے راضی ہوا، جن کو اللہ نے جنت لکھ دی، جن کے لیے وہ کیسے لوگ تھے۔ تو آپ کو فرشتوں کی صحبت حاصل ہوتی ہے۔</w:t>
      </w:r>
    </w:p>
    <w:p>
      <w:r>
        <w:rPr>
          <w:b/>
        </w:rPr>
        <w:t xml:space="preserve">[05:45] </w:t>
      </w:r>
      <w:r>
        <w:t>to main aap sab logon ko naseehat karunga ke aap kam par raazi hona seekhein, zyada ki taraf mat dodiye, siwaye is ke ke woh zaroorat ho.</w:t>
      </w:r>
    </w:p>
    <w:p>
      <w:pPr>
        <w:jc w:val="right"/>
      </w:pPr>
      <w:r>
        <w:t>تو میں آپ سب لوگوں کو نصیحت کروں گا کہ آپ کم پر راضی ہونا سیکھیں، زیادہ کی طرف مت دوڑیے، سوائے اس کے کہ وہ ضرورت ہو۔</w:t>
      </w:r>
    </w:p>
    <w:p>
      <w:r>
        <w:rPr>
          <w:b/>
        </w:rPr>
        <w:t xml:space="preserve">[05:55] </w:t>
      </w:r>
      <w:r>
        <w:t>is ki zaroorat ke siwa kam par raazi huiye,</w:t>
      </w:r>
    </w:p>
    <w:p>
      <w:pPr>
        <w:jc w:val="right"/>
      </w:pPr>
      <w:r>
        <w:t>اس کی ضرورت کے سوا کم پر راضی ہوئیے،</w:t>
      </w:r>
    </w:p>
    <w:p>
      <w:r>
        <w:rPr>
          <w:b/>
        </w:rPr>
        <w:t xml:space="preserve">[06:01] </w:t>
      </w:r>
      <w:r>
        <w:t>kam khana, kam kapra, kam saamaan, kam aamdani, kam ghar. agar zyada ki taraf dodenge, takathur ka mizaj banayenge to bohat hi bada nuksan hoga.</w:t>
      </w:r>
    </w:p>
    <w:p>
      <w:pPr>
        <w:jc w:val="right"/>
      </w:pPr>
      <w:r>
        <w:t>کم کھانا، کم کپڑا، کم سامان، کم آمدنی، کم گھر۔ اگر زیادہ کی طرف دوڑیں گے، تکاثر کا مزاج بنائیں گے تو بہت ہی بڑا نقصان ہوگا۔</w:t>
      </w:r>
    </w:p>
    <w:p>
      <w:r>
        <w:rPr>
          <w:b/>
        </w:rPr>
        <w:t xml:space="preserve">[06:20] </w:t>
      </w:r>
      <w:r>
        <w:t>woh yeh ke aap woh lonch nisbat hi nahi qaim hogi aap ki, jo allah ko mehboob the, jo log. aur jab nisbat nahi qaim hogi to aap ko kahan se rehmaten nazil hongi?</w:t>
      </w:r>
    </w:p>
    <w:p>
      <w:pPr>
        <w:jc w:val="right"/>
      </w:pPr>
      <w:r>
        <w:t>وہ یہ کہ آپ وہ لونچ نسبت ہی نہیں قائم ہوگی آپ کی، جو اللہ کو محبوب تھے، جو لوگ۔ اور جب نسبت نہیں قائم ہوگی تو آپ کو کہاں سے رحمتیں نازل ہوں گی؟</w:t>
      </w:r>
    </w:p>
    <w:p>
      <w:r>
        <w:rPr>
          <w:b/>
        </w:rPr>
        <w:t xml:space="preserve">[06:35] </w:t>
      </w:r>
      <w:r>
        <w:t>main allah ke fazl se isi tarah ka ek aadmi hoon.</w:t>
      </w:r>
    </w:p>
    <w:p>
      <w:pPr>
        <w:jc w:val="right"/>
      </w:pPr>
      <w:r>
        <w:t>میں اللہ کے فضل سے اسی طرح کا ایک آدمی ہوں۔</w:t>
      </w:r>
    </w:p>
    <w:p>
      <w:r>
        <w:rPr>
          <w:b/>
        </w:rPr>
        <w:t xml:space="preserve">[06:41] </w:t>
      </w:r>
      <w:r>
        <w:t>main jab chhota tha to meri maan kehti thi: "kya pakayen?" yaqeen kijiye ke ek baar bhi apni maan se maine nahi kaha ke "yeh pakao".</w:t>
      </w:r>
    </w:p>
    <w:p>
      <w:pPr>
        <w:jc w:val="right"/>
      </w:pPr>
      <w:r>
        <w:t>میں جب چھوٹا تھا تو میری ماں کہتی تھی: "کیا پکائیں؟" یقین کیجئے کہ ایک بار بھی اپنی ماں سے میں نے نہیں کہا کہ "یہ پکاؤ"۔</w:t>
      </w:r>
    </w:p>
    <w:p>
      <w:r>
        <w:rPr>
          <w:b/>
        </w:rPr>
        <w:t xml:space="preserve">[06:52] </w:t>
      </w:r>
      <w:r>
        <w:t>eid ke din kapde banaye jaate the bachchon ke, bachche kapde pehan pehan kar khush hote the. main kapde nahi badalta tha,</w:t>
      </w:r>
    </w:p>
    <w:p>
      <w:pPr>
        <w:jc w:val="right"/>
      </w:pPr>
      <w:r>
        <w:t>عید کے دن کپڑے بنائے جاتے تھے بچوں کے، بچے کپڑے پہن پہن کر خوش ہوتے تھے۔ میں کپڑے نہیں بدلتا تھا،</w:t>
      </w:r>
    </w:p>
    <w:p>
      <w:r>
        <w:rPr>
          <w:b/>
        </w:rPr>
        <w:t xml:space="preserve">[07:05] </w:t>
      </w:r>
      <w:r>
        <w:t>to mera yeh mizaj jo hai, mere bohat kaam aaya. is ki wajah se mujhe fehm-e-quran mein madad mili, fehm-e-hadith mein madad mili, fehm-e-sunnat mein madad mili.</w:t>
      </w:r>
    </w:p>
    <w:p>
      <w:pPr>
        <w:jc w:val="right"/>
      </w:pPr>
      <w:r>
        <w:t>تو میرا یہ مزاج جو ہے، میرے بہت کام آیا۔ اس کی وجہ سے مجھے فہم قرآن میں مدد ملی، فہم حدیث میں مدد ملی، فہم سنت میں مدد ملی۔</w:t>
      </w:r>
    </w:p>
    <w:p>
      <w:r>
        <w:rPr>
          <w:b/>
        </w:rPr>
        <w:t xml:space="preserve">[07:24] </w:t>
      </w:r>
      <w:r>
        <w:t>kam par raazi hona saada baat nahi hai. kam par raazi hone ke maani hain ke allah ki taraf se zyada rehmaton ka mustahiq banna.</w:t>
      </w:r>
    </w:p>
    <w:p>
      <w:pPr>
        <w:jc w:val="right"/>
      </w:pPr>
      <w:r>
        <w:t>کم پر راضی ہونا سادہ بات نہیں ہے۔ کم پر راضی ہونے کے معنی ہیں کہ اللہ کی طرف سے زیادہ رحمتوں کا مستحق بننا۔</w:t>
      </w:r>
    </w:p>
    <w:p>
      <w:r>
        <w:rPr>
          <w:b/>
        </w:rPr>
        <w:t xml:space="preserve">[07:35] </w:t>
      </w:r>
      <w:r>
        <w:t>ab main aaj ka qissa batata hoon aap ko. ek anokhi baat meri samajh mein aayi, jo ke kisi tafsir mein nahi pai gayi.</w:t>
      </w:r>
    </w:p>
    <w:p>
      <w:pPr>
        <w:jc w:val="right"/>
      </w:pPr>
      <w:r>
        <w:t>اب میں آج کا قصہ بتاتا ہوں آپ کو۔ ایک انوکھی بات میری سمجھ میں آئی، جو کہ کسی تفسیر میں نہیں پائی گئی۔</w:t>
      </w:r>
    </w:p>
    <w:p>
      <w:r>
        <w:rPr>
          <w:b/>
        </w:rPr>
        <w:t xml:space="preserve">[07:47] </w:t>
      </w:r>
      <w:r>
        <w:t>aap kam par raazi hone ke maani hain ke aap aakhri had tak aap ka dimagh khali hai distraction se, aur aakhri had tak juda hua hai allah se.</w:t>
      </w:r>
    </w:p>
    <w:p>
      <w:pPr>
        <w:jc w:val="right"/>
      </w:pPr>
      <w:r>
        <w:t>آپ کم پر راضی ہونے کے معنی ہیں کہ آپ آخری حد تک آپ کا دماغ خالی ہے ڈسٹریکشن سے، اور آخری حد تک جڑا ہوا ہے اللہ سے۔</w:t>
      </w:r>
    </w:p>
    <w:p>
      <w:r>
        <w:rPr>
          <w:b/>
        </w:rPr>
        <w:t xml:space="preserve">[07:57] </w:t>
      </w:r>
      <w:r>
        <w:t>to aaj subah jab main utha to achaanak, yaani dimagh mein woh process chalta rehta hai. prosesi</w:t>
      </w:r>
    </w:p>
    <w:p>
      <w:pPr>
        <w:jc w:val="right"/>
      </w:pPr>
      <w:r>
        <w:t>تو آج صبح جب میں اٹھا تو اچانک، یعنی دماغ میں وہ پراسیس چلتا رہتا ہے۔ پراسی</w:t>
      </w:r>
    </w:p>
    <w:p>
      <w:r>
        <w:rPr>
          <w:b/>
        </w:rPr>
        <w:t xml:space="preserve">[08:04] </w:t>
      </w:r>
      <w:r>
        <w:t>s logon ke dimagh mein paise ka process chalta hai, paisa, shohrat, dunyavi cheezen, is ka process chalta hai.</w:t>
      </w:r>
    </w:p>
    <w:p>
      <w:pPr>
        <w:jc w:val="right"/>
      </w:pPr>
      <w:r>
        <w:t>س لوگوں کے دماغ میں پیسے کا پراسیس چلتا ہے، پیسہ، شہرت، دنیاوی چیزیں، اس کا پراسیس چلتا ہے۔</w:t>
      </w:r>
    </w:p>
    <w:p>
      <w:r>
        <w:rPr>
          <w:b/>
        </w:rPr>
        <w:t xml:space="preserve">[08:14] </w:t>
      </w:r>
      <w:r>
        <w:t>mere dimagh ka woh sab nahi chalta. to ek anokhi baat samajh mein aayi, woh surah yusuf se mutalliq hai.</w:t>
      </w:r>
    </w:p>
    <w:p>
      <w:pPr>
        <w:jc w:val="right"/>
      </w:pPr>
      <w:r>
        <w:t>میرے دماغ کا وہ سب نہیں چلتا۔ تو ایک انوکھی بات سمجھ میں آئی، وہ سورہ یوسف سے متعلق ہے۔</w:t>
      </w:r>
    </w:p>
    <w:p>
      <w:r>
        <w:rPr>
          <w:b/>
        </w:rPr>
        <w:t xml:space="preserve">[08:22] </w:t>
      </w:r>
      <w:r>
        <w:t>dekhein, surah yusuf mein jo aaghaz hai, woh hai ke is surah mein ek asal al-qasas bayan kiya ja raha hai.</w:t>
      </w:r>
    </w:p>
    <w:p>
      <w:pPr>
        <w:jc w:val="right"/>
      </w:pPr>
      <w:r>
        <w:t>دیکھیں، سورہ یوسف میں جو آغاز ہے، وہ ہے کہ اس سورہ میں ایک اصل القصص بیان کیا جا رہا ہے۔</w:t>
      </w:r>
    </w:p>
    <w:p>
      <w:r>
        <w:rPr>
          <w:b/>
        </w:rPr>
        <w:t xml:space="preserve">[08:33] </w:t>
      </w:r>
      <w:r>
        <w:t>is asal al-qasas ko saare log samajhte hain ke is ka taalluq hazrat yusuf se hai, yaani hazrat yusuf ka asal al-qasas, best story. main sochne laga ke pure surah yusuf mein baat kahi gayi hai wahid ke sighay mein,</w:t>
      </w:r>
    </w:p>
    <w:p>
      <w:pPr>
        <w:jc w:val="right"/>
      </w:pPr>
      <w:r>
        <w:t>اس اصل القصص کو سارے لوگ سمجھتے ہیں کہ اس کا تعلق حضرت یوسف سے ہے، یعنی حضرت یوسف کا اصل القصص، بیسٹ سٹوری۔ میں سوچنے لگا کہ پورے سورہ یوسف میں بات کہی گئی ہے واحد کے صیغے میں،</w:t>
      </w:r>
    </w:p>
    <w:p>
      <w:r>
        <w:rPr>
          <w:b/>
        </w:rPr>
        <w:t xml:space="preserve">[08:52] </w:t>
      </w:r>
      <w:r>
        <w:t>yaani yusuf, yusuf, yusuf, ya wahid ke sighay mein. lekin aakhir mein jama kyun ho gaya?</w:t>
      </w:r>
    </w:p>
    <w:p>
      <w:pPr>
        <w:jc w:val="right"/>
      </w:pPr>
      <w:r>
        <w:t>یعنی یوسف، یوسف، یوسف، یا واحد کے صیغے میں۔ لیکن آخر میں جمع کیوں ہو گیا؟</w:t>
      </w:r>
    </w:p>
    <w:p>
      <w:r>
        <w:rPr>
          <w:b/>
        </w:rPr>
        <w:t xml:space="preserve">[08:59] </w:t>
      </w:r>
      <w:r>
        <w:t>aakhir mein hai ke: "man yattaqi wa yadfa fa innallaha la yudee'u al-muhsinin". muhsinin jama ka sigha hai. saari saari dastan bayan ki gayi sigha wahid mein,</w:t>
      </w:r>
    </w:p>
    <w:p>
      <w:pPr>
        <w:jc w:val="right"/>
      </w:pPr>
      <w:r>
        <w:t>آخر میں ہے کہ: "من یتق وذب فان اللہ لا یضی المحسنین"۔ محسنین جمع کا صیغہ ہے۔ ساری ساری داستان بیان کی گئی صیغہ واحد میں،</w:t>
      </w:r>
    </w:p>
    <w:p>
      <w:r>
        <w:rPr>
          <w:b/>
        </w:rPr>
        <w:t xml:space="preserve">[09:13] </w:t>
      </w:r>
      <w:r>
        <w:t>aakhir mein jama ka kyun aa gaya? is ke maani yeh hain ke allah ne yeh ishara diya ke generalize karo is asal al-qasas ko, apne upar apply karo.</w:t>
      </w:r>
    </w:p>
    <w:p>
      <w:pPr>
        <w:jc w:val="right"/>
      </w:pPr>
      <w:r>
        <w:t>آخر میں جمع کا کیوں آ گیا؟ اس کے معنی یہ ہیں کہ اللہ نے یہ اشارہ دیا کہ جنرلائز کرو اس اصل القصص کو، اپنے اوپر اپلائی کرو۔</w:t>
      </w:r>
    </w:p>
    <w:p>
      <w:r>
        <w:rPr>
          <w:b/>
        </w:rPr>
        <w:t xml:space="preserve">[09:27] </w:t>
      </w:r>
      <w:r>
        <w:t>yusuf ki kahani mat samjho. is ko jab khuda zinda hai to us ki rehmaten bhi zinda hain.</w:t>
      </w:r>
    </w:p>
    <w:p>
      <w:pPr>
        <w:jc w:val="right"/>
      </w:pPr>
      <w:r>
        <w:t>یوسف کی کہانی مت سمجھو۔ اس کو جب خدا زندہ ہے تو اس کی رحمتیں بھی زندہ ہیں۔</w:t>
      </w:r>
    </w:p>
    <w:p>
      <w:r>
        <w:rPr>
          <w:b/>
        </w:rPr>
        <w:t xml:space="preserve">[09:37] </w:t>
      </w:r>
      <w:r>
        <w:t>hazrat yusuf duniya se chale gaye, lekin kya khuda bhi chala gaya?</w:t>
      </w:r>
    </w:p>
    <w:p>
      <w:pPr>
        <w:jc w:val="right"/>
      </w:pPr>
      <w:r>
        <w:t>حضرت یوسف دنیا سے چلے گئے، لیکن کیا خدا بھی چلا گیا؟</w:t>
      </w:r>
    </w:p>
    <w:p>
      <w:r>
        <w:rPr>
          <w:b/>
        </w:rPr>
        <w:t xml:space="preserve">[09:44] </w:t>
      </w:r>
      <w:r>
        <w:t>hazrat jis hasti ne hazrat yusuf ke qisse ko asal al-qasas banaya tha, kya woh bhi duniya se chala gaya?</w:t>
      </w:r>
    </w:p>
    <w:p>
      <w:pPr>
        <w:jc w:val="right"/>
      </w:pPr>
      <w:r>
        <w:t>حضرت جس ہستی نے حضرت یوسف کے قصے کو اصل القصص بنایا تھا، کیا وہ بھی دنیا سے چلا گیا؟</w:t>
      </w:r>
    </w:p>
    <w:p>
      <w:r>
        <w:rPr>
          <w:b/>
        </w:rPr>
        <w:t xml:space="preserve">[09:54] </w:t>
      </w:r>
      <w:r>
        <w:t>to jab woh zinda hai to asal al-qasas ka daur bhi zinda hai.</w:t>
      </w:r>
    </w:p>
    <w:p>
      <w:pPr>
        <w:jc w:val="right"/>
      </w:pPr>
      <w:r>
        <w:t>تو جب وہ زندہ ہے تو اصل القصص کا دور بھی زندہ ہے۔</w:t>
      </w:r>
    </w:p>
    <w:p>
      <w:r>
        <w:rPr>
          <w:b/>
        </w:rPr>
        <w:t xml:space="preserve">[10:02] </w:t>
      </w:r>
      <w:r>
        <w:t>yeh hai ishara is is mein ke segha wahid mein sari kahani hai, aur aakhir mein jama aa jata hai.</w:t>
      </w:r>
    </w:p>
    <w:p>
      <w:pPr>
        <w:jc w:val="right"/>
      </w:pPr>
      <w:r>
        <w:t>یہ ہے اشارہ اس اس میں کہ صیغہ واحد میں ساری کہانی ہے، اور آخر میں جمع آ جاتا ہے۔</w:t>
      </w:r>
    </w:p>
    <w:p>
      <w:r>
        <w:rPr>
          <w:b/>
        </w:rPr>
        <w:t xml:space="preserve">[10:12] </w:t>
      </w:r>
      <w:r>
        <w:t>"man yataq wadhub fa inna Allaha la yadi ajr al muhsineen". Muhsineen jama ka lafz hai, muhsineen wahid hai, muhsineen jama hai.</w:t>
      </w:r>
    </w:p>
    <w:p>
      <w:pPr>
        <w:jc w:val="right"/>
      </w:pPr>
      <w:r>
        <w:t>"من یتق وذب فان اللہ لا یضی اجل المحسنین"۔ محسنین جمع کا لفظ ہے، محسنین واحد ہے، محسنین جمع ہے۔</w:t>
      </w:r>
    </w:p>
    <w:p>
      <w:r>
        <w:rPr>
          <w:b/>
        </w:rPr>
        <w:t xml:space="preserve">[10:22] </w:t>
      </w:r>
      <w:r>
        <w:t>to muhsineen ke ajr ko, muhsineen ke amal ko Allah zaya nahi karta.</w:t>
      </w:r>
    </w:p>
    <w:p>
      <w:pPr>
        <w:jc w:val="right"/>
      </w:pPr>
      <w:r>
        <w:t>تو محسنین کے اجر کو، محسنین کے عمل کو اللہ ضائع نہیں کرتا۔</w:t>
      </w:r>
    </w:p>
    <w:p>
      <w:r>
        <w:rPr>
          <w:b/>
        </w:rPr>
        <w:t xml:space="preserve">[10:31] </w:t>
      </w:r>
      <w:r>
        <w:t>to is liye samajh mein aya ke asal cheez hai taqwa aur sabr. Asal cheez Yusuf nahi hai. Kahani ka khulasa jo hai, Yusuf nahi hai.</w:t>
      </w:r>
    </w:p>
    <w:p>
      <w:pPr>
        <w:jc w:val="right"/>
      </w:pPr>
      <w:r>
        <w:t>تو اس لیے سمجھ میں آیا کہ اصل چیز ہے تقویٰ اور صبر۔ اصل چیز یوسف نہیں ہے۔ کہانی کا خلاصہ جو ہے، یوسف نہیں ہے۔</w:t>
      </w:r>
    </w:p>
    <w:p>
      <w:r>
        <w:rPr>
          <w:b/>
        </w:rPr>
        <w:t xml:space="preserve">[10:41] </w:t>
      </w:r>
      <w:r>
        <w:t>ek shakhs ki fazilat nahi hai.</w:t>
      </w:r>
    </w:p>
    <w:p>
      <w:pPr>
        <w:jc w:val="right"/>
      </w:pPr>
      <w:r>
        <w:t>ایک شخص کی فضیلت نہیں ہے۔</w:t>
      </w:r>
    </w:p>
    <w:p>
      <w:r>
        <w:rPr>
          <w:b/>
        </w:rPr>
        <w:t xml:space="preserve">[10:46] </w:t>
      </w:r>
      <w:r>
        <w:t>kahani nahi. Asal al qasas jo hai, wo asal al qasas ka talluq Yusuf se nahi hai, wo taqwa aur sabr se hai.</w:t>
      </w:r>
    </w:p>
    <w:p>
      <w:pPr>
        <w:jc w:val="right"/>
      </w:pPr>
      <w:r>
        <w:t>کہانی نہیں۔ اصل القصص جو ہے، وہ اصل القصص کا تعلق یوسف سے نہیں ہے، وہ تقویٰ اور صبر سے ہے۔</w:t>
      </w:r>
    </w:p>
    <w:p>
      <w:r>
        <w:rPr>
          <w:b/>
        </w:rPr>
        <w:t xml:space="preserve">[10:57] </w:t>
      </w:r>
      <w:r>
        <w:t>yeh bari ajeeb ghareeb baat mere zehan mein aayi</w:t>
      </w:r>
    </w:p>
    <w:p>
      <w:pPr>
        <w:jc w:val="right"/>
      </w:pPr>
      <w:r>
        <w:t>یہ بڑی عجیب غریب بات میرے ذہن میں آئی</w:t>
      </w:r>
    </w:p>
    <w:p>
      <w:r>
        <w:rPr>
          <w:b/>
        </w:rPr>
        <w:t xml:space="preserve">[11:03] </w:t>
      </w:r>
      <w:r>
        <w:t>ke taqwa aur sabr ka saboot do to tumhari kahani asal al qasas ban jayegi.</w:t>
      </w:r>
    </w:p>
    <w:p>
      <w:pPr>
        <w:jc w:val="right"/>
      </w:pPr>
      <w:r>
        <w:t>کہ تقویٰ اور صبر کا ثبوت دو تو تمہاری کہانی اصل القصص بن جائے گی۔</w:t>
      </w:r>
    </w:p>
    <w:p>
      <w:r>
        <w:rPr>
          <w:b/>
        </w:rPr>
        <w:t xml:space="preserve">[11:10] </w:t>
      </w:r>
      <w:r>
        <w:t>dekhein, sabr ka matlab hai insaan ke bare mein react na karna. Jo kuch bhi insaan kar raha hai, karne do us ko, hum react na karein.</w:t>
      </w:r>
    </w:p>
    <w:p>
      <w:pPr>
        <w:jc w:val="right"/>
      </w:pPr>
      <w:r>
        <w:t>دیکھیں، صبر کا مطلب ہے انسان کے بارے میں ری ایکٹ نہ کرنا۔ جو کچھ بھی انسان کر رہا ہے، کرنے دو اس کو، ہم ری ایکٹ نہ کریں۔</w:t>
      </w:r>
    </w:p>
    <w:p>
      <w:r>
        <w:rPr>
          <w:b/>
        </w:rPr>
        <w:t xml:space="preserve">[11:22] </w:t>
      </w:r>
      <w:r>
        <w:t>aur taqwa ka matlab hai ke har haal mein, har haal mein umeed Allah se, har haal mein umeed Allah se.</w:t>
      </w:r>
    </w:p>
    <w:p>
      <w:pPr>
        <w:jc w:val="right"/>
      </w:pPr>
      <w:r>
        <w:t>اور تقویٰ کا مطلب ہے کہ ہر حال میں، ہر حال میں امید اللہ سے، ہر حال میں امید اللہ سے۔</w:t>
      </w:r>
    </w:p>
    <w:p>
      <w:r>
        <w:rPr>
          <w:b/>
        </w:rPr>
        <w:t xml:space="preserve">[11:31] </w:t>
      </w:r>
      <w:r>
        <w:t>yeh meri samajh mein aya ke Surah Yusuf mein kahani jo bayan ki gayi hai, asal al qasas, wo Yusuf ki kahani nahi hai, wo taqwa aur sabr ki kahani hai,</w:t>
      </w:r>
    </w:p>
    <w:p>
      <w:pPr>
        <w:jc w:val="right"/>
      </w:pPr>
      <w:r>
        <w:t>یہ میری سمجھ میں آیا کہ سورہ یوسف میں کہانی جو بیان کی گئی ہے، اصل القصص، وہ یوسف کی کہانی نہیں ہے، وہ تقویٰ اور صبر کی کہانی ہے،</w:t>
      </w:r>
    </w:p>
    <w:p>
      <w:r>
        <w:rPr>
          <w:b/>
        </w:rPr>
        <w:t xml:space="preserve">[11:43] </w:t>
      </w:r>
      <w:r>
        <w:t>jo har ek ke liye mumkin hai. Kaisi ajeeb hai yeh baat!</w:t>
      </w:r>
    </w:p>
    <w:p>
      <w:pPr>
        <w:jc w:val="right"/>
      </w:pPr>
      <w:r>
        <w:t>جو ہر ایک کے لیے ممکن ہے۔ کیسی عجیب ہے یہ بات!</w:t>
      </w:r>
    </w:p>
    <w:p>
      <w:r>
        <w:rPr>
          <w:b/>
        </w:rPr>
        <w:t xml:space="preserve">[11:51] </w:t>
      </w:r>
      <w:r>
        <w:t>phir mein sochne laga ke yahi Hyderabad mein mein aaya tha, British period mein, pehli baar. British period mein us waqt kya hua tha mere sath?</w:t>
      </w:r>
    </w:p>
    <w:p>
      <w:pPr>
        <w:jc w:val="right"/>
      </w:pPr>
      <w:r>
        <w:t>پھر میں سوچنے لگا کہ یہی حیدرآباد میں میں آیا تھا، برٹش پیریڈ میں، پہلی بار۔ برٹش پیریڈ میں اس وقت کیا ہوا تھا میرے ساتھ؟</w:t>
      </w:r>
    </w:p>
    <w:p>
      <w:r>
        <w:rPr>
          <w:b/>
        </w:rPr>
        <w:t xml:space="preserve">[12:06] </w:t>
      </w:r>
      <w:r>
        <w:t>ek bhi insaan nahi tha Hyderabad mein jo mujh ko jaane, jo mujh ko apne ghar mein thahraye, jo mere liye koi program banaye.</w:t>
      </w:r>
    </w:p>
    <w:p>
      <w:pPr>
        <w:jc w:val="right"/>
      </w:pPr>
      <w:r>
        <w:t>ایک بھی انسان نہیں تھا حیدرآباد میں جو مجھ کو جانے، جو مجھ کو اپنے گھر میں ٹھہرائے، جو میرے لیے کوئی پروگرام بنائے۔</w:t>
      </w:r>
    </w:p>
    <w:p>
      <w:r>
        <w:rPr>
          <w:b/>
        </w:rPr>
        <w:t xml:space="preserve">[12:16] </w:t>
      </w:r>
      <w:r>
        <w:t>us waqt naujawan tha mein,</w:t>
      </w:r>
    </w:p>
    <w:p>
      <w:pPr>
        <w:jc w:val="right"/>
      </w:pPr>
      <w:r>
        <w:t>اس وقت نوجوان تھا میں،</w:t>
      </w:r>
    </w:p>
    <w:p>
      <w:r>
        <w:rPr>
          <w:b/>
        </w:rPr>
        <w:t xml:space="preserve">[12:20] </w:t>
      </w:r>
      <w:r>
        <w:t>to mujhe yaad aya, achi tarike se yaad hai ke ek road par mein khada chal raha tha paidal, kyunke us waqt mere pas paidal ke siwa koi zariya nahi tha. Ek road par mein paidal chal raha tha to achanak maine dekha ke road par bohat se police wale yahan se wahan seeti baja rahe hain,</w:t>
      </w:r>
    </w:p>
    <w:p>
      <w:pPr>
        <w:jc w:val="right"/>
      </w:pPr>
      <w:r>
        <w:t>تو مجھے یاد آیا، اچھی طریقے سے یاد ہے کہ ایک روڈ پر میں کھڑا چل رہا تھا پیدل، کیونکہ اس وقت میرے پاس پیدل کے سوا کوئی ذریعہ نہیں تھا۔ ایک روڈ پر میں پیدل چل رہا تھا تو اچانک میں نے دیکھا کہ روڈ پر بہت سے پولیس والے یہاں سے وہاں سیٹی بجا رہے ہیں،</w:t>
      </w:r>
    </w:p>
    <w:p>
      <w:r>
        <w:rPr>
          <w:b/>
        </w:rPr>
        <w:t xml:space="preserve">[12:39] </w:t>
      </w:r>
      <w:r>
        <w:t>seeti baja rahe hain. To log jante the ke seeti bajane ka matlab kya hota hai.</w:t>
      </w:r>
    </w:p>
    <w:p>
      <w:pPr>
        <w:jc w:val="right"/>
      </w:pPr>
      <w:r>
        <w:t>سیٹی بجا رہے ہیں۔ تو لوگ جانتے تھے کہ سیٹی بجانے کا مطلب کیا ہوتا ہے۔</w:t>
      </w:r>
    </w:p>
    <w:p>
      <w:r>
        <w:rPr>
          <w:b/>
        </w:rPr>
        <w:t xml:space="preserve">[12:45] </w:t>
      </w:r>
      <w:r>
        <w:t>log tezi se side ke galiyon mein chale gaye, yaani sarak chhod diya. Yaani sarak se jo side mein chhote chhote rastay hotay hain, udhar chale gaye, poori sarak khali kar di.</w:t>
      </w:r>
    </w:p>
    <w:p>
      <w:pPr>
        <w:jc w:val="right"/>
      </w:pPr>
      <w:r>
        <w:t>لوگ تیزی سے سائیڈ کے گلیوں میں چلے گئے، یعنی سڑک چھوڑ دیا۔ یعنی سڑک سے جو سائیڈ میں چھوٹے چھوٹے راستے ہوتے ہیں، ادھر چلے گئے، پوری سڑک خالی کر دی۔</w:t>
      </w:r>
    </w:p>
    <w:p>
      <w:r>
        <w:rPr>
          <w:b/>
        </w:rPr>
        <w:t xml:space="preserve">[13:00] </w:t>
      </w:r>
      <w:r>
        <w:t>mujhe bhi kisi police wale ne kaha: "chalo idhar chalo, idhar chalo!" to mein bhi chala gaya. Ab mein dekh raha hoon kya ho raha hai, kya tamasha hota hai.</w:t>
      </w:r>
    </w:p>
    <w:p>
      <w:pPr>
        <w:jc w:val="right"/>
      </w:pPr>
      <w:r>
        <w:t>مجھے بھی کسی پولیس والے نے کہا: "چلو ادھر چلو، ادھر چلو!" تو میں بھی چلا گیا۔ اب میں دیکھ رہا ہوں کیا ہو رہا ہے، کیا تماشہ ہوتا ہے۔</w:t>
      </w:r>
    </w:p>
    <w:p>
      <w:r>
        <w:rPr>
          <w:b/>
        </w:rPr>
        <w:t xml:space="preserve">[13:09] </w:t>
      </w:r>
      <w:r>
        <w:t>itne mein teen carain guzareen.</w:t>
      </w:r>
    </w:p>
    <w:p>
      <w:pPr>
        <w:jc w:val="right"/>
      </w:pPr>
      <w:r>
        <w:t>اتنے میں تین کاریں گزریں۔</w:t>
      </w:r>
    </w:p>
    <w:p>
      <w:r>
        <w:rPr>
          <w:b/>
        </w:rPr>
        <w:t xml:space="preserve">[13:13] </w:t>
      </w:r>
      <w:r>
        <w:t>us zamane mein carain rare theen, rare. Sirf nawab afford kar sakta tha car ko. Teen carain guzareen.</w:t>
      </w:r>
    </w:p>
    <w:p>
      <w:pPr>
        <w:jc w:val="right"/>
      </w:pPr>
      <w:r>
        <w:t>اس زمانے میں کاریں ریئر تھیں، ریئر۔ صرف نواب افورڈ کر سکتا تھا کار کو۔ تین کاریں گزریں۔</w:t>
      </w:r>
    </w:p>
    <w:p>
      <w:r>
        <w:rPr>
          <w:b/>
        </w:rPr>
        <w:t xml:space="preserve">[13:22] </w:t>
      </w:r>
      <w:r>
        <w:t>maloom hua ke beech mein nawab ki car hai, aage peechay un ke logon ki car hai, aur tezi se guzar gayeen. Yaani sarak khali kar ke nawab ki car ko guzara gaya.</w:t>
      </w:r>
    </w:p>
    <w:p>
      <w:pPr>
        <w:jc w:val="right"/>
      </w:pPr>
      <w:r>
        <w:t>معلوم ہوا کہ بیچ میں نواب کی کار ہے، آگے پیچھے ان کے لوگوں کی کار ہے، اور تیزی سے گزر گئیں۔ یعنی سڑک خالی کر کے نواب کی کار کو گزارا گیا۔</w:t>
      </w:r>
    </w:p>
    <w:p>
      <w:r>
        <w:rPr>
          <w:b/>
        </w:rPr>
        <w:t xml:space="preserve">[13:33] </w:t>
      </w:r>
      <w:r>
        <w:t>to mere zehan mein kya aya tha ke Hyderabad nawabon ke liye hai, mere jaisay aadmi ke liye nahi hai.</w:t>
      </w:r>
    </w:p>
    <w:p>
      <w:pPr>
        <w:jc w:val="right"/>
      </w:pPr>
      <w:r>
        <w:t>تو میرے ذہن میں کیا آیا تھا کہ حیدرآباد نوابوں کے لیے ہے، میرے جیسے آدمی کے لیے نہیں ہے۔</w:t>
      </w:r>
    </w:p>
    <w:p>
      <w:r>
        <w:rPr>
          <w:b/>
        </w:rPr>
        <w:t xml:space="preserve">[13:41] </w:t>
      </w:r>
      <w:r>
        <w:t>mujhe to paidal chalne ki bhi ijazat nahi hai, Hyderabad nawabon ke liye hai. Lekin Allah ke fazal se mera yeh mizaj jo tha, taqwa aur sabr ka,</w:t>
      </w:r>
    </w:p>
    <w:p>
      <w:pPr>
        <w:jc w:val="right"/>
      </w:pPr>
      <w:r>
        <w:t>مجھے تو پیدل چلنے کی بھی اجازت نہیں ہے، حیدرآباد نوابوں کے لیے ہے۔ لیکن اللہ کے فضل سے میرا یہ مزاج جو تھا، تقویٰ اور صبر کا،</w:t>
      </w:r>
    </w:p>
    <w:p>
      <w:r>
        <w:rPr>
          <w:b/>
        </w:rPr>
        <w:t xml:space="preserve">[13:55] </w:t>
      </w:r>
      <w:r>
        <w:t>bachpan se hai. Mein react nahi karta.</w:t>
      </w:r>
    </w:p>
    <w:p>
      <w:pPr>
        <w:jc w:val="right"/>
      </w:pPr>
      <w:r>
        <w:t>بچپن سے ہے۔ میں ری ایکٹ نہیں کرتا۔</w:t>
      </w:r>
    </w:p>
    <w:p>
      <w:r>
        <w:rPr>
          <w:b/>
        </w:rPr>
        <w:t xml:space="preserve">[14:01] </w:t>
      </w:r>
      <w:r>
        <w:t>mujhe chhota jab meri umar thi, shayad das saal ki, to hamare paros ke kisi</w:t>
      </w:r>
    </w:p>
    <w:p>
      <w:pPr>
        <w:jc w:val="right"/>
      </w:pPr>
      <w:r>
        <w:t>مجھے چھوٹا جب میری عمر تھی، شاید دس سال کی، تو ہمارے پڑوس کے کسی</w:t>
      </w:r>
    </w:p>
    <w:p>
      <w:r>
        <w:rPr>
          <w:b/>
        </w:rPr>
        <w:t xml:space="preserve">[14:12] </w:t>
      </w:r>
      <w:r>
        <w:t>ek ghar tha, wahan hum aate aate thay. un ke ghar mein sone ke zewraat chori ho gayen. unhon ne kaha: "ja ke main nikaal le gaya!" to mujhe hansi aa gayi, ghussa nahi aaya ke mujh ko chor bana rahe hain.</w:t>
      </w:r>
    </w:p>
    <w:p>
      <w:pPr>
        <w:jc w:val="right"/>
      </w:pPr>
      <w:r>
        <w:t>ایک گھر تھا، وہاں ہم آتے آتے تھے۔ ان کے گھر میں سونے کے زیورات چوری ہو گئے۔ انہوں نے کہا: "جا کے میں نکال لے گیا!" تو مجھے ہنسی آ گئی، غصہ نہیں آیا کہ مجھ کو چور بنا رہے ہیں۔</w:t>
      </w:r>
    </w:p>
    <w:p>
      <w:r>
        <w:rPr>
          <w:b/>
        </w:rPr>
        <w:t xml:space="preserve">[14:25] </w:t>
      </w:r>
      <w:r>
        <w:t>hansi aa gayi.</w:t>
      </w:r>
    </w:p>
    <w:p>
      <w:pPr>
        <w:jc w:val="right"/>
      </w:pPr>
      <w:r>
        <w:t>ہنسی آ گئی۔</w:t>
      </w:r>
    </w:p>
    <w:p>
      <w:r>
        <w:rPr>
          <w:b/>
        </w:rPr>
        <w:t xml:space="preserve">[14:27] </w:t>
      </w:r>
      <w:r>
        <w:t>to Allah taala ne bachpan se mera aisa mizaj banaya tha ke main us waqt jaanta nahi tha taqwa aur sabr. arab arabi zaban bhi nahi jaanta tha main, lekin taqwa aur sabr jo hai,</w:t>
      </w:r>
    </w:p>
    <w:p>
      <w:pPr>
        <w:jc w:val="right"/>
      </w:pPr>
      <w:r>
        <w:t>تو اللہ تعالیٰ نے بچپن سے میرا ایسا مزاج بنایا تھا کہ میں اس وقت جانتا نہیں تھا تقویٰ اور صبر۔ عرب عربی زبان بھی نہیں جانتا تھا میں، لیکن تقویٰ اور صبر جو ہے،</w:t>
      </w:r>
    </w:p>
    <w:p>
      <w:r>
        <w:rPr>
          <w:b/>
        </w:rPr>
        <w:t xml:space="preserve">[14:42] </w:t>
      </w:r>
      <w:r>
        <w:t>ek essence ke taur par meri nature mein maujood tha. insanon ke mamle mein react na karna aur saare mamle ko Allah us waqt Allah ka tasawwur wazeh nahi tha.</w:t>
      </w:r>
    </w:p>
    <w:p>
      <w:pPr>
        <w:jc w:val="right"/>
      </w:pPr>
      <w:r>
        <w:t>ایک ایسنس کے طور پر میری نیچر میں موجود تھا۔ انسانوں کے معاملے میں ری ایکٹ نہ کرنا اور سارے معاملے کو اللہ اس وقت اللہ کا تصور واضح نہیں تھا۔</w:t>
      </w:r>
    </w:p>
    <w:p>
      <w:r>
        <w:rPr>
          <w:b/>
        </w:rPr>
        <w:t xml:space="preserve">[14:55] </w:t>
      </w:r>
      <w:r>
        <w:t>Allah ke khane mein daalte</w:t>
      </w:r>
    </w:p>
    <w:p>
      <w:pPr>
        <w:jc w:val="right"/>
      </w:pPr>
      <w:r>
        <w:t>اللہ کے خانے میں ڈالتے</w:t>
      </w:r>
    </w:p>
    <w:p>
      <w:r>
        <w:rPr>
          <w:b/>
        </w:rPr>
        <w:t xml:space="preserve">[14:57] </w:t>
      </w:r>
      <w:r>
        <w:t>rehna. to us waqt jo hai yeh tasawwur le ke lauta main Hyderabad se ke Hyderabad to nawabon ke liye hai, mere liye hai nahi.</w:t>
      </w:r>
    </w:p>
    <w:p>
      <w:pPr>
        <w:jc w:val="right"/>
      </w:pPr>
      <w:r>
        <w:t>رہنا۔ تو اس وقت جو ہے یہ تصور لے کے لوٹا میں حیدرآباد سے کہ حیدرآباد تو نوابوں کے لیے ہے، میرے لیے ہے نہیں۔</w:t>
      </w:r>
    </w:p>
    <w:p>
      <w:r>
        <w:rPr>
          <w:b/>
        </w:rPr>
        <w:t xml:space="preserve">[15:09] </w:t>
      </w:r>
      <w:r>
        <w:t>kaha main wahan zero ke maqam tha, Hyderabad mein zero ke maqam par. achha, is ke baad kya hua?</w:t>
      </w:r>
    </w:p>
    <w:p>
      <w:pPr>
        <w:jc w:val="right"/>
      </w:pPr>
      <w:r>
        <w:t>کہا میں وہاں زیرو کے مقام تھا، حیدرآباد میں زیرو کے مقام پر۔ اچھا، اس کے بعد کیا ہوا؟</w:t>
      </w:r>
    </w:p>
    <w:p>
      <w:r>
        <w:rPr>
          <w:b/>
        </w:rPr>
        <w:t xml:space="preserve">[15:17] </w:t>
      </w:r>
      <w:r>
        <w:t>main 1967 mein Delhi aaya aur al-Jamiyat ka mudeer banaya gaya.</w:t>
      </w:r>
    </w:p>
    <w:p>
      <w:pPr>
        <w:jc w:val="right"/>
      </w:pPr>
      <w:r>
        <w:t>میں 1967 میں دہلی آیا اور الجمعیت کا مدیر بنایا گیا۔</w:t>
      </w:r>
    </w:p>
    <w:p>
      <w:r>
        <w:rPr>
          <w:b/>
        </w:rPr>
        <w:t xml:space="preserve">[15:27] </w:t>
      </w:r>
      <w:r>
        <w:t>phir dheere dheere ek waqt aaya ke main 1970 mein Islami Center banaya, aur ek naam ka tha us waqt, koi aage ya peeche.</w:t>
      </w:r>
    </w:p>
    <w:p>
      <w:pPr>
        <w:jc w:val="right"/>
      </w:pPr>
      <w:r>
        <w:t>پھر دھیرے دھیرے ایک وقت آیا کہ میں 1970 میں اسلامی سینٹر بنایا، اور ایک نام کا تھا اس وقت، کوئی آگے یا پیچھے۔</w:t>
      </w:r>
    </w:p>
    <w:p>
      <w:r>
        <w:rPr>
          <w:b/>
        </w:rPr>
        <w:t xml:space="preserve">[15:37] </w:t>
      </w:r>
      <w:r>
        <w:t>lekin Hyderabad mein ek Bao bhai thay, Habib bhai ke walid. un ko Allah taala ne is se bohat zyada woh kiya ke woh hamare mission ke bohat garweedah ho gaye.</w:t>
      </w:r>
    </w:p>
    <w:p>
      <w:pPr>
        <w:jc w:val="right"/>
      </w:pPr>
      <w:r>
        <w:t>لیکن حیدرآباد میں ایک باؤ بھائی تھے، حبیب بھائی کے والد۔ ان کو اللہ تعالیٰ نے اس سے بہت زیادہ وہ کیا کہ وہ ہمارے مشن کے بہت گرویدہ ہو گئے۔</w:t>
      </w:r>
    </w:p>
    <w:p>
      <w:r>
        <w:rPr>
          <w:b/>
        </w:rPr>
        <w:t xml:space="preserve">[15:51] </w:t>
      </w:r>
      <w:r>
        <w:t>to woh thay, chand aur log thay. to main Hyderabad mein aana shuru ho gaya.</w:t>
      </w:r>
    </w:p>
    <w:p>
      <w:pPr>
        <w:jc w:val="right"/>
      </w:pPr>
      <w:r>
        <w:t>تو وہ تھے، چند اور لوگ تھے۔ تو میں حیدرآباد میں آنا شروع ہو گیا۔</w:t>
      </w:r>
    </w:p>
    <w:p>
      <w:r>
        <w:rPr>
          <w:b/>
        </w:rPr>
        <w:t xml:space="preserve">[15:58] </w:t>
      </w:r>
      <w:r>
        <w:t>to kuch program mere banne lagay.</w:t>
      </w:r>
    </w:p>
    <w:p>
      <w:pPr>
        <w:jc w:val="right"/>
      </w:pPr>
      <w:r>
        <w:t>تو کچھ پروگرام میرے بننے لگے۔</w:t>
      </w:r>
    </w:p>
    <w:p>
      <w:r>
        <w:rPr>
          <w:b/>
        </w:rPr>
        <w:t xml:space="preserve">[16:02] </w:t>
      </w:r>
      <w:r>
        <w:t>phir yahan par hamare kuch mukhalifeen paida ho gaye aur wahan par hamara aashiyana ujaad diya unhon ne 1980 mein.</w:t>
      </w:r>
    </w:p>
    <w:p>
      <w:pPr>
        <w:jc w:val="right"/>
      </w:pPr>
      <w:r>
        <w:t>پھر یہاں پر ہمارے کچھ مخالفین پیدا ہوگئے اور وہاں پر ہمارا اشیانہ اجاڑ دیا انہوں نے 1980 میں۔</w:t>
      </w:r>
    </w:p>
    <w:p>
      <w:r>
        <w:rPr>
          <w:b/>
        </w:rPr>
        <w:t xml:space="preserve">[16:13] </w:t>
      </w:r>
      <w:r>
        <w:t>yani literally aisa hua ke 1980 mein Hyderabad mein jo hamara aashiyana bana tha, us ko ujaad diya unhon ne. to woh dobara main ne mehsoos kiya ke Hyderabad mere liye nahi hai,</w:t>
      </w:r>
    </w:p>
    <w:p>
      <w:pPr>
        <w:jc w:val="right"/>
      </w:pPr>
      <w:r>
        <w:t>یعنی لٹرلی ایسا ہوا کہ 1980 میں حیدرآباد میں جو ہمارا اشیانہ بنا تھا، اس کو اجاڑ دیا انہوں نے۔ تو وہ دوبارہ میں نے محسوس کیا کہ حیدرآباد میرے لیے نہیں ہے،</w:t>
      </w:r>
    </w:p>
    <w:p>
      <w:r>
        <w:rPr>
          <w:b/>
        </w:rPr>
        <w:t xml:space="preserve">[16:29] </w:t>
      </w:r>
      <w:r>
        <w:t>mere liye, mere liye kuch bhi nahi hai.</w:t>
      </w:r>
    </w:p>
    <w:p>
      <w:pPr>
        <w:jc w:val="right"/>
      </w:pPr>
      <w:r>
        <w:t>میرے لیے، میرے لیے کچھ بھی نہیں ہے۔</w:t>
      </w:r>
    </w:p>
    <w:p>
      <w:r>
        <w:rPr>
          <w:b/>
        </w:rPr>
        <w:t xml:space="preserve">[16:34] </w:t>
      </w:r>
      <w:r>
        <w:t>to us waqt main wapas yani Delhi mein ek chote se kamre mein rehta tha main. to dekhiye suniye, main rehta tha Jameed building mein, jo ke Gali Qasim Jan kehlaati thi.</w:t>
      </w:r>
    </w:p>
    <w:p>
      <w:pPr>
        <w:jc w:val="right"/>
      </w:pPr>
      <w:r>
        <w:t>تو اس وقت میں واپس یعنی دہلی میں ایک چھوٹے سے کمرے میں رہتا تھا میں۔ تو دیکھیے سنیے، میں رہتا تھا جمید بلڈنگ میں، جو کہ گلی قاسم جان کہلاتی تھی۔</w:t>
      </w:r>
    </w:p>
    <w:p>
      <w:r>
        <w:rPr>
          <w:b/>
        </w:rPr>
        <w:t xml:space="preserve">[16:47] </w:t>
      </w:r>
      <w:r>
        <w:t>wahan par ek masjid thi.</w:t>
      </w:r>
    </w:p>
    <w:p>
      <w:pPr>
        <w:jc w:val="right"/>
      </w:pPr>
      <w:r>
        <w:t>وہاں پر ایک مسجد تھی۔</w:t>
      </w:r>
    </w:p>
    <w:p>
      <w:r>
        <w:rPr>
          <w:b/>
        </w:rPr>
        <w:t xml:space="preserve">[16:51] </w:t>
      </w:r>
      <w:r>
        <w:t>to us waqt to masjid choti si thi. aap suna hai? main ne dekha to nahi sunaya ke badi masjid ban gayi hai.</w:t>
      </w:r>
    </w:p>
    <w:p>
      <w:pPr>
        <w:jc w:val="right"/>
      </w:pPr>
      <w:r>
        <w:t>تو اس وقت تو مسجد چھوٹی سی تھی۔ آپ سنا ہے؟ میں نے دیکھا تو نہیں سنایا کہ بڑی مسجد بن گئی ہے۔</w:t>
      </w:r>
    </w:p>
    <w:p>
      <w:r>
        <w:rPr>
          <w:b/>
        </w:rPr>
        <w:t xml:space="preserve">[16:58] </w:t>
      </w:r>
      <w:r>
        <w:t>wahan main namaz parhne jaata tha. to wahan par har maghrib ko shaam ko ek manzar hota tha, unbelievably ke shaam ke maghrib ki namaz padhi.</w:t>
      </w:r>
    </w:p>
    <w:p>
      <w:pPr>
        <w:jc w:val="right"/>
      </w:pPr>
      <w:r>
        <w:t>وہاں میں نماز پڑھنے جاتا تھا۔ تو وہاں پر ہر مغرب کو شام کو ایک منظر ہوتا تھا، ان ویریبلی کہ شام کے مغرب کی نماز پڑھی۔</w:t>
      </w:r>
    </w:p>
    <w:p>
      <w:r>
        <w:rPr>
          <w:b/>
        </w:rPr>
        <w:t xml:space="preserve">[17:11] </w:t>
      </w:r>
      <w:r>
        <w:t>main ne maghrib ki namaz padh ke jab utha to ek manzar wahan tha. woh manzar kya? ek boodha aadmi jo sar ta pa, ghareeb, boodha, andha khada ho jaata tha namaz ke baad.</w:t>
      </w:r>
    </w:p>
    <w:p>
      <w:pPr>
        <w:jc w:val="right"/>
      </w:pPr>
      <w:r>
        <w:t>میں نے مغرب کی نماز پڑھ کے جب اٹھا تو ایک منظر وہاں تھا۔ وہ منظر کیا؟ ایک بوڑھا آدمی جو سر تپا، غریب، بوڑھا، اندھا کھڑا ہو جاتا تھا نماز کے بعد۔</w:t>
      </w:r>
    </w:p>
    <w:p>
      <w:r>
        <w:rPr>
          <w:b/>
        </w:rPr>
        <w:t xml:space="preserve">[17:27] </w:t>
      </w:r>
      <w:r>
        <w:t>aur choti si bachi us ki, dono mamooli kapde mein, yani ghurbat aur yani ajz ki tasweer hote thay.</w:t>
      </w:r>
    </w:p>
    <w:p>
      <w:pPr>
        <w:jc w:val="right"/>
      </w:pPr>
      <w:r>
        <w:t>اور چھوٹی سی بچی اس کی، دونوں معمولی کپڑے میں، یعنی غربت اور یعنی عجز کی تصویر ہوتے تھے۔</w:t>
      </w:r>
    </w:p>
    <w:p>
      <w:r>
        <w:rPr>
          <w:b/>
        </w:rPr>
        <w:t xml:space="preserve">[17:38] </w:t>
      </w:r>
      <w:r>
        <w:t>woh to woh boodha aadmi kehta tha ek hi jab hamesha ek hi lafz bolta tha, woh sirf ek hi.</w:t>
      </w:r>
    </w:p>
    <w:p>
      <w:pPr>
        <w:jc w:val="right"/>
      </w:pPr>
      <w:r>
        <w:t>وہ تو وہ بوڑھا آدمی کہتا تھا ایک ہی جب ہمیشہ ایک ہی لفظ بولتا تھا، وہ صرف ایک ہی۔</w:t>
      </w:r>
    </w:p>
    <w:p>
      <w:r>
        <w:rPr>
          <w:b/>
        </w:rPr>
        <w:t xml:space="preserve">[17:48] </w:t>
      </w:r>
      <w:r>
        <w:t>woh bachi to khadi thi chup chap, choti bachi thi. har surat se, har pehlu se madad ka mohtaaj hoon.</w:t>
      </w:r>
    </w:p>
    <w:p>
      <w:pPr>
        <w:jc w:val="right"/>
      </w:pPr>
      <w:r>
        <w:t>وہ بچی تو کھڑی تھی چپ چاپ، چھوٹی بچی تھی۔ ہر صورت سے، ہر پہلو سے مدد کا محتاج ہوں۔</w:t>
      </w:r>
    </w:p>
    <w:p>
      <w:r>
        <w:rPr>
          <w:b/>
        </w:rPr>
        <w:t xml:space="preserve">[17:59] </w:t>
      </w:r>
      <w:r>
        <w:t>andha tha, ghareeb tha, aur yeh bolta tha: "har surat se, har pehlu se madad ka mohtaaj hoon." to main samjha ke yeh yeh meri tasweer hai.</w:t>
      </w:r>
    </w:p>
    <w:p>
      <w:pPr>
        <w:jc w:val="right"/>
      </w:pPr>
      <w:r>
        <w:t>اندھا تھا، غریب تھا، اور یہ بولتا تھا: "ہر صورت سے، ہر پہلو سے مدد کا محتاج ہوں۔" تو میں سمجھا کہ یہ یہ میری تصویر ہے۔</w:t>
      </w:r>
    </w:p>
    <w:p>
      <w:r>
        <w:rPr>
          <w:b/>
        </w:rPr>
        <w:t xml:space="preserve">[18:12] </w:t>
      </w:r>
      <w:r>
        <w:t>wo sab se zyada mehboob yahi dua meri ban gai. musalsal, mustaqil tor par yeh dua karta tha ke: "ae allah!</w:t>
      </w:r>
    </w:p>
    <w:p>
      <w:pPr>
        <w:jc w:val="right"/>
      </w:pPr>
      <w:r>
        <w:t>وہ سب سے زیادہ محبوب یہی دعا میری بن گئی۔ مسلسل، مستقل طور پر یہ دعا کرتا تھا کہ: "اے اللہ!</w:t>
      </w:r>
    </w:p>
    <w:p>
      <w:r>
        <w:rPr>
          <w:b/>
        </w:rPr>
        <w:t xml:space="preserve">[18:23] </w:t>
      </w:r>
      <w:r>
        <w:t>har surat se, har pehlu se madad ka muhtaj hoon." yahi taqwa tha,</w:t>
      </w:r>
    </w:p>
    <w:p>
      <w:pPr>
        <w:jc w:val="right"/>
      </w:pPr>
      <w:r>
        <w:t>ہر صورت سے، ہر پہلو سے مدد کا محتاج ہوں۔" یہی تقویٰ تھا،</w:t>
      </w:r>
    </w:p>
    <w:p>
      <w:r>
        <w:rPr>
          <w:b/>
        </w:rPr>
        <w:t xml:space="preserve">[18:27] </w:t>
      </w:r>
      <w:r>
        <w:t>insan ki taraf sabr, allah ki taraf rujoo. mujhe nahi maloom kitni muddat tak yeh dua karta raha mein. aur namaz parh ke doosre log jo thay, woh to be etinai ki nazar dalte hue chale jatay thay.</w:t>
      </w:r>
    </w:p>
    <w:p>
      <w:pPr>
        <w:jc w:val="right"/>
      </w:pPr>
      <w:r>
        <w:t>انسان کی طرف صبر، اللہ کی طرف رجوع۔ مجھے نہیں معلوم کتنی مدت تک یہ دعا کرتا رہا میں۔ اور نماز پڑھ کے دوسرے لوگ جو تھے، وہ تو بے اعتنائی کی نظر ڈالتے ہوئے چلے جاتے تھے۔</w:t>
      </w:r>
    </w:p>
    <w:p>
      <w:r>
        <w:rPr>
          <w:b/>
        </w:rPr>
        <w:t xml:space="preserve">[18:45] </w:t>
      </w:r>
      <w:r>
        <w:t>kuch bhi kisi ne na is ko ahmiyat di, na kuch seekha kisi ne. ab mujhe to woh aadmi farishta dikhai deta tha.</w:t>
      </w:r>
    </w:p>
    <w:p>
      <w:pPr>
        <w:jc w:val="right"/>
      </w:pPr>
      <w:r>
        <w:t>کچھ بھی کسی نے نہ اس کو اہمیت دی، نہ کچھ سیکھا کسی نے۔ اب مجھے تو وہ آدمی فرشتہ دکھائی دیتا تھا۔</w:t>
      </w:r>
    </w:p>
    <w:p>
      <w:r>
        <w:rPr>
          <w:b/>
        </w:rPr>
        <w:t xml:space="preserve">[18:56] </w:t>
      </w:r>
      <w:r>
        <w:t>lambay qad ka aadmi tha, lekin ghareeb, andha, bohat hi mamooli kapray mein. har surat se, har pehlu se madad ka muhtaj hoon.</w:t>
      </w:r>
    </w:p>
    <w:p>
      <w:pPr>
        <w:jc w:val="right"/>
      </w:pPr>
      <w:r>
        <w:t>لمبے قد کا آدمی تھا، لیکن غریب، اندھا، بہت ہی معمولی کپڑے میں۔ ہر صورت سے، ہر پہلو سے مدد کا محتاج ہوں۔</w:t>
      </w:r>
    </w:p>
    <w:p>
      <w:r>
        <w:rPr>
          <w:b/>
        </w:rPr>
        <w:t xml:space="preserve">[19:08] </w:t>
      </w:r>
      <w:r>
        <w:t>baat kabhi aap ne parha hoga risalay mein ke meri zuban se aksar yeh niklta tha: "khudaya! kab tu aye ga?</w:t>
      </w:r>
    </w:p>
    <w:p>
      <w:pPr>
        <w:jc w:val="right"/>
      </w:pPr>
      <w:r>
        <w:t>بات کبھی آپ نے پڑھا ہوگا رسالے میں کہ میری زبان سے اکثر یہ نکلتا تھا: "خدایا! کب تو آئے گا؟</w:t>
      </w:r>
    </w:p>
    <w:p>
      <w:r>
        <w:rPr>
          <w:b/>
        </w:rPr>
        <w:t xml:space="preserve">[19:17] </w:t>
      </w:r>
      <w:r>
        <w:t>mein kab tak tere intezar aanay ka intezar karoon?"</w:t>
      </w:r>
    </w:p>
    <w:p>
      <w:pPr>
        <w:jc w:val="right"/>
      </w:pPr>
      <w:r>
        <w:t>میں کب تک تیرے انتظار آنے کا انتظار کروں؟"</w:t>
      </w:r>
    </w:p>
    <w:p>
      <w:r>
        <w:rPr>
          <w:b/>
        </w:rPr>
        <w:t xml:space="preserve">[19:23] </w:t>
      </w:r>
      <w:r>
        <w:t>yani insanon ne sataya tha mujhe, insanon ne, lekin mera rujoo ho gaya allah ki taraf. yani isi hyderabad mein hamari aik base ban gai thi.</w:t>
      </w:r>
    </w:p>
    <w:p>
      <w:pPr>
        <w:jc w:val="right"/>
      </w:pPr>
      <w:r>
        <w:t>یعنی انسانوں نے ستایا تھا مجھے، انسانوں نے، لیکن میرا رجوع ہو گیا اللہ کی طرف۔ یعنی اسی حیدرآباد میں ہماری ایک بیس بن گئی تھی۔</w:t>
      </w:r>
    </w:p>
    <w:p>
      <w:r>
        <w:rPr>
          <w:b/>
        </w:rPr>
        <w:t xml:space="preserve">[19:35] </w:t>
      </w:r>
      <w:r>
        <w:t>hum bar bar atay thay, yahan jalsay hotay thay. aik seat thi hamari, lekin kuch mukhalifeen ne sab bilkul jaise ghonsa ujaar diya jaye, waisa kar diya.</w:t>
      </w:r>
    </w:p>
    <w:p>
      <w:pPr>
        <w:jc w:val="right"/>
      </w:pPr>
      <w:r>
        <w:t>ہم بار بار آتے تھے، یہاں جلسے ہوتے تھے۔ ایک سیٹ تھی ہماری، لیکن کچھ مخالفین نے سب بالکل جیسے گھوسہ اجاڑ دیا جائے، ویسا کر دیا۔</w:t>
      </w:r>
    </w:p>
    <w:p>
      <w:r>
        <w:rPr>
          <w:b/>
        </w:rPr>
        <w:t xml:space="preserve">[19:48] </w:t>
      </w:r>
      <w:r>
        <w:t>lekin mein koi, mein ne react nahi kiya, koi mein ghusa nahi hua, na mere dil mein koi nafrat aai, kuch nahi. bas yahi allah ki taraf rujoo: "khudaya!</w:t>
      </w:r>
    </w:p>
    <w:p>
      <w:pPr>
        <w:jc w:val="right"/>
      </w:pPr>
      <w:r>
        <w:t>لیکن میں کوئی، میں نے ری ایکٹ نہیں کیا، کوئی میں غصہ نہیں ہوا، نہ میرے دل میں کوئی نفرت آئی، کچھ نہیں۔ بس یہی اللہ کی طرف رجوع: "خدایا!</w:t>
      </w:r>
    </w:p>
    <w:p>
      <w:r>
        <w:rPr>
          <w:b/>
        </w:rPr>
        <w:t xml:space="preserve">[19:59] </w:t>
      </w:r>
      <w:r>
        <w:t>tu kab aye ga? mein kab tak tere aanay ka intezar karoon?" yahi taqwa yani paish aya waqea insan ki taraf se. aap rujoo ho gaye allah ki taraf.</w:t>
      </w:r>
    </w:p>
    <w:p>
      <w:pPr>
        <w:jc w:val="right"/>
      </w:pPr>
      <w:r>
        <w:t>تو کب آئے گا؟ میں کب تک تیرے آنے کا انتظار کروں؟" یہی تقویٰ یعنی پیش آیا واقعہ انسان کی طرف سے۔ آپ رجوع ہو گئے اللہ کی طرف۔</w:t>
      </w:r>
    </w:p>
    <w:p>
      <w:r>
        <w:rPr>
          <w:b/>
        </w:rPr>
        <w:t xml:space="preserve">[20:12] </w:t>
      </w:r>
      <w:r>
        <w:t>phir mein ne socha ke aaj jo mein aya hoon yahan par to bohat hi ajeeb ghareeb allah taala ki, allah taala ki shukar ka jazba ke yahan par itnay saray saathi hamare ho gaye.</w:t>
      </w:r>
    </w:p>
    <w:p>
      <w:pPr>
        <w:jc w:val="right"/>
      </w:pPr>
      <w:r>
        <w:t>پھر میں نے سوچا کہ آج جو میں آیا ہوں یہاں پر تو بہت ہی عجیب غریب اللہ تعالیٰ کی، اللہ تعالیٰ کی شکر کا جذبہ کہ یہاں پر اتنے سارے ساتھی ہمارے ہو گئے۔</w:t>
      </w:r>
    </w:p>
    <w:p>
      <w:r>
        <w:rPr>
          <w:b/>
        </w:rPr>
        <w:t xml:space="preserve">[20:29] </w:t>
      </w:r>
      <w:r>
        <w:t>unhon ne itna well organized aik ijtima kiya.</w:t>
      </w:r>
    </w:p>
    <w:p>
      <w:pPr>
        <w:jc w:val="right"/>
      </w:pPr>
      <w:r>
        <w:t>انہوں نے اتنا بل ارگنائزڈ ایک اجتماع کیا۔</w:t>
      </w:r>
    </w:p>
    <w:p>
      <w:r>
        <w:rPr>
          <w:b/>
        </w:rPr>
        <w:t xml:space="preserve">[20:34] </w:t>
      </w:r>
      <w:r>
        <w:t>ab hyderabad mein jo mein aya hoon to aik aik aik aik world committee, aik aalami tanzeem ne mujhe yahan bulaya hai, aur woh moqa de rahe hain apni stage par bolnay ka.</w:t>
      </w:r>
    </w:p>
    <w:p>
      <w:pPr>
        <w:jc w:val="right"/>
      </w:pPr>
      <w:r>
        <w:t>اب حیدرآباد میں جو میں آیا ہوں تو ایک ایک ایک ایک ورلڈ کمیٹی، ایک عالمی تنظیم نے مجھے یہاں بلایا ہے، اور وہ موقع دے رہے ہیں اپنی اسٹیج پر بولنے کا۔</w:t>
      </w:r>
    </w:p>
    <w:p>
      <w:r>
        <w:rPr>
          <w:b/>
        </w:rPr>
        <w:t xml:space="preserve">[20:50] </w:t>
      </w:r>
      <w:r>
        <w:t>isi ke sath hamare atay saathi, unhon ne mazeed program banaye, aur bohat hi munazzam, bohat hi well organized, sab kuch pehle se behtar.</w:t>
      </w:r>
    </w:p>
    <w:p>
      <w:pPr>
        <w:jc w:val="right"/>
      </w:pPr>
      <w:r>
        <w:t>اسی کے ساتھ ہمارے آتے صاحب ساتھی، انہوں نے مزید پروگرام بنائے، اور بہت ہی منظم، بہت ہی بل ارگنائزڈ، سب کچھ پہلے سے بہتر۔</w:t>
      </w:r>
    </w:p>
    <w:p>
      <w:r>
        <w:rPr>
          <w:b/>
        </w:rPr>
        <w:t xml:space="preserve">[21:03] </w:t>
      </w:r>
      <w:r>
        <w:t>phir dekhiye, baatein itni nahi huien. yani hyderabad mein jo mera aashiyana ujaar diya gaya tha 1980 mein, aur mein taqwa aur sabr par qaim raha to kya hua?</w:t>
      </w:r>
    </w:p>
    <w:p>
      <w:pPr>
        <w:jc w:val="right"/>
      </w:pPr>
      <w:r>
        <w:t>پھر دیکھیے، باتیں اتنی نہیں ہوئیں۔ یعنی حیدرآباد میں جو میرا اشیانہ اجاڑا گیا تھا 1980 میں، اور میں تقویٰ اور صبر پر قائم رہا تو کیا ہوا؟</w:t>
      </w:r>
    </w:p>
    <w:p>
      <w:r>
        <w:rPr>
          <w:b/>
        </w:rPr>
        <w:t xml:space="preserve">[21:15] </w:t>
      </w:r>
      <w:r>
        <w:t>hyderabad mein jo hai, woh aap dekh rahe hain, dilli mein hamara kaam allah ke fazl se pehle ke muqablay mein bohat barh gaya, balkay woh global ho gaya,</w:t>
      </w:r>
    </w:p>
    <w:p>
      <w:pPr>
        <w:jc w:val="right"/>
      </w:pPr>
      <w:r>
        <w:t>حیدرآباد میں جو ہے، وہ آپ دیکھ رہے ہیں، دہلی میں ہمارا کام اللہ کے فضل سے پہلے کے مقابلے میں بہت بڑھ گیا، بلکہ وہ گلوبل ہو گیا،</w:t>
      </w:r>
    </w:p>
    <w:p>
      <w:r>
        <w:rPr>
          <w:b/>
        </w:rPr>
        <w:t xml:space="preserve">[21:28] </w:t>
      </w:r>
      <w:r>
        <w:t>global</w:t>
      </w:r>
    </w:p>
    <w:p>
      <w:pPr>
        <w:jc w:val="right"/>
      </w:pPr>
      <w:r>
        <w:t>گلوبل</w:t>
      </w:r>
    </w:p>
    <w:p>
      <w:r>
        <w:rPr>
          <w:b/>
        </w:rPr>
        <w:t xml:space="preserve">[21:29] </w:t>
      </w:r>
      <w:r>
        <w:t>ho gaya. khud hyderabad mein pehle se behtar, dilli mein sab se behtar, aur sari duniya mein sab se behtar. yeh hai: "ummi!</w:t>
      </w:r>
    </w:p>
    <w:p>
      <w:pPr>
        <w:jc w:val="right"/>
      </w:pPr>
      <w:r>
        <w:t>ہو گیا۔ خود حیدرآباد میں پہلے سے بہتر، دہلی میں سب سے بہتر، اور ساری دنیا میں سب سے بہتر۔ یہ ہے: "امیہ!</w:t>
      </w:r>
    </w:p>
    <w:p>
      <w:r>
        <w:rPr>
          <w:b/>
        </w:rPr>
        <w:t xml:space="preserve">[21:38] </w:t>
      </w:r>
      <w:r>
        <w:t>fa inna allaha la yudeeu al muslimeen."</w:t>
      </w:r>
    </w:p>
    <w:p>
      <w:pPr>
        <w:jc w:val="right"/>
      </w:pPr>
      <w:r>
        <w:t>فان اللہ لا یضی المسلمین۔"</w:t>
      </w:r>
    </w:p>
    <w:p>
      <w:r>
        <w:rPr>
          <w:b/>
        </w:rPr>
        <w:t xml:space="preserve">[21:44] </w:t>
      </w:r>
      <w:r>
        <w:t>to aap choti choti baaton mein phansay rahen ge to aap ko na taqwa janen ge, na sabr janen ge, na dua janen ge, na allah ki madad ka tajurba hoga.</w:t>
      </w:r>
    </w:p>
    <w:p>
      <w:pPr>
        <w:jc w:val="right"/>
      </w:pPr>
      <w:r>
        <w:t>تو آپ چھوٹی چھوٹی باتوں میں پھنسے رہیں گے تو آپ کو نہ تقویٰ جانیں گے، نہ صبر جانیں گے، نہ دعا جانیں گے، نہ اللہ کی مدد کا تجربہ ہوگا۔</w:t>
      </w:r>
    </w:p>
    <w:p>
      <w:r>
        <w:rPr>
          <w:b/>
        </w:rPr>
        <w:t xml:space="preserve">[21:55] </w:t>
      </w:r>
      <w:r>
        <w:t>aap ko</w:t>
      </w:r>
    </w:p>
    <w:p>
      <w:pPr>
        <w:jc w:val="right"/>
      </w:pPr>
      <w:r>
        <w:t>آپ کو</w:t>
      </w:r>
    </w:p>
    <w:p>
      <w:r>
        <w:rPr>
          <w:b/>
        </w:rPr>
        <w:t xml:space="preserve">[21:58] </w:t>
      </w:r>
      <w:r>
        <w:t>kuch bhi tajurba nahi hoga.</w:t>
      </w:r>
    </w:p>
    <w:p>
      <w:pPr>
        <w:jc w:val="right"/>
      </w:pPr>
      <w:r>
        <w:t>کچھ بھی تجربہ نہیں ہوگا۔</w:t>
      </w:r>
    </w:p>
    <w:p>
      <w:r>
        <w:rPr>
          <w:b/>
        </w:rPr>
        <w:t xml:space="preserve">[22:03] </w:t>
      </w:r>
      <w:r>
        <w:t>mein literally allah ke shukar se mein bilkul sarapur apnay ko pata hoon ke allah ne mujhe yeh tofeeq di ke mein sabr aur taqwa par qaim hoon.</w:t>
      </w:r>
    </w:p>
    <w:p>
      <w:pPr>
        <w:jc w:val="right"/>
      </w:pPr>
      <w:r>
        <w:t>میں لٹرلی اللہ کے شکر سے میں بالکل سراپور اپنے کو پاتا ہوں کہ اللہ نے مجھے یہ توفیق دی کہ میں صبر اور تقویٰ پر قائم ہوں۔</w:t>
      </w:r>
    </w:p>
    <w:p>
      <w:r>
        <w:rPr>
          <w:b/>
        </w:rPr>
        <w:t xml:space="preserve">[22:14] </w:t>
      </w:r>
      <w:r>
        <w:t>to is ke baad itna bara dahana khul gaya, khud hyderabad mein, khud dilli mein, balkay aalami satah par.</w:t>
      </w:r>
    </w:p>
    <w:p>
      <w:pPr>
        <w:jc w:val="right"/>
      </w:pPr>
      <w:r>
        <w:t>تو اس کے بعد اتنا بڑا دہانہ کھل گیا، خود حیدرآباد میں، خود دہلی میں، بلکہ عالمی سطح پر۔</w:t>
      </w:r>
    </w:p>
    <w:p>
      <w:r>
        <w:rPr>
          <w:b/>
        </w:rPr>
        <w:t xml:space="preserve">[22:25] </w:t>
      </w:r>
      <w:r>
        <w:t>yeh sab karishma hai taqwa aur sabr ka. to dekhiye, yeh jo jab mein subah utha so kar ke to mind process karta rehta, process karta, achaanak ek baat zehn mein aa jati hai.</w:t>
      </w:r>
    </w:p>
    <w:p>
      <w:pPr>
        <w:jc w:val="right"/>
      </w:pPr>
      <w:r>
        <w:t>یہ سب کرشمہ ہے تقویٰ اور صبر کا۔ تو دیکھیے، یہ جو جب میں صبح اٹھا سو کر کے تو مائنڈ پروسیس کرتا رہتا، پروسیس کرتا، اچانک ایک بات ذہن میں آ جاتی ہے۔</w:t>
      </w:r>
    </w:p>
    <w:p>
      <w:r>
        <w:rPr>
          <w:b/>
        </w:rPr>
        <w:t xml:space="preserve">[22:41] </w:t>
      </w:r>
      <w:r>
        <w:t>to phir woh ayat mujhe yaad aayi ke: "main yahajir fi sabilillah, ajat fil arz, maraghib kathir wasi."</w:t>
      </w:r>
    </w:p>
    <w:p>
      <w:pPr>
        <w:jc w:val="right"/>
      </w:pPr>
      <w:r>
        <w:t>تو پھر وہ آیت مجھے یاد آئی کہ: "میں یہاجر فی سبیل اللہ، اجت فی الارض، مراغب کثیر وسیع۔"</w:t>
      </w:r>
    </w:p>
    <w:p>
      <w:r>
        <w:rPr>
          <w:b/>
        </w:rPr>
        <w:t xml:space="preserve">[22:54] </w:t>
      </w:r>
      <w:r>
        <w:t>to yeh ek tarah se ho gaya meri hijrat thi haiderabad se 1980 mein, kyunke haiderabad chhoot gaya, mera ashiana ujaad gaya, meri seat jo hai woh chhin gayi mujh se.</w:t>
      </w:r>
    </w:p>
    <w:p>
      <w:pPr>
        <w:jc w:val="right"/>
      </w:pPr>
      <w:r>
        <w:t>تو یہ ایک طرح سے ہو گیا میری ہجرت تھی حیدرآباد سے 1980 میں، کیونکہ حیدرآباد چھوٹ گیا، میرا اشیانہ اجاڑ گیا، میری سیٹ جو ہے وہ چھن گئی مجھ سے۔</w:t>
      </w:r>
    </w:p>
    <w:p>
      <w:r>
        <w:rPr>
          <w:b/>
        </w:rPr>
        <w:t xml:space="preserve">[23:06] </w:t>
      </w:r>
      <w:r>
        <w:t>to amalan koi kisi ko hijrat ho gayi, lekin hijrat ke baad kya nikla? behtar yeh nikla ke khud haiderabad mein dobara is se behtar qaim hua, dehli mein is se bohat zyada behtar qaim hua, aur saare alam mein mission phail gaya.</w:t>
      </w:r>
    </w:p>
    <w:p>
      <w:pPr>
        <w:jc w:val="right"/>
      </w:pPr>
      <w:r>
        <w:t>تو عملاً کوئی کسی کو ہجرت ہو گئی، لیکن ہجرت کے بعد کیا نکلا؟ بہتر یہ نکلا کہ خود حیدرآباد میں دوبارہ اس سے بہتر قائم ہوا، دہلی میں اس سے بہت زیادہ بہتر قائم ہوا، اور سارے عالم میں مشن پھیل گیا۔</w:t>
      </w:r>
    </w:p>
    <w:p>
      <w:r>
        <w:rPr>
          <w:b/>
        </w:rPr>
        <w:t xml:space="preserve">[23:26] </w:t>
      </w:r>
      <w:r>
        <w:t>"min yahajir fi sabilillah" ka maani hai yaani Allah wale jazbat ke sath hijrat karna.</w:t>
      </w:r>
    </w:p>
    <w:p>
      <w:pPr>
        <w:jc w:val="right"/>
      </w:pPr>
      <w:r>
        <w:t>"من یہاجر فی سبیل اللہ" کا معنی ہے یعنی اللہ والے جذبات کے ساتھ ہجرت کرنا۔</w:t>
      </w:r>
    </w:p>
    <w:p>
      <w:r>
        <w:rPr>
          <w:b/>
        </w:rPr>
        <w:t xml:space="preserve">[23:35] </w:t>
      </w:r>
      <w:r>
        <w:t>"min yahajir fi sabilillah" ka matlab hai Allah wale jazbat ke sath hijrat karna, yaani wahi taqwa aur sabr wale jazbat ke sath hijrat karna. to phir kahoge zameen mein is is satah hi is satah hai, is ke liye zameen is ke mawaqe hi mawaqe hain.</w:t>
      </w:r>
    </w:p>
    <w:p>
      <w:pPr>
        <w:jc w:val="right"/>
      </w:pPr>
      <w:r>
        <w:t>"من یہاجر فی سبیل اللہ" کا مطلب ہے اللہ والے جذبات کے ساتھ ہجرت کرنا، یعنی وہی تقویٰ اور صبر والے جذبات کے ساتھ ہجرت کرنا۔ تو پھر کہو گا زمین میں اس اس سطح ہی اس سطح ہے، اس کے لیے زمین اس کے مواقع ہی مواقع ہیں۔</w:t>
      </w:r>
    </w:p>
    <w:p>
      <w:r>
        <w:rPr>
          <w:b/>
        </w:rPr>
        <w:t xml:space="preserve">[23:51] </w:t>
      </w:r>
      <w:r>
        <w:t>"min yahajir fi sabilillah" hai, "ajat fil arz", "maraghib kathir wasi". ab dekhen kaise ajeeb yaqeen hasil hota hai,</w:t>
      </w:r>
    </w:p>
    <w:p>
      <w:pPr>
        <w:jc w:val="right"/>
      </w:pPr>
      <w:r>
        <w:t>"من یہاجر فی سبیل اللہ" ہے، "اجت فی الارض"، "مراغب کثیر وسیع"۔ اب دیکھیں کیسے عجیب یقین حاصل ہوتا ہے،</w:t>
      </w:r>
    </w:p>
    <w:p>
      <w:r>
        <w:rPr>
          <w:b/>
        </w:rPr>
        <w:t xml:space="preserve">[24:03] </w:t>
      </w:r>
      <w:r>
        <w:t>kaisa ajeeb yaqeen hasil hota hai. yaani yeh yeh zinda yaqeen ke Allah ka woh maujood hai, jis tarah mein maujood hoon, aise Allah bhi maujood hai.</w:t>
      </w:r>
    </w:p>
    <w:p>
      <w:pPr>
        <w:jc w:val="right"/>
      </w:pPr>
      <w:r>
        <w:t>کیسا عجیب یقین حاصل ہوتا ہے۔ یعنی یہ یہ زندہ یقین کہ اللہ کا وہ موجود ہے، جس طرح میں موجود ہوں، ایسے اللہ بھی موجود ہے۔</w:t>
      </w:r>
    </w:p>
    <w:p>
      <w:r>
        <w:rPr>
          <w:b/>
        </w:rPr>
        <w:t xml:space="preserve">[24:13] </w:t>
      </w:r>
      <w:r>
        <w:t>kya is se bari koi cheez ho sakti hai ke aap ko Allah ki zaat pe yaqeen hasil ho jaye?</w:t>
      </w:r>
    </w:p>
    <w:p>
      <w:pPr>
        <w:jc w:val="right"/>
      </w:pPr>
      <w:r>
        <w:t>کیا اس سے بڑی کوئی چیز ہو سکتی ہے کہ آپ کو اللہ کی ذات پہ یقین حاصل ہو جائے؟</w:t>
      </w:r>
    </w:p>
    <w:p>
      <w:r>
        <w:rPr>
          <w:b/>
        </w:rPr>
        <w:t xml:space="preserve">[24:18] </w:t>
      </w:r>
      <w:r>
        <w:t>aur chhoti cheezon ko kho kar ke, chhoti cheezon mein distraction se aap logon ko bachayen. agar aap ab payen Allah ki zaat mein zinda yaqeen to chhota ek zarre se bhi kam chhora, aap ne ek zarre se bhi kam aur paya poori universe pa liya.</w:t>
      </w:r>
    </w:p>
    <w:p>
      <w:pPr>
        <w:jc w:val="right"/>
      </w:pPr>
      <w:r>
        <w:t>اور چھوٹی چیزوں کو کھو کر کے، چھوٹی چیزوں میں ڈسٹریکشن سے آپ لوگوں کو بچائیں۔ اگر آپ اب پائیں اللہ کی ذات میں زندہ یقین تو چھوٹا ایک ذرے سے بھی کم چھوڑا، آپ نے ایک ذرے سے بھی کم اور پایا پوری یونیورس پا لیا۔</w:t>
      </w:r>
    </w:p>
    <w:p>
      <w:r>
        <w:rPr>
          <w:b/>
        </w:rPr>
        <w:t xml:space="preserve">[24:40] </w:t>
      </w:r>
      <w:r>
        <w:t>log phanse rehte hain chhoti chhoti cheezon mein.</w:t>
      </w:r>
    </w:p>
    <w:p>
      <w:pPr>
        <w:jc w:val="right"/>
      </w:pPr>
      <w:r>
        <w:t>لوگ پھنسے رہتے ہیں چھوٹی چھوٹی چیزوں میں۔</w:t>
      </w:r>
    </w:p>
    <w:p>
      <w:r>
        <w:rPr>
          <w:b/>
        </w:rPr>
        <w:t xml:space="preserve">[24:46] </w:t>
      </w:r>
      <w:r>
        <w:t>wahi jo maine arz kiya, light kam hai to zyada light, kam kapda hai to zyada kapda, kam khana hai to zyada khana, kam aamdani hai to zyada aamdani, kam ghar hai to zyada ghar.</w:t>
      </w:r>
    </w:p>
    <w:p>
      <w:pPr>
        <w:jc w:val="right"/>
      </w:pPr>
      <w:r>
        <w:t>وہی جو میں نے عرض کیا، لائٹ کم ہے تو زیادہ لائٹ، کم کپڑا ہے تو زیادہ کپڑا، کم کھانا ہے تو زیادہ کھانا، کم آمدنی ہے تو زیادہ آمدنی، کم گھر ہے تو زیادہ گھر۔</w:t>
      </w:r>
    </w:p>
    <w:p>
      <w:r>
        <w:rPr>
          <w:b/>
        </w:rPr>
        <w:t xml:space="preserve">[24:56] </w:t>
      </w:r>
      <w:r>
        <w:t>isi mein phanse rehte hain.</w:t>
      </w:r>
    </w:p>
    <w:p>
      <w:pPr>
        <w:jc w:val="right"/>
      </w:pPr>
      <w:r>
        <w:t>اسی میں پھنسے رہتے ہیں۔</w:t>
      </w:r>
    </w:p>
    <w:p>
      <w:r>
        <w:rPr>
          <w:b/>
        </w:rPr>
        <w:t xml:space="preserve">[25:02] </w:t>
      </w:r>
      <w:r>
        <w:t>distraction sab se bari qatil cheez hai marifat ke liye. yaad rakhiye,</w:t>
      </w:r>
    </w:p>
    <w:p>
      <w:pPr>
        <w:jc w:val="right"/>
      </w:pPr>
      <w:r>
        <w:t>ڈسٹریکشن سب سے بڑی قاتل چیز ہے معرفت کے لیے۔ یاد رکھیے،</w:t>
      </w:r>
    </w:p>
    <w:p>
      <w:r>
        <w:rPr>
          <w:b/>
        </w:rPr>
        <w:t xml:space="preserve">[25:14] </w:t>
      </w:r>
      <w:r>
        <w:t>distraction jo hai sab se zyada killer hai marifat ko hasil karne ke liye. mein zinda ek wajood, zinda ek misaal hoon ke kis tarah agar aap yaqeen aur kis tarah agar aap sabr aur taqwa par qaim rahen to asal qasas jo hai repeat hoga, repeat hoga, repeat hoga.</w:t>
      </w:r>
    </w:p>
    <w:p>
      <w:pPr>
        <w:jc w:val="right"/>
      </w:pPr>
      <w:r>
        <w:t>ڈسٹریکشن جو ہے سب سے زیادہ کلر ہے معرفت کو حاصل کرنے کے لیے۔ میں زندہ ایک وجود، زندہ ایک مثال ہوں کہ کس طرح اگر آپ یقین اور کس طرح اگر آپ صبر اور تقویٰ پر قائم رہیں تو اصل القصص جو ہے ریپیٹ ہوگا، ریپیٹ ہوگا، ریپیٹ ہوگا۔</w:t>
      </w:r>
    </w:p>
    <w:p>
      <w:r>
        <w:rPr>
          <w:b/>
        </w:rPr>
        <w:t xml:space="preserve">[25:40] </w:t>
      </w:r>
      <w:r>
        <w:t>yaani kitni bari baat yeh hai surah Yusuf mein, lekin tafseeron mein kuch bhi nahin. kisi ne socha nahin poori tareekh mein ke jab wahid ke sighay mein kahani bani hui hai to jama ke sath kyun aa gaya?</w:t>
      </w:r>
    </w:p>
    <w:p>
      <w:pPr>
        <w:jc w:val="right"/>
      </w:pPr>
      <w:r>
        <w:t>یعنی کتنی بڑی بات یہ ہے سورہ یوسف میں، لیکن تفسیروں میں کچھ بھی نہیں۔ کسی نے سوچا نہیں پوری تاریخ میں کہ جب واحد کے صیغے میں کہانی بانی ہوئی ہے تو جمع کے ساتھ کیوں آ گیا؟</w:t>
      </w:r>
    </w:p>
    <w:p>
      <w:r>
        <w:rPr>
          <w:b/>
        </w:rPr>
        <w:t xml:space="preserve">[25:55] </w:t>
      </w:r>
      <w:r>
        <w:t>aap tafseeron ko dekh daliye, kahin tafsir mein nahin milega aap ko. technical technical baaten milengi.</w:t>
      </w:r>
    </w:p>
    <w:p>
      <w:pPr>
        <w:jc w:val="right"/>
      </w:pPr>
      <w:r>
        <w:t>آپ تفسیروں کو دیکھ ڈالیے، کہیں تفسیر میں نہیں ملے گا آپ کو۔ ٹیکنیکل ٹیکنیکل باتیں ملیں گی۔</w:t>
      </w:r>
    </w:p>
    <w:p>
      <w:r>
        <w:rPr>
          <w:b/>
        </w:rPr>
        <w:t xml:space="preserve">[26:04] </w:t>
      </w:r>
      <w:r>
        <w:t>yeh sochna chahiye tha logon ko ke surah Yusuf mein jo kahani hai, woh to wahid ke sighay mein hai sari ki sari. ek shakhs ka qissa aakhir mein us ko jama ko kar diya gaya.</w:t>
      </w:r>
    </w:p>
    <w:p>
      <w:pPr>
        <w:jc w:val="right"/>
      </w:pPr>
      <w:r>
        <w:t>یہ سوچنا چاہیے تھا لوگوں کو کہ سورہ یوسف میں جو کہانی ہے، وہ تو واحد کے صیغے میں ہے ساری کی ساری۔ ایک شخص کا قصہ آخر میں اس کو جمع کو کر دیا گیا۔</w:t>
      </w:r>
    </w:p>
    <w:p>
      <w:r>
        <w:rPr>
          <w:b/>
        </w:rPr>
        <w:t xml:space="preserve">[26:17] </w:t>
      </w:r>
      <w:r>
        <w:t>"min yattaqbir fa innallaha la yudeeu al muslimeen".</w:t>
      </w:r>
    </w:p>
    <w:p>
      <w:pPr>
        <w:jc w:val="right"/>
      </w:pPr>
      <w:r>
        <w:t>"من یتقبیر فان اللہ لا یضی المسلمین"۔</w:t>
      </w:r>
    </w:p>
    <w:p>
      <w:r>
        <w:rPr>
          <w:b/>
        </w:rPr>
        <w:t xml:space="preserve">[26:24] </w:t>
      </w:r>
      <w:r>
        <w:t>to yeh Allah ne ishara kiya tha ke asal qasas ko tum generalize kar sakte ho, us ko mutaddid bana sakte ho, us ki taqseem kar sakte ho,</w:t>
      </w:r>
    </w:p>
    <w:p>
      <w:pPr>
        <w:jc w:val="right"/>
      </w:pPr>
      <w:r>
        <w:t>تو یہ اللہ نے اشارہ کیا تھا کہ اصل القصص کو تم جنرلائز کر سکتے ہو، اس کو متعدد بنا سکتے ہو، اس کی تقسیم کر سکتے ہو،</w:t>
      </w:r>
    </w:p>
    <w:p>
      <w:r>
        <w:rPr>
          <w:b/>
        </w:rPr>
        <w:t xml:space="preserve">[26:38] </w:t>
      </w:r>
      <w:r>
        <w:t>us ko dobara repeat kar sakte ho. Yusuf par, Yusuf ki zaat par nusrat e khuda wandi khatm nahin hogi jab tak Allah zinda hai, hamesha zinda hai.</w:t>
      </w:r>
    </w:p>
    <w:p>
      <w:pPr>
        <w:jc w:val="right"/>
      </w:pPr>
      <w:r>
        <w:t>اس کو دوبارہ ریپیٹ کر سکتے ہو۔ یوسف پر، یوسف کی ذات پر نصرت و خداوندی ختم نہیں ہوگی جب تک اللہ زندہ ہے، ہمیشہ زندہ ہے۔</w:t>
      </w:r>
    </w:p>
    <w:p>
      <w:r>
        <w:rPr>
          <w:b/>
        </w:rPr>
        <w:t xml:space="preserve">[26:49] </w:t>
      </w:r>
      <w:r>
        <w:t>Allah to hamesha yeh bhi zinda</w:t>
      </w:r>
    </w:p>
    <w:p>
      <w:pPr>
        <w:jc w:val="right"/>
      </w:pPr>
      <w:r>
        <w:t>اللہ تو ہمیشہ یہ بھی زند</w:t>
      </w:r>
    </w:p>
    <w:p>
      <w:r>
        <w:rPr>
          <w:b/>
        </w:rPr>
        <w:t xml:space="preserve">[26:51] </w:t>
      </w:r>
      <w:r>
        <w:t>hai. yaani kaisi ajeeb baat hai ke hum is waqt jo hai is par dekhte dekhte ke local taur par hamein mawaqe nahin hasil hain.</w:t>
      </w:r>
    </w:p>
    <w:p>
      <w:pPr>
        <w:jc w:val="right"/>
      </w:pPr>
      <w:r>
        <w:t>ہ ہے۔ یعنی کیسی عجیب بات ہے کہ ہم اس وقت جو ہے اس پر دیکھتے دیکھتے کہ لوکل طور پر ہمیں مواقع نہیں حاصل ہیں۔</w:t>
      </w:r>
    </w:p>
    <w:p>
      <w:r>
        <w:rPr>
          <w:b/>
        </w:rPr>
        <w:t xml:space="preserve">[27:03] </w:t>
      </w:r>
      <w:r>
        <w:t>aaj mission jo hai ek global level par phail gaya. is waqt bhi mein bol raha hoon to kahan kahan dunya ke mukhtalif mulkon mein log sun rahe hain,</w:t>
      </w:r>
    </w:p>
    <w:p>
      <w:pPr>
        <w:jc w:val="right"/>
      </w:pPr>
      <w:r>
        <w:t>آج مشن جو ہے ایک گلوب گلوبل لیول پر پھیل گیا۔ اس وقت بھی میں بول رہا ہوں تو کہاں کہاں دنیا کے مختلف ملکوں میں لوگ سن رہے ہیں،</w:t>
      </w:r>
    </w:p>
    <w:p>
      <w:r>
        <w:rPr>
          <w:b/>
        </w:rPr>
        <w:t xml:space="preserve">[27:15] </w:t>
      </w:r>
      <w:r>
        <w:t>jabke 1980 mein is ka koi tasawwur hi nahin tha ke hum yahan bolenge aur log sunenge door door ke log hamari baat ko.</w:t>
      </w:r>
    </w:p>
    <w:p>
      <w:pPr>
        <w:jc w:val="right"/>
      </w:pPr>
      <w:r>
        <w:t>جبکہ 1980 میں اس کا کوئی تصور ہی نہیں تھا کہ ہم یہاں بولیں گے اور لوگ سنیں گے دور دور کے لوگ ہماری بات کو۔</w:t>
      </w:r>
    </w:p>
    <w:p>
      <w:r>
        <w:rPr>
          <w:b/>
        </w:rPr>
        <w:t xml:space="preserve">[27:27] </w:t>
      </w:r>
      <w:r>
        <w:t>to mein yeh kahoon kya kaha ke aap quran ko samjhiye tadabbur ke sath, quran ko padhiye tadabbur ke sath,</w:t>
      </w:r>
    </w:p>
    <w:p>
      <w:pPr>
        <w:jc w:val="right"/>
      </w:pPr>
      <w:r>
        <w:t>تو میں یہ کہوں کیا کہا کہ آپ قرآن کو سمجھیے تدبر کے ساتھ، قرآن کو پڑھیے تدبر کے ساتھ،</w:t>
      </w:r>
    </w:p>
    <w:p>
      <w:r>
        <w:rPr>
          <w:b/>
        </w:rPr>
        <w:t xml:space="preserve">[27:37] </w:t>
      </w:r>
      <w:r>
        <w:t>quran ke mani ko</w:t>
      </w:r>
    </w:p>
    <w:p>
      <w:pPr>
        <w:jc w:val="right"/>
      </w:pPr>
      <w:r>
        <w:t>قرآن کے معنی کو</w:t>
      </w:r>
    </w:p>
    <w:p>
      <w:r>
        <w:rPr>
          <w:b/>
        </w:rPr>
        <w:t xml:space="preserve">[27:42] </w:t>
      </w:r>
      <w:r>
        <w:t>jis ko kehte hain "art of questioning". yani science mein yeh mana jata hai ke "art of questioning" jo hai wahi raaz hai daryafton ka.</w:t>
      </w:r>
    </w:p>
    <w:p>
      <w:pPr>
        <w:jc w:val="right"/>
      </w:pPr>
      <w:r>
        <w:t>جس کو کہتے ہیں "ارٹ آف کوئسچننگ"۔ یعنی سائنس میں یہ مانا جاتا ہے کہ "ارٹ آف کوئسچننگ" جو ہے وہی راز ہے دریافتوں کا۔</w:t>
      </w:r>
    </w:p>
    <w:p>
      <w:r>
        <w:rPr>
          <w:b/>
        </w:rPr>
        <w:t xml:space="preserve">[27:56] </w:t>
      </w:r>
      <w:r>
        <w:t>burton russell ki kitab hai "will to doubt". "will to doubt"</w:t>
      </w:r>
    </w:p>
    <w:p>
      <w:pPr>
        <w:jc w:val="right"/>
      </w:pPr>
      <w:r>
        <w:t>برٹن رسل کی کتاب ہے "ول ٹو ڈاؤٹ"۔ "ول ٹو ڈاؤٹ"</w:t>
      </w:r>
    </w:p>
    <w:p>
      <w:r>
        <w:rPr>
          <w:b/>
        </w:rPr>
        <w:t xml:space="preserve">[28:01] </w:t>
      </w:r>
      <w:r>
        <w:t>is mein is ne is raaz ko bataya ke spirit of inquiry se sari science dunya mein aayi hai. spirit of inquiry to is spirit of questioning, spirit of inquiry, tajassus yeh paida kijiye quran ke baray mein.</w:t>
      </w:r>
    </w:p>
    <w:p>
      <w:pPr>
        <w:jc w:val="right"/>
      </w:pPr>
      <w:r>
        <w:t>اس میں اس نے اس راز کو بتایا کہ اسپرٹ آف انکوائری سے ساری سائنس دنیا میں آئی ہے۔ اسپرٹ آف انکوائری تو اس اسپرٹ آف کوئسچننگ، اسپرٹ آف انکوائری، تجسس یہ پیدا کیجئے قرآن کے بارے میں۔</w:t>
      </w:r>
    </w:p>
    <w:p>
      <w:r>
        <w:rPr>
          <w:b/>
        </w:rPr>
        <w:t xml:space="preserve">[28:21] </w:t>
      </w:r>
      <w:r>
        <w:t>is ki aik misaal mein yeh di mein ne aap ko ke aap surah yusuf ko par</w:t>
      </w:r>
    </w:p>
    <w:p>
      <w:pPr>
        <w:jc w:val="right"/>
      </w:pPr>
      <w:r>
        <w:t>اس کی ایک مثال میں یہ دی میں نے آپ کو کہ آپ سورہ یوسف کو پڑ</w:t>
      </w:r>
    </w:p>
    <w:p>
      <w:r>
        <w:rPr>
          <w:b/>
        </w:rPr>
        <w:t xml:space="preserve">[28:25] </w:t>
      </w:r>
      <w:r>
        <w:t>hein, yeh sochiye ke kahani aik insan ki hai, aakhir mein is ko jama ke sath kyun aa gaya? yani asal al-qasas bazahir aik insan ka ki best story hai aur aakhir mein jama kar diya, is ko generalize kar diya.</w:t>
      </w:r>
    </w:p>
    <w:p>
      <w:pPr>
        <w:jc w:val="right"/>
      </w:pPr>
      <w:r>
        <w:t>ھیں، یہ سوچیے کہ کہانی ایک انسان کی ہے، آخر میں اس کو جمع کے ساتھ کیوں آ گیا؟ یعنی اصل القصص بظاہر ایک انسان کا کی بیسٹ سٹوری ہے اور آخر میں جمع کر دیا، اس کو جنرلائز کر دیا۔</w:t>
      </w:r>
    </w:p>
    <w:p>
      <w:r>
        <w:rPr>
          <w:b/>
        </w:rPr>
        <w:t xml:space="preserve">[28:42] </w:t>
      </w:r>
      <w:r>
        <w:t>to sochte sochte aap pohanchay hain kahan par? ke hazrat yusuf aik muddat tak zinda rahe, dunya se chalay gaye to kahani khatam nahi hui.</w:t>
      </w:r>
    </w:p>
    <w:p>
      <w:pPr>
        <w:jc w:val="right"/>
      </w:pPr>
      <w:r>
        <w:t>تو سوچتے سوچتے آپ پہنچے ہیں کہاں پر؟ کہ حضرت یوسف ایک مدت تک زندہ رہے، دنیا سے چلے گئے تو کہانی ختم نہیں ہوئی۔</w:t>
      </w:r>
    </w:p>
    <w:p>
      <w:r>
        <w:rPr>
          <w:b/>
        </w:rPr>
        <w:t xml:space="preserve">[28:54] </w:t>
      </w:r>
      <w:r>
        <w:t>asal al-qasas jis ne banaya tha hazrat yusuf ke kahani ko, jis ne banaya tha asal al-qasas, woh abhi zinda hai, zinda rahe ga.</w:t>
      </w:r>
    </w:p>
    <w:p>
      <w:pPr>
        <w:jc w:val="right"/>
      </w:pPr>
      <w:r>
        <w:t>اصل القصص جس نے بنایا تھا حضرت یوسف کے کہانی کو، جس نے بنایا تھا اصل القصص، وہ ابھی زندہ ہے، زندہ رہے گا۔</w:t>
      </w:r>
    </w:p>
    <w:p>
      <w:r>
        <w:rPr>
          <w:b/>
        </w:rPr>
        <w:t xml:space="preserve">[29:04] </w:t>
      </w:r>
      <w:r>
        <w:t>to dobara repeat ho sakta hai, asal al-qasas dobara repeat ho sakta hai.</w:t>
      </w:r>
    </w:p>
    <w:p>
      <w:pPr>
        <w:jc w:val="right"/>
      </w:pPr>
      <w:r>
        <w:t>تو دوبارہ ریپیٹ ہو سکتا ہے، اصل القصص دوبارہ ریپیٹ ہو سکتا ہے۔</w:t>
      </w:r>
    </w:p>
    <w:p>
      <w:r>
        <w:rPr>
          <w:b/>
        </w:rPr>
        <w:t xml:space="preserve">[29:15] </w:t>
      </w:r>
      <w:r>
        <w:t>to kaisa ajeeb yeh yaqeen ka sar chashma ban jaye ga aap ke liye quran.</w:t>
      </w:r>
    </w:p>
    <w:p>
      <w:pPr>
        <w:jc w:val="right"/>
      </w:pPr>
      <w:r>
        <w:t>تو کیسا عجیب یہ یقین کا سرچشمہ بن جائے گا آپ کے لیے قرآن۔</w:t>
      </w:r>
    </w:p>
    <w:p>
      <w:r>
        <w:rPr>
          <w:b/>
        </w:rPr>
        <w:t xml:space="preserve">[29:28] </w:t>
      </w:r>
      <w:r>
        <w:t>woh jo shuru ki ayat hai quran majeed mein ke "alif lam meem zalik al-kitab la rabba fihi wa hudal lil-muttaqin alladhina yu'minuna bil-ghaib".</w:t>
      </w:r>
    </w:p>
    <w:p>
      <w:pPr>
        <w:jc w:val="right"/>
      </w:pPr>
      <w:r>
        <w:t>وہ جو شروع کی آیت ہے قرآن مجید میں کہ "الف لام میم ذالک الکتاب لا رب فیہ ودل المتقین یو ابن بالغیب"۔</w:t>
      </w:r>
    </w:p>
    <w:p>
      <w:r>
        <w:rPr>
          <w:b/>
        </w:rPr>
        <w:t xml:space="preserve">[29:40] </w:t>
      </w:r>
      <w:r>
        <w:t>to quran mein tadabbur aap ko kya kare gi? ghaib ko shuhood bana de gi,</w:t>
      </w:r>
    </w:p>
    <w:p>
      <w:pPr>
        <w:jc w:val="right"/>
      </w:pPr>
      <w:r>
        <w:t>تو قرآن میں تدبر آپ کو کیا کرے گی؟ غیب کو شہود بنا دے گی،</w:t>
      </w:r>
    </w:p>
    <w:p>
      <w:r>
        <w:rPr>
          <w:b/>
        </w:rPr>
        <w:t xml:space="preserve">[29:48] </w:t>
      </w:r>
      <w:r>
        <w:t>ghaybi cheez ko iman ki cheez, item bana de gi,</w:t>
      </w:r>
    </w:p>
    <w:p>
      <w:pPr>
        <w:jc w:val="right"/>
      </w:pPr>
      <w:r>
        <w:t>غیبی چیز کو ایمان کی چیز، آئٹم بنا دے گی،</w:t>
      </w:r>
    </w:p>
    <w:p>
      <w:r>
        <w:rPr>
          <w:b/>
        </w:rPr>
        <w:t xml:space="preserve">[29:53] </w:t>
      </w:r>
      <w:r>
        <w:t>ghaybi item ko iman ka item, yani unseen ko seen bana de gi, ghair maujood ko maujood bana de gi.</w:t>
      </w:r>
    </w:p>
    <w:p>
      <w:pPr>
        <w:jc w:val="right"/>
      </w:pPr>
      <w:r>
        <w:t>غیبی آئٹم کو ایمان کا آئٹم، یعنی ان سین کو سین بنا دے گی، غیر موجود کو موجود بنا دے گی۔</w:t>
      </w:r>
    </w:p>
    <w:p>
      <w:r>
        <w:rPr>
          <w:b/>
        </w:rPr>
        <w:t xml:space="preserve">[30:04] </w:t>
      </w:r>
      <w:r>
        <w:t>lekin yeh sab kis par hai? tadabbur par. yeh sab jo aaj kal jo bohat hi khush rehani ke sath, ab bohat hi tajweed ke sath, husn qirat ke sath log quran ko parhte hain, is se kuch bhi la</w:t>
      </w:r>
    </w:p>
    <w:p>
      <w:pPr>
        <w:jc w:val="right"/>
      </w:pPr>
      <w:r>
        <w:t>لیکن یہ سب کس پر ہے؟ تدبر پر۔ یہ سب جو آج کل جو بہت ہی خوش رہانی کے ساتھ، اب بہت ہی تجوید کے ساتھ، حسن قرات کے ساتھ لوگ قرآن کو پڑھتے ہیں، اس سے کچھ بھی لولا</w:t>
      </w:r>
    </w:p>
    <w:p>
      <w:r>
        <w:rPr>
          <w:b/>
        </w:rPr>
        <w:t xml:space="preserve">[30:20] </w:t>
      </w:r>
      <w:r>
        <w:t>nahin. woh to nothing, woh kuch bhi hai, woh nothing hai. woh</w:t>
      </w:r>
    </w:p>
    <w:p>
      <w:pPr>
        <w:jc w:val="right"/>
      </w:pPr>
      <w:r>
        <w:t>نہیں۔ وہ تو نتھنگ، وہ کچھ بھی ہے، وہ نتھنگ ہے۔ وہ</w:t>
      </w:r>
    </w:p>
    <w:p>
      <w:r>
        <w:rPr>
          <w:b/>
        </w:rPr>
        <w:t xml:space="preserve">[30:30] </w:t>
      </w:r>
      <w:r>
        <w:t>aur sach poochain to yeh yeh doosray qomon se yeh concept aaya hai. doosri qomon mein aik concept hai, is ko kehte hain uchcharan talaffuz.</w:t>
      </w:r>
    </w:p>
    <w:p>
      <w:pPr>
        <w:jc w:val="right"/>
      </w:pPr>
      <w:r>
        <w:t>اور سچ پوچھیں تو یہ یہ دوسرے قوموں سے یہ کانسیپٹ آیا ہے۔ دوسری قوموں میں ایک کانسیپٹ ہے، اس کو کہتے ہیں اچارن تلفظ۔</w:t>
      </w:r>
    </w:p>
    <w:p>
      <w:r>
        <w:rPr>
          <w:b/>
        </w:rPr>
        <w:t xml:space="preserve">[30:42] </w:t>
      </w:r>
      <w:r>
        <w:t>uchcharan ka mani talaffuz hai. sahi sahi uchcharan karein to devta khush hote hain.</w:t>
      </w:r>
    </w:p>
    <w:p>
      <w:pPr>
        <w:jc w:val="right"/>
      </w:pPr>
      <w:r>
        <w:t>اچارن کا معنی تلفظ ہے۔ صحیح صحیح اچارن کریں تو دیوتا خوش ہوتے ہیں۔</w:t>
      </w:r>
    </w:p>
    <w:p>
      <w:r>
        <w:rPr>
          <w:b/>
        </w:rPr>
        <w:t xml:space="preserve">[30:48] </w:t>
      </w:r>
      <w:r>
        <w:t>yeh jo bol hain, jo jo muqaddas kalmat hain, un ko theek theek uchcharan karein aap, bohat hi achhay tareeqay se, bohat sahi accent ke sath, bohat sahi talaffuz ke sath ada karein aap to devta khush hote hain.</w:t>
      </w:r>
    </w:p>
    <w:p>
      <w:pPr>
        <w:jc w:val="right"/>
      </w:pPr>
      <w:r>
        <w:t>یہ جو بول ہیں، جو جو مقدس کلمات ہیں، ان کو ٹھیک ٹھیک اچارن کریں آپ، بہت ہی اچھے طریقے سے، بہت صحیح ایکسنٹ کے ساتھ، بہت صحیح تلفظ کے ساتھ ادا کریں آپ تو دیوتا خوش ہوتے ہیں۔</w:t>
      </w:r>
    </w:p>
    <w:p>
      <w:r>
        <w:rPr>
          <w:b/>
        </w:rPr>
        <w:t xml:space="preserve">[31:02] </w:t>
      </w:r>
      <w:r>
        <w:t>woh concept hai jo jis ki bohat mazahamat ki hai musalmanon ne</w:t>
      </w:r>
    </w:p>
    <w:p>
      <w:pPr>
        <w:jc w:val="right"/>
      </w:pPr>
      <w:r>
        <w:t>وہ کانسیپٹ ہے جو جس کی بہت مزاحت کی ہے مسلمانوں نے</w:t>
      </w:r>
    </w:p>
    <w:p>
      <w:r>
        <w:rPr>
          <w:b/>
        </w:rPr>
        <w:t xml:space="preserve">[31:07] </w:t>
      </w:r>
      <w:r>
        <w:t>. woh samajhte hain ke quran ko khoob taani ke sath parho</w:t>
      </w:r>
    </w:p>
    <w:p>
      <w:pPr>
        <w:jc w:val="right"/>
      </w:pPr>
      <w:r>
        <w:t>۔ وہ سمجھتے ہیں کہ قرآن کو خوب تانی کے ساتھ پڑھو</w:t>
      </w:r>
    </w:p>
    <w:p>
      <w:r>
        <w:rPr>
          <w:b/>
        </w:rPr>
        <w:t xml:space="preserve">[31:17] </w:t>
      </w:r>
      <w:r>
        <w:t>aur khoob tajweed ke sath parho, husn qirat ke sath parho to bas quran mil gaya. quran ko panay ka raaz tadabbur mein hai, tadabbur mein, husn qirat mein nahi hai.</w:t>
      </w:r>
    </w:p>
    <w:p>
      <w:pPr>
        <w:jc w:val="right"/>
      </w:pPr>
      <w:r>
        <w:t>اور خوب تجوید کے ساتھ پڑھو، حسن قرات کے ساتھ پڑھو تو بس قرآن مل گیا۔ قرآن کو پانے کا راز تدبر میں ہے، تدبر میں، حسن قرات میں نہیں ہے۔</w:t>
      </w:r>
    </w:p>
    <w:p>
      <w:r>
        <w:rPr>
          <w:b/>
        </w:rPr>
        <w:t xml:space="preserve">[31:38] </w:t>
      </w:r>
      <w:r>
        <w:t>quran mein jo khazana hai, khazana is ko panay ka raaz alfaz ko, alfaz ki husn adaaigi mein nahi hai, alfaz quran ki husn adaaigi mein nahi hai.</w:t>
      </w:r>
    </w:p>
    <w:p>
      <w:pPr>
        <w:jc w:val="right"/>
      </w:pPr>
      <w:r>
        <w:t>قرآن میں جو خزانہ ہے، خزانہ اس کو پانے کا راز الفاظ کو، الفاظ کی حسن ادائیگی میں نہیں ہے، الفاظ قرآن کی حسن ادائیگی میں نہیں ہے۔</w:t>
      </w:r>
    </w:p>
    <w:p>
      <w:r>
        <w:rPr>
          <w:b/>
        </w:rPr>
        <w:t xml:space="preserve">[31:54] </w:t>
      </w:r>
      <w:r>
        <w:t>is ka raaz, is ka raaz hai tadabbur mein, contemplation mein, ghaur o fikr mein.</w:t>
      </w:r>
    </w:p>
    <w:p>
      <w:pPr>
        <w:jc w:val="right"/>
      </w:pPr>
      <w:r>
        <w:t>اس کا راز، اس کا راز ہے تدبر میں، کنٹمپلیشن میں، غور و فکر میں۔</w:t>
      </w:r>
    </w:p>
    <w:p>
      <w:r>
        <w:rPr>
          <w:b/>
        </w:rPr>
        <w:t xml:space="preserve">[32:06] </w:t>
      </w:r>
      <w:r>
        <w:t>lekin ghor o fikr karne ka raaz kya hai? apne aap ko distraction se bachana.</w:t>
      </w:r>
    </w:p>
    <w:p>
      <w:pPr>
        <w:jc w:val="right"/>
      </w:pPr>
      <w:r>
        <w:t>لیکن غور و فکر کرنے کا راز کیا ہے؟ اپنے آپ کو ڈسٹریکشن سے بچانا۔</w:t>
      </w:r>
    </w:p>
    <w:p>
      <w:r>
        <w:rPr>
          <w:b/>
        </w:rPr>
        <w:t xml:space="preserve">[32:14] </w:t>
      </w:r>
      <w:r>
        <w:t>agar aap apne ko distraction se nahi bacha sakte to ghor o fikr bhi nahi kar sakte. to aap ko to ek bada mission le kar chalna hai, ek bada kaam karna hai.</w:t>
      </w:r>
    </w:p>
    <w:p>
      <w:pPr>
        <w:jc w:val="right"/>
      </w:pPr>
      <w:r>
        <w:t>اگر آپ اپنے کو ڈسٹریکشن سے نہیں بچا سکتے تو غور و فکر بھی نہیں کر سکتے۔ تو آپ کو تو ایک بڑا مشن لے کر چلنا ہے، ایک بڑا کام کرنا ہے۔</w:t>
      </w:r>
    </w:p>
    <w:p>
      <w:r>
        <w:rPr>
          <w:b/>
        </w:rPr>
        <w:t xml:space="preserve">[32:28] </w:t>
      </w:r>
      <w:r>
        <w:t>to sirf quran ko samajhna hi nahi hai, aur aap ki baat khatm hoti hai, balke is ko dawat banana hai, is ko mission banana hai, is ko alam tak pahunchana hai.</w:t>
      </w:r>
    </w:p>
    <w:p>
      <w:pPr>
        <w:jc w:val="right"/>
      </w:pPr>
      <w:r>
        <w:t>تو صرف قرآن کو سمجھنا ہی نہیں ہے، اور آپ کی بات ختم ہوتی ہے، بلکہ اس کو دعوت بنانا ہے، اس کو مشن بنانا ہے، اس کو عالم تک پہنچانا ہے۔</w:t>
      </w:r>
    </w:p>
    <w:p>
      <w:r>
        <w:rPr>
          <w:b/>
        </w:rPr>
        <w:t xml:space="preserve">[32:42] </w:t>
      </w:r>
      <w:r>
        <w:t>to woh hai ke kahan waqt, moqa kahan, time kahan, wala zehan aap ka hona chahiye.</w:t>
      </w:r>
    </w:p>
    <w:p>
      <w:pPr>
        <w:jc w:val="right"/>
      </w:pPr>
      <w:r>
        <w:t>تو وہ ہے کہ کہاں وقت، موقع کہاں، ٹائم کہاں، والا ذہن آپ کا ہونا چاہیے۔</w:t>
      </w:r>
    </w:p>
    <w:p>
      <w:r>
        <w:rPr>
          <w:b/>
        </w:rPr>
        <w:t xml:space="preserve">[32:50] </w:t>
      </w:r>
      <w:r>
        <w:t>main aap ko ek qissa bataun purani dilli ka, jab main rehta tha wahan. main 1967 se 1983 tak purani dilli mein tha, 1967 se 1983 tak.</w:t>
      </w:r>
    </w:p>
    <w:p>
      <w:pPr>
        <w:jc w:val="right"/>
      </w:pPr>
      <w:r>
        <w:t>میں آپ کو ایک قصہ بتاؤں پرانی دہلی کا، جب میں رہتا تھا وہاں۔ میں 1967 سے 1983 تک پرانی دہلی میں تھا، 1967 سے 1983 تک۔</w:t>
      </w:r>
    </w:p>
    <w:p>
      <w:r>
        <w:rPr>
          <w:b/>
        </w:rPr>
        <w:t xml:space="preserve">[33:05] </w:t>
      </w:r>
      <w:r>
        <w:t>phir is ke baad main nizamuddin aa gaya to wahan par bada bheed bhaad hoti hai. is zamane mein sirf rickshaw chalte the log, ab to carain kafi ho gayi hain.</w:t>
      </w:r>
    </w:p>
    <w:p>
      <w:pPr>
        <w:jc w:val="right"/>
      </w:pPr>
      <w:r>
        <w:t>پھر اس کے بعد میں نظام الدین آ گیا تو وہاں پر بڑا بھیڑ بھاڑ ہوتی ہے۔ اس زمانے میں صرف رشپ چلتے تھے لوگ، اب تو کاریں کافی ہو گئی ہیں۔</w:t>
      </w:r>
    </w:p>
    <w:p>
      <w:r>
        <w:rPr>
          <w:b/>
        </w:rPr>
        <w:t xml:space="preserve">[33:16] </w:t>
      </w:r>
      <w:r>
        <w:t>to kya hua ke ek aadmi ko train se bombay jana tha. bombay mein koi job tha, uska interview dena tha gulf countries ke liye.</w:t>
      </w:r>
    </w:p>
    <w:p>
      <w:pPr>
        <w:jc w:val="right"/>
      </w:pPr>
      <w:r>
        <w:t>تو کیا ہوا کہ ایک آدمی کو ٹرین سے بمبے جانا تھا۔ بمبے میں کوئی جاب تھا، اس کا انٹرویو دینا تھا گلف کنٹریز کے لیے۔</w:t>
      </w:r>
    </w:p>
    <w:p>
      <w:r>
        <w:rPr>
          <w:b/>
        </w:rPr>
        <w:t xml:space="preserve">[33:32] </w:t>
      </w:r>
      <w:r>
        <w:t>to woh us ke paas aaya tha interview ka, bulaya gaya tha us ko bombay mein. to woh dilli mein ghar se nikal kar rickshaw par baitha,</w:t>
      </w:r>
    </w:p>
    <w:p>
      <w:pPr>
        <w:jc w:val="right"/>
      </w:pPr>
      <w:r>
        <w:t>تو وہ اس کے پاس آیا تھا انٹرویو کا، بلایا گیا تھا اس کو بمبے میں۔ تو وہ دہلی میں گھر سے نکل کر رکشے پر بیٹھا،</w:t>
      </w:r>
    </w:p>
    <w:p>
      <w:r>
        <w:rPr>
          <w:b/>
        </w:rPr>
        <w:t xml:space="preserve">[33:46] </w:t>
      </w:r>
      <w:r>
        <w:t>us ko chhodne ke liye. uska ek dost bhi rickshaw par baitha hua tha. to do aadmi chale railway station ki taraf, railway station ki taraf.</w:t>
      </w:r>
    </w:p>
    <w:p>
      <w:pPr>
        <w:jc w:val="right"/>
      </w:pPr>
      <w:r>
        <w:t>اس کو سیاف کرنے کے لیے۔ اس کا ایک دوست بھی رکشے پر بیٹھا ہوا تھا۔ تو دو آدمی چلے ریلوے اسٹیشن کی طرف، ریلوے اسٹیشن کی طرف۔</w:t>
      </w:r>
    </w:p>
    <w:p>
      <w:r>
        <w:rPr>
          <w:b/>
        </w:rPr>
        <w:t xml:space="preserve">[33:59] </w:t>
      </w:r>
      <w:r>
        <w:t>to dilli mein is zamane mein main dekhta tha, ab mujhe pata nahi ke ab dilli ka haal kya hai, purani dilli ka. to ladke rickshaw mein peeche aise kar ke latak jaate the.</w:t>
      </w:r>
    </w:p>
    <w:p>
      <w:pPr>
        <w:jc w:val="right"/>
      </w:pPr>
      <w:r>
        <w:t>تو دہلی میں اس زمانے میں میں دیکھتا تھا، اب مجھے پتہ نہیں کہ اب دہلی کا حال کیا ہے، پرانی دہلی کا۔ تو لڑکے رکشے میں پیچھے ایسے کر کے لٹک جاتے تھے۔</w:t>
      </w:r>
    </w:p>
    <w:p>
      <w:r>
        <w:rPr>
          <w:b/>
        </w:rPr>
        <w:t xml:space="preserve">[34:11] </w:t>
      </w:r>
      <w:r>
        <w:t>jab main tha wahan to yeh bahut is yeh manzar dikhai padta tha ke rickshaw ja raha hai, ab peeche latak gaye tamashe ke liye. to ek ladka aisi rickshaw mein aise latak gaya to jo jo pahunchane ja raha tha, jo aadmi,</w:t>
      </w:r>
    </w:p>
    <w:p>
      <w:pPr>
        <w:jc w:val="right"/>
      </w:pPr>
      <w:r>
        <w:t>جب میں تھا وہاں تو یہ بہت اس یہ منظر دکھائی پڑتا تھا کہ رکشہ جا رہا ہے، اب پیچھے لٹک گئے تماشے کے لیے۔ تو ایک لڑکا ایسی رکشے میں ایسے لٹک گیا تو جو جو پہنچانے جا رہا تھا، جو آدمی،</w:t>
      </w:r>
    </w:p>
    <w:p>
      <w:r>
        <w:rPr>
          <w:b/>
        </w:rPr>
        <w:t xml:space="preserve">[34:30] </w:t>
      </w:r>
      <w:r>
        <w:t>us ko ghussa aa gaya. us ne us ko daant mita ki, lekin woh phir bhi latka latka raha.</w:t>
      </w:r>
    </w:p>
    <w:p>
      <w:pPr>
        <w:jc w:val="right"/>
      </w:pPr>
      <w:r>
        <w:t>اس کو غصہ آ گیا۔ اس نے اس کو ڈانٹ مٹ کی، لیکن وہ پھر بھی لٹکا لٹکا رہا۔</w:t>
      </w:r>
    </w:p>
    <w:p>
      <w:r>
        <w:rPr>
          <w:b/>
        </w:rPr>
        <w:t xml:space="preserve">[34:38] </w:t>
      </w:r>
      <w:r>
        <w:t>to us ne rickshaw wale se kaha ke roko doctor shah ko ke marna hai us ko. utarne laga woh.</w:t>
      </w:r>
    </w:p>
    <w:p>
      <w:pPr>
        <w:jc w:val="right"/>
      </w:pPr>
      <w:r>
        <w:t>تو اس نے رکشے والے سے کہا کہ روکو ڈاکٹر شاہ کو کہ مارنا ہے اس کو۔ اترنے لگا وہ۔</w:t>
      </w:r>
    </w:p>
    <w:p>
      <w:r>
        <w:rPr>
          <w:b/>
        </w:rPr>
        <w:t xml:space="preserve">[34:48] </w:t>
      </w:r>
      <w:r>
        <w:t>to jo aadmi bombay ja raha tha interview dene ke liye, us ne roka, us ko bithaya ke chhod do, chhod do us ko. us waqt jo jumla us ne kaha tha, "hamare paas time kahan?"</w:t>
      </w:r>
    </w:p>
    <w:p>
      <w:pPr>
        <w:jc w:val="right"/>
      </w:pPr>
      <w:r>
        <w:t>تو جو آدمی بمبے جا رہا تھا انٹرویو دینے کے لیے، اس نے روکا، اس کو بٹھایا کہ چھوڑو، چھوڑو اس کو۔ اس وقت جو جملہ اس نے کہا تھا، "ہمارے پاس ٹائم کہاں؟</w:t>
      </w:r>
    </w:p>
    <w:p>
      <w:r>
        <w:rPr>
          <w:b/>
        </w:rPr>
        <w:t xml:space="preserve">[35:02] </w:t>
      </w:r>
      <w:r>
        <w:t>hamare paas time kahan?</w:t>
      </w:r>
    </w:p>
    <w:p>
      <w:pPr>
        <w:jc w:val="right"/>
      </w:pPr>
      <w:r>
        <w:t>ہمارے پاس ٹائم کہاں؟</w:t>
      </w:r>
    </w:p>
    <w:p>
      <w:r>
        <w:rPr>
          <w:b/>
        </w:rPr>
        <w:t xml:space="preserve">[35:04] </w:t>
      </w:r>
      <w:r>
        <w:t>matlab hum ko pahunchna hai railway station par, gaadi pakadna hai, phir bombay pahunchna hai, interview dena hai, phir hum ko gulf jana hai service ke liye.</w:t>
      </w:r>
    </w:p>
    <w:p>
      <w:pPr>
        <w:jc w:val="right"/>
      </w:pPr>
      <w:r>
        <w:t>مطلب ہم کو پہنچنا ہے ریلوے اسٹیشن پر، گاڑی پکڑنا ہے، پھر بمبے پہنچنا ہے، انٹرویو دینا ہے، پھر ہم کو گلف جانا ہے سروس کے لیے۔</w:t>
      </w:r>
    </w:p>
    <w:p>
      <w:r>
        <w:rPr>
          <w:b/>
        </w:rPr>
        <w:t xml:space="preserve">[35:15] </w:t>
      </w:r>
      <w:r>
        <w:t>to hamare paas time kahan?" to aap ko main kahun ke aap mein se har shakhs ko yeh hona chahiye ke aap ke paas time kahan? hamare paas waqt kahan?</w:t>
      </w:r>
    </w:p>
    <w:p>
      <w:pPr>
        <w:jc w:val="right"/>
      </w:pPr>
      <w:r>
        <w:t>تو ہمارے پاس ٹائم کہاں؟" تو آپ کو میں کہوں کہ آپ میں سے ہر شخص کو یہ ہونا چاہیے کہ آپ کے پاس ٹائم کہاں؟ ہمارے پاس وقت کہاں؟</w:t>
      </w:r>
    </w:p>
    <w:p>
      <w:r>
        <w:rPr>
          <w:b/>
        </w:rPr>
        <w:t xml:space="preserve">[35:26] </w:t>
      </w:r>
      <w:r>
        <w:t>yeh mizaj hona chahiye ke "we cannot afford this kind of luxury".</w:t>
      </w:r>
    </w:p>
    <w:p>
      <w:pPr>
        <w:jc w:val="right"/>
      </w:pPr>
      <w:r>
        <w:t>یہ مزاج ہونا چاہیے کہ "وی کین ناٹ افورڈ دس کائنڈ آف لگزری"۔</w:t>
      </w:r>
    </w:p>
    <w:p>
      <w:r>
        <w:rPr>
          <w:b/>
        </w:rPr>
        <w:t xml:space="preserve">[35:34] </w:t>
      </w:r>
      <w:r>
        <w:t>to yeh yeh yeh waqia bilkul sahi waqia hai purani dilli ka</w:t>
      </w:r>
    </w:p>
    <w:p>
      <w:pPr>
        <w:jc w:val="right"/>
      </w:pPr>
      <w:r>
        <w:t>تو یہ یہ یہ واقعہ بالکل صحیح واقعہ ہے پرانی دہلی کا</w:t>
      </w:r>
    </w:p>
    <w:p>
      <w:r>
        <w:rPr>
          <w:b/>
        </w:rPr>
        <w:t xml:space="preserve">[35:42] </w:t>
      </w:r>
      <w:r>
        <w:t>aur bahut achhi tarah illustrate karta hai is baat ko jo main kehna chahta hoon aap se ke aap ko mizaj hona chahiye ke hamare paas time kahan hai?</w:t>
      </w:r>
    </w:p>
    <w:p>
      <w:pPr>
        <w:jc w:val="right"/>
      </w:pPr>
      <w:r>
        <w:t>اور بہت اچھی طرح السٹریٹ کرتا ہے اس بات کو جو میں کہنا چاہتا ہوں آپ سے کہ آپ کو مزاج ہونا چاہیے کہ ہمارے پاس ٹائم کہاں ہے؟</w:t>
      </w:r>
    </w:p>
    <w:p>
      <w:r>
        <w:rPr>
          <w:b/>
        </w:rPr>
        <w:t xml:space="preserve">[35:51] </w:t>
      </w:r>
      <w:r>
        <w:t>ke aap kisi se nafrat karen, hum kisi ke khilaf protest karen, kisi ke khilaf mazameen likhen, kisi ke khilaf taqreeren karen, kisi ke khilaf kitaab chhapen, kisi ke khilaf charcha karen,</w:t>
      </w:r>
    </w:p>
    <w:p>
      <w:pPr>
        <w:jc w:val="right"/>
      </w:pPr>
      <w:r>
        <w:t>کہ آپ کسی سے نفرت کریں، ہم کسی کے خلاف پروٹیسٹ کریں، کسی کے خلاف مضامین لکھیں، کسی کے خلاف تقریریں کریں، کسی کے خلاف کتاب چھاپیں، کسی کے خلاف چرچا کریں،</w:t>
      </w:r>
    </w:p>
    <w:p>
      <w:r>
        <w:rPr>
          <w:b/>
        </w:rPr>
        <w:t xml:space="preserve">[36:05] </w:t>
      </w:r>
      <w:r>
        <w:t>zulm ki dastaan jama kar ke logon ko batayen ke "dekho yeh zulm ho raha hai, woh zulm ho raha hai" ya yeh ke "hamare apne ghar ko sajayen".</w:t>
      </w:r>
    </w:p>
    <w:p>
      <w:pPr>
        <w:jc w:val="right"/>
      </w:pPr>
      <w:r>
        <w:t>ظلم کی داستان جمع کر کے لوگوں کو بتائیں کہ "دیکھو یہ ظلم ہو رہا ہے، وہ ظلم ہو رہا ہے" یا یہ کہ "ہمارے اپنے گھر کو سجائیں"۔</w:t>
      </w:r>
    </w:p>
    <w:p>
      <w:r>
        <w:rPr>
          <w:b/>
        </w:rPr>
        <w:t xml:space="preserve">[36:15] </w:t>
      </w:r>
      <w:r>
        <w:t>aap yeh jitne bhi is tarah ke kaam hain, is ke liye aap kahhen ke "hamare paas time kahan hai?"</w:t>
      </w:r>
    </w:p>
    <w:p>
      <w:pPr>
        <w:jc w:val="right"/>
      </w:pPr>
      <w:r>
        <w:t>آپ یہ جتنے بھی اس طرح کے کام ہیں، اس کے لیے آپ کہیں کہ "ہمارے پاس ٹائم کہاں ہے؟"</w:t>
      </w:r>
    </w:p>
    <w:p>
      <w:r>
        <w:rPr>
          <w:b/>
        </w:rPr>
        <w:t xml:space="preserve">[36:24] </w:t>
      </w:r>
      <w:r>
        <w:t>har cheez ko aap samjhen distraction.</w:t>
      </w:r>
    </w:p>
    <w:p>
      <w:pPr>
        <w:jc w:val="right"/>
      </w:pPr>
      <w:r>
        <w:t>ہر چیز کو آپ سمجھیں ڈسٹریکشن۔</w:t>
      </w:r>
    </w:p>
    <w:p>
      <w:r>
        <w:rPr>
          <w:b/>
        </w:rPr>
        <w:t xml:space="preserve">[36:31] </w:t>
      </w:r>
      <w:r>
        <w:t>distraction.</w:t>
      </w:r>
    </w:p>
    <w:p>
      <w:pPr>
        <w:jc w:val="right"/>
      </w:pPr>
      <w:r>
        <w:t>ڈسٹریکشن۔</w:t>
      </w:r>
    </w:p>
    <w:p>
      <w:r>
        <w:rPr>
          <w:b/>
        </w:rPr>
        <w:t xml:space="preserve">[36:34] </w:t>
      </w:r>
      <w:r>
        <w:t>aaj kal musalmanon ka haal kya hai? aam log to phanse hue hain mor munni, mor munni mein aur kamao aur kamao bachchon ke liye, family ke liye.</w:t>
      </w:r>
    </w:p>
    <w:p>
      <w:pPr>
        <w:jc w:val="right"/>
      </w:pPr>
      <w:r>
        <w:t>آج کل مسلمانوں کا حال کیا ہے؟ عام لوگ تو پھنسے ہوئے ہیں مور منی، مور منی میں اور کماؤ اور کماؤ بچوں کے لیے، فیملی کے لیے۔</w:t>
      </w:r>
    </w:p>
    <w:p>
      <w:r>
        <w:rPr>
          <w:b/>
        </w:rPr>
        <w:t xml:space="preserve">[36:46] </w:t>
      </w:r>
      <w:r>
        <w:t>kuch jo leader qism ke log hain, woh busy hain duniya bhar ke zulm ki dastanain jama karne ke liye aur batane ke liye ke "dekho hum par yeh zulm ho raha hai, dekho hum par woh zulm ho raha hai".</w:t>
      </w:r>
    </w:p>
    <w:p>
      <w:pPr>
        <w:jc w:val="right"/>
      </w:pPr>
      <w:r>
        <w:t>کچھ جو لیڈر قسم کے لوگ ہیں، وہ بزی ہیں دنیا بھر کے ظلم کی داستانیں جمع کرنے کے لیے اور بتانے کے لیے کہ "دیکھو ہم پر یہ ظلم ہو رہا ہے، دیکھو ہم پر وہ ظلم ہو رہا ہے"۔</w:t>
      </w:r>
    </w:p>
    <w:p>
      <w:r>
        <w:rPr>
          <w:b/>
        </w:rPr>
        <w:t xml:space="preserve">[37:05] </w:t>
      </w:r>
      <w:r>
        <w:t>america mein ek adara banaya musalmanon ne, media watch. media ke watch ka matlab hai ke musalmanon par zulm kahan ho raha hai, is is ko pata karna.</w:t>
      </w:r>
    </w:p>
    <w:p>
      <w:pPr>
        <w:jc w:val="right"/>
      </w:pPr>
      <w:r>
        <w:t>امریکہ میں ایک ادارہ بنایا مسلمانوں نے، میڈیا واچ۔ میڈیا کے واچ کا مطلب ہے کہ مسلمانوں پر ظلم کہاں ہو رہا ہے، اس اس کو پتہ کرنا۔</w:t>
      </w:r>
    </w:p>
    <w:p>
      <w:r>
        <w:rPr>
          <w:b/>
        </w:rPr>
        <w:t xml:space="preserve">[37:16] </w:t>
      </w:r>
      <w:r>
        <w:t>yeh nahi ke aap alternatives ko daryaft karen, mawaqe ko daryaft karen. is ki is ke liye nahi, zulm ki dastanain jo hain, us ko daryaft karne ke liye.</w:t>
      </w:r>
    </w:p>
    <w:p>
      <w:pPr>
        <w:jc w:val="right"/>
      </w:pPr>
      <w:r>
        <w:t>یہ نہیں کہ آپ الٹرنیٹیز کو دریافت کریں، مواقع کو دریافت کریں۔ اس کی اس کے لیے نہیں، ظلم کی داستانیں جو ہیں، اس کو دریافت کرنے کے لیے۔</w:t>
      </w:r>
    </w:p>
    <w:p>
      <w:r>
        <w:rPr>
          <w:b/>
        </w:rPr>
        <w:t xml:space="preserve">[37:30] </w:t>
      </w:r>
      <w:r>
        <w:t>to yeh kehna chahiye ke "media watch ka humein time kahan? humare paas?</w:t>
      </w:r>
    </w:p>
    <w:p>
      <w:pPr>
        <w:jc w:val="right"/>
      </w:pPr>
      <w:r>
        <w:t>تو یہ کہنا چاہیے کہ "میڈیا واچ کا ہمیں ٹائم کہاں؟ ہمارے پاس؟</w:t>
      </w:r>
    </w:p>
    <w:p>
      <w:r>
        <w:rPr>
          <w:b/>
        </w:rPr>
        <w:t xml:space="preserve">[37:37] </w:t>
      </w:r>
      <w:r>
        <w:t>humein to Allah ke mission mission ke liye khara hona hai".</w:t>
      </w:r>
    </w:p>
    <w:p>
      <w:pPr>
        <w:jc w:val="right"/>
      </w:pPr>
      <w:r>
        <w:t>ہمیں تو اللہ کے مشن مشن کے لیے کھڑا ہونا ہے"۔</w:t>
      </w:r>
    </w:p>
    <w:p>
      <w:r>
        <w:rPr>
          <w:b/>
        </w:rPr>
        <w:t xml:space="preserve">[37:52] </w:t>
      </w:r>
      <w:r>
        <w:t>jab chunke mein hamesha apne dimagh ko khali rakhta hoon to ajeeb ajeeb baatein mere zehen mein aa</w:t>
      </w:r>
    </w:p>
    <w:p>
      <w:pPr>
        <w:jc w:val="right"/>
      </w:pPr>
      <w:r>
        <w:t>جب چونکہ میں ہمیشہ اپنے دماغ کو خالی رکھتا ہوں تو عجیب عجیب باتیں میرے ذہن میں آ</w:t>
      </w:r>
    </w:p>
    <w:p>
      <w:r>
        <w:rPr>
          <w:b/>
        </w:rPr>
        <w:t xml:space="preserve">[37:57] </w:t>
      </w:r>
      <w:r>
        <w:t>ti hain. jaise kal</w:t>
      </w:r>
    </w:p>
    <w:p>
      <w:pPr>
        <w:jc w:val="right"/>
      </w:pPr>
      <w:r>
        <w:t>تی ہیں۔ جیسے کل</w:t>
      </w:r>
    </w:p>
    <w:p>
      <w:r>
        <w:rPr>
          <w:b/>
        </w:rPr>
        <w:t xml:space="preserve">[38:01] </w:t>
      </w:r>
      <w:r>
        <w:t>mujhe yaad hai ke kuch log mere baray mein kehte hain ke "dekho yeh ghair muslimon ke jalsay mein jatay hain, dekho yeh un ke jalsay mein jatay hain" waghera waghera.</w:t>
      </w:r>
    </w:p>
    <w:p>
      <w:pPr>
        <w:jc w:val="right"/>
      </w:pPr>
      <w:r>
        <w:t>مجھے یاد ہے کہ کچھ لوگ میرے بارے میں کہتے ہیں کہ "دیکھو یہ غیر مسلموں کے جلسے میں جاتے ہیں، دیکھو یہ ان کے جلسے میں جاتے ہیں" وغیرہ وغیرہ۔</w:t>
      </w:r>
    </w:p>
    <w:p>
      <w:r>
        <w:rPr>
          <w:b/>
        </w:rPr>
        <w:t xml:space="preserve">[38:11] </w:t>
      </w:r>
      <w:r>
        <w:t>to mujhe ek quran ki ek ayat yaad aayi, Hazrat Yusuf ka. ke silsilay mein ayat hai: "ma kan liya khuz fi deen malik illa insha Allah".</w:t>
      </w:r>
    </w:p>
    <w:p>
      <w:pPr>
        <w:jc w:val="right"/>
      </w:pPr>
      <w:r>
        <w:t>تو مجھے ایک قرآن کی ایک آیت یاد آئی، حضرت یوسف کا۔ کے سلسلے میں آیت ہے: "ما کان لیاخذ فی دین ملک الا انشاءاللہ"۔</w:t>
      </w:r>
    </w:p>
    <w:p>
      <w:r>
        <w:rPr>
          <w:b/>
        </w:rPr>
        <w:t xml:space="preserve">[38:25] </w:t>
      </w:r>
      <w:r>
        <w:t>yani Hazrat Yusuf khud, Hazrat Yusuf khud apne qanoon ke tehat apne bhai ko nahi le de sakte thay. to wahan Allah taala ne us ki tadbeer ki: "wakadhalik kadna Yusuf ma kan liya khuz fi deen malik illa insha Allah".</w:t>
      </w:r>
    </w:p>
    <w:p>
      <w:pPr>
        <w:jc w:val="right"/>
      </w:pPr>
      <w:r>
        <w:t>یعنی حضرت یوسف خود، حضرت یوسف خود اپنے قانون کے تحت اپنے بھائی کو نہیں لے دے سکتے تھے۔ تو وہاں اللہ تعالی نے اس کی تدبیر کی: "وکذالک کدنا یوسف ما کان لیاخذ فی دین ملک الا انشاءاللہ"۔</w:t>
      </w:r>
    </w:p>
    <w:p>
      <w:r>
        <w:rPr>
          <w:b/>
        </w:rPr>
        <w:t xml:space="preserve">[38:43] </w:t>
      </w:r>
      <w:r>
        <w:t>to hum apne tareeqay ke mutabiq, hum baray baray jalsay, baray baray stage is se door rehte hain. hum khud nahi stage qaim karte,</w:t>
      </w:r>
    </w:p>
    <w:p>
      <w:pPr>
        <w:jc w:val="right"/>
      </w:pPr>
      <w:r>
        <w:t>تو ہم اپنے طریقے کے مطابق، ہم بڑے بڑے جلسے، بڑے بڑے اسٹیج اس سے دور رہتے ہیں۔ ہم خود نہیں اسٹیج قائم کرتے،</w:t>
      </w:r>
    </w:p>
    <w:p>
      <w:r>
        <w:rPr>
          <w:b/>
        </w:rPr>
        <w:t xml:space="preserve">[38:52] </w:t>
      </w:r>
      <w:r>
        <w:t>lekin kya hai? Allah taala ne doosron ke stage par moqa de diya.</w:t>
      </w:r>
    </w:p>
    <w:p>
      <w:pPr>
        <w:jc w:val="right"/>
      </w:pPr>
      <w:r>
        <w:t>لیکن کیا ہے؟ اللہ تعالی نے دوسروں کے اسٹیج پر موقع دے دیا۔</w:t>
      </w:r>
    </w:p>
    <w:p>
      <w:r>
        <w:rPr>
          <w:b/>
        </w:rPr>
        <w:t xml:space="preserve">[38:59] </w:t>
      </w:r>
      <w:r>
        <w:t>hum rozana akhbar nahi nikalte kyunke humari history mein shamil nahi hai. woh ab kal hi yahan par charcha tha ke "terms of India" mein humara ek article chapa.</w:t>
      </w:r>
    </w:p>
    <w:p>
      <w:pPr>
        <w:jc w:val="right"/>
      </w:pPr>
      <w:r>
        <w:t>ہم روزانہ اخبار نہیں نکالتے کیونکہ ہماری ہسٹری میں شامل نہیں ہے۔ وہ اب کل ہی یہاں پر چرچا تھا کہ "ٹرمز آف انڈیا" میں ہمارا ایک آرٹیکل چھپا۔</w:t>
      </w:r>
    </w:p>
    <w:p>
      <w:r>
        <w:rPr>
          <w:b/>
        </w:rPr>
        <w:t xml:space="preserve">[39:09] </w:t>
      </w:r>
      <w:r>
        <w:t>to yeh isi ka, mein isi ko, mein ne yani expanded sense mein liya is ayat ko: "kadhalik kadna Yusuf</w:t>
      </w:r>
    </w:p>
    <w:p>
      <w:pPr>
        <w:jc w:val="right"/>
      </w:pPr>
      <w:r>
        <w:t>تو یہ اسی کا، میں اسی کو، میں نے یعنی ایکسپینڈڈ سینس میں لیا اس آیت کو: "کذالک کدنا یوسف</w:t>
      </w:r>
    </w:p>
    <w:p>
      <w:r>
        <w:rPr>
          <w:b/>
        </w:rPr>
        <w:t xml:space="preserve">[39:20] </w:t>
      </w:r>
      <w:r>
        <w:t>ma kan liya khuz fi deen malik illa insha Allah". yani hum nahi khud baray baray stage bana sakte thay, to Allah ne doosron ko stage par humein moqa de diya.</w:t>
      </w:r>
    </w:p>
    <w:p>
      <w:pPr>
        <w:jc w:val="right"/>
      </w:pPr>
      <w:r>
        <w:t>ما کان لیاخذ فی دین ملک الا انشاءاللہ"۔ یعنی ہم نہیں خود بڑے بڑے اسٹیج بنا سکتے تھے، تو اللہ نے دوسروں کو اسٹیج پر ہمیں موقع دے دیا۔</w:t>
      </w:r>
    </w:p>
    <w:p>
      <w:r>
        <w:rPr>
          <w:b/>
        </w:rPr>
        <w:t xml:space="preserve">[39:31] </w:t>
      </w:r>
      <w:r>
        <w:t>hum khud angrezi akhbar nahi nikal sakte thay, to Allah taala ne doosron ke nikali hui angrezi akhbar mein humein moqa de diya. yeh hai is ayat ka yani expanded tafsir.</w:t>
      </w:r>
    </w:p>
    <w:p>
      <w:pPr>
        <w:jc w:val="right"/>
      </w:pPr>
      <w:r>
        <w:t>ہم خود انگریزی اخبار نہیں نکال سکتے تھے، تو اللہ تعالی نے دوسروں کے نکالی ہوئی انگریزی اخبار میں ہمیں موقع دے دیا۔ یہ ہے اس آیت کا یعنی ایکسپینڈڈ تفسیر۔</w:t>
      </w:r>
    </w:p>
    <w:p>
      <w:r>
        <w:rPr>
          <w:b/>
        </w:rPr>
        <w:t xml:space="preserve">[39:48] </w:t>
      </w:r>
      <w:r>
        <w:t>to agar aap ne zehn ko khali rakha hai to kaise baray baray baatein samajh mein aati hain?</w:t>
      </w:r>
    </w:p>
    <w:p>
      <w:pPr>
        <w:jc w:val="right"/>
      </w:pPr>
      <w:r>
        <w:t>تو اگر آپ نے ذہن کو خالی رکھا ہے تو کیسے بڑی بڑی باتیں سمجھ میں آتی ہیں؟</w:t>
      </w:r>
    </w:p>
    <w:p>
      <w:r>
        <w:rPr>
          <w:b/>
        </w:rPr>
        <w:t xml:space="preserve">[39:55] </w:t>
      </w:r>
      <w:r>
        <w:t>to jo baat log kehte hain humare par bator tanqeed, woh to Allah ki rehmat hai.</w:t>
      </w:r>
    </w:p>
    <w:p>
      <w:pPr>
        <w:jc w:val="right"/>
      </w:pPr>
      <w:r>
        <w:t>تو جو بات لوگ کہتے ہیں ہمارے پر بطور تنقید، وہ تو اللہ کی رحمت ہے۔</w:t>
      </w:r>
    </w:p>
    <w:p>
      <w:r>
        <w:rPr>
          <w:b/>
        </w:rPr>
        <w:t xml:space="preserve">[40:03] </w:t>
      </w:r>
      <w:r>
        <w:t>bator tanqeed jo kehte hain, woh to Allah ki rehmat hai ke doosre log is apne stage par hum ko bulatay hain, doosron ke akhbarat mein humara madan chaptay hain.</w:t>
      </w:r>
    </w:p>
    <w:p>
      <w:pPr>
        <w:jc w:val="right"/>
      </w:pPr>
      <w:r>
        <w:t>بطور تنقید جو کہتے ہیں، وہ تو اللہ کی رحمت ہے کہ دوسرے لوگ اس اپنے اسٹیج پر ہم کو بلاتے ہیں، دوسروں کے اخبارات میں ہمارا مدن چھپتے ہیں۔</w:t>
      </w:r>
    </w:p>
    <w:p>
      <w:r>
        <w:rPr>
          <w:b/>
        </w:rPr>
        <w:t xml:space="preserve">[40:14] </w:t>
      </w:r>
      <w:r>
        <w:t>kaisi ajeeb baat hai!</w:t>
      </w:r>
    </w:p>
    <w:p>
      <w:pPr>
        <w:jc w:val="right"/>
      </w:pPr>
      <w:r>
        <w:t>کیسی عجیب بات ہے!</w:t>
      </w:r>
    </w:p>
    <w:p>
      <w:r>
        <w:rPr>
          <w:b/>
        </w:rPr>
        <w:t xml:space="preserve">[40:16] </w:t>
      </w:r>
      <w:r>
        <w:t>wohi to hai yeh: "kadhalik kadna li Yusuf ma kan liya khuz fi deen fi deen malik illa insha Allah".</w:t>
      </w:r>
    </w:p>
    <w:p>
      <w:pPr>
        <w:jc w:val="right"/>
      </w:pPr>
      <w:r>
        <w:t>وہی تو ہے یہ: "کذالک کدنا لیوسف ما کان لیاخذ فی دین فی دین ملک الا انشاءاللہ"۔</w:t>
      </w:r>
    </w:p>
    <w:p>
      <w:r>
        <w:rPr>
          <w:b/>
        </w:rPr>
        <w:t xml:space="preserve">[40:29] </w:t>
      </w:r>
      <w:r>
        <w:t>to quran ko bhi aap dekhen, expanded sense mein, is ke waseeh tar mafhoom ke aitbar se parhna seekhen.</w:t>
      </w:r>
    </w:p>
    <w:p>
      <w:pPr>
        <w:jc w:val="right"/>
      </w:pPr>
      <w:r>
        <w:t>تو قرآن کو بھی آپ دیکھیں، ایکسپینڈڈ سین میں، اس کے وسیع تر مفہوم کے اعتبار سے پڑھنا سیکھیں۔</w:t>
      </w:r>
    </w:p>
    <w:p>
      <w:r>
        <w:rPr>
          <w:b/>
        </w:rPr>
        <w:t xml:space="preserve">[40:41] </w:t>
      </w:r>
      <w:r>
        <w:t>tab aisa hoga ke aap yaqeen mein jiyenge,</w:t>
      </w:r>
    </w:p>
    <w:p>
      <w:pPr>
        <w:jc w:val="right"/>
      </w:pPr>
      <w:r>
        <w:t>تب ایسا ہوگا کہ آپ یقین میں جیئیں گے،</w:t>
      </w:r>
    </w:p>
    <w:p>
      <w:r>
        <w:rPr>
          <w:b/>
        </w:rPr>
        <w:t xml:space="preserve">[40:45] </w:t>
      </w:r>
      <w:r>
        <w:t>aap Allah ke presence mein jiyenge, farishton ki sohbat mein jiyenge. har lamha aap ko rabbani tajurba hoga, har lamha aap ko naye naye item daryaft honge,</w:t>
      </w:r>
    </w:p>
    <w:p>
      <w:pPr>
        <w:jc w:val="right"/>
      </w:pPr>
      <w:r>
        <w:t>آپ اللہ کے پریزنس میں جیئیں گے، فرشتوں کی صحبت میں جیئیں گے۔ ہر لمحہ آپ کو ربانی تجربہ ہوگا، ہر لمحہ آپ کو نئے نئے آئٹم دریافت ہوں گے،</w:t>
      </w:r>
    </w:p>
    <w:p>
      <w:r>
        <w:rPr>
          <w:b/>
        </w:rPr>
        <w:t xml:space="preserve">[41:04] </w:t>
      </w:r>
      <w:r>
        <w:t>har lamha aap Allah se jannat se qareeb hotay chalay jayengay.</w:t>
      </w:r>
    </w:p>
    <w:p>
      <w:pPr>
        <w:jc w:val="right"/>
      </w:pPr>
      <w:r>
        <w:t>ہر لمحہ آپ اللہ سے جنت سے قریب ہوتے چلے جائیں گے۔</w:t>
      </w:r>
    </w:p>
    <w:p>
      <w:r>
        <w:rPr>
          <w:b/>
        </w:rPr>
        <w:t xml:space="preserve">[41:13] </w:t>
      </w:r>
      <w:r>
        <w:t>yahi sab aap ko karna hai</w:t>
      </w:r>
    </w:p>
    <w:p>
      <w:pPr>
        <w:jc w:val="right"/>
      </w:pPr>
      <w:r>
        <w:t>یہی سب آپ کو کرنا ہے</w:t>
      </w:r>
    </w:p>
    <w:p>
      <w:r>
        <w:rPr>
          <w:b/>
        </w:rPr>
        <w:t xml:space="preserve">[41:18] </w:t>
      </w:r>
      <w:r>
        <w:t>aur isi tarah ki zindagi guzarna hai. tab ja kar kaisa hoga ke aap aik mission ko,</w:t>
      </w:r>
    </w:p>
    <w:p>
      <w:pPr>
        <w:jc w:val="right"/>
      </w:pPr>
      <w:r>
        <w:t>اور اسی طرح کی زندگی گزارنا ہے۔ تب جا کر کیسا ہوگا کہ آپ ایک مشن کو،</w:t>
      </w:r>
    </w:p>
    <w:p>
      <w:r>
        <w:rPr>
          <w:b/>
        </w:rPr>
        <w:t xml:space="preserve">[41:25] </w:t>
      </w:r>
      <w:r>
        <w:t>aik mission ke sachay daai banain aur aur is mission ko Allah ki tofeeq se is mission ko aagay barhat</w:t>
      </w:r>
    </w:p>
    <w:p>
      <w:pPr>
        <w:jc w:val="right"/>
      </w:pPr>
      <w:r>
        <w:t>ایک مشن کے سچے داعی بنیں اور اور اس مشن کو اللہ کی توفیق سے اس مشن کو آگے بڑھات</w:t>
      </w:r>
    </w:p>
    <w:p>
      <w:r>
        <w:rPr>
          <w:b/>
        </w:rPr>
        <w:t xml:space="preserve">[41:35] </w:t>
      </w:r>
      <w:r>
        <w:t>ay chalay jayen. to is tarah se Quran ko samajhnay ke liye ya is tarah se Allah ko daryaft karnay ke liye ya is tarah se farishtay ki sohbat panay ke liye sharat ilahi wahi wahi do cheezain hain: taqwa aur sabr.</w:t>
      </w:r>
    </w:p>
    <w:p>
      <w:pPr>
        <w:jc w:val="right"/>
      </w:pPr>
      <w:r>
        <w:t>ے چلے جائیں۔ تو اس طرح سے قرآن کو سمجھنے کے لیے یا اس طرح سے اللہ کو دریافت کرنے کے لیے یا اس طرح سے فرشتوں کی صحبت پانے کے لیے شرط الہی وہی وہی دو چیزیں ہیں: تقویٰ اور صبر۔</w:t>
      </w:r>
    </w:p>
    <w:p>
      <w:r>
        <w:rPr>
          <w:b/>
        </w:rPr>
        <w:t xml:space="preserve">[41:54] </w:t>
      </w:r>
      <w:r>
        <w:t>yeh it is it is to to point formula, to</w:t>
      </w:r>
    </w:p>
    <w:p>
      <w:pPr>
        <w:jc w:val="right"/>
      </w:pPr>
      <w:r>
        <w:t>یہ اٹ از اٹ از ٹو ٹو پوائنٹ فارمولا، ٹ</w:t>
      </w:r>
    </w:p>
    <w:p>
      <w:r>
        <w:rPr>
          <w:b/>
        </w:rPr>
        <w:t xml:space="preserve">[42:01] </w:t>
      </w:r>
      <w:r>
        <w:t>to formula. insan ke baray mein, insan ki taraf se kuch bhi paish aaye, kuch bhi paish aaye, kuch bhi paish aaye, react mat kijiye, negative mat huiye, nafrat mat kijiye, shikayat mat kijiye.</w:t>
      </w:r>
    </w:p>
    <w:p>
      <w:pPr>
        <w:jc w:val="right"/>
      </w:pPr>
      <w:r>
        <w:t>و فارمولا۔ انسان کے بارے میں، انسان کی طرف سے کچھ بھی پیش آئے، کچھ بھی پیش آئے، کچھ بھی پیش آئے، ری ایکٹ مت کیجئے، نیگیٹیو مت ہوئیے، نفرت مت کیجئے، شکایت مت کیجئے۔</w:t>
      </w:r>
    </w:p>
    <w:p>
      <w:r>
        <w:rPr>
          <w:b/>
        </w:rPr>
        <w:t xml:space="preserve">[42:15] </w:t>
      </w:r>
      <w:r>
        <w:t>sabr, sabr koi manfi cheez nahi hai, koi passive attitude nahi hai. sabr to aik bohat oonchi yani aala sift hai,</w:t>
      </w:r>
    </w:p>
    <w:p>
      <w:pPr>
        <w:jc w:val="right"/>
      </w:pPr>
      <w:r>
        <w:t>صبر، صبر کوئی منفی چیز نہیں ہے، کوئی پیسیو ایٹیٹیوڈ نہیں ہے۔ صبر تو ایک بہت اونچی یعنی اعلیٰ صفت ہے،</w:t>
      </w:r>
    </w:p>
    <w:p>
      <w:r>
        <w:rPr>
          <w:b/>
        </w:rPr>
        <w:t xml:space="preserve">[42:27] </w:t>
      </w:r>
      <w:r>
        <w:t>jabke insan</w:t>
      </w:r>
    </w:p>
    <w:p>
      <w:pPr>
        <w:jc w:val="right"/>
      </w:pPr>
      <w:r>
        <w:t>جبکہ انسان</w:t>
      </w:r>
    </w:p>
    <w:p>
      <w:r>
        <w:rPr>
          <w:b/>
        </w:rPr>
        <w:t xml:space="preserve">[42:31] </w:t>
      </w:r>
      <w:r>
        <w:t>apnay aap ko akhirat tak reaction se bachata hai, negative response se bachata hai, nafrat se bachata hai, ishtial se bachata hai. woh hai sabr.</w:t>
      </w:r>
    </w:p>
    <w:p>
      <w:pPr>
        <w:jc w:val="right"/>
      </w:pPr>
      <w:r>
        <w:t>اپنے آپ کو آخرت تک ری ایکشن سے بچاتا ہے، نیگیٹیو رسپانس سے بچاتا ہے، نفرت سے بچاتا ہے، اشتعال سے بچاتا ہے۔ وہ ہے صبر۔</w:t>
      </w:r>
    </w:p>
    <w:p>
      <w:r>
        <w:rPr>
          <w:b/>
        </w:rPr>
        <w:t xml:space="preserve">[42:44] </w:t>
      </w:r>
      <w:r>
        <w:t>aur doosri taraf woh taqwa hai ke sab kuch Allah ke khane mein, sab kuch Allah ke khane mein, sab kuch Allah ke khane mein.</w:t>
      </w:r>
    </w:p>
    <w:p>
      <w:pPr>
        <w:jc w:val="right"/>
      </w:pPr>
      <w:r>
        <w:t>اور دوسری طرف وہ تقویٰ ہے کہ سب کچھ اللہ کے خانے میں، سب کچھ اللہ کے خانے میں، سب کچھ اللہ کے خانے میں۔</w:t>
      </w:r>
    </w:p>
    <w:p>
      <w:r>
        <w:rPr>
          <w:b/>
        </w:rPr>
        <w:t xml:space="preserve">[42:52] </w:t>
      </w:r>
      <w:r>
        <w:t>tab woh personality yani emerge karti hai jiska qissa akhir al qissa ban jaye, jiski story best story ban jaye.</w:t>
      </w:r>
    </w:p>
    <w:p>
      <w:pPr>
        <w:jc w:val="right"/>
      </w:pPr>
      <w:r>
        <w:t>تب وہ پرسنیلٹی یعنی ایمرج کرتی ہے جس کا قصہ آخر القصہ بن جائے، جس کی اسٹوری بیسٹ اسٹوری بن جائے۔</w:t>
      </w:r>
    </w:p>
    <w:p>
      <w:r>
        <w:rPr>
          <w:b/>
        </w:rPr>
        <w:t xml:space="preserve">[43:06] </w:t>
      </w:r>
      <w:r>
        <w:t>tab yeh sab kuch hota hai.</w:t>
      </w:r>
    </w:p>
    <w:p>
      <w:pPr>
        <w:jc w:val="right"/>
      </w:pPr>
      <w:r>
        <w:t>تب یہ سب کچھ ہوتا ہے۔</w:t>
      </w:r>
    </w:p>
    <w:p>
      <w:r>
        <w:rPr>
          <w:b/>
        </w:rPr>
        <w:t xml:space="preserve">[43:13] </w:t>
      </w:r>
      <w:r>
        <w:t>kaisa ajeeb ajeeb yani baatein hain Quran mein aur lekin tafseeron mein kuch bhi nahi, kuch bhi nahi, kuch bhi nahi siwaye lafzi bahasein, technical bahasein.</w:t>
      </w:r>
    </w:p>
    <w:p>
      <w:pPr>
        <w:jc w:val="right"/>
      </w:pPr>
      <w:r>
        <w:t>کیسی عجیب عجیب یعنی باتیں ہیں قرآن میں اور لیکن تفسیروں میں کچھ بھی نہیں، کچھ بھی نہیں، کچھ بھی نہیں سوائے لفظی بحثیں، ٹیکنیکل بحثیں۔</w:t>
      </w:r>
    </w:p>
    <w:p>
      <w:r>
        <w:rPr>
          <w:b/>
        </w:rPr>
        <w:t xml:space="preserve">[43:27] </w:t>
      </w:r>
      <w:r>
        <w:t>aur jo marifat ki baat hai, jo wisdom ki baat hai, uske tafseerein khali hain.</w:t>
      </w:r>
    </w:p>
    <w:p>
      <w:pPr>
        <w:jc w:val="right"/>
      </w:pPr>
      <w:r>
        <w:t>اور جو معرفت کی بات ہے، جو وزڈم کی بات ہے، اس کے تفسیریں خالی ہیں۔</w:t>
      </w:r>
    </w:p>
    <w:p>
      <w:r>
        <w:rPr>
          <w:b/>
        </w:rPr>
        <w:t xml:space="preserve">[43:36] </w:t>
      </w:r>
      <w:r>
        <w:t>to aap yeh ghalti kabhi mat kijiye ke bas jo tafseeron mein hai, samjhein ke yahi Quran hai.</w:t>
      </w:r>
    </w:p>
    <w:p>
      <w:pPr>
        <w:jc w:val="right"/>
      </w:pPr>
      <w:r>
        <w:t>تو آپ یہ غلطی کبھی مت کیجئے کہ بس جو تفسیروں میں ہے، سمجھیں کہ یہی قرآن ہے۔</w:t>
      </w:r>
    </w:p>
    <w:p>
      <w:r>
        <w:rPr>
          <w:b/>
        </w:rPr>
        <w:t xml:space="preserve">[43:42] </w:t>
      </w:r>
      <w:r>
        <w:t>jo tafseeron mein hai, yeh Quran hai. jo Quran mein hai, woh Quran hai.</w:t>
      </w:r>
    </w:p>
    <w:p>
      <w:pPr>
        <w:jc w:val="right"/>
      </w:pPr>
      <w:r>
        <w:t>جو تفسیروں میں ہے، یہ قرآن ہے۔ جو قرآن میں ہے، وہ قرآن ہے۔</w:t>
      </w:r>
    </w:p>
    <w:p>
      <w:r>
        <w:rPr>
          <w:b/>
        </w:rPr>
        <w:t xml:space="preserve">[43:50] </w:t>
      </w:r>
      <w:r>
        <w:t>yeh jo tafseeron mein hai, woh Quran nahi hai. jo khud Quran mein hai, woh uska naam Quran hai. Imam Razi ki aap jantay hain ke bohat hi bari tafseer hai, shayad bees jildon mein.</w:t>
      </w:r>
    </w:p>
    <w:p>
      <w:pPr>
        <w:jc w:val="right"/>
      </w:pPr>
      <w:r>
        <w:t>یہ جو تفسیروں میں ہے، وہ قرآن نہیں ہے۔ جو خود قرآن میں ہے، وہ اس کا نام قرآن ہے۔ امام رازی کی آپ جانتے ہیں کہ بہت ہی بڑی تفسیر ہے، شاید بیس جلدوں میں۔</w:t>
      </w:r>
    </w:p>
    <w:p>
      <w:r>
        <w:rPr>
          <w:b/>
        </w:rPr>
        <w:t xml:space="preserve">[44:02] </w:t>
      </w:r>
      <w:r>
        <w:t>to kisi ne kaha ke "fee hai kul shain illa al tafseer". us mein har cheez hai magar tafseer nahi. main kehta hoon ke sari tafseeron ka yeh haal hai.</w:t>
      </w:r>
    </w:p>
    <w:p>
      <w:pPr>
        <w:jc w:val="right"/>
      </w:pPr>
      <w:r>
        <w:t>تو کسی نے کہا کہ "فی ہے کل شین الا التفسیر"۔ اس میں ہر چیز ہے مگر تفسیر نہیں۔ میں کہتا ہوں کہ ساری تفسیروں کا یہ حال ہے۔</w:t>
      </w:r>
    </w:p>
    <w:p>
      <w:r>
        <w:rPr>
          <w:b/>
        </w:rPr>
        <w:t xml:space="preserve">[44:12] </w:t>
      </w:r>
      <w:r>
        <w:t>Imam Razi ko kehtay hain aap "fee hai kul shain illa al tafseer" yani us mein sab kuch hai siwaye marifat ke, siwaye yani rabbaniyat ke, siwaye aala baseerat ke, siwaye wisdom ke.</w:t>
      </w:r>
    </w:p>
    <w:p>
      <w:pPr>
        <w:jc w:val="right"/>
      </w:pPr>
      <w:r>
        <w:t>امام رازی کو کو کہتے ہیں آپ "فی ہے کل شین الا التفسیر" یعنی اس میں سب کچھ ہے سوائے معرفت کے، سوائے یعنی ربانیت کے، سوائے اعلیٰ بصیرت کے، سوائے وزڈم کے۔</w:t>
      </w:r>
    </w:p>
    <w:p>
      <w:r>
        <w:rPr>
          <w:b/>
        </w:rPr>
        <w:t xml:space="preserve">[44:32] </w:t>
      </w:r>
      <w:r>
        <w:t>yeh sab sab ka yeh haal hai.</w:t>
      </w:r>
    </w:p>
    <w:p>
      <w:pPr>
        <w:jc w:val="right"/>
      </w:pPr>
      <w:r>
        <w:t>یہ سب سب کا یہ حال ہے۔</w:t>
      </w:r>
    </w:p>
    <w:p>
      <w:r>
        <w:rPr>
          <w:b/>
        </w:rPr>
        <w:t xml:space="preserve">[44:37] </w:t>
      </w:r>
      <w:r>
        <w:t>to khwamkhwah log Imam Razi ki tafseer ko kehtay hain "fee hai kul shain illa al tafseer". main to kehta hoon is sari tafseeron ka yeh haal hai ke doosri doosri cheezein us mein zaroor hain lekin khud Quran jo hai,</w:t>
      </w:r>
    </w:p>
    <w:p>
      <w:pPr>
        <w:jc w:val="right"/>
      </w:pPr>
      <w:r>
        <w:t>تو خوامخواہ لوگ امام رازی کی تفسیر کو کہتے ہیں "فی ہے کل شین الا التفسیر"۔ میں تو کہتا ہوں اس ساری تفسیروں کا یہ حال ہے کہ دوسری دوسری چیزیں اس میں ضرور ہیں لیکن خود قرآن جو ہے،</w:t>
      </w:r>
    </w:p>
    <w:p>
      <w:r>
        <w:rPr>
          <w:b/>
        </w:rPr>
        <w:t xml:space="preserve">[44:51] </w:t>
      </w:r>
      <w:r>
        <w:t>jo Quran baseerat, Quran ki baseerat, Quran ka nabz maghz, Quran ka wisdom, Quran ki hikmat</w:t>
      </w:r>
    </w:p>
    <w:p>
      <w:pPr>
        <w:jc w:val="right"/>
      </w:pPr>
      <w:r>
        <w:t>جو قرآن بصیرت، قرآن کی بصیرت، قرآن کا نب مغز، قرآن کا وزڈم، قرآن کی حک</w:t>
      </w:r>
    </w:p>
    <w:p>
      <w:r>
        <w:rPr>
          <w:b/>
        </w:rPr>
        <w:t xml:space="preserve">[44:57] </w:t>
      </w:r>
      <w:r>
        <w:t>wohi ghayab hai.</w:t>
      </w:r>
    </w:p>
    <w:p>
      <w:pPr>
        <w:jc w:val="right"/>
      </w:pPr>
      <w:r>
        <w:t>مت وہی غائب ہے۔</w:t>
      </w:r>
    </w:p>
    <w:p>
      <w:r>
        <w:rPr>
          <w:b/>
        </w:rPr>
        <w:t xml:space="preserve">[45:09] </w:t>
      </w:r>
      <w:r>
        <w:t>to aap log Hyderabad se loten to aap aik naya zehan, aik nayi baseerat, aik nayi rohaniyat le ke loten,</w:t>
      </w:r>
    </w:p>
    <w:p>
      <w:pPr>
        <w:jc w:val="right"/>
      </w:pPr>
      <w:r>
        <w:t>تو آپ لوگ حیدرآباد سے لوٹیں تو آپ ایک نیا ذہن، ایک نئی بصیرت، ایک نئی روحانیت لے کے لوٹیں،</w:t>
      </w:r>
    </w:p>
    <w:p>
      <w:r>
        <w:rPr>
          <w:b/>
        </w:rPr>
        <w:t xml:space="preserve">[45:20] </w:t>
      </w:r>
      <w:r>
        <w:t>aik nai soch, aik nai jazbat, aik naya vision, aik naya vision le ke loten.</w:t>
      </w:r>
    </w:p>
    <w:p>
      <w:pPr>
        <w:jc w:val="right"/>
      </w:pPr>
      <w:r>
        <w:t>ایک نئی سوچ، ایک نئے جذبات، ایک نیا ویژن، ایک نیا ویژن لے کے لوٹیں۔</w:t>
      </w:r>
    </w:p>
    <w:p>
      <w:r>
        <w:rPr>
          <w:b/>
        </w:rPr>
        <w:t xml:space="preserve">[45:31] </w:t>
      </w:r>
      <w:r>
        <w:t>yeh mein dua karta hoon Allah taala se aap ke liye.</w:t>
      </w:r>
    </w:p>
    <w:p>
      <w:pPr>
        <w:jc w:val="right"/>
      </w:pPr>
      <w:r>
        <w:t>یہ میں دعا کرتا ہوں اللہ تعالی سے آپ کے لیے۔</w:t>
      </w:r>
    </w:p>
    <w:p>
      <w:r>
        <w:rPr>
          <w:b/>
        </w:rPr>
        <w:t xml:space="preserve">[45:41] </w:t>
      </w:r>
      <w:r>
        <w:t>aur yaad rakhiye insan ki zindagi mein asal asal masla yeh nahi ke us ne kya khoya kal</w:t>
      </w:r>
    </w:p>
    <w:p>
      <w:pPr>
        <w:jc w:val="right"/>
      </w:pPr>
      <w:r>
        <w:t>اور یاد رکھیے انسان کی زندگی میں اصل اصل مسئلہ یہ نہیں کہ اس نے کیا کھویا کل</w:t>
      </w:r>
    </w:p>
    <w:p>
      <w:r>
        <w:rPr>
          <w:b/>
        </w:rPr>
        <w:t xml:space="preserve">[45:50] </w:t>
      </w:r>
      <w:r>
        <w:t>tak, kal tak kya khoya. asal masla yeh hai ke aaj us ne kya paya. yeh bohat aham nuqta hai ke har aadmi khoye mein jeeta hai.</w:t>
      </w:r>
    </w:p>
    <w:p>
      <w:pPr>
        <w:jc w:val="right"/>
      </w:pPr>
      <w:r>
        <w:t>تک، کل تک کیا کھویا۔ اصل مسئلہ یہ ہے کہ آج اس نے کیا پایا۔ یہ بہت اہم نقطہ ہے کہ ہر آدمی کھوئے میں جیتا ہے۔</w:t>
      </w:r>
    </w:p>
    <w:p>
      <w:r>
        <w:rPr>
          <w:b/>
        </w:rPr>
        <w:t xml:space="preserve">[46:02] </w:t>
      </w:r>
      <w:r>
        <w:t>abhi kal parson mujhe aik sahab mile, woh gham, bohat hi gham mein thay. to sab yeh ke yaad karte thay woh ke mein woh chance maine khoya, woh opportunity maine khoi, woh maine nuqsan utha liya waghera.</w:t>
      </w:r>
    </w:p>
    <w:p>
      <w:pPr>
        <w:jc w:val="right"/>
      </w:pPr>
      <w:r>
        <w:t>ابھی کل پرسوں مجھے ایک صاحب ملے، وہ غم، بہت ہی غم میں تھے۔ تو سب یہ کہ یاد کرتے تھے وہ کہ میں وہ چانس میں نے کھویا، وہ اپرچونیٹی میں نے کھوئی، وہ میں نے نقصان اٹھا لیا وغیرہ۔</w:t>
      </w:r>
    </w:p>
    <w:p>
      <w:r>
        <w:rPr>
          <w:b/>
        </w:rPr>
        <w:t xml:space="preserve">[46:17] </w:t>
      </w:r>
      <w:r>
        <w:t>yeh soch bilkul ghair hakimana hai.</w:t>
      </w:r>
    </w:p>
    <w:p>
      <w:pPr>
        <w:jc w:val="right"/>
      </w:pPr>
      <w:r>
        <w:t>یہ سوچ بالکل غیر حکیمانہ ہے۔</w:t>
      </w:r>
    </w:p>
    <w:p>
      <w:r>
        <w:rPr>
          <w:b/>
        </w:rPr>
        <w:t xml:space="preserve">[46:21] </w:t>
      </w:r>
      <w:r>
        <w:t>hargiz mat sochiye ke kal tak mein ne kya khoya, yeh sochiye ke aaj mein ne kya paya.</w:t>
      </w:r>
    </w:p>
    <w:p>
      <w:pPr>
        <w:jc w:val="right"/>
      </w:pPr>
      <w:r>
        <w:t>ہرگز مت سوچیے کہ کل تک میں نے کیا کھویا، یہ سوچیے کہ آج میں نے کیا پایا۔</w:t>
      </w:r>
    </w:p>
    <w:p>
      <w:r>
        <w:rPr>
          <w:b/>
        </w:rPr>
        <w:t xml:space="preserve">[46:30] </w:t>
      </w:r>
      <w:r>
        <w:t>yeh hikmat ki baat hai, yeh hikmat ki baat hai. kyunke dekhiye Quran mein hai ke "min al-khawf wal-jawb".</w:t>
      </w:r>
    </w:p>
    <w:p>
      <w:pPr>
        <w:jc w:val="right"/>
      </w:pPr>
      <w:r>
        <w:t>یہ حکمت کی بات ہے، یہ حکمت کی بات ہے۔ کیونکہ دیکھیے قرآن میں ہے کہ "من الخوف والجواب"۔</w:t>
      </w:r>
    </w:p>
    <w:p>
      <w:r>
        <w:rPr>
          <w:b/>
        </w:rPr>
        <w:t xml:space="preserve">[46:47] </w:t>
      </w:r>
      <w:r>
        <w:t>to khona to hai hi dunya mein,</w:t>
      </w:r>
    </w:p>
    <w:p>
      <w:pPr>
        <w:jc w:val="right"/>
      </w:pPr>
      <w:r>
        <w:t>تو کھونا تو ہے ہی دنیا میں،</w:t>
      </w:r>
    </w:p>
    <w:p>
      <w:r>
        <w:rPr>
          <w:b/>
        </w:rPr>
        <w:t xml:space="preserve">[46:50] </w:t>
      </w:r>
      <w:r>
        <w:t>paighambar ko bhi khona parta hai. yeh dunya khone hi ki jagah hai, nuqsan hi ki jagah hai. yeh to paish aayega har ek ke sath, paish aayega chahe badshah ho ya aam aadmi ho.</w:t>
      </w:r>
    </w:p>
    <w:p>
      <w:pPr>
        <w:jc w:val="right"/>
      </w:pPr>
      <w:r>
        <w:t>پیغمبر کو بھی کھونا پڑتا ہے۔ یہ دنیا کھونے ہی کی جگہ ہے، نقصان ہی کی جگہ ہے۔ یہ تو پیش آئے گا ہر ایک کے ساتھ، پیش آئے گا چاہے بادشاہ ہو یا عام آدمی ہو۔</w:t>
      </w:r>
    </w:p>
    <w:p>
      <w:r>
        <w:rPr>
          <w:b/>
        </w:rPr>
        <w:t xml:space="preserve">[47:05] </w:t>
      </w:r>
      <w:r>
        <w:t>to behtareen formula kya hai? behtareen principle ke kal tak jo guzra aap ke aap ke sath, us ko bhula dijiye.</w:t>
      </w:r>
    </w:p>
    <w:p>
      <w:pPr>
        <w:jc w:val="right"/>
      </w:pPr>
      <w:r>
        <w:t>تو بہترین فارمولا کیا ہے؟ بہترین پرنسپل کہ کل تک جو گزرا آپ کے آپ کے ساتھ، اس کو بھلا دیجئے۔</w:t>
      </w:r>
    </w:p>
    <w:p>
      <w:r>
        <w:rPr>
          <w:b/>
        </w:rPr>
        <w:t xml:space="preserve">[47:16] </w:t>
      </w:r>
      <w:r>
        <w:t>sirf yeh sochiye, yeh sochiye ke ke aaj mein ne kuch cheez daryaft ki hai.</w:t>
      </w:r>
    </w:p>
    <w:p>
      <w:pPr>
        <w:jc w:val="right"/>
      </w:pPr>
      <w:r>
        <w:t>صرف یہ سوچیے، یہ سوچیے کہ کہ آج میں نے کچھ چیز دریافت کی ہے۔</w:t>
      </w:r>
    </w:p>
    <w:p>
      <w:r>
        <w:rPr>
          <w:b/>
        </w:rPr>
        <w:t xml:space="preserve">[47:22] </w:t>
      </w:r>
      <w:r>
        <w:t>jaise yahi baat mein ne arz ki ke aaj mujhe yeh daryaft hui ke Quran ki Surah Yusuf mein log samajhte thay ke asal al-qasas is mein aik zaat ke liye hai, aik zaat jo paida hui teen hazar saal pehle.</w:t>
      </w:r>
    </w:p>
    <w:p>
      <w:pPr>
        <w:jc w:val="right"/>
      </w:pPr>
      <w:r>
        <w:t>جیسے یہی بات میں نے عرض کی کہ آج مجھے یہ دریافت ہوئی کہ قرآن کی سورہ یوسف میں لوگ سمجھتے تھے کہ اصل القصص اس میں ایک ذات کے لیے ہے، ایک ذات جو پیدا ہوئی تین ہزار سال پہلے۔</w:t>
      </w:r>
    </w:p>
    <w:p>
      <w:r>
        <w:rPr>
          <w:b/>
        </w:rPr>
        <w:t xml:space="preserve">[47:42] </w:t>
      </w:r>
      <w:r>
        <w:t>is ka</w:t>
      </w:r>
    </w:p>
    <w:p>
      <w:pPr>
        <w:jc w:val="right"/>
      </w:pPr>
      <w:r>
        <w:t>اس کا</w:t>
      </w:r>
    </w:p>
    <w:p>
      <w:r>
        <w:rPr>
          <w:b/>
        </w:rPr>
        <w:t xml:space="preserve">[47:43] </w:t>
      </w:r>
      <w:r>
        <w:t>qissa hai, us ko Allah ne keh diya asal al-qasas, best story. to aaj bhai koi daryaft hui ke nahi hui? us ko us ko khud Khudai ne keh diya ke us ko generalize karo, apne upar apply karo, us ko</w:t>
      </w:r>
    </w:p>
    <w:p>
      <w:pPr>
        <w:jc w:val="right"/>
      </w:pPr>
      <w:r>
        <w:t>قصہ ہے، اس کو اللہ نے کہہ دیا اصل القصص، بیسٹ سٹوری۔ تو آج بھئی کوئی دریافت ہوئی کہ نہیں ہوئی؟ اس کو اس کو خود خدائی نے کہہ دیا کہ اس کو جرنلائز کرو، اپنے اوپر اپلائی کرو، اس کو</w:t>
      </w:r>
    </w:p>
    <w:p>
      <w:r>
        <w:rPr>
          <w:b/>
        </w:rPr>
        <w:t xml:space="preserve">[47:59] </w:t>
      </w:r>
      <w:r>
        <w:t>Yusuf ke daire se nikal kar us ko apne upar apply karo.</w:t>
      </w:r>
    </w:p>
    <w:p>
      <w:pPr>
        <w:jc w:val="right"/>
      </w:pPr>
      <w:r>
        <w:t>یوسف کے دائرے سے نکال کر اس کو اپنے اوپر اپلائی کرو۔</w:t>
      </w:r>
    </w:p>
    <w:p>
      <w:r>
        <w:rPr>
          <w:b/>
        </w:rPr>
        <w:t xml:space="preserve">[48:06] </w:t>
      </w:r>
      <w:r>
        <w:t>to yeh meri aaj ki daryaft hai.</w:t>
      </w:r>
    </w:p>
    <w:p>
      <w:pPr>
        <w:jc w:val="right"/>
      </w:pPr>
      <w:r>
        <w:t>تو یہ میری آج کی دریافت ہے۔</w:t>
      </w:r>
    </w:p>
    <w:p>
      <w:r>
        <w:rPr>
          <w:b/>
        </w:rPr>
        <w:t xml:space="preserve">[48:08] </w:t>
      </w:r>
      <w:r>
        <w:t>aise hi mein aap ko kehta hoon ke aap har din yeh sochein ke aaj mein ne kya paya, kal mein ne kya khoya, woh chhod dijiye. us ko</w:t>
      </w:r>
    </w:p>
    <w:p>
      <w:pPr>
        <w:jc w:val="right"/>
      </w:pPr>
      <w:r>
        <w:t>ایسے ہی میں آپ کو کہتا ہوں کہ آپ ہر دن یہ سوچیں کہ آج میں نے کیا پایا، کل میں نے کیا کھویا، وہ چھوڑ دیجئے۔ اس کو</w:t>
      </w:r>
    </w:p>
    <w:p>
      <w:r>
        <w:rPr>
          <w:b/>
        </w:rPr>
        <w:t xml:space="preserve">[48:23] </w:t>
      </w:r>
      <w:r>
        <w:t>yeh raaz hai ya raaz-e-ma'rifat hai? yeh raaz-e-ma'rifat hai, raaz-e-baseerat hai, raaz-e-rubaniyat hai, qurbat-e-Ilahi ka.</w:t>
      </w:r>
    </w:p>
    <w:p>
      <w:pPr>
        <w:jc w:val="right"/>
      </w:pPr>
      <w:r>
        <w:t>یہ راز ہے یا راز معرفت ہے؟ یہ راز معرفت ہے، راز بصیرت ہے، راز ربانیت ہے، قربت الہی کا۔</w:t>
      </w:r>
    </w:p>
    <w:p>
      <w:r>
        <w:rPr>
          <w:b/>
        </w:rPr>
        <w:t xml:space="preserve">[48:35] </w:t>
      </w:r>
      <w:r>
        <w:t>isi mein khazana chupa hua hai ke aap kal mein na jiyen balkeh yeh sochein ke aaj mein ne kya paya, aaj meri daryaft kya hai.</w:t>
      </w:r>
    </w:p>
    <w:p>
      <w:pPr>
        <w:jc w:val="right"/>
      </w:pPr>
      <w:r>
        <w:t>اسی میں خزانہ چھپا ہوا ہے کہ آپ کل میں نہ جیئیں بلکہ یہ سوچیں کہ آج میں نے کیا پایا، آج میری دریافت کیا ہے۔</w:t>
      </w:r>
    </w:p>
    <w:p>
      <w:r>
        <w:rPr>
          <w:b/>
        </w:rPr>
        <w:t xml:space="preserve">[48:58] </w:t>
      </w:r>
      <w:r>
        <w:t>aik sahab mujh se kal pooch rahe thay ke aap jo baatein batate hain, creative baatein hain, to yeh kahan se aap ko yeh baatein aati hain?</w:t>
      </w:r>
    </w:p>
    <w:p>
      <w:pPr>
        <w:jc w:val="right"/>
      </w:pPr>
      <w:r>
        <w:t>ایک صاحب مجھ سے کل پوچھ رہے تھے کہ آپ جو باتیں بتاتے ہیں، کریٹیو باتیں ہیں، تو یہ کہاں سے آپ کو یہ باتیں آتی ہیں؟</w:t>
      </w:r>
    </w:p>
    <w:p>
      <w:r>
        <w:rPr>
          <w:b/>
        </w:rPr>
        <w:t xml:space="preserve">[49:10] </w:t>
      </w:r>
      <w:r>
        <w:t>to mujhe bohat hi ta'ajjub hua ke log baaton ko kyun nahi jante. dekhiye, Allah taala ne har baat ko demonstration de rakha hai.</w:t>
      </w:r>
    </w:p>
    <w:p>
      <w:pPr>
        <w:jc w:val="right"/>
      </w:pPr>
      <w:r>
        <w:t>تو مجھے بہت ہی تعجب ہوا کہ لوگ باتوں کو کیوں نہیں جانتے۔ دیکھیے، اللہ تعالی نے ہر بات کو ڈیمونسٹریشن دے رکھا ہے۔</w:t>
      </w:r>
    </w:p>
    <w:p>
      <w:r>
        <w:rPr>
          <w:b/>
        </w:rPr>
        <w:t xml:space="preserve">[49:20] </w:t>
      </w:r>
      <w:r>
        <w:t>ab ghar hi mein aap ke,</w:t>
      </w:r>
    </w:p>
    <w:p>
      <w:pPr>
        <w:jc w:val="right"/>
      </w:pPr>
      <w:r>
        <w:t>اب گھر ہی میں آپ کے،</w:t>
      </w:r>
    </w:p>
    <w:p>
      <w:r>
        <w:rPr>
          <w:b/>
        </w:rPr>
        <w:t xml:space="preserve">[49:24] </w:t>
      </w:r>
      <w:r>
        <w:t>jaise aap ki maan aap se mohabbat karti hai, to aap maan se poochein ge: "Amaan, tu mujhe mujh se mohabbat kyun karti ho? kahan se tu mohabbat tumhare dil mein aa gayi?" yeh poochein ge aap.</w:t>
      </w:r>
    </w:p>
    <w:p>
      <w:pPr>
        <w:jc w:val="right"/>
      </w:pPr>
      <w:r>
        <w:t>جیسے آپ کی ماں آپ سے محبت کرتی ہے، تو آپ ماں سے پوچھیں گے: "اماں، تو مجھے مجھ سے محبت کیوں کرتی ہو؟ کہاں سے تو محبت تمہارے دل میں آ گئی؟" یہ پوچھیں گے آپ۔</w:t>
      </w:r>
    </w:p>
    <w:p>
      <w:r>
        <w:rPr>
          <w:b/>
        </w:rPr>
        <w:t xml:space="preserve">[49:36] </w:t>
      </w:r>
      <w:r>
        <w:t>har bete ko pata hai ke us ki maan us se mohabbat karti hai. kya kisi bete ne kabhi poocha: "Ae maan, kahan se tum ko yeh mohabbat aa gayi jo tum mujh se mohabbat karti ho?" to meri samajh mein aaye, kuch baatein baghair poochhe jaani jati hain.</w:t>
      </w:r>
    </w:p>
    <w:p>
      <w:pPr>
        <w:jc w:val="right"/>
      </w:pPr>
      <w:r>
        <w:t>ہر بیٹے کو پتہ ہے کہ اس کی ماں اس سے محبت کرتی ہے۔ کیا کسی بیٹے نے کبھی پوچھا: "اے ماں، کہاں سے تم کو یہ محبت آ گئی جو تم مجھ سے محبت کرتی ہو؟" تو میری سمجھ میں آئے، کچھ باتیں بغیر پوچھے جانی جاتی ہیں۔</w:t>
      </w:r>
    </w:p>
    <w:p>
      <w:r>
        <w:rPr>
          <w:b/>
        </w:rPr>
        <w:t xml:space="preserve">[49:53] </w:t>
      </w:r>
      <w:r>
        <w:t>jo poocha hai, woh andha behra hai. woh maa se agar koi beta poochay to mein nahin, mujhe nahin samajhta koi maa uss ko jawab de gi. aap ghore kijiye, aap khud tajurba kar li jiye.</w:t>
      </w:r>
    </w:p>
    <w:p>
      <w:pPr>
        <w:jc w:val="right"/>
      </w:pPr>
      <w:r>
        <w:t>جو پوچھا ہے، وہ اندھا بہرا ہے۔ وہ ماں سے اگر کوئی بیٹا پوچھے تو میں نہیں، مجھے نہیں سمجھتا کوئی ماں اس کو جواب دے گی۔ آپ غور کیجئے، آپ خود تجربہ کر لیجئے۔</w:t>
      </w:r>
    </w:p>
    <w:p>
      <w:r>
        <w:rPr>
          <w:b/>
        </w:rPr>
        <w:t xml:space="preserve">[50:05] </w:t>
      </w:r>
      <w:r>
        <w:t>aap ja ke apni maa se poochain, yahan se wapsi ke baad ke: "aye maa, tu to mujh se mohabbat karti ho? tumhare andar jazba kahan se aa gaya mohabbat ka?" tajurba kar li jiye.</w:t>
      </w:r>
    </w:p>
    <w:p>
      <w:pPr>
        <w:jc w:val="right"/>
      </w:pPr>
      <w:r>
        <w:t>آپ جا کے اپنی ماں سے پوچھیں، یہاں سے واپسی کے بعد کہ: "اے ماں، تو تو مجھ سے محبت کرتی ہو؟ تمہارے اندر جذبہ کہاں سے آ گیا محبت کا؟" تجربہ کر لیجئے۔</w:t>
      </w:r>
    </w:p>
    <w:p>
      <w:r>
        <w:rPr>
          <w:b/>
        </w:rPr>
        <w:t xml:space="preserve">[50:16] </w:t>
      </w:r>
      <w:r>
        <w:t>mujhe yaqeen hai ke aap ki maa kabhi jawab nahin de gi.</w:t>
      </w:r>
    </w:p>
    <w:p>
      <w:pPr>
        <w:jc w:val="right"/>
      </w:pPr>
      <w:r>
        <w:t>مجھے یقین ہے کہ آپ کی ماں کبھی جواب نہیں دے گی۔</w:t>
      </w:r>
    </w:p>
    <w:p>
      <w:r>
        <w:rPr>
          <w:b/>
        </w:rPr>
        <w:t xml:space="preserve">[50:24] </w:t>
      </w:r>
      <w:r>
        <w:t>keh gi: "tum pagal ho!" to kuch cheezain pooch kar nahin jaani jaati hain. yaad rakhiye, woh bator discovery ki, aksar discovery ki buniyad par jaani jaati hain.</w:t>
      </w:r>
    </w:p>
    <w:p>
      <w:pPr>
        <w:jc w:val="right"/>
      </w:pPr>
      <w:r>
        <w:t>کہے گی: "تم پاگل ہو!" تو کچھ چیزیں پوچھ کر نہیں جانی جاتی ہیں۔ یاد رکھیے، وہ بطور ڈسکوری کی، اکثر ڈسکوری کی بنیاد پر جانی جاتی ہیں۔</w:t>
      </w:r>
    </w:p>
    <w:p>
      <w:r>
        <w:rPr>
          <w:b/>
        </w:rPr>
        <w:t xml:space="preserve">[50:40] </w:t>
      </w:r>
      <w:r>
        <w:t>to Allah taala ne ghar hi mein aap ke yeh namoona kaam kar rakha hai ke kisi bete ne aaj tak nahin poocha apni maa se ke: "tum ko itni mohabbat kahan se aa gayi</w:t>
      </w:r>
    </w:p>
    <w:p>
      <w:pPr>
        <w:jc w:val="right"/>
      </w:pPr>
      <w:r>
        <w:t>تو اللہ تعالی نے گھر ہی میں آپ کے یہ نمونہ کام کر رکھا ہے کہ کسی بیٹے نے آج تک نہیں پوچھا اپنی ماں سے کہ: "تم کو اتنی محبت کہاں سے آ گئی</w:t>
      </w:r>
    </w:p>
    <w:p>
      <w:r>
        <w:rPr>
          <w:b/>
        </w:rPr>
        <w:t xml:space="preserve">[50:50] </w:t>
      </w:r>
      <w:r>
        <w:t>? meri maa, yeh batao, kaise tum ko mohabbat aa gayi?" to jo ziyada gehri baatein hain, jo ziyada bari baatein hain, jitni hi super marifat hai, woh sab pooch kar nahin aap janen ge.</w:t>
      </w:r>
    </w:p>
    <w:p>
      <w:pPr>
        <w:jc w:val="right"/>
      </w:pPr>
      <w:r>
        <w:t>؟ میری ماں، یہ بتاؤ، کیسے تم کو محبت آ گئی؟" تو جو زیادہ گہری باتیں ہیں، جو زیادہ بڑی باتیں ہیں، جتنی ہی سپر معرفت ہے، وہ سب پوچھ کر نہیں آپ جانیں گے۔</w:t>
      </w:r>
    </w:p>
    <w:p>
      <w:r>
        <w:rPr>
          <w:b/>
        </w:rPr>
        <w:t xml:space="preserve">[51:09] </w:t>
      </w:r>
      <w:r>
        <w:t>aik ayat se logon ko bohat darna chahiye: "man kan fi hadiy ammah, fa hu fi al-akhirat ammah." bohat darna chahiye:</w:t>
      </w:r>
    </w:p>
    <w:p>
      <w:pPr>
        <w:jc w:val="right"/>
      </w:pPr>
      <w:r>
        <w:t>ایک آیت سے لوگوں کو بہت ڈرنا چاہیے: "من کان فیہدی عامہ، فو فی الاخرت عامہ۔" بہت ڈرنا چاہیے:</w:t>
      </w:r>
    </w:p>
    <w:p>
      <w:r>
        <w:rPr>
          <w:b/>
        </w:rPr>
        <w:t xml:space="preserve">[51:20] </w:t>
      </w:r>
      <w:r>
        <w:t>"man kan fi hadiy ammah, fa hu fi al-akhirat ammah." jo iss dunya mein andha raha, akhirat mein andha rahe ga. iss ka matlab kya hai?</w:t>
      </w:r>
    </w:p>
    <w:p>
      <w:pPr>
        <w:jc w:val="right"/>
      </w:pPr>
      <w:r>
        <w:t>"من کان فیہدی عامہ، فو فی الاخرت عامہ۔" جو اس دنیا میں اندھا رہا، آخرت میں اندھا رہے گا۔ اس کا مطلب کیا ہے؟</w:t>
      </w:r>
    </w:p>
    <w:p>
      <w:r>
        <w:rPr>
          <w:b/>
        </w:rPr>
        <w:t xml:space="preserve">[51:30] </w:t>
      </w:r>
      <w:r>
        <w:t>Allah ne jo haqiqatein kholi hain, Allah ne jo baseerat ke darwazay kholay hain, Allah ne jo jo wisdom khola hai iss dunya mein,</w:t>
      </w:r>
    </w:p>
    <w:p>
      <w:pPr>
        <w:jc w:val="right"/>
      </w:pPr>
      <w:r>
        <w:t>اللہ نے جو حقیقتیں کھولی ہیں، اللہ نے جو بصیرت کے دروازے کھولے ہیں، اللہ نے جو جو وزڈم کھولا ہے اس دنیا میں،</w:t>
      </w:r>
    </w:p>
    <w:p>
      <w:r>
        <w:rPr>
          <w:b/>
        </w:rPr>
        <w:t xml:space="preserve">[51:49] </w:t>
      </w:r>
      <w:r>
        <w:t>iss ko aap ko khud daryaft karna paray ga.</w:t>
      </w:r>
    </w:p>
    <w:p>
      <w:pPr>
        <w:jc w:val="right"/>
      </w:pPr>
      <w:r>
        <w:t>اس کو آپ کو خود دریافت کرنا پڑے گا۔</w:t>
      </w:r>
    </w:p>
    <w:p>
      <w:r>
        <w:rPr>
          <w:b/>
        </w:rPr>
        <w:t xml:space="preserve">[51:56] </w:t>
      </w:r>
      <w:r>
        <w:t>kisi se poochay jaen ke: "tum ko kahan se wisdom aa gayi?" wohi andhay hain, wohi log andhay hain. kisi se ja ke poochain aap ke: "tum ko wisdom kahan se mil gayi?" tum ko kehte hain: "creative think kahan se aa gayi?" tum ko baseerat kahan se aa gayi?</w:t>
      </w:r>
    </w:p>
    <w:p>
      <w:pPr>
        <w:jc w:val="right"/>
      </w:pPr>
      <w:r>
        <w:t>کسی سے پوچھے جائیں کہ: "تم کو کہاں سے وزڈم آ گئی؟" وہی اندھے ہیں، وہی لوگ اندھے ہیں۔ کسی سے جا کے پوچھیں آپ کہ: "تم کو وزڈم کہاں سے مل گئی؟" تم کو کہتے ہیں: "کریٹیو تھنک کہاں سے آ گئی؟" تم کو بصیرت کہاں سے آ گئی؟</w:t>
      </w:r>
    </w:p>
    <w:p>
      <w:r>
        <w:rPr>
          <w:b/>
        </w:rPr>
        <w:t xml:space="preserve">[52:11] </w:t>
      </w:r>
      <w:r>
        <w:t>to poochne wala bilashuba unhi andhon ki fehrist mein shamil kiya jaye ga</w:t>
      </w:r>
    </w:p>
    <w:p>
      <w:pPr>
        <w:jc w:val="right"/>
      </w:pPr>
      <w:r>
        <w:t>تو پوچھنے والا بلاشبہ انہی اندھوں کی فہرست میں شامل کیا جائے گا</w:t>
      </w:r>
    </w:p>
    <w:p>
      <w:r>
        <w:rPr>
          <w:b/>
        </w:rPr>
        <w:t xml:space="preserve">[52:16] </w:t>
      </w:r>
      <w:r>
        <w:t>ke: "tum ne daryaft kyun nahin kiya apni maa ke baray mein?" to tum ne yeh sawal nahin kiya, yahan to koi sawal kar rahe ho.</w:t>
      </w:r>
    </w:p>
    <w:p>
      <w:pPr>
        <w:jc w:val="right"/>
      </w:pPr>
      <w:r>
        <w:t>کہ: "تم نے دریافت کیوں نہیں کیا اپنی ماں کے بارے میں؟" تو تم نے یہ سوال نہیں کیا، یہاں تو کوئی سوال کر رہے ہو۔</w:t>
      </w:r>
    </w:p>
    <w:p>
      <w:r>
        <w:rPr>
          <w:b/>
        </w:rPr>
        <w:t xml:space="preserve">[52:27] </w:t>
      </w:r>
      <w:r>
        <w:t>to behal mein yeh kahoon ga ke soch kar jeena seekhiye,</w:t>
      </w:r>
    </w:p>
    <w:p>
      <w:pPr>
        <w:jc w:val="right"/>
      </w:pPr>
      <w:r>
        <w:t>تو بہرحال میں یہ کہوں گا کہ سوچ کر جینا سیکھیے،</w:t>
      </w:r>
    </w:p>
    <w:p>
      <w:r>
        <w:rPr>
          <w:b/>
        </w:rPr>
        <w:t xml:space="preserve">[52:38] </w:t>
      </w:r>
      <w:r>
        <w:t>soch kar jeena seekhiye.</w:t>
      </w:r>
    </w:p>
    <w:p>
      <w:pPr>
        <w:jc w:val="right"/>
      </w:pPr>
      <w:r>
        <w:t>سوچ کر جینا سیکھیے۔</w:t>
      </w:r>
    </w:p>
    <w:p>
      <w:r>
        <w:rPr>
          <w:b/>
        </w:rPr>
        <w:t xml:space="preserve">[52:44] </w:t>
      </w:r>
      <w:r>
        <w:t>mein aksar kaha karta hoon ke aadmi jahan maray ga, wohin uthay ga. woh jahan maray ga, wohin uthay ga. yani jis darjay marifat par aap maray, usi darjay marifat par abadi tor par baqi rahen ge.</w:t>
      </w:r>
    </w:p>
    <w:p>
      <w:pPr>
        <w:jc w:val="right"/>
      </w:pPr>
      <w:r>
        <w:t>میں اکثر کہا کرتا ہوں کہ آدمی جہاں مرے گا، وہیں اٹھے گا۔ وہ جہاں مرے گا، وہیں اٹھے گا۔ یعنی جس درجے معرفت پر آپ مرے، اسی درجے معرفت پر ابدی طور پر باقی رہیں گے۔</w:t>
      </w:r>
    </w:p>
    <w:p>
      <w:r>
        <w:rPr>
          <w:b/>
        </w:rPr>
        <w:t xml:space="preserve">[52:58] </w:t>
      </w:r>
      <w:r>
        <w:t>aap iss mein marne ke baad izafa hone wala nahin hai.</w:t>
      </w:r>
    </w:p>
    <w:p>
      <w:pPr>
        <w:jc w:val="right"/>
      </w:pPr>
      <w:r>
        <w:t>آپ اس میں مرنے کے بعد اضافہ ہونے والا نہیں ہے۔</w:t>
      </w:r>
    </w:p>
    <w:p>
      <w:r>
        <w:rPr>
          <w:b/>
        </w:rPr>
        <w:t xml:space="preserve">[53:05] </w:t>
      </w:r>
      <w:r>
        <w:t>yani haqiqaton ki haqiqaton se aashna hone ka jis darjay par aap pohanchay aur jahan aap ki maut aayi, bas wohin aap wohin aap paray rahen ge.</w:t>
      </w:r>
    </w:p>
    <w:p>
      <w:pPr>
        <w:jc w:val="right"/>
      </w:pPr>
      <w:r>
        <w:t>یعنی حقیقتوں کی حقیقتوں سے آشنا ہونے کا جس درجے پر آپ پہنچے اور جہاں آپ کی موت آئی، بس وہیں آپ وہیں آپ پڑے رہیں گے۔</w:t>
      </w:r>
    </w:p>
    <w:p>
      <w:r>
        <w:rPr>
          <w:b/>
        </w:rPr>
        <w:t xml:space="preserve">[53:18] </w:t>
      </w:r>
      <w:r>
        <w:t>iss se aagay nahin safar kar sakte. yani safar marifat iss dunya mein khatam hai, iss ke baad to safar inaam hai.</w:t>
      </w:r>
    </w:p>
    <w:p>
      <w:pPr>
        <w:jc w:val="right"/>
      </w:pPr>
      <w:r>
        <w:t>اس سے آگے نہیں سفر کر سکتے۔ یعنی سفر معرفت اس دنیا میں ختم ہے، اس کے بعد تو سفر انعام ہے۔</w:t>
      </w:r>
    </w:p>
    <w:p>
      <w:r>
        <w:rPr>
          <w:b/>
        </w:rPr>
        <w:t xml:space="preserve">[53:31] </w:t>
      </w:r>
      <w:r>
        <w:t>safar marifat jo hai, usi dunya mein khatam hai.</w:t>
      </w:r>
    </w:p>
    <w:p>
      <w:pPr>
        <w:jc w:val="right"/>
      </w:pPr>
      <w:r>
        <w:t>سفر معرفت جو ہے، اسی دنیا میں ختم ہے۔</w:t>
      </w:r>
    </w:p>
    <w:p>
      <w:r>
        <w:rPr>
          <w:b/>
        </w:rPr>
        <w:t xml:space="preserve">[53:36] </w:t>
      </w:r>
      <w:r>
        <w:t>to jin cheezon ko jaanna hai, wohin jaan li jiye. jin cheezon ko daryaft karna hai, wohin daryaft kar li jiye.</w:t>
      </w:r>
    </w:p>
    <w:p>
      <w:pPr>
        <w:jc w:val="right"/>
      </w:pPr>
      <w:r>
        <w:t>تو جن چیزوں کو جاننا ہے، وہیں جان لیجئے۔ جن چیزوں کو دریافت کرنا ہے، وہیں دریافت کر لیجئے۔</w:t>
      </w:r>
    </w:p>
    <w:p>
      <w:r>
        <w:rPr>
          <w:b/>
        </w:rPr>
        <w:t xml:space="preserve">[53:46] </w:t>
      </w:r>
      <w:r>
        <w:t>jin jin cheezon ko pehchanna hai, usi dunya mein pehchan li jiye. iss ka mat andaza kijiye ke qayamat ho, iss aakhri suraj phoonkay, tab aap cheezon ko pehchanen ge.</w:t>
      </w:r>
    </w:p>
    <w:p>
      <w:pPr>
        <w:jc w:val="right"/>
      </w:pPr>
      <w:r>
        <w:t>جن جن چیزوں کو پہچاننا ہے، اسی دنیا میں پہچان لیجئے۔ اس کا مت اندازہ کیجئے کہ قیامت ہو، اس آخری سورج پھوکے، تب آپ چیزوں کو پہچانیں گے۔</w:t>
      </w:r>
    </w:p>
    <w:p>
      <w:r>
        <w:rPr>
          <w:b/>
        </w:rPr>
        <w:t xml:space="preserve">[53:58] </w:t>
      </w:r>
      <w:r>
        <w:t>iss ka andaza mat kijiye.</w:t>
      </w:r>
    </w:p>
    <w:p>
      <w:pPr>
        <w:jc w:val="right"/>
      </w:pPr>
      <w:r>
        <w:t>اس کا اندازہ مت کیجئے۔</w:t>
      </w:r>
    </w:p>
    <w:p>
      <w:r>
        <w:rPr>
          <w:b/>
        </w:rPr>
        <w:t xml:space="preserve">[54:19] </w:t>
      </w:r>
      <w:r>
        <w:t>yeh baatein jo mein arz kar raha hoon, yeh koi khitab nahin hai, oratory nahin hai.</w:t>
      </w:r>
    </w:p>
    <w:p>
      <w:pPr>
        <w:jc w:val="right"/>
      </w:pPr>
      <w:r>
        <w:t>یہ باتیں جو میں عرض کر رہا ہوں، یہ کوئی خطابت نہیں ہے، اوریٹری نہیں ہے۔</w:t>
      </w:r>
    </w:p>
    <w:p>
      <w:r>
        <w:rPr>
          <w:b/>
        </w:rPr>
        <w:t xml:space="preserve">[54:30] </w:t>
      </w:r>
      <w:r>
        <w:t>aik aik qissa mujhe yaad aata hai ke aik aik thay bangali, to congress ka sadar unhein banaya gaya.</w:t>
      </w:r>
    </w:p>
    <w:p>
      <w:pPr>
        <w:jc w:val="right"/>
      </w:pPr>
      <w:r>
        <w:t>ایک ایک قصہ مجھے یاد آتا ہے کہ ایک ایک تھے بنگالی، تو کانگریس کا صدر انہیں بنایا گیا۔</w:t>
      </w:r>
    </w:p>
    <w:p>
      <w:r>
        <w:rPr>
          <w:b/>
        </w:rPr>
        <w:t xml:space="preserve">[54:42] </w:t>
      </w:r>
      <w:r>
        <w:t>yeh british period ki baat hai,</w:t>
      </w:r>
    </w:p>
    <w:p>
      <w:pPr>
        <w:jc w:val="right"/>
      </w:pPr>
      <w:r>
        <w:t>یہ برٹش پیریڈ کی بات ہے،</w:t>
      </w:r>
    </w:p>
    <w:p>
      <w:r>
        <w:rPr>
          <w:b/>
        </w:rPr>
        <w:t xml:space="preserve">[54:47] </w:t>
      </w:r>
      <w:r>
        <w:t>un ka naam mein bhool raha hoon. to un ko pehli baar stage par bolna tha, bahesiyat sadr congress.</w:t>
      </w:r>
    </w:p>
    <w:p>
      <w:pPr>
        <w:jc w:val="right"/>
      </w:pPr>
      <w:r>
        <w:t>ان کا نام میں بھول رہا ہوں۔ تو ان کو پہلی بار اسٹیج پر بولنا تھا، بحیثیت صدر کانگریس۔</w:t>
      </w:r>
    </w:p>
    <w:p>
      <w:r>
        <w:rPr>
          <w:b/>
        </w:rPr>
        <w:t xml:space="preserve">[54:58] </w:t>
      </w:r>
      <w:r>
        <w:t>acha, woh stage ke aadmi thay nahi, woh</w:t>
      </w:r>
    </w:p>
    <w:p>
      <w:pPr>
        <w:jc w:val="right"/>
      </w:pPr>
      <w:r>
        <w:t>اچھا، وہ اسٹیج کے آدمی تھے نہیں، وہ</w:t>
      </w:r>
    </w:p>
    <w:p>
      <w:r>
        <w:rPr>
          <w:b/>
        </w:rPr>
        <w:t xml:space="preserve">[55:06] </w:t>
      </w:r>
      <w:r>
        <w:t>to lekin jab woh stage par aaye, jab congress ijlaas hua to bohat zabardast unhon ne shandar taqreer ki.</w:t>
      </w:r>
    </w:p>
    <w:p>
      <w:pPr>
        <w:jc w:val="right"/>
      </w:pPr>
      <w:r>
        <w:t>تو لیکن جب وہ اسٹیج پر آئے، جب کانگریس اجلاس ہوا تو بہت زبردست انہوں نے شاندار تقریر کی۔</w:t>
      </w:r>
    </w:p>
    <w:p>
      <w:r>
        <w:rPr>
          <w:b/>
        </w:rPr>
        <w:t xml:space="preserve">[55:15] </w:t>
      </w:r>
      <w:r>
        <w:t>acha, hairaan reh gaye ke yeh aadmi to yaani stage ka aadmi tha nahi, kahan se itna taqreer kar dali is ne. to baad ko unhon ne aik article chhapa tha, us article ka unwaan tha "The Secret of a Great Oratory".</w:t>
      </w:r>
    </w:p>
    <w:p>
      <w:pPr>
        <w:jc w:val="right"/>
      </w:pPr>
      <w:r>
        <w:t>اچھا، حیران رہ گئے کہ یہ آدمی تو یعنی اسٹیج کا آدمی تھا نہیں، کہاں سے اتنا تقریر کر ڈالی اس نے۔ تو بعد کو انہوں نے ایک آرٹیکل چھاپا تھا، اس آرٹیکل کا عنوان تھا "دا سیکرٹ آف اے گریٹ اوریٹری"۔</w:t>
      </w:r>
    </w:p>
    <w:p>
      <w:r>
        <w:rPr>
          <w:b/>
        </w:rPr>
        <w:t xml:space="preserve">[55:33] </w:t>
      </w:r>
      <w:r>
        <w:t>"The secret of a great oratory" aik azeem khitabat ka raaz.</w:t>
      </w:r>
    </w:p>
    <w:p>
      <w:pPr>
        <w:jc w:val="right"/>
      </w:pPr>
      <w:r>
        <w:t>"دا سیکرٹ آف اے گریٹ اوریٹری" ایک عظیم خطابت کا راز۔</w:t>
      </w:r>
    </w:p>
    <w:p>
      <w:r>
        <w:rPr>
          <w:b/>
        </w:rPr>
        <w:t xml:space="preserve">[55:40] </w:t>
      </w:r>
      <w:r>
        <w:t>to unhon ne bataya ke is article mein ke jab mujhe pata chala ke mujhe bahesiyat sadr congress ko is saal stage bolna hai to mein ne aik taqreer tayyar ki, likh kar ke.</w:t>
      </w:r>
    </w:p>
    <w:p>
      <w:pPr>
        <w:jc w:val="right"/>
      </w:pPr>
      <w:r>
        <w:t>تو انہوں نے بتایا کہ اس آرٹیکل میں کہ جب مجھے پتہ چلا کہ مجھے بحیثیت صدر کانگریس کو اس سال اسٹیج بولنا ہے تو میں نے ایک تقریر تیار کی، لکھ کر کے۔</w:t>
      </w:r>
    </w:p>
    <w:p>
      <w:r>
        <w:rPr>
          <w:b/>
        </w:rPr>
        <w:t xml:space="preserve">[55:54] </w:t>
      </w:r>
      <w:r>
        <w:t>is ko khoob ratta hoon, tanhai mein is ko khoob ratta tha, root ruttay ruttay poori taqreer rat daali. mein ne isi ratti hui taqreer ko stage pe ja ke dohra diya.</w:t>
      </w:r>
    </w:p>
    <w:p>
      <w:pPr>
        <w:jc w:val="right"/>
      </w:pPr>
      <w:r>
        <w:t>اس کو خوب رٹا ہوں، تنہائی میں اس کو خوب رٹتا تھا، روٹ رٹتے رٹتے پوری تقریر رٹ ڈالی۔ میں نے اسی رٹی ہوئی تقریر کو اسٹیج پہ جا کے دہرا دیا۔</w:t>
      </w:r>
    </w:p>
    <w:p>
      <w:r>
        <w:rPr>
          <w:b/>
        </w:rPr>
        <w:t xml:space="preserve">[56:04] </w:t>
      </w:r>
      <w:r>
        <w:t>mein ne to Khuda ke fazal se mein is type ka aadmi nahi hoon,</w:t>
      </w:r>
    </w:p>
    <w:p>
      <w:pPr>
        <w:jc w:val="right"/>
      </w:pPr>
      <w:r>
        <w:t>میں نے تو خدا کے فضل سے میں اس ٹائپ کا آدمی نہیں ہوں،</w:t>
      </w:r>
    </w:p>
    <w:p>
      <w:r>
        <w:rPr>
          <w:b/>
        </w:rPr>
        <w:t xml:space="preserve">[56:12] </w:t>
      </w:r>
      <w:r>
        <w:t>stage pe baithta hoon to mujhe pata nahi hota ke mujhe kya bolunga, bolna hai. jo aata jata hai, woh bolta chala jata hoon. to mein na khateeb hoon, na kuch aur hoon,</w:t>
      </w:r>
    </w:p>
    <w:p>
      <w:pPr>
        <w:jc w:val="right"/>
      </w:pPr>
      <w:r>
        <w:t>اسٹیج پہ بیٹھتا ہوں تو مجھے پتہ نہیں ہوتا کہ مجھے کیا بولوں گا، بولنا ہے۔ جو آتا جاتا ہے، وہ بولتا چلا جاتا ہوں۔ تو میں نہ خطیب ہوں، نہ کچھ اور ہوں،</w:t>
      </w:r>
    </w:p>
    <w:p>
      <w:r>
        <w:rPr>
          <w:b/>
        </w:rPr>
        <w:t xml:space="preserve">[56:28] </w:t>
      </w:r>
      <w:r>
        <w:t>albatta mein har waqt Allah ki duaon mein jeeta hoon. jo mein kar sakta hoon,</w:t>
      </w:r>
    </w:p>
    <w:p>
      <w:pPr>
        <w:jc w:val="right"/>
      </w:pPr>
      <w:r>
        <w:t>البتہ میں ہر وقت اللہ کی دعاؤں میں جیتا ہوں۔ جو میں کر سکتا ہوں،</w:t>
      </w:r>
    </w:p>
    <w:p>
      <w:r>
        <w:rPr>
          <w:b/>
        </w:rPr>
        <w:t xml:space="preserve">[56:36] </w:t>
      </w:r>
      <w:r>
        <w:t>har lamha mein Allah ki duaon mein jeeta</w:t>
      </w:r>
    </w:p>
    <w:p>
      <w:pPr>
        <w:jc w:val="right"/>
      </w:pPr>
      <w:r>
        <w:t>ہر لمحہ میں اللہ کی دعاؤں میں جیتا</w:t>
      </w:r>
    </w:p>
    <w:p>
      <w:r>
        <w:rPr>
          <w:b/>
        </w:rPr>
        <w:t xml:space="preserve">[56:39] </w:t>
      </w:r>
      <w:r>
        <w:t>hoon, sote hue, jaagtay hue, uthtay hue, baithtay hue, chaltay hue, jo bhi guzartay hain lamhaat mere oopar.</w:t>
      </w:r>
    </w:p>
    <w:p>
      <w:pPr>
        <w:jc w:val="right"/>
      </w:pPr>
      <w:r>
        <w:t>ہوں، سوتے ہوئے، جاگتے ہوئے، اٹھتے ہوئے، بیٹھتے ہوئے، چلتے ہوئے، جو بھی گزرتے ہیں لمحات میرے اوپر۔</w:t>
      </w:r>
    </w:p>
    <w:p>
      <w:r>
        <w:rPr>
          <w:b/>
        </w:rPr>
        <w:t xml:space="preserve">[56:51] </w:t>
      </w:r>
      <w:r>
        <w:t>to mein duaon mein jeeta hoon aur dua isi satah par ja kar karta hoon jo satah jo mein ne pata nahi, koi andha aadmi hota tha, ghareeb andha, har surat se, har pal se madad ka mohtaaj hoon</w:t>
      </w:r>
    </w:p>
    <w:p>
      <w:pPr>
        <w:jc w:val="right"/>
      </w:pPr>
      <w:r>
        <w:t>تو میں دعاؤں میں جیتا ہوں اور دعا اسی سطح پر جا کر کرتا ہوں جو سطح جو میں نے پتہ نہیں، کوئی اندھا آدمی ہوتا تھا، غریب اندھا، ہر صورت سے، ہر پل سے مدد کا محتاج ہوں</w:t>
      </w:r>
    </w:p>
    <w:p>
      <w:r>
        <w:rPr>
          <w:b/>
        </w:rPr>
        <w:t xml:space="preserve">[57:06] </w:t>
      </w:r>
      <w:r>
        <w:t>. aaj bhi mein apne isi satah par haqeeqatan paata hoon, aaj bhi isi satah par haqeeqatan mein zinda hoon.</w:t>
      </w:r>
    </w:p>
    <w:p>
      <w:pPr>
        <w:jc w:val="right"/>
      </w:pPr>
      <w:r>
        <w:t>۔ آج بھی میں اپنے اسی سطح پر حقیقتاً پاتا ہوں، آج بھی اسی سطح پر حقیقتاً میں زندہ ہوں۔</w:t>
      </w:r>
    </w:p>
    <w:p>
      <w:r>
        <w:rPr>
          <w:b/>
        </w:rPr>
        <w:t xml:space="preserve">[57:15] </w:t>
      </w:r>
      <w:r>
        <w:t>koi isi satah par aaj bhi duaen nikalti hain. to mera سرمایہ jo hai, woh dua hai, woh secret of great oratory wala nahi hai.</w:t>
      </w:r>
    </w:p>
    <w:p>
      <w:pPr>
        <w:jc w:val="right"/>
      </w:pPr>
      <w:r>
        <w:t>کوئی اسی سطح پر آج بھی دعائیں نکلتی ہیں۔ تو میرا سرمایہ جو ہے، وہ دعا ہے، وہ سیکرٹ آف گریٹ اوریٹری والا نہیں ہے۔</w:t>
      </w:r>
    </w:p>
    <w:p>
      <w:r>
        <w:rPr>
          <w:b/>
        </w:rPr>
        <w:t xml:space="preserve">[57:31] </w:t>
      </w:r>
      <w:r>
        <w:t>to aap ko bhi mein naseehat karunga ke dua karna seekhiye.</w:t>
      </w:r>
    </w:p>
    <w:p>
      <w:pPr>
        <w:jc w:val="right"/>
      </w:pPr>
      <w:r>
        <w:t>تو آپ کو بھی میں نصیحت کروں گا کہ دعا کرنا سیکھیے۔</w:t>
      </w:r>
    </w:p>
    <w:p>
      <w:r>
        <w:rPr>
          <w:b/>
        </w:rPr>
        <w:t xml:space="preserve">[57:41] </w:t>
      </w:r>
      <w:r>
        <w:t>to meri dua hai ke Allah taala mujh ko aur aap ko</w:t>
      </w:r>
    </w:p>
    <w:p>
      <w:pPr>
        <w:jc w:val="right"/>
      </w:pPr>
      <w:r>
        <w:t>تو میری دعا ہے کہ اللہ تعالیٰ مجھ کو اور آپ کو</w:t>
      </w:r>
    </w:p>
    <w:p>
      <w:r>
        <w:rPr>
          <w:b/>
        </w:rPr>
        <w:t xml:space="preserve">[57:48] </w:t>
      </w:r>
      <w:r>
        <w:t>maut se pehle pehle</w:t>
      </w:r>
    </w:p>
    <w:p>
      <w:pPr>
        <w:jc w:val="right"/>
      </w:pPr>
      <w:r>
        <w:t>موت سے پہلے پہلے</w:t>
      </w:r>
    </w:p>
    <w:p>
      <w:r>
        <w:rPr>
          <w:b/>
        </w:rPr>
        <w:t xml:space="preserve">[57:54] </w:t>
      </w:r>
      <w:r>
        <w:t>hamare liye qubooliyat ka faisla farmaye. qubooliyat ka maamla maut ke baad nahi hai, maut ke pehle hai.</w:t>
      </w:r>
    </w:p>
    <w:p>
      <w:pPr>
        <w:jc w:val="right"/>
      </w:pPr>
      <w:r>
        <w:t>ہمارے لیے قبولیت کا فیصلہ فرمائے۔ قبولیت کا معاملہ موت کے بعد نہیں ہے، موت کے پہلے ہے۔</w:t>
      </w:r>
    </w:p>
    <w:p>
      <w:r>
        <w:rPr>
          <w:b/>
        </w:rPr>
        <w:t xml:space="preserve">[58:09] </w:t>
      </w:r>
      <w:r>
        <w:t>Rabbana atina fid dunya hasanah wa fil akhirati hasanah wa qina azabannar. Rabbana taqabbal minna innaka antas sami'ul alim. wa tub alaina innaka antat tawwabur rahim.</w:t>
      </w:r>
    </w:p>
    <w:p>
      <w:pPr>
        <w:jc w:val="right"/>
      </w:pPr>
      <w:r>
        <w:t>ربنا آتنا فی الدنیا حسنہ وفاخرۃ حسنہ وقنا عذاب النار۔ ربنا تقبل منا انک انت السمیع العلیم وتب علینا انک انت التواب الرحیم۔</w:t>
      </w:r>
    </w:p>
    <w:p>
      <w:r>
        <w:rPr>
          <w:b/>
        </w:rPr>
        <w:t xml:space="preserve">[58:27] </w:t>
      </w:r>
      <w:r>
        <w:t>Wa salla Allahu ta'ala 'ala khayri khalqihi Muhammadin wa aalihi wa as'habihi ajma'een birahmatika ya arhamar rahimin.</w:t>
      </w:r>
    </w:p>
    <w:p>
      <w:pPr>
        <w:jc w:val="right"/>
      </w:pPr>
      <w:r>
        <w:t>وصلی اللہ تعالیٰ علی خیر خلقہ محمد والہ واصحابہ اجمعین برحمتک یا ارحم الراحمین۔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