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Ramadan The Month of Fasting August 29, 2008 Maulana Wahiduddin Khan</w:t>
      </w:r>
    </w:p>
    <w:p>
      <w:r>
        <w:t>https://www.youtube.com/watch?v=DcDEAI5bgAg</w:t>
      </w:r>
    </w:p>
    <w:p>
      <w:r>
        <w:rPr>
          <w:b/>
        </w:rPr>
        <w:t xml:space="preserve">[00:30] </w:t>
      </w:r>
      <w:r>
        <w:t>yafqah qawli.</w:t>
      </w:r>
    </w:p>
    <w:p>
      <w:pPr>
        <w:jc w:val="right"/>
      </w:pPr>
      <w:r>
        <w:t>یفقہ قولی۔</w:t>
      </w:r>
    </w:p>
    <w:p>
      <w:r>
        <w:rPr>
          <w:b/>
        </w:rPr>
        <w:t xml:space="preserve">[00:36] </w:t>
      </w:r>
      <w:r>
        <w:t>aaj ka topic hai:</w:t>
      </w:r>
    </w:p>
    <w:p>
      <w:pPr>
        <w:jc w:val="right"/>
      </w:pPr>
      <w:r>
        <w:t>آج کا ٹاپک ہے:</w:t>
      </w:r>
    </w:p>
    <w:p>
      <w:r>
        <w:rPr>
          <w:b/>
        </w:rPr>
        <w:t xml:space="preserve">[00:41] </w:t>
      </w:r>
      <w:r>
        <w:t>Ramadan the month of fasting, yani roze ka mahina.</w:t>
      </w:r>
    </w:p>
    <w:p>
      <w:pPr>
        <w:jc w:val="right"/>
      </w:pPr>
      <w:r>
        <w:t>رمضان دی منتھ آف فاسٹنگ، یعنی روزے کا مہینہ۔</w:t>
      </w:r>
    </w:p>
    <w:p>
      <w:r>
        <w:rPr>
          <w:b/>
        </w:rPr>
        <w:t xml:space="preserve">[00:54] </w:t>
      </w:r>
      <w:r>
        <w:t>Payambar e Islam Salallahu Alaihi Wasallam ki ek hadith ke mutabiq</w:t>
      </w:r>
    </w:p>
    <w:p>
      <w:pPr>
        <w:jc w:val="right"/>
      </w:pPr>
      <w:r>
        <w:t>پیغمبر اسلام صلی اللہ علیہ وسلم کی ایک حدیث کے مطابق</w:t>
      </w:r>
    </w:p>
    <w:p>
      <w:r>
        <w:rPr>
          <w:b/>
        </w:rPr>
        <w:t xml:space="preserve">[01:01] </w:t>
      </w:r>
      <w:r>
        <w:t>islam ke panch rukn hain, yaani panch pillars hain:</w:t>
      </w:r>
    </w:p>
    <w:p>
      <w:pPr>
        <w:jc w:val="right"/>
      </w:pPr>
      <w:r>
        <w:t>اسلام کے پانچ رکن ہیں، یعنی پانچ پلرز ہیں:</w:t>
      </w:r>
    </w:p>
    <w:p>
      <w:r>
        <w:rPr>
          <w:b/>
        </w:rPr>
        <w:t xml:space="preserve">[01:08] </w:t>
      </w:r>
      <w:r>
        <w:t>imaan, namaz, roza, hajj, aur zakat. is ko kaha jata hai arkan e khamsa.</w:t>
      </w:r>
    </w:p>
    <w:p>
      <w:pPr>
        <w:jc w:val="right"/>
      </w:pPr>
      <w:r>
        <w:t>ایمان، نماز، روزہ، حج، اور زکوٰۃ۔ اس کو کہا جاتا ہے ارکان خمسہ۔</w:t>
      </w:r>
    </w:p>
    <w:p>
      <w:r>
        <w:rPr>
          <w:b/>
        </w:rPr>
        <w:t xml:space="preserve">[01:22] </w:t>
      </w:r>
      <w:r>
        <w:t>in panch arkan mein se ek hai roza.</w:t>
      </w:r>
    </w:p>
    <w:p>
      <w:pPr>
        <w:jc w:val="right"/>
      </w:pPr>
      <w:r>
        <w:t>ان پانچ ارکان میں سے ایک ہے روزہ۔</w:t>
      </w:r>
    </w:p>
    <w:p>
      <w:r>
        <w:rPr>
          <w:b/>
        </w:rPr>
        <w:t xml:space="preserve">[01:29] </w:t>
      </w:r>
      <w:r>
        <w:t>roza poore ek mahine ke liye hota hai, hijri calendar ka nawaan mahina, jis ko ramzan kaha jata hai.</w:t>
      </w:r>
    </w:p>
    <w:p>
      <w:pPr>
        <w:jc w:val="right"/>
      </w:pPr>
      <w:r>
        <w:t>روزہ پورے ایک مہینے کے لیے ہوتا ہے، ہجری کیلنڈر کا نواں مہینہ، جس کو رمضان کہا جاتا ہے۔</w:t>
      </w:r>
    </w:p>
    <w:p>
      <w:r>
        <w:rPr>
          <w:b/>
        </w:rPr>
        <w:t xml:space="preserve">[01:42] </w:t>
      </w:r>
      <w:r>
        <w:t>is mahine mein poore ek mahine ke liye roza rakhna yeh hai islam ke panch arkan mein se ek rukn.</w:t>
      </w:r>
    </w:p>
    <w:p>
      <w:pPr>
        <w:jc w:val="right"/>
      </w:pPr>
      <w:r>
        <w:t>اس مہینے میں پورے ایک مہینے کے لیے روزہ رکھنا یہ ہے اسلام کے پانچ ارکان میں سے ایک رکن۔</w:t>
      </w:r>
    </w:p>
    <w:p>
      <w:r>
        <w:rPr>
          <w:b/>
        </w:rPr>
        <w:t xml:space="preserve">[01:58] </w:t>
      </w:r>
      <w:r>
        <w:t>urdu mein is ko roza kehte hain, angrezi mein fasting kehte hain, arabic mein is ko saum kaha jata hai.</w:t>
      </w:r>
    </w:p>
    <w:p>
      <w:pPr>
        <w:jc w:val="right"/>
      </w:pPr>
      <w:r>
        <w:t>اردو میں اس کو روزہ کہتے ہیں، انگریزی میں فاسٹنگ کہتے ہیں، عربک میں اس کو صوم کہا جاتا ہے۔</w:t>
      </w:r>
    </w:p>
    <w:p>
      <w:r>
        <w:rPr>
          <w:b/>
        </w:rPr>
        <w:t xml:space="preserve">[02:11] </w:t>
      </w:r>
      <w:r>
        <w:t>saum ka matlab hai abstinance, rukna. hadith mein kaha gaya hai ramzan ko shahr e sabr, sabr ka mahina.</w:t>
      </w:r>
    </w:p>
    <w:p>
      <w:pPr>
        <w:jc w:val="right"/>
      </w:pPr>
      <w:r>
        <w:t>صوم کا مطلب ہے ایبسٹیننس، رکنا۔ حدیث میں کہا گیا ہے رمضان کو شہر الصبر، صبر کا مہینہ۔</w:t>
      </w:r>
    </w:p>
    <w:p>
      <w:r>
        <w:rPr>
          <w:b/>
        </w:rPr>
        <w:t xml:space="preserve">[02:27] </w:t>
      </w:r>
      <w:r>
        <w:t>to rukne ka mahina ya sabr karne ka mahina dono ek hi baat hain, yaani patience ka mahina.</w:t>
      </w:r>
    </w:p>
    <w:p>
      <w:pPr>
        <w:jc w:val="right"/>
      </w:pPr>
      <w:r>
        <w:t>تو رکنے کا مہینہ یا صبر کرنے کا مہینہ دونوں ایک ہی بات ہیں، یعنی پیشنس کا مہینہ۔</w:t>
      </w:r>
    </w:p>
    <w:p>
      <w:r>
        <w:rPr>
          <w:b/>
        </w:rPr>
        <w:t xml:space="preserve">[02:39] </w:t>
      </w:r>
      <w:r>
        <w:t>to bazahir roze ke zamane mein yeh hota hai ke din ke waqt, yaani subah sadiq se suraj ke gharub hone tak, khana aur peena chhod diya jata hai.</w:t>
      </w:r>
    </w:p>
    <w:p>
      <w:pPr>
        <w:jc w:val="right"/>
      </w:pPr>
      <w:r>
        <w:t>تو بظاہر روزے کے زمانے میں یہ ہوتا ہے کہ دن کے وقت، یعنی صبح صادق سے سورج کے غروب ہونے تک، کھانا اور پینا چھوڑ دیا جاتا ہے۔</w:t>
      </w:r>
    </w:p>
    <w:p>
      <w:r>
        <w:rPr>
          <w:b/>
        </w:rPr>
        <w:t xml:space="preserve">[02:55] </w:t>
      </w:r>
      <w:r>
        <w:t>yaani khane aur peene se rukna yeh hai roze ki zahiri surat. lekin roza haqeeqat mein har us cheez se rukna hai jis ko Khuda aur Rasool ne mana kiya hai.</w:t>
      </w:r>
    </w:p>
    <w:p>
      <w:pPr>
        <w:jc w:val="right"/>
      </w:pPr>
      <w:r>
        <w:t>یعنی کھانے اور پینے سے رکنا یہ ہے روزہ کی ظاہری صورت۔ لیکن روزہ حقیقت میں ہر اس چیز سے رکنا ہے جس کو خدا اور رسول نے منع کیا ہے۔</w:t>
      </w:r>
    </w:p>
    <w:p>
      <w:r>
        <w:rPr>
          <w:b/>
        </w:rPr>
        <w:t xml:space="preserve">[03:13] </w:t>
      </w:r>
      <w:r>
        <w:t>har us cheez se rukna hai.</w:t>
      </w:r>
    </w:p>
    <w:p>
      <w:pPr>
        <w:jc w:val="right"/>
      </w:pPr>
      <w:r>
        <w:t>ہر اس چیز سے رکنا ہے۔</w:t>
      </w:r>
    </w:p>
    <w:p>
      <w:r>
        <w:rPr>
          <w:b/>
        </w:rPr>
        <w:t xml:space="preserve">[03:16] </w:t>
      </w:r>
      <w:r>
        <w:t>yaani goya ke roza is maqsad ke liye hai ke aadmi apne aap ko Khuda ki mana ki hui cheezon se rokne ka,</w:t>
      </w:r>
    </w:p>
    <w:p>
      <w:pPr>
        <w:jc w:val="right"/>
      </w:pPr>
      <w:r>
        <w:t>یعنی گویا کہ روزہ اس مقصد کے لیے ہے کہ آدمی اپنے آپ کو خدا کی منع کی ہوئی چیزوں سے روکنے کا،</w:t>
      </w:r>
    </w:p>
    <w:p>
      <w:r>
        <w:rPr>
          <w:b/>
        </w:rPr>
        <w:t xml:space="preserve">[03:33] </w:t>
      </w:r>
      <w:r>
        <w:t>rokne ki tarbiyat le. ki</w:t>
      </w:r>
    </w:p>
    <w:p>
      <w:pPr>
        <w:jc w:val="right"/>
      </w:pPr>
      <w:r>
        <w:t>روکنے کی تربیت لے۔ کی</w:t>
      </w:r>
    </w:p>
    <w:p>
      <w:r>
        <w:rPr>
          <w:b/>
        </w:rPr>
        <w:t xml:space="preserve">[03:37] </w:t>
      </w:r>
      <w:r>
        <w:t>kyun ke dekhiye, ek mahina jab barabar aap roza rakhte hain to psychological strategies jo hain, nafsiyat ka jo mutala hai woh batata hai ke barabar 30 din tak agar aap ek kaam ko karein regular tor par to woh aap ke,</w:t>
      </w:r>
    </w:p>
    <w:p>
      <w:pPr>
        <w:jc w:val="right"/>
      </w:pPr>
      <w:r>
        <w:t>ونکہ دیکھیے، ایک مہینہ جب برابر آپ روزہ رکھتے ہیں تو سائیکالوجیکل اسٹریٹیجیز جو ہیں، نفسیات کا جو مطالعہ ہے وہ بتاتا ہے کہ برابر 30 دن تک اگر آپ ایک کام کو کریں ریگولر طور پر تو وہ آپ کے،</w:t>
      </w:r>
    </w:p>
    <w:p>
      <w:r>
        <w:rPr>
          <w:b/>
        </w:rPr>
        <w:t xml:space="preserve">[04:06] </w:t>
      </w:r>
      <w:r>
        <w:t>aap ki habit ban jata hai.</w:t>
      </w:r>
    </w:p>
    <w:p>
      <w:pPr>
        <w:jc w:val="right"/>
      </w:pPr>
      <w:r>
        <w:t>آپ کی ہیبٹ بن جاتا ہے۔</w:t>
      </w:r>
    </w:p>
    <w:p>
      <w:r>
        <w:rPr>
          <w:b/>
        </w:rPr>
        <w:t xml:space="preserve">[04:12] </w:t>
      </w:r>
      <w:r>
        <w:t>yeh hai training, is ka naam hai training. to ek mahine tak jab aap rukte hain, apne aap ko rokate hain khane peene se, galat cheezon se, maslan jhoot bolne se rokate hain,</w:t>
      </w:r>
    </w:p>
    <w:p>
      <w:pPr>
        <w:jc w:val="right"/>
      </w:pPr>
      <w:r>
        <w:t>یہ ہے ٹریننگ، اس کا نام ہے ٹریننگ۔ تو ایک مہینے تک جب آپ رکتے ہیں، اپنے آپ کو روکتے ہیں کھانے پینے سے، غلط چیزوں سے، مثلاً جھوٹ بولنے سے روکتے ہیں،</w:t>
      </w:r>
    </w:p>
    <w:p>
      <w:r>
        <w:rPr>
          <w:b/>
        </w:rPr>
        <w:t xml:space="preserve">[04:26] </w:t>
      </w:r>
      <w:r>
        <w:t>aur dishonesty se rokate hain, aur violence se rokate hain apne aap ko</w:t>
      </w:r>
    </w:p>
    <w:p>
      <w:pPr>
        <w:jc w:val="right"/>
      </w:pPr>
      <w:r>
        <w:t>اور ڈس آنستی سے روکتے ہیں، اور وائلنس سے روکتے ہیں اپنے آپ کو</w:t>
      </w:r>
    </w:p>
    <w:p>
      <w:r>
        <w:rPr>
          <w:b/>
        </w:rPr>
        <w:t xml:space="preserve">[04:35] </w:t>
      </w:r>
      <w:r>
        <w:t>. to yeh sari cheezein jo hain, jo mana hain shariyat mein, jab aap us se rokate hain to aap ke andar ek personality banti hai.</w:t>
      </w:r>
    </w:p>
    <w:p>
      <w:pPr>
        <w:jc w:val="right"/>
      </w:pPr>
      <w:r>
        <w:t>۔ تو یہ ساری چیزیں جو ہیں، جو منع ہیں شریعت میں، جب آپ اس سے روکتے ہیں تو آپ کے اندر ایک پرسنیلٹی بنتی ہے۔</w:t>
      </w:r>
    </w:p>
    <w:p>
      <w:r>
        <w:rPr>
          <w:b/>
        </w:rPr>
        <w:t xml:space="preserve">[04:44] </w:t>
      </w:r>
      <w:r>
        <w:t>ek aisi personality jis mein</w:t>
      </w:r>
    </w:p>
    <w:p>
      <w:pPr>
        <w:jc w:val="right"/>
      </w:pPr>
      <w:r>
        <w:t>ایک ایسی پرسنیلٹی جس میں</w:t>
      </w:r>
    </w:p>
    <w:p>
      <w:r>
        <w:rPr>
          <w:b/>
        </w:rPr>
        <w:t xml:space="preserve">[04:49] </w:t>
      </w:r>
      <w:r>
        <w:t>negative aspect na ho, sirf positive aspect ho. yeh hai roza. to roza darasal tarbiyat ka mahina hai,</w:t>
      </w:r>
    </w:p>
    <w:p>
      <w:pPr>
        <w:jc w:val="right"/>
      </w:pPr>
      <w:r>
        <w:t>نیگیٹیو اسپیکٹ نہ ہو، صرف پازیٹیو اسپیکٹ ہوں۔ یہ ہے روزہ۔ تو روزہ دراصل تربیت کا مہینہ ہے،</w:t>
      </w:r>
    </w:p>
    <w:p>
      <w:r>
        <w:rPr>
          <w:b/>
        </w:rPr>
        <w:t xml:space="preserve">[05:05] </w:t>
      </w:r>
      <w:r>
        <w:t>training ka mahina hai, apne aap ko tayyar karne ka mahina hai.</w:t>
      </w:r>
    </w:p>
    <w:p>
      <w:pPr>
        <w:jc w:val="right"/>
      </w:pPr>
      <w:r>
        <w:t>ٹریننگ کا مہینہ ہے، اپنے آپ کو تیار کرنے کا مہینہ ہے۔</w:t>
      </w:r>
    </w:p>
    <w:p>
      <w:r>
        <w:rPr>
          <w:b/>
        </w:rPr>
        <w:t xml:space="preserve">[05:14] </w:t>
      </w:r>
      <w:r>
        <w:t>dekhiye, roze se pehle jo mahina hai shaban ka mahina hai. hadith mein aata hai ke jab shaban ka mahina aata tha to Rasool Allah roza rakhna shuru kar dete the.</w:t>
      </w:r>
    </w:p>
    <w:p>
      <w:pPr>
        <w:jc w:val="right"/>
      </w:pPr>
      <w:r>
        <w:t>دیکھیے، روزے سے پہلے جو مہینہ ہے شعبان کا مہینہ ہے۔ حدیث میں آتا ہے کہ جب شعبان کا مہینہ آتا تھا تو رسول اللہ روزہ رکھنا شروع کر دیتے تھے۔</w:t>
      </w:r>
    </w:p>
    <w:p>
      <w:r>
        <w:rPr>
          <w:b/>
        </w:rPr>
        <w:t xml:space="preserve">[05:30] </w:t>
      </w:r>
      <w:r>
        <w:t>yaani sara mahina nahi, shaban ke mahine mein aap kuch roze rakhte the, ramzan se pehle. yeh kya tha?</w:t>
      </w:r>
    </w:p>
    <w:p>
      <w:pPr>
        <w:jc w:val="right"/>
      </w:pPr>
      <w:r>
        <w:t>یعنی سارا مہینہ نہیں، شعبان کے مہینے میں آپ کچھ روزے رکھتے تھے، رمضان سے پہلے۔ یہ کیا تھا؟</w:t>
      </w:r>
    </w:p>
    <w:p>
      <w:r>
        <w:rPr>
          <w:b/>
        </w:rPr>
        <w:t xml:space="preserve">[05:39] </w:t>
      </w:r>
      <w:r>
        <w:t>yeh thi tayyari. yaani ramzan se pehle ramzan ki tayyari, roze ke mahine aane se pehle roze wali baaton ki tayyari.</w:t>
      </w:r>
    </w:p>
    <w:p>
      <w:pPr>
        <w:jc w:val="right"/>
      </w:pPr>
      <w:r>
        <w:t>یہ تھی تیاری۔ یعنی رمضان سے پہلے رمضان کی تیاری، روزے کے مہینہ آنے سے پہلے روزے والی باتوں کی تیاری۔</w:t>
      </w:r>
    </w:p>
    <w:p>
      <w:r>
        <w:rPr>
          <w:b/>
        </w:rPr>
        <w:t xml:space="preserve">[05:52] </w:t>
      </w:r>
      <w:r>
        <w:t>yeh tha Rasool Allah ka tareeqa</w:t>
      </w:r>
    </w:p>
    <w:p>
      <w:pPr>
        <w:jc w:val="right"/>
      </w:pPr>
      <w:r>
        <w:t>یہ تھا رسول اللہ کا طریقہ</w:t>
      </w:r>
    </w:p>
    <w:p>
      <w:r>
        <w:rPr>
          <w:b/>
        </w:rPr>
        <w:t xml:space="preserve">[05:55] </w:t>
      </w:r>
      <w:r>
        <w:t>keh ramzan ka mahina jab aanay wala ho to pehlay hi say aap apnay ko tayyar karna shuru kar dein. phir dekhiye, ramzan ka mahina jo hai,</w:t>
      </w:r>
    </w:p>
    <w:p>
      <w:pPr>
        <w:jc w:val="right"/>
      </w:pPr>
      <w:r>
        <w:t>کہ رمضان کا مہینہ جب آنے والا ہو تو پہلے ہی سے آپ اپنے کو تیار کرنا شروع کر دیں۔ پھر دیکھیے، رمضان کا مہینہ جو ہے،</w:t>
      </w:r>
    </w:p>
    <w:p>
      <w:r>
        <w:rPr>
          <w:b/>
        </w:rPr>
        <w:t xml:space="preserve">[06:10] </w:t>
      </w:r>
      <w:r>
        <w:t>rozay ka mahina jo hai, is ka aaghaz hota hai naya chand dekhnay say.</w:t>
      </w:r>
    </w:p>
    <w:p>
      <w:pPr>
        <w:jc w:val="right"/>
      </w:pPr>
      <w:r>
        <w:t>روزے کا مہینہ جو ہے، اس کا آغاز ہوتا ہے نیا چاند دیکھنے سے۔</w:t>
      </w:r>
    </w:p>
    <w:p>
      <w:r>
        <w:rPr>
          <w:b/>
        </w:rPr>
        <w:t xml:space="preserve">[06:17] </w:t>
      </w:r>
      <w:r>
        <w:t>yani shaban ki aakhri tareekh ko log aasman par dekhtay hain, kiya naya chand ho gaya?</w:t>
      </w:r>
    </w:p>
    <w:p>
      <w:pPr>
        <w:jc w:val="right"/>
      </w:pPr>
      <w:r>
        <w:t>یعنی شعبان کی آخری تاریخ کو لوگ آسمان پر دیکھتے ہیں، کیا نیا چاند ہو گیا؟</w:t>
      </w:r>
    </w:p>
    <w:p>
      <w:r>
        <w:rPr>
          <w:b/>
        </w:rPr>
        <w:t xml:space="preserve">[06:25] </w:t>
      </w:r>
      <w:r>
        <w:t>yani ramzan ka chand ho gaya. to aap jantay hain keh yeh jo, jo, jo qamri calendar hai, yani lunar calendar, jis mein chand par base kartay huay tareekhein banai gayi hain,</w:t>
      </w:r>
    </w:p>
    <w:p>
      <w:pPr>
        <w:jc w:val="right"/>
      </w:pPr>
      <w:r>
        <w:t>یعنی رمضان کا چاند ہو گیا۔ تو آپ جانتے ہیں کہ یہ جو، جو، جو کمری کیلنڈر ہے، یعنی لولر کیلنڈر، جس میں چاند پر بیس کرتے ہوئے تاریخیں بنائی گئی ہیں،</w:t>
      </w:r>
    </w:p>
    <w:p>
      <w:r>
        <w:rPr>
          <w:b/>
        </w:rPr>
        <w:t xml:space="preserve">[06:43] </w:t>
      </w:r>
      <w:r>
        <w:t>to is mein har har mahina chand naye chand say, new moon say shuru hota hai. har mahina, yani 12 kay 12 mahinay new moon say shuru hotay hain.</w:t>
      </w:r>
    </w:p>
    <w:p>
      <w:pPr>
        <w:jc w:val="right"/>
      </w:pPr>
      <w:r>
        <w:t>تو اس میں ہر ہر مہینہ چاند نئے چاند سے، نیو بون سے شروع ہوتا ہے۔ ہر مہینہ، یعنی 12 کے 12 مہینے نیو بون سے شروع ہوتے ہیں۔</w:t>
      </w:r>
    </w:p>
    <w:p>
      <w:r>
        <w:rPr>
          <w:b/>
        </w:rPr>
        <w:t xml:space="preserve">[06:57] </w:t>
      </w:r>
      <w:r>
        <w:t>to jab pehla, yani pehli shaam aati hai, jab keh umeed hoti hai keh ramzan ka chand hoga, to log gharon say bahir aa kar ke aasman par dekhtay hain.</w:t>
      </w:r>
    </w:p>
    <w:p>
      <w:pPr>
        <w:jc w:val="right"/>
      </w:pPr>
      <w:r>
        <w:t>تو جب پہلا، یعنی پہلی شام آتی ہے، جب کہ امید ہوتی ہے کہ رمضان کا چاند ہوگا، تو لوگ گھروں سے باہر آ کر کے آسمان پر دیکھتے ہیں۔</w:t>
      </w:r>
    </w:p>
    <w:p>
      <w:r>
        <w:rPr>
          <w:b/>
        </w:rPr>
        <w:t xml:space="preserve">[07:15] </w:t>
      </w:r>
      <w:r>
        <w:t>to is mamlay mein aik baat yeh hai keh calendar kay zariye tareekh maloom kar li jaye ya aasman par dekh kar ke chand ka hona maloom kiya jaye.</w:t>
      </w:r>
    </w:p>
    <w:p>
      <w:pPr>
        <w:jc w:val="right"/>
      </w:pPr>
      <w:r>
        <w:t>تو اس معاملے میں ایک بات یہ ہے کہ کیلنڈر کے ذریعے تاریخ معلوم کر لی جائے یا آسمان پر دیکھ کر کے چاند کا ہونا معلوم کیا جائے۔</w:t>
      </w:r>
    </w:p>
    <w:p>
      <w:r>
        <w:rPr>
          <w:b/>
        </w:rPr>
        <w:t xml:space="preserve">[07:28] </w:t>
      </w:r>
      <w:r>
        <w:t>to yahan tak mein samajhta hoon dono hi sahi hain. yani agar calendar dekh kar aap ramzan kay mahinay ki pehli tareekh janain, is say roza rakhein, yeh bhi sahi hai.</w:t>
      </w:r>
    </w:p>
    <w:p>
      <w:pPr>
        <w:jc w:val="right"/>
      </w:pPr>
      <w:r>
        <w:t>تو یہاں تک میں سمجھتا ہوں دونوں ہی صحیح ہیں۔ یعنی اگر کیلنڈر دیکھ کر آپ رمضان کے مہینے کی پہلی تاریخ جانیں، اس سے روزہ رکھیں، یہ بھی صحیح ہے۔</w:t>
      </w:r>
    </w:p>
    <w:p>
      <w:r>
        <w:rPr>
          <w:b/>
        </w:rPr>
        <w:t xml:space="preserve">[07:42] </w:t>
      </w:r>
      <w:r>
        <w:t>aur</w:t>
      </w:r>
    </w:p>
    <w:p>
      <w:pPr>
        <w:jc w:val="right"/>
      </w:pPr>
      <w:r>
        <w:t>اور</w:t>
      </w:r>
    </w:p>
    <w:p>
      <w:r>
        <w:rPr>
          <w:b/>
        </w:rPr>
        <w:t xml:space="preserve">[07:43] </w:t>
      </w:r>
      <w:r>
        <w:t>agar aap aisa karein keh aasman pe dekhein aur naya chand jab aa jaye tab aap roza rakhna shuru karein, woh bhi sahi hai.</w:t>
      </w:r>
    </w:p>
    <w:p>
      <w:pPr>
        <w:jc w:val="right"/>
      </w:pPr>
      <w:r>
        <w:t>اگر آپ ایسا کریں کہ آسمان پہ دیکھیں اور نیا چاند جب آ جائے تب آپ روزہ رکھنا شروع کریں، وہ بھی صحیح ہے۔</w:t>
      </w:r>
    </w:p>
    <w:p>
      <w:r>
        <w:rPr>
          <w:b/>
        </w:rPr>
        <w:t xml:space="preserve">[07:52] </w:t>
      </w:r>
      <w:r>
        <w:t>albatta aankh say jab chand dekha jata hai is mein aik aur faida hai. woh yeh hai keh goya keh shaban ki aakhri shaam jo hai, aakhri din jo hai, us ki shami say rozay ki halchal shuru ho jati hai.</w:t>
      </w:r>
    </w:p>
    <w:p>
      <w:pPr>
        <w:jc w:val="right"/>
      </w:pPr>
      <w:r>
        <w:t>البتہ آنکھ سے جب چاند دیکھا جاتا ہے اس میں ایک اور فائدہ ہے۔ وہ یہ ہے کہ گویا کہ شعبان کی آخری شام جو ہے، آخری دن جو ہے، اس کی شامی سے روزے کی ہلچل شروع ہو جاتی ہے۔</w:t>
      </w:r>
    </w:p>
    <w:p>
      <w:r>
        <w:rPr>
          <w:b/>
        </w:rPr>
        <w:t xml:space="preserve">[08:12] </w:t>
      </w:r>
      <w:r>
        <w:t>halchal yani log sochtay hain keh maghrib ki namaz parhi, us kay baad sochtay hain keh chalo bhai chand dekhein, chand ho gaya keh nahi ho gaya, pata karein.</w:t>
      </w:r>
    </w:p>
    <w:p>
      <w:pPr>
        <w:jc w:val="right"/>
      </w:pPr>
      <w:r>
        <w:t>ہلچل یعنی لوگ سوچتے ہیں کہ مغرب کی نماز پڑھی، اس کے بعد سوچتے ہیں کہ چلو بھئی چاند دیکھیں، چاند ہو گیا کہ نہیں ہو گیا، پتہ کریں۔</w:t>
      </w:r>
    </w:p>
    <w:p>
      <w:r>
        <w:rPr>
          <w:b/>
        </w:rPr>
        <w:t xml:space="preserve">[08:22] </w:t>
      </w:r>
      <w:r>
        <w:t>to is ka charchah hota hai, is ki halchal hoti hai, log dekh rahay hain aasman mein. acha, jab chand dikhai dega to phir aik aik hosla paida hoga, aik inspiration milega.</w:t>
      </w:r>
    </w:p>
    <w:p>
      <w:pPr>
        <w:jc w:val="right"/>
      </w:pPr>
      <w:r>
        <w:t>تو اس کا چرچہ ہوتا ہے، اس کی ہلچل ہوتی ہے، لوگ دیکھ رہے ہیں آسمان میں۔ اچھا، جب چاند دکھائی دے گا تو پھر ایک ایک حوصلہ پیدا ہوگا، ایک انسپیریشن ملے گا۔</w:t>
      </w:r>
    </w:p>
    <w:p>
      <w:r>
        <w:rPr>
          <w:b/>
        </w:rPr>
        <w:t xml:space="preserve">[08:35] </w:t>
      </w:r>
      <w:r>
        <w:t>jaisa keh rasool Allah sal Allah alayhi wasallam nay jab chand ko dekha to aap nay farmaya: "Allah alayna bil amn wal aman wa salamat wa salam".</w:t>
      </w:r>
    </w:p>
    <w:p>
      <w:pPr>
        <w:jc w:val="right"/>
      </w:pPr>
      <w:r>
        <w:t>جیسا کہ رسول اللہ صلی اللہ علیہ وسلم نے جب چاند کو دیکھا تو آپ نے فرمایا: "اللہ علینا بالامن والامان وسلامت والسلام"۔</w:t>
      </w:r>
    </w:p>
    <w:p>
      <w:r>
        <w:rPr>
          <w:b/>
        </w:rPr>
        <w:t xml:space="preserve">[08:46] </w:t>
      </w:r>
      <w:r>
        <w:t>yeh aik naya waqia jab ho to aadmi kay andar say zikr nikalti hai, dua niklta hai. aik fitri baat hai, jab bhi koi naya waqia hota hai to aap kuch zikr ka kalma boltay hain, kuch dua kartay hain.</w:t>
      </w:r>
    </w:p>
    <w:p>
      <w:pPr>
        <w:jc w:val="right"/>
      </w:pPr>
      <w:r>
        <w:t>یہ ایک نیا واقعہ جب ہو تو آدمی کے اندر سے ذکر نکلتی ہے، دعا نکلتا ہے۔ ایک فطری بات ہے، جب بھی کوئی نیا واقعہ ہوتا ہے تو آپ کچھ ذکر کا کلمہ بولتے ہیں، کچھ دعا کرتے ہیں۔</w:t>
      </w:r>
    </w:p>
    <w:p>
      <w:r>
        <w:rPr>
          <w:b/>
        </w:rPr>
        <w:t xml:space="preserve">[09:02] </w:t>
      </w:r>
      <w:r>
        <w:t>to rasool Allah sal Allah alayhi wasallam nay jab dekha ramzan kay mahinay ka pehla chand to aap nay farmaya keh: "Aye Allah!</w:t>
      </w:r>
    </w:p>
    <w:p>
      <w:pPr>
        <w:jc w:val="right"/>
      </w:pPr>
      <w:r>
        <w:t>تو رسول اللہ صلی اللہ علیہ وسلم نے جب دیکھا رمضان کے مہینے کا پہلا چاند تو آپ نے فرمایا کہ: "اے اللہ!</w:t>
      </w:r>
    </w:p>
    <w:p>
      <w:r>
        <w:rPr>
          <w:b/>
        </w:rPr>
        <w:t xml:space="preserve">[09:12] </w:t>
      </w:r>
      <w:r>
        <w:t>yeh chand hamaray liye aman aur salamat ka mahina ho. yeh chand jo nikla hai ramzan kay shuru mein to yeh hamaray mahinay ko aman aur salamat ka mahina bana de,</w:t>
      </w:r>
    </w:p>
    <w:p>
      <w:pPr>
        <w:jc w:val="right"/>
      </w:pPr>
      <w:r>
        <w:t>یہ چاند ہمارے لیے امن اور سلامتی کا مہینہ ہو۔ یہ چاند جو نکلا ہے رمضان کے شروع میں تو یہ ہمارے مہینے کو امن اور سلامتی کا مہینہ بنا دے،</w:t>
      </w:r>
    </w:p>
    <w:p>
      <w:r>
        <w:rPr>
          <w:b/>
        </w:rPr>
        <w:t xml:space="preserve">[09:29] </w:t>
      </w:r>
      <w:r>
        <w:t>islam ka mahina bana de". to</w:t>
      </w:r>
    </w:p>
    <w:p>
      <w:pPr>
        <w:jc w:val="right"/>
      </w:pPr>
      <w:r>
        <w:t>اسلام کا مہینہ بنا دے"۔ تو</w:t>
      </w:r>
    </w:p>
    <w:p>
      <w:r>
        <w:rPr>
          <w:b/>
        </w:rPr>
        <w:t xml:space="preserve">[09:32] </w:t>
      </w:r>
      <w:r>
        <w:t>yeh aik dua jo hai, agar aap kamray mein baithe rahein, sirf calendar dekh kar ke aglay din roza shuru karein to yeh yeh sara mahol nahi banta jis mein aap duaein karein, jis mein halchal paida ho.</w:t>
      </w:r>
    </w:p>
    <w:p>
      <w:pPr>
        <w:jc w:val="right"/>
      </w:pPr>
      <w:r>
        <w:t>یہ ایک دعا جو ہے، اگر آپ کمرے میں بیٹھے رہیں، صرف کیلنڈر دیکھ کر کے اگلے دن روزہ شروع کریں تو یہ یہ سارا ماحول نہیں بنتا جس میں آپ دعائیں کریں، جس میں ہلچل پیدا ہو۔</w:t>
      </w:r>
    </w:p>
    <w:p>
      <w:r>
        <w:rPr>
          <w:b/>
        </w:rPr>
        <w:t xml:space="preserve">[09:48] </w:t>
      </w:r>
      <w:r>
        <w:t>to mein samajhta hoon keh calendar kay zariye roza rakhna ya eid karna sahi hai, lekin chand dekh kar dekhnay mein, chand dekh kar karnay mein aik mazeed faida hasil hota hai.</w:t>
      </w:r>
    </w:p>
    <w:p>
      <w:pPr>
        <w:jc w:val="right"/>
      </w:pPr>
      <w:r>
        <w:t>تو میں سمجھتا ہوں کہ کیلنڈر کے ذریعے روزہ رکھنا یا عید کرنا صحیح ہے، لیکن چاند دیکھ کر دکھنے میں، چاند دیکھ کر کرنے میں ایک مزید فائدہ حاصل ہوتا ہے۔</w:t>
      </w:r>
    </w:p>
    <w:p>
      <w:r>
        <w:rPr>
          <w:b/>
        </w:rPr>
        <w:t xml:space="preserve">[10:05] </w:t>
      </w:r>
      <w:r>
        <w:t>dekhiye, quran mein surah baqarah mein rozay kay ahkam aaye hain, wahan farmaya keh: "Shahr Ramadan alladhi unzilal fihil Quran lilnnasi min al huda wal Furqan min shahid minkum al shahid".</w:t>
      </w:r>
    </w:p>
    <w:p>
      <w:pPr>
        <w:jc w:val="right"/>
      </w:pPr>
      <w:r>
        <w:t>دیکھیے، قرآن میں سورہ بقرہ میں روزے کے احکام آئے ہیں، وہاں فرمایا کہ: "شہر رمضان الذی انزل فی القرآن للناس من الہدی والفرقان من الشہد منکم الشہد"۔</w:t>
      </w:r>
    </w:p>
    <w:p>
      <w:r>
        <w:rPr>
          <w:b/>
        </w:rPr>
        <w:t xml:space="preserve">[10:21] </w:t>
      </w:r>
      <w:r>
        <w:t>yani ramzan ka mahina jo hai, isi mein quran utra tha rasool Allah sal Allah alayhi was</w:t>
      </w:r>
    </w:p>
    <w:p>
      <w:pPr>
        <w:jc w:val="right"/>
      </w:pPr>
      <w:r>
        <w:t>یعنی رمضان کا مہینہ جو ہے، اسی میں قرآن اترا تھا رسول اللہ صلی اللہ علیہ وس</w:t>
      </w:r>
    </w:p>
    <w:p>
      <w:r>
        <w:rPr>
          <w:b/>
        </w:rPr>
        <w:t xml:space="preserve">[10:26] </w:t>
      </w:r>
      <w:r>
        <w:t>allam par, utra hua nahi, utarna shuru hua tha. ramzan kay mahinay mein quran utarna shuru hua to isi mahinay ko Allah taala nay rozay ka mahina bana diya.</w:t>
      </w:r>
    </w:p>
    <w:p>
      <w:pPr>
        <w:jc w:val="right"/>
      </w:pPr>
      <w:r>
        <w:t>لم پر، اترا ہوا نہیں، اترنا شروع ہوا تھا۔ رمضان کے مہینے میں قرآن اترنا شروع ہوا تو اسی مہینے کو اللہ تعالی نے روزے کا مہینہ بنا دیا۔</w:t>
      </w:r>
    </w:p>
    <w:p>
      <w:r>
        <w:rPr>
          <w:b/>
        </w:rPr>
        <w:t xml:space="preserve">[10:39] </w:t>
      </w:r>
      <w:r>
        <w:t>kyun? is liye keh Allah taala ko maqsood tha keh aik mahinay mein khaas tor par quran ko parha jaye. to sab say acha yeh hai keh jo duaein roza rakhna hai, woh duaein log quran ko parhein.</w:t>
      </w:r>
    </w:p>
    <w:p>
      <w:pPr>
        <w:jc w:val="right"/>
      </w:pPr>
      <w:r>
        <w:t>کیوں؟ اس لیے کہ اللہ تعالی کو مقصود تھا کہ ایک مہینے میں خاص طور پر قرآن کو پڑھا جائے۔ تو سب سے اچھا یہ ہے کہ جو دعائیں روزہ رکھنا ہے، وہ دعائیں لوگ قرآن کو پڑھیں۔</w:t>
      </w:r>
    </w:p>
    <w:p>
      <w:r>
        <w:rPr>
          <w:b/>
        </w:rPr>
        <w:t xml:space="preserve">[10:52] </w:t>
      </w:r>
      <w:r>
        <w:t>chunan che ramzan mein khaas ehtamam kiya jata hai rozay</w:t>
      </w:r>
    </w:p>
    <w:p>
      <w:pPr>
        <w:jc w:val="right"/>
      </w:pPr>
      <w:r>
        <w:t>چنانچہ رمضان میں خاص اہتمام کیا جاتا ہے روزے</w:t>
      </w:r>
    </w:p>
    <w:p>
      <w:r>
        <w:rPr>
          <w:b/>
        </w:rPr>
        <w:t xml:space="preserve">[10:57] </w:t>
      </w:r>
      <w:r>
        <w:t>poore ramzan mein keh quran ko parhte hain log, quran ki tilawat karte hain log, aur taraweeh parhi jati hai.</w:t>
      </w:r>
    </w:p>
    <w:p>
      <w:pPr>
        <w:jc w:val="right"/>
      </w:pPr>
      <w:r>
        <w:t>پورے رمضان میں کہ قرآن کو پڑھتے ہیں لوگ، قرآن کی تلاوت کرتے ہیں لوگ، اور تراویح پڑھی جاتی ہے۔</w:t>
      </w:r>
    </w:p>
    <w:p>
      <w:r>
        <w:rPr>
          <w:b/>
        </w:rPr>
        <w:t xml:space="preserve">[11:07] </w:t>
      </w:r>
      <w:r>
        <w:t>to mukhtalif tareeqay se quran ka khaas taur par ehtimam kiya jata hai. to yeh is ehtimam ka matlab yeh nahi keh sirf tilawat lafzi taur par dohrana nahi, is ka tadabbur, quran par ghor o fikr, quran se naseehat lena, yeh sab baatein hain.</w:t>
      </w:r>
    </w:p>
    <w:p>
      <w:pPr>
        <w:jc w:val="right"/>
      </w:pPr>
      <w:r>
        <w:t>تو مختلف طریقے سے قرآن کا خاص طور پر اہتمام کیا جاتا ہے۔ تو یہ اس اہتمام کا معنی یہ نہیں کہ صرف تلاوت لفظی طور پر دہرانا نہیں، اس کا تدبر، قرآن پر غور و فکر، قرآن سے نصیحت لینا، یہ سب باتیں ہیں۔</w:t>
      </w:r>
    </w:p>
    <w:p>
      <w:r>
        <w:rPr>
          <w:b/>
        </w:rPr>
        <w:t xml:space="preserve">[11:24] </w:t>
      </w:r>
      <w:r>
        <w:t>to ramzan ka pehla faida yeh hona chahiye keh log ziyada se ziyada quran ko parhein, ziyada se ziyada quran par ghor karein, namazon ke andar, namazon ke bahar, aur ziyada se ziyada quran se ziyada se ziyada naseehat lein.</w:t>
      </w:r>
    </w:p>
    <w:p>
      <w:pPr>
        <w:jc w:val="right"/>
      </w:pPr>
      <w:r>
        <w:t>تو رمضان کا پہلا فائدہ یہ ہونا چاہیے کہ لوگ زیادہ سے زیادہ قرآن کو پڑھیں، زیادہ سے زیادہ قرآن پر غور کریں، نمازوں کے اندر، نمازوں کے باہر، اور زیادہ سے زیادہ قرآن سے زیادہ سے زیادہ نصیحت لیں۔</w:t>
      </w:r>
    </w:p>
    <w:p>
      <w:r>
        <w:rPr>
          <w:b/>
        </w:rPr>
        <w:t xml:space="preserve">[11:45] </w:t>
      </w:r>
      <w:r>
        <w:t>yeh hai ramzan ke mahine mein khaas amal.</w:t>
      </w:r>
    </w:p>
    <w:p>
      <w:pPr>
        <w:jc w:val="right"/>
      </w:pPr>
      <w:r>
        <w:t>یہ ہے رمضان کے مہینے میں خاص عمل۔</w:t>
      </w:r>
    </w:p>
    <w:p>
      <w:r>
        <w:rPr>
          <w:b/>
        </w:rPr>
        <w:t xml:space="preserve">[11:53] </w:t>
      </w:r>
      <w:r>
        <w:t>phir aap ne din bhar roza rakha to is se pehle sehri ki aati hai. sehri ke bare mein yeh hai keh jis ko hum kehte hain subah sadiq, yaani morning to light,</w:t>
      </w:r>
    </w:p>
    <w:p>
      <w:pPr>
        <w:jc w:val="right"/>
      </w:pPr>
      <w:r>
        <w:t>پھر آپ نے دن بھر روزہ رکھا تو اس سے پہلے سحری کی آتی ہے۔ سحری کے بارے میں یہ ہے کہ جس کو ہم کہتے ہیں صبح صادق، یعنی مارننگ ٹو لائٹ،</w:t>
      </w:r>
    </w:p>
    <w:p>
      <w:r>
        <w:rPr>
          <w:b/>
        </w:rPr>
        <w:t xml:space="preserve">[12:08] </w:t>
      </w:r>
      <w:r>
        <w:t>to subah sadiq se pehle pehle khana khatam kar diya jaye kyunkeh subah sadiq se roza</w:t>
      </w:r>
    </w:p>
    <w:p>
      <w:pPr>
        <w:jc w:val="right"/>
      </w:pPr>
      <w:r>
        <w:t>تو صبح صادق سے پہلے پہلے کھانا ختم کر دیا جائے کیونکہ صبح صادق سے روزہ</w:t>
      </w:r>
    </w:p>
    <w:p>
      <w:r>
        <w:rPr>
          <w:b/>
        </w:rPr>
        <w:t xml:space="preserve">[12:16] </w:t>
      </w:r>
      <w:r>
        <w:t>shuru ho jata hai. dekhein, sehri ke bare mein hadith mein aata hai keh keh sehri aap kha rahe hain aur azan ho gayi, elaan ho gaya keh subah sadiq ho gayi.</w:t>
      </w:r>
    </w:p>
    <w:p>
      <w:pPr>
        <w:jc w:val="right"/>
      </w:pPr>
      <w:r>
        <w:t>شروع ہو جاتا ہے۔ دیکھیں، سحری کے بارے میں حدیث میں آتا ہے کہ کہ سحری آپ کھا رہے ہیں اور اذان ہو گئی، اعلان ہو گیا کہ صبح صادق ہو گئی۔</w:t>
      </w:r>
    </w:p>
    <w:p>
      <w:r>
        <w:rPr>
          <w:b/>
        </w:rPr>
        <w:t xml:space="preserve">[12:30] </w:t>
      </w:r>
      <w:r>
        <w:t>to us waqt agar aap abhi khana khatam nahi kar chuke hain, matlab aap pani ka glass liye hue hain aur azan ki awaz aane lagi to pani pee lijiye.</w:t>
      </w:r>
    </w:p>
    <w:p>
      <w:pPr>
        <w:jc w:val="right"/>
      </w:pPr>
      <w:r>
        <w:t>تو اس وقت اگر آپ ابھی کھانا ختم نہیں کر چکے ہیں، مطلب آپ پانی کا گلاس لیے ہوئے ہیں اور اذان کی آواز آنے لگی تو پانی پی لیجئے۔</w:t>
      </w:r>
    </w:p>
    <w:p>
      <w:r>
        <w:rPr>
          <w:b/>
        </w:rPr>
        <w:t xml:space="preserve">[12:44] </w:t>
      </w:r>
      <w:r>
        <w:t>is ka matlab hai keh islam mein jo ibadatein hain, is mein bilkul technical qism ki had bandi nahi hai keh bilkul paanch baj kar saat minute hua to bas khatam.</w:t>
      </w:r>
    </w:p>
    <w:p>
      <w:pPr>
        <w:jc w:val="right"/>
      </w:pPr>
      <w:r>
        <w:t>اس کا معنی ہے کہ اسلام میں جو عبادتیں ہیں، اس میں بالکل ٹیکنیکل قسم کی حد بندی نہیں ہے کہ بالکل پانچ بج کر سات منٹ ہوا تو بس ختم۔</w:t>
      </w:r>
    </w:p>
    <w:p>
      <w:r>
        <w:rPr>
          <w:b/>
        </w:rPr>
        <w:t xml:space="preserve">[12:56] </w:t>
      </w:r>
      <w:r>
        <w:t>islam mein koi ibadat technical type ki ibadat nahi hai. aam taur par aap ko yahi lehaaz karna hai keh subah sadiq ho to aap ka khana khatam ho jaye.</w:t>
      </w:r>
    </w:p>
    <w:p>
      <w:pPr>
        <w:jc w:val="right"/>
      </w:pPr>
      <w:r>
        <w:t>اسلام میں کوئی عبادت ٹیکنیکل ٹائپ کی عبادت نہیں ہے۔ عام طور پر آپ کو یہی لحاظ کرنا ہے کہ صبح صادق ہو تو آپ کا کھانا ختم ہو جائے۔</w:t>
      </w:r>
    </w:p>
    <w:p>
      <w:r>
        <w:rPr>
          <w:b/>
        </w:rPr>
        <w:t xml:space="preserve">[13:08] </w:t>
      </w:r>
      <w:r>
        <w:t>lekin agar kabhi aisa ho keh aap der mein uthe, khana shuru kiya to abhi khatam nahi hua tha, azan ho gayi to is ko aap poora kar lijiye kyunkeh ibadat jo hai, koi technical fe'l nahi hai,</w:t>
      </w:r>
    </w:p>
    <w:p>
      <w:pPr>
        <w:jc w:val="right"/>
      </w:pPr>
      <w:r>
        <w:t>لیکن اگر کبھی ایسا ہو کہ آپ دیر میں اٹھے، کھانا شروع کیا تو ابھی ختم نہیں ہوا تھا، اذان ہو گئی تو اس کو آپ پورا کر لیجئے کیونکہ عبادت جو ہے، کوئی ٹیکنیکل فعل نہیں ہے،</w:t>
      </w:r>
    </w:p>
    <w:p>
      <w:r>
        <w:rPr>
          <w:b/>
        </w:rPr>
        <w:t xml:space="preserve">[13:23] </w:t>
      </w:r>
      <w:r>
        <w:t>aik aik spiritual fe'l hai, spirit se bhara hua fe'l hai.</w:t>
      </w:r>
    </w:p>
    <w:p>
      <w:pPr>
        <w:jc w:val="right"/>
      </w:pPr>
      <w:r>
        <w:t>ایک ایک سپریچول فعل ہے، اسپرٹ سے بھرا ہوا فعل ہے۔</w:t>
      </w:r>
    </w:p>
    <w:p>
      <w:r>
        <w:rPr>
          <w:b/>
        </w:rPr>
        <w:t xml:space="preserve">[13:29] </w:t>
      </w:r>
      <w:r>
        <w:t>to is ke baad</w:t>
      </w:r>
    </w:p>
    <w:p>
      <w:pPr>
        <w:jc w:val="right"/>
      </w:pPr>
      <w:r>
        <w:t>تو اس کے بعد</w:t>
      </w:r>
    </w:p>
    <w:p>
      <w:r>
        <w:rPr>
          <w:b/>
        </w:rPr>
        <w:t xml:space="preserve">[13:35] </w:t>
      </w:r>
      <w:r>
        <w:t>kya hota hai keh fajar ki namaz parhi jati hai. fajar ki namaz mein</w:t>
      </w:r>
    </w:p>
    <w:p>
      <w:pPr>
        <w:jc w:val="right"/>
      </w:pPr>
      <w:r>
        <w:t>کیا ہوتا ہے کہ فجر کی نماز پڑھی جاتی ہے۔ فجر کی نماز میں</w:t>
      </w:r>
    </w:p>
    <w:p>
      <w:r>
        <w:rPr>
          <w:b/>
        </w:rPr>
        <w:t xml:space="preserve">[13:43] </w:t>
      </w:r>
      <w:r>
        <w:t>lambi qirat hoti hai. lambi qirat ka matlab kya hai? lambi qirat matlab hai keh subah ka waqt bohat hi acha waqt hota hai, bohat hi ziyada fresh hota hai.</w:t>
      </w:r>
    </w:p>
    <w:p>
      <w:pPr>
        <w:jc w:val="right"/>
      </w:pPr>
      <w:r>
        <w:t>لبی قرأت ہوتی ہے۔ لبی قرأت کا مطلب کیا ہے؟ لبی قرأت مطلب ہے کہ صبح کا وقت بہت ہی اچھا وقت ہوتا ہے، بہت ہی زیادہ فریش ہوتا ہے۔</w:t>
      </w:r>
    </w:p>
    <w:p>
      <w:r>
        <w:rPr>
          <w:b/>
        </w:rPr>
        <w:t xml:space="preserve">[13:55] </w:t>
      </w:r>
      <w:r>
        <w:t>aadmi jab so kar uthta hai to</w:t>
      </w:r>
    </w:p>
    <w:p>
      <w:pPr>
        <w:jc w:val="right"/>
      </w:pPr>
      <w:r>
        <w:t>آدمی جب سو کر اٹھتا ہے تو</w:t>
      </w:r>
    </w:p>
    <w:p>
      <w:r>
        <w:rPr>
          <w:b/>
        </w:rPr>
        <w:t xml:space="preserve">[13:58] </w:t>
      </w:r>
      <w:r>
        <w:t>to us waqt jab keh aap fresh hote hain, us waqt lambi qirat sunein quran majeed ki aur ziyada se ziyada ghor karein is par.</w:t>
      </w:r>
    </w:p>
    <w:p>
      <w:pPr>
        <w:jc w:val="right"/>
      </w:pPr>
      <w:r>
        <w:t>تو اس وقت جب کہ آپ فریش ہوتے ہیں، اس وقت لبی قرأت سنیں قرآن مجید کی اور زیادہ سے زیادہ غور کریں اس پر۔</w:t>
      </w:r>
    </w:p>
    <w:p>
      <w:r>
        <w:rPr>
          <w:b/>
        </w:rPr>
        <w:t xml:space="preserve">[14:07] </w:t>
      </w:r>
      <w:r>
        <w:t>sunein to ghor karein. jab imam parh raha hota hai quran to is ka matlab nahi keh aap khali bas khade hue hain.</w:t>
      </w:r>
    </w:p>
    <w:p>
      <w:pPr>
        <w:jc w:val="right"/>
      </w:pPr>
      <w:r>
        <w:t>سنیں تو غور کریں۔ جب امام پڑھ رہا ہوتا ہے قرآن تو اس کا مطلب نہیں کہ آپ خالی بس کھڑے ہوئے ہیں۔</w:t>
      </w:r>
    </w:p>
    <w:p>
      <w:r>
        <w:rPr>
          <w:b/>
        </w:rPr>
        <w:t xml:space="preserve">[14:16] </w:t>
      </w:r>
      <w:r>
        <w:t>nahi, aap sun rahe hain, ghor kar rahe hain, sun rahe hain, ghor kar rahe hain. yeh hona chahiye.</w:t>
      </w:r>
    </w:p>
    <w:p>
      <w:pPr>
        <w:jc w:val="right"/>
      </w:pPr>
      <w:r>
        <w:t>نہیں، آپ سن رہے ہیں، غور کر رہے ہیں، سن رہے ہیں، غور کر رہے ہیں۔ یہ ہونا چاہیے۔</w:t>
      </w:r>
    </w:p>
    <w:p>
      <w:r>
        <w:rPr>
          <w:b/>
        </w:rPr>
        <w:t xml:space="preserve">[14:22] </w:t>
      </w:r>
      <w:r>
        <w:t>har haal mein quran jab parha jaye, suna jaye to is ka maqsad hota hai keh is par ghor kiya jaye. ab din aap ne shuru kiya to din bhar aap ne apne aap ko bachaya pani se, khane se.</w:t>
      </w:r>
    </w:p>
    <w:p>
      <w:pPr>
        <w:jc w:val="right"/>
      </w:pPr>
      <w:r>
        <w:t>ہر حال میں قرآن جب پڑھا جائے، سنا جائے تو اس کا مقصد ہوتا ہے کہ اس پر غور کیا جائے۔ اب دن آپ نے شروع کیا تو دن بھر آپ نے اپنے آپ کو بچایا پانی سے، کھانے سے۔</w:t>
      </w:r>
    </w:p>
    <w:p>
      <w:r>
        <w:rPr>
          <w:b/>
        </w:rPr>
        <w:t xml:space="preserve">[14:41] </w:t>
      </w:r>
      <w:r>
        <w:t>to har baar aap ko jab pani pyas lagi, jab bhook lagi to aap sochein keh khuda ki kitni bari nemat hai yeh pani aur khana</w:t>
      </w:r>
    </w:p>
    <w:p>
      <w:pPr>
        <w:jc w:val="right"/>
      </w:pPr>
      <w:r>
        <w:t>تو ہر بار آپ کو جب پانی پیاس لگی، جب بھوک لگی تو آپ سوچیں کہ خدا کی کتنی بڑی نعمت ہے یہ پانی اور کھانا</w:t>
      </w:r>
    </w:p>
    <w:p>
      <w:r>
        <w:rPr>
          <w:b/>
        </w:rPr>
        <w:t xml:space="preserve">[14:52] </w:t>
      </w:r>
      <w:r>
        <w:t>keh aik waqt mujhe band kar diya gaya khana mera to kitni mujhe mehsoos ho raha hai keh itna ziyada is aik din khaya nahi, aik din pani nahi piya to itna mehsoos ho raha hai bhook ka aur pyas ka itna ziyada ehsaas ho raha hai.</w:t>
      </w:r>
    </w:p>
    <w:p>
      <w:pPr>
        <w:jc w:val="right"/>
      </w:pPr>
      <w:r>
        <w:t>کہ ایک وقت مجھے بند کر دیا گیا کھانا میرا تو کتنی مجھے محسوس ہو رہا ہے کہ اتنا زیادہ اس ایک دن کھایا نہیں، ایک دن پانی نہیں پیا تو اتنا محسوس ہو رہا ہے بھوک کا اور پیاس کا اتنا زیادہ احساس ہو رہا ہے۔</w:t>
      </w:r>
    </w:p>
    <w:p>
      <w:r>
        <w:rPr>
          <w:b/>
        </w:rPr>
        <w:t xml:space="preserve">[15:10] </w:t>
      </w:r>
      <w:r>
        <w:t>agar barabari na mile khana, barabari na mile pani to kya hoga? is tarah se ramzan ka mahina aap ko akhirat ki yaad dilata hai.</w:t>
      </w:r>
    </w:p>
    <w:p>
      <w:pPr>
        <w:jc w:val="right"/>
      </w:pPr>
      <w:r>
        <w:t>اگر برابری نہ ملے کھانا، برابری نہ ملے پانی تو کیا ہوگا؟ اس طرح سے رمضان کا مہینہ آپ کو آخرت کی یاد دلاتا ہے۔</w:t>
      </w:r>
    </w:p>
    <w:p>
      <w:r>
        <w:rPr>
          <w:b/>
        </w:rPr>
        <w:t xml:space="preserve">[15:22] </w:t>
      </w:r>
      <w:r>
        <w:t>akhirat kyunkeh aap jante hain keh marne ke baad aadmi akhirat ki duniya mein jata hai to wahan yeh duniya, yeh to zameen chhin chuki hogi.</w:t>
      </w:r>
    </w:p>
    <w:p>
      <w:pPr>
        <w:jc w:val="right"/>
      </w:pPr>
      <w:r>
        <w:t>آخرت کیونکہ آپ جانتے ہیں کہ مرنے کے بعد آدمی آخرت کی دنیا میں جاتا ہے تو وہاں یہ دنیا، یہ تو زمین چھن چکی ہوگی۔</w:t>
      </w:r>
    </w:p>
    <w:p>
      <w:r>
        <w:rPr>
          <w:b/>
        </w:rPr>
        <w:t xml:space="preserve">[15:33] </w:t>
      </w:r>
      <w:r>
        <w:t>yeh sab jo cheezein duniya mein aap ko hasil hain, woh sab chhin chuke honge. koi bhi aadmi nahi hai jo yeh sab le kar ke wahan jaye. akela wahan jata hai, aadmi akela hi pohanchta hai.</w:t>
      </w:r>
    </w:p>
    <w:p>
      <w:pPr>
        <w:jc w:val="right"/>
      </w:pPr>
      <w:r>
        <w:t>یہ سب جو چیزیں دنیا میں آپ کو حاصل ہیں، وہ سب چھن چکے ہوں گے۔ کوئی بھی آدمی نہیں ہے جو یہ سب لے کر کے وہاں جائے۔ اکیلا وہاں جاتا ہے، آدمی اکیلا ہی پہنچتا ہے۔</w:t>
      </w:r>
    </w:p>
    <w:p>
      <w:r>
        <w:rPr>
          <w:b/>
        </w:rPr>
        <w:t xml:space="preserve">[15:47] </w:t>
      </w:r>
      <w:r>
        <w:t>ab jis ne dunya mein aisa kaam nahi kiya tha ke us ko yeh nematein dobara di jayen. dekhiye, akhirat mein aisa hoga ke kuch logon ko yeh nematein dobara aur achhe dhang se di jayengi.</w:t>
      </w:r>
    </w:p>
    <w:p>
      <w:pPr>
        <w:jc w:val="right"/>
      </w:pPr>
      <w:r>
        <w:t>اب جس نے دنیا میں ایسا کام نہیں کیا تھا کہ اس کو یہ نعمتیں دوبارہ دی جائیں۔ دیکھیے، آخرت میں ایسا ہوگا کہ کچھ لوگوں کو یہ نعمتیں دوبارہ اور اچھے ڈھنگ سے دی جائیں گی۔</w:t>
      </w:r>
    </w:p>
    <w:p>
      <w:r>
        <w:rPr>
          <w:b/>
        </w:rPr>
        <w:t xml:space="preserve">[16:02] </w:t>
      </w:r>
      <w:r>
        <w:t>kuch log woh honge jin se yeh nematein chhin jayengi.</w:t>
      </w:r>
    </w:p>
    <w:p>
      <w:pPr>
        <w:jc w:val="right"/>
      </w:pPr>
      <w:r>
        <w:t>کچھ لوگ وہ ہوں گے جن سے یہ نعمتیں چھن جائیں گی۔</w:t>
      </w:r>
    </w:p>
    <w:p>
      <w:r>
        <w:rPr>
          <w:b/>
        </w:rPr>
        <w:t xml:space="preserve">[16:07] </w:t>
      </w:r>
      <w:r>
        <w:t>yani jinhone dunya mein divine Allah ko follow kiya, Khuda ke hukum par chale, un ko yeh nematein, yeh khana, yeh pani, yeh hawa, yeh sabza, yeh sari cheezein jo hum dekhte hain zameen ke upar, yeh sab dobara aur zyada achhi halat mein di jayengi.</w:t>
      </w:r>
    </w:p>
    <w:p>
      <w:pPr>
        <w:jc w:val="right"/>
      </w:pPr>
      <w:r>
        <w:t>یعنی جنہوں نے دنیا میں ڈیوائن اللہ کو فالو کیا، خدا کے حکم پر چلے، ان کو یہ نعمتیں، یہ کھانا، یہ پانی، یہ ہوا، یہ سبزہ، یہ ساری چیزیں جو ہم دیکھتے ہیں زمین کے اوپر، یہ سب دوبارہ اور زیادہ اچھی حالت میں دی جائیں گی۔</w:t>
      </w:r>
    </w:p>
    <w:p>
      <w:r>
        <w:rPr>
          <w:b/>
        </w:rPr>
        <w:t xml:space="preserve">[16:25] </w:t>
      </w:r>
      <w:r>
        <w:t>lekin jinhone Khuda ke khilaf kaam kiya, jinhone Khuda ke qanoon ko nahi mana, un se chhin jayengi sab nematein.</w:t>
      </w:r>
    </w:p>
    <w:p>
      <w:pPr>
        <w:jc w:val="right"/>
      </w:pPr>
      <w:r>
        <w:t>لیکن جنہوں نے خدا کے خلاف کام کیا، جنہوں نے خدا کے قانون کو نہیں مانا، ان سے چھن جائیں گی سب نعمتیں۔</w:t>
      </w:r>
    </w:p>
    <w:p>
      <w:r>
        <w:rPr>
          <w:b/>
        </w:rPr>
        <w:t xml:space="preserve">[16:36] </w:t>
      </w:r>
      <w:r>
        <w:t>to roze mein jab aadmi bhook pyas mein hota hai to woh yaad karta hai ke kaisi ajeeb nemat hai yeh Allah taala ki.</w:t>
      </w:r>
    </w:p>
    <w:p>
      <w:pPr>
        <w:jc w:val="right"/>
      </w:pPr>
      <w:r>
        <w:t>تو روزے میں جب آدمی بھوک پیاس میں ہوتا ہے تو وہ یاد کرتا ہے کہ کیسی عجیب نعمت ہے یہ اللہ تعالی کی۔</w:t>
      </w:r>
    </w:p>
    <w:p>
      <w:r>
        <w:rPr>
          <w:b/>
        </w:rPr>
        <w:t xml:space="preserve">[16:46] </w:t>
      </w:r>
      <w:r>
        <w:t>agar main Khuda ke hukum par na chalun, yeh sari nematein chhin jayengi to kya haal hoga mera? is tarah se roza aap ko yaad dilata hai akhirat ki.</w:t>
      </w:r>
    </w:p>
    <w:p>
      <w:pPr>
        <w:jc w:val="right"/>
      </w:pPr>
      <w:r>
        <w:t>اگر میں خدا کے حکم پر نہ چلوں، یہ ساری نعمتیں چھن جائیں گی تو کیا حال ہوگا میرا؟ اس طرح سے روزہ آپ کو یاد دلاتا ہے آخرت کی۔</w:t>
      </w:r>
    </w:p>
    <w:p>
      <w:r>
        <w:rPr>
          <w:b/>
        </w:rPr>
        <w:t xml:space="preserve">[16:59] </w:t>
      </w:r>
      <w:r>
        <w:t>roza aap ko yaad dilata hai ke aap kis tarah se apne aap ko Khuda ki pakad se bachayen.</w:t>
      </w:r>
    </w:p>
    <w:p>
      <w:pPr>
        <w:jc w:val="right"/>
      </w:pPr>
      <w:r>
        <w:t>روزہ آپ کو یاد دلاتا ہے کہ آپ کس طرح سے اپنے آپ کو خدا کی پکڑ سے بچائیں۔</w:t>
      </w:r>
    </w:p>
    <w:p>
      <w:r>
        <w:rPr>
          <w:b/>
        </w:rPr>
        <w:t xml:space="preserve">[17:05] </w:t>
      </w:r>
      <w:r>
        <w:t>roza aap ko yaad dilata hai kis tarah aap apne aap ko jannat ka mustahiq banayen. yeh sari cheezein is waqt hoti hain jab ke roza rakh kar ke aap aap ka zehn khula hua ho.</w:t>
      </w:r>
    </w:p>
    <w:p>
      <w:pPr>
        <w:jc w:val="right"/>
      </w:pPr>
      <w:r>
        <w:t>روزہ آپ کو یاد دلاتا ہے کس طرح آپ اپنے آپ کو جنت کا مستحق بنائیں۔ یہ ساری چیزیں اس وقت ہوتی ہیں جب کہ روزہ رکھ کر کے آپ آپ کا ذہن کھلا ہوا ہو۔</w:t>
      </w:r>
    </w:p>
    <w:p>
      <w:r>
        <w:rPr>
          <w:b/>
        </w:rPr>
        <w:t xml:space="preserve">[17:19] </w:t>
      </w:r>
      <w:r>
        <w:t>aap hamesha sochte rahen, baaton par dhyan dete rahen. is tarah se dekhiye, aap ne fajar ki namaz padhi, phir aap ne zuhr ki namaz padhi, phir aap ne asr ki namaz padhi,</w:t>
      </w:r>
    </w:p>
    <w:p>
      <w:pPr>
        <w:jc w:val="right"/>
      </w:pPr>
      <w:r>
        <w:t>آپ ہمیشہ سوچتے رہیں، باتوں پر دھیان دیتے رہیں۔ اس طرح سے دیکھیے، آپ نے فجر کی نماز پڑھی، پھر آپ نے ظہر کی نماز پڑھی، پھر آپ نے عصر کی نماز پڑھی،</w:t>
      </w:r>
    </w:p>
    <w:p>
      <w:r>
        <w:rPr>
          <w:b/>
        </w:rPr>
        <w:t xml:space="preserve">[17:32] </w:t>
      </w:r>
      <w:r>
        <w:t>phir maghrib ka waqt aa gaya.</w:t>
      </w:r>
    </w:p>
    <w:p>
      <w:pPr>
        <w:jc w:val="right"/>
      </w:pPr>
      <w:r>
        <w:t>پھر مغرب کا وقت آ گیا۔</w:t>
      </w:r>
    </w:p>
    <w:p>
      <w:r>
        <w:rPr>
          <w:b/>
        </w:rPr>
        <w:t xml:space="preserve">[17:34] </w:t>
      </w:r>
      <w:r>
        <w:t>in sari namazon mein aap yaad karte rahe Khuda ko, akhirat ko, Quran ki baaton ko, hadith ki baaton ko.</w:t>
      </w:r>
    </w:p>
    <w:p>
      <w:pPr>
        <w:jc w:val="right"/>
      </w:pPr>
      <w:r>
        <w:t>ان ساری نمازوں میں آپ یاد کرتے رہے خدا کو، آخرت کو، قرآن کی باتوں کو، حدیث کی باتوں کو۔</w:t>
      </w:r>
    </w:p>
    <w:p>
      <w:r>
        <w:rPr>
          <w:b/>
        </w:rPr>
        <w:t xml:space="preserve">[17:44] </w:t>
      </w:r>
      <w:r>
        <w:t>phir maghrib ka waqt aaya. maghrib ka waqt aap jante hain ke just after sun set hai. yani suraj dooba to maghrib ka waqt shuru ho gaya.</w:t>
      </w:r>
    </w:p>
    <w:p>
      <w:pPr>
        <w:jc w:val="right"/>
      </w:pPr>
      <w:r>
        <w:t>پھر مغرب کا وقت آیا۔ مغرب کا وقت آپ جانتے ہیں کہ جسٹ آفٹر سن سیٹ ہے۔ یعنی سورج ڈوبا تو مغرب کا وقت شروع ہو گیا۔</w:t>
      </w:r>
    </w:p>
    <w:p>
      <w:r>
        <w:rPr>
          <w:b/>
        </w:rPr>
        <w:t xml:space="preserve">[17:55] </w:t>
      </w:r>
      <w:r>
        <w:t>to wahi waqt iftar ka hota hai. wahi waqt iftar ka hota hai.</w:t>
      </w:r>
    </w:p>
    <w:p>
      <w:pPr>
        <w:jc w:val="right"/>
      </w:pPr>
      <w:r>
        <w:t>تو وہی وقت افطار کا ہوتا ہے۔ وہی وقت افطار کا ہوتا ہے۔</w:t>
      </w:r>
    </w:p>
    <w:p>
      <w:r>
        <w:rPr>
          <w:b/>
        </w:rPr>
        <w:t xml:space="preserve">[18:02] </w:t>
      </w:r>
      <w:r>
        <w:t>to is ke bare mein hadith mein aaya hai ke meri ummat is waqt tak khair par rahegi jab tak ke woh iftar ke liye jaldi karegi.</w:t>
      </w:r>
    </w:p>
    <w:p>
      <w:pPr>
        <w:jc w:val="right"/>
      </w:pPr>
      <w:r>
        <w:t>تو اس کے بارے میں حدیث میں آیا ہے کہ میری امت اس وقت تک خیر پر رہے گی جب تک وہ افطار کے لیے جلدی کرے گی۔</w:t>
      </w:r>
    </w:p>
    <w:p>
      <w:r>
        <w:rPr>
          <w:b/>
        </w:rPr>
        <w:t xml:space="preserve">[18:13] </w:t>
      </w:r>
      <w:r>
        <w:t>ma ajal al fitr. is ka matlab yeh nahi ke waqt se pehle hi iftar kar liya. yeh matlab nahi hai. iftar to waqt hi par karna hai.</w:t>
      </w:r>
    </w:p>
    <w:p>
      <w:pPr>
        <w:jc w:val="right"/>
      </w:pPr>
      <w:r>
        <w:t>ما اجل الفطر۔ اس کا مطلب یہ نہیں کہ وقت سے پہلے ہی افطار کر لیا۔ یہ مطلب نہیں ہے۔ افطار تو وقت ہی پر کرنا ہے۔</w:t>
      </w:r>
    </w:p>
    <w:p>
      <w:r>
        <w:rPr>
          <w:b/>
        </w:rPr>
        <w:t xml:space="preserve">[18:24] </w:t>
      </w:r>
      <w:r>
        <w:t>is mein jo cheez hai woh ek ehtiyati takheer, ehtiyat ke naam par der karna</w:t>
      </w:r>
    </w:p>
    <w:p>
      <w:pPr>
        <w:jc w:val="right"/>
      </w:pPr>
      <w:r>
        <w:t>اس میں جو چیز ہے وہ ایک احتیاطی تاخیر، احتیاط کے نام پر دیر کرنا</w:t>
      </w:r>
    </w:p>
    <w:p>
      <w:r>
        <w:rPr>
          <w:b/>
        </w:rPr>
        <w:t xml:space="preserve">[18:31] </w:t>
      </w:r>
      <w:r>
        <w:t>ke chalo bhai panch minute ehtiyat kar lo. to yeh Islam mein nahi hai. jaise hi waqt hua, iftar kar lijiye. kyunke jab aap ehtiyati takheer karte hain to is mani hai ke aap roze ke form ko zyada ahmiyat de rahe hain.</w:t>
      </w:r>
    </w:p>
    <w:p>
      <w:pPr>
        <w:jc w:val="right"/>
      </w:pPr>
      <w:r>
        <w:t>کہ چلو بھئی پانچ منٹ احتیاط کر لو۔ تو یہ اسلام میں نہیں ہے۔ جیسے ہی وقت ہوا، افطار کر لیجئے۔ کیونکہ جب آپ احتیاطی تاخیر کرتے ہیں تو اس معنی ہے کہ آپ روزے کے فارم کو زیادہ اہمیت دے رہے ہیں۔</w:t>
      </w:r>
    </w:p>
    <w:p>
      <w:r>
        <w:rPr>
          <w:b/>
        </w:rPr>
        <w:t xml:space="preserve">[18:53] </w:t>
      </w:r>
      <w:r>
        <w:t>kyunke takheer karna, yani panch minute der mein iftar karna, yeh roze ke form ka mamla</w:t>
      </w:r>
    </w:p>
    <w:p>
      <w:pPr>
        <w:jc w:val="right"/>
      </w:pPr>
      <w:r>
        <w:t>کیونکہ تاخیر کرنا، یعنی پانچ منٹ دیر میں افطار کرنا، یہ روزے کے فارم کا معاملہ</w:t>
      </w:r>
    </w:p>
    <w:p>
      <w:r>
        <w:rPr>
          <w:b/>
        </w:rPr>
        <w:t xml:space="preserve">[19:00] </w:t>
      </w:r>
      <w:r>
        <w:t>hai, is spirit ka mamla nahi hai. to ek hai roze ki spirit, ek hai is ka form.</w:t>
      </w:r>
    </w:p>
    <w:p>
      <w:pPr>
        <w:jc w:val="right"/>
      </w:pPr>
      <w:r>
        <w:t>ہے، اسپرٹ کا معاملہ نہیں ہے۔ تو ایک ہے روزے کی اسپرٹ، ایک ہے اس کا فارم۔</w:t>
      </w:r>
    </w:p>
    <w:p>
      <w:r>
        <w:rPr>
          <w:b/>
        </w:rPr>
        <w:t xml:space="preserve">[19:09] </w:t>
      </w:r>
      <w:r>
        <w:t>to agar time ho gaya, suraj doob gaya to foran ke foran aap iftar kar len. lekin agar aap maloom hoga ke suraj doob chuka hai, tab bhi aap ehtiyat ke naam par der karen.</w:t>
      </w:r>
    </w:p>
    <w:p>
      <w:pPr>
        <w:jc w:val="right"/>
      </w:pPr>
      <w:r>
        <w:t>تو اگر ٹائم ہو گیا، سورج ڈوب گیا تو فوراً کے فوراً آپ افطار کر لیں۔ لیکن اگر آپ معلوم ہوگا کہ سورج ڈوب چکا ہے، تب بھی آپ احتیاط کے نام پر دیر کریں۔</w:t>
      </w:r>
    </w:p>
    <w:p>
      <w:r>
        <w:rPr>
          <w:b/>
        </w:rPr>
        <w:t xml:space="preserve">[19:22] </w:t>
      </w:r>
      <w:r>
        <w:t>is ka mani hai ke aap ne is ke form ko ahmiyat di.</w:t>
      </w:r>
    </w:p>
    <w:p>
      <w:pPr>
        <w:jc w:val="right"/>
      </w:pPr>
      <w:r>
        <w:t>اس کا معنی ہے کہ آپ نے اس کے فارم کو اہمیت دی۔</w:t>
      </w:r>
    </w:p>
    <w:p>
      <w:r>
        <w:rPr>
          <w:b/>
        </w:rPr>
        <w:t xml:space="preserve">[19:25] </w:t>
      </w:r>
      <w:r>
        <w:t>to jab ummat mein woh waqt aa jaye ke form ko zyada ahmiyat dene lagi, yani is ki spirit jo hai woh kam ho jaye aur form ka ehtimam barh jaye, to woh waqt ummat ke liye achha waqt nahi hoga.</w:t>
      </w:r>
    </w:p>
    <w:p>
      <w:pPr>
        <w:jc w:val="right"/>
      </w:pPr>
      <w:r>
        <w:t>تو جب امت میں وہ وقت آ جائے کہ فارم کو زیادہ اہمیت دینے دی جانے لگی، یعنی اس کی اسپرٹ جو ہے وہ کم ہو جائے اور فارم کا اہتمام بڑھ جائے، تو وہ وقت امت کے لیے اچھا وقت نہیں ہوگا۔</w:t>
      </w:r>
    </w:p>
    <w:p>
      <w:r>
        <w:rPr>
          <w:b/>
        </w:rPr>
        <w:t xml:space="preserve">[19:42] </w:t>
      </w:r>
      <w:r>
        <w:t>kyunke kyunke har ibadat aslan naam hai ek spirit ka, na ke sirf form ka.</w:t>
      </w:r>
    </w:p>
    <w:p>
      <w:pPr>
        <w:jc w:val="right"/>
      </w:pPr>
      <w:r>
        <w:t>کیونکہ کیونکہ ہر عبادت اصلاً نام ہے ایک اسپرٹ کا، نہ کہ صرف فارم کا۔</w:t>
      </w:r>
    </w:p>
    <w:p>
      <w:r>
        <w:rPr>
          <w:b/>
        </w:rPr>
        <w:t xml:space="preserve">[19:50] </w:t>
      </w:r>
      <w:r>
        <w:t>to is tarah se aap ne maghrib ki namaz ada ki. ab khana peena aap ke liye jaiz ho gaya.</w:t>
      </w:r>
    </w:p>
    <w:p>
      <w:pPr>
        <w:jc w:val="right"/>
      </w:pPr>
      <w:r>
        <w:t>تو اس طرح سے آپ نے مغرب کی نماز ادا کی۔ اب کھانا پینا آپ کے لیے جائز ہو گیا۔</w:t>
      </w:r>
    </w:p>
    <w:p>
      <w:r>
        <w:rPr>
          <w:b/>
        </w:rPr>
        <w:t xml:space="preserve">[20:00] </w:t>
      </w:r>
      <w:r>
        <w:t>is ke baad aap isha ka waqt aaya, isha ki namaz padhi aap ne. phir aap Khuda ka shukr ada karte hue aap so gaye.</w:t>
      </w:r>
    </w:p>
    <w:p>
      <w:pPr>
        <w:jc w:val="right"/>
      </w:pPr>
      <w:r>
        <w:t>اس کے بعد آپ عشاء کا وقت آیا، عشاء کی نماز پڑھی آپ نے۔ پھر آپ خدا کا شکر ادا کرتے ہوئے آپ سو گئے۔</w:t>
      </w:r>
    </w:p>
    <w:p>
      <w:r>
        <w:rPr>
          <w:b/>
        </w:rPr>
        <w:t xml:space="preserve">[20:11] </w:t>
      </w:r>
      <w:r>
        <w:t>so kar uthe to subah ko phir wahi tareeqe se amal kiya aap ne ke subah sadiq hui to us se pehle aap ne sehri kiya.</w:t>
      </w:r>
    </w:p>
    <w:p>
      <w:pPr>
        <w:jc w:val="right"/>
      </w:pPr>
      <w:r>
        <w:t>سو کر اٹھے تو صبح کو پھر وہی طریقے سے عمل کیا آپ نے کہ صبح صادق ہوئی تو اس سے پہلے آپ نے سحری کیا۔</w:t>
      </w:r>
    </w:p>
    <w:p>
      <w:r>
        <w:rPr>
          <w:b/>
        </w:rPr>
        <w:t xml:space="preserve">[20:24] </w:t>
      </w:r>
      <w:r>
        <w:t>to yeh hai roze ka routine. ab mein chand baatein arz karunga jo roze mein karta hai aadmi, maslan taraweeh.</w:t>
      </w:r>
    </w:p>
    <w:p>
      <w:pPr>
        <w:jc w:val="right"/>
      </w:pPr>
      <w:r>
        <w:t>تو یہ ہے روزے کا روٹین۔ اب میں چند باتیں عرض کروں گا جو روزے میں کرتا ہے آدمی، مثلاً تراویح۔</w:t>
      </w:r>
    </w:p>
    <w:p>
      <w:r>
        <w:rPr>
          <w:b/>
        </w:rPr>
        <w:t xml:space="preserve">[20:36] </w:t>
      </w:r>
      <w:r>
        <w:t>ab dekhiye, roze mein kya hota hai ke taraweeh kya hai? taraweeh tahajjud ko waqt se pehle parhna hai.</w:t>
      </w:r>
    </w:p>
    <w:p>
      <w:pPr>
        <w:jc w:val="right"/>
      </w:pPr>
      <w:r>
        <w:t>اب دیکھیے، روزے میں کیا ہوتا ہے کہ تراویح کیا ہے؟ تراویح تہجد کو وقت سے پہلے پڑھنا ہے۔</w:t>
      </w:r>
    </w:p>
    <w:p>
      <w:r>
        <w:rPr>
          <w:b/>
        </w:rPr>
        <w:t xml:space="preserve">[20:47] </w:t>
      </w:r>
      <w:r>
        <w:t>yaani tahajjud ka waqt hota hai fajar se pehle, lekin aap taraweeh parh lete hain isha ke baad. to yeh taraweeh ki taqdeem hai, yaani pehle parh lena.</w:t>
      </w:r>
    </w:p>
    <w:p>
      <w:pPr>
        <w:jc w:val="right"/>
      </w:pPr>
      <w:r>
        <w:t>یعنی تہجد کا وقت ہوتا ہے فجر سے پہلے، لیکن آپ تراویح پڑھ لیتے ہیں عشاء کے بعد۔ تو یہ تراویح کی تقدیم ہے، یعنی پہلے پڑھ لینا۔</w:t>
      </w:r>
    </w:p>
    <w:p>
      <w:r>
        <w:rPr>
          <w:b/>
        </w:rPr>
        <w:t xml:space="preserve">[21:01] </w:t>
      </w:r>
      <w:r>
        <w:t>kyun? is ki wajah se yeh mumkin ho jata hai ke aap taraweeh ko jamaat ke sath parhein, congregational andaaz mein parhein. jo so kar uthte hain, jab log phir is waqt jo tahajjud parhte hain to har aadmi akele akele parhta hai,</w:t>
      </w:r>
    </w:p>
    <w:p>
      <w:pPr>
        <w:jc w:val="right"/>
      </w:pPr>
      <w:r>
        <w:t>کیوں؟ اس کی وجہ سے یہ ممکن ہو جاتا ہے کہ آپ تراویح کو جماعت کے ساتھ پڑھیں، کاگریگیشنل انداز میں پڑھیں۔ جو سو کر اٹھتے ہیں، جب لوگ پھر اس وقت جو تہجد پڑھتے ہیں تو ہر آدمی اکیلے اکیلے پڑھتا ہے،</w:t>
      </w:r>
    </w:p>
    <w:p>
      <w:r>
        <w:rPr>
          <w:b/>
        </w:rPr>
        <w:t xml:space="preserve">[21:17] </w:t>
      </w:r>
      <w:r>
        <w:t>akele akele parhta hai. to woh bhi ek tareeqa hai. to ramzan mein is ko congregational bana diya gaya hai ke isha ke baad sab log mil kar ke taraweeh parhein.</w:t>
      </w:r>
    </w:p>
    <w:p>
      <w:pPr>
        <w:jc w:val="right"/>
      </w:pPr>
      <w:r>
        <w:t>اکیلے اکیلے پڑھتا ہے۔ تو وہ بھی ایک طریقہ ہے۔ تو رمضان میں اس کو کاگریگیشنل بنا دیا گیا ہے کہ عشاء کے بعد سب لوگ مل کر کے تراویح پڑھیں۔</w:t>
      </w:r>
    </w:p>
    <w:p>
      <w:r>
        <w:rPr>
          <w:b/>
        </w:rPr>
        <w:t xml:space="preserve">[21:31] </w:t>
      </w:r>
      <w:r>
        <w:t>dekhein, taraweeh ka khaas maqsad kya hai? taraweeh ka khaas maqsad hai namaz ki haalat mein quran ko sunna, poore quran ko.</w:t>
      </w:r>
    </w:p>
    <w:p>
      <w:pPr>
        <w:jc w:val="right"/>
      </w:pPr>
      <w:r>
        <w:t>دیکھیں، تراویح کا خاص مقصد کیا ہے؟ تراویح کا خاص مقصد ہے نماز کی حالت میں قرآن کو سننا، پورے قرآن کو۔</w:t>
      </w:r>
    </w:p>
    <w:p>
      <w:r>
        <w:rPr>
          <w:b/>
        </w:rPr>
        <w:t xml:space="preserve">[21:42] </w:t>
      </w:r>
      <w:r>
        <w:t>aap jante hain ke taraweeh mein ek haafiz imamat karta hai, rozana isha ke baad, yahan tak ke isi tarah se har roz thoda thoda quran parh kar ke woh taraweeh parhata hai,</w:t>
      </w:r>
    </w:p>
    <w:p>
      <w:pPr>
        <w:jc w:val="right"/>
      </w:pPr>
      <w:r>
        <w:t>آپ جانتے ہیں کہ تراویح میں ایک حافظ امامت کرتا ہے، روزانہ عشاء کے بعد، یہاں تک کہ اسی طرح سے ہر روز تھوڑا تھوڑا قرآن پڑھ کر کے وہ تراویح پڑھاتا ہے،</w:t>
      </w:r>
    </w:p>
    <w:p>
      <w:r>
        <w:rPr>
          <w:b/>
        </w:rPr>
        <w:t xml:space="preserve">[21:57] </w:t>
      </w:r>
      <w:r>
        <w:t xml:space="preserve">yahan tak ke poora quran woh ramzan mein khatam kar deta hai. to gaya ke poore quran ka mutaala hua, yaani yaani poore quran ka sun kar mutaala. </w:t>
      </w:r>
    </w:p>
    <w:p>
      <w:pPr>
        <w:jc w:val="right"/>
      </w:pPr>
      <w:r>
        <w:t>یہاں تک کہ پورا قرآن وہ رمضان میں ختم کر دیتا ہے۔ تو گیا کہ پورے قرآن کا مطالعہ ہوا، یعنی یعنی پورے قرآن کا سن کر مطالعہ۔</w:t>
      </w:r>
    </w:p>
    <w:p>
      <w:r>
        <w:rPr>
          <w:b/>
        </w:rPr>
        <w:t xml:space="preserve">[22:11] </w:t>
      </w:r>
      <w:r>
        <w:t>quran ka mutaala ek hi hai ke aap parh kar khuda quran ka study karein, quran ka mutaala karein. to ek hai quran ko parh kar is par sochna, ghaur karna.</w:t>
      </w:r>
    </w:p>
    <w:p>
      <w:pPr>
        <w:jc w:val="right"/>
      </w:pPr>
      <w:r>
        <w:t>قرآن کا مطالعہ ایک ہی ہے کہ آپ پڑھ کر خدا قرآن کا اسٹڈی کریں، قرآن کا مطالعہ کریں۔ تو ایک ہے قرآن کو پڑھ کر اس پر سوچنا، غور کرنا۔</w:t>
      </w:r>
    </w:p>
    <w:p>
      <w:r>
        <w:rPr>
          <w:b/>
        </w:rPr>
        <w:t xml:space="preserve">[22:22] </w:t>
      </w:r>
      <w:r>
        <w:t>ek hai ke sun kar sochna aur ghaur karna.</w:t>
      </w:r>
    </w:p>
    <w:p>
      <w:pPr>
        <w:jc w:val="right"/>
      </w:pPr>
      <w:r>
        <w:t>ایک ہے کہ سن کر سوچنا اور غور کرنا۔</w:t>
      </w:r>
    </w:p>
    <w:p>
      <w:r>
        <w:rPr>
          <w:b/>
        </w:rPr>
        <w:t xml:space="preserve">[22:26] </w:t>
      </w:r>
      <w:r>
        <w:t>kyun ke aap taraweeh jo hai sun kar quran ka mutaala karne ka naam hai, sun kar quran ki study karne ka naam hai.</w:t>
      </w:r>
    </w:p>
    <w:p>
      <w:pPr>
        <w:jc w:val="right"/>
      </w:pPr>
      <w:r>
        <w:t>کیونکہ آپ تراویح جو ہے سن کر قرآن کا مطالعہ کرنے کا نام ہے، سن کر قرآن کی اسٹڈی کرنے کا نام ہے۔</w:t>
      </w:r>
    </w:p>
    <w:p>
      <w:r>
        <w:rPr>
          <w:b/>
        </w:rPr>
        <w:t xml:space="preserve">[22:36] </w:t>
      </w:r>
      <w:r>
        <w:t>to jab aap sunte hain to sath sath aap sochte hain. to har ayat mein quran ke har hisse mein kuch na kuch baat batai gayi hai ke is tarah raho, is tarah socho,</w:t>
      </w:r>
    </w:p>
    <w:p>
      <w:pPr>
        <w:jc w:val="right"/>
      </w:pPr>
      <w:r>
        <w:t>تو جب آپ سنتے ہیں تو ساتھ ساتھ آپ سوچتے ہیں۔ تو ہر آیت میں قرآن کے ہر حصے میں کچھ نہ کچھ بات بتائی گئی ہے کہ اس طرح رہو، اس طرح سوچو،</w:t>
      </w:r>
    </w:p>
    <w:p>
      <w:r>
        <w:rPr>
          <w:b/>
        </w:rPr>
        <w:t xml:space="preserve">[22:50] </w:t>
      </w:r>
      <w:r>
        <w:t>aisa tumhara character hona chahiye, aisa tumhara behaviour hona chahiye, tum ko sirf khuda ko apna sole concern banana chahiye.</w:t>
      </w:r>
    </w:p>
    <w:p>
      <w:pPr>
        <w:jc w:val="right"/>
      </w:pPr>
      <w:r>
        <w:t>ایسا تمہارا کریکٹر ہونا چاہیے، ایسا تمہارا بیہیویئر ہونا چاہیے، تم کو صرف خدا کو اپنا سولڈ کنسرن بنانا چاہیے۔</w:t>
      </w:r>
    </w:p>
    <w:p>
      <w:r>
        <w:rPr>
          <w:b/>
        </w:rPr>
        <w:t xml:space="preserve">[23:02] </w:t>
      </w:r>
      <w:r>
        <w:t>yaani woh sari baatein jin ko hum islam kehte hain, woh sab rozana quran ki shakal mein hamein sunai jati hain.</w:t>
      </w:r>
    </w:p>
    <w:p>
      <w:pPr>
        <w:jc w:val="right"/>
      </w:pPr>
      <w:r>
        <w:t>یعنی وہ ساری باتیں جن کو ہم اسلام کہتے ہیں، وہ سب روزانہ قرآن کی شکل میں ہمیں سنائی جاتی ہیں۔</w:t>
      </w:r>
    </w:p>
    <w:p>
      <w:r>
        <w:rPr>
          <w:b/>
        </w:rPr>
        <w:t xml:space="preserve">[23:12] </w:t>
      </w:r>
      <w:r>
        <w:t>to yeh hai faida taraweeh ka ke taraweeh jo hai congregational andaaz mein, yaani ijtamai andaaz mein quran ko sunne ka naam hai.</w:t>
      </w:r>
    </w:p>
    <w:p>
      <w:pPr>
        <w:jc w:val="right"/>
      </w:pPr>
      <w:r>
        <w:t>تو یہ ہے فائدہ تراویح کا کہ تراویح جو ہے کاگریگیشنل انداز میں، یعنی اجتماعی انداز میں قرآن کو سننے کا نام ہے۔</w:t>
      </w:r>
    </w:p>
    <w:p>
      <w:r>
        <w:rPr>
          <w:b/>
        </w:rPr>
        <w:t xml:space="preserve">[23:23] </w:t>
      </w:r>
      <w:r>
        <w:t>yaani yun keh sakte hain ke quran ka ijtamai mutaala hai. taraweeh jo hai quran ka ijtamai mutaala hai,</w:t>
      </w:r>
    </w:p>
    <w:p>
      <w:pPr>
        <w:jc w:val="right"/>
      </w:pPr>
      <w:r>
        <w:t>یعنی یوں کہہ سکتے ہیں کہ قرآن کا اجتماعی مطالعہ ہے۔ تراویح جو ہے قرآن کا اجتماعی مطالعہ ہے،</w:t>
      </w:r>
    </w:p>
    <w:p>
      <w:r>
        <w:rPr>
          <w:b/>
        </w:rPr>
        <w:t xml:space="preserve">[23:31] </w:t>
      </w:r>
      <w:r>
        <w:t>yaani mil kar quran ko parhna, mil kar quran par ghaur karna. phir dekhiye, quran ko sunte hue aap ke zehn mein kai baar aisa hota hai ke koi sawal aa sakta hai, koi pehlu aa sakta hai.</w:t>
      </w:r>
    </w:p>
    <w:p>
      <w:pPr>
        <w:jc w:val="right"/>
      </w:pPr>
      <w:r>
        <w:t>یعنی مل کر قرآن کو پڑھنا، مل کر قرآن پر غور کرنا۔ پھر دیکھیے، قرآن کو سنتے ہوئے آپ کے ذہن میں کئی بار ایسا ہوتا ہے کہ کوئی سوال آ سکتا ہے، کوئی پہلو آ سکتا ہے۔</w:t>
      </w:r>
    </w:p>
    <w:p>
      <w:r>
        <w:rPr>
          <w:b/>
        </w:rPr>
        <w:t xml:space="preserve">[23:44] </w:t>
      </w:r>
      <w:r>
        <w:t>to taraweeh ke baad phir discussion karein. to discussion bhi taraweeh ka ek juz hai. aisa nahi ke taraweeh ho, ab ab bhaag ke aap chale gaye.</w:t>
      </w:r>
    </w:p>
    <w:p>
      <w:pPr>
        <w:jc w:val="right"/>
      </w:pPr>
      <w:r>
        <w:t>تو تراویح کے بعد پھر ڈسکشن کریں۔ تو ڈسکشن بھی تراویح کا ایک جز ہے۔ ایسا نہیں کہ تراویح ہو، اب اب بھاگ کے آپ چلے گئے۔</w:t>
      </w:r>
    </w:p>
    <w:p>
      <w:r>
        <w:rPr>
          <w:b/>
        </w:rPr>
        <w:t xml:space="preserve">[23:55] </w:t>
      </w:r>
      <w:r>
        <w:t>nahi, taraweeh se aap ka zehn activate hoga.</w:t>
      </w:r>
    </w:p>
    <w:p>
      <w:pPr>
        <w:jc w:val="right"/>
      </w:pPr>
      <w:r>
        <w:t>نہیں، تراویح سے آپ کا ذہن ایکٹیویٹ ہوگا۔</w:t>
      </w:r>
    </w:p>
    <w:p>
      <w:r>
        <w:rPr>
          <w:b/>
        </w:rPr>
        <w:t xml:space="preserve">[24:00] </w:t>
      </w:r>
      <w:r>
        <w:t>taraweeh se taraweeh mein quran ko parh kar ke aap ke mind mein kuch sawalat paida ho sakte hain, koi pehlu aap ke zehn mein aa sakta hai.</w:t>
      </w:r>
    </w:p>
    <w:p>
      <w:pPr>
        <w:jc w:val="right"/>
      </w:pPr>
      <w:r>
        <w:t>تراویح سے تراویح میں قرآن کو پڑھ کر کے آپ کے مائنڈ میں کچھ سوالات پیدا ہو سکتے ہیں، کوئی پہلو آپ کے ذہن میں آ سکتا ہے۔</w:t>
      </w:r>
    </w:p>
    <w:p>
      <w:r>
        <w:rPr>
          <w:b/>
        </w:rPr>
        <w:t xml:space="preserve">[24:11] </w:t>
      </w:r>
      <w:r>
        <w:t>to taraweeh ke baad is par discussion karna, is par baat karna aapas mein. to yeh quran ka charcha ho gaya</w:t>
      </w:r>
    </w:p>
    <w:p>
      <w:pPr>
        <w:jc w:val="right"/>
      </w:pPr>
      <w:r>
        <w:t>تو تراویح کے بعد اس پر ڈسکشن کرنا، اس پر بات کرنا آپس میں۔ تو یہ قرآن کا چرچہ ہو گیا</w:t>
      </w:r>
    </w:p>
    <w:p>
      <w:r>
        <w:rPr>
          <w:b/>
        </w:rPr>
        <w:t xml:space="preserve">[24:20] </w:t>
      </w:r>
      <w:r>
        <w:t>ke taraweeh ek taraf quran ka aap ko mutaala karati hai, doosri taraf woh aap ko taraweeh ke zariye aap ko mauqa milta hai ke aap quran ka charcha karein, charcha karein.</w:t>
      </w:r>
    </w:p>
    <w:p>
      <w:pPr>
        <w:jc w:val="right"/>
      </w:pPr>
      <w:r>
        <w:t>کہ تراویح ایک طرف قرآن کا آپ کو مطالعہ کراتی ہے، دوسری طرف وہ آپ کو تراویح کے ذریعے آپ کو موقع ملتا ہے کہ آپ قرآن کا چرچہ کریں، چرچہ کریں۔</w:t>
      </w:r>
    </w:p>
    <w:p>
      <w:r>
        <w:rPr>
          <w:b/>
        </w:rPr>
        <w:t xml:space="preserve">[24:32] </w:t>
      </w:r>
      <w:r>
        <w:t>yaani isi par sochen, isi ka zikr karein, isi par exchange karein, isi par discussion karein. yeh sab is mein juda hua hai.</w:t>
      </w:r>
    </w:p>
    <w:p>
      <w:pPr>
        <w:jc w:val="right"/>
      </w:pPr>
      <w:r>
        <w:t>یعنی اسی پر سوچیں، اسی کا ذکر کریں، اسی پر ایکسچینج کریں، اسی پر ڈسکشن کریں۔ یہ سب اس میں جڑا ہوا ہے۔</w:t>
      </w:r>
    </w:p>
    <w:p>
      <w:r>
        <w:rPr>
          <w:b/>
        </w:rPr>
        <w:t xml:space="preserve">[24:43] </w:t>
      </w:r>
      <w:r>
        <w:t>is tarah se dekhiye, ramzan ke aakhri ashra mein, yaani aakhri das din ya is se kam ya zyada, itkaf ki ayat hai.</w:t>
      </w:r>
    </w:p>
    <w:p>
      <w:pPr>
        <w:jc w:val="right"/>
      </w:pPr>
      <w:r>
        <w:t>اس طرح سے دیکھیے، رمضان کے آخری عشرہ میں، یعنی آخری دس دن یا اس سے کم یا زیادہ، اعتکاف کی آیت ہے۔</w:t>
      </w:r>
    </w:p>
    <w:p>
      <w:r>
        <w:rPr>
          <w:b/>
        </w:rPr>
        <w:t xml:space="preserve">[24:53] </w:t>
      </w:r>
      <w:r>
        <w:t>aitkaf kiya hai? aitkaf matlab hai seclusion mein jana, tanhai mein jana. to aitkaf mein yeh karta hai aadmi ke apne kuch waqt ko nikalta hai, woh farigh karta hai,</w:t>
      </w:r>
    </w:p>
    <w:p>
      <w:pPr>
        <w:jc w:val="right"/>
      </w:pPr>
      <w:r>
        <w:t>اعتکاف کیا ہے؟ اعتکاف مطلب ہے سیکلوژن میں جانا، تنہائی میں جانا۔ تو اعتکاف میں یہ کرتا ہے آدمی کہ اپنے کچھ وقت کو نکالتا ہے، وہ فارغ کرتا ہے،</w:t>
      </w:r>
    </w:p>
    <w:p>
      <w:r>
        <w:rPr>
          <w:b/>
        </w:rPr>
        <w:t xml:space="preserve">[25:08] </w:t>
      </w:r>
      <w:r>
        <w:t>das din ya is se kam o besh. to masjid mein woh bilkul ja kar ke, yaani wahi rehne lagta hai. to masjid mein kya karega?</w:t>
      </w:r>
    </w:p>
    <w:p>
      <w:pPr>
        <w:jc w:val="right"/>
      </w:pPr>
      <w:r>
        <w:t>دس دن یا اس سے کم و بیش۔ تو مسجد میں وہ بالکل جا کر کے، یعنی وہی رہنے لگتا ہے۔ تو مسجد میں کیا کرے گا؟</w:t>
      </w:r>
    </w:p>
    <w:p>
      <w:r>
        <w:rPr>
          <w:b/>
        </w:rPr>
        <w:t xml:space="preserve">[25:19] </w:t>
      </w:r>
      <w:r>
        <w:t>woh zahir hai ke woh namaz padhega, quran ko padhega, zikr karega, Allah ki yaad karega. yeh sab hoga masjid mein.</w:t>
      </w:r>
    </w:p>
    <w:p>
      <w:pPr>
        <w:jc w:val="right"/>
      </w:pPr>
      <w:r>
        <w:t>وہ ظاہر ہے کہ وہ نماز پڑھے گا، قرآن کو پڑھے گا، ذکر کرے گا، اللہ کی یاد کرے گا۔ یہ سب ہوگا مسجد میں۔</w:t>
      </w:r>
    </w:p>
    <w:p>
      <w:r>
        <w:rPr>
          <w:b/>
        </w:rPr>
        <w:t xml:space="preserve">[25:28] </w:t>
      </w:r>
      <w:r>
        <w:t>to gaya ke ramzan ke kuch dino mein poori tarah seclusion mein ja kar ke, yaani apne aap ko alag kar ke, ab bilkul detach kar ke baqi zindagi se sirf quran hi ke bare mein apne aap ko,</w:t>
      </w:r>
    </w:p>
    <w:p>
      <w:pPr>
        <w:jc w:val="right"/>
      </w:pPr>
      <w:r>
        <w:t>تو گیا کہ رمضان کے کچھ دنوں میں پوری طرح سیکلوژن میں جا کر کے، یعنی اپنے آپ کو الگ کر کے، اب بالکل ڈیٹیچ کر کے بقیہ زندگی سے صرف قرآن ہی کے بارے میں اپنے آپ کو،</w:t>
      </w:r>
    </w:p>
    <w:p>
      <w:r>
        <w:rPr>
          <w:b/>
        </w:rPr>
        <w:t xml:space="preserve">[25:45] </w:t>
      </w:r>
      <w:r>
        <w:t>quran hi ke upar apne aap ko laga dena. yaani quran par sochna, quran ko padhna, namaz mein, namaz ke bahir.</w:t>
      </w:r>
    </w:p>
    <w:p>
      <w:pPr>
        <w:jc w:val="right"/>
      </w:pPr>
      <w:r>
        <w:t>قرآن ہی کے اوپر اپنے آپ کو لگا دینا۔ یعنی قرآن پر سوچنا، قرآن کو پڑھنا، نماز میں، نماز کے باہر۔</w:t>
      </w:r>
    </w:p>
    <w:p>
      <w:r>
        <w:rPr>
          <w:b/>
        </w:rPr>
        <w:t xml:space="preserve">[25:55] </w:t>
      </w:r>
      <w:r>
        <w:t>to yeh goya ke tanhai mein ja kar quran ka mutala karna hai. to is ke liye aitkaf kiya aata hai?</w:t>
      </w:r>
    </w:p>
    <w:p>
      <w:pPr>
        <w:jc w:val="right"/>
      </w:pPr>
      <w:r>
        <w:t>تو یہ گویا کہ تنہائی میں جا کر قرآن کا مطالعہ کرنا ہے۔ تو اس کے لیے اعتکاف کیا آتا ہے؟</w:t>
      </w:r>
    </w:p>
    <w:p>
      <w:r>
        <w:rPr>
          <w:b/>
        </w:rPr>
        <w:t xml:space="preserve">[26:05] </w:t>
      </w:r>
      <w:r>
        <w:t>aur yeh aitkaf ramzan mein hota hai. is tarah se dekhiye, quran mein namaz, quran mein roze ke bare mein aaya hai ke roza is liye farz kiya gaya ke tumhare andar taqwa paida ho.</w:t>
      </w:r>
    </w:p>
    <w:p>
      <w:pPr>
        <w:jc w:val="right"/>
      </w:pPr>
      <w:r>
        <w:t>اور یہ اعتکاف رمضان میں ہوتا ہے۔ اس طرح سے دیکھیے، قرآن میں نماز، قرآن میں روزے کے بارے میں آیا ہے کہ روزہ اس لیے فرض کیا گیا کہ تمہارے اندر تقویٰ پیدا ہو۔</w:t>
      </w:r>
    </w:p>
    <w:p>
      <w:r>
        <w:rPr>
          <w:b/>
        </w:rPr>
        <w:t xml:space="preserve">[26:22] </w:t>
      </w:r>
      <w:r>
        <w:t>taqwa, taqwa ke maani hote hain parhez, bachna. ek hadith hai, ek sahabi ne doosre sahabi se poocha ke taqwa kya hai?</w:t>
      </w:r>
    </w:p>
    <w:p>
      <w:pPr>
        <w:jc w:val="right"/>
      </w:pPr>
      <w:r>
        <w:t>تقویٰ، تقویٰ کے معنی ہوتے ہیں پرہیز، بچنا۔ ایک حدیث ہے، ایک صحابی نے دوسرے صحابی سے پوچھا کہ تقویٰ کیا ہے؟</w:t>
      </w:r>
    </w:p>
    <w:p>
      <w:r>
        <w:rPr>
          <w:b/>
        </w:rPr>
        <w:t xml:space="preserve">[26:35] </w:t>
      </w:r>
      <w:r>
        <w:t>to unhone taqwa ko is tarah define kiya ke taqwa ke lafzi maani hain bachna, parhez karna.</w:t>
      </w:r>
    </w:p>
    <w:p>
      <w:pPr>
        <w:jc w:val="right"/>
      </w:pPr>
      <w:r>
        <w:t>تو انہوں نے تقویٰ کو اس طرح ڈیفائن کیا کہ تقویٰ کے لفظی معنی ہیں بچنا، پرہیز کرنا۔</w:t>
      </w:r>
    </w:p>
    <w:p>
      <w:r>
        <w:rPr>
          <w:b/>
        </w:rPr>
        <w:t xml:space="preserve">[26:46] </w:t>
      </w:r>
      <w:r>
        <w:t>to unhone kaha ke tum kabhi aise rastay se guzre ho jo jhaariyon ke beech se guzar raha ho?</w:t>
      </w:r>
    </w:p>
    <w:p>
      <w:pPr>
        <w:jc w:val="right"/>
      </w:pPr>
      <w:r>
        <w:t>تو انہوں نے کہا کہ تم کبھی ایسے راستے سے گزرے ہو جو جھاڑیوں کے بیچ سے گزر رہا ہو؟</w:t>
      </w:r>
    </w:p>
    <w:p>
      <w:r>
        <w:rPr>
          <w:b/>
        </w:rPr>
        <w:t xml:space="preserve">[26:55] </w:t>
      </w:r>
      <w:r>
        <w:t>idhar bhi jhaari, udhar bhi jhaari, yaani kaantay daar jhaari, phaadni bashad. to unhone kaha ke haan, kyunke pehle arab mein aisa bohat hota tha.</w:t>
      </w:r>
    </w:p>
    <w:p>
      <w:pPr>
        <w:jc w:val="right"/>
      </w:pPr>
      <w:r>
        <w:t>ادھر بھی جھاڑی، ادھر بھی جھاڑی، یعنی کانٹے دار جھاڑی، پھاڑنی بشد۔ تو انہوں نے کہا کہ ہاں، کیونکہ پہلے عرب میں ایسا بہت ہوتا تھا۔</w:t>
      </w:r>
    </w:p>
    <w:p>
      <w:r>
        <w:rPr>
          <w:b/>
        </w:rPr>
        <w:t xml:space="preserve">[27:05] </w:t>
      </w:r>
      <w:r>
        <w:t>to unhone poocha ke tum ne aise mauqe par kya kiya?</w:t>
      </w:r>
    </w:p>
    <w:p>
      <w:pPr>
        <w:jc w:val="right"/>
      </w:pPr>
      <w:r>
        <w:t>تو انہوں نے پوچھا کہ تم نے ایسے موقع پر کیا کیا؟</w:t>
      </w:r>
    </w:p>
    <w:p>
      <w:r>
        <w:rPr>
          <w:b/>
        </w:rPr>
        <w:t xml:space="preserve">[27:09] </w:t>
      </w:r>
      <w:r>
        <w:t>to unhone kaha ke shimar to wishtat, yaani apni qabron ko khoob samet liye aur bachte bachte nikal gaya ke kaanta dar lag jaye.</w:t>
      </w:r>
    </w:p>
    <w:p>
      <w:pPr>
        <w:jc w:val="right"/>
      </w:pPr>
      <w:r>
        <w:t>تو انہوں نے کہا کہ شمر تو وشتہت، یعنی اپنی قبروں کو خوب سمیٹ لیے اور بچتے بچتے نکل گیا کہ کانٹا ڈر لگ جائے۔</w:t>
      </w:r>
    </w:p>
    <w:p>
      <w:r>
        <w:rPr>
          <w:b/>
        </w:rPr>
        <w:t xml:space="preserve">[27:19] </w:t>
      </w:r>
      <w:r>
        <w:t>to unhone kaha ke zhalik al taqwa, yahi taqwa hai, yaani bachte hue guzarana, apne aap ko kaanton se bachte hue nikal jana.</w:t>
      </w:r>
    </w:p>
    <w:p>
      <w:pPr>
        <w:jc w:val="right"/>
      </w:pPr>
      <w:r>
        <w:t>تو انہوں نے کہا کہ ذالک التقویٰ، یہی تقویٰ ہے، یعنی بچتے ہوئے گزرنا، اپنے آپ کو کانٹوں سے بچاتے ہوئے نکل جانا۔</w:t>
      </w:r>
    </w:p>
    <w:p>
      <w:r>
        <w:rPr>
          <w:b/>
        </w:rPr>
        <w:t xml:space="preserve">[27:31] </w:t>
      </w:r>
      <w:r>
        <w:t>yeh bataya gaya hai quran majeed mein taqwa ka maqsad, yaani quran majeed mein bataya gaya hai ke ramzan ka maqsad hai taqwa paida karna.</w:t>
      </w:r>
    </w:p>
    <w:p>
      <w:pPr>
        <w:jc w:val="right"/>
      </w:pPr>
      <w:r>
        <w:t>یہ بتایا گیا ہے قرآن مجید میں تقویٰ کا مقصد، یعنی قرآن مجید میں بتایا گیا ہے کہ رمضان کا مقصد ہے تقویٰ پیدا کرنا۔</w:t>
      </w:r>
    </w:p>
    <w:p>
      <w:r>
        <w:rPr>
          <w:b/>
        </w:rPr>
        <w:t xml:space="preserve">[27:40] </w:t>
      </w:r>
      <w:r>
        <w:t>lakum tattaqun. to taqwa kya hai? bachte hue zindagi guzarna.</w:t>
      </w:r>
    </w:p>
    <w:p>
      <w:pPr>
        <w:jc w:val="right"/>
      </w:pPr>
      <w:r>
        <w:t>لکم تتقون۔ تو تقویٰ کیا ہے؟ بچتے ہوئے زندگی گزارنا۔</w:t>
      </w:r>
    </w:p>
    <w:p>
      <w:r>
        <w:rPr>
          <w:b/>
        </w:rPr>
        <w:t xml:space="preserve">[27:49] </w:t>
      </w:r>
      <w:r>
        <w:t>kyunke dekhiye, duniya mein insaan ke andar ghalat khwahishein hoti hain, ghalat aadatein hoti hain, shaitan baqayda hai aur nafs aadmi ko tarah tarah ke negative thought lata hai aadmi ke andar.</w:t>
      </w:r>
    </w:p>
    <w:p>
      <w:pPr>
        <w:jc w:val="right"/>
      </w:pPr>
      <w:r>
        <w:t>کیونکہ دیکھیے، دنیا میں انسان کے اندر غلط خواہشیں ہوتی ہیں، غلط عادتیں ہوتی ہیں، شیطان باقاعدہ ہے اور نفس آدمی کو طرح طرح کے نیگیٹیو تھاٹ لاتا ہے آدمی کے اندر۔</w:t>
      </w:r>
    </w:p>
    <w:p>
      <w:r>
        <w:rPr>
          <w:b/>
        </w:rPr>
        <w:t xml:space="preserve">[28:05] </w:t>
      </w:r>
      <w:r>
        <w:t>un sab cheezon se hamein bachna hai. to isi bache ke liye ramzan mein train kiya aata hai? ramzan mein aap pani se aur khane se din ke auqaat mein apne aap ko bachte hain.</w:t>
      </w:r>
    </w:p>
    <w:p>
      <w:pPr>
        <w:jc w:val="right"/>
      </w:pPr>
      <w:r>
        <w:t>ان سب چیزوں سے ہمیں بچنا ہے۔ تو اسی بچنے کے لیے رمضان میں ٹرین کیا آتا ہے؟ رمضان میں آپ پانی سے اور کھانے سے دن کے اوقات میں اپنے آپ کو بچاتے ہیں۔</w:t>
      </w:r>
    </w:p>
    <w:p>
      <w:r>
        <w:rPr>
          <w:b/>
        </w:rPr>
        <w:t xml:space="preserve">[28:19] </w:t>
      </w:r>
      <w:r>
        <w:t>is tarah se har cheez se bache ka apne andar spirit paida karte hain, apne aap ko train karte hain. to ramzan is maani mein apne aap ko bachte hue zindagi guzarnay ka sabaq hai.</w:t>
      </w:r>
    </w:p>
    <w:p>
      <w:pPr>
        <w:jc w:val="right"/>
      </w:pPr>
      <w:r>
        <w:t>اس طرح سے ہر چیز سے بچنے کا اپنے اندر اسپرٹ پیدا کرتے ہیں، اپنے آپ کو ٹرین کرتے ہیں۔ تو رمضان اس معنی میں اپنے آپ کو بچاتے ہوئے زندگی گزارنے کا سبق ہے۔</w:t>
      </w:r>
    </w:p>
    <w:p>
      <w:r>
        <w:rPr>
          <w:b/>
        </w:rPr>
        <w:t xml:space="preserve">[28:35] </w:t>
      </w:r>
      <w:r>
        <w:t>har us cheez se bachana jo aap ki personality ko bigarne wala ho, jo aap ko sachai se deviate karne wala ho, jo aap ke, jo aap ke, yaani jo Khuda ka rasta jo aap ne pakda hai, us ke siwa kisi aur rastay par aap ko daalne wala ho,</w:t>
      </w:r>
    </w:p>
    <w:p>
      <w:pPr>
        <w:jc w:val="right"/>
      </w:pPr>
      <w:r>
        <w:t>ہر اس چیز سے بچانا جو آپ کی پرسنیلٹی کو بگاڑنے والا ہو، جو آپ کو سچائی سے ڈیویٹ کرنے والا ہو، جو آپ کے، جو آپ کے، یعنی جو خدا کا راستہ جو آپ نے پکڑا ہے، اس کے سوا کسی اور راستے پر آپ کو ڈالنے والا ہو،</w:t>
      </w:r>
    </w:p>
    <w:p>
      <w:r>
        <w:rPr>
          <w:b/>
        </w:rPr>
        <w:t xml:space="preserve">[28:58] </w:t>
      </w:r>
      <w:r>
        <w:t>jo aap ko shaitan ki taraf le jaane wala ho. un sab cheezon se apne aap ko bachte hue, parhez karte hue zindagi guzarna.</w:t>
      </w:r>
    </w:p>
    <w:p>
      <w:pPr>
        <w:jc w:val="right"/>
      </w:pPr>
      <w:r>
        <w:t>جو آپ کو شیطان کی طرف لے جانے والا ہو۔ ان سب چیزوں سے اپنے آپ کو بچاتے ہوئے، پرہیز کرتے ہوئے زندگی گزارنا۔</w:t>
      </w:r>
    </w:p>
    <w:p>
      <w:r>
        <w:rPr>
          <w:b/>
        </w:rPr>
        <w:t xml:space="preserve">[29:08] </w:t>
      </w:r>
      <w:r>
        <w:t>is aitbaar se kehna hoga ke ramzan jo hai parhezgari ka mahina hai, parhezgari ka mahina hai. yeh quran ke mutabiq hai kyunke quran mein jahan hukum diya gaya hai, wahan kaha gaya hai ke lakum tattaqun ke roze ka tum ko hukum diya gaya taake tum apne andar taqwa paida karo, yaani bachte hue zindagi guzarnay ki tarbiyat lo.</w:t>
      </w:r>
    </w:p>
    <w:p>
      <w:pPr>
        <w:jc w:val="right"/>
      </w:pPr>
      <w:r>
        <w:t>اس اعتبار سے کہنا ہوگا کہ رمضان جو ہے پرہیزگاری کا مہینہ ہے، پرہیزگاری کا مہینہ ہے۔ یہ قرآن کے مطابق ہے کیونکہ قرآن میں جہاں حکم دیا گیا ہے، وہاں کہا گیا ہے کہ لکم تتقون کہ روزے کا تم کو حکم دیا گیا تاکہ تم اپنے اندر تقویٰ پیدا کرو، یعنی بچتے ہوئے زندگی گزارنے کی تربیت لو۔</w:t>
      </w:r>
    </w:p>
    <w:p>
      <w:r>
        <w:rPr>
          <w:b/>
        </w:rPr>
        <w:t xml:space="preserve">[29:35] </w:t>
      </w:r>
      <w:r>
        <w:t>yaani namaz, yaani pani aur khana chhod kar ke yeh socho ke is tarah se hamein aur bhi bohat saari cheezein chhodna hai, bohat saari chhodna hai.</w:t>
      </w:r>
    </w:p>
    <w:p>
      <w:pPr>
        <w:jc w:val="right"/>
      </w:pPr>
      <w:r>
        <w:t>یعنی نماز، یعنی پانی اور کھانا چھوڑ کر کے یہ سوچو کہ اس طرح سے ہمیں اور بھی بہت ساری چیزیں چھوڑنا ہے، بہت ساری چھوڑنا ہے۔</w:t>
      </w:r>
    </w:p>
    <w:p>
      <w:r>
        <w:rPr>
          <w:b/>
        </w:rPr>
        <w:t xml:space="preserve">[29:47] </w:t>
      </w:r>
      <w:r>
        <w:t>aise hi quran mein bataya gaya hai ke lakum tashkurun taake tumhare andar shukr paida ho. yaani roze ka maqsad bataya gaya ke tumhare andar shukr paida ho.</w:t>
      </w:r>
    </w:p>
    <w:p>
      <w:pPr>
        <w:jc w:val="right"/>
      </w:pPr>
      <w:r>
        <w:t>ایسے ہی قرآن میں بتایا گیا ہے کہ لکم تشکرون تاکہ تمہارے اندر شکر پیدا ہو۔ یعنی روزے کا مقصد بتایا گیا کہ تمہارے اندر شکر پیدا ہو۔</w:t>
      </w:r>
    </w:p>
    <w:p>
      <w:r>
        <w:rPr>
          <w:b/>
        </w:rPr>
        <w:t xml:space="preserve">[30:00] </w:t>
      </w:r>
      <w:r>
        <w:t>ab sochiye ke shukr kaise paida hoga?</w:t>
      </w:r>
    </w:p>
    <w:p>
      <w:pPr>
        <w:jc w:val="right"/>
      </w:pPr>
      <w:r>
        <w:t>اب سوچیے کہ شکر کیسے پیدا ہوگا؟</w:t>
      </w:r>
    </w:p>
    <w:p>
      <w:r>
        <w:rPr>
          <w:b/>
        </w:rPr>
        <w:t xml:space="preserve">[30:03] </w:t>
      </w:r>
      <w:r>
        <w:t>to shukr is tarah paida hoga ke aap ne din bhar pani nahi piya, pyas lagi phir bhi nahi piya, halaq sookh gaya phir bhi nahi piya.</w:t>
      </w:r>
    </w:p>
    <w:p>
      <w:pPr>
        <w:jc w:val="right"/>
      </w:pPr>
      <w:r>
        <w:t>تو شکر اس طرح پیدا ہوگا کہ آپ نے دن بھر پانی نہیں پیا، پیاس لگی پھر بھی نہیں پیا، حلق سوکھ گیا پھر بھی نہیں پیا۔</w:t>
      </w:r>
    </w:p>
    <w:p>
      <w:r>
        <w:rPr>
          <w:b/>
        </w:rPr>
        <w:t xml:space="preserve">[30:16] </w:t>
      </w:r>
      <w:r>
        <w:t>ab sham ko jab aap pani peete hain to lagta hai ek kaisi ajeeb nemat hai Allah taala ki. yeh</w:t>
      </w:r>
    </w:p>
    <w:p>
      <w:pPr>
        <w:jc w:val="right"/>
      </w:pPr>
      <w:r>
        <w:t>اب شام کو جب آپ پانی پیتے ہیں تو لگتا ہے ایک کیسی عجیب نعمت ہے اللہ تعالیٰ کی۔ یہ</w:t>
      </w:r>
    </w:p>
    <w:p>
      <w:r>
        <w:rPr>
          <w:b/>
        </w:rPr>
        <w:t xml:space="preserve">[30:23] </w:t>
      </w:r>
      <w:r>
        <w:t>to Allah Rasool Allah salallaho alaihi wasallam ne sham ko jab iftar kiya aur pani piya to aap ne farmaya ke zahabazam o waqtal urooq ke pyas chali gayi, pyas bujh gayi aur ragen tar ho gayin.</w:t>
      </w:r>
    </w:p>
    <w:p>
      <w:pPr>
        <w:jc w:val="right"/>
      </w:pPr>
      <w:r>
        <w:t>تو اللہ رسول اللہ صلی اللہ علیہ وسلم نے شام کو جب افطار کیا اور پانی پیا تو آپ نے فرمایا کہ ذہبت زم و وقت العروق کہ پیاس چلی گئی، پیاس بجھ گئی اور رگیں تر ہو گئیں۔</w:t>
      </w:r>
    </w:p>
    <w:p>
      <w:r>
        <w:rPr>
          <w:b/>
        </w:rPr>
        <w:t xml:space="preserve">[30:44] </w:t>
      </w:r>
      <w:r>
        <w:t>to pani se waqti taur par din ke auqat mein aap ko mahroom karke jab sham ko pani mila to us waqt shadeed ehsas paida hoga.</w:t>
      </w:r>
    </w:p>
    <w:p>
      <w:pPr>
        <w:jc w:val="right"/>
      </w:pPr>
      <w:r>
        <w:t>تو پانی سے وقتی طور پر دن کے اوقات میں آپ کو محروم کر کے جب شام کو پانی ملا تو اس وقت شدید احساس پیدا ہوگا۔</w:t>
      </w:r>
    </w:p>
    <w:p>
      <w:r>
        <w:rPr>
          <w:b/>
        </w:rPr>
        <w:t xml:space="preserve">[30:56] </w:t>
      </w:r>
      <w:r>
        <w:t>kyunki mahroomi ke baad jab yaft hoti hai to ehsas badha deti hai. jab koi cheez kho jaye aur phir aap ko payein us ko, yaani khone ke baad pana aadmi ke andar bahut zyada ehsas jagata hai.</w:t>
      </w:r>
    </w:p>
    <w:p>
      <w:pPr>
        <w:jc w:val="right"/>
      </w:pPr>
      <w:r>
        <w:t>کیونکہ محرومی کے بعد جب یافت ہوتی ہے تو احساس بڑھا دیتی ہے۔ جب کوئی چیز کھو جائے اور پھر آپ کو پائیں اس کو، یعنی کھونے کے بعد پانا آدمی کے اندر بہت زیادہ احساس جگاتا ہے۔</w:t>
      </w:r>
    </w:p>
    <w:p>
      <w:r>
        <w:rPr>
          <w:b/>
        </w:rPr>
        <w:t xml:space="preserve">[31:12] </w:t>
      </w:r>
      <w:r>
        <w:t>to is tarah se jab aap khana aur pani din ke auqat mein chhod dete hain, pyas lagti hai, bhook lagti hai, phir sham ko aap khate peete hain to lagta hai kitni badi nemat hai.</w:t>
      </w:r>
    </w:p>
    <w:p>
      <w:pPr>
        <w:jc w:val="right"/>
      </w:pPr>
      <w:r>
        <w:t>تو اس طرح سے جب آپ کھانا اور پانی دن کے اوقات میں چھوڑ دیتے ہیں، پیاس لگتی ہے، بھوک لگتی ہے، پھر شام کو آپ کھاتے پیتے ہیں تو لگتا ہے کتنی بڑی نعمت ہے۔</w:t>
      </w:r>
    </w:p>
    <w:p>
      <w:r>
        <w:rPr>
          <w:b/>
        </w:rPr>
        <w:t xml:space="preserve">[31:24] </w:t>
      </w:r>
      <w:r>
        <w:t>to nemat ke ehsas ko badhane ke liye, nemat ke ehsas ko zinda karne ke liye yeh yeh hai. nemat ka ehsas jitna zyada hoga, utne zyada aap Khuda ke, yaani mehboob bande banenge.</w:t>
      </w:r>
    </w:p>
    <w:p>
      <w:pPr>
        <w:jc w:val="right"/>
      </w:pPr>
      <w:r>
        <w:t>تو نعمت کے احساس کو بڑھانے کے لیے، نعمت کے احساس کو زندہ کرنے کے لیے یہ یہ ہے۔ نعمت کا احساس جتنا زیادہ ہوگا، اتنے زیادہ آپ خدا کے، یعنی محبوب بندے بنیں گے۔</w:t>
      </w:r>
    </w:p>
    <w:p>
      <w:r>
        <w:rPr>
          <w:b/>
        </w:rPr>
        <w:t xml:space="preserve">[31:42] </w:t>
      </w:r>
      <w:r>
        <w:t>shukr ka matlab hota hai acknowledge karna, eteraaf karna. to aam halat mein bhi aap eteraaf karte hain ke Khuda ya yeh sab teri nematein hain, lekin is nematon se waqti taur par jab aap ko mahroom kiya jata hai, us ko chhudaya jata hai,</w:t>
      </w:r>
    </w:p>
    <w:p>
      <w:pPr>
        <w:jc w:val="right"/>
      </w:pPr>
      <w:r>
        <w:t>شکر کا مطلب ہوتا ہے اکنالش کرنا، اعتراف کرنا۔ تو عام حالت میں بھی آپ اعتراف کرتے ہیں کہ خدایا یہ سب تیری نعمتیں ہیں، لیکن اس نعمتوں سے وقتی طور پر جب آپ کو محروم کیا جاتا ہے، اس کو چھڑایا جاتا ہے،</w:t>
      </w:r>
    </w:p>
    <w:p>
      <w:r>
        <w:rPr>
          <w:b/>
        </w:rPr>
        <w:t xml:space="preserve">[31:58] </w:t>
      </w:r>
      <w:r>
        <w:t>ab phir woh milti hain aap ko to zyada shiddat se aap ko ehsas hota hai ke yeh kitni badi nematein hain. to is liye kaha gaya ke lakum tashkuroon</w:t>
      </w:r>
    </w:p>
    <w:p>
      <w:pPr>
        <w:jc w:val="right"/>
      </w:pPr>
      <w:r>
        <w:t>اب پھر وہ ملتی ہیں آپ کو تو زیادہ شدت سے آپ کو احساس ہوتا ہے کہ یہ کتنی بڑی نعمتیں ہیں۔ تو اس لیے کہا گیا کہ لکم تشکرون</w:t>
      </w:r>
    </w:p>
    <w:p>
      <w:r>
        <w:rPr>
          <w:b/>
        </w:rPr>
        <w:t xml:space="preserve">[32:09] </w:t>
      </w:r>
      <w:r>
        <w:t>ke roze mein is tarah ka course is liye rakha gaya taake tumhare andar shukr paida ho. hadith mein aata hai ke</w:t>
      </w:r>
    </w:p>
    <w:p>
      <w:pPr>
        <w:jc w:val="right"/>
      </w:pPr>
      <w:r>
        <w:t>کہ روزے میں اس طرح کا کورس اس لیے رکھا گیا تاکہ تمہارے اندر شکر پیدا ہو۔ حدیث میں آتا ہے کہ</w:t>
      </w:r>
    </w:p>
    <w:p>
      <w:r>
        <w:rPr>
          <w:b/>
        </w:rPr>
        <w:t xml:space="preserve">[32:23] </w:t>
      </w:r>
      <w:r>
        <w:t>hadith mein aata hai ke bahut se rozedar aise hain jinko apne roze se bhook se pyas ke siwa kuch nahi milta.</w:t>
      </w:r>
    </w:p>
    <w:p>
      <w:pPr>
        <w:jc w:val="right"/>
      </w:pPr>
      <w:r>
        <w:t>حدیث میں آتا ہے کہ بہت سے روزے دار ایسے ہیں جن کو اپنے روزے سے بھوک سے پیاس کے سوا کچھ نہیں ملتا۔</w:t>
      </w:r>
    </w:p>
    <w:p>
      <w:r>
        <w:rPr>
          <w:b/>
        </w:rPr>
        <w:t xml:space="preserve">[32:35] </w:t>
      </w:r>
      <w:r>
        <w:t>bhook pyas ke siwa kuch nahi milta.</w:t>
      </w:r>
    </w:p>
    <w:p>
      <w:pPr>
        <w:jc w:val="right"/>
      </w:pPr>
      <w:r>
        <w:t>بھوک پیاس کے سوا کچھ نہیں ملتا۔</w:t>
      </w:r>
    </w:p>
    <w:p>
      <w:r>
        <w:rPr>
          <w:b/>
        </w:rPr>
        <w:t xml:space="preserve">[32:40] </w:t>
      </w:r>
      <w:r>
        <w:t>yeh kaun log hain? yeh jo farmaya ke</w:t>
      </w:r>
    </w:p>
    <w:p>
      <w:pPr>
        <w:jc w:val="right"/>
      </w:pPr>
      <w:r>
        <w:t>یہ کون لوگ ہیں؟ یہ جو فرمایا کہ</w:t>
      </w:r>
    </w:p>
    <w:p>
      <w:r>
        <w:rPr>
          <w:b/>
        </w:rPr>
        <w:t xml:space="preserve">[32:47] </w:t>
      </w:r>
      <w:r>
        <w:t>ke bahut se rozedar aise hain jinko apne roze se bhook pyas ke siwa kuch nahi milta, yeh kaun log hain? yeh woh log hain jinhone roze ko us ke form ke aitbar se rakha aur us ki spirit ke aitbar se nahi rakha.</w:t>
      </w:r>
    </w:p>
    <w:p>
      <w:pPr>
        <w:jc w:val="right"/>
      </w:pPr>
      <w:r>
        <w:t>کہ بہت سے روزے دار ایسے ہیں جن کو اپنے روزے سے بھوک پیاس کے سوا کچھ نہیں ملتا، یہ کون لوگ ہیں؟ یہ وہ لوگ ہیں جنہوں نے روزے کو اس کے فارم کے اعتبار سے رکھا اور اس کی اسپرٹ کے اعتبار سے نہیں رکھا۔</w:t>
      </w:r>
    </w:p>
    <w:p>
      <w:r>
        <w:rPr>
          <w:b/>
        </w:rPr>
        <w:t xml:space="preserve">[33:03] </w:t>
      </w:r>
      <w:r>
        <w:t>yaani Quran ke mutabiq roze ki spirit hai ke aadmi ke andar</w:t>
      </w:r>
    </w:p>
    <w:p>
      <w:pPr>
        <w:jc w:val="right"/>
      </w:pPr>
      <w:r>
        <w:t>یعنی قرآن کے مطابق روزے کی اسپرٹ ہے کہ آدمی کے اندر</w:t>
      </w:r>
    </w:p>
    <w:p>
      <w:r>
        <w:rPr>
          <w:b/>
        </w:rPr>
        <w:t xml:space="preserve">[33:07] </w:t>
      </w:r>
      <w:r>
        <w:t>taqwa paida ho, parhezgari paida ho, shukr paida ho, eteraaf paida ho. yeh yeh us ki rooh hai, us ki spirit hai.</w:t>
      </w:r>
    </w:p>
    <w:p>
      <w:pPr>
        <w:jc w:val="right"/>
      </w:pPr>
      <w:r>
        <w:t>تقویٰ پیدا ہو، پرہیزگاری پیدا ہو، شکر پیدا ہو، اعتراف پیدا ہو۔ یہ یہ اس کی روح ہے، اس کی اسپرٹ ہے۔</w:t>
      </w:r>
    </w:p>
    <w:p>
      <w:r>
        <w:rPr>
          <w:b/>
        </w:rPr>
        <w:t xml:space="preserve">[33:18] </w:t>
      </w:r>
      <w:r>
        <w:t>ab ek shakhs ne roza rakha lekin us spirit se khali tha uska din aur raat. roza rakh kar ke bhi us ke andar taqwa nahi aaya, roza rakh kar ke bhi us ke andar shukr paida nahi hua.</w:t>
      </w:r>
    </w:p>
    <w:p>
      <w:pPr>
        <w:jc w:val="right"/>
      </w:pPr>
      <w:r>
        <w:t>اب ایک شخص نے روزہ رکھا لیکن اس اسپرٹ سے خالی تھا اس کا دن اور رات۔ روزہ رکھ کر کے بھی اس کے اندر تقویٰ نہیں آیا، روزہ رکھ کر کے بھی اس کے اندر شکر پیدا نہیں ہوا۔</w:t>
      </w:r>
    </w:p>
    <w:p>
      <w:r>
        <w:rPr>
          <w:b/>
        </w:rPr>
        <w:t xml:space="preserve">[33:33] </w:t>
      </w:r>
      <w:r>
        <w:t>to is mani hai ke roza rakha us ne form ke aitbar se, zahiri shakal ke aitbar se to us ko us ko kuch nahi milega.</w:t>
      </w:r>
    </w:p>
    <w:p>
      <w:pPr>
        <w:jc w:val="right"/>
      </w:pPr>
      <w:r>
        <w:t>تو اس معنی ہے کہ روزہ رکھا اس نے فارم کے اعتبار سے، ظاہری شکل کے اعتبار سے تو اس کو اس کو کچھ نہیں ملے گا۔</w:t>
      </w:r>
    </w:p>
    <w:p>
      <w:r>
        <w:rPr>
          <w:b/>
        </w:rPr>
        <w:t xml:space="preserve">[33:45] </w:t>
      </w:r>
      <w:r>
        <w:t>jaise aap dekhiye, ek phal hai to har phal mein ek chhilka hota hai. to aap chhilka khayen aur us ka andar ka jo hai, us ko phenk den.</w:t>
      </w:r>
    </w:p>
    <w:p>
      <w:pPr>
        <w:jc w:val="right"/>
      </w:pPr>
      <w:r>
        <w:t>جیسے آپ دیکھیے، ایک پھل ہے تو ہر پھل میں ایک چھلکا ہوتا ہے۔ تو آپ چھلکا کھائیں اور اس کا اندر کا جو ہے، اس کو پھینک دیں۔</w:t>
      </w:r>
    </w:p>
    <w:p>
      <w:r>
        <w:rPr>
          <w:b/>
        </w:rPr>
        <w:t xml:space="preserve">[33:54] </w:t>
      </w:r>
      <w:r>
        <w:t>to kaha jaye ke aap ko phal nahi mila, aap ko phal mein se sirf chhilka mila.</w:t>
      </w:r>
    </w:p>
    <w:p>
      <w:pPr>
        <w:jc w:val="right"/>
      </w:pPr>
      <w:r>
        <w:t>تو کہا جائے کہ آپ کو پھل نہیں ملا، آپ کو پھل میں سے صرف چھلکا ملا۔</w:t>
      </w:r>
    </w:p>
    <w:p>
      <w:r>
        <w:rPr>
          <w:b/>
        </w:rPr>
        <w:t xml:space="preserve">[34:00] </w:t>
      </w:r>
      <w:r>
        <w:t>is tarah se jo log roze ke zamane mein aisa karen ke us ke form ke aitbar se to roza rakhen aur apne andar spirit na paida karen, shukr kiye aur taqwa ki, to unhone goya ke phal ke chhilke ko liya aur us ke magz ko chhod diya.</w:t>
      </w:r>
    </w:p>
    <w:p>
      <w:pPr>
        <w:jc w:val="right"/>
      </w:pPr>
      <w:r>
        <w:t>اس طرح سے جو لوگ روزے کے زمانے میں ایسا کریں کہ اس کے فارم کے اعتبار سے تو روزہ رکھیں اور اپنے اندر اسپرٹ نہ پیدا کریں، شکر کیے اور تقویٰ کی، تو انہوں نے گویا کہ پھل کے چھلکے کو لیا اور اس کے مغز کو چھوڑ دیا۔</w:t>
      </w:r>
    </w:p>
    <w:p>
      <w:r>
        <w:rPr>
          <w:b/>
        </w:rPr>
        <w:t xml:space="preserve">[34:23] </w:t>
      </w:r>
      <w:r>
        <w:t>is liye farmaya ke bahut se rozedar aise hain jinko apne roze se bhook pyas, bhook pyas ke siwa aur kuch nahi milta. dekhiye, ek hadith hai Rasool Allah ne farmaya ke man lam yeda qaul az zoor wal amal bihi fa laisa lillahi hajja tun fi adaamih</w:t>
      </w:r>
    </w:p>
    <w:p>
      <w:pPr>
        <w:jc w:val="right"/>
      </w:pPr>
      <w:r>
        <w:t>اس لیے فرمایا کہ بہت سے روزے دار ایسے ہیں جن کو اپنے روزے سے بھوک پیاس، بھوک پیاس کے سوا اور کچھ نہیں ملتا۔ دیکھیے، ایک حدیث ہے رسول اللہ نے فرمایا کہ من لمیدا قول الزور والعمل بہ فلیس للہ حاجۃ فییدا طعامہ</w:t>
      </w:r>
    </w:p>
    <w:p>
      <w:r>
        <w:rPr>
          <w:b/>
        </w:rPr>
        <w:t xml:space="preserve">[34:48] </w:t>
      </w:r>
      <w:r>
        <w:t>wa sharaabih ke jis aadmi ne jhoot bolna aur jhoot par amal karna na chhoda to Allah ko us ki hajat nahi ke woh apne pani ko, apne khane ko chhod de.</w:t>
      </w:r>
    </w:p>
    <w:p>
      <w:pPr>
        <w:jc w:val="right"/>
      </w:pPr>
      <w:r>
        <w:t>و شرابہ کہ جس آدمی نے جھوٹ بولنا اور جھوٹ پر عمل کرنا نہ چھوڑا تو اللہ کو اس کی حاجت نہیں کہ وہ اپنے پانی کو، اپنے کھانے کو چھوڑ دے۔</w:t>
      </w:r>
    </w:p>
    <w:p>
      <w:r>
        <w:rPr>
          <w:b/>
        </w:rPr>
        <w:t xml:space="preserve">[35:03] </w:t>
      </w:r>
      <w:r>
        <w:t>kyunki asal cheez jo chahiye thi, woh to woh tha. yaani asal cheez to yeh thi ke aadmi ke andar shukr ki aur taqwa ki spirit paida ho, Khuda ka khauf paida ho, Khuda ke mamle mein parhezgari paida ho,</w:t>
      </w:r>
    </w:p>
    <w:p>
      <w:pPr>
        <w:jc w:val="right"/>
      </w:pPr>
      <w:r>
        <w:t>کیونکہ اصل چیز جو چاہیے تھی، وہ تو وہ تھا۔ یعنی اصل چیز تو یہ تھی کہ آدمی کے اندر شکر کی اور تقویٰ کی اسپرٹ پیدا ہو، خدا کا خوف پیدا ہو، خدا کے معاملے میں پرہیزگاری پیدا ہو،</w:t>
      </w:r>
    </w:p>
    <w:p>
      <w:r>
        <w:rPr>
          <w:b/>
        </w:rPr>
        <w:t xml:space="preserve">[35:19] </w:t>
      </w:r>
      <w:r>
        <w:t>Khuda ke inaamaat ko, woh Khuda ke inaamaat ka woh eteraaf kare. shukr kehte hain eteraaf ko.</w:t>
      </w:r>
    </w:p>
    <w:p>
      <w:pPr>
        <w:jc w:val="right"/>
      </w:pPr>
      <w:r>
        <w:t>خدا کے انعامات کو، وہ خدا کے انعامات کا وہ اعتراف کرے۔ شکر کہتے ہیں اعتراف کو۔</w:t>
      </w:r>
    </w:p>
    <w:p>
      <w:r>
        <w:rPr>
          <w:b/>
        </w:rPr>
        <w:t xml:space="preserve">[35:30] </w:t>
      </w:r>
      <w:r>
        <w:t>to yeh sab cheezein theen jo chahiye, jo matlab thi roze se, wahi paida nahi huien. To farmaya ke aisa aadmi jo hai roza rakha hai, na rakha hai, dono barabar hain.</w:t>
      </w:r>
    </w:p>
    <w:p>
      <w:pPr>
        <w:jc w:val="right"/>
      </w:pPr>
      <w:r>
        <w:t>تو یہ سب چیزیں تھیں جو چاہیے، جو مطلوب تھی روزے سے، وہی پیدا نہیں ہوئیں۔ تو فرمایا کہ ایسا آدمی جو ہے روزہ رکھا ہے، نہ رکھا ہے، دونوں برابر ہیں۔</w:t>
      </w:r>
    </w:p>
    <w:p>
      <w:r>
        <w:rPr>
          <w:b/>
        </w:rPr>
        <w:t xml:space="preserve">[35:43] </w:t>
      </w:r>
      <w:r>
        <w:t>yahan par sochiye</w:t>
      </w:r>
    </w:p>
    <w:p>
      <w:pPr>
        <w:jc w:val="right"/>
      </w:pPr>
      <w:r>
        <w:t>یہاں پر سوچیے</w:t>
      </w:r>
    </w:p>
    <w:p>
      <w:r>
        <w:rPr>
          <w:b/>
        </w:rPr>
        <w:t xml:space="preserve">[35:48] </w:t>
      </w:r>
      <w:r>
        <w:t>ke jhoot kya hai aur jhoot par amal karna kya hai. Kyunke dekhiye, do lafz aaye hain</w:t>
      </w:r>
    </w:p>
    <w:p>
      <w:pPr>
        <w:jc w:val="right"/>
      </w:pPr>
      <w:r>
        <w:t>کہ جھوٹ کیا ہے اور جھوٹ پر عمل کرنا کیا ہے۔ کیونکہ دیکھیں، دو لفظ آئے ہیں</w:t>
      </w:r>
    </w:p>
    <w:p>
      <w:r>
        <w:rPr>
          <w:b/>
        </w:rPr>
        <w:t xml:space="preserve">[35:57] </w:t>
      </w:r>
      <w:r>
        <w:t>ke jisne jhoot bolna aur jhoot par amal karna na chora to iska matlab kya hai? To jhoot bolna yeh hai ke aap ek aisi baat bolein jo aap ko karna nahi hai.</w:t>
      </w:r>
    </w:p>
    <w:p>
      <w:pPr>
        <w:jc w:val="right"/>
      </w:pPr>
      <w:r>
        <w:t>کہ جس نے جھوٹ بولنا اور جھوٹ پر عمل کرنا نہ چھوڑا تو اس کا مطلب کیا ہے؟ تو جھوٹ بولنا یہ ہے کہ آپ ایک ایسی بات بولیں جو آپ کو کرنا نہیں ہے۔</w:t>
      </w:r>
    </w:p>
    <w:p>
      <w:r>
        <w:rPr>
          <w:b/>
        </w:rPr>
        <w:t xml:space="preserve">[36:12] </w:t>
      </w:r>
      <w:r>
        <w:t>jhoot bolna yeh hai ke aap ek aisi baat bolein jis ko aap ko karna nahi hai. Kisi aadmi ne aap se madad mangi, koi zaroorat thi, us ko</w:t>
      </w:r>
    </w:p>
    <w:p>
      <w:pPr>
        <w:jc w:val="right"/>
      </w:pPr>
      <w:r>
        <w:t>جھوٹ بولنا یہ ہے کہ آپ ایک ایسی بات بولیں جس کو آپ کو کرنا نہیں ہے۔ کسی آدمی نے آپ سے مدد مانگی، کوئی ضرورت تھی، اس کو</w:t>
      </w:r>
    </w:p>
    <w:p>
      <w:r>
        <w:rPr>
          <w:b/>
        </w:rPr>
        <w:t xml:space="preserve">[36:24] </w:t>
      </w:r>
      <w:r>
        <w:t>aap ne kaha haan bilkul main tumhari zaroorat poori karunga aur dil mein aaya ke mujhe is ko kuch ek paisa bhi nahi dena hai. To aap jhoot bolein.</w:t>
      </w:r>
    </w:p>
    <w:p>
      <w:pPr>
        <w:jc w:val="right"/>
      </w:pPr>
      <w:r>
        <w:t>آپ نے کہا ہاں بالکل میں تمہاری ضرورت پوری کروں گا اور دل میں آیا کہ مجھے اس کو کچھ ایک پیسہ بھی نہیں دینا ہے۔ تو آپ جھوٹ بولے۔</w:t>
      </w:r>
    </w:p>
    <w:p>
      <w:r>
        <w:rPr>
          <w:b/>
        </w:rPr>
        <w:t xml:space="preserve">[36:35] </w:t>
      </w:r>
      <w:r>
        <w:t>to ek hai jhoot bolna, to ek hai jhoot par amal karna. Jhoot par amal karna yeh hai ke aadmi jo kar raha hai, us ko beautiful alfaaz mein bataye.</w:t>
      </w:r>
    </w:p>
    <w:p>
      <w:pPr>
        <w:jc w:val="right"/>
      </w:pPr>
      <w:r>
        <w:t>تو ایک ہے جھوٹ بولنا، تو ایک ہے جھوٹ پر عمل کرنا۔ جھوٹ پر عمل کرنا یہ ہے کہ آدمی جو کر رہا ہے، اس کو بیوٹی فل الفاظ میں بتائے۔</w:t>
      </w:r>
    </w:p>
    <w:p>
      <w:r>
        <w:rPr>
          <w:b/>
        </w:rPr>
        <w:t xml:space="preserve">[36:50] </w:t>
      </w:r>
      <w:r>
        <w:t>jo kar raha hai, woh ghalat kaam hai lekin us ke liye beautiful shabd bol raha hai. To yeh jhoot par amal karna hai.</w:t>
      </w:r>
    </w:p>
    <w:p>
      <w:pPr>
        <w:jc w:val="right"/>
      </w:pPr>
      <w:r>
        <w:t>جو کر رہا ہے، وہ غلط کام ہے لیکن اس کے لیے بیوٹی فل शब्द بول رہا ہے۔ تو یہ جھوٹ پر عمل کرنا ہے۔</w:t>
      </w:r>
    </w:p>
    <w:p>
      <w:r>
        <w:rPr>
          <w:b/>
        </w:rPr>
        <w:t xml:space="preserve">[37:02] </w:t>
      </w:r>
      <w:r>
        <w:t>jaise aap kisi maamle ko le kar protest karein aur demonstration karein, sadkon par aa kar ke shor ghul karein, hangama karein aur phir takraao ho, nafratein badhein to aap kahein ke hum to human rights ke liye kaam kar rahe hain.</w:t>
      </w:r>
    </w:p>
    <w:p>
      <w:pPr>
        <w:jc w:val="right"/>
      </w:pPr>
      <w:r>
        <w:t>جیسے آپ کسی معاملے کو لے کر پروٹیسٹ کریں اور ڈیمونسٹریشن کریں، سڑکوں پر آ کر کے شور غل کریں، ہنگامہ کریں اور پھر ٹکراؤ ہو، نفرتیں بڑھیں تو آپ کہیں کہ ہم تو ہیومن رائٹس کے لیے کام کر رہے ہیں۔</w:t>
      </w:r>
    </w:p>
    <w:p>
      <w:r>
        <w:rPr>
          <w:b/>
        </w:rPr>
        <w:t xml:space="preserve">[37:21] </w:t>
      </w:r>
      <w:r>
        <w:t>to human rights ka kaam kya hua? Yeh to nafrat ke liye kaam hua. Yeh to logon ke andar violence paida karne ka kaam hua, logon ko andar ek doosre se door karne ka kaam hua.</w:t>
      </w:r>
    </w:p>
    <w:p>
      <w:pPr>
        <w:jc w:val="right"/>
      </w:pPr>
      <w:r>
        <w:t>تو ہیومن رائٹس کا کام کیا ہوا؟ یہ تو نفرت کے لیے کام ہوا۔ یہ تو لوگوں کے اندر وائیلنس پیدا کرنے کا کام ہوا، لوگوں کو اندر ایک دوسرے سے دور کرنے کا کام ہوا۔</w:t>
      </w:r>
    </w:p>
    <w:p>
      <w:r>
        <w:rPr>
          <w:b/>
        </w:rPr>
        <w:t xml:space="preserve">[37:34] </w:t>
      </w:r>
      <w:r>
        <w:t>to aisa kaam karna ke woh kaam khud to sahi na ho aur aap us ko beautiful shabd bol kar ke yeh kahein ke bohat acha kaam hai, bohat acha kaam hai,</w:t>
      </w:r>
    </w:p>
    <w:p>
      <w:pPr>
        <w:jc w:val="right"/>
      </w:pPr>
      <w:r>
        <w:t>تو ایسا کام کرنا کہ وہ کام خود تو صحیح نہ ہو اور آپ اس کو بیوٹی فل शब्द بول کر کے یہ کہیں کہ بہت اچھا کام ہے، بہت اچھا کام ہے،</w:t>
      </w:r>
    </w:p>
    <w:p>
      <w:r>
        <w:rPr>
          <w:b/>
        </w:rPr>
        <w:t xml:space="preserve">[37:47] </w:t>
      </w:r>
      <w:r>
        <w:t>yeh jhoot par amal karna kaha jayega. To yeh dono cheezein bohat hi buri hain. Jhoot bolna bhi aur jhoot par amal karna bhi.</w:t>
      </w:r>
    </w:p>
    <w:p>
      <w:pPr>
        <w:jc w:val="right"/>
      </w:pPr>
      <w:r>
        <w:t>یہ جھوٹ پر عمل کرنا کہا جائے گا۔ تو یہ دونوں چیزیں بہت ہی بری ہیں۔ جھوٹ بولنا بھی اور جھوٹ پر عمل کرنا بھی۔</w:t>
      </w:r>
    </w:p>
    <w:p>
      <w:r>
        <w:rPr>
          <w:b/>
        </w:rPr>
        <w:t xml:space="preserve">[38:00] </w:t>
      </w:r>
      <w:r>
        <w:t>to jo aadmi in cheezon ko na chore aur sirf bhooka paisa rahe to is ka roza kya? Is ka roza kuch bhi nahi.</w:t>
      </w:r>
    </w:p>
    <w:p>
      <w:pPr>
        <w:jc w:val="right"/>
      </w:pPr>
      <w:r>
        <w:t>تو جو آدمی ان چیزوں کو نہ چھوڑے اور صرف بھوکا پیسہ رہے تو اس کا روزہ کیا؟ اس کا روزہ کچھ بھی نہیں۔</w:t>
      </w:r>
    </w:p>
    <w:p>
      <w:r>
        <w:rPr>
          <w:b/>
        </w:rPr>
        <w:t xml:space="preserve">[38:12] </w:t>
      </w:r>
      <w:r>
        <w:t>to yeh jaanna chahiye ke roze ka do pehlu hain. Ek hai is ki spirit, doosra hai is ka form.</w:t>
      </w:r>
    </w:p>
    <w:p>
      <w:pPr>
        <w:jc w:val="right"/>
      </w:pPr>
      <w:r>
        <w:t>تو یہ جاننا چاہیے کہ روزہ کا دو پہلو ہیں۔ ایک ہے اس کی اسپرٹ، دوسرا ہے اس کا فارم۔</w:t>
      </w:r>
    </w:p>
    <w:p>
      <w:r>
        <w:rPr>
          <w:b/>
        </w:rPr>
        <w:t xml:space="preserve">[38:24] </w:t>
      </w:r>
      <w:r>
        <w:t>to dono aitbaar se humein roza rakhna padta hai. Spirit ke aitbaar se bhi aur form ke aitbaar se bhi.</w:t>
      </w:r>
    </w:p>
    <w:p>
      <w:pPr>
        <w:jc w:val="right"/>
      </w:pPr>
      <w:r>
        <w:t>تو دونوں اعتبار سے ہمیں روزہ رکھنا پڑتا ہے۔ اسپرٹ کے اعتبار سے بھی اور فارم کے اعتبار سے بھی۔</w:t>
      </w:r>
    </w:p>
    <w:p>
      <w:r>
        <w:rPr>
          <w:b/>
        </w:rPr>
        <w:t xml:space="preserve">[38:32] </w:t>
      </w:r>
      <w:r>
        <w:t>spirit ko alag karne ke baad sirf form ko koi dohraaye to is ki koi value Allah taala ke haan nahi hai.</w:t>
      </w:r>
    </w:p>
    <w:p>
      <w:pPr>
        <w:jc w:val="right"/>
      </w:pPr>
      <w:r>
        <w:t>اسپرٹ کو الگ کرنے کے بعد صرف فارم کو کوئی دہرائے تو اس کی کوئی ویلیو اللہ تعالیٰ کے ہاں نہیں ہے۔</w:t>
      </w:r>
    </w:p>
    <w:p>
      <w:r>
        <w:rPr>
          <w:b/>
        </w:rPr>
        <w:t xml:space="preserve">[38:43] </w:t>
      </w:r>
      <w:r>
        <w:t>is tarah dekhiye,</w:t>
      </w:r>
    </w:p>
    <w:p>
      <w:pPr>
        <w:jc w:val="right"/>
      </w:pPr>
      <w:r>
        <w:t>اس طرح دیکھیے،</w:t>
      </w:r>
    </w:p>
    <w:p>
      <w:r>
        <w:rPr>
          <w:b/>
        </w:rPr>
        <w:t xml:space="preserve">[38:48] </w:t>
      </w:r>
      <w:r>
        <w:t>hadees mein aata hai ke Rasool Allah Sal Allahu Alaihi Wasallam roze mein bohat ziyada khairat karte the, bohat ziyada logon ko madad karte the.</w:t>
      </w:r>
    </w:p>
    <w:p>
      <w:pPr>
        <w:jc w:val="right"/>
      </w:pPr>
      <w:r>
        <w:t>حدیث میں آتا ہے کہ رسول اللہ صلی اللہ علیہ وسلم روزے میں بہت زیادہ خیرات کرتے تھے، بہت زیادہ لوگوں کو مدد کرتے تھے۔</w:t>
      </w:r>
    </w:p>
    <w:p>
      <w:r>
        <w:rPr>
          <w:b/>
        </w:rPr>
        <w:t xml:space="preserve">[38:59] </w:t>
      </w:r>
      <w:r>
        <w:t>to yeh spirit phir Ramzan mein jagayi jati hai. Kyunke jab aap khud aap ko pyaas lagti hai to aap sochte hain ke woh log jin ke paas pani ka intezaam nahi hai, woh kitni bari museebat mein hain.</w:t>
      </w:r>
    </w:p>
    <w:p>
      <w:pPr>
        <w:jc w:val="right"/>
      </w:pPr>
      <w:r>
        <w:t>تو یہ اسپرٹ پھر رمضان میں جگائی جاتی ہے۔ کیونکہ جب آپ خود آپ کو پیاس لگتی ہے تو آپ سوچتے ہیں کہ کہ وہ لوگ جن کے پاس پانی کا انتظام نہیں ہے، وہ کتنی بڑی مصیبت میں ہیں۔</w:t>
      </w:r>
    </w:p>
    <w:p>
      <w:r>
        <w:rPr>
          <w:b/>
        </w:rPr>
        <w:t xml:space="preserve">[39:14] </w:t>
      </w:r>
      <w:r>
        <w:t>jab aap ko bhook lagti hai to aap sochte hain ke jin logon ke paas khane ke liye kuch nahi hai, to un ko kitni bari museebat hai. To apni pyaas se doosron ki pyaas ko sochna, apni bhook se doosron ki bhook ka andaza karna,</w:t>
      </w:r>
    </w:p>
    <w:p>
      <w:pPr>
        <w:jc w:val="right"/>
      </w:pPr>
      <w:r>
        <w:t>جب آپ کو بھوک لگتی ہے تو آپ سوچتے ہیں کہ جن لوگوں کے پاس کھانے کے لیے کچھ نہیں ہے، تو ان کو کتنی بڑی مصیبت ہے۔ تو اپنی پیاس سے دوسروں کی پیاس کو سوچنا، اپنی بھوک سے دوسروں کی بھوک کا اندازہ کرنا،</w:t>
      </w:r>
    </w:p>
    <w:p>
      <w:r>
        <w:rPr>
          <w:b/>
        </w:rPr>
        <w:t xml:space="preserve">[39:30] </w:t>
      </w:r>
      <w:r>
        <w:t>yeh yeh hai maqsad roze ka. Isi liye Rasool Allah Sal Allahu Alaihi Wasallam ziyada khair khairat ka kaam karte the roze mein. Kyunke roza aap ke andar ehsaas ko jagata hai.</w:t>
      </w:r>
    </w:p>
    <w:p>
      <w:pPr>
        <w:jc w:val="right"/>
      </w:pPr>
      <w:r>
        <w:t>یہ یہ ہے مقصد روزے کا۔ اسی لیے رسول اللہ صلی اللہ علیہ وسلم زیادہ خیر خیرات کا کام کرتے تھے روزے میں۔ کیونکہ روزہ آپ کے اندر احساس کو جگاتا ہے۔</w:t>
      </w:r>
    </w:p>
    <w:p>
      <w:r>
        <w:rPr>
          <w:b/>
        </w:rPr>
        <w:t xml:space="preserve">[39:43] </w:t>
      </w:r>
      <w:r>
        <w:t>doosre ki, doosron ke, yaani doosre log jo jo ke museebaton mein pade hue hain, jin ki zarooraten poori nahi ho rahi hain, jo ghareeb hain, to un ke un ke jaise halaat apne andar paida karna.</w:t>
      </w:r>
    </w:p>
    <w:p>
      <w:pPr>
        <w:jc w:val="right"/>
      </w:pPr>
      <w:r>
        <w:t>دوسرے کی، دوسروں کے، یعنی دوسرے لوگ جو جو کہ مصیبتوں میں پڑے ہوئے ہیں، جن کی ضرورتیں پوری نہیں ہو رہی ہیں، جو غریب ہیں، تو ان کے ان کے جیسے حالات اپنے اندر پیدا کرنا۔</w:t>
      </w:r>
    </w:p>
    <w:p>
      <w:r>
        <w:rPr>
          <w:b/>
        </w:rPr>
        <w:t xml:space="preserve">[40:01] </w:t>
      </w:r>
      <w:r>
        <w:t>yaani woh to is liye ek shakhs woh hai jo is liye bhooka reh gaya ke us ke paas paisa nahi tha.</w:t>
      </w:r>
    </w:p>
    <w:p>
      <w:pPr>
        <w:jc w:val="right"/>
      </w:pPr>
      <w:r>
        <w:t>یعنی وہ تو اس لیے ایک شخص وہ ہے جو اس لیے بھوکا رہ گیا کہ اس کے پاس پیسہ نہیں تھا۔</w:t>
      </w:r>
    </w:p>
    <w:p>
      <w:r>
        <w:rPr>
          <w:b/>
        </w:rPr>
        <w:t xml:space="preserve">[40:08] </w:t>
      </w:r>
      <w:r>
        <w:t>ek shakhs is liye bhooka raha ke woh Khuda ke hukum ke tehat us ne khaya nahi, bil qasd paisa hotey hue. To is maani hai ke yeh ek</w:t>
      </w:r>
    </w:p>
    <w:p>
      <w:pPr>
        <w:jc w:val="right"/>
      </w:pPr>
      <w:r>
        <w:t>ایک شخص اس لیے بھوکا رہا کہ وہ خدا کے حکم کے تحت اس نے کھایا نہیں، بالقصد پیسہ ہوتے ہوئے۔ تو اس معنی ہے کہ یہ ایک</w:t>
      </w:r>
    </w:p>
    <w:p>
      <w:r>
        <w:rPr>
          <w:b/>
        </w:rPr>
        <w:t xml:space="preserve">[40:21] </w:t>
      </w:r>
      <w:r>
        <w:t>apne aap ko bhook ki haalat mein le aa kar ke bhooke logon ka, yaani ehsaas karna hai.</w:t>
      </w:r>
    </w:p>
    <w:p>
      <w:pPr>
        <w:jc w:val="right"/>
      </w:pPr>
      <w:r>
        <w:t>اپنے آپ کو بھوک کی حالت میں لے آ کر کے بھوکے لوگوں کا، یعنی احساس کرنا ہے۔</w:t>
      </w:r>
    </w:p>
    <w:p>
      <w:r>
        <w:rPr>
          <w:b/>
        </w:rPr>
        <w:t xml:space="preserve">[40:30] </w:t>
      </w:r>
      <w:r>
        <w:t>yani qasdan apnay aap ko bhooka rakh kar ke apnay ko yeh ehsas dilana hai ke jo log bhookay rehtay hain, kitni bari museebat mein rehtay hain.</w:t>
      </w:r>
    </w:p>
    <w:p>
      <w:pPr>
        <w:jc w:val="right"/>
      </w:pPr>
      <w:r>
        <w:t>یعنی قصداً اپنے آپ کو بھوکا رکھ کر کے اپنے کو یہ احساس دلانا ہے کہ جو لوگ بھوکے رہتے ہیں، کتنی بڑی مصیبت میں رہتے ہیں۔</w:t>
      </w:r>
    </w:p>
    <w:p>
      <w:r>
        <w:rPr>
          <w:b/>
        </w:rPr>
        <w:t xml:space="preserve">[40:40] </w:t>
      </w:r>
      <w:r>
        <w:t>jab yeh ehsas hoga to aap ziyada kaam karenge doosron ke liye, ziyada logon ko madad karenge, ziyada logon ki khidmat karenge.</w:t>
      </w:r>
    </w:p>
    <w:p>
      <w:pPr>
        <w:jc w:val="right"/>
      </w:pPr>
      <w:r>
        <w:t>جب یہ احساس ہوگا تو آپ زیادہ کام کریں گے دوسروں کے لیے، زیادہ لوگوں کو مدد کریں گے، زیادہ لوگوں کی خدمت کریں گے۔</w:t>
      </w:r>
    </w:p>
    <w:p>
      <w:r>
        <w:rPr>
          <w:b/>
        </w:rPr>
        <w:t xml:space="preserve">[40:48] </w:t>
      </w:r>
      <w:r>
        <w:t>jis ko quran mein kaha gaya hai "marhamah". to marhamah ya muwasaat us ko kaha gaya hai.</w:t>
      </w:r>
    </w:p>
    <w:p>
      <w:pPr>
        <w:jc w:val="right"/>
      </w:pPr>
      <w:r>
        <w:t>جس کو قرآن میں کہا گیا ہے "مرحمہ"۔ تو مرحمہ یا مواسات اس کو کہا گیا ہے۔</w:t>
      </w:r>
    </w:p>
    <w:p>
      <w:r>
        <w:rPr>
          <w:b/>
        </w:rPr>
        <w:t xml:space="preserve">[40:57] </w:t>
      </w:r>
      <w:r>
        <w:t>to yeh ehsas bhi paida hota hai ramzan ke andar. aur zahir hai ke yeh bohat zabardast, bohat bari cheez hai. is ko hum kehtay hain khidmat-e-insan.</w:t>
      </w:r>
    </w:p>
    <w:p>
      <w:pPr>
        <w:jc w:val="right"/>
      </w:pPr>
      <w:r>
        <w:t>تو یہ احساس بھی پیدا ہوتا ہے رمضان کے اندر۔ اور ظاہر ہے کہ یہ بہت زبردست، بہت بڑی چیز ہے۔ اس کو ہم کہتے ہیں خدمت انسان۔</w:t>
      </w:r>
    </w:p>
    <w:p>
      <w:r>
        <w:rPr>
          <w:b/>
        </w:rPr>
        <w:t xml:space="preserve">[41:09] </w:t>
      </w:r>
      <w:r>
        <w:t>to khidmat-e-insan hi paida hoti hai rozay ke zariye se</w:t>
      </w:r>
    </w:p>
    <w:p>
      <w:pPr>
        <w:jc w:val="right"/>
      </w:pPr>
      <w:r>
        <w:t>تو خدمت انسان ہی پیدا ہوتی ہے روزے کے ذریعے سے</w:t>
      </w:r>
    </w:p>
    <w:p>
      <w:r>
        <w:rPr>
          <w:b/>
        </w:rPr>
        <w:t xml:space="preserve">[41:15] </w:t>
      </w:r>
      <w:r>
        <w:t>. is ko "philanthropy" kaha jata hai. to "philanthropy" ka jazba paida hona, insan ki khidmat ka jazba paida hona, gharibon ki madad karne ka jazba paida hona, yeh bhi rozay ka aik maqsad hai.</w:t>
      </w:r>
    </w:p>
    <w:p>
      <w:pPr>
        <w:jc w:val="right"/>
      </w:pPr>
      <w:r>
        <w:t>۔ اس کو "فلینترافی" کہا جاتا ہے۔ تو "فلینترافی" کا جذبہ پیدا ہونا، انسان کی خدمت کا جذبہ پیدا ہونا، غریبوں کی مدد کرنے کا جذبہ پیدا ہونا، یہ بھی روزے کا ایک مقصد ہے۔</w:t>
      </w:r>
    </w:p>
    <w:p>
      <w:r>
        <w:rPr>
          <w:b/>
        </w:rPr>
        <w:t xml:space="preserve">[41:30] </w:t>
      </w:r>
      <w:r>
        <w:t>ramzan mein aakhri zamanay mein kaha gaya hai ke aik shab-e-qadr aati hai. shab-e-qadr</w:t>
      </w:r>
    </w:p>
    <w:p>
      <w:pPr>
        <w:jc w:val="right"/>
      </w:pPr>
      <w:r>
        <w:t>رمضان میں آخری زمانے میں کہا گیا ہے کہ ایک شب قدر آتی ہے۔ شب قدر</w:t>
      </w:r>
    </w:p>
    <w:p>
      <w:r>
        <w:rPr>
          <w:b/>
        </w:rPr>
        <w:t xml:space="preserve">[41:41] </w:t>
      </w:r>
      <w:r>
        <w:t>to shab-e-qadr ke baray mein yeh hai ke yeh yahi woh raat hai jis din quran utara gaya, matlab utarna shuru hua. to woh ramzan ke aakhir mein aati hai.</w:t>
      </w:r>
    </w:p>
    <w:p>
      <w:pPr>
        <w:jc w:val="right"/>
      </w:pPr>
      <w:r>
        <w:t>تو شب قدر کے بارے میں یہ ہے کہ یہ یہی وہ رات ہے جس دن قرآن اتارا گیا، مطلب اترنا شروع ہوا۔ تو وہ رمضان کے آخر میں آتی ہے۔</w:t>
      </w:r>
    </w:p>
    <w:p>
      <w:r>
        <w:rPr>
          <w:b/>
        </w:rPr>
        <w:t xml:space="preserve">[41:54] </w:t>
      </w:r>
      <w:r>
        <w:t>to Allah taala ne is ko aik yaadgar raat qarar de diya.</w:t>
      </w:r>
    </w:p>
    <w:p>
      <w:pPr>
        <w:jc w:val="right"/>
      </w:pPr>
      <w:r>
        <w:t>تو اللہ تعالیٰ نے اس کو ایک یادگار رات قرار دے دیا۔</w:t>
      </w:r>
    </w:p>
    <w:p>
      <w:r>
        <w:rPr>
          <w:b/>
        </w:rPr>
        <w:t xml:space="preserve">[42:00] </w:t>
      </w:r>
      <w:r>
        <w:t>yaadgar raat ke jis raat ko quran rasool Allah sal Allah alaihi wasallam par utra tha, jab ke aap ghare hira thay. aap to pehli bar jo utra tha quran ghare hira mein aap ke upar, to woh ramzan ke aakhri zamanay ki aik raat thi.</w:t>
      </w:r>
    </w:p>
    <w:p>
      <w:pPr>
        <w:jc w:val="right"/>
      </w:pPr>
      <w:r>
        <w:t>یادگار رات کہ جس رات کو قرآن رسول اللہ صلی اللہ علیہ وسلم پر اترا تھا، جب کہ آپ غار حرام تھے۔ آپ تو پہلی بار جو اترا تھا قرآن غار حرام میں آپ کے اوپر، تو وہ رمضان کے آخری زمانے کی ایک رات تھی۔</w:t>
      </w:r>
    </w:p>
    <w:p>
      <w:r>
        <w:rPr>
          <w:b/>
        </w:rPr>
        <w:t xml:space="preserve">[42:16] </w:t>
      </w:r>
      <w:r>
        <w:t>to is raat ko Allah taala ne</w:t>
      </w:r>
    </w:p>
    <w:p>
      <w:pPr>
        <w:jc w:val="right"/>
      </w:pPr>
      <w:r>
        <w:t>تو اس رات کو اللہ تعالیٰ نے</w:t>
      </w:r>
    </w:p>
    <w:p>
      <w:r>
        <w:rPr>
          <w:b/>
        </w:rPr>
        <w:t xml:space="preserve">[42:20] </w:t>
      </w:r>
      <w:r>
        <w:t>aik yaadgar raat qarar de diya. aur har saal is raat ko</w:t>
      </w:r>
    </w:p>
    <w:p>
      <w:pPr>
        <w:jc w:val="right"/>
      </w:pPr>
      <w:r>
        <w:t>ایک یادگار رات قرار دے دیا۔ اور ہر سال اس رات کو</w:t>
      </w:r>
    </w:p>
    <w:p>
      <w:r>
        <w:rPr>
          <w:b/>
        </w:rPr>
        <w:t xml:space="preserve">[42:28] </w:t>
      </w:r>
      <w:r>
        <w:t>logon ko hukum diya gaya ke woh ibadat karen, ziyada se ziyada yaad karen quran ko, aur yaad karen ke Allah taala ne kis tarah se hidayat ka intezam kiya insan ke liye, insan ke liye quran ki soorat mein.</w:t>
      </w:r>
    </w:p>
    <w:p>
      <w:pPr>
        <w:jc w:val="right"/>
      </w:pPr>
      <w:r>
        <w:t>لوگوں کو حکم دیا گیا کہ وہ عبادت کریں، زیادہ سے زیادہ یاد کریں قرآن کو، اور یاد کریں کہ اللہ تعالیٰ نے کس طرح سے ہدایت کا انتظام کیا انسان کے لیے، انسان کے لیے قرآن کی صورت میں۔</w:t>
      </w:r>
    </w:p>
    <w:p>
      <w:r>
        <w:rPr>
          <w:b/>
        </w:rPr>
        <w:t xml:space="preserve">[42:42] </w:t>
      </w:r>
      <w:r>
        <w:t>to woh raat in baaton ko yaad karne ki raat hai. yani lailatul qadr mein aap yeh sab yaad karen ke Khuda ki kitni bari rehmat hai ke us ne apni kitab utari aur humein yeh moqa diya ke hum kitab ke zariye hidayat hasil karen,</w:t>
      </w:r>
    </w:p>
    <w:p>
      <w:pPr>
        <w:jc w:val="right"/>
      </w:pPr>
      <w:r>
        <w:t>تو وہ رات ان باتوں کو یاد کرنے کی رات ہے۔ یعنی لیلۃ القدر میں آپ یہ سب یاد کریں کہ خدا کی کتنی بڑی رحمت ہے کہ اس نے اپنی کتاب اتاری اور ہمیں یہ موقع دیا کہ ہم کتاب کے ذریعے ہدایت حاصل کریں،</w:t>
      </w:r>
    </w:p>
    <w:p>
      <w:r>
        <w:rPr>
          <w:b/>
        </w:rPr>
        <w:t xml:space="preserve">[43:00] </w:t>
      </w:r>
      <w:r>
        <w:t>apni zindagi ko sanwaren, jannat ke mustahiq banen. to yeh yeh sab baaton ko yaad karna.</w:t>
      </w:r>
    </w:p>
    <w:p>
      <w:pPr>
        <w:jc w:val="right"/>
      </w:pPr>
      <w:r>
        <w:t>اپنی زندگی کو سنواریں، جنت کے مستحق بنیں۔ تو یہ یہ سب باتوں کو یاد کرنا۔</w:t>
      </w:r>
    </w:p>
    <w:p>
      <w:r>
        <w:rPr>
          <w:b/>
        </w:rPr>
        <w:t xml:space="preserve">[43:08] </w:t>
      </w:r>
      <w:r>
        <w:t>hadith mein aata hai ke ayesha ne rasool Allah se poocha ke agar mein shab-e-qadr ko paoon to mein kya karoon? to aap ne farmaya ke yeh dua karo ke "Allahumma innaka afuwwun tuhibbul afwa faf'u'anni".</w:t>
      </w:r>
    </w:p>
    <w:p>
      <w:pPr>
        <w:jc w:val="right"/>
      </w:pPr>
      <w:r>
        <w:t>حدیث میں آتا ہے کہ آیت عائشہ نے رسول اللہ سے پوچھا کہ اگر میں شب قدر کو پاؤں تو میں کیا کروں؟ تو آپ نے فرمایا کہ یہ دعا کرو کہ "اللہم انت عفوا تحب الاف فافونی"۔</w:t>
      </w:r>
    </w:p>
    <w:p>
      <w:r>
        <w:rPr>
          <w:b/>
        </w:rPr>
        <w:t xml:space="preserve">[43:26] </w:t>
      </w:r>
      <w:r>
        <w:t>ay Khuda! tu maaf karne wala hai, tu maafi ko pasand karta hai, to ay Khuda! to mujh ko maaf kar de.</w:t>
      </w:r>
    </w:p>
    <w:p>
      <w:pPr>
        <w:jc w:val="right"/>
      </w:pPr>
      <w:r>
        <w:t>اے خدا! تو معاف کرنے والا ہے، تو معافی کو پسند کرتا ہے، تو اے خدا! تو مجھ کو معاف کر دے۔</w:t>
      </w:r>
    </w:p>
    <w:p>
      <w:r>
        <w:rPr>
          <w:b/>
        </w:rPr>
        <w:t xml:space="preserve">[43:37] </w:t>
      </w:r>
      <w:r>
        <w:t>yeh sab se bari dua hai jo momin karna chahiye shab-e-qadr mein bhi, shab-e-qadr ke bahir bhi. lekin shab-e-qadr ki ahmiyat yeh hai ke is din Allah taala ne quran ko utara, is raat ko Allah taala ne quran ko utara, insan par apni rehmat ka izhar kiya.</w:t>
      </w:r>
    </w:p>
    <w:p>
      <w:pPr>
        <w:jc w:val="right"/>
      </w:pPr>
      <w:r>
        <w:t>یہ سب سے بڑی دعا ہے جو مومن کرنا چاہیے شب قدر میں بھی، شب قدر کے باہر بھی۔ لیکن شب قدر کی اہمیت یہ ہے کہ اس دن اللہ تعالیٰ نے قرآن کو اتارا، اس رات کو اللہ تعالیٰ نے قرآن کو اتارا، انسان پر اپنی رحمت کا اظہار کیا۔</w:t>
      </w:r>
    </w:p>
    <w:p>
      <w:r>
        <w:rPr>
          <w:b/>
        </w:rPr>
        <w:t xml:space="preserve">[43:55] </w:t>
      </w:r>
      <w:r>
        <w:t>yani Khuda ne is raat ko apni kitab rehmat bheji insan ki taraf</w:t>
      </w:r>
    </w:p>
    <w:p>
      <w:pPr>
        <w:jc w:val="right"/>
      </w:pPr>
      <w:r>
        <w:t>یعنی خدا نے اس رات کو اپنی کتاب رحمت بھیجی انسان کی طرف</w:t>
      </w:r>
    </w:p>
    <w:p>
      <w:r>
        <w:rPr>
          <w:b/>
        </w:rPr>
        <w:t xml:space="preserve">[44:01] </w:t>
      </w:r>
      <w:r>
        <w:t>taake insan is ko follow kar ke Khuda ki maghfirat hasil kare, jannat hasil kare. to is liye yeh dua ki ahmiyat hai ke ay Khuda!</w:t>
      </w:r>
    </w:p>
    <w:p>
      <w:pPr>
        <w:jc w:val="right"/>
      </w:pPr>
      <w:r>
        <w:t>تاکہ انسان اس کو فالو کر کے خدا کی مغفرت حاصل کرے، جنت حاصل کرے۔ تو اس لیے یہ دعا کی اہمیت ہے کہ اے خدا!</w:t>
      </w:r>
    </w:p>
    <w:p>
      <w:r>
        <w:rPr>
          <w:b/>
        </w:rPr>
        <w:t xml:space="preserve">[44:15] </w:t>
      </w:r>
      <w:r>
        <w:t>tu maafi ko pasand karta hai,</w:t>
      </w:r>
    </w:p>
    <w:p>
      <w:pPr>
        <w:jc w:val="right"/>
      </w:pPr>
      <w:r>
        <w:t>تو معافی کو پسند کرتا ہے،</w:t>
      </w:r>
    </w:p>
    <w:p>
      <w:r>
        <w:rPr>
          <w:b/>
        </w:rPr>
        <w:t xml:space="preserve">[44:21] </w:t>
      </w:r>
      <w:r>
        <w:t>tu maaf karne wala hai, to mujhe maaf farma, meri maghfirat farma, mujhe jannat mein dakhil kar de. to</w:t>
      </w:r>
    </w:p>
    <w:p>
      <w:pPr>
        <w:jc w:val="right"/>
      </w:pPr>
      <w:r>
        <w:t>تو معاف کرنے والا ہے، تو مجھے معاف فرما، میری مغفرت فرما، مجھے جنت میں داخل کر دے۔ تو</w:t>
      </w:r>
    </w:p>
    <w:p>
      <w:r>
        <w:rPr>
          <w:b/>
        </w:rPr>
        <w:t xml:space="preserve">[44:30] </w:t>
      </w:r>
      <w:r>
        <w:t>is moqay ke lihaaz se yeh dua bohat hi ziyada mozu hai. is liye aap ne farmaya ke agar tum shab-e-qadr ko pao to yeh dua karo.</w:t>
      </w:r>
    </w:p>
    <w:p>
      <w:pPr>
        <w:jc w:val="right"/>
      </w:pPr>
      <w:r>
        <w:t>اس موقع کے لاسٹ یہ یہ دعا بہت ہی زیادہ موضوع ہے۔ اس لیے آپ نے فرمایا کہ اگر تم شب قدر کو پاؤ تو یہ دعا کرو۔</w:t>
      </w:r>
    </w:p>
    <w:p>
      <w:r>
        <w:rPr>
          <w:b/>
        </w:rPr>
        <w:t xml:space="preserve">[44:44] </w:t>
      </w:r>
      <w:r>
        <w:t>is tarah se rozay ka mahina guzartay hue aakhri din aata hai. to aakhri din ke baad jo agla din hai, woh shawwal ka pehla din hai.</w:t>
      </w:r>
    </w:p>
    <w:p>
      <w:pPr>
        <w:jc w:val="right"/>
      </w:pPr>
      <w:r>
        <w:t>اس طرح سے روزہ کا مہینہ گزارتے ہوئے آخری دن آتا ہے۔ تو آخری دن کے بعد جو اگلا دن ہے، وہ شوال کا پہلا دن ہے۔</w:t>
      </w:r>
    </w:p>
    <w:p>
      <w:r>
        <w:rPr>
          <w:b/>
        </w:rPr>
        <w:t xml:space="preserve">[44:57] </w:t>
      </w:r>
      <w:r>
        <w:t>to yahan bhi chand dekha jata hai.</w:t>
      </w:r>
    </w:p>
    <w:p>
      <w:pPr>
        <w:jc w:val="right"/>
      </w:pPr>
      <w:r>
        <w:t>تو یہاں بھی چاند دیکھا جاتا ہے۔</w:t>
      </w:r>
    </w:p>
    <w:p>
      <w:r>
        <w:rPr>
          <w:b/>
        </w:rPr>
        <w:t xml:space="preserve">[45:00] </w:t>
      </w:r>
      <w:r>
        <w:t>yani ramzan ki jab aakhri raat hoti hai, ramzan ka jab aakhri din hota hai, to jab aadmi shaam hui, maghrib ki namaz padhi to phir dobara aasman mein dekhte hain log ke kya eid ka chand ho gaya, kya shawwal ka chand ho gaya.</w:t>
      </w:r>
    </w:p>
    <w:p>
      <w:pPr>
        <w:jc w:val="right"/>
      </w:pPr>
      <w:r>
        <w:t>یعنی رمضان کی جب آخری رات ہوتی ہے، رمضان کا جب آخری دن ہوتا ہے، تو جب آدمی شام ہوئی، مغرب کی نماز پڑھی تو پھر دوبارہ آسمان میں دیکھتے ہیں لوگ کہ کیا عید کا چاند ہو گیا، کیا شوال کا چاند ہو گیا۔</w:t>
      </w:r>
    </w:p>
    <w:p>
      <w:r>
        <w:rPr>
          <w:b/>
        </w:rPr>
        <w:t xml:space="preserve">[45:18] </w:t>
      </w:r>
      <w:r>
        <w:t>to jab shawwal ka chand ho gaya to phir ramzan khatam, to phir roza khatam. iske baad roza nahi rakha jata. lekin woh raat bohat aham hai.</w:t>
      </w:r>
    </w:p>
    <w:p>
      <w:pPr>
        <w:jc w:val="right"/>
      </w:pPr>
      <w:r>
        <w:t>تو جب شوال کا چاند ہو گیا تو پھر رمضان ختم، تو پھر روزہ ختم۔ اس کے بعد روزہ نہیں رکھا جاتا۔ لیکن وہ رات بہت اہم ہے۔</w:t>
      </w:r>
    </w:p>
    <w:p>
      <w:r>
        <w:rPr>
          <w:b/>
        </w:rPr>
        <w:t xml:space="preserve">[45:28] </w:t>
      </w:r>
      <w:r>
        <w:t>yani ramzan ke khatme ke baad jo pehli raat aati hai shawwal ki, woh bohat aham hai. kyunke iske bare mein hadith mein aata hai ke woh lailatul jaiza hai, inaam ki raat hai.</w:t>
      </w:r>
    </w:p>
    <w:p>
      <w:pPr>
        <w:jc w:val="right"/>
      </w:pPr>
      <w:r>
        <w:t>یعنی رمضان کے خاتمے کے بعد جو پہلی رات آتی ہے شوال کی، وہ بہت اہم ہے۔ کیونکہ اس کے بارے میں حدیث میں آتا ہے کہ وہ لیلۃ الجائزہ ہے، انعام کی رات ہے۔</w:t>
      </w:r>
    </w:p>
    <w:p>
      <w:r>
        <w:rPr>
          <w:b/>
        </w:rPr>
        <w:t xml:space="preserve">[45:43] </w:t>
      </w:r>
      <w:r>
        <w:t>is raat ko lailatul jaiza kaha gaya hai, inaam ki raat. kyun? kyunke ek mahina aap ne Allah taala ke hukum ko follow kiya,</w:t>
      </w:r>
    </w:p>
    <w:p>
      <w:pPr>
        <w:jc w:val="right"/>
      </w:pPr>
      <w:r>
        <w:t>اس رات کو لیلۃ الجائزہ کہا گیا ہے، انعام کی رات۔ کیوں؟ کیونکہ ایک مہینہ آپ نے اللہ تعالیٰ کے حکم کو فالو کیا،</w:t>
      </w:r>
    </w:p>
    <w:p>
      <w:r>
        <w:rPr>
          <w:b/>
        </w:rPr>
        <w:t xml:space="preserve">[45:56] </w:t>
      </w:r>
      <w:r>
        <w:t>ek mahine tak aap ne roza rakha, ek mahine tak aap ne roze wale spirit ko apne andar paida kiya. to ek mahine ka yeh amal jo kiya aap ne, ab pehli raat ko iska badla diya jata hai.</w:t>
      </w:r>
    </w:p>
    <w:p>
      <w:pPr>
        <w:jc w:val="right"/>
      </w:pPr>
      <w:r>
        <w:t>ایک مہینے تک آپ نے روزہ رکھا، ایک مہینے تک آپ نے روزے والے اسپرٹ کو اپنے اندر پیدا کیا۔ تو ایک مہینے کا یہ عمل جو کیا آپ نے، اب پہلی رات کو اس کا بدلہ دیا جاتا ہے۔</w:t>
      </w:r>
    </w:p>
    <w:p>
      <w:r>
        <w:rPr>
          <w:b/>
        </w:rPr>
        <w:t xml:space="preserve">[46:10] </w:t>
      </w:r>
      <w:r>
        <w:t>is liye isko kaha gaya hai lailatul jaiza. to yeh jo raat hoti hai ke ramzan ka khatma aur shawwal ka aaghaz ke darmiyan mein,</w:t>
      </w:r>
    </w:p>
    <w:p>
      <w:pPr>
        <w:jc w:val="right"/>
      </w:pPr>
      <w:r>
        <w:t>اس لیے اس کو کہا گیا ہے لیلۃ الجائزہ۔ تو یہ جو رات ہوتی ہے کہ رمضان کا خاتمہ اور شوال کا آغاز کے درمیان میں،</w:t>
      </w:r>
    </w:p>
    <w:p>
      <w:r>
        <w:rPr>
          <w:b/>
        </w:rPr>
        <w:t xml:space="preserve">[46:20] </w:t>
      </w:r>
      <w:r>
        <w:t>is raat ko bohat hi khaas taur par aadmi ko chahiye ke woh raat ko ibadat kare, dua kare, Allah taala se istighfar kare aur jannat ki ka talib ho.</w:t>
      </w:r>
    </w:p>
    <w:p>
      <w:pPr>
        <w:jc w:val="right"/>
      </w:pPr>
      <w:r>
        <w:t>اس رات کو بہت ہی خاص طور پر آدمی کو چاہیے کہ وہ رات کو عبادت کرے، دعا کرے، اللہ تعالیٰ سے استغفار کرے اور جنت کی کا طالب ہو۔</w:t>
      </w:r>
    </w:p>
    <w:p>
      <w:r>
        <w:rPr>
          <w:b/>
        </w:rPr>
        <w:t xml:space="preserve">[46:35] </w:t>
      </w:r>
      <w:r>
        <w:t>kyunke woh lailatul jaiza hai. yani Allah taala khud</w:t>
      </w:r>
    </w:p>
    <w:p>
      <w:pPr>
        <w:jc w:val="right"/>
      </w:pPr>
      <w:r>
        <w:t>کیونکہ وہ لیلۃ الجائزہ ہے۔ یعنی اللہ تعالیٰ خود</w:t>
      </w:r>
    </w:p>
    <w:p>
      <w:r>
        <w:rPr>
          <w:b/>
        </w:rPr>
        <w:t xml:space="preserve">[46:41] </w:t>
      </w:r>
      <w:r>
        <w:t>chahte hain ke banda mujh se maange taake main isko doon. to woh dene ki raat hai.</w:t>
      </w:r>
    </w:p>
    <w:p>
      <w:pPr>
        <w:jc w:val="right"/>
      </w:pPr>
      <w:r>
        <w:t>چاہتے ہیں کہ بندہ مجھ سے مانگے تاکہ میں اس کو دوں۔ تو وہ دینے کی رات ہے۔</w:t>
      </w:r>
    </w:p>
    <w:p>
      <w:r>
        <w:rPr>
          <w:b/>
        </w:rPr>
        <w:t xml:space="preserve">[46:48] </w:t>
      </w:r>
      <w:r>
        <w:t>woh raat jo hai, woh dene ki raat hai. to is dene ki raat ko jo so jaye, to woh to bohat hi mehroom hai. yeh jo dene ki raat hai, is raat ko koi so jaye, to bohat mehroomi ki baat hui.</w:t>
      </w:r>
    </w:p>
    <w:p>
      <w:pPr>
        <w:jc w:val="right"/>
      </w:pPr>
      <w:r>
        <w:t>وہ رات جو ہے، وہ دینے کی رات ہے۔ تو اس دینے کی رات کو جو سو جائے، تو وہ تو بہت ہی محروم ہے۔ یہ جو دینے کی رات ہے، اس رات کو کوئی سو جائے، تو بہت محرومی کی بات ہوئی۔</w:t>
      </w:r>
    </w:p>
    <w:p>
      <w:r>
        <w:rPr>
          <w:b/>
        </w:rPr>
        <w:t xml:space="preserve">[47:04] </w:t>
      </w:r>
      <w:r>
        <w:t>to yeh jo raat hai, is raat ko aadmi ko chahiye ke woh jage. aksar log yeh karte hain ke ramzan ki raaton mein to jaagte hain, lekin yeh jo pehle shawwal ki raat hai, woh so jate hain.</w:t>
      </w:r>
    </w:p>
    <w:p>
      <w:pPr>
        <w:jc w:val="right"/>
      </w:pPr>
      <w:r>
        <w:t>تو یہ جو رات ہے، اس رات کو آدمی کو چاہیے کہ وہ جگے۔ اکثر لوگ یہ کرتے ہیں کہ رمضان کی راتوں میں تو جاگتے ہیں، لیکن یہ جو پہلے شوال کی رات ہے، وہ سو جاتے ہیں۔</w:t>
      </w:r>
    </w:p>
    <w:p>
      <w:r>
        <w:rPr>
          <w:b/>
        </w:rPr>
        <w:t xml:space="preserve">[47:18] </w:t>
      </w:r>
      <w:r>
        <w:t>ya ya aur bhi yeh karte hain ke shopping karte hain eid ke liye. yeh saari raat dukanein dukanein khuli rehti hain. saari raat log eid ke liye shopping karte rehte hain.</w:t>
      </w:r>
    </w:p>
    <w:p>
      <w:pPr>
        <w:jc w:val="right"/>
      </w:pPr>
      <w:r>
        <w:t>یا یا اور بھی یہ کرتے ہیں کہ شاپنگ کرتے ہیں عید کے لیے۔ یہ ساری رات دکانیں دکانیں کھلی رہتی ہیں۔ ساری رات لوگ عید کے لیے شاپنگ کرتے رہتے ہیں۔</w:t>
      </w:r>
    </w:p>
    <w:p>
      <w:r>
        <w:rPr>
          <w:b/>
        </w:rPr>
        <w:t xml:space="preserve">[47:30] </w:t>
      </w:r>
      <w:r>
        <w:t>yeh to bohat hi galat baat hai. jis raat ke bare mein farmaya rasool Allah ne ke woh lailatul jaiza hai, yani Khuda se maangne ki raat.</w:t>
      </w:r>
    </w:p>
    <w:p>
      <w:pPr>
        <w:jc w:val="right"/>
      </w:pPr>
      <w:r>
        <w:t>یہ تو بہت ہی غلط بات ہے۔ جس رات کے بارے میں فرمایا رسول اللہ نے کہ وہ لیلۃ الجائزہ ہے، یعنی خدا سے مانگنے کی رات۔</w:t>
      </w:r>
    </w:p>
    <w:p>
      <w:r>
        <w:rPr>
          <w:b/>
        </w:rPr>
        <w:t xml:space="preserve">[47:40] </w:t>
      </w:r>
      <w:r>
        <w:t>jis raat ko aap ne bataya ke Khuda se iska inaam lene ki raat hai, Khuda se maangne ki raat hai.</w:t>
      </w:r>
    </w:p>
    <w:p>
      <w:pPr>
        <w:jc w:val="right"/>
      </w:pPr>
      <w:r>
        <w:t>جس رات کو آپ نے بتایا کہ خدا سے اس کا انعام لینے کی رات ہے، خدا سے مانگنے کی رات ہے۔</w:t>
      </w:r>
    </w:p>
    <w:p>
      <w:r>
        <w:rPr>
          <w:b/>
        </w:rPr>
        <w:t xml:space="preserve">[47:48] </w:t>
      </w:r>
      <w:r>
        <w:t>is raat ko aap Khuda ko bhool kar ke aap shopping center mein chale jayein, bazaar mein chale jayein, wahan kharidariyan karein to bohat badi mehroomi ki baat hai, bohat zyada mehroomi ki baat hai.</w:t>
      </w:r>
    </w:p>
    <w:p>
      <w:pPr>
        <w:jc w:val="right"/>
      </w:pPr>
      <w:r>
        <w:t>اس رات کو آپ خدا کو بھول کر کے آپ شاپنگ سینٹر میں چلے جائیں، بازار میں چلے جائیں، وہاں خریداریاں کریں تو بہت بڑی محرومی کی بات ہے، بہت زیادہ محرومی کی بات ہے۔</w:t>
      </w:r>
    </w:p>
    <w:p>
      <w:r>
        <w:rPr>
          <w:b/>
        </w:rPr>
        <w:t xml:space="preserve">[48:02] </w:t>
      </w:r>
      <w:r>
        <w:t>achhe se samajh lijiye ke yeh raat bohat aham hai. jis tarah shab e qadr aham hai, usi tarah se yeh raat bhi aham hai, jisko lailatul jaiza kaha gaya hai.</w:t>
      </w:r>
    </w:p>
    <w:p>
      <w:pPr>
        <w:jc w:val="right"/>
      </w:pPr>
      <w:r>
        <w:t>اچھے سے سمجھ لیجئے کہ یہ رات بہت اہم ہے۔ جس طرح شب قدر اہم ہے، اسی طرح سے یہ رات بھی اہم ہے، جس کو لیلۃ الجائزہ کہا گیا ہے۔</w:t>
      </w:r>
    </w:p>
    <w:p>
      <w:r>
        <w:rPr>
          <w:b/>
        </w:rPr>
        <w:t xml:space="preserve">[48:17] </w:t>
      </w:r>
      <w:r>
        <w:t>phir jab aap raat guzri, subah hui to eid ke din log namaz ke liye jate hain. to woh jo woh jo namaz ke liye jana hai, woh bhi dua hi ka din hai.</w:t>
      </w:r>
    </w:p>
    <w:p>
      <w:pPr>
        <w:jc w:val="right"/>
      </w:pPr>
      <w:r>
        <w:t>پھر جب آپ رات گزری، صبح ہوئی تو عید کے دن لوگ نماز کے لیے جاتے ہیں۔ تو وہ جو وہ جو نماز کے لیے جانا ہے، وہ بھی دعا ہی کا دن ہے۔</w:t>
      </w:r>
    </w:p>
    <w:p>
      <w:r>
        <w:rPr>
          <w:b/>
        </w:rPr>
        <w:t xml:space="preserve">[48:29] </w:t>
      </w:r>
      <w:r>
        <w:t>woh ke aap ghar se nikle, dua karte hue masjid mein pahunche, wahan dua kar rahe hain. yeh sara jo hai, shamil hai dua mein.</w:t>
      </w:r>
    </w:p>
    <w:p>
      <w:pPr>
        <w:jc w:val="right"/>
      </w:pPr>
      <w:r>
        <w:t>وہ کہ آپ گھر سے نکلے، دعا کرتے ہوئے مسجد میں پہنچے، وہاں دعا کر رہے ہیں۔ یہ سارا جو ہے، شامل ہے دعا میں۔</w:t>
      </w:r>
    </w:p>
    <w:p>
      <w:r>
        <w:rPr>
          <w:b/>
        </w:rPr>
        <w:t xml:space="preserve">[48:40] </w:t>
      </w:r>
      <w:r>
        <w:t>aur aksar log yeh ghalti karte hain ke ramzan ke mahine ko to istemal karte hain Quran ke liye aur dua ke liye aur zikr ke liye.</w:t>
      </w:r>
    </w:p>
    <w:p>
      <w:pPr>
        <w:jc w:val="right"/>
      </w:pPr>
      <w:r>
        <w:t>اور اکثر لوگ یہ غلطی کرتے ہیں کہ رمضان کے مہینے کو تو استعمال کرتے ہیں قرآن کے لیے اور دعا کے لیے اور ذکر کے لیے۔</w:t>
      </w:r>
    </w:p>
    <w:p>
      <w:r>
        <w:rPr>
          <w:b/>
        </w:rPr>
        <w:t xml:space="preserve">[48:48] </w:t>
      </w:r>
      <w:r>
        <w:t>lekin jaise hi ramzan khatam hua, foran woh shopping aur khana peena, milna julna aur aur aur tafreeh karna, yeh sab aa jata hai.</w:t>
      </w:r>
    </w:p>
    <w:p>
      <w:pPr>
        <w:jc w:val="right"/>
      </w:pPr>
      <w:r>
        <w:t>لیکن جیسے ہی رمضان ختم ہوا، فوراً وہ شاپنگ اور کھانا پینا، ملنا جلنا اور اور اور تفریح کرنا، یہ سب آ جاتا ہے۔</w:t>
      </w:r>
    </w:p>
    <w:p>
      <w:r>
        <w:rPr>
          <w:b/>
        </w:rPr>
        <w:t xml:space="preserve">[49:00] </w:t>
      </w:r>
      <w:r>
        <w:t>yeh to bohat badi bhool hai. kyunke yeh to mauqa bohat qeemti hota hai, bohat qeemti hota hai.</w:t>
      </w:r>
    </w:p>
    <w:p>
      <w:pPr>
        <w:jc w:val="right"/>
      </w:pPr>
      <w:r>
        <w:t>یہ تو بہت بڑی بھول ہے۔ کیونکہ یہ تو موقع بہت قیمتی ہوتا ہے، بہت قیمتی ہوتا ہے۔</w:t>
      </w:r>
    </w:p>
    <w:p>
      <w:r>
        <w:rPr>
          <w:b/>
        </w:rPr>
        <w:t xml:space="preserve">[49:09] </w:t>
      </w:r>
      <w:r>
        <w:t>yani shawwal ki pehli raat aur eid ka din, yeh bohat hi qeemti mauqa hai. jabke aadmi ko chahiye ke woh Khuda ki yaad kare, Khuda ka zikr kare,</w:t>
      </w:r>
    </w:p>
    <w:p>
      <w:pPr>
        <w:jc w:val="right"/>
      </w:pPr>
      <w:r>
        <w:t>یعنی شوال کی پہلی رات اور عید کا دن، یہ بہت ہی قیمتی موقع ہے۔ جبکہ آدمی کو چاہیے کہ وہ خدا کی یاد کرے، خدا کا ذکر کرے،</w:t>
      </w:r>
    </w:p>
    <w:p>
      <w:r>
        <w:rPr>
          <w:b/>
        </w:rPr>
        <w:t xml:space="preserve">[49:24] </w:t>
      </w:r>
      <w:r>
        <w:t>woh Allah taala se duayein kare, Khuda ki taraf rujoo ho. to yeh to bohat hi badi cheez hai.</w:t>
      </w:r>
    </w:p>
    <w:p>
      <w:pPr>
        <w:jc w:val="right"/>
      </w:pPr>
      <w:r>
        <w:t>وہ اللہ تعالیٰ سے دعائیں کرے، خدا کی طرف رجوع ہو۔ تو یہ تو بہت ہی بڑی چیز ہے۔</w:t>
      </w:r>
    </w:p>
    <w:p>
      <w:r>
        <w:rPr>
          <w:b/>
        </w:rPr>
        <w:t xml:space="preserve">[49:35] </w:t>
      </w:r>
      <w:r>
        <w:t>to yeh hai ramzan aur yeh hai ramzan ke baad aane wali eid. to dono ek doosre se jure hue hain. ramzan aur eid dono ek doosre se jure hue hain.</w:t>
      </w:r>
    </w:p>
    <w:p>
      <w:pPr>
        <w:jc w:val="right"/>
      </w:pPr>
      <w:r>
        <w:t>تو یہ ہے رمضان اور یہ ہے رمضان کے بعد آنے والی عید۔ تو دونوں ایک دوسرے سے جڑے ہوئے ہیں۔ رمضان اور عید دونوں ایک دوسرے سے جڑے ہوئے ہیں۔</w:t>
      </w:r>
    </w:p>
    <w:p>
      <w:r>
        <w:rPr>
          <w:b/>
        </w:rPr>
        <w:t xml:space="preserve">[49:48] </w:t>
      </w:r>
      <w:r>
        <w:t>yeh samajh lijiye ke ramzan is baat ki alamat hai ke duniya ki jo zindagi hamari hai, duniya mein hamare paas pabandiyan hain. aap jante hain ke eid aayi to pabandi khatam.</w:t>
      </w:r>
    </w:p>
    <w:p>
      <w:pPr>
        <w:jc w:val="right"/>
      </w:pPr>
      <w:r>
        <w:t>یہ سمجھ لیجئے کہ رمضان اس بات کی علامت ہے کہ دنیا کی جو زندگی ہماری ہے، دنیا میں ہمارے پاس پابندیاں ہیں۔ آپ جانتے ہیں کہ عید آئی تو پابندی ختم۔</w:t>
      </w:r>
    </w:p>
    <w:p>
      <w:r>
        <w:rPr>
          <w:b/>
        </w:rPr>
        <w:t xml:space="preserve">[50:01] </w:t>
      </w:r>
      <w:r>
        <w:t>mahine bhar pabandi thi ke piuo nahi, khao nahi. lekin jaise hi ramzan khatm hua aur eid aai to sari pabandi khatm.</w:t>
      </w:r>
    </w:p>
    <w:p>
      <w:pPr>
        <w:jc w:val="right"/>
      </w:pPr>
      <w:r>
        <w:t>مہینے بھر پابندی تھی کہ پیو نہیں، کھاؤ نہیں۔ لیکن جیسے ہی رمضان ختم ہوا اور عید آئی تو ساری پابندی ختم۔</w:t>
      </w:r>
    </w:p>
    <w:p>
      <w:r>
        <w:rPr>
          <w:b/>
        </w:rPr>
        <w:t xml:space="preserve">[50:13] </w:t>
      </w:r>
      <w:r>
        <w:t>to yeh main samajhta hoon ke dono apni apni jagah par do bohat bade cheez ke reminder hain. yaani ramzan ka mahina hamein yaad dilata hai ke dunya mein hamein rozedar zindagi guzarna hai.</w:t>
      </w:r>
    </w:p>
    <w:p>
      <w:pPr>
        <w:jc w:val="right"/>
      </w:pPr>
      <w:r>
        <w:t>تو یہ میں سمجھتا ہوں کہ دونوں اپنی اپنی جگہ پر دو بہت بڑے چیز کے ریمائنڈر ہیں۔ یعنی رمضان کا مہینہ ہمیں یاد دلاتا ہے کہ دنیا میں ہمیں روزے دار زندگی گزارنا ہے۔</w:t>
      </w:r>
    </w:p>
    <w:p>
      <w:r>
        <w:rPr>
          <w:b/>
        </w:rPr>
        <w:t xml:space="preserve">[50:29] </w:t>
      </w:r>
      <w:r>
        <w:t>yaani apni khwahishon par pabandi lagana hai, apne aap ko control karna hai aur apne aap ko ek discipline mein guzarna hai.</w:t>
      </w:r>
    </w:p>
    <w:p>
      <w:pPr>
        <w:jc w:val="right"/>
      </w:pPr>
      <w:r>
        <w:t>یعنی اپنی خواہشوں پر پابندی لگانا ہے، اپنے آپ کو کنٹرول کرنا ہے اور اپنے آپ کو ایک ڈسپلن میں گزارنا ہے۔</w:t>
      </w:r>
    </w:p>
    <w:p>
      <w:r>
        <w:rPr>
          <w:b/>
        </w:rPr>
        <w:t xml:space="preserve">[50:43] </w:t>
      </w:r>
      <w:r>
        <w:t>lekin</w:t>
      </w:r>
    </w:p>
    <w:p>
      <w:pPr>
        <w:jc w:val="right"/>
      </w:pPr>
      <w:r>
        <w:t>لیکن</w:t>
      </w:r>
    </w:p>
    <w:p>
      <w:r>
        <w:rPr>
          <w:b/>
        </w:rPr>
        <w:t xml:space="preserve">[50:45] </w:t>
      </w:r>
      <w:r>
        <w:t>aakhirat jo hai, wahan par jab hum pahunchenge to woh log jinhone jinhone sahi kaam kiya, jo Allah ke mehboob bande thehre, to sari pabandiyan khatm.</w:t>
      </w:r>
    </w:p>
    <w:p>
      <w:pPr>
        <w:jc w:val="right"/>
      </w:pPr>
      <w:r>
        <w:t>آخرت جو ہے، وہاں پر جب ہم پہنچیں گے تو وہ لوگ جنہوں نے جنہوں نے صحیح کام کیا، جو اللہ کے محبوب بندے ٹھہرے، تو ساری پابندیاں ختم۔</w:t>
      </w:r>
    </w:p>
    <w:p>
      <w:r>
        <w:rPr>
          <w:b/>
        </w:rPr>
        <w:t xml:space="preserve">[50:59] </w:t>
      </w:r>
      <w:r>
        <w:t>wahan rahat hai, wahan aram hai, wahan khana hai, wahan peena hai, wahan milna hai, wahan jalna hai, sab kuch hai. to is aitbar se agar dekhiye to dono mein bohat bada bada paigham hai.</w:t>
      </w:r>
    </w:p>
    <w:p>
      <w:pPr>
        <w:jc w:val="right"/>
      </w:pPr>
      <w:r>
        <w:t>وہاں راحت ہے، وہاں آرام ہے، وہاں کھانا ہے، وہاں پینا ہے، وہاں ملنا ہے، وہاں جلنا ہے، سب کچھ ہے۔ تو اس اعتبار سے اگر دیکھیے تو دونوں میں بہت بڑا بڑا پیغام ہے۔</w:t>
      </w:r>
    </w:p>
    <w:p>
      <w:r>
        <w:rPr>
          <w:b/>
        </w:rPr>
        <w:t xml:space="preserve">[51:12] </w:t>
      </w:r>
      <w:r>
        <w:t>yaani ramzan mein yeh paigham hai ke dunya ki zindagi paband zindagi hai, discipline ki zindagi hai, control ki zindagi hai. lekin woh zindagi bohat lambi nahi hai.</w:t>
      </w:r>
    </w:p>
    <w:p>
      <w:pPr>
        <w:jc w:val="right"/>
      </w:pPr>
      <w:r>
        <w:t>یعنی رمضان میں یہ پیغام ہے کہ دنیا کی زندگی پابند زندگی ہے، ڈسپلن کی زندگی ہے، کنٹرول کی زندگی ہے۔ لیکن وہ زندگی بہت لمبی نہیں ہے۔</w:t>
      </w:r>
    </w:p>
    <w:p>
      <w:r>
        <w:rPr>
          <w:b/>
        </w:rPr>
        <w:t xml:space="preserve">[51:23] </w:t>
      </w:r>
      <w:r>
        <w:t>30 din, 30 din mein sab kuch poora ho jata hai. yaani 30 din ke liye apne aap ko paband zindagi mein dalo.</w:t>
      </w:r>
    </w:p>
    <w:p>
      <w:pPr>
        <w:jc w:val="right"/>
      </w:pPr>
      <w:r>
        <w:t>30 دن، 30 دن میں سب کچھ پورا ہو جاتا ہے۔ یعنی 30 دن کے لیے اپنے آپ کو پابند زندگی میں ڈالو۔</w:t>
      </w:r>
    </w:p>
    <w:p>
      <w:r>
        <w:rPr>
          <w:b/>
        </w:rPr>
        <w:t xml:space="preserve">[51:35] </w:t>
      </w:r>
      <w:r>
        <w:t>30 din ke liye apne aap ko ek discipline mein dal</w:t>
      </w:r>
    </w:p>
    <w:p>
      <w:pPr>
        <w:jc w:val="right"/>
      </w:pPr>
      <w:r>
        <w:t>30 دن کے لیے اپنے آپ کو ایک ڈسپلن میں ڈال</w:t>
      </w:r>
    </w:p>
    <w:p>
      <w:r>
        <w:rPr>
          <w:b/>
        </w:rPr>
        <w:t xml:space="preserve">[51:38] </w:t>
      </w:r>
      <w:r>
        <w:t>o. phir is ko tumhari abadi tor par azadi hai, hamesha ke liye azadi hai. to aakhirat ka jo mamla hai, is ki alamat hai eid ka din.</w:t>
      </w:r>
    </w:p>
    <w:p>
      <w:pPr>
        <w:jc w:val="right"/>
      </w:pPr>
      <w:r>
        <w:t>و۔ پھر اس کو تمہاری ابدی طور پر آزادی ہے، ہمیشہ کے لیے آزادی ہے۔ تو آخرت کا جو معاملہ ہے، اس کی علامت ہے عید کا دن۔</w:t>
      </w:r>
    </w:p>
    <w:p>
      <w:r>
        <w:rPr>
          <w:b/>
        </w:rPr>
        <w:t xml:space="preserve">[51:49] </w:t>
      </w:r>
      <w:r>
        <w:t>aur dunya ka jo mamla hai, is ki alamat hai roze ka mahina. yeh bohat zyada</w:t>
      </w:r>
    </w:p>
    <w:p>
      <w:pPr>
        <w:jc w:val="right"/>
      </w:pPr>
      <w:r>
        <w:t>اور دنیا کا جو معاملہ ہے، اس کی علامت ہے روزے کا مہینہ۔ یہ بہت زیادہ</w:t>
      </w:r>
    </w:p>
    <w:p>
      <w:r>
        <w:rPr>
          <w:b/>
        </w:rPr>
        <w:t xml:space="preserve">[51:59] </w:t>
      </w:r>
      <w:r>
        <w:t>aham baat hai aur is ko bohat zyada sochna chahiye. yaad rakhiye, sochna khud ek ibadat hai.</w:t>
      </w:r>
    </w:p>
    <w:p>
      <w:pPr>
        <w:jc w:val="right"/>
      </w:pPr>
      <w:r>
        <w:t>اہم بات ہے اور اس کو بہت زیادہ سوچنا چاہیے۔ یاد رکھیے، سوچنا خود ایک عبادت ہے۔</w:t>
      </w:r>
    </w:p>
    <w:p>
      <w:r>
        <w:rPr>
          <w:b/>
        </w:rPr>
        <w:t xml:space="preserve">[52:08] </w:t>
      </w:r>
      <w:r>
        <w:t>kisi bhi cheez par aap sochte hain, tabhi aap is ke andar chupi hui baaton ko pakad paate hain. na socha to kuch bhi samajh mein nahi aayega.</w:t>
      </w:r>
    </w:p>
    <w:p>
      <w:pPr>
        <w:jc w:val="right"/>
      </w:pPr>
      <w:r>
        <w:t>کسی بھی چیز پر آپ سوچتے ہیں، تبھی آپ اس کے اندر چھپی ہوئی باتوں کو پکڑ پاتے ہیں۔ نہ سوچا تو کچھ بھی سمجھ میں نہیں آئے گا۔</w:t>
      </w:r>
    </w:p>
    <w:p>
      <w:r>
        <w:rPr>
          <w:b/>
        </w:rPr>
        <w:t xml:space="preserve">[52:19] </w:t>
      </w:r>
      <w:r>
        <w:t>chahe roza ho ya doosri ibadaten hon, to har cheez par sochna hai.</w:t>
      </w:r>
    </w:p>
    <w:p>
      <w:pPr>
        <w:jc w:val="right"/>
      </w:pPr>
      <w:r>
        <w:t>چاہے روزہ ہو یا دوسری عبادتیں ہوں، تو ہر چیز پر سوچنا ہے۔</w:t>
      </w:r>
    </w:p>
    <w:p>
      <w:r>
        <w:rPr>
          <w:b/>
        </w:rPr>
        <w:t xml:space="preserve">[52:29] </w:t>
      </w:r>
      <w:r>
        <w:t>har cheez par sochna hai.</w:t>
      </w:r>
    </w:p>
    <w:p>
      <w:pPr>
        <w:jc w:val="right"/>
      </w:pPr>
      <w:r>
        <w:t>ہر چیز پر سوچنا ہے۔</w:t>
      </w:r>
    </w:p>
    <w:p>
      <w:r>
        <w:rPr>
          <w:b/>
        </w:rPr>
        <w:t xml:space="preserve">[52:32] </w:t>
      </w:r>
      <w:r>
        <w:t>jaise ek sahabi the, to un ke bare mein kisi ne poocha un ki ahliya se ke un ki khas ibadat kya thi. unhon ne kaha, "التفکر والاعتبار".</w:t>
      </w:r>
    </w:p>
    <w:p>
      <w:pPr>
        <w:jc w:val="right"/>
      </w:pPr>
      <w:r>
        <w:t>جیسے ایک صحابی تھے، تو ان کے بارے میں کسی نے پوچھا ان کی اہلیہ سے کہ ان کی خاص عبادت کیا تھی۔ انہوں نے کہا، "التفکر والاعتبار"۔</w:t>
      </w:r>
    </w:p>
    <w:p>
      <w:r>
        <w:rPr>
          <w:b/>
        </w:rPr>
        <w:t xml:space="preserve">[52:43] </w:t>
      </w:r>
      <w:r>
        <w:t>sochna, sochna, sochna. to ibadat jo hai, woh is ka sab se bada juz hai sochna. kyunke jab aap sochte hain, tabhi aap is ki spirit ko paate hain.</w:t>
      </w:r>
    </w:p>
    <w:p>
      <w:pPr>
        <w:jc w:val="right"/>
      </w:pPr>
      <w:r>
        <w:t>سوچنا، سوچنا، سوچنا۔ تو عبادت جو ہے، وہ اس کا سب سے بڑا جز ہے سوچنا۔ کیونکہ جب آپ سوچتے ہیں، تبھی آپ اس کی اسپرٹ کو پاتے ہیں۔</w:t>
      </w:r>
    </w:p>
    <w:p>
      <w:r>
        <w:rPr>
          <w:b/>
        </w:rPr>
        <w:t xml:space="preserve">[52:57] </w:t>
      </w:r>
      <w:r>
        <w:t>jab aap sochte hain, tabhi aap is ke andar jo gehre mani hain, us ko paate hain. jab aap sochte hain, tabhi aap is ki haqeeqat tak pahunch paate hain.</w:t>
      </w:r>
    </w:p>
    <w:p>
      <w:pPr>
        <w:jc w:val="right"/>
      </w:pPr>
      <w:r>
        <w:t>جب آپ سوچتے ہیں، تبھی آپ اس کے اندر جو گہرے معنی ہیں، اس کو پاتے ہیں۔ جب آپ سوچتے ہیں، تبھی آپ اس کی حقیقت تک پہنچ پاتے ہیں۔</w:t>
      </w:r>
    </w:p>
    <w:p>
      <w:r>
        <w:rPr>
          <w:b/>
        </w:rPr>
        <w:t xml:space="preserve">[53:07] </w:t>
      </w:r>
      <w:r>
        <w:t>na sochen to sirf form aap ka hisse mein aayega. na sochen to is ka ek rasmi hissa, form wala hissa aap ke janne mein aayega.</w:t>
      </w:r>
    </w:p>
    <w:p>
      <w:pPr>
        <w:jc w:val="right"/>
      </w:pPr>
      <w:r>
        <w:t>نہ سوچیں تو صرف فارم آپ کا حصے میں آئے گا۔ نہ سوچیں تو اس کا ایک رسمی حصہ، فارم والا حصہ آپ کے جاننے میں آئے گا۔</w:t>
      </w:r>
    </w:p>
    <w:p>
      <w:r>
        <w:rPr>
          <w:b/>
        </w:rPr>
        <w:t xml:space="preserve">[53:17] </w:t>
      </w:r>
      <w:r>
        <w:t>to sochne se aap is ki spirit ko daryaft kar lete hain, jo asal hai.</w:t>
      </w:r>
    </w:p>
    <w:p>
      <w:pPr>
        <w:jc w:val="right"/>
      </w:pPr>
      <w:r>
        <w:t>تو سوچنے سے آپ اس کی اسپرٹ کو دریافت کر لیتے ہیں، جو اصل ہے۔</w:t>
      </w:r>
    </w:p>
    <w:p>
      <w:r>
        <w:rPr>
          <w:b/>
        </w:rPr>
        <w:t xml:space="preserve">[53:23] </w:t>
      </w:r>
      <w:r>
        <w:t>aur na sochne se aap sirf is ke form tak pahunch paate hain. bas us se aage aur kuch nahi. to</w:t>
      </w:r>
    </w:p>
    <w:p>
      <w:pPr>
        <w:jc w:val="right"/>
      </w:pPr>
      <w:r>
        <w:t>اور نہ سوچنے سے آپ صرف اس کے فارم تک پہنچ پاتے ہیں۔ بس اس سے آگے اور کچھ نہیں۔ تو</w:t>
      </w:r>
    </w:p>
    <w:p>
      <w:r>
        <w:rPr>
          <w:b/>
        </w:rPr>
        <w:t xml:space="preserve">[53:35] </w:t>
      </w:r>
      <w:r>
        <w:t>yeh bohat hi zaroori hai is ko janna. roze ka matlab jo log yeh samajh len ke bas khana peena chhodna hai din ke auqat mein, nahi. har distraction se bacha kar sochne ke qabil banana.</w:t>
      </w:r>
    </w:p>
    <w:p>
      <w:pPr>
        <w:jc w:val="right"/>
      </w:pPr>
      <w:r>
        <w:t>یہ بہت ہی ضروری ہے اس کو جاننا۔ روزے کا مطلب جو لوگ یہ سمجھ لیں کہ بس کھانا پینا چھوڑنا ہے دن کے اوقات میں، نہیں۔ ہر ڈسٹریکشن سے بچا کر سوچنے کے قابل بنانا۔</w:t>
      </w:r>
    </w:p>
    <w:p>
      <w:r>
        <w:rPr>
          <w:b/>
        </w:rPr>
        <w:t xml:space="preserve">[53:52] </w:t>
      </w:r>
      <w:r>
        <w:t>sach poochhen to distraction se bacha kar ke, yaani</w:t>
      </w:r>
    </w:p>
    <w:p>
      <w:pPr>
        <w:jc w:val="right"/>
      </w:pPr>
      <w:r>
        <w:t>سچ پوچھیں تو ڈسٹریکشن سے بچا کر کے، یعنی</w:t>
      </w:r>
    </w:p>
    <w:p>
      <w:r>
        <w:rPr>
          <w:b/>
        </w:rPr>
        <w:t xml:space="preserve">[53:59] </w:t>
      </w:r>
      <w:r>
        <w:t>zindagi mein har waqt distraction hota hai. is se aap ko, yaani aap aap raaste se hat jate hain.</w:t>
      </w:r>
    </w:p>
    <w:p>
      <w:pPr>
        <w:jc w:val="right"/>
      </w:pPr>
      <w:r>
        <w:t>زندگی میں ہر وقت ڈسٹریکشن ہوتا ہے۔ اس سے آپ کو، یعنی آپ آپ راستے سے ہٹ جاتے ہیں۔</w:t>
      </w:r>
    </w:p>
    <w:p>
      <w:r>
        <w:rPr>
          <w:b/>
        </w:rPr>
        <w:t xml:space="preserve">[54:10] </w:t>
      </w:r>
      <w:r>
        <w:t>yaani Khuda, Khuda ko aap ko sole concern banana hai, Khudaai ko apni soch ka mehwar banana hai, Khuda ke upar ghaur o fikr karte rehna hai.</w:t>
      </w:r>
    </w:p>
    <w:p>
      <w:pPr>
        <w:jc w:val="right"/>
      </w:pPr>
      <w:r>
        <w:t>یعنی خدا، خدا کو آپ کو سول کنسرن بنانا ہے، خدائی کو اپنی سوچ کا محور بنانا ہے، خدا کے اوپر غور و فکر کرتے رہنا ہے۔</w:t>
      </w:r>
    </w:p>
    <w:p>
      <w:r>
        <w:rPr>
          <w:b/>
        </w:rPr>
        <w:t xml:space="preserve">[54:21] </w:t>
      </w:r>
      <w:r>
        <w:t>lekin mukhtalif auqat mein jo baatein hoti rahin, hoti rehti hain, is se aap distract ho jaate hain. To distraction se aap ka bohat bara nuqsan hota hai.</w:t>
      </w:r>
    </w:p>
    <w:p>
      <w:pPr>
        <w:jc w:val="right"/>
      </w:pPr>
      <w:r>
        <w:t>لیکن مختلف اوقات میں جو باتیں ہوتی رہیں، ہوتی رہتی ہیں، اس سے آپ ڈسٹریکٹ ہو جاتے ہیں۔ تو ڈسٹریکشن سے آپ کا بہت بڑا نقصان ہوتا ہے۔</w:t>
      </w:r>
    </w:p>
    <w:p>
      <w:r>
        <w:rPr>
          <w:b/>
        </w:rPr>
        <w:t xml:space="preserve">[54:37] </w:t>
      </w:r>
      <w:r>
        <w:t>To Ramzan ka maqsad aik aitbaar se yeh bhi hai ke aap ko is baat ke liye train karna ke apne aap ko distraction se bachaen.</w:t>
      </w:r>
    </w:p>
    <w:p>
      <w:pPr>
        <w:jc w:val="right"/>
      </w:pPr>
      <w:r>
        <w:t>تو رمضان کا مقصد ایک اعتبار سے یہ بھی ہے کہ آپ کو اس بات کے لیے ٹرین کرنا کہ اپنے آپ کو ڈسٹریکشن سے بچائیں۔</w:t>
      </w:r>
    </w:p>
    <w:p>
      <w:r>
        <w:rPr>
          <w:b/>
        </w:rPr>
        <w:t xml:space="preserve">[54:49] </w:t>
      </w:r>
      <w:r>
        <w:t>Apne aap ko distraction se bachaen.</w:t>
      </w:r>
    </w:p>
    <w:p>
      <w:pPr>
        <w:jc w:val="right"/>
      </w:pPr>
      <w:r>
        <w:t>اپنے آپ کو ڈسٹریکشن سے بچائیں۔</w:t>
      </w:r>
    </w:p>
    <w:p>
      <w:r>
        <w:rPr>
          <w:b/>
        </w:rPr>
        <w:t xml:space="preserve">[54:51] </w:t>
      </w:r>
      <w:r>
        <w:t>Rasta se haten nahin aap. To yeh bhi aik roze ka maqsad hai. Kyun ke jaise hi distraction hua aap ko, to aap ka zehn hat gaya doosri doosri baaton ki taraf.</w:t>
      </w:r>
    </w:p>
    <w:p>
      <w:pPr>
        <w:jc w:val="right"/>
      </w:pPr>
      <w:r>
        <w:t>راستہ سے ہٹیں نہیں آپ۔ تو یہ بھی ایک روزے کا مقصد ہے۔ کیونکہ جیسے ہی ڈسٹریکشن ہوا آپ کو، تو آپ کا ذہن ہٹ گیا دوسری دوسری باتوں کی طرف۔</w:t>
      </w:r>
    </w:p>
    <w:p>
      <w:r>
        <w:rPr>
          <w:b/>
        </w:rPr>
        <w:t xml:space="preserve">[55:04] </w:t>
      </w:r>
      <w:r>
        <w:t>Jaise misaal ke taur par dekhiye, log bari dhoom machate hain roze mein. Sehri ke mein khane ki dhoom aur iftar ki dhoom, yeh bhi distraction hai.</w:t>
      </w:r>
    </w:p>
    <w:p>
      <w:pPr>
        <w:jc w:val="right"/>
      </w:pPr>
      <w:r>
        <w:t>جیسے مثال کے طور پر دیکھیے، لوگ بڑی دھوم مچاتے ہیں روزے میں۔ سحری کے میں کھانے کی دھوم اور افطار کی دھوم، یہ بھی ڈسٹریکشن ہے۔</w:t>
      </w:r>
    </w:p>
    <w:p>
      <w:r>
        <w:rPr>
          <w:b/>
        </w:rPr>
        <w:t xml:space="preserve">[55:18] </w:t>
      </w:r>
      <w:r>
        <w:t>Yeh bhi distraction hai.</w:t>
      </w:r>
    </w:p>
    <w:p>
      <w:pPr>
        <w:jc w:val="right"/>
      </w:pPr>
      <w:r>
        <w:t>یہ بھی ڈسٹریکشن ہے۔</w:t>
      </w:r>
    </w:p>
    <w:p>
      <w:r>
        <w:rPr>
          <w:b/>
        </w:rPr>
        <w:t xml:space="preserve">[55:20] </w:t>
      </w:r>
      <w:r>
        <w:t>Jab aap</w:t>
      </w:r>
    </w:p>
    <w:p>
      <w:pPr>
        <w:jc w:val="right"/>
      </w:pPr>
      <w:r>
        <w:t>جب آپ</w:t>
      </w:r>
    </w:p>
    <w:p>
      <w:r>
        <w:rPr>
          <w:b/>
        </w:rPr>
        <w:t xml:space="preserve">[55:26] </w:t>
      </w:r>
      <w:r>
        <w:t>lazeez khane ko ahmiyat dene lagen, lazeez khane tayyar karen, lazeez khane se sehri karen, lazeez khane se iftar karen, yeh aap ka yaani shauq ho jaye to yeh to distraction hua.</w:t>
      </w:r>
    </w:p>
    <w:p>
      <w:pPr>
        <w:jc w:val="right"/>
      </w:pPr>
      <w:r>
        <w:t>لذیذ کھانے کو اہمیت دینے لگیں، لذیذ کھانے تیار کریں، لذیذ کھانے سے سحری کریں، لذیذ کھانے سے افطار کریں، یہ آپ کا یعنی شوق ہو جائے تو یہ تو ڈسٹریکشن ہوا۔</w:t>
      </w:r>
    </w:p>
    <w:p>
      <w:r>
        <w:rPr>
          <w:b/>
        </w:rPr>
        <w:t xml:space="preserve">[55:44] </w:t>
      </w:r>
      <w:r>
        <w:t>Kisi shayar ne kaha hai ke</w:t>
      </w:r>
    </w:p>
    <w:p>
      <w:pPr>
        <w:jc w:val="right"/>
      </w:pPr>
      <w:r>
        <w:t>کسی شاعر نے کہا ہے کہ</w:t>
      </w:r>
    </w:p>
    <w:p>
      <w:r>
        <w:rPr>
          <w:b/>
        </w:rPr>
        <w:t xml:space="preserve">[55:49] </w:t>
      </w:r>
      <w:r>
        <w:t>tan parwari khalq, khusoosi zar'adat, jadd garmi, iftar, nadarat, Ramzan haij ke Ramzan ka maqsad to yeh tha ke log concentrate karen Khuda ki yaad par.</w:t>
      </w:r>
    </w:p>
    <w:p>
      <w:pPr>
        <w:jc w:val="right"/>
      </w:pPr>
      <w:r>
        <w:t>تن پروری خلق، خصوصی ذرعادت، جد گرمی، افطار، ندارت، رمضان ہیج کہ رمضان کا مقصد تو یہ تھا کہ لوگ کنسنٹریٹ کریں خدا کی یاد پر۔</w:t>
      </w:r>
    </w:p>
    <w:p>
      <w:r>
        <w:rPr>
          <w:b/>
        </w:rPr>
        <w:t xml:space="preserve">[56:06] </w:t>
      </w:r>
      <w:r>
        <w:t>Lekin log logon ka haal kya hua ke lazeez khanon ki taraf daudne lagen.</w:t>
      </w:r>
    </w:p>
    <w:p>
      <w:pPr>
        <w:jc w:val="right"/>
      </w:pPr>
      <w:r>
        <w:t>لیکن لوگ لوگوں کا حال کیا ہوا کہ لذیذ کھانوں کی طرف دوڑنے لگے۔</w:t>
      </w:r>
    </w:p>
    <w:p>
      <w:r>
        <w:rPr>
          <w:b/>
        </w:rPr>
        <w:t xml:space="preserve">[56:16] </w:t>
      </w:r>
      <w:r>
        <w:t>Yaani roze ka maqsad yeh tha ke log apne aap ko concentrate kar ke, apne aap ko doosri cheezon se hata kar ke Khuda ki yaad ko sochen, Quran ko padhen.</w:t>
      </w:r>
    </w:p>
    <w:p>
      <w:pPr>
        <w:jc w:val="right"/>
      </w:pPr>
      <w:r>
        <w:t>یعنی روزے کا مقصد یہ تھا کہ لوگ اپنے آپ کو کنسنٹریٹ کر کے، اپنے آپ کو دوسری چیزوں سے ہٹا کر کے خدا کی یاد کو سوچیں، قرآن کو پڑھیں۔</w:t>
      </w:r>
    </w:p>
    <w:p>
      <w:r>
        <w:rPr>
          <w:b/>
        </w:rPr>
        <w:t xml:space="preserve">[56:25] </w:t>
      </w:r>
      <w:r>
        <w:t>Lekin lazeez khanon ke shauq mein distraction ho gaya. Isi taraf tawajjuh chali gayi. Yeh to roze ki spirit ko kill karna hai.</w:t>
      </w:r>
    </w:p>
    <w:p>
      <w:pPr>
        <w:jc w:val="right"/>
      </w:pPr>
      <w:r>
        <w:t>لیکن لذیذ کھانوں کے شوق میں ڈسٹریکشن ہو گیا۔ اسی طرف توجہ چلی گئی۔ یہ تو روزے کی اسپرٹ کو کل کرنا ہے۔</w:t>
      </w:r>
    </w:p>
    <w:p>
      <w:r>
        <w:rPr>
          <w:b/>
        </w:rPr>
        <w:t xml:space="preserve">[56:40] </w:t>
      </w:r>
      <w:r>
        <w:t>To main samajhta hoon ke yeh bohat zaroori hai jaanna is baat ka ke roze ke mahine mein saada zindagi honi chahiye. Saada zindagi, saada khana, saada khurak.</w:t>
      </w:r>
    </w:p>
    <w:p>
      <w:pPr>
        <w:jc w:val="right"/>
      </w:pPr>
      <w:r>
        <w:t>تو میں سمجھتا ہوں کہ یہ بہت ضروری ہے جاننا اس بات کا کہ روزے کے مہینے میں سادہ زندگی ہونی چاہیے۔ سادہ زندگی، سادہ کھانا، سادہ خوراک۔</w:t>
      </w:r>
    </w:p>
    <w:p>
      <w:r>
        <w:rPr>
          <w:b/>
        </w:rPr>
        <w:t xml:space="preserve">[56:51] </w:t>
      </w:r>
      <w:r>
        <w:t>Jo log saada khurak par aadi na hon to un ka roza to bekar hi hoga. Main samajhta hoon ke roze ka integral part hai simple food, saada khana.</w:t>
      </w:r>
    </w:p>
    <w:p>
      <w:pPr>
        <w:jc w:val="right"/>
      </w:pPr>
      <w:r>
        <w:t>جو لوگ سادہ خوراک پر عادی نہ ہوں تو ان کا روزہ تو بیکار ہی ہوگا۔ میں سمجھتا ہوں کہ روزے کا انٹیگرل پارٹ ہے سمپل فوڈ، سادہ کھانا۔</w:t>
      </w:r>
    </w:p>
    <w:p>
      <w:r>
        <w:rPr>
          <w:b/>
        </w:rPr>
        <w:t xml:space="preserve">[57:07] </w:t>
      </w:r>
      <w:r>
        <w:t>Kabhi bhi mumkin nahin hai ke lazeez khane kha kha kar ke aap roze ki spirit ko paen aur roze ka sawab aap ko mile.</w:t>
      </w:r>
    </w:p>
    <w:p>
      <w:pPr>
        <w:jc w:val="right"/>
      </w:pPr>
      <w:r>
        <w:t>کبھی بھی ممکن نہیں ہے کہ لذیذ کھانے کھا کھا کر کے آپ روزے کی اسپرٹ کو پائیں اور روزے کا ثواب آپ کو ملے۔</w:t>
      </w:r>
    </w:p>
    <w:p>
      <w:r>
        <w:rPr>
          <w:b/>
        </w:rPr>
        <w:t xml:space="preserve">[57:18] </w:t>
      </w:r>
      <w:r>
        <w:t>Yahi to asal maqsad hai ke khane ke shauq ko hatana, lazeez khane se aap ki tabiyat ko hatana, bas itna hi khana jo aap ki sehat baqi rahe.</w:t>
      </w:r>
    </w:p>
    <w:p>
      <w:pPr>
        <w:jc w:val="right"/>
      </w:pPr>
      <w:r>
        <w:t>یہی تو اصل مقصد ہے کہ کھانے کے شوق کو ہٹانا، لذیذ کھانے سے آپ کی طبیعت کو ہٹانا، بس اتنا ہی کھانا جو آپ کی صحت باقی رہے۔</w:t>
      </w:r>
    </w:p>
    <w:p>
      <w:r>
        <w:rPr>
          <w:b/>
        </w:rPr>
        <w:t xml:space="preserve">[57:32] </w:t>
      </w:r>
      <w:r>
        <w:t>To simple khana jo hai, woh main samajhta hoon ke roze ka bohat hi zaroori hissa hai. Baghair simple khane ke roze ka maqsad aap ko nahin milega.</w:t>
      </w:r>
    </w:p>
    <w:p>
      <w:pPr>
        <w:jc w:val="right"/>
      </w:pPr>
      <w:r>
        <w:t>تو سمپل کھانا جو ہے، وہ میں سمجھتا ہوں کہ روزے کا بہت ہی ضروری حصہ ہے۔ بغیر سمپل کھانے کے روزے کا مقصد آپ کو نہیں ملے گا۔</w:t>
      </w:r>
    </w:p>
    <w:p>
      <w:r>
        <w:rPr>
          <w:b/>
        </w:rPr>
        <w:t xml:space="preserve">[57:44] </w:t>
      </w:r>
      <w:r>
        <w:t>To roza jo hai, is ka aik maqsad hai. Is maqsad ko kill kar deta hai yeh mamla ke aap lazeez khanon ki taraf daudne lagen.</w:t>
      </w:r>
    </w:p>
    <w:p>
      <w:pPr>
        <w:jc w:val="right"/>
      </w:pPr>
      <w:r>
        <w:t>تو روزہ جو ہے، اس کا ایک مقصد ہے۔ اس مقصد کو کل کر دیتا ہے یہ معاملہ کہ آپ لذیذ کھانوں کی طرف دوڑنے لگیں۔</w:t>
      </w:r>
    </w:p>
    <w:p>
      <w:r>
        <w:rPr>
          <w:b/>
        </w:rPr>
        <w:t xml:space="preserve">[57:54] </w:t>
      </w:r>
      <w:r>
        <w:t>Aqool qawli haza wastaghfirullaha li walakum ajmaeen.</w:t>
      </w:r>
    </w:p>
    <w:p>
      <w:pPr>
        <w:jc w:val="right"/>
      </w:pPr>
      <w:r>
        <w:t>اقول قولیھذا واستغفراللہ لی 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