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A Source of Spiritual Empowerment August 21, 2011 Maulana Wahiduddin Khan</w:t>
      </w:r>
    </w:p>
    <w:p>
      <w:r>
        <w:t>https://www.youtube.com/watch?v=Z0EbPlujcf0</w:t>
      </w:r>
    </w:p>
    <w:p>
      <w:r>
        <w:rPr>
          <w:b/>
        </w:rPr>
        <w:t xml:space="preserve">[00:14] </w:t>
      </w:r>
      <w:r>
        <w:t>Bismillah hir rehman nir rehim. Wa salli Allahu ala nabiyyil kareem.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ka</w:t>
      </w:r>
    </w:p>
    <w:p>
      <w:pPr>
        <w:jc w:val="right"/>
      </w:pPr>
      <w:r>
        <w:t>آج کا</w:t>
      </w:r>
    </w:p>
    <w:p>
      <w:r>
        <w:rPr>
          <w:b/>
        </w:rPr>
        <w:t xml:space="preserve">[00:44] </w:t>
      </w:r>
      <w:r>
        <w:t>jo topic hai woh hai</w:t>
      </w:r>
    </w:p>
    <w:p>
      <w:pPr>
        <w:jc w:val="right"/>
      </w:pPr>
      <w:r>
        <w:t>جو ٹاپک ہے وہ ہے</w:t>
      </w:r>
    </w:p>
    <w:p>
      <w:r>
        <w:rPr>
          <w:b/>
        </w:rPr>
        <w:t xml:space="preserve">[00:51] </w:t>
      </w:r>
      <w:r>
        <w:t>"Fasting: A Source of Spiritual Empowerment".</w:t>
      </w:r>
    </w:p>
    <w:p>
      <w:pPr>
        <w:jc w:val="right"/>
      </w:pPr>
      <w:r>
        <w:t>"Fasting: A Source of Spiritual Empowerment"۔</w:t>
      </w:r>
    </w:p>
    <w:p>
      <w:r>
        <w:rPr>
          <w:b/>
        </w:rPr>
        <w:t xml:space="preserve">[00:59] </w:t>
      </w:r>
      <w:r>
        <w:t>yani roza</w:t>
      </w:r>
    </w:p>
    <w:p>
      <w:pPr>
        <w:jc w:val="right"/>
      </w:pPr>
      <w:r>
        <w:t>یعنی روزہ</w:t>
      </w:r>
    </w:p>
    <w:p>
      <w:r>
        <w:rPr>
          <w:b/>
        </w:rPr>
        <w:t xml:space="preserve">[01:03] </w:t>
      </w:r>
      <w:r>
        <w:t>rohani empowerment ka zariya.</w:t>
      </w:r>
    </w:p>
    <w:p>
      <w:pPr>
        <w:jc w:val="right"/>
      </w:pPr>
      <w:r>
        <w:t>روحانی Empowerment کا ذریعہ۔</w:t>
      </w:r>
    </w:p>
    <w:p>
      <w:r>
        <w:rPr>
          <w:b/>
        </w:rPr>
        <w:t xml:space="preserve">[01:14] </w:t>
      </w:r>
      <w:r>
        <w:t>aaj ramzan</w:t>
      </w:r>
    </w:p>
    <w:p>
      <w:pPr>
        <w:jc w:val="right"/>
      </w:pPr>
      <w:r>
        <w:t>آج رمضان</w:t>
      </w:r>
    </w:p>
    <w:p>
      <w:r>
        <w:rPr>
          <w:b/>
        </w:rPr>
        <w:t xml:space="preserve">[01:19] </w:t>
      </w:r>
      <w:r>
        <w:t>ki beesveen tareekh hai.</w:t>
      </w:r>
    </w:p>
    <w:p>
      <w:pPr>
        <w:jc w:val="right"/>
      </w:pPr>
      <w:r>
        <w:t>کی بیسویں تاریخ ہے۔</w:t>
      </w:r>
    </w:p>
    <w:p>
      <w:r>
        <w:rPr>
          <w:b/>
        </w:rPr>
        <w:t xml:space="preserve">[01:27] </w:t>
      </w:r>
      <w:r>
        <w:t>yeh ramzan ka mahina jo roza ke liye ya fasting ke liye muqarrar kiya gaya hai</w:t>
      </w:r>
    </w:p>
    <w:p>
      <w:pPr>
        <w:jc w:val="right"/>
      </w:pPr>
      <w:r>
        <w:t>یہ رمضان کا مہینہ جو روزہ کے لیے یا Fasting کے لیے مقرر کیا گیا ہے</w:t>
      </w:r>
    </w:p>
    <w:p>
      <w:r>
        <w:rPr>
          <w:b/>
        </w:rPr>
        <w:t xml:space="preserve">[01:41] </w:t>
      </w:r>
      <w:r>
        <w:t>to is ka matlab sirf bhooka rehna nahi hai.</w:t>
      </w:r>
    </w:p>
    <w:p>
      <w:pPr>
        <w:jc w:val="right"/>
      </w:pPr>
      <w:r>
        <w:t>تو اس کا مطلب صرف بھوکا رہنا نہیں ہے۔</w:t>
      </w:r>
    </w:p>
    <w:p>
      <w:r>
        <w:rPr>
          <w:b/>
        </w:rPr>
        <w:t xml:space="preserve">[01:51] </w:t>
      </w:r>
      <w:r>
        <w:t>yeh koi ek ritual nahi hai ke ritual ke taur par aap bhooke rahein mahine bhar, din ke auqaat mein.</w:t>
      </w:r>
    </w:p>
    <w:p>
      <w:pPr>
        <w:jc w:val="right"/>
      </w:pPr>
      <w:r>
        <w:t>یہ کوئی ایک Ritual نہیں ہے کہ Ritual کے طور پر آپ بھوکے رہیں مہینے بھر، دن کے اوقات میں۔</w:t>
      </w:r>
    </w:p>
    <w:p>
      <w:r>
        <w:rPr>
          <w:b/>
        </w:rPr>
        <w:t xml:space="preserve">[02:06] </w:t>
      </w:r>
      <w:r>
        <w:t>to roze ki ibadat poori ho jayegi.aisa nahi hai.</w:t>
      </w:r>
    </w:p>
    <w:p>
      <w:pPr>
        <w:jc w:val="right"/>
      </w:pPr>
      <w:r>
        <w:t>تو روزے کی عبادت پوری ہو جائے گی۔ ایسا نہیں ہے۔</w:t>
      </w:r>
    </w:p>
    <w:p>
      <w:r>
        <w:rPr>
          <w:b/>
        </w:rPr>
        <w:t xml:space="preserve">[02:15] </w:t>
      </w:r>
      <w:r>
        <w:t>roza ko arabi mein saum kehte hain.</w:t>
      </w:r>
    </w:p>
    <w:p>
      <w:pPr>
        <w:jc w:val="right"/>
      </w:pPr>
      <w:r>
        <w:t>روزہ کو عربی میں صوم کہتے ہیں۔</w:t>
      </w:r>
    </w:p>
    <w:p>
      <w:r>
        <w:rPr>
          <w:b/>
        </w:rPr>
        <w:t xml:space="preserve">[02:21] </w:t>
      </w:r>
      <w:r>
        <w:t>saum ke maani hote hain abstinence, yani rukna.</w:t>
      </w:r>
    </w:p>
    <w:p>
      <w:pPr>
        <w:jc w:val="right"/>
      </w:pPr>
      <w:r>
        <w:t>صوم کے معنی ہوتے ہیں Abstinence، یعنی رکنا۔</w:t>
      </w:r>
    </w:p>
    <w:p>
      <w:r>
        <w:rPr>
          <w:b/>
        </w:rPr>
        <w:t xml:space="preserve">[02:28] </w:t>
      </w:r>
      <w:r>
        <w:t>angrezi mein kehte hain fasting. to yeh</w:t>
      </w:r>
    </w:p>
    <w:p>
      <w:pPr>
        <w:jc w:val="right"/>
      </w:pPr>
      <w:r>
        <w:t>انگریزی میں کہتے ہیں Fasting۔ تو یہ</w:t>
      </w:r>
    </w:p>
    <w:p>
      <w:r>
        <w:rPr>
          <w:b/>
        </w:rPr>
        <w:t xml:space="preserve">[02:36] </w:t>
      </w:r>
      <w:r>
        <w:t>jo khana aur peena din ke auqaat mein band kiya jata hai yeh ek symbolic abstinence hai.</w:t>
      </w:r>
    </w:p>
    <w:p>
      <w:pPr>
        <w:jc w:val="right"/>
      </w:pPr>
      <w:r>
        <w:t>جو کھانا اور پینا دن کے اوقات میں بند کیا جاتا ہے یہ ایک Symbolic Abstinence ہے۔</w:t>
      </w:r>
    </w:p>
    <w:p>
      <w:r>
        <w:rPr>
          <w:b/>
        </w:rPr>
        <w:t xml:space="preserve">[02:49] </w:t>
      </w:r>
      <w:r>
        <w:t>alamaati taur par rukna hai. asal cheez kya hai?</w:t>
      </w:r>
    </w:p>
    <w:p>
      <w:pPr>
        <w:jc w:val="right"/>
      </w:pPr>
      <w:r>
        <w:t>علامتی طور پر رکنا ہے۔ اصل چیز کیا ہے؟</w:t>
      </w:r>
    </w:p>
    <w:p>
      <w:r>
        <w:rPr>
          <w:b/>
        </w:rPr>
        <w:t xml:space="preserve">[02:56] </w:t>
      </w:r>
      <w:r>
        <w:t>asal cheez yeh hai ke aadmi apne aap ko materialism se oopar uthaye aur spirituality apne andar paida kare.</w:t>
      </w:r>
    </w:p>
    <w:p>
      <w:pPr>
        <w:jc w:val="right"/>
      </w:pPr>
      <w:r>
        <w:t>اصل چیز یہ ہے کہ آدمی اپنے آپ کو Materialism سے اوپر اٹھائے اور Spirituality اپنے اندر پیدا کرے۔</w:t>
      </w:r>
    </w:p>
    <w:p>
      <w:r>
        <w:rPr>
          <w:b/>
        </w:rPr>
        <w:t xml:space="preserve">[03:11] </w:t>
      </w:r>
      <w:r>
        <w:t>rohaniyat paida kare apne andar. isi liye main roze ko samajhta hoon ke woh hai spiritual empowerment ka mahina.</w:t>
      </w:r>
    </w:p>
    <w:p>
      <w:pPr>
        <w:jc w:val="right"/>
      </w:pPr>
      <w:r>
        <w:t>روحانیت پیدا کرے اپنے اندر۔ اسی لیے میں روزے کو سمجھتا ہوں کہ وہ ہے Spiritual Empowerment کا مہینہ۔</w:t>
      </w:r>
    </w:p>
    <w:p>
      <w:r>
        <w:rPr>
          <w:b/>
        </w:rPr>
        <w:t xml:space="preserve">[03:27] </w:t>
      </w:r>
      <w:r>
        <w:t>quran mein dekhein roze ka maqsad bataya gaya hai taqwa. yani parhezgari paida karna. parhezgari kya hai? woh bhi rohaniyat hi hai.</w:t>
      </w:r>
    </w:p>
    <w:p>
      <w:pPr>
        <w:jc w:val="right"/>
      </w:pPr>
      <w:r>
        <w:t>قرآن میں دیکھیں روزے کا مقصد بتایا گیا ہے تقویٰ۔ یعنی پرہیزگاری پیدا کرنا۔ پرہیزگاری کیا ہے؟ وہ بھی روحانیت ہی ہے۔</w:t>
      </w:r>
    </w:p>
    <w:p>
      <w:r>
        <w:rPr>
          <w:b/>
        </w:rPr>
        <w:t xml:space="preserve">[03:38] </w:t>
      </w:r>
      <w:r>
        <w:t>dusra lafz aaya hai shukr. shukr kya hai? woh bhi rohaniyat hai. hadith mein aata hai ke "hu shahr al-sabr".</w:t>
      </w:r>
    </w:p>
    <w:p>
      <w:pPr>
        <w:jc w:val="right"/>
      </w:pPr>
      <w:r>
        <w:t>دوسرا لفظ آیا ہے شکر۔ شکر کیا ہے؟ وہ بھی روحانیت ہے۔ حدیث میں آتا ہے کہ "ہو شہر الصبر"۔</w:t>
      </w:r>
    </w:p>
    <w:p>
      <w:r>
        <w:rPr>
          <w:b/>
        </w:rPr>
        <w:t xml:space="preserve">[03:47] </w:t>
      </w:r>
      <w:r>
        <w:t>ramzan ka mahina sabr ka mahina hai. woh bhi rohaniyat hai.</w:t>
      </w:r>
    </w:p>
    <w:p>
      <w:pPr>
        <w:jc w:val="right"/>
      </w:pPr>
      <w:r>
        <w:t>رمضان کا مہینہ صبر کا مہینہ ہے۔ وہ بھی روحانیت ہے۔</w:t>
      </w:r>
    </w:p>
    <w:p>
      <w:r>
        <w:rPr>
          <w:b/>
        </w:rPr>
        <w:t xml:space="preserve">[03:53] </w:t>
      </w:r>
      <w:r>
        <w:t>to sabr aur shukr aur taqwa yeh sab isi ke majmoo'e ka naam rohaniyat hai ya spirituality hai.</w:t>
      </w:r>
    </w:p>
    <w:p>
      <w:pPr>
        <w:jc w:val="right"/>
      </w:pPr>
      <w:r>
        <w:t>تو صبر اور شکر اور تقویٰ یہ سب اسی کے مجموعے کا نام روحانیت ہے یا Spirituality ہے۔</w:t>
      </w:r>
    </w:p>
    <w:p>
      <w:r>
        <w:rPr>
          <w:b/>
        </w:rPr>
        <w:t xml:space="preserve">[04:04] </w:t>
      </w:r>
      <w:r>
        <w:t>to roze ka maqsad yeh hai ke aadmi ke andar ek spiritual personality bane.</w:t>
      </w:r>
    </w:p>
    <w:p>
      <w:pPr>
        <w:jc w:val="right"/>
      </w:pPr>
      <w:r>
        <w:t>تو روزے کا مقصد یہ ہے کہ آدمی کے اندر ایک Spiritual Personality بنے۔</w:t>
      </w:r>
    </w:p>
    <w:p>
      <w:r>
        <w:rPr>
          <w:b/>
        </w:rPr>
        <w:t xml:space="preserve">[04:17] </w:t>
      </w:r>
      <w:r>
        <w:t>spiritual personality bane. to isi ko maine kaha ke spiritual empowerment.</w:t>
      </w:r>
    </w:p>
    <w:p>
      <w:pPr>
        <w:jc w:val="right"/>
      </w:pPr>
      <w:r>
        <w:t>Spiritual Personality بنے۔ تو اسی کو میں نے کہا کہ Spiritual Empowerment۔</w:t>
      </w:r>
    </w:p>
    <w:p>
      <w:r>
        <w:rPr>
          <w:b/>
        </w:rPr>
        <w:t xml:space="preserve">[04:25] </w:t>
      </w:r>
      <w:r>
        <w:t>aaj kal yeh term bohat chalta hai. mukhtalif qism se bolte hain log. to main samajhta hoon ke yeh logon ke liye, taqreeb fahm ke liye yeh lafz bohat sahi hoga ke roze ka maqsad hai spiritual empowerment.</w:t>
      </w:r>
    </w:p>
    <w:p>
      <w:pPr>
        <w:jc w:val="right"/>
      </w:pPr>
      <w:r>
        <w:t>آج کل یہ ٹرم بہت چلتا ہے۔ مختلف قسم سے بولتے ہیں لوگ۔ تو میں سمجھتا ہوں کہ یہ لوگوں کے لیے، تقریب فہم کے لیے یہ لفظ بہت صحیح ہو گا کہ روزہ کا مقصد ہے Spiritual Empowerment۔</w:t>
      </w:r>
    </w:p>
    <w:p>
      <w:r>
        <w:rPr>
          <w:b/>
        </w:rPr>
        <w:t xml:space="preserve">[04:47] </w:t>
      </w:r>
      <w:r>
        <w:t>yeh baat mujhe ek hadith se samajh aayi.</w:t>
      </w:r>
    </w:p>
    <w:p>
      <w:pPr>
        <w:jc w:val="right"/>
      </w:pPr>
      <w:r>
        <w:t>یہ بات مجھے ایک حدیث سے سمجھ آئی۔</w:t>
      </w:r>
    </w:p>
    <w:p>
      <w:r>
        <w:rPr>
          <w:b/>
        </w:rPr>
        <w:t xml:space="preserve">[04:52] </w:t>
      </w:r>
      <w:r>
        <w:t>roze ke bare mein bohat sari hadith'ein hain jo aap kitabon mein dekh sakte hain.</w:t>
      </w:r>
    </w:p>
    <w:p>
      <w:pPr>
        <w:jc w:val="right"/>
      </w:pPr>
      <w:r>
        <w:t>روزے کے بارے میں بہت ساری حدیثیں ہیں جو آپ کتابوں میں دیکھ سکتے ہیں۔</w:t>
      </w:r>
    </w:p>
    <w:p>
      <w:r>
        <w:rPr>
          <w:b/>
        </w:rPr>
        <w:t xml:space="preserve">[05:01] </w:t>
      </w:r>
      <w:r>
        <w:t>to ek lambi hadith hai</w:t>
      </w:r>
    </w:p>
    <w:p>
      <w:pPr>
        <w:jc w:val="right"/>
      </w:pPr>
      <w:r>
        <w:t>تو ایک لمبی حدیث ہے</w:t>
      </w:r>
    </w:p>
    <w:p>
      <w:r>
        <w:rPr>
          <w:b/>
        </w:rPr>
        <w:t xml:space="preserve">[05:07] </w:t>
      </w:r>
      <w:r>
        <w:t>jiska aaghaz yahan se hota hai ke "hathilakum shahr mubarak" tumhare upar ek yani ramzan se foran pehle shaban ke aakhir mein aap ne ek taqreer ki aur kaha ke tumhare upar ek mubarak mahine ne saya kiya hai.</w:t>
      </w:r>
    </w:p>
    <w:p>
      <w:pPr>
        <w:jc w:val="right"/>
      </w:pPr>
      <w:r>
        <w:t>جس کا آغاز یہاں سے ہوتا ہے کہ "هذلکم شهر مبارک"۔ تمہارے اوپر ایک، یعنی رمضان سے فوراً پہلے شعبان کے آخر میں آپ نے ایک تقریر کی اور کہا کہ تمہارے اوپر ایک مبارک مہینہ نے سایہ کیا ہے۔</w:t>
      </w:r>
    </w:p>
    <w:p>
      <w:r>
        <w:rPr>
          <w:b/>
        </w:rPr>
        <w:t xml:space="preserve">[05:31] </w:t>
      </w:r>
      <w:r>
        <w:t>ek mubarak mahina tumhari taraf aa raha hai.</w:t>
      </w:r>
    </w:p>
    <w:p>
      <w:pPr>
        <w:jc w:val="right"/>
      </w:pPr>
      <w:r>
        <w:t>ایک مبارک مہینہ تمہاری طرف آ رہا ہے۔</w:t>
      </w:r>
    </w:p>
    <w:p>
      <w:r>
        <w:rPr>
          <w:b/>
        </w:rPr>
        <w:t xml:space="preserve">[05:38] </w:t>
      </w:r>
      <w:r>
        <w:t>to is hadith mein kai baatein hain.</w:t>
      </w:r>
    </w:p>
    <w:p>
      <w:pPr>
        <w:jc w:val="right"/>
      </w:pPr>
      <w:r>
        <w:t>تو اس حدیث میں کئی باتیں ہیں۔</w:t>
      </w:r>
    </w:p>
    <w:p>
      <w:r>
        <w:rPr>
          <w:b/>
        </w:rPr>
        <w:t xml:space="preserve">[05:43] </w:t>
      </w:r>
      <w:r>
        <w:t>is mein se ek baat yeh hai ke aap ne farmaya "shahri dadda fihi rizq al-momin".</w:t>
      </w:r>
    </w:p>
    <w:p>
      <w:pPr>
        <w:jc w:val="right"/>
      </w:pPr>
      <w:r>
        <w:t>اس میں سے ایک بات یہ ہے کہ آپ نے فرمایا "شہریداد فیہ رزق المومن"۔</w:t>
      </w:r>
    </w:p>
    <w:p>
      <w:r>
        <w:rPr>
          <w:b/>
        </w:rPr>
        <w:t xml:space="preserve">[05:55] </w:t>
      </w:r>
      <w:r>
        <w:t>ek aur riwayat mein yeh lafz hai "shahri dadda fihi rizq al-momin" is mahine mein momin ka rizq badha diya jata hai.</w:t>
      </w:r>
    </w:p>
    <w:p>
      <w:pPr>
        <w:jc w:val="right"/>
      </w:pPr>
      <w:r>
        <w:t>ایک اور روایت میں یہ لفظ ہے "شہریداد فیہ رزق المومن"۔ اس مہینے میں مومن کا رزق بڑھا دیا جاتا ہے۔</w:t>
      </w:r>
    </w:p>
    <w:p>
      <w:r>
        <w:rPr>
          <w:b/>
        </w:rPr>
        <w:t xml:space="preserve">[06:12] </w:t>
      </w:r>
      <w:r>
        <w:t>yani allah ta'ala ki taraf se jo rizq milta hai insan ko</w:t>
      </w:r>
    </w:p>
    <w:p>
      <w:pPr>
        <w:jc w:val="right"/>
      </w:pPr>
      <w:r>
        <w:t>یعنی اللہ تعالیٰ کی طرف سے جو رزق ملتا ہے انسان کو</w:t>
      </w:r>
    </w:p>
    <w:p>
      <w:r>
        <w:rPr>
          <w:b/>
        </w:rPr>
        <w:t xml:space="preserve">[06:18] </w:t>
      </w:r>
      <w:r>
        <w:t>to is mein izafa ho jata hai.</w:t>
      </w:r>
    </w:p>
    <w:p>
      <w:pPr>
        <w:jc w:val="right"/>
      </w:pPr>
      <w:r>
        <w:t>تو اس میں اضافہ ہو جاتا ہے۔</w:t>
      </w:r>
    </w:p>
    <w:p>
      <w:r>
        <w:rPr>
          <w:b/>
        </w:rPr>
        <w:t xml:space="preserve">[06:22] </w:t>
      </w:r>
      <w:r>
        <w:t>ab yahan sawal yeh hai ke rizq badhne ka matlab kya hai?</w:t>
      </w:r>
    </w:p>
    <w:p>
      <w:pPr>
        <w:jc w:val="right"/>
      </w:pPr>
      <w:r>
        <w:t>اب یہاں سوال یہ ہے کہ رزق بڑھنے کا مطلب کیا ہے؟</w:t>
      </w:r>
    </w:p>
    <w:p>
      <w:r>
        <w:rPr>
          <w:b/>
        </w:rPr>
        <w:t xml:space="preserve">[06:29] </w:t>
      </w:r>
      <w:r>
        <w:t>aam taur par log yeh samajhte hain ke sehri ke waqt mein khoob khane peene ki dhoom hoti hai iftar ke waqt khoob khane peene ki dhoom hoti hai.</w:t>
      </w:r>
    </w:p>
    <w:p>
      <w:pPr>
        <w:jc w:val="right"/>
      </w:pPr>
      <w:r>
        <w:t>عام طور پر لوگ یہ سمجھتے ہیں کہ سحری کے وقت میں خوب کھانے پینے کی دھوم ہوتی ہے۔ افطار کے وقت خوب کھانے پینے کی دھوم ہوتی ہے۔</w:t>
      </w:r>
    </w:p>
    <w:p>
      <w:r>
        <w:rPr>
          <w:b/>
        </w:rPr>
        <w:t xml:space="preserve">[06:39] </w:t>
      </w:r>
      <w:r>
        <w:t>to yahi matlab hai is ka ke roze ke mahine mein khane peena khoob hota hai.</w:t>
      </w:r>
    </w:p>
    <w:p>
      <w:pPr>
        <w:jc w:val="right"/>
      </w:pPr>
      <w:r>
        <w:t>تو یہی مطلب ہے اس کا۔ کہ روزے کے مہینے میں کھانے پینا خوب ہوتا ہے۔</w:t>
      </w:r>
    </w:p>
    <w:p>
      <w:r>
        <w:rPr>
          <w:b/>
        </w:rPr>
        <w:t xml:space="preserve">[06:53] </w:t>
      </w:r>
      <w:r>
        <w:t>aap jayen wahan arab jayen to wahan makkah madinah mein aap dekhenge ke wahan par ek ek tareeqa hai us ko kehte hain "iftar al-sa'im".</w:t>
      </w:r>
    </w:p>
    <w:p>
      <w:pPr>
        <w:jc w:val="right"/>
      </w:pPr>
      <w:r>
        <w:t>آپ جائیں وہاں عرب جائیں تو وہاں مکہ مدینے میں آپ دیکھیں گے کہ وہاں پر ایک ایک طریقہ ہے اس کو کہتے ہیں "افطار الصائم"۔</w:t>
      </w:r>
    </w:p>
    <w:p>
      <w:r>
        <w:rPr>
          <w:b/>
        </w:rPr>
        <w:t xml:space="preserve">[07:07] </w:t>
      </w:r>
      <w:r>
        <w:t>yani wahan par log paisa dete hain ghareeb mulkon ke liye afrique walon ke liye ashiya walon ke liye iftar al-sa'im ke naam par</w:t>
      </w:r>
    </w:p>
    <w:p>
      <w:pPr>
        <w:jc w:val="right"/>
      </w:pPr>
      <w:r>
        <w:t>یعنی وہاں پر لوگ پیسہ دیتے ہیں غریب ملکوں کے لیے، افریقہ والوں کے لیے، ایشیا والوں کے لیے۔ افطار الصائم کے نام پر</w:t>
      </w:r>
    </w:p>
    <w:p>
      <w:r>
        <w:rPr>
          <w:b/>
        </w:rPr>
        <w:t xml:space="preserve">[07:16] </w:t>
      </w:r>
      <w:r>
        <w:t>ke paisa lo hamari taraf se aur apne mulk mein khana paka kar pakwa kar iftar ke waqt rozedaron ko khila do.</w:t>
      </w:r>
    </w:p>
    <w:p>
      <w:pPr>
        <w:jc w:val="right"/>
      </w:pPr>
      <w:r>
        <w:t>کہ پیسہ لو ہماری طرف سے اور اپنے ملک میں کھانا پکا کر، پکوا کر افطار کے وقت روزے داروں کو کھلا دو۔</w:t>
      </w:r>
    </w:p>
    <w:p>
      <w:r>
        <w:rPr>
          <w:b/>
        </w:rPr>
        <w:t xml:space="preserve">[07:28] </w:t>
      </w:r>
      <w:r>
        <w:t>to yeh hai dhoom to aam taur par log samajhte hain ke roze mein sehri ke waqt aur iftar ke waqt khoob khane peene ki dhoom machti hai.</w:t>
      </w:r>
    </w:p>
    <w:p>
      <w:pPr>
        <w:jc w:val="right"/>
      </w:pPr>
      <w:r>
        <w:t>تو یہ ہے دھوم۔ تو عام طور پر لوگ سمجھتے ہیں کہ روزے میں سحری کے وقت اور افطار کے وقت خوب کھانے پینے کی دھوم مچتی ہے۔</w:t>
      </w:r>
    </w:p>
    <w:p>
      <w:r>
        <w:rPr>
          <w:b/>
        </w:rPr>
        <w:t xml:space="preserve">[07:38] </w:t>
      </w:r>
      <w:r>
        <w:t>to bohat hi barkat ki baat hai yeh woh is se murad hai lekin yeh bilkul galat hai.</w:t>
      </w:r>
    </w:p>
    <w:p>
      <w:pPr>
        <w:jc w:val="right"/>
      </w:pPr>
      <w:r>
        <w:t>تو بہت ہی برکت کی بات ہے یہ۔ وہ اس سے مراد ہے۔ لیکن یہ بالکل غلط ہے۔</w:t>
      </w:r>
    </w:p>
    <w:p>
      <w:r>
        <w:rPr>
          <w:b/>
        </w:rPr>
        <w:t xml:space="preserve">[07:46] </w:t>
      </w:r>
      <w:r>
        <w:t>aap ghor kijiye ke jo lafz hai is mein "rizq al-khalq" nahi hai ke logon ka rizq badha diya jata hai.</w:t>
      </w:r>
    </w:p>
    <w:p>
      <w:pPr>
        <w:jc w:val="right"/>
      </w:pPr>
      <w:r>
        <w:t>آپ غور کیجئے کہ جو لفظ ہے اس میں "رزق الخلق" نہیں ہے کہ لوگوں کا رزق بڑھا دیا جاتا ہے۔</w:t>
      </w:r>
    </w:p>
    <w:p>
      <w:r>
        <w:rPr>
          <w:b/>
        </w:rPr>
        <w:t xml:space="preserve">[07:57] </w:t>
      </w:r>
      <w:r>
        <w:t>balkeh hai "rizq al-momin" momin ka rizq badha diya jata hai to zahir hai ke yahan par rizq ka mafhoom momin ke lihaz se mutayyan kiya jayega.</w:t>
      </w:r>
    </w:p>
    <w:p>
      <w:pPr>
        <w:jc w:val="right"/>
      </w:pPr>
      <w:r>
        <w:t>بلکہ ہے "رزق المومن"۔ مومن کا رزق بڑھا دیا جاتا ہے۔ تو ظاہر ہے کہ یہاں پر رزق کا مفہوم مومن کے لحاظ سے متعین کیا جائے گا۔</w:t>
      </w:r>
    </w:p>
    <w:p>
      <w:r>
        <w:rPr>
          <w:b/>
        </w:rPr>
        <w:t xml:space="preserve">[08:09] </w:t>
      </w:r>
      <w:r>
        <w:t>agar mahaz insan ka lafz hota to insan ki nisbat se aap is ka matlab mutayyan karte lekin jab momin ka lafz hai to momin ki nisbat se aap is ka lafz</w:t>
      </w:r>
    </w:p>
    <w:p>
      <w:pPr>
        <w:jc w:val="right"/>
      </w:pPr>
      <w:r>
        <w:t>اگر محض انسان کا لفظ ہوتا تو انسان کی نسبت سے آپ اس کا مطلب متعین کرتے۔ لیکن جب مومن کا لفظ ہے تو مومن کی نسبت سے آپ اس کا لفظ،</w:t>
      </w:r>
    </w:p>
    <w:p>
      <w:r>
        <w:rPr>
          <w:b/>
        </w:rPr>
        <w:t xml:space="preserve">[08:25] </w:t>
      </w:r>
      <w:r>
        <w:t>is ka matlab</w:t>
      </w:r>
    </w:p>
    <w:p>
      <w:pPr>
        <w:jc w:val="right"/>
      </w:pPr>
      <w:r>
        <w:t>اس کا مطلب</w:t>
      </w:r>
    </w:p>
    <w:p>
      <w:r>
        <w:rPr>
          <w:b/>
        </w:rPr>
        <w:t xml:space="preserve">[08:29] </w:t>
      </w:r>
      <w:r>
        <w:t>mutayyan karenge to momin kya hai</w:t>
      </w:r>
    </w:p>
    <w:p>
      <w:pPr>
        <w:jc w:val="right"/>
      </w:pPr>
      <w:r>
        <w:t>متعین کریں گے۔ تو مومن کیا ہے</w:t>
      </w:r>
    </w:p>
    <w:p>
      <w:r>
        <w:rPr>
          <w:b/>
        </w:rPr>
        <w:t xml:space="preserve">[08:34] </w:t>
      </w:r>
      <w:r>
        <w:t>momin woh hai jisko allah ki discovery hoti hai momin woh hai jo allah ki marifat mein jeeta hai.</w:t>
      </w:r>
    </w:p>
    <w:p>
      <w:pPr>
        <w:jc w:val="right"/>
      </w:pPr>
      <w:r>
        <w:t>؟ مومن وہ ہے جس کو اللہ کی ڈسکوری ہوتی ہے۔ مومن وہ ہے جو اللہ کی معرفت میں جیتا ہے۔</w:t>
      </w:r>
    </w:p>
    <w:p>
      <w:r>
        <w:rPr>
          <w:b/>
        </w:rPr>
        <w:t xml:space="preserve">[08:49] </w:t>
      </w:r>
      <w:r>
        <w:t>momin woh hai jisko allah ki qurbat ki talash hoti hai.</w:t>
      </w:r>
    </w:p>
    <w:p>
      <w:pPr>
        <w:jc w:val="right"/>
      </w:pPr>
      <w:r>
        <w:t>مومن وہ ہے جس کو اللہ کی قربت کی تلاش ہوتی ہے۔</w:t>
      </w:r>
    </w:p>
    <w:p>
      <w:r>
        <w:rPr>
          <w:b/>
        </w:rPr>
        <w:t xml:space="preserve">[08:57] </w:t>
      </w:r>
      <w:r>
        <w:t>momin woh hai jo har waqt subah sham yeh sochta hai ke kaise mere andar woh personality bane ke main akhirat mein jannat mein dakhle ka mustahiq qarar paun.</w:t>
      </w:r>
    </w:p>
    <w:p>
      <w:pPr>
        <w:jc w:val="right"/>
      </w:pPr>
      <w:r>
        <w:t>مومن وہ ہے جو ہر وقت صبح شام یہ سوچتا ہے کہ کیسے میرے اندر وہ Personality بنے کہ میں آخرت میں جنت میں داخلے کا مستحق قرار پاؤں۔</w:t>
      </w:r>
    </w:p>
    <w:p>
      <w:r>
        <w:rPr>
          <w:b/>
        </w:rPr>
        <w:t xml:space="preserve">[09:16] </w:t>
      </w:r>
      <w:r>
        <w:t>aisa insan hai momin to jab momin aisa insan hai to isi ke lihaz se aap batayenge rizq ka matlab.</w:t>
      </w:r>
    </w:p>
    <w:p>
      <w:pPr>
        <w:jc w:val="right"/>
      </w:pPr>
      <w:r>
        <w:t>ایسا انسان ہے مومن۔ تو جب مومن ایسا انسان ہے تو اسی کے لحاظ سے آپ بتائیں گے رزق کا مطلب۔</w:t>
      </w:r>
    </w:p>
    <w:p>
      <w:r>
        <w:rPr>
          <w:b/>
        </w:rPr>
        <w:t xml:space="preserve">[09:25] </w:t>
      </w:r>
      <w:r>
        <w:t>rizq ka matlab wahi hai jisko kehte hain angrezi mein hum provision to rizq ka provision jo hai sirf khane kamane mein nahi hai.</w:t>
      </w:r>
    </w:p>
    <w:p>
      <w:pPr>
        <w:jc w:val="right"/>
      </w:pPr>
      <w:r>
        <w:t>رزق کا مطلب وہی ہے جس کو کہتے ہیں انگریزی میں ہم Provision۔ تو رزق کا Provision جو ہے صرف کھانے کمانے میں نہیں ہے۔</w:t>
      </w:r>
    </w:p>
    <w:p>
      <w:r>
        <w:rPr>
          <w:b/>
        </w:rPr>
        <w:t xml:space="preserve">[09:35] </w:t>
      </w:r>
      <w:r>
        <w:t>donon ke lafz mein is ka yaani aik maadi mafhoom hai, aik Spiritual mafhoom bhi shaamil hai is mein.</w:t>
      </w:r>
    </w:p>
    <w:p>
      <w:pPr>
        <w:jc w:val="right"/>
      </w:pPr>
      <w:r>
        <w:t>دونوں کے لفظ میں اس کا یعنی ایک مادی مفہوم ہے، ایک Spiritual مفہوم بھی شامل ہے اس میں۔</w:t>
      </w:r>
    </w:p>
    <w:p>
      <w:r>
        <w:rPr>
          <w:b/>
        </w:rPr>
        <w:t xml:space="preserve">[09:49] </w:t>
      </w:r>
      <w:r>
        <w:t>to yahan par jo muraad hai woh hai Spiritual Provision, Spiritual Food, Spiritual Risk.</w:t>
      </w:r>
    </w:p>
    <w:p>
      <w:pPr>
        <w:jc w:val="right"/>
      </w:pPr>
      <w:r>
        <w:t>تو یہاں پر جو مراد ہے وہ ہے Spiritual Provision، Spiritual Food، Spiritual Risk۔</w:t>
      </w:r>
    </w:p>
    <w:p>
      <w:r>
        <w:rPr>
          <w:b/>
        </w:rPr>
        <w:t xml:space="preserve">[10:02] </w:t>
      </w:r>
      <w:r>
        <w:t>yaani jo andar ka insaan hai ke aadmi aap jantay hain ke aik hai is ka Physical Body, is ka jism.</w:t>
      </w:r>
    </w:p>
    <w:p>
      <w:pPr>
        <w:jc w:val="right"/>
      </w:pPr>
      <w:r>
        <w:t>یعنی جو اندر کا انسان ہے کہ آدمی آپ جانتے ہیں کہ ایک ہے اس کا Physical Body، اس کا جسم۔</w:t>
      </w:r>
    </w:p>
    <w:p>
      <w:r>
        <w:rPr>
          <w:b/>
        </w:rPr>
        <w:t xml:space="preserve">[10:11] </w:t>
      </w:r>
      <w:r>
        <w:t>to aik hai jism ka Nourishment</w:t>
      </w:r>
    </w:p>
    <w:p>
      <w:pPr>
        <w:jc w:val="right"/>
      </w:pPr>
      <w:r>
        <w:t>تو ایک ہے جسم کا Nourishment</w:t>
      </w:r>
    </w:p>
    <w:p>
      <w:r>
        <w:rPr>
          <w:b/>
        </w:rPr>
        <w:t xml:space="preserve">[10:16] </w:t>
      </w:r>
      <w:r>
        <w:t>. jism ko kuch cheezain chahiye.</w:t>
      </w:r>
    </w:p>
    <w:p>
      <w:pPr>
        <w:jc w:val="right"/>
      </w:pPr>
      <w:r>
        <w:t>۔ جسم کو کچھ چیزیں چاہیے۔</w:t>
      </w:r>
    </w:p>
    <w:p>
      <w:r>
        <w:rPr>
          <w:b/>
        </w:rPr>
        <w:t xml:space="preserve">[10:22] </w:t>
      </w:r>
      <w:r>
        <w:t>jaisa ke aap jantay hain is ko maadi Food chahiye. is se jism ke andar Cells bantay hain.</w:t>
      </w:r>
    </w:p>
    <w:p>
      <w:pPr>
        <w:jc w:val="right"/>
      </w:pPr>
      <w:r>
        <w:t>جیسا کہ آپ جانتے ہیں اس کو مادی Food چاہیے۔ اس سے جسم کے اندر Cells بنتے ہیں۔</w:t>
      </w:r>
    </w:p>
    <w:p>
      <w:r>
        <w:rPr>
          <w:b/>
        </w:rPr>
        <w:t xml:space="preserve">[10:34] </w:t>
      </w:r>
      <w:r>
        <w:t>gosht aur khoon aur haddi har cheez banti hai. to aik hai woh zaroorat insaan ki. lekin isi insaan ke andar aik aur insaan hai.</w:t>
      </w:r>
    </w:p>
    <w:p>
      <w:pPr>
        <w:jc w:val="right"/>
      </w:pPr>
      <w:r>
        <w:t>گوشت اور خون اور ہڈی ہر چیز بنتی ہے۔ تو ایک ہے وہ ضرورت انسان کی۔ لیکن اسی انسان کے اندر ایک اور انسان ہے۔</w:t>
      </w:r>
    </w:p>
    <w:p>
      <w:r>
        <w:rPr>
          <w:b/>
        </w:rPr>
        <w:t xml:space="preserve">[10:44] </w:t>
      </w:r>
      <w:r>
        <w:t>is jism ke andar aik aur</w:t>
      </w:r>
    </w:p>
    <w:p>
      <w:pPr>
        <w:jc w:val="right"/>
      </w:pPr>
      <w:r>
        <w:t>اس جسم کے اندر ایک اور</w:t>
      </w:r>
    </w:p>
    <w:p>
      <w:r>
        <w:rPr>
          <w:b/>
        </w:rPr>
        <w:t xml:space="preserve">[10:46] </w:t>
      </w:r>
      <w:r>
        <w:t>cheez hai. woh hai jis ko hum kehte hain rooh ya Soul ya Mind.</w:t>
      </w:r>
    </w:p>
    <w:p>
      <w:pPr>
        <w:jc w:val="right"/>
      </w:pPr>
      <w:r>
        <w:t>چیز ہے۔ وہ ہے جس کو ہم کہتے ہیں روح یا Soul یا Mind۔</w:t>
      </w:r>
    </w:p>
    <w:p>
      <w:r>
        <w:rPr>
          <w:b/>
        </w:rPr>
        <w:t xml:space="preserve">[10:54] </w:t>
      </w:r>
      <w:r>
        <w:t>ya andar ki shakhsiyat. to woh aik aur cheez hai. to isi isi doosray insaan ke aitbaar se kaha tha Hazrat Masih ne "Man cannot live by bread alone".</w:t>
      </w:r>
    </w:p>
    <w:p>
      <w:pPr>
        <w:jc w:val="right"/>
      </w:pPr>
      <w:r>
        <w:t>یا اندر کی شخصیت۔ تو وہ ایک اور چیز ہے۔ تو اسی اسی دوسرے انسان کے اعتبار سے کہا تھا حضرت مسیح نے "Man cannot live by bread alone"۔</w:t>
      </w:r>
    </w:p>
    <w:p>
      <w:r>
        <w:rPr>
          <w:b/>
        </w:rPr>
        <w:t xml:space="preserve">[11:11] </w:t>
      </w:r>
      <w:r>
        <w:t>insaan sirf roti par jee nahi sakta.</w:t>
      </w:r>
    </w:p>
    <w:p>
      <w:pPr>
        <w:jc w:val="right"/>
      </w:pPr>
      <w:r>
        <w:t>انسان صرف روٹی پر جی نہیں سکتا۔</w:t>
      </w:r>
    </w:p>
    <w:p>
      <w:r>
        <w:rPr>
          <w:b/>
        </w:rPr>
        <w:t xml:space="preserve">[11:14] </w:t>
      </w:r>
      <w:r>
        <w:t>to Body to roti par jee sakta hai. Body ka jo rizq hai woh to roti hi hai. unhon ne jo kaha ke "Man cannot live by bread alone" to yeh doosray insaan ke baray mein kaha unhon ne.</w:t>
      </w:r>
    </w:p>
    <w:p>
      <w:pPr>
        <w:jc w:val="right"/>
      </w:pPr>
      <w:r>
        <w:t>تو Body تو روٹی پر جیتا ہے۔ Body کا جو رزق ہے وہ تو روٹی ہی ہے۔ انہوں نے جو کہا کہ "Man cannot live by bread alone" تو یہ دوسرے انسان کے بارے میں کہا انہوں نے۔</w:t>
      </w:r>
    </w:p>
    <w:p>
      <w:r>
        <w:rPr>
          <w:b/>
        </w:rPr>
        <w:t xml:space="preserve">[11:29] </w:t>
      </w:r>
      <w:r>
        <w:t>ke is ko aik aur roti chahiye. aik aur rizq chahiye. aik aur khurak chahiye. aik aur Food chahiye.</w:t>
      </w:r>
    </w:p>
    <w:p>
      <w:pPr>
        <w:jc w:val="right"/>
      </w:pPr>
      <w:r>
        <w:t>کہ اس کو ایک اور روٹی چاہیے۔ ایک اور رزق چاہیے۔ ایک اور خوراک چاہیے۔ ایک اور Food چاہیے۔</w:t>
      </w:r>
    </w:p>
    <w:p>
      <w:r>
        <w:rPr>
          <w:b/>
        </w:rPr>
        <w:t xml:space="preserve">[11:39] </w:t>
      </w:r>
      <w:r>
        <w:t>to roza jo hai isi doosray qism ke Food ko yaani Spiritual Food ya Spiritual Nourishment ka zariya hai.</w:t>
      </w:r>
    </w:p>
    <w:p>
      <w:pPr>
        <w:jc w:val="right"/>
      </w:pPr>
      <w:r>
        <w:t>تو روزہ جو ہے اسی دوسرے قسم کے Food کو یعنی Spiritual Food یا Spiritual Nourishment کا ذریعہ ہے۔</w:t>
      </w:r>
    </w:p>
    <w:p>
      <w:r>
        <w:rPr>
          <w:b/>
        </w:rPr>
        <w:t xml:space="preserve">[11:50] </w:t>
      </w:r>
      <w:r>
        <w:t>isi ko maine kaha Spiritual Empowerment.</w:t>
      </w:r>
    </w:p>
    <w:p>
      <w:pPr>
        <w:jc w:val="right"/>
      </w:pPr>
      <w:r>
        <w:t>اسی کو میں نے کہا Spiritual Empowerment۔</w:t>
      </w:r>
    </w:p>
    <w:p>
      <w:r>
        <w:rPr>
          <w:b/>
        </w:rPr>
        <w:t xml:space="preserve">[11:55] </w:t>
      </w:r>
      <w:r>
        <w:t>ab dekhen kaisay hota hai aisa waqia.</w:t>
      </w:r>
    </w:p>
    <w:p>
      <w:pPr>
        <w:jc w:val="right"/>
      </w:pPr>
      <w:r>
        <w:t>اب دیکھیں کیسے ہوتا ہے ایسا واقعہ۔</w:t>
      </w:r>
    </w:p>
    <w:p>
      <w:r>
        <w:rPr>
          <w:b/>
        </w:rPr>
        <w:t xml:space="preserve">[12:02] </w:t>
      </w:r>
      <w:r>
        <w:t>asal cheez yeh hai ke roza, rozay mein chounke kuch Abnormal cheezain hoti hain. aap</w:t>
      </w:r>
    </w:p>
    <w:p>
      <w:pPr>
        <w:jc w:val="right"/>
      </w:pPr>
      <w:r>
        <w:t>اصل چیز یہ ہے کہ روزہ، روزے میں چونکہ کچھ Abnormal چیزیں ہوتی ہیں۔ آپ</w:t>
      </w:r>
    </w:p>
    <w:p>
      <w:r>
        <w:rPr>
          <w:b/>
        </w:rPr>
        <w:t xml:space="preserve">[12:10] </w:t>
      </w:r>
      <w:r>
        <w:t>ka din ke auqaat mein khana chhorta hai. din ke auqaat mein pani chhorta hai. is ka asar kya hota hai? aap ka Routine bigarta hai.</w:t>
      </w:r>
    </w:p>
    <w:p>
      <w:pPr>
        <w:jc w:val="right"/>
      </w:pPr>
      <w:r>
        <w:t>کا دن کے اوقات میں کھانا چھوڑتا ہے۔ دن کے اوقات میں پانی چھوڑتا ہے۔ اس کا اثر کیا ہوتا ہے؟ آپ کا Routine بگڑتا ہے۔</w:t>
      </w:r>
    </w:p>
    <w:p>
      <w:r>
        <w:rPr>
          <w:b/>
        </w:rPr>
        <w:t xml:space="preserve">[12:19] </w:t>
      </w:r>
      <w:r>
        <w:t>aap mamoolat badaltay hain. sonay aur janay ka waqt badalta hai. to poori zindagi mein aik aik Upheaval hota hai.</w:t>
      </w:r>
    </w:p>
    <w:p>
      <w:pPr>
        <w:jc w:val="right"/>
      </w:pPr>
      <w:r>
        <w:t>آپ معمولات بدلتے ہیں۔ سونے اور جانے کا وقت بدلتا ہے۔ تو پوری زندگی میں ایک ایک Upheaval ہوتا ہے۔</w:t>
      </w:r>
    </w:p>
    <w:p>
      <w:r>
        <w:rPr>
          <w:b/>
        </w:rPr>
        <w:t xml:space="preserve">[12:30] </w:t>
      </w:r>
      <w:r>
        <w:t>yeh saada baat nahi hai.</w:t>
      </w:r>
    </w:p>
    <w:p>
      <w:pPr>
        <w:jc w:val="right"/>
      </w:pPr>
      <w:r>
        <w:t>یہ سادہ بات نہیں ہے۔</w:t>
      </w:r>
    </w:p>
    <w:p>
      <w:r>
        <w:rPr>
          <w:b/>
        </w:rPr>
        <w:t xml:space="preserve">[12:33] </w:t>
      </w:r>
      <w:r>
        <w:t>aap jantay hain ke khana aur pani insaan ki Basic Need hai. Basic Need hai. to Basic Need par jab rok lagai jaye to poori zindagi is se mutasir ho gi.</w:t>
      </w:r>
    </w:p>
    <w:p>
      <w:pPr>
        <w:jc w:val="right"/>
      </w:pPr>
      <w:r>
        <w:t>آپ جانتے ہیں کہ کھانا اور پانی انسان کی Basic Need ہے۔ Basic Need ہے۔ تو Basic Need پر جب روک لگائی جائے تو پوری زندگی اس سے متاثر ہو گی۔</w:t>
      </w:r>
    </w:p>
    <w:p>
      <w:r>
        <w:rPr>
          <w:b/>
        </w:rPr>
        <w:t xml:space="preserve">[12:48] </w:t>
      </w:r>
      <w:r>
        <w:t>to is se kya hota hai? ke Ramzan ka mahina Month of Experience ban jata hai. tarah tarah ke tajrubaat, tarah tarah ke Experience honay lagtay hain.</w:t>
      </w:r>
    </w:p>
    <w:p>
      <w:pPr>
        <w:jc w:val="right"/>
      </w:pPr>
      <w:r>
        <w:t>تو اس سے کیا ہوتا ہے؟ کہ رمضان کا مہینہ Month of Experience بن جاتا ہے۔ طرح طرح کے تجربات، طرح طرح کے Experience ہونے لگتے ہیں۔</w:t>
      </w:r>
    </w:p>
    <w:p>
      <w:r>
        <w:rPr>
          <w:b/>
        </w:rPr>
        <w:t xml:space="preserve">[13:04] </w:t>
      </w:r>
      <w:r>
        <w:t>agar main yeh kahoon to ghlat nahi ho ga ke Ramzan jo hai aik Eventful Month hai. waqiaat se bhara hua Eventful Month.</w:t>
      </w:r>
    </w:p>
    <w:p>
      <w:pPr>
        <w:jc w:val="right"/>
      </w:pPr>
      <w:r>
        <w:t>اگر میں یہ کہوں تو غلط نہیں ہو گا کہ رمضان جو ہے ایک Eventful Month ہے۔ واقعات سے بھرا ہوا۔ Eventful Month۔</w:t>
      </w:r>
    </w:p>
    <w:p>
      <w:r>
        <w:rPr>
          <w:b/>
        </w:rPr>
        <w:t xml:space="preserve">[13:16] </w:t>
      </w:r>
      <w:r>
        <w:t>waqiaat se bhara hua, tajrubaat se bhara hua.</w:t>
      </w:r>
    </w:p>
    <w:p>
      <w:pPr>
        <w:jc w:val="right"/>
      </w:pPr>
      <w:r>
        <w:t>واقعات سے بھرا ہوا، تجربات سے بھرا ہوا۔</w:t>
      </w:r>
    </w:p>
    <w:p>
      <w:r>
        <w:rPr>
          <w:b/>
        </w:rPr>
        <w:t xml:space="preserve">[13:21] </w:t>
      </w:r>
      <w:r>
        <w:t>to yeh jo tajrubaat hain, yeh jo waqiaat hain is se kya hota hai ke aadmi jo jo Prepared Mind hai.</w:t>
      </w:r>
    </w:p>
    <w:p>
      <w:pPr>
        <w:jc w:val="right"/>
      </w:pPr>
      <w:r>
        <w:t>تو یہ جو تجربات ہیں، یہ جو واقعات ہیں اس سے کیا ہوتا ہے کہ آدمی جو جو Prepared Mind ہے۔</w:t>
      </w:r>
    </w:p>
    <w:p>
      <w:r>
        <w:rPr>
          <w:b/>
        </w:rPr>
        <w:t xml:space="preserve">[13:32] </w:t>
      </w:r>
      <w:r>
        <w:t>Momin jo hai kya hai? Woh spiritually prepared mind hai pehle se. To woh extract karta hai spiritual food ko har cheez se.</w:t>
      </w:r>
    </w:p>
    <w:p>
      <w:pPr>
        <w:jc w:val="right"/>
      </w:pPr>
      <w:r>
        <w:t>مومن جو ہے کیا ہے؟ وہ Spiritually Prepared Mind ہے پہلے سے۔ تو وہ Extract کرتا ہے Spiritual Food کو ہر چیز سے۔</w:t>
      </w:r>
    </w:p>
    <w:p>
      <w:r>
        <w:rPr>
          <w:b/>
        </w:rPr>
        <w:t xml:space="preserve">[13:42] </w:t>
      </w:r>
      <w:r>
        <w:t>Har naya tajurba, har naya experience</w:t>
      </w:r>
    </w:p>
    <w:p>
      <w:pPr>
        <w:jc w:val="right"/>
      </w:pPr>
      <w:r>
        <w:t>ہر نیا تجربہ، ہر نیا Experience</w:t>
      </w:r>
    </w:p>
    <w:p>
      <w:r>
        <w:rPr>
          <w:b/>
        </w:rPr>
        <w:t xml:space="preserve">[13:50] </w:t>
      </w:r>
      <w:r>
        <w:t>Is ke liye kya hota hai? Is ko spiritual food dene ka zariya ban jata hai. Jaise aap dekhiye Shaban ki aakhri tareekh aayi.</w:t>
      </w:r>
    </w:p>
    <w:p>
      <w:pPr>
        <w:jc w:val="right"/>
      </w:pPr>
      <w:r>
        <w:t>اس کے لیے کیا ہوتا ہے؟ اس کو Spiritual Food دینے کا ذریعہ بن جاتا ہے۔ جیسے آپ دیکھیے شعبان کی آخری تاریخ آئی۔</w:t>
      </w:r>
    </w:p>
    <w:p>
      <w:r>
        <w:rPr>
          <w:b/>
        </w:rPr>
        <w:t xml:space="preserve">[14:03] </w:t>
      </w:r>
      <w:r>
        <w:t>Yaani woh raat jab ke Ramzan ka chand niklta hai.</w:t>
      </w:r>
    </w:p>
    <w:p>
      <w:pPr>
        <w:jc w:val="right"/>
      </w:pPr>
      <w:r>
        <w:t>یعنی وہ رات جب کہ رمضان کا چاند نکلتا ہے۔</w:t>
      </w:r>
    </w:p>
    <w:p>
      <w:r>
        <w:rPr>
          <w:b/>
        </w:rPr>
        <w:t xml:space="preserve">[14:11] </w:t>
      </w:r>
      <w:r>
        <w:t>To aaj kal Dilli mein to chand bohat kam dikhaya jata hai. Lekin hum log jab thay is se pehle UP mein raha karte hain hum gaon mein.</w:t>
      </w:r>
    </w:p>
    <w:p>
      <w:pPr>
        <w:jc w:val="right"/>
      </w:pPr>
      <w:r>
        <w:t>تو آج کل دلی میں تو چاند بہت کم دکھایا جاتا ہے۔ لیکن ہم لوگ جب تھے اس سے پہلے یو پی میں رہا کرتے ہیں ہم گاؤں میں۔</w:t>
      </w:r>
    </w:p>
    <w:p>
      <w:r>
        <w:rPr>
          <w:b/>
        </w:rPr>
        <w:t xml:space="preserve">[14:21] </w:t>
      </w:r>
      <w:r>
        <w:t>To gaon mein matlab saaf hota tha. Ufuq par ya fiza mein koi pollution nahi hua karta tha.</w:t>
      </w:r>
    </w:p>
    <w:p>
      <w:pPr>
        <w:jc w:val="right"/>
      </w:pPr>
      <w:r>
        <w:t>تو گاؤں میں مطلع صاف ہوتا تھا۔ افق پر یا فضا میں کوئی Pollution نہیں ہوا کرتا تھا۔</w:t>
      </w:r>
    </w:p>
    <w:p>
      <w:r>
        <w:rPr>
          <w:b/>
        </w:rPr>
        <w:t xml:space="preserve">[14:30] </w:t>
      </w:r>
      <w:r>
        <w:t>To chand saaf dikhai deta tha. To hum log chhat par charh jatay thay.</w:t>
      </w:r>
    </w:p>
    <w:p>
      <w:pPr>
        <w:jc w:val="right"/>
      </w:pPr>
      <w:r>
        <w:t>تو چاند صاف دکھائی دیتا تھا۔ تو ہم لوگ چھت پر چڑھ جاتے تھے۔</w:t>
      </w:r>
    </w:p>
    <w:p>
      <w:r>
        <w:rPr>
          <w:b/>
        </w:rPr>
        <w:t xml:space="preserve">[14:37] </w:t>
      </w:r>
      <w:r>
        <w:t>Ab dekh rahay hain, dekh rahay hain, dekh rahay hain yahan tak ke achaanak aik bareek chand dikhai diya. To ajeeb qism ka joy hota tha. Ajeeb qism ka joy.</w:t>
      </w:r>
    </w:p>
    <w:p>
      <w:pPr>
        <w:jc w:val="right"/>
      </w:pPr>
      <w:r>
        <w:t>اب دیکھ رہے ہیں، دیکھ رہے ہیں، دیکھ رہے ہیں یہاں تک کہ اچانک ایک باریک چاند دکھائی دیا۔ تو عجیب قسم کا Joy ہوتا تھا۔ عجیب قسم کا Joy۔</w:t>
      </w:r>
    </w:p>
    <w:p>
      <w:r>
        <w:rPr>
          <w:b/>
        </w:rPr>
        <w:t xml:space="preserve">[14:51] </w:t>
      </w:r>
      <w:r>
        <w:t>Ke yeh chand hai jo is baat ki khabar de raha hai ke Ramzan ka mahina aa gaya.</w:t>
      </w:r>
    </w:p>
    <w:p>
      <w:pPr>
        <w:jc w:val="right"/>
      </w:pPr>
      <w:r>
        <w:t>کہ یہ چاند ہے جو اس بات کی خبر دے رہا ہے کہ رمضان کا مہینہ آ گیا۔</w:t>
      </w:r>
    </w:p>
    <w:p>
      <w:r>
        <w:rPr>
          <w:b/>
        </w:rPr>
        <w:t xml:space="preserve">[14:58] </w:t>
      </w:r>
      <w:r>
        <w:t>To us waqt hum itna ziyada, yaani mein yeh baat kar raha hoon naujawani ki umar ki,</w:t>
      </w:r>
    </w:p>
    <w:p>
      <w:pPr>
        <w:jc w:val="right"/>
      </w:pPr>
      <w:r>
        <w:t>تو اس وقت ہم اتنا زیادہ، یعنی میں یہ بات کر رہا ہوں نوجوانی کی عمر کی،</w:t>
      </w:r>
    </w:p>
    <w:p>
      <w:r>
        <w:rPr>
          <w:b/>
        </w:rPr>
        <w:t xml:space="preserve">[15:05] </w:t>
      </w:r>
      <w:r>
        <w:t>Ab mein sochta hoon to chand ka tuloo hona koi saada baat nahi hai. Yaani jab aap dekhte hain chand ki pehli tareekh to bohat saray waqiat bhi le kar aata hai.</w:t>
      </w:r>
    </w:p>
    <w:p>
      <w:pPr>
        <w:jc w:val="right"/>
      </w:pPr>
      <w:r>
        <w:t>اب میں سوچتا ہوں تو چاند کا طلوع ہونا کوئی سادہ بات نہیں ہے۔ یعنی جب آپ دیکھتے ہیں چاند کی پہلی تاریخ تو بہت سارے واقعات بھی لے کر آتا ہے۔</w:t>
      </w:r>
    </w:p>
    <w:p>
      <w:r>
        <w:rPr>
          <w:b/>
        </w:rPr>
        <w:t xml:space="preserve">[15:22] </w:t>
      </w:r>
      <w:r>
        <w:t>Woh kya? Yeh chand barhega, barhega, barhega yahan tak ke chaudhveen ka chand ban jaye ga. Phir woh ghatay ga, ghatay ga, ghatay ga yahan tak ke khatam ho jaye ga.</w:t>
      </w:r>
    </w:p>
    <w:p>
      <w:pPr>
        <w:jc w:val="right"/>
      </w:pPr>
      <w:r>
        <w:t>وہ کیا؟ یہ چاند بڑھے گا، بڑھے گا، بڑھے گا یہاں تک کہ چودھویں کا چاند بن جائے گا۔ پھر وہ گھٹے گا، گھٹے گا، گھٹے گا یہاں تک کہ ختم ہو جائے گا۔</w:t>
      </w:r>
    </w:p>
    <w:p>
      <w:r>
        <w:rPr>
          <w:b/>
        </w:rPr>
        <w:t xml:space="preserve">[15:34] </w:t>
      </w:r>
      <w:r>
        <w:t>To yeh kya hua? Yeh bhi aik bohat bara tajurba hai. Is liye bataya, yeh bataya ke dunya mein urooj bhi hai aur zawal bhi hai.</w:t>
      </w:r>
    </w:p>
    <w:p>
      <w:pPr>
        <w:jc w:val="right"/>
      </w:pPr>
      <w:r>
        <w:t>تو یہ کیا ہوا؟ یہ بھی ایک بہت بڑا تجربہ ہے۔ اس لیے بتایا، یہ بتایا کہ دنیا میں عروج بھی ہے اور زوال بھی ہے۔</w:t>
      </w:r>
    </w:p>
    <w:p>
      <w:r>
        <w:rPr>
          <w:b/>
        </w:rPr>
        <w:t xml:space="preserve">[15:47] </w:t>
      </w:r>
      <w:r>
        <w:t>Is dunya mein aap ameer bhi honge, ghareeb bhi honge. Is dunya mein aap ke paas political power bhi aye ga, aap political power chhin bhi jaye ga.</w:t>
      </w:r>
    </w:p>
    <w:p>
      <w:pPr>
        <w:jc w:val="right"/>
      </w:pPr>
      <w:r>
        <w:t>اس دنیا میں آپ امیر بھی ہوں گے، غریب بھی ہوں گے۔ اس دنیا میں آپ کے پاس Political Power بھی آئے گا، آپ Political Power چھن بھی جائے گا۔</w:t>
      </w:r>
    </w:p>
    <w:p>
      <w:r>
        <w:rPr>
          <w:b/>
        </w:rPr>
        <w:t xml:space="preserve">[15:59] </w:t>
      </w:r>
      <w:r>
        <w:t>To is ka matlab kya hua?</w:t>
      </w:r>
    </w:p>
    <w:p>
      <w:pPr>
        <w:jc w:val="right"/>
      </w:pPr>
      <w:r>
        <w:t>تو اس کا معنی کیا ہوا؟</w:t>
      </w:r>
    </w:p>
    <w:p>
      <w:r>
        <w:rPr>
          <w:b/>
        </w:rPr>
        <w:t xml:space="preserve">[16:01] </w:t>
      </w:r>
      <w:r>
        <w:t>Ke chand ka dekhna aap ko aik bohat bara sabak deta hai. Ke zindagi mein tawazun ko barqarar rakho.</w:t>
      </w:r>
    </w:p>
    <w:p>
      <w:pPr>
        <w:jc w:val="right"/>
      </w:pPr>
      <w:r>
        <w:t>کہ چاند کا دیکھنا آپ کو ایک بہت بڑا سبق دیتا ہے۔ کہ زندگی میں توازن کو برقرار رکھو۔</w:t>
      </w:r>
    </w:p>
    <w:p>
      <w:r>
        <w:rPr>
          <w:b/>
        </w:rPr>
        <w:t xml:space="preserve">[16:11] </w:t>
      </w:r>
      <w:r>
        <w:t>Utaar charhao se disturb na ho. Kyun ke hota hi hota hai yeh. Yeh hoga. Sab ke sath hua, tumhare sath bhi hoga.</w:t>
      </w:r>
    </w:p>
    <w:p>
      <w:pPr>
        <w:jc w:val="right"/>
      </w:pPr>
      <w:r>
        <w:t>اتار چڑھاؤ سے Disturb نہ ہو۔ کیونکہ ہوتا ہی ہوتا ہے یہ۔ یہ ہو گا۔ سب کے ساتھ ہوا، تمہارے ساتھ بھی ہو گا۔</w:t>
      </w:r>
    </w:p>
    <w:p>
      <w:r>
        <w:rPr>
          <w:b/>
        </w:rPr>
        <w:t xml:space="preserve">[16:23] </w:t>
      </w:r>
      <w:r>
        <w:t>Aadmi jawan hota hai, phir boorha ho jata hai, phir mar jata hai.</w:t>
      </w:r>
    </w:p>
    <w:p>
      <w:pPr>
        <w:jc w:val="right"/>
      </w:pPr>
      <w:r>
        <w:t>آدمی جوان ہوتا ہے، پھر بوڑھا ہو جاتا ہے، پھر مر جاتا ہے۔</w:t>
      </w:r>
    </w:p>
    <w:p>
      <w:r>
        <w:rPr>
          <w:b/>
        </w:rPr>
        <w:t xml:space="preserve">[16:27] </w:t>
      </w:r>
      <w:r>
        <w:t>To yeh jo changes hain ya tabdeeliyan hain, urooj o zawal hain, yeh aik law of nature hain. Kaisa ajeeb sabak diya hai yeh chand ne.</w:t>
      </w:r>
    </w:p>
    <w:p>
      <w:pPr>
        <w:jc w:val="right"/>
      </w:pPr>
      <w:r>
        <w:t>تو یہ جو Changes ہیں یا تبدیلیاں ہیں، عروج و زوال ہیں، یہ ایک Law of Nature ہیں۔ کیسا عجیب سبق دیا ہے یہ چاند نے۔</w:t>
      </w:r>
    </w:p>
    <w:p>
      <w:r>
        <w:rPr>
          <w:b/>
        </w:rPr>
        <w:t xml:space="preserve">[16:43] </w:t>
      </w:r>
      <w:r>
        <w:t>Phir aap sochiye ke chand jo bareek dikhai deta hai, tab bhi poora chand hota hai.</w:t>
      </w:r>
    </w:p>
    <w:p>
      <w:pPr>
        <w:jc w:val="right"/>
      </w:pPr>
      <w:r>
        <w:t>پھر آپ سوچیے کہ چاند جو باریک دکھائی دیتا ہے، تب بھی پورا چاند ہوتا ہے۔</w:t>
      </w:r>
    </w:p>
    <w:p>
      <w:r>
        <w:rPr>
          <w:b/>
        </w:rPr>
        <w:t xml:space="preserve">[16:52] </w:t>
      </w:r>
      <w:r>
        <w:t>Yaani sirf dekhnay ke lihaaz se hum aik lakeer dekhte hain.</w:t>
      </w:r>
    </w:p>
    <w:p>
      <w:pPr>
        <w:jc w:val="right"/>
      </w:pPr>
      <w:r>
        <w:t>یعنی صرف دیکھنے کے لحاظ سے ہم ایک لکیر دیکھتے ہیں۔</w:t>
      </w:r>
    </w:p>
    <w:p>
      <w:r>
        <w:rPr>
          <w:b/>
        </w:rPr>
        <w:t xml:space="preserve">[16:55] </w:t>
      </w:r>
      <w:r>
        <w:t>Haqeeqat mein to poora chand hota hai. Kyun ke is ke aik goshe mein, aik hissay mein suraj ki roshni par par rahi hoti hai, baqi woh nahi par rahi hoti hai.</w:t>
      </w:r>
    </w:p>
    <w:p>
      <w:pPr>
        <w:jc w:val="right"/>
      </w:pPr>
      <w:r>
        <w:t>حقیقت میں تو پورا چاند ہوتا ہے۔ کیونکہ اس کے ایک گوشے میں، ایک حصے میں سورج کی روشنی پڑ پڑ رہی ہوتی ہے، بقیہ وہ نہیں پڑ رہی ہوتی ہے۔</w:t>
      </w:r>
    </w:p>
    <w:p>
      <w:r>
        <w:rPr>
          <w:b/>
        </w:rPr>
        <w:t xml:space="preserve">[17:07] </w:t>
      </w:r>
      <w:r>
        <w:t>To baqi andheray mein hota hai, to dikhai nahi deta. Jahan suraj ki roshni parti hai, woh dikhai deta hai. Yeh bhi aik ajeeb ghareeb tajurba hai.</w:t>
      </w:r>
    </w:p>
    <w:p>
      <w:pPr>
        <w:jc w:val="right"/>
      </w:pPr>
      <w:r>
        <w:t>تو بقیہ اندھیرے میں ہوتا ہے، تو دکھائی نہیں دیتا۔ جہاں سورج کی روشنی پڑتی ہے، وہ دکھائی دیتا ہے۔ یہ بھی ایک عجیب غریب تجربہ ہے۔</w:t>
      </w:r>
    </w:p>
    <w:p>
      <w:r>
        <w:rPr>
          <w:b/>
        </w:rPr>
        <w:t xml:space="preserve">[17:19] </w:t>
      </w:r>
      <w:r>
        <w:t>Is ka matlab hai ke cheezon ko face value par na lo.</w:t>
      </w:r>
    </w:p>
    <w:p>
      <w:pPr>
        <w:jc w:val="right"/>
      </w:pPr>
      <w:r>
        <w:t>اس کا مطلب ہے کہ چیزوں کو Face Value پر نہ لو۔</w:t>
      </w:r>
    </w:p>
    <w:p>
      <w:r>
        <w:rPr>
          <w:b/>
        </w:rPr>
        <w:t xml:space="preserve">[17:24] </w:t>
      </w:r>
      <w:r>
        <w:t>Kitna bara ajeeb sabak hai yeh.</w:t>
      </w:r>
    </w:p>
    <w:p>
      <w:pPr>
        <w:jc w:val="right"/>
      </w:pPr>
      <w:r>
        <w:t>کتنا بڑا عجیب سبق ہے یہ۔</w:t>
      </w:r>
    </w:p>
    <w:p>
      <w:r>
        <w:rPr>
          <w:b/>
        </w:rPr>
        <w:t xml:space="preserve">[17:29] </w:t>
      </w:r>
      <w:r>
        <w:t>kitna ajeeb sabaq hai. Face Revolve par lein aap to aap kahenge chand ek bareek sa, ek ek cheez hai, bohat bareek si.</w:t>
      </w:r>
    </w:p>
    <w:p>
      <w:pPr>
        <w:jc w:val="right"/>
      </w:pPr>
      <w:r>
        <w:t>کتنا عجیب سبق ہے۔ Face Revolve پر لیں آپ تو آپ کہیں گے چاند ایک باریک سا، ایک ایک چیز ہے، بہت باریک سی۔</w:t>
      </w:r>
    </w:p>
    <w:p>
      <w:r>
        <w:rPr>
          <w:b/>
        </w:rPr>
        <w:t xml:space="preserve">[17:42] </w:t>
      </w:r>
      <w:r>
        <w:t>dhage ki tarah. lekin aap gehrai mein jayenge to kahenge nahi chand to ek bohat bara, ek bohat bari chattan hai, bohat bara woh hai, ek sayara hai.</w:t>
      </w:r>
    </w:p>
    <w:p>
      <w:pPr>
        <w:jc w:val="right"/>
      </w:pPr>
      <w:r>
        <w:t>دھاگے کی طرح۔ لیکن آپ گہرائی میں جائیں گے تو کہیں گے نہیں چاند تو ایک بہت بڑا، ایک بہت بڑی چٹان ہے، بہت بڑا وہ ہے، ایک سیارچہ ہے۔</w:t>
      </w:r>
    </w:p>
    <w:p>
      <w:r>
        <w:rPr>
          <w:b/>
        </w:rPr>
        <w:t xml:space="preserve">[17:55] </w:t>
      </w:r>
      <w:r>
        <w:t>to goya chand yeh bhi sabaq de raha hai ke cheezon ko Face Value par mat lo. Face Value par loge to tumhare andar kya hoga?</w:t>
      </w:r>
    </w:p>
    <w:p>
      <w:pPr>
        <w:jc w:val="right"/>
      </w:pPr>
      <w:r>
        <w:t>تو گویا چاند یہ بھی سبق دے رہا ہے کہ چیزوں کو Face Value پر مت لو۔ Face Value پر لو گے تو تمہارے اندر کیا ہو گا؟</w:t>
      </w:r>
    </w:p>
    <w:p>
      <w:r>
        <w:rPr>
          <w:b/>
        </w:rPr>
        <w:t xml:space="preserve">[18:04] </w:t>
      </w:r>
      <w:r>
        <w:t>Misunderstanding aayegi. baton ko samjhoge nahi.</w:t>
      </w:r>
    </w:p>
    <w:p>
      <w:pPr>
        <w:jc w:val="right"/>
      </w:pPr>
      <w:r>
        <w:t>Misunderstanding آئے گی۔ باتوں کو سمجھو گے نہیں۔</w:t>
      </w:r>
    </w:p>
    <w:p>
      <w:r>
        <w:rPr>
          <w:b/>
        </w:rPr>
        <w:t xml:space="preserve">[18:11] </w:t>
      </w:r>
      <w:r>
        <w:t>baton ko samjhoge nahi gehrai mein. ab dekhiye pehle din kya tabah sabaq mil gaya hum ko? bilkul pehle din.</w:t>
      </w:r>
    </w:p>
    <w:p>
      <w:pPr>
        <w:jc w:val="right"/>
      </w:pPr>
      <w:r>
        <w:t>باتوں کو سمجھو گے نہیں گہرائی میں۔ اب دیکھیے پہلے دن کیا تباہ سبق مل گیا ہم کو؟ بالکل پہلے دن۔</w:t>
      </w:r>
    </w:p>
    <w:p>
      <w:r>
        <w:rPr>
          <w:b/>
        </w:rPr>
        <w:t xml:space="preserve">[18:24] </w:t>
      </w:r>
      <w:r>
        <w:t>phir dekhiye roza shuru hota hai.</w:t>
      </w:r>
    </w:p>
    <w:p>
      <w:pPr>
        <w:jc w:val="right"/>
      </w:pPr>
      <w:r>
        <w:t>پھر دیکھیے روزہ شروع ہوتا ہے۔</w:t>
      </w:r>
    </w:p>
    <w:p>
      <w:r>
        <w:rPr>
          <w:b/>
        </w:rPr>
        <w:t xml:space="preserve">[18:29] </w:t>
      </w:r>
      <w:r>
        <w:t>sehri ke waqt aap khate hain. aur sun set par iftar karte hain.</w:t>
      </w:r>
    </w:p>
    <w:p>
      <w:pPr>
        <w:jc w:val="right"/>
      </w:pPr>
      <w:r>
        <w:t>سحری کے وقت آپ کھاتے ہیں۔ اور سن سیٹ پر افطار کرتے ہیں۔</w:t>
      </w:r>
    </w:p>
    <w:p>
      <w:r>
        <w:rPr>
          <w:b/>
        </w:rPr>
        <w:t xml:space="preserve">[18:37] </w:t>
      </w:r>
      <w:r>
        <w:t>aaj mein jab baitha bolne ke liye to khud apni zindagi ke waqiat yaad aaye mujh ko.</w:t>
      </w:r>
    </w:p>
    <w:p>
      <w:pPr>
        <w:jc w:val="right"/>
      </w:pPr>
      <w:r>
        <w:t>آج میں جب بیٹھا بولنے کے لیے تو خود اپنی زندگی کے واقعات یاد آئے مجھ کو۔</w:t>
      </w:r>
    </w:p>
    <w:p>
      <w:r>
        <w:rPr>
          <w:b/>
        </w:rPr>
        <w:t xml:space="preserve">[18:48] </w:t>
      </w:r>
      <w:r>
        <w:t>ek baar aisa hua jab mein UP mein tha. to subah ko neend nahi khuli. yaani subah ko dawn se pehle neend khulna chahiye.</w:t>
      </w:r>
    </w:p>
    <w:p>
      <w:pPr>
        <w:jc w:val="right"/>
      </w:pPr>
      <w:r>
        <w:t>ایک بار ایسا ہوا جب میں یو پی میں تھا۔ تو صبح کو نیند نہیں کھلی۔ یعنی صبح کو ڈان سے پہلے نیند کھلنا چاہیے۔</w:t>
      </w:r>
    </w:p>
    <w:p>
      <w:r>
        <w:rPr>
          <w:b/>
        </w:rPr>
        <w:t xml:space="preserve">[19:06] </w:t>
      </w:r>
      <w:r>
        <w:t>tab aap kha bhi sakte hain. dawn ke baad agar neend khulegi to nahi kha sakte aap. to meri neend nahi khuli. to mein sehri nahi kha saka.</w:t>
      </w:r>
    </w:p>
    <w:p>
      <w:pPr>
        <w:jc w:val="right"/>
      </w:pPr>
      <w:r>
        <w:t>تب آپ کھا بھی سکتے ہیں۔ ڈان کے بعد اگر نیند کھلے گی تو نہیں کھا سکتے آپ۔ تو میری نیند نہیں کھلی۔ تو میں سحری نہیں کھا سکا۔</w:t>
      </w:r>
    </w:p>
    <w:p>
      <w:r>
        <w:rPr>
          <w:b/>
        </w:rPr>
        <w:t xml:space="preserve">[19:17] </w:t>
      </w:r>
      <w:r>
        <w:t>us din mujhe sehri ke baghair roza rakhna pada. kyunke sehri na khana yeh aadmi ke liye Excuse nahi hai.</w:t>
      </w:r>
    </w:p>
    <w:p>
      <w:pPr>
        <w:jc w:val="right"/>
      </w:pPr>
      <w:r>
        <w:t>اس دن مجھے سحری کے بغیر روزہ رکھنا پڑا۔ کیونکہ سحری نہ کھانا یہ آدمی کے لیے Excuse نہیں ہے۔</w:t>
      </w:r>
    </w:p>
    <w:p>
      <w:r>
        <w:rPr>
          <w:b/>
        </w:rPr>
        <w:t xml:space="preserve">[19:27] </w:t>
      </w:r>
      <w:r>
        <w:t>agar aap sehri na kha sakein to aisa nahi ke ab Excuse mil gaya aap ko. aap sehri roza na rakhein aap. to roza rakhna pada mujhe.</w:t>
      </w:r>
    </w:p>
    <w:p>
      <w:pPr>
        <w:jc w:val="right"/>
      </w:pPr>
      <w:r>
        <w:t>اگر آپ سحری نہ کھا سکیں تو ایسا نہیں کہ اب Excuse مل گیا آپ کو۔ آپ سحری روزہ نہ رکھیں آپ۔ تو روزہ رکھنا پڑا مجھے۔</w:t>
      </w:r>
    </w:p>
    <w:p>
      <w:r>
        <w:rPr>
          <w:b/>
        </w:rPr>
        <w:t xml:space="preserve">[19:36] </w:t>
      </w:r>
      <w:r>
        <w:t>ab us din jo hai laga ke ek din ka khana jo chuta hai mujh se, sirf ek din ka.</w:t>
      </w:r>
    </w:p>
    <w:p>
      <w:pPr>
        <w:jc w:val="right"/>
      </w:pPr>
      <w:r>
        <w:t>اب اس دن جو ہے لگا کہ ایک دن کا کھانا جو چھوٹا ہے مجھ سے، صرف ایک دن کا۔</w:t>
      </w:r>
    </w:p>
    <w:p>
      <w:r>
        <w:rPr>
          <w:b/>
        </w:rPr>
        <w:t xml:space="preserve">[19:47] </w:t>
      </w:r>
      <w:r>
        <w:t>to kitna sakht hai woh. to mein socha ke agar umar bhar ke khana chhoot jaye.</w:t>
      </w:r>
    </w:p>
    <w:p>
      <w:pPr>
        <w:jc w:val="right"/>
      </w:pPr>
      <w:r>
        <w:t>تو کتنا سخت ہے وہ۔ تو میں سوچا کہ اگر عمر بھر کے کھانا چھوٹ جائے۔</w:t>
      </w:r>
    </w:p>
    <w:p>
      <w:r>
        <w:rPr>
          <w:b/>
        </w:rPr>
        <w:t xml:space="preserve">[19:57] </w:t>
      </w:r>
      <w:r>
        <w:t>hamesha ke liye chhoot jaye khana.</w:t>
      </w:r>
    </w:p>
    <w:p>
      <w:pPr>
        <w:jc w:val="right"/>
      </w:pPr>
      <w:r>
        <w:t>ہمیشہ کے لیے چھوٹ جائے کھانا۔</w:t>
      </w:r>
    </w:p>
    <w:p>
      <w:r>
        <w:rPr>
          <w:b/>
        </w:rPr>
        <w:t xml:space="preserve">[20:00] </w:t>
      </w:r>
      <w:r>
        <w:t>yaani maut ke baad Khuda agar hum ko ek aisi chattan par chhod de. farishta maut ke baad le aap ko aur le aakar ke ek chattan par daal de.</w:t>
      </w:r>
    </w:p>
    <w:p>
      <w:pPr>
        <w:jc w:val="right"/>
      </w:pPr>
      <w:r>
        <w:t>یعنی موت کے بعد خدا اگر ہم کو ایک ایسی چٹان پر چھوڑ دے۔ فرشتہ موت کے بعد لے آپ کو اور لے آ کر کے ایک چٹان پر ڈال دے۔</w:t>
      </w:r>
    </w:p>
    <w:p>
      <w:r>
        <w:rPr>
          <w:b/>
        </w:rPr>
        <w:t xml:space="preserve">[20:11] </w:t>
      </w:r>
      <w:r>
        <w:t>jahan khana pani na ho. to kahe ke bas pade raho yahin aaj. koi takleef doosri nahi di jayegi tum ko. koi tum ko marne nahi aayega.</w:t>
      </w:r>
    </w:p>
    <w:p>
      <w:pPr>
        <w:jc w:val="right"/>
      </w:pPr>
      <w:r>
        <w:t>جہاں کھانا پانی نہ ہو۔ تو کہے کہ بس پڑے رہو یہیں آج۔ کوئی تکلیف دوسری نہیں دی جائے گی تم کو۔ کوئی تم کو مارنے نہیں آئے گا۔</w:t>
      </w:r>
    </w:p>
    <w:p>
      <w:r>
        <w:rPr>
          <w:b/>
        </w:rPr>
        <w:t xml:space="preserve">[20:21] </w:t>
      </w:r>
      <w:r>
        <w:t>tum ko jalane nahi aayega. kuch bhi karne nahi aayega tum ko. bas khali yeh hai ke khana peena nahi milega.</w:t>
      </w:r>
    </w:p>
    <w:p>
      <w:pPr>
        <w:jc w:val="right"/>
      </w:pPr>
      <w:r>
        <w:t>تم کو جلانے نہیں آئے گا۔ کچھ بھی کرنے نہیں آئے گا تم کو۔ بس خالی یہ ہے کہ کھانا پینا نہیں ملے گا۔</w:t>
      </w:r>
    </w:p>
    <w:p>
      <w:r>
        <w:rPr>
          <w:b/>
        </w:rPr>
        <w:t xml:space="preserve">[20:32] </w:t>
      </w:r>
      <w:r>
        <w:t>to kya alam hoga? hatta ke phir mein ne socha ke farz kiye ke mujh ko dunya ka sab se acha mahal mil jaye. lekin is mein khana peena na ho.</w:t>
      </w:r>
    </w:p>
    <w:p>
      <w:pPr>
        <w:jc w:val="right"/>
      </w:pPr>
      <w:r>
        <w:t>تو کیا عالم ہو گا؟ حتیٰ کہ پھر میں نے سوچا کہ فرض کیے کہ مجھ کو دنیا کا سب سے اچھا محل مل جائے۔ لیکن اس میں کھانا پینا نہ ہو۔</w:t>
      </w:r>
    </w:p>
    <w:p>
      <w:r>
        <w:rPr>
          <w:b/>
        </w:rPr>
        <w:t xml:space="preserve">[20:45] </w:t>
      </w:r>
      <w:r>
        <w:t>sab se acha Palace.</w:t>
      </w:r>
    </w:p>
    <w:p>
      <w:pPr>
        <w:jc w:val="right"/>
      </w:pPr>
      <w:r>
        <w:t>سب سے اچھا Palace۔</w:t>
      </w:r>
    </w:p>
    <w:p>
      <w:r>
        <w:rPr>
          <w:b/>
        </w:rPr>
        <w:t xml:space="preserve">[20:51] </w:t>
      </w:r>
      <w:r>
        <w:t>jaise Emperor ke Palace hua karte the. sab se acha Palace mil jaye to bilkul tumhare Disposal par hai yeh Palace. lekin wahan khana peena nahi hai.</w:t>
      </w:r>
    </w:p>
    <w:p>
      <w:pPr>
        <w:jc w:val="right"/>
      </w:pPr>
      <w:r>
        <w:t>جیسے Emperor کے Palace ہوا کرتے تھے۔ سب سے اچھا Palace مل جائے تو بالکل تمہارے Disposal پر ہے یہ Palace۔ لیکن وہاں کھانا پینا نہیں ہے۔</w:t>
      </w:r>
    </w:p>
    <w:p>
      <w:r>
        <w:rPr>
          <w:b/>
        </w:rPr>
        <w:t xml:space="preserve">[21:03] </w:t>
      </w:r>
      <w:r>
        <w:t>to ek din ka jo mujhe khana chuta to sab cheez bekar lagne lagi. Palace bhi bekar.</w:t>
      </w:r>
    </w:p>
    <w:p>
      <w:pPr>
        <w:jc w:val="right"/>
      </w:pPr>
      <w:r>
        <w:t>تو ایک دن کا جو مجھے کھانا چھوٹا تو سب چیز بیکار لگنے لگی۔ Palace بھی بیکار۔</w:t>
      </w:r>
    </w:p>
    <w:p>
      <w:r>
        <w:rPr>
          <w:b/>
        </w:rPr>
        <w:t xml:space="preserve">[21:16] </w:t>
      </w:r>
      <w:r>
        <w:t>sab kuch bekar.</w:t>
      </w:r>
    </w:p>
    <w:p>
      <w:pPr>
        <w:jc w:val="right"/>
      </w:pPr>
      <w:r>
        <w:t>سب کچھ بیکار۔</w:t>
      </w:r>
    </w:p>
    <w:p>
      <w:r>
        <w:rPr>
          <w:b/>
        </w:rPr>
        <w:t xml:space="preserve">[21:21] </w:t>
      </w:r>
      <w:r>
        <w:t>to qadar o qeemat maloom hui khane ki. ke Allah Ta'ala ne</w:t>
      </w:r>
    </w:p>
    <w:p>
      <w:pPr>
        <w:jc w:val="right"/>
      </w:pPr>
      <w:r>
        <w:t>تو قدر و قیمت معلوم ہوئی کھانے کی۔ کہ اللہ تعالیٰ نے</w:t>
      </w:r>
    </w:p>
    <w:p>
      <w:r>
        <w:rPr>
          <w:b/>
        </w:rPr>
        <w:t xml:space="preserve">[21:28] </w:t>
      </w:r>
      <w:r>
        <w:t>insan ko paida kiya.</w:t>
      </w:r>
    </w:p>
    <w:p>
      <w:pPr>
        <w:jc w:val="right"/>
      </w:pPr>
      <w:r>
        <w:t>انسان کو پیدا کیا۔</w:t>
      </w:r>
    </w:p>
    <w:p>
      <w:r>
        <w:rPr>
          <w:b/>
        </w:rPr>
        <w:t xml:space="preserve">[21:31] </w:t>
      </w:r>
      <w:r>
        <w:t>to kaisi ajib baat hai ke hum ne Allah taala se dua nahi ki thi ke humein khana bhi de de.</w:t>
      </w:r>
    </w:p>
    <w:p>
      <w:pPr>
        <w:jc w:val="right"/>
      </w:pPr>
      <w:r>
        <w:t>تو کیسی عجیب بات ہے کہ ہم نے اللہ تعالیٰ سے دعا نہیں کی تھی کہ ہمیں کھانا بھی دے دے۔</w:t>
      </w:r>
    </w:p>
    <w:p>
      <w:r>
        <w:rPr>
          <w:b/>
        </w:rPr>
        <w:t xml:space="preserve">[21:39] </w:t>
      </w:r>
      <w:r>
        <w:t>baghair dua ke khana yahan maujood kar diya.</w:t>
      </w:r>
    </w:p>
    <w:p>
      <w:pPr>
        <w:jc w:val="right"/>
      </w:pPr>
      <w:r>
        <w:t>بغیر دعا کے کھانا یہاں موجود کر دیا۔</w:t>
      </w:r>
    </w:p>
    <w:p>
      <w:r>
        <w:rPr>
          <w:b/>
        </w:rPr>
        <w:t xml:space="preserve">[21:44] </w:t>
      </w:r>
      <w:r>
        <w:t>wa ataa kum min kulli ma sa altum hum ne hum ne sawal nahi kiya tha.</w:t>
      </w:r>
    </w:p>
    <w:p>
      <w:pPr>
        <w:jc w:val="right"/>
      </w:pPr>
      <w:r>
        <w:t>وَأَطَعْكُمْ مِنْ كُلِّ مَا سَأَلْتُمُوْا ہم نے ہم نے سوال نہیں کیا تھا۔</w:t>
      </w:r>
    </w:p>
    <w:p>
      <w:r>
        <w:rPr>
          <w:b/>
        </w:rPr>
        <w:t xml:space="preserve">[21:53] </w:t>
      </w:r>
      <w:r>
        <w:t>insan paida hua to sath sath yahan par soil hai.</w:t>
      </w:r>
    </w:p>
    <w:p>
      <w:pPr>
        <w:jc w:val="right"/>
      </w:pPr>
      <w:r>
        <w:t>انسان پیدا ہوا تو ساتھ ساتھ یہاں پر Soil ہے۔</w:t>
      </w:r>
    </w:p>
    <w:p>
      <w:r>
        <w:rPr>
          <w:b/>
        </w:rPr>
        <w:t xml:space="preserve">[22:00] </w:t>
      </w:r>
      <w:r>
        <w:t>har qism ke ghale hain, har qism ke phal hain, sabziyan hain. Kaisi ajib baat hai.</w:t>
      </w:r>
    </w:p>
    <w:p>
      <w:pPr>
        <w:jc w:val="right"/>
      </w:pPr>
      <w:r>
        <w:t>ہر قسم کے غلے ہیں، ہر قسم کے پھل ہیں، سبزیاں ہیں۔ کیسی عجیب بات ہے۔</w:t>
      </w:r>
    </w:p>
    <w:p>
      <w:r>
        <w:rPr>
          <w:b/>
        </w:rPr>
        <w:t xml:space="preserve">[22:13] </w:t>
      </w:r>
      <w:r>
        <w:t>ke Allah taala ki rehmat ka yeh kitna bara tajurba hai. Ke aap ko paida kar ke zameen par basaya.</w:t>
      </w:r>
    </w:p>
    <w:p>
      <w:pPr>
        <w:jc w:val="right"/>
      </w:pPr>
      <w:r>
        <w:t>کہ اللہ تعالیٰ کی رحمت کا یہ کتنا بڑا تجربہ ہے۔ کہ آپ کو پیدا کر کے زمین پر بسایا۔</w:t>
      </w:r>
    </w:p>
    <w:p>
      <w:r>
        <w:rPr>
          <w:b/>
        </w:rPr>
        <w:t xml:space="preserve">[22:24] </w:t>
      </w:r>
      <w:r>
        <w:t>to hum se humein pata hi nahi tha ke hum kya mangein.</w:t>
      </w:r>
    </w:p>
    <w:p>
      <w:pPr>
        <w:jc w:val="right"/>
      </w:pPr>
      <w:r>
        <w:t>تو ہم سے ہمیں پتہ ہی نہیں تھا کہ ہم کیا مانگیں۔</w:t>
      </w:r>
    </w:p>
    <w:p>
      <w:r>
        <w:rPr>
          <w:b/>
        </w:rPr>
        <w:t xml:space="preserve">[22:30] </w:t>
      </w:r>
      <w:r>
        <w:t>hum ko pata nahi tha ke hum kahein Khuda yeh zameen par soil bhi ho. Khuda yeh zameen par pani bhi ho. Khuda yeh zameen par ghalla aur mewa bhi ho.</w:t>
      </w:r>
    </w:p>
    <w:p>
      <w:pPr>
        <w:jc w:val="right"/>
      </w:pPr>
      <w:r>
        <w:t>ہم کو پتہ نہیں تھا کہ ہم کہیں خدا یہ زمین پر Soil بھی ہو۔ خدا یہ زمین پر پانی بھی ہو۔ خدا یہ زمین پر غلہ اور میوہ بھی ہو۔</w:t>
      </w:r>
    </w:p>
    <w:p>
      <w:r>
        <w:rPr>
          <w:b/>
        </w:rPr>
        <w:t xml:space="preserve">[22:39] </w:t>
      </w:r>
      <w:r>
        <w:t>hum ko maloom hi nahi tha ke hum mangein. To Allah taala ne khud se jana ke insan ko is ki zaroorat hai.</w:t>
      </w:r>
    </w:p>
    <w:p>
      <w:pPr>
        <w:jc w:val="right"/>
      </w:pPr>
      <w:r>
        <w:t>ہم کو معلوم ہی نہیں تھا کہ ہم مانگیں۔ تو اللہ تعالیٰ نے خود سے جانا کہ انسان کو اس کی ضرورت ہے۔</w:t>
      </w:r>
    </w:p>
    <w:p>
      <w:r>
        <w:rPr>
          <w:b/>
        </w:rPr>
        <w:t xml:space="preserve">[22:49] </w:t>
      </w:r>
      <w:r>
        <w:t>wo sab yahan muhaiya kar diya.</w:t>
      </w:r>
    </w:p>
    <w:p>
      <w:pPr>
        <w:jc w:val="right"/>
      </w:pPr>
      <w:r>
        <w:t>وہ سب یہاں مہیا کر دیا۔</w:t>
      </w:r>
    </w:p>
    <w:p>
      <w:r>
        <w:rPr>
          <w:b/>
        </w:rPr>
        <w:t xml:space="preserve">[22:54] </w:t>
      </w:r>
      <w:r>
        <w:t>to ek ek din jab mujhe khana bilkul hi nahi mila. Subah se sham tak. To is se kitne sare tajurbe hue.</w:t>
      </w:r>
    </w:p>
    <w:p>
      <w:pPr>
        <w:jc w:val="right"/>
      </w:pPr>
      <w:r>
        <w:t>تو ایک ایک دن جب مجھے کھانا بالکل ہی نہیں ملا۔ صبح سے شام تک۔ تو اس سے کتنے سارے تجربے ہوئے۔</w:t>
      </w:r>
    </w:p>
    <w:p>
      <w:r>
        <w:rPr>
          <w:b/>
        </w:rPr>
        <w:t xml:space="preserve">[23:06] </w:t>
      </w:r>
      <w:r>
        <w:t>isi liye main kehta hoon ke roza jo hai wo month of experience hai, month of events hai.</w:t>
      </w:r>
    </w:p>
    <w:p>
      <w:pPr>
        <w:jc w:val="right"/>
      </w:pPr>
      <w:r>
        <w:t>اسی لیے میں کہتا ہوں کہ روزہ جو ہے وہ Month of Experience ہے، Month of Events ہے۔</w:t>
      </w:r>
    </w:p>
    <w:p>
      <w:r>
        <w:rPr>
          <w:b/>
        </w:rPr>
        <w:t xml:space="preserve">[23:18] </w:t>
      </w:r>
      <w:r>
        <w:t>aise hi ek bar Dilli mein jab main aaya to Dilli mein ek bar Ramzan ke mahine mein Hindu logon ki ek conference thi.</w:t>
      </w:r>
    </w:p>
    <w:p>
      <w:pPr>
        <w:jc w:val="right"/>
      </w:pPr>
      <w:r>
        <w:t>ایسے ہی ایک بار دلی میں جب میں آیا تو دلی میں ایک بار رمضان کے مہینے میں ہندو لوگوں کی ایک کانفرنس تھی۔</w:t>
      </w:r>
    </w:p>
    <w:p>
      <w:r>
        <w:rPr>
          <w:b/>
        </w:rPr>
        <w:t xml:space="preserve">[23:30] </w:t>
      </w:r>
      <w:r>
        <w:t>Hindu logon ki conference thi isi Dilli mein. Mujhe bulaya gaya. Ab wo thi Ramzan ke mahine mein sham ke waqt.</w:t>
      </w:r>
    </w:p>
    <w:p>
      <w:pPr>
        <w:jc w:val="right"/>
      </w:pPr>
      <w:r>
        <w:t>ہندو لوگوں کی کانفرنس تھی اسی دلی میں۔ مجھے بلایا گیا۔ اب وہ تھی رمضان کے مہینے میں شام کے وقت۔</w:t>
      </w:r>
    </w:p>
    <w:p>
      <w:r>
        <w:rPr>
          <w:b/>
        </w:rPr>
        <w:t xml:space="preserve">[23:41] </w:t>
      </w:r>
      <w:r>
        <w:t>wahan main shareek hua.</w:t>
      </w:r>
    </w:p>
    <w:p>
      <w:pPr>
        <w:jc w:val="right"/>
      </w:pPr>
      <w:r>
        <w:t>وہاں میں چلا گیا۔</w:t>
      </w:r>
    </w:p>
    <w:p>
      <w:r>
        <w:rPr>
          <w:b/>
        </w:rPr>
        <w:t xml:space="preserve">[23:47] </w:t>
      </w:r>
      <w:r>
        <w:t>to wahan par sab Hindu log the. Un ko pata hi nahi tha ke iftar chahiye Musalman ko. To behal main shareek hua is mein.</w:t>
      </w:r>
    </w:p>
    <w:p>
      <w:pPr>
        <w:jc w:val="right"/>
      </w:pPr>
      <w:r>
        <w:t>تو وہاں پر سب ہندو لوگ تھے۔ ان کو پتہ ہی نہیں تھا کہ افطار چاہیے مسلمان کو۔ تو بہرحال میں شریک ہوا اس میں۔</w:t>
      </w:r>
    </w:p>
    <w:p>
      <w:r>
        <w:rPr>
          <w:b/>
        </w:rPr>
        <w:t xml:space="preserve">[24:01] </w:t>
      </w:r>
      <w:r>
        <w:t>aur sham ka waqt aaya to wahan kuch khana peena nahi. Ab mujhe iftar to karna tha. Sirf pani wahan tha, sirf pani.</w:t>
      </w:r>
    </w:p>
    <w:p>
      <w:pPr>
        <w:jc w:val="right"/>
      </w:pPr>
      <w:r>
        <w:t>اور شام کا وقت آیا تو وہاں کچھ کھانا پینا نہیں۔ اب مجھے افطار تو کرنا تھا۔ صرف پانی وہاں تھا، صرف پانی۔</w:t>
      </w:r>
    </w:p>
    <w:p>
      <w:r>
        <w:rPr>
          <w:b/>
        </w:rPr>
        <w:t xml:space="preserve">[24:13] </w:t>
      </w:r>
      <w:r>
        <w:t>yahi Asaf Ali Road ka waqia yeh hai.</w:t>
      </w:r>
    </w:p>
    <w:p>
      <w:pPr>
        <w:jc w:val="right"/>
      </w:pPr>
      <w:r>
        <w:t>یہی آصف علی Road کا واقعہ یہ ہے۔</w:t>
      </w:r>
    </w:p>
    <w:p>
      <w:r>
        <w:rPr>
          <w:b/>
        </w:rPr>
        <w:t xml:space="preserve">[24:18] </w:t>
      </w:r>
      <w:r>
        <w:t>to sahib sham ko, acha wo garmi May June ka mahina tha. Aur sham ko bohat pyas lag rahi thi mujhe. To khana to kuch tha nahi.</w:t>
      </w:r>
    </w:p>
    <w:p>
      <w:pPr>
        <w:jc w:val="right"/>
      </w:pPr>
      <w:r>
        <w:t>تو صاحب شام کو، اچھا وہ گرمی مئی جون کا مہینہ تھا۔ اور شام کو بہت پیاس لگ رہی تھی مجھے۔ تو کھانا تو کچھ تھا نہیں۔</w:t>
      </w:r>
    </w:p>
    <w:p>
      <w:r>
        <w:rPr>
          <w:b/>
        </w:rPr>
        <w:t xml:space="preserve">[24:29] </w:t>
      </w:r>
      <w:r>
        <w:t>pani tha. To main ne pani piya. Ek glass, do glass, teen glass, char glass, pata nahi shayad das glass pi gaya main. Kyun ke bhook ki jagah pe shayad mujhe pani peena tha.</w:t>
      </w:r>
    </w:p>
    <w:p>
      <w:pPr>
        <w:jc w:val="right"/>
      </w:pPr>
      <w:r>
        <w:t>پانی تھا۔ تو میں نے پانی پیا۔ ایک گلاس، دو گلاس، تین گلاس، چار گلاس، پتہ نہیں شاید دس گلاس پی گیا میں۔ کیونکہ بھوک کی جگہ پہ شاید مجھے پانی پینا تھا۔</w:t>
      </w:r>
    </w:p>
    <w:p>
      <w:r>
        <w:rPr>
          <w:b/>
        </w:rPr>
        <w:t xml:space="preserve">[24:44] </w:t>
      </w:r>
      <w:r>
        <w:t>pani peeta hi gaya main.</w:t>
      </w:r>
    </w:p>
    <w:p>
      <w:pPr>
        <w:jc w:val="right"/>
      </w:pPr>
      <w:r>
        <w:t>پانی پیتا ہی گیا میں۔</w:t>
      </w:r>
    </w:p>
    <w:p>
      <w:r>
        <w:rPr>
          <w:b/>
        </w:rPr>
        <w:t xml:space="preserve">[24:47] </w:t>
      </w:r>
      <w:r>
        <w:t>is waqt andaza hua ke yeh pani kya cheez hai. Abhi to aap ke pas pani har waqt maujood rehta hai.</w:t>
      </w:r>
    </w:p>
    <w:p>
      <w:pPr>
        <w:jc w:val="right"/>
      </w:pPr>
      <w:r>
        <w:t>اس وقت اندازہ ہوا کہ یہ پانی کیا چیز ہے۔ ابھی تو آپ کے پاس پانی ہر وقت موجود رہتا ہے۔</w:t>
      </w:r>
    </w:p>
    <w:p>
      <w:r>
        <w:rPr>
          <w:b/>
        </w:rPr>
        <w:t xml:space="preserve">[24:57] </w:t>
      </w:r>
      <w:r>
        <w:t>jab chahe pi lijiye.</w:t>
      </w:r>
    </w:p>
    <w:p>
      <w:pPr>
        <w:jc w:val="right"/>
      </w:pPr>
      <w:r>
        <w:t>جب چاہے پی لیجیے۔</w:t>
      </w:r>
    </w:p>
    <w:p>
      <w:r>
        <w:rPr>
          <w:b/>
        </w:rPr>
        <w:t xml:space="preserve">[25:01] </w:t>
      </w:r>
      <w:r>
        <w:t>jab din bhar pani nahi mila to pyas ka bura haal tha. Bura haal tha pyas ka.</w:t>
      </w:r>
    </w:p>
    <w:p>
      <w:pPr>
        <w:jc w:val="right"/>
      </w:pPr>
      <w:r>
        <w:t>جب دن بھر پانی نہیں ملا تو پیاس کا برا حال تھا۔ برا حال تھا پیاس کا۔</w:t>
      </w:r>
    </w:p>
    <w:p>
      <w:r>
        <w:rPr>
          <w:b/>
        </w:rPr>
        <w:t xml:space="preserve">[25:10] </w:t>
      </w:r>
      <w:r>
        <w:t>to pani peeta chala gaya main.</w:t>
      </w:r>
    </w:p>
    <w:p>
      <w:pPr>
        <w:jc w:val="right"/>
      </w:pPr>
      <w:r>
        <w:t>تو پانی پیتا چلا گیا میں۔</w:t>
      </w:r>
    </w:p>
    <w:p>
      <w:r>
        <w:rPr>
          <w:b/>
        </w:rPr>
        <w:t xml:space="preserve">[25:14] </w:t>
      </w:r>
      <w:r>
        <w:t>to dekhiye ramzan ka mahina yeh sab tajrube karvata hai. yeh sab tajrube karvata hai. ramzan ka mahina Full of Experiences yani Month of Experiences hai.</w:t>
      </w:r>
    </w:p>
    <w:p>
      <w:pPr>
        <w:jc w:val="right"/>
      </w:pPr>
      <w:r>
        <w:t>تو دیکھیے رمضان کا مہینہ یہ سب تجربے کرواتا ہے۔ یہ سب تجربے کرواتا ہے۔ رمضان کا مہینہ Full of Experiences یعنی Month of Experiences ہے۔</w:t>
      </w:r>
    </w:p>
    <w:p>
      <w:r>
        <w:rPr>
          <w:b/>
        </w:rPr>
        <w:t xml:space="preserve">[25:31] </w:t>
      </w:r>
      <w:r>
        <w:t>Eventful Month hai.</w:t>
      </w:r>
    </w:p>
    <w:p>
      <w:pPr>
        <w:jc w:val="right"/>
      </w:pPr>
      <w:r>
        <w:t>Eventful Month ہے۔</w:t>
      </w:r>
    </w:p>
    <w:p>
      <w:r>
        <w:rPr>
          <w:b/>
        </w:rPr>
        <w:t xml:space="preserve">[25:36] </w:t>
      </w:r>
      <w:r>
        <w:t>to mein jab sochne laga to bohat se waqeat aise yaad aaye.</w:t>
      </w:r>
    </w:p>
    <w:p>
      <w:pPr>
        <w:jc w:val="right"/>
      </w:pPr>
      <w:r>
        <w:t>تو میں جب سوچنے لگا تو بہت سے واقعات ایسے یاد آئے۔</w:t>
      </w:r>
    </w:p>
    <w:p>
      <w:r>
        <w:rPr>
          <w:b/>
        </w:rPr>
        <w:t xml:space="preserve">[25:42] </w:t>
      </w:r>
      <w:r>
        <w:t>ek baar mein gorakhpur gaya. yeh azadi se pehle ki baat hai. British Period ki baat hai yeh.</w:t>
      </w:r>
    </w:p>
    <w:p>
      <w:pPr>
        <w:jc w:val="right"/>
      </w:pPr>
      <w:r>
        <w:t>ایک بار میں گورکھ پور گیا۔ یہ آزادی سے پہلے کی بات ہے۔ British Period کی بات ہے یہ۔</w:t>
      </w:r>
    </w:p>
    <w:p>
      <w:r>
        <w:rPr>
          <w:b/>
        </w:rPr>
        <w:t xml:space="preserve">[25:54] </w:t>
      </w:r>
      <w:r>
        <w:t>to wahan par ek sahab the jo bohat bare afsar the. jin ko kaha jata tha DTS. us waqt un ka title hua karta tha DTS.</w:t>
      </w:r>
    </w:p>
    <w:p>
      <w:pPr>
        <w:jc w:val="right"/>
      </w:pPr>
      <w:r>
        <w:t>تو وہاں پر ایک صاحب تھے جو بہت بڑے افسر تھے۔ جن کو کہا جاتا تھا ڈی ٹی ایس۔ اس وقت ان کا ٹائٹل ہوا کرتا تھا ڈی ٹی ایس۔</w:t>
      </w:r>
    </w:p>
    <w:p>
      <w:r>
        <w:rPr>
          <w:b/>
        </w:rPr>
        <w:t xml:space="preserve">[26:04] </w:t>
      </w:r>
      <w:r>
        <w:t>ab pata nahi kya title hoga. BNWR ke bare afsar the woh.</w:t>
      </w:r>
    </w:p>
    <w:p>
      <w:pPr>
        <w:jc w:val="right"/>
      </w:pPr>
      <w:r>
        <w:t>اب پتہ نہیں کیا ٹائٹل ہو گا۔ بی این ڈبلیو آر کے بڑے افسر تھے وہ۔</w:t>
      </w:r>
    </w:p>
    <w:p>
      <w:r>
        <w:rPr>
          <w:b/>
        </w:rPr>
        <w:t xml:space="preserve">[26:13] </w:t>
      </w:r>
      <w:r>
        <w:t>bohat bara bangla tha un ka. to wahan mein chand din raha. yeh ramzan ka mahina tha woh bhi. to mein ne dekha sham ko ek sahab aate hain.</w:t>
      </w:r>
    </w:p>
    <w:p>
      <w:pPr>
        <w:jc w:val="right"/>
      </w:pPr>
      <w:r>
        <w:t>بہت بڑا بنگلہ تھا ان کا۔ تو وہاں میں چند دن رہا۔ یہ رمضان کا مہینہ تھا وہ بھی۔ تو میں نے دیکھا شام کو ایک صاحب آتے ہیں۔</w:t>
      </w:r>
    </w:p>
    <w:p>
      <w:r>
        <w:rPr>
          <w:b/>
        </w:rPr>
        <w:t xml:space="preserve">[26:30] </w:t>
      </w:r>
      <w:r>
        <w:t>aur woh rozana wahan baith kar ke kuch parhte hain aur chale aate hain.</w:t>
      </w:r>
    </w:p>
    <w:p>
      <w:pPr>
        <w:jc w:val="right"/>
      </w:pPr>
      <w:r>
        <w:t>اور وہ روزانہ وہاں بیٹھ کر کے کچھ پڑھتے ہیں اور چلے آتے ہیں۔</w:t>
      </w:r>
    </w:p>
    <w:p>
      <w:r>
        <w:rPr>
          <w:b/>
        </w:rPr>
        <w:t xml:space="preserve">[26:37] </w:t>
      </w:r>
      <w:r>
        <w:t>to mein ne woh sahab jo the jo bare afsar jo the un se mein ne poocha ke yeh kaun sahab aate hain sham ko kya maqsad hota hai.</w:t>
      </w:r>
    </w:p>
    <w:p>
      <w:pPr>
        <w:jc w:val="right"/>
      </w:pPr>
      <w:r>
        <w:t>تو میں نے وہ صاحب جو تھے جو بڑے افسر جو تھے ان سے میں نے پوچھا کہ یہ کون صاحب آتے ہیں شام کو کیا مقصد ہوتا ہے۔</w:t>
      </w:r>
    </w:p>
    <w:p>
      <w:r>
        <w:rPr>
          <w:b/>
        </w:rPr>
        <w:t xml:space="preserve">[26:49] </w:t>
      </w:r>
      <w:r>
        <w:t>to unhone kaha ke woh Hafiz sahab hain. hum to roza rakh nahi sakte.</w:t>
      </w:r>
    </w:p>
    <w:p>
      <w:pPr>
        <w:jc w:val="right"/>
      </w:pPr>
      <w:r>
        <w:t>تو انہوں نے کہا کہ وہ حافظ صاحب ہیں۔ ہم تو روزہ رکھ نہیں سکتے۔</w:t>
      </w:r>
    </w:p>
    <w:p>
      <w:r>
        <w:rPr>
          <w:b/>
        </w:rPr>
        <w:t xml:space="preserve">[26:57] </w:t>
      </w:r>
      <w:r>
        <w:t>hum roza nahi rakh sakte. to Hafiz sahab se keh diya ke woh sham ko aa kar parh ke chale aate hain Quran Majeed. aur phir un ko hum ramzan ka mahina khatam hoga to kuch paise de denge.</w:t>
      </w:r>
    </w:p>
    <w:p>
      <w:pPr>
        <w:jc w:val="right"/>
      </w:pPr>
      <w:r>
        <w:t>ہم روزہ نہیں رکھ سکتے۔ تو حافظ صاحب سے کہہ دیا کہ وہ شام کو آ کر پڑھ کے چلے آتے ہیں قرآن مجید۔ اور پھر ان کو ہم رمضان کا مہینہ ختم ہو گا تو کچھ پیسے دے دیں گے۔</w:t>
      </w:r>
    </w:p>
    <w:p>
      <w:r>
        <w:rPr>
          <w:b/>
        </w:rPr>
        <w:t xml:space="preserve">[27:13] </w:t>
      </w:r>
      <w:r>
        <w:t>is tajrube se mujhe ek ajib ehsas hua. abhi tak mein sochta hoon yeh waqea ho gaya bohat pehle ka. yani azadi se pehle ki baat hai yeh.</w:t>
      </w:r>
    </w:p>
    <w:p>
      <w:pPr>
        <w:jc w:val="right"/>
      </w:pPr>
      <w:r>
        <w:t>اس تجربے سے مجھے ایک عجیب احساس ہوا۔ ابھی تک میں سوچتا ہوں یہ واقعہ ہو گیا بہت پہلے کا۔ یعنی آزادی سے پہلے کی بات ہے یہ۔</w:t>
      </w:r>
    </w:p>
    <w:p>
      <w:r>
        <w:rPr>
          <w:b/>
        </w:rPr>
        <w:t xml:space="preserve">[27:23] </w:t>
      </w:r>
      <w:r>
        <w:t>shayad 70 baras ka waqea hoga yeh.</w:t>
      </w:r>
    </w:p>
    <w:p>
      <w:pPr>
        <w:jc w:val="right"/>
      </w:pPr>
      <w:r>
        <w:t>شاید ستر برس کا واقعہ ہو گا یہ۔</w:t>
      </w:r>
    </w:p>
    <w:p>
      <w:r>
        <w:rPr>
          <w:b/>
        </w:rPr>
        <w:t xml:space="preserve">[27:27] </w:t>
      </w:r>
      <w:r>
        <w:t>aaj mein yeh soch raha tha is waqea ko le kar. to mein ne socha ke woh afsar sahab jo the agar yeh karte</w:t>
      </w:r>
    </w:p>
    <w:p>
      <w:pPr>
        <w:jc w:val="right"/>
      </w:pPr>
      <w:r>
        <w:t>آج میں یہ سوچ رہا تھا اس واقعے کو لے کر۔ تو میں نے سوچا کہ وہ افسر صاحب جو تھے اگر یہ کرتے</w:t>
      </w:r>
    </w:p>
    <w:p>
      <w:r>
        <w:rPr>
          <w:b/>
        </w:rPr>
        <w:t xml:space="preserve">[27:40] </w:t>
      </w:r>
      <w:r>
        <w:t>ke khuda ya mein din bhar bhooka to nahi reh sakta. mein teri kitab parh raha hoon. isi kitab ke parhne ko to meri taraf se qabool kar le.</w:t>
      </w:r>
    </w:p>
    <w:p>
      <w:pPr>
        <w:jc w:val="right"/>
      </w:pPr>
      <w:r>
        <w:t>کہ خدایا میں دن بھر بھوکا تو نہیں رہ سکتا۔ میں تیری کتاب پڑھ رہا ہوں۔ اسی کتاب کے پڑھنے کو تو میری طرف سے قبول کر لے۔</w:t>
      </w:r>
    </w:p>
    <w:p>
      <w:r>
        <w:rPr>
          <w:b/>
        </w:rPr>
        <w:t xml:space="preserve">[27:57] </w:t>
      </w:r>
      <w:r>
        <w:t>yani Fasting ki bajaye tilawat e Quran ko meri taraf se qabool kar le. to shayad Allah ki rehmat josh karti. Allah taala qabool farmata.</w:t>
      </w:r>
    </w:p>
    <w:p>
      <w:pPr>
        <w:jc w:val="right"/>
      </w:pPr>
      <w:r>
        <w:t>یعنی Fasting کی بجائے تلاوت قرآن کو میری طرف سے قبول کر لے۔ تو شاید اللہ کی رحمت جوش کرتی۔ اللہ تعالیٰ قبول فرماتا۔</w:t>
      </w:r>
    </w:p>
    <w:p>
      <w:r>
        <w:rPr>
          <w:b/>
        </w:rPr>
        <w:t xml:space="preserve">[28:10] </w:t>
      </w:r>
      <w:r>
        <w:t>lekin yeh to bilkul aisa jaise kisi ko kiraye de kar ke aap kahein ke tumhein yeh kaam kar do.</w:t>
      </w:r>
    </w:p>
    <w:p>
      <w:pPr>
        <w:jc w:val="right"/>
      </w:pPr>
      <w:r>
        <w:t>لیکن یہ تو بالکل ایسا جیسے کسی کو کرائے دے کر کے آپ کہیں کہ تمہیں یہ کام کر دو۔</w:t>
      </w:r>
    </w:p>
    <w:p>
      <w:r>
        <w:rPr>
          <w:b/>
        </w:rPr>
        <w:t xml:space="preserve">[28:18] </w:t>
      </w:r>
      <w:r>
        <w:t>dekhein ramzan ka matlab hai apne aap ko Involve karna.</w:t>
      </w:r>
    </w:p>
    <w:p>
      <w:pPr>
        <w:jc w:val="right"/>
      </w:pPr>
      <w:r>
        <w:t>دیکھیں رمضان کا مطلب ہے اپنے آپ کو Involve کرنا۔</w:t>
      </w:r>
    </w:p>
    <w:p>
      <w:r>
        <w:rPr>
          <w:b/>
        </w:rPr>
        <w:t xml:space="preserve">[28:25] </w:t>
      </w:r>
      <w:r>
        <w:t>yeh nahi ke kiraye de kar kisi se aap roza rakhwa dein.</w:t>
      </w:r>
    </w:p>
    <w:p>
      <w:pPr>
        <w:jc w:val="right"/>
      </w:pPr>
      <w:r>
        <w:t>یہ نہیں کہ کرائے دے کر کسی سے آپ روزہ رکھوا دیں۔</w:t>
      </w:r>
    </w:p>
    <w:p>
      <w:r>
        <w:rPr>
          <w:b/>
        </w:rPr>
        <w:t xml:space="preserve">[28:31] </w:t>
      </w:r>
      <w:r>
        <w:t>kahin se Quran parhwa dein. yeh kirayedari ka mamla nahi hai. apne aap ko Involve karne ka mamla hai.</w:t>
      </w:r>
    </w:p>
    <w:p>
      <w:pPr>
        <w:jc w:val="right"/>
      </w:pPr>
      <w:r>
        <w:t>کہیں سے قرآن پڑھوا دیں۔ یہ کرائے داری کا معاملہ نہیں ہے۔ اپنے آپ کو Involve کرنے کا معاملہ ہے۔</w:t>
      </w:r>
    </w:p>
    <w:p>
      <w:r>
        <w:rPr>
          <w:b/>
        </w:rPr>
        <w:t xml:space="preserve">[28:42] </w:t>
      </w:r>
      <w:r>
        <w:t>to aaj mein soch raha tha bohat dil tarap utha mera yeh soch kar ke insaan kaisi ajib cheez hai.</w:t>
      </w:r>
    </w:p>
    <w:p>
      <w:pPr>
        <w:jc w:val="right"/>
      </w:pPr>
      <w:r>
        <w:t>تو آج میں سوچ رہا تھا بہت دل تڑپ اٹھا میرا یہ سوچ کر کے کہ انسان کیسی عجیب چیز ہے۔</w:t>
      </w:r>
    </w:p>
    <w:p>
      <w:r>
        <w:rPr>
          <w:b/>
        </w:rPr>
        <w:t xml:space="preserve">[28:54] </w:t>
      </w:r>
      <w:r>
        <w:t>Khuda dekhna chahta hai aap ka Involvement.</w:t>
      </w:r>
    </w:p>
    <w:p>
      <w:pPr>
        <w:jc w:val="right"/>
      </w:pPr>
      <w:r>
        <w:t>خدا دیکھنا چاہتا ہے آپ کا Involvement۔</w:t>
      </w:r>
    </w:p>
    <w:p>
      <w:r>
        <w:rPr>
          <w:b/>
        </w:rPr>
        <w:t xml:space="preserve">[29:01] </w:t>
      </w:r>
      <w:r>
        <w:t>aap farz kijiye ke roza nahi rakhte rakh sakte. to kahein ke khuda ya mein 10 din ka roza rakhta hoon. yahi to qabool kar le meri taraf se.</w:t>
      </w:r>
    </w:p>
    <w:p>
      <w:pPr>
        <w:jc w:val="right"/>
      </w:pPr>
      <w:r>
        <w:t>آپ فرض کیجیے کہ روزہ نہیں رکھتے رکھ سکتے۔ تو کہیں کہ خدایا میں دس دن کا روزہ رکھتا ہوں۔ یہی تو قبول کر لے میری طرف سے۔</w:t>
      </w:r>
    </w:p>
    <w:p>
      <w:r>
        <w:rPr>
          <w:b/>
        </w:rPr>
        <w:t xml:space="preserve">[29:11] </w:t>
      </w:r>
      <w:r>
        <w:t>ya aap is qabil bhi nahi hain. to subah sham baith kar Quran parhein. kahein ke khuda ya mere bas mein roza rakhna nahi hai.</w:t>
      </w:r>
    </w:p>
    <w:p>
      <w:pPr>
        <w:jc w:val="right"/>
      </w:pPr>
      <w:r>
        <w:t>یا آپ اس قابل بھی نہیں ہیں۔ تو صبح شام بیٹھ کر قرآن پڑھیں۔ کہیں کہ خدایا میرے بس میں روزہ رکھنا نہیں ہے۔</w:t>
      </w:r>
    </w:p>
    <w:p>
      <w:r>
        <w:rPr>
          <w:b/>
        </w:rPr>
        <w:t xml:space="preserve">[29:25] </w:t>
      </w:r>
      <w:r>
        <w:t>to apni kitab ki tilawat ko meri taraf se qabool farma le.</w:t>
      </w:r>
    </w:p>
    <w:p>
      <w:pPr>
        <w:jc w:val="right"/>
      </w:pPr>
      <w:r>
        <w:t>تو اپنی کتاب کی تلاوت کو میری طرف سے قبول فرما لے۔</w:t>
      </w:r>
    </w:p>
    <w:p>
      <w:r>
        <w:rPr>
          <w:b/>
        </w:rPr>
        <w:t xml:space="preserve">[29:33] </w:t>
      </w:r>
      <w:r>
        <w:t>yeh keh kar aadmi ro paray.</w:t>
      </w:r>
    </w:p>
    <w:p>
      <w:pPr>
        <w:jc w:val="right"/>
      </w:pPr>
      <w:r>
        <w:t>یہ کہہ کر آدمی رو پڑے۔</w:t>
      </w:r>
    </w:p>
    <w:p>
      <w:r>
        <w:rPr>
          <w:b/>
        </w:rPr>
        <w:t xml:space="preserve">[29:38] </w:t>
      </w:r>
      <w:r>
        <w:t>to shayad Allah ki rehmat josh mein aaye. Woh kahe ke mere bande mein tujh se yahi qabool kar liya.</w:t>
      </w:r>
    </w:p>
    <w:p>
      <w:pPr>
        <w:jc w:val="right"/>
      </w:pPr>
      <w:r>
        <w:t>تو شاید اللہ کی رحمت جوش میں آئے۔ وہ کہے کہ میرے بندے میں تجھ سے یہی قبول کر لیا۔</w:t>
      </w:r>
    </w:p>
    <w:p>
      <w:r>
        <w:rPr>
          <w:b/>
        </w:rPr>
        <w:t xml:space="preserve">[29:51] </w:t>
      </w:r>
      <w:r>
        <w:t>kyunke tu ne Involvement to dikhaya.</w:t>
      </w:r>
    </w:p>
    <w:p>
      <w:pPr>
        <w:jc w:val="right"/>
      </w:pPr>
      <w:r>
        <w:t>کیونکہ تو نے Involvement تو دکھایا۔</w:t>
      </w:r>
    </w:p>
    <w:p>
      <w:r>
        <w:rPr>
          <w:b/>
        </w:rPr>
        <w:t xml:space="preserve">[30:00] </w:t>
      </w:r>
      <w:r>
        <w:t>to jo log uzr pesh karte hain woh raaz nahi samajhte raaz.</w:t>
      </w:r>
    </w:p>
    <w:p>
      <w:pPr>
        <w:jc w:val="right"/>
      </w:pPr>
      <w:r>
        <w:t>تو جو لوگ عذر پیش کرتے ہیں وہ راز نہیں سمجھتے راز۔</w:t>
      </w:r>
    </w:p>
    <w:p>
      <w:r>
        <w:rPr>
          <w:b/>
        </w:rPr>
        <w:t xml:space="preserve">[30:10] </w:t>
      </w:r>
      <w:r>
        <w:t>yeh yeh baat hai Involvement ki.</w:t>
      </w:r>
    </w:p>
    <w:p>
      <w:pPr>
        <w:jc w:val="right"/>
      </w:pPr>
      <w:r>
        <w:t>یہ یہ بات ہے Involvement کی۔</w:t>
      </w:r>
    </w:p>
    <w:p>
      <w:r>
        <w:rPr>
          <w:b/>
        </w:rPr>
        <w:t xml:space="preserve">[30:13] </w:t>
      </w:r>
      <w:r>
        <w:t>chahe chahe koi bhi ho. Yani chahe woh Ramzan namaz ho, roza ho, hajj ho, zakat ho.</w:t>
      </w:r>
    </w:p>
    <w:p>
      <w:pPr>
        <w:jc w:val="right"/>
      </w:pPr>
      <w:r>
        <w:t>چاہے چاہے کوئی بھی ہو۔ یعنی چاہے وہ رمضان نماز ہو، روزہ ہو، حج ہو، زکوۃ ہو۔</w:t>
      </w:r>
    </w:p>
    <w:p>
      <w:r>
        <w:rPr>
          <w:b/>
        </w:rPr>
        <w:t xml:space="preserve">[30:23] </w:t>
      </w:r>
      <w:r>
        <w:t>ya dawat ka kaam ho. Jitne bhi deeni kaam hain. Yaad rakhiye in sab mein jo matloob hai woh hai Involvement.</w:t>
      </w:r>
    </w:p>
    <w:p>
      <w:pPr>
        <w:jc w:val="right"/>
      </w:pPr>
      <w:r>
        <w:t>یا دعوت کا کام ہو۔ جتنے بھی دینی کام ہیں۔ یاد رکھیے ان سب میں جو مطلوب ہے وہ ہے Involvement۔</w:t>
      </w:r>
    </w:p>
    <w:p>
      <w:r>
        <w:rPr>
          <w:b/>
        </w:rPr>
        <w:t xml:space="preserve">[30:38] </w:t>
      </w:r>
      <w:r>
        <w:t>mislan hajj hai aap ke paas bohat paisa hai.</w:t>
      </w:r>
    </w:p>
    <w:p>
      <w:pPr>
        <w:jc w:val="right"/>
      </w:pPr>
      <w:r>
        <w:t>مثلاً حج ہے آپ کے پاس بہت پیسہ ہے۔</w:t>
      </w:r>
    </w:p>
    <w:p>
      <w:r>
        <w:rPr>
          <w:b/>
        </w:rPr>
        <w:t xml:space="preserve">[30:42] </w:t>
      </w:r>
      <w:r>
        <w:t>lekin aap</w:t>
      </w:r>
    </w:p>
    <w:p>
      <w:pPr>
        <w:jc w:val="right"/>
      </w:pPr>
      <w:r>
        <w:t>لیکن آپ</w:t>
      </w:r>
    </w:p>
    <w:p>
      <w:r>
        <w:rPr>
          <w:b/>
        </w:rPr>
        <w:t xml:space="preserve">[30:46] </w:t>
      </w:r>
      <w:r>
        <w:t>kisi ko paisa de dein jaao meri taraf se hajj kar do.</w:t>
      </w:r>
    </w:p>
    <w:p>
      <w:pPr>
        <w:jc w:val="right"/>
      </w:pPr>
      <w:r>
        <w:t>کسی کو پیسہ دے دیں جاؤ میری طرف سے حج کر دو۔</w:t>
      </w:r>
    </w:p>
    <w:p>
      <w:r>
        <w:rPr>
          <w:b/>
        </w:rPr>
        <w:t xml:space="preserve">[30:52] </w:t>
      </w:r>
      <w:r>
        <w:t>to yeh is tarah se hajj nahi hota. Ya koi bhi cheez hai kisi ko paisa dein ke meri taraf se namaz parh do. Har cheez jo hai Islam mein woh hai is is mani mein ke aap apne aap ko Involve karein.</w:t>
      </w:r>
    </w:p>
    <w:p>
      <w:pPr>
        <w:jc w:val="right"/>
      </w:pPr>
      <w:r>
        <w:t>تو یہ اس طرح سے حج نہیں ہوتا۔ یا کوئی بھی چیز ہے کسی کو پیسہ دیں کہ میری طرف سے نماز پڑھ دو۔ ہر چیز جو ہے اسلام میں وہ ہے اس اس معنی میں کہ آپ اپنے آپ کو Involve کریں۔</w:t>
      </w:r>
    </w:p>
    <w:p>
      <w:r>
        <w:rPr>
          <w:b/>
        </w:rPr>
        <w:t xml:space="preserve">[31:08] </w:t>
      </w:r>
      <w:r>
        <w:t>dawat mein apne aap ko Involve karna hai.</w:t>
      </w:r>
    </w:p>
    <w:p>
      <w:pPr>
        <w:jc w:val="right"/>
      </w:pPr>
      <w:r>
        <w:t>دعوت میں اپنے آپ کو Involve کرنا ہے۔</w:t>
      </w:r>
    </w:p>
    <w:p>
      <w:r>
        <w:rPr>
          <w:b/>
        </w:rPr>
        <w:t xml:space="preserve">[31:10] </w:t>
      </w:r>
      <w:r>
        <w:t>agar aap daawti kaam na karein. Aur kisi ko tankhwah rakh dein tankhwah par ke jaao meri taraf se tum daawti kaam kar do. Mein tum ko mahine mein itna paisa de doonga.</w:t>
      </w:r>
    </w:p>
    <w:p>
      <w:pPr>
        <w:jc w:val="right"/>
      </w:pPr>
      <w:r>
        <w:t>اگر آپ دعوتی کام نہ کریں۔ اور کسی کو تنخواہ رکھ دیں تنخواہ پر کہ جاؤ میری طرف سے تم دعوتی کام کر دو۔ میں تم کو مہینے میں اتنا پیسہ دے دوں گا۔</w:t>
      </w:r>
    </w:p>
    <w:p>
      <w:r>
        <w:rPr>
          <w:b/>
        </w:rPr>
        <w:t xml:space="preserve">[31:21] </w:t>
      </w:r>
      <w:r>
        <w:t>tab bhi woh aap ka farz ada nahi hua.</w:t>
      </w:r>
    </w:p>
    <w:p>
      <w:pPr>
        <w:jc w:val="right"/>
      </w:pPr>
      <w:r>
        <w:t>تب بھی وہ آپ کا فرض ادا نہیں ہوا۔</w:t>
      </w:r>
    </w:p>
    <w:p>
      <w:r>
        <w:rPr>
          <w:b/>
        </w:rPr>
        <w:t xml:space="preserve">[31:27] </w:t>
      </w:r>
      <w:r>
        <w:t>aap ka farz ada nahi hua. Kisi bhi darje mein aap Khuda chahta hai ke aap ne apne aap ko Involve kiya ho.</w:t>
      </w:r>
    </w:p>
    <w:p>
      <w:pPr>
        <w:jc w:val="right"/>
      </w:pPr>
      <w:r>
        <w:t>آپ کا فرض ادا نہیں ہوا۔ کسی بھی درجے میں آپ خدا چاہتا ہے کہ آپ نے اپنے آپ کو Involve کیا ہو۔</w:t>
      </w:r>
    </w:p>
    <w:p>
      <w:r>
        <w:rPr>
          <w:b/>
        </w:rPr>
        <w:t xml:space="preserve">[31:37] </w:t>
      </w:r>
      <w:r>
        <w:t>jis darje mein aap ke bas mein hai.</w:t>
      </w:r>
    </w:p>
    <w:p>
      <w:pPr>
        <w:jc w:val="right"/>
      </w:pPr>
      <w:r>
        <w:t>جس درجے میں آپ کے بس میں ہے۔</w:t>
      </w:r>
    </w:p>
    <w:p>
      <w:r>
        <w:rPr>
          <w:b/>
        </w:rPr>
        <w:t xml:space="preserve">[31:41] </w:t>
      </w:r>
      <w:r>
        <w:t>Quran mein hai ke la yukallifullahu nafsan illa wus'aha Allah aadmi ko itna hi ke liye mukallaf karta hai jo us ke was' mein ho.</w:t>
      </w:r>
    </w:p>
    <w:p>
      <w:pPr>
        <w:jc w:val="right"/>
      </w:pPr>
      <w:r>
        <w:t>قرآن میں ہے کہ لا اکلف اللہ نفسا الا وسعا اللہ آدمی کو اتنا ہی کے لیے مکلف کرتا ہے جو اس کے وسع میں ہو۔</w:t>
      </w:r>
    </w:p>
    <w:p>
      <w:r>
        <w:rPr>
          <w:b/>
        </w:rPr>
        <w:t xml:space="preserve">[31:54] </w:t>
      </w:r>
      <w:r>
        <w:t>yani jo aadmi ke bas mein ho.</w:t>
      </w:r>
    </w:p>
    <w:p>
      <w:pPr>
        <w:jc w:val="right"/>
      </w:pPr>
      <w:r>
        <w:t>یعنی جو آدمی کے بس میں ہو۔</w:t>
      </w:r>
    </w:p>
    <w:p>
      <w:r>
        <w:rPr>
          <w:b/>
        </w:rPr>
        <w:t xml:space="preserve">[31:59] </w:t>
      </w:r>
      <w:r>
        <w:t>jo aadmi kar sake. Jo kar sake.</w:t>
      </w:r>
    </w:p>
    <w:p>
      <w:pPr>
        <w:jc w:val="right"/>
      </w:pPr>
      <w:r>
        <w:t>جو آدمی کر سکے۔ جو کر سکے۔</w:t>
      </w:r>
    </w:p>
    <w:p>
      <w:r>
        <w:rPr>
          <w:b/>
        </w:rPr>
        <w:t xml:space="preserve">[32:08] </w:t>
      </w:r>
      <w:r>
        <w:t>to aap</w:t>
      </w:r>
    </w:p>
    <w:p>
      <w:pPr>
        <w:jc w:val="right"/>
      </w:pPr>
      <w:r>
        <w:t>تو آپ</w:t>
      </w:r>
    </w:p>
    <w:p>
      <w:r>
        <w:rPr>
          <w:b/>
        </w:rPr>
        <w:t xml:space="preserve">[32:12] </w:t>
      </w:r>
      <w:r>
        <w:t>yani farz kijiye koi amal hai Islam ka woh amal aap ke bas mein nahi hai to to is koi aur cheez hogi jo aap ke bas mein hogi woh aap karein.</w:t>
      </w:r>
    </w:p>
    <w:p>
      <w:pPr>
        <w:jc w:val="right"/>
      </w:pPr>
      <w:r>
        <w:t>یعنی فرض کیجیے کوئی عمل ہے اسلام کا وہ عمل آپ کے بس میں نہیں ہے تو تو اس کوئی اور چیز ہوگی جو آپ کے بس میں ہوگی وہ آپ کریں۔</w:t>
      </w:r>
    </w:p>
    <w:p>
      <w:r>
        <w:rPr>
          <w:b/>
        </w:rPr>
        <w:t xml:space="preserve">[32:26] </w:t>
      </w:r>
      <w:r>
        <w:t>taake Allah Ta'ala ke haan ya farishton ke register mein aap ka Involvement jo hai woh likh jaye. Aap ka Involvement likh jaye.</w:t>
      </w:r>
    </w:p>
    <w:p>
      <w:pPr>
        <w:jc w:val="right"/>
      </w:pPr>
      <w:r>
        <w:t>تاکہ اللہ تعالیٰ کے ہاں یا فرشتوں کے رجسٹر میں آپ کا Involvement جو ہے وہ لکھ جائے۔ آپ کا Involvement لکھ جائے۔</w:t>
      </w:r>
    </w:p>
    <w:p>
      <w:r>
        <w:rPr>
          <w:b/>
        </w:rPr>
        <w:t xml:space="preserve">[32:38] </w:t>
      </w:r>
      <w:r>
        <w:t>yaad rakhiye jitne bhi a'maal Islam mein hain. Un sab ka maqsad hai Khuda aap ka Involvement dekhna chahta hai.</w:t>
      </w:r>
    </w:p>
    <w:p>
      <w:pPr>
        <w:jc w:val="right"/>
      </w:pPr>
      <w:r>
        <w:t>یاد رکھیے جتنے بھی اعمال اسلام میں ہیں۔ ان سب کا مقصد ہے خدا آپ کا Involvement دیکھنا چاہتا ہے۔</w:t>
      </w:r>
    </w:p>
    <w:p>
      <w:r>
        <w:rPr>
          <w:b/>
        </w:rPr>
        <w:t xml:space="preserve">[32:51] </w:t>
      </w:r>
      <w:r>
        <w:t>chahe woh imaan ho, chahe namaz ho, roza ho, hajj ho, zakat ho, dawat ila Allah ho, koi bhi kaam ho.</w:t>
      </w:r>
    </w:p>
    <w:p>
      <w:pPr>
        <w:jc w:val="right"/>
      </w:pPr>
      <w:r>
        <w:t>چاہے وہ ایمان ہو، چاہے نماز ہو، روزہ ہو، حج ہو، زکوۃ ہو، دعوت الی اللہ ہو، کوئی بھی کام ہو۔</w:t>
      </w:r>
    </w:p>
    <w:p>
      <w:r>
        <w:rPr>
          <w:b/>
        </w:rPr>
        <w:t xml:space="preserve">[33:04] </w:t>
      </w:r>
      <w:r>
        <w:t>to Ramzan mein dekhiye kyunke ma'amlaat toot'te hain.</w:t>
      </w:r>
    </w:p>
    <w:p>
      <w:pPr>
        <w:jc w:val="right"/>
      </w:pPr>
      <w:r>
        <w:t>تو رمضان میں دیکھیے کیونکہ معاملات ٹوٹتے ہیں۔</w:t>
      </w:r>
    </w:p>
    <w:p>
      <w:r>
        <w:rPr>
          <w:b/>
        </w:rPr>
        <w:t xml:space="preserve">[33:11] </w:t>
      </w:r>
      <w:r>
        <w:t>Basic need par jab rok lagai jaye gi to mamlaat to lazman tootain ge.</w:t>
      </w:r>
    </w:p>
    <w:p>
      <w:pPr>
        <w:jc w:val="right"/>
      </w:pPr>
      <w:r>
        <w:t>Basic need پر جب روک لگائی جائے گی تو معاملات تو لازماً ٹوٹیں گے۔</w:t>
      </w:r>
    </w:p>
    <w:p>
      <w:r>
        <w:rPr>
          <w:b/>
        </w:rPr>
        <w:t xml:space="preserve">[33:18] </w:t>
      </w:r>
      <w:r>
        <w:t>Jab mamlaat tootain ge to isi ka naam to Experience hai.</w:t>
      </w:r>
    </w:p>
    <w:p>
      <w:pPr>
        <w:jc w:val="right"/>
      </w:pPr>
      <w:r>
        <w:t>جب معاملات ٹوٹیں گے تو اسی کا نام تو Experience ہے۔</w:t>
      </w:r>
    </w:p>
    <w:p>
      <w:r>
        <w:rPr>
          <w:b/>
        </w:rPr>
        <w:t xml:space="preserve">[33:25] </w:t>
      </w:r>
      <w:r>
        <w:t>Tarah tarah ke Experience hon ge aap ko tarah tarah ke Experience hain.</w:t>
      </w:r>
    </w:p>
    <w:p>
      <w:pPr>
        <w:jc w:val="right"/>
      </w:pPr>
      <w:r>
        <w:t>طرح طرح کے Experience ہوں گے آپ کو طرح طرح کے Experience ہیں۔</w:t>
      </w:r>
    </w:p>
    <w:p>
      <w:r>
        <w:rPr>
          <w:b/>
        </w:rPr>
        <w:t xml:space="preserve">[33:32] </w:t>
      </w:r>
      <w:r>
        <w:t>Woh cheez aap ke is mahine ko even Full mahina bana de gi.</w:t>
      </w:r>
    </w:p>
    <w:p>
      <w:pPr>
        <w:jc w:val="right"/>
      </w:pPr>
      <w:r>
        <w:t>وہ چیز آپ کے اس مہینے کو even Full مہینہ بنا دے گی۔</w:t>
      </w:r>
    </w:p>
    <w:p>
      <w:r>
        <w:rPr>
          <w:b/>
        </w:rPr>
        <w:t xml:space="preserve">[33:38] </w:t>
      </w:r>
      <w:r>
        <w:t>Is se aap ko Spiritual Food milna shuru ho jaye ga.</w:t>
      </w:r>
    </w:p>
    <w:p>
      <w:pPr>
        <w:jc w:val="right"/>
      </w:pPr>
      <w:r>
        <w:t>اس سے آپ کو Spiritual Food ملنا شروع ہو جائے گا۔</w:t>
      </w:r>
    </w:p>
    <w:p>
      <w:r>
        <w:rPr>
          <w:b/>
        </w:rPr>
        <w:t xml:space="preserve">[33:42] </w:t>
      </w:r>
      <w:r>
        <w:t>Dekhiye Spirituality kya hai koi Mysterious cheez nahi hai.</w:t>
      </w:r>
    </w:p>
    <w:p>
      <w:pPr>
        <w:jc w:val="right"/>
      </w:pPr>
      <w:r>
        <w:t>دیکھیے Spirituality کیا ہے کوئی Mysterious چیز نہیں ہے۔</w:t>
      </w:r>
    </w:p>
    <w:p>
      <w:r>
        <w:rPr>
          <w:b/>
        </w:rPr>
        <w:t xml:space="preserve">[33:48] </w:t>
      </w:r>
      <w:r>
        <w:t>Koi raaz raaz ki baat nahi hai. Koi koi purasrar cheez nahi hai.</w:t>
      </w:r>
    </w:p>
    <w:p>
      <w:pPr>
        <w:jc w:val="right"/>
      </w:pPr>
      <w:r>
        <w:t>کوئی راز راز کی بات نہیں ہے۔ کوئی کوئی پراسرار چیز نہیں ہے۔</w:t>
      </w:r>
    </w:p>
    <w:p>
      <w:r>
        <w:rPr>
          <w:b/>
        </w:rPr>
        <w:t xml:space="preserve">[33:57] </w:t>
      </w:r>
      <w:r>
        <w:t>Spirituality naam hai Material cheezon se Spiritual Content ko Extract karna.</w:t>
      </w:r>
    </w:p>
    <w:p>
      <w:pPr>
        <w:jc w:val="right"/>
      </w:pPr>
      <w:r>
        <w:t>Spirituality نام ہے Material چیزوں سے Spiritual Content کو Extract کرنا۔</w:t>
      </w:r>
    </w:p>
    <w:p>
      <w:r>
        <w:rPr>
          <w:b/>
        </w:rPr>
        <w:t xml:space="preserve">[34:06] </w:t>
      </w:r>
      <w:r>
        <w:t>Extract ha</w:t>
      </w:r>
    </w:p>
    <w:p>
      <w:pPr>
        <w:jc w:val="right"/>
      </w:pPr>
      <w:r>
        <w:t>Extract ہ</w:t>
      </w:r>
    </w:p>
    <w:p>
      <w:r>
        <w:rPr>
          <w:b/>
        </w:rPr>
        <w:t xml:space="preserve">[34:10] </w:t>
      </w:r>
      <w:r>
        <w:t>r Material cheez mein aik Inner Contact Content hota hai. Har Material cheez mein. Woh aap aap ka Mind agar Active hai.</w:t>
      </w:r>
    </w:p>
    <w:p>
      <w:pPr>
        <w:jc w:val="right"/>
      </w:pPr>
      <w:r>
        <w:t>ر Material چیز میں ایک Inner Contact Content ہوتا ہے۔ ہر Material چیز میں۔ وہ آپ آپ کا Mind اگر Active ہے۔</w:t>
      </w:r>
    </w:p>
    <w:p>
      <w:r>
        <w:rPr>
          <w:b/>
        </w:rPr>
        <w:t xml:space="preserve">[34:20] </w:t>
      </w:r>
      <w:r>
        <w:t>Aap ka Mind agar Alive hai. Aap ka Mind agar Awakened hai. To koi bhi Experience chahe kitna hi zyada Material ho woh.</w:t>
      </w:r>
    </w:p>
    <w:p>
      <w:pPr>
        <w:jc w:val="right"/>
      </w:pPr>
      <w:r>
        <w:t>آپ کا Mind اگر Alive ہے۔ آپ کا Mind اگر Awakened ہے۔ تو کوئی بھی Experience چاہے کتنا ہی زیادہ Material ہو وہ۔</w:t>
      </w:r>
    </w:p>
    <w:p>
      <w:r>
        <w:rPr>
          <w:b/>
        </w:rPr>
        <w:t xml:space="preserve">[34:33] </w:t>
      </w:r>
      <w:r>
        <w:t>Is mein aap ko aik Inner Content mile ga. Isi ko aap keh sakte hain Spiritual Content.</w:t>
      </w:r>
    </w:p>
    <w:p>
      <w:pPr>
        <w:jc w:val="right"/>
      </w:pPr>
      <w:r>
        <w:t>اس میں آپ کو ایک Inner Content ملے گا۔ اسی کو آپ کہہ سکتے ہیں Spiritual Content۔</w:t>
      </w:r>
    </w:p>
    <w:p>
      <w:r>
        <w:rPr>
          <w:b/>
        </w:rPr>
        <w:t xml:space="preserve">[34:42] </w:t>
      </w:r>
      <w:r>
        <w:t>Isi ko Quran mein tasawwum kaha gaya hai. Tasawwum kya hai? Lesson nikalna.</w:t>
      </w:r>
    </w:p>
    <w:p>
      <w:pPr>
        <w:jc w:val="right"/>
      </w:pPr>
      <w:r>
        <w:t>اسی کو قرآن میں توسم کہا گیا ہے۔ توسم کیا ہے؟ Lesson نکالنا۔</w:t>
      </w:r>
    </w:p>
    <w:p>
      <w:r>
        <w:rPr>
          <w:b/>
        </w:rPr>
        <w:t xml:space="preserve">[34:51] </w:t>
      </w:r>
      <w:r>
        <w:t>Isi Spiritual is Content ko Discover karna. Yeh tasawwum hai.</w:t>
      </w:r>
    </w:p>
    <w:p>
      <w:pPr>
        <w:jc w:val="right"/>
      </w:pPr>
      <w:r>
        <w:t>اسی Spiritual اس Content کو Discover کرنا۔ یہ توسم ہے۔</w:t>
      </w:r>
    </w:p>
    <w:p>
      <w:r>
        <w:rPr>
          <w:b/>
        </w:rPr>
        <w:t xml:space="preserve">[35:01] </w:t>
      </w:r>
      <w:r>
        <w:t>To agar zindagi bohat hi bilkul Smooth zindagi ho. Support zindagi ho. Aap ko na bhook lagay na piyas lagay.</w:t>
      </w:r>
    </w:p>
    <w:p>
      <w:pPr>
        <w:jc w:val="right"/>
      </w:pPr>
      <w:r>
        <w:t>تو اگر زندگی بہت ہی بالکل Smooth زندگی ہو۔ Support زندگی ہو۔ آپ کو نہ بھوک لگے نہ پیاس لگے۔</w:t>
      </w:r>
    </w:p>
    <w:p>
      <w:r>
        <w:rPr>
          <w:b/>
        </w:rPr>
        <w:t xml:space="preserve">[35:12] </w:t>
      </w:r>
      <w:r>
        <w:t>Na koi pareshani ho. To kya ho ga? Aap ki zindagi tajrubaat se khaali ho jaye gi.</w:t>
      </w:r>
    </w:p>
    <w:p>
      <w:pPr>
        <w:jc w:val="right"/>
      </w:pPr>
      <w:r>
        <w:t>نہ کوئی پریشانی ہو۔ تو کیا ہو گا؟ آپ کی زندگی تجربات سے خالی ہو جائے گی۔</w:t>
      </w:r>
    </w:p>
    <w:p>
      <w:r>
        <w:rPr>
          <w:b/>
        </w:rPr>
        <w:t xml:space="preserve">[35:23] </w:t>
      </w:r>
      <w:r>
        <w:t>Quran mein hai ke laqad khalaqnal insana fi kabad</w:t>
      </w:r>
    </w:p>
    <w:p>
      <w:pPr>
        <w:jc w:val="right"/>
      </w:pPr>
      <w:r>
        <w:t>قرآن میں ہے کہ لقد خلقنا الانسان فی کبد</w:t>
      </w:r>
    </w:p>
    <w:p>
      <w:r>
        <w:rPr>
          <w:b/>
        </w:rPr>
        <w:t xml:space="preserve">[35:28] </w:t>
      </w:r>
      <w:r>
        <w:t>Insan ko paida kiya gaya hai mushkilat mein masaaib mein Hardship mein Problem mein to kyun?</w:t>
      </w:r>
    </w:p>
    <w:p>
      <w:pPr>
        <w:jc w:val="right"/>
      </w:pPr>
      <w:r>
        <w:t>انسان کو پیدا کیا گیا ہے مشکلات میں مصیبتوں میں Hardship میں Problem میں تو کیوں؟</w:t>
      </w:r>
    </w:p>
    <w:p>
      <w:r>
        <w:rPr>
          <w:b/>
        </w:rPr>
        <w:t xml:space="preserve">[35:40] </w:t>
      </w:r>
      <w:r>
        <w:t>Kya Allah taala ko aap se kuch zid hai? Nahi. Kyun ke isi se tajrubaat atay hain.</w:t>
      </w:r>
    </w:p>
    <w:p>
      <w:pPr>
        <w:jc w:val="right"/>
      </w:pPr>
      <w:r>
        <w:t>کیا اللہ تعالیٰ کو آپ سے کچھ ضد ہے؟ نہیں۔ کیونکہ اسی سے تجربات آتے ہیں۔</w:t>
      </w:r>
    </w:p>
    <w:p>
      <w:r>
        <w:rPr>
          <w:b/>
        </w:rPr>
        <w:t xml:space="preserve">[35:49] </w:t>
      </w:r>
      <w:r>
        <w:t>Jab tarah tarah ka aap ki zindagi mein utaar charhao ho ga.</w:t>
      </w:r>
    </w:p>
    <w:p>
      <w:pPr>
        <w:jc w:val="right"/>
      </w:pPr>
      <w:r>
        <w:t>جب طرح طرح کا آپ کی زندگی میں اتار چڑھاؤ ہو گا۔</w:t>
      </w:r>
    </w:p>
    <w:p>
      <w:r>
        <w:rPr>
          <w:b/>
        </w:rPr>
        <w:t xml:space="preserve">[35:55] </w:t>
      </w:r>
      <w:r>
        <w:t>Isi mein aap ko Experience milen ge. Isi mein aap ka Mind jaage ga. Isi se aap is qabil ho jayen ge ke aap is ke Inner Content ko Extract kar saken.</w:t>
      </w:r>
    </w:p>
    <w:p>
      <w:pPr>
        <w:jc w:val="right"/>
      </w:pPr>
      <w:r>
        <w:t>اسی میں آپ کو Experience ملیں گے۔ اسی میں آپ کا Mind جاگے گا۔ اسی سے آپ اس قابل ہو جائیں گے کہ آپ اس کے Inner Content کو Extract کر سکیں۔</w:t>
      </w:r>
    </w:p>
    <w:p>
      <w:r>
        <w:rPr>
          <w:b/>
        </w:rPr>
        <w:t xml:space="preserve">[36:13] </w:t>
      </w:r>
      <w:r>
        <w:t>To tajruba bohat bari cheez hoti hai.</w:t>
      </w:r>
    </w:p>
    <w:p>
      <w:pPr>
        <w:jc w:val="right"/>
      </w:pPr>
      <w:r>
        <w:t>تو تجربہ بہت بڑی چیز ہوتی ہے۔</w:t>
      </w:r>
    </w:p>
    <w:p>
      <w:r>
        <w:rPr>
          <w:b/>
        </w:rPr>
        <w:t xml:space="preserve">[36:16] </w:t>
      </w:r>
      <w:r>
        <w:t>Phir dekhiye roze ko hadith mein kaha gaya hai shahr al sabr. Sabr ka mahina. Sabr ka matlab hai Patience.</w:t>
      </w:r>
    </w:p>
    <w:p>
      <w:pPr>
        <w:jc w:val="right"/>
      </w:pPr>
      <w:r>
        <w:t>پھر دیکھیے روزے کو حدیث میں کہا گیا ہے شہر الصبر۔ صبر کا مہینہ۔ صبر کا مطلب ہے Patience۔</w:t>
      </w:r>
    </w:p>
    <w:p>
      <w:r>
        <w:rPr>
          <w:b/>
        </w:rPr>
        <w:t xml:space="preserve">[36:28] </w:t>
      </w:r>
      <w:r>
        <w:t>Patience ka mahina. Dekhiye Patience jo hai zindagi mein yani sab se bari cheez hai.</w:t>
      </w:r>
    </w:p>
    <w:p>
      <w:pPr>
        <w:jc w:val="right"/>
      </w:pPr>
      <w:r>
        <w:t>Patience کا مہینہ۔ دیکھیے Patience جو ہے زندگی میں یعنی سب سے بڑی چیز ہے۔</w:t>
      </w:r>
    </w:p>
    <w:p>
      <w:r>
        <w:rPr>
          <w:b/>
        </w:rPr>
        <w:t xml:space="preserve">[36:37] </w:t>
      </w:r>
      <w:r>
        <w:t>Patience.</w:t>
      </w:r>
    </w:p>
    <w:p>
      <w:pPr>
        <w:jc w:val="right"/>
      </w:pPr>
      <w:r>
        <w:t>Patience۔</w:t>
      </w:r>
    </w:p>
    <w:p>
      <w:r>
        <w:rPr>
          <w:b/>
        </w:rPr>
        <w:t xml:space="preserve">[36:40] </w:t>
      </w:r>
      <w:r>
        <w:t>aaj subah mein radio par sun raha tha. to aik aik artist ka interview aa raha tha.</w:t>
      </w:r>
    </w:p>
    <w:p>
      <w:pPr>
        <w:jc w:val="right"/>
      </w:pPr>
      <w:r>
        <w:t>آج صبح میں ریڈیو پر سن رہا تھا۔ تو ایک ایک آرٹسٹ کا انٹرویو آ رہا تھا۔</w:t>
      </w:r>
    </w:p>
    <w:p>
      <w:r>
        <w:rPr>
          <w:b/>
        </w:rPr>
        <w:t xml:space="preserve">[36:51] </w:t>
      </w:r>
      <w:r>
        <w:t>aaj hi subah ki baat hai.</w:t>
      </w:r>
    </w:p>
    <w:p>
      <w:pPr>
        <w:jc w:val="right"/>
      </w:pPr>
      <w:r>
        <w:t>آج ہی صبح کی بات ہے۔</w:t>
      </w:r>
    </w:p>
    <w:p>
      <w:r>
        <w:rPr>
          <w:b/>
        </w:rPr>
        <w:t xml:space="preserve">[36:55] </w:t>
      </w:r>
      <w:r>
        <w:t>aal india radio par. to is se poocha gaya is artist se.</w:t>
      </w:r>
    </w:p>
    <w:p>
      <w:pPr>
        <w:jc w:val="right"/>
      </w:pPr>
      <w:r>
        <w:t>آل انڈیا ریڈیو پر۔ تو اس سے پوچھا گیا اس آرٹسٹ سے۔</w:t>
      </w:r>
    </w:p>
    <w:p>
      <w:r>
        <w:rPr>
          <w:b/>
        </w:rPr>
        <w:t xml:space="preserve">[37:06] </w:t>
      </w:r>
      <w:r>
        <w:t>ke what makes an artist a great artist?</w:t>
      </w:r>
    </w:p>
    <w:p>
      <w:pPr>
        <w:jc w:val="right"/>
      </w:pPr>
      <w:r>
        <w:t>کہ What makes an artist a great artist؟</w:t>
      </w:r>
    </w:p>
    <w:p>
      <w:r>
        <w:rPr>
          <w:b/>
        </w:rPr>
        <w:t xml:space="preserve">[37:11] </w:t>
      </w:r>
      <w:r>
        <w:t>koi artist bara artist kaise banta hai?</w:t>
      </w:r>
    </w:p>
    <w:p>
      <w:pPr>
        <w:jc w:val="right"/>
      </w:pPr>
      <w:r>
        <w:t>کوئی آرٹسٹ بڑا آرٹسٹ کیسے بنتا ہے؟</w:t>
      </w:r>
    </w:p>
    <w:p>
      <w:r>
        <w:rPr>
          <w:b/>
        </w:rPr>
        <w:t xml:space="preserve">[37:18] </w:t>
      </w:r>
      <w:r>
        <w:t>is ne kaha in a single word patience. patience sabr tahammul bardasht.</w:t>
      </w:r>
    </w:p>
    <w:p>
      <w:pPr>
        <w:jc w:val="right"/>
      </w:pPr>
      <w:r>
        <w:t>اس نے کہا in a single word Patience۔ Patience صبر تحمل برداشت۔</w:t>
      </w:r>
    </w:p>
    <w:p>
      <w:r>
        <w:rPr>
          <w:b/>
        </w:rPr>
        <w:t xml:space="preserve">[37:31] </w:t>
      </w:r>
      <w:r>
        <w:t>yani artist ko bara artist banne ke liye sab se bari cheez jo chahiye woh hai sabr tahammul bardasht. kyun?</w:t>
      </w:r>
    </w:p>
    <w:p>
      <w:pPr>
        <w:jc w:val="right"/>
      </w:pPr>
      <w:r>
        <w:t>یعنی آرٹسٹ کو بڑا آرٹسٹ بننے کے لیے سب سے بڑی چیز جو چاہیے وہ ہے صبر تحمل برداشت۔ کیوں؟</w:t>
      </w:r>
    </w:p>
    <w:p>
      <w:r>
        <w:rPr>
          <w:b/>
        </w:rPr>
        <w:t xml:space="preserve">[37:42] </w:t>
      </w:r>
      <w:r>
        <w:t>aik lambi koshish karni parti hai.</w:t>
      </w:r>
    </w:p>
    <w:p>
      <w:pPr>
        <w:jc w:val="right"/>
      </w:pPr>
      <w:r>
        <w:t>ایک لمبی کوشش کرنی پڑتی ہے۔</w:t>
      </w:r>
    </w:p>
    <w:p>
      <w:r>
        <w:rPr>
          <w:b/>
        </w:rPr>
        <w:t xml:space="preserve">[37:47] </w:t>
      </w:r>
      <w:r>
        <w:t>kitne saare distractions se apne ko bachana parta hai. kitne mauqe par apne emotions ko kill karna parta hai. tab ja kar aap aik acha artist bante hain.</w:t>
      </w:r>
    </w:p>
    <w:p>
      <w:pPr>
        <w:jc w:val="right"/>
      </w:pPr>
      <w:r>
        <w:t>کتنے سارے Distractions سے اپنے کو بچانا پڑتا ہے۔ کتنے مواقع پر اپنے Emotions کو Kill کرنا پڑتا ہے۔ تب جا کر آپ ایک اچھا آرٹسٹ بنتے ہیں۔</w:t>
      </w:r>
    </w:p>
    <w:p>
      <w:r>
        <w:rPr>
          <w:b/>
        </w:rPr>
        <w:t xml:space="preserve">[38:03] </w:t>
      </w:r>
      <w:r>
        <w:t>yeh baat poochi gayi newton se.</w:t>
      </w:r>
    </w:p>
    <w:p>
      <w:pPr>
        <w:jc w:val="right"/>
      </w:pPr>
      <w:r>
        <w:t>یہ بات پوچھی گئی نیوٹن سے۔</w:t>
      </w:r>
    </w:p>
    <w:p>
      <w:r>
        <w:rPr>
          <w:b/>
        </w:rPr>
        <w:t xml:space="preserve">[38:08] </w:t>
      </w:r>
      <w:r>
        <w:t>to is ne kaha ke acha scientist banne ke liye is ne bhi yeh kaha tha ke patience.</w:t>
      </w:r>
    </w:p>
    <w:p>
      <w:pPr>
        <w:jc w:val="right"/>
      </w:pPr>
      <w:r>
        <w:t>تو اس نے کہا کہ اچھا سائنٹسٹ بننے کے لیے اس نے بھی یہ کہا تھا کہ Patience۔</w:t>
      </w:r>
    </w:p>
    <w:p>
      <w:r>
        <w:rPr>
          <w:b/>
        </w:rPr>
        <w:t xml:space="preserve">[38:16] </w:t>
      </w:r>
      <w:r>
        <w:t>apne bare mein is ne kaha tha ke i have no special sagacity only the power of patient thought</w:t>
      </w:r>
    </w:p>
    <w:p>
      <w:pPr>
        <w:jc w:val="right"/>
      </w:pPr>
      <w:r>
        <w:t>اپنے بارے میں اس نے کہا تھا کہ I have no special sagacity only the power of patient thought</w:t>
      </w:r>
    </w:p>
    <w:p>
      <w:r>
        <w:rPr>
          <w:b/>
        </w:rPr>
        <w:t xml:space="preserve">[38:25] </w:t>
      </w:r>
      <w:r>
        <w:t>. to dekhiye chahe art ka mamla ho. chahe science ka mamla ho. aur chahe deen ka mamla ho.</w:t>
      </w:r>
    </w:p>
    <w:p>
      <w:pPr>
        <w:jc w:val="right"/>
      </w:pPr>
      <w:r>
        <w:t>۔ تو دیکھیے چاہے آرٹ کا معاملہ ہو۔ چاہے سائنس کا معاملہ ہو۔ اور چاہے دین کا معاملہ ہو۔</w:t>
      </w:r>
    </w:p>
    <w:p>
      <w:r>
        <w:rPr>
          <w:b/>
        </w:rPr>
        <w:t xml:space="preserve">[38:37] </w:t>
      </w:r>
      <w:r>
        <w:t>har mamle mein</w:t>
      </w:r>
    </w:p>
    <w:p>
      <w:pPr>
        <w:jc w:val="right"/>
      </w:pPr>
      <w:r>
        <w:t>ہر معاملے میں</w:t>
      </w:r>
    </w:p>
    <w:p>
      <w:r>
        <w:rPr>
          <w:b/>
        </w:rPr>
        <w:t xml:space="preserve">[38:41] </w:t>
      </w:r>
      <w:r>
        <w:t>aala darje tak pahunchne ke liye jo sab se bari cheez darkar hai woh hai patience</w:t>
      </w:r>
    </w:p>
    <w:p>
      <w:pPr>
        <w:jc w:val="right"/>
      </w:pPr>
      <w:r>
        <w:t>اعلیٰ درجے تک پہنچنے کے لیے جو سب سے بڑی چیز درکار ہے وہ ہے Patience</w:t>
      </w:r>
    </w:p>
    <w:p>
      <w:r>
        <w:rPr>
          <w:b/>
        </w:rPr>
        <w:t xml:space="preserve">[38:48] </w:t>
      </w:r>
      <w:r>
        <w:t>. aik baar aik aadmi rasool ALLAH sallallahu alaihi wasallam ke paas aaya. to is ne kaha ke ya rasool ALLAH aalmani kalmaat aisha behan wala taqseer alaihi fa inasa bara ajeeb sawal kiya is ne.</w:t>
      </w:r>
    </w:p>
    <w:p>
      <w:pPr>
        <w:jc w:val="right"/>
      </w:pPr>
      <w:r>
        <w:t>۔ ایک بار ایک آدمی رسول اللہ صلی اللہ علیہ وسلم کے پاس آیا۔ تو اس نے کہا کہ یا رسول اللہ علمنی کلمات عائشہ بہن ولا تقصر علیہ فانسا بڑا عجیب سوال کیا اس نے۔</w:t>
      </w:r>
    </w:p>
    <w:p>
      <w:r>
        <w:rPr>
          <w:b/>
        </w:rPr>
        <w:t xml:space="preserve">[39:09] </w:t>
      </w:r>
      <w:r>
        <w:t>is ne kaha ke aey ALLAH ke rasool</w:t>
      </w:r>
    </w:p>
    <w:p>
      <w:pPr>
        <w:jc w:val="right"/>
      </w:pPr>
      <w:r>
        <w:t>اس نے کہا کہ اے خدا کے رسول</w:t>
      </w:r>
    </w:p>
    <w:p>
      <w:r>
        <w:rPr>
          <w:b/>
        </w:rPr>
        <w:t xml:space="preserve">[39:14] </w:t>
      </w:r>
      <w:r>
        <w:t>mujhe koi baat bataiye.</w:t>
      </w:r>
    </w:p>
    <w:p>
      <w:pPr>
        <w:jc w:val="right"/>
      </w:pPr>
      <w:r>
        <w:t>مجھے کوئی بات بتائیے۔</w:t>
      </w:r>
    </w:p>
    <w:p>
      <w:r>
        <w:rPr>
          <w:b/>
        </w:rPr>
        <w:t xml:space="preserve">[39:21] </w:t>
      </w:r>
      <w:r>
        <w:t>lekin woh lambi baat na ho ke main bhool jaon.</w:t>
      </w:r>
    </w:p>
    <w:p>
      <w:pPr>
        <w:jc w:val="right"/>
      </w:pPr>
      <w:r>
        <w:t>لیکن وہ لمبی بات نہ ہو کہ میں بھول جاؤں۔</w:t>
      </w:r>
    </w:p>
    <w:p>
      <w:r>
        <w:rPr>
          <w:b/>
        </w:rPr>
        <w:t xml:space="preserve">[39:29] </w:t>
      </w:r>
      <w:r>
        <w:t>aur isi mein jee sakoon. wohi meri master formula ban jaye zindagi ka.</w:t>
      </w:r>
    </w:p>
    <w:p>
      <w:pPr>
        <w:jc w:val="right"/>
      </w:pPr>
      <w:r>
        <w:t>اور اسی میں جی سکوں۔ وہی میری ماسٹر فارمولا بن جائے زندگی کا۔</w:t>
      </w:r>
    </w:p>
    <w:p>
      <w:r>
        <w:rPr>
          <w:b/>
        </w:rPr>
        <w:t xml:space="preserve">[39:41] </w:t>
      </w:r>
      <w:r>
        <w:t>yun doosre lafzon mein kahoon ga ke ke is ne kaha ke o o prophet give me a master advice to manage all the affairs of my life.</w:t>
      </w:r>
    </w:p>
    <w:p>
      <w:pPr>
        <w:jc w:val="right"/>
      </w:pPr>
      <w:r>
        <w:t>یوں دوسرے لفظوں میں کہوں گا کہ کہ اس نے کہا کہ او او Prophet give me a master advice to manage all the affairs of my life۔</w:t>
      </w:r>
    </w:p>
    <w:p>
      <w:r>
        <w:rPr>
          <w:b/>
        </w:rPr>
        <w:t xml:space="preserve">[39:58] </w:t>
      </w:r>
      <w:r>
        <w:t>to aap ne farmaya kya la taghzab ghussa tum ghussa na karo. don't be angry.</w:t>
      </w:r>
    </w:p>
    <w:p>
      <w:pPr>
        <w:jc w:val="right"/>
      </w:pPr>
      <w:r>
        <w:t>تو آپ نے فرمایا کیا لا تغضب غصہ تم غصہ نہ کرو۔ Don't be angry۔</w:t>
      </w:r>
    </w:p>
    <w:p>
      <w:r>
        <w:rPr>
          <w:b/>
        </w:rPr>
        <w:t xml:space="preserve">[40:08] </w:t>
      </w:r>
      <w:r>
        <w:t>ab dekhiye ke is ka mut</w:t>
      </w:r>
    </w:p>
    <w:p>
      <w:pPr>
        <w:jc w:val="right"/>
      </w:pPr>
      <w:r>
        <w:t>اب دیکھیے کہ اس کا مط</w:t>
      </w:r>
    </w:p>
    <w:p>
      <w:r>
        <w:rPr>
          <w:b/>
        </w:rPr>
        <w:t xml:space="preserve">[40:09] </w:t>
      </w:r>
      <w:r>
        <w:t>labab kya hua? is ka matlab yeh hai.</w:t>
      </w:r>
    </w:p>
    <w:p>
      <w:pPr>
        <w:jc w:val="right"/>
      </w:pPr>
      <w:r>
        <w:t>لب کیا ہوا؟ اس کا مطلب یہ ہے۔</w:t>
      </w:r>
    </w:p>
    <w:p>
      <w:r>
        <w:rPr>
          <w:b/>
        </w:rPr>
        <w:t xml:space="preserve">[40:13] </w:t>
      </w:r>
      <w:r>
        <w:t>ke agar lafz badal kar ka matlab banayein to yeh ho ga keep patience at the time of provocation.</w:t>
      </w:r>
    </w:p>
    <w:p>
      <w:pPr>
        <w:jc w:val="right"/>
      </w:pPr>
      <w:r>
        <w:t>کہ اگر لفظ بدل کر کا مطلب بنائیں تو یہ ہو گا۔ Keep patience at the time of provocation۔</w:t>
      </w:r>
    </w:p>
    <w:p>
      <w:r>
        <w:rPr>
          <w:b/>
        </w:rPr>
        <w:t xml:space="preserve">[40:23] </w:t>
      </w:r>
      <w:r>
        <w:t>yeh to matlab banega. ghussa kab aata hai? jab koi aap ko bharkaye aap ko mushtael kare koi aap ko provoke karay. khwamkhwah ghussa nahi aata kisi ko.</w:t>
      </w:r>
    </w:p>
    <w:p>
      <w:pPr>
        <w:jc w:val="right"/>
      </w:pPr>
      <w:r>
        <w:t>یہ تو مطلب بنے گا۔ غصہ کب آتا ہے؟ جب کوئی آپ کو بھڑکائے آپ کو مشتعل کرے کوئی آپ کو provoke کرے۔ خوامخواہ غصہ نہیں آتا کسی کو۔</w:t>
      </w:r>
    </w:p>
    <w:p>
      <w:r>
        <w:rPr>
          <w:b/>
        </w:rPr>
        <w:t xml:space="preserve">[40:36] </w:t>
      </w:r>
      <w:r>
        <w:t>aisa koi aadmi nahi jo khwamkhwah hi ghussa karay.</w:t>
      </w:r>
    </w:p>
    <w:p>
      <w:pPr>
        <w:jc w:val="right"/>
      </w:pPr>
      <w:r>
        <w:t>ایسا کوئی آدمی نہیں جو خوامخواہ ہی غصہ کرے۔</w:t>
      </w:r>
    </w:p>
    <w:p>
      <w:r>
        <w:rPr>
          <w:b/>
        </w:rPr>
        <w:t xml:space="preserve">[40:41] </w:t>
      </w:r>
      <w:r>
        <w:t>kisi bagh mein baitha hua akele wahan ghussa karne lage woh. nahi ghussa samaj mein aata hai. logon ke darmiyan aata hai. jab koi aap ko provoke karta hai koi bharkata hai.</w:t>
      </w:r>
    </w:p>
    <w:p>
      <w:pPr>
        <w:jc w:val="right"/>
      </w:pPr>
      <w:r>
        <w:t>کسی باغ میں بیٹھا ہوا اکیلے وہاں غصہ کرنے لگے وہ۔ نہیں غصہ سماج میں آتا ہے۔ لوگوں کے درمیان آتا ہے۔ جب کوئی آپ کو provoke کرتا ہے کوئی بھڑکاتا ہے۔</w:t>
      </w:r>
    </w:p>
    <w:p>
      <w:r>
        <w:rPr>
          <w:b/>
        </w:rPr>
        <w:t xml:space="preserve">[40:55] </w:t>
      </w:r>
      <w:r>
        <w:t>to aap yeh jo farmaya ke la taghzab zindagi ke master ki ghussa na karo.</w:t>
      </w:r>
    </w:p>
    <w:p>
      <w:pPr>
        <w:jc w:val="right"/>
      </w:pPr>
      <w:r>
        <w:t>تو آپ یہ جو فرمایا کہ لا تغضب زندگی کے ماسٹر کی غصہ نہ کرو۔</w:t>
      </w:r>
    </w:p>
    <w:p>
      <w:r>
        <w:rPr>
          <w:b/>
        </w:rPr>
        <w:t xml:space="preserve">[41:05] </w:t>
      </w:r>
      <w:r>
        <w:t>to is ka matlab yeh hoga.</w:t>
      </w:r>
    </w:p>
    <w:p>
      <w:pPr>
        <w:jc w:val="right"/>
      </w:pPr>
      <w:r>
        <w:t>تو اس کا مطلب یہ ہو گا۔</w:t>
      </w:r>
    </w:p>
    <w:p>
      <w:r>
        <w:rPr>
          <w:b/>
        </w:rPr>
        <w:t xml:space="preserve">[41:09] </w:t>
      </w:r>
      <w:r>
        <w:t>ke har haal mein sabr o tahammul ke tareeqay ikhtiyar karo.</w:t>
      </w:r>
    </w:p>
    <w:p>
      <w:pPr>
        <w:jc w:val="right"/>
      </w:pPr>
      <w:r>
        <w:t>کہ ہر حال میں صبر و تحمل کے طریقے اختیار کرو۔</w:t>
      </w:r>
    </w:p>
    <w:p>
      <w:r>
        <w:rPr>
          <w:b/>
        </w:rPr>
        <w:t xml:space="preserve">[41:19] </w:t>
      </w:r>
      <w:r>
        <w:t>Keep patience at the time of provocation. to yeh hai roza.</w:t>
      </w:r>
    </w:p>
    <w:p>
      <w:pPr>
        <w:jc w:val="right"/>
      </w:pPr>
      <w:r>
        <w:t>Keep patience at the time of provocation۔ تو یہ ہے روزہ۔</w:t>
      </w:r>
    </w:p>
    <w:p>
      <w:r>
        <w:rPr>
          <w:b/>
        </w:rPr>
        <w:t xml:space="preserve">[41:31] </w:t>
      </w:r>
      <w:r>
        <w:t>roza jo hai yahi to hai. bhook par sabr karna. piyas par sabr karna. aur sirf bhook piyas ka muamla nahi hai.</w:t>
      </w:r>
    </w:p>
    <w:p>
      <w:pPr>
        <w:jc w:val="right"/>
      </w:pPr>
      <w:r>
        <w:t>روزہ جو ہے یہی تو ہے۔ بھوک پر صبر کرنا۔ پیاس پر صبر کرنا۔ اور صرف بھوک پیاس کا معاملہ نہیں ہے۔</w:t>
      </w:r>
    </w:p>
    <w:p>
      <w:r>
        <w:rPr>
          <w:b/>
        </w:rPr>
        <w:t xml:space="preserve">[41:43] </w:t>
      </w:r>
      <w:r>
        <w:t>muamlaat tootnay par sabr karna. sone jaagane ke auqaat badalte hain. muamlaat badalte hain.</w:t>
      </w:r>
    </w:p>
    <w:p>
      <w:pPr>
        <w:jc w:val="right"/>
      </w:pPr>
      <w:r>
        <w:t>معاملات ٹوٹنے پر صبر کرنا۔ سونے جاگنے کے اوقات بدلتے ہیں۔ معاملات بدلتے ہیں۔</w:t>
      </w:r>
    </w:p>
    <w:p>
      <w:r>
        <w:rPr>
          <w:b/>
        </w:rPr>
        <w:t xml:space="preserve">[41:54] </w:t>
      </w:r>
      <w:r>
        <w:t>yani har cheez mein badlao aata hai Ramzan ke zamanay mein.</w:t>
      </w:r>
    </w:p>
    <w:p>
      <w:pPr>
        <w:jc w:val="right"/>
      </w:pPr>
      <w:r>
        <w:t>یعنی ہر چیز میں بدلاؤ آتا ہے رمضان کے زمانے میں۔</w:t>
      </w:r>
    </w:p>
    <w:p>
      <w:r>
        <w:rPr>
          <w:b/>
        </w:rPr>
        <w:t xml:space="preserve">[42:02] </w:t>
      </w:r>
      <w:r>
        <w:t>to sab is sab ko bardasht karo.</w:t>
      </w:r>
    </w:p>
    <w:p>
      <w:pPr>
        <w:jc w:val="right"/>
      </w:pPr>
      <w:r>
        <w:t>تو سب اس سب کو برداشت کرو۔</w:t>
      </w:r>
    </w:p>
    <w:p>
      <w:r>
        <w:rPr>
          <w:b/>
        </w:rPr>
        <w:t xml:space="preserve">[42:10] </w:t>
      </w:r>
      <w:r>
        <w:t>to bardasht jo hai woh sach poochien to. yani bilashuba master ki hai zindagi ki.</w:t>
      </w:r>
    </w:p>
    <w:p>
      <w:pPr>
        <w:jc w:val="right"/>
      </w:pPr>
      <w:r>
        <w:t>تو برداشت جو ہے وہ سچ پوچھیں تو۔ یعنی بلاشبہ ماسٹر کی ہے زندگی کی۔</w:t>
      </w:r>
    </w:p>
    <w:p>
      <w:r>
        <w:rPr>
          <w:b/>
        </w:rPr>
        <w:t xml:space="preserve">[42:20] </w:t>
      </w:r>
      <w:r>
        <w:t>aur Ramzan mein isi bardasht ki tarbiyat di jati hai.</w:t>
      </w:r>
    </w:p>
    <w:p>
      <w:pPr>
        <w:jc w:val="right"/>
      </w:pPr>
      <w:r>
        <w:t>اور رمضان میں اسی برداشت کی تربیت دی جاتی ہے۔</w:t>
      </w:r>
    </w:p>
    <w:p>
      <w:r>
        <w:rPr>
          <w:b/>
        </w:rPr>
        <w:t xml:space="preserve">[42:25] </w:t>
      </w:r>
      <w:r>
        <w:t>mein aik dafa gaya South India mein aik family. sarbarah sabaq parha. to woh family mein taqreeban tees member thay.</w:t>
      </w:r>
    </w:p>
    <w:p>
      <w:pPr>
        <w:jc w:val="right"/>
      </w:pPr>
      <w:r>
        <w:t>میں ایک دفعہ گیا ساؤتھ انڈیا میں ایک فیملی۔ سربراہ سابقہ پڑھا۔ تو وہ فیملی میں تقریباً تیس ممبر تھے۔</w:t>
      </w:r>
    </w:p>
    <w:p>
      <w:r>
        <w:rPr>
          <w:b/>
        </w:rPr>
        <w:t xml:space="preserve">[42:38] </w:t>
      </w:r>
      <w:r>
        <w:t>tees aadmi ki family thi woh. ab bohat achhay tareeqay se woh log guzar rahe thay. bohat dinon se.</w:t>
      </w:r>
    </w:p>
    <w:p>
      <w:pPr>
        <w:jc w:val="right"/>
      </w:pPr>
      <w:r>
        <w:t>تیس آدمی کی فیملی تھی وہ۔ اب بہت اچھے طریقے سے وہ لوگ گزار رہے تھے۔ بہت دنوں سے۔</w:t>
      </w:r>
    </w:p>
    <w:p>
      <w:r>
        <w:rPr>
          <w:b/>
        </w:rPr>
        <w:t xml:space="preserve">[42:48] </w:t>
      </w:r>
      <w:r>
        <w:t>bohat dinon se bohat achhay tareeqay se. woh tajir family thi woh.</w:t>
      </w:r>
    </w:p>
    <w:p>
      <w:pPr>
        <w:jc w:val="right"/>
      </w:pPr>
      <w:r>
        <w:t>بہت دنوں سے بہت اچھے طریقے سے۔ وہ تاجر فیملی تھی وہ۔</w:t>
      </w:r>
    </w:p>
    <w:p>
      <w:r>
        <w:rPr>
          <w:b/>
        </w:rPr>
        <w:t xml:space="preserve">[42:56] </w:t>
      </w:r>
      <w:r>
        <w:t>to mein ne un se poocha ke aap log aap ki family mein tees member hain taqreeban. aur itnay dinon se aap joint family chali ja rahi hai.</w:t>
      </w:r>
    </w:p>
    <w:p>
      <w:pPr>
        <w:jc w:val="right"/>
      </w:pPr>
      <w:r>
        <w:t>تو میں نے ان سے پوچھا کہ آپ لوگ آپ کی فیملی میں تیس ممبر ہیں تقریباً۔ اور اتنے دنوں سے آپ جوائنٹ فیملی چلی جا رہی ہے۔</w:t>
      </w:r>
    </w:p>
    <w:p>
      <w:r>
        <w:rPr>
          <w:b/>
        </w:rPr>
        <w:t xml:space="preserve">[43:08] </w:t>
      </w:r>
      <w:r>
        <w:t>to is ka raaz kya hai?</w:t>
      </w:r>
    </w:p>
    <w:p>
      <w:pPr>
        <w:jc w:val="right"/>
      </w:pPr>
      <w:r>
        <w:t>تو اس کا راز کیا ہے؟</w:t>
      </w:r>
    </w:p>
    <w:p>
      <w:r>
        <w:rPr>
          <w:b/>
        </w:rPr>
        <w:t xml:space="preserve">[43:14] </w:t>
      </w:r>
      <w:r>
        <w:t>to unhon ne yeh bataya tha. is ka raaz hai bardasht. bardasht Patience sabr o tahammul.</w:t>
      </w:r>
    </w:p>
    <w:p>
      <w:pPr>
        <w:jc w:val="right"/>
      </w:pPr>
      <w:r>
        <w:t>تو انہوں نے یہ بتایا تھا۔ اس کا راز ہے برداشت۔ برداشت Patience صبر و تحمل۔</w:t>
      </w:r>
    </w:p>
    <w:p>
      <w:r>
        <w:rPr>
          <w:b/>
        </w:rPr>
        <w:t xml:space="preserve">[43:25] </w:t>
      </w:r>
      <w:r>
        <w:t>kyun ke dekhiye jab aap tees aadmi ke beech mein rahen gay. ya kisi baray samaj mein rahen gay.</w:t>
      </w:r>
    </w:p>
    <w:p>
      <w:pPr>
        <w:jc w:val="right"/>
      </w:pPr>
      <w:r>
        <w:t>کیونکہ دیکھیے جب آپ تیس آدمی کے بیچ میں رہیں گے۔ یا کسی بڑے سماج میں رہیں گے۔</w:t>
      </w:r>
    </w:p>
    <w:p>
      <w:r>
        <w:rPr>
          <w:b/>
        </w:rPr>
        <w:t xml:space="preserve">[43:36] </w:t>
      </w:r>
      <w:r>
        <w:t>to zaroor aisa hoga ke kuch na kuch aap ko kharab lag jaye. koi na kuch aisi paish aaye jo aap bhark uthen.</w:t>
      </w:r>
    </w:p>
    <w:p>
      <w:pPr>
        <w:jc w:val="right"/>
      </w:pPr>
      <w:r>
        <w:t>تو ضرور ایسا ہو گا کہ کچھ نہ کچھ آپ کو خراب لگ جائے۔ کوئی نہ کچھ ایسی پیش آئے جو آپ بھڑک اٹھیں۔</w:t>
      </w:r>
    </w:p>
    <w:p>
      <w:r>
        <w:rPr>
          <w:b/>
        </w:rPr>
        <w:t xml:space="preserve">[43:46] </w:t>
      </w:r>
      <w:r>
        <w:t>hona hi yeh hona hi hona hai. to kaisay nipta jaye is ko</w:t>
      </w:r>
    </w:p>
    <w:p>
      <w:pPr>
        <w:jc w:val="right"/>
      </w:pPr>
      <w:r>
        <w:t>ہونا ہی یہ ہونا ہی ہونا ہے۔ تو کیسے نپٹا جائے اس کو</w:t>
      </w:r>
    </w:p>
    <w:p>
      <w:r>
        <w:rPr>
          <w:b/>
        </w:rPr>
        <w:t xml:space="preserve">[43:52] </w:t>
      </w:r>
      <w:r>
        <w:t>? roza batata hai ke sabr kar ke sabr kar ke is is ko deal karo. bhark kar nahi. kaisi ajeeb baat hai.</w:t>
      </w:r>
    </w:p>
    <w:p>
      <w:pPr>
        <w:jc w:val="right"/>
      </w:pPr>
      <w:r>
        <w:t>؟ روزہ بتاتا ہے کہ صبر کر کے صبر کر کے اس اس کو ڈیل کرو۔ بھڑک کر نہیں۔ کیسی عجیب بات ہے۔</w:t>
      </w:r>
    </w:p>
    <w:p>
      <w:r>
        <w:rPr>
          <w:b/>
        </w:rPr>
        <w:t xml:space="preserve">[44:06] </w:t>
      </w:r>
      <w:r>
        <w:t>yani zindagi mein woh mawaqay jab aap aadmi bhark uthta hai. ya mushtael ho jata hai. jab woh react karta hai.</w:t>
      </w:r>
    </w:p>
    <w:p>
      <w:pPr>
        <w:jc w:val="right"/>
      </w:pPr>
      <w:r>
        <w:t>یعنی زندگی میں وہ مواقع جب آپ آدمی بھڑک اٹھتا ہے۔ یا مشتعل ہو جاتا ہے۔ جب وہ ری ایکٹ کرتا ہے۔</w:t>
      </w:r>
    </w:p>
    <w:p>
      <w:r>
        <w:rPr>
          <w:b/>
        </w:rPr>
        <w:t xml:space="preserve">[44:17] </w:t>
      </w:r>
      <w:r>
        <w:t>to har aisay mauqay par roza kya sikhata hai?</w:t>
      </w:r>
    </w:p>
    <w:p>
      <w:pPr>
        <w:jc w:val="right"/>
      </w:pPr>
      <w:r>
        <w:t>تو ہر ایسے موقع پر روزہ کیا سکھاتا ہے؟</w:t>
      </w:r>
    </w:p>
    <w:p>
      <w:r>
        <w:rPr>
          <w:b/>
        </w:rPr>
        <w:t xml:space="preserve">[44:24] </w:t>
      </w:r>
      <w:r>
        <w:t>sabr tahammul bardasht Patience yahi hai Spiritual Empowerment. Spiritual Empowerment koi mysterious maani mein nahi bol raha hoon mein.</w:t>
      </w:r>
    </w:p>
    <w:p>
      <w:pPr>
        <w:jc w:val="right"/>
      </w:pPr>
      <w:r>
        <w:t>صبر تحمل برداشت Patience یہی ہے Spiritual Empowerment۔ Spiritual Empowerment کوئی Mysterious معنی میں نہیں بول رہا ہوں میں۔</w:t>
      </w:r>
    </w:p>
    <w:p>
      <w:r>
        <w:rPr>
          <w:b/>
        </w:rPr>
        <w:t xml:space="preserve">[44:37] </w:t>
      </w:r>
      <w:r>
        <w:t>yaani Positive jo Values hain un ko apnay andar Inculcate karna.</w:t>
      </w:r>
    </w:p>
    <w:p>
      <w:pPr>
        <w:jc w:val="right"/>
      </w:pPr>
      <w:r>
        <w:t>یعنی Positive جو Values ہیں ان کو اپنے اندر Inculcate کرنا۔</w:t>
      </w:r>
    </w:p>
    <w:p>
      <w:r>
        <w:rPr>
          <w:b/>
        </w:rPr>
        <w:t xml:space="preserve">[44:49] </w:t>
      </w:r>
      <w:r>
        <w:t>Positive Values of Life jo hain un ko apnay andar Inculcate karna. yahi hai sabr.</w:t>
      </w:r>
    </w:p>
    <w:p>
      <w:pPr>
        <w:jc w:val="right"/>
      </w:pPr>
      <w:r>
        <w:t>Positive Values of Life جو ہیں ان کو اپنے اندر Inculcate کرنا۔ یہی ہے صبر۔</w:t>
      </w:r>
    </w:p>
    <w:p>
      <w:r>
        <w:rPr>
          <w:b/>
        </w:rPr>
        <w:t xml:space="preserve">[44:59] </w:t>
      </w:r>
      <w:r>
        <w:t>na sabr koi purasrar cheez hai. na Spirituality koi purasrar cheez hai. na roza koi purasrar cheez hai. kuch nahi.</w:t>
      </w:r>
    </w:p>
    <w:p>
      <w:pPr>
        <w:jc w:val="right"/>
      </w:pPr>
      <w:r>
        <w:t>نہ صبر کوئی پراسرار چیز ہے۔ نہ Spirituality کوئی پراسرار چیز ہے۔ نہ روزہ کوئی پراسرار چیز ہے۔ کچھ نہیں۔</w:t>
      </w:r>
    </w:p>
    <w:p>
      <w:r>
        <w:rPr>
          <w:b/>
        </w:rPr>
        <w:t xml:space="preserve">[45:15] </w:t>
      </w:r>
      <w:r>
        <w:t>zindagi mein aap poori tareekh mein dekhen jahan bhi koi fasaad hua hai maar kaat hui hai sab kis liye hua hai? aadmi ne Patience kho di.</w:t>
      </w:r>
    </w:p>
    <w:p>
      <w:pPr>
        <w:jc w:val="right"/>
      </w:pPr>
      <w:r>
        <w:t>زندگی میں آپ پوری تاریخ میں دیکھیں جہاں بھی کوئی فساد ہوا ہے مار کاٹ ہوئی ہے سب کس لیے ہوا ہے؟ آدمی نے Patience کھو دیا۔</w:t>
      </w:r>
    </w:p>
    <w:p>
      <w:r>
        <w:rPr>
          <w:b/>
        </w:rPr>
        <w:t xml:space="preserve">[45:28] </w:t>
      </w:r>
      <w:r>
        <w:t>sab se pehle aap dekhen Adam ko dekhiye. Allah ne farmaya tha ke saari jannat tumhare liye hai. aik darakht ke paas tum nahi ja sakte.</w:t>
      </w:r>
    </w:p>
    <w:p>
      <w:pPr>
        <w:jc w:val="right"/>
      </w:pPr>
      <w:r>
        <w:t>سب سے پہلے آپ دیکھیں آدم کو دیکھیے۔ اللہ نے فرمایا تھا کہ ساری جنت تمہارے لیے ہے۔ ایک درخت کے پاس تم نہیں جا سکتے۔</w:t>
      </w:r>
    </w:p>
    <w:p>
      <w:r>
        <w:rPr>
          <w:b/>
        </w:rPr>
        <w:t xml:space="preserve">[45:38] </w:t>
      </w:r>
      <w:r>
        <w:t>Don't approach this tree. to woh aadmi ke sabr ka imtehaan tha.</w:t>
      </w:r>
    </w:p>
    <w:p>
      <w:pPr>
        <w:jc w:val="right"/>
      </w:pPr>
      <w:r>
        <w:t>Don't approach this tree۔ تو وہ آدمی کے صبر کا امتحان تھا۔</w:t>
      </w:r>
    </w:p>
    <w:p>
      <w:r>
        <w:rPr>
          <w:b/>
        </w:rPr>
        <w:t xml:space="preserve">[45:45] </w:t>
      </w:r>
      <w:r>
        <w:t>woh sabr toot gaya. woh pahunch gaye woh jannat ke is darakht ke paas kha liya is ka phaal. to jannat se mahroomi ho gayi.</w:t>
      </w:r>
    </w:p>
    <w:p>
      <w:pPr>
        <w:jc w:val="right"/>
      </w:pPr>
      <w:r>
        <w:t>وہ صبر ٹوٹ گیا۔ وہ پہنچ گئے وہ جنت کے اس درخت کے پاس کھا لیا اس کا پھل۔ تو جنت سے محرومی ہو گئی۔</w:t>
      </w:r>
    </w:p>
    <w:p>
      <w:r>
        <w:rPr>
          <w:b/>
        </w:rPr>
        <w:t xml:space="preserve">[45:57] </w:t>
      </w:r>
      <w:r>
        <w:t>woh kya tha? Impatience ho jana hi to tha.</w:t>
      </w:r>
    </w:p>
    <w:p>
      <w:pPr>
        <w:jc w:val="right"/>
      </w:pPr>
      <w:r>
        <w:t>وہ کیا تھا؟ Impatience ہو جانا ہی تو تھا۔</w:t>
      </w:r>
    </w:p>
    <w:p>
      <w:r>
        <w:rPr>
          <w:b/>
        </w:rPr>
        <w:t xml:space="preserve">[46:02] </w:t>
      </w:r>
      <w:r>
        <w:t>That was due to Impatience. phir dekhiye pehli nasal mein Habil Qabil thay. wahan bhi aik waqea pesh aaya. to Qabil jo hai bhark utha.</w:t>
      </w:r>
    </w:p>
    <w:p>
      <w:pPr>
        <w:jc w:val="right"/>
      </w:pPr>
      <w:r>
        <w:t>That was due to Impatience۔ پھر دیکھیے پہلی نسل میں ہابیل قابیل تھے۔ وہاں بھی ایک واقعہ پیش آیا۔ تو قابیل جو ہے بھڑک اٹھا۔</w:t>
      </w:r>
    </w:p>
    <w:p>
      <w:r>
        <w:rPr>
          <w:b/>
        </w:rPr>
        <w:t xml:space="preserve">[46:13] </w:t>
      </w:r>
      <w:r>
        <w:t>us ne bhai ko maar dala.</w:t>
      </w:r>
    </w:p>
    <w:p>
      <w:pPr>
        <w:jc w:val="right"/>
      </w:pPr>
      <w:r>
        <w:t>اس نے بھائی کو مار ڈالا۔</w:t>
      </w:r>
    </w:p>
    <w:p>
      <w:r>
        <w:rPr>
          <w:b/>
        </w:rPr>
        <w:t xml:space="preserve">[46:16] </w:t>
      </w:r>
      <w:r>
        <w:t>to yeh jo pehla waqea hua fasaad pehla waqea hua qatal ka. Quran mein hai ke yeh pehla waqea tha qatal ka. woh kis liye tha?</w:t>
      </w:r>
    </w:p>
    <w:p>
      <w:pPr>
        <w:jc w:val="right"/>
      </w:pPr>
      <w:r>
        <w:t>تو یہ جو پہلا واقعہ ہوا فساد پہلا واقعہ ہوا قتل کا۔ قرآن میں ہے کہ یہ پہلا واقعہ تھا قتل کا۔ وہ کس لیے تھا؟</w:t>
      </w:r>
    </w:p>
    <w:p>
      <w:r>
        <w:rPr>
          <w:b/>
        </w:rPr>
        <w:t xml:space="preserve">[46:27] </w:t>
      </w:r>
      <w:r>
        <w:t>ke aadmi sabr nahi kar saka.</w:t>
      </w:r>
    </w:p>
    <w:p>
      <w:pPr>
        <w:jc w:val="right"/>
      </w:pPr>
      <w:r>
        <w:t>کہ آدمی صبر نہیں کر سکا۔</w:t>
      </w:r>
    </w:p>
    <w:p>
      <w:r>
        <w:rPr>
          <w:b/>
        </w:rPr>
        <w:t xml:space="preserve">[46:33] </w:t>
      </w:r>
      <w:r>
        <w:t>aur baad ko kya hua? fa-asbaha min an-nadimeen sharmindagi zindagi bhar sharminda raha woh.</w:t>
      </w:r>
    </w:p>
    <w:p>
      <w:pPr>
        <w:jc w:val="right"/>
      </w:pPr>
      <w:r>
        <w:t>اور بعد کو کیا ہوا؟ فاسباب النادمین شرمندگی زندگی بھر شرمندہ رہا وہ۔</w:t>
      </w:r>
    </w:p>
    <w:p>
      <w:r>
        <w:rPr>
          <w:b/>
        </w:rPr>
        <w:t xml:space="preserve">[46:45] </w:t>
      </w:r>
      <w:r>
        <w:t>mujh se aik yaani Quran mein yeh to likha hua nahi ke zindagi bhar sharminda raha lekin mein aik tajrube ki bina par aisa kehta hoon. aik baar meri mulaqat hui aik wakeel se.</w:t>
      </w:r>
    </w:p>
    <w:p>
      <w:pPr>
        <w:jc w:val="right"/>
      </w:pPr>
      <w:r>
        <w:t>مجھ سے ایک یعنی قرآن میں یہ تو لکھا ہوا نہیں کہ زندگی بھر شرمندہ رہا لیکن میں ایک تجربے کی بنا پر ایسا کہتا ہوں۔ ایک بار میری ملاقات ہوئی ایک وکیل سے۔</w:t>
      </w:r>
    </w:p>
    <w:p>
      <w:r>
        <w:rPr>
          <w:b/>
        </w:rPr>
        <w:t xml:space="preserve">[46:59] </w:t>
      </w:r>
      <w:r>
        <w:t>jo Murder Case karte thay. yaani Criminal Cases karte thay woh. to unhon ne kaha mein pachees saal se aisi Cases kar raha hoon.</w:t>
      </w:r>
    </w:p>
    <w:p>
      <w:pPr>
        <w:jc w:val="right"/>
      </w:pPr>
      <w:r>
        <w:t>جو Murder Case کرتے تھے۔ یعنی Criminal Cases کرتے تھے وہ۔ تو انہوں نے کہا میں پچیس سال سے ایسی Cases کر رہا ہوں۔</w:t>
      </w:r>
    </w:p>
    <w:p>
      <w:r>
        <w:rPr>
          <w:b/>
        </w:rPr>
        <w:t xml:space="preserve">[47:12] </w:t>
      </w:r>
      <w:r>
        <w:t>jo aadmi Murder karta hai aur mere paas aata hai. to unhon ne kaha ke jitne bhi mein ne dekhe case sab ko mein ne dekha ke bohat hi ziyada yaani apnay kiye par afsos.</w:t>
      </w:r>
    </w:p>
    <w:p>
      <w:pPr>
        <w:jc w:val="right"/>
      </w:pPr>
      <w:r>
        <w:t>جو آدمی Murder کرتا ہے اور میرے پاس آتا ہے۔ تو انہوں نے کہا کہ جتنے بھی میں نے دیکھے کیس سب کو میں نے دیکھا کہ بہت ہی زیادہ یعنی اپنے کیے پر افسوس۔</w:t>
      </w:r>
    </w:p>
    <w:p>
      <w:r>
        <w:rPr>
          <w:b/>
        </w:rPr>
        <w:t xml:space="preserve">[47:31] </w:t>
      </w:r>
      <w:r>
        <w:t>yaani us ne aik josh mein aa kar ke bhark kar ke maar diya kisi ko. ab woh afsos mein hai.</w:t>
      </w:r>
    </w:p>
    <w:p>
      <w:pPr>
        <w:jc w:val="right"/>
      </w:pPr>
      <w:r>
        <w:t>یعنی اس نے ایک جوش میں آ کر کے بھڑک کر کے مار دیا کسی کو۔ اب وہ افسوس میں ہے۔</w:t>
      </w:r>
    </w:p>
    <w:p>
      <w:r>
        <w:rPr>
          <w:b/>
        </w:rPr>
        <w:t xml:space="preserve">[47:39] </w:t>
      </w:r>
      <w:r>
        <w:t>unhon ne kaha jitne bhi Murder dekhe mein ne sab baad ki zindagi mein woh hamesha afsos mein jeetay rahay isi afsos mein meray.</w:t>
      </w:r>
    </w:p>
    <w:p>
      <w:pPr>
        <w:jc w:val="right"/>
      </w:pPr>
      <w:r>
        <w:t>انہوں نے کہا جتنے بھی Murder دیکھے میں نے سب بعد کی زندگی میں وہ ہمیشہ افسوس میں جیتے رہے اسی افسوس میں مرے۔</w:t>
      </w:r>
    </w:p>
    <w:p>
      <w:r>
        <w:rPr>
          <w:b/>
        </w:rPr>
        <w:t xml:space="preserve">[47:51] </w:t>
      </w:r>
      <w:r>
        <w:t>us ko le kar mein sochta hoon ke Qabil ka bhi yahi hua hoga hashar.</w:t>
      </w:r>
    </w:p>
    <w:p>
      <w:pPr>
        <w:jc w:val="right"/>
      </w:pPr>
      <w:r>
        <w:t>اس کو لے کر میں سوچتا ہوں کہ قابیل کا بھی یہی ہوا ہو گا حشر۔</w:t>
      </w:r>
    </w:p>
    <w:p>
      <w:r>
        <w:rPr>
          <w:b/>
        </w:rPr>
        <w:t xml:space="preserve">[47:58] </w:t>
      </w:r>
      <w:r>
        <w:t>ke Qabil ne apnay sagay bhai ko maar dala aik choti si baat par ghussa ho kar. to qeemat kya deni pari ho gi un ko</w:t>
      </w:r>
    </w:p>
    <w:p>
      <w:pPr>
        <w:jc w:val="right"/>
      </w:pPr>
      <w:r>
        <w:t>کہ قابیل نے اپنے سگے بھائی کو مار ڈالا ایک چھوٹی سی بات پر غصہ ہو کر۔ تو قیمت کیا دینی پڑی ہو گی ان کو</w:t>
      </w:r>
    </w:p>
    <w:p>
      <w:r>
        <w:rPr>
          <w:b/>
        </w:rPr>
        <w:t xml:space="preserve">[48:09] </w:t>
      </w:r>
      <w:r>
        <w:t>? saari zindagi Frustration saari zindagi nadamat saari zindagi afsos saari zindagi hasrat.</w:t>
      </w:r>
    </w:p>
    <w:p>
      <w:pPr>
        <w:jc w:val="right"/>
      </w:pPr>
      <w:r>
        <w:t>؟ ساری زندگی Frustration ساری زندگی ندامت ساری زندگی افسوس ساری زندگی حسرت۔</w:t>
      </w:r>
    </w:p>
    <w:p>
      <w:r>
        <w:rPr>
          <w:b/>
        </w:rPr>
        <w:t xml:space="preserve">[48:21] </w:t>
      </w:r>
      <w:r>
        <w:t>aik lamhe ka Patience khona saari zindagi ko Ruin kar deta hai Ruin aakhrat is ke ilawa hai.</w:t>
      </w:r>
    </w:p>
    <w:p>
      <w:pPr>
        <w:jc w:val="right"/>
      </w:pPr>
      <w:r>
        <w:t>ایک لمحے کا Patience کھونا ساری زندگی کو Ruin کر دیتا ہے Ruin آخرت اس کے علاوہ ہے۔</w:t>
      </w:r>
    </w:p>
    <w:p>
      <w:r>
        <w:rPr>
          <w:b/>
        </w:rPr>
        <w:t xml:space="preserve">[48:33] </w:t>
      </w:r>
      <w:r>
        <w:t>dekhiye Patience jo hai woh aik lamhe ka Patience hi hota hai.</w:t>
      </w:r>
    </w:p>
    <w:p>
      <w:pPr>
        <w:jc w:val="right"/>
      </w:pPr>
      <w:r>
        <w:t>دیکھیے Patience جو ہے وہ ایک لمحے کا Patience ہی ہوتا ہے۔</w:t>
      </w:r>
    </w:p>
    <w:p>
      <w:r>
        <w:rPr>
          <w:b/>
        </w:rPr>
        <w:t xml:space="preserve">[48:44] </w:t>
      </w:r>
      <w:r>
        <w:t>yaani koi cheez aisi pesh aayi jo aap ko bharkane wali nahi thi. jo Provocative thi aap ke liye.</w:t>
      </w:r>
    </w:p>
    <w:p>
      <w:pPr>
        <w:jc w:val="right"/>
      </w:pPr>
      <w:r>
        <w:t>یعنی کوئی چیز ایسی پیش آئی جو آپ کو بھڑکانے والی نہیں تھی۔ جو Provocative تھی آپ کے لیے۔</w:t>
      </w:r>
    </w:p>
    <w:p>
      <w:r>
        <w:rPr>
          <w:b/>
        </w:rPr>
        <w:t xml:space="preserve">[48:54] </w:t>
      </w:r>
      <w:r>
        <w:t>aap ghussa ho gaye. woh ghussa jo hai aik aik waqti cheez hota hai aik aik Moment aik Moment ke liye hota hai woh.</w:t>
      </w:r>
    </w:p>
    <w:p>
      <w:pPr>
        <w:jc w:val="right"/>
      </w:pPr>
      <w:r>
        <w:t>آپ غصہ ہو گئے۔ وہ غصہ جو ہے ایک ایک وقتی چیز ہوتا ہے ایک ایک Moment ایک Moment کے لیے ہوتا ہے وہ۔</w:t>
      </w:r>
    </w:p>
    <w:p>
      <w:r>
        <w:rPr>
          <w:b/>
        </w:rPr>
        <w:t xml:space="preserve">[49:09] </w:t>
      </w:r>
      <w:r>
        <w:t>mera tareeqa kya hai?</w:t>
      </w:r>
    </w:p>
    <w:p>
      <w:pPr>
        <w:jc w:val="right"/>
      </w:pPr>
      <w:r>
        <w:t>میرا طریقہ کیا ہے؟</w:t>
      </w:r>
    </w:p>
    <w:p>
      <w:r>
        <w:rPr>
          <w:b/>
        </w:rPr>
        <w:t xml:space="preserve">[49:12] </w:t>
      </w:r>
      <w:r>
        <w:t>mera tareeqa hai ke jab bhi woh ghussa aata hai mujhe to foran mein chup ho jata hoon. ghussa aaya foran chup ho gaya.</w:t>
      </w:r>
    </w:p>
    <w:p>
      <w:pPr>
        <w:jc w:val="right"/>
      </w:pPr>
      <w:r>
        <w:t>میرا طریقہ ہے کہ جب بھی وہ غصہ آتا ہے مجھے تو فوراً میں چپ ہو جاتا ہوں۔ غصہ آیا فوراً چپ ہو گیا۔</w:t>
      </w:r>
    </w:p>
    <w:p>
      <w:r>
        <w:rPr>
          <w:b/>
        </w:rPr>
        <w:t xml:space="preserve">[49:27] </w:t>
      </w:r>
      <w:r>
        <w:t>thori dair ke liye apna aap ghussa khatam ho jata hai.</w:t>
      </w:r>
    </w:p>
    <w:p>
      <w:pPr>
        <w:jc w:val="right"/>
      </w:pPr>
      <w:r>
        <w:t>تھوڑی دیر کے لیے اپنا آپ غصہ ختم ہو جاتا ہے۔</w:t>
      </w:r>
    </w:p>
    <w:p>
      <w:r>
        <w:rPr>
          <w:b/>
        </w:rPr>
        <w:t xml:space="preserve">[49:31] </w:t>
      </w:r>
      <w:r>
        <w:t>dekhiye ghussa jab aata hai to lagta hai ke aag badan mein lag gayi. is waqt jab ke ghussa hai. thori dair ke liye badan mein yeh lagta hai ke aag lagi hui hai.</w:t>
      </w:r>
    </w:p>
    <w:p>
      <w:pPr>
        <w:jc w:val="right"/>
      </w:pPr>
      <w:r>
        <w:t>دیکھیے غصہ جب آتا ہے تو لگتا ہے کہ آگ بدن میں لگ گئی۔ اس وقت جب کہ غصہ ہے۔ تھوڑی دیر کے لیے بدن میں یہ لگتا ہے کہ آگ لگی ہوئی ہے۔</w:t>
      </w:r>
    </w:p>
    <w:p>
      <w:r>
        <w:rPr>
          <w:b/>
        </w:rPr>
        <w:t xml:space="preserve">[49:43] </w:t>
      </w:r>
      <w:r>
        <w:t>lekin woh Momentary hota hai Momentary.</w:t>
      </w:r>
    </w:p>
    <w:p>
      <w:pPr>
        <w:jc w:val="right"/>
      </w:pPr>
      <w:r>
        <w:t>لیکن وہ Momentary ہوتا ہے Momentary۔</w:t>
      </w:r>
    </w:p>
    <w:p>
      <w:r>
        <w:rPr>
          <w:b/>
        </w:rPr>
        <w:t xml:space="preserve">[49:49] </w:t>
      </w:r>
      <w:r>
        <w:t>bas thori dair ke liye bardasht kar lijiyye.</w:t>
      </w:r>
    </w:p>
    <w:p>
      <w:pPr>
        <w:jc w:val="right"/>
      </w:pPr>
      <w:r>
        <w:t>بس تھوڑی دیر کے لیے برداشت کر لیجیے۔</w:t>
      </w:r>
    </w:p>
    <w:p>
      <w:r>
        <w:rPr>
          <w:b/>
        </w:rPr>
        <w:t xml:space="preserve">[49:54] </w:t>
      </w:r>
      <w:r>
        <w:t>mera tajurba yeh hai ke sirf tees second bardasht kar lijiyye aap. thirty second.</w:t>
      </w:r>
    </w:p>
    <w:p>
      <w:pPr>
        <w:jc w:val="right"/>
      </w:pPr>
      <w:r>
        <w:t>میرا تجربہ یہ ہے کہ صرف تیس سیکنڈ برداشت کر لیجیے آپ۔ تھرٹی سیکنڈ۔</w:t>
      </w:r>
    </w:p>
    <w:p>
      <w:r>
        <w:rPr>
          <w:b/>
        </w:rPr>
        <w:t xml:space="preserve">[50:02] </w:t>
      </w:r>
      <w:r>
        <w:t>aur is ke baad kya ho ga? ghussa thanda hone lage ga.</w:t>
      </w:r>
    </w:p>
    <w:p>
      <w:pPr>
        <w:jc w:val="right"/>
      </w:pPr>
      <w:r>
        <w:t>اور اس کے بعد کیا ہو گا؟ غصہ ٹھنڈا ہونے لگے گا۔</w:t>
      </w:r>
    </w:p>
    <w:p>
      <w:r>
        <w:rPr>
          <w:b/>
        </w:rPr>
        <w:t xml:space="preserve">[50:08] </w:t>
      </w:r>
      <w:r>
        <w:t>aik baat yaad rakhiye. ke yeh koi ghair fitri baat hai ke koi kahe ke mere andar to ghussa hi nahi.</w:t>
      </w:r>
    </w:p>
    <w:p>
      <w:pPr>
        <w:jc w:val="right"/>
      </w:pPr>
      <w:r>
        <w:t>ایک بات یاد رکھیے۔ کہ یہ کوئی غیر فطری بات ہے کہ کوئی کہے کہ میرے اندر تو غصہ ہی نہیں۔</w:t>
      </w:r>
    </w:p>
    <w:p>
      <w:r>
        <w:rPr>
          <w:b/>
        </w:rPr>
        <w:t xml:space="preserve">[50:18] </w:t>
      </w:r>
      <w:r>
        <w:t>ghussa hota hi hota hai har aadmi ke andar.</w:t>
      </w:r>
    </w:p>
    <w:p>
      <w:pPr>
        <w:jc w:val="right"/>
      </w:pPr>
      <w:r>
        <w:t>غصہ ہوتا ہی ہوتا ہے ہر آدمی کے اندر۔</w:t>
      </w:r>
    </w:p>
    <w:p>
      <w:r>
        <w:rPr>
          <w:b/>
        </w:rPr>
        <w:t xml:space="preserve">[50:23] </w:t>
      </w:r>
      <w:r>
        <w:t>ghussa na ho yeh is ka hukum nahi hai. ghuse ko aap zahir na karein is ka hukum hai. jaise Quran majeed ki ayat hai.</w:t>
      </w:r>
    </w:p>
    <w:p>
      <w:pPr>
        <w:jc w:val="right"/>
      </w:pPr>
      <w:r>
        <w:t>غصہ نہ ہو یہ اس کا حکم نہیں ہے۔ غصے کو آپ ظاہر نہ کریں اس کا حکم ہے۔ جیسے قرآن مجید کی آیت ہے۔</w:t>
      </w:r>
    </w:p>
    <w:p>
      <w:r>
        <w:rPr>
          <w:b/>
        </w:rPr>
        <w:t xml:space="preserve">[50:33] </w:t>
      </w:r>
      <w:r>
        <w:t>ke wal kazimeen al ghiz yani ahle iman jo hain Allah ke jo sachay bande hain. un ke baray mein farmaaya.</w:t>
      </w:r>
    </w:p>
    <w:p>
      <w:pPr>
        <w:jc w:val="right"/>
      </w:pPr>
      <w:r>
        <w:t>کہ والکاظمین الغیض یعنی اہل ایمان جو ہیں اللہ کے جو سچے بندے ہیں۔ ان کے بارے میں فرمایا۔</w:t>
      </w:r>
    </w:p>
    <w:p>
      <w:r>
        <w:rPr>
          <w:b/>
        </w:rPr>
        <w:t xml:space="preserve">[50:44] </w:t>
      </w:r>
      <w:r>
        <w:t>ke woh ghussa ko pee janay walay hotay hain.</w:t>
      </w:r>
    </w:p>
    <w:p>
      <w:pPr>
        <w:jc w:val="right"/>
      </w:pPr>
      <w:r>
        <w:t>کہ وہ غصہ کو پی جانے والے ہوتے ہیں۔</w:t>
      </w:r>
    </w:p>
    <w:p>
      <w:r>
        <w:rPr>
          <w:b/>
        </w:rPr>
        <w:t xml:space="preserve">[50:49] </w:t>
      </w:r>
      <w:r>
        <w:t>wal kazimeen al ghiz yeh nahi farmaaya ke wal fakedeen al ghiz is par ghore farmaiyye. yani Quran mein yeh nahi farmaaya gaya ke ahle iman jo hotay hain sachay bande un ke andar ghuse ka fuqdan hota hai.</w:t>
      </w:r>
    </w:p>
    <w:p>
      <w:pPr>
        <w:jc w:val="right"/>
      </w:pPr>
      <w:r>
        <w:t>والکاظمین الغیض یہ نہیں فرمایا کہ والفاقدین الغیض اس پر غور فرمائیے۔ یعنی قرآن میں یہ نہیں فرمایا گیا کہ اہل ایمان جو ہوتے ہیں سچے بندے ان کے اندر غصے کا فقدان ہوتا ہے۔</w:t>
      </w:r>
    </w:p>
    <w:p>
      <w:r>
        <w:rPr>
          <w:b/>
        </w:rPr>
        <w:t xml:space="preserve">[51:11] </w:t>
      </w:r>
      <w:r>
        <w:t>ghussa maujood maujood nahi hota.</w:t>
      </w:r>
    </w:p>
    <w:p>
      <w:pPr>
        <w:jc w:val="right"/>
      </w:pPr>
      <w:r>
        <w:t>غصہ موجود موجود نہیں ہوتا۔</w:t>
      </w:r>
    </w:p>
    <w:p>
      <w:r>
        <w:rPr>
          <w:b/>
        </w:rPr>
        <w:t xml:space="preserve">[51:14] </w:t>
      </w:r>
      <w:r>
        <w:t>nahi farmaaya ke ghuse ko pee jatay hain yani ghussa to aaya lekin is ko aap pee gaye aap andar andar matlab control kar liya.</w:t>
      </w:r>
    </w:p>
    <w:p>
      <w:pPr>
        <w:jc w:val="right"/>
      </w:pPr>
      <w:r>
        <w:t>نہیں فرمایا کہ غصے کو پی جاتے ہیں یعنی غصہ تو آیا لیکن اس کو آپ پی گئے آپ اندر اندر مطلب کنٹرول کر لیا۔</w:t>
      </w:r>
    </w:p>
    <w:p>
      <w:r>
        <w:rPr>
          <w:b/>
        </w:rPr>
        <w:t xml:space="preserve">[51:25] </w:t>
      </w:r>
      <w:r>
        <w:t>ghussa aaya andar andar control kar liya is ko zahir nahi hone diya.</w:t>
      </w:r>
    </w:p>
    <w:p>
      <w:pPr>
        <w:jc w:val="right"/>
      </w:pPr>
      <w:r>
        <w:t>غصہ آیا اندر اندر کنٹرول کر لیا اس کو ظاہر نہیں ہونے دیا۔</w:t>
      </w:r>
    </w:p>
    <w:p>
      <w:r>
        <w:rPr>
          <w:b/>
        </w:rPr>
        <w:t xml:space="preserve">[51:36] </w:t>
      </w:r>
      <w:r>
        <w:t>is ko maine aik martaba aik mazmoon mein aik misaal di thi. shock absorber ki.</w:t>
      </w:r>
    </w:p>
    <w:p>
      <w:pPr>
        <w:jc w:val="right"/>
      </w:pPr>
      <w:r>
        <w:t>اس کو میں نے ایک مرتبہ ایک مضمون میں ایک مثال دی تھی۔ شاک ابزاربر کی۔</w:t>
      </w:r>
    </w:p>
    <w:p>
      <w:r>
        <w:rPr>
          <w:b/>
        </w:rPr>
        <w:t xml:space="preserve">[51:43] </w:t>
      </w:r>
      <w:r>
        <w:t>aap jantay hain ke har car mein laga hota hai shock absorber yani jhatkay ko sahane wala. woh spring hoti hai jo saathi rehti hai.</w:t>
      </w:r>
    </w:p>
    <w:p>
      <w:pPr>
        <w:jc w:val="right"/>
      </w:pPr>
      <w:r>
        <w:t>آپ جانتے ہیں کہ ہر کار میں لگا ہوتا ہے شاک ابزاربر یعنی جھٹکے کو سہانے والا۔ وہ اسپرنگ ہوتی ہے جو ساتھی رہتی ہے۔</w:t>
      </w:r>
    </w:p>
    <w:p>
      <w:r>
        <w:rPr>
          <w:b/>
        </w:rPr>
        <w:t xml:space="preserve">[51:56] </w:t>
      </w:r>
      <w:r>
        <w:t>achha tractor mein shock absorber nahi hota to is mein bohat ziyada hilta hai woh</w:t>
      </w:r>
    </w:p>
    <w:p>
      <w:pPr>
        <w:jc w:val="right"/>
      </w:pPr>
      <w:r>
        <w:t>اچھا ٹریکٹر میں شاک ابزاربر نہیں ہوتا تو اس میں بہت زیادہ ہلتا ہے وہ</w:t>
      </w:r>
    </w:p>
    <w:p>
      <w:r>
        <w:rPr>
          <w:b/>
        </w:rPr>
        <w:t xml:space="preserve">[52:02] </w:t>
      </w:r>
      <w:r>
        <w:t>agar aap tractor pe kahin baithe hon to aap ko yaad ho ga. ke tractor jo hai agar aap is se mislan ke pachas kilometer ka safar karein.</w:t>
      </w:r>
    </w:p>
    <w:p>
      <w:pPr>
        <w:jc w:val="right"/>
      </w:pPr>
      <w:r>
        <w:t>۔ اگر آپ ٹریکٹر پہ کہیں بیٹھے ہوں تو آپ کو یاد ہو گا۔ کہ ٹریکٹر جو ہے اگر آپ اس سے مثلاً کہ پچاس کلومیٹر کا سفر کریں۔</w:t>
      </w:r>
    </w:p>
    <w:p>
      <w:r>
        <w:rPr>
          <w:b/>
        </w:rPr>
        <w:t xml:space="preserve">[52:12] </w:t>
      </w:r>
      <w:r>
        <w:t>to pohnchein ge to bilkul thak chukay hon ge. kyunke itna hilaye ga itna hilaye ga woh. lekin achhi car par safar karein aap.</w:t>
      </w:r>
    </w:p>
    <w:p>
      <w:pPr>
        <w:jc w:val="right"/>
      </w:pPr>
      <w:r>
        <w:t>تو پہنچیں گے تو بالکل تھک چکے ہوں گے۔ کیونکہ اتنا ہلائے گا اتنا ہلائے گا وہ۔ لیکن اچھی کار پر سفر کریں آپ۔</w:t>
      </w:r>
    </w:p>
    <w:p>
      <w:r>
        <w:rPr>
          <w:b/>
        </w:rPr>
        <w:t xml:space="preserve">[52:22] </w:t>
      </w:r>
      <w:r>
        <w:t>to aap pachas kilometer tak par safar kar ke utar aayen ge aap fresh hon ge. kyun?</w:t>
      </w:r>
    </w:p>
    <w:p>
      <w:pPr>
        <w:jc w:val="right"/>
      </w:pPr>
      <w:r>
        <w:t>تو آپ پچاس کلومیٹر تک پر سفر کر کے اتر آئیں گے آپ فریش ہوں گے۔ کیوں؟</w:t>
      </w:r>
    </w:p>
    <w:p>
      <w:r>
        <w:rPr>
          <w:b/>
        </w:rPr>
        <w:t xml:space="preserve">[52:30] </w:t>
      </w:r>
      <w:r>
        <w:t>is ke peyon mein spring hoti hai bohat khaas tarah ki jis ko kehte hain shock absorber. yeh sab jhatkay peye ko lagte hain.</w:t>
      </w:r>
    </w:p>
    <w:p>
      <w:pPr>
        <w:jc w:val="right"/>
      </w:pPr>
      <w:r>
        <w:t>اس کے پہیوں میں اسپرنگ ہوتی ہے بہت خاص طرح کی جس کو کہتے ہیں شاک ابزاربر۔ یہ سب جھٹکے پہیے کو لگتے ہیں۔</w:t>
      </w:r>
    </w:p>
    <w:p>
      <w:r>
        <w:rPr>
          <w:b/>
        </w:rPr>
        <w:t xml:space="preserve">[52:40] </w:t>
      </w:r>
      <w:r>
        <w:t>aap kabhi dekhen road par khare ho kar ke. achhi car jab guzar rahi hoti hai to pehia aise aise hota hai. body aise aise nahi hota.</w:t>
      </w:r>
    </w:p>
    <w:p>
      <w:pPr>
        <w:jc w:val="right"/>
      </w:pPr>
      <w:r>
        <w:t>آپ کبھی دیکھیں روڈ پر کھڑے ہو کر کے۔ اچھی کار جب گزر رہی ہوتی ہے تو پہیہ ایسے ایسے ہوتا ہے۔ باڈی ایسے ایسے نہیں ہوتا۔</w:t>
      </w:r>
    </w:p>
    <w:p>
      <w:r>
        <w:rPr>
          <w:b/>
        </w:rPr>
        <w:t xml:space="preserve">[52:50] </w:t>
      </w:r>
      <w:r>
        <w:t>yani pehia to neeche ooper hota hai body waise ki waise hi rehti hai. to is ka matlab kya hua hai?</w:t>
      </w:r>
    </w:p>
    <w:p>
      <w:pPr>
        <w:jc w:val="right"/>
      </w:pPr>
      <w:r>
        <w:t>یعنی پہیہ تو نیچے اوپر ہوتا ہے باڈی ویسے کی ویسے ہی رہتی ہے۔ تو اس کا معنی کیا ہوا ہے؟</w:t>
      </w:r>
    </w:p>
    <w:p>
      <w:r>
        <w:rPr>
          <w:b/>
        </w:rPr>
        <w:t xml:space="preserve">[52:58] </w:t>
      </w:r>
      <w:r>
        <w:t>ke tractor is gaadi ka naam hai. ke jo jhatka pehie ko laga woh musafir tak pohancha.</w:t>
      </w:r>
    </w:p>
    <w:p>
      <w:pPr>
        <w:jc w:val="right"/>
      </w:pPr>
      <w:r>
        <w:t>کہ ٹریکٹر اس گاڑی کا نام ہے۔ کہ جو جھٹکا پہیے کو لگا وہ مسافر تک پہنچا۔</w:t>
      </w:r>
    </w:p>
    <w:p>
      <w:r>
        <w:rPr>
          <w:b/>
        </w:rPr>
        <w:t xml:space="preserve">[53:11] </w:t>
      </w:r>
      <w:r>
        <w:t>is ke bar aks achhi car is gaadi ka naam hai. jis ne jhatke ko pehie par seh liya.</w:t>
      </w:r>
    </w:p>
    <w:p>
      <w:pPr>
        <w:jc w:val="right"/>
      </w:pPr>
      <w:r>
        <w:t>اس کے برعکس اچھی کار اس گاڑی کا نام ہے۔ جس نے جھٹکے کو پہیے پر سہہ لیا۔</w:t>
      </w:r>
    </w:p>
    <w:p>
      <w:r>
        <w:rPr>
          <w:b/>
        </w:rPr>
        <w:t xml:space="preserve">[53:20] </w:t>
      </w:r>
      <w:r>
        <w:t>musafir tak is ko pohanchne nahi diya.</w:t>
      </w:r>
    </w:p>
    <w:p>
      <w:pPr>
        <w:jc w:val="right"/>
      </w:pPr>
      <w:r>
        <w:t>مسافر تک اس کو پہنچنے نہیں دیا۔</w:t>
      </w:r>
    </w:p>
    <w:p>
      <w:r>
        <w:rPr>
          <w:b/>
        </w:rPr>
        <w:t xml:space="preserve">[53:25] </w:t>
      </w:r>
      <w:r>
        <w:t>to roza aisi ki tarbiyat hai.</w:t>
      </w:r>
    </w:p>
    <w:p>
      <w:pPr>
        <w:jc w:val="right"/>
      </w:pPr>
      <w:r>
        <w:t>تو روزہ ایسی کی تربیت ہے۔</w:t>
      </w:r>
    </w:p>
    <w:p>
      <w:r>
        <w:rPr>
          <w:b/>
        </w:rPr>
        <w:t xml:space="preserve">[53:28] </w:t>
      </w:r>
      <w:r>
        <w:t>sabr yahi ka yahi matlab hai. ek hai sabr ek hai be sabri. ek hai Patience ek Impatience.</w:t>
      </w:r>
    </w:p>
    <w:p>
      <w:pPr>
        <w:jc w:val="right"/>
      </w:pPr>
      <w:r>
        <w:t>صبر یہی کا یہی مطلب ہے۔ ایک ہے صبر ایک ہے بے صبری۔ ایک ہے Patience ایک Impatience۔</w:t>
      </w:r>
    </w:p>
    <w:p>
      <w:r>
        <w:rPr>
          <w:b/>
        </w:rPr>
        <w:t xml:space="preserve">[53:43] </w:t>
      </w:r>
      <w:r>
        <w:t>ek hai Patience ek Impatience. sabr be sabri. to sabr kya hai? ke jhatke ko apne ooper aap ne seh liya.</w:t>
      </w:r>
    </w:p>
    <w:p>
      <w:pPr>
        <w:jc w:val="right"/>
      </w:pPr>
      <w:r>
        <w:t>ایک ہے Patience ایک Impatience۔ صبر بے صبری۔ تو صبر کیا ہے؟ کہ جھٹکے کو اپنے اوپر آپ نے سہہ لیا۔</w:t>
      </w:r>
    </w:p>
    <w:p>
      <w:r>
        <w:rPr>
          <w:b/>
        </w:rPr>
        <w:t xml:space="preserve">[53:55] </w:t>
      </w:r>
      <w:r>
        <w:t>doosre ke ooper nahi jaane diya.</w:t>
      </w:r>
    </w:p>
    <w:p>
      <w:pPr>
        <w:jc w:val="right"/>
      </w:pPr>
      <w:r>
        <w:t>دوسرے کے اوپر نہیں جانے دیا۔</w:t>
      </w:r>
    </w:p>
    <w:p>
      <w:r>
        <w:rPr>
          <w:b/>
        </w:rPr>
        <w:t xml:space="preserve">[53:59] </w:t>
      </w:r>
      <w:r>
        <w:t>jab aap ghussa mein aa kar ke bhark bharkte hain aap bolte hain. bura bhala kehte hain gaali dete hain inteqaam lete hain Revenge lete hain. sabak sikhane chahte hain waghera.</w:t>
      </w:r>
    </w:p>
    <w:p>
      <w:pPr>
        <w:jc w:val="right"/>
      </w:pPr>
      <w:r>
        <w:t>جب آپ غصہ میں آ کر کے بھڑک بھڑکتے ہیں آپ بولتے ہیں۔ برا بھلا کہتے ہیں گالی دیتے ہیں انتقام لیتے ہیں Revenge لیتے ہیں۔ سبق سکھانے چاہتے ہیں وغیرہ۔</w:t>
      </w:r>
    </w:p>
    <w:p>
      <w:r>
        <w:rPr>
          <w:b/>
        </w:rPr>
        <w:t xml:space="preserve">[54:11] </w:t>
      </w:r>
      <w:r>
        <w:t>to is ka matlab ke aap tractor jaise insaan hain.</w:t>
      </w:r>
    </w:p>
    <w:p>
      <w:pPr>
        <w:jc w:val="right"/>
      </w:pPr>
      <w:r>
        <w:t>تو اس کا معنی کہ آپ ٹریکٹر جیسے انسان ہیں۔</w:t>
      </w:r>
    </w:p>
    <w:p>
      <w:r>
        <w:rPr>
          <w:b/>
        </w:rPr>
        <w:t xml:space="preserve">[54:17] </w:t>
      </w:r>
      <w:r>
        <w:t>aap tractor jaise insaan hain. ke jo jhatka aaya pehie par woh musafir tak pohanch gaya.</w:t>
      </w:r>
    </w:p>
    <w:p>
      <w:pPr>
        <w:jc w:val="right"/>
      </w:pPr>
      <w:r>
        <w:t>آپ ٹریکٹر جیسے انسان ہیں۔ کہ جو جھٹکا آیا پہیے پر وہ مسافر تک پہنچ گیا۔</w:t>
      </w:r>
    </w:p>
    <w:p>
      <w:r>
        <w:rPr>
          <w:b/>
        </w:rPr>
        <w:t xml:space="preserve">[54:25] </w:t>
      </w:r>
      <w:r>
        <w:t>lekin agar aap ka yeh haal ho ke aap jab ghussa aaye to andar andar ise control kar len.</w:t>
      </w:r>
    </w:p>
    <w:p>
      <w:pPr>
        <w:jc w:val="right"/>
      </w:pPr>
      <w:r>
        <w:t>لیکن اگر آپ کا یہ حال ہو کہ آپ جب غصہ آئے تو اندر اندر اسے کنٹرول کر لیں۔</w:t>
      </w:r>
    </w:p>
    <w:p>
      <w:r>
        <w:rPr>
          <w:b/>
        </w:rPr>
        <w:t xml:space="preserve">[54:35] </w:t>
      </w:r>
      <w:r>
        <w:t>andar andar apne ko pacify kar len.</w:t>
      </w:r>
    </w:p>
    <w:p>
      <w:pPr>
        <w:jc w:val="right"/>
      </w:pPr>
      <w:r>
        <w:t>اندر اندر اپنے کو پیسیفائی کر لیں۔</w:t>
      </w:r>
    </w:p>
    <w:p>
      <w:r>
        <w:rPr>
          <w:b/>
        </w:rPr>
        <w:t xml:space="preserve">[54:40] </w:t>
      </w:r>
      <w:r>
        <w:t>andar andar soch kar soch kar soch kar is ko thanda kar len.</w:t>
      </w:r>
    </w:p>
    <w:p>
      <w:pPr>
        <w:jc w:val="right"/>
      </w:pPr>
      <w:r>
        <w:t>اندر اندر سوچ کر سوچ کر سوچ کر اس کو ٹھنڈا کر لیں۔</w:t>
      </w:r>
    </w:p>
    <w:p>
      <w:r>
        <w:rPr>
          <w:b/>
        </w:rPr>
        <w:t xml:space="preserve">[54:46] </w:t>
      </w:r>
      <w:r>
        <w:t>to goya ke aap ek achhi car ke manind hain. ke aap ko jhatka to laga. lekin is jhatke ko aap ne doosron tak pohanchne nahi diya.</w:t>
      </w:r>
    </w:p>
    <w:p>
      <w:pPr>
        <w:jc w:val="right"/>
      </w:pPr>
      <w:r>
        <w:t>تو گویا کہ آپ ایک اچھی کار کے مانند ہیں۔ کہ آپ کو جھٹکا تو لگا۔ لیکن اس جھٹکے کو آپ نے دوسروں تک پہنچنے نہیں دیا۔</w:t>
      </w:r>
    </w:p>
    <w:p>
      <w:r>
        <w:rPr>
          <w:b/>
        </w:rPr>
        <w:t xml:space="preserve">[55:01] </w:t>
      </w:r>
      <w:r>
        <w:t>to roze ke bare mein rasool Allah ne farmaya ke huwa shehr al sabr woh sabr ka mahina.</w:t>
      </w:r>
    </w:p>
    <w:p>
      <w:pPr>
        <w:jc w:val="right"/>
      </w:pPr>
      <w:r>
        <w:t>تو روزے کے بارے میں رسول اللہ نے فرمایا کہ ہوا شہر الصبر وہ صبر کا مہینہ۔</w:t>
      </w:r>
    </w:p>
    <w:p>
      <w:r>
        <w:rPr>
          <w:b/>
        </w:rPr>
        <w:t xml:space="preserve">[55:07] </w:t>
      </w:r>
      <w:r>
        <w:t>goya ke doosre lafzon mein kaha kehna sahi hoga ke roze ka maqsad hai yeh ke roze rozedar ke dil mein roze rozedar ke andar ek shock absorber ho jaye.</w:t>
      </w:r>
    </w:p>
    <w:p>
      <w:pPr>
        <w:jc w:val="right"/>
      </w:pPr>
      <w:r>
        <w:t>گویا کہ دوسرے لفظوں میں کہا کہنا صحیح ہو گا کہ روزہ کا مقصد ہے یہ کہ روز روزہ دار کے دل میں روزہ روزہ دار کے اندر ایک شاک ابزاربر ہو جائے۔</w:t>
      </w:r>
    </w:p>
    <w:p>
      <w:r>
        <w:rPr>
          <w:b/>
        </w:rPr>
        <w:t xml:space="preserve">[55:26] </w:t>
      </w:r>
      <w:r>
        <w:t>jhatke ko sahne wala insaan ban jaye woh. to kaisi ajeeb nemat hai yeh.</w:t>
      </w:r>
    </w:p>
    <w:p>
      <w:pPr>
        <w:jc w:val="right"/>
      </w:pPr>
      <w:r>
        <w:t>جھٹکے کو سہانے والا انسان بن جائے وہ۔ تو کیسی عجیب نعمت ہے یہ۔</w:t>
      </w:r>
    </w:p>
    <w:p>
      <w:r>
        <w:rPr>
          <w:b/>
        </w:rPr>
        <w:t xml:space="preserve">[55:37] </w:t>
      </w:r>
      <w:r>
        <w:t>saari yaad rakhiye saari tarqqiyan koi bhi tarqqi jaisa ke maine arz kiya ke arts se le kar science tak. deen se le kar dunya tak.</w:t>
      </w:r>
    </w:p>
    <w:p>
      <w:pPr>
        <w:jc w:val="right"/>
      </w:pPr>
      <w:r>
        <w:t>ساری یاد رکھیے ساری ترقیاں کوئی بھی ترقی جیسا کہ میں نے عرض کیا کہ آرٹس سے لے کر سائنس تک۔ دین سے لے کر دنیا تک۔</w:t>
      </w:r>
    </w:p>
    <w:p>
      <w:r>
        <w:rPr>
          <w:b/>
        </w:rPr>
        <w:t xml:space="preserve">[55:50] </w:t>
      </w:r>
      <w:r>
        <w:t>family life se le kar national life tak. har jagah kamyabi ka rasta sirf ek hai. woh hai Patience sabr.</w:t>
      </w:r>
    </w:p>
    <w:p>
      <w:pPr>
        <w:jc w:val="right"/>
      </w:pPr>
      <w:r>
        <w:t>فیملی لائف سے لے کر نیشنل لائف تک۔ ہر جگہ کامیابی کا راستہ صرف ایک ہے۔ وہ ہے Patience صبر۔</w:t>
      </w:r>
    </w:p>
    <w:p>
      <w:r>
        <w:rPr>
          <w:b/>
        </w:rPr>
        <w:t xml:space="preserve">[56:01] </w:t>
      </w:r>
      <w:r>
        <w:t>aur roza aadmi ko sabr ki sabr ke liye goya training course hai.</w:t>
      </w:r>
    </w:p>
    <w:p>
      <w:pPr>
        <w:jc w:val="right"/>
      </w:pPr>
      <w:r>
        <w:t>اور روزہ آدمی کو صبر کی صبر کے لیے گویا ٹریننگ کورس ہے۔</w:t>
      </w:r>
    </w:p>
    <w:p>
      <w:r>
        <w:rPr>
          <w:b/>
        </w:rPr>
        <w:t xml:space="preserve">[56:12] </w:t>
      </w:r>
      <w:r>
        <w:t>ab ghhor kijiye kitna bara contribution hai roze ka aadmi ki zindagi mein. kitna bara contribution hai.</w:t>
      </w:r>
    </w:p>
    <w:p>
      <w:pPr>
        <w:jc w:val="right"/>
      </w:pPr>
      <w:r>
        <w:t>اب غور کیجیے کتنا بڑا کنٹریبیوشن ہے روزے کا آدمی کی زندگی میں۔ کتنا بڑا کنٹریبیوشن ہے۔</w:t>
      </w:r>
    </w:p>
    <w:p>
      <w:r>
        <w:rPr>
          <w:b/>
        </w:rPr>
        <w:t xml:space="preserve">[56:28] </w:t>
      </w:r>
      <w:r>
        <w:t>khaliq jis ne insaan ko banaya hai. aur jis ne is dunya par rakha hai. aur jis tarah ke halaat mein is ko guzarne ka mauqa diya hai.</w:t>
      </w:r>
    </w:p>
    <w:p>
      <w:pPr>
        <w:jc w:val="right"/>
      </w:pPr>
      <w:r>
        <w:t>خالق جس نے انسان کو بنایا ہے۔ اور جس نے اس دنیا پر رکھا ہے۔ اور جس طرح کے حالات میں اس کو گزرنے کا موقع دیا ہے۔</w:t>
      </w:r>
    </w:p>
    <w:p>
      <w:r>
        <w:rPr>
          <w:b/>
        </w:rPr>
        <w:t xml:space="preserve">[56:40] </w:t>
      </w:r>
      <w:r>
        <w:t>to khaliq ko maloom tha ke sab se bari weakness kya hai insaan ki. aur is insaan ke sath bari taqat kya hai.</w:t>
      </w:r>
    </w:p>
    <w:p>
      <w:pPr>
        <w:jc w:val="right"/>
      </w:pPr>
      <w:r>
        <w:t>تو خالق کو معلوم تھا کہ سب سے بڑی Weakness کیا ہے انسان کی۔ اور اس انسان کے ساتھ بڑی طاقت کیا ہے۔</w:t>
      </w:r>
    </w:p>
    <w:p>
      <w:r>
        <w:rPr>
          <w:b/>
        </w:rPr>
        <w:t xml:space="preserve">[56:52] </w:t>
      </w:r>
      <w:r>
        <w:t>to jis khaliq ne roze ka tareeqa rakha hai. woh jaanta tha is baat ko bilashuba.</w:t>
      </w:r>
    </w:p>
    <w:p>
      <w:pPr>
        <w:jc w:val="right"/>
      </w:pPr>
      <w:r>
        <w:t>تو جس خالق نے روزہ کا طریقہ رکھا ہے۔ وہ جانتا تھا اس بات کو بلاشبہ۔</w:t>
      </w:r>
    </w:p>
    <w:p>
      <w:r>
        <w:rPr>
          <w:b/>
        </w:rPr>
        <w:t xml:space="preserve">[57:02] </w:t>
      </w:r>
      <w:r>
        <w:t>to us ne wohi khaas cheez jo hai Patience</w:t>
      </w:r>
    </w:p>
    <w:p>
      <w:pPr>
        <w:jc w:val="right"/>
      </w:pPr>
      <w:r>
        <w:t>تو اس نے وہی خاص چیز جو ہے Patience</w:t>
      </w:r>
    </w:p>
    <w:p>
      <w:r>
        <w:rPr>
          <w:b/>
        </w:rPr>
        <w:t xml:space="preserve">[57:08] </w:t>
      </w:r>
      <w:r>
        <w:t>isi maqam par insaan ko tayyar karne ka aik aik course de diya.</w:t>
      </w:r>
    </w:p>
    <w:p>
      <w:pPr>
        <w:jc w:val="right"/>
      </w:pPr>
      <w:r>
        <w:t>اسی مقام پر انسان کو تیار کرنے کا ایک ایک کورس دے دیا۔</w:t>
      </w:r>
    </w:p>
    <w:p>
      <w:r>
        <w:rPr>
          <w:b/>
        </w:rPr>
        <w:t xml:space="preserve">[57:17] </w:t>
      </w:r>
      <w:r>
        <w:t>keh keh</w:t>
      </w:r>
    </w:p>
    <w:p>
      <w:pPr>
        <w:jc w:val="right"/>
      </w:pPr>
      <w:r>
        <w:t>کہ کہ</w:t>
      </w:r>
    </w:p>
    <w:p>
      <w:r>
        <w:rPr>
          <w:b/>
        </w:rPr>
        <w:t xml:space="preserve">[57:21] </w:t>
      </w:r>
      <w:r>
        <w:t>sabr karne walay bano aur sari taraqqi tumharay liye hai. yeh hai goya Ramzan ke mahine ka paigham.</w:t>
      </w:r>
    </w:p>
    <w:p>
      <w:pPr>
        <w:jc w:val="right"/>
      </w:pPr>
      <w:r>
        <w:t>صبر کرنے والے بنو اور ساری ترقی تمہارے لیے ہے۔ یہ ہے گویا رمضان کے مہینے کا پیغام۔</w:t>
      </w:r>
    </w:p>
    <w:p>
      <w:r>
        <w:rPr>
          <w:b/>
        </w:rPr>
        <w:t xml:space="preserve">[57:34] </w:t>
      </w:r>
      <w:r>
        <w:t>keh sabr karne walay bano aur phir sari taraqqi tumharay liye hai.</w:t>
      </w:r>
    </w:p>
    <w:p>
      <w:pPr>
        <w:jc w:val="right"/>
      </w:pPr>
      <w:r>
        <w:t>کہ صبر کرنے والے بنو اور پھر ساری ترقی تمہارے لیے ہے۔</w:t>
      </w:r>
    </w:p>
    <w:p>
      <w:r>
        <w:rPr>
          <w:b/>
        </w:rPr>
        <w:t xml:space="preserve">[57:45] </w:t>
      </w:r>
      <w:r>
        <w:t>yahan mein aik baat izafa karunga keh aaj kal aik aik ghalat nazariya phaila hua hai keh khoob khao piyo sehri ke waqt taake dil ko bhooki na lagay.</w:t>
      </w:r>
    </w:p>
    <w:p>
      <w:pPr>
        <w:jc w:val="right"/>
      </w:pPr>
      <w:r>
        <w:t>یہاں میں ایک بات اضافہ کروں گا کہ آج کل ایک ایک غلط نظریہ پھیلا ہوا ہے کہ خوب کھاؤ پیو سحری کے وقت تاکہ دل کو بھوکی نہ لگے۔</w:t>
      </w:r>
    </w:p>
    <w:p>
      <w:r>
        <w:rPr>
          <w:b/>
        </w:rPr>
        <w:t xml:space="preserve">[57:58] </w:t>
      </w:r>
      <w:r>
        <w:t>yeh roze ko batil karna hai.</w:t>
      </w:r>
    </w:p>
    <w:p>
      <w:pPr>
        <w:jc w:val="right"/>
      </w:pPr>
      <w:r>
        <w:t>یہ روزے کو باطل کرنا ہے۔</w:t>
      </w:r>
    </w:p>
    <w:p>
      <w:r>
        <w:rPr>
          <w:b/>
        </w:rPr>
        <w:t xml:space="preserve">[58:04] </w:t>
      </w:r>
      <w:r>
        <w:t>roze ko batil karna hai. mamool ke mutabiq khaiye. taake din mein bhook lagay din mein piyas bhi lagay.</w:t>
      </w:r>
    </w:p>
    <w:p>
      <w:pPr>
        <w:jc w:val="right"/>
      </w:pPr>
      <w:r>
        <w:t>روزے کو باطل کرنا ہے۔ معمول کے مطابق کھائیے۔ تاکہ دن میں بھوک لگے دن میں پیاس بھی لگے۔</w:t>
      </w:r>
    </w:p>
    <w:p>
      <w:r>
        <w:rPr>
          <w:b/>
        </w:rPr>
        <w:t xml:space="preserve">[58:15] </w:t>
      </w:r>
      <w:r>
        <w:t>khaas tarah ke khane banaye jatay hain. keh khaas tarah ke khane kha lo to phir neend hi to phir woh bhook nahi lagay gi. yeh to roze ko batil karna hai.</w:t>
      </w:r>
    </w:p>
    <w:p>
      <w:pPr>
        <w:jc w:val="right"/>
      </w:pPr>
      <w:r>
        <w:t>خاص طرح کے کھانے بنائے جاتے ہیں۔ کہ خاص طرح کے کھانے کھا لو تو پھر نیند ہی تو پھر وہ بھوک نہیں لگے گی۔ یہ تو روزے کو باطل کرنا ہے۔</w:t>
      </w:r>
    </w:p>
    <w:p>
      <w:r>
        <w:rPr>
          <w:b/>
        </w:rPr>
        <w:t xml:space="preserve">[58:26] </w:t>
      </w:r>
      <w:r>
        <w:t>roza is liye keh aap ko bhook ka test milay. piyas ka test milay. mamoolat tootne ka test milay.</w:t>
      </w:r>
    </w:p>
    <w:p>
      <w:pPr>
        <w:jc w:val="right"/>
      </w:pPr>
      <w:r>
        <w:t>روزہ اس لیے کہ آپ کو بھوک کا ٹیسٹ ملے۔ پیاس کا ٹیسٹ ملے۔ معمولات ٹوٹنے کا ٹیسٹ ملے۔</w:t>
      </w:r>
    </w:p>
    <w:p>
      <w:r>
        <w:rPr>
          <w:b/>
        </w:rPr>
        <w:t xml:space="preserve">[58:36] </w:t>
      </w:r>
      <w:r>
        <w:t>aur aap trend ho jayen. Allah ki duniya mein aik sabir insaan ban kar zindagi guzarnay ke liye.</w:t>
      </w:r>
    </w:p>
    <w:p>
      <w:pPr>
        <w:jc w:val="right"/>
      </w:pPr>
      <w:r>
        <w:t>اور آپ ٹرینڈ ہو جائیں۔ اللہ کی دنیا میں ایک صابر انسان بن کر زندگی گزارنے کے لیے۔</w:t>
      </w:r>
    </w:p>
    <w:p>
      <w:r>
        <w:rPr>
          <w:b/>
        </w:rPr>
        <w:t xml:space="preserve">[58:50] </w:t>
      </w:r>
      <w:r>
        <w:t>koi bhi aisi cheez jo jo us ke khilaf ho woh goya roze ko batil karti hai. woh Allah ki scheme ko undo karti hai.</w:t>
      </w:r>
    </w:p>
    <w:p>
      <w:pPr>
        <w:jc w:val="right"/>
      </w:pPr>
      <w:r>
        <w:t>کوئی بھی ایسی چیز جو جو اس کے خلاف ہو وہ گویا روزے کو باطل کرتی ہے۔ وہ اللہ کی سکیم کو انڈو کرتی ہے۔</w:t>
      </w:r>
    </w:p>
    <w:p>
      <w:r>
        <w:rPr>
          <w:b/>
        </w:rPr>
        <w:t xml:space="preserve">[59:03] </w:t>
      </w:r>
      <w:r>
        <w:t>kesi ajeeb baat hai.</w:t>
      </w:r>
    </w:p>
    <w:p>
      <w:pPr>
        <w:jc w:val="right"/>
      </w:pPr>
      <w:r>
        <w:t>کیسی عجیب بات ہے۔</w:t>
      </w:r>
    </w:p>
    <w:p>
      <w:r>
        <w:rPr>
          <w:b/>
        </w:rPr>
        <w:t xml:space="preserve">[59:07] </w:t>
      </w:r>
      <w:r>
        <w:t>Allah ki scheme ko jo undo karay. to woh to aik aik aik jurm ka feal karta hai. Allah kaise maaf karega aisay jurm ko.</w:t>
      </w:r>
    </w:p>
    <w:p>
      <w:pPr>
        <w:jc w:val="right"/>
      </w:pPr>
      <w:r>
        <w:t>اللہ کی سکیم کو جو انڈو کرے۔ تو وہ تو ایک ایک ایک جرم کا فعل کرتا ہے۔ اللہ کیسے معاف کرے گا ایسے جرم کو۔</w:t>
      </w:r>
    </w:p>
    <w:p>
      <w:r>
        <w:rPr>
          <w:b/>
        </w:rPr>
        <w:t xml:space="preserve">[59:20] </w:t>
      </w:r>
      <w:r>
        <w:t>to aap ko Allah ki scheme se cooperate karna hai. apne aap ko Allah ki scheme mein dalna hai. Allah ki planning ko samajhna hai.</w:t>
      </w:r>
    </w:p>
    <w:p>
      <w:pPr>
        <w:jc w:val="right"/>
      </w:pPr>
      <w:r>
        <w:t>تو آپ کو اللہ کی سکیم سے کوآپریٹ کرنا ہے۔ اپنے آپ کو اللہ کی سکیم میں ڈالنا ہے۔ اللہ کی پلاننگ کو سمجھنا ہے۔</w:t>
      </w:r>
    </w:p>
    <w:p>
      <w:r>
        <w:rPr>
          <w:b/>
        </w:rPr>
        <w:t xml:space="preserve">[59:31] </w:t>
      </w:r>
      <w:r>
        <w:t>us ke mutabiq apne ko mold karna hai. tab hi aisa ho ga keh aap ko roze ki barkatein hasil hon.</w:t>
      </w:r>
    </w:p>
    <w:p>
      <w:pPr>
        <w:jc w:val="right"/>
      </w:pPr>
      <w:r>
        <w:t>اس کے مطابق اپنے کو مولڈ کرنا ہے۔ تب ہی ایسا ہو گا کہ آپ کو روزے کی برکتیں حاصل ہوں۔</w:t>
      </w:r>
    </w:p>
    <w:p>
      <w:r>
        <w:rPr>
          <w:b/>
        </w:rPr>
        <w:t xml:space="preserve">[59:43] </w:t>
      </w:r>
      <w:r>
        <w:t>mein dua karta hoon keh Allah taala mujh ko aur aap ko apni rehmaton mein hissadar banaye. aqool qool</w:t>
      </w:r>
    </w:p>
    <w:p>
      <w:pPr>
        <w:jc w:val="right"/>
      </w:pPr>
      <w:r>
        <w:t>میں دعا کرتا ہوں کہ اللہ تعالیٰ مجھ کو اور آپ کو اپنی رحمتوں میں حصے دار بنائے۔ اقول قول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