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History of Kings June 12, 2008 Maulana Wahiduddin Khan</w:t>
      </w:r>
    </w:p>
    <w:p>
      <w:r>
        <w:t>https://www.youtube.com/watch?v=H7gPHFpkXe0</w:t>
      </w:r>
    </w:p>
    <w:p>
      <w:r>
        <w:rPr>
          <w:b/>
        </w:rPr>
        <w:t xml:space="preserve">[00:13] </w:t>
      </w:r>
      <w:r>
        <w:t>Bismillah Rehman ur Rahim, waSallallahu ala Nabiyil Kareem. Rabishrah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"Lessons from the History of Kings", badshahon ki tareekh se sabak.</w:t>
      </w:r>
    </w:p>
    <w:p>
      <w:pPr>
        <w:jc w:val="right"/>
      </w:pPr>
      <w:r>
        <w:t>آج کا ٹاپک ہے: "Lessons from the History of Kings"، بادشاہوں کی تاریخ سے سبق۔</w:t>
      </w:r>
    </w:p>
    <w:p>
      <w:r>
        <w:rPr>
          <w:b/>
        </w:rPr>
        <w:t xml:space="preserve">[00:47] </w:t>
      </w:r>
      <w:r>
        <w:t>yeh topic mere mind mein is waqt aaya jabke aaj ke papers mein King Nepal ka mamla parha.</w:t>
      </w:r>
    </w:p>
    <w:p>
      <w:pPr>
        <w:jc w:val="right"/>
      </w:pPr>
      <w:r>
        <w:t>یہ ٹاپک میرے مائنڈ میں اس وقت آیا جبکہ آج کے پیپرز میں کنگ نیپال کا معاملہ پڑھا۔</w:t>
      </w:r>
    </w:p>
    <w:p>
      <w:r>
        <w:rPr>
          <w:b/>
        </w:rPr>
        <w:t xml:space="preserve">[01:00] </w:t>
      </w:r>
      <w:r>
        <w:t>aap sab log jantay hain keh aaj, yani 12 June ko, Nepal ke raja King Gyanendra ne apna mahal chhod diya.</w:t>
      </w:r>
    </w:p>
    <w:p>
      <w:pPr>
        <w:jc w:val="right"/>
      </w:pPr>
      <w:r>
        <w:t>آپ سب لوگ جانتے ہیں کہ آج، یعنی 12 جون کو، نیپال کے راجہ کنگ گیانندر نے اپنا محل چھوڑ دیا۔</w:t>
      </w:r>
    </w:p>
    <w:p>
      <w:r>
        <w:rPr>
          <w:b/>
        </w:rPr>
        <w:t xml:space="preserve">[01:13] </w:t>
      </w:r>
      <w:r>
        <w:t>aaj se woh pehle Nepal ke King thay, aaj ke baad woh na Nepal mein aik common man ki tarah rahen gay.</w:t>
      </w:r>
    </w:p>
    <w:p>
      <w:pPr>
        <w:jc w:val="right"/>
      </w:pPr>
      <w:r>
        <w:t>آج سے وہ پہلے نیپال کے کنگ تھے، آج کے بعد وہ نہ نیپال میں ایک کامن مین کی طرح رہیں گے۔</w:t>
      </w:r>
    </w:p>
    <w:p>
      <w:r>
        <w:rPr>
          <w:b/>
        </w:rPr>
        <w:t xml:space="preserve">[01:24] </w:t>
      </w:r>
      <w:r>
        <w:t>aaj ke papers mein sabhi mein yeh news aayi hai, yani 12 June ko.</w:t>
      </w:r>
    </w:p>
    <w:p>
      <w:pPr>
        <w:jc w:val="right"/>
      </w:pPr>
      <w:r>
        <w:t>آج کے پیپرز میں سبھی میں یہ نیوز آئی ہے، یعنی 12 جون کو۔</w:t>
      </w:r>
    </w:p>
    <w:p>
      <w:r>
        <w:rPr>
          <w:b/>
        </w:rPr>
        <w:t xml:space="preserve">[01:31] </w:t>
      </w:r>
      <w:r>
        <w:t>to mere mind mein kuch thought aaye us ko le kar, to mein chahta hoon keh isi ke baray mein kuch kahoon.</w:t>
      </w:r>
    </w:p>
    <w:p>
      <w:pPr>
        <w:jc w:val="right"/>
      </w:pPr>
      <w:r>
        <w:t>تو میرے مائنڈ میں کچھ تھاٹ آئے اس کو لے کر، تو میں چاہتا ہوں کہ اسی کے بارے میں کچھ کہوں۔</w:t>
      </w:r>
    </w:p>
    <w:p>
      <w:r>
        <w:rPr>
          <w:b/>
        </w:rPr>
        <w:t xml:space="preserve">[01:43] </w:t>
      </w:r>
      <w:r>
        <w:t>history agar aap parhain to history jo hai, history of kings hai. sari history kings ko le kar likhi gayi hai.</w:t>
      </w:r>
    </w:p>
    <w:p>
      <w:pPr>
        <w:jc w:val="right"/>
      </w:pPr>
      <w:r>
        <w:t>ہسٹری اگر آپ پڑھیں تو ہسٹری جو ہے، ہسٹری آف کنگز ہے۔ ساری ہسٹری کنگز کو لے کر لکھی گئی ہے۔</w:t>
      </w:r>
    </w:p>
    <w:p>
      <w:r>
        <w:rPr>
          <w:b/>
        </w:rPr>
        <w:t xml:space="preserve">[01:54] </w:t>
      </w:r>
      <w:r>
        <w:t>jo trend badla hai, abhi kuch so baras se pehle.</w:t>
      </w:r>
    </w:p>
    <w:p>
      <w:pPr>
        <w:jc w:val="right"/>
      </w:pPr>
      <w:r>
        <w:t>جو ٹرینڈ بدلا ہے، ابھی کچھ سو برس سے پہلے۔</w:t>
      </w:r>
    </w:p>
    <w:p>
      <w:r>
        <w:rPr>
          <w:b/>
        </w:rPr>
        <w:t xml:space="preserve">[02:00] </w:t>
      </w:r>
      <w:r>
        <w:t>ibn e khaldun ne pehli baar yeh kaha ke history ko history of kings nahi hona chahiye, balkay poori society, poore nation, poore insan ko le kar history likhni chahiye.</w:t>
      </w:r>
    </w:p>
    <w:p>
      <w:pPr>
        <w:jc w:val="right"/>
      </w:pPr>
      <w:r>
        <w:t>ابن خلدون نے پہلی بار یہ کہا کہ ہسٹری کو ہسٹری آف کنگز نہیں ہونا چاہیے، بلکہ پوری سوسائٹی، پورے نیشن، پورے انسان کو لے کر ہسٹری لکھنی چاہیے۔</w:t>
      </w:r>
    </w:p>
    <w:p>
      <w:r>
        <w:rPr>
          <w:b/>
        </w:rPr>
        <w:t xml:space="preserve">[02:18] </w:t>
      </w:r>
      <w:r>
        <w:t>lekin ibn e khaldun ke zamanay tak aisa nahi ho saka. ya sach poochain to renaissance ke baad is par amal shuru hua.</w:t>
      </w:r>
    </w:p>
    <w:p>
      <w:pPr>
        <w:jc w:val="right"/>
      </w:pPr>
      <w:r>
        <w:t>لیکن ابن خلدون کے زمانے تک ایسا نہیں ہو سکا۔ یا سچ پوچھیں تو رینیساں کے بعد اس پر عمل شروع ہوا۔</w:t>
      </w:r>
    </w:p>
    <w:p>
      <w:r>
        <w:rPr>
          <w:b/>
        </w:rPr>
        <w:t xml:space="preserve">[02:31] </w:t>
      </w:r>
      <w:r>
        <w:t>to is thinking ko pesh karne wala to ibn e khaldun tha sab se pehle. lekin is thinking par history jo writing shuru hui,</w:t>
      </w:r>
    </w:p>
    <w:p>
      <w:pPr>
        <w:jc w:val="right"/>
      </w:pPr>
      <w:r>
        <w:t>تو اس تھنکنگ کو پیش کرنے والا تو ابن خلدون تھا سب سے پہلے۔ لیکن اس تھنکنگ پر ہسٹری جو رائٹنگ شروع ہوئی،</w:t>
      </w:r>
    </w:p>
    <w:p>
      <w:r>
        <w:rPr>
          <w:b/>
        </w:rPr>
        <w:t xml:space="preserve">[02:46] </w:t>
      </w:r>
      <w:r>
        <w:t>history ki jo writing shuru hui, woh europe mein shuru hui. to behrhaal, pehle ki sari tareekhein badshahon ke aas pas ghoomti hain.</w:t>
      </w:r>
    </w:p>
    <w:p>
      <w:pPr>
        <w:jc w:val="right"/>
      </w:pPr>
      <w:r>
        <w:t>ہسٹری کی جو رائٹنگ شروع ہوئی، وہ یورپ میں شروع ہوئی۔ تو بہرحال، پہلے کی ساری تاریخیں بادشاہوں کے آس پاس گھومتی ہیں۔</w:t>
      </w:r>
    </w:p>
    <w:p>
      <w:r>
        <w:rPr>
          <w:b/>
        </w:rPr>
        <w:t xml:space="preserve">[03:00] </w:t>
      </w:r>
      <w:r>
        <w:t>yani king centered history hoti thi pehle. ab to nation ko aur insan ko samne rakh kar history likhi jati hai.</w:t>
      </w:r>
    </w:p>
    <w:p>
      <w:pPr>
        <w:jc w:val="right"/>
      </w:pPr>
      <w:r>
        <w:t>یعنی کنگ سینٹرڈ ہسٹری ہوتی تھی پہلے۔ اب تو نیشن کو اور انسان کو سامنے رکھ کر ہسٹری لکھی جاتی ہے۔</w:t>
      </w:r>
    </w:p>
    <w:p>
      <w:r>
        <w:rPr>
          <w:b/>
        </w:rPr>
        <w:t xml:space="preserve">[03:12] </w:t>
      </w:r>
      <w:r>
        <w:t>to behrhaal, jitne bhi king hue hain, woh sab ambitious thay.</w:t>
      </w:r>
    </w:p>
    <w:p>
      <w:pPr>
        <w:jc w:val="right"/>
      </w:pPr>
      <w:r>
        <w:t>تو بہرحال، جتنے بھی کنگ ہوئے ہیں، وہ سب اور ایمبیشس تھے۔</w:t>
      </w:r>
    </w:p>
    <w:p>
      <w:r>
        <w:rPr>
          <w:b/>
        </w:rPr>
        <w:t xml:space="preserve">[03:19] </w:t>
      </w:r>
      <w:r>
        <w:t>jaise ke alexander the great, jo ancient greece mein tha, yani christianity se pehle Yunan mein,</w:t>
      </w:r>
    </w:p>
    <w:p>
      <w:pPr>
        <w:jc w:val="right"/>
      </w:pPr>
      <w:r>
        <w:t>جیسے کہ الیگزینڈر دا گریٹ، جو اینشینٹ گریس میں تھا، یعنی کرسچینٹی سے پہلے یونان میں،</w:t>
      </w:r>
    </w:p>
    <w:p>
      <w:r>
        <w:rPr>
          <w:b/>
        </w:rPr>
        <w:t xml:space="preserve">[03:34] </w:t>
      </w:r>
      <w:r>
        <w:t>to woh sari hi duniya chahta tha ke sari duniya par rule karay. lekin aap jantay hain ke bohat kam umar mein woh mar gaya.</w:t>
      </w:r>
    </w:p>
    <w:p>
      <w:pPr>
        <w:jc w:val="right"/>
      </w:pPr>
      <w:r>
        <w:t>تو وہ ساری ہی دنیا چاہتا تھا کہ ساری دنیا پر رول کرے۔ لیکن آپ جانتے ہیں کہ بہت کم عمر میں وہ مر گیا۔</w:t>
      </w:r>
    </w:p>
    <w:p>
      <w:r>
        <w:rPr>
          <w:b/>
        </w:rPr>
        <w:t xml:space="preserve">[03:48] </w:t>
      </w:r>
      <w:r>
        <w:t>woh fateh karta hua bohat se mulkon mein gaya. india tak bhi aa gaya tha woh. to aik din jab ke woh khushi mananay ki ka aik function kar raha tha,</w:t>
      </w:r>
    </w:p>
    <w:p>
      <w:pPr>
        <w:jc w:val="right"/>
      </w:pPr>
      <w:r>
        <w:t>وہ فتح کرتا ہوا بہت سے ملکوں میں گیا۔ انڈیا تک بھی آ گیا تھا وہ۔ تو ایک دن جب کہ وہ خوشی منانے کی کا ایک فنکشن کر رہا تھا،</w:t>
      </w:r>
    </w:p>
    <w:p>
      <w:r>
        <w:rPr>
          <w:b/>
        </w:rPr>
        <w:t xml:space="preserve">[04:05] </w:t>
      </w:r>
      <w:r>
        <w:t>khoob sharab pi, khoob khaya, to us ke baad woh beemar ho gaya aur phir mar gaya. jabkay umar abhi us ki 40 saal se bhi kam thi.</w:t>
      </w:r>
    </w:p>
    <w:p>
      <w:pPr>
        <w:jc w:val="right"/>
      </w:pPr>
      <w:r>
        <w:t>خوب شراب پی، خوب کھایا، تو اس کے بعد وہ بیمار ہو گیا اور پھر مر گیا۔ جبکہ عمر ابھی اس کی 40 سال سے بھی کم تھی۔</w:t>
      </w:r>
    </w:p>
    <w:p>
      <w:r>
        <w:rPr>
          <w:b/>
        </w:rPr>
        <w:t xml:space="preserve">[04:21] </w:t>
      </w:r>
      <w:r>
        <w:t>isi tarah se aap dekhiye ke spain mein musalmanon ne bohat bara empire banaya. wahan par bohat bara aik mahal banaya.</w:t>
      </w:r>
    </w:p>
    <w:p>
      <w:pPr>
        <w:jc w:val="right"/>
      </w:pPr>
      <w:r>
        <w:t>اسی طرح سے آپ دیکھیے کہ اسپین میں مسلمانوں نے بہت بڑا ایمپائر بنایا۔ وہاں پر بہت بڑا ایک محل بنایا۔</w:t>
      </w:r>
    </w:p>
    <w:p>
      <w:r>
        <w:rPr>
          <w:b/>
        </w:rPr>
        <w:t xml:space="preserve">[04:33] </w:t>
      </w:r>
      <w:r>
        <w:t>abdul rehman dakhil ne bohat hi bara mahal tha. woh itna bara mahal tha ke us ko mahal nahi kaha jata tha.</w:t>
      </w:r>
    </w:p>
    <w:p>
      <w:pPr>
        <w:jc w:val="right"/>
      </w:pPr>
      <w:r>
        <w:t>عبدالرحمن داخل نے بہت ہی بڑا محل تھا۔ وہ اتنا بڑا محل تھا کہ اس کو محل نہیں کہا جاتا تھا۔</w:t>
      </w:r>
    </w:p>
    <w:p>
      <w:r>
        <w:rPr>
          <w:b/>
        </w:rPr>
        <w:t xml:space="preserve">[04:43] </w:t>
      </w:r>
      <w:r>
        <w:t>yani paris nahi kehtay thay us ko, us ko bagh kehtay thay.</w:t>
      </w:r>
    </w:p>
    <w:p>
      <w:pPr>
        <w:jc w:val="right"/>
      </w:pPr>
      <w:r>
        <w:t>یعنی پیرس نہیں کہتے تھے اس کو، اس کو باغ کہتے تھے۔</w:t>
      </w:r>
    </w:p>
    <w:p>
      <w:r>
        <w:rPr>
          <w:b/>
        </w:rPr>
        <w:t xml:space="preserve">[04:48] </w:t>
      </w:r>
      <w:r>
        <w:t>al zahra, qasr al zahra, kyunke sara bagh hi bagh mein tha. bohat bara mahal tha woh. to us se poocha gaya ke tum ne zindagi mein kitnay din khushi ke paaye?</w:t>
      </w:r>
    </w:p>
    <w:p>
      <w:pPr>
        <w:jc w:val="right"/>
      </w:pPr>
      <w:r>
        <w:t>الزہرا، قصر الزہرا، کیونکہ سارا باغ ہی باغ میں تھا۔ بہت بڑا محل تھا وہ۔ تو اس سے پوچھا گیا کہ تم نے زندگی میں کتنے دن خوشی کے پائے؟</w:t>
      </w:r>
    </w:p>
    <w:p>
      <w:r>
        <w:rPr>
          <w:b/>
        </w:rPr>
        <w:t xml:space="preserve">[05:04] </w:t>
      </w:r>
      <w:r>
        <w:t>to us ne soch kar bataya ke sirf char din.</w:t>
      </w:r>
    </w:p>
    <w:p>
      <w:pPr>
        <w:jc w:val="right"/>
      </w:pPr>
      <w:r>
        <w:t>تو اس نے سوچ کر بتایا کہ صرف چار دن۔</w:t>
      </w:r>
    </w:p>
    <w:p>
      <w:r>
        <w:rPr>
          <w:b/>
        </w:rPr>
        <w:t xml:space="preserve">[05:10] </w:t>
      </w:r>
      <w:r>
        <w:t>yani taqreeban 40 saal tak us ne rule kiya, lekin khushi ke din us ko sirf char milay. aur us ke baad woh mar gaya.</w:t>
      </w:r>
    </w:p>
    <w:p>
      <w:pPr>
        <w:jc w:val="right"/>
      </w:pPr>
      <w:r>
        <w:t>یعنی تقریباً 40 سال تک اس نے رول کیا، لیکن خوشی کے دن اس کو صرف چار ملے۔ اور اس کے بعد وہ مر گیا۔</w:t>
      </w:r>
    </w:p>
    <w:p>
      <w:r>
        <w:rPr>
          <w:b/>
        </w:rPr>
        <w:t xml:space="preserve">[05:20] </w:t>
      </w:r>
      <w:r>
        <w:t>aisay hi bar bar hota raha.</w:t>
      </w:r>
    </w:p>
    <w:p>
      <w:pPr>
        <w:jc w:val="right"/>
      </w:pPr>
      <w:r>
        <w:t>ایسے ہی بار بار ہوتا رہا۔</w:t>
      </w:r>
    </w:p>
    <w:p>
      <w:r>
        <w:rPr>
          <w:b/>
        </w:rPr>
        <w:t xml:space="preserve">[05:24] </w:t>
      </w:r>
      <w:r>
        <w:t>phir aap jantay hain ke napoleon paida hua france mein. woh bhi sari duniya par rule karna chahta tha, lekin russia ki deewaron tak pohancha, yani moscow ki deewaron tak pohancha ke wohin us ki fauj ka khatma ho gaya.</w:t>
      </w:r>
    </w:p>
    <w:p>
      <w:pPr>
        <w:jc w:val="right"/>
      </w:pPr>
      <w:r>
        <w:t>پھر آپ جانتے ہیں کہ نیپولین پیدا ہوا فرانس میں۔ وہ بھی ساری دنیا پر رول کرنا چاہتا تھا، لیکن روس کی دیواروں تک پہنچا، یعنی ماسکو کی دیواروں تک پہنچا کہ وہیں اس کی فوج کا خاتمہ ہو گیا۔</w:t>
      </w:r>
    </w:p>
    <w:p>
      <w:r>
        <w:rPr>
          <w:b/>
        </w:rPr>
        <w:t xml:space="preserve">[05:44] </w:t>
      </w:r>
      <w:r>
        <w:t>hitler chahta tha, jo ke germany mein paida hua, ke woh bhi sari duniya par rule karay, lekin us ka yeh bohat jald khatma ho gaya.</w:t>
      </w:r>
    </w:p>
    <w:p>
      <w:pPr>
        <w:jc w:val="right"/>
      </w:pPr>
      <w:r>
        <w:t>ہٹلر چاہتا تھا، جو کہ جرمنی میں پیدا ہوا، کہ وہ بھی ساری دنیا پر رول کرے، لیکن اس کا یہ بہت جلد خاتمہ ہو گیا۔</w:t>
      </w:r>
    </w:p>
    <w:p>
      <w:r>
        <w:rPr>
          <w:b/>
        </w:rPr>
        <w:t xml:space="preserve">[05:55] </w:t>
      </w:r>
      <w:r>
        <w:t>to yeh hai badshahon ka haal</w:t>
      </w:r>
    </w:p>
    <w:p>
      <w:pPr>
        <w:jc w:val="right"/>
      </w:pPr>
      <w:r>
        <w:t>تو یہ ہے بادشاہوں کا حال</w:t>
      </w:r>
    </w:p>
    <w:p>
      <w:r>
        <w:rPr>
          <w:b/>
        </w:rPr>
        <w:t xml:space="preserve">[06:04] </w:t>
      </w:r>
      <w:r>
        <w:t>ke baray baray ambitious, baray baray ambitions ko le kar ke woh unhon ne plan banaya, lekin is se pehle ke un ka plan poora ho, woh khatam ho gaye.</w:t>
      </w:r>
    </w:p>
    <w:p>
      <w:pPr>
        <w:jc w:val="right"/>
      </w:pPr>
      <w:r>
        <w:t>کہ بڑے بڑے ایمبیشس، بڑے بڑے ایمبیشنز کو لے کر کے وہ انہوں نے پلان بنایا، لیکن اس سے پہلے کہ ان کا پلان پورا ہو، وہ ختم ہو گئے۔</w:t>
      </w:r>
    </w:p>
    <w:p>
      <w:r>
        <w:rPr>
          <w:b/>
        </w:rPr>
        <w:t xml:space="preserve">[06:21] </w:t>
      </w:r>
      <w:r>
        <w:t>to badshahon ki tareekh is aitbar se bohat hi is mein lesson hai ke is duniya mein kisi ko bhi, chahe woh badshah kyun na ho, us ki khushiyan kabhi poori nahi hoti.</w:t>
      </w:r>
    </w:p>
    <w:p>
      <w:pPr>
        <w:jc w:val="right"/>
      </w:pPr>
      <w:r>
        <w:t>تو بادشاہوں کی تاریخ اس اعتبار سے بہت ہی اس میں لیسن ہے کہ اس دنیا میں کسی کو بھی، چاہے وہ بادشاہ کیوں نہ ہو، اس کی خوشیاں کبھی پوری نہیں ہوتی۔</w:t>
      </w:r>
    </w:p>
    <w:p>
      <w:r>
        <w:rPr>
          <w:b/>
        </w:rPr>
        <w:t xml:space="preserve">[06:36] </w:t>
      </w:r>
      <w:r>
        <w:t>kabhi poori nahi hoti. agar koi bohat bara mahal bhi bana le to kya hai? is mein rehnay ko bhi nahi milay ga, us ko mar jaye ga woh.</w:t>
      </w:r>
    </w:p>
    <w:p>
      <w:pPr>
        <w:jc w:val="right"/>
      </w:pPr>
      <w:r>
        <w:t>کبھی پوری نہیں ہوتی۔ اگر کوئی بہت بڑا محل بھی بنا لے تو کیا ہے؟ اس میں رہنے کو بھی نہیں ملے گا، اس کو مر جائے گا وہ۔</w:t>
      </w:r>
    </w:p>
    <w:p>
      <w:r>
        <w:rPr>
          <w:b/>
        </w:rPr>
        <w:t xml:space="preserve">[06:49] </w:t>
      </w:r>
      <w:r>
        <w:t>aur yeh main ne apne haan adam garh mein dekha hai, wahan par aik thay raja, kahe jatay thay woh raja harak chand.</w:t>
      </w:r>
    </w:p>
    <w:p>
      <w:pPr>
        <w:jc w:val="right"/>
      </w:pPr>
      <w:r>
        <w:t>اور یہ میں نے اپنے ہاں آدم گڑھ میں دیکھا ہے، وہاں پر ایک تھے راجہ، کہے جاتے تھے وہ راجہ حرک چند۔</w:t>
      </w:r>
    </w:p>
    <w:p>
      <w:r>
        <w:rPr>
          <w:b/>
        </w:rPr>
        <w:t xml:space="preserve">[06:59] </w:t>
      </w:r>
      <w:r>
        <w:t>to unhon ne bohat bara mahal banaya wahan par, jo abhi tak hai. jab woh banne ke qareeb hua to 1946 mein woh mar gaye.</w:t>
      </w:r>
    </w:p>
    <w:p>
      <w:pPr>
        <w:jc w:val="right"/>
      </w:pPr>
      <w:r>
        <w:t>تو انہوں نے بہت بڑا محل بنایا وہاں پر، جو ابھی تک ہے۔ جب وہ بننے کے قریب ہوا تو 1946 میں وہ مر گئے۔</w:t>
      </w:r>
    </w:p>
    <w:p>
      <w:r>
        <w:rPr>
          <w:b/>
        </w:rPr>
        <w:t xml:space="preserve">[07:10] </w:t>
      </w:r>
      <w:r>
        <w:t>1946 mein. yeh sab ka haal hua hai.</w:t>
      </w:r>
    </w:p>
    <w:p>
      <w:pPr>
        <w:jc w:val="right"/>
      </w:pPr>
      <w:r>
        <w:t>1946 میں۔ یہ سب کا حال ہوا ہے۔</w:t>
      </w:r>
    </w:p>
    <w:p>
      <w:r>
        <w:rPr>
          <w:b/>
        </w:rPr>
        <w:t xml:space="preserve">[07:16] </w:t>
      </w:r>
      <w:r>
        <w:t>hamare dilli mein aap jantay hain ke british britishs ne 200 years tak rule kiya, 200 saal tak.</w:t>
      </w:r>
    </w:p>
    <w:p>
      <w:pPr>
        <w:jc w:val="right"/>
      </w:pPr>
      <w:r>
        <w:t>ہمارے دلی میں آپ جانتے ہیں کہ برٹش برٹشز نے 200 ایئرز تک رول کیا، 200 سال تک۔</w:t>
      </w:r>
    </w:p>
    <w:p>
      <w:r>
        <w:rPr>
          <w:b/>
        </w:rPr>
        <w:t xml:space="preserve">[07:27] </w:t>
      </w:r>
      <w:r>
        <w:t>phir first world war ke baad unhon ne dilli mein yeh nai dilli banai, aur jis ko hum kehte hain rashtrapati bhawan, jo pehle hua karta tha viceregal lodge,</w:t>
      </w:r>
    </w:p>
    <w:p>
      <w:pPr>
        <w:jc w:val="right"/>
      </w:pPr>
      <w:r>
        <w:t>پھر فرسٹ ورلڈ وار کے بعد انہوں نے دلی میں یہ نئی دلی بنائی، اور جس کو ہم کہتے ہیں راشٹر پریدی بھون، جو پہلے ہوا کرتا تھا وائسرگل لاج،</w:t>
      </w:r>
    </w:p>
    <w:p>
      <w:r>
        <w:rPr>
          <w:b/>
        </w:rPr>
        <w:t xml:space="preserve">[07:42] </w:t>
      </w:r>
      <w:r>
        <w:t>aur bohat si buildingen banain laal pathar ki.</w:t>
      </w:r>
    </w:p>
    <w:p>
      <w:pPr>
        <w:jc w:val="right"/>
      </w:pPr>
      <w:r>
        <w:t>اور بہت سی بلڈنگیں بنائیں لال پتھر کی۔</w:t>
      </w:r>
    </w:p>
    <w:p>
      <w:r>
        <w:rPr>
          <w:b/>
        </w:rPr>
        <w:t xml:space="preserve">[07:47] </w:t>
      </w:r>
      <w:r>
        <w:t>to is ke zamanay mein France ka aik leader aaya tha, jab woh bana tha, to us ne dekh kar kaha ke "what a magnificent world they build to live".</w:t>
      </w:r>
    </w:p>
    <w:p>
      <w:pPr>
        <w:jc w:val="right"/>
      </w:pPr>
      <w:r>
        <w:t>تو اس کے زمانے میں فرانس کا ایک لیڈر آیا تھا، جب وہ بنا تھا، تو اس نے دیکھ کر کہا کہ "واٹ ا میگنیفیسنٹ ورلڈ دے بل ٹو لیو"۔</w:t>
      </w:r>
    </w:p>
    <w:p>
      <w:r>
        <w:rPr>
          <w:b/>
        </w:rPr>
        <w:t xml:space="preserve">[08:09] </w:t>
      </w:r>
      <w:r>
        <w:t>kaisa shandar dunya banai hai unhon ne sirf is liye ke aik din us ko chhod dein.</w:t>
      </w:r>
    </w:p>
    <w:p>
      <w:pPr>
        <w:jc w:val="right"/>
      </w:pPr>
      <w:r>
        <w:t>کیسا شاندار دنیا بنائی ہے انہوں نے صرف اس لیے کہ ایک دن اس کو چھوڑ دیں۔</w:t>
      </w:r>
    </w:p>
    <w:p>
      <w:r>
        <w:rPr>
          <w:b/>
        </w:rPr>
        <w:t xml:space="preserve">[08:16] </w:t>
      </w:r>
      <w:r>
        <w:t>to yahi har king ka muamla raha hai is dunya mein. har king jab aata hai to woh apne liye aik shandar mahal banata hai, apne liye goya ke aik paradise banane ki koshish karta hai,</w:t>
      </w:r>
    </w:p>
    <w:p>
      <w:pPr>
        <w:jc w:val="right"/>
      </w:pPr>
      <w:r>
        <w:t>تو یہی ہر کنگ کا معاملہ رہا ہے اس دنیا میں۔ ہر کنگ جب آتا ہے تو وہ اپنے لیے ایک شاندار محل بناتا ہے، اپنے لیے گویا کہ ایک پیراڈائز بنانے کی کوشش کرتا ہے،</w:t>
      </w:r>
    </w:p>
    <w:p>
      <w:r>
        <w:rPr>
          <w:b/>
        </w:rPr>
        <w:t xml:space="preserve">[08:34] </w:t>
      </w:r>
      <w:r>
        <w:t>lekin na to us ki paradise ban paati aur na us mein woh reh pata.</w:t>
      </w:r>
    </w:p>
    <w:p>
      <w:pPr>
        <w:jc w:val="right"/>
      </w:pPr>
      <w:r>
        <w:t>لیکن نہ تو اس کی پیراڈائز بن پاتی اور نہ اس میں وہ رہ پاتا۔</w:t>
      </w:r>
    </w:p>
    <w:p>
      <w:r>
        <w:rPr>
          <w:b/>
        </w:rPr>
        <w:t xml:space="preserve">[08:42] </w:t>
      </w:r>
      <w:r>
        <w:t>audition se pehle aik bar main gaya jaunpur mein, wahan aik nawab sahib thay. to bohat zabardast lawn banaya tha us zamanay mein unhon ne.</w:t>
      </w:r>
    </w:p>
    <w:p>
      <w:pPr>
        <w:jc w:val="right"/>
      </w:pPr>
      <w:r>
        <w:t>آڈیشن سے پہلے ایک بار میں گیا جون پور میں، وہاں ایک نواب صاحب تھے۔ تو بہت زبردست لان بنایا تھا اس زمانے میں انہوں نے۔</w:t>
      </w:r>
    </w:p>
    <w:p>
      <w:r>
        <w:rPr>
          <w:b/>
        </w:rPr>
        <w:t xml:space="preserve">[08:52] </w:t>
      </w:r>
      <w:r>
        <w:t>un ki kothi thi wahan par jaunpur mein. audition se pehle, yani 1947 se pehle, to woh main ne dekha wahan par bohat zabardast lawn tha, bohat hi beautiful lawn tha.</w:t>
      </w:r>
    </w:p>
    <w:p>
      <w:pPr>
        <w:jc w:val="right"/>
      </w:pPr>
      <w:r>
        <w:t>ان کی کوٹھی تھی وہاں پر جون پور میں۔ آڈیشن سے پہلے، یعنی 1947 سے پہلے، تو وہ میں نے دیکھا وہاں پر بہت زبردست لان تھا، بہت ہی بیوٹی فل لان تھا۔</w:t>
      </w:r>
    </w:p>
    <w:p>
      <w:r>
        <w:rPr>
          <w:b/>
        </w:rPr>
        <w:t xml:space="preserve">[09:07] </w:t>
      </w:r>
      <w:r>
        <w:t>lekin jab partition hua, India bata to sab un ke khwab toot gaye aur bohat hi ziyada un ko difficulties pesh aain, aur sab chhod kar ke woh chale gaye Pakistan.</w:t>
      </w:r>
    </w:p>
    <w:p>
      <w:pPr>
        <w:jc w:val="right"/>
      </w:pPr>
      <w:r>
        <w:t>لیکن جب پارٹیشن ہوا، انڈیا بٹا تو سب ان کے خواب ٹوٹ گئے اور بہت ہی زیادہ ان کو ڈیفیکلٹیز پیش آئیں، اور سب چھوڑ کر کے وہ چلے گئے پاکستان۔</w:t>
      </w:r>
    </w:p>
    <w:p>
      <w:r>
        <w:rPr>
          <w:b/>
        </w:rPr>
        <w:t xml:space="preserve">[09:21] </w:t>
      </w:r>
      <w:r>
        <w:t>wahan par woh frustration mein mar gaye. yani is beautiful lawn mein woh reh bhi nahi sake thore dinon tak bhi.</w:t>
      </w:r>
    </w:p>
    <w:p>
      <w:pPr>
        <w:jc w:val="right"/>
      </w:pPr>
      <w:r>
        <w:t>وہاں پر وہ فرسٹریشن میں مر گئے۔ یعنی اس بیوٹی فل لان میں وہ رہ بھی نہیں سکے تھوڑے دنوں تک بھی۔</w:t>
      </w:r>
    </w:p>
    <w:p>
      <w:r>
        <w:rPr>
          <w:b/>
        </w:rPr>
        <w:t xml:space="preserve">[09:34] </w:t>
      </w:r>
      <w:r>
        <w:t>to aaj main paper mein jab parha king gyanendra ka to yeh sab baatein mujhe yaad aain. aap jantay hain ke Nepal jo hai, aik Himalayan state kahi jati hai,</w:t>
      </w:r>
    </w:p>
    <w:p>
      <w:pPr>
        <w:jc w:val="right"/>
      </w:pPr>
      <w:r>
        <w:t>تو آج میں پیپر میں جب پڑھا کنگ گیانندر کا تو یہ سب باتیں مجھے یاد آئیں۔ آپ جانتے ہیں کہ نیپال جو ہے، ایک ہمالین اسٹیٹ کہی جاتی ہے،</w:t>
      </w:r>
    </w:p>
    <w:p>
      <w:r>
        <w:rPr>
          <w:b/>
        </w:rPr>
        <w:t xml:space="preserve">[09:51] </w:t>
      </w:r>
      <w:r>
        <w:t>bohat purani state. yahan par dhai so saal pehle aik dynasty qaim hui, aik family ka rule wahan par qaim hua.</w:t>
      </w:r>
    </w:p>
    <w:p>
      <w:pPr>
        <w:jc w:val="right"/>
      </w:pPr>
      <w:r>
        <w:t>بہت پرانی اسٹیٹ۔ یہاں پر ڈھائی سو سال پہلے ایک ڈائنسٹی قائم ہوئی، ایک فیملی کا رول وہاں پر قائم ہوا۔</w:t>
      </w:r>
    </w:p>
    <w:p>
      <w:r>
        <w:rPr>
          <w:b/>
        </w:rPr>
        <w:t xml:space="preserve">[10:04] </w:t>
      </w:r>
      <w:r>
        <w:t>dhai so saal tak woh wahan rule karta raha. aakhri jo raja thay, aakhri un ka naam tha gyanendra.</w:t>
      </w:r>
    </w:p>
    <w:p>
      <w:pPr>
        <w:jc w:val="right"/>
      </w:pPr>
      <w:r>
        <w:t>ڈھائی سو سال تک وہ وہاں رول کرتا رہا۔ آخری جو راجہ تھے، آخری ان کا نام تھا گیانندر۔</w:t>
      </w:r>
    </w:p>
    <w:p>
      <w:r>
        <w:rPr>
          <w:b/>
        </w:rPr>
        <w:t xml:space="preserve">[10:15] </w:t>
      </w:r>
      <w:r>
        <w:t>to aaj unhon ne kal kal unhon ne apna mahal chhod diya, jis ki jis ki detail news maine aaj paperon mein parhi.</w:t>
      </w:r>
    </w:p>
    <w:p>
      <w:pPr>
        <w:jc w:val="right"/>
      </w:pPr>
      <w:r>
        <w:t>تو آج انہوں نے کل کل انہوں نے اپنا محل چھوڑ دیا، جس کی جس کی ڈیٹیل نیوز میں نے آج پیپروں میں پڑھی۔</w:t>
      </w:r>
    </w:p>
    <w:p>
      <w:r>
        <w:rPr>
          <w:b/>
        </w:rPr>
        <w:t xml:space="preserve">[10:29] </w:t>
      </w:r>
      <w:r>
        <w:t>to un ka jo wahan par palace tha Nepal mein, woh itna bara tha ke 95 acres mein phaila hua tha.</w:t>
      </w:r>
    </w:p>
    <w:p>
      <w:pPr>
        <w:jc w:val="right"/>
      </w:pPr>
      <w:r>
        <w:t>تو ان کا جو وہاں پر پیلس تھا نیپال میں، وہ اتنا بڑا تھا کہ 95 ایکرز میں پھیلا ہوا تھا۔</w:t>
      </w:r>
    </w:p>
    <w:p>
      <w:r>
        <w:rPr>
          <w:b/>
        </w:rPr>
        <w:t xml:space="preserve">[10:40] </w:t>
      </w:r>
      <w:r>
        <w:t>woh 95 acres, bohat hi bara.</w:t>
      </w:r>
    </w:p>
    <w:p>
      <w:pPr>
        <w:jc w:val="right"/>
      </w:pPr>
      <w:r>
        <w:t>وہ 95 ایکرز، بہت ہی بڑا۔</w:t>
      </w:r>
    </w:p>
    <w:p>
      <w:r>
        <w:rPr>
          <w:b/>
        </w:rPr>
        <w:t xml:space="preserve">[10:49] </w:t>
      </w:r>
      <w:r>
        <w:t>to us ko unhein chhodna para.</w:t>
      </w:r>
    </w:p>
    <w:p>
      <w:pPr>
        <w:jc w:val="right"/>
      </w:pPr>
      <w:r>
        <w:t>تو اس کو انہیں چھوڑنا پڑا۔</w:t>
      </w:r>
    </w:p>
    <w:p>
      <w:r>
        <w:rPr>
          <w:b/>
        </w:rPr>
        <w:t xml:space="preserve">[10:52] </w:t>
      </w:r>
      <w:r>
        <w:t>to paper ne bataya tha ke jab woh niklay to peechay ke gate se niklay, samnay ke gate se nahi.</w:t>
      </w:r>
    </w:p>
    <w:p>
      <w:pPr>
        <w:jc w:val="right"/>
      </w:pPr>
      <w:r>
        <w:t>تو پیپر نے بتایا تھا کہ جب وہ نکلے تو پیچھے کے گیٹ سے نکلے، سامنے کے گیٹ سے نہیں۔</w:t>
      </w:r>
    </w:p>
    <w:p>
      <w:r>
        <w:rPr>
          <w:b/>
        </w:rPr>
        <w:t xml:space="preserve">[11:03] </w:t>
      </w:r>
      <w:r>
        <w:t>peechay ke gate se wohi raja jo pehle bohat hi shaan ke sath samnay ke gate se nikalta tha, aik poori motorcade mein, aik poori motorcade hoti thi us ke sath.</w:t>
      </w:r>
    </w:p>
    <w:p>
      <w:pPr>
        <w:jc w:val="right"/>
      </w:pPr>
      <w:r>
        <w:t>پیچھے کے گیٹ سے وہی راجہ جو پہلے بہت ہی شان کے ساتھ سامنے کے گیٹ سے نکلتا تھا، ایک پورے موٹر کیٹ میں، ایک پوری موٹر کیٹ ہوتی تھی اس کے ساتھ۔</w:t>
      </w:r>
    </w:p>
    <w:p>
      <w:r>
        <w:rPr>
          <w:b/>
        </w:rPr>
        <w:t xml:space="preserve">[11:17] </w:t>
      </w:r>
      <w:r>
        <w:t>to woh niklay akele aik black car mein.</w:t>
      </w:r>
    </w:p>
    <w:p>
      <w:pPr>
        <w:jc w:val="right"/>
      </w:pPr>
      <w:r>
        <w:t>تو وہ نکلے اکیلے ایک بلیک کار میں۔</w:t>
      </w:r>
    </w:p>
    <w:p>
      <w:r>
        <w:rPr>
          <w:b/>
        </w:rPr>
        <w:t xml:space="preserve">[11:27] </w:t>
      </w:r>
      <w:r>
        <w:t>woh thay un ki biwi</w:t>
      </w:r>
    </w:p>
    <w:p>
      <w:pPr>
        <w:jc w:val="right"/>
      </w:pPr>
      <w:r>
        <w:t>وہ تھے ان کی بیوی</w:t>
      </w:r>
    </w:p>
    <w:p>
      <w:r>
        <w:rPr>
          <w:b/>
        </w:rPr>
        <w:t xml:space="preserve">[11:33] </w:t>
      </w:r>
      <w:r>
        <w:t>peeche ke gate se, aur phir chale gaye. aaj se goya ke woh nepal mein ek common man ki tarah rahenge.</w:t>
      </w:r>
    </w:p>
    <w:p>
      <w:pPr>
        <w:jc w:val="right"/>
      </w:pPr>
      <w:r>
        <w:t>پیچھے کے گیٹ سے، اور پھر چلے گئے۔ آج سے گویا کہ وہ نیپال میں ایک کامن مین کی طرح رہیں گے۔</w:t>
      </w:r>
    </w:p>
    <w:p>
      <w:r>
        <w:rPr>
          <w:b/>
        </w:rPr>
        <w:t xml:space="preserve">[11:44] </w:t>
      </w:r>
      <w:r>
        <w:t>un ke paas jo taaj tha, taaj sara ka sara heero se bhara hua tha,</w:t>
      </w:r>
    </w:p>
    <w:p>
      <w:pPr>
        <w:jc w:val="right"/>
      </w:pPr>
      <w:r>
        <w:t>ان کے پاس جو تاج تھا، تاج سارا کا سارا ہیرو سے بھرا ہوا تھا،</w:t>
      </w:r>
    </w:p>
    <w:p>
      <w:r>
        <w:rPr>
          <w:b/>
        </w:rPr>
        <w:t xml:space="preserve">[11:51] </w:t>
      </w:r>
      <w:r>
        <w:t>aur pata nahi kitne karor ka hoga woh. to woh bhi unhone government ko de diya.</w:t>
      </w:r>
    </w:p>
    <w:p>
      <w:pPr>
        <w:jc w:val="right"/>
      </w:pPr>
      <w:r>
        <w:t>اور پتہ نہیں کتنے کروڑ کا ہوگا وہ۔ تو وہ بھی انہوں نے گورنمنٹ کو دے دیا۔</w:t>
      </w:r>
    </w:p>
    <w:p>
      <w:r>
        <w:rPr>
          <w:b/>
        </w:rPr>
        <w:t xml:space="preserve">[12:01] </w:t>
      </w:r>
      <w:r>
        <w:t>to yeh hua un ka anjam. yahi hamesha is duniya mein hua hai.</w:t>
      </w:r>
    </w:p>
    <w:p>
      <w:pPr>
        <w:jc w:val="right"/>
      </w:pPr>
      <w:r>
        <w:t>تو یہ ہوا ان کا انجام۔ یہی ہمیشہ اس دنیا میں ہوا ہے۔</w:t>
      </w:r>
    </w:p>
    <w:p>
      <w:r>
        <w:rPr>
          <w:b/>
        </w:rPr>
        <w:t xml:space="preserve">[12:10] </w:t>
      </w:r>
      <w:r>
        <w:t>chote log bhi apna ek mahal banate hain, apne jitna bas mein un ka hota hai, aur jo bade log hote hain, woh zyada bada mahal banate hain.</w:t>
      </w:r>
    </w:p>
    <w:p>
      <w:pPr>
        <w:jc w:val="right"/>
      </w:pPr>
      <w:r>
        <w:t>چھوٹے لوگ بھی اپنا ایک محل بناتے ہیں، اپنے جتنا بس میں ان کا ہوتا ہے، اور جو بڑے لوگ ہوتے ہیں، وہ زیادہ بڑا محل بناتے ہیں۔</w:t>
      </w:r>
    </w:p>
    <w:p>
      <w:r>
        <w:rPr>
          <w:b/>
        </w:rPr>
        <w:t xml:space="preserve">[12:23] </w:t>
      </w:r>
      <w:r>
        <w:t>main ne ek sahab ko dekha adam garh mein ke woh apna naya ghar bana rahe the. kafi bada ghar tha woh, lekin zahir hai ke woh koi mahal nahi tha.</w:t>
      </w:r>
    </w:p>
    <w:p>
      <w:pPr>
        <w:jc w:val="right"/>
      </w:pPr>
      <w:r>
        <w:t>میں نے ایک صاحب کو دیکھا آدم گڑھ میں کہ وہ اپنا نیا گھر بنا رہے تھے۔ کافی بڑا گھر تھا وہ، لیکن ظاہر ہے کہ وہ کوئی محل نہیں تھا۔</w:t>
      </w:r>
    </w:p>
    <w:p>
      <w:r>
        <w:rPr>
          <w:b/>
        </w:rPr>
        <w:t xml:space="preserve">[12:35] </w:t>
      </w:r>
      <w:r>
        <w:t>to main wahan gaya jab ke ban raha tha ghar.</w:t>
      </w:r>
    </w:p>
    <w:p>
      <w:pPr>
        <w:jc w:val="right"/>
      </w:pPr>
      <w:r>
        <w:t>تو میں وہاں گیا جب کہ بن رہا تھا گھر۔</w:t>
      </w:r>
    </w:p>
    <w:p>
      <w:r>
        <w:rPr>
          <w:b/>
        </w:rPr>
        <w:t xml:space="preserve">[12:40] </w:t>
      </w:r>
      <w:r>
        <w:t>to main ne dekha ke un ke kapde par un ka kapda laal ho raha hai ek jagah, paon ke paas.</w:t>
      </w:r>
    </w:p>
    <w:p>
      <w:pPr>
        <w:jc w:val="right"/>
      </w:pPr>
      <w:r>
        <w:t>تو میں نے دیکھا کہ ان کے کپڑے پر ان کا کپڑا لال ہو رہا ہے ایک جگہ، پاؤں کے پاس۔</w:t>
      </w:r>
    </w:p>
    <w:p>
      <w:r>
        <w:rPr>
          <w:b/>
        </w:rPr>
        <w:t xml:space="preserve">[12:50] </w:t>
      </w:r>
      <w:r>
        <w:t>to main ne kaha ke yeh laal kyun ho raha hai? to unhone kapda uthaya to un ke paon mein chot lagi thi, yani eent eent se ban raha tha woh ghar.</w:t>
      </w:r>
    </w:p>
    <w:p>
      <w:pPr>
        <w:jc w:val="right"/>
      </w:pPr>
      <w:r>
        <w:t>تو میں نے کہا کہ یہ لال کیوں ہو رہا ہے؟ تو انہوں نے کپڑا اٹھایا تو ان کے پاؤں میں چوٹ لگی تھی، یعنی اینٹ اینٹ سے بن رہا تھا وہ گھر۔</w:t>
      </w:r>
    </w:p>
    <w:p>
      <w:r>
        <w:rPr>
          <w:b/>
        </w:rPr>
        <w:t xml:space="preserve">[13:02] </w:t>
      </w:r>
      <w:r>
        <w:t>eent giri aur chot lagi, yahan par khoon nikla, kapda tak laal ho gaya.</w:t>
      </w:r>
    </w:p>
    <w:p>
      <w:pPr>
        <w:jc w:val="right"/>
      </w:pPr>
      <w:r>
        <w:t>اینٹ گری اور چوٹ لگی، یہاں پر خون نکلا، کپڑا تک لال ہو گیا۔</w:t>
      </w:r>
    </w:p>
    <w:p>
      <w:r>
        <w:rPr>
          <w:b/>
        </w:rPr>
        <w:t xml:space="preserve">[13:07] </w:t>
      </w:r>
      <w:r>
        <w:t>unhein pata hi nahi, unhein pata hi nahi tha ke yahan par mera yahan par eent lagi hai aur khoon nikal aaya.</w:t>
      </w:r>
    </w:p>
    <w:p>
      <w:pPr>
        <w:jc w:val="right"/>
      </w:pPr>
      <w:r>
        <w:t>انہیں پتہ ہی نہیں، انہیں پتہ ہی نہیں تھا کہ یہاں پر میرا یہاں پر اینٹ لگی ہے اور خون نکل آیا۔</w:t>
      </w:r>
    </w:p>
    <w:p>
      <w:r>
        <w:rPr>
          <w:b/>
        </w:rPr>
        <w:t xml:space="preserve">[13:16] </w:t>
      </w:r>
      <w:r>
        <w:t>kyun? apna naya ghar banane mein itna zyada busy the, itna zyada isi mein gum the woh ke unhein pata hi nahi chala ke chot lagi hai.</w:t>
      </w:r>
    </w:p>
    <w:p>
      <w:pPr>
        <w:jc w:val="right"/>
      </w:pPr>
      <w:r>
        <w:t>کیوں؟ اپنا نیا گھر بنانے میں اتنا زیادہ بزی تھے، اتنا زیادہ اسی میں گم تھے وہ کہ انہیں پتہ ہی نہیں چلا کہ چوٹ لگی ہے۔</w:t>
      </w:r>
    </w:p>
    <w:p>
      <w:r>
        <w:rPr>
          <w:b/>
        </w:rPr>
        <w:t xml:space="preserve">[13:29] </w:t>
      </w:r>
      <w:r>
        <w:t>itna zyada gum ho kar unhone ghar banaya. lekin kya hua</w:t>
      </w:r>
    </w:p>
    <w:p>
      <w:pPr>
        <w:jc w:val="right"/>
      </w:pPr>
      <w:r>
        <w:t>اتنا زیادہ گم ہو کر انہوں نے گھر بنایا۔ لیکن کیا ہوا</w:t>
      </w:r>
    </w:p>
    <w:p>
      <w:r>
        <w:rPr>
          <w:b/>
        </w:rPr>
        <w:t xml:space="preserve">[13:36] </w:t>
      </w:r>
      <w:r>
        <w:t>? is ke baad woh diabetic ho gaye, blood pressure badh gaya, aur phir kuch dino reh kar ke is ke baad hospital mein un ki death ho gayi.</w:t>
      </w:r>
    </w:p>
    <w:p>
      <w:pPr>
        <w:jc w:val="right"/>
      </w:pPr>
      <w:r>
        <w:t>؟ اس کے بعد وہ ڈائبیٹک ہو گئے، بلڈ پریشر بڑھ گیا، اور پھر کچھ دنوں رہ کر کے اس کے بعد ہاسپٹل میں ان کی ڈیتھ ہو گئی۔</w:t>
      </w:r>
    </w:p>
    <w:p>
      <w:r>
        <w:rPr>
          <w:b/>
        </w:rPr>
        <w:t xml:space="preserve">[13:50] </w:t>
      </w:r>
      <w:r>
        <w:t>to aam log jo ghar banate hain, wahan bhi yahi hai, aur jo bade bade log jo palace banate hain, un ka bhi yahi mamla hai.</w:t>
      </w:r>
    </w:p>
    <w:p>
      <w:pPr>
        <w:jc w:val="right"/>
      </w:pPr>
      <w:r>
        <w:t>تو عام لوگ جو گھر بناتے ہیں، وہاں بھی یہی ہے، اور جو بڑے بڑے لوگ جو پیلس بناتے ہیں، ان کا بھی یہی معاملہ ہے۔</w:t>
      </w:r>
    </w:p>
    <w:p>
      <w:r>
        <w:rPr>
          <w:b/>
        </w:rPr>
        <w:t xml:space="preserve">[14:03] </w:t>
      </w:r>
      <w:r>
        <w:t>to isi ko le kar ek shayar ne kaha tha ke koi yahan raha hai, na koi yahan raha hai. jo log aaye, sab chale gaye.</w:t>
      </w:r>
    </w:p>
    <w:p>
      <w:pPr>
        <w:jc w:val="right"/>
      </w:pPr>
      <w:r>
        <w:t>تو اسی کو لے کر ایک شاعر نے کہا تھا کہ کوئی یہاں رہا ہے، نہ کوئی یہاں رہا ہے۔ جو لوگ آئے، سب چلے گئے۔</w:t>
      </w:r>
    </w:p>
    <w:p>
      <w:r>
        <w:rPr>
          <w:b/>
        </w:rPr>
        <w:t xml:space="preserve">[14:14] </w:t>
      </w:r>
      <w:r>
        <w:t>kisi ko yahan hamesha ke liye rehna nahi hai. ghalib ne kaha tha, ghalib ne dekha ek chaman mein phool khile hue hain, rang barang ke phool</w:t>
      </w:r>
    </w:p>
    <w:p>
      <w:pPr>
        <w:jc w:val="right"/>
      </w:pPr>
      <w:r>
        <w:t>کسی کو یہاں ہمیشہ کے لیے رہنا نہیں ہے۔ غالب نے کہا تھا، غالب نے دیکھا ایک چمن میں پھول کھلے ہوئے ہیں، رنگ برنگ کے پھول</w:t>
      </w:r>
    </w:p>
    <w:p>
      <w:r>
        <w:rPr>
          <w:b/>
        </w:rPr>
        <w:t xml:space="preserve">[14:30] </w:t>
      </w:r>
      <w:r>
        <w:t>۔ to unhone kaha ke sab kahan kuch lao lao, gul mein numayan ho gaye. khaak mein kya sooraten hongi ke pinhan ho gayi.</w:t>
      </w:r>
    </w:p>
    <w:p>
      <w:pPr>
        <w:jc w:val="right"/>
      </w:pPr>
      <w:r>
        <w:t>۔ تو انہوں نے کہا کہ سب کہاں کچھ لاؤ لاؤ، گل میں نمایاں ہو گئیں۔ خاک میں کیا صورتیں ہوں گی کہ پنہاں ہو گئیں۔</w:t>
      </w:r>
    </w:p>
    <w:p>
      <w:r>
        <w:rPr>
          <w:b/>
        </w:rPr>
        <w:t xml:space="preserve">[14:42] </w:t>
      </w:r>
      <w:r>
        <w:t>unhone jab chaman mein, yani garden mein, rang barang ke phool dekhe to un ko aisa laga ke yeh badi badi personalities thi</w:t>
      </w:r>
    </w:p>
    <w:p>
      <w:pPr>
        <w:jc w:val="right"/>
      </w:pPr>
      <w:r>
        <w:t>انہوں نے جب چمن میں، یعنی گارڈن میں، لنگ برنگ کے پھول دیکھے تو ان کو ایسا لگا کہ یہ بڑی بڑی پرسنیلٹیز تھ</w:t>
      </w:r>
    </w:p>
    <w:p>
      <w:r>
        <w:rPr>
          <w:b/>
        </w:rPr>
        <w:t xml:space="preserve">[14:55] </w:t>
      </w:r>
      <w:r>
        <w:t>ین، بڑے بڑے انسان تھے جو مرے اور اور بھری ہوئے زمین میں۔ تو انہی کے اندر سے یہ پھول نکل آیا ہے۔</w:t>
      </w:r>
    </w:p>
    <w:p>
      <w:pPr>
        <w:jc w:val="right"/>
      </w:pPr>
      <w:r>
        <w:t>یں، بڑے بڑے انسان تھے جو مرے اور اور بھری ہوئے زمین میں۔ تو انہی کے اندر سے یہ پھول نکل آیا ہے۔</w:t>
      </w:r>
    </w:p>
    <w:p>
      <w:r>
        <w:rPr>
          <w:b/>
        </w:rPr>
        <w:t xml:space="preserve">[15:07] </w:t>
      </w:r>
      <w:r>
        <w:t>un ki colorful personality jo hai, phoolon mein numayan ho gayi hai. to woh kehte hain ke sab kahan kuch lao lao, gul mein numayan ho gaye.</w:t>
      </w:r>
    </w:p>
    <w:p>
      <w:pPr>
        <w:jc w:val="right"/>
      </w:pPr>
      <w:r>
        <w:t>ان کی کلرفل پرسنیلٹی جو ہے، پھولوں میں نمایاں ہو گئی ہے۔ تو وہ کہتے ہیں کہ سب کہاں کچھ لاؤ لاؤ، گل میں نمایاں ہو گئیں۔</w:t>
      </w:r>
    </w:p>
    <w:p>
      <w:r>
        <w:rPr>
          <w:b/>
        </w:rPr>
        <w:t xml:space="preserve">[15:19] </w:t>
      </w:r>
      <w:r>
        <w:t>khaak mein kya sooraten hongi ke pinhan ho gayi.</w:t>
      </w:r>
    </w:p>
    <w:p>
      <w:pPr>
        <w:jc w:val="right"/>
      </w:pPr>
      <w:r>
        <w:t>خاک میں کیا صورتیں ہوں گی کہ پنہاں ہو گئیں۔</w:t>
      </w:r>
    </w:p>
    <w:p>
      <w:r>
        <w:rPr>
          <w:b/>
        </w:rPr>
        <w:t xml:space="preserve">[15:22] </w:t>
      </w:r>
      <w:r>
        <w:t>yani bade bade insan paida hue, kitne colorful personality paida huin, aur isi zameen mein chali gayi. un mein se kuch aisi hain jo in phoolon mein dikhai padti hain.</w:t>
      </w:r>
    </w:p>
    <w:p>
      <w:pPr>
        <w:jc w:val="right"/>
      </w:pPr>
      <w:r>
        <w:t>یعنی بڑے بڑے انسان پیدا ہوئے، کتنے کلرفل پرسنیلٹی پیدا ہوئیں، اور اسی زمین میں چلی گئیں۔ ان میں سے کچھ ایسی ہیں جو ان پھولوں میں دکھائی پڑتی ہیں۔</w:t>
      </w:r>
    </w:p>
    <w:p>
      <w:r>
        <w:rPr>
          <w:b/>
        </w:rPr>
        <w:t xml:space="preserve">[15:33] </w:t>
      </w:r>
      <w:r>
        <w:t>ab yahan par main sochta hoon ke ghalib ko in phoolon mein bhi insan dikhai pada, khuda nahi dikhai pada.</w:t>
      </w:r>
    </w:p>
    <w:p>
      <w:pPr>
        <w:jc w:val="right"/>
      </w:pPr>
      <w:r>
        <w:t>اب یہاں پر میں سوچتا ہوں کہ غالب کو ان پھولوں میں بھی انسان دکھائی پڑا، خدا نہیں دکھائی پڑا۔</w:t>
      </w:r>
    </w:p>
    <w:p>
      <w:r>
        <w:rPr>
          <w:b/>
        </w:rPr>
        <w:t xml:space="preserve">[15:44] </w:t>
      </w:r>
      <w:r>
        <w:t>khuda nahi dikhai pada un ko.</w:t>
      </w:r>
    </w:p>
    <w:p>
      <w:pPr>
        <w:jc w:val="right"/>
      </w:pPr>
      <w:r>
        <w:t>خدا نہیں دکھائی پڑا ان کو۔</w:t>
      </w:r>
    </w:p>
    <w:p>
      <w:r>
        <w:rPr>
          <w:b/>
        </w:rPr>
        <w:t xml:space="preserve">[15:48] </w:t>
      </w:r>
      <w:r>
        <w:t>yani ke in phoolon ke, in in in phoolon mein in ko Khuda ka, Khuda ki beauty dikhai deti. marne walon ko dekh kar woh kehte hain ke dekho, Khuda ke siwa kisi ko is duniya mein,</w:t>
      </w:r>
    </w:p>
    <w:p>
      <w:pPr>
        <w:jc w:val="right"/>
      </w:pPr>
      <w:r>
        <w:t>یعنی کہ ان پھولوں کے، ان ان ان پھولوں میں ان کو خدا کا، خدا کی بیوٹی دکھائی دیتی۔ مرنے والوں کو دیکھ کر وہ کہتے ہیں کہ دیکھو، خدا کے سوا کسی کو اس دنیا میں،</w:t>
      </w:r>
    </w:p>
    <w:p>
      <w:r>
        <w:rPr>
          <w:b/>
        </w:rPr>
        <w:t xml:space="preserve">[16:02] </w:t>
      </w:r>
      <w:r>
        <w:t>yani eternity hasil nahi hai. yani Khuda ko le kar yeh sab baatein sochte hain woh.</w:t>
      </w:r>
    </w:p>
    <w:p>
      <w:pPr>
        <w:jc w:val="right"/>
      </w:pPr>
      <w:r>
        <w:t>یعنی ایٹرنیٹی حاصل نہیں ہے۔ یعنی خدا کو لے کر یہ سب باتیں سوچتے ہیں وہ۔</w:t>
      </w:r>
    </w:p>
    <w:p>
      <w:r>
        <w:rPr>
          <w:b/>
        </w:rPr>
        <w:t xml:space="preserve">[16:11] </w:t>
      </w:r>
      <w:r>
        <w:t>to sab kuch duniya mein ho raha hai, lekin phir bhi aadmi Khuda ko yaad nahi karta.</w:t>
      </w:r>
    </w:p>
    <w:p>
      <w:pPr>
        <w:jc w:val="right"/>
      </w:pPr>
      <w:r>
        <w:t>تو سب کچھ دنیا میں ہو رہا ہے، لیکن پھر بھی آدمی خدا کو یاد نہیں کرتا۔</w:t>
      </w:r>
    </w:p>
    <w:p>
      <w:r>
        <w:rPr>
          <w:b/>
        </w:rPr>
        <w:t xml:space="preserve">[16:18] </w:t>
      </w:r>
      <w:r>
        <w:t>to main samajhta hoon ke yeh jo qisse hote hain, yeh bator reminder ke hote hain. jaise ke Nepal mein ek kingship chal rahi thi, ek king wahan par rule kar raha tha.</w:t>
      </w:r>
    </w:p>
    <w:p>
      <w:pPr>
        <w:jc w:val="right"/>
      </w:pPr>
      <w:r>
        <w:t>تو میں سمجھتا ہوں کہ یہ جو قصے ہوتے ہیں، یہ بطور ریمائنڈر کے ہوتے ہیں۔ جیسے کہ نیپال میں ایک کنگ شپ چل رہی تھی، ایک کنگ وہاں پر رول کر رہا تھا۔</w:t>
      </w:r>
    </w:p>
    <w:p>
      <w:r>
        <w:rPr>
          <w:b/>
        </w:rPr>
        <w:t xml:space="preserve">[16:35] </w:t>
      </w:r>
      <w:r>
        <w:t>achanak wahan par ek naya revolution aaya,</w:t>
      </w:r>
    </w:p>
    <w:p>
      <w:pPr>
        <w:jc w:val="right"/>
      </w:pPr>
      <w:r>
        <w:t>اچانک وہاں پر ایک نیا ریولوشن آیا،</w:t>
      </w:r>
    </w:p>
    <w:p>
      <w:r>
        <w:rPr>
          <w:b/>
        </w:rPr>
        <w:t xml:space="preserve">[16:40] </w:t>
      </w:r>
      <w:r>
        <w:t>election hua. election mein jo jo party thi, shah ke khilaf thi, yani kingship ke khilaf thi, wohi aa gayi majority mein.</w:t>
      </w:r>
    </w:p>
    <w:p>
      <w:pPr>
        <w:jc w:val="right"/>
      </w:pPr>
      <w:r>
        <w:t>الیکشن ہوا۔ الیکشن میں جو جو پارٹی تھی، شاہ کے خلاف تھی، یعنی کنگ شپ کے خلاف تھی، وہی آ گئی میجورٹی میں۔</w:t>
      </w:r>
    </w:p>
    <w:p>
      <w:r>
        <w:rPr>
          <w:b/>
        </w:rPr>
        <w:t xml:space="preserve">[16:54] </w:t>
      </w:r>
      <w:r>
        <w:t>to yeh democracy ka zamana hai, wohi wahan ki ruler ban gayi. to us ne naya jo qanoon banaya, to us mein us ne kaha ke yeh badshahi khatam,</w:t>
      </w:r>
    </w:p>
    <w:p>
      <w:pPr>
        <w:jc w:val="right"/>
      </w:pPr>
      <w:r>
        <w:t>تو یہ ڈیموکریسی کا زمانہ ہے، وہی وہاں کی رولر بن گئی۔ تو اس نے نیا جو قانون بنایا، تو اس میں اس نے کہا کہ یہ بادشاہی ختم،</w:t>
      </w:r>
    </w:p>
    <w:p>
      <w:r>
        <w:rPr>
          <w:b/>
        </w:rPr>
        <w:t xml:space="preserve">[17:08] </w:t>
      </w:r>
      <w:r>
        <w:t>ab Nepal mein koi badshahi nahi hai. jo raja sahib hain, woh chhod dein mahal ko. is tarah wahan par badlao aaya.</w:t>
      </w:r>
    </w:p>
    <w:p>
      <w:pPr>
        <w:jc w:val="right"/>
      </w:pPr>
      <w:r>
        <w:t>اب نیپال میں کوئی بادشاہی نہیں ہے۔ جو راجہ صاحب ہیں، وہ چھوڑ دیں محل کو۔ اس طرح وہاں پر بدلاؤ آیا۔</w:t>
      </w:r>
    </w:p>
    <w:p>
      <w:r>
        <w:rPr>
          <w:b/>
        </w:rPr>
        <w:t xml:space="preserve">[17:16] </w:t>
      </w:r>
      <w:r>
        <w:t>magar in cheezon mein koi lesson nahi leta aadmi, koi lesson nahi.</w:t>
      </w:r>
    </w:p>
    <w:p>
      <w:pPr>
        <w:jc w:val="right"/>
      </w:pPr>
      <w:r>
        <w:t>مگر ان چیزوں میں کوئی لیسن نہیں لیتا آدمی، کوئی لیسن نہیں۔</w:t>
      </w:r>
    </w:p>
    <w:p>
      <w:r>
        <w:rPr>
          <w:b/>
        </w:rPr>
        <w:t xml:space="preserve">[17:25] </w:t>
      </w:r>
      <w:r>
        <w:t>aaj mere, aaj meri, aaj hi meri ek ek sahib se meeting hui, jo bohat padhe likhe the.</w:t>
      </w:r>
    </w:p>
    <w:p>
      <w:pPr>
        <w:jc w:val="right"/>
      </w:pPr>
      <w:r>
        <w:t>آج میرے، آج میری، آج ہی میری ایک ایک صاحب سے میٹنگ ہوئی، جو بہت پڑھے لکھے تھے۔</w:t>
      </w:r>
    </w:p>
    <w:p>
      <w:r>
        <w:rPr>
          <w:b/>
        </w:rPr>
        <w:t xml:space="preserve">[17:35] </w:t>
      </w:r>
      <w:r>
        <w:t>to unhon ne bataya ke woh bohat zyada kitabein padhte hain, zyada tar to novelain padhte hain, achhi achhi novelain. unhon ne kaha, aur kuch serious books bhi padhte hain.</w:t>
      </w:r>
    </w:p>
    <w:p>
      <w:pPr>
        <w:jc w:val="right"/>
      </w:pPr>
      <w:r>
        <w:t>تو انہوں نے بتایا کہ وہ بہت زیادہ کتابیں پڑھتے ہیں، زیادہ تر تو ناولیں پڑھتے ہیں، اچھی اچھی ناولیں۔ انہوں نے کہا، اور کچھ سیریس بکس بھی پڑھتے ہیں۔</w:t>
      </w:r>
    </w:p>
    <w:p>
      <w:r>
        <w:rPr>
          <w:b/>
        </w:rPr>
        <w:t xml:space="preserve">[17:48] </w:t>
      </w:r>
      <w:r>
        <w:t>to main ne kaha ke aap ke bayan ke mutabiq aap ne sankaron kitabein padhi hain.</w:t>
      </w:r>
    </w:p>
    <w:p>
      <w:pPr>
        <w:jc w:val="right"/>
      </w:pPr>
      <w:r>
        <w:t>تو میں نے کہا کہ آپ کے بیان کے مطابق آپ نے سینکڑوں کتابیں پڑھی ہیں۔</w:t>
      </w:r>
    </w:p>
    <w:p>
      <w:r>
        <w:rPr>
          <w:b/>
        </w:rPr>
        <w:t xml:space="preserve">[17:55] </w:t>
      </w:r>
      <w:r>
        <w:t>to koi ek lesson jo aap ne in kitabon se liya ho, woh mujhe bataiye. koi ek lesson, koi ek meaningful baat, koi ek tatva ki baat.</w:t>
      </w:r>
    </w:p>
    <w:p>
      <w:pPr>
        <w:jc w:val="right"/>
      </w:pPr>
      <w:r>
        <w:t>تو کوئی ایک لیسن جو آپ نے ان کتابوں سے لیا ہو، وہ مجھے بتائیے۔ کوئی ایک لیسن، کوئی ایک میننگ فل بات، کوئی ایک تत्व کی بات۔</w:t>
      </w:r>
    </w:p>
    <w:p>
      <w:r>
        <w:rPr>
          <w:b/>
        </w:rPr>
        <w:t xml:space="preserve">[18:08] </w:t>
      </w:r>
      <w:r>
        <w:t>sari kitabon ko padh kar ke koi ek baat jo pakdi ho aap ne, meaningful baat, koi wisdom ki baat, woh bataiye. to der tak main un se poochta raha, lekin ek bhi woh nahi bata sake meaningful baat.</w:t>
      </w:r>
    </w:p>
    <w:p>
      <w:pPr>
        <w:jc w:val="right"/>
      </w:pPr>
      <w:r>
        <w:t>ساری کتابوں کو پڑھ کر کے کوئی ایک بات جو پکڑی ہو آپ نے، میننگ فل بات، کوئی وزڈم کی بات، وہ بتائیے۔ تو دیر تک میں ان سے پوچھتا رہا، لیکن ایک بھی وہ نہیں بتا سکے میننگ فل بات۔</w:t>
      </w:r>
    </w:p>
    <w:p>
      <w:r>
        <w:rPr>
          <w:b/>
        </w:rPr>
        <w:t xml:space="preserve">[18:25] </w:t>
      </w:r>
      <w:r>
        <w:t>ek single baat yeh bata sake, yeh wisdom ki baat main ne apni kitab se li hai, falan kitab se. balkeh woh mera question nahi samajh rahe the.</w:t>
      </w:r>
    </w:p>
    <w:p>
      <w:pPr>
        <w:jc w:val="right"/>
      </w:pPr>
      <w:r>
        <w:t>ایک سنگل بات یہ بتا سکے، یہ وزڈم کی بات میں نے اپنی کتاب سے لی ہے، فلاں کتاب سے۔ بلکہ وہ میرا کوئسچن نہیں سمجھ رہے تھے۔</w:t>
      </w:r>
    </w:p>
    <w:p>
      <w:r>
        <w:rPr>
          <w:b/>
        </w:rPr>
        <w:t xml:space="preserve">[18:37] </w:t>
      </w:r>
      <w:r>
        <w:t>to main ne kaha, aaj ek question ko batata hoon ke main kya pooch raha hoon aap se</w:t>
      </w:r>
    </w:p>
    <w:p>
      <w:pPr>
        <w:jc w:val="right"/>
      </w:pPr>
      <w:r>
        <w:t>تو میں نے کہا، آج ایک کوئسچن کو بتاتا ہوں کہ میں کیا پوچھ رہا ہوں آپ سے</w:t>
      </w:r>
    </w:p>
    <w:p>
      <w:r>
        <w:rPr>
          <w:b/>
        </w:rPr>
        <w:t xml:space="preserve">[18:41] </w:t>
      </w:r>
      <w:r>
        <w:t>. ke main ne ek kitab padhi, us mein Bernard Shaw ke bare mein likha tha ke Bernard Shaw ne kaha tha, Bernard Shaw jo Ireland ka well known writer hai, to us ne kaha tha ke "he is the most uneducated person who has nothing to forget".</w:t>
      </w:r>
    </w:p>
    <w:p>
      <w:pPr>
        <w:jc w:val="right"/>
      </w:pPr>
      <w:r>
        <w:t>۔ کہ میں نے ایک کتاب پڑھی، اس میں برنارڈ شاہ کے بارے میں لکھا تھا کہ برنارڈ شاہ نے کہا تھا، برنارڈ شاہ جو آئرلینڈ کا ویل نون رائٹر ہے، تو اس نے کہا تھا کہ "ہی از دا موسٹ ان ایجوکیٹڈ پرسن ہو ہیز نتھنگ ٹو فارگیٹ"۔</w:t>
      </w:r>
    </w:p>
    <w:p>
      <w:r>
        <w:rPr>
          <w:b/>
        </w:rPr>
        <w:t xml:space="preserve">[19:04] </w:t>
      </w:r>
      <w:r>
        <w:t>yeh ek meaningful baat, aur kai example diye main ne.</w:t>
      </w:r>
    </w:p>
    <w:p>
      <w:pPr>
        <w:jc w:val="right"/>
      </w:pPr>
      <w:r>
        <w:t>یہ ایک میننگ فل بات، اور کئی ایگزامپل دیے میں نے۔</w:t>
      </w:r>
    </w:p>
    <w:p>
      <w:r>
        <w:rPr>
          <w:b/>
        </w:rPr>
        <w:t xml:space="preserve">[19:10] </w:t>
      </w:r>
      <w:r>
        <w:t>lekin kaisi ajib baat hai ke koi ek bhi woh nahi bata sake, misaal ke jin kitabon ko padha unhon ne, jis ki bari tareefein karte the ke bohat achhi achhi kitab hai, bohat tareefein hain, bohat achhi achhi kitab hai.</w:t>
      </w:r>
    </w:p>
    <w:p>
      <w:pPr>
        <w:jc w:val="right"/>
      </w:pPr>
      <w:r>
        <w:t>لیکن کیسی عجیب بات ہے کہ کوئی ایک بھی وہ نہیں بتا سکے، مثال کہ جن کتابوں کو پڑھا انہوں نے، جس کی بڑی تعریفیں کرتے تھے کہ بہت اچھی اچھی کتاب ہے، بہت تعریفیں ہیں، بہت اچھی اچھی کتاب ہے۔</w:t>
      </w:r>
    </w:p>
    <w:p>
      <w:r>
        <w:rPr>
          <w:b/>
        </w:rPr>
        <w:t xml:space="preserve">[19:23] </w:t>
      </w:r>
      <w:r>
        <w:t>to ek bhi meaningful baat nahi mili un ko. to cheez kya hai? main ne kaha ke aap padhte hain entertainment ke liye, aap ne kitabon ko padha to entertainment ke liye, bas is liye nahi ke is mein se kuch lesson draw karein, koi wisdom ki baat seekh</w:t>
      </w:r>
    </w:p>
    <w:p>
      <w:pPr>
        <w:jc w:val="right"/>
      </w:pPr>
      <w:r>
        <w:t>تو ایک بھی میننگ فل بات نہیں ملی ان کو۔ تو چیز کیا ہے؟ میں نے کہا کہ آپ پڑھتے ہیں انٹرٹینمنٹ کے لیے، آپ نے کتابوں کو پڑھا تو انٹرٹینمنٹ کے لیے، بس اس لیے نہیں کہ اس میں سے کچھ لیسن ڈرا کریں، کوئی وزڈم کی بات سیکھ</w:t>
      </w:r>
    </w:p>
    <w:p>
      <w:r>
        <w:rPr>
          <w:b/>
        </w:rPr>
        <w:t xml:space="preserve">[19:40] </w:t>
      </w:r>
      <w:r>
        <w:t>ein, koi learning karein is se, bas entertainment ke liye, time pass karne ke liye. to aaj kal yahi trend ban gaya hai ke cheezon ko log lesson ke taur par nahi lete.</w:t>
      </w:r>
    </w:p>
    <w:p>
      <w:pPr>
        <w:jc w:val="right"/>
      </w:pPr>
      <w:r>
        <w:t>یں، کوئی لرننگ کریں اس سے، بس انٹرٹینمنٹ کے لیے، ٹائم پاس کرنے کے لیے۔ تو آج کل یہی ٹرینڈ بن گیا ہے کہ چیزوں کو لوگ لیسن کے طور پر نہیں لیتے۔</w:t>
      </w:r>
    </w:p>
    <w:p>
      <w:r>
        <w:rPr>
          <w:b/>
        </w:rPr>
        <w:t xml:space="preserve">[19:56] </w:t>
      </w:r>
      <w:r>
        <w:t>rozana woh TV dekhenge, akhbar padhenge, book padhenge, aur idhar udhar speeches denge. lekin koi kisi ko kuch kuch seekhta nahi.</w:t>
      </w:r>
    </w:p>
    <w:p>
      <w:pPr>
        <w:jc w:val="right"/>
      </w:pPr>
      <w:r>
        <w:t>روزانہ وہ ٹی وی دیکھیں گے، اخبار پڑھیں گے، بک پڑھیں گے، اور ادھر ادھر اسپیچز دیں گے۔ لیکن کوئی کسی کو کچھ کچھ سیکھتا نہیں۔</w:t>
      </w:r>
    </w:p>
    <w:p>
      <w:r>
        <w:rPr>
          <w:b/>
        </w:rPr>
        <w:t xml:space="preserve">[20:10] </w:t>
      </w:r>
      <w:r>
        <w:t>kisi se poochein ke bhai aaj kya tumhari learning hui? to kisi ke paas kuch kehne ko nahi hota. to bare bare badshah mar jate hain, bare bare event hote hain, yahan tak ke global warming ke aaj kal qisse aate hain news mein.</w:t>
      </w:r>
    </w:p>
    <w:p>
      <w:pPr>
        <w:jc w:val="right"/>
      </w:pPr>
      <w:r>
        <w:t>کسی سے پوچھیں کہ بھئی آج کیا تمہاری لرننگ ہوئی؟ تو کسی کے پاس کچھ کہنے کو نہیں ہوتا۔ تو بڑے بڑے بادشاہ مر جاتے ہیں، بڑے بڑے ایونٹ ہوتے ہیں، یہاں تک کہ گلوبل وارمنگ کے آج کل قصے آتے ہیں نیوز میں۔</w:t>
      </w:r>
    </w:p>
    <w:p>
      <w:r>
        <w:rPr>
          <w:b/>
        </w:rPr>
        <w:t xml:space="preserve">[20:26] </w:t>
      </w:r>
      <w:r>
        <w:t>koi lesson nahi leta is se bhi, kuch bhi nahi. poori zindagi bas kya ban gayi hai ke paisa kamao aur enjoy karo, paisa kamao aur enjoy karo,</w:t>
      </w:r>
    </w:p>
    <w:p>
      <w:pPr>
        <w:jc w:val="right"/>
      </w:pPr>
      <w:r>
        <w:t>کوئی لیسن نہیں لیتا اس سے بھی، کچھ بھی نہیں۔ پوری زندگی بس کیا بن گئی ہے کہ پیسہ کماؤ اور انجوائے کرو، پیسہ کماؤ اور انجوائے کرو،</w:t>
      </w:r>
    </w:p>
    <w:p>
      <w:r>
        <w:rPr>
          <w:b/>
        </w:rPr>
        <w:t xml:space="preserve">[20:38] </w:t>
      </w:r>
      <w:r>
        <w:t>bas. aur kuch na zindagi ka purpose hai, na koi thinking logon ke andar hai.</w:t>
      </w:r>
    </w:p>
    <w:p>
      <w:pPr>
        <w:jc w:val="right"/>
      </w:pPr>
      <w:r>
        <w:t>بس۔ اور کچھ نہ زندگی کا پرپس ہے، نہ کوئی تھنکنگ لوگوں کے اندر ہے۔</w:t>
      </w:r>
    </w:p>
    <w:p>
      <w:r>
        <w:rPr>
          <w:b/>
        </w:rPr>
        <w:t xml:space="preserve">[20:47] </w:t>
      </w:r>
      <w:r>
        <w:t>to yeh haal hai aaj kal logon ka.</w:t>
      </w:r>
    </w:p>
    <w:p>
      <w:pPr>
        <w:jc w:val="right"/>
      </w:pPr>
      <w:r>
        <w:t>تو یہ حال ہے آج کل لوگوں کا۔</w:t>
      </w:r>
    </w:p>
    <w:p>
      <w:r>
        <w:rPr>
          <w:b/>
        </w:rPr>
        <w:t xml:space="preserve">[20:52] </w:t>
      </w:r>
      <w:r>
        <w:t>dekhiye, kingship ko to baharhal jaana tha. ek zamana tha ke jab badshah koi marta tha, yeh bhi nahi kehte thay log ke badshah mar gaya.</w:t>
      </w:r>
    </w:p>
    <w:p>
      <w:pPr>
        <w:jc w:val="right"/>
      </w:pPr>
      <w:r>
        <w:t>دیکھیے، کنگ شپ کو تو بہرحال جانا تھا۔ ایک زمانہ تھا کہ جب بادشاہ کوئی مرتا تھا، یہ بھی نہیں کہتے تھے لوگ کہ بادشاہ مر گیا۔</w:t>
      </w:r>
    </w:p>
    <w:p>
      <w:r>
        <w:rPr>
          <w:b/>
        </w:rPr>
        <w:t xml:space="preserve">[21:02] </w:t>
      </w:r>
      <w:r>
        <w:t>yaani badshah ka itna dabdaba tha,</w:t>
      </w:r>
    </w:p>
    <w:p>
      <w:pPr>
        <w:jc w:val="right"/>
      </w:pPr>
      <w:r>
        <w:t>یعنی بادشاہ کا اتنا دبدبہ تھا،</w:t>
      </w:r>
    </w:p>
    <w:p>
      <w:r>
        <w:rPr>
          <w:b/>
        </w:rPr>
        <w:t xml:space="preserve">[21:07] </w:t>
      </w:r>
      <w:r>
        <w:t>badshah ka dabdaba itna zyada tha ke yeh bhi nahi kehte thay ke badshah mar gaya. kaha jaata tha ke "the king is dead, long live the king,</w:t>
      </w:r>
    </w:p>
    <w:p>
      <w:pPr>
        <w:jc w:val="right"/>
      </w:pPr>
      <w:r>
        <w:t>بادشاہ کا دبدبہ اتنا زیادہ تھا کہ یہ بھی نہیں کہتے تھے کہ بادشاہ مر گیا۔ کہا جاتا تھا کہ "دا کنگ از ڈیڈ، لانگ لیو دا کنگ،</w:t>
      </w:r>
    </w:p>
    <w:p>
      <w:r>
        <w:rPr>
          <w:b/>
        </w:rPr>
        <w:t xml:space="preserve">[21:24] </w:t>
      </w:r>
      <w:r>
        <w:t>"The king is dead, long live the king." Yaani yeh bhi kehte hue darte thay ke badshah mar gaya. Woh samajhte thay ke badshah abhi bhi kisi na kisi roop mein zinda hai.</w:t>
      </w:r>
    </w:p>
    <w:p>
      <w:pPr>
        <w:jc w:val="right"/>
      </w:pPr>
      <w:r>
        <w:t>دا کنگ از ڈیڈ، لانگ لیو دا کنگ"۔ یعنی یہ بھی کہتے ہوئے ڈرتے تھے کہ بادشاہ مر گیا۔ وہ سمجھتے تھے کہ بادشاہ ابھی بھی کسی کسی نہ کسی روپ میں زندہ ہے۔</w:t>
      </w:r>
    </w:p>
    <w:p>
      <w:r>
        <w:rPr>
          <w:b/>
        </w:rPr>
        <w:t xml:space="preserve">[21:38] </w:t>
      </w:r>
      <w:r>
        <w:t>itna dabdaba tha iska. lekin jab democracy ka revolution aaya, jo France se shuru hua, shuru to ho chuka tha woh Islamic period se, lekin zyada tar historian mante hain ke France se shuru hua.</w:t>
      </w:r>
    </w:p>
    <w:p>
      <w:pPr>
        <w:jc w:val="right"/>
      </w:pPr>
      <w:r>
        <w:t>اتنا دبدبہ تھا اس کا۔ لیکن جب ڈیموکریسی کا ریولوشن آیا، جو فرانس سے شروع ہوا، شروع تو ہو چکا تھا وہ اسلامک پیریڈ سے، لیکن زیادہ تر ہسٹورین مانتے ہیں کہ فرانس سے شروع ہوا۔</w:t>
      </w:r>
    </w:p>
    <w:p>
      <w:r>
        <w:rPr>
          <w:b/>
        </w:rPr>
        <w:t xml:space="preserve">[21:56] </w:t>
      </w:r>
      <w:r>
        <w:t>mein to aisa nahi manta. mein to samajhta hoon ke woh shuru hua tha Islamic revolution ke, Islamic revolution ke baad.</w:t>
      </w:r>
    </w:p>
    <w:p>
      <w:pPr>
        <w:jc w:val="right"/>
      </w:pPr>
      <w:r>
        <w:t>میں تو ایسا نہیں مانتا۔ میں تو سمجھتا ہوں کہ وہ شروع ہوا تھا اسلامی ریولوشن کے، اسلامک ریولوشن کے بعد۔</w:t>
      </w:r>
    </w:p>
    <w:p>
      <w:r>
        <w:rPr>
          <w:b/>
        </w:rPr>
        <w:t xml:space="preserve">[22:05] </w:t>
      </w:r>
      <w:r>
        <w:t>to khair, to ek ke baad ek kar ke kingship khatm hone lagi, empire khatm hone lagi. Egypt mein, yaani Misr mein, ek king thay, unka naam tha King Farooq.</w:t>
      </w:r>
    </w:p>
    <w:p>
      <w:pPr>
        <w:jc w:val="right"/>
      </w:pPr>
      <w:r>
        <w:t>تو خیر، تو ایک کے بعد ایک کر کے کنگ شپ ختم ہونے لگی، ایمپائر ختم ہونے لگی۔ ایجپٹ میں، یعنی مصر میں، ایک کنگ تھے، ان کا نام تھا کنگ فاروق۔</w:t>
      </w:r>
    </w:p>
    <w:p>
      <w:r>
        <w:rPr>
          <w:b/>
        </w:rPr>
        <w:t xml:space="preserve">[22:22] </w:t>
      </w:r>
      <w:r>
        <w:t>to July 1952 mein unko apna takht chhodna pada, apna throne chhodna pada unko,</w:t>
      </w:r>
    </w:p>
    <w:p>
      <w:pPr>
        <w:jc w:val="right"/>
      </w:pPr>
      <w:r>
        <w:t>تو جولائی 1952 میں ان کو اپنا تخت چھوڑنا پڑا، اپنا تھرون چھوڑنا پڑا ان کو،</w:t>
      </w:r>
    </w:p>
    <w:p>
      <w:r>
        <w:rPr>
          <w:b/>
        </w:rPr>
        <w:t xml:space="preserve">[22:30] </w:t>
      </w:r>
      <w:r>
        <w:t>kyunke wahan par woh hua, yaani military ko hua, fauji inqilab hua, aur uske baad unhein apna throne chhodna pada.</w:t>
      </w:r>
    </w:p>
    <w:p>
      <w:pPr>
        <w:jc w:val="right"/>
      </w:pPr>
      <w:r>
        <w:t>کیونکہ وہاں پر وہ ہوا، یعنی ملٹری کو ہوا، فوجی انقلاب ہوا، اور اس کے بعد انہیں اپنا تھرون چھوڑنا پڑا۔</w:t>
      </w:r>
    </w:p>
    <w:p>
      <w:r>
        <w:rPr>
          <w:b/>
        </w:rPr>
        <w:t xml:space="preserve">[22:42] </w:t>
      </w:r>
      <w:r>
        <w:t>Shah Farooq ko yeh waqia hai July 1952 ka.</w:t>
      </w:r>
    </w:p>
    <w:p>
      <w:pPr>
        <w:jc w:val="right"/>
      </w:pPr>
      <w:r>
        <w:t>شاہ فاروق کو یہ واقعہ ہے جولائی 1952 کا۔</w:t>
      </w:r>
    </w:p>
    <w:p>
      <w:r>
        <w:rPr>
          <w:b/>
        </w:rPr>
        <w:t xml:space="preserve">[22:49] </w:t>
      </w:r>
      <w:r>
        <w:t>to us waqt kaha jaata hai ke King Farooq ne kaha tha, ek yaani kehna chahiye ke ek joke karti hui, goya ke ke aindah woh bohat padha likha aadmi tha, Shah Farooq,</w:t>
      </w:r>
    </w:p>
    <w:p>
      <w:pPr>
        <w:jc w:val="right"/>
      </w:pPr>
      <w:r>
        <w:t>تو اس وقت کہا جاتا ہے کہ کنگ فاروق نے کہا تھا، ایک یعنی کہنا چاہیے کہ ایک جوک کرتی ہوئی، گویا کہ کہ آئندہ وہ بہت پڑھا لکھا آدمی تھا، شاہ فاروق،</w:t>
      </w:r>
    </w:p>
    <w:p>
      <w:r>
        <w:rPr>
          <w:b/>
        </w:rPr>
        <w:t xml:space="preserve">[23:06] </w:t>
      </w:r>
      <w:r>
        <w:t>ke aindah jo hai duniya mein sirf paanch king rahenge, saare king khatm ho jayenge.</w:t>
      </w:r>
    </w:p>
    <w:p>
      <w:pPr>
        <w:jc w:val="right"/>
      </w:pPr>
      <w:r>
        <w:t>کہ آئندہ جو ہے دنیا میں صرف پانچ کنگ رہیں گے، سارے کنگ ختم ہو جائیں گے۔</w:t>
      </w:r>
    </w:p>
    <w:p>
      <w:r>
        <w:rPr>
          <w:b/>
        </w:rPr>
        <w:t xml:space="preserve">[23:15] </w:t>
      </w:r>
      <w:r>
        <w:t>yaani pehle aap jante thay ke aap jante hain ke pehle jo har mulk mein king hua karte thay, raja, maharajah, king, pehle zamane mein.</w:t>
      </w:r>
    </w:p>
    <w:p>
      <w:pPr>
        <w:jc w:val="right"/>
      </w:pPr>
      <w:r>
        <w:t>یعنی پہلے آپ جانتے تھے کہ آپ جانتے ہیں کہ پہلے جو ہر ملک میں کنگ ہوا کرتے تھے، راجہ، مہاراجہ، کنگ، پہلے زمانے میں۔</w:t>
      </w:r>
    </w:p>
    <w:p>
      <w:r>
        <w:rPr>
          <w:b/>
        </w:rPr>
        <w:t xml:space="preserve">[23:24] </w:t>
      </w:r>
      <w:r>
        <w:t>to King Farooq ne kaha ke aindah jo hai duniya mein sirf paanch king baqi rahenge. ek joke ke andaaz mein usne kaha ke chaar king to cards ka, yaani taash ka, aur ek king Britain ka.</w:t>
      </w:r>
    </w:p>
    <w:p>
      <w:pPr>
        <w:jc w:val="right"/>
      </w:pPr>
      <w:r>
        <w:t>تو کنگ فاروق نے کہا کہ آئندہ جو ہے دنیا میں صرف پانچ کنگ باقی رہیں گے۔ ایک جوک کے انداز میں اس نے کہا کہ چار کنگ تو کارٹس کا، یعنی تاش کا، اور ایک کنگ برٹن کا۔</w:t>
      </w:r>
    </w:p>
    <w:p>
      <w:r>
        <w:rPr>
          <w:b/>
        </w:rPr>
        <w:t xml:space="preserve">[23:44] </w:t>
      </w:r>
      <w:r>
        <w:t>Britain aap jante hain ke bohat hi traditional country hai. to agarche wahan ke king ko koi power nahi mila hua hai, lekin institution unhone baqi rakha hai, kyunke woh tradition ko bohat zyada mante hain, kisi tradition ko todte nahi.</w:t>
      </w:r>
    </w:p>
    <w:p>
      <w:pPr>
        <w:jc w:val="right"/>
      </w:pPr>
      <w:r>
        <w:t>برٹن آپ جانتے ہیں کہ بہت ہی ٹریڈیشنل کنٹری ہے۔ تو اگرچہ وہاں کے کنگ کو کوئی پاور نہیں ملا ہوا ہے، لیکن انسٹیٹیوشن انہوں نے باقی رکھا ہے، کیونکہ وہ ٹریڈیشن کو بہت زیادہ مانتے ہیں، کسی ٹریڈیشن کو توڑتے نہیں۔</w:t>
      </w:r>
    </w:p>
    <w:p>
      <w:r>
        <w:rPr>
          <w:b/>
        </w:rPr>
        <w:t xml:space="preserve">[24:01] </w:t>
      </w:r>
      <w:r>
        <w:t>mein wahan gaya to Buckingham Palace ko mein dekha to uske andar jo furniture hai, sankaron saal pehle ka, wahi ka wahi abhi bhi hai. koi naya furniture nahi dala gaya uske andar,</w:t>
      </w:r>
    </w:p>
    <w:p>
      <w:pPr>
        <w:jc w:val="right"/>
      </w:pPr>
      <w:r>
        <w:t>میں وہاں گیا تو بکنگم پیلس کو میں دیکھا تو اس کے اندر جو فرنیچر ہے، سینکڑوں سال پہلے کا، وہی کا وہی ابھی بھی ہے۔ کوئی نیا فرنیچر نہیں ڈالا گیا اس کے اندر،</w:t>
      </w:r>
    </w:p>
    <w:p>
      <w:r>
        <w:rPr>
          <w:b/>
        </w:rPr>
        <w:t xml:space="preserve">[24:13] </w:t>
      </w:r>
      <w:r>
        <w:t>wahi purane type ka furniture. to baharhal yeh jo British qaum hai, bohat zyada woh tradition ko manti hai.</w:t>
      </w:r>
    </w:p>
    <w:p>
      <w:pPr>
        <w:jc w:val="right"/>
      </w:pPr>
      <w:r>
        <w:t>وہی پرانے ٹائپ کا فرنیچر۔ تو بہرحال یہ جو برٹش قوم ہے، بہت زیادہ وہ ٹریڈیشن کو مانتی ہے۔</w:t>
      </w:r>
    </w:p>
    <w:p>
      <w:r>
        <w:rPr>
          <w:b/>
        </w:rPr>
        <w:t xml:space="preserve">[24:25] </w:t>
      </w:r>
      <w:r>
        <w:t>to unhone kaha tha ke paanch king baqi rahenge, chaar king to cards ka, yaani taash ka, aur ek jo hai Britain ka.</w:t>
      </w:r>
    </w:p>
    <w:p>
      <w:pPr>
        <w:jc w:val="right"/>
      </w:pPr>
      <w:r>
        <w:t>تو انہوں نے کہا تھا کہ پانچ کنگ باقی رہیں گے، چار کنگ تو کارٹس کا، یعنی تاش کا، اور ایک جو ہے برٹن کا۔</w:t>
      </w:r>
    </w:p>
    <w:p>
      <w:r>
        <w:rPr>
          <w:b/>
        </w:rPr>
        <w:t xml:space="preserve">[24:35] </w:t>
      </w:r>
      <w:r>
        <w:t>to wahi hua, aap jante hain, woh</w:t>
      </w:r>
    </w:p>
    <w:p>
      <w:pPr>
        <w:jc w:val="right"/>
      </w:pPr>
      <w:r>
        <w:t>تو وہی ہوا، آپ جانتے ہیں، وہ</w:t>
      </w:r>
    </w:p>
    <w:p>
      <w:r>
        <w:rPr>
          <w:b/>
        </w:rPr>
        <w:t xml:space="preserve">[24:39] </w:t>
      </w:r>
      <w:r>
        <w:t>hua. to yeh Gyanendra jo tha, yeh Nepal ka jo king, kaafi intelligent bhi tha aur padha likha bhi tha, to woh jaanta tha ke ab yeh kingship to rehne wali hai nahi.</w:t>
      </w:r>
    </w:p>
    <w:p>
      <w:pPr>
        <w:jc w:val="right"/>
      </w:pPr>
      <w:r>
        <w:t>ی ہوا۔ تو یہ گیانندر جو تھا، یہ نیپال کا جو کنگ، کافی انٹیلیجنٹ بھی تھا اور پڑھا لکھا بھی تھا، تو وہ جانتا تھا کہ اب یہ کنگ شپ تو رہنے والی ہے نہیں۔</w:t>
      </w:r>
    </w:p>
    <w:p>
      <w:r>
        <w:rPr>
          <w:b/>
        </w:rPr>
        <w:t xml:space="preserve">[24:53] </w:t>
      </w:r>
      <w:r>
        <w:t>to jab political party jo usko oppose kar rahi thi, woh jeet gayi to usne maan liya, accept kar liya, yaani reality ko accept kar liya.</w:t>
      </w:r>
    </w:p>
    <w:p>
      <w:pPr>
        <w:jc w:val="right"/>
      </w:pPr>
      <w:r>
        <w:t>تو جب پولیٹیکل پارٹی جو اس کو اپوز کر رہی تھی، وہ جیت گئی تو اس نے مان لیا، ایکسیپٹ کر لیا، یعنی ریلیٹی کو ایکسیپٹ کر لیا۔</w:t>
      </w:r>
    </w:p>
    <w:p>
      <w:r>
        <w:rPr>
          <w:b/>
        </w:rPr>
        <w:t xml:space="preserve">[25:08] </w:t>
      </w:r>
      <w:r>
        <w:t>aur kal jab chhoda mahal ko to usne kaha ke mein democracy ka respect deta hoon, democracy ko aur people's will jo hai, usko mein respect deta hoon.</w:t>
      </w:r>
    </w:p>
    <w:p>
      <w:pPr>
        <w:jc w:val="right"/>
      </w:pPr>
      <w:r>
        <w:t>اور کل جب چھوڑا محل کو تو اس نے کہا کہ میں ڈیموکریسی کا ریسپیکٹ دیتا ہوں، ڈیموکریسی کو اور پیپلز کی ول جو ہے، اس کو میں ریسپیکٹ دیتا ہوں۔</w:t>
      </w:r>
    </w:p>
    <w:p>
      <w:r>
        <w:rPr>
          <w:b/>
        </w:rPr>
        <w:t xml:space="preserve">[25:21] </w:t>
      </w:r>
      <w:r>
        <w:t>ab mein Nepal mein raja bankar nahi rahunga, balkeh ek common man bankar rahunga, aur mein politics mein lotunga, as a common man, as a king nahi, jaise doosre log election mein hissa lete hain,</w:t>
      </w:r>
    </w:p>
    <w:p>
      <w:pPr>
        <w:jc w:val="right"/>
      </w:pPr>
      <w:r>
        <w:t>اب میں نیپال میں راجہ بن کر نہیں رہوں گا، بلکہ ایک کامن مین بن کر رہوں گا، اور میں پولیٹکس میں لوٹوں گا، ایز اے کامن مین، ایز اے کنگ نہیں، جیسے دوسرے لوگ الیکشن میں حصہ لیتے ہیں،</w:t>
      </w:r>
    </w:p>
    <w:p>
      <w:r>
        <w:rPr>
          <w:b/>
        </w:rPr>
        <w:t xml:space="preserve">[25:38] </w:t>
      </w:r>
      <w:r>
        <w:t>political party banate hain. to isi tarah se woh bhi shayad banayega aindah.</w:t>
      </w:r>
    </w:p>
    <w:p>
      <w:pPr>
        <w:jc w:val="right"/>
      </w:pPr>
      <w:r>
        <w:t>پولیٹیکل پارٹی بناتے ہیں۔ تو اسی طرح سے وہ بھی شاید بنائے گا آئندہ۔</w:t>
      </w:r>
    </w:p>
    <w:p>
      <w:r>
        <w:rPr>
          <w:b/>
        </w:rPr>
        <w:t xml:space="preserve">[25:46] </w:t>
      </w:r>
      <w:r>
        <w:t>to yeh aik lehaz se is mein aik lesson yeh hai ke accept, yani accept the reality, jab aisi situation aa jaye ke jis ko aap change na kar sakte hon,</w:t>
      </w:r>
    </w:p>
    <w:p>
      <w:pPr>
        <w:jc w:val="right"/>
      </w:pPr>
      <w:r>
        <w:t>تو یہ ایک لحاظ سے اس میں ایک لیسن یہ ہے کہ ایکسیپٹ، یعنی ایکسیپٹ دا ریلیٹی، جب ایسی سچوئیشن آ جائے کہ جس کو آپ چینج نہ کر سکتے ہوں،</w:t>
      </w:r>
    </w:p>
    <w:p>
      <w:r>
        <w:rPr>
          <w:b/>
        </w:rPr>
        <w:t xml:space="preserve">[26:07] </w:t>
      </w:r>
      <w:r>
        <w:t>aik aisi situation jis ko aap change karne par aap ko aap ke bas mein na ho ke aap us ko change karein.</w:t>
      </w:r>
    </w:p>
    <w:p>
      <w:pPr>
        <w:jc w:val="right"/>
      </w:pPr>
      <w:r>
        <w:t>ایک ایسی سچوئیشن جس کو آپ چینج کرنے پر آپ کو آپ کے بس میں نہ ہو کہ آپ اس کو چینج کر دیں۔</w:t>
      </w:r>
    </w:p>
    <w:p>
      <w:r>
        <w:rPr>
          <w:b/>
        </w:rPr>
        <w:t xml:space="preserve">[26:21] </w:t>
      </w:r>
      <w:r>
        <w:t>maturity ko is tarah define kiya jata hai: maturity, what is maturity?</w:t>
      </w:r>
    </w:p>
    <w:p>
      <w:pPr>
        <w:jc w:val="right"/>
      </w:pPr>
      <w:r>
        <w:t>میچورٹی کو اس طرح ڈیفائن کیا جاتا ہے: میچورٹی، واٹ از میچورٹی؟</w:t>
      </w:r>
    </w:p>
    <w:p>
      <w:r>
        <w:rPr>
          <w:b/>
        </w:rPr>
        <w:t xml:space="preserve">[26:29] </w:t>
      </w:r>
      <w:r>
        <w:t>to kaha jata hai ke maturity is the ability to accept things</w:t>
      </w:r>
    </w:p>
    <w:p>
      <w:pPr>
        <w:jc w:val="right"/>
      </w:pPr>
      <w:r>
        <w:t>تو کہا جاتا ہے کہ میچورٹی از دا ایبیلیٹی ٹو ایکسیپٹ تھنگز</w:t>
      </w:r>
    </w:p>
    <w:p>
      <w:r>
        <w:rPr>
          <w:b/>
        </w:rPr>
        <w:t xml:space="preserve">[26:36] </w:t>
      </w:r>
      <w:r>
        <w:t>you can not change. jin cheezon ka badal nahi sakte, us ko accept kar lijiye. to Gyanendra ne, jo is se pehle Raja thay Nepal ke, unhone accept kar liya kyunke unhone dekh liya is baat ko ke woh lad nahi sakte situation se.</w:t>
      </w:r>
    </w:p>
    <w:p>
      <w:pPr>
        <w:jc w:val="right"/>
      </w:pPr>
      <w:r>
        <w:t>یو کین ناٹ چینج۔ جن چیزوں کا بدل نہیں سکتے، اس کو ایکسیپٹ کر لیجئے۔ تو گیانندر نے، جو اس سے پہلے راجہ تھے نیپال کے، انہوں نے ایکسیپٹ کر لیا کیونکہ انہوں نے دیکھ لیا اس بات کو کہ وہ لڑ نہیں سکتے سچوئیشن سے۔</w:t>
      </w:r>
    </w:p>
    <w:p>
      <w:r>
        <w:rPr>
          <w:b/>
        </w:rPr>
        <w:t xml:space="preserve">[26:57] </w:t>
      </w:r>
      <w:r>
        <w:t>situation se lad nahi sakte. woh</w:t>
      </w:r>
    </w:p>
    <w:p>
      <w:pPr>
        <w:jc w:val="right"/>
      </w:pPr>
      <w:r>
        <w:t>سچوئیشن سے لڑ نہیں سکتے۔ وہ</w:t>
      </w:r>
    </w:p>
    <w:p>
      <w:r>
        <w:rPr>
          <w:b/>
        </w:rPr>
        <w:t xml:space="preserve">[27:00] </w:t>
      </w:r>
      <w:r>
        <w:t>mein samajhta hoon ke aik lesson hai is mein ke agar aap woh ladte to zahir hai ke mare jatay.</w:t>
      </w:r>
    </w:p>
    <w:p>
      <w:pPr>
        <w:jc w:val="right"/>
      </w:pPr>
      <w:r>
        <w:t>میں سمجھتا ہوں کہ ایک لیسن ہے اس میں کہ اگر آپ وہ لڑتے تو ظاہر ہے کہ مارے جاتے۔</w:t>
      </w:r>
    </w:p>
    <w:p>
      <w:r>
        <w:rPr>
          <w:b/>
        </w:rPr>
        <w:t xml:space="preserve">[27:09] </w:t>
      </w:r>
      <w:r>
        <w:t>to kuch log suicide, suicide bombing karte hain, lekin woh to aise log hain jin ko is wisdom se koi talluq nahi hai.</w:t>
      </w:r>
    </w:p>
    <w:p>
      <w:pPr>
        <w:jc w:val="right"/>
      </w:pPr>
      <w:r>
        <w:t>تو کچھ لوگ سوسائیڈ، سوسائیڈ بمبنگ کرتے ہیں، لیکن وہ تو ایسے لوگ ہیں جن کو اس وزڈم سے کوئی تعلق نہیں ہے۔</w:t>
      </w:r>
    </w:p>
    <w:p>
      <w:r>
        <w:rPr>
          <w:b/>
        </w:rPr>
        <w:t xml:space="preserve">[27:19] </w:t>
      </w:r>
      <w:r>
        <w:t>agar aap situation ko badal na sakte hon to us ko accept kar lijiye. to do hi option hain aap ke liye:</w:t>
      </w:r>
    </w:p>
    <w:p>
      <w:pPr>
        <w:jc w:val="right"/>
      </w:pPr>
      <w:r>
        <w:t>اگر آپ سچوئیشن کو بدل نہ سکتے ہوں تو اس کو ایکسیپٹ کر لیجئے۔ تو دو ہی آپشن ہیں آپ کے لیے:</w:t>
      </w:r>
    </w:p>
    <w:p>
      <w:r>
        <w:rPr>
          <w:b/>
        </w:rPr>
        <w:t xml:space="preserve">[27:28] </w:t>
      </w:r>
      <w:r>
        <w:t>agar aap ke paas itna power hai ke aap situation ko badal sakte hain sach much, to badliye peacefully, aur agar aap badal nahi sakte to us ko accept kar lijiye.</w:t>
      </w:r>
    </w:p>
    <w:p>
      <w:pPr>
        <w:jc w:val="right"/>
      </w:pPr>
      <w:r>
        <w:t>اگر آپ کے پاس اتنا پاور ہے کہ آپ سچوئیشن کو بدل سکتے ہیں سچ مچ، تو بدلیے پیس فلی، اور اگر آپ بدل نہیں سکتے تو اس کو ایکسیپٹ کر لیجئے۔</w:t>
      </w:r>
    </w:p>
    <w:p>
      <w:r>
        <w:rPr>
          <w:b/>
        </w:rPr>
        <w:t xml:space="preserve">[27:43] </w:t>
      </w:r>
      <w:r>
        <w:t>to Gyanendra ne, mein samajhta hoon ke aik achi is aitbar se aik acha example pesh kiya ke kyunke woh situation ko badal nahi sakte thay, woh situation ko control nahi kar sakte thay, ab woh situation ke master nahi rahe thay.</w:t>
      </w:r>
    </w:p>
    <w:p>
      <w:pPr>
        <w:jc w:val="right"/>
      </w:pPr>
      <w:r>
        <w:t>تو گیانندر نے، میں سمجھتا ہوں کہ ایک اچھی اس اعتبار سے ایک اچھا ایگزامپل پیش کیا کہ چونکہ وہ سچوئیشن کو بدل نہیں سکتے تھے، وہ سچوئیشن کو کنٹرول نہیں کر سکتے تھے، اب وہ سچوئیشن کے ماسٹر نہیں رہے تھے۔</w:t>
      </w:r>
    </w:p>
    <w:p>
      <w:r>
        <w:rPr>
          <w:b/>
        </w:rPr>
        <w:t xml:space="preserve">[27:59] </w:t>
      </w:r>
      <w:r>
        <w:t>pehlay woh master of situation thay, ab woh master of situation ke role ko kho chukay thay. wahan to unhone maan liya, maan liya.</w:t>
      </w:r>
    </w:p>
    <w:p>
      <w:pPr>
        <w:jc w:val="right"/>
      </w:pPr>
      <w:r>
        <w:t>پہلے وہ ماسٹر آف سچوئیشن تھے، اب وہ ماسٹر آف سچوئیشن کے رول کو کھو چکے تھے۔ وہاں تو انہوں نے مان لیا، مان لیا۔</w:t>
      </w:r>
    </w:p>
    <w:p>
      <w:r>
        <w:rPr>
          <w:b/>
        </w:rPr>
        <w:t xml:space="preserve">[28:09] </w:t>
      </w:r>
      <w:r>
        <w:t>to ab un ke apni apni zindagi ko bachaya, unhone un ki property ho gayi, us ko bachaya, unhone, aur bohat si cheezon ko bachaya hoga.</w:t>
      </w:r>
    </w:p>
    <w:p>
      <w:pPr>
        <w:jc w:val="right"/>
      </w:pPr>
      <w:r>
        <w:t>تو اب ان کے اپنی اپنی زندگی کو بچایا، انہوں نے ان کی پراپرٹی ہو گئی، اس کو بچایا، انہوں نے، اور بہت سی چیزوں کو بچایا ہوگا۔</w:t>
      </w:r>
    </w:p>
    <w:p>
      <w:r>
        <w:rPr>
          <w:b/>
        </w:rPr>
        <w:t xml:space="preserve">[28:17] </w:t>
      </w:r>
      <w:r>
        <w:t>unhone to aik nai zindagi shuru karne ki position mein kar liya apne aap ko. unhone,</w:t>
      </w:r>
    </w:p>
    <w:p>
      <w:pPr>
        <w:jc w:val="right"/>
      </w:pPr>
      <w:r>
        <w:t>انہوں نے تو ایک نئی زندگی شروع کرنے کی پوزیشن میں کر لیا اپنے آپ کو۔ انہوں نے،</w:t>
      </w:r>
    </w:p>
    <w:p>
      <w:r>
        <w:rPr>
          <w:b/>
        </w:rPr>
        <w:t xml:space="preserve">[28:24] </w:t>
      </w:r>
      <w:r>
        <w:t>yani agar woh ladte situation se to zahir hai ke woh un ko destroy kar diya jata, khatam ho jatay.</w:t>
      </w:r>
    </w:p>
    <w:p>
      <w:pPr>
        <w:jc w:val="right"/>
      </w:pPr>
      <w:r>
        <w:t>یعنی اگر وہ لڑتے سچوئیشن سے تو ظاہر ہے کہ وہ ان کو ڈسٹرائے کر دیا جاتا، ختم ہو جاتے۔</w:t>
      </w:r>
    </w:p>
    <w:p>
      <w:r>
        <w:rPr>
          <w:b/>
        </w:rPr>
        <w:t xml:space="preserve">[28:33] </w:t>
      </w:r>
      <w:r>
        <w:t>lekin jab nahi laday, woh aik peaceful response diya unhone situation ka, to un ko aik naya lease of life mil gaya ke phir se zindagi shuru karein.</w:t>
      </w:r>
    </w:p>
    <w:p>
      <w:pPr>
        <w:jc w:val="right"/>
      </w:pPr>
      <w:r>
        <w:t>لیکن جب نہیں لڑے، وہ ایک پیس فل رسپانس دیا انہوں نے سچوئیشن کا، تو ان کو ایک نیا لیز آف لائف مل گیا کہ پھر سے زندگی شروع کریں۔</w:t>
      </w:r>
    </w:p>
    <w:p>
      <w:r>
        <w:rPr>
          <w:b/>
        </w:rPr>
        <w:t xml:space="preserve">[28:48] </w:t>
      </w:r>
      <w:r>
        <w:t>mere khayal se woh business karte thay pehle bhi, ab woh business kar sakte hain, politics mein aa sakte hain, kuch bhi kar sakte hain, yani palace ke bahir.</w:t>
      </w:r>
    </w:p>
    <w:p>
      <w:pPr>
        <w:jc w:val="right"/>
      </w:pPr>
      <w:r>
        <w:t>میرے خیال سے وہ بزنس کرتے تھے پہلے بھی، اب وہ بزنس کر سکتے ہیں، پولیٹکس میں آ سکتے ہیں، کچھ بھی کر سکتے ہیں، یعنی پیلس کے باہر۔</w:t>
      </w:r>
    </w:p>
    <w:p>
      <w:r>
        <w:rPr>
          <w:b/>
        </w:rPr>
        <w:t xml:space="preserve">[29:05] </w:t>
      </w:r>
      <w:r>
        <w:t>to mein samajhta hoon ke har cheez mein aik lesson hota hai, har cheez mein aik lesson hota hai.</w:t>
      </w:r>
    </w:p>
    <w:p>
      <w:pPr>
        <w:jc w:val="right"/>
      </w:pPr>
      <w:r>
        <w:t>تو میں سمجھتا ہوں کہ ہر چیز میں ایک لیسن ہوتا ہے، ہر چیز میں ایک لیسن ہوتا ہے۔</w:t>
      </w:r>
    </w:p>
    <w:p>
      <w:r>
        <w:rPr>
          <w:b/>
        </w:rPr>
        <w:t xml:space="preserve">[29:11] </w:t>
      </w:r>
      <w:r>
        <w:t>Delhi mein aap jante hain ke Red Fort hai, Lal Qila, lal patharon ka bana hua. aik bar mein gaya us ke andar to wahan par aik woh hai, museum hai.</w:t>
      </w:r>
    </w:p>
    <w:p>
      <w:pPr>
        <w:jc w:val="right"/>
      </w:pPr>
      <w:r>
        <w:t>دلی میں آپ جانتے ہیں کہ ریڈ فورٹ ہے، لال قلعہ، لال پتھروں کا بنا ہوا۔ ایک بار میں گیا اس کے اندر تو وہاں پر ایک وہ ہے، میوزیم ہے۔</w:t>
      </w:r>
    </w:p>
    <w:p>
      <w:r>
        <w:rPr>
          <w:b/>
        </w:rPr>
        <w:t xml:space="preserve">[29:26] </w:t>
      </w:r>
      <w:r>
        <w:t>aik hai museum, us museum mein sab pehlay ki cheezein rakhi hui hain, yani kingship ke zamanay ki cheezein.</w:t>
      </w:r>
    </w:p>
    <w:p>
      <w:pPr>
        <w:jc w:val="right"/>
      </w:pPr>
      <w:r>
        <w:t>ایک ہے میوزیم، اس میوزیم میں سب پہلے کی چیزیں رکھی ہوئی ہیں، یعنی کنگ شپ کے زمانے کی چیزیں۔</w:t>
      </w:r>
    </w:p>
    <w:p>
      <w:r>
        <w:rPr>
          <w:b/>
        </w:rPr>
        <w:t xml:space="preserve">[29:39] </w:t>
      </w:r>
      <w:r>
        <w:t>to wahan par aik jagah maine dekha ke aik pathar tha, aik stone, us par Persian aik line likhi hui thi.</w:t>
      </w:r>
    </w:p>
    <w:p>
      <w:pPr>
        <w:jc w:val="right"/>
      </w:pPr>
      <w:r>
        <w:t>تو وہاں پر ایک جگہ میں نے دیکھا کہ ایک پتھر تھا، ایک سٹون، اس پر پرشین ایک لائن لکھی ہوئی تھی۔</w:t>
      </w:r>
    </w:p>
    <w:p>
      <w:r>
        <w:rPr>
          <w:b/>
        </w:rPr>
        <w:t xml:space="preserve">[29:51] </w:t>
      </w:r>
      <w:r>
        <w:t>us pathar par,</w:t>
      </w:r>
    </w:p>
    <w:p>
      <w:pPr>
        <w:jc w:val="right"/>
      </w:pPr>
      <w:r>
        <w:t>اس پتھر پر،</w:t>
      </w:r>
    </w:p>
    <w:p>
      <w:r>
        <w:rPr>
          <w:b/>
        </w:rPr>
        <w:t xml:space="preserve">[29:54] </w:t>
      </w:r>
      <w:r>
        <w:t>us par likha hua tha ke</w:t>
      </w:r>
    </w:p>
    <w:p>
      <w:pPr>
        <w:jc w:val="right"/>
      </w:pPr>
      <w:r>
        <w:t>اس پر لکھا ہوا تھا کہ</w:t>
      </w:r>
    </w:p>
    <w:p>
      <w:r>
        <w:rPr>
          <w:b/>
        </w:rPr>
        <w:t xml:space="preserve">[30:00] </w:t>
      </w:r>
      <w:r>
        <w:t>us par likha hua tha ke</w:t>
      </w:r>
    </w:p>
    <w:p>
      <w:pPr>
        <w:jc w:val="right"/>
      </w:pPr>
      <w:r>
        <w:t>اس پر لکھا ہوا تھا کہ</w:t>
      </w:r>
    </w:p>
    <w:p>
      <w:r>
        <w:rPr>
          <w:b/>
        </w:rPr>
        <w:t xml:space="preserve">[30:05] </w:t>
      </w:r>
      <w:r>
        <w:t>hamesha baat badr sepehr bo kalmon. woh kisi palace ka aik tukra tha, yani woh pathar kisi palace mein laga hua tha pehlay, phir woh palace toot gaya.</w:t>
      </w:r>
    </w:p>
    <w:p>
      <w:pPr>
        <w:jc w:val="right"/>
      </w:pPr>
      <w:r>
        <w:t>ہمیشہ بات بدر سپہر بو کلموں۔ وہ کسی پیلس کا ایک ٹکڑا تھا، یعنی وہ پتھر کسی پیلس میں لگا ہوا تھا پہلے، پھر وہ پیلس ٹوٹ گیا۔</w:t>
      </w:r>
    </w:p>
    <w:p>
      <w:r>
        <w:rPr>
          <w:b/>
        </w:rPr>
        <w:t xml:space="preserve">[30:20] </w:t>
      </w:r>
      <w:r>
        <w:t>to us ki tooti hui cheezon ko wahan rakha gaya tha.</w:t>
      </w:r>
    </w:p>
    <w:p>
      <w:pPr>
        <w:jc w:val="right"/>
      </w:pPr>
      <w:r>
        <w:t>تو اس کی ٹوٹی ہوئی چیزوں کو وہاں رکھا گیا تھا۔</w:t>
      </w:r>
    </w:p>
    <w:p>
      <w:r>
        <w:rPr>
          <w:b/>
        </w:rPr>
        <w:t xml:space="preserve">[30:24] </w:t>
      </w:r>
      <w:r>
        <w:t>to in mein se woh ek pathar tha jo kisi deewar mein laga hoga pehle, kisi gate pe laga hoga. to tootne ke baad is ko la kar ke wahan rakh diya gaya museum mein.</w:t>
      </w:r>
    </w:p>
    <w:p>
      <w:pPr>
        <w:jc w:val="right"/>
      </w:pPr>
      <w:r>
        <w:t>تو ان میں سے وہ ایک پتھر تھا جو کسی دیوار میں لگا ہوگا پہلے، کسی گیٹ پہ لگا ہوگا۔ تو ٹوٹنے کے بعد اس کو لا کر کے وہاں رکھ دیا گیا میوزیم میں۔</w:t>
      </w:r>
    </w:p>
    <w:p>
      <w:r>
        <w:rPr>
          <w:b/>
        </w:rPr>
        <w:t xml:space="preserve">[30:35] </w:t>
      </w:r>
      <w:r>
        <w:t>to us par likha hua tha ke hamesha baat badar sipahar bo kalmon, yani is palace ke bare mein, is mahal ke bare mein ke yeh aasman ke neeche hamesha ya abad rahe.</w:t>
      </w:r>
    </w:p>
    <w:p>
      <w:pPr>
        <w:jc w:val="right"/>
      </w:pPr>
      <w:r>
        <w:t>تو اس پر لکھا ہوا تھا کہ ہمیشہ بات بدر سپہر بو کلموں، یعنی اس پیلس کے بارے میں، اس محل کے بارے میں کہ یہ آسمان کے نیچے ہمیشہ یا آباد رہے۔</w:t>
      </w:r>
    </w:p>
    <w:p>
      <w:r>
        <w:rPr>
          <w:b/>
        </w:rPr>
        <w:t xml:space="preserve">[30:55] </w:t>
      </w:r>
      <w:r>
        <w:t>yani yeh yeh mahal jo hai, yeh jo palace hai, yeh aasman ke neeche hamesha abad rahe.</w:t>
      </w:r>
    </w:p>
    <w:p>
      <w:pPr>
        <w:jc w:val="right"/>
      </w:pPr>
      <w:r>
        <w:t>یعنی یہ یہ محل جو ہے، یہ جو پیلس ہے، یہ آسمان کے نیچے ہمیشہ آباد رہے۔</w:t>
      </w:r>
    </w:p>
    <w:p>
      <w:r>
        <w:rPr>
          <w:b/>
        </w:rPr>
        <w:t xml:space="preserve">[31:03] </w:t>
      </w:r>
      <w:r>
        <w:t>lekin aap dekhiye, thori muddat mein woh mahal is tarah se khatam hua ke aaj kahin is ki khandar bhi nahi hai, is ka sirf is ka woh pathar ka tukra hai jo batata hai kabhi yahan par ek mahal tha.</w:t>
      </w:r>
    </w:p>
    <w:p>
      <w:pPr>
        <w:jc w:val="right"/>
      </w:pPr>
      <w:r>
        <w:t>لیکن آپ دیکھیے، تھوڑی مدت میں وہ محل اس طرح سے ختم ہوا کہ آج کہیں اس کی کھڈر بھی نہیں ہے، اس کا صرف اس کا وہ پتھر کا ٹکڑا ہے جو بتاتا ہے کبھی یہاں پر ایک محل تھا۔</w:t>
      </w:r>
    </w:p>
    <w:p>
      <w:r>
        <w:rPr>
          <w:b/>
        </w:rPr>
        <w:t xml:space="preserve">[31:23] </w:t>
      </w:r>
      <w:r>
        <w:t>to us us pathar ke tukre se bhi is ki umar kam thi. ab zara sochiye is baat ko</w:t>
      </w:r>
    </w:p>
    <w:p>
      <w:pPr>
        <w:jc w:val="right"/>
      </w:pPr>
      <w:r>
        <w:t>تو اس اس پتھر کے ٹکڑے سے بھی اس کی عمر کم تھی۔ اب ذرا سوچیے اس بات کو</w:t>
      </w:r>
    </w:p>
    <w:p>
      <w:r>
        <w:rPr>
          <w:b/>
        </w:rPr>
        <w:t xml:space="preserve">[31:31] </w:t>
      </w:r>
      <w:r>
        <w:t>ke woh pathar ka tukra jo mahal ke kisi corner par deewar mein fit kar diya gaya tha, to asal mahal to bohat bara tha,</w:t>
      </w:r>
    </w:p>
    <w:p>
      <w:pPr>
        <w:jc w:val="right"/>
      </w:pPr>
      <w:r>
        <w:t>کہ وہ پتھر کا ٹکڑا جو محل کے کسی کارنر پر دیوار میں فٹ کر دیا گیا تھا، تو اصل محل تو بہت بڑا تھا،</w:t>
      </w:r>
    </w:p>
    <w:p>
      <w:r>
        <w:rPr>
          <w:b/>
        </w:rPr>
        <w:t xml:space="preserve">[31:46] </w:t>
      </w:r>
      <w:r>
        <w:t>asal palace jo tha woh to bohat hi bara tha. to is palace ki jo age thi, is pathar ke tukre se bhi kam thi ke pathar ka tukra to aaj bhi hai aur palace pata nahi kab ka khatam ho gaya.</w:t>
      </w:r>
    </w:p>
    <w:p>
      <w:pPr>
        <w:jc w:val="right"/>
      </w:pPr>
      <w:r>
        <w:t>اصل پیلس جو تھا وہ تو بہت ہی بڑا تھا۔ تو اس پیلس کی جو ایج تھی، اس پتھر کے ٹکڑے سے بھی کم تھی کہ پتھر کا ٹکڑا تو آج بھی ہے اور پیلس پتہ نہیں کب کا ختم ہو گیا۔</w:t>
      </w:r>
    </w:p>
    <w:p>
      <w:r>
        <w:rPr>
          <w:b/>
        </w:rPr>
        <w:t xml:space="preserve">[32:03] </w:t>
      </w:r>
      <w:r>
        <w:t>kitna bara lesson is mein hai, kitna bara lesson hai is ke andar, bohat bara lesson hai. maine bohat se mulkon ke safar kiye hain aur pichle badshahon ke bohat se khandar dekhe hain.</w:t>
      </w:r>
    </w:p>
    <w:p>
      <w:pPr>
        <w:jc w:val="right"/>
      </w:pPr>
      <w:r>
        <w:t>کتنا بڑا لیسن اس میں ہے، کتنا بڑا لیسن ہے اس کے اندر، بہت بڑا لیسن ہے۔ میں نے بہت سے ملکوں کے سفر کیے ہیں اور پچھلے بادشاہوں کے بہت سے کھڈر دیکھے ہیں۔</w:t>
      </w:r>
    </w:p>
    <w:p>
      <w:r>
        <w:rPr>
          <w:b/>
        </w:rPr>
        <w:t xml:space="preserve">[32:22] </w:t>
      </w:r>
      <w:r>
        <w:t>mislan main Libya gaya to aap jante hain ke Libya jo tha, ek zamaney mein Roman Empires ke under mein tha.</w:t>
      </w:r>
    </w:p>
    <w:p>
      <w:pPr>
        <w:jc w:val="right"/>
      </w:pPr>
      <w:r>
        <w:t>مثلاً میں لیبیا گیا تو آپ جانتے ہیں کہ لیبیا جو تھا، ایک زمانے میں رومن ایمپائرز کے انڈر میں تھا۔</w:t>
      </w:r>
    </w:p>
    <w:p>
      <w:r>
        <w:rPr>
          <w:b/>
        </w:rPr>
        <w:t xml:space="preserve">[32:31] </w:t>
      </w:r>
      <w:r>
        <w:t>yeh bohat pehle ki baat hai, yani do hazar saal pehle ki baat hai</w:t>
      </w:r>
    </w:p>
    <w:p>
      <w:pPr>
        <w:jc w:val="right"/>
      </w:pPr>
      <w:r>
        <w:t>یہ بہت پہلے کی بات ہے، یعنی دو ہزار سال پہلے کی بات ہے</w:t>
      </w:r>
    </w:p>
    <w:p>
      <w:r>
        <w:rPr>
          <w:b/>
        </w:rPr>
        <w:t xml:space="preserve">[32:39] </w:t>
      </w:r>
      <w:r>
        <w:t>ke do hazar saal pehle Libya jo hai, woh Roman Empire ke under mein tha. to wahan kai khandar abhi bhi hain is zamaney ke.</w:t>
      </w:r>
    </w:p>
    <w:p>
      <w:pPr>
        <w:jc w:val="right"/>
      </w:pPr>
      <w:r>
        <w:t>کہ دو ہزار سال پہلے لیبیا جو ہے، وہ رومن ایمپائر کے انڈر میں تھا۔ تو وہاں کئی کھڈر ابھی بھی ہیں اس زمانے کے۔</w:t>
      </w:r>
    </w:p>
    <w:p>
      <w:r>
        <w:rPr>
          <w:b/>
        </w:rPr>
        <w:t xml:space="preserve">[32:53] </w:t>
      </w:r>
      <w:r>
        <w:t>to ek jagah maine dekha ke bohat bara ek bana hua tha, ek house jaisa, is ke charon taraf baithne ki seatain theen aur neeche jo hai, woh gehrai mein house tha.</w:t>
      </w:r>
    </w:p>
    <w:p>
      <w:pPr>
        <w:jc w:val="right"/>
      </w:pPr>
      <w:r>
        <w:t>تو ایک جگہ میں نے دیکھا کہ بہت بڑا ایک بنا ہوا تھا، ایک ہاؤس جیسا، اس کے چاروں طرف بیٹھنے کی سیٹیں تھیں اور نیچے جو ہے، وہ گہرائی میں ہاؤس تھا۔</w:t>
      </w:r>
    </w:p>
    <w:p>
      <w:r>
        <w:rPr>
          <w:b/>
        </w:rPr>
        <w:t xml:space="preserve">[33:13] </w:t>
      </w:r>
      <w:r>
        <w:t>to maloom hua ke yahan par badshah log aur aur royal family ke log aa kar baithte the aur is ke andar, yani</w:t>
      </w:r>
    </w:p>
    <w:p>
      <w:pPr>
        <w:jc w:val="right"/>
      </w:pPr>
      <w:r>
        <w:t>تو معلوم ہوا کہ یہاں پر بادشاہ لوگ اور اور رائل فیملی کے لوگ آ کر بیٹھتے تھے اور اس کے اندر، یعنی</w:t>
      </w:r>
    </w:p>
    <w:p>
      <w:r>
        <w:rPr>
          <w:b/>
        </w:rPr>
        <w:t xml:space="preserve">[33:26] </w:t>
      </w:r>
      <w:r>
        <w:t>wo karte the ke koi beast is ke andar chhod dete the aur jis se woh ghussa hote the kisi ke khilaf.</w:t>
      </w:r>
    </w:p>
    <w:p>
      <w:pPr>
        <w:jc w:val="right"/>
      </w:pPr>
      <w:r>
        <w:t>وہ کرتے تھے کہ کوئی بیسٹ اس کے اندر چھوڑ دیتے تھے اور جس سے وہ غصہ ہوتے تھے کسی کے خلاف۔</w:t>
      </w:r>
    </w:p>
    <w:p>
      <w:r>
        <w:rPr>
          <w:b/>
        </w:rPr>
        <w:t xml:space="preserve">[33:39] </w:t>
      </w:r>
      <w:r>
        <w:t>to bajaye is ke ke koi koi prison mein dalen, jaise jallad se kahin gard maar do, isi mein is ko daal dete the.</w:t>
      </w:r>
    </w:p>
    <w:p>
      <w:pPr>
        <w:jc w:val="right"/>
      </w:pPr>
      <w:r>
        <w:t>تو بجائے اس کے کہ کوئی کوئی پریزن میں ڈالیں، جیسے جلاد سے کہیں گرد مار دو، اسی میں اس کو ڈال دیتے تھے۔</w:t>
      </w:r>
    </w:p>
    <w:p>
      <w:r>
        <w:rPr>
          <w:b/>
        </w:rPr>
        <w:t xml:space="preserve">[33:47] </w:t>
      </w:r>
      <w:r>
        <w:t>ab woh beast jo hai, woh yani bhainsa ya bhediya, us ko nochta tha aur is tarah se woh maar dalta tha us ko. to yeh tamasha dekhte the woh, yani insan aur beast ki larai ka tamasha</w:t>
      </w:r>
    </w:p>
    <w:p>
      <w:pPr>
        <w:jc w:val="right"/>
      </w:pPr>
      <w:r>
        <w:t>اب وہ بیسٹ جو ہے، وہ یعنی بھینسا یا بھیڑیا، اس کو نوچتا تھا اور اس طرح سے وہ مار ڈالتا تھا اس کو۔ تو یہ تماشہ دیکھتے تھے وہ، یعنی انسان اور بیسٹ کی لڑائی کا تماشہ</w:t>
      </w:r>
    </w:p>
    <w:p>
      <w:r>
        <w:rPr>
          <w:b/>
        </w:rPr>
        <w:t xml:space="preserve">[34:05] </w:t>
      </w:r>
      <w:r>
        <w:t>baith kar. ab ab aap dekhiye ke aaj wahan koi bhi nahi hai, na Romans hain, na wahan na un ka rule hai, kuch bhi nahi, kuch bhi nahi, kuch bhi nahi.</w:t>
      </w:r>
    </w:p>
    <w:p>
      <w:pPr>
        <w:jc w:val="right"/>
      </w:pPr>
      <w:r>
        <w:t>بیٹھ کر۔ اب اب آپ دیکھیے کہ آج وہاں کوئی بھی نہیں ہے، نہ رومنز ہیں، نہ وہاں نہ ان کا رول ہے، کچھ بھی نہیں، کچھ بھی نہیں، کچھ بھی نہیں۔</w:t>
      </w:r>
    </w:p>
    <w:p>
      <w:r>
        <w:rPr>
          <w:b/>
        </w:rPr>
        <w:t xml:space="preserve">[34:17] </w:t>
      </w:r>
      <w:r>
        <w:t>to jis zamaney mein un ka rule raha hoga, to us zamaney mein kitna un ka, yani un ke mind mein kitni kitna arrogance hoga, arrogance ke insan ko daal diya unhone darindey ke samne,</w:t>
      </w:r>
    </w:p>
    <w:p>
      <w:pPr>
        <w:jc w:val="right"/>
      </w:pPr>
      <w:r>
        <w:t>تو جس زمانے میں ان کا رول رہا ہوگا، تو اس زمانے میں کتنا ان کا، یعنی ان کے مائنڈ میں کتنی کتنا اروگنس ہوگا، اروگنس کہ انسان کو ڈال دیا انہوں نے درندے کے سامنے،</w:t>
      </w:r>
    </w:p>
    <w:p>
      <w:r>
        <w:rPr>
          <w:b/>
        </w:rPr>
        <w:t xml:space="preserve">[34:30] </w:t>
      </w:r>
      <w:r>
        <w:t>beast ke samne, aur woh bahar baithe hue kursi par tamasha dekh rahe hain. to behal maine bohat se khandar dekhe hain, bohat se khandar dekhe hain</w:t>
      </w:r>
    </w:p>
    <w:p>
      <w:pPr>
        <w:jc w:val="right"/>
      </w:pPr>
      <w:r>
        <w:t>بیسٹ کے سامنے، اور وہ باہر بیٹھے ہوئے کرسیوں پر تماشہ دیکھ رہے ہیں۔ تو بہرحال میں نے بہت سے کھڈر دیکھے ہیں، بہت سے کھڈر دیکھے ہیں</w:t>
      </w:r>
    </w:p>
    <w:p>
      <w:r>
        <w:rPr>
          <w:b/>
        </w:rPr>
        <w:t xml:space="preserve">[34:47] </w:t>
      </w:r>
      <w:r>
        <w:t>main, aur jo abhi khandar nahi hue, un ko bhi dekha hai, jaise Taj Mahal jo abhi khandar nahi hua. to Taj Mahal ko aap jante hain ke ek king ne banaya tha,</w:t>
      </w:r>
    </w:p>
    <w:p>
      <w:pPr>
        <w:jc w:val="right"/>
      </w:pPr>
      <w:r>
        <w:t>میں، اور جو ابھی کھڈر نہیں ہوئے، ان کو بھی دیکھا ہے، جیسے تاج محل جو ابھی کھڈر نہیں ہوا۔ تو تاج محل کو آپ جانتے ہیں کہ ایک کنگ نے بنایا تھا،</w:t>
      </w:r>
    </w:p>
    <w:p>
      <w:r>
        <w:rPr>
          <w:b/>
        </w:rPr>
        <w:t xml:space="preserve">[35:00] </w:t>
      </w:r>
      <w:r>
        <w:t>Shahjahan ne.</w:t>
      </w:r>
    </w:p>
    <w:p>
      <w:pPr>
        <w:jc w:val="right"/>
      </w:pPr>
      <w:r>
        <w:t>شاہجہاں نے۔</w:t>
      </w:r>
    </w:p>
    <w:p>
      <w:r>
        <w:rPr>
          <w:b/>
        </w:rPr>
        <w:t xml:space="preserve">[35:06] </w:t>
      </w:r>
      <w:r>
        <w:t>to</w:t>
      </w:r>
    </w:p>
    <w:p>
      <w:pPr>
        <w:jc w:val="right"/>
      </w:pPr>
      <w:r>
        <w:t>تو</w:t>
      </w:r>
    </w:p>
    <w:p>
      <w:r>
        <w:rPr>
          <w:b/>
        </w:rPr>
        <w:t xml:space="preserve">[35:10] </w:t>
      </w:r>
      <w:r>
        <w:t>ek European lady aayi, us ko dekha to us ke munh se unhon ne kaha, "wonderful, wonderful!"</w:t>
      </w:r>
    </w:p>
    <w:p>
      <w:pPr>
        <w:jc w:val="right"/>
      </w:pPr>
      <w:r>
        <w:t>ایک یورپین لیڈی آئی، اس کو دیکھا تو اس کے منہ سے انہوں نے کہا، "ونڈرفل، ونڈرفل!"</w:t>
      </w:r>
    </w:p>
    <w:p>
      <w:r>
        <w:rPr>
          <w:b/>
        </w:rPr>
        <w:t xml:space="preserve">[35:17] </w:t>
      </w:r>
      <w:r>
        <w:t>itna zyada is se woh prabhavit hui, zyada mutasir hui hai ke zyada nahi bol saki, zyada nahi bol saki, "wonderful, wonderful!"</w:t>
      </w:r>
    </w:p>
    <w:p>
      <w:pPr>
        <w:jc w:val="right"/>
      </w:pPr>
      <w:r>
        <w:t>اتنا زیادہ اس سے وہ प्रभावت ہوئی، زیادہ متاثر ہوئی ہے کہ زیادہ نہیں بول سکی، زیادہ نہیں بول سکی، "ونڈرفل، ونڈرفل!"</w:t>
      </w:r>
    </w:p>
    <w:p>
      <w:r>
        <w:rPr>
          <w:b/>
        </w:rPr>
        <w:t xml:space="preserve">[35:35] </w:t>
      </w:r>
      <w:r>
        <w:t>lekin aaj kahan shahjahan hai? koi deewarein to khadi hui hain, khud shahjahan kahan hai? woh badshah kahan hai? ek</w:t>
      </w:r>
    </w:p>
    <w:p>
      <w:pPr>
        <w:jc w:val="right"/>
      </w:pPr>
      <w:r>
        <w:t>لیکن آج کہاں شاہجہاں ہے؟ کوئی دیواریں تو کھڑی ہوئی ہیں، خود شاہجہاں کہاں ہے؟ وہ بادشاہ کہاں ہے؟ ایک</w:t>
      </w:r>
    </w:p>
    <w:p>
      <w:r>
        <w:rPr>
          <w:b/>
        </w:rPr>
        <w:t xml:space="preserve">[35:46] </w:t>
      </w:r>
      <w:r>
        <w:t>baar mein gaya ek shehar mein to shahjahan ki palki wahan rakhi hui thi. bangal ke ek shehar mein gaya tha main, jis mein woh baith kar ke nikalta tha.</w:t>
      </w:r>
    </w:p>
    <w:p>
      <w:pPr>
        <w:jc w:val="right"/>
      </w:pPr>
      <w:r>
        <w:t>بار میں گیا ایک شہر میں تو شاہجہاں کی پالکی وہاں رکھی ہوئی تھی۔ بنگال کے ایک شہر میں گیا تھا میں، جس میں وہ بیٹھ کر کے نکلتا تھا۔</w:t>
      </w:r>
    </w:p>
    <w:p>
      <w:r>
        <w:rPr>
          <w:b/>
        </w:rPr>
        <w:t xml:space="preserve">[36:01] </w:t>
      </w:r>
      <w:r>
        <w:t>to palki to abhi hai aur shahjahan ka koi wajood nahin. taj mahal to hai lekin shahjahan ka koi wajood nahin.</w:t>
      </w:r>
    </w:p>
    <w:p>
      <w:pPr>
        <w:jc w:val="right"/>
      </w:pPr>
      <w:r>
        <w:t>تو پالکی تو ابھی ہے اور شاہجہاں کا کوئی وجود نہیں۔ تاج محل تو ہے لیکن شاہجہاں کا کوئی وجود نہیں۔</w:t>
      </w:r>
    </w:p>
    <w:p>
      <w:r>
        <w:rPr>
          <w:b/>
        </w:rPr>
        <w:t xml:space="preserve">[36:11] </w:t>
      </w:r>
      <w:r>
        <w:t>to mujhe ek ek yaad aata hai qissa ke shahjahan jo tha, jo mughal yaani emperor tha, to ek din darbar mein baitha hua tha.</w:t>
      </w:r>
    </w:p>
    <w:p>
      <w:pPr>
        <w:jc w:val="right"/>
      </w:pPr>
      <w:r>
        <w:t>تو مجھے ایک ایک یاد آتا ہے قصہ کہ شاہجہاں جو تھا، جو مغل یعنی ایمپرر تھا، تو ایک دن دربار میں بیٹھا ہوا تھا۔</w:t>
      </w:r>
    </w:p>
    <w:p>
      <w:r>
        <w:rPr>
          <w:b/>
        </w:rPr>
        <w:t xml:space="preserve">[36:28] </w:t>
      </w:r>
      <w:r>
        <w:t>to us ke mind mein ek ek line aa gayi, ek ek sentence aa gaya.</w:t>
      </w:r>
    </w:p>
    <w:p>
      <w:pPr>
        <w:jc w:val="right"/>
      </w:pPr>
      <w:r>
        <w:t>تو اس کے مائنڈ میں ایک ایک لائن آ گئی، ایک ایک سینٹنس آ گیا۔</w:t>
      </w:r>
    </w:p>
    <w:p>
      <w:r>
        <w:rPr>
          <w:b/>
        </w:rPr>
        <w:t xml:space="preserve">[36:35] </w:t>
      </w:r>
      <w:r>
        <w:t>woh yeh tha ke "neem daro, neem boro!"</w:t>
      </w:r>
    </w:p>
    <w:p>
      <w:pPr>
        <w:jc w:val="right"/>
      </w:pPr>
      <w:r>
        <w:t>وہ یہ تھا کہ "نیم درو، نیم برو!"</w:t>
      </w:r>
    </w:p>
    <w:p>
      <w:r>
        <w:rPr>
          <w:b/>
        </w:rPr>
        <w:t xml:space="preserve">[36:41] </w:t>
      </w:r>
      <w:r>
        <w:t>pehle zamane mein badshah log ya bade bade log yeh karte the, aise hi ek sentence bole aur shayar log hote the wahan par, kehte the ke ab is ko poori poora shehar banao, poori line mein jodo is ko.</w:t>
      </w:r>
    </w:p>
    <w:p>
      <w:pPr>
        <w:jc w:val="right"/>
      </w:pPr>
      <w:r>
        <w:t>پہلے زمانے میں بادشاہ لوگ یا بڑے بڑے لوگ یہ کرتے تھے، ایسے ہی ایک سینٹنس بولے اور شاعر لوگ ہوتے تھے وہاں پر، کہتے تھے کہ اب اس کو پوری پورا شعر بناؤ، پوری لائن میں جوڑو اس کو۔</w:t>
      </w:r>
    </w:p>
    <w:p>
      <w:r>
        <w:rPr>
          <w:b/>
        </w:rPr>
        <w:t xml:space="preserve">[36:55] </w:t>
      </w:r>
      <w:r>
        <w:t>to bas jis ko kehte hain tarrang, apni tarrang mein tha woh. unhon ne kaha ke mere mind mein ek aaya hai ke "neem daro, neem boro!" is par tum shair kaho.</w:t>
      </w:r>
    </w:p>
    <w:p>
      <w:pPr>
        <w:jc w:val="right"/>
      </w:pPr>
      <w:r>
        <w:t>تو بس جس کو کہتے ہیں ترنگ، اپنی ترنگ میں تھا وہ۔ انہوں نے کہا کہ میرے مائنڈ میں ایک آیا ہے کہ "نیم درو، نیم برو!" اس پر تم شعر کہو۔</w:t>
      </w:r>
    </w:p>
    <w:p>
      <w:r>
        <w:rPr>
          <w:b/>
        </w:rPr>
        <w:t xml:space="preserve">[37:06] </w:t>
      </w:r>
      <w:r>
        <w:t>"neem daro, neem boro!" ka matlab hai ke aadha andar, aadha bahar,</w:t>
      </w:r>
    </w:p>
    <w:p>
      <w:pPr>
        <w:jc w:val="right"/>
      </w:pPr>
      <w:r>
        <w:t>"نیم درو، نیم برو!" کا مطلب ہے کہ آدھا اندر، آدھا باہر،</w:t>
      </w:r>
    </w:p>
    <w:p>
      <w:r>
        <w:rPr>
          <w:b/>
        </w:rPr>
        <w:t xml:space="preserve">[37:12] </w:t>
      </w:r>
      <w:r>
        <w:t>aadha andar, aadha bahar. bas yahi ek sentence tha ke is ko shair mein dhalna tha. ab wahan shayar log jo the, woh lage sochne.</w:t>
      </w:r>
    </w:p>
    <w:p>
      <w:pPr>
        <w:jc w:val="right"/>
      </w:pPr>
      <w:r>
        <w:t>آدھا اندر، آدھا باہر۔ بس یہی ایک سینٹنس تھا کہ اس کو شعر میں ڈھالنا تھا۔ اب وہاں شاعر لوگ جو تھے، وہ لگے سوچنے۔</w:t>
      </w:r>
    </w:p>
    <w:p>
      <w:r>
        <w:rPr>
          <w:b/>
        </w:rPr>
        <w:t xml:space="preserve">[37:26] </w:t>
      </w:r>
      <w:r>
        <w:t>to ek ek shayar khada hua ke main, main ne is ko yaani ek banaya hai, ek ek shair, ek line banai hai main ne, to main sunata hoon is ko.</w:t>
      </w:r>
    </w:p>
    <w:p>
      <w:pPr>
        <w:jc w:val="right"/>
      </w:pPr>
      <w:r>
        <w:t>تو ایک ایک شاعر کھڑا ہوا کہ میں، میں نے اس کو یعنی ایک بنایا ہے، ایک ایک شعر، ایک لائن بنائی ہے میں نے، تو میں سناتا ہوں اس کو۔</w:t>
      </w:r>
    </w:p>
    <w:p>
      <w:r>
        <w:rPr>
          <w:b/>
        </w:rPr>
        <w:t xml:space="preserve">[37:39] </w:t>
      </w:r>
      <w:r>
        <w:t>to woh khade hue, unhon ne sunaya.</w:t>
      </w:r>
    </w:p>
    <w:p>
      <w:pPr>
        <w:jc w:val="right"/>
      </w:pPr>
      <w:r>
        <w:t>تو وہ کھڑے ہوئے، انہوں نے سنایا۔</w:t>
      </w:r>
    </w:p>
    <w:p>
      <w:r>
        <w:rPr>
          <w:b/>
        </w:rPr>
        <w:t xml:space="preserve">[37:42] </w:t>
      </w:r>
      <w:r>
        <w:t>to woh yeh yeh tha ke</w:t>
      </w:r>
    </w:p>
    <w:p>
      <w:pPr>
        <w:jc w:val="right"/>
      </w:pPr>
      <w:r>
        <w:t>تو وہ یہ یہ تھا کہ</w:t>
      </w:r>
    </w:p>
    <w:p>
      <w:r>
        <w:rPr>
          <w:b/>
        </w:rPr>
        <w:t xml:space="preserve">[37:48] </w:t>
      </w:r>
      <w:r>
        <w:t>yeh tha ke "azharat shahjahan, larzat zameen o aasman, angusht hairat dardahan,</w:t>
      </w:r>
    </w:p>
    <w:p>
      <w:pPr>
        <w:jc w:val="right"/>
      </w:pPr>
      <w:r>
        <w:t>یہ تھا کہ "اظہارت شاہ جہاں، لرزت زمین و آسماں، انگشت حیرت دردہاں،</w:t>
      </w:r>
    </w:p>
    <w:p>
      <w:r>
        <w:rPr>
          <w:b/>
        </w:rPr>
        <w:t xml:space="preserve">[38:02] </w:t>
      </w:r>
      <w:r>
        <w:t>neem daro, neem boro!" azmat, azmat shahjahan, larzat zameen o aasman, angusht hairat dardahan, neem boro, neem, neem daro, neem boro!</w:t>
      </w:r>
    </w:p>
    <w:p>
      <w:pPr>
        <w:jc w:val="right"/>
      </w:pPr>
      <w:r>
        <w:t>نیم درو، نیم برو!" عظمت، عظمت شاہ جہاں، لرزت زمین و آسماں، انگشت حیرت دردہاں، نیم برو، نیم، نیم درو، نیم برو!</w:t>
      </w:r>
    </w:p>
    <w:p>
      <w:r>
        <w:rPr>
          <w:b/>
        </w:rPr>
        <w:t xml:space="preserve">[38:17] </w:t>
      </w:r>
      <w:r>
        <w:t>yeh persian line hai, is ka matlab yeh tha ke ke shahjahan ka jo dabdaba hai, use saare zameen o aasman kaanp rahe hain.</w:t>
      </w:r>
    </w:p>
    <w:p>
      <w:pPr>
        <w:jc w:val="right"/>
      </w:pPr>
      <w:r>
        <w:t>یہ پرشین لائن ہے، اس کا مطلب یہ تھا کہ کہ شاہجہاں کا جو دبدبہ ہے، اسے سارے زمین و آسمان کانپ رہے ہیں۔</w:t>
      </w:r>
    </w:p>
    <w:p>
      <w:r>
        <w:rPr>
          <w:b/>
        </w:rPr>
        <w:t xml:space="preserve">[38:32] </w:t>
      </w:r>
      <w:r>
        <w:t>shahjahan ka jo dabdaba hai, saare zameen o aasman is se kaanp rahe hain.</w:t>
      </w:r>
    </w:p>
    <w:p>
      <w:pPr>
        <w:jc w:val="right"/>
      </w:pPr>
      <w:r>
        <w:t>شاہجہاں کا جو دبدبہ ہے، سارے زمین و آسمان اس سے کانپ رہے ہیں۔</w:t>
      </w:r>
    </w:p>
    <w:p>
      <w:r>
        <w:rPr>
          <w:b/>
        </w:rPr>
        <w:t xml:space="preserve">[38:40] </w:t>
      </w:r>
      <w:r>
        <w:t>aur yeh yeh ek muhavara hai ke "ungli daant mein daba lena" ke bahut hi anokhi baat ho, koi bahut hi, bahut hi strange type ki baat ho to aadmi daant mein ungli daba leta hai.</w:t>
      </w:r>
    </w:p>
    <w:p>
      <w:pPr>
        <w:jc w:val="right"/>
      </w:pPr>
      <w:r>
        <w:t>اور یہ یہ ایک محاورہ ہے کہ "انگلی دانت میں دبا لینا" کہ بہت ہی انوکھی بات ہو، کوئی بہت ہی، بہت ہی اسٹرینج ٹائپ کی بات ہو تو آدمی دانت میں انگلی دبا لیتا ہے۔</w:t>
      </w:r>
    </w:p>
    <w:p>
      <w:r>
        <w:rPr>
          <w:b/>
        </w:rPr>
        <w:t xml:space="preserve">[38:56] </w:t>
      </w:r>
      <w:r>
        <w:t>ek muhavara hai yeh.</w:t>
      </w:r>
    </w:p>
    <w:p>
      <w:pPr>
        <w:jc w:val="right"/>
      </w:pPr>
      <w:r>
        <w:t>ایک محاورہ ہے یہ۔</w:t>
      </w:r>
    </w:p>
    <w:p>
      <w:r>
        <w:rPr>
          <w:b/>
        </w:rPr>
        <w:t xml:space="preserve">[38:58] </w:t>
      </w:r>
      <w:r>
        <w:t>to is ne kaha ke shahjahan ke dabdabe se saare zameen o aasman kaanp rahe hain aur ungli yaani taajjub ke ungli daant mein hai, aadhi bahar, aadhi andar, yaani ungli jo hai, aadhi andar, aadhi bahar.</w:t>
      </w:r>
    </w:p>
    <w:p>
      <w:pPr>
        <w:jc w:val="right"/>
      </w:pPr>
      <w:r>
        <w:t>تو اس نے کہا کہ شاہجہاں کے دبدبے سے سارے زمین و آسمان کانپ رہے ہیں اور انگلی یعنی تعجب کہ انگلی دانت میں ہے، آدھی باہر، آدھی اندر، یعنی انگلی جو ہے، آدھی اندر، آدھی باہر۔</w:t>
      </w:r>
    </w:p>
    <w:p>
      <w:r>
        <w:rPr>
          <w:b/>
        </w:rPr>
        <w:t xml:space="preserve">[39:17] </w:t>
      </w:r>
      <w:r>
        <w:t>ab wah wah wah wah wah wah! wahan hui ke aap sochiye ke aaj na woh shayar zinda hai, na shahjahan zinda hai, na woh darbar kahin hai,</w:t>
      </w:r>
    </w:p>
    <w:p>
      <w:pPr>
        <w:jc w:val="right"/>
      </w:pPr>
      <w:r>
        <w:t>اب واہ واہ واہ واہ واہ واہ! وہاں ہوئی کہ آپ سوچیے کہ آج نہ وہ شاعر زندہ ہے، نہ شاہجہاں زندہ ہے، نہ وہ دربار کہیں ہے،</w:t>
      </w:r>
    </w:p>
    <w:p>
      <w:r>
        <w:rPr>
          <w:b/>
        </w:rPr>
        <w:t xml:space="preserve">[39:28] </w:t>
      </w:r>
      <w:r>
        <w:t>kuch bhi nahin, kuch bhi nahin, kuch bhi nahin. eent pathar ke kuch tukde maujood zaroor hain us ki yaadgar mein, jaise jaise taj mahal kya hai?</w:t>
      </w:r>
    </w:p>
    <w:p>
      <w:pPr>
        <w:jc w:val="right"/>
      </w:pPr>
      <w:r>
        <w:t>کچھ بھی نہیں، کچھ بھی نہیں، کچھ بھی نہیں۔ اینٹ پتھر کے کچھ ٹکڑے موجود ضرور ہیں اس کی یادگار میں، جیسے جیسے تاج محل کیا ہے؟</w:t>
      </w:r>
    </w:p>
    <w:p>
      <w:r>
        <w:rPr>
          <w:b/>
        </w:rPr>
        <w:t xml:space="preserve">[39:37] </w:t>
      </w:r>
      <w:r>
        <w:t>taj mahal eent pathar ke tukde hain, is se zyada kuch bhi nahin.</w:t>
      </w:r>
    </w:p>
    <w:p>
      <w:pPr>
        <w:jc w:val="right"/>
      </w:pPr>
      <w:r>
        <w:t>تاج محل اینٹ پتھر کے ٹکڑے ہیں، اس سے زیادہ کچھ بھی نہیں۔</w:t>
      </w:r>
    </w:p>
    <w:p>
      <w:r>
        <w:rPr>
          <w:b/>
        </w:rPr>
        <w:t xml:space="preserve">[39:44] </w:t>
      </w:r>
      <w:r>
        <w:t>taj mahal jo hai, woh eent pathar ke tukde hain. insaan agar maintain na kare to woh khatam ho jaye.</w:t>
      </w:r>
    </w:p>
    <w:p>
      <w:pPr>
        <w:jc w:val="right"/>
      </w:pPr>
      <w:r>
        <w:t>تاج محل جو ہے، وہ اینٹ پتھر کے ٹکڑے ہیں۔ انسان اگر مینٹین نہ کرے تو وہ ختم ہو جائے۔</w:t>
      </w:r>
    </w:p>
    <w:p>
      <w:r>
        <w:rPr>
          <w:b/>
        </w:rPr>
        <w:t xml:space="preserve">[39:52] </w:t>
      </w:r>
      <w:r>
        <w:t>to eent pathar ke kuch tukde maujood hain,</w:t>
      </w:r>
    </w:p>
    <w:p>
      <w:pPr>
        <w:jc w:val="right"/>
      </w:pPr>
      <w:r>
        <w:t>تو اینٹ پتھر کے کچھ ٹکڑے موجود ہیں،</w:t>
      </w:r>
    </w:p>
    <w:p>
      <w:r>
        <w:rPr>
          <w:b/>
        </w:rPr>
        <w:t xml:space="preserve">[39:55] </w:t>
      </w:r>
      <w:r>
        <w:t>yeh taj mahal hai ya red fort hai, woh bhi ent pathar ka tukra hai.</w:t>
      </w:r>
    </w:p>
    <w:p>
      <w:pPr>
        <w:jc w:val="right"/>
      </w:pPr>
      <w:r>
        <w:t>یہ تاج محل ہے یا ریڈ فورٹ ہے، وہ بھی اینٹ پتھر کا ٹکڑا ہے۔</w:t>
      </w:r>
    </w:p>
    <w:p>
      <w:r>
        <w:rPr>
          <w:b/>
        </w:rPr>
        <w:t xml:space="preserve">[40:04] </w:t>
      </w:r>
      <w:r>
        <w:t>to aap sochiye ke badshahon ne bari bari buildingen banai to un buildingon ke khandar to maujood hain aaj, lekin khud badshah kahan hai?</w:t>
      </w:r>
    </w:p>
    <w:p>
      <w:pPr>
        <w:jc w:val="right"/>
      </w:pPr>
      <w:r>
        <w:t>تو آپ سوچیے کہ بادشاہوں نے بڑی بڑی بلڈنگیں بنائیں تو ان بلڈنگوں کے کھڈر تو موجود ہیں آج، لیکن خود بادشاہ کہاں ہے؟</w:t>
      </w:r>
    </w:p>
    <w:p>
      <w:r>
        <w:rPr>
          <w:b/>
        </w:rPr>
        <w:t xml:space="preserve">[40:17] </w:t>
      </w:r>
      <w:r>
        <w:t>badshah ka to koi wajood nahi. to yeh badshahat ki umar kitni kam hai,</w:t>
      </w:r>
    </w:p>
    <w:p>
      <w:pPr>
        <w:jc w:val="right"/>
      </w:pPr>
      <w:r>
        <w:t>بادشاہ کا تو کوئی وجود نہیں۔ تو یہ بادشاہت کی عمر کتنی کم ہے،</w:t>
      </w:r>
    </w:p>
    <w:p>
      <w:r>
        <w:rPr>
          <w:b/>
        </w:rPr>
        <w:t xml:space="preserve">[40:25] </w:t>
      </w:r>
      <w:r>
        <w:t>kitni kam hai in ki zindagi. to jin badshahon ke bare mein pehle kaha jata tha ke "the king is dead, long live the king", goya ke badshah koi marne nahi hai.</w:t>
      </w:r>
    </w:p>
    <w:p>
      <w:pPr>
        <w:jc w:val="right"/>
      </w:pPr>
      <w:r>
        <w:t>کتنی کم ہے ان کی زندگی۔ تو جن بادشاہوں کے بارے میں پہلے کہا جاتا تھا کہ "دا کنگ از ڈیڈ، لانگ لیو دا کنگ"، گویا کہ بادشاہ کوئی مرنے نہیں ہے۔</w:t>
      </w:r>
    </w:p>
    <w:p>
      <w:r>
        <w:rPr>
          <w:b/>
        </w:rPr>
        <w:t xml:space="preserve">[40:40] </w:t>
      </w:r>
      <w:r>
        <w:t>ab badshah khatam ho gaya. to shah farooq ne kehta hai, sahi kaha tha,</w:t>
      </w:r>
    </w:p>
    <w:p>
      <w:pPr>
        <w:jc w:val="right"/>
      </w:pPr>
      <w:r>
        <w:t>اب بادشاہ ختم ہو گیا۔ تو شاہ فاروق نے کہتا ہے، صحیح کہا تھا،</w:t>
      </w:r>
    </w:p>
    <w:p>
      <w:r>
        <w:rPr>
          <w:b/>
        </w:rPr>
        <w:t xml:space="preserve">[40:45] </w:t>
      </w:r>
      <w:r>
        <w:t>woh bohat hi intelligent tha, woh ke ab jo democracy ka zamana aya hai dunya mein, to ab dunya mein king nahi rahenge,</w:t>
      </w:r>
    </w:p>
    <w:p>
      <w:pPr>
        <w:jc w:val="right"/>
      </w:pPr>
      <w:r>
        <w:t>وہ بہت ہی انٹیلیجنٹ تھا، وہ کہ اب جو ڈیموکریسی کا زمانہ آیا ہے دنیا میں، تو اب دنیا میں کنگ نہیں رہیں گے،</w:t>
      </w:r>
    </w:p>
    <w:p>
      <w:r>
        <w:rPr>
          <w:b/>
        </w:rPr>
        <w:t xml:space="preserve">[40:59] </w:t>
      </w:r>
      <w:r>
        <w:t>sirf panch king rahenge, yani char cards ka aur ek britan ka. to char, ek ek, us ne ek ek joke kiya.</w:t>
      </w:r>
    </w:p>
    <w:p>
      <w:pPr>
        <w:jc w:val="right"/>
      </w:pPr>
      <w:r>
        <w:t>صرف پانچ کنگ رہیں گے، یعنی چار کارڈز کا اور ایک برٹن کا۔ تو چار، ایک ایک، اس نے ایک ایک جوک کیا۔</w:t>
      </w:r>
    </w:p>
    <w:p>
      <w:r>
        <w:rPr>
          <w:b/>
        </w:rPr>
        <w:t xml:space="preserve">[41:07] </w:t>
      </w:r>
      <w:r>
        <w:t>aap jo ab jante honge, cards mein king hota hai, yani matlab woh paper par hota hai, paper par, aur us se zyada kuch nahi hai. hmm, matlab char paper king rahenge aur ek traditional king rahega.</w:t>
      </w:r>
    </w:p>
    <w:p>
      <w:pPr>
        <w:jc w:val="right"/>
      </w:pPr>
      <w:r>
        <w:t>آپ جو اب جانتے ہوں گے، کارڈز میں کنگ ہوتا ہے، یعنی مطلب وہ پیپر پر ہوتا ہے، پیپر پر، اور اس سے زیادہ کچھ نہیں ہے۔ ہمم، مطلب چار پیپر کنگ رہیں گے اور ایک ٹریڈیشنل کنگ رہے گا۔</w:t>
      </w:r>
    </w:p>
    <w:p>
      <w:r>
        <w:rPr>
          <w:b/>
        </w:rPr>
        <w:t xml:space="preserve">[41:21] </w:t>
      </w:r>
      <w:r>
        <w:t>is ka matlab yeh hua ke aage jo hai, char paper king rahenge aur ek traditional king rahega. to isi mein se yeh raja nepal bhi the.</w:t>
      </w:r>
    </w:p>
    <w:p>
      <w:pPr>
        <w:jc w:val="right"/>
      </w:pPr>
      <w:r>
        <w:t>اس کا مطلب یہ ہوا کہ آگے جو ہے، چار پیپر کنگ رہیں گے اور ایک ٹریڈیشنل کنگ رہے گا۔ تو اسی میں سے یہ راجہ نیپال بھی تھے۔</w:t>
      </w:r>
    </w:p>
    <w:p>
      <w:r>
        <w:rPr>
          <w:b/>
        </w:rPr>
        <w:t xml:space="preserve">[41:33] </w:t>
      </w:r>
      <w:r>
        <w:t>to main samajhta hoon ke har cheez mein hamare liye sabaq hota hai.</w:t>
      </w:r>
    </w:p>
    <w:p>
      <w:pPr>
        <w:jc w:val="right"/>
      </w:pPr>
      <w:r>
        <w:t>تو میں سمجھتا ہوں کہ ہر چیز میں ہمارے لیے سبق ہوتا ہے۔</w:t>
      </w:r>
    </w:p>
    <w:p>
      <w:r>
        <w:rPr>
          <w:b/>
        </w:rPr>
        <w:t xml:space="preserve">[41:38] </w:t>
      </w:r>
      <w:r>
        <w:t>is mein ek sabaq yeh bhi hai ke jab bhi ek din khatam hota hai aur sham ati hai to woh sirf yeh khabar deti hai ke dobara ek subah hone wali hai.</w:t>
      </w:r>
    </w:p>
    <w:p>
      <w:pPr>
        <w:jc w:val="right"/>
      </w:pPr>
      <w:r>
        <w:t>اس میں ایک سبق یہ بھی ہے کہ جب بھی ایک دن ختم ہوتا ہے اور شام آتی ہے تو وہ صرف یہ خبر دیتی ہے کہ دوبارہ ایک صبح ہونے والی ہے۔</w:t>
      </w:r>
    </w:p>
    <w:p>
      <w:r>
        <w:rPr>
          <w:b/>
        </w:rPr>
        <w:t xml:space="preserve">[41:52] </w:t>
      </w:r>
      <w:r>
        <w:t>har din jab aisa hota hai ke sham ati hai to yeh khabar deti hai ke thora wait karo, phir subah hone wali hai.</w:t>
      </w:r>
    </w:p>
    <w:p>
      <w:pPr>
        <w:jc w:val="right"/>
      </w:pPr>
      <w:r>
        <w:t>ہر دن جب ایسا ہوتا ہے کہ شام آتی ہے تو یہ خبر دیتی ہے کہ تھوڑا ویٹ کرو، پھر صبح ہونے والی ہے۔</w:t>
      </w:r>
    </w:p>
    <w:p>
      <w:r>
        <w:rPr>
          <w:b/>
        </w:rPr>
        <w:t xml:space="preserve">[42:05] </w:t>
      </w:r>
      <w:r>
        <w:t>to main samajhta hoon ke king janandar ne jo faisla kiya hai ke woh political process jo ab chalega, democratic process, us mein hissa lenge.</w:t>
      </w:r>
    </w:p>
    <w:p>
      <w:pPr>
        <w:jc w:val="right"/>
      </w:pPr>
      <w:r>
        <w:t>تو میں سمجھتا ہوں کہ کنگ جانندر نے جو فیصلہ کیا ہے کہ وہ پولیٹیکل پروسیس جو اب چلے گا، ڈیموکریٹک پروسیس، اس میں حصہ لیں گے۔</w:t>
      </w:r>
    </w:p>
    <w:p>
      <w:r>
        <w:rPr>
          <w:b/>
        </w:rPr>
        <w:t xml:space="preserve">[42:17] </w:t>
      </w:r>
      <w:r>
        <w:t>woh</w:t>
      </w:r>
    </w:p>
    <w:p>
      <w:pPr>
        <w:jc w:val="right"/>
      </w:pPr>
      <w:r>
        <w:t>وہ</w:t>
      </w:r>
    </w:p>
    <w:p>
      <w:r>
        <w:rPr>
          <w:b/>
        </w:rPr>
        <w:t xml:space="preserve">[42:20] </w:t>
      </w:r>
      <w:r>
        <w:t>woh bohat sahi faisla hai ke king bankar ke wahan rule karen. woh is ka to time khatam ho gaya,</w:t>
      </w:r>
    </w:p>
    <w:p>
      <w:pPr>
        <w:jc w:val="right"/>
      </w:pPr>
      <w:r>
        <w:t>بہت صحیح فیصلہ ہے کہ کنگ بن کر کے وہاں رول کریں۔ وہ اس کا تو ٹائم ختم ہو گیا،</w:t>
      </w:r>
    </w:p>
    <w:p>
      <w:r>
        <w:rPr>
          <w:b/>
        </w:rPr>
        <w:t xml:space="preserve">[42:30] </w:t>
      </w:r>
      <w:r>
        <w:t>lekin political process mein akar aur democracy mein akar ke woh phir regain kar sakte hain. isi country mein woh member parliament ban sakte hain, woh prem, woh minister ban sakte hain, woh prime minister ban sakte hain.</w:t>
      </w:r>
    </w:p>
    <w:p>
      <w:pPr>
        <w:jc w:val="right"/>
      </w:pPr>
      <w:r>
        <w:t>لیکن پولیٹیکل پروسیس میں آ کر اور ڈیموکریسی میں آ کر کے وہ پھر ری گین کر سکتے ہیں۔ اسی کنٹری میں وہ ممبر پارلیمنٹ بن سکتے ہیں، وہ پریم، وہ منسٹر بن سکتے ہیں، وہ پرائم منسٹر بن سکتے ہیں۔</w:t>
      </w:r>
    </w:p>
    <w:p>
      <w:r>
        <w:rPr>
          <w:b/>
        </w:rPr>
        <w:t xml:space="preserve">[42:47] </w:t>
      </w:r>
      <w:r>
        <w:t>yani democratic setup mein, yani kingship ke setup mein jo unhein mila hua tha, yani jo position, to woh to khatam ho gaya,</w:t>
      </w:r>
    </w:p>
    <w:p>
      <w:pPr>
        <w:jc w:val="right"/>
      </w:pPr>
      <w:r>
        <w:t>یعنی ڈیموکریٹک سیٹ اپ میں، یعنی کنگ شپ کے سیٹ اپ میں جو انہیں ملا ہوا تھا، یعنی جو پوزیشن، تو وہ تو ختم ہو گیا،</w:t>
      </w:r>
    </w:p>
    <w:p>
      <w:r>
        <w:rPr>
          <w:b/>
        </w:rPr>
        <w:t xml:space="preserve">[43:01] </w:t>
      </w:r>
      <w:r>
        <w:t>lekin democratic setup mein abhi bhi un ke liye mauqa hai ke woh apni jagah bana saken.</w:t>
      </w:r>
    </w:p>
    <w:p>
      <w:pPr>
        <w:jc w:val="right"/>
      </w:pPr>
      <w:r>
        <w:t>لیکن ڈیموکریٹک سیٹ اپ میں ابھی بھی ان کے لیے موقع ہے کہ وہ اپنی جگہ بنا سکیں۔</w:t>
      </w:r>
    </w:p>
    <w:p>
      <w:r>
        <w:rPr>
          <w:b/>
        </w:rPr>
        <w:t xml:space="preserve">[43:12] </w:t>
      </w:r>
      <w:r>
        <w:t>to main samajhta hoon ke yeh bhi ek lesson hai hamare liye ke jab bhi koi revolution ata hai, koi apna down hota hai.</w:t>
      </w:r>
    </w:p>
    <w:p>
      <w:pPr>
        <w:jc w:val="right"/>
      </w:pPr>
      <w:r>
        <w:t>تو میں سمجھتا ہوں کہ یہ بھی ایک لیسن ہے ہمارے لیے کہ جب بھی کوئی ریولوشن آتا ہے، کوئی اپنا ڈاؤن ہوتا ہے۔</w:t>
      </w:r>
    </w:p>
    <w:p>
      <w:r>
        <w:rPr>
          <w:b/>
        </w:rPr>
        <w:t xml:space="preserve">[43:23] </w:t>
      </w:r>
      <w:r>
        <w:t>koi</w:t>
      </w:r>
    </w:p>
    <w:p>
      <w:pPr>
        <w:jc w:val="right"/>
      </w:pPr>
      <w:r>
        <w:t>کوئی</w:t>
      </w:r>
    </w:p>
    <w:p>
      <w:r>
        <w:rPr>
          <w:b/>
        </w:rPr>
        <w:t xml:space="preserve">[43:28] </w:t>
      </w:r>
      <w:r>
        <w:t>ek bar mein ek sahib aye the delhi mein to woh</w:t>
      </w:r>
    </w:p>
    <w:p>
      <w:pPr>
        <w:jc w:val="right"/>
      </w:pPr>
      <w:r>
        <w:t>ایک بار میں ایک صاحب آئے تھے دہلی میں تو وہ</w:t>
      </w:r>
    </w:p>
    <w:p>
      <w:r>
        <w:rPr>
          <w:b/>
        </w:rPr>
        <w:t xml:space="preserve">[43:37] </w:t>
      </w:r>
      <w:r>
        <w:t>by chance meri un se mulaqat hui nai delhi ke railway station par.</w:t>
      </w:r>
    </w:p>
    <w:p>
      <w:pPr>
        <w:jc w:val="right"/>
      </w:pPr>
      <w:r>
        <w:t>بائی چانس میری ان سے ملاقات ہوئی نئی دہلی کے ریلوے اسٹیشن پر۔</w:t>
      </w:r>
    </w:p>
    <w:p>
      <w:r>
        <w:rPr>
          <w:b/>
        </w:rPr>
        <w:t xml:space="preserve">[43:42] </w:t>
      </w:r>
      <w:r>
        <w:t>to unhon ne kaha ke main mughal dynasty ka waris hoon.</w:t>
      </w:r>
    </w:p>
    <w:p>
      <w:pPr>
        <w:jc w:val="right"/>
      </w:pPr>
      <w:r>
        <w:t>تو انہوں نے کہا کہ میں مغل ڈائنسٹی کا وارث ہوں۔</w:t>
      </w:r>
    </w:p>
    <w:p>
      <w:r>
        <w:rPr>
          <w:b/>
        </w:rPr>
        <w:t xml:space="preserve">[43:50] </w:t>
      </w:r>
      <w:r>
        <w:t>woh apna batate the ke woh kis ke ladke hain, kis ke pote hain, kis ke nawase hain. to apna rishta joalte the woh shahjahan se. to kehte the ke taj mahal mera hai, red fort mera hai, yeh sara jo hai yeh mera hai kyunke mere bap dada ka tha.</w:t>
      </w:r>
    </w:p>
    <w:p>
      <w:pPr>
        <w:jc w:val="right"/>
      </w:pPr>
      <w:r>
        <w:t>وہ اپنا بتاتے تھے کہ وہ کس کے لڑکے ہیں، کس کے پوتے ہیں، کس کے نواسے ہیں۔ تو اپنا رشتہ جوڑتے تھے وہ شاہجہاں سے۔ تو کہتے تھے کہ تاج محل میرا ہے، ریڈ فورٹ میرا ہے، یہ سارا جو ہے یہ میرا ہے کیونکہ میرے باپ دادا کا تھا۔</w:t>
      </w:r>
    </w:p>
    <w:p>
      <w:r>
        <w:rPr>
          <w:b/>
        </w:rPr>
        <w:t xml:space="preserve">[44:06] </w:t>
      </w:r>
      <w:r>
        <w:t>woh</w:t>
      </w:r>
    </w:p>
    <w:p>
      <w:pPr>
        <w:jc w:val="right"/>
      </w:pPr>
      <w:r>
        <w:t>وہ</w:t>
      </w:r>
    </w:p>
    <w:p>
      <w:r>
        <w:rPr>
          <w:b/>
        </w:rPr>
        <w:t xml:space="preserve">[44:07] </w:t>
      </w:r>
      <w:r>
        <w:t>to government of india mein gaye thay woh claim karne ke liye ke yeh mujhe diya jaye. to yeh zahir hai ke aik bilkul be samjhi ki baat thi, woh kisi ne un ki suni nahi.</w:t>
      </w:r>
    </w:p>
    <w:p>
      <w:pPr>
        <w:jc w:val="right"/>
      </w:pPr>
      <w:r>
        <w:t>تو گورنمنٹ آف انڈیا میں گئے تھے وہ کلیم کرنے کے لیے کہ یہ مجھے دیا جائے۔ تو یہ ظاہر ہے کہ ایک بالکل بے سمجھی کی بات تھی، وہ کسی نے ان کی سنی نہیں۔</w:t>
      </w:r>
    </w:p>
    <w:p>
      <w:r>
        <w:rPr>
          <w:b/>
        </w:rPr>
        <w:t xml:space="preserve">[44:22] </w:t>
      </w:r>
      <w:r>
        <w:t>aisi baat kahin kuch sakta tha, lekin yeh jo unhon ne faisla kiya, main samajhta hoon ke woh sahi faisla hai.</w:t>
      </w:r>
    </w:p>
    <w:p>
      <w:pPr>
        <w:jc w:val="right"/>
      </w:pPr>
      <w:r>
        <w:t>ایسی بات کہیں کچھ سکتا تھا، لیکن یہ جو انہوں نے فیصلہ کیا، میں سمجھتا ہوں کہ وہ صحیح فیصلہ ہے۔</w:t>
      </w:r>
    </w:p>
    <w:p>
      <w:r>
        <w:rPr>
          <w:b/>
        </w:rPr>
        <w:t xml:space="preserve">[44:29] </w:t>
      </w:r>
      <w:r>
        <w:t>yani Mughal dynasty ka koi aadmi agar zinda hai aaj to us ke liye yeh rasta to khula hua hai ke woh democracy ka jo setup bana hai, us mein hissa le, election process mein aaye,</w:t>
      </w:r>
    </w:p>
    <w:p>
      <w:pPr>
        <w:jc w:val="right"/>
      </w:pPr>
      <w:r>
        <w:t>یعنی مغل ڈائنسٹی کا کوئی آدمی اگر زندہ ہے آج تو اس کے لیے یہ راستہ تو کھلا ہوا ہے کہ وہ ڈیموکریسی کا جو سیٹ اپ بنا ہے، اس میں حصہ لے، الیکشن پروسیس میں آئے،</w:t>
      </w:r>
    </w:p>
    <w:p>
      <w:r>
        <w:rPr>
          <w:b/>
        </w:rPr>
        <w:t xml:space="preserve">[44:43] </w:t>
      </w:r>
      <w:r>
        <w:t>woh jeete, jeet kar ke woh parliament mein jaye, woh cabinet mein jaye. sab kuch us ke liye rasta khula hua hai.</w:t>
      </w:r>
    </w:p>
    <w:p>
      <w:pPr>
        <w:jc w:val="right"/>
      </w:pPr>
      <w:r>
        <w:t>وہ جیتے، جیت کر کے وہ پارلیمنٹ میں جائے، وہ کیبنٹ میں جائے۔ سب کچھ اس کے لیے راستہ کھلا ہوا ہے۔</w:t>
      </w:r>
    </w:p>
    <w:p>
      <w:r>
        <w:rPr>
          <w:b/>
        </w:rPr>
        <w:t xml:space="preserve">[44:52] </w:t>
      </w:r>
      <w:r>
        <w:t>yeh rasta nahi khula hua hai ke woh claim kare ke yeh sab meri virasat hai aur mujhe matlab virasat ke diya jaye. to woh to dobara khatam ho gaya.</w:t>
      </w:r>
    </w:p>
    <w:p>
      <w:pPr>
        <w:jc w:val="right"/>
      </w:pPr>
      <w:r>
        <w:t>یہ راستہ نہیں کھلا ہوا ہے کہ وہ کلیم کرے کہ یہ سب میری وراثت ہے اور مجھے مطلب وراثت کے دیا جائے۔ تو وہ تو دوبارہ ختم ہو گیا۔</w:t>
      </w:r>
    </w:p>
    <w:p>
      <w:r>
        <w:rPr>
          <w:b/>
        </w:rPr>
        <w:t xml:space="preserve">[45:04] </w:t>
      </w:r>
      <w:r>
        <w:t>yeh to anachronism hai. yeh to main samajhta hoon ke yeh bhi aik sabak hai is ke andar ke jab bhi aap ke liye koi aik chance khoya jaye, yaad rakhiye wahan aik aur chance aap ke liye wait kar raha hota hai.</w:t>
      </w:r>
    </w:p>
    <w:p>
      <w:pPr>
        <w:jc w:val="right"/>
      </w:pPr>
      <w:r>
        <w:t>یہ تو ایناکلونزم ہے۔ یہ تو میں سمجھتا ہوں کہ یہ بھی ایک سبق ہے اس کے اندر کہ جب بھی آپ کے لیے کوئی ایک چانس کھویا جائے، یاد رکھیے وہاں ایک اور چانس آپ کے لیے ویٹ کر رہا ہوتا ہے۔</w:t>
      </w:r>
    </w:p>
    <w:p>
      <w:r>
        <w:rPr>
          <w:b/>
        </w:rPr>
        <w:t xml:space="preserve">[45:23] </w:t>
      </w:r>
      <w:r>
        <w:t>aap yeh na samjhiye ke agar aik chance maine kho diya hai to bas sab kuch khoya gaya. nahi, wahan second chance aap ke liye hoga, third chance aap ke liye hoga.</w:t>
      </w:r>
    </w:p>
    <w:p>
      <w:pPr>
        <w:jc w:val="right"/>
      </w:pPr>
      <w:r>
        <w:t>آپ یہ نہ سمجھیے کہ اگر ایک چانس میں نے کھو دیا ہے تو بس سب کچھ کھویا گیا۔ نہیں، وہاں سیکنڈ چانس آپ کے لیے ہوگا، تھرڈ چانس آپ کے لیے ہوگا۔</w:t>
      </w:r>
    </w:p>
    <w:p>
      <w:r>
        <w:rPr>
          <w:b/>
        </w:rPr>
        <w:t xml:space="preserve">[45:38] </w:t>
      </w:r>
      <w:r>
        <w:t>yeh bhi zindagi ka aik bohat bara raaz hai jo har aadmi ko janna chahiye. main gaya wahan Italy mein, Rome mein.</w:t>
      </w:r>
    </w:p>
    <w:p>
      <w:pPr>
        <w:jc w:val="right"/>
      </w:pPr>
      <w:r>
        <w:t>یہ بھی زندگی کا ایک بہت بڑا راز ہے جو ہر آدمی کو جاننا چاہیے۔ میں گیا وہاں اٹلی میں، روم میں۔</w:t>
      </w:r>
    </w:p>
    <w:p>
      <w:r>
        <w:rPr>
          <w:b/>
        </w:rPr>
        <w:t xml:space="preserve">[45:52] </w:t>
      </w:r>
      <w:r>
        <w:t>to Rome mein aik palace hai, abandoned palace. mujhe bataya gaya ke yahan par pehle Pope raha karte thay, Christian Pope.</w:t>
      </w:r>
    </w:p>
    <w:p>
      <w:pPr>
        <w:jc w:val="right"/>
      </w:pPr>
      <w:r>
        <w:t>تو روم میں ایک پیلس ہے، ابینڈن پیلس۔ مجھے بتایا گیا کہ یہاں پر پہلے پوپ رہا کرتے تھے، کرسچن پوپ۔</w:t>
      </w:r>
    </w:p>
    <w:p>
      <w:r>
        <w:rPr>
          <w:b/>
        </w:rPr>
        <w:t xml:space="preserve">[46:05] </w:t>
      </w:r>
      <w:r>
        <w:t>aap ko maloom hoga ke aik zamana tha ke Pope ka raaj tha poore Europe mein. yani Pope jo hota tha us zamane mein woh uncrowned king hua karta tha.</w:t>
      </w:r>
    </w:p>
    <w:p>
      <w:pPr>
        <w:jc w:val="right"/>
      </w:pPr>
      <w:r>
        <w:t>آپ کو معلوم ہوگا کہ ایک زمانہ تھا کہ پوپ کا راج تھا پورے یورپ میں۔ یعنی پوپ جو ہوتا تھا اس زمانے میں وہ ان کراؤنڈ کنگ ہوا کرتا تھا۔</w:t>
      </w:r>
    </w:p>
    <w:p>
      <w:r>
        <w:rPr>
          <w:b/>
        </w:rPr>
        <w:t xml:space="preserve">[46:20] </w:t>
      </w:r>
      <w:r>
        <w:t>agarche different countries mein wahan ke king hotay thay, lekin Pope ko greater than king ki position hasil thi.</w:t>
      </w:r>
    </w:p>
    <w:p>
      <w:pPr>
        <w:jc w:val="right"/>
      </w:pPr>
      <w:r>
        <w:t>اگرچہ ڈفرنٹ کنٹریز میں وہاں کے کنگ ہوتے تھے، لیکن پوپ کو گریٹر دین کنگ کی پوزیشن حاصل تھی۔</w:t>
      </w:r>
    </w:p>
    <w:p>
      <w:r>
        <w:rPr>
          <w:b/>
        </w:rPr>
        <w:t xml:space="preserve">[46:30] </w:t>
      </w:r>
      <w:r>
        <w:t>us zamane mein, us zamane mein Pope ko greater than king ki position mili hui thi. to is ka aik wahan par bohat bari building thi, mujhe bataya gaya ke yahan woh rehta tha.</w:t>
      </w:r>
    </w:p>
    <w:p>
      <w:pPr>
        <w:jc w:val="right"/>
      </w:pPr>
      <w:r>
        <w:t>اس زمانے میں، اس زمانے میں پوپ کو گریٹر دین کنگ کی پوزیشن ملی ہوئی تھی۔ تو اس کا ایک وہاں پر بہت بڑی بلڈنگ تھی، مجھے بتایا گیا کہ یہاں وہ رہتا تھا۔</w:t>
      </w:r>
    </w:p>
    <w:p>
      <w:r>
        <w:rPr>
          <w:b/>
        </w:rPr>
        <w:t xml:space="preserve">[46:43] </w:t>
      </w:r>
      <w:r>
        <w:t>to main ne dekha andar ja kar ke, aaj to woh abandoned hai,</w:t>
      </w:r>
    </w:p>
    <w:p>
      <w:pPr>
        <w:jc w:val="right"/>
      </w:pPr>
      <w:r>
        <w:t>تو میں نے دیکھا اندر جا کر کے، آج تو وہ ابینڈنڈ ہے،</w:t>
      </w:r>
    </w:p>
    <w:p>
      <w:r>
        <w:rPr>
          <w:b/>
        </w:rPr>
        <w:t xml:space="preserve">[46:47] </w:t>
      </w:r>
      <w:r>
        <w:t>aaj to sirf woh yani tourist log aate hain us ko dekhne ke liye.</w:t>
      </w:r>
    </w:p>
    <w:p>
      <w:pPr>
        <w:jc w:val="right"/>
      </w:pPr>
      <w:r>
        <w:t>آج تو صرف وہ یعنی ٹورسٹ لوگ آتے ہیں اس کو دیکھنے کے لیے۔</w:t>
      </w:r>
    </w:p>
    <w:p>
      <w:r>
        <w:rPr>
          <w:b/>
        </w:rPr>
        <w:t xml:space="preserve">[46:56] </w:t>
      </w:r>
      <w:r>
        <w:t>to aap dekhiye ke</w:t>
      </w:r>
    </w:p>
    <w:p>
      <w:pPr>
        <w:jc w:val="right"/>
      </w:pPr>
      <w:r>
        <w:t>تو آپ دیکھیے کہ</w:t>
      </w:r>
    </w:p>
    <w:p>
      <w:r>
        <w:rPr>
          <w:b/>
        </w:rPr>
        <w:t xml:space="preserve">[47:00] </w:t>
      </w:r>
      <w:r>
        <w:t>woh palace to Pope se chhin gaya, lekin Pope abhi bhi us ki position wahi bani hui hai. woh kaise bani hui hai?</w:t>
      </w:r>
    </w:p>
    <w:p>
      <w:pPr>
        <w:jc w:val="right"/>
      </w:pPr>
      <w:r>
        <w:t>وہ پیلس تو پوپ سے چھن گیا، لیکن پوپ ابھی بھی اس کی پوزیشن وہی بنی ہوئی ہے۔ وہ کیسے بنی ہوئی ہے؟</w:t>
      </w:r>
    </w:p>
    <w:p>
      <w:r>
        <w:rPr>
          <w:b/>
        </w:rPr>
        <w:t xml:space="preserve">[47:13] </w:t>
      </w:r>
      <w:r>
        <w:t>Pope ki position jo hai woh spiritual king aaj bhi hai. woh yani pehle agar Pope tha political king, aaj woh bana hua hai spiritual king.</w:t>
      </w:r>
    </w:p>
    <w:p>
      <w:pPr>
        <w:jc w:val="right"/>
      </w:pPr>
      <w:r>
        <w:t>پوپ کی پوزیشن جو ہے وہ اسپیریچول کنگ آج بھی ہے۔ وہ یعنی پہلے اگر پوپ تھا پولیٹیکل کنگ، آج وہ بنا ہوا ہے اسپیریچول کنگ۔</w:t>
      </w:r>
    </w:p>
    <w:p>
      <w:r>
        <w:rPr>
          <w:b/>
        </w:rPr>
        <w:t xml:space="preserve">[47:26] </w:t>
      </w:r>
      <w:r>
        <w:t>woh kaise</w:t>
      </w:r>
    </w:p>
    <w:p>
      <w:pPr>
        <w:jc w:val="right"/>
      </w:pPr>
      <w:r>
        <w:t>وہ کیسے</w:t>
      </w:r>
    </w:p>
    <w:p>
      <w:r>
        <w:rPr>
          <w:b/>
        </w:rPr>
        <w:t xml:space="preserve">[47:28] </w:t>
      </w:r>
      <w:r>
        <w:t>? woh is tarah se ke Mussolini ke zamane mein, jab Mussolini jo tha ruler tha Italy ka, to Pope ko yeh peshkash ki gayi ke aap raazi ho jayein aik chote tukre par jis ko Vatican kaha jata hai.</w:t>
      </w:r>
    </w:p>
    <w:p>
      <w:pPr>
        <w:jc w:val="right"/>
      </w:pPr>
      <w:r>
        <w:t>؟ وہ اس طرح سے کہ مسرونی کے زمانے میں، جب مسرونی جو تھا رولر تھا اٹلی کا، تو پوپ کو یہ پیشکش کی گئی کہ آپ راضی ہو جائیں ایک چھوٹے ٹکڑے پر جس کو ویٹیکن کہا جاتا ہے۔</w:t>
      </w:r>
    </w:p>
    <w:p>
      <w:r>
        <w:rPr>
          <w:b/>
        </w:rPr>
        <w:t xml:space="preserve">[47:45] </w:t>
      </w:r>
      <w:r>
        <w:t>to Vatican aap ka hoga, us mein aap hi ka raaj rahega, aap hi wahan ki police wahan rahegi, aap ka hukum chalega wahan par.</w:t>
      </w:r>
    </w:p>
    <w:p>
      <w:pPr>
        <w:jc w:val="right"/>
      </w:pPr>
      <w:r>
        <w:t>تو ویٹیکن آپ کا ہوگا، اس میں آپ ہی کا راج رہے گا، آپ ہی وہاں کی پولیس وہاں رہے گی، آپ کا حکم چلے گا وہاں پر۔</w:t>
      </w:r>
    </w:p>
    <w:p>
      <w:r>
        <w:rPr>
          <w:b/>
        </w:rPr>
        <w:t xml:space="preserve">[47:54] </w:t>
      </w:r>
      <w:r>
        <w:t>yani poore Europe se samet kar ke aap Vatican ko apna bana lein, apni duniya. to Christian log raazi ho gaye, yani Pope raazi ho gaya is par.</w:t>
      </w:r>
    </w:p>
    <w:p>
      <w:pPr>
        <w:jc w:val="right"/>
      </w:pPr>
      <w:r>
        <w:t>یعنی پورے یورپ سے سمیٹ کر کے آپ ویٹیکن کو اپنا بنا لیں، اپنی دنیا۔ تو کرسچن لوگ راضی ہو گئے، یعنی پوپ راضی ہو گیا اس پر۔</w:t>
      </w:r>
    </w:p>
    <w:p>
      <w:r>
        <w:rPr>
          <w:b/>
        </w:rPr>
        <w:t xml:space="preserve">[48:08] </w:t>
      </w:r>
      <w:r>
        <w:t>yani woh Pope jo poore poore Europe ko samajhta tha ke poore Europe pe hamara raaj hai, woh samet kar ke Vatican ko, main ne Vatican ko dekha hai, aik choti si duniya hai, woh bohat choti duniya.</w:t>
      </w:r>
    </w:p>
    <w:p>
      <w:pPr>
        <w:jc w:val="right"/>
      </w:pPr>
      <w:r>
        <w:t>یعنی وہ پوپ جو پورے پورے یورپ کو سمجھتا تھا کہ پورے یورپ پہ ہمارا راج ہے، وہ سمیٹ کر کے ویٹیکن کو، میں نے ویٹیکن کو دیکھا ہے، ایک چھوٹی سی دنیا ہے، وہ بہت چھوٹی دنیا۔</w:t>
      </w:r>
    </w:p>
    <w:p>
      <w:r>
        <w:rPr>
          <w:b/>
        </w:rPr>
        <w:t xml:space="preserve">[48:25] </w:t>
      </w:r>
      <w:r>
        <w:t>lekin woh</w:t>
      </w:r>
    </w:p>
    <w:p>
      <w:pPr>
        <w:jc w:val="right"/>
      </w:pPr>
      <w:r>
        <w:t>لیکن وہ</w:t>
      </w:r>
    </w:p>
    <w:p>
      <w:r>
        <w:rPr>
          <w:b/>
        </w:rPr>
        <w:t xml:space="preserve">[48:29] </w:t>
      </w:r>
      <w:r>
        <w:t>Catholic Church ka goya woh spiritual empire hai. Vatican jo hai, woh Christian Church ka spiritual empire hai.</w:t>
      </w:r>
    </w:p>
    <w:p>
      <w:pPr>
        <w:jc w:val="right"/>
      </w:pPr>
      <w:r>
        <w:t>کیتھولک چرچ کا گویا وہ اسپیریچول ایمپائر ہے۔ ویٹیکن جو ہے، وہ کرسچن چرچ کا اسپیریچول ایمپائر ہے۔</w:t>
      </w:r>
    </w:p>
    <w:p>
      <w:r>
        <w:rPr>
          <w:b/>
        </w:rPr>
        <w:t xml:space="preserve">[48:41] </w:t>
      </w:r>
      <w:r>
        <w:t>abhi bhi sari duniya mein is ka ehtram hai, is ke apne ambassador hotay hain, Pope ke apne ambassador hotay hain har jagah.</w:t>
      </w:r>
    </w:p>
    <w:p>
      <w:pPr>
        <w:jc w:val="right"/>
      </w:pPr>
      <w:r>
        <w:t>ابھی بھی ساری دنیا میں اس کا احترام ہے، اس کے اپنے ایمبیسڈر ہوتے ہیں، پوپ کے اپنے ایمبیسڈر ہوتے ہیں ہر جگہ۔</w:t>
      </w:r>
    </w:p>
    <w:p>
      <w:r>
        <w:rPr>
          <w:b/>
        </w:rPr>
        <w:t xml:space="preserve">[48:51] </w:t>
      </w:r>
      <w:r>
        <w:t>yani pop ka jo representative hai, woh alag hota hai. To har country mein uske ambassador hotay hain, uske paas paisay ki kami nahi hai.</w:t>
      </w:r>
    </w:p>
    <w:p>
      <w:pPr>
        <w:jc w:val="right"/>
      </w:pPr>
      <w:r>
        <w:t>یعنی پوپ کا جو ریپریزنٹیٹیو ہے، وہ الگ ہوتا ہے۔ تو ہر کنٹری میں اس کے ایمبیسڈر ہوتے ہیں، اس کے پاس پیسے کی کمی نہیں ہے۔</w:t>
      </w:r>
    </w:p>
    <w:p>
      <w:r>
        <w:rPr>
          <w:b/>
        </w:rPr>
        <w:t xml:space="preserve">[49:09] </w:t>
      </w:r>
      <w:r>
        <w:t>yani sari dunya mein woh organize kiya hua hai, yani christian activities ko sab mantay hain, uski supremacy ko.</w:t>
      </w:r>
    </w:p>
    <w:p>
      <w:pPr>
        <w:jc w:val="right"/>
      </w:pPr>
      <w:r>
        <w:t>یعنی ساری دنیا میں وہ ارگنائز کیا ہوا ہے، یعنی کرسچن ایکٹیویٹیز کو سب مانتے ہیں، اس کی سپریمیسی کو۔</w:t>
      </w:r>
    </w:p>
    <w:p>
      <w:r>
        <w:rPr>
          <w:b/>
        </w:rPr>
        <w:t xml:space="preserve">[49:21] </w:t>
      </w:r>
      <w:r>
        <w:t>To main kahunga ke yeh bhi ek lesson ki baat hai ke pop ne yeh samjha ke agar political empire ko</w:t>
      </w:r>
    </w:p>
    <w:p>
      <w:pPr>
        <w:jc w:val="right"/>
      </w:pPr>
      <w:r>
        <w:t>تو میں کہوں گا کہ یہ بھی ایک لیسن کی بات ہے کہ پوپ نے یہ سمجھا کہ اگر پولیٹیکل ایمپائر کو</w:t>
      </w:r>
    </w:p>
    <w:p>
      <w:r>
        <w:rPr>
          <w:b/>
        </w:rPr>
        <w:t xml:space="preserve">[49:38] </w:t>
      </w:r>
      <w:r>
        <w:t>qaim rakhnay, agar political empire ko qaim rakhna mere bas mein nahi raha hai, to main reset karoon aur empire aur spiritual empire banaoon apna.</w:t>
      </w:r>
    </w:p>
    <w:p>
      <w:pPr>
        <w:jc w:val="right"/>
      </w:pPr>
      <w:r>
        <w:t>قائم رکھنے، اگر پولیٹیکل ایمپائر کو قائم رکھنا میرے بس میں نہیں رہا ہے، تو میں ریسیٹ کروں اور امپری اور اسپیریچول ایمپائر بناؤں اپنا۔</w:t>
      </w:r>
    </w:p>
    <w:p>
      <w:r>
        <w:rPr>
          <w:b/>
        </w:rPr>
        <w:t xml:space="preserve">[49:53] </w:t>
      </w:r>
      <w:r>
        <w:t>Woh ban gaya, woh isi shan ke sath abhi bhi rehtay hain wahan par. To jab aap ke liye mumkin na ho ke aap political empire apna bana sakein,</w:t>
      </w:r>
    </w:p>
    <w:p>
      <w:pPr>
        <w:jc w:val="right"/>
      </w:pPr>
      <w:r>
        <w:t>وہ بن گیا، وہ اسی شان کے ساتھ ابھی بھی رہتے ہیں وہاں پر۔ تو جب آپ کے لیے ممکن نہ ہو کہ آپ پولیٹیکل ایمپائر اپنا بنا سکیں،</w:t>
      </w:r>
    </w:p>
    <w:p>
      <w:r>
        <w:rPr>
          <w:b/>
        </w:rPr>
        <w:t xml:space="preserve">[50:06] </w:t>
      </w:r>
      <w:r>
        <w:t>to is par razi ho jaiye ke aap apna spiritual empire banayenge. Yeh kitna bara lesson hai, kitna bara lesson hai.</w:t>
      </w:r>
    </w:p>
    <w:p>
      <w:pPr>
        <w:jc w:val="right"/>
      </w:pPr>
      <w:r>
        <w:t>تو اس پر راضی ہو جائیے کہ آپ اپنا اسپیریچول ایمپائر بنائیں گے۔ یہ کتنا بڑا لیسن ہے، کتنا بڑا لیسن ہے۔</w:t>
      </w:r>
    </w:p>
    <w:p>
      <w:r>
        <w:rPr>
          <w:b/>
        </w:rPr>
        <w:t xml:space="preserve">[50:17] </w:t>
      </w:r>
      <w:r>
        <w:t>Jab kahin jata hai pop to wahan uska itna zabardast tareeqay se reception hota hai, jaise kisi king ka hota hai. Aaj bhi kisi bhi country mein jab jata hai aap pop to uska reception ek head of the state ke taur par hota hai, kyunke Vatican ka woh head of the state hai.</w:t>
      </w:r>
    </w:p>
    <w:p>
      <w:pPr>
        <w:jc w:val="right"/>
      </w:pPr>
      <w:r>
        <w:t>جب کہیں جاتا ہے پوپ تو وہاں اس کا اتنا زبردست طریقے سے ریسیپشن ہوتا ہے، جیسے کسی کنگ کا ہوتا ہے۔ آج بھی کسی بھی کنٹری میں جب جاتا ہے آپ پوپ تو اس کا ریسیپشن ایک ہیڈ آف دی اسٹیٹ کے طور پر ہوتا ہے، کیونکہ ویٹیکن کا وہ ہیڈ آف دی اسٹیٹ ہے۔</w:t>
      </w:r>
    </w:p>
    <w:p>
      <w:r>
        <w:rPr>
          <w:b/>
        </w:rPr>
        <w:t xml:space="preserve">[50:36] </w:t>
      </w:r>
      <w:r>
        <w:t>Vatican ki hesiyat ek state ki hai, ek state ki hai, halankay woh bohat hi chota hai.</w:t>
      </w:r>
    </w:p>
    <w:p>
      <w:pPr>
        <w:jc w:val="right"/>
      </w:pPr>
      <w:r>
        <w:t>ویٹیکن کی حیثیت ایک اسٹیٹ کی ہے، ایک اسٹیٹ کی ہے، حالانکہ وہ بہت ہی چھوٹا ہے۔</w:t>
      </w:r>
    </w:p>
    <w:p>
      <w:r>
        <w:rPr>
          <w:b/>
        </w:rPr>
        <w:t xml:space="preserve">[50:48] </w:t>
      </w:r>
      <w:r>
        <w:t>Yani mushkil se ek ek mile ke radius mein hoga. Woh bas mein wahan do bar gaya hoon, shayad.</w:t>
      </w:r>
    </w:p>
    <w:p>
      <w:pPr>
        <w:jc w:val="right"/>
      </w:pPr>
      <w:r>
        <w:t>یعنی مشکل سے ایک ایک مائل کے ریڈیس میں ہوگا۔ وہ بس میں وہاں دو بار گیا ہوں، شاید۔</w:t>
      </w:r>
    </w:p>
    <w:p>
      <w:r>
        <w:rPr>
          <w:b/>
        </w:rPr>
        <w:t xml:space="preserve">[50:59] </w:t>
      </w:r>
      <w:r>
        <w:t>Yani Rome mein ek masjid banai hai arbon ne, bohat bara campus iska hai. Jab mein dekhnay gaya woh masjid to mein ne to kaha ke masjid to is se bhi bari hai, he Vatican se hi bara iska campus hai.</w:t>
      </w:r>
    </w:p>
    <w:p>
      <w:pPr>
        <w:jc w:val="right"/>
      </w:pPr>
      <w:r>
        <w:t>یعنی روم میں ایک مسجد بنائی ہے عربوں نے، بہت بڑا کیمپس اس کا ہے۔ جب میں دیکھنے گیا وہ مسجد تو میں نے تو کہا کہ مسجد تو اس سے بھی بڑی ہے، ہی ویٹیکن سے ہی بڑا اس کا کیمپس ہے۔</w:t>
      </w:r>
    </w:p>
    <w:p>
      <w:r>
        <w:rPr>
          <w:b/>
        </w:rPr>
        <w:t xml:space="preserve">[51:15] </w:t>
      </w:r>
      <w:r>
        <w:t>Lekin zahir hai, koi masjid koi power nahi</w:t>
      </w:r>
    </w:p>
    <w:p>
      <w:pPr>
        <w:jc w:val="right"/>
      </w:pPr>
      <w:r>
        <w:t>لیکن ظاہر ہے، کوئی مسجد کوئی پاور نہیں</w:t>
      </w:r>
    </w:p>
    <w:p>
      <w:r>
        <w:rPr>
          <w:b/>
        </w:rPr>
        <w:t xml:space="preserve">[51:17] </w:t>
      </w:r>
      <w:r>
        <w:t>hai, woh masjid koi power nahi hai hasil hai, lekin Vatican ko power mila hua hai, spiritual power. Poore Christianity ka woh spiritual king hai.</w:t>
      </w:r>
    </w:p>
    <w:p>
      <w:pPr>
        <w:jc w:val="right"/>
      </w:pPr>
      <w:r>
        <w:t>ہے، وہ مسجد کوئی پاور نہیں ہے حاصل ہے، لیکن ویٹیکن کو پاور ملا ہوا ہے، اسپیریچول پاور۔ پورے کرسچن ڈم کا وہ اسپیریچول کنگ ہے۔</w:t>
      </w:r>
    </w:p>
    <w:p>
      <w:r>
        <w:rPr>
          <w:b/>
        </w:rPr>
        <w:t xml:space="preserve">[51:32] </w:t>
      </w:r>
      <w:r>
        <w:t>To main yeh kahunga ke acceptance of reality, acceptance of reality ek bohat bara principle hai zindagi ke liye,</w:t>
      </w:r>
    </w:p>
    <w:p>
      <w:pPr>
        <w:jc w:val="right"/>
      </w:pPr>
      <w:r>
        <w:t>تو میں یہ کہوں گا کہ کہ ایکسیپٹنس آف ریلیٹی، ایکسیپٹنس آف ریلیٹی ایک بہت بڑا پرنسپل ہے زندگی کے لیے،</w:t>
      </w:r>
    </w:p>
    <w:p>
      <w:r>
        <w:rPr>
          <w:b/>
        </w:rPr>
        <w:t xml:space="preserve">[51:44] </w:t>
      </w:r>
      <w:r>
        <w:t>ek individual ke liye bhi, ek institution ke liye bhi, ek nation ke liye bhi. Acceptance of reality</w:t>
      </w:r>
    </w:p>
    <w:p>
      <w:pPr>
        <w:jc w:val="right"/>
      </w:pPr>
      <w:r>
        <w:t>ایک انڈیویجول کے لیے بھی، ایک انسٹیٹیوشن کے لیے بھی، ایک نیشن کے لیے بھی۔ ایکسیپٹنس آف ریلیٹی</w:t>
      </w:r>
    </w:p>
    <w:p>
      <w:r>
        <w:rPr>
          <w:b/>
        </w:rPr>
        <w:t xml:space="preserve">[51:55] </w:t>
      </w:r>
      <w:r>
        <w:t>Jab aap ko hundred percent na mil sake to kam par razi ho jaiye. Jab aap ko ideal na mil sakta ho to less than ideal par razi ho jaiye.</w:t>
      </w:r>
    </w:p>
    <w:p>
      <w:pPr>
        <w:jc w:val="right"/>
      </w:pPr>
      <w:r>
        <w:t>جب آپ کو ہنڈرڈ پرسنٹ نہ مل سکے تو کم پر راضی ہو جائیے۔ جب آپ کو آئیڈیل نہ مل سکتا ہو تو لیس دین آئیڈیل پر راضی ہو جائیے۔</w:t>
      </w:r>
    </w:p>
    <w:p>
      <w:r>
        <w:rPr>
          <w:b/>
        </w:rPr>
        <w:t xml:space="preserve">[52:09] </w:t>
      </w:r>
      <w:r>
        <w:t>Jab aap ko perfect na mil sakta ho to imperfect par razi ho jaiye.</w:t>
      </w:r>
    </w:p>
    <w:p>
      <w:pPr>
        <w:jc w:val="right"/>
      </w:pPr>
      <w:r>
        <w:t>جب آپ کو پرفیکٹ نہ مل سکتا ہو تو امپرفیکٹ پر راضی ہو جائیے۔</w:t>
      </w:r>
    </w:p>
    <w:p>
      <w:r>
        <w:rPr>
          <w:b/>
        </w:rPr>
        <w:t xml:space="preserve">[52:16] </w:t>
      </w:r>
      <w:r>
        <w:t>Yeh hai zindagi ka raaz. Unfortunately, aksar log is raaz ko nahi jantay, woh bas lad jatay hain.</w:t>
      </w:r>
    </w:p>
    <w:p>
      <w:pPr>
        <w:jc w:val="right"/>
      </w:pPr>
      <w:r>
        <w:t>یہ ہے زندگی کا راز۔ انفارچونیٹلی، اکثر لوگ اس راز کو نہیں جانتے، وہ بس لڑ جاتے ہیں۔</w:t>
      </w:r>
    </w:p>
    <w:p>
      <w:r>
        <w:rPr>
          <w:b/>
        </w:rPr>
        <w:t xml:space="preserve">[52:28] </w:t>
      </w:r>
      <w:r>
        <w:t>Ek dehati ek misal hai ke adhi chhor ke saji dhavay, adhi milay na saji paavay. Yani aap ko adha mil raha tha, aap ne kaha mein adha to loonga nahi, mein to poora loonga.</w:t>
      </w:r>
    </w:p>
    <w:p>
      <w:pPr>
        <w:jc w:val="right"/>
      </w:pPr>
      <w:r>
        <w:t>ایک دیہاتی ایک مثل ہے کہ ادھی چھوڑ کے سجی دھاوے، ادھی ملے نہ سجی پاوے۔ یعنی آپ کو ادھا مل رہا تھا، آپ نے کہا میں ادھا تو لوں گا نہیں، میں تو پورا لوں گا۔</w:t>
      </w:r>
    </w:p>
    <w:p>
      <w:r>
        <w:rPr>
          <w:b/>
        </w:rPr>
        <w:t xml:space="preserve">[52:45] </w:t>
      </w:r>
      <w:r>
        <w:t>To poore ke liye aap lad paray. Nateeja woh ke woh mila na woh mila. Is zamanay mein iska bohat hi anokha example hai Palestine.</w:t>
      </w:r>
    </w:p>
    <w:p>
      <w:pPr>
        <w:jc w:val="right"/>
      </w:pPr>
      <w:r>
        <w:t>تو پورے کے لیے آپ لڑ پڑے۔ نتیجہ وہ کہ وہ ملا نہ وہ ملا۔ اس زمانے میں اس کا بہت ہی انوکھا ایگزامپل ہے پیلسٹائن۔</w:t>
      </w:r>
    </w:p>
    <w:p>
      <w:r>
        <w:rPr>
          <w:b/>
        </w:rPr>
        <w:t xml:space="preserve">[52:57] </w:t>
      </w:r>
      <w:r>
        <w:t>Palestine mein 1948 mein Balfour declaration ke tehat arbon ko Palestine ke area ka more than half mila tha</w:t>
      </w:r>
    </w:p>
    <w:p>
      <w:pPr>
        <w:jc w:val="right"/>
      </w:pPr>
      <w:r>
        <w:t>پیلسٹائن میں 1948 میں بالفور ڈیکلریشن کے تحت عربوں کو پیلسٹائن کے ایریا کا مور دین ہاف ملا تھا</w:t>
      </w:r>
    </w:p>
    <w:p>
      <w:r>
        <w:rPr>
          <w:b/>
        </w:rPr>
        <w:t xml:space="preserve">[53:13] </w:t>
      </w:r>
      <w:r>
        <w:t>aur Israel ko less than half. Yani 1948 mein arbon ko Palestine ka more than half area mila tha, including Jerusalem.</w:t>
      </w:r>
    </w:p>
    <w:p>
      <w:pPr>
        <w:jc w:val="right"/>
      </w:pPr>
      <w:r>
        <w:t>اور اسرائیل کو لیس دین ہاف۔ یعنی 1948 میں عربوں کو پیلسٹائن کا مور دین ہاف ایریا ملا تھا، انکلوڈنگ یروشلم۔</w:t>
      </w:r>
    </w:p>
    <w:p>
      <w:r>
        <w:rPr>
          <w:b/>
        </w:rPr>
        <w:t xml:space="preserve">[53:31] </w:t>
      </w:r>
      <w:r>
        <w:t>To is par woh usko accept nahi kiya. Unhon ne unhon ne kaha ke hum to Israel ko samandar mein dhakeln gay</w:t>
      </w:r>
    </w:p>
    <w:p>
      <w:pPr>
        <w:jc w:val="right"/>
      </w:pPr>
      <w:r>
        <w:t>تو اس پر وہ اس کو ایکسیپٹ نہیں کیا۔ انہوں نے انہوں نے کہا کہ ہم تو اسرائیل کو سمندر میں ڈھکیلنے گ</w:t>
      </w:r>
    </w:p>
    <w:p>
      <w:r>
        <w:rPr>
          <w:b/>
        </w:rPr>
        <w:t xml:space="preserve">[53:39] </w:t>
      </w:r>
      <w:r>
        <w:t>sinuhum fil bahr. To kya hua? 1967 mein jang hui, wahan par ek full-fledged war hui.</w:t>
      </w:r>
    </w:p>
    <w:p>
      <w:pPr>
        <w:jc w:val="right"/>
      </w:pPr>
      <w:r>
        <w:t>ے، سنرہم فی البحر۔ تو کیا ہوا؟ 1967 میں جنگ ہوئی، وہاں پر ایک فل فلیج وار ہوئی۔</w:t>
      </w:r>
    </w:p>
    <w:p>
      <w:r>
        <w:rPr>
          <w:b/>
        </w:rPr>
        <w:t xml:space="preserve">[53:50] </w:t>
      </w:r>
      <w:r>
        <w:t>1967 mein is mein Israel ne apna area five times barha liya, five times.</w:t>
      </w:r>
    </w:p>
    <w:p>
      <w:pPr>
        <w:jc w:val="right"/>
      </w:pPr>
      <w:r>
        <w:t>1967 میں اس میں اسرائیل نے اپنا ایریا فائیو ٹائم بڑھا لیا، فائیو ٹائم۔</w:t>
      </w:r>
    </w:p>
    <w:p>
      <w:r>
        <w:rPr>
          <w:b/>
        </w:rPr>
        <w:t xml:space="preserve">[54:01] </w:t>
      </w:r>
      <w:r>
        <w:t>Aur ab arbon ke paas bohat thori si jagah reh gayi, ek qita patti aur Jericho patti. Bas</w:t>
      </w:r>
    </w:p>
    <w:p>
      <w:pPr>
        <w:jc w:val="right"/>
      </w:pPr>
      <w:r>
        <w:t>اور اب عربوں کے پاس بہت تھوڑی سی جگہ رہ گئی، ایک قطعہ پٹی اور اریحہ پٹی۔ بس</w:t>
      </w:r>
    </w:p>
    <w:p>
      <w:r>
        <w:rPr>
          <w:b/>
        </w:rPr>
        <w:t xml:space="preserve">[54:11] </w:t>
      </w:r>
      <w:r>
        <w:t>to wahi hai dehati misal, adhi chhod ke adhi chhod ke saji dhaave, adhi mile na saji paave</w:t>
      </w:r>
    </w:p>
    <w:p>
      <w:pPr>
        <w:jc w:val="right"/>
      </w:pPr>
      <w:r>
        <w:t>تو وہی ہے دیہاتی مثل، ادھی چھوڑ کے ادھی چھوڑ کے سجی دھاوے، ادھی ملے نہ سجی پاوے</w:t>
      </w:r>
    </w:p>
    <w:p>
      <w:r>
        <w:rPr>
          <w:b/>
        </w:rPr>
        <w:t xml:space="preserve">[54:22] </w:t>
      </w:r>
      <w:r>
        <w:t>ke adha mil raha tha, us par aadmi raazi nahi hua aur chaha ke sab saara us ke hisse mein aa jaaye, sab ka sab lad pada.</w:t>
      </w:r>
    </w:p>
    <w:p>
      <w:pPr>
        <w:jc w:val="right"/>
      </w:pPr>
      <w:r>
        <w:t>کہ ادھا مل رہا تھا، اس پر آدمی راضی نہیں ہوا اور چاہا کہ سب سارا اس کے حصے میں آ جائے، سب کا سب لڑ پڑا۔</w:t>
      </w:r>
    </w:p>
    <w:p>
      <w:r>
        <w:rPr>
          <w:b/>
        </w:rPr>
        <w:t xml:space="preserve">[54:33] </w:t>
      </w:r>
      <w:r>
        <w:t>to kya hua? na adha mila, na poora mila.</w:t>
      </w:r>
    </w:p>
    <w:p>
      <w:pPr>
        <w:jc w:val="right"/>
      </w:pPr>
      <w:r>
        <w:t>تو کیا ہوا؟ نہ ادھا ملا، نہ پورا ملا۔</w:t>
      </w:r>
    </w:p>
    <w:p>
      <w:r>
        <w:rPr>
          <w:b/>
        </w:rPr>
        <w:t xml:space="preserve">[54:40] </w:t>
      </w:r>
      <w:r>
        <w:t>to dekhiye, har cheez mein lesson hota hai, har cheez mein lesson hota hai. hamesha aadmi ko lesson ko talash karna chahiye.</w:t>
      </w:r>
    </w:p>
    <w:p>
      <w:pPr>
        <w:jc w:val="right"/>
      </w:pPr>
      <w:r>
        <w:t>تو دیکھیے، ہر چیز میں لیسن ہوتا ہے، ہر چیز میں لیسن ہوتا ہے۔ ہمیشہ آدمی کو لیسن کو تلاش کرنا چاہیے۔</w:t>
      </w:r>
    </w:p>
    <w:p>
      <w:r>
        <w:rPr>
          <w:b/>
        </w:rPr>
        <w:t xml:space="preserve">[54:52] </w:t>
      </w:r>
      <w:r>
        <w:t>dekhiye, zindagi mein chahe ek king ho ya ek common man ho, har ek ko kuch na kuch khona padta hai, har ek ko.</w:t>
      </w:r>
    </w:p>
    <w:p>
      <w:pPr>
        <w:jc w:val="right"/>
      </w:pPr>
      <w:r>
        <w:t>دیکھیے، زندگی میں چاہے ایک کنگ ہو یا ایک کامن مین ہو، ہر ایک کو کچھ نہ کچھ کھونا پڑتا ہے، ہر ایک کو۔</w:t>
      </w:r>
    </w:p>
    <w:p>
      <w:r>
        <w:rPr>
          <w:b/>
        </w:rPr>
        <w:t xml:space="preserve">[55:04] </w:t>
      </w:r>
      <w:r>
        <w:t>yaani khona is a part of life.</w:t>
      </w:r>
    </w:p>
    <w:p>
      <w:pPr>
        <w:jc w:val="right"/>
      </w:pPr>
      <w:r>
        <w:t>یعنی کھونا از ا پارٹ آف لائف۔</w:t>
      </w:r>
    </w:p>
    <w:p>
      <w:r>
        <w:rPr>
          <w:b/>
        </w:rPr>
        <w:t xml:space="preserve">[55:09] </w:t>
      </w:r>
      <w:r>
        <w:t>is duniya mein har aadmi ko kuch na kuch to khona padega. is duniya mein aisa possible nahi hai ke aap kuch na khoyen, kuch na khoyen, kuch na khoyen.</w:t>
      </w:r>
    </w:p>
    <w:p>
      <w:pPr>
        <w:jc w:val="right"/>
      </w:pPr>
      <w:r>
        <w:t>اس دنیا میں ہر آدمی کو کچھ نہ کچھ تو کھونا پڑے گا۔ اس دنیا میں ایسا پاسیبل نہیں ہے کہ آپ کچھ نہ کھوئیں، کچھ نہ کھوئیں، کچھ نہ کھوئیں۔</w:t>
      </w:r>
    </w:p>
    <w:p>
      <w:r>
        <w:rPr>
          <w:b/>
        </w:rPr>
        <w:t xml:space="preserve">[55:20] </w:t>
      </w:r>
      <w:r>
        <w:t>yeh possible nahi hai.</w:t>
      </w:r>
    </w:p>
    <w:p>
      <w:pPr>
        <w:jc w:val="right"/>
      </w:pPr>
      <w:r>
        <w:t>یہ پاسیبل نہیں ہے۔</w:t>
      </w:r>
    </w:p>
    <w:p>
      <w:r>
        <w:rPr>
          <w:b/>
        </w:rPr>
        <w:t xml:space="preserve">[55:24] </w:t>
      </w:r>
      <w:r>
        <w:t>jo law of nature hai, us ke mutabiq kahin na kahin aap ko khona padega,</w:t>
      </w:r>
    </w:p>
    <w:p>
      <w:pPr>
        <w:jc w:val="right"/>
      </w:pPr>
      <w:r>
        <w:t>جو لاء آف نیچر ہے، اس کے مطابق کہیں نہ کہیں آپ کو کھونا پڑے گا،</w:t>
      </w:r>
    </w:p>
    <w:p>
      <w:r>
        <w:rPr>
          <w:b/>
        </w:rPr>
        <w:t xml:space="preserve">[55:31] </w:t>
      </w:r>
      <w:r>
        <w:t>in terms of death, in terms of loss, in terms of accident, in terms of disease. bahut si shakalain hain khone ki.</w:t>
      </w:r>
    </w:p>
    <w:p>
      <w:pPr>
        <w:jc w:val="right"/>
      </w:pPr>
      <w:r>
        <w:t>ان ٹرم آف ڈیتھ، ان ٹرم آف لاس، ان ٹرم آف ایکسیڈنٹ، ان ٹرم آف ڈیزیز۔ بہت سی شکلیں ہیں کھونے کی۔</w:t>
      </w:r>
    </w:p>
    <w:p>
      <w:r>
        <w:rPr>
          <w:b/>
        </w:rPr>
        <w:t xml:space="preserve">[55:42] </w:t>
      </w:r>
      <w:r>
        <w:t>to wahan par kya hai? jo khoya gaya, us ko bhula dijiye aur jo abhi baqi hai, us ko lene ke liye koshish kijiye.</w:t>
      </w:r>
    </w:p>
    <w:p>
      <w:pPr>
        <w:jc w:val="right"/>
      </w:pPr>
      <w:r>
        <w:t>تو وہاں پر کیا ہے؟ جو کھویا گیا، اس کو بھلا دیجئے اور جو ابھی باقی ہے، اس کو لینے کے لیے کوشش کیجئے۔</w:t>
      </w:r>
    </w:p>
    <w:p>
      <w:r>
        <w:rPr>
          <w:b/>
        </w:rPr>
        <w:t xml:space="preserve">[55:55] </w:t>
      </w:r>
      <w:r>
        <w:t>yeh hai formula:</w:t>
      </w:r>
    </w:p>
    <w:p>
      <w:pPr>
        <w:jc w:val="right"/>
      </w:pPr>
      <w:r>
        <w:t>یہ ہے فارمولا:</w:t>
      </w:r>
    </w:p>
    <w:p>
      <w:r>
        <w:rPr>
          <w:b/>
        </w:rPr>
        <w:t xml:space="preserve">[55:59] </w:t>
      </w:r>
      <w:r>
        <w:t>jo khoya ja chuka hai, us ko bhula dijiye aur jo abhi yeh baqi hai, us ke lene ke liye apni saari koshish laga dijiye.</w:t>
      </w:r>
    </w:p>
    <w:p>
      <w:pPr>
        <w:jc w:val="right"/>
      </w:pPr>
      <w:r>
        <w:t>جو کھویا جا چکا ہے، اس کو بھلا دیجئے اور جو ابھی یہ باقی ہے، اس کے لینے کے لیے اپنی ساری کوشش لگا دیجئے۔</w:t>
      </w:r>
    </w:p>
    <w:p>
      <w:r>
        <w:rPr>
          <w:b/>
        </w:rPr>
        <w:t xml:space="preserve">[56:13] </w:t>
      </w:r>
      <w:r>
        <w:t>yeh hai zindagi ka raaz.</w:t>
      </w:r>
    </w:p>
    <w:p>
      <w:pPr>
        <w:jc w:val="right"/>
      </w:pPr>
      <w:r>
        <w:t>یہ ہے زندگی کا راز۔</w:t>
      </w:r>
    </w:p>
    <w:p>
      <w:r>
        <w:rPr>
          <w:b/>
        </w:rPr>
        <w:t xml:space="preserve">[56:18] </w:t>
      </w:r>
      <w:r>
        <w:t>main samajhta hoon ke jo yeh history hai, jis ko main keh raha hoon history of kings, is mein yeh saare sabak milte hain aap ko, yaani negative sense mein bhi aur positive sense mein bhi.</w:t>
      </w:r>
    </w:p>
    <w:p>
      <w:pPr>
        <w:jc w:val="right"/>
      </w:pPr>
      <w:r>
        <w:t>میں سمجھتا ہوں کہ جو یہ ہسٹری ہے، جس کو میں کہہ رہا ہوں ہسٹری آف کنگز، اس میں یہ سارے سبق ملتے ہیں آپ کو، یعنی نیگیٹیو سینس میں بھی اور پازیٹیو سینس میں بھی۔</w:t>
      </w:r>
    </w:p>
    <w:p>
      <w:r>
        <w:rPr>
          <w:b/>
        </w:rPr>
        <w:t xml:space="preserve">[56:37] </w:t>
      </w:r>
      <w:r>
        <w:t>to life ko aap lijiye as a lesson.</w:t>
      </w:r>
    </w:p>
    <w:p>
      <w:pPr>
        <w:jc w:val="right"/>
      </w:pPr>
      <w:r>
        <w:t>تو لائف کو آپ لیجئے ایز اے لیسن۔</w:t>
      </w:r>
    </w:p>
    <w:p>
      <w:r>
        <w:rPr>
          <w:b/>
        </w:rPr>
        <w:t xml:space="preserve">[56:42] </w:t>
      </w:r>
      <w:r>
        <w:t>bas yeh mat samjhiye ke life mein bas hum ko to bas super achiever banna hai, humein kuch khona nahi hai. to aisa to ho nahi sakta hai.</w:t>
      </w:r>
    </w:p>
    <w:p>
      <w:pPr>
        <w:jc w:val="right"/>
      </w:pPr>
      <w:r>
        <w:t>بس یہ مت سمجھیے کہ لائف میں بس ہم کو تو بس سپر اچیور بننا ہے، ہمیں کچھ کھونا نہیں ہے۔ تو ایسا تو ہو نہیں سکتا ہے۔</w:t>
      </w:r>
    </w:p>
    <w:p>
      <w:r>
        <w:rPr>
          <w:b/>
        </w:rPr>
        <w:t xml:space="preserve">[56:56] </w:t>
      </w:r>
      <w:r>
        <w:t>yaad rakhiye, zindagi naam hai super loser banne ka, super achiever banne ka nahi hai. kyunke super achiever jo so called thay, kya hua?</w:t>
      </w:r>
    </w:p>
    <w:p>
      <w:pPr>
        <w:jc w:val="right"/>
      </w:pPr>
      <w:r>
        <w:t>یاد رکھیے، زندگی نام ہے سپر لوزر بننے کا، سپر اچیور بننے کا نہیں ہے۔ کیونکہ سپر اچیور جو سو کالڈ تھے، کیا ہوا؟</w:t>
      </w:r>
    </w:p>
    <w:p>
      <w:r>
        <w:rPr>
          <w:b/>
        </w:rPr>
        <w:t xml:space="preserve">[57:06] </w:t>
      </w:r>
      <w:r>
        <w:t>mar gaye, mar gaye to super loser to ban gaye. woh</w:t>
      </w:r>
    </w:p>
    <w:p>
      <w:pPr>
        <w:jc w:val="right"/>
      </w:pPr>
      <w:r>
        <w:t>مر گئے، مر گئے تو سپر لوزر تو بن گئے۔ وہ</w:t>
      </w:r>
    </w:p>
    <w:p>
      <w:r>
        <w:rPr>
          <w:b/>
        </w:rPr>
        <w:t xml:space="preserve">[57:11] </w:t>
      </w:r>
      <w:r>
        <w:t>jitne super achiever thay, aakhir mein mar gaye. woh 60, 70 saal, 80 saal jee kar ke,</w:t>
      </w:r>
    </w:p>
    <w:p>
      <w:pPr>
        <w:jc w:val="right"/>
      </w:pPr>
      <w:r>
        <w:t>جتنے سپر اچیور تھے، آخر میں مر گئے۔ وہ 60، 70 سال، 80 سال جی کر کے،</w:t>
      </w:r>
    </w:p>
    <w:p>
      <w:r>
        <w:rPr>
          <w:b/>
        </w:rPr>
        <w:t xml:space="preserve">[57:21] </w:t>
      </w:r>
      <w:r>
        <w:t>disease, accident, budhapa. to main yeh kahunga ke jitne bhi super achiever thay, woh sab ke sab, sab ke sab super loser thay.</w:t>
      </w:r>
    </w:p>
    <w:p>
      <w:pPr>
        <w:jc w:val="right"/>
      </w:pPr>
      <w:r>
        <w:t>ڈیزیز، ایکسیڈنٹ، بڑھاپا۔ تو میں یہ کہوں گا کہ جتنے بھی سپر اچیور تھے، وہ سب کے سب، سب کے سب سپر لوزر تھے۔</w:t>
      </w:r>
    </w:p>
    <w:p>
      <w:r>
        <w:rPr>
          <w:b/>
        </w:rPr>
        <w:t xml:space="preserve">[57:34] </w:t>
      </w:r>
      <w:r>
        <w:t>is baat ko jaaniye, they know exception at all.</w:t>
      </w:r>
    </w:p>
    <w:p>
      <w:pPr>
        <w:jc w:val="right"/>
      </w:pPr>
      <w:r>
        <w:t>اس بات کو جانیے، دے نو ایکسیپشن ایٹ آل۔</w:t>
      </w:r>
    </w:p>
    <w:p>
      <w:r>
        <w:rPr>
          <w:b/>
        </w:rPr>
        <w:t xml:space="preserve">[57:43] </w:t>
      </w:r>
      <w:r>
        <w:t>to zindagi ko bahut hi seriously lijiye. zindagi mein sab se badi cheez jo lene ki hai, woh hai lesson, lesson, lesson.</w:t>
      </w:r>
    </w:p>
    <w:p>
      <w:pPr>
        <w:jc w:val="right"/>
      </w:pPr>
      <w:r>
        <w:t>تو زندگی کو بہت ہی سیریسلی لیجئے۔ زندگی میں سب سے بڑی چیز جو لینے کی ہے، وہ ہے لیسن، لیسن، لیسن۔</w:t>
      </w:r>
    </w:p>
    <w:p>
      <w:r>
        <w:rPr>
          <w:b/>
        </w:rPr>
        <w:t xml:space="preserve">[57:55] </w:t>
      </w:r>
      <w:r>
        <w:t>jis ne zindagi mein lesson ko pa liya, us ne sab kuch pa liya. is is duniya mein lesson se badi koi cheez nahi.</w:t>
      </w:r>
    </w:p>
    <w:p>
      <w:pPr>
        <w:jc w:val="right"/>
      </w:pPr>
      <w:r>
        <w:t>جس نے زندگی میں لیسن کو پا لیا، اس نے سب کچھ پا لیا۔ اس اس دنیا میں لیسن سے بڑی کوئی چیز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