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Between Freedom and Determinism March 25, 2012</w:t>
      </w:r>
    </w:p>
    <w:p>
      <w:r>
        <w:t>https://youtu.be/ApNXrHJD9S4</w:t>
      </w:r>
    </w:p>
    <w:p>
      <w:r>
        <w:rPr>
          <w:b/>
        </w:rPr>
        <w:t xml:space="preserve">[00:14] </w:t>
      </w:r>
      <w:r>
        <w:t>bismillah hir rahman nir rahim, wa salla allah ala nabiyyil karim. rabishrahli sadri, wa yassirli amri, wah lul uqdatan min lisani yafqahu qawli.</w:t>
      </w:r>
    </w:p>
    <w:p>
      <w:pPr>
        <w:jc w:val="right"/>
      </w:pPr>
      <w:r>
        <w:t>بسم اللہ الرحمن الرحیم ، وصلیاللہ علی النبی الکریم ۔رباشرحلی صدری، و یسرلیامری ،واحلالعقدۃ منلسانی یفقہ قولی۔</w:t>
      </w:r>
    </w:p>
    <w:p>
      <w:r>
        <w:rPr>
          <w:b/>
        </w:rPr>
        <w:t xml:space="preserve">[00:35] </w:t>
      </w:r>
      <w:r>
        <w:t>aaj ka topic hai: between freedom and determinism,</w:t>
      </w:r>
    </w:p>
    <w:p>
      <w:pPr>
        <w:jc w:val="right"/>
      </w:pPr>
      <w:r>
        <w:t>آج کا ٹاپکہے: بٹوین فریڈم اینڈ ڈیٹرمن زم،</w:t>
      </w:r>
    </w:p>
    <w:p>
      <w:r>
        <w:rPr>
          <w:b/>
        </w:rPr>
        <w:t xml:space="preserve">[00:46] </w:t>
      </w:r>
      <w:r>
        <w:t>yani ikhtiyar aur jabr ke darmiyan.</w:t>
      </w:r>
    </w:p>
    <w:p>
      <w:pPr>
        <w:jc w:val="right"/>
      </w:pPr>
      <w:r>
        <w:t>یعنی اخت یاراور ج بر کے درمیان ۔</w:t>
      </w:r>
    </w:p>
    <w:p>
      <w:r>
        <w:rPr>
          <w:b/>
        </w:rPr>
        <w:t xml:space="preserve">[00:52] </w:t>
      </w:r>
      <w:r>
        <w:t>yeh maine history ke aitbar se yeh topic liya hai. is topic ka mozu wahi hai jisko kaha jata hai: interpretation of history.</w:t>
      </w:r>
    </w:p>
    <w:p>
      <w:pPr>
        <w:jc w:val="right"/>
      </w:pPr>
      <w:r>
        <w:t>یہ میںنے ہسٹریکےاعتبارسے یہٹاپکلیاہے۔ اسٹاپککا موضوعوہیہےجسکوکہاجاتاہے: انٹرپریٹیشنآفہسٹری۔</w:t>
      </w:r>
    </w:p>
    <w:p>
      <w:r>
        <w:rPr>
          <w:b/>
        </w:rPr>
        <w:t xml:space="preserve">[01:07] </w:t>
      </w:r>
      <w:r>
        <w:t>dekhein, interpretation of history ek mustaqil subject hai, lekin aaj tak koi kitab aisi jo poore jo phenomenon hai history ka, us ko explain kar sake, aisi koi kitab likhi nahi gayi.</w:t>
      </w:r>
    </w:p>
    <w:p>
      <w:pPr>
        <w:jc w:val="right"/>
      </w:pPr>
      <w:r>
        <w:t>دیکھیں، انٹرپریٹیشنآفہسٹری ایک مستقل سبجیکٹہے، لیکن آج تک کوئی کتاب ایسی جو پورے جو فیناومیناہے ہسٹریکا،اسکوایکسپلینکرسکے، ایسیکوئیکتاب لکھینہیںگئی۔</w:t>
      </w:r>
    </w:p>
    <w:p>
      <w:r>
        <w:rPr>
          <w:b/>
        </w:rPr>
        <w:t xml:space="preserve">[01:29] </w:t>
      </w:r>
      <w:r>
        <w:t>ataza emost difficult subject.</w:t>
      </w:r>
    </w:p>
    <w:p>
      <w:pPr>
        <w:jc w:val="right"/>
      </w:pPr>
      <w:r>
        <w:t>اٹازا ےموسٹ ڈیفیکلٹ سبجیکٹ۔</w:t>
      </w:r>
    </w:p>
    <w:p>
      <w:r>
        <w:rPr>
          <w:b/>
        </w:rPr>
        <w:t xml:space="preserve">[01:34] </w:t>
      </w:r>
      <w:r>
        <w:t>agar aap parhein ek kitaab jo internet par hai, big interpretation of history, ek kitaab internet par maujood hai, mere paas bhi hai, big interpretation of history,</w:t>
      </w:r>
    </w:p>
    <w:p>
      <w:pPr>
        <w:jc w:val="right"/>
      </w:pPr>
      <w:r>
        <w:t>اگر آپ پڑھیں ایککتاب جو انٹرنیٹپرہے، بگ انٹرپریٹیشنآف ہسٹری، ایککتاب انٹرنیٹپرموجود ہے، میرےپاسبھیہے، بگ انٹرپریٹیشنآفہسٹری،</w:t>
      </w:r>
    </w:p>
    <w:p>
      <w:r>
        <w:rPr>
          <w:b/>
        </w:rPr>
        <w:t xml:space="preserve">[01:49] </w:t>
      </w:r>
      <w:r>
        <w:t>to aap mehsoos karenge ke kitna bada jungle hai ye. Aisi kitaab hai: main dain anoon alex skierl ki, woh bhi jungle mein chhod deti hai aapko.</w:t>
      </w:r>
    </w:p>
    <w:p>
      <w:pPr>
        <w:jc w:val="right"/>
      </w:pPr>
      <w:r>
        <w:t>توآپ محسوسکریںگےکہ کتنا بڑاجنگلہےیہ۔ ایسیکتاب ہے: میندیاننون الیکسسکیرلکی، وہبھی جنگلمیںچھوڑدیتیہےآپکو ۔</w:t>
      </w:r>
    </w:p>
    <w:p>
      <w:r>
        <w:rPr>
          <w:b/>
        </w:rPr>
        <w:t xml:space="preserve">[02:03] </w:t>
      </w:r>
      <w:r>
        <w:t>sabse zyada puritarihkmeikhaishakhshhai jisneke poore dawayke saath historika ek interpretationdiya, wohtha carl marx .</w:t>
      </w:r>
    </w:p>
    <w:p>
      <w:pPr>
        <w:jc w:val="right"/>
      </w:pPr>
      <w:r>
        <w:t>سبسے زیادہ پوریتاریخ میں ایکہیشخص ہےجسنےکہ پورے دعوےکےساتھ ہسٹریکا ایک انٹرپریشندیا، وہ تھا کار لمارس ۔</w:t>
      </w:r>
    </w:p>
    <w:p>
      <w:r>
        <w:rPr>
          <w:b/>
        </w:rPr>
        <w:t xml:space="preserve">[02:19] </w:t>
      </w:r>
      <w:r>
        <w:t>Carl Marx. Usne diya: material interpretation of history. Lekin yeh uske zamaney mein radd ho gaya.</w:t>
      </w:r>
    </w:p>
    <w:p>
      <w:pPr>
        <w:jc w:val="right"/>
      </w:pPr>
      <w:r>
        <w:t>کارلمارس ۔ اسنے دیا: مٹیریل انٹرپریشنآفہسٹری۔ لیکن یہ اسکے زمان ےہیمیںردہوگیا۔</w:t>
      </w:r>
    </w:p>
    <w:p>
      <w:r>
        <w:rPr>
          <w:b/>
        </w:rPr>
        <w:t xml:space="preserve">[02:29] </w:t>
      </w:r>
      <w:r>
        <w:t>abkoibhiyas ko maantanahehai.</w:t>
      </w:r>
    </w:p>
    <w:p>
      <w:pPr>
        <w:jc w:val="right"/>
      </w:pPr>
      <w:r>
        <w:t>ابکوئیبھیاسکو مانتانہیںہے۔</w:t>
      </w:r>
    </w:p>
    <w:p>
      <w:r>
        <w:rPr>
          <w:b/>
        </w:rPr>
        <w:t xml:space="preserve">[02:34] </w:t>
      </w:r>
      <w:r>
        <w:t>to chahe by interpretation ho, chahe mendiannoon ho, ya carl marx ki material interpretation of history ho, yeh sab bilkul fail hain historical jo history ki shakl mein jo phenomenon hai, usko explain karne mein.</w:t>
      </w:r>
    </w:p>
    <w:p>
      <w:pPr>
        <w:jc w:val="right"/>
      </w:pPr>
      <w:r>
        <w:t>تو چاہےبگانٹرپریٹیشنہو ، چاہے میندیاننونہو، یا کارلمارس کی مٹیریلانٹرپریشنآفہسٹریہو، یہسب بالکل فیل ہیں ہسٹاریکل جو ہسٹری کیشکلمیںجوفیناومیناہے،اسکوایکسپلینکرنےمیں۔</w:t>
      </w:r>
    </w:p>
    <w:p>
      <w:r>
        <w:rPr>
          <w:b/>
        </w:rPr>
        <w:t xml:space="preserve">[02:57] </w:t>
      </w:r>
      <w:r>
        <w:t>dekhein, Carl Marx ne bahut dhumse yeh dawaykiyatha, usne aur uske siyasi Engels ne ke Carl Marx ne historical interpretation diyaftkarliya hai.</w:t>
      </w:r>
    </w:p>
    <w:p>
      <w:pPr>
        <w:jc w:val="right"/>
      </w:pPr>
      <w:r>
        <w:t>دیکھیں،کارلمارس نےبہت دھومسے یہ دعویٰکیاتھا،اسنے اوراسکےسیاسی اینجلسنے کہ کارلمارس نےہسٹریکا انٹرپریشندریافتکرلیاہے۔</w:t>
      </w:r>
    </w:p>
    <w:p>
      <w:r>
        <w:rPr>
          <w:b/>
        </w:rPr>
        <w:t xml:space="preserve">[03:10] </w:t>
      </w:r>
      <w:r>
        <w:t>lekin galati kya hai uski? Newton ne material world ko explain karne ke liye jo principle qaim kiye the, cause and effect, usi ko apply kar diya usne insan ki history par.</w:t>
      </w:r>
    </w:p>
    <w:p>
      <w:pPr>
        <w:jc w:val="right"/>
      </w:pPr>
      <w:r>
        <w:t>لیکن غلطیکیا ہےاسکیتھی؟ نیوٹننے مٹیریلورلڈکوایکسپلینکرنےکےلیے جو پرنسپلقائمکیےتھے، کازاینڈایفیکٹ ،اسیکواپلائیکردیا اسنےانسان کیہسٹریپر ۔</w:t>
      </w:r>
    </w:p>
    <w:p>
      <w:r>
        <w:rPr>
          <w:b/>
        </w:rPr>
        <w:t xml:space="preserve">[03:29] </w:t>
      </w:r>
      <w:r>
        <w:t>bilkul yeh radicalsthayah. kyu? material world johai, usmein determinism ha.</w:t>
      </w:r>
    </w:p>
    <w:p>
      <w:pPr>
        <w:jc w:val="right"/>
      </w:pPr>
      <w:r>
        <w:t>بالکل یہ ریڈیکلستھایہ۔ کیوں ؟ مٹیریلورلڈجوہے،اسمیں ڈیٹرمن زمہے۔</w:t>
      </w:r>
    </w:p>
    <w:p>
      <w:r>
        <w:rPr>
          <w:b/>
        </w:rPr>
        <w:t xml:space="preserve">[03:42] </w:t>
      </w:r>
      <w:r>
        <w:t>materialworldmein chaheek zarra ho, chahe ek galaxy ho, law of nature se deviatkarnaskeliye mumkinnahin hai.</w:t>
      </w:r>
    </w:p>
    <w:p>
      <w:pPr>
        <w:jc w:val="right"/>
      </w:pPr>
      <w:r>
        <w:t>مٹیریلورلڈمیں چاہےایکذرہہو ،چاہے ایکگلیکسیہو ، لاءآفنیچرسے ڈیویٹ کرنا اسکےلیے ممکننہیںہے۔</w:t>
      </w:r>
    </w:p>
    <w:p>
      <w:r>
        <w:rPr>
          <w:b/>
        </w:rPr>
        <w:t xml:space="preserve">[03:53] </w:t>
      </w:r>
      <w:r>
        <w:t>to wahan to aap ek interpretationdesaktehain, kyunke everything is predictable. materialworldmein jo khaasbaathai, woh ek everything is predictable.</w:t>
      </w:r>
    </w:p>
    <w:p>
      <w:pPr>
        <w:jc w:val="right"/>
      </w:pPr>
      <w:r>
        <w:t>تو وہاںتوآپ ایک انٹرپریٹیشندےسکتےہیں،کیونکہ ایوریتھنگازپریڈکٹیبل۔ مٹیریلورلڈمیں جو خاصباتہے،وہایکای وریتھنگ ازپریڈکٹیبل۔</w:t>
      </w:r>
    </w:p>
    <w:p>
      <w:r>
        <w:rPr>
          <w:b/>
        </w:rPr>
        <w:t xml:space="preserve">[04:08] </w:t>
      </w:r>
      <w:r>
        <w:t>lekin alexskierl ne sahi taurpar likha hai: "one comes to the human history, nothing is predictable."</w:t>
      </w:r>
    </w:p>
    <w:p>
      <w:pPr>
        <w:jc w:val="right"/>
      </w:pPr>
      <w:r>
        <w:t>لیکن الیسسکیرلنے صحیحطورپرلکھاہے: "ون کمزدا ہیومنہسٹری، نتھنگاز پریڈکٹیبل۔"</w:t>
      </w:r>
    </w:p>
    <w:p>
      <w:r>
        <w:rPr>
          <w:b/>
        </w:rPr>
        <w:t xml:space="preserve">[04:22] </w:t>
      </w:r>
      <w:r>
        <w:t>insan ki tareekh mein koi cheez bhi aap predict nahin kar sakte, to interpretation kar denge aap. To Karl Marx ki ghalti hai ke usne Newton ke principle of interpretation ko apply kar diya human world par, jo bilkul hi jo kehte hain ikhtilaf mal farq,</w:t>
      </w:r>
    </w:p>
    <w:p>
      <w:pPr>
        <w:jc w:val="right"/>
      </w:pPr>
      <w:r>
        <w:t>انسان کی تاریخ میں کوئیچیزبھیآپپریڈکٹنہیںکرسکتے، تو انٹرپریشنکردیںگےآپ ۔ تو کارلمارس کیغلطیتھیکہاسنے نیوٹنکے پرنسپلآف انٹرپریٹیشنکو اپلائیکردیا ہیومنورلڈپر ، جو بالکلہی جوکہتےہیں اختلاف مال فار ق،</w:t>
      </w:r>
    </w:p>
    <w:p>
      <w:r>
        <w:rPr>
          <w:b/>
        </w:rPr>
        <w:t xml:space="preserve">[04:45] </w:t>
      </w:r>
      <w:r>
        <w:t>to woh uski zindagi mein rduhogaya.</w:t>
      </w:r>
    </w:p>
    <w:p>
      <w:pPr>
        <w:jc w:val="right"/>
      </w:pPr>
      <w:r>
        <w:t>تو وہ اسکیزندگی میں ردہوگیا۔</w:t>
      </w:r>
    </w:p>
    <w:p>
      <w:r>
        <w:rPr>
          <w:b/>
        </w:rPr>
        <w:t xml:space="preserve">[04:50] </w:t>
      </w:r>
      <w:r>
        <w:t>isi tarah jo bug and interpretation of history hai, woh bhi ek jungla hai confusion ka. To cheez kya hai? Logon ko woh jo</w:t>
      </w:r>
    </w:p>
    <w:p>
      <w:pPr>
        <w:jc w:val="right"/>
      </w:pPr>
      <w:r>
        <w:t>اسیطرحجو بگانٹرپریشنآفہسٹریہے، وہبھی ایک جنگلہے کنفیوژنکا ۔ تو چیزکیاہے؟ لوگوںکو وہجو</w:t>
      </w:r>
    </w:p>
    <w:p>
      <w:r>
        <w:rPr>
          <w:b/>
        </w:rPr>
        <w:t xml:space="preserve">[05:05] </w:t>
      </w:r>
      <w:r>
        <w:t>wohjo ki principle honachahiye, ki principle, wohi logonkomaloomnahin hai. ispar mein bahatdinonse sochta tha, sochta tha, sochta tha.</w:t>
      </w:r>
    </w:p>
    <w:p>
      <w:pPr>
        <w:jc w:val="right"/>
      </w:pPr>
      <w:r>
        <w:t>وہجو کی پرنسپلہوناچاہیے، کی پرنسپل، وہی لوگوںکومعلومنہیںہے۔ اسپر میںبہتدنوںسےسوچتاتھا،سوچتاتھا،سوچتاتھا۔</w:t>
      </w:r>
    </w:p>
    <w:p>
      <w:r>
        <w:rPr>
          <w:b/>
        </w:rPr>
        <w:t xml:space="preserve">[05:18] </w:t>
      </w:r>
      <w:r>
        <w:t>mujhe quran ki ek aayat mein is ka jawab mila. quran ki ek aayat mein yeh aayat hai surah nahl mein number nine : "wallah qasada al-sabeel wa minhu ja'ir wa law shaa'a lahadakum ajma'een"</w:t>
      </w:r>
    </w:p>
    <w:p>
      <w:pPr>
        <w:jc w:val="right"/>
      </w:pPr>
      <w:r>
        <w:t>مجھے قرآنکی ایکآیتمیں اسکاجوابملا۔ قرآنکی ایکآیتمیں یہآیتہےسورہالنحلمیں نمبرنو : "وال لہ قصد السبیل وب نہ جائے و لو شاء لہداکم اجمعین"</w:t>
      </w:r>
    </w:p>
    <w:p>
      <w:r>
        <w:rPr>
          <w:b/>
        </w:rPr>
        <w:t xml:space="preserve">[05:40] </w:t>
      </w:r>
      <w:r>
        <w:t>yeh bahut ajeeb aayat hai: "wallah qasada al-sabeel wa minhu ja'ir wa law shaa'a lahadakum ajma'een" is aayat ka matlab yeh hai</w:t>
      </w:r>
    </w:p>
    <w:p>
      <w:pPr>
        <w:jc w:val="right"/>
      </w:pPr>
      <w:r>
        <w:t>یہبہت عجیبآیتہے: "وال لہ قصد السبیل وب نہ جائر ولوشاء لہداکماجمعین" اسآیتکامطلبیہہے</w:t>
      </w:r>
    </w:p>
    <w:p>
      <w:r>
        <w:rPr>
          <w:b/>
        </w:rPr>
        <w:t xml:space="preserve">[05:55] </w:t>
      </w:r>
      <w:r>
        <w:t>ke insankijohistoryhai, woh chalrahihai ispar ke insank o allah ne azadidiya hai. har aadmi, har aadmi, har aadmi azad hai ke jo choice chahe woh le.</w:t>
      </w:r>
    </w:p>
    <w:p>
      <w:pPr>
        <w:jc w:val="right"/>
      </w:pPr>
      <w:r>
        <w:t>کہ انسان کیجو ہسٹریہے، وہ چلرہیہے اسپر کہانسانکواللہ نےآز ادیدیہے۔ ہرآدمی، ہرآدمی،ہرآدمی آز ادہے کہجو چوائس چاہےوہ لے۔</w:t>
      </w:r>
    </w:p>
    <w:p>
      <w:r>
        <w:rPr>
          <w:b/>
        </w:rPr>
        <w:t xml:space="preserve">[06:12] </w:t>
      </w:r>
      <w:r>
        <w:t>lekin isike saath allah ta'ala ka ek mansha hai, ek goal hai, ek jagah allah ta'ala ko pehchanana hai insanki, saare insanonko . iske lihaz se allah manage karraha hai.</w:t>
      </w:r>
    </w:p>
    <w:p>
      <w:pPr>
        <w:jc w:val="right"/>
      </w:pPr>
      <w:r>
        <w:t>لیکن اسیکےساتھاللہ تعالیٰکاایک منشاہے، ایک گولہے، ایک جگہاللہ تعالیٰکوپہنچاناہےانسان کی ،سارےانسانوںکو ۔اسکےلحاظسےاللہ مینجکررہاہے۔</w:t>
      </w:r>
    </w:p>
    <w:p>
      <w:r>
        <w:rPr>
          <w:b/>
        </w:rPr>
        <w:t xml:space="preserve">[06:25] </w:t>
      </w:r>
      <w:r>
        <w:t>to dekhiye, ek farq hai: materialworldmein allah controlkarraha hai, humanworldmein allah managekarraha hai.</w:t>
      </w:r>
    </w:p>
    <w:p>
      <w:pPr>
        <w:jc w:val="right"/>
      </w:pPr>
      <w:r>
        <w:t>تودیکھیے،ایکفرقہے: مٹیریلورلڈمیںاللہ کنٹرولکررہاہے، ہیومنورلڈمیںاللہ می نجکررہاہے۔</w:t>
      </w:r>
    </w:p>
    <w:p>
      <w:r>
        <w:rPr>
          <w:b/>
        </w:rPr>
        <w:t xml:space="preserve">[06:34] </w:t>
      </w:r>
      <w:r>
        <w:t>yeh farq hai.</w:t>
      </w:r>
    </w:p>
    <w:p>
      <w:pPr>
        <w:jc w:val="right"/>
      </w:pPr>
      <w:r>
        <w:t>یہفرقہے۔</w:t>
      </w:r>
    </w:p>
    <w:p>
      <w:r>
        <w:rPr>
          <w:b/>
        </w:rPr>
        <w:t xml:space="preserve">[06:38] </w:t>
      </w:r>
      <w:r>
        <w:t>is farq ko nahin samjhaya kisi historian ne.</w:t>
      </w:r>
    </w:p>
    <w:p>
      <w:pPr>
        <w:jc w:val="right"/>
      </w:pPr>
      <w:r>
        <w:t>اسفرقکونہیں سمجھاکسی ہسٹوریننے۔</w:t>
      </w:r>
    </w:p>
    <w:p>
      <w:r>
        <w:rPr>
          <w:b/>
        </w:rPr>
        <w:t xml:space="preserve">[06:42] </w:t>
      </w:r>
      <w:r>
        <w:t>yani Newton ne jo bataya tha, woh to woh shobha material world ka jahan Allah control kiye hue hain, usko apply kar diya Marx ne human history par, jahan Allah manage kar raha hai.</w:t>
      </w:r>
    </w:p>
    <w:p>
      <w:pPr>
        <w:jc w:val="right"/>
      </w:pPr>
      <w:r>
        <w:t>یعنی نیوٹننےجوبتایاتھا،وہتووہ شعبہتھا مٹیریلورلڈکاجہ اںاللہ کنٹرولکیےہوئےہیں، اسکو اپلائیکر دیا مارس نے ہیومنہسٹریپر،جہاںاللہ مینجکررہاہے۔</w:t>
      </w:r>
    </w:p>
    <w:p>
      <w:r>
        <w:rPr>
          <w:b/>
        </w:rPr>
        <w:t xml:space="preserve">[06:58] </w:t>
      </w:r>
      <w:r>
        <w:t>menjkarne ka matlab kya hai?</w:t>
      </w:r>
    </w:p>
    <w:p>
      <w:pPr>
        <w:jc w:val="right"/>
      </w:pPr>
      <w:r>
        <w:t>مینجکرنےکامطلبکیاہے ؟</w:t>
      </w:r>
    </w:p>
    <w:p>
      <w:r>
        <w:rPr>
          <w:b/>
        </w:rPr>
        <w:t xml:space="preserve">[07:00] </w:t>
      </w:r>
      <w:r>
        <w:t>insani azadi ko baqi rakhte hue, insani azadi ko baqi rakhte hue, insani tareekh ko ek safar jari rakhna.</w:t>
      </w:r>
    </w:p>
    <w:p>
      <w:pPr>
        <w:jc w:val="right"/>
      </w:pPr>
      <w:r>
        <w:t>انسانی آز ادیکو باقیرکھتےہوئے، انسانیآز ادیکوباقیرکھتےہوئے، انسانی تاریخ کو ایک سفر جاریرکھنا۔</w:t>
      </w:r>
    </w:p>
    <w:p>
      <w:r>
        <w:rPr>
          <w:b/>
        </w:rPr>
        <w:t xml:space="preserve">[07:13] </w:t>
      </w:r>
      <w:r>
        <w:t>to yeh jo ayat hai surah nahl ki: "wa law shaa'a lahadakum ajmaeen" yani Allah chahta ke to poori poori tareekh ko ek hi raste par daal deta, jis tarah se woh material world par daali hui hai.</w:t>
      </w:r>
    </w:p>
    <w:p>
      <w:pPr>
        <w:jc w:val="right"/>
      </w:pPr>
      <w:r>
        <w:t>تو یہجوآیتہے سورہ النحلکی: " ولو شاء لہداکماجمعین" یعنیاللہ چاہتا کہ توپوریپوریتاریخ کو ایکہیراستےپرڈالدیتا، جسطرح سےوہ مٹیریلورلڈپرڈالیہوئیہے۔</w:t>
      </w:r>
    </w:p>
    <w:p>
      <w:r>
        <w:rPr>
          <w:b/>
        </w:rPr>
        <w:t xml:space="preserve">[07:28] </w:t>
      </w:r>
      <w:r>
        <w:t>lekin Allah ne waisa nahi kiya.</w:t>
      </w:r>
    </w:p>
    <w:p>
      <w:pPr>
        <w:jc w:val="right"/>
      </w:pPr>
      <w:r>
        <w:t>لیکن اللہ نےویسانہیںکیا۔</w:t>
      </w:r>
    </w:p>
    <w:p>
      <w:r>
        <w:rPr>
          <w:b/>
        </w:rPr>
        <w:t xml:space="preserve">[07:32] </w:t>
      </w:r>
      <w:r>
        <w:t>sirf yeh kiya ke</w:t>
      </w:r>
    </w:p>
    <w:p>
      <w:pPr>
        <w:jc w:val="right"/>
      </w:pPr>
      <w:r>
        <w:t>صرفیہکیا کہ</w:t>
      </w:r>
    </w:p>
    <w:p>
      <w:r>
        <w:rPr>
          <w:b/>
        </w:rPr>
        <w:t xml:space="preserve">[07:37] </w:t>
      </w:r>
      <w:r>
        <w:t>deviation jahan hua, usko mora. deviation jahan hua, usko mora. aur afraad ke aitbaar se logon ko, yaani ajmaeen ke aitbaar se to nahi mila logon ko haq, lekin afraad ke aitbaar se milta raha.</w:t>
      </w:r>
    </w:p>
    <w:p>
      <w:pPr>
        <w:jc w:val="right"/>
      </w:pPr>
      <w:r>
        <w:t>ڈیویایشنجہاںہوا، اسکو مو ڑا۔ڈیویایشنجہاںہوا،اسکوموڑا۔ اور افراد کے اعتبارسےلوگوںکو ،یعنیاجمعینکےاعتبارسےتونہیںملالوگوںکو حق ،لیکن افراد کےاعتبارسےملتارہا۔</w:t>
      </w:r>
    </w:p>
    <w:p>
      <w:r>
        <w:rPr>
          <w:b/>
        </w:rPr>
        <w:t xml:space="preserve">[07:55] </w:t>
      </w:r>
      <w:r>
        <w:t>to poori tareekh mein human history jo chal rahi hai, to Allah usko dekh raha hai.</w:t>
      </w:r>
    </w:p>
    <w:p>
      <w:pPr>
        <w:jc w:val="right"/>
      </w:pPr>
      <w:r>
        <w:t>تو پوریتاریخ میں ہیومنہسٹریجوچلرہیہے، تو اللہ اسکودیکھرہاہے۔</w:t>
      </w:r>
    </w:p>
    <w:p>
      <w:r>
        <w:rPr>
          <w:b/>
        </w:rPr>
        <w:t xml:space="preserve">[08:02] </w:t>
      </w:r>
      <w:r>
        <w:t>apni azadi ke aitbaar se log chal rahe hain, lekin Allah jahan dekhta hai ke deviation to baar baar mor kar seedhe raste par daal deta hai, yahan tak ke woh pahunch jaye, yaani akhirat ke manzil tak. ab main aapko ek brief survey of history doonga.</w:t>
      </w:r>
    </w:p>
    <w:p>
      <w:pPr>
        <w:jc w:val="right"/>
      </w:pPr>
      <w:r>
        <w:t>اپنی آز ادیکےاعتبارسےلوگچلرہےہیں، لیکن اللہ جہاںدیکھتاہےکہ ڈیویایشن تو بار بار موڑکرکوسیدھےراستےپرڈالدیتاہے، یہاںتککہوہپہنچجائے، یعنی آخرتکے منزلتک ۔ابمیںآپکو ایک بریف سروےآفہسٹری دوںگا۔</w:t>
      </w:r>
    </w:p>
    <w:p>
      <w:r>
        <w:rPr>
          <w:b/>
        </w:rPr>
        <w:t xml:space="preserve">[08:29] </w:t>
      </w:r>
      <w:r>
        <w:t>dekhiye, insaan ki zindagi shuru kahan se hoti hai? insaan ki history jab Adam ko, yaani pehle insaan ko, Allah ne paida kiya.</w:t>
      </w:r>
    </w:p>
    <w:p>
      <w:pPr>
        <w:jc w:val="right"/>
      </w:pPr>
      <w:r>
        <w:t>دیکھیے،انسان کیزندگی شروع کہاںسےہوتیہے؟ انسان کیہسٹری جب آدمکو،یعنی پہلے انسانکو، اللہ نےپیدا کیا۔</w:t>
      </w:r>
    </w:p>
    <w:p>
      <w:r>
        <w:rPr>
          <w:b/>
        </w:rPr>
        <w:t xml:space="preserve">[08:40] </w:t>
      </w:r>
      <w:r>
        <w:t>farahmair begins the human history. to Allah ne Adam ko jannat mein kaha ke jannat mein raho, tum azaad ho,</w:t>
      </w:r>
    </w:p>
    <w:p>
      <w:pPr>
        <w:jc w:val="right"/>
      </w:pPr>
      <w:r>
        <w:t>فرامہیربیگنزداہیومنہسٹری۔ تواللہ نے آدمکو جنتمیں کہاکہجنتمیںرہو، تم آزادہو ،</w:t>
      </w:r>
    </w:p>
    <w:p>
      <w:r>
        <w:rPr>
          <w:b/>
        </w:rPr>
        <w:t xml:space="preserve">[08:56] </w:t>
      </w:r>
      <w:r>
        <w:t>poori jannat tumhare liye hai.</w:t>
      </w:r>
    </w:p>
    <w:p>
      <w:pPr>
        <w:jc w:val="right"/>
      </w:pPr>
      <w:r>
        <w:t>پوریجنتتمہارےلیے ہے۔</w:t>
      </w:r>
    </w:p>
    <w:p>
      <w:r>
        <w:rPr>
          <w:b/>
        </w:rPr>
        <w:t xml:space="preserve">[08:59] </w:t>
      </w:r>
      <w:r>
        <w:t>lekin ek darakht tha wahan, forbidden tree, uska paas na jaana, uska phal na khana.</w:t>
      </w:r>
    </w:p>
    <w:p>
      <w:pPr>
        <w:jc w:val="right"/>
      </w:pPr>
      <w:r>
        <w:t>لیکن ایک درختتھاوہاں، فائبر ڈنٹری، اسکا پاسنہجانا، اسکا پھلنہکھانا۔</w:t>
      </w:r>
    </w:p>
    <w:p>
      <w:r>
        <w:rPr>
          <w:b/>
        </w:rPr>
        <w:t xml:space="preserve">[09:10] </w:t>
      </w:r>
      <w:r>
        <w:t>to kya hua</w:t>
      </w:r>
    </w:p>
    <w:p>
      <w:pPr>
        <w:jc w:val="right"/>
      </w:pPr>
      <w:r>
        <w:t>توکیا ہوا</w:t>
      </w:r>
    </w:p>
    <w:p>
      <w:r>
        <w:rPr>
          <w:b/>
        </w:rPr>
        <w:t xml:space="preserve">[09:13] </w:t>
      </w:r>
      <w:r>
        <w:t>? kuch din tak to Adam usse door rahe, lekin phir temptation woh hota hai, temptation, temptation ko woh bardasht na kar saka, sakm kar diya unhone temptation ko, aur woh us darakht tak chale gaye, wahan uska phal kha liya.</w:t>
      </w:r>
    </w:p>
    <w:p>
      <w:pPr>
        <w:jc w:val="right"/>
      </w:pPr>
      <w:r>
        <w:t>؟کچھدنتک تو آدم اسسےدور رہے ،لیکن پھر ٹیمپٹیشنجوہوتاہے، ٹیمپٹیشن، ٹیمپٹیشنکو وہ برداشتنہ کرسک ا،سکمکردیا انہوںنےٹیمپٹیشنکو، اور وہ اس درختتکچلےگئے،وہاںاسکاپھلکھالیا۔</w:t>
      </w:r>
    </w:p>
    <w:p>
      <w:r>
        <w:rPr>
          <w:b/>
        </w:rPr>
        <w:t xml:space="preserve">[09:35] </w:t>
      </w:r>
      <w:r>
        <w:t>that was first misuse of freedom.</w:t>
      </w:r>
    </w:p>
    <w:p>
      <w:pPr>
        <w:jc w:val="right"/>
      </w:pPr>
      <w:r>
        <w:t>دیٹواز فرسٹ مس یوزآففریڈم۔</w:t>
      </w:r>
    </w:p>
    <w:p>
      <w:r>
        <w:rPr>
          <w:b/>
        </w:rPr>
        <w:t xml:space="preserve">[09:41] </w:t>
      </w:r>
      <w:r>
        <w:t>insaan ki tareekh mein misuse of freedom ka yeh pehla case tha. to Allah taala ne uske baad inko wahan se nikaal diya aur is is planet earth par inko basaya.</w:t>
      </w:r>
    </w:p>
    <w:p>
      <w:pPr>
        <w:jc w:val="right"/>
      </w:pPr>
      <w:r>
        <w:t>انسان کیتاریخ میں مسیوزآففریڈمکایہپہلاکیستھا۔ تواللہ تعالیٰنےاسکےبعد انکووہاںسےنکالدیا اور اس اس پلینٹارتھپرانکوبسایا۔</w:t>
      </w:r>
    </w:p>
    <w:p>
      <w:r>
        <w:rPr>
          <w:b/>
        </w:rPr>
        <w:t xml:space="preserve">[09:54] </w:t>
      </w:r>
      <w:r>
        <w:t>iska matlab kya tha? ke pehla jo mauqa diya tha insaan ko Allah taala ne, wohi ke poori poori bashar majmoo'a jannat mein rahe, saare ke saare mard, saare ke saare auratein.</w:t>
      </w:r>
    </w:p>
    <w:p>
      <w:pPr>
        <w:jc w:val="right"/>
      </w:pPr>
      <w:r>
        <w:t>اسکامطلبکیاتھا ؟ کہ پہلاجو موقعدیاتھاانسانکواللہتعالیٰنے،وہیہکہپوری پوری بش ری مجموع ہ جنتمیںرہے، سارےکےسارے مرد ،سارےکےسارےعورتیں۔</w:t>
      </w:r>
    </w:p>
    <w:p>
      <w:r>
        <w:rPr>
          <w:b/>
        </w:rPr>
        <w:t xml:space="preserve">[10:09] </w:t>
      </w:r>
      <w:r>
        <w:t>lekin jab misuse of freedom hua Adam ki taraf se aur Hawa ki taraf se, to Allah ne kya faisla kiya? ab wohi jo deviate kiya tha, phir loop line par Allah taala le aaye.</w:t>
      </w:r>
    </w:p>
    <w:p>
      <w:pPr>
        <w:jc w:val="right"/>
      </w:pPr>
      <w:r>
        <w:t>لیکن جب مسیوزآففریڈمجبہوا آدمکیطرف سے اورحواکیطرفسے، تواللہ نے کیافیصلہکیا؟اب وہیجو ڈیویٹکیاتھا،پھر لو ٹ لائنپر اللہ تعالیٰ لےآئے۔</w:t>
      </w:r>
    </w:p>
    <w:p>
      <w:r>
        <w:rPr>
          <w:b/>
        </w:rPr>
        <w:t xml:space="preserve">[10:22] </w:t>
      </w:r>
      <w:r>
        <w:t>woh kya tha? ab yeh Allah ne faisla kiya ke ab</w:t>
      </w:r>
    </w:p>
    <w:p>
      <w:pPr>
        <w:jc w:val="right"/>
      </w:pPr>
      <w:r>
        <w:t>وہکیاتھا ؟ ابیہ اللہ نےفیصلہکیا کہاب</w:t>
      </w:r>
    </w:p>
    <w:p>
      <w:r>
        <w:rPr>
          <w:b/>
        </w:rPr>
        <w:t xml:space="preserve">[10:30] </w:t>
      </w:r>
      <w:r>
        <w:t>selective basis par logon ke liye jannat ka faisla kiya jayega, general basis par nahi.</w:t>
      </w:r>
    </w:p>
    <w:p>
      <w:pPr>
        <w:jc w:val="right"/>
      </w:pPr>
      <w:r>
        <w:t>سلیکٹیوبیسزپرلوگوںکےلیےجنتکافیصلہکیاجائےگا، جنرلبیسپرنہیں ۔</w:t>
      </w:r>
    </w:p>
    <w:p>
      <w:r>
        <w:rPr>
          <w:b/>
        </w:rPr>
        <w:t xml:space="preserve">[10:36] </w:t>
      </w:r>
      <w:r>
        <w:t>isi ko main keh raha hoon ke debate kar jab kiya insaan ne, to dobara usko sirat mustaqeem par laate rahe. "walillah qasada al-sabeel wa ma ja'ira wa law shaa'a lahadakum ajmaeen" jahan ja'ira, yaani muta'affir, yaani deviate karna, koi deviated rasta,</w:t>
      </w:r>
    </w:p>
    <w:p>
      <w:pPr>
        <w:jc w:val="right"/>
      </w:pPr>
      <w:r>
        <w:t>اسیکومیںکہہرہاہوںکہڈیبیٹ کر جبکیاانسان نے،تو دوبارہاسکو صراط مستقیمپرلاتےرہے۔ "وال لہ قصد السبیلوب نہ جائر ولو شاءلہداکماجمعین" جہاں جائر ،یعنی مت فرق ،یعنیڈیویٹکرنا،کوئیڈیویٹڈ راستہ،</w:t>
      </w:r>
    </w:p>
    <w:p>
      <w:r>
        <w:rPr>
          <w:b/>
        </w:rPr>
        <w:t xml:space="preserve">[10:58] </w:t>
      </w:r>
      <w:r>
        <w:t>derail hona, aur to aj bain, yaani agar chahta to sab ko isi raste par daal deta.</w:t>
      </w:r>
    </w:p>
    <w:p>
      <w:pPr>
        <w:jc w:val="right"/>
      </w:pPr>
      <w:r>
        <w:t>ڈیریلہونا، اور تو اج بین، یعنیاگر چاہتاتوسب کو اسیراستےپر ڈالدیتا۔</w:t>
      </w:r>
    </w:p>
    <w:p>
      <w:r>
        <w:rPr>
          <w:b/>
        </w:rPr>
        <w:t xml:space="preserve">[11:06] </w:t>
      </w:r>
      <w:r>
        <w:t>lekin aisa nahi kiya, Allah ne sab ko chhod diya, lekin saath saath woh usko manage karta raha.</w:t>
      </w:r>
    </w:p>
    <w:p>
      <w:pPr>
        <w:jc w:val="right"/>
      </w:pPr>
      <w:r>
        <w:t>لیکن ایسانہیںکیا،اللہ نےسبکوچھوڑدیا، لیکن ساتھ ساتھوہاسکو مینجکرتارہا۔</w:t>
      </w:r>
    </w:p>
    <w:p>
      <w:r>
        <w:rPr>
          <w:b/>
        </w:rPr>
        <w:t xml:space="preserve">[11:13] </w:t>
      </w:r>
      <w:r>
        <w:t>to pehle Allah ka mansooba yeh tha ke general basis par sab ko jannat mile, lekin jab insaan ne uska saboot nahi diya.</w:t>
      </w:r>
    </w:p>
    <w:p>
      <w:pPr>
        <w:jc w:val="right"/>
      </w:pPr>
      <w:r>
        <w:t>تو پہلے اللہ کا منصوبہیہتھا کہ جنرلبیسزپر سبکو جنتملے، لیکن جب انساننے اسکا ثبوتنہیںدیا۔</w:t>
      </w:r>
    </w:p>
    <w:p>
      <w:r>
        <w:rPr>
          <w:b/>
        </w:rPr>
        <w:t xml:space="preserve">[11:24] </w:t>
      </w:r>
      <w:r>
        <w:t>kyunki dekhein, jannat un logon ke liye hai jo poori tarah predictable ban chuke hon, jo poori tarah misuse of freedom se paak hon.</w:t>
      </w:r>
    </w:p>
    <w:p>
      <w:pPr>
        <w:jc w:val="right"/>
      </w:pPr>
      <w:r>
        <w:t>کیونکہدیکھیں،جنت انلوگوںکےلیےہے جو پوریطرح پریڈکٹیبلبنچکےہوں، جو پوریطرح مس یوزآففریڈمسےپاک ہوں۔</w:t>
      </w:r>
    </w:p>
    <w:p>
      <w:r>
        <w:rPr>
          <w:b/>
        </w:rPr>
        <w:t xml:space="preserve">[11:37] </w:t>
      </w:r>
      <w:r>
        <w:t>apni azadi se woh theek theek choice lete rahein, aise log jin mein jayenge.</w:t>
      </w:r>
    </w:p>
    <w:p>
      <w:pPr>
        <w:jc w:val="right"/>
      </w:pPr>
      <w:r>
        <w:t>اپنی آزادی سے وہ ٹھیکٹھیکچوائسلیتےرہیں،ایسےلوگ جنتمیںجائیںگے۔</w:t>
      </w:r>
    </w:p>
    <w:p>
      <w:r>
        <w:rPr>
          <w:b/>
        </w:rPr>
        <w:t xml:space="preserve">[11:43] </w:t>
      </w:r>
      <w:r>
        <w:t>ek hi cheez yaad rakhiye, apni azadi se, kyunke wahan poori azadi hogi jin mein, mukammal azadi.</w:t>
      </w:r>
    </w:p>
    <w:p>
      <w:pPr>
        <w:jc w:val="right"/>
      </w:pPr>
      <w:r>
        <w:t>ایکہی چیز یادرکھیے، اپنی آزادیسے، کیونکہوہاںپوریآزادیہوگیجنتمیں ، مک ملآز ادی۔</w:t>
      </w:r>
    </w:p>
    <w:p>
      <w:r>
        <w:rPr>
          <w:b/>
        </w:rPr>
        <w:t xml:space="preserve">[11:53] </w:t>
      </w:r>
      <w:r>
        <w:t>lekin log itne zyada self-restrained honge, itne zyada conscious honge, kabhi bhi wrong choice nahi lenge, woh hamesha right choice lenge.</w:t>
      </w:r>
    </w:p>
    <w:p>
      <w:pPr>
        <w:jc w:val="right"/>
      </w:pPr>
      <w:r>
        <w:t>لیکن لوگ اتنےزیادہ سیلفریسٹینہوںگے، اتنےزیادہ کانشیسہوںگے، کبھیبھی رونگ چوائسنہیںلیںگے،وہ ہمیشہرائٹچوائسلیںگے۔</w:t>
      </w:r>
    </w:p>
    <w:p>
      <w:r>
        <w:rPr>
          <w:b/>
        </w:rPr>
        <w:t xml:space="preserve">[12:05] </w:t>
      </w:r>
      <w:r>
        <w:t>toh jo statist mein poora utre, uske liye jannat hai.</w:t>
      </w:r>
    </w:p>
    <w:p>
      <w:pPr>
        <w:jc w:val="right"/>
      </w:pPr>
      <w:r>
        <w:t>توجو اسٹیسٹ میںپورااترے،اسکےلیےجنتہے۔</w:t>
      </w:r>
    </w:p>
    <w:p>
      <w:r>
        <w:rPr>
          <w:b/>
        </w:rPr>
        <w:t xml:space="preserve">[12:08] </w:t>
      </w:r>
      <w:r>
        <w:t>toh pehle Allah taala ne sabke liye jannat ka mauqa de diya tha, lekin jab insaan fail ho gaya toh ab yeh hua ke jo log test mein poore utre hain, unke liye jannat rahegi.</w:t>
      </w:r>
    </w:p>
    <w:p>
      <w:pPr>
        <w:jc w:val="right"/>
      </w:pPr>
      <w:r>
        <w:t>تو پہلے اللہ تعالیٰنے سبکےلیےجنت کا موقعدےدیاتھا، لیکن جب انسان فیل ہوگیاتواب یہہواکہجولوگ ٹیسٹ میںپورےاترےہیں،انکےلیےجنترہےگی۔</w:t>
      </w:r>
    </w:p>
    <w:p>
      <w:r>
        <w:rPr>
          <w:b/>
        </w:rPr>
        <w:t xml:space="preserve">[12:23] </w:t>
      </w:r>
      <w:r>
        <w:t>insaan ko is basis par is duniya mein rakha gaya. yeh duniya kya hai? yeh yeh selecting ground hai. ab insaan chal raha hai, chal raha hai, aur fard fard ka record likh rahe hain malaika.</w:t>
      </w:r>
    </w:p>
    <w:p>
      <w:pPr>
        <w:jc w:val="right"/>
      </w:pPr>
      <w:r>
        <w:t>انسلیکٹیوبیسزپر اسدنیا میںرکھاگیا۔ یہدنیا کیاہے؟یہ یہسلیکشنگراؤنڈہے۔ ابانسان چلرہاہے،چلرہاہے، اورفردفردکاریکارڈ لکھ رہےہیں ملائکہ ۔</w:t>
      </w:r>
    </w:p>
    <w:p>
      <w:r>
        <w:rPr>
          <w:b/>
        </w:rPr>
        <w:t xml:space="preserve">[12:38] </w:t>
      </w:r>
      <w:r>
        <w:t>phir kya hua? ke phir deviation hua, phir deviation hua, yani dheere dheere insaan jo hai, bajaye Khuda ki parastish ke, nature worship mein pad gaya.</w:t>
      </w:r>
    </w:p>
    <w:p>
      <w:pPr>
        <w:jc w:val="right"/>
      </w:pPr>
      <w:r>
        <w:t>پھرکیاہوا؟کہپھرڈیویایشنہوا، پھرڈیویایشنہوا ، یعنیدھیرےدھیرےانسانجوہے، بجائے خداکی پرستشکے، نیچرورشپمیںپڑگیا۔</w:t>
      </w:r>
    </w:p>
    <w:p>
      <w:r>
        <w:rPr>
          <w:b/>
        </w:rPr>
        <w:t xml:space="preserve">[12:49] </w:t>
      </w:r>
      <w:r>
        <w:t>jo jo Khuda toh dikhai nahi deta tha, lekin suraj dikhai deta tha, chand dikhai deta tha, pahad dikhai deta tha, samandar dikhai de rahe the, sitare dikhai de rahe the.</w:t>
      </w:r>
    </w:p>
    <w:p>
      <w:pPr>
        <w:jc w:val="right"/>
      </w:pPr>
      <w:r>
        <w:t>جو جو خدا تودکھائینہیںدیتاتھا، لیکن سورجدکھائیدیتاتھا، چانددکھائیدیتاتھا، پہاڑدکھائی دیتاتھا، سم ندر دکھائیدےرہےتھے، ستارےدکھائیدےرہےتھے۔</w:t>
      </w:r>
    </w:p>
    <w:p>
      <w:r>
        <w:rPr>
          <w:b/>
        </w:rPr>
        <w:t xml:space="preserve">[13:02] </w:t>
      </w:r>
      <w:r>
        <w:t>toh insaan ne kya kiya? nature worship mein pad gaya woh,</w:t>
      </w:r>
    </w:p>
    <w:p>
      <w:pPr>
        <w:jc w:val="right"/>
      </w:pPr>
      <w:r>
        <w:t>تو انسان نےکیا کیا ؟ نیچرورشپمیںپڑگیاوہ،</w:t>
      </w:r>
    </w:p>
    <w:p>
      <w:r>
        <w:rPr>
          <w:b/>
        </w:rPr>
        <w:t xml:space="preserve">[13:06] </w:t>
      </w:r>
      <w:r>
        <w:t>yani dikhai dene wali cheezon ko Khuda samajh liya usne. phir yeh itna bada, itna bada ke poori history mein chha gaya woh. poori history mein nature worship chha gayi.</w:t>
      </w:r>
    </w:p>
    <w:p>
      <w:pPr>
        <w:jc w:val="right"/>
      </w:pPr>
      <w:r>
        <w:t>یعنیدکھائی دینےوالیچیزوںکوخداسمجھلیااسنے۔ پھریہاتنابڑا،اتنابڑاکہپوریہسٹریمیںچھاگیاوہ۔ پوریہسٹریمیں نیچرورشپچھاگئی۔</w:t>
      </w:r>
    </w:p>
    <w:p>
      <w:r>
        <w:rPr>
          <w:b/>
        </w:rPr>
        <w:t xml:space="preserve">[13:18] </w:t>
      </w:r>
      <w:r>
        <w:t>yeh itna nahi hua, balkeh nature worship jo thi, us se ek aur burai shamil ho gayi.</w:t>
      </w:r>
    </w:p>
    <w:p>
      <w:pPr>
        <w:jc w:val="right"/>
      </w:pPr>
      <w:r>
        <w:t>یہاتناہینہیںہوا، بل کہ نیچرورشپ جو تھی، اس سےایک اور برائیشامل ہوگئی۔</w:t>
      </w:r>
    </w:p>
    <w:p>
      <w:r>
        <w:rPr>
          <w:b/>
        </w:rPr>
        <w:t xml:space="preserve">[13:26] </w:t>
      </w:r>
      <w:r>
        <w:t>woh thi despotic king kingship, jisko ke Henry Pren ne imperialism ka naam diya hai.</w:t>
      </w:r>
    </w:p>
    <w:p>
      <w:pPr>
        <w:jc w:val="right"/>
      </w:pPr>
      <w:r>
        <w:t>وہ تھی ڈیسپوٹککنگ کنگشپ، جسکو کہ ہنریپریننے ایمپیریل زم کانامدیا ہے۔</w:t>
      </w:r>
    </w:p>
    <w:p>
      <w:r>
        <w:rPr>
          <w:b/>
        </w:rPr>
        <w:t xml:space="preserve">[13:41] </w:t>
      </w:r>
      <w:r>
        <w:t>yani kuch log jo pehle qabail ke sardar hua karte the, phir woh raja nawab hue, phir woh badshah ban gaye, phir woh emperor ban gaye, despotic king.</w:t>
      </w:r>
    </w:p>
    <w:p>
      <w:pPr>
        <w:jc w:val="right"/>
      </w:pPr>
      <w:r>
        <w:t>یعنی کچھلوگ جو پہلے قابال کے سردارہواکرتے تھے، پھروہ راجہ نوابہوئے،پھروہ بادشاہبنگئے، پھروہ ایمپرربنگئے، ڈیسپوٹککنگ۔</w:t>
      </w:r>
    </w:p>
    <w:p>
      <w:r>
        <w:rPr>
          <w:b/>
        </w:rPr>
        <w:t xml:space="preserve">[13:54] </w:t>
      </w:r>
      <w:r>
        <w:t>toh ab yeh jo bane, jo emperor, unke liye bahut achha tha ke woh nature worship par logon ko rakhein aur usi bahane logon par control karein. woh toh freedom unhone abhal shukr diya.</w:t>
      </w:r>
    </w:p>
    <w:p>
      <w:pPr>
        <w:jc w:val="right"/>
      </w:pPr>
      <w:r>
        <w:t>تو اب یہجو بنے، جو ایمپرر، انکےلیےبہت اچھاتھاکہوہ نیچرورشپپرلوگوںکورکھیں اوراسیبہانےلوگوںپر کنٹرولکریں۔وہ تو فریڈمکوانہوںنے ابال شکردیا۔</w:t>
      </w:r>
    </w:p>
    <w:p>
      <w:r>
        <w:rPr>
          <w:b/>
        </w:rPr>
        <w:t xml:space="preserve">[14:10] </w:t>
      </w:r>
      <w:r>
        <w:t>jo state ki guideline hai, badshah ki guideline hai, isi par chalo, warna tum ko maar dalenge.</w:t>
      </w:r>
    </w:p>
    <w:p>
      <w:pPr>
        <w:jc w:val="right"/>
      </w:pPr>
      <w:r>
        <w:t>جو اسٹیٹکیجولائنہے، بادشاہکیجولائنہے،اسیپرچلو، ورنہتم کومارڈالیںگے۔</w:t>
      </w:r>
    </w:p>
    <w:p>
      <w:r>
        <w:rPr>
          <w:b/>
        </w:rPr>
        <w:t xml:space="preserve">[14:18] </w:t>
      </w:r>
      <w:r>
        <w:t>toh nature worship jo thi, usiko unhone istemal karke usiki bani ad par apni kingship qaim kar di. yahan tak ke imperialism jo hai, imperialism history mein continue karne laga,</w:t>
      </w:r>
    </w:p>
    <w:p>
      <w:pPr>
        <w:jc w:val="right"/>
      </w:pPr>
      <w:r>
        <w:t>تو نیچرور شپجوتھی، اسیکو انہوںنے استعمال کرکے اسیکیبنی ادپر اپنی کنگشپقائمکردی۔ یہاںتک کہ ایمپیریلزمجوہے، ایمپیریلزم ہسٹریمیں کنٹینیوکرنےلگا،</w:t>
      </w:r>
    </w:p>
    <w:p>
      <w:r>
        <w:rPr>
          <w:b/>
        </w:rPr>
        <w:t xml:space="preserve">[14:34] </w:t>
      </w:r>
      <w:r>
        <w:t>barabar continue kar raha hai history mein ke imperialism.</w:t>
      </w:r>
    </w:p>
    <w:p>
      <w:pPr>
        <w:jc w:val="right"/>
      </w:pPr>
      <w:r>
        <w:t>برابر کنٹینیوکررہاہےہسٹریمیں کہایمپیریلزم۔</w:t>
      </w:r>
    </w:p>
    <w:p>
      <w:r>
        <w:rPr>
          <w:b/>
        </w:rPr>
        <w:t xml:space="preserve">[14:39] </w:t>
      </w:r>
      <w:r>
        <w:t>isko main samajhta hoon ke jahan tak maine padha hai, kisi Muslim historian ne is raaz ko nahi jaana ke kya waqea hua Sahaba ke zaman mein.</w:t>
      </w:r>
    </w:p>
    <w:p>
      <w:pPr>
        <w:jc w:val="right"/>
      </w:pPr>
      <w:r>
        <w:t>اسکو میںسمجھتاہوںکہ جہاںتک میںنےپڑھاہے، کسی مسلمہسٹوریننےاسراتکونہیںجانا کہ کیا واقعہہوا صحابہکےزمان ےمیں۔</w:t>
      </w:r>
    </w:p>
    <w:p>
      <w:r>
        <w:rPr>
          <w:b/>
        </w:rPr>
        <w:t xml:space="preserve">[14:49] </w:t>
      </w:r>
      <w:r>
        <w:t>azeem waqea, usko main arz karunga.</w:t>
      </w:r>
    </w:p>
    <w:p>
      <w:pPr>
        <w:jc w:val="right"/>
      </w:pPr>
      <w:r>
        <w:t>عظیمواقع ہ، اسکومیںعرضکروںگا۔</w:t>
      </w:r>
    </w:p>
    <w:p>
      <w:r>
        <w:rPr>
          <w:b/>
        </w:rPr>
        <w:t xml:space="preserve">[14:53] </w:t>
      </w:r>
      <w:r>
        <w:t>toh jab yeh imperialism itna phail gaya, yani nature worship, jiska hum paate hain zikr Ibrahim ki zuban se, "Rab inna hazaa lan kathira" Rab inna hazaa lan kathira ka matlab yeh hai ke sari sari insaniyat nature ko poojne lagi.</w:t>
      </w:r>
    </w:p>
    <w:p>
      <w:pPr>
        <w:jc w:val="right"/>
      </w:pPr>
      <w:r>
        <w:t>تو جب یہ ایمپیریلزم اتناپھیلگیا، یعنینیچرشپ، جسکا ہم پاتےہیں ذکر ابراہیمکیزبان سے، "رب ان ہن ازلن کثیرا" رب انہنازلنکثیراکامطلبیہہےکہ ساری ساری انسانیت نیچرکوپوجنےلگی۔</w:t>
      </w:r>
    </w:p>
    <w:p>
      <w:r>
        <w:rPr>
          <w:b/>
        </w:rPr>
        <w:t xml:space="preserve">[15:16] </w:t>
      </w:r>
      <w:r>
        <w:t>jo cheez badi dikhai di, jo chamakdar dikhai di, bas usko poojne lagi. "Rab inna hazaa lan kathira" toh Hazrat Ibrahim, ab Hazrat Ibrahim tak yeh silsila jab pahancha toh phir Allah taala ne ek naya faisla liya.</w:t>
      </w:r>
    </w:p>
    <w:p>
      <w:pPr>
        <w:jc w:val="right"/>
      </w:pPr>
      <w:r>
        <w:t>جو چیزبڑیدکھائیدی،جو چمکداردکھائیدی، بساسکوپوجنےلگے۔ "رب انہنازلن کثیرا" تو حضرت ابراہیم، اب حضرتابراہیمتک یہسلسلہ جبپہنچا توپھراللہ تعالیٰنےایکنیافیصلہلیا۔</w:t>
      </w:r>
    </w:p>
    <w:p>
      <w:r>
        <w:rPr>
          <w:b/>
        </w:rPr>
        <w:t xml:space="preserve">[15:36] </w:t>
      </w:r>
      <w:r>
        <w:t>naya faisla liya, woh kya? ek nayi selection ki tayari. kyunke jo abad ilaqe the, abad ilaqe, har jagah toh wohi thi nature worship.</w:t>
      </w:r>
    </w:p>
    <w:p>
      <w:pPr>
        <w:jc w:val="right"/>
      </w:pPr>
      <w:r>
        <w:t>نیافیصلہلیا،وہکیا ؟ ایک نئینسلکیتیاری۔ کیونکہجو آباد علاق ےتھے، آباد علاق ے،ہرجگہتو وہیتھانی چرور شپ۔</w:t>
      </w:r>
    </w:p>
    <w:p>
      <w:r>
        <w:rPr>
          <w:b/>
        </w:rPr>
        <w:t xml:space="preserve">[15:49] </w:t>
      </w:r>
      <w:r>
        <w:t>har jagah nature worship.</w:t>
      </w:r>
    </w:p>
    <w:p>
      <w:pPr>
        <w:jc w:val="right"/>
      </w:pPr>
      <w:r>
        <w:t>ہرجگہ نیچرور شپ۔</w:t>
      </w:r>
    </w:p>
    <w:p>
      <w:r>
        <w:rPr>
          <w:b/>
        </w:rPr>
        <w:t xml:space="preserve">[15:55] </w:t>
      </w:r>
      <w:r>
        <w:t>main ek martaba gaya wahan Yemen, us waqt meri samajh mein aaya ke kyun log nature ko poojne lage.</w:t>
      </w:r>
    </w:p>
    <w:p>
      <w:pPr>
        <w:jc w:val="right"/>
      </w:pPr>
      <w:r>
        <w:t>میں ایکمرت بہگیاوہاں یمن، اسوقت میریسمجھمیںآیاکہکیوںلوگ نیچر کوپوجنےلگے۔</w:t>
      </w:r>
    </w:p>
    <w:p>
      <w:r>
        <w:rPr>
          <w:b/>
        </w:rPr>
        <w:t xml:space="preserve">[16:03] </w:t>
      </w:r>
      <w:r>
        <w:t>toh wahan ek desert hai, bilkul uske andar suraj ka mandir bana hua hai, pehle zamaney ka, purana, abhi tak maujood hai. woh toh woh qaum suraj ko poojti thi,</w:t>
      </w:r>
    </w:p>
    <w:p>
      <w:pPr>
        <w:jc w:val="right"/>
      </w:pPr>
      <w:r>
        <w:t>تووہاںایک ڈیزرٹہے،بالکل اسکےاندر سورجکا بتمندربناہواہے، پہلے زمان ےکا ،پر انا، ابھیتک موجود ہے۔وہ تووہ قوم سورجکوپوجتیتھی،</w:t>
      </w:r>
    </w:p>
    <w:p>
      <w:r>
        <w:rPr>
          <w:b/>
        </w:rPr>
        <w:t xml:space="preserve">[16:18] </w:t>
      </w:r>
      <w:r>
        <w:t>jaisa quran mein bhi zikr hai us ka ke woh suraj ko poojte hain.</w:t>
      </w:r>
    </w:p>
    <w:p>
      <w:pPr>
        <w:jc w:val="right"/>
      </w:pPr>
      <w:r>
        <w:t>جیساقرآنمیںبھیذکرہےاسکاکہوہسورجکوپوجتےہیں۔</w:t>
      </w:r>
    </w:p>
    <w:p>
      <w:r>
        <w:rPr>
          <w:b/>
        </w:rPr>
        <w:t xml:space="preserve">[16:21] </w:t>
      </w:r>
      <w:r>
        <w:t>to is desert mein jab mein gaya wahan, aap ne agar kabhi dekha ho, desert mein suraj ko ek ajeeb , bohat hi, yani muhib manzar hota hai, yani terrible scene hota hai. terrible scene</w:t>
      </w:r>
    </w:p>
    <w:p>
      <w:pPr>
        <w:jc w:val="right"/>
      </w:pPr>
      <w:r>
        <w:t>تو اس ڈیزرٹمیں جب میں گیا وہاں، آپ نےاگر کبھیدیکھا ہو،ڈیزرٹمیںسورجکو ایک عجیب ،بہت ہی، یعنی محیبمنظرہوتاہے، یعنیٹریبل شینہوتاہے۔ٹریبل شین</w:t>
      </w:r>
    </w:p>
    <w:p>
      <w:r>
        <w:rPr>
          <w:b/>
        </w:rPr>
        <w:t xml:space="preserve">[16:38] </w:t>
      </w:r>
      <w:r>
        <w:t>ke jo light light as-roshni reflect karti hai desert mein.</w:t>
      </w:r>
    </w:p>
    <w:p>
      <w:pPr>
        <w:jc w:val="right"/>
      </w:pPr>
      <w:r>
        <w:t>کہ جو لیفٹلیفٹاسکیروشنیریفلیکٹکرتیہے ڈیزرٹمیں۔</w:t>
      </w:r>
    </w:p>
    <w:p>
      <w:r>
        <w:rPr>
          <w:b/>
        </w:rPr>
        <w:t xml:space="preserve">[16:43] </w:t>
      </w:r>
      <w:r>
        <w:t>ek taraf ooper pollution agar na ho , ooper pollution na ho, neeche desert ho to suraj ka jo scene hai, bohat terrible scene hota hai.</w:t>
      </w:r>
    </w:p>
    <w:p>
      <w:pPr>
        <w:jc w:val="right"/>
      </w:pPr>
      <w:r>
        <w:t>ایک طرف اوپر پولیوشناگرنہہو ، اوپر پولیوشننہہو،نیچےڈیزرٹہو تو سورجکاجو سین ہے، بہت ٹریبیسینہوتاہے۔</w:t>
      </w:r>
    </w:p>
    <w:p>
      <w:r>
        <w:rPr>
          <w:b/>
        </w:rPr>
        <w:t xml:space="preserve">[16:54] </w:t>
      </w:r>
      <w:r>
        <w:t>bilkul ek aadmi, yani dala uthe, woh jo quran mein hai ke "inhum alladheena dhakarallah waj la qulubuhum" to waj la qulub, woh suraj ko dekhne laga. inko wahan yeh mujhe khud mujh par ek tajurba guzra.</w:t>
      </w:r>
    </w:p>
    <w:p>
      <w:pPr>
        <w:jc w:val="right"/>
      </w:pPr>
      <w:r>
        <w:t>بالکل ایک آدمی، یعنیدالاٹھے، وہجو قرآنمیںہےکہ "إنهم الذ ين ذكرالله وج لتقلوبهم" تو وجلتقلوب،وہسورجکودیکھنے لگا۔انکووہاں یہ مجھےخود مجھپرایکتجربہگزرا۔</w:t>
      </w:r>
    </w:p>
    <w:p>
      <w:r>
        <w:rPr>
          <w:b/>
        </w:rPr>
        <w:t xml:space="preserve">[17:14] </w:t>
      </w:r>
      <w:r>
        <w:t>is se pehle mein sun nahi paya tha, jo desert mein khare ho kar ke maine dekha suraj ko to samajh mein aaya ke insaan ne kyun poojna shuru kar diya suraj ko .</w:t>
      </w:r>
    </w:p>
    <w:p>
      <w:pPr>
        <w:jc w:val="right"/>
      </w:pPr>
      <w:r>
        <w:t>اسسےپہلے میںسن نہیںپایاتھا، جو ڈیزرٹمیںکھڑاہوکرکےمیںنےدیکھا سورجکو تو سمجھمیںآیاکہانساننےکیوں پوجناشروعکردیا سورجکو ۔</w:t>
      </w:r>
    </w:p>
    <w:p>
      <w:r>
        <w:rPr>
          <w:b/>
        </w:rPr>
        <w:t xml:space="preserve">[17:24] </w:t>
      </w:r>
      <w:r>
        <w:t>yeh to science ka kar nama hai ke is ne sabit kiya ke suraj devta nahi hai, suraj sirf ek meter ka majmooa hai. science se pehle, yani telescope banni se pehle,</w:t>
      </w:r>
    </w:p>
    <w:p>
      <w:pPr>
        <w:jc w:val="right"/>
      </w:pPr>
      <w:r>
        <w:t>یہتو سائنسکاکارنامہہےکہاسنےثابت کیا کہ سورجدیوتانہیںہے، سورج صرفایکمیٹر کامجموع ہہے۔ سائنسسےپہلے، یعنی ٹیلیسکوپبننےسےپہلے،</w:t>
      </w:r>
    </w:p>
    <w:p>
      <w:r>
        <w:rPr>
          <w:b/>
        </w:rPr>
        <w:t xml:space="preserve">[17:39] </w:t>
      </w:r>
      <w:r>
        <w:t>kisi ko pata nahi tha ke suraj hai kya.</w:t>
      </w:r>
    </w:p>
    <w:p>
      <w:pPr>
        <w:jc w:val="right"/>
      </w:pPr>
      <w:r>
        <w:t>کسی کوپتہنہیںتھاکہسورجہےکیا۔</w:t>
      </w:r>
    </w:p>
    <w:p>
      <w:r>
        <w:rPr>
          <w:b/>
        </w:rPr>
        <w:t xml:space="preserve">[17:42] </w:t>
      </w:r>
      <w:r>
        <w:t>to khair, yeh jo nature worship jari hua to woh is is is ki sarparasti king karne lage.</w:t>
      </w:r>
    </w:p>
    <w:p>
      <w:pPr>
        <w:jc w:val="right"/>
      </w:pPr>
      <w:r>
        <w:t>تو خیر، یہجو نیچرورشپ جاریہوا تو وہ اس اس اسکی سرپر ستی کنگکرنےلگے۔</w:t>
      </w:r>
    </w:p>
    <w:p>
      <w:r>
        <w:rPr>
          <w:b/>
        </w:rPr>
        <w:t xml:space="preserve">[17:52] </w:t>
      </w:r>
      <w:r>
        <w:t>king, jis tarah hamari government democracy ki sarparasti karti hai, freedom ki sarparasti karti hai, kyun ke isi par in ki hukoomat qaim hai.</w:t>
      </w:r>
    </w:p>
    <w:p>
      <w:pPr>
        <w:jc w:val="right"/>
      </w:pPr>
      <w:r>
        <w:t>کنگ، جسطرحہماری گورنمنٹ ڈیموکریسی کیسرپرستیکرتیہے، فریڈم کی سرپرستیکرتیہے،کیونکہاسیپر انکیحکومت قائمہے۔</w:t>
      </w:r>
    </w:p>
    <w:p>
      <w:r>
        <w:rPr>
          <w:b/>
        </w:rPr>
        <w:t xml:space="preserve">[18:05] </w:t>
      </w:r>
      <w:r>
        <w:t>aaj ki hukoomat mein, chahe europe ho ya america ho ya india ho , woh democracy ki sarparasti karti hain, kyun ke isi par to in ki hukoomat qaim hai.</w:t>
      </w:r>
    </w:p>
    <w:p>
      <w:pPr>
        <w:jc w:val="right"/>
      </w:pPr>
      <w:r>
        <w:t>آجکیحکومت یں،چاہے یورپہویاامریکہہویاانڈیاہو ، وہ ڈیموکریسیکی سرپرستیکرتیہیں، کیونکہاسیاسیپرتوانکیحکومت قائمہے۔</w:t>
      </w:r>
    </w:p>
    <w:p>
      <w:r>
        <w:rPr>
          <w:b/>
        </w:rPr>
        <w:t xml:space="preserve">[18:17] </w:t>
      </w:r>
      <w:r>
        <w:t>isi par hukoomat qaim hai. to nature worship jo thi, isi par in ki hukoomat mein qaim thi. to is ke sarparast ban gaye woh, jis ne bola is ke khilaf, us ko soli pe charha diya.</w:t>
      </w:r>
    </w:p>
    <w:p>
      <w:pPr>
        <w:jc w:val="right"/>
      </w:pPr>
      <w:r>
        <w:t>اسیپرحکومت قائمہے۔ تو نیچرورشپجوتھی،اسیپر انکیحکومت یںقائمتھیں۔تو اسکےسرپرستبنگئےوہ، جس نے بولااسکےخلاف، اسکو سولیپہچڑھادیا۔</w:t>
      </w:r>
    </w:p>
    <w:p>
      <w:r>
        <w:rPr>
          <w:b/>
        </w:rPr>
        <w:t xml:space="preserve">[18:31] </w:t>
      </w:r>
      <w:r>
        <w:t>jo quran mein ishara is ki taraf hai "wa ma naqam minhum illa ayub billah al aziz al hameed" yani sirf yeh kehne par ke khuda suraj khuda nahi hai, khuda to allah ta'ala hai, suraj khuda nahi hai, khuda to allah ta'ala hai. isi par unho ne in ko qatl kar diya,</w:t>
      </w:r>
    </w:p>
    <w:p>
      <w:pPr>
        <w:jc w:val="right"/>
      </w:pPr>
      <w:r>
        <w:t>جوقرآنمیںاشار ہاسکیطرف ہے "ومانقم منہم الا ایوب باللہ العزیزالحمید" یعنیصرفیہکہنےپر کہ خدا سورجخدانہیں ہے، خداتو اللہ تعالیٰہے، سورجخدانہیںہے،خداتواللہتعالیٰہے۔اسیپرانہوںنے انکو قتلکردیا،</w:t>
      </w:r>
    </w:p>
    <w:p>
      <w:r>
        <w:rPr>
          <w:b/>
        </w:rPr>
        <w:t xml:space="preserve">[18:50] </w:t>
      </w:r>
      <w:r>
        <w:t>kyun ke isi par in ka , in ki, in ki basis thi, in ki political basis thi. woh</w:t>
      </w:r>
    </w:p>
    <w:p>
      <w:pPr>
        <w:jc w:val="right"/>
      </w:pPr>
      <w:r>
        <w:t>کیونکہ اسیپر انکا ،انکی،انکی بیستھی،انکیپولیٹیکلبیستھی۔وہ</w:t>
      </w:r>
    </w:p>
    <w:p>
      <w:r>
        <w:rPr>
          <w:b/>
        </w:rPr>
        <w:t xml:space="preserve">[18:56] </w:t>
      </w:r>
      <w:r>
        <w:t>jis tarah aaj democracy political basis hai, aisi us waqt nature worship political basis thi. to kingship poori history mein continue karne lagi, yani silsila qaim ho gaya, badshahon ka nizam ka silsila qaim ho gaya.</w:t>
      </w:r>
    </w:p>
    <w:p>
      <w:pPr>
        <w:jc w:val="right"/>
      </w:pPr>
      <w:r>
        <w:t>جسطرحآجڈیموکریسیپولیٹیکلبیسہے، ایسی اسوقت نیچرورشپ پولیٹیکلبیستھی۔ تو کنگشپ پوریہسٹریمیںکنٹینیوکرنےلگی،یعنیتسلسلقائمہوگیا، بادشاہینظامکاتسلسلقائمہوگیا۔</w:t>
      </w:r>
    </w:p>
    <w:p>
      <w:r>
        <w:rPr>
          <w:b/>
        </w:rPr>
        <w:t xml:space="preserve">[19:11] </w:t>
      </w:r>
      <w:r>
        <w:t>ab is ko kaun tode? to is ko todne ke liye bohat hi strong team darkar thi. yahi team hai jo hajra ke zariye banayi gayi ,</w:t>
      </w:r>
    </w:p>
    <w:p>
      <w:pPr>
        <w:jc w:val="right"/>
      </w:pPr>
      <w:r>
        <w:t>اباسکوکونتوڑے؟ تواسکو توڑنےکےلیےبہت ہیسٹرانگ ٹیم درکار تھی۔ یہیٹیم ہےجو ہاجرہکےذریعےبنائیگئی ،</w:t>
      </w:r>
    </w:p>
    <w:p>
      <w:r>
        <w:rPr>
          <w:b/>
        </w:rPr>
        <w:t xml:space="preserve">[19:24] </w:t>
      </w:r>
      <w:r>
        <w:t>sehra mein banu ismail jin ko hum kehte hain. yeh bohat zabardast strong log darkar the jo is silsile ko todein, is continueity ko todein.</w:t>
      </w:r>
    </w:p>
    <w:p>
      <w:pPr>
        <w:jc w:val="right"/>
      </w:pPr>
      <w:r>
        <w:t>صحرامیں بنواسماعیلجنکوہمکہتےہیں۔ یہبہت زبرد ست سٹرانگ لوگ درکار تھےجو اس استسلسلکوتوڑیں، اس کنٹینیوٹیکوتوڑیں۔</w:t>
      </w:r>
    </w:p>
    <w:p>
      <w:r>
        <w:rPr>
          <w:b/>
        </w:rPr>
        <w:t xml:space="preserve">[19:38] </w:t>
      </w:r>
      <w:r>
        <w:t>to yeh log tayyar hue, is ko ke ek masih ne "ani shanaf heeroz" kaha hai. yeh heeron ki ek qom thi. yeh phir isi par sulah paida hui hai, unho ne munazzam kiya aur sahaba ki jamaat bani .</w:t>
      </w:r>
    </w:p>
    <w:p>
      <w:pPr>
        <w:jc w:val="right"/>
      </w:pPr>
      <w:r>
        <w:t>تو یہلوگ تیار ہوئے،اسکو کہایک مسیحنے "انی شنآفہیروز"کہاہے۔ یہ ہیروںکیایکقومتھی۔یہ پھر اسی پرصلحپیدا ہوئی ہے، انہوںنے من ظمکیا اورصحابہکیجماعتبنی ۔</w:t>
      </w:r>
    </w:p>
    <w:p>
      <w:r>
        <w:rPr>
          <w:b/>
        </w:rPr>
        <w:t xml:space="preserve">[19:53] </w:t>
      </w:r>
      <w:r>
        <w:t>aur unho ne kya kiya ke pehle arab mein jo sardaron ka babylon nizam tha, woh bhi nature worship thi, us ko toda.</w:t>
      </w:r>
    </w:p>
    <w:p>
      <w:pPr>
        <w:jc w:val="right"/>
      </w:pPr>
      <w:r>
        <w:t>اور انہوں نے کیا کیا کہ پہلے عرب میں جو سرداروںکا ببلینظامتھا،وہبھینیچرورشپتھی،اسکوتوڑا۔</w:t>
      </w:r>
    </w:p>
    <w:p>
      <w:r>
        <w:rPr>
          <w:b/>
        </w:rPr>
        <w:t xml:space="preserve">[20:03] </w:t>
      </w:r>
      <w:r>
        <w:t>phir jo us waqt ke do bare patron the, roman empire aur sasani empire, jo in ki hukoomat mein phaili hui thi arab ki sarhad tak, to in dono se takrao pesh aaya. in ka roman empire ka se sasani empire se.</w:t>
      </w:r>
    </w:p>
    <w:p>
      <w:pPr>
        <w:jc w:val="right"/>
      </w:pPr>
      <w:r>
        <w:t>پھرجو اس وقت کے دوبڑے پیٹرنتھے، رومن ایمپائر اور ساسانیایمپائر، جو انکی حکومت یںپھیلیہوئیتھیں عربکیسرحدتک، تو اندونوںسےٹکراؤپیشآیا۔انکا رومنایمپائرکا سے ساسانیایمپائرسے۔</w:t>
      </w:r>
    </w:p>
    <w:p>
      <w:r>
        <w:rPr>
          <w:b/>
        </w:rPr>
        <w:t xml:space="preserve">[20:22] </w:t>
      </w:r>
      <w:r>
        <w:t>bible mein is ko kaha gaya hai ke bible mein bohat zabardast lafz is ke liye hai: "ab de chattanen reza reza ho gayin".</w:t>
      </w:r>
    </w:p>
    <w:p>
      <w:pPr>
        <w:jc w:val="right"/>
      </w:pPr>
      <w:r>
        <w:t>بائبلمیںاسکوکہاگیاہےکہ بائبلمیں بہت زبرد ست لفظاسکےلیےہے: "اب دی چٹانیں ریزہریزہہوگئیں"۔</w:t>
      </w:r>
    </w:p>
    <w:p>
      <w:r>
        <w:rPr>
          <w:b/>
        </w:rPr>
        <w:t xml:space="preserve">[20:33] </w:t>
      </w:r>
      <w:r>
        <w:t>yeh abadi chattanen thi, yeh imperialism. to bible mein is ke liye lafz hai ke rasool allah ki peshangooyi ke baad, aur wahan sahaba ki , yani abhi bhi bible mein aise alfaaz hain jo rasool allah ki aur sahaba ki phir peshangooyi nikalti hai. is se to un ke logon ne inhi ki baray mein bible mein hai ke in ka ek kar nama hoga ke abadi chattanen reza reza kar dengi. woh log to</w:t>
      </w:r>
    </w:p>
    <w:p>
      <w:pPr>
        <w:jc w:val="right"/>
      </w:pPr>
      <w:r>
        <w:t>یہ ابدیچٹانیںتھیں،یہ ایمپیریلزم۔ تو بائبلمیںاسکےلیےلفظہےکہ رسولاللہ کیپیش نگوئیکےبعد، اور وہاں صحابہکی ،یعنیابھیبھیبائبلمیںایسےالفاظہیںجورسولاللہ کی اور صحابہکی پھرپیش نگوئی نکلتیہے۔اسسے تو انکےلوگوںنے انہیانہیکےبارےمیں بائبلمیںہےکہانکاایککارنامہہوگا کہ ابدی چٹانیںریزہریزہکردیںگے۔وہلوگ تو</w:t>
      </w:r>
    </w:p>
    <w:p>
      <w:r>
        <w:rPr>
          <w:b/>
        </w:rPr>
        <w:t xml:space="preserve">[21:02] </w:t>
      </w:r>
      <w:r>
        <w:t>yeh bohat lambi kahani hai, yani saada taur par nahi hua. is ke liye bohat zabardast tareeqe se allah ne manage kiya. isi mein se ek baat yeh hai ke rasool allah ke zamanay mein, is is ahd mein,</w:t>
      </w:r>
    </w:p>
    <w:p>
      <w:pPr>
        <w:jc w:val="right"/>
      </w:pPr>
      <w:r>
        <w:t>یہبہت لمبیکہانیہے،یعنی سادہطورپرنہیںہوا۔ اسکےلیے بہت زبردستطریقےسےاللہنےمی نجکیا۔ اسیمیںسےایکباتیہہے کہ رسولاللہ کےزمان ےمیں، اس اس عہدمیں،</w:t>
      </w:r>
    </w:p>
    <w:p>
      <w:r>
        <w:rPr>
          <w:b/>
        </w:rPr>
        <w:t xml:space="preserve">[21:17] </w:t>
      </w:r>
      <w:r>
        <w:t>roman empire aur sasani empire ko aap mein takra diya. allah ta'ala ne bohat zabardast ladai dono mein hui . ek baar unho ne in ko halak kiya, ek baar unho ne in ko halak kiya.</w:t>
      </w:r>
    </w:p>
    <w:p>
      <w:pPr>
        <w:jc w:val="right"/>
      </w:pPr>
      <w:r>
        <w:t>روم نایمپائراورساسانیایمپائرکوآپسمیںٹکرادیا۔اللہتعالیٰنے بہت زبردستلڑائیدونوںمیںہوئی ۔ ایکبار انہوںنےانکو ہلاککیا،ایکبارانہوں نےانکوہلاککیا۔</w:t>
      </w:r>
    </w:p>
    <w:p>
      <w:r>
        <w:rPr>
          <w:b/>
        </w:rPr>
        <w:t xml:space="preserve">[21:28] </w:t>
      </w:r>
      <w:r>
        <w:t>to dono kamzor ho gaye.</w:t>
      </w:r>
    </w:p>
    <w:p>
      <w:pPr>
        <w:jc w:val="right"/>
      </w:pPr>
      <w:r>
        <w:t>تو دونوں کمزورہوگئے۔</w:t>
      </w:r>
    </w:p>
    <w:p>
      <w:r>
        <w:rPr>
          <w:b/>
        </w:rPr>
        <w:t xml:space="preserve">[21:32] </w:t>
      </w:r>
      <w:r>
        <w:t>isiliye ek maseeh ne likha hai ke room naye empire, sasani empire, us waqt deimak zada lakri thay. is mein sahaba is tarah ghuse jaise deimak zada lakri mein koi keel thokar ghusti chali jaye. woh yeh halat unki ho gayi thi aapas mein ladai ki wajah se.</w:t>
      </w:r>
    </w:p>
    <w:p>
      <w:pPr>
        <w:jc w:val="right"/>
      </w:pPr>
      <w:r>
        <w:t>اسیلیےایکمسیح نےلکھاہے کہ روم نایمپائر،ساسانیایمپائر،اسوقت دیمکزدہلکڑیتھے۔ اسمیں صحابہاسطرحگھسے جیسےدیمک زدہلکڑیمیںکوئیکیلٹھوکرگھستیچلیجائے۔وہ یہحالتانکیہوگئیتھیآپسمیںلڑائیکیوجہ سے۔</w:t>
      </w:r>
    </w:p>
    <w:p>
      <w:r>
        <w:rPr>
          <w:b/>
        </w:rPr>
        <w:t xml:space="preserve">[21:49] </w:t>
      </w:r>
      <w:r>
        <w:t>is tarah ki bohat si cheezein hain, jisko mein kehta hoon munj kiya. Allah ta'ala ne to munj karke isko tod diya, aur ek naya daur shuru hua tareekh mein.</w:t>
      </w:r>
    </w:p>
    <w:p>
      <w:pPr>
        <w:jc w:val="right"/>
      </w:pPr>
      <w:r>
        <w:t>اس طرحکیبہت سیچیزیںہیں ،جسکومیںکہتاہوںمینجکیا۔اللہتعالیٰنے تو مینجکرکے اسکو توڑدیا، اور ایک نیا دور شروعہوا تاریخ میں۔</w:t>
      </w:r>
    </w:p>
    <w:p>
      <w:r>
        <w:rPr>
          <w:b/>
        </w:rPr>
        <w:t xml:space="preserve">[22:01] </w:t>
      </w:r>
      <w:r>
        <w:t>is baat ko mere ilm ke mutabiq sirf ek hi shakhs ne achhi tarah qabz pakda, woh hai Henry Preven, France ka. Muslim murakhin to is se bekhabar hain ke kya waqea pesh aaya,</w:t>
      </w:r>
    </w:p>
    <w:p>
      <w:pPr>
        <w:jc w:val="right"/>
      </w:pPr>
      <w:r>
        <w:t>اس باتکو میرےعلم کےمطابق صرفایکہیشخص نےاچھیطرح گرفت پکڑا، وہہے ہنریپرین،فرانس کا ۔مسلم مورخینتواسسےبےخبرہیں کہکیا واقعہپیش آیا،</w:t>
      </w:r>
    </w:p>
    <w:p>
      <w:r>
        <w:rPr>
          <w:b/>
        </w:rPr>
        <w:t xml:space="preserve">[22:16] </w:t>
      </w:r>
      <w:r>
        <w:t>yani sahaba ke zariye kya waqea pesh aaya ke tareekh ka silsila tod diya. sahaba ne,</w:t>
      </w:r>
    </w:p>
    <w:p>
      <w:pPr>
        <w:jc w:val="right"/>
      </w:pPr>
      <w:r>
        <w:t>یعنی صحابہکےذریعےکیاواقعہپیش آیا کہ تاریخ کاتسلسلتوڑدیا۔صحابہنے،</w:t>
      </w:r>
    </w:p>
    <w:p>
      <w:r>
        <w:rPr>
          <w:b/>
        </w:rPr>
        <w:t xml:space="preserve">[22:24] </w:t>
      </w:r>
      <w:r>
        <w:t>yani badshahat ek silsila ban gayi thi tareekh mein, jo nature worship ya jisko hum mushrik kehte hain, us ka sarparast bani hui thi.</w:t>
      </w:r>
    </w:p>
    <w:p>
      <w:pPr>
        <w:jc w:val="right"/>
      </w:pPr>
      <w:r>
        <w:t>یعنی بادشاہت ایکتسلسل بنگئیتھیتاریخ میں، جو نیچرور شپ یا جسکوہمشرککہتےہیں، اسکیسرپرستبنیہوئیتھی۔</w:t>
      </w:r>
    </w:p>
    <w:p>
      <w:r>
        <w:rPr>
          <w:b/>
        </w:rPr>
        <w:t xml:space="preserve">[22:33] </w:t>
      </w:r>
      <w:r>
        <w:t>iska silsila tod diya.</w:t>
      </w:r>
    </w:p>
    <w:p>
      <w:pPr>
        <w:jc w:val="right"/>
      </w:pPr>
      <w:r>
        <w:t>اسکا تسلسلتوڑدیا۔</w:t>
      </w:r>
    </w:p>
    <w:p>
      <w:r>
        <w:rPr>
          <w:b/>
        </w:rPr>
        <w:t xml:space="preserve">[22:42] </w:t>
      </w:r>
      <w:r>
        <w:t>isko todna aasan nahi tha. unhone apni jaan ko jaan jaan nahi samjha, sab kuch fida kar diya,</w:t>
      </w:r>
    </w:p>
    <w:p>
      <w:pPr>
        <w:jc w:val="right"/>
      </w:pPr>
      <w:r>
        <w:t>اسکو توڑناآساننہیںتھا۔ انہوںنے اپنی جانکو جان جان نہیںسمجھا، سبکچھفداکردیا،</w:t>
      </w:r>
    </w:p>
    <w:p>
      <w:r>
        <w:rPr>
          <w:b/>
        </w:rPr>
        <w:t xml:space="preserve">[22:55] </w:t>
      </w:r>
      <w:r>
        <w:t>yani hathi'on ki fauj ke aage jaake khade ho gaye. iski kahani bohat lambi hai, iski detail mein mein nahi ja raha hoon, lekin mein is jumle ko naqal karta hoon, kehna chahta hoon jo Henry Preven ne likha hai.</w:t>
      </w:r>
    </w:p>
    <w:p>
      <w:pPr>
        <w:jc w:val="right"/>
      </w:pPr>
      <w:r>
        <w:t>یعنیہاتھیوںکیفوجکےآگےجاکےکھڑےہوگئے۔ اسکیکہانیبہت لمبیہے، اسکی ڈیٹیلمیںمیںنہیںجارہاہوں، لیکن میں اسجملےکونقلکرتاہوں، کہناچاہتاہوںجو ہنریپریننےلکھاہے۔</w:t>
      </w:r>
    </w:p>
    <w:p>
      <w:r>
        <w:rPr>
          <w:b/>
        </w:rPr>
        <w:t xml:space="preserve">[23:13] </w:t>
      </w:r>
      <w:r>
        <w:t>ek bohat hi zabardast jumla ke "Islam change the course of human history".</w:t>
      </w:r>
    </w:p>
    <w:p>
      <w:pPr>
        <w:jc w:val="right"/>
      </w:pPr>
      <w:r>
        <w:t>ایک بہت ہی زبردستجملہ کہ" اسلام چینج دا کورس آف ہیومنہسٹری"۔</w:t>
      </w:r>
    </w:p>
    <w:p>
      <w:r>
        <w:rPr>
          <w:b/>
        </w:rPr>
        <w:t xml:space="preserve">[23:25] </w:t>
      </w:r>
      <w:r>
        <w:t>"Islam changed the course of human history". "The traditional order of history was overthrown". "The traditional order of history was overthrown".</w:t>
      </w:r>
    </w:p>
    <w:p>
      <w:pPr>
        <w:jc w:val="right"/>
      </w:pPr>
      <w:r>
        <w:t>"اسلام چینجداکورسآفہیومنہسٹری" ۔ "دا ٹریڈیشنلآرڈرآفہسٹریوازاوورتھرون"۔ "داٹریڈیشنلآرڈرآفہسٹریوازاوورتھرون"۔</w:t>
      </w:r>
    </w:p>
    <w:p>
      <w:r>
        <w:rPr>
          <w:b/>
        </w:rPr>
        <w:t xml:space="preserve">[23:35] </w:t>
      </w:r>
      <w:r>
        <w:t>isko isne naam diya hai "absolute imperialism". Henry Preven ne isko naam diya hai "absolute imperialism" keh history mein absolute imperialism qaim ho gaya tha.</w:t>
      </w:r>
    </w:p>
    <w:p>
      <w:pPr>
        <w:jc w:val="right"/>
      </w:pPr>
      <w:r>
        <w:t>اسکواسنےنامدیا ہے" ایبسولیوٹ ایمپیریلزم"۔ ہنریپریننےاسکونامدیاہے"ایبسولیوٹ ایمپیریلزم" کہہسٹریمیں ایبسولیوٹ ایمپیریلزمقائمہوگیاتھا۔</w:t>
      </w:r>
    </w:p>
    <w:p>
      <w:r>
        <w:rPr>
          <w:b/>
        </w:rPr>
        <w:t xml:space="preserve">[23:49] </w:t>
      </w:r>
      <w:r>
        <w:t>koi tod nahi paata tha is</w:t>
      </w:r>
    </w:p>
    <w:p>
      <w:pPr>
        <w:jc w:val="right"/>
      </w:pPr>
      <w:r>
        <w:t>کوئیتوڑنہیںپاتاتھااس</w:t>
      </w:r>
    </w:p>
    <w:p>
      <w:r>
        <w:rPr>
          <w:b/>
        </w:rPr>
        <w:t xml:space="preserve">[23:51] </w:t>
      </w:r>
      <w:r>
        <w:t>ko. to sahaba is ke liye, yani apni jaanon ko</w:t>
      </w:r>
    </w:p>
    <w:p>
      <w:pPr>
        <w:jc w:val="right"/>
      </w:pPr>
      <w:r>
        <w:t>کو ۔ تو صحابہاسکےلیے ،یعنی اپنی جانوںکو</w:t>
      </w:r>
    </w:p>
    <w:p>
      <w:r>
        <w:rPr>
          <w:b/>
        </w:rPr>
        <w:t xml:space="preserve">[24:00] </w:t>
      </w:r>
      <w:r>
        <w:t>be qeemat kar diya, apni jaanon ko be qeemat kar diya. iski lambi kahani hai. to yeh silsila toota, daur badshahat khatam hua.</w:t>
      </w:r>
    </w:p>
    <w:p>
      <w:pPr>
        <w:jc w:val="right"/>
      </w:pPr>
      <w:r>
        <w:t>بےقیمتکردیا، اپنی جانوںکوبےقیمتکردیا۔ اسکیلمبیکہانیہے۔ تو یہتسلسلٹوٹا، دور بادشاہتختمہوا۔</w:t>
      </w:r>
    </w:p>
    <w:p>
      <w:r>
        <w:rPr>
          <w:b/>
        </w:rPr>
        <w:t xml:space="preserve">[24:15] </w:t>
      </w:r>
      <w:r>
        <w:t>iska matlab kya hai?</w:t>
      </w:r>
    </w:p>
    <w:p>
      <w:pPr>
        <w:jc w:val="right"/>
      </w:pPr>
      <w:r>
        <w:t>اسکامطلبکیا ہے؟</w:t>
      </w:r>
    </w:p>
    <w:p>
      <w:r>
        <w:rPr>
          <w:b/>
        </w:rPr>
        <w:t xml:space="preserve">[24:17] </w:t>
      </w:r>
      <w:r>
        <w:t>iska zikr hai Quran ki is ayat mein "wa qatiloo hatta la takuna fitna wa yakuna ad deenu lillah". yeh fitna woh hai, wohi cheez hai imperialism.</w:t>
      </w:r>
    </w:p>
    <w:p>
      <w:pPr>
        <w:jc w:val="right"/>
      </w:pPr>
      <w:r>
        <w:t>اسیکاذکرہےقرآنکیاسآیتمیں "وقاتلو حتى لاتكون فتنہ ویکونالدینکل للہ"۔یہفتنہجوہے،وہیچیزہے ایمپیریلزم۔</w:t>
      </w:r>
    </w:p>
    <w:p>
      <w:r>
        <w:rPr>
          <w:b/>
        </w:rPr>
        <w:t xml:space="preserve">[24:28] </w:t>
      </w:r>
      <w:r>
        <w:t>isko samajh nahi paate log. sirf Henry Preven ne samjha is raaz ko. yeh fitna woh hai, fitna, is se murad hai wohi jisko Henry Preven kehta hai "absolute imperialism".</w:t>
      </w:r>
    </w:p>
    <w:p>
      <w:pPr>
        <w:jc w:val="right"/>
      </w:pPr>
      <w:r>
        <w:t>اسکوسمجھنہیںپاتےلوگ۔ صرف ہنریپریننےسمجھااسرازکو ۔ یہفتنہجوہے، فتنہ ،اسسےمرادہےوہی جسکو ہنریپرینکہتاہے "ایبسولیوٹ ایمپیریلزم"۔</w:t>
      </w:r>
    </w:p>
    <w:p>
      <w:r>
        <w:rPr>
          <w:b/>
        </w:rPr>
        <w:t xml:space="preserve">[24:42] </w:t>
      </w:r>
      <w:r>
        <w:t>koi nahi jaan saka isko siwaye Henry Preven ke.</w:t>
      </w:r>
    </w:p>
    <w:p>
      <w:pPr>
        <w:jc w:val="right"/>
      </w:pPr>
      <w:r>
        <w:t>کوئینہیںجانسکااسکو سوائےہنریپرینکے۔</w:t>
      </w:r>
    </w:p>
    <w:p>
      <w:r>
        <w:rPr>
          <w:b/>
        </w:rPr>
        <w:t xml:space="preserve">[24:46] </w:t>
      </w:r>
      <w:r>
        <w:t>to "qatiloo hatta la takuna fitna wa yakuna ad deenu lillah". dekhein, yeh waqea woh hai, aisa nahi hua ke foran sab kuch mil gaya. yeh bhi galat hai.</w:t>
      </w:r>
    </w:p>
    <w:p>
      <w:pPr>
        <w:jc w:val="right"/>
      </w:pPr>
      <w:r>
        <w:t>تو "قات لو حتى لا تكون فتنہو یکونالدینکل للہ"۔دیکھیں،یہواقعہجوہے، ایسانہیںہواکہفی الفورسبکچھملگیا۔ یہبھیغلطہے۔</w:t>
      </w:r>
    </w:p>
    <w:p>
      <w:r>
        <w:rPr>
          <w:b/>
        </w:rPr>
        <w:t xml:space="preserve">[24:56] </w:t>
      </w:r>
      <w:r>
        <w:t>nahi, ek process jari hua jis se nadi mein ek trapped woh raha aur pani sara idhar ruka hua hai.</w:t>
      </w:r>
    </w:p>
    <w:p>
      <w:pPr>
        <w:jc w:val="right"/>
      </w:pPr>
      <w:r>
        <w:t>نہیں ، ایک پروسیسجاریہوا جسسے ندی میں ایک ٹریپڈورہواور پانیساراادھررکاہواہے۔</w:t>
      </w:r>
    </w:p>
    <w:p>
      <w:r>
        <w:rPr>
          <w:b/>
        </w:rPr>
        <w:t xml:space="preserve">[25:07] </w:t>
      </w:r>
      <w:r>
        <w:t>aap trapped woh hatayein to sudden sara nadi nahi bhar jayegi. bharte bharte time lagega.</w:t>
      </w:r>
    </w:p>
    <w:p>
      <w:pPr>
        <w:jc w:val="right"/>
      </w:pPr>
      <w:r>
        <w:t>آپ ٹریپڈورہٹائیں تو سڈنلیسارا ندینہیںبھرجائےگی۔ بھرتےبھرتےٹائملگےگا۔</w:t>
      </w:r>
    </w:p>
    <w:p>
      <w:r>
        <w:rPr>
          <w:b/>
        </w:rPr>
        <w:t xml:space="preserve">[25:16] </w:t>
      </w:r>
      <w:r>
        <w:t>to sahaba ne jo waqea kiya ke badi chattan'ein tod dali, unhone yani political imperialism jo tha, woh tod dala unhone. to ek naya process shuru hua. naya process.</w:t>
      </w:r>
    </w:p>
    <w:p>
      <w:pPr>
        <w:jc w:val="right"/>
      </w:pPr>
      <w:r>
        <w:t>تو صحابہنے جو واقعہکیا کہابدی چٹانیںتوڑڈالی،انہوںنے یعنیپولیٹیکلایمپیریلزمجوتھا،وہتوڑڈالاانہوںنے۔تو ایک نیاپروسیسشروعہوا۔نیاپروسیس۔</w:t>
      </w:r>
    </w:p>
    <w:p>
      <w:r>
        <w:rPr>
          <w:b/>
        </w:rPr>
        <w:t xml:space="preserve">[25:29] </w:t>
      </w:r>
      <w:r>
        <w:t>ab kya hua? jo nature bani hui thi "object of worship", woh nature bani "object of investigation". yeh farq hua.</w:t>
      </w:r>
    </w:p>
    <w:p>
      <w:pPr>
        <w:jc w:val="right"/>
      </w:pPr>
      <w:r>
        <w:t>ابکیاہوا ؟ جو نیچر بنی ہوئی تھی "اب جیکٹآفورشپ"، وہ نی چربنگئی"ابجیکٹآفانویسٹیگیشن"۔ یہ فرقہوا ۔</w:t>
      </w:r>
    </w:p>
    <w:p>
      <w:r>
        <w:rPr>
          <w:b/>
        </w:rPr>
        <w:t xml:space="preserve">[25:40] </w:t>
      </w:r>
      <w:r>
        <w:t>jo nature hazaron saal se bani hui thi "object of worship", woh nature bani "object of investigation". is tarah naya shuru hua daur.</w:t>
      </w:r>
    </w:p>
    <w:p>
      <w:pPr>
        <w:jc w:val="right"/>
      </w:pPr>
      <w:r>
        <w:t>جو نیچر ہزاروںسالسے بنی ہوئیتھی "ابجیکٹآف ورشپ" ،وہ نیچربنگئی "ابجیکٹآفانویسٹیگیشن"۔ اس طرح نیا شروع ہوا دور ۔</w:t>
      </w:r>
    </w:p>
    <w:p>
      <w:r>
        <w:rPr>
          <w:b/>
        </w:rPr>
        <w:t xml:space="preserve">[25:53] </w:t>
      </w:r>
      <w:r>
        <w:t>to musalmanon se matlab tha ke is daur ko aage badhayein woh. lekin musalman wahin, chuki hukumat'ein qaim ho gayin, bohat badi saltanat qaim ho gayi, empire qaim ho gaya, to musalman political power mein phans gaye</w:t>
      </w:r>
    </w:p>
    <w:p>
      <w:pPr>
        <w:jc w:val="right"/>
      </w:pPr>
      <w:r>
        <w:t>تو مسلمانوںسےمطلوبتھا کہاسدورکوآگےبڑھائیںوہ۔ لیکن مسلمانجوہیں، چونکہحکومت یںقائمہوگئیں، بہت بڑیسلطنتقائمہوگئی ، ایمپائرقائمہوگیا، تو مسلمان پولیٹیکلپاورمیں پھنسگ</w:t>
      </w:r>
    </w:p>
    <w:p>
      <w:r>
        <w:rPr>
          <w:b/>
        </w:rPr>
        <w:t xml:space="preserve">[26:08] </w:t>
      </w:r>
      <w:r>
        <w:t>ye woh jo lord acton ne kaha tha ke "power corrupts and absolute". "power corrupts absolutely". "power corrupts and absolute power corrupts absolutely".</w:t>
      </w:r>
    </w:p>
    <w:p>
      <w:pPr>
        <w:jc w:val="right"/>
      </w:pPr>
      <w:r>
        <w:t>ئے۔ وہ جولارڈایکٹننےکہاتھا کہ "پاور کرپس اینڈایبسولیوٹ"۔" پاورکرپسایبسولیوٹلی"۔ "پاورکرپس اینڈایبسولیوٹپاور کرپسایبسولیوٹلی"۔</w:t>
      </w:r>
    </w:p>
    <w:p>
      <w:r>
        <w:rPr>
          <w:b/>
        </w:rPr>
        <w:t xml:space="preserve">[26:23] </w:t>
      </w:r>
      <w:r>
        <w:t>ikhtidar bigaadta hai aur qanoon ikhtidar bilkul hi bigaad deta hai. to yeh musalmanon par yeh apply hota hai.</w:t>
      </w:r>
    </w:p>
    <w:p>
      <w:pPr>
        <w:jc w:val="right"/>
      </w:pPr>
      <w:r>
        <w:t>اقت دار بگاڑتاہے اور قانونیاقتداربالکلہیبگاڑدیتاہے۔ تو یہ مسلمانوں پر یہ اپلائیہوتاہے۔</w:t>
      </w:r>
    </w:p>
    <w:p>
      <w:r>
        <w:rPr>
          <w:b/>
        </w:rPr>
        <w:t xml:space="preserve">[26:32] </w:t>
      </w:r>
      <w:r>
        <w:t>to jo matlab tha, woh yeh tha ke nature worship ke baad jo nature exploration ka daur hai, isko musalman karein taake haqaiq khulein, kalmaatullah khulein, ala Allah khulein.</w:t>
      </w:r>
    </w:p>
    <w:p>
      <w:pPr>
        <w:jc w:val="right"/>
      </w:pPr>
      <w:r>
        <w:t>تو جو مطلوبتھا،وہ یہتھا کہ نیچرور شپکےبعد جو نیچرایکسپلوریشنکادورہے،اسکومسلمانکریں تاکہ حقائقکھلیں،کلمات اللہ کھلیں، الا اللہ کھلیں۔</w:t>
      </w:r>
    </w:p>
    <w:p>
      <w:r>
        <w:rPr>
          <w:b/>
        </w:rPr>
        <w:t xml:space="preserve">[26:45] </w:t>
      </w:r>
      <w:r>
        <w:t>is nature mein the sab kuch, lekin musalmanon ne yeh kaam nahi kiya. to kya hua? Allah taala ne doosri qomon ko khada kiya.</w:t>
      </w:r>
    </w:p>
    <w:p>
      <w:pPr>
        <w:jc w:val="right"/>
      </w:pPr>
      <w:r>
        <w:t>اسینیچرمیںتھےسبکچھ، لیکن مسلمانوںنےیہکامنہیںکیا۔ تو کیا ہوا ؟اللہ تعالیٰنےدوسریقوموںکوکھڑاکیا۔</w:t>
      </w:r>
    </w:p>
    <w:p>
      <w:r>
        <w:rPr>
          <w:b/>
        </w:rPr>
        <w:t xml:space="preserve">[27:00] </w:t>
      </w:r>
      <w:r>
        <w:t>woh jo ayat hai quran mein "istabdala qouman ghairakum thumma la yakoon amthalukum". yeh sirf mazhabi maani mein nahi hai. isko wasee tar maani mein lijiye.</w:t>
      </w:r>
    </w:p>
    <w:p>
      <w:pPr>
        <w:jc w:val="right"/>
      </w:pPr>
      <w:r>
        <w:t>وہجوآیتہے قرآنمیں "استبدلقوم اغير کمثم لایکون امثالکم" ۔یہ صرفمذہبیمعنیمیںنہیںہے۔ اسکووسیعترمعنیمیںلیجئے۔</w:t>
      </w:r>
    </w:p>
    <w:p>
      <w:r>
        <w:rPr>
          <w:b/>
        </w:rPr>
        <w:t xml:space="preserve">[27:15] </w:t>
      </w:r>
      <w:r>
        <w:t>yeh mazhabi maani mein nahi hai, sirf wasee tar maani mein lijiye. "yastabdala qouman ghairakum thumma la yakoon amthalukum". yeh istabdala hua, yaani musalmanon ki jagah doosra istiqbal liya gaya.</w:t>
      </w:r>
    </w:p>
    <w:p>
      <w:pPr>
        <w:jc w:val="right"/>
      </w:pPr>
      <w:r>
        <w:t>یہ مذہبیمعنیمیںنہیںہے،صرف وسیعترمعنیمیںلیجئے۔ "يستبدلقوماغير کمثم لایکون امثالکم"۔یہ استبدالہوا، یعنی مسلمانوںکیجگہدوسرااستقاملیاگیا۔</w:t>
      </w:r>
    </w:p>
    <w:p>
      <w:r>
        <w:rPr>
          <w:b/>
        </w:rPr>
        <w:t xml:space="preserve">[27:27] </w:t>
      </w:r>
      <w:r>
        <w:t>iska ishaara hum maujood dekhein</w:t>
      </w:r>
    </w:p>
    <w:p>
      <w:pPr>
        <w:jc w:val="right"/>
      </w:pPr>
      <w:r>
        <w:t>اسکااشار ہموجود دیکھیں</w:t>
      </w:r>
    </w:p>
    <w:p>
      <w:r>
        <w:rPr>
          <w:b/>
        </w:rPr>
        <w:t xml:space="preserve">[27:29] </w:t>
      </w:r>
      <w:r>
        <w:t>bukhari mein ke</w:t>
      </w:r>
    </w:p>
    <w:p>
      <w:pPr>
        <w:jc w:val="right"/>
      </w:pPr>
      <w:r>
        <w:t>بخاریمیں کہ</w:t>
      </w:r>
    </w:p>
    <w:p>
      <w:r>
        <w:rPr>
          <w:b/>
        </w:rPr>
        <w:t xml:space="preserve">[27:35] </w:t>
      </w:r>
      <w:r>
        <w:t>"in allaha layu'iddu hadha ad-deena birrajulil-fajiri wa anta tawalla wa astabdal qawman ghayrakum thumma la yakunu amthalukum".</w:t>
      </w:r>
    </w:p>
    <w:p>
      <w:pPr>
        <w:jc w:val="right"/>
      </w:pPr>
      <w:r>
        <w:t>"إن الله ليعد هذا الدين بالرجلالفاجر وانت تول وا استبدلقوماغير کمثم لایکون امثالکم"۔</w:t>
      </w:r>
    </w:p>
    <w:p>
      <w:r>
        <w:rPr>
          <w:b/>
        </w:rPr>
        <w:t xml:space="preserve">[27:44] </w:t>
      </w:r>
      <w:r>
        <w:t>isko aap mazhabi ma'ani mein mat lijiye. aap ke musalman chunke is kaam ko na kar sake ke nature ko unfold karna, nature ko unfold karke kalimat allah ko, ya'ni woh lana duniya ke samne, jis mein sare haqaiq maujud the,</w:t>
      </w:r>
    </w:p>
    <w:p>
      <w:pPr>
        <w:jc w:val="right"/>
      </w:pPr>
      <w:r>
        <w:t>اسکوآپمذہبیمعنیمتلیجئے۔آپ کہ مس لمان چونکہ اس کامکو نہکرسکے کہنیچرکوانفولڈکرنا، نیچرکوانفولڈکرکےکلمات اللہکو ،یعنی وہ لانادنیا کےسامنے ،جس میںسارےحقائق موجود تھے،</w:t>
      </w:r>
    </w:p>
    <w:p>
      <w:r>
        <w:rPr>
          <w:b/>
        </w:rPr>
        <w:t xml:space="preserve">[28:04] </w:t>
      </w:r>
      <w:r>
        <w:t>to allah ta'ala ne kya kiya? ke shukr logon ko khada kiya, ya'ni european logon ko. yeh kaise hua? is ki yeh bhi management ki kahani hai.</w:t>
      </w:r>
    </w:p>
    <w:p>
      <w:pPr>
        <w:jc w:val="right"/>
      </w:pPr>
      <w:r>
        <w:t>تو اللہ تعالیٰنےکیا کیا؟کہ شکرلوگ وںکوکھڑاکیا، یعنییورپینلوگوںکو۔ یہ کیسےہوا ؟ اس کییہبھی مینجمنٹ کیکہانیہے۔</w:t>
      </w:r>
    </w:p>
    <w:p>
      <w:r>
        <w:rPr>
          <w:b/>
        </w:rPr>
        <w:t xml:space="preserve">[28:14] </w:t>
      </w:r>
      <w:r>
        <w:t>kis tarah allah manage kar raha hai? agar allah manage na kare to sare log jahannum mein chale jayen. koi ek bhi na bache. yad rakhiye, agar allah tareekh ko manage na karta, har aadmi maseeh uz-zaf-fari-d makisab ban jata.</w:t>
      </w:r>
    </w:p>
    <w:p>
      <w:pPr>
        <w:jc w:val="right"/>
      </w:pPr>
      <w:r>
        <w:t>کسطرح اللہ مینجکررہاہے؟ اگر اللہ مینجنہکرےتوسارےلوگجہنممیںچلےجائیں۔ کوئیایکبھی نہبچے۔یادرکھیے، اگر اللہ تاریخ کومینجنہکرتا، ہرآدمی مس ی وزآفمسیوزآففریڈمکیسبنجاتا ۔</w:t>
      </w:r>
    </w:p>
    <w:p>
      <w:r>
        <w:rPr>
          <w:b/>
        </w:rPr>
        <w:t xml:space="preserve">[28:31] </w:t>
      </w:r>
      <w:r>
        <w:t>har aadmi, har aadmi, ek bhi shakhs jannat mein jata.</w:t>
      </w:r>
    </w:p>
    <w:p>
      <w:pPr>
        <w:jc w:val="right"/>
      </w:pPr>
      <w:r>
        <w:t>ہرآدمی،ہرآدمی،ایکبھیشخص جنتمیںجاتا ۔</w:t>
      </w:r>
    </w:p>
    <w:p>
      <w:r>
        <w:rPr>
          <w:b/>
        </w:rPr>
        <w:t xml:space="preserve">[28:34] </w:t>
      </w:r>
      <w:r>
        <w:t>yeh allah ta'ala ka bohat bada ehsan hai ke woh management manager ban gaya history ka. yeh insan ajib aaj subah mein soch raha tha ke insan kaisa ajib hai ke fari-d makis yuz hi karta hai. woh</w:t>
      </w:r>
    </w:p>
    <w:p>
      <w:pPr>
        <w:jc w:val="right"/>
      </w:pPr>
      <w:r>
        <w:t>یہاللہ تعالیٰکابہتبڑااحسانہے کہوہمی نج مینیجر بنگیا ہسٹریکا۔ یہ انسان عجیبآجصبحمیںسوچرہاتھا کہانسان کیساعجیبہے کہ فریڈمکیمس یوزہیکرتاہے۔وہ</w:t>
      </w:r>
    </w:p>
    <w:p>
      <w:r>
        <w:rPr>
          <w:b/>
        </w:rPr>
        <w:t xml:space="preserve">[28:51] </w:t>
      </w:r>
      <w:r>
        <w:t>adam ne jo kiya, wohi sari tareekh mein phail gaya. to allah ne yahan kya kiya</w:t>
      </w:r>
    </w:p>
    <w:p>
      <w:pPr>
        <w:jc w:val="right"/>
      </w:pPr>
      <w:r>
        <w:t>آدمنےجو کیا،وہی ساریتاریخ میںپھیلگیا۔ تواللہ نےیہاںکیا کیا</w:t>
      </w:r>
    </w:p>
    <w:p>
      <w:r>
        <w:rPr>
          <w:b/>
        </w:rPr>
        <w:t xml:space="preserve">[28:58] </w:t>
      </w:r>
      <w:r>
        <w:t>? dekhiye, musalmanon ka jo abbasi daur mein jab musalmanon ka empire qaim tha, to takrao hua european qomon se, maseehi qomon se, europe mein jo hukumaten thin, un se yerushalaym ke naam par, jin ko hum kehte hain crusades.</w:t>
      </w:r>
    </w:p>
    <w:p>
      <w:pPr>
        <w:jc w:val="right"/>
      </w:pPr>
      <w:r>
        <w:t>؟دیکھیے، مسلمانوںکا جو عباسی دورمیں جب مسلمانوںکاایمپائرقائمتھا، تو ٹکراؤہوا یورپینقوموںسے ، مسیحیقوموںسے، یورپمیںجو حکومت یںتھیں،انسے یروشلمکےنامپر، جنکوہمکہتےہیں کروسیٹس۔</w:t>
      </w:r>
    </w:p>
    <w:p>
      <w:r>
        <w:rPr>
          <w:b/>
        </w:rPr>
        <w:t xml:space="preserve">[29:19] </w:t>
      </w:r>
      <w:r>
        <w:t>barahwin sadi isavi mein</w:t>
      </w:r>
    </w:p>
    <w:p>
      <w:pPr>
        <w:jc w:val="right"/>
      </w:pPr>
      <w:r>
        <w:t>بارہویںصدی عیسویمیں</w:t>
      </w:r>
    </w:p>
    <w:p>
      <w:r>
        <w:rPr>
          <w:b/>
        </w:rPr>
        <w:t xml:space="preserve">[29:22] </w:t>
      </w:r>
      <w:r>
        <w:t>crusades ki jang mein bohat lambi hain, lekin barahwin sadi mein bohat zyada zor shor tha. to musalmanon mein aur europe an qomon mein yerushalaym, ya'ni muqaddas maqamat ko le kar ladai hui.</w:t>
      </w:r>
    </w:p>
    <w:p>
      <w:pPr>
        <w:jc w:val="right"/>
      </w:pPr>
      <w:r>
        <w:t>کروسیٹسکیجنگ یں بہت لمبیہیں، لیکن بارہویںصدی میںبہتزیادہ زورشور تھا۔ تو مس لمان وںمیں اور یورپیقوموں میں یروشلم،یعنیمقدس مقام اتکولےکر لڑائیہوئی۔</w:t>
      </w:r>
    </w:p>
    <w:p>
      <w:r>
        <w:rPr>
          <w:b/>
        </w:rPr>
        <w:t xml:space="preserve">[29:37] </w:t>
      </w:r>
      <w:r>
        <w:t>lekin lambi jang, jo taqriban 200 saal tak jari rahi, is mein christian qomon ko humiliated, humiliating shikast hui, zalat-aamez shikast hui.</w:t>
      </w:r>
    </w:p>
    <w:p>
      <w:pPr>
        <w:jc w:val="right"/>
      </w:pPr>
      <w:r>
        <w:t>لیکن لمبی جنگ ، جو تقریباً 200سالتکجاریرہی، اسمیں کرسچنقوموںکو ہیومیلی ٹڈ،ہیومیلیٹنگ شکستہوئی ، ذلتآمیزشکستہوئی۔</w:t>
      </w:r>
    </w:p>
    <w:p>
      <w:r>
        <w:rPr>
          <w:b/>
        </w:rPr>
        <w:t xml:space="preserve">[29:53] </w:t>
      </w:r>
      <w:r>
        <w:t>yeh shikast jo thi, yeh kya? yeh yeh manage karna tha. kis tarah? is shikast ke baad european qomon mein ek naya zehan bhara, jis ko un ki history mein kaha jata hai "spiritual crusades".</w:t>
      </w:r>
    </w:p>
    <w:p>
      <w:pPr>
        <w:jc w:val="right"/>
      </w:pPr>
      <w:r>
        <w:t>یہشک ستجوتھی،یہ کیا؟ یہ یہ مینجکرناتھا۔ کسطرح ؟اسشکستکےبعد یورپینقوموںمیں ایکنیاذہنابھرا، جسکوانکی ہسٹریمیںکہاجاتاہے "اسپیریچ ولکروسیٹس"۔</w:t>
      </w:r>
    </w:p>
    <w:p>
      <w:r>
        <w:rPr>
          <w:b/>
        </w:rPr>
        <w:t xml:space="preserve">[30:10] </w:t>
      </w:r>
      <w:r>
        <w:t>pehle musalman crusades the.</w:t>
      </w:r>
    </w:p>
    <w:p>
      <w:pPr>
        <w:jc w:val="right"/>
      </w:pPr>
      <w:r>
        <w:t>پہلے مس لحکروسیٹکیتھی۔انہوںنے مس لحکروسیٹ</w:t>
      </w:r>
    </w:p>
    <w:p>
      <w:r>
        <w:rPr>
          <w:b/>
        </w:rPr>
        <w:t xml:space="preserve">[30:14] </w:t>
      </w:r>
      <w:r>
        <w:t>jab dekha ke woh talwar, hathiyar se musalmanon ko hara nahin sakte, to unhone doosra elan ikhtiyar kiya "spiritual crusades", ya'ni ilm ke maidan mein, tehqeeq ke maidan mein</w:t>
      </w:r>
    </w:p>
    <w:p>
      <w:pPr>
        <w:jc w:val="right"/>
      </w:pPr>
      <w:r>
        <w:t>جب دیکھا کہ وہ تلوار، ہتھیارسے مسلمانوںکوہرانہیںسکتے، تو انہوں نے دوسرا اعلاناختیارکیا " اسپیریچولکروسیٹس"،یعنیعلم کےمیدانمیں، تحقیقکےمیدانمیں</w:t>
      </w:r>
    </w:p>
    <w:p>
      <w:r>
        <w:rPr>
          <w:b/>
        </w:rPr>
        <w:t xml:space="preserve">[30:31] </w:t>
      </w:r>
      <w:r>
        <w:t>taiyari karna.</w:t>
      </w:r>
    </w:p>
    <w:p>
      <w:pPr>
        <w:jc w:val="right"/>
      </w:pPr>
      <w:r>
        <w:t>تیاریکرنا۔</w:t>
      </w:r>
    </w:p>
    <w:p>
      <w:r>
        <w:rPr>
          <w:b/>
        </w:rPr>
        <w:t xml:space="preserve">[30:33] </w:t>
      </w:r>
      <w:r>
        <w:t>chunanche unhone yunnan ke uloom ko liya, musalmanon ke jo uloom the, us ko liya. uloom ke le le kar ke unhone un ka university banai.</w:t>
      </w:r>
    </w:p>
    <w:p>
      <w:pPr>
        <w:jc w:val="right"/>
      </w:pPr>
      <w:r>
        <w:t>چنانچہانہوںنے یونانکےعلومکو لیا، مسلمانوں کےجوعلومتھے،اسکولیا۔ علوم کے لےلےکرکےانہوںنے انکا یونیورسٹیاںبنیں۔</w:t>
      </w:r>
    </w:p>
    <w:p>
      <w:r>
        <w:rPr>
          <w:b/>
        </w:rPr>
        <w:t xml:space="preserve">[30:44] </w:t>
      </w:r>
      <w:r>
        <w:t>woh hi zamane mein dekhein, cambridge university bani aur yeh mukhtalif university bani. to yeh tha "spiritual crusades".</w:t>
      </w:r>
    </w:p>
    <w:p>
      <w:pPr>
        <w:jc w:val="right"/>
      </w:pPr>
      <w:r>
        <w:t>وہیزمانےمیںدیکھیں،کیمبرجیونیورسٹیبنی اور یہ مختلف یونیورسٹیاںبنیں۔ تو یہ تھا "اسپیریچولکروسیٹس"۔</w:t>
      </w:r>
    </w:p>
    <w:p>
      <w:r>
        <w:rPr>
          <w:b/>
        </w:rPr>
        <w:t xml:space="preserve">[30:56] </w:t>
      </w:r>
      <w:r>
        <w:t>"spiritual crusades"jo hue, uske baad aage hota hai "renaissance".</w:t>
      </w:r>
    </w:p>
    <w:p>
      <w:pPr>
        <w:jc w:val="right"/>
      </w:pPr>
      <w:r>
        <w:t>"اسپیریچولکروسیٹس"جوہے، اسیکےبعد آگےہوتاہے"رینیساں"۔</w:t>
      </w:r>
    </w:p>
    <w:p>
      <w:r>
        <w:rPr>
          <w:b/>
        </w:rPr>
        <w:t xml:space="preserve">[31:00] </w:t>
      </w:r>
      <w:r>
        <w:t>renaissance saybaad woh nay</w:t>
      </w:r>
    </w:p>
    <w:p>
      <w:pPr>
        <w:jc w:val="right"/>
      </w:pPr>
      <w:r>
        <w:t>رینیساںسےبعدوہ نی چرلکروسیٹبنجاتاہے۔وہ پریرینیساں، پری پریرینیساں،اٹواز "اسپیریچ ولکروسیٹس" اور پوسٹرینیساں، اٹواز "نیچرلکروسیٹ"۔</w:t>
      </w:r>
    </w:p>
    <w:p>
      <w:r>
        <w:rPr>
          <w:b/>
        </w:rPr>
        <w:t xml:space="preserve">[31:16] </w:t>
      </w:r>
      <w:r>
        <w:t>jab unhon nay dekha kay nature mein bohat kuch chupahowahe, mislan pani joohe, woh steam power banjat ha. jab unhon nay dekha kay pani steam power banjatahe, istarah ki jo daryaften huien, to aik dam unkay andar aik nay emergency aaya.</w:t>
      </w:r>
    </w:p>
    <w:p>
      <w:pPr>
        <w:jc w:val="right"/>
      </w:pPr>
      <w:r>
        <w:t>جب انہوںنےدیکھاکہنیچرمیں بہتکچھچھپاہواہے، مثلاًپانیجوہے،وہ اسٹیم پاوربنجاتاہے۔ جب انہوںنےدیکھاکہپانی اسٹ یمپاوربنجاتاہے، اسطرحکیجو دریا فتیںہوئیں،توایکدمانکےاندرایک ایکنیاایمرجنسیآیا۔</w:t>
      </w:r>
    </w:p>
    <w:p>
      <w:r>
        <w:rPr>
          <w:b/>
        </w:rPr>
        <w:t xml:space="preserve">[31:35] </w:t>
      </w:r>
      <w:r>
        <w:t>aur phir unhon nay nature mein explore kerna shuru kiya, yahan tak kay nay technology wajood mein aa gayi. nay technology,</w:t>
      </w:r>
    </w:p>
    <w:p>
      <w:pPr>
        <w:jc w:val="right"/>
      </w:pPr>
      <w:r>
        <w:t>اورپھرانہوںنےنیچرمیںایکسپلورکرناشروع کیا،یہاں تک کہ نئیٹیکنالوجیوجود میںآگئی ۔ نئیٹیکنالوجی،</w:t>
      </w:r>
    </w:p>
    <w:p>
      <w:r>
        <w:rPr>
          <w:b/>
        </w:rPr>
        <w:t xml:space="preserve">[31:44] </w:t>
      </w:r>
      <w:r>
        <w:t>aisi technology jo musalmanon kay bas mein nahi thi. mislan musalman lartay thay talwar say, yani hath dasty hathiyar thay.</w:t>
      </w:r>
    </w:p>
    <w:p>
      <w:pPr>
        <w:jc w:val="right"/>
      </w:pPr>
      <w:r>
        <w:t>ایسی ٹیکنالوجیجو مسلمانوںکےبسمیںنہیںتھی۔ مثلاًمسلمان لڑتےتھےتلوارسے ،یعنیہاتھ دستیہتھیارسے۔</w:t>
      </w:r>
    </w:p>
    <w:p>
      <w:r>
        <w:rPr>
          <w:b/>
        </w:rPr>
        <w:t xml:space="preserve">[31:53] </w:t>
      </w:r>
      <w:r>
        <w:t>unhon nay gun banai, yeh door say marne wali, door say marne wali. kiya karengay aap? yahan to das hazar admi talwar liye kharay huay hain, woh wohan unhon nay aik so admi gun liye kharay hain, wohin say marenge, yahan say phir dher ho jayega.</w:t>
      </w:r>
    </w:p>
    <w:p>
      <w:pPr>
        <w:jc w:val="right"/>
      </w:pPr>
      <w:r>
        <w:t>انہوں نے گنبنائی، یہدوریسےمارنےوالی، دور سےمارنےوالی۔ کیاکریںگےآپ؟یہاںتواب دسہزارآدمی تل وارلیے کھڑےہوئےہیں، وہوہاںانہوںنے ایک سوآدمیگن لیےکھڑےہیں،وہیںسےماریںگے،یہاںسےپھرڈھیرہوجائےگا۔</w:t>
      </w:r>
    </w:p>
    <w:p>
      <w:r>
        <w:rPr>
          <w:b/>
        </w:rPr>
        <w:t xml:space="preserve">[32:11] </w:t>
      </w:r>
      <w:r>
        <w:t>to bahar hal, yani crusades mein jo inko mukammal nakami hui, uska plus point yeh tha kay unkay andar zehan bhara "spiritualcrusades" ka.</w:t>
      </w:r>
    </w:p>
    <w:p>
      <w:pPr>
        <w:jc w:val="right"/>
      </w:pPr>
      <w:r>
        <w:t>تو بہرحال،یعنی کروسیٹسمیںجو انکو مک مل ناکامیہوئی، اسکا پلسپوائنٹیہتھا کہانکےاندر ذہنابھرا "اسپیریچولکروسیٹس"کا۔</w:t>
      </w:r>
    </w:p>
    <w:p>
      <w:r>
        <w:rPr>
          <w:b/>
        </w:rPr>
        <w:t xml:space="preserve">[32:22] </w:t>
      </w:r>
      <w:r>
        <w:t>woh chalte chalte phir naturalcrusade bangaya. phir nature ko explore kerkay unhon nay nay taqaten daryaft kien. is tarah Allah ta'ala manage ker raha hai.</w:t>
      </w:r>
    </w:p>
    <w:p>
      <w:pPr>
        <w:jc w:val="right"/>
      </w:pPr>
      <w:r>
        <w:t>وہچلتے چلتےپھر نیچرلکروسیٹبنگیا۔ پھرنیچرکوایکسپلورکرکےانہوںنےنئیطاقتیںدریافتکیں۔ اس طرحاللہتعالیٰمینجکررہاہے۔</w:t>
      </w:r>
    </w:p>
    <w:p>
      <w:r>
        <w:rPr>
          <w:b/>
        </w:rPr>
        <w:t xml:space="preserve">[32:33] </w:t>
      </w:r>
      <w:r>
        <w:t>phir kiya hua? iskay baad,</w:t>
      </w:r>
    </w:p>
    <w:p>
      <w:pPr>
        <w:jc w:val="right"/>
      </w:pPr>
      <w:r>
        <w:t>پھرکیا ہوا؟اسکےبعد،</w:t>
      </w:r>
    </w:p>
    <w:p>
      <w:r>
        <w:rPr>
          <w:b/>
        </w:rPr>
        <w:t xml:space="preserve">[32:35] </w:t>
      </w:r>
      <w:r>
        <w:t>iskay baad yeh hua kay kai cheezen wajood mein aien jo poori tarah favour mein theen, yani divine civilization kay, jo Allah ta'ala ka matlooba hai.</w:t>
      </w:r>
    </w:p>
    <w:p>
      <w:pPr>
        <w:jc w:val="right"/>
      </w:pPr>
      <w:r>
        <w:t>اسکےبعد یہہوا کہ کئیچیزیںوجود میںآئیں جو پوریطرح فیورمیںتھیں، یعنیڈیوائنسویلائزیشنکے، جو اللہ تعالیٰکا مطلوبہے۔</w:t>
      </w:r>
    </w:p>
    <w:p>
      <w:r>
        <w:rPr>
          <w:b/>
        </w:rPr>
        <w:t xml:space="preserve">[32:46] </w:t>
      </w:r>
      <w:r>
        <w:t>divine civilization, jo musalman fail ho gaye thay, to Allah ta'ala nay in say liya. woh kiya tha? science mein chupay huay dalail rabbani, jis ka ishara Quran ki is ayat mein hai</w:t>
      </w:r>
    </w:p>
    <w:p>
      <w:pPr>
        <w:jc w:val="right"/>
      </w:pPr>
      <w:r>
        <w:t>ڈیوائنسویلائزیشن، جو مسلمان فیل ہوگئے تھے،تواللہتعالیٰنےانسےکاملیا۔ وہکیاتھا ؟ سائنسمیں چھپےہوئے دلائل ربانی، جسکااشار ہ قرآنکیاسآیتمیںہے</w:t>
      </w:r>
    </w:p>
    <w:p>
      <w:r>
        <w:rPr>
          <w:b/>
        </w:rPr>
        <w:t xml:space="preserve">[33:01] </w:t>
      </w:r>
      <w:r>
        <w:t>kay sanu reehim ayatina fil afaqi wa fi anfusihim hatta yatabayyana lahumul haqq. yeh ismein science kay anshwad ka ishara hai jo, yani haqaiq deeni kay liye aik scientific saboot banengay.</w:t>
      </w:r>
    </w:p>
    <w:p>
      <w:pPr>
        <w:jc w:val="right"/>
      </w:pPr>
      <w:r>
        <w:t>کہ سن وریہم آیات نا فیالافاق فیانفس ہم ح تیٰیتب ین الحق ۔یہ اسمیں سائنس کےانشواہدکااشار ہہے جو ،یعنی حق ائق دینیکےلیے ایک سائنٹیفکثبوتبنیںگے۔</w:t>
      </w:r>
    </w:p>
    <w:p>
      <w:r>
        <w:rPr>
          <w:b/>
        </w:rPr>
        <w:t xml:space="preserve">[33:19] </w:t>
      </w:r>
      <w:r>
        <w:t>yeh unhon nay daryaft kiya.</w:t>
      </w:r>
    </w:p>
    <w:p>
      <w:pPr>
        <w:jc w:val="right"/>
      </w:pPr>
      <w:r>
        <w:t>یہ انہوں نے دریا فت کیا۔</w:t>
      </w:r>
    </w:p>
    <w:p>
      <w:r>
        <w:rPr>
          <w:b/>
        </w:rPr>
        <w:t xml:space="preserve">[33:23] </w:t>
      </w:r>
      <w:r>
        <w:t>unhon nay daryaft kiya aur kay jo cheezen Quran mein aisi, yani baaten theen jo dunya janti nahi theen, lekin Quran mein iskay isharay thay.</w:t>
      </w:r>
    </w:p>
    <w:p>
      <w:pPr>
        <w:jc w:val="right"/>
      </w:pPr>
      <w:r>
        <w:t>انہوں نےدریافت کیا اور کہجو چیزیں قرآنمیں ایسی، یعنی باتیںتھیںجو دنیا جانتینہیںتھی،لیکن قرآنمیںاسکےاشار ےتھے۔</w:t>
      </w:r>
    </w:p>
    <w:p>
      <w:r>
        <w:rPr>
          <w:b/>
        </w:rPr>
        <w:t xml:space="preserve">[33:34] </w:t>
      </w:r>
      <w:r>
        <w:t>misal kay tor par yeh ayat kay Firon kay baray mein kay wa laqad natayna bani israil min al-maseer. aaya jis waqt yeh ayat utri, kisi ko nahi janta tha.</w:t>
      </w:r>
    </w:p>
    <w:p>
      <w:pPr>
        <w:jc w:val="right"/>
      </w:pPr>
      <w:r>
        <w:t>مثالکےطورپر یہآیت کہ فرعونکےبارےمیں کہ الي وم ننج يك ببدن ك لت كون خلفك۔آیا جسوقت یہآیتاتری،کوئینہیںجانتاتھا۔</w:t>
      </w:r>
    </w:p>
    <w:p>
      <w:r>
        <w:rPr>
          <w:b/>
        </w:rPr>
        <w:t xml:space="preserve">[33:50] </w:t>
      </w:r>
      <w:r>
        <w:t>baad ko inhi European qomon nay isko daryaft kerkay nikala aur Quran ki baat sach sabit hui. aisi Quran mein dekhen, yeh hai inna samawati wal arda. aasman sab aisay juray huay thay, phir hum nay isko khol diya.</w:t>
      </w:r>
    </w:p>
    <w:p>
      <w:pPr>
        <w:jc w:val="right"/>
      </w:pPr>
      <w:r>
        <w:t>بعد کوانہی یورپینقوموںنےاسکو دریا فتکرکےنکالا اور قرآنکیباتسچثابتہوئی۔ ایسیقرآنمیںدیکھیں،یہہے إ نالسماوات وردت زمین ۔آسمان سبایسےجڑےہوئےتھے، پھرہمنےاسکوکھولدیا۔</w:t>
      </w:r>
    </w:p>
    <w:p>
      <w:r>
        <w:rPr>
          <w:b/>
        </w:rPr>
        <w:t xml:space="preserve">[34:08] </w:t>
      </w:r>
      <w:r>
        <w:t>yeh koi janta na tha. yeh to bohat baad ko, jab big bang theory daryaft hui, tab maloom hua kay Quran mein kehtay hain sachi baat thi. aisi bohat sari cheezen hain.</w:t>
      </w:r>
    </w:p>
    <w:p>
      <w:pPr>
        <w:jc w:val="right"/>
      </w:pPr>
      <w:r>
        <w:t>یہکوئیجانتانہیںتھا۔ یہتوبہت بعد کو،جببگبینگتھیوریدریا فتہوئی،تب معلومہواکہقرآنمیں کہتےہیںسچیباتتھی۔ ایسیبہت ساریچیزیںہیں۔</w:t>
      </w:r>
    </w:p>
    <w:p>
      <w:r>
        <w:rPr>
          <w:b/>
        </w:rPr>
        <w:t xml:space="preserve">[34:19] </w:t>
      </w:r>
      <w:r>
        <w:t>to haqaiq rabbani, haqaiq quraani jo abhi tak mustoor thay aur musalman isko khol nahi paye thay, isko in logon nay khola.</w:t>
      </w:r>
    </w:p>
    <w:p>
      <w:pPr>
        <w:jc w:val="right"/>
      </w:pPr>
      <w:r>
        <w:t>تو حق ائق ربانی، حقائق قرآنی جو ابھیتک مستورتھے اورمسلماناسکوکھولنہیںپائےتھے، اسکو انلوگوںنےکھولا۔</w:t>
      </w:r>
    </w:p>
    <w:p>
      <w:r>
        <w:rPr>
          <w:b/>
        </w:rPr>
        <w:t xml:space="preserve">[34:30] </w:t>
      </w:r>
      <w:r>
        <w:t>to aik pehlu yeh tha iska, yeh wohi isi process ka culmination tha. yeh jo Sahaba nay jo abadi chatanon ko toda, aik process jari kiya, iski culmination tha kay is tarah cheezen samnay anay lagin.</w:t>
      </w:r>
    </w:p>
    <w:p>
      <w:pPr>
        <w:jc w:val="right"/>
      </w:pPr>
      <w:r>
        <w:t>تو ایک پہلویہتھا اسکا ،یہ وہی اسی پروسیسکا کلمنیشنتھا۔یہ جو صحابہنےجو ابدی چٹانوںکوتوڑا، ایک پراسیسجاریکیا، اسیکل منیشنتھاکہ اسطرحچیزیں سامنےآنےلگیں۔</w:t>
      </w:r>
    </w:p>
    <w:p>
      <w:r>
        <w:rPr>
          <w:b/>
        </w:rPr>
        <w:t xml:space="preserve">[34:46] </w:t>
      </w:r>
      <w:r>
        <w:t>phir isi kay sath dekhiye, kiya hua? communication. aaj jo communication hai, woh kabhi tareekh mein nahi tha. Hazrat Suleman kay zamanay mein communication ka matlab tha kay hadood aik khat lay kar jaye,</w:t>
      </w:r>
    </w:p>
    <w:p>
      <w:pPr>
        <w:jc w:val="right"/>
      </w:pPr>
      <w:r>
        <w:t>پھراسی کے ساتھ دیکھیے،کیا ہوا ؟ کمیونیکی شن۔ آججو کمیونیکیشنہے، وہکبھی تاریخ میںنہیںتھا۔ حضرت سلیمانکے زمانےمیںکمیونیکیشنکامطلبتھا کہ حد ود ایکخط لےکرجائے ،</w:t>
      </w:r>
    </w:p>
    <w:p>
      <w:r>
        <w:rPr>
          <w:b/>
        </w:rPr>
        <w:t xml:space="preserve">[35:01] </w:t>
      </w:r>
      <w:r>
        <w:t>Yerushalayim say Yemen mein ja kar aik khat ja kar dalde.</w:t>
      </w:r>
    </w:p>
    <w:p>
      <w:pPr>
        <w:jc w:val="right"/>
      </w:pPr>
      <w:r>
        <w:t>یروشلمسے یمنمیںجاکر ایکخط جاکرڈالدے۔</w:t>
      </w:r>
    </w:p>
    <w:p>
      <w:r>
        <w:rPr>
          <w:b/>
        </w:rPr>
        <w:t xml:space="preserve">[35:07] </w:t>
      </w:r>
      <w:r>
        <w:t>lekin aaj do taraf communication, yani do taraf communication ka concept nahi tha. pehle</w:t>
      </w:r>
    </w:p>
    <w:p>
      <w:pPr>
        <w:jc w:val="right"/>
      </w:pPr>
      <w:r>
        <w:t>لیکن آج دوطرف ہکمیونیکیشن،یعنی دو طرف ہکمیونیکیشن کاکانسیپٹنہیںتھا۔پہلے</w:t>
      </w:r>
    </w:p>
    <w:p>
      <w:r>
        <w:rPr>
          <w:b/>
        </w:rPr>
        <w:t xml:space="preserve">[35:13] </w:t>
      </w:r>
      <w:r>
        <w:t>agar koi khat lay kar jaye, wahan dalde to aik tarfa to hua. woh iska jawab to bohat dair mein humein milega. aaj jo hai kay telephone par aap baat karte hain to woh do tarfa communication hota hai.</w:t>
      </w:r>
    </w:p>
    <w:p>
      <w:pPr>
        <w:jc w:val="right"/>
      </w:pPr>
      <w:r>
        <w:t>اگر کوئیخطلےکرجائے، وہاںڈالدےتوایکطرفہتوہوا۔وہ اسکاجواب توبہت دیرمیںہمیںملےگا۔ آججوہےکہٹیلیفونپرآپباتکرتےہیں تو وہدوطرفہکمیونیکیشنہوتاہے۔</w:t>
      </w:r>
    </w:p>
    <w:p>
      <w:r>
        <w:rPr>
          <w:b/>
        </w:rPr>
        <w:t xml:space="preserve">[35:25] </w:t>
      </w:r>
      <w:r>
        <w:t>idhar say aap bolay, idhar say woh bol raha hai, dono aik doosray ki baat sun rahe hain.</w:t>
      </w:r>
    </w:p>
    <w:p>
      <w:pPr>
        <w:jc w:val="right"/>
      </w:pPr>
      <w:r>
        <w:t>ادھرسےآپبولے،ادھرسےوہبولرہاہے،دونوں ایکدوسرےکیباتسنرہےہیں۔</w:t>
      </w:r>
    </w:p>
    <w:p>
      <w:r>
        <w:rPr>
          <w:b/>
        </w:rPr>
        <w:t xml:space="preserve">[35:31] </w:t>
      </w:r>
      <w:r>
        <w:t>to communication jo cheez hai, kay sawariyan pehle log rath pe chalte thay, oont pe chalte thay, khachar pe chalte thay.</w:t>
      </w:r>
    </w:p>
    <w:p>
      <w:pPr>
        <w:jc w:val="right"/>
      </w:pPr>
      <w:r>
        <w:t>تو کمیونیکیشنجوچیزہے، کہسواریاں پہلےلوگ رتھپہچلتےتھے، اونٹپہچلتےتھے، خچرپہچلتےتھے۔</w:t>
      </w:r>
    </w:p>
    <w:p>
      <w:r>
        <w:rPr>
          <w:b/>
        </w:rPr>
        <w:t xml:space="preserve">[35:40] </w:t>
      </w:r>
      <w:r>
        <w:t>aaj aap caron aur hawai jahazon mein daurte hain, aap steamships se aap safar karte hain. yeh sab kahan tha pehle? yeh sab isee se khula, isee se khula.</w:t>
      </w:r>
    </w:p>
    <w:p>
      <w:pPr>
        <w:jc w:val="right"/>
      </w:pPr>
      <w:r>
        <w:t>آجآپ کار وںاورہواجہازوںمیںدوڑتےہیں،آپ اسٹیمشپسےآپ سفرکرتے ہیں۔ یہسبکہاںتھاپہلے ؟ یہسب اسیسےکھلا، اسیسےکھلا ۔</w:t>
      </w:r>
    </w:p>
    <w:p>
      <w:r>
        <w:rPr>
          <w:b/>
        </w:rPr>
        <w:t xml:space="preserve">[35:50] </w:t>
      </w:r>
      <w:r>
        <w:t>to ek cheez yeh thi ke dalail, dalail rabbani jo chhupe hue the, woh khule.</w:t>
      </w:r>
    </w:p>
    <w:p>
      <w:pPr>
        <w:jc w:val="right"/>
      </w:pPr>
      <w:r>
        <w:t>توایکچیزیہتھی کہ دلائل، دلائل ربانیجوچھپےہوئے تھے،وہکھلے۔</w:t>
      </w:r>
    </w:p>
    <w:p>
      <w:r>
        <w:rPr>
          <w:b/>
        </w:rPr>
        <w:t xml:space="preserve">[35:57] </w:t>
      </w:r>
      <w:r>
        <w:t>doosre, communication aaya, jis se mumkin ho gaya ke aap dawat ko saari duniya mein phaila saken. aur teesri cheez jo hui, woh thi social change.</w:t>
      </w:r>
    </w:p>
    <w:p>
      <w:pPr>
        <w:jc w:val="right"/>
      </w:pPr>
      <w:r>
        <w:t>دوسرے ،کمیونیکیشنآیا، جسسے ممکنہوگیا کہآپدعوتکو ساریدنیا میںپھیلاسکیں۔ اور تیسریچیزجوہوئی،وہ تھی سوشلچینج۔</w:t>
      </w:r>
    </w:p>
    <w:p>
      <w:r>
        <w:rPr>
          <w:b/>
        </w:rPr>
        <w:t xml:space="preserve">[36:07] </w:t>
      </w:r>
      <w:r>
        <w:t>social change, yaani naye tehrikain uthin Europe mein, jis se democracy aai, aazadi aai.</w:t>
      </w:r>
    </w:p>
    <w:p>
      <w:pPr>
        <w:jc w:val="right"/>
      </w:pPr>
      <w:r>
        <w:t>سوشلچینج، یعنی نئے تحریکیںاٹھیںیورپمیں، جسسے ڈیموکریسیآئی،آزادی آئی۔</w:t>
      </w:r>
    </w:p>
    <w:p>
      <w:r>
        <w:rPr>
          <w:b/>
        </w:rPr>
        <w:t xml:space="preserve">[36:17] </w:t>
      </w:r>
      <w:r>
        <w:t>pehle zamanay mein aazadi bilkul nahin thi, aazadi ka koi tasawwur nahin tha. aazadi ka koi tasawwur nahin tha pehle zamanay mein,</w:t>
      </w:r>
    </w:p>
    <w:p>
      <w:pPr>
        <w:jc w:val="right"/>
      </w:pPr>
      <w:r>
        <w:t>پہلے زمان ےمیںآزادیبالکل نہیںتھی،آزادیکوئیتص ورنہیںتھا۔ آزادی کوئیتصورنہیںتھاپہلے زمان ےمیں،</w:t>
      </w:r>
    </w:p>
    <w:p>
      <w:r>
        <w:rPr>
          <w:b/>
        </w:rPr>
        <w:t xml:space="preserve">[36:26] </w:t>
      </w:r>
      <w:r>
        <w:t>kyun ke woh despotic king hua karte the, jo aazadi dene ko tayyar nahin the. misaal ke taur par dekhen, Iran ka ek badshah tha, Nausherwan.</w:t>
      </w:r>
    </w:p>
    <w:p>
      <w:pPr>
        <w:jc w:val="right"/>
      </w:pPr>
      <w:r>
        <w:t>کیونکہ وہ ڈیسپوٹککنگہواکرتے تھے ،جو آزادی دینےکوتیارنہیںتھے۔ مثالکےطورپردیکھیں، ایران کاایک بادشاہتھا، نوشیرواں۔</w:t>
      </w:r>
    </w:p>
    <w:p>
      <w:r>
        <w:rPr>
          <w:b/>
        </w:rPr>
        <w:t xml:space="preserve">[36:38] </w:t>
      </w:r>
      <w:r>
        <w:t>bahut is ko maana jaata hai ke bahut woh aadil tha, woh bahut achha maana jaata hai. is ko is ka bhi kya haalat tha</w:t>
      </w:r>
    </w:p>
    <w:p>
      <w:pPr>
        <w:jc w:val="right"/>
      </w:pPr>
      <w:r>
        <w:t>بہت اسکو ماناجاتاہےکہ بہت وہ عادلتھا،وہ بہت اچھا ماناجاتاہے۔اسکو اسکا بھیکیاحالتھا</w:t>
      </w:r>
    </w:p>
    <w:p>
      <w:r>
        <w:rPr>
          <w:b/>
        </w:rPr>
        <w:t xml:space="preserve">[36:49] </w:t>
      </w:r>
      <w:r>
        <w:t>? kyun ke dekhen, koi kitna hi aadil ho, apni hukumat qaim karne ke liye, woh asas ki zaroorat hoti hai ke log dabe rahen, log alag na sochen.</w:t>
      </w:r>
    </w:p>
    <w:p>
      <w:pPr>
        <w:jc w:val="right"/>
      </w:pPr>
      <w:r>
        <w:t>؟ کیونکہدیکھیں،کوئی کتناہیعادلہو ، اپنی حکومت قائمکرنےکےلیے ،وہ اساسکیضرورتہوتیہے کہلوگ دبےرہیں، لوگ الگ نہسوچیں۔</w:t>
      </w:r>
    </w:p>
    <w:p>
      <w:r>
        <w:rPr>
          <w:b/>
        </w:rPr>
        <w:t xml:space="preserve">[36:58] </w:t>
      </w:r>
      <w:r>
        <w:t>jo badshah ke mind mein hai, wohi us ke mind mein bhi ho. agar aisa na ho to badshahat khatam ho jaye gi. agar badshah ke mind se alag log sochen to badshahat khatam ho jaye gi.</w:t>
      </w:r>
    </w:p>
    <w:p>
      <w:pPr>
        <w:jc w:val="right"/>
      </w:pPr>
      <w:r>
        <w:t>جو بادشاہکےمائنڈمیںہے،وہیوہ اسکےمائنڈمیںبھیہو۔ اگر ایسانہہوتوبادشاہتختمہوجائےگی۔ اگر بادشاہکےمائنڈسےالگلوگسوچیں تو بادشاہتختمہوجائےگی۔</w:t>
      </w:r>
    </w:p>
    <w:p>
      <w:r>
        <w:rPr>
          <w:b/>
        </w:rPr>
        <w:t xml:space="preserve">[37:10] </w:t>
      </w:r>
      <w:r>
        <w:t>badshahat qaim hoti hai hamesha is par ke doosre log wohi sochen jo badshah ke mind mein hai.</w:t>
      </w:r>
    </w:p>
    <w:p>
      <w:pPr>
        <w:jc w:val="right"/>
      </w:pPr>
      <w:r>
        <w:t>بادشاہت قائمہوتیہےہمیشہاسپر کہ دوسرےلوگوہیسوچیں جوبادشاہکےمائنڈمیںہے۔</w:t>
      </w:r>
    </w:p>
    <w:p>
      <w:r>
        <w:rPr>
          <w:b/>
        </w:rPr>
        <w:t xml:space="preserve">[37:16] </w:t>
      </w:r>
      <w:r>
        <w:t>to Nausherwan ne ek baar darbar lagaya hua tha, us ne kaha ke kisi ko meri hukumat mein koi ikhtilaf hai to woh bataye.</w:t>
      </w:r>
    </w:p>
    <w:p>
      <w:pPr>
        <w:jc w:val="right"/>
      </w:pPr>
      <w:r>
        <w:t>تو نوشیرواںنےایکبار دربارلگاہواتھا، اسنےکہاکہ کسی کو میریحکومت میںکوئیاختلافہےتووہبتائے۔</w:t>
      </w:r>
    </w:p>
    <w:p>
      <w:r>
        <w:rPr>
          <w:b/>
        </w:rPr>
        <w:t xml:space="preserve">[37:27] </w:t>
      </w:r>
      <w:r>
        <w:t>to sab log chup rahe, sab log chup rahe. kai baar repeat kiya Nausherwan ne. to ek aadmi khada ho gaya, samjha ke sadar badshah jaanna chahta hai.</w:t>
      </w:r>
    </w:p>
    <w:p>
      <w:pPr>
        <w:jc w:val="right"/>
      </w:pPr>
      <w:r>
        <w:t>تو سبلوگچپرہے،سبلوگچپرہے۔کئیبار ریپیٹکیا نوشیرواںنے۔ تو ایک آدمیکھڑاہوگیا، سمجھا کہصدر بادشاہجانناچاہتاہے۔</w:t>
      </w:r>
    </w:p>
    <w:p>
      <w:r>
        <w:rPr>
          <w:b/>
        </w:rPr>
        <w:t xml:space="preserve">[37:37] </w:t>
      </w:r>
      <w:r>
        <w:t>khade ho kar us ne kaha ke Hazrat, jo tax haakim ne lagaye hain aap ne, woh tax kiraye ke liye zyada hain.</w:t>
      </w:r>
    </w:p>
    <w:p>
      <w:pPr>
        <w:jc w:val="right"/>
      </w:pPr>
      <w:r>
        <w:t>کھڑےہوکراسنےکہاکہحضرت، جو ٹیکس حالمیںلگائےہیںآپنے، وہ ٹیکس کرائےکےلیےزیادہ ہیں۔</w:t>
      </w:r>
    </w:p>
    <w:p>
      <w:r>
        <w:rPr>
          <w:b/>
        </w:rPr>
        <w:t xml:space="preserve">[37:46] </w:t>
      </w:r>
      <w:r>
        <w:t>to jante hain, is ke baad kya hua? Nausherwan ka achha, in ko yeh samajhte hain ke badshah zyada aqal in ko hai. yeh samajhte hain ke in ke paas jo aqal hai, badshah zyada hai.</w:t>
      </w:r>
    </w:p>
    <w:p>
      <w:pPr>
        <w:jc w:val="right"/>
      </w:pPr>
      <w:r>
        <w:t>توجانتےہیں،اسکےبعدکیاہوا ؟ نوشیرواںکااچھے،انکو یہسمجھتےہیںکہبادشاہزیادہ عقلانکوہے۔ یہسمجھتےہیںکہان کےپاسجوعقلہے،بادشاہزیادہہے۔</w:t>
      </w:r>
    </w:p>
    <w:p>
      <w:r>
        <w:rPr>
          <w:b/>
        </w:rPr>
        <w:t xml:space="preserve">[37:57] </w:t>
      </w:r>
      <w:r>
        <w:t>to is zamanay mein qalam dan hua karte the, lakri ke. ab to waise qalam dan nahin hua karte. to parhe likhe logon ke paas hua karta tha. parhe likhe logon ki nishani thi qalam dan.</w:t>
      </w:r>
    </w:p>
    <w:p>
      <w:pPr>
        <w:jc w:val="right"/>
      </w:pPr>
      <w:r>
        <w:t>تو اسزمان ےمیںقلم دانہواکرتے تھے،لکڑیکے ۔ ابتو ویسےقلمداننہیںہوا کرتے۔ تو پڑھےلکھےلوگوںکےپاسہوا کرتاتھا۔پڑھےلکھےلوگوںکی نش انیتھیقلم دان۔</w:t>
      </w:r>
    </w:p>
    <w:p>
      <w:r>
        <w:rPr>
          <w:b/>
        </w:rPr>
        <w:t xml:space="preserve">[38:10] </w:t>
      </w:r>
      <w:r>
        <w:t>to kaha chalo, qalam dan se maro in ko, in ke sar par.</w:t>
      </w:r>
    </w:p>
    <w:p>
      <w:pPr>
        <w:jc w:val="right"/>
      </w:pPr>
      <w:r>
        <w:t>تو کہاچلو،قلمدانسےماروانکو، انکےسرپر۔</w:t>
      </w:r>
    </w:p>
    <w:p>
      <w:r>
        <w:rPr>
          <w:b/>
        </w:rPr>
        <w:t xml:space="preserve">[38:14] </w:t>
      </w:r>
      <w:r>
        <w:t>to qalam dan se in ke sar par marte marte itna mara ke mar gaye. woh yeh daur tha, yeh daur tha.</w:t>
      </w:r>
    </w:p>
    <w:p>
      <w:pPr>
        <w:jc w:val="right"/>
      </w:pPr>
      <w:r>
        <w:t>تو قلم دانسےانکےسر پر مارتےمارتےاتناماراکہمرگئے۔وہ یہ دور تھا، یہ دور تھا۔</w:t>
      </w:r>
    </w:p>
    <w:p>
      <w:r>
        <w:rPr>
          <w:b/>
        </w:rPr>
        <w:t xml:space="preserve">[38:25] </w:t>
      </w:r>
      <w:r>
        <w:t>aazadi thi nahin isee se. to yeh sab Europe mein jo inqilab aaye, is se aazadi aai. aur wahan par bhi dekhiye, kis tarah manage kiya Allah ta'ala ne.</w:t>
      </w:r>
    </w:p>
    <w:p>
      <w:pPr>
        <w:jc w:val="right"/>
      </w:pPr>
      <w:r>
        <w:t>آز ادی تھی نہیں اسیسے۔ تو یہ سب یورپمیںجوانقلاباتآئے،اسسےآزادیآئی۔ اوروہاںپہبھیدیکھیے، کسطرحمینجکیااللہتعالیٰنے۔</w:t>
      </w:r>
    </w:p>
    <w:p>
      <w:r>
        <w:rPr>
          <w:b/>
        </w:rPr>
        <w:t xml:space="preserve">[38:36] </w:t>
      </w:r>
      <w:r>
        <w:t>Europe mein Pope ka poora dominion tha.</w:t>
      </w:r>
    </w:p>
    <w:p>
      <w:pPr>
        <w:jc w:val="right"/>
      </w:pPr>
      <w:r>
        <w:t>یورپمیں پوپکا پورا ڈومینیشنتھا۔</w:t>
      </w:r>
    </w:p>
    <w:p>
      <w:r>
        <w:rPr>
          <w:b/>
        </w:rPr>
        <w:t xml:space="preserve">[38:41] </w:t>
      </w:r>
      <w:r>
        <w:t>Pope jo hai, un ko round king banaya hua tha poore Europe ka. to Galileo waghera ke zamanay mein jo nayi taqaten huin, to Church jo hai, is ke khilaf ho gaya.</w:t>
      </w:r>
    </w:p>
    <w:p>
      <w:pPr>
        <w:jc w:val="right"/>
      </w:pPr>
      <w:r>
        <w:t>پوپجوہے، انکراؤنڈکنگبناہواتھا پورے یورپکا ۔ تو گل یلیووغیرہکےزمانےمیںجونئیطاق تیںہوئیں، تو چرچجوہے، اسکےخلاف ہوگیا۔</w:t>
      </w:r>
    </w:p>
    <w:p>
      <w:r>
        <w:rPr>
          <w:b/>
        </w:rPr>
        <w:t xml:space="preserve">[38:55] </w:t>
      </w:r>
      <w:r>
        <w:t>kyun ke Church ka saara jo saara jo, yaani jo is ka jo jo jo tohmat-i-khayalat the, jis par Church ka qaim tha, up dam, woh bikhra raha tha.</w:t>
      </w:r>
    </w:p>
    <w:p>
      <w:pPr>
        <w:jc w:val="right"/>
      </w:pPr>
      <w:r>
        <w:t>کیونکہ چرچکا ساراجو جو ساراجو، یعنی جو اسکاجو جو جوتوہم اتیخیالاتتھے، جس پر چرچکا قائمتھا، اوپڈم، وہ بکھررہاتھا۔</w:t>
      </w:r>
    </w:p>
    <w:p>
      <w:r>
        <w:rPr>
          <w:b/>
        </w:rPr>
        <w:t xml:space="preserve">[39:14] </w:t>
      </w:r>
      <w:r>
        <w:t>misal ke taur par, Church ne kya kiya tha? jo Greek philosophers ne kaha tha ke zameen jo hai, markaz mein hai aur suraj ghoom raha hai, is ko Church ne adopt kar liya tha.</w:t>
      </w:r>
    </w:p>
    <w:p>
      <w:pPr>
        <w:jc w:val="right"/>
      </w:pPr>
      <w:r>
        <w:t>مثالکےطورپر، چرچنے کیا کیاتھا؟ جو گریک فلاسفرزنےکہاتھاکہ زمین جوہے، مرکزمیںہے اورسورجگھومرہاہے، اسکو چرچنےاڈاپٹکرلیاتھا۔</w:t>
      </w:r>
    </w:p>
    <w:p>
      <w:r>
        <w:rPr>
          <w:b/>
        </w:rPr>
        <w:t xml:space="preserve">[39:27] </w:t>
      </w:r>
      <w:r>
        <w:t>kyun? is liye ke in ka nazariya tha ke sab se bara waqe jo history mein hua hai, woh yeh ke Hazrat Masih aaye aur woh sui par charh gaye aur saari insaniyat ke liye bakhshish ka zariya ban gaye.</w:t>
      </w:r>
    </w:p>
    <w:p>
      <w:pPr>
        <w:jc w:val="right"/>
      </w:pPr>
      <w:r>
        <w:t>کیوں ؟ اسلیےکہ انکانظریہتھاکہسبسے بڑا واقع ہجو ہسٹریمیںہواہے، وہیہ کہ حضرتمسیحآئے اور وہ سولیپہچڑھگئےاورساریانسانیتکےلیے بخش شکا ذریعہبنگئے۔</w:t>
      </w:r>
    </w:p>
    <w:p>
      <w:r>
        <w:rPr>
          <w:b/>
        </w:rPr>
        <w:t xml:space="preserve">[39:39] </w:t>
      </w:r>
      <w:r>
        <w:t>is ko kehte hain atonement.</w:t>
      </w:r>
    </w:p>
    <w:p>
      <w:pPr>
        <w:jc w:val="right"/>
      </w:pPr>
      <w:r>
        <w:t>اسکوکہتےہیںاٹونمنٹ۔</w:t>
      </w:r>
    </w:p>
    <w:p>
      <w:r>
        <w:rPr>
          <w:b/>
        </w:rPr>
        <w:t xml:space="preserve">[39:41] </w:t>
      </w:r>
      <w:r>
        <w:t>to atonement ka waqe hi zameen par hua. tarkeen nazdeek tha, poori history mein sab se bara waqe hua zameen par.</w:t>
      </w:r>
    </w:p>
    <w:p>
      <w:pPr>
        <w:jc w:val="right"/>
      </w:pPr>
      <w:r>
        <w:t>تو ا ٹونمنٹکاواقعہہیزمین پرہوا۔ ترک ینزدیک تھا،پوری ہسٹریمیں سبسے بڑا واقعہہوا زمین پر ۔</w:t>
      </w:r>
    </w:p>
    <w:p>
      <w:r>
        <w:rPr>
          <w:b/>
        </w:rPr>
        <w:t xml:space="preserve">[39:50] </w:t>
      </w:r>
      <w:r>
        <w:t>tuwankaa nazariya tha ke zameen ko center mein hona chahiye. zameen jo hai, woh woh wohi central cheez hai poori yooniverse. to suraj ko ghoomna chahiye, iske gird .</w:t>
      </w:r>
    </w:p>
    <w:p>
      <w:pPr>
        <w:jc w:val="right"/>
      </w:pPr>
      <w:r>
        <w:t>توانکانظریہتھاکہزمین کو سینٹرمیںہوناچاہیے۔ زمین جوہے،وہ وہ وہیسینٹرلچیزہےپورییونسکی۔ تو سورجکوگھومناچاہیے،اسکےگرد ۔</w:t>
      </w:r>
    </w:p>
    <w:p>
      <w:r>
        <w:rPr>
          <w:b/>
        </w:rPr>
        <w:t xml:space="preserve">[40:00] </w:t>
      </w:r>
      <w:r>
        <w:t>aik inki aik aik aik aik aik khud saakht ha falsafiyat thi.</w:t>
      </w:r>
    </w:p>
    <w:p>
      <w:pPr>
        <w:jc w:val="right"/>
      </w:pPr>
      <w:r>
        <w:t>ایک انکی ایک ایک ایک ایک ایک خود ساخت ہفلاسفیتھی۔</w:t>
      </w:r>
    </w:p>
    <w:p>
      <w:r>
        <w:rPr>
          <w:b/>
        </w:rPr>
        <w:t xml:space="preserve">[40:06] </w:t>
      </w:r>
      <w:r>
        <w:t>to jab gailileo ne kaha ke aisa nahi hai, jab usne telescope se dekh kar ke bataya ke zameen center mein nahi hai, center mein to suraj hai, zameen ghoom rahi hai, to usse poori inki inka poora jo hai, woh toot ta tha.</w:t>
      </w:r>
    </w:p>
    <w:p>
      <w:pPr>
        <w:jc w:val="right"/>
      </w:pPr>
      <w:r>
        <w:t>تو جب گل یلیو نےکہاکہایسانہیںہے، جب اسنےٹیل یسکوپسےدیکھکرکےبتایا کہ زمین سینٹر میںنہیںہے، سینٹرمیںتوسورجہے، زمین گھومرہیہے، تو اسسے پوری انکی انکا پوراجو ہے، وہٹوٹتاتھا۔</w:t>
      </w:r>
    </w:p>
    <w:p>
      <w:r>
        <w:rPr>
          <w:b/>
        </w:rPr>
        <w:t xml:space="preserve">[40:23] </w:t>
      </w:r>
      <w:r>
        <w:t>jo awami zaban usko kehte hain, tana bana, woh toot ta tha. to bardasht nahi kiya church ne</w:t>
      </w:r>
    </w:p>
    <w:p>
      <w:pPr>
        <w:jc w:val="right"/>
      </w:pPr>
      <w:r>
        <w:t>جو عوامی زبان اسکوکہتےہیں،تانا بانا، وہٹوٹتاتھا۔ تو برداشتنہیںکیا چرچنے</w:t>
      </w:r>
    </w:p>
    <w:p>
      <w:r>
        <w:rPr>
          <w:b/>
        </w:rPr>
        <w:t xml:space="preserve">[40:32] </w:t>
      </w:r>
      <w:r>
        <w:t>aur unke khilaf hukum de diya ke qatl kar diya jaye gailileo ko. phir kisi tarah se bach gaye, woh house arrest ho gaye aur bohat se log qatl kiye gaye.</w:t>
      </w:r>
    </w:p>
    <w:p>
      <w:pPr>
        <w:jc w:val="right"/>
      </w:pPr>
      <w:r>
        <w:t>اورانکےخلاف حکمدےدیاکہقتلکردیاجائے گلیلیوکو۔ پھرکسیطرحسےبچگئے،وہ ہاؤساریسٹہوگئے اور بہت سےلوگ قتلکیےگئے۔</w:t>
      </w:r>
    </w:p>
    <w:p>
      <w:r>
        <w:rPr>
          <w:b/>
        </w:rPr>
        <w:t xml:space="preserve">[40:42] </w:t>
      </w:r>
      <w:r>
        <w:t>to zabardast jung hui scientiston mein aur church mein. iski tafseel aap dekh sakte hain, woh jo kitaab hai draper ki ke conflict between science and religion.</w:t>
      </w:r>
    </w:p>
    <w:p>
      <w:pPr>
        <w:jc w:val="right"/>
      </w:pPr>
      <w:r>
        <w:t>تو ز برد ستجنگ ہوئی سائنسدانوںمیںاور چرچمیں۔ اسکی تفصیل آپدیکھسکتےہیں،وہجوکتاب ہے ڈریپرکی کہ کانفلکٹبٹوینسائنساینڈریلیجن۔</w:t>
      </w:r>
    </w:p>
    <w:p>
      <w:r>
        <w:rPr>
          <w:b/>
        </w:rPr>
        <w:t xml:space="preserve">[40:55] </w:t>
      </w:r>
      <w:r>
        <w:t>to aik lambay khoni, aik aik aik khoon, aik lamba aik aik khoni tas aadam hua church mein aur scientiston mein.</w:t>
      </w:r>
    </w:p>
    <w:p>
      <w:pPr>
        <w:jc w:val="right"/>
      </w:pPr>
      <w:r>
        <w:t>تو ایکلمبے خونی، ایکایک ایکخون، ایکلمبا ایکایک خونی تص ادمہوا چرچمیںاورسائنسدانوںمیں۔</w:t>
      </w:r>
    </w:p>
    <w:p>
      <w:r>
        <w:rPr>
          <w:b/>
        </w:rPr>
        <w:t xml:space="preserve">[41:03] </w:t>
      </w:r>
      <w:r>
        <w:t>ismein scientiston ki jeet hui aur church ko haar hui. to usko mehdood kar diya vatican mein. pehle church jo hai, poore europe ka unka raound king bana hua tha.</w:t>
      </w:r>
    </w:p>
    <w:p>
      <w:pPr>
        <w:jc w:val="right"/>
      </w:pPr>
      <w:r>
        <w:t>اسمیں سائنسدانوںکیجیتہوئی اور چرچکوہارہوئی۔ تواسکو محدودکردیا ویٹیکنمیں۔ پہلے چرچجوہے، پورےیورپکا انکراؤنڈکنگبناہواتھا۔</w:t>
      </w:r>
    </w:p>
    <w:p>
      <w:r>
        <w:rPr>
          <w:b/>
        </w:rPr>
        <w:t xml:space="preserve">[41:15] </w:t>
      </w:r>
      <w:r>
        <w:t>pope jo hai, ab woh vatican ke chote se area mein hai, bohat chota sa area. to yahan se phir azaadi aayi. to</w:t>
      </w:r>
    </w:p>
    <w:p>
      <w:pPr>
        <w:jc w:val="right"/>
      </w:pPr>
      <w:r>
        <w:t>پوپجوہے، ابوہویٹیکنکےچھوٹےسےایریامیںہے، بہت چھوٹاساایریا۔ تو یہاںسے پھرآز ادیآئی۔ تو</w:t>
      </w:r>
    </w:p>
    <w:p>
      <w:r>
        <w:rPr>
          <w:b/>
        </w:rPr>
        <w:t xml:space="preserve">[41:26] </w:t>
      </w:r>
      <w:r>
        <w:t>allah taala ne manage karte karte karte tareekh ko yahan pohanchaya ke jo haqaaq mustoor the, woh saamne aaye.</w:t>
      </w:r>
    </w:p>
    <w:p>
      <w:pPr>
        <w:jc w:val="right"/>
      </w:pPr>
      <w:r>
        <w:t>اللہ تعالیٰنے مینجکرتے کرتے کرتےتاریخ کویہاںپہنچایا کہ جو حقائق مستورتھے،وہسامنےآئے۔</w:t>
      </w:r>
    </w:p>
    <w:p>
      <w:r>
        <w:rPr>
          <w:b/>
        </w:rPr>
        <w:t xml:space="preserve">[41:35] </w:t>
      </w:r>
      <w:r>
        <w:t>is kainat mein jo ayaat thin, ayaat nishaniyan, jo jisko dalail kehte hain, woh khul e. technology jo chupi hui thi is kainat mein, woh daryaft hui aur aik naya technological aik naya daur aaya.</w:t>
      </w:r>
    </w:p>
    <w:p>
      <w:pPr>
        <w:jc w:val="right"/>
      </w:pPr>
      <w:r>
        <w:t>اس کائناتمیں جو آیات تھیں،آیات نش انیاں، جو جسکوہمدلائلکہتےہیں،وہ کھ لے۔ ٹیکنالوجی جو چھپیہوئیتھیاسیکائناتمیں،وہ دریا فتہوئی اور ایک نیا ٹیکنالوجیکاایکنیادور آیا۔</w:t>
      </w:r>
    </w:p>
    <w:p>
      <w:r>
        <w:rPr>
          <w:b/>
        </w:rPr>
        <w:t xml:space="preserve">[41:51] </w:t>
      </w:r>
      <w:r>
        <w:t>phir insan ki azaadi, jis ke baghair jo hai, tarraqi nahi ho sakti. aur khaas sab se aham baat yeh hai ke allah taala ne jo test par rakha duniya ko, test to test khatam.</w:t>
      </w:r>
    </w:p>
    <w:p>
      <w:pPr>
        <w:jc w:val="right"/>
      </w:pPr>
      <w:r>
        <w:t>پھر انسان کیآز ادی، جسکے بغیرجوہے، ترقینہیںہوسکتی۔ اور خاص سبسےاہمباتیہہےکہ اللہ تعالیٰنےجو ٹیسٹ پررکھا دنیا کو، ٹیسٹ توٹیسٹ ختم۔</w:t>
      </w:r>
    </w:p>
    <w:p>
      <w:r>
        <w:rPr>
          <w:b/>
        </w:rPr>
        <w:t xml:space="preserve">[42:04] </w:t>
      </w:r>
      <w:r>
        <w:t>azaadi, azaadi nahi to test kis baat ka? to allah taala ka matlab yeh nahi hai ke is din mein kabhi bhi logon ki azaadi ko khatam kiya jaye.</w:t>
      </w:r>
    </w:p>
    <w:p>
      <w:pPr>
        <w:jc w:val="right"/>
      </w:pPr>
      <w:r>
        <w:t>آز ادی ،آزادی نہیںتوٹیسٹ کسباتکا ؟ تواللہ تعالیٰکامط لوبنہیںہے کہ اسدنیا میںکبھیبھی لوگوںکیآزادیکو ختمکیا جائے۔</w:t>
      </w:r>
    </w:p>
    <w:p>
      <w:r>
        <w:rPr>
          <w:b/>
        </w:rPr>
        <w:t xml:space="preserve">[42:13] </w:t>
      </w:r>
      <w:r>
        <w:t>kyun ke azaadi to sab se bari cheez hai, jise ke jaan jaye ga ke tumne ab tum sahi thay, ghul</w:t>
      </w:r>
    </w:p>
    <w:p>
      <w:pPr>
        <w:jc w:val="right"/>
      </w:pPr>
      <w:r>
        <w:t>کیونکہ آزادی توسبسےبڑیچیزہے،جسےکہ جان چاجائےگاکہتمنے اب تم صحیحتھے،غل</w:t>
      </w:r>
    </w:p>
    <w:p>
      <w:r>
        <w:rPr>
          <w:b/>
        </w:rPr>
        <w:t xml:space="preserve">[42:20] </w:t>
      </w:r>
      <w:r>
        <w:t>ghalat thay. ab iska kaise jaancha jaye ga? jaancha jaye ga agar azaadi na ho to. to azaadi duniya mein jo aayi hai, woh inhi logon ki azaadi hai.</w:t>
      </w:r>
    </w:p>
    <w:p>
      <w:pPr>
        <w:jc w:val="right"/>
      </w:pPr>
      <w:r>
        <w:t>طتھے۔ اب اسکا کیسےجانچاجائےگا؟جانچاجانچاجائےگااگرآزادی نہہوتو۔ تو آز ادی دنیا میںجوآئیہے، وہ انہیلوگوںکیآزادیہے۔</w:t>
      </w:r>
    </w:p>
    <w:p>
      <w:r>
        <w:rPr>
          <w:b/>
        </w:rPr>
        <w:t xml:space="preserve">[42:30] </w:t>
      </w:r>
      <w:r>
        <w:t>musalman nahi la paye azaadi, yeh europe an le aaye. azaadi, democracy, aur phir aik bohat bari cheez jo europe, europe an log laye hain, is mein america aur europe dono mil kar ke woh hai economic decentralization.</w:t>
      </w:r>
    </w:p>
    <w:p>
      <w:pPr>
        <w:jc w:val="right"/>
      </w:pPr>
      <w:r>
        <w:t>مسلماننہیںلاپائےآزادی، یہ یورپینلےآئے۔ آز ادی ،ڈیموکریسی، اورپھرایکبہت بڑیچیزجو یورپ، یورپینلوگلائےہیں، اسمیںامریک ہ اور یورپدونوںملکرکے وہہے اکانومیکا ڈیسیٹلائزیشن۔</w:t>
      </w:r>
    </w:p>
    <w:p>
      <w:r>
        <w:rPr>
          <w:b/>
        </w:rPr>
        <w:t xml:space="preserve">[42:47] </w:t>
      </w:r>
      <w:r>
        <w:t>yeh bohat bara inqilab aaya hai jo musalman kuch nahi kar sakte thay is maamle mein. woh kya hai? dekhiye, pichle zamanay mein hazaron saal se iqtisadiyat ya economy jo thi, woh beasti thi zameen par.</w:t>
      </w:r>
    </w:p>
    <w:p>
      <w:pPr>
        <w:jc w:val="right"/>
      </w:pPr>
      <w:r>
        <w:t>یہبہت بڑا انقلابآیاہے جو مسلمانکچھنہیںکرسکےتھےاسمعاملےمیں۔ وہکیا ہے؟ دیکھیے،پچھلےزمان ےمیں ہزاروںسال سے اقت صادیات یا اکانومیجوتھی، وہ بیسکرتیتھیزمین پر ۔</w:t>
      </w:r>
    </w:p>
    <w:p>
      <w:r>
        <w:rPr>
          <w:b/>
        </w:rPr>
        <w:t xml:space="preserve">[43:04] </w:t>
      </w:r>
      <w:r>
        <w:t>zameen ki jo agricultural paidawar hai, zarai paidawar, wohi kal tha. aur to kuch tha nahi, yani aur jo cheezein hain, woh zameen mein dafan thin, woh</w:t>
      </w:r>
    </w:p>
    <w:p>
      <w:pPr>
        <w:jc w:val="right"/>
      </w:pPr>
      <w:r>
        <w:t>زمین کیجوایگریکلچرل پیدا وارہے، زرعیپیدا وار، وہی کلتھا۔ اورتوکچھتھانہیں، یعنی اورجوچیزیںہیں،وہزمین میںدفنتھیں، وہ</w:t>
      </w:r>
    </w:p>
    <w:p>
      <w:r>
        <w:rPr>
          <w:b/>
        </w:rPr>
        <w:t xml:space="preserve">[43:16] </w:t>
      </w:r>
      <w:r>
        <w:t>daryaft nahi hui thin. to yeh zameen hoti thi kis ke qabze mein? woh hoti thi badshah ke qabze mein. badshah kuch logon ko, jo uske apne hotay thay, jaageer daar ya raja, unko de deta tha apni, apne, woh bhi apni mustahkam karne ke liye, apni hukumat ko.</w:t>
      </w:r>
    </w:p>
    <w:p>
      <w:pPr>
        <w:jc w:val="right"/>
      </w:pPr>
      <w:r>
        <w:t>دریا فتنہیںہوئیتھی۔تو یہزمین ہوتیتھی کسکے قبضےمیں؟ وہہوتیتھی بادشاہکےقبضےمیں۔ بادشاہ کچھلوگوںکو، جو اسکے اپنے ہوتےتھے، جاگیردار یا راجہ،انکو دےدیتا تھا اپنی، اپنے ،وہبھیاپنی مستحکمکرنےکےلیے،اپنیحکومت کو ۔</w:t>
      </w:r>
    </w:p>
    <w:p>
      <w:r>
        <w:rPr>
          <w:b/>
        </w:rPr>
        <w:t xml:space="preserve">[43:37] </w:t>
      </w:r>
      <w:r>
        <w:t>to badshah jo tha, woh political raja bhi tha aur zameen ka malik bhi tha. aam logon ke liye kuch nahi tha.</w:t>
      </w:r>
    </w:p>
    <w:p>
      <w:pPr>
        <w:jc w:val="right"/>
      </w:pPr>
      <w:r>
        <w:t>تو بادشاہجو تھا،وہ پولیٹیکلراجہبھیتھا اور زمین کا مالکبھیتھا۔ عاملوگوںکےلیےکچھبھینہیںتھا۔</w:t>
      </w:r>
    </w:p>
    <w:p>
      <w:r>
        <w:rPr>
          <w:b/>
        </w:rPr>
        <w:t xml:space="preserve">[43:45] </w:t>
      </w:r>
      <w:r>
        <w:t>aam log raaya thay, subject thay. yeh daur hazaron saal chal raha tha ke aik badshah hai, usi ke paas political power bhi hai, usi ke paas economic power bhi hai.</w:t>
      </w:r>
    </w:p>
    <w:p>
      <w:pPr>
        <w:jc w:val="right"/>
      </w:pPr>
      <w:r>
        <w:t>عاملوگ رعایاتھے،سبجیکٹتھے۔ یہ دور ہزاروںسالچل چلرہاتھا کہایکبادشاہہے، اسیکےپاسپولیٹیکلپاوربھیہے، اسیکےپاس اکنامکپاوربھیہے۔</w:t>
      </w:r>
    </w:p>
    <w:p>
      <w:r>
        <w:rPr>
          <w:b/>
        </w:rPr>
        <w:t xml:space="preserve">[43:57] </w:t>
      </w:r>
      <w:r>
        <w:t>sab log ghulam hain. usko kis ne nikala? itna bara kar nama hai europe ke logon ka aur maghribi taqaton ka ke unhone decentralize kiya economic ko, nai industry wajood mein la</w:t>
      </w:r>
    </w:p>
    <w:p>
      <w:pPr>
        <w:jc w:val="right"/>
      </w:pPr>
      <w:r>
        <w:t>سبلوگ غلام ہیں۔ اسکوکسنےنکالا؟ اتنا بڑا کارنامہہے یورپ کےلوگوںکا اور مغربی طاقتوںکا کہانہوںنےڈیسینٹرلائزکیا اکانومیکو ، نئیانڈسٹری وجود میںلائ</w:t>
      </w:r>
    </w:p>
    <w:p>
      <w:r>
        <w:rPr>
          <w:b/>
        </w:rPr>
        <w:t xml:space="preserve">[44:12] </w:t>
      </w:r>
      <w:r>
        <w:t>e. woh log nai business, nai industry, naya, nai, nai cheezein. ab woh, ab, ab jo aaj ki jo economy hai, bohat kam beasti hai zameen ki paidawar par. ab ziyada tar woh industrial production par ho gayi.</w:t>
      </w:r>
    </w:p>
    <w:p>
      <w:pPr>
        <w:jc w:val="right"/>
      </w:pPr>
      <w:r>
        <w:t>ے۔وہلوگ نئیبزنس،نئیانڈسٹری، نیا، نئی،نئیچیزیں۔ ابوہ، اب،ابجو آج کی جواکانومیہے، بہت کم بیسکرتیہے زمین یپیدا وار پر ۔اب زیادہ تروہ انڈسٹریلپروڈکشنپہہوگئی۔</w:t>
      </w:r>
    </w:p>
    <w:p>
      <w:r>
        <w:rPr>
          <w:b/>
        </w:rPr>
        <w:t xml:space="preserve">[44:27] </w:t>
      </w:r>
      <w:r>
        <w:t>ab industry jo hai, woh raja hai economic ka, yaani economic ka jo king hai, aaj woh industry hai, woh zameen nahi hai.</w:t>
      </w:r>
    </w:p>
    <w:p>
      <w:pPr>
        <w:jc w:val="right"/>
      </w:pPr>
      <w:r>
        <w:t>اب انڈ سٹریجوہے،وہ راجہہے اکانومیکا، یعنیاکانومیکاجو کنگہے،آج وہانڈسٹریہے، وہ زمین نہیںہے۔</w:t>
      </w:r>
    </w:p>
    <w:p>
      <w:r>
        <w:rPr>
          <w:b/>
        </w:rPr>
        <w:t xml:space="preserve">[44:36] </w:t>
      </w:r>
      <w:r>
        <w:t>zameen to is liye ahmiyat hai ke is se hamein khana milta hai.</w:t>
      </w:r>
    </w:p>
    <w:p>
      <w:pPr>
        <w:jc w:val="right"/>
      </w:pPr>
      <w:r>
        <w:t>زمین تواسلیےاہمیتہےکہاسیسےہمیںکھاناملتاہے۔</w:t>
      </w:r>
    </w:p>
    <w:p>
      <w:r>
        <w:rPr>
          <w:b/>
        </w:rPr>
        <w:t xml:space="preserve">[44:40] </w:t>
      </w:r>
      <w:r>
        <w:t>baqi jo economy hai, economy ko jo control karta hai, woh industries hain, woh zameendar nahi hain. yeh yeh daur kaun laya? yahi log laye.</w:t>
      </w:r>
    </w:p>
    <w:p>
      <w:pPr>
        <w:jc w:val="right"/>
      </w:pPr>
      <w:r>
        <w:t>باقیجو اکانومیہے، اکانومیکوجو کنٹرولکرتاہے، وہانڈسٹریز ہیں، وہ زمین دارنہیںہیں۔ یہیہ دور کونلایا؟یہیلوگلائے۔</w:t>
      </w:r>
    </w:p>
    <w:p>
      <w:r>
        <w:rPr>
          <w:b/>
        </w:rPr>
        <w:t xml:space="preserve">[44:49] </w:t>
      </w:r>
      <w:r>
        <w:t>kyunke iske baghair, dekhiye, iske baghair haqeeqi aazadi duniya maan nahi sakti thi. jab tak zameen ki milkiyat badshah ke paas rahegi, aazadi aa nahi sakti thi.</w:t>
      </w:r>
    </w:p>
    <w:p>
      <w:pPr>
        <w:jc w:val="right"/>
      </w:pPr>
      <w:r>
        <w:t>کیونکہ اسکے بغیر،دیکھیے، اسکے بغیر حقی قی آزادیدنیا ماننہیںسکتیتھی۔ جب تک زمین کی مل کیتبادشاہکےپاسرہےگی، آزادیآنہیںسکتیتھی۔</w:t>
      </w:r>
    </w:p>
    <w:p>
      <w:r>
        <w:rPr>
          <w:b/>
        </w:rPr>
        <w:t xml:space="preserve">[45:03] </w:t>
      </w:r>
      <w:r>
        <w:t>toh zameen ki milkiyat jo thi, yeh economy, economy ko decentralize kar diya.</w:t>
      </w:r>
    </w:p>
    <w:p>
      <w:pPr>
        <w:jc w:val="right"/>
      </w:pPr>
      <w:r>
        <w:t>تو زمین کی ملکیتجوتھی، یہ اکانومی، اکانومیکو ڈیسینٹرلائزکردیا۔</w:t>
      </w:r>
    </w:p>
    <w:p>
      <w:r>
        <w:rPr>
          <w:b/>
        </w:rPr>
        <w:t xml:space="preserve">[45:08] </w:t>
      </w:r>
      <w:r>
        <w:t>ab hukoomat se koi ta'alluq nahi, har aadmi kama raha hai, har aadmi kama raha hai. aaj dekhiye, chahe imam ho ya muezzin ho, jo pehle zamane mein inki koi hesiyat nahi hoti thi, aaj woh bhi caron pe daudte hain.</w:t>
      </w:r>
    </w:p>
    <w:p>
      <w:pPr>
        <w:jc w:val="right"/>
      </w:pPr>
      <w:r>
        <w:t>اب حکومت سےکوئیتعلقنہیں ، ہرآدمیکمارہاہے، ہرآدمیکمارہاہے۔ آجدیکھیے، چاہے ام امہویاموذنہو، جو پہلے زمانےمیں انکیکوئیحیثیتنہیںہوتیتھی،آجوہبھی کاروںپردوڑتےہیں۔</w:t>
      </w:r>
    </w:p>
    <w:p>
      <w:r>
        <w:rPr>
          <w:b/>
        </w:rPr>
        <w:t xml:space="preserve">[45:25] </w:t>
      </w:r>
      <w:r>
        <w:t>jo imam ki koi hesiyat pehle nahi hua karti, aaj woh caron pe daudte hain, ghar banate hain, pakka ghar. har ek ke paas mobile hai, har ek ke paas telephone hai, har ek ke ghar mein TV hai.</w:t>
      </w:r>
    </w:p>
    <w:p>
      <w:pPr>
        <w:jc w:val="right"/>
      </w:pPr>
      <w:r>
        <w:t>جو امام کیکوئیحیثیتپہلے نہیںہوا کرتی،آجوہ کاروںپردوڑتےہیں، گھربناتےہیں، پختہگھر۔ ہرایککےپاسموبائل ہے،ہرایککےپاسٹیلیفونہے، ہرایککےگھرمیں ٹیویہے۔</w:t>
      </w:r>
    </w:p>
    <w:p>
      <w:r>
        <w:rPr>
          <w:b/>
        </w:rPr>
        <w:t xml:space="preserve">[45:37] </w:t>
      </w:r>
      <w:r>
        <w:t>yeh kaise mumkin hua ke paisa kamane ke mawaqe jo hain, inko decentralize kar diya? yaani aur deen line logon ke paas mauqa hoga ke kam aain paisa wohan, wohan par.</w:t>
      </w:r>
    </w:p>
    <w:p>
      <w:pPr>
        <w:jc w:val="right"/>
      </w:pPr>
      <w:r>
        <w:t>یہ کیسےممکنہوا کہ پیسہ کمانےکےمواقعجوہیں، انکو ڈی سینٹرلائزکردیا؟ یعنی ادر دینلائن لوگوں کےپاس موقع ہوگا کہکم ائیں پیسہوہاں،وہاںپر۔</w:t>
      </w:r>
    </w:p>
    <w:p>
      <w:r>
        <w:rPr>
          <w:b/>
        </w:rPr>
        <w:t xml:space="preserve">[45:51] </w:t>
      </w:r>
      <w:r>
        <w:t>toh decentralization of economy jo kiya hai, kisne kiya hai? yeh musalmanon ne nahi kiya hai, yeh kiya hai? Europe ne, America ne, jinko aap enemy samajhte hain, woh enemy nahi hain.</w:t>
      </w:r>
    </w:p>
    <w:p>
      <w:pPr>
        <w:jc w:val="right"/>
      </w:pPr>
      <w:r>
        <w:t>تو ڈی سینٹرلائزیشنآفاکانومیجوکیاہے،کسنےکیاہے؟ یہ مسلمانوںنےنہیںکیاہے، یہ کیاہے؟یورپنے،امریک ہنے،جنکوآپ این میسمجھتےہیں، وہاینمینہیںہیں۔</w:t>
      </w:r>
    </w:p>
    <w:p>
      <w:r>
        <w:rPr>
          <w:b/>
        </w:rPr>
        <w:t xml:space="preserve">[46:01] </w:t>
      </w:r>
      <w:r>
        <w:t>Allah taala ki scheme ko unfold kar rahe hain, woh enemy nahi hain. woh</w:t>
      </w:r>
    </w:p>
    <w:p>
      <w:pPr>
        <w:jc w:val="right"/>
      </w:pPr>
      <w:r>
        <w:t>اللہ تعالیٰکی اسکیمکو انفولڈکررہےہیں،وہ این مینہیںہیں۔وہ</w:t>
      </w:r>
    </w:p>
    <w:p>
      <w:r>
        <w:rPr>
          <w:b/>
        </w:rPr>
        <w:t xml:space="preserve">[46:07] </w:t>
      </w:r>
      <w:r>
        <w:t>toh is tareeqe se tareekh wahan tak pahunchi hai. ab jo hai, main samajhta hoon, jahan tak mera andaza hai ke tareekh ab end of history ka waqt aa gaya.</w:t>
      </w:r>
    </w:p>
    <w:p>
      <w:pPr>
        <w:jc w:val="right"/>
      </w:pPr>
      <w:r>
        <w:t>تو اس طریقےسےتاریخ وہاںتکپہنچیہے۔ ابجوہے، میںسمجھتاہوں،جہاںتکمیرااندازہہے کہ تاریخ اباینڈآفہسٹریکاوقت آگیا۔</w:t>
      </w:r>
    </w:p>
    <w:p>
      <w:r>
        <w:rPr>
          <w:b/>
        </w:rPr>
        <w:t xml:space="preserve">[46:17] </w:t>
      </w:r>
      <w:r>
        <w:t>ab jo kaam karna hai, wohi hai ke aap jo dalail khule hain, unko istemal karke aap Islam ki sadaqat ko sabit karein. aap jo ek communication aaya hai, usko le kar ke aap Allah ke paigham ko pahunchayein aur saare insaanon ko ba khabar kar dein ke Allah ka creation plan of God kya hai.</w:t>
      </w:r>
    </w:p>
    <w:p>
      <w:pPr>
        <w:jc w:val="right"/>
      </w:pPr>
      <w:r>
        <w:t>ابجو کام کرناہے،وہیہہے کہآپجو دلائل کھلےہیں،انکو استعمال کرکےآپ اسلام کیصداقتکوثابتکریں۔ آپ جو ایک کمیونیکیشنآیاہے،اسکولےکرکےآپ اللہ کےپیغامکوپہنچائیں اور سارےانسانوںکو باخبرکردیں کہ اللہ کا کریشنلپلانآفگاڈکیاہے۔</w:t>
      </w:r>
    </w:p>
    <w:p>
      <w:r>
        <w:rPr>
          <w:b/>
        </w:rPr>
        <w:t xml:space="preserve">[46:38] </w:t>
      </w:r>
      <w:r>
        <w:t>aur abhi haal mein dekhiye, ek khabar aayi thi, usko kehte hain solar storm, yaani suraj mein storm aata hai, pehle bhi aata tha.</w:t>
      </w:r>
    </w:p>
    <w:p>
      <w:pPr>
        <w:jc w:val="right"/>
      </w:pPr>
      <w:r>
        <w:t>اور ابھیحال میںدیکھیے، ایکخبرآئیتھی، اسکوکہتےہیں سولر اسٹارم، یعنی سورجمیں اسٹارمآتاہے، پہلے بھیآتاتھا۔</w:t>
      </w:r>
    </w:p>
    <w:p>
      <w:r>
        <w:rPr>
          <w:b/>
        </w:rPr>
        <w:t xml:space="preserve">[46:50] </w:t>
      </w:r>
      <w:r>
        <w:t>toh is khabar mein ek bahut hi zyada, bahut zyada sochne wali baat thi ke solar system aaj jo aa raha hai, woh aa raha hai, woh woh hamari taraf aa raha hai, woh woh shuru ho chuka hai,</w:t>
      </w:r>
    </w:p>
    <w:p>
      <w:pPr>
        <w:jc w:val="right"/>
      </w:pPr>
      <w:r>
        <w:t>تو اس خبرمیںایکبہت ہیزیادہ، بہت زیادہ سوچنےوالیباتتھی کہ سولر سسٹماسبارجوآرہاہے،وہ آرہاہے،وہ وہ ہماریطرف آرہاہے،وہ وہشروعہوچکاہے،</w:t>
      </w:r>
    </w:p>
    <w:p>
      <w:r>
        <w:rPr>
          <w:b/>
        </w:rPr>
        <w:t xml:space="preserve">[47:03] </w:t>
      </w:r>
      <w:r>
        <w:t>bahut hi dangerous hoga. woh</w:t>
      </w:r>
    </w:p>
    <w:p>
      <w:pPr>
        <w:jc w:val="right"/>
      </w:pPr>
      <w:r>
        <w:t>بہت ہیڈینجرسہوگا۔وہ</w:t>
      </w:r>
    </w:p>
    <w:p>
      <w:r>
        <w:rPr>
          <w:b/>
        </w:rPr>
        <w:t xml:space="preserve">[47:06] </w:t>
      </w:r>
      <w:r>
        <w:t>pehley bhi aata tha, toh pehley itna dangerous nahi hota tha, kyunke electronics jo hai, electronic ka nizam, woh is se khatam ho jayenge, destroy ho jayega, electronic ka nizam destroy ho jayega.</w:t>
      </w:r>
    </w:p>
    <w:p>
      <w:pPr>
        <w:jc w:val="right"/>
      </w:pPr>
      <w:r>
        <w:t>پہلے بھیآتاتھا،توپہلے اتناڈینجرسنہیںہوتاتھا، کیونکہ الیکٹرانکسجوہے،الیکٹرانککانظام، وہ اسسے ختمہوجائیںگے، ڈسٹراہوجائےگا،الیکٹرانککانظامڈسٹراہوجائےگا۔</w:t>
      </w:r>
    </w:p>
    <w:p>
      <w:r>
        <w:rPr>
          <w:b/>
        </w:rPr>
        <w:t xml:space="preserve">[47:18] </w:t>
      </w:r>
      <w:r>
        <w:t>yeh kaisi ajeebo ghareeb baat hai, yaani agar solar system, solar storm jo hai, koi cheez rokne wala nahi aaya, isko aur jo aa raha hai, zameen tak aa gaya, woh toh electronic ka jo nizam hai, woh sab destroy ho jayega.</w:t>
      </w:r>
    </w:p>
    <w:p>
      <w:pPr>
        <w:jc w:val="right"/>
      </w:pPr>
      <w:r>
        <w:t>یہکیسیعجیبوغریبباتہے، یعنیاگر سولرسسٹم، سولر اسٹارجوہے،کوئیچیزرکنے والینہیںآئی،اسکو اور جو آرہاہے،زمین تکآگیا،وہ تو الیکٹرانککاجونظامہے،وہ سب ڈسٹراہوجائےگا۔</w:t>
      </w:r>
    </w:p>
    <w:p>
      <w:r>
        <w:rPr>
          <w:b/>
        </w:rPr>
        <w:t xml:space="preserve">[47:35] </w:t>
      </w:r>
      <w:r>
        <w:t>is tarah ki bahut sari cheezein hain, global warming hai aur bahut sari cheezein hain, woh is baat ko indicate kar rahi hain, is baat ka ishara de rahi hain ke ab tareekh apne end par aa chuki hai, ab qyamat bahut qareeb hai.</w:t>
      </w:r>
    </w:p>
    <w:p>
      <w:pPr>
        <w:jc w:val="right"/>
      </w:pPr>
      <w:r>
        <w:t>اسطرحکیبہتساریچیزیںہیں، گلوبلوارمنگہےاوربہت ساریچیزیںہیں، وہ اسباتکو انڈ یکیٹکررہیہیں،اسباتکااشارہدےرہیہیںکہاب تاریخ اپنے اینڈپرآچکیہے، ابقیامتبہت قریبہے۔</w:t>
      </w:r>
    </w:p>
    <w:p>
      <w:r>
        <w:rPr>
          <w:b/>
        </w:rPr>
        <w:t xml:space="preserve">[47:50] </w:t>
      </w:r>
      <w:r>
        <w:t>ab yeh chapter close hone wala hai, ab aakhirat ka chapter khulne wala hai. aap jante hain ke Allah taala ne paida kiya tha, do part banaya tha, ek</w:t>
      </w:r>
    </w:p>
    <w:p>
      <w:pPr>
        <w:jc w:val="right"/>
      </w:pPr>
      <w:r>
        <w:t>ابیہ چیپٹر کلوزہونےوالاہے، اب آخرتکاچیپٹرکھلنےوالاہے۔ آپجانتےہیںکہ اللہ تعالیٰنےپیدا کیاتھا، دو پارٹبنایاتھا، ایک</w:t>
      </w:r>
    </w:p>
    <w:p>
      <w:r>
        <w:rPr>
          <w:b/>
        </w:rPr>
        <w:t xml:space="preserve">[48:02] </w:t>
      </w:r>
      <w:r>
        <w:t>part tha yeh duniya ka, ek part tha aakhirat ka. toh Hazrat Adam se shuru hua yeh yeh tareekh ka silsila, chalte chalte ab wahan pahunch gaya hai jahan ke ab ab yeh chapter close hone wala hai.</w:t>
      </w:r>
    </w:p>
    <w:p>
      <w:pPr>
        <w:jc w:val="right"/>
      </w:pPr>
      <w:r>
        <w:t>پارٹتھایہدنیا کا ،ایک پارٹتھاآخرتکا ۔ تو حضرت آدم سےشروع ہوا یہ یہ تاریخ کا سلسلہ، چلتےچلتےابوہاںپہنچگیاہےجہاںکہاب ابیہ چیپٹرکلوزہونےوالاہے۔</w:t>
      </w:r>
    </w:p>
    <w:p>
      <w:r>
        <w:rPr>
          <w:b/>
        </w:rPr>
        <w:t xml:space="preserve">[48:16] </w:t>
      </w:r>
      <w:r>
        <w:t>dusra chapter khulega, woh aakhirat ka chapter hai, jahan jannat hogi, jahannum hogi. toh yeh waqt bahut hi qareeb aa gaya hai, yaani woh knock kar raha hai, hamare darwaze pe aa kar knock kar raha hai, woh anko khat khatata hai.</w:t>
      </w:r>
    </w:p>
    <w:p>
      <w:pPr>
        <w:jc w:val="right"/>
      </w:pPr>
      <w:r>
        <w:t>دوسراچیپٹرکھلےگا،وہآخرتکاچیپٹرہے، جہاںجنتہوگی،جہنمہوگی۔ تو یہ وقت بہتہی قریبآگیاہے، یعنیوہ ناککررہاہے،ہمارےڈورسٹیپآکرناککررہاہے،وہانکو کھ ٹکھٹارہاہے۔</w:t>
      </w:r>
    </w:p>
    <w:p>
      <w:r>
        <w:rPr>
          <w:b/>
        </w:rPr>
        <w:t xml:space="preserve">[48:31] </w:t>
      </w:r>
      <w:r>
        <w:t>toh</w:t>
      </w:r>
    </w:p>
    <w:p>
      <w:pPr>
        <w:jc w:val="right"/>
      </w:pPr>
      <w:r>
        <w:t>تو</w:t>
      </w:r>
    </w:p>
    <w:p>
      <w:r>
        <w:rPr>
          <w:b/>
        </w:rPr>
        <w:t xml:space="preserve">[48:32] </w:t>
      </w:r>
      <w:r>
        <w:t>kal jo maine arz kiya tha ke yeh jo imkanat hain, jo opportunities hain dawat ki, usko jo avail karega, unhi ke liye hadees mein aaya hai ikhwan, ikhwan e rasool, wohi yaani brothers of da'wah.</w:t>
      </w:r>
    </w:p>
    <w:p>
      <w:pPr>
        <w:jc w:val="right"/>
      </w:pPr>
      <w:r>
        <w:t>کل جومیںنےعرضکیاتھا کہیہجو امکاناتہیں،جو اپرچونیٹیزہیں دعویٰکی، اسکوجو اویلکرےگا، انہیکےلیے حدیثمیںآیاہےاخوان ،اخوان رسول ،وہی یعنی برادرزآفداپرافٹ۔</w:t>
      </w:r>
    </w:p>
    <w:p>
      <w:r>
        <w:rPr>
          <w:b/>
        </w:rPr>
        <w:t xml:space="preserve">[48:50] </w:t>
      </w:r>
      <w:r>
        <w:t>toh woh ab tareekh wahan aa gayi hai, ab tareekh wahan aa gayi, ab ab intezar ka waqt nahi raha, ab intezar ka waqt nahi hai,</w:t>
      </w:r>
    </w:p>
    <w:p>
      <w:pPr>
        <w:jc w:val="right"/>
      </w:pPr>
      <w:r>
        <w:t>تووہ ابتاریخ وہاںآگئیہے، ابتاریخ وہاںآگئی،اب ابانتظارکاوقتنہیںرہا، اب انتظارکاوقت نہیںہے،</w:t>
      </w:r>
    </w:p>
    <w:p>
      <w:r>
        <w:rPr>
          <w:b/>
        </w:rPr>
        <w:t xml:space="preserve">[49:03] </w:t>
      </w:r>
      <w:r>
        <w:t>ab intezar ka waqt nahi hai. bahut jald poori poori insaniyat Allah ke samne khadi hone wali hai, poori poori insaniyat maidan e hashar mein yeh bahut hi bada hoga,</w:t>
      </w:r>
    </w:p>
    <w:p>
      <w:pPr>
        <w:jc w:val="right"/>
      </w:pPr>
      <w:r>
        <w:t>اب انتظارکاوقت نہیںہے۔ بہت جلد پوریپوری انسانیتاللہ کےسامنےکھڑیہونے والیہے، پوریپوریانسانیت میدان حشرمیں یہبہتہیبڑاہوگا،</w:t>
      </w:r>
    </w:p>
    <w:p>
      <w:r>
        <w:rPr>
          <w:b/>
        </w:rPr>
        <w:t xml:space="preserve">[49:17] </w:t>
      </w:r>
      <w:r>
        <w:t>saari saari insaniyat wahan jama hogi Allah ke samne aur sab ka hisab hoga.</w:t>
      </w:r>
    </w:p>
    <w:p>
      <w:pPr>
        <w:jc w:val="right"/>
      </w:pPr>
      <w:r>
        <w:t>ساریساریانسانیتوہاںجمعہوگی اللہ کےسامنے اورسبکاحسابہوگا۔</w:t>
      </w:r>
    </w:p>
    <w:p>
      <w:r>
        <w:rPr>
          <w:b/>
        </w:rPr>
        <w:t xml:space="preserve">[49:26] </w:t>
      </w:r>
      <w:r>
        <w:t>toh us waqt, us waqt ke aane se pehle pehle Allah ko matlab hai logon ko bata diya hai ke what was the creation plan of God.</w:t>
      </w:r>
    </w:p>
    <w:p>
      <w:pPr>
        <w:jc w:val="right"/>
      </w:pPr>
      <w:r>
        <w:t>تو اسوقت ،اسوقت کےآنےسےپہلے پہلے اللہ کومطلوبہے لوگوںکوبتادیا ہے کہ وا ٹواز دا کریشنلپلانآفگاڈ۔</w:t>
      </w:r>
    </w:p>
    <w:p>
      <w:r>
        <w:rPr>
          <w:b/>
        </w:rPr>
        <w:t xml:space="preserve">[49:35] </w:t>
      </w:r>
      <w:r>
        <w:t>hajj ke maidan mein samna jo karna hai, woh woh samna karne ko kaun kar payega? samna woh kaun log honge jo hajj ke maidan ka samna kar payen aur wahan par woh ya'ni kamyab thahren?</w:t>
      </w:r>
    </w:p>
    <w:p>
      <w:pPr>
        <w:jc w:val="right"/>
      </w:pPr>
      <w:r>
        <w:t>حجکامیدانمیں سامناجوکرناہے، وہ وہ سامناکرنے کون کر کرپائےگا؟سامنا وہکونلوگہوںگے جوحجکا کےمیدانکاسامناکرپائیں اوروہاںپروہ یعنی کامیابٹھہریں؟</w:t>
      </w:r>
    </w:p>
    <w:p>
      <w:r>
        <w:rPr>
          <w:b/>
        </w:rPr>
        <w:t xml:space="preserve">[49:52] </w:t>
      </w:r>
      <w:r>
        <w:t>yeh yeh baaten jo log batayen insan ko modern communication ko istemal karte hue, wohi akhwan-e-rasool hain.</w:t>
      </w:r>
    </w:p>
    <w:p>
      <w:pPr>
        <w:jc w:val="right"/>
      </w:pPr>
      <w:r>
        <w:t>یہ یہباتیںجولوگبتادیں انسان کو ماڈرنکمیونیکیشنکواستعمال کرتے ہوئے، وہی اخوانرسولہیں۔</w:t>
      </w:r>
    </w:p>
    <w:p>
      <w:r>
        <w:rPr>
          <w:b/>
        </w:rPr>
        <w:t xml:space="preserve">[50:03] </w:t>
      </w:r>
      <w:r>
        <w:t>to main samajhta hoon ke sare bade bade role khatam ho chuke hain tareekh mein, anbiya ka role khatam ho chuka, khatam-un-nabiyyin ka role khatam ho chuka, sahaba ka role khatam ho chuka.</w:t>
      </w:r>
    </w:p>
    <w:p>
      <w:pPr>
        <w:jc w:val="right"/>
      </w:pPr>
      <w:r>
        <w:t>تو میںسمجھتاہوںکہ سارے بڑےبڑےرولختمہوچکے ہیںتاریخ میں،انبیاءکارولختمہوچکا، خاتم النبیینکارولختمہوچکا، صحابہکارولختمہوچکا۔</w:t>
      </w:r>
    </w:p>
    <w:p>
      <w:r>
        <w:rPr>
          <w:b/>
        </w:rPr>
        <w:t xml:space="preserve">[50:16] </w:t>
      </w:r>
      <w:r>
        <w:t>ab jo role hai sab se bada, woh akhwan-e-rasool ka role hai,</w:t>
      </w:r>
    </w:p>
    <w:p>
      <w:pPr>
        <w:jc w:val="right"/>
      </w:pPr>
      <w:r>
        <w:t>ابجو رولہےسبسےبڑا، وہاخوانرسول کارولہے،</w:t>
      </w:r>
    </w:p>
    <w:p>
      <w:r>
        <w:rPr>
          <w:b/>
        </w:rPr>
        <w:t xml:space="preserve">[50:21] </w:t>
      </w:r>
      <w:r>
        <w:t>ya'ni unhi se hidayat to unhi sab ko milti hai. hidayat ke ma'ni mein to hum unhi ke taabe hain, ya'ni hidayat humein kahin aur se nahin milegi, khatam-un-nabiyyin se hidayat milegi aap ko.</w:t>
      </w:r>
    </w:p>
    <w:p>
      <w:pPr>
        <w:jc w:val="right"/>
      </w:pPr>
      <w:r>
        <w:t>یعنیانہیسےہدایتتوانہیسبکوملتیہے۔ ہدایتکےمعنیمیںتو ہم انہیکے تابعہیں، یعنیہدایتہمیںکہیںاورسےنہیںملےگی، خاتم النبیینسے ہدایت ملےگیآپکو۔</w:t>
      </w:r>
    </w:p>
    <w:p>
      <w:r>
        <w:rPr>
          <w:b/>
        </w:rPr>
        <w:t xml:space="preserve">[50:35] </w:t>
      </w:r>
      <w:r>
        <w:t>lekin practical to practical taur par jo role karna hai aap ko, to zinda logon ko karna hai role. woh log, woh log to ja chuke hain apna kaam karke.</w:t>
      </w:r>
    </w:p>
    <w:p>
      <w:pPr>
        <w:jc w:val="right"/>
      </w:pPr>
      <w:r>
        <w:t>لیکن پریکٹیکلتوپریکٹیکلطورپر جو رولکرناہےآپکو، تو زندہلوگوںکوکرناہےرول۔ وہلوگ، وہلوگتوجاچکےہیںاپناکامکرکے۔</w:t>
      </w:r>
    </w:p>
    <w:p>
      <w:r>
        <w:rPr>
          <w:b/>
        </w:rPr>
        <w:t xml:space="preserve">[50:47] </w:t>
      </w:r>
      <w:r>
        <w:t>to ab jo jo log yeh kaam karenge, jin ko allah ta'ala, ya'ni allah ta'ala ka jo creation plan hai, us se jo log ba-khabar karenge insan ko, wohi allah ka akhwan-e-rasool qarar payenge.</w:t>
      </w:r>
    </w:p>
    <w:p>
      <w:pPr>
        <w:jc w:val="right"/>
      </w:pPr>
      <w:r>
        <w:t>تو ابجو جو لوگ یہکام کریںگے، جنکواللہ تعالیٰ ،یعنی اللہ تعالیٰکاجو کریشن پلانہے، اسسےجولوگ باخبرکریںگےانسانکو، وہیاللہ کا اخوانرسولقرار پائیںگے۔</w:t>
      </w:r>
    </w:p>
    <w:p>
      <w:r>
        <w:rPr>
          <w:b/>
        </w:rPr>
        <w:t xml:space="preserve">[51:01] </w:t>
      </w:r>
      <w:r>
        <w:t>to rasool allah sallallahu alaihi wasallam hi ke waste se sahaba bane the, unhi ke waste se aap akhwan banenge, unhi ki hidayat ko le kar ke woh sahaba bane the, unhi ki hidayat ko le kar ab akhwan banenge.</w:t>
      </w:r>
    </w:p>
    <w:p>
      <w:pPr>
        <w:jc w:val="right"/>
      </w:pPr>
      <w:r>
        <w:t>تو رسولاللہصلیاللہعلیہوسلمہیکے واسطےسے صحابہبنےتھے، انہیکےواسطےسےآپاخوانبنیںگے، انہیکیہدایتکولےکرکے وہصحابہبنےتھے، انہیکیہدایتکولےکر اباخوانبنیںگے۔</w:t>
      </w:r>
    </w:p>
    <w:p>
      <w:r>
        <w:rPr>
          <w:b/>
        </w:rPr>
        <w:t xml:space="preserve">[51:17] </w:t>
      </w:r>
      <w:r>
        <w:t>to yeh bohat ziyada sochne ki baat hai, bohat hi ziyada sochne ki baat hai. yeh poora jo yeh majmoo'a mein ne arz kiya ke interpretation of history log kyun nahi kar paye,</w:t>
      </w:r>
    </w:p>
    <w:p>
      <w:pPr>
        <w:jc w:val="right"/>
      </w:pPr>
      <w:r>
        <w:t>تو یہبہت زیادہ سوچنےکیبات ہے، بہت ہیزیادہسوچنےکیباتہے۔ یہ پوراجو یہجومیںنےعرضکیاکہ انٹرپریٹیشنآفہسٹری لوگ کیوںنہیںکرپائے،</w:t>
      </w:r>
    </w:p>
    <w:p>
      <w:r>
        <w:rPr>
          <w:b/>
        </w:rPr>
        <w:t xml:space="preserve">[51:30] </w:t>
      </w:r>
      <w:r>
        <w:t>yeh interpretation is liye ke woh wohan tak un ko yeh khabar nahi thi ke history kya hai, is mein do a'awaamil kaam kar rahe hain, do factor kaam kar rahe hain.</w:t>
      </w:r>
    </w:p>
    <w:p>
      <w:pPr>
        <w:jc w:val="right"/>
      </w:pPr>
      <w:r>
        <w:t>یہانٹرپریٹیشن اسلیےکہوہ وہانکویہخبرنہیںتھیکہ ہسٹریجوہے،اسمیں دو عواملکامکررہےہیں، دو فیکٹرکامکررہےہیں۔</w:t>
      </w:r>
    </w:p>
    <w:p>
      <w:r>
        <w:rPr>
          <w:b/>
        </w:rPr>
        <w:t xml:space="preserve">[51:40] </w:t>
      </w:r>
      <w:r>
        <w:t>aik taraf insaan ka free will hai, doosri taraf Allah ka management hai.</w:t>
      </w:r>
    </w:p>
    <w:p>
      <w:pPr>
        <w:jc w:val="right"/>
      </w:pPr>
      <w:r>
        <w:t>ایکطرف انسان کیفریڈمہے، دوسریطرف اللہ کامینجمنٹ ہے۔</w:t>
      </w:r>
    </w:p>
    <w:p>
      <w:r>
        <w:rPr>
          <w:b/>
        </w:rPr>
        <w:t xml:space="preserve">[51:45] </w:t>
      </w:r>
      <w:r>
        <w:t>isi liye aaj ka title mein ne rakha hai "between freewill and determinism". to yeh yeh hai, mein bataon ke yeh central central formula yeh hai, yeh kya formula yeh hai.</w:t>
      </w:r>
    </w:p>
    <w:p>
      <w:pPr>
        <w:jc w:val="right"/>
      </w:pPr>
      <w:r>
        <w:t>اسیلیےآجکاٹائٹلمیںنےرکھاہے"بٹوین فریڈماینڈڈیٹرمین زم"۔ تویہیہ یہہے، میںبتاؤںکہ یہ سینٹرل سینٹرلفارمولایہہے، یہ کیفارمولایہہے۔</w:t>
      </w:r>
    </w:p>
    <w:p>
      <w:r>
        <w:rPr>
          <w:b/>
        </w:rPr>
        <w:t xml:space="preserve">[52:00] </w:t>
      </w:r>
      <w:r>
        <w:t>is se bekhabar the log, is se is ka pata jo logon ne interpretation dene ki koshish ki, woh asas se bekhabar hone ki wajah se woh woh is ko in ka interpretation na de sake.</w:t>
      </w:r>
    </w:p>
    <w:p>
      <w:pPr>
        <w:jc w:val="right"/>
      </w:pPr>
      <w:r>
        <w:t>اسسےبےخبرتھےلوگ، اسسےاسکاپتہ جولوگوںنے انٹرپریٹیشندینےکیکوششکی، وہ اساسسےبےخبرہونے کیوجہسےوہ وہاسکو انکا انٹرپریٹیشننہدےسکے۔</w:t>
      </w:r>
    </w:p>
    <w:p>
      <w:r>
        <w:rPr>
          <w:b/>
        </w:rPr>
        <w:t xml:space="preserve">[52:15] </w:t>
      </w:r>
      <w:r>
        <w:t>aur jitni kitaab'ein likhi gayi, woh kitaab'ein sirf sirf confusion ka bundle hain aur kuch nahi is ke siwa.</w:t>
      </w:r>
    </w:p>
    <w:p>
      <w:pPr>
        <w:jc w:val="right"/>
      </w:pPr>
      <w:r>
        <w:t>اور جتنیکتاب یںلکھیگئی،وہکتاب یں ص رفصرفکنفیوژنکابنڈلہیںاورکچھنہیںاسکےسوا۔</w:t>
      </w:r>
    </w:p>
    <w:p>
      <w:r>
        <w:rPr>
          <w:b/>
        </w:rPr>
        <w:t xml:space="preserve">[52:22] </w:t>
      </w:r>
      <w:r>
        <w:t>to khulasa yeh hai ke dekhiye, Allah taala ne insaan ko azaad diya hai, lekin azaadi ke sath sath Allah taala in ko chahta hai ke woh safar karte hue log pohnchein akhirat ke goal tak, akhirat ki manzil tak.</w:t>
      </w:r>
    </w:p>
    <w:p>
      <w:pPr>
        <w:jc w:val="right"/>
      </w:pPr>
      <w:r>
        <w:t>تو خلاصہیہہےکہدیکھیے، اللہ تعالیٰنےانسانکو آز ادیدیہے، لیکن آزادی کےساتھ ساتھ اللہ تعالیٰ انکو چاہتاہےکہوہ سفرکرتے ہوئے لوگ پہنچیں آخرتکے گولتک ،آخرتکیمنزلتک۔</w:t>
      </w:r>
    </w:p>
    <w:p>
      <w:r>
        <w:rPr>
          <w:b/>
        </w:rPr>
        <w:t xml:space="preserve">[52:42] </w:t>
      </w:r>
      <w:r>
        <w:t>to is dar is douran mein Allah taala logon ki azaadi ko abolition na karte hue, logon ki azaadi ko mansookh na karte hue, manage kar raha hai, manage kar raha hai.</w:t>
      </w:r>
    </w:p>
    <w:p>
      <w:pPr>
        <w:jc w:val="right"/>
      </w:pPr>
      <w:r>
        <w:t>تو اس در اسدوران میں اللہ تعالیٰ لوگوںکیآز ادیکو ابالشنہکرتے ہوئے، لوگوںکیآزادیکو منسوخنہکرتے ہوئے، مینجکررہاہے، مینجکررہاہے۔</w:t>
      </w:r>
    </w:p>
    <w:p>
      <w:r>
        <w:rPr>
          <w:b/>
        </w:rPr>
        <w:t xml:space="preserve">[52:56] </w:t>
      </w:r>
      <w:r>
        <w:t>yaani jahan derailment hota hai, to phir dobara rastay par laya jaata hai insaan ko. aur manage karte karte aaj saare imkaanat khul gaye hain, koi imkaan ab baqi nahi reh raha hai.</w:t>
      </w:r>
    </w:p>
    <w:p>
      <w:pPr>
        <w:jc w:val="right"/>
      </w:pPr>
      <w:r>
        <w:t>یعنیجہاںڈیریلیمنٹہوتاہے،تو پھر دوبارہراستےپرلایاجاتاہےانسانکو ۔ اورمینجکرتے کرتے آجسارےامکاناتکھلگئےہیں، کوئیامکان ابباقینہیں رہرہاہے۔</w:t>
      </w:r>
    </w:p>
    <w:p>
      <w:r>
        <w:rPr>
          <w:b/>
        </w:rPr>
        <w:t xml:space="preserve">[53:09] </w:t>
      </w:r>
      <w:r>
        <w:t>in saare imkaanat ko avail karna hai, in saari opportunities ko avail karna hai aur final role ada kar daalna hai. to aik role tha Adam ka, aik role tha anbiya ka, aik role tha Rasool Allah (SAW) ka, aik role tha Sahaba ka.</w:t>
      </w:r>
    </w:p>
    <w:p>
      <w:pPr>
        <w:jc w:val="right"/>
      </w:pPr>
      <w:r>
        <w:t>انسارےامکاناتکو اویلکرناہے، انساری اپر چونیٹیزکواویلکرناہے اور فائنلرولاداکرڈالناہے۔ تو ایک رولتھا آدمکا ،ایک رولتھا انبیاءکا ،ایک رولتھا رسولاللہصلیاللہعلیہوسلمکا،ایکرولتھاصحابہکا ۔</w:t>
      </w:r>
    </w:p>
    <w:p>
      <w:r>
        <w:rPr>
          <w:b/>
        </w:rPr>
        <w:t xml:space="preserve">[53:27] </w:t>
      </w:r>
      <w:r>
        <w:t>isi tarah is baad tab'een, tab'e tab'een ke bhi role hue, sab ke role aik aik group aaya aur role karta chala chala ja raha hai. ab final role jo hai, woh Akhwan e Rasool ka role hai, final</w:t>
      </w:r>
    </w:p>
    <w:p>
      <w:pPr>
        <w:jc w:val="right"/>
      </w:pPr>
      <w:r>
        <w:t>اسیطرحاسبعد تابعین،تبعتابعینکے بھی رولہوئے،سبکےرول ایک ایکگروپآیااوررولکرتاچلا چلاجارہاہے۔ ابفائنلرولجوہے،وہ اخوانرسولکارولہے،فائنلر</w:t>
      </w:r>
    </w:p>
    <w:p>
      <w:r>
        <w:rPr>
          <w:b/>
        </w:rPr>
        <w:t xml:space="preserve">[53:39] </w:t>
      </w:r>
      <w:r>
        <w:t>role ka final call de raha hai in ko. jaise airport par aap ne dekha hoga ke jab ailaan karta hai woh ke hawai jahaz jaane ke liye tayyar hain, to baar baar ailaan karta hai.</w:t>
      </w:r>
    </w:p>
    <w:p>
      <w:pPr>
        <w:jc w:val="right"/>
      </w:pPr>
      <w:r>
        <w:t>ول کافائنلکال دےرہاہےانکو۔ جیسے ایئرپورٹپرآپنےدیکھاہوگا کہجباعلانکرتاہےوہ کہ ہوائیجہاز جانےکےلیےتیار ہیں، تو بار باراعلانکرتاہے۔</w:t>
      </w:r>
    </w:p>
    <w:p>
      <w:r>
        <w:rPr>
          <w:b/>
        </w:rPr>
        <w:t xml:space="preserve">[53:53] </w:t>
      </w:r>
      <w:r>
        <w:t>phir aakhir mein kehta hai "final call", woh aakhri aakhri announcement hota hai. ab is ke baad jo musafir hain, sab aa jayen warna hawai jahaz urr jayega.</w:t>
      </w:r>
    </w:p>
    <w:p>
      <w:pPr>
        <w:jc w:val="right"/>
      </w:pPr>
      <w:r>
        <w:t>پھرآخرمیںکہتاہے"فائنلکال" ،وہآخری آخری اناؤنسمنٹہوتاہے۔ اباسکےبعد جو مسافر ہیں،سب آجائیں ورنہ ہوائیجہاز اڑجائےگا۔</w:t>
      </w:r>
    </w:p>
    <w:p>
      <w:r>
        <w:rPr>
          <w:b/>
        </w:rPr>
        <w:t xml:space="preserve">[54:05] </w:t>
      </w:r>
      <w:r>
        <w:t>to Akhwan e Rasool ka final call de dene wale log hain, final call. to mein samajhta hoon ke woh log yeh yeh Akhwan e Rasool jo hai, koi fazeelat ki baat nahi hai,</w:t>
      </w:r>
    </w:p>
    <w:p>
      <w:pPr>
        <w:jc w:val="right"/>
      </w:pPr>
      <w:r>
        <w:t>تو اخوانرسول کا فائنلکال دےدینےوالےلوگ ہیں، فائنل کال۔ تو میںسمجھتاہوںکہ وہلوگ یہیہ اخوانرسول جوہے، کوئیفضیلتکیباتنہیںہے،</w:t>
      </w:r>
    </w:p>
    <w:p>
      <w:r>
        <w:rPr>
          <w:b/>
        </w:rPr>
        <w:t xml:space="preserve">[54:20] </w:t>
      </w:r>
      <w:r>
        <w:t>yeh zimmedari ki baat hai, duty ki baat hai. yeh yeh apne apne aap ko, apne aap ko jis tarah Sahaba ne apne aap ko apne mafad ko bhula kar ke kud pade, woh Allah ke kaam mein,</w:t>
      </w:r>
    </w:p>
    <w:p>
      <w:pPr>
        <w:jc w:val="right"/>
      </w:pPr>
      <w:r>
        <w:t>یہ ذمہداریکیباتہے،ڈیوٹیکیباتہے۔یہ یہ اپنے اپنےآپکو ،اپنےآپکو جسطرحصحابہنے اپنےآپ کواپنے مفادکو بھلاکرکے کودپڑے،وہ اللہ کےکاممیں،</w:t>
      </w:r>
    </w:p>
    <w:p>
      <w:r>
        <w:rPr>
          <w:b/>
        </w:rPr>
        <w:t xml:space="preserve">[54:34] </w:t>
      </w:r>
      <w:r>
        <w:t>woh woh woh woh karna hai. aap ka apna interest, aap ka family ka interest, aap ki apni soch, yeh sab ko bilkul pas pusht daal dena hai.</w:t>
      </w:r>
    </w:p>
    <w:p>
      <w:pPr>
        <w:jc w:val="right"/>
      </w:pPr>
      <w:r>
        <w:t>وہ وہ وہ وہ وہ کرناہے۔ آپ کااپنا انٹرسٹ، آپ کا فیملیکاانٹرسٹ، آپ کیاپنی سوچ، یہسب کوبالکل پس پشتڈالدیناہے۔</w:t>
      </w:r>
    </w:p>
    <w:p>
      <w:r>
        <w:rPr>
          <w:b/>
        </w:rPr>
        <w:t xml:space="preserve">[54:46] </w:t>
      </w:r>
      <w:r>
        <w:t>aik hi nishana ke Allah ke bando tak Allah ka paigham pohnch jaye aur koi doosra nishana nahi. apni khwahishon ko qatl karna hai, apne zaouq ko mita daalna hai, apne interest ko yaani alag alag phenk dena hai.</w:t>
      </w:r>
    </w:p>
    <w:p>
      <w:pPr>
        <w:jc w:val="right"/>
      </w:pPr>
      <w:r>
        <w:t>ایکہی نشان ہ کہاللہ کے بندوںتکاللہ کاپیغامپہنچجائے اور کوئیدوسرانشان ہنہیں۔ اپنیخواہشوںکوکل کرناہے، اپنے ذوقکو مٹاڈالناہے، اپنے انٹرسٹکو یعنیالگالگپھینکدیناہے۔</w:t>
      </w:r>
    </w:p>
    <w:p>
      <w:r>
        <w:rPr>
          <w:b/>
        </w:rPr>
        <w:t xml:space="preserve">[55:02] </w:t>
      </w:r>
      <w:r>
        <w:t>har doosri cheez ko, har doosre consideration ko</w:t>
      </w:r>
    </w:p>
    <w:p>
      <w:pPr>
        <w:jc w:val="right"/>
      </w:pPr>
      <w:r>
        <w:t>ہردوسریچیز کو ،ہردوسرے کنسیڈریشنکو</w:t>
      </w:r>
    </w:p>
    <w:p>
      <w:r>
        <w:rPr>
          <w:b/>
        </w:rPr>
        <w:t xml:space="preserve">[55:08] </w:t>
      </w:r>
      <w:r>
        <w:t>second second banana hai aur aik hi goal ko le kar ke, aik hi nishane ko le kar ke aage barhna hai. woh nishane hi ki "to make people", "to make people aware of the creation plan of God".</w:t>
      </w:r>
    </w:p>
    <w:p>
      <w:pPr>
        <w:jc w:val="right"/>
      </w:pPr>
      <w:r>
        <w:t>سیکنڈسیکنڈریبناناہے اور ایکہی گولکولےکرکے،ایکہینش انےکولےکرکے آگےبڑھناہے۔ وہنش انےہی کی "ٹومیکپول" ،"ٹومیکپیپلاویر آفداکریشنپلانآفگاڈ"۔</w:t>
      </w:r>
    </w:p>
    <w:p>
      <w:r>
        <w:rPr>
          <w:b/>
        </w:rPr>
        <w:t xml:space="preserve">[55:23] </w:t>
      </w:r>
      <w:r>
        <w:t>yeh batana hai ke yeh hai Allah ka takhleeqi mansooba, yeh hai history ka interpretation</w:t>
      </w:r>
    </w:p>
    <w:p>
      <w:pPr>
        <w:jc w:val="right"/>
      </w:pPr>
      <w:r>
        <w:t>یہ بت اناہےکہیہہےاللہ کا تخلیقیمنصوبہ، یہہے ہسٹریکا انٹرپریٹیشن</w:t>
      </w:r>
    </w:p>
    <w:p>
      <w:r>
        <w:rPr>
          <w:b/>
        </w:rPr>
        <w:t xml:space="preserve">[55:31] </w:t>
      </w:r>
      <w:r>
        <w:t>, yeh hai qayamat ka mo'amla aur yeh hai jannat dozakh ka mo'amla, yeh hashar ka mo'amla. inhi baaton ko batane ka naam hai dawat.</w:t>
      </w:r>
    </w:p>
    <w:p>
      <w:pPr>
        <w:jc w:val="right"/>
      </w:pPr>
      <w:r>
        <w:t>،یہہے قیامتکامعاملہ اوریہہے جنتدوزخکامعاملہ، یہ حشرکامعاملہ۔انہیباتوںکوبتانےکانام ہےدعوت۔</w:t>
      </w:r>
    </w:p>
    <w:p>
      <w:r>
        <w:rPr>
          <w:b/>
        </w:rPr>
        <w:t xml:space="preserve">[55:40] </w:t>
      </w:r>
      <w:r>
        <w:t>aap yaad rakhiye, dawat koi political, koi political, koi koi political hungame karne ka naam nahi hai.</w:t>
      </w:r>
    </w:p>
    <w:p>
      <w:pPr>
        <w:jc w:val="right"/>
      </w:pPr>
      <w:r>
        <w:t>آپیادرکھیے،دعوتکوئیپولیٹیکل، کوئی پولیٹیکل، کوئی کوئی پولیٹیکل ہنگامےکرنےکانامنہیںہے۔</w:t>
      </w:r>
    </w:p>
    <w:p>
      <w:r>
        <w:rPr>
          <w:b/>
        </w:rPr>
        <w:t xml:space="preserve">[55:52] </w:t>
      </w:r>
      <w:r>
        <w:t>aaj kal kuch log dawat ka naam lete hain aur is ke baad hungame karte hain, political hungame, nafrat ki tehreek'ein chalate hain.</w:t>
      </w:r>
    </w:p>
    <w:p>
      <w:pPr>
        <w:jc w:val="right"/>
      </w:pPr>
      <w:r>
        <w:t>آجکل کچھلوگ دعوتکاناملیتےہیںاوراسکےبعدہنگامےکرتےہیں،پولیٹیکلہنگامے، نفرتکیتحریکیںچلاتےہیں۔</w:t>
      </w:r>
    </w:p>
    <w:p>
      <w:r>
        <w:rPr>
          <w:b/>
        </w:rPr>
        <w:t xml:space="preserve">[55:59] </w:t>
      </w:r>
      <w:r>
        <w:t>yeh is is ka koi ta'alluq dawat se nahi hai. dawat ke ma'ani hain pukaar, lafzi ma'ani jo dawat ke hain, pukaar. bas is mein koi politics nahi hai.</w:t>
      </w:r>
    </w:p>
    <w:p>
      <w:pPr>
        <w:jc w:val="right"/>
      </w:pPr>
      <w:r>
        <w:t>یہ اس اسکا کوئی تعلقدعوتسےنہیںہے۔ دعوت کےمعنیہیںپکار، لفظیمعنیجودعوتکےہیں،پکار۔ بس اسمیںکوئیپولیٹکسنہیںہے۔</w:t>
      </w:r>
    </w:p>
    <w:p>
      <w:r>
        <w:rPr>
          <w:b/>
        </w:rPr>
        <w:t xml:space="preserve">[56:11] </w:t>
      </w:r>
      <w:r>
        <w:t>to pukaar kis baat ki? Allah ki jo mansha hai, Allah ki jo mansha, is ko Allah taala chahta hai ke bande pukaar kar bata dein.</w:t>
      </w:r>
    </w:p>
    <w:p>
      <w:pPr>
        <w:jc w:val="right"/>
      </w:pPr>
      <w:r>
        <w:t>تو پکار کسباتکی؟ اللہ کیجو منشاہے، اللہ کیجومنشا،اسکو اللہ تعالیٰچاہتاہےکہبندے پکار کربتادیں۔</w:t>
      </w:r>
    </w:p>
    <w:p>
      <w:r>
        <w:rPr>
          <w:b/>
        </w:rPr>
        <w:t xml:space="preserve">[56:21] </w:t>
      </w:r>
      <w:r>
        <w:t>yani Allah ki mansha ko pukarne ke liye farishte nahi aayenge.</w:t>
      </w:r>
    </w:p>
    <w:p>
      <w:pPr>
        <w:jc w:val="right"/>
      </w:pPr>
      <w:r>
        <w:t>یعنیاللہ کیمنشاکوپکارنےکےلیے کےلیےفرشتےنہیںآئیںگے۔</w:t>
      </w:r>
    </w:p>
    <w:p>
      <w:r>
        <w:rPr>
          <w:b/>
        </w:rPr>
        <w:t xml:space="preserve">[56:26] </w:t>
      </w:r>
      <w:r>
        <w:t>Yeh namumkin hai ke na toh Allah pukarega aapko ke aap sunai dein, na farishte aayenge. Insan pukarega toh aap Khuda ki taraf se pukarne wale log hain. Bas nahi, ismein na koi politics hai, na koi material goal hai, na koi dunya vi maqsad hai, kuch bhi nahi hai.</w:t>
      </w:r>
    </w:p>
    <w:p>
      <w:pPr>
        <w:jc w:val="right"/>
      </w:pPr>
      <w:r>
        <w:t>یہ ناممکنہےکہ نہتواللہ پکارےگاآپکو کہآپ سنائیدیں، نہ فرشتےآئیںگے۔ انسان پکارےگا تو آپ خدا کیطرف سے پکارنےوالےلوگ ہیں۔بس نہیں،اسمیںنہکوئیپولیٹکسہے، نہکوئیمٹیریلگولہے، نہ کوئیدنیا ویمقصدہے، کچھبھینہیں ہے۔</w:t>
      </w:r>
    </w:p>
    <w:p>
      <w:r>
        <w:rPr>
          <w:b/>
        </w:rPr>
        <w:t xml:space="preserve">[56:48] </w:t>
      </w:r>
      <w:r>
        <w:t>Iska qaumi taqazon se koi matlab nahi. Iska</w:t>
      </w:r>
    </w:p>
    <w:p>
      <w:pPr>
        <w:jc w:val="right"/>
      </w:pPr>
      <w:r>
        <w:t>اسکا قومی تقاضوںسےکوئیمطلبنہیں۔اسکا</w:t>
      </w:r>
    </w:p>
    <w:p>
      <w:r>
        <w:rPr>
          <w:b/>
        </w:rPr>
        <w:t xml:space="preserve">[56:51] </w:t>
      </w:r>
      <w:r>
        <w:t>Qaumi jo taqaze hote hain, qaumi jo maqasid hote hain, qaumi jo mafadat hain, isse koi ta'alluq nahi. Iski dawat ka isse bilkul alag hokar, artist se alag hokar,</w:t>
      </w:r>
    </w:p>
    <w:p>
      <w:pPr>
        <w:jc w:val="right"/>
      </w:pPr>
      <w:r>
        <w:t>قومیجو تقاضےہوتےہیں،قومیجومقاصدہوتےہیں، قومیجومفاداتہیں،اسسےکوئیتعلقنہیں۔اسکیدعوتکا اسسےبالکل الگہوکر، آر ٹسٹسےالگہوکر،</w:t>
      </w:r>
    </w:p>
    <w:p>
      <w:r>
        <w:rPr>
          <w:b/>
        </w:rPr>
        <w:t xml:space="preserve">[57:05] </w:t>
      </w:r>
      <w:r>
        <w:t>Maadi mafadat se alag hokar, qaumi taqazon se alag hokar, iske jitne bhi cheezein hain, isse alag hokar ke kaam karna hai dawat ka.</w:t>
      </w:r>
    </w:p>
    <w:p>
      <w:pPr>
        <w:jc w:val="right"/>
      </w:pPr>
      <w:r>
        <w:t>مادی مفاداتسےالگہوکر، قومی تقاضوںسےالگ ہوکر، اس کے جتنےبھی چیزیںہیں،اسسےالگہوکرکے کام کرناہے دعوتکا ۔</w:t>
      </w:r>
    </w:p>
    <w:p>
      <w:r>
        <w:rPr>
          <w:b/>
        </w:rPr>
        <w:t xml:space="preserve">[57:22] </w:t>
      </w:r>
      <w:r>
        <w:t>Toh yeh hai aaj ka, yani aaj ka taqaza. Tareekh ab wahan aa gayi hai jahan iske saare pehlu khul chuke hain.</w:t>
      </w:r>
    </w:p>
    <w:p>
      <w:pPr>
        <w:jc w:val="right"/>
      </w:pPr>
      <w:r>
        <w:t>تویہہے آجکا ،یعنیآجکا تقاضا۔ تاریخ ابوہاںآگئی ہےجہاں اسکے سارے پہلوکھلچکےہیں۔</w:t>
      </w:r>
    </w:p>
    <w:p>
      <w:r>
        <w:rPr>
          <w:b/>
        </w:rPr>
        <w:t xml:space="preserve">[57:33] </w:t>
      </w:r>
      <w:r>
        <w:t>Ab koi pehlu baqi nahi hai. Ab toh sirf final call ki ibaadat hai, sirf final call ki ibaadat hai. Jo log is final call ke liye uthenge, bilashuba Allah unpar apni nusratein udel dega.</w:t>
      </w:r>
    </w:p>
    <w:p>
      <w:pPr>
        <w:jc w:val="right"/>
      </w:pPr>
      <w:r>
        <w:t>اب کوئیپہلوباقینہیںہے۔ ابتوصرف فائنلکالکیباتہے، صرف فائنلکالکیباتہے۔ جولوگ اسفائنلکالکےلیےاٹھیںگے، بلاشبہاللہ انپر اپنی نصرتیںاڑیلدےگا۔</w:t>
      </w:r>
    </w:p>
    <w:p>
      <w:r>
        <w:rPr>
          <w:b/>
        </w:rPr>
        <w:t xml:space="preserve">[57:50] </w:t>
      </w:r>
      <w:r>
        <w:t>Ismein koi shakk nahi hai, kyunke Allah ka kaam hai, yeh Allah ka kaam hai. Toh jo log iske liye uthenge, is final call ke liye, Allah ki nusratein unke upar toot padengi.</w:t>
      </w:r>
    </w:p>
    <w:p>
      <w:pPr>
        <w:jc w:val="right"/>
      </w:pPr>
      <w:r>
        <w:t>اسمیںکوئیشک نہیںہے، کیونکہ اللہ کاکامہے، یہاللہ کاکام ہے۔ توجولوگ اسکےلیےاٹھیںگے،اس فائنلکالکےلیے، اللہ کینصرتیں انکےاوپرٹوٹپڑیںگی۔</w:t>
      </w:r>
    </w:p>
    <w:p>
      <w:r>
        <w:rPr>
          <w:b/>
        </w:rPr>
        <w:t xml:space="preserve">[58:06] </w:t>
      </w:r>
      <w:r>
        <w:t>Toh ismein zara bhi koi shakk nahi hai. Aur isi isi yaqeen ke saath logon ko badhna chahiye is waqt is kaam mein.</w:t>
      </w:r>
    </w:p>
    <w:p>
      <w:pPr>
        <w:jc w:val="right"/>
      </w:pPr>
      <w:r>
        <w:t>تو اسمیں ذرابھیکوئیشکنہیںہے۔ اور اسی اسی یقینکےساتھ لوگوںکو بڑھناچاہیےاس وقت اسکام میں ۔</w:t>
      </w:r>
    </w:p>
    <w:p>
      <w:r>
        <w:rPr>
          <w:b/>
        </w:rPr>
        <w:t xml:space="preserve">[58:18] </w:t>
      </w:r>
      <w:r>
        <w:t>Aur Allah Ta'ala kabhi bhi unke yaqeen ko aisa nahi hoga ke woh woh unka aqd poora na ho. Aisa kabhi hone wala nahi hai.</w:t>
      </w:r>
    </w:p>
    <w:p>
      <w:pPr>
        <w:jc w:val="right"/>
      </w:pPr>
      <w:r>
        <w:t>اوراللہتعالیٰکبھیبھی انکےیقینکو ایسانہیںہوگاکہوہ کہوہ انکا عقدپورانہہو ۔ایساکبھیہونےوالانہیںہے۔</w:t>
      </w:r>
    </w:p>
    <w:p>
      <w:r>
        <w:rPr>
          <w:b/>
        </w:rPr>
        <w:t xml:space="preserve">[58:29] </w:t>
      </w:r>
      <w:r>
        <w:t>Allah kabhi kisi ko yeh ishtiqaaq kaam ka mauqa dene wala nahi hai.</w:t>
      </w:r>
    </w:p>
    <w:p>
      <w:pPr>
        <w:jc w:val="right"/>
      </w:pPr>
      <w:r>
        <w:t>اللہ کبھیکسی کو یہ اشتقاقکاموقعدینےوالانہیںہے۔</w:t>
      </w:r>
    </w:p>
    <w:p>
      <w:r>
        <w:rPr>
          <w:b/>
        </w:rPr>
        <w:t xml:space="preserve">[58:37] </w:t>
      </w:r>
      <w:r>
        <w:t>Toh main samajhta hoon ke Allah ke saath dua karte hue, Allah ke bharose par, Allah par aitmad karte hue, aap jo hai is is is mashnam mein apne aapko bilkul jo aksar kaha karta hoon ke ke jhonk dein.</w:t>
      </w:r>
    </w:p>
    <w:p>
      <w:pPr>
        <w:jc w:val="right"/>
      </w:pPr>
      <w:r>
        <w:t>تو میںسمجھتاہوںکہاللہ کے ساتھ دعاکرتے ہوئے، اللہ کے بھروسےپر ،اللہ پر اعتمادکرتے ہوئے، آپ جوہے اس اس اس مشنمیں اپنےآپکوبالکل جو اکثرکہاکرتاہوںکہ کہجھونکدیں۔</w:t>
      </w:r>
    </w:p>
    <w:p>
      <w:r>
        <w:rPr>
          <w:b/>
        </w:rPr>
        <w:t xml:space="preserve">[58:52] </w:t>
      </w:r>
      <w:r>
        <w:t>Lekin jhonkne ka matlab nahi ke be-aqli ke saath, danishmandana aur wisdom ke saath zaruri hai. Dawat ka kaam baghair wisdom ke nahi ho sakta.</w:t>
      </w:r>
    </w:p>
    <w:p>
      <w:pPr>
        <w:jc w:val="right"/>
      </w:pPr>
      <w:r>
        <w:t>لیکن جھونکنےکامطلبنہیں کہ بےعقلیکےساتھ، دان شمندیاور وزڈمکےساتھساتھضروریہے۔ دعوتکاکام بغیروز ڈمکےنہیںہوسکتا۔</w:t>
      </w:r>
    </w:p>
    <w:p>
      <w:r>
        <w:rPr>
          <w:b/>
        </w:rPr>
        <w:t xml:space="preserve">[59:04] </w:t>
      </w:r>
      <w:r>
        <w:t>Toh main dua karta hoon ke Allah Ta'ala mujhko aur aapko is kaam ki tofeeq ataa farmaye. Aqool qooli haza wastaghfirullaha li walakum ajmaeen.</w:t>
      </w:r>
    </w:p>
    <w:p>
      <w:pPr>
        <w:jc w:val="right"/>
      </w:pPr>
      <w:r>
        <w:t>تو میں دعاکرتاہوںکہاللہتعالیٰ مجھکواورآپکو اسکام کیتوفیقعطافرمائے۔ اقول قولیھذا واستغفراللہ لیلکماجمعین ۔</w:t>
      </w:r>
    </w:p>
    <w:p>
      <w:r>
        <w:rPr>
          <w:b/>
        </w:rPr>
        <w:t xml:space="preserve">[59:30] </w:t>
      </w:r>
      <w:r>
        <w:t>Maulana, yeh sawal aaya hai Raipur se Mr. Adrees ka. Unhone likha hai: "It is not only unchristianity, even some Islamic scholars also say that according to Islam the sun revolves around the earth.</w:t>
      </w:r>
    </w:p>
    <w:p>
      <w:pPr>
        <w:jc w:val="right"/>
      </w:pPr>
      <w:r>
        <w:t>مولانا،یہسوال آیاہے رائےپورسے مسٹرادریسکا ۔ انہوںنےلکھاہے: "اٹاز ناٹاونلیانکرسچینٹی، ایون سم اسلام ک سک الرز الس و سے دیٹاکارڈنگٹواسلام دا سن ریوالو اراؤنڈدیارت ھ۔</w:t>
      </w:r>
    </w:p>
    <w:p>
      <w:r>
        <w:rPr>
          <w:b/>
        </w:rPr>
        <w:t xml:space="preserve">[59:47] </w:t>
      </w:r>
      <w:r>
        <w:t>"Maulana, please advise if there is any mention of earth and sun's revolving relationship in the Quran or Hadith.</w:t>
      </w:r>
    </w:p>
    <w:p>
      <w:pPr>
        <w:jc w:val="right"/>
      </w:pPr>
      <w:r>
        <w:t>"مولانا،پلیزایڈوائز اف دیرازاینیمینشن اف ارتھ اینڈ سنز ریوال ونگریلیشنشپ اندی قرآن اور حدیث ۔</w:t>
      </w:r>
    </w:p>
    <w:p>
      <w:r>
        <w:rPr>
          <w:b/>
        </w:rPr>
        <w:t xml:space="preserve">[59:58] </w:t>
      </w:r>
      <w:r>
        <w:t>Dekhiye, yeh Quran ka mauzu nahi hai. Yeh kehna galat hai ke science ki saari baatein Quran mein hain. Toh yeh yeh sawal sahi nahi hai.</w:t>
      </w:r>
    </w:p>
    <w:p>
      <w:pPr>
        <w:jc w:val="right"/>
      </w:pPr>
      <w:r>
        <w:t>دیکھیے،یہقرآنکاموضوعنہیںہے۔ یہ کہناغلطہےکہ سائنسکیساریباتیںقرآنمیںہیں۔ تو یہ یہ سوال صحیحنہیںہے۔</w:t>
      </w:r>
    </w:p>
    <w:p>
      <w:r>
        <w:rPr>
          <w:b/>
        </w:rPr>
        <w:t xml:space="preserve">[1:00:13] </w:t>
      </w:r>
      <w:r>
        <w:t>Aap kahein ke sahib, laptop kahan Quran Majeed mein bataya hua hai? Toh yeh yeh Quran ka mauzu nahi hai.</w:t>
      </w:r>
    </w:p>
    <w:p>
      <w:pPr>
        <w:jc w:val="right"/>
      </w:pPr>
      <w:r>
        <w:t>آپکہیںکہصاحب، لیپٹاپکہاںقرآنمجید میں بتایاہواہے؟ تو یہ یہقرآنکاموضوعنہیںہے۔</w:t>
      </w:r>
    </w:p>
    <w:p>
      <w:r>
        <w:rPr>
          <w:b/>
        </w:rPr>
        <w:t xml:space="preserve">[1:00:22] </w:t>
      </w:r>
      <w:r>
        <w:t>Dekhiye, is maamle mein jo scientific studies se jo saabit ho, wahi Quran ka ki baat hogi, wahi Islam ki baat hogi.</w:t>
      </w:r>
    </w:p>
    <w:p>
      <w:pPr>
        <w:jc w:val="right"/>
      </w:pPr>
      <w:r>
        <w:t>دیکھیے، اس معاملےمیںجو اہ سائنٹی فک اسٹڈیزسےجوثابتہو،وہیقرآنکا کیباتہوگی،وہیاسلام کیباتہوگی۔</w:t>
      </w:r>
    </w:p>
    <w:p>
      <w:r>
        <w:rPr>
          <w:b/>
        </w:rPr>
        <w:t xml:space="preserve">[1:00:35] </w:t>
      </w:r>
      <w:r>
        <w:t>Aap ne jin Musalmanon ko kaha ke woh Musalman jahil qism ke log honge, us zamane mein koi bhi nahi hai jo yeh na maane. Isko koi jahil log jinki jinki jinko ilm nahi hai, toh woh aisi baatein karte honge.</w:t>
      </w:r>
    </w:p>
    <w:p>
      <w:pPr>
        <w:jc w:val="right"/>
      </w:pPr>
      <w:r>
        <w:t>آپ نےجن مسلمانوںکوکہاکہوہمسلمان جاہلقسم کےلوگہوںگے، اسزمانےمیںکوئیبھینہیںہےجو یہ نہمانے۔اسکو کوئیجاہللوگ جنکی جن کی جنکوعلم نہیںہے،تووہایسیباتکرتے ہوںگے۔</w:t>
      </w:r>
    </w:p>
    <w:p>
      <w:r>
        <w:rPr>
          <w:b/>
        </w:rPr>
        <w:t xml:space="preserve">[1:00:47] </w:t>
      </w:r>
      <w:r>
        <w:t>Baaki jo ahle ilm hain Musalmanon ke, woh unmein koi bhi aisa shakhs nahi hai jo yeh kahe. Albata jo kitaabein padhai jaati hain madrason mein, toh usmein youni khayalat maujood hain.</w:t>
      </w:r>
    </w:p>
    <w:p>
      <w:pPr>
        <w:jc w:val="right"/>
      </w:pPr>
      <w:r>
        <w:t>باقی جو اہلعلم ہیںمسلمانوںکے،وہ انمیںکوئیبھی ایساشخص نہیںہے جویہکہے۔ البتہجوکتاب یںپڑھائیجاتیہیں مدرس وںمیں، تو اسمیں یون انیخیالات موجود ہیں۔</w:t>
      </w:r>
    </w:p>
    <w:p>
      <w:r>
        <w:rPr>
          <w:b/>
        </w:rPr>
        <w:t xml:space="preserve">[1:01:00] </w:t>
      </w:r>
      <w:r>
        <w:t>Ismein is tarah ki baatein likhi hui hain. Lekin koi bhi sahib ilm Musalmanon mein aisa nahi hai jo yeh kahe ke zameen beech mein hai aur suraj ghoomta hai.</w:t>
      </w:r>
    </w:p>
    <w:p>
      <w:pPr>
        <w:jc w:val="right"/>
      </w:pPr>
      <w:r>
        <w:t>اسمیں اسطرحکیباتیں لکھیہوئیہیں۔ لیکن کوئیبھی صاحبعلم مسلمانوںمیںایسانہیںہےجویہکہے کہ زمین بیچمیںہےاورسورجگھومتاہے۔</w:t>
      </w:r>
    </w:p>
    <w:p>
      <w:r>
        <w:rPr>
          <w:b/>
        </w:rPr>
        <w:t xml:space="preserve">[1:01:10] </w:t>
      </w:r>
      <w:r>
        <w:t>Yeh kuch jahil log aise ho sakte hain.</w:t>
      </w:r>
    </w:p>
    <w:p>
      <w:pPr>
        <w:jc w:val="right"/>
      </w:pPr>
      <w:r>
        <w:t>یہ کچھجاہللوگایسےہوسکتےہیں۔</w:t>
      </w:r>
    </w:p>
    <w:p>
      <w:r>
        <w:rPr>
          <w:b/>
        </w:rPr>
        <w:t xml:space="preserve">[1:01:15] </w:t>
      </w:r>
      <w:r>
        <w:t>Maulana Hyderabad Pakistan se Mr. Noman, Mr. Noman Afzal sahib ne sawal kiya hai. Unhone likha hai: "Jab hamein sahi rasta maloom hai toh phir hum bure kaam kyun karte hain ?</w:t>
      </w:r>
    </w:p>
    <w:p>
      <w:pPr>
        <w:jc w:val="right"/>
      </w:pPr>
      <w:r>
        <w:t>مولاناحیدرآباد پاکستان سے مسٹر نعمان ،مسٹرنعمان افضلصاحبنےسوالکیاہے۔ انہوںنےلکھاہے: "جبہمیں صحیح راستہ معلوم ہے تو پھرہم برےکام کیوں کرتے ہیں ؟</w:t>
      </w:r>
    </w:p>
    <w:p>
      <w:r>
        <w:rPr>
          <w:b/>
        </w:rPr>
        <w:t xml:space="preserve">[1:01:29] </w:t>
      </w:r>
      <w:r>
        <w:t>"Iske baare mein batayein. Toh apne baare mein mujhse kyun poochte hain? Aap aapne hum kahe toh hum toh aap khud hain.</w:t>
      </w:r>
    </w:p>
    <w:p>
      <w:pPr>
        <w:jc w:val="right"/>
      </w:pPr>
      <w:r>
        <w:t>"اسکےبارےمیں بتائیں۔ تو اپنےبارےمیںمجھسےکیوںپوچھتےہیں؟آپ آپنےہمکہاہے توہمتوآپخود ہیں۔</w:t>
      </w:r>
    </w:p>
    <w:p>
      <w:r>
        <w:rPr>
          <w:b/>
        </w:rPr>
        <w:t xml:space="preserve">[1:01:39] </w:t>
      </w:r>
      <w:r>
        <w:t>aap khud apne dil mein jhankiay, khud jhankiay keh keh mein aisa kyun karta hoon. jo jo cheez hum se ta'alluq rakhte ho, us ka mein jaa kar kaise jawab doon ga?</w:t>
      </w:r>
    </w:p>
    <w:p>
      <w:pPr>
        <w:jc w:val="right"/>
      </w:pPr>
      <w:r>
        <w:t>آپخود اپنے دل میںجھانکیے، خود جھانکیےکہ کہمیںایساکیوںکرتاہوں۔ جو جوچیزہمسےتعلقرکھتےہو،اسکامیںجاکر کیسے جوابدوںگا؟</w:t>
      </w:r>
    </w:p>
    <w:p>
      <w:r>
        <w:rPr>
          <w:b/>
        </w:rPr>
        <w:t xml:space="preserve">[1:01:53] </w:t>
      </w:r>
      <w:r>
        <w:t>aap ghor kijiay, agar aap musalmanon ke baray mein keh rahe hain ya doosron ke baray mein to mein kahoon ga keh aadmi yahi, yaani hub-e-ajra'a is ka sabab hota hai.</w:t>
      </w:r>
    </w:p>
    <w:p>
      <w:pPr>
        <w:jc w:val="right"/>
      </w:pPr>
      <w:r>
        <w:t>آپ غورکیجئے، اگر آپ مسلمانوںکےبارےمیںکہہرہےہیںیا دوسروںکےبارےمیں تو میںکہوںگاکہآدمیہیں، یعنیحب اج راءاسکاسببہوتاہے۔</w:t>
      </w:r>
    </w:p>
    <w:p>
      <w:r>
        <w:rPr>
          <w:b/>
        </w:rPr>
        <w:t xml:space="preserve">[1:02:06] </w:t>
      </w:r>
      <w:r>
        <w:t>hub-e-ajra'a yaani immediate gain,</w:t>
      </w:r>
    </w:p>
    <w:p>
      <w:pPr>
        <w:jc w:val="right"/>
      </w:pPr>
      <w:r>
        <w:t>حب اج راء یعنیامیڈیٹگین،</w:t>
      </w:r>
    </w:p>
    <w:p>
      <w:r>
        <w:rPr>
          <w:b/>
        </w:rPr>
        <w:t xml:space="preserve">[1:02:11] </w:t>
      </w:r>
      <w:r>
        <w:t>chahe aap muslim hon ya ghair muslim, har aik ki kamzori yeh hai. woh immediate immediate gain ki taraf bhagta hai, jis ko quran mein kaha hai hub-e-ajra'a. to ab logon ko samjha dein, logon ko bataiye, logon ko samjhaiye keh immediate gain woh hai,</w:t>
      </w:r>
    </w:p>
    <w:p>
      <w:pPr>
        <w:jc w:val="right"/>
      </w:pPr>
      <w:r>
        <w:t>چاہےآپمسلمہوںیاغیر مسلم ،ہرایک کیکمزوریہے۔ وہامیڈیٹامیڈیٹگینکیطرف بھاگتاہے، جسکوقرآنمیںکہاہےحباج راء۔ تو ابلوگوںکوسمجھدی، لوگوںکو بت ائیے،لوگوںکوسمجھائیے کہامیڈیٹگینجوہے،</w:t>
      </w:r>
    </w:p>
    <w:p>
      <w:r>
        <w:rPr>
          <w:b/>
        </w:rPr>
        <w:t xml:space="preserve">[1:02:30] </w:t>
      </w:r>
      <w:r>
        <w:t>is ke baad jo aage jo faida hai, us ko le kar sochiye. yeh yeh hi tu asie ka naam to da'awat hai.</w:t>
      </w:r>
    </w:p>
    <w:p>
      <w:pPr>
        <w:jc w:val="right"/>
      </w:pPr>
      <w:r>
        <w:t>اسکے بعد جوآگےجو فائدہہے،اسکولےکرسوچو۔ یہ یہیتواسیکانامتودعوتہے۔</w:t>
      </w:r>
    </w:p>
    <w:p>
      <w:r>
        <w:rPr>
          <w:b/>
        </w:rPr>
        <w:t xml:space="preserve">[1:02:39] </w:t>
      </w:r>
      <w:r>
        <w:t>maulana, in ka aik aur sawal hai. unhon ne poocha hai keh ajz kaise daryaft ki jayen? hain ajz kaise daryaft ki jayen? ajz to insaan hai hi, daryaft kiya karna hai?</w:t>
      </w:r>
    </w:p>
    <w:p>
      <w:pPr>
        <w:jc w:val="right"/>
      </w:pPr>
      <w:r>
        <w:t>مولانا،انکاایکاور سوالہے۔ انہوںنےپوچھاہےکہ عجزکیسے دریا فت کیجائیں ؟ ہیں عجزکیسےدریا فتکیجائیں؟ ع جزتوانسانہےہی،دریا فتکیاکرناہے؟</w:t>
      </w:r>
    </w:p>
    <w:p>
      <w:r>
        <w:rPr>
          <w:b/>
        </w:rPr>
        <w:t xml:space="preserve">[1:02:51] </w:t>
      </w:r>
      <w:r>
        <w:t>yeh to ah jhoot mein jeete hain log, is liye in ko is ka pata nahi. log jhoot mein jeete hain,</w:t>
      </w:r>
    </w:p>
    <w:p>
      <w:pPr>
        <w:jc w:val="right"/>
      </w:pPr>
      <w:r>
        <w:t>یہتو اہ جھوٹمیںجیتےہیںلوگ،اسلیےانکو اسکاپتہنہیں ۔ لوگجھوٹمیںجیتےہیں،</w:t>
      </w:r>
    </w:p>
    <w:p>
      <w:r>
        <w:rPr>
          <w:b/>
        </w:rPr>
        <w:t xml:space="preserve">[1:03:02] </w:t>
      </w:r>
      <w:r>
        <w:t>jaise bil wan hai, ghubara. ghubaray ko phoonka jaye to ghubaray ka force, force ghubaray ka ghubara agar force, ajz ko kaise daryaft kiya jaye?</w:t>
      </w:r>
    </w:p>
    <w:p>
      <w:pPr>
        <w:jc w:val="right"/>
      </w:pPr>
      <w:r>
        <w:t>جیسے بل ونہے، غبارہ۔ غبارےکوپھونکاجائے تو غبارےکا پھوسے ،پھوس غبارےکا غبارہاگرپھوسے، عجزکوکیسےدریا فتکیاجائے؟</w:t>
      </w:r>
    </w:p>
    <w:p>
      <w:r>
        <w:rPr>
          <w:b/>
        </w:rPr>
        <w:t xml:space="preserve">[1:03:14] </w:t>
      </w:r>
      <w:r>
        <w:t>aik sui aik chhupa dijiye, is mein aik second mein woh sar ta'weez ban jaye ga.</w:t>
      </w:r>
    </w:p>
    <w:p>
      <w:pPr>
        <w:jc w:val="right"/>
      </w:pPr>
      <w:r>
        <w:t>ایک سوئی ایک چھپادیجئے،اسمیں ایکسیکنڈمیںوہ سر تعویذبنجائےگا۔</w:t>
      </w:r>
    </w:p>
    <w:p>
      <w:r>
        <w:rPr>
          <w:b/>
        </w:rPr>
        <w:t xml:space="preserve">[1:03:25] </w:t>
      </w:r>
      <w:r>
        <w:t>is insaan to ajiz hai hi, mukammal tor par ajz ke sawal ko'i sarwa nahi insaan ke paas.</w:t>
      </w:r>
    </w:p>
    <w:p>
      <w:pPr>
        <w:jc w:val="right"/>
      </w:pPr>
      <w:r>
        <w:t>اس انسان توعاجزہےہی، مکمل طورپر عجزکےسوال کوئیسروانہیںانسانکےپاس ۔</w:t>
      </w:r>
    </w:p>
    <w:p>
      <w:r>
        <w:rPr>
          <w:b/>
        </w:rPr>
        <w:t xml:space="preserve">[1:03:34] </w:t>
      </w:r>
      <w:r>
        <w:t>mas'ala sirf yeh hai keh criticize nahi hai. to criticize karne ke liye da'awat hoti hai, yaani ya'ani mas'ala criticize karne ka logon ko, logon ko batane ka hai keh tum haqeeqatan ajiz hi woh ho.</w:t>
      </w:r>
    </w:p>
    <w:p>
      <w:pPr>
        <w:jc w:val="right"/>
      </w:pPr>
      <w:r>
        <w:t>مسئلہصرفیہہےکہکریٹیسائزنہیںہے۔ تو کریٹیسائزکرنےکےلیےدعوتہوتیہے، یعنی یعنیمسئلہ کریٹیسائزکرنےکالوگوںکو ،لوگوںکوبت انےکاہےکہتم حقیقتاًعاجزہیتوہو۔</w:t>
      </w:r>
    </w:p>
    <w:p>
      <w:r>
        <w:rPr>
          <w:b/>
        </w:rPr>
        <w:t xml:space="preserve">[1:03:50] </w:t>
      </w:r>
      <w:r>
        <w:t>keh yeh sab da'awat ke mozu'aat hain, yeh sab karna hai, yeh sab yeh sab hamari zimmedariyan hain, yeh sab. maulana, agla sawal yu ae ae se aaya hai Mr. Noor Fujairah sahib ka.</w:t>
      </w:r>
    </w:p>
    <w:p>
      <w:pPr>
        <w:jc w:val="right"/>
      </w:pPr>
      <w:r>
        <w:t>کہ یہسبدعوتکاموضوعاتہیں،یہسبکرناہے، یہسب یہسبہماریذمہداریاںہیں،یہسب ۔ مولانا،اگلاسوال یواےایسےآیاہے مسٹر نور فجیرہصاحبکا۔</w:t>
      </w:r>
    </w:p>
    <w:p>
      <w:r>
        <w:rPr>
          <w:b/>
        </w:rPr>
        <w:t xml:space="preserve">[1:04:04] </w:t>
      </w:r>
      <w:r>
        <w:t>unhon ne likha hai: "the grand mufti of Saudi Arabia has said that it is necessary to destroy all the churches of the region.</w:t>
      </w:r>
    </w:p>
    <w:p>
      <w:pPr>
        <w:jc w:val="right"/>
      </w:pPr>
      <w:r>
        <w:t>انہوںنےلکھاہے: "دا گرینڈمفتی آف سعودیعربیہہیزسیڈ دیٹاٹاز نیسیسریٹوڈسٹرائے آل داچرچز آف داریجن۔</w:t>
      </w:r>
    </w:p>
    <w:p>
      <w:r>
        <w:rPr>
          <w:b/>
        </w:rPr>
        <w:t xml:space="preserve">[1:04:14] </w:t>
      </w:r>
      <w:r>
        <w:t xml:space="preserve">following Kuwait's move to ban their construction. Sheikh Abdulaziz stressed that since the tiny gulf state was a part of the Arabian peninsula, it was necessary to destroy all of the churches in a country. </w:t>
      </w:r>
    </w:p>
    <w:p>
      <w:pPr>
        <w:jc w:val="right"/>
      </w:pPr>
      <w:r>
        <w:t>فالونگکویتسمووٹوبین دیرکنسٹرکشن۔ شیخعبدالعزیز سٹریسڈدیٹسنسدا ٹائنیگلف سٹیٹوازاپارٹآف دی عریبینپیننس ولا، اٹواز نیسیسریٹوڈسٹرائے آل آفداچرچز اندا کنٹری۔</w:t>
      </w:r>
    </w:p>
    <w:p>
      <w:r>
        <w:rPr>
          <w:b/>
        </w:rPr>
        <w:t xml:space="preserve">[1:04:30] </w:t>
      </w:r>
      <w:r>
        <w:t>he made the comment in view of an earlier rule that only Islam can be practiced in the region. Maulana sahib, my question is that how would we see the grand mufti Sheikh Abdulaziz fatwa to destroy all churches in Arabian peninsula?</w:t>
      </w:r>
    </w:p>
    <w:p>
      <w:pPr>
        <w:jc w:val="right"/>
      </w:pPr>
      <w:r>
        <w:t>ہی میڈدی کمنٹ انویوآف این ایجاولڈرول دیٹاونلی اسلام کینبیپریکٹسانداریجن۔ مول اناصاحب،مائیکوئسچناز دیٹ ہاؤڈویوسی دا گرینڈمفتی شیخ عبدالعزیز فت وی ٰٹوڈسٹرائے آل چرچز ان عریبین پیننسولا؟</w:t>
      </w:r>
    </w:p>
    <w:p>
      <w:r>
        <w:rPr>
          <w:b/>
        </w:rPr>
        <w:t xml:space="preserve">[1:04:47] </w:t>
      </w:r>
      <w:r>
        <w:t>nahi, yeh bilkul galat fatwa hai. poore Arab woh mas'ala poore Arab ke liye nahi hai, sirf haram ke liye hai. yaani jo haram ka jo area hai Makkah mein, wahan ke liye hai. woh</w:t>
      </w:r>
    </w:p>
    <w:p>
      <w:pPr>
        <w:jc w:val="right"/>
      </w:pPr>
      <w:r>
        <w:t>نہیں،یہبالکلغلطفت ویٰہے۔ پورےعرب وہ مسئلہپورےعرب کےلیےنہیںہے، صرفحرمکےلیے ہے۔ یعنیجو حرمکاجوایریاہےمک ہمیں، وہاںکےلیے ہے۔وہ</w:t>
      </w:r>
    </w:p>
    <w:p>
      <w:r>
        <w:rPr>
          <w:b/>
        </w:rPr>
        <w:t xml:space="preserve">[1:04:59] </w:t>
      </w:r>
      <w:r>
        <w:t>saare Arab ke liye har giz nahi hai. yeh mas'ala jo unhon ne nikalā hai, to galat nikala hai.</w:t>
      </w:r>
    </w:p>
    <w:p>
      <w:pPr>
        <w:jc w:val="right"/>
      </w:pPr>
      <w:r>
        <w:t>سارےعرب کےلیےہرگزنہیںہے۔ یہ مسئلہجوانہوںنے نکالاہے،توغلطنکالاہے۔</w:t>
      </w:r>
    </w:p>
    <w:p>
      <w:r>
        <w:rPr>
          <w:b/>
        </w:rPr>
        <w:t xml:space="preserve">[1:05:11] </w:t>
      </w:r>
      <w:r>
        <w:t>maulana, agla sawal hai Mr. Mahmood Ali sahib ka. unhon ne apni location nahi likhi hai, par unhon ne question mein likha hai keh Maulana sahib, how can the weak be oppressed benefiting from your sources?</w:t>
      </w:r>
    </w:p>
    <w:p>
      <w:pPr>
        <w:jc w:val="right"/>
      </w:pPr>
      <w:r>
        <w:t>مولانا،اگلاسوال ہے مسٹرمحمود علی صاحبکا۔انہوںنے اپنی لوکیشننہیںلکھیہے، پر انہوںنےکوئسچن میںلکھاہےکہ مول اناصاحب، ہاؤکیندا ویکاینڈ اپریسڈ بینیفٹفرامیور س روسز ؟</w:t>
      </w:r>
    </w:p>
    <w:p>
      <w:r>
        <w:rPr>
          <w:b/>
        </w:rPr>
        <w:t xml:space="preserve">[1:05:25] </w:t>
      </w:r>
      <w:r>
        <w:t>how can that be materialized?</w:t>
      </w:r>
    </w:p>
    <w:p>
      <w:pPr>
        <w:jc w:val="right"/>
      </w:pPr>
      <w:r>
        <w:t>ہاؤکیناٹبیمٹیریلائزڈ؟</w:t>
      </w:r>
    </w:p>
    <w:p>
      <w:r>
        <w:rPr>
          <w:b/>
        </w:rPr>
        <w:t xml:space="preserve">[1:05:29] </w:t>
      </w:r>
      <w:r>
        <w:t>kya mein samjhaya nahi? Maulana, woh yeh poochna chahte hain keh jo weak section ka jo tabqa hai ya jo jinke oopar zulm hua hai, woh kaise aap aap ki ah ah ah analysis se woh benefit utha sakte hain? hum mante hain nahi keh zulm hua hai.</w:t>
      </w:r>
    </w:p>
    <w:p>
      <w:pPr>
        <w:jc w:val="right"/>
      </w:pPr>
      <w:r>
        <w:t>کیامیںسمجھانہیں ؟مولانا،وہ یہپوچھناچاہرہےہیںکہجو ویکرسیکشن کاجو طبقہہےیاجو جنکےاوپرظلمہواہے، وہ کیسےآپ آپ کی اہ اہ اہ نالجسے وہ بینیفٹاٹھاسکتےہیں؟ہممانتےہینہیںکہظ لمہواہے۔</w:t>
      </w:r>
    </w:p>
    <w:p>
      <w:r>
        <w:rPr>
          <w:b/>
        </w:rPr>
        <w:t xml:space="preserve">[1:05:44] </w:t>
      </w:r>
      <w:r>
        <w:t>yeh to aik jhooti baat hai, yeh jhooti zabaanon mein jhoot phaila hua hai. yeh zulm ka formula hi bilkul baseless hai.</w:t>
      </w:r>
    </w:p>
    <w:p>
      <w:pPr>
        <w:jc w:val="right"/>
      </w:pPr>
      <w:r>
        <w:t>یہ توایکجھوٹیباتہے، یہجھوٹی زبان وںمیںجھوٹپھیلاہواہے۔ یہظلمکافارمولاہیبالکل بیسلیسہے۔</w:t>
      </w:r>
    </w:p>
    <w:p>
      <w:r>
        <w:rPr>
          <w:b/>
        </w:rPr>
        <w:t xml:space="preserve">[1:05:53] </w:t>
      </w:r>
      <w:r>
        <w:t>woh batayein kis par zulm ho raha hai, pehle batayein keh kis par zulm ho raha hai.</w:t>
      </w:r>
    </w:p>
    <w:p>
      <w:pPr>
        <w:jc w:val="right"/>
      </w:pPr>
      <w:r>
        <w:t>وہبتائیں کسپرظلمہورہاہے، پہلے بتائیںکہکسپرظلمہورہاہے۔</w:t>
      </w:r>
    </w:p>
    <w:p>
      <w:r>
        <w:rPr>
          <w:b/>
        </w:rPr>
        <w:t xml:space="preserve">[1:05:58] </w:t>
      </w:r>
      <w:r>
        <w:t>jaise aap kahein keh yeh sa'il zulm kar raha hai, zulm kar raha hai, retaliate kar raha hai. woh aap pathar marte ho, bam marte ho, yeh zulm phir kaha jaye ga is ko.</w:t>
      </w:r>
    </w:p>
    <w:p>
      <w:pPr>
        <w:jc w:val="right"/>
      </w:pPr>
      <w:r>
        <w:t>جیسےآپکہیںکہ یہسائلظلمکررہاہے، ظلمکررہاہے، ریٹیلیٹکررہاہے۔وہ آپ پتھرمارتےہو،بممارتےہو،یہظلمپھرکہاجائےگااسکو۔</w:t>
      </w:r>
    </w:p>
    <w:p>
      <w:r>
        <w:rPr>
          <w:b/>
        </w:rPr>
        <w:t xml:space="preserve">[1:06:08] </w:t>
      </w:r>
      <w:r>
        <w:t>kyun? aap ya'ani us ko mein kaha karta hoon, aap bahar mujhe mar. musalman saari duniya mein aap bahar mujhe mar ke parties chala rahe hain. woh kehte hain keh zulm ho raha hai.</w:t>
      </w:r>
    </w:p>
    <w:p>
      <w:pPr>
        <w:jc w:val="right"/>
      </w:pPr>
      <w:r>
        <w:t>کیوں؟آپ یعنیاسکومیںکہاکرتاہوں،آپباہرمجھےمار ۔ مس لمان ساریدنیا میں آپباہرمجھےمار کے پارٹیزچلارہےہیں۔ وہکہتےہیںکہظلمہورہاہے۔</w:t>
      </w:r>
    </w:p>
    <w:p>
      <w:r>
        <w:rPr>
          <w:b/>
        </w:rPr>
        <w:t xml:space="preserve">[1:06:18] </w:t>
      </w:r>
      <w:r>
        <w:t>jo ho raha hai, woh aap ki nadani ki price hai. apni nadani ki price dijiye, ya to nadani nadani mat</w:t>
      </w:r>
    </w:p>
    <w:p>
      <w:pPr>
        <w:jc w:val="right"/>
      </w:pPr>
      <w:r>
        <w:t>جو ہورہاہے،وہ آپ کی نادانی کیپرائسہے۔ اپنی نادانیکیپرائسدیجئے، یاتونادانی نادانیمت</w:t>
      </w:r>
    </w:p>
    <w:p>
      <w:r>
        <w:rPr>
          <w:b/>
        </w:rPr>
        <w:t xml:space="preserve">[1:06:26] </w:t>
      </w:r>
      <w:r>
        <w:t>kijiye. woh kar rahe hain to uski price dijiye. phir</w:t>
      </w:r>
    </w:p>
    <w:p>
      <w:pPr>
        <w:jc w:val="right"/>
      </w:pPr>
      <w:r>
        <w:t>کیجئے۔ وہکررہےہیںتواسکیپرائسدیجئے۔پھر</w:t>
      </w:r>
    </w:p>
    <w:p>
      <w:r>
        <w:rPr>
          <w:b/>
        </w:rPr>
        <w:t xml:space="preserve">[1:06:32] </w:t>
      </w:r>
      <w:r>
        <w:t>yeh usko kehte hain, aap bahar mujhe maar ke bill khada hua hai. ab khwamkhwah kankkar maar maar kar isko aap kehte hain, seeng chalao mere upar.</w:t>
      </w:r>
    </w:p>
    <w:p>
      <w:pPr>
        <w:jc w:val="right"/>
      </w:pPr>
      <w:r>
        <w:t>یہ اسکوکہتےہیں،آپباہرمجھےمار کہ بل کھڑاہواہے۔ ابخوامخواہ کنکرمارمارکراسکو آپ کہتےہیں، سینگچلاؤمیرےاوپر۔</w:t>
      </w:r>
    </w:p>
    <w:p>
      <w:r>
        <w:rPr>
          <w:b/>
        </w:rPr>
        <w:t xml:space="preserve">[1:06:43] </w:t>
      </w:r>
      <w:r>
        <w:t>to seeng chalayega phir woh.</w:t>
      </w:r>
    </w:p>
    <w:p>
      <w:pPr>
        <w:jc w:val="right"/>
      </w:pPr>
      <w:r>
        <w:t>توسینگچلائےگاپھروہ۔</w:t>
      </w:r>
    </w:p>
    <w:p>
      <w:r>
        <w:rPr>
          <w:b/>
        </w:rPr>
        <w:t xml:space="preserve">[1:06:47] </w:t>
      </w:r>
      <w:r>
        <w:t>ya to nadani mat kijiye, ya uski price dijiye.</w:t>
      </w:r>
    </w:p>
    <w:p>
      <w:pPr>
        <w:jc w:val="right"/>
      </w:pPr>
      <w:r>
        <w:t>یاتو نادانیمتکیجئے، یا اسکیپرائسدیجئے۔</w:t>
      </w:r>
    </w:p>
    <w:p>
      <w:r>
        <w:rPr>
          <w:b/>
        </w:rPr>
        <w:t xml:space="preserve">[1:06:52] </w:t>
      </w:r>
      <w:r>
        <w:t>koi yeh mazloom ka formula bilkul hi baseless hai. koi misaal mujhe bataye to bataun ke kahan kaun kahan musalman mazloom hai. kahin mazloom nahi hai musalman.</w:t>
      </w:r>
    </w:p>
    <w:p>
      <w:pPr>
        <w:jc w:val="right"/>
      </w:pPr>
      <w:r>
        <w:t>کوئی یہمظلوم کا فارمولا بالکل ہی بیسلیسہے۔ کوئی مثالمجھےبتائےتوبتاؤںکہکہاںکون کہاںمسلمان مظلومہے۔ کہیںمظلومنہیںہےمسلمان ۔</w:t>
      </w:r>
    </w:p>
    <w:p>
      <w:r>
        <w:rPr>
          <w:b/>
        </w:rPr>
        <w:t xml:space="preserve">[1:07:06] </w:t>
      </w:r>
      <w:r>
        <w:t>maulana, kashmir se agla sawal aaya hai Mr Irfan Ahmed sahab ka. unhone aapse poocha hai ke ijtihad ke aasan lafzon mein ma ne kya hain ?</w:t>
      </w:r>
    </w:p>
    <w:p>
      <w:pPr>
        <w:jc w:val="right"/>
      </w:pPr>
      <w:r>
        <w:t>مولانا،کشمیرسے اگلاسوال آیاہے مسٹر عرفان احمد صاحبکا۔ انہوںنےآپسےپوچھاہےکہ اجتہادکے آسانلفظوںمیں مع نیکیا ہیں ؟</w:t>
      </w:r>
    </w:p>
    <w:p>
      <w:r>
        <w:rPr>
          <w:b/>
        </w:rPr>
        <w:t xml:space="preserve">[1:07:17] </w:t>
      </w:r>
      <w:r>
        <w:t>aap hamari kitab padh</w:t>
      </w:r>
    </w:p>
    <w:p>
      <w:pPr>
        <w:jc w:val="right"/>
      </w:pPr>
      <w:r>
        <w:t>آپہماریکتاب پڑھ</w:t>
      </w:r>
    </w:p>
    <w:p>
      <w:r>
        <w:rPr>
          <w:b/>
        </w:rPr>
        <w:t xml:space="preserve">[1:07:18] </w:t>
      </w:r>
      <w:r>
        <w:t>dijiye. is par do kitaben hain: ek kitab hai tajdeed-e-deen aur doosri kitab hai masail-e-ijtihad.</w:t>
      </w:r>
    </w:p>
    <w:p>
      <w:pPr>
        <w:jc w:val="right"/>
      </w:pPr>
      <w:r>
        <w:t>لیجئے۔ اسپر دوکتاب یںہیں: ایککتاب ہے تجدیددین اوردوسریکتاب ہے مسائل اجتہاد۔</w:t>
      </w:r>
    </w:p>
    <w:p>
      <w:r>
        <w:rPr>
          <w:b/>
        </w:rPr>
        <w:t xml:space="preserve">[1:07:27] </w:t>
      </w:r>
      <w:r>
        <w:t>ek kitab hai tajdeed-e-deen, doosri kitab hai masail-e-ijtihad. isko padh lijiye, aap ko jawab mil jayega.</w:t>
      </w:r>
    </w:p>
    <w:p>
      <w:pPr>
        <w:jc w:val="right"/>
      </w:pPr>
      <w:r>
        <w:t>ایککتاب ہےتجدیددین ،دوسری کتابہے مس ائل اجتہاد۔اسکوپڑھلیجئے،آپکو جوابملجائےگا۔</w:t>
      </w:r>
    </w:p>
    <w:p>
      <w:r>
        <w:rPr>
          <w:b/>
        </w:rPr>
        <w:t xml:space="preserve">[1:07:37] </w:t>
      </w:r>
      <w:r>
        <w:t>maulana, yeh sawal aaya hai Ms Anita Sharma ka Mumbai se</w:t>
      </w:r>
    </w:p>
    <w:p>
      <w:pPr>
        <w:jc w:val="right"/>
      </w:pPr>
      <w:r>
        <w:t>مولانا،یہسوال آیاہے مس انیتا شرماکا ممبئیسے</w:t>
      </w:r>
    </w:p>
    <w:p>
      <w:r>
        <w:rPr>
          <w:b/>
        </w:rPr>
        <w:t xml:space="preserve">[1:07:41] </w:t>
      </w:r>
      <w:r>
        <w:t xml:space="preserve">. unhone likha hai: "Maulana sahib, I have one confusion about the concept of heaven and hell. how can there be infinite punishment for finite sins in hell? </w:t>
      </w:r>
    </w:p>
    <w:p>
      <w:pPr>
        <w:jc w:val="right"/>
      </w:pPr>
      <w:r>
        <w:t>۔انہوںنےلکھاہے: "مولاناصاحب،آئیہیو ون کنفیوژن اباؤٹدا کانسیپٹآف ہی وناینڈہیل۔ ہاؤکیندیربی انفائنائٹپنش منٹ فار فائنائٹ سنز انہیل؟</w:t>
      </w:r>
    </w:p>
    <w:p>
      <w:r>
        <w:rPr>
          <w:b/>
        </w:rPr>
        <w:t xml:space="preserve">[1:07:54] </w:t>
      </w:r>
      <w:r>
        <w:t>what does the quran say about this? will the kafir remain in hell for eternity? kindly clarify." dekhen, iska jawab is tarah se nahi ke itna simple sawal nahi hai ke aap yahan baith kar jawab dete hain. aap</w:t>
      </w:r>
    </w:p>
    <w:p>
      <w:pPr>
        <w:jc w:val="right"/>
      </w:pPr>
      <w:r>
        <w:t>واٹڈزداقرآن سے اباؤٹدس؟ ویلدا کفار ریمینانہیلفار ایٹرنیٹی؟ کائنڈلیکلی ریفائی۔ "دیکھیں، اسکاجواب اسطرحسےنہیں کہ اتنا سمپلسوالنہیںہےکہآپ یہاںبیٹھکےجوابدیتےہیں۔آپ</w:t>
      </w:r>
    </w:p>
    <w:p>
      <w:r>
        <w:rPr>
          <w:b/>
        </w:rPr>
        <w:t xml:space="preserve">[1:08:12] </w:t>
      </w:r>
      <w:r>
        <w:t>aap kitaben padhiye, pehle kitaben padhiye, iske baad jahan aap ko gair wazeh ho, tab bataiye. khaas taur par aap tazkirah-e-quran padhiye jo urdu mein aur angrezi mein dono maujood hain.</w:t>
      </w:r>
    </w:p>
    <w:p>
      <w:pPr>
        <w:jc w:val="right"/>
      </w:pPr>
      <w:r>
        <w:t>آپ کتاب یں پڑھیے،پہلے کتاب یںپڑھیے،اسکےبعد جہاںآپکو غیر واضحہو ،تب بتائیے۔ خاص طور پرآپتذکرہقرآنپڑھیےجوارد ومیں اور انگریزیمیںدونوںموجود ہیں۔</w:t>
      </w:r>
    </w:p>
    <w:p>
      <w:r>
        <w:rPr>
          <w:b/>
        </w:rPr>
        <w:t xml:space="preserve">[1:08:26] </w:t>
      </w:r>
      <w:r>
        <w:t>aise nahi sawal hota. kuch sawalat aise hain jo bahut hi complex hote hain. to is tarah to nahi ke aap ne sawal kiya, humne jawab de diya. aisa nahi ho sakta. pehle aap kitaben padhiye.</w:t>
      </w:r>
    </w:p>
    <w:p>
      <w:pPr>
        <w:jc w:val="right"/>
      </w:pPr>
      <w:r>
        <w:t>ایسے نہیںسوالہوتا۔ کچھسوالاتایسےہیںجوبہتہیکمپلیکسہوتےہیں۔ تو اسطرحتونہیںکہآپسوال کیا،ہمنےجوابدےدیا۔ ایسانہیںہوسکتا۔ پہلے آپکتاب یںپڑھیے۔</w:t>
      </w:r>
    </w:p>
    <w:p>
      <w:r>
        <w:rPr>
          <w:b/>
        </w:rPr>
        <w:t xml:space="preserve">[1:08:38] </w:t>
      </w:r>
      <w:r>
        <w:t>maulana, agle sawal se pehle yeh ek comment aaya hai Ms Shahina Khatib ka Nagpur se. unhone likha hai ke "Amazing explanation of science taken of Allah.</w:t>
      </w:r>
    </w:p>
    <w:p>
      <w:pPr>
        <w:jc w:val="right"/>
      </w:pPr>
      <w:r>
        <w:t>مولانا، اگلےسوالسےپہلے یہایک کمنٹآیاہے مس شاہینہ خطیبکا ناکپورسے۔ انہوںنےلکھاہےکہ"امیزنگایکسپلینیشن آف سائنس ٹیکن آف اللہ ۔</w:t>
      </w:r>
    </w:p>
    <w:p>
      <w:r>
        <w:rPr>
          <w:b/>
        </w:rPr>
        <w:t xml:space="preserve">[1:08:49] </w:t>
      </w:r>
      <w:r>
        <w:t>thanks for inspiring me to avail unlimited opportunities of dawah in reality." aur ek Mr Ghafoor Park sahab hain, woh bhi Nagpur se hain. unhone bhi aaj ke lecture ko appreciate karte hue feedback diya hai. Maulana, kya aap padhiye?</w:t>
      </w:r>
    </w:p>
    <w:p>
      <w:pPr>
        <w:jc w:val="right"/>
      </w:pPr>
      <w:r>
        <w:t>تھینکسفار انسپائرنگمی ٹواویل انلمیٹڈاپرچونیٹیزآف دعویٰ انریلیٹی۔" اور ایک مسٹرغفور پار کصاحبہیں،وہبھیناکپورسےہیں۔انہوںنےبھی آجکے لیکچرکو ایپریشیٹکرتےہوئے فیڈبیکدیاہے۔مولانا، کیا آپپڑھیے؟</w:t>
      </w:r>
    </w:p>
    <w:p>
      <w:r>
        <w:rPr>
          <w:b/>
        </w:rPr>
        <w:t xml:space="preserve">[1:09:04] </w:t>
      </w:r>
      <w:r>
        <w:t>maulana, unhone bas yeh likha hai ke "No question, Allah bless you."</w:t>
      </w:r>
    </w:p>
    <w:p>
      <w:pPr>
        <w:jc w:val="right"/>
      </w:pPr>
      <w:r>
        <w:t>مولانا،انہوںنےبسیہیلکھاہےکہ"نوکوئسچن، اللہ بلیسیو۔"</w:t>
      </w:r>
    </w:p>
    <w:p>
      <w:r>
        <w:rPr>
          <w:b/>
        </w:rPr>
        <w:t xml:space="preserve">[1:09:08] </w:t>
      </w:r>
      <w:r>
        <w:t>maulana, agla sawal hai Maulana Iqbal Umri sahab ka Tamil Nadu se. unhone likha hai ke "Aam taur par log specific language mein baat nahi karte.</w:t>
      </w:r>
    </w:p>
    <w:p>
      <w:pPr>
        <w:jc w:val="right"/>
      </w:pPr>
      <w:r>
        <w:t>مولانا،اگلاسوال ہے مول انااقبال عمریصاحبکاتملناڈوسے ۔ انہوںنےلکھاہےکہ" عامطور پر لوگ سپیسیفک لینگویجمیںبات نہیں کرتے۔</w:t>
      </w:r>
    </w:p>
    <w:p>
      <w:r>
        <w:rPr>
          <w:b/>
        </w:rPr>
        <w:t xml:space="preserve">[1:09:19] </w:t>
      </w:r>
      <w:r>
        <w:t>specific language mein baat karne ka formula kya hai?"</w:t>
      </w:r>
    </w:p>
    <w:p>
      <w:pPr>
        <w:jc w:val="right"/>
      </w:pPr>
      <w:r>
        <w:t>سپیسیفکلینگویجمیں بات کرنے کا فار مولاکیا ہے؟"</w:t>
      </w:r>
    </w:p>
    <w:p>
      <w:r>
        <w:rPr>
          <w:b/>
        </w:rPr>
        <w:t xml:space="preserve">[1:09:29] </w:t>
      </w:r>
      <w:r>
        <w:t>woh bhai, ek apni ko zibah karna padta hai.</w:t>
      </w:r>
    </w:p>
    <w:p>
      <w:pPr>
        <w:jc w:val="right"/>
      </w:pPr>
      <w:r>
        <w:t>وہاببھائی،ایکاپنی کوذبحکرناپڑتاہے۔</w:t>
      </w:r>
    </w:p>
    <w:p>
      <w:r>
        <w:rPr>
          <w:b/>
        </w:rPr>
        <w:t xml:space="preserve">[1:09:32] </w:t>
      </w:r>
      <w:r>
        <w:t>ya to bardasht kijiye ya zibah kijiye, aur koi doosra shakal nahi hai.</w:t>
      </w:r>
    </w:p>
    <w:p>
      <w:pPr>
        <w:jc w:val="right"/>
      </w:pPr>
      <w:r>
        <w:t>یاتوبرداشتکیجئے یا ذبحکیجئے، اور کوئیدوس ریشکلنہیںہے۔</w:t>
      </w:r>
    </w:p>
    <w:p>
      <w:r>
        <w:rPr>
          <w:b/>
        </w:rPr>
        <w:t xml:space="preserve">[1:09:41] </w:t>
      </w:r>
      <w:r>
        <w:t>aaj subah mein soch raha tha is sawal par, to aakhir mein yahi pahuncha ke ek hi tareeqa hai: marzi-e-self-hammering.</w:t>
      </w:r>
    </w:p>
    <w:p>
      <w:pPr>
        <w:jc w:val="right"/>
      </w:pPr>
      <w:r>
        <w:t>آجصبحمیںسوچاتھااسیسوال پر، تو آخرمیںیہیپہ نچاکہ ایکہیطریقہہے: مر سیلس سیلفہیمرنگ۔</w:t>
      </w:r>
    </w:p>
    <w:p>
      <w:r>
        <w:rPr>
          <w:b/>
        </w:rPr>
        <w:t xml:space="preserve">[1:09:50] </w:t>
      </w:r>
      <w:r>
        <w:t>ek lafz mein hota kya hai? jaise ek sahab se maine ek baat ki,</w:t>
      </w:r>
    </w:p>
    <w:p>
      <w:pPr>
        <w:jc w:val="right"/>
      </w:pPr>
      <w:r>
        <w:t>ایک لفظمیں ہوتاکیا ہے؟جیسےایکصاحبسےمیںنے ایک بات کی،</w:t>
      </w:r>
    </w:p>
    <w:p>
      <w:r>
        <w:rPr>
          <w:b/>
        </w:rPr>
        <w:t xml:space="preserve">[1:09:59] </w:t>
      </w:r>
      <w:r>
        <w:t>abhi kal ki baat hai, ek sahab se baat ki to foran woh apni safai pesh karne lage. kisi se koi nishan point out kijiye ke bhai tumhare andar yeh kamzori hai, jaldi se safai pesh karta hai, defense karta hai.</w:t>
      </w:r>
    </w:p>
    <w:p>
      <w:pPr>
        <w:jc w:val="right"/>
      </w:pPr>
      <w:r>
        <w:t>ابھی کل کیباتہے،ایکصاحبسےباتکی تو فوراًوہاپنیصفائیپیش کرنےلگے۔ کسی سےکوئی نشان پوائنٹآؤٹکیجئےکہبھئیتمہارےاندریہکمزوریہے، جلدی سےصفائیپیش کرتاہے،ڈیفنسکرتاہے۔</w:t>
      </w:r>
    </w:p>
    <w:p>
      <w:r>
        <w:rPr>
          <w:b/>
        </w:rPr>
        <w:t xml:space="preserve">[1:10:13] </w:t>
      </w:r>
      <w:r>
        <w:t>to kahan se hoga? is woh woh woh sifat kahan se paida hogi?</w:t>
      </w:r>
    </w:p>
    <w:p>
      <w:pPr>
        <w:jc w:val="right"/>
      </w:pPr>
      <w:r>
        <w:t>تو کہاںسےہوگا ؟اس وہ وہ وہ صفتکہاںسےپیدا ہوگی؟</w:t>
      </w:r>
    </w:p>
    <w:p>
      <w:r>
        <w:rPr>
          <w:b/>
        </w:rPr>
        <w:t xml:space="preserve">[1:10:21] </w:t>
      </w:r>
      <w:r>
        <w:t>miraj experience hai ke jis se bhi baat kijiye, iski kisi ghalti ko bataiye, jald hi se defence karne lagta hai, safai pesh karne lagta hai ya toast karke bolta hai.</w:t>
      </w:r>
    </w:p>
    <w:p>
      <w:pPr>
        <w:jc w:val="right"/>
      </w:pPr>
      <w:r>
        <w:t>میراتجربہہےکہجسسےبھیباتکیجئے، اسکی کسی غلطیکوبتائیے، جلدیسے ڈیفنسکرنےلگتاہے، صفائی پیشکرنےلگتاہے یا ٹوسٹکرکےبولتاہے۔</w:t>
      </w:r>
    </w:p>
    <w:p>
      <w:r>
        <w:rPr>
          <w:b/>
        </w:rPr>
        <w:t xml:space="preserve">[1:10:32] </w:t>
      </w:r>
      <w:r>
        <w:t>to phir yeh iska iska talab bhi mat kijiye ke hamare andar woh sift aaye ke ham specific bol bol paayein. Yani logon ka haal yeh hai ke price dete nahi hain aur chahte hain ke hamein mil jaaye woh cheez.</w:t>
      </w:r>
    </w:p>
    <w:p>
      <w:pPr>
        <w:jc w:val="right"/>
      </w:pPr>
      <w:r>
        <w:t>توپھر یہ اسکا اسکا طلببھیمتکیجئےکہہمارےاندر وہصفت آئے کہہماسپیسیفک بولبولپائیں۔ یعنی لوگوںکاحالیہہےکہ پرائسدیتے نہیںہیںاورچاہتےہیںکہہمیںملجائےوہچیز۔</w:t>
      </w:r>
    </w:p>
    <w:p>
      <w:r>
        <w:rPr>
          <w:b/>
        </w:rPr>
        <w:t xml:space="preserve">[1:10:46] </w:t>
      </w:r>
      <w:r>
        <w:t>specific language mein bolne ke liye zaroori hai ke bahut zabardast qism ki deconditioning, aur bahut zabardast deconditioning aati hai self-hammerings se.</w:t>
      </w:r>
    </w:p>
    <w:p>
      <w:pPr>
        <w:jc w:val="right"/>
      </w:pPr>
      <w:r>
        <w:t>اسپیسیفک لینگویجمیںبولنےکےلیے ضروریہےکہ بہت زبرد ست قسمکیڈیکنڈیشننگ، اوربہت زبردستڈیکنڈیشننگآتیہے سیلفہیمرنگسے۔</w:t>
      </w:r>
    </w:p>
    <w:p>
      <w:r>
        <w:rPr>
          <w:b/>
        </w:rPr>
        <w:t xml:space="preserve">[1:10:57] </w:t>
      </w:r>
      <w:r>
        <w:t>agar aadmi yeh kare, agar aadmi chahta hai clarity lana apne mind mein to yeh kare, nahi chahta hai to confusion mein, confusion mein jayega, confusion mein marega.</w:t>
      </w:r>
    </w:p>
    <w:p>
      <w:pPr>
        <w:jc w:val="right"/>
      </w:pPr>
      <w:r>
        <w:t>اگر آدمییہکرے، اگر آدمیچاہتاہے کلیرٹیلانااپنےمائنڈمیں تو یہ کرے، نہیںچاہتاہےتو کن فیوژنمیں ،کن فیوژنمیںجائےگا،کنفیوژنمیںمرےگا۔</w:t>
      </w:r>
    </w:p>
    <w:p>
      <w:r>
        <w:rPr>
          <w:b/>
        </w:rPr>
        <w:t xml:space="preserve">[1:11:10] </w:t>
      </w:r>
      <w:r>
        <w:t>kabhi clarity nahi aayegi.</w:t>
      </w:r>
    </w:p>
    <w:p>
      <w:pPr>
        <w:jc w:val="right"/>
      </w:pPr>
      <w:r>
        <w:t>کبھیکلیرٹینہیںآئےگی۔</w:t>
      </w:r>
    </w:p>
    <w:p>
      <w:r>
        <w:rPr>
          <w:b/>
        </w:rPr>
        <w:t xml:space="preserve">[1:11:13] </w:t>
      </w:r>
      <w:r>
        <w:t>hamare to bahut sakht muamle honge, bahut sakht honge. Clarity ki wahid shart hai mukammal deconditioning, aur mukammal deconditioning sirf ek shakhs hoti hai: self-hammerings se.</w:t>
      </w:r>
    </w:p>
    <w:p>
      <w:pPr>
        <w:jc w:val="right"/>
      </w:pPr>
      <w:r>
        <w:t>ہمارےتوبہتسخت معاملےہوںگے، بہت سخت ہوںگے۔ کل یرٹیکی واحد شرطہے مک مل ڈیکنڈیشننگ، اورمک ملڈیکنڈیشننگ صرف ایکشخص ہوتیہے: سیلفہیمرنگسے۔</w:t>
      </w:r>
    </w:p>
    <w:p>
      <w:r>
        <w:rPr>
          <w:b/>
        </w:rPr>
        <w:t xml:space="preserve">[1:11:28] </w:t>
      </w:r>
      <w:r>
        <w:t>merciless self-hammering. Log aa rahe hain, kisi ko bataiye to koi sunta nahi, jald hi se defence karega, jald hi se safai pesh karega.</w:t>
      </w:r>
    </w:p>
    <w:p>
      <w:pPr>
        <w:jc w:val="right"/>
      </w:pPr>
      <w:r>
        <w:t>مرسیلسسیلفہیمرنگ۔ لوگ آرہےہیں،کسیکوبتائیےتوکوئیسنتانہیں ، جلدیسے ڈیفنسکرےگا،جلدیسے صفائیپیش کرےگا۔</w:t>
      </w:r>
    </w:p>
    <w:p>
      <w:r>
        <w:rPr>
          <w:b/>
        </w:rPr>
        <w:t xml:space="preserve">[1:11:37] </w:t>
      </w:r>
      <w:r>
        <w:t>to ab kya karein? Hum hum se keh sakte hain logon ko, aur to kuch bas mein nahi hai.</w:t>
      </w:r>
    </w:p>
    <w:p>
      <w:pPr>
        <w:jc w:val="right"/>
      </w:pPr>
      <w:r>
        <w:t>توابکیاکریں؟ہم ہمسے کہہسکتےہیںلوگوںکو ، اور توکچھبسمیںنہیںہے۔</w:t>
      </w:r>
    </w:p>
    <w:p>
      <w:r>
        <w:rPr>
          <w:b/>
        </w:rPr>
        <w:t xml:space="preserve">[1:11:46] </w:t>
      </w:r>
      <w:r>
        <w:t>aaj dekhein, yeh isi baat par soch raha tha main. Ek baat mere zehn mein aayi, bahut hi ek anokhi baat thi.</w:t>
      </w:r>
    </w:p>
    <w:p>
      <w:pPr>
        <w:jc w:val="right"/>
      </w:pPr>
      <w:r>
        <w:t>آجدیکھیں، یہاسیبات پرسوچرہاتھا میں۔ایکبات میرےذہنمیںآئی، بہت ہی ایک انوکھیباتتھی۔</w:t>
      </w:r>
    </w:p>
    <w:p>
      <w:r>
        <w:rPr>
          <w:b/>
        </w:rPr>
        <w:t xml:space="preserve">[1:11:58] </w:t>
      </w:r>
      <w:r>
        <w:t>quran mein hai ke "yauma yuqamul ashaad". Aakhir mein kuch logon ko shaahid ka darja de diya jayega.</w:t>
      </w:r>
    </w:p>
    <w:p>
      <w:pPr>
        <w:jc w:val="right"/>
      </w:pPr>
      <w:r>
        <w:t>قرآنمیںہےکہ "یوم یقوب الاشہاد" ۔آخرتمیںکچھلوگوںکو شاہدکادرج ہدیاجائےگا۔</w:t>
      </w:r>
    </w:p>
    <w:p>
      <w:r>
        <w:rPr>
          <w:b/>
        </w:rPr>
        <w:t xml:space="preserve">[1:12:07] </w:t>
      </w:r>
      <w:r>
        <w:t>ba-taur-e-shaahid woh khade honge. Yeh bahut ajeeb baat hai.</w:t>
      </w:r>
    </w:p>
    <w:p>
      <w:pPr>
        <w:jc w:val="right"/>
      </w:pPr>
      <w:r>
        <w:t>بطورشاہدوہکھڑےہوںگے۔ یہبہت عجیبباتیہہے۔</w:t>
      </w:r>
    </w:p>
    <w:p>
      <w:r>
        <w:rPr>
          <w:b/>
        </w:rPr>
        <w:t xml:space="preserve">[1:12:16] </w:t>
      </w:r>
      <w:r>
        <w:t>yeh tafseeron mein baat wazeh nahi hai, lekin Allah taala ki tofeeq se mujhe yeh baat samajh aayi hai ke shaahid kya cheez hai.</w:t>
      </w:r>
    </w:p>
    <w:p>
      <w:pPr>
        <w:jc w:val="right"/>
      </w:pPr>
      <w:r>
        <w:t>یہ تفسیروںمیںبات واضحنہیںہے،لیکن اللہ تعالیٰکیتوفیقسےمجھےیہباتسمجھآئیہے کہ شاہدکیاچیزہے۔</w:t>
      </w:r>
    </w:p>
    <w:p>
      <w:r>
        <w:rPr>
          <w:b/>
        </w:rPr>
        <w:t xml:space="preserve">[1:12:27] </w:t>
      </w:r>
      <w:r>
        <w:t>to main sochne laga ke Allah ne paida kiya hai, billion trillion insaan paida hote chale jaa rahe hain, aur sab misuse of freedom ka shikar ho rahe hain.</w:t>
      </w:r>
    </w:p>
    <w:p>
      <w:pPr>
        <w:jc w:val="right"/>
      </w:pPr>
      <w:r>
        <w:t>تو میںسوچنےلگا کہاللہ نے پیدا کیا ہے، بل ینٹریلینانسانپیدا ہوتےچلےجارہےہیں، اور سب مس یوزآففریڈمکاشکارہورہےہیں۔</w:t>
      </w:r>
    </w:p>
    <w:p>
      <w:r>
        <w:rPr>
          <w:b/>
        </w:rPr>
        <w:t xml:space="preserve">[1:12:39] </w:t>
      </w:r>
      <w:r>
        <w:t>ek taraf se jisko dekhiye,</w:t>
      </w:r>
    </w:p>
    <w:p>
      <w:pPr>
        <w:jc w:val="right"/>
      </w:pPr>
      <w:r>
        <w:t>ایک طرف سےجسکودیکھیے،</w:t>
      </w:r>
    </w:p>
    <w:p>
      <w:r>
        <w:rPr>
          <w:b/>
        </w:rPr>
        <w:t xml:space="preserve">[1:12:42] </w:t>
      </w:r>
      <w:r>
        <w:t>Allah ne aapko freedom di thi is liye ke aap ko proper use karein, lekin ek taraf se jisko dekhiye, misuse of freedom ka shikar ho raha hai.</w:t>
      </w:r>
    </w:p>
    <w:p>
      <w:pPr>
        <w:jc w:val="right"/>
      </w:pPr>
      <w:r>
        <w:t>اللہ نےآپکوفریڈم دی تھی اسلیےکہآپ کوپراپریوزکریں، لیکن ایک طرف سے جسکودیکھیے، مس یوزآففریڈمکاشکارہورہاہے۔</w:t>
      </w:r>
    </w:p>
    <w:p>
      <w:r>
        <w:rPr>
          <w:b/>
        </w:rPr>
        <w:t xml:space="preserve">[1:12:53] </w:t>
      </w:r>
      <w:r>
        <w:t>kyun? Kahin interest ki wajah se, kahin conditioning ki wajah se, kahin kisi dabaav ki wajah se, kahin kisi maslehat ki wajah se, mukhtalif wajuhaat se.</w:t>
      </w:r>
    </w:p>
    <w:p>
      <w:pPr>
        <w:jc w:val="right"/>
      </w:pPr>
      <w:r>
        <w:t>کیوں ؟ کہیںانٹرسٹکیوجہسے، کہیں کنڈیشننگکیوجہسے، کہیںکسی دباؤکیوجہسے،کہیںکسی مصلحتکیوجہسے، مختلف وجوہاتسے۔</w:t>
      </w:r>
    </w:p>
    <w:p>
      <w:r>
        <w:rPr>
          <w:b/>
        </w:rPr>
        <w:t xml:space="preserve">[1:13:08] </w:t>
      </w:r>
      <w:r>
        <w:t>to Allah taala ko aise kuch insaan matloob hain, isko suniye aap, jo hashr mein khade hon, aur Allah taala yeh keh sake ke dekho, yeh bhi to insaan tha, yeh bhi to paida hua isi duniya mein, ise kaise bachaya apne aap ko?</w:t>
      </w:r>
    </w:p>
    <w:p>
      <w:pPr>
        <w:jc w:val="right"/>
      </w:pPr>
      <w:r>
        <w:t>تو اللہ تعالیٰکو ایسےکچھانسان مطلوبہیں، اسکوسنیےآپ، جو حشر میںکھڑےہوں، اوراللہ تعالیٰیہکہہسکے کہدیکھو،یہبھیتوانسان تھا، یہبھیتوپیدا ہوااسی دنیا میں، اسے کیسےبچایااپنےآپکو؟</w:t>
      </w:r>
    </w:p>
    <w:p>
      <w:r>
        <w:rPr>
          <w:b/>
        </w:rPr>
        <w:t xml:space="preserve">[1:13:26] </w:t>
      </w:r>
      <w:r>
        <w:t>unhone kaha, hum shaahid honge.</w:t>
      </w:r>
    </w:p>
    <w:p>
      <w:pPr>
        <w:jc w:val="right"/>
      </w:pPr>
      <w:r>
        <w:t>انہوںنےکہا،ہمشاہدہوگا۔</w:t>
      </w:r>
    </w:p>
    <w:p>
      <w:r>
        <w:rPr>
          <w:b/>
        </w:rPr>
        <w:t xml:space="preserve">[1:13:29] </w:t>
      </w:r>
      <w:r>
        <w:t>to dekhiye, jo log duniya mein is is is se, yaani isko main kahunga ke ek spiritual development ya intellectual development jaata, iski is darje ko pahunchein to duniya wale dekh lein, inko aisa mumkin nahi hai,</w:t>
      </w:r>
    </w:p>
    <w:p>
      <w:pPr>
        <w:jc w:val="right"/>
      </w:pPr>
      <w:r>
        <w:t>تودیکھیے، جولوگ دنیا میں اس اس اس سے ،یعنیاسکومیںکہوںگاکہ ایک اسپیریچولڈیویلپمنٹ یاانٹلیکچولڈیویلپمنٹجاتا، اسکیا اسدرجےکوپہنچیں تو دنیا والے دیکھلیں،انکوایساممکننہیںہے،</w:t>
      </w:r>
    </w:p>
    <w:p>
      <w:r>
        <w:rPr>
          <w:b/>
        </w:rPr>
        <w:t xml:space="preserve">[1:13:46] </w:t>
      </w:r>
      <w:r>
        <w:t>kyunki duniya mein phir bhi al-batta rahega, aakhir mein khul jayega bilkul. Yani woh insaan jo duniya mein sach much apne ko deconditioning kiya tha,</w:t>
      </w:r>
    </w:p>
    <w:p>
      <w:pPr>
        <w:jc w:val="right"/>
      </w:pPr>
      <w:r>
        <w:t>کیونکہدنیا میںپھربھی الت باسرہےگا، آخرتمیںکھلجائےگابالکل۔ یعنیوہانسان جو دنیا میں سچمچ اپنےکچھسےڈیکنڈیشنکیاتھا،</w:t>
      </w:r>
    </w:p>
    <w:p>
      <w:r>
        <w:rPr>
          <w:b/>
        </w:rPr>
        <w:t xml:space="preserve">[1:13:57] </w:t>
      </w:r>
      <w:r>
        <w:t>jo sach much fitrat pe khada hua tha, jo sach much rabbani shakhsiyat jisne banayi thi apne andar, aakhir mein bilkul ain saamne aayega, ain suraj chand ki tarah se.</w:t>
      </w:r>
    </w:p>
    <w:p>
      <w:pPr>
        <w:jc w:val="right"/>
      </w:pPr>
      <w:r>
        <w:t>جوسچمچفطرتپہکھڑاہواتھا، جوسچمچربانی شخصیت جسنےبنائیتھیاپنےاندر، آخرتمیںبالکل عین اًسامنےآئےگا،عیناً سورجچاندکیطریقےسے۔</w:t>
      </w:r>
    </w:p>
    <w:p>
      <w:r>
        <w:rPr>
          <w:b/>
        </w:rPr>
        <w:t xml:space="preserve">[1:14:11] </w:t>
      </w:r>
      <w:r>
        <w:t>to log hairaan reh jayenge is duniya mein jahan hum temperature ko hum seekh paate rahe, is duniya mein jahan humari conditioning hoti rahi, humari</w:t>
      </w:r>
    </w:p>
    <w:p>
      <w:pPr>
        <w:jc w:val="right"/>
      </w:pPr>
      <w:r>
        <w:t>تولوگحیرانرہجائیںگےاسیدنیا میںجہاںہم ٹیپریچرکوہم سیکاپکرتے رہے،اسیدنیا میںجہاںہم اپنی کنڈیشننگ ہوتیرہی،ہماری</w:t>
      </w:r>
    </w:p>
    <w:p>
      <w:r>
        <w:rPr>
          <w:b/>
        </w:rPr>
        <w:t xml:space="preserve">[1:14:23] </w:t>
      </w:r>
      <w:r>
        <w:t>interest ke liye, aazmayish ke liye, hum apne ko</w:t>
      </w:r>
    </w:p>
    <w:p>
      <w:pPr>
        <w:jc w:val="right"/>
      </w:pPr>
      <w:r>
        <w:t>انٹرسٹ کےلیے، عاجلے کےلیے،ہم اپنے کو</w:t>
      </w:r>
    </w:p>
    <w:p>
      <w:r>
        <w:rPr>
          <w:b/>
        </w:rPr>
        <w:t xml:space="preserve">[1:14:30] </w:t>
      </w:r>
      <w:r>
        <w:t>dawa karte hain. Wohi aisa bhi insaan tha, aisa bhi insaan tha is duniya mein ke sab cheezon ko roke ke woh rabbaniyat pe khada hua.</w:t>
      </w:r>
    </w:p>
    <w:p>
      <w:pPr>
        <w:jc w:val="right"/>
      </w:pPr>
      <w:r>
        <w:t>دعویٰکرتے ہیں۔وہیایسابھیانسانتھا، ایسابھیانسانتھااسدنیا میں کہسبچیزوںکو روتکرکےوہ ربانیتپہکھڑاہوا۔</w:t>
      </w:r>
    </w:p>
    <w:p>
      <w:r>
        <w:rPr>
          <w:b/>
        </w:rPr>
        <w:t xml:space="preserve">[1:14:43] </w:t>
      </w:r>
      <w:r>
        <w:t>aise aise Allah taala ko shaahid darkaar hai taake Allah taala ko matloob hai ke woh bata sake ke dekho, tumhare paas koi aisa excuse nahi hai.</w:t>
      </w:r>
    </w:p>
    <w:p>
      <w:pPr>
        <w:jc w:val="right"/>
      </w:pPr>
      <w:r>
        <w:t>ایسےایسےاللہ تعالیٰکوشاہددرکار ہے تاکہاللہ تعالیٰکو مطلوبہےکہوہبتاسکےکہدیکھو، تمہارےپاسکوئیایکسکیوزنہیںہے۔</w:t>
      </w:r>
    </w:p>
    <w:p>
      <w:r>
        <w:rPr>
          <w:b/>
        </w:rPr>
        <w:t xml:space="preserve">[1:14:52] </w:t>
      </w:r>
      <w:r>
        <w:t>hadis quran mein aata hai ke koi uzr nahi hoga. quran mein aata hai ke aakhir tum mein kisi insaan ke paas koi uzr nahi hoga. to iska ek pehlu yeh hai ke koi insaan khada hoga wahan par,</w:t>
      </w:r>
    </w:p>
    <w:p>
      <w:pPr>
        <w:jc w:val="right"/>
      </w:pPr>
      <w:r>
        <w:t>حدیثقرآنمیںآتاہےکہکوئی عذرنہیںہوگا۔ قرآنمیںآتاہےکہ آخرتمیںکسی انسان کےپاسکوئیعذرنہیںہوگا۔ تواسکاایک پہلویہہے کہ کوئیانسانکھڑاہوگاوہاںپر،</w:t>
      </w:r>
    </w:p>
    <w:p>
      <w:r>
        <w:rPr>
          <w:b/>
        </w:rPr>
        <w:t xml:space="preserve">[1:15:06] </w:t>
      </w:r>
      <w:r>
        <w:t>aur allah ta'ala se logon se kahega ke dekho, yeh bhi toh insaan tha, yeh bhi toh is dunya mein paida hua, iske saath bhi wohi temperature the, iske saath bhi wohi sari baatein thin jo jiska tamashkara ho gaye,</w:t>
      </w:r>
    </w:p>
    <w:p>
      <w:pPr>
        <w:jc w:val="right"/>
      </w:pPr>
      <w:r>
        <w:t>اور اللہ تعالیٰ سے لوگوںسےکہےگاکہدیکھو،یہبھیتوانسانتھا، یہبھیتواسیدنیا میںپیدا ہوا، اسکےساتھ بھیوہیٹیپریچرتھے، اسکےساتھبھیوہیساریباتیںتھیںجوجسکاتمشکارہوگئے،</w:t>
      </w:r>
    </w:p>
    <w:p>
      <w:r>
        <w:rPr>
          <w:b/>
        </w:rPr>
        <w:t xml:space="preserve">[1:15:20] </w:t>
      </w:r>
      <w:r>
        <w:t>jisse isne bachaya apne aap ko, tumne kyun nahi bachaya apne aap ko? yeh bahut hi ajeeb ehsaas hota hai mujhe yeh soch kar ke. to yom yaqub al-ashhad ka matlab yeh hai ke aise log jo darja, yaani jo shahid ya gawah, yeh nusban ban jayenge wahan par is baat ke ke is dinya ke jangalon mein yeh bhi mumkin tha ke aadmi sachai pe khada ho,</w:t>
      </w:r>
    </w:p>
    <w:p>
      <w:pPr>
        <w:jc w:val="right"/>
      </w:pPr>
      <w:r>
        <w:t>جسسےاسنےبچایااپنےآپکو،تمنےکیوںنہیںبچایااپنےآپکو؟ یہبہتہیعجیب احساسہوتاہےمجھےیہسوچکرکے۔ تو یوم یعقوب الاشہادکامطلبیہہےکہ ایسےلوگجو درج ہ ،یعنی جو شاہدیا گواہ،یہوٹنسبنجائیںگےوہاںپر اسباتکے کہاسدنیا کے جنگلمیں یہبھیممکنتھاکہآدمیسچائیپہکھڑاہو،</w:t>
      </w:r>
    </w:p>
    <w:p>
      <w:r>
        <w:rPr>
          <w:b/>
        </w:rPr>
        <w:t xml:space="preserve">[1:15:47] </w:t>
      </w:r>
      <w:r>
        <w:t>koi uzr nahi kisi ke paas. yaani sare uzraat ko ko bilkul khatam karne ke liye yeh afraad wahan par khade honge.</w:t>
      </w:r>
    </w:p>
    <w:p>
      <w:pPr>
        <w:jc w:val="right"/>
      </w:pPr>
      <w:r>
        <w:t>کوئی عذرنہیںکسیکےپاس۔ یعنی سارے عذراتکو کو بالکل ختم کرنے کےلیے یہ افراد وہاںپر کھڑےہوںگے۔</w:t>
      </w:r>
    </w:p>
    <w:p>
      <w:r>
        <w:rPr>
          <w:b/>
        </w:rPr>
        <w:t xml:space="preserve">[1:16:03] </w:t>
      </w:r>
      <w:r>
        <w:t>to yom yaqub al-ashhad mein bahut hi ajeeb baat kahi gayi hai. ab jisko yeh yeh jo yeh chahta ho ke isko yeh darja mile, wahan par</w:t>
      </w:r>
    </w:p>
    <w:p>
      <w:pPr>
        <w:jc w:val="right"/>
      </w:pPr>
      <w:r>
        <w:t>تویوم یعقوبالاشہادمیںبہتہیعجیبباتکہیگئیہے۔ ابجسکو یہ یہجویہچاہتاہوکہاسکو یہ درجہملے،وہاںپر</w:t>
      </w:r>
    </w:p>
    <w:p>
      <w:r>
        <w:rPr>
          <w:b/>
        </w:rPr>
        <w:t xml:space="preserve">[1:16:14] </w:t>
      </w:r>
      <w:r>
        <w:t>shahid ka darja</w:t>
      </w:r>
    </w:p>
    <w:p>
      <w:pPr>
        <w:jc w:val="right"/>
      </w:pPr>
      <w:r>
        <w:t>شاہدکادرجہ</w:t>
      </w:r>
    </w:p>
    <w:p>
      <w:r>
        <w:rPr>
          <w:b/>
        </w:rPr>
        <w:t xml:space="preserve">[1:16:16] </w:t>
      </w:r>
      <w:r>
        <w:t>jo samundaron mein hote hain, light house, to woh light house ki taraf khada hoga. woh insaan, woh rabbani insaan,</w:t>
      </w:r>
    </w:p>
    <w:p>
      <w:pPr>
        <w:jc w:val="right"/>
      </w:pPr>
      <w:r>
        <w:t>جو سمندروںمیںہوتےہیں، لائٹہاؤس، تووہلائٹہاؤسکیطرفکھڑاہوگا۔وہانسان، وہ ربانیانسان،</w:t>
      </w:r>
    </w:p>
    <w:p>
      <w:r>
        <w:rPr>
          <w:b/>
        </w:rPr>
        <w:t xml:space="preserve">[1:16:27] </w:t>
      </w:r>
      <w:r>
        <w:t>samundaron mein ab toh nahi iski ahmiyat hai, lekin pehle zamane mein light house hua karte the jo jahazon ko rasta dikhate the.</w:t>
      </w:r>
    </w:p>
    <w:p>
      <w:pPr>
        <w:jc w:val="right"/>
      </w:pPr>
      <w:r>
        <w:t>سمندروںمیں ابتونہیں اسکیاہمیتہے،لیکن پہلے زمانےمیںلائٹہاؤسہواکرتے تھے جو جہازوںکوراستہدکھاتےتھے۔</w:t>
      </w:r>
    </w:p>
    <w:p>
      <w:r>
        <w:rPr>
          <w:b/>
        </w:rPr>
        <w:t xml:space="preserve">[1:16:38] </w:t>
      </w:r>
      <w:r>
        <w:t>to ab jisko jo chahta hai ke aakhir tum mein isko yeh yeh darja mile ke logon ke darmiyan shahid banke khada ho,</w:t>
      </w:r>
    </w:p>
    <w:p>
      <w:pPr>
        <w:jc w:val="right"/>
      </w:pPr>
      <w:r>
        <w:t>تو ابجسکو جو چاہتاہے کہ آخرتمیںاسکویہ یہدرجہملے کہلوگوںکےدرمیان شاہدبنکےکھڑاہو،</w:t>
      </w:r>
    </w:p>
    <w:p>
      <w:r>
        <w:rPr>
          <w:b/>
        </w:rPr>
        <w:t xml:space="preserve">[1:16:49] </w:t>
      </w:r>
      <w:r>
        <w:t>to</w:t>
      </w:r>
    </w:p>
    <w:p>
      <w:pPr>
        <w:jc w:val="right"/>
      </w:pPr>
      <w:r>
        <w:t>تو</w:t>
      </w:r>
    </w:p>
    <w:p>
      <w:r>
        <w:rPr>
          <w:b/>
        </w:rPr>
        <w:t xml:space="preserve">[1:16:52] </w:t>
      </w:r>
      <w:r>
        <w:t>iski taraf daude, iske liye qurbani de. aur nahi toh phir log andhepan mein marenge, andhepan mein wahan bher jayenge. man kan fi yadi ama fi al-akhirat ama.</w:t>
      </w:r>
    </w:p>
    <w:p>
      <w:pPr>
        <w:jc w:val="right"/>
      </w:pPr>
      <w:r>
        <w:t>اسکیطرف دوڑے، اس کے لیےقربانی دے۔ اورنہیں توپھرلوگ اندھےپنمیںمریںگے،اندھےپنمیں وہاںبھیرہیںگے۔ من کان فی یادی آما فیالآخرت آما۔</w:t>
      </w:r>
    </w:p>
    <w:p>
      <w:r>
        <w:rPr>
          <w:b/>
        </w:rPr>
        <w:t xml:space="preserve">[1:17:07] </w:t>
      </w:r>
      <w:r>
        <w:t>mera ajeeb haal hai jab logon ko dekhta hoon, sare toh andhepan mein jaa rahe hain, log jangalon mein bhatke hue hain.</w:t>
      </w:r>
    </w:p>
    <w:p>
      <w:pPr>
        <w:jc w:val="right"/>
      </w:pPr>
      <w:r>
        <w:t>میراعجیبحالہےجبلوگوںکودیکھتاہوں، سارے تواند ھےپنمیںجیرہےہیں،لوگ جنگ لوںمیںبھٹکےہوئےہیں۔</w:t>
      </w:r>
    </w:p>
    <w:p>
      <w:r>
        <w:rPr>
          <w:b/>
        </w:rPr>
        <w:t xml:space="preserve">[1:17:15] </w:t>
      </w:r>
      <w:r>
        <w:t>phir yaani uthta, koi apne ko uthata nahi pata is par, is se.</w:t>
      </w:r>
    </w:p>
    <w:p>
      <w:pPr>
        <w:jc w:val="right"/>
      </w:pPr>
      <w:r>
        <w:t>پھر یعنی اٹھتا،کوئیاپنےکواٹھانہیںپاتااسپر،اسسے۔</w:t>
      </w:r>
    </w:p>
    <w:p>
      <w:r>
        <w:rPr>
          <w:b/>
        </w:rPr>
        <w:t xml:space="preserve">[1:17:23] </w:t>
      </w:r>
      <w:r>
        <w:t>lekin jaise hi aadmi mrega to achaanak isko mehsoos hoga ke yeh kya ho gaya, kyunke marte hi sab kuch chhoot jayega, aap ki family chhoot jayegi, aapka ba</w:t>
      </w:r>
    </w:p>
    <w:p>
      <w:pPr>
        <w:jc w:val="right"/>
      </w:pPr>
      <w:r>
        <w:t>لیکن جیسےہیآدمیمرےگا تو اچانکہیاسکومحسوسہوگاکہیہ کیاہوگیا، کیونکہ مرت ےہیسبکچھچھوٹجائےگا، آپ کی فیملیچھوٹجائےگی،آپکابا</w:t>
      </w:r>
    </w:p>
    <w:p>
      <w:r>
        <w:rPr>
          <w:b/>
        </w:rPr>
        <w:t xml:space="preserve">[1:17:36] </w:t>
      </w:r>
      <w:r>
        <w:t>di bhi chhoot jayega. yeh body jisko aap sanwarte hain, yeh body jisko aap sanwarte hain, beauty parlour mein ja kar isko iski tazeen karte hain, woh bhi chhoot jayega.</w:t>
      </w:r>
    </w:p>
    <w:p>
      <w:pPr>
        <w:jc w:val="right"/>
      </w:pPr>
      <w:r>
        <w:t>ڈیبھیچھوٹجائےگا۔ یہباڈی جسکوآپسنوارتےہیں، یہباڈیجسکوآپسنوارتےہیں، بیوٹیپارلرمیںجاکر اسکو اسکیتزئینکرتےہیں،وہبھیچھوٹجائےگا۔</w:t>
      </w:r>
    </w:p>
    <w:p>
      <w:r>
        <w:rPr>
          <w:b/>
        </w:rPr>
        <w:t xml:space="preserve">[1:17:50] </w:t>
      </w:r>
      <w:r>
        <w:t>mein jab parlour mein jaata hoon, aate hain woh woh karne wale, kya kehte hain isko makeup karne wale, to mujhe ek ridiculous baat maloom hoti hai ke jis body ko wapas saath nahi le ja sakta maut ke baad, iska makeup kya hai?</w:t>
      </w:r>
    </w:p>
    <w:p>
      <w:pPr>
        <w:jc w:val="right"/>
      </w:pPr>
      <w:r>
        <w:t>میںجب ٹیویمیںجاتا ہوں، آتےہیںوہ وہکرنے والے ،کیا کہتےہیںاسکو می کاپکرنے والے، تو مجھےایک ریڈیکولسباتمعلومہوتیہےکہ جس باڈیکوواپسساتھ نہیںلےجاسکتاموتکےبعد ،اسکامیکاپکیاہے؟</w:t>
      </w:r>
    </w:p>
    <w:p>
      <w:r>
        <w:rPr>
          <w:b/>
        </w:rPr>
        <w:t xml:space="preserve">[1:18:07] </w:t>
      </w:r>
      <w:r>
        <w:t>maine kabhi makeup nahi karwaya.</w:t>
      </w:r>
    </w:p>
    <w:p>
      <w:pPr>
        <w:jc w:val="right"/>
      </w:pPr>
      <w:r>
        <w:t>میںنےکبھیمیکاپنہیںکروایا۔</w:t>
      </w:r>
    </w:p>
    <w:p>
      <w:r>
        <w:rPr>
          <w:b/>
        </w:rPr>
        <w:t xml:space="preserve">[1:18:12] </w:t>
      </w:r>
      <w:r>
        <w:t>maut ek aisi cheez hai jo aap se har cheez chheen leti hai, hatta ke body bhi chheen leti hai. aap ka bank balance, aap ka business, aap ki car, aap ki family, sab kuch chhin jayega,</w:t>
      </w:r>
    </w:p>
    <w:p>
      <w:pPr>
        <w:jc w:val="right"/>
      </w:pPr>
      <w:r>
        <w:t>موت ایکایسیچیزہے جو آپ سےہرچیزچھینلیتیہے،حتیٰکہباڈیبھیچھینلیتیہے۔ آپ کا بینکبیلنس،آپکا بزنس،آپکا کار ،آپکی فیملی، سبکچھچھنجائےگی،</w:t>
      </w:r>
    </w:p>
    <w:p>
      <w:r>
        <w:rPr>
          <w:b/>
        </w:rPr>
        <w:t xml:space="preserve">[1:18:25] </w:t>
      </w:r>
      <w:r>
        <w:t>hatta ke body bhi. to iska makeup kya hai? iska beautification kya hai? to</w:t>
      </w:r>
    </w:p>
    <w:p>
      <w:pPr>
        <w:jc w:val="right"/>
      </w:pPr>
      <w:r>
        <w:t>حتیٰکہباڈیبھی۔ تواسکا میکاپکیاہے؟اسکا بیوٹیفیکیشنکیاہے؟ تو</w:t>
      </w:r>
    </w:p>
    <w:p>
      <w:r>
        <w:rPr>
          <w:b/>
        </w:rPr>
        <w:t xml:space="preserve">[1:18:33] </w:t>
      </w:r>
      <w:r>
        <w:t>jisko allah ta'ala ke haan woh darja hilna ho ke khuda yeh kahe ke dekho logon, yeh yeh mera shahid hai, agar yeh sachha bankar reh saka dunya mein, tum kyun sachhe mein nahi bane?</w:t>
      </w:r>
    </w:p>
    <w:p>
      <w:pPr>
        <w:jc w:val="right"/>
      </w:pPr>
      <w:r>
        <w:t>جسکو اللہ تعالیٰکےہاںوہدرج ہلیناہو کہخدایہکہےکہدیکھو لوگ وں،یہ یہمیراشاہدہے، اگر یہ سچا بنکررہسکادنیامیں،تمکیوںسچےمیںنہیںبنے؟</w:t>
      </w:r>
    </w:p>
    <w:p>
      <w:r>
        <w:rPr>
          <w:b/>
        </w:rPr>
        <w:t xml:space="preserve">[1:18:47] </w:t>
      </w:r>
      <w:r>
        <w:t>to jisko yeh darja hilna ho to iske liye woh daude, iske liye koshish kare. woh</w:t>
      </w:r>
    </w:p>
    <w:p>
      <w:pPr>
        <w:jc w:val="right"/>
      </w:pPr>
      <w:r>
        <w:t>تو جسکویہدرجہلیناہو تو اسکےلیے وہ دوڑے، اسکےلیے کوششکرے۔وہ</w:t>
      </w:r>
    </w:p>
    <w:p>
      <w:r>
        <w:rPr>
          <w:b/>
        </w:rPr>
        <w:t xml:space="preserve">[1:18:59] </w:t>
      </w:r>
      <w:r>
        <w:t>maulana, agla sawal pennsylvania se Mr. Khwaja Kaleemuddin sahib ka aaya hai. unhone likha hai: "Maulana, when I made statement that Quran is preserved road without any change from the time it was revealed until today innovation wahindu muslim dialogue which I attended today here in Washington DC, a Muslim scholar differed with me saying that there are seven front variations of Quran.</w:t>
      </w:r>
    </w:p>
    <w:p>
      <w:pPr>
        <w:jc w:val="right"/>
      </w:pPr>
      <w:r>
        <w:t>مولانا،اگلاسوال پینسلوینیاسے مسٹرخواجہ کلیم الدینصاحبکاآیاہے۔ انہوںنےلکھاہے: "مولانا،وینآئیمیڈ اسٹیٹمنٹ دیٹقرآن از پریز روڈ وداآؤٹاینی چینجفرامداٹائماٹوازریویلڈ انٹلٹوڈے اناویشن واہندو مسلم ڈائیلاگ وچآئیاٹینڈڈٹوڈےہیرانواشنگٹنڈیسی، امسلم سکالر ڈیفرڈودمی سینگدیٹدیرآر سیونڈفرنٹ ویریایشنزآفقرآن۔</w:t>
      </w:r>
    </w:p>
    <w:p>
      <w:r>
        <w:rPr>
          <w:b/>
        </w:rPr>
        <w:t xml:space="preserve">[1:19:28] </w:t>
      </w:r>
      <w:r>
        <w:t>Maulana sahib, what is this supposed to mean? I had an understanding that the copy of Quran that each one of us have is the same Quran that had been brought by Gabriel.</w:t>
      </w:r>
    </w:p>
    <w:p>
      <w:pPr>
        <w:jc w:val="right"/>
      </w:pPr>
      <w:r>
        <w:t>مول اناصاحب،واٹازدسسپوز ٹومین؟ آئیہیڈاینانڈرسٹینڈنگدیٹداکاپیآف قرآن دیٹایچون آفاس ہیو از دا سیمقرآندیٹہیڈبین براٹبائے جبرائیل۔</w:t>
      </w:r>
    </w:p>
    <w:p>
      <w:r>
        <w:rPr>
          <w:b/>
        </w:rPr>
        <w:t xml:space="preserve">[1:19:40] </w:t>
      </w:r>
      <w:r>
        <w:t>Maulana sahib, please clarify what is the reality about the seven variations of Quran? yeh bilkul jhooti baat hai, sasta pa jhootha hai.</w:t>
      </w:r>
    </w:p>
    <w:p>
      <w:pPr>
        <w:jc w:val="right"/>
      </w:pPr>
      <w:r>
        <w:t>مول اناصاحب،پلیزکلی ریفائیواٹازداریلیٹیاباؤٹدا سیون ویریایشنزآف قرآن؟ یہبالکلجھوٹیباتہے، سستاپاجھوٹہے۔</w:t>
      </w:r>
    </w:p>
    <w:p>
      <w:r>
        <w:rPr>
          <w:b/>
        </w:rPr>
        <w:t xml:space="preserve">[1:19:50] </w:t>
      </w:r>
      <w:r>
        <w:t>dekhein, France ke orientalist wohi hain, orientaliston ne ek baar aisa kiya ke sari dunya se Quran ki copy ikattha ki, 35 hazar copy, 35, 3 5 tha, har mulk se, har mulk se liya.</w:t>
      </w:r>
    </w:p>
    <w:p>
      <w:pPr>
        <w:jc w:val="right"/>
      </w:pPr>
      <w:r>
        <w:t>دیکھیں، فرانس کے اورینٹلسٹجوہیں، اورینٹلسٹوںنےایکبار ایساکیا کہ ساریدنیا سےقرآنکی کاپی اکٹھاکی، 35ہزار کاپی، 35، 3 5 تھا ،ہرملکسے،ہرملکسےلیا۔</w:t>
      </w:r>
    </w:p>
    <w:p>
      <w:r>
        <w:rPr>
          <w:b/>
        </w:rPr>
        <w:t xml:space="preserve">[1:20:06] </w:t>
      </w:r>
      <w:r>
        <w:t>isiliye kehdekhen, veryaishnasmein hai to koi veryaishnahin mila. yeh to pooch sakte hain jis ko sabit kar chuke hain, sirf ulama ki baat nahin hai.</w:t>
      </w:r>
    </w:p>
    <w:p>
      <w:pPr>
        <w:jc w:val="right"/>
      </w:pPr>
      <w:r>
        <w:t>اسیلیے کہدیکھیں،ویریایشناسمیںہے تو کوئی ویریایشننہیںملا۔ یہتوپوچھسکتےہیںجسکوثابتکرچکےہیں، صرفعلماءکیباتنہیںہے۔</w:t>
      </w:r>
    </w:p>
    <w:p>
      <w:r>
        <w:rPr>
          <w:b/>
        </w:rPr>
        <w:t xml:space="preserve">[1:20:17] </w:t>
      </w:r>
      <w:r>
        <w:t>yeh jo jis aadmi ne kaha, woh jhooti baat keh yeh hai. misaal dein, woh musalmanon ne Quran mein taaza ihtimam kiya hai. dekhiye, batata hoon aap ko keh Quran mein aap parhein Surah Fatiha, Maalik yawm al-din.</w:t>
      </w:r>
    </w:p>
    <w:p>
      <w:pPr>
        <w:jc w:val="right"/>
      </w:pPr>
      <w:r>
        <w:t>یہجو جس آدمینےکہا،وہجھوٹیباتکہیہے۔ مثالدیں،وہ مس لمانوںنے قرآنمیں تازہاہتمامکیاہے۔ دیکھیے،بتاتاہوںآپکو کہقرآنمیںآپپڑھیںس ورہفاتحہ، مال ک یوم الدین۔</w:t>
      </w:r>
    </w:p>
    <w:p>
      <w:r>
        <w:rPr>
          <w:b/>
        </w:rPr>
        <w:t xml:space="preserve">[1:20:33] </w:t>
      </w:r>
      <w:r>
        <w:t>kisi bhi Arabi kitab mein aap Maalik parhenge, meem, alif, laam, kaaf. lekin Quran mein is tarah nahin likha aata, is mein meem, laam, kaaf</w:t>
      </w:r>
    </w:p>
    <w:p>
      <w:pPr>
        <w:jc w:val="right"/>
      </w:pPr>
      <w:r>
        <w:t>کسی بھیعربیکتاب میںآپ مالکپڑھیںگے،میم،الف ،لام،کف۔ لیکن قرآنمیںاسطرحنہیںلکھاآتا،اسمیںمی م،لام،کف</w:t>
      </w:r>
    </w:p>
    <w:p>
      <w:r>
        <w:rPr>
          <w:b/>
        </w:rPr>
        <w:t xml:space="preserve">[1:20:44] </w:t>
      </w:r>
      <w:r>
        <w:t>saari Arabi kitabon mein likha rahega, meem, alif, laam, kaaf. Maalik Quran likha hai, meem, laam. musalmanon ne is ko jo likh diya tha, Sahaba ne is ko badla nahin.</w:t>
      </w:r>
    </w:p>
    <w:p>
      <w:pPr>
        <w:jc w:val="right"/>
      </w:pPr>
      <w:r>
        <w:t>ساریعربیکتاب وںمیںلکھارہےگا، میم،الف ،لام،کف۔ مالک قرآنلکھاہے، میم،لام۔ مسلمانوںنےاسکو جو لکھ دیا تھا،صحابہنےاسکوبدلانہیں۔</w:t>
      </w:r>
    </w:p>
    <w:p>
      <w:r>
        <w:rPr>
          <w:b/>
        </w:rPr>
        <w:t xml:space="preserve">[1:20:57] </w:t>
      </w:r>
      <w:r>
        <w:t>aise bahut si misaalain hain, aise mein Quran ki aawaz tak mehfooz hai. aawaz</w:t>
      </w:r>
    </w:p>
    <w:p>
      <w:pPr>
        <w:jc w:val="right"/>
      </w:pPr>
      <w:r>
        <w:t>ایسےبہت سی مثالیںہیں، ایسے میں قرآنکیآواز تک محفوظہے۔آواز</w:t>
      </w:r>
    </w:p>
    <w:p>
      <w:r>
        <w:rPr>
          <w:b/>
        </w:rPr>
        <w:t xml:space="preserve">[1:21:06] </w:t>
      </w:r>
      <w:r>
        <w:t>aaj ka jo qari padhta hai, Misriyon ko Quran ko nahin kehta, main Hijazi Quran ko. Misri Quran ne to bid'at kar rakhi hai. Hijazi Quran jo hum padhte hain, woh wohi aawaz hai jo Sahaba padhte the.</w:t>
      </w:r>
    </w:p>
    <w:p>
      <w:pPr>
        <w:jc w:val="right"/>
      </w:pPr>
      <w:r>
        <w:t>آجکاجو قاریپڑھتاہے، مصریوںکوقرآنکونہیںکہتا،میںحجازیقرآنکو۔ مصریقرآننےتو بدعتکررکھیہے۔ حجازیقرآنجوہمپڑھتےہیں،وہ وہیآواز ہے جو صحابہپڑھتےتھے۔</w:t>
      </w:r>
    </w:p>
    <w:p>
      <w:r>
        <w:rPr>
          <w:b/>
        </w:rPr>
        <w:t xml:space="preserve">[1:21:20] </w:t>
      </w:r>
      <w:r>
        <w:t>misaal ke taur par dekhiye, ek aayat hai Quran mein jis ko sukta karke padha jaata hai:</w:t>
      </w:r>
    </w:p>
    <w:p>
      <w:pPr>
        <w:jc w:val="right"/>
      </w:pPr>
      <w:r>
        <w:t>مثالکےطورپردیکھیے، ایک آیتہےقرآنمیں جسکو سکتہکرکےپڑھاجاتاہے:</w:t>
      </w:r>
    </w:p>
    <w:p>
      <w:r>
        <w:rPr>
          <w:b/>
        </w:rPr>
        <w:t xml:space="preserve">[1:21:30] </w:t>
      </w:r>
      <w:r>
        <w:t>"waq yalm an raak" yaani grammatical is ko padhna chahiye "waqil bin raak". lekin jitne qari hain, woh padhenge "waqil bin raak" yaani ek pause denge, pause sukta.</w:t>
      </w:r>
    </w:p>
    <w:p>
      <w:pPr>
        <w:jc w:val="right"/>
      </w:pPr>
      <w:r>
        <w:t>"وق یلمن راک" یعنی گرامیٹیکلیاسکوپڑھناچاہیے"وقیل بن راک" ۔لیکن جتنے قاریہیں،وہپڑھیںگے "وقیل بن راک" یعنیایک پازدیںگے،پاز سکتہ۔</w:t>
      </w:r>
    </w:p>
    <w:p>
      <w:r>
        <w:rPr>
          <w:b/>
        </w:rPr>
        <w:t xml:space="preserve">[1:21:42] </w:t>
      </w:r>
      <w:r>
        <w:t>yeh kyun? kyunke Sahaba ne aisa kiya tha.</w:t>
      </w:r>
    </w:p>
    <w:p>
      <w:pPr>
        <w:jc w:val="right"/>
      </w:pPr>
      <w:r>
        <w:t>یہکیوں ؟کیونکہ صحابہنےایساکیاتھا۔</w:t>
      </w:r>
    </w:p>
    <w:p>
      <w:r>
        <w:rPr>
          <w:b/>
        </w:rPr>
        <w:t xml:space="preserve">[1:21:48] </w:t>
      </w:r>
      <w:r>
        <w:t>yeh jahil hai, woh insaan jo kehta hai keh veryaish hai Quran mein, zara bhi veryaish nahin hai. jahil log kuch bhi keh sakte hain,</w:t>
      </w:r>
    </w:p>
    <w:p>
      <w:pPr>
        <w:jc w:val="right"/>
      </w:pPr>
      <w:r>
        <w:t>یہ جاہلہے،وہانسانجو کہتاہےکہویریایشنہے قرآنمیں،ذرابھیویریایشننہیںہے۔ جاہللوگ کچھبھی کہہسکتےہیں،</w:t>
      </w:r>
    </w:p>
    <w:p>
      <w:r>
        <w:rPr>
          <w:b/>
        </w:rPr>
        <w:t xml:space="preserve">[1:21:58] </w:t>
      </w:r>
      <w:r>
        <w:t>jahilon ki baat ki kya aitbaar hai? kisi qism ka veryaish nahin Quran Majeed mein. jis tarah Sahaba ne padha tha Rasool Allah ko, jis tarah unhon ne likha tha, usi ko musalmanon ne preserve rakha.</w:t>
      </w:r>
    </w:p>
    <w:p>
      <w:pPr>
        <w:jc w:val="right"/>
      </w:pPr>
      <w:r>
        <w:t>جاہلوںکیباتکیکیااعتبارہے؟ کسی قسم کاویریایشننہیںقرآنمجیدمیں۔ جس طرح صحابہنےپڑھاتھارسولاللہکو، جسطرحانہوںنےلکھاتھا،اسیکو مسلمانوںنےپریزرورکھا۔</w:t>
      </w:r>
    </w:p>
    <w:p>
      <w:r>
        <w:rPr>
          <w:b/>
        </w:rPr>
        <w:t xml:space="preserve">[1:22:12] </w:t>
      </w:r>
      <w:r>
        <w:t>kahin bhi badla nahin. musalmanon mein bahut se bigaad aaye, lekin jahan tak Quran ka ta'alluq hai, kabhi musalmanon ne is mein koi badlao nahin kiya.</w:t>
      </w:r>
    </w:p>
    <w:p>
      <w:pPr>
        <w:jc w:val="right"/>
      </w:pPr>
      <w:r>
        <w:t>کہیںبھیبدلہنہیں۔ مسلمانوںمیںبہتسےبگاڑآئے، لیکن جہاںتکقرآنکاتعلقہے، کبھی مسلمانوںنےاسمیںکوئی بدلاؤنہیں کیا۔</w:t>
      </w:r>
    </w:p>
    <w:p>
      <w:r>
        <w:rPr>
          <w:b/>
        </w:rPr>
        <w:t xml:space="preserve">[1:22:22] </w:t>
      </w:r>
      <w:r>
        <w:t>bilkul choti baat hai. misaal koi bataye to bataunga main,</w:t>
      </w:r>
    </w:p>
    <w:p>
      <w:pPr>
        <w:jc w:val="right"/>
      </w:pPr>
      <w:r>
        <w:t>بالکل چھوٹیباتہے۔ مثالکوئیبتائےتوبتاؤںگامیں،</w:t>
      </w:r>
    </w:p>
    <w:p>
      <w:r>
        <w:rPr>
          <w:b/>
        </w:rPr>
        <w:t xml:space="preserve">[1:22:27] </w:t>
      </w:r>
      <w:r>
        <w:t xml:space="preserve">jo koi misaal bataye to bataunga us ki haqeeqat kya hai. Ah Molaana, agla sawal hai Delhi se Muss Nighat Siddiqui ka. unhon ne likha hai: "Today you explained that history of man is between freedom and determinism. </w:t>
      </w:r>
    </w:p>
    <w:p>
      <w:pPr>
        <w:jc w:val="right"/>
      </w:pPr>
      <w:r>
        <w:t>جوکوئیمثالبتائےتو بتاؤںگااسکیحقیقت کیاہے۔ اہمول انا،اگلاسوالہے دلیسے مس نغمہصدی قیکا۔ انہوںنےلکھاہے: "ٹوڈےیوایکسپلینڈ دیٹہسٹریآف میناز بٹوین فریڈماینڈڈیٹرمن زم۔</w:t>
      </w:r>
    </w:p>
    <w:p>
      <w:r>
        <w:rPr>
          <w:b/>
        </w:rPr>
        <w:t xml:space="preserve">[1:22:43] </w:t>
      </w:r>
      <w:r>
        <w:t>At an individual level, is man 100 percent free or 100 percent governed by his destiny?" nahin, yeh 50-50 ka mamla hai.</w:t>
      </w:r>
    </w:p>
    <w:p>
      <w:pPr>
        <w:jc w:val="right"/>
      </w:pPr>
      <w:r>
        <w:t>ایٹاین انڈیویجوللیول، از مین 100پرسنٹ فری اور 100پرسنٹ گورنڈبائےہز ڈیسٹینی؟" نہیں،یہ 50-50کامعاملہہے۔</w:t>
      </w:r>
    </w:p>
    <w:p>
      <w:r>
        <w:rPr>
          <w:b/>
        </w:rPr>
        <w:t xml:space="preserve">[1:22:55] </w:t>
      </w:r>
      <w:r>
        <w:t>dekhiye, yeh jo hamare yahan aqeedey ki kitaben hain, kutub aqaaid, is mein teen maane jaate hain: Qadriya, Jabriya aur Wasitiya.</w:t>
      </w:r>
    </w:p>
    <w:p>
      <w:pPr>
        <w:jc w:val="right"/>
      </w:pPr>
      <w:r>
        <w:t>دیکھیں،یہ جو ہمارےہاں عقیدےکیکتاب یںہیں،کتب عقائد، اسمیں تینوہمانےجاتےہیں: قد ریہ،جب ریہاوروسطیہ۔</w:t>
      </w:r>
    </w:p>
    <w:p>
      <w:r>
        <w:rPr>
          <w:b/>
        </w:rPr>
        <w:t xml:space="preserve">[1:23:09] </w:t>
      </w:r>
      <w:r>
        <w:t>to aam taur par Qadriya aur Jabriya wale zyada hain, lekin ek aur hai Wasitiya wala, main usi ko maanta hoon, yaani beech ka.</w:t>
      </w:r>
    </w:p>
    <w:p>
      <w:pPr>
        <w:jc w:val="right"/>
      </w:pPr>
      <w:r>
        <w:t>تو عام طورپر قد ریہاورجبریہ والے زیادہ ہیں، لیکن ایک اور ہے وسطیہوالا، میںاسیکومانتاہوں،یعنی بیچکا۔</w:t>
      </w:r>
    </w:p>
    <w:p>
      <w:r>
        <w:rPr>
          <w:b/>
        </w:rPr>
        <w:t xml:space="preserve">[1:23:19] </w:t>
      </w:r>
      <w:r>
        <w:t>yaani ek tabqa woh hai jo kehta hai keh bilkul determinism hai, doosra tabqa kehta hai keh bilkul freedom hai, lekin yeh dono yaani sahi nahin hain.</w:t>
      </w:r>
    </w:p>
    <w:p>
      <w:pPr>
        <w:jc w:val="right"/>
      </w:pPr>
      <w:r>
        <w:t>یعنیایک طبقہوہہےجوکہتاہےکہبالکل ڈیٹرمن زمہے، دوسرا طبقہکہتاہےکہبالکلفریڈمہے، لیکن یہ دونوں یعنیصحیحنہیںہے۔</w:t>
      </w:r>
    </w:p>
    <w:p>
      <w:r>
        <w:rPr>
          <w:b/>
        </w:rPr>
        <w:t xml:space="preserve">[1:23:28] </w:t>
      </w:r>
      <w:r>
        <w:t>sahi hai keh beech ka mamla hai, yaani 50-50 ka mamla hai. insaan ko aazadi bhi hai, lekin saath saath insaan ke liye yaani kuch cheezein determine bhi hain.</w:t>
      </w:r>
    </w:p>
    <w:p>
      <w:pPr>
        <w:jc w:val="right"/>
      </w:pPr>
      <w:r>
        <w:t>صحیحہےکہبیچکامعاملہہے، یعنی 50-50کامعاملہہے۔ انسانکوآز ادیبھیہے، لیکن ساتھ ساتھانسانکےلیے یعنیکچھچیزیںڈیٹرمن بھیہیں۔</w:t>
      </w:r>
    </w:p>
    <w:p>
      <w:r>
        <w:rPr>
          <w:b/>
        </w:rPr>
        <w:t xml:space="preserve">[1:23:39] </w:t>
      </w:r>
      <w:r>
        <w:t>lekin woh woh konsi cheezein hain? woh in terms of infrastructure. infrastructure hum wohi use karke is ko kar sakte hain jo Allah ne diya hai.</w:t>
      </w:r>
    </w:p>
    <w:p>
      <w:pPr>
        <w:jc w:val="right"/>
      </w:pPr>
      <w:r>
        <w:t>لیکن وہ وہکونسیچیزیںہیں؟ وہ انٹرمزآف انفراسٹرکچر۔ انفراسٹرکچرہموہییوزکرکے اسکاکرسکتےہیںجواللہ نےدیا ہے۔</w:t>
      </w:r>
    </w:p>
    <w:p>
      <w:r>
        <w:rPr>
          <w:b/>
        </w:rPr>
        <w:t xml:space="preserve">[1:23:48] </w:t>
      </w:r>
      <w:r>
        <w:t>matlab, saans lene ke liye hum oxygen kahin aur se nahin la sakte, paani ke liye hum samundaron ke saath kahin aur se paani nahin la sakte, ghiza ugane ke liye hum sail ke saath kahin aur se ghiza nahin uga sakte.</w:t>
      </w:r>
    </w:p>
    <w:p>
      <w:pPr>
        <w:jc w:val="right"/>
      </w:pPr>
      <w:r>
        <w:t>مطلب،سانسلینےکےلیےہم اکسیجنکہیںاورسےنہیںلاسکتے، پانیکےلیےہم سمندروںکےساتھکہیںاورسےپانی نہیںلاسکتے، غذااگانےکےلیےہمسائلکےساتھکہیںاورسےغذانہیںاگاسکتے۔</w:t>
      </w:r>
    </w:p>
    <w:p>
      <w:r>
        <w:rPr>
          <w:b/>
        </w:rPr>
        <w:t xml:space="preserve">[1:24:01] </w:t>
      </w:r>
      <w:r>
        <w:t>to in terms of in terms of infrastructure, everything determined. lekin is ke siwa woh hai, freedom of choice woh hai, hum ko poori tarah mila hua hai.</w:t>
      </w:r>
    </w:p>
    <w:p>
      <w:pPr>
        <w:jc w:val="right"/>
      </w:pPr>
      <w:r>
        <w:t>تو انٹرمزآف انٹرمزآف انفراسٹرکچر، ایوریتھنگڈی ٹرمن۔ لیکن اسکے سواجوہے، فریڈمآفچوائسجوہے،ہمکوپوریطرح ملاہواہے۔</w:t>
      </w:r>
    </w:p>
    <w:p>
      <w:r>
        <w:rPr>
          <w:b/>
        </w:rPr>
        <w:t xml:space="preserve">[1:24:12] </w:t>
      </w:r>
      <w:r>
        <w:t>to</w:t>
      </w:r>
    </w:p>
    <w:p>
      <w:pPr>
        <w:jc w:val="right"/>
      </w:pPr>
      <w:r>
        <w:t>تو</w:t>
      </w:r>
    </w:p>
    <w:p>
      <w:r>
        <w:rPr>
          <w:b/>
        </w:rPr>
        <w:t xml:space="preserve">[1:24:13] </w:t>
      </w:r>
      <w:r>
        <w:t>freedom of choice ke mamle mein hum aazad hain, lekin infrastructure ke mamle mein, yaani natural infrastructure, us ke mamle mein hum wohi hum majboor hain keh woh lein jo jo keh nature ne kar rakha hai, kyunke hum koi duniya ko aur duniya create nahin kar sakte.</w:t>
      </w:r>
    </w:p>
    <w:p>
      <w:pPr>
        <w:jc w:val="right"/>
      </w:pPr>
      <w:r>
        <w:t>فریڈمآفچوائسکےمعاملےمیںہمآزادہیں، لیکن انفراسٹرکچرکےمعاملےمیں، یعنینیچرل انفراسٹرکچر،اسکےمعاملےمیںہموہی ہممجبورہیںکہوہیلیںجوجو کہ نیچرنےکررکھاہے،کیونکہہمکوئیدنیا کواوردنیا کریٹنہیںکرسکتے۔</w:t>
      </w:r>
    </w:p>
    <w:p>
      <w:r>
        <w:rPr>
          <w:b/>
        </w:rPr>
        <w:t xml:space="preserve">[1:24:36] </w:t>
      </w:r>
      <w:r>
        <w:t>Maulana, agla sawal Maulana Shariq Hussain ka hai Delhi se.</w:t>
      </w:r>
    </w:p>
    <w:p>
      <w:pPr>
        <w:jc w:val="right"/>
      </w:pPr>
      <w:r>
        <w:t>مولانا،اگلاسوال مول اناشار قحسینکاہے دلیسے ۔</w:t>
      </w:r>
    </w:p>
    <w:p>
      <w:r>
        <w:rPr>
          <w:b/>
        </w:rPr>
        <w:t xml:space="preserve">[1:24:39] </w:t>
      </w:r>
      <w:r>
        <w:t>unhon ne likha hai: "tafsir baraye kise kehte hain? kya iske kuch usool hain ya iske liye har shakhs mukammal taur par azaad hai?" dekhen, tafsir baraye mera ek naam hai: ghair sanjeeda tafsir ka.</w:t>
      </w:r>
    </w:p>
    <w:p>
      <w:pPr>
        <w:jc w:val="right"/>
      </w:pPr>
      <w:r>
        <w:t>انہوںنےلکھاہے: "ت فسیر بر ائے کسےکہتےہیں؟ کیا اسکے کچھ اصولہیں یا اسکےلیے ہر شخص مک مل طور پر آزادہے؟" دیکھیں،تفسیر بر ائےمیراایک نامہے: غیر سنجیدہتفسیرکا ۔</w:t>
      </w:r>
    </w:p>
    <w:p>
      <w:r>
        <w:rPr>
          <w:b/>
        </w:rPr>
        <w:t xml:space="preserve">[1:24:57] </w:t>
      </w:r>
      <w:r>
        <w:t>yeh koi mysterious cheez nahin hai. log tafsir baraye ko ek ek anokhi cheez samajhte hain. koi ghair sanjeeda, yun hi bas isko main kehta hoon: bak bak karna,</w:t>
      </w:r>
    </w:p>
    <w:p>
      <w:pPr>
        <w:jc w:val="right"/>
      </w:pPr>
      <w:r>
        <w:t>یہکوئی مسٹیریسچیزنہیںہے۔ لوگ تفسیر بر ائےکو ایک ایک انوکھیچیزسمجھتےہیں۔کوئی غیر سنجیدہ،یوںہیبس اسکو میںکہتاہوں:بکبککرنا،</w:t>
      </w:r>
    </w:p>
    <w:p>
      <w:r>
        <w:rPr>
          <w:b/>
        </w:rPr>
        <w:t xml:space="preserve">[1:25:10] </w:t>
      </w:r>
      <w:r>
        <w:t>yani baghair soche samjhe, baghair tehqeeq kiye, bas yun hi bol diya. jaise kuch logon ne kaha ki aqim us salah ke maani hain: aqim us nizam.</w:t>
      </w:r>
    </w:p>
    <w:p>
      <w:pPr>
        <w:jc w:val="right"/>
      </w:pPr>
      <w:r>
        <w:t>یعنیبغیر سوچےسمجھے،بغیرتحقیقکیے،بسیوںہیبول دیا۔جیسےکچھلوگوںنے کہاکہ عقیمالصلاۃکےمعنیہیں:عقیم النظام۔</w:t>
      </w:r>
    </w:p>
    <w:p>
      <w:r>
        <w:rPr>
          <w:b/>
        </w:rPr>
        <w:t xml:space="preserve">[1:25:19] </w:t>
      </w:r>
      <w:r>
        <w:t>abi yeh kya hai? koi sharah nahin padhe iska.</w:t>
      </w:r>
    </w:p>
    <w:p>
      <w:pPr>
        <w:jc w:val="right"/>
      </w:pPr>
      <w:r>
        <w:t>ابیہیہکیاہے؟کوئیشرنہپڑےاسکا۔</w:t>
      </w:r>
    </w:p>
    <w:p>
      <w:r>
        <w:rPr>
          <w:b/>
        </w:rPr>
        <w:t xml:space="preserve">[1:25:23] </w:t>
      </w:r>
      <w:r>
        <w:t>to ek shakhs jo lafzon ke maani dekhe, dictionary mein ek tehqeeq kare, logon ki raaye dekhe tasweeron mein, aur khud ghaur kare, aur phir woh ek raaye de, to doosre log kahen ki yeh tafsir baraye hai, to use kahen: tafsir baraye nahin ho jayegi. woh warna phir Quran ko samajhne ka daaira beht behut ho jayega.</w:t>
      </w:r>
    </w:p>
    <w:p>
      <w:pPr>
        <w:jc w:val="right"/>
      </w:pPr>
      <w:r>
        <w:t>تو ایک شخص جو لفظوں کے معنیدیکھے،ڈکشنریمیں ایکتحقیقکرے، لوگوںکیرائےدیکھےتصویروںمیں، اور خود غورکرے، اور پھروہ ایک رائےدے، تودوسرےلوگ کہیںکہیہتفسیربر ائےہے،تواسےکہیں: تفسیربرائےنہیںہوجائےگی۔وہ ورنہ پھر قرآن کوسمجھنےکادائرہبہتبہت ہوجائےگا۔</w:t>
      </w:r>
    </w:p>
    <w:p>
      <w:r>
        <w:rPr>
          <w:b/>
        </w:rPr>
        <w:t xml:space="preserve">[1:25:47] </w:t>
      </w:r>
      <w:r>
        <w:t>khud Hadees ki taraf yeh hai: "la ma tan qazi ajaibuhu</w:t>
      </w:r>
    </w:p>
    <w:p>
      <w:pPr>
        <w:jc w:val="right"/>
      </w:pPr>
      <w:r>
        <w:t>خود حدیث کیطرف یہہے: "لا ما تن قضیعجائبہ</w:t>
      </w:r>
    </w:p>
    <w:p>
      <w:r>
        <w:rPr>
          <w:b/>
        </w:rPr>
        <w:t xml:space="preserve">[1:25:52] </w:t>
      </w:r>
      <w:r>
        <w:t>"nayee nayee baatein daryaft hui Quran majeed mein. to koi nayee baat agar kahe to yeh tafsir baraye nahin hai. tafsir baraye naam hai : ghair sanjeeda tafsir ka.</w:t>
      </w:r>
    </w:p>
    <w:p>
      <w:pPr>
        <w:jc w:val="right"/>
      </w:pPr>
      <w:r>
        <w:t>"نئینئیباتیںدریافتہوئیقرآنمجیدمیں۔ توکوئینئیباتاگر کہےتویہتفسیربرائےنہیںہے۔ تفسیربرائےنامہے :غیر سنجیدہتفسیرکا۔</w:t>
      </w:r>
    </w:p>
    <w:p>
      <w:r>
        <w:rPr>
          <w:b/>
        </w:rPr>
        <w:t xml:space="preserve">[1:26:02] </w:t>
      </w:r>
      <w:r>
        <w:t>bas aur kisi cheez ka nahin naam. Maulana, agla sawal Maulana Iqbal Umri sahib ka hai Tamil Nadu se. unhon ne likha hai ki hum mashre mein apne role ko kis tarah discover karen?</w:t>
      </w:r>
    </w:p>
    <w:p>
      <w:pPr>
        <w:jc w:val="right"/>
      </w:pPr>
      <w:r>
        <w:t>بس اور کسی چیزکانہیں نام ۔ مولانا،اگلاسوال مول انا اقبال عمریصاحبکاہےتملناڈوسے۔ انہوںنےلکھاہے کہ ہم مشنمیں اپنے رولکو کسطرح ڈسکورکریں؟</w:t>
      </w:r>
    </w:p>
    <w:p>
      <w:r>
        <w:rPr>
          <w:b/>
        </w:rPr>
        <w:t xml:space="preserve">[1:26:15] </w:t>
      </w:r>
      <w:r>
        <w:t>isko single out karne ka tareeqa kya hai?</w:t>
      </w:r>
    </w:p>
    <w:p>
      <w:pPr>
        <w:jc w:val="right"/>
      </w:pPr>
      <w:r>
        <w:t>اسکو سنگلآؤٹکرنےکا طریقہکیا ہے ؟</w:t>
      </w:r>
    </w:p>
    <w:p>
      <w:r>
        <w:rPr>
          <w:b/>
        </w:rPr>
        <w:t xml:space="preserve">[1:26:27] </w:t>
      </w:r>
      <w:r>
        <w:t>main sunaunga: dedication aur dua. yani aap apne aap ko waqf kar dein aur dua karte rahen. koi doosra aadmi nahin bata sakta, khud aadmi jaan sakta hai.</w:t>
      </w:r>
    </w:p>
    <w:p>
      <w:pPr>
        <w:jc w:val="right"/>
      </w:pPr>
      <w:r>
        <w:t>میںسناؤںگا:ڈیڈیکیشناوردعا۔ یعنیآپاپنےآپکووقفکردیںاوردعاکرتے رہیں۔ کوئیدوسراآدمی نہیںبتاسکتا، خود آدمیجانسکتاہے۔</w:t>
      </w:r>
    </w:p>
    <w:p>
      <w:r>
        <w:rPr>
          <w:b/>
        </w:rPr>
        <w:t xml:space="preserve">[1:26:39] </w:t>
      </w:r>
      <w:r>
        <w:t>to dedication aur dua. aap ne kaha: waqf kar dena aur dua karte rehna. is se aadmi phir baatein khulti chali jayengi.</w:t>
      </w:r>
    </w:p>
    <w:p>
      <w:pPr>
        <w:jc w:val="right"/>
      </w:pPr>
      <w:r>
        <w:t>تو ڈیڈیکیشناور دعا۔ آپنےکہا:وقفکردینااوردعاکرتے رہنا۔ اسسےآدمی پھر باتیںکھلتیچلیجائیںگی۔</w:t>
      </w:r>
    </w:p>
    <w:p>
      <w:r>
        <w:rPr>
          <w:b/>
        </w:rPr>
        <w:t xml:space="preserve">[1:26:54] </w:t>
      </w:r>
      <w:r>
        <w:t>Maulana, agla sawal hai Delhi se Maulana Zakwan India ka. unhon ne likha hai ki Quran mein shafa'at ka tasawwur kya hai? iske bare mein bataen.</w:t>
      </w:r>
    </w:p>
    <w:p>
      <w:pPr>
        <w:jc w:val="right"/>
      </w:pPr>
      <w:r>
        <w:t>مولانا،اگلاسوالہے دلیسے مول انازکوانندویکا۔ انہوںنےلکھاہےکہ قرآنمیں شفاعتکا تص ورکیا ہے ؟ اسکےبارےمیں بتائیں۔</w:t>
      </w:r>
    </w:p>
    <w:p>
      <w:r>
        <w:rPr>
          <w:b/>
        </w:rPr>
        <w:t xml:space="preserve">[1:27:06] </w:t>
      </w:r>
      <w:r>
        <w:t>jis musalmanon mein aaj kal shafa'at tasawwur hai, to woh bilkul basically baseless hai. Quran se iska koi ta'alluq nahin, kuch bhi nahin.</w:t>
      </w:r>
    </w:p>
    <w:p>
      <w:pPr>
        <w:jc w:val="right"/>
      </w:pPr>
      <w:r>
        <w:t>جس مسلمانوںمیںآجکل شفاعتتصورہے،تووہبالکل بیسکلیبیسلیسہے۔ قرآنسےاسکاکوئیتعلقنہیں ، کچھبھینہیں ۔</w:t>
      </w:r>
    </w:p>
    <w:p>
      <w:r>
        <w:rPr>
          <w:b/>
        </w:rPr>
        <w:t xml:space="preserve">[1:27:15] </w:t>
      </w:r>
      <w:r>
        <w:t>yani shafa'at ka matlab log samajhte hain: recommendation, sifarish. yani koi aisa hoga jiske recommendation par jannat mil jaye. yeh bilkul hi bilkul hi yeh baseless hai.</w:t>
      </w:r>
    </w:p>
    <w:p>
      <w:pPr>
        <w:jc w:val="right"/>
      </w:pPr>
      <w:r>
        <w:t>یعنیشفاعتکامطلب لوگسمجھتےہیں: ریکمنڈی شن، سفارش ۔یعنیکوئیایساہوگاجسکے ریکمنڈیشنپر جنتملجائے۔یہبالکل ہی بالکل ہی یہ بیسلیسہے۔</w:t>
      </w:r>
    </w:p>
    <w:p>
      <w:r>
        <w:rPr>
          <w:b/>
        </w:rPr>
        <w:t xml:space="preserve">[1:27:28] </w:t>
      </w:r>
      <w:r>
        <w:t>koi iski haqeeqat nahin hai. jannat hargiz hargiz kisi ko recommendation se nahin milegi. laisa insaan illa ma wa amalah. jaisa insaan ne koshish ki hai. aadmi ne bas aur kuch nahin hai.</w:t>
      </w:r>
    </w:p>
    <w:p>
      <w:pPr>
        <w:jc w:val="right"/>
      </w:pPr>
      <w:r>
        <w:t>کوئی اسکیحقیقتنہیںہے۔ جنتہرگزہرگز کسی کو ریکمنڈیشنسےنہیںملےگی۔ لی سال انسان الا ماوہ یملےگاجواسنےکوششکیہے۔آدمینے بساورکچھنہیں ہے۔</w:t>
      </w:r>
    </w:p>
    <w:p>
      <w:r>
        <w:rPr>
          <w:b/>
        </w:rPr>
        <w:t xml:space="preserve">[1:27:42] </w:t>
      </w:r>
      <w:r>
        <w:t>albata ek baat wahan yeh zaroor hogi jisko main kehta hoon: woh shafa'at nahin hai, woh shahadat hai. gawahi dena woh yeh hai ki jin logon ne duniya mein dawat ka kaam kiya hoga, to unke unke unke aezaz ke liye Allah Ta'ala unko khada karega.</w:t>
      </w:r>
    </w:p>
    <w:p>
      <w:pPr>
        <w:jc w:val="right"/>
      </w:pPr>
      <w:r>
        <w:t>البتہایکبات وہاںیہضرورہوگیجس کومیںکہتاہوں:وہ شفاعتنہیںہے،وہ شہادتہے۔ گواہیدینا وہیہہے کہ جنلوگوںنےدنیامیںدعوتیکامکیاہوگا، تو انکے انکے انکے اعزازکےلیے اللہ تعالیٰانکوکھڑاکرےگا۔</w:t>
      </w:r>
    </w:p>
    <w:p>
      <w:r>
        <w:rPr>
          <w:b/>
        </w:rPr>
        <w:t xml:space="preserve">[1:27:59] </w:t>
      </w:r>
      <w:r>
        <w:t>isko kaha gaya hai: a'raf, bulandiyon par. unki zabaan se woh Allah Ta'ala ka jo faisla hoga, woh faisla unki zabaan se unka aelan karwaya jayega ki dekho, unke liye Allah ne faisla</w:t>
      </w:r>
    </w:p>
    <w:p>
      <w:pPr>
        <w:jc w:val="right"/>
      </w:pPr>
      <w:r>
        <w:t>اسکو کہاگیاہے:اعراف، بلندیوںپر۔ انکیزبان سے وہاللہ تعالیٰکا جوفیصلہہوگا، وہ فیصلہ انکیزبان سےانکااعلانکروایاجائےگا کہدیکھو،انکےلیے اللہ نے فیصل</w:t>
      </w:r>
    </w:p>
    <w:p>
      <w:r>
        <w:rPr>
          <w:b/>
        </w:rPr>
        <w:t xml:space="preserve">[1:28:11] </w:t>
      </w:r>
      <w:r>
        <w:t>kiya hai. unke liye Allah ne woh faisle faisla kiya hai. yeh shafa'at nahin hogi, woh Allah ke faisle ka ka da'iyon ki zabaan se aelan hoga.</w:t>
      </w:r>
    </w:p>
    <w:p>
      <w:pPr>
        <w:jc w:val="right"/>
      </w:pPr>
      <w:r>
        <w:t>ہکیاہے۔انکےلیےاللہنےوہفیصلےفیصلہکیاہے۔یہ شفاعتنہیںہوگی، وہ اللہ کے فیصلےکا کا داعیوںکیزبان سےاعلانہوگا۔</w:t>
      </w:r>
    </w:p>
    <w:p>
      <w:r>
        <w:rPr>
          <w:b/>
        </w:rPr>
        <w:t xml:space="preserve">[1:28:21] </w:t>
      </w:r>
      <w:r>
        <w:t>bas is se zyada aur kuch nahin hai. is se agar koi samajhta hai ki jannat milegi sifarish se, recommendation se, to Hadeeson mein iska khullay khullay nafi hai. iski hai khullay khullay nafi hai.</w:t>
      </w:r>
    </w:p>
    <w:p>
      <w:pPr>
        <w:jc w:val="right"/>
      </w:pPr>
      <w:r>
        <w:t>بس اسسےزیادہاورکچھنہیںہے۔ اسسےاگرکوئی سمجھتاہے کہ جنتملےگی سفارش سے، ریکمنڈیشنسے، تو حدیثوںمیںاسکیکھلیکھلینفیہے۔اسکیہے کھلیکھلینفیہے۔</w:t>
      </w:r>
    </w:p>
    <w:p>
      <w:r>
        <w:rPr>
          <w:b/>
        </w:rPr>
        <w:t xml:space="preserve">[1:28:33] </w:t>
      </w:r>
      <w:r>
        <w:t>aap ne farmaya ki: ae Fatima, main tumko nahin bacha sakta akhir tumhein. saaf saaf aap ne farmaya.</w:t>
      </w:r>
    </w:p>
    <w:p>
      <w:pPr>
        <w:jc w:val="right"/>
      </w:pPr>
      <w:r>
        <w:t>آپنےفرمایاکہ:اےفاطمہ، میںتمکونہیںبچاسکتا آخرتمیں۔صافصافآپنےفرمایا۔</w:t>
      </w:r>
    </w:p>
    <w:p>
      <w:r>
        <w:rPr>
          <w:b/>
        </w:rPr>
        <w:t xml:space="preserve">[1:28:40] </w:t>
      </w:r>
      <w:r>
        <w:t>aisi Hadeesen maujood hain. khud apne bare mein aap ne farmaya hai. to behal, main isko poore Quran mein, poore Hadees ke zakhire mein yeh Hadees ilmi hai, ajnabi hai ki recommendation se bhi koi jannat chala jayega.</w:t>
      </w:r>
    </w:p>
    <w:p>
      <w:pPr>
        <w:jc w:val="right"/>
      </w:pPr>
      <w:r>
        <w:t>ایسیحدیثیںموجود ہیں۔ خود اپنے بارےمیںآپنےفرمایاہے۔ تو بہرحال، میں اسکو پورےقرآنمیں، پورے حدیث کے ذخیرےمیں یہحدیث ایلینہے، اجنبیہے کہ ریکمنڈیشنسےبھیکوئیجنتچلاجائےگا۔</w:t>
      </w:r>
    </w:p>
    <w:p>
      <w:r>
        <w:rPr>
          <w:b/>
        </w:rPr>
        <w:t xml:space="preserve">[1:29:04] </w:t>
      </w:r>
      <w:r>
        <w:t>Maulana, yeh sawal abhi abhi aaya hai Pennsylvania se Mr. Khwaja Kaleemuddin sahib ka.</w:t>
      </w:r>
    </w:p>
    <w:p>
      <w:pPr>
        <w:jc w:val="right"/>
      </w:pPr>
      <w:r>
        <w:t>مولانا،یہسوال ابھیابھیآیاہے پینسلوینیاسے مسٹرخواجہ کلیمالدینصاحبکا۔</w:t>
      </w:r>
    </w:p>
    <w:p>
      <w:r>
        <w:rPr>
          <w:b/>
        </w:rPr>
        <w:t xml:space="preserve">[1:29:09] </w:t>
      </w:r>
      <w:r>
        <w:t>unhon ne likha hai: Maulana sahib, in your book 'Ma'rifat', you mentioned one event where you said that Abdullah ibn Abbas one time came to meet Aisha and conveyed some message personally to her.</w:t>
      </w:r>
    </w:p>
    <w:p>
      <w:pPr>
        <w:jc w:val="right"/>
      </w:pPr>
      <w:r>
        <w:t>انہوںنےلکھاہے: مول اناصاحب،انیوربککتاب معرفت ، یو مینشنڈون ایونٹ ویئریوسیڈدیٹعبداللہابن عباس ون ٹائمکیمٹومیٹودعائشہ اینڈکنویڈ سممیسج پرسنلیٹوہر۔</w:t>
      </w:r>
    </w:p>
    <w:p>
      <w:r>
        <w:rPr>
          <w:b/>
        </w:rPr>
        <w:t xml:space="preserve">[1:29:25] </w:t>
      </w:r>
      <w:r>
        <w:t>you know, most of male Sahaba who were non-mahram to her used to come and exchange knowledge of their religion.</w:t>
      </w:r>
    </w:p>
    <w:p>
      <w:pPr>
        <w:jc w:val="right"/>
      </w:pPr>
      <w:r>
        <w:t>دسوے،موسٹآف میل صحابہ ہوون نانمح رمٹوہر یوزٹوکم اینڈایکسچینج نالجآف داریلیجن۔</w:t>
      </w:r>
    </w:p>
    <w:p>
      <w:r>
        <w:rPr>
          <w:b/>
        </w:rPr>
        <w:t xml:space="preserve">[1:29:33] </w:t>
      </w:r>
      <w:r>
        <w:t>then my question to you was: where did today's Muslim scholars have derived from the tradition where they impose the complete segregation of men and women in gatherings?</w:t>
      </w:r>
    </w:p>
    <w:p>
      <w:pPr>
        <w:jc w:val="right"/>
      </w:pPr>
      <w:r>
        <w:t>دینمائیکوئسچنٹویواز: ویئرڈیڈٹوڈے مسلم سک الرز ہیو ڈیرائیوڈفرامداٹریڈیشن ویئردےامپوزدا کمپلیٹ سیگریگیشنآف میناینڈوومن ان گیدرنگز؟</w:t>
      </w:r>
    </w:p>
    <w:p>
      <w:r>
        <w:rPr>
          <w:b/>
        </w:rPr>
        <w:t xml:space="preserve">[1:29:45] </w:t>
      </w:r>
      <w:r>
        <w:t>dekhen, yeh to jo segregation aajkal jo hai, bilashuba islam se koi talluq nahi hai. yeh riwaj hai, is se koi talluq nahi islam se .</w:t>
      </w:r>
    </w:p>
    <w:p>
      <w:pPr>
        <w:jc w:val="right"/>
      </w:pPr>
      <w:r>
        <w:t>دیکھیں،یہ تو جو سیگریگیشنآجکلجوہے، بلاشبہاسلام سےکوئیتعلقنہیں ہے۔ یہ رواج ہے، اسسےکوئیتعلقنہیں اسلام سے ۔</w:t>
      </w:r>
    </w:p>
    <w:p>
      <w:r>
        <w:rPr>
          <w:b/>
        </w:rPr>
        <w:t xml:space="preserve">[1:29:55] </w:t>
      </w:r>
      <w:r>
        <w:t>yeh segregation hargiz hargiz yeh islam nahi hai.</w:t>
      </w:r>
    </w:p>
    <w:p>
      <w:pPr>
        <w:jc w:val="right"/>
      </w:pPr>
      <w:r>
        <w:t>یہسیگریگیشن ہرگزہرگزیہاسلام نہیںہے۔</w:t>
      </w:r>
    </w:p>
    <w:p>
      <w:r>
        <w:rPr>
          <w:b/>
        </w:rPr>
        <w:t xml:space="preserve">[1:29:59] </w:t>
      </w:r>
      <w:r>
        <w:t>is maamle mein jo bohat thi, mujhe ittefaq is kitab se hai: allama albani ki kitab hijab al bara'at al musallama. lekin mushkil yeh hai ke wahan itna unke khilaf ghogha rai hui ke bechare ko khud rujoo kar liya unhon ne.</w:t>
      </w:r>
    </w:p>
    <w:p>
      <w:pPr>
        <w:jc w:val="right"/>
      </w:pPr>
      <w:r>
        <w:t>اسمعاملےمیںجو بہت تھی، مجھے اتفاق اسکتاب سےہے: علامہالبانیکیکتاب ح جاب البراۃالمسلمہ۔لیکن مشکلیہہےکہ وہاں اتناانکےخلاف غوغارائیہوئیکہبیچارےکوخود رجوعکرلیاانہوںنے۔</w:t>
      </w:r>
    </w:p>
    <w:p>
      <w:r>
        <w:rPr>
          <w:b/>
        </w:rPr>
        <w:t xml:space="preserve">[1:30:17] </w:t>
      </w:r>
      <w:r>
        <w:t>lekin behal, is ko is ke bare mein agar aap urdu parhna chahein to meri jo kitab hai, is ko aap parhiye is mozu par: khatoon e islam .</w:t>
      </w:r>
    </w:p>
    <w:p>
      <w:pPr>
        <w:jc w:val="right"/>
      </w:pPr>
      <w:r>
        <w:t>لیکن بہرحال،اسکو اسکےبارےمیں اگر آپ اردوپڑھناچاہیںتومیریجوکتاب ہے، اسکوآپپڑھیے اس موضوعپر: خاتون اسلام ۔</w:t>
      </w:r>
    </w:p>
    <w:p>
      <w:r>
        <w:rPr>
          <w:b/>
        </w:rPr>
        <w:t xml:space="preserve">[1:30:28] </w:t>
      </w:r>
      <w:r>
        <w:t>baqi mein segregation ko riwaj samajhta hoon, is ko shariat nahi samajhta.</w:t>
      </w:r>
    </w:p>
    <w:p>
      <w:pPr>
        <w:jc w:val="right"/>
      </w:pPr>
      <w:r>
        <w:t>باقی میںسیگری گیشنکو رواج سمجھتاہوں، اسکوشریعتنہیںسمجھتا۔</w:t>
      </w:r>
    </w:p>
    <w:p>
      <w:r>
        <w:rPr>
          <w:b/>
        </w:rPr>
        <w:t xml:space="preserve">[1:30:36] </w:t>
      </w:r>
      <w:r>
        <w:t>maulana, agla sawal molana anwar ko hai dilli se . unhon ne likha hai: ek insan jab khuda ko discover karta hai to woh khuda se baat karna chahta hai.</w:t>
      </w:r>
    </w:p>
    <w:p>
      <w:pPr>
        <w:jc w:val="right"/>
      </w:pPr>
      <w:r>
        <w:t>مولانا،اگلاسوال مول انازکوانندویکاہےدلیسے ۔ انہوںنےلکھاہے: ایک انسان جب خ داکو ڈسکورکرتاہے تو وہ خداسے باتکرناچاہتاہے۔</w:t>
      </w:r>
    </w:p>
    <w:p>
      <w:r>
        <w:rPr>
          <w:b/>
        </w:rPr>
        <w:t xml:space="preserve">[1:30:48] </w:t>
      </w:r>
      <w:r>
        <w:t>baaz martaba is ko mehsoos hota hai ke is dunya mein sirf pukar hai magar is ka jawab yahan maujood nahi .</w:t>
      </w:r>
    </w:p>
    <w:p>
      <w:pPr>
        <w:jc w:val="right"/>
      </w:pPr>
      <w:r>
        <w:t>بعض مرتبہ اسکو محسوس ہوتاہے کہ اس دنیا میں صرف پکارہے مگر اسکا جوابیہاں موجود نہیں ۔</w:t>
      </w:r>
    </w:p>
    <w:p>
      <w:r>
        <w:rPr>
          <w:b/>
        </w:rPr>
        <w:t xml:space="preserve">[1:30:57] </w:t>
      </w:r>
      <w:r>
        <w:t>aisi halat mein ek insan bechaini ke taur par yeh chahta hai ke woh khuda ki awaz ko sune. woh wali khana andaaz mein apne khaliq aur apne sab kuch se lipat jaye magar aisa mehsoos hota hai ke khuda ki taraf se is ka response nahi milta.</w:t>
      </w:r>
    </w:p>
    <w:p>
      <w:pPr>
        <w:jc w:val="right"/>
      </w:pPr>
      <w:r>
        <w:t>ایسیحالتمیں ایک انسان بےتاب انہطور پر یہچاہتاہے کہوہ خداکی آوازکو س نے۔ وہ والی خانہاندازمیں اپنے خالقاور اپنے سب کچھسے لپٹجائے مگر ایسا محسوس ہوتاہے کہ خداکیطرف سے اسکا رسپانس نہیں ملتا۔</w:t>
      </w:r>
    </w:p>
    <w:p>
      <w:r>
        <w:rPr>
          <w:b/>
        </w:rPr>
        <w:t xml:space="preserve">[1:31:18] </w:t>
      </w:r>
      <w:r>
        <w:t>aisi halat mein ek insan khuda ki awaz ko kaise sune? insan ke kaan apne khaliq ki awaz se kab ashna honge?</w:t>
      </w:r>
    </w:p>
    <w:p>
      <w:pPr>
        <w:jc w:val="right"/>
      </w:pPr>
      <w:r>
        <w:t>ایسیحالتمیں ایک انسان خداکی آوازکو کیسے سنے ؟ انسان کے کان اپنے خالقکیآوازسے کب آشناہوںگے؟</w:t>
      </w:r>
    </w:p>
    <w:p>
      <w:r>
        <w:rPr>
          <w:b/>
        </w:rPr>
        <w:t xml:space="preserve">[1:31:28] </w:t>
      </w:r>
      <w:r>
        <w:t>dekhen, yeh yeh to aisi baatein hain jin ko lafzon mein jawab diya jaye. albatta hadith mein hai: in ajir ba. hadith mein hai: man ajat kehte hain wus per ko, wus per sargoshi .</w:t>
      </w:r>
    </w:p>
    <w:p>
      <w:pPr>
        <w:jc w:val="right"/>
      </w:pPr>
      <w:r>
        <w:t>دیکھیں،یہ یہ توایسیباتیںہیںجنکولفظوںمیںجوابدیاجائے۔ البتہحدیثمیںہے: ان اجیربا ۔ حدیثمیںہے: من اجاتکہتےہیں وس پرکو،وس پر سرگوشی ۔</w:t>
      </w:r>
    </w:p>
    <w:p>
      <w:r>
        <w:rPr>
          <w:b/>
        </w:rPr>
        <w:t xml:space="preserve">[1:31:44] </w:t>
      </w:r>
      <w:r>
        <w:t>to in ajir ba ka lafz hadith mein aata hai. is ke ma'ne yeh ke koi imaan ka koi darja aisa hai jab ke bande aur khuda ke darmiyan wus per hone lagta hai.</w:t>
      </w:r>
    </w:p>
    <w:p>
      <w:pPr>
        <w:jc w:val="right"/>
      </w:pPr>
      <w:r>
        <w:t>تو ان اجیرباکالفظحدیثمیںآتاہے۔ اسکےمعنیکہ کہ کوئی ایمانکاکوئیدرجہایساہے جب کہبندےاورخداکےدرمیانوس پرہونےلگتاہے۔</w:t>
      </w:r>
    </w:p>
    <w:p>
      <w:r>
        <w:rPr>
          <w:b/>
        </w:rPr>
        <w:t xml:space="preserve">[1:31:54] </w:t>
      </w:r>
      <w:r>
        <w:t>wus per ki zaban mein.</w:t>
      </w:r>
    </w:p>
    <w:p>
      <w:pPr>
        <w:jc w:val="right"/>
      </w:pPr>
      <w:r>
        <w:t>وس پرکیزبان میں۔</w:t>
      </w:r>
    </w:p>
    <w:p>
      <w:r>
        <w:rPr>
          <w:b/>
        </w:rPr>
        <w:t xml:space="preserve">[1:31:56] </w:t>
      </w:r>
      <w:r>
        <w:t>lekin hum is ko lafzon mein nahi bata sakte. hum sirf yeh keh sakte hain ke hadith mein aisa lafz aaya hai kyun ke ab wus per mumkin hai is dunya mein. is se aage jo hai, woh to akhirat mein mumkin hoga.</w:t>
      </w:r>
    </w:p>
    <w:p>
      <w:pPr>
        <w:jc w:val="right"/>
      </w:pPr>
      <w:r>
        <w:t>لیکن ہماسکولفظوںمیںنہیںبتاسکتے۔ ہمصرفیہ کہہسکتےہیںکہحدیثمیںایسالفظآیاہے کیونکہابوس پرممکنہے اسدنیا میں۔اسسےآگےجوہے،وہتوآخرتمیںممکنہوگا۔</w:t>
      </w:r>
    </w:p>
    <w:p>
      <w:r>
        <w:rPr>
          <w:b/>
        </w:rPr>
        <w:t xml:space="preserve">[1:32:08] </w:t>
      </w:r>
      <w:r>
        <w:t>is dunya mein wus per bilashuba mumkin hai.</w:t>
      </w:r>
    </w:p>
    <w:p>
      <w:pPr>
        <w:jc w:val="right"/>
      </w:pPr>
      <w:r>
        <w:t>اسدنیا میں وس پر بلاشبہممکنہے۔</w:t>
      </w:r>
    </w:p>
    <w:p>
      <w:r>
        <w:rPr>
          <w:b/>
        </w:rPr>
        <w:t xml:space="preserve">[1:32:14] </w:t>
      </w:r>
      <w:r>
        <w:t>maulana, agla sawal UAE ka. UAE se aaya hai Mr. Tauqeer Ashraf sahib ka.</w:t>
      </w:r>
    </w:p>
    <w:p>
      <w:pPr>
        <w:jc w:val="right"/>
      </w:pPr>
      <w:r>
        <w:t>مولانا، اگلاسوال یواےایکا۔یواےایسےآیاہے مسٹر توقیراشرفصاحبکا۔</w:t>
      </w:r>
    </w:p>
    <w:p>
      <w:r>
        <w:rPr>
          <w:b/>
        </w:rPr>
        <w:t xml:space="preserve">[1:32:20] </w:t>
      </w:r>
      <w:r>
        <w:t>unhon ne likha hai ke Maulana Musalmanon ne ab yeh mujhe martab kaha jab Falasteen mein Israel ka nasoor garh diya gaya.</w:t>
      </w:r>
    </w:p>
    <w:p>
      <w:pPr>
        <w:jc w:val="right"/>
      </w:pPr>
      <w:r>
        <w:t>انہوںنے لکھاہےکہ مول انا مس لمان وںنے اب یلمجھے مار تب کہاجب فلس طینمیں اسرائیلکا ناسور گڑھدیاگیا۔</w:t>
      </w:r>
    </w:p>
    <w:p>
      <w:r>
        <w:rPr>
          <w:b/>
        </w:rPr>
        <w:t xml:space="preserve">[1:32:31] </w:t>
      </w:r>
      <w:r>
        <w:t>is ke bare mein bataein. yeh bilkul galat hai. Israel ke bare mein maine bohat kuch likha hai.</w:t>
      </w:r>
    </w:p>
    <w:p>
      <w:pPr>
        <w:jc w:val="right"/>
      </w:pPr>
      <w:r>
        <w:t>اسکےبارےمیں بتائیں۔یہبالکلغلطہے۔ اسرائیلکےبارےمیںمیںنےبہتکچھلکھاہے۔</w:t>
      </w:r>
    </w:p>
    <w:p>
      <w:r>
        <w:rPr>
          <w:b/>
        </w:rPr>
        <w:t xml:space="preserve">[1:32:38] </w:t>
      </w:r>
      <w:r>
        <w:t>balfour declaration mein jo Israel ko diya gaya tha, half Falasteen, woh khud Quran ke mutabiq tha. kyun ke Quran mein ayat hai ke Quran mein ayat hai jis se jismein sabit hota hai wohi baat jo bible mein hai.</w:t>
      </w:r>
    </w:p>
    <w:p>
      <w:pPr>
        <w:jc w:val="right"/>
      </w:pPr>
      <w:r>
        <w:t>بال فورڈیکلیریشنمیں جو اسرائیلکودیا گیاتھا، ہاففلس طین، وہ خود قرآنکےمطابق تھا۔ کیونکہقرآنمیںآیتہے کہ قرآنمیںآیتہےجسسے جسمیںثابتہوتاہےوہیباتجوبائبل میںہے۔</w:t>
      </w:r>
    </w:p>
    <w:p>
      <w:r>
        <w:rPr>
          <w:b/>
        </w:rPr>
        <w:t xml:space="preserve">[1:32:53] </w:t>
      </w:r>
      <w:r>
        <w:t>bible mein bhi hai ke Falasteen yeh yahudiyon ke liye promised land hai. wahi Quran mein bhi ek yahudiyon ke liye assigned land hai.</w:t>
      </w:r>
    </w:p>
    <w:p>
      <w:pPr>
        <w:jc w:val="right"/>
      </w:pPr>
      <w:r>
        <w:t>بائبلمیںبھیہے کہ فلس طین یہ ودیوںکےلیے پرومس ڈلینڈہے۔ وہیقرآنمیںبھیایک یہودیوںکےلیےاسائنڈلینڈہے۔</w:t>
      </w:r>
    </w:p>
    <w:p>
      <w:r>
        <w:rPr>
          <w:b/>
        </w:rPr>
        <w:t xml:space="preserve">[1:33:01] </w:t>
      </w:r>
      <w:r>
        <w:t>to assigned land mein woh jo diaspora mein the, diaspora ka wohahan mauqa diya, aa ke basen. is ka aadha Falasteen diya gaya. to is mein harj kya hai?</w:t>
      </w:r>
    </w:p>
    <w:p>
      <w:pPr>
        <w:jc w:val="right"/>
      </w:pPr>
      <w:r>
        <w:t>تو اسائنڈلینڈمیں وہجوڈائسپورامیںتھے، ڈائسپوراکاوہاں موقع دیا ،آکےبسیں۔ اسکاآدھا فلس طیندیاگیا۔تواسمیںحرجکیاہے؟</w:t>
      </w:r>
    </w:p>
    <w:p>
      <w:r>
        <w:rPr>
          <w:b/>
        </w:rPr>
        <w:t xml:space="preserve">[1:33:10] </w:t>
      </w:r>
      <w:r>
        <w:t>kyun aap ne deny kiya? kyun aap ne kaha ke ham is ko sun break of al-bar? yeh kis ne haq diya tha ke jo baat Quran mein hai, jo baat bible mein hai, is ko aap inkar kar dein? na manen is ko?</w:t>
      </w:r>
    </w:p>
    <w:p>
      <w:pPr>
        <w:jc w:val="right"/>
      </w:pPr>
      <w:r>
        <w:t>کیوںآپنےڈینائیکیا ؟ کیوںآپنےکہاکہہماسکو سن ابریکوفی البر ؟ یہکسنے حق دیاتھا کہ جو باتقرآنمیںہے،جوباتبائبلمیںہے،اسکوآپانکارکردیں؟نہمانیںاسکو؟</w:t>
      </w:r>
    </w:p>
    <w:p>
      <w:r>
        <w:rPr>
          <w:b/>
        </w:rPr>
        <w:t xml:space="preserve">[1:33:26] </w:t>
      </w:r>
      <w:r>
        <w:t>is ko achhe se samajh lijiye ke yeh maamla bohat hi gehra hai. saada baat nahi hai. Hazrat Ibrahim ne un ki do aulad thi.</w:t>
      </w:r>
    </w:p>
    <w:p>
      <w:pPr>
        <w:jc w:val="right"/>
      </w:pPr>
      <w:r>
        <w:t>اسکواچھےسےسمجھلیجئے کہ یہمعاملہبہت ہی گہراہے۔ سادہباتنہیںہے۔ حضرتابراہیمنے انکی دواولاد تھی۔</w:t>
      </w:r>
    </w:p>
    <w:p>
      <w:r>
        <w:rPr>
          <w:b/>
        </w:rPr>
        <w:t xml:space="preserve">[1:33:35] </w:t>
      </w:r>
      <w:r>
        <w:t>ek ko basa diya Hijaz mein. Hijaz un ka watan bana. doosre ko basa diya Falasteen mein. Falasteen un ka watan bana. Hijaz mein jo base, un se Bani Israel wajood mein aaye.</w:t>
      </w:r>
    </w:p>
    <w:p>
      <w:pPr>
        <w:jc w:val="right"/>
      </w:pPr>
      <w:r>
        <w:t>ایک کوبسایاحجازمیں۔ حجازانکاوطن بنا۔ دوسرےکوبسایافلسطینمیں۔فلسطینانکاوطن بنا۔ حجاز میںجو بسےتھے،انسے بنواسرائیلوجود میںآئے۔</w:t>
      </w:r>
    </w:p>
    <w:p>
      <w:r>
        <w:rPr>
          <w:b/>
        </w:rPr>
        <w:t xml:space="preserve">[1:33:46] </w:t>
      </w:r>
      <w:r>
        <w:t>jo yahan base, un se Bani Israel wajood mein aaye. yeh Hazrat Ibrahim hi ke zamaney se do watan qarar paye.</w:t>
      </w:r>
    </w:p>
    <w:p>
      <w:pPr>
        <w:jc w:val="right"/>
      </w:pPr>
      <w:r>
        <w:t>جویہاں بسے،انسےبنواسرائیلوجود میںآئے۔ یہ حضرتابراہیم ہی کےزمان ےسے دو وطن قرار پائے۔</w:t>
      </w:r>
    </w:p>
    <w:p>
      <w:r>
        <w:rPr>
          <w:b/>
        </w:rPr>
        <w:t xml:space="preserve">[1:33:53] </w:t>
      </w:r>
      <w:r>
        <w:t>Bani Ismail ka watan Hijaz, Bani Bani Israel ka watan Falasteen. to is yeh bible mein is ko kaha gaya hai ke yahudiyon ka promised land aur Quran mein kaha gaya hai yahudiyon ka assigned land.</w:t>
      </w:r>
    </w:p>
    <w:p>
      <w:pPr>
        <w:jc w:val="right"/>
      </w:pPr>
      <w:r>
        <w:t>بنواسماعیلکاوطن حجاز، بنو بنواسرائیلکاوطن فلس طین۔ تو اسیہ بائبلمیںاسکوکہاگیاہےکہیہودیوںکا پرومسڈلینڈ اورقرآنمیںکہاگیاہے یہودیوںکااسائنڈلینڈ۔</w:t>
      </w:r>
    </w:p>
    <w:p>
      <w:r>
        <w:rPr>
          <w:b/>
        </w:rPr>
        <w:t xml:space="preserve">[1:34:07] </w:t>
      </w:r>
      <w:r>
        <w:t>ad khal al arz al muqaddas allah likh diya hai. likh diya hai. to iske baad jab wahan waqe'i aisi paish aayein ke yahudiyon ko bhagna pada, woh diaspora mein chale gaye.</w:t>
      </w:r>
    </w:p>
    <w:p>
      <w:pPr>
        <w:jc w:val="right"/>
      </w:pPr>
      <w:r>
        <w:t>اد خل الارض المقد س اللہ لکھدیا ہے۔ لکھ دیا ہے۔ تو اسکےبعد جبوہاںواقع اتایسےپیش آئےکہ یہودیوںکوبھاگناپڑا، وہ ڈائسپورامیںچلےگئے۔</w:t>
      </w:r>
    </w:p>
    <w:p>
      <w:r>
        <w:rPr>
          <w:b/>
        </w:rPr>
        <w:t xml:space="preserve">[1:34:21] </w:t>
      </w:r>
      <w:r>
        <w:t>to bil for mein sirf yeh hua ke diaspora jo the, yaani jo jo jo yahudi diaspora mein the, unko wapas aane ka mauqa diya gaya. ismein harj kya tha?</w:t>
      </w:r>
    </w:p>
    <w:p>
      <w:pPr>
        <w:jc w:val="right"/>
      </w:pPr>
      <w:r>
        <w:t>تو بال فورمیںصرف یہہواکہ ڈائسپوراجوتھے، یعنیجو جو جو یہودیڈائسپورامیںتھے،انکوواپسیکاموقعدیاگیا۔ اسمیںحرجکیاتھا؟</w:t>
      </w:r>
    </w:p>
    <w:p>
      <w:r>
        <w:rPr>
          <w:b/>
        </w:rPr>
        <w:t xml:space="preserve">[1:34:31] </w:t>
      </w:r>
      <w:r>
        <w:t>arbon ko isko maan lena chahiye tha.</w:t>
      </w:r>
    </w:p>
    <w:p>
      <w:pPr>
        <w:jc w:val="right"/>
      </w:pPr>
      <w:r>
        <w:t>عرب وںکو اسکومانلیناچاہیےتھا۔</w:t>
      </w:r>
    </w:p>
    <w:p>
      <w:r>
        <w:rPr>
          <w:b/>
        </w:rPr>
        <w:t xml:space="preserve">[1:34:34] </w:t>
      </w:r>
      <w:r>
        <w:t>inka inka faisla galat hone ka saboot yahi hai ke allah ta'ala ne inko bilkul tahassun hone diya. allah ta'ala ne madad nahi ki. yaani quran mein saaf saaf yeh hai ke allah ta'ala</w:t>
      </w:r>
    </w:p>
    <w:p>
      <w:pPr>
        <w:jc w:val="right"/>
      </w:pPr>
      <w:r>
        <w:t>انکا انانکا فیصلہ غلطہونےکاثبوتیہیہےکہاللہتعالیٰنےانکوبالکل تحسنس ہونے دیا۔ اللہتعالیٰنےمددنہیںکی۔ یعنیقرآنمیں صافصافیہہےکہ اللہ تعالیٰ</w:t>
      </w:r>
    </w:p>
    <w:p>
      <w:r>
        <w:rPr>
          <w:b/>
        </w:rPr>
        <w:t xml:space="preserve">[1:34:49] </w:t>
      </w:r>
      <w:r>
        <w:t>musalmanon ko yeh aisa nahi hone dega ke doosre log inko maghloob kar dalen. aisa nahi hone dega. iski bohot si ayatein hain.</w:t>
      </w:r>
    </w:p>
    <w:p>
      <w:pPr>
        <w:jc w:val="right"/>
      </w:pPr>
      <w:r>
        <w:t>مس لمانوںکو یہ ایسانہیںہونےدےگاکہ دوسرےلوگانکو مغلوبکرڈالیں۔ایسانہیںہونےدےگا۔اسکیبہتسیآیتیںہیں۔</w:t>
      </w:r>
    </w:p>
    <w:p>
      <w:r>
        <w:rPr>
          <w:b/>
        </w:rPr>
        <w:t xml:space="preserve">[1:34:58] </w:t>
      </w:r>
      <w:r>
        <w:t>to sawal yeh hai ke isse bada sawal doosra hai ke poori poori ummat e musalma falasteen mein ek hi khayal rakhti hai isko chhod kar ke. to sawal yeh hai ke wahan allah ta'ala ki madad kyun nahi aayi?</w:t>
      </w:r>
    </w:p>
    <w:p>
      <w:pPr>
        <w:jc w:val="right"/>
      </w:pPr>
      <w:r>
        <w:t>تو سوالیہہےکہ اسسےبڑاسوالدوسراہے کہ پوری پوری امت مسلمہ فلسطینمیں ایکہی خیالرکھتیہےاسکوچھوڑکرکے۔توسوالیہہےکہوہاں اللہ تعالیٰکیمددکیوںنہیںآئی؟</w:t>
      </w:r>
    </w:p>
    <w:p>
      <w:r>
        <w:rPr>
          <w:b/>
        </w:rPr>
        <w:t xml:space="preserve">[1:35:12] </w:t>
      </w:r>
      <w:r>
        <w:t>zyada bada sawal yeh hai ke sari sari ummat e musalma zalil ho rahi hai. khuda kyun khamosh hai? wahan pe kyun nahi dakhal deta. wahan pe yeh yeh apne aap mein is baat ka saboot hai ke allah ta'ala ke khilaf chale hain musalman falasteen mein. isliye wahan zalil ho rahe hain. woh</w:t>
      </w:r>
    </w:p>
    <w:p>
      <w:pPr>
        <w:jc w:val="right"/>
      </w:pPr>
      <w:r>
        <w:t>زیادہ بڑاسوالیہہے کہ ساریساریامتمسلمہذلیلہورہیہے۔ خداکیوںخاموشہے ؟وہاںپہکوئینہیںدخلدیتا۔وہاں پہیہ یہ اپنےآپمیںاسباتکاثبوتہے کہ اللہ تعالیٰکےخلاف چلےہیںمسلمان فلسطینمیں۔اسلیےوہاںذلیلہورہےہیں۔وہ</w:t>
      </w:r>
    </w:p>
    <w:p>
      <w:r>
        <w:rPr>
          <w:b/>
        </w:rPr>
        <w:t xml:space="preserve">[1:35:28] </w:t>
      </w:r>
      <w:r>
        <w:t>jo as baat ko na samjhe to woh quran ki hadith ka inkar karna padega. pehle isko quran mein bohot zyada wazeh taur pe yeh hai ke allah ta'ala musalmanon ka saath deta hai.</w:t>
      </w:r>
    </w:p>
    <w:p>
      <w:pPr>
        <w:jc w:val="right"/>
      </w:pPr>
      <w:r>
        <w:t>جواسباتکو نہسمجھےتو وہقرآن کیحدیثکاانکارکرناپڑےگا۔پہلےاسکو قرآنمیںبہت زیادہ واضحطورپریہہےکہاللہ تعالیٰ مسلمانوںکوساتھدیتاہے۔</w:t>
      </w:r>
    </w:p>
    <w:p>
      <w:r>
        <w:rPr>
          <w:b/>
        </w:rPr>
        <w:t xml:space="preserve">[1:35:38] </w:t>
      </w:r>
      <w:r>
        <w:t>musalmanon ko maghloob nahi hone deta. bohot ayatein aisi hain. khud hadith mein bhi aisi ayatein hain. to khuda</w:t>
      </w:r>
    </w:p>
    <w:p>
      <w:pPr>
        <w:jc w:val="right"/>
      </w:pPr>
      <w:r>
        <w:t>مس لمانوںکو مغلوبنہیںہونے دیتا۔ بہت آیتیںایسیہیں۔ خود حدیثمیںبھیایسیآیتیںہیں۔ تو خدا</w:t>
      </w:r>
    </w:p>
    <w:p>
      <w:r>
        <w:rPr>
          <w:b/>
        </w:rPr>
        <w:t xml:space="preserve">[1:35:46] </w:t>
      </w:r>
      <w:r>
        <w:t>dekh raha hai ke israel mein falasteen mein musalman maghloob ho rahe hain, zalil ho rahe hain, maare ja rahe hain. to kyun khuda dakhal nahi deta? iski wajah yeh hai ke musalman galat pe hain. wahan musalmanon ne galat action liya tha, galat step liya tha, galat qadam uthaya tha.</w:t>
      </w:r>
    </w:p>
    <w:p>
      <w:pPr>
        <w:jc w:val="right"/>
      </w:pPr>
      <w:r>
        <w:t>دیکھرہاہےکہاسرائیلمیں فلس طینمیںمسلمانمغلوبہورہےہیں،ذلیلہورہےہیں، مارےجارہےہیں۔توکیوںخدا دخلنہیںدیتا؟ اسکیوجہ یہہےکہمسلمان غلطیپرہیں۔وہاں مسلمانوںنےغلطایکشنلیاتھا،غلط سٹیپلیاتھا،غلطاقدامکیاتھا۔</w:t>
      </w:r>
    </w:p>
    <w:p>
      <w:r>
        <w:rPr>
          <w:b/>
        </w:rPr>
        <w:t xml:space="preserve">[1:36:04] </w:t>
      </w:r>
      <w:r>
        <w:t>is mein koi do raah nahi ho sakti hai. qaumi khwahishon ki bina pe jo jo bhi aap chahein kar lein, quran ki buniyad pe aap kuch nahi kar sakte. aap</w:t>
      </w:r>
    </w:p>
    <w:p>
      <w:pPr>
        <w:jc w:val="right"/>
      </w:pPr>
      <w:r>
        <w:t>اس میں کوئی دوراہنہیںہوسکتیہے۔ قومیخواہشوںکیبناپرجوجوبھیآپچاہیںکرلیں، قرآنکیبنیادپرآپکچھنہیںکرسکتے۔آپ</w:t>
      </w:r>
    </w:p>
    <w:p>
      <w:r>
        <w:rPr>
          <w:b/>
        </w:rPr>
        <w:t xml:space="preserve">[1:36:15] </w:t>
      </w:r>
      <w:r>
        <w:t>molana musa abid ka phir se sawal aaya hai. wahi fajar ki namaz ko le ke unhone clarify kiya hai ke because of</w:t>
      </w:r>
    </w:p>
    <w:p>
      <w:pPr>
        <w:jc w:val="right"/>
      </w:pPr>
      <w:r>
        <w:t>مول انا مس عابدہکاپھرسے سوال آیاہے۔وہی فجرکینمازکولےکے انہوںنے کلیریفائیکیا ہے کہ بیکازآف</w:t>
      </w:r>
    </w:p>
    <w:p>
      <w:r>
        <w:rPr>
          <w:b/>
        </w:rPr>
        <w:t xml:space="preserve">[1:36:25] </w:t>
      </w:r>
      <w:r>
        <w:t>because of overburden of sleep, unki jo fajar ki namaz hai, ismein delay ho raha hai.</w:t>
      </w:r>
    </w:p>
    <w:p>
      <w:pPr>
        <w:jc w:val="right"/>
      </w:pPr>
      <w:r>
        <w:t>بیکازآف اووربرڈنآف سلیپ، انکیجو فجرکینمازہے،اسمیں ڈیلےہورہاہے۔</w:t>
      </w:r>
    </w:p>
    <w:p>
      <w:r>
        <w:rPr>
          <w:b/>
        </w:rPr>
        <w:t xml:space="preserve">[1:36:31] </w:t>
      </w:r>
      <w:r>
        <w:t>haan, dekhein masla yeh hai. hadith se masla sabit hai ke pehli baat to yeh hai ke aadmi isha ke baad so jaye, aam halat mein taake woh fajar ke waqt usko neend poori ho kar uth sake.</w:t>
      </w:r>
    </w:p>
    <w:p>
      <w:pPr>
        <w:jc w:val="right"/>
      </w:pPr>
      <w:r>
        <w:t>ہاں،دیکھیں مسئلہیہہے۔ حدیث سے مسئلہثابتہے کہ پہلیباتتویہہےکہآدمی عشاءکےبعد سوجائے ،عام حالت میں تاکہوہفجرکےوقت اسکو نیند پوریہوکراٹھسکے۔</w:t>
      </w:r>
    </w:p>
    <w:p>
      <w:r>
        <w:rPr>
          <w:b/>
        </w:rPr>
        <w:t xml:space="preserve">[1:36:50] </w:t>
      </w:r>
      <w:r>
        <w:t>yeh hadith se sabit hai ke pehla option yeh hai ke aadmi isha ke baad so jaye taake farigh ho kar uthe aur fajar ki namaz padh</w:t>
      </w:r>
    </w:p>
    <w:p>
      <w:pPr>
        <w:jc w:val="right"/>
      </w:pPr>
      <w:r>
        <w:t>یہحدیثسےثابت ہے کہ پہلاآپشنیہہےکہآدمی ع شاءکےبعدسوجائے تاکہفریشہوکراٹھےاورفجرکینمازپڑھ</w:t>
      </w:r>
    </w:p>
    <w:p>
      <w:r>
        <w:rPr>
          <w:b/>
        </w:rPr>
        <w:t xml:space="preserve">[1:36:59] </w:t>
      </w:r>
      <w:r>
        <w:t>e. woh doosra option yeh hai ke agar usko aisa kaam hai jis kaam ke baghair usko chara nahi hai, chahe kheti baadi ka kaam ho ya koi doosra kaam ho, uski wajah se woh neend nahi khulti hai, to hadith mein hai baqaida ke jab neend khule, us waqt padh le.</w:t>
      </w:r>
    </w:p>
    <w:p>
      <w:pPr>
        <w:jc w:val="right"/>
      </w:pPr>
      <w:r>
        <w:t>ے۔وہ دوسراآپشنیہہے کہاگر اسکوایساکام ہے جسکام کےبغیراسکوچارہنہیںہے، چاہےکھیتیباڑیکاکامہویاکوئیدوسراکام ہو، اسکیوجہسےوہنیندنہیںکھلتیہے، تو حدیثمیںہےباقاعدہ کہجب نیندکھلے،اسوقتپڑھلے۔</w:t>
      </w:r>
    </w:p>
    <w:p>
      <w:r>
        <w:rPr>
          <w:b/>
        </w:rPr>
        <w:t xml:space="preserve">[1:37:15] </w:t>
      </w:r>
      <w:r>
        <w:t>do option hain. teesra, ismein koi ismein pareshani ki kya baat hai?</w:t>
      </w:r>
    </w:p>
    <w:p>
      <w:pPr>
        <w:jc w:val="right"/>
      </w:pPr>
      <w:r>
        <w:t>دوآپشنہیں۔ تیسرا، اسمیںکوئی اسمیںپریشانیکیکیاباتہے؟</w:t>
      </w:r>
    </w:p>
    <w:p>
      <w:r>
        <w:rPr>
          <w:b/>
        </w:rPr>
        <w:t xml:space="preserve">[1:37:21] </w:t>
      </w:r>
      <w:r>
        <w:t>agar aap ke paas agar sachmuch koi excuse hai, sachmuch excuse hai, to hadith raخصت deti hai aapko ke jab neend khule tab padh lijiye.</w:t>
      </w:r>
    </w:p>
    <w:p>
      <w:pPr>
        <w:jc w:val="right"/>
      </w:pPr>
      <w:r>
        <w:t>اگر آپ کےپاساگر سچمچکوئیایکسکیوزہے،سچمچایکسکیوزہے، تو حدیث رخصتدیتیہےآپکو کہجب نیندکھلےتبپڑھلیجئے۔</w:t>
      </w:r>
    </w:p>
    <w:p>
      <w:r>
        <w:rPr>
          <w:b/>
        </w:rPr>
        <w:t xml:space="preserve">[1:37:29] </w:t>
      </w:r>
      <w:r>
        <w:t>aur sachmuch excuse nahi hai to aapne excuse dhoondh lijiye.</w:t>
      </w:r>
    </w:p>
    <w:p>
      <w:pPr>
        <w:jc w:val="right"/>
      </w:pPr>
      <w:r>
        <w:t>اورسچمچایکسکیوزنہیںہےتوآپنےایکسکیوزدورکیجئے۔</w:t>
      </w:r>
    </w:p>
    <w:p>
      <w:r>
        <w:rPr>
          <w:b/>
        </w:rPr>
        <w:t xml:space="preserve">[1:37:34] </w:t>
      </w:r>
      <w:r>
        <w:t>yaani ya agar excuse nahi hai to aap maghrib isha baad so jaiye. excuse hai jab neend khule, us waqt namaz padh lijiye. molana, agla sawal doctor farida khanam ka hai delhi se.</w:t>
      </w:r>
    </w:p>
    <w:p>
      <w:pPr>
        <w:jc w:val="right"/>
      </w:pPr>
      <w:r>
        <w:t>یعنییااگر ایکسکیوزنہیںہےتوآپ مغرب عشاءبعدسوجائیے۔ ایکسکیوزہے جب نیندکھلے،اسوقتنمازپڑھلیجئے۔ مولانا،اگلاسوال ڈاکٹر فریدہخانمکاہے دہلیسے ۔</w:t>
      </w:r>
    </w:p>
    <w:p>
      <w:r>
        <w:rPr>
          <w:b/>
        </w:rPr>
        <w:t xml:space="preserve">[1:37:46] </w:t>
      </w:r>
      <w:r>
        <w:t>unhone likha hai: "I think the person Khwaja Kaleemuddin interacted was confusing the seven views of reciting the Quran with the seven versions of the Quran.</w:t>
      </w:r>
    </w:p>
    <w:p>
      <w:pPr>
        <w:jc w:val="right"/>
      </w:pPr>
      <w:r>
        <w:t>انہوںنےلکھاہے: "آئیتھنکدی پرسن خواجہکلیم الدین انٹریکٹڈود وازکنفیوزنگدا سیونویزآف ریسائٹنگداقرآن ود سیونورژنزآفداقرآن۔</w:t>
      </w:r>
    </w:p>
    <w:p>
      <w:r>
        <w:rPr>
          <w:b/>
        </w:rPr>
        <w:t xml:space="preserve">[1:37:58] </w:t>
      </w:r>
      <w:r>
        <w:t>Please explain." Haan, ab mein samjha. yaani woh qirat e sab'a ki baat kar rahe hain.</w:t>
      </w:r>
    </w:p>
    <w:p>
      <w:pPr>
        <w:jc w:val="right"/>
      </w:pPr>
      <w:r>
        <w:t>پلیزایکسپلین۔"ہاں،ابمیںسمجھا۔ یعنی وہ قیدتصباکیباتکررہےہیں۔</w:t>
      </w:r>
    </w:p>
    <w:p>
      <w:r>
        <w:rPr>
          <w:b/>
        </w:rPr>
        <w:t xml:space="preserve">[1:38:06] </w:t>
      </w:r>
      <w:r>
        <w:t>saat qirat hain. dekhein, haan, ab mein samjha hai ke kaise aisi jhooti baat koi kar sakta hai ke quran mein adna se adna mein bhi koi tabdeeli nahi hui hai.</w:t>
      </w:r>
    </w:p>
    <w:p>
      <w:pPr>
        <w:jc w:val="right"/>
      </w:pPr>
      <w:r>
        <w:t>سات قیدت ہیں۔ دیکھیں، ہاں،ابمیںسمجھاہے کہ کیسےایسیجھوٹیباتکوئیکرسکتاہے کہ قرآنمیں اد نیدرج ے میںبھیکوئیتبدیلینہیںہوئیہے۔</w:t>
      </w:r>
    </w:p>
    <w:p>
      <w:r>
        <w:rPr>
          <w:b/>
        </w:rPr>
        <w:t xml:space="preserve">[1:38:18] </w:t>
      </w:r>
      <w:r>
        <w:t>woh mein ne arz kiya tha ke malik ka jo hai, woh mimalak ka hai, wohi baqi rakha unhone, badla nahi isko unhone. to woh saat qirat hain.</w:t>
      </w:r>
    </w:p>
    <w:p>
      <w:pPr>
        <w:jc w:val="right"/>
      </w:pPr>
      <w:r>
        <w:t>وہیمیںنےعرضکیاناکہ مال ک جوہے،وہ میملامکافہے،وہیباقیرکھاانہوںنے، بد لانہیںاسکوانہوںنے۔ تووہ سات قیدتیںہیں۔</w:t>
      </w:r>
    </w:p>
    <w:p>
      <w:r>
        <w:rPr>
          <w:b/>
        </w:rPr>
        <w:t xml:space="preserve">[1:38:28] </w:t>
      </w:r>
      <w:r>
        <w:t>dekhein, saat qirat ka matlab kya hai? saat lehje. hargiz hargiz woh tabdeeli ki baat nahi hai.</w:t>
      </w:r>
    </w:p>
    <w:p>
      <w:pPr>
        <w:jc w:val="right"/>
      </w:pPr>
      <w:r>
        <w:t>دیکھیں،سات قیدتیںکامطلبکیاہے؟ سات لہجہ۔ ہرگزہرگزوہ تبدیلیکیباتنہیںہے۔</w:t>
      </w:r>
    </w:p>
    <w:p>
      <w:r>
        <w:rPr>
          <w:b/>
        </w:rPr>
        <w:t xml:space="preserve">[1:38:35] </w:t>
      </w:r>
      <w:r>
        <w:t>aisa hua ke jab arab mein islam phaila to mukhtalif mukhtalif qabail mein zuban jo hai, wahi arabiyat hai lekin lehje mein farq tha.</w:t>
      </w:r>
    </w:p>
    <w:p>
      <w:pPr>
        <w:jc w:val="right"/>
      </w:pPr>
      <w:r>
        <w:t>ایساہوا کہجب عرب میں اسلام پھیلا تو مختلف مختلف قبائل میں زبان جوہے، وہیعربیتھیلیکن لہجےمیںفرقتھا۔</w:t>
      </w:r>
    </w:p>
    <w:p>
      <w:r>
        <w:rPr>
          <w:b/>
        </w:rPr>
        <w:t xml:space="preserve">[1:38:49] </w:t>
      </w:r>
      <w:r>
        <w:t>achha, hamare yahan bhi hai, angrezi mein farq hota hai, urdu mein farq hota hai, hindi mein farq hota hai. to wahan par bara ikhtilaf paida hua. bara ikhtilaf paida hua.</w:t>
      </w:r>
    </w:p>
    <w:p>
      <w:pPr>
        <w:jc w:val="right"/>
      </w:pPr>
      <w:r>
        <w:t>اچھا،ہمارےہاںبھیہے،انگریزیمیںفرقہوتاہے، اردومیںفرقہوتاہے،ہندیمیںفرقہوتاہے۔ تو وہاںپر بڑااختلافپیدا ہوا ۔ بڑااخت لافپیدا ہوا۔</w:t>
      </w:r>
    </w:p>
    <w:p>
      <w:r>
        <w:rPr>
          <w:b/>
        </w:rPr>
        <w:t xml:space="preserve">[1:38:59] </w:t>
      </w:r>
      <w:r>
        <w:t>to rasool Allah ke samne masla aaya.</w:t>
      </w:r>
    </w:p>
    <w:p>
      <w:pPr>
        <w:jc w:val="right"/>
      </w:pPr>
      <w:r>
        <w:t>تو رسولاللہکےسامنےمسئلہآیا۔</w:t>
      </w:r>
    </w:p>
    <w:p>
      <w:r>
        <w:rPr>
          <w:b/>
        </w:rPr>
        <w:t xml:space="preserve">[1:39:03] </w:t>
      </w:r>
      <w:r>
        <w:t>to aap ne kaha ke yani jo yani tehreer mein to wohi rahega quran, lekin lehja agar aadmi ka kuch doosra hai to woh apne lehje mein bhi quran parh sakta hai. woh kyunke dekhein, woh lehja banta hai bachpan se, aap badal nahi sakte isko.</w:t>
      </w:r>
    </w:p>
    <w:p>
      <w:pPr>
        <w:jc w:val="right"/>
      </w:pPr>
      <w:r>
        <w:t>توآپ نےکہاکہ یعنی جو یعنی تحریرمیںتووہیرہےگاقرآن، لیکن لہجہ اگر آدمیکا کچھ دوسراہےتووہاپنےلہجےمیںبھیقرآنپڑھسکتاہے۔وہ کیونکہدیکھیں،وہلہجہبنتاہے بچپنسے ، آپبدلنہیںسکتےاسکو ۔</w:t>
      </w:r>
    </w:p>
    <w:p>
      <w:r>
        <w:rPr>
          <w:b/>
        </w:rPr>
        <w:t xml:space="preserve">[1:39:21] </w:t>
      </w:r>
      <w:r>
        <w:t>to yeh har zuban mein yeh hai. jis tarah angrezi zuban mein dekhein, hum kehte hain poet, american kehte hain poet, hum kehte hain expertize, woh american kehte hain expertize.</w:t>
      </w:r>
    </w:p>
    <w:p>
      <w:pPr>
        <w:jc w:val="right"/>
      </w:pPr>
      <w:r>
        <w:t>تویہہرزبان میںیہہے۔ جسطرحانگریزیزبان میںدیکھیں، ہم کہتےہیں پوئٹ، امریک ن کہتےہیں پوئٹ، ہمکہتےہیںایکسپرٹائز،وہ امریک نکہتےہیںایکسپرٹیز۔</w:t>
      </w:r>
    </w:p>
    <w:p>
      <w:r>
        <w:rPr>
          <w:b/>
        </w:rPr>
        <w:t xml:space="preserve">[1:39:33] </w:t>
      </w:r>
      <w:r>
        <w:t>is tarah ka farq har zuban mein hota hai. urdu mein bhi, arabi mein bhi, angrezi mein bhi, har jagah mein. to lehje ka farq tha, na ke mehfooziyat ka. mehfooziyat ka ta'alluq hai likhaawat se.</w:t>
      </w:r>
    </w:p>
    <w:p>
      <w:pPr>
        <w:jc w:val="right"/>
      </w:pPr>
      <w:r>
        <w:t>اسطرحکافرقہرزبان میںہوتاہے۔ اردومیںبھی،عربیمیںبھی،انگریزی میںبھی،ہرجگہمیں۔تو لہجےکافرقتھا،وہنہ کہ محفوظیتکا۔محفوظیت کاتعلقہےلکھاوٹسے۔</w:t>
      </w:r>
    </w:p>
    <w:p>
      <w:r>
        <w:rPr>
          <w:b/>
        </w:rPr>
        <w:t xml:space="preserve">[1:39:44] </w:t>
      </w:r>
      <w:r>
        <w:t>jo likha hua hai, woh mehfooz</w:t>
      </w:r>
    </w:p>
    <w:p>
      <w:pPr>
        <w:jc w:val="right"/>
      </w:pPr>
      <w:r>
        <w:t>جو لکھاہواہے،وہ محفوظ</w:t>
      </w:r>
    </w:p>
    <w:p>
      <w:r>
        <w:rPr>
          <w:b/>
        </w:rPr>
        <w:t xml:space="preserve">[1:39:46] </w:t>
      </w:r>
      <w:r>
        <w:t>hai. lehje mein aap kaise parhiye isko? yeh aap ka option hai. kyunke mukhtalif ilaqa mein lehja badal jata hai. isko achhe se samajh lijiye ke hum jab kehte hain quran mehfooz hai to hum kehte hain ke jo iska likha hua hai, jo text hai, likha hua text,</w:t>
      </w:r>
    </w:p>
    <w:p>
      <w:pPr>
        <w:jc w:val="right"/>
      </w:pPr>
      <w:r>
        <w:t>ہے۔ لہجہمیںآپ کیسےپڑھیےاسکو ؟یہآپ کا آپشنہے۔ کیونکہمختلف علاق ےمیں لہجہبدلجاتا ہے۔ اسکواچھےسےسمجھلیجئے کہ ہمجب کہتےہیںقرآنمحفوظہےتوہمکہتےہیںکہ جو اسکا لکھاہوا ہے، جو ٹیکسٹہے،لکھاہواٹیکسٹ،</w:t>
      </w:r>
    </w:p>
    <w:p>
      <w:r>
        <w:rPr>
          <w:b/>
        </w:rPr>
        <w:t xml:space="preserve">[1:40:05] </w:t>
      </w:r>
      <w:r>
        <w:t>yeh written text, woh mehfooz hai. baqi parhne ka jo andaaz hai, hum bhi jo parhte hain, woh arbon ka andaaz nahi hota, woh iska mukhtalif hota hai. woh</w:t>
      </w:r>
    </w:p>
    <w:p>
      <w:pPr>
        <w:jc w:val="right"/>
      </w:pPr>
      <w:r>
        <w:t>یہ ریٹنٹیکسٹ،وہ محفوظہے۔ باقی پڑھنےکاجواندازہے، ہمبھیجوپڑھتےہیں،وہ عرب وںکااندازنہیںہوتا،وہاسکومختلف ہوتاہے۔وہ</w:t>
      </w:r>
    </w:p>
    <w:p>
      <w:r>
        <w:rPr>
          <w:b/>
        </w:rPr>
        <w:t xml:space="preserve">[1:40:16] </w:t>
      </w:r>
      <w:r>
        <w:t>to andaaz saat ka, woh das, bees, tees, kai out bhi ho sakta hai. koi saathi ki baat nahi hai. to woh lehje ka farq hai, na ke script ka farq.</w:t>
      </w:r>
    </w:p>
    <w:p>
      <w:pPr>
        <w:jc w:val="right"/>
      </w:pPr>
      <w:r>
        <w:t>تو انداز ساتکا، وہ دس،بیس،تیس،کئیآؤٹبھیہوسکتاہے۔ کوئیساتھیکیباتنہیںہے۔ تو وہ لہجےکافرقہے، نہ کہ اسکرپٹکافرق۔</w:t>
      </w:r>
    </w:p>
    <w:p>
      <w:r>
        <w:rPr>
          <w:b/>
        </w:rPr>
        <w:t xml:space="preserve">[1:40:29] </w:t>
      </w:r>
      <w:r>
        <w:t>hum jab kehte hain ke mehfooz hai quran to hum yeh kehte hain ke script mehfooz hai. script. baqi jo lehja hai, yani jis ko kehte hain accent, angrezi mein accent mein farq hai aur rahega.</w:t>
      </w:r>
    </w:p>
    <w:p>
      <w:pPr>
        <w:jc w:val="right"/>
      </w:pPr>
      <w:r>
        <w:t>ہمجب کہتےہیںکہمحفوظہےقرآن توہمیہکہتےہیںکہاسکرپٹ محفوظہے۔اسکرپٹ۔ باقیجولہجہہے، یعنی جسکوکہتےہیںایکسنٹ،انگریزیمیں ایکسنٹمیںفرق ہے اوررہےگا۔</w:t>
      </w:r>
    </w:p>
    <w:p>
      <w:r>
        <w:rPr>
          <w:b/>
        </w:rPr>
        <w:t xml:space="preserve">[1:40:44] </w:t>
      </w:r>
      <w:r>
        <w:t>indian, angrez, indian, angrezi, angrezi bolte hain, us woh american bolte hain, bohat farq hota hai. americanon ka jo accent hai, us se mukhtalif hai jo hum indian ka accent hota hai.</w:t>
      </w:r>
    </w:p>
    <w:p>
      <w:pPr>
        <w:jc w:val="right"/>
      </w:pPr>
      <w:r>
        <w:t>انڈین،انگریز، انڈین، انگ ریزی،انگریزیبولتےہیں، اسوہ امریکن بولتےہیں،بہتفرقہوتاہے۔ امریک نوںکاجوایکسنٹہے،اسسےمختلف ہےجو ہمانڈینکا ایکسنٹہوتاہے۔</w:t>
      </w:r>
    </w:p>
    <w:p>
      <w:r>
        <w:rPr>
          <w:b/>
        </w:rPr>
        <w:t xml:space="preserve">[1:40:57] </w:t>
      </w:r>
      <w:r>
        <w:t>to woh to farq rahega. to us aadmi ne confuse kiya accent ke farq ko samajh ke text ka farq. baat clear hui?</w:t>
      </w:r>
    </w:p>
    <w:p>
      <w:pPr>
        <w:jc w:val="right"/>
      </w:pPr>
      <w:r>
        <w:t>تووہتوفرقرہےگا۔ تو اسآدمینے کنفیوزکیا ایکسنٹکےفرقکوسمجھاکہ ٹیکسٹکافرق۔ باتکلیئرہوئی ؟</w:t>
      </w:r>
    </w:p>
    <w:p>
      <w:r>
        <w:rPr>
          <w:b/>
        </w:rPr>
        <w:t xml:space="preserve">[1:41:07] </w:t>
      </w:r>
      <w:r>
        <w:t>ji ji, Maulana</w:t>
      </w:r>
    </w:p>
    <w:p>
      <w:pPr>
        <w:jc w:val="right"/>
      </w:pPr>
      <w:r>
        <w:t>جی جی، مول انا</w:t>
      </w:r>
    </w:p>
    <w:p>
      <w:r>
        <w:rPr>
          <w:b/>
        </w:rPr>
        <w:t xml:space="preserve">[1:41:09] </w:t>
      </w:r>
      <w:r>
        <w:t>yeh achhe se samajh lijiye ke quran mein jo text hai, text written text, is mein kuch bhi farq nahi hai. jo sahaba ki zuban mein hota hai, wahi aaj bhi hai.</w:t>
      </w:r>
    </w:p>
    <w:p>
      <w:pPr>
        <w:jc w:val="right"/>
      </w:pPr>
      <w:r>
        <w:t>۔یہاچھےسےسمجھلیجئے کہ قرآنمیںجو ٹیکسٹہے،ٹیکسٹ ریٹنٹیکسٹ، اسمیں کچھبھی فرقنہیں ہے۔ جو صحابہکیزبانمیںہوتاہے،وہیآجبھیہے۔</w:t>
      </w:r>
    </w:p>
    <w:p>
      <w:r>
        <w:rPr>
          <w:b/>
        </w:rPr>
        <w:t xml:space="preserve">[1:41:18] </w:t>
      </w:r>
      <w:r>
        <w:t>written text. baqi accent mein parhne wala apna apne apne andaaz se parhta hai. is mein rasool Allah ne izazat de di ke tum parh sakte ho.</w:t>
      </w:r>
    </w:p>
    <w:p>
      <w:pPr>
        <w:jc w:val="right"/>
      </w:pPr>
      <w:r>
        <w:t>ریٹنٹیکسٹ۔ باقی ایکسنٹمیں پڑھنےوالا اپنا اپنے اپنے اندازسےپڑھتاہے۔ اسمیں رسولاللہنےاعزازدےدیےکہ تمپڑھسکتےہو۔</w:t>
      </w:r>
    </w:p>
    <w:p>
      <w:r>
        <w:rPr>
          <w:b/>
        </w:rPr>
        <w:t xml:space="preserve">[1:41:33] </w:t>
      </w:r>
      <w:r>
        <w:t>Maulana, agla sawal Dilli se hai Mr. Abd</w:t>
      </w:r>
    </w:p>
    <w:p>
      <w:pPr>
        <w:jc w:val="right"/>
      </w:pPr>
      <w:r>
        <w:t>مولانا،اگلاسوال دلیسےہے مسٹرعبد</w:t>
      </w:r>
    </w:p>
    <w:p>
      <w:r>
        <w:rPr>
          <w:b/>
        </w:rPr>
        <w:t xml:space="preserve">[1:41:36] </w:t>
      </w:r>
      <w:r>
        <w:t>ullah ka. unhon ne likha hai: "Maulana, Hindustan mein rehte hue kya hamare liye zaroori hai ke hum yahan ki government ke saare rules follow karein?</w:t>
      </w:r>
    </w:p>
    <w:p>
      <w:pPr>
        <w:jc w:val="right"/>
      </w:pPr>
      <w:r>
        <w:t>اللہکا ۔انہوںنےلکھاہے: "مولانا،ہندو ستان میںرہتےہوئے کیا ہمارےلیے ضروریہے کہہمیہاںکی گورنمنٹکے سارےرولز فالوکریں ؟</w:t>
      </w:r>
    </w:p>
    <w:p>
      <w:r>
        <w:rPr>
          <w:b/>
        </w:rPr>
        <w:t xml:space="preserve">[1:41:48] </w:t>
      </w:r>
      <w:r>
        <w:t>kya yeh Islam ki taleem hai? agar haan to gaaye ki qurbani karna kaise hai?" yahi yahi bas yahi Islam hai.</w:t>
      </w:r>
    </w:p>
    <w:p>
      <w:pPr>
        <w:jc w:val="right"/>
      </w:pPr>
      <w:r>
        <w:t>کیا یہ اسلام کی تعلیم ہے ؟اگر ہاں تو گائےکیقربانی کرنا کیسےہے ؟" یہیہی بسیہیاسلام ہے۔</w:t>
      </w:r>
    </w:p>
    <w:p>
      <w:r>
        <w:rPr>
          <w:b/>
        </w:rPr>
        <w:t xml:space="preserve">[1:41:58] </w:t>
      </w:r>
      <w:r>
        <w:t>gaaye qurbani yani Islam ne farz kiya hai ke dawat dena. dawat kyun nahi dete? bas gaaye qurbani mein tumhara Islam</w:t>
      </w:r>
    </w:p>
    <w:p>
      <w:pPr>
        <w:jc w:val="right"/>
      </w:pPr>
      <w:r>
        <w:t>گائےقربانی یعنی اسلام نے فرضکیاہےکہ دعوت دینا۔ دعوتکیوںنہیںدیتے؟بسگائےقربانیمیںتمہارااسلام</w:t>
      </w:r>
    </w:p>
    <w:p>
      <w:r>
        <w:rPr>
          <w:b/>
        </w:rPr>
        <w:t xml:space="preserve">[1:42:06] </w:t>
      </w:r>
      <w:r>
        <w:t>hai. yeh sab jhoota Islam hai. jhoota Islam hai. hinduo ko mad'u samjho, inko dawat do. yeh nahi ke iska iska musalmanon ka koi pareshani nahi hai. bas gaaye qurbani karna hai.</w:t>
      </w:r>
    </w:p>
    <w:p>
      <w:pPr>
        <w:jc w:val="right"/>
      </w:pPr>
      <w:r>
        <w:t>ہے۔ یہسبجھوٹااسلام ہے۔جھوٹااسلام ہے۔ ہندو ؤںکومدعوسمجھو، انکودعوت دو ۔ یہ نہیںکہاسکا اسکا مسلمانوںکاکوئیپریشانینہیںہے۔بسگائےقربانیکرناہے۔</w:t>
      </w:r>
    </w:p>
    <w:p>
      <w:r>
        <w:rPr>
          <w:b/>
        </w:rPr>
        <w:t xml:space="preserve">[1:42:18] </w:t>
      </w:r>
      <w:r>
        <w:t>main aisi qurbani ko jhooti qurbani samajhta hoon. yeh qaumi yeh sab qaumi masle hain. Islam ka masla yeh nahi hai. yeh bas Islam ka masla nahi hai.</w:t>
      </w:r>
    </w:p>
    <w:p>
      <w:pPr>
        <w:jc w:val="right"/>
      </w:pPr>
      <w:r>
        <w:t>میںایسیقربانیکوجھوٹیقربانیسمجھتاہوں۔ یہقومی یہسبقومی مسئلےہیں۔ اسلام کامسئلہیہنہیںہے۔ یہبساسلام کامسئلہنہیںہے۔</w:t>
      </w:r>
    </w:p>
    <w:p>
      <w:r>
        <w:rPr>
          <w:b/>
        </w:rPr>
        <w:t xml:space="preserve">[1:42:28] </w:t>
      </w:r>
      <w:r>
        <w:t>aap musalman hinduo ke khair khwah baniye, hinduo ko Islam pahunchaiye.</w:t>
      </w:r>
    </w:p>
    <w:p>
      <w:pPr>
        <w:jc w:val="right"/>
      </w:pPr>
      <w:r>
        <w:t>آپمسلمان ہندوؤںکےخیرخواہبنیے، ہندوؤںکواسلام پہنچائیے۔</w:t>
      </w:r>
    </w:p>
    <w:p>
      <w:r>
        <w:rPr>
          <w:b/>
        </w:rPr>
        <w:t xml:space="preserve">[1:42:33] </w:t>
      </w:r>
      <w:r>
        <w:t>abhi hamare saathi jab quran quran le kar jaate hain to aksar inko tajurba yeh hota hai ke hindu inko le kar choomta hai, kehta hai ke hum to behtareen chahte the magar humein quran nahi milta tha.</w:t>
      </w:r>
    </w:p>
    <w:p>
      <w:pPr>
        <w:jc w:val="right"/>
      </w:pPr>
      <w:r>
        <w:t>ابھیہمارےساتھیجب قرآن قرآنلےکرجاتےہیں تو اکثرانکوتجربہیہہوتاہےکہ ہندو انکولےکر چومتاہے،کہتاہےکہہمتوبہتدن چاہتےتھے مگرہمیںقرآننہیںملاتھا۔</w:t>
      </w:r>
    </w:p>
    <w:p>
      <w:r>
        <w:rPr>
          <w:b/>
        </w:rPr>
        <w:t xml:space="preserve">[1:42:44] </w:t>
      </w:r>
      <w:r>
        <w:t>to to gaaye qurbani mein kehta hoon ke gosht chhodna pade to chhod do lekin Allah ke paigham pahunchao. gosht chhodna pade to gaaye ka to bakri ka bhi chhod do.</w:t>
      </w:r>
    </w:p>
    <w:p>
      <w:pPr>
        <w:jc w:val="right"/>
      </w:pPr>
      <w:r>
        <w:t>تو تو گائےقربانی میں کہتاہوں کہ گوشتچھوڑناپڑےتوچھوڑدو لیکن اللہ کےپیغامپہنچاؤ۔ گوشتچھوڑناپڑےتو گائے کا تو بکریکابھیچھوڑدو۔</w:t>
      </w:r>
    </w:p>
    <w:p>
      <w:r>
        <w:rPr>
          <w:b/>
        </w:rPr>
        <w:t xml:space="preserve">[1:42:57] </w:t>
      </w:r>
      <w:r>
        <w:t>agar agar agar dawat ke liye aisa karna pade to</w:t>
      </w:r>
    </w:p>
    <w:p>
      <w:pPr>
        <w:jc w:val="right"/>
      </w:pPr>
      <w:r>
        <w:t>اگر اگر اگر دعوتکےلیے ایساکرناپڑےتو</w:t>
      </w:r>
    </w:p>
    <w:p>
      <w:r>
        <w:rPr>
          <w:b/>
        </w:rPr>
        <w:t xml:space="preserve">[1:43:01] </w:t>
      </w:r>
      <w:r>
        <w:t>gosht chhod kar ke Allah ke paigham pahunchao unko. bilkul yeh mein isko qoumi baat samajhta hoon. iska iska Islam se koi taluq nahi hai.</w:t>
      </w:r>
    </w:p>
    <w:p>
      <w:pPr>
        <w:jc w:val="right"/>
      </w:pPr>
      <w:r>
        <w:t>گوشتچھوڑکرکےاللہ کےپیغامپہنچاؤانکو۔ بالکل یہ میںاسکو قومیباتسمجھتاہوں۔اسکا اسکااسلام سےکوئیتعلقنہیںہے۔</w:t>
      </w:r>
    </w:p>
    <w:p>
      <w:r>
        <w:rPr>
          <w:b/>
        </w:rPr>
        <w:t xml:space="preserve">[1:43:12] </w:t>
      </w:r>
      <w:r>
        <w:t>Maulana, agla sawal Kashmir se hai Dr. Manzoor Ahmed sahab ka. unhon ne likha hai: " Is not Mithaq-e-Madinah the best example of freedom of choice and history of Islam ?</w:t>
      </w:r>
    </w:p>
    <w:p>
      <w:pPr>
        <w:jc w:val="right"/>
      </w:pPr>
      <w:r>
        <w:t>مولانا،اگلاسوال کشمیرسےہے ڈاکٹر منظور احمد صاحبکا ۔ انہوںنےلکھاہے: " از ناٹ میثاق مدینہ دا بیسٹ ایگزیمپل اف فریڈمافچوائس انداہسٹریافاسلام ؟</w:t>
      </w:r>
    </w:p>
    <w:p>
      <w:r>
        <w:rPr>
          <w:b/>
        </w:rPr>
        <w:t xml:space="preserve">[1:43:24] </w:t>
      </w:r>
      <w:r>
        <w:t>"Kindly comment.</w:t>
      </w:r>
    </w:p>
    <w:p>
      <w:pPr>
        <w:jc w:val="right"/>
      </w:pPr>
      <w:r>
        <w:t>"کائنڈلیکمنٹ۔</w:t>
      </w:r>
    </w:p>
    <w:p>
      <w:r>
        <w:rPr>
          <w:b/>
        </w:rPr>
        <w:t xml:space="preserve">[1:43:29] </w:t>
      </w:r>
      <w:r>
        <w:t>yeh freedom of choice se taluq tha, nahi hai. freedom of allegiance se taluq hai iska. freedom of choice ek alag cheez hai. freedom of choice ek alag cheez hai.</w:t>
      </w:r>
    </w:p>
    <w:p>
      <w:pPr>
        <w:jc w:val="right"/>
      </w:pPr>
      <w:r>
        <w:t>یہفریڈمافچوائسسےتعلقتھا،نہیں۔فریڈمافریلیجنسےتعلقہےاسکا۔ فریڈمافچوائسایکالگچیزہے۔ فریڈم افچوائس ایکالگچیزہے۔</w:t>
      </w:r>
    </w:p>
    <w:p>
      <w:r>
        <w:rPr>
          <w:b/>
        </w:rPr>
        <w:t xml:space="preserve">[1:43:39] </w:t>
      </w:r>
      <w:r>
        <w:t>mazhabi aazadi, mazhabi aazadi ka ek ek misaal hai, woh mein manta hoon. religious tolerance kehna chahiye.</w:t>
      </w:r>
    </w:p>
    <w:p>
      <w:pPr>
        <w:jc w:val="right"/>
      </w:pPr>
      <w:r>
        <w:t>مذہبیآز ادی، مذہبی آزادی کا ایک ایک مثالہے،وہ میںمانتاہوں۔ نریلجسٹالرنس کہناچاہیے۔</w:t>
      </w:r>
    </w:p>
    <w:p>
      <w:r>
        <w:rPr>
          <w:b/>
        </w:rPr>
        <w:t xml:space="preserve">[1:43:49] </w:t>
      </w:r>
      <w:r>
        <w:t>zyada achhe lafzon mein yeh hai ke religious tolerance ya mutual respect.</w:t>
      </w:r>
    </w:p>
    <w:p>
      <w:pPr>
        <w:jc w:val="right"/>
      </w:pPr>
      <w:r>
        <w:t>زیادہ اچھےلفظوںمیںیہہےکہنریلجسٹالرنس یا میوچولریسپیکٹ۔</w:t>
      </w:r>
    </w:p>
    <w:p>
      <w:r>
        <w:rPr>
          <w:b/>
        </w:rPr>
        <w:t xml:space="preserve">[1:43:59] </w:t>
      </w:r>
      <w:r>
        <w:t>Maulana, agla ek comment aaya hai Doha Qatar se Maulana Abdul Basit Omar ka. unhon ne likha hai: " Maulana, aap ki taqreer sunne se Allah ki mohabbat paida hoti hai.</w:t>
      </w:r>
    </w:p>
    <w:p>
      <w:pPr>
        <w:jc w:val="right"/>
      </w:pPr>
      <w:r>
        <w:t>مولانا،اگلا ایک کمنٹ آیاہے دوحہقطرسے مول اناعبدالب اسطعمریکا۔ انہوں نےلکھاہے: " مولانا،آپ کی تق ریر سن نےسے اللہ کی محبت پیدا ہوتیہے۔</w:t>
      </w:r>
    </w:p>
    <w:p>
      <w:r>
        <w:rPr>
          <w:b/>
        </w:rPr>
        <w:t xml:space="preserve">[1:44:12] </w:t>
      </w:r>
      <w:r>
        <w:t>imaan aur yaqeen mazboot hota hai. Maulana, pehli baar maine yeh jaana ke Khuda ka history ko manage karna iska hum par bohat bara ehsan hai.</w:t>
      </w:r>
    </w:p>
    <w:p>
      <w:pPr>
        <w:jc w:val="right"/>
      </w:pPr>
      <w:r>
        <w:t>ایماناور یقین مضبوطہوتاہے۔مول انا، پہلیبار میںنےیہ جاناکہ خ داکا ہسٹریکو می نجکرنا اسکا ہمپر بہت بڑا احسانہے۔</w:t>
      </w:r>
    </w:p>
    <w:p>
      <w:r>
        <w:rPr>
          <w:b/>
        </w:rPr>
        <w:t xml:space="preserve">[1:44:23] </w:t>
      </w:r>
      <w:r>
        <w:t>Maulana, aap ne bohat sahi kaha.</w:t>
      </w:r>
    </w:p>
    <w:p>
      <w:pPr>
        <w:jc w:val="right"/>
      </w:pPr>
      <w:r>
        <w:t>مولانا،آپنے بہت صحیحکہا۔</w:t>
      </w:r>
    </w:p>
    <w:p>
      <w:r>
        <w:rPr>
          <w:b/>
        </w:rPr>
        <w:t xml:space="preserve">[1:44:26] </w:t>
      </w:r>
      <w:r>
        <w:t>isi ko sochte hue mera dil yeh kehta hai ke aaj ke is confusion wale daur mein aap ke zariye mein manage kar raha hoon warna mein abhi bhi sachai se mehroom hota.</w:t>
      </w:r>
    </w:p>
    <w:p>
      <w:pPr>
        <w:jc w:val="right"/>
      </w:pPr>
      <w:r>
        <w:t>اسیکوسوچتےہوئے میرادل یہ کہتاہے کہ آجکے اس کنفیوژنوالے دور میں آپ کے ذریعےمیںمی نجکررہاہوں ورنہمیں ابھیبھی سچائیسے محرومہوتا۔</w:t>
      </w:r>
    </w:p>
    <w:p>
      <w:r>
        <w:rPr>
          <w:b/>
        </w:rPr>
        <w:t xml:space="preserve">[1:44:38] </w:t>
      </w:r>
      <w:r>
        <w:t>Allah aap ki umar mein barkat de aur aap se zyada se zyada seekhne ka mauqa de.</w:t>
      </w:r>
    </w:p>
    <w:p>
      <w:pPr>
        <w:jc w:val="right"/>
      </w:pPr>
      <w:r>
        <w:t>اللہ آپکی عمر میں برکتدے اور آپ سے زیادہ سے زیادہ سیکھنےکا موقعدے۔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