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Age of Deceiving Philosophies I June 21, 2009 Maulana Wahiduddin Khan</w:t>
      </w:r>
    </w:p>
    <w:p>
      <w:r>
        <w:t>https://www.youtube.com/watch?v=Ytnj8NSIAgQ</w:t>
      </w:r>
    </w:p>
    <w:p>
      <w:r>
        <w:rPr>
          <w:b/>
        </w:rPr>
        <w:t xml:space="preserve">[00:13] </w:t>
      </w:r>
      <w:r>
        <w:t>Bismillah al-Rahman al-Rahim, wa salli Allah ala al-Nabi al-Karim. Rabb ishrah li sadri, wa yassir li amri, wa ahlul uqdah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[00:33] </w:t>
      </w:r>
      <w:r>
        <w:t>Aaj ka topic hai: Age of Deceiving Philosophies, maghalta aamez falsafon ka daur.</w:t>
      </w:r>
    </w:p>
    <w:p>
      <w:pPr>
        <w:jc w:val="right"/>
      </w:pPr>
      <w:r>
        <w:t>آج کا ٹاپک ہے: ایج آف ڈیسیونگ فلاسفیز، مغالطہ آمیز فلسفوں کا دور۔</w:t>
      </w:r>
    </w:p>
    <w:p>
      <w:r>
        <w:rPr>
          <w:b/>
        </w:rPr>
        <w:t xml:space="preserve">[00:48] </w:t>
      </w:r>
      <w:r>
        <w:t>Hadith mein bahut si hadithein aayin hain jo batati hain ke qayamat se pehle jo zamana hoga us mein bahut se bigaar aayenge,</w:t>
      </w:r>
    </w:p>
    <w:p>
      <w:pPr>
        <w:jc w:val="right"/>
      </w:pPr>
      <w:r>
        <w:t>حدیث میں بہت سی حدیثیں آئیں ہیں جو بتاتی ہیں کہ قیامت سے پہلے جو زمانہ ہوگا اس میں بہت سے بگاڑ آئیں گے،</w:t>
      </w:r>
    </w:p>
    <w:p>
      <w:r>
        <w:rPr>
          <w:b/>
        </w:rPr>
        <w:t xml:space="preserve">[01:02] </w:t>
      </w:r>
      <w:r>
        <w:t>Ek ke baad ek. Lekin ek bigaar bahut hi bada jo hoga, sab se bada bigaar, yani poori Human History ka sab se bada bigaar, woh hoga fitna dukhama.</w:t>
      </w:r>
    </w:p>
    <w:p>
      <w:pPr>
        <w:jc w:val="right"/>
      </w:pPr>
      <w:r>
        <w:t>ایک کے بعد ایک۔ لیکن ایک بگاڑ بہت ہی بڑا جو ہوگا، سب سے بڑا بگاڑ، یعنی پوری ہیومن ہسٹری کا سب سے بڑا بگاڑ، وہ ہوگا فتنہ دوہما۔</w:t>
      </w:r>
    </w:p>
    <w:p>
      <w:r>
        <w:rPr>
          <w:b/>
        </w:rPr>
        <w:t xml:space="preserve">[01:19] </w:t>
      </w:r>
      <w:r>
        <w:t>To hadith mein alfaz hain ke: "Thumma takunu fitnatun dukhama la tada'u ahadan min hadhihil ummati illa latamathu latmatan".</w:t>
      </w:r>
    </w:p>
    <w:p>
      <w:pPr>
        <w:jc w:val="right"/>
      </w:pPr>
      <w:r>
        <w:t>تو حدیث میں الفاظ ہیں کہ: "ثم تكون فتنۃ دوہما لا تدع أحدا من هذه الأمة إلا لطمته لطمتا"۔</w:t>
      </w:r>
    </w:p>
    <w:p>
      <w:r>
        <w:rPr>
          <w:b/>
        </w:rPr>
        <w:t xml:space="preserve">[01:32] </w:t>
      </w:r>
      <w:r>
        <w:t>Is ka matlab hai ke yeh jo fitna hoga, fitna means trial, aazmaish. Dukhama ke maani hote hain darkness.</w:t>
      </w:r>
    </w:p>
    <w:p>
      <w:pPr>
        <w:jc w:val="right"/>
      </w:pPr>
      <w:r>
        <w:t>اس کا مطلب ہے کہ یہ جو فتنہ ہوگا، فتنہ مینز ٹرائل، آزمائش۔ دوہما کے معنی ہوتے ہیں ڈارکنس۔</w:t>
      </w:r>
    </w:p>
    <w:p>
      <w:r>
        <w:rPr>
          <w:b/>
        </w:rPr>
        <w:t xml:space="preserve">[01:43] </w:t>
      </w:r>
      <w:r>
        <w:t>To yeh fitna jo hoga woh yeh Age of Dark, Age of Total Darkness hoga. Age of Total Darkness.</w:t>
      </w:r>
    </w:p>
    <w:p>
      <w:pPr>
        <w:jc w:val="right"/>
      </w:pPr>
      <w:r>
        <w:t>تو یہ فتنہ جو ہوگا وہ یہ ایج آف ڈارک، ایج آف ٹوٹل ڈارکنس ہوگا۔ ایج آف ٹوٹل ڈارکنس۔</w:t>
      </w:r>
    </w:p>
    <w:p>
      <w:r>
        <w:rPr>
          <w:b/>
        </w:rPr>
        <w:t xml:space="preserve">[01:57] </w:t>
      </w:r>
      <w:r>
        <w:t>To yeh farmaya ke ke</w:t>
      </w:r>
    </w:p>
    <w:p>
      <w:pPr>
        <w:jc w:val="right"/>
      </w:pPr>
      <w:r>
        <w:t>تو یہ فرمایا کہ کہ</w:t>
      </w:r>
    </w:p>
    <w:p>
      <w:r>
        <w:rPr>
          <w:b/>
        </w:rPr>
        <w:t xml:space="preserve">[02:02] </w:t>
      </w:r>
      <w:r>
        <w:t>Har ek par us ki zad padegi.</w:t>
      </w:r>
    </w:p>
    <w:p>
      <w:pPr>
        <w:jc w:val="right"/>
      </w:pPr>
      <w:r>
        <w:t>ہر ایک پر اس کی زد پڑے گی۔</w:t>
      </w:r>
    </w:p>
    <w:p>
      <w:r>
        <w:rPr>
          <w:b/>
        </w:rPr>
        <w:t xml:space="preserve">[02:08] </w:t>
      </w:r>
      <w:r>
        <w:t>Yeh jo fitna hoga, it will hit all without any exception. It will hit everyone without any exception.</w:t>
      </w:r>
    </w:p>
    <w:p>
      <w:pPr>
        <w:jc w:val="right"/>
      </w:pPr>
      <w:r>
        <w:t>یہ جو فتنہ ہوگا، اٹ ول ہٹ آل ودا آؤٹ اینی ایکسیپشن۔ اٹ ول ہٹ ایوری ون ودا آؤٹ اینی ایکسیپشن۔</w:t>
      </w:r>
    </w:p>
    <w:p>
      <w:r>
        <w:rPr>
          <w:b/>
        </w:rPr>
        <w:t xml:space="preserve">[02:22] </w:t>
      </w:r>
      <w:r>
        <w:t>To yeh bahut hi zyada serious baat hai.</w:t>
      </w:r>
    </w:p>
    <w:p>
      <w:pPr>
        <w:jc w:val="right"/>
      </w:pPr>
      <w:r>
        <w:t>تو یہ بہت ہی زیادہ سیریس بات ہے۔</w:t>
      </w:r>
    </w:p>
    <w:p>
      <w:r>
        <w:rPr>
          <w:b/>
        </w:rPr>
        <w:t xml:space="preserve">[02:26] </w:t>
      </w:r>
      <w:r>
        <w:t>Isi par is waqt mujhe kuch kehna hai. To dekhiye, fitna dukhama jaisa ke maine arz kiya, is se murad hai Total Darkness ka zamana.</w:t>
      </w:r>
    </w:p>
    <w:p>
      <w:pPr>
        <w:jc w:val="right"/>
      </w:pPr>
      <w:r>
        <w:t>اسی پر اس وقت مجھے کچھ کہنا ہے۔ تو دیکھیے، فتنہ دوہما جیسا کہ میں نے عرض کیا، اس سے مراد ہے ٹوٹل ڈارکنس کا زمانہ۔</w:t>
      </w:r>
    </w:p>
    <w:p>
      <w:r>
        <w:rPr>
          <w:b/>
        </w:rPr>
        <w:t xml:space="preserve">[02:37] </w:t>
      </w:r>
      <w:r>
        <w:t>Yeh darkness itna barha hua hoga ke sab tak, sab ko woh apni zad mein le lega. Koi bachega nahi.</w:t>
      </w:r>
    </w:p>
    <w:p>
      <w:pPr>
        <w:jc w:val="right"/>
      </w:pPr>
      <w:r>
        <w:t>یہ ڈارکنس اتنا بڑھا ہوا ہوگا کہ سب تک، سب کو وہ اپنی زد میں لے لے گا۔ کوئی بچے گا نہیں۔</w:t>
      </w:r>
    </w:p>
    <w:p>
      <w:r>
        <w:rPr>
          <w:b/>
        </w:rPr>
        <w:t xml:space="preserve">[02:48] </w:t>
      </w:r>
      <w:r>
        <w:t>Yahan tak ke jo yahan jo farmaya ke ummat ka matlab yeh hai ke ummat jis ke paas sachai hai, woh bhi is mein exception nahi hogi.</w:t>
      </w:r>
    </w:p>
    <w:p>
      <w:pPr>
        <w:jc w:val="right"/>
      </w:pPr>
      <w:r>
        <w:t>یہاں تک کہ جو یہاں جو فرمایا کہ امت کا مطلب یہ ہے کہ امت جس کے پاس سچائی ہے، وہ بھی اس میں ایکسیپشن نہیں ہوگی۔</w:t>
      </w:r>
    </w:p>
    <w:p>
      <w:r>
        <w:rPr>
          <w:b/>
        </w:rPr>
        <w:t xml:space="preserve">[03:01] </w:t>
      </w:r>
      <w:r>
        <w:t>Yani it will hurt, including Ummah Islamia.</w:t>
      </w:r>
    </w:p>
    <w:p>
      <w:pPr>
        <w:jc w:val="right"/>
      </w:pPr>
      <w:r>
        <w:t>یعنی اٹ ول ہارٹ، انکلوڈنگ امہ اسلامیہ۔</w:t>
      </w:r>
    </w:p>
    <w:p>
      <w:r>
        <w:rPr>
          <w:b/>
        </w:rPr>
        <w:t xml:space="preserve">[03:09] </w:t>
      </w:r>
      <w:r>
        <w:t>It will hit, including Ummah Islamia. Yani yeh fitna jo aayega, yeh sab ko andhere mein daal dega. Yahan tak ke jin ke paas sachai hai, woh bhi andhere mein chale jayenge.</w:t>
      </w:r>
    </w:p>
    <w:p>
      <w:pPr>
        <w:jc w:val="right"/>
      </w:pPr>
      <w:r>
        <w:t>اٹ ول ہٹ، انکلوڈنگ امہ اسلامیہ۔ یعنی یہ فتنہ جو آئے گا، یہ سب کو اندھیرے میں ڈال دے گا۔ یہاں تک کہ جن کے پاس سچائی ہے، وہ بھی اندھیرے میں چلے جائیں گے۔</w:t>
      </w:r>
    </w:p>
    <w:p>
      <w:r>
        <w:rPr>
          <w:b/>
        </w:rPr>
        <w:t xml:space="preserve">[03:22] </w:t>
      </w:r>
      <w:r>
        <w:t>Itni badi baat kahi gayi hai hadith mein, is par hamein sochna hai.</w:t>
      </w:r>
    </w:p>
    <w:p>
      <w:pPr>
        <w:jc w:val="right"/>
      </w:pPr>
      <w:r>
        <w:t>اتنی بڑی بات کہی گئی ہے حدیث میں، اس پر ہمیں سوچنا ہے۔</w:t>
      </w:r>
    </w:p>
    <w:p>
      <w:r>
        <w:rPr>
          <w:b/>
        </w:rPr>
        <w:t xml:space="preserve">[03:29] </w:t>
      </w:r>
      <w:r>
        <w:t>To jahan tak maine samjha hai is ko, is se murad hai Age of Deceiving Philosophies.</w:t>
      </w:r>
    </w:p>
    <w:p>
      <w:pPr>
        <w:jc w:val="right"/>
      </w:pPr>
      <w:r>
        <w:t>تو جہاں تک میں نے سمجھا ہے اس کو، اس سے مراد ہے ایج آف ڈیسیونگ فلاسفیز۔</w:t>
      </w:r>
    </w:p>
    <w:p>
      <w:r>
        <w:rPr>
          <w:b/>
        </w:rPr>
        <w:t xml:space="preserve">[03:39] </w:t>
      </w:r>
      <w:r>
        <w:t>Dekhiye, har zamane mein log maghalta dete rahe hain, deceive karte rahe hain.</w:t>
      </w:r>
    </w:p>
    <w:p>
      <w:pPr>
        <w:jc w:val="right"/>
      </w:pPr>
      <w:r>
        <w:t>دیکھیے، ہر زمانے میں لوگ مغالطہ دیتے رہے ہیں، ڈیسیو کرتے رہے ہیں۔</w:t>
      </w:r>
    </w:p>
    <w:p>
      <w:r>
        <w:rPr>
          <w:b/>
        </w:rPr>
        <w:t xml:space="preserve">[03:48] </w:t>
      </w:r>
      <w:r>
        <w:t>Deceive karne ka zamana kabhi aisa nahi hai ke na raha ho. Lekin baad ke zamane mein jo aayega maghalta, woh ek aur hi is ka,</w:t>
      </w:r>
    </w:p>
    <w:p>
      <w:pPr>
        <w:jc w:val="right"/>
      </w:pPr>
      <w:r>
        <w:t>ڈیسیو کرنے کا زمانہ کبھی ایسا نہیں ہے کہ نہ رہا ہو۔ لیکن بعد کے زمانے میں جو آئے گا مغالطہ، وہ ایک اور ہی اس کا،</w:t>
      </w:r>
    </w:p>
    <w:p>
      <w:r>
        <w:rPr>
          <w:b/>
        </w:rPr>
        <w:t xml:space="preserve">[04:03] </w:t>
      </w:r>
      <w:r>
        <w:t>Is ka bahut zyada khatarnak hoga. To isi ko maine kaha ke woh philosophized way mein aayega.</w:t>
      </w:r>
    </w:p>
    <w:p>
      <w:pPr>
        <w:jc w:val="right"/>
      </w:pPr>
      <w:r>
        <w:t>اس کا بہت زیادہ خطرناک ہوگا۔ تو اسی کو میں نے کہا کہ وہ فلسفائیز وے میں آئے گا۔</w:t>
      </w:r>
    </w:p>
    <w:p>
      <w:r>
        <w:rPr>
          <w:b/>
        </w:rPr>
        <w:t xml:space="preserve">[04:13] </w:t>
      </w:r>
      <w:r>
        <w:t>Ab tak jo fitne the, jo maghalte the, woh saada dhang ke the. Ab jo aayenge, woh bahut hi philosophized way mein honge.</w:t>
      </w:r>
    </w:p>
    <w:p>
      <w:pPr>
        <w:jc w:val="right"/>
      </w:pPr>
      <w:r>
        <w:t>اب تک جو فتنے تھے، جو مغالطے تھے، وہ سادہ ڈھنگ کے تھے۔ اب جو آئیں گے، وہ بہت ہی فلسفائیز وے میں ہوں گے۔</w:t>
      </w:r>
    </w:p>
    <w:p>
      <w:r>
        <w:rPr>
          <w:b/>
        </w:rPr>
        <w:t xml:space="preserve">[04:24] </w:t>
      </w:r>
      <w:r>
        <w:t>Is liye is ko analyze nahi kar payega aadmi. Analyze nahi kar payega.</w:t>
      </w:r>
    </w:p>
    <w:p>
      <w:pPr>
        <w:jc w:val="right"/>
      </w:pPr>
      <w:r>
        <w:t>اس لیے اس کو انالیسز نہیں کر پائے گا آدمی۔ انالیسز نہیں کر پائے گا۔</w:t>
      </w:r>
    </w:p>
    <w:p>
      <w:r>
        <w:rPr>
          <w:b/>
        </w:rPr>
        <w:t xml:space="preserve">[04:32] </w:t>
      </w:r>
      <w:r>
        <w:t>Jaise ke ek misaal mein doon ke ab se saadhe teen hazaar saal pehle, saadhe teen hazaar saal pehle Egypt mein, yani Misr mein,</w:t>
      </w:r>
    </w:p>
    <w:p>
      <w:pPr>
        <w:jc w:val="right"/>
      </w:pPr>
      <w:r>
        <w:t>جیسے کہ ایک مثال میں دوں کہ اب سے ساڑھے تین ہزار سال پہلے، ساڑھے تین ہزار سال پہلے ایجپٹ میں، یعنی مصر میں،</w:t>
      </w:r>
    </w:p>
    <w:p>
      <w:r>
        <w:rPr>
          <w:b/>
        </w:rPr>
        <w:t xml:space="preserve">[04:46] </w:t>
      </w:r>
      <w:r>
        <w:t>Hazrat Moosa aaye. Us waqt wahan par Firaun ka raj tha, is ko Firo kaha jata hai. Firo. To</w:t>
      </w:r>
    </w:p>
    <w:p>
      <w:pPr>
        <w:jc w:val="right"/>
      </w:pPr>
      <w:r>
        <w:t>حضرت موسیٰ آئے۔ اس وقت وہاں پر فرعون کا راج تھا، اس کو فیرو کہا جاتا ہے۔ فیرو۔ تو</w:t>
      </w:r>
    </w:p>
    <w:p>
      <w:r>
        <w:rPr>
          <w:b/>
        </w:rPr>
        <w:t xml:space="preserve">[04:54] </w:t>
      </w:r>
      <w:r>
        <w:t>hazrat musa ne us ke samne apni dawat pesh ki. us ne mojiza manga to aap ne mojiza dikhaya. yani aap ki jo lathi thi, wo saanp ban gayi.</w:t>
      </w:r>
    </w:p>
    <w:p>
      <w:pPr>
        <w:jc w:val="right"/>
      </w:pPr>
      <w:r>
        <w:t>حضرت موسیٰ نے اس کے سامنے اپنی دعوت پیش کی۔ اس نے معجزہ مانگا تو آپ نے معجزہ دکھایا۔ یعنی آپ کی جو لاٹھی تھی، وہ سانپ بن گئی۔</w:t>
      </w:r>
    </w:p>
    <w:p>
      <w:r>
        <w:rPr>
          <w:b/>
        </w:rPr>
        <w:t xml:space="preserve">[05:06] </w:t>
      </w:r>
      <w:r>
        <w:t>to to musa ka mojiza jab us ne dekha to firaun kya kehta hai? apne darbariyon se: "yuri yukhrikum minkum".</w:t>
      </w:r>
    </w:p>
    <w:p>
      <w:pPr>
        <w:jc w:val="right"/>
      </w:pPr>
      <w:r>
        <w:t>تو تو موسیٰ کا معجزہ جب اس نے دیکھا تو فرعون کیا کہتا ہے؟ اپنے درباریوں سے: "یوری یخرکم منکم"۔</w:t>
      </w:r>
    </w:p>
    <w:p>
      <w:r>
        <w:rPr>
          <w:b/>
        </w:rPr>
        <w:t xml:space="preserve">[05:19] </w:t>
      </w:r>
      <w:r>
        <w:t>ye musa chahte hain ki tum ko tumhare mulk se nikal dein aur yahan qabza kar ke baith jayen. ab gaur kijie ki ye ek dhandali ki baat thi, kyunki hazrat musa to ye keh rahe the ki main bani israel ko le kar misr jana chahta hun.</w:t>
      </w:r>
    </w:p>
    <w:p>
      <w:pPr>
        <w:jc w:val="right"/>
      </w:pPr>
      <w:r>
        <w:t>یہ موسیٰ چاہتے ہیں کہ تم کو تمہارے ملک سے نکال دیں اور یہاں قبضہ کر کے بیٹھ جائیں۔ اب غور کیجئے کہ یہ ایک دھاندلی کی بات تھی، کیونکہ حضرت موسیٰ تو یہ کہہ رہے تھے کہ میں بنی اسرائیل کو لے کر مصر جانا چاہتا ہوں۔</w:t>
      </w:r>
    </w:p>
    <w:p>
      <w:r>
        <w:rPr>
          <w:b/>
        </w:rPr>
        <w:t xml:space="preserve">[05:35] </w:t>
      </w:r>
      <w:r>
        <w:t>mujhe ijazat de do ki main le kar jaun. arsil maya bani israel. us ne ulti baat keh di darbariyon ko bhadkane ke liye ki ye chahte hain ki tum ko is mulk se nikal dein.</w:t>
      </w:r>
    </w:p>
    <w:p>
      <w:pPr>
        <w:jc w:val="right"/>
      </w:pPr>
      <w:r>
        <w:t>مجھے اجازت دے دو کہ میں لے کر جاؤں۔ ارسل مایا بنی اسرائیل۔ اس نے الٹی بات کہہ دی درباریوں کو بھڑکانے کے لیے کہ یہ چاہتے ہیں کہ تم کو اس ملک سے نکال دیں۔</w:t>
      </w:r>
    </w:p>
    <w:p>
      <w:r>
        <w:rPr>
          <w:b/>
        </w:rPr>
        <w:t xml:space="preserve">[05:50] </w:t>
      </w:r>
      <w:r>
        <w:t>to ye tha sadah qisam ka mughalta. is ke peeche koi bahut badi philosophy nahi thi. to is tarah ke mughalte hamesha log dete rahe hain, deceive karte rahe hain logon ko hamesha.</w:t>
      </w:r>
    </w:p>
    <w:p>
      <w:pPr>
        <w:jc w:val="right"/>
      </w:pPr>
      <w:r>
        <w:t>تو یہ تھا سادہ قسم کا مغالطہ۔ اس کے پیچھے کوئی بہت بڑی فلاسفی نہیں تھی۔ تو اس طرح کے مغالطے ہمیشہ لوگ دیتے رہے ہیں، ڈیسیو کرتے رہے ہیں لوگوں کو ہمیشہ۔</w:t>
      </w:r>
    </w:p>
    <w:p>
      <w:r>
        <w:rPr>
          <w:b/>
        </w:rPr>
        <w:t xml:space="preserve">[06:05] </w:t>
      </w:r>
      <w:r>
        <w:t>lekin</w:t>
      </w:r>
    </w:p>
    <w:p>
      <w:pPr>
        <w:jc w:val="right"/>
      </w:pPr>
      <w:r>
        <w:t>لیکن</w:t>
      </w:r>
    </w:p>
    <w:p>
      <w:r>
        <w:rPr>
          <w:b/>
        </w:rPr>
        <w:t xml:space="preserve">[06:07] </w:t>
      </w:r>
      <w:r>
        <w:t>ye jo zamana hai, jo scientific zamana hai, jo development ka zamana hai, jo civilization ka zamana hai, is mein aisa hone wala tha ki philosophize way mein log deceive karne lage hain logon ko.</w:t>
      </w:r>
    </w:p>
    <w:p>
      <w:pPr>
        <w:jc w:val="right"/>
      </w:pPr>
      <w:r>
        <w:t>یہ جو زمانہ ہے، جو سائنٹیفک زمانہ ہے، جو ڈیولپمنٹ کا زمانہ ہے، جو سولائزیشن کا زمانہ ہے، اس میں ایسا ہونے والا تھا کہ فلسفائیز وے میں لوگ ڈیسیو کرنے لگے ہیں لوگوں کو۔</w:t>
      </w:r>
    </w:p>
    <w:p>
      <w:r>
        <w:rPr>
          <w:b/>
        </w:rPr>
        <w:t xml:space="preserve">[06:22] </w:t>
      </w:r>
      <w:r>
        <w:t>ek puri ideology pesh karein, ek puri philosophy pesh karein ki aadmi soch na paaye, aadmi is mein phans kar reh jaaye. to ye hai wo zaman</w:t>
      </w:r>
    </w:p>
    <w:p>
      <w:pPr>
        <w:jc w:val="right"/>
      </w:pPr>
      <w:r>
        <w:t>ایک پوری آئیڈیالوجی پیش کریں، ایک پوری فلاسفی پیش کریں کہ آدمی سوچ نہ پائے، آدمی اس میں پھنس کر رہ جائے۔ تو یہ ہے وہ زمان</w:t>
      </w:r>
    </w:p>
    <w:p>
      <w:r>
        <w:rPr>
          <w:b/>
        </w:rPr>
        <w:t xml:space="preserve">[06:33] </w:t>
      </w:r>
      <w:r>
        <w:t>ha. is fitna dwwhma ke bare mein bahut barso sochta raha hun. to main samajhta hun ki</w:t>
      </w:r>
    </w:p>
    <w:p>
      <w:pPr>
        <w:jc w:val="right"/>
      </w:pPr>
      <w:r>
        <w:t>ہ۔ اس فتنہ دوہما کے بارے میں بہت برسوں سوچتا رہا ہوں۔ تو میں سمجھتا ہوں کہ</w:t>
      </w:r>
    </w:p>
    <w:p>
      <w:r>
        <w:rPr>
          <w:b/>
        </w:rPr>
        <w:t xml:space="preserve">[06:42] </w:t>
      </w:r>
      <w:r>
        <w:t>alamat ke taur par, symbol ke taur par, main chaar personality ko main ne liya hai. is mein to saikdon hazaaron log shamil hain is mein. lekin agar ye batana ho ki to chaar fitne aur un ke chaar alaamti naam main kahunga ki hain.</w:t>
      </w:r>
    </w:p>
    <w:p>
      <w:pPr>
        <w:jc w:val="right"/>
      </w:pPr>
      <w:r>
        <w:t>علامت کے طور پر، سمبل کے طور پر، میں چار پرسنیلٹی کو میں نے لیا ہے۔ اس میں تو سینکڑوں ہزاروں لوگ شامل ہیں اس میں۔ لیکن اگر یہ بتانا ہو کہ تو چار فتنے اور ان کے چار علامتی نام میں کہوں گا کہ ہیں۔</w:t>
      </w:r>
    </w:p>
    <w:p>
      <w:r>
        <w:rPr>
          <w:b/>
        </w:rPr>
        <w:t xml:space="preserve">[07:02] </w:t>
      </w:r>
      <w:r>
        <w:t>to dekhiye, ek hai darwin. darwin jis ki death ye british scientist tha, naturalist tha british.</w:t>
      </w:r>
    </w:p>
    <w:p>
      <w:pPr>
        <w:jc w:val="right"/>
      </w:pPr>
      <w:r>
        <w:t>تو دیکھیے، ایک ہے ڈارون۔ ڈارون جس کی ڈیتھ یہ برٹش سائنٹسٹ تھا، نیچرلسٹ تھا برٹش۔</w:t>
      </w:r>
    </w:p>
    <w:p>
      <w:r>
        <w:rPr>
          <w:b/>
        </w:rPr>
        <w:t xml:space="preserve">[07:13] </w:t>
      </w:r>
      <w:r>
        <w:t>darwin, charles darwin, us ki death hui 1882 mein, 1882 mein. doosra tha germany ka karl marx,</w:t>
      </w:r>
    </w:p>
    <w:p>
      <w:pPr>
        <w:jc w:val="right"/>
      </w:pPr>
      <w:r>
        <w:t>ڈارون، چارلس ڈارون، اس کی ڈیتھ ہوئی 1882 میں، 1882 میں۔ دوسرا تھا جرمنی کا کارل مارکس،</w:t>
      </w:r>
    </w:p>
    <w:p>
      <w:r>
        <w:rPr>
          <w:b/>
        </w:rPr>
        <w:t xml:space="preserve">[07:27] </w:t>
      </w:r>
      <w:r>
        <w:t>us ki death hui 1883 mein, yani 1883 mein.</w:t>
      </w:r>
    </w:p>
    <w:p>
      <w:pPr>
        <w:jc w:val="right"/>
      </w:pPr>
      <w:r>
        <w:t>اس کی ڈیتھ ہوئی 1883 میں، یعنی 1883 میں۔</w:t>
      </w:r>
    </w:p>
    <w:p>
      <w:r>
        <w:rPr>
          <w:b/>
        </w:rPr>
        <w:t xml:space="preserve">[07:32] </w:t>
      </w:r>
      <w:r>
        <w:t>tisra naam mere nazdeek hai sigmund freud ka, ye bhi germany ka tha. us ki death hui 1939 mein.</w:t>
      </w:r>
    </w:p>
    <w:p>
      <w:pPr>
        <w:jc w:val="right"/>
      </w:pPr>
      <w:r>
        <w:t>تیسرا نام میرے نزدیک ہے سگمن فرائیڈ کا، یہ بھی جرمنی کا تھا۔ اس کی ڈیتھ ہوئی 1939 میں۔</w:t>
      </w:r>
    </w:p>
    <w:p>
      <w:r>
        <w:rPr>
          <w:b/>
        </w:rPr>
        <w:t xml:space="preserve">[07:47] </w:t>
      </w:r>
      <w:r>
        <w:t>aur muslim islaam ke ki ghalat tabeer dene ke maamle mein mere nazdeek jo naam hai wo abul ala maududi ka hai, jin ki death hui hai 1979 mein.</w:t>
      </w:r>
    </w:p>
    <w:p>
      <w:pPr>
        <w:jc w:val="right"/>
      </w:pPr>
      <w:r>
        <w:t>اور مسلم اسلام کے کی غلط تعبیر دینے کے معاملے میں میرے نزدیک جو نام ہے وہ ابو العلی مودی کا ہے، جن کی ڈیتھ ہوئی ہے 1979 میں۔</w:t>
      </w:r>
    </w:p>
    <w:p>
      <w:r>
        <w:rPr>
          <w:b/>
        </w:rPr>
        <w:t xml:space="preserve">[08:00] </w:t>
      </w:r>
      <w:r>
        <w:t>ye chaar aadmi hain jinhon ne ki is age ko jis ko mein deceiving age keh raha hun, age of deceiving philosophy ko pesh kiya.</w:t>
      </w:r>
    </w:p>
    <w:p>
      <w:pPr>
        <w:jc w:val="right"/>
      </w:pPr>
      <w:r>
        <w:t>یہ چار آدمی ہیں جنہوں نے کہ اس ایج کو جس کو میں ڈیسیونگ ایج کہہ رہا ہوں، ایج آف ڈیسیونگ فلاسفی کو پیش کیا۔</w:t>
      </w:r>
    </w:p>
    <w:p>
      <w:r>
        <w:rPr>
          <w:b/>
        </w:rPr>
        <w:t xml:space="preserve">[08:11] </w:t>
      </w:r>
      <w:r>
        <w:t>agarche is mein farq hai, yani darwin, marx aur freud ne apni jo theory pesh ki to us ke liye bohat hi scholarship thi us ke peeche.</w:t>
      </w:r>
    </w:p>
    <w:p>
      <w:pPr>
        <w:jc w:val="right"/>
      </w:pPr>
      <w:r>
        <w:t>اگرچہ اس میں فرق ہے، یعنی ڈارون، مارکس اور فرائیڈ نے اپنی جو تھیوری پیش کی تو اس کے لیے بہت ہی اسکالرشپ تھی اس کے پیچھے۔</w:t>
      </w:r>
    </w:p>
    <w:p>
      <w:r>
        <w:rPr>
          <w:b/>
        </w:rPr>
        <w:t xml:space="preserve">[08:22] </w:t>
      </w:r>
      <w:r>
        <w:t>yani bahut hi zyada gahre andaaz mein unhon ne is ko philosophize kiya. lekin abul ala maududi aisa nahi kar sake, wo itne bade scholar nahi the.</w:t>
      </w:r>
    </w:p>
    <w:p>
      <w:pPr>
        <w:jc w:val="right"/>
      </w:pPr>
      <w:r>
        <w:t>یعنی بہت ہی زیادہ گہرے انداز میں انہوں نے اس کو فلسفائیز کیا۔ لیکن ابو العلی مودی ایسا نہیں کر سکے، وہ اتنے بڑے اسکالر نہیں تھے۔</w:t>
      </w:r>
    </w:p>
    <w:p>
      <w:r>
        <w:rPr>
          <w:b/>
        </w:rPr>
        <w:t xml:space="preserve">[08:33] </w:t>
      </w:r>
      <w:r>
        <w:t>lekin muslimano ka jo mind tha is zamane mein to us ki wajah se bahut acceptance mil gaya un ko. aur ek un ko saathi mil gaye arab mein jin ka naam tha syed qutb.</w:t>
      </w:r>
    </w:p>
    <w:p>
      <w:pPr>
        <w:jc w:val="right"/>
      </w:pPr>
      <w:r>
        <w:t>لیکن مسلمانوں کا جو مائنڈ تھا اس زمانے میں تو اس کی وجہ سے بہت ایکسیپٹنس مل گیا ان کو۔ اور ایک ان کو ساتھی مل گئے عرب میں جن کا نام تھا سید قطب۔</w:t>
      </w:r>
    </w:p>
    <w:p>
      <w:r>
        <w:rPr>
          <w:b/>
        </w:rPr>
        <w:t xml:space="preserve">[08:48] </w:t>
      </w:r>
      <w:r>
        <w:t>to darwin ye to maudood, to abul ala maudoodi aur syed qutb do aadmiyon ki wajah se ye is zamane mein jo phaila hai islami ka extremism, jo badhte badhte violence tak pahunch gaya hai, yahi dono aadmi is ke basically ideologically yahi dono responsible hain.</w:t>
      </w:r>
    </w:p>
    <w:p>
      <w:pPr>
        <w:jc w:val="right"/>
      </w:pPr>
      <w:r>
        <w:t>تو ڈارون یہ تو مودود، تو ابو العلی مودی اور سید قطب دو آدمیوں کی وجہ سے یہ اس زمانے میں جو پھیلا ہے اسلامی کا ایکسٹریمزم، جو بڑھتے بڑھتے والنس تک پہنچ گیا ہے، یہی دونوں آدمی اس کے بیسیکلی آئیڈیالوجیکلی یہی دونوں ریسپانسبل ہیں۔</w:t>
      </w:r>
    </w:p>
    <w:p>
      <w:r>
        <w:rPr>
          <w:b/>
        </w:rPr>
        <w:t xml:space="preserve">[09:04] </w:t>
      </w:r>
      <w:r>
        <w:t>ye dono aadmi</w:t>
      </w:r>
    </w:p>
    <w:p>
      <w:pPr>
        <w:jc w:val="right"/>
      </w:pPr>
      <w:r>
        <w:t>یہ دونوں آدمی</w:t>
      </w:r>
    </w:p>
    <w:p>
      <w:r>
        <w:rPr>
          <w:b/>
        </w:rPr>
        <w:t xml:space="preserve">[09:05] </w:t>
      </w:r>
      <w:r>
        <w:t>to ye dono aadmi agarche scholarship ke eitbar se itne bade nahi the jaisa ke freud aur marx aur darwin ka mamla hai, lekin</w:t>
      </w:r>
    </w:p>
    <w:p>
      <w:pPr>
        <w:jc w:val="right"/>
      </w:pPr>
      <w:r>
        <w:t>تو یہ دونوں آدمی اگرچہ اسکالرشپ کے اعتبار سے اتنے بڑے نہیں تھے جیسا کہ فرائیڈ اور مارکس اور ڈارون کا معاملہ ہے، لیکن</w:t>
      </w:r>
    </w:p>
    <w:p>
      <w:r>
        <w:rPr>
          <w:b/>
        </w:rPr>
        <w:t xml:space="preserve">[09:17] </w:t>
      </w:r>
      <w:r>
        <w:t>situation un ke liye wafir thi, is liye un ko bhi popularity mil gayi. ab main aap ko batana chahunga ke kaise kaise hua. darwin ko lijiye, sab se pehle aap darwin ne kya kya?</w:t>
      </w:r>
    </w:p>
    <w:p>
      <w:pPr>
        <w:jc w:val="right"/>
      </w:pPr>
      <w:r>
        <w:t>سچوئیشن ان کے لیے وافر تھی، اس لیے ان کو بھی پاپولیرٹی مل گئی۔ اب میں آپ کو بتانا چاہوں گا کہ کیسے کیسے ہوا۔ ڈارون کو لیجئے، سب سے پہلے آپ ڈارون نے کیا کیا؟</w:t>
      </w:r>
    </w:p>
    <w:p>
      <w:r>
        <w:rPr>
          <w:b/>
        </w:rPr>
        <w:t xml:space="preserve">[09:33] </w:t>
      </w:r>
      <w:r>
        <w:t>darwin ne ek lamba safar kiya tha samandaron ke kinare aur mukhtalif qism ke jo zindagi ke namune hain us ko dekha to us ne ek theory banai jis ko kehte hain theory of evolution ya biological evolution ya organic evolution.</w:t>
      </w:r>
    </w:p>
    <w:p>
      <w:pPr>
        <w:jc w:val="right"/>
      </w:pPr>
      <w:r>
        <w:t>ڈارون نے ایک لمبا سفر کیا تھا سمندروں کے کنارے اور مختلف قسم کے جو زندگی کے نمونے ہیں اس کو دیکھا تو اس نے ایک تھیوری بنائی جس کو کہتے ہیں تھیوری آف ایولوشن یا بیلاجیکل ایولوشن یا ارگینک ایولوشن۔</w:t>
      </w:r>
    </w:p>
    <w:p>
      <w:r>
        <w:rPr>
          <w:b/>
        </w:rPr>
        <w:t xml:space="preserve">[09:55] </w:t>
      </w:r>
      <w:r>
        <w:t>yani us ne ye dikhaya ki life jo hai us ki do kitaabein</w:t>
      </w:r>
    </w:p>
    <w:p>
      <w:pPr>
        <w:jc w:val="right"/>
      </w:pPr>
      <w:r>
        <w:t>یعنی اس نے یہ دکھایا کہ لائف جو ہے اس کی دو کتابیں</w:t>
      </w:r>
    </w:p>
    <w:p>
      <w:r>
        <w:rPr>
          <w:b/>
        </w:rPr>
        <w:t xml:space="preserve">[10:00] </w:t>
      </w:r>
      <w:r>
        <w:t>hain. ek kitaab naam hai origin of species, doosri kitaab ka naam hai descent of man.</w:t>
      </w:r>
    </w:p>
    <w:p>
      <w:pPr>
        <w:jc w:val="right"/>
      </w:pPr>
      <w:r>
        <w:t>ہیں۔ ایک کتاب نام ہے اوریجن آف اسپیشیز، دوسری کتاب کا نام ہے ڈیسنٹ آف مین۔</w:t>
      </w:r>
    </w:p>
    <w:p>
      <w:r>
        <w:rPr>
          <w:b/>
        </w:rPr>
        <w:t xml:space="preserve">[10:10] </w:t>
      </w:r>
      <w:r>
        <w:t>to us ne ye dikhaya ki life jo hai ek jo shuru mein life ek bani jo shayad amoeba hogi, wo phir is se evolutionary process ek chala jis ko naam diya us ne natural selection ka.</w:t>
      </w:r>
    </w:p>
    <w:p>
      <w:pPr>
        <w:jc w:val="right"/>
      </w:pPr>
      <w:r>
        <w:t>تو اس نے یہ دکھایا کہ لائف جو ہے ایک جو شروع میں لائف ایک بنی جو شاید امیبا ہوگی، وہ پھر اس سے ایولوشنری پروسیس ایک چلا جس کو جس کو نام دیا اس نے نیچرل سلیکشن کا۔</w:t>
      </w:r>
    </w:p>
    <w:p>
      <w:r>
        <w:rPr>
          <w:b/>
        </w:rPr>
        <w:t xml:space="preserve">[10:30] </w:t>
      </w:r>
      <w:r>
        <w:t>is se saari zindagi ban gayi. yani amoeba se le kar insaan tak sab jo hai ek natural process ke tahat ban</w:t>
      </w:r>
    </w:p>
    <w:p>
      <w:pPr>
        <w:jc w:val="right"/>
      </w:pPr>
      <w:r>
        <w:t>اس سے ساری زندگی بن گئی۔ یعنی امیبا سے لے کر انسان تک سب جو ہے ایک نیچرل پروسیس کے تحت بن</w:t>
      </w:r>
    </w:p>
    <w:p>
      <w:r>
        <w:rPr>
          <w:b/>
        </w:rPr>
        <w:t xml:space="preserve">[10:38] </w:t>
      </w:r>
      <w:r>
        <w:t>ae. is mein kisi creator ka, kisi khuda ka dakhal nahi hai. to apni kitab mein woh god ka naam leta hai darwin, lekin god ka naam ek samjhiye ke ek originator ke taur par, ek prime mover ke taur par, ya life ka pehla form jo hai woh create karne ke taur par.</w:t>
      </w:r>
    </w:p>
    <w:p>
      <w:pPr>
        <w:jc w:val="right"/>
      </w:pPr>
      <w:r>
        <w:t>ائے۔ اس میں کسی کریٹر کا، کسی خدا کا دخل نہیں ہے۔ تو اپنی کتاب میں وہ گاڈ کا نام لیتا ہے ڈارون، لیکن گاڈ کا نام ایک سمجھئے کہ ایک اوریجنیٹر کے طور پر، ایک پرائم موور کے طور پر، یا لائف کا پہلا فارم جو ہے وہ کریٹ کرنے کے طور پر۔</w:t>
      </w:r>
    </w:p>
    <w:p>
      <w:r>
        <w:rPr>
          <w:b/>
        </w:rPr>
        <w:t xml:space="preserve">[10:56] </w:t>
      </w:r>
      <w:r>
        <w:t>bas is ke baad khuda ka koi dakhil nahi. to yahan se wahan tak natural process chala, natural selection ke zariye se ye sab kuch hota chala gaya.</w:t>
      </w:r>
    </w:p>
    <w:p>
      <w:pPr>
        <w:jc w:val="right"/>
      </w:pPr>
      <w:r>
        <w:t>بس اس کے بعد خدا کا کوئی دخل نہیں۔ تو یہاں سے وہاں تک نیچرل پروسیس چلا، نیچرل سلیکشن کے ذریعے سے یہ سب کچھ ہوتا چلا گیا۔</w:t>
      </w:r>
    </w:p>
    <w:p>
      <w:r>
        <w:rPr>
          <w:b/>
        </w:rPr>
        <w:t xml:space="preserve">[11:05] </w:t>
      </w:r>
      <w:r>
        <w:t>ye itna zyada yani established hai ye is theory, lekin saari duniya mein chha gayi. wo saari duniya mein chha gayi.</w:t>
      </w:r>
    </w:p>
    <w:p>
      <w:pPr>
        <w:jc w:val="right"/>
      </w:pPr>
      <w:r>
        <w:t>یہ اتنا زیادہ یعنی اسٹیبلٹ ہے یہ اس یہ تھیوری، لیکن ساری دنیا میں چھا گئی۔ وہ ساری دنیا میں چھا گئی۔</w:t>
      </w:r>
    </w:p>
    <w:p>
      <w:r>
        <w:rPr>
          <w:b/>
        </w:rPr>
        <w:t xml:space="preserve">[11:15] </w:t>
      </w:r>
      <w:r>
        <w:t>bahut aakhri had tak established theory hai. is ka koi proof, scientific proof nahi hai. lekin chha gayi. ab dekhiye ki kaise kaise nadani ki baatein ki hain logon ne, jaise insaan kaise bana.</w:t>
      </w:r>
    </w:p>
    <w:p>
      <w:pPr>
        <w:jc w:val="right"/>
      </w:pPr>
      <w:r>
        <w:t>بہت آخری حد تک اسٹیبلٹ تھیوری ہے۔ اس کا کوئی پروف، سائنٹیفک پروف نہیں ہے۔ لیکن چھا گئی۔ اب دیکھیے کہ کیسے کیسے نادانی کی باتیں کی ہیں لوگوں نے، جیسے انسان کیسے بنا۔</w:t>
      </w:r>
    </w:p>
    <w:p>
      <w:r>
        <w:rPr>
          <w:b/>
        </w:rPr>
        <w:t xml:space="preserve">[11:29] </w:t>
      </w:r>
      <w:r>
        <w:t>to main ek zamane mein main ne bohat kai baras tak us ki study ki thi, darwinism ki ya evolution theory ki. to us zamane mein mujhe maloom hua ke india mein sirf ek hi museum hai jis ko kehte hain natural history museum.</w:t>
      </w:r>
    </w:p>
    <w:p>
      <w:pPr>
        <w:jc w:val="right"/>
      </w:pPr>
      <w:r>
        <w:t>تو میں ایک زمانے میں میں نے بہت کئی برس تک اس کی سٹڈی کی تھی، ڈارونزم کی یا ایولوشن تھیوری کی۔ تو اس زمانے میں مجھے معلوم ہوا کہ انڈیا میں صرف ایک ہی میوزیم ہے جس کو کہتے ہیں نیچرل ہسٹری میوزیم۔</w:t>
      </w:r>
    </w:p>
    <w:p>
      <w:r>
        <w:rPr>
          <w:b/>
        </w:rPr>
        <w:t xml:space="preserve">[11:44] </w:t>
      </w:r>
      <w:r>
        <w:t>wo hai chandi chandigarh mein. us waqt poore india mein ek hi tha natural history museum. ab shayad aur bhi hon. to main wahan gaya baqaida, wahan thhara main aur sab dekha main ne us ko.</w:t>
      </w:r>
    </w:p>
    <w:p>
      <w:pPr>
        <w:jc w:val="right"/>
      </w:pPr>
      <w:r>
        <w:t>وہ ہے چندی چندی گڑھ میں۔ اس وقت پورے انڈیا میں ایک ہی تھا نیچرل ہسٹری میوزیم۔ اب شاید اور بھی ہوں۔ تو میں وہاں گیا باقاعدہ، وہاں ٹھہرا میں اور سب دیکھا میں نے اس کو</w:t>
      </w:r>
    </w:p>
    <w:p>
      <w:r>
        <w:rPr>
          <w:b/>
        </w:rPr>
        <w:t xml:space="preserve">[11:57] </w:t>
      </w:r>
      <w:r>
        <w:t>to maine box se study bhi ki aur usi ke sath ja kar ke woh museum ko bhi dekha. ab wahan par main batata hoon kya qissa tha.</w:t>
      </w:r>
    </w:p>
    <w:p>
      <w:pPr>
        <w:jc w:val="right"/>
      </w:pPr>
      <w:r>
        <w:t>۔ تو میں نے بکس سے اسٹڈی بھی کی اور اسی کے ساتھ جا کر کے وہ میوزیم کو بھی دیکھا۔ اب وہاں پر میں بتاتا ہوں کیا قصہ تھا۔</w:t>
      </w:r>
    </w:p>
    <w:p>
      <w:r>
        <w:rPr>
          <w:b/>
        </w:rPr>
        <w:t xml:space="preserve">[12:07] </w:t>
      </w:r>
      <w:r>
        <w:t>ek jagah wahan par tha ke ek ghore ko khara kar rakha tha unhon ne. do dhanche the, ek insan ka dhancha jo sidha khara hua tha, ek ghore ka tha jo pichle paon par khara khara hua tha.</w:t>
      </w:r>
    </w:p>
    <w:p>
      <w:pPr>
        <w:jc w:val="right"/>
      </w:pPr>
      <w:r>
        <w:t>ایک جگہ وہاں پر تھا کہ ایک گھوڑے کو کھڑا کر رکھا تھا انہوں نے۔ دو ڈھانچے تھے، ایک انسان کا ڈھانچہ جو سیدھا کھڑا ہوا تھا، ایک گھوڑے کا تھا جو پچھلے پاؤں پر کھڑا کھڑا ہوا تھا۔</w:t>
      </w:r>
    </w:p>
    <w:p>
      <w:r>
        <w:rPr>
          <w:b/>
        </w:rPr>
        <w:t xml:space="preserve">[12:19] </w:t>
      </w:r>
      <w:r>
        <w:t>us ke upar ke jo paon latak rahe the hath ke tariqe se, is liye dono paon par khara hua tha.</w:t>
      </w:r>
    </w:p>
    <w:p>
      <w:pPr>
        <w:jc w:val="right"/>
      </w:pPr>
      <w:r>
        <w:t>اس کے اوپر کے جو پاؤں لٹک رہے تھے ہاتھ کے طریقے سے، اس لیے دونوں پاؤں پر کھڑا ہوا تھا۔</w:t>
      </w:r>
    </w:p>
    <w:p>
      <w:r>
        <w:rPr>
          <w:b/>
        </w:rPr>
        <w:t xml:space="preserve">[12:25] </w:t>
      </w:r>
      <w:r>
        <w:t>woh us ko aisi ek frame bana kar us ko khara kar diya gaya tha. dikhaya gaya tha ke yeh ghora jo hai wohi insan ban gaya hai.</w:t>
      </w:r>
    </w:p>
    <w:p>
      <w:pPr>
        <w:jc w:val="right"/>
      </w:pPr>
      <w:r>
        <w:t>وہ اس کو ایسی ایک فریم بنا کر اس کو کھڑا کر دیا گیا تھا۔ دکھایا گیا تھا کہ یہ گھوڑا جو ہے وہی انسان بن گیا ہے۔</w:t>
      </w:r>
    </w:p>
    <w:p>
      <w:r>
        <w:rPr>
          <w:b/>
        </w:rPr>
        <w:t xml:space="preserve">[12:36] </w:t>
      </w:r>
      <w:r>
        <w:t>ghora jo hai woh insan ban gaya hai. yani aap jante hain ke sab janwar jo hain quadruped hain, chaupaye hain. yani four leg se chalte hain.</w:t>
      </w:r>
    </w:p>
    <w:p>
      <w:pPr>
        <w:jc w:val="right"/>
      </w:pPr>
      <w:r>
        <w:t>گھوڑا جو ہے وہ انسان بن گیا ہے۔ یعنی آپ جانتے ہیں کہ سب جانور جو ہیں کوئیڈرپل ہیں، چوپائے ہیں۔ یعنی فور لیگ سے چلتے ہیں۔</w:t>
      </w:r>
    </w:p>
    <w:p>
      <w:r>
        <w:rPr>
          <w:b/>
        </w:rPr>
        <w:t xml:space="preserve">[12:47] </w:t>
      </w:r>
      <w:r>
        <w:t>to hote hote hote ek development hua ke pichle do pairon se khara hone laga haiwan. khara hote hote hote phir insan ban gaya.</w:t>
      </w:r>
    </w:p>
    <w:p>
      <w:pPr>
        <w:jc w:val="right"/>
      </w:pPr>
      <w:r>
        <w:t>تو ہوتے ہوتے ہوتے ایک ڈیولپمنٹ ہوا کہ پچھلے دو پیروں سے کھڑا ہونے لگا حیوان۔ کھڑا ہوتے ہوتے ہوتے پھر انسان بن گیا۔</w:t>
      </w:r>
    </w:p>
    <w:p>
      <w:r>
        <w:rPr>
          <w:b/>
        </w:rPr>
        <w:t xml:space="preserve">[12:55] </w:t>
      </w:r>
      <w:r>
        <w:t>to us ki ek bohat hi dilchasp woh hai. yani kitabon mein aaya hai, abhi paper mein bhi aaya hai. woh yani June 15 ke paper mein aap dekh sakte hain, English paper hain, June 15 ke.</w:t>
      </w:r>
    </w:p>
    <w:p>
      <w:pPr>
        <w:jc w:val="right"/>
      </w:pPr>
      <w:r>
        <w:t>تو اس کی ایک بہت ہی دلچسپ وہ ہے۔ یعنی کتابوں میں آیا ہے، ابھی پیپر میں بھی آیا ہے۔ وہ یعنی جون 15 کے پیپر میں آپ دیکھ سکتے ہیں، انگلش پیپر ہیں، جون 15 کے۔</w:t>
      </w:r>
    </w:p>
    <w:p>
      <w:r>
        <w:rPr>
          <w:b/>
        </w:rPr>
        <w:t xml:space="preserve">[13:11] </w:t>
      </w:r>
      <w:r>
        <w:t>to us mein batate hain woh ke insan ke jo back, pichhe back ki haddi jo hai, us mein aap jante hain ke vulnerability hai.</w:t>
      </w:r>
    </w:p>
    <w:p>
      <w:pPr>
        <w:jc w:val="right"/>
      </w:pPr>
      <w:r>
        <w:t>تو اس میں بتاتے ہیں وہ کہ انسان کے جو بیک، پیچھے بیک کی ہڈی جو ہے، اس میں آپ جانتے ہیں کہ ولڈریبلٹی ہے۔</w:t>
      </w:r>
    </w:p>
    <w:p>
      <w:r>
        <w:rPr>
          <w:b/>
        </w:rPr>
        <w:t xml:space="preserve">[13:25] </w:t>
      </w:r>
      <w:r>
        <w:t>aaj kal yeh mana jata hai ke aadmi zara sa kuch ulta ho jaye, kuch dab jaye, dab jaye, dab jaye to pichhe ki rect haddi mein takleef ho jati hai.</w:t>
      </w:r>
    </w:p>
    <w:p>
      <w:pPr>
        <w:jc w:val="right"/>
      </w:pPr>
      <w:r>
        <w:t>آج کل یہ مانا جاتا ہے کہ آدمی ذرا سا کچھ الٹا ہو جائے، کچھ دب جائے، دب جائے، دب جائے تو پیچھے کی ریٹ ہڈی میں تکلیف ہو جاتی ہے۔</w:t>
      </w:r>
    </w:p>
    <w:p>
      <w:r>
        <w:rPr>
          <w:b/>
        </w:rPr>
        <w:t xml:space="preserve">[13:36] </w:t>
      </w:r>
      <w:r>
        <w:t>to rect ki haddi ko mana jata hai bohat hi vulnerable. to vulnerable kyun hai?</w:t>
      </w:r>
    </w:p>
    <w:p>
      <w:pPr>
        <w:jc w:val="right"/>
      </w:pPr>
      <w:r>
        <w:t>تو ریٹ کی ہڈی کو مانا جاتا ہے بہت ہی ولڈریبل۔ تو ولڈریبل کیوں ہے؟</w:t>
      </w:r>
    </w:p>
    <w:p>
      <w:r>
        <w:rPr>
          <w:b/>
        </w:rPr>
        <w:t xml:space="preserve">[13:41] </w:t>
      </w:r>
      <w:r>
        <w:t>to yeh kehte hain ke vulnerability of lower back is due to evolutionary adaptation.</w:t>
      </w:r>
    </w:p>
    <w:p>
      <w:pPr>
        <w:jc w:val="right"/>
      </w:pPr>
      <w:r>
        <w:t>تو یہ کہتے ہیں کہ کہ ولڈریبلٹی آف لوورر بیک از ڈیو ٹو ایولوشنری ایڈیپٹیشن۔</w:t>
      </w:r>
    </w:p>
    <w:p>
      <w:r>
        <w:rPr>
          <w:b/>
        </w:rPr>
        <w:t xml:space="preserve">[13:50] </w:t>
      </w:r>
      <w:r>
        <w:t>yani vulnerability of lower back is due to evolutionary adaptation. yani jab haiwan jo hai, animal, do paon par khara ho gaya, pichhe ke paon par,</w:t>
      </w:r>
    </w:p>
    <w:p>
      <w:pPr>
        <w:jc w:val="right"/>
      </w:pPr>
      <w:r>
        <w:t>یعنی ولڈریبلٹی آف لوورر بیک از ڈیو ٹو ایولوشنری ایڈیپٹیشن۔ یعنی جب حیوان جو ہے، اینیمل، دو پاؤں پر کھڑا ہو گیا، پیچھے کے پاؤں پر،</w:t>
      </w:r>
    </w:p>
    <w:p>
      <w:r>
        <w:rPr>
          <w:b/>
        </w:rPr>
        <w:t xml:space="preserve">[14:04] </w:t>
      </w:r>
      <w:r>
        <w:t>to to jab char paon par chal raha tha to woh to vulnerable nahi tha woh. lekin jab khara ho gaya to sara bojh aa gaya pi</w:t>
      </w:r>
    </w:p>
    <w:p>
      <w:pPr>
        <w:jc w:val="right"/>
      </w:pPr>
      <w:r>
        <w:t>تو تو جب چار پاؤں پر چل رہا تھا تو وہ تو ولڈریبل نہیں تھا وہ۔ لیکن جب کھڑا ہو گیا تو سارا بوجھ آ گیا پی</w:t>
      </w:r>
    </w:p>
    <w:p>
      <w:r>
        <w:rPr>
          <w:b/>
        </w:rPr>
        <w:t xml:space="preserve">[14:12] </w:t>
      </w:r>
      <w:r>
        <w:t>th ke upar. to woh peeth jo hai vulnerable ho gayi aur bohat jald woh us mein koi woh ho jata hai, koi koi garbar ho jata hai, koi kharabi aa jati hai.</w:t>
      </w:r>
    </w:p>
    <w:p>
      <w:pPr>
        <w:jc w:val="right"/>
      </w:pPr>
      <w:r>
        <w:t>ٹھ کے اوپر۔ تو وہ پیٹھ جو ہے ولڈریبل ہو گئی اور بہت جلد وہ اس میں کوئی وہ ہو جاتا ہے، کوئی کوئی گڑبڑ ہو جاتا ہے، کوئی خرابی آ جاتی ہے۔</w:t>
      </w:r>
    </w:p>
    <w:p>
      <w:r>
        <w:rPr>
          <w:b/>
        </w:rPr>
        <w:t xml:space="preserve">[14:23] </w:t>
      </w:r>
      <w:r>
        <w:t>yeh bilkul ahmaqana baat hai. dekhiye, peeth ke jo lower back ke jo aaj kal cases aa rahe hain, bohat zyada woh sab aaj kal aa rahe hain, 20, 25 saal ke andar.</w:t>
      </w:r>
    </w:p>
    <w:p>
      <w:pPr>
        <w:jc w:val="right"/>
      </w:pPr>
      <w:r>
        <w:t>یہ بالکل احمقانہ بات ہے۔ دیکھیے، پیٹھ کے جو لوورر بیک کے جو آج کل کیسز آ رہے ہیں، بہت زیادہ وہ سب آج کل آ رہے ہیں، 20، 25 سال کے اندر۔</w:t>
      </w:r>
    </w:p>
    <w:p>
      <w:r>
        <w:rPr>
          <w:b/>
        </w:rPr>
        <w:t xml:space="preserve">[14:35] </w:t>
      </w:r>
      <w:r>
        <w:t>is se pehle hazaaron saal tak yeh sab case nahi hua karte the. kitni badi fallacy hai yeh. fallacy</w:t>
      </w:r>
    </w:p>
    <w:p>
      <w:pPr>
        <w:jc w:val="right"/>
      </w:pPr>
      <w:r>
        <w:t>اس سے پہلے ہزاروں سال تک یہ سب کیس نہیں ہوا کرتے تھے۔ کتنی بڑی فلیسی ہے یہ۔ فلیسی</w:t>
      </w:r>
    </w:p>
    <w:p>
      <w:r>
        <w:rPr>
          <w:b/>
        </w:rPr>
        <w:t xml:space="preserve">[14:43] </w:t>
      </w:r>
      <w:r>
        <w:t>mere bachpan mein kabhi suna bhi nahi tha ke back ka problem, back ka problem aaj kal aata hai. to kyun hai yeh? yeh evolution ki wajah se nahi hai, yeh yeh comfort culture ki wajah se hai.</w:t>
      </w:r>
    </w:p>
    <w:p>
      <w:pPr>
        <w:jc w:val="right"/>
      </w:pPr>
      <w:r>
        <w:t>میرے بچپن میں کبھی سنا بھی نہیں تھا کہ کہ بیک کا پرابلم، بیک کا پرابلم آج کل آتا ہے۔ تو کیوں ہے یہ؟ یہ ایولوشن کی وجہ سے نہیں ہے، یہ یہ کمفرٹ کلچر کی وجہ سے ہے۔</w:t>
      </w:r>
    </w:p>
    <w:p>
      <w:r>
        <w:rPr>
          <w:b/>
        </w:rPr>
        <w:t xml:space="preserve">[14:57] </w:t>
      </w:r>
      <w:r>
        <w:t>comfort culture jab se yeh aaya hai, yeh touch button culture ya push button culture pehle aaya tha. push button culture ke is ko dabao to kuch hoga, phir aap to chhone se hota hai.</w:t>
      </w:r>
    </w:p>
    <w:p>
      <w:pPr>
        <w:jc w:val="right"/>
      </w:pPr>
      <w:r>
        <w:t>کمفرٹ کلچر جب سے یہ آیا ہے، یہ ٹچ بٹن کلچر یا پش بٹن کلچر پہلے آیا تھا۔ پش بٹن کلچر کہ اس کو دباؤ تو کچھ ہوگا، پھر آپ تو چھونے سے ہوتا ہے۔</w:t>
      </w:r>
    </w:p>
    <w:p>
      <w:r>
        <w:rPr>
          <w:b/>
        </w:rPr>
        <w:t xml:space="preserve">[15:10] </w:t>
      </w:r>
      <w:r>
        <w:t>jab</w:t>
      </w:r>
    </w:p>
    <w:p>
      <w:pPr>
        <w:jc w:val="right"/>
      </w:pPr>
      <w:r>
        <w:t>جب</w:t>
      </w:r>
    </w:p>
    <w:p>
      <w:r>
        <w:rPr>
          <w:b/>
        </w:rPr>
        <w:t xml:space="preserve">[15:11] </w:t>
      </w:r>
      <w:r>
        <w:t>ab aap ek automatic car mein baithe hain to sirf aap ko chhona kafi hai, kuch hath ko kuch hilana nahi hai. main bachpan naujawani ki umar mein main type karta tha, woh jo pehle zamane ka manual typewriter hota tha, us mein ungli ko marna padta tha.</w:t>
      </w:r>
    </w:p>
    <w:p>
      <w:pPr>
        <w:jc w:val="right"/>
      </w:pPr>
      <w:r>
        <w:t>اب آپ ایک آٹومیٹک کار میں بیٹھے ہیں تو صرف آپ کو چھونا کافی ہے، کچھ ہاتھ کو کچھ ہلانا نہیں ہے۔ میں بچپن نوجوانی کی عمر میں میں ٹائپ کرتا تھا، وہ جو پہلے زمانے کا مینول ٹائپ رائٹر ہوتا تھا، اس میں انگلی کو مارنا پڑتا تھا۔</w:t>
      </w:r>
    </w:p>
    <w:p>
      <w:r>
        <w:rPr>
          <w:b/>
        </w:rPr>
        <w:t xml:space="preserve">[15:26] </w:t>
      </w:r>
      <w:r>
        <w:t>to ungliyon ki achhi khasi exercise hoti thi. ab jo computer hota hai to aap sirf chhote hain, chhote hain aur type hota chala jata hai. to yeh ek hai comfort culture.</w:t>
      </w:r>
    </w:p>
    <w:p>
      <w:pPr>
        <w:jc w:val="right"/>
      </w:pPr>
      <w:r>
        <w:t>تو انگلیوں کی اچھی خاصی ایکسرسائز ہوتی تھی۔ اب جو کمپیوٹر ہوتا ہے تو آپ صرف چھوتے ہیں، چھوتے ہیں اور ٹائپ ہوتا چلا جاتا ہے۔ تو یہ ایک ہے کمفرٹ کلچر۔</w:t>
      </w:r>
    </w:p>
    <w:p>
      <w:r>
        <w:rPr>
          <w:b/>
        </w:rPr>
        <w:t xml:space="preserve">[15:37] </w:t>
      </w:r>
      <w:r>
        <w:t>yani kahin bhi aap ko hath ko paon ko hilana nahi padta.</w:t>
      </w:r>
    </w:p>
    <w:p>
      <w:pPr>
        <w:jc w:val="right"/>
      </w:pPr>
      <w:r>
        <w:t>یعنی کہیں بھی آپ کو ہاتھ کو پاؤں کو ہلانا نہیں پڑتا۔</w:t>
      </w:r>
    </w:p>
    <w:p>
      <w:r>
        <w:rPr>
          <w:b/>
        </w:rPr>
        <w:t xml:space="preserve">[15:42] </w:t>
      </w:r>
      <w:r>
        <w:t>to pehle jo zindagi thi, pehle woh har waqt warzish hoti rehti thi, har waqt exercise hoti rehti thi. ghar mein, bahar, kheti mein, kahin bhi hath chalta chalta tha, paon chalta tha, har waqt warzish, har waqt warzish.</w:t>
      </w:r>
    </w:p>
    <w:p>
      <w:pPr>
        <w:jc w:val="right"/>
      </w:pPr>
      <w:r>
        <w:t>تو پہلے جو زندگی تھی، پہلے وہ ہر وقت ورزش ہوتی رہتی تھی، ہر وقت ایکسرسائز ہوتی رہتی تھی۔ گھر میں، باہر، کھیتی میں، کہیں بھی ہاتھ چلتا چلتا تھا، پاؤں چلتا تھا، ہر وقت ورزش، ہر وقت ورزش۔</w:t>
      </w:r>
    </w:p>
    <w:p>
      <w:r>
        <w:rPr>
          <w:b/>
        </w:rPr>
        <w:t xml:space="preserve">[15:57] </w:t>
      </w:r>
      <w:r>
        <w:t>to asal cheez exercise na hone ki wajah se yeh yeh problem hai, na ke evolution ki wajah se.</w:t>
      </w:r>
    </w:p>
    <w:p>
      <w:pPr>
        <w:jc w:val="right"/>
      </w:pPr>
      <w:r>
        <w:t>تو اصل چیز ایکسرسائز نہ ہونے کی وجہ سے یہ یہ پرابلم ہے، نہ کہ ایولوشن کی وجہ سے۔</w:t>
      </w:r>
    </w:p>
    <w:p>
      <w:r>
        <w:rPr>
          <w:b/>
        </w:rPr>
        <w:t xml:space="preserve">[16:06] </w:t>
      </w:r>
      <w:r>
        <w:t>comfort culture ne back problem paida kar rakha hai. aaj kal kya hai? aadmi</w:t>
      </w:r>
    </w:p>
    <w:p>
      <w:pPr>
        <w:jc w:val="right"/>
      </w:pPr>
      <w:r>
        <w:t>کمفرٹ کلچر نے بیک پرابلم پیدا کر رکھا ہے۔ آج کل کیا ہے؟ آدمی</w:t>
      </w:r>
    </w:p>
    <w:p>
      <w:r>
        <w:rPr>
          <w:b/>
        </w:rPr>
        <w:t xml:space="preserve">[16:11] </w:t>
      </w:r>
      <w:r>
        <w:t>kuch karta hi nahin, sirf baitha hua hai aur button ko chho raha hai aur sab kuch hua chala ja raha hai. aap aeropel bhi urate hain to is mein kuch aap ko karna nahin padta, sirf button ko chhona padta hai.</w:t>
      </w:r>
    </w:p>
    <w:p>
      <w:pPr>
        <w:jc w:val="right"/>
      </w:pPr>
      <w:r>
        <w:t>کچھ کرتا ہی نہیں، صرف بیٹھا ہوا ہے اور بٹن کو چھو رہا ہے اور سب کچھ ہوا چلا جا رہا ہے۔ آپ ایروپیل بھی اڑاتے ہیں تو اس میں کچھ آپ کو کرنا نہیں پڑتا، صرف بٹن کو چھونا پڑتا ہے۔</w:t>
      </w:r>
    </w:p>
    <w:p>
      <w:r>
        <w:rPr>
          <w:b/>
        </w:rPr>
        <w:t xml:space="preserve">[16:24] </w:t>
      </w:r>
      <w:r>
        <w:t>computer par baithte hain to aap ko kuch karna nahin padta, aap ko koi exercise nahin. aap ek dam aise baithe hue hain der der tak.</w:t>
      </w:r>
    </w:p>
    <w:p>
      <w:pPr>
        <w:jc w:val="right"/>
      </w:pPr>
      <w:r>
        <w:t>کمپیوٹر پر بیٹھتے ہیں تو آپ کو کچھ کرنا نہیں پڑتا، آپ کو کوئی ایکسرسائز نہیں۔ آپ ایک دم ایسے بیٹھے ہوئے ہیں دیر دیر تک۔</w:t>
      </w:r>
    </w:p>
    <w:p>
      <w:r>
        <w:rPr>
          <w:b/>
        </w:rPr>
        <w:t xml:space="preserve">[16:32] </w:t>
      </w:r>
      <w:r>
        <w:t>to jo cheez aai hai comfort culture ki wajah se, us ko attribute kar diya unhon ne evolutionary adaptation ki wajah se.</w:t>
      </w:r>
    </w:p>
    <w:p>
      <w:pPr>
        <w:jc w:val="right"/>
      </w:pPr>
      <w:r>
        <w:t>تو جو چیز آئی ہے کمفرٹ کلچر کی وجہ سے، اس کو ایٹریبیوٹ کر دیا انہوں نے ایولوشنری ایڈیپٹیشن کی وجہ سے۔</w:t>
      </w:r>
    </w:p>
    <w:p>
      <w:r>
        <w:rPr>
          <w:b/>
        </w:rPr>
        <w:t xml:space="preserve">[16:42] </w:t>
      </w:r>
      <w:r>
        <w:t>ye ek ek ek banawati word hai, there is nothing as evolutionary adaptation. is ka koi bhi scientific proof nahin hai.</w:t>
      </w:r>
    </w:p>
    <w:p>
      <w:pPr>
        <w:jc w:val="right"/>
      </w:pPr>
      <w:r>
        <w:t>یہ ایک ایک ایک بناوٹی ورڈ ہے، دیر از نتھنگ ایز ایولوشنری ایڈیپٹیشن۔ اس کا کوئی بھی سائنٹیفک پروف نہیں ہے۔</w:t>
      </w:r>
    </w:p>
    <w:p>
      <w:r>
        <w:rPr>
          <w:b/>
        </w:rPr>
        <w:t xml:space="preserve">[16:52] </w:t>
      </w:r>
      <w:r>
        <w:t>lekin is ka nuqsan kya hua? dekhiye, bahut bada nuqsan.</w:t>
      </w:r>
    </w:p>
    <w:p>
      <w:pPr>
        <w:jc w:val="right"/>
      </w:pPr>
      <w:r>
        <w:t>لیکن اس کا نقصان کیا ہوا؟ دیکھیے، بہت بڑا نقصان۔</w:t>
      </w:r>
    </w:p>
    <w:p>
      <w:r>
        <w:rPr>
          <w:b/>
        </w:rPr>
        <w:t xml:space="preserve">[16:58] </w:t>
      </w:r>
      <w:r>
        <w:t>nuqsan ye hua ki God Almighty, jo hamara creator hai, hamara sustainer hai, jis jo hum ko sab kuch de raha hai, woh sab kat gaye.</w:t>
      </w:r>
    </w:p>
    <w:p>
      <w:pPr>
        <w:jc w:val="right"/>
      </w:pPr>
      <w:r>
        <w:t>نقصان یہ ہوا کہ گاڈ المائٹی، جو ہمارا کریٹر ہے، ہمارا سسٹینر ہے، جس جو ہم کو سب کچھ دے رہا ہے، وہ سب کٹ گئے۔</w:t>
      </w:r>
    </w:p>
    <w:p>
      <w:r>
        <w:rPr>
          <w:b/>
        </w:rPr>
        <w:t xml:space="preserve">[17:09] </w:t>
      </w:r>
      <w:r>
        <w:t>ab sirf is ka darja kya hoga? originator ka. first form of life banaya us ne. is ke baad sab kuch nature se ho raha hai. to dua kis liye karenge aap?</w:t>
      </w:r>
    </w:p>
    <w:p>
      <w:pPr>
        <w:jc w:val="right"/>
      </w:pPr>
      <w:r>
        <w:t>اب صرف اس کا درجہ کیا ہوگا؟ اوریجنیٹر کا۔ فرسٹ فارم آف لائف بنایا اس نے۔ اس کے بعد سب کچھ نیچر سے ہو رہا ہے۔ تو دعا کس لیے کریں گے آپ؟</w:t>
      </w:r>
    </w:p>
    <w:p>
      <w:r>
        <w:rPr>
          <w:b/>
        </w:rPr>
        <w:t xml:space="preserve">[17:20] </w:t>
      </w:r>
      <w:r>
        <w:t>ya ibaadat aap kis liye karenge aap? khuda se maangen kyon maangen ge? khuda se mohabbat kyon karenge aap</w:t>
      </w:r>
    </w:p>
    <w:p>
      <w:pPr>
        <w:jc w:val="right"/>
      </w:pPr>
      <w:r>
        <w:t>یا عبادت آپ کس لیے کریں گے آپ؟ خدا سے مانگیں کیوں مانگیں گے؟ خدا سے محبت کیوں کریں گے آپ</w:t>
      </w:r>
    </w:p>
    <w:p>
      <w:r>
        <w:rPr>
          <w:b/>
        </w:rPr>
        <w:t xml:space="preserve">[17:27] </w:t>
      </w:r>
      <w:r>
        <w:t>? khuda se darenge kyun aap? accountability ki zaroorat kya pesh aayegi aap ko? sab kuch jo hai eliminate ho gaya. to darwin ne jo jo theory di, woh bazaahir to ek dev theory thi, lekin woh bohat hi fatal thi, fatal ke poora lecture, poora poora culture badal kar rakh diya us ne.</w:t>
      </w:r>
    </w:p>
    <w:p>
      <w:pPr>
        <w:jc w:val="right"/>
      </w:pPr>
      <w:r>
        <w:t>؟ خدا سے ڈریں گے کیوں آپ؟ اکاؤنٹیبلٹی کی ضرورت کیا پیش آئے گی آپ کو؟ سب کچھ جو ہے ایلیمینیٹ ہو گیا۔ تو ڈارون نے جو جو تھیوری دی، وہ بظاہر تو ایک ڈیو تھیوری تھی، لیکن وہ بہت ہی فیٹل تھی، فیٹل کہ پورا لیکچر، پورا پورا کلچر بدل کر رکھ دیا اس نے۔</w:t>
      </w:r>
    </w:p>
    <w:p>
      <w:r>
        <w:rPr>
          <w:b/>
        </w:rPr>
        <w:t xml:space="preserve">[17:49] </w:t>
      </w:r>
      <w:r>
        <w:t>is liye aap dekhiye ga, aaj kal ke zamane mein koi darta hai khuda se? na koi kisi ko khuda se dar hai, na dar hai, na mohabbat hai, na accountability hai, na sachchi dua hai, na sachchi ibaadat hai.</w:t>
      </w:r>
    </w:p>
    <w:p>
      <w:pPr>
        <w:jc w:val="right"/>
      </w:pPr>
      <w:r>
        <w:t>اس لیے آپ دیکھیے گا، آج کل کے زمانے میں کوئی ڈرتا ہے خدا سے؟ نہ کوئی کسی کو خدا سے ڈر ہے، نہ ڈر ہے، نہ محبت ہے، نہ اکاؤنٹیبلٹی ہے، نہ سچی دعا ہے، نہ سچی عبادت ہے۔</w:t>
      </w:r>
    </w:p>
    <w:p>
      <w:r>
        <w:rPr>
          <w:b/>
        </w:rPr>
        <w:t xml:space="preserve">[18:01] </w:t>
      </w:r>
      <w:r>
        <w:t>woh sab kuch to natural process hua chala ja raha hai. to jis ko kahte hain arabi mein sultat al-abd bi-rabbih, bande ka talluq apne rab se, woh sab khatam ho gaya.</w:t>
      </w:r>
    </w:p>
    <w:p>
      <w:pPr>
        <w:jc w:val="right"/>
      </w:pPr>
      <w:r>
        <w:t>وہ سب کچھ تو نیچرل پروسیس ہوا چلا جا رہا ہے۔ تو جس کو کہتے ہیں عربی میں صلت العبد بربہ، بندے کا تعلق اپنے رب سے، وہ سب ختم ہو گیا۔</w:t>
      </w:r>
    </w:p>
    <w:p>
      <w:r>
        <w:rPr>
          <w:b/>
        </w:rPr>
        <w:t xml:space="preserve">[18:14] </w:t>
      </w:r>
      <w:r>
        <w:t>ab to ek daur ka ek ek ek daur ka ek concept hai ki kabhi bahut billion saal pehle khuda ne ek ek first form of life bana diya, ek amoeba bana diya, aur is ke baad sab kuch hua chala ja raha hai.</w:t>
      </w:r>
    </w:p>
    <w:p>
      <w:pPr>
        <w:jc w:val="right"/>
      </w:pPr>
      <w:r>
        <w:t>اب تو ایک دور کا ایک ایک ایک دور کا ایک کانسیپٹ ہے کہ کبھی بہت بلین سال پہلے خدا نے ایک ایک فرسٹ فارم آف لائف بنا دیا، ایک امیبا بنا دیا، اور اس کے بعد سب کچھ ہوا چلا جا رہا ہے۔</w:t>
      </w:r>
    </w:p>
    <w:p>
      <w:r>
        <w:rPr>
          <w:b/>
        </w:rPr>
        <w:t xml:space="preserve">[18:31] </w:t>
      </w:r>
      <w:r>
        <w:t>bohat hi anokhe tareeqay par sab kuch hua chala ja raha hai. jaise misaal ke taur par darwin ne ek misaal di hai ke goat jo hai kaise giraffe ban gayi.</w:t>
      </w:r>
    </w:p>
    <w:p>
      <w:pPr>
        <w:jc w:val="right"/>
      </w:pPr>
      <w:r>
        <w:t>بہت ہی انوکھے طریقے پر سب کچھ ہوا چلا جا رہا ہے۔ جیسے مثال کے طور پر ڈارون نے ایک مثال دی ہے کہ گوٹ جو ہے کیسے زرافہ بن گئی۔</w:t>
      </w:r>
    </w:p>
    <w:p>
      <w:r>
        <w:rPr>
          <w:b/>
        </w:rPr>
        <w:t xml:space="preserve">[18:43] </w:t>
      </w:r>
      <w:r>
        <w:t>goat aur giraffe mein ek similarity hai is ke dhanche mein. to kya kya unhon ne ki ek goat ke chaar bachche paida hue.</w:t>
      </w:r>
    </w:p>
    <w:p>
      <w:pPr>
        <w:jc w:val="right"/>
      </w:pPr>
      <w:r>
        <w:t>گوٹ اور زرافہ میں ایک سمیلریٹی ہے اس کے ڈھانچے میں۔ تو کیا کیا انہوں نے کہ ایک گوٹ کے چار بچے پیدا ہوئے۔</w:t>
      </w:r>
    </w:p>
    <w:p>
      <w:r>
        <w:rPr>
          <w:b/>
        </w:rPr>
        <w:t xml:space="preserve">[18:55] </w:t>
      </w:r>
      <w:r>
        <w:t>ab chaar bachchon mein kisi ek bachche ki thodi si ye neck jo thi, gardan thodi si lambi thi. to charne ka zamana tha, woh charai karte the log.</w:t>
      </w:r>
    </w:p>
    <w:p>
      <w:pPr>
        <w:jc w:val="right"/>
      </w:pPr>
      <w:r>
        <w:t>اب چار بچوں میں کسی ایک بچے کی تھوڑی سی یہ نیک جو تھی، گردن تھوڑی سی لمبی تھی۔ تو چرنے کا زمانہ تھا، وہ چرائی کرتے تھے لوگ۔</w:t>
      </w:r>
    </w:p>
    <w:p>
      <w:r>
        <w:rPr>
          <w:b/>
        </w:rPr>
        <w:t xml:space="preserve">[19:05] </w:t>
      </w:r>
      <w:r>
        <w:t>to neeche ka chara jab khatam ho gaya aur upar ka darakhton ki pattian hi available rahin, to to chhoti gardan wale sab mar gaye.</w:t>
      </w:r>
    </w:p>
    <w:p>
      <w:pPr>
        <w:jc w:val="right"/>
      </w:pPr>
      <w:r>
        <w:t>تو نیچے کا چرا جب ختم ہو گیا اور اوپر کا درختوں کی پتیاں ہی اویلیبل رہیں، تو تو چھوٹی گردن والے سب مر گئے۔</w:t>
      </w:r>
    </w:p>
    <w:p>
      <w:r>
        <w:rPr>
          <w:b/>
        </w:rPr>
        <w:t xml:space="preserve">[19:15] </w:t>
      </w:r>
      <w:r>
        <w:t>ab jo lambi gardan wala tha, woh upar tak hati tod sakta tha. to that is natural selection. to nature ne select kar liya us ko jo gardan dekhein lambi thi.</w:t>
      </w:r>
    </w:p>
    <w:p>
      <w:pPr>
        <w:jc w:val="right"/>
      </w:pPr>
      <w:r>
        <w:t>اب جو لمبی گردن والا تھا، وہ اوپر تک ہتی توڑ سکتا تھا۔ تو دیٹ از نیچرل سلیکشن۔ تو نیچر نے سلیکٹ کر لیا اس کو جو گردن دیکھیں لمبی تھی۔</w:t>
      </w:r>
    </w:p>
    <w:p>
      <w:r>
        <w:rPr>
          <w:b/>
        </w:rPr>
        <w:t xml:space="preserve">[19:25] </w:t>
      </w:r>
      <w:r>
        <w:t>ab phir is gardan lambi wale ke phir aur bachche paida hue, chaar ya jitne bhi. to is mein kisi ki gardan thodi si aur badi thi. to phir kya hua ki thoda aur upar tak woh kha sakta tha.</w:t>
      </w:r>
    </w:p>
    <w:p>
      <w:pPr>
        <w:jc w:val="right"/>
      </w:pPr>
      <w:r>
        <w:t>اب پھر اس گردن لمبی والے کے پھر اور بچے پیدا ہوئے، چار یا جتنے بھی۔ تو اس میں کسی کی گردن تھوڑی سی اور بڑی تھی۔ تو پھر کیا ہوا کہ تھوڑا اور اوپر تک وہ کھا سکتا تھا۔</w:t>
      </w:r>
    </w:p>
    <w:p>
      <w:r>
        <w:rPr>
          <w:b/>
        </w:rPr>
        <w:t xml:space="preserve">[19:36] </w:t>
      </w:r>
      <w:r>
        <w:t>to neeche ke sab mar gaye. to is tarah se generation of generation selection hota</w:t>
      </w:r>
    </w:p>
    <w:p>
      <w:pPr>
        <w:jc w:val="right"/>
      </w:pPr>
      <w:r>
        <w:t>تو نیچے کے سب مر گئے۔ تو اس طرح سے جنریشن آف جنریشن سلیکشن ہوتا</w:t>
      </w:r>
    </w:p>
    <w:p>
      <w:r>
        <w:rPr>
          <w:b/>
        </w:rPr>
        <w:t xml:space="preserve">[19:44] </w:t>
      </w:r>
      <w:r>
        <w:t>raha, yahan tak ki giraffe ban gaya. ab bilkul ye bilkul badness hai, ahmaqana baat hai ki goat jo hai giraffe ban gaya is tareeqe se.</w:t>
      </w:r>
    </w:p>
    <w:p>
      <w:pPr>
        <w:jc w:val="right"/>
      </w:pPr>
      <w:r>
        <w:t>رہا، یہاں تک کہ زرافہ بن گیا۔ اب بالکل یہ بالکل بیڈنس ہے، احمقانہ بات ہے کہ گوٹ جو ہے زرافہ بن گیا اس طریقے سے۔</w:t>
      </w:r>
    </w:p>
    <w:p>
      <w:r>
        <w:rPr>
          <w:b/>
        </w:rPr>
        <w:t xml:space="preserve">[19:53] </w:t>
      </w:r>
      <w:r>
        <w:t>ye to us story teller ki kahani hai. pehle zamane mein story teller aisa kaha karte the. wahi darwin ne kiya aur saari duniya ne us ko paal liya.</w:t>
      </w:r>
    </w:p>
    <w:p>
      <w:pPr>
        <w:jc w:val="right"/>
      </w:pPr>
      <w:r>
        <w:t>یہ تو اس سٹوری ٹیلر کی کہانی ہے۔ پہلے زمانے میں اسٹوری ٹیلر ایسا کہا کرتے تھے۔ وہی ڈارون نے کیا اور ساری دنیا نے اس کو پال لیا۔</w:t>
      </w:r>
    </w:p>
    <w:p>
      <w:r>
        <w:rPr>
          <w:b/>
        </w:rPr>
        <w:t xml:space="preserve">[20:03] </w:t>
      </w:r>
      <w:r>
        <w:t>kisi ne socha nahin ki bhai is ka scientific proof kya hai? There is no scientific proof at all. sara gas work hai.</w:t>
      </w:r>
    </w:p>
    <w:p>
      <w:pPr>
        <w:jc w:val="right"/>
      </w:pPr>
      <w:r>
        <w:t>کسی نے سوچا نہیں کہ بھئی اس کا سائنٹیفک پروف کیا ہے؟ دیر از نو سائنٹیفک پروف ایٹ آل۔ سارا گیس ورک ہے۔</w:t>
      </w:r>
    </w:p>
    <w:p>
      <w:r>
        <w:rPr>
          <w:b/>
        </w:rPr>
        <w:t xml:space="preserve">[20:12] </w:t>
      </w:r>
      <w:r>
        <w:t>gas work.</w:t>
      </w:r>
    </w:p>
    <w:p>
      <w:pPr>
        <w:jc w:val="right"/>
      </w:pPr>
      <w:r>
        <w:t>گیس ورک۔</w:t>
      </w:r>
    </w:p>
    <w:p>
      <w:r>
        <w:rPr>
          <w:b/>
        </w:rPr>
        <w:t xml:space="preserve">[20:13] </w:t>
      </w:r>
      <w:r>
        <w:t>main ne bahut padha hai evolution theory ko. sara gas work hai. koi ek bhi sab kuch kya base pe similarity pe base karta hai. similarity.</w:t>
      </w:r>
    </w:p>
    <w:p>
      <w:pPr>
        <w:jc w:val="right"/>
      </w:pPr>
      <w:r>
        <w:t>میں نے بہت پڑھا ہے ایولوشن تھیوری کو۔ سارا گیس ورک ہے۔ کوئی ایک بھی سب کچھ کیا بیس پہ سمیلریٹی پہ بیس کرتا ہے۔ سمیلریٹی۔</w:t>
      </w:r>
    </w:p>
    <w:p>
      <w:r>
        <w:rPr>
          <w:b/>
        </w:rPr>
        <w:t xml:space="preserve">[20:23] </w:t>
      </w:r>
      <w:r>
        <w:t>yani goat ka dhancha similar hai giraffe ke dhanche se. is liye giraffe jo hai ban gaya hai goat se. billi ka dhancha similar hai sher se.</w:t>
      </w:r>
    </w:p>
    <w:p>
      <w:pPr>
        <w:jc w:val="right"/>
      </w:pPr>
      <w:r>
        <w:t>یعنی گوٹ کا ڈھانچہ سمیلر ہے زرافے کے ڈھانچے سے۔ اس لیے زرافہ جو ہے بن گیا ہے گوٹ سے۔ بلی کا ڈھانچہ سمیلر ہے شیر سے۔</w:t>
      </w:r>
    </w:p>
    <w:p>
      <w:r>
        <w:rPr>
          <w:b/>
        </w:rPr>
        <w:t xml:space="preserve">[20:32] </w:t>
      </w:r>
      <w:r>
        <w:t>to billi jo hai woh sher ban gayi. ye kya? ye to badness hai.</w:t>
      </w:r>
    </w:p>
    <w:p>
      <w:pPr>
        <w:jc w:val="right"/>
      </w:pPr>
      <w:r>
        <w:t>تو بلی جو ہے وہ شیر بن گئی۔ یہ کیا؟ یہ تو بیڈنس ہے۔</w:t>
      </w:r>
    </w:p>
    <w:p>
      <w:r>
        <w:rPr>
          <w:b/>
        </w:rPr>
        <w:t xml:space="preserve">[20:37] </w:t>
      </w:r>
      <w:r>
        <w:t>jab tak aap dikhaen nahin ki billi sher ban rahi hai, goat giraffe ban rahi hai, tab tak ye gas, ye gas rahe ga.</w:t>
      </w:r>
    </w:p>
    <w:p>
      <w:pPr>
        <w:jc w:val="right"/>
      </w:pPr>
      <w:r>
        <w:t>جب تک آپ دکھائیں نہیں کہ بلی شیر بن رہی ہے، گوٹ زرافہ بن رہی ہے، تب تک یہ گیس، یہ گیس رہے گا۔</w:t>
      </w:r>
    </w:p>
    <w:p>
      <w:r>
        <w:rPr>
          <w:b/>
        </w:rPr>
        <w:t xml:space="preserve">[20:47] </w:t>
      </w:r>
      <w:r>
        <w:t>ye ye story rahegi. ye to ye darwin ne ye kiya aur us ko natural selection ka naam diya.</w:t>
      </w:r>
    </w:p>
    <w:p>
      <w:pPr>
        <w:jc w:val="right"/>
      </w:pPr>
      <w:r>
        <w:t>یہ یہ اسٹوری رہے گی۔ یہ تو یہ ڈارون نے یہ کیا اور اس کو نیچرل سلیکشن کا نام دیا۔</w:t>
      </w:r>
    </w:p>
    <w:p>
      <w:r>
        <w:rPr>
          <w:b/>
        </w:rPr>
        <w:t xml:space="preserve">[20:57] </w:t>
      </w:r>
      <w:r>
        <w:t>do term use karta hai woh: natural selection aur survival of the fittest. natural selection aur survival of the fit</w:t>
      </w:r>
    </w:p>
    <w:p>
      <w:pPr>
        <w:jc w:val="right"/>
      </w:pPr>
      <w:r>
        <w:t>دو ٹرم یوز کرتا ہے وہ: نیچرل سلیکشن اور سروائیول آف دا فٹسٹ۔ نیچرل سلیکشن اور سروائیول آف دا فٹ</w:t>
      </w:r>
    </w:p>
    <w:p>
      <w:r>
        <w:rPr>
          <w:b/>
        </w:rPr>
        <w:t xml:space="preserve">[21:06] </w:t>
      </w:r>
      <w:r>
        <w:t>st. to ek khoobsurat, main maanta hoon ke us ne bohat hi ek beautiful term banaya. us us ka badshah tha darwin, beautiful term banane ka.</w:t>
      </w:r>
    </w:p>
    <w:p>
      <w:pPr>
        <w:jc w:val="right"/>
      </w:pPr>
      <w:r>
        <w:t>سٹ۔ تو ایک خوبصورت، میں مانتا ہوں کہ اس نے بہت ہی ایک بیوٹی فل ٹرم بنایا۔ اس اس کا بادشاہ تھا ڈارون، بیوٹی فل ٹرم بنانے کا۔</w:t>
      </w:r>
    </w:p>
    <w:p>
      <w:r>
        <w:rPr>
          <w:b/>
        </w:rPr>
        <w:t xml:space="preserve">[21:14] </w:t>
      </w:r>
      <w:r>
        <w:t>lekin is term ke peeche kya tha? kuchh bhi nahi tha. us waqt dud cheque. dud cheque use hota hai bank ki istilah</w:t>
      </w:r>
    </w:p>
    <w:p>
      <w:pPr>
        <w:jc w:val="right"/>
      </w:pPr>
      <w:r>
        <w:t>لیکن اس ٹرم کے پیچھے کیا تھا؟ کچھ بھی نہیں تھا۔ اس وقت ڈٹ چیک۔ ڈٹ چیک یوز ہوتا ہے بینک کی اصطلاح</w:t>
      </w:r>
    </w:p>
    <w:p>
      <w:r>
        <w:rPr>
          <w:b/>
        </w:rPr>
        <w:t xml:space="preserve">[21:23] </w:t>
      </w:r>
      <w:r>
        <w:t>mein. agar aap ek cheque likhein, is par likh dein ke five hundred rupaye de den kisi ko, aur jab woh bank mein jaye to woh kahe ke bhai is mein to ab sirf das rupaye, sau rupaye hai bas.</w:t>
      </w:r>
    </w:p>
    <w:p>
      <w:pPr>
        <w:jc w:val="right"/>
      </w:pPr>
      <w:r>
        <w:t>میں۔ اگر آپ ایک چیک لکھیں، اس پر لکھ دیں کہ فائیو تھا روپی دے دیں کسی کو، اور جب وہ بینک میں جائے تو وہ کہے کہ بھئی اس میں تو اب صرف دس روپیہ، سو روپیہ ہے بس۔</w:t>
      </w:r>
    </w:p>
    <w:p>
      <w:r>
        <w:rPr>
          <w:b/>
        </w:rPr>
        <w:t xml:space="preserve">[21:36] </w:t>
      </w:r>
      <w:r>
        <w:t>to woh hai dud cheque, D U D. yani jis cheque ke peeche bank mein paisa maujood na ho. to aise hi hai, yeh beautiful words hain jis ke liye koi yani reality mein, real world mein is ka koi proof nahi hai.</w:t>
      </w:r>
    </w:p>
    <w:p>
      <w:pPr>
        <w:jc w:val="right"/>
      </w:pPr>
      <w:r>
        <w:t>تو وہ ہے ڈٹ چیک، ڈی یو ڈی۔ یعنی جس چیک کے پیچھے بینک میں پیسہ موجود نہ ہو۔ تو ایسے ہی ہے، یہ بیوٹی فل ورڈز ہیں جس کے لیے کوئی یعنی ریلیٹی میں، ریل ورلڈ میں اس کا کوئی پروف نہیں ہے۔</w:t>
      </w:r>
    </w:p>
    <w:p>
      <w:r>
        <w:rPr>
          <w:b/>
        </w:rPr>
        <w:t xml:space="preserve">[21:54] </w:t>
      </w:r>
      <w:r>
        <w:t>ye tha darwin ka, yani darwin ka ye mughalta ya deception, jo bhi lafz boliye aap.</w:t>
      </w:r>
    </w:p>
    <w:p>
      <w:pPr>
        <w:jc w:val="right"/>
      </w:pPr>
      <w:r>
        <w:t>یہ تھا ڈارون کا، یعنی ڈارون کا یہ مغالطہ یا ڈیسیپشن، جو بھی لفظ بولیے آپ۔</w:t>
      </w:r>
    </w:p>
    <w:p>
      <w:r>
        <w:rPr>
          <w:b/>
        </w:rPr>
        <w:t xml:space="preserve">[22:08] </w:t>
      </w:r>
      <w:r>
        <w:t>ab aap lijiye Marx ko, Karl Marx. Karl Marx jis ki death hui hai 1883 mein, yeh Germany mein paida hua.</w:t>
      </w:r>
    </w:p>
    <w:p>
      <w:pPr>
        <w:jc w:val="right"/>
      </w:pPr>
      <w:r>
        <w:t>اب آپ لیجئے مارس کو، کارل مارس۔ کارل مارس جس کی ڈیتھ ہوئی ہے 1883 میں، یہ جرمنی میں پیدا ہوا۔</w:t>
      </w:r>
    </w:p>
    <w:p>
      <w:r>
        <w:rPr>
          <w:b/>
        </w:rPr>
        <w:t xml:space="preserve">[22:19] </w:t>
      </w:r>
      <w:r>
        <w:t>bahut hi intelligent aadmi tha, bahut hi intelligent.</w:t>
      </w:r>
    </w:p>
    <w:p>
      <w:pPr>
        <w:jc w:val="right"/>
      </w:pPr>
      <w:r>
        <w:t>بہت ہی انٹیلیجنٹ آدمی تھا، بہت ہی انٹیلیجنٹ۔</w:t>
      </w:r>
    </w:p>
    <w:p>
      <w:r>
        <w:rPr>
          <w:b/>
        </w:rPr>
        <w:t xml:space="preserve">[22:24] </w:t>
      </w:r>
      <w:r>
        <w:t>to us ne kya kya? us ne ek theory banai jis ko kehte hain dialectical materialism.</w:t>
      </w:r>
    </w:p>
    <w:p>
      <w:pPr>
        <w:jc w:val="right"/>
      </w:pPr>
      <w:r>
        <w:t>تو اس نے کیا کیا؟ اس نے ایک تھیوری بنائی جس کو کہتے ہیں ڈائیلیکٹیکل مٹیریلزم۔</w:t>
      </w:r>
    </w:p>
    <w:p>
      <w:r>
        <w:rPr>
          <w:b/>
        </w:rPr>
        <w:t xml:space="preserve">[22:34] </w:t>
      </w:r>
      <w:r>
        <w:t>is theory ki us ne asal nikali Feuerbach se aur aur Hegel se. to theory banai. kya theory thi?</w:t>
      </w:r>
    </w:p>
    <w:p>
      <w:pPr>
        <w:jc w:val="right"/>
      </w:pPr>
      <w:r>
        <w:t>اس تھیوری کی اس نے اصل نکالی فور باخ سے اور اور ہیگل سے۔ تو تھیوری بنائی۔ کیا تھیوری تھی؟</w:t>
      </w:r>
    </w:p>
    <w:p>
      <w:r>
        <w:rPr>
          <w:b/>
        </w:rPr>
        <w:t xml:space="preserve">[22:45] </w:t>
      </w:r>
      <w:r>
        <w:t>is par kitab likhi hoti hai "Das Kapital". to bahut parha tha, bahut parha tha, bahut parha us ne. lekin jo us ne theory pesh ki, woh to bilkul stupid theory thi.</w:t>
      </w:r>
    </w:p>
    <w:p>
      <w:pPr>
        <w:jc w:val="right"/>
      </w:pPr>
      <w:r>
        <w:t>اس پر کتاب لکھی ہوتی ہے "داس کیپیٹل"۔ تو بہت پڑھا تھا، بہت پڑھا تھا، بہت پڑھا اس نے۔ لیکن جو اس نے تھیوری پیش کی، وہ تو بالکل اسٹیپڈ تھیوری تھی۔</w:t>
      </w:r>
    </w:p>
    <w:p>
      <w:r>
        <w:rPr>
          <w:b/>
        </w:rPr>
        <w:t xml:space="preserve">[22:55] </w:t>
      </w:r>
      <w:r>
        <w:t>woh us ne bataya ke history mein hamesha ek takrao rehta hai, takrao. aur insaan ko baant diya us ne exploiter aur exploited mein.</w:t>
      </w:r>
    </w:p>
    <w:p>
      <w:pPr>
        <w:jc w:val="right"/>
      </w:pPr>
      <w:r>
        <w:t>وہ اس نے بتایا کہ ہسٹری میں ہمیشہ ایک ٹکراؤ رہتا ہے، ٹکراؤ۔ اور انسان کو بانٹ دیا اس نے ایکسپلائٹر اور ایکسپلائٹڈ میں۔</w:t>
      </w:r>
    </w:p>
    <w:p>
      <w:r>
        <w:rPr>
          <w:b/>
        </w:rPr>
        <w:t xml:space="preserve">[23:08] </w:t>
      </w:r>
      <w:r>
        <w:t>kuchh log exploit karte hain, kuchh log exploit hote hain.</w:t>
      </w:r>
    </w:p>
    <w:p>
      <w:pPr>
        <w:jc w:val="right"/>
      </w:pPr>
      <w:r>
        <w:t>کچھ لوگ ایکسپلائٹ کرتے ہیں، کچھ لوگ ایکسپلائٹ ہوتے ہیں۔</w:t>
      </w:r>
    </w:p>
    <w:p>
      <w:r>
        <w:rPr>
          <w:b/>
        </w:rPr>
        <w:t xml:space="preserve">[23:12] </w:t>
      </w:r>
      <w:r>
        <w:t>exploiters aur exploited dono mein clash hota hai. is ko us ne Hegel se le kar ke bahut hi beautiful naam diya "dialectical materialism".</w:t>
      </w:r>
    </w:p>
    <w:p>
      <w:pPr>
        <w:jc w:val="right"/>
      </w:pPr>
      <w:r>
        <w:t>ایکسپلائٹرز اور ایکسپلائٹڈ دونوں میں کلیش ہوتا ہے۔ اس کو اس نے ایک ہیگل سے لے کر کے بہت ہی بیوٹی فل نام دیا "ڈائیلیکٹیکل مٹیریلزم"۔</w:t>
      </w:r>
    </w:p>
    <w:p>
      <w:r>
        <w:rPr>
          <w:b/>
        </w:rPr>
        <w:t xml:space="preserve">[23:24] </w:t>
      </w:r>
      <w:r>
        <w:t>to us ne kaha ke history mein kya hota hai? thesis, antithesis aur synthesis. yeh ek process hai.</w:t>
      </w:r>
    </w:p>
    <w:p>
      <w:pPr>
        <w:jc w:val="right"/>
      </w:pPr>
      <w:r>
        <w:t>تو اس نے کہا کہ ہسٹری میں کیا ہوتا ہے؟ تھیسز، اینٹی تھیسز اور سنتھیسز۔ یہ ایک پروسیس ہے۔</w:t>
      </w:r>
    </w:p>
    <w:p>
      <w:r>
        <w:rPr>
          <w:b/>
        </w:rPr>
        <w:t xml:space="preserve">[23:33] </w:t>
      </w:r>
      <w:r>
        <w:t>jaise ke</w:t>
      </w:r>
    </w:p>
    <w:p>
      <w:pPr>
        <w:jc w:val="right"/>
      </w:pPr>
      <w:r>
        <w:t>جیسے کہ</w:t>
      </w:r>
    </w:p>
    <w:p>
      <w:r>
        <w:rPr>
          <w:b/>
        </w:rPr>
        <w:t xml:space="preserve">[23:37] </w:t>
      </w:r>
      <w:r>
        <w:t>is zamane mein us ne bataya ke capitalist paida hui hain. capitalist jo hai, woh thesis hai. is ka antithesis kya hai?</w:t>
      </w:r>
    </w:p>
    <w:p>
      <w:pPr>
        <w:jc w:val="right"/>
      </w:pPr>
      <w:r>
        <w:t>اس زمانے میں اس نے بتایا کہ کیپیٹلسٹ پیدا ہوئی ہیں۔ کیپیٹلسٹ جو ہے، وہ تھیسز ہے۔ اس کا اینٹی تھیسز کیا ہے؟</w:t>
      </w:r>
    </w:p>
    <w:p>
      <w:r>
        <w:rPr>
          <w:b/>
        </w:rPr>
        <w:t xml:space="preserve">[23:45] </w:t>
      </w:r>
      <w:r>
        <w:t>labour class hai. ab dono mein clash hoga. is ke baad synthesis hoga. aur phir woh better nizam ban jayega. to yeh ek ek poori poori history mein ek takrao hai.</w:t>
      </w:r>
    </w:p>
    <w:p>
      <w:pPr>
        <w:jc w:val="right"/>
      </w:pPr>
      <w:r>
        <w:t>لیبر کلاس ہے۔ اب دونوں میں کلیش ہوگا۔ اس کے بعد سنتھیسز ہوگا۔ اور پھر وہ بیٹر نظام بن جائے گا۔ تو یہ ایک ایک پوری پوری ہسٹری میں ایک ٹکراؤ ہے۔</w:t>
      </w:r>
    </w:p>
    <w:p>
      <w:r>
        <w:rPr>
          <w:b/>
        </w:rPr>
        <w:t xml:space="preserve">[23:58] </w:t>
      </w:r>
      <w:r>
        <w:t>exploiters ka, exploited ka, thesis ka, antithesis ka. aur phir synthesis hota rehta hai. to poori life ko takrao ki life bana diya us ne.</w:t>
      </w:r>
    </w:p>
    <w:p>
      <w:pPr>
        <w:jc w:val="right"/>
      </w:pPr>
      <w:r>
        <w:t>ایکسپلائٹرز کا، ایکسپلائٹڈ کا، تھیسز کا، اینٹی تھیسز کا۔ اور پھر سنتھیزز ہوتا رہتا ہے۔ تو پوری لائف کو ٹکراؤ کی لائف بنا دیا اس نے۔</w:t>
      </w:r>
    </w:p>
    <w:p>
      <w:r>
        <w:rPr>
          <w:b/>
        </w:rPr>
        <w:t xml:space="preserve">[24:09] </w:t>
      </w:r>
      <w:r>
        <w:t>us ne itna asar dala hai Marx ne ke Galbraith ne likha, jo bahut bada scholar tha America ka, mar gaya. Galbraith ne us ne kaha ke history mein Muhammad se bhi zyada agar kisi ne asar dala history par to woh Karl Marx hai.</w:t>
      </w:r>
    </w:p>
    <w:p>
      <w:pPr>
        <w:jc w:val="right"/>
      </w:pPr>
      <w:r>
        <w:t>اس نے اتنا اثر ڈالا ہے مارس نے کہ گالبرت نے لکھا، جو بہت بڑا اسکالر تھا امریکہ کا، مر گیا۔ گالبرت نے اس نے کہا کہ ہسٹری میں محمد سے بھی زیادہ اگر کسی نے اثر ڈالا ہسٹری پر تو وہ کارل مارس ہے۔</w:t>
      </w:r>
    </w:p>
    <w:p>
      <w:r>
        <w:rPr>
          <w:b/>
        </w:rPr>
        <w:t xml:space="preserve">[24:26] </w:t>
      </w:r>
      <w:r>
        <w:t>saari duniya ko us ne is mein, is is option mein daal diya. aur isi ka nateeja hai ke aaj aap dekhte hain har taraf takrao. mein ek baar gaya is area mein, jahan ke Bihar aur Bengal ke area mein, jahan ke koyle ki kanen hain, sab kanen band padi thin, sab band padi thin.</w:t>
      </w:r>
    </w:p>
    <w:p>
      <w:pPr>
        <w:jc w:val="right"/>
      </w:pPr>
      <w:r>
        <w:t>ساری دنیا کو اس نے اس میں، اس اس اپشن میں ڈال دیا۔ اور اسی کا نتیجہ ہے کہ آج آپ دیکھتے ہیں ہر طرف ٹکراؤ۔ میں ایک بار گیا اس ایریا میں، جہاں کہ بہار اور بنگال کے ایریا میں، جہاں کہ کوئلے کی کانیں ہیں، سب کانیں بند پڑی تھیں، سب بند پڑی تھیں۔</w:t>
      </w:r>
    </w:p>
    <w:p>
      <w:r>
        <w:rPr>
          <w:b/>
        </w:rPr>
        <w:t xml:space="preserve">[24:43] </w:t>
      </w:r>
      <w:r>
        <w:t>to maine poochha ke yeh kya qissa hai? to wahan par yeh Marxism phaila hua hai. abhi bhi aap jaante hain ke mazhab kya hai? woh Marxism ka extension hai.</w:t>
      </w:r>
    </w:p>
    <w:p>
      <w:pPr>
        <w:jc w:val="right"/>
      </w:pPr>
      <w:r>
        <w:t>تو میں نے پوچھا کہ یہ کیا قصہ ہے؟ تو وہاں پر یہ مارسن پھیلا ہوا ہے۔ ابھی بھی آپ جانتے ہیں کہ معاوض کیا ہے؟ وہ مارسن کا ایکسٹینشن ہے۔</w:t>
      </w:r>
    </w:p>
    <w:p>
      <w:r>
        <w:rPr>
          <w:b/>
        </w:rPr>
        <w:t xml:space="preserve">[24:53] </w:t>
      </w:r>
      <w:r>
        <w:t>to wahan par mazdoor aur aur sarmaya daar ke jhagde mein strike, strike, strike. yani India ko koyla bahar se banana pada, Australia se mangana pada, kyunke mulk ke jo koyle the, woh strike ki wajah se woh kanen band padi hui thin.</w:t>
      </w:r>
    </w:p>
    <w:p>
      <w:pPr>
        <w:jc w:val="right"/>
      </w:pPr>
      <w:r>
        <w:t>تو وہاں پر مزدور اور اور سرمایہ دار کے جھگڑے میں اسٹرائیک، اسٹرائیک، اسٹرائیک۔ یعنی انڈیا کو کوئلہ باہر سے بنانا پڑا، آسٹریلیا سے منگانا پڑا، کیونکہ ملک کے جو کوئلے تھے، وہ اسٹرائیک کی وجہ سے وہ کانیں بند پڑی ہوئی تھیں۔</w:t>
      </w:r>
    </w:p>
    <w:p>
      <w:r>
        <w:rPr>
          <w:b/>
        </w:rPr>
        <w:t xml:space="preserve">[25:09] </w:t>
      </w:r>
      <w:r>
        <w:t>abhi bhi yeh haalat hai.</w:t>
      </w:r>
    </w:p>
    <w:p>
      <w:pPr>
        <w:jc w:val="right"/>
      </w:pPr>
      <w:r>
        <w:t>ابھی بھی یہ حالت ہے۔</w:t>
      </w:r>
    </w:p>
    <w:p>
      <w:r>
        <w:rPr>
          <w:b/>
        </w:rPr>
        <w:t xml:space="preserve">[25:12] </w:t>
      </w:r>
      <w:r>
        <w:t>to yeh jo hota hai, strike hota hai, Bharat band hota hai, aur aaye din jo takrao hota hai, takrao ki policy chal padi hai hamare paas.</w:t>
      </w:r>
    </w:p>
    <w:p>
      <w:pPr>
        <w:jc w:val="right"/>
      </w:pPr>
      <w:r>
        <w:t>تو یہ جو ہوتا ہے، اسٹرائیک ہوتا ہے، بھارت بند ہوتا ہے، اور آئے دن جو ٹکراؤ ہوتا ہے، ٹکراؤ کی پالیسی چل پڑی ہے ہمارے پاس۔</w:t>
      </w:r>
    </w:p>
    <w:p>
      <w:r>
        <w:rPr>
          <w:b/>
        </w:rPr>
        <w:t xml:space="preserve">[25:20] </w:t>
      </w:r>
      <w:r>
        <w:t>yeh sab deen hai Marx ka. yeh dialect, dialect, dialectical materialism ka yeh extension hai. abhi bhi wohi rule kar rahe hain, jahan bhi Marxwadi hain, jahan bhi leftists hain.</w:t>
      </w:r>
    </w:p>
    <w:p>
      <w:pPr>
        <w:jc w:val="right"/>
      </w:pPr>
      <w:r>
        <w:t>یہ سب دین ہے مارس کا۔ یہ ڈائیلیکٹ، ڈائیلیکٹ، ڈائیلیکٹیکل مٹیریلزم کا یہ ایکسٹینشن ہے۔ ابھی بھی وہی رول کر رہے ہیں، جہاں بھی مارس وادی ہیں، جہاں بھی لیفٹسٹ ہیں۔</w:t>
      </w:r>
    </w:p>
    <w:p>
      <w:r>
        <w:rPr>
          <w:b/>
        </w:rPr>
        <w:t xml:space="preserve">[25:33] </w:t>
      </w:r>
      <w:r>
        <w:t>abhi bhi duniya ko unhon ne leftist aur rightist mein baant rakha hai. leftist aur rightist ka takrao chal raha hai. abhi bhi.</w:t>
      </w:r>
    </w:p>
    <w:p>
      <w:pPr>
        <w:jc w:val="right"/>
      </w:pPr>
      <w:r>
        <w:t>ابھی بھی دنیا کو انہوں نے لیفٹسٹ اور رائٹسٹ میں بانٹ رکھا ہے۔ لیفٹسٹ اور رائٹسٹ کا ٹکراؤ چل رہا ہے۔ ابھی بھی۔</w:t>
      </w:r>
    </w:p>
    <w:p>
      <w:r>
        <w:rPr>
          <w:b/>
        </w:rPr>
        <w:t xml:space="preserve">[25:42] </w:t>
      </w:r>
      <w:r>
        <w:t>to yeh theory itna phaili, itna phaili, takrao ki theory ke ek thesis aata hai, phir antithesis aata hai, phir synthesis hota hai, phir ja kar ke ek ek better society banti hai.</w:t>
      </w:r>
    </w:p>
    <w:p>
      <w:pPr>
        <w:jc w:val="right"/>
      </w:pPr>
      <w:r>
        <w:t>تو یہ تھیوری اتنا پھیلی، اتنا پھیلی، ٹکراؤ کی تھیوری کہ ایک تھیز آتا ہے، پھر اینٹی تھیز آتا ہے، پھر سنتھیز ہوتا ہے، پھر جا کر کے ایک ایک بیٹر سوسائٹی بنتی ہے۔</w:t>
      </w:r>
    </w:p>
    <w:p>
      <w:r>
        <w:rPr>
          <w:b/>
        </w:rPr>
        <w:t xml:space="preserve">[25:53] </w:t>
      </w:r>
      <w:r>
        <w:t>Yeh chalta rahta hai. Ek ek cycle hai, endless cycle hai yeh. To is ka hum bhugat bhugat rahe hain. Yahi hua Russia mein, aap jaante hain, hua ke 25 billion insaan maar daale gaye Israel ke zamane mein, isi isi takrao ke nateeje mein.</w:t>
      </w:r>
    </w:p>
    <w:p>
      <w:pPr>
        <w:jc w:val="right"/>
      </w:pPr>
      <w:r>
        <w:t>یہ چلتا رہتا ہے۔ ایک ایک سائیکل ہے، اینڈ لیس سائیکل ہے یہ۔ تو اس کا ہم بھگت بھگت رہے ہیں۔ یہی ہوا رشیا میں، آپ جانتے ہیں، ہوا کہ 25 بلین انسان مار ڈالے گئے اسرائیل کے زمانے میں، اسی اسی ٹکراؤ کے نتیجے میں۔</w:t>
      </w:r>
    </w:p>
    <w:p>
      <w:r>
        <w:rPr>
          <w:b/>
        </w:rPr>
        <w:t xml:space="preserve">[26:10] </w:t>
      </w:r>
      <w:r>
        <w:t>Is ke baad abhi bhi aap dekhiye, agarche communist rule chand jagahon par rahe, lekin communist theory har jagah chal rahi hai. Jitna bhi takrao ki policy hai, jitna bhi strike hota hai, jitna bhi band hota hai, jitna bhi yeh takrao chal raha hai, yeh human right,</w:t>
      </w:r>
    </w:p>
    <w:p>
      <w:pPr>
        <w:jc w:val="right"/>
      </w:pPr>
      <w:r>
        <w:t>اس کے بعد ابھی بھی آپ دیکھیے، اگرچہ کمیونسٹ رول چند جگہوں پر رہے، لیکن کمیونسٹ تھیوری ہر جگہ چل رہی ہے۔ جتنا بھی ٹکراؤ کی پالیسی ہے، جتنا بھی اسٹرائیک ہوتا ہے، جتنا بھی بند ہوتا ہے، جتنا بھی یہ ٹکراؤ چل رہا ہے، یہ ہیومن رائٹ،</w:t>
      </w:r>
    </w:p>
    <w:p>
      <w:r>
        <w:rPr>
          <w:b/>
        </w:rPr>
        <w:t xml:space="preserve">[26:27] </w:t>
      </w:r>
      <w:r>
        <w:t>Human rights ke upar ke naam par jo takrao chal raha hai, woh sab isi ke deen hain. To yeh hai justified evil.</w:t>
      </w:r>
    </w:p>
    <w:p>
      <w:pPr>
        <w:jc w:val="right"/>
      </w:pPr>
      <w:r>
        <w:t>ہیومن رائٹس کے اوپر کے نام پر جو ٹکراؤ چل رہا ہے، وہ سب اسی کے دین ہیں۔ تو یہ ہے جسٹیفائیڈ ایول۔</w:t>
      </w:r>
    </w:p>
    <w:p>
      <w:r>
        <w:rPr>
          <w:b/>
        </w:rPr>
        <w:t xml:space="preserve">[26:36] </w:t>
      </w:r>
      <w:r>
        <w:t>Main kahunga is ko y</w:t>
      </w:r>
    </w:p>
    <w:p>
      <w:pPr>
        <w:jc w:val="right"/>
      </w:pPr>
      <w:r>
        <w:t>میں کہوں گا اس کو ی</w:t>
      </w:r>
    </w:p>
    <w:p>
      <w:r>
        <w:rPr>
          <w:b/>
        </w:rPr>
        <w:t xml:space="preserve">[26:38] </w:t>
      </w:r>
      <w:r>
        <w:t>yani darwin ne bhi ek justified evil pesh ki, justified philosophy, justified philosophy of evil. aise marx ne bhi ek justified philosophy of evil pesh ki.</w:t>
      </w:r>
    </w:p>
    <w:p>
      <w:pPr>
        <w:jc w:val="right"/>
      </w:pPr>
      <w:r>
        <w:t>عنی ڈارون نے بھی ایک جسٹیفائیڈ ایول پیش کی، جسٹیفائیڈ فلاسفی، جسٹیفائیڈ فلاسفی آف ایول۔ ایسے مارس نے بھی ایک جسٹیفائیڈ فلاسفی آف ایول پیش کی۔</w:t>
      </w:r>
    </w:p>
    <w:p>
      <w:r>
        <w:rPr>
          <w:b/>
        </w:rPr>
        <w:t xml:space="preserve">[26:47] </w:t>
      </w:r>
      <w:r>
        <w:t>log log is ka tajzia nahi kar sake. mere ilm mein to koi bhi nahi hai jis ko sahee maano mein tajzia kar saka ho, na darwin ka, na marx ka, na aur doosre logon ka.</w:t>
      </w:r>
    </w:p>
    <w:p>
      <w:pPr>
        <w:jc w:val="right"/>
      </w:pPr>
      <w:r>
        <w:t>لوگ لوگ اس کا تجزیہ نہیں کر سکے۔ میرے علم میں تو کوئی بھی نہیں ہے جس کو صحیح معنوں میں تجزیہ کر سکا ہو، نہ ڈارون کا، نہ مارس کا، نہ اور دوسرے لوگوں کا۔</w:t>
      </w:r>
    </w:p>
    <w:p>
      <w:r>
        <w:rPr>
          <w:b/>
        </w:rPr>
        <w:t xml:space="preserve">[26:56] </w:t>
      </w:r>
      <w:r>
        <w:t>Isi mein log gum hain, abhi tak gum hain, abhi tak. Agarche is ka bura nateeja de kar ke bahut se log ise yani pasand nahi karte, lekin analysis koi nahi kar sakta is ka.</w:t>
      </w:r>
    </w:p>
    <w:p>
      <w:pPr>
        <w:jc w:val="right"/>
      </w:pPr>
      <w:r>
        <w:t>اسی میں لوگ گم ہیں، ابھی تک گم ہیں، ابھی تک۔ اگرچہ اس کا برا نتیجہ دے کر کے بہت سے لوگ اسے یعنی پسند نہیں کرتے، لیکن انالیسز کوئی نہیں کر سکتا اس کا۔</w:t>
      </w:r>
    </w:p>
    <w:p>
      <w:r>
        <w:rPr>
          <w:b/>
        </w:rPr>
        <w:t xml:space="preserve">[27:08] </w:t>
      </w:r>
      <w:r>
        <w:t>Is mein ghalti kahan hai? To main ne ek kitaab likhi thi, is ka bahut pehle aap se samajhta hoon, shayad 40 saal pehle, is ka Urdu mein thi.</w:t>
      </w:r>
    </w:p>
    <w:p>
      <w:pPr>
        <w:jc w:val="right"/>
      </w:pPr>
      <w:r>
        <w:t>اس میں غلطی کہاں ہے؟ تو میں نے ایک کتاب لکھی تھی، اس کا بہت پہلے آپ سے سمجھتا ہوں، شاید 40 سال پہلے، اس کا اردو میں تھی۔</w:t>
      </w:r>
    </w:p>
    <w:p>
      <w:r>
        <w:rPr>
          <w:b/>
        </w:rPr>
        <w:t xml:space="preserve">[27:18] </w:t>
      </w:r>
      <w:r>
        <w:t>Woh Marxism tareekh jis ko radd kar chuki hai, yani jis ko history reject kar chuki hai.</w:t>
      </w:r>
    </w:p>
    <w:p>
      <w:pPr>
        <w:jc w:val="right"/>
      </w:pPr>
      <w:r>
        <w:t>وہ مارسزم تاریخ جس کو رد کر چکی ہے، یعنی جس کو ہسٹری ریجیکٹ کر چکی ہے۔</w:t>
      </w:r>
    </w:p>
    <w:p>
      <w:r>
        <w:rPr>
          <w:b/>
        </w:rPr>
        <w:t xml:space="preserve">[27:26] </w:t>
      </w:r>
      <w:r>
        <w:t>To log mujh ko hanste the ke itna dab-daba tha is zamane mein communism ka, yani ek Russian empire qaim tha, woh woh tha Soviet Union qaim tha.</w:t>
      </w:r>
    </w:p>
    <w:p>
      <w:pPr>
        <w:jc w:val="right"/>
      </w:pPr>
      <w:r>
        <w:t>تو لوگ مجھ کو ہنستے تھے کہ اتنا دبدبہ تھا اس زمانے میں کمیونزم کا، یعنی ایک رشین ایمپائر قائم تھا، وہ وہ تھا سوویت یونین قائم تھا۔</w:t>
      </w:r>
    </w:p>
    <w:p>
      <w:r>
        <w:rPr>
          <w:b/>
        </w:rPr>
        <w:t xml:space="preserve">[27:38] </w:t>
      </w:r>
      <w:r>
        <w:t>To log hanste the ke itna zabardast dab-daba qaim hua is ka, aur tum kahte ho ke woh reject ho chuka hai. Lekin aap jaante hain ke aaj yani woh reject, aaj woh reject ho chuka hai amalan.</w:t>
      </w:r>
    </w:p>
    <w:p>
      <w:pPr>
        <w:jc w:val="right"/>
      </w:pPr>
      <w:r>
        <w:t>تو لوگ ہنستے تھے کہ اتنا زبردست دبدبہ قائم ہوا اس کا، اور تم کہتے ہو کہ وہ ریجیکٹ ہو چکا ہے۔ لیکن آپ جانتے ہیں کہ آج یعنی وہ ریجیکٹ، آج وہ ریجیکٹ ہو چکا ہے عملاً۔</w:t>
      </w:r>
    </w:p>
    <w:p>
      <w:r>
        <w:rPr>
          <w:b/>
        </w:rPr>
        <w:t xml:space="preserve">[27:49] </w:t>
      </w:r>
      <w:r>
        <w:t>Agarche log is ka analysis nahi kar kar paate, is liye kahin na kahin is ke rezlo waqe hain.</w:t>
      </w:r>
    </w:p>
    <w:p>
      <w:pPr>
        <w:jc w:val="right"/>
      </w:pPr>
      <w:r>
        <w:t>اگرچہ لوگ اس کا انالیسز نہیں کر کر پاتے، اس لیے کہیں نہ کہیں اس کے ریزلو واقع ہیں۔</w:t>
      </w:r>
    </w:p>
    <w:p>
      <w:r>
        <w:rPr>
          <w:b/>
        </w:rPr>
        <w:t xml:space="preserve">[27:57] </w:t>
      </w:r>
      <w:r>
        <w:t>To yeh tha Marx ka qissa. Is ke baad lijiye Freud ko, Sigmund Freud.</w:t>
      </w:r>
    </w:p>
    <w:p>
      <w:pPr>
        <w:jc w:val="right"/>
      </w:pPr>
      <w:r>
        <w:t>تو یہ تھا مارس کا قصہ۔ اس کے بعد لیجئے فرائیڈ کو، سگمن فرائیڈ۔</w:t>
      </w:r>
    </w:p>
    <w:p>
      <w:r>
        <w:rPr>
          <w:b/>
        </w:rPr>
        <w:t xml:space="preserve">[28:07] </w:t>
      </w:r>
      <w:r>
        <w:t>Yeh 1939 mein is ki death hui. Is ka kya nazariya tha? Sigmund Freud ka ek psychology ka expert tha.</w:t>
      </w:r>
    </w:p>
    <w:p>
      <w:pPr>
        <w:jc w:val="right"/>
      </w:pPr>
      <w:r>
        <w:t>یہ 1939 میں اس کی ڈیتھ ہوئی۔ اس کا کیا نظریہ تھا؟ سگمن فرائیڈ کا ایک سائیکالوجی کا ایکسپرٹ تھا۔</w:t>
      </w:r>
    </w:p>
    <w:p>
      <w:r>
        <w:rPr>
          <w:b/>
        </w:rPr>
        <w:t xml:space="preserve">[28:15] </w:t>
      </w:r>
      <w:r>
        <w:t>Yeh bahut bahut hi zyada intelligent aadmi tha. Yeh us ne kya theory banai ke desire hai insaan ke. Desire,</w:t>
      </w:r>
    </w:p>
    <w:p>
      <w:pPr>
        <w:jc w:val="right"/>
      </w:pPr>
      <w:r>
        <w:t>یہ بہت بہت ہی زیادہ انٹیلیجنٹ آدمی تھا۔ یہ اس نے کیا تھیوری بنائی کہ ڈیزائر ہے انسان کے۔ ڈیزائر،</w:t>
      </w:r>
    </w:p>
    <w:p>
      <w:r>
        <w:rPr>
          <w:b/>
        </w:rPr>
        <w:t xml:space="preserve">[28:24] </w:t>
      </w:r>
      <w:r>
        <w:t>Woh desire jo hai, unchecked, us ko fulfillment milna chahiye kyunki is ka talluq insaan ki personality growth se hai.</w:t>
      </w:r>
    </w:p>
    <w:p>
      <w:pPr>
        <w:jc w:val="right"/>
      </w:pPr>
      <w:r>
        <w:t>وہ ڈیزائر جو ہے، ان چیکڈ، اس کو فلفلمنٹ ملنا چاہیے کیونکہ اس کا تعلق انسان کی پرسنیلٹی گروتھ سے ہے۔</w:t>
      </w:r>
    </w:p>
    <w:p>
      <w:r>
        <w:rPr>
          <w:b/>
        </w:rPr>
        <w:t xml:space="preserve">[28:34] </w:t>
      </w:r>
      <w:r>
        <w:t>Agar aap desire par check lagayenge to growth ruk jayega, to growth ruk jayega. Itna phaila hai, itna phaila hai nazariya ke desire par check na lagao.</w:t>
      </w:r>
    </w:p>
    <w:p>
      <w:pPr>
        <w:jc w:val="right"/>
      </w:pPr>
      <w:r>
        <w:t>اگر آپ ڈیزائر پر چیک لگائیں گے تو گروتھ رک جائے گا، تو گروتھ رک جائے گا۔ اتنا پھیلا ہے، اتنا پھیلا ہے نظریہ کہ ڈیزائر پر چیک نہ لگاؤ۔</w:t>
      </w:r>
    </w:p>
    <w:p>
      <w:r>
        <w:rPr>
          <w:b/>
        </w:rPr>
        <w:t xml:space="preserve">[28:45] </w:t>
      </w:r>
      <w:r>
        <w:t>Ek dum total freedom de do aadmi ko.</w:t>
      </w:r>
    </w:p>
    <w:p>
      <w:pPr>
        <w:jc w:val="right"/>
      </w:pPr>
      <w:r>
        <w:t>ایک دم ٹوٹل فریڈم دے دو آدمی کو۔</w:t>
      </w:r>
    </w:p>
    <w:p>
      <w:r>
        <w:rPr>
          <w:b/>
        </w:rPr>
        <w:t xml:space="preserve">[28:48] </w:t>
      </w:r>
      <w:r>
        <w:t>Main ek martaba London mein ek sahib ke haan gaya to un ke haan kitaab rakhi hui thi. Is mein likha hua tha ke agar tumhara bachcha, agar tumhare is mein khidki mein sheesha laga hua hai, tumhara bachcha is ko toorta hai to roko mat is ko, toorne do is ko kyunki agar rokoge to is ka, is ka growth ruk jayega,</w:t>
      </w:r>
    </w:p>
    <w:p>
      <w:pPr>
        <w:jc w:val="right"/>
      </w:pPr>
      <w:r>
        <w:t>میں ایک مرتبہ لندن میں ایک صاحب کے ہاں گیا تو ان کے ہاں کتاب رکھی ہوئی تھی۔ اس میں لکھا ہوا تھا کہ اگر تمہارا بچہ، اگر تمہارے اس میں کھڑکی میں شیشہ لگا ہوا ہے، تمہارا بچہ اس کو توڑتا ہے تو روکو مت اس کو، توڑنے دو اس کو کیونکہ اگر روکو گے تو اس کا، اس کا گروتھ رک جائے گا،</w:t>
      </w:r>
    </w:p>
    <w:p>
      <w:r>
        <w:rPr>
          <w:b/>
        </w:rPr>
        <w:t xml:space="preserve">[29:14] </w:t>
      </w:r>
      <w:r>
        <w:t>Is ka personality ka growth</w:t>
      </w:r>
    </w:p>
    <w:p>
      <w:pPr>
        <w:jc w:val="right"/>
      </w:pPr>
      <w:r>
        <w:t>اس کا پرسنیلٹی کا گروتھ</w:t>
      </w:r>
    </w:p>
    <w:p>
      <w:r>
        <w:rPr>
          <w:b/>
        </w:rPr>
        <w:t xml:space="preserve">[29:17] </w:t>
      </w:r>
      <w:r>
        <w:t>Ruk jayega. Yeh kehti hai is ki stupid theory hai</w:t>
      </w:r>
    </w:p>
    <w:p>
      <w:pPr>
        <w:jc w:val="right"/>
      </w:pPr>
      <w:r>
        <w:t>رک جائے گا۔ یہ کہتی ہے اس کی اسٹوپڈ تھیوری ہے</w:t>
      </w:r>
    </w:p>
    <w:p>
      <w:r>
        <w:rPr>
          <w:b/>
        </w:rPr>
        <w:t xml:space="preserve">[29:22] </w:t>
      </w:r>
      <w:r>
        <w:t>Lekin yeh itna phaili, itna phaili ke aaj sab sabhi log is se obsessed hain. Abhi jo is ko hum kahte hain ke right here, right now, woh kya hai?</w:t>
      </w:r>
    </w:p>
    <w:p>
      <w:pPr>
        <w:jc w:val="right"/>
      </w:pPr>
      <w:r>
        <w:t>لیکن یہ اتنا پھیلی، اتنا پھیلی کہ آج سب سبھی لوگ اس سے ابسسٹ ہیں۔ ابھی جو اس کو ہم کہتے ہیں کہ رائٹ ہیر، رائٹ ناو، وہ کیا ہے؟</w:t>
      </w:r>
    </w:p>
    <w:p>
      <w:r>
        <w:rPr>
          <w:b/>
        </w:rPr>
        <w:t xml:space="preserve">[29:31] </w:t>
      </w:r>
      <w:r>
        <w:t>Isi ka extension hai. Yeh yani jo bhi chahe insaan woh kare aur koi kisi par rok nahi, koi kisi ka woh nahi check nahi.</w:t>
      </w:r>
    </w:p>
    <w:p>
      <w:pPr>
        <w:jc w:val="right"/>
      </w:pPr>
      <w:r>
        <w:t>اسی کا ایکسٹینشن ہے۔ یہ یعنی جو بھی چاہے انسان وہ کرے اور کوئی کسی پر روک نہیں، کوئی کسی کا وہ نہیں چیک نہیں۔</w:t>
      </w:r>
    </w:p>
    <w:p>
      <w:r>
        <w:rPr>
          <w:b/>
        </w:rPr>
        <w:t xml:space="preserve">[29:43] </w:t>
      </w:r>
      <w:r>
        <w:t>Yani is ki aakhri hadd jo hai, is ko main dekhta hoon papers mein. Paper mein ek naya item barh gaya hai, virginity in sale. Ab gaur kijiye ke virginity in sale</w:t>
      </w:r>
    </w:p>
    <w:p>
      <w:pPr>
        <w:jc w:val="right"/>
      </w:pPr>
      <w:r>
        <w:t>یعنی اس کی آخری حد جو ہے، اس کو میں دیکھتا ہوں پیپرز میں۔ پیپر میں ایک نیا آئٹم بڑھ گیا ہے، ورجینیٹی ان سیل۔ اب غور کیجئے کہ ورجینیٹی ان سیل</w:t>
      </w:r>
    </w:p>
    <w:p>
      <w:r>
        <w:rPr>
          <w:b/>
        </w:rPr>
        <w:t xml:space="preserve">[29:59] </w:t>
      </w:r>
      <w:r>
        <w:t>Yani is se bhi zyada ahmaqana koi baat ho sakti hai? Be-sharmi ki baat koi ho sakti hai? Yani janwaron bhi ne aisa nahi kiya tha ke virginity in sale aur kya ho?</w:t>
      </w:r>
    </w:p>
    <w:p>
      <w:pPr>
        <w:jc w:val="right"/>
      </w:pPr>
      <w:r>
        <w:t>یعنی اس سے بھی زیادہ احمقانہ کوئی بات ہو سکتی ہے؟ بے شرمی کی بات کوئی ہو سکتی ہے؟ یعنی حیوانوں بھی نے ایسا نہیں کیا تھا کہ ورجینیٹی ان سیل اور کیا ہو؟</w:t>
      </w:r>
    </w:p>
    <w:p>
      <w:r>
        <w:rPr>
          <w:b/>
        </w:rPr>
        <w:t xml:space="preserve">[30:07] </w:t>
      </w:r>
      <w:r>
        <w:t>Janwaron bhi jode hote hain. Janwaron mein aisa nahi hai jo insaanon mein aaj kal ho gaya hai. Yani free society hai jo ho gayi.</w:t>
      </w:r>
    </w:p>
    <w:p>
      <w:pPr>
        <w:jc w:val="right"/>
      </w:pPr>
      <w:r>
        <w:t>حیوانوں بھی جوڑے ہوتے ہیں۔ حیوانوں میں ایسا نہیں ہے جو انسانوں میں آج کل ہو گیا ہے۔ یعنی فری سوسائٹی ہے جو ہو گئی۔</w:t>
      </w:r>
    </w:p>
    <w:p>
      <w:r>
        <w:rPr>
          <w:b/>
        </w:rPr>
        <w:t xml:space="preserve">[30:16] </w:t>
      </w:r>
      <w:r>
        <w:t>Insaanon mein, janwaron mein aaj bhi nahi hai.</w:t>
      </w:r>
    </w:p>
    <w:p>
      <w:pPr>
        <w:jc w:val="right"/>
      </w:pPr>
      <w:r>
        <w:t>انسانوں میں، حیوانوں میں آج بھی نہیں ہے۔</w:t>
      </w:r>
    </w:p>
    <w:p>
      <w:r>
        <w:rPr>
          <w:b/>
        </w:rPr>
        <w:t xml:space="preserve">[30:18] </w:t>
      </w:r>
      <w:r>
        <w:t>Yeh hewanon mein jore jore hote hain. Ab mein pipron pe dekhta hoon ke virginity in cell to itna ajeeb maloom hota hai ke insan kahan pohanch chuka hai.</w:t>
      </w:r>
    </w:p>
    <w:p>
      <w:pPr>
        <w:jc w:val="right"/>
      </w:pPr>
      <w:r>
        <w:t>یہ حیوانوں میں جوڑے جوڑے ہوتے ہیں۔ اب میں پیپروں پہ دیکھتا ہوں کہ ورجینیٹی ان سیل تو اتنا عجیب معلوم ہوتا ہے کہ کہ انسان کہاں پہنچ چکا ہے۔</w:t>
      </w:r>
    </w:p>
    <w:p>
      <w:r>
        <w:rPr>
          <w:b/>
        </w:rPr>
        <w:t xml:space="preserve">[30:33] </w:t>
      </w:r>
      <w:r>
        <w:t>Hadees mein aata hai ke "Iza la ba tusta fatah mashiyyat". Sharm na rahe to kuchh bhi karo kyunke sharm o haya na rahe to kuchh bhi karo. "Iza la ba tusta fatah mashiyyat" to wahi hai, kuchh bhi kar</w:t>
      </w:r>
    </w:p>
    <w:p>
      <w:pPr>
        <w:jc w:val="right"/>
      </w:pPr>
      <w:r>
        <w:t>حدیث میں آتا ہے کہ "اذا لب تستہ فتح مشیت"۔ شرم نہ رہے تو کچھ بھی کرو کیونکہ شرم و حیا نہ رہے تو کچھ بھی کرو۔ "اذا لب تستہ فتح مشیت" تو وہی ہے، کچھ بھی کر</w:t>
      </w:r>
    </w:p>
    <w:p>
      <w:r>
        <w:rPr>
          <w:b/>
        </w:rPr>
        <w:t xml:space="preserve">[30:45] </w:t>
      </w:r>
      <w:r>
        <w:t>le. Yani mein ne ek interview parha hai ek aisi ladki ka jo jis ne apni virginity ko becha tha. Baqaidah us ne apni interview mein bataya tha kya kya hua, kya kya hua, kya kya hua.</w:t>
      </w:r>
    </w:p>
    <w:p>
      <w:pPr>
        <w:jc w:val="right"/>
      </w:pPr>
      <w:r>
        <w:t>لیں۔ یعنی میں نے ایک انٹرویو پڑھا ہے ایک ایسی لڑکی کا جو جس نے اپنی ورجنٹی کو بیچا تھا۔ باقاعدہ اس نے اپنی انٹرویو میں بتایا تھا کیا کیا ہوا، کیا کیا ہوا، کیا کیا ہوا۔</w:t>
      </w:r>
    </w:p>
    <w:p>
      <w:r>
        <w:rPr>
          <w:b/>
        </w:rPr>
        <w:t xml:space="preserve">[30:56] </w:t>
      </w:r>
      <w:r>
        <w:t>Mere paas woh paper rakha hua hai. Aaj ke paper baar baar aata hai, aap dekha hoga aap ne. To yeh segment Freud jo hai, us ka yani us ka yeh qissa hai jo meine bayan kiya aap ko.</w:t>
      </w:r>
    </w:p>
    <w:p>
      <w:pPr>
        <w:jc w:val="right"/>
      </w:pPr>
      <w:r>
        <w:t>میرے پاس وہ پیپر رکھا ہوا ہے۔ آج کے پیپر بار بار آتا ہے، آپ دیکھا ہوگا آپ نے۔ تو یہ سگمنٹ فرائیڈ جو ہے، اس کا یعنی اس کا یہ قصہ ہے جو میں نے بیان کیا آپ کو۔</w:t>
      </w:r>
    </w:p>
    <w:p>
      <w:r>
        <w:rPr>
          <w:b/>
        </w:rPr>
        <w:t xml:space="preserve">[31:17] </w:t>
      </w:r>
      <w:r>
        <w:t>to main ne teen bayan kiye aap ko yani darwin aur marx aur freud. darwin ne insaan aur khuda ke darmiyan talluq khatam kar diya.</w:t>
      </w:r>
    </w:p>
    <w:p>
      <w:pPr>
        <w:jc w:val="right"/>
      </w:pPr>
      <w:r>
        <w:t>تو میں نے تین بیان کیے آپ کو یعنی ڈارون اور مارس اور فرائیڈ۔ ڈارون نے انسان اور خدا کے درمیان تعلق ختم کر دیا۔</w:t>
      </w:r>
    </w:p>
    <w:p>
      <w:r>
        <w:rPr>
          <w:b/>
        </w:rPr>
        <w:t xml:space="preserve">[31:30] </w:t>
      </w:r>
      <w:r>
        <w:t>Koi taalluq nahi hai, sab kuchh nature se ho raha hai, sab kuchh natural selection ke zari</w:t>
      </w:r>
    </w:p>
    <w:p>
      <w:pPr>
        <w:jc w:val="right"/>
      </w:pPr>
      <w:r>
        <w:t>کوئی تعلق نہیں ہے، سب کچھ نیچر سے ہو رہا ہے، سب کچھ نیچرل سلیکشن کے ذری</w:t>
      </w:r>
    </w:p>
    <w:p>
      <w:r>
        <w:rPr>
          <w:b/>
        </w:rPr>
        <w:t xml:space="preserve">[31:35] </w:t>
      </w:r>
      <w:r>
        <w:t>ye ho raha hai. Humare insaan se koi insaan ka khuda se koi taalluq nahi hai. Aap ne khuda ki ibadat karni hai, na dua karni hai, na khuda se darna hai, na accountable hain. Aap hain kuchh bhi nahi.</w:t>
      </w:r>
    </w:p>
    <w:p>
      <w:pPr>
        <w:jc w:val="right"/>
      </w:pPr>
      <w:r>
        <w:t>عے ہو رہا ہے۔ ہمارے انسان سے کوئی انسان کا خدا سے کوئی تعلق نہیں ہے۔ آپ نے خدا کی عبادت کرنا ہے، نہ دعا کرنا ہے، نہ خدا سے ڈرنا ہے، نہ اکاؤنٹیبل ہیں۔ آپ ہیں کچھ بھی نہیں۔</w:t>
      </w:r>
    </w:p>
    <w:p>
      <w:r>
        <w:rPr>
          <w:b/>
        </w:rPr>
        <w:t xml:space="preserve">[31:45] </w:t>
      </w:r>
      <w:r>
        <w:t>Dusra Marx tha. Marx ne poori tareekh ko takrao ki tareekh bana diya. Dialectic, dialectical process ke do zidd paida hote hain, do oppose paida hote hain.</w:t>
      </w:r>
    </w:p>
    <w:p>
      <w:pPr>
        <w:jc w:val="right"/>
      </w:pPr>
      <w:r>
        <w:t>دوسرا مارس تھا۔ مارس نے پوری تاریخ کو ٹکراؤ کی تاریخ بنا دیا۔ ڈائیلیکٹ، ڈائیلیکٹیکل پراسیس کہ دو ضد پیدا ہوتے ہیں، دو اپوزٹ پیدا ہوتے ہیں۔</w:t>
      </w:r>
    </w:p>
    <w:p>
      <w:r>
        <w:rPr>
          <w:b/>
        </w:rPr>
        <w:t xml:space="preserve">[31:56] </w:t>
      </w:r>
      <w:r>
        <w:t>Jaise jaise capitalist aur labour class oppose hain, hamesha paida hote rahenge aur takrate rahenge.</w:t>
      </w:r>
    </w:p>
    <w:p>
      <w:pPr>
        <w:jc w:val="right"/>
      </w:pPr>
      <w:r>
        <w:t>جیسا جیسے کیپیٹلسٹ اور لیبر کلاس اپوزٹ ہیں، ہمیشہ پیدا ہوتے رہیں گے اور ٹکراتے رہیں گے۔</w:t>
      </w:r>
    </w:p>
    <w:p>
      <w:r>
        <w:rPr>
          <w:b/>
        </w:rPr>
        <w:t xml:space="preserve">[32:03] </w:t>
      </w:r>
      <w:r>
        <w:t>Dekhiye kitna yani hewani falsafa hai yeh ke insaan ke andar kabhi bhi aapas mein mohabbat na ho, aapas mein mein ek doosre ko ehtram na ho, sirf ladte rahen, ladte rahen.</w:t>
      </w:r>
    </w:p>
    <w:p>
      <w:pPr>
        <w:jc w:val="right"/>
      </w:pPr>
      <w:r>
        <w:t>دیکھیں کتنا یعنی حیوانی فلسفہ ہے یہ کہ انسان کے اندر کبھی بھی آپس میں محبت نہ ہو، آپس میں میں ایک دوسرے کو احترام نہ ہو، صرف لڑتے رہیں، لڑتے رہیں۔</w:t>
      </w:r>
    </w:p>
    <w:p>
      <w:r>
        <w:rPr>
          <w:b/>
        </w:rPr>
        <w:t xml:space="preserve">[32:20] </w:t>
      </w:r>
      <w:r>
        <w:t>Yeh yeh itna zabardast falsafa banaya hai Marx ne ke saari duniya mein phail gaya hai. Woh</w:t>
      </w:r>
    </w:p>
    <w:p>
      <w:pPr>
        <w:jc w:val="right"/>
      </w:pPr>
      <w:r>
        <w:t>یہ یہ اتنا زبردست فلسفہ بنایا ہے مارس نے کہ ساری دنیا میں پھیل گیا ہے۔ وہ</w:t>
      </w:r>
    </w:p>
    <w:p>
      <w:r>
        <w:rPr>
          <w:b/>
        </w:rPr>
        <w:t xml:space="preserve">[32:29] </w:t>
      </w:r>
      <w:r>
        <w:t>Ab mein chauthe ko leta hoon jo hai yani Islam ka. Is zamane mein yaad rakhiye jo jagah jahan tashaddud ho raha hai, is ke peeche direct taur par yani is ke responsible hain do aadmi: Abu Mahdi aur Syed Qutb.</w:t>
      </w:r>
    </w:p>
    <w:p>
      <w:pPr>
        <w:jc w:val="right"/>
      </w:pPr>
      <w:r>
        <w:t>اب میں چوتھے کو لیتا ہوں جو ہے یعنی اسلام کا۔ اس زمانے میں یاد رکھیے جو جگہ جہاں تشدد ہو رہا ہے، اس کے پیچھے ڈائریکٹ طور پر یعنی اس کے ریسپانسبل ہیں دو آدمی: ابو مہدی اور سید قطب۔</w:t>
      </w:r>
    </w:p>
    <w:p>
      <w:r>
        <w:rPr>
          <w:b/>
        </w:rPr>
        <w:t xml:space="preserve">[32:49] </w:t>
      </w:r>
      <w:r>
        <w:t>Abu Mahdi aur Syed Qutb ne kya kya ke Quran ki ghalat tafsir kar ke Syed Qutb ki tafsir aap parh sakte hain "Fi Zilal al-Quran"</w:t>
      </w:r>
    </w:p>
    <w:p>
      <w:pPr>
        <w:jc w:val="right"/>
      </w:pPr>
      <w:r>
        <w:t>ابو مہدی اور سید قطب نے کیا کیا کہ قرآن کی غلط تفسیر کر کے سید قطب کی تفسیر آپ پڑھ سکتے ہیں "فی ذلال القرآن"</w:t>
      </w:r>
    </w:p>
    <w:p>
      <w:r>
        <w:rPr>
          <w:b/>
        </w:rPr>
        <w:t xml:space="preserve">[32:59] </w:t>
      </w:r>
      <w:r>
        <w:t>aur Abu Mahdi ki tafsir parh sakte hain "Tafheem al-Quran". Poori tafsir ko unhon ne political tafsir bana diya hai. Political tafsir jaise mein ek misaal deta hoon aap ko ke Syed Qutb ki jo tafsir hai, Arabic tafsir "Fi Zilal al-Quran" to Quran mein Surah Shu'ara mein aur Surah al-A'raf mein do jagah</w:t>
      </w:r>
    </w:p>
    <w:p>
      <w:pPr>
        <w:jc w:val="right"/>
      </w:pPr>
      <w:r>
        <w:t>اور ابو مہدی کی تفسیر پڑھ سکتے ہیں "تفہیم القرآن"۔ پوری تفسیر کو انہوں نے پولیٹیکل تفسیر بنا دیا ہے۔ پولیٹیکل تفسیر جیسے میں ایک مثال دیتا ہوں آپ کو کہ سید قطب کی جو تفسیر ہے، عربی تفسیر "فی ذلال القرآن" تو قرآن میں سورہ شعراء میں اور سورہ الاعراف میں دو جگہ</w:t>
      </w:r>
    </w:p>
    <w:p>
      <w:r>
        <w:rPr>
          <w:b/>
        </w:rPr>
        <w:t xml:space="preserve">[33:22] </w:t>
      </w:r>
      <w:r>
        <w:t>Firaun ka ek naqal hua hai ke Firaun ne kaha apne darbariyon se ke "Yuri yukhrijakum min ardikum" ke Mosa chaahte hain ke tum ko tumhaare bal se nikaal de.</w:t>
      </w:r>
    </w:p>
    <w:p>
      <w:pPr>
        <w:jc w:val="right"/>
      </w:pPr>
      <w:r>
        <w:t>فرعون کا ایک نقل ہوا ہے کہ فرعون نے کہا اپنے درباریوں سے کہ "یوری یخرجکم من نردکم" کہ موسیٰ چاہتے ہیں کہ تم کو تمہارے بل سے نکال دیں۔</w:t>
      </w:r>
    </w:p>
    <w:p>
      <w:r>
        <w:rPr>
          <w:b/>
        </w:rPr>
        <w:t xml:space="preserve">[33:33] </w:t>
      </w:r>
      <w:r>
        <w:t>To is ko likha hai Syed Qutb sahib ne ke us ne kaha us se darbariyon se "Innaha zahab al-sultan". "Innaha zahab al-sultan" yeh to humari hukoomat ko khatam karne ka nara hai, humari hukoomat hi khatam kar de ga yeh aadmi be dakhil kar de ga hum ko humari saltanat se.</w:t>
      </w:r>
    </w:p>
    <w:p>
      <w:pPr>
        <w:jc w:val="right"/>
      </w:pPr>
      <w:r>
        <w:t>تو اس کو لکھا ہے سید قطب صاحب نے کہ اس نے کہا اس سے درباریوں سے "انہا ذہاب السلطان"۔ "انہا ذہاب السلطان" یہ تو ہماری حکومت کو ختم کرنے کا نعرہ ہے، ہماری حکومت ہی ختم کر دے گا یہ آدمی بے دخل کر دے گا ہم کو ہماری سلطنت سے۔</w:t>
      </w:r>
    </w:p>
    <w:p>
      <w:r>
        <w:rPr>
          <w:b/>
        </w:rPr>
        <w:t xml:space="preserve">[33:52] </w:t>
      </w:r>
      <w:r>
        <w:t>Use ladna hai. Halaanke Hazrat Hazrat Hazrat Hazrat Mosa jo the, un ki dawat sirf tawheed ki thi, is ka party se koi matlab hi nahi tha.</w:t>
      </w:r>
    </w:p>
    <w:p>
      <w:pPr>
        <w:jc w:val="right"/>
      </w:pPr>
      <w:r>
        <w:t>اسے لڑنا ہے۔ حالانکہ حضرت حضرت حضرت حضرت موسیٰ جو تھے، ان کی دعوت صرف توحید کی تھی، اس کا پارٹی سے کوئی مطلب ہی نہیں تھا۔</w:t>
      </w:r>
    </w:p>
    <w:p>
      <w:r>
        <w:rPr>
          <w:b/>
        </w:rPr>
        <w:t xml:space="preserve">[34:03] </w:t>
      </w:r>
      <w:r>
        <w:t>Aur dilchasp baat yeh hai ke aap dekhiye ke Syed Qutb ke samajh mein nahi aaya ke jab Allah Ta'ala ne madad ki Hazrat Mosa ki aur Firaun gharq ho gaya aur saara Misr khaali ho gaya.</w:t>
      </w:r>
    </w:p>
    <w:p>
      <w:pPr>
        <w:jc w:val="right"/>
      </w:pPr>
      <w:r>
        <w:t>اور دلچسپ بات یہ ہے کہ آپ دیکھیے کہ سید قطب کے سمجھ میں نہیں آیا کہ جب اللہ تعالی نے مدد کی حضرت موسیٰ کی اور فرعون غرق ہو گیا اور سارا مصر خالی ہو گیا۔</w:t>
      </w:r>
    </w:p>
    <w:p>
      <w:r>
        <w:rPr>
          <w:b/>
        </w:rPr>
        <w:t xml:space="preserve">[34:17] </w:t>
      </w:r>
      <w:r>
        <w:t>Aap jaante hain ke Quran mein bataya gaya hai, Bible mein bataya gaya hai ke Firaun bhi doob gaya aur us ka lashkar bhi doob gaya, saari taqat us mein khatam ho gayi.</w:t>
      </w:r>
    </w:p>
    <w:p>
      <w:pPr>
        <w:jc w:val="right"/>
      </w:pPr>
      <w:r>
        <w:t>آپ جانتے ہیں کہ قرآن میں بتایا گیا ہے، بائبل میں بتایا گیا ہے کہ فرعون بھی ڈوب گیا اور اس کا لشکر بھی ڈوب گیا، ساری طاقت اس میں ختم ہو گئی۔</w:t>
      </w:r>
    </w:p>
    <w:p>
      <w:r>
        <w:rPr>
          <w:b/>
        </w:rPr>
        <w:t xml:space="preserve">[34:28] </w:t>
      </w:r>
      <w:r>
        <w:t>Mosa Bani Israel laakho ki tadaad mein the, woh kayi laakh ki tadaad mein the wahan par Misr mein. To Hazrat Mosa qabza kar lete Misr ke oopar, chale gaye Saraye Sina mein, koi chale gaye.</w:t>
      </w:r>
    </w:p>
    <w:p>
      <w:pPr>
        <w:jc w:val="right"/>
      </w:pPr>
      <w:r>
        <w:t>موسیٰ بنی اسرائیل لاکھوں کی تعداد میں تھے، وہ کئی لاکھ کی تعداد میں تھے وہاں پر مصر میں۔ تو حضرت موسیٰ قبضہ کر لیتے مصر کے اوپر، چلے گئے سرائے سینہ میں، کوئی چلے گئے۔</w:t>
      </w:r>
    </w:p>
    <w:p>
      <w:r>
        <w:rPr>
          <w:b/>
        </w:rPr>
        <w:t xml:space="preserve">[34:39] </w:t>
      </w:r>
      <w:r>
        <w:t>Yani agar Hazrat Mosa ka maqsad yeh tha ke Misr mein Firaun ko hata kar ke apni hukoomat qayam karein to jab hukoomat jab Firaun hata chuka tha, lashkar barbaad ho chuka tha to qabza kyun nahi kiya unho ne?</w:t>
      </w:r>
    </w:p>
    <w:p>
      <w:pPr>
        <w:jc w:val="right"/>
      </w:pPr>
      <w:r>
        <w:t>یعنی اگر حضرت موسیٰ کا مقصد یہ تھا کہ مصر میں فرعون کو ہٹا کر کے اپنی حکومت قائم کریں تو جب حکومت جب فرعون ہٹ چکا تھا، لشکر برباد ہو چکا تھا تو قبضہ کیوں نہیں کیا انہوں نے؟</w:t>
      </w:r>
    </w:p>
    <w:p>
      <w:r>
        <w:rPr>
          <w:b/>
        </w:rPr>
        <w:t xml:space="preserve">[34:51] </w:t>
      </w:r>
      <w:r>
        <w:t>Phir Saraye Sina mein kyun chale gaye?</w:t>
      </w:r>
    </w:p>
    <w:p>
      <w:pPr>
        <w:jc w:val="right"/>
      </w:pPr>
      <w:r>
        <w:t>پھر سرائے سینہ میں کیوں چلے گئے؟</w:t>
      </w:r>
    </w:p>
    <w:p>
      <w:r>
        <w:rPr>
          <w:b/>
        </w:rPr>
        <w:t xml:space="preserve">[34:54] </w:t>
      </w:r>
      <w:r>
        <w:t>Lekin yeh farmaate hain to Firaun ne kaha tha ek ek woh koi bhi shakhs ek behkane wala jumla kehta hai provoke karne ke liye ek ek ek sentence bolta hai,</w:t>
      </w:r>
    </w:p>
    <w:p>
      <w:pPr>
        <w:jc w:val="right"/>
      </w:pPr>
      <w:r>
        <w:t>لیکن یہ فرماتے ہیں تو فرعون نے کہا تھا ایک ایک وہ کوئی بھی شخص ایک بہکانے والا جملہ کہتا ہے پرووک کرنے کے لیے ایک ایک ایک سینٹنس بولتا ہے،</w:t>
      </w:r>
    </w:p>
    <w:p>
      <w:r>
        <w:rPr>
          <w:b/>
        </w:rPr>
        <w:t xml:space="preserve">[35:08] </w:t>
      </w:r>
      <w:r>
        <w:t>woh us ki sachai se koi taalluq nahi hota. To Firaun ne kaha tha apne darbariyon ko bhadkane bhadkane ke liye,</w:t>
      </w:r>
    </w:p>
    <w:p>
      <w:pPr>
        <w:jc w:val="right"/>
      </w:pPr>
      <w:r>
        <w:t>وہ اس کی سچائی سے کوئی تعلق نہیں ہوتا۔ تو فرعون نے کہا تھا اپنے درباریوں کو بھڑکانے بھڑکانے کے لیے،</w:t>
      </w:r>
    </w:p>
    <w:p>
      <w:r>
        <w:rPr>
          <w:b/>
        </w:rPr>
        <w:t xml:space="preserve">[35:16] </w:t>
      </w:r>
      <w:r>
        <w:t>woh jaanta tha ke yeh Firaun jaanta tha ke Hazrat Mosa ki dawat mein koi politics nahi hai, woh to ek tawheed ki dawat hai.</w:t>
      </w:r>
    </w:p>
    <w:p>
      <w:pPr>
        <w:jc w:val="right"/>
      </w:pPr>
      <w:r>
        <w:t>وہ جانتا تھا کہ یہ فرعون جانتا تھا کہ حضرت موسیٰ کی دعوت میں کوئی پولیٹکس نہیں ہے، وہ تو ایک توحید کی دعوت ہے۔</w:t>
      </w:r>
    </w:p>
    <w:p>
      <w:r>
        <w:rPr>
          <w:b/>
        </w:rPr>
        <w:t xml:space="preserve">[35:25] </w:t>
      </w:r>
      <w:r>
        <w:t>Bhadkane ke liye us ne kaha ke "Yuri yukhrijakum min ardikum"</w:t>
      </w:r>
    </w:p>
    <w:p>
      <w:pPr>
        <w:jc w:val="right"/>
      </w:pPr>
      <w:r>
        <w:t>بھڑکانے کے لیے اس نے کہا کہ "یوری یخرجکم من نردکم"</w:t>
      </w:r>
    </w:p>
    <w:p>
      <w:r>
        <w:rPr>
          <w:b/>
        </w:rPr>
        <w:t xml:space="preserve">[35:30] </w:t>
      </w:r>
      <w:r>
        <w:t>to bhadkane ke baad jo kahi thi usne us se nikaal liya syed qutb ne "inha zahab al-sultan". ab ghaur kijiye ke kya moosa ka jo message hai woh firaun ke paas se nikle ga ya khud firaun ke ya khud moosa ke kalaam se nikle ga?</w:t>
      </w:r>
    </w:p>
    <w:p>
      <w:pPr>
        <w:jc w:val="right"/>
      </w:pPr>
      <w:r>
        <w:t>تو بھڑکانے کے بعد جو کہی تھی اس نے اس سے نکال لیا سید قطب نے "انہا ذہاب السلطان"۔ اب غور کیجئے کہ کیا موسیٰ کا جو میسج ہے وہ فرعون کے پاس سے نکلے گا یا خود فرعون کے یا خود موسیٰ کے کلام سے نکلے گا؟</w:t>
      </w:r>
    </w:p>
    <w:p>
      <w:r>
        <w:rPr>
          <w:b/>
        </w:rPr>
        <w:t xml:space="preserve">[35:46] </w:t>
      </w:r>
      <w:r>
        <w:t>kehti hai alogical baat hai ke hazrat moosa ke baad message kya tha, is ko nikaal rahe hain firaun ke kalaam se. woh to nikla hai ke khud hazrat moosa ke kalaam se.</w:t>
      </w:r>
    </w:p>
    <w:p>
      <w:pPr>
        <w:jc w:val="right"/>
      </w:pPr>
      <w:r>
        <w:t>کہتی ہے اللاجیکل بات ہے کہ حضرت موسیٰ کے بعد میسج کیا تھا، اس کو نکال رہے ہیں فرعون کے کلام سے۔ وہ تو نکلا ہے کہ خود حضرت موسیٰ کے کلام سے۔</w:t>
      </w:r>
    </w:p>
    <w:p>
      <w:r>
        <w:rPr>
          <w:b/>
        </w:rPr>
        <w:t xml:space="preserve">[35:57] </w:t>
      </w:r>
      <w:r>
        <w:t>kehti hai alogical baat hai aur phir hazrat moosa chhod ke chale gaye misr se, wahan tab bhi nahi samajh mein aaya un ko. to yeh likha unhon ne syed qutb sahib ne.</w:t>
      </w:r>
    </w:p>
    <w:p>
      <w:pPr>
        <w:jc w:val="right"/>
      </w:pPr>
      <w:r>
        <w:t>کہتی ہے اللاجیکل بات ہے اور پھر حضرت موسیٰ چھوڑ کے چلے گئے مصر سے، وہاں تب بھی نہیں سمجھ میں آیا ان کو۔ تو یہ لکھا انہوں نے سید قطب صاحب نے۔</w:t>
      </w:r>
    </w:p>
    <w:p>
      <w:r>
        <w:rPr>
          <w:b/>
        </w:rPr>
        <w:t xml:space="preserve">[36:07] </w:t>
      </w:r>
      <w:r>
        <w:t>yeh poori tafseer un ki parhi hai. aap isi qism ki baatein hain ke is ko politicize kiya unhon ne tafseer ko. aise abu mehdi ne kiya hai, un ki tafseer parhi hai "tafheem al-quran".</w:t>
      </w:r>
    </w:p>
    <w:p>
      <w:pPr>
        <w:jc w:val="right"/>
      </w:pPr>
      <w:r>
        <w:t>یہ پوری تفسیر ان کی پڑھی ہے۔ آپ اسی قسم کی باتیں ہیں کہ اس کو پولیٹیسائز کیا انہوں نے تفسیر کو۔ ایسے ابو مہدی نے کیا ہے، ان کی تفسیر پڑھی ہے "تفہیم القرآن"۔</w:t>
      </w:r>
    </w:p>
    <w:p>
      <w:r>
        <w:rPr>
          <w:b/>
        </w:rPr>
        <w:t xml:space="preserve">[36:20] </w:t>
      </w:r>
      <w:r>
        <w:t>jaise misaal ke taur par quran mein hai ke "koono qawabi bilqist". aye logo!</w:t>
      </w:r>
    </w:p>
    <w:p>
      <w:pPr>
        <w:jc w:val="right"/>
      </w:pPr>
      <w:r>
        <w:t>جیسے مثال کے طور پر قرآن میں ہے کہ "کونو قوابی بالقسط"۔ اے لوگوں!</w:t>
      </w:r>
    </w:p>
    <w:p>
      <w:r>
        <w:rPr>
          <w:b/>
        </w:rPr>
        <w:t xml:space="preserve">[36:28] </w:t>
      </w:r>
      <w:r>
        <w:t>tum qist par qaaim hone wale ban jao, yani qist ki pairwi karne wale ban jao.</w:t>
      </w:r>
    </w:p>
    <w:p>
      <w:pPr>
        <w:jc w:val="right"/>
      </w:pPr>
      <w:r>
        <w:t>تم قسط پر قائم ہونے والے بن جاؤ، یعنی قسط کی پیروی کرنے والے بن جاؤ۔</w:t>
      </w:r>
    </w:p>
    <w:p>
      <w:r>
        <w:rPr>
          <w:b/>
        </w:rPr>
        <w:t xml:space="preserve">[36:34] </w:t>
      </w:r>
      <w:r>
        <w:t>to yeh jo qawam ka lafz hai, yeh muqeem ka mubaligha nahi hai, qaaim ka mubaligha hai. yani apne aap ko qaaim kar do qist ke upar, justice ke upar.</w:t>
      </w:r>
    </w:p>
    <w:p>
      <w:pPr>
        <w:jc w:val="right"/>
      </w:pPr>
      <w:r>
        <w:t>تو یہ جو قوام کا لفظ ہے، یہ مقیم کا مبالغہ نہیں ہے، قائم کا مبالغہ ہے۔ یعنی اپنے آپ کو قائم کر دو قسط کے اوپر، جسٹس کے اوپر۔</w:t>
      </w:r>
    </w:p>
    <w:p>
      <w:r>
        <w:rPr>
          <w:b/>
        </w:rPr>
        <w:t xml:space="preserve">[36:46] </w:t>
      </w:r>
      <w:r>
        <w:t>justice ko follow karne wale ban jao, justice ki pairwi karne wale ban jao. us waqt kya nikaal liya unhon ne? justice ek jhanda buland karo, justice ko duniya mein ghalib karo, justice ek hukumat qaaim karo saari duniya mein.</w:t>
      </w:r>
    </w:p>
    <w:p>
      <w:pPr>
        <w:jc w:val="right"/>
      </w:pPr>
      <w:r>
        <w:t>جسٹس کو فالو کرنے والے بن جاؤ، جسٹس کی پیروی کرنے والے بن جاؤ۔ اس وقت کیا نکال لیا انہوں نے؟ جسٹس ایک جھنڈا بلند کرو، جسٹس کو دنیا میں غالب کرو، جسٹس ایک حکومت قائم کرو ساری دنیا میں۔</w:t>
      </w:r>
    </w:p>
    <w:p>
      <w:r>
        <w:rPr>
          <w:b/>
        </w:rPr>
        <w:t xml:space="preserve">[36:59] </w:t>
      </w:r>
      <w:r>
        <w:t>aap parh lijiye "tafheem al-quran" mein.</w:t>
      </w:r>
    </w:p>
    <w:p>
      <w:pPr>
        <w:jc w:val="right"/>
      </w:pPr>
      <w:r>
        <w:t>آپ پڑھ لیجئے "تفہیم القرآن" میں۔</w:t>
      </w:r>
    </w:p>
    <w:p>
      <w:r>
        <w:rPr>
          <w:b/>
        </w:rPr>
        <w:t xml:space="preserve">[37:01] </w:t>
      </w:r>
      <w:r>
        <w:t>ab kehte hain stepped interpretation hai yeh, lekin is ka nateeja kya hua? ke islam ban gaya.</w:t>
      </w:r>
    </w:p>
    <w:p>
      <w:pPr>
        <w:jc w:val="right"/>
      </w:pPr>
      <w:r>
        <w:t>اب کہتے ہیں اسٹیپڈ انٹرپریشن ہے یہ، لیکن اس کا نتیجہ کیا ہوا؟ کہ اسلام بن گیا۔</w:t>
      </w:r>
    </w:p>
    <w:p>
      <w:r>
        <w:rPr>
          <w:b/>
        </w:rPr>
        <w:t xml:space="preserve">[37:11] </w:t>
      </w:r>
      <w:r>
        <w:t>islam jo hai, woh ban gaya subject of force full implementation. islam jo tha, jo rasool allah jo islam laaye the, woh tha subject of following.</w:t>
      </w:r>
    </w:p>
    <w:p>
      <w:pPr>
        <w:jc w:val="right"/>
      </w:pPr>
      <w:r>
        <w:t>اسلام جو ہے، وہ بن گیا سبجیکٹ آف فورس فل امپلیمنٹیشن۔ اسلام جو تھا، جو رسول اللہ جو اسلام لائے تھے، وہ تھا سبجیکٹ آف فالونگ۔</w:t>
      </w:r>
    </w:p>
    <w:p>
      <w:r>
        <w:rPr>
          <w:b/>
        </w:rPr>
        <w:t xml:space="preserve">[37:25] </w:t>
      </w:r>
      <w:r>
        <w:t>pairwi karne ka mazhab ke hum khud pairwi karein.</w:t>
      </w:r>
    </w:p>
    <w:p>
      <w:pPr>
        <w:jc w:val="right"/>
      </w:pPr>
      <w:r>
        <w:t>پیروی کرنے کا مذہب کہ ہم خود پیروی کریں۔</w:t>
      </w:r>
    </w:p>
    <w:p>
      <w:r>
        <w:rPr>
          <w:b/>
        </w:rPr>
        <w:t xml:space="preserve">[37:29] </w:t>
      </w:r>
      <w:r>
        <w:t>jo paighambar islam ne hamein diya tha, islam woh tha. woh islam jo tha, subject of following tha, yani pairwi karne ka mazhab tha.</w:t>
      </w:r>
    </w:p>
    <w:p>
      <w:pPr>
        <w:jc w:val="right"/>
      </w:pPr>
      <w:r>
        <w:t>جو پیغمبر اسلام نے ہمیں دیا تھا، اسلام وہ تھا۔ وہ اسلام جو تھا، سبجیکٹ آف فالونگ تھا، یعنی پیروی کرنے کا مذہب تھا۔</w:t>
      </w:r>
    </w:p>
    <w:p>
      <w:r>
        <w:rPr>
          <w:b/>
        </w:rPr>
        <w:t xml:space="preserve">[37:38] </w:t>
      </w:r>
      <w:r>
        <w:t>woh unhon ne kya kiya? syed qutb ne aur bade modin ne is ko subject of enforcement bana diya, subject of force full implementation bana diya.</w:t>
      </w:r>
    </w:p>
    <w:p>
      <w:pPr>
        <w:jc w:val="right"/>
      </w:pPr>
      <w:r>
        <w:t>وہ انہوں نے کیا کیا؟ سید قطب نے اور بڑے مودین نے اس کو سبجیکٹ آف انفارمنس بنا دیا، سبجیکٹ آف فورس فل امپلیمنٹیشن بنا دیا۔</w:t>
      </w:r>
    </w:p>
    <w:p>
      <w:r>
        <w:rPr>
          <w:b/>
        </w:rPr>
        <w:t xml:space="preserve">[37:48] </w:t>
      </w:r>
      <w:r>
        <w:t>yani main yeh kahun ga ke yeh yani religion of flagging bana diya is ko,</w:t>
      </w:r>
    </w:p>
    <w:p>
      <w:pPr>
        <w:jc w:val="right"/>
      </w:pPr>
      <w:r>
        <w:t>یعنی میں یہ کہوں گا کہ یہ یعنی ریلیجن آف فلاگنگ بنا دیا اس کو،</w:t>
      </w:r>
    </w:p>
    <w:p>
      <w:r>
        <w:rPr>
          <w:b/>
        </w:rPr>
        <w:t xml:space="preserve">[37:56] </w:t>
      </w:r>
      <w:r>
        <w:t>yani mohabbat aur blessing ke deen ko religion of flagging bana diya. aap dekhein, flagging ho rahi hai har jagah, jahan jahan yeh nazariya phailta hai.</w:t>
      </w:r>
    </w:p>
    <w:p>
      <w:pPr>
        <w:jc w:val="right"/>
      </w:pPr>
      <w:r>
        <w:t>یعنی محبت اور بلیسنگ کے دین کو ریلیجن آف فلاگنگ بنا دیا۔ آپ دیکھیں، فلاگنگ ہو رہی ہے ہر جگہ، جہاں جہاں یہ نظریہ پھیلتا ہے۔</w:t>
      </w:r>
    </w:p>
    <w:p>
      <w:r>
        <w:rPr>
          <w:b/>
        </w:rPr>
        <w:t xml:space="preserve">[38:07] </w:t>
      </w:r>
      <w:r>
        <w:t>kyonke woh samajhte hain ke islam ko yani bazur hamein nafiz karna hai, hamein is ko force full tareeqe se nafiz karna hai.</w:t>
      </w:r>
    </w:p>
    <w:p>
      <w:pPr>
        <w:jc w:val="right"/>
      </w:pPr>
      <w:r>
        <w:t>کیونکہ وہ سمجھتے ہیں کہ اسلام کو یعنی بزور ہمیں نافذ کرنا ہے، ہمیں اس کو فورس فل طریقے سے نافذ کرنا ہے۔</w:t>
      </w:r>
    </w:p>
    <w:p>
      <w:r>
        <w:rPr>
          <w:b/>
        </w:rPr>
        <w:t xml:space="preserve">[38:17] </w:t>
      </w:r>
      <w:r>
        <w:t>isi ke liye aaj kal larai ho rahi hai, sab jagah yahi log lar rahe hain jin ke zehan mein political interpretation basa hua hai.</w:t>
      </w:r>
    </w:p>
    <w:p>
      <w:pPr>
        <w:jc w:val="right"/>
      </w:pPr>
      <w:r>
        <w:t>اسی کے لیے آج کل لڑائی ہو رہی ہے، سب جگہ یہی لوگ لڑ رہے ہیں جن کے ذہن میں پولیٹیکل انٹرپریشن بسا ہوا ہے۔</w:t>
      </w:r>
    </w:p>
    <w:p>
      <w:r>
        <w:rPr>
          <w:b/>
        </w:rPr>
        <w:t xml:space="preserve">[38:25] </w:t>
      </w:r>
      <w:r>
        <w:t>to syed qutb aur mehdi ne islam ka political interpretation diya. to political interpretation shuru hua kahan se? political thinking se. political thinking phir badh kar ke kya ban gayi?</w:t>
      </w:r>
    </w:p>
    <w:p>
      <w:pPr>
        <w:jc w:val="right"/>
      </w:pPr>
      <w:r>
        <w:t>تو سید قطب اور مہدی نے اسلام کا پولیٹیکل انٹرپریشن دیا۔ تو پولیٹیکل انٹرپریشن شروع ہوا کہاں سے؟ پولیٹیکل تھنکنگ سے۔ پولیٹیکل تھنکنگ پھر بڑھ کر کے کیا بن گئی؟</w:t>
      </w:r>
    </w:p>
    <w:p>
      <w:r>
        <w:rPr>
          <w:b/>
        </w:rPr>
        <w:t xml:space="preserve">[38:36] </w:t>
      </w:r>
      <w:r>
        <w:t>extremism ban gayi. phir woh kya hua? fundamentalism bana. phir jab dekha unhon ne ke is se kaam nahi chal raha hai to phir militarysi aa gayi. militarysi ne bhi kaam chala to kya hua?</w:t>
      </w:r>
    </w:p>
    <w:p>
      <w:pPr>
        <w:jc w:val="right"/>
      </w:pPr>
      <w:r>
        <w:t>ایکسٹریمزم بن گئی۔ پھر وہ کیا ہوا؟ فنڈامینٹلزم بنا۔ پھر جب دیکھا انہوں نے کہ اس سے کام نہیں چل رہا ہے تو پھر ملٹریسی آ گئی۔ ملٹریسی نے بھی کام چلا تو کیا ہوا؟</w:t>
      </w:r>
    </w:p>
    <w:p>
      <w:r>
        <w:rPr>
          <w:b/>
        </w:rPr>
        <w:t xml:space="preserve">[38:46] </w:t>
      </w:r>
      <w:r>
        <w:t>ke suicide bombing aa gayi. yeh sab isi khaane mein jaata hai, sab isi khaane mein jaata hai.</w:t>
      </w:r>
    </w:p>
    <w:p>
      <w:pPr>
        <w:jc w:val="right"/>
      </w:pPr>
      <w:r>
        <w:t>کہ سوسائیڈ بمبنگ آ گئی۔ یہ سب اسی خانے میں جاتا ہے، سب اسی خانے میں جاتا ہے۔</w:t>
      </w:r>
    </w:p>
    <w:p>
      <w:r>
        <w:rPr>
          <w:b/>
        </w:rPr>
        <w:t xml:space="preserve">[38:55] </w:t>
      </w:r>
      <w:r>
        <w:t>main aap ko ek dilchasp misaal doon ke abu mehdi sahib ki kitaab hai jo bohat hi markaz daar kitaab samjhai jaati hai.</w:t>
      </w:r>
    </w:p>
    <w:p>
      <w:pPr>
        <w:jc w:val="right"/>
      </w:pPr>
      <w:r>
        <w:t>میں آپ کو ایک دلچسپ مثال دوں کہ ابو مہدی صاحب کی کتاب ہے جو بہت ہی مرکز دار کتاب سمجھائی جاتی ہے۔</w:t>
      </w:r>
    </w:p>
    <w:p>
      <w:r>
        <w:rPr>
          <w:b/>
        </w:rPr>
        <w:t xml:space="preserve">[39:03] </w:t>
      </w:r>
      <w:r>
        <w:t>is ka naam hai "parda". parda jo main ne kaha ke religion of flagging, is ki ek misaal is mein dekh lijiye aap. to parda ke aakhir mein unhon ne yeh yeh likha hai ke ke chehra jo hai, is ka chhupana zaroori hai aurton ke liye.</w:t>
      </w:r>
    </w:p>
    <w:p>
      <w:pPr>
        <w:jc w:val="right"/>
      </w:pPr>
      <w:r>
        <w:t>اس کا نام ہے "پردہ"۔ پردہ جو میں نے کہا کہ ریلیجن آف فلاگنگ، اس کی ایک مثال اس میں دیکھ لیجئے آپ۔ تو پردہ کے آخر میں انہوں نے یہ یہ لکھا ہے کہ کہ چہرہ جو ہے، اس کا چھپانا ضروری ہے عورتوں کے لیے۔</w:t>
      </w:r>
    </w:p>
    <w:p>
      <w:r>
        <w:rPr>
          <w:b/>
        </w:rPr>
        <w:t xml:space="preserve">[39:18] </w:t>
      </w:r>
      <w:r>
        <w:t>aurton ko chehra jo hai, chhupana zaroori hai, yani burqa pehnna zaroori hai.</w:t>
      </w:r>
    </w:p>
    <w:p>
      <w:pPr>
        <w:jc w:val="right"/>
      </w:pPr>
      <w:r>
        <w:t>عورتوں کو چہرہ جو ہے، چھپانا ضروری ہے، یعنی برقعہ پہننا ضروری ہے۔</w:t>
      </w:r>
    </w:p>
    <w:p>
      <w:r>
        <w:rPr>
          <w:b/>
        </w:rPr>
        <w:t xml:space="preserve">[39:23] </w:t>
      </w:r>
      <w:r>
        <w:t>to wahan par woh behas karte hain. kuch log yeh kehte hain ke chehra jo hai, woh satar mein shamil nahi hai, chehra chhupana zaroori nahi hai. to woh kehte hain ke chehra kholne ki aayat aurton ko wusat di ja sakti hai, jabke samaj mein yeh haalat ho jaye,</w:t>
      </w:r>
    </w:p>
    <w:p>
      <w:pPr>
        <w:jc w:val="right"/>
      </w:pPr>
      <w:r>
        <w:t>تو وہاں پر وہ بحث کرتے ہیں۔ کچھ لوگ یہ کہتے ہیں کہ چہرہ جو ہے، وہ سطر میں شامل نہیں ہے، چہرہ چھپانا ضروری نہیں ہے۔ تو وہ کہتے ہیں کہ چہرہ کھولنے کی آیات عورتوں کو وسعت دی جا سکتی ہے، جبکہ سماج میں یہ حالت ہو جائے،</w:t>
      </w:r>
    </w:p>
    <w:p>
      <w:r>
        <w:rPr>
          <w:b/>
        </w:rPr>
        <w:t xml:space="preserve">[39:37] </w:t>
      </w:r>
      <w:r>
        <w:t>itna zyada samaj jo hai, yani strong ho jaye ke ek aadmi agar kisi aurat ko ghore to pachas haath us ki aankh nikalne ke liye tayar ho.</w:t>
      </w:r>
    </w:p>
    <w:p>
      <w:pPr>
        <w:jc w:val="right"/>
      </w:pPr>
      <w:r>
        <w:t>اتنا زیادہ سماج جو ہے، یعنی اسٹرانگ ہو جائے کہ ایک آدمی اگر کسی عورت کو گھورے تو پچاس ہاتھ اس کی آنکھ نکالنے کے لیے تیار ہو۔</w:t>
      </w:r>
    </w:p>
    <w:p>
      <w:r>
        <w:rPr>
          <w:b/>
        </w:rPr>
        <w:t xml:space="preserve">[39:50] </w:t>
      </w:r>
      <w:r>
        <w:t>aap ko shak ho to un ki kitab mein aa kar dekh lijiye aap aakhir mein is ke.</w:t>
      </w:r>
    </w:p>
    <w:p>
      <w:pPr>
        <w:jc w:val="right"/>
      </w:pPr>
      <w:r>
        <w:t>آپ کو شک ہو تو ان کی کتاب میں آ کر دیکھ لیجئے آپ آخر میں اس کے۔</w:t>
      </w:r>
    </w:p>
    <w:p>
      <w:r>
        <w:rPr>
          <w:b/>
        </w:rPr>
        <w:t xml:space="preserve">[39:54] </w:t>
      </w:r>
      <w:r>
        <w:t>yani woh aisa samaj banana chahte hain ke wahan agar ek aadmi kisi aurat ke chehre ko ghore to pachas aadmi dauden us ki aankh nikalne ke liye.</w:t>
      </w:r>
    </w:p>
    <w:p>
      <w:pPr>
        <w:jc w:val="right"/>
      </w:pPr>
      <w:r>
        <w:t>یعنی وہ ایسا سماج بنانا چاہتے ہیں کہ وہاں اگر ایک آدمی کسی عورت کے چہرے کو گھورے تو پچاس آدمی دوڑیں اس کی آنکھ نکالنے کے لیے۔</w:t>
      </w:r>
    </w:p>
    <w:p>
      <w:r>
        <w:rPr>
          <w:b/>
        </w:rPr>
        <w:t xml:space="preserve">[40:03] </w:t>
      </w:r>
      <w:r>
        <w:t>dhat iz religion of flagging. to jab aap islam ko political interpretation denge, islam ko ek ek siyasi nizam bataenge, islam ko siyasi hukumat ka subject bataenge, islam ka matlab yeh bataenge ke duniya mein aap islam mein hukumat qaim karo,</w:t>
      </w:r>
    </w:p>
    <w:p>
      <w:pPr>
        <w:jc w:val="right"/>
      </w:pPr>
      <w:r>
        <w:t>دیٹ از ریلیجن آف فلاگنگ۔ تو جب آپ اسلام کو پولیٹیکل انٹرپریشن دیں گے، اسلام کو ایک ایک سیاسی نظام بتائیں گے، اسلام کو سیاسی حکومت کا سبجیکٹ بتائیں گے، اسلام کا مطلب یہ بتائیں گے کہ دنیا میں آپ اسلام میں حکومت قائم کرو،</w:t>
      </w:r>
    </w:p>
    <w:p>
      <w:r>
        <w:rPr>
          <w:b/>
        </w:rPr>
        <w:t xml:space="preserve">[40:21] </w:t>
      </w:r>
      <w:r>
        <w:t>to zahir hai kuch log hukumat already kar rahe hain. to un se kaise nipatein? un se takra gaye, takrayenge aap. takrayenge to kya hoga?</w:t>
      </w:r>
    </w:p>
    <w:p>
      <w:pPr>
        <w:jc w:val="right"/>
      </w:pPr>
      <w:r>
        <w:t>تو ظاہر ہے کچھ لوگ حکومت الریڈی کر رہے ہیں۔ تو ان سے کیسے نپٹیں؟ ان سے ٹکرا گئے، ٹکرائیں گے آپ۔ ٹکرائیں گے تو کیا ہوگا؟</w:t>
      </w:r>
    </w:p>
    <w:p>
      <w:r>
        <w:rPr>
          <w:b/>
        </w:rPr>
        <w:t xml:space="preserve">[40:31] </w:t>
      </w:r>
      <w:r>
        <w:t>pehle to aap batein karenge takrao wali, phir aap establishment ban jayenge, phir aap bomb banayenge, phir gun banayenge, phir aap military chalayenge.</w:t>
      </w:r>
    </w:p>
    <w:p>
      <w:pPr>
        <w:jc w:val="right"/>
      </w:pPr>
      <w:r>
        <w:t>پہلے تو آپ باتیں کریں گے ٹکراؤ والی، پھر آپ اسٹیبلش بن جائیں گے، پھر آپ بم بنائیں گے، پھر گن بنائیں گے، پھر آپ ملٹریسی چلائیں گے۔</w:t>
      </w:r>
    </w:p>
    <w:p>
      <w:r>
        <w:rPr>
          <w:b/>
        </w:rPr>
        <w:t xml:space="preserve">[40:40] </w:t>
      </w:r>
      <w:r>
        <w:t>jab kuch nahi hoga, kuch nahi hoga to phir aap suicide bombing karenge. aap ke dimaag mein basa hua hai ke humein hukumat qaim karna hai,</w:t>
      </w:r>
    </w:p>
    <w:p>
      <w:pPr>
        <w:jc w:val="right"/>
      </w:pPr>
      <w:r>
        <w:t>جب کچھ نہیں ہوگا، کچھ نہیں ہوگا تو پھر آپ سوسائیڈ بمبنگ کریں گے۔ آپ کے دماغ میں بسا ہوا ہے کہ ہمیں حکومت قائم کرنا ہے،</w:t>
      </w:r>
    </w:p>
    <w:p>
      <w:r>
        <w:rPr>
          <w:b/>
        </w:rPr>
        <w:t xml:space="preserve">[40:48] </w:t>
      </w:r>
      <w:r>
        <w:t>islam ko as a political role duniya mein bichhana chahiye. yeh tha fitna political interpretation ka, jis ke do khas taur par, yani bahut se is mein aur bhi is mein shareek shareek hain, lekin do khas aadmi is mein aate hain: arab world mein syed qutb aur indian subcontinent mein syed abu maududi.</w:t>
      </w:r>
    </w:p>
    <w:p>
      <w:pPr>
        <w:jc w:val="right"/>
      </w:pPr>
      <w:r>
        <w:t>اسلام کو ایز اے پولیٹیکل رول دنیا میں بچھانا چاہیے۔ یہ تھا فتنہ پولیٹیکل انٹرپریشن کا، جس کے دو خاص طور پر، یعنی بہت سے اس میں اور بھی اس میں شریک شریک ہیں، لیکن دو خاص آدمی اس میں آتے ہیں: عرب ورلڈ میں سید قطب اور انڈین سب کانٹیننٹ میں سید ابو مودودی۔</w:t>
      </w:r>
    </w:p>
    <w:p>
      <w:r>
        <w:rPr>
          <w:b/>
        </w:rPr>
        <w:t xml:space="preserve">[41:10] </w:t>
      </w:r>
      <w:r>
        <w:t>to yeh maine aap ke samne ek khulasa bayan kiya is ka ke jis daur mein hum yeh yehi hai fitna dohe maah, yehi fitna dohe maah hai,</w:t>
      </w:r>
    </w:p>
    <w:p>
      <w:pPr>
        <w:jc w:val="right"/>
      </w:pPr>
      <w:r>
        <w:t>تو یہ میں نے آپ کے سامنے ایک خلاصہ بیان کیا اس کا کہ جس دور میں ہم یہ یہی ہے فتنہ دوہے ماہ، یہی فتنہ دوہے ماہ ہے،</w:t>
      </w:r>
    </w:p>
    <w:p>
      <w:r>
        <w:rPr>
          <w:b/>
        </w:rPr>
        <w:t xml:space="preserve">[41:23] </w:t>
      </w:r>
      <w:r>
        <w:t>yani age of total darkness. darkness ka matlab hai intellectual darkness. intellectual darkness yani aisi aisi explanation, aisi aisi aisi aisi,</w:t>
      </w:r>
    </w:p>
    <w:p>
      <w:pPr>
        <w:jc w:val="right"/>
      </w:pPr>
      <w:r>
        <w:t>یعنی ایج آف ٹوٹل ڈارکنس۔ ڈارکنس کا مطلب ہے انٹلیکچول ڈارکنس۔ انٹلیکچول ڈارکنس یعنی ایسی ایسی ایکسپلینیشن، ایسی ایسی ایسی ایسی،</w:t>
      </w:r>
    </w:p>
    <w:p>
      <w:r>
        <w:rPr>
          <w:b/>
        </w:rPr>
        <w:t xml:space="preserve">[41:38] </w:t>
      </w:r>
      <w:r>
        <w:t>yani philosophy, aisi aisi ideologies jo insaan ko bilkul bewild kar denge, insaan ko, insaan ko, yani sochne ka rasta band kar den.</w:t>
      </w:r>
    </w:p>
    <w:p>
      <w:pPr>
        <w:jc w:val="right"/>
      </w:pPr>
      <w:r>
        <w:t>یعنی فلاسفی، ایسی ایسی آئیڈیالوجیز جو انسان کو بالکل بیولڈ کر دیں گے، انسان کو، انسان کو، یعنی سوچنے کا راستہ بند کر دیں۔</w:t>
      </w:r>
    </w:p>
    <w:p>
      <w:r>
        <w:rPr>
          <w:b/>
        </w:rPr>
        <w:t xml:space="preserve">[41:50] </w:t>
      </w:r>
      <w:r>
        <w:t>kyunke analysis karne ki taqat hoti nahi kisi ke andar. yani ye jo aaj kal jungle hai, ideas ka jungle hai, aur printing press fitna dohe mah ke liye zaruri hai.</w:t>
      </w:r>
    </w:p>
    <w:p>
      <w:pPr>
        <w:jc w:val="right"/>
      </w:pPr>
      <w:r>
        <w:t>کیونکہ انالیسز کرنے کی طاقت ہوتی نہیں کسی کے اندر۔ یعنی یہ جو آج کل جنگل ہے، آئیڈیاز کا جنگل ہے، اور پرنٹنگ پریس فتنہ دوہے ماہ کے لیے ضروری ہے۔</w:t>
      </w:r>
    </w:p>
    <w:p>
      <w:r>
        <w:rPr>
          <w:b/>
        </w:rPr>
        <w:t xml:space="preserve">[42:01] </w:t>
      </w:r>
      <w:r>
        <w:t>ek printing press aa chuka ho, ye bhi samajh lijiye ke fitna dohe mah jo rasool allah ne farmaya tha, to wo wo wo us zamane mein aane wala tha jismein ke printing press aa chuka ho, media aa chuka ho.</w:t>
      </w:r>
    </w:p>
    <w:p>
      <w:pPr>
        <w:jc w:val="right"/>
      </w:pPr>
      <w:r>
        <w:t>ایک پرنٹنگ پریس آ چکا ہو، یہ بھی سمجھ لیجئے کہ فتنہ دوہے ماہ جو رسول اللہ نے فرمایا تھا، تو وہ وہ وہ اس زمانے میں آنے والا تھا جس میں کہ پرنٹنگ پریس آ چکا ہو، میڈیا آ چکا ہو۔</w:t>
      </w:r>
    </w:p>
    <w:p>
      <w:r>
        <w:rPr>
          <w:b/>
        </w:rPr>
        <w:t xml:space="preserve">[42:13] </w:t>
      </w:r>
      <w:r>
        <w:t>kyunke jab tak printing press na aaye, aap phailayen kaise apni baaton ko? pehle agar aap chahte to aap kaise phailate? aap</w:t>
      </w:r>
    </w:p>
    <w:p>
      <w:pPr>
        <w:jc w:val="right"/>
      </w:pPr>
      <w:r>
        <w:t>کیونکہ جب تک پرنٹنگ پریس نہ آئے، آپ پھیلائیں کیسے اپنی باتوں کو؟ پہلے اگر آپ چاہتے تو آپ کیسے پھیلاتے؟ آپ</w:t>
      </w:r>
    </w:p>
    <w:p>
      <w:r>
        <w:rPr>
          <w:b/>
        </w:rPr>
        <w:t xml:space="preserve">[42:20] </w:t>
      </w:r>
      <w:r>
        <w:t>sirf local tor par aap phaila sakte the, ab to aap sari duniya mein phaila sakte hain. ye zamana aisa zamana hai ke abhi aap jaante hain ke abhi jo american president obama ki taqreer hui thi,</w:t>
      </w:r>
    </w:p>
    <w:p>
      <w:pPr>
        <w:jc w:val="right"/>
      </w:pPr>
      <w:r>
        <w:t>صرف لوکل طور پر آپ پھیلا سکتے تھے، اب تو آپ ساری دنیا میں پھیلا سکتے ہیں۔ یہ زمانہ ایسا زمانہ ہے کہ ابھی آپ جانتے ہیں کہ ابھی جو امریکن پریزیڈنٹ اوباما کی تقریر ہوئی تھی،</w:t>
      </w:r>
    </w:p>
    <w:p>
      <w:r>
        <w:rPr>
          <w:b/>
        </w:rPr>
        <w:t xml:space="preserve">[42:33] </w:t>
      </w:r>
      <w:r>
        <w:t>wahan se qahira se itna zabardast wo itna well arrange thi wo ke sari duniya mein suni gayi. ain isi waqt jab wo bol rahe the azhar university mein, isi waqt sari duniya mein is ko suna ja raha tha tv par.</w:t>
      </w:r>
    </w:p>
    <w:p>
      <w:pPr>
        <w:jc w:val="right"/>
      </w:pPr>
      <w:r>
        <w:t>وہاں سے قاہرہ سے اتنا زبردست وہ اتنا ویل ارینج تھی وہ کہ ساری دنیا میں سنی گئی۔ عین اسی وقت جب وہ بول رہے تھے اظہر یونیورسٹی میں، اسی وقت ساری دنیا میں اس کو سنا جا رہا تھا ٹی وی پر۔</w:t>
      </w:r>
    </w:p>
    <w:p>
      <w:r>
        <w:rPr>
          <w:b/>
        </w:rPr>
        <w:t xml:space="preserve">[42:48] </w:t>
      </w:r>
      <w:r>
        <w:t>aap ghaur kijiye, ek jagah se ek aadmi bolta hai aur sari duniya mein ghar ghar is ko suna ja raha hai tv ke upar. isi daur mein fitna dohe mah aane wala tha, is se pehle fitna dohe mah nahi aa sakta tha.</w:t>
      </w:r>
    </w:p>
    <w:p>
      <w:pPr>
        <w:jc w:val="right"/>
      </w:pPr>
      <w:r>
        <w:t>آپ غور کیجئے، ایک جگہ سے ایک آدمی بولتا ہے اور ساری دنیا میں گھر گھر اس کو سنا جا رہا ہے ٹی وی کے اوپر۔ اسی دور میں فتنہ دوہے ماہ آنے والا تھا، اس سے پہلے فتنہ دوہے ماہ نہیں آ سکتا تھا۔</w:t>
      </w:r>
    </w:p>
    <w:p>
      <w:r>
        <w:rPr>
          <w:b/>
        </w:rPr>
        <w:t xml:space="preserve">[43:01] </w:t>
      </w:r>
      <w:r>
        <w:t>to fitna dohe mah se murad hai wo zamana jab ke ideas ka jungle hoga, philosophy ka jungle hoga, interpretation ka jungle hoga, aur koi analysis nahi kar payega is ka.</w:t>
      </w:r>
    </w:p>
    <w:p>
      <w:pPr>
        <w:jc w:val="right"/>
      </w:pPr>
      <w:r>
        <w:t>تو فتنہ دوہے ماہ سے مراد ہے وہ زمانہ جب کہ آئیڈیاز کا جنگل ہوگا، فلاسفی کا جنگل ہوگا، انٹرپریشن کا جنگل ہوگا، اور کوئی انالیسز نہیں کر پائے گا اس کا۔</w:t>
      </w:r>
    </w:p>
    <w:p>
      <w:r>
        <w:rPr>
          <w:b/>
        </w:rPr>
        <w:t xml:space="preserve">[43:14] </w:t>
      </w:r>
      <w:r>
        <w:t>to ye hai wo fitna. to allah tala ne hamara jo mission hai, mission khara kiya, allah tala ne is mission ko mein to isi ke liye khara kiya.</w:t>
      </w:r>
    </w:p>
    <w:p>
      <w:pPr>
        <w:jc w:val="right"/>
      </w:pPr>
      <w:r>
        <w:t>تو یہ ہے وہ فتنہ۔ تو اللہ تعالی نے ہمارا جو مشن ہے، مشن کھڑا کیا، اللہ تعالی نے اس من کو میں تو اسی کے لیے کھڑا کیا۔</w:t>
      </w:r>
    </w:p>
    <w:p>
      <w:r>
        <w:rPr>
          <w:b/>
        </w:rPr>
        <w:t xml:space="preserve">[43:24] </w:t>
      </w:r>
      <w:r>
        <w:t>hamara jo mission hai, wo mission isi liye khara hua hai ke fitna dohe mah ko khola jaye, is ko expose kiya jaye, is ka analysis kiya jaye, logon ko bataya jaye ke sachai kya hai.</w:t>
      </w:r>
    </w:p>
    <w:p>
      <w:pPr>
        <w:jc w:val="right"/>
      </w:pPr>
      <w:r>
        <w:t>ہمارا جو مشن ہے، وہ مشن اسی لیے کھڑا ہوا ہے کہ فتنہ دوہے ماہ کو کھولا جائے، اس کو ایکسپوز کیا جائے، اس کا انالیسز کیا جائے، لوگوں کو بتایا جائے کہ سچائی کیا ہے۔</w:t>
      </w:r>
    </w:p>
    <w:p>
      <w:r>
        <w:rPr>
          <w:b/>
        </w:rPr>
        <w:t xml:space="preserve">[43:37] </w:t>
      </w:r>
      <w:r>
        <w:t>to khuda ke fazal se aaj aap jaante hain ke is mission ke tahat bahut kafi kitabein taiyar ho chuki hain, literature taiyar ho chuka hai, bahut kafi.</w:t>
      </w:r>
    </w:p>
    <w:p>
      <w:pPr>
        <w:jc w:val="right"/>
      </w:pPr>
      <w:r>
        <w:t>تو خدا کے فضل سے آج آپ جانتے ہیں کہ اس مشن کے تحت بہت کافی کتابیں تیار ہو چکی ہیں، لٹریچر تیار ہو چکا ہے، بہت کافی۔</w:t>
      </w:r>
    </w:p>
    <w:p>
      <w:r>
        <w:rPr>
          <w:b/>
        </w:rPr>
        <w:t xml:space="preserve">[43:48] </w:t>
      </w:r>
      <w:r>
        <w:t>quran ka translation bhi abhi maujud nahi tha, jo maujud the translation quran majeed ke angrezi zaban mein, taqreeban 25 se zyada translation, wo sab mein confusion tha, clarity nahi thi.</w:t>
      </w:r>
    </w:p>
    <w:p>
      <w:pPr>
        <w:jc w:val="right"/>
      </w:pPr>
      <w:r>
        <w:t>قرآن کا ٹرانسیشن بھی ابھی موجود نہیں تھا، جو موجود تھے ٹرانسیشن قرآن مجید کے انگلش زبان میں، تقریباً 25 سے زیادہ ٹرانسیشن، وہ سب میں کنفیوژن تھا، کلیرٹی نہیں تھی۔</w:t>
      </w:r>
    </w:p>
    <w:p>
      <w:r>
        <w:rPr>
          <w:b/>
        </w:rPr>
        <w:t xml:space="preserve">[43:59] </w:t>
      </w:r>
      <w:r>
        <w:t>ab hamare mission ke tahat chhapaya tarjuma bilkul hi sa</w:t>
      </w:r>
    </w:p>
    <w:p>
      <w:pPr>
        <w:jc w:val="right"/>
      </w:pPr>
      <w:r>
        <w:t>اب ہمارے مشن کے تحت چھپایا ترجمہ بالکل ہی ص</w:t>
      </w:r>
    </w:p>
    <w:p>
      <w:r>
        <w:rPr>
          <w:b/>
        </w:rPr>
        <w:t xml:space="preserve">[44:03] </w:t>
      </w:r>
      <w:r>
        <w:t>af. abhi mere paas aaj telephone aaya un ka habib bhai ka hyderabad se, to wahan ek educator hindu ko unhon ne diya yahan ka translate quran majeed ka angrezi wala parhne ke liye.</w:t>
      </w:r>
    </w:p>
    <w:p>
      <w:pPr>
        <w:jc w:val="right"/>
      </w:pPr>
      <w:r>
        <w:t>اف۔ ابھی میرے پاس آج ٹیلی فون آیا ان کا حبیب بھائی کا حیدرآباد سے، تو وہاں ایک ایجوکیٹر ہندو کو انہوں نے دیا یہاں کا ٹرانسلیٹ قرآن مجید کا انگلش والا پڑھنے کے لیے۔</w:t>
      </w:r>
    </w:p>
    <w:p>
      <w:r>
        <w:rPr>
          <w:b/>
        </w:rPr>
        <w:t xml:space="preserve">[44:16] </w:t>
      </w:r>
      <w:r>
        <w:t>to unhon ne bataya ke maine telephone kiya un ko baat ko, to unhon ne kaha ke abhi main aap ka translate parh raha hoon, abhi main baat nahi karunga. ye itna mohabbat hai is ke parhne mein, wo unhon ne kaha ke ek to khoob samajh mein aa raha hai, khoob samajh mein aa raha hai.</w:t>
      </w:r>
    </w:p>
    <w:p>
      <w:pPr>
        <w:jc w:val="right"/>
      </w:pPr>
      <w:r>
        <w:t>تو انہوں نے بتایا کہ میں نے ٹیلی فون کیا ان کو بات کو، تو انہوں نے کہا کہ ابھی میں آپ کا ٹرانسلیٹ پڑھ رہا ہوں، ابھی میں بات نہیں کروں گا۔ یہ اتنا محبت ہے اس کے پڑھنے میں، وہ انہوں نے کہا کہ ایک تو خوب سمجھ میں آ رہا ہے، خوب سمجھ میں آ رہا ہے۔</w:t>
      </w:r>
    </w:p>
    <w:p>
      <w:r>
        <w:rPr>
          <w:b/>
        </w:rPr>
        <w:t xml:space="preserve">[44:30] </w:t>
      </w:r>
      <w:r>
        <w:t>to Allah taala ne is mission ke zariye se aisa ek translation tayar kiya, ab woh chhup kar ke har jagah phail raha hai. aise hi dekhiye, yahan par Dilli mein ek bahut acha experience experiment kar rahe hain hamare saathi jo hain, Mr. Khalid Ansari,</w:t>
      </w:r>
    </w:p>
    <w:p>
      <w:pPr>
        <w:jc w:val="right"/>
      </w:pPr>
      <w:r>
        <w:t>تو اللہ تعالی نے اس مشن کے ذریعے سے ایسا ایک ٹرانسلیشن تیار کیا، اب وہ چھپ کر کے ہر جگہ پھیل رہا ہے۔ ایسے ہی دیکھیے، یہاں پر دلی میں ایک بہت اچھا ایکسپیرینس ایکسپیریمنٹ کر رہے ہیں ہمارے ساتھی جو ہیں، مسٹر خالد انصاری،</w:t>
      </w:r>
    </w:p>
    <w:p>
      <w:r>
        <w:rPr>
          <w:b/>
        </w:rPr>
        <w:t xml:space="preserve">[44:46] </w:t>
      </w:r>
      <w:r>
        <w:t>Dilli ke ek area mein woh stall lagate hain, book stall. to is se ajeeb gharib faide ho rahe hain. log wahan aate hain, kitabein le aate hain, batein hoti hain, aur logon ke zehen mein ek hulchal, nayi hulchal paida ho rahi hai.</w:t>
      </w:r>
    </w:p>
    <w:p>
      <w:pPr>
        <w:jc w:val="right"/>
      </w:pPr>
      <w:r>
        <w:t>دلی کے ایک ایریا میں وہ اسٹال لگاتے ہیں، بک اسٹال۔ تو اس سے عجیب غریب فائدے ہو رہے ہیں۔ لوگ وہاں آتے ہیں، کتابیں لے آتے ہیں، باتیں ہوتی ہیں، اور لوگوں کے ذہن میں ایک ہلچل، نئی ہلچل پیدا ہو رہی ہے۔</w:t>
      </w:r>
    </w:p>
    <w:p>
      <w:r>
        <w:rPr>
          <w:b/>
        </w:rPr>
        <w:t xml:space="preserve">[45:00] </w:t>
      </w:r>
      <w:r>
        <w:t>is se maine ek tajurba nikala hai, yeh ke book stall ka kaam to har jagah ho raha hai, bahut log book book stall laga rahe hain jagah jagah, lekin educated logon ko book stall lagana chahiye.</w:t>
      </w:r>
    </w:p>
    <w:p>
      <w:pPr>
        <w:jc w:val="right"/>
      </w:pPr>
      <w:r>
        <w:t>اس سے میں نے ایک تجربہ نکالا ہے، یہ کہ بک اسٹال کا کام تو ہر جگہ ہو رہا ہے، بہت لوگ بک بک اسٹال لگا رہے ہیں جگہ جگہ، لیکن ایجوکیٹڈ لوگوں کو بک اسٹال لگانا چاہیے۔</w:t>
      </w:r>
    </w:p>
    <w:p>
      <w:r>
        <w:rPr>
          <w:b/>
        </w:rPr>
        <w:t xml:space="preserve">[45:12] </w:t>
      </w:r>
      <w:r>
        <w:t>yeh Mr. Khalid Ansari mashaaAllah educated aadmi hain, to jab woh book stall pe kharre hote hain aur log aate hain, un se baat karte hain, woh to sirf kitabein rakh dena kafi nahi hai.</w:t>
      </w:r>
    </w:p>
    <w:p>
      <w:pPr>
        <w:jc w:val="right"/>
      </w:pPr>
      <w:r>
        <w:t>یہ مسٹر خالد انصاری ماشاءاللہ ایجوکیٹڈ آدمی ہیں، تو جب وہ بک اسٹال پہ کھڑے ہوتے ہیں اور لوگ آتے ہیں، ان سے بات کرتے ہیں، وہ تو صرف کتابیں رکھ دینا کافی نہیں ہے۔</w:t>
      </w:r>
    </w:p>
    <w:p>
      <w:r>
        <w:rPr>
          <w:b/>
        </w:rPr>
        <w:t xml:space="preserve">[45:21] </w:t>
      </w:r>
      <w:r>
        <w:t>wahan ek aadmi hona chahiye jo baat kar sake logon se.</w:t>
      </w:r>
    </w:p>
    <w:p>
      <w:pPr>
        <w:jc w:val="right"/>
      </w:pPr>
      <w:r>
        <w:t>وہاں ایک آدمی ہونا چاہیے جو بات کر سکے لوگوں سے۔</w:t>
      </w:r>
    </w:p>
    <w:p>
      <w:r>
        <w:rPr>
          <w:b/>
        </w:rPr>
        <w:t xml:space="preserve">[45:25] </w:t>
      </w:r>
      <w:r>
        <w:t>to main yeh kahunga ke hamare saathi jitne bhi hain duniya bhar mein, duniya bhar mein educated log book stall lagayen har jagah. yahan to mohalle mohalle mein laga rahe hain, woh colony mein laga rahe hain.</w:t>
      </w:r>
    </w:p>
    <w:p>
      <w:pPr>
        <w:jc w:val="right"/>
      </w:pPr>
      <w:r>
        <w:t>تو میں یہ کہوں گا کہ ہمارے ساتھی جتنے بھی ہیں دنیا بھر میں، دنیا بھر میں ایجوکیٹڈ لوگ بک اسٹال لگائیں ہر جگہ۔ یہاں تو محلے محلے میں لگا رہے ہیں، وہ کالونی میں لگا رہے ہیں۔</w:t>
      </w:r>
    </w:p>
    <w:p>
      <w:r>
        <w:rPr>
          <w:b/>
        </w:rPr>
        <w:t xml:space="preserve">[45:37] </w:t>
      </w:r>
      <w:r>
        <w:t>woh ajeeb gharib yeh tajurba hai. ab tak hum samajhte the ke jahan log ikattha hote hain, koi conference ho, koi seminar ho, wahin lag sakta hai book stall.</w:t>
      </w:r>
    </w:p>
    <w:p>
      <w:pPr>
        <w:jc w:val="right"/>
      </w:pPr>
      <w:r>
        <w:t>وہ عجیب غریب یہ تجربہ ہے۔ اب تک ہم سمجھتے تھے کہ جہاں لوگ اکٹھا ہوتے ہیں، کوئی کانفرنس ہو، کوئی سیمینار ہو، وہیں لگ سکتا ہے بک اسٹال۔</w:t>
      </w:r>
    </w:p>
    <w:p>
      <w:r>
        <w:rPr>
          <w:b/>
        </w:rPr>
        <w:t xml:space="preserve">[45:47] </w:t>
      </w:r>
      <w:r>
        <w:t>Mr. Khalid Ansari ne ek nayi misaal qaaim kar di ke jahan bhi insaan hai, koi colony hai, wahin laga do.</w:t>
      </w:r>
    </w:p>
    <w:p>
      <w:pPr>
        <w:jc w:val="right"/>
      </w:pPr>
      <w:r>
        <w:t>مسٹر خالد انصاری نے ایک نئی مثال قائم کر دی کہ جہاں بھی انسان ہے، کوئی کالونی ہے، وہیں لگا دو۔</w:t>
      </w:r>
    </w:p>
    <w:p>
      <w:r>
        <w:rPr>
          <w:b/>
        </w:rPr>
        <w:t xml:space="preserve">[45:54] </w:t>
      </w:r>
      <w:r>
        <w:t>to woh lagate hain in Dilli mein, aur wahan par log aate hain, woh un ko sawaal hota hai, jawab hota hai. to Allah taala ne is mission ke zariye se aisa literature tayar kar diya hai, isi literature ko logon ko phelana hai,</w:t>
      </w:r>
    </w:p>
    <w:p>
      <w:pPr>
        <w:jc w:val="right"/>
      </w:pPr>
      <w:r>
        <w:t>تو وہ لگاتے ہیں ان دلی میں، اور وہاں پر لوگ آتے ہیں، وہ ان کو سوال ہوتا ہے، جواب ہوتا ہے۔ تو اللہ تعالی نے اس مشن کے ذریعے سے ایسا لٹریچر تیار کر دیا ہے، اسی لٹریچر کو لوگوں کو پھیلانا ہے،</w:t>
      </w:r>
    </w:p>
    <w:p>
      <w:r>
        <w:rPr>
          <w:b/>
        </w:rPr>
        <w:t xml:space="preserve">[46:10] </w:t>
      </w:r>
      <w:r>
        <w:t>sab logon ko is literature ko phelana hai. is ki zaroorat nahi ke aap mujh se kai log poochhte hain ke bhai hum to writer nahi hain, hum bhi speaker nahi hain. bhai na is writer banne ki zaroorat hai, na speaker ban</w:t>
      </w:r>
    </w:p>
    <w:p>
      <w:pPr>
        <w:jc w:val="right"/>
      </w:pPr>
      <w:r>
        <w:t>سب لوگوں کو اس لٹریچر کو پھیلانا ہے۔ اس کی ضرورت نہیں کہ آپ مجھ سے کئی لوگ پوچھتے ہیں کہ بھئی ہم تو رائٹر نہیں ہیں، ہم بھی اسپیکر نہیں ہیں۔ بھئی نہ اس رائٹر بننے کی ضرورت ہے، نہ اسپیکر بن</w:t>
      </w:r>
    </w:p>
    <w:p>
      <w:r>
        <w:rPr>
          <w:b/>
        </w:rPr>
        <w:t xml:space="preserve">[46:21] </w:t>
      </w:r>
      <w:r>
        <w:t>ne ki zaroorat hai. in kitabon ko phelao, in kitabon ko phelao, bas aur kuch karna hi nahi hai. yahan main aap ko yaad dilaun ke sahaba karam bhi yahi karte the.</w:t>
      </w:r>
    </w:p>
    <w:p>
      <w:pPr>
        <w:jc w:val="right"/>
      </w:pPr>
      <w:r>
        <w:t>نے کی ضرورت ہے۔ ان کتابوں کو پھیلاؤ، ان کتابوں کو پھیلاؤ، بس اور کچھ کرنا ہی نہیں ہے۔ یہاں میں آپ کو یاد دلاؤں کہ صحابہ کرام بھی یہی کرتے تھے۔</w:t>
      </w:r>
    </w:p>
    <w:p>
      <w:r>
        <w:rPr>
          <w:b/>
        </w:rPr>
        <w:t xml:space="preserve">[46:36] </w:t>
      </w:r>
      <w:r>
        <w:t>sahaba karam ko kaha jaata tha bakhri, bakhri maani parh kar sunane wala. yeh printing press nahi tha is zamane mein, kitabein chhap nahi sakti thin,</w:t>
      </w:r>
    </w:p>
    <w:p>
      <w:pPr>
        <w:jc w:val="right"/>
      </w:pPr>
      <w:r>
        <w:t>صحابہ کرام کو کہا جاتا تھا بکری، بکری معنی پڑھ کر سنانے والا۔ یہ پرنٹنگ پریس نہیں تھا اس زمانے میں، کتابیں چھپ نہیں سکتی تھیں،</w:t>
      </w:r>
    </w:p>
    <w:p>
      <w:r>
        <w:rPr>
          <w:b/>
        </w:rPr>
        <w:t xml:space="preserve">[46:48] </w:t>
      </w:r>
      <w:r>
        <w:t>to log apni memory mein rakh lete the Quran majeed ko, yaad kar lete the, aur jagah jagah jahan aadmi ko paate, us ko sunate the, parh kar ke. jahan bhi, jahan dekhte ke das paanch aadmi maujood hain, kam ya zyada aadmi maujood hain, koi gathering hai, bas wahan kharre hogaye aur Quran parhna sunana shuru kar diya.</w:t>
      </w:r>
    </w:p>
    <w:p>
      <w:pPr>
        <w:jc w:val="right"/>
      </w:pPr>
      <w:r>
        <w:t>تو لوگ اپنی میموری میں رکھ لیتے تھے قرآن مجید کو، یاد کر لیتے تھے، اور جگہ جگہ جہاں آدمی کو پاتے، اس کو سناتے تھے، پڑھ کر کے۔ جہاں بھی، جہاں دیکھتے کہ دس پانچ آدمی موجود ہیں، کم یا زیادہ آدمی موجود ہیں، کوئی گیدرنگ ہے، بس وہاں کھڑے ہوگئے اور قرآن پڑھنا سنانا شروع کر دیا۔</w:t>
      </w:r>
    </w:p>
    <w:p>
      <w:r>
        <w:rPr>
          <w:b/>
        </w:rPr>
        <w:t xml:space="preserve">[47:06] </w:t>
      </w:r>
      <w:r>
        <w:t>to un ko kaha jaata tha bakhri, parh kar sunane wala. ab jab printing press ka zamana hai to aap ko kya banna hai?</w:t>
      </w:r>
    </w:p>
    <w:p>
      <w:pPr>
        <w:jc w:val="right"/>
      </w:pPr>
      <w:r>
        <w:t>تو ان کو کہا جاتا تھا بکری، پڑھ کر سنانے والا۔ اب جب پرنٹنگ پریس کا زمانہ ہے تو آپ کو کیا بننا ہے؟</w:t>
      </w:r>
    </w:p>
    <w:p>
      <w:r>
        <w:rPr>
          <w:b/>
        </w:rPr>
        <w:t xml:space="preserve">[47:15] </w:t>
      </w:r>
      <w:r>
        <w:t>distributor.</w:t>
      </w:r>
    </w:p>
    <w:p>
      <w:pPr>
        <w:jc w:val="right"/>
      </w:pPr>
      <w:r>
        <w:t>ڈسٹریبیوٹر۔</w:t>
      </w:r>
    </w:p>
    <w:p>
      <w:r>
        <w:rPr>
          <w:b/>
        </w:rPr>
        <w:t xml:space="preserve">[47:17] </w:t>
      </w:r>
      <w:r>
        <w:t>sahaba bane the bakhri, aap distributor ban jaiye, yani kitabon ko taqseem pahunchaiye, logon ko kitabon ko logon ko pahunchaiye.</w:t>
      </w:r>
    </w:p>
    <w:p>
      <w:pPr>
        <w:jc w:val="right"/>
      </w:pPr>
      <w:r>
        <w:t>صحابہ بنے تھے بکری، آپ ڈسٹریبیوٹر بن جائیے، یعنی کتابوں کو تقسیم پہنچائیے، لوگوں کو کتابوں کو لوگوں کو پہنچائیے۔</w:t>
      </w:r>
    </w:p>
    <w:p>
      <w:r>
        <w:rPr>
          <w:b/>
        </w:rPr>
        <w:t xml:space="preserve">[47:30] </w:t>
      </w:r>
      <w:r>
        <w:t>yani wohi kaam jo is zamane mein hua tha, bakhri ban kar ke, wohi kaam aap karna hai, distributor ban kar ke. aap ko na writer banna hai, na na speaker banna hai.</w:t>
      </w:r>
    </w:p>
    <w:p>
      <w:pPr>
        <w:jc w:val="right"/>
      </w:pPr>
      <w:r>
        <w:t>یعنی وہی کام جو اس زمانے میں ہوا تھا، بکری بن کر کے، وہی کام آپ کرنا ہے، ڈسٹریبیوٹر بن کر کے۔ آپ کو نہ رائٹر بننا ہے، نہ نہ اسپیکر بننا ہے۔</w:t>
      </w:r>
    </w:p>
    <w:p>
      <w:r>
        <w:rPr>
          <w:b/>
        </w:rPr>
        <w:t xml:space="preserve">[47:41] </w:t>
      </w:r>
      <w:r>
        <w:t>jo kitabein Allah taala ne tayar kar di hain, jo chhap chuki hain mukhtalif zabanon mein, inhi ko phel</w:t>
      </w:r>
    </w:p>
    <w:p>
      <w:pPr>
        <w:jc w:val="right"/>
      </w:pPr>
      <w:r>
        <w:t>جو کتابیں اللہ تعالی نے تیار کر دی ہیں، جو چھپ چکی ہیں مختلف زبانوں میں، انہی کو پھیل</w:t>
      </w:r>
    </w:p>
    <w:p>
      <w:r>
        <w:rPr>
          <w:b/>
        </w:rPr>
        <w:t xml:space="preserve">[47:46] </w:t>
      </w:r>
      <w:r>
        <w:t>aiye. yahi kaam hai, lekin yeh parhane ka kaam jo hai, parhe likhe log karenge to zyada acha hoga, zyada acha hoga agar parhe likhe log karenge.</w:t>
      </w:r>
    </w:p>
    <w:p>
      <w:pPr>
        <w:jc w:val="right"/>
      </w:pPr>
      <w:r>
        <w:t>ائیے۔ یہی کام ہے، لیکن یہ پڑھانے کا کام جو ہے، پڑھے لکھے لوگ کریں گے تو زیادہ اچھا ہوگا، زیادہ اچھا ہوگا اگر پڑھے لکھے لوگ کریں گے۔</w:t>
      </w:r>
    </w:p>
    <w:p>
      <w:r>
        <w:rPr>
          <w:b/>
        </w:rPr>
        <w:t xml:space="preserve">[48:00] </w:t>
      </w:r>
      <w:r>
        <w:t>halanke sabhi log kar sakte hain. meri ladki hai jin ko aapa kaha jaata hai, woh jaati hain is mein, is mein garden mein, Lodhi garden waghera</w:t>
      </w:r>
    </w:p>
    <w:p>
      <w:pPr>
        <w:jc w:val="right"/>
      </w:pPr>
      <w:r>
        <w:t>حالانکہ سبھی لوگ کر سکتے ہیں۔ میری لڑکی ہے جن کو آپا کہا جاتا ہے، وہ جاتی ہیں اس میں، اس میں گارڈن میں، لودھی گارڈن وغیرہ</w:t>
      </w:r>
    </w:p>
    <w:p>
      <w:r>
        <w:rPr>
          <w:b/>
        </w:rPr>
        <w:t xml:space="preserve">[48:10] </w:t>
      </w:r>
      <w:r>
        <w:t>mein. to hamare jo kaam karti hai ladki, jo bilkul parhi likhi nahi hai, us ko le aati hain, aur us ke us ka bhai hai chhota sa, woh jaate hain, do do ke sab ko dete hain, sab khushi se le lete hain log.</w:t>
      </w:r>
    </w:p>
    <w:p>
      <w:pPr>
        <w:jc w:val="right"/>
      </w:pPr>
      <w:r>
        <w:t>میں۔ تو ہمارے جو کام کرتی ہے لڑکی، جو بالکل پڑھی لکھی نہیں ہے، اس کو لے آتی ہیں، اور اس کے اس کا بھائی ہے چھوٹا سا، وہ جاتے ہیں، دو دو کے سب کو دیتے ہیں، سب خوشی سے لے لیتے ہیں لوگ۔</w:t>
      </w:r>
    </w:p>
    <w:p>
      <w:r>
        <w:rPr>
          <w:b/>
        </w:rPr>
        <w:t xml:space="preserve">[48:23] </w:t>
      </w:r>
      <w:r>
        <w:t>halanke woh parhe likhe nahi hain, woh to be parha likha aadmi bhi kar sakta hai distribution ka kaam, lekin book stall jo hai, us par jab ek parha likha aadmi khara hoga to phir interaction hoga, baat cheet hogi, discussion hoga, dialogue hoga, to phir zyada is ka faida badh jayega,</w:t>
      </w:r>
    </w:p>
    <w:p>
      <w:pPr>
        <w:jc w:val="right"/>
      </w:pPr>
      <w:r>
        <w:t>حالانکہ وہ پڑھے لکھے نہیں ہیں، وہ تو بے پڑھا لکھا آدمی بھی کر سکتا ہے ڈسٹریبیوشن کا کام، لیکن بک اسٹال جو ہے، اس پر جب ایک پڑھا لکھا آدمی کھڑا ہوگا تو پھر انٹریکشن ہوگا، بات چیت ہوگی، ڈسکشن ہوگا، ڈائیلاگ ہوگا، تو پھر زیادہ اس کا فائدہ بڑھ جائے گا،</w:t>
      </w:r>
    </w:p>
    <w:p>
      <w:r>
        <w:rPr>
          <w:b/>
        </w:rPr>
        <w:t xml:space="preserve">[48:41] </w:t>
      </w:r>
      <w:r>
        <w:t>yani hundred time badh jayega is ka faida. to main yahi kahunga ke aap sab logon ko yeh kaam karna hai ke literature ko phelana hai.</w:t>
      </w:r>
    </w:p>
    <w:p>
      <w:pPr>
        <w:jc w:val="right"/>
      </w:pPr>
      <w:r>
        <w:t>یعنی ہنڈرڈ ٹائم بڑھ جائے گا اس کا فائدہ۔ تو میں یہی کہوں گا کہ آپ سب لوگوں کو یہ کام کرنا ہے کہ لٹریچر کو پھیلانا ہے۔</w:t>
      </w:r>
    </w:p>
    <w:p>
      <w:r>
        <w:rPr>
          <w:b/>
        </w:rPr>
        <w:t xml:space="preserve">[48:53] </w:t>
      </w:r>
      <w:r>
        <w:t>yahi yahi top ka kaam hai, is waqt top ka kaam yahi hai. aur phir main yeh bhi yaad dilaun ke Rasul Allah, Rasul Allah ne ek bahut badi peshngoi ki hai,</w:t>
      </w:r>
    </w:p>
    <w:p>
      <w:pPr>
        <w:jc w:val="right"/>
      </w:pPr>
      <w:r>
        <w:t>یہی یہی ٹاپ کا کام ہے، اس وقت ٹاپ کا کام یہی ہے۔ اور پھر میں یہ بھی یاد دلاؤں کہ رسول اللہ، رسول اللہ نے ایک بہت بڑی پیشنگوئی کی ہے،</w:t>
      </w:r>
    </w:p>
    <w:p>
      <w:r>
        <w:rPr>
          <w:b/>
        </w:rPr>
        <w:t xml:space="preserve">[49:11] </w:t>
      </w:r>
      <w:r>
        <w:t>woh hai ke aakhri ke zamane mein kuch log paida honge jin ko aap ne kaha ke woh mere bhai honge. ikhwani farmaya aap ne ke main chahta hun ke apne bhaiyon ko dekhun.</w:t>
      </w:r>
    </w:p>
    <w:p>
      <w:pPr>
        <w:jc w:val="right"/>
      </w:pPr>
      <w:r>
        <w:t>وہ ہے کہ آخری کے زمانے میں کچھ لوگ پیدا ہوں گے جن کو آپ نے کہا کہ وہ میرے بھائی ہوں گے۔ اخوانی فرمایا آپ نے کہ میں چاہتا ہوں کہ اپنے بھائیوں کو دیکھوں۔</w:t>
      </w:r>
    </w:p>
    <w:p>
      <w:r>
        <w:rPr>
          <w:b/>
        </w:rPr>
        <w:t xml:space="preserve">[49:22] </w:t>
      </w:r>
      <w:r>
        <w:t>to is ka mani yeh hai ke is ummat mein do giroh banein ge, do historical giroh: aik ashaab e rasool, aik ikhwan e rasool.</w:t>
      </w:r>
    </w:p>
    <w:p>
      <w:pPr>
        <w:jc w:val="right"/>
      </w:pPr>
      <w:r>
        <w:t>تو اس کا معنی یہ ہے کہ اس امت میں دو گروہ بنیں گے، دو ہسٹوریکل گروہ: ایک اصحاب رسول، ایک اخوان رسول۔</w:t>
      </w:r>
    </w:p>
    <w:p>
      <w:r>
        <w:rPr>
          <w:b/>
        </w:rPr>
        <w:t xml:space="preserve">[49:34] </w:t>
      </w:r>
      <w:r>
        <w:t>hadees ki peshangooyi ke mutabiq ashaab e rasool, aap ke ashaab e rasool kaun hain?</w:t>
      </w:r>
    </w:p>
    <w:p>
      <w:pPr>
        <w:jc w:val="right"/>
      </w:pPr>
      <w:r>
        <w:t>حدیث کی پیشنگوئی کے مطابق اصحاب رسول، آپ کے اصحاب رسول کون ہیں؟</w:t>
      </w:r>
    </w:p>
    <w:p>
      <w:r>
        <w:rPr>
          <w:b/>
        </w:rPr>
        <w:t xml:space="preserve">[49:40] </w:t>
      </w:r>
      <w:r>
        <w:t>woh thay contemporary log, Rasool Allah ke jo contemporary thay, aap ke zamane ke jo log thay. to Rasool Allah ka saath diya unhon ne, woh bakri banay, unhon ne sachai ko phelaya, to un ko ashaab e rasool ka darja mila.</w:t>
      </w:r>
    </w:p>
    <w:p>
      <w:pPr>
        <w:jc w:val="right"/>
      </w:pPr>
      <w:r>
        <w:t>وہ تھے کنٹیمپریری لوگ، رسول اللہ کے جو کنٹیمپریری تھے، آپ کے زمانے کے جو لوگ تھے۔ تو رسول اللہ کا ساتھ دیا انہوں نے، وہ بکری بنے، انہوں نے سچائی کو پھیلایا، تو ان کو اصحاب رسول کا درجہ ملا۔</w:t>
      </w:r>
    </w:p>
    <w:p>
      <w:r>
        <w:rPr>
          <w:b/>
        </w:rPr>
        <w:t xml:space="preserve">[49:54] </w:t>
      </w:r>
      <w:r>
        <w:t>un ko ab printing press ke zamane mein woh tha, printing press se pehle ka zamana. ab printing press ke zamane mein kya hai? kitaabein maujood hain, pamphlet hai, leaflet hai, bari bari kitaabein hain, chhoti kitaabein hain, un ko distribute kij</w:t>
      </w:r>
    </w:p>
    <w:p>
      <w:pPr>
        <w:jc w:val="right"/>
      </w:pPr>
      <w:r>
        <w:t>ان کو اب پرنٹنگ پریس کے زمانے میں وہ تھا، پرنٹنگ پریس سے پہلے کا زمانہ۔ اب پرنٹنگ پریس کے زمانے میں کیا ہے؟ کتابیں موجود ہیں، پیمفلیٹ ہے، لیف لیٹ ہے، بڑی بڑی کتابیں ہیں، چھوٹی کتابیں ہیں، ان کو ڈسٹریبیوٹ کیج</w:t>
      </w:r>
    </w:p>
    <w:p>
      <w:r>
        <w:rPr>
          <w:b/>
        </w:rPr>
        <w:t xml:space="preserve">[50:09] </w:t>
      </w:r>
      <w:r>
        <w:t>e. to ab distributor ban kar ke aap ashaab e rasool banein ge. yeh koi shairi nahin hai, koi mysterious baat nahin.</w:t>
      </w:r>
    </w:p>
    <w:p>
      <w:pPr>
        <w:jc w:val="right"/>
      </w:pPr>
      <w:r>
        <w:t>ئے۔ تو اب ڈسٹریبیوٹر بن کر کے آپ اصحاب رسول بنیں گے۔ یہ کوئی شاعری نہیں ہے، کوئی مسٹیریس بات نہیں۔</w:t>
      </w:r>
    </w:p>
    <w:p>
      <w:r>
        <w:rPr>
          <w:b/>
        </w:rPr>
        <w:t xml:space="preserve">[50:18] </w:t>
      </w:r>
      <w:r>
        <w:t>na to ashaab e rasool koi mysterious lafz hai, na ikhwan e rasool koi mysterious shabd hai, koi mysterious nahin hai, bilkul scientific shabd hai, historical shabd hai.</w:t>
      </w:r>
    </w:p>
    <w:p>
      <w:pPr>
        <w:jc w:val="right"/>
      </w:pPr>
      <w:r>
        <w:t>نہ تو اصحاب رسول کوئی مسٹیریس لفظ ہے، نہ اخوان رسول کوئی مسٹیریس शब्द ہے، کوئی مسٹیریس نہیں ہے، بالکل سائنٹیفک शब्द ہے، ہسٹوریکل शब्द ہے۔</w:t>
      </w:r>
    </w:p>
    <w:p>
      <w:r>
        <w:rPr>
          <w:b/>
        </w:rPr>
        <w:t xml:space="preserve">[50:29] </w:t>
      </w:r>
      <w:r>
        <w:t>printing press ke pehle ke zamane mein jo log daai banay, Quran ke message ko phelaya aur bakri ban kar ke, woh ashaab e rasool kahlaaye.</w:t>
      </w:r>
    </w:p>
    <w:p>
      <w:pPr>
        <w:jc w:val="right"/>
      </w:pPr>
      <w:r>
        <w:t>پرنٹنگ پریس کے پہلے کے زمانے میں جو لوگ داعی بنے، قرآن کے میسج کو پھیلایا اور بکری بن کر کے، وہ اصحاب رسول کہلائے۔</w:t>
      </w:r>
    </w:p>
    <w:p>
      <w:r>
        <w:rPr>
          <w:b/>
        </w:rPr>
        <w:t xml:space="preserve">[50:40] </w:t>
      </w:r>
      <w:r>
        <w:t>ab printing press ke zamane mein jo log daai banein ge aur is literature ko distribute karein ge, is ke distributor banein ge, to woh ikhwan e rasool kahe jayen ge, inshaAllah.</w:t>
      </w:r>
    </w:p>
    <w:p>
      <w:pPr>
        <w:jc w:val="right"/>
      </w:pPr>
      <w:r>
        <w:t>اب پرنٹنگ پریس کے زمانے میں جو لوگ داعی بنیں گے اور اس لٹریچر کو ڈسٹریبیوٹ کریں گے، اس کے ڈسٹریبیوٹر بنیں گے، تو وہ اخوان رسول کہے جائیں گے، انشاءاللہ۔</w:t>
      </w:r>
    </w:p>
    <w:p>
      <w:r>
        <w:rPr>
          <w:b/>
        </w:rPr>
        <w:t xml:space="preserve">[50:53] </w:t>
      </w:r>
      <w:r>
        <w:t>to Hazrat Umar ne farmaya tha ashaab e rasool ke baare mein ke man sarah yaqoon mithl allah, matlab jo is giroh mein shamil hona chahta hai, to un ki condition ko poora kare, wahi voice banay,</w:t>
      </w:r>
    </w:p>
    <w:p>
      <w:pPr>
        <w:jc w:val="right"/>
      </w:pPr>
      <w:r>
        <w:t>تو حضرت عمر نے فرمایا تھا اصحاب رسول کے بارے میں کہ من سرہ یقون مثل اللہ، مطلب جو اس گروہ میں شامل ہونا چاہتا ہے، تو ان کی کنڈیشن کو پورا کرے، وہی وائس بنے،</w:t>
      </w:r>
    </w:p>
    <w:p>
      <w:r>
        <w:rPr>
          <w:b/>
        </w:rPr>
        <w:t xml:space="preserve">[51:08] </w:t>
      </w:r>
      <w:r>
        <w:t>apna to wahi quality laaye.</w:t>
      </w:r>
    </w:p>
    <w:p>
      <w:pPr>
        <w:jc w:val="right"/>
      </w:pPr>
      <w:r>
        <w:t>اپنا تو وہی کوالٹی لائے۔</w:t>
      </w:r>
    </w:p>
    <w:p>
      <w:r>
        <w:rPr>
          <w:b/>
        </w:rPr>
        <w:t xml:space="preserve">[51:11] </w:t>
      </w:r>
      <w:r>
        <w:t>aise mein yeh kahun ga ke jo ikhwan e rasool ke party ka member banna chahta hai, jo ikhwan e rasool ka credit lena chahta hai, qayamat ke din ke wahan elaan kiya jaye ke yeh hain ikhwan e rasool,</w:t>
      </w:r>
    </w:p>
    <w:p>
      <w:pPr>
        <w:jc w:val="right"/>
      </w:pPr>
      <w:r>
        <w:t>ایسے میں یہ کہوں گا کہ جو اخوان رسول کے پارٹی کا ممبر بننا چاہتا ہے، جو اخوان رسول کا کریڈٹ لینا چاہتا ہے، قیامت کے دن کہ وہاں اعلان کیا جائے کہ یہ ہیں اخوان رسول،</w:t>
      </w:r>
    </w:p>
    <w:p>
      <w:r>
        <w:rPr>
          <w:b/>
        </w:rPr>
        <w:t xml:space="preserve">[51:25] </w:t>
      </w:r>
      <w:r>
        <w:t>yani qayamat mein yeh elaan hoga ke yeh hain ashaab e rasool aur yeh hain ikhwan e rasool, yeh waqt aane wala hai. to woh to, yani woh to, woh to, woh to khatam ho chuka.</w:t>
      </w:r>
    </w:p>
    <w:p>
      <w:pPr>
        <w:jc w:val="right"/>
      </w:pPr>
      <w:r>
        <w:t>یعنی قیامت میں یہ اعلان ہوگا کہ یہ ہیں اصحاب رسول اور یہ ہیں اخوان رسول، یہ وقت آنے والا ہے۔ تو وہ تو، یعنی وہ تو، وہ تو، وہ تو ختم ہو چکا۔</w:t>
      </w:r>
    </w:p>
    <w:p>
      <w:r>
        <w:rPr>
          <w:b/>
        </w:rPr>
        <w:t xml:space="preserve">[51:40] </w:t>
      </w:r>
      <w:r>
        <w:t>woh opportunity to khatam ho jaye ke aap ashaab e rasool banein. aap ashaab e rasool wahi ban sakta hai jo contemporary ho, aap ke zamane ka ho. woh opportunity thi is zamane ke logon ke liye, woh khatam ho chuki hai.</w:t>
      </w:r>
    </w:p>
    <w:p>
      <w:pPr>
        <w:jc w:val="right"/>
      </w:pPr>
      <w:r>
        <w:t>وہ اپرچونیٹی تو ختم ہو جائے کہ آپ اصحاب رسول بنیں۔ آپ اصحاب رسول وہی بن سکتا ہے جو کنٹیمپریری ہو، آپ کے زمانے کا ہو۔ وہ اپرچونیٹی تھی اس زمانے کے لوگوں کے لیے، وہ ختم ہو چکی ہے۔</w:t>
      </w:r>
    </w:p>
    <w:p>
      <w:r>
        <w:rPr>
          <w:b/>
        </w:rPr>
        <w:t xml:space="preserve">[51:52] </w:t>
      </w:r>
      <w:r>
        <w:t>lekin ab ek opportunity aur abhi baqi hai, woh ikhwan e rasool ki opportunity, jo baad ke zamane ke liye.</w:t>
      </w:r>
    </w:p>
    <w:p>
      <w:pPr>
        <w:jc w:val="right"/>
      </w:pPr>
      <w:r>
        <w:t>لیکن اب ایک اپرچونیٹی اور ابھی باقی ہے، وہ اخوان رسول کی اپرچونیٹی، جو بعد کے زمانے کے لیے۔</w:t>
      </w:r>
    </w:p>
    <w:p>
      <w:r>
        <w:rPr>
          <w:b/>
        </w:rPr>
        <w:t xml:space="preserve">[52:02] </w:t>
      </w:r>
      <w:r>
        <w:t>kal mujh se ek sawaal kiya gaya tha jab main program kar raha tha, kal ke Rasool Allah ki zindagi mein to to jamiyat hai, aap family ko bhi, aap kya, aap ne, aap aap yeh kya, business kya, falan kya, to aap dawat pe itna zor kyun dete hain?</w:t>
      </w:r>
    </w:p>
    <w:p>
      <w:pPr>
        <w:jc w:val="right"/>
      </w:pPr>
      <w:r>
        <w:t>کل مجھ سے ایک سوال کیا گیا تھا جب میں پروگرام کر رہا تھا، کل کہ رسول اللہ کی زندگی میں تو تو جامعیت ہے، آپ فیملی کو بھی، آپ کیا، آپ نے، آپ آپ یہ کیا، بزنس کیا، فلاں کیا، تو آپ دعوت پہ اتنا زور کیوں دیتے ہیں؟</w:t>
      </w:r>
    </w:p>
    <w:p>
      <w:r>
        <w:rPr>
          <w:b/>
        </w:rPr>
        <w:t xml:space="preserve">[52:18] </w:t>
      </w:r>
      <w:r>
        <w:t>dekhein, yeh priority ka mamla hai. Rasool Allah sallallahu alaihi wasallam ko arabia kahna ghalat hai ke har shobe mein barabar ka darja diya unhon ne.</w:t>
      </w:r>
    </w:p>
    <w:p>
      <w:pPr>
        <w:jc w:val="right"/>
      </w:pPr>
      <w:r>
        <w:t>دیکھیں، یہ پرائرٹی کا معاملہ ہے۔ رسول اللہ صلی اللہ علیہ وسلم کو عربیہ کہنا غلط ہے کہ ہر شعبے میں برابر کا درجہ دیا انہوں نے۔</w:t>
      </w:r>
    </w:p>
    <w:p>
      <w:r>
        <w:rPr>
          <w:b/>
        </w:rPr>
        <w:t xml:space="preserve">[52:28] </w:t>
      </w:r>
      <w:r>
        <w:t>nahin, priority di unhon ne dawat ko.</w:t>
      </w:r>
    </w:p>
    <w:p>
      <w:pPr>
        <w:jc w:val="right"/>
      </w:pPr>
      <w:r>
        <w:t>نہیں، پرائرٹی دی انہوں نے دعوت کو۔</w:t>
      </w:r>
    </w:p>
    <w:p>
      <w:r>
        <w:rPr>
          <w:b/>
        </w:rPr>
        <w:t xml:space="preserve">[52:32] </w:t>
      </w:r>
      <w:r>
        <w:t>matlab family ka mamla lijiye. aap log kehte hain ke family bhi chalai. aap ne family kya chalai? log bhooke rehte thay. aap aap chalain ge aisi family?</w:t>
      </w:r>
    </w:p>
    <w:p>
      <w:pPr>
        <w:jc w:val="right"/>
      </w:pPr>
      <w:r>
        <w:t>مطلب فیملی کا معاملہ لیجئے۔ آپ لوگ کہتے ہیں کہ فیملی بھی چلائی۔ آپ نے فیملی کیا چلائی؟ لوگ بھوکے رہتے تھے۔ آپ آپ چلائیں گے ایسی فیملی؟</w:t>
      </w:r>
    </w:p>
    <w:p>
      <w:r>
        <w:rPr>
          <w:b/>
        </w:rPr>
        <w:t xml:space="preserve">[52:41] </w:t>
      </w:r>
      <w:r>
        <w:t>aap tayyar hain aisi family chalane ke liye? agar is namune ko ikhtiyar karein to ke aap Hazrat Aisha kehti hain ke hum nau saal tak Masjid e Nabvi mein charagh nahin jala.</w:t>
      </w:r>
    </w:p>
    <w:p>
      <w:pPr>
        <w:jc w:val="right"/>
      </w:pPr>
      <w:r>
        <w:t>آپ تیار ہیں ایسی فیملی چلانے کے لیے؟ اگر اس نمونے کو اختیار کریں تو کہ آپ حضرت عائشہ کہتی ہیں کہ ہم نو سال تک مسجد نبوی میں چراغ نہیں جلا۔</w:t>
      </w:r>
    </w:p>
    <w:p>
      <w:r>
        <w:rPr>
          <w:b/>
        </w:rPr>
        <w:t xml:space="preserve">[52:55] </w:t>
      </w:r>
      <w:r>
        <w:t>Masjid e Nabvi jo thi, jhupra tha, ek jhupra, woh koi mahal nahin tha. aaj kal ke tareeq</w:t>
      </w:r>
    </w:p>
    <w:p>
      <w:pPr>
        <w:jc w:val="right"/>
      </w:pPr>
      <w:r>
        <w:t>مسجد نبوی جو تھی، جھوپڑا تھا، ایک جھوپڑا، وہ کوئی محل نہیں تھا۔ آج کل کے طریق</w:t>
      </w:r>
    </w:p>
    <w:p>
      <w:r>
        <w:rPr>
          <w:b/>
        </w:rPr>
        <w:t xml:space="preserve">[53:00] </w:t>
      </w:r>
      <w:r>
        <w:t>e se is mein ek kinaare un ka ek hissa tha, is mein bila charagh ke andhere mein rehte thay. woh to kehti hain ke nau saal tak wahan charagh nahin jala, aap wahan rehte thay andhere mein.</w:t>
      </w:r>
    </w:p>
    <w:p>
      <w:pPr>
        <w:jc w:val="right"/>
      </w:pPr>
      <w:r>
        <w:t>ے سے اس میں ایک کنارے ان کا ایک حصہ تھا، اس میں بلا چراغ کے اندھیرے میں رہتے تھے۔ وہ تو کہتی ہیں کہ نو سال تک وہاں چراغ نہیں جلا، آپ وہیں رہتے تھے اندھیرے میں۔</w:t>
      </w:r>
    </w:p>
    <w:p>
      <w:r>
        <w:rPr>
          <w:b/>
        </w:rPr>
        <w:t xml:space="preserve">[53:12] </w:t>
      </w:r>
      <w:r>
        <w:t>to kisi ne poochha, yani baad ke zamane ki baat hai ke ke kya tel nahin hota tha? to Hazrat Aisha aaliya kya kehti hain ke tel hota tha, hum is ko pee jate.</w:t>
      </w:r>
    </w:p>
    <w:p>
      <w:pPr>
        <w:jc w:val="right"/>
      </w:pPr>
      <w:r>
        <w:t>تو کسی نے پوچھا، یعنی بعد کے زمانے کی بات ہے کہ کہ کیا تیل نہیں ہوتا تھا؟ تو حضرت عائشہ عالیہ کیا کہتی ہیں کہ تیل ہوتا تھا، ہم اس کو پی جاتے۔</w:t>
      </w:r>
    </w:p>
    <w:p>
      <w:r>
        <w:rPr>
          <w:b/>
        </w:rPr>
        <w:t xml:space="preserve">[53:28] </w:t>
      </w:r>
      <w:r>
        <w:t>yani is tarah se hum zindagi guzarti thi hamari ke kabhi kuch khanay ko mila, kabhi faqa ho raha hai, to aap farmati hain ke tel hota agar to hum is ko pee jate.</w:t>
      </w:r>
    </w:p>
    <w:p>
      <w:pPr>
        <w:jc w:val="right"/>
      </w:pPr>
      <w:r>
        <w:t>یعنی اس طرح سے ہم زندگی گزرتی تھی ہماری کہ کبھی کچھ کھانے کو ملا، کبھی فاقہ ہو رہا ہے، تو آپ فرماتی ہیں کہ تیل ہوتا اگر تو ہم اس کو پی جاتے۔</w:t>
      </w:r>
    </w:p>
    <w:p>
      <w:r>
        <w:rPr>
          <w:b/>
        </w:rPr>
        <w:t xml:space="preserve">[53:40] </w:t>
      </w:r>
      <w:r>
        <w:t>aaj koi family chalane ko tayyar hai is tareeqe se? jo log kehte hain ke Rasool Allah ne family bhi chalai, aap chalain ge is tarah family?</w:t>
      </w:r>
    </w:p>
    <w:p>
      <w:pPr>
        <w:jc w:val="right"/>
      </w:pPr>
      <w:r>
        <w:t>آج کوئی فیملی چلانے کو تیار ہے اس طریقے سے؟ جو لوگ کہتے ہیں کہ رسول اللہ نے فیملی بھی چلائی، آپ چلائیں گے اس طرح فیملی؟</w:t>
      </w:r>
    </w:p>
    <w:p>
      <w:r>
        <w:rPr>
          <w:b/>
        </w:rPr>
        <w:t xml:space="preserve">[53:50] </w:t>
      </w:r>
      <w:r>
        <w:t>Hazrat Rasool Allah ne apni beti Fatima ki shadi kar di Ali se. Ali ghar mein literally kuch bhi nahin tha,</w:t>
      </w:r>
    </w:p>
    <w:p>
      <w:pPr>
        <w:jc w:val="right"/>
      </w:pPr>
      <w:r>
        <w:t>حضرت رسول اللہ نے اپنی بیٹی فاطمہ کی شادی کر دی علی سے۔ علی گھر میں لٹرلی کچھ بھی نہیں تھا،</w:t>
      </w:r>
    </w:p>
    <w:p>
      <w:r>
        <w:rPr>
          <w:b/>
        </w:rPr>
        <w:t xml:space="preserve">[53:56] </w:t>
      </w:r>
      <w:r>
        <w:t>sirf ek mamuli sa ghar tha, kuch bhi nahi tha us mein. literally aap karenge aisi shadi apni beti ki aise aadmi ke saath jis ke paas kuch bhi na ho?</w:t>
      </w:r>
    </w:p>
    <w:p>
      <w:pPr>
        <w:jc w:val="right"/>
      </w:pPr>
      <w:r>
        <w:t>صرف ایک معمولی سا گھر تھا، کچھ بھی نہیں تھا اس میں۔ لٹرلی آپ کریں گے ایسی شادی اپنی بیٹی کی ایسے آدمی کے ساتھ جس کے پاس کچھ بھی نہ ہو؟</w:t>
      </w:r>
    </w:p>
    <w:p>
      <w:r>
        <w:rPr>
          <w:b/>
        </w:rPr>
        <w:t xml:space="preserve">[54:07] </w:t>
      </w:r>
      <w:r>
        <w:t>to jo log ye kahte hain ke rasool allah jo hain, un ke han ek wo tha, balance tha. balance kahan tha? aap priority diye hue the dawat ko aur baqi chizon ko bas jitna ho sake, ho sake, nahi ho sake, na ho sake.</w:t>
      </w:r>
    </w:p>
    <w:p>
      <w:pPr>
        <w:jc w:val="right"/>
      </w:pPr>
      <w:r>
        <w:t>تو جو لوگ یہ کہتے ہیں کہ رسول اللہ جو ہیں، ان کے ہاں ایک وہ تھا، بیلنس تھا۔ بیلنس کہاں تھا؟ آپ پرائرٹی دیے ہوئے تھے دعوت کو اور باقی چیزوں کو بس جتنا ہو سکے، ہو سکے، نہیں ہو سکے، نہ ہو سکے۔</w:t>
      </w:r>
    </w:p>
    <w:p>
      <w:r>
        <w:rPr>
          <w:b/>
        </w:rPr>
        <w:t xml:space="preserve">[54:23] </w:t>
      </w:r>
      <w:r>
        <w:t>business kya? aap ne business chhut chhut gaya.</w:t>
      </w:r>
    </w:p>
    <w:p>
      <w:pPr>
        <w:jc w:val="right"/>
      </w:pPr>
      <w:r>
        <w:t>بزنس کیا؟ آپ نے بزنس چھوٹ چھوٹ گیا۔</w:t>
      </w:r>
    </w:p>
    <w:p>
      <w:r>
        <w:rPr>
          <w:b/>
        </w:rPr>
        <w:t xml:space="preserve">[54:26] </w:t>
      </w:r>
      <w:r>
        <w:t>aap ko maloom hai ke pehle business karte the aap, lekin jab aap ko dawat ki jab madad dali gayi to to business chhut gaya. shadi kya? aap ne apni beti ki to aise ghar kar diya jahan ke kuch tha hi nahi.</w:t>
      </w:r>
    </w:p>
    <w:p>
      <w:pPr>
        <w:jc w:val="right"/>
      </w:pPr>
      <w:r>
        <w:t>آپ کو معلوم ہے کہ پہلے بزنس کرتے تھے آپ، لیکن جب آپ کو دعوت کی جب مدد ڈالی گئی تو تو بزنس چھوٹ گیا۔ شادی کیا؟ آپ نے اپنی بیٹی کی تو ایسے گھر کر دیا جہاں کہ کچھ تھا ہی نہیں۔</w:t>
      </w:r>
    </w:p>
    <w:p>
      <w:r>
        <w:rPr>
          <w:b/>
        </w:rPr>
        <w:t xml:space="preserve">[54:37] </w:t>
      </w:r>
      <w:r>
        <w:t>literally kuch nahi tha wahan par. hazrat fatima chakki pisti thi, chhala par gaya tha. aaj kal tasbeeh fatima ka bahut zor hai, har jagah masjidon mein tasbeeh fatima parhte hain log: subhan allah, alhamdulillah, la ilaha illa allah, allahu akbar,</w:t>
      </w:r>
    </w:p>
    <w:p>
      <w:pPr>
        <w:jc w:val="right"/>
      </w:pPr>
      <w:r>
        <w:t>لٹرلی کچھ نہیں تھا وہاں پر۔ حضرت فاطمہ چکی پیستی تھی، چھالا پڑ گیا تھا۔ آج کل تسبیح فاطمہ کا بہت زور ہے، ہر جگہ مسجدوں میں تسبیح فاطمہ پڑھتے ہیں لوگ: سبحان اللہ، الحمدللہ، الا اللہ، اکبر،</w:t>
      </w:r>
    </w:p>
    <w:p>
      <w:r>
        <w:rPr>
          <w:b/>
        </w:rPr>
        <w:t xml:space="preserve">[54:54] </w:t>
      </w:r>
      <w:r>
        <w:t>33 baar, 33 baar, 33 baar. main kahta hoon ke kya wo karenge? aap jo is ki is ki background kya hai?</w:t>
      </w:r>
    </w:p>
    <w:p>
      <w:pPr>
        <w:jc w:val="right"/>
      </w:pPr>
      <w:r>
        <w:t>33 بار، 33 بار، 33 بار۔ میں کہتا ہوں کہ کیا وہ کریں گے؟ آپ جو اس کی اس کی بیک گراؤنڈ کیا ہے؟</w:t>
      </w:r>
    </w:p>
    <w:p>
      <w:r>
        <w:rPr>
          <w:b/>
        </w:rPr>
        <w:t xml:space="preserve">[55:04] </w:t>
      </w:r>
      <w:r>
        <w:t>hazrat fatima jo aap ki beti thin, un ko chakki chalana parta tha, haath mein chhale par gaye the. to rasool allah ke paas gayin ke humein ek khadim de dijiye, ek khadim.</w:t>
      </w:r>
    </w:p>
    <w:p>
      <w:pPr>
        <w:jc w:val="right"/>
      </w:pPr>
      <w:r>
        <w:t>حضرت فاطمہ جو آپ کی بیٹی تھیں، ان کو چکی چلانا پڑتا تھا، ہاتھ میں چھالے پڑ گئے تھے۔ تو رسول اللہ کے پاس گئیں کہ ہمیں ایک خادم دے دیجئے، ایک خادم۔</w:t>
      </w:r>
    </w:p>
    <w:p>
      <w:r>
        <w:rPr>
          <w:b/>
        </w:rPr>
        <w:t xml:space="preserve">[55:18] </w:t>
      </w:r>
      <w:r>
        <w:t>to rasool allah ne kya kaha? ittaqi ya fatima! aye fatima! khuda se dar ut</w:t>
      </w:r>
    </w:p>
    <w:p>
      <w:pPr>
        <w:jc w:val="right"/>
      </w:pPr>
      <w:r>
        <w:t>تو رسول اللہ نے کیا کہا؟ اتقی یا فاطمہ! اے فاطمہ! خدا سے ڈر ات</w:t>
      </w:r>
    </w:p>
    <w:p>
      <w:r>
        <w:rPr>
          <w:b/>
        </w:rPr>
        <w:t xml:space="preserve">[55:25] </w:t>
      </w:r>
      <w:r>
        <w:t>ne si baat par. phir aap ne farmaya ke main tum ko khadim se zyada achi cheez deta hoon. to aap ne yehi yehi zikr farmaya: subhan allah, alhamdulillah, la ilaha illa allah, allahu akbar ke ye bas parh liya karo.</w:t>
      </w:r>
    </w:p>
    <w:p>
      <w:pPr>
        <w:jc w:val="right"/>
      </w:pPr>
      <w:r>
        <w:t>نی سی بات پر۔ پھر آپ نے فرمایا کہ میں تم کو خادم سے زیادہ اچھی چیز دیتا ہوں۔ تو آپ نے یہی یہی ذکر فرمایا: سبحان اللہ، الحمدللہ، لا الہ الا اللہ، اکبر کہ یہ بس پڑھ لیا کرو۔</w:t>
      </w:r>
    </w:p>
    <w:p>
      <w:r>
        <w:rPr>
          <w:b/>
        </w:rPr>
        <w:t xml:space="preserve">[55:42] </w:t>
      </w:r>
      <w:r>
        <w:t>ye aap mein se kaun hai jo apni beti ko aisa kahe? koi hathon mein chhale pade hue hon, wo khadim mang rahi ho, aap kahen ke jao ghar mein raho aur sirf ye dua parh liya karo.</w:t>
      </w:r>
    </w:p>
    <w:p>
      <w:pPr>
        <w:jc w:val="right"/>
      </w:pPr>
      <w:r>
        <w:t>یہ آپ میں سے کون ہے جو اپنی بیٹی کو ایسا کہے؟ کوئی ہاتھوں میں چھالے پڑے ہوئے ہوں، وہ خادم مانگ رہی ہو، آپ کہیں کہ جاؤ گھر میں رہو اور صرف یہ دعا پڑھ لیا کرو۔</w:t>
      </w:r>
    </w:p>
    <w:p>
      <w:r>
        <w:rPr>
          <w:b/>
        </w:rPr>
        <w:t xml:space="preserve">[55:54] </w:t>
      </w:r>
      <w:r>
        <w:t>jo log kahte hain ke rasool allah ki jamaiyat thi, main samajhta hoon ke wo bahut bada yani jurm karte hain, gunah karte hain. kya ye jamaiyat ke maani yehi hain?</w:t>
      </w:r>
    </w:p>
    <w:p>
      <w:pPr>
        <w:jc w:val="right"/>
      </w:pPr>
      <w:r>
        <w:t>جو لوگ کہتے ہیں کہ رسول اللہ کی جامعیت تھی، میں سمجھتا ہوں کہ وہ بہت بڑا یعنی جرم کرتے ہیں، گناہ کرتے ہیں۔ کیا یہ جامعیت کے معنی یہی ہیں؟</w:t>
      </w:r>
    </w:p>
    <w:p>
      <w:r>
        <w:rPr>
          <w:b/>
        </w:rPr>
        <w:t xml:space="preserve">[56:04] </w:t>
      </w:r>
      <w:r>
        <w:t>ye jamiat ke maani hain.</w:t>
      </w:r>
    </w:p>
    <w:p>
      <w:pPr>
        <w:jc w:val="right"/>
      </w:pPr>
      <w:r>
        <w:t>یہ جامعیت کے معنی ہیں۔</w:t>
      </w:r>
    </w:p>
    <w:p>
      <w:r>
        <w:rPr>
          <w:b/>
        </w:rPr>
        <w:t xml:space="preserve">[56:09] </w:t>
      </w:r>
      <w:r>
        <w:t>rasool allah ke zamane mein sahaba ki shadi hoti thi, jaante hain kya jaiz hota tha? woh mehr kya hoti thi? mehr hota tha khajoor ki guthli ke wazan ke barabar sona,</w:t>
      </w:r>
    </w:p>
    <w:p>
      <w:pPr>
        <w:jc w:val="right"/>
      </w:pPr>
      <w:r>
        <w:t>رسول اللہ کے زمانے میں صحابہ کی شادی ہوتی تھی، جانتے ہیں کیا جائز ہوتا تھا؟ وہ مہر کیا ہوتی تھی؟ مہر ہوتا تھا کھجور کے گٹھلی کے وزن کے برابر سونا،</w:t>
      </w:r>
    </w:p>
    <w:p>
      <w:r>
        <w:rPr>
          <w:b/>
        </w:rPr>
        <w:t xml:space="preserve">[56:23] </w:t>
      </w:r>
      <w:r>
        <w:t>is size ke barabar nahi. yani koi guthli ke size ke barabar sona ho to ye qeemti ho jayega, lekin wazan to kuch bhi nahi hota is ka. to khajoor ki guthli ke wazan ke barabar sona aur kuch bhi nahi, na joda, na na na kuch na kuch.</w:t>
      </w:r>
    </w:p>
    <w:p>
      <w:pPr>
        <w:jc w:val="right"/>
      </w:pPr>
      <w:r>
        <w:t>اس سائز کے برابر نہیں۔ یعنی کوئی گٹھلی کے سائز کے برابر سونا ہو تو یہ قیمتی ہو جائے گا، لیکن وزن تو کچھ بھی نہیں ہوتا اس کا۔ تو کھجور کی گٹھلی کے وزن کے برابر سونا اور کچھ بھی نہیں، نہ جوڑا، نہ نہ نہ کچھ نہ کچھ۔</w:t>
      </w:r>
    </w:p>
    <w:p>
      <w:r>
        <w:rPr>
          <w:b/>
        </w:rPr>
        <w:t xml:space="preserve">[56:40] </w:t>
      </w:r>
      <w:r>
        <w:t>aaj koi apni beti ki shadi aisa karega? na jaiz hai, na barat hai, na koi dhoom dhaam hai, bas bahut si mamooli si raqam mehr mehr mein de di gayi, bas qissa khatam.</w:t>
      </w:r>
    </w:p>
    <w:p>
      <w:pPr>
        <w:jc w:val="right"/>
      </w:pPr>
      <w:r>
        <w:t>آج کوئی اپنی بیٹی کی شادی ایسا کرے گا؟ نہ جائز ہے، نہ بارات ہے، نہ کوئی دھوم دھام ہے، بس بہت سی معمولی سی رقم مہر مہر میں دے دی گئی، بس قصہ ختم۔</w:t>
      </w:r>
    </w:p>
    <w:p>
      <w:r>
        <w:rPr>
          <w:b/>
        </w:rPr>
        <w:t xml:space="preserve">[56:53] </w:t>
      </w:r>
      <w:r>
        <w:t>is jamiat ko aap apnayenge apni zindagi mein? kya</w:t>
      </w:r>
    </w:p>
    <w:p>
      <w:pPr>
        <w:jc w:val="right"/>
      </w:pPr>
      <w:r>
        <w:t>اس جامعیت کو آپ اپنائیں گے اپنی زندگی میں؟ کیا</w:t>
      </w:r>
    </w:p>
    <w:p>
      <w:r>
        <w:rPr>
          <w:b/>
        </w:rPr>
        <w:t xml:space="preserve">[56:59] </w:t>
      </w:r>
      <w:r>
        <w:t>badi dhoom se ye baat kahi jati hai hamare khilaf ke bas dawat dawat karte hain? rasool allah ki to jamiat thi. yahan hamare khilaf bhi ek baat yahi boli jati hai ke bahut zyada dawat ki baatein karte hain.</w:t>
      </w:r>
    </w:p>
    <w:p>
      <w:pPr>
        <w:jc w:val="right"/>
      </w:pPr>
      <w:r>
        <w:t>بڑی دھوم سے یہ بات کہی جاتی ہے ہمارے خلاف کہ بس دعوت دعوت کرتے ہیں؟ رسول اللہ کی تو جامعیت تھی۔ یہاں ہمارے خلاف بھی ایک بات یہی بولی جاتی ہے کہ بہت زیادہ دعوت کی باتیں کرتے ہیں۔</w:t>
      </w:r>
    </w:p>
    <w:p>
      <w:r>
        <w:rPr>
          <w:b/>
        </w:rPr>
        <w:t xml:space="preserve">[57:09] </w:t>
      </w:r>
      <w:r>
        <w:t>rasool allah ke han jamiat thi, woh family bhi chalate the, woh business bhi karte the, woh ye karte the, woh karte the. aap ko maloom hai ke rasool allah ki biwiyan jo thin, un ko do waqt ka khana nahi milta tha.</w:t>
      </w:r>
    </w:p>
    <w:p>
      <w:pPr>
        <w:jc w:val="right"/>
      </w:pPr>
      <w:r>
        <w:t>رسول اللہ کے ہاں جامعیت تھی، وہ فیملی بھی چلاتے تھے، وہ بزنس بھی کرتے تھے، وہ یہ کرتے تھے، وہ کرتے تھے۔ آپ کو معلوم ہے کہ رسول اللہ کی بیویاں جو تھیں، ان کو دو وقت کا کھانا نہیں ملتا تھا۔</w:t>
      </w:r>
    </w:p>
    <w:p>
      <w:r>
        <w:rPr>
          <w:b/>
        </w:rPr>
        <w:t xml:space="preserve">[57:23] </w:t>
      </w:r>
      <w:r>
        <w:t>to unhon ne rasool allah sallallahu alaihi wa sallam se kaha ke humein kam se kam do waqt khana to mile. ye lamba qissa ye hai ke rasool allah do waqt khana nahi de sakte the un ko.</w:t>
      </w:r>
    </w:p>
    <w:p>
      <w:pPr>
        <w:jc w:val="right"/>
      </w:pPr>
      <w:r>
        <w:t>تو انہوں نے رسول اللہ صلی اللہ علیہ وسلم سے کہا کہ ہمیں کم سے کم دو وقت کھانا تو ملے۔ یہ لمبا قصہ یہ ہے کہ رسول اللہ دو وقت کھانا نہیں دے سکتے تھے ان کو۔</w:t>
      </w:r>
    </w:p>
    <w:p>
      <w:r>
        <w:rPr>
          <w:b/>
        </w:rPr>
        <w:t xml:space="preserve">[57:37] </w:t>
      </w:r>
      <w:r>
        <w:t>quran majeed mein aayat baqaidah aayi, aayat aayi, us ne kaha ke tum ya to rasool ko ikhtiyar kar lo ya phir talaq le kar bahar chale jao.</w:t>
      </w:r>
    </w:p>
    <w:p>
      <w:pPr>
        <w:jc w:val="right"/>
      </w:pPr>
      <w:r>
        <w:t>قرآن مجید میں آیت باقاعدہ آئی، آیت آئی، اس نے کہا کہ تم یا تو رسول کو اختیار کر لو یا پھر طلاق لے کر باہر چلے جاؤ۔</w:t>
      </w:r>
    </w:p>
    <w:p>
      <w:r>
        <w:rPr>
          <w:b/>
        </w:rPr>
        <w:t xml:space="preserve">[57:48] </w:t>
      </w:r>
      <w:r>
        <w:t>ye itne se mutalabe par ke do waqt ka khana humein diya jaye.</w:t>
      </w:r>
    </w:p>
    <w:p>
      <w:pPr>
        <w:jc w:val="right"/>
      </w:pPr>
      <w:r>
        <w:t>یہ اتنے سے مطالبے پر کہ دو وقت کا کھانا ہمیں دیا جائے۔</w:t>
      </w:r>
    </w:p>
    <w:p>
      <w:r>
        <w:rPr>
          <w:b/>
        </w:rPr>
        <w:t xml:space="preserve">[57:53] </w:t>
      </w:r>
      <w:r>
        <w:t>kaha gaya hai ke tum ya to jaise ho, status ke upar raho to raho, nahi to talaq le ke chale jao. aaj koi hai aisa jo apni family ko is tarah chalaye? to ye bilkul ghalat hai ye kahna.</w:t>
      </w:r>
    </w:p>
    <w:p>
      <w:pPr>
        <w:jc w:val="right"/>
      </w:pPr>
      <w:r>
        <w:t>کہا گیا ہے کہ تم یا تو جیسے ہو، اسٹیٹس کے اوپر رہو تو رہو، نہیں تو طلاق لے کے چلے جاؤ۔ آج کوئی ہے ایسا جو اپنی فیملی کو اس طرح چلائے؟ تو یہ بالکل غلط ہے یہ کہنا۔</w:t>
      </w:r>
    </w:p>
    <w:p>
      <w:r>
        <w:rPr>
          <w:b/>
        </w:rPr>
        <w:t xml:space="preserve">[58:06] </w:t>
      </w:r>
      <w:r>
        <w:t>yaad rakhiye, rasool allah ke han sara jo emphasis tha, woh dawat par tha. aap ne isi ko priority de di rakhi thi, isi ko sab se bada kaam samajh kar aap isi mein mashghool rehte the.</w:t>
      </w:r>
    </w:p>
    <w:p>
      <w:pPr>
        <w:jc w:val="right"/>
      </w:pPr>
      <w:r>
        <w:t>یاد رکھیے، رسول اللہ کے ہاں سارا جو ایمفیسز تھا، وہ دعوت پر تھا۔ آپ نے اسی کو پرائرٹی دے دے رکھی تھی، اسی کو سب سے بڑا کام سمجھ کر آپ اسی میں مشغول رہتے تھے۔</w:t>
      </w:r>
    </w:p>
    <w:p>
      <w:r>
        <w:rPr>
          <w:b/>
        </w:rPr>
        <w:t xml:space="preserve">[58:19] </w:t>
      </w:r>
      <w:r>
        <w:t>apni sari tawanai, apna sara time</w:t>
      </w:r>
    </w:p>
    <w:p>
      <w:pPr>
        <w:jc w:val="right"/>
      </w:pPr>
      <w:r>
        <w:t>اپنی ساری توانائی، اپنا سارا ٹائم</w:t>
      </w:r>
    </w:p>
    <w:p>
      <w:r>
        <w:rPr>
          <w:b/>
        </w:rPr>
        <w:t xml:space="preserve">[58:22] </w:t>
      </w:r>
      <w:r>
        <w:t>baqi cheezon ki, jis ko jamiat kehte hain log, to log kar ke dikhayein mujhe, woh jamiat ko apnayein to main dekhoon un logon ki jamiat ko.</w:t>
      </w:r>
    </w:p>
    <w:p>
      <w:pPr>
        <w:jc w:val="right"/>
      </w:pPr>
      <w:r>
        <w:t>باقی چیزوں کی، جس کو جامعیت کہتے ہیں لوگ، تو لوگ کر کے دکھائیں مجھے، وہ جامعیت کو اپنائیں تو میں دیکھوں ان لوگوں کی جامعیت کو۔</w:t>
      </w:r>
    </w:p>
    <w:p>
      <w:r>
        <w:rPr>
          <w:b/>
        </w:rPr>
        <w:t xml:space="preserve">[58:31] </w:t>
      </w:r>
      <w:r>
        <w:t>to ye bilkul mere upar bilkul ek ghalat ek ilzam lagaya jata hai. to beharhal main ye kahunga ki agar aap chahte hain ki Allah ke khas bandon mein shamil hon to aap ko dawat ka kaam hona chahiye.</w:t>
      </w:r>
    </w:p>
    <w:p>
      <w:pPr>
        <w:jc w:val="right"/>
      </w:pPr>
      <w:r>
        <w:t>تو یہ بالکل میرے اوپر بالکل ایک غلط ایک الزام لگایا جاتا ہے۔ تو بہرحال میں یہ کہوں گا کہ اگر آپ چاہتے ہیں کہ اللہ کے خاص بندوں میں شامل ہوں تو آپ کو دعوت کا کام ہونا چاہیے۔</w:t>
      </w:r>
    </w:p>
    <w:p>
      <w:r>
        <w:rPr>
          <w:b/>
        </w:rPr>
        <w:t xml:space="preserve">[58:43] </w:t>
      </w:r>
      <w:r>
        <w:t>dawat ka kaam woh hai jis ko Allah ne apni nusrat bataya hai ki aye bandon, meri madad karo.</w:t>
      </w:r>
    </w:p>
    <w:p>
      <w:pPr>
        <w:jc w:val="right"/>
      </w:pPr>
      <w:r>
        <w:t>دعوت کا کام وہ ہے جس کو اللہ نے اپنی نصرت بتایا ہے کہ اے بندوں، میری مدد کرو۔</w:t>
      </w:r>
    </w:p>
    <w:p>
      <w:r>
        <w:rPr>
          <w:b/>
        </w:rPr>
        <w:t xml:space="preserve">[58:49] </w:t>
      </w:r>
      <w:r>
        <w:t>madad ye karo ki meri taraf se mera paigham insanon tak pahuncha do. ye hai Allah ki nusrat.</w:t>
      </w:r>
    </w:p>
    <w:p>
      <w:pPr>
        <w:jc w:val="right"/>
      </w:pPr>
      <w:r>
        <w:t>مدد یہ کرو کہ میری طرف سے میرا پیغام انسانوں تک پہنچا دو۔ یہ ہے اللہ کی نصرت۔</w:t>
      </w:r>
    </w:p>
    <w:p>
      <w:r>
        <w:rPr>
          <w:b/>
        </w:rPr>
        <w:t xml:space="preserve">[59:00] </w:t>
      </w:r>
      <w:r>
        <w:t>to main ye kahunga ki aap ko agar Allah ke un bandon mein shamil hona hai jo ikhwan-e-rasool ka darja payen, un bandon mein shamil hona hai jo qayamat ke din un logon mein qarar payen jinhon ne Allah ki madad ki thi,</w:t>
      </w:r>
    </w:p>
    <w:p>
      <w:pPr>
        <w:jc w:val="right"/>
      </w:pPr>
      <w:r>
        <w:t>تو میں یہ کہوں گا کہ آپ کو اگر اللہ کے ان بندوں میں شامل ہونا ہے جو اخوان رسول کا درجہ پائیں، ان بندوں میں شامل ہونا ہے جو قیامت کے دن ان لوگوں میں قرار پائیں جنہوں نے اللہ کی مدد کی تھی،</w:t>
      </w:r>
    </w:p>
    <w:p>
      <w:r>
        <w:rPr>
          <w:b/>
        </w:rPr>
        <w:t xml:space="preserve">[59:15] </w:t>
      </w:r>
      <w:r>
        <w:t>un logon mein aap shamil kiye jayen jo insaniyat ke liye tarpe the, jo insaniyat ki hidayat ke liye roye the, jo insaniyat ki hidayat ke liye deewane ho gaye the.</w:t>
      </w:r>
    </w:p>
    <w:p>
      <w:pPr>
        <w:jc w:val="right"/>
      </w:pPr>
      <w:r>
        <w:t>ان لوگوں میں آپ شامل کیے جائیں جو انسانیت کے لیے تڑپے تھے، جو انسانیت کی ہدایت کے لیے روئے تھے، جو انسانیت کی ہدایت کے لیے دیوانے ہو گئے تھے۔</w:t>
      </w:r>
    </w:p>
    <w:p>
      <w:r>
        <w:rPr>
          <w:b/>
        </w:rPr>
        <w:t xml:space="preserve">[59:29] </w:t>
      </w:r>
      <w:r>
        <w:t>agar aap chahte hain ki un insanon mein aap ka shumar ho to phir dawat ka kaam kijiye.</w:t>
      </w:r>
    </w:p>
    <w:p>
      <w:pPr>
        <w:jc w:val="right"/>
      </w:pPr>
      <w:r>
        <w:t>اگر آپ چاہتے ہیں کہ ان انسانوں میں آپ کا شمار ہو تو پھر دعویٰ ورک کیجئے۔</w:t>
      </w:r>
    </w:p>
    <w:p>
      <w:r>
        <w:rPr>
          <w:b/>
        </w:rPr>
        <w:t xml:space="preserve">[59:38] </w:t>
      </w:r>
      <w:r>
        <w:t>yahi meri dua hai, yahi meri tamanna hai.</w:t>
      </w:r>
    </w:p>
    <w:p>
      <w:pPr>
        <w:jc w:val="right"/>
      </w:pPr>
      <w:r>
        <w:t>یہی میری دعا ہے، یہی میری تمنا ہے۔</w:t>
      </w:r>
    </w:p>
    <w:p>
      <w:r>
        <w:rPr>
          <w:b/>
        </w:rPr>
        <w:t xml:space="preserve">[59:42] </w:t>
      </w:r>
      <w:r>
        <w:t>Allah ta'ala aap ko is khidmat ke liye qabool farmaye. aqoolu qawli haza wa astaghfirullah li wa lakum ajma'een.</w:t>
      </w:r>
    </w:p>
    <w:p>
      <w:pPr>
        <w:jc w:val="right"/>
      </w:pPr>
      <w:r>
        <w:t>اللہ تعالیٰ آپ کو اس خدمت کے لیے قبول فرمائے۔ اقول قولھذا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