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Quran 11 90 CPS Women Weekly Discussion 32 December 10, 2023</w:t>
      </w:r>
    </w:p>
    <w:p>
      <w:r>
        <w:t>https://www.youtube.com/watch?v=GB7dNbRkNI4</w:t>
      </w:r>
    </w:p>
    <w:p>
      <w:r>
        <w:rPr>
          <w:b/>
        </w:rPr>
        <w:t xml:space="preserve">[00:14] </w:t>
      </w:r>
      <w:r>
        <w:t>Today, 12/10/2023, we are going to have this session with the Quran discussion and the verse which has been shared from the chapter 11 verse 90. The verse is, seek forgiveness of your Lord and turn to him in repentance. My Lord is indeed merciful and loving.</w:t>
      </w:r>
    </w:p>
    <w:p>
      <w:pPr>
        <w:jc w:val="right"/>
      </w:pPr>
      <w:r>
        <w:t>Today, 12/10/2023, we are going to have this session with the Quran discussion and the verse which has been shared from the chapter 11 verse 90. The verse is, seek forgiveness of your Lord and turn to him in repentance. My Lord is indeed merciful and loving.</w:t>
      </w:r>
    </w:p>
    <w:p>
      <w:r>
        <w:rPr>
          <w:b/>
        </w:rPr>
        <w:t xml:space="preserve">[00:41] </w:t>
      </w:r>
      <w:r>
        <w:t>This is the verse which was given to on the WhatsApp group shared, and we had requested the ladies to kindly introspect, go through the learning, and share on this platform. So I asked Fahmida Apa to kindly start the session with the explanation of this verse.</w:t>
      </w:r>
    </w:p>
    <w:p>
      <w:pPr>
        <w:jc w:val="right"/>
      </w:pPr>
      <w:r>
        <w:t>This is the verse which was given to on the WhatsApp group shared, and we had requested the ladies to kindly introspect, go through the learning, and share on this platform. So I asked फ़हमीदा अपा to kindly start the session with the explanation of this verse.</w:t>
      </w:r>
    </w:p>
    <w:p>
      <w:r>
        <w:rPr>
          <w:b/>
        </w:rPr>
        <w:t xml:space="preserve">[01:01] </w:t>
      </w:r>
      <w:r>
        <w:t>is dunya mein ghalti har insaan karta hai kyunke insaan ghalti karega. Allah taala ne kaha ke agar insaan ghalti na karta to main doosri makhlooq paida kar deta jo ghalti karen. To asal baat ghalti karne ki nahi balkeh ghalti karke Khuda ki taraf palatne ki hai.</w:t>
      </w:r>
    </w:p>
    <w:p>
      <w:pPr>
        <w:jc w:val="right"/>
      </w:pPr>
      <w:r>
        <w:t>इस दुनिया में ग़लती हर इंसान करता है क्योंकि इंसान ग़लती करेगा. अल्लाह दाला ने ने कहा कि अगर इंसान ग़लती ना करता तो मैं दूसरी मखलोक पैदा कर देता जो ग़लती करें. तो असल बात ग़लती करने की नहीं बल्कि ग़लती करके ख़ुदा की तरफ़ पलटने की है.</w:t>
      </w:r>
    </w:p>
    <w:p>
      <w:r>
        <w:rPr>
          <w:b/>
        </w:rPr>
        <w:t xml:space="preserve">[01:31] </w:t>
      </w:r>
      <w:r>
        <w:t>is ghalti ke zariye Allah se apna connection mazboot karne ki hai. To aaj hum Quran ki chapter 11 ki verse 90 se samajhne ki koshish karenge ke kis tarah hum ko apne Rab se apni ghaltiyon ki maafi mangna hai, toba karna hai. Toba ka matlab kisi matlab kisi momin ke liye koi mamooli, toba koi mamooli baat nahi hai.</w:t>
      </w:r>
    </w:p>
    <w:p>
      <w:pPr>
        <w:jc w:val="right"/>
      </w:pPr>
      <w:r>
        <w:t>इस ग़लती के ज़रिए अल्लाह से अपना connection मज़बूत करने की है. तो आज हम क़ुरान की chapter 11 की verse 90 से समझने की कोशिश करेंगे कि किस तरह हमको अपने रफ़ से अपनी ग़लतियों की माफ़ी मांगना है, तोबा करना है. तोबा का मतलब किसी मतलब किसी मौमीन के लिए कोई मामूली, तोबा कोई मामूली बात नहीं है.</w:t>
      </w:r>
    </w:p>
    <w:p>
      <w:r>
        <w:rPr>
          <w:b/>
        </w:rPr>
        <w:t xml:space="preserve">[01:59] </w:t>
      </w:r>
      <w:r>
        <w:t>ek momin jab sachche dil se Allah se toba karta hai, apni ghaltiyon ki maafi mangta hai, to Allah us us insaan ko apni rehmaten khaas mil leta hai. Isi liye ek sacchi toba insaan ki zindagi badal deti hai. Yeh ehsaas, yeh regret ke maine bahut badi ghalti ki hai. Usko repentance kehne ka isko kehte hain matlab pachtawa kehte hain.</w:t>
      </w:r>
    </w:p>
    <w:p>
      <w:pPr>
        <w:jc w:val="right"/>
      </w:pPr>
      <w:r>
        <w:t>एक मौमीन जब सच्चे दिल से अल्लाह से तोबा करता है, अपनी ग़लतियों की माफ़ी मांगता है, तो अल्लाह उस उस इंसान को अपनी रहमतें ख़ास मिले लेता है. इसीलिए एक सच्ची तोहा इंसान की ज़िंदगी बदल देती है. यह एहसास, यह regret कि मैंने बहुत बड़ी ग़लती की है. उसको repentance कहने का इसको कहते हैं मतलब पछतावा कहते हैं.</w:t>
      </w:r>
    </w:p>
    <w:p>
      <w:r>
        <w:rPr>
          <w:b/>
        </w:rPr>
        <w:t xml:space="preserve">[02:27] </w:t>
      </w:r>
      <w:r>
        <w:t>quran mein tobay nasooh ke bare mein bataya gaya hai.</w:t>
      </w:r>
    </w:p>
    <w:p>
      <w:pPr>
        <w:jc w:val="right"/>
      </w:pPr>
      <w:r>
        <w:t>कुरान में तोबै नसूह के बारे में बताया गया है.</w:t>
      </w:r>
    </w:p>
    <w:p>
      <w:r>
        <w:rPr>
          <w:b/>
        </w:rPr>
        <w:t xml:space="preserve">[02:38] </w:t>
      </w:r>
      <w:r>
        <w:t>hum bola na wahiduddin sahib kehte hain tobay nasooh yani sachchi toba insan ki soch ka rukh</w:t>
      </w:r>
    </w:p>
    <w:p>
      <w:pPr>
        <w:jc w:val="right"/>
      </w:pPr>
      <w:r>
        <w:t>हम बोला ना वहीं दुद्दीन साहब कहते हैं तोबै नसूह यानी सच्ची तोबा इंसान की सोच का रुख</w:t>
      </w:r>
    </w:p>
    <w:p>
      <w:r>
        <w:rPr>
          <w:b/>
        </w:rPr>
        <w:t xml:space="preserve">[02:49] </w:t>
      </w:r>
      <w:r>
        <w:t>badal deti yani bolne aur amal mein bahut zyada apne ko pabind rakhta hai.</w:t>
      </w:r>
    </w:p>
    <w:p>
      <w:pPr>
        <w:jc w:val="right"/>
      </w:pPr>
      <w:r>
        <w:t>बदल देती यानी बोलने और अमल में बहुत ज़्यादा अपने को पाबिंद रखता है.</w:t>
      </w:r>
    </w:p>
    <w:p>
      <w:r>
        <w:rPr>
          <w:b/>
        </w:rPr>
        <w:t xml:space="preserve">[03:01] </w:t>
      </w:r>
      <w:r>
        <w:t>insaan ka aakhirat se nidar ho. Jaise bahut sare insaan hote hain. Aakhirat se nidar ho gaye, zindagi guzarte hain.</w:t>
      </w:r>
    </w:p>
    <w:p>
      <w:pPr>
        <w:jc w:val="right"/>
      </w:pPr>
      <w:r>
        <w:t>इंसान का आख़िरत से निडर हो. जैसे बहुत सारे इंसान होते हैं. आख़िरत से निडर हो गए, ज़िंदगी गुज़ारते हैं.</w:t>
      </w:r>
    </w:p>
    <w:p>
      <w:r>
        <w:rPr>
          <w:b/>
        </w:rPr>
        <w:t xml:space="preserve">[03:25] </w:t>
      </w:r>
      <w:r>
        <w:t>aksar aisa hota hai ke kisi insaan ke muqable mein ek insaan se ghalti hoti hai to insaan apna apni jo ghalti manne ko tayyar nahi hota. Bahut kam log hote hain jo foreign apni ghalti ko mante hain. Zyada tar log ghalti mante nahi hain, itraaf nahi karte kyunke apne ego ki wajah se ya phir majboora na maafi mangkar baat ko khatm kar diya jata hai. To iska matlab insaan ke andar ghalti ka pachtawa nahi hai.</w:t>
      </w:r>
    </w:p>
    <w:p>
      <w:pPr>
        <w:jc w:val="right"/>
      </w:pPr>
      <w:r>
        <w:t>अक्सर ऐसा होता है कि किसी इंसान के मुकाबले में एक इंसान से ग़लती होती है तो इंसान अपना अपनी जो ग़लती मानने को तैयार नहीं होता. बहुत कम लोग होते हैं जो foreign अपनी ग़लती को मानते हैं. ज़्यादातर लोग ग़लती मानते नहीं है, इतराफ़ नहीं करते क्योंकि अपने ego की वजह से या फिर मजबूरा ना माफ़ी मांगकर बात को ख़त्म कर दिया जाता है. तो इसका मतलब इंसान के अंदर ग़लती का पछतावा नहीं है.</w:t>
      </w:r>
    </w:p>
    <w:p>
      <w:r>
        <w:rPr>
          <w:b/>
        </w:rPr>
        <w:t xml:space="preserve">[03:54] </w:t>
      </w:r>
      <w:r>
        <w:t>agar aisa kar raha hai insaan ke woh majbooran ghalti maan raha hai, ehsaas nahi hai, Khuda ka dar nahi hai. To Maulana sahib ne bahut hi aala tareeqe se is baat ko hamein bataya hai ke insaan sirf zuban se maafi mangkar ya sirf itraaf karke baat ko yeh matlab yeh na samjhe ke khatm ho gayi hai. Yeh to karna hi hai.</w:t>
      </w:r>
    </w:p>
    <w:p>
      <w:pPr>
        <w:jc w:val="right"/>
      </w:pPr>
      <w:r>
        <w:t>अगर ऐसा कर रहा है इंसान कि वह मजबूरन ग़लती मान रहा है, एहसास नहीं है, खुदाकर डर नहीं है. तो मोलाना साहब ने बहुत ही आला तरीक़े से इस बात को हमें बताया है कि इंसान सिर्फ़ जवान से माफ़ी मांगकर या सिर्फ़ इतराफ़ करके बात को यह मतलब यह ना समझे कि ख़त्म हो गई है. यह तो करना ही है.</w:t>
      </w:r>
    </w:p>
    <w:p>
      <w:r>
        <w:rPr>
          <w:b/>
        </w:rPr>
        <w:t xml:space="preserve">[04:19] </w:t>
      </w:r>
      <w:r>
        <w:t>insaan ka aala character yeh hona chahiye ke woh apni jo woh matlab ke woh agar usne kisi ka dil dukhaya hai apni zuban se ya kisi tareeqe se, to uske baad woh us insaan ke sath apni jo hai apna connection mazboot kare, apni mohabbat ka rishta badhane ki koshish kare. Uske liye aur acha kaam kare, uski madad kare, uski fikr kare.</w:t>
      </w:r>
    </w:p>
    <w:p>
      <w:pPr>
        <w:jc w:val="right"/>
      </w:pPr>
      <w:r>
        <w:t>इंसान का आला character यह होना चाहिए कि वह अपनी जो वह मतलब कि वह अगर उसने किसी का दिल दुखाया है अपनी ज़बान से या किसी तरीक़े से, तो उसके बाद वह उस इंसान के साथ अपनी जो है अपना connection मज़बूत करें, अपनी मोहब्बत का रिश्ता बढ़ाने की कोशिश करें. उसके लिए और अच्छा काम करें, उसकी मदद करें, उसकी फ़िक्र करें.</w:t>
      </w:r>
    </w:p>
    <w:p>
      <w:r>
        <w:rPr>
          <w:b/>
        </w:rPr>
        <w:t xml:space="preserve">[04:44] </w:t>
      </w:r>
      <w:r>
        <w:t>taake uska dil jo hai us se jo bhi takleef hui ho, uske dil par jo dhabba lag gaya ho uski taraf se jo takleef hui ho to usko woh woh uski mohabbat aur uska fikr jo hai usko saaf kar dein. Us se uska dil saaf ho jaye.</w:t>
      </w:r>
    </w:p>
    <w:p>
      <w:pPr>
        <w:jc w:val="right"/>
      </w:pPr>
      <w:r>
        <w:t>ताकि उसका दिल जो है उससे जो भी तकलीफ़ हुई हो, उसके दिल पर जो धब्बा लग गया हो उसकी तरफ़ से जो तकलीफ़ हुई हो तो उसको वह वह उसकी मोहब्बत और उसका फ़िक्र जो है उसको साफ़ कर दें. उससे उसका दिल साफ़ हो जाए.</w:t>
      </w:r>
    </w:p>
    <w:p>
      <w:r>
        <w:rPr>
          <w:b/>
        </w:rPr>
        <w:t xml:space="preserve">[05:03] </w:t>
      </w:r>
      <w:r>
        <w:t>to iska matlab hua ke insaan ke mamle mein bhi ghalti ho jaane ke baad ek insaan ko shiddat se pachtawa hona aur itraaf karna yeh insaan ki khud ki zaroorat hai taake farishton ke jo record hain, farishte jo record banate hain uska naam us mein likha ja sake ke woh ek modest insaan hai. Zaroori hota hai ke hum apna itraaf karen, uske sath woh karen.</w:t>
      </w:r>
    </w:p>
    <w:p>
      <w:pPr>
        <w:jc w:val="right"/>
      </w:pPr>
      <w:r>
        <w:t>तो इसका मतलब हुआ कि इंसान के मामले में भी ग़लती हो जाने के बाद एक इंसान को शिद्दत से पछतावा होना और इतराफ़ करना यह इंसान की ख़ुद की ज़रूरत है ताकि फरिश्तों के जो record हैं, फरिश्ते जो record बनाते हैं उसका नाम उसमें लिखा जा सके कि वह एक modest इंसान है. ज़रूरी होता है कि हम अपना इतराफ़ करें, उसके साथ वह करें.</w:t>
      </w:r>
    </w:p>
    <w:p>
      <w:r>
        <w:rPr>
          <w:b/>
        </w:rPr>
        <w:t xml:space="preserve">[05:28] </w:t>
      </w:r>
      <w:r>
        <w:t>to hadith mein bataya gaya hai ki har insan khata kar hai aur sabse achha khata kar yani sinner woh</w:t>
      </w:r>
    </w:p>
    <w:p>
      <w:pPr>
        <w:jc w:val="right"/>
      </w:pPr>
      <w:r>
        <w:t>तो ख़दीस में बताया गया है कि हर इंसान ख़ताकार है और सबसे अच्छा ख़ताकार यानी sinner वह</w:t>
      </w:r>
    </w:p>
    <w:p>
      <w:r>
        <w:rPr>
          <w:b/>
        </w:rPr>
        <w:t xml:space="preserve">[05:33] </w:t>
      </w:r>
      <w:r>
        <w:t>hai jo khata ke baad toba kare.</w:t>
      </w:r>
    </w:p>
    <w:p>
      <w:pPr>
        <w:jc w:val="right"/>
      </w:pPr>
      <w:r>
        <w:t>है जो ख़ता के बाद तोबा करें.</w:t>
      </w:r>
    </w:p>
    <w:p>
      <w:r>
        <w:rPr>
          <w:b/>
        </w:rPr>
        <w:t xml:space="preserve">[05:38] </w:t>
      </w:r>
      <w:r>
        <w:t>molana wahiduddin sahib kehte hain ki galti ka itraaf karna, accept karna, galti ko manna ek bahut bada</w:t>
      </w:r>
    </w:p>
    <w:p>
      <w:pPr>
        <w:jc w:val="right"/>
      </w:pPr>
      <w:r>
        <w:t>मोहलाना महेदुद्दीन साहब कहते हैं कि ग़लती का इतराफ़ करना, accept करना, ग़लती को मानना एक बहुत बड़ा</w:t>
      </w:r>
    </w:p>
    <w:p>
      <w:r>
        <w:rPr>
          <w:b/>
        </w:rPr>
        <w:t xml:space="preserve">[05:44] </w:t>
      </w:r>
      <w:r>
        <w:t>badi badak ka amal hai.</w:t>
      </w:r>
    </w:p>
    <w:p>
      <w:pPr>
        <w:jc w:val="right"/>
      </w:pPr>
      <w:r>
        <w:t>बड़ी बादक का अमल है.</w:t>
      </w:r>
    </w:p>
    <w:p>
      <w:r>
        <w:rPr>
          <w:b/>
        </w:rPr>
        <w:t xml:space="preserve">[05:49] </w:t>
      </w:r>
      <w:r>
        <w:t>khuda ke muqable mein apni galti ka itraaf karna toba hai aur insan ke muqable mein usko galti</w:t>
      </w:r>
    </w:p>
    <w:p>
      <w:pPr>
        <w:jc w:val="right"/>
      </w:pPr>
      <w:r>
        <w:t>ख़ुदा के मुकाबले में अपनी ग़लती का इतराफ़ करना तोबा है और इंसान के मुकाबले में उसको ग़लती</w:t>
      </w:r>
    </w:p>
    <w:p>
      <w:r>
        <w:rPr>
          <w:b/>
        </w:rPr>
        <w:t xml:space="preserve">[05:54] </w:t>
      </w:r>
      <w:r>
        <w:t>ka itraaf karna kehte hain yani apni galti ko manna kehte hain.</w:t>
      </w:r>
    </w:p>
    <w:p>
      <w:pPr>
        <w:jc w:val="right"/>
      </w:pPr>
      <w:r>
        <w:t>का इतराफ़ करना कहते हैं यानी अपनी ग़लती को मानना कहते हैं.</w:t>
      </w:r>
    </w:p>
    <w:p>
      <w:r>
        <w:rPr>
          <w:b/>
        </w:rPr>
        <w:t xml:space="preserve">[06:00] </w:t>
      </w:r>
      <w:r>
        <w:t>Asavere usool ki zindagi ka agar mutala kiya jaye to batate hain ke woh bahut zyada toba karne wale aur itraaf karne wale thay. Bahut sare aise waqiyat hain jahan unki koi ghalti nahi hoti thi. Qanooni hisab se unki koi ghalti nahi hoti thi. Phir bhi woh kehte thay mujhse ghalti hui, mujhko maaf kar do.</w:t>
      </w:r>
    </w:p>
    <w:p>
      <w:pPr>
        <w:jc w:val="right"/>
      </w:pPr>
      <w:r>
        <w:t>असावीर असूल की ज़िंदगी का अगर मुताला करा जाए तो बताते हैं कि वह बहुत ज़्यादा तोबा करने वाले और इतराफ करने वाले थे. बहुत सारे ऐसे वाक्यात हैं जहां उनकी कोई ग़लती नहीं होती थी. क़ानूनी हिसाब से उनकी कोई ग़लती नहीं होती थी. फिर भी वह कहते थे मुझसे ग़लती हुई, मुझको माफ़ कर दो.</w:t>
      </w:r>
    </w:p>
    <w:p>
      <w:r>
        <w:rPr>
          <w:b/>
        </w:rPr>
        <w:t xml:space="preserve">[06:21] </w:t>
      </w:r>
      <w:r>
        <w:t>to Maulana sahib kehte hain ke iski wajah yeh hai ke yeh kehna ke main ghalti par tha, darasal apni modesty ko establish karna hota hai. Apni modesty ko qaim rakhna hai. Kyunke Islam, Islami aqeede ke mutabiq har insaan ke paas har waqt Khuda ke farishte hote hain. Jo uska record likhte rehte hain. Ek saccha momin is baat ka greedy hoga.</w:t>
      </w:r>
    </w:p>
    <w:p>
      <w:pPr>
        <w:jc w:val="right"/>
      </w:pPr>
      <w:r>
        <w:t>तो मोलाना साहब कहते हैं कि इसकी वजह यह है कि यह कहना कि मैं ग़लती पर था, दरअसल अपनी modesty को establish करना होता है. अपनी modesty को क़ायम रखना है. क्योंकि इस्लाम, इस्लामी अक़ीदे के मुताबिक हर इंसान के पास हर वक़्त ख़ुदा के फरिश्ते होते हैं. जो उसका record लिखते रहते हैं. एक सच्चा मौमीन इस बात का greedy होगा.</w:t>
      </w:r>
    </w:p>
    <w:p>
      <w:r>
        <w:rPr>
          <w:b/>
        </w:rPr>
        <w:t xml:space="preserve">[06:50] </w:t>
      </w:r>
      <w:r>
        <w:t>uske matlab bahut zyada uski uski cheez ki lalach ho gayi hai ke farishte apne record mein usko ek modest insaan ki hasiyat se likhen. Na ke ek circus insaan jo arrogant ho, jo bahut zyada ego mein rahe. Is insaan ki hasiyat se. To har insaan chahega ke hamari farishte hamara record ek achhe modest insaan ki hasiyat se jaane.</w:t>
      </w:r>
    </w:p>
    <w:p>
      <w:pPr>
        <w:jc w:val="right"/>
      </w:pPr>
      <w:r>
        <w:t>उसका मतलब बहुत ज़्यादा उसकी उसकी चीज़ की लालच हो गई है कि फ़रिश्ते अपने record में उसको एक modest इंसान की हैसियत से लिखें. ना कि एक circus इंसान जो arrogant हो, जो बहुत ज़्यादा ego में रहे. इस इंसान की हैसियत से. तो हर इंसान चाहेगा कि हमारी फरिश्ते हमारा record एक अच्छे modest इंसान की हैसियत से जाने.</w:t>
      </w:r>
    </w:p>
    <w:p>
      <w:r>
        <w:rPr>
          <w:b/>
        </w:rPr>
        <w:t xml:space="preserve">[07:17] </w:t>
      </w:r>
      <w:r>
        <w:t>to is tarah yeh kehna ki main galti par tha jabki woh galti par na bhi ho to</w:t>
      </w:r>
    </w:p>
    <w:p>
      <w:pPr>
        <w:jc w:val="right"/>
      </w:pPr>
      <w:r>
        <w:t>तो इस तरह यह कहना कि मैं ग़लती पर था जबकि वह ग़लती पर ना भी हो तो</w:t>
      </w:r>
    </w:p>
    <w:p>
      <w:r>
        <w:rPr>
          <w:b/>
        </w:rPr>
        <w:t xml:space="preserve">[07:24] </w:t>
      </w:r>
      <w:r>
        <w:t>momin ko farishton ki sohbat milti hai aur khud ko khuda ke aage jhukna, jhukakar momin ko taskeen</w:t>
      </w:r>
    </w:p>
    <w:p>
      <w:pPr>
        <w:jc w:val="right"/>
      </w:pPr>
      <w:r>
        <w:t>मोमीन को फरिश्तों की सोबत मिलती है और ख़ुद को ख़ुदा के आगे झुकना, झुकाकर मोमीन को तस्कीन</w:t>
      </w:r>
    </w:p>
    <w:p>
      <w:r>
        <w:rPr>
          <w:b/>
        </w:rPr>
        <w:t xml:space="preserve">[07:31] </w:t>
      </w:r>
      <w:r>
        <w:t>milti hai, satisfied ho jata hai, rehta hai woh aur jo insan apni galti ka aitraaf nahi kar</w:t>
      </w:r>
    </w:p>
    <w:p>
      <w:pPr>
        <w:jc w:val="right"/>
      </w:pPr>
      <w:r>
        <w:t>मिलती है, satisfied हो जाता है, रहता है वह और जो इंसान अपनी ग़लती का ऐतराफ़ नहीं कर</w:t>
      </w:r>
    </w:p>
    <w:p>
      <w:r>
        <w:rPr>
          <w:b/>
        </w:rPr>
        <w:t xml:space="preserve">[07:38] </w:t>
      </w:r>
      <w:r>
        <w:t>pata woh farishton se door ho jata hai aur woh sirf apne sarkishi ko sarkish jo hota hai</w:t>
      </w:r>
    </w:p>
    <w:p>
      <w:pPr>
        <w:jc w:val="right"/>
      </w:pPr>
      <w:r>
        <w:t>पाता वह फरिश्तों से दूर हो जाता है और वह सिर्फ़ अपने सर्किशी को सर्किश जो होता है</w:t>
      </w:r>
    </w:p>
    <w:p>
      <w:r>
        <w:rPr>
          <w:b/>
        </w:rPr>
        <w:t xml:space="preserve">[07:45] </w:t>
      </w:r>
      <w:r>
        <w:t>ego ke jazbat ko taskeen kar leta hai, satisfied kar leta hai.</w:t>
      </w:r>
    </w:p>
    <w:p>
      <w:pPr>
        <w:jc w:val="right"/>
      </w:pPr>
      <w:r>
        <w:t>ego के जज़्बात को तस्कीन कर लेता है, satisfied कर लेता है.</w:t>
      </w:r>
    </w:p>
    <w:p>
      <w:r>
        <w:rPr>
          <w:b/>
        </w:rPr>
        <w:t xml:space="preserve">[07:53] </w:t>
      </w:r>
      <w:r>
        <w:t>to aakhir mein Maulana sahib ki line se khatm karti hoon ke Maulana sahib likhte hain ke ba maqsad aadmi ki pehchan yeh hai ke subah ko woh apna mansooba banaye, apni planning kare aur shaam ko woh apna muhasba kare, apna introspection kare. Yahi meri learning thi Shabina. Jaisa Kalyapa, kuch important important points jo aapne kaha ke apni galtiyon ko aitraaf karen.</w:t>
      </w:r>
    </w:p>
    <w:p>
      <w:pPr>
        <w:jc w:val="right"/>
      </w:pPr>
      <w:r>
        <w:t>तो आख़िर मैं मलाना साहब की line से ख़त्म करती हूं कि मलाना साहब लिखते हैं कि बामकसद आदमी की पहचान यह है कि सुबह को वह अपना मनसुबह बनाएं, अपनी planning करें और शाम को वह अपना महास्वा करें, अपना introspection करें. यही मेरी learning थी शभीना. जैसा कल्यापा, कुछ important important points जो आपने कहा कि अपनी गलतियों को ऐतराफ करें.</w:t>
      </w:r>
    </w:p>
    <w:p>
      <w:r>
        <w:rPr>
          <w:b/>
        </w:rPr>
        <w:t xml:space="preserve">[08:22] </w:t>
      </w:r>
      <w:r>
        <w:t>isse kya modesty develop hoti hai ek individual ke andar?</w:t>
      </w:r>
    </w:p>
    <w:p>
      <w:pPr>
        <w:jc w:val="right"/>
      </w:pPr>
      <w:r>
        <w:t>इससे क्या modesty develop होती है एक individual के अंदर?</w:t>
      </w:r>
    </w:p>
    <w:p>
      <w:r>
        <w:rPr>
          <w:b/>
        </w:rPr>
        <w:t xml:space="preserve">[08:26] </w:t>
      </w:r>
      <w:r>
        <w:t>aur woh agar kisi ko usne takleef pahunchai, kisi ko hurt kiya hai, to woh khud jaakar ke</w:t>
      </w:r>
    </w:p>
    <w:p>
      <w:pPr>
        <w:jc w:val="right"/>
      </w:pPr>
      <w:r>
        <w:t>और वह अगर किसी को उसने तकलीफ पहुंचाई, किसी को hurt किया है, तो वह खुद जाकर के</w:t>
      </w:r>
    </w:p>
    <w:p>
      <w:r>
        <w:rPr>
          <w:b/>
        </w:rPr>
        <w:t xml:space="preserve">[08:31] </w:t>
      </w:r>
      <w:r>
        <w:t>apni maafi mang le.</w:t>
      </w:r>
    </w:p>
    <w:p>
      <w:pPr>
        <w:jc w:val="right"/>
      </w:pPr>
      <w:r>
        <w:t>अपनी माफी मांग ले.</w:t>
      </w:r>
    </w:p>
    <w:p>
      <w:r>
        <w:rPr>
          <w:b/>
        </w:rPr>
        <w:t xml:space="preserve">[08:35] </w:t>
      </w:r>
      <w:r>
        <w:t>is se bhi modesty develop hoti hai aur hamesha woh repentant rahe.</w:t>
      </w:r>
    </w:p>
    <w:p>
      <w:pPr>
        <w:jc w:val="right"/>
      </w:pPr>
      <w:r>
        <w:t>इससे भी modesty develop होती है और हमेशा वह repentant रहे.</w:t>
      </w:r>
    </w:p>
    <w:p>
      <w:r>
        <w:rPr>
          <w:b/>
        </w:rPr>
        <w:t xml:space="preserve">[08:40] </w:t>
      </w:r>
      <w:r>
        <w:t>kuch bhi us se agar wrong ho jaye toh woh repentant rahe.</w:t>
      </w:r>
    </w:p>
    <w:p>
      <w:pPr>
        <w:jc w:val="right"/>
      </w:pPr>
      <w:r>
        <w:t>कुछ भी उससे अगर wrong हो जाए तो वह repentant रहे.</w:t>
      </w:r>
    </w:p>
    <w:p>
      <w:r>
        <w:rPr>
          <w:b/>
        </w:rPr>
        <w:t xml:space="preserve">[08:44] </w:t>
      </w:r>
      <w:r>
        <w:t>is se yeh hoga ke farishton ki sohbat us ko milegi.</w:t>
      </w:r>
    </w:p>
    <w:p>
      <w:pPr>
        <w:jc w:val="right"/>
      </w:pPr>
      <w:r>
        <w:t>इससे यह होगा कि फरिश्तों की सौबत उसको मिलेगी.</w:t>
      </w:r>
    </w:p>
    <w:p>
      <w:r>
        <w:rPr>
          <w:b/>
        </w:rPr>
        <w:t xml:space="preserve">[08:49] </w:t>
      </w:r>
      <w:r>
        <w:t>ab main doctor safeena ko invite karti hoon apni learning ko share karne ke liye.</w:t>
      </w:r>
    </w:p>
    <w:p>
      <w:pPr>
        <w:jc w:val="right"/>
      </w:pPr>
      <w:r>
        <w:t>अब मैं doctor सफीना को invite करती हूं अपनी learning को share करने के लिए.</w:t>
      </w:r>
    </w:p>
    <w:p>
      <w:r>
        <w:rPr>
          <w:b/>
        </w:rPr>
        <w:t xml:space="preserve">[08:54] </w:t>
      </w:r>
      <w:r>
        <w:t>Assalam Alaikum. Ayat ka tarjuma ek baar padhna chah rahi hoon. Apne Rab se maafi mango, phir uski taraf palat aao. Beshak tera Rab meherban aur mohabbat wala hai. To is tarah ki verses aur bhi hain Quran mein jahan par yeh pata chalta hai ke Allah taala kaise ready to forgive hain, hamare sins ko maaf karne ke liye tayyar hain.</w:t>
      </w:r>
    </w:p>
    <w:p>
      <w:pPr>
        <w:jc w:val="right"/>
      </w:pPr>
      <w:r>
        <w:t>अस्लाम अलीकुम. आयत का तर्जुमा एक बार पढ़ना चाह रही हूं. अपने रब से माफ़ी मांगो, फिर उसकी तरफ़ पलट आओ. बेशक तेरा रब मेहरबान और मोहब्बत वाला है. तो इस तरह की verses और भी हैं कुरान में जहां पर यह पता चलता है कि अल्लाह ताला कैसे ready to forgive हैं, हमारे sins को माफ़ करने के लिए तैयार हैं.</w:t>
      </w:r>
    </w:p>
    <w:p>
      <w:r>
        <w:rPr>
          <w:b/>
        </w:rPr>
        <w:t xml:space="preserve">[09:21] </w:t>
      </w:r>
      <w:r>
        <w:t>agar hum sacchi spirit ke sath repentance ya toba ka ravaiya ikhtiyar karen. To is yeh baat bahut important lagi mujhe kyunke, dunya mein perfection ke darje mein sahi banna kisi bhi insaan ke liye possible nahi hai. Koi bhi insaan chahe to bhi woh Allah taala ka sahi haq ada nahi kar sakta. Itni naqis hasti ke sath hum log hain.</w:t>
      </w:r>
    </w:p>
    <w:p>
      <w:pPr>
        <w:jc w:val="right"/>
      </w:pPr>
      <w:r>
        <w:t>अगर हम सच्ची spirit के साथ repentance या तौबा का रवैया इत्यार करें. तो इस यह बात बहुत important लगी मुझे क्योंकि, दुनिया में perfection के दर्जे में सही बनना किसी भी इंसान के लिए possible नहीं है. कोई भी इंसान चाहे तो भी वह अल्लाह ताला का सही हक़ अदा नहीं कर सकता. इतनी नाकिस हस्ती के साथ हम लोग हैं.</w:t>
      </w:r>
    </w:p>
    <w:p>
      <w:r>
        <w:rPr>
          <w:b/>
        </w:rPr>
        <w:t xml:space="preserve">[09:47] </w:t>
      </w:r>
      <w:r>
        <w:t>mujhe lagta hai ke hum poori ibaadat bhi us us perfection ke saath nahi kar paate jo uska haq hai.</w:t>
      </w:r>
    </w:p>
    <w:p>
      <w:pPr>
        <w:jc w:val="right"/>
      </w:pPr>
      <w:r>
        <w:t>मुझे लगता है कि हम पूरी इबादत भी उस उस perfection के साथ नहीं कर पाते जो उसका हक़ है.</w:t>
      </w:r>
    </w:p>
    <w:p>
      <w:r>
        <w:rPr>
          <w:b/>
        </w:rPr>
        <w:t xml:space="preserve">[10:26] </w:t>
      </w:r>
      <w:r>
        <w:t>to yeh ek bahut bada rehmat ka pehlu allah taala ka, bahut badi sifaat hai jo samajh mein aayi. kyunki jaise kai mujhe school ke teachers kuch yaad aaye.</w:t>
      </w:r>
    </w:p>
    <w:p>
      <w:pPr>
        <w:jc w:val="right"/>
      </w:pPr>
      <w:r>
        <w:t>तो यह एक बहुत बड़ा रहमत का पहलू अल्लाह तालाह का, बहुत बड़ी सिफ़त है जो समझ में आई. क्योंकि जैसे कई मुझे school के teachers कुछ याद आए.</w:t>
      </w:r>
    </w:p>
    <w:p>
      <w:r>
        <w:rPr>
          <w:b/>
        </w:rPr>
        <w:t xml:space="preserve">[10:36] </w:t>
      </w:r>
      <w:r>
        <w:t>kuch teachers aise hote the jo ke, ke lala itna chahta hai ke tauba karein.</w:t>
      </w:r>
    </w:p>
    <w:p>
      <w:pPr>
        <w:jc w:val="right"/>
      </w:pPr>
      <w:r>
        <w:t>कुछ teachers ऐसे होते थे जो कि, कि लाला इतना चाहता है कि तौबा करें.</w:t>
      </w:r>
    </w:p>
    <w:p>
      <w:r>
        <w:rPr>
          <w:b/>
        </w:rPr>
        <w:t xml:space="preserve">[10:51] </w:t>
      </w:r>
      <w:r>
        <w:t>toh mujhe laga pehla point toh apa ke nahi diya mujhe taake in insaan ke andar modesty bani rahe.</w:t>
      </w:r>
    </w:p>
    <w:p>
      <w:pPr>
        <w:jc w:val="right"/>
      </w:pPr>
      <w:r>
        <w:t>तो मुझे लगा पहला point तो आपा के नहीं दिया मुझे ताकि इन इंसान के अंदर modesty बनी रहे.</w:t>
      </w:r>
    </w:p>
    <w:p>
      <w:r>
        <w:rPr>
          <w:b/>
        </w:rPr>
        <w:t xml:space="preserve">[11:07] </w:t>
      </w:r>
      <w:r>
        <w:t>kabhi bhi woh apni badhai mein na aa sake.</w:t>
      </w:r>
    </w:p>
    <w:p>
      <w:pPr>
        <w:jc w:val="right"/>
      </w:pPr>
      <w:r>
        <w:t>कभी भी वह अपनी बढ़ाई में ना आ सके.</w:t>
      </w:r>
    </w:p>
    <w:p>
      <w:r>
        <w:rPr>
          <w:b/>
        </w:rPr>
        <w:t xml:space="preserve">[11:23] </w:t>
      </w:r>
      <w:r>
        <w:t>woh agar perfectionist hoga, har cheez perfection ke taur par karega, koi galti nahi karega toh kahin na</w:t>
      </w:r>
    </w:p>
    <w:p>
      <w:pPr>
        <w:jc w:val="right"/>
      </w:pPr>
      <w:r>
        <w:t>वह अगर perfectionist होगा, हर चीज़ perfection के तौर पर करेगा, कोई गलती नहीं करेगा तो कहीं ना</w:t>
      </w:r>
    </w:p>
    <w:p>
      <w:r>
        <w:rPr>
          <w:b/>
        </w:rPr>
        <w:t xml:space="preserve">[11:39] </w:t>
      </w:r>
      <w:r>
        <w:t>kahin ek badhai aa jayegi, ek arrogance aa jayegi ke I can do this aur Allah taala wahin</w:t>
      </w:r>
    </w:p>
    <w:p>
      <w:pPr>
        <w:jc w:val="right"/>
      </w:pPr>
      <w:r>
        <w:t>कहीं एक बढ़ाई आ जाएगी, एक arrogance आ जाएगी कि I can do this और अलाह ताला वहीं</w:t>
      </w:r>
    </w:p>
    <w:p>
      <w:r>
        <w:rPr>
          <w:b/>
        </w:rPr>
        <w:t xml:space="preserve">[11:55] </w:t>
      </w:r>
      <w:r>
        <w:t>par insaan ko check lagana chahta hai ke nahi tum helpless ho, tum aajiz ho, tum modest ho</w:t>
      </w:r>
    </w:p>
    <w:p>
      <w:pPr>
        <w:jc w:val="right"/>
      </w:pPr>
      <w:r>
        <w:t>पर इंसान को check लगाना चाहता है कि नहीं तुम helpless हो, तुम आजिज हो, तुम modest हो</w:t>
      </w:r>
    </w:p>
    <w:p>
      <w:r>
        <w:rPr>
          <w:b/>
        </w:rPr>
        <w:t xml:space="preserve">[12:11] </w:t>
      </w:r>
      <w:r>
        <w:t>toh humein hum se woh wahi cheez chahta hai.</w:t>
      </w:r>
    </w:p>
    <w:p>
      <w:pPr>
        <w:jc w:val="right"/>
      </w:pPr>
      <w:r>
        <w:t>तो हमें हमसे वह वही चीज़ चाहता है.</w:t>
      </w:r>
    </w:p>
    <w:p>
      <w:r>
        <w:rPr>
          <w:b/>
        </w:rPr>
        <w:t xml:space="preserve">[12:27] </w:t>
      </w:r>
      <w:r>
        <w:t>to isliye hamein galti karte hain to hamari modesty barqarar rehti hai. apne yeh point diya mujhe aaj gizakalap aur doosra main yeh soch rahi thi ki allah taala ne yeh bhi kaha hai quran mein ki agar jo tauba karega uski buraiyon ko bhalaiyon se badal doonga. yeh quran ke 25 chapter 70 verse hai. yaani ki uski evil deeds ko good deed mein badal dega allah taala.</w:t>
      </w:r>
    </w:p>
    <w:p>
      <w:pPr>
        <w:jc w:val="right"/>
      </w:pPr>
      <w:r>
        <w:t>तो इसलिए हमें गलती करते हैं तो हमारी modesty बरकरार रहती है. अपने यह point दिया मुझे आज गिजाकलाप और दूसरा मैं यह सोच रही थी कि अल्हा ताला ने यह भी कहा है कुरान में कि अगर जो तौबा करेगा उसकी बुराइयों को भलाइयों से बदल दूंगा. यह कुरान के 25 chapter 70 verse है. यानी कि उसकी evil deeds को good deed में बदल देगा अला ताला.</w:t>
      </w:r>
    </w:p>
    <w:p>
      <w:r>
        <w:rPr>
          <w:b/>
        </w:rPr>
        <w:t xml:space="preserve">[12:51] </w:t>
      </w:r>
      <w:r>
        <w:t>to iska matlab bhi yeh hai ki khuda ko hamari tauba pasand hai kyunki woh tauba woh jo galti hai woh insaan ke liye khuda ki taraf lautne ki wajah ban jaati hai. jo hum galti karte hain to woh hamein connection karati hai allah taala se. to itna bada faayda hamara us galti ki wajah se hota hai agar hum sacchi tauba kar lein.</w:t>
      </w:r>
    </w:p>
    <w:p>
      <w:pPr>
        <w:jc w:val="right"/>
      </w:pPr>
      <w:r>
        <w:t>तो इसका मतलब भी यह है कि खुदा को हमारी तौबा पसंद है क्योंकि वह तौबा वह जो ग़लती है वह इंसान के लिए ख़ुदा की तरफ़ लौटने की वजह वन जाती है. जो हम ग़लती करते हैं तो वह हमें connection कराती है लाह ताला से. तो इतना बड़ा फ़ायदा हमारा उस ग़लती की वजह से होता है अगर हम सच्ची तौबा कर लें.</w:t>
      </w:r>
    </w:p>
    <w:p>
      <w:r>
        <w:rPr>
          <w:b/>
        </w:rPr>
        <w:t xml:space="preserve">[13:12] </w:t>
      </w:r>
      <w:r>
        <w:t>to insaan helplessness ki satah par allah ki rehmat talab karne lagta hai aur sacchi tauba jaisa ne bataya tauba nasooh, woh wahi hogi jab hum apni galti ka itna zyada ehsaas karne lage, itna sharmindagi hamein ho ki hum apne ko poori tarah se correct kar lein. agar hum self correction nahi karte hain to iska matlab hai hamari tauba bhi sacchi tauba nahi thi.</w:t>
      </w:r>
    </w:p>
    <w:p>
      <w:pPr>
        <w:jc w:val="right"/>
      </w:pPr>
      <w:r>
        <w:t>तो इंसान helplessness की सता पर अल्लाह की रहमतलब करने लगता है और सच्ची तौबा जैसा ने बताया तौबा नसूब, वह वही होगी जब हम अपनी ग़लती का इतना ज़्यादा एहसास करने लगे, इतना शर्मिंदगी हमें हो कि हम अपने को पूरी तरह से correct कर लें. अगर हम self correction नहीं करते हैं तो इसका मतलब है हमारी तौबा भी सच्ची तौबा नहीं थी.</w:t>
      </w:r>
    </w:p>
    <w:p>
      <w:r>
        <w:rPr>
          <w:b/>
        </w:rPr>
        <w:t xml:space="preserve">[13:37] </w:t>
      </w:r>
      <w:r>
        <w:t>mujhe yeh bhi lagta hai is baare mein aur ek ek ayat surah nisa ki Maulana sahab aksar batate the ki jaldi tauba karne walon ko allah maaf karta hai.</w:t>
      </w:r>
    </w:p>
    <w:p>
      <w:pPr>
        <w:jc w:val="right"/>
      </w:pPr>
      <w:r>
        <w:t>मुझे यह भी लगता है इस बारे में और एक एक आयत सूर्य नेशा की मुलाना साहब अक्सर बताते थे कि जल्दी तौबा करने वालों को अल्लाह माफ़ करता है.</w:t>
      </w:r>
    </w:p>
    <w:p>
      <w:r>
        <w:rPr>
          <w:b/>
        </w:rPr>
        <w:t xml:space="preserve">[13:49] </w:t>
      </w:r>
      <w:r>
        <w:t>to yeh jaldi tauba ka bhi mujhe lagta hai ki jab humse koi burai ho jaye aur hum jaldi hamare andar sensitivity ho galti se.</w:t>
      </w:r>
    </w:p>
    <w:p>
      <w:pPr>
        <w:jc w:val="right"/>
      </w:pPr>
      <w:r>
        <w:t>तो यह जल्दी तौबा का भी मुझे लगता है कि जब हमसे कोई बुराई हो जाए और हम जल्दी हमारे अंदर sensitivity हो ग़लती से.</w:t>
      </w:r>
    </w:p>
    <w:p>
      <w:r>
        <w:rPr>
          <w:b/>
        </w:rPr>
        <w:t xml:space="preserve">[14:13] </w:t>
      </w:r>
      <w:r>
        <w:t>yeh na ho ke hum us cheez ke kyunke ek Maulana sahib ne bataya ke agar hum koi</w:t>
      </w:r>
    </w:p>
    <w:p>
      <w:pPr>
        <w:jc w:val="right"/>
      </w:pPr>
      <w:r>
        <w:t>यह ना हो कि हम उस चीज़ के क्योंकि एक मुलाना साहब ने बताया कि अगर हम कोई</w:t>
      </w:r>
    </w:p>
    <w:p>
      <w:r>
        <w:rPr>
          <w:b/>
        </w:rPr>
        <w:t xml:space="preserve">[14:28] </w:t>
      </w:r>
      <w:r>
        <w:t>burai karte hain aur us ko hum foran us ki tauba na karein toh woh burai dheere dheere hamari habit</w:t>
      </w:r>
    </w:p>
    <w:p>
      <w:pPr>
        <w:jc w:val="right"/>
      </w:pPr>
      <w:r>
        <w:t>बुराई करते हैं और उसको हम फ़ौरन उसकी तौबा ना करें तो वह बुराई धीरे धीरे हमारी habit</w:t>
      </w:r>
    </w:p>
    <w:p>
      <w:r>
        <w:rPr>
          <w:b/>
        </w:rPr>
        <w:t xml:space="preserve">[14:43] </w:t>
      </w:r>
      <w:r>
        <w:t>ban jati hai aur kai baar aisa hota hai ke hum apni galti ko khud nahi jaan paate.</w:t>
      </w:r>
    </w:p>
    <w:p>
      <w:pPr>
        <w:jc w:val="right"/>
      </w:pPr>
      <w:r>
        <w:t>वन जाती है और कई बार ऐसा होता है कि हम अपनी ग़लती को ख़ुद नहीं जान पाते.</w:t>
      </w:r>
    </w:p>
    <w:p>
      <w:r>
        <w:rPr>
          <w:b/>
        </w:rPr>
        <w:t xml:space="preserve">[14:58] </w:t>
      </w:r>
      <w:r>
        <w:t>koi aur hamein criticize karke batata hai. to yeh bhi bahut bada woh hai ki agar koi aur hamein bataye to hum us par sincerely amal kar sakein aur apne andar woh kami agar hai to uski tauba kar sakein. to yeh saare points mere zehan mein aaye is ayat ko padhkar. jaza kalap. haan, jaza kalap doctor safeena for sharing your learning.</w:t>
      </w:r>
    </w:p>
    <w:p>
      <w:pPr>
        <w:jc w:val="right"/>
      </w:pPr>
      <w:r>
        <w:t>कोई और हमें criticize करके बताता है. तो यह भी बहुत बड़ा वह है कि अगर कोई और हमें बताए तो हम उस पर sincerely और कर सकें और अपने अंदर वह कमी अगर है तो उसकी दौबा कर सकें. तो यह सारे points मेरे ज़हन में आए इसायत को पढ़कर. जिज़ा कल्ला. हां, जिज़ा कल्ला doctor सफ़ीना for sharing your learning.</w:t>
      </w:r>
    </w:p>
    <w:p>
      <w:r>
        <w:rPr>
          <w:b/>
        </w:rPr>
        <w:t xml:space="preserve">[15:22] </w:t>
      </w:r>
      <w:r>
        <w:t>A very important point that is to be noticed is that everyone is bestowed with consciousness. har insaan jaanta hai ki use kya galtiyan ho rahi hai. usse zyada har insaan apne aap ko pehchanta hai ki use kya galtiyan ho rahi hai. uske consciousness hi usko batata hai ki kahan par woh galti hai. hum jab us consciousness ki jo awaaz hoti hai, usko jab hum ignore karte hain, tabhi humse koi galti ya koi guna hota hai.</w:t>
      </w:r>
    </w:p>
    <w:p>
      <w:pPr>
        <w:jc w:val="right"/>
      </w:pPr>
      <w:r>
        <w:t>A very important point that is to be noticed is that everyone is bestowed with consciousness. हर इंसान जानता है कि उसे क्या गलतियां हो रही है. उससे ज़्यादा हर इंसान अपने आप को पहचानता है कि उसे क्या गलतियां हो रही है. उसके consciousness ही उसको बताता है कि कहां पर वह गलती है. हम जब उस consciousness की जो आवाज़ होती है, उसको जब हम ignore करते हैं, तभी हमसे कोई गलती या कोई गुना होता है.</w:t>
      </w:r>
    </w:p>
    <w:p>
      <w:r>
        <w:rPr>
          <w:b/>
        </w:rPr>
        <w:t xml:space="preserve">[15:51] </w:t>
      </w:r>
      <w:r>
        <w:t>yeh maine Maulana ke lecture mein hi subah mein hi suna hai isko. to very important hai hamare liye ki hum apni consciousness ki awaaz ko sunein aur usko, usko follow karein. wahi hamein raasta dikhata hai ki hum sahi ja rahe hain ya galat ja rahe hain. main najma appa ko invite karti hoon apni learning ko share karne ke haan, aisa bilkul. ji appa. galti ka etraf karna hai mujhe.</w:t>
      </w:r>
    </w:p>
    <w:p>
      <w:pPr>
        <w:jc w:val="right"/>
      </w:pPr>
      <w:r>
        <w:t>यह मैंने मोलाना के lecture में ही सुबह में ही सुना है इसको. तो very important है हमारे लिए कि हम अपनी consciousness की आवाज़ को सुनें और उसको, उसको follow करें. वही हमें रास्ता दिखाता है कि हम सही जा रहे हैं या गलत जा रहे हैं. मैं नजमा अपक को invite करती हूं अपनी learning को share करने के हां, ऐसा बिल्कुल. जी अपका. गलती का है तरफ़ करना है मुझे.</w:t>
      </w:r>
    </w:p>
    <w:p>
      <w:r>
        <w:rPr>
          <w:b/>
        </w:rPr>
        <w:t xml:space="preserve">[16:16] </w:t>
      </w:r>
      <w:r>
        <w:t>abhi jo maine galti ki ki maine jo hai verse aur chapter bata diya tha aur usko padha nahi tha. tabhi jab doctor safeena jaise hi boli to mujhe ehsaas hua ki maine jo hai usko aise bataya to logon ko samajhne mein bhi mushkil hui hogi. to iske liye main apni galti ka itraf karti hoon, maafi mangti hoon ki main matlab main mujhe ise shuru hota aur mujhke pehle sabse pehle yeh karna chahiye tha.</w:t>
      </w:r>
    </w:p>
    <w:p>
      <w:pPr>
        <w:jc w:val="right"/>
      </w:pPr>
      <w:r>
        <w:t>अभी जो मैंने गलती की कि मैंने जो है verse और chapter बता दिया था और उसको पढ़ा नहीं था. तभी जब doctor सफीना जैसे ही बोली तो मुझे एहसास हुआ कि मैंने जो है उसको ऐसे बताया तो लोगों को समझने में भी मुश्किल हुई होगी. तो इसके लिए मैं अपनी ग़लती का इताफ़ करती हूं, माफ़ी मांगती हूं कि मैं मतलब मैं मुझे इसे शुरू होता और मुझके पहले सबसे पहले यह करना चाहिए था.</w:t>
      </w:r>
    </w:p>
    <w:p>
      <w:r>
        <w:rPr>
          <w:b/>
        </w:rPr>
        <w:t xml:space="preserve">[16:44] </w:t>
      </w:r>
      <w:r>
        <w:t>sabko samajhne mein mushkil hui hogi. Thank you, This is a practical demonstration in this session of etraf of galti. Right, papa? chaliye aap aap aap zarab galti aap</w:t>
      </w:r>
    </w:p>
    <w:p>
      <w:pPr>
        <w:jc w:val="right"/>
      </w:pPr>
      <w:r>
        <w:t>सबको समझने में मुश्किल हुई होगी. Thank you, This is a practical demonstration in this session of ऐतराफ of गलती. Right, papa? चलिए आप आप आप आप ज़राब ग़लती आप</w:t>
      </w:r>
    </w:p>
    <w:p>
      <w:r>
        <w:rPr>
          <w:b/>
        </w:rPr>
        <w:t xml:space="preserve">[17:08] </w:t>
      </w:r>
      <w:r>
        <w:t>donon ne doctor tafeera ne aur paameeda sahiba ne bahut clearly galti ki ki baat baat hai. to main bhi apni learning yahi share karti hoon. kuch cheezein overlap bhi karengi ki surah khud ki nabbe jo ayat kehti hai ki apne rabb se maafi mango, uski taraf palla tao. beshak rehamat wala, meherban aur mohabbat wala.</w:t>
      </w:r>
    </w:p>
    <w:p>
      <w:pPr>
        <w:jc w:val="right"/>
      </w:pPr>
      <w:r>
        <w:t>दोनों ने doctor तफ़ीरा ने और पैमीदा साहिबा ने बहुत clearly ग़लती की की बात बात है. तो मैं भी अपनी learning यही share करती हूं. कुछ चीज़ें overlap भी करेंगी कि सूर्य ख़ुद की नब्बे जो आयत कहती है कि अपने रफ़ से माफ़ी मांगो, उसकी तरफ़ पल्ला टाओ. बेशक मिरादाब, मेहरबान और मोहब्बत वाला.</w:t>
      </w:r>
    </w:p>
    <w:p>
      <w:r>
        <w:rPr>
          <w:b/>
        </w:rPr>
        <w:t xml:space="preserve">[17:35] </w:t>
      </w:r>
      <w:r>
        <w:t>toh yeh jo guidance sab ke liye hai hum jaante hain ke insaan se galti hoti hai hai ke</w:t>
      </w:r>
    </w:p>
    <w:p>
      <w:pPr>
        <w:jc w:val="right"/>
      </w:pPr>
      <w:r>
        <w:t>तो यह जो guidance सबके लिए है हम जानते हैं कि इंसान से ग़लती होती है है कि</w:t>
      </w:r>
    </w:p>
    <w:p>
      <w:r>
        <w:rPr>
          <w:b/>
        </w:rPr>
        <w:t xml:space="preserve">[17:47] </w:t>
      </w:r>
      <w:r>
        <w:t>hum guidance jo Allah ne humein di hai Quran mein hum us se bohat hatkar kaam karein yaani baat</w:t>
      </w:r>
    </w:p>
    <w:p>
      <w:pPr>
        <w:jc w:val="right"/>
      </w:pPr>
      <w:r>
        <w:t>हम guidance जो अल्लाह ने हमें दी है कुरान में हम उससे बहुत हटकर काम करें यानी बात</w:t>
      </w:r>
    </w:p>
    <w:p>
      <w:r>
        <w:rPr>
          <w:b/>
        </w:rPr>
        <w:t xml:space="preserve">[17:59] </w:t>
      </w:r>
      <w:r>
        <w:t>ko sahi ruk ke badle galat ruk par bhi le jayein.</w:t>
      </w:r>
    </w:p>
    <w:p>
      <w:pPr>
        <w:jc w:val="right"/>
      </w:pPr>
      <w:r>
        <w:t>को सही रुक के बदले ग़लत रुक पर भी ले जाएं.</w:t>
      </w:r>
    </w:p>
    <w:p>
      <w:r>
        <w:rPr>
          <w:b/>
        </w:rPr>
        <w:t xml:space="preserve">[18:11] </w:t>
      </w:r>
      <w:r>
        <w:t>Maulana ne is baat ki example bhi di hai jo main aapse share karungi ki ek sahi baat ko ek baat ko galat tarike se explain karein. to hum ise ek aur woh chahta hai ki hum jo kaam karein woh galat ravaiye se karein. to hum kal galti kar baithte hain. hamein faurani allah se maafi mangna chahiye.</w:t>
      </w:r>
    </w:p>
    <w:p>
      <w:pPr>
        <w:jc w:val="right"/>
      </w:pPr>
      <w:r>
        <w:t>मोलाना ने इस बात की example भी दी है जो मैं आपसे share करूंगी कि एक सही बात को एक बात को ग़लत तरीके से explain करें. तो हम इसे एक और वह चाहता है कि हम जो काम करें वह ग़लत रवैया से करें. तो हम कल ग़लती कर बैठते हैं. हमें फौरनी अल्लाह से माफ़ी मांगना चाहिए.</w:t>
      </w:r>
    </w:p>
    <w:p>
      <w:r>
        <w:rPr>
          <w:b/>
        </w:rPr>
        <w:t xml:space="preserve">[18:37] </w:t>
      </w:r>
      <w:r>
        <w:t>to abhi doctor safeena ne jo baat kahi ki hamein jaldi maafi mangna chahiye woh bhi bahut important hai aur ki jaldi maafi mang lein is baat ki aur agar humne kisi ke saath, kisi insaan ke saath galat kaam kiya hai to woh hamara conscience jo hai hamein batata rehta hai.</w:t>
      </w:r>
    </w:p>
    <w:p>
      <w:pPr>
        <w:jc w:val="right"/>
      </w:pPr>
      <w:r>
        <w:t>तो अभी doctor सफ़ीना ने जो बात कही कि हमें जल्दी माफ़ी मांगना चाहिए वह भी बहुत important है और कि जल्दी माफ़ी मांग लें इस बात की और अगर हमने किसी के साथ, किसी इंसान के साथ ग़लत काम किया है तो वह हमारा conscience जो है हमें बताता रहता है.</w:t>
      </w:r>
    </w:p>
    <w:p>
      <w:r>
        <w:rPr>
          <w:b/>
        </w:rPr>
        <w:t xml:space="preserve">[18:58] </w:t>
      </w:r>
      <w:r>
        <w:t>to hamein usse bhi mangni chahiye kyunki allah kehta hai ki pehle jiske saath humne kuch galat kiya hai uske saath usse maafi mango. to yeh bhi bahut important cheez hai aur jagah quran mein jagah jagah kehta hai allah ki shirk ke alawa main sab kuch maaf kar doonga. to woh hamein maaf karne wala hai kyunki woh bahut hi meherban hai aur humse mohabbat karta hai. isliye woh hamein maaf karega.</w:t>
      </w:r>
    </w:p>
    <w:p>
      <w:pPr>
        <w:jc w:val="right"/>
      </w:pPr>
      <w:r>
        <w:t>तो हमें उससे भी मांगनी चाहिए क्योंकि अल्लाह कहता है कि पहले जिसके साथ हमने कुछ ग़लत किया है उसके साथ उससे माफ़ी मांगो. तो यह भी बहुत important चीज़ है और जगह पुरान में जगह जगह कहता है अल्लाह कि शिर्क़ के अलावा मैं सब कुछ माफ़ कर दूंगा. तो वह हमें माफ़ करने वाला है क्योंकि वह बहुत ही मेहरबान है और हमसे मोहब्बत करता है. इसलिए वह हमें माफ़ करेगा.</w:t>
      </w:r>
    </w:p>
    <w:p>
      <w:r>
        <w:rPr>
          <w:b/>
        </w:rPr>
        <w:t xml:space="preserve">[19:25] </w:t>
      </w:r>
      <w:r>
        <w:t>isliye hamein har raat main yeh sochti hoon aur yeh Maulana bhi bahut kehte the hamein har raat sone se pehle apna retrospection karna chahiye. hum doosron ki galti hain to jaldi se pehchan lete hain lekin apni galti nikalna hamein mushkil lagta hai. uske liye bahut sochna padta hai. to Maulana sahab ki kitab allah ho akbar mein main padh rahi thi.</w:t>
      </w:r>
    </w:p>
    <w:p>
      <w:pPr>
        <w:jc w:val="right"/>
      </w:pPr>
      <w:r>
        <w:t>इसलिए हमें हर रात मैं यह सोचती हूं और यह बोलाना भी बहुत कहते थे हमें हर रात सोने से पहले अपना retrospection करना चाहिए. हम दूसरों की ग़लती हैं तो जल्दी से पहचान लेते हैं लेकिन अपनी ग़लती निकालना हमें मुश्किल लगता है. उसके लिए बहुत सोचना पड़ता है. तो मोलाना साहब की किताब अल्लाह हो अकबर में मैं पढ़ रही थी.</w:t>
      </w:r>
    </w:p>
    <w:p>
      <w:r>
        <w:rPr>
          <w:b/>
        </w:rPr>
        <w:t xml:space="preserve">[19:50] </w:t>
      </w:r>
      <w:r>
        <w:t>usmein page 37 par ek article hai kharabi ki jad. usmein quran usmein quran ki ek ayat ka zikr hai jismein kaha hai ki apne rabb ki badhai karo aur apne akhlaq ko paar paar karo. lekin agar hum yeh wahan yeh example Maulana ne di hai yahan doosre ke akhlaq ko paar karo ki maayne mein hum le lein to sara maamla ulat jayega.</w:t>
      </w:r>
    </w:p>
    <w:p>
      <w:pPr>
        <w:jc w:val="right"/>
      </w:pPr>
      <w:r>
        <w:t>उसमें page 37 पर एक article है ख़राबी की जड़. उसमें पुरान उसमें पुरान की एक आयत का ज़िक्र है जिसमें कहा है कि अपने रब्दी बढ़ाई करो और अपने अख़िलाक़ को पार पार करो. लेकिन अगर हम यह वहां यह example मोलाना ने दी है यहां दूसरे के अख़िलाक़ को पार करो कि मायने में हम ले लें तो सारा मामला उलट जाएगा.</w:t>
      </w:r>
    </w:p>
    <w:p>
      <w:r>
        <w:rPr>
          <w:b/>
        </w:rPr>
        <w:t xml:space="preserve">[20:19] </w:t>
      </w:r>
      <w:r>
        <w:t>jo ayat jislaah ki sabak de rahi thi woh sirf doosron ke khilaaf ho jaati hai ki doosron ko hum kahein ki woh maafi maange. hum apne koosh mein se chhod dein.</w:t>
      </w:r>
    </w:p>
    <w:p>
      <w:pPr>
        <w:jc w:val="right"/>
      </w:pPr>
      <w:r>
        <w:t>जो आयत जाती इस्लाह की सबक दे रही थी वह सिर्फ़ दूसरों के ख़िलाफ़ हो जाती है कि दूसरों को हम कहें कि वह माफ़ी मांगे. हम अपने कोश में से छोड़ दें.</w:t>
      </w:r>
    </w:p>
    <w:p>
      <w:r>
        <w:rPr>
          <w:b/>
        </w:rPr>
        <w:t xml:space="preserve">[20:33] </w:t>
      </w:r>
      <w:r>
        <w:t>toh yahan yeh important hai ke jo hukum Khuda ki taraf se diya gaya hai uska sabse pehla</w:t>
      </w:r>
    </w:p>
    <w:p>
      <w:pPr>
        <w:jc w:val="right"/>
      </w:pPr>
      <w:r>
        <w:t>तो यहां यह important है कि जो हुक्म खुदा की तरफ़ से दिया गया है उसका सबसे पहला</w:t>
      </w:r>
    </w:p>
    <w:p>
      <w:r>
        <w:rPr>
          <w:b/>
        </w:rPr>
        <w:t xml:space="preserve">[20:41] </w:t>
      </w:r>
      <w:r>
        <w:t>khitab humein apni apni raas se hona chahiye ke ke doosron ki ke badle nahi, humein apna taraf</w:t>
      </w:r>
    </w:p>
    <w:p>
      <w:pPr>
        <w:jc w:val="right"/>
      </w:pPr>
      <w:r>
        <w:t>ख़िताब हमें अपनी अपनी रास से होना चाहिए कि कि दूसरों की के बदले नहीं, हमें अपना तरफ़</w:t>
      </w:r>
    </w:p>
    <w:p>
      <w:r>
        <w:rPr>
          <w:b/>
        </w:rPr>
        <w:t xml:space="preserve">[20:49] </w:t>
      </w:r>
      <w:r>
        <w:t>se hona chahiye aur Maulana ki kitab Taameer e Hayat ke page 61 ko maine padha tha toh ek</w:t>
      </w:r>
    </w:p>
    <w:p>
      <w:pPr>
        <w:jc w:val="right"/>
      </w:pPr>
      <w:r>
        <w:t>से होना चाहिए और मौलाना की किताब तामीरे हैयाद के page 61 को मैंने पढ़ा था तो एक</w:t>
      </w:r>
    </w:p>
    <w:p>
      <w:r>
        <w:rPr>
          <w:b/>
        </w:rPr>
        <w:t xml:space="preserve">[20:57] </w:t>
      </w:r>
      <w:r>
        <w:t>article hai, ek haqeeqat hai.</w:t>
      </w:r>
    </w:p>
    <w:p>
      <w:pPr>
        <w:jc w:val="right"/>
      </w:pPr>
      <w:r>
        <w:t>article है, एक हकीकत है.</w:t>
      </w:r>
    </w:p>
    <w:p>
      <w:r>
        <w:rPr>
          <w:b/>
        </w:rPr>
        <w:t xml:space="preserve">[21:05] </w:t>
      </w:r>
      <w:r>
        <w:t>main uska thoda sa portion aapse share karna chahti hoon ki jo shakhs ek maamle mein galat saabit hota hai woh har maamle mein galat usmein sirf ek aadmi ki exception hai jo galti karne ke baad sharminda ho jaye aur khule dil se apni galti ka itraf karein. to yeh jagah jagah unhone stress kiya hai.</w:t>
      </w:r>
    </w:p>
    <w:p>
      <w:pPr>
        <w:jc w:val="right"/>
      </w:pPr>
      <w:r>
        <w:t>मैं उसका थोड़ा सा portion आपसे share करना चाहती हूं कि जो शख़्स एक मामले में ग़लत साबित होता है वह हर मामले में ग़लत उसमें सिर्फ़ एक आदमी की exception है जो ग़लती करने के बाद क्षण मिंदा हो जाए और खुले दिल से अपनी ग़लती का इतराफ़ करें. तो यह जगह जगह उन्होंने stress किया है.</w:t>
      </w:r>
    </w:p>
    <w:p>
      <w:r>
        <w:rPr>
          <w:b/>
        </w:rPr>
        <w:t xml:space="preserve">[21:28] </w:t>
      </w:r>
      <w:r>
        <w:t>to galti karne karte apni galti ka itraf na karna koi saadha baat nahi hai. yeh Maulana likhte hain. yeh yeh behad ahum baat hai. jab aadmi apni galti ko nahi maanta to uske peeche koi khaas sabab hota hai yaani maslan woh apne ko bahut bada samajhta hai.</w:t>
      </w:r>
    </w:p>
    <w:p>
      <w:pPr>
        <w:jc w:val="right"/>
      </w:pPr>
      <w:r>
        <w:t>तो ग़लती करने करते अपनी ग़लती का इतराफ़ ना करना कोई साधा बात नहीं है. यह मौलाना लिखते हैं. यह यह बेहद अहम् बात है. जब आदमी अपनी ग़लती को नहीं मानता तो उसके पीछे कोई ख़ास सबब होता है यानी मसलम वह अपने को बहुत बड़ा समझता है.</w:t>
      </w:r>
    </w:p>
    <w:p>
      <w:r>
        <w:rPr>
          <w:b/>
        </w:rPr>
        <w:t xml:space="preserve">[21:51] </w:t>
      </w:r>
      <w:r>
        <w:t>to is liye jab hum ghalti ko ki maafi mangte hain to hum bohat humble ho jate hain, modest ho jate hain. jaisa aap log bhi bata rahi thi. to jab nahi mangta mangta to yeh lagta hai ke woh apne ko bara samajh raha hai. ya koi jati mufad ka koi baat ho tab tab woh nahi manta. to iski waja se islam mein ghalti ka takrar ko behad ahmiyat di gayi hai.</w:t>
      </w:r>
    </w:p>
    <w:p>
      <w:pPr>
        <w:jc w:val="right"/>
      </w:pPr>
      <w:r>
        <w:t>तो इसलिए जब हम गलती को की माफ़ी मांगते हैं तो हम बहुत humble हो जाते हैं, modest हो जाते हैं. जैसा आप लोग भी बता रही थी. तो जब नहीं मांगता मांगता तो यह लगता है कि वह अपने को बड़ा समझ रहा है. या कोई जाती मुफाद का कोई बात हो तब तब वह नहीं मानता. तो इसकी वजह से इस्लाम में गलती का तकरार को बेहद अहमियत दी गई है.</w:t>
      </w:r>
    </w:p>
    <w:p>
      <w:r>
        <w:rPr>
          <w:b/>
        </w:rPr>
        <w:t xml:space="preserve">[22:18] </w:t>
      </w:r>
      <w:r>
        <w:t>jab woh apni ghalti prakar karta hai to woh apne andar chupi hui bohat se kamzoriyon ko bichata hai. woh insan sharnon ek pak insan ban jata hai. yeh Maulana likhte hain. to yeh bohat important hai ke hum apni ghaltiyon ko pehchane, us se maafi mange aur maafi mangne ka tareeqa bhi bohat important hai ke hum kaise maafi mange?</w:t>
      </w:r>
    </w:p>
    <w:p>
      <w:pPr>
        <w:jc w:val="right"/>
      </w:pPr>
      <w:r>
        <w:t>जब वह अपनी गलती प्रक्रार करता है तो वह अपने अंदर छुपी हुई बहुत से कमज़ोरियों को बिचाता है. वह इंसान शरणों एक पाक इंसान वन जाता है. यह मालाना लिखते हैं. तो यह बहुत important है कि हम अपनी गलतियों को पहचाने, उससे माफ़ी मांगे और माफ़ी मांगने का तरीका भी बहुत important है कि हम कैसे माफ़ी मांगे?</w:t>
      </w:r>
    </w:p>
    <w:p>
      <w:r>
        <w:rPr>
          <w:b/>
        </w:rPr>
        <w:t xml:space="preserve">[22:45] </w:t>
      </w:r>
      <w:r>
        <w:t>yeh abhi doctor Safina ne bohat dearly bataya aur Farida sahab ne bhi kahe kaise hum maafi mange? hum Allah se connect hone ki koshish karein apni maafi mangne ko aur jo maine raat ko retrospection ki baat hai kyunke humein pata nahi chalta kabhi ke humne kya ghalti kari hai.</w:t>
      </w:r>
    </w:p>
    <w:p>
      <w:pPr>
        <w:jc w:val="right"/>
      </w:pPr>
      <w:r>
        <w:t>यह अभी doctor सफ़ीना ने बहुत dearly बताया और फ़रीदा साहब ने भी कहे कैसे हम माफ़ी मांगे? हम अल्लाह से connect होने की कोशिश करें अपनी माफ़ी मांगने को और जो मैंने रात को retrospection की बात है क्योंकि हमें पता नहीं चलता कभी कि हमने क्या ग़लती करी है.</w:t>
      </w:r>
    </w:p>
    <w:p>
      <w:r>
        <w:rPr>
          <w:b/>
        </w:rPr>
        <w:t xml:space="preserve">[23:04] </w:t>
      </w:r>
      <w:r>
        <w:t>to is liye hum apni cheezon ko dekhein aur doosre yahan yeh important hai ke jo kum Khuda ki taraf se, nahi doosri baat yeh hai ke yeh aib keh rahi hai ke Allah bohat meherban aur mohabbat wala. to is ke liye bhi agar hum kainat ko dekhein to bukhda ki nishaniyon se bhari padi hai.</w:t>
      </w:r>
    </w:p>
    <w:p>
      <w:pPr>
        <w:jc w:val="right"/>
      </w:pPr>
      <w:r>
        <w:t>तो इसलिए हम अपनी चीज़ों को देखें और दूसरे यहां यह important है कि जो कुम खुदा की तरफ़ से, नहीं दूसरी बात यह है कि यह आयब कह रही है कि अल्लाह बहुत मेहरबान और मोहब्बत वाला. तो इसके लिए भी अगर हम कायनात को देखें तो बुखदा की निशानियों से भरी पड़ी है.</w:t>
      </w:r>
    </w:p>
    <w:p>
      <w:r>
        <w:rPr>
          <w:b/>
        </w:rPr>
        <w:t xml:space="preserve">[23:29] </w:t>
      </w:r>
      <w:r>
        <w:t>woh Maulana ne yeh baat humein bohat hi examples de dekar samjhai hai aur humein bohat clear kar</w:t>
      </w:r>
    </w:p>
    <w:p>
      <w:pPr>
        <w:jc w:val="right"/>
      </w:pPr>
      <w:r>
        <w:t>वह मौलाना ने यह बात हमें बहुत ही examples दे देकर समझाई है और हमें बहुत clear कर</w:t>
      </w:r>
    </w:p>
    <w:p>
      <w:r>
        <w:rPr>
          <w:b/>
        </w:rPr>
        <w:t xml:space="preserve">[23:36] </w:t>
      </w:r>
      <w:r>
        <w:t>diya hai ke jab hum khul dil ke saath kainat ko dekhenge toh us ki meharbaniyan aur us ki mohabbat humein</w:t>
      </w:r>
    </w:p>
    <w:p>
      <w:pPr>
        <w:jc w:val="right"/>
      </w:pPr>
      <w:r>
        <w:t>दिया है कि जब हम खुलदिल के साथ कैनात को देखेंगे तो उसकी मेहरबानियां और उसकी मोहब्बत हमें</w:t>
      </w:r>
    </w:p>
    <w:p>
      <w:r>
        <w:rPr>
          <w:b/>
        </w:rPr>
        <w:t xml:space="preserve">[23:43] </w:t>
      </w:r>
      <w:r>
        <w:t>acchi tarah samajh mein ayegi aur jab us se hum jab hum dekhenge ke Allah ne humein itna sab</w:t>
      </w:r>
    </w:p>
    <w:p>
      <w:pPr>
        <w:jc w:val="right"/>
      </w:pPr>
      <w:r>
        <w:t>अच्छी तरह समझ में आएगी और जब उससे हम जब हम देखेंगे कि अल्लाह ने हमें इतना सब</w:t>
      </w:r>
    </w:p>
    <w:p>
      <w:r>
        <w:rPr>
          <w:b/>
        </w:rPr>
        <w:t xml:space="preserve">[23:51] </w:t>
      </w:r>
      <w:r>
        <w:t>kuch diya hai to hamari mohabbat usse humein uska shukr ada karna chahiye aur usse mohabbat bhi badhegi</w:t>
      </w:r>
    </w:p>
    <w:p>
      <w:pPr>
        <w:jc w:val="right"/>
      </w:pPr>
      <w:r>
        <w:t>कुछ दिया है तो हमारी मोहब्बत उससे हमें उसका शुक्र अदा करना चाहिए और उससे मोहब्बत भी बढ़ेगी</w:t>
      </w:r>
    </w:p>
    <w:p>
      <w:r>
        <w:rPr>
          <w:b/>
        </w:rPr>
        <w:t xml:space="preserve">[23:58] </w:t>
      </w:r>
      <w:r>
        <w:t>ki allah ne humein kya kya diya hai.</w:t>
      </w:r>
    </w:p>
    <w:p>
      <w:pPr>
        <w:jc w:val="right"/>
      </w:pPr>
      <w:r>
        <w:t>कि अल्लाह ने हमें क्या क्या दिया है.</w:t>
      </w:r>
    </w:p>
    <w:p>
      <w:r>
        <w:rPr>
          <w:b/>
        </w:rPr>
        <w:t xml:space="preserve">[24:06] </w:t>
      </w:r>
      <w:r>
        <w:t>So is se mohabbat aur us se dare visasa ke agar hum Allah ki batai bhi baton ko nahi kar pa rahe hain to uske uska barjad to saza hi hoga. to is liye yeh humein bohat seriously god oriented dive aur akhirat based zindagi guzarna chahiye aur apne ghaltiyon ka itraf karna hai yahi meri learning hai jahan par.</w:t>
      </w:r>
    </w:p>
    <w:p>
      <w:pPr>
        <w:jc w:val="right"/>
      </w:pPr>
      <w:r>
        <w:t>So इससे मोहब्बत और उससे डरे विशासा कि अगर हम अल्लाह की बताई भी बातों को नहीं कर पा रहे हैं तो उसके उसका बर्जाद तो सजा ही होगा. तो इसलिए यह हमें बहुत seriously god oriented dive और आख़िरत based ज़िंदगी गुज़ारना चाहिए और अपने ग़लतियों का इतराफ़ करना है यही मेरी learning है जहां पर.</w:t>
      </w:r>
    </w:p>
    <w:p>
      <w:r>
        <w:rPr>
          <w:b/>
        </w:rPr>
        <w:t xml:space="preserve">[24:36] </w:t>
      </w:r>
      <w:r>
        <w:t>jahan par lapa? family tapa aap kuch kehna chahenge? haan Sheena wahi baat hai, sahi baat mujhe jo Nazmana ne kaha ke sahi baat ko ghalt tareeqe se batana yeh kitni bohat important baat hai. aksar aisa hota nahi bohat zyada common bhi hai ke log baat ko sahi sahi sunte nahi hain aur usko phir apne dimagh se sochkar usko phir waise hi bata dete hain.</w:t>
      </w:r>
    </w:p>
    <w:p>
      <w:pPr>
        <w:jc w:val="right"/>
      </w:pPr>
      <w:r>
        <w:t>जहां पर लापा? Family तापा आप कुछ कहना चाहेंगे? हां श्रीना वही बात है, सही बात मुझे जो नजमाना ने कहा कि सही बात को ग़लत तरीके से बताना यह कितनी बहुत important बात है. अक्सर ऐसा होता नहीं बहुत ज़्यादा common भी है कि लोग बात को सही सही सुनते नहीं हैं और उसको फिर अपने दिमाग़ से सोचकर उसको फिर वैसे ही बता देते हैं.</w:t>
      </w:r>
    </w:p>
    <w:p>
      <w:r>
        <w:rPr>
          <w:b/>
        </w:rPr>
        <w:t xml:space="preserve">[25:04] </w:t>
      </w:r>
      <w:r>
        <w:t>us mein thoda sa bhi farq ho jata hai to baat doosri ban jati hai woh. to us se kaafi baaton ka jo hai matlab jaise agar ghar mein is tarah se ho raha to cheezein bigad jati hain. log ek sahi baat ko ghalt tarah is tareeqe se samajhne lagte hain. zehan mein negativity ati hai.</w:t>
      </w:r>
    </w:p>
    <w:p>
      <w:pPr>
        <w:jc w:val="right"/>
      </w:pPr>
      <w:r>
        <w:t>उसमें थोड़ा सा भी फ़र्क़ हो जाता है तो बात दूसरी वन जाती है वह. तो उससे काफ़ी बातों का जो है मतलब जैसे अगर घर में इस तरह से हो रहा तो चीज़ें बिगड़ जाती हैं. लोग एक सही बात को ग़लत तरह इस तरीके से समझने लगते हैं. ज़हन में negativity आती है.</w:t>
      </w:r>
    </w:p>
    <w:p>
      <w:r>
        <w:rPr>
          <w:b/>
        </w:rPr>
        <w:t xml:space="preserve">[25:23] </w:t>
      </w:r>
      <w:r>
        <w:t>to bohat call fail mein apne bolne aur apne kehne sunne mein har cheez mein bohat zyada woh hona chahiye, mutaab hona chahiye ke hum jo keh rahe hain woh kisi ke bare mein bata rahe hain ya keh rahe hain. to humko usko apne aap ko check karke tak bolna chahiye ke zimmedari ki baat hoti hai. yeh yeh samajh mein aya. ji ab.</w:t>
      </w:r>
    </w:p>
    <w:p>
      <w:pPr>
        <w:jc w:val="right"/>
      </w:pPr>
      <w:r>
        <w:t>तो बहुत call fail में अपने बोलने और अपने कहने सुनने में हर चीज़ में बहुत ज़्यादा वह होना चाहिए, मुताब होना चाहिए कि हम जो कह रहे हैं वह किसी के बारे में बता रहे हैं या कह रहे हैं. तो हमको उसको अपने आप को check करके तक बोलना चाहिए कि ज़िम्मेदारी की बात होती है. यह यह समझ में आया. जी अब.</w:t>
      </w:r>
    </w:p>
    <w:p>
      <w:r>
        <w:rPr>
          <w:b/>
        </w:rPr>
        <w:t xml:space="preserve">[25:50] </w:t>
      </w:r>
      <w:r>
        <w:t>aur koi ladies hain jo apni learning ko share karna chahengi? main kuch kehna chah rahi hoon Shavina. ji ji bilkul. jaise aapki baat par hi mujhe yaad aa raha hai akar Maulana sahab to hum sabko aksar kaha karte the I was wrong kehne ka ke jaldi se I was wrong keh dijiye. But jaise aapko mehsoos hokar aapki ghalti hai bhi ya nahi bhi tab bhi aap yeh mauka na gawaein apni modesty ko banaye rakhne ke liye.</w:t>
      </w:r>
    </w:p>
    <w:p>
      <w:pPr>
        <w:jc w:val="right"/>
      </w:pPr>
      <w:r>
        <w:t>और कोई ladies हैं जो अपनी learning को share करना चाहेंगी? मैं कुछ कहना चाह रही हूं शविना. जी जी बिल्कुल. जैसे आपकी बात पर ही मुझे याद आ रहा है आकर मोलाना साहब तो हम सबको अक्सर कहा करते थे I was wrong कहने का कि जल्दी से I was wrong कह दीजिए. But जैसे आपको महसूस होकर आपकी ग़लती है भी या नहीं भी तब भी आप यह मौका ना गवाएं अपनी modesty को बनाए रखने के लिए.</w:t>
      </w:r>
    </w:p>
    <w:p>
      <w:r>
        <w:rPr>
          <w:b/>
        </w:rPr>
        <w:t xml:space="preserve">[26:15] </w:t>
      </w:r>
      <w:r>
        <w:t>to yahan par jaise in logon ke discussion se mujhe yeh samajh aya ke log waqt ghalti ka aitraf kar lete hain lekin uske bawajood woh patch up karne ki koshish karte hain, cover up karne ki koshish karte hain cheezon ko. jaise aap apne ka baat ko ghalt karke batana. woh woh bhi karte hain ke apni ghalti ko mante hue bhi woh is tarah se pesh karte hain poora situation ke mehsoos hokar yeh ghalti to thi magar aise aise aise ho gaya tha aur yeh ho gaya tha apne aap ko save karte hain.</w:t>
      </w:r>
    </w:p>
    <w:p>
      <w:pPr>
        <w:jc w:val="right"/>
      </w:pPr>
      <w:r>
        <w:t>तो यहां पर जैसे इन लोगों के discussion से मुझे यह समझ आया कि लोग वक़्त गलती का ऐतराफ कर लेते हैं लेकिन उसके बावजूद वह patch up करने की कोशिश करते हैं, cover up करने की कोशिश करते हैं चीज़ों को. जैसे आप अपने का बात को ग़लत करके बताना. वह वह भी करते हैं कि अपनी गलती को मानते हुए भी वह इस तरह से पेश करते हैं पूरा situation कि महसूस होकर यह गलती तो थी मगर ऐसे ऐसे ऐसे हो गया था और यह हो गया था अपने आप को save करते हैं.</w:t>
      </w:r>
    </w:p>
    <w:p>
      <w:r>
        <w:rPr>
          <w:b/>
        </w:rPr>
        <w:t xml:space="preserve">[26:45] </w:t>
      </w:r>
      <w:r>
        <w:t>to yahan par mujhe lagta hai ke yeh bhi bohat hi zyada sensitive ek cheez hai ke humein bohat honestly agar hum to wah wah pay karna chahte hain to bohat honest hokar jaise apni ekadh cheez ko bayan karein aur us mein koi bhi cover up karne ka bilkul bhi hamara woh na ho irada. bas yeh kehna chahti thi. Maulana kehte hain then even if you have a best excuse do not give. yeh bohat famous coverb bhi hai.</w:t>
      </w:r>
    </w:p>
    <w:p>
      <w:pPr>
        <w:jc w:val="right"/>
      </w:pPr>
      <w:r>
        <w:t>तो यहां पर मुझे लगता है कि यह भी बहुत ही ज़्यादा sensitive एक चीज़ है कि हमें बहुत honestly अगर हम तो वाह वाह pay करना चाहते हैं तो बहुत honest होकर जैसे अपनी एकाध चीज़ को बयान करें और उसमें कोई भी cover up करने का बिल्कुल भी हमारा वह ना हो इरादा. बस यह कहना चाह रही थी. मोलाना कहते हैं then even if you have a best excuse do not give. यह बहुत famous coverb भी है.</w:t>
      </w:r>
    </w:p>
    <w:p>
      <w:r>
        <w:rPr>
          <w:b/>
        </w:rPr>
        <w:t xml:space="preserve">[27:13] </w:t>
      </w:r>
      <w:r>
        <w:t>to main chahoongi ke aur koi ladies hain jo apni learning share karna chahti hain? Aisha Yusra, please. Assalam o alaikum. yeh jo verse se maine yeh samajh payi ke Allah se maafi mang ho, Allah taala maaf karne wala hai.</w:t>
      </w:r>
    </w:p>
    <w:p>
      <w:pPr>
        <w:jc w:val="right"/>
      </w:pPr>
      <w:r>
        <w:t>तो मैं चाहूंगी कि और कोई ladies हैं जो अपनी learning share करना चाहती हैं? आईशा युसरा, please. अस्लाम लेकुम. यह जो verse से मैंने यह समझ पाई कि अल्लाह से माफ़ी मांग हो, अल्लाह तालाह माफ़ करने वाला है.</w:t>
      </w:r>
    </w:p>
    <w:p>
      <w:r>
        <w:rPr>
          <w:b/>
        </w:rPr>
        <w:t xml:space="preserve">[27:37] </w:t>
      </w:r>
      <w:r>
        <w:t>iska pehli situation Allah taala humko dikhaya hai through Adam and Iblis ke zariye. to jab Adam ke aage jhukoo bole the to Iblis ne mana kiya. to yeh jo alamles sanyam ne woh jo darakat hai uske paas mat jana bole the. Allah tha na to usi ke paas gaye the aur ghalti kiya tha.</w:t>
      </w:r>
    </w:p>
    <w:p>
      <w:pPr>
        <w:jc w:val="right"/>
      </w:pPr>
      <w:r>
        <w:t>इसका पहली situation अल्लाह तालाह हमको दिखाया है through आदर्श and इब्रिश के ज़रिए. तो जब आदर्श के आगे झुकू बोले थे तो इब्रिश ने मना किया. तो यह जो आलमलेस संयम ने वह जो दरकत है उसके पास मत जाना बोले थे. अल्लाह था ना तो उसी के पास गए थे और ग़लती किया था.</w:t>
      </w:r>
    </w:p>
    <w:p>
      <w:r>
        <w:rPr>
          <w:b/>
        </w:rPr>
        <w:t xml:space="preserve">[28:04] </w:t>
      </w:r>
      <w:r>
        <w:t>lekin foran unhone toba kiya hai. ise sachchi toba kiya hai to isi toba ki waja se alam wale starank ko Allah taala first payamber bana diya hai. to Iblis ne mana kiya hai I mean forgiveness bhi nahi manga hai Allah se. to unhone itni achi jannat se nikal kar jahannum mein daal diya gaya hai.</w:t>
      </w:r>
    </w:p>
    <w:p>
      <w:pPr>
        <w:jc w:val="right"/>
      </w:pPr>
      <w:r>
        <w:t>लेकिन फ़ौरन उन्होंने तोबा किया है. इसे सच्ची तोबा किया है तो इसी तोबा की वजह से आलम वाले स्तर्लंक को अल्लाह तालाह first पायकंबर बना दिया है. तो इब्लीस ने मना किया है I mean forgiveness भी नहीं मांगा है अल्लाह से. तो उन्होंने इतनी अच्छी जन्नत से निकालकर जहन्न हमें डाल दिया गया है.</w:t>
      </w:r>
    </w:p>
    <w:p>
      <w:r>
        <w:rPr>
          <w:b/>
        </w:rPr>
        <w:t xml:space="preserve">[28:29] </w:t>
      </w:r>
      <w:r>
        <w:t>to jab insan se ghalti hoti hai, foreign toba karte hain to Allah taala uske tobab ko quboon karke usko gift bhi dete hain. Spiritually unki jo level hai woh level increase hoti hai aur qudrah se qareeb hote hain aur woh insan pehli jaise naye rakhti hai. to uske andar intellectual development mein ek aur rank badhti aati hai.</w:t>
      </w:r>
    </w:p>
    <w:p>
      <w:pPr>
        <w:jc w:val="right"/>
      </w:pPr>
      <w:r>
        <w:t>तो जब इंसान से ग़लती होती है, foreign तोबा करते हैं तो अल्लाह तालाह उसको उसके तोबाब को क़ूबून करके उसको gift भी देते हैं. Spiritually उनकी जो level है वह level increase होती है और क़ुद्राह से क़रीब होते हैं और वह इंसान पहली जैसे नए रखती है. तो उसके अंदर intellectual development में एक और rank बढ़ती आती है.</w:t>
      </w:r>
    </w:p>
    <w:p>
      <w:r>
        <w:rPr>
          <w:b/>
        </w:rPr>
        <w:t xml:space="preserve">[28:57] </w:t>
      </w:r>
      <w:r>
        <w:t>maine is line se verse se yahi samajh payi thi izar matlab. aur koi sisters hain jo apni learning ko share karna chahti hoon? Raimut Anisa, please share your learning. zaminlahir rahman ya rahim. Assuvidamu laikum.</w:t>
      </w:r>
    </w:p>
    <w:p>
      <w:pPr>
        <w:jc w:val="right"/>
      </w:pPr>
      <w:r>
        <w:t>मैंने इस line से वर्ष से यही समझ पाई थी इज़ार मतलब. और कोई sisters हैं जो अपनी learning को share करना चाहती हूं? रैमुत अनिसा, please share your learning. ज़मीन लाहिर राहमान या रहीम. असुविधामुलाईकुम.</w:t>
      </w:r>
    </w:p>
    <w:p>
      <w:r>
        <w:rPr>
          <w:b/>
        </w:rPr>
        <w:t xml:space="preserve">[29:25] </w:t>
      </w:r>
      <w:r>
        <w:t>to aur itna jo sin ka jab koi sin ka commit ho jata hai to according to Imam Al Nawabi yeh sin ka zaroori hissa repentance hai. Repentance is obligatory. It's obligatory for every sin.</w:t>
      </w:r>
    </w:p>
    <w:p>
      <w:pPr>
        <w:jc w:val="right"/>
      </w:pPr>
      <w:r>
        <w:t>तो और इतना जो सिनका जब कोई सिनका commit हो जाता है तो according to imam अल नवाबी यह sin का ज़रूरी हिस्सा repentance है. Repentance is obligatory. It's obligatory for every sin.</w:t>
      </w:r>
    </w:p>
    <w:p>
      <w:r>
        <w:rPr>
          <w:b/>
        </w:rPr>
        <w:t xml:space="preserve">[29:51] </w:t>
      </w:r>
      <w:r>
        <w:t>to uske baad jab koi sin ho jata hai to uske tauba ki teen shara'e the. koi guna hai jo hamare aur bando ke darmian hain to hum unse maafi mang sakte hain aur jo koi guna Allah aur hamare darmian hai to toba ki karna zaroori hai. toba ke teen shara'yat hain. pehla kya hai?</w:t>
      </w:r>
    </w:p>
    <w:p>
      <w:pPr>
        <w:jc w:val="right"/>
      </w:pPr>
      <w:r>
        <w:t>तो उसके बाद जब कोई sin हो जाता है तो उसके तौबा की तीन शराए थे. कोई गुना है जो हमारे और बंदों के दर्मियान हैं तो हम उनसे माफ़ी मांग सकते हैं और जो कोई गुना अल्लाह और हमारे दर्मियान है तो तौबा की करना ज़रूरी है. तौबा के तीन शरायत हैं. पहला क्या है?</w:t>
      </w:r>
    </w:p>
    <w:p>
      <w:r>
        <w:rPr>
          <w:b/>
        </w:rPr>
        <w:t xml:space="preserve">[30:16] </w:t>
      </w:r>
      <w:r>
        <w:t>foran us gunah ko, us ghalti ko chhodna tark kar dena chahiye. doosri cheez us par regret karna chahiye aur source karna chahiye ke main mujhse ek guna ho gaya. aur teesri baat hai to kamal resolve karna chahiye ke should not go back. tu guna phir mere se na ho sake. to yeh tobatul nasuh kehlata.</w:t>
      </w:r>
    </w:p>
    <w:p>
      <w:pPr>
        <w:jc w:val="right"/>
      </w:pPr>
      <w:r>
        <w:t>फ़ौरन उस गुनाह को, उस ग़लती को छोड़नातर्क कर देना चाहिए. दूसरी चीज़ उस पर regret करना चाहिए और source करना चाहिए कि मैं मुझसे एक गुना हो गया. और तीसरी बात है तो कमल resolve करना चाहिए कि should not go back. तुगुना फिर मेरे से ना हो सके. तो यह तौबतुल नसुह कहलाता है.</w:t>
      </w:r>
    </w:p>
    <w:p>
      <w:r>
        <w:rPr>
          <w:b/>
        </w:rPr>
        <w:t xml:space="preserve">[30:44] </w:t>
      </w:r>
      <w:r>
        <w:t>to iske bare mein to kaafi bohat sahi baatein hain apne behno se main humne suna. to yeh bohat hi iman ka ek hissa hai. toba aur istighfar, iman ka ek hissa hai. aapse masoom hone ke bawajood din mein aap salasan farmate the. main din mein sattar matba taur bar istighfar karta hoon.</w:t>
      </w:r>
    </w:p>
    <w:p>
      <w:pPr>
        <w:jc w:val="right"/>
      </w:pPr>
      <w:r>
        <w:t>तो इसके बारे में तो काफ़ी बहुत सही बातें हैं अपने बहनों से मैं हमने सुना. तो यह बहुत ही ईमान का एक हिस्सा है. तौबा और इस्तेख़्वार, ईमान का एक हिस्सा है. आपसे मासूम होने के बावजूद दिन में आप सलासन फरमाते थे. मैं दिन में सत्तर मत्तबा तौर बार इस्तेफ़ार करता हूं.</w:t>
      </w:r>
    </w:p>
    <w:p>
      <w:r>
        <w:rPr>
          <w:b/>
        </w:rPr>
        <w:t xml:space="preserve">[31:14] </w:t>
      </w:r>
      <w:r>
        <w:t>to isteghfar ki bahut badi fazeelat hai aur surainuh mein bhi iski tafseelan aaye the bayan hui ki</w:t>
      </w:r>
    </w:p>
    <w:p>
      <w:pPr>
        <w:jc w:val="right"/>
      </w:pPr>
      <w:r>
        <w:t>तो इस्तेफ़ार की बहुत बड़ी फ़ज़ीलत है और सुरैनूह में भी इसकी तफ़सीलन आए थे बयान हुई कि</w:t>
      </w:r>
    </w:p>
    <w:p>
      <w:r>
        <w:rPr>
          <w:b/>
        </w:rPr>
        <w:t xml:space="preserve">[31:21] </w:t>
      </w:r>
      <w:r>
        <w:t>isteghfar ki kitni faayde hi, kitne faayde hi isteghfar ke.</w:t>
      </w:r>
    </w:p>
    <w:p>
      <w:pPr>
        <w:jc w:val="right"/>
      </w:pPr>
      <w:r>
        <w:t>इस्तफ़ार की कितनी फ़ायदे ही, कितने फ़ायदे ही इस्तफ़ार के.</w:t>
      </w:r>
    </w:p>
    <w:p>
      <w:r>
        <w:rPr>
          <w:b/>
        </w:rPr>
        <w:t xml:space="preserve">[31:28] </w:t>
      </w:r>
      <w:r>
        <w:t>apne khaum se farmaate main meri khaum.</w:t>
      </w:r>
    </w:p>
    <w:p>
      <w:pPr>
        <w:jc w:val="right"/>
      </w:pPr>
      <w:r>
        <w:t>अपने ख़ौम से फरमाते मैं मेरी ख़ौम.</w:t>
      </w:r>
    </w:p>
    <w:p>
      <w:r>
        <w:rPr>
          <w:b/>
        </w:rPr>
        <w:t xml:space="preserve">[31:35] </w:t>
      </w:r>
      <w:r>
        <w:t>tum isteghfar karo, allah se isteghfar karo.</w:t>
      </w:r>
    </w:p>
    <w:p>
      <w:pPr>
        <w:jc w:val="right"/>
      </w:pPr>
      <w:r>
        <w:t>तुम इस्तफ़ार करो, अल्लाह से इस्तफ़ार करो.</w:t>
      </w:r>
    </w:p>
    <w:p>
      <w:r>
        <w:rPr>
          <w:b/>
        </w:rPr>
        <w:t xml:space="preserve">[31:42] </w:t>
      </w:r>
      <w:r>
        <w:t>tumhein bahut si cheezon se allah taala namaazega.</w:t>
      </w:r>
    </w:p>
    <w:p>
      <w:pPr>
        <w:jc w:val="right"/>
      </w:pPr>
      <w:r>
        <w:t>तुम्हें बहुत सी चीज़ों से अल्लाहटाला नमाज़ेगा.</w:t>
      </w:r>
    </w:p>
    <w:p>
      <w:r>
        <w:rPr>
          <w:b/>
        </w:rPr>
        <w:t xml:space="preserve">[31:50] </w:t>
      </w:r>
      <w:r>
        <w:t>aur insan hai na jab jab apne aap ko checks and balance par rakhta hai. jab istighfar karta hai to apne aap ka muhasiba karta hai aur apne aap ko check karta hai aur gunahon se use bachne ki lahitala bhi toufi khadda dete hain. to istighfar hamari zindagi ka ek hissa hona chahiye.</w:t>
      </w:r>
    </w:p>
    <w:p>
      <w:pPr>
        <w:jc w:val="right"/>
      </w:pPr>
      <w:r>
        <w:t>और इंसान है ना जब जब अपने आप को check checks and balance पर रखता है. जब इस्तेफ़ार करता है तो अपने आप का मोहाशिबा करता है और अपने आप को check करता है और गुनाहों से उसे बचने की लहताला भी तौफी खद्दा देते हैं. तो इस्तेफ़ार हमारी ज़िंदगी का एक हिस्सा होना चाहिए.</w:t>
      </w:r>
    </w:p>
    <w:p>
      <w:r>
        <w:rPr>
          <w:b/>
        </w:rPr>
        <w:t xml:space="preserve">[32:13] </w:t>
      </w:r>
      <w:r>
        <w:t>har rozana hum istighfar bohat hi pachtave ke sath aur bohat hi lahitala ke isme hazir wa nazir jante hue hamare gunahon, pichle gunahon ki ghaltiyon ki, ka ehsas karte hue yaad karte hue use Allah taala se hum agar nadamat ke aans bahate hue agar hum istighfar karenge to yahi sahi manav mein istighfar hai.</w:t>
      </w:r>
    </w:p>
    <w:p>
      <w:pPr>
        <w:jc w:val="right"/>
      </w:pPr>
      <w:r>
        <w:t>हर रोज़ाना हम इस्तेफ़ार बहुत ही पछतावे के साथ और बहुत ही लहताला के इसमें हाज़िर व नाज़िर जानते हुए हमारे गुनाहों, पिछले गुनाहों की गलतियों की, का एहसास करते हुए याद करते हुए उसे अल्लाह ताला से हम अगर नदामत के आंस बहाते हुए अगर हम इस्तेफ़ार करेंगे तो यही सही मानव में इस्तेफ़ार है.</w:t>
      </w:r>
    </w:p>
    <w:p>
      <w:r>
        <w:rPr>
          <w:b/>
        </w:rPr>
        <w:t xml:space="preserve">[32:41] </w:t>
      </w:r>
      <w:r>
        <w:t>Maulana to Maulana ne to har cheez ke bare mein. to yahi kaha ke jisko isko spirit ke sath kiya jaye. jo bhi amal kiya jaye woh spirit ke sath kiya jaye. to safar aur toba ka spirit kya hai? apne gunahon par nadamat, phir ainadana karne ka azm, pukhta azm aur phir Allah taala ke samne sharmindagi aur ehsas aur ho sake to gidgida kar aansu bahakar lahaj se maafi mangte.</w:t>
      </w:r>
    </w:p>
    <w:p>
      <w:pPr>
        <w:jc w:val="right"/>
      </w:pPr>
      <w:r>
        <w:t>मौलाना तो मौलाना ने तो हर चीज़ के बारे में. तो यही कहा कि जिसको इसको spirit के साथ किया जाए. जो भी अमल किया जाए वह spirit के साथ किया जाए. तो सफ़ार और तौबा का spirit क्या है? अपने गुनाहों पर नदामत, फिर आईनदाना करने का अज़्मा, पुख्ता अज़्म और फिर अल्लाह तालाह के सामने शर्मीण देगी और एहसास और हो सके तो गिड़गिड़ाकर आंसू बहाकर लाहज से माफ़ी मांगते.</w:t>
      </w:r>
    </w:p>
    <w:p>
      <w:r>
        <w:rPr>
          <w:b/>
        </w:rPr>
        <w:t xml:space="preserve">[33:11] </w:t>
      </w:r>
      <w:r>
        <w:t>even allah ke nekbande ibadat karne ke bawajood, shehar ke, shehri jab poori raat ibadat karne ke bawajood aakhri waqt mein shehar ke waqt mein shehri subah ke waqt istighfar karte the.</w:t>
      </w:r>
    </w:p>
    <w:p>
      <w:pPr>
        <w:jc w:val="right"/>
      </w:pPr>
      <w:r>
        <w:t>Even अल्लाह के नेकबंदे इबादत करने के बावजूद, शहर के, शहरी जब पूरी रात इबादत करने के बावजूद आखिरी वक्त में शहर के वक्त में शहरी सुबह के वक्त इस्तफ़ार करते थे.</w:t>
      </w:r>
    </w:p>
    <w:p>
      <w:r>
        <w:rPr>
          <w:b/>
        </w:rPr>
        <w:t xml:space="preserve">[33:26] </w:t>
      </w:r>
      <w:r>
        <w:t>allah ke nekbande allah ke raah mein kharch karne ka ayat hamein quran ke ayat bhi batati hai ki allah ke raah mein infaq fi sabilillah karne ke bawajood allah se maafi mangte, girgirate the ki shayad yeh qubool na ho. hamari infaq hamara qubool na ho.</w:t>
      </w:r>
    </w:p>
    <w:p>
      <w:pPr>
        <w:jc w:val="right"/>
      </w:pPr>
      <w:r>
        <w:t>अल्लाह के नेकबंदे अल्लाह के राह में ख़र्च करने का आयत हमें क़ुरान के आयत भी बताती है कि अल्लाह के राह में इनफ़ाख़फ़ी सबील इल्लाह करने के बावजूद अल्लाह से माफ़ी मांगते, गिर गिराते थे कि शायद यह ख़बूल ना हो. हमारी हिंफाख़ हमारा ख़बूल ना हो.</w:t>
      </w:r>
    </w:p>
    <w:p>
      <w:r>
        <w:rPr>
          <w:b/>
        </w:rPr>
        <w:t xml:space="preserve">[33:48] </w:t>
      </w:r>
      <w:r>
        <w:t>to is tarah even neki karne ke bawajood bhi allah ke nekbande, tauba aur istighfar karte the aur qubooliyat ke liye dua mangte the. yahi meri learning hai. jaza kallah. mariya aap kuch kehna chahengi? ji, assalam u alaikum ho raha hai mukrila.</w:t>
      </w:r>
    </w:p>
    <w:p>
      <w:pPr>
        <w:jc w:val="right"/>
      </w:pPr>
      <w:r>
        <w:t>तो इस तरह even नेकी करने के बावजूद भी अल्लाह के नेकबंदे, तौबा और इस्तेफ़ार करते थे और ख़बूलियत के लिए दुआ मांगते थे. यही मेरी learning है. ज़ज़ा कल्लाह. मारिया आप कुछ कहना चाहेंगी? जी, अस्लाम उल्लीख हो रहा है मुक्रिला.</w:t>
      </w:r>
    </w:p>
    <w:p>
      <w:r>
        <w:rPr>
          <w:b/>
        </w:rPr>
        <w:t xml:space="preserve">[34:16] </w:t>
      </w:r>
      <w:r>
        <w:t>wale ki assalam? ji, main do mahine se taqreeban is group se judi hui hoon aur abhi achanak is program ke darmiyani dil mein khayal aaya ki allah tala is program ke zariye hum logon ko ek jagah ikattha kiya. bahut sare logon se mashallah hamari mulaqat hoti rehti thi.</w:t>
      </w:r>
    </w:p>
    <w:p>
      <w:pPr>
        <w:jc w:val="right"/>
      </w:pPr>
      <w:r>
        <w:t>वाले की अस्लाम? जी, मैं दो महीने से तक़रीबन इस group से जुड़ी हुई हूं और अभी अचानक इस program के दरमियानी दिल में ख्याल आया कि अल्लाह तलन इस program के ज़रिए हम लोगों को एक जगह इकट्ठा किया. बहुत सारे लोगों से मशहल्लाह हमारी मुलापात होती रहती थी.</w:t>
      </w:r>
    </w:p>
    <w:p>
      <w:r>
        <w:rPr>
          <w:b/>
        </w:rPr>
        <w:t xml:space="preserve">[34:43] </w:t>
      </w:r>
      <w:r>
        <w:t>lekin allah dulillah jaise ki maulana ki tehreeron ke zariye mujhe pata chala ki aaj is media ke</w:t>
      </w:r>
    </w:p>
    <w:p>
      <w:pPr>
        <w:jc w:val="right"/>
      </w:pPr>
      <w:r>
        <w:t>लेकिन अल्लाह दुलिल्लाह जैसे कि मौलाना की तहरीरों के ज़रिए मुझे पता चला कि आज इस media के</w:t>
      </w:r>
    </w:p>
    <w:p>
      <w:r>
        <w:rPr>
          <w:b/>
        </w:rPr>
        <w:t xml:space="preserve">[34:49] </w:t>
      </w:r>
      <w:r>
        <w:t>zariye hum bahut bada kaam kar sakte hain.</w:t>
      </w:r>
    </w:p>
    <w:p>
      <w:pPr>
        <w:jc w:val="right"/>
      </w:pPr>
      <w:r>
        <w:t>ज़रिए हम बहुत बड़ा काम कर सकते हैं.</w:t>
      </w:r>
    </w:p>
    <w:p>
      <w:r>
        <w:rPr>
          <w:b/>
        </w:rPr>
        <w:t xml:space="preserve">[34:55] </w:t>
      </w:r>
      <w:r>
        <w:t>yeh allah ki bahut badi rehmat hai.</w:t>
      </w:r>
    </w:p>
    <w:p>
      <w:pPr>
        <w:jc w:val="right"/>
      </w:pPr>
      <w:r>
        <w:t>यह अल्लाह की बहुत बड़ी रहमत है.</w:t>
      </w:r>
    </w:p>
    <w:p>
      <w:r>
        <w:rPr>
          <w:b/>
        </w:rPr>
        <w:t xml:space="preserve">[35:02] </w:t>
      </w:r>
      <w:r>
        <w:t>to chaliye allah bas taskul ki wajah se mere aankhon mein aansu bhi aa gaya aap logon ko</w:t>
      </w:r>
    </w:p>
    <w:p>
      <w:pPr>
        <w:jc w:val="right"/>
      </w:pPr>
      <w:r>
        <w:t>तो चलिए अल्लाह बस तस्कुल की वजह से मेरे आंखों में आंसू भी आ गया आप लोगों को</w:t>
      </w:r>
    </w:p>
    <w:p>
      <w:r>
        <w:rPr>
          <w:b/>
        </w:rPr>
        <w:t xml:space="preserve">[35:08] </w:t>
      </w:r>
      <w:r>
        <w:t>dekhkar ki allah ne is wajah se hum logon ko ikattha kiya aur najma aapse hamari mulapat hui thi. kaun suniyega? program mein.</w:t>
      </w:r>
    </w:p>
    <w:p>
      <w:pPr>
        <w:jc w:val="right"/>
      </w:pPr>
      <w:r>
        <w:t>देखकर कि अल्लाह ने इस वजह से हम लोगों को इकट्ठा किया और नजमा आपसे हमारी मुलापात हुई थी. कौन सुनिएगा? Program में.</w:t>
      </w:r>
    </w:p>
    <w:p>
      <w:r>
        <w:rPr>
          <w:b/>
        </w:rPr>
        <w:t xml:space="preserve">[35:15] </w:t>
      </w:r>
      <w:r>
        <w:t>lekin asal mein bhi kehna yeh tha ki aisha aisha ne apni learning share ki thi aitraaf ka ki hazrat adam ne aitraaf kiya. to maine yeh seekha isse ki adam islam se bhi galti hui thi. to adam ne aitraaf kiya aur us aitraaf ki wajah se woh allah taala ke maqbool bandon mein shamil ho gaye aur iblis se galti hui thi to iblis ne aitraaf nahi kiya.</w:t>
      </w:r>
    </w:p>
    <w:p>
      <w:pPr>
        <w:jc w:val="right"/>
      </w:pPr>
      <w:r>
        <w:t>लेकिन असल में भी कहना यह था कि आयशा आयशा ने अपनी learning share की थी ऐतराब का कि हज़त आदर्श ने ऐतराब किया. तो मैंने यह सीखा इससे कि आदर्श स्लाम से भी ग़लती हुई थी. तो आदर्श ने ऐतराब किया और उस ऐतराब की वजह से वह अल्लाह तालाह के मकबूल बंदों में शामिल हो गए और इब्लीस से ग़लती हुई थी तो इब्लीस ने ऐतराफ नहीं किया.</w:t>
      </w:r>
    </w:p>
    <w:p>
      <w:r>
        <w:rPr>
          <w:b/>
        </w:rPr>
        <w:t xml:space="preserve">[35:44] </w:t>
      </w:r>
      <w:r>
        <w:t>donon se galti hui. iblis ne allah ki naparmani ki aur usne aitraaf na karne ki wajah se apne aap ko allah ki rehmat se mayusi ka shikar hokar woh mehroom ho gaye aur adam allah ne aitraaf kiya aur adam allah ke maqbool bandon mein shamil ho gaye.</w:t>
      </w:r>
    </w:p>
    <w:p>
      <w:pPr>
        <w:jc w:val="right"/>
      </w:pPr>
      <w:r>
        <w:t>दोनों से ग़लती हुई. इब्लीस ने अल्लाह की नापरमानी की और उसने ऐतराप ना करने की वजह से अपने आपको अल्लाह की रहमत से मायूसी का शिकार होकर वह महरूम हो गए और आदम अल्लाह ने ऐतराप किया और आदम अल्लाह के मक़बूल बंदों में शामिल हो गए.</w:t>
      </w:r>
    </w:p>
    <w:p>
      <w:r>
        <w:rPr>
          <w:b/>
        </w:rPr>
        <w:t xml:space="preserve">[36:03] </w:t>
      </w:r>
      <w:r>
        <w:t>to yeh ek bahut badi learning thi ki aitraaf kitni badi cheez hai aur adim alaihissalam nanpunsana kehkar aitraaf kiya aur hamein bhi yeh sabak milta hai ki aaj bhi agar kisi se koi galti hoti hai to koi to iblis ka ravaiya ek tayyar karta hai. woh foran hi apni galti ka sabak kisi aur ko theharta hai.</w:t>
      </w:r>
    </w:p>
    <w:p>
      <w:pPr>
        <w:jc w:val="right"/>
      </w:pPr>
      <w:r>
        <w:t>तो यह एक बहुत बड़ी learning थी कि एतराब कितनी बड़ी चीज़ है और आदिम्य लेह सलाम नानपुसाना कहकर एतराब किया और हमें भी यह सबक मिलता है कि आज भी अगर किसी से कोई गलती होती है तो कोई तो इब्लीस का रवैया एक तैयार करता है. वह फ़ौरन ही अपनी ग़लती का सबक किसी और को ठहर आता है.</w:t>
      </w:r>
    </w:p>
    <w:p>
      <w:r>
        <w:rPr>
          <w:b/>
        </w:rPr>
        <w:t xml:space="preserve">[36:23] </w:t>
      </w:r>
      <w:r>
        <w:t>to yeh iblees ka ravaiya hai aur alamlesh salam ke tareeqa yeh hai ki ghalti agar ho to</w:t>
      </w:r>
    </w:p>
    <w:p>
      <w:pPr>
        <w:jc w:val="right"/>
      </w:pPr>
      <w:r>
        <w:t>तो यह इब्लीस का रवैया है और आलमलेश सलाम के तरीका यह है कि ग़लती अगर हो तो</w:t>
      </w:r>
    </w:p>
    <w:p>
      <w:r>
        <w:rPr>
          <w:b/>
        </w:rPr>
        <w:t xml:space="preserve">[36:29] </w:t>
      </w:r>
      <w:r>
        <w:t>fauran akhrar kar lena chahiye aur usmein zara bhi hichkichahat mehsoos nahi karni chahiye.</w:t>
      </w:r>
    </w:p>
    <w:p>
      <w:pPr>
        <w:jc w:val="right"/>
      </w:pPr>
      <w:r>
        <w:t>फ़ौरन अख़रार कर लेना चाहिए और उसमें ज़रा भी हिचकिचाट महसूस नहीं करनी चाहिए.</w:t>
      </w:r>
    </w:p>
    <w:p>
      <w:r>
        <w:rPr>
          <w:b/>
        </w:rPr>
        <w:t xml:space="preserve">[36:35] </w:t>
      </w:r>
      <w:r>
        <w:t>to yeh ek bahut badi cheez thi jo hum logon ne seekhi isse ki haan etraak jald kar</w:t>
      </w:r>
    </w:p>
    <w:p>
      <w:pPr>
        <w:jc w:val="right"/>
      </w:pPr>
      <w:r>
        <w:t>तो यह एक बहुत बड़ी चीज़ थी जो हम लोगों ने सीखी इससे कि हां एतराक जल्द कर</w:t>
      </w:r>
    </w:p>
    <w:p>
      <w:r>
        <w:rPr>
          <w:b/>
        </w:rPr>
        <w:t xml:space="preserve">[36:41] </w:t>
      </w:r>
      <w:r>
        <w:t>lena chahiye aur etraak se insaan makmool hota hai.</w:t>
      </w:r>
    </w:p>
    <w:p>
      <w:pPr>
        <w:jc w:val="right"/>
      </w:pPr>
      <w:r>
        <w:t>लेना चाहिए और एतराक से इंसान मकमूल होता है.</w:t>
      </w:r>
    </w:p>
    <w:p>
      <w:r>
        <w:rPr>
          <w:b/>
        </w:rPr>
        <w:t xml:space="preserve">[36:47] </w:t>
      </w:r>
      <w:r>
        <w:t>yahi meri learning thi.</w:t>
      </w:r>
    </w:p>
    <w:p>
      <w:pPr>
        <w:jc w:val="right"/>
      </w:pPr>
      <w:r>
        <w:t>यही मेरी learning थी.</w:t>
      </w:r>
    </w:p>
    <w:p>
      <w:r>
        <w:rPr>
          <w:b/>
        </w:rPr>
        <w:t xml:space="preserve">[36:53] </w:t>
      </w:r>
      <w:r>
        <w:t>Jazakallahu Khairan for sharing your learning.</w:t>
      </w:r>
    </w:p>
    <w:p>
      <w:pPr>
        <w:jc w:val="right"/>
      </w:pPr>
      <w:r>
        <w:t>जी जा कल्मारिया for sharing your learning.</w:t>
      </w:r>
    </w:p>
    <w:p>
      <w:r>
        <w:rPr>
          <w:b/>
        </w:rPr>
        <w:t xml:space="preserve">[36:59] </w:t>
      </w:r>
      <w:r>
        <w:t>bahut khushi hui hai. aaj mariya ne apna apni learning bataya aaj pehli baar. allah tala se dua bhi hai aur use bhi yeh kahenge ki woh hamesha is tarah se apni learning hum logon ke sath share kiya karein. mashaallah bahut acche se unhone usko cheezon clear kiya aur mere khali tasawwur group ki hain shayad yeh abhi jaldi aayi hain.</w:t>
      </w:r>
    </w:p>
    <w:p>
      <w:pPr>
        <w:jc w:val="right"/>
      </w:pPr>
      <w:r>
        <w:t>बहुत ख़ुशी हुई है. आज मारिया ने अपना अपनी learning बताया आज पहली बार. अल्लाह ताला से दुआ भी है और उसे भी यह कहेंगे कि वह हमेशा इस तरह से अपनी learning हम लोगों के साथ share किया करें. माशाल्लाह बहुत अच्छे से उन्होंने उसको चीज़ों clear किया और मेरे ख़ाली तस्कियां group की हैं शायद यह अभी जल्दी आई हैं.</w:t>
      </w:r>
    </w:p>
    <w:p>
      <w:r>
        <w:rPr>
          <w:b/>
        </w:rPr>
        <w:t xml:space="preserve">[37:29] </w:t>
      </w:r>
      <w:r>
        <w:t>lekin is jaldi usmein bhi inhone bahut accha share kiya hai. to mujhe bahut accha laga inki baaton se. yeh kaafi samajh aa rahi hai inko baaten hain. lagat shukr hai. doctor sumrina kuch kahein? aap ab aap nanda kahein bahut khushi hui inki baat sun ke aur bahut clarity thi inki baat mein.</w:t>
      </w:r>
    </w:p>
    <w:p>
      <w:pPr>
        <w:jc w:val="right"/>
      </w:pPr>
      <w:r>
        <w:t>लेकिन इस जल्दी उसमें भी इन्होंने बहुत अच्छा share किया है. तो मुझे बहुत अच्छा लगा इनकी बातों से. यह काफ़ी समझ आ रही है इनको बातें हैं. लागत शुक्र है. Doctor सुमरीना कुछ कहें? आप अब आप नंदा कहीं बहुत खुशी हुई इनकी बात sun के और बहुत clarity थी इनकी बात में.</w:t>
      </w:r>
    </w:p>
    <w:p>
      <w:r>
        <w:rPr>
          <w:b/>
        </w:rPr>
        <w:t xml:space="preserve">[37:52] </w:t>
      </w:r>
      <w:r>
        <w:t>sabse badi baat yeh hai ki clarity hona bahut kam hai kyunki log batate hain lekin woh bahut confused thoughts ke sath batate hain apni learning. inki bahut clear baat thi, bahut accha laga aur mujhe inki baat se hi related khud bhi ek baat samajh mein aayi ki quran mein shaitan ne allah taala se challenge kiya tha na ki woh sare logon ko behkayega aur jahannum mein bhar bhar dega jahannum.</w:t>
      </w:r>
    </w:p>
    <w:p>
      <w:pPr>
        <w:jc w:val="right"/>
      </w:pPr>
      <w:r>
        <w:t>सबसे बड़ी बात यह है कि clarity होना बहुत कम है क्योंकि लोग बताते हैं लेकिन वह बहुत confused thoughts के साथ बताते हैं अपनी learning. इनकी बहुत clear बात थी, बहुत अच्छा लगा और मुझे इनकी बात से ही related ख़ुद भी एक बात समझ में आई कि क़ुरान में शैतान ने अल्हा ताला से challenge किया था ना कि वह सारे लोगों को बहकाएगा और जहन्नु में भर भर देगा जहन्नु.</w:t>
      </w:r>
    </w:p>
    <w:p>
      <w:r>
        <w:rPr>
          <w:b/>
        </w:rPr>
        <w:t xml:space="preserve">[38:17] </w:t>
      </w:r>
      <w:r>
        <w:t>to alha taala ne usko, us challenge ko accept bhi kiya tha aur kaha gaya tha ki siwayen</w:t>
      </w:r>
    </w:p>
    <w:p>
      <w:pPr>
        <w:jc w:val="right"/>
      </w:pPr>
      <w:r>
        <w:t>तो अल्हा ताला ने उसको, उस challenge को accept भी किया था और कहा गया था कि सिवाएं</w:t>
      </w:r>
    </w:p>
    <w:p>
      <w:r>
        <w:rPr>
          <w:b/>
        </w:rPr>
        <w:t xml:space="preserve">[38:26] </w:t>
      </w:r>
      <w:r>
        <w:t>mere kuch chuninda logon ke aise kuch aayat mein mujhe yaad nahi aa raha proper.</w:t>
      </w:r>
    </w:p>
    <w:p>
      <w:pPr>
        <w:jc w:val="right"/>
      </w:pPr>
      <w:r>
        <w:t>मेरे कुछ चुनिंदा लोगों के ऐसे कुछ आयत में मुझे याद नहीं आ रहा proper.</w:t>
      </w:r>
    </w:p>
    <w:p>
      <w:r>
        <w:rPr>
          <w:b/>
        </w:rPr>
        <w:t xml:space="preserve">[38:35] </w:t>
      </w:r>
      <w:r>
        <w:t>Magar who loves me, shayad who ho rahe hain.</w:t>
      </w:r>
    </w:p>
    <w:p>
      <w:pPr>
        <w:jc w:val="right"/>
      </w:pPr>
      <w:r>
        <w:t>मगर वह Luvs मुझे शायद वह हो रहे हैं.</w:t>
      </w:r>
    </w:p>
    <w:p>
      <w:r>
        <w:rPr>
          <w:b/>
        </w:rPr>
        <w:t xml:space="preserve">[38:44] </w:t>
      </w:r>
      <w:r>
        <w:t>kerla dala ne kaha ki behkav siwayen mere kuch chuninda logon ke tum behka nahi paoge unko kuch aise.</w:t>
      </w:r>
    </w:p>
    <w:p>
      <w:pPr>
        <w:jc w:val="right"/>
      </w:pPr>
      <w:r>
        <w:t>केरला दाला ने कहा कि बहकाव सिवाएं मेरे कुछ चुनिंदा लोगों के तुम बहका नहीं पाओगे उनको कुछ ऐसे.</w:t>
      </w:r>
    </w:p>
    <w:p>
      <w:r>
        <w:rPr>
          <w:b/>
        </w:rPr>
        <w:t xml:space="preserve">[38:53] </w:t>
      </w:r>
      <w:r>
        <w:t>se bach payenge aur lah taala ke woh chuninda bande ban jayenge. yeh mujhe mariya ki baat se woh relate kar payi main. ji ji ji. doctor sangina yeh bahut sahi baat hai. islam mein jo sabse badi cheez hai woh khauf-e-khuda hai. agar khauf-e-khuda insan ke ko har burai se bachata hai. agar insan ke andar wahi cheez nahi kaam kar rahi hai.</w:t>
      </w:r>
    </w:p>
    <w:p>
      <w:pPr>
        <w:jc w:val="right"/>
      </w:pPr>
      <w:r>
        <w:t>से बच पाएंगे और लहताला के वह चुनिंदा बंदे वन जाएंगे. यह मुझे मार्य की बात से वह relate कर पाई मैं. जी जी जी. Doctor संगीना यह बहुत सही बात है. इस्लाम में जो सबसे बड़ी चीज़ है वह खौफ़े खुदा है. अगर खौफ़े खुदा इंसान के को हर बुराई से बचाता है. अगर इंसान के अंदर वही चीज़ नहीं काम कर रही है.</w:t>
      </w:r>
    </w:p>
    <w:p>
      <w:r>
        <w:rPr>
          <w:b/>
        </w:rPr>
        <w:t xml:space="preserve">[39:18] </w:t>
      </w:r>
      <w:r>
        <w:t>khuda ka khauf nahi hai to galti jo har insan galti karega lekin woh galti jo khuda ke khauf wala insan hai woh to karta hi rahega. kabhi conscious nahi hoga ki apni galtiyon par.</w:t>
      </w:r>
    </w:p>
    <w:p>
      <w:pPr>
        <w:jc w:val="right"/>
      </w:pPr>
      <w:r>
        <w:t>खुदा का खौफ़ी नहीं है तो ग़लती जो हर इंसान ग़लती करेगा लेकिन वह ग़लती जो खुदा के खौफ़ वाला इंसान है वह तो करता ही रहेगा. कभी conscious नहीं होगा कि अपनी ग़लतियों पर.</w:t>
      </w:r>
    </w:p>
    <w:p>
      <w:r>
        <w:rPr>
          <w:b/>
        </w:rPr>
        <w:t xml:space="preserve">[39:30] </w:t>
      </w:r>
      <w:r>
        <w:t>jis par ek mujhe ek ek waqia yaad aa raha hai ki ek the ek sahab to woh jo hain kaafi paise wale the to unhone poori zindagi bahut zyada ego apne paise ke kham mein zindagi guzara.</w:t>
      </w:r>
    </w:p>
    <w:p>
      <w:pPr>
        <w:jc w:val="right"/>
      </w:pPr>
      <w:r>
        <w:t>जिस पर एक मुझे एक एक वाक़िया याद आ रहा है कि एक थे एक साहब तो वह जो हैं काफ़ी पैसे वाले थे तो उन्होंने पूरी ज़िंदगी बहुत ज़्यादा ego अपने पैसे के ख़म्न में ज़िंदगी गुज़ारा.</w:t>
      </w:r>
    </w:p>
    <w:p>
      <w:r>
        <w:rPr>
          <w:b/>
        </w:rPr>
        <w:t xml:space="preserve">[39:48] </w:t>
      </w:r>
      <w:r>
        <w:t>bahut zyada ab jaise hota hai na ki jahaz ekdam aasman mein jab upar chala jata hai to waqt nahi mein ekdam khilamen rehta hai. phir woh dheere dheere jab neeche aata hai to phir thoda thaqqat phir neeche phir neeche phir aata hi yeh zameen par aa hi jata hai.</w:t>
      </w:r>
    </w:p>
    <w:p>
      <w:pPr>
        <w:jc w:val="right"/>
      </w:pPr>
      <w:r>
        <w:t>बहुत ज़्यादा अब जैसे होता है ना कि जहाज़ एकदम आसमान में जब ऊपर चला जाता है तो वक़्त नहीं में एकदम ख़िलामें रहता है. फिर वह धीरे धीरे जब नीचे आता है तो फिर थोड़ा थक़्क़त फिर नीचे फिर नीचे फिर आता ही यह ज़मीन पर आ ही जाता है.</w:t>
      </w:r>
    </w:p>
    <w:p>
      <w:r>
        <w:rPr>
          <w:b/>
        </w:rPr>
        <w:t xml:space="preserve">[40:17] </w:t>
      </w:r>
      <w:r>
        <w:t>to ek waqt aata hai insaan ke paas bhi ki woh phir apne us apne us level par</w:t>
      </w:r>
    </w:p>
    <w:p>
      <w:pPr>
        <w:jc w:val="right"/>
      </w:pPr>
      <w:r>
        <w:t>तो एक वक़्त आता है इंसान के पास भी कि वह फिर अपने उस अपने उस level पर</w:t>
      </w:r>
    </w:p>
    <w:p>
      <w:r>
        <w:rPr>
          <w:b/>
        </w:rPr>
        <w:t xml:space="preserve">[40:26] </w:t>
      </w:r>
      <w:r>
        <w:t>aa jata hai jo uski haiysiyat hai us par aa jata hai ki woh samajh jata hai ki</w:t>
      </w:r>
    </w:p>
    <w:p>
      <w:pPr>
        <w:jc w:val="right"/>
      </w:pPr>
      <w:r>
        <w:t>आ जाता है जो उसकी हैसियत है उस पर आ जाता है कि वह समझ जाता है कि</w:t>
      </w:r>
    </w:p>
    <w:p>
      <w:r>
        <w:rPr>
          <w:b/>
        </w:rPr>
        <w:t xml:space="preserve">[40:36] </w:t>
      </w:r>
      <w:r>
        <w:t>haan koi sab kuch galat hi kar diya.</w:t>
      </w:r>
    </w:p>
    <w:p>
      <w:pPr>
        <w:jc w:val="right"/>
      </w:pPr>
      <w:r>
        <w:t>हां कोई सब कुछ गलत ही कर दिया.</w:t>
      </w:r>
    </w:p>
    <w:p>
      <w:r>
        <w:rPr>
          <w:b/>
        </w:rPr>
        <w:t xml:space="preserve">[40:46] </w:t>
      </w:r>
      <w:r>
        <w:t>to aise hi unka bhi budhapa aaya bahut zyada takleef ke din ko ja raha to phir unhone</w:t>
      </w:r>
    </w:p>
    <w:p>
      <w:pPr>
        <w:jc w:val="right"/>
      </w:pPr>
      <w:r>
        <w:t>तो ऐसे ही उनका भी बुढ़ापा आया बहुत ज़्यादा तकलीफ के दिन को जा रहा तो फिर उन्होंने</w:t>
      </w:r>
    </w:p>
    <w:p>
      <w:r>
        <w:rPr>
          <w:b/>
        </w:rPr>
        <w:t xml:space="preserve">[40:55] </w:t>
      </w:r>
      <w:r>
        <w:t>matlab woh aur na paisa tha unke paas sab kuch khatm ho chuka tha.</w:t>
      </w:r>
    </w:p>
    <w:p>
      <w:pPr>
        <w:jc w:val="right"/>
      </w:pPr>
      <w:r>
        <w:t>मतलब वह और ना पैसा था उनके पास सब कुछ खत्म हो चुका था.</w:t>
      </w:r>
    </w:p>
    <w:p>
      <w:r>
        <w:rPr>
          <w:b/>
        </w:rPr>
        <w:t xml:space="preserve">[41:05] </w:t>
      </w:r>
      <w:r>
        <w:t>lataan unko ekdam neeche ekdam kar hi diya tha.</w:t>
      </w:r>
    </w:p>
    <w:p>
      <w:pPr>
        <w:jc w:val="right"/>
      </w:pPr>
      <w:r>
        <w:t>लतान उनको एकदम नीचे एकदम कर ही दिया था.</w:t>
      </w:r>
    </w:p>
    <w:p>
      <w:r>
        <w:rPr>
          <w:b/>
        </w:rPr>
        <w:t xml:space="preserve">[41:15] </w:t>
      </w:r>
      <w:r>
        <w:t>achchhi yahi kahna tha.</w:t>
      </w:r>
    </w:p>
    <w:p>
      <w:pPr>
        <w:jc w:val="right"/>
      </w:pPr>
      <w:r>
        <w:t>अच्छी यही कहना था.</w:t>
      </w:r>
    </w:p>
    <w:p>
      <w:r>
        <w:rPr>
          <w:b/>
        </w:rPr>
        <w:t xml:space="preserve">[41:19] </w:t>
      </w:r>
      <w:r>
        <w:t>jazaa kallah aapa.</w:t>
      </w:r>
    </w:p>
    <w:p>
      <w:pPr>
        <w:jc w:val="right"/>
      </w:pPr>
      <w:r>
        <w:t>जज़ा कल्लाह आपा.</w:t>
      </w:r>
    </w:p>
    <w:p>
      <w:r>
        <w:rPr>
          <w:b/>
        </w:rPr>
        <w:t xml:space="preserve">[41:23] </w:t>
      </w:r>
      <w:r>
        <w:t>razia aap kuchh share karengi? haan. ji. assalam likhun. wale. haan.</w:t>
      </w:r>
    </w:p>
    <w:p>
      <w:pPr>
        <w:jc w:val="right"/>
      </w:pPr>
      <w:r>
        <w:t>रज़िया आप कुछ share करेंगी? हां. जी. अस्लाम लिखूं. वाले. हां.</w:t>
      </w:r>
    </w:p>
    <w:p>
      <w:r>
        <w:rPr>
          <w:b/>
        </w:rPr>
        <w:t xml:space="preserve">[41:28] </w:t>
      </w:r>
      <w:r>
        <w:t>Papa jaise aapki aawaaz bahut kam hai.</w:t>
      </w:r>
    </w:p>
    <w:p>
      <w:pPr>
        <w:jc w:val="right"/>
      </w:pPr>
      <w:r>
        <w:t>Papa जैसे आपकी आवाज़ बहुत कम है.</w:t>
      </w:r>
    </w:p>
    <w:p>
      <w:r>
        <w:rPr>
          <w:b/>
        </w:rPr>
        <w:t xml:space="preserve">[41:32] </w:t>
      </w:r>
      <w:r>
        <w:t>haan, ab aa rahi hai?</w:t>
      </w:r>
    </w:p>
    <w:p>
      <w:pPr>
        <w:jc w:val="right"/>
      </w:pPr>
      <w:r>
        <w:t>हां, अब आ रही है?</w:t>
      </w:r>
    </w:p>
    <w:p>
      <w:r>
        <w:rPr>
          <w:b/>
        </w:rPr>
        <w:t xml:space="preserve">[41:37] </w:t>
      </w:r>
      <w:r>
        <w:t>ji ji, ab dekhte hain.</w:t>
      </w:r>
    </w:p>
    <w:p>
      <w:pPr>
        <w:jc w:val="right"/>
      </w:pPr>
      <w:r>
        <w:t>जी जी, अब देखते हैं.</w:t>
      </w:r>
    </w:p>
    <w:p>
      <w:r>
        <w:rPr>
          <w:b/>
        </w:rPr>
        <w:t xml:space="preserve">[41:41] </w:t>
      </w:r>
      <w:r>
        <w:t>haan, papa ismein jaise jo yeh aayat hai, ismein ek to halla taala ki marzi ka pata chal raha hai.</w:t>
      </w:r>
    </w:p>
    <w:p>
      <w:pPr>
        <w:jc w:val="right"/>
      </w:pPr>
      <w:r>
        <w:t>हां, papa इसमें जैसे जो यह आयत है, इसमें एक तो हल्ला ताला कि मर्ज़ी का पता चल रहा है.</w:t>
      </w:r>
    </w:p>
    <w:p>
      <w:r>
        <w:rPr>
          <w:b/>
        </w:rPr>
        <w:t xml:space="preserve">[41:46] </w:t>
      </w:r>
      <w:r>
        <w:t>dusra ismein ek mauka bhi diya ja raha hai. jaise kabhi kabhi hota yeh hai ki agar kisi insan se galti ho jati hai to woh itna nadim hota hai ki usko yeh bhi nahi samajh aata ki woh ab kya karein? to aksar phir yeh ek ayat jo di hai, allah taala ne ek ummeed jagai hai apne bandon ke dil mein. to yeh agar ayat na hoti to woh tasawwur kar sakta hai.</w:t>
      </w:r>
    </w:p>
    <w:p>
      <w:pPr>
        <w:jc w:val="right"/>
      </w:pPr>
      <w:r>
        <w:t>दूसरा इसमें एक मौका भी दिया जा रहा है. जैसे कभी कभी होता यह है कि अगर किसी इंसान से गलती हो जाती है तो वह इतना नादिम होता है कि उसको यह भी नहीं समझ आता कि वह अब क्या करें? तो अक्सर फिर यह एक आयत जो दी है, अल्लाह ताला ने एक उम्मीद जगाई है अपने बंदों के दिल में. तो यह अगर आयत ना होती तो वह तसबूर कर सकता है.</w:t>
      </w:r>
    </w:p>
    <w:p>
      <w:r>
        <w:rPr>
          <w:b/>
        </w:rPr>
        <w:t xml:space="preserve">[42:12] </w:t>
      </w:r>
      <w:r>
        <w:t>woh insan jis se koi guna ho jaye, to woh kya karta? ya to woh stress mein hi rehta ya phir woh jo hai aisa bhi hota hai ki kabhi kabhi insan guna agar ho jata hai to phir woh sochta ki main mar jaun ya kuch matlab kuch negative, negative ho jata. lekin yeh cheez jo hai usko positive jo hai sakaratmak cheezein allah taala se ummeed bandhti hai.</w:t>
      </w:r>
    </w:p>
    <w:p>
      <w:pPr>
        <w:jc w:val="right"/>
      </w:pPr>
      <w:r>
        <w:t>वह इंसान जिससे कोई गुना हो जाए, तो वह क्या करता? या तो वह stress में ही रहता या फिर वह जो है ऐसा भी होता है कि कभी कभी इंसान गुना अगर हो जाता है तो फिर वह सोचता कि मैं मर जाऊं या कुछ मतलब कुछ negative, negative हो जाता. लेकिन यह चीज़ जो है उसको positive जो है सकारात्मक चीज़ें अल्लाह ताला से उम्मीद बांधती है.</w:t>
      </w:r>
    </w:p>
    <w:p>
      <w:r>
        <w:rPr>
          <w:b/>
        </w:rPr>
        <w:t xml:space="preserve">[42:38] </w:t>
      </w:r>
      <w:r>
        <w:t>to jaise ki kehte hain ki jo modern jo sudhar, reformation yeh aajkal ismein bhi hai ki jaise jail wagera ka jo tasawwur hai, to jail mein jab logon se logon ko dala jata hai, punishment di jati hai, to unke punishment ko kam kar diya jata hai jab woh apne wahan par jo unka record accha ho jata hai to.</w:t>
      </w:r>
    </w:p>
    <w:p>
      <w:pPr>
        <w:jc w:val="right"/>
      </w:pPr>
      <w:r>
        <w:t>तो जैसे कि कहते हैं कि जो modern जो सुधार, reformation यह आजकल इसमें भी है कि जैसे jail वगैरह का जो तस्वगुर है, तो jail में जब लोगों से लोगों को डाला जाता है, punishment दी जाती है, तो उनके punishment को कम कर दिया जाता है जब वह अपने वहां पर जो उनका record अच्छा हो जाता है तो.</w:t>
      </w:r>
    </w:p>
    <w:p>
      <w:r>
        <w:rPr>
          <w:b/>
        </w:rPr>
        <w:t xml:space="preserve">[43:01] </w:t>
      </w:r>
      <w:r>
        <w:t>to matlab yeh hai ki yeh ayat, islamic matlab kehna chahiye ki yeh quran se yeh ayat jo hai yeh ek insan ke andar reformation, islah karne ka jazba paida karti hai. dusra maine kahin maulana sahab ka hi shayad article tha jismein kahin quote hai ki woh galti sabse acchi galti hoti hai jo insan ko allah taala ki taraf mod de.</w:t>
      </w:r>
    </w:p>
    <w:p>
      <w:pPr>
        <w:jc w:val="right"/>
      </w:pPr>
      <w:r>
        <w:t>तो मतलब यह है कि यह आयत, इस्लामिक मतलब कहना चाहिए कि यह कुरान से यह आयत जो है यह एक इंसान के अंदर reformation, इस्लाह करने का जज़्बा पैदा करती है. दूसरा मैंने कहीं मौलाना साहब का ही शायद article था जिसमें कहीं quote है कि वह गलती सबसे अच्छी गलती होती है जो इंसान को अल्लाह तालक की तरफ मोड़ दे.</w:t>
      </w:r>
    </w:p>
    <w:p>
      <w:r>
        <w:rPr>
          <w:b/>
        </w:rPr>
        <w:t xml:space="preserve">[43:26] </w:t>
      </w:r>
      <w:r>
        <w:t>matlab galtiyon mein bhi koi woh galti jo Allah taala ki taraf mod de, woh galti sabse achchhi</w:t>
      </w:r>
    </w:p>
    <w:p>
      <w:pPr>
        <w:jc w:val="right"/>
      </w:pPr>
      <w:r>
        <w:t>मतलब गलतियों में भी कोई वह गलती जो अल्लाह ताला की तरफ मोड़ दे, वह गलती सबसे अच्छी</w:t>
      </w:r>
    </w:p>
    <w:p>
      <w:r>
        <w:rPr>
          <w:b/>
        </w:rPr>
        <w:t xml:space="preserve">[43:40] </w:t>
      </w:r>
      <w:r>
        <w:t>galti hoti hai.</w:t>
      </w:r>
    </w:p>
    <w:p>
      <w:pPr>
        <w:jc w:val="right"/>
      </w:pPr>
      <w:r>
        <w:t>गलती होती है.</w:t>
      </w:r>
    </w:p>
    <w:p>
      <w:r>
        <w:rPr>
          <w:b/>
        </w:rPr>
        <w:t xml:space="preserve">[43:55] </w:t>
      </w:r>
      <w:r>
        <w:t>bas yahi kahna cha rahi thi aapka.</w:t>
      </w:r>
    </w:p>
    <w:p>
      <w:pPr>
        <w:jc w:val="right"/>
      </w:pPr>
      <w:r>
        <w:t>बस यही कहना चाह रही थी आपका.</w:t>
      </w:r>
    </w:p>
    <w:p>
      <w:r>
        <w:rPr>
          <w:b/>
        </w:rPr>
        <w:t xml:space="preserve">[44:10] </w:t>
      </w:r>
      <w:r>
        <w:t>aur hum sabko behtareen khatakaar banna hai inshallah.</w:t>
      </w:r>
    </w:p>
    <w:p>
      <w:pPr>
        <w:jc w:val="right"/>
      </w:pPr>
      <w:r>
        <w:t>और हम सबको बेहतरीन खतराकार बनना है इशाला.</w:t>
      </w:r>
    </w:p>
    <w:p>
      <w:r>
        <w:rPr>
          <w:b/>
        </w:rPr>
        <w:t xml:space="preserve">[44:21] </w:t>
      </w:r>
      <w:r>
        <w:t>haan haan, ji aap.</w:t>
      </w:r>
    </w:p>
    <w:p>
      <w:pPr>
        <w:jc w:val="right"/>
      </w:pPr>
      <w:r>
        <w:t>हां हां, जी आप.</w:t>
      </w:r>
    </w:p>
    <w:p>
      <w:r>
        <w:rPr>
          <w:b/>
        </w:rPr>
        <w:t xml:space="preserve">[44:32] </w:t>
      </w:r>
      <w:r>
        <w:t>asama aap apni learning ko share karen. asama walikum. walikum.</w:t>
      </w:r>
    </w:p>
    <w:p>
      <w:pPr>
        <w:jc w:val="right"/>
      </w:pPr>
      <w:r>
        <w:t>असाना आप अपनी learning को share करें. असाम वालिकुम. वालिकुम.</w:t>
      </w:r>
    </w:p>
    <w:p>
      <w:r>
        <w:rPr>
          <w:b/>
        </w:rPr>
        <w:t xml:space="preserve">[44:43] </w:t>
      </w:r>
      <w:r>
        <w:t>ji, so aaj ke session se jo meri learning hui hai, jaise ki hum quran ke verse padhte</w:t>
      </w:r>
    </w:p>
    <w:p>
      <w:pPr>
        <w:jc w:val="right"/>
      </w:pPr>
      <w:r>
        <w:t>जी, so आज के session से जो मेरी learning हुई है, जैसे कि हम कुरान के verse पढ़ते</w:t>
      </w:r>
    </w:p>
    <w:p>
      <w:r>
        <w:rPr>
          <w:b/>
        </w:rPr>
        <w:t xml:space="preserve">[44:54] </w:t>
      </w:r>
      <w:r>
        <w:t>hain to humein yahan par milta hai ki aur apne rab se maafi maango, phir uski taraf palat aao.</w:t>
      </w:r>
    </w:p>
    <w:p>
      <w:pPr>
        <w:jc w:val="right"/>
      </w:pPr>
      <w:r>
        <w:t>हैं तो हमें यहां पर मिलता है कि और अपने रफ़ से माफ़ी मांगो, फिर उसकी तरफ पलट आओ.</w:t>
      </w:r>
    </w:p>
    <w:p>
      <w:r>
        <w:rPr>
          <w:b/>
        </w:rPr>
        <w:t xml:space="preserve">[45:06] </w:t>
      </w:r>
      <w:r>
        <w:t>apni galtiyon ko realize karen jaise ki aap sabne kaha aur discovery karte rahen ki humne kis jagah</w:t>
      </w:r>
    </w:p>
    <w:p>
      <w:pPr>
        <w:jc w:val="right"/>
      </w:pPr>
      <w:r>
        <w:t>अपनी ग़लतियों को realize करें जैसे कि आप सबने कहा और discovery करते रहें कि हमने किस जगह</w:t>
      </w:r>
    </w:p>
    <w:p>
      <w:r>
        <w:rPr>
          <w:b/>
        </w:rPr>
        <w:t xml:space="preserve">[45:24] </w:t>
      </w:r>
      <w:r>
        <w:t>par kya pattern galat kiya?</w:t>
      </w:r>
    </w:p>
    <w:p>
      <w:pPr>
        <w:jc w:val="right"/>
      </w:pPr>
      <w:r>
        <w:t>पर क्या pattern ग़लत किया?</w:t>
      </w:r>
    </w:p>
    <w:p>
      <w:r>
        <w:rPr>
          <w:b/>
        </w:rPr>
        <w:t xml:space="preserve">[45:43] </w:t>
      </w:r>
      <w:r>
        <w:t>to jab humein yeh cheez pata chal jayegi to hamare andar woh hai na khaufkhuda ki ahmiyat jaag jayegi.</w:t>
      </w:r>
    </w:p>
    <w:p>
      <w:pPr>
        <w:jc w:val="right"/>
      </w:pPr>
      <w:r>
        <w:t>तो जब हमें यह चीज़ पता चल जाएगी तो हमारे अंदर वह है ना खौफिक ख़ुदा की अहमियत जाग जाएगी.</w:t>
      </w:r>
    </w:p>
    <w:p>
      <w:r>
        <w:rPr>
          <w:b/>
        </w:rPr>
        <w:t xml:space="preserve">[46:01] </w:t>
      </w:r>
      <w:r>
        <w:t>hamare andar dar ho jayega.</w:t>
      </w:r>
    </w:p>
    <w:p>
      <w:pPr>
        <w:jc w:val="right"/>
      </w:pPr>
      <w:r>
        <w:t>हमारे अंदर डर हो जाएगा.</w:t>
      </w:r>
    </w:p>
    <w:p>
      <w:r>
        <w:rPr>
          <w:b/>
        </w:rPr>
        <w:t xml:space="preserve">[46:20] </w:t>
      </w:r>
      <w:r>
        <w:t>to mujhe yeh aaj ke session se yeh baat mujhe samajh mein aayi. jaza kallah thank you. sharm parvesh aap kuch kehna chahengi? aap logon ka discussion se humein yeh samajh mein aayi ki insaan to khatarkar hai. insaan ko apna galti ka jald se jald maafi mangna chahiye. jo insaan apna galti par nadim rehta hai wahi saswar insaan hai. agar hum khatra khatra khatra karke hum nadim nahin hote hain.</w:t>
      </w:r>
    </w:p>
    <w:p>
      <w:pPr>
        <w:jc w:val="right"/>
      </w:pPr>
      <w:r>
        <w:t>तो मुझे यह आज के session से यह बात मुझे समझ में आई. जिज़ा कल्लाह thank you. श्रम परवेश आप कुछ कहना चाहेंगी? आप लोगों का discussion से हमें यह समझ में आई कि इंसान तो खतर्कार है. इंसान को अपना गलती का जल्द से जल्द माफी मांगना चाहिए. जो इंसान अपना गलती पर नादिम रहता है वही सस्वार इंसान है. अगर हम खतरा खतरा खतरा करके हम नादिम नहीं होते हैं.</w:t>
      </w:r>
    </w:p>
    <w:p>
      <w:r>
        <w:rPr>
          <w:b/>
        </w:rPr>
        <w:t xml:space="preserve">[46:50] </w:t>
      </w:r>
      <w:r>
        <w:t>to hum ibris mein shareek ho jayenge. allah kya aa gaya? hum allah allah ki rehmat se door jayenge.</w:t>
      </w:r>
    </w:p>
    <w:p>
      <w:pPr>
        <w:jc w:val="right"/>
      </w:pPr>
      <w:r>
        <w:t>तो हम इब्रिस में शरीर हो जाएंगे. अल्लाह क्या आ गया? हम अल्लाह अल्लाह की रहम्य से दूर जाएंगे.</w:t>
      </w:r>
    </w:p>
    <w:p>
      <w:r>
        <w:rPr>
          <w:b/>
        </w:rPr>
        <w:t xml:space="preserve">[47:00] </w:t>
      </w:r>
      <w:r>
        <w:t>humein chahiye ki humse, humse galti ho gayi yahi samajh mein aayi aap is session se. jaza jaza gala khair. jaza gala shivppan paresh for sharing your learning.</w:t>
      </w:r>
    </w:p>
    <w:p>
      <w:pPr>
        <w:jc w:val="right"/>
      </w:pPr>
      <w:r>
        <w:t>हमें चाहिए कि हमसे, हमसे गलती हो गई यही समझ में आई आप इस session से. जज़ा जज़ा गला खैर. जज़ा गला शिवप्न परेश for sharing your learning.</w:t>
      </w:r>
    </w:p>
    <w:p>
      <w:r>
        <w:rPr>
          <w:b/>
        </w:rPr>
        <w:t xml:space="preserve">[47:27] </w:t>
      </w:r>
      <w:r>
        <w:t>I think we have come to the end of the session almost and I request famida apa to conclude the session with the dua.</w:t>
      </w:r>
    </w:p>
    <w:p>
      <w:pPr>
        <w:jc w:val="right"/>
      </w:pPr>
      <w:r>
        <w:t>I think we have come to the end of the session almost and I request फ़मीदा आपा to conclude the session with the दुआ.</w:t>
      </w:r>
    </w:p>
    <w:p>
      <w:r>
        <w:rPr>
          <w:b/>
        </w:rPr>
        <w:t xml:space="preserve">[47:37] </w:t>
      </w:r>
      <w:r>
        <w:t>jab bhi jab bhi na mera aaj jo learning aaj sabki hui hai wah hum sab apne apne liye isko bahut zyada gehre se samjhen taki hum is kabil ho saken ki hum har waqt yeh keh saken ki hum maine galti kiya hai.</w:t>
      </w:r>
    </w:p>
    <w:p>
      <w:pPr>
        <w:jc w:val="right"/>
      </w:pPr>
      <w:r>
        <w:t>जब भी जब भी ना मेरा आज जो learning आज सबकी हुई है वह हम सब अपने अपने लिए इसको बहुत ज़्यादा गहरे से समझें ताकि हम इस काबिल हो सकें कि हम हर वक्त यह कह सकें कि हम मैंने गलती किया है.</w:t>
      </w:r>
    </w:p>
    <w:p>
      <w:r>
        <w:rPr>
          <w:b/>
        </w:rPr>
        <w:t xml:space="preserve">[47:58] </w:t>
      </w:r>
      <w:r>
        <w:t>har subah uthte ke sath hi hamare paas jo jo meri zindagi mein jo shuruaat hoti hai to us waqt itna matlab agar insaan apne aap ko consciously nahin samajhta, nahin dekhta hai to har waqt galti hoti hai. kisi na kisi tarike se galti hoti hi rehti hai.</w:t>
      </w:r>
    </w:p>
    <w:p>
      <w:pPr>
        <w:jc w:val="right"/>
      </w:pPr>
      <w:r>
        <w:t>हर सुबह उठते के साथ ही हमारे पास जो जो मेरी ज़िंदगी में जो शुरुआत होती है तो उस वक्त इतना मतलब अगर इंसान अपने आप को consciously नहीं समझता, नहीं देखता है तो हर वक्त गलती होती है. किसी ना किसी तरीके से गलती होती ही रहती है.</w:t>
      </w:r>
    </w:p>
    <w:p>
      <w:r>
        <w:rPr>
          <w:b/>
        </w:rPr>
        <w:t xml:space="preserve">[48:27] </w:t>
      </w:r>
      <w:r>
        <w:t>phir woh hamari aadat mein shamil ho jati hain. bahut sari cheezen aisi hoti hain. to bahut zyada check karna hai aur allah taala se dua karna hai aur kal main padh rahi thi.</w:t>
      </w:r>
    </w:p>
    <w:p>
      <w:pPr>
        <w:jc w:val="right"/>
      </w:pPr>
      <w:r>
        <w:t>फिर वह हमारी आदत में शामिल हो जाती हैं. बहुत सारी चीज़ें ऐसी होती हैं. तो बहुत ज़्यादा check करना है और अल्लाह ताला से द्वा करना है और कल मैं पढ़ रही थी.</w:t>
      </w:r>
    </w:p>
    <w:p>
      <w:r>
        <w:rPr>
          <w:b/>
        </w:rPr>
        <w:t xml:space="preserve">[48:40] </w:t>
      </w:r>
      <w:r>
        <w:t>mujhe mil hi nahin raha woh line ki Maulana sahib ne likha hai hadith ke hawale se ki</w:t>
      </w:r>
    </w:p>
    <w:p>
      <w:pPr>
        <w:jc w:val="right"/>
      </w:pPr>
      <w:r>
        <w:t>मुझे मिल ही नहीं रहा वह line कि मलाना साहब ने लिखा है हदीज़ के हवाले से कि</w:t>
      </w:r>
    </w:p>
    <w:p>
      <w:r>
        <w:rPr>
          <w:b/>
        </w:rPr>
        <w:t xml:space="preserve">[48:54] </w:t>
      </w:r>
      <w:r>
        <w:t>agar hum koi bhi cheez Allah taala se mangte hain to matlab koi bhi kuchh karna chahte hain to</w:t>
      </w:r>
    </w:p>
    <w:p>
      <w:pPr>
        <w:jc w:val="right"/>
      </w:pPr>
      <w:r>
        <w:t>अगर हम कोई भी चीज़ अल्लाताला से मांगते हैं तो मतलब कोई भी कुछ करना चाहते हैं तो</w:t>
      </w:r>
    </w:p>
    <w:p>
      <w:r>
        <w:rPr>
          <w:b/>
        </w:rPr>
        <w:t xml:space="preserve">[49:09] </w:t>
      </w:r>
      <w:r>
        <w:t>itne zyada helpless hum hain.</w:t>
      </w:r>
    </w:p>
    <w:p>
      <w:pPr>
        <w:jc w:val="right"/>
      </w:pPr>
      <w:r>
        <w:t>इतने ज़्यादा helpless हम हैं.</w:t>
      </w:r>
    </w:p>
    <w:p>
      <w:r>
        <w:rPr>
          <w:b/>
        </w:rPr>
        <w:t xml:space="preserve">[49:24] </w:t>
      </w:r>
      <w:r>
        <w:t>humko yahi nahin pata ki hum ghalti kar rahe hain aur humko yahi nahin pata ki humne kitni badi ghalti kiya hai. to har waqt har waqt alladara se yeh bhi dua karna hai humein ki hum ghalti se humko bacha hamari har jo ghlat aadaten hain usse humko bachaye aur humein sahi nazar se humein har cheezon ko humko dikhaye aur allah taala humein is tarah ke karne ki tafeeq de. ameen.</w:t>
      </w:r>
    </w:p>
    <w:p>
      <w:pPr>
        <w:jc w:val="right"/>
      </w:pPr>
      <w:r>
        <w:t>हमको यही नहीं पता कि हम ग़लती कर रहे हैं और हमको यही नहीं पता कि हमने कितनी बड़ी ग़लती किया है. तो हर वक़्त हर वक़्त अल्लादारा से यह भी द्वा करना है हमें कि हम ग़लती से हमको बचा हमारी हर जो ग़लत आदतें हैं उससे हमको बचाए और हमें सही नज़र से हमें हर चीज़ों को हमको दिखाए और अल्लाह तालाह हमें इस तराकेत करने की ताफ़ीक़ दे. अमीन.</w:t>
      </w:r>
    </w:p>
    <w:p>
      <w:r>
        <w:rPr>
          <w:b/>
        </w:rPr>
        <w:t xml:space="preserve">[49:51] </w:t>
      </w:r>
      <w:r>
        <w:t>jaisa kar lahabad. ameen, jaise ki aapne abhi kaha apa to aaj subah mein main wahi lecture shayad aap usi lecture se hi related kuch keh rahi hain. maine bhi Maulana ke lecture mein yahi suna ki hum zara si baat ke har situation mein negative ho jate hain doston ke liye.</w:t>
      </w:r>
    </w:p>
    <w:p>
      <w:pPr>
        <w:jc w:val="right"/>
      </w:pPr>
      <w:r>
        <w:t>जैसा कर लाहाबाद. अमीन, जैसे कि आपने अभी कहा आपा तो आज सुबह में मैं वही lecture शायद आप उसी lecture से ही related कुछ कह रही हैं. मैंने भी मोलाना के lecture में यही सुना कि हम जरा सी बात के हर situation में negative हो जाते हैं दोस्तों के लिए.</w:t>
      </w:r>
    </w:p>
    <w:p>
      <w:r>
        <w:rPr>
          <w:b/>
        </w:rPr>
        <w:t xml:space="preserve">[50:10] </w:t>
      </w:r>
      <w:r>
        <w:t>agar kuchh hamare saath kuchh bhi ke bare mein.</w:t>
      </w:r>
    </w:p>
    <w:p>
      <w:pPr>
        <w:jc w:val="right"/>
      </w:pPr>
      <w:r>
        <w:t>अगर कुछ हमारे साथ कुछ भी के बारे में.</w:t>
      </w:r>
    </w:p>
    <w:p>
      <w:r>
        <w:rPr>
          <w:b/>
        </w:rPr>
        <w:t xml:space="preserve">[50:17] </w:t>
      </w:r>
      <w:r>
        <w:t>to yeh bahut important dua hai.</w:t>
      </w:r>
    </w:p>
    <w:p>
      <w:pPr>
        <w:jc w:val="right"/>
      </w:pPr>
      <w:r>
        <w:t>तो यह बहुत important दुआ है.</w:t>
      </w:r>
    </w:p>
    <w:p>
      <w:r>
        <w:rPr>
          <w:b/>
        </w:rPr>
        <w:t xml:space="preserve">[50:25] </w:t>
      </w:r>
      <w:r>
        <w:t>hum sab is dua ki jo meaning hai apni zindagi mein dalein aur apna self introspection karein which</w:t>
      </w:r>
    </w:p>
    <w:p>
      <w:pPr>
        <w:jc w:val="right"/>
      </w:pPr>
      <w:r>
        <w:t>हम सब इस दुआ की जो meaning है अपनी ज़िंदगी में डालें और अपना self introspection करें which</w:t>
      </w:r>
    </w:p>
    <w:p>
      <w:r>
        <w:rPr>
          <w:b/>
        </w:rPr>
        <w:t xml:space="preserve">[50:32] </w:t>
      </w:r>
      <w:r>
        <w:t>is very very important to be modest and ask for forgiveness for Mandela.</w:t>
      </w:r>
    </w:p>
    <w:p>
      <w:pPr>
        <w:jc w:val="right"/>
      </w:pPr>
      <w:r>
        <w:t>is very very important to be modest and ask for forgiveness for मंडला.</w:t>
      </w:r>
    </w:p>
    <w:p>
      <w:r>
        <w:rPr>
          <w:b/>
        </w:rPr>
        <w:t xml:space="preserve">[50:40] </w:t>
      </w:r>
      <w:r>
        <w:t>tabhi humein forgiveness milegi.</w:t>
      </w:r>
    </w:p>
    <w:p>
      <w:pPr>
        <w:jc w:val="right"/>
      </w:pPr>
      <w:r>
        <w:t>तभी हमें forgiveness मिलेगी.</w:t>
      </w:r>
    </w:p>
    <w:p>
      <w:r>
        <w:rPr>
          <w:b/>
        </w:rPr>
        <w:t xml:space="preserve">[50:48] </w:t>
      </w:r>
      <w:r>
        <w:t>sirf khaali aise bolne se humein nahi milegi.</w:t>
      </w:r>
    </w:p>
    <w:p>
      <w:pPr>
        <w:jc w:val="right"/>
      </w:pPr>
      <w:r>
        <w:t>सिर्फ खाली ऐसे बोलने से हमें नहीं मिलेगी.</w:t>
      </w:r>
    </w:p>
    <w:p>
      <w:r>
        <w:rPr>
          <w:b/>
        </w:rPr>
        <w:t xml:space="preserve">[50:55] </w:t>
      </w:r>
      <w:r>
        <w:t>humein apne upar bahut zyada kaam karna hai rather than pointing the finger on others why they didn't.</w:t>
      </w:r>
    </w:p>
    <w:p>
      <w:pPr>
        <w:jc w:val="right"/>
      </w:pPr>
      <w:r>
        <w:t>हमें अपने ऊपर बहुत ज़्यादा काम करना है rather than pointing the finger on others why they didn't.</w:t>
      </w:r>
    </w:p>
    <w:p>
      <w:r>
        <w:rPr>
          <w:b/>
        </w:rPr>
        <w:t xml:space="preserve">[51:03] </w:t>
      </w:r>
      <w:r>
        <w:t>toh in shahAllah with this we end this session.</w:t>
      </w:r>
    </w:p>
    <w:p>
      <w:pPr>
        <w:jc w:val="right"/>
      </w:pPr>
      <w:r>
        <w:t>तो in shahAllah with this we end this session.</w:t>
      </w:r>
    </w:p>
    <w:p>
      <w:r>
        <w:rPr>
          <w:b/>
        </w:rPr>
        <w:t xml:space="preserve">[51:11] </w:t>
      </w:r>
      <w:r>
        <w:t>in shahAllah we meet again next week with the new topic. assalam lekun.</w:t>
      </w:r>
    </w:p>
    <w:p>
      <w:pPr>
        <w:jc w:val="right"/>
      </w:pPr>
      <w:r>
        <w:t>In shahAllah we meet again next week with the new topic. अस्सलाम लेकून.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