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Monthly Q and A with Prof. Farida Khanam &amp; Maulana Farhad Ahmed Umeri November 26, 2023</w:t>
      </w:r>
    </w:p>
    <w:p>
      <w:r>
        <w:t>https://www.youtube.com/watch?v=0UB0fZWd5X0</w:t>
      </w:r>
    </w:p>
    <w:p>
      <w:r>
        <w:rPr>
          <w:b/>
        </w:rPr>
        <w:t xml:space="preserve">[00:00] </w:t>
      </w:r>
      <w:r>
        <w:t>I I welcome you all to this q and a session.</w:t>
      </w:r>
    </w:p>
    <w:p>
      <w:pPr>
        <w:jc w:val="right"/>
      </w:pPr>
      <w:r>
        <w:t>I I welcome you all to this q and a session.</w:t>
      </w:r>
    </w:p>
    <w:p>
      <w:r>
        <w:rPr>
          <w:b/>
        </w:rPr>
        <w:t xml:space="preserve">[00:08] </w:t>
      </w:r>
      <w:r>
        <w:t>It's a monthly at the end of the month, we'll take this session with professor Farida Khanam, chairperson</w:t>
      </w:r>
    </w:p>
    <w:p>
      <w:pPr>
        <w:jc w:val="right"/>
      </w:pPr>
      <w:r>
        <w:t>It's a monthly at the end of the month, we'll take this session with professor Farida Khanam, chairperson</w:t>
      </w:r>
    </w:p>
    <w:p>
      <w:r>
        <w:rPr>
          <w:b/>
        </w:rPr>
        <w:t xml:space="preserve">[00:16] </w:t>
      </w:r>
      <w:r>
        <w:t>of CPS International, and Maulana Farad Ahmed Umri, who attend this session, and they listen to our questions</w:t>
      </w:r>
    </w:p>
    <w:p>
      <w:pPr>
        <w:jc w:val="right"/>
      </w:pPr>
      <w:r>
        <w:t>of CPS International, and मोलाना Farad Ahmed Umri, who attend this session, and they listen to our questions</w:t>
      </w:r>
    </w:p>
    <w:p>
      <w:r>
        <w:rPr>
          <w:b/>
        </w:rPr>
        <w:t xml:space="preserve">[00:25] </w:t>
      </w:r>
      <w:r>
        <w:t>and queries and give the answers.</w:t>
      </w:r>
    </w:p>
    <w:p>
      <w:pPr>
        <w:jc w:val="right"/>
      </w:pPr>
      <w:r>
        <w:t>and queries and give the answers.</w:t>
      </w:r>
    </w:p>
    <w:p>
      <w:r>
        <w:rPr>
          <w:b/>
        </w:rPr>
        <w:t xml:space="preserve">[00:33] </w:t>
      </w:r>
      <w:r>
        <w:t>We are very thankful to both of them to being present in this session.</w:t>
      </w:r>
    </w:p>
    <w:p>
      <w:pPr>
        <w:jc w:val="right"/>
      </w:pPr>
      <w:r>
        <w:t>We are very thankful to both of them to being present in this session.</w:t>
      </w:r>
    </w:p>
    <w:p>
      <w:r>
        <w:rPr>
          <w:b/>
        </w:rPr>
        <w:t xml:space="preserve">[00:41] </w:t>
      </w:r>
      <w:r>
        <w:t>And it's a very important session because this session focuses on our intellectual development and personality development.</w:t>
      </w:r>
    </w:p>
    <w:p>
      <w:pPr>
        <w:jc w:val="right"/>
      </w:pPr>
      <w:r>
        <w:t>And it's a very important session because this session focuses on our intellectual development and personality development.</w:t>
      </w:r>
    </w:p>
    <w:p>
      <w:r>
        <w:rPr>
          <w:b/>
        </w:rPr>
        <w:t xml:space="preserve">[00:50] </w:t>
      </w:r>
      <w:r>
        <w:t>I welcome you, Akbar, to this session. Start this session with, you know, beautiful message by you for all the ladies who is sitting here and attending your session. aap log to aisa lagta hai ki humse bhi zyada trained ho gayi hain. humse zyada mature ho gayi hain.</w:t>
      </w:r>
    </w:p>
    <w:p>
      <w:pPr>
        <w:jc w:val="right"/>
      </w:pPr>
      <w:r>
        <w:t>I welcome you, अकबर, to this session. Start this session with, you know, beautiful message by you for all the ladies who is sitting here and attending your session. आप लोग तो ऐसा लगता है कि हमसे भी ज़्यादा trained हो गई हैं. हमसे ज़्यादा mature हो गई हैं.</w:t>
      </w:r>
    </w:p>
    <w:p>
      <w:r>
        <w:rPr>
          <w:b/>
        </w:rPr>
        <w:t xml:space="preserve">[01:15] </w:t>
      </w:r>
      <w:r>
        <w:t>is qadar lagi hui hain din ke kaam mein ki humein lagta hai ki aap logon se humein learning karni hai. to wahi theek rehta hai agar koi query hai to wah hum bol dein usmein. to aaj jo humne program kiya tha wah bhi aap logon ne suna hoga. to wah ek aur baat batani thi usmein.</w:t>
      </w:r>
    </w:p>
    <w:p>
      <w:pPr>
        <w:jc w:val="right"/>
      </w:pPr>
      <w:r>
        <w:t>इस कदल लगी हुई हैं दिन के काम में कि हमें लगता है कि आप लोगों से हमें learning करनी है. तो वही ठीक रहता है अगर कोई query है तो वह हम बोल दें उसमें. तो आज जो हमने program किया था वह भी आप लोगों ने सुना होगा. तो वह एक और बात बतानी थी उसमें.</w:t>
      </w:r>
    </w:p>
    <w:p>
      <w:r>
        <w:rPr>
          <w:b/>
        </w:rPr>
        <w:t xml:space="preserve">[01:42] </w:t>
      </w:r>
      <w:r>
        <w:t>baad mein usmein dalenge ki ek bahut bada glacier, oldest aur largest glacier tootkar gira hai Antarctica se aur tair raha hai samundar mein.</w:t>
      </w:r>
    </w:p>
    <w:p>
      <w:pPr>
        <w:jc w:val="right"/>
      </w:pPr>
      <w:r>
        <w:t>बाद में उसमें डालेंगे कि एक बहुत बड़ा glacier, oldest और largest glacier टूटकर गिरा है Antarctica से और तैर रहा है समुन्दर में.</w:t>
      </w:r>
    </w:p>
    <w:p>
      <w:r>
        <w:rPr>
          <w:b/>
        </w:rPr>
        <w:t xml:space="preserve">[01:57] </w:t>
      </w:r>
      <w:r>
        <w:t>to yeh bahut zyada darane wali baat hai kyunki is tarike se wah sea level rise hota rahega aur bahut zyada salash to bahut zyada last cheezen aaenge zyada humein bahut zyada alert ho jana hai, bahut zyada ana khud aapko yaad karna hai aur bas isi dawa work mein lage rehna hai.</w:t>
      </w:r>
    </w:p>
    <w:p>
      <w:pPr>
        <w:jc w:val="right"/>
      </w:pPr>
      <w:r>
        <w:t>तो यह बहुत ज़्यादा डराने वाली बात है क्योंकि इस तरीके से वह sea level rise होता रहेगा और बहुत ज़्यादा सालाश तो बहुत ज़्यादा last चीज़ें आऐंगे ज़्यादा हमें बहुत ज़्यादा alert हो जाना है, बहुत ज़्यादा आना खुद आपको याद करना है और बस इसी दावा work में लगे रहना है.</w:t>
      </w:r>
    </w:p>
    <w:p>
      <w:r>
        <w:rPr>
          <w:b/>
        </w:rPr>
        <w:t xml:space="preserve">[02:26] </w:t>
      </w:r>
      <w:r>
        <w:t>yahi hamara kaam hai apne aap ki islah apne aap ke liye marfat aur doosron ke liye dawat aur isi mein mashaAllah aap log lage hue hain aur main to bahut zyada khush hoon. aap log jis tarike se kaam kar rahe hain. mashaAllah dalah isi mein kaam aage badhta rahega aur jo hamara dawat ka kaam jo hai wah uske maqsad jo hai fulfill hota rahega.</w:t>
      </w:r>
    </w:p>
    <w:p>
      <w:pPr>
        <w:jc w:val="right"/>
      </w:pPr>
      <w:r>
        <w:t>यही हमारा काम है अपने आप की इस्लाह अपने आप के लिए मार्फ़त और दूसरों के लिए दावत और इसी में माशाल्लाह आप लोग लगे हुए हैं और मैं तो बहुत ज़्यादा खुश हूं. आप लोग जिस तरीके से काम कर रहे हैं. माशाल्लाह दालाह इसी में काम आगे बढ़ता रहेगा और जो हमारा दावत का काम जो है वह उसके मकसद जो है fulfill होता रहेगा.</w:t>
      </w:r>
    </w:p>
    <w:p>
      <w:r>
        <w:rPr>
          <w:b/>
        </w:rPr>
        <w:t xml:space="preserve">[02:56] </w:t>
      </w:r>
      <w:r>
        <w:t>jaza kallapa for the beautiful message for motivating us and inspiring us And you are the leader, you're the guide, you are mentor after Maulana sahib, and we look always forward to you for for helping us to choose the right direction in doing this calling people to god. So we start this session with a question from rami dapa.</w:t>
      </w:r>
    </w:p>
    <w:p>
      <w:pPr>
        <w:jc w:val="right"/>
      </w:pPr>
      <w:r>
        <w:t>जिज़ा कल्लापा for the beautiful message for motivating us and inspiring us And you are the leader, you're the guide, you are mentor after मोलाना साहब, and we look always forward to you for for helping us to choose the right direction in doing this calling people to god. So we start this session with a question from रमि दापा.</w:t>
      </w:r>
    </w:p>
    <w:p>
      <w:r>
        <w:rPr>
          <w:b/>
        </w:rPr>
        <w:t xml:space="preserve">[03:24] </w:t>
      </w:r>
      <w:r>
        <w:t>assalama alahul mapa filhaal sahib. aaj mujhe ek chapter 24 se ki verse 55 ka explain karna ko main jaani thi faras sahib usko explain kar de. meri samajh mein nahin aa raha tha. to farasa main usko padhun verse ko? ji ji, padiye.</w:t>
      </w:r>
    </w:p>
    <w:p>
      <w:pPr>
        <w:jc w:val="right"/>
      </w:pPr>
      <w:r>
        <w:t>अस्सलामा अलाहुल मापा फ़िलहाल साहब. आज मुझे एक chapter 24 से कि verse 55 का explain करना को मैं जानी थी फ़रास साहब उसको explain कर दे. मेरी समझ में नहीं आ रहा था. तो फ़रासा मैं उसको पढ़ूं वर्ष को? जी जी, पढ़िए.</w:t>
      </w:r>
    </w:p>
    <w:p>
      <w:r>
        <w:rPr>
          <w:b/>
        </w:rPr>
        <w:t xml:space="preserve">[03:47] </w:t>
      </w:r>
      <w:r>
        <w:t>allah ne wada farmaya hai tumhein se un logon ke sath jo iman layen aur naik amal karen ki wah unko zameen mein yaktedar dega. jaisa ki unse pehle logon ko yaktedar diya tha aur unke liye unke din ko jama dega jis ka unke liye pasand kiya hai aur unki khauf ki halat ke baad usko aman se badal dega.</w:t>
      </w:r>
    </w:p>
    <w:p>
      <w:pPr>
        <w:jc w:val="right"/>
      </w:pPr>
      <w:r>
        <w:t>अल्लाह ने वादा फ़रमाया है तुम्हें से उन लोगों के साथ जो ईमान लाएं और नेक अमल करें कि वह उनको ज़मीन में यक्तेदार देगा. जैसा कि उनसे पहले लोगों को यक्तेदार दिया था और उनके लिए उनके दिन को जमा देगा जिस का उनके लिए पसंद किया है और उनकी खौक की हालत के बाद उसको अमन से बदल देगा.</w:t>
      </w:r>
    </w:p>
    <w:p>
      <w:r>
        <w:rPr>
          <w:b/>
        </w:rPr>
        <w:t xml:space="preserve">[04:11] </w:t>
      </w:r>
      <w:r>
        <w:t>wah sirf meri wadat karenge aur kisi cheez ko mera shareek na banayenge aur jo uske baad inkar karen to aise hi log naafarmaan hain. kya cheez ismein samajh mein nahin aa rahi hai? mujhe thodi si aur clear karana tha.</w:t>
      </w:r>
    </w:p>
    <w:p>
      <w:pPr>
        <w:jc w:val="right"/>
      </w:pPr>
      <w:r>
        <w:t>वह सिर्फ़ मेरी वादत करेंगे और किसी चीज़ को मेरा शरीक ना बनाएंगे और जो उसके बाद इनकार करें तो ऐसे ही लोग नाफ़रमान हैं. क्या चीज़ इसमें समझ में नहीं आ रही है? मुझे थोड़ी सी और clear कराना था.</w:t>
      </w:r>
    </w:p>
    <w:p>
      <w:r>
        <w:rPr>
          <w:b/>
        </w:rPr>
        <w:t xml:space="preserve">[04:31] </w:t>
      </w:r>
      <w:r>
        <w:t>Maulana sahib ne use explain to kiya hai lekin yeh ghlabba wali baat zara samajh mein nahin aata hai ki ki yeh kis tarah ka ghlabba aur kaisi har qaum ke zameen mein ghlabba deta hai is tarah isko janta hai. yeh ghlabbe ki baat nahin samajh mein aa rahi thi ki Power. Power kya? kis tarah ka power? boliye.</w:t>
      </w:r>
    </w:p>
    <w:p>
      <w:pPr>
        <w:jc w:val="right"/>
      </w:pPr>
      <w:r>
        <w:t>मोलाना साहब ने उसे explain तो किया है लेकिन यह ग़ल्बा वाली बात ज़रा समझ में नहीं आता है कि कि यह किस तरह का ग़ल्बा और कैसी हर कौम के ज़मीन में ग़ल्बा देता है इस तरह इसको जानता है. यह ग़ल्बे की बात नहीं समझ में आ रही थी कि Power. Power क्या? किस तरह का power? बोलिए.</w:t>
      </w:r>
    </w:p>
    <w:p>
      <w:r>
        <w:rPr>
          <w:b/>
        </w:rPr>
        <w:t xml:space="preserve">[04:57] </w:t>
      </w:r>
      <w:r>
        <w:t>asal mein yeh usmein maine dekha nahin magar maqte ki jo halaat thi aur daur tha religious persecution ka to uski wajah se koi kaam itna zyada profit aur sahaba kaam kar rahe the lekin kaam aage nahin badh raha tha kyunki mushrikeen ka ghlabba tha. ghlabba sirf political ghlabba nahin hota.</w:t>
      </w:r>
    </w:p>
    <w:p>
      <w:pPr>
        <w:jc w:val="right"/>
      </w:pPr>
      <w:r>
        <w:t>असल में यह उसमें मैंने देखा नहीं मगर मक़्ते की जो हालात थी और दौर था religious persecution का तो उसकी वजह से कोई काम इतना ज़्यादा profit और सहाबा काम कर रहे थे लेकिन काम आगे नहीं बढ़ रहा था क्योंकि मुश्रिकीन का ग़ल्बा था. ग़ल्बा सिर्फ़ political ग़ल्बा नहीं होता.</w:t>
      </w:r>
    </w:p>
    <w:p>
      <w:r>
        <w:rPr>
          <w:b/>
        </w:rPr>
        <w:t xml:space="preserve">[05:22] </w:t>
      </w:r>
      <w:r>
        <w:t>har lihaz se woh jo hai unhi ke paas har tarah ka power tha. to woh kisi ko koi kaam karne nahi dete the. rasulla sasualla mein itni peacefully dawa work kar rahe the to wo marte the. to ye galba sirf musalman aaj sirf siyasi galba ko galba samajhte hain.</w:t>
      </w:r>
    </w:p>
    <w:p>
      <w:pPr>
        <w:jc w:val="right"/>
      </w:pPr>
      <w:r>
        <w:t>हर लिहाज से वह जो है उन्हीं के पास हर तरह का power था. तो वह किसी को कोई काम करने नहीं देते थे. रसूल्ला ससूल्ला में इतनी peacefully दावा work कर रहे थे तो वो मारते थे. तो ये गलबा सिर्फ मुसलमान आज सिर्फ सियासी गलबा को गलबा समझते हैं.</w:t>
      </w:r>
    </w:p>
    <w:p>
      <w:r>
        <w:rPr>
          <w:b/>
        </w:rPr>
        <w:t xml:space="preserve">[05:46] </w:t>
      </w:r>
      <w:r>
        <w:t>to wo allah taala ne diya jab makka pata ho gaya, sara arabiya fatah ho gaya, sare aas paas ke momlik patah ho gaye to galba to diya. ab galba wah wah wah galba hazar saal raha aur uske baad bahut sare pachas se zyada momlik hai na? pachas se zyada mumalik musalmanon ke paas hain.</w:t>
      </w:r>
    </w:p>
    <w:p>
      <w:pPr>
        <w:jc w:val="right"/>
      </w:pPr>
      <w:r>
        <w:t>तो वो अल्लाह ताला ने दिया जब मक्का पता हो गया, सारा अरबिया फताह हो गया, सारे आस पास के मोमलिक पताह हो गए तो गलबा तो दिया. अब गलबा वह वह वह गलबा हज़ार साल रहा और उसके बाद बहुत सारे पचास से ज़्यादा मोमलिक है ना? पचास से ज़्यादा मुमालिक मुसलमानों के पास हैं.</w:t>
      </w:r>
    </w:p>
    <w:p>
      <w:r>
        <w:rPr>
          <w:b/>
        </w:rPr>
        <w:t xml:space="preserve">[06:07] </w:t>
      </w:r>
      <w:r>
        <w:t>ab agar musalman yeh samajhte hain ki jo mulk, jo land, jo khitta unke paas pehle tha woh dobara usko recover karein. to yeh to aayat mein hai nahi. aaj bhi musalmanon ke paas sab kuch hai, paisa hai, power hai aur har kaam woh kar sakte hain, karte nahi woh alag baat hai. to galba to hai matlab kya galba nahi hai? matlab kaam karne ke mawake, galba ka matlab hota hai kaam karne ke mawake.</w:t>
      </w:r>
    </w:p>
    <w:p>
      <w:pPr>
        <w:jc w:val="right"/>
      </w:pPr>
      <w:r>
        <w:t>अब अगर मुसलमान यह समझते हैं कि जो मुल्क, जो land, जो खित्ता उनके पास पहले था वह दोबारा उसको recover करें. तो यह तो आयत में है नहीं. आज भी मुसलमानों के पास सब कुछ है, पैसा है, power है और हर काम वह कर सकते हैं, करते नहीं वह अलग बात है. तो गलबा तो है मतलब क्या गलबा नहीं है? मतलब काम करने के मवाके, गलबा का मतलब होता है काम करने के मवाके.</w:t>
      </w:r>
    </w:p>
    <w:p>
      <w:r>
        <w:rPr>
          <w:b/>
        </w:rPr>
        <w:t xml:space="preserve">[06:37] </w:t>
      </w:r>
      <w:r>
        <w:t>to kaam karne ke mawake to musalmanon ne janm karke khatm kar rahe hain na? warna jo janm se pehle to mawake hi mawake the. ab agar yeh clear nahi hua to bataiye. ji aapka clear ho gaya yeh kaam karne ke moke jo aapne kaha na to isse clear ho gaya. maine yeh samajh mein nahi aa raha tha. aaj ke zamane mein kya ghalba hai? jisko ghalba kahenge?</w:t>
      </w:r>
    </w:p>
    <w:p>
      <w:pPr>
        <w:jc w:val="right"/>
      </w:pPr>
      <w:r>
        <w:t>तो काम करने के मवाके तो मुसलमानों ने जन्म कर करके खत्म कर रहे हैं ना? वरना जो जन्म से पहले तो मवाके ही मवाके थे. अब अगर यह clear नहीं हुआ तो बताइए. जी आपका clear हो गया यह काम करने के मौके जो आपने कहा ना तो इससे clear हो गया. मैंने यह समझ में नहीं आ रहा था. आज के जमाने में क्या ग़ल्बा है? जिसको ग़ल्बा कहेंगे?</w:t>
      </w:r>
    </w:p>
    <w:p>
      <w:r>
        <w:rPr>
          <w:b/>
        </w:rPr>
        <w:t xml:space="preserve">[07:05] </w:t>
      </w:r>
      <w:r>
        <w:t>ek ek mujhe saal deta hoon main aapko. ji.</w:t>
      </w:r>
    </w:p>
    <w:p>
      <w:pPr>
        <w:jc w:val="right"/>
      </w:pPr>
      <w:r>
        <w:t>एक एक मुझे साल देता हूं मैं आपको. जी.</w:t>
      </w:r>
    </w:p>
    <w:p>
      <w:r>
        <w:rPr>
          <w:b/>
        </w:rPr>
        <w:t xml:space="preserve">[07:24] </w:t>
      </w:r>
      <w:r>
        <w:t>abhi kuch dino pehle Taliban iktedaar mein aayi Afghanistan mein.</w:t>
      </w:r>
    </w:p>
    <w:p>
      <w:pPr>
        <w:jc w:val="right"/>
      </w:pPr>
      <w:r>
        <w:t>अभी कुछ दिनों पहले तालिबान इक्तेदार में आई Afghanistan में.</w:t>
      </w:r>
    </w:p>
    <w:p>
      <w:r>
        <w:rPr>
          <w:b/>
        </w:rPr>
        <w:t xml:space="preserve">[07:43] </w:t>
      </w:r>
      <w:r>
        <w:t>jab tak sari duniya aapko accept nahi karegi hukumat ke taur par aap hukumat nahi kar sakte hain. to yahan par ghalbe ka matlab yeh hai ki aap bazor taqat nahi hai matlab yahan par. yahan par matlab yeh hai ki aapko woh salahiyat dega. aapke andar woh cheez paida hogi jiski buniyad par aap logon ko dene ka kaam karenge.</w:t>
      </w:r>
    </w:p>
    <w:p>
      <w:pPr>
        <w:jc w:val="right"/>
      </w:pPr>
      <w:r>
        <w:t>जब तक सारी दुनिया आपको accept नहीं करेगी हुकूमत के तौर पर आप हुकूमत नहीं कर सकते हैं. तो यहां पर ग़ल्बे का मतलब यह है कि आप बज़ोर ताकत नहीं है मतलब यहां पर. यहां पर मतलब यह है कि आपको वह सलाहियत देगा. आपके अंदर वह चीज़ पैदा होगी जिसकी बुनियाद पर आप लोगों को देने का काम करेंगे.</w:t>
      </w:r>
    </w:p>
    <w:p>
      <w:r>
        <w:rPr>
          <w:b/>
        </w:rPr>
        <w:t xml:space="preserve">[08:10] </w:t>
      </w:r>
      <w:r>
        <w:t>jisko malana pyar karte the giver parasanariki dene wala samaj ka dene wala banda. to yeh kaam jab karenge to samaj ke andar aapko latla urooj dega. itne zyada giver the woh log ki unki kitabein solahvi sadi tak musalmanon ki kitabein europe ki university mein padhai jati thi. ab aaj musalman samajhte hain sirf political power hamare paas ho. ab woh khali political power to hai.</w:t>
      </w:r>
    </w:p>
    <w:p>
      <w:pPr>
        <w:jc w:val="right"/>
      </w:pPr>
      <w:r>
        <w:t>जिसको मलाना प्यार करते थे गिवर परासनारिकी देने वाला समाज का देने वाला बंदा. तो यह काम जब करेंगे तो समाज के अंदर आपको लतला उरोज देगा. इतने ज़्यादा गिवर थे वह लोग कि उनकी किताबें सोलहवीं सदी तक मुसलमानों की किताबें Europe की university में पढ़ाई जाती थी. अब आज मुसलमान समझते हैं सिर्फ political power हमारे पास हो. अब वह खाली political power तो है.</w:t>
      </w:r>
    </w:p>
    <w:p>
      <w:r>
        <w:rPr>
          <w:b/>
        </w:rPr>
        <w:t xml:space="preserve">[08:40] </w:t>
      </w:r>
      <w:r>
        <w:t>kai hum malik ke paas hai lekin woh kuch kar nahi pa rahe hain na? to aur cheezon mein woh peeche hain. education mein, industry mein, institutionalization mein har cheez mein woh peeche hain. ab europe america ke paas aisi aisi university hain in sari duniya se log unke paas jate hain. to galba ka koi limited mane nahi bura dein yahan par. galba ke mane woh hai ki sari duniya accept karein hamein.</w:t>
      </w:r>
    </w:p>
    <w:p>
      <w:pPr>
        <w:jc w:val="right"/>
      </w:pPr>
      <w:r>
        <w:t>कई हम मालिक के पास है लेकिन वह कुछ कर नहीं पा रहे हैं ना? तो और चीज़ों में वह पीछे हैं. Education में, industry में, institutionalization में हर चीज़ में वह पीछे हैं. अब Europe America के पास ऐसी ऐसी university हैं इन सारी दुनिया से लोग उनके पास जाते हैं. तो गलबा का कोई limited माने नहीं बुरा दें यहां पर. गलबा के माने वह है कि सारी दुनिया accept करें हमें.</w:t>
      </w:r>
    </w:p>
    <w:p>
      <w:r>
        <w:rPr>
          <w:b/>
        </w:rPr>
        <w:t xml:space="preserve">[09:07] </w:t>
      </w:r>
      <w:r>
        <w:t>aaj duniya jo hai ek global village van gayi hai. to yeh musalman jo hai woh samajhte nahi hai ki woh ek nai naye zamane mein hai aur naye zamane ko samajhte nahi hai. to isliye yeh sab kaam kar rahe hain woh. woh galba to already hai. mulana ne bar bar likha hai already musalmanon ko sab kuch mila hua hai. lekin woh kaam nahi karte hain to uska koi natija bhi nahi nikalta hai. woh mulana ek sher padha karte the.</w:t>
      </w:r>
    </w:p>
    <w:p>
      <w:pPr>
        <w:jc w:val="right"/>
      </w:pPr>
      <w:r>
        <w:t>आज दुनिया जो है एक global village वन गई है. तो यह मुसलमान जो है वह समझते नहीं है कि वह एक नई नए ज़माने में है और नए ज़माने को समझते नहीं है. तो इसलिए यह सब काम कर रहे हैं वह. वह गलबा तो already है. मुलाना ने बार बार लिखा है already मुसलमानों को सब कुछ मिला हुआ है. लेकिन वह काम नहीं करते हैं तो उसका कोई नतीजा भी नहीं निकलता है. वह मुलाना एक शेर पढ़ा करते थे.</w:t>
      </w:r>
    </w:p>
    <w:p>
      <w:r>
        <w:rPr>
          <w:b/>
        </w:rPr>
        <w:t xml:space="preserve">[09:34] </w:t>
      </w:r>
      <w:r>
        <w:t>har ke shamshir janat sikka banamas khana. to pehle zamane mein jo tha. haan, ke pehle zamane mein sikka usi ka chalta tha jiski ek talwar ho. to usko malana kehte the maujooda daur mein har ke science se jana sikka banama sham hai. ilm? haan. ilm hai nahi hamare paas. haan. pehle damane mein agricultural age tha to land zaroori tha kaam karne ke liye aur land milta tha jab jang karke hi milta tha.</w:t>
      </w:r>
    </w:p>
    <w:p>
      <w:pPr>
        <w:jc w:val="right"/>
      </w:pPr>
      <w:r>
        <w:t>हर के शमशीर जनत सिक्का बनामस खाना. तो पहले जमाने में जो था. हां, के पहले जमाने में सिक्का उसी का चलता था जिसकी एक तलवार हो. तो उसको मलाना कहते थे मौजूदा दौर में हर के science से जाना सिक्का बनामा शाम है. इल्म? हां. इल्म है नहीं हमारे पास. हां. पहले दमाने में agricultural age था तो land ज़रूरी था काम करने के लिए और land मिलता था जब जंग करके ही मिलता था.</w:t>
      </w:r>
    </w:p>
    <w:p>
      <w:r>
        <w:rPr>
          <w:b/>
        </w:rPr>
        <w:t xml:space="preserve">[10:03] </w:t>
      </w:r>
      <w:r>
        <w:t>ab to ek chhote se kamre mein bhi aap badi badi companyyan chala sakte hain. woh zamana zamane ki baseerat woh jo hai na ke rasool jo hai baseeram par zamana hi hota hai. zamane ki baseerat nahi hai. is wajah se aaj hum missile mein ghire hue hain. woh agar time ho to main ek mere sath dunga. abhi hamare cph team se. hai time papa? ji haan, bataiye thoda sa. kal</w:t>
      </w:r>
    </w:p>
    <w:p>
      <w:pPr>
        <w:jc w:val="right"/>
      </w:pPr>
      <w:r>
        <w:t>अब तो एक छोटे से कमरे में भी आप बड़ी बड़ी companyयां चला सकते हैं. वह ज़माना ज़माने की बसीरत वह जो है ना के रसूल जो है बसीरम पर जमाना ही होता है. जमाने की बसीरत नहीं है. इस वजह से आज हम missile में घिरे हुए हैं. वह अगर time हो तो मैं एक मेरे साथ दूंगा. अभी हमारे CPH team से. है time papa? जी हां, बताइए थोड़ा सा. कल</w:t>
      </w:r>
    </w:p>
    <w:p>
      <w:r>
        <w:rPr>
          <w:b/>
        </w:rPr>
        <w:t xml:space="preserve">[10:32] </w:t>
      </w:r>
      <w:r>
        <w:t>hamari network meeting thi CPS ki.</w:t>
      </w:r>
    </w:p>
    <w:p>
      <w:pPr>
        <w:jc w:val="right"/>
      </w:pPr>
      <w:r>
        <w:t>हमारी network meeting थी CPS की.</w:t>
      </w:r>
    </w:p>
    <w:p>
      <w:r>
        <w:rPr>
          <w:b/>
        </w:rPr>
        <w:t xml:space="preserve">[10:55] </w:t>
      </w:r>
      <w:r>
        <w:t>jo team ke jo bilkul yeh hote hain, league yeh hote hain, namainde hote hain woh meeting karte hain.</w:t>
      </w:r>
    </w:p>
    <w:p>
      <w:pPr>
        <w:jc w:val="right"/>
      </w:pPr>
      <w:r>
        <w:t>जो team के जो बिल्कुल यह होते हैं, league यह होते हैं, नामाइंदे होते हैं वह meeting करते हैं.</w:t>
      </w:r>
    </w:p>
    <w:p>
      <w:r>
        <w:rPr>
          <w:b/>
        </w:rPr>
        <w:t xml:space="preserve">[11:19] </w:t>
      </w:r>
      <w:r>
        <w:t>toh ismein Hyderabad team se se Rajiv Raman Umri sahab</w:t>
      </w:r>
    </w:p>
    <w:p>
      <w:pPr>
        <w:jc w:val="right"/>
      </w:pPr>
      <w:r>
        <w:t>तो इसमें हैदराबाद team से से राजीव रामान उम्री साहब</w:t>
      </w:r>
    </w:p>
    <w:p>
      <w:r>
        <w:rPr>
          <w:b/>
        </w:rPr>
        <w:t xml:space="preserve">[11:43] </w:t>
      </w:r>
      <w:r>
        <w:t>clear ho gaya. bahut din mein. now i ask doctor safeena tapasswah to please ask your question. assalam milekul. aap ek to aaj jo aapne session subah mein diya woh bahut hi zyada thought provoking tha, bahut achha session tha.</w:t>
      </w:r>
    </w:p>
    <w:p>
      <w:pPr>
        <w:jc w:val="right"/>
      </w:pPr>
      <w:r>
        <w:t>clear हो गया. बहुत दिन में. Now I ask Doctor सफीना तपस्वाह to please ask your question. अस्सलाम मिलेकुल. आप एक तो आज जो आपने session सुबह में दिया वह बहुत ही ज़्यादा thought provoking था, बहुत अच्छा session था.</w:t>
      </w:r>
    </w:p>
    <w:p>
      <w:r>
        <w:rPr>
          <w:b/>
        </w:rPr>
        <w:t xml:space="preserve">[12:08] </w:t>
      </w:r>
      <w:r>
        <w:t>to ek mere zehan mein baat aai us session ko sunkar ki aapne jis tarah se tamam signs bataya doomsday ke, ek sign jo tha ki suraj west ki jagah east se niklega.</w:t>
      </w:r>
    </w:p>
    <w:p>
      <w:pPr>
        <w:jc w:val="right"/>
      </w:pPr>
      <w:r>
        <w:t>तो एक मेरे ज़ेहन में बात आई उस session को सुनकर कि आपने जिस तरह से तमाम signs बताया doomsday के, एक sign जो था कि सूरज west की जगह east से निकलेगा.</w:t>
      </w:r>
    </w:p>
    <w:p>
      <w:r>
        <w:rPr>
          <w:b/>
        </w:rPr>
        <w:t xml:space="preserve">[12:20] </w:t>
      </w:r>
      <w:r>
        <w:t>to main yeh soch rahi thi ki ho sakta hai ki yeh patient koi bhi literal sense mein na ho aur iska bhi koi agar hum sochein ki insan law of nature ke against kaam karne lagenge, aisa kuch matlab nikal sakta hai agar hum sochein? kyunki hum aksar aisa bolte hain na ki aaj suraj kahan se nikla hai jab koi ulta kaam karta hai to?</w:t>
      </w:r>
    </w:p>
    <w:p>
      <w:pPr>
        <w:jc w:val="right"/>
      </w:pPr>
      <w:r>
        <w:t>तो मैं यह सोच रही थी कि हो सकता है कि यह patient कोई भी literal sense में ना हो और इसका भी कोई अगर हम सोचें कि इंसान law of nature के against काम करने लगेंगे, ऐसा कुछ मतलब निकल सकता है अगर हम सोचें? क्योंकि हम अक्सर ऐसा बोलते हैं ना कि आज सूरज कहां से निकला है जब कोई उल्टा काम करता है तो?</w:t>
      </w:r>
    </w:p>
    <w:p>
      <w:r>
        <w:rPr>
          <w:b/>
        </w:rPr>
        <w:t xml:space="preserve">[12:43] </w:t>
      </w:r>
      <w:r>
        <w:t>to kya hum yeh bhi ho sakta hai ki aisa ho chuka ho aur hamein pata na chala ho ya hamara woh waqt bilkul aa chuka hoga. main bahut zyada dar gayi thi yeh sochne ke baad. ab aap lagta hai. yeh to literal hi hai na? yeh to literal hai.</w:t>
      </w:r>
    </w:p>
    <w:p>
      <w:pPr>
        <w:jc w:val="right"/>
      </w:pPr>
      <w:r>
        <w:t>तो क्या हम यह भी हो सकता है कि ऐसा हो चुका हो और हमें पता ना चला हो या हमारा वह वक़्त बिल्कुल आ चुका होगा. मैं बहुत ज़्यादा डर गई थी यह सोचने के बाद. अब आप लगता है. यह तो literal ही है ना? यह तो literal है.</w:t>
      </w:r>
    </w:p>
    <w:p>
      <w:r>
        <w:rPr>
          <w:b/>
        </w:rPr>
        <w:t xml:space="preserve">[13:00] </w:t>
      </w:r>
      <w:r>
        <w:t>yeh to literal hai aur maine bahut sara video mein dekha scientist ne bataya hai ki yeh aisa hua hai aur aisa possibility hai jab bade bade sahita kare possibility hai to phir sirf patient goi ki baat nahi hai aur jab allah khoob hoga to woh possibility jo hai waqya van jayegi. tere ek lakh saal pehle aisa hua tha lekin us waqt tehzeeb nahi thi. ab ab tehzeeb hai.</w:t>
      </w:r>
    </w:p>
    <w:p>
      <w:pPr>
        <w:jc w:val="right"/>
      </w:pPr>
      <w:r>
        <w:t>यह तो literal है और मैंने बहुत सारा video में देखा scientist ने बताया है कि यह ऐसा हुआ है और ऐसा possibility है जब बड़े बड़े सहायता करें possibility है तो फिर सिर्फ़ patient गोई की बात नहीं है और जब अल्लाह खूब होगा तो वह possibility जो है वाक्या वन जाएगी. तेरे एक लाख साल पहले ऐसा हुआ था लेकिन उस वक्त तहज़ीब नहीं थी. अब अब तहज़ीब है.</w:t>
      </w:r>
    </w:p>
    <w:p>
      <w:r>
        <w:rPr>
          <w:b/>
        </w:rPr>
        <w:t xml:space="preserve">[13:28] </w:t>
      </w:r>
      <w:r>
        <w:t>to ab aisa hoga to sari tehzeeb jo hai na woh destroy ho jayegi. woh khud bata rahe hain. ji. to woh to samajh lijiye qayamat hogi. to qayamat mein to allah ka hukm hoga sab kuch khatm ho jayega. ab woh dubara se nai nai duniya banegi phir. ji.</w:t>
      </w:r>
    </w:p>
    <w:p>
      <w:pPr>
        <w:jc w:val="right"/>
      </w:pPr>
      <w:r>
        <w:t>तो अब ऐसा होगा तो सारी तहज़ीब जो है ना वह destroy हो जाएगी. वह खुद बता रहे हैं. जी. तो वह तो समझ लीजिए क्यामत होगी. तो क्यामत में तो अल्लाह का हूक्म होगा सब कुछ ख़त्म हो जाएगा. अब वह दुबारा से नई नई दुनिया बनेगी फिर. जी.</w:t>
      </w:r>
    </w:p>
    <w:p>
      <w:r>
        <w:rPr>
          <w:b/>
        </w:rPr>
        <w:t xml:space="preserve">[13:46] </w:t>
      </w:r>
      <w:r>
        <w:t>aur aap ek aur baat main yeh poochna chahti thi ki maulana sahab jaise kabhi kisi duniya ke zaroori kamon mein masrookh ho jayein ya kahin safar mein busy ho jate the to kaise woh apne mind ko focused rakhte the ki woh distract na ho? kuch aap uske bare mein batayein mujhe sara? woh duniya ke kaam hum busy hi nahi hote the. haan. bahar hain yahi khana peena aisa nahi tha. usmein bhi woh sochte rehte the.</w:t>
      </w:r>
    </w:p>
    <w:p>
      <w:pPr>
        <w:jc w:val="right"/>
      </w:pPr>
      <w:r>
        <w:t>और आप एक और बात मैं यह पूछना चाहती थी कि मौलाना साहब जैसे कभी किसी दुनिया के ज़रूरी कामों में मसरूख हो जाएं या कहीं सफ़र में busy हो जाते थे तो कैसे वह अपने mind को focused रखते थे कि वह distract ना हो? कुछ आप उसके बारे में बताएं मुझे सारा? वह दुनिया के काम हम busy ही नहीं होते थे. हां. बाहर हैं यही खाना पीना ऐसा नहीं था. उसमें भी वह सोचते रहते थे.</w:t>
      </w:r>
    </w:p>
    <w:p>
      <w:r>
        <w:rPr>
          <w:b/>
        </w:rPr>
        <w:t xml:space="preserve">[14:15] </w:t>
      </w:r>
      <w:r>
        <w:t>usmein bhi woh sochte the jab woh sab padh nahi rahe hon, likh nahi rahe hon to us baat woh soch rahe hote hain. ek bar hum log wahan gaye the southernland gaye the. kaun sa mulk tha? woh kaun se shahar tha? jug jug gaye the. to jo organizer tha usne sabne sabko do do sau dollar diya aur wahan maal tha ki jaakar sab log apna khareed lein sab cheez.</w:t>
      </w:r>
    </w:p>
    <w:p>
      <w:pPr>
        <w:jc w:val="right"/>
      </w:pPr>
      <w:r>
        <w:t>उसमें भी वह सोचते थे जब वह सब पढ़ नहीं रहे हों, लिख नहीं रहे हों तो उस बात वह सोच रहे होते हैं. एक बार हम लोग वहां गए थे Southernland गए थे. कौन सा मुल्क था? वह कौन से शहर था? जुग़ जुग़ गए थे. तो जो organizer था उसने सबने सबको दो दो सौ dollar दिया और वहां माल था कि जाकर सब लोग अपना खरीद लें सब चीज़.</w:t>
      </w:r>
    </w:p>
    <w:p>
      <w:r>
        <w:rPr>
          <w:b/>
        </w:rPr>
        <w:t xml:space="preserve">[14:43] </w:t>
      </w:r>
      <w:r>
        <w:t>sare log khareedne chale gaye. hum bhi chale gaye aur morana jo hai woh jo organizer tha woh ek wahan bahut badi si lake thi. woh lake ke paas baithe rahe unse baatein karte rahe. to woh duniya mein matlab busy hi nahi hote the. kabhi bazaar nahi karte the, kabhi shopping nahi karte the, kabhi khane ke liye nahi karte the. yeh chahiye, woh chahiye. to woh to unka masla hi nahi tha.</w:t>
      </w:r>
    </w:p>
    <w:p>
      <w:pPr>
        <w:jc w:val="right"/>
      </w:pPr>
      <w:r>
        <w:t>सारे लोग खरीदने चले गए. हम भी चले गए और मोराना जो है वह जो organizer था वह एक वहां बहुत बड़ी सी lake थी. वह lake के पास बैठे रहे उनसे बातें करते रहे. तो वह दुनिया में मतलब बस ही नहीं होते थे. कभी बाज़ार नहीं करते थे, कभी shopping नहीं करते थे. कभी खाने के लिए नहीं करते थे. यह चाहिए, वह चाहिए. तो वह तो उनका मसला ही नहीं था.</w:t>
      </w:r>
    </w:p>
    <w:p>
      <w:r>
        <w:rPr>
          <w:b/>
        </w:rPr>
        <w:t xml:space="preserve">[15:12] </w:t>
      </w:r>
      <w:r>
        <w:t>ab phir hum hum jaise logon ko thoda sa phir kaise bachna chahiye distraction se? ab woh to har cheez keh dete hain main by birth hoon. keh dete hain i'm a scientist by birth, i'm a vegetarian by birth. to hum logon ko to apne ko control karna hoga. hum log to us tarah se by birth hai nahi.</w:t>
      </w:r>
    </w:p>
    <w:p>
      <w:pPr>
        <w:jc w:val="right"/>
      </w:pPr>
      <w:r>
        <w:t>अब फिर हम हम जैसे लोगों को थोड़ा सा फिर कैसे बचना चाहिए distraction से? अब वह तो हर चीज़ कह देते हैं मैं by birth हूं. कह देते हैं I'm a scientist by birth, I'm a vegetarian by birth. तो हम लोगों को तो अपने को control करना होगा. हम लोग तो उस तरह से by birth है नहीं.</w:t>
      </w:r>
    </w:p>
    <w:p>
      <w:r>
        <w:rPr>
          <w:b/>
        </w:rPr>
        <w:t xml:space="preserve">[15:35] </w:t>
      </w:r>
      <w:r>
        <w:t>to apne control karna hoga aur phir woh jitna kar sakte the to allah taala ne select kiya tha to kuch woh to bahut hi strong the na? to hum logon ke andar utna to taqat nahi hai yeh hai ki bas hum log jitna kar sakte hain usmein kami nahi karna chahiye. utna zaroorat bhi nahi ho ideology create karna, produce karna uske liye bahut zyada mehnat karni padti hai.</w:t>
      </w:r>
    </w:p>
    <w:p>
      <w:pPr>
        <w:jc w:val="right"/>
      </w:pPr>
      <w:r>
        <w:t>तो अपने control करना होगा और फिर वह जितना कर सकते थे तो अल्लाह तालाह ने select किया था तो कुछ वह तो बहुत ही strong थे ना? तो हम लोगों के अंदर उतना तो ताकत नहीं है यह है कि बस हम लोग जितना कर सकते हैं उसमें कम ही नहीं करना चाहिए. उतना ज़रूरत भी नहीं हो ideology create करना, produce करना उसके लिए बहुत ज़्यादा मेहनत करनी पड़ती है.</w:t>
      </w:r>
    </w:p>
    <w:p>
      <w:r>
        <w:rPr>
          <w:b/>
        </w:rPr>
        <w:t xml:space="preserve">[16:02] </w:t>
      </w:r>
      <w:r>
        <w:t>ab hum to sirf ideology ko different different languages mein usko aage badha rahe hain. to hamara utna utna mehnat ka kaam nahi hai. main khal mein jitne hamare andar salahiyat hai utne mein hum kar sakte hain aur hamare paas ek poori team hai. ek akele aadmi ko nahi karna hai. woh to akele kar rahe the na yahan to sab log milkar kar rahe hain isliye kaam ho jata hai. ji.</w:t>
      </w:r>
    </w:p>
    <w:p>
      <w:pPr>
        <w:jc w:val="right"/>
      </w:pPr>
      <w:r>
        <w:t>अब हम तो सिर्फ ideology को different different languages में उसको आगे बढ़ा रहे हैं. तो हमारा उतना उतना मेहनत का काम नहीं है. मैं खाल में जितने हमारे अंदर सलाहियत है उतने में हम कर सकते हैं और हमारे पास एक पूरी team है. एक अकेले आदमी को नहीं करना है. वह तो अकेले कर रहे थे ना यहां तो सब लोग मिलकर कर रहे हैं इसलिए काम हो जाता है. जी.</w:t>
      </w:r>
    </w:p>
    <w:p>
      <w:r>
        <w:rPr>
          <w:b/>
        </w:rPr>
        <w:t xml:space="preserve">[16:26] </w:t>
      </w:r>
      <w:r>
        <w:t>ek aayat hai ki jo log taqwa wale hain jab shaitan usko mast karta hai, unko mast karta</w:t>
      </w:r>
    </w:p>
    <w:p>
      <w:pPr>
        <w:jc w:val="right"/>
      </w:pPr>
      <w:r>
        <w:t>एक आयत है कि जो लोग तक़वा वाले हैं जब शैतान उसको मस्त करता है, उनको मस्त करता</w:t>
      </w:r>
    </w:p>
    <w:p>
      <w:r>
        <w:rPr>
          <w:b/>
        </w:rPr>
        <w:t xml:space="preserve">[16:33] </w:t>
      </w:r>
      <w:r>
        <w:t>hai toh woh foran chaunk padte hain aur woh sahi cheezon ko dekhne wale ban jaate hain.</w:t>
      </w:r>
    </w:p>
    <w:p>
      <w:pPr>
        <w:jc w:val="right"/>
      </w:pPr>
      <w:r>
        <w:t>है तो वह फ़ौरन चौंक पड़ते हैं और वह सही चीज़ों को देखने वाले वन जाते हैं.</w:t>
      </w:r>
    </w:p>
    <w:p>
      <w:r>
        <w:rPr>
          <w:b/>
        </w:rPr>
        <w:t xml:space="preserve">[16:41] </w:t>
      </w:r>
      <w:r>
        <w:t>toh insaan ghaflat hogi lekin hamesha alert rehna hai.</w:t>
      </w:r>
    </w:p>
    <w:p>
      <w:pPr>
        <w:jc w:val="right"/>
      </w:pPr>
      <w:r>
        <w:t>तो इंसानें रफ़लत होगी लेकिन हमेशा alert रहना है.</w:t>
      </w:r>
    </w:p>
    <w:p>
      <w:r>
        <w:rPr>
          <w:b/>
        </w:rPr>
        <w:t xml:space="preserve">[16:49] </w:t>
      </w:r>
      <w:r>
        <w:t>Maulana bhi yahi kehte the ki alert rehna hai humko.</w:t>
      </w:r>
    </w:p>
    <w:p>
      <w:pPr>
        <w:jc w:val="right"/>
      </w:pPr>
      <w:r>
        <w:t>मौलाना भी यही कहते थे कि alert रहना है हमको.</w:t>
      </w:r>
    </w:p>
    <w:p>
      <w:r>
        <w:rPr>
          <w:b/>
        </w:rPr>
        <w:t xml:space="preserve">[16:57] </w:t>
      </w:r>
      <w:r>
        <w:t>shukriya aap. bas yaad hai ki Maulana har waqt hi busy rehte the. matlab yaad ho woh soch rahe hain ya class liya. uske baad dopeher mein woh alarsala ka lecture ko likhwa rahe hain. unke paas toh matlab har waqt woh phir jo log milne aa rahe hain toh unko woh toh kuch aur soch hi nahi karte the isi ke mein lage rehte the. itni kitabein aise hi thodi likh gayi.</w:t>
      </w:r>
    </w:p>
    <w:p>
      <w:pPr>
        <w:jc w:val="right"/>
      </w:pPr>
      <w:r>
        <w:t>शुक्रिया आप. बस याद है कि मौलाना हर वक़्त ही busy रहते थे. मतलब याद हो वह सोच रहे हैं या class लिया. उसके बाद दोपहर में वह अलर्सला का lecture को लिखवा रहे हैं. उनके पास तो मतलब हर वक़्त वह फिर जो लोग मिलने आ रहे हैं तो उनको वह तो कुछ और सोच ही नहीं करते थे इसी के में लगे रहते थे. इतनी किताबें ऐसे ही थोड़ी लिख गई.</w:t>
      </w:r>
    </w:p>
    <w:p>
      <w:r>
        <w:rPr>
          <w:b/>
        </w:rPr>
        <w:t xml:space="preserve">[17:25] </w:t>
      </w:r>
      <w:r>
        <w:t>hamare do bhai behan ka intezaar hua. pehla beta tha uska naam tha Shamsul Islam. jab abba doosre sheher mein the. abba ko jab woh bheja gaya khabar Telegram ke zariye bas woh uthe do namaz padi phir kaam mein lag gaye. aisi ek behan Sanisnyan se badi do saal ki. toh jab unka inteqal hua toh phir abba ne bas dhorakat namaz padi phir kaam mein lag gaye.</w:t>
      </w:r>
    </w:p>
    <w:p>
      <w:pPr>
        <w:jc w:val="right"/>
      </w:pPr>
      <w:r>
        <w:t>हमारे दो भाई बहन का इंतज़ार हुआ. पहला बेटा था उसका नाम था शमशुल इस्लाम. जब अब्बा दूसरे शहर में थे. अब्बा को जब वह भेजा गया ख़बर Telegram के ज़रिए बस वह उठे दो नमाज़ पड़ी फिर काम में लग गए. ऐसी एक बहन सानिस्नयन से बड़ी दो साल की. तो जब उनका इंतकाल हुआ तो फिर अब्बा ने बस धोरकत नमाज़ पड़ी फिर काम में लग गए.</w:t>
      </w:r>
    </w:p>
    <w:p>
      <w:r>
        <w:rPr>
          <w:b/>
        </w:rPr>
        <w:t xml:space="preserve">[17:51] </w:t>
      </w:r>
      <w:r>
        <w:t>toh woh duniya ke duniya mein woh nahi hote the matlab bas nahi hote the. guqri abba bahut clear hua jazaqilla. mhmm mhmm, jazaqilla abba for that answer of telling about Maulana sahib we have also observed him in this way. what you are saying abba he was basically crafted like that only by kaur because Allah taalaah unse bahut bada kaam lena chahte hain.</w:t>
      </w:r>
    </w:p>
    <w:p>
      <w:pPr>
        <w:jc w:val="right"/>
      </w:pPr>
      <w:r>
        <w:t>तो वह दुनिया के दुनिया में वह नहीं होते थे मतलब बस नहीं होते थे. गुकरी अब्बा बहुत clear हुआ जज़ाक़िला. Mhmm mhmm, जज़ाक़िला अब्बा for that answer of telling about मोयलाना साहब we have also observed him in this way. What you are saying अब्बा he was basically crafted like that only by कौर because अल्लाह तालाह उनसे बहुत बड़ा काम लेना चाहते हैं.</w:t>
      </w:r>
    </w:p>
    <w:p>
      <w:r>
        <w:rPr>
          <w:b/>
        </w:rPr>
        <w:t xml:space="preserve">[18:16] </w:t>
      </w:r>
      <w:r>
        <w:t>yeh ideology jo hamare paas hai jiske zariye hum logon tak aur literature pahuncha rahe hain yeh bahut badi ideology hai aur itni mehnat ke bina woh ho nahi sakta tha. this is a work that Allah wanted from him to be done. so that is why his life was totally dedicated to the mission. now anyone, any more questions, please go ahead.</w:t>
      </w:r>
    </w:p>
    <w:p>
      <w:pPr>
        <w:jc w:val="right"/>
      </w:pPr>
      <w:r>
        <w:t>यह ideology जो हमारे पास है जिसके ज़रिए हम लोगों तक और literature पहुंचा रहे हैं यह बहुत बड़ी ideology है और इतनी मेहनत के बिना वह हो नहीं सकता था. This is a work that अल्लाह wanted from him to be done. So that is why his life was totally dedicated to the mission. Now anyone, any more questions, please go ahead.</w:t>
      </w:r>
    </w:p>
    <w:p>
      <w:r>
        <w:rPr>
          <w:b/>
        </w:rPr>
        <w:t xml:space="preserve">[18:46] </w:t>
      </w:r>
      <w:r>
        <w:t>Please.</w:t>
      </w:r>
    </w:p>
    <w:p>
      <w:pPr>
        <w:jc w:val="right"/>
      </w:pPr>
      <w:r>
        <w:t>Please.</w:t>
      </w:r>
    </w:p>
    <w:p>
      <w:r>
        <w:rPr>
          <w:b/>
        </w:rPr>
        <w:t xml:space="preserve">[18:52] </w:t>
      </w:r>
      <w:r>
        <w:t>ji apa, Najma apa, please ask your question.</w:t>
      </w:r>
    </w:p>
    <w:p>
      <w:pPr>
        <w:jc w:val="right"/>
      </w:pPr>
      <w:r>
        <w:t>जी आपा, नजमा आपा, please ask your question.</w:t>
      </w:r>
    </w:p>
    <w:p>
      <w:r>
        <w:rPr>
          <w:b/>
        </w:rPr>
        <w:t xml:space="preserve">[18:58] </w:t>
      </w:r>
      <w:r>
        <w:t>nahi, main toh ek clarification lena cha rahi thi ki jab insaan kaant taqa hota hai toh kuch</w:t>
      </w:r>
    </w:p>
    <w:p>
      <w:pPr>
        <w:jc w:val="right"/>
      </w:pPr>
      <w:r>
        <w:t>नहीं, मैं तो एक clarification लेना चाह रही थी कि जब इंसान कान्त्र तकाल होता है तो कुछ</w:t>
      </w:r>
    </w:p>
    <w:p>
      <w:r>
        <w:rPr>
          <w:b/>
        </w:rPr>
        <w:t xml:space="preserve">[19:04] </w:t>
      </w:r>
      <w:r>
        <w:t>log kehte hain ki qabr se hi jaza aur saza ka woh shuru ho jata hai.</w:t>
      </w:r>
    </w:p>
    <w:p>
      <w:pPr>
        <w:jc w:val="right"/>
      </w:pPr>
      <w:r>
        <w:t>लोग कहते हैं कि क़बर से ही जज़ा और सज़ा का वह शुरू हो जाता है.</w:t>
      </w:r>
    </w:p>
    <w:p>
      <w:r>
        <w:rPr>
          <w:b/>
        </w:rPr>
        <w:t xml:space="preserve">[19:10] </w:t>
      </w:r>
      <w:r>
        <w:t>toh aisa hota hai ya qayamat ke baad jab hisab hoga uske baad shuru hoga. iski? haan sir.</w:t>
      </w:r>
    </w:p>
    <w:p>
      <w:pPr>
        <w:jc w:val="right"/>
      </w:pPr>
      <w:r>
        <w:t>तो ऐसा होता है या कयामत के बाद जब हिसाब होगा उसके बाद शुरू होगा. इसकी? हां sir.</w:t>
      </w:r>
    </w:p>
    <w:p>
      <w:r>
        <w:rPr>
          <w:b/>
        </w:rPr>
        <w:t xml:space="preserve">[19:17] </w:t>
      </w:r>
      <w:r>
        <w:t>dekhiye yeh sawal karne ki bajaye qayamat ke baad shuru ho ya pehle shuru ho.</w:t>
      </w:r>
    </w:p>
    <w:p>
      <w:pPr>
        <w:jc w:val="right"/>
      </w:pPr>
      <w:r>
        <w:t>देखिए यह सवाल करने की बजाय कयामत के बाद शुरू हो या पहले शुरू हो.</w:t>
      </w:r>
    </w:p>
    <w:p>
      <w:r>
        <w:rPr>
          <w:b/>
        </w:rPr>
        <w:t xml:space="preserve">[19:24] </w:t>
      </w:r>
      <w:r>
        <w:t>baat dono mein hi burai hai.</w:t>
      </w:r>
    </w:p>
    <w:p>
      <w:pPr>
        <w:jc w:val="right"/>
      </w:pPr>
      <w:r>
        <w:t>बात दोनों में ही बुराई है.</w:t>
      </w:r>
    </w:p>
    <w:p>
      <w:r>
        <w:rPr>
          <w:b/>
        </w:rPr>
        <w:t xml:space="preserve">[19:31] </w:t>
      </w:r>
      <w:r>
        <w:t>uske baad hum yeh Allah Talaah se dua karein ke Allah Talaah humein kahin bhi saza se saza</w:t>
      </w:r>
    </w:p>
    <w:p>
      <w:pPr>
        <w:jc w:val="right"/>
      </w:pPr>
      <w:r>
        <w:t>उसके बाद हम यह अल्लाह तलाह से दुआ करें कि अल्लाह तलाह हमें कहीं भी सजा से सजा</w:t>
      </w:r>
    </w:p>
    <w:p>
      <w:r>
        <w:rPr>
          <w:b/>
        </w:rPr>
        <w:t xml:space="preserve">[19:38] </w:t>
      </w:r>
      <w:r>
        <w:t>na ho humko, hamari pakad na ho.</w:t>
      </w:r>
    </w:p>
    <w:p>
      <w:pPr>
        <w:jc w:val="right"/>
      </w:pPr>
      <w:r>
        <w:t>ना हो हमको, हमारी पकड़ना हो.</w:t>
      </w:r>
    </w:p>
    <w:p>
      <w:r>
        <w:rPr>
          <w:b/>
        </w:rPr>
        <w:t xml:space="preserve">[19:45] </w:t>
      </w:r>
      <w:r>
        <w:t>yeh dua karein hum ke hamare liye kaam ki baat hai.</w:t>
      </w:r>
    </w:p>
    <w:p>
      <w:pPr>
        <w:jc w:val="right"/>
      </w:pPr>
      <w:r>
        <w:t>यह दुआ करें हम कि हमारे लिए काम की बात है.</w:t>
      </w:r>
    </w:p>
    <w:p>
      <w:r>
        <w:rPr>
          <w:b/>
        </w:rPr>
        <w:t xml:space="preserve">[19:52] </w:t>
      </w:r>
      <w:r>
        <w:t>toh woh asar cheez sochne ki hai. ab ek baar mujhe yaad aata hai ab maine kaha tha ki jab insaan marega toh usko pata chal jayega woh. kaamyaab hua hai ya nakaam hua hai. jannat mein jaane ki uske amal hai ki nahi hai usko pata toh chal jayega. ab azaab qabr ka azaab azaab ko toh hum nahi jaante lekin usko maloom ho jayega.</w:t>
      </w:r>
    </w:p>
    <w:p>
      <w:pPr>
        <w:jc w:val="right"/>
      </w:pPr>
      <w:r>
        <w:t>तो वह असर चीज़ सोचने की है. अब एक बार मुझे याद आता है अब मैंने कहा था कि जब इंसान मरेगा तो उसको पता चल जाएगा वह. कामयाब हुआ है या नाकाम हुआ है. जन्नत में जाने की उसके अमाल है कि नहीं है उसको पता तो चल जाएगा. अब अज़ाब खबर का अज़ाब अज़ाब को तो हम नहीं जानते लेकिन उसको मालूम हो जाएगा.</w:t>
      </w:r>
    </w:p>
    <w:p>
      <w:r>
        <w:rPr>
          <w:b/>
        </w:rPr>
        <w:t xml:space="preserve">[20:15] </w:t>
      </w:r>
      <w:r>
        <w:t>to bataya tha ke itna sakht woh usko psychological torment itna sakht hoga ke woh woh kisi adab</w:t>
      </w:r>
    </w:p>
    <w:p>
      <w:pPr>
        <w:jc w:val="right"/>
      </w:pPr>
      <w:r>
        <w:t>तो बताया था कि इतना सख़्त वह उसको psychological torment इतना सख़्त होगा कि वह वह किसी अदाब</w:t>
      </w:r>
    </w:p>
    <w:p>
      <w:r>
        <w:rPr>
          <w:b/>
        </w:rPr>
        <w:t xml:space="preserve">[20:20] </w:t>
      </w:r>
      <w:r>
        <w:t>se kam nahi hoga.</w:t>
      </w:r>
    </w:p>
    <w:p>
      <w:pPr>
        <w:jc w:val="right"/>
      </w:pPr>
      <w:r>
        <w:t>से कम नहीं होगा.</w:t>
      </w:r>
    </w:p>
    <w:p>
      <w:r>
        <w:rPr>
          <w:b/>
        </w:rPr>
        <w:t xml:space="preserve">[20:25] </w:t>
      </w:r>
      <w:r>
        <w:t>hasrat ka wala. hasrat.</w:t>
      </w:r>
    </w:p>
    <w:p>
      <w:pPr>
        <w:jc w:val="right"/>
      </w:pPr>
      <w:r>
        <w:t>हस्रत का वाला. हस्रत.</w:t>
      </w:r>
    </w:p>
    <w:p>
      <w:r>
        <w:rPr>
          <w:b/>
        </w:rPr>
        <w:t xml:space="preserve">[20:30] </w:t>
      </w:r>
      <w:r>
        <w:t>hasrat usko itni remorse, hasrat itni zyada hogi ke woh sakht adab hoga.</w:t>
      </w:r>
    </w:p>
    <w:p>
      <w:pPr>
        <w:jc w:val="right"/>
      </w:pPr>
      <w:r>
        <w:t>हस्रत उसको इतनी remorse, हस्रत इतनी ज़्यादा होगी कि वह सख़्त अदाब होगा.</w:t>
      </w:r>
    </w:p>
    <w:p>
      <w:r>
        <w:rPr>
          <w:b/>
        </w:rPr>
        <w:t xml:space="preserve">[20:35] </w:t>
      </w:r>
      <w:r>
        <w:t>aap farz kariye ke aap usse thoda sa samajh sakte hain ke koi bahut mehnat kar raha hai</w:t>
      </w:r>
    </w:p>
    <w:p>
      <w:pPr>
        <w:jc w:val="right"/>
      </w:pPr>
      <w:r>
        <w:t>आप फर्ज करिए कि आप उससे थोड़ा सा समझ सकते हैं कि कोई बहुत मेहनत कर रहा है</w:t>
      </w:r>
    </w:p>
    <w:p>
      <w:r>
        <w:rPr>
          <w:b/>
        </w:rPr>
        <w:t xml:space="preserve">[20:40] </w:t>
      </w:r>
      <w:r>
        <w:t>apne hisab se duniya mein aur koi exam deta hai fail ho jata hai.</w:t>
      </w:r>
    </w:p>
    <w:p>
      <w:pPr>
        <w:jc w:val="right"/>
      </w:pPr>
      <w:r>
        <w:t>अपने हिसाब से दुनिया में और कोई exam देता है fail हो जाता है.</w:t>
      </w:r>
    </w:p>
    <w:p>
      <w:r>
        <w:rPr>
          <w:b/>
        </w:rPr>
        <w:t xml:space="preserve">[20:46] </w:t>
      </w:r>
      <w:r>
        <w:t>toh usko andaza bhi nahi tha ki woh fail ho raha woh toh log samajhte hain hum acche kaam mein lage hue hain ab usko pata chale ki woh fail ho gaya kitne log kitne bachche jo suicide kar lete hain. aap isse samajh sakte hain ki woh woh khud adab hoga. zaroori nahi hai ki woh physical adab ho lekin yeh yeh feeling ki hum fail ho gaye hain yeh khud bahut bada adab hoga. itna toh pata chal jayega. thank you.</w:t>
      </w:r>
    </w:p>
    <w:p>
      <w:pPr>
        <w:jc w:val="right"/>
      </w:pPr>
      <w:r>
        <w:t>तो उसको अंदाज़ा भी नहीं था कि वह fail हो रहा वह तो लोग समझते हैं हम अच्छे काम में लगे हुए हैं अब उसको पता चले कि वह fail हो गया कितने लोग कितने बच्चे जो suicide कर लेते हैं. आप इससे समझ सकते हैं कि वह वह खुद अदाब होगा. ज़रूरी नहीं है कि वह physical अदाब हो लेकिन यह यह feeling कि हम fail हो गए हैं यह खुद बहुत बड़ा अदाब होगा. इतना तो पता चल जाएगा. Thank you.</w:t>
      </w:r>
    </w:p>
    <w:p>
      <w:r>
        <w:rPr>
          <w:b/>
        </w:rPr>
        <w:t xml:space="preserve">[21:15] </w:t>
      </w:r>
      <w:r>
        <w:t>now we proceed with the session. please, anyone has asked question to ask, please raise your hand. ok, sana. please ask your question.</w:t>
      </w:r>
    </w:p>
    <w:p>
      <w:pPr>
        <w:jc w:val="right"/>
      </w:pPr>
      <w:r>
        <w:t>Now we proceed with the session. Please, anyone has asked question to ask, please raise your hand. Ok, सना. Please ask your question.</w:t>
      </w:r>
    </w:p>
    <w:p>
      <w:r>
        <w:rPr>
          <w:b/>
        </w:rPr>
        <w:t xml:space="preserve">[21:44] </w:t>
      </w:r>
      <w:r>
        <w:t>Ma'am meri awaaz aa rahi hai?</w:t>
      </w:r>
    </w:p>
    <w:p>
      <w:pPr>
        <w:jc w:val="right"/>
      </w:pPr>
      <w:r>
        <w:t>Ma'am मेरी आवाज़ आ रही है?</w:t>
      </w:r>
    </w:p>
    <w:p>
      <w:r>
        <w:rPr>
          <w:b/>
        </w:rPr>
        <w:t xml:space="preserve">[21:49] </w:t>
      </w:r>
      <w:r>
        <w:t>aa rahi hai.</w:t>
      </w:r>
    </w:p>
    <w:p>
      <w:pPr>
        <w:jc w:val="right"/>
      </w:pPr>
      <w:r>
        <w:t>आ रही है.</w:t>
      </w:r>
    </w:p>
    <w:p>
      <w:r>
        <w:rPr>
          <w:b/>
        </w:rPr>
        <w:t xml:space="preserve">[21:55] </w:t>
      </w:r>
      <w:r>
        <w:t>mera question yahi hai yeh question meri teacher ki taraf se hi meri professor hai.</w:t>
      </w:r>
    </w:p>
    <w:p>
      <w:pPr>
        <w:jc w:val="right"/>
      </w:pPr>
      <w:r>
        <w:t>मेरा question यही है यह question मेरी teacher की तरफ़ से ही मेरी professor है.</w:t>
      </w:r>
    </w:p>
    <w:p>
      <w:r>
        <w:rPr>
          <w:b/>
        </w:rPr>
        <w:t xml:space="preserve">[22:00] </w:t>
      </w:r>
      <w:r>
        <w:t>unka question yeh tha ke sahi guidance ki zaroorat hai aur sahi guidance aapke mutabiq Quran se milegi.</w:t>
      </w:r>
    </w:p>
    <w:p>
      <w:pPr>
        <w:jc w:val="right"/>
      </w:pPr>
      <w:r>
        <w:t>उनका question यह था कि सही guidance की ज़रूरत है और सही guidance आपके मुताबिक कुरान से मिलेगी.</w:t>
      </w:r>
    </w:p>
    <w:p>
      <w:r>
        <w:rPr>
          <w:b/>
        </w:rPr>
        <w:t xml:space="preserve">[22:06] </w:t>
      </w:r>
      <w:r>
        <w:t>unka kehna hai ke kya bina Quran ka mutabaada chahiye woh thoda ko daryaft kiya ja sakta hai</w:t>
      </w:r>
    </w:p>
    <w:p>
      <w:pPr>
        <w:jc w:val="right"/>
      </w:pPr>
      <w:r>
        <w:t>उनका कहना है कि क्या बिना कुरान का मुताबादा चाहिए वह थोड़ा को दर्याप्त किया जा सकता है</w:t>
      </w:r>
    </w:p>
    <w:p>
      <w:r>
        <w:rPr>
          <w:b/>
        </w:rPr>
        <w:t xml:space="preserve">[22:11] </w:t>
      </w:r>
      <w:r>
        <w:t>aur aise daryaft kiya ja sakta hai to kaise?</w:t>
      </w:r>
    </w:p>
    <w:p>
      <w:pPr>
        <w:jc w:val="right"/>
      </w:pPr>
      <w:r>
        <w:t>और ऐसे दर्याप्त किया जा सकता है तो कैसे?</w:t>
      </w:r>
    </w:p>
    <w:p>
      <w:r>
        <w:rPr>
          <w:b/>
        </w:rPr>
        <w:t xml:space="preserve">[22:17] </w:t>
      </w:r>
      <w:r>
        <w:t>vacuum mein kaise daryaft karenge? kyun? Khudaab ko daryaft karna hai ek alag cheez hai. agar woh daryaft kar lene hai. hota chahta kya hai? usko jaanna hai ek alag cheez hai. toh aise pata chalega ki hota hai himansha kya hai? haan. hum kis liye paida hue hain manne ke baad kya hone wala hai? ab yeh agar yeh sab insaan daryaft kar pata toh phir paighambaron ki zaroorat hi nahi thi.</w:t>
      </w:r>
    </w:p>
    <w:p>
      <w:pPr>
        <w:jc w:val="right"/>
      </w:pPr>
      <w:r>
        <w:t>वैकूम में कैसे दरियाफ्त करेंगे? क्यों? खुदाब को दरियाफ्त करना है एक अलग चीज़ है. अगर वह दरियाफ्त कर लेने है. होता चाहता क्या है? उसको जानना है एक अलग चीज़ है. तो ऐसे पता चलेगा कि होता है हिमंशा क्या है? हां. हम किस लिए पैदा हुए हैं मानने के बाद क्या होने वाला है? अब यह अगर यह सब इंसान दर्याप्त कर पाता तो फिर प्यारंबरों की ज़रूरत ही नहीं थी.</w:t>
      </w:r>
    </w:p>
    <w:p>
      <w:r>
        <w:rPr>
          <w:b/>
        </w:rPr>
        <w:t xml:space="preserve">[22:42] </w:t>
      </w:r>
      <w:r>
        <w:t>qudrusullah sarsalam jakar garohkarehra mein baithte the aur sawalaat uthate the. jaanna chahte the hum hamari zindagi ka maqsad kya hai? marne ke baad kya hone wala hai? toh agar bahut hi vague andaaz mein kuch aadmi ko samajh mein aayega. jaise science aap padhein toh kuch samajh mein aayega. lekin bas itna hi samajh mein aayega ki koi hai creator, lekin creator humse kya chahta hai? jaise paraj sahib ne bataya ki humse kya chahta hai?</w:t>
      </w:r>
    </w:p>
    <w:p>
      <w:pPr>
        <w:jc w:val="right"/>
      </w:pPr>
      <w:r>
        <w:t>कुदरअसल्लाह सरसलम जाकर गारोहकारेहरा में बैठते थे और सवालात उठाते थे. जानना चाहते थे हम हमारी ज़िंदगी का मकसद क्या है? मरने के बाद क्या होने वाला है? तो अगर बहुत ही vague अंदाज़ में कुछ आदमी को समझ में आएगा. जैसे science आप पढ़ें तो कुछ समझ में आएगा. लेकिन बस इतना ही समझ में आएगा कि कोई है creator, लेकिन creator हमसे क्या चाहता है? जैसे पराज साहब ने बताया कि हमसे क्या चाहता है?</w:t>
      </w:r>
    </w:p>
    <w:p>
      <w:r>
        <w:rPr>
          <w:b/>
        </w:rPr>
        <w:t xml:space="preserve">[23:12] </w:t>
      </w:r>
      <w:r>
        <w:t>woh hamein kaise maloom hoga? bagair Quran ki study kiye hue. sahi aur insaan jo hai na aap woh is kaynath ko bhi jaana toh bahut kam jaana hai. science daakh khud kehte hain ki yeh non kaynath jo hai usmein se insaan ne sirf char ya paanch percent ko jaana hai.</w:t>
      </w:r>
    </w:p>
    <w:p>
      <w:pPr>
        <w:jc w:val="right"/>
      </w:pPr>
      <w:r>
        <w:t>वह हमें कैसे मालूम होगा? बगैर कुरान की study किए हुए. सही और इंसान जो है ना आप वह इस कायनाथ को भी जाना तो बहुत कम जाना है. Science दाख ख़ुद कहते हैं कि यह non कायनाथ जो है उसमें से इंसान ने सिर्फ़ चार या पांच percent को जाना है.</w:t>
      </w:r>
    </w:p>
    <w:p>
      <w:r>
        <w:rPr>
          <w:b/>
        </w:rPr>
        <w:t xml:space="preserve">[23:38] </w:t>
      </w:r>
      <w:r>
        <w:t>uske alawa baqi jo cheezein hain woh sab dark matter hai ya ek aur kuch dark ka naam leta hoon woh hai. usko koi nahi jaan paya. toh yeh jo cheez samajh lijiye ki material matter hai, usko nahi jaan pa raha hai. insaan ki limitations hain na? haan, limitations hain. insaan ki limitations hain. woh jaan hi nahi sakta. usko batayega toh Khuda batayega kyunki Khuda unko mukammal maloomat hai.</w:t>
      </w:r>
    </w:p>
    <w:p>
      <w:pPr>
        <w:jc w:val="right"/>
      </w:pPr>
      <w:r>
        <w:t>उसके अलावा बाकी जो चीज़ें हैं वह सब dark matter है या एक और कुछ dark का नाम लेता हूं वह है. उसको कोई नहीं जान पाया. तो यह जो चीज़ समझ लीजिए कि material matter है, उसको नहीं जान पा रहा है. इंसान की limitations हैं ना? हां, limitations हैं. इंसान की limitations हैं. वह जान ही नहीं सकता. उसको बताएगा तो खुदा बताएगा क्योंकि खुदा उनको मुकंबल मालूमात है.</w:t>
      </w:r>
    </w:p>
    <w:p>
      <w:r>
        <w:rPr>
          <w:b/>
        </w:rPr>
        <w:t xml:space="preserve">[24:07] </w:t>
      </w:r>
      <w:r>
        <w:t>is wajah se Quran ki study kyunki Quran ek preserved divine book hai. Quran ki study jo hai woh zaroori hai. so, Saina got her answer and any more questions? Aisha Yusra please ask your question. shlaam lekin.</w:t>
      </w:r>
    </w:p>
    <w:p>
      <w:pPr>
        <w:jc w:val="right"/>
      </w:pPr>
      <w:r>
        <w:t>इस वजह से पुरान की study क्योंकि कुरान एक preserved divine book है. पुरान की study जो है वह ज़रूरी है. So, सैना got her answer and any more questions? आयशा युसरा please ask your question. श्लाम लेकिन.</w:t>
      </w:r>
    </w:p>
    <w:p>
      <w:r>
        <w:rPr>
          <w:b/>
        </w:rPr>
        <w:t xml:space="preserve">[24:31] </w:t>
      </w:r>
      <w:r>
        <w:t>mera question yeh hai ki aksar log bolte hain ki pachas saal ke baad hum hum hum kamzor ho gaya hain. hamare andar kuch taqat nahi hai aur hum abhi arang kar lete hain. lekin kuch log after sixty, seventy years woh acche se kaam karte hain aur prove karte hain age is just a number.</w:t>
      </w:r>
    </w:p>
    <w:p>
      <w:pPr>
        <w:jc w:val="right"/>
      </w:pPr>
      <w:r>
        <w:t>मेरा question यह है कि अक्सर लोग बोलते हैं कि पचास साल के बाद हम हम हम कमज़ोर हो गया हैं. हमारे अंदर कुछ ताकत नहीं है और हम अभी आरंग कर लेते हैं. लेकिन कुछ लोग after sixty, seventy years वह अच्छे से काम करते हैं और prove करते हैं age is just a number.</w:t>
      </w:r>
    </w:p>
    <w:p>
      <w:r>
        <w:rPr>
          <w:b/>
        </w:rPr>
        <w:t xml:space="preserve">[24:57] </w:t>
      </w:r>
      <w:r>
        <w:t>for example, Maulana sahib ne 96 years age tak bahut acche se acche se kaam kiya hai. iska reason ki laga hai. main yahi jaani chahti hoon. nahi, aapko aisa maine. mujhe nahi, clear nahi hua.</w:t>
      </w:r>
    </w:p>
    <w:p>
      <w:pPr>
        <w:jc w:val="right"/>
      </w:pPr>
      <w:r>
        <w:t>For example, मोलाना साहब ने 96 years age तक बहुत अच्छे से अच्छे से काम किया है. इसका reason कि लगा है. मैं यही जानी चाहती हूं. नहीं, आपको ऐसा मैंने. मुझे नहीं, clear नहीं हुआ.</w:t>
      </w:r>
    </w:p>
    <w:p>
      <w:r>
        <w:rPr>
          <w:b/>
        </w:rPr>
        <w:t xml:space="preserve">[25:22] </w:t>
      </w:r>
      <w:r>
        <w:t>aajkal log bolte hain ki fifty, forty fifty umr ke log bolte hain ki hamare andar taqat khatm ho gaya hai. hum kuch kaam nahi kar paate hain future mein. hum aaram karte hain. lekin yeh baat, yeh baat ko baaju rakhkar kuch log ko observe karne se woh log prove karte hain ki fifty years ke baad bhi acche se bahut bade bade kaam karte hain.</w:t>
      </w:r>
    </w:p>
    <w:p>
      <w:pPr>
        <w:jc w:val="right"/>
      </w:pPr>
      <w:r>
        <w:t>आजकल लोग बोलते हैं कि fifty, forty fifty उम्र के लोग बोलते हैं कि हमारे अंदर ताकत ख़त्म हो गया है. हम कुछ काम नहीं कर पाते हैं future में. हम आराम करते हैं. लेकिन यह बात, यह बात को बाजू रखकर कुछ लोग को observe करने से वह लोग prove करते हैं कि fifty years के बाद भी अच्छे से बहुत बड़े बड़े काम करते हैं.</w:t>
      </w:r>
    </w:p>
    <w:p>
      <w:r>
        <w:rPr>
          <w:b/>
        </w:rPr>
        <w:t xml:space="preserve">[25:51] </w:t>
      </w:r>
      <w:r>
        <w:t>for example Maulana sahib bhi ninety six years tak bahut acche se kaam kiya hai. iski reason kya hai? yahi main jaan, jaanna chahti hoon. simple living, hi, thank you. mhmm, bataiye. woh normally kya hota hai? woh jo insaan simple living ho jiski nature ke mutabik zindagi guzare, natural zindagi guzare jaise Maulana sahib ne guzara.</w:t>
      </w:r>
    </w:p>
    <w:p>
      <w:pPr>
        <w:jc w:val="right"/>
      </w:pPr>
      <w:r>
        <w:t>For example मौलाना साहब भी ninety six years तक बहुत अच्छे से काम किया है. इसकी reason क्या है? यही मैं जान, जानना चाहती हूं. Simple living, hi, thank you. Mhmm, बताइए. वह normally क्या होता है? वह जो इंसान simple living हो जिसकी nature के मुताबिक ज़िंदगी गुज़ारे, natural ज़िंदगी गुज़ारे जैसे मालाना साहब ने गुज़ारा.</w:t>
      </w:r>
    </w:p>
    <w:p>
      <w:r>
        <w:rPr>
          <w:b/>
        </w:rPr>
        <w:t xml:space="preserve">[26:21] </w:t>
      </w:r>
      <w:r>
        <w:t>khane peene ke mamle mein bhi bahut disciplined ho aur dosti cheezein karein discipline ke saath to uski</w:t>
      </w:r>
    </w:p>
    <w:p>
      <w:pPr>
        <w:jc w:val="right"/>
      </w:pPr>
      <w:r>
        <w:t>खाने पीने के मामले में भी बहुत disciplined हो और दोस्ती चीज़ें करें discipline के साथ तो उसकी</w:t>
      </w:r>
    </w:p>
    <w:p>
      <w:r>
        <w:rPr>
          <w:b/>
        </w:rPr>
        <w:t xml:space="preserve">[26:40] </w:t>
      </w:r>
      <w:r>
        <w:t>health achhi rahegi Simple living thi woh.</w:t>
      </w:r>
    </w:p>
    <w:p>
      <w:pPr>
        <w:jc w:val="right"/>
      </w:pPr>
      <w:r>
        <w:t>health अच्छी रहेगी Simple living थी वह.</w:t>
      </w:r>
    </w:p>
    <w:p>
      <w:r>
        <w:rPr>
          <w:b/>
        </w:rPr>
        <w:t xml:space="preserve">[27:00] </w:t>
      </w:r>
      <w:r>
        <w:t>apne ki hifazat bhi toh karni hoti hai na? apni sehat ki hifazat karni hoti hai. ek goal mutayyan karna hota hai. jo log aisa keh rahe hain ki hamari nai taqat hai, woh aap unko dekhiye doosre duniya ke kaamon mein jismein unko interest hoga usmein woh lage rehte hain. aisa nahi hai ki koi hadam soya rehta hai. toh hamein apne aap ko doosre kaamon se duniyaabi kaamon se alag karna hoga aur apne aap ko focus karna hoga mission ke kaam par.</w:t>
      </w:r>
    </w:p>
    <w:p>
      <w:pPr>
        <w:jc w:val="right"/>
      </w:pPr>
      <w:r>
        <w:t>अपने की हिफाज़त भी तो करनी होती है ना? अपनी सेहत की हिफाज़त करनी होती है. एक goal मुतायन करना होता है. जो लोग ऐसा कह रहे हैं कि हमारी नई ताकत है, वह आप उनको देखिए दूसरे दुनिया के कामों में जिसमें उनको interest होगा उसमें वह लगे रहते हैं. ऐसा नहीं है कि कोई हदम सोया रहता है. तो हमें अपने आपको दूसरे कामों से दुनियाभी कामों से अलग करना होगा और अपने आप को focus करना होगा mission के काम पर.</w:t>
      </w:r>
    </w:p>
    <w:p>
      <w:r>
        <w:rPr>
          <w:b/>
        </w:rPr>
        <w:t xml:space="preserve">[27:30] </w:t>
      </w:r>
      <w:r>
        <w:t>tab hum kaam kar payenge. aisa toh nahi hai koi din raat soya rehta hai asabe khaaf ki tarah. toh kaam toh sab karte hain lekin yeh hai ki interest kismein hai? toh yeh hai ki agar hamara ek mission hai toh us mission ke hisab se humko doosre kaam khatm karne padenge. shopping hai aur ghoomna hai, phirna hai, entertainment hai. yeh sab khatm karenge tabhi toh hum mission ka kaam kar payenge na?</w:t>
      </w:r>
    </w:p>
    <w:p>
      <w:pPr>
        <w:jc w:val="right"/>
      </w:pPr>
      <w:r>
        <w:t>तब हम काम कर पाएंगे. ऐसा तो नहीं है कोई दिन रात सोया रहता है असाबे खाफ की तरह. तो काम तो सब करते हैं लेकिन यह है कि interest किसमें है? तो यह है कि अगर हमारा एक mission है तो उस mission के हिसाब से हमको दूसरे काम खत्म करने पड़ेंगे. Shopping है और घूमना है, फिरना है, entertainment है. यह सब खत्म करेंगे तभी तो हम mission का काम कर पाएंगे ना.</w:t>
      </w:r>
    </w:p>
    <w:p>
      <w:r>
        <w:rPr>
          <w:b/>
        </w:rPr>
        <w:t xml:space="preserve">[28:00] </w:t>
      </w:r>
      <w:r>
        <w:t>hamare ghar ke saamne sale lagti hai ghar ke saamne. sab kehte hain sale lagi hai, sale lagi hai. hum yahan chalis saal se reh rahe hain kabhi wahan nahi gaye. toh apne aap ko bachana padta hai paazil kaamon se. tab baad mein mission mein lagta hai. Maulana ne ek article bhi likha tha nazar ki kharidari.</w:t>
      </w:r>
    </w:p>
    <w:p>
      <w:pPr>
        <w:jc w:val="right"/>
      </w:pPr>
      <w:r>
        <w:t>हमारे घर के सामने sale लगती है घर के सामने. सब कहते हैं sale लगी है, sale लगी है. हम यहां चालीस साल से रह रहे हैं कभी वहां नहीं गए. तो अपने आप को बचाना पड़ता है पाज़िल कामों से. तब बाद में mission में लगता है. मनाना ने एक article भी लिखा था नज़र की खरीदारी.</w:t>
      </w:r>
    </w:p>
    <w:p>
      <w:r>
        <w:rPr>
          <w:b/>
        </w:rPr>
        <w:t xml:space="preserve">[28:28] </w:t>
      </w:r>
      <w:r>
        <w:t>yeh ek, ek sahib ke ghar mein woh gaye the toh dekha ki samaan se poora ghar bhara hua hai. toh yeh simple, simple living ke khilaf hai. koi acchi cheez lage usko fauran kha liya. koi acchi cheez lagi zaroorat se zyada kha liya.</w:t>
      </w:r>
    </w:p>
    <w:p>
      <w:pPr>
        <w:jc w:val="right"/>
      </w:pPr>
      <w:r>
        <w:t>यह एक, एक साहब के घर में वह गए थे तो देखा कि सामान से पूरा घर भरा हुआ है. तो यह simple, simple living के खिलाफ है. कोई अच्छी चीज़ लगे उसको फ़ौरन खा लिया. कोई अच्छी चीज़ लगी ज़रूरत से ज़्यादा खा लिया.</w:t>
      </w:r>
    </w:p>
    <w:p>
      <w:r>
        <w:rPr>
          <w:b/>
        </w:rPr>
        <w:t xml:space="preserve">[28:56] </w:t>
      </w:r>
      <w:r>
        <w:t>har insaan ki body bhi usko indicate karti hai ke aap aapko khane ka ki limit khatam ho gayi. exercise nahi karte hain aur usi tarike se nashukri mein zindagi ujaate hain. manfin afsiha jo insaan ko kill karti hai. haan, Allah ki madad bhi to chahiye na. haan. kaam karne ke liye. yeh sab karenge to Allah ki madad nahi milegi. hamari ek dost hai unka ek poore kamre mein bachchon ka khilana bhara hua hai.</w:t>
      </w:r>
    </w:p>
    <w:p>
      <w:pPr>
        <w:jc w:val="right"/>
      </w:pPr>
      <w:r>
        <w:t>हर इंसान की body भी उसको indicate करती है कि आप आपको खाने का की limit खत्म हो गई. Exercise नहीं करते हैं और उसी तरीके से नाशुक्री में ज़िंदगी उजाते हैं. मनफीन अफसिहा जो इंसान को kill करती है. हां, अल्लाह की मदद भी तो चाहिए ना. हां. काम करने के लिए. यह सब करेंगे तो अल्लाह की मदद नहीं मिलेगी. हमारी एक दोस्त है उनका एक पूरे कमरे में बच्चों का खिलाना भरा हुआ है.</w:t>
      </w:r>
    </w:p>
    <w:p>
      <w:r>
        <w:rPr>
          <w:b/>
        </w:rPr>
        <w:t xml:space="preserve">[29:25] </w:t>
      </w:r>
      <w:r>
        <w:t>ab usmein kitna kharidari mein kitna time lagao ge, kitna paisa lagao ge, usko har dam sitting hoti hogi, yahan sit kar do, wahan sit kar do. to in sab kaamon se apne aap ko bachna bachana padega. aur meri second question hai ab. kya jinn saamp ke roop mein bhi aati hai kya? jinn kya?</w:t>
      </w:r>
    </w:p>
    <w:p>
      <w:pPr>
        <w:jc w:val="right"/>
      </w:pPr>
      <w:r>
        <w:t>अब उसमें कितना ख़रीदारी में कितना time लगाओगे, कितना पैसा लगाओगे, उसको हर दम sitting होती होगी, यहां sit कर दो, वहां sit कर दो. तो इन सब कामों से अपने आपको बचना बचाना पड़ेगा. और मेरी second question है अब. क्या जिन्न सांप के रूप में भी आती है क्या? जिन्न क्या?</w:t>
      </w:r>
    </w:p>
    <w:p>
      <w:r>
        <w:rPr>
          <w:b/>
        </w:rPr>
        <w:t xml:space="preserve">[29:55] </w:t>
      </w:r>
      <w:r>
        <w:t>jinn saamp ke roop mein bhi aata hai? nahi, yeh hum nahi jaante. khwaab mein aadmi tarah tarah ki baatein dekhta hai. aisa hai na ke dimagh mein hum hamari umar pachas saal, saath saal, sattar saal is dauran humne bahut cheezein dekhi, bahut saari cheezein padhi hain, bahut cheezon ko observe kiya to woh hamare dimagh mein na har cheez mehfooz rehti hai.</w:t>
      </w:r>
    </w:p>
    <w:p>
      <w:pPr>
        <w:jc w:val="right"/>
      </w:pPr>
      <w:r>
        <w:t>जिन्न सांप के रूप में भी आता है? नहीं, यह हम नहीं जानते. ख्याब में आदमी तरह तरह की बातें देखता है. ऐसा है ना कि दिमाग में हम हमारी उम्र पचास साल, साठ साल, सत्तर साल इस दौरान हमने बहुत चीज़ें देखी, बहुत सारी चीज़ें पढ़ी हैं, बहुत चीज़ों को observe किया तो वह हमारे दिमाग में ना हर चीज़ महफ़ूज़ रहती है.</w:t>
      </w:r>
    </w:p>
    <w:p>
      <w:r>
        <w:rPr>
          <w:b/>
        </w:rPr>
        <w:t xml:space="preserve">[30:24] </w:t>
      </w:r>
      <w:r>
        <w:t>humein lagta nahi hai lekin har cheez ki tasveerein mehfooz hain, alfaaz mehfooz hain to woh raat ko jab hum sote hain na to woh sone mein woh subconscious mind hamara jahan yeh saari cheezein mehfooz rehti hain na woh active ho jata hai. to woh ho sakta hai kabhi kabhi saamp dekha ho, suna ho, to dimagh mein socha ho to woh dimagh mein rehta hai. to woh khaab mein kuch bhi aadmi dekh sakta hai.</w:t>
      </w:r>
    </w:p>
    <w:p>
      <w:pPr>
        <w:jc w:val="right"/>
      </w:pPr>
      <w:r>
        <w:t>हमें लगता नहीं है लेकिन हर चीज़ की तस्वीरें महफ़ूज़ हैं, अल्फाद महफ़ूज़ हैं तो वह रात को जब हम सोते हैं ना तो वह सोने में वह subconscious mind हमारा जहां यह सारी चीज़ें महफ़ूज़ रहती हैं ना वह active हो जाता है. तो वह हो सकता है कभी कभी सांप देखा हो, सुना हो, तो दिमाग में सोचा हो तो वह दिमाग में रहता है. तो वह खाब में कुछ भी आदमी देख सकता है.</w:t>
      </w:r>
    </w:p>
    <w:p>
      <w:r>
        <w:rPr>
          <w:b/>
        </w:rPr>
        <w:t xml:space="preserve">[30:51] </w:t>
      </w:r>
      <w:r>
        <w:t>woh zaroori nahi hai ke woh jeena aaya hai saamp ki shakal mein.</w:t>
      </w:r>
    </w:p>
    <w:p>
      <w:pPr>
        <w:jc w:val="right"/>
      </w:pPr>
      <w:r>
        <w:t>वह ज़रूरी नहीं है कि वह जीना आया है सांप की शक्ल में.</w:t>
      </w:r>
    </w:p>
    <w:p>
      <w:r>
        <w:rPr>
          <w:b/>
        </w:rPr>
        <w:t xml:space="preserve">[30:56] </w:t>
      </w:r>
      <w:r>
        <w:t>appa ek question aaya hai ke hum kisi se karz dete hain, kisi individual se to use karz</w:t>
      </w:r>
    </w:p>
    <w:p>
      <w:pPr>
        <w:jc w:val="right"/>
      </w:pPr>
      <w:r>
        <w:t>अप्पा एक question आया है कि हम किसी से कर्ज देते हैं, किसी individual से तो उसे कर्ज</w:t>
      </w:r>
    </w:p>
    <w:p>
      <w:r>
        <w:rPr>
          <w:b/>
        </w:rPr>
        <w:t xml:space="preserve">[31:01] </w:t>
      </w:r>
      <w:r>
        <w:t>humein lautana hota hai aur na lautayein to iski pakad hoti hai adda ke yahan aur agar kisi</w:t>
      </w:r>
    </w:p>
    <w:p>
      <w:pPr>
        <w:jc w:val="right"/>
      </w:pPr>
      <w:r>
        <w:t>हमें लौटाना होता है और ना लौटाएं तो इसकी पकड़ होती है अद्दा के यहां और अगर किसी</w:t>
      </w:r>
    </w:p>
    <w:p>
      <w:r>
        <w:rPr>
          <w:b/>
        </w:rPr>
        <w:t xml:space="preserve">[31:06] </w:t>
      </w:r>
      <w:r>
        <w:t>organization ya government se jab hum loan lete hain to log isko bahut likely dete hain ke government</w:t>
      </w:r>
    </w:p>
    <w:p>
      <w:pPr>
        <w:jc w:val="right"/>
      </w:pPr>
      <w:r>
        <w:t>organization या government से जब हम loan लेते हैं तो लोग इसको बहुत likely देते हैं कि government</w:t>
      </w:r>
    </w:p>
    <w:p>
      <w:r>
        <w:rPr>
          <w:b/>
        </w:rPr>
        <w:t xml:space="preserve">[31:11] </w:t>
      </w:r>
      <w:r>
        <w:t>ko humein loan leni, loan wapas dene ki zaroorat kya hai?</w:t>
      </w:r>
    </w:p>
    <w:p>
      <w:pPr>
        <w:jc w:val="right"/>
      </w:pPr>
      <w:r>
        <w:t>को हमें loan लेनी, loan वापस देने की ज़रूरत क्या है?</w:t>
      </w:r>
    </w:p>
    <w:p>
      <w:r>
        <w:rPr>
          <w:b/>
        </w:rPr>
        <w:t xml:space="preserve">[31:16] </w:t>
      </w:r>
      <w:r>
        <w:t>government ke paas to bahut hai.</w:t>
      </w:r>
    </w:p>
    <w:p>
      <w:pPr>
        <w:jc w:val="right"/>
      </w:pPr>
      <w:r>
        <w:t>Government के पास तो बहुत है.</w:t>
      </w:r>
    </w:p>
    <w:p>
      <w:r>
        <w:rPr>
          <w:b/>
        </w:rPr>
        <w:t xml:space="preserve">[31:21] </w:t>
      </w:r>
      <w:r>
        <w:t>ya kisi body ya koi aisa institution hai.</w:t>
      </w:r>
    </w:p>
    <w:p>
      <w:pPr>
        <w:jc w:val="right"/>
      </w:pPr>
      <w:r>
        <w:t>या किसी body या कोई ऐसा institution है.</w:t>
      </w:r>
    </w:p>
    <w:p>
      <w:r>
        <w:rPr>
          <w:b/>
        </w:rPr>
        <w:t xml:space="preserve">[31:26] </w:t>
      </w:r>
      <w:r>
        <w:t>to yeh kya sahi hai aapka?</w:t>
      </w:r>
    </w:p>
    <w:p>
      <w:pPr>
        <w:jc w:val="right"/>
      </w:pPr>
      <w:r>
        <w:t>तो यह क्या सही है आपका?</w:t>
      </w:r>
    </w:p>
    <w:p>
      <w:r>
        <w:rPr>
          <w:b/>
        </w:rPr>
        <w:t xml:space="preserve">[31:31] </w:t>
      </w:r>
      <w:r>
        <w:t>amanat ke khilaaf hai. boliye. galat hai. kyunke aapne ek ahad kiya hai aur amanat liya hai. agar hum samajh lein ke individual ke khilaaf nahi pakad hogi to yeh to hum amanat ka kaam kar rahe hain na? aur hadish mayke la eamana limalla amanat alla. yeh uska iman nahi jiske paas amana tari na ho. yeh bilkul hi galat cheez hai.</w:t>
      </w:r>
    </w:p>
    <w:p>
      <w:pPr>
        <w:jc w:val="right"/>
      </w:pPr>
      <w:r>
        <w:t>अमानत के खिलाफ है. बोलिए. गलत है. क्योंकि आपने एक अहद किया है और अमानत लिया है. अगर हम समझ लें कि individual के खिलाफ नहीं पकड़ होगी तो यह तो हम अमानत का काम कर रहे हैं ना? और हदीश मायके ला ईमाना लिमल्ला अमानत अल्ला. यह उसका ईमान नहीं जिसके पास अमाना तारी ना हो. यह बिल्कुल ही गलत चीज़ है.</w:t>
      </w:r>
    </w:p>
    <w:p>
      <w:r>
        <w:rPr>
          <w:b/>
        </w:rPr>
        <w:t xml:space="preserve">[31:56] </w:t>
      </w:r>
      <w:r>
        <w:t>kisi sabhi aap paise lein, rupaye lein, usko wapas karna hai aapko aur yeh aisi cheez hai ke Allah tallah bhi isko maaf nahi karega jab tak ke jisse aapne liya hai woh maaf na karein. haan ji, ismein aata hai ke momin ke bare mein kaha gaya hai ke uski momin ki rooh us waqt tak latki rehti hai jab tak ke uska qarz ada na kar diya jaye. aisi khatarnak dhi se. to qarz ka mamla aasan nahi hai. aap individual se lein ya kisi se lein.</w:t>
      </w:r>
    </w:p>
    <w:p>
      <w:pPr>
        <w:jc w:val="right"/>
      </w:pPr>
      <w:r>
        <w:t>किसी सभी आप पैसे लें, रुपए लें, उसको वापस करना है आपको और यह ऐसी चीज़ है कि अल्लाह तल्लाह भी इसको माफ़ नहीं करेगा जब तक कि जिससे आपने लिया है वह माफ़ ना करें. हां जी, इसमें आता है कि मौमीन के बारे में कहा गया है कि उसकी मौमीन की रूह उस वक्त तक लटकी रहती है जब तक कि उसका कर्ज अदाना कर दिया जाए. ऐसी खतरनाकधी से. तो कर्ज का मामला आसान नहीं है. आप individual से लें या किसी से लें.</w:t>
      </w:r>
    </w:p>
    <w:p>
      <w:r>
        <w:rPr>
          <w:b/>
        </w:rPr>
        <w:t xml:space="preserve">[32:26] </w:t>
      </w:r>
      <w:r>
        <w:t>Bank se hi milta hai insaan ko aur bank apne jeb se nahi bharta, public se hi woh</w:t>
      </w:r>
    </w:p>
    <w:p>
      <w:pPr>
        <w:jc w:val="right"/>
      </w:pPr>
      <w:r>
        <w:t>Bank से ही मिलता है इंसान को और bank अपने जेब से नहीं भरता, public से ही वह</w:t>
      </w:r>
    </w:p>
    <w:p>
      <w:r>
        <w:rPr>
          <w:b/>
        </w:rPr>
        <w:t xml:space="preserve">[32:35] </w:t>
      </w:r>
      <w:r>
        <w:t>usko yeh karta hai, Quran padhein to usmein aaya hai iske bare mein, yudiyon ke bare mein aaya</w:t>
      </w:r>
    </w:p>
    <w:p>
      <w:pPr>
        <w:jc w:val="right"/>
      </w:pPr>
      <w:r>
        <w:t>उसको यह करता है, कुरान पढ़ें तो उसमें आया है इसके बारे में, योदियों के बारे में आया</w:t>
      </w:r>
    </w:p>
    <w:p>
      <w:r>
        <w:rPr>
          <w:b/>
        </w:rPr>
        <w:t xml:space="preserve">[32:45] </w:t>
      </w:r>
      <w:r>
        <w:t>uski yeh karte hue kyunki yudiyon ki mein kuch log aise hain ki agar unko koi cheez do</w:t>
      </w:r>
    </w:p>
    <w:p>
      <w:pPr>
        <w:jc w:val="right"/>
      </w:pPr>
      <w:r>
        <w:t>उसकी यह करते हुए क्योंकि योदियों की में कुछ लोग ऐसे हैं कि अगर उनको कोई चीज़ दो</w:t>
      </w:r>
    </w:p>
    <w:p>
      <w:r>
        <w:rPr>
          <w:b/>
        </w:rPr>
        <w:t xml:space="preserve">[32:54] </w:t>
      </w:r>
      <w:r>
        <w:t>to jab tak sar par sawal nahi hogi woh wapas nahi karte hain.</w:t>
      </w:r>
    </w:p>
    <w:p>
      <w:pPr>
        <w:jc w:val="right"/>
      </w:pPr>
      <w:r>
        <w:t>तो जब तक सर पर सवाल नहीं होगी वह वापस नहीं करते हैं.</w:t>
      </w:r>
    </w:p>
    <w:p>
      <w:r>
        <w:rPr>
          <w:b/>
        </w:rPr>
        <w:t xml:space="preserve">[33:04] </w:t>
      </w:r>
      <w:r>
        <w:t>bahut hi mazhabmat karti hui baat aayi hai ke woh aisa karte hain to yeh jahudiyon ki ravish hai aisa karte hain. mujhe jatilla thank you so much for asking.</w:t>
      </w:r>
    </w:p>
    <w:p>
      <w:pPr>
        <w:jc w:val="right"/>
      </w:pPr>
      <w:r>
        <w:t>बहुत ही मज़हब्मत करती हुई बात आई है कि वो ऐसा करते हैं तो ये जहूदियों की रविश है ऐसा करते हैं. मुझे जातिल्ला thank you so much for asking.</w:t>
      </w:r>
    </w:p>
    <w:p>
      <w:r>
        <w:rPr>
          <w:b/>
        </w:rPr>
        <w:t xml:space="preserve">[33:16] </w:t>
      </w:r>
      <w:r>
        <w:t>haan musalman jahudiyon ke naks ashwahan mein yahudi kahan hain itne? chand yahudi honge. to iska matlab hai ke musalman yahudiyon ki sunnat par yahudiyon ke taur tarike par chal rahe hain.</w:t>
      </w:r>
    </w:p>
    <w:p>
      <w:pPr>
        <w:jc w:val="right"/>
      </w:pPr>
      <w:r>
        <w:t>हां मुसलमान जहूदियों के नक्श अस्वाहन में यहूदी कहां है इतने? चंद यहूदी होंगे. तो इसका मतलब है कि मुसलमान यहूदियों की सुन्नत पर यहूदियों के तौर तरीके पर चल रहे हैं.</w:t>
      </w:r>
    </w:p>
    <w:p>
      <w:r>
        <w:rPr>
          <w:b/>
        </w:rPr>
        <w:t xml:space="preserve">[33:46] </w:t>
      </w:r>
      <w:r>
        <w:t>to wohi aaj ke yahudi musalman hi hain. zamini halat kuch achhi nahi hai. musalmanon ki zamini halat jo kuch achhi nahi hai. aisi aisi news sunne mein aati hai na aadmi yeh ho jaye. kya kya kar sakte hain usko? yeh ashahan kahan par hai aap aap? iran mein, iran mein.</w:t>
      </w:r>
    </w:p>
    <w:p>
      <w:pPr>
        <w:jc w:val="right"/>
      </w:pPr>
      <w:r>
        <w:t>तो वही आज के यहूदी मुसलमान ही हैं. ज़मीनी हालत कुछ अच्छी नहीं है. मुसलमानों की ज़मीनी हालत जो कुछ अच्छी नहीं है. ऐसी ऐसी news सुनने में आती है ना आदमी यह हो जाए. क्या क्या कर सकते हैं उसको? यह असहान कहां पर है आप आप? Iran में, Iran में.</w:t>
      </w:r>
    </w:p>
    <w:p>
      <w:r>
        <w:rPr>
          <w:b/>
        </w:rPr>
        <w:t xml:space="preserve">[34:10] </w:t>
      </w:r>
      <w:r>
        <w:t>usmein hadish aur bhi hai ke tum log yudiyon ke aisa naks kadam par chalo ge ke kya balish to kya hai? balish dar balish kadam kadam. haan. aur agar woh goh ke bill mein daake to tum bhi chale jao ge. haan, woh aur bhi hadise hain. ab woh musalman samajhte thodi hain ke woh bhi usi raste par chal rahe hain. jo din saanch ke karte ja rahe hain aapke ismein. ok, we have already taken forty minutes of you aap.</w:t>
      </w:r>
    </w:p>
    <w:p>
      <w:pPr>
        <w:jc w:val="right"/>
      </w:pPr>
      <w:r>
        <w:t>उसमें हदीश और भी है कि तुम लोग योदियों के ऐसा नक्श कदम पर चलो गए कि क्या बालिश तो क्या है? बालिश दर बालिश कदम कदम. हां. और अगर वह गोह के bill में डाके तो तुम भी चले जाओगे. हां, वह और भी हदी से हैं. अब वह मुसलमान समझते थोड़ी हैं कि वह भी उसी रास्ते पर चल रहे हैं. जो दिन सांच के करते जा रहे हैं आपके इसमें. Ok, we have already taken forty minutes of you आप.</w:t>
      </w:r>
    </w:p>
    <w:p>
      <w:r>
        <w:rPr>
          <w:b/>
        </w:rPr>
        <w:t xml:space="preserve">[34:40] </w:t>
      </w:r>
      <w:r>
        <w:t>i hope this is ok with you. and we have two two person waiting for their questions. but i would just like to give five minutes time to complete this session. please make your question very crisp and short so that can reply till no time. rametu ne sir, please ask your question. please make it short.</w:t>
      </w:r>
    </w:p>
    <w:p>
      <w:pPr>
        <w:jc w:val="right"/>
      </w:pPr>
      <w:r>
        <w:t>I hope this is ok with you. And we have two two person waiting for their questions. But I would just like to give five minutes time to complete this session. Please make your question very crisp and short so that can reply till no time. रमेतु ने sir, please ask your question. Please make it short.</w:t>
      </w:r>
    </w:p>
    <w:p>
      <w:r>
        <w:rPr>
          <w:b/>
        </w:rPr>
        <w:t xml:space="preserve">[35:02] </w:t>
      </w:r>
      <w:r>
        <w:t>aksar bachchon ka ke questions hote hain aapka ki Allah ko kisne paida kiya?</w:t>
      </w:r>
    </w:p>
    <w:p>
      <w:pPr>
        <w:jc w:val="right"/>
      </w:pPr>
      <w:r>
        <w:t>अक्सर बच्चों का के questions होते हैं आपका कि अल्लाह को किसने पैदा किया?</w:t>
      </w:r>
    </w:p>
    <w:p>
      <w:r>
        <w:rPr>
          <w:b/>
        </w:rPr>
        <w:t xml:space="preserve">[35:07] </w:t>
      </w:r>
      <w:r>
        <w:t>hum agar unhein batayein ki falani cheez falani cheez falani cheez Allah ta'ala ne paida ki hai, is</w:t>
      </w:r>
    </w:p>
    <w:p>
      <w:pPr>
        <w:jc w:val="right"/>
      </w:pPr>
      <w:r>
        <w:t>हम अगर उन्हें बताएं कि फलानी चीज़ फलानी चीज़ फलानी चीज़ अल्लाह तारा ने पैदा की है, इस</w:t>
      </w:r>
    </w:p>
    <w:p>
      <w:r>
        <w:rPr>
          <w:b/>
        </w:rPr>
        <w:t xml:space="preserve">[35:13] </w:t>
      </w:r>
      <w:r>
        <w:t>par gaur karna hai.</w:t>
      </w:r>
    </w:p>
    <w:p>
      <w:pPr>
        <w:jc w:val="right"/>
      </w:pPr>
      <w:r>
        <w:t>पर गौर करना है.</w:t>
      </w:r>
    </w:p>
    <w:p>
      <w:r>
        <w:rPr>
          <w:b/>
        </w:rPr>
        <w:t xml:space="preserve">[35:18] </w:t>
      </w:r>
      <w:r>
        <w:t>chand, suraj, aasman, zameen wagera.</w:t>
      </w:r>
    </w:p>
    <w:p>
      <w:pPr>
        <w:jc w:val="right"/>
      </w:pPr>
      <w:r>
        <w:t>चांद, सोरस, आसमान, ज़मीन वगैरह.</w:t>
      </w:r>
    </w:p>
    <w:p>
      <w:r>
        <w:rPr>
          <w:b/>
        </w:rPr>
        <w:t xml:space="preserve">[35:24] </w:t>
      </w:r>
      <w:r>
        <w:t>to bachche aksar poochte hain ki Allah ko kisne paida kiya?</w:t>
      </w:r>
    </w:p>
    <w:p>
      <w:pPr>
        <w:jc w:val="right"/>
      </w:pPr>
      <w:r>
        <w:t>तो बच्चे अक्सर पूछते हैं कि अल्लाह को किसने पैदा किया?</w:t>
      </w:r>
    </w:p>
    <w:p>
      <w:r>
        <w:rPr>
          <w:b/>
        </w:rPr>
        <w:t xml:space="preserve">[35:29] </w:t>
      </w:r>
      <w:r>
        <w:t>ab unko tasalli bakhsh jawab waise hum dein. bataiye.</w:t>
      </w:r>
    </w:p>
    <w:p>
      <w:pPr>
        <w:jc w:val="right"/>
      </w:pPr>
      <w:r>
        <w:t>अब उनको तसल्ली बक्ष जवाब वैसे हम दें. बताइए.</w:t>
      </w:r>
    </w:p>
    <w:p>
      <w:r>
        <w:rPr>
          <w:b/>
        </w:rPr>
        <w:t xml:space="preserve">[35:35] </w:t>
      </w:r>
      <w:r>
        <w:t>molana uska jawab yeh dete the ke dekhiye, hum do confusion ke do option mein se chhota option le lete hain. hum jaante hain ke kainat ko banane wala koi hai. aisa design hai iske andar ke hum samajhte hain ke isko koi banane wala hai. to hum maante hain ke banane wala hai. lekin Allah taalah ko humne nahi dekha.</w:t>
      </w:r>
    </w:p>
    <w:p>
      <w:pPr>
        <w:jc w:val="right"/>
      </w:pPr>
      <w:r>
        <w:t>मोलाना उसका जवाब यह देते थे कि देखिए, हम दो confusion के दो option में से छोटा option ले लेते हैं. हम जानते हैं कि कैनात को बनाने वाला कोई है. ऐसा design है इसके अंदर कि हम समझते हैं कि इसको कोई बनाने वाला है. तो हम मानते हैं कि बनाने वाला है. लेकिन अल्लाह तालाह को हमने नहीं देखा.</w:t>
      </w:r>
    </w:p>
    <w:p>
      <w:r>
        <w:rPr>
          <w:b/>
        </w:rPr>
        <w:t xml:space="preserve">[35:59] </w:t>
      </w:r>
      <w:r>
        <w:t>na uski history hum jaante hain to hum uske bare mein yahi yakeen karte hain ke uska koi banane wala nahi hai. agar subah banane wala hota to woh kudari na hota. haan, kudari na hota. usko maut aati hai. banane kya hota kya usko maut aayegi? yeh sab cheezein insaan ki limitations hai na? to woh insaan in sab baaton ko samajh nahi sakta hai. saamne jo hai usko hum samajhna ke ho hi nahi sakta.</w:t>
      </w:r>
    </w:p>
    <w:p>
      <w:pPr>
        <w:jc w:val="right"/>
      </w:pPr>
      <w:r>
        <w:t>ना उसकी history हम जानते हैं तो हम उसके बारे में यही यकीन करते हैं कि उसका कोई बनाने वाला नहीं है. अगर सुबह बनाने वाला होता तो वह कुदारी ना होता. हां, कुदारी ना होता. उसको मौत आती है. बनाने क्या होता क्या उसको मौत आएगी? यह सब चीज़ें इंसान की limitations है ना? तो वह इंसान इन सब बातों को समझ नहीं सकता है. सामने जो है उसको हम समझना कि हो ही नहीं सकता.</w:t>
      </w:r>
    </w:p>
    <w:p>
      <w:r>
        <w:rPr>
          <w:b/>
        </w:rPr>
        <w:t xml:space="preserve">[36:28] </w:t>
      </w:r>
      <w:r>
        <w:t>saamne koi bhi cheez hoti hai usko aadmi samajhta ke aisa ho hi nahi sakta. zoradasti koi maane to alag cheez hai lekin duniya ki ek cheez apne aap se nahi hoti hai. jija kallah ho khair. we have the last question from princess a khan. please ask your question. asslamalikum. mujhe yeh,</w:t>
      </w:r>
    </w:p>
    <w:p>
      <w:pPr>
        <w:jc w:val="right"/>
      </w:pPr>
      <w:r>
        <w:t>सामने कोई भी चीज़ होती है उसको आदमी समझता कि ऐसा हो ही नहीं सकता. ज़ोरदस्ती कोई माने तो अलग चीज़ है लेकिन दुनिया की एक चीज़ अपने आप से नहीं होती है. जिजा कल्लाह हो खैर. We have the last question from princess ए खान. Please ask your question. अस्लामालिकुम. मुझे यह,</w:t>
      </w:r>
    </w:p>
    <w:p>
      <w:r>
        <w:rPr>
          <w:b/>
        </w:rPr>
        <w:t xml:space="preserve">[36:57] </w:t>
      </w:r>
      <w:r>
        <w:t>ji, mere kal chhote bhai se baat hui to woh keh rahe the ke unka jo hai bachchon ne father's day par dna hota hai na woh karwaya taake hum hamari jo mother side hai woh kaha jata hai syed hai aur abbu ki side pathar hai. to aur jo syed hai usko bada kaha jata badi aala aur you know najib uttar fan aur yeh.</w:t>
      </w:r>
    </w:p>
    <w:p>
      <w:pPr>
        <w:jc w:val="right"/>
      </w:pPr>
      <w:r>
        <w:t>जी, मेरे कल छोटे भाई से बात हुई तो वह कह रहे थे कि उनका जो है बच्चों ने Father's Day पर DNA होता है ना वह करवाया ताकि हम हमारी जो mother side है वह कहा जाता है सैयद है और अब्बू की side पठार है. तो और जो सैयद है उसको बड़ा कहा जाता बड़ी आला और you know नजीब उत्तर fan और यह.</w:t>
      </w:r>
    </w:p>
    <w:p>
      <w:r>
        <w:rPr>
          <w:b/>
        </w:rPr>
        <w:t xml:space="preserve">[37:20] </w:t>
      </w:r>
      <w:r>
        <w:t>to unke bachche kahenge har baat aapke ninyal wale yeh kehte rehte hain bahut aala khandan to hum</w:t>
      </w:r>
    </w:p>
    <w:p>
      <w:pPr>
        <w:jc w:val="right"/>
      </w:pPr>
      <w:r>
        <w:t>तो उनके बच्चे कहेंगे हर बात आपके निन्याल वाले यह कहते रहते हैं बहुत आला खानदान तो हम</w:t>
      </w:r>
    </w:p>
    <w:p>
      <w:r>
        <w:rPr>
          <w:b/>
        </w:rPr>
        <w:t xml:space="preserve">[37:26] </w:t>
      </w:r>
      <w:r>
        <w:t>zara DNA karke dekhein aap kahan se hain.</w:t>
      </w:r>
    </w:p>
    <w:p>
      <w:pPr>
        <w:jc w:val="right"/>
      </w:pPr>
      <w:r>
        <w:t>ज़रा DNA करके देखें आप कहां से हैं.</w:t>
      </w:r>
    </w:p>
    <w:p>
      <w:r>
        <w:rPr>
          <w:b/>
        </w:rPr>
        <w:t xml:space="preserve">[37:33] </w:t>
      </w:r>
      <w:r>
        <w:t>to jab woh DNA ka result aaya to woh tree banakar dete hain poori.</w:t>
      </w:r>
    </w:p>
    <w:p>
      <w:pPr>
        <w:jc w:val="right"/>
      </w:pPr>
      <w:r>
        <w:t>तो जब वह DNA का result आया तो वह tree बनाकर देते हैं पूरी.</w:t>
      </w:r>
    </w:p>
    <w:p>
      <w:r>
        <w:rPr>
          <w:b/>
        </w:rPr>
        <w:t xml:space="preserve">[37:39] </w:t>
      </w:r>
      <w:r>
        <w:t>to uske andar unhone kaha ki zyada tar 90% jo hai na Afghanistan se jo DNA ke andar jo</w:t>
      </w:r>
    </w:p>
    <w:p>
      <w:pPr>
        <w:jc w:val="right"/>
      </w:pPr>
      <w:r>
        <w:t>तो उसके अंदर उन्होंने कहा कि ज़्यादातर 90% जो है ना Afghanistan से जो DNA के अंदर जो</w:t>
      </w:r>
    </w:p>
    <w:p>
      <w:r>
        <w:rPr>
          <w:b/>
        </w:rPr>
        <w:t xml:space="preserve">[37:46] </w:t>
      </w:r>
      <w:r>
        <w:t>root the us zameen se nikal rahe the aur kuch hissa India ka kuch pata nahi kya koi</w:t>
      </w:r>
    </w:p>
    <w:p>
      <w:pPr>
        <w:jc w:val="right"/>
      </w:pPr>
      <w:r>
        <w:t>root थे उस ज़मीन से निकल रहे थे और कुछ हिस्सा India का कुछ पता नहीं क्या कोई</w:t>
      </w:r>
    </w:p>
    <w:p>
      <w:r>
        <w:rPr>
          <w:b/>
        </w:rPr>
        <w:t xml:space="preserve">[37:52] </w:t>
      </w:r>
      <w:r>
        <w:t>I don't know kaun sa tha jo Hyderabad Deccan wala jagah hai na India ka us taraf ka</w:t>
      </w:r>
    </w:p>
    <w:p>
      <w:pPr>
        <w:jc w:val="right"/>
      </w:pPr>
      <w:r>
        <w:t>I don't know कौन सा था जो हैदराबाद दक्कन वाला जगह है ना India का उस तरफ़ का</w:t>
      </w:r>
    </w:p>
    <w:p>
      <w:r>
        <w:rPr>
          <w:b/>
        </w:rPr>
        <w:t xml:space="preserve">[37:59] </w:t>
      </w:r>
      <w:r>
        <w:t>koi zameen mil rahi thi</w:t>
      </w:r>
    </w:p>
    <w:p>
      <w:pPr>
        <w:jc w:val="right"/>
      </w:pPr>
      <w:r>
        <w:t>कोई ज़मीन मिल रही थी</w:t>
      </w:r>
    </w:p>
    <w:p>
      <w:r>
        <w:rPr>
          <w:b/>
        </w:rPr>
        <w:t xml:space="preserve">[38:06] </w:t>
      </w:r>
      <w:r>
        <w:t>pehle to main bata doon ke dekhiye tribal age tha pehle. to tribal age ke zamane mein log jo hain jahan dekhte the water kasoor so jahan unke maveshi saath mein rehte the unko pilana pilana haryali hoti thi aur pani khaastor par. to jab woh khatm ho jata tha pehle to bahut hi scarcity thi na.</w:t>
      </w:r>
    </w:p>
    <w:p>
      <w:pPr>
        <w:jc w:val="right"/>
      </w:pPr>
      <w:r>
        <w:t>पहले तो मैं बता दूं कि देखिए tribal age था पहले. तो tribal age के जमाने में लोग जो हैं जहां देखते थे water कसौर सो जहां उनके मवेशी साथ में रहते थे उनको पिलाना पिलाना हरियाली होती थी और पानी खासतौर पर. तो जब वह ख़त्म हो जाता था पहले तो बहुत ही scarcity थी ना.</w:t>
      </w:r>
    </w:p>
    <w:p>
      <w:r>
        <w:rPr>
          <w:b/>
        </w:rPr>
        <w:t xml:space="preserve">[38:29] </w:t>
      </w:r>
      <w:r>
        <w:t>abhi aaj qazam aane se nahi samajh mein aayega to jab wahan ka resources khatm ho jate the to woh log idhar udhar jaya karte the. to arab roop jo hai woh sahi dna tha kyunke arab log jo hain woh jate the Afghanistan mein arab bhi to hain. woh tribal age mein woh idhar se udhar poora ka poora tribe move karta tha. to woh is tarike se woh sab mix up ho gaya.</w:t>
      </w:r>
    </w:p>
    <w:p>
      <w:pPr>
        <w:jc w:val="right"/>
      </w:pPr>
      <w:r>
        <w:t>अभी आज क़ज़म आने से नहीं समझ में आएगा तो जब वहां का resources ख़त्म हो जाते थे तो वह लोग इधर उधर जाया करते थे. तो अरब रूप जो है वह सही DNA था क्योंकि अरब लोग जो हैं वह जाते थे Afghanistan में अरब भी तो हैं. वह tribal age में वह इधर से उधर पूरा का पूरा tribe move करता था. तो वह इस तरीके से वह सब mix up हो गया.</w:t>
      </w:r>
    </w:p>
    <w:p>
      <w:r>
        <w:rPr>
          <w:b/>
        </w:rPr>
        <w:t xml:space="preserve">[38:54] </w:t>
      </w:r>
      <w:r>
        <w:t>log idhar udhar jakar jahan pani chara milta tha khaastor par janwaron ko to wahan woh settle ho jate the. to aisa koi aisi jo settled life bahut baad mein hui. arab mein bhi settled life bahut baad mein hui. log ghoomte phirte rehte the. to aur doosre syed jo aap batayenge ke family ko hi syed kehte hain na. haan. phir wahan se hazrat ali ki usmein aaya. to ab woh syed apne kaam se bhi to hota hai.</w:t>
      </w:r>
    </w:p>
    <w:p>
      <w:pPr>
        <w:jc w:val="right"/>
      </w:pPr>
      <w:r>
        <w:t>लोग इधर उधर जाकर जहां पानी चारा मिलता था खास तौर पर जानवरों को तो वहां वह settle हो जाते थे. तो ऐसा कोई ऐसी जो settled life बहुत बाद में हुई. अरब में भी settled life बहुत बाद में हुई. लोग घूमते फिरते रहते थे. तो और दूसरे सैयद जो आप बताएंगे कि family को ही सैयद कहते हैं ना. हां. फिर वहां से हज़रत अली की उसमें आया. तो अब वह सैयद अपने काम से भी तो होता है.</w:t>
      </w:r>
    </w:p>
    <w:p>
      <w:r>
        <w:rPr>
          <w:b/>
        </w:rPr>
        <w:t xml:space="preserve">[39:24] </w:t>
      </w:r>
      <w:r>
        <w:t>bataiye.</w:t>
      </w:r>
    </w:p>
    <w:p>
      <w:pPr>
        <w:jc w:val="right"/>
      </w:pPr>
      <w:r>
        <w:t>बताइए.</w:t>
      </w:r>
    </w:p>
    <w:p>
      <w:r>
        <w:rPr>
          <w:b/>
        </w:rPr>
        <w:t xml:space="preserve">[39:30] </w:t>
      </w:r>
      <w:r>
        <w:t>khali thodi fayda ho gaye to syed ho gaye.</w:t>
      </w:r>
    </w:p>
    <w:p>
      <w:pPr>
        <w:jc w:val="right"/>
      </w:pPr>
      <w:r>
        <w:t>खाली थोड़ी फ़ायदा हो गए तो सैयद हो गए.</w:t>
      </w:r>
    </w:p>
    <w:p>
      <w:r>
        <w:rPr>
          <w:b/>
        </w:rPr>
        <w:t xml:space="preserve">[39:36] </w:t>
      </w:r>
      <w:r>
        <w:t>dekhiye, ek cheez to yeh yaad rakhiye ki paolama ka khud India ke andar, India ki baat karein</w:t>
      </w:r>
    </w:p>
    <w:p>
      <w:pPr>
        <w:jc w:val="right"/>
      </w:pPr>
      <w:r>
        <w:t>देखिए, एक चीज़ तो यह याद रखिए कि पौलामा का खुद India के अंदर, India की बात करें</w:t>
      </w:r>
    </w:p>
    <w:p>
      <w:r>
        <w:rPr>
          <w:b/>
        </w:rPr>
        <w:t xml:space="preserve">[39:42] </w:t>
      </w:r>
      <w:r>
        <w:t>India Pakistan ke andar hi mangna hai ki India Pakistan mein jo syed hain, woh hafti ki syed nahi hai.</w:t>
      </w:r>
    </w:p>
    <w:p>
      <w:pPr>
        <w:jc w:val="right"/>
      </w:pPr>
      <w:r>
        <w:t>India Pakistan के अंदर ही मांगना है कि India Pakistan में जो सय्यद हैं, वह हफ़्ती की सय्यद नहीं है.</w:t>
      </w:r>
    </w:p>
    <w:p>
      <w:r>
        <w:rPr>
          <w:b/>
        </w:rPr>
        <w:t xml:space="preserve">[39:48] </w:t>
      </w:r>
      <w:r>
        <w:t>aapko yeh kisi ke hota hai na ki bahut sare log karte hain.</w:t>
      </w:r>
    </w:p>
    <w:p>
      <w:pPr>
        <w:jc w:val="right"/>
      </w:pPr>
      <w:r>
        <w:t>आपको यह किसी के होता है ना कि बहुत सारे लोग करते हैं.</w:t>
      </w:r>
    </w:p>
    <w:p>
      <w:r>
        <w:rPr>
          <w:b/>
        </w:rPr>
        <w:t xml:space="preserve">[39:54] </w:t>
      </w:r>
      <w:r>
        <w:t>pehle zamane mein hota tha apne marik se apni vishvach jodte the. haan.</w:t>
      </w:r>
    </w:p>
    <w:p>
      <w:pPr>
        <w:jc w:val="right"/>
      </w:pPr>
      <w:r>
        <w:t>पहले ज़माने में होता था अपने मारिक से अपनी विश्वच जोड़ते थे. हां.</w:t>
      </w:r>
    </w:p>
    <w:p>
      <w:r>
        <w:rPr>
          <w:b/>
        </w:rPr>
        <w:t xml:space="preserve">[40:00] </w:t>
      </w:r>
      <w:r>
        <w:t>to us baniyat par bhi bahut sare log apne aap ko syed kahne lage.</w:t>
      </w:r>
    </w:p>
    <w:p>
      <w:pPr>
        <w:jc w:val="right"/>
      </w:pPr>
      <w:r>
        <w:t>तो उस बनियात पर भी बहुत सारे लोग अपने आप को सैयद कहने लगे.</w:t>
      </w:r>
    </w:p>
    <w:p>
      <w:r>
        <w:rPr>
          <w:b/>
        </w:rPr>
        <w:t xml:space="preserve">[40:07] </w:t>
      </w:r>
      <w:r>
        <w:t>rasullah salah salah ka khilzar kehna hai, manmabatta bhi aamlahal, ab yusre bhi nasab hon. jiska aamal usko peeche karte hain, uska nasab usko aage nahi kar sakta hai. theek hai? aur in cheezon mein chunke hum musalman bhi yeh sab kya hai? yeh sab agar dekhein inke duniya ke isko dekhein to sirf jewish ek aisi form hai jiske nasl thodi mehfooz hai, nasl karein mehfooz hai ke usmein bahut zyada conversion nahi hai naslana.</w:t>
      </w:r>
    </w:p>
    <w:p>
      <w:pPr>
        <w:jc w:val="right"/>
      </w:pPr>
      <w:r>
        <w:t>रसुल्लाह सलाह सलाह का खिलज़ार कहना है, मनमबत्ता भी आमलूहल, अब यूसरे भी नसब हों. जिसका आमल उसको पीछे करते हैं, उसका नसब उसको आगे नहीं कर सकता है. ठीक है? और इन चीज़ों में चूंकि हम मुसलमान भी यह सब क्या है? यह सब अगर देखें इनके दुनिया के इसको देखें तो सिर्फ Jewish एक ऐसी form है जिसके नस्ल थोड़ी महफ़ूज़ है, नस्ल करें महफ़ूज़ है कि उसमें बहुत ज़्यादा Conversion नहीं है नस्लाना.</w:t>
      </w:r>
    </w:p>
    <w:p>
      <w:r>
        <w:rPr>
          <w:b/>
        </w:rPr>
        <w:t xml:space="preserve">[40:35] </w:t>
      </w:r>
      <w:r>
        <w:t>haan, itna nasar wa sab dekhna khaastav par is subcontinent mein bahut zyada hua. kahunga yahan par in logon ke yahan bahut zyada yeh sab cheezein dekhi jati thi na? yaani go kya bolte hain usko pata nahi. bahut zyada dekha jata hai.</w:t>
      </w:r>
    </w:p>
    <w:p>
      <w:pPr>
        <w:jc w:val="right"/>
      </w:pPr>
      <w:r>
        <w:t>हां, इतना नासर व सब देखना खास्तव पर इस subcontinent में बहुत ज़्यादा हुआ. कहूंगा यहां पर इन लोगों के यहां बहुत ज़्यादा यह सब चीज़ें देखी जाती थी ना? यानी गो क्या बोलते हैं उसको पता नहीं. बहुत ज़्यादा देखा जाता है.</w:t>
      </w:r>
    </w:p>
    <w:p>
      <w:r>
        <w:rPr>
          <w:b/>
        </w:rPr>
        <w:t xml:space="preserve">[41:05] </w:t>
      </w:r>
      <w:r>
        <w:t>to usi se ab musalman mein zyada tar to convert hi hain. to uska asar aaya phir sabse badi baat jo hai sab aadmi hawa ki aulad hai na? yeh saiyyad tay aur se aaye the. ji. shukriya bahut bahut. thank you.</w:t>
      </w:r>
    </w:p>
    <w:p>
      <w:pPr>
        <w:jc w:val="right"/>
      </w:pPr>
      <w:r>
        <w:t>तो उसी से अब मुसलमान में ज़्यादातर तो convert ही हैं. तो उसका असर आया फिर सबसे बड़ी बात जो है सब आदमी हवा की औलाद है ना? यह सैयद तय और से आए थे. जी. शुक्रिया बहुत बहुत. Thank you.</w:t>
      </w:r>
    </w:p>
    <w:p>
      <w:r>
        <w:rPr>
          <w:b/>
        </w:rPr>
        <w:t xml:space="preserve">[41:28] </w:t>
      </w:r>
      <w:r>
        <w:t>Thank you appa to making this wrong notion clear and we have got the answer.</w:t>
      </w:r>
    </w:p>
    <w:p>
      <w:pPr>
        <w:jc w:val="right"/>
      </w:pPr>
      <w:r>
        <w:t>Thank you अप्पा to making this wrong notion clear and we have got the answer.</w:t>
      </w:r>
    </w:p>
    <w:p>
      <w:r>
        <w:rPr>
          <w:b/>
        </w:rPr>
        <w:t xml:space="preserve">[41:34] </w:t>
      </w:r>
      <w:r>
        <w:t>We have come to the end of this session.</w:t>
      </w:r>
    </w:p>
    <w:p>
      <w:pPr>
        <w:jc w:val="right"/>
      </w:pPr>
      <w:r>
        <w:t>We have come to the end of this session.</w:t>
      </w:r>
    </w:p>
    <w:p>
      <w:r>
        <w:rPr>
          <w:b/>
        </w:rPr>
        <w:t xml:space="preserve">[41:40] </w:t>
      </w:r>
      <w:r>
        <w:t>Thank you so much, papa and farad bhai for giving your precious time to us and making things</w:t>
      </w:r>
    </w:p>
    <w:p>
      <w:pPr>
        <w:jc w:val="right"/>
      </w:pPr>
      <w:r>
        <w:t>Thank you so much, papa and फ़राद भाई for giving your precious time to us and making things</w:t>
      </w:r>
    </w:p>
    <w:p>
      <w:r>
        <w:rPr>
          <w:b/>
        </w:rPr>
        <w:t xml:space="preserve">[41:46] </w:t>
      </w:r>
      <w:r>
        <w:t>clear for us.</w:t>
      </w:r>
    </w:p>
    <w:p>
      <w:pPr>
        <w:jc w:val="right"/>
      </w:pPr>
      <w:r>
        <w:t>clear for us.</w:t>
      </w:r>
    </w:p>
    <w:p>
      <w:r>
        <w:rPr>
          <w:b/>
        </w:rPr>
        <w:t xml:space="preserve">[41:52] </w:t>
      </w:r>
      <w:r>
        <w:t>Otherwise, it would not have been so clear with our answers.</w:t>
      </w:r>
    </w:p>
    <w:p>
      <w:pPr>
        <w:jc w:val="right"/>
      </w:pPr>
      <w:r>
        <w:t>Otherwise, it would not have been so clear with our answers.</w:t>
      </w:r>
    </w:p>
    <w:p>
      <w:r>
        <w:rPr>
          <w:b/>
        </w:rPr>
        <w:t xml:space="preserve">[41:58] </w:t>
      </w:r>
      <w:r>
        <w:t>And, appal, Fahmida appal, would you like to say something?</w:t>
      </w:r>
    </w:p>
    <w:p>
      <w:pPr>
        <w:jc w:val="right"/>
      </w:pPr>
      <w:r>
        <w:t>And, अपाल, फ़हमीदा अपाल, would you like to say something?</w:t>
      </w:r>
    </w:p>
    <w:p>
      <w:r>
        <w:rPr>
          <w:b/>
        </w:rPr>
        <w:t xml:space="preserve">[42:04] </w:t>
      </w:r>
      <w:r>
        <w:t>achha, ab sabhi na session khatm kar diya jaaye. bahut achha session tha aap. bahut achhe se clear karti hai hum sabko aur aap abhi matlab time zyada ho raha hai aap abhi tabiyat. ok, appal. so nice of you to come and listen to our questions so patiently. and installer we'll meet again next month again with appal, and we'll end this session now. assalamulikum.</w:t>
      </w:r>
    </w:p>
    <w:p>
      <w:pPr>
        <w:jc w:val="right"/>
      </w:pPr>
      <w:r>
        <w:t>अच्छा, अब सभी ना session ख़त्म कर दिया जाए. बहुत अच्छा session था आप. बहुत अच्छे से clear करती है हम सबको और आप अभी मतलब time ज़्यादा हो रहा है आप अभी तबीयत. Ok, अपाल. So nice of you to come and listen to our questions so patiently. And इंस्टालर we'll meet again next month again with अपाल, and we'll end this session now. अस्सलामिलिकुल.</w:t>
      </w:r>
    </w:p>
    <w:p>
      <w:r>
        <w:rPr>
          <w:b/>
        </w:rPr>
        <w:t xml:space="preserve">[42:32] </w:t>
      </w:r>
      <w:r>
        <w:t>alibislam. barabar dua. ab to khatm ho gaya. chaliye aaj rehne ke liye. this whole session is a dua, papa. miss ho gaya</w:t>
      </w:r>
    </w:p>
    <w:p>
      <w:pPr>
        <w:jc w:val="right"/>
      </w:pPr>
      <w:r>
        <w:t>अलीबिस्लाम. बराबर दुआ. अब तो ख़त्म हो गया. चलिए आज रहने के लिए. This whole session is a दुआ, papa. Miss हो गया</w:t>
      </w:r>
    </w:p>
    <w:p>
      <w:r>
        <w:rPr>
          <w:b/>
        </w:rPr>
        <w:t xml:space="preserve">[42:45] </w:t>
      </w:r>
      <w:r>
        <w:t>musalman tilawat karna phir nath theek hai? chaliye individual do aadilya. ji. chaliye. ok, aslamikun.</w:t>
      </w:r>
    </w:p>
    <w:p>
      <w:pPr>
        <w:jc w:val="right"/>
      </w:pPr>
      <w:r>
        <w:t>मुसलमान तिलावात करना फिर नाथ ठीक है? चलिए individual दो आदिल्य. जी. चलिए. Ok, अस्लामिकून.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