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Quran 63 9 CPS Women Weekly Discussion 30 November 19, 2023</w:t>
      </w:r>
    </w:p>
    <w:p>
      <w:r>
        <w:t>https://www.youtube.com/watch?v=VfjXw4JGRa4</w:t>
      </w:r>
    </w:p>
    <w:p>
      <w:r>
        <w:rPr>
          <w:b/>
        </w:rPr>
        <w:t xml:space="preserve">[00:16] </w:t>
      </w:r>
      <w:r>
        <w:t>i welcome you all to this cps ladies session where we have shared a verse of the quran chapter 63 verse nine. o believers, do not let your wealth or your children distract you from remembrance of god. those who do so will be the losers.</w:t>
      </w:r>
    </w:p>
    <w:p>
      <w:pPr>
        <w:jc w:val="right"/>
      </w:pPr>
      <w:r>
        <w:t>I welcome you all to this CPS ladies session where we have shared a verse of the Quran chapter 63 verse nine. O believers, do not let your wealth or your children distract you from remembrance of God. Those who do so will be the losers.</w:t>
      </w:r>
    </w:p>
    <w:p>
      <w:r>
        <w:rPr>
          <w:b/>
        </w:rPr>
        <w:t xml:space="preserve">[00:39] </w:t>
      </w:r>
      <w:r>
        <w:t>this was the worst which was shared on the whatsapp group and everybody was asked to share their learning in this session. so farmida apa, please start the session. assalamalikum.</w:t>
      </w:r>
    </w:p>
    <w:p>
      <w:pPr>
        <w:jc w:val="right"/>
      </w:pPr>
      <w:r>
        <w:t>This was the worst which was shared on the WhatsApp group and everybody was asked to share their learning in this session. So फ़र्मीदा आपा, please start the session. अस्सलामालिकुम.</w:t>
      </w:r>
    </w:p>
    <w:p>
      <w:r>
        <w:rPr>
          <w:b/>
        </w:rPr>
        <w:t xml:space="preserve">[01:00] </w:t>
      </w:r>
      <w:r>
        <w:t>is vers mein us do bade distraction ki baat kar rahe hain jo hamein khuda se bahut door kar deta hai. hamari zindagi ke maqsad se humko hata deta hai. to yahan pehle humko samajhna hai ki kaise bachche aur wealth jo hai hamein khuda se floor kar rahe hain. to paisa aur daulat paakar insaan apne aish aur aaram ki taraf daudta hai.</w:t>
      </w:r>
    </w:p>
    <w:p>
      <w:pPr>
        <w:jc w:val="right"/>
      </w:pPr>
      <w:r>
        <w:t>इस वर्ष में उस दो बड़े distraction की बात कर रहे हैं जो हमें ख़ुदा से बहुत दूर कर देता है. हमारी ज़िंदगी के मक़सद से हमको हटा देता है. तो यहां पहले हमको समझना है कि कैसे बच्चे और wealth जो है हमें ख़ुदा से floor कर रहे हैं. तो पैसा और दौलत पाकर इंसान अपने ऐश और आराम की तरफ़ दौड़ता है.</w:t>
      </w:r>
    </w:p>
    <w:p>
      <w:r>
        <w:rPr>
          <w:b/>
        </w:rPr>
        <w:t xml:space="preserve">[01:27] </w:t>
      </w:r>
      <w:r>
        <w:t>apni waishat ko poora karne mein lag jaata hai. to us cheez ko alatalah yahan par mana farmate hain. paise ka istemal ka matlab sirf apni jo zarooraton ko poora karna hai. hamein paise ko aakhirat ke maqsad ko poora karne ka zariya banana hai jo ki hamara sabse bada masla hai.</w:t>
      </w:r>
    </w:p>
    <w:p>
      <w:pPr>
        <w:jc w:val="right"/>
      </w:pPr>
      <w:r>
        <w:t>अपनी वाईशात को पूरा करने में लग जाता है. तो उस चीज़ को अलाताला यहां पर मना फरमाते हैं. पैसे का इस्तेमाल का मतलब सिर्फ़ अपनी जो ज़रूरतों को पूरा करना है. हमें पैसे को आख़िरत के मकसद को पूरा करने का ज़रिया बनाना है जो कि हमारा सबसे बड़ा मसला है.</w:t>
      </w:r>
    </w:p>
    <w:p>
      <w:r>
        <w:rPr>
          <w:b/>
        </w:rPr>
        <w:t xml:space="preserve">[01:55] </w:t>
      </w:r>
      <w:r>
        <w:t>to dekha jaaye to hamari zarooraten to bahut kam hoti hain. hum apni zarooraton ko khud bahut zyada badha lete hain. apni khwahishat woh poora karne ke liye aur khwahishat ki koi limit nahin hoti hai. to apni zindagi ko bakadar zaroorat par raazi kar lena, apni soch ko motmeen banakar rakhna, zaroori aur gair zaroori ke fark ko consciously samajh lena.</w:t>
      </w:r>
    </w:p>
    <w:p>
      <w:pPr>
        <w:jc w:val="right"/>
      </w:pPr>
      <w:r>
        <w:t>तो देखा जाए तो हमारी ज़रूरतें तो बहुत कम होती हैं. हम अपनी ज़रूरतों को खुद बहुत ज़्यादा बढ़ा लेते हैं. अपनी ख्वाहिशात वह पूरा करने के लिए और ख्वाहिशात की कोई limit नहीं होती है. तो अपनी ज़िंदगी को बकदर ज़रूरत पर राज़ी कर लेना, अपनी सोच को मोतमीन बनाकर रखना, ज़रूरी और गैर ज़रूरी के फ़र्क को consciously समझ लेना.</w:t>
      </w:r>
    </w:p>
    <w:p>
      <w:r>
        <w:rPr>
          <w:b/>
        </w:rPr>
        <w:t xml:space="preserve">[02:23] </w:t>
      </w:r>
      <w:r>
        <w:t>to aur paisa hote hue bhi hum apne nafs mein rok lagate hain. to yeh jo hai hamare nafs ka ek jihad hoga jiske badle mein allah taala hamein apni qeemti jannat dega.</w:t>
      </w:r>
    </w:p>
    <w:p>
      <w:pPr>
        <w:jc w:val="right"/>
      </w:pPr>
      <w:r>
        <w:t>तो और पैसा होते हुए भी हम अपने नफ़्स में रोक लगाते हैं. तो यह जो है हमारे नफ़्स का एक जिहाद होगा जिसके बदले में अल्लाह ताला हमें अपनी क़ीमती जन्नत देगा.</w:t>
      </w:r>
    </w:p>
    <w:p>
      <w:r>
        <w:rPr>
          <w:b/>
        </w:rPr>
        <w:t xml:space="preserve">[02:53] </w:t>
      </w:r>
      <w:r>
        <w:t>har maa baap ab sirf apni aulad mein bhi hi jee rahe hain. wahi unki zindagi ban gaya hai. zindagi ka maqsad ban gaya hai. to hadith hai ki ek zamana aayega ki maa apna khuda janegi. kaisi ajeeb si hadith hai? to aaj aajkal hum dekhte hain ki har taraf paise wale hon ya kam paise wale hon, zyada paise wale hon.</w:t>
      </w:r>
    </w:p>
    <w:p>
      <w:pPr>
        <w:jc w:val="right"/>
      </w:pPr>
      <w:r>
        <w:t>हर मां बाप अब सिर्फ़ अपनी औलाद में भी ही जी रहे हैं. वही उनकी ज़िंदगी वन गया है. ज़िंदगी का मकसद वन गया है. तो हदीस है कि एक जमाना आएगा कि मां अपना खुदा जनेगी. कैसी अजीब सी हदीस है? तो आज आजकल हम देखते हैं कि हर तरफ़ पैसे वाले हों या कम पैसे वाले हों, ज़्यादा पैसे वाले हों.</w:t>
      </w:r>
    </w:p>
    <w:p>
      <w:r>
        <w:rPr>
          <w:b/>
        </w:rPr>
        <w:t xml:space="preserve">[03:17] </w:t>
      </w:r>
      <w:r>
        <w:t>sabhi log apni aulad ki khwahishon ko poora karne mein lage rehte hain aur bachchon ki hawaishen ko poora karna yaani bachchon ki ibadat karna hai, yahi hadish mein bataya ja raha hai.</w:t>
      </w:r>
    </w:p>
    <w:p>
      <w:pPr>
        <w:jc w:val="right"/>
      </w:pPr>
      <w:r>
        <w:t>सभी लोग अपनी औलाद की ख्वाहिशों को पूरा करने में लगे रहते हैं और बच्चों की हवाईशों को पूरा करना यानी बच्चों की इबादत करना है, यही हदीश में बताया जा रहा है.</w:t>
      </w:r>
    </w:p>
    <w:p>
      <w:r>
        <w:rPr>
          <w:b/>
        </w:rPr>
        <w:t xml:space="preserve">[03:34] </w:t>
      </w:r>
      <w:r>
        <w:t>hadish ka matlab hai aur aise kitne logon ko main khud jaanti hoon ki jo log unhone apne bachchon ke liye apni zindagi laga di aur bade hokar bachche maa baap se door ho gaye, khuda se bhi door ho gaye. bachche numaaishi zindagi guzaar rahe hain aur maa baap apni dono duniyayen lutakar sehat ki barbadi ko chhelne.</w:t>
      </w:r>
    </w:p>
    <w:p>
      <w:pPr>
        <w:jc w:val="right"/>
      </w:pPr>
      <w:r>
        <w:t>हदीश का मतलब है और ऐसे कितने लोगों को मैं ख़ुद जानती हूं कि जो लोग उन्होंने अपने बच्चों के लिए अपनी ज़िंदगी लगा दी और बड़े होकर बच्चे मां बाप से दूर हो गए, खुदा से भी दूर हो गए. बच्चे नुमाइशी ज़िंदगी गुज़ार रहे हैं और मां बाप अपनी दोनों दुनियाएं लुटाकर सेहत की बर्बादी को छेलने.</w:t>
      </w:r>
    </w:p>
    <w:p>
      <w:r>
        <w:rPr>
          <w:b/>
        </w:rPr>
        <w:t xml:space="preserve">[03:57] </w:t>
      </w:r>
      <w:r>
        <w:t>to Allah taala ne aulad ko bahut bada zariya hamare liye bana diya hai aur aajkal hum sabhi</w:t>
      </w:r>
    </w:p>
    <w:p>
      <w:pPr>
        <w:jc w:val="right"/>
      </w:pPr>
      <w:r>
        <w:t>तो अल्लाह ताला ने औलाद को बहुत बड़ा ज़रिया हमारे लिए बना दिया है और आजकल हम सभी</w:t>
      </w:r>
    </w:p>
    <w:p>
      <w:r>
        <w:rPr>
          <w:b/>
        </w:rPr>
        <w:t xml:space="preserve">[04:12] </w:t>
      </w:r>
      <w:r>
        <w:t>jante hain ki kisi ke haan bachcha agar pet mein bhi aaya to laddu baantne baante jaate hain,</w:t>
      </w:r>
    </w:p>
    <w:p>
      <w:pPr>
        <w:jc w:val="right"/>
      </w:pPr>
      <w:r>
        <w:t>जानते हैं कि किसी के हां बच्चा अगर पेट में भी आया तो लड्डू बांटने बांटे जाते हैं,</w:t>
      </w:r>
    </w:p>
    <w:p>
      <w:r>
        <w:rPr>
          <w:b/>
        </w:rPr>
        <w:t xml:space="preserve">[04:27] </w:t>
      </w:r>
      <w:r>
        <w:t>mubarak baat di jaati hai.</w:t>
      </w:r>
    </w:p>
    <w:p>
      <w:pPr>
        <w:jc w:val="right"/>
      </w:pPr>
      <w:r>
        <w:t>मुबारक बात दी जाती है.</w:t>
      </w:r>
    </w:p>
    <w:p>
      <w:r>
        <w:rPr>
          <w:b/>
        </w:rPr>
        <w:t xml:space="preserve">[04:42] </w:t>
      </w:r>
      <w:r>
        <w:t>kai din tak laddu, mubarak baat ka yeh jo hai silsila chalta rehta hai. bas time barbaad kiya jaata hai. bachche ka pet mein aana ek aurat kyun uski aurat ko uski sabse badi zimmedari ka ehsaas dilata hai.</w:t>
      </w:r>
    </w:p>
    <w:p>
      <w:pPr>
        <w:jc w:val="right"/>
      </w:pPr>
      <w:r>
        <w:t>कई दिन तक लड्डू, मुबारक बात का यह जो है सिलसिला चलता रहता है. बस time बर्बाद किया जाता है. बच्चे का पेट में आना एक औरत क्यों उसकी औरत को उसकी सबसे बड़ी ज़िम्मेदारी का एहसास दिलाता है.</w:t>
      </w:r>
    </w:p>
    <w:p>
      <w:r>
        <w:rPr>
          <w:b/>
        </w:rPr>
        <w:t xml:space="preserve">[04:58] </w:t>
      </w:r>
      <w:r>
        <w:t>quran mein chapter three verse 35 mein hazrd imran ki ailiya ki dua batai gayi hai ki jab unke pet mein aulad aayi to unhone kaha ki ae mere rab, maine nazar kiya tere liye jo mere pet mein hai. woh aazaad rakha jayega. entirely to your service, bas to mujhse ko bolkar accept kar beshak woh to sunne wala aur janne wala hai.</w:t>
      </w:r>
    </w:p>
    <w:p>
      <w:pPr>
        <w:jc w:val="right"/>
      </w:pPr>
      <w:r>
        <w:t>कुरान में chapter three verse 35 में हज़र्द इमरान की ऐलिया की दुआ बताई गई है कि जब उनके पेट में औलाद आई तो उन्होंने कहा कि ऐ मेरे रफ़, मैंने नज़र किया तेरे लिए जो मेरे पेट में है. वह आज़ाद रखा जाएगा. Entirely to your service, बस तो मुझसे को बोलकर accept कर बेशक वह तो सुनने वाला और जानने वाला है.</w:t>
      </w:r>
    </w:p>
    <w:p>
      <w:r>
        <w:rPr>
          <w:b/>
        </w:rPr>
        <w:t xml:space="preserve">[05:27] </w:t>
      </w:r>
      <w:r>
        <w:t>quran mein yeh khuda ki zimmedari ada karne wali khatoon ki zabaan se yeh dua nikli. jo yeh dua hai woh hamein lesson de rahi hai ki khuda ek maa ko kaisa dekhna chahta hai? ek maa ki zimmedari kitni badi aur kitni zaroori hai.</w:t>
      </w:r>
    </w:p>
    <w:p>
      <w:pPr>
        <w:jc w:val="right"/>
      </w:pPr>
      <w:r>
        <w:t>कुरान में यह ख़ुदा की ज़िम्मेदारी अदा करने वाली ख़ातून की ज़बान से यह दुआ निकली. जो यह दुआ है वह हमें lesson दे रही है कि खुदा एक मां को कैसा देखना चाहता है? एक मां की ज़िम्मेदारी कितनी बड़ी और कितनी ज़रूरी है.</w:t>
      </w:r>
    </w:p>
    <w:p>
      <w:r>
        <w:rPr>
          <w:b/>
        </w:rPr>
        <w:t xml:space="preserve">[05:48] </w:t>
      </w:r>
      <w:r>
        <w:t>jis maa ki khwahish yeh ho ki unke bachche allah ki raah mein dedicate hon, to hadith mein aisi maa ke pair ke neeche jannat bataya gaya hai. yaani woh maa jo aakhirat oriented ho aur apne bachche ko bhi aakhir oriented banana chahe. aaj bachche jis tarah material cheezon mein involve hain yeh bachche khud nahin ban gaye hain.</w:t>
      </w:r>
    </w:p>
    <w:p>
      <w:pPr>
        <w:jc w:val="right"/>
      </w:pPr>
      <w:r>
        <w:t>जिस मां की ख़ाहिश यह हो कि उनके बच्चे अल्लाह की राह में dedicate हों, तो हदीश में ऐसी मां के पैर के नीचे जन्नत बताया गया है. यानी वह मां जो आख़िरत oriented हो और अपने बच्चे को भी आख़िर oriented बनाना चाहे. आज बच्चे जिस तरह material चीज़ों में involve हैं यह बच्चे ख़ुद नहीं वन गए हैं.</w:t>
      </w:r>
    </w:p>
    <w:p>
      <w:r>
        <w:rPr>
          <w:b/>
        </w:rPr>
        <w:t xml:space="preserve">[06:12] </w:t>
      </w:r>
      <w:r>
        <w:t>unke maa baap ne unki parvesh unko, unki parvesh se unko yahan tak pahunchaya hai. ek bachcha dinbhar mobile tie up ya tv mein laga rehta hai, tamashe mein dikha karta hai to maa bhi yahi kar rahi hoti hai.</w:t>
      </w:r>
    </w:p>
    <w:p>
      <w:pPr>
        <w:jc w:val="right"/>
      </w:pPr>
      <w:r>
        <w:t>उनके मां बाप ने उनकी पर्वेश उनको, उनकी पर्वेश से उनको यहां तक पहुंचाया है. एक बच्चा दिनभर mobile tie up या TV में लगा रहता है, तमाशे में दिखा करता है तो मां भी यही कर रही होती है.</w:t>
      </w:r>
    </w:p>
    <w:p>
      <w:r>
        <w:rPr>
          <w:b/>
        </w:rPr>
        <w:t xml:space="preserve">[06:28] </w:t>
      </w:r>
      <w:r>
        <w:t>usi ko dekhkar woh uska bachcha jo hai yahi karna hota hai usko bhi cheezon aur barbadi ki taraf le ja rahi hai. to aise maa baap khuda ki zabardast pakad mein aane wale hain.</w:t>
      </w:r>
    </w:p>
    <w:p>
      <w:pPr>
        <w:jc w:val="right"/>
      </w:pPr>
      <w:r>
        <w:t>उसी को देखकर वह उसका बच्चा जो है यही करना होता है उसको भी चीज़ें और बर्बादी की तरफ़ ले जा रही है. तो ऐसे मां बाप खुदा की ज़बरदस्त पकड़ में आने वाले हैं.</w:t>
      </w:r>
    </w:p>
    <w:p>
      <w:r>
        <w:rPr>
          <w:b/>
        </w:rPr>
        <w:t xml:space="preserve">[06:55] </w:t>
      </w:r>
      <w:r>
        <w:t>to aaj ke zamane ka jo one of the jihad yeh bhi hai ki maa baap apne material desire ko chhode khuda ke liye taaki unke bachche god oriented van saken. allah ko yaad karne wale van saken. nekbandon ki society ko pasand karne wale van saken. apne nafs par kabu rakhne wale van saken. woh neki ka rasta hafter karne wale van saken. material cheezon se door rehne wale van saken.</w:t>
      </w:r>
    </w:p>
    <w:p>
      <w:pPr>
        <w:jc w:val="right"/>
      </w:pPr>
      <w:r>
        <w:t>तो आज के जमाने का जो one of the जिहाद यह भी है कि मां बाप अपने material desire को छोड़े खुदा के लिए ताकि उनके बच्चे god oriented वन सकें. अल्लाह को याद करने वाले वन सकें. नेकबंदों की society को पसंद करने वाले वन सकें. अपने नफ़्स पर काबू रखने वाले वन सकें. वह नेकी का रास्ता हफ़्तैर करने वाले वन सकें. Material चीज़ों से दूर रहने वाले वन सकें.</w:t>
      </w:r>
    </w:p>
    <w:p>
      <w:r>
        <w:rPr>
          <w:b/>
        </w:rPr>
        <w:t xml:space="preserve">[07:24] </w:t>
      </w:r>
      <w:r>
        <w:t>allah taala ne apne nek bandon ko kuch khaas tarike se bhi auladta ki hai. jaise ki hum log khuran mein padhte hain. jaise hazz zakariya boodhe ho gaye the aur unki baby baanjh thi aur hazzat mariyam ko jo hai bina baap ke aulad di.</w:t>
      </w:r>
    </w:p>
    <w:p>
      <w:pPr>
        <w:jc w:val="right"/>
      </w:pPr>
      <w:r>
        <w:t>अल्लाह ताला ने अपने नेक बंदों को कुछ ख़ास तरीके से भी औलादता की है. जैसे कि हम लोग खुरान में पढ़ते हैं. जैसे हज़ज़ ज़करिया बूढ़े हो गए थे और उनकी baby बांच थी और हज़ज़त मरियम को जो है बिना बाप के औलाद दी.</w:t>
      </w:r>
    </w:p>
    <w:p>
      <w:r>
        <w:rPr>
          <w:b/>
        </w:rPr>
        <w:t xml:space="preserve">[07:44] </w:t>
      </w:r>
      <w:r>
        <w:t>to yeh khaas tarike se aulad aana karna yeh bahut bada ek miracle tha jo allah ki taraf se unke liye khaas inaam tha. kyunki woh log usko deserve karte the ki unko aulad se nawaza jaaye.</w:t>
      </w:r>
    </w:p>
    <w:p>
      <w:pPr>
        <w:jc w:val="right"/>
      </w:pPr>
      <w:r>
        <w:t>तो यह ख़ास तरीके से औलाद आता करना यह बहुत बड़ा एक miracle था जो अल्लाह की तरफ़ से उनके लिए ख़ास इनाम था. क्योंकि वह लोग उसको deserve करते थे कि उनको औलात से नवाज़ा जाए.</w:t>
      </w:r>
    </w:p>
    <w:p>
      <w:r>
        <w:rPr>
          <w:b/>
        </w:rPr>
        <w:t xml:space="preserve">[08:01] </w:t>
      </w:r>
      <w:r>
        <w:t>uski wajah yeh thi ki ki un jo anula ke nekbande the woh log, un anula ke nekbandon ne apni aulad se material material expectation nahin rakhi thi balki khuda ke liye apni aulad ko dena chahte the. to in waqiyon se bhi hum lesson le sakte hain ki hum apne bachchon ko aala education dekar duniyavi cheezon ki taraf le jaate hain.</w:t>
      </w:r>
    </w:p>
    <w:p>
      <w:pPr>
        <w:jc w:val="right"/>
      </w:pPr>
      <w:r>
        <w:t>उसकी वजह यह थी कि कि उन जो अनुला के नेकबंदे थे वह लोग, उन अनुला के नेकबंदों ने अपनी औलात से material material expectation नहीं रखी थी बल्कि खुदा के लिए अपनी औलात को देना चाहते थे. तो इन वाक़ियों से भी हम lesson ले सकते हैं कि हम अपने बच्चों को आला education देकर दुनियावी चीज़ों की तरफ़ ले जाते हैं.</w:t>
      </w:r>
    </w:p>
    <w:p>
      <w:r>
        <w:rPr>
          <w:b/>
        </w:rPr>
        <w:t xml:space="preserve">[08:26] </w:t>
      </w:r>
      <w:r>
        <w:t>badi job, paisa, daulat aur status jaisi achha ghar, achha saaman jisko aaj log kaamyaabi samajhte hain. us taraf hum apne bachchon ko dauda rahe hain. to yeh kaamyaabi nahi hai. kaamyaabi yeh hai ki koi khuda ko soul concern banaye aur usi ke mutabik apni zindagi ka goal banaye. to education bhi zaroori hai. duniya mein kamana bhi, paisa kamana bhi bahut zaroori hai.</w:t>
      </w:r>
    </w:p>
    <w:p>
      <w:pPr>
        <w:jc w:val="right"/>
      </w:pPr>
      <w:r>
        <w:t>बड़ी job, पैसा, दौलत और status जैसी अच्छा घर, अच्छा सामान जिसको आज लोग कामयाबी समझते हैं. उस तरफ़ हम अपने बच्चों को दौड़ा रहे हैं. तो यह कामयाबी नहीं है. कामयाबी यह है कि कोई ख़ुदा को soul concern बनाए और उसी के मुताबिक अपनी ज़िंदगी का goal बनाए. तो education भी ज़रूरी है. दुनिया में कमाना भी, पैसा कमाना भी बहुत ज़रूरी है.</w:t>
      </w:r>
    </w:p>
    <w:p>
      <w:r>
        <w:rPr>
          <w:b/>
        </w:rPr>
        <w:t xml:space="preserve">[08:55] </w:t>
      </w:r>
      <w:r>
        <w:t>magar paisa aur aulad ko khuda ke liye de dena yeh sabse badi kaamyaabi hai aur ek tarah ka khuda ke liye sacrifice hai ki hum duniya ke liye nahi, aakhirat ke liye apne ko aur apne bachche bachchon ko laga dein. to yahi meri learning thi is tarah se. karna chhutti na. jaza karna paah, aapne bahut achhe se explain kiya hai is verse ko.</w:t>
      </w:r>
    </w:p>
    <w:p>
      <w:pPr>
        <w:jc w:val="right"/>
      </w:pPr>
      <w:r>
        <w:t>मगर पैसा और औलात को ख़ुदा के लिए दे देना यह सबसे बड़ी कामयाबी है और एक तरह का ख़ुदा के लिए sacrifice है कि हम दुनिया के लिए नहीं, आख़िरत के लिए अपने को और अपने बच्चे बच्चों को लगा दें. तो यही मेरी learning थी इस तरह से. करना छुट्टी ना. जज़ा करना पाह, आपने बहुत अच्छे से explain किया है इस verse को.</w:t>
      </w:r>
    </w:p>
    <w:p>
      <w:r>
        <w:rPr>
          <w:b/>
        </w:rPr>
        <w:t xml:space="preserve">[09:22] </w:t>
      </w:r>
      <w:r>
        <w:t>Bahut achha laga isko suno karke kaafi detail mein aapne bataya.</w:t>
      </w:r>
    </w:p>
    <w:p>
      <w:pPr>
        <w:jc w:val="right"/>
      </w:pPr>
      <w:r>
        <w:t>बहुत अच्छा लगा इसको सुनो करके काफ़ी detail में आपने बताया.</w:t>
      </w:r>
    </w:p>
    <w:p>
      <w:r>
        <w:rPr>
          <w:b/>
        </w:rPr>
        <w:t xml:space="preserve">[09:29] </w:t>
      </w:r>
      <w:r>
        <w:t>Main Doctor Safina ko invite karti hoon apni learning ko share karne ke liye. Asslamulaykul.</w:t>
      </w:r>
    </w:p>
    <w:p>
      <w:pPr>
        <w:jc w:val="right"/>
      </w:pPr>
      <w:r>
        <w:t>मैं Doctor सफ़ीना को invite करती हूं अपनी learning को share करने के लिए. अस्लामुलायकुल.</w:t>
      </w:r>
    </w:p>
    <w:p>
      <w:r>
        <w:rPr>
          <w:b/>
        </w:rPr>
        <w:t xml:space="preserve">[09:37] </w:t>
      </w:r>
      <w:r>
        <w:t>Aapne is varsh se, is varsh ke hawale se jo parents ki zimmedari hum logon ke andar wapas</w:t>
      </w:r>
    </w:p>
    <w:p>
      <w:pPr>
        <w:jc w:val="right"/>
      </w:pPr>
      <w:r>
        <w:t>आपने इस वर्ष से, इस वर्ष के हवाले से जो parents की ज़िम्मेदारी हम लोगों के अंदर वापस</w:t>
      </w:r>
    </w:p>
    <w:p>
      <w:r>
        <w:rPr>
          <w:b/>
        </w:rPr>
        <w:t xml:space="preserve">[09:45] </w:t>
      </w:r>
      <w:r>
        <w:t>se taza ki hai uske liye bahut bahut shukriya.</w:t>
      </w:r>
    </w:p>
    <w:p>
      <w:pPr>
        <w:jc w:val="right"/>
      </w:pPr>
      <w:r>
        <w:t>से ताज़ा की है उसके लिए बहुत बहुत शुक्रिया.</w:t>
      </w:r>
    </w:p>
    <w:p>
      <w:r>
        <w:rPr>
          <w:b/>
        </w:rPr>
        <w:t xml:space="preserve">[09:53] </w:t>
      </w:r>
      <w:r>
        <w:t>maine jab yeh verse padhi to mujhe jo samajh aaya ki maal aur aulad ka zikr is verse mein isliye kiya gaya mujhe aisa laga ki kyunki insaan inhi do cheezon ki mohabbat sabse zyada duniya mein karta hai shayad. apni duniya mein usko sabse jo mehboob cheezein hain woh uska maal hai aur uski aulad hai.</w:t>
      </w:r>
    </w:p>
    <w:p>
      <w:pPr>
        <w:jc w:val="right"/>
      </w:pPr>
      <w:r>
        <w:t>मैंने जब यह verse पढ़ी तो मुझे जो समझ आया कि माल और औलाद का ज़िक्र इस verse में इसलिए किया गया मुझे ऐसा लगा कि क्योंकि इंसान इन्हीं दो चीज़ों की मोहब्बत सबसे ज़्यादा दुनिया में करता है शायद. अपनी दुनिया में उसको सबसे जो महबूब चीज़ें हैं वह उसका माल है और उसकी औलाद है.</w:t>
      </w:r>
    </w:p>
    <w:p>
      <w:r>
        <w:rPr>
          <w:b/>
        </w:rPr>
        <w:t xml:space="preserve">[10:15] </w:t>
      </w:r>
      <w:r>
        <w:t>to mujhe laga ki yeh duniya parasti ki zindagi ke liye kaha gaya hai ki jo hum insaan apna waqt aur apna paisa apni duniya mein laga dein aur aakhirat se ab kaafil ho jayein, uske liye ismein tambi ki gayi saiyat mein.</w:t>
      </w:r>
    </w:p>
    <w:p>
      <w:pPr>
        <w:jc w:val="right"/>
      </w:pPr>
      <w:r>
        <w:t>तो मुझे लगा कि यह दुनिया परस्ती की ज़िंदगी के लिए कहा गया है कि जो हम इंसान अपना वक़्त और अपना पैसा अपनी दुनिया में लगा दें और आख़िरत से अब काफ़िल हो जाएं, उसके लिए इसमें तंबी की गई सायत में.</w:t>
      </w:r>
    </w:p>
    <w:p>
      <w:r>
        <w:rPr>
          <w:b/>
        </w:rPr>
        <w:t xml:space="preserve">[10:32] </w:t>
      </w:r>
      <w:r>
        <w:t>to insaan duniya parasti jaise family culture mein jeena, power position, paise ke liye apni mehnaton ko lagaye rakhna, uske shauk mein daud dhoop karna, furniture, bartan, auraton ke liye aur bhi bahut saare saaman hain ghar ke sajane ke jismein ki woh apna zyada waqt aksar maine dekha ki woh phone par scroll karti hain, Amazon par aur us par aur yeh sab cheezein zyada dekha karti hain.</w:t>
      </w:r>
    </w:p>
    <w:p>
      <w:pPr>
        <w:jc w:val="right"/>
      </w:pPr>
      <w:r>
        <w:t>तो इंसान दुनिया परिस्थी जैसे family culture में जीना, power position, पैसे के लिए अपनी मेहनतों को लगाए रखना, उसके शौक में दौड़ धूप करना, furniture, बर्तन, औरतों के लिए और भी बहुत सारे सामान हैं घर के सजाने के जिसमें कि वह अपना ज़्यादा वक्त अक्सर मैंने देखा कि वह phone पर scroll करती हैं, Amazon पर और उस पर और यह सब चीज़ें ज़्यादा देखा करती हैं.</w:t>
      </w:r>
    </w:p>
    <w:p>
      <w:r>
        <w:rPr>
          <w:b/>
        </w:rPr>
        <w:t xml:space="preserve">[10:59] </w:t>
      </w:r>
      <w:r>
        <w:t>to duniya ki cheezon ka shauk karna unki taraf daudna ek aam marz hai. tamam kharabiyon ki asal jad lekin yahi hai. jo log khuda ke din ko nahi mante jo ki non religious log hain, woh bhi duniya ke peeche bhaag rahe hain aur jo religious log hain woh bhi duniya ke hi peeche bhaag rahe hain. Non religious logon ka to yeh excuse hai ki yahan duniya ke baad kuch nahi hai. bas yahin mar kar khatm ho jayega.</w:t>
      </w:r>
    </w:p>
    <w:p>
      <w:pPr>
        <w:jc w:val="right"/>
      </w:pPr>
      <w:r>
        <w:t>तो दुनिया की चीज़ों का शौक करना उनकी तरफ़ दौड़ना एक आम मर्ज़ है. तमाम ख़राबियों की असल जड़ लेकिन यही है. जो लोग ख़ुदा के दिन को नहीं मानते जो कि non religious लोग हैं, वह भी दुनिया के पीछे भाग रहे हैं और जो religious लोग हैं वह भी दुनिया के ही पीछे भाग रहे हैं. Non religious लोगों का तो यह excuse है कि यहां दुनिया के बाद कुछ नहीं है. बस यहीं मरकर ख़त्म हो जाएगा.</w:t>
      </w:r>
    </w:p>
    <w:p>
      <w:r>
        <w:rPr>
          <w:b/>
        </w:rPr>
        <w:t xml:space="preserve">[11:28] </w:t>
      </w:r>
      <w:r>
        <w:t>jaise ki surah Al-Jasiyah mein bhi kis verse mein bataya gaya hai ki woh log jab jab koi pareshani aati hai to woh log kehte hain to zamane ki gardish hai. aayegi, chali jayegi. matlab woh usko khuda ke saath associate nahi karte, creation plan ke saath associate nahi karte kyunki unhe knowledge nahi hai ya woh mante nahi hain. lekin jo religious log hain, jo jaante hain unka bhi haal aaj yahi hai ki woh duniya parasti mein ghumaaye. kyunki woh log kya karte hain?</w:t>
      </w:r>
    </w:p>
    <w:p>
      <w:pPr>
        <w:jc w:val="right"/>
      </w:pPr>
      <w:r>
        <w:t>जैसे कि सूर्य अलजासिया में भी किस वर्ष में बताया गया है कि वह लोग जब जब कोई परेशानी आती है तो वह लोग कहते हैं तो जमाने की गर्दिश है. आएगी, चली जाएगी. मतलब वह उसको खुदा के साथ associate नहीं करते, creation plan के साथ associate नहीं करते क्योंकि उन्हें knowledge नहीं है या वह मानते नहीं हैं. लेकिन जो religious लोग हैं, जो जानते हैं उनका भी हाल आज यही है कि वह दुनिया परिस्थी में घुमाएं. क्योंकि वह लोग क्या करते हैं?</w:t>
      </w:r>
    </w:p>
    <w:p>
      <w:r>
        <w:rPr>
          <w:b/>
        </w:rPr>
        <w:t xml:space="preserve">[11:56] </w:t>
      </w:r>
      <w:r>
        <w:t>unke andar ek sabse pehle ek false conviction ban jata hai ki hum hamari jannat to pakki hai aur unka jo, jo maghfirat hai usko woh bilkul yakeen hi samajh lete hain.</w:t>
      </w:r>
    </w:p>
    <w:p>
      <w:pPr>
        <w:jc w:val="right"/>
      </w:pPr>
      <w:r>
        <w:t>उनके अंदर एक सबसे पहले एक false conviction वन जाता है कि हम हमारी जन्नत तो पक्की है और उनका जो, जो मख़फरत है उसको वह बिल्कुल यकीन ही समझ लेते हैं.</w:t>
      </w:r>
    </w:p>
    <w:p>
      <w:r>
        <w:rPr>
          <w:b/>
        </w:rPr>
        <w:t xml:space="preserve">[12:24] </w:t>
      </w:r>
      <w:r>
        <w:t>Ritualistic deen banakar usi par mutmaeen rehte hain ki haan hamare liye aur kuch karne ka nahi hai. to woh yahi raha hai ki har insaan kisi na kisi tarah kaflat mein apne time ko duniya mein lagaye hue hai. halanki, Allah humse chahta hai ki hum aakhirat roohi zindagi, apnayein. hamara jo concern ho woh khuda ho aur, duniya ki mohabbat mein hum na padein.</w:t>
      </w:r>
    </w:p>
    <w:p>
      <w:pPr>
        <w:jc w:val="right"/>
      </w:pPr>
      <w:r>
        <w:t>Ritualistic दीन बनाकर उसी पर मुत्महीन रहते हैं कि हां हमारे लिए और कुछ करने का नहीं है. तो वह यही रहा है कि हर इंसान किसी ना किसी तरह कफ़लत में अपने time को दुनिया में लगाए हुए हैं. हालांकि, अल्लाह हमसे चाहता है कि हम आख़िरत रूखी ज़िंदगी, अपनाएं. हमारा जो concern हो वह ख़ुदा हो और, दुनिया की मोहब्बत में हम ना पड़ें.</w:t>
      </w:r>
    </w:p>
    <w:p>
      <w:r>
        <w:rPr>
          <w:b/>
        </w:rPr>
        <w:t xml:space="preserve">[12:50] </w:t>
      </w:r>
      <w:r>
        <w:t>Pehle kitab ke bare mein bhi yahi kaha gaya hai ki unhone aise hi kiya ki duniya par</w:t>
      </w:r>
    </w:p>
    <w:p>
      <w:pPr>
        <w:jc w:val="right"/>
      </w:pPr>
      <w:r>
        <w:t>पहले किताब के बारे में भी यही कहा गया है कि उन्होंने ऐसे ही किया कि दुनिया पर</w:t>
      </w:r>
    </w:p>
    <w:p>
      <w:r>
        <w:rPr>
          <w:b/>
        </w:rPr>
        <w:t xml:space="preserve">[13:03] </w:t>
      </w:r>
      <w:r>
        <w:t>rasti jo pichhle giroh ne dikhai unhone yahi kiya ki wah duniya ke kaam ko pura karte the</w:t>
      </w:r>
    </w:p>
    <w:p>
      <w:pPr>
        <w:jc w:val="right"/>
      </w:pPr>
      <w:r>
        <w:t>रस्ती जो पिछले गिरोह ने दिखाई उन्होंने यही किया कि वह दुनिया के काम को पूरा करते थे</w:t>
      </w:r>
    </w:p>
    <w:p>
      <w:r>
        <w:rPr>
          <w:b/>
        </w:rPr>
        <w:t xml:space="preserve">[13:16] </w:t>
      </w:r>
      <w:r>
        <w:t>aur aakhirat ki chizon ko ritualistic mujhe lagta hai ki is iman ke takazon par nahi utarte hain</w:t>
      </w:r>
    </w:p>
    <w:p>
      <w:pPr>
        <w:jc w:val="right"/>
      </w:pPr>
      <w:r>
        <w:t>और आख़िरत की चीज़ों को ritualistic मुझे लगता है कि इस ईमान के तकाज़ों पर नहीं उतरते हैं</w:t>
      </w:r>
    </w:p>
    <w:p>
      <w:r>
        <w:rPr>
          <w:b/>
        </w:rPr>
        <w:t xml:space="preserve">[13:29] </w:t>
      </w:r>
      <w:r>
        <w:t>kyunki hum puri supurdagi ke sath apne aap ko Allah ke hawale nahi karte hain.</w:t>
      </w:r>
    </w:p>
    <w:p>
      <w:pPr>
        <w:jc w:val="right"/>
      </w:pPr>
      <w:r>
        <w:t>क्योंकि हम पूरी सुपुर्दगी के साथ अपने आप को अल्लाह के हवाले नहीं करते हैं.</w:t>
      </w:r>
    </w:p>
    <w:p>
      <w:r>
        <w:rPr>
          <w:b/>
        </w:rPr>
        <w:t xml:space="preserve">[13:43] </w:t>
      </w:r>
      <w:r>
        <w:t>hum apni jo jitna bhi hamara jo wafadari hai jo hamein poori ki poori Allah ki taraf honi chahiye, shaitan ne usko taqseem kar diya hai aur hamari wafadariyon mein partners create karta hai. woh priority batata hai ki ab yeh family ka yeh kaam hai, yeh zaroori hai.</w:t>
      </w:r>
    </w:p>
    <w:p>
      <w:pPr>
        <w:jc w:val="right"/>
      </w:pPr>
      <w:r>
        <w:t>हम अपनी जो जितना भी हमारा जो वफ़ादारी है जो हमें पूरी की पूरी अल्लाह की तरफ़ होनी चाहिए, शैतान ने उसको तक़सीम कर दिया है और हमारी वफ़ादारियों में partners create करता है. वह priority बताता है कि अब यह family का यह काम है, यह ज़रूरी है.</w:t>
      </w:r>
    </w:p>
    <w:p>
      <w:r>
        <w:rPr>
          <w:b/>
        </w:rPr>
        <w:t xml:space="preserve">[14:02] </w:t>
      </w:r>
      <w:r>
        <w:t>Shraddhan is tarah ke waswase dalta hai aur wah chahta hai ki hum apni wafadari ko ya apni</w:t>
      </w:r>
    </w:p>
    <w:p>
      <w:pPr>
        <w:jc w:val="right"/>
      </w:pPr>
      <w:r>
        <w:t>श्रद्धान इस तरह के वस्वसे डालता है और वह चाहता है कि हम अपनी वफ़ादारी को या अपनी</w:t>
      </w:r>
    </w:p>
    <w:p>
      <w:r>
        <w:rPr>
          <w:b/>
        </w:rPr>
        <w:t xml:space="preserve">[14:39] </w:t>
      </w:r>
      <w:r>
        <w:t>attachment ko distribute kar dein, taqseem kar dein aur hum Allah taala se ek rasmi talluq hamara reh jaye.</w:t>
      </w:r>
    </w:p>
    <w:p>
      <w:pPr>
        <w:jc w:val="right"/>
      </w:pPr>
      <w:r>
        <w:t>attachment को distribute कर दें, तक़सीम कर दें और हम अल्लाह ताला से एक रस्मी ताल्लुक हमारा रह जाए.</w:t>
      </w:r>
    </w:p>
    <w:p>
      <w:r>
        <w:rPr>
          <w:b/>
        </w:rPr>
        <w:t xml:space="preserve">[15:16] </w:t>
      </w:r>
      <w:r>
        <w:t>Allah se mohabbat karne wale hote hain aur surah Al-Anfal ki atharah verse mein kaha gaya ki hidayat wale woh hain jo Khuda ke siwa kisi se na darein. to isse maloom hota hai ki tauheed yahi hai ki shadeed khauf aur shadeed mohabbat ka taluq Allah ke siwa kisi se na ho.</w:t>
      </w:r>
    </w:p>
    <w:p>
      <w:pPr>
        <w:jc w:val="right"/>
      </w:pPr>
      <w:r>
        <w:t>अल्लाह से मोहब्बत करने वाले होते हैं और सूरत औबा की अट्ठारह verse में कहा गया कि हिदायत वाले वह हैं जो खुदा के सिवा किसी से ना डरें. तो इससे मालूम होता है कि तौहीद यही है कि शदीद खौफ और शदीद मोहब्बत का तालुक अल्लाह के सिवा किसी से ना हो.</w:t>
      </w:r>
    </w:p>
    <w:p>
      <w:r>
        <w:rPr>
          <w:b/>
        </w:rPr>
        <w:t xml:space="preserve">[15:34] </w:t>
      </w:r>
      <w:r>
        <w:t>to yeh do talluq humein jo kayam karne hain na nimal se, na duniya se, na family se,</w:t>
      </w:r>
    </w:p>
    <w:p>
      <w:pPr>
        <w:jc w:val="right"/>
      </w:pPr>
      <w:r>
        <w:t>तो यह दो तालुक हमें जो कायम करने हैं ना निमाल से, ना दुनिया से, ना family से,</w:t>
      </w:r>
    </w:p>
    <w:p>
      <w:r>
        <w:rPr>
          <w:b/>
        </w:rPr>
        <w:t xml:space="preserve">[15:56] </w:t>
      </w:r>
      <w:r>
        <w:t>aur puri tarah apni zindagi ko Allah ke hawale yahan purva Allah ke supurdh karna jaise kehte hain.</w:t>
      </w:r>
    </w:p>
    <w:p>
      <w:pPr>
        <w:jc w:val="right"/>
      </w:pPr>
      <w:r>
        <w:t>और पूरी तरह अपनी ज़िंदगी को अल्लाह के हवाले यहां पूर्व अल्लाह के सुपूर्ध करना जैसे कहते हैं.</w:t>
      </w:r>
    </w:p>
    <w:p>
      <w:r>
        <w:rPr>
          <w:b/>
        </w:rPr>
        <w:t xml:space="preserve">[16:19] </w:t>
      </w:r>
      <w:r>
        <w:t>Main Maulana sahib ki ek line yahan par bolna chahti hoon ki jo log Allah se darne wale</w:t>
      </w:r>
    </w:p>
    <w:p>
      <w:pPr>
        <w:jc w:val="right"/>
      </w:pPr>
      <w:r>
        <w:t>मैं मुलाना साहब की एक line यहां पर बोलना चाहती हूं कि जो लोग अल्लाह से डरने वाले</w:t>
      </w:r>
    </w:p>
    <w:p>
      <w:r>
        <w:rPr>
          <w:b/>
        </w:rPr>
        <w:t xml:space="preserve">[16:38] </w:t>
      </w:r>
      <w:r>
        <w:t>hon, yeh family meri priority hai, yeh bachche meri priority hain.</w:t>
      </w:r>
    </w:p>
    <w:p>
      <w:pPr>
        <w:jc w:val="right"/>
      </w:pPr>
      <w:r>
        <w:t>हों, यह family मेरी priority है, यह बच्चे मेरी priority हैं.</w:t>
      </w:r>
    </w:p>
    <w:p>
      <w:r>
        <w:rPr>
          <w:b/>
        </w:rPr>
        <w:t xml:space="preserve">[16:58] </w:t>
      </w:r>
      <w:r>
        <w:t>to attachment jo hai Khuda se wah is wajah se, kahin aur atak jata hai.</w:t>
      </w:r>
    </w:p>
    <w:p>
      <w:pPr>
        <w:jc w:val="right"/>
      </w:pPr>
      <w:r>
        <w:t>तो attachment जो है खुदा से वह इस वजह से, कहीं और अटक जाता है.</w:t>
      </w:r>
    </w:p>
    <w:p>
      <w:r>
        <w:rPr>
          <w:b/>
        </w:rPr>
        <w:t xml:space="preserve">[17:04] </w:t>
      </w:r>
      <w:r>
        <w:t>hamara khuda se jo attachment tha woh kahin aur lag jata hai ya paise abhi filhal mujhe yeh</w:t>
      </w:r>
    </w:p>
    <w:p>
      <w:pPr>
        <w:jc w:val="right"/>
      </w:pPr>
      <w:r>
        <w:t>हमारा खुदा से जो attachment था वह कहीं और लग जाता है या पैसे अभी फ़िलहाल मुझे यह</w:t>
      </w:r>
    </w:p>
    <w:p>
      <w:r>
        <w:rPr>
          <w:b/>
        </w:rPr>
        <w:t xml:space="preserve">[17:10] </w:t>
      </w:r>
      <w:r>
        <w:t>karna hai, woh kamana hai, yeh yeh furniture aa jaye ghar mein.</w:t>
      </w:r>
    </w:p>
    <w:p>
      <w:pPr>
        <w:jc w:val="right"/>
      </w:pPr>
      <w:r>
        <w:t>करना है, वह कमाना है, यह यह furniture आ जाए घर में.</w:t>
      </w:r>
    </w:p>
    <w:p>
      <w:r>
        <w:rPr>
          <w:b/>
        </w:rPr>
        <w:t xml:space="preserve">[17:16] </w:t>
      </w:r>
      <w:r>
        <w:t>toh meri priority wahan badal gayi.</w:t>
      </w:r>
    </w:p>
    <w:p>
      <w:pPr>
        <w:jc w:val="right"/>
      </w:pPr>
      <w:r>
        <w:t>तो मेरी priority वहां बदल गई.</w:t>
      </w:r>
    </w:p>
    <w:p>
      <w:r>
        <w:rPr>
          <w:b/>
        </w:rPr>
        <w:t xml:space="preserve">[17:22] </w:t>
      </w:r>
      <w:r>
        <w:t>toh main is wajah se ghaflat mein ho gayi kyunke mere jo andar ek attachment hona chahiye tha</w:t>
      </w:r>
    </w:p>
    <w:p>
      <w:pPr>
        <w:jc w:val="right"/>
      </w:pPr>
      <w:r>
        <w:t>तो मैं इस वजह से गफलत में हो गई क्योंकि मेरे जो अंदर एक attachment होना चाहिए था</w:t>
      </w:r>
    </w:p>
    <w:p>
      <w:r>
        <w:rPr>
          <w:b/>
        </w:rPr>
        <w:t xml:space="preserve">[17:28] </w:t>
      </w:r>
      <w:r>
        <w:t>khuda se woh kam ho gaya.</w:t>
      </w:r>
    </w:p>
    <w:p>
      <w:pPr>
        <w:jc w:val="right"/>
      </w:pPr>
      <w:r>
        <w:t>खुदा से वह कम हो गया.</w:t>
      </w:r>
    </w:p>
    <w:p>
      <w:r>
        <w:rPr>
          <w:b/>
        </w:rPr>
        <w:t xml:space="preserve">[17:34] </w:t>
      </w:r>
      <w:r>
        <w:t>aur hamara attachment bhi kam kar dete hain woh aakhirat se aur unse hum usmein doob jate hain. to main is aayat se yeh samajh paayi hoon. aap log bhi bataiye jizakallah. haan, jaza kallah doctor Safeena for so elaborately explaining this verse and so beautifully explaining this verse. I invite Najma par to shailani. zazaq Allah. haan,</w:t>
      </w:r>
    </w:p>
    <w:p>
      <w:pPr>
        <w:jc w:val="right"/>
      </w:pPr>
      <w:r>
        <w:t>और हमारा attachment भी कम कर देते हैं वह आख़िरत से और उनसे हम उसमें डूब जाते हैं. तो मैं इस आयत से यह समझ पाई हूं. आप लोग भी बताइए जिज़ाकल्ला. हां, जज़ा कल्ला doctor स्वीना for so elaborately explaining this verse and so beautifully explaining this verse. I invite नज वहां पर to शैलानी. ज़ज़ाक अल्लाह. हां,</w:t>
      </w:r>
    </w:p>
    <w:p>
      <w:r>
        <w:rPr>
          <w:b/>
        </w:rPr>
        <w:t xml:space="preserve">[18:03] </w:t>
      </w:r>
      <w:r>
        <w:t>Bismillah hir Rahman ir Rahim. Fahmida sahiba ne bhi aur doctor Safeena ne bahut achhi tarah elaborate karke is aayat ko yeh discussion kiya hai aur iska translation to humne sabne padhai hai.</w:t>
      </w:r>
    </w:p>
    <w:p>
      <w:pPr>
        <w:jc w:val="right"/>
      </w:pPr>
      <w:r>
        <w:t>बिस्मिल्लाह हिर रहमान इर रहीम. फ़मीदा साहिबा ने भी और doctor सफीना ने बहुत अच्छी तरह elaborate करके इस आयत को यह discussion किया है और इसका translation तो हमने सबने पढ़ाई है.</w:t>
      </w:r>
    </w:p>
    <w:p>
      <w:r>
        <w:rPr>
          <w:b/>
        </w:rPr>
        <w:t xml:space="preserve">[18:22] </w:t>
      </w:r>
      <w:r>
        <w:t>to isse samajh mein aata hai ki duniya mein maal aur aulad aur usi tarah ki aur bahut si cheezein jo insaan ko di gayi hain, woh uske liye inaam nahi hain. balki woh uske liye test hain, aazmaish hain aur imtehan ka parcha hai.</w:t>
      </w:r>
    </w:p>
    <w:p>
      <w:pPr>
        <w:jc w:val="right"/>
      </w:pPr>
      <w:r>
        <w:t>तो इससे समझ में आता है कि दुनिया में माल और औलाद और उसी तरह की और बहुत सी चीज़ें जो इंसान को दी गई हैं, वह उसके लिए इनाम नहीं हैं. बल्कि वह उसके लिए test हैं, आज़माइश हैं और इम्तहान का पर्चा है.</w:t>
      </w:r>
    </w:p>
    <w:p>
      <w:r>
        <w:rPr>
          <w:b/>
        </w:rPr>
        <w:t xml:space="preserve">[18:47] </w:t>
      </w:r>
      <w:r>
        <w:t>to hamein dekhna hai is baat ko ki hamare liye kya zaroori hai aur hum kin ghair zaroori kaamon mein lage rehte hain especially jab hamare paas paisa hai usko kharch karne mein aur bachchon mein to yeh yahan par ek tarah se bahut aisi aayat hai jisse bahut dar lagta hai aur isko samajhkar phir hamein apni zindagi karna chahiye.</w:t>
      </w:r>
    </w:p>
    <w:p>
      <w:pPr>
        <w:jc w:val="right"/>
      </w:pPr>
      <w:r>
        <w:t>तो हमें देखना है इस बात को कि हमारे लिए क्या ज़रूरी है और हम किन गैर ज़रूरी कामों में लगे रहते हैं especially जब हमारे पास पैसा है उसको ख़र्च करने में और बच्चों में तो यह यहां पर एक तरह से बहुत ऐसी आयत है जिससे बहुत डर लगता है और इसको समझकर फिर हमें अपनी ज़िंदगी करना चाहिए.</w:t>
      </w:r>
    </w:p>
    <w:p>
      <w:r>
        <w:rPr>
          <w:b/>
        </w:rPr>
        <w:t xml:space="preserve">[19:15] </w:t>
      </w:r>
      <w:r>
        <w:t>Maulana kehte the ki har aadmi ke liye sabse bada masla jo hai woh aakhrat hai. magar maal aur aulad is sabse bade masle se hamein gaafil kar dete hain aur yeh bahut sahi hai.</w:t>
      </w:r>
    </w:p>
    <w:p>
      <w:pPr>
        <w:jc w:val="right"/>
      </w:pPr>
      <w:r>
        <w:t>मोलाना कहते थे कि हर आदमी के लिए सबसे बड़ा मसला जो है वह आकृत है. मगर माल और औलाद इस सबसे बड़े मसले से हमें गाफ़िल कर देते हैं और यह बहुत सही है.</w:t>
      </w:r>
    </w:p>
    <w:p>
      <w:r>
        <w:rPr>
          <w:b/>
        </w:rPr>
        <w:t xml:space="preserve">[19:32] </w:t>
      </w:r>
      <w:r>
        <w:t>Maulana ne maut ki aur aakhrat ek hi importance hamare dilon mein bahut discuss karke badha di hai aur Allah se connection jis tarah se Maulana yeh kehte the aur koi is tarah se nahi karta. to yeh baat hamare dilon mein ab baith gayi hai.</w:t>
      </w:r>
    </w:p>
    <w:p>
      <w:pPr>
        <w:jc w:val="right"/>
      </w:pPr>
      <w:r>
        <w:t>मोलाना ने मौत की और आख़िरत एक ही importance हमारे दिलों में बहुत discuss करके बढ़ा दी है और अल्लाह से connection जिस तरह से मौलाना यह कहते थे और कोई इस तरह से नहीं करता. तो यह बात हमारे दिलों में अब बैठ गई है.</w:t>
      </w:r>
    </w:p>
    <w:p>
      <w:r>
        <w:rPr>
          <w:b/>
        </w:rPr>
        <w:t xml:space="preserve">[19:54] </w:t>
      </w:r>
      <w:r>
        <w:t>jahan tak aulad ki baat hai jab tak woh bahut chhote hain to hamein apni Allah ne hamein zimmedari di hai bachchon ki. to hum zaroor us zimmedari ko nibhayein.</w:t>
      </w:r>
    </w:p>
    <w:p>
      <w:pPr>
        <w:jc w:val="right"/>
      </w:pPr>
      <w:r>
        <w:t>जहां तक औलात की बात है जब तक वह बहुत छोटे हैं तो हमें अपनी अल्लाह ने हमें ज़िम्मेदारी दी है बच्चों की. तो हम ज़रूर उस ज़िम्मेदारी को निभाएं.</w:t>
      </w:r>
    </w:p>
    <w:p>
      <w:r>
        <w:rPr>
          <w:b/>
        </w:rPr>
        <w:t xml:space="preserve">[20:08] </w:t>
      </w:r>
      <w:r>
        <w:t>lekin yeh nahi ki apni islami zimmedariyon ko chhod kam kar hum use karte rahein aur inki achhi parvarish karna hamein yeh sochte rehna ki yeh bhi hamari aazmaish ke liye hai. Maulana hamesha bachchon ki pampering ko ke liye bahut tokte the, mana karte the.</w:t>
      </w:r>
    </w:p>
    <w:p>
      <w:pPr>
        <w:jc w:val="right"/>
      </w:pPr>
      <w:r>
        <w:t>लेकिन यह नहीं कि अपनी इस्लामी ज़िम्मेदारियों को छोड़ कम कर हम उसे करते रहें और इनकी अच्छी पर्वरिश करना हमें यह सोचते रहना कि यह भी हमारी आज़माइश के लिए है. मौलाना हमेशा बच्चों की pampering को के लिए बहुत टोकते थे, मना करते थे.</w:t>
      </w:r>
    </w:p>
    <w:p>
      <w:r>
        <w:rPr>
          <w:b/>
        </w:rPr>
        <w:t xml:space="preserve">[20:33] </w:t>
      </w:r>
      <w:r>
        <w:t>unki aisi farvarish hokar woh bhi apni zimmedariyon ko samjhe bade hokar aur apni aazmaish ko pehchane. uske liye hamein Allah se dua mangte rehna chahiye kyunki Allah ka talluq apne bando se sirf haqimkai nahi hai balki madadgar ka bhi hai toh zaroor hamein madad karega agar hum usse yeh dua karenge. isliye mange ki hamara rasta hamwar kar de.</w:t>
      </w:r>
    </w:p>
    <w:p>
      <w:pPr>
        <w:jc w:val="right"/>
      </w:pPr>
      <w:r>
        <w:t>उनकी ऐसी फरवरीश होकर वह भी अपनी ज़िम्मेदारियों को समझे बड़े होकर और अपनी आज़माइश को पहचानें. उसके लिए हमें अल्लाह से ज्वामी करते रहना चाहिए क्योंकि अल्लाह का ताल्लुक अपने बंदों से सिर्फ़ हक़ीमकाई नहीं है बल्कि मददगार का भी है तो ज़रूर हमें मदद करेगा अगर हम उससे यह दुआ करेंगे. इसलिए मांगे कि हमारा रास्ता हमवार कर दे.</w:t>
      </w:r>
    </w:p>
    <w:p>
      <w:r>
        <w:rPr>
          <w:b/>
        </w:rPr>
        <w:t xml:space="preserve">[21:02] </w:t>
      </w:r>
      <w:r>
        <w:t>karne mein hamari madad karein hamein apne maal aur aulad ko proud ka issue bilkul nahi banana hai balki sahi zimmedari ka isliye hamein Allah ka shukr ada karna chahiye. Allah ne hi hamein mohabbat ka jazba bhi diya hai. lekin agar hum in cheezon ko aazmayenge samjhenge toh overdue nahi karenge jo hum aksar kar dete hain.</w:t>
      </w:r>
    </w:p>
    <w:p>
      <w:pPr>
        <w:jc w:val="right"/>
      </w:pPr>
      <w:r>
        <w:t>करने में हमारी मदद करें हमें अपने माल और औलात को proud का issue बिल्कुल नहीं बनाना है बल्कि सही ज़िम्मेदारी का इसलिए हमें अल्लाह का शुक्र अदा करना चाहिए. अल्लाह ने ही हमें मोहब्बत का जज़्बा भी दिया है. लेकिन अगर हम इन चीज़ों को आज़बाएं समझेंगे तो overdue नहीं करेंगे जो हम अक्सर कर देते हैं.</w:t>
      </w:r>
    </w:p>
    <w:p>
      <w:r>
        <w:rPr>
          <w:b/>
        </w:rPr>
        <w:t xml:space="preserve">[21:30] </w:t>
      </w:r>
      <w:r>
        <w:t>overdue karke bachche spoil hote hain isliye yeh ghar ka isliye hamara jo ghar ka mahaul ho woh bhi bahut important hai. ghar ka mahaul sahi positive hoga toh bachche bhi uske mutabik apne ko develop karenge, positive rahenge aur ek positive personality develop karna bahut important hai.</w:t>
      </w:r>
    </w:p>
    <w:p>
      <w:pPr>
        <w:jc w:val="right"/>
      </w:pPr>
      <w:r>
        <w:t>Overdue करके बच्चे spoil होते हैं इसलिए यह घर का इसलिए हमारा जो घर का माहौल हो वह भी बहुत important है. घर का माहौल सही positive होगा तो बच्चे भी उसके मुताबिक अपने को develop करेंगे, positive रहेंगे और एक positive personality develop करना बहुत important है.</w:t>
      </w:r>
    </w:p>
    <w:p>
      <w:r>
        <w:rPr>
          <w:b/>
        </w:rPr>
        <w:t xml:space="preserve">[21:55] </w:t>
      </w:r>
      <w:r>
        <w:t>is aayat ko hamein bahut seriously lena hai aur isi se apni zindagi ko sahi banana hai kyunki ek jahan ki yeh warning hai hamare liye. yahi meri learning hai</w:t>
      </w:r>
    </w:p>
    <w:p>
      <w:pPr>
        <w:jc w:val="right"/>
      </w:pPr>
      <w:r>
        <w:t>इस आयत को हमें बहुत seriously लेना है और इसी से अपनी ज़िंदगी को सही बनाना है क्योंकि एक जहां की यह warning है हमारे लिए. यही मेरी learning है</w:t>
      </w:r>
    </w:p>
    <w:p>
      <w:r>
        <w:rPr>
          <w:b/>
        </w:rPr>
        <w:t xml:space="preserve">[22:11] </w:t>
      </w:r>
      <w:r>
        <w:t>jaza jaza kallahu aab, mujhe jahan tak is verse se hi samajh mein aaya ki Maulana hamesha stress kiya karte the khaskar ke CPS members ko ki hum distraction se bache aur is verse ke through hamein yeh pata chalta hai ki maal aur aulad hamari zindagi ka sabse bada distractions hai.</w:t>
      </w:r>
    </w:p>
    <w:p>
      <w:pPr>
        <w:jc w:val="right"/>
      </w:pPr>
      <w:r>
        <w:t>जज़ा जज़ा कल्ला आपम, मुझे जहां तक इस वर्ष से ही समझ में आया कि मौलाना हमेशा stress या करते थे खासकर के CPS members को कि हम distraction से बच्चे और इस वर्ष के through हमें यह पता चलता है कि माल और आलाद हमारी ज़िंदगी का सबसे बड़ा distractions है.</w:t>
      </w:r>
    </w:p>
    <w:p>
      <w:r>
        <w:rPr>
          <w:b/>
        </w:rPr>
        <w:t xml:space="preserve">[22:30] </w:t>
      </w:r>
      <w:r>
        <w:t>kyunki practically agar dekha jaye hum aas paas agar apne charon taraf dekhein, toh yahi trend chala hua hai ki log zyada se zyada wealth ikattha karne mein lage hue hain aur ki poori subah shaam ki jo jidd o jehad hai aur jitne bhi work hai woh usi se related hota hai aur usi ke liye hi woh apni sari energy lagakar rakhe hain aur doosra unka hai children, bachche. bachche ki kaise kya karna hai?</w:t>
      </w:r>
    </w:p>
    <w:p>
      <w:pPr>
        <w:jc w:val="right"/>
      </w:pPr>
      <w:r>
        <w:t>क्योंकि practically अगर देखा जाए हम आस पास अगर अपने चारों तरफ देखें, तो यही trend चला हुआ है कि लोग ज़्यादा से ज़्यादा wealth इकट्ठा करने में लगे हुए हैं और कि पूरी सुबह शाम की जो जिद्ध जहद है और जितने भी work है वह उसी से related होता है और उसी के लिए ही वह अपनी सारी energy लगाकर रखे हैं और दूसरा उनका है children, बच्चे. बच्चे की कैसे क्या करना है?</w:t>
      </w:r>
    </w:p>
    <w:p>
      <w:r>
        <w:rPr>
          <w:b/>
        </w:rPr>
        <w:t xml:space="preserve">[22:56] </w:t>
      </w:r>
      <w:r>
        <w:t>unko unke lines of thought jo parents ke hain, main aas paas apne nahi dekhti hoon ki woh kahin se bhi Islam se ya Khuda se ya apne Nabi ke tareeqon se woh juda hua ho. woh duniya ke tareeqe se jodkar ke apne bachchon ki usi tarah ki parvarish kar rahe hain. toh usi mein unki energy bhi ja rahi hai, wealth mein ja rahi hai aur ikattha karne mein aur bachchon ki parvarish mein.</w:t>
      </w:r>
    </w:p>
    <w:p>
      <w:pPr>
        <w:jc w:val="right"/>
      </w:pPr>
      <w:r>
        <w:t>उनको उनके lines of thought जो parents के हैं, मैं आस पास अपने नहीं देखती हूं कि वह कहीं से भी इस्लाम से या कुदा से या अपने नब्बी के तरीकों से वह जुड़ा हुआ हो. वह दुनिया के तरीके से जोड़कर के अपने बच्चों की उसी तरह की परवरिश कर रहे हैं. तो उसी में उनकी energy भी जा रही है, wealth में जा रही है और इकट्ठा करने में और बच्चों की परवरिश में.</w:t>
      </w:r>
    </w:p>
    <w:p>
      <w:r>
        <w:rPr>
          <w:b/>
        </w:rPr>
        <w:t xml:space="preserve">[23:20] </w:t>
      </w:r>
      <w:r>
        <w:t>toh yeh bahut bada distractions hai aur yeh distractions hamein Khuda ki yaad se hamein door karta hai. toh hamein isse bachna chahiye aur apne steps hain jo zindagi ka jo taur tareeqa hai aur jo jo waqt hum dete hain, usko hamein apne bahut samet ke Khuda ki yaad mein hamein jodna chahiye. aap aap kuch summarize karengi in baaton ke baad?</w:t>
      </w:r>
    </w:p>
    <w:p>
      <w:pPr>
        <w:jc w:val="right"/>
      </w:pPr>
      <w:r>
        <w:t>तो यह बहुत बड़ा distractions है और यह distractions हमें खुदा की याद से हमें दूर करता है. तो हमें इससे बचना चाहिए और अपने steps हैं जो ज़िंदगी का जो तौर तरीका है और जो जो वक्त मौपना देते हैं, उसको हमें अपने बहुत समेट के खुदा की याद में हमें जोड़ना चाहिए. आप आप कुछ summarize करेंगी इन बातों के बाद?</w:t>
      </w:r>
    </w:p>
    <w:p>
      <w:r>
        <w:rPr>
          <w:b/>
        </w:rPr>
        <w:t xml:space="preserve">[23:45] </w:t>
      </w:r>
      <w:r>
        <w:t>haan, shabeena mujhe allah se shadeed mohabbat ki baat kari thi hamein doctor safed ne.</w:t>
      </w:r>
    </w:p>
    <w:p>
      <w:pPr>
        <w:jc w:val="right"/>
      </w:pPr>
      <w:r>
        <w:t>हां, शभीना मुझे अल्लाह से शदीद मोहब्बत की बात करी थी हमें Doctor सफेद ने.</w:t>
      </w:r>
    </w:p>
    <w:p>
      <w:r>
        <w:rPr>
          <w:b/>
        </w:rPr>
        <w:t xml:space="preserve">[23:54] </w:t>
      </w:r>
      <w:r>
        <w:t>toh is liye yeh baat ko bahut zyada samajhne ki hai ke aajkal kya hota hai ke har cheez</w:t>
      </w:r>
    </w:p>
    <w:p>
      <w:pPr>
        <w:jc w:val="right"/>
      </w:pPr>
      <w:r>
        <w:t>तो इसलिए यह बात को बहुत ज़्यादा समझने की है कि आजकल क्या होता है कि हर चीज़</w:t>
      </w:r>
    </w:p>
    <w:p>
      <w:r>
        <w:rPr>
          <w:b/>
        </w:rPr>
        <w:t xml:space="preserve">[24:03] </w:t>
      </w:r>
      <w:r>
        <w:t>mein jaise abhi doctor safina ne kaha ke jo saman milte hain online saare toh usmein log kitna</w:t>
      </w:r>
    </w:p>
    <w:p>
      <w:pPr>
        <w:jc w:val="right"/>
      </w:pPr>
      <w:r>
        <w:t>में जैसे अभी doctor सफीना ने कहा कि जो सामान मिलते हैं online सारे तो उसमें लोग कितना</w:t>
      </w:r>
    </w:p>
    <w:p>
      <w:r>
        <w:rPr>
          <w:b/>
        </w:rPr>
        <w:t xml:space="preserve">[24:12] </w:t>
      </w:r>
      <w:r>
        <w:t>time kharab karte hain.</w:t>
      </w:r>
    </w:p>
    <w:p>
      <w:pPr>
        <w:jc w:val="right"/>
      </w:pPr>
      <w:r>
        <w:t>time ख़राब करते हैं.</w:t>
      </w:r>
    </w:p>
    <w:p>
      <w:r>
        <w:rPr>
          <w:b/>
        </w:rPr>
        <w:t xml:space="preserve">[24:22] </w:t>
      </w:r>
      <w:r>
        <w:t>unhone toh ek bachchi dekha bachchi bahut chhoti chhe se paanch chhe saal ki aur usko dekha maine</w:t>
      </w:r>
    </w:p>
    <w:p>
      <w:pPr>
        <w:jc w:val="right"/>
      </w:pPr>
      <w:r>
        <w:t>उन्होंने तो एक बच्ची देखा बच्ची बहुत छोटी छह से पांच छह साल की और उसको देखा मैंने</w:t>
      </w:r>
    </w:p>
    <w:p>
      <w:r>
        <w:rPr>
          <w:b/>
        </w:rPr>
        <w:t xml:space="preserve">[24:31] </w:t>
      </w:r>
      <w:r>
        <w:t>woh ke nikal kar yeh saman apna ab toh har cheez toh milti hai.</w:t>
      </w:r>
    </w:p>
    <w:p>
      <w:pPr>
        <w:jc w:val="right"/>
      </w:pPr>
      <w:r>
        <w:t>वह कि निकालकर यह सामान अपना अब तो हर चीज़ तो मिलती है.</w:t>
      </w:r>
    </w:p>
    <w:p>
      <w:r>
        <w:rPr>
          <w:b/>
        </w:rPr>
        <w:t xml:space="preserve">[24:40] </w:t>
      </w:r>
      <w:r>
        <w:t>toh bata rahi thi ke yeh yeh yeh yeh mujhe mangana hai.</w:t>
      </w:r>
    </w:p>
    <w:p>
      <w:pPr>
        <w:jc w:val="right"/>
      </w:pPr>
      <w:r>
        <w:t>तो बता रही थी कि यह यह यह यह मुझे मंगाना है.</w:t>
      </w:r>
    </w:p>
    <w:p>
      <w:r>
        <w:rPr>
          <w:b/>
        </w:rPr>
        <w:t xml:space="preserve">[24:50] </w:t>
      </w:r>
      <w:r>
        <w:t>yeh yeh wali frog achhi hai, yeh aisa hai. toh uski maa har waqt usmein rehti hai toh woh bhi hai bhai seekh gayi. toh kis cheez mein aadmi zindagi guzar raha hai toh usi ke zariye woh har cheez seekh jata hai. batana padta hai ki yeh sahi nahi hai galat hai.</w:t>
      </w:r>
    </w:p>
    <w:p>
      <w:pPr>
        <w:jc w:val="right"/>
      </w:pPr>
      <w:r>
        <w:t>यह यह वाली frog अच्छी है, यह ऐसा है. तो उसकी मां हर वक्त उसमें रहती है तो वह भी है भाई सीख गई. तो किस चीज़ में आदमी ज़िंदगी गुज़ार रहा है तो उसी के ज़रिए वह हर चीज़ सीख जाता है. बताना पड़ता है कि यह सही नहीं है गलत है.</w:t>
      </w:r>
    </w:p>
    <w:p>
      <w:r>
        <w:rPr>
          <w:b/>
        </w:rPr>
        <w:t xml:space="preserve">[25:19] </w:t>
      </w:r>
      <w:r>
        <w:t>logon ko samajh mein nahi aata hai. toh pata chalta hai ki kitna door hain hum deen se. humko nahi pata ki hum kis taraf hain. yeh hamari kitni badi badnami bhi hai. ek baat mujhe add karni thi Meena. aksar jab is tarah ki baat hoti hai CPS se bahar ki baat bata rahi hoon toh logon ka jawab yeh hota hai ki apne bachchon ko paalna ya unke unke liye hum kharch karte hain ya hum kamate hain.</w:t>
      </w:r>
    </w:p>
    <w:p>
      <w:pPr>
        <w:jc w:val="right"/>
      </w:pPr>
      <w:r>
        <w:t>लोगों को समझ में नहीं आता है. तो पता चलता है कि कितना दूर हैं हम देन से. हमको नहीं पता कि हम किस तरफ़ है. यह हमारी कितनी बड़ी बदना सी भी है. एक बात मुझे add करनी थी मीना. अक्सर जब इस तरह की बात होती है CPS से बाहर की बात बता रही हूं तो लोगों का जवाब यह होता है कि अपने बच्चों को पालना या उनके उनके लिए हम ख़र्च करते हैं या हम कमाते हैं.</w:t>
      </w:r>
    </w:p>
    <w:p>
      <w:r>
        <w:rPr>
          <w:b/>
        </w:rPr>
        <w:t xml:space="preserve">[25:48] </w:t>
      </w:r>
      <w:r>
        <w:t>toh yeh koi haram cheez toh nahi hai. prohibited cheez toh nahi hai toh is par itna zyada woh kya karna? toh mujhe wahan par phir yeh lagta hai ki agar prohibited toh beshak nahi hai woh lekin agar humari usse hamari approach to life change ho jati hai basically.</w:t>
      </w:r>
    </w:p>
    <w:p>
      <w:pPr>
        <w:jc w:val="right"/>
      </w:pPr>
      <w:r>
        <w:t>तो यह कोई हराम चीज़ तो नहीं है. Prohibited चीज़ तो नहीं है तो इस पर इतना ज़्यादा वह क्या करना? तो मुझे वहां पर फिर यह लगता है कि अगर prohibited तो बेशक नहीं है वह लेकिन अगर हमार उससे हमारी approach to life change हो जाती है basically.</w:t>
      </w:r>
    </w:p>
    <w:p>
      <w:r>
        <w:rPr>
          <w:b/>
        </w:rPr>
        <w:t xml:space="preserve">[26:03] </w:t>
      </w:r>
      <w:r>
        <w:t>hum jo yeh is cheez ko agar hum karne lagte hain jaati ke taur par toh hamari jo</w:t>
      </w:r>
    </w:p>
    <w:p>
      <w:pPr>
        <w:jc w:val="right"/>
      </w:pPr>
      <w:r>
        <w:t>हम जो यह इस चीज़ को अगर हम करने लगते हैं जाती के तौर पर तो हमारी जो</w:t>
      </w:r>
    </w:p>
    <w:p>
      <w:r>
        <w:rPr>
          <w:b/>
        </w:rPr>
        <w:t xml:space="preserve">[26:08] </w:t>
      </w:r>
      <w:r>
        <w:t>zindagi ke thought process hai woh ekdum badal jati hai aur hum poora ka poora khud toh usmein</w:t>
      </w:r>
    </w:p>
    <w:p>
      <w:pPr>
        <w:jc w:val="right"/>
      </w:pPr>
      <w:r>
        <w:t>ज़िंदगी के thought process है वह एकदम बदल जाती है और हम पूरा का पूरा खुद तो उसमें</w:t>
      </w:r>
    </w:p>
    <w:p>
      <w:r>
        <w:rPr>
          <w:b/>
        </w:rPr>
        <w:t xml:space="preserve">[26:13] </w:t>
      </w:r>
      <w:r>
        <w:t>garg hote hi hain jo hamari next generation hai woh bahut zyada humse mujhe lagta hai kai guna</w:t>
      </w:r>
    </w:p>
    <w:p>
      <w:pPr>
        <w:jc w:val="right"/>
      </w:pPr>
      <w:r>
        <w:t>गर्ग होते ही हैं जो हमारी next generation है वह बहुत ज़्यादा हमसे मुझे लगता है कई गुना</w:t>
      </w:r>
    </w:p>
    <w:p>
      <w:r>
        <w:rPr>
          <w:b/>
        </w:rPr>
        <w:t xml:space="preserve">[26:18] </w:t>
      </w:r>
      <w:r>
        <w:t>zyada usmein chali jati hai kyunke woh toh isi ko bhi dekhti bhi aayi toh uske liye yahi</w:t>
      </w:r>
    </w:p>
    <w:p>
      <w:pPr>
        <w:jc w:val="right"/>
      </w:pPr>
      <w:r>
        <w:t>ज़्यादा उसमें चली जाती है क्योंकि वह तो इसी को भी देखती भी आई तो उसके लिए यही</w:t>
      </w:r>
    </w:p>
    <w:p>
      <w:r>
        <w:rPr>
          <w:b/>
        </w:rPr>
        <w:t xml:space="preserve">[26:23] </w:t>
      </w:r>
      <w:r>
        <w:t>ek main concern ban gaya life ka.</w:t>
      </w:r>
    </w:p>
    <w:p>
      <w:pPr>
        <w:jc w:val="right"/>
      </w:pPr>
      <w:r>
        <w:t>एक main concern वन गया life का.</w:t>
      </w:r>
    </w:p>
    <w:p>
      <w:r>
        <w:rPr>
          <w:b/>
        </w:rPr>
        <w:t xml:space="preserve">[26:28] </w:t>
      </w:r>
      <w:r>
        <w:t>yeh main aur add karna chah rahi thi zyada karna.</w:t>
      </w:r>
    </w:p>
    <w:p>
      <w:pPr>
        <w:jc w:val="right"/>
      </w:pPr>
      <w:r>
        <w:t>यह मैं और add करना चाह रही थी ज़्यादा करना.</w:t>
      </w:r>
    </w:p>
    <w:p>
      <w:r>
        <w:rPr>
          <w:b/>
        </w:rPr>
        <w:t xml:space="preserve">[26:34] </w:t>
      </w:r>
      <w:r>
        <w:t>main already se request karungi agar kisi ko apni learning share karni hai toh please raise your hand. you can share your learning on this verse. Aslam ne kaun?</w:t>
      </w:r>
    </w:p>
    <w:p>
      <w:pPr>
        <w:jc w:val="right"/>
      </w:pPr>
      <w:r>
        <w:t>मैं already से request करूंगी अगर किसी को अपनी learning share करनी है तो please raise your hand. You can share your learning on this verse. अस्लाम ने कौन?</w:t>
      </w:r>
    </w:p>
    <w:p>
      <w:r>
        <w:rPr>
          <w:b/>
        </w:rPr>
        <w:t xml:space="preserve">[26:46] </w:t>
      </w:r>
      <w:r>
        <w:t>main is verse se yeh samajh paayi hoon ki maine aur chapter 18 mein 46 verse mein Allah taala ne keh rahe hain ki yeh jo maal aur aulad hai yeh sab duniya ki raunak hai aur jo baqi rehne wala hai woh ek kaam hai.</w:t>
      </w:r>
    </w:p>
    <w:p>
      <w:pPr>
        <w:jc w:val="right"/>
      </w:pPr>
      <w:r>
        <w:t>मैं इस verse से यह समझ पाई हूं कि मैंने और chapter 18 में 46 verse में अल्लाताला ने कह रहे हैं कि यह जो माल और औलाद है यह सब दुनिया की रौनक है और जो बाकी रहने वाला है वह एक काम है.</w:t>
      </w:r>
    </w:p>
    <w:p>
      <w:r>
        <w:rPr>
          <w:b/>
        </w:rPr>
        <w:t xml:space="preserve">[27:12] </w:t>
      </w:r>
      <w:r>
        <w:t>toh maine yeh samajh paya ki insaan ki zindagi mein do taraf ki cheez padti hain. ek input hai, do output hai. jab humein through aankh se, ear se jo humein receive karte hain wahi mind mein store karte hain, wahi dil se attach hoti hai, wahi hamari zuban se baaq nikalti hai. jab humein zuban aur aulad ke samne rehte the toh wahi receive karte hain, usi se attached hote hain.</w:t>
      </w:r>
    </w:p>
    <w:p>
      <w:pPr>
        <w:jc w:val="right"/>
      </w:pPr>
      <w:r>
        <w:t>तो मैंने यह समझ पाया कि इंसान की ज़िंदगी में दो तरफ़ की चीज़ पते हैं. एक input है, दो output है. जब हमें through आंख से, ear से जो हमें receive करते हैं वही mind में store करते हैं, वही दिलभू attach होती है, वही हमारी जुबान से बाक़ निकलती है. जब हमें जुबान और आउलाद के सामने रहते थे तो वही receive करते हैं, उसी से attached होते हैं.</w:t>
      </w:r>
    </w:p>
    <w:p>
      <w:r>
        <w:rPr>
          <w:b/>
        </w:rPr>
        <w:t xml:space="preserve">[27:42] </w:t>
      </w:r>
      <w:r>
        <w:t>jab hum Khuda ki badai mein, Khuda ki dilafiyat mein rakhte hain toh jo aankhein Allah taala ne humko diya hai, usi se unki creation ko gaur karte hain. usi se woh jo nature silent zuban mein kehte hain, woh kaan se sun lete hain aur wahi dimagh mein store karke dil se spiritually awaken karte hain, wahi zikr munh se nikalti hai.</w:t>
      </w:r>
    </w:p>
    <w:p>
      <w:pPr>
        <w:jc w:val="right"/>
      </w:pPr>
      <w:r>
        <w:t>जब हम खुदा की बड़ाई में, खुदा की दलियाफ़्त में रखते हैं तो जो आंखें अल्लाह तालाह ने हमको दिया है, उसी से उनकी creation को गौर करते हैं. उसी से वह जो nature silent जुबान में कहते हैं, वह खान से sun लेते हैं और वही दिमाग़ में store करके दिल्पू spiritually awaken करते हैं, वही ज़िक्र मुंह से निकलती है.</w:t>
      </w:r>
    </w:p>
    <w:p>
      <w:r>
        <w:rPr>
          <w:b/>
        </w:rPr>
        <w:t xml:space="preserve">[28:07] </w:t>
      </w:r>
      <w:r>
        <w:t>tab yeh jo maal hai, aulad hai, woh us insaan ko distract nahi karti hai. aur maine yeh bhi samajh paya ki yeh jo maal aulad hai ek doosre se padhai dikhane ke liye.</w:t>
      </w:r>
    </w:p>
    <w:p>
      <w:pPr>
        <w:jc w:val="right"/>
      </w:pPr>
      <w:r>
        <w:t>तब यह जो माल है, औलाद है, वह उस इंसान को distract नहीं करती है. और मैंने यह भी समझ पाया कि यह जो माल औलाद है एक दूसरे से पढ़ाई दिखाने के लिए.</w:t>
      </w:r>
    </w:p>
    <w:p>
      <w:r>
        <w:rPr>
          <w:b/>
        </w:rPr>
        <w:t xml:space="preserve">[28:24] </w:t>
      </w:r>
      <w:r>
        <w:t>jab kisi ke paas maal nahi hai, aulad nahi hai, woh toh Allah par shukr ada karni chahiye kyunki Allah taala unke upar reham kiya isiliye unko woh uski khinchti waqt ko save kiya taaki woh unki jo waqt hai Khuda ki mission mein lagaye aur apni aapko Khuda ke samne sacrifice karein, Khuda ki kaam focused way mein kar sakein.</w:t>
      </w:r>
    </w:p>
    <w:p>
      <w:pPr>
        <w:jc w:val="right"/>
      </w:pPr>
      <w:r>
        <w:t>जब किसी के पास माल नहीं है, औलाद नहीं है, वह तो अल्लाह पर शुक्र अदा करनी चाहिए क्योंकि अल्लाह तालाह उनके ऊपर रहम किया इसीलिए उनको वह उसकी खींचती वक्त को save किया ताकि वह उनकी जो वक्त है कुदार की mission में लगाएं और अपनी आपको कुदार के सामने sacrifice करें, बुदार की काम focused way में कर सकें.</w:t>
      </w:r>
    </w:p>
    <w:p>
      <w:r>
        <w:rPr>
          <w:b/>
        </w:rPr>
        <w:t xml:space="preserve">[28:52] </w:t>
      </w:r>
      <w:r>
        <w:t>toh yeh notice karne ki baat hai. aksar log yahi yahi negative thinking mein jeete hain ki hamare paas maal nahi hai aur aulad nahi hai. lekin yeh shukr karne ki baat hai aur Maulana ne kaha ki yeh jo maal aulad hai test paper hai. jab hamare paas jitna maal hoti hai, aulad hoti hai toh test paper Allah ke samne badhti hai. haan, woh us insaan ka hisab bhi bhari hoti hai.</w:t>
      </w:r>
    </w:p>
    <w:p>
      <w:pPr>
        <w:jc w:val="right"/>
      </w:pPr>
      <w:r>
        <w:t>तो यह notice करने की बात है. अक्सर लोग यही यही negative thinking में जीते हैं कि हमारे पास माल नहीं है और औलाद नहीं है. लेकिन यह शुकूर करने की बात है और मौलाना ने कहा कि यह जो माल औलाद है test paper है. जब हमारे पास जितना माल होती है, औलाद होती है तो test paper अल्लाह के सामने बढ़ती है. हां, वह उस इंसान का हिसाब भी भारी होती है.</w:t>
      </w:r>
    </w:p>
    <w:p>
      <w:r>
        <w:rPr>
          <w:b/>
        </w:rPr>
        <w:t xml:space="preserve">[29:19] </w:t>
      </w:r>
      <w:r>
        <w:t>jab kiske paas kam hai aur nahi hai, uska hisab bhi bahut aasani hoti hai. unka test paper bhi bahut aasani hoti hain. aur aur ek Quranic verse hai ki remembrance of god mein dilon ki sukoon hai.</w:t>
      </w:r>
    </w:p>
    <w:p>
      <w:pPr>
        <w:jc w:val="right"/>
      </w:pPr>
      <w:r>
        <w:t>जब किसके पास कम है और नहीं है, उसका हिसाब भी बहुत आसानी होती है. उनका test paper भी बहुत आसानी होती हैं. और और एक कुरानिक verse है कि remembrance of god में दिलों की सुकून है.</w:t>
      </w:r>
    </w:p>
    <w:p>
      <w:r>
        <w:rPr>
          <w:b/>
        </w:rPr>
        <w:t xml:space="preserve">[29:38] </w:t>
      </w:r>
      <w:r>
        <w:t>jab bhi hum dekhein toh ek insaan ke paas kitni maal ho, kitni aulad ho, kitni cheez ho, material cheez lekin unke munh mein kabhi peace of mind nahi rehti hai, unki dil mein happiness bhi nahi rehti hai. lekin jab ek insaan Khuda ko yaad karke jeete hain, Khuda ki badai mein jeete hain, unki chehra bahut peaceful rehti hai, unki dil mein negativity bhi nahi rehti hai.</w:t>
      </w:r>
    </w:p>
    <w:p>
      <w:pPr>
        <w:jc w:val="right"/>
      </w:pPr>
      <w:r>
        <w:t>जब भी हमें देखें तो एक इंसान के पास कितनी नाल हो, कितनी औलाद हो, कितनी चीज़ हो, material चीज़ लेकिन उनके मुख में कभी peace of mind नहीं रहती है, उनकी दिल में happiness भी नहीं रहती है. लेकिन जब एक इंसान कुदा को याद करके जीतते हैं, कुदा की बढ़ाई में जीतते हैं, उनकी चेहरा बहुत peaceful रहती है, उनकी दिल में negativity भी नहीं रहती है.</w:t>
      </w:r>
    </w:p>
    <w:p>
      <w:r>
        <w:rPr>
          <w:b/>
        </w:rPr>
        <w:t xml:space="preserve">[30:03] </w:t>
      </w:r>
      <w:r>
        <w:t>toh hum yeh charon taraf dekh kar understand karna, samajhna ke material cheez mein rehne rehte se insaan ka</w:t>
      </w:r>
    </w:p>
    <w:p>
      <w:pPr>
        <w:jc w:val="right"/>
      </w:pPr>
      <w:r>
        <w:t>तो हम यह चारों तरफ़ देखकर understand करना, समझना कि material चीज़ में रहने रहते से इंसान का</w:t>
      </w:r>
    </w:p>
    <w:p>
      <w:r>
        <w:rPr>
          <w:b/>
        </w:rPr>
        <w:t xml:space="preserve">[30:09] </w:t>
      </w:r>
      <w:r>
        <w:t>hissa hai aur spirituality level mein jeete insaan ka hissa hai.</w:t>
      </w:r>
    </w:p>
    <w:p>
      <w:pPr>
        <w:jc w:val="right"/>
      </w:pPr>
      <w:r>
        <w:t>हिस्सा है और spirituality level में जीते इंसान का हिस्सा है.</w:t>
      </w:r>
    </w:p>
    <w:p>
      <w:r>
        <w:rPr>
          <w:b/>
        </w:rPr>
        <w:t xml:space="preserve">[30:16] </w:t>
      </w:r>
      <w:r>
        <w:t>hum sort out karna aur hum apne aap apne zehan ko allah ki remembrance se fill karke life</w:t>
      </w:r>
    </w:p>
    <w:p>
      <w:pPr>
        <w:jc w:val="right"/>
      </w:pPr>
      <w:r>
        <w:t>हम sort out करना और हम अपने आप अपने ज़ेहन को अल्लाह की remembrance से fill करके life</w:t>
      </w:r>
    </w:p>
    <w:p>
      <w:r>
        <w:rPr>
          <w:b/>
        </w:rPr>
        <w:t xml:space="preserve">[30:22] </w:t>
      </w:r>
      <w:r>
        <w:t>mein chale jana.</w:t>
      </w:r>
    </w:p>
    <w:p>
      <w:pPr>
        <w:jc w:val="right"/>
      </w:pPr>
      <w:r>
        <w:t>में चले जाना.</w:t>
      </w:r>
    </w:p>
    <w:p>
      <w:r>
        <w:rPr>
          <w:b/>
        </w:rPr>
        <w:t xml:space="preserve">[30:29] </w:t>
      </w:r>
      <w:r>
        <w:t>yahi mere lane ki zaroorat hai.</w:t>
      </w:r>
    </w:p>
    <w:p>
      <w:pPr>
        <w:jc w:val="right"/>
      </w:pPr>
      <w:r>
        <w:t>यही मेरे लाने की ज़रूरत है.</w:t>
      </w:r>
    </w:p>
    <w:p>
      <w:r>
        <w:rPr>
          <w:b/>
        </w:rPr>
        <w:t xml:space="preserve">[30:36] </w:t>
      </w:r>
      <w:r>
        <w:t>bahut achha bataya Aisha ne aur wakai yeh bahut badi cheez hai. log jo hain jinke bachche nahi hote aur laad nahi hoti toh bahut depression mein aate hain. main jaanti hoon ek logon ko ki woh ekdam depression hi mein jeeti hain.</w:t>
      </w:r>
    </w:p>
    <w:p>
      <w:pPr>
        <w:jc w:val="right"/>
      </w:pPr>
      <w:r>
        <w:t>बहुत अच्छा बताया आयशा ने और वाकई यह बहुत बड़ी चीज़ है. लोग जो हैं जिनके बच्चे नहीं होते और लाद नहीं होती तो बहुत depression में आते हैं. मैं जानती हूं एक लोगों को कि वह एकदम depression ही में जीती हैं.</w:t>
      </w:r>
    </w:p>
    <w:p>
      <w:r>
        <w:rPr>
          <w:b/>
        </w:rPr>
        <w:t xml:space="preserve">[30:50] </w:t>
      </w:r>
      <w:r>
        <w:t>baat bhi nahi karna pasand karti hain aur lekin yeh wali baat agar unko samajh aa jaye ki woh itne bade test se, itne bade Khuda ke samne fazir hone se woh khali hain, toh unko kitna sukoon mile aur doosri cheez ki jo bachche jaise abhi Asha keh rahi thi jo aankh, hael, kaan hai woh jo dekhta hai usi ki taraf tracked hota hai.</w:t>
      </w:r>
    </w:p>
    <w:p>
      <w:pPr>
        <w:jc w:val="right"/>
      </w:pPr>
      <w:r>
        <w:t>बात भी नहीं करना पसंद करती हैं और लेकिन यह वाली बात अगर उनको समझ आ जाए कि वह इतने बड़े test से, इतने बड़े कुदा के सामने फ़ाज़िर होने से वह खाली हैं, तो उनको कितना सुकून मिले और दूसरी चीज़ कि जो बच्चे जैसे अभी आशा कह रही थी जो आंख, हैल, कान है वह जो देखता है उसी की तरफ tracked होता है.</w:t>
      </w:r>
    </w:p>
    <w:p>
      <w:r>
        <w:rPr>
          <w:b/>
        </w:rPr>
        <w:t xml:space="preserve">[31:12] </w:t>
      </w:r>
      <w:r>
        <w:t>to yahan par sabse badi jo aulad ki usse baat kari jaye to maa baap ki yeh bahut badi zimmedari hoti hai ke woh apni aulad ko jis tarah se rakhta hai jo woh khud hi maa aisa aisi cheezein karti hain na ke woh maa baap to woh jo hai aulad bhi unki wahi cheez dekhti hai aur usi mein woh jo hai itna zyada matlab wahi cheez karke usi mein woh involve rehti hai. to ek maa baap khud apne aap ko apni taribyat nahi kar paaye aur saath hi jo hai bachchon ki bhi nahi kar pa rahe hain.</w:t>
      </w:r>
    </w:p>
    <w:p>
      <w:pPr>
        <w:jc w:val="right"/>
      </w:pPr>
      <w:r>
        <w:t>तो यहां पर सबसे बड़ी जो औलात की उससे बात करी जाए तो मां बाप की यह बहुत बड़ी ज़िम्मेदारी होती है कि वह अपनी औलात को जिस तरह से रखता है जो वह ख़ुद ही मां ऐसा ऐसी चीज़ें करती हैं ना कि वह मां बाप तो वह जो है औलात भी उनकी वही चीज़ देखती है और उसी में वह जो है इतना ज़्यादा मतलब वही चीज़ करके उसी में वह involve रहती है. तो एक मां बाप खुद अपने आप को अपनी तरीबेत नहीं कर पाए और साथ ही जो है बच्चों की भी नहीं कर पा रहे हैं.</w:t>
      </w:r>
    </w:p>
    <w:p>
      <w:r>
        <w:rPr>
          <w:b/>
        </w:rPr>
        <w:t xml:space="preserve">[31:41] </w:t>
      </w:r>
      <w:r>
        <w:t>to allah pak ke yahan kitni badi pakad hogi. to bachchon ko bhi usi taraf us sadak par le gaye jahan par barbadi hai. to jo maa baap nahi bachche jinke hue wahi zyada sukoon se hain aise maa baap banne se. main aap logon ne bahut achhi tarike se isko matlab samjhaya hai.</w:t>
      </w:r>
    </w:p>
    <w:p>
      <w:pPr>
        <w:jc w:val="right"/>
      </w:pPr>
      <w:r>
        <w:t>तो अल्लाह पाक के यहां कितनी बड़ी पकड़ होगी. तो बच्चों को भी उसी तरफ़ उस सड़क पर ले गए जहां पर बर्बादी है. तो जो मां बाप नहीं बच्चे जिनके हुए वही ज़्यादा सुकून से हैं ऐसे मां बाप बनने से. मैं आप लोगों ने बहुत अच्छी तरीके से इसको मतलब समझाया है.</w:t>
      </w:r>
    </w:p>
    <w:p>
      <w:r>
        <w:rPr>
          <w:b/>
        </w:rPr>
        <w:t xml:space="preserve">[32:02] </w:t>
      </w:r>
      <w:r>
        <w:t>jo main jis angle se dekh rahi hoon main yeh soch rahi hoon ke jaise is ayat marka</w:t>
      </w:r>
    </w:p>
    <w:p>
      <w:pPr>
        <w:jc w:val="right"/>
      </w:pPr>
      <w:r>
        <w:t>जो मैं जिस angle से देख रही हूं मैं यह सोच रही हूं कि जैसे इस आयत्म बारका</w:t>
      </w:r>
    </w:p>
    <w:p>
      <w:r>
        <w:rPr>
          <w:b/>
        </w:rPr>
        <w:t xml:space="preserve">[32:20] </w:t>
      </w:r>
      <w:r>
        <w:t>mein alag tala maal aur laat ke bare mein jo keh rahe toh iska matlab dekhein allah ki</w:t>
      </w:r>
    </w:p>
    <w:p>
      <w:pPr>
        <w:jc w:val="right"/>
      </w:pPr>
      <w:r>
        <w:t>में अलग ताला माल और लात के बारे में जो कह रहे तो इसका मतलब देखें अल्लाह की</w:t>
      </w:r>
    </w:p>
    <w:p>
      <w:r>
        <w:rPr>
          <w:b/>
        </w:rPr>
        <w:t xml:space="preserve">[32:39] </w:t>
      </w:r>
      <w:r>
        <w:t>dee hui nemat ke zariye hi allah taala mil jayenge.</w:t>
      </w:r>
    </w:p>
    <w:p>
      <w:pPr>
        <w:jc w:val="right"/>
      </w:pPr>
      <w:r>
        <w:t>दी हुई नेमत के ज़रिए ही अल्लाह ताला मिल जाएंगे.</w:t>
      </w:r>
    </w:p>
    <w:p>
      <w:r>
        <w:rPr>
          <w:b/>
        </w:rPr>
        <w:t xml:space="preserve">[32:58] </w:t>
      </w:r>
      <w:r>
        <w:t>allah ki raza mil jayegi.</w:t>
      </w:r>
    </w:p>
    <w:p>
      <w:pPr>
        <w:jc w:val="right"/>
      </w:pPr>
      <w:r>
        <w:t>अल्लाह की रज़ा मिल जाएगी.</w:t>
      </w:r>
    </w:p>
    <w:p>
      <w:r>
        <w:rPr>
          <w:b/>
        </w:rPr>
        <w:t xml:space="preserve">[33:52] </w:t>
      </w:r>
      <w:r>
        <w:t>allah, to isko is tarah se main sochkar mujhe bahut khushi bhi hoti hai ki jo bhi kuch</w:t>
      </w:r>
    </w:p>
    <w:p>
      <w:pPr>
        <w:jc w:val="right"/>
      </w:pPr>
      <w:r>
        <w:t>अल्लाह, तो इसको इस तरह से मैं सोचकर मुझे बहुत ख़ुशी भी होती है कि जो भी कुछ</w:t>
      </w:r>
    </w:p>
    <w:p>
      <w:r>
        <w:rPr>
          <w:b/>
        </w:rPr>
        <w:t xml:space="preserve">[34:46] </w:t>
      </w:r>
      <w:r>
        <w:t>jaise tarbiyat nahi kar pa rahe hote hain.</w:t>
      </w:r>
    </w:p>
    <w:p>
      <w:pPr>
        <w:jc w:val="right"/>
      </w:pPr>
      <w:r>
        <w:t>जैसे तरबियत नहीं कर पा रहे होते हैं.</w:t>
      </w:r>
    </w:p>
    <w:p>
      <w:r>
        <w:rPr>
          <w:b/>
        </w:rPr>
        <w:t xml:space="preserve">[35:41] </w:t>
      </w:r>
      <w:r>
        <w:t>us tarah se unki allah ke liye jis tarah hona chahiye ya to us tarah unke bachche bhi nahi ho pa rahe hote to allah ko samajhna ek khaas taur par hum logon ko to we are very very blessed blessed ke allah taala ne humko bolana bhaiuddin khan sahab ke zariye apna ek jo role hai humein as a individual ek role pata chala ke humko kya karna hai? humein allah se kis tarah judna hai? apne aap ko kaise polish karna hai? kaise groom karna hai?</w:t>
      </w:r>
    </w:p>
    <w:p>
      <w:pPr>
        <w:jc w:val="right"/>
      </w:pPr>
      <w:r>
        <w:t>उस तरह से उनकी अल्लाह के लिए जिस तरह होना चाहिए या तो उस तरह उनके बच्चे भी नहीं हो पा रहे होते तो अल्लाह को समझना एक ख़ास तौर पर हम लोगों को तो we are very very blessed blessed कि अल्लाह ताला ने हमको बोलाना भईदुद्दीन खान साहब के ज़रिए अपना एक जो role है हमें as a individual एक role पता चला कि हमको क्या करना है? हमें अल्लाह से किस तरह जुड़ना है? अपने आप को कैसे polish करना है? कैसे groom करना है?</w:t>
      </w:r>
    </w:p>
    <w:p>
      <w:r>
        <w:rPr>
          <w:b/>
        </w:rPr>
        <w:t xml:space="preserve">[36:09] </w:t>
      </w:r>
      <w:r>
        <w:t>to yeh I think mubarka bahut achhi hai, bahut bahut bahut hi sensitive hai ke humko bataya ja raha hai ke agar hum apni cheezon ke chakkar mein pad jayenge sirf to hum ghate ka sauda karenge. yeh hai meri jo samajh mein aayi hai baat. nahi bahut sahi baat aapne kaha.</w:t>
      </w:r>
    </w:p>
    <w:p>
      <w:pPr>
        <w:jc w:val="right"/>
      </w:pPr>
      <w:r>
        <w:t>तो यह I think मुबारका बहुत अच्छी है, बहुत बहुत बहुत ही sensitive है कि हमको बताया जा रहा है कि अगर हम अपनी चीज़ों के चक्कर में पड़ जाएंगे सिर्फ़ तो हम घाटे का सौदा करेंगे. यह है मेरी जो समझ में आई है बात. नहीं बहुत सही बात आपने कहा.</w:t>
      </w:r>
    </w:p>
    <w:p>
      <w:r>
        <w:rPr>
          <w:b/>
        </w:rPr>
        <w:t xml:space="preserve">[36:27] </w:t>
      </w:r>
      <w:r>
        <w:t>ek to sahi baat yahi baat hi hum log kar rahe hain ke matlab jo paisa na kharab cheezein hain, na aulad aisi cheezein nemat hai allah ki taraf se aur is nemat ko humko kis jagah istemal karna hai usi ki baat ho rahi hai ke aadmi apni aulad ko is duniya ki taraf dauda raha hai aur paise ko desire mein khatm kar raha hai. to jahan ke jab matlab is duniyai mein sab cheezein aaj hi hain aur kal khatm ho jayengi. to usko istemal kis tarah se karna hai?</w:t>
      </w:r>
    </w:p>
    <w:p>
      <w:pPr>
        <w:jc w:val="right"/>
      </w:pPr>
      <w:r>
        <w:t>एक तो सही बात यही बात ही हम लोग कर रहे हैं कि मतलब जो पैसा ना ख़राब चीज़ें हैं, ना औलात ऐसी चीज़ें नेमत है अल्लाह की तरफ़ से और इस नेमत को हमको किस जगह इस्तेमाल करना है उसी की बात हो रही है कि आदमी अपनी औलात को इस दुनिया की तरफ़ दौड़ा रहा है और पैसे को desire में ख़त्म कर रहा है. तो जहां कि जब मतलब इस दुनियाई में सब चीज़ें आज ही हैं और कल खत्म हो जाएंगी. तो उसको इस्तेमाल किस तरह से करना है?</w:t>
      </w:r>
    </w:p>
    <w:p>
      <w:r>
        <w:rPr>
          <w:b/>
        </w:rPr>
        <w:t xml:space="preserve">[36:56] </w:t>
      </w:r>
      <w:r>
        <w:t>yeh cheez sabko seekhna hai ke yeh galat kaam ho raha hai. jo paisa aur aulad ka galat istemal. mujhe ja kar lo. aur hamare paas kuch hi samay hai to main request karungi aur koi ladies hai jo kuch kehna chahti hoon, kuch share karna chahti hoon.</w:t>
      </w:r>
    </w:p>
    <w:p>
      <w:pPr>
        <w:jc w:val="right"/>
      </w:pPr>
      <w:r>
        <w:t>यह चीज़ सबको सीखना है कि यह गलत काम हो रहा है. जो पैसा और औलात का गलत इस्तेमाल. मुझे जा कर लो. और हमारे पास कुछ ही समय है तो मैं request करूंगी और कोई ladies है जो कुछ कहना चाहती हूं, कुछ share करना चाहती हूं.</w:t>
      </w:r>
    </w:p>
    <w:p>
      <w:r>
        <w:rPr>
          <w:b/>
        </w:rPr>
        <w:t xml:space="preserve">[37:26] </w:t>
      </w:r>
      <w:r>
        <w:t>aur rahmai to nisha kuch kehna chahti hoon. bismillahir rahmanir rahim. to is aayat ka matlab meri samajh mein yahi aaya ke maal aur daulat ki mohabbat se zyada kahin allah taala ki mohabbat hamare dil mein paida ho.</w:t>
      </w:r>
    </w:p>
    <w:p>
      <w:pPr>
        <w:jc w:val="right"/>
      </w:pPr>
      <w:r>
        <w:t>और रहमैं तो निशा कुछ कहना चाहती हूं. बिस्मिलाही वक़्मान या राहिल. तो इस आयत का मतलब मेरी समझ में यही आया कि माल और दौलत की मोहब्बत से ज़्यादा कहीं अल्लाह तालाह की मोहब्बत हमारे दिल में पैदा हो.</w:t>
      </w:r>
    </w:p>
    <w:p>
      <w:r>
        <w:rPr>
          <w:b/>
        </w:rPr>
        <w:t xml:space="preserve">[37:50] </w:t>
      </w:r>
      <w:r>
        <w:t>to kai jagah allah taala ne maal aur aulad ke bare mein aaye the sunai hain ke gaaf mein jaise almalu albanu nazeen atul hai aati duniya, alwahia to swahaad. almal aur bete duniya ki zindagi ke raunak hain aur jo baakhir rehne wali hain woh nekiya hain aur ek jagah allah taala farmate hain.</w:t>
      </w:r>
    </w:p>
    <w:p>
      <w:pPr>
        <w:jc w:val="right"/>
      </w:pPr>
      <w:r>
        <w:t>तो कई जगह अल्लाह तालाह ने माल और औलाद के बारे में आए थे सुनाई हैं कि गाफ में जैसे अलमालू अलबनू नाज़ीन अतुल है आती दुनिया, अलवाहिया तो स्वानेहाद. अलमाल और बेटे दुनिया की ज़िंदगी के रौनक हैं और जो बाख़िर रहने वाली हैं वह नेकिया है और एक जगह अल्लाह ताला फरमाते हैं.</w:t>
      </w:r>
    </w:p>
    <w:p>
      <w:r>
        <w:rPr>
          <w:b/>
        </w:rPr>
        <w:t xml:space="preserve">[38:20] </w:t>
      </w:r>
      <w:r>
        <w:t>in naamaam maulukum awla dukum fitna gullah un dahuwa jaur nauzeem. yaani maal aur aulal, fitnahim. fitnahim yaani aazmaish hai, aazmaish hai aur allah ke paas jo cheezein hain, woh bahut azar ke hisab se bahut zyada hain.</w:t>
      </w:r>
    </w:p>
    <w:p>
      <w:pPr>
        <w:jc w:val="right"/>
      </w:pPr>
      <w:r>
        <w:t>इन नामाम मालूकुम आओला दुकुम फितना गुल्लाह उन दहुआ जुर नौज़ीम. यानी माल और औलाल, फितनाहिम. फितनाहिम यानी आज़माइश है, आज़माइश है और अल्लाह के पास जो चीज़ें हैं, वह बहुत अज़र के हिसाब से बहुत ज़्यादा हैं.</w:t>
      </w:r>
    </w:p>
    <w:p>
      <w:r>
        <w:rPr>
          <w:b/>
        </w:rPr>
        <w:t xml:space="preserve">[38:42] </w:t>
      </w:r>
      <w:r>
        <w:t>to isse humein is baat ka pata chalta hai ke hum zyada tar waqt apne bachchon ke waste aur maal kamane ke waste, maal ki mohabbat mein istemal karte hain hamara sara waqt. waise dekha jaye to hamara perspective bahut wide hona chahiye.</w:t>
      </w:r>
    </w:p>
    <w:p>
      <w:pPr>
        <w:jc w:val="right"/>
      </w:pPr>
      <w:r>
        <w:t>तो इससे हमें इस बात का पता चलता है कि हम ज़्यादातर वक़्त अपने बच्चों के वास्ते और माल कमाने के वास्ते, माल की मोहब्बत में इस्तेमाल करते हैं हमारा सारा वक्त. वैसे देखा जाए तो हमारा perspective बहुत wide होना चाहिए.</w:t>
      </w:r>
    </w:p>
    <w:p>
      <w:r>
        <w:rPr>
          <w:b/>
        </w:rPr>
        <w:t xml:space="preserve">[39:03] </w:t>
      </w:r>
      <w:r>
        <w:t>yani hamara maqsad e hayat sirf maal aur bachche nahi, balki bahut isse upar uthkar ooncha hona chahiye</w:t>
      </w:r>
    </w:p>
    <w:p>
      <w:pPr>
        <w:jc w:val="right"/>
      </w:pPr>
      <w:r>
        <w:t>यानी हमारा मकसद ए हयात सिर्फ़ माल और बच्चे नहीं, बल्कि बहुत इससे ऊपर उठकर ऊंचा होना चाहिए</w:t>
      </w:r>
    </w:p>
    <w:p>
      <w:r>
        <w:rPr>
          <w:b/>
        </w:rPr>
        <w:t xml:space="preserve">[39:11] </w:t>
      </w:r>
      <w:r>
        <w:t>ki deen ki sarsurkh rui ke liye aur laah taala ke raza ke liye, laah ki deen ke</w:t>
      </w:r>
    </w:p>
    <w:p>
      <w:pPr>
        <w:jc w:val="right"/>
      </w:pPr>
      <w:r>
        <w:t>कि दीन की सरसुर्ख रुई के लिए और लाह ताला के रज़ा के लिए, लाह की दीन के</w:t>
      </w:r>
    </w:p>
    <w:p>
      <w:r>
        <w:rPr>
          <w:b/>
        </w:rPr>
        <w:t xml:space="preserve">[39:20] </w:t>
      </w:r>
      <w:r>
        <w:t>phailane ke liye, jaise ismein dawat ke kaam ke liye, jihad ke liye aur allah taalaah ke zaruraton</w:t>
      </w:r>
    </w:p>
    <w:p>
      <w:pPr>
        <w:jc w:val="right"/>
      </w:pPr>
      <w:r>
        <w:t>फैलाने के लिए, जैसे इसमें दावत के काम के लिए, जिहाद के लिए और अल्लाह तालाह के ज़रूरतमंदों</w:t>
      </w:r>
    </w:p>
    <w:p>
      <w:r>
        <w:rPr>
          <w:b/>
        </w:rPr>
        <w:t xml:space="preserve">[39:29] </w:t>
      </w:r>
      <w:r>
        <w:t>ke liye, mohtajon ke liye, unki zaruriyat ko poora karne ke liye istemal karna chahiye aur aulad bhi,</w:t>
      </w:r>
    </w:p>
    <w:p>
      <w:pPr>
        <w:jc w:val="right"/>
      </w:pPr>
      <w:r>
        <w:t>के लिए, मोहताजों के लिए, उनकी ज़रूरियात को पूरा करने के लिए इस्तेमाल करना चाहिए और औलात भी,</w:t>
      </w:r>
    </w:p>
    <w:p>
      <w:r>
        <w:rPr>
          <w:b/>
        </w:rPr>
        <w:t xml:space="preserve">[39:38] </w:t>
      </w:r>
      <w:r>
        <w:t>aulad ko is tarah hum tarbiyat karein ki unke dil mein allah taala ki mohabbat paida ho jaye.</w:t>
      </w:r>
    </w:p>
    <w:p>
      <w:pPr>
        <w:jc w:val="right"/>
      </w:pPr>
      <w:r>
        <w:t>औलात को इस तरह हम तर्बियत करें कि उनके दिल में अल्लाह ताला की मोहब्बत पैदा हो जाए.</w:t>
      </w:r>
    </w:p>
    <w:p>
      <w:r>
        <w:rPr>
          <w:b/>
        </w:rPr>
        <w:t xml:space="preserve">[39:47] </w:t>
      </w:r>
      <w:r>
        <w:t>to yeh khaaskar yeh aayat se mujhe lagta hai ke allah taala hamare dil se maal aur aulad ki mohabbat nikal kar apni mohabbat dalna chahte hain. to allah taala ki mohabbat hi ek aisi cheez hai jo hamari ibadaton mein jaan dalti hai aur hamare har aamal mein, har amal mein humein allah taala se jodti hain.</w:t>
      </w:r>
    </w:p>
    <w:p>
      <w:pPr>
        <w:jc w:val="right"/>
      </w:pPr>
      <w:r>
        <w:t>तो यह खासकर यह आयत से मुझे लगता है कि अल्लाह तालाह हमारे दिल से माल और औलात की मोहब्बत निकालकर अपनी मोहब्बत डालना चाहते हैं. तो अल्लाह तालाह की मोहब्बत ही एक ऐसी चीज़ है जो हमारी इबादतों में जान डालती है और हमारे हर आमाल में, हर अमल में हमें अल्लाह तालाह से जोड़ती हैं.</w:t>
      </w:r>
    </w:p>
    <w:p>
      <w:r>
        <w:rPr>
          <w:b/>
        </w:rPr>
        <w:t xml:space="preserve">[40:16] </w:t>
      </w:r>
      <w:r>
        <w:t>to yahi meri learning hai ke maal aur daulat ki mohabbat humein allah taala ke zikr se zikr se gaafil na karein balki allah taala ki mohabbat humein hamare maal aur daulat se zyada ho aur hum apni maal aur daulat ko hum allah taala ke raza ke mutabik istemal karein. assalam walekum.</w:t>
      </w:r>
    </w:p>
    <w:p>
      <w:pPr>
        <w:jc w:val="right"/>
      </w:pPr>
      <w:r>
        <w:t>तो यही मेरी learning है कि माल और दौलत की मोहब्बत हमें अल्लाह तालाह के ज़िक्र से ज़िक्र से गाफ़िल ना करें बल्कि अल्लाह तालाह की मोहब्बत हमें हमारे माल और दौलत से ज़्यादा हो और हम अपनी माल और दौलत को हम अल्लाह तालाह के रज़ा के मुताबिक इस्तेमाल करें. अस्सलाम वाले की.</w:t>
      </w:r>
    </w:p>
    <w:p>
      <w:r>
        <w:rPr>
          <w:b/>
        </w:rPr>
        <w:t xml:space="preserve">[40:45] </w:t>
      </w:r>
      <w:r>
        <w:t>aap unmute karein sharmi. humein yeh samajh mein aaya ke maal dono daulat isliye fitna fitna samjha ja raha hai. kehna hai ke riza ke saath apna waqt bachche ke tarbiyat mein lagaye.</w:t>
      </w:r>
    </w:p>
    <w:p>
      <w:pPr>
        <w:jc w:val="right"/>
      </w:pPr>
      <w:r>
        <w:t>आप unmute करें शर्मी. हमें यह समझ में आया कि माल दोनों दौलत इसलिए फिरना फिरना समझा जा रहा है. कहना है कि रिजा के साथ अपना वक्त बच्चे के तबीयत में लगाएं.</w:t>
      </w:r>
    </w:p>
    <w:p>
      <w:r>
        <w:rPr>
          <w:b/>
        </w:rPr>
        <w:t xml:space="preserve">[41:11] </w:t>
      </w:r>
      <w:r>
        <w:t>aur daulat ko humko sahi rasta mein lagana, sahi daulat ka kaam mein lagana, sahi cheez mein lagana hai. hum samajhte hain ke daulat, daulat aulad us waqt itna van jayega jab apna waqt hum apne sahi tarike apne bachche ko denge.</w:t>
      </w:r>
    </w:p>
    <w:p>
      <w:pPr>
        <w:jc w:val="right"/>
      </w:pPr>
      <w:r>
        <w:t>और दौलत को हमको सही रास्ता में लगाना, सही दौलत का काम में लगाना, सही चीज़ में लगाना है. हम समझते हैं कि दौलत, दौलत औलात उस वक्त इतना वन जाएगा जब अपना वक्त हम अपने सही तरीके अपने बच्चे को देंगे.</w:t>
      </w:r>
    </w:p>
    <w:p>
      <w:r>
        <w:rPr>
          <w:b/>
        </w:rPr>
        <w:t xml:space="preserve">[41:40] </w:t>
      </w:r>
      <w:r>
        <w:t>aur hum hum log ka aakhirat ka zariya bane. yahi main samajh mein aayi. yahi chhoti si learning meri hai. zara galat shayad. doctor safi na kuch kehna chahti hai shavi na?</w:t>
      </w:r>
    </w:p>
    <w:p>
      <w:pPr>
        <w:jc w:val="right"/>
      </w:pPr>
      <w:r>
        <w:t>और हम हम लोग का आख़िरत का ज़रिया बने. यही मैं समझ में आई. यही छोटी सी learning मेरी है. ज़रा गलत शायद. Doctor सफी ना कुछ कहना चाह रही है शवी ना?</w:t>
      </w:r>
    </w:p>
    <w:p>
      <w:r>
        <w:rPr>
          <w:b/>
        </w:rPr>
        <w:t xml:space="preserve">[41:56] </w:t>
      </w:r>
      <w:r>
        <w:t>haan, bas aap mujhe lag raha hai ke aaj ke discussion ki jo ek line mein agar mujhe lagta hai ke samajh meri van rahi hai, woh yeh hai ke jo bhi duniya ki niyamat hain, chahe woh aulad ho ya maal ho ya har tarah ke niyamat, uska sahi istemal karke hum apni jannat ko banaye. yeh hamari life ka goal ho aur uska usko apni jannat na samajh lein bas aur yahan se humein galat shuru ho jayegi agar hum is tarah samjhenge.</w:t>
      </w:r>
    </w:p>
    <w:p>
      <w:pPr>
        <w:jc w:val="right"/>
      </w:pPr>
      <w:r>
        <w:t>हां, बस आप मुझे लग रहा है कि आज के discussion की जो एक line में अगर मुझे लगता है कि समझ मेरी वन रही है, वह यह है कि जो भी दुनिया की नियमतें हैं, चाहे वह औलाद हो या माल हो या हर तरह के नियमत, उसका सही इस्तेमाल करके हम अपनी जन्नत को बनाएं. यह हमारी life का goal हो और उसका उसको अपनी जन्नत ना समझ लें बस और यहां से हमें ग़लत शुरू हो जाएगी अगर हम इस तरह समझेंगे.</w:t>
      </w:r>
    </w:p>
    <w:p>
      <w:r>
        <w:rPr>
          <w:b/>
        </w:rPr>
        <w:t xml:space="preserve">[42:22] </w:t>
      </w:r>
      <w:r>
        <w:t>yahi docxov docxov aapne bete mujhe sahi jumla kaha ki inko isko jannat na samajhne.</w:t>
      </w:r>
    </w:p>
    <w:p>
      <w:pPr>
        <w:jc w:val="right"/>
      </w:pPr>
      <w:r>
        <w:t>यही डॉक़सव डॉक़सव आपने बेटे मुझे सही जुमला कहा कि इनको इसको जन्नत ना समझने.</w:t>
      </w:r>
    </w:p>
    <w:p>
      <w:r>
        <w:rPr>
          <w:b/>
        </w:rPr>
        <w:t xml:space="preserve">[42:26] </w:t>
      </w:r>
      <w:r>
        <w:t>jannat mein jaane ka zariya zaroor banayein, jannat na samajhne.</w:t>
      </w:r>
    </w:p>
    <w:p>
      <w:pPr>
        <w:jc w:val="right"/>
      </w:pPr>
      <w:r>
        <w:t>जन्नत में जाने का ज़रिया ज़रूर बनाएं, जन्नत ना समझने.</w:t>
      </w:r>
    </w:p>
    <w:p>
      <w:r>
        <w:rPr>
          <w:b/>
        </w:rPr>
        <w:t xml:space="preserve">[42:30] </w:t>
      </w:r>
      <w:r>
        <w:t>bilkul, baap bahut achhi baat ki aapne.</w:t>
      </w:r>
    </w:p>
    <w:p>
      <w:pPr>
        <w:jc w:val="right"/>
      </w:pPr>
      <w:r>
        <w:t>बिल्कुल, बाप बहुत अच्छी बात की आपने.</w:t>
      </w:r>
    </w:p>
    <w:p>
      <w:r>
        <w:rPr>
          <w:b/>
        </w:rPr>
        <w:t xml:space="preserve">[42:34] </w:t>
      </w:r>
      <w:r>
        <w:t>bachchon ki parvarish to karni hi hai na?</w:t>
      </w:r>
    </w:p>
    <w:p>
      <w:pPr>
        <w:jc w:val="right"/>
      </w:pPr>
      <w:r>
        <w:t>बच्चों की परवरिश तो करनी ही है ना?</w:t>
      </w:r>
    </w:p>
    <w:p>
      <w:r>
        <w:rPr>
          <w:b/>
        </w:rPr>
        <w:t xml:space="preserve">[42:38] </w:t>
      </w:r>
      <w:r>
        <w:t>bachchon ki parvarishi ki wajah se to phir bachche achhe bante hain.</w:t>
      </w:r>
    </w:p>
    <w:p>
      <w:pPr>
        <w:jc w:val="right"/>
      </w:pPr>
      <w:r>
        <w:t>बच्चों की परवरिशी की वजह से तो फिर बच्चे अच्छे बनते हैं.</w:t>
      </w:r>
    </w:p>
    <w:p>
      <w:r>
        <w:rPr>
          <w:b/>
        </w:rPr>
        <w:t xml:space="preserve">[42:42] </w:t>
      </w:r>
      <w:r>
        <w:t>parvarishi to kharab ho rahi hai na jiski wajah se bachche achha duniyabhi bachche ho gaye hain.</w:t>
      </w:r>
    </w:p>
    <w:p>
      <w:pPr>
        <w:jc w:val="right"/>
      </w:pPr>
      <w:r>
        <w:t>परवरिशी तो ख़राब हो रही है ना जिसकी वजह से बच्चे अच्छा दुनियाभी बच्चे हो गए हैं.</w:t>
      </w:r>
    </w:p>
    <w:p>
      <w:r>
        <w:rPr>
          <w:b/>
        </w:rPr>
        <w:t xml:space="preserve">[42:46] </w:t>
      </w:r>
      <w:r>
        <w:t>hota ki taraf nahi hai unke aalok.</w:t>
      </w:r>
    </w:p>
    <w:p>
      <w:pPr>
        <w:jc w:val="right"/>
      </w:pPr>
      <w:r>
        <w:t>होता की तरफ़ नहीं है उनके आलोक.</w:t>
      </w:r>
    </w:p>
    <w:p>
      <w:r>
        <w:rPr>
          <w:b/>
        </w:rPr>
        <w:t xml:space="preserve">[42:50] </w:t>
      </w:r>
      <w:r>
        <w:t>sahi wajah se zaroori hai.</w:t>
      </w:r>
    </w:p>
    <w:p>
      <w:pPr>
        <w:jc w:val="right"/>
      </w:pPr>
      <w:r>
        <w:t>सही वजह से ज़रूरी है.</w:t>
      </w:r>
    </w:p>
    <w:p>
      <w:r>
        <w:rPr>
          <w:b/>
        </w:rPr>
        <w:t xml:space="preserve">[42:54] </w:t>
      </w:r>
      <w:r>
        <w:t>papa to lagbhag time ho gaya hai aur topic bhi hum logon ko kaafi clarity se samajh mein aagayi hai aur kaafi achha discussion raha hai aur bahut sari baatein in examples ke saath aap logon ne share kiya. to aap hawa is session ko conclude kar dein.</w:t>
      </w:r>
    </w:p>
    <w:p>
      <w:pPr>
        <w:jc w:val="right"/>
      </w:pPr>
      <w:r>
        <w:t>Papa तो लगभग time हो गया है और topic भी हम लोगों को काफ़ी clarity से समझ में आ गई है और काफ़ी अच्छा discussion रहा है और बहुत सारी बातें इन examples के साथ आप लोगों ने share किया. तो आप हवा इस session को conclude कर दें.</w:t>
      </w:r>
    </w:p>
    <w:p>
      <w:r>
        <w:rPr>
          <w:b/>
        </w:rPr>
        <w:t xml:space="preserve">[43:17] </w:t>
      </w:r>
      <w:r>
        <w:t>shapina quran ki ek verse hai ke ae imaan walon chapter surya harsh ki atharah aur bees. ae imaan walon allah se daro aur har shakhs dekhe ke dekhe ke usne kal ke liye kya bheja hai aur allah se daro. beshak allah ba khabar hai jo tum karte ho aur tum un logon ki tarah na van jao, jo allah ko bhool gaye. to allah ne unko khud unki janon se gaafil kar diya.</w:t>
      </w:r>
    </w:p>
    <w:p>
      <w:pPr>
        <w:jc w:val="right"/>
      </w:pPr>
      <w:r>
        <w:t>शपिना कुरान की एक verse है कि ऐमान वालों chapter सूर्य हर्ष की अठारह और बीस. ऐमान वालों अल्लाह से डरो और हर शख्स देखे कि देखे कि उसने कल के लिए क्या भेजा है और अल्लाह से डरो. बेशक अल्लाह बाख़बर है जो तुम करते हो और तुम उन लोगों की तरह न वन जाओ, जो अल्लाह को भूल गए. तो अल्लाह ने उनको ख़ुद उनकी जानों से ग़ाफ़िल कर दिया.</w:t>
      </w:r>
    </w:p>
    <w:p>
      <w:r>
        <w:rPr>
          <w:b/>
        </w:rPr>
        <w:t xml:space="preserve">[43:46] </w:t>
      </w:r>
      <w:r>
        <w:t>yahi log naafarmaan hain.</w:t>
      </w:r>
    </w:p>
    <w:p>
      <w:pPr>
        <w:jc w:val="right"/>
      </w:pPr>
      <w:r>
        <w:t>यही लोग नाफ़रमान हैं.</w:t>
      </w:r>
    </w:p>
    <w:p>
      <w:r>
        <w:rPr>
          <w:b/>
        </w:rPr>
        <w:t xml:space="preserve">[43:50] </w:t>
      </w:r>
      <w:r>
        <w:t>dozakh wale aur jannat wale barabar nahi ho sakte.</w:t>
      </w:r>
    </w:p>
    <w:p>
      <w:pPr>
        <w:jc w:val="right"/>
      </w:pPr>
      <w:r>
        <w:t>दोज़ख वाले और जन्नत वाले बराबर नहीं हो सकते.</w:t>
      </w:r>
    </w:p>
    <w:p>
      <w:r>
        <w:rPr>
          <w:b/>
        </w:rPr>
        <w:t xml:space="preserve">[43:54] </w:t>
      </w:r>
      <w:r>
        <w:t>jannat wale hi asal mein kamyab hain.</w:t>
      </w:r>
    </w:p>
    <w:p>
      <w:pPr>
        <w:jc w:val="right"/>
      </w:pPr>
      <w:r>
        <w:t>जन्नत वाले ही असल में कामयाब हैं.</w:t>
      </w:r>
    </w:p>
    <w:p>
      <w:r>
        <w:rPr>
          <w:b/>
        </w:rPr>
        <w:t xml:space="preserve">[43:59] </w:t>
      </w:r>
      <w:r>
        <w:t>to maulana sahib kehte hain ki insani zindagi ko aaj aur kal ke darmiyan taqseem kar diya gaya hai.</w:t>
      </w:r>
    </w:p>
    <w:p>
      <w:pPr>
        <w:jc w:val="right"/>
      </w:pPr>
      <w:r>
        <w:t>तो मौलाना साहब कहते हैं कि इंसानी ज़िंदगी को आज और कल के दरमियान तक़सीम कर दिया गया है.</w:t>
      </w:r>
    </w:p>
    <w:p>
      <w:r>
        <w:rPr>
          <w:b/>
        </w:rPr>
        <w:t xml:space="preserve">[44:03] </w:t>
      </w:r>
      <w:r>
        <w:t>aaj aur kal.</w:t>
      </w:r>
    </w:p>
    <w:p>
      <w:pPr>
        <w:jc w:val="right"/>
      </w:pPr>
      <w:r>
        <w:t>आज और कल.</w:t>
      </w:r>
    </w:p>
    <w:p>
      <w:r>
        <w:rPr>
          <w:b/>
        </w:rPr>
        <w:t xml:space="preserve">[44:08] </w:t>
      </w:r>
      <w:r>
        <w:t>maujooda duniya insan ka aaj hai aur aakhirat ki duniya uska kal hai.</w:t>
      </w:r>
    </w:p>
    <w:p>
      <w:pPr>
        <w:jc w:val="right"/>
      </w:pPr>
      <w:r>
        <w:t>मौजूदा दुनिया इंसान का आज है और आख़िरत की दुनिया उसका कल है.</w:t>
      </w:r>
    </w:p>
    <w:p>
      <w:r>
        <w:rPr>
          <w:b/>
        </w:rPr>
        <w:t xml:space="preserve">[44:12] </w:t>
      </w:r>
      <w:r>
        <w:t>insan is duniya mein jo kuch karega uska lazmi anjam usko aane wali tarbiyat aur zindagi mein bhugatna padega.</w:t>
      </w:r>
    </w:p>
    <w:p>
      <w:pPr>
        <w:jc w:val="right"/>
      </w:pPr>
      <w:r>
        <w:t>इंसान इस दुनिया में जो कुछ करेगा उसका लाज़मी अंजाम उसको आने वाली तबीयत और ज़िंदगी में भुगतना पड़ेगा.</w:t>
      </w:r>
    </w:p>
    <w:p>
      <w:r>
        <w:rPr>
          <w:b/>
        </w:rPr>
        <w:t xml:space="preserve">[44:17] </w:t>
      </w:r>
      <w:r>
        <w:t>to aladala se hum dua karte hain ki aladala is baat ko hum apne zehan mein naqsh karne</w:t>
      </w:r>
    </w:p>
    <w:p>
      <w:pPr>
        <w:jc w:val="right"/>
      </w:pPr>
      <w:r>
        <w:t>तो अलादाला से हम दुआ करते हैं कि अलादाला इस बात को हम अपने ज़हन में नक्श करने</w:t>
      </w:r>
    </w:p>
    <w:p>
      <w:r>
        <w:rPr>
          <w:b/>
        </w:rPr>
        <w:t xml:space="preserve">[44:23] </w:t>
      </w:r>
      <w:r>
        <w:t>wale wan jaen ke aakhirat hi asal haqeeqat hai, asal sachai hai.</w:t>
      </w:r>
    </w:p>
    <w:p>
      <w:pPr>
        <w:jc w:val="right"/>
      </w:pPr>
      <w:r>
        <w:t>वाले वन जाएं कि आख़िरत ही असल हक़ीक़त है, असल सच्चाई है.</w:t>
      </w:r>
    </w:p>
    <w:p>
      <w:r>
        <w:rPr>
          <w:b/>
        </w:rPr>
        <w:t xml:space="preserve">[44:29] </w:t>
      </w:r>
      <w:r>
        <w:t>is liye hamari tamam dor dhoop aakhirat ke liye ho.</w:t>
      </w:r>
    </w:p>
    <w:p>
      <w:pPr>
        <w:jc w:val="right"/>
      </w:pPr>
      <w:r>
        <w:t>इसलिए हमारी तमाम दौड़ धूप आख़िरत के लिए हो.</w:t>
      </w:r>
    </w:p>
    <w:p>
      <w:r>
        <w:rPr>
          <w:b/>
        </w:rPr>
        <w:t xml:space="preserve">[44:35] </w:t>
      </w:r>
      <w:r>
        <w:t>hum apne tamam asaase ko apne maal ko, apni aulaad ko, khuda ke liye waqf kar saken taake</w:t>
      </w:r>
    </w:p>
    <w:p>
      <w:pPr>
        <w:jc w:val="right"/>
      </w:pPr>
      <w:r>
        <w:t>हम अपने तमाम असासे को अपने माल को, अपनी औलात को, ख़ुदा के लिए वक़्फ़ कर सकें ताकि</w:t>
      </w:r>
    </w:p>
    <w:p>
      <w:r>
        <w:rPr>
          <w:b/>
        </w:rPr>
        <w:t xml:space="preserve">[44:41] </w:t>
      </w:r>
      <w:r>
        <w:t>hum khud ko aakhirat ke inaam ke qabil bana saken. aamir.</w:t>
      </w:r>
    </w:p>
    <w:p>
      <w:pPr>
        <w:jc w:val="right"/>
      </w:pPr>
      <w:r>
        <w:t>हम ख़ुद को आख़िरत के इनाम के क़ाबिल बना सकें. आमिर.</w:t>
      </w:r>
    </w:p>
    <w:p>
      <w:r>
        <w:rPr>
          <w:b/>
        </w:rPr>
        <w:t xml:space="preserve">[44:48] </w:t>
      </w:r>
      <w:r>
        <w:t>aami. so now we come to the end of the session, very incredible topic, deep learning. so it is very important that we be a part of this session for enhancing our learning and our intellectual development. so next week we meet again with the new topic that will be shared on the WhatsApp group.</w:t>
      </w:r>
    </w:p>
    <w:p>
      <w:pPr>
        <w:jc w:val="right"/>
      </w:pPr>
      <w:r>
        <w:t>आमी. So now we come to the end of the session, very incredible topic, deep learning. So it is very important that we be a part of this session for enhancing our learning and our intellectual development. So next week we meet again with the new topic that will be shared on the WhatsApp group.</w:t>
      </w:r>
    </w:p>
    <w:p>
      <w:r>
        <w:rPr>
          <w:b/>
        </w:rPr>
        <w:t xml:space="preserve">[45:12] </w:t>
      </w:r>
      <w:r>
        <w:t>jis tarah se aaj participate sabhi logon ne kiya, aapne apni learning share ki, hamari bhi development hui aur sharing karne se hum zyada seekhte hain. to inshala hamare yeh jo silsila hai learning ka, yeh inshallah hamesha jaari rahe. to inshallah we will meet again next week with the new topic assila millet.</w:t>
      </w:r>
    </w:p>
    <w:p>
      <w:pPr>
        <w:jc w:val="right"/>
      </w:pPr>
      <w:r>
        <w:t>जिस तरह से आज participate सभी लोगों ने किया, आपने अपनी learning share की, हमारी भी development हुई और sharing करने से हम ज़्यादा सीखते हैं. तो इंशाला हमारे यह जो सिलसिला है learning का, यह इंशालाह हमेशा जारी रहे. तो इंशालाह we will meet again next week with the new topic अस्सिला मिलेट.</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