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Dua (Only Lecture) April 26, 2009 Maulana Wahiduddin Khan</w:t>
      </w:r>
    </w:p>
    <w:p>
      <w:r>
        <w:t>https://www.youtube.com/watch?v=JxIR0o_C7GM</w:t>
      </w:r>
    </w:p>
    <w:p>
      <w:r>
        <w:rPr>
          <w:b/>
        </w:rPr>
        <w:t xml:space="preserve">[00:29] </w:t>
      </w:r>
      <w:r>
        <w:t>wahal al-uqdah min lisani yafqahu qawli.</w:t>
      </w:r>
    </w:p>
    <w:p>
      <w:pPr>
        <w:jc w:val="right"/>
      </w:pPr>
      <w:r>
        <w:t>واحل العقدۃ من لسانی یفقہ قولی۔</w:t>
      </w:r>
    </w:p>
    <w:p>
      <w:r>
        <w:rPr>
          <w:b/>
        </w:rPr>
        <w:t xml:space="preserve">[00:37] </w:t>
      </w:r>
      <w:r>
        <w:t>aaj ka topic hai dua ya prayer.</w:t>
      </w:r>
    </w:p>
    <w:p>
      <w:pPr>
        <w:jc w:val="right"/>
      </w:pPr>
      <w:r>
        <w:t>آج کا ٹاپک ہے دعا یا پریر۔</w:t>
      </w:r>
    </w:p>
    <w:p>
      <w:r>
        <w:rPr>
          <w:b/>
        </w:rPr>
        <w:t xml:space="preserve">[00:47] </w:t>
      </w:r>
      <w:r>
        <w:t>dua kya hai? what is dua? what is prayer? yeh hai aaj ka topic.</w:t>
      </w:r>
    </w:p>
    <w:p>
      <w:pPr>
        <w:jc w:val="right"/>
      </w:pPr>
      <w:r>
        <w:t>دعا کیا ہے؟ واٹ از دعا؟ واٹ از پریر؟ یہ ہے آج کا ٹاپک۔</w:t>
      </w:r>
    </w:p>
    <w:p>
      <w:r>
        <w:rPr>
          <w:b/>
        </w:rPr>
        <w:t xml:space="preserve">[01:00] </w:t>
      </w:r>
      <w:r>
        <w:t>islam mein dua ki bohat ziyada importance hai,</w:t>
      </w:r>
    </w:p>
    <w:p>
      <w:pPr>
        <w:jc w:val="right"/>
      </w:pPr>
      <w:r>
        <w:t>اسلام میں دعا کی بہت زیادہ امپورٹنس ہے،</w:t>
      </w:r>
    </w:p>
    <w:p>
      <w:r>
        <w:rPr>
          <w:b/>
        </w:rPr>
        <w:t xml:space="preserve">[01:08] </w:t>
      </w:r>
      <w:r>
        <w:t>bohat ziyada. hadith mein aaya hai ke "al-du'a'u huwal 'ibadah, al-du'a'u mukhkh al-'ibadah".</w:t>
      </w:r>
    </w:p>
    <w:p>
      <w:pPr>
        <w:jc w:val="right"/>
      </w:pPr>
      <w:r>
        <w:t>بہت زیادہ۔ حدیث میں آیا ہے کہ "الدعا هو العبادہ، الدعا مخ العبادہ"۔</w:t>
      </w:r>
    </w:p>
    <w:p>
      <w:r>
        <w:rPr>
          <w:b/>
        </w:rPr>
        <w:t xml:space="preserve">[01:23] </w:t>
      </w:r>
      <w:r>
        <w:t>is ka matlab yeh hai ke dua,</w:t>
      </w:r>
    </w:p>
    <w:p>
      <w:pPr>
        <w:jc w:val="right"/>
      </w:pPr>
      <w:r>
        <w:t>اس کا مطلب یہ ہے کہ دعا،</w:t>
      </w:r>
    </w:p>
    <w:p>
      <w:r>
        <w:rPr>
          <w:b/>
        </w:rPr>
        <w:t xml:space="preserve">[01:27] </w:t>
      </w:r>
      <w:r>
        <w:t>dua is the essence of 'ibadah. dua is the core of 'ibadah.</w:t>
      </w:r>
    </w:p>
    <w:p>
      <w:pPr>
        <w:jc w:val="right"/>
      </w:pPr>
      <w:r>
        <w:t>دعا از دا ایسنس آف عبادہ۔ دعا از دا کریک سب عبادہ۔</w:t>
      </w:r>
    </w:p>
    <w:p>
      <w:r>
        <w:rPr>
          <w:b/>
        </w:rPr>
        <w:t xml:space="preserve">[01:40] </w:t>
      </w:r>
      <w:r>
        <w:t>is se aap samajh sakte hain ke dua kitni ziyada aham cheez hai islam mein. aisi halat mein yeh samajhna hai ke dua kuch mysterious.</w:t>
      </w:r>
    </w:p>
    <w:p>
      <w:pPr>
        <w:jc w:val="right"/>
      </w:pPr>
      <w:r>
        <w:t>اس سے آپ سمجھ سکتے ہیں کہ دعا کتنی زیادہ اہم چیز ہے اسلام میں۔ ایسی حالت میں یہ سمجھنا ہے کہ دعا کچھ مسٹیریس۔</w:t>
      </w:r>
    </w:p>
    <w:p>
      <w:r>
        <w:rPr>
          <w:b/>
        </w:rPr>
        <w:t xml:space="preserve">[01:52] </w:t>
      </w:r>
      <w:r>
        <w:t>shabdh hain, un ko dohra do toh dua ho jayegi.</w:t>
      </w:r>
    </w:p>
    <w:p>
      <w:pPr>
        <w:jc w:val="right"/>
      </w:pPr>
      <w:r>
        <w:t>शब्द ہیں، ان کو دہرا دو تو دعا ہو جائے گی۔</w:t>
      </w:r>
    </w:p>
    <w:p>
      <w:r>
        <w:rPr>
          <w:b/>
        </w:rPr>
        <w:t xml:space="preserve">[01:57] </w:t>
      </w:r>
      <w:r>
        <w:t>yeh that is under estimation, under estimation of dua. yeh dua ki tazkhir hai.</w:t>
      </w:r>
    </w:p>
    <w:p>
      <w:pPr>
        <w:jc w:val="right"/>
      </w:pPr>
      <w:r>
        <w:t>یہ دیٹ از انڈر ایسٹیمیشن، انڈر ایسٹیمیشن آف دعا۔ یہ دعا کی تذخیر ہے۔</w:t>
      </w:r>
    </w:p>
    <w:p>
      <w:r>
        <w:rPr>
          <w:b/>
        </w:rPr>
        <w:t xml:space="preserve">[02:11] </w:t>
      </w:r>
      <w:r>
        <w:t>yahan tak mein samajhta hoon dua is se bohat zyada hai jo aam taur par log samajhte hain.</w:t>
      </w:r>
    </w:p>
    <w:p>
      <w:pPr>
        <w:jc w:val="right"/>
      </w:pPr>
      <w:r>
        <w:t>یہاں تک میں سمجھتا ہوں دعا اس سے بہت زیادہ ہے جو عام طور پر لوگ سمجھتے ہیں۔</w:t>
      </w:r>
    </w:p>
    <w:p>
      <w:r>
        <w:rPr>
          <w:b/>
        </w:rPr>
        <w:t xml:space="preserve">[02:22] </w:t>
      </w:r>
      <w:r>
        <w:t>dua is an expression of</w:t>
      </w:r>
    </w:p>
    <w:p>
      <w:pPr>
        <w:jc w:val="right"/>
      </w:pPr>
      <w:r>
        <w:t>دعا از این ایکسپریشن آف</w:t>
      </w:r>
    </w:p>
    <w:p>
      <w:r>
        <w:rPr>
          <w:b/>
        </w:rPr>
        <w:t xml:space="preserve">[02:30] </w:t>
      </w:r>
      <w:r>
        <w:t>long intellectual process,</w:t>
      </w:r>
    </w:p>
    <w:p>
      <w:pPr>
        <w:jc w:val="right"/>
      </w:pPr>
      <w:r>
        <w:t>لانگ انٹلیکچول پراسیس،</w:t>
      </w:r>
    </w:p>
    <w:p>
      <w:r>
        <w:rPr>
          <w:b/>
        </w:rPr>
        <w:t xml:space="preserve">[02:34] </w:t>
      </w:r>
      <w:r>
        <w:t>and not simply occasional utterance.</w:t>
      </w:r>
    </w:p>
    <w:p>
      <w:pPr>
        <w:jc w:val="right"/>
      </w:pPr>
      <w:r>
        <w:t>اینڈ ناٹ سمپلی اوکیژنل اٹرنس۔</w:t>
      </w:r>
    </w:p>
    <w:p>
      <w:r>
        <w:rPr>
          <w:b/>
        </w:rPr>
        <w:t xml:space="preserve">[02:44] </w:t>
      </w:r>
      <w:r>
        <w:t>dua aik lambe amal ke baad nikalti hai aadmi ki zuban se.</w:t>
      </w:r>
    </w:p>
    <w:p>
      <w:pPr>
        <w:jc w:val="right"/>
      </w:pPr>
      <w:r>
        <w:t>دعا ایک لمبے عمل کے بعد نکلتی ہے آدمی کی زبان سے۔</w:t>
      </w:r>
    </w:p>
    <w:p>
      <w:r>
        <w:rPr>
          <w:b/>
        </w:rPr>
        <w:t xml:space="preserve">[02:49] </w:t>
      </w:r>
      <w:r>
        <w:t>aadmi dua mein jeeta hai, tab us ko dua karne ki tofeeq milti hai. subah, shaam, raat, din, poori zindagi aadmi dua mein jeeta hai,</w:t>
      </w:r>
    </w:p>
    <w:p>
      <w:pPr>
        <w:jc w:val="right"/>
      </w:pPr>
      <w:r>
        <w:t>آدمی دعا میں جیتا ہے، تب اس کو دعا کرنے کی توفیق ملتی ہے۔ صبح، شام، رات، دن، پوری زندگی آدمی دعا میں جیتا ہے،</w:t>
      </w:r>
    </w:p>
    <w:p>
      <w:r>
        <w:rPr>
          <w:b/>
        </w:rPr>
        <w:t xml:space="preserve">[03:04] </w:t>
      </w:r>
      <w:r>
        <w:t>tab us ko sachi dua karne ki tofeeq milti hai. jis ke baray mein hadith mein aya hai ke "la turad al qada illa al dua".</w:t>
      </w:r>
    </w:p>
    <w:p>
      <w:pPr>
        <w:jc w:val="right"/>
      </w:pPr>
      <w:r>
        <w:t>تب اس کو سچی دعا کرنے کی توفیق ملتی ہے۔ جس کے بارے میں حدیث میں آیا ہے کہ "لا ترد القضا الا الدعا"۔</w:t>
      </w:r>
    </w:p>
    <w:p>
      <w:r>
        <w:rPr>
          <w:b/>
        </w:rPr>
        <w:t xml:space="preserve">[03:20] </w:t>
      </w:r>
      <w:r>
        <w:t>qaza ko koi cheez badalti nahi, siwaye dua ke.</w:t>
      </w:r>
    </w:p>
    <w:p>
      <w:pPr>
        <w:jc w:val="right"/>
      </w:pPr>
      <w:r>
        <w:t>قضا کو کوئی چیز بدلتی نہیں، سوائے دعا کے۔</w:t>
      </w:r>
    </w:p>
    <w:p>
      <w:r>
        <w:rPr>
          <w:b/>
        </w:rPr>
        <w:t xml:space="preserve">[03:26] </w:t>
      </w:r>
      <w:r>
        <w:t>is se bari baat dua ke liye kya ho sakti hai? quran mein hai chapter number do, verse number 186, al baqarah 186.</w:t>
      </w:r>
    </w:p>
    <w:p>
      <w:pPr>
        <w:jc w:val="right"/>
      </w:pPr>
      <w:r>
        <w:t>اس سے بڑی بات دعا کے لیے کیا ہو سکتی ہے؟ قرآن میں ہے چیپٹر نمبر دو، ورس نمبر 186، البقرہ 186۔</w:t>
      </w:r>
    </w:p>
    <w:p>
      <w:r>
        <w:rPr>
          <w:b/>
        </w:rPr>
        <w:t xml:space="preserve">[03:44] </w:t>
      </w:r>
      <w:r>
        <w:t>wa idha saalaka ibadi fani qareeb, ujeebu da'wat al da'i.</w:t>
      </w:r>
    </w:p>
    <w:p>
      <w:pPr>
        <w:jc w:val="right"/>
      </w:pPr>
      <w:r>
        <w:t>واذا سالک عبادی انی فانی قریب، اجیب دعوت الداعی۔</w:t>
      </w:r>
    </w:p>
    <w:p>
      <w:r>
        <w:rPr>
          <w:b/>
        </w:rPr>
        <w:t xml:space="preserve">[03:54] </w:t>
      </w:r>
      <w:r>
        <w:t>is mein Allah taala ne farmaya: "I am near", mein tumhare qareeb hoon.</w:t>
      </w:r>
    </w:p>
    <w:p>
      <w:pPr>
        <w:jc w:val="right"/>
      </w:pPr>
      <w:r>
        <w:t>اس میں اللہ تعالی نے فرمایا: "آئی ایم نیئر"، میں تمہارے قریب ہوں۔</w:t>
      </w:r>
    </w:p>
    <w:p>
      <w:r>
        <w:rPr>
          <w:b/>
        </w:rPr>
        <w:t xml:space="preserve">[04:03] </w:t>
      </w:r>
      <w:r>
        <w:t>"I am near".</w:t>
      </w:r>
    </w:p>
    <w:p>
      <w:pPr>
        <w:jc w:val="right"/>
      </w:pPr>
      <w:r>
        <w:t>"آئی ایم نیئر"۔</w:t>
      </w:r>
    </w:p>
    <w:p>
      <w:r>
        <w:rPr>
          <w:b/>
        </w:rPr>
        <w:t xml:space="preserve">[04:05] </w:t>
      </w:r>
      <w:r>
        <w:t>I respond</w:t>
      </w:r>
    </w:p>
    <w:p>
      <w:pPr>
        <w:jc w:val="right"/>
      </w:pPr>
      <w:r>
        <w:t>آئی ریسپانڈ</w:t>
      </w:r>
    </w:p>
    <w:p>
      <w:r>
        <w:rPr>
          <w:b/>
        </w:rPr>
        <w:t xml:space="preserve">[04:10] </w:t>
      </w:r>
      <w:r>
        <w:t>to the call when call off. I respond to the call when one calls me.</w:t>
      </w:r>
    </w:p>
    <w:p>
      <w:pPr>
        <w:jc w:val="right"/>
      </w:pPr>
      <w:r>
        <w:t>ٹو دی کال وین کال آف۔ آئی ریسپانڈ ٹو دا کال وین ون کالز می۔</w:t>
      </w:r>
    </w:p>
    <w:p>
      <w:r>
        <w:rPr>
          <w:b/>
        </w:rPr>
        <w:t xml:space="preserve">[04:25] </w:t>
      </w:r>
      <w:r>
        <w:t>aik shakhs jab mujhe pukarta hai to mein us ki pukar ka jawab deta hoon.</w:t>
      </w:r>
    </w:p>
    <w:p>
      <w:pPr>
        <w:jc w:val="right"/>
      </w:pPr>
      <w:r>
        <w:t>ایک شخص جب مجھے پکارتا ہے تو میں اس کی پکار کا جواب دیتا ہوں۔</w:t>
      </w:r>
    </w:p>
    <w:p>
      <w:r>
        <w:rPr>
          <w:b/>
        </w:rPr>
        <w:t xml:space="preserve">[04:33] </w:t>
      </w:r>
      <w:r>
        <w:t>is mein bohat zyada sochne ki baat hai ke qareeb kyun kaha ke mein bande ke se qareeb hoon.</w:t>
      </w:r>
    </w:p>
    <w:p>
      <w:pPr>
        <w:jc w:val="right"/>
      </w:pPr>
      <w:r>
        <w:t>اس میں بہت زیادہ سوچنے کی بات ہے کہ قریب کیوں کہا کہ میں بندے کے سے قریب ہوں۔</w:t>
      </w:r>
    </w:p>
    <w:p>
      <w:r>
        <w:rPr>
          <w:b/>
        </w:rPr>
        <w:t xml:space="preserve">[04:43] </w:t>
      </w:r>
      <w:r>
        <w:t>is par sochte hue mein ne samjha hai ke</w:t>
      </w:r>
    </w:p>
    <w:p>
      <w:pPr>
        <w:jc w:val="right"/>
      </w:pPr>
      <w:r>
        <w:t>اس پر سوچتے ہوئے میں نے سمجھا ہے کہ</w:t>
      </w:r>
    </w:p>
    <w:p>
      <w:r>
        <w:rPr>
          <w:b/>
        </w:rPr>
        <w:t xml:space="preserve">[04:51] </w:t>
      </w:r>
      <w:r>
        <w:t>nearness ka jo experience kar sake, wohi dua kar sakta hai.</w:t>
      </w:r>
    </w:p>
    <w:p>
      <w:pPr>
        <w:jc w:val="right"/>
      </w:pPr>
      <w:r>
        <w:t>نیئرنس کا جو ایکسپیرینس کر سکے، وہی دعا کر سکتا ہے۔</w:t>
      </w:r>
    </w:p>
    <w:p>
      <w:r>
        <w:rPr>
          <w:b/>
        </w:rPr>
        <w:t xml:space="preserve">[04:58] </w:t>
      </w:r>
      <w:r>
        <w:t>yani Khuda ki qurbat ka jis ko tajruba ho jaye, wohi sachi dua kar sakta hai.</w:t>
      </w:r>
    </w:p>
    <w:p>
      <w:pPr>
        <w:jc w:val="right"/>
      </w:pPr>
      <w:r>
        <w:t>یعنی خدا کی قربت کا جس کو تجربہ ہو جائے، وہی سچی دعا کر سکتا ہے۔</w:t>
      </w:r>
    </w:p>
    <w:p>
      <w:r>
        <w:rPr>
          <w:b/>
        </w:rPr>
        <w:t xml:space="preserve">[05:06] </w:t>
      </w:r>
      <w:r>
        <w:t>to Khuda ki qurbat ka tajruba kiya cheez hai? jab aap</w:t>
      </w:r>
    </w:p>
    <w:p>
      <w:pPr>
        <w:jc w:val="right"/>
      </w:pPr>
      <w:r>
        <w:t>تو خدا کی قربت کا تجربہ کیا چیز ہے؟ جب آپ</w:t>
      </w:r>
    </w:p>
    <w:p>
      <w:r>
        <w:rPr>
          <w:b/>
        </w:rPr>
        <w:t xml:space="preserve">[05:15] </w:t>
      </w:r>
      <w:r>
        <w:t>God, Almighty, ko creator, ko sustainer, ko apne Rab ko discover karte hain,</w:t>
      </w:r>
    </w:p>
    <w:p>
      <w:pPr>
        <w:jc w:val="right"/>
      </w:pPr>
      <w:r>
        <w:t>گاڈ، المائٹی، کو کریٹر، کو سسٹینر، کو اپنے رب کو ڈسکور کرتے ہیں،</w:t>
      </w:r>
    </w:p>
    <w:p>
      <w:r>
        <w:rPr>
          <w:b/>
        </w:rPr>
        <w:t xml:space="preserve">[05:26] </w:t>
      </w:r>
      <w:r>
        <w:t>yeh discovery aap ke upar chha jati hai. zahir hai ke is se bari aur kya discovery ho sakti hai ke aap Lord of the universe ko discover karen.</w:t>
      </w:r>
    </w:p>
    <w:p>
      <w:pPr>
        <w:jc w:val="right"/>
      </w:pPr>
      <w:r>
        <w:t>یہ ڈسکوری آپ کے اوپر چھا جاتی ہے۔ ظاہر ہے کہ اس سے بڑی اور کیا ڈسکوری ہو سکتی ہے کہ آپ لارڈ آف دا یونیورس کو ڈسکور کریں۔</w:t>
      </w:r>
    </w:p>
    <w:p>
      <w:r>
        <w:rPr>
          <w:b/>
        </w:rPr>
        <w:t xml:space="preserve">[05:40] </w:t>
      </w:r>
      <w:r>
        <w:t>phir jab aap isi par sochte hain, apne andar, apne bahar ki jo duniya hai, us mein aap ko Khuda ki jhalakiyan dikhai dene lagti hain.</w:t>
      </w:r>
    </w:p>
    <w:p>
      <w:pPr>
        <w:jc w:val="right"/>
      </w:pPr>
      <w:r>
        <w:t>پھر جب آپ اسی پر سوچتے ہیں، اپنے اندر، اپنے باہر کی جو دنیا ہے، اس میں آپ کو خدا کی جھلکیاں دکھائی دینے لگتی ہیں۔</w:t>
      </w:r>
    </w:p>
    <w:p>
      <w:r>
        <w:rPr>
          <w:b/>
        </w:rPr>
        <w:t xml:space="preserve">[05:55] </w:t>
      </w:r>
      <w:r>
        <w:t>to wohi hai jis ko mein nearness mein ne kaha. yani presence of God ka tajruba aap ko hone lagta hai. aap ko aisa lagta hai ke mein Khuda ke bohat qareeb hoon.</w:t>
      </w:r>
    </w:p>
    <w:p>
      <w:pPr>
        <w:jc w:val="right"/>
      </w:pPr>
      <w:r>
        <w:t>تو وہی ہے جس کو میں نیئرنس میں نے کہا۔ یعنی پریزنس آف گاڈ کا تجربہ آپ کو ہونے لگتا ہے۔ آپ کو ایسا لگتا ہے کہ میں خدا کے بہت قریب ہوں۔</w:t>
      </w:r>
    </w:p>
    <w:p>
      <w:r>
        <w:rPr>
          <w:b/>
        </w:rPr>
        <w:t xml:space="preserve">[06:13] </w:t>
      </w:r>
      <w:r>
        <w:t>jab yeh nearness ka tajurba hota hai, presence of god ka tajurba hota hai, tab jo dua nikalti hai, woh aap soch sakte hain ke kitni zyada is mein jaan hogi.</w:t>
      </w:r>
    </w:p>
    <w:p>
      <w:pPr>
        <w:jc w:val="right"/>
      </w:pPr>
      <w:r>
        <w:t>جب یہ نیئرنس کا تجربہ ہوتا ہے، پریزنس آف گاڈ کا تجربہ ہوتا ہے، تب جو دعا نکلتی ہے، وہ آپ سوچ سکتے ہیں کہ کتنی زیادہ اس میں جان ہوگی۔</w:t>
      </w:r>
    </w:p>
    <w:p>
      <w:r>
        <w:rPr>
          <w:b/>
        </w:rPr>
        <w:t xml:space="preserve">[06:28] </w:t>
      </w:r>
      <w:r>
        <w:t>living dua jo hai, living dua tabhi niklegi.</w:t>
      </w:r>
    </w:p>
    <w:p>
      <w:pPr>
        <w:jc w:val="right"/>
      </w:pPr>
      <w:r>
        <w:t>لیونگ دعا جو ہے، لیونگ دعا تبھی نکلے گی۔</w:t>
      </w:r>
    </w:p>
    <w:p>
      <w:r>
        <w:rPr>
          <w:b/>
        </w:rPr>
        <w:t xml:space="preserve">[06:34] </w:t>
      </w:r>
      <w:r>
        <w:t>jo log yeh samajhte hon ke kisi buddhu se ja kar dua karwa lo, ke kisi dargah mein ja kar dua karwa lo, yeh toh main samajhta hoon ke ek ridiculous baat hai.</w:t>
      </w:r>
    </w:p>
    <w:p>
      <w:pPr>
        <w:jc w:val="right"/>
      </w:pPr>
      <w:r>
        <w:t>جو لوگ یہ سمجھتے ہوں کہ کسی بدھو سے جا کر دعا کروا لو، کہ کسی درگاہ میں جا کر دعا کروا لو، یہ تو میں سمجھتا ہوں کہ ایک ریڈیکولس بات ہے۔</w:t>
      </w:r>
    </w:p>
    <w:p>
      <w:r>
        <w:rPr>
          <w:b/>
        </w:rPr>
        <w:t xml:space="preserve">[06:49] </w:t>
      </w:r>
      <w:r>
        <w:t>yani aap ne khud khuda ke nearness ka tajurba hi nahi kiya.</w:t>
      </w:r>
    </w:p>
    <w:p>
      <w:pPr>
        <w:jc w:val="right"/>
      </w:pPr>
      <w:r>
        <w:t>یعنی آپ نے خود خدا کے نیئرنس کا تجربہ ہی نہیں کیا۔</w:t>
      </w:r>
    </w:p>
    <w:p>
      <w:r>
        <w:rPr>
          <w:b/>
        </w:rPr>
        <w:t xml:space="preserve">[06:56] </w:t>
      </w:r>
      <w:r>
        <w:t>aap sirf yeh jante hain ke falan buzurg khuda ke qareeb hain, falan qabr wala khuda ke qareeb hai, is se ja kar ke dua karwana chahte hain.</w:t>
      </w:r>
    </w:p>
    <w:p>
      <w:pPr>
        <w:jc w:val="right"/>
      </w:pPr>
      <w:r>
        <w:t>آپ صرف یہ جانتے ہیں کہ فلاں بزرگ خدا کے قریب ہیں، فلاں قبر والا خدا کے قریب ہے، اس سے جا کر کے دعا کروانا چاہتے ہیں۔</w:t>
      </w:r>
    </w:p>
    <w:p>
      <w:r>
        <w:rPr>
          <w:b/>
        </w:rPr>
        <w:t xml:space="preserve">[07:07] </w:t>
      </w:r>
      <w:r>
        <w:t>toh is ke baad kya hua? ke aap invalid hain, aap ki dua hi invalid hai.</w:t>
      </w:r>
    </w:p>
    <w:p>
      <w:pPr>
        <w:jc w:val="right"/>
      </w:pPr>
      <w:r>
        <w:t>تو اس کے بعد کیا ہوا؟ کہ آپ ان ویلڈ ہیں، آپ کی دعا ہی ان ویلڈ ہے۔</w:t>
      </w:r>
    </w:p>
    <w:p>
      <w:r>
        <w:rPr>
          <w:b/>
        </w:rPr>
        <w:t xml:space="preserve">[07:16] </w:t>
      </w:r>
      <w:r>
        <w:t>kyun ke quran mein jab yeh bataya gaya hai ke main bande ke qareeb hoon,</w:t>
      </w:r>
    </w:p>
    <w:p>
      <w:pPr>
        <w:jc w:val="right"/>
      </w:pPr>
      <w:r>
        <w:t>کیونکہ قرآن میں جب یہ بتایا گیا ہے کہ میں بندے کے قریب ہوں،</w:t>
      </w:r>
    </w:p>
    <w:p>
      <w:r>
        <w:rPr>
          <w:b/>
        </w:rPr>
        <w:t xml:space="preserve">[07:26] </w:t>
      </w:r>
      <w:r>
        <w:t>i am near, toh yeh nearness ka jab tajurba hi aap ko nahi hai, toh phir dua kya hai?</w:t>
      </w:r>
    </w:p>
    <w:p>
      <w:pPr>
        <w:jc w:val="right"/>
      </w:pPr>
      <w:r>
        <w:t>آئی ایم نیئر، تو یہ نیئرنس کا جب تجربہ ہی آپ کو نہیں ہے، تو پھر دعا کیا ہے؟</w:t>
      </w:r>
    </w:p>
    <w:p>
      <w:r>
        <w:rPr>
          <w:b/>
        </w:rPr>
        <w:t xml:space="preserve">[07:35] </w:t>
      </w:r>
      <w:r>
        <w:t>woh toh kuch bhi nahi hai.</w:t>
      </w:r>
    </w:p>
    <w:p>
      <w:pPr>
        <w:jc w:val="right"/>
      </w:pPr>
      <w:r>
        <w:t>وہ تو کچھ بھی نہیں ہے۔</w:t>
      </w:r>
    </w:p>
    <w:p>
      <w:r>
        <w:rPr>
          <w:b/>
        </w:rPr>
        <w:t xml:space="preserve">[07:40] </w:t>
      </w:r>
      <w:r>
        <w:t>toh main samajhta hoon ke dua ka starting point jo hai, woh yeh experience hai ke khuda ke paas aap pahunch saken.</w:t>
      </w:r>
    </w:p>
    <w:p>
      <w:pPr>
        <w:jc w:val="right"/>
      </w:pPr>
      <w:r>
        <w:t>تو میں سمجھتا ہوں کہ دعا کا سٹارٹنگ پوائنٹ جو ہے، وہ یہ ایکسپیرینس ہے کہ خدا کے پاس آپ پہنچ سکیں۔</w:t>
      </w:r>
    </w:p>
    <w:p>
      <w:r>
        <w:rPr>
          <w:b/>
        </w:rPr>
        <w:t xml:space="preserve">[07:52] </w:t>
      </w:r>
      <w:r>
        <w:t>presence of god ka aap ko experience hone laga. this is the starting point of dua. yeh nahi toh dua bhi nahi.</w:t>
      </w:r>
    </w:p>
    <w:p>
      <w:pPr>
        <w:jc w:val="right"/>
      </w:pPr>
      <w:r>
        <w:t>پریزنس آف گاڈ کا آپ کو ایکسپیرینس ہونے لگا۔ دس از دا سٹارٹنگ پوائنٹ آف دعا۔ یہ نہیں تو دعا بھی نہیں۔</w:t>
      </w:r>
    </w:p>
    <w:p>
      <w:r>
        <w:rPr>
          <w:b/>
        </w:rPr>
        <w:t xml:space="preserve">[08:08] </w:t>
      </w:r>
      <w:r>
        <w:t>is baat ko bohat zyada sochne ki zaroorat hai.</w:t>
      </w:r>
    </w:p>
    <w:p>
      <w:pPr>
        <w:jc w:val="right"/>
      </w:pPr>
      <w:r>
        <w:t>اس بات کو بہت زیادہ سوچنے کی ضرورت ہے۔</w:t>
      </w:r>
    </w:p>
    <w:p>
      <w:r>
        <w:rPr>
          <w:b/>
        </w:rPr>
        <w:t xml:space="preserve">[08:18] </w:t>
      </w:r>
      <w:r>
        <w:t>aisa is ki itni zyada importance kyun hai? kyun ke jab aap</w:t>
      </w:r>
    </w:p>
    <w:p>
      <w:pPr>
        <w:jc w:val="right"/>
      </w:pPr>
      <w:r>
        <w:t>ایسا اس کی اتنی زیادہ امپورٹنس کیوں ہے؟ کیونکہ جب آپ</w:t>
      </w:r>
    </w:p>
    <w:p>
      <w:r>
        <w:rPr>
          <w:b/>
        </w:rPr>
        <w:t xml:space="preserve">[08:26] </w:t>
      </w:r>
      <w:r>
        <w:t>khuda ke presence ka aap ko jab tajurba hone lage, khuda ki maujoodgi ka aap ko ehsaas hone lage, tabhi aap ke andar abadiyat jaagti hai.</w:t>
      </w:r>
    </w:p>
    <w:p>
      <w:pPr>
        <w:jc w:val="right"/>
      </w:pPr>
      <w:r>
        <w:t>خدا کے پریزنس کا آپ کو جب تجربہ ہونے لگے، خدا کی موجودگی کا آپ کو احساس ہونے لگے، تبھی آپ کے اندر ابدیت جاگتی ہے۔</w:t>
      </w:r>
    </w:p>
    <w:p>
      <w:r>
        <w:rPr>
          <w:b/>
        </w:rPr>
        <w:t xml:space="preserve">[08:40] </w:t>
      </w:r>
      <w:r>
        <w:t>yeh ehsaas jaagta hai ke main khuda ne mujhe banaya hai.</w:t>
      </w:r>
    </w:p>
    <w:p>
      <w:pPr>
        <w:jc w:val="right"/>
      </w:pPr>
      <w:r>
        <w:t>یہ احساس جاگتا ہے کہ میں خدا نے مجھے بنایا ہے۔</w:t>
      </w:r>
    </w:p>
    <w:p>
      <w:r>
        <w:rPr>
          <w:b/>
        </w:rPr>
        <w:t xml:space="preserve">[08:46] </w:t>
      </w:r>
      <w:r>
        <w:t>khuda ki blessing mere upar hai. khuda mera sustainer hai.</w:t>
      </w:r>
    </w:p>
    <w:p>
      <w:pPr>
        <w:jc w:val="right"/>
      </w:pPr>
      <w:r>
        <w:t>خدا کی بریسنگ میرے اوپر ہے۔ خدا میرا سسٹینر ہے۔</w:t>
      </w:r>
    </w:p>
    <w:p>
      <w:r>
        <w:rPr>
          <w:b/>
        </w:rPr>
        <w:t xml:space="preserve">[08:55] </w:t>
      </w:r>
      <w:r>
        <w:t>khuda giver hai, main taker hoon. yeh sab jab aap ko experience ho jata hai, tabhi toh dua niklegi.</w:t>
      </w:r>
    </w:p>
    <w:p>
      <w:pPr>
        <w:jc w:val="right"/>
      </w:pPr>
      <w:r>
        <w:t>خدا گیور ہے، میں ٹیکر ہوں۔ یہ سب جب آپ کو ایکسپیرینس ہو جاتا ہے، تبھی تو دعا نکلے گی۔</w:t>
      </w:r>
    </w:p>
    <w:p>
      <w:r>
        <w:rPr>
          <w:b/>
        </w:rPr>
        <w:t xml:space="preserve">[09:06] </w:t>
      </w:r>
      <w:r>
        <w:t>warna woh dua kya hogi? kuch bhi nahi hogi. woh</w:t>
      </w:r>
    </w:p>
    <w:p>
      <w:pPr>
        <w:jc w:val="right"/>
      </w:pPr>
      <w:r>
        <w:t>ورنہ وہ دعا کیا ہوگی؟ کچھ بھی نہیں ہوگی۔ وہ</w:t>
      </w:r>
    </w:p>
    <w:p>
      <w:r>
        <w:rPr>
          <w:b/>
        </w:rPr>
        <w:t xml:space="preserve">[09:15] </w:t>
      </w:r>
      <w:r>
        <w:t>dekhen, dua jo hai, sirf yeh nahi hai ke aap apna koi kaam hai, us ko le kar ke dua kar rahe hain ke bachcha paida ho jaye, ab us ko meri beti ki shadi ho jaye, main karobar chalne lage.</w:t>
      </w:r>
    </w:p>
    <w:p>
      <w:pPr>
        <w:jc w:val="right"/>
      </w:pPr>
      <w:r>
        <w:t>دیکھیں، دعا جو ہے، صرف یہ نہیں ہے کہ آپ اپنا کوئی کام ہے، اس کو لے کر کے دعا کر رہے ہیں کہ بچہ پیدا ہو جائے، اب اس کو میری بیٹی کی شادی ہو جائے، میں کاروبار چلنے لگے۔</w:t>
      </w:r>
    </w:p>
    <w:p>
      <w:r>
        <w:rPr>
          <w:b/>
        </w:rPr>
        <w:t xml:space="preserve">[09:33] </w:t>
      </w:r>
      <w:r>
        <w:t>asal dua yeh nahi hai.</w:t>
      </w:r>
    </w:p>
    <w:p>
      <w:pPr>
        <w:jc w:val="right"/>
      </w:pPr>
      <w:r>
        <w:t>اصل دعا یہ نہیں ہے۔</w:t>
      </w:r>
    </w:p>
    <w:p>
      <w:r>
        <w:rPr>
          <w:b/>
        </w:rPr>
        <w:t xml:space="preserve">[09:37] </w:t>
      </w:r>
      <w:r>
        <w:t>asal dua jo hai, apne apni abadiyat base insaan hone ki hesiyat ko khuda ke muqable mein establish karna, khuda ki khudai ko acknowledge karna,</w:t>
      </w:r>
    </w:p>
    <w:p>
      <w:pPr>
        <w:jc w:val="right"/>
      </w:pPr>
      <w:r>
        <w:t>اصل دعا جو ہے، اپنے اپنی ابدیت بیس انسان ہونے کی حیثیت کو خدا کے مقابلے میں اسٹیبلش کرنا، خدا کی خدائی کو اکنالج کرنا،</w:t>
      </w:r>
    </w:p>
    <w:p>
      <w:r>
        <w:rPr>
          <w:b/>
        </w:rPr>
        <w:t xml:space="preserve">[09:54] </w:t>
      </w:r>
      <w:r>
        <w:t>aur apne abd hone ka, apne</w:t>
      </w:r>
    </w:p>
    <w:p>
      <w:pPr>
        <w:jc w:val="right"/>
      </w:pPr>
      <w:r>
        <w:t>اور اپنے عبد ہونے کا، اپنے</w:t>
      </w:r>
    </w:p>
    <w:p>
      <w:r>
        <w:rPr>
          <w:b/>
        </w:rPr>
        <w:t xml:space="preserve">[10:00] </w:t>
      </w:r>
      <w:r>
        <w:t>insaan hone ka jo aap ki jo hesiyat hai, us ko establish karna.</w:t>
      </w:r>
    </w:p>
    <w:p>
      <w:pPr>
        <w:jc w:val="right"/>
      </w:pPr>
      <w:r>
        <w:t>انسان ہونے کا جو آپ کی جو حیثیت ہے، اس کو اسٹیبلش کرنا۔</w:t>
      </w:r>
    </w:p>
    <w:p>
      <w:r>
        <w:rPr>
          <w:b/>
        </w:rPr>
        <w:t xml:space="preserve">[10:09] </w:t>
      </w:r>
      <w:r>
        <w:t>yeh asal cheez yeh hai.</w:t>
      </w:r>
    </w:p>
    <w:p>
      <w:pPr>
        <w:jc w:val="right"/>
      </w:pPr>
      <w:r>
        <w:t>یہ اصل چیز یہ ہے۔</w:t>
      </w:r>
    </w:p>
    <w:p>
      <w:r>
        <w:rPr>
          <w:b/>
        </w:rPr>
        <w:t xml:space="preserve">[10:14] </w:t>
      </w:r>
      <w:r>
        <w:t>asal cheez yeh hai. toh main samajhta hoon ke yeh ibadat hadith mein jo kaha gaya, dua ibadat hai, yeh ibadat kyun hai?</w:t>
      </w:r>
    </w:p>
    <w:p>
      <w:pPr>
        <w:jc w:val="right"/>
      </w:pPr>
      <w:r>
        <w:t>اصل چیز یہ ہے۔ تو میں سمجھتا ہوں کہ یہ عبادت حدیث میں جو کہا گیا، دعا عبادت ہے، یہ عبادت کیوں ہے؟</w:t>
      </w:r>
    </w:p>
    <w:p>
      <w:r>
        <w:rPr>
          <w:b/>
        </w:rPr>
        <w:t xml:space="preserve">[10:26] </w:t>
      </w:r>
      <w:r>
        <w:t>ibadat kyun hai? ibadat isi liye hai.</w:t>
      </w:r>
    </w:p>
    <w:p>
      <w:pPr>
        <w:jc w:val="right"/>
      </w:pPr>
      <w:r>
        <w:t>عبادت کیوں ہے؟ عبادت اسی لیے ہے۔</w:t>
      </w:r>
    </w:p>
    <w:p>
      <w:r>
        <w:rPr>
          <w:b/>
        </w:rPr>
        <w:t xml:space="preserve">[10:32] </w:t>
      </w:r>
      <w:r>
        <w:t>is baat ko achi tarah samajh lena chahiye ke dua jo hai, sirf apni dunya ki zarooraton ko mangne ka naam nahi hai.</w:t>
      </w:r>
    </w:p>
    <w:p>
      <w:pPr>
        <w:jc w:val="right"/>
      </w:pPr>
      <w:r>
        <w:t>اس بات کو اچھی طرح سمجھ لینا چاہیے کہ دعا جو ہے، صرف اپنی دنیا کی ضرورتوں کو مانگنے کا نام نہیں ہے۔</w:t>
      </w:r>
    </w:p>
    <w:p>
      <w:r>
        <w:rPr>
          <w:b/>
        </w:rPr>
        <w:t xml:space="preserve">[10:47] </w:t>
      </w:r>
      <w:r>
        <w:t>yeh bohat hi important baat hai.</w:t>
      </w:r>
    </w:p>
    <w:p>
      <w:pPr>
        <w:jc w:val="right"/>
      </w:pPr>
      <w:r>
        <w:t>یہ بہت ہی امپورٹنٹ بات ہے۔</w:t>
      </w:r>
    </w:p>
    <w:p>
      <w:r>
        <w:rPr>
          <w:b/>
        </w:rPr>
        <w:t xml:space="preserve">[10:53] </w:t>
      </w:r>
      <w:r>
        <w:t>ab aap ko mein aik ayat yaad dilaoon. quran mein hai ke "wa ma khalaqtul jinna wal insa illa li ya'budun".</w:t>
      </w:r>
    </w:p>
    <w:p>
      <w:pPr>
        <w:jc w:val="right"/>
      </w:pPr>
      <w:r>
        <w:t>اب آپ کو میں ایک آیت یاد دلاؤں۔ قرآن میں ہے کہ "وما خلقت الجن والانس الا لیعبدون"۔</w:t>
      </w:r>
    </w:p>
    <w:p>
      <w:r>
        <w:rPr>
          <w:b/>
        </w:rPr>
        <w:t xml:space="preserve">[11:03] </w:t>
      </w:r>
      <w:r>
        <w:t>mein</w:t>
      </w:r>
    </w:p>
    <w:p>
      <w:pPr>
        <w:jc w:val="right"/>
      </w:pPr>
      <w:r>
        <w:t>میں</w:t>
      </w:r>
    </w:p>
    <w:p>
      <w:r>
        <w:rPr>
          <w:b/>
        </w:rPr>
        <w:t xml:space="preserve">[11:04] </w:t>
      </w:r>
      <w:r>
        <w:t>ne paida kiya hai insaan ko taake woh meri ibadat kare. ibadat ka ki ko explain kiya gaya hai marifat se.</w:t>
      </w:r>
    </w:p>
    <w:p>
      <w:pPr>
        <w:jc w:val="right"/>
      </w:pPr>
      <w:r>
        <w:t>نے پیدا کیا ہے انسان کو تاکہ وہ میری عبادت کرے۔ عبادت کا کی کو ایکسپلین کیا گیا ہے معرفت سے۔</w:t>
      </w:r>
    </w:p>
    <w:p>
      <w:r>
        <w:rPr>
          <w:b/>
        </w:rPr>
        <w:t xml:space="preserve">[11:22] </w:t>
      </w:r>
      <w:r>
        <w:t>marifat yaani khuda ki marifat insaan hasil kare. yeh ibadat hai aur yahi hai takhleeq ka purpose, creation ka purpose.</w:t>
      </w:r>
    </w:p>
    <w:p>
      <w:pPr>
        <w:jc w:val="right"/>
      </w:pPr>
      <w:r>
        <w:t>معرفت یعنی خدا کی معرفت انسان حاصل کرے۔ یہ عبادت ہے اور یہی ہے تخلیق کا پرپس، کریشن کا پرپس۔</w:t>
      </w:r>
    </w:p>
    <w:p>
      <w:r>
        <w:rPr>
          <w:b/>
        </w:rPr>
        <w:t xml:space="preserve">[11:35] </w:t>
      </w:r>
      <w:r>
        <w:t>is mani hai ke marifat ki satah par jo dua nikle, wahi dua hai.</w:t>
      </w:r>
    </w:p>
    <w:p>
      <w:pPr>
        <w:jc w:val="right"/>
      </w:pPr>
      <w:r>
        <w:t>اس معنی ہے کہ معرفت کی سطح پر جو دعا نکلے، وہی دعا ہے۔</w:t>
      </w:r>
    </w:p>
    <w:p>
      <w:r>
        <w:rPr>
          <w:b/>
        </w:rPr>
        <w:t xml:space="preserve">[11:42] </w:t>
      </w:r>
      <w:r>
        <w:t>apni zaroorat ki satah par jo nikle, dua woh dua nahi hai. marifat ki satah par yaani khuda ko aap pehchan lein, khuda ki aap ko discovery ho jaye, khuda ko aap realize kar sakein, khuda ki marifat ho jaye aap ko.</w:t>
      </w:r>
    </w:p>
    <w:p>
      <w:pPr>
        <w:jc w:val="right"/>
      </w:pPr>
      <w:r>
        <w:t>اپنی ضرورت کی سطح پر جو نکلے، دعا وہ دعا نہیں ہے۔ معرفت کی سطح پر یعنی خدا کو آپ پہچان لیں، خدا کی آپ کو ڈسکوری ہو جائے، خدا کو آپ ریلائز کر سکیں، خدا کی معرفت ہو جائے آپ کو۔</w:t>
      </w:r>
    </w:p>
    <w:p>
      <w:r>
        <w:rPr>
          <w:b/>
        </w:rPr>
        <w:t xml:space="preserve">[11:58] </w:t>
      </w:r>
      <w:r>
        <w:t>is ke tehat jo cheez nikalti hai,</w:t>
      </w:r>
    </w:p>
    <w:p>
      <w:pPr>
        <w:jc w:val="right"/>
      </w:pPr>
      <w:r>
        <w:t>اس کے تحت جو چیز نکلتی ہے،</w:t>
      </w:r>
    </w:p>
    <w:p>
      <w:r>
        <w:rPr>
          <w:b/>
        </w:rPr>
        <w:t xml:space="preserve">[12:03] </w:t>
      </w:r>
      <w:r>
        <w:t>isi ka naam dua</w:t>
      </w:r>
    </w:p>
    <w:p>
      <w:pPr>
        <w:jc w:val="right"/>
      </w:pPr>
      <w:r>
        <w:t>اسی کا نام دع</w:t>
      </w:r>
    </w:p>
    <w:p>
      <w:r>
        <w:rPr>
          <w:b/>
        </w:rPr>
        <w:t xml:space="preserve">[12:04] </w:t>
      </w:r>
      <w:r>
        <w:t>hai. isi liye maine kaha ke aik process hai, yeh aik process ka expression hai, aik intellectual process ka expression hai.</w:t>
      </w:r>
    </w:p>
    <w:p>
      <w:pPr>
        <w:jc w:val="right"/>
      </w:pPr>
      <w:r>
        <w:t>ا ہے۔ اسی لیے میں نے کہا کہ ایک پروسیس ہے، یہ ایک پروسیس کا ایکسپریشن ہے، ایک انٹلیکچول پروسیس کا ایکسپریشن ہے۔</w:t>
      </w:r>
    </w:p>
    <w:p>
      <w:r>
        <w:rPr>
          <w:b/>
        </w:rPr>
        <w:t xml:space="preserve">[12:20] </w:t>
      </w:r>
      <w:r>
        <w:t>yeh bohat hi zaroori hai yeh jaanna.</w:t>
      </w:r>
    </w:p>
    <w:p>
      <w:pPr>
        <w:jc w:val="right"/>
      </w:pPr>
      <w:r>
        <w:t>یہ بہت ہی ضروری ہے یہ جاننا۔</w:t>
      </w:r>
    </w:p>
    <w:p>
      <w:r>
        <w:rPr>
          <w:b/>
        </w:rPr>
        <w:t xml:space="preserve">[12:30] </w:t>
      </w:r>
      <w:r>
        <w:t>sab se bari dua kya hai?</w:t>
      </w:r>
    </w:p>
    <w:p>
      <w:pPr>
        <w:jc w:val="right"/>
      </w:pPr>
      <w:r>
        <w:t>سب سے بڑی دعا کیا ہے؟</w:t>
      </w:r>
    </w:p>
    <w:p>
      <w:r>
        <w:rPr>
          <w:b/>
        </w:rPr>
        <w:t xml:space="preserve">[12:33] </w:t>
      </w:r>
      <w:r>
        <w:t>yeh sochiye ke sab se bari dua kya ho sakti hai? is ke baray mein log anokhay logon ki soch, khayalat hain, anokhi baat hai.</w:t>
      </w:r>
    </w:p>
    <w:p>
      <w:pPr>
        <w:jc w:val="right"/>
      </w:pPr>
      <w:r>
        <w:t>یہ سوچیے کہ سب سے بڑی دعا کیا ہو سکتی ہے؟ اس کے بارے میں لوگ انوکھے لوگوں کی سوچ، خیالات ہیں، انوکھی بات ہے۔</w:t>
      </w:r>
    </w:p>
    <w:p>
      <w:r>
        <w:rPr>
          <w:b/>
        </w:rPr>
        <w:t xml:space="preserve">[12:43] </w:t>
      </w:r>
      <w:r>
        <w:t>sab se bari dua samajhte hain ke falan hazrat se dua kara li jaye, falan dargah mein ja kar dua kara li jaye, falan kuch khaas tarah ke words hain, is ko parh diya jaye to sab se bari dua ho jayegi.</w:t>
      </w:r>
    </w:p>
    <w:p>
      <w:pPr>
        <w:jc w:val="right"/>
      </w:pPr>
      <w:r>
        <w:t>سب سے بڑی دعا سمجھتے ہیں کہ فلاں حضرت سے دعا کرا لی جائے، فلاں درگاہ میں جا کر دعا کرا لی جائے، فلاں کچھ خاص طرح کے शब्द ہیں، اس کو پڑھ دیا جائے تو سب سے بڑی دعا ہو جائے گی۔</w:t>
      </w:r>
    </w:p>
    <w:p>
      <w:r>
        <w:rPr>
          <w:b/>
        </w:rPr>
        <w:t xml:space="preserve">[12:59] </w:t>
      </w:r>
      <w:r>
        <w:t>yeh sab bilkul bogus baatein hain.</w:t>
      </w:r>
    </w:p>
    <w:p>
      <w:pPr>
        <w:jc w:val="right"/>
      </w:pPr>
      <w:r>
        <w:t>یہ سب بالکل بوگس باتیں ہیں۔</w:t>
      </w:r>
    </w:p>
    <w:p>
      <w:r>
        <w:rPr>
          <w:b/>
        </w:rPr>
        <w:t xml:space="preserve">[13:04] </w:t>
      </w:r>
      <w:r>
        <w:t>mein samajhta hoon ke sab se bari dua woh hai jo madri zuban mein uble. jab jazbat ka samandar aap ke andar hota hai, jazbat ka samandar to sirf madri zubani mein niklta hai.</w:t>
      </w:r>
    </w:p>
    <w:p>
      <w:pPr>
        <w:jc w:val="right"/>
      </w:pPr>
      <w:r>
        <w:t>میں سمجھتا ہوں کہ سب سے بڑی دعا وہ ہے جو مادری زبان میں ابلے۔ جب جذبات کا سمندر آپ کے اندر ہوتا ہے، جذبات کا سمندر تو صرف مادری زبانی میں نکلتا ہے۔</w:t>
      </w:r>
    </w:p>
    <w:p>
      <w:r>
        <w:rPr>
          <w:b/>
        </w:rPr>
        <w:t xml:space="preserve">[13:16] </w:t>
      </w:r>
      <w:r>
        <w:t>woh yaad rakhiye, rate hue alfaz mein nahi nikalta.</w:t>
      </w:r>
    </w:p>
    <w:p>
      <w:pPr>
        <w:jc w:val="right"/>
      </w:pPr>
      <w:r>
        <w:t>وہ یاد رکھیے، رٹے ہوئے الفاظ میں نہیں نکلتا۔</w:t>
      </w:r>
    </w:p>
    <w:p>
      <w:r>
        <w:rPr>
          <w:b/>
        </w:rPr>
        <w:t xml:space="preserve">[13:24] </w:t>
      </w:r>
      <w:r>
        <w:t>is baat ko sochiye, aap</w:t>
      </w:r>
    </w:p>
    <w:p>
      <w:pPr>
        <w:jc w:val="right"/>
      </w:pPr>
      <w:r>
        <w:t>اس بات کو سوچیے، آپ</w:t>
      </w:r>
    </w:p>
    <w:p>
      <w:r>
        <w:rPr>
          <w:b/>
        </w:rPr>
        <w:t xml:space="preserve">[13:28] </w:t>
      </w:r>
      <w:r>
        <w:t>aap</w:t>
      </w:r>
    </w:p>
    <w:p>
      <w:pPr>
        <w:jc w:val="right"/>
      </w:pPr>
      <w:r>
        <w:t>آپ</w:t>
      </w:r>
    </w:p>
    <w:p>
      <w:r>
        <w:rPr>
          <w:b/>
        </w:rPr>
        <w:t xml:space="preserve">[13:29] </w:t>
      </w:r>
      <w:r>
        <w:t>ko apne kisi عزیز se bohat zyada mohabbat ho to madri zuban mein niklega, woh mohabbat ke jazbat ada honge.</w:t>
      </w:r>
    </w:p>
    <w:p>
      <w:pPr>
        <w:jc w:val="right"/>
      </w:pPr>
      <w:r>
        <w:t>کو اپنے کسی عزیز سے بہت زیادہ محبت ہو تو مادری زبان میں نکلے گا، وہ محبت کے جذبات ادا ہوں گے۔</w:t>
      </w:r>
    </w:p>
    <w:p>
      <w:r>
        <w:rPr>
          <w:b/>
        </w:rPr>
        <w:t xml:space="preserve">[13:41] </w:t>
      </w:r>
      <w:r>
        <w:t>yaani jo is ko lught-e-uloom kaha jata hai ya mother tongue kaha jata hai.</w:t>
      </w:r>
    </w:p>
    <w:p>
      <w:pPr>
        <w:jc w:val="right"/>
      </w:pPr>
      <w:r>
        <w:t>یعنی جو اس کو لغت العلوم کہا جاتا ہے یا مدر ٹنگ کہا جاتا ہے۔</w:t>
      </w:r>
    </w:p>
    <w:p>
      <w:r>
        <w:rPr>
          <w:b/>
        </w:rPr>
        <w:t xml:space="preserve">[13:52] </w:t>
      </w:r>
      <w:r>
        <w:t>madri zuban konsi hai? jis mein aap sochte ho,</w:t>
      </w:r>
    </w:p>
    <w:p>
      <w:pPr>
        <w:jc w:val="right"/>
      </w:pPr>
      <w:r>
        <w:t>مادری زبان کونسی ہے؟ جس میں آپ سوچتے ہو،</w:t>
      </w:r>
    </w:p>
    <w:p>
      <w:r>
        <w:rPr>
          <w:b/>
        </w:rPr>
        <w:t xml:space="preserve">[13:59] </w:t>
      </w:r>
      <w:r>
        <w:t>jis zuban mein aap sochte hain, wahi aap ki madri zuban hai.</w:t>
      </w:r>
    </w:p>
    <w:p>
      <w:pPr>
        <w:jc w:val="right"/>
      </w:pPr>
      <w:r>
        <w:t>جس زبان میں آپ سوچتے ہیں، وہی آپ کی مادری زبان ہے۔</w:t>
      </w:r>
    </w:p>
    <w:p>
      <w:r>
        <w:rPr>
          <w:b/>
        </w:rPr>
        <w:t xml:space="preserve">[14:06] </w:t>
      </w:r>
      <w:r>
        <w:t>to subah shaam aap ki jo soch chalti hai, aap jante hain, dimagh aadmi ka jo mind hai, har waqt sochta rehta hai. sote waqt bhi sochta hai.</w:t>
      </w:r>
    </w:p>
    <w:p>
      <w:pPr>
        <w:jc w:val="right"/>
      </w:pPr>
      <w:r>
        <w:t>تو صبح شام آپ کی جو سوچ چلتی ہے، آپ جانتے ہیں، دماغ آدمی کا جو مائنڈ ہے، ہر وقت سوچتا رہتا ہے۔ سوتے وقت بھی سوچتا ہے۔</w:t>
      </w:r>
    </w:p>
    <w:p>
      <w:r>
        <w:rPr>
          <w:b/>
        </w:rPr>
        <w:t xml:space="preserve">[14:15] </w:t>
      </w:r>
      <w:r>
        <w:t>wo soch na, yani think karna, ye aadmi ke mind ka ek continuous process hai.</w:t>
      </w:r>
    </w:p>
    <w:p>
      <w:pPr>
        <w:jc w:val="right"/>
      </w:pPr>
      <w:r>
        <w:t>وہ سوچنا، یعنی تھنک کرنا، یہ آدمی کے مائنڈ کا ایک کنٹینیوس پروسیس ہے۔</w:t>
      </w:r>
    </w:p>
    <w:p>
      <w:r>
        <w:rPr>
          <w:b/>
        </w:rPr>
        <w:t xml:space="preserve">[14:26] </w:t>
      </w:r>
      <w:r>
        <w:t>continuous process, kabhi stop nahi hota. wo</w:t>
      </w:r>
    </w:p>
    <w:p>
      <w:pPr>
        <w:jc w:val="right"/>
      </w:pPr>
      <w:r>
        <w:t>کنٹینیوس پروسیس، کبھی سٹاپ نہیں ہوتا۔ وہ</w:t>
      </w:r>
    </w:p>
    <w:p>
      <w:r>
        <w:rPr>
          <w:b/>
        </w:rPr>
        <w:t xml:space="preserve">[14:29] </w:t>
      </w:r>
      <w:r>
        <w:t>aap sote hain, tab bhi. isi liye aap dream aata hai. aap ko dream kya hai? mind ka soch na hai.</w:t>
      </w:r>
    </w:p>
    <w:p>
      <w:pPr>
        <w:jc w:val="right"/>
      </w:pPr>
      <w:r>
        <w:t>آپ سوتے ہیں، تب بھی۔ اسی لیے آپ ڈریم آتا ہے۔ آپ کو ڈریم کیا ہے؟ مائنڈ کا سوچنا ہے۔</w:t>
      </w:r>
    </w:p>
    <w:p>
      <w:r>
        <w:rPr>
          <w:b/>
        </w:rPr>
        <w:t xml:space="preserve">[14:42] </w:t>
      </w:r>
      <w:r>
        <w:t>aaj maine khwab dekha ke main train mein safar kar raha hoon.</w:t>
      </w:r>
    </w:p>
    <w:p>
      <w:pPr>
        <w:jc w:val="right"/>
      </w:pPr>
      <w:r>
        <w:t>آج میں نے خواب دیکھا کہ میں ٹرین میں سفر کر رہا ہوں۔</w:t>
      </w:r>
    </w:p>
    <w:p>
      <w:r>
        <w:rPr>
          <w:b/>
        </w:rPr>
        <w:t xml:space="preserve">[14:47] </w:t>
      </w:r>
      <w:r>
        <w:t>ab train khadi hui, ab is mein bohat sari baatein hain. is mein dekhi, maine to jo experience mujhe pehle hue the train ke safar mein, wo mind mein the.</w:t>
      </w:r>
    </w:p>
    <w:p>
      <w:pPr>
        <w:jc w:val="right"/>
      </w:pPr>
      <w:r>
        <w:t>اب ٹرین کھڑی ہوئی، اب اس میں بہت ساری باتیں ہیں۔ اس میں دیکھی، میں نے تو جو ایکسپیرینس مجھے پہلے ہوئے تھے ٹرین کے سفر میں، وہ مائنڈ میں تھے۔</w:t>
      </w:r>
    </w:p>
    <w:p>
      <w:r>
        <w:rPr>
          <w:b/>
        </w:rPr>
        <w:t xml:space="preserve">[14:57] </w:t>
      </w:r>
      <w:r>
        <w:t>wo main khwab mein, dream mein mujhe aa gaya. to mind har waqt sochta hai. isi sochne ka ek ek ek expression hai,</w:t>
      </w:r>
    </w:p>
    <w:p>
      <w:pPr>
        <w:jc w:val="right"/>
      </w:pPr>
      <w:r>
        <w:t>وہ میں خواب میں، ڈریم میں مجھے آ گیا۔ تو مائنڈ ہر وقت سوچتا ہے۔ اسی سوچنے کا ایک ایک ایک ایکسپریشن ہے،</w:t>
      </w:r>
    </w:p>
    <w:p>
      <w:r>
        <w:rPr>
          <w:b/>
        </w:rPr>
        <w:t xml:space="preserve">[15:12] </w:t>
      </w:r>
      <w:r>
        <w:t>dream jo raat ko aata hai.</w:t>
      </w:r>
    </w:p>
    <w:p>
      <w:pPr>
        <w:jc w:val="right"/>
      </w:pPr>
      <w:r>
        <w:t>ڈریم جو رات کو آتا ہے۔</w:t>
      </w:r>
    </w:p>
    <w:p>
      <w:r>
        <w:rPr>
          <w:b/>
        </w:rPr>
        <w:t xml:space="preserve">[15:15] </w:t>
      </w:r>
      <w:r>
        <w:t>to jis language mein aap sochte ho, usi language mein sab se bari dua nikal sakti hai. kyunke sab se bari dua wo hai jo ek fowara ban kar nikle, ek samandar ke toofan ki tarah nikle,</w:t>
      </w:r>
    </w:p>
    <w:p>
      <w:pPr>
        <w:jc w:val="right"/>
      </w:pPr>
      <w:r>
        <w:t>تو جس لینگویج میں آپ سوچتے ہوں، اسی لینگویج میں سب سے بڑی دعا نکل سکتی ہے۔ کیونکہ سب سے بڑی دعا وہ ہے جو ایک فوارہ بن کر نکلے، ایک سمندر کے طوفان کی طرح نکلے،</w:t>
      </w:r>
    </w:p>
    <w:p>
      <w:r>
        <w:rPr>
          <w:b/>
        </w:rPr>
        <w:t xml:space="preserve">[15:32] </w:t>
      </w:r>
      <w:r>
        <w:t>ek mauj hai, dil mein uthe aur wo munh se ubal pare. wahi sab se bari dua hai. to aisi dua rate hue alfaaz mein nikal sakti hai.</w:t>
      </w:r>
    </w:p>
    <w:p>
      <w:pPr>
        <w:jc w:val="right"/>
      </w:pPr>
      <w:r>
        <w:t>ایک موج ہے، دل میں اٹھے اور وہ منہ سے ابل پڑے۔ وہی سب سے بڑی دعا ہے۔ تو ایسی دعا رٹے ہوئے الفاظ میں نکل سکتی ہے۔</w:t>
      </w:r>
    </w:p>
    <w:p>
      <w:r>
        <w:rPr>
          <w:b/>
        </w:rPr>
        <w:t xml:space="preserve">[15:44] </w:t>
      </w:r>
      <w:r>
        <w:t>wo to apni sochne wali zaban mein nikle gi.</w:t>
      </w:r>
    </w:p>
    <w:p>
      <w:pPr>
        <w:jc w:val="right"/>
      </w:pPr>
      <w:r>
        <w:t>وہ تو اپنی سوچنے والی زبان میں نکلے گی۔</w:t>
      </w:r>
    </w:p>
    <w:p>
      <w:r>
        <w:rPr>
          <w:b/>
        </w:rPr>
        <w:t xml:space="preserve">[15:52] </w:t>
      </w:r>
      <w:r>
        <w:t>dekhiye, main ek baat arz karoon. aam taur par log samajhte hain ke rasool ki jo duaen hain, us ko yaad kar lo to sab se bari dua wahi hai. ye bhi ek fallacy hai.</w:t>
      </w:r>
    </w:p>
    <w:p>
      <w:pPr>
        <w:jc w:val="right"/>
      </w:pPr>
      <w:r>
        <w:t>دیکھیے، میں ایک بات عرض کروں۔ عام طور پر لوگ سمجھتے ہیں کہ رسول کی جو دعائیں ہیں، اس کو یاد کر لو تو سب سے بڑی دعا وہی ہے۔ یہ بھی ایک فیلسی ہے۔</w:t>
      </w:r>
    </w:p>
    <w:p>
      <w:r>
        <w:rPr>
          <w:b/>
        </w:rPr>
        <w:t xml:space="preserve">[16:04] </w:t>
      </w:r>
      <w:r>
        <w:t>yani peghambar ki jo duaen hain,</w:t>
      </w:r>
    </w:p>
    <w:p>
      <w:pPr>
        <w:jc w:val="right"/>
      </w:pPr>
      <w:r>
        <w:t>یعنی پیغمبر کی جو دعائیں ہیں،</w:t>
      </w:r>
    </w:p>
    <w:p>
      <w:r>
        <w:rPr>
          <w:b/>
        </w:rPr>
        <w:t xml:space="preserve">[16:09] </w:t>
      </w:r>
      <w:r>
        <w:t>un ko rat kar lo, us ko yaad karo, us ko kaho to wahi sab se bari dua hai.</w:t>
      </w:r>
    </w:p>
    <w:p>
      <w:pPr>
        <w:jc w:val="right"/>
      </w:pPr>
      <w:r>
        <w:t>ان کو رٹ کر لو، اس کو یاد کرو، اس کو کہو تو وہی سب سے بڑی دعا ہے۔</w:t>
      </w:r>
    </w:p>
    <w:p>
      <w:r>
        <w:rPr>
          <w:b/>
        </w:rPr>
        <w:t xml:space="preserve">[16:14] </w:t>
      </w:r>
      <w:r>
        <w:t>dekhen, ye bohat bari fallacy hai.</w:t>
      </w:r>
    </w:p>
    <w:p>
      <w:pPr>
        <w:jc w:val="right"/>
      </w:pPr>
      <w:r>
        <w:t>دیکھیں، یہ بہت بڑی فیلسی ہے۔</w:t>
      </w:r>
    </w:p>
    <w:p>
      <w:r>
        <w:rPr>
          <w:b/>
        </w:rPr>
        <w:t xml:space="preserve">[16:18] </w:t>
      </w:r>
      <w:r>
        <w:t>peghambar ki dua bhi madri zaban mein hoti thi. ye kehna hai ke arabi zaban mein hoti thi, ye bhi baat ko na samajhna hai.</w:t>
      </w:r>
    </w:p>
    <w:p>
      <w:pPr>
        <w:jc w:val="right"/>
      </w:pPr>
      <w:r>
        <w:t>پیغمبر کی دعا بھی مادری زبان میں ہوتی تھی۔ یہ کہنا ہے کہ عربی زبان میں ہوتی تھی، یہ بھی بات کو نہ سمجھنا ہے۔</w:t>
      </w:r>
    </w:p>
    <w:p>
      <w:r>
        <w:rPr>
          <w:b/>
        </w:rPr>
        <w:t xml:space="preserve">[16:30] </w:t>
      </w:r>
      <w:r>
        <w:t>peghambar ki zaban jo hai, wo arabi zaban mein nahi hoti thi. in fact, ye apni mother tongue mein hoti thi.</w:t>
      </w:r>
    </w:p>
    <w:p>
      <w:pPr>
        <w:jc w:val="right"/>
      </w:pPr>
      <w:r>
        <w:t>پیغمبر کی زبان جو ہے، وہ عربی زبان میں نہیں ہوتی تھی۔ ان فیکٹ، یہ اپنی مدر ٹنگ میں ہوتی تھی۔</w:t>
      </w:r>
    </w:p>
    <w:p>
      <w:r>
        <w:rPr>
          <w:b/>
        </w:rPr>
        <w:t xml:space="preserve">[16:42] </w:t>
      </w:r>
      <w:r>
        <w:t>is baat ko sochiye, aap</w:t>
      </w:r>
    </w:p>
    <w:p>
      <w:pPr>
        <w:jc w:val="right"/>
      </w:pPr>
      <w:r>
        <w:t>اس بات کو سوچیے، آپ</w:t>
      </w:r>
    </w:p>
    <w:p>
      <w:r>
        <w:rPr>
          <w:b/>
        </w:rPr>
        <w:t xml:space="preserve">[16:46] </w:t>
      </w:r>
      <w:r>
        <w:t>ye baat main is liye keh raha hoon ke rasool Allah ke bare mein to aap kahein ke aap arabi mein aap ne dua ki, arabi mein. lekin doosre peghambaron ko aap kya kahein ge?</w:t>
      </w:r>
    </w:p>
    <w:p>
      <w:pPr>
        <w:jc w:val="right"/>
      </w:pPr>
      <w:r>
        <w:t>یہ بات میں اس لیے کہہ رہا ہوں کہ رسول اللہ کے بارے میں تو آپ کہیں کہ آپ عربی میں آپ نے دعا کی، عربی میں۔ لیکن دوسرے پیغمبروں کو آپ کیا کہیں گے؟</w:t>
      </w:r>
    </w:p>
    <w:p>
      <w:r>
        <w:rPr>
          <w:b/>
        </w:rPr>
        <w:t xml:space="preserve">[16:58] </w:t>
      </w:r>
      <w:r>
        <w:t>kya doosre peghambar bhi arabi mein dua karte the? jabke quran mein saaf saaf hai ke "wa arsalna bi rasoolin min qaumin".</w:t>
      </w:r>
    </w:p>
    <w:p>
      <w:pPr>
        <w:jc w:val="right"/>
      </w:pPr>
      <w:r>
        <w:t>کیا دوسرے پیغمبر بھی عربی میں دعا کرتے تھے؟ جبکہ قرآن میں صاف صاف ہے کہ "واں ارسلنا برسول اللہ برسان قومی"۔</w:t>
      </w:r>
    </w:p>
    <w:p>
      <w:r>
        <w:rPr>
          <w:b/>
        </w:rPr>
        <w:t xml:space="preserve">[17:10] </w:t>
      </w:r>
      <w:r>
        <w:t>har qaum, jis qaum mein peghambar aata tha, usi qaum ki zaban, us ki zaban hoti thi.</w:t>
      </w:r>
    </w:p>
    <w:p>
      <w:pPr>
        <w:jc w:val="right"/>
      </w:pPr>
      <w:r>
        <w:t>ہر قوم، جس قوم میں پیغمبر آتا تھا، اسی قوم کی زبان، اس کی زبان ہوتی تھی۔</w:t>
      </w:r>
    </w:p>
    <w:p>
      <w:r>
        <w:rPr>
          <w:b/>
        </w:rPr>
        <w:t xml:space="preserve">[17:17] </w:t>
      </w:r>
      <w:r>
        <w:t>to is ko chhod kar ke arabi mein dua kare ga peghambar?</w:t>
      </w:r>
    </w:p>
    <w:p>
      <w:pPr>
        <w:jc w:val="right"/>
      </w:pPr>
      <w:r>
        <w:t>تو اس کو چھوڑ کر کے عربی میں دعا کرے گا پیغمبر؟</w:t>
      </w:r>
    </w:p>
    <w:p>
      <w:r>
        <w:rPr>
          <w:b/>
        </w:rPr>
        <w:t xml:space="preserve">[17:23] </w:t>
      </w:r>
      <w:r>
        <w:t>har peghambar ki dua apni madri zaban mein hoti thi. rasool Allah ki zaban arabi thi, madri.</w:t>
      </w:r>
    </w:p>
    <w:p>
      <w:pPr>
        <w:jc w:val="right"/>
      </w:pPr>
      <w:r>
        <w:t>ہر پیغمبر کی دعا اپنی مادری زبان میں ہوتی تھی۔ رسول اللہ کی زبان عربی تھی، مادری۔</w:t>
      </w:r>
    </w:p>
    <w:p>
      <w:r>
        <w:rPr>
          <w:b/>
        </w:rPr>
        <w:t xml:space="preserve">[17:31] </w:t>
      </w:r>
      <w:r>
        <w:t>to aap arabi mein alfaaz nikle, aap ke munh se. doosre peghambaron ki jo zaban thi, us mein wo nikle. wo naqal hua quran mein, wo arabi mein.</w:t>
      </w:r>
    </w:p>
    <w:p>
      <w:pPr>
        <w:jc w:val="right"/>
      </w:pPr>
      <w:r>
        <w:t>تو آپ عربی میں الفاظ نکلے، آپ کے منہ سے۔ دوسرے پیغمبروں کی جو زبان تھی، اس میں وہ نکلے۔ وہ نقل ہوا قرآن میں، وہ عربی میں۔</w:t>
      </w:r>
    </w:p>
    <w:p>
      <w:r>
        <w:rPr>
          <w:b/>
        </w:rPr>
        <w:t xml:space="preserve">[17:42] </w:t>
      </w:r>
      <w:r>
        <w:t>misalan hazrat ibrahim ne farmaya ke "waiza maridtu fa huwa yashfeen".</w:t>
      </w:r>
    </w:p>
    <w:p>
      <w:pPr>
        <w:jc w:val="right"/>
      </w:pPr>
      <w:r>
        <w:t>مثلاً حضرت ابراہیم نے فرمایا کہ "وَإِذَا مَرِضْتُ فَهُوَ يَشْفِينَ"۔</w:t>
      </w:r>
    </w:p>
    <w:p>
      <w:r>
        <w:rPr>
          <w:b/>
        </w:rPr>
        <w:t xml:space="preserve">[17:50] </w:t>
      </w:r>
      <w:r>
        <w:t>jab mein beemar hota hoon to khuda mujhe shifa deta hai. kya aap samajhte hain ke yeh arabi lafz bole the hazrat ibrahim? kabhi nahin.</w:t>
      </w:r>
    </w:p>
    <w:p>
      <w:pPr>
        <w:jc w:val="right"/>
      </w:pPr>
      <w:r>
        <w:t>جب میں بیمار ہوتا ہوں تو خدا مجھے شفا دیتا ہے۔ کیا آپ سمجھتے ہیں کہ یہ عربی لفظ بولے تھے حضرت ابراہیم؟ کبھی نہیں۔</w:t>
      </w:r>
    </w:p>
    <w:p>
      <w:r>
        <w:rPr>
          <w:b/>
        </w:rPr>
        <w:t xml:space="preserve">[18:02] </w:t>
      </w:r>
      <w:r>
        <w:t>jo un ki zaban thi, woh us waqt us mein bole the. woh naqal hua hai quran mein, woh arabi zaban mein.</w:t>
      </w:r>
    </w:p>
    <w:p>
      <w:pPr>
        <w:jc w:val="right"/>
      </w:pPr>
      <w:r>
        <w:t>جو ان کی زبان تھی، وہ اس وقت اس میں بولے تھے۔ وہ نقل ہوا ہے قرآن میں، وہ عربی زبان میں۔</w:t>
      </w:r>
    </w:p>
    <w:p>
      <w:r>
        <w:rPr>
          <w:b/>
        </w:rPr>
        <w:t xml:space="preserve">[18:13] </w:t>
      </w:r>
      <w:r>
        <w:t>to yeh kuch log aisi taqreerein karte hain ke arabi mein jo peghambar ki zaban aayi hai, us ne khuda tak rasta bana diya hai.</w:t>
      </w:r>
    </w:p>
    <w:p>
      <w:pPr>
        <w:jc w:val="right"/>
      </w:pPr>
      <w:r>
        <w:t>تو یہ کچھ لوگ ایسی تقریریں کرتے ہیں کہ عربی میں جو پیغمبر کی زبان آئی ہے، اس نے خدا تک راستہ بنا دیا ہے۔</w:t>
      </w:r>
    </w:p>
    <w:p>
      <w:r>
        <w:rPr>
          <w:b/>
        </w:rPr>
        <w:t xml:space="preserve">[18:23] </w:t>
      </w:r>
      <w:r>
        <w:t>bas isi ko dohrao aur bilkul isi pattern pe, isi track pe chalte chalte dua khuda tak pahunch jayegi. yeh sab bilkul bogus baatein hain.</w:t>
      </w:r>
    </w:p>
    <w:p>
      <w:pPr>
        <w:jc w:val="right"/>
      </w:pPr>
      <w:r>
        <w:t>بس اسی کو دہراؤ اور بالکل اسی پیٹرن پہ، اسی ٹریک پہ چلتے چلتے دعا خدا تک پہنچ جائے گی۔ یہ سب بالکل بوگس باتیں ہیں۔</w:t>
      </w:r>
    </w:p>
    <w:p>
      <w:r>
        <w:rPr>
          <w:b/>
        </w:rPr>
        <w:t xml:space="preserve">[18:35] </w:t>
      </w:r>
      <w:r>
        <w:t>koi shabd, koi lafz, koi rasta nahin banata, koi patri nahin banata.</w:t>
      </w:r>
    </w:p>
    <w:p>
      <w:pPr>
        <w:jc w:val="right"/>
      </w:pPr>
      <w:r>
        <w:t>کوئی शब्द، کوئی لفظ، کوئی راستہ نہیں بناتا، کوئی پٹری نہیں بناتا۔</w:t>
      </w:r>
    </w:p>
    <w:p>
      <w:r>
        <w:rPr>
          <w:b/>
        </w:rPr>
        <w:t xml:space="preserve">[18:43] </w:t>
      </w:r>
      <w:r>
        <w:t>bilkul anokhe qism ki gumrahiyan hum sab mein phaili hui hain. isi liye logon ko woh zaban, woh dua nahin kehne ki tofeeq milti jo dilon ko phaad deti hai, jis mein seenay mein se ek samandar ubal parta hai.</w:t>
      </w:r>
    </w:p>
    <w:p>
      <w:pPr>
        <w:jc w:val="right"/>
      </w:pPr>
      <w:r>
        <w:t>بالکل انوکھے قسم کی گمراہیاں ہم سب میں پھیلی ہوئی ہیں۔ اسی لیے لوگوں کو وہ زبان، وہ دعا نہیں کہنے کی توفیق ملتی جو دلوں کو پھاڑ دیتی ہے، جس میں سینے میں سے ایک سمندر ابل پڑتا ہے۔</w:t>
      </w:r>
    </w:p>
    <w:p>
      <w:r>
        <w:rPr>
          <w:b/>
        </w:rPr>
        <w:t xml:space="preserve">[19:02] </w:t>
      </w:r>
      <w:r>
        <w:t>bas ratte hue alfaaz dohrate rehte hain. woh dua hi nahin hai, woh to computer, computer type ki dua hai. woh</w:t>
      </w:r>
    </w:p>
    <w:p>
      <w:pPr>
        <w:jc w:val="right"/>
      </w:pPr>
      <w:r>
        <w:t>بس رٹے ہوئے الفاظ دہراتے رہتے ہیں۔ وہ دعا ہی نہیں ہے، وہ تو کمپیوٹر، کمپیوٹر ٹائپ کی دعا ہے۔ وہ</w:t>
      </w:r>
    </w:p>
    <w:p>
      <w:r>
        <w:rPr>
          <w:b/>
        </w:rPr>
        <w:t xml:space="preserve">[19:15] </w:t>
      </w:r>
      <w:r>
        <w:t>har nabi ki zaban apni qaum ki zaban hoti thi. har nabi, har nabi ki madri zaban woh hoti thi jahan woh paida hua hai.</w:t>
      </w:r>
    </w:p>
    <w:p>
      <w:pPr>
        <w:jc w:val="right"/>
      </w:pPr>
      <w:r>
        <w:t>ہر نبی کی زبان اپنی قوم کی زبان ہوتی تھی۔ ہر نبی، ہر نبی کی مادری زبان وہ ہوتی تھی جہاں وہ پیدا ہوا ہے۔</w:t>
      </w:r>
    </w:p>
    <w:p>
      <w:r>
        <w:rPr>
          <w:b/>
        </w:rPr>
        <w:t xml:space="preserve">[19:26] </w:t>
      </w:r>
      <w:r>
        <w:t>isi zaban mein woh bolta tha, isi zaban mein woh,</w:t>
      </w:r>
    </w:p>
    <w:p>
      <w:pPr>
        <w:jc w:val="right"/>
      </w:pPr>
      <w:r>
        <w:t>اسی زبان میں وہ بولتا تھا، اسی زبان میں وہ،</w:t>
      </w:r>
    </w:p>
    <w:p>
      <w:r>
        <w:rPr>
          <w:b/>
        </w:rPr>
        <w:t xml:space="preserve">[19:33] </w:t>
      </w:r>
      <w:r>
        <w:t>isi zaban mein woh dua karta tha.</w:t>
      </w:r>
    </w:p>
    <w:p>
      <w:pPr>
        <w:jc w:val="right"/>
      </w:pPr>
      <w:r>
        <w:t>اسی زبان میں وہ دعا کرتا تھا۔</w:t>
      </w:r>
    </w:p>
    <w:p>
      <w:r>
        <w:rPr>
          <w:b/>
        </w:rPr>
        <w:t xml:space="preserve">[19:45] </w:t>
      </w:r>
      <w:r>
        <w:t>yeh baat mein is liye keh raha hoon ke aam taur par log yeh samajhte hain ke dua kitaab le lete hain, bazaar se khareed lete hain, aur isi ko ratte rehte hain, ratte rehte hain, aur wohi dohrate rehte hain.</w:t>
      </w:r>
    </w:p>
    <w:p>
      <w:pPr>
        <w:jc w:val="right"/>
      </w:pPr>
      <w:r>
        <w:t>یہ بات میں اس لیے کہہ رہا ہوں کہ عام طور پر لوگ یہ سمجھتے ہیں کہ دعا کتاب لے لیتے ہیں، بازار سے خرید لیتے ہیں، اور اسی کو رٹتے رہتے ہیں، رٹتے رہتے ہیں، اور وہی دہراتے رہتے ہیں۔</w:t>
      </w:r>
    </w:p>
    <w:p>
      <w:r>
        <w:rPr>
          <w:b/>
        </w:rPr>
        <w:t xml:space="preserve">[19:56] </w:t>
      </w:r>
      <w:r>
        <w:t>to unhein dua ka test hi nahin milta.</w:t>
      </w:r>
    </w:p>
    <w:p>
      <w:pPr>
        <w:jc w:val="right"/>
      </w:pPr>
      <w:r>
        <w:t>تو انہیں دعا کا ٹیسٹ ہی نہیں ملتا۔</w:t>
      </w:r>
    </w:p>
    <w:p>
      <w:r>
        <w:rPr>
          <w:b/>
        </w:rPr>
        <w:t xml:space="preserve">[20:01] </w:t>
      </w:r>
      <w:r>
        <w:t>dua ka test nahin milta. woh khuda se nearness ka un ko experience nahin hota.</w:t>
      </w:r>
    </w:p>
    <w:p>
      <w:pPr>
        <w:jc w:val="right"/>
      </w:pPr>
      <w:r>
        <w:t>دعا کا ٹیسٹ نہیں ملتا۔ وہ خدا سے نیئرنس کا ان کو ایکسپیرینس نہیں ہوتا۔</w:t>
      </w:r>
    </w:p>
    <w:p>
      <w:r>
        <w:rPr>
          <w:b/>
        </w:rPr>
        <w:t xml:space="preserve">[20:12] </w:t>
      </w:r>
      <w:r>
        <w:t>yeh ek technical dua hoti hai, computer type ki dua hoti hai, ek remote jaisa dua karo, woh dua hoti hai. yeh</w:t>
      </w:r>
    </w:p>
    <w:p>
      <w:pPr>
        <w:jc w:val="right"/>
      </w:pPr>
      <w:r>
        <w:t>یہ ایک ٹیکنیکل دعا ہوتی ہے، کمپیوٹر ٹائپ کی دعا ہوتی ہے، ایک ریموٹ جیسا دعا کرو، وہ دعا ہوتی ہے۔ یہ</w:t>
      </w:r>
    </w:p>
    <w:p>
      <w:r>
        <w:rPr>
          <w:b/>
        </w:rPr>
        <w:t xml:space="preserve">[20:23] </w:t>
      </w:r>
      <w:r>
        <w:t>ab mein ek baat aap se yeh kehna chahta hoon</w:t>
      </w:r>
    </w:p>
    <w:p>
      <w:pPr>
        <w:jc w:val="right"/>
      </w:pPr>
      <w:r>
        <w:t>اب میں ایک بات آپ سے یہ کہنا چاہتا ہوں</w:t>
      </w:r>
    </w:p>
    <w:p>
      <w:r>
        <w:rPr>
          <w:b/>
        </w:rPr>
        <w:t xml:space="preserve">[20:28] </w:t>
      </w:r>
      <w:r>
        <w:t>ke</w:t>
      </w:r>
    </w:p>
    <w:p>
      <w:pPr>
        <w:jc w:val="right"/>
      </w:pPr>
      <w:r>
        <w:t>کہ</w:t>
      </w:r>
    </w:p>
    <w:p>
      <w:r>
        <w:rPr>
          <w:b/>
        </w:rPr>
        <w:t xml:space="preserve">[20:36] </w:t>
      </w:r>
      <w:r>
        <w:t>dua ka ek bohat hi, bohat hi aham nuqta hoti hai. important point mujhe samajh mein aaya hai ke dua ke liye ek reference point chahiye.</w:t>
      </w:r>
    </w:p>
    <w:p>
      <w:pPr>
        <w:jc w:val="right"/>
      </w:pPr>
      <w:r>
        <w:t>دعا کا ایک بہت ہی، بہت ہی اہم نقطہ ہوتی ہے۔ امپورٹنٹ پوائنٹ مجھے سمجھ میں آیا ہے کہ دعا کے لیے ایک ریفرنس پوائنٹ چاہیے۔</w:t>
      </w:r>
    </w:p>
    <w:p>
      <w:r>
        <w:rPr>
          <w:b/>
        </w:rPr>
        <w:t xml:space="preserve">[20:53] </w:t>
      </w:r>
      <w:r>
        <w:t>reference point ho, tab dua nikalti hai aap ki zaban se. abstract tor par dua nahin nikalti.</w:t>
      </w:r>
    </w:p>
    <w:p>
      <w:pPr>
        <w:jc w:val="right"/>
      </w:pPr>
      <w:r>
        <w:t>ریفرنس پوائنٹ ہو، تب دعا نکلتی ہے آپ کی زبان سے۔ ابسٹرکٹ طور پر دعا نہیں نکلتی۔</w:t>
      </w:r>
    </w:p>
    <w:p>
      <w:r>
        <w:rPr>
          <w:b/>
        </w:rPr>
        <w:t xml:space="preserve">[21:03] </w:t>
      </w:r>
      <w:r>
        <w:t>dua jo hai, abstract tor par nahin nikalti hai. ek reference point hota hai, tab dua nikalti hai. bari dua.</w:t>
      </w:r>
    </w:p>
    <w:p>
      <w:pPr>
        <w:jc w:val="right"/>
      </w:pPr>
      <w:r>
        <w:t>دعا جو ہے، ابسٹرکٹ طور پر نہیں نکلتی ہے۔ ایک ریفرنس پوائنٹ ہوتا ہے، تب دعا نکلتی ہے۔ بڑی دعا۔</w:t>
      </w:r>
    </w:p>
    <w:p>
      <w:r>
        <w:rPr>
          <w:b/>
        </w:rPr>
        <w:t xml:space="preserve">[21:14] </w:t>
      </w:r>
      <w:r>
        <w:t>reference point se meri kya murad hai? mein aap ko is ka example deta hoon.</w:t>
      </w:r>
    </w:p>
    <w:p>
      <w:pPr>
        <w:jc w:val="right"/>
      </w:pPr>
      <w:r>
        <w:t>ریفرنس پوائنٹ سے میری کیا مراد ہے؟ میں آپ کو اس کا ایگزامپل دیتا ہوں۔</w:t>
      </w:r>
    </w:p>
    <w:p>
      <w:r>
        <w:rPr>
          <w:b/>
        </w:rPr>
        <w:t xml:space="preserve">[21:21] </w:t>
      </w:r>
      <w:r>
        <w:t>dekhiye, yeh baat bohat zyada samajhne ki hai. sab se bara jo, yani chance hota hai, sab se bari jo opportunity hoti hai, isi ko saare log khole hue rehte hain.</w:t>
      </w:r>
    </w:p>
    <w:p>
      <w:pPr>
        <w:jc w:val="right"/>
      </w:pPr>
      <w:r>
        <w:t>دیکھیے، یہ بات بہت زیادہ سمجھنے کی ہے۔ سب سے بڑا جو، یعنی چانس ہوتا ہے، سب سے بڑی جو اپرچونیٹی ہوتی ہے، اسی کو سارے لوگ کھولے ہوتے رہتے ہیں۔</w:t>
      </w:r>
    </w:p>
    <w:p>
      <w:r>
        <w:rPr>
          <w:b/>
        </w:rPr>
        <w:t xml:space="preserve">[21:35] </w:t>
      </w:r>
      <w:r>
        <w:t>kyun ke is, is, is concept ko nahin jante ke reference point it requires reference point to make a dua, real dua.</w:t>
      </w:r>
    </w:p>
    <w:p>
      <w:pPr>
        <w:jc w:val="right"/>
      </w:pPr>
      <w:r>
        <w:t>کیونکہ اس، اس، اس کانسیپٹ کو نہیں جانتے کہ ریفرنس پوائنٹ اٹ ریکوائرڈز ریفرنس پوائنٹ ٹو میک ا دعا، ریئل دعا۔</w:t>
      </w:r>
    </w:p>
    <w:p>
      <w:r>
        <w:rPr>
          <w:b/>
        </w:rPr>
        <w:t xml:space="preserve">[21:47] </w:t>
      </w:r>
      <w:r>
        <w:t>ek reference point hota hua woh dua nikalti hai jo khuda tak pahunch jati hai. koi janta hi nahin hai is ko. yahi jante hain ke bazaar se khareedo kitaab aur duaen jo chapi hui hain, us ko rat lo aur us ko parhte raho.</w:t>
      </w:r>
    </w:p>
    <w:p>
      <w:pPr>
        <w:jc w:val="right"/>
      </w:pPr>
      <w:r>
        <w:t>ایک ریفرنس پوائنٹ ہوتا ہوا وہ دعا نکلتی ہے جو خدا تک پہنچ جاتی ہے۔ کوئی جانتا ہی نہیں ہے اس کو۔ یہی جانتے ہیں کہ بازار سے خریدو کتاب اور دعائیں جو چھپی ہوئی ہیں، اس کو رٹ لو اور اس کو پڑھتے رہو۔</w:t>
      </w:r>
    </w:p>
    <w:p>
      <w:r>
        <w:rPr>
          <w:b/>
        </w:rPr>
        <w:t xml:space="preserve">[22:06] </w:t>
      </w:r>
      <w:r>
        <w:t>dekhiye, mein kuch misaal deta hoon jis se andaza ho ke reference point se mein kya murad de raha hoon.</w:t>
      </w:r>
    </w:p>
    <w:p>
      <w:pPr>
        <w:jc w:val="right"/>
      </w:pPr>
      <w:r>
        <w:t>دیکھیے، میں کچھ مثال دیتا ہوں جس سے اندازہ ہو کہ ریفرنس پوائنٹ سے میں کیا مراد دے رہا ہوں۔</w:t>
      </w:r>
    </w:p>
    <w:p>
      <w:r>
        <w:rPr>
          <w:b/>
        </w:rPr>
        <w:t xml:space="preserve">[22:16] </w:t>
      </w:r>
      <w:r>
        <w:t>hazrat musa alaihissalam ke baray mein aata hai ke woh, aap jante hain ke woh misr se madain jana hua.</w:t>
      </w:r>
    </w:p>
    <w:p>
      <w:pPr>
        <w:jc w:val="right"/>
      </w:pPr>
      <w:r>
        <w:t>حضرت موسیٰ علیہ السلام کے بارے میں آتا ہے کہ وہ، آپ جانتے ہیں کہ وہ مصر سے مدین جانا ہوا۔</w:t>
      </w:r>
    </w:p>
    <w:p>
      <w:r>
        <w:rPr>
          <w:b/>
        </w:rPr>
        <w:t xml:space="preserve">[22:26] </w:t>
      </w:r>
      <w:r>
        <w:t>phir ek lamba woh hai, quran mein bayan hua hai, woh sab aap parh sakte hain. is ko to is safar ke douran ek jagah pounchay hue hotay hain jahan ek jangla hota hai,</w:t>
      </w:r>
    </w:p>
    <w:p>
      <w:pPr>
        <w:jc w:val="right"/>
      </w:pPr>
      <w:r>
        <w:t>پھر ایک لمبا وہ ہے، قرآن میں بیان ہوا ہے، وہ سب آپ پڑھ سکتے ہیں۔ اس کو تو اس سفر کے دوران ایک جگہ پہنچے ہوئے ہوتے ہیں جہاں ایک جنگل ہوتا ہے،</w:t>
      </w:r>
    </w:p>
    <w:p>
      <w:r>
        <w:rPr>
          <w:b/>
        </w:rPr>
        <w:t xml:space="preserve">[22:41] </w:t>
      </w:r>
      <w:r>
        <w:t>pear hotay hain.</w:t>
      </w:r>
    </w:p>
    <w:p>
      <w:pPr>
        <w:jc w:val="right"/>
      </w:pPr>
      <w:r>
        <w:t>پیڑ ہوتے ہیں۔</w:t>
      </w:r>
    </w:p>
    <w:p>
      <w:r>
        <w:rPr>
          <w:b/>
        </w:rPr>
        <w:t xml:space="preserve">[22:42] </w:t>
      </w:r>
      <w:r>
        <w:t>ek pear ke saaye mein baith jatay hain aur wahan baith kar ek dua nikalti hai un ki zuban se.</w:t>
      </w:r>
    </w:p>
    <w:p>
      <w:pPr>
        <w:jc w:val="right"/>
      </w:pPr>
      <w:r>
        <w:t>ایک پیڑ کے سائے میں بیٹھ جاتے ہیں اور وہاں بیٹھ کر ایک دعا نکلتی ہے ان کی زبان سے۔</w:t>
      </w:r>
    </w:p>
    <w:p>
      <w:r>
        <w:rPr>
          <w:b/>
        </w:rPr>
        <w:t xml:space="preserve">[22:53] </w:t>
      </w:r>
      <w:r>
        <w:t>is ko ghor kijiye aap. yani hazrat moosa jo hai, is safar ke zamanay mein, jo koi agay hai na peechay hai, koi dayen hai na bayen hai, is waqt un ki zuban se ek dua nikalti hai: "rab inni lima anzalta alaiyya min khairin faqeer".</w:t>
      </w:r>
    </w:p>
    <w:p>
      <w:pPr>
        <w:jc w:val="right"/>
      </w:pPr>
      <w:r>
        <w:t>اس کو غور کیجئے آپ۔ یعنی حضرت موسیٰ جو ہے، اس سفر کے زمانے میں، جو کوئی آگے ہے نہ پیچھے ہے، کوئی دائیں ہے نہ بائیں ہے، اس وقت ان کی زبان سے ایک دعا نکلتی ہے: "رب انی لما انزلت علی من خیر فقیر"۔</w:t>
      </w:r>
    </w:p>
    <w:p>
      <w:r>
        <w:rPr>
          <w:b/>
        </w:rPr>
        <w:t xml:space="preserve">[23:12] </w:t>
      </w:r>
      <w:r>
        <w:t>"rab inni lima anzalta alaiyya min khairin faqeer". chapter 28 mein, chapter number 28, is pear ke neechay baith kar yeh dua nikalti hai un ki: "rab inni lima anzalta alaiyya min khairin faqeer".</w:t>
      </w:r>
    </w:p>
    <w:p>
      <w:pPr>
        <w:jc w:val="right"/>
      </w:pPr>
      <w:r>
        <w:t>"رب انی لما انزلت علی من خیر فقیر"۔ چیپٹر 28 میں، چیپٹر نمبر 28، اس پیڑ کے نیچے بیٹھ کر یہ دعا نکلتی ہے ان کی: "رب انی لما انزلت علی من خیر فقیر"۔</w:t>
      </w:r>
    </w:p>
    <w:p>
      <w:r>
        <w:rPr>
          <w:b/>
        </w:rPr>
        <w:t xml:space="preserve">[23:30] </w:t>
      </w:r>
      <w:r>
        <w:t>khudaya, tu ne jo bhalai mere liye utari ho, main us ka mohtaj hoon.</w:t>
      </w:r>
    </w:p>
    <w:p>
      <w:pPr>
        <w:jc w:val="right"/>
      </w:pPr>
      <w:r>
        <w:t>خدایا، تو نے جو بھلائی میرے لیے اتاری ہو، میں اس کا محتاج ہوں۔</w:t>
      </w:r>
    </w:p>
    <w:p>
      <w:r>
        <w:rPr>
          <w:b/>
        </w:rPr>
        <w:t xml:space="preserve">[23:40] </w:t>
      </w:r>
      <w:r>
        <w:t>main ne is waqt socha ke is ka background kya hoga? woh pear un ke liye point of reference ban gaya.</w:t>
      </w:r>
    </w:p>
    <w:p>
      <w:pPr>
        <w:jc w:val="right"/>
      </w:pPr>
      <w:r>
        <w:t>میں نے اس وقت سوچا کہ اس کا بیک گراؤنڈ کیا ہوگا؟ وہ پیڑ ان کے لیے پوائنٹ آف ریفرنس بن گیا۔</w:t>
      </w:r>
    </w:p>
    <w:p>
      <w:r>
        <w:rPr>
          <w:b/>
        </w:rPr>
        <w:t xml:space="preserve">[23:51] </w:t>
      </w:r>
      <w:r>
        <w:t>woh pear jo tha, hara bhara pear, hazrat moosa ke liye ek point of reference ban gaya. unhon ne dekha ke ek khushk zameen hai, us se ek pear nikla aur pear mein shaakh, branches, phir hari bhari patiyan,</w:t>
      </w:r>
    </w:p>
    <w:p>
      <w:pPr>
        <w:jc w:val="right"/>
      </w:pPr>
      <w:r>
        <w:t>وہ پیڑ جو تھا، ہرا بھرا پیڑ، حضرت موسیٰ کے لیے ایک پوائنٹ آف ریفرنس بن گیا۔ انہوں نے دیکھا کہ ایک خشک زمین ہے، اس سے ایک پیڑ نکلا اور پیڑ میں شاخ، برانچز، پھر ہری بھری پتیاں،</w:t>
      </w:r>
    </w:p>
    <w:p>
      <w:r>
        <w:rPr>
          <w:b/>
        </w:rPr>
        <w:t xml:space="preserve">[24:08] </w:t>
      </w:r>
      <w:r>
        <w:t>saaya, shadow,</w:t>
      </w:r>
    </w:p>
    <w:p>
      <w:pPr>
        <w:jc w:val="right"/>
      </w:pPr>
      <w:r>
        <w:t>سایہ، شیڈو،</w:t>
      </w:r>
    </w:p>
    <w:p>
      <w:r>
        <w:rPr>
          <w:b/>
        </w:rPr>
        <w:t xml:space="preserve">[24:11] </w:t>
      </w:r>
      <w:r>
        <w:t>ek poora hara bhara darakht khara ho gaya. is waqt khuda ki rehmat unhein dikhai di, ek rehmat jo reflect kar rahi thi ek pear ki shakal mein, ek tree ki shakal mein, haray bharay tree ki shakal mein.</w:t>
      </w:r>
    </w:p>
    <w:p>
      <w:pPr>
        <w:jc w:val="right"/>
      </w:pPr>
      <w:r>
        <w:t>ایک پورا ہرا بھرا درخت کھڑا ہو گیا۔ اس وقت خدا کی رحمت انہیں دکھائی دی، ایک رحمت جو ریفلیکٹ کر رہی تھی ایک پیڑ کی شکل میں، ایک ٹری کی شکل میں، ہرے بھرے ٹری کی شکل میں۔</w:t>
      </w:r>
    </w:p>
    <w:p>
      <w:r>
        <w:rPr>
          <w:b/>
        </w:rPr>
        <w:t xml:space="preserve">[24:26] </w:t>
      </w:r>
      <w:r>
        <w:t>is waqt unhon ne socha ke khudaya, teri rehmat itni bari hai ke tu ne is lakri ko hara bhara bana diya,</w:t>
      </w:r>
    </w:p>
    <w:p>
      <w:pPr>
        <w:jc w:val="right"/>
      </w:pPr>
      <w:r>
        <w:t>اس وقت انہوں نے سوچا کہ خدایا، تیری رحمت اتنی بڑی ہے کہ تو نے اس لکڑی کو ہرا بھرا بنا دیا،</w:t>
      </w:r>
    </w:p>
    <w:p>
      <w:r>
        <w:rPr>
          <w:b/>
        </w:rPr>
        <w:t xml:space="preserve">[24:38] </w:t>
      </w:r>
      <w:r>
        <w:t>is lakri ke oopar hari hari patiyon ka saaya kar diya. isi tarah, isi tarah tu mujhe bhi hara bhara kar de, mujhe bhi bhalai de de, mujhe bhi khair de de.</w:t>
      </w:r>
    </w:p>
    <w:p>
      <w:pPr>
        <w:jc w:val="right"/>
      </w:pPr>
      <w:r>
        <w:t>اس لکڑی کے اوپر ہری ہری پتیوں کا سایہ کر دیا۔ اسی طرح، اسی طرح تو مجھے بھی ہرا بھرا کر دے، مجھے بھی بھلائی دے دے، مجھے بھی خیر دے دے۔</w:t>
      </w:r>
    </w:p>
    <w:p>
      <w:r>
        <w:rPr>
          <w:b/>
        </w:rPr>
        <w:t xml:space="preserve">[24:51] </w:t>
      </w:r>
      <w:r>
        <w:t>woh pear aap ke liye point of reference ban gaya. tab un ki zuban se yeh dua nikli: "rab inni lima anzalta alaiyya min khairin faqeer" ke khuda, jis tarah tu ne is pear ko hara bhara kiya hai, isi tarah tu mujhe bhi hara bhara kar de.</w:t>
      </w:r>
    </w:p>
    <w:p>
      <w:pPr>
        <w:jc w:val="right"/>
      </w:pPr>
      <w:r>
        <w:t>وہ پیڑ آپ کے لیے پوائنٹ آف ریفرنس بن گیا۔ تب ان کی زبان سے یہ دعا نکلی: "رب انی لما انزلت علی من خیر فقیر" کہ خدا، جس طرح تو نے اس پیڑ کو ہرا بھرا کیا ہے، اسی طرح تو مجھے بھی ہرا بھرا کر دے۔</w:t>
      </w:r>
    </w:p>
    <w:p>
      <w:r>
        <w:rPr>
          <w:b/>
        </w:rPr>
        <w:t xml:space="preserve">[25:09] </w:t>
      </w:r>
      <w:r>
        <w:t>yeh hai point of reference.</w:t>
      </w:r>
    </w:p>
    <w:p>
      <w:pPr>
        <w:jc w:val="right"/>
      </w:pPr>
      <w:r>
        <w:t>یہ ہے پوائنٹ آف ریفرنس۔</w:t>
      </w:r>
    </w:p>
    <w:p>
      <w:r>
        <w:rPr>
          <w:b/>
        </w:rPr>
        <w:t xml:space="preserve">[25:15] </w:t>
      </w:r>
      <w:r>
        <w:t>jab aap kisi yeh point of reference bikhray hue, har waqt bikhray hue, point of reference jo hai, aisa nahi kahin dhoondna paray ga ja kar ke.</w:t>
      </w:r>
    </w:p>
    <w:p>
      <w:pPr>
        <w:jc w:val="right"/>
      </w:pPr>
      <w:r>
        <w:t>جب آپ کسی یہ پوائنٹ آف ریفرنس بکھرے ہوئے، ہر وقت بکھرے ہوئے، پوائنٹ آف ریفرنس جو ہے، ایسا نہیں کہیں ڈھونڈنا پڑے گا جا کر کے۔</w:t>
      </w:r>
    </w:p>
    <w:p>
      <w:r>
        <w:rPr>
          <w:b/>
        </w:rPr>
        <w:t xml:space="preserve">[25:26] </w:t>
      </w:r>
      <w:r>
        <w:t>har lamha, har waqt, har subah sham woh maujood hai. sirf sochne se is ko aap point of reference, yani reference point bana bana patay hain.</w:t>
      </w:r>
    </w:p>
    <w:p>
      <w:pPr>
        <w:jc w:val="right"/>
      </w:pPr>
      <w:r>
        <w:t>ہر لمحہ، ہر وقت، ہر صبح شام وہ موجود ہے۔ صرف سوچنے سے اس کو آپ پوائنٹ آف ریفرنس، یعنی ریفرنس پوائنٹ بنا بنا پاتے ہیں۔</w:t>
      </w:r>
    </w:p>
    <w:p>
      <w:r>
        <w:rPr>
          <w:b/>
        </w:rPr>
        <w:t xml:space="preserve">[25:42] </w:t>
      </w:r>
      <w:r>
        <w:t>is tarah dekhiye,</w:t>
      </w:r>
    </w:p>
    <w:p>
      <w:pPr>
        <w:jc w:val="right"/>
      </w:pPr>
      <w:r>
        <w:t>اس طرح دیکھیے،</w:t>
      </w:r>
    </w:p>
    <w:p>
      <w:r>
        <w:rPr>
          <w:b/>
        </w:rPr>
        <w:t xml:space="preserve">[25:47] </w:t>
      </w:r>
      <w:r>
        <w:t>hazrat moosa ne daawati kaam kiya tha apna egypt mein, misr mein. wahan par firo tha, jis ko firoun kaha jata hai.</w:t>
      </w:r>
    </w:p>
    <w:p>
      <w:pPr>
        <w:jc w:val="right"/>
      </w:pPr>
      <w:r>
        <w:t>حضرت موسیٰ نے دعوتی کام کیا تھا اپنا ایجپٹ میں، مصر میں۔ وہاں پر فیرو تھا، جس کو فرعون کہا جاتا ہے۔</w:t>
      </w:r>
    </w:p>
    <w:p>
      <w:r>
        <w:rPr>
          <w:b/>
        </w:rPr>
        <w:t xml:space="preserve">[25:57] </w:t>
      </w:r>
      <w:r>
        <w:t>to us ki biwi thi asiya. woh hazrat moosa ke deen ko maana, us ne us par iman layi.</w:t>
      </w:r>
    </w:p>
    <w:p>
      <w:pPr>
        <w:jc w:val="right"/>
      </w:pPr>
      <w:r>
        <w:t>تو اس کی بیوی تھی اسیہ۔ وہ حضرت موسیٰ کے دین کو مانا، اس نے اس پر ایمان لائی۔</w:t>
      </w:r>
    </w:p>
    <w:p>
      <w:r>
        <w:rPr>
          <w:b/>
        </w:rPr>
        <w:t xml:space="preserve">[26:08] </w:t>
      </w:r>
      <w:r>
        <w:t>to jab firoun, firoun aap jantay hain ke woh khilaf ho gaya tha, to us ne asiya se kaha ke main tum ko, tum deen chodo, moosa ka deen nahi to main tum ko, main talwar se qatal karwa doon ga.</w:t>
      </w:r>
    </w:p>
    <w:p>
      <w:pPr>
        <w:jc w:val="right"/>
      </w:pPr>
      <w:r>
        <w:t>تو جب فرعون، فرعون آپ جانتے ہیں کہ وہ خلاف ہو گیا تھا، تو اس نے اسیہ سے کہا کہ میں تم کو، تم دین چھوڑو، موسیٰ کا دین نہیں تو میں تم کو، میں تلوار سے قتل کروا دوں گا۔</w:t>
      </w:r>
    </w:p>
    <w:p>
      <w:r>
        <w:rPr>
          <w:b/>
        </w:rPr>
        <w:t xml:space="preserve">[26:24] </w:t>
      </w:r>
      <w:r>
        <w:t>ab asiya mahal mein rehti thi, un ki biwi thi firoun ki, mahal mein rehti thi.</w:t>
      </w:r>
    </w:p>
    <w:p>
      <w:pPr>
        <w:jc w:val="right"/>
      </w:pPr>
      <w:r>
        <w:t>اب اسیہ محل میں رہتی تھی، ان کی بیوی تھی فرعون کی، محل میں رہتی تھی۔</w:t>
      </w:r>
    </w:p>
    <w:p>
      <w:r>
        <w:rPr>
          <w:b/>
        </w:rPr>
        <w:t xml:space="preserve">[26:29] </w:t>
      </w:r>
      <w:r>
        <w:t>ab un ke samnay yeh aa gaya ke ya to mahal len ya phir khuda, khuda ke liye marna pasand karen.</w:t>
      </w:r>
    </w:p>
    <w:p>
      <w:pPr>
        <w:jc w:val="right"/>
      </w:pPr>
      <w:r>
        <w:t>اب ان کے سامنے یہ آ گیا کہ یا تو محل لیں یا پھر خدا، خدا کے لیے مرنا پسند کریں۔</w:t>
      </w:r>
    </w:p>
    <w:p>
      <w:r>
        <w:rPr>
          <w:b/>
        </w:rPr>
        <w:t xml:space="preserve">[26:41] </w:t>
      </w:r>
      <w:r>
        <w:t>yani do mein se option un ke samnay aa gaya. ek taraf thi firoun ki talwar aur doosri taraf tha mahal. is waqt un ke liye woh mahal point of reference ban gaya.</w:t>
      </w:r>
    </w:p>
    <w:p>
      <w:pPr>
        <w:jc w:val="right"/>
      </w:pPr>
      <w:r>
        <w:t>یعنی دو میں سے آپشن ان کے سامنے آ گیا۔ ایک طرف تھی فرعون کی تلوار اور دوسری طرف تھا محل۔ اس وقت ان کے لیے وہ محل پوائنٹ آف ریفرنس بن گیا۔</w:t>
      </w:r>
    </w:p>
    <w:p>
      <w:r>
        <w:rPr>
          <w:b/>
        </w:rPr>
        <w:t xml:space="preserve">[26:58] </w:t>
      </w:r>
      <w:r>
        <w:t>is waqt un ki zuban se nikla, unhon ne qabool kar liya ke mahal chota hai to chota hai, sachai mein nahi chornay wali hoon.</w:t>
      </w:r>
    </w:p>
    <w:p>
      <w:pPr>
        <w:jc w:val="right"/>
      </w:pPr>
      <w:r>
        <w:t>اس وقت ان کی زبان سے نکلا، انہوں نے قبول کر لیا کہ محل چھوٹا ہے تو چھوٹا ہے، سچائی میں نہیں چھوڑنے والی ہوں۔</w:t>
      </w:r>
    </w:p>
    <w:p>
      <w:r>
        <w:rPr>
          <w:b/>
        </w:rPr>
        <w:t xml:space="preserve">[27:07] </w:t>
      </w:r>
      <w:r>
        <w:t>to mujhe qadar karta hai to qadar kar de. to is waqt un ki zuban se nikla: "rab ibni li indaka baytan fil jannati".</w:t>
      </w:r>
    </w:p>
    <w:p>
      <w:pPr>
        <w:jc w:val="right"/>
      </w:pPr>
      <w:r>
        <w:t>تو مجھے قدر کرتا ہے تو قدر کر دے۔ تو اس وقت ان کی زبان سے نکلا: "رب ابن لی عندک بیت فی الجنہ"۔</w:t>
      </w:r>
    </w:p>
    <w:p>
      <w:r>
        <w:rPr>
          <w:b/>
        </w:rPr>
        <w:t xml:space="preserve">[27:19] </w:t>
      </w:r>
      <w:r>
        <w:t>"rab ibn li indaka bait fi al-jannah" khudaaya tu apne paas mere liye ghar bana de,</w:t>
      </w:r>
    </w:p>
    <w:p>
      <w:pPr>
        <w:jc w:val="right"/>
      </w:pPr>
      <w:r>
        <w:t>"رب ابن لی عندک بیت فی الجنہ"۔ خدایا، تو اپنے پاس میرے لیے گھر بنا دے،</w:t>
      </w:r>
    </w:p>
    <w:p>
      <w:r>
        <w:rPr>
          <w:b/>
        </w:rPr>
        <w:t xml:space="preserve">[27:30] </w:t>
      </w:r>
      <w:r>
        <w:t>apne paas tu mere liye ghar bana de yaani ab tak main point of reference kaise bana? ab tak main firaun ke paas rehti thi us ke mahal mein aur main tere paas tere mahal mein rehna chahti hoon.</w:t>
      </w:r>
    </w:p>
    <w:p>
      <w:pPr>
        <w:jc w:val="right"/>
      </w:pPr>
      <w:r>
        <w:t>اپنے پاس تو میرے لیے گھر بنا دے۔ یعنی اب تک میں پوائنٹ آف ریفرنس کیسے بنا؟ اب تک میں فرعون کے پاس رہتی تھی اس کے محل میں اور میں تیرے پاس تیرے محل میں رہنا چاہتی ہوں۔</w:t>
      </w:r>
    </w:p>
    <w:p>
      <w:r>
        <w:rPr>
          <w:b/>
        </w:rPr>
        <w:t xml:space="preserve">[27:43] </w:t>
      </w:r>
      <w:r>
        <w:t>yeh hai point of reference. yeh hai point of reference. yaani ab tak main firaun ke palace mein thi ab tu mujhe apne palace mein jagah de de.</w:t>
      </w:r>
    </w:p>
    <w:p>
      <w:pPr>
        <w:jc w:val="right"/>
      </w:pPr>
      <w:r>
        <w:t>یہ ہے پوائنٹ آف ریفرنس۔ یہ ہے پوائنٹ آف ریفرنس۔ یعنی اب تک میں فرعون کے پیلس میں تھی، اب تو مجھے اپنے پیلس میں جگہ دے دے۔</w:t>
      </w:r>
    </w:p>
    <w:p>
      <w:r>
        <w:rPr>
          <w:b/>
        </w:rPr>
        <w:t xml:space="preserve">[27:57] </w:t>
      </w:r>
      <w:r>
        <w:t>ab tak main firaun ke guest house mein</w:t>
      </w:r>
    </w:p>
    <w:p>
      <w:pPr>
        <w:jc w:val="right"/>
      </w:pPr>
      <w:r>
        <w:t>اب تک میں فرعون کے گیسٹ ہاؤس میں</w:t>
      </w:r>
    </w:p>
    <w:p>
      <w:r>
        <w:rPr>
          <w:b/>
        </w:rPr>
        <w:t xml:space="preserve">[27:59] </w:t>
      </w:r>
      <w:r>
        <w:t>thi ab main tujhe apne guest house mein jagah de de.</w:t>
      </w:r>
    </w:p>
    <w:p>
      <w:pPr>
        <w:jc w:val="right"/>
      </w:pPr>
      <w:r>
        <w:t>تھی، اب میں تجھے اپنے گیسٹ ہاؤس میں جگہ دے دے۔</w:t>
      </w:r>
    </w:p>
    <w:p>
      <w:r>
        <w:rPr>
          <w:b/>
        </w:rPr>
        <w:t xml:space="preserve">[28:04] </w:t>
      </w:r>
      <w:r>
        <w:t>yeh hai point of reference.</w:t>
      </w:r>
    </w:p>
    <w:p>
      <w:pPr>
        <w:jc w:val="right"/>
      </w:pPr>
      <w:r>
        <w:t>یہ ہے پوائنٹ آف ریفرنس۔</w:t>
      </w:r>
    </w:p>
    <w:p>
      <w:r>
        <w:rPr>
          <w:b/>
        </w:rPr>
        <w:t xml:space="preserve">[28:10] </w:t>
      </w:r>
      <w:r>
        <w:t>dekhein jab aap kisi cheez ko point of reference bana sakein aap ki dua aap ki dua billion time zyada jandar ho jati hai.</w:t>
      </w:r>
    </w:p>
    <w:p>
      <w:pPr>
        <w:jc w:val="right"/>
      </w:pPr>
      <w:r>
        <w:t>دیکھیں، جب آپ کسی چیز کو پوائنٹ آف ریفرنس بنا سکیں، آپ کی دعا، آپ کی دعا بلین ٹائم زیادہ جاندار ہو جاتی ہے۔</w:t>
      </w:r>
    </w:p>
    <w:p>
      <w:r>
        <w:rPr>
          <w:b/>
        </w:rPr>
        <w:t xml:space="preserve">[28:20] </w:t>
      </w:r>
      <w:r>
        <w:t>sachi baat hai living dua living dua nikalti hai tab living prayer jab aap kisi cheez ko point of reference bana sakein</w:t>
      </w:r>
    </w:p>
    <w:p>
      <w:pPr>
        <w:jc w:val="right"/>
      </w:pPr>
      <w:r>
        <w:t>سچی بات ہے، لیونگ دعا، لیونگ دعا نکلتی ہے۔ تب لیونگ پریئر جب آپ کسی چیز کو پوائنٹ آف ریفرنس بنا سکیں</w:t>
      </w:r>
    </w:p>
    <w:p>
      <w:r>
        <w:rPr>
          <w:b/>
        </w:rPr>
        <w:t xml:space="preserve">[28:34] </w:t>
      </w:r>
      <w:r>
        <w:t>aur point of reference kab bana pate hain? jab aap sochein jitna zyada sochein ge,</w:t>
      </w:r>
    </w:p>
    <w:p>
      <w:pPr>
        <w:jc w:val="right"/>
      </w:pPr>
      <w:r>
        <w:t>اور پوائنٹ آف ریفرنس کب بنا پاتے ہیں؟ جب آپ سوچیں۔ جتنا زیادہ سوچیں گے،</w:t>
      </w:r>
    </w:p>
    <w:p>
      <w:r>
        <w:rPr>
          <w:b/>
        </w:rPr>
        <w:t xml:space="preserve">[28:44] </w:t>
      </w:r>
      <w:r>
        <w:t>utna hi zyada aap ko milti cheezein milti chali jayengi.</w:t>
      </w:r>
    </w:p>
    <w:p>
      <w:pPr>
        <w:jc w:val="right"/>
      </w:pPr>
      <w:r>
        <w:t>اتنا ہی زیادہ آپ کو ملتی چیزیں ملتی چلی جائیں گی۔</w:t>
      </w:r>
    </w:p>
    <w:p>
      <w:r>
        <w:rPr>
          <w:b/>
        </w:rPr>
        <w:t xml:space="preserve">[28:57] </w:t>
      </w:r>
      <w:r>
        <w:t>hazrat musa ka jo tajurba main ne bayan kiya aap ko yeh main us waqt samajh paya jab ke mujh par aisa tajurba guzra bar bar guzra.</w:t>
      </w:r>
    </w:p>
    <w:p>
      <w:pPr>
        <w:jc w:val="right"/>
      </w:pPr>
      <w:r>
        <w:t>حضرت موسیٰ کا جو تجربہ میں نے بیان کیا آپ کو، یہ میں اس وقت سمجھ پایا جب کہ مجھ پر ایسا تجربہ گزرا، بار بار گزرا۔</w:t>
      </w:r>
    </w:p>
    <w:p>
      <w:r>
        <w:rPr>
          <w:b/>
        </w:rPr>
        <w:t xml:space="preserve">[29:06] </w:t>
      </w:r>
      <w:r>
        <w:t>jab bhi main kisi peed ko dekhta hoon to ek barakal zameen par ek barakal khada hua hai lagta hai mujhe ek tree ek darakht ek peed khuda ka hara bhara barakal hai.</w:t>
      </w:r>
    </w:p>
    <w:p>
      <w:pPr>
        <w:jc w:val="right"/>
      </w:pPr>
      <w:r>
        <w:t>جب بھی میں کسی پیڑ کو دیکھتا ہوں تو ایک بریکل، زمین پر ایک بریکل کھڑا ہوا ہے، لگتا ہے مجھے ایک ٹری، ایک درخت، ایک پیڑ، خدا کا ہرا بھرا بریکل ہے۔</w:t>
      </w:r>
    </w:p>
    <w:p>
      <w:r>
        <w:rPr>
          <w:b/>
        </w:rPr>
        <w:t xml:space="preserve">[29:23] </w:t>
      </w:r>
      <w:r>
        <w:t>to achaanak woh mere liye point of reference ban jata hai.</w:t>
      </w:r>
    </w:p>
    <w:p>
      <w:pPr>
        <w:jc w:val="right"/>
      </w:pPr>
      <w:r>
        <w:t>تو اچانک وہ میرے لیے پوائنٹ آف ریفرنس بن جاتا ہے۔</w:t>
      </w:r>
    </w:p>
    <w:p>
      <w:r>
        <w:rPr>
          <w:b/>
        </w:rPr>
        <w:t xml:space="preserve">[29:28] </w:t>
      </w:r>
      <w:r>
        <w:t>jaise for example ek bar main train mein safar kar raha tha,</w:t>
      </w:r>
    </w:p>
    <w:p>
      <w:pPr>
        <w:jc w:val="right"/>
      </w:pPr>
      <w:r>
        <w:t>جیسے فار ایگزامپل، ایک بار میں ٹرین میں سفر کر رہا تھا،</w:t>
      </w:r>
    </w:p>
    <w:p>
      <w:r>
        <w:rPr>
          <w:b/>
        </w:rPr>
        <w:t xml:space="preserve">[29:34] </w:t>
      </w:r>
      <w:r>
        <w:t>ghaliban south india ke kisi area mein tha main bahut pehle ki baat hai us waqt ki baat hai ke jab main ek seeker ke roop mein tha seeker sachai ki talash mein tha.</w:t>
      </w:r>
    </w:p>
    <w:p>
      <w:pPr>
        <w:jc w:val="right"/>
      </w:pPr>
      <w:r>
        <w:t>غالباً ساؤتھ انڈیا کے کسی ایریا میں تھا۔ میں بہت پہلے کی بات ہے۔ اس وقت کی بات ہے کہ جب میں ایک سیکر کے روپ میں تھا، سیکر سچائی کی تلاش میں تھا۔</w:t>
      </w:r>
    </w:p>
    <w:p>
      <w:r>
        <w:rPr>
          <w:b/>
        </w:rPr>
        <w:t xml:space="preserve">[29:52] </w:t>
      </w:r>
      <w:r>
        <w:t>to train ek ek area se guzri jo jangla ka area tha woh to wahan par dhak ke peed the aap mein se kisi ne agar dhak dekha ho to dhak ek anokhe qism ka peed hota hai.</w:t>
      </w:r>
    </w:p>
    <w:p>
      <w:pPr>
        <w:jc w:val="right"/>
      </w:pPr>
      <w:r>
        <w:t>تو ٹرین ایک ایک ایریا سے گزری، جو جنگل کا ایریا تھا، وہ تو وہاں پر ڈھاک کے پیڑ تھے۔ آپ میں سے کسی نے اگر ڈھاک دیکھا ہو تو ڈھاک ایک انوکھے قسم کا پیڑ ہوتا ہے۔</w:t>
      </w:r>
    </w:p>
    <w:p>
      <w:r>
        <w:rPr>
          <w:b/>
        </w:rPr>
        <w:t xml:space="preserve">[30:09] </w:t>
      </w:r>
      <w:r>
        <w:t>yaani dekhne mein aap jo hain ke lakri hai lakri khadi hui lakri bilkul lakri jaisa hota hai woh.</w:t>
      </w:r>
    </w:p>
    <w:p>
      <w:pPr>
        <w:jc w:val="right"/>
      </w:pPr>
      <w:r>
        <w:t>یعنی دیکھنے میں آپ جو ہیں کہ لکڑی ہے، لکڑی کھڑی ہوئی، لکڑی بالکل لکڑی جیسا ہوتا ہے وہ۔</w:t>
      </w:r>
    </w:p>
    <w:p>
      <w:r>
        <w:rPr>
          <w:b/>
        </w:rPr>
        <w:t xml:space="preserve">[30:18] </w:t>
      </w:r>
      <w:r>
        <w:t>aur phir is mein bahut hi beautiful phool red bahut hi red ka reddish kehna chahiye bahut hi beautiful.</w:t>
      </w:r>
    </w:p>
    <w:p>
      <w:pPr>
        <w:jc w:val="right"/>
      </w:pPr>
      <w:r>
        <w:t>اور پھر اس میں بہت ہی بیوٹی فل پھول، ریڈ، بہت ہی ریڈ کا ریڈش کہنا چاہیے، بہت ہی بیوٹی فل۔</w:t>
      </w:r>
    </w:p>
    <w:p>
      <w:r>
        <w:rPr>
          <w:b/>
        </w:rPr>
        <w:t xml:space="preserve">[30:27] </w:t>
      </w:r>
      <w:r>
        <w:t>isi lakri ke is mein is ka is ka jo stem hota hai tana is ki branches jo hoti hain sab lakri jaisi hoti hain aur is mein bahut hi beautiful phool lal rang ke,</w:t>
      </w:r>
    </w:p>
    <w:p>
      <w:pPr>
        <w:jc w:val="right"/>
      </w:pPr>
      <w:r>
        <w:t>اسی لکڑی کے اس میں اس کا، اس کا جو اسٹم ہوتا ہے، تنا، اس کی برانچز جو ہوتی ہیں، سب لکڑی جیسی ہوتی ہیں۔ اور اس میں بہت ہی بیوٹی فل پھول، لال رنگ کے،</w:t>
      </w:r>
    </w:p>
    <w:p>
      <w:r>
        <w:rPr>
          <w:b/>
        </w:rPr>
        <w:t xml:space="preserve">[30:42] </w:t>
      </w:r>
      <w:r>
        <w:t>aur hari bhi patiyan bhi hoti hain sath sath kuch bahut patiyan nahi hoti hain.</w:t>
      </w:r>
    </w:p>
    <w:p>
      <w:pPr>
        <w:jc w:val="right"/>
      </w:pPr>
      <w:r>
        <w:t>اور ہری بھی پتیاں بھی ہوتی ہیں۔ ساتھ ساتھ کچھ بہت پتیاں نہیں ہوتی ہیں۔</w:t>
      </w:r>
    </w:p>
    <w:p>
      <w:r>
        <w:rPr>
          <w:b/>
        </w:rPr>
        <w:t xml:space="preserve">[30:50] </w:t>
      </w:r>
      <w:r>
        <w:t>woh mere samne achaanak aaya to main bilkul tadap utha main ne kaha khudaaya tu lakri mein itne beautiful phool khila sakta hai to main bhi ek insan hoon main bhi ek lakri hoon,</w:t>
      </w:r>
    </w:p>
    <w:p>
      <w:pPr>
        <w:jc w:val="right"/>
      </w:pPr>
      <w:r>
        <w:t>وہ میرے سامنے اچانک آیا تو میں بالکل تڑپ اٹھا۔ میں نے کہا، "خدایا، تو لکڑی میں اتنے بیوٹی فل پھول کھلا سکتا ہے تو میں بھی ایک انسان ہوں، میں بھی ایک لکڑی ہوں،</w:t>
      </w:r>
    </w:p>
    <w:p>
      <w:r>
        <w:rPr>
          <w:b/>
        </w:rPr>
        <w:t xml:space="preserve">[31:08] </w:t>
      </w:r>
      <w:r>
        <w:t>mera dard bhi to phool khila sakta hai.</w:t>
      </w:r>
    </w:p>
    <w:p>
      <w:pPr>
        <w:jc w:val="right"/>
      </w:pPr>
      <w:r>
        <w:t>میرا درد بھی تو پھول کھلا سکتا ہے۔</w:t>
      </w:r>
    </w:p>
    <w:p>
      <w:r>
        <w:rPr>
          <w:b/>
        </w:rPr>
        <w:t xml:space="preserve">[31:16] </w:t>
      </w:r>
      <w:r>
        <w:t>yaani teri jo rehmat utri hai is dhak ke peed ke upar isi rehmat ko mere upar utar de.</w:t>
      </w:r>
    </w:p>
    <w:p>
      <w:pPr>
        <w:jc w:val="right"/>
      </w:pPr>
      <w:r>
        <w:t>یعنی تیری جو رحمت اتری ہے اس ڈھاک کے پیڑ کے اوپر، اسی رحمت کو میرے اوپر اتار دے۔</w:t>
      </w:r>
    </w:p>
    <w:p>
      <w:r>
        <w:rPr>
          <w:b/>
        </w:rPr>
        <w:t xml:space="preserve">[31:26] </w:t>
      </w:r>
      <w:r>
        <w:t>teri is blessing se yeh peed colorful ho raha hai isi blessing se mujhe bhi colorful bana de yeh hai point of reference.</w:t>
      </w:r>
    </w:p>
    <w:p>
      <w:pPr>
        <w:jc w:val="right"/>
      </w:pPr>
      <w:r>
        <w:t>تیری اس بلیسنگ سے یہ پیڑ کلرفل ہو رہا ہے، اسی بلیسنگ سے مجھے بھی کلرفل بنا دے۔ یہ ہے پوائنٹ آف ریفرنس۔</w:t>
      </w:r>
    </w:p>
    <w:p>
      <w:r>
        <w:rPr>
          <w:b/>
        </w:rPr>
        <w:t xml:space="preserve">[31:40] </w:t>
      </w:r>
      <w:r>
        <w:t>yaad rakhein yeh kitaab mein chapi hui dua ko rat kar ke dua karna,</w:t>
      </w:r>
    </w:p>
    <w:p>
      <w:pPr>
        <w:jc w:val="right"/>
      </w:pPr>
      <w:r>
        <w:t>یاد رکھیں، یہ کتاب میں چھپی ہوئی دعا کو رٹ کر کے دعا کرنا،</w:t>
      </w:r>
    </w:p>
    <w:p>
      <w:r>
        <w:rPr>
          <w:b/>
        </w:rPr>
        <w:t xml:space="preserve">[31:47] </w:t>
      </w:r>
      <w:r>
        <w:t>yeh to computer type dua hai, ek technical dua hai. yeh insan ki dua nahi hai, mechanical dua hai.</w:t>
      </w:r>
    </w:p>
    <w:p>
      <w:pPr>
        <w:jc w:val="right"/>
      </w:pPr>
      <w:r>
        <w:t>یہ تو کمپیوٹر ٹائپ دعا ہے، ایک ٹیکنیکل دعا ہے۔ یہ انسان کی دعا نہیں ہے، مکینیکل دعا ہے۔</w:t>
      </w:r>
    </w:p>
    <w:p>
      <w:r>
        <w:rPr>
          <w:b/>
        </w:rPr>
        <w:t xml:space="preserve">[31:56] </w:t>
      </w:r>
      <w:r>
        <w:t>mechanical woh insan ki dua nahi hai. khuda ne aap ko machine nahi banaya hai, khuda ne aap ko robot nahi banaya.</w:t>
      </w:r>
    </w:p>
    <w:p>
      <w:pPr>
        <w:jc w:val="right"/>
      </w:pPr>
      <w:r>
        <w:t>مکینیکل وہ انسان کی دعا نہیں ہے۔ خدا نے آپ کو مشین نہیں بنایا ہے، خدا نے آپ کو روبوٹ نہیں بنایا۔</w:t>
      </w:r>
    </w:p>
    <w:p>
      <w:r>
        <w:rPr>
          <w:b/>
        </w:rPr>
        <w:t xml:space="preserve">[32:08] </w:t>
      </w:r>
      <w:r>
        <w:t>aap se mechanical dua khuda nahi qabool karega. yaad rakhiye,</w:t>
      </w:r>
    </w:p>
    <w:p>
      <w:pPr>
        <w:jc w:val="right"/>
      </w:pPr>
      <w:r>
        <w:t>آپ سے مکینیکل دعا خدا نہیں قبول کرے گا۔ یاد رکھیے،</w:t>
      </w:r>
    </w:p>
    <w:p>
      <w:r>
        <w:rPr>
          <w:b/>
        </w:rPr>
        <w:t xml:space="preserve">[32:13] </w:t>
      </w:r>
      <w:r>
        <w:t>khuda khuda aap se insan wali dua qabool karega, living dua.</w:t>
      </w:r>
    </w:p>
    <w:p>
      <w:pPr>
        <w:jc w:val="right"/>
      </w:pPr>
      <w:r>
        <w:t>خدا خدا آپ سے انسان والی دعا قبول کرے گا، لیونگ دعا۔</w:t>
      </w:r>
    </w:p>
    <w:p>
      <w:r>
        <w:rPr>
          <w:b/>
        </w:rPr>
        <w:t xml:space="preserve">[32:21] </w:t>
      </w:r>
      <w:r>
        <w:t>khuda ne banaya aap ko ek living creature, living creature. to khuda aap se living dua qabool karega. agar aap chahein ke khuda ko aap mechanical dua dein to woh reject ho jayega.</w:t>
      </w:r>
    </w:p>
    <w:p>
      <w:pPr>
        <w:jc w:val="right"/>
      </w:pPr>
      <w:r>
        <w:t>خدا نے بنایا آپ کو ایک لیونگ کریچر، لیونگ کریچر۔ تو خدا آپ سے لیونگ دعا قبول کرے گا۔ اگر آپ چاہیں کہ خدا کو آپ مکینیکل دعا دیں تو وہ ریجیکٹ ہو جائے گی۔</w:t>
      </w:r>
    </w:p>
    <w:p>
      <w:r>
        <w:rPr>
          <w:b/>
        </w:rPr>
        <w:t xml:space="preserve">[32:38] </w:t>
      </w:r>
      <w:r>
        <w:t>aap ghor kijiye,</w:t>
      </w:r>
    </w:p>
    <w:p>
      <w:pPr>
        <w:jc w:val="right"/>
      </w:pPr>
      <w:r>
        <w:t>آپ غور کیجئے،</w:t>
      </w:r>
    </w:p>
    <w:p>
      <w:r>
        <w:rPr>
          <w:b/>
        </w:rPr>
        <w:t xml:space="preserve">[32:50] </w:t>
      </w:r>
      <w:r>
        <w:t>kya kaise aap soch sakte hain ke khuda to aap ko ek living creature banaye, zinda insan, aur aap khuda ko jo dein woh mechanical dua, aur khuda khush hue,</w:t>
      </w:r>
    </w:p>
    <w:p>
      <w:pPr>
        <w:jc w:val="right"/>
      </w:pPr>
      <w:r>
        <w:t>کیا کیسے آپ سوچ سکتے ہیں کہ خدا تو آپ کو ایک لیونگ کریچر بنائے، زندہ انسان، اور آپ خدا کو جو دیں وہ مکینیکل دعا، اور خدا خوش ہوئے،</w:t>
      </w:r>
    </w:p>
    <w:p>
      <w:r>
        <w:rPr>
          <w:b/>
        </w:rPr>
        <w:t xml:space="preserve">[33:04] </w:t>
      </w:r>
      <w:r>
        <w:t>koi is ko qabool kar lega? is impossible.</w:t>
      </w:r>
    </w:p>
    <w:p>
      <w:pPr>
        <w:jc w:val="right"/>
      </w:pPr>
      <w:r>
        <w:t>کوئی اس کو قبول کر لے گا؟ از امپاسیبل۔</w:t>
      </w:r>
    </w:p>
    <w:p>
      <w:r>
        <w:rPr>
          <w:b/>
        </w:rPr>
        <w:t xml:space="preserve">[33:14] </w:t>
      </w:r>
      <w:r>
        <w:t>to jitna zyada aap ke andar soch wala, sochne wala mind banega, thinking mind, jitna sochenge.</w:t>
      </w:r>
    </w:p>
    <w:p>
      <w:pPr>
        <w:jc w:val="right"/>
      </w:pPr>
      <w:r>
        <w:t>تو جتنا زیادہ آپ کے اندر سوچ والا، سوچنے والا مائنڈ بنے گا، تھنکنگ مائنڈ، جتنا سوچیں گے۔</w:t>
      </w:r>
    </w:p>
    <w:p>
      <w:r>
        <w:rPr>
          <w:b/>
        </w:rPr>
        <w:t xml:space="preserve">[33:25] </w:t>
      </w:r>
      <w:r>
        <w:t>quran mein aap parhein to dekhein, sab se zyada zor hai. yani quran mein na namaz ki shakal hai, kuch bhi nahi bataya gaya. agar sirf quran padh kar namaz parhna chahein to aap namaz nahi parh sakte.</w:t>
      </w:r>
    </w:p>
    <w:p>
      <w:pPr>
        <w:jc w:val="right"/>
      </w:pPr>
      <w:r>
        <w:t>قرآن میں آپ پڑھیں تو دیکھیں، سب سے زیادہ زور ہے۔ یعنی قرآن میں نہ نماز کی شکل ہے، کچھ بھی نہیں بتایا گیا۔ اگر صرف قرآن پڑھ کر نماز پڑھنا چاہیں تو آپ نماز نہیں پڑھ سکتے۔</w:t>
      </w:r>
    </w:p>
    <w:p>
      <w:r>
        <w:rPr>
          <w:b/>
        </w:rPr>
        <w:t xml:space="preserve">[33:37] </w:t>
      </w:r>
      <w:r>
        <w:t>yani quran mein namaz ki detail hi nahi hai.</w:t>
      </w:r>
    </w:p>
    <w:p>
      <w:pPr>
        <w:jc w:val="right"/>
      </w:pPr>
      <w:r>
        <w:t>یعنی قرآن میں نماز کی ڈیٹیل ہی نہیں ہے۔</w:t>
      </w:r>
    </w:p>
    <w:p>
      <w:r>
        <w:rPr>
          <w:b/>
        </w:rPr>
        <w:t xml:space="preserve">[33:42] </w:t>
      </w:r>
      <w:r>
        <w:t>koi aadmi chahe ke quran padh kar namaz parhne lage, woh that is impossible, kyunke koi shakal to hai nahi quran ki mein namaz ki. lekin ek aur baat bahut bhari hui hai is mein, woh hai sochna, tafakkur, tadabbur, tazakkur.</w:t>
      </w:r>
    </w:p>
    <w:p>
      <w:pPr>
        <w:jc w:val="right"/>
      </w:pPr>
      <w:r>
        <w:t>کوئی آدمی چاہے کہ قرآن پڑھ کر نماز پڑھنے لگے، وہ دیٹ از امپاسیبل، کیونکہ کوئی شکل تو ہے نہیں قرآن کی میں نماز کی۔ لیکن ایک اور بات بہت بھری ہوئی ہے اس میں، وہ ہے سوچنا، تفکر، تدبر، تذکر۔</w:t>
      </w:r>
    </w:p>
    <w:p>
      <w:r>
        <w:rPr>
          <w:b/>
        </w:rPr>
        <w:t xml:space="preserve">[33:58] </w:t>
      </w:r>
      <w:r>
        <w:t>yeh thinking process jo hai, chalao apne andar. quran bhara hua hai is se. khuda ko sab se zyada jo cheez darkar hai, woh sab se zyada woh hai thinking process, sochne ka amal,</w:t>
      </w:r>
    </w:p>
    <w:p>
      <w:pPr>
        <w:jc w:val="right"/>
      </w:pPr>
      <w:r>
        <w:t>یہ تھنکنگ پروسیس جو ہے، چلاؤ اپنے اندر۔ قرآن بھرا ہوا ہے اس سے۔ خدا کو سب سے زیادہ جو چیز درکار ہے، وہ سب سے زیادہ وہ ہے تھنکنگ پروسیس، سوچنے کا عمل،</w:t>
      </w:r>
    </w:p>
    <w:p>
      <w:r>
        <w:rPr>
          <w:b/>
        </w:rPr>
        <w:t xml:space="preserve">[34:14] </w:t>
      </w:r>
      <w:r>
        <w:t>apne mind ko activate karna. khuda ne aap ke mind mein, yani unlimited capacity rakhi hai, unlimited.</w:t>
      </w:r>
    </w:p>
    <w:p>
      <w:pPr>
        <w:jc w:val="right"/>
      </w:pPr>
      <w:r>
        <w:t>اپنے مائنڈ کو ایکٹیویٹ کرنا۔ خدا نے آپ کے مائنڈ میں، یعنی ان لمیٹڈ کیپیسٹی رکھی ہے، ان لمیٹڈ۔</w:t>
      </w:r>
    </w:p>
    <w:p>
      <w:r>
        <w:rPr>
          <w:b/>
        </w:rPr>
        <w:t xml:space="preserve">[34:25] </w:t>
      </w:r>
      <w:r>
        <w:t>aaj tak koi scientist yeh nahi bata saka ke khud ke mind ki kya capacity hai.</w:t>
      </w:r>
    </w:p>
    <w:p>
      <w:pPr>
        <w:jc w:val="right"/>
      </w:pPr>
      <w:r>
        <w:t>آج تک کوئی سائنٹسٹ یہ نہیں بتا سکا کہ خود کہ مائنڈ کی کیا کیپیسٹی ہے۔</w:t>
      </w:r>
    </w:p>
    <w:p>
      <w:r>
        <w:rPr>
          <w:b/>
        </w:rPr>
        <w:t xml:space="preserve">[34:37] </w:t>
      </w:r>
      <w:r>
        <w:t>to kya sab se bari cheez jo aap ke paas hai, isi ko aap unfold na karein? yeh khuda pasand kar sakta hai. jab aap thinking karte hain to aap apne mind ki capacity ko unfold karte hain.</w:t>
      </w:r>
    </w:p>
    <w:p>
      <w:pPr>
        <w:jc w:val="right"/>
      </w:pPr>
      <w:r>
        <w:t>تو کیا سب سے بڑی چیز جو آپ کے پاس ہے، اسی کو آپ ان فولڈ نہ کریں؟ یہ خدا پسند کر سکتا ہے۔ جب آپ تھنکنگ کرتے ہیں تو آپ اپنے مائنڈ کی کیپیسٹی کو ان فولڈ کرتے ہیں۔</w:t>
      </w:r>
    </w:p>
    <w:p>
      <w:r>
        <w:rPr>
          <w:b/>
        </w:rPr>
        <w:t xml:space="preserve">[34:56] </w:t>
      </w:r>
      <w:r>
        <w:t>thinking process means unfolding your mind capacity.</w:t>
      </w:r>
    </w:p>
    <w:p>
      <w:pPr>
        <w:jc w:val="right"/>
      </w:pPr>
      <w:r>
        <w:t>تھنکنگ پروسیس مینز ان فولڈنگ یور مائنڈ کیپیسٹی۔</w:t>
      </w:r>
    </w:p>
    <w:p>
      <w:r>
        <w:rPr>
          <w:b/>
        </w:rPr>
        <w:t xml:space="preserve">[35:05] </w:t>
      </w:r>
      <w:r>
        <w:t>sirf thinking hi se unfold hoti hai, aur kuch aur kisi tarah se unfold nahi hoti.</w:t>
      </w:r>
    </w:p>
    <w:p>
      <w:pPr>
        <w:jc w:val="right"/>
      </w:pPr>
      <w:r>
        <w:t>صرف تھنکنگ ہی سے ان فولڈ ہوتی ہے، اور کچھ اور کسی طرح سے ان فولڈ نہیں ہوتی۔</w:t>
      </w:r>
    </w:p>
    <w:p>
      <w:r>
        <w:rPr>
          <w:b/>
        </w:rPr>
        <w:t xml:space="preserve">[35:14] </w:t>
      </w:r>
      <w:r>
        <w:t>thinking is the only way to unfold your intellectual capacity, your your the capacity hidden your mind, hidden in your mind.</w:t>
      </w:r>
    </w:p>
    <w:p>
      <w:pPr>
        <w:jc w:val="right"/>
      </w:pPr>
      <w:r>
        <w:t>تھنکنگ از دا اونلی وے ٹو ان فولڈ یور انٹلیکچول کیپیسٹی، یور یور دا کیپیسٹی ہڈن یور مائنڈ، ہڈن ان یور مائنڈ۔</w:t>
      </w:r>
    </w:p>
    <w:p>
      <w:r>
        <w:rPr>
          <w:b/>
        </w:rPr>
        <w:t xml:space="preserve">[35:29] </w:t>
      </w:r>
      <w:r>
        <w:t>to khuda jo hai, itna zyada zor quran mein kyun diya gaya hai?</w:t>
      </w:r>
    </w:p>
    <w:p>
      <w:pPr>
        <w:jc w:val="right"/>
      </w:pPr>
      <w:r>
        <w:t>تو خدا جو ہے، اتنا زیادہ زور قرآن میں کیوں دیا گیا ہے؟</w:t>
      </w:r>
    </w:p>
    <w:p>
      <w:r>
        <w:rPr>
          <w:b/>
        </w:rPr>
        <w:t xml:space="preserve">[35:33] </w:t>
      </w:r>
      <w:r>
        <w:t>kaha jata hai ke paanch sau aayatein hain jo jis mein quran mein sochte sochte par zor diya gaya hai, 500 ayat,</w:t>
      </w:r>
    </w:p>
    <w:p>
      <w:pPr>
        <w:jc w:val="right"/>
      </w:pPr>
      <w:r>
        <w:t>کہا جاتا ہے کہ پانچ سو آیتیں ہیں جو جس میں قرآن میں سوچتے سوچتے پر زور دیا گیا ہے، 500 آیت،</w:t>
      </w:r>
    </w:p>
    <w:p>
      <w:r>
        <w:rPr>
          <w:b/>
        </w:rPr>
        <w:t xml:space="preserve">[35:43] </w:t>
      </w:r>
      <w:r>
        <w:t>indirect ya direct. to thinking par itna zyada kyun emphasis diya gaya hai?</w:t>
      </w:r>
    </w:p>
    <w:p>
      <w:pPr>
        <w:jc w:val="right"/>
      </w:pPr>
      <w:r>
        <w:t>ان ڈائریکٹ یا ڈائریکٹ۔ تو تھنکنگ پر اتنا زیادہ کیوں ایمفیسز دیا گیا ہے؟</w:t>
      </w:r>
    </w:p>
    <w:p>
      <w:r>
        <w:rPr>
          <w:b/>
        </w:rPr>
        <w:t xml:space="preserve">[35:55] </w:t>
      </w:r>
      <w:r>
        <w:t>kyunke khuda ne sab se bari cheez jo aap ko di hai, woh mind hai.</w:t>
      </w:r>
    </w:p>
    <w:p>
      <w:pPr>
        <w:jc w:val="right"/>
      </w:pPr>
      <w:r>
        <w:t>کیونکہ خدا نے سب سے بڑی چیز جو آپ کو دی ہے، وہ مائنڈ ہے۔</w:t>
      </w:r>
    </w:p>
    <w:p>
      <w:r>
        <w:rPr>
          <w:b/>
        </w:rPr>
        <w:t xml:space="preserve">[36:00] </w:t>
      </w:r>
      <w:r>
        <w:t>puri universe mein mind jaisi koi cheez nahi. sab se bari cheez hai mind. hadith mein aata hai ke khalaq Allah Adam ala surat-e-hu.</w:t>
      </w:r>
    </w:p>
    <w:p>
      <w:pPr>
        <w:jc w:val="right"/>
      </w:pPr>
      <w:r>
        <w:t>پوری یونیورس میں مائنڈ جیسی کوئی چیز نہیں۔ سب سے بڑی چیز ہے مائنڈ۔ حدیث میں آتا ہے کہ خلق اللہ آدم علی صورتہ۔</w:t>
      </w:r>
    </w:p>
    <w:p>
      <w:r>
        <w:rPr>
          <w:b/>
        </w:rPr>
        <w:t xml:space="preserve">[36:13] </w:t>
      </w:r>
      <w:r>
        <w:t>Allah ne Adam ko banaya apni surat par. log samajhte hain surat ke maani hain hath paon, is mein behas chal rahi hai sainkdo baras se. nahi, khuda ne insan ko mind diya, jo jo ji jo ke khuda ki special cheez hai.</w:t>
      </w:r>
    </w:p>
    <w:p>
      <w:pPr>
        <w:jc w:val="right"/>
      </w:pPr>
      <w:r>
        <w:t>اللہ نے آدم کو بنایا اپنی صورت پر۔ لوگ سمجھتے ہیں صورت کے معنی ہیں ہاتھ پاؤں، اس میں بحث چل رہی ہے سینکڑوں برس سے۔ نہیں، خدا نے انسان کو مائنڈ دیا، جو جو جی جو کہ خدا کی اسپیشل چیز ہے۔</w:t>
      </w:r>
    </w:p>
    <w:p>
      <w:r>
        <w:rPr>
          <w:b/>
        </w:rPr>
        <w:t xml:space="preserve">[36:29] </w:t>
      </w:r>
      <w:r>
        <w:t>khuda ka mind bohat bara hai, hamein isi ka aik chota sa hissa diya gaya. khuda ne insan ko woh cheez di jo aur kisi cheez ko nahi di, kisi galaxy ko, kisi solar system ko, kisi hathi ko, kisi tiger ko, kisi ocean ko, kisi mountain ko nahi di.</w:t>
      </w:r>
    </w:p>
    <w:p>
      <w:pPr>
        <w:jc w:val="right"/>
      </w:pPr>
      <w:r>
        <w:t>خدا کا مائنڈ بہت بڑا ہے، ہمیں اسی کا ایک چھوٹا سا حصہ دیا گیا۔ خدا نے انسان کو وہ چیز دی جو اور کسی چیز کو نہیں دی، کسی گیلیکسی کو، کسی سولر سسٹم کو، کسی ہاتھی کو، کسی ٹائیگر کو، کسی اوشن کو، کسی ماؤنٹین کو نہیں دی۔</w:t>
      </w:r>
    </w:p>
    <w:p>
      <w:r>
        <w:rPr>
          <w:b/>
        </w:rPr>
        <w:t xml:space="preserve">[36:51] </w:t>
      </w:r>
      <w:r>
        <w:t>insan ko mind diya. mind jo hai, khuda ki khas khas cheez hai.</w:t>
      </w:r>
    </w:p>
    <w:p>
      <w:pPr>
        <w:jc w:val="right"/>
      </w:pPr>
      <w:r>
        <w:t>انسان کو مائنڈ دیا۔ مائنڈ جو ہے، خدا کی خاص خاص چیز ہے۔</w:t>
      </w:r>
    </w:p>
    <w:p>
      <w:r>
        <w:rPr>
          <w:b/>
        </w:rPr>
        <w:t xml:space="preserve">[36:57] </w:t>
      </w:r>
      <w:r>
        <w:t>isi ka aik shama, aik aik isi ka aik chota sa hissa hamein de diya gaya hai. isi liye aaya hai ke Allah taala ne apni apni rooh phoonki Adam ke andar.</w:t>
      </w:r>
    </w:p>
    <w:p>
      <w:pPr>
        <w:jc w:val="right"/>
      </w:pPr>
      <w:r>
        <w:t>اسی کا ایک شمع، ایک ایک اسی کا ایک چھوٹا سا حصہ ہمیں دے دیا گیا ہے۔ اسی لیے آیا ہے کہ اللہ تعالی نے اپنی اپنی روح پھونکی آدم کے اندر۔</w:t>
      </w:r>
    </w:p>
    <w:p>
      <w:r>
        <w:rPr>
          <w:b/>
        </w:rPr>
        <w:t xml:space="preserve">[37:13] </w:t>
      </w:r>
      <w:r>
        <w:t>rafqat fi balroohi. yeh rooh kahan hai? nafqah ka matlab hai ke jab mujh se Musa phoonkta hai, aisa phoonka.</w:t>
      </w:r>
    </w:p>
    <w:p>
      <w:pPr>
        <w:jc w:val="right"/>
      </w:pPr>
      <w:r>
        <w:t>رفقت فی بالروحی۔ یہ روح کہاں ہے؟ نفقہ کا مطلب ہے کہ جب مجھ سے موسیٰ پھونکتا ہے، ایسا پھونکا۔</w:t>
      </w:r>
    </w:p>
    <w:p>
      <w:r>
        <w:rPr>
          <w:b/>
        </w:rPr>
        <w:t xml:space="preserve">[37:22] </w:t>
      </w:r>
      <w:r>
        <w:t>yeh matlab nahi hai is ka. nahi, is ko mind diya. mind</w:t>
      </w:r>
    </w:p>
    <w:p>
      <w:pPr>
        <w:jc w:val="right"/>
      </w:pPr>
      <w:r>
        <w:t>یہ مطلب نہیں ہے اس کا۔ نہیں، اس کو مائنڈ دیا۔ مائنڈ</w:t>
      </w:r>
    </w:p>
    <w:p>
      <w:r>
        <w:rPr>
          <w:b/>
        </w:rPr>
        <w:t xml:space="preserve">[37:28] </w:t>
      </w:r>
      <w:r>
        <w:t>phoonkna ka matlab nahi ke ise munh se aap phoonkte hain. aap aisa kuch phoonka. Allah taala ne</w:t>
      </w:r>
    </w:p>
    <w:p>
      <w:pPr>
        <w:jc w:val="right"/>
      </w:pPr>
      <w:r>
        <w:t>پھونکنا کا مطلب نہیں کہ اسے منہ سے آپ پھونکتے ہیں۔ آپ ایسے کچھ پھونکا۔ اللہ تعالی نے</w:t>
      </w:r>
    </w:p>
    <w:p>
      <w:r>
        <w:rPr>
          <w:b/>
        </w:rPr>
        <w:t xml:space="preserve">[37:38] </w:t>
      </w:r>
      <w:r>
        <w:t>yahan rooh se murad hai mind, dimagh, zehan, thinking capacity. woh diya insan ko. woh hai unlimited capacity, lekin unfold karna aap ka kaam hai.</w:t>
      </w:r>
    </w:p>
    <w:p>
      <w:pPr>
        <w:jc w:val="right"/>
      </w:pPr>
      <w:r>
        <w:t>یہاں روح سے مراد ہے مائنڈ، دماغ، ذہن، تھنکنگ کیپیسٹی۔ وہ دیا انسان کو۔ وہ ہے ان لمیٹڈ کیپیسٹی، لیکن ان فولڈ کرنا آپ کا کام ہے۔</w:t>
      </w:r>
    </w:p>
    <w:p>
      <w:r>
        <w:rPr>
          <w:b/>
        </w:rPr>
        <w:t xml:space="preserve">[37:58] </w:t>
      </w:r>
      <w:r>
        <w:t>jab aap think karte hain to is ko unfold karte hain. jab aap unfold karte hain to aap tab aap ko ja kar ke woh milta hai ke aap woh dua karein, living dua jo khuda tak pohnchne wali hai.</w:t>
      </w:r>
    </w:p>
    <w:p>
      <w:pPr>
        <w:jc w:val="right"/>
      </w:pPr>
      <w:r>
        <w:t>جب آپ تھنک کرتے ہیں تو اس کو ان فولڈ کرتے ہیں۔ جب آپ ان فولڈ کرتے ہیں تو آپ تب آپ کو جا کر کے وہ ملتا ہے کہ آپ وہ دعا کریں، لیونگ دعا جو خدا تک پہنچنے والی ہے۔</w:t>
      </w:r>
    </w:p>
    <w:p>
      <w:r>
        <w:rPr>
          <w:b/>
        </w:rPr>
        <w:t xml:space="preserve">[38:19] </w:t>
      </w:r>
      <w:r>
        <w:t>to think karna, think karna, think karna, aur cheezon ko apne liye point of reference banana.</w:t>
      </w:r>
    </w:p>
    <w:p>
      <w:pPr>
        <w:jc w:val="right"/>
      </w:pPr>
      <w:r>
        <w:t>تو تھنک کرنا، تھنک کرنا، تھنک کرنا، اور چیزوں کو اپنے لیے پوائنٹ آف ریفرنس بنانا۔</w:t>
      </w:r>
    </w:p>
    <w:p>
      <w:r>
        <w:rPr>
          <w:b/>
        </w:rPr>
        <w:t xml:space="preserve">[38:37] </w:t>
      </w:r>
      <w:r>
        <w:t>jaise mein aik misaal deta hoon aap ko</w:t>
      </w:r>
    </w:p>
    <w:p>
      <w:pPr>
        <w:jc w:val="right"/>
      </w:pPr>
      <w:r>
        <w:t>جیسے میں ایک مثال دیتا ہوں آپ کو</w:t>
      </w:r>
    </w:p>
    <w:p>
      <w:r>
        <w:rPr>
          <w:b/>
        </w:rPr>
        <w:t xml:space="preserve">[38:42] </w:t>
      </w:r>
      <w:r>
        <w:t>ke insan marta rehta hai,</w:t>
      </w:r>
    </w:p>
    <w:p>
      <w:pPr>
        <w:jc w:val="right"/>
      </w:pPr>
      <w:r>
        <w:t>کہ انسان مرتا رہتا ہے،</w:t>
      </w:r>
    </w:p>
    <w:p>
      <w:r>
        <w:rPr>
          <w:b/>
        </w:rPr>
        <w:t xml:space="preserve">[38:49] </w:t>
      </w:r>
      <w:r>
        <w:t>log marte rehte hain.</w:t>
      </w:r>
    </w:p>
    <w:p>
      <w:pPr>
        <w:jc w:val="right"/>
      </w:pPr>
      <w:r>
        <w:t>لوگ مرتے رہتے ہیں۔</w:t>
      </w:r>
    </w:p>
    <w:p>
      <w:r>
        <w:rPr>
          <w:b/>
        </w:rPr>
        <w:t xml:space="preserve">[38:56] </w:t>
      </w:r>
      <w:r>
        <w:t>aap ne bohat se marne ke baad aap gaye honge taaziyat ke liye,</w:t>
      </w:r>
    </w:p>
    <w:p>
      <w:pPr>
        <w:jc w:val="right"/>
      </w:pPr>
      <w:r>
        <w:t>آپ نے بہت سے مرنے کے بعد آپ گئے ہوں گے تعزیت کے لیے،</w:t>
      </w:r>
    </w:p>
    <w:p>
      <w:r>
        <w:rPr>
          <w:b/>
        </w:rPr>
        <w:t xml:space="preserve">[39:06] </w:t>
      </w:r>
      <w:r>
        <w:t>aap qabar par tajdeed takfeer ke liye gaye honge. mein bhi bohat baar gaya hoon. mein ne kisi aik insan ko nahi dekha jo is maut ko apne liye point of reference bana sake.</w:t>
      </w:r>
    </w:p>
    <w:p>
      <w:pPr>
        <w:jc w:val="right"/>
      </w:pPr>
      <w:r>
        <w:t>آپ قبر پر تجدید تکفیر کے لیے گئے ہوں گے۔ میں بھی بہت بار گیا ہوں۔ میں نے کسی ایک انسان کو نہیں دیکھا جو اس موت کو اپنے لیے پوائنٹ آف ریفرنس بنا سکے۔</w:t>
      </w:r>
    </w:p>
    <w:p>
      <w:r>
        <w:rPr>
          <w:b/>
        </w:rPr>
        <w:t xml:space="preserve">[39:22] </w:t>
      </w:r>
      <w:r>
        <w:t>aaj tak mein, mein ne kam az kam nahi dekha. point of reference banana kya hai? yeh soch sake ke jis tayyab maray se mein hi bharoon ga.</w:t>
      </w:r>
    </w:p>
    <w:p>
      <w:pPr>
        <w:jc w:val="right"/>
      </w:pPr>
      <w:r>
        <w:t>آج تک میں، میں نے کم از کم نہیں دیکھا۔ پوائنٹ آف ریفرنس بنانا کیا ہے؟ یہ سوچ سکے کہ جس طیب مرائے سے میں ہی بھروں گا۔</w:t>
      </w:r>
    </w:p>
    <w:p>
      <w:r>
        <w:rPr>
          <w:b/>
        </w:rPr>
        <w:t xml:space="preserve">[39:36] </w:t>
      </w:r>
      <w:r>
        <w:t>is ki maut se apni maut ko relate karna, yeh soch sakna. mera bhi countdown ho raha hai.</w:t>
      </w:r>
    </w:p>
    <w:p>
      <w:pPr>
        <w:jc w:val="right"/>
      </w:pPr>
      <w:r>
        <w:t>اس کی موت سے اپنی موت کو ریلیٹ کرنا، یہ سوچ سکنا۔ میرا بھی کاؤنٹ ڈاؤن ہو رہا ہے۔</w:t>
      </w:r>
    </w:p>
    <w:p>
      <w:r>
        <w:rPr>
          <w:b/>
        </w:rPr>
        <w:t xml:space="preserve">[39:46] </w:t>
      </w:r>
      <w:r>
        <w:t>is ka countdown jo hai, poora ho gaya to mar gaya. woh mera bhi countdown ho raha hai. to mein bhi mar jaon ga.</w:t>
      </w:r>
    </w:p>
    <w:p>
      <w:pPr>
        <w:jc w:val="right"/>
      </w:pPr>
      <w:r>
        <w:t>اس کا کاؤنٹ ڈاؤن جو ہے، پورا ہو گیا تو مر گیا۔ وہ میرا بھی کاؤنٹ ڈاؤن ہو رہا ہے۔ تو میں بھی مر جاؤں گا۔</w:t>
      </w:r>
    </w:p>
    <w:p>
      <w:r>
        <w:rPr>
          <w:b/>
        </w:rPr>
        <w:t xml:space="preserve">[39:55] </w:t>
      </w:r>
      <w:r>
        <w:t>is ki maut ko dekh kar ke apni maut ko sochna. jis tarah woh qabar mein dala ja raha hai, mein bhi qabar mein dala jaon ga.</w:t>
      </w:r>
    </w:p>
    <w:p>
      <w:pPr>
        <w:jc w:val="right"/>
      </w:pPr>
      <w:r>
        <w:t>اس کی موت کو دیکھ کر کے اپنی موت کو سوچنا۔ جس طرح وہ قبر میں ڈالا جا رہا ہے، میں بھی قبر میں ڈالا جاؤں گا۔</w:t>
      </w:r>
    </w:p>
    <w:p>
      <w:r>
        <w:rPr>
          <w:b/>
        </w:rPr>
        <w:t xml:space="preserve">[40:03] </w:t>
      </w:r>
      <w:r>
        <w:t>jis tarah woh farishtay aaye, us ko utha kar le gaye khuda ke paas, us ki rooh ko. mujhe bhi jana hai khuda ke paas. to maut ko point of reference banana.</w:t>
      </w:r>
    </w:p>
    <w:p>
      <w:pPr>
        <w:jc w:val="right"/>
      </w:pPr>
      <w:r>
        <w:t>جس طرح وہ فرشتے آئے، اس کو اٹھا کر لے گئے خدا کے پاس، اس کی روح کو۔ مجھے بھی جانا ہے خدا کے پاس۔ تو موت کو پوائنٹ آف ریفرنس بنانا۔</w:t>
      </w:r>
    </w:p>
    <w:p>
      <w:r>
        <w:rPr>
          <w:b/>
        </w:rPr>
        <w:t xml:space="preserve">[40:15] </w:t>
      </w:r>
      <w:r>
        <w:t>har din log mar rahe hain. hamare ghar mein koi mar raha hai, aas paas koi mar raha hai. paper mein khabrein aati hain ke falan mar gaya. TV mein aap dekhte hain ke falan mar gaya.</w:t>
      </w:r>
    </w:p>
    <w:p>
      <w:pPr>
        <w:jc w:val="right"/>
      </w:pPr>
      <w:r>
        <w:t>ہر دن لوگ مر رہے ہیں۔ ہمارے گھر میں کوئی مر رہا ہے، اس پاس کوئی مر رہا ہے۔ پیپر میں خبریں آتی ہیں کہ فلاں مر گیا۔ ٹی وی میں آپ دیکھتے ہیں کہ فلاں مر گیا۔</w:t>
      </w:r>
    </w:p>
    <w:p>
      <w:r>
        <w:rPr>
          <w:b/>
        </w:rPr>
        <w:t xml:space="preserve">[40:26] </w:t>
      </w:r>
      <w:r>
        <w:t>har din lakhon aadmi mar rahe hain, lakhon aadmi.</w:t>
      </w:r>
    </w:p>
    <w:p>
      <w:pPr>
        <w:jc w:val="right"/>
      </w:pPr>
      <w:r>
        <w:t>ہر دن لاکھوں آدمی مر رہے ہیں، لاکھوں آدمی۔</w:t>
      </w:r>
    </w:p>
    <w:p>
      <w:r>
        <w:rPr>
          <w:b/>
        </w:rPr>
        <w:t xml:space="preserve">[40:31] </w:t>
      </w:r>
      <w:r>
        <w:t>magar mein ne kam az kam aisa aadmi nahi dekha ab tak itni lambi umar mein ke kisi ne maut ko apne liye point of reference banaya ho.</w:t>
      </w:r>
    </w:p>
    <w:p>
      <w:pPr>
        <w:jc w:val="right"/>
      </w:pPr>
      <w:r>
        <w:t>مگر میں نے کم از کم ایسا آدمی نہیں دیکھا اب تک اتنی لمبی عمر میں کہ کسی نے موت کو اپنے لیے پوائنٹ آف ریفرنس بنایا ہو۔</w:t>
      </w:r>
    </w:p>
    <w:p>
      <w:r>
        <w:rPr>
          <w:b/>
        </w:rPr>
        <w:t xml:space="preserve">[40:44] </w:t>
      </w:r>
      <w:r>
        <w:t>rasmi tor par jaate hain log taaziyat ke liye, idhar udhar ki baatein karein ge, wapas chale jayen ge.</w:t>
      </w:r>
    </w:p>
    <w:p>
      <w:pPr>
        <w:jc w:val="right"/>
      </w:pPr>
      <w:r>
        <w:t>رسمی طور پر جاتے ہیں لوگ تعزیت کے لیے، ادھر ادھر کی باتیں کریں گے، واپس چلے جائیں گے۔</w:t>
      </w:r>
    </w:p>
    <w:p>
      <w:r>
        <w:rPr>
          <w:b/>
        </w:rPr>
        <w:t xml:space="preserve">[40:51] </w:t>
      </w:r>
      <w:r>
        <w:t>halan ke maut sab se bara, yaani sab se bara waqia hai, sab se bara bara event hai zindagi mein jis ko hamein point of reference banana chahiye.</w:t>
      </w:r>
    </w:p>
    <w:p>
      <w:pPr>
        <w:jc w:val="right"/>
      </w:pPr>
      <w:r>
        <w:t>حالانکہ موت سب سے بڑا، یعنی سب سے بڑا واقعہ ہے، سب سے بڑا بڑا ایونٹ ہے زندگی میں جس کو ہمیں پوائنٹ آف ریفرنس بنانا چاہیے۔</w:t>
      </w:r>
    </w:p>
    <w:p>
      <w:r>
        <w:rPr>
          <w:b/>
        </w:rPr>
        <w:t xml:space="preserve">[41:08] </w:t>
      </w:r>
      <w:r>
        <w:t>mein samajhta hoon ke is dunya mein maut se bara koi waqia nahi. kaise aik insan chal raha hai, phir raha hai, bol raha hai, aur phir mar jata hai.</w:t>
      </w:r>
    </w:p>
    <w:p>
      <w:pPr>
        <w:jc w:val="right"/>
      </w:pPr>
      <w:r>
        <w:t>میں سمجھتا ہوں کہ اس دنیا میں موت سے بڑا کوئی واقعہ نہیں۔ کیسے ایک انسان چل رہا ہے، پھر رہا ہے، بول رہا ہے، اور پھر مر جاتا ہے۔</w:t>
      </w:r>
    </w:p>
    <w:p>
      <w:r>
        <w:rPr>
          <w:b/>
        </w:rPr>
        <w:t xml:space="preserve">[41:19] </w:t>
      </w:r>
      <w:r>
        <w:t>woh</w:t>
      </w:r>
    </w:p>
    <w:p>
      <w:pPr>
        <w:jc w:val="right"/>
      </w:pPr>
      <w:r>
        <w:t>وہ</w:t>
      </w:r>
    </w:p>
    <w:p>
      <w:r>
        <w:rPr>
          <w:b/>
        </w:rPr>
        <w:t xml:space="preserve">[41:22] </w:t>
      </w:r>
      <w:r>
        <w:t>kisi anokhi baat hai yeh. badshah bhi mar jata hai,</w:t>
      </w:r>
    </w:p>
    <w:p>
      <w:pPr>
        <w:jc w:val="right"/>
      </w:pPr>
      <w:r>
        <w:t>کیسی انوکھی بات ہے یہ۔ بادشاہ بھی مر جاتا ہے،</w:t>
      </w:r>
    </w:p>
    <w:p>
      <w:r>
        <w:rPr>
          <w:b/>
        </w:rPr>
        <w:t xml:space="preserve">[41:29] </w:t>
      </w:r>
      <w:r>
        <w:t>baray baray vailti log mar jatay hain, bohat baray baray speaker, bohat baray writer sab mar jatay hain. koi aisa na kar saka ke woh jeeta rahe, jeeta rahe, jeeta rahe, na mare.</w:t>
      </w:r>
    </w:p>
    <w:p>
      <w:pPr>
        <w:jc w:val="right"/>
      </w:pPr>
      <w:r>
        <w:t>بڑے بڑے ویلتی لوگ مر جاتے ہیں، بہت بڑے بڑے اسپیکر، بہت بڑے رائٹر سب مر جاتے ہیں۔ کوئی ایسا نہ کر سکا کہ وہ جیتا رہے، جیتا رہے، جیتا رہے، نہ مرے۔</w:t>
      </w:r>
    </w:p>
    <w:p>
      <w:r>
        <w:rPr>
          <w:b/>
        </w:rPr>
        <w:t xml:space="preserve">[41:43] </w:t>
      </w:r>
      <w:r>
        <w:t>toh is se bari baat koi ho sakti hai?</w:t>
      </w:r>
    </w:p>
    <w:p>
      <w:pPr>
        <w:jc w:val="right"/>
      </w:pPr>
      <w:r>
        <w:t>تو اس سے بڑی بات کوئی ہو سکتی ہے؟</w:t>
      </w:r>
    </w:p>
    <w:p>
      <w:r>
        <w:rPr>
          <w:b/>
        </w:rPr>
        <w:t xml:space="preserve">[41:49] </w:t>
      </w:r>
      <w:r>
        <w:t>toh khuda chahta hai ke log doosre ki maut ko apne liye point of reference banaein. yeh sochein ke jis tarah woh mara hai, waise mein bhi marunga.</w:t>
      </w:r>
    </w:p>
    <w:p>
      <w:pPr>
        <w:jc w:val="right"/>
      </w:pPr>
      <w:r>
        <w:t>تو خدا چاہتا ہے کہ لوگ دوسرے کی موت کو اپنے لیے پوائنٹ آف ریفرنس بنائیں۔ یہ سوچیں کہ جس طرح وہ مرا ہے، ویسے میں بھی مروں گا۔</w:t>
      </w:r>
    </w:p>
    <w:p>
      <w:r>
        <w:rPr>
          <w:b/>
        </w:rPr>
        <w:t xml:space="preserve">[42:04] </w:t>
      </w:r>
      <w:r>
        <w:t>magar kam az kam mujhe toh koi aadmi nahi mila ab toh jo doosre ki maut ko apne liye point of reference banaye.</w:t>
      </w:r>
    </w:p>
    <w:p>
      <w:pPr>
        <w:jc w:val="right"/>
      </w:pPr>
      <w:r>
        <w:t>مگر کم از کم مجھے تو کوئی آدمی نہیں ملا اب تو جو دوسرے کی موت کو اپنے لیے پوائنٹ آف ریفرنس بنائے۔</w:t>
      </w:r>
    </w:p>
    <w:p>
      <w:r>
        <w:rPr>
          <w:b/>
        </w:rPr>
        <w:t xml:space="preserve">[42:16] </w:t>
      </w:r>
      <w:r>
        <w:t>kaisa anda pan hai yeh?</w:t>
      </w:r>
    </w:p>
    <w:p>
      <w:pPr>
        <w:jc w:val="right"/>
      </w:pPr>
      <w:r>
        <w:t>کیسا اندھا پن ہے یہ؟</w:t>
      </w:r>
    </w:p>
    <w:p>
      <w:r>
        <w:rPr>
          <w:b/>
        </w:rPr>
        <w:t xml:space="preserve">[42:19] </w:t>
      </w:r>
      <w:r>
        <w:t>kaisa anda pan hai?</w:t>
      </w:r>
    </w:p>
    <w:p>
      <w:pPr>
        <w:jc w:val="right"/>
      </w:pPr>
      <w:r>
        <w:t>کیسا اندھا پن ہے؟</w:t>
      </w:r>
    </w:p>
    <w:p>
      <w:r>
        <w:rPr>
          <w:b/>
        </w:rPr>
        <w:t xml:space="preserve">[42:25] </w:t>
      </w:r>
      <w:r>
        <w:t>kaisa anda pan hai?</w:t>
      </w:r>
    </w:p>
    <w:p>
      <w:pPr>
        <w:jc w:val="right"/>
      </w:pPr>
      <w:r>
        <w:t>کیسا اندھا پن ہے؟</w:t>
      </w:r>
    </w:p>
    <w:p>
      <w:r>
        <w:rPr>
          <w:b/>
        </w:rPr>
        <w:t xml:space="preserve">[42:33] </w:t>
      </w:r>
      <w:r>
        <w:t>ek qissa maine aap ko bataya tha is se pehle, phir dohrata hoon is ko. ek ek naujawan ka waqia hai, rampur ka ek naujawan tha, ek sacha waqia hai.</w:t>
      </w:r>
    </w:p>
    <w:p>
      <w:pPr>
        <w:jc w:val="right"/>
      </w:pPr>
      <w:r>
        <w:t>ایک قصہ میں نے آپ کو بتایا تھا اس سے پہلے، پھر دہراتا ہوں اس کو۔ ایک ایک نوجوان کا واقعہ ہے، رام پور کا ایک نوجوان تھا، ایک سچا واقعہ ہے۔</w:t>
      </w:r>
    </w:p>
    <w:p>
      <w:r>
        <w:rPr>
          <w:b/>
        </w:rPr>
        <w:t xml:space="preserve">[42:46] </w:t>
      </w:r>
      <w:r>
        <w:t>ek ladka tha, woh ladka aur teenager tha. woh toh baees kail chahta tha. woh uska baap school teacher tha, kam aamdani thi, low income group mein uska shumar hota tha.</w:t>
      </w:r>
    </w:p>
    <w:p>
      <w:pPr>
        <w:jc w:val="right"/>
      </w:pPr>
      <w:r>
        <w:t>ایک لڑکا تھا، وہ لڑکا اور ٹین ایجر تھا۔ وہ تو بائیس کیل چاہتا تھا۔ وہ اس کا باپ اسکول ٹیچر تھا، کم آمدنی تھی، لو انکم گروپ میں اس کا شمار ہوتا تھا۔</w:t>
      </w:r>
    </w:p>
    <w:p>
      <w:r>
        <w:rPr>
          <w:b/>
        </w:rPr>
        <w:t xml:space="preserve">[43:03] </w:t>
      </w:r>
      <w:r>
        <w:t>us ne kaha ke mujhe baees kail chahiye. baap ne kaha ke mein baees kail nahi khareed sakta, meri income itni nahi hai. ab bachay ko shauq tha, bar bar kehta raha.</w:t>
      </w:r>
    </w:p>
    <w:p>
      <w:pPr>
        <w:jc w:val="right"/>
      </w:pPr>
      <w:r>
        <w:t>اس نے کہا کہ مجھے بائیس کیل چاہیے۔ باپ نے کہا کہ میں بائیس کیل نہیں خرید سکتا، میری انکم اتنی نہیں ہے۔ اب بچے کو شوق تھا، بار بار کہتا رہا۔</w:t>
      </w:r>
    </w:p>
    <w:p>
      <w:r>
        <w:rPr>
          <w:b/>
        </w:rPr>
        <w:t xml:space="preserve">[43:15] </w:t>
      </w:r>
      <w:r>
        <w:t>woh</w:t>
      </w:r>
    </w:p>
    <w:p>
      <w:pPr>
        <w:jc w:val="right"/>
      </w:pPr>
      <w:r>
        <w:t>وہ</w:t>
      </w:r>
    </w:p>
    <w:p>
      <w:r>
        <w:rPr>
          <w:b/>
        </w:rPr>
        <w:t xml:space="preserve">[43:17] </w:t>
      </w:r>
      <w:r>
        <w:t>aakhir ek din aisa hua ke bete ne kaha ke mujhe baees kail chahiye, bohat zor de kar.</w:t>
      </w:r>
    </w:p>
    <w:p>
      <w:pPr>
        <w:jc w:val="right"/>
      </w:pPr>
      <w:r>
        <w:t>آخر ایک دن ایسا ہوا کہ بیٹے نے کہا کہ مجھے بائیس کیل چاہیے، بہت زور دے کر۔</w:t>
      </w:r>
    </w:p>
    <w:p>
      <w:r>
        <w:rPr>
          <w:b/>
        </w:rPr>
        <w:t xml:space="preserve">[43:27] </w:t>
      </w:r>
      <w:r>
        <w:t>toh baap ghussa ho gaya. us ne kaha ke ab ab mein tum ko marunga. tum se keh diya ke baees kail mein khareed nahi sakta hoon, mere paas itna paisa nahi hai.</w:t>
      </w:r>
    </w:p>
    <w:p>
      <w:pPr>
        <w:jc w:val="right"/>
      </w:pPr>
      <w:r>
        <w:t>تو باپ غصہ ہو گیا۔ اس نے کہا کہ اب اب میں تم کو ماروں گا۔ تم سے کہہ دیا کہ بائیس کیل میں خرید نہیں سکتا ہوں، میرے پاس اتنا پیسہ نہیں ہے۔</w:t>
      </w:r>
    </w:p>
    <w:p>
      <w:r>
        <w:rPr>
          <w:b/>
        </w:rPr>
        <w:t xml:space="preserve">[43:35] </w:t>
      </w:r>
      <w:r>
        <w:t>kyun mujh se baees kail ki baat karte ho?</w:t>
      </w:r>
    </w:p>
    <w:p>
      <w:pPr>
        <w:jc w:val="right"/>
      </w:pPr>
      <w:r>
        <w:t>کیوں مجھ سے بائیس کیل کی بات کرتے ہو؟</w:t>
      </w:r>
    </w:p>
    <w:p>
      <w:r>
        <w:rPr>
          <w:b/>
        </w:rPr>
        <w:t xml:space="preserve">[43:43] </w:t>
      </w:r>
      <w:r>
        <w:t>toh bete ki zuban se nikla ke aap hi toh hamare baap hain, aap se na kahoon toh kis se kahoon?</w:t>
      </w:r>
    </w:p>
    <w:p>
      <w:pPr>
        <w:jc w:val="right"/>
      </w:pPr>
      <w:r>
        <w:t>تو بیٹے کی زبان سے نکلا کہ آپ ہی تو ہمارے باپ ہیں، آپ سے نہ کہیں تو کس سے کہیں؟</w:t>
      </w:r>
    </w:p>
    <w:p>
      <w:r>
        <w:rPr>
          <w:b/>
        </w:rPr>
        <w:t xml:space="preserve">[43:54] </w:t>
      </w:r>
      <w:r>
        <w:t>us ke baad baap hil gaya</w:t>
      </w:r>
    </w:p>
    <w:p>
      <w:pPr>
        <w:jc w:val="right"/>
      </w:pPr>
      <w:r>
        <w:t>اس کے بعد باپ ہل گیا</w:t>
      </w:r>
    </w:p>
    <w:p>
      <w:r>
        <w:rPr>
          <w:b/>
        </w:rPr>
        <w:t xml:space="preserve">[44:00] </w:t>
      </w:r>
      <w:r>
        <w:t>kyunke uska, yani uska fatherhood jo hai, woh doubt full ho gaya.</w:t>
      </w:r>
    </w:p>
    <w:p>
      <w:pPr>
        <w:jc w:val="right"/>
      </w:pPr>
      <w:r>
        <w:t>کیونکہ اس کا، یعنی اس کا فادر ہڈ جو ہے، وہ ڈاؤٹ فل ہو گیا۔</w:t>
      </w:r>
    </w:p>
    <w:p>
      <w:r>
        <w:rPr>
          <w:b/>
        </w:rPr>
        <w:t xml:space="preserve">[44:09] </w:t>
      </w:r>
      <w:r>
        <w:t>yeh keh kar ke us ne baap ke fatherhood ko doubt full bana diya. us ke liye mein kaisa baap hoon? apne bete ko baees kail nahi de sakta.</w:t>
      </w:r>
    </w:p>
    <w:p>
      <w:pPr>
        <w:jc w:val="right"/>
      </w:pPr>
      <w:r>
        <w:t>یہ کہہ کر کے اس نے باپ کے فادر ہڈ کو ڈاؤٹ فل بنا دیا۔ اس کے لیے میں کیسا باپ ہوں؟ اپنے بیٹے کو بائیس کیل نہیں دے سکتا۔</w:t>
      </w:r>
    </w:p>
    <w:p>
      <w:r>
        <w:rPr>
          <w:b/>
        </w:rPr>
        <w:t xml:space="preserve">[44:21] </w:t>
      </w:r>
      <w:r>
        <w:t>toh us ne baees kail khareed di. us ki is qisse ko maine socha. is qisse ko maine jab suna toh yeh mere liye point of reference ban gaya.</w:t>
      </w:r>
    </w:p>
    <w:p>
      <w:pPr>
        <w:jc w:val="right"/>
      </w:pPr>
      <w:r>
        <w:t>تو اس نے بائیس کیل خرید دی۔ اس کی اس قصے کو میں نے سوچا۔ اس قصے کو میں نے جب سنا تو یہ میرے لیے پوائنٹ آف ریفرنس بن گیا۔</w:t>
      </w:r>
    </w:p>
    <w:p>
      <w:r>
        <w:rPr>
          <w:b/>
        </w:rPr>
        <w:t xml:space="preserve">[44:34] </w:t>
      </w:r>
      <w:r>
        <w:t>maine kaha khuda ya,</w:t>
      </w:r>
    </w:p>
    <w:p>
      <w:pPr>
        <w:jc w:val="right"/>
      </w:pPr>
      <w:r>
        <w:t>میں نے کہا خدایا،</w:t>
      </w:r>
    </w:p>
    <w:p>
      <w:r>
        <w:rPr>
          <w:b/>
        </w:rPr>
        <w:t xml:space="preserve">[44:39] </w:t>
      </w:r>
      <w:r>
        <w:t>meri hesiyat bhi isi bachay jaisi hai aur tu hi toh hi mera sab kuch hai, tu hi mera creator hai, tu hi mera lord hai, tu hi mera sustainer hai.</w:t>
      </w:r>
    </w:p>
    <w:p>
      <w:pPr>
        <w:jc w:val="right"/>
      </w:pPr>
      <w:r>
        <w:t>میری حیثیت بھی اسی بچے جیسی ہے اور تو ہی تو ہی میرا سب کچھ ہے، تو ہی میرا کریٹر ہے، تو ہی میرا لارڈ ہے، تو ہی میرا سسٹینر ہے۔</w:t>
      </w:r>
    </w:p>
    <w:p>
      <w:r>
        <w:rPr>
          <w:b/>
        </w:rPr>
        <w:t xml:space="preserve">[44:49] </w:t>
      </w:r>
      <w:r>
        <w:t>toh tujh se agar na kahoon toh kis se kahoon?</w:t>
      </w:r>
    </w:p>
    <w:p>
      <w:pPr>
        <w:jc w:val="right"/>
      </w:pPr>
      <w:r>
        <w:t>تو تجھ سے اگر نہ کہوں تو کس سے کہوں؟</w:t>
      </w:r>
    </w:p>
    <w:p>
      <w:r>
        <w:rPr>
          <w:b/>
        </w:rPr>
        <w:t xml:space="preserve">[44:54] </w:t>
      </w:r>
      <w:r>
        <w:t>toh is baees kail ka waqia jo hai bachay ka, woh jab mein jaana maane us ko toh mere liye woh point of reference ban gaya.</w:t>
      </w:r>
    </w:p>
    <w:p>
      <w:pPr>
        <w:jc w:val="right"/>
      </w:pPr>
      <w:r>
        <w:t>تو اس بائیس کیل کا واقعہ جو ہے بچے کا، وہ جب میں جانا مانے اس کو تو میرے لیے وہ پوائنٹ آف ریفرنس بن گیا۔</w:t>
      </w:r>
    </w:p>
    <w:p>
      <w:r>
        <w:rPr>
          <w:b/>
        </w:rPr>
        <w:t xml:space="preserve">[45:06] </w:t>
      </w:r>
      <w:r>
        <w:t>aise rozana aap ki zindagi mein aise waqiat hote hain ke agar aap, yaani aap sochne wale insan hon, aap sochne wale insan hon to har subah sham aap ko point of reference milte rahenge.</w:t>
      </w:r>
    </w:p>
    <w:p>
      <w:pPr>
        <w:jc w:val="right"/>
      </w:pPr>
      <w:r>
        <w:t>ایسے روزانہ آپ کی زندگی میں ایسے واقعات ہوتے ہیں کہ اگر آپ، یعنی آپ سوچنے والے انسان ہوں، آپ سوچنے والے انسان ہوں تو ہر صبح شام آپ کو پوائنٹ آف ریفرنس ملتے رہیں گے۔</w:t>
      </w:r>
    </w:p>
    <w:p>
      <w:r>
        <w:rPr>
          <w:b/>
        </w:rPr>
        <w:t xml:space="preserve">[45:25] </w:t>
      </w:r>
      <w:r>
        <w:t>phir aap ko retry hui dawayein karne ki zaroorat nahi hogi.</w:t>
      </w:r>
    </w:p>
    <w:p>
      <w:pPr>
        <w:jc w:val="right"/>
      </w:pPr>
      <w:r>
        <w:t>پھر آپ کو ریٹری ہوئی دوائیں کرنے کی ضرورت نہیں ہوگی۔</w:t>
      </w:r>
    </w:p>
    <w:p>
      <w:r>
        <w:rPr>
          <w:b/>
        </w:rPr>
        <w:t xml:space="preserve">[45:34] </w:t>
      </w:r>
      <w:r>
        <w:t>ek qissa maine padha, ek lucknow mein ek sahab the, woh pehle hua karte the i c office, hua karte the i c s.</w:t>
      </w:r>
    </w:p>
    <w:p>
      <w:pPr>
        <w:jc w:val="right"/>
      </w:pPr>
      <w:r>
        <w:t>ایک قصہ میں نے پڑھا، ایک لکھنو میں ایک صاحب تھے، وہ پہلے ہوا کرتے تھے آئی سی آفس، ہوا کرتے تھے آئی سی ایس۔</w:t>
      </w:r>
    </w:p>
    <w:p>
      <w:r>
        <w:rPr>
          <w:b/>
        </w:rPr>
        <w:t xml:space="preserve">[45:44] </w:t>
      </w:r>
      <w:r>
        <w:t>ab i a s hote hain to british period mein i c s hua karte the. to woh i c s the, sardar hassan sahab un ka naam tha.</w:t>
      </w:r>
    </w:p>
    <w:p>
      <w:pPr>
        <w:jc w:val="right"/>
      </w:pPr>
      <w:r>
        <w:t>اب آئی اے ایس ہوتے ہیں تو برٹش پیریڈ میں آئی سی ایس ہوا کرتے تھے۔ تو وہ آئی سی ایس تھے، سردی حسن صاحب ان کا نام تھا۔</w:t>
      </w:r>
    </w:p>
    <w:p>
      <w:r>
        <w:rPr>
          <w:b/>
        </w:rPr>
        <w:t xml:space="preserve">[45:54] </w:t>
      </w:r>
      <w:r>
        <w:t>to i c s ke daur mein woh afsar the, woh to woh shayad police commissioner the ya kya the, kuch bade afsar ya character the.</w:t>
      </w:r>
    </w:p>
    <w:p>
      <w:pPr>
        <w:jc w:val="right"/>
      </w:pPr>
      <w:r>
        <w:t>تو آئی سی ایس کے دور میں وہ افسر تھے، وہ تو وہ شاید پولیس کمشنر تھے یا کیا تھے، کچھ بڑے افسر یا کریکٹر تھے۔</w:t>
      </w:r>
    </w:p>
    <w:p>
      <w:r>
        <w:rPr>
          <w:b/>
        </w:rPr>
        <w:t xml:space="preserve">[46:09] </w:t>
      </w:r>
      <w:r>
        <w:t>woh to behal is zamane mein ek wahan par sikha daku hua karta tha, is area mein, lucknow ke area mein,</w:t>
      </w:r>
    </w:p>
    <w:p>
      <w:pPr>
        <w:jc w:val="right"/>
      </w:pPr>
      <w:r>
        <w:t>وہ تو بہرحال اس زمانے میں ایک وہاں پر سکھا ڈاکو ہوا کرتا تھا، اس ایریا میں، لکھنو کے ایریا میں،</w:t>
      </w:r>
    </w:p>
    <w:p>
      <w:r>
        <w:rPr>
          <w:b/>
        </w:rPr>
        <w:t xml:space="preserve">[46:18] </w:t>
      </w:r>
      <w:r>
        <w:t>yaani u p mein.</w:t>
      </w:r>
    </w:p>
    <w:p>
      <w:pPr>
        <w:jc w:val="right"/>
      </w:pPr>
      <w:r>
        <w:t>یعنی یو پی میں۔</w:t>
      </w:r>
    </w:p>
    <w:p>
      <w:r>
        <w:rPr>
          <w:b/>
        </w:rPr>
        <w:t xml:space="preserve">[46:20] </w:t>
      </w:r>
      <w:r>
        <w:t>to unhon ne chhapa maar kar ke us ko police party le gaye, woh kaise kaise us ko pakad liya, us ko yaani arrest kar liya, arrest kar ke la kar us ko dak banglay mein rakha.</w:t>
      </w:r>
    </w:p>
    <w:p>
      <w:pPr>
        <w:jc w:val="right"/>
      </w:pPr>
      <w:r>
        <w:t>تو انہوں نے چھاپا مار کر کے اس کو پولیس پارٹی لے گئے، وہ کیسے کیسے اس کو پکڑ لیا، اس کو یعنی اریسٹ کر لیا، اریسٹ کر کے لا کر اس کو ڈاک بنگلے میں رکھا۔</w:t>
      </w:r>
    </w:p>
    <w:p>
      <w:r>
        <w:rPr>
          <w:b/>
        </w:rPr>
        <w:t xml:space="preserve">[46:33] </w:t>
      </w:r>
      <w:r>
        <w:t>aap jante hain ke har jagah dak bangla hua karta hai government ki taraf se. to bohat sakht, yaani sardi ka zamana tha, jaade ka mausam tha.</w:t>
      </w:r>
    </w:p>
    <w:p>
      <w:pPr>
        <w:jc w:val="right"/>
      </w:pPr>
      <w:r>
        <w:t>آپ جانتے ہیں کہ ہر جگہ ڈاک بنگلہ ہوا کرتا ہے گورنمنٹ کی طرف سے۔ تو بہت سخت، یعنی سردی کا زمانہ تھا، جاڑے کا موسم تھا۔</w:t>
      </w:r>
    </w:p>
    <w:p>
      <w:r>
        <w:rPr>
          <w:b/>
        </w:rPr>
        <w:t xml:space="preserve">[46:47] </w:t>
      </w:r>
      <w:r>
        <w:t>to dak banglay ek kamre mein us ko, woh uska haath zanj woh tha, yaani woh laga hua tha, hathkadi aur us ko rakh diya us ko.</w:t>
      </w:r>
    </w:p>
    <w:p>
      <w:pPr>
        <w:jc w:val="right"/>
      </w:pPr>
      <w:r>
        <w:t>تو ڈاک بنگلے ایک کمرے میں اس کو، وہ اس کا ہاتھ زنج وہ تھا، یعنی وہ لگا ہوا تھا، ہتھکڑی اور اس کو رکھ دیا اس کو۔</w:t>
      </w:r>
    </w:p>
    <w:p>
      <w:r>
        <w:rPr>
          <w:b/>
        </w:rPr>
        <w:t xml:space="preserve">[47:03] </w:t>
      </w:r>
      <w:r>
        <w:t>to raat ko uthe siddiq hassan sahab round lene ke liye</w:t>
      </w:r>
    </w:p>
    <w:p>
      <w:pPr>
        <w:jc w:val="right"/>
      </w:pPr>
      <w:r>
        <w:t>تو رات کو اٹھے صدیق حسن صاحب راؤنڈ لینے کے لیے</w:t>
      </w:r>
    </w:p>
    <w:p>
      <w:r>
        <w:rPr>
          <w:b/>
        </w:rPr>
        <w:t xml:space="preserve">[47:10] </w:t>
      </w:r>
      <w:r>
        <w:t>to woh guzre is is room ke paas se jahan ke sikha sikha daku jo hai, woh hathkadi bandh kar rakha gaya tha.</w:t>
      </w:r>
    </w:p>
    <w:p>
      <w:pPr>
        <w:jc w:val="right"/>
      </w:pPr>
      <w:r>
        <w:t>تو وہ گزرے اس اس روم کے پاس سے جہاں کے سکھا سکھا ڈاکو جو ہے، وہ ہتھکڑی باندھ کر رکھا گیا تھا۔</w:t>
      </w:r>
    </w:p>
    <w:p>
      <w:r>
        <w:rPr>
          <w:b/>
        </w:rPr>
        <w:t xml:space="preserve">[47:21] </w:t>
      </w:r>
      <w:r>
        <w:t>to us ne kaha gent sahab, yeh log jo the, jahil tha, woh pehle zamane mein gent jahil log gent sahab kaha karte the ya gentleman ko gent.</w:t>
      </w:r>
    </w:p>
    <w:p>
      <w:pPr>
        <w:jc w:val="right"/>
      </w:pPr>
      <w:r>
        <w:t>تو اس نے کہا جنٹ صاحب، یہ لوگ جو تھے، جاہل تھا، وہ پہلے زمانے میں جنٹ جاہل لوگ جنٹ صاحب کہا کرتے تھے یا جنٹلمین کو جنٹ۔</w:t>
      </w:r>
    </w:p>
    <w:p>
      <w:r>
        <w:rPr>
          <w:b/>
        </w:rPr>
        <w:t xml:space="preserve">[47:36] </w:t>
      </w:r>
      <w:r>
        <w:t>to us ne kaha ke gent sahab,</w:t>
      </w:r>
    </w:p>
    <w:p>
      <w:pPr>
        <w:jc w:val="right"/>
      </w:pPr>
      <w:r>
        <w:t>تو اس نے کہا کہ جنٹ صاحب،</w:t>
      </w:r>
    </w:p>
    <w:p>
      <w:r>
        <w:rPr>
          <w:b/>
        </w:rPr>
        <w:t xml:space="preserve">[47:43] </w:t>
      </w:r>
      <w:r>
        <w:t>aap ka sikha sardi kha raha hai. phir woh daku jis ne insano ko qatl kiya tha, daka dala tha aur khula hua criminal tha, woh woh siddiq hassan sahab se kehta hai</w:t>
      </w:r>
    </w:p>
    <w:p>
      <w:pPr>
        <w:jc w:val="right"/>
      </w:pPr>
      <w:r>
        <w:t>آپ کا سکھا سردی کھا رہا ہے۔ پھر وہ ڈاکو جس نے انسانوں کو قتل کیا تھا، ڈاکہ ڈالا تھا اور کھلا ہوا کریمنل تھا، وہ وہ صدیق حسن صاحب سے کہتا ہے</w:t>
      </w:r>
    </w:p>
    <w:p>
      <w:r>
        <w:rPr>
          <w:b/>
        </w:rPr>
        <w:t xml:space="preserve">[47:59] </w:t>
      </w:r>
      <w:r>
        <w:t>ke aap ka sikha sardi kha raha hai.</w:t>
      </w:r>
    </w:p>
    <w:p>
      <w:pPr>
        <w:jc w:val="right"/>
      </w:pPr>
      <w:r>
        <w:t>کہ آپ کا سکھا سردی کھا رہا ہے۔</w:t>
      </w:r>
    </w:p>
    <w:p>
      <w:r>
        <w:rPr>
          <w:b/>
        </w:rPr>
        <w:t xml:space="preserve">[48:04] </w:t>
      </w:r>
      <w:r>
        <w:t>isi waqt woh apne kamre mein aaye aur apna apna jo kambal tha, un ka kambal la ke us ko uda diya.</w:t>
      </w:r>
    </w:p>
    <w:p>
      <w:pPr>
        <w:jc w:val="right"/>
      </w:pPr>
      <w:r>
        <w:t>اسی وقت وہ اپنے کمرے میں آئے اور اپنا اپنا جو کمبل تھا، ان کا کمبل لا کے اس کو اڑا دیا۔</w:t>
      </w:r>
    </w:p>
    <w:p>
      <w:r>
        <w:rPr>
          <w:b/>
        </w:rPr>
        <w:t xml:space="preserve">[48:17] </w:t>
      </w:r>
      <w:r>
        <w:t>ab is waqie ko agar aap point of reference bana lein aap</w:t>
      </w:r>
    </w:p>
    <w:p>
      <w:pPr>
        <w:jc w:val="right"/>
      </w:pPr>
      <w:r>
        <w:t>اب اس واقعے کو اگر آپ پوائنٹ آف ریفرنس بنا لیں آپ</w:t>
      </w:r>
    </w:p>
    <w:p>
      <w:r>
        <w:rPr>
          <w:b/>
        </w:rPr>
        <w:t xml:space="preserve">[48:23] </w:t>
      </w:r>
      <w:r>
        <w:t>aur keh sakein aap isi jazbe ke sath ke khuda ya, tera banda sardi kha raha hai,</w:t>
      </w:r>
    </w:p>
    <w:p>
      <w:pPr>
        <w:jc w:val="right"/>
      </w:pPr>
      <w:r>
        <w:t>اور کہہ سکیں آپ اسی جذبے کے ساتھ کہ خدایا، تیرا بندہ سردی کھا رہا ہے،</w:t>
      </w:r>
    </w:p>
    <w:p>
      <w:r>
        <w:rPr>
          <w:b/>
        </w:rPr>
        <w:t xml:space="preserve">[48:34] </w:t>
      </w:r>
      <w:r>
        <w:t>jis insan ko tu ne paida kiya, jis insan ka tu creator hai,</w:t>
      </w:r>
    </w:p>
    <w:p>
      <w:pPr>
        <w:jc w:val="right"/>
      </w:pPr>
      <w:r>
        <w:t>جس انسان کو تو نے پیدا کیا، جس انسان کا تو کریٹر ہے،</w:t>
      </w:r>
    </w:p>
    <w:p>
      <w:r>
        <w:rPr>
          <w:b/>
        </w:rPr>
        <w:t xml:space="preserve">[48:43] </w:t>
      </w:r>
      <w:r>
        <w:t>woh insan sardi kha raha hai.</w:t>
      </w:r>
    </w:p>
    <w:p>
      <w:pPr>
        <w:jc w:val="right"/>
      </w:pPr>
      <w:r>
        <w:t>وہ انسان سردی کھا رہا ہے۔</w:t>
      </w:r>
    </w:p>
    <w:p>
      <w:r>
        <w:rPr>
          <w:b/>
        </w:rPr>
        <w:t xml:space="preserve">[48:50] </w:t>
      </w:r>
      <w:r>
        <w:t>to agar aap us ko point of reference bana sakein isi isi isi spirit ke sath, isi spirit ke sath</w:t>
      </w:r>
    </w:p>
    <w:p>
      <w:pPr>
        <w:jc w:val="right"/>
      </w:pPr>
      <w:r>
        <w:t>تو اگر آپ اس کو پوائنٹ آف ریفرنس بنا سکیں اسی اسی اسی سپرٹ کے ساتھ، اسی سپرٹ کے ساتھ</w:t>
      </w:r>
    </w:p>
    <w:p>
      <w:r>
        <w:rPr>
          <w:b/>
        </w:rPr>
        <w:t xml:space="preserve">[48:58] </w:t>
      </w:r>
      <w:r>
        <w:t>to khuda ki rehmaten aap par toot padengi.</w:t>
      </w:r>
    </w:p>
    <w:p>
      <w:pPr>
        <w:jc w:val="right"/>
      </w:pPr>
      <w:r>
        <w:t>تو خدا کی رحمتیں آپ پر ٹوٹ پڑیں گی۔</w:t>
      </w:r>
    </w:p>
    <w:p>
      <w:r>
        <w:rPr>
          <w:b/>
        </w:rPr>
        <w:t xml:space="preserve">[49:04] </w:t>
      </w:r>
      <w:r>
        <w:t>jis tarah siddiq hassan sahab ne apna apna khud ka kambal ja ke uda diya, us ko</w:t>
      </w:r>
    </w:p>
    <w:p>
      <w:pPr>
        <w:jc w:val="right"/>
      </w:pPr>
      <w:r>
        <w:t>جس طرح صدیق حسن صاحب نے اپنا اپنا خود کا کمبل جا کے اڑا دیا، اس کو</w:t>
      </w:r>
    </w:p>
    <w:p>
      <w:r>
        <w:rPr>
          <w:b/>
        </w:rPr>
        <w:t xml:space="preserve">[49:11] </w:t>
      </w:r>
      <w:r>
        <w:t>khuda ki rehmaten aap par toot padengi.</w:t>
      </w:r>
    </w:p>
    <w:p>
      <w:pPr>
        <w:jc w:val="right"/>
      </w:pPr>
      <w:r>
        <w:t>خدا کی رحمتیں آپ پر ٹوٹ پڑیں گی۔</w:t>
      </w:r>
    </w:p>
    <w:p>
      <w:r>
        <w:rPr>
          <w:b/>
        </w:rPr>
        <w:t xml:space="preserve">[49:22] </w:t>
      </w:r>
      <w:r>
        <w:t>lekin is ke liye woh woh spirit chahiye, woh modesty,</w:t>
      </w:r>
    </w:p>
    <w:p>
      <w:pPr>
        <w:jc w:val="right"/>
      </w:pPr>
      <w:r>
        <w:t>لیکن اس کے لیے وہ وہ سپرٹ چاہیے، وہ ماڈیسٹی،</w:t>
      </w:r>
    </w:p>
    <w:p>
      <w:r>
        <w:rPr>
          <w:b/>
        </w:rPr>
        <w:t xml:space="preserve">[49:31] </w:t>
      </w:r>
      <w:r>
        <w:t>woh spirit chahiye.</w:t>
      </w:r>
    </w:p>
    <w:p>
      <w:pPr>
        <w:jc w:val="right"/>
      </w:pPr>
      <w:r>
        <w:t>وہ سپرٹ چاہیے۔</w:t>
      </w:r>
    </w:p>
    <w:p>
      <w:r>
        <w:rPr>
          <w:b/>
        </w:rPr>
        <w:t xml:space="preserve">[49:35] </w:t>
      </w:r>
      <w:r>
        <w:t>aik to dekhen, modesty logon mein bilkul nahin hoti. Modesty ke baghair to dua karna bilkul aik bilkul aik it is ridiculous thing.</w:t>
      </w:r>
    </w:p>
    <w:p>
      <w:pPr>
        <w:jc w:val="right"/>
      </w:pPr>
      <w:r>
        <w:t>ایک تو دیکھیں، ماڈیسٹی لوگوں میں بالکل نہیں ہوتی۔ ماڈیسٹی کے بغیر تو دعا کرنا بالکل ایک بالکل ایک اٹ از ریڈیکولس تھنگ۔</w:t>
      </w:r>
    </w:p>
    <w:p>
      <w:r>
        <w:rPr>
          <w:b/>
        </w:rPr>
        <w:t xml:space="preserve">[49:55] </w:t>
      </w:r>
      <w:r>
        <w:t>main ne aik qissa parha, yeh Hasan Nizami jo thay, is ke jo dargah yahan par hai, to un ke bete thay jo Hazrat Ziauddin Owlia jo thay, un ke bete thay Hasan Nizami.</w:t>
      </w:r>
    </w:p>
    <w:p>
      <w:pPr>
        <w:jc w:val="right"/>
      </w:pPr>
      <w:r>
        <w:t>میں نے ایک قصہ پڑھا، یہ حسن نظامی جو تھے، اس کے جو درگاہ یہاں پر ہے، تو ان کے بیٹے تھے جو حضرت ضیاء الدین اولیاء جو تھے، ان کے بیٹے تھے حسن نظامی۔</w:t>
      </w:r>
    </w:p>
    <w:p>
      <w:r>
        <w:rPr>
          <w:b/>
        </w:rPr>
        <w:t xml:space="preserve">[50:14] </w:t>
      </w:r>
      <w:r>
        <w:t>woh baray achhe writer thay aur khud bhi woh sufi peer thay. Woh to British period mein jo Nawab Hyderabad aik bar Delhi aaye,</w:t>
      </w:r>
    </w:p>
    <w:p>
      <w:pPr>
        <w:jc w:val="right"/>
      </w:pPr>
      <w:r>
        <w:t>وہ بڑے اچھے رائٹر تھے اور خود بھی وہ صوفی پیر تھے۔ وہ تو برٹش پیریڈ میں جو نواب حیدرآباد ایک بار دلی آئے،</w:t>
      </w:r>
    </w:p>
    <w:p>
      <w:r>
        <w:rPr>
          <w:b/>
        </w:rPr>
        <w:t xml:space="preserve">[50:25] </w:t>
      </w:r>
      <w:r>
        <w:t>aap jante hon ke in logon ka is zamane mein Raja aur Nawab logon ka salon hua karta tha. Salon train mein jora jata tha, un ko aik alag dibba hota tha, us mein chalte thay.</w:t>
      </w:r>
    </w:p>
    <w:p>
      <w:pPr>
        <w:jc w:val="right"/>
      </w:pPr>
      <w:r>
        <w:t>آپ جانتے ہوں کہ ان لوگوں کا اس زمانے میں راجہ اور نواب لوگوں کا سیلون ہوا کرتا تھا۔ سیلون ٹرین میں جوڑا جاتا تھا، ان کو ایک الگ ڈبہ ہوتا تھا، اس میں چلتے تھے۔</w:t>
      </w:r>
    </w:p>
    <w:p>
      <w:r>
        <w:rPr>
          <w:b/>
        </w:rPr>
        <w:t xml:space="preserve">[50:34] </w:t>
      </w:r>
      <w:r>
        <w:t>woh to un ki to poori gaari aayi thi jo Nizam Hyderabad ka apna railway tha, wahan railway system ka tha, apna khud ka.</w:t>
      </w:r>
    </w:p>
    <w:p>
      <w:pPr>
        <w:jc w:val="right"/>
      </w:pPr>
      <w:r>
        <w:t>وہ تو ان کی تو پوری گاڑی آئی تھی جو نظام حیدرآباد کا اپنا ریلوے تھا، وہاں ریلوے سسٹم کا تھا، اپنا خود کا۔</w:t>
      </w:r>
    </w:p>
    <w:p>
      <w:r>
        <w:rPr>
          <w:b/>
        </w:rPr>
        <w:t xml:space="preserve">[50:44] </w:t>
      </w:r>
      <w:r>
        <w:t>to aik poora mulk tha. To khair, woh gaari aayi, thehri Nizamuddin, yeh yeh New Delhi railway station par British period mein.</w:t>
      </w:r>
    </w:p>
    <w:p>
      <w:pPr>
        <w:jc w:val="right"/>
      </w:pPr>
      <w:r>
        <w:t>تو ایک پورا ملک تھا۔ تو خیر، وہ گاڑی آئی، ٹھہری نیام الدین، یہ یہ نئی دلی ریلوے اسٹیشن پر برٹش پیریڈ میں۔</w:t>
      </w:r>
    </w:p>
    <w:p>
      <w:r>
        <w:rPr>
          <w:b/>
        </w:rPr>
        <w:t xml:space="preserve">[50:56] </w:t>
      </w:r>
      <w:r>
        <w:t>to Hasan Nizami jo thay, woh un se milne ke liye station pohnch gaye thay. To ja kar ke dibbay ke paas khare hogaye.</w:t>
      </w:r>
    </w:p>
    <w:p>
      <w:pPr>
        <w:jc w:val="right"/>
      </w:pPr>
      <w:r>
        <w:t>تو حسن نظامی جو تھے، وہ ان سے ملنے کے لیے اسٹیشن پہنچ گئے تھے۔ تو جا کر کے ڈبے کے پاس کھڑے ہوگئے۔</w:t>
      </w:r>
    </w:p>
    <w:p>
      <w:r>
        <w:rPr>
          <w:b/>
        </w:rPr>
        <w:t xml:space="preserve">[51:08] </w:t>
      </w:r>
      <w:r>
        <w:t>ab police walay aaye to un ko daant tapar ke peechay bhaga diya. Woh usay pehchanen, kon aadmi hai, aik dam peechay khara kar diya. Ab bohat se log line mein khare hue thay milne ke liye Nawab sahib ke.</w:t>
      </w:r>
    </w:p>
    <w:p>
      <w:pPr>
        <w:jc w:val="right"/>
      </w:pPr>
      <w:r>
        <w:t>اب پولیس والے آئے تو ان کو ڈانٹ ٹپڑ کے پیچھے بھگا دیا۔ وہ اسے پہچانیں، کون آدمی ہے، ایک دم پیچھے کھڑا کر دیا۔ اب بہت سے لوگ لائن میں کھڑے ہوئے تھے ملنے کے لیے نواب صاحب کے۔</w:t>
      </w:r>
    </w:p>
    <w:p>
      <w:r>
        <w:rPr>
          <w:b/>
        </w:rPr>
        <w:t xml:space="preserve">[51:22] </w:t>
      </w:r>
      <w:r>
        <w:t>to pehle to to aage khare hue thay,</w:t>
      </w:r>
    </w:p>
    <w:p>
      <w:pPr>
        <w:jc w:val="right"/>
      </w:pPr>
      <w:r>
        <w:t>تو پہلے تو تو آگے کھڑے ہوئے تھے،</w:t>
      </w:r>
    </w:p>
    <w:p>
      <w:r>
        <w:rPr>
          <w:b/>
        </w:rPr>
        <w:t xml:space="preserve">[51:25] </w:t>
      </w:r>
      <w:r>
        <w:t>ab woh unhon ne koi larai bhadai nahin ki, koi daant tapar nahin ki, koi kali gol kuch nahin kiya, chup chap ja ke peechay khare hogaye. Bahut hi modest aadmi thay woh, kuch bhi police se jhagda nahin kiya,</w:t>
      </w:r>
    </w:p>
    <w:p>
      <w:pPr>
        <w:jc w:val="right"/>
      </w:pPr>
      <w:r>
        <w:t>اب وہ انہوں نے کوئی لڑائی بھڑائی نہیں کی، کوئی ڈانٹ ٹپٹ نہیں کی، کوئی کالی گول کچھ نہیں کیا، چپ چاپ جا کے پیچھے کھڑے ہوگئے۔ بہت ہی ماڈسٹ آدمی تھے وہ، کچھ بھی پولیس سے جھگڑا نہیں کیا،</w:t>
      </w:r>
    </w:p>
    <w:p>
      <w:r>
        <w:rPr>
          <w:b/>
        </w:rPr>
        <w:t xml:space="preserve">[51:41] </w:t>
      </w:r>
      <w:r>
        <w:t>peechay khare hogaye.</w:t>
      </w:r>
    </w:p>
    <w:p>
      <w:pPr>
        <w:jc w:val="right"/>
      </w:pPr>
      <w:r>
        <w:t>پیچھے کھڑے ہوگئے۔</w:t>
      </w:r>
    </w:p>
    <w:p>
      <w:r>
        <w:rPr>
          <w:b/>
        </w:rPr>
        <w:t xml:space="preserve">[51:43] </w:t>
      </w:r>
      <w:r>
        <w:t>achha, Nawab Nawab Hyderabad jo thay, woh un ko pehchante thay by face. To jab woh apni salon se bahar aaye to nazar dorai to dekha ke Hasan Nizami peechay khare hain.</w:t>
      </w:r>
    </w:p>
    <w:p>
      <w:pPr>
        <w:jc w:val="right"/>
      </w:pPr>
      <w:r>
        <w:t>اچھا، نواب نواب حیدرآباد جو تھے، وہ ان کو پہچانتے تھے بائی فیس۔ تو جب وہ اپنی سیلون سے باہر آئے تو نظر دوڑائی تو دیکھا کہ حسن نظامی پیچھے کھڑے ہیں۔</w:t>
      </w:r>
    </w:p>
    <w:p>
      <w:r>
        <w:rPr>
          <w:b/>
        </w:rPr>
        <w:t xml:space="preserve">[52:03] </w:t>
      </w:r>
      <w:r>
        <w:t>jante hain kya hua?</w:t>
      </w:r>
    </w:p>
    <w:p>
      <w:pPr>
        <w:jc w:val="right"/>
      </w:pPr>
      <w:r>
        <w:t>جانتے ہیں کیا ہوا؟</w:t>
      </w:r>
    </w:p>
    <w:p>
      <w:r>
        <w:rPr>
          <w:b/>
        </w:rPr>
        <w:t xml:space="preserve">[52:08] </w:t>
      </w:r>
      <w:r>
        <w:t>khud chal kar ke un ke paas pohanchay, woh Hasan Nizami ke paas.</w:t>
      </w:r>
    </w:p>
    <w:p>
      <w:pPr>
        <w:jc w:val="right"/>
      </w:pPr>
      <w:r>
        <w:t>خود چل کر کے ان کے پاس پہنچے، وہ حسن نظامی کے پاس۔</w:t>
      </w:r>
    </w:p>
    <w:p>
      <w:r>
        <w:rPr>
          <w:b/>
        </w:rPr>
        <w:t xml:space="preserve">[52:13] </w:t>
      </w:r>
      <w:r>
        <w:t>Nawab Hyderabad jo thay, khud chal kar un ke paas pohanchay, un ko apne sath laye. Yeh hai modesty. Aaj kal kya hai, log larnay jhagnay lagte hain, zara si baat ho, larnay lagenge.</w:t>
      </w:r>
    </w:p>
    <w:p>
      <w:pPr>
        <w:jc w:val="right"/>
      </w:pPr>
      <w:r>
        <w:t>نواب حیدرآباد جو تھے، خود چل کر ان کے پاس پہنچے، ان کو اپنے ساتھ لائے۔ یہ ہے ماڈیسٹی۔ آج کل کیا ہے، لوگ لڑنے جھگڑنے لگتے ہیں، ذرا سی بات ہو، لڑنے لگیں گے۔</w:t>
      </w:r>
    </w:p>
    <w:p>
      <w:r>
        <w:rPr>
          <w:b/>
        </w:rPr>
        <w:t xml:space="preserve">[52:28] </w:t>
      </w:r>
      <w:r>
        <w:t>modesty khud mein bahut bari valuable cheez hai, lekin log is ki qeemat nahin jante.</w:t>
      </w:r>
    </w:p>
    <w:p>
      <w:pPr>
        <w:jc w:val="right"/>
      </w:pPr>
      <w:r>
        <w:t>ماڈیسٹی خود میں بہت بڑی ویلیو ایبل چیز ہے، لیکن لوگ اس کی قیمت نہیں جانتے۔</w:t>
      </w:r>
    </w:p>
    <w:p>
      <w:r>
        <w:rPr>
          <w:b/>
        </w:rPr>
        <w:t xml:space="preserve">[52:43] </w:t>
      </w:r>
      <w:r>
        <w:t>aik qissa main ne bataya tha, us ko bhi main dohrata hoon kyunke is sequence mein is ki importance bahut zyada hai ke Sanjay Gandhi ke zamane ka waqia yeh hai.</w:t>
      </w:r>
    </w:p>
    <w:p>
      <w:pPr>
        <w:jc w:val="right"/>
      </w:pPr>
      <w:r>
        <w:t>ایک قصہ میں نے بتایا تھا، اس کو بھی میں دہراتا ہوں کیونکہ اس سیکوئنس میں اس کی امپورٹنس بہت زیادہ ہے کہ سنجے گاندھی کے زمانے کا واقعہ یہ ہے۔</w:t>
      </w:r>
    </w:p>
    <w:p>
      <w:r>
        <w:rPr>
          <w:b/>
        </w:rPr>
        <w:t xml:space="preserve">[52:55] </w:t>
      </w:r>
      <w:r>
        <w:t>hamare Adam Garh ke area ke aik sahib thay jo dehati gaon ke aadmi thay, haan musalman. To woh Sanjay ki party mein shamil ho gaye.</w:t>
      </w:r>
    </w:p>
    <w:p>
      <w:pPr>
        <w:jc w:val="right"/>
      </w:pPr>
      <w:r>
        <w:t>ہمارے آدم گڑھ کے ایریا کے ایک صاحب تھے جو دیہاتی گاؤں کے آدمی تھے، ہاں مسلمان۔ تو وہ سنجے کی پارٹی میں شامل ہو گئے۔</w:t>
      </w:r>
    </w:p>
    <w:p>
      <w:r>
        <w:rPr>
          <w:b/>
        </w:rPr>
        <w:t xml:space="preserve">[53:08] </w:t>
      </w:r>
      <w:r>
        <w:t>to is zamane mein Sanjay Gandhi ko musalmanon ki zaroorat thi.</w:t>
      </w:r>
    </w:p>
    <w:p>
      <w:pPr>
        <w:jc w:val="right"/>
      </w:pPr>
      <w:r>
        <w:t>تو اس زمانے میں سنجے گاندھی کو مسلمانوں کی ضرورت تھی۔</w:t>
      </w:r>
    </w:p>
    <w:p>
      <w:r>
        <w:rPr>
          <w:b/>
        </w:rPr>
        <w:t xml:space="preserve">[53:11] </w:t>
      </w:r>
      <w:r>
        <w:t>to hote hote hote Sanjay Gandhi ne un ko Rai Sahib ka member bana diya. Gaon ka aik aadmi jo hai, New Delhi mein Rai Sahib ka member ban gaya, yahan par us ko jane ke liye ghar mil gaya aur car mil gayi, telephone, car, sab cheez.</w:t>
      </w:r>
    </w:p>
    <w:p>
      <w:pPr>
        <w:jc w:val="right"/>
      </w:pPr>
      <w:r>
        <w:t>تو ہوتے ہوتے ہوتے سنجے گاندھی نے ان کو رائے صاحب کا ممبر بنا دیا۔ گاؤں کا ایک آدمی جو ہے، نئی دلی میں رائے صاحب کا ممبر بن گیا، یہاں پر اس کو جانے کے لیے گھر مل گیا اور کار مل گئی، ٹیلی فون، کار، سب چیز۔</w:t>
      </w:r>
    </w:p>
    <w:p>
      <w:r>
        <w:rPr>
          <w:b/>
        </w:rPr>
        <w:t xml:space="preserve">[53:30] </w:t>
      </w:r>
      <w:r>
        <w:t>to hamare saathi thay Abul Furqan sahib, isi area ke thay, ab un ki death ho chuki hai. Woh aaye to un se milne ke liye gaye, woh jaan pehchan thi.</w:t>
      </w:r>
    </w:p>
    <w:p>
      <w:pPr>
        <w:jc w:val="right"/>
      </w:pPr>
      <w:r>
        <w:t>تو ہمارے ساتھی تھے ابوالفرقان صاحب، اسی ایریا کے تھے، اب ان کی ڈیتھ ہو چکی ہے۔ وہ آئے تو ان سے ملنے کے لیے گئے، وہ جان پہچان تھی۔</w:t>
      </w:r>
    </w:p>
    <w:p>
      <w:r>
        <w:rPr>
          <w:b/>
        </w:rPr>
        <w:t xml:space="preserve">[53:42] </w:t>
      </w:r>
      <w:r>
        <w:t>jab wapas aaye woh to unhon ne kaha sahib, aaj ka waqia batata hoon aap ko. Jab wahan gaye woh, yani jab member parliament ke liye jo residence hotay hain, us mein koi jagah mili thi rehne ke liye, to us mein woh gaye.</w:t>
      </w:r>
    </w:p>
    <w:p>
      <w:pPr>
        <w:jc w:val="right"/>
      </w:pPr>
      <w:r>
        <w:t>جب واپس آئے وہ تو انہوں نے کہا صاحب، آج کا واقعہ بتاتا ہوں آپ کو۔ جب وہاں گئے وہ، یعنی جب ممبر پارلیمنٹ کے لیے جو ریزیڈنس ہوتے ہیں، اس میں کوئی جگہ ملی تھی رہنے کے لیے، تو اس میں وہ گئے۔</w:t>
      </w:r>
    </w:p>
    <w:p>
      <w:r>
        <w:rPr>
          <w:b/>
        </w:rPr>
        <w:t xml:space="preserve">[54:00] </w:t>
      </w:r>
      <w:r>
        <w:t>ab wahan car hai, telephone hai, sab cheezain hain, furniture hai.</w:t>
      </w:r>
    </w:p>
    <w:p>
      <w:pPr>
        <w:jc w:val="right"/>
      </w:pPr>
      <w:r>
        <w:t>اب وہاں کار ہے، ٹیلی فون ہے، سب چیزیں ہیں، فرنیچر ہے۔</w:t>
      </w:r>
    </w:p>
    <w:p>
      <w:r>
        <w:rPr>
          <w:b/>
        </w:rPr>
        <w:t xml:space="preserve">[54:05] </w:t>
      </w:r>
      <w:r>
        <w:t>to woh aadmi jo tha, bata rahe the ke shuru se aakhir tak bas yahi kehta raha ke yeh sab sanjay babu ki dein hai, yeh sab sanjay babu ki dein hai.</w:t>
      </w:r>
    </w:p>
    <w:p>
      <w:pPr>
        <w:jc w:val="right"/>
      </w:pPr>
      <w:r>
        <w:t>تو وہ آدمی جو تھا، بتا رہے تھے کہ شروع سے آخر تک بس یہی کہتا رہا کہ یہ سب سنجے بابو کی دین ہے، یہ سب سنجے بابو کی دین ہے۔</w:t>
      </w:r>
    </w:p>
    <w:p>
      <w:r>
        <w:rPr>
          <w:b/>
        </w:rPr>
        <w:t xml:space="preserve">[54:22] </w:t>
      </w:r>
      <w:r>
        <w:t>yeh gehra jazba maine kisi ke andar nahi paya ke yeh sab khawand barkat bartar ki dein hai, woh keh sake.</w:t>
      </w:r>
    </w:p>
    <w:p>
      <w:pPr>
        <w:jc w:val="right"/>
      </w:pPr>
      <w:r>
        <w:t>یہ گہرا جذبہ میں نے کسی کے اندر نہیں پایا کہ یہ سب خداوند برکت برتر کی دین ہے، وہ کہہ سکے۔</w:t>
      </w:r>
    </w:p>
    <w:p>
      <w:r>
        <w:rPr>
          <w:b/>
        </w:rPr>
        <w:t xml:space="preserve">[54:32] </w:t>
      </w:r>
      <w:r>
        <w:t>yeh galaxy, yeh solar system, yeh hawaein, yeh zameen, yeh ghalla, yeh phal, yeh mewa, yeh daryaein jo beh rahi hain, koi yeh keh sakta keh nahi saka.</w:t>
      </w:r>
    </w:p>
    <w:p>
      <w:pPr>
        <w:jc w:val="right"/>
      </w:pPr>
      <w:r>
        <w:t>یہ گلیکسی، یہ سولر سسٹم، یہ ہوائیں، یہ زمین، یہ غلہ، یہ پھل، یہ میوہ، یہ دریائیں جو بہہ رہی ہیں، کوئی یہ کہہ سکتا کہہ نہیں سکا۔</w:t>
      </w:r>
    </w:p>
    <w:p>
      <w:r>
        <w:rPr>
          <w:b/>
        </w:rPr>
        <w:t xml:space="preserve">[54:46] </w:t>
      </w:r>
      <w:r>
        <w:t>main maine nahi suna, mere kaano ne yeh sab khawand bartar ki dein hai.</w:t>
      </w:r>
    </w:p>
    <w:p>
      <w:pPr>
        <w:jc w:val="right"/>
      </w:pPr>
      <w:r>
        <w:t>میں میں نے نہیں سنا، میرے کانوں نے یہ سب خداوند برتر کی دین ہے۔</w:t>
      </w:r>
    </w:p>
    <w:p>
      <w:r>
        <w:rPr>
          <w:b/>
        </w:rPr>
        <w:t xml:space="preserve">[54:59] </w:t>
      </w:r>
      <w:r>
        <w:t>agar koi keh sakta to us ko khuda gaon se nikal kar ke la kar ke dil, yaani capital city mein, us ko abad karta, lekin koi keh nahi saka.</w:t>
      </w:r>
    </w:p>
    <w:p>
      <w:pPr>
        <w:jc w:val="right"/>
      </w:pPr>
      <w:r>
        <w:t>اگر کوئی کہہ سکتا تو اس کو خدا گاؤں سے نکال کر کے لا کر کے دل، یعنی کیپیٹل سٹی میں، اس کو آباد کرتا، لیکن کوئی کہہ نہیں سکا۔</w:t>
      </w:r>
    </w:p>
    <w:p>
      <w:r>
        <w:rPr>
          <w:b/>
        </w:rPr>
        <w:t xml:space="preserve">[55:11] </w:t>
      </w:r>
      <w:r>
        <w:t>isi ki zindagi mein yeh yeh bagh nahi hoga, yeh bagh nahi hoga ke khuda ko yaad kare, woh khuda ki rehmaton ko yaad kare, khuda ki blessing ko yaad kare.</w:t>
      </w:r>
    </w:p>
    <w:p>
      <w:pPr>
        <w:jc w:val="right"/>
      </w:pPr>
      <w:r>
        <w:t>اسی کی زندگی میں یہ یہ باغ نہیں ہوگا، یہ باغ نہیں ہوگا کہ خدا کو یاد کرے، وہ خدا کی رحمتوں کو یاد کرے، خدا کی بلیسنگ کو یاد کرے۔</w:t>
      </w:r>
    </w:p>
    <w:p>
      <w:r>
        <w:rPr>
          <w:b/>
        </w:rPr>
        <w:t xml:space="preserve">[55:24] </w:t>
      </w:r>
      <w:r>
        <w:t>yeh poori universe jo hai, woh is ke liye is is soch mein dhal jaye ke yeh sab khawand bartar ki dein hai.</w:t>
      </w:r>
    </w:p>
    <w:p>
      <w:pPr>
        <w:jc w:val="right"/>
      </w:pPr>
      <w:r>
        <w:t>یہ پوری یونیورس جو ہے، وہ اس کے لیے اس اس سوچ میں ڈھل جائے کہ یہ سب خداوند برتر کی دین ہے۔</w:t>
      </w:r>
    </w:p>
    <w:p>
      <w:r>
        <w:rPr>
          <w:b/>
        </w:rPr>
        <w:t xml:space="preserve">[55:34] </w:t>
      </w:r>
      <w:r>
        <w:t>mujhe kam az kam aisa insaan nahi maloom, na sagar mein, na akabir mein, na aalim mein, na ghair aalim mein, na namaziyon mein, na be namaziyon mein.</w:t>
      </w:r>
    </w:p>
    <w:p>
      <w:pPr>
        <w:jc w:val="right"/>
      </w:pPr>
      <w:r>
        <w:t>مجھے کم از کم ایسا انسان نہیں معلوم، نہ ساگر میں، نہ اکابر میں، نہ عالم میں، نہ غیر عالم میں، نہ نمازیوں میں، نہ بے نمازیوں میں۔</w:t>
      </w:r>
    </w:p>
    <w:p>
      <w:r>
        <w:rPr>
          <w:b/>
        </w:rPr>
        <w:t xml:space="preserve">[55:49] </w:t>
      </w:r>
      <w:r>
        <w:t>kahin bhi maine khuda ki barhai ka charcha suna hi nahi, na madrase mein suna, na masjid mein suna, na ijtamaat mein suna, na jalson mein, na idaron mein. Apne barhon ka charcha hota hai, apne buzurgon ka, apne jo banawati buzurg hain, jo hamare khud bana likhe hain, bana liya hum ne, akabir jin ko kehte hain, hum un ke charchay hotay hain.</w:t>
      </w:r>
    </w:p>
    <w:p>
      <w:pPr>
        <w:jc w:val="right"/>
      </w:pPr>
      <w:r>
        <w:t>کہیں بھی میں نے خدا کی بڑائی کا چرچہ سنا ہی نہیں، نہ مدرسے میں سنا، نہ مسجد میں سنا، نہ اجتماعات میں سنا، نہ جلسوں میں، نہ اداروں میں۔ اپنے بڑوں کا چرچہ ہوتا ہے، اپنے بزرگوں کا، اپنے جو بناوٹی بزرگ ہیں، جو ہمارے خود بنا لکھے ہیں، بنا لیا ہم نے، اکابر جن کو کہتے ہیں، ہم ان کے چرچے ہوتے ہیں۔</w:t>
      </w:r>
    </w:p>
    <w:p>
      <w:r>
        <w:rPr>
          <w:b/>
        </w:rPr>
        <w:t xml:space="preserve">[56:14] </w:t>
      </w:r>
      <w:r>
        <w:t>itni bari dunya khuda ne bana ke aap ko di hai.</w:t>
      </w:r>
    </w:p>
    <w:p>
      <w:pPr>
        <w:jc w:val="right"/>
      </w:pPr>
      <w:r>
        <w:t>اتنی بڑی دنیا خدا نے بنا کے آپ کو دی ہے۔</w:t>
      </w:r>
    </w:p>
    <w:p>
      <w:r>
        <w:rPr>
          <w:b/>
        </w:rPr>
        <w:t xml:space="preserve">[56:18] </w:t>
      </w:r>
      <w:r>
        <w:t>yeh anokha yeh planet hai, is par life support system hai. Aap bataiye ke main bol raha hoon to main khuda mujhe supply kar raha hai, oxygen khuda mujhe supply karta hai, roshni khuda mujhe tofeeq de raha hai ke main boloon,</w:t>
      </w:r>
    </w:p>
    <w:p>
      <w:pPr>
        <w:jc w:val="right"/>
      </w:pPr>
      <w:r>
        <w:t>یہ انوکھا یہ پلینٹ ہے، اس پر لائف سپورٹ سسٹم ہے۔ آپ بتائیے کہ میں بول رہا ہوں تو میں خدا مجھے سپلائی کر رہا ہے، اکسیجن خدا مجھے سپلائی کرتا ہے، روشنی خدا مجھے توفیق دے رہا ہے کہ میں بولوں،</w:t>
      </w:r>
    </w:p>
    <w:p>
      <w:r>
        <w:rPr>
          <w:b/>
        </w:rPr>
        <w:t xml:space="preserve">[56:36] </w:t>
      </w:r>
      <w:r>
        <w:t>khuda meri bol ko aap tak pouncha raha hai. Yaani billion billion cheezein involve hain is mein.</w:t>
      </w:r>
    </w:p>
    <w:p>
      <w:pPr>
        <w:jc w:val="right"/>
      </w:pPr>
      <w:r>
        <w:t>خدا میری بول کو آپ تک پہنچا رہا ہے۔ یعنی بلین بلین چیزیں انوالو ہیں اس میں۔</w:t>
      </w:r>
    </w:p>
    <w:p>
      <w:r>
        <w:rPr>
          <w:b/>
        </w:rPr>
        <w:t xml:space="preserve">[56:47] </w:t>
      </w:r>
      <w:r>
        <w:t>yeh kitna bara aap ke andar ubhalna chahe samandar ke yeh khawand bartar ki dein hai.</w:t>
      </w:r>
    </w:p>
    <w:p>
      <w:pPr>
        <w:jc w:val="right"/>
      </w:pPr>
      <w:r>
        <w:t>یہ کتنا بڑا آپ کے اندر ابلنا چاہے سمندر کہ یہ خداوند برتر کی دین ہے۔</w:t>
      </w:r>
    </w:p>
    <w:p>
      <w:r>
        <w:rPr>
          <w:b/>
        </w:rPr>
        <w:t xml:space="preserve">[56:56] </w:t>
      </w:r>
      <w:r>
        <w:t>lekin koi nahi, koi ek insaan mere ilm mein nahi, na maine parha, na suna, na jana, na kisi ne bataya mujhe aisa koi insaan rehta hai zameen ke upar.</w:t>
      </w:r>
    </w:p>
    <w:p>
      <w:pPr>
        <w:jc w:val="right"/>
      </w:pPr>
      <w:r>
        <w:t>لیکن کوئی نہیں، کوئی ایک انسان میرے علم میں نہیں، نہ میں نے پڑھا، نہ سنا، نہ جانا، نہ کسی نے بتایا مجھے ایسا کوئی انسان رہتا ہے زمین کے اوپر۔</w:t>
      </w:r>
    </w:p>
    <w:p>
      <w:r>
        <w:rPr>
          <w:b/>
        </w:rPr>
        <w:t xml:space="preserve">[57:13] </w:t>
      </w:r>
      <w:r>
        <w:t>kaisi anokhi baat hai ke sanjay babu ki dein sab ko dikhai parhe aur khawand zuljalal ki dein kisi ko na dikhai parhe.</w:t>
      </w:r>
    </w:p>
    <w:p>
      <w:pPr>
        <w:jc w:val="right"/>
      </w:pPr>
      <w:r>
        <w:t>کیسی انوکھی بات ہے کہ سنجے بابو کی دین سب کو دکھائی پڑے اور خداوند ذوالجلال کی دین کسی کو نہ دکھائی پڑے۔</w:t>
      </w:r>
    </w:p>
    <w:p>
      <w:r>
        <w:rPr>
          <w:b/>
        </w:rPr>
        <w:t xml:space="preserve">[57:26] </w:t>
      </w:r>
      <w:r>
        <w:t>kaisi anokhi baat hai</w:t>
      </w:r>
    </w:p>
    <w:p>
      <w:pPr>
        <w:jc w:val="right"/>
      </w:pPr>
      <w:r>
        <w:t>کیسی انوکھی بات ہے</w:t>
      </w:r>
    </w:p>
    <w:p>
      <w:r>
        <w:rPr>
          <w:b/>
        </w:rPr>
        <w:t xml:space="preserve">[57:31] </w:t>
      </w:r>
      <w:r>
        <w:t>sanjay babu ki choti si dein logon ko dikhai parhe aur khuda ki universal dein jo hai, kainati dein jo hai, woh kisi ko dikhai na parhe.</w:t>
      </w:r>
    </w:p>
    <w:p>
      <w:pPr>
        <w:jc w:val="right"/>
      </w:pPr>
      <w:r>
        <w:t>سنجے بابو کی چھوٹی سی دین لوگوں کو دکھائی پڑے اور خدا کی یونیورسل دین جو ہے، کائناتی دین جو ہے، وہ کسی کو دکھائی نہ پڑے۔</w:t>
      </w:r>
    </w:p>
    <w:p>
      <w:r>
        <w:rPr>
          <w:b/>
        </w:rPr>
        <w:t xml:space="preserve">[57:50] </w:t>
      </w:r>
      <w:r>
        <w:t>isi liye living dua kisi ki zuban se nahi nikalti. Hadees mein aata hai ke tum duaen karoge, wala istijab lakum, duaen qabool nahi hongi.</w:t>
      </w:r>
    </w:p>
    <w:p>
      <w:pPr>
        <w:jc w:val="right"/>
      </w:pPr>
      <w:r>
        <w:t>اسی لیے لیونگ دعا کسی کی زبان سے نہیں نکلتی۔ حدیث میں آتا ہے کہ تم دعائیں کرو گے، ولا استجاب لکم، دعائیں قبول نہیں ہوں گی۔</w:t>
      </w:r>
    </w:p>
    <w:p>
      <w:r>
        <w:rPr>
          <w:b/>
        </w:rPr>
        <w:t xml:space="preserve">[58:04] </w:t>
      </w:r>
      <w:r>
        <w:t>wohi zamana hai, yeh duaon ki dhoom hai. Aaj kal to loud speaker par duaen hoti hain, yahan se le ke America tak duaon ki dhoom hai.</w:t>
      </w:r>
    </w:p>
    <w:p>
      <w:pPr>
        <w:jc w:val="right"/>
      </w:pPr>
      <w:r>
        <w:t>وہی زمانہ ہے، یہ دعاؤں کی دھوم ہے۔ آج کل تو لاؤڈ سپیکر پر دعائیں ہوتی ہیں، یہاں سے لے کے امریکہ تک دعاؤں کی دھوم ہے۔</w:t>
      </w:r>
    </w:p>
    <w:p>
      <w:r>
        <w:rPr>
          <w:b/>
        </w:rPr>
        <w:t xml:space="preserve">[58:20] </w:t>
      </w:r>
      <w:r>
        <w:t>to main yeh kehna chahta hoon ke bari dua karna seekhiye, bari dua karna seekhiye.</w:t>
      </w:r>
    </w:p>
    <w:p>
      <w:pPr>
        <w:jc w:val="right"/>
      </w:pPr>
      <w:r>
        <w:t>تو میں یہ کہنا چاہتا ہوں کہ بڑی دعا کرنا سیکھیے، بڑی دعا کرنا سیکھیے۔</w:t>
      </w:r>
    </w:p>
    <w:p>
      <w:r>
        <w:rPr>
          <w:b/>
        </w:rPr>
        <w:t xml:space="preserve">[58:32] </w:t>
      </w:r>
      <w:r>
        <w:t>main ek bar tha, ek pahari ilaqe mein gaya, wahan pathreela ilaqqa tha, is mein se chashma nikal raha tha, pathar ka chashma nikal raha hai.</w:t>
      </w:r>
    </w:p>
    <w:p>
      <w:pPr>
        <w:jc w:val="right"/>
      </w:pPr>
      <w:r>
        <w:t>میں ایک بار تھا، ایک پہاڑی علاقے میں گیا، وہاں پتھریلا علاقہ تھا، اس میں سے چشمہ نکل رہا تھا، پتھر کا چشمہ نکل رہا ہے۔</w:t>
      </w:r>
    </w:p>
    <w:p>
      <w:r>
        <w:rPr>
          <w:b/>
        </w:rPr>
        <w:t xml:space="preserve">[58:42] </w:t>
      </w:r>
      <w:r>
        <w:t>is ko dekhte hi main meri aankhon se bhi chashma jari ho gaya ke khuda, main bhi ek pathar hoon, to chahe to mere pathar mein isi tarah chashma jari ho jaye.</w:t>
      </w:r>
    </w:p>
    <w:p>
      <w:pPr>
        <w:jc w:val="right"/>
      </w:pPr>
      <w:r>
        <w:t>اس کو دیکھتے ہی میں میری آنکھوں سے بھی چشمہ جاری ہو گیا کہ خدا، میں بھی ایک پتھر ہوں، تو چاہے تو میرے پتھر میں اسی طرح چشمہ جاری ہو جائے۔</w:t>
      </w:r>
    </w:p>
    <w:p>
      <w:r>
        <w:rPr>
          <w:b/>
        </w:rPr>
        <w:t xml:space="preserve">[58:52] </w:t>
      </w:r>
      <w:r>
        <w:t>to mere pathreeli wajood mein, mere pathreeli wajood mein to chahe chashma jari ho jaye.</w:t>
      </w:r>
    </w:p>
    <w:p>
      <w:pPr>
        <w:jc w:val="right"/>
      </w:pPr>
      <w:r>
        <w:t>تو میرے پتھریلی وجود میں، میرے پتھریلے وجود میں تو چاہے چشمہ جاری ہو جائے۔</w:t>
      </w:r>
    </w:p>
    <w:p>
      <w:r>
        <w:rPr>
          <w:b/>
        </w:rPr>
        <w:t xml:space="preserve">[59:03] </w:t>
      </w:r>
      <w:r>
        <w:t>har waqt, har lamha aap ke liye</w:t>
      </w:r>
    </w:p>
    <w:p>
      <w:pPr>
        <w:jc w:val="right"/>
      </w:pPr>
      <w:r>
        <w:t>ہر وقت، ہر لمحہ آپ کے لیے</w:t>
      </w:r>
    </w:p>
    <w:p>
      <w:r>
        <w:rPr>
          <w:b/>
        </w:rPr>
        <w:t xml:space="preserve">[59:13] </w:t>
      </w:r>
      <w:r>
        <w:t>point of reference maujood hai, har lamha.</w:t>
      </w:r>
    </w:p>
    <w:p>
      <w:pPr>
        <w:jc w:val="right"/>
      </w:pPr>
      <w:r>
        <w:t>پوائنٹ آف ریفرنس موجود ہے، ہر لمحہ۔</w:t>
      </w:r>
    </w:p>
    <w:p>
      <w:r>
        <w:rPr>
          <w:b/>
        </w:rPr>
        <w:t xml:space="preserve">[59:23] </w:t>
      </w:r>
      <w:r>
        <w:t>to mein aap ko yahi kehna chahta hoon ke khuda se contact ka sab se bara zariya hai khuda ki yaad karna.</w:t>
      </w:r>
    </w:p>
    <w:p>
      <w:pPr>
        <w:jc w:val="right"/>
      </w:pPr>
      <w:r>
        <w:t>تو میں آپ کو یہی کہنا چاہتا ہوں کہ خدا سے کنٹیکٹ کا سب سے بڑا ذریعہ ہے خدا کی یاد کرنا۔</w:t>
      </w:r>
    </w:p>
    <w:p>
      <w:r>
        <w:rPr>
          <w:b/>
        </w:rPr>
        <w:t xml:space="preserve">[59:32] </w:t>
      </w:r>
      <w:r>
        <w:t>jab khuda ko yaad karenge to khuda ke ke liye aap gehri duaen niklen gi, gehri duaen niklen gi, tabhi aap Allah taala ke qareebi qarar paayenge.</w:t>
      </w:r>
    </w:p>
    <w:p>
      <w:pPr>
        <w:jc w:val="right"/>
      </w:pPr>
      <w:r>
        <w:t>جب خدا کو یاد کریں گے تو خدا کے کے لیے آپ گہری دعائیں نکلیں گی، گہری دعائیں نکلیں گی، تبھی آپ اللہ تعالی کے قریبی قرار پائیں گے۔</w:t>
      </w:r>
    </w:p>
    <w:p>
      <w:r>
        <w:rPr>
          <w:b/>
        </w:rPr>
        <w:t xml:space="preserve">[59:45] </w:t>
      </w:r>
      <w:r>
        <w:t>to mein dua karta hoon ke Allah taala mujh ko aur aap ko sachi dua karne ki tofeeq de, mujh ko aur aap ko apne mehboob bandon mein shamil kar.</w:t>
      </w:r>
    </w:p>
    <w:p>
      <w:pPr>
        <w:jc w:val="right"/>
      </w:pPr>
      <w:r>
        <w:t>تو میں دعا کرتا ہوں کہ اللہ تعالی مجھ کو اور آپ کو سچی دعا کرنے کی توفیق دے، مجھ کو اور آپ کو اپنے محبوب بندوں میں شامل کرے۔</w:t>
      </w:r>
    </w:p>
    <w:p>
      <w:r>
        <w:rPr>
          <w:b/>
        </w:rPr>
        <w:t xml:space="preserve">[59:55] </w:t>
      </w:r>
      <w:r>
        <w:t>aqool qooli haza wastaghfirullaha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