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Why Is There Suffering In This World CPS Women Discussion 28 October 22, 2023</w:t>
      </w:r>
    </w:p>
    <w:p>
      <w:r>
        <w:t>https://www.youtube.com/watch?v=jI_qeOhqK1A</w:t>
      </w:r>
    </w:p>
    <w:p>
      <w:r>
        <w:rPr>
          <w:b/>
        </w:rPr>
        <w:t xml:space="preserve">[00:14] </w:t>
      </w:r>
      <w:r>
        <w:t>Our Zoom meeting, Sunday twenty second, October twenty twenty three. We have shared the topic, why is there suffering in this world? A very important topic which was shared on the WhatsApp, and I hope all the ladies have gone through this topic.</w:t>
      </w:r>
    </w:p>
    <w:p>
      <w:pPr>
        <w:jc w:val="right"/>
      </w:pPr>
      <w:r>
        <w:t>Our Zoom meeting, Sunday twenty second, October twenty twenty three. We have shared the topic, why is there suffering in this world? A very important topic which was shared on the WhatsApp, and I hope all the ladies have gone through this topic.</w:t>
      </w:r>
    </w:p>
    <w:p>
      <w:r>
        <w:rPr>
          <w:b/>
        </w:rPr>
        <w:t xml:space="preserve">[00:36] </w:t>
      </w:r>
      <w:r>
        <w:t>They have taken down the points and ready for sharing their learning, their insights in this platform. I would like to request you all to make it short and precise so that we finish this session on time. I would like to start this session with the the words from the Quran. It is about why there is suffering in this world.</w:t>
      </w:r>
    </w:p>
    <w:p>
      <w:pPr>
        <w:jc w:val="right"/>
      </w:pPr>
      <w:r>
        <w:t>They have taken down the points and ready for sharing their learning, their insights in this platform. I would like to request you all to make it short and precise so that we finish this session on time. I would like to start this session with the the words from the Quran. It is about why there is suffering in this world.</w:t>
      </w:r>
    </w:p>
    <w:p>
      <w:r>
        <w:rPr>
          <w:b/>
        </w:rPr>
        <w:t xml:space="preserve">[01:01] </w:t>
      </w:r>
      <w:r>
        <w:t>In Quran chapter two verse one fifty five and one fifty six, it says, we will surely test you with something of fear and hunger, and a loss of wealth and lives and fruits, but give glad tidings to the patient.</w:t>
      </w:r>
    </w:p>
    <w:p>
      <w:pPr>
        <w:jc w:val="right"/>
      </w:pPr>
      <w:r>
        <w:t>In Quran chapter two verse one fifty five and one fifty six, it says, we will surely test you with something of fear and hunger, and a loss of wealth and lives and fruits, but give glad tidings to the patient.</w:t>
      </w:r>
    </w:p>
    <w:p>
      <w:r>
        <w:rPr>
          <w:b/>
        </w:rPr>
        <w:t xml:space="preserve">[01:20] </w:t>
      </w:r>
      <w:r>
        <w:t>Those who, when any affliction smites them, they say, verily we belong to God, and it is to</w:t>
      </w:r>
    </w:p>
    <w:p>
      <w:pPr>
        <w:jc w:val="right"/>
      </w:pPr>
      <w:r>
        <w:t>Those who, when any affliction smites them, they say, verily we belong to God, and it is to</w:t>
      </w:r>
    </w:p>
    <w:p>
      <w:r>
        <w:rPr>
          <w:b/>
        </w:rPr>
        <w:t xml:space="preserve">[01:28] </w:t>
      </w:r>
      <w:r>
        <w:t>him that we are destined to return.</w:t>
      </w:r>
    </w:p>
    <w:p>
      <w:pPr>
        <w:jc w:val="right"/>
      </w:pPr>
      <w:r>
        <w:t>him that we are destined to return.</w:t>
      </w:r>
    </w:p>
    <w:p>
      <w:r>
        <w:rPr>
          <w:b/>
        </w:rPr>
        <w:t xml:space="preserve">[01:36] </w:t>
      </w:r>
      <w:r>
        <w:t>So this is the verse of the Quran which says about the suffering of this world.</w:t>
      </w:r>
    </w:p>
    <w:p>
      <w:pPr>
        <w:jc w:val="right"/>
      </w:pPr>
      <w:r>
        <w:t>So this is the verse of the Quran which says about the suffering of this world.</w:t>
      </w:r>
    </w:p>
    <w:p>
      <w:r>
        <w:rPr>
          <w:b/>
        </w:rPr>
        <w:t xml:space="preserve">[01:44] </w:t>
      </w:r>
      <w:r>
        <w:t>I invite Femida Apa to elaborate on this topic and share her learning. assulamaalikkum.</w:t>
      </w:r>
    </w:p>
    <w:p>
      <w:pPr>
        <w:jc w:val="right"/>
      </w:pPr>
      <w:r>
        <w:t>I invite Femida Apa to elaborate on this topic and share her learning. असुल्लामालिक्कुम.</w:t>
      </w:r>
    </w:p>
    <w:p>
      <w:r>
        <w:rPr>
          <w:b/>
        </w:rPr>
        <w:t xml:space="preserve">[01:53] </w:t>
      </w:r>
      <w:r>
        <w:t>haan Quran ki ek verse se shuru karti hoon. Quran ki main chapter 90 ki verse four mein bataya gaya hai ke insaan kisi haal mein apne aap ko mushkilon se azaad nahi kar pata.</w:t>
      </w:r>
    </w:p>
    <w:p>
      <w:pPr>
        <w:jc w:val="right"/>
      </w:pPr>
      <w:r>
        <w:t>हां कुरान की एक verse से शुरू करती हूं. कुरान की मैं chapter 90 की verse four में बताया गया है कि इंसान किसी हाल में अपने आप को मुश्कितों से आज़ाद नहीं कर पाता.</w:t>
      </w:r>
    </w:p>
    <w:p>
      <w:r>
        <w:rPr>
          <w:b/>
        </w:rPr>
        <w:t xml:space="preserve">[02:09] </w:t>
      </w:r>
      <w:r>
        <w:t>to Maulana sahib ne usko explain karte hue likha hai ke duniya ka qanoon hai ke insaan ke upar museebat, pareshani, suffering aaye, aayegi aayegi. Is se koi apne aap ko bacha nahi sakta. To ab sawal yeh uthta hai ke mushkil museebat kyun aati hai? Kyun khuda ne insanon ke liye mushkil create karke rakha hai?</w:t>
      </w:r>
    </w:p>
    <w:p>
      <w:pPr>
        <w:jc w:val="right"/>
      </w:pPr>
      <w:r>
        <w:t>तो मोलाना साहब ने उसको explain करते हुए लिखा है कि दुनिया का कानून है कि इंसान के ऊपर मुसीबत, परेशानी, suffering आए, आएगी आएगी. इससे कोई अपने आप को बचा नहीं सकता. तो अब सवाल यह उठता है कि मुश्किल मुसीबत क्यों आती है? क्यों खुदा ने इंसानों के लिए मुश्किल create करके रखा है?</w:t>
      </w:r>
    </w:p>
    <w:p>
      <w:r>
        <w:rPr>
          <w:b/>
        </w:rPr>
        <w:t xml:space="preserve">[02:37] </w:t>
      </w:r>
      <w:r>
        <w:t>to Maulana sahib ne likha hai ke is duniya mein mushkil insaan ke liye bohat bari blessing hai. Khuda ne yeh khaas rehmat sirf insanon ke liye rakhi hai jo duniya mein aur kisi ke liye nahi hai. To museebat rehmat kyun hai? Museebat ko rehmat kaha gaya hai to yeh kyun hai?</w:t>
      </w:r>
    </w:p>
    <w:p>
      <w:pPr>
        <w:jc w:val="right"/>
      </w:pPr>
      <w:r>
        <w:t>तो मोलाना साहब ने लिखा है कि इस दुनिया में मुश्किल इंसान के लिए बहुत बड़ी blessing है. खुदा ने यह ख़ास रहमत सिर्फ़ इंसानों के लिए रखी है जो दुनिया में और किसी के लिए नहीं है. तो मुसीबत रहमत क्यों है? मुसीबत को रहमत कहा गया है तो यह क्यों है?</w:t>
      </w:r>
    </w:p>
    <w:p>
      <w:r>
        <w:rPr>
          <w:b/>
        </w:rPr>
        <w:t xml:space="preserve">[03:05] </w:t>
      </w:r>
      <w:r>
        <w:t>to museebat ek mauka hai, ek opportunity hai insanon ke self development ke liye. Insanon ke andar khuda ne jo bohat ziyada potential yaani salahiyat di hai. Lekin yeh potential inactive hai aur jab museebat aur pareshani uske upar parti hai to woh jaag jati hai. Insaan ka dimagh awake ho jata hai.</w:t>
      </w:r>
    </w:p>
    <w:p>
      <w:pPr>
        <w:jc w:val="right"/>
      </w:pPr>
      <w:r>
        <w:t>तो मुसीबत एक मौका है, एक opportunity है इंसानों के self development के लिए. इंसानों के अंदर खुदा ने जो बहुत ज़्यादा potential यानी सलाहित दी है. लेकिन यह potential inactive है और जब मुसीबत और परेशानी उसके ऊपर पड़ती है तो वह जग जाती है. इंसान का दिमाग अवेक हो जाता है.</w:t>
      </w:r>
    </w:p>
    <w:p>
      <w:r>
        <w:rPr>
          <w:b/>
        </w:rPr>
        <w:t xml:space="preserve">[03:34] </w:t>
      </w:r>
      <w:r>
        <w:t>usko nai nai baaten samajh aati hain. Apne helpless hone ka ehsaas hota hai. Phir woh khuda ki taraf lapakta hai, duaen karne lagta hai. Iski wajah se uska connection jo hai khuda se bohat gehra ho jata hai, bohat mazboot ho jata hai. Insaan ko ehsaas ho jata hai ke khuda hi dene wala hai. Dene se uske milta hai aur woh na de to hum. Nahi mil sakta hai.</w:t>
      </w:r>
    </w:p>
    <w:p>
      <w:pPr>
        <w:jc w:val="right"/>
      </w:pPr>
      <w:r>
        <w:t>उसको नई नई बातें समझ आती हैं. अपने helpless होने का एहसास होता है. फिर वह खुदा की तरफ़ लपकता है, द्वाएं करने लगता है. इसकी वजह से उसका connection जो है खुदा से बहुत गहरा हो जाता है, बहुत मज़बूत हो जाता है. इंसान को एहसास हो जाता है कि खुदा ही देने वाला है. देने से उसके मिलता है और वह ना दे तो हम. नहीं मिल सकता है.</w:t>
      </w:r>
    </w:p>
    <w:p>
      <w:r>
        <w:rPr>
          <w:b/>
        </w:rPr>
        <w:t xml:space="preserve">[04:00] </w:t>
      </w:r>
      <w:r>
        <w:t>yeh sab jab insaan jaan pata hai to uski marfat barhti hai.</w:t>
      </w:r>
    </w:p>
    <w:p>
      <w:pPr>
        <w:jc w:val="right"/>
      </w:pPr>
      <w:r>
        <w:t>यह सब जब इंसान जान पाता है तो उसकी मार्फ़त बढ़ती है.</w:t>
      </w:r>
    </w:p>
    <w:p>
      <w:r>
        <w:rPr>
          <w:b/>
        </w:rPr>
        <w:t xml:space="preserve">[04:05] </w:t>
      </w:r>
      <w:r>
        <w:t>woh khud ko bhi jaan pata hai aur zindagi ke woh kis tarah manage karna hai, yeh sab</w:t>
      </w:r>
    </w:p>
    <w:p>
      <w:pPr>
        <w:jc w:val="right"/>
      </w:pPr>
      <w:r>
        <w:t>वह ख़ुद को भी जान पाता है और ज़िंदगी के वह किस तरह manage करना है, यह सब</w:t>
      </w:r>
    </w:p>
    <w:p>
      <w:r>
        <w:rPr>
          <w:b/>
        </w:rPr>
        <w:t xml:space="preserve">[04:10] </w:t>
      </w:r>
      <w:r>
        <w:t>woh jaan pata hai.</w:t>
      </w:r>
    </w:p>
    <w:p>
      <w:pPr>
        <w:jc w:val="right"/>
      </w:pPr>
      <w:r>
        <w:t>वह जान पाता है.</w:t>
      </w:r>
    </w:p>
    <w:p>
      <w:r>
        <w:rPr>
          <w:b/>
        </w:rPr>
        <w:t xml:space="preserve">[04:15] </w:t>
      </w:r>
      <w:r>
        <w:t>us se uski understanding banti hai.</w:t>
      </w:r>
    </w:p>
    <w:p>
      <w:pPr>
        <w:jc w:val="right"/>
      </w:pPr>
      <w:r>
        <w:t>उससे उसकी understanding बनती है.</w:t>
      </w:r>
    </w:p>
    <w:p>
      <w:r>
        <w:rPr>
          <w:b/>
        </w:rPr>
        <w:t xml:space="preserve">[04:20] </w:t>
      </w:r>
      <w:r>
        <w:t>jab khuda kisi se mohabbat karta hai khate se, tirmiji ki khate se ke jab koda kisi se</w:t>
      </w:r>
    </w:p>
    <w:p>
      <w:pPr>
        <w:jc w:val="right"/>
      </w:pPr>
      <w:r>
        <w:t>जब ख़ुदा किसी से मोहब्बत करता है ख़ती से, तिर्मिजी की ख़ती से कि जब कोदा किसी से</w:t>
      </w:r>
    </w:p>
    <w:p>
      <w:r>
        <w:rPr>
          <w:b/>
        </w:rPr>
        <w:t xml:space="preserve">[04:25] </w:t>
      </w:r>
      <w:r>
        <w:t>mohabbat karta hai to usko aazmaish mein dalta hai.</w:t>
      </w:r>
    </w:p>
    <w:p>
      <w:pPr>
        <w:jc w:val="right"/>
      </w:pPr>
      <w:r>
        <w:t>मोहब्बत करता है तो उसको आज़माइश में डालता है.</w:t>
      </w:r>
    </w:p>
    <w:p>
      <w:r>
        <w:rPr>
          <w:b/>
        </w:rPr>
        <w:t xml:space="preserve">[04:31] </w:t>
      </w:r>
      <w:r>
        <w:t>to har insaan ki tarah mein apni zindagi ko zara sa batana cha rahi thi ke meri zindagi mein bohat sari museebaten aai aur mein aksar sochti hoon ke woh tamam museebaten mere liye rehmat thi. Us waqt nahi samajh mein aata tha. Ab jo usko dekhti hoon peeche ki zindagi ko to mein bohat is par gaur karti hoon ke woh sab kuch mere liye rehmat thi. Kyun ke agar aisa na hota to mein bhatki hui ek insaan hoti.</w:t>
      </w:r>
    </w:p>
    <w:p>
      <w:pPr>
        <w:jc w:val="right"/>
      </w:pPr>
      <w:r>
        <w:t>तो हर इंसान की तरह मैं अपनी ज़िंदगी को ज़रा सा बताना चाह रही थी कि मेरी ज़िंदगी में बहुत सारी मुसीबतें आई और मैं अक्सर सोचती हूं कि वह तमाम मुसीबतें मेरे लिए रहमत थी. उस वक्त नहीं समझ में आता था. अब जो उसको देखती हूं पीछे की ज़िंदगी को तो मैं बहुत इस पर गौर करती हूं कि वह सब कुछ मेरे लिए रहमत थी. क्योंकि अगर ऐसा ना होता तो मैं भटकी हुई एक इंसान होती.</w:t>
      </w:r>
    </w:p>
    <w:p>
      <w:r>
        <w:rPr>
          <w:b/>
        </w:rPr>
        <w:t xml:space="preserve">[05:01] </w:t>
      </w:r>
      <w:r>
        <w:t>is duniya mein khoyi hui be rooh insaan hoti. Woh tamam mushkilon se mujhe khuda ki taraf ruju karne ka mauka mila aur phir jannat ki talab hui. Aur jo meri zindagi ke ghair zaroori cheezen thi, woh mujhe zindagi se alag ho gai. Zindagi ka maqsad samajh mein aaya, nai zindagi mili.</w:t>
      </w:r>
    </w:p>
    <w:p>
      <w:pPr>
        <w:jc w:val="right"/>
      </w:pPr>
      <w:r>
        <w:t>इस दुनिया में खोई हुई बेरू इंसान होती. वह तमाम मुश्किलों से मुझे ख़ुदा की तरफ़ रूप करने का मौका मिला और फिर जन्नत की तलब हुई. और जो मेरी ज़िंदगी के ग़ैर ज़रूरी चीज़ें थीं, वह मुझे ज़िंदगी से अलग हो गई. ज़िंदगी का मकसद समझ में आया, नई ज़िंदगी मिली.</w:t>
      </w:r>
    </w:p>
    <w:p>
      <w:r>
        <w:rPr>
          <w:b/>
        </w:rPr>
        <w:t xml:space="preserve">[05:24] </w:t>
      </w:r>
      <w:r>
        <w:t>jiska mein khuda ka shukr ada karti hoon ke Maulana sahib ke zariye usne mujhe sahi rasta bataya. Chapter two ki verse se samajhte hain, samajh sakte hain ke chapter two ki verse ek sau pachpan mein bataya gaya hai ke hum zaroor unko aazmayenge.</w:t>
      </w:r>
    </w:p>
    <w:p>
      <w:pPr>
        <w:jc w:val="right"/>
      </w:pPr>
      <w:r>
        <w:t>जिसका मैं ख़ुदा का शुक्र अदा करती हूं कि मौलाना साहब के ज़रिए उसने मुझे सही रास्ता बताया. Chapter two की verse से समझते हैं, समझ सकते हैं कि chapter two की verse एक सौ पचपन में बताया गया है कि हम ज़रूर उनको आज़माएंगे.</w:t>
      </w:r>
    </w:p>
    <w:p>
      <w:r>
        <w:rPr>
          <w:b/>
        </w:rPr>
        <w:t xml:space="preserve">[05:47] </w:t>
      </w:r>
      <w:r>
        <w:t>yaani test lenge kuch darr aur bhook aur maalon aur jaanon aur phalon ki kami se aur sabit qadam qadam rehne walon ko khushkhabri de do.</w:t>
      </w:r>
    </w:p>
    <w:p>
      <w:pPr>
        <w:jc w:val="right"/>
      </w:pPr>
      <w:r>
        <w:t>यानी test लेंगे कुछ डर और भूख और मालों और जानों और फलों की कमी से और साबित कदम कदम रहने वालों को ख़ुशख़बरी दे दो.</w:t>
      </w:r>
    </w:p>
    <w:p>
      <w:r>
        <w:rPr>
          <w:b/>
        </w:rPr>
        <w:t xml:space="preserve">[06:01] </w:t>
      </w:r>
      <w:r>
        <w:t>to is verse se hamein pata chalta hai ke samajh mein aa raha hai ke Allah taala ne kaha ke insanon ko woh zaroor, insanon ka woh zaroor test lega aur sabit qadam rehne wale ka matlab yaani iman wale jo hain, khuda par jo gehra yaqeen aur bharosa rakhte hain unko aur unko sab roz shukr karne wala banate hain.</w:t>
      </w:r>
    </w:p>
    <w:p>
      <w:pPr>
        <w:jc w:val="right"/>
      </w:pPr>
      <w:r>
        <w:t>तो इस वर्ष से हमें पता चलता है कि समझ में आ रहा है कि अल्लाह तालाह ने कहा कि इंसानों को वह ज़रूर, इंसानों का वह ज़रूर test लेगा और साबित कदम रहने वाले का मतलब यानी ईमान वाले जो हैं, खुदा पर जो गहरा यकीन और भरोसा रखते हैं उनको और उनको सब रोज़ शुक्र करने वाला बनाते हैं.</w:t>
      </w:r>
    </w:p>
    <w:p>
      <w:r>
        <w:rPr>
          <w:b/>
        </w:rPr>
        <w:t xml:space="preserve">[06:24] </w:t>
      </w:r>
      <w:r>
        <w:t>to jo iman wale honge wahi sab roz shukr kar kar paayenge aise mushkil halaton mein. To is duniya mein do tarah ke log rehte hain. Ek woh log jo museebaton ko mushkil ko ke waqt woh negative ho jate hain.</w:t>
      </w:r>
    </w:p>
    <w:p>
      <w:pPr>
        <w:jc w:val="right"/>
      </w:pPr>
      <w:r>
        <w:t>तो जो ईमान वाले होंगे वही सब रोज़ शुक्र कर कर पाएंगे ऐसे मुश्किल हालातों में. तो इस दुनिया में दो तरह के लोग रहते हैं. एक वह लोग जो मुसीबतों को मुश्किल को के वक़्त वह negative हो जाते हैं.</w:t>
      </w:r>
    </w:p>
    <w:p>
      <w:r>
        <w:rPr>
          <w:b/>
        </w:rPr>
        <w:t xml:space="preserve">[06:44] </w:t>
      </w:r>
      <w:r>
        <w:t>mahaul mein jo logon ki thinking hai us se asar le lete hain aur na shukr ban jate hain aur doosre iman wale jo sabr aur dua karte rehte hain, positive rehte hain, har haal mein shukr karne wale hote hain.</w:t>
      </w:r>
    </w:p>
    <w:p>
      <w:pPr>
        <w:jc w:val="right"/>
      </w:pPr>
      <w:r>
        <w:t>माहौल में जो लोगों की thinking है उससे असर ले लेते हैं और ना शुक्र वन जाते हैं और दूसरे ईमान वाले जो सब्र और दुआ करते रहते हैं, positive रहते हैं, हर हाल में शुक्र करने वाले होते हैं.</w:t>
      </w:r>
    </w:p>
    <w:p>
      <w:r>
        <w:rPr>
          <w:b/>
        </w:rPr>
        <w:t xml:space="preserve">[07:03] </w:t>
      </w:r>
      <w:r>
        <w:t>to is duniya mein yahi ek tareeqa hai zindagi jo zindagi hamein mili hai usko test mein usmein</w:t>
      </w:r>
    </w:p>
    <w:p>
      <w:pPr>
        <w:jc w:val="right"/>
      </w:pPr>
      <w:r>
        <w:t>तो इस दुनिया में यही एक तरीका है ज़िंदगी जो ज़िंदगी हमें मिली है उसको test में उसमें</w:t>
      </w:r>
    </w:p>
    <w:p>
      <w:r>
        <w:rPr>
          <w:b/>
        </w:rPr>
        <w:t xml:space="preserve">[07:09] </w:t>
      </w:r>
      <w:r>
        <w:t>kaamyab hona hai aur zindagi ke test mein kaamyaab hona hi hamari kaamyaabi hai aur uski jo woh</w:t>
      </w:r>
    </w:p>
    <w:p>
      <w:pPr>
        <w:jc w:val="right"/>
      </w:pPr>
      <w:r>
        <w:t>कामयाब होना है और ज़िंदगी के test में कामयाब होना ही हमारी कामयाबी है और उसकी जो वह</w:t>
      </w:r>
    </w:p>
    <w:p>
      <w:r>
        <w:rPr>
          <w:b/>
        </w:rPr>
        <w:t xml:space="preserve">[07:15] </w:t>
      </w:r>
      <w:r>
        <w:t>sirf sab aur dwa ki hi zariye ho sakta hai.</w:t>
      </w:r>
    </w:p>
    <w:p>
      <w:pPr>
        <w:jc w:val="right"/>
      </w:pPr>
      <w:r>
        <w:t>सिर्फ़ सब और द्वा की ही ज़रिए हो सकता है.</w:t>
      </w:r>
    </w:p>
    <w:p>
      <w:r>
        <w:rPr>
          <w:b/>
        </w:rPr>
        <w:t xml:space="preserve">[07:21] </w:t>
      </w:r>
      <w:r>
        <w:t>to yeh meri learning thi.</w:t>
      </w:r>
    </w:p>
    <w:p>
      <w:pPr>
        <w:jc w:val="right"/>
      </w:pPr>
      <w:r>
        <w:t>तो यह मेरी learning थी.</w:t>
      </w:r>
    </w:p>
    <w:p>
      <w:r>
        <w:rPr>
          <w:b/>
        </w:rPr>
        <w:t xml:space="preserve">[07:27] </w:t>
      </w:r>
      <w:r>
        <w:t>Jazakallahu Khairan for sharing your learning.</w:t>
      </w:r>
    </w:p>
    <w:p>
      <w:pPr>
        <w:jc w:val="right"/>
      </w:pPr>
      <w:r>
        <w:t>जिसा कल्यापा for sharing your learning.</w:t>
      </w:r>
    </w:p>
    <w:p>
      <w:r>
        <w:rPr>
          <w:b/>
        </w:rPr>
        <w:t xml:space="preserve">[07:34] </w:t>
      </w:r>
      <w:r>
        <w:t>aapki is se mujhe ek bohat yeh baat samajh mein aaye ke people who are positive, people who are grateful in spite of all the hardships that they face in them in this life. And these hardships is because of the creation plan of the God because God wants to choose people for the, for them to dwell in paradise. So these are the reasons why we have we faced hardship in this world, in in this worldly life. I invite Doctor Safeena Tapasm to share her</w:t>
      </w:r>
    </w:p>
    <w:p>
      <w:pPr>
        <w:jc w:val="right"/>
      </w:pPr>
      <w:r>
        <w:t>आपकी इससे मुझे एक बहुत यह बात समझ में आए कि people who are positive, people who are grateful in spite of all the hardships that they face in them in this life. And these hardships is because of the creation plan of the God because God wants to choose people for the, for them to dwell in paradise. So these are the reasons why we have we faced hardship in this world, in in this worldly life. I invite Doctor सफीना तपस्म to share her</w:t>
      </w:r>
    </w:p>
    <w:p>
      <w:r>
        <w:rPr>
          <w:b/>
        </w:rPr>
        <w:t xml:space="preserve">[08:04] </w:t>
      </w:r>
      <w:r>
        <w:t>learning. Salamualaykum. Wali ki Islam. Ne bohat achhe se baat clear kar di Shabina. Tumne bhi kaha ke sufferings part of nature hain. Quran mein bhi hum sab yeh references hamein milte hain. Ke Allah taala ne bataya ke is duniya ko bina mashaqqat ke nahi banaya gaya hai. Surah Balad mein hai ayat. To mashaqqat hona ya sufferings hona ya problems hona is duniya ka part hai.</w:t>
      </w:r>
    </w:p>
    <w:p>
      <w:pPr>
        <w:jc w:val="right"/>
      </w:pPr>
      <w:r>
        <w:t>learning. सलामुलायकू. वाली की इस्लाम. ने बहुत अच्छे से बात clear कर दी शभीना. तुमने भी कहा कि sufferings part of nature हैं. पुरान में भी हम सब यह references हमें मिलते हैं. के अलाह ताला ने बताया कि इस दुनिया को बिना मशक्कत के नहीं बनाया गया है. सूर्य बलद में है यायत. तो मशक्कत होना या sufferings होना या problems होना इस दुनिया का part है.</w:t>
      </w:r>
    </w:p>
    <w:p>
      <w:r>
        <w:rPr>
          <w:b/>
        </w:rPr>
        <w:t xml:space="preserve">[08:32] </w:t>
      </w:r>
      <w:r>
        <w:t>magar kai baar is tarah ki baaton se hum aam insaan ek negative assumptions ya phir negative Roman karne lagta hai Allah taala ke bare mein. Woh sochta hai ke Allah taala kaise hain jo hamein test karne ke liye hamein sufferings bhejte hain, hamein problems mein dalte hain just to test us.</w:t>
      </w:r>
    </w:p>
    <w:p>
      <w:pPr>
        <w:jc w:val="right"/>
      </w:pPr>
      <w:r>
        <w:t>मगर कई बार इस तरह की बातों से हम आम इंसान एक negative assumptions या फिर negative रोमान करने लगता है अल्हा ताला के बारे में. वह सोचता है कि अल्हा ताला कैसे हैं जो हमें test करने के लिए हमें sufferings भेजते हैं, हमें problems में डालते हैं just to test us.</w:t>
      </w:r>
    </w:p>
    <w:p>
      <w:r>
        <w:rPr>
          <w:b/>
        </w:rPr>
        <w:t xml:space="preserve">[08:52] </w:t>
      </w:r>
      <w:r>
        <w:t>main ek bahut common si mindset ki baat kar rahi hoon kyunki ek baar is baat par saara aapas mera interaction hua isliye main yeh topic thoda sa achhe se batana chahti hoon.</w:t>
      </w:r>
    </w:p>
    <w:p>
      <w:pPr>
        <w:jc w:val="right"/>
      </w:pPr>
      <w:r>
        <w:t>मैं एक बहुत common सी mindset की बात कर रही हूं क्योंकि एक बार इस बात पर सारा आपस मेरा interaction हुआ इसलिए मैं यह topic थोड़ा सा अच्छे से बताना चाहती हूं.</w:t>
      </w:r>
    </w:p>
    <w:p>
      <w:r>
        <w:rPr>
          <w:b/>
        </w:rPr>
        <w:t xml:space="preserve">[09:18] </w:t>
      </w:r>
      <w:r>
        <w:t>to haraapan ne mujhe jis tarah se samjhaya, molana sahab ne woh baatein humein batai thi magar mere zehan mein shayad woh clear nahi thi. to main woh sab sisters ke saath bhi share karna chahti hoon shayad aur kisi ko bhi clear ho jaaye aur uska faayda ho jaaye. to humne yeh samjha tha us discussion mein ki hum log is tarah se false assumption mein jeene lagte hain ki allah taala har waqt hamein jo bhi pareshani aa rahi hai allah taala hamein sufferings de raha hai hamein test karne ke liye.</w:t>
      </w:r>
    </w:p>
    <w:p>
      <w:pPr>
        <w:jc w:val="right"/>
      </w:pPr>
      <w:r>
        <w:t>तो हरापन ने मुझे जिस तरह से समझाया, मोलाना साहब ने वह बातें हमें बताई थी मगर मेरे ज़हन में शायद वह clear नहीं थी. तो मैं वह सब sisters के साथ भी share करना चाहती हूं शायद और किसी को भी clear हो जाए और उसका फ़ायदा हो जाए. तो हमने यह समझा था उस discussion में कि हम लोग इस तरह से false assumption में जीने लगते हैं कि अल्लाह तालाह हर वक़्त हमें जो भी परेशानी आ रही है अल्लाह तालाह हमें sufferings दे रहा है हमें test करने के लिए.</w:t>
      </w:r>
    </w:p>
    <w:p>
      <w:r>
        <w:rPr>
          <w:b/>
        </w:rPr>
        <w:t xml:space="preserve">[09:48] </w:t>
      </w:r>
      <w:r>
        <w:t>to isse hum khuda ki us rehmat ko discovery nahi kar paate ki woh kitna merciful god hai aur kitna hamein mohabbat karta hai. kyunki hum yeh jo assumptions hain ek tarah se yeh woh baat ho gayi ki hum bagair elm ke allah ke baare mein jhagadne lagte hain. yeh surah hajj mein aayat hai, aayat number eight. usmein likha ki aur logon mein koi shakhs hai jo allah ki baat mein jhagadta hai ilm aur hidayat aur roshan kitaab ke bagair.</w:t>
      </w:r>
    </w:p>
    <w:p>
      <w:pPr>
        <w:jc w:val="right"/>
      </w:pPr>
      <w:r>
        <w:t>तो इससे हम ख़ुदा की उस रहमत को discovery नहीं कर पाते कि वह कितना merciful god है और कितना हमें मोहब्बत करता है. क्योंकि हम यह जो assumptions हैं एक तरह से यह वह बात हो गई कि हम बगैर elm के अल्लाह के बारे में झगड़ने लगते हैं. यह सूर्य हज में आयत है, आयत number eight. उसमें लिखा कि और लोगों में कोई शख्स है जो अल्लाह की बात में झगड़ता है इल्म और हिदायत और रोशन किताब के बगैर.</w:t>
      </w:r>
    </w:p>
    <w:p>
      <w:r>
        <w:rPr>
          <w:b/>
        </w:rPr>
        <w:t xml:space="preserve">[10:15] </w:t>
      </w:r>
      <w:r>
        <w:t>matlab bina ilm ke hum is tarah ki baatein jab karte hain to hum allah ke baare mein negative tasawwuraat bhi logon ke zehan mein daal dete hain. kyunki allah rehman aur rahim hai aur uske ghazab par hum sab jaante hain ki uski rehmat haavi hai, uski rehmat zyada hai, uska gussa se uski rehmat zyada hai. woh hamara itna khayal rakhta hai, uska har faisla hamare khair ke liye hota hai, yeh bhi hum sab jaante hain.</w:t>
      </w:r>
    </w:p>
    <w:p>
      <w:pPr>
        <w:jc w:val="right"/>
      </w:pPr>
      <w:r>
        <w:t>मतलब बिना इल्म के हम इस तरह की बातें जब करते हैं तो हम अल्लाह के बारे में negative तास्वरात भी लोगों के ज़हन में डाल देते हैं. क्योंकि अल्लाह रहमान और रहीम है और उसके ग़ज़ब पर हम सब जानते हैं कि उसकी रहमत हावी है, उसकी रहमत ज़्यादा है, उसका गुस्सा से उसकी रहमत ज़्यादा है. वह हमारा इतना ख्याल रखता है, उसका हर फ़ैसला हमारे खैर के लिए होता है, यह भी हम सब जानते हैं.</w:t>
      </w:r>
    </w:p>
    <w:p>
      <w:r>
        <w:rPr>
          <w:b/>
        </w:rPr>
        <w:t xml:space="preserve">[10:41] </w:t>
      </w:r>
      <w:r>
        <w:t>to iske liye hamein yeh samajhna zaroori hai ki khuda merciful kaise hai? tab hum yeh cheez zyada positively samajh payenge.</w:t>
      </w:r>
    </w:p>
    <w:p>
      <w:pPr>
        <w:jc w:val="right"/>
      </w:pPr>
      <w:r>
        <w:t>तो इसके लिए हमें यह समझना ज़रूरी है कि खुदा merciful कैसे है? तब हम यह चीज़ ज़्यादा positively समझ पाएंगे.</w:t>
      </w:r>
    </w:p>
    <w:p>
      <w:r>
        <w:rPr>
          <w:b/>
        </w:rPr>
        <w:t xml:space="preserve">[10:50] </w:t>
      </w:r>
      <w:r>
        <w:t>to humne sarapa ne mujhe yeh bataya ki jo hum problems hamare paas aati hain woh teen wajah se aati hain aur pehli wajah yeh hai ki insaan ke haathon ki kamaai jo quran mein hai yeh quran ke according hi hai teeno baatein ki quran chapter 42 verse 30 mein hai aur jo museebat tumko pahunchti hai woh tumhare hi haathon ke kiye hue kaamon ka nateeja hai.</w:t>
      </w:r>
    </w:p>
    <w:p>
      <w:pPr>
        <w:jc w:val="right"/>
      </w:pPr>
      <w:r>
        <w:t>तो हमने सारापा ने मुझे यह बताया कि जो हम problems हमारे पास आती हैं वह तीन वजह से आती हैं और पहली वजह यह है कि इंसान के हाथों की कमाई जो कुरान में है यह कुरान के according ही है तीनों बातें कि कुरान chapter 42 verse 30 में है और जो मुसीबत तुमको पहुंचती है वह तुम्हारे ही हाथों के किए हुए कामों का नतीजा है.</w:t>
      </w:r>
    </w:p>
    <w:p>
      <w:r>
        <w:rPr>
          <w:b/>
        </w:rPr>
        <w:t xml:space="preserve">[11:15] </w:t>
      </w:r>
      <w:r>
        <w:t>to matlab hamare apni ghalti ki wajah se bhi hamein bohat sari museebatein pahunchti hain.</w:t>
      </w:r>
    </w:p>
    <w:p>
      <w:pPr>
        <w:jc w:val="right"/>
      </w:pPr>
      <w:r>
        <w:t>तो मतलब हमारे अपनी ग़लती की वजह से भी हमें बहुत सारी मुसीबतें पहुंचती हैं.</w:t>
      </w:r>
    </w:p>
    <w:p>
      <w:r>
        <w:rPr>
          <w:b/>
        </w:rPr>
        <w:t xml:space="preserve">[11:22] </w:t>
      </w:r>
      <w:r>
        <w:t>jaise koi accident ho gaya agar humne apni gaadi ko achhe se service nahi karaya tha to usmein</w:t>
      </w:r>
    </w:p>
    <w:p>
      <w:pPr>
        <w:jc w:val="right"/>
      </w:pPr>
      <w:r>
        <w:t>जैसे कोई accident हो गया अगर हमने अपनी गाड़ी को अच्छे से service नहीं कराया था तो उसमें</w:t>
      </w:r>
    </w:p>
    <w:p>
      <w:r>
        <w:rPr>
          <w:b/>
        </w:rPr>
        <w:t xml:space="preserve">[11:30] </w:t>
      </w:r>
      <w:r>
        <w:t>hamari ghalti thi ke hamari gaadi ka break nahi lag paya time par aur hamare saath koi hadsa</w:t>
      </w:r>
    </w:p>
    <w:p>
      <w:pPr>
        <w:jc w:val="right"/>
      </w:pPr>
      <w:r>
        <w:t>हमारी ग़लती थी कि हमारी गाड़ी का break नहीं लग पाया time पर और हमारे साथ कोई हादसा</w:t>
      </w:r>
    </w:p>
    <w:p>
      <w:r>
        <w:rPr>
          <w:b/>
        </w:rPr>
        <w:t xml:space="preserve">[11:38] </w:t>
      </w:r>
      <w:r>
        <w:t>ho gaya ya phir hamein rash driving kar rahe the, bohat speed mein driving kar rahe the to</w:t>
      </w:r>
    </w:p>
    <w:p>
      <w:pPr>
        <w:jc w:val="right"/>
      </w:pPr>
      <w:r>
        <w:t>हो गया या फिर हमें rash driving कर रहे थे, बहुत speed में driving कर रहे थे तो</w:t>
      </w:r>
    </w:p>
    <w:p>
      <w:r>
        <w:rPr>
          <w:b/>
        </w:rPr>
        <w:t xml:space="preserve">[11:46] </w:t>
      </w:r>
      <w:r>
        <w:t>humse hadsa ho gaya to yahan hamari ghalti thi ya humne koi bahar ka kharab khana kha liya,</w:t>
      </w:r>
    </w:p>
    <w:p>
      <w:pPr>
        <w:jc w:val="right"/>
      </w:pPr>
      <w:r>
        <w:t>हमसे हादसा हो गया तो यहां हमारी ग़लती थी या हमने कोई बाहर का ख़राब खाना खा लिया,</w:t>
      </w:r>
    </w:p>
    <w:p>
      <w:r>
        <w:rPr>
          <w:b/>
        </w:rPr>
        <w:t xml:space="preserve">[11:54] </w:t>
      </w:r>
      <w:r>
        <w:t>hamari tabiyat kharab ho gayi to woh hamari ghalti ki wajah se humne apne upar ek museebat mol li.</w:t>
      </w:r>
    </w:p>
    <w:p>
      <w:pPr>
        <w:jc w:val="right"/>
      </w:pPr>
      <w:r>
        <w:t>हमारी तबीयत ख़राब हो गई तो वह हमारी ग़लती की वजह से हमने अपने ऊपर एक मुसीबत मोल ली.</w:t>
      </w:r>
    </w:p>
    <w:p>
      <w:r>
        <w:rPr>
          <w:b/>
        </w:rPr>
        <w:t xml:space="preserve">[12:02] </w:t>
      </w:r>
      <w:r>
        <w:t>ya phir kisi exam mein hum fail ho gaye kyunki humne achhe se preparation nahi ki, humse time manage nahi ho paaya. to yahan par bhi hamein apni ghalati ko pata chalega ki hamari wajah se hamein museebat pahunchi hai.</w:t>
      </w:r>
    </w:p>
    <w:p>
      <w:pPr>
        <w:jc w:val="right"/>
      </w:pPr>
      <w:r>
        <w:t>या फिर किसी exam में हम fail हो गए क्योंकि हमने अच्छे से preparation नहीं की, हमसे time manage नहीं हो पाया. तो यहां पर भी हमें अपनी ग़लती को पता चलेगा कि हमारी वजह से हमें मुसीबत पहुंची है.</w:t>
      </w:r>
    </w:p>
    <w:p>
      <w:r>
        <w:rPr>
          <w:b/>
        </w:rPr>
        <w:t xml:space="preserve">[12:28] </w:t>
      </w:r>
      <w:r>
        <w:t>balki hamein to yeh discover karna chahiye ki hamari ghalati ke bawajood jo jo hamare saath problem hui hai, usko woh khuda manage kar raha hai aur use theek kar raha hai.</w:t>
      </w:r>
    </w:p>
    <w:p>
      <w:pPr>
        <w:jc w:val="right"/>
      </w:pPr>
      <w:r>
        <w:t>बल्कि हमें तो यह discover करना चाहिए कि हमारी ग़लती के बावजूद जो जो हमारे साथ problem हुई है, उसको वह ख़ुदा manage कर रहा है और उसे ठीक कर रहा है.</w:t>
      </w:r>
    </w:p>
    <w:p>
      <w:r>
        <w:rPr>
          <w:b/>
        </w:rPr>
        <w:t xml:space="preserve">[12:39] </w:t>
      </w:r>
      <w:r>
        <w:t>yaani humne bahar kharab khana khaaya, to yeh sochkar khud shukr bahut bada shukr ada karna chahiye ki allah main to itna majboor aur itna maakis aql ka insaan hoon.</w:t>
      </w:r>
    </w:p>
    <w:p>
      <w:pPr>
        <w:jc w:val="right"/>
      </w:pPr>
      <w:r>
        <w:t>यानी हमने बाहर ख़राब खाना खाया, तो यह सोचकर खुद शुक्र बहुत बड़ा शुक्र अदा करना चाहिए कि अल्लाह मैं तो इतना मजबूर और इतना माकिस अक्ल का इंसान हूं.</w:t>
      </w:r>
    </w:p>
    <w:p>
      <w:r>
        <w:rPr>
          <w:b/>
        </w:rPr>
        <w:t xml:space="preserve">[13:07] </w:t>
      </w:r>
      <w:r>
        <w:t>maine apni zindagi mein ghalati se apne upar museebat mol li. to jab bhi hamein yeh pata chale ki pareshani hamare hi haathon ki kamaai hai, to hamein apni islaah karni hai fauran.</w:t>
      </w:r>
    </w:p>
    <w:p>
      <w:pPr>
        <w:jc w:val="right"/>
      </w:pPr>
      <w:r>
        <w:t>मैंने अपनी ज़िंदगी में ग़लती से अपने ऊपर मुसीबत मोली. तो जब भी हमें यह पता चले कि परेशानी हमारे ही हाथों की कमाई है, तो हमें अपनी इस्लाह करनी है फ़ौरन.</w:t>
      </w:r>
    </w:p>
    <w:p>
      <w:r>
        <w:rPr>
          <w:b/>
        </w:rPr>
        <w:t xml:space="preserve">[13:35] </w:t>
      </w:r>
      <w:r>
        <w:t>apni ghalati ko dhoondhkar uski islaah karein aur allah se tauba karein, talaafi ke liye kuch extra neki kar sakte hain jaise ki sabqa dena gaya, extra nafel padhna, dua karna. to yeh extra neki hum apni ghalati ki talaafi ke liye bhi kar sakte hain. agar humse aisi ghalati hum samajh pa rahe hain ki ho rahi hai. kyunki allah taala se jab hum is tarah se connect honge to positive rahenge bahut zyada aur kabhi bhi hamare andar woh mayoosi aur shikayat ya complain nahi paida hogi.</w:t>
      </w:r>
    </w:p>
    <w:p>
      <w:pPr>
        <w:jc w:val="right"/>
      </w:pPr>
      <w:r>
        <w:t>अपनी ग़लती को ढूंढकर उसकी इस्लाह करें और अल्लाह से तौबा करें, तलाफ़ी के लिए कुछ extra नेकी कर सकते हैं जैसे कि सब्का देना गया, extra नफ़ेल पड़ना, दुआ करना. तो यह extra नेकी हम अपनी ग़लती की तलाफ़ी के लिए भी कर सकते हैं. अगर हमसे ऐसी ग़लती हम समझ पा रहे हैं कि हो रही है. क्योंकि अल्लाह ताला से जब हम इस तरह से connect होंगे तो positive रहेंगे बहुत ज़्यादा और कभी भी हमारे अंदर वह मायूसी और शिकायत या complain नहीं पैदा होगी.</w:t>
      </w:r>
    </w:p>
    <w:p>
      <w:r>
        <w:rPr>
          <w:b/>
        </w:rPr>
        <w:t xml:space="preserve">[14:04] </w:t>
      </w:r>
      <w:r>
        <w:t>aur yahan par bible ki ek baat mujhe quote karni thi ki bible mein ek jagah hai ki ek shepherd hai, ek bhed chadhane wala hai, uske paas sau bhede hain. usmein se ek agar kho jaati hai to woh aisa nahi karta ki woh usko chhodkar apni ninyaanve sheeps ko lekar chala jaaye. woh in ninyaanve ko chhodkar ek ko dhoondhne jaata hai.</w:t>
      </w:r>
    </w:p>
    <w:p>
      <w:pPr>
        <w:jc w:val="right"/>
      </w:pPr>
      <w:r>
        <w:t>और यहां पर Bible की एक बात मुझे quote करनी थी कि Bible में एक जगह है कि एक shepherd है, एक भेड़ चढ़ाने वाला है, उसके पास सौ भेड़े हैं. उसमें से एक अगर खो जाती है तो वह ऐसा नहीं करता कि वह उसको छोड़कर अपनी निन्यानवे sheeps को लेकर चला जाए. वह इन निन्यानवे को छोड़कर एक को ढूंढने जाता है.</w:t>
      </w:r>
    </w:p>
    <w:p>
      <w:r>
        <w:rPr>
          <w:b/>
        </w:rPr>
        <w:t xml:space="preserve">[14:31] </w:t>
      </w:r>
      <w:r>
        <w:t>to yeh allah taala ke baare mein bible mein likha hai ki agar ek insaan ghalati karta hai to allah taala itne meherban hain ki us ek insaan ko durust karne ke liye woh koshish karte hain allah taala. to yeh itni badi ek example hai aur is is bible ki is line se mujhe bahut hi zyada khuda ki rehmat gharyabat hui.</w:t>
      </w:r>
    </w:p>
    <w:p>
      <w:pPr>
        <w:jc w:val="right"/>
      </w:pPr>
      <w:r>
        <w:t>तो यह अल्लाह तालाह के बारे में Bible में लिखा है कि अगर एक इंसान गलती करता है तो अल्लाह तालाह इतने मेहरबान हैं कि उस एक इंसान को दुरुस्त करने के लिए वह कोशिश करते हैं अल्लाह ताला. तो यह इतनी बड़ी एक example है और इस इस Bible की इस line से मुझे बहुत ही ज़्यादा ख़ुदा की रहमत गर्याबत हुई.</w:t>
      </w:r>
    </w:p>
    <w:p>
      <w:r>
        <w:rPr>
          <w:b/>
        </w:rPr>
        <w:t xml:space="preserve">[14:51] </w:t>
      </w:r>
      <w:r>
        <w:t>doosri jo hamare upar problems aati hain woh aati hain kisi doosre insaan ki aazaadi ko ghalat istemaal karne se yaani misuse of freedom ki wajah se.</w:t>
      </w:r>
    </w:p>
    <w:p>
      <w:pPr>
        <w:jc w:val="right"/>
      </w:pPr>
      <w:r>
        <w:t>दूसरी जो हमारे ऊपर problems आती हैं वह आती हैं किसी दूसरे इंसान की आज़ादी को ग़लत इस्तेमाल करने से यानी misuse of freedom की वजह से.</w:t>
      </w:r>
    </w:p>
    <w:p>
      <w:r>
        <w:rPr>
          <w:b/>
        </w:rPr>
        <w:t xml:space="preserve">[15:19] </w:t>
      </w:r>
      <w:r>
        <w:t>magar uski aazaadi hai woh cigarette piye ya phir koi car se pollution kar raha hai bahut zyada, usmein kisi asthma ke mareez ko problem hogi to woh usmein doosre ki aazaadi hai woh chala raha hai car, kharab car to koi kuch nahi keh sakta. ya koi example jaise diwali ke aas paas jab patakhe hote hain us waqt par breathing problems logon ko hone lagti hain to yeh doosron ki aazaadi ke ghalat istemaal ki wajah se problems create hoti hain.</w:t>
      </w:r>
    </w:p>
    <w:p>
      <w:pPr>
        <w:jc w:val="right"/>
      </w:pPr>
      <w:r>
        <w:t>मगर उसकी आज़ादी है वह cigarette पिए या फिर कोई car से pollution कर रहा है बहुत ज़्यादा, उसमें किसी अस्थमा के मरीज़ को problem होगी तो वह उसमें दूसरे की आज़ादी है वह चला रहा है car, ख़राब car तो कोई कुछ नहीं कह सकता. या कोई example जैसे दीवाली के आस पास जब पटाखे होते हैं उस वक़्त पर breathing problems लोगों को होने लगती हैं तो यह दूसरों की आज़ादी के ग़लत इस्तेमाल की वजह से problems create होती हैं.</w:t>
      </w:r>
    </w:p>
    <w:p>
      <w:r>
        <w:rPr>
          <w:b/>
        </w:rPr>
        <w:t xml:space="preserve">[15:46] </w:t>
      </w:r>
      <w:r>
        <w:t>to inke inko bhi hum kaise, kiska response hamein kya dena jab is tarah ki problems hamare paas aati hain? to aisi condition mein hamein besabra nahi hona hai, complaints nahi karni hai. hamein sabse pehle to allah ke creation plan ko jaanna hai aur usse raazi rehna. jab allah ne kisi ko aazaadi di hai to hum kaun hote hain use chheen ne wale ya uske khilaaf protest karne wale?</w:t>
      </w:r>
    </w:p>
    <w:p>
      <w:pPr>
        <w:jc w:val="right"/>
      </w:pPr>
      <w:r>
        <w:t>तो इनके इनको भी हम कैसे, किसका response हमें क्या देना जब इस तरह की problems हमारे पास आती हैं? तो ऐसी condition में हमें बेसबरा नहीं होना है, complaints नहीं करनी है. हमें सबसे पहले तो अल्लाह के creation plan को जानना है और उससे राज़ी रहना. जब अल्लाह ने किसी को आज़ादी दी है तो हम कौन होते हैं उसे छीनने वाले या उसके खिलाफ protest करने वाले?</w:t>
      </w:r>
    </w:p>
    <w:p>
      <w:r>
        <w:rPr>
          <w:b/>
        </w:rPr>
        <w:t xml:space="preserve">[16:11] </w:t>
      </w:r>
      <w:r>
        <w:t>hamein uske liye bhi dua karni hai aur apne liye bhi dua karni hai sabr ke saath. aur agar koi creative solution hum nikaal sakte hon, jaise mask pehen lena ya jaise ki time se pehle kisi aur ki wajah se aapki gaadi late ho jaaye to aap time se pehle pahunch jaayein. is tarah ki koi creative solution agar hum nikaal paayein taaki hum doosre ki khadi hui problems se bhi bach sakein to woh hum kar sakte hain. us condition mein bhi hamare andar se negativity nahi aayegi.</w:t>
      </w:r>
    </w:p>
    <w:p>
      <w:pPr>
        <w:jc w:val="right"/>
      </w:pPr>
      <w:r>
        <w:t>हमें उसके लिए भी दुआ करनी है और अपने लिए भी दुआ करनी है सब्र के साथ. और अगर कोई creative solution हम निकाल सकते हों, जैसे mask पहन लेना या जैसे कि time से पहले किसी और की वजह से आपकी गाड़ी late हो जाए तो आप time से पहले पहुंच जाएं. इस तरह की कोई creative solution अगर हम निकाल पाएं ताकि हम दूसरे की खड़ी हुई problems से भी बच सकें तो वह हम कर सकते हैं. उस condition में भी हमारे अंदर से negativity नहीं आएगी.</w:t>
      </w:r>
    </w:p>
    <w:p>
      <w:r>
        <w:rPr>
          <w:b/>
        </w:rPr>
        <w:t xml:space="preserve">[16:40] </w:t>
      </w:r>
      <w:r>
        <w:t>hamein hum positive rahenge ki alladala main tere se raazi raha aur main apni aql se jo sahi samajh pa raha hoon woh kar raha hoon to isko durust kar de. hamare andar is tarah ki feelings aayengi aur hum huda ki nusrat ke haqdaar banenge aur halla taala zaroor hamari madad karenge aur hamara ek yeh bhi faayda hoga ki hamari creativity mein izafa hoga kyunki hum uska solution dhoondhenge na ki hamari frustration mein.</w:t>
      </w:r>
    </w:p>
    <w:p>
      <w:pPr>
        <w:jc w:val="right"/>
      </w:pPr>
      <w:r>
        <w:t>हमें हम positive रहेंगे कि अल्लादाला मैं तेरे से राज़ी रहा और मैं अपनी अक्ल से जो सही समझ पा रहा हूं वह कर रहा हूं तो इसको दुरुस्त कर दे. हमारे अंदर इस तरह की feelings आएंगी और हम हुदा की नुसरत के हक़दार बनेंगे और हल्ला ताला ज़रूर हमारी मदद करेंगे और हमारा एक यह भी फ़ायदा होगा कि हमारी creativity में इज़ाफ़ा होगा क्योंकि हम उसका solution ढूंढेंगे ना कि हमारी frustration में.</w:t>
      </w:r>
    </w:p>
    <w:p>
      <w:r>
        <w:rPr>
          <w:b/>
        </w:rPr>
        <w:t xml:space="preserve">[17:06] </w:t>
      </w:r>
      <w:r>
        <w:t>normally to aisi cheezon mein hamari frustration hi badhti hai ki are iski wajah se aisa ho gaya, hum kya karein? aur ek aur cheez hamein ismein samajh aayegi jo humne discuss kiya hai pichhli baar ki duty conscious society ka kya faayda hai? tab hum yeh sochenge ki allah ne hamein kitni achhi cheez samjhai ki sabko duty conscious hona hai. agar har aadmi duty conscious hota to uski wajah se hamein problem na jhelani padti.</w:t>
      </w:r>
    </w:p>
    <w:p>
      <w:pPr>
        <w:jc w:val="right"/>
      </w:pPr>
      <w:r>
        <w:t>Normally तो ऐसी चीज़ों में हमारी frustration ही बढ़ती है कि अरे इसकी वजह से ऐसा हो गया, हम क्या करें? और एक और चीज़ हमें इसमें समझ आएगी जो हमने discuss किया है पिछली बार कि duty conscious society का क्या फ़ायदा है? तब हम यह सोचेंगे कि अल्लाह ने हमें कितनी अच्छी चीज़ समझाई कि सबको duty conscious होना है. अगर हर आदमी duty conscious होता तो उसकी वजह से हमें problem ना झेलनी पड़ती.</w:t>
      </w:r>
    </w:p>
    <w:p>
      <w:r>
        <w:rPr>
          <w:b/>
        </w:rPr>
        <w:t xml:space="preserve">[17:31] </w:t>
      </w:r>
      <w:r>
        <w:t>to bahut saare points hamein saaf honge, hamari personality mein development hoga. yeh benefit hoga hamein us tarah ka response dene se. phir teesri jo problem hai woh hum keh sakte hain ki woh allah ki taraf se aazmaish hoti hai aur usmein sabse badi hai maut kyunki maut kisi aur ke haath mein nahi halla taala hi uska ek decision deta hai ki kiski maut kab hogi.</w:t>
      </w:r>
    </w:p>
    <w:p>
      <w:pPr>
        <w:jc w:val="right"/>
      </w:pPr>
      <w:r>
        <w:t>तो बहुत सारे points हमें साफ होंगे, हमारी personality में development होगा. यह benefit होगा हमें उस तरह का response देने से. फिर तीसरी जो problem है वह हम कह सकते हैं कि वह अल्लाह की तरफ से आज़माइश होती है और उसमें सबसे बड़ी है मौत क्योंकि मौत किसी और के हाथ में नहीं हल्ला ताला ही उसका एक decision देता है कि किसकी मौत कब होगी.</w:t>
      </w:r>
    </w:p>
    <w:p>
      <w:r>
        <w:rPr>
          <w:b/>
        </w:rPr>
        <w:t xml:space="preserve">[17:55] </w:t>
      </w:r>
      <w:r>
        <w:t>halanki kisi aur ki ghalti se agar aisa ho raha hai responsibility leni chahiye usko aur usko uska</w:t>
      </w:r>
    </w:p>
    <w:p>
      <w:pPr>
        <w:jc w:val="right"/>
      </w:pPr>
      <w:r>
        <w:t>हालांकि किसी और की ग़लती से अगर ऐसा हो रहा है responsibility लेनी चाहिए उसको और उसको उसका</w:t>
      </w:r>
    </w:p>
    <w:p>
      <w:r>
        <w:rPr>
          <w:b/>
        </w:rPr>
        <w:t xml:space="preserve">[18:14] </w:t>
      </w:r>
      <w:r>
        <w:t>jaise usme hamein kya response dena hai?</w:t>
      </w:r>
    </w:p>
    <w:p>
      <w:pPr>
        <w:jc w:val="right"/>
      </w:pPr>
      <w:r>
        <w:t>जैसे उसमें हमें क्या response देना है?</w:t>
      </w:r>
    </w:p>
    <w:p>
      <w:r>
        <w:rPr>
          <w:b/>
        </w:rPr>
        <w:t xml:space="preserve">[18:33] </w:t>
      </w:r>
      <w:r>
        <w:t>kyunki har aazmaish par jaise aap ne bhi kaha aazmaish ka hamein response jo hai woh better hona chahiye tabhi hum uska benefit poora kar payenge. to sabse bada hai ki khuda se raazi rehna alaha ki scheme se raazi rehna, sabr karna. usmein bilkul bhi apna jo negative nahi hona hai ki na na na hamein woh hona hai ki aisa kyun ho gaya? mere saath hi aisa kyun ho gaya? aksar hum log is tarah se behave karne lagte hain.</w:t>
      </w:r>
    </w:p>
    <w:p>
      <w:pPr>
        <w:jc w:val="right"/>
      </w:pPr>
      <w:r>
        <w:t>क्योंकि हर आज़माइश पर जैसे आप ने भी कहा आज़माइश का हमें response जो है वह better होना चाहिए तभी हम उसका benefit पूरा कर पाएंगे. तो सबसे बड़ा है कि ख़ुदा से राज़ी रहना अलाहा कि scheme से राज़ी रहना, सब्र करना. उसमें बिल्कुल भी अपना जो negative नहीं होना है कि ना ना ना हमें वह होना है कि ऐसा क्यों हो गया? मेरे साथ ही ऐसा क्यों हो गया? अक्सर हम लोग इस तरह से behave करने लगते हैं.</w:t>
      </w:r>
    </w:p>
    <w:p>
      <w:r>
        <w:rPr>
          <w:b/>
        </w:rPr>
        <w:t xml:space="preserve">[19:01] </w:t>
      </w:r>
      <w:r>
        <w:t>apni planning ko karna sochkar ke ab hamein aage kya karna hai? ab jo naya role allah ne hamein diya hai, iske saath hamein aage kaise chalna hai? agar hamara maal ho gaya hai to hamein yeh sochna hai ki ab yeh role hamare saath hai to ab iske saath hamein aage kya planning honi chahiye? apne naye role ko lekar hamari planning ho kyunki kisi na kisi ko to duniya mein gareeb bhi hona padega, kisi ko needy bhi hona padega. to zaroori nahi ki alhatala hamesha hamein oonche hi makaam par rakhein.</w:t>
      </w:r>
    </w:p>
    <w:p>
      <w:pPr>
        <w:jc w:val="right"/>
      </w:pPr>
      <w:r>
        <w:t>अपनी planning को करना सोचकर के अब हमें आगे क्या करना है? अब जो नया role अल्लाह ने हमें दिया है, इसके साथ हमें आगे कैसे चलना है? अगर हमारा माल हो गया है तो हमें यह सोचना है कि अब यह role हमारे साथ है तो अब इसके साथ हमें आगे क्या planning होनी चाहिए? अपने नए role को लेकर हमारी planning हो क्योंकि किसी ना किसी को तो दुनिया में गरीब भी होना पड़ेगा, किसी को needy भी होना पड़ेगा. तो ज़रूरी नहीं कि अल्हाताला हमेशा हमें ऊंचे ही मकाम पर रखें.</w:t>
      </w:r>
    </w:p>
    <w:p>
      <w:r>
        <w:rPr>
          <w:b/>
        </w:rPr>
        <w:t xml:space="preserve">[19:31] </w:t>
      </w:r>
      <w:r>
        <w:t>kabhi hamein doosre makaam par bhi rakh sakte hain. har tarah ki society mein section of people ki zaroorat hoti hai to hamein us tarah se apne aap ko ready karna. sabse badi baat to yeh hai. to mujhe lagta hai ki teen tarah ki, teen tarah se yeh jo problem aati hain agar is tarah se hum samjhein to hum usse us hisaab se uska ek cause to dhoondhenge hi dhoondhenge lekin saath mein apna response bhi manage kar payenge ki ab hamein iska response kya dena hai?</w:t>
      </w:r>
    </w:p>
    <w:p>
      <w:pPr>
        <w:jc w:val="right"/>
      </w:pPr>
      <w:r>
        <w:t>कभी हमें दूसरे मकाम पर भी रख सकते हैं. हर तरह की society में section of people की ज़रूरत होती है तो हमें उस तरह से अपने आप को ready करना. सबसे बड़ी बात तो यह है. तो मुझे लगता है कि तीन तरह की, तीन तरह से यह जो problem आती हैं अगर इस तरह से हम समझें तो हम उससे उस हिसाब से उसका एक cause तो ढूंढेंगे ही ढूंढेंगे लेकिन साथ में अपना response भी manage कर पाएंगे कि अब हमें इसका response क्या देना है?</w:t>
      </w:r>
    </w:p>
    <w:p>
      <w:r>
        <w:rPr>
          <w:b/>
        </w:rPr>
        <w:t xml:space="preserve">[19:59] </w:t>
      </w:r>
      <w:r>
        <w:t>kyunki problems ka response hi main hai. Talala hame pareshan karke hamara hamara dard nahi hamara jhelne ki taqat dekhna chahte hain.</w:t>
      </w:r>
    </w:p>
    <w:p>
      <w:pPr>
        <w:jc w:val="right"/>
      </w:pPr>
      <w:r>
        <w:t>क्योंकि problems का response ही main है. लाताला हमें परेशान करके हमारा हमारा दर्द नहीं हमारा झेलने की ताकत देखना चाहते हैं.</w:t>
      </w:r>
    </w:p>
    <w:p>
      <w:r>
        <w:rPr>
          <w:b/>
        </w:rPr>
        <w:t xml:space="preserve">[20:08] </w:t>
      </w:r>
      <w:r>
        <w:t>wah yeh chahte hain ki hum uska aapko isme maine thoda bataya, apni learning bhi batai aur main</w:t>
      </w:r>
    </w:p>
    <w:p>
      <w:pPr>
        <w:jc w:val="right"/>
      </w:pPr>
      <w:r>
        <w:t>वह यह चाहते हैं कि हम उसका आपको इसमें मैंने थोड़ा बताया, अपनी learning भी बताई और मैं</w:t>
      </w:r>
    </w:p>
    <w:p>
      <w:r>
        <w:rPr>
          <w:b/>
        </w:rPr>
        <w:t xml:space="preserve">[20:27] </w:t>
      </w:r>
      <w:r>
        <w:t>ummeed karti hoon ki maine clearly apni baat batai hogi aur kis aap logon ko madad hogi.</w:t>
      </w:r>
    </w:p>
    <w:p>
      <w:pPr>
        <w:jc w:val="right"/>
      </w:pPr>
      <w:r>
        <w:t>उम्मीद करती हूं कि मैंने clearly अपनी बात बताई होगी और किस आप लोगों को मदद होगी.</w:t>
      </w:r>
    </w:p>
    <w:p>
      <w:r>
        <w:rPr>
          <w:b/>
        </w:rPr>
        <w:t xml:space="preserve">[20:47] </w:t>
      </w:r>
      <w:r>
        <w:t>Jaza kalla shubheena. Thank you doctor subheena for sharing your learning. Asha yusra would like to share her learning. Assalamualikum. Meri learning yeh hai ki insaan apne manzill manzill is duniya mein banana chahta hai.</w:t>
      </w:r>
    </w:p>
    <w:p>
      <w:pPr>
        <w:jc w:val="right"/>
      </w:pPr>
      <w:r>
        <w:t>जज़ा कल्या शुभीना. Thank you doctor सुभीना for sharing your learning. आशा युसरा would like to share her learning. अस्लामुलिक. मेरी learning यह है कि इंसान अपने मंज़िल मंज़िल इस दुनिया में बनाना चाहता है.</w:t>
      </w:r>
    </w:p>
    <w:p>
      <w:r>
        <w:rPr>
          <w:b/>
        </w:rPr>
        <w:t xml:space="preserve">[21:16] </w:t>
      </w:r>
      <w:r>
        <w:t>isi wajah se woh daulat aur lazzat ke peeche padhkar unki zindagi ko parvaad kar raha hai aur doosron ko bhi takleef de rahe hain.</w:t>
      </w:r>
    </w:p>
    <w:p>
      <w:pPr>
        <w:jc w:val="right"/>
      </w:pPr>
      <w:r>
        <w:t>इसी वजह से वह दौलत और लज़्ज़त के पीछे पढ़कर उनकी ज़िंदगी को पर्वाद कर रहा है और दूसरों को भी तकलीफ़ दे रहे हैं.</w:t>
      </w:r>
    </w:p>
    <w:p>
      <w:r>
        <w:rPr>
          <w:b/>
        </w:rPr>
        <w:t xml:space="preserve">[21:28] </w:t>
      </w:r>
      <w:r>
        <w:t>quran ki ek aayat hai chapter one zero two, one zero two chapter athkasur mein ke aur zyada</w:t>
      </w:r>
    </w:p>
    <w:p>
      <w:pPr>
        <w:jc w:val="right"/>
      </w:pPr>
      <w:r>
        <w:t>कुरान की एक आयत है chapter one zero two, one zero two chapter अथकासुर में के और ज़्यादा</w:t>
      </w:r>
    </w:p>
    <w:p>
      <w:r>
        <w:rPr>
          <w:b/>
        </w:rPr>
        <w:t xml:space="preserve">[21:37] </w:t>
      </w:r>
      <w:r>
        <w:t>kamane ki chahat mein padhkar insaan unki qabr tak pahunchte hain aur jaldi se jaldi jaan pata hai</w:t>
      </w:r>
    </w:p>
    <w:p>
      <w:pPr>
        <w:jc w:val="right"/>
      </w:pPr>
      <w:r>
        <w:t>कमाने की चाहत में पढ़कर इंसान उनकी कब्र तक पहुंचते हैं और जल्दी से जल्दी जान पाता है</w:t>
      </w:r>
    </w:p>
    <w:p>
      <w:r>
        <w:rPr>
          <w:b/>
        </w:rPr>
        <w:t xml:space="preserve">[21:47] </w:t>
      </w:r>
      <w:r>
        <w:t>ki un kya khoya aur uske paas agar uske paas ilm rahne se wah zaroor is safar se</w:t>
      </w:r>
    </w:p>
    <w:p>
      <w:pPr>
        <w:jc w:val="right"/>
      </w:pPr>
      <w:r>
        <w:t>कि उन क्या खोया और उसके पास अगर उसके पास इल्म रहने से वह ज़रूर इस सफ़र से</w:t>
      </w:r>
    </w:p>
    <w:p>
      <w:r>
        <w:rPr>
          <w:b/>
        </w:rPr>
        <w:t xml:space="preserve">[21:56] </w:t>
      </w:r>
      <w:r>
        <w:t>door apne aap ko door rakhega aur is duniya mein suffering ko positive response dega.</w:t>
      </w:r>
    </w:p>
    <w:p>
      <w:pPr>
        <w:jc w:val="right"/>
      </w:pPr>
      <w:r>
        <w:t>दूर अपने आप को दूर रखेगा और इस दुनिया में suffering को positive response देगा.</w:t>
      </w:r>
    </w:p>
    <w:p>
      <w:r>
        <w:rPr>
          <w:b/>
        </w:rPr>
        <w:t xml:space="preserve">[22:06] </w:t>
      </w:r>
      <w:r>
        <w:t>yahi meri learning hai jaisa.</w:t>
      </w:r>
    </w:p>
    <w:p>
      <w:pPr>
        <w:jc w:val="right"/>
      </w:pPr>
      <w:r>
        <w:t>यही मेरी learning है जैसा.</w:t>
      </w:r>
    </w:p>
    <w:p>
      <w:r>
        <w:rPr>
          <w:b/>
        </w:rPr>
        <w:t xml:space="preserve">[22:20] </w:t>
      </w:r>
      <w:r>
        <w:t>Thank you Aisha for sharing your learning.</w:t>
      </w:r>
    </w:p>
    <w:p>
      <w:pPr>
        <w:jc w:val="right"/>
      </w:pPr>
      <w:r>
        <w:t>Thank you आयशा for sharing your learning.</w:t>
      </w:r>
    </w:p>
    <w:p>
      <w:r>
        <w:rPr>
          <w:b/>
        </w:rPr>
        <w:t xml:space="preserve">[22:34] </w:t>
      </w:r>
      <w:r>
        <w:t>main bhi aapko aap kuch kehna chahengi?</w:t>
      </w:r>
    </w:p>
    <w:p>
      <w:pPr>
        <w:jc w:val="right"/>
      </w:pPr>
      <w:r>
        <w:t>मैं भी आपको आप कुछ कहना चाहेंगी?</w:t>
      </w:r>
    </w:p>
    <w:p>
      <w:r>
        <w:rPr>
          <w:b/>
        </w:rPr>
        <w:t xml:space="preserve">[22:48] </w:t>
      </w:r>
      <w:r>
        <w:t>to yeh jo hamare andar negativity forni apni pareshani par aati hai ya doosre iski jo bataya unhone</w:t>
      </w:r>
    </w:p>
    <w:p>
      <w:pPr>
        <w:jc w:val="right"/>
      </w:pPr>
      <w:r>
        <w:t>तो यह जो हमारे अंदर negativity फौरनी अपनी परेशानी पर आती है या दूसरे इसकी जो बताया उन्होंने</w:t>
      </w:r>
    </w:p>
    <w:p>
      <w:r>
        <w:rPr>
          <w:b/>
        </w:rPr>
        <w:t xml:space="preserve">[23:09] </w:t>
      </w:r>
      <w:r>
        <w:t>ki doosre bhi galat kaam karte hain to hum hi hum usme mushkil mein aate hain doosre insaan ke saath.</w:t>
      </w:r>
    </w:p>
    <w:p>
      <w:pPr>
        <w:jc w:val="right"/>
      </w:pPr>
      <w:r>
        <w:t>कि दूसरे भी गलत काम करते हैं तो हम ही हम उसमें मुश्किल में आते हैं दूसरे इंसान के साथ.</w:t>
      </w:r>
    </w:p>
    <w:p>
      <w:r>
        <w:rPr>
          <w:b/>
        </w:rPr>
        <w:t xml:space="preserve">[23:31] </w:t>
      </w:r>
      <w:r>
        <w:t>thoda sa gaur karein, thoda apne aap mein safar karke dua karein aur foreign positive ho jayen to</w:t>
      </w:r>
    </w:p>
    <w:p>
      <w:pPr>
        <w:jc w:val="right"/>
      </w:pPr>
      <w:r>
        <w:t>थोड़ा सा गौर करें, थोड़ा अपने आप में सफ़र करके दुआ करें और foreign positive हो जाएं तो</w:t>
      </w:r>
    </w:p>
    <w:p>
      <w:r>
        <w:rPr>
          <w:b/>
        </w:rPr>
        <w:t xml:space="preserve">[23:41] </w:t>
      </w:r>
      <w:r>
        <w:t>ab foreign farishte aa jate hain jo hamein rasta gatane lagte hain aur hamein yeh samajh mein aane</w:t>
      </w:r>
    </w:p>
    <w:p>
      <w:pPr>
        <w:jc w:val="right"/>
      </w:pPr>
      <w:r>
        <w:t>अब foreign फरिश्ते आ जाते हैं जो हमें रास्ता गताने लगते हैं और हमें यह समझ में आने</w:t>
      </w:r>
    </w:p>
    <w:p>
      <w:r>
        <w:rPr>
          <w:b/>
        </w:rPr>
        <w:t xml:space="preserve">[23:52] </w:t>
      </w:r>
      <w:r>
        <w:t>lagta hai ki yeh jo kuch bhi ho raha hai iske khuda se connection uska ban jata hai.</w:t>
      </w:r>
    </w:p>
    <w:p>
      <w:pPr>
        <w:jc w:val="right"/>
      </w:pPr>
      <w:r>
        <w:t>लगता है कि यह जो कुछ भी हो रहा है इसके ख़ुदा से connection उसका वन जाता है.</w:t>
      </w:r>
    </w:p>
    <w:p>
      <w:r>
        <w:rPr>
          <w:b/>
        </w:rPr>
        <w:t xml:space="preserve">[24:03] </w:t>
      </w:r>
      <w:r>
        <w:t>yeh bahut hi achha unhone bataya aur sabse badi cheez hai jo Maulana sahab kehte hain ki negative kisi haal mein nahi hona hamein aur negative hote hain toh Maulana se door ho jate hain. I, what I found above in one of the literature of the Molanda, there is one another aspect of this suffering of this world.</w:t>
      </w:r>
    </w:p>
    <w:p>
      <w:pPr>
        <w:jc w:val="right"/>
      </w:pPr>
      <w:r>
        <w:t>यह बहुत ही अच्छा उन्होंने बताया और सबसे बड़ी चीज़ है जो मलाना साहब कहते हैं कि negative किसी हाल में नहीं होना हमें और negative होते हैं तो मलाना से दूर हो जाते हैं. I, what I found above in one of the literature of the मोलंडा, there is one another aspect of this suffering of this world.</w:t>
      </w:r>
    </w:p>
    <w:p>
      <w:r>
        <w:rPr>
          <w:b/>
        </w:rPr>
        <w:t xml:space="preserve">[24:31] </w:t>
      </w:r>
      <w:r>
        <w:t>Says in his literature that when there is a comparative study that shows the problem of evil and suffering is limited to the human world only. While man constitutes a very small part of the universe, the rest of the universe with all its gigantic dimensions is a completely flawless zero defect universe. It means that the human beings are a part of this universe.</w:t>
      </w:r>
    </w:p>
    <w:p>
      <w:pPr>
        <w:jc w:val="right"/>
      </w:pPr>
      <w:r>
        <w:t>Says in his literature that when there is a comparative study that shows the problem of evil and suffering is limited to the human world only. While man constitutes a very small part of the universe, the rest of the universe with all its gigantic dimensions is a completely flawless zero defect universe. It means that the human beings are a part of this universe.</w:t>
      </w:r>
    </w:p>
    <w:p>
      <w:r>
        <w:rPr>
          <w:b/>
        </w:rPr>
        <w:t xml:space="preserve">[24:58] </w:t>
      </w:r>
      <w:r>
        <w:t>So Malana says, other than human being, the world, which is a the universe, it's a zero defect universe. There are countless activities going on in the universe, but evil does not exist anywhere else.</w:t>
      </w:r>
    </w:p>
    <w:p>
      <w:pPr>
        <w:jc w:val="right"/>
      </w:pPr>
      <w:r>
        <w:t>So Malana says, other than human being, the world, which is a the universe, it's a zero defect universe. There are countless activities going on in the universe, but evil does not exist anywhere else.</w:t>
      </w:r>
    </w:p>
    <w:p>
      <w:r>
        <w:rPr>
          <w:b/>
        </w:rPr>
        <w:t xml:space="preserve">[25:15] </w:t>
      </w:r>
      <w:r>
        <w:t>It's a very important point that we need to take down, and we should clarify on this that this evil or the suffering is only in the human world and not in this dimension, this gigantic universe. So and the suffering that place that takes place in a person's life is sometimes due to the person's own actions. This is this is also a very important point that Molella wants to say.</w:t>
      </w:r>
    </w:p>
    <w:p>
      <w:pPr>
        <w:jc w:val="right"/>
      </w:pPr>
      <w:r>
        <w:t>It's a very important point that we need to take down, and we should clarify on this that this evil or the suffering is only in the human world and not in this dimension, this gigantic universe. So and the suffering that place that takes place in a person's life is sometimes due to the person's own actions. This is this is also a very important point that Molella wants to say.</w:t>
      </w:r>
    </w:p>
    <w:p>
      <w:r>
        <w:rPr>
          <w:b/>
        </w:rPr>
        <w:t xml:space="preserve">[25:44] </w:t>
      </w:r>
      <w:r>
        <w:t>I would like to invite other ladies to be a part of this session. If anyone wants to share the learning, kindly raise your hand. Suna wants to say something. Assalam alaikum. Gaulikus.</w:t>
      </w:r>
    </w:p>
    <w:p>
      <w:pPr>
        <w:jc w:val="right"/>
      </w:pPr>
      <w:r>
        <w:t>I would like to invite other ladies to be a part of this session. If anyone wants to share the learning, kindly raise your hand. सुना wants to say something. अस्लाम अलीकुम. गौलिकुस.</w:t>
      </w:r>
    </w:p>
    <w:p>
      <w:r>
        <w:rPr>
          <w:b/>
        </w:rPr>
        <w:t xml:space="preserve">[26:07] </w:t>
      </w:r>
      <w:r>
        <w:t>ji, jaise ki yahan par suffering ki baat ho rahi hai toh mujhe Maulana ki ek article se yeh maloom chala. Maulana kehte hain ki suffering jo hai woh do tarike ki hoti hai. Ek hoti hai physical suffering, ek hoti hai spiritual suffering. Physical suffering bahut common hai, part of nature hai. Lekin jo spiritual suffering hai woh part of nature nahi hai. Woh aap apne liye khud paida karte hain.</w:t>
      </w:r>
    </w:p>
    <w:p>
      <w:pPr>
        <w:jc w:val="right"/>
      </w:pPr>
      <w:r>
        <w:t>जी, जैसे कि यहां पर suffering की बात हो रही है तो मुझे मुलाना की एक article से यह मालूम चला. मुलाना कहते हैं कि suffering जो है वह दो तरीके की होती है. एक होती है physical suffering, एक होती है spiritual suffering. Physical suffering बहुत common है, part of nature है. लेकिन जो spiritual suffering है वह part of nature नहीं है. वह आप अपने लिए ख़ुद पैदा करते हैं.</w:t>
      </w:r>
    </w:p>
    <w:p>
      <w:r>
        <w:rPr>
          <w:b/>
        </w:rPr>
        <w:t xml:space="preserve">[26:33] </w:t>
      </w:r>
      <w:r>
        <w:t>toh ise Maulana kehte hain ki jinka rishta Allah se juda hua hai, unke liye ek bahut hi aisa point hai jahan par woh distract bhi ho jate hain, unhein sahi raaste bhi nahi milte.</w:t>
      </w:r>
    </w:p>
    <w:p>
      <w:pPr>
        <w:jc w:val="right"/>
      </w:pPr>
      <w:r>
        <w:t>तो इसे माराना कहते हैं कि जिनका रिश्ता अल्लाह से जुड़ा हुआ है, उनके लिए एक बहुत ही ऐसा point है जहां पर वह distract भी हो जाते हैं, उन्हें सही रास्ते भी नहीं मिलते.</w:t>
      </w:r>
    </w:p>
    <w:p>
      <w:r>
        <w:rPr>
          <w:b/>
        </w:rPr>
        <w:t xml:space="preserve">[26:56] </w:t>
      </w:r>
      <w:r>
        <w:t>to is tarike se ek cheez aur bhi hamarana kehte hain ki usme wah quote karte hain quran</w:t>
      </w:r>
    </w:p>
    <w:p>
      <w:pPr>
        <w:jc w:val="right"/>
      </w:pPr>
      <w:r>
        <w:t>तो इस तरीके से एक चीज़ और भी हमाराना कहते हैं कि उसमें वह quote करते हैं कुरान</w:t>
      </w:r>
    </w:p>
    <w:p>
      <w:r>
        <w:rPr>
          <w:b/>
        </w:rPr>
        <w:t xml:space="preserve">[27:09] </w:t>
      </w:r>
      <w:r>
        <w:t>ki verse jo is tarike se hai sura verse sura alroom verse number 42.</w:t>
      </w:r>
    </w:p>
    <w:p>
      <w:pPr>
        <w:jc w:val="right"/>
      </w:pPr>
      <w:r>
        <w:t>की verse जो इस तरीके से है सूरा verse सूरा अलरूम verse number 42.</w:t>
      </w:r>
    </w:p>
    <w:p>
      <w:r>
        <w:rPr>
          <w:b/>
        </w:rPr>
        <w:t xml:space="preserve">[27:22] </w:t>
      </w:r>
      <w:r>
        <w:t>usme hai ki kaho ki zameen mein chalo phiro phir dekho ki un logon ka anjaam kya hua</w:t>
      </w:r>
    </w:p>
    <w:p>
      <w:pPr>
        <w:jc w:val="right"/>
      </w:pPr>
      <w:r>
        <w:t>उसमें है कि कहो कि ज़मीन में चलो फिरो फिर देखो कि उन लोगों का अंजाम क्या हुआ</w:t>
      </w:r>
    </w:p>
    <w:p>
      <w:r>
        <w:rPr>
          <w:b/>
        </w:rPr>
        <w:t xml:space="preserve">[27:35] </w:t>
      </w:r>
      <w:r>
        <w:t>jo isse pehle guzar chuke hain.</w:t>
      </w:r>
    </w:p>
    <w:p>
      <w:pPr>
        <w:jc w:val="right"/>
      </w:pPr>
      <w:r>
        <w:t>जो इससे पहले गुज़र चुके हैं.</w:t>
      </w:r>
    </w:p>
    <w:p>
      <w:r>
        <w:rPr>
          <w:b/>
        </w:rPr>
        <w:t xml:space="preserve">[27:48] </w:t>
      </w:r>
      <w:r>
        <w:t>unmein se aksar mushrik the.</w:t>
      </w:r>
    </w:p>
    <w:p>
      <w:pPr>
        <w:jc w:val="right"/>
      </w:pPr>
      <w:r>
        <w:t>उनमें से अक्सर मुश्लिक थे.</w:t>
      </w:r>
    </w:p>
    <w:p>
      <w:r>
        <w:rPr>
          <w:b/>
        </w:rPr>
        <w:t xml:space="preserve">[28:02] </w:t>
      </w:r>
      <w:r>
        <w:t>to yahan par ek cheez yeh bhi hai ki agar hum dekhte hain apne liye islam mein to</w:t>
      </w:r>
    </w:p>
    <w:p>
      <w:pPr>
        <w:jc w:val="right"/>
      </w:pPr>
      <w:r>
        <w:t>तो यहां पर एक चीज़ यह भी है कि अगर हम देखते हैं अपने लिए इस्लाम में तो</w:t>
      </w:r>
    </w:p>
    <w:p>
      <w:r>
        <w:rPr>
          <w:b/>
        </w:rPr>
        <w:t xml:space="preserve">[28:38] </w:t>
      </w:r>
      <w:r>
        <w:t>कहीं ना कहीं मुसलमानों में यह चीज़ है कि उन्होंने front of the book को रखा चाहिए.</w:t>
      </w:r>
    </w:p>
    <w:p>
      <w:pPr>
        <w:jc w:val="right"/>
      </w:pPr>
      <w:r>
        <w:t>कहीं ना कहीं मुसलमानों में यह चीज़ है कि उन्होंने front of तो एक हुआ को रखा चाहिए.</w:t>
      </w:r>
    </w:p>
    <w:p>
      <w:r>
        <w:rPr>
          <w:b/>
        </w:rPr>
        <w:t xml:space="preserve">[29:14] </w:t>
      </w:r>
      <w:r>
        <w:t>toh main isse samajh pa rahi hoon ki agar insaan ko spiritual suffering se bachna hai toh uske liye insaan ko oneness of god ko discover karna padega. Discovery of god ki taraf khud ko le jana padega. Jaza kalla yeh meri eleventh. Very well said Sanna. Very important thing that you said. Doctor Safina, please elaborate on this if you would like to share.</w:t>
      </w:r>
    </w:p>
    <w:p>
      <w:pPr>
        <w:jc w:val="right"/>
      </w:pPr>
      <w:r>
        <w:t>तो मैं इससे समझ पा रही हूं कि अगर इंसान को spiritual suffering से बचना है तो उसके लिए इंसान को oneness of god को discover करना पड़ेगा. Discovery of god की तरफ़ ख़ुद को ले जाना पड़ेगा. जज़ा कल्या यह मेरी eleventh. Very well said सन्ना. Very important thing that you said. Doctor सफ़ीना, please elaborate on this if you would like to share.</w:t>
      </w:r>
    </w:p>
    <w:p>
      <w:r>
        <w:rPr>
          <w:b/>
        </w:rPr>
        <w:t xml:space="preserve">[29:43] </w:t>
      </w:r>
      <w:r>
        <w:t>main Sanna ki point ko hi thoda sa clear karna chahti hoon ki jaise woh ayat ke hisab se unhone jo reference diya usse thoda sa clear nahi ho paya. Shayad mujhe nahi hua tha ki mushrik ke liye problems rahengi aur jo tauheed par hoga uske liye problems nahi rahengi.</w:t>
      </w:r>
    </w:p>
    <w:p>
      <w:pPr>
        <w:jc w:val="right"/>
      </w:pPr>
      <w:r>
        <w:t>मैं सना की point को ही थोड़ा सा clear करना चाहती हूं कि जैसे वह आयत के हिसाब से उन्होंने जो reference दिया उससे थोड़ा सा clear नहीं हो पाया. शायद मुझे नहीं हुआ था कि मुश्रिक के लिए problems रहेंगी और जो तौहीद पर होगा उसके लिए problems नहीं रहेंगी.</w:t>
      </w:r>
    </w:p>
    <w:p>
      <w:r>
        <w:rPr>
          <w:b/>
        </w:rPr>
        <w:t xml:space="preserve">[30:02] </w:t>
      </w:r>
      <w:r>
        <w:t>isko hum is tarah se samjhein mere khayal se ki jo Khuda ko marfat ke darje mein jaan chuka hoga, jiska imaan utna pukhta hoga ki woh woh Allah taala ko uske creation plan ko samajh chuka hoga. Toh woh kisi bhi problem ka sahi response dega aur apne aap ko mental agony se, mental ya spiritual agony se bacha lega. Toh uske liye kabhi bhi spiritual problems nahi aayengi.</w:t>
      </w:r>
    </w:p>
    <w:p>
      <w:pPr>
        <w:jc w:val="right"/>
      </w:pPr>
      <w:r>
        <w:t>इसको हम इस तरह से समझें मेरे ख्याल से कि जो खुदा को मार्फ़त के दर्जे में जान चुका होगा, जिसका ईमान उतना पुख्ता होगा कि वह वह अल्लाह ताला को उसके creation plan को समझ चुका होगा. तो वह किसी भी problem का सही response देगा और अपने आप को mental agony से, mental या spiritual agony से बचा लेगा. तो उसके लिए कभी भी spiritual problems नहीं आएंगी.</w:t>
      </w:r>
    </w:p>
    <w:p>
      <w:r>
        <w:rPr>
          <w:b/>
        </w:rPr>
        <w:t xml:space="preserve">[30:28] </w:t>
      </w:r>
      <w:r>
        <w:t>lekin jo jo is tarah ke imaan se nahi hai, jiska imaan itna mazboot nahi hai toh woh kisi bhi problem ke aane se hamesha woh response sahi nahi de payega toh isi liye woh pareshani rahega. Shayad unke kehne ka matlab yahi tha, Sanna. Zilati haan. Yeah, that's a good elaboration that you did Doctor Supina. This, that need to be cleared of course.</w:t>
      </w:r>
    </w:p>
    <w:p>
      <w:pPr>
        <w:jc w:val="right"/>
      </w:pPr>
      <w:r>
        <w:t>लेकिन जो जो इस तरह के ईमान से नहीं है, जिसका ईमान इतना मज़बूत नहीं है तो वह किसी भी problem के आने से हमेशा वह response सही नहीं दे पाएगा तो इसीलिए वह परेशानी रहेगा. शायद उनके कहने का मतलब यही था, सना. जिलाती हां. Yeah, that's a good elaboration that you did Doctor सुपीना. This, that need to be cleared of course.</w:t>
      </w:r>
    </w:p>
    <w:p>
      <w:r>
        <w:rPr>
          <w:b/>
        </w:rPr>
        <w:t xml:space="preserve">[30:56] </w:t>
      </w:r>
      <w:r>
        <w:t>hamare andar koi misconception na ho jaye because the point that you noted out ki ek mushrik aur ek tauheed par jo hai uske imaan ka jo tapaza hai uske usse related suffering ko kaise hamein samajhna chahiye. That is very important. So, Apa would you like to say something? Since there's no hand raised, so please</w:t>
      </w:r>
    </w:p>
    <w:p>
      <w:pPr>
        <w:jc w:val="right"/>
      </w:pPr>
      <w:r>
        <w:t>हमारे अंदर कोई misconception ना हो जाए because the point that you noted out कि एक मुश्रिक और एक तौहीद पर जो है उसके ईमान का जो तपाज़ा है उसके उससे related suffering को कैसे हमें समझना चाहिए. That is very important. So, आपा would you like to say something? Since there's no hand raised, so please</w:t>
      </w:r>
    </w:p>
    <w:p>
      <w:r>
        <w:rPr>
          <w:b/>
        </w:rPr>
        <w:t xml:space="preserve">[31:18] </w:t>
      </w:r>
      <w:r>
        <w:t>haan Shree na, doctor Shree na ne bahut achhe se clear kar diya aur ek ek example ke taur par kuch aisi cheez batana chahungi ki jaise kuch log hain jo hote hain jaise bahut paisa hota hai unke paas. Toh bazaar dikha hi deta hai ki unko unke paas koi bhi pareshani nahi hai aur bahut hi achhe hain unke unko Talala koi mushkil mein nahi dalta. Woh toh ekdum aisa matlab yeh soch ek duniyabi soch bani hui hai. Apne soch ki wajah se woh log is tarah se sochte hain.</w:t>
      </w:r>
    </w:p>
    <w:p>
      <w:pPr>
        <w:jc w:val="right"/>
      </w:pPr>
      <w:r>
        <w:t>हां श्रीना, doctor श्रीना ने बहुत अच्छे से clear कर दिया और एक एक example के तौर पर कुछ ऐसी चीज़ बताना चाहूंगी कि जैसे कुछ लोग हैं जो होते हैं जैसे बहुत पैसा होता है उनके पास. तो बाज़ार दिखा ही देता है कि उनको उनके पास कोई भी परेशानी नहीं है और बहुत ही अच्छे हैं उनके उनको लताला कोई मुश्किल में नहीं डालता. वह तो एकदम ऐसा मतलब यह सोच एक दुनियाभी सोच बनी हुई है. अपने सोच की वजह से वह लोग इस तरह से सोचते हैं.</w:t>
      </w:r>
    </w:p>
    <w:p>
      <w:r>
        <w:rPr>
          <w:b/>
        </w:rPr>
        <w:t xml:space="preserve">[31:47] </w:t>
      </w:r>
      <w:r>
        <w:t>toh is tarah ki baatein karte hain toh doosra insaan bhi usi se asar le leta hai aur isi tarah ki baat karta hai.</w:t>
      </w:r>
    </w:p>
    <w:p>
      <w:pPr>
        <w:jc w:val="right"/>
      </w:pPr>
      <w:r>
        <w:t>तो इस तरह की बातें करते हैं तो दूसरा इंसान भी उसी से असर ले लेता है और इसी तरह की बात करता है.</w:t>
      </w:r>
    </w:p>
    <w:p>
      <w:r>
        <w:rPr>
          <w:b/>
        </w:rPr>
        <w:t xml:space="preserve">[31:53] </w:t>
      </w:r>
      <w:r>
        <w:t>to yeh yeh yeh bhi main isi mein matlab jodkar batana chahungi ki yeh sari cheezein bhi to</w:t>
      </w:r>
    </w:p>
    <w:p>
      <w:pPr>
        <w:jc w:val="right"/>
      </w:pPr>
      <w:r>
        <w:t>तो यह यह यह भी मैं इसी में मतलब जोड़कर बताना चाहूंगी कि यह सारी चीज़ें भी तो</w:t>
      </w:r>
    </w:p>
    <w:p>
      <w:r>
        <w:rPr>
          <w:b/>
        </w:rPr>
        <w:t xml:space="preserve">[32:13] </w:t>
      </w:r>
      <w:r>
        <w:t>wah unke wah yeh samajhte hain ki allah ke jo plan hai usme usme humko fit hota hai</w:t>
      </w:r>
    </w:p>
    <w:p>
      <w:pPr>
        <w:jc w:val="right"/>
      </w:pPr>
      <w:r>
        <w:t>वह उनके वह यह समझते हैं कि अल्लाह के जो plan है उसमें उसमें हमको fit होता है</w:t>
      </w:r>
    </w:p>
    <w:p>
      <w:r>
        <w:rPr>
          <w:b/>
        </w:rPr>
        <w:t xml:space="preserve">[32:34] </w:t>
      </w:r>
      <w:r>
        <w:t>na ki humne jo khud ka plan banaya ya khud ki hamari jo zindagi hai uske mutabik apne</w:t>
      </w:r>
    </w:p>
    <w:p>
      <w:pPr>
        <w:jc w:val="right"/>
      </w:pPr>
      <w:r>
        <w:t>ना कि हमने जो ख़ुद का plan बनाया या ख़ुद की हमारी जो ज़िंदगी है उसके मुताबिक अपने</w:t>
      </w:r>
    </w:p>
    <w:p>
      <w:r>
        <w:rPr>
          <w:b/>
        </w:rPr>
        <w:t xml:space="preserve">[32:55] </w:t>
      </w:r>
      <w:r>
        <w:t>aap ko fit samajhte hain ki hum to</w:t>
      </w:r>
    </w:p>
    <w:p>
      <w:pPr>
        <w:jc w:val="right"/>
      </w:pPr>
      <w:r>
        <w:t>आप को fit समझते हैं कि हम तो</w:t>
      </w:r>
    </w:p>
    <w:p>
      <w:r>
        <w:rPr>
          <w:b/>
        </w:rPr>
        <w:t xml:space="preserve">[33:16] </w:t>
      </w:r>
      <w:r>
        <w:t>aapka main ek point aur mujhe yaad aaya aapki baat se.</w:t>
      </w:r>
    </w:p>
    <w:p>
      <w:pPr>
        <w:jc w:val="right"/>
      </w:pPr>
      <w:r>
        <w:t>आपका मैं एक point और मुझे याद आया आपकी बात से.</w:t>
      </w:r>
    </w:p>
    <w:p>
      <w:r>
        <w:rPr>
          <w:b/>
        </w:rPr>
        <w:t xml:space="preserve">[33:28] </w:t>
      </w:r>
      <w:r>
        <w:t>ek aayat hai vah mujhe yaad nahin aa rahi.</w:t>
      </w:r>
    </w:p>
    <w:p>
      <w:pPr>
        <w:jc w:val="right"/>
      </w:pPr>
      <w:r>
        <w:t>एक आयत है वह मुझे याद नहीं आ रही.</w:t>
      </w:r>
    </w:p>
    <w:p>
      <w:r>
        <w:rPr>
          <w:b/>
        </w:rPr>
        <w:t xml:space="preserve">[33:40] </w:t>
      </w:r>
      <w:r>
        <w:t>aayat mein hai ki jo imaan wale hain unhein do jannaton ka vah diya gaya.</w:t>
      </w:r>
    </w:p>
    <w:p>
      <w:pPr>
        <w:jc w:val="right"/>
      </w:pPr>
      <w:r>
        <w:t>आयत में है कि जो ईमान वाले हैं उन्हें दो जन्नतों का वह दिया गया.</w:t>
      </w:r>
    </w:p>
    <w:p>
      <w:r>
        <w:rPr>
          <w:b/>
        </w:rPr>
        <w:t xml:space="preserve">[33:52] </w:t>
      </w:r>
      <w:r>
        <w:t>khushkhabri di gayi ki do jannaten unke liye hain.</w:t>
      </w:r>
    </w:p>
    <w:p>
      <w:pPr>
        <w:jc w:val="right"/>
      </w:pPr>
      <w:r>
        <w:t>खुशख़बरी दी गई कि दो जन्नतें उनके लिए हैं.</w:t>
      </w:r>
    </w:p>
    <w:p>
      <w:r>
        <w:rPr>
          <w:b/>
        </w:rPr>
        <w:t xml:space="preserve">[34:04] </w:t>
      </w:r>
      <w:r>
        <w:t>ek aayat hai mujhe baad mein reference milega to main bataungi.</w:t>
      </w:r>
    </w:p>
    <w:p>
      <w:pPr>
        <w:jc w:val="right"/>
      </w:pPr>
      <w:r>
        <w:t>एक आयत है मुझे बाद में reference मिलेगा तो मैं बताऊंगी.</w:t>
      </w:r>
    </w:p>
    <w:p>
      <w:r>
        <w:rPr>
          <w:b/>
        </w:rPr>
        <w:t xml:space="preserve">[34:16] </w:t>
      </w:r>
      <w:r>
        <w:t>to mujhe yahi laga aapki baat sunkar ki shayad ek jannat jo hai vah isi duniya mein unhein mil jaati</w:t>
      </w:r>
    </w:p>
    <w:p>
      <w:pPr>
        <w:jc w:val="right"/>
      </w:pPr>
      <w:r>
        <w:t>तो मुझे यही लगा आपकी बात सुनकर कि शायद एक जन्नत जो है वह इसी दुनिया में उन्हें मिल जाती</w:t>
      </w:r>
    </w:p>
    <w:p>
      <w:r>
        <w:rPr>
          <w:b/>
        </w:rPr>
        <w:t xml:space="preserve">[34:29] </w:t>
      </w:r>
      <w:r>
        <w:t>jannat mein kya molana sahab kehte the na aksar ki jannat mein kya hai sab duniya mein bhi jannat hai. har cheez yahi sab kuch jannat mein bhi hoga lekin wahan sukoon hoga. vahi sabse bada vah rehta hai.</w:t>
      </w:r>
    </w:p>
    <w:p>
      <w:pPr>
        <w:jc w:val="right"/>
      </w:pPr>
      <w:r>
        <w:t>जन्नत में क्या मोलाना साहब कहते थे ना अक्सर कि जन्नत में क्या है सब दुनिया में भी जन्नत है. हर चीज़ यही सब कुछ जन्नत में भी होगा लेकिन वहां सुकून होगा. वही सबसे बड़ा वह रहता है.</w:t>
      </w:r>
    </w:p>
    <w:p>
      <w:r>
        <w:rPr>
          <w:b/>
        </w:rPr>
        <w:t xml:space="preserve">[34:58] </w:t>
      </w:r>
      <w:r>
        <w:t>Now we have almost come to the end of the session and main apna, main apni experience bas share karna chah rahi hoon ki maine jo mahsus kiya hai yah suffering to sabhi ki aati hai. tarah tarah se ajmaish hoti hai, tarah tarah ke test hote hain, situations paida hote hain. jismein insaan ekdam se tadap uthta hai ki hudaar tu meri baat sun le.</w:t>
      </w:r>
    </w:p>
    <w:p>
      <w:pPr>
        <w:jc w:val="right"/>
      </w:pPr>
      <w:r>
        <w:t>Now we have almost come to the end of the session and मैं अपना, मैं अपनी experience बस share करना चाह रही हूं कि मैंने जो महसूस किया है यह suffering तो सभी की आती है. तरह तरह से अजमाइश होती है, तरह तरह के test होते हैं, situations पैदा होते हैं. जिसमें इंसान एकदम से तड़प उठता है कि हुदार तू मेरी बात sun ले.</w:t>
      </w:r>
    </w:p>
    <w:p>
      <w:r>
        <w:rPr>
          <w:b/>
        </w:rPr>
        <w:t xml:space="preserve">[35:20] </w:t>
      </w:r>
      <w:r>
        <w:t>to yeh suffering mujhe feel hota hai kabhi aisa hota bhi hai ki insaan bhatak jaaye lekin ultimately</w:t>
      </w:r>
    </w:p>
    <w:p>
      <w:pPr>
        <w:jc w:val="right"/>
      </w:pPr>
      <w:r>
        <w:t>तो यह suffering मुझे feel होता है कभी ऐसा होता भी है कि इंसान भटक जाए लेकिन ultimately</w:t>
      </w:r>
    </w:p>
    <w:p>
      <w:r>
        <w:rPr>
          <w:b/>
        </w:rPr>
        <w:t xml:space="preserve">[35:31] </w:t>
      </w:r>
      <w:r>
        <w:t>usko jab ehsaas hota hai ki jab uski pareshani door ho jaati hai ease ho jaati kyunki quran</w:t>
      </w:r>
    </w:p>
    <w:p>
      <w:pPr>
        <w:jc w:val="right"/>
      </w:pPr>
      <w:r>
        <w:t>उसको जब एहसास होता है कि जब उसकी परेशानी दूर हो जाती है ease हो जाती क्योंकि कुरान</w:t>
      </w:r>
    </w:p>
    <w:p>
      <w:r>
        <w:rPr>
          <w:b/>
        </w:rPr>
        <w:t xml:space="preserve">[35:42] </w:t>
      </w:r>
      <w:r>
        <w:t>کی ایک ہے with every hardship there is ease, with every hardship there is ease.</w:t>
      </w:r>
    </w:p>
    <w:p>
      <w:pPr>
        <w:jc w:val="right"/>
      </w:pPr>
      <w:r>
        <w:t>की एक है with every hardship there is ease, with every hardship there is ease.</w:t>
      </w:r>
    </w:p>
    <w:p>
      <w:r>
        <w:rPr>
          <w:b/>
        </w:rPr>
        <w:t xml:space="preserve">[35:53] </w:t>
      </w:r>
      <w:r>
        <w:t>to har hardship ke baad jab ease hai, jab vah ease wale halat mein jab jata hai aur pehchanta hai, pata ki sachchi pehchan usko tabhi hoti hai. kyunki pareshani ke waqt uski feeling kya thi, usne mahsus kiya. jab ease aa gaya to usne dono cheez ko mahsus kiya aur phir vah shukr jo nikalta hai kuda ke liye aur uske dil se tab vah jo sachchi jo shukr jo se nikalti hai vahi hai marfat kuda ki.</w:t>
      </w:r>
    </w:p>
    <w:p>
      <w:pPr>
        <w:jc w:val="right"/>
      </w:pPr>
      <w:r>
        <w:t>तो हर hardship के बाद जब ease है, जब वह ease वाले हालत में जब जाता है और पहचानता है, पता कि सच्ची पहचान उसको तभी होती है. क्योंकि परेशानी के वक्त उसकी feeling क्या थी, उसने महसूस किया. जब ease आ गया तो उसने दोनों चीज़ को महसूस किया और फिर वह शुक्र जो निकलता है कुदा के लिए और उसके दिल से तब वह जो सच्ची जो शुक्र जो से निकलती है वही है मार्वत कुदा की.</w:t>
      </w:r>
    </w:p>
    <w:p>
      <w:r>
        <w:rPr>
          <w:b/>
        </w:rPr>
        <w:t xml:space="preserve">[36:20] </w:t>
      </w:r>
      <w:r>
        <w:t>to isko maine bahut zyada mahsus kiya hai tarah tarah ke situations jo abhi filhaal hi aaye the. to allah mil allah ne bahut bahut situation se nikala aur ek feel karwaya ki yes, I am there. tum mujhe bhukaro. main sufferings to dunga lekin I am there to ease all this pain. So with this we come to the end of the session, very beautiful session, lot of learning.</w:t>
      </w:r>
    </w:p>
    <w:p>
      <w:pPr>
        <w:jc w:val="right"/>
      </w:pPr>
      <w:r>
        <w:t>तो इसको मैंने बहुत ज़्यादा महसूस किया है तरह तरह के situations जो अभी फ़िलहाल ही आए थे. तो अल्लाह मिल अल्लाह ने बहुत बहुत situation से निकाला और एक feel करवाया कि yes, I am there. तुम मुझे भुकारो. मैं sufferings तो दूंगा लेकिन I am there to ease all this pain. So with this we come to the end of the session, very beautiful session, lot of learning.</w:t>
      </w:r>
    </w:p>
    <w:p>
      <w:r>
        <w:rPr>
          <w:b/>
        </w:rPr>
        <w:t xml:space="preserve">[36:46] </w:t>
      </w:r>
      <w:r>
        <w:t>We have shared our experiences, our own what we have gone through and incredible learning with these sessions that we do with every week. main dua karti hoon andatra se ki yah hamesha hamara yah chhota sa session hamari learning ka hamesha jari rahe. allah is session ko apni fazilat mile aur hum is tarah se CPS ladies hamesha jude rahe hain apni learning ko share karne ke liye. With this we come to an end. I'll end this session.</w:t>
      </w:r>
    </w:p>
    <w:p>
      <w:pPr>
        <w:jc w:val="right"/>
      </w:pPr>
      <w:r>
        <w:t>We have shared our experiences, our own what we have gone through and incredible learning with these sessions that we do with every week. मैं दुआ करती हूं अंदातरा से कि यह हमेशा हमारा यह छोटा सा session हमारी learning का हमेशा जारी रहे. अल्लाह इस session को अपनी फ़ाज़िद मिले और हम इस तरह से CPS ladies हमेशा जुड़े रहे हैं अपनी learning को share करने के लिए. With this we come to an end. I'll end this session.</w:t>
      </w:r>
    </w:p>
    <w:p>
      <w:r>
        <w:rPr>
          <w:b/>
        </w:rPr>
        <w:t xml:space="preserve">[37:16] </w:t>
      </w:r>
      <w:r>
        <w:t>Inshallah we'll meet again next week. Papa will be there with a q and a session. Inshallah, I hope. So we meet again.</w:t>
      </w:r>
    </w:p>
    <w:p>
      <w:pPr>
        <w:jc w:val="right"/>
      </w:pPr>
      <w:r>
        <w:t>Inshallah we'll meet again next week. Papa will be there with a q and a session. Inshallah, I hope. So we meet again.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