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Universal Thinking In Islam CPS Women Discussion 27 October 15, 2023</w:t>
      </w:r>
    </w:p>
    <w:p>
      <w:r>
        <w:t>https://www.youtube.com/watch?v=p7cYhXsEBIc</w:t>
      </w:r>
    </w:p>
    <w:p>
      <w:r>
        <w:rPr>
          <w:b/>
        </w:rPr>
        <w:t xml:space="preserve">[00:15] </w:t>
      </w:r>
      <w:r>
        <w:t>aaj ka hamara topic universal thinking in islam par hai. hum jo bhi yahan par discussion karte hain yahan vah apni islah ke liye aur tamam logon ko quran aur hadith ke zariye har baat maloom ho sake. iske liye hamari ek chhoti si koshish hoti hai.</w:t>
      </w:r>
    </w:p>
    <w:p>
      <w:pPr>
        <w:jc w:val="right"/>
      </w:pPr>
      <w:r>
        <w:t>आज का हमारा topic universal thinking in इस्लाम पर है. हम जो भी यहां पर discussion करते हैं यहां वह अपनी इस्लाह के लिए और तमाम लोगों को क़ुरान और हदीस के ज़रिए हर बात मालूम हो सके. इसके लिए हमारी एक छोटी सी कोशिश होती है.</w:t>
      </w:r>
    </w:p>
    <w:p>
      <w:r>
        <w:rPr>
          <w:b/>
        </w:rPr>
        <w:t xml:space="preserve">[00:36] </w:t>
      </w:r>
      <w:r>
        <w:t>bas allah taala se dua karti hoon ki hum un tamam cheezon ko jo hum yahan par discuss karte hain, unko apni zindagi mein dakhil kar sakein aur amal kar sakein. to ek hadith ke sath shuruaat karti hoon. hadith hai ki rasul ullah sallallahu alaihi wasallam ne farmaya ki sun lo ki tamam log adam ki aulad hain aur sun lo ki adam mitti se the.</w:t>
      </w:r>
    </w:p>
    <w:p>
      <w:pPr>
        <w:jc w:val="right"/>
      </w:pPr>
      <w:r>
        <w:t>बस अल्लाह ताला से दुआ करती हूं कि हम उन तमाम चीज़ों को जो हम यहां पर discuss करते हैं, उनको अपनी ज़िंदगी में दाख़िल कर सकें और अमल कर सकें. तो एक हदीश के साथ शुरुआत करती हूं. हदीश है कि रसुल उल्लाह सिल्लाह ने वह सल्लम ने फरमाया कि sun लोग की तमाम लोग आदम की औलात हैं और sun लोग की आदम मट्टी से थे.</w:t>
      </w:r>
    </w:p>
    <w:p>
      <w:r>
        <w:rPr>
          <w:b/>
        </w:rPr>
        <w:t xml:space="preserve">[01:05] </w:t>
      </w:r>
      <w:r>
        <w:t>to yah hadith hamein sachchai bata rahi hai ki tamam insan barabar hain aur yah hadith masawat yani equality ka usool bhi bata rahi hai ki sab insan ek mard aur ek aurat ki aulad hai. to phir tamam fark aur badhai aur kala gora aur jitne bhi rang sab humne banakar rakhe hain, sab kuch khatm ho jata hai.</w:t>
      </w:r>
    </w:p>
    <w:p>
      <w:pPr>
        <w:jc w:val="right"/>
      </w:pPr>
      <w:r>
        <w:t>तो यह हदीस हमें सच्चाई बता रही है कि तमाम इंसान बराबर हैं और यह हदीस मसावाद यानी equality का उसूल भी बता रही है कि सब इंसान एक मर्ज़ और एक औरत की औलाद है. तो फिर तमाम फ़र्क़ और बढ़ाई और काला होरा और जितने भी रंग सब हमने बनाकर रखे हैं, सब कुछ ख़त्म हो जाता है.</w:t>
      </w:r>
    </w:p>
    <w:p>
      <w:r>
        <w:rPr>
          <w:b/>
        </w:rPr>
        <w:t xml:space="preserve">[01:34] </w:t>
      </w:r>
      <w:r>
        <w:t>to molana sahab ne bataya ki is hadith se yah maloom ho jata hai ki tamam mard ek dusre ke blood brothers hain aur tamam auraten ek dusre ki blood sisters hain. to agar hum is tarah samajh lein to phir tamam fark jo humne banaya hua hai jo jis wajah se hum yah aisa sochte hain to vah sari cheezein khatm ho jayengi.</w:t>
      </w:r>
    </w:p>
    <w:p>
      <w:pPr>
        <w:jc w:val="right"/>
      </w:pPr>
      <w:r>
        <w:t>तो मोलाना साहब ने बताया कि इस हदीज़ से यह मालूम हो जाता है कि तमाम मर्द एक दूसरे के blood brothers हैं और तमाम औरतें एक दूसरे की blood sisters हैं. तो अगर हम इस तरह समझ लें तो फिर तमाम फ़र्क़ जो हमने बनाया हुआ है जो जिस वजह से हम यह ऐसा सोचते हैं तो वह सारी चीज़ें ख़त्म हो जाएंगी.</w:t>
      </w:r>
    </w:p>
    <w:p>
      <w:r>
        <w:rPr>
          <w:b/>
        </w:rPr>
        <w:t xml:space="preserve">[02:02] </w:t>
      </w:r>
      <w:r>
        <w:t>ek chhoti si misal batana chahungi ki mere yahan ek matlab isi blood relation par ek chhota sa example de rahi thi ki mere yahan ek non muslim ladka bahut chhota sa tha tab se vah rehta tha. bahut hi imandar, bahut hi samajhdar aur vah mera kaam bhi karta tha aur padhai bhi karta tha.</w:t>
      </w:r>
    </w:p>
    <w:p>
      <w:pPr>
        <w:jc w:val="right"/>
      </w:pPr>
      <w:r>
        <w:t>एक छोटी सी मिसाल बताना चाहूंगी कि मेरे यहां एक मतलब इसी blood relation पर एक छोटा सा example दे रही थी कि मेरे यहां एक non मुस्लिम लड़का बहुत छोटा सा था तब से वह रहता था. बहुत ही ईमानदार, बहुत ही समझदार और वह मेरा काम भी करता था और पढ़ाई भी करता था.</w:t>
      </w:r>
    </w:p>
    <w:p>
      <w:r>
        <w:rPr>
          <w:b/>
        </w:rPr>
        <w:t xml:space="preserve">[02:25] </w:t>
      </w:r>
      <w:r>
        <w:t>to us waqt is waqt to ab vah bada ho chuka hai chaudah bees saal ka hoga aur abhi vah bank mein job karne laga hai. lekin hamara aur uska rishta aisa mazboot hai jis tarah se blood relation mein hota hai. na hum log uske bagair reh pate hain na vah hamare bagair reh pata hai.</w:t>
      </w:r>
    </w:p>
    <w:p>
      <w:pPr>
        <w:jc w:val="right"/>
      </w:pPr>
      <w:r>
        <w:t>तो उस वक़्त इस वक़्त तो अब वह बड़ा हो चुका है चौबीस बीस साल का होगा और अभी वह bank में job करने लगा है. लेकिन हमारा और उसका रिश्ता ऐसा मज़बूत है जिस तरह से blood relation में होता है. ना हम लोग उसके बगैर रह पाते हैं ना वह हमारे बगैर रह पाता है.</w:t>
      </w:r>
    </w:p>
    <w:p>
      <w:r>
        <w:rPr>
          <w:b/>
        </w:rPr>
        <w:t xml:space="preserve">[02:46] </w:t>
      </w:r>
      <w:r>
        <w:t>abhi bhi vah jab Sunday mein uski chhutti hoti hai to vah aur bhi tamam kaam apna hoga karta lekin vah hamare paas aa jata hai aaj bhi aur ya koi aur koi chhutti ka din hota hai tab bhi vah mere paas aa jata hai aur tamam andar bahar ke kaam karta hai. mere sabhi bachche usse bahut zyada usko dil se samajhte hain. sadia kehti hain yah god ka gift hai.</w:t>
      </w:r>
    </w:p>
    <w:p>
      <w:pPr>
        <w:jc w:val="right"/>
      </w:pPr>
      <w:r>
        <w:t>अभी भी वह जब Sunday में उसकी छुट्टी होती है तो वह और भी तमाम काम अपना होता होगा करता लेकिन वह हमारे पास आ जाता है आज भी और या कोई और कोई छुट्टी का दिन होता है तब भी वह मेरे पास आ जाता है और तमाम अंदर बाहर के काम करता है. मेरे सभी बच्चे उससे बहुत ज़्यादा उसको दमदिल से समझते हैं. सादिया कहती हैं यह god का gift है.</w:t>
      </w:r>
    </w:p>
    <w:p>
      <w:r>
        <w:rPr>
          <w:b/>
        </w:rPr>
        <w:t xml:space="preserve">[03:11] </w:t>
      </w:r>
      <w:r>
        <w:t>to pehle main uske sath kafi door door jakar jo hai quran distribute karti thi. usi ke sath chali jati thi aur vah tareeqa usne aisa seekha ki aaj main nahin ja pati hoon, lekin vah khud hi jakar yah kaam kar deta hai. to is tarah jo mohabbat ka rishta banta hai, kisi blood relation se kam nahin hota, balki usse behtar hota hai.</w:t>
      </w:r>
    </w:p>
    <w:p>
      <w:pPr>
        <w:jc w:val="right"/>
      </w:pPr>
      <w:r>
        <w:t>तो पहले मैं उसके साथ काफ़ी दूर दूर जाकर जो है कुरान distribute करती थी. उसी के साथ चली जाती थी और वह तरीक़ा उसने ऐसा सीखा कि आज मैं नहीं जा पाती हूं, लेकिन वह ख़ुद ही जाकर यह काम कर देता है. तो इस तरह जो मोहब्बत का रिश्ता बनता है, किसी blood relation से कम नहीं होता, बल्कि उससे burger होता है.</w:t>
      </w:r>
    </w:p>
    <w:p>
      <w:r>
        <w:rPr>
          <w:b/>
        </w:rPr>
        <w:t xml:space="preserve">[03:36] </w:t>
      </w:r>
      <w:r>
        <w:t>rasulullah ne farmaya ki ek gawah main gawaahi deta hoon ki tamam bande aapas mein bhai bhai hain. yah hadith bhi insani rishton ki baat kar rahi hai ki tamam duniya ke log ek khandan ki tarah hai.</w:t>
      </w:r>
    </w:p>
    <w:p>
      <w:pPr>
        <w:jc w:val="right"/>
      </w:pPr>
      <w:r>
        <w:t>रसुल्लील्ला ने फरमाया कि एक उदा मैं गवाही देता हूं कि तमाम बंदे आपस में भाई भाई हैं. यह भागीश भी इंसानी रिश्तों की बात कर रही है कि तमाम दुनिया के लोग एक खानदान की तरह है.</w:t>
      </w:r>
    </w:p>
    <w:p>
      <w:r>
        <w:rPr>
          <w:b/>
        </w:rPr>
        <w:t xml:space="preserve">[03:49] </w:t>
      </w:r>
      <w:r>
        <w:t>molana sahab kehte hain ki har ek ko chahiye ki vah doosron ke sath vahi suluk kare jo apne ghar ke andar apne bhai ke sath karta hai aur yah suluk apne aur gair ke fark ko mita bhi deta hai aur hum sab ko ek matlab fark jab mit jata hai to hum sab ek dusre se ekdam mazboot rishte mein band jate hain aur isse zyada aur koi mazboot rishta hota bhi nahin hai.</w:t>
      </w:r>
    </w:p>
    <w:p>
      <w:pPr>
        <w:jc w:val="right"/>
      </w:pPr>
      <w:r>
        <w:t>अमोलाना साहब कहते हैं कि हर एक को चाहिए कि वह दूसरों के साथ वही शुलू करें जो अपने घर के अंदर अपने भाई के साथ करता है और यह सूल अपने और गैर के फ़र्क़ को मिटा भी देता है और हम सब को एक मतलब फ़र्क़ जब मिट जाता है तो हम सब एक दूसरे से एकदम मज़बूत रिश्ते में बंद जाते हैं और इससे ज़्यादा और कोई मज़बूत रिश्ता होता भी नहीं है.</w:t>
      </w:r>
    </w:p>
    <w:p>
      <w:r>
        <w:rPr>
          <w:b/>
        </w:rPr>
        <w:t xml:space="preserve">[04:14] </w:t>
      </w:r>
      <w:r>
        <w:t>jaise ki abhi maine misaal diya to isi tarah har ek ki madad ke liye alah taala ne</w:t>
      </w:r>
    </w:p>
    <w:p>
      <w:pPr>
        <w:jc w:val="right"/>
      </w:pPr>
      <w:r>
        <w:t>जैसे कि अभी मैंने मिसाल दिया तो इसी तरह हर एक की मदद के लिए अलाह ताला ने</w:t>
      </w:r>
    </w:p>
    <w:p>
      <w:r>
        <w:rPr>
          <w:b/>
        </w:rPr>
        <w:t xml:space="preserve">[04:25] </w:t>
      </w:r>
      <w:r>
        <w:t>bataya ki tum apne bhai ki madad karo chahe zalim ho ya mazloom ho.</w:t>
      </w:r>
    </w:p>
    <w:p>
      <w:pPr>
        <w:jc w:val="right"/>
      </w:pPr>
      <w:r>
        <w:t>बताया कि तुम अपने भाई की मदद करो चाहे ज़ालिम हो या मज़लूम हो.</w:t>
      </w:r>
    </w:p>
    <w:p>
      <w:r>
        <w:rPr>
          <w:b/>
        </w:rPr>
        <w:t xml:space="preserve">[04:37] </w:t>
      </w:r>
      <w:r>
        <w:t>to logon ne puchha ki mazloom ka to main jaanta hoon.</w:t>
      </w:r>
    </w:p>
    <w:p>
      <w:pPr>
        <w:jc w:val="right"/>
      </w:pPr>
      <w:r>
        <w:t>तो लोगों ने पुछा कि मज़लूम का तो मैं जानता हूं.</w:t>
      </w:r>
    </w:p>
    <w:p>
      <w:r>
        <w:rPr>
          <w:b/>
        </w:rPr>
        <w:t xml:space="preserve">[04:48] </w:t>
      </w:r>
      <w:r>
        <w:t>hum jaante hain zalim ka kaise madad kara jaaye?</w:t>
      </w:r>
    </w:p>
    <w:p>
      <w:pPr>
        <w:jc w:val="right"/>
      </w:pPr>
      <w:r>
        <w:t>हम जानते हैं ज़ालिम का कैसे मदद करा जाए?</w:t>
      </w:r>
    </w:p>
    <w:p>
      <w:r>
        <w:rPr>
          <w:b/>
        </w:rPr>
        <w:t xml:space="preserve">[05:00] </w:t>
      </w:r>
      <w:r>
        <w:t>jawabi dushmani na karo balki uske sath achha suluk karo. to iska result yah hoga ki tumhara dushman tumhara dost ban jayega. yah itni badi wisdom ki baat hai aur yahi khuda ka qanoon hai ki bad behavior ke badle good behavior insan ke conscious ko jaga deta hai aur insan dushman chhodkar dost ban jata hai. to islam ki teaching hamein har ek well wisher banna sikhati hai.</w:t>
      </w:r>
    </w:p>
    <w:p>
      <w:pPr>
        <w:jc w:val="right"/>
      </w:pPr>
      <w:r>
        <w:t>जवाबी दुश्मनी ना करो बल्कि उसके साथ अच्छा सलूक करो. तो इसका result यह होगा कि तुम्हारा दुश्मन तुम्हारा दोस्त वन जाएगा. यह इतनी बड़ी wisdom की बात है और यही फ़ुद्दा का कानून है कि bad behavior के बदले good behavior इंसान के conscious को जगा देता है और इंसान दुश्मन छोड़कर दोस्त वन जाता है. तो इस्लाम की teaching हमें हर एक well measure बनना सिखाती है.</w:t>
      </w:r>
    </w:p>
    <w:p>
      <w:r>
        <w:rPr>
          <w:b/>
        </w:rPr>
        <w:t xml:space="preserve">[05:27] </w:t>
      </w:r>
      <w:r>
        <w:t>ek dusre se khuda ke liye mohabbat karna sikhati hai. doosron ke liye dua karna, nasihat karna, unko mohabbat ke sath is tarah batana ki unki thinking badle. aise halaat paida karna ki unko apni galti ka ehsas ho jaye. yahi well wisher hone ka matlab hai. yani har insan ka dusre insan par yah farz hai ki vah uske liye aasani paida kare na ki mushkil.</w:t>
      </w:r>
    </w:p>
    <w:p>
      <w:pPr>
        <w:jc w:val="right"/>
      </w:pPr>
      <w:r>
        <w:t>एक दूसरे से ख़ुदा के लिए मोहब्बत करना सिखाती है. दूसरों के लिए दुआ करना, नसीहत करना, उनको मोहब्बत के साथ इस तरह बताना कि उनकी thinking बदले. ऐसे हालात पैदा करना कि उनको अपनी ग़लती का एहसास हो जाए. यही well measure होने का मतलब है. यानी हर इंसान का दूसरे इंसान पर यह फर्ज़ है कि वह उसके लिए आसानी पैदा करें ना कि मुश्किल.</w:t>
      </w:r>
    </w:p>
    <w:p>
      <w:r>
        <w:rPr>
          <w:b/>
        </w:rPr>
        <w:t xml:space="preserve">[05:54] </w:t>
      </w:r>
      <w:r>
        <w:t>doosron se nafrat aur bura suluk ghair islami character hai. to hum tamam log jo sapiens mission se jude hain vah tamam log puri insaniyat ke liye khushboo ban jaye. tamam logon ke liye rehmat ban jaye. yahi islami taalim hai jisko hamein karna hai. is waqt duniya mein jo bhi inteha pasandi ho rahi hai, nafrat failai ja rahi hai.</w:t>
      </w:r>
    </w:p>
    <w:p>
      <w:pPr>
        <w:jc w:val="right"/>
      </w:pPr>
      <w:r>
        <w:t>दूसरों से नफ़रत और बुरा सुलोक गैर इस्लामी की character है. तो हम तमाम लोग जो sapiens mission से जुड़े हैं वह तमाम लोग पूरी इंसानियत के लिए खुशबू वन जाएं. तमाम लोगों के लिए रहमत वन जाएं. यही इस्लामी तालीम है जिसको हमें करना है. इस वक्त दुनिया में जो भी इंतहापन संगील हो रही है, नफ़रत फैलाई जा रही है.</w:t>
      </w:r>
    </w:p>
    <w:p>
      <w:r>
        <w:rPr>
          <w:b/>
        </w:rPr>
        <w:t xml:space="preserve">[06:22] </w:t>
      </w:r>
      <w:r>
        <w:t>yah tamam logon ko khuda ke ghazab se bahut zyada darna chahiye. to meri yah learning thi aage doctor safeena bataye.</w:t>
      </w:r>
    </w:p>
    <w:p>
      <w:pPr>
        <w:jc w:val="right"/>
      </w:pPr>
      <w:r>
        <w:t>यह तमाम लोगों को ख़ुदा के ग़ज़ब से बहुत ज़्यादा डरना चाहिए. तो मेरी यह learning थी आगे doctor सफीना बताएं.</w:t>
      </w:r>
    </w:p>
    <w:p>
      <w:r>
        <w:rPr>
          <w:b/>
        </w:rPr>
        <w:t xml:space="preserve">[06:37] </w:t>
      </w:r>
      <w:r>
        <w:t>slam, papa bahut achha aapne points bataye ki kis tarah se, islam hamari soch ko banana chahta hai aur usi ko maine bhi jab yah topic suna universality in islam, universal thinking in islam to mere zehan mein bhi yahi baatein aayi ki islam ek afaqi mazhab hai.</w:t>
      </w:r>
    </w:p>
    <w:p>
      <w:pPr>
        <w:jc w:val="right"/>
      </w:pPr>
      <w:r>
        <w:t>स्लामिल, papa बहुत अच्छा आपने points बताए कि किस तरह से, इस्लाम हमारी सोच को बनाना चाहता है और उसी को मैंने भी जब यह topic सुना universality in इस्लाम, universal thinking in इस्लाम तो मेरे ज़हन में भी यही बातें आई कि इस्लाम एक अफ़ाकी मज़हब है.</w:t>
      </w:r>
    </w:p>
    <w:p>
      <w:r>
        <w:rPr>
          <w:b/>
        </w:rPr>
        <w:t xml:space="preserve">[07:06] </w:t>
      </w:r>
      <w:r>
        <w:t>vah har ek ke liye, har jagah, har waqt ke liye approachable hai. matlab vah apply karta hai har ek ke liye. vah kahin aisa nahin ki mahdood community ke liye hai ya kisi ek waqt ke liye hai. vah har har waqt ke liye applicable hai.</w:t>
      </w:r>
    </w:p>
    <w:p>
      <w:pPr>
        <w:jc w:val="right"/>
      </w:pPr>
      <w:r>
        <w:t>वह हर एक के लिए, हर जगह, हर वक़्त के लिए approachable है. मतलब वह apply करता है हर एक के लिए. वह कहीं ऐसा नहीं कि महदूद community के लिए है या किसी एक वक़्त के लिए है. वह हर हर वक़्त के लिए applicable है.</w:t>
      </w:r>
    </w:p>
    <w:p>
      <w:r>
        <w:rPr>
          <w:b/>
        </w:rPr>
        <w:t xml:space="preserve">[07:25] </w:t>
      </w:r>
      <w:r>
        <w:t>aisa mazhab hai islam is liye usko afaqi ya universal mazhab kaha ja sakta hai aur aisa is liye kaha jaye kyunke ek to sabse pehli baat hum sab jante hain ke islam deen e fitrat hai. fitrat mein jo nature mein jo deen hai wahi mulana sahab humein samjhate thay ke wahi deen islam humein sikhata hai. ab fikrat mein allah ka submission hai.</w:t>
      </w:r>
    </w:p>
    <w:p>
      <w:pPr>
        <w:jc w:val="right"/>
      </w:pPr>
      <w:r>
        <w:t>ऐसा मज़हब है इस्लाम इसलिए उसको अफ़ाकी या universal मज़हब कहा जा सकता है और ऐसा इसलिए कहा जाए क्योंकि एक तो सबसे पहली बात हम सब जानते हैं कि इस्लाम दीन ए फितरत है. फितरत में जो nature में जो दीन है वही मुलाना साहब हमें समझाते थे कि वही दीन इस्लाम हमें सिखाता है. अब फ़िक्रत में अल्लाह का submission है.</w:t>
      </w:r>
    </w:p>
    <w:p>
      <w:r>
        <w:rPr>
          <w:b/>
        </w:rPr>
        <w:t xml:space="preserve">[07:49] </w:t>
      </w:r>
      <w:r>
        <w:t>har jagah hum dekhte hain ke planets, stars aur trees aur hawaein aur har cheez apne aap ko allah ko submit kiye hue hain aur yahi insaan se bhi matlab hai ke woh bhi apni marzi se alla ko submit kar dein apne aap ko, apni marzi ko. to pehli baat to yeh is liye bhi universal hai ke yeh tauheed ka ek, tauheed ka ek ideology deta hai. tauheed ka matlab har har ek ka khuda ek hai.</w:t>
      </w:r>
    </w:p>
    <w:p>
      <w:pPr>
        <w:jc w:val="right"/>
      </w:pPr>
      <w:r>
        <w:t>हर जगह हम देखते हैं कि planets, stars और trees और हवाएं और हर चीज़ अपने आप को अल्लाह को submit किए हुए हैं और यही इंसान से भी मतलब है कि वह भी अपनी मर्ज़ी से हल्ला को submit कर दें अपने आप को, अपनी मर्ज़ी को. तो पहली बात तो यह इसलिए भी universal है कि यह तौहीद का एक, तौहीद का एक ideology देता है. तौहीद का मतलब हर हर एक का ख़ुदा एक है.</w:t>
      </w:r>
    </w:p>
    <w:p>
      <w:r>
        <w:rPr>
          <w:b/>
        </w:rPr>
        <w:t xml:space="preserve">[08:18] </w:t>
      </w:r>
      <w:r>
        <w:t>matlab ek khuda ka hone ka matlab hai ke jo khuda hamara hai wahi khuda har insaan ka hai. yeh sochkar hamare beach mein ek unsiyat aati hai ke hum sab ek hi khuda ke bande hain. sabse pehli cheez, gauheed se humein aapas mein judav mehsoos hota hai. phir quran mein jaisa ke aap ne bataya aur bhi kai jagah par yeh baat hai ke hum hazrat adam allam aur ahua allam ki auladein hain. to hum sari duniya ke log ek family hain.</w:t>
      </w:r>
    </w:p>
    <w:p>
      <w:pPr>
        <w:jc w:val="right"/>
      </w:pPr>
      <w:r>
        <w:t>मतलब एक ख़ुदा का होने का मतलब है कि जो ख़ुदा हमारा है वही ख़ुदा हर इंसान का है. यह सोचकर हमारे beach में एक उनसियत आती है कि हम सब एक ही ख़ुदा के बंदे हैं. सबसे पहली चीज़, गौहीद से हमें आपस में जुड़ाव महसूस होता है. फिर कुरान में जैसा कि आपने बताया और भी कई जगह पर यह बात है कि हम हज़रत आदम अल्लाम और आहुआ अल्लाम की औलादें हैं. तो हम सारी दुनिया के लोग एक family हैं.</w:t>
      </w:r>
    </w:p>
    <w:p>
      <w:r>
        <w:rPr>
          <w:b/>
        </w:rPr>
        <w:t xml:space="preserve">[08:48] </w:t>
      </w:r>
      <w:r>
        <w:t>to ek connection humein aur quran mein milta hai ke hum sab ek hain aur hamare beach mein koi differences nahi hain. saath mein quran mein hum ne pehli verse mein padha alhamd ul illahi rabbula to jis rab ko hum dua kar rahe hain woh alam ka rab hai. poora sab logon ka rab hai. woh kisi ek khaas ka ya community ka rab nahi hai.</w:t>
      </w:r>
    </w:p>
    <w:p>
      <w:pPr>
        <w:jc w:val="right"/>
      </w:pPr>
      <w:r>
        <w:t>तो एक connection हमें और कुरान में मिलता है कि हम सब एक हैं और हमारे beach में कोई differences नहीं हैं. साथ में कुरान में हमने पहली verse में पढ़ा अलहम्द उल इल्लाही रब्बुला तो जिस रब को हम दुआ कर रहे हैं वह आलम का रब है. पूरा सब लोगों का रब है. वह किसी एक ख़ास का या community का रब नहीं है.</w:t>
      </w:r>
    </w:p>
    <w:p>
      <w:r>
        <w:rPr>
          <w:b/>
        </w:rPr>
        <w:t xml:space="preserve">[09:12] </w:t>
      </w:r>
      <w:r>
        <w:t>to is se humein pata chalta hai ke hamara jo rab hai woh poori universe ko control kiye hue hain. woh sirf hamare liye nahi hai. to hamare andar ek afaqiyat paida hoti hai aur quran mein har jagah par bar bar yeh baat aayi hai ke yeh quran baseerat banakar bheja gaya hai, kuch khabri banakar bheja gaya hai tamam insano ke liye. to yeh message jo us mein hai quran mein yeh sare insano ke liye hai yeh baat samajh mein aati hai.</w:t>
      </w:r>
    </w:p>
    <w:p>
      <w:pPr>
        <w:jc w:val="right"/>
      </w:pPr>
      <w:r>
        <w:t>तो इससे हमें पता चलता है कि हमारा जो रब है वह पूरी universe को control किए हुए हैं. वह सिर्फ़ हमारे लिए नहीं है. तो हमारे अंदर एक अफ़ाक़ियत पैदा होती है और कुरान में हर जगह पर बार बार यह बात आई है कि यह कुरान बसीरत बनाकर भेजा गया है, कुछ ख़बरी बनाकर भेजा गया है तमाम इंसानों के लिए. तो यह message जो उसमें है कुरान में यह सारे इंसानों के लिए है यह बात समझ में आती है.</w:t>
      </w:r>
    </w:p>
    <w:p>
      <w:r>
        <w:rPr>
          <w:b/>
        </w:rPr>
        <w:t xml:space="preserve">[09:40] </w:t>
      </w:r>
      <w:r>
        <w:t>quran bar bar insano ko bhukarta hai. aye insan, o insano jo aate hain woh is tarah se logon ko address karti hain. to is se pata chalta hai woh kahin par us mein difference nahi hai ke woh musalmano ke liye hai puran. yeh baat bhi bahut zyada universal thinking wali baat nazar aati hai mujhe puran mein.</w:t>
      </w:r>
    </w:p>
    <w:p>
      <w:pPr>
        <w:jc w:val="right"/>
      </w:pPr>
      <w:r>
        <w:t>कुरान बार बार इंसानों को भुकारता है. ए इंसान, ओ इंसानों जो आते हैं वह इस तरह से लोगों को address करती हैं. तो इससे पता चलता है वह कहीं पर उसमें difference नहीं है कि वह मुसलमानों के लिए है पुरान. यह बात भी बहुत ज़्यादा universal thinking वाली बात नज़र आती है मुझे पुरान में.</w:t>
      </w:r>
    </w:p>
    <w:p>
      <w:r>
        <w:rPr>
          <w:b/>
        </w:rPr>
        <w:t xml:space="preserve">[10:03] </w:t>
      </w:r>
      <w:r>
        <w:t>bar bar puran mein bataya gaya ke sare alam ka rab hai, sare jahano ka rab hai, purab aur pashchim ka rab hai. to hum is se yahi jaan paate hain ke khuda jo khuda ne jo duniya banayi hai woh ek khuda hai aur sare ke sare uske mabood, usi mabood ki wadah karna chahiye sabko aur sare hum sab aapas mein connected hain, ek family hain aur sab uske bande hain.</w:t>
      </w:r>
    </w:p>
    <w:p>
      <w:pPr>
        <w:jc w:val="right"/>
      </w:pPr>
      <w:r>
        <w:t>बार बार पुरान में बताया गया कि सारे आलम का रब है, सारे जहानों का रब है, पूरब और पश्चिम का रब है. तो हम इससे यही जान पाते हैं कि खुदा जो खुदा ने जो दुनिया बनाई है वह एक खुदा है और सारे के सारे उसके माबूद, उसी माबूद की वादत करना चाहिए सबको और सारे हम सब आपस में connected हैं, एक family हैं और सब उसके बंदे हैं.</w:t>
      </w:r>
    </w:p>
    <w:p>
      <w:r>
        <w:rPr>
          <w:b/>
        </w:rPr>
        <w:t xml:space="preserve">[10:31] </w:t>
      </w:r>
      <w:r>
        <w:t>saath mein humein yeh bhi pata chalta hai ke muhammad sallah sallam ko al hatala ne paigambar banakar bheja to sari duniya ke liye, sari alam ke liye mercy bana bheja. mercy for all mankind unke bare mein aaya. rahmatul alemeen. to us se bhi yahi nazar aata hai ke sari cheezein afaqi sochkar thi. mohammad ki ek hadish hum sab ne suni hai ke ek dafa woh ek yahudi ki janaze ke liye khade ho gaye.</w:t>
      </w:r>
    </w:p>
    <w:p>
      <w:pPr>
        <w:jc w:val="right"/>
      </w:pPr>
      <w:r>
        <w:t>साथ में हमें यह भी पता चलता है कि मुहम्मद सल्लाह सल्लम को अल हताला ने पैगंबर बनाकर भेजा तो सारी दुनिया के लिए, सारे आलम के लिए mercy बना भेजा. Mercy for all mankind उनके बारे में आया. रहमतुल आलमीन. तो उससे भी यही नज़र आता है कि सारी चीज़ें अफ़ाकी सोचकर थीं. मोहम्मद की एक हदीश हम सबने सुनी है कि एक दफ़ा वह एक यहूदी की जनाज़े के लिए खड़े हो गए.</w:t>
      </w:r>
    </w:p>
    <w:p>
      <w:r>
        <w:rPr>
          <w:b/>
        </w:rPr>
        <w:t xml:space="preserve">[10:58] </w:t>
      </w:r>
      <w:r>
        <w:t>us par ek kisi insaan ne unse kaha ke yeh to ek yahudi tha, aap kyun khade hue? to aap ne apni zindagi mein is tarah ki example di hai. unhone aap ne kaha alaih satnavasan. kya woh insaan nahi? to har insaan ki ek izzat hai, ek dignity hai.</w:t>
      </w:r>
    </w:p>
    <w:p>
      <w:pPr>
        <w:jc w:val="right"/>
      </w:pPr>
      <w:r>
        <w:t>उस पर एक किसी इंसान ने उनसे कहा कि यह तो एक यहूदी था, आप क्यों खड़े हुए? तो आपने अपनी ज़िंदगी में इस तरह की example दी है. उन्होंने आपने कहा अलाहि सत्नवसन. क्या वह इंसान नहीं? तो हर इंसान की एक इज़्ज़त है, एक dignity है.</w:t>
      </w:r>
    </w:p>
    <w:p>
      <w:r>
        <w:rPr>
          <w:b/>
        </w:rPr>
        <w:t xml:space="preserve">[11:12] </w:t>
      </w:r>
      <w:r>
        <w:t>yeh baat mulana sahab ne hamein us hadees ke zariye samjhai ki vaigambar apne zindagi mein is tarah</w:t>
      </w:r>
    </w:p>
    <w:p>
      <w:pPr>
        <w:jc w:val="right"/>
      </w:pPr>
      <w:r>
        <w:t>यह बात मुलाना साहब ने हमें उस हदीज़ के ज़रिए समझाई कि वैगंबर अपने ज़िंदगी में इस तरह</w:t>
      </w:r>
    </w:p>
    <w:p>
      <w:r>
        <w:rPr>
          <w:b/>
        </w:rPr>
        <w:t xml:space="preserve">[11:25] </w:t>
      </w:r>
      <w:r>
        <w:t>ke examples dete the ki vah har insaan ko ek respect de rahe hain aur uski uski uski</w:t>
      </w:r>
    </w:p>
    <w:p>
      <w:pPr>
        <w:jc w:val="right"/>
      </w:pPr>
      <w:r>
        <w:t>के examples देते थे कि वह हर इंसान को एक respect दे रहे हैं और उसकी उसकी उसकी</w:t>
      </w:r>
    </w:p>
    <w:p>
      <w:r>
        <w:rPr>
          <w:b/>
        </w:rPr>
        <w:t xml:space="preserve">[11:38] </w:t>
      </w:r>
      <w:r>
        <w:t>ek value hai.</w:t>
      </w:r>
    </w:p>
    <w:p>
      <w:pPr>
        <w:jc w:val="right"/>
      </w:pPr>
      <w:r>
        <w:t>एक value है.</w:t>
      </w:r>
    </w:p>
    <w:p>
      <w:r>
        <w:rPr>
          <w:b/>
        </w:rPr>
        <w:t xml:space="preserve">[11:52] </w:t>
      </w:r>
      <w:r>
        <w:t>aise nahin ki hum sirf apni community ko respect dein aur apni community ki hi value karein, usi</w:t>
      </w:r>
    </w:p>
    <w:p>
      <w:pPr>
        <w:jc w:val="right"/>
      </w:pPr>
      <w:r>
        <w:t>ऐसे नहीं कि हम सिर्फ़ अपनी community को respect दें और अपनी community की ही value करें, उसी</w:t>
      </w:r>
    </w:p>
    <w:p>
      <w:r>
        <w:rPr>
          <w:b/>
        </w:rPr>
        <w:t xml:space="preserve">[12:05] </w:t>
      </w:r>
      <w:r>
        <w:t>ki mohabbat karein.</w:t>
      </w:r>
    </w:p>
    <w:p>
      <w:pPr>
        <w:jc w:val="right"/>
      </w:pPr>
      <w:r>
        <w:t>की मोहब्बत करें.</w:t>
      </w:r>
    </w:p>
    <w:p>
      <w:r>
        <w:rPr>
          <w:b/>
        </w:rPr>
        <w:t xml:space="preserve">[12:19] </w:t>
      </w:r>
      <w:r>
        <w:t>aas paas ki life mein hain. saath mein hum haj mein dekhte hain ke woh woh bhi ek universal ibadat hai. usmein apni geographical boundariesein nikal kar tamam duniya ke musalman ikattha hote hain. usmein yeh farq nahi hota hai ke yeh india se hai ya yeh indonesia se hai ya kahan se? alhatala ne jab bulaya to sare nikal kar pahunch gaye. to yahan par bhi ek afafet nazar aa rahi hai usi ibadat mein.</w:t>
      </w:r>
    </w:p>
    <w:p>
      <w:pPr>
        <w:jc w:val="right"/>
      </w:pPr>
      <w:r>
        <w:t>आस पास की life में हैं. साथ में हम हज में देखते हैं कि वह वह भी एक universal इबादत है. उसमें अपनी geographical boundariesएं निकलकर तमाम दुनिया के मुसलमान इकट्ठा होते हैं. उसमें यह फ़र्क़ नहीं होता है कि यह India से है या यह Indonesia से है या कहां से? अल्हाताला ने जब बुलाया तो सारे निकलकर पहुंच गए. तो यहां पर भी एक आफ़ाफ़ेत नज़र आ रही है उसी बादत में.</w:t>
      </w:r>
    </w:p>
    <w:p>
      <w:r>
        <w:rPr>
          <w:b/>
        </w:rPr>
        <w:t xml:space="preserve">[12:44] </w:t>
      </w:r>
      <w:r>
        <w:t>ab quran ki bahut sari ayaton ko jaise ke hum bata rahe thay ke har jagah afaqi afaqiyat hai. yeh sab cheezein padhkar aur jankar ek momin ke dimagh mein jo soch banti hai to woh ek ek global personality ban jata hai. matlab woh ek limited soch se apni sirf apni self aur ke bare mein sochta tha us se nikal kar woh bahut oonchi soch wala ho jayega. uske dil se tamam, tasu aur bias nikal jayenge.</w:t>
      </w:r>
    </w:p>
    <w:p>
      <w:pPr>
        <w:jc w:val="right"/>
      </w:pPr>
      <w:r>
        <w:t>अब कुरान की बहुत सारी आयुतों को जैसे कि हम बता रहे थे कि हर जगह अफ़ाक़ी अफ़ाक़ीयत है. यह सब चीज़ें पढ़कर और जानकर एक मौमीन के दिमाग में जो सोच बनती है तो वह एक एक global personality वन जाता है. मतलब वह एक limited सोच से अपनी सिर्फ़ अपनी self और के बारे में सोचता था उससे निकलकर वह बहुत ऊंची सोच वाला हो जाएगा. उसके दिल से तमाम, तास्सू और bias निकल जाएंगे.</w:t>
      </w:r>
    </w:p>
    <w:p>
      <w:r>
        <w:rPr>
          <w:b/>
        </w:rPr>
        <w:t xml:space="preserve">[13:11] </w:t>
      </w:r>
      <w:r>
        <w:t>woh har ek ka khairkhwah hoga. woh har kisi ko lafa vaqsh banna chahega har kisi ke liye. woh jaise ne bataya ke humein kis tarah se aapas mein bhai chahra aur mohabbat se rehna, jaise ne example diya, woh tabhi ho sakta hai jab uski soch is tarah ki badi soch ho, afaqi soch ho. to yeh mohmineen ko is tarah ki sifat apne andar paida karni hai ke woh citizen of the universe ban jaye, poori universe ka citizen bane.</w:t>
      </w:r>
    </w:p>
    <w:p>
      <w:pPr>
        <w:jc w:val="right"/>
      </w:pPr>
      <w:r>
        <w:t>वह हर एक का खैरख्वाह होगा. वह हर किसी को लफ़ा वक़्श बनना चाहेगा हर किसी के लिए. वह जैसे ने बताया कि हमें किस तरह से आपस में भाईचारा और मोहब्बत से रहना, जैसे ने example दिया, वह तभी हो सकता है जब उसकी सोच इस तरह की बड़ी सोच हो, अफ़ाकी सोच हो. तो यह मोहमीन को इस तरह की सिफ़त अपने अंदर पैदा करनी है कि वह citizen of the universe वन जाए, पूरी universe का citizen बने.</w:t>
      </w:r>
    </w:p>
    <w:p>
      <w:r>
        <w:rPr>
          <w:b/>
        </w:rPr>
        <w:t xml:space="preserve">[13:40] </w:t>
      </w:r>
      <w:r>
        <w:t>apni apni jo sathi soch hai usko utha upar uthaye aur bade matlab big bird thinking jise kehte thay molana sahab upar uthkar woh missile ko dekhein aur woh har kisi missile ke liye chahe ke woh helper bane na ke wahi problem bane. to aaj jaisa hum har jagah dekhte hain ke rehmat ul alemeen jo paingambar thay unhein hum ne zahamt zahamt ul alemeen bana rakha hai. jaise jis tarah ke kaam hum musalmano ke hain.</w:t>
      </w:r>
    </w:p>
    <w:p>
      <w:pPr>
        <w:jc w:val="right"/>
      </w:pPr>
      <w:r>
        <w:t>अपनी अपनी जो सतही सोच है उसको उठा ऊपर उठाए और बड़े मतलब big bird thinking जिसे कहते थे मोलाना साहब ऊपर उठकर वह missile को देखें और वह हर किसी missile के लिए चाहे कि वह helper बने ना कि वही problem बने. तो आज जैसा हम हर जगह देखते हैं कि रहमत उल आलमीन जो पैंगलम्बर थे उन्हें हमने ज़हम्त ज़हम्त उल आलमीन बना रखा है. जैसे जिस तरह के काम हम मुसलमानों के हैं.</w:t>
      </w:r>
    </w:p>
    <w:p>
      <w:r>
        <w:rPr>
          <w:b/>
        </w:rPr>
        <w:t xml:space="preserve">[14:09] </w:t>
      </w:r>
      <w:r>
        <w:t>to agar hum unki sahi teachings par chalenge to hamari soch aisi banegi ki hum har kisi ki</w:t>
      </w:r>
    </w:p>
    <w:p>
      <w:pPr>
        <w:jc w:val="right"/>
      </w:pPr>
      <w:r>
        <w:t>तो अगर हम उनकी सही teachings पर चलेंगे तो हमारी सोच ऐसी बनेगी कि हम हर किसी की</w:t>
      </w:r>
    </w:p>
    <w:p>
      <w:r>
        <w:rPr>
          <w:b/>
        </w:rPr>
        <w:t xml:space="preserve">[14:20] </w:t>
      </w:r>
      <w:r>
        <w:t>izzat aur har kisi se mohabbat, har kisi ki khairwahi dil mein rakhenge yeh bhi saare aalam ke</w:t>
      </w:r>
    </w:p>
    <w:p>
      <w:pPr>
        <w:jc w:val="right"/>
      </w:pPr>
      <w:r>
        <w:t>इज़्ज़त और हर किसी से मोहब्बत, हर किसी की खैरवाही दिल में रखेंगे यह भी सारे आलम के</w:t>
      </w:r>
    </w:p>
    <w:p>
      <w:r>
        <w:rPr>
          <w:b/>
        </w:rPr>
        <w:t xml:space="preserve">[14:31] </w:t>
      </w:r>
      <w:r>
        <w:t>liye hai aur hamara farz banega ki hum isko doosron ko pahunchane ki koshish karein.</w:t>
      </w:r>
    </w:p>
    <w:p>
      <w:pPr>
        <w:jc w:val="right"/>
      </w:pPr>
      <w:r>
        <w:t>लिए है और हमारा फर्ज बनेगा कि हम इसको दूसरों को पहुंचाने की कोशिश करें.</w:t>
      </w:r>
    </w:p>
    <w:p>
      <w:r>
        <w:rPr>
          <w:b/>
        </w:rPr>
        <w:t xml:space="preserve">[14:43] </w:t>
      </w:r>
      <w:r>
        <w:t>hum apna yeh jo yeh jo apne paas lekar rakhe hain kitab allah ki padhega jab hum acche se samjhenge islam ko aur yeh jab yeh baat samajh payenge ke afaqi mazhab hai aur sabse mohabbat sikhata hai, sabki izzat sikhata hai.</w:t>
      </w:r>
    </w:p>
    <w:p>
      <w:pPr>
        <w:jc w:val="right"/>
      </w:pPr>
      <w:r>
        <w:t>हम अपना यह जो यह जो अपने पास लेकर रखे हैं किताब अल्लाह की पड़ेगा जब हम अच्छे से समझेंगे इस्लाम को और यह जब यह बात समझ पाएंगे कि अफ़ाकी मज़हब है और सबसे मोहब्बत सिखाता है, सबकी इज़्ज़त सिखाता है.</w:t>
      </w:r>
    </w:p>
    <w:p>
      <w:r>
        <w:rPr>
          <w:b/>
        </w:rPr>
        <w:t xml:space="preserve">[15:12] </w:t>
      </w:r>
      <w:r>
        <w:t>to bahut zyada approach hum sabki change hogi insha allah. main yahi seekh payi hoon wahan par raza kallaha.</w:t>
      </w:r>
    </w:p>
    <w:p>
      <w:pPr>
        <w:jc w:val="right"/>
      </w:pPr>
      <w:r>
        <w:t>तो बहुत ज़्यादा approach हम सबकी change होगी इशा अल्ला. मैं यही सीख पाई हूं वहां पर रज़ा कल्लाह.</w:t>
      </w:r>
    </w:p>
    <w:p>
      <w:r>
        <w:rPr>
          <w:b/>
        </w:rPr>
        <w:t xml:space="preserve">[15:21] </w:t>
      </w:r>
      <w:r>
        <w:t>mujhe accha explain kiya aap ne doctor safeena ke kafi soch aur banana aur sabka khuda ek hai fayda pahunchate hain aur doosre qism ke log woh hain jo duniya mein inqilab late hain, revolution late hain.</w:t>
      </w:r>
    </w:p>
    <w:p>
      <w:pPr>
        <w:jc w:val="right"/>
      </w:pPr>
      <w:r>
        <w:t>मुझे अच्छा explain किया आपने doctor सफ़ीना कि काफ़ी सोच और बनाना और सबका ख़ुदा एक है फ़ायदा पहुंचाते हैं और दूसरे क़िस्म के लोग वह हैं जो दुनिया में इंकलाब लाते हैं, revolution लाते हैं.</w:t>
      </w:r>
    </w:p>
    <w:p>
      <w:r>
        <w:rPr>
          <w:b/>
        </w:rPr>
        <w:t xml:space="preserve">[15:51] </w:t>
      </w:r>
      <w:r>
        <w:t>to Maulana sahab ne likha hai ki insani history use ki jo sabse bada namuna hai vah jo</w:t>
      </w:r>
    </w:p>
    <w:p>
      <w:pPr>
        <w:jc w:val="right"/>
      </w:pPr>
      <w:r>
        <w:t>तो मालाना साहब ने लिखा है कि इंसानी history उसे कि जो सबसे बड़ा नमूना है वह जो</w:t>
      </w:r>
    </w:p>
    <w:p>
      <w:r>
        <w:rPr>
          <w:b/>
        </w:rPr>
        <w:t xml:space="preserve">[16:00] </w:t>
      </w:r>
      <w:r>
        <w:t>vah community hai jisko ansar kaha jaata hai.</w:t>
      </w:r>
    </w:p>
    <w:p>
      <w:pPr>
        <w:jc w:val="right"/>
      </w:pPr>
      <w:r>
        <w:t>वह community है जिसको अंसार कहा जाता है.</w:t>
      </w:r>
    </w:p>
    <w:p>
      <w:r>
        <w:rPr>
          <w:b/>
        </w:rPr>
        <w:t xml:space="preserve">[16:09] </w:t>
      </w:r>
      <w:r>
        <w:t>makkah ke musalman jab hijrat karke wadina pahunche to ansar jo the unhone apna ghar jaydad ka aadha</w:t>
      </w:r>
    </w:p>
    <w:p>
      <w:pPr>
        <w:jc w:val="right"/>
      </w:pPr>
      <w:r>
        <w:t>मक्का के मुसलमान जब हिजरत करके वदीना पहुंचे तो अंसार जो थे उन्होंने अपना घर जायदाद का आधा</w:t>
      </w:r>
    </w:p>
    <w:p>
      <w:r>
        <w:rPr>
          <w:b/>
        </w:rPr>
        <w:t xml:space="preserve">[16:18] </w:t>
      </w:r>
      <w:r>
        <w:t>hissa makkah ke musafanon ko de diya.</w:t>
      </w:r>
    </w:p>
    <w:p>
      <w:pPr>
        <w:jc w:val="right"/>
      </w:pPr>
      <w:r>
        <w:t>हिस्सा मक्का के मुसफ़ानों को दे दिया.</w:t>
      </w:r>
    </w:p>
    <w:p>
      <w:r>
        <w:rPr>
          <w:b/>
        </w:rPr>
        <w:t xml:space="preserve">[16:28] </w:t>
      </w:r>
      <w:r>
        <w:t>banane mein par poori tarah razi ho gaye. yeh sab itni badi aala tareen thinking hai thi jo unhone karke history mein ek tareekh bana di. to yeh bahut hi hum sab logon ke liye itni badi cheez samajhne ke liye hai ke hum is tarah se sochein ke hamare sab hum sab ek hain. yeh kitna aasan bhi hai aur kitna sukoon deti hai yeh baatein ke hum sab ek hain. hum to kahin bhi gair aur aapne aur gair mein farq nahi maloom hota.</w:t>
      </w:r>
    </w:p>
    <w:p>
      <w:pPr>
        <w:jc w:val="right"/>
      </w:pPr>
      <w:r>
        <w:t>बनाने में पर पूरी तरह राज़ी हो गए. यह सब इतनी बड़ी आला तरीन thinking है थी जो उन्होंने करके history में एक तारीख़ बना दी. तो यह बहुत ही हम सब लोगों के लिए इतनी बड़ी चीज़ समझने के लिए है कि हम इस तरह से सोचें कि हमारे सब हम सब एक हैं. यह कितना आसान भी है और कितना सुकून देती है यह बातें कि हम सब एक हैं. हम तो कहीं भी गैर और आपने और गैर में फ़र्क़ नहीं मालूम होता.</w:t>
      </w:r>
    </w:p>
    <w:p>
      <w:r>
        <w:rPr>
          <w:b/>
        </w:rPr>
        <w:t xml:space="preserve">[16:58] </w:t>
      </w:r>
      <w:r>
        <w:t>main najma wapas se request karungi ki vah apni learning bataein.</w:t>
      </w:r>
    </w:p>
    <w:p>
      <w:pPr>
        <w:jc w:val="right"/>
      </w:pPr>
      <w:r>
        <w:t>मैं नजमा वापस से request करूंगी कि वह अपनी learning बताएं.</w:t>
      </w:r>
    </w:p>
    <w:p>
      <w:r>
        <w:rPr>
          <w:b/>
        </w:rPr>
        <w:t xml:space="preserve">[17:04] </w:t>
      </w:r>
      <w:r>
        <w:t>bismillah hirdqman rahen.</w:t>
      </w:r>
    </w:p>
    <w:p>
      <w:pPr>
        <w:jc w:val="right"/>
      </w:pPr>
      <w:r>
        <w:t>बिस्मिल्लाह हिर्दक़मान रहें.</w:t>
      </w:r>
    </w:p>
    <w:p>
      <w:r>
        <w:rPr>
          <w:b/>
        </w:rPr>
        <w:t xml:space="preserve">[17:10] </w:t>
      </w:r>
      <w:r>
        <w:t>aap dono ne kaafi clarity la is topic par universal thinking.</w:t>
      </w:r>
    </w:p>
    <w:p>
      <w:pPr>
        <w:jc w:val="right"/>
      </w:pPr>
      <w:r>
        <w:t>आप दोनों ने काफ़ी clarity ला इस topic पर universal thinking.</w:t>
      </w:r>
    </w:p>
    <w:p>
      <w:r>
        <w:rPr>
          <w:b/>
        </w:rPr>
        <w:t xml:space="preserve">[17:17] </w:t>
      </w:r>
      <w:r>
        <w:t>main bhi Maulana sahib ke lectures se, unse baat karke, unke videos se yeh baat bahut clear ho</w:t>
      </w:r>
    </w:p>
    <w:p>
      <w:pPr>
        <w:jc w:val="right"/>
      </w:pPr>
      <w:r>
        <w:t>मैं भी मौलाना साहब के lectures से, उनसे बात करके, उनके videos से यह बात बहुत clear हो</w:t>
      </w:r>
    </w:p>
    <w:p>
      <w:r>
        <w:rPr>
          <w:b/>
        </w:rPr>
        <w:t xml:space="preserve">[17:23] </w:t>
      </w:r>
      <w:r>
        <w:t>gayi hai ki Islam gives universal thinking.</w:t>
      </w:r>
    </w:p>
    <w:p>
      <w:pPr>
        <w:jc w:val="right"/>
      </w:pPr>
      <w:r>
        <w:t>गई है कि इस्लाम gives universal thinking.</w:t>
      </w:r>
    </w:p>
    <w:p>
      <w:r>
        <w:rPr>
          <w:b/>
        </w:rPr>
        <w:t xml:space="preserve">[17:30] </w:t>
      </w:r>
      <w:r>
        <w:t>kyun ke jaisa abhi doctor safinam ne bhi bataya aur wamida sahiba ne bhi bataya kyun ke islam sabhi ka hai. alhamd ul illamir ke rab jo hai rabbul alemeen hai, alam ka rab hai. to yeh to sirf musalmano ki baat nahi hai. hum log jo yeh aise karte hain to ek waqt tha jab log islam ko ek tarah se ek tradition samajhte thay.</w:t>
      </w:r>
    </w:p>
    <w:p>
      <w:pPr>
        <w:jc w:val="right"/>
      </w:pPr>
      <w:r>
        <w:t>क्योंकि जैसा अभी doctor सफ़ीनम ने भी बताया और वैमिदा साहिबा ने भी बताया क्योंकि इस्लाम सभी का है. अलहम्द उल इल्लामीर के रब जो है रब्बुल आलमीन है, आलम का रब है. तो यह तो सिर्फ़ मुसलमानों की बात नहीं है. हम लोग जो यह ऐसे करते हैं तो एक वक़्त था जब लोग इस्लाम को एक तरह से एक tradition समझते थे.</w:t>
      </w:r>
    </w:p>
    <w:p>
      <w:r>
        <w:rPr>
          <w:b/>
        </w:rPr>
        <w:t xml:space="preserve">[18:00] </w:t>
      </w:r>
      <w:r>
        <w:t>balki abhi bahut se log hain jo yahi samajhte hain ke sadiyon se jo cheezein chali aa rahi hain usi ko repeat karte rehna hai.</w:t>
      </w:r>
    </w:p>
    <w:p>
      <w:pPr>
        <w:jc w:val="right"/>
      </w:pPr>
      <w:r>
        <w:t>बल्कि अभी बहुत से लोग हैं जो यही समझते हैं कि सदियों से जो चीज़ें चली आ रही हैं उसी को repeat करते रहना है.</w:t>
      </w:r>
    </w:p>
    <w:p>
      <w:r>
        <w:rPr>
          <w:b/>
        </w:rPr>
        <w:t xml:space="preserve">[18:11] </w:t>
      </w:r>
      <w:r>
        <w:t>halanki quran bar bar yeh kehta hai ke aur jagah jagah quran mein yeh bataya gaya hai ke cheezon par gaur karo aur pre scientific era mein quran mein kuch baatein aisi thi jiska jawab nahi mil pata tha. is liye kaha gaya ke zyada sawal na karo. lekin post scientific era mein bahut sari cheezein clear hui.</w:t>
      </w:r>
    </w:p>
    <w:p>
      <w:pPr>
        <w:jc w:val="right"/>
      </w:pPr>
      <w:r>
        <w:t>हालांकि कुरान बार बार यह कहता है कि और जगह जगह कुरान में यह बताया गया है कि चीज़ों पर गौर करो और pre scientific era में कुरान में कुछ बातें ऐसी थीं जिसका जवाब नहीं मिल पाता था. इसलिए कहा गया कि ज़्यादा सवाल ना करो. लेकिन post scientific era में बहुत सारी चीज़ें clear हुई.</w:t>
      </w:r>
    </w:p>
    <w:p>
      <w:r>
        <w:rPr>
          <w:b/>
        </w:rPr>
        <w:t xml:space="preserve">[18:41] </w:t>
      </w:r>
      <w:r>
        <w:t>Big bang theory puran se bahut achhi tarah samajh mein aati hai aur jin cheezon ko directly observe</w:t>
      </w:r>
    </w:p>
    <w:p>
      <w:pPr>
        <w:jc w:val="right"/>
      </w:pPr>
      <w:r>
        <w:t>Big bang theory पुरान से बहुत अच्छी तरह समझ में आती है और जिन चीज़ों को directly observe</w:t>
      </w:r>
    </w:p>
    <w:p>
      <w:r>
        <w:rPr>
          <w:b/>
        </w:rPr>
        <w:t xml:space="preserve">[18:49] </w:t>
      </w:r>
      <w:r>
        <w:t>nahin kar paate to woh scientific era mein secondary evidence se bilkul samajh mein aa jaati hai ki</w:t>
      </w:r>
    </w:p>
    <w:p>
      <w:pPr>
        <w:jc w:val="right"/>
      </w:pPr>
      <w:r>
        <w:t>नहीं कर पाते तो वह scientific era में secondary evidence से बिल्कुल समझ में आ जाती है कि</w:t>
      </w:r>
    </w:p>
    <w:p>
      <w:r>
        <w:rPr>
          <w:b/>
        </w:rPr>
        <w:t xml:space="preserve">[18:58] </w:t>
      </w:r>
      <w:r>
        <w:t>secondary evidence se jo bhi milgayab ki baatein hain kuch woh hum samajh sakte hain ya itni badi</w:t>
      </w:r>
    </w:p>
    <w:p>
      <w:pPr>
        <w:jc w:val="right"/>
      </w:pPr>
      <w:r>
        <w:t>secondary evidence से जो भी मिलगायब की बातें हैं कुछ वह हम समझ सकते हैं या इतनी बड़ी</w:t>
      </w:r>
    </w:p>
    <w:p>
      <w:r>
        <w:rPr>
          <w:b/>
        </w:rPr>
        <w:t xml:space="preserve">[19:07] </w:t>
      </w:r>
      <w:r>
        <w:t>duniya hai, kahan hai jo hum samajh paate hain jo jo kuch aisi duniya hai jo hum nahin samajh paate.</w:t>
      </w:r>
    </w:p>
    <w:p>
      <w:pPr>
        <w:jc w:val="right"/>
      </w:pPr>
      <w:r>
        <w:t>दुनिया है, कहां है जो हम समझ पाते हैं जो जो कुछ ऐसी दुनिया है जो हम नहीं समझ पाते.</w:t>
      </w:r>
    </w:p>
    <w:p>
      <w:r>
        <w:rPr>
          <w:b/>
        </w:rPr>
        <w:t xml:space="preserve">[19:16] </w:t>
      </w:r>
      <w:r>
        <w:t>to yeh jab hamari thinking hogi, universal thinking hogi tabhi hamein is baat ki clarity bhi hogi. to isliye Islam koi tradition nahi hai, koi rivaj nahi hai, superstitions nahi hai, mysterious believe nahi hai.</w:t>
      </w:r>
    </w:p>
    <w:p>
      <w:pPr>
        <w:jc w:val="right"/>
      </w:pPr>
      <w:r>
        <w:t>तो यह जब हमारी thinking होगी, universal thinking होगी तभी हमें इस बात की clarity भी होगी. तो इसलिए इस्लाम कोई tradition नहीं है, कोई रिवाज नहीं है, superstitions नहीं है, mysterious believe नहीं है.</w:t>
      </w:r>
    </w:p>
    <w:p>
      <w:r>
        <w:rPr>
          <w:b/>
        </w:rPr>
        <w:t xml:space="preserve">[19:34] </w:t>
      </w:r>
      <w:r>
        <w:t>Islam wisdom hai aur iman aadmi ko is qabil banata hai ke woh visionary ho, wisdom ho usmein yahi wisdom ka aur visionary hone ka concern ban jaye. to Maulana ne bhi yeh baat kahi hai is hadith ko ke wisdom is the lost property of a believer. yeh hadith hai.</w:t>
      </w:r>
    </w:p>
    <w:p>
      <w:pPr>
        <w:jc w:val="right"/>
      </w:pPr>
      <w:r>
        <w:t>इस्लाम wisdom है और ईमान आदमी को इस काबिल बनाता है कि वह visionary हो, wisdom हो उसमें यही wisdom का और visionary होने का concern वन जाए. तो मौलाना ने भी यह बात कही है इस हदीस को कि wisdom is the lost property of a believer. यह ख़दीस है.</w:t>
      </w:r>
    </w:p>
    <w:p>
      <w:r>
        <w:rPr>
          <w:b/>
        </w:rPr>
        <w:t xml:space="preserve">[20:00] </w:t>
      </w:r>
      <w:r>
        <w:t>to jahan paye foreign le le wisdom ko aur woh jab bhi ho sakta hai ke woh ek open fiza mein ho, open minded ho insaan, to open minded hoga tabhi woh hum samajh payenge ek scientist ki tarah se ke jahan use ek scientific proof milta hai woh usi tarah se le leta hai.</w:t>
      </w:r>
    </w:p>
    <w:p>
      <w:pPr>
        <w:jc w:val="right"/>
      </w:pPr>
      <w:r>
        <w:t>तो जहां पाए foreign ले ले wisdom को और वह जब भी हो सकता है कि वह एक open फ़िज़ा में हो, open minded हो इंसान, तो open minded होगा तभी वह हम समझ पाएंगे एक scientist की तरह से कि जहां उसे एक scientific proof मिलता है वह उसी तरह से ले लेता है.</w:t>
      </w:r>
    </w:p>
    <w:p>
      <w:r>
        <w:rPr>
          <w:b/>
        </w:rPr>
        <w:t xml:space="preserve">[20:26] </w:t>
      </w:r>
      <w:r>
        <w:t>isi tarah moment jo hai uske paas yeh jazba hona chahiye ke jahan koi achhi baat mile real sense mein, reality ho, Quran ko samajhkar to us waqt koi bias na ho, usmein superstitions na ho. Open mindedness ka matlab hi yeh hai ke biases na hon, superstitions na hon aur ek Maulana bhi bahut explain karte the is baat ko ke we at the concept na ho.</w:t>
      </w:r>
    </w:p>
    <w:p>
      <w:pPr>
        <w:jc w:val="right"/>
      </w:pPr>
      <w:r>
        <w:t>इसी तरह moment जो है उसके पास यह जज़्बा होना चाहिए कि जहां कोई अच्छी बात मिले real sense में, reality हो, कुरान को समझकर तो उस वक़्त कोई bias ना हो, उसमें superstitions ना हो. Open mindedness का मतलब ही यह है कि biases ना हों, superstitions ना हों और एक मौलाना भी बहुत explain करते थे इस बात को कि we at the concept ना हो.</w:t>
      </w:r>
    </w:p>
    <w:p>
      <w:r>
        <w:rPr>
          <w:b/>
        </w:rPr>
        <w:t xml:space="preserve">[20:54] </w:t>
      </w:r>
      <w:r>
        <w:t>jaise abhi Ramida sahiba ne us ladke ki baat batai apni. to jab aap kisi se itne close aur aise hote hain to we and they ka concept khatm ho jata hai. to hamein intentionally is we and they ke concept ko khatm karna hai. to tabhi hamare dimagh mein universal thinking aayegi.</w:t>
      </w:r>
    </w:p>
    <w:p>
      <w:pPr>
        <w:jc w:val="right"/>
      </w:pPr>
      <w:r>
        <w:t>जैसे अभी रमीदा साहिबा ने उस लड़के की बात बताई अपनी. तो जब आप किसी से इतने close और ऐसे होते हैं तो वीद देख का concept ख़त्म हो जाता है. तो हमें intentionally इस वीद और देख के concept को ख़त्म करना है. तो तभी हमारे दिमाग़ में universal thinking आएगी.</w:t>
      </w:r>
    </w:p>
    <w:p>
      <w:r>
        <w:rPr>
          <w:b/>
        </w:rPr>
        <w:t xml:space="preserve">[21:15] </w:t>
      </w:r>
      <w:r>
        <w:t>puri humanity ko lekar hamein sochna hai, sabko dawat dena hai aur jis par Maulana bahut focus karte the kyunke jab hum sab kisi ko badu ko samjhenge ke yeh hamara hai aur yeh universal hai Islam tabhi hum unhein denge. abhi mujhe pichhle dino kuch hospital mein kai baar jana pada.</w:t>
      </w:r>
    </w:p>
    <w:p>
      <w:pPr>
        <w:jc w:val="right"/>
      </w:pPr>
      <w:r>
        <w:t>पूरी humanity को लेकर हमें सोचना है, सबको दावत देना है और जिस पर मौलाना बहुत focus करते थे क्योंकि जब हम सब किसी को बदू को समझेंगे कि यह हमारा है और यह universal है इस्लाम तभी हम उन्हें देंगे. अभी मुझे पिछले दिनों कुछ hospital में कई बार जाना पड़ा.</w:t>
      </w:r>
    </w:p>
    <w:p>
      <w:r>
        <w:rPr>
          <w:b/>
        </w:rPr>
        <w:t xml:space="preserve">[21:38] </w:t>
      </w:r>
      <w:r>
        <w:t>to humne kaafi Quran baatein doctors ko bhi diye, nurses ko bhi diye, bahut sare Quran bante aur mere saath ek ladka Satish hai woh bhi gaya tha. to woh mujhe bag mein rakhe hue cheezein to main guzar rahi thi wahan par ek aadmi khada tha to mujhe deta hai haath mein ke inhe de dijiye. to khud bhi bant raha tha aur mujhe bhi maine bhi kaha achha.</w:t>
      </w:r>
    </w:p>
    <w:p>
      <w:pPr>
        <w:jc w:val="right"/>
      </w:pPr>
      <w:r>
        <w:t>तो हमने काफ़ी कुरान बातें doctors को भी दिए, nurses को भी दिए, बहुत सारे कुरान बंटे और मेरे साथ एक लड़का सतीश है वह भी गया था. तो वह मुझे bag में रखे हुए चीज़ें तो मैं गुज़र रही थी वहां पर एक आदमी खड़ा था तो मुझे देता है हाथ में कि इन्हें दे दीजिए. तो ख़ुद भी बांट रहा था और मुझे भी मैंने भी कहा अच्छा.</w:t>
      </w:r>
    </w:p>
    <w:p>
      <w:r>
        <w:rPr>
          <w:b/>
        </w:rPr>
        <w:t xml:space="preserve">[22:04] </w:t>
      </w:r>
      <w:r>
        <w:t>phir maine uske kandhe par haath rakhkar ek ladki thi jab wahan khadi hui thi wahi hospital mein kaam karti thi to maine kaha yeh spiritual gift hai aapke liye. to kehne lagi thank you, thank you. to jab hum har ek ke saath na karte hain universally hamein sochna hai. to Allah ne sabke liye yeh din bheja hai. yahi hamara iman hona chahiye aur jab hamara yeh iman hoga tab hamein naturally universal thinking aayegi.</w:t>
      </w:r>
    </w:p>
    <w:p>
      <w:pPr>
        <w:jc w:val="right"/>
      </w:pPr>
      <w:r>
        <w:t>फिर मैंने उसके कंधे पर हाथ रखकर एक लड़की थी जब वहां खड़ी हुई थी वही hospital में काम करती थी तो मैंने कहा यह spiritual gift है आपके लिए. तो कहने लगी thank you, thank you. तो जब हम हर एक के साथ ना करते हैं universally हमें सोचना है. तो अल्लाह ने सबके लिए यह दिन भेजा है. यही हमारा ईमान होना चाहिए और जब हमारा यह ईमान होगा तब हमें naturally universal thinking आएगी.</w:t>
      </w:r>
    </w:p>
    <w:p>
      <w:r>
        <w:rPr>
          <w:b/>
        </w:rPr>
        <w:t xml:space="preserve">[22:32] </w:t>
      </w:r>
      <w:r>
        <w:t>to kuch log apni traditions mein apne limited culture mein jeete hain. bahar kya ho raha hai unhein pata hi nahi aur na hi Islam hai. Maulana madarson mein openness lane ki baat karte the. aur Allah ka shukr hai ke ab hum unka literature bahut sare madarson mein ja raha hai, pahunchaya ja raha hai.</w:t>
      </w:r>
    </w:p>
    <w:p>
      <w:pPr>
        <w:jc w:val="right"/>
      </w:pPr>
      <w:r>
        <w:t>तो कुछ लोग अपनी traditions में अपने limited culture में जीते हैं. बाहर क्या हो रहा है उन्हें पता ही नहीं और ना ही इस्लाम है. मौलाना मदरसों में openness लाने की बात करते थे. और अल्लाह का शुक्र है कि अब हम उनका literature बहुत सारे mothersओं में जा रहा है, पहुंचाया जा रहा है.</w:t>
      </w:r>
    </w:p>
    <w:p>
      <w:r>
        <w:rPr>
          <w:b/>
        </w:rPr>
        <w:t xml:space="preserve">[22:58] </w:t>
      </w:r>
      <w:r>
        <w:t>to hopefully agar yeh dhang se padhaya jayega to logon ke mind jo hain usmein openness aayegi, universality badhegi. to hum jab Quran ko matlab se aur samajhkar padhenge tabhi to hamein pata chalega ke Quran is a book of universal guidance.</w:t>
      </w:r>
    </w:p>
    <w:p>
      <w:pPr>
        <w:jc w:val="right"/>
      </w:pPr>
      <w:r>
        <w:t>तो hopefully अगर यह ढंग से पढ़ाया जाएगा तो लोगों के mind जो हैं उसमें openness आएगी, universality बढ़ेगी. तो हम जब कुरान को मतलब से और समझकर पढ़ेंगे तभी तो हमें पता चलेगा कि कुरान is a book of universal guidance.</w:t>
      </w:r>
    </w:p>
    <w:p>
      <w:r>
        <w:rPr>
          <w:b/>
        </w:rPr>
        <w:t xml:space="preserve">[23:16] </w:t>
      </w:r>
      <w:r>
        <w:t>woh guidance har ek ke liye hai, pure universe ke liye hai aur yeh universal brotherhood to woh jaise aap sab logon ne bhi baat kahi ke Hazrat Adam aur Hazrat Hawwa ki aulad se sari duniya bani hai.</w:t>
      </w:r>
    </w:p>
    <w:p>
      <w:pPr>
        <w:jc w:val="right"/>
      </w:pPr>
      <w:r>
        <w:t>वह guidance हर एक के लिए है, पूरे universe के लिए है और यह universal brotherhood तो वह जैसे आप सब लोगों ने भी बात कही कि हज़रत आदर्भ और हज़रत अब्वई की हव्वई की औलात से सारी दुनिया बनी है.</w:t>
      </w:r>
    </w:p>
    <w:p>
      <w:r>
        <w:rPr>
          <w:b/>
        </w:rPr>
        <w:t xml:space="preserve">[23:32] </w:t>
      </w:r>
      <w:r>
        <w:t>to Islam advocates universal thinking jo sabke liye hai aur Maulana intellectual development par bahut zor dete the taake hum Quran par gaur karein, usko samjhein aur apni zindagi mein aur apne behavior mein apply kar sakein. agar hum sochenge nahi to universal thinking kahan se aayegi?</w:t>
      </w:r>
    </w:p>
    <w:p>
      <w:pPr>
        <w:jc w:val="right"/>
      </w:pPr>
      <w:r>
        <w:t>तो इस्लाम advocates universal thinking जो सबके लिए है और मौलाना intellectual development पर बहुत ज़ोर देते थे ताकि हम कुरान पर गौर करें, उसको समझें और अपनी ज़िंदगी में और अपने behavior में apply कर सकें. अगर हम सोचेंगे नहीं तो universal thinking कहां से आएगी?</w:t>
      </w:r>
    </w:p>
    <w:p>
      <w:r>
        <w:rPr>
          <w:b/>
        </w:rPr>
        <w:t xml:space="preserve">[23:59] </w:t>
      </w:r>
      <w:r>
        <w:t>sab sab jo hai ko khudai ke liye hai aur faith in god gives universal thinking. jaise Bhavida inhone Doctor Sapna ne bataya ke jab hamara faith ek god par hai, one god to usse ke woh sabhi ka khuda hai. to isse universal thinking aati hai aur iman jo hai woh actually is discovery of faith in God.</w:t>
      </w:r>
    </w:p>
    <w:p>
      <w:pPr>
        <w:jc w:val="right"/>
      </w:pPr>
      <w:r>
        <w:t>सब सब जो है को खुदाई के लिए है और faith in god gives universal thinking. जैसे भविदा इन्होंने doctor सपना ने बताया कि जब हमारा faith एक god पर है, one god तो उससे कि वह सभी का हुदा है. तो इससे universal thinking आती है और ईमान जो है वह actually is discovery of faith in God.</w:t>
      </w:r>
    </w:p>
    <w:p>
      <w:r>
        <w:rPr>
          <w:b/>
        </w:rPr>
        <w:t xml:space="preserve">[24:25] </w:t>
      </w:r>
      <w:r>
        <w:t>to jab hum hamara yeh hum discover karenge to hamari universal thinking aayegi. agar hum kuch sochenge nahi samjhenge nahi to usse koi fayda nahi.</w:t>
      </w:r>
    </w:p>
    <w:p>
      <w:pPr>
        <w:jc w:val="right"/>
      </w:pPr>
      <w:r>
        <w:t>तो जब हम हमारा यह हम discover करेंगे तो हमारी universal ठिक्की गाएगी. अगर हम कुछ सोच हुए सोचेंगे नहीं समझेंगे नहीं तो उससे कोई फ़ायदा नहीं.</w:t>
      </w:r>
    </w:p>
    <w:p>
      <w:r>
        <w:rPr>
          <w:b/>
        </w:rPr>
        <w:t xml:space="preserve">[24:35] </w:t>
      </w:r>
      <w:r>
        <w:t>to yeh meri aaj ki learning hai aur aap sab logon ki learning se bhi aur samajh mein</w:t>
      </w:r>
    </w:p>
    <w:p>
      <w:pPr>
        <w:jc w:val="right"/>
      </w:pPr>
      <w:r>
        <w:t>तो यह मेरी आज की learning है और आप सब लोगों की learning से भी और समझ में</w:t>
      </w:r>
    </w:p>
    <w:p>
      <w:r>
        <w:rPr>
          <w:b/>
        </w:rPr>
        <w:t xml:space="preserve">[24:41] </w:t>
      </w:r>
      <w:r>
        <w:t>aaya aur log jo baat karenge usse bhi jaza kar raha hoon aur ek baat main aur kehna</w:t>
      </w:r>
    </w:p>
    <w:p>
      <w:pPr>
        <w:jc w:val="right"/>
      </w:pPr>
      <w:r>
        <w:t>आया और लोग जो बात करेंगे उससे भी जज़ा कर रहा हूं और एक बात मैं और कहना</w:t>
      </w:r>
    </w:p>
    <w:p>
      <w:r>
        <w:rPr>
          <w:b/>
        </w:rPr>
        <w:t xml:space="preserve">[24:48] </w:t>
      </w:r>
      <w:r>
        <w:t>chahti hoon ki main masters level par science education ke students ko jo padhati thi scientific era, scientific</w:t>
      </w:r>
    </w:p>
    <w:p>
      <w:pPr>
        <w:jc w:val="right"/>
      </w:pPr>
      <w:r>
        <w:t>चाहती हूं कि मैं masters level पर science education के students को जो पढ़ाती थी scientific era, scientific</w:t>
      </w:r>
    </w:p>
    <w:p>
      <w:r>
        <w:rPr>
          <w:b/>
        </w:rPr>
        <w:t xml:space="preserve">[24:54] </w:t>
      </w:r>
      <w:r>
        <w:t>thinking and all that jab main Maulana ke paas aayi to I was really usse pehle maine waqai</w:t>
      </w:r>
    </w:p>
    <w:p>
      <w:pPr>
        <w:jc w:val="right"/>
      </w:pPr>
      <w:r>
        <w:t>thinking and all that जब मैं मौलाना के पास आई तो I was really उससे पहले मैंने वाकई</w:t>
      </w:r>
    </w:p>
    <w:p>
      <w:r>
        <w:rPr>
          <w:b/>
        </w:rPr>
        <w:t xml:space="preserve">[25:01] </w:t>
      </w:r>
      <w:r>
        <w:t>mein yeh nahin itna focus suna tha intellectual development in in religion and all that.</w:t>
      </w:r>
    </w:p>
    <w:p>
      <w:pPr>
        <w:jc w:val="right"/>
      </w:pPr>
      <w:r>
        <w:t>में यह नहीं इतना focus सुना था intellectual development in in religion and all that.</w:t>
      </w:r>
    </w:p>
    <w:p>
      <w:r>
        <w:rPr>
          <w:b/>
        </w:rPr>
        <w:t xml:space="preserve">[25:08] </w:t>
      </w:r>
      <w:r>
        <w:t>to uske baad jab Maulana se discussion unke classes hote the meri apni teaching improve ho gayi aur bahut achhi tarah se samajh mein aane laga. phir jazba karna. jazba aur lafzon bahut hi achhe se aapne bataya Islam ke Islam wisdom hai. bashoor hone ki baat kiya aapne, education ki baat kiya.</w:t>
      </w:r>
    </w:p>
    <w:p>
      <w:pPr>
        <w:jc w:val="right"/>
      </w:pPr>
      <w:r>
        <w:t>तो उसके बाद जब बोलाना से discussion उनके classes होते थे मेरी अपनी teaching improve हो गई और बहुत अच्छी तरह से समझ में आने लगा. फिर जज़ाग करना. जज़ाग और लापाओं बहुत ही अच्छे से आपने बताया इस्लाम कि इस्लाम wisdom है. बाशहूर होने की बात किया आपने, education की बात किया.</w:t>
      </w:r>
    </w:p>
    <w:p>
      <w:r>
        <w:rPr>
          <w:b/>
        </w:rPr>
        <w:t xml:space="preserve">[25:35] </w:t>
      </w:r>
      <w:r>
        <w:t>to Sahab ne bhi likha hai jo education ka matlab hai ke insaan bashoor ho, wise ho, intelligent ho, chahe formal education ho, chahe informal education ho, uska nishana yahi hona chahiye ke aadmi bashoor ho. to Maulana Sahab kehte hain ke usko aajkal jo hai school aur media dono ka kaam yahi hona chahiye ke woh logon ke andar shor paida karein. sahi soch, sahi samajh paida karein.</w:t>
      </w:r>
    </w:p>
    <w:p>
      <w:pPr>
        <w:jc w:val="right"/>
      </w:pPr>
      <w:r>
        <w:t>तो साहब ने भी लिखा है जो education का मतलब है कि इंसान बाशहूर हो, wise हो, intelligent हो, चाहे formal education हो, चाहे informal education हो, उसका निशाना यही होना चाहिए कि आदमी बाशहूर हो. तो मोलाना साहब कहते हैं कि उसको आजकल जो है school और media दोनों का काम यही होना चाहिए कि वह लोगों के अंदर शोर पैदा करें. सही सोच, सही समझ पैदा करें.</w:t>
      </w:r>
    </w:p>
    <w:p>
      <w:r>
        <w:rPr>
          <w:b/>
        </w:rPr>
        <w:t xml:space="preserve">[26:00] </w:t>
      </w:r>
      <w:r>
        <w:t>sahi samajh hogi to tamam log doosron ke dost ya bhai ki tarah samjhenge na ke dushman ki tarah. to jab hum doosron ke saath jab mohabbat ka bhaiya rakhte hain to har ek hamare liye cooperative ho jata hai. usko hum khud apna kar samajh sakte hain, experience kar sakte hain. to bahut hi achha hai aapne bataya. to Maulana Sahab ne ek baar aapne kitab mein ek jagah likha hua tha. main abhi mujhe poori tarah se yaad nahi hai. mujhe bahut achhi lagti hai woh line.</w:t>
      </w:r>
    </w:p>
    <w:p>
      <w:pPr>
        <w:jc w:val="right"/>
      </w:pPr>
      <w:r>
        <w:t>सही समझ होगी तो तमाम लोग दूसरों के दोस्त या भाई की तरह समझेंगे ना कि दुश्मन की तरह. तो जब हम दूसरों के साथ जब मोहब्बत का भैया रखते हैं तो हर एक हमारे लिए cooperative हो जाता है. उसको हम ख़ुद अपना कर समझ सकते हैं, experience कर सकते हैं. तो बहुत ही अच्छा है आपने बताया. तो मोहलाना साहब ने एक बार आपने किताब में एक जगह लिखा हुआ था. मैं अभी मुझे पूरी तरह से याद नहीं है. मुझे बहुत अच्छी लगती है वह line.</w:t>
      </w:r>
    </w:p>
    <w:p>
      <w:r>
        <w:rPr>
          <w:b/>
        </w:rPr>
        <w:t xml:space="preserve">[26:28] </w:t>
      </w:r>
      <w:r>
        <w:t>yeh woh kehte hain ke kisi se meethi baat bolna, dosti ravaiya rakhna, raaste mein koi rukawat aa jaye, hata dena. yeh sab cheez dosti matlab ek aapas mein ek mohabbat paida karta hai na?</w:t>
      </w:r>
    </w:p>
    <w:p>
      <w:pPr>
        <w:jc w:val="right"/>
      </w:pPr>
      <w:r>
        <w:t>यह वह कहते हैं कि किसी से मीठी बात बोलना, दोस्ताना रवैया रखना, रास्ते में कोई रुकावट आ जाए, हटा देना. यह सब चीज़ दोस्ताना मतलब एक आपस में एक मोहब्बत पैदा करता है ना?</w:t>
      </w:r>
    </w:p>
    <w:p>
      <w:r>
        <w:rPr>
          <w:b/>
        </w:rPr>
        <w:t xml:space="preserve">[26:57] </w:t>
      </w:r>
      <w:r>
        <w:t>dosti ravaiya hai. to yeh sari cheezein universal thinking mein aati hain aur hamein apni soch ko is tarah se samajhkar bashoor hokar aage zindagi guzarna hai. Papa main woh ayat aapne ek quote ki thi woh ek baar detail mein aap mujhe bahut achha lagta hai Maulana Sahab ko explanation.</w:t>
      </w:r>
    </w:p>
    <w:p>
      <w:pPr>
        <w:jc w:val="right"/>
      </w:pPr>
      <w:r>
        <w:t>दोस्त आना रह भैया है. तो यह सारी चीज़ें universal thinking में आती हैं और हमें अपनी सोच को इस तरह से समझकर वाशहूल होकर आगे ज़िंदगी गुज़ारना है. Papa मैं वह आयत आपने एक एक quote की थी वह एक बार detail में आप मुझे बहुत अच्छा लगता है मोलाना साहब को explanation.</w:t>
      </w:r>
    </w:p>
    <w:p>
      <w:r>
        <w:rPr>
          <w:b/>
        </w:rPr>
        <w:t xml:space="preserve">[27:19] </w:t>
      </w:r>
      <w:r>
        <w:t>jab woh kehte hain ke bad behavior ke badle good behavior karein to hum apne kuch dino mein payenge ke apna jo dushman nazar aa raha hai insaan, tabhi dost ban jayega. to yeh ek bahut badi soch deta hai aur ek naya nazariya deta hai insaan ko na? to iska mujhe lagta hai universal thinking mein insaan jab aa jata hai uski soch aisi ho jati hai tabhi woh aisa kar sakta hai ke achha behavior de. to ek baar ab isko aap thoda wazeh karenge.</w:t>
      </w:r>
    </w:p>
    <w:p>
      <w:pPr>
        <w:jc w:val="right"/>
      </w:pPr>
      <w:r>
        <w:t>जब वह कहते हैं कि bad behavior के बदले good behavior करें तो हम अपने कुछ दिनों में पाएंगे कि अपना जो दुश्मन नज़र आ रहा है इंसान, तभी दोस्त वन जाएगा. तो यह एक बहुत बड़ी सोच देता है और एक नया नज़रिया देता है इंसान को ना? तो इसका मुझे लगता है universal thinking में इंसान जब आ जाता है उसकी सोच ऐसी हो जाती है तभी वह ऐसा कर सकता है कि अच्छा behavior दे. तो एक बार अब इसको आप थोड़ा वाज़े करेंगे.</w:t>
      </w:r>
    </w:p>
    <w:p>
      <w:r>
        <w:rPr>
          <w:b/>
        </w:rPr>
        <w:t xml:space="preserve">[27:48] </w:t>
      </w:r>
      <w:r>
        <w:t>main isko aur ji ji. mujhe worst number hi hai is to yaad nahi hai Doctor Safina. lekin yeh is par Maulana se humne kai article likha hai. filhal to ekdum dimagh mein kuch nahi aa raha hai.</w:t>
      </w:r>
    </w:p>
    <w:p>
      <w:pPr>
        <w:jc w:val="right"/>
      </w:pPr>
      <w:r>
        <w:t>मैं इसको और जी जी. मुझे worst number ही है इस तो याद नहीं है doctor सफ़ीना. लेकिन यह इस पर बनाना से हमने कई कई article लिखा है. फ़िलहाल तो एकदम दिमाग में कुछ नहीं आ रहा है.</w:t>
      </w:r>
    </w:p>
    <w:p>
      <w:r>
        <w:rPr>
          <w:b/>
        </w:rPr>
        <w:t xml:space="preserve">[28:03] </w:t>
      </w:r>
      <w:r>
        <w:t>to is cheez ko main apni tareeqe se to yahi samajh pati hoon ke hum aur ek Ibrahim Ali Salam ke zamane mein jo soch bani thi logon ki, soch itni zabardast bani thi ke woh Islam ki mutabiqi zindagi guzarte the.</w:t>
      </w:r>
    </w:p>
    <w:p>
      <w:pPr>
        <w:jc w:val="right"/>
      </w:pPr>
      <w:r>
        <w:t>तो इस चीज़ को मैं अपनी तरीक़े से तो यही समझ पाती हूं कि हम और एक इब्राहिम अली सलाम के ज़माने में जो सोच बनी थी लोगों की, सोच इतनी ज़बरदस्त बनी थी कि वह इस्लाम की जो मुताबिकी ज़िंदगी गुजारते थे.</w:t>
      </w:r>
    </w:p>
    <w:p>
      <w:r>
        <w:rPr>
          <w:b/>
        </w:rPr>
        <w:t xml:space="preserve">[28:33] </w:t>
      </w:r>
      <w:r>
        <w:t>kisi ko takleef bhi pahunchti thi na?</w:t>
      </w:r>
    </w:p>
    <w:p>
      <w:pPr>
        <w:jc w:val="right"/>
      </w:pPr>
      <w:r>
        <w:t>किसी को तकलीफ भी पहुंचती थी ना?</w:t>
      </w:r>
    </w:p>
    <w:p>
      <w:r>
        <w:rPr>
          <w:b/>
        </w:rPr>
        <w:t xml:space="preserve">[28:44] </w:t>
      </w:r>
      <w:r>
        <w:t>jab hum ek doosre se dimagh dil mein woh rakhte hain keena ya ya nafrat to phir yeh</w:t>
      </w:r>
    </w:p>
    <w:p>
      <w:pPr>
        <w:jc w:val="right"/>
      </w:pPr>
      <w:r>
        <w:t>जब हम एक दूसरे से दिमाग दिल में वह रखते हैं कीना या या नफ़रत तो फिर यह</w:t>
      </w:r>
    </w:p>
    <w:p>
      <w:r>
        <w:rPr>
          <w:b/>
        </w:rPr>
        <w:t xml:space="preserve">[28:55] </w:t>
      </w:r>
      <w:r>
        <w:t>hota hai na ki inko nahin aise lena hai, unko nahin aise karna hai.</w:t>
      </w:r>
    </w:p>
    <w:p>
      <w:pPr>
        <w:jc w:val="right"/>
      </w:pPr>
      <w:r>
        <w:t>होता है ना कि इनको नहीं ऐसे लेना है, उनको नहीं ऐसे करना है.</w:t>
      </w:r>
    </w:p>
    <w:p>
      <w:r>
        <w:rPr>
          <w:b/>
        </w:rPr>
        <w:t xml:space="preserve">[29:06] </w:t>
      </w:r>
      <w:r>
        <w:t>phir hum mein hum dekhte hain.</w:t>
      </w:r>
    </w:p>
    <w:p>
      <w:pPr>
        <w:jc w:val="right"/>
      </w:pPr>
      <w:r>
        <w:t>फिर हम में हम देखते हैं.</w:t>
      </w:r>
    </w:p>
    <w:p>
      <w:r>
        <w:rPr>
          <w:b/>
        </w:rPr>
        <w:t xml:space="preserve">[29:17] </w:t>
      </w:r>
      <w:r>
        <w:t>to jab hum is tarah se sochenge ki ki jab ek aadmi jo hai sirf apne liye faayda</w:t>
      </w:r>
    </w:p>
    <w:p>
      <w:pPr>
        <w:jc w:val="right"/>
      </w:pPr>
      <w:r>
        <w:t>तो जब हम इस तरह से सोचेंगे कि कि जब एक आदमी जो है सिर्फ़ अपने लिए फ़ायदा</w:t>
      </w:r>
    </w:p>
    <w:p>
      <w:r>
        <w:rPr>
          <w:b/>
        </w:rPr>
        <w:t xml:space="preserve">[29:28] </w:t>
      </w:r>
      <w:r>
        <w:t>hum apne liye khaali faayda dekh rahe hain.</w:t>
      </w:r>
    </w:p>
    <w:p>
      <w:pPr>
        <w:jc w:val="right"/>
      </w:pPr>
      <w:r>
        <w:t>हम अपने लिए ख़ाली फ़ायदा देख रहे हैं.</w:t>
      </w:r>
    </w:p>
    <w:p>
      <w:r>
        <w:rPr>
          <w:b/>
        </w:rPr>
        <w:t xml:space="preserve">[29:40] </w:t>
      </w:r>
      <w:r>
        <w:t>jab hum universal thinking ke saath jab dekhenge saare Quran aur atish ke saath tab phir hamara jo</w:t>
      </w:r>
    </w:p>
    <w:p>
      <w:pPr>
        <w:jc w:val="right"/>
      </w:pPr>
      <w:r>
        <w:t>जब हम universal thinking के साथ जब देखेंगे सारे कुरान और अतीश के साथ तब फिर हमारा जो</w:t>
      </w:r>
    </w:p>
    <w:p>
      <w:r>
        <w:rPr>
          <w:b/>
        </w:rPr>
        <w:t xml:space="preserve">[29:59] </w:t>
      </w:r>
      <w:r>
        <w:t>hamari jo soch hogi woh humko yeh hogi ki sab log milkar kaam karein.</w:t>
      </w:r>
    </w:p>
    <w:p>
      <w:pPr>
        <w:jc w:val="right"/>
      </w:pPr>
      <w:r>
        <w:t>हमारी जो सोच होगी वह हमको यह होगी कि सब लोग मिलकर काम करें.</w:t>
      </w:r>
    </w:p>
    <w:p>
      <w:r>
        <w:rPr>
          <w:b/>
        </w:rPr>
        <w:t xml:space="preserve">[30:18] </w:t>
      </w:r>
      <w:r>
        <w:t>to ek abhi bhi mere mere sandan mein ek log hain. to wahan kaafi paise wale log hain lekin sabka is tarah se hai ki sabka alag alag business hai. lekin phir jo profit hota hai roz ka woh lakar roz roz woh log apne ghar mein rakhte hain aur phir usmein se sab barabar barabar hissa kar lete hain. to kisi ka kaam aur kisi ka zyada nahi hota. sab logon ko paisa sabke ghar bhi sab ek saath hi hain. sab log ek saath rehte hain. khana sabka alag van banta hai lekin sabka ghar hai matlab mila hua ghar hai.</w:t>
      </w:r>
    </w:p>
    <w:p>
      <w:pPr>
        <w:jc w:val="right"/>
      </w:pPr>
      <w:r>
        <w:t>तो एक अभी भी मेरे मेरे सानदान में एक लोग हैं. तो वहां काफ़ी पैसे वाले लोग हैं लेकिन सबका इस तरह से है कि सबका अलग अलग business है. लेकिन फिर जो profit होता है रोज़ का वह लाकर रोज़ रोज़ वह लोग अपने घर में रखते हैं और फिर उसमें से सब बराबर बराबर हिस्सा कर लेते हैं. तो किसी का काम और किसी का ज़्यादा नहीं होता. सब लोगों को पैसा सबके घर भी सब एक साथ ही हैं. सब लोग एक साथ रहते हैं. खाना सबका अलग वन बनता है लेकिन सबका घर है मतलब मिला हुआ घर है.</w:t>
      </w:r>
    </w:p>
    <w:p>
      <w:r>
        <w:rPr>
          <w:b/>
        </w:rPr>
        <w:t xml:space="preserve">[30:47] </w:t>
      </w:r>
      <w:r>
        <w:t>bada hath hi achha lagta hai wahan jao to. matlab kaafi achhi tarike se log rehte hain. woh paisa sabka barabar hota hai aur sabka jo rahan sahan hai uthna baithna sabka ek tarah ka hai. yahi wali baat thi main.</w:t>
      </w:r>
    </w:p>
    <w:p>
      <w:pPr>
        <w:jc w:val="right"/>
      </w:pPr>
      <w:r>
        <w:t>बड़ा हथ ही अच्छा लगता है वहां जाओ तो. मतलब काफ़ी अच्छी तरीके से लोग रहते हैं. वह पैसा सबका बराबर होता है और सबका जो रहन सहन है उठना बैठना सबका एक तरह का है. यही वाली बात थी मैं.</w:t>
      </w:r>
    </w:p>
    <w:p>
      <w:r>
        <w:rPr>
          <w:b/>
        </w:rPr>
        <w:t xml:space="preserve">[31:14] </w:t>
      </w:r>
      <w:r>
        <w:t>matlab abhi main achhe se explain nahi kar pa rahi hoon doctor safina iske aage batayein. ji, aapka mujhe lagta hai wahi islam jo hai woh dil jeetne ka hunar sikhata hai hamein. ji. ki hum dil jeete hain. har kisi ka chahe woh dushmani lag raha ho hamein apna. to yeh cheez abhi yasmin ne apne aisi dauran mein yasmin hai is meeting mein. unhone bataya ki yeh jo ayat hai jiska hum zikr kar rahe hain yeh surah fusilat ki ayat 3435 hai jiski baat hai.</w:t>
      </w:r>
    </w:p>
    <w:p>
      <w:pPr>
        <w:jc w:val="right"/>
      </w:pPr>
      <w:r>
        <w:t>मतलब अभी मैं अच्छे से explain नहीं कर पा रही हूं doctor सफ़ीना इसके आगे बताएं. जी, आपका मुझे लगता है वही इस्लाम जो है वह दिल जीतने का हुनर सिखाता है हमें. जी. कि हम दिल जीते हैं. हर किसी का चाहे वह दुश्मनी लग रहा हो हमें अपना. तो यह चीज़ अभी यास्मीन ने अपने ऐसी दौरान में यास्मीन है इस meeting में. उन्होंने बताया कि यह जो आयात है जिसका हम ज़िक्र कर रहे हैं यह सूर्य फ़ुसलात की आयात 3435 है जिसकी बात है.</w:t>
      </w:r>
    </w:p>
    <w:p>
      <w:r>
        <w:rPr>
          <w:b/>
        </w:rPr>
        <w:t xml:space="preserve">[31:42] </w:t>
      </w:r>
      <w:r>
        <w:t>unhone iska reference bheja hai taki hum isko yaad rakh sakein ki hum achhe behavior ko, brave behavior ke badle mein agar karenge to zaroor hum doosre ko apni taraf naram kar lenge aur uska dil hum jeet lenge aur yeh cheez ek wahi insan kar sakta hai jo bahut bade dil wala ho, bahut hi oonchi soch uski ho.</w:t>
      </w:r>
    </w:p>
    <w:p>
      <w:pPr>
        <w:jc w:val="right"/>
      </w:pPr>
      <w:r>
        <w:t>उन्होंने इसका reference भेजा है ताकि हम इसको याद रख सकें कि हम अच्छे behavior को, brave behavior के बदले में अगर करेंगे तो ज़रूर हम दूसरे को अपनी तरफ़ नरम कर लेंगे और उसका दिल हम जीत लेंगे और यह चीज़ एक वही इंसान कर सकता है जो बहुत बड़े दिल वाला हो, बहुत ही ऊंची सोच उसकी हो.</w:t>
      </w:r>
    </w:p>
    <w:p>
      <w:r>
        <w:rPr>
          <w:b/>
        </w:rPr>
        <w:t xml:space="preserve">[32:05] </w:t>
      </w:r>
      <w:r>
        <w:t>yeh baat aapne jis example se samjhai bahut zyada important hai ki hum apne bachchon mein bhi yeh soch dalein aur ek yahan par ek confusion aapka main point ek batana chahti thi logon ke dimagh mein meri jo baat hui kisi se to logon ke dimagh mein ek confusion hai ke bare mein ki islam afaqideen hai. to woh yeh sochte hain ki afaqideen ka matlab hai ki islam ko poori duniya par naafiz karna hai.</w:t>
      </w:r>
    </w:p>
    <w:p>
      <w:pPr>
        <w:jc w:val="right"/>
      </w:pPr>
      <w:r>
        <w:t>यह बात आपने जिस example से समझाई बहुत ज़्यादा important है कि हम अपने बच्चों में भी यह सोच डालें और एक यहां पर एक confusion आपका मैं point एक बताना चाहती थी लोगों के दिमाग में मेरी जो बात हुई किसी से तो लोगों के दिमाग में एक confusion है के बारे में कि इस्लाम आफ़ाक़ीदीन है. तो वह यह सोचते हैं कि आफ़ाक़ीदीन का मतलब है कि इस्लाम को पूरी दुनिया पर नाफ़िज़ करना है.</w:t>
      </w:r>
    </w:p>
    <w:p>
      <w:r>
        <w:rPr>
          <w:b/>
        </w:rPr>
        <w:t xml:space="preserve">[32:31] </w:t>
      </w:r>
      <w:r>
        <w:t>matlab poori duniya ke liye woh ek deen hai aur hamein usko naafiz karna hai. to yeh ek bahut badi mujhe misconception lagi. mujhe yeh lagta hai ki afaqiyat ka matlab hai soch se yeh kisi kingdom ko establish karne ke liye ya quoomat banane ke liye nahi.</w:t>
      </w:r>
    </w:p>
    <w:p>
      <w:pPr>
        <w:jc w:val="right"/>
      </w:pPr>
      <w:r>
        <w:t>मतलब पूरी दुनिया के लिए वह एक दीन है और हमें उसको नाफ़िज़ करना है. तो यह एक बहुत बड़ी मुझे mis conception लगी. मुझे यह लगता है कि अफ़ाक़ियत का मतलब है सोच से यह किसी kingdom को establish करने के लिए या क़ूमत बनाने के लिए नहीं.</w:t>
      </w:r>
    </w:p>
    <w:p>
      <w:r>
        <w:rPr>
          <w:b/>
        </w:rPr>
        <w:t xml:space="preserve">[32:49] </w:t>
      </w:r>
      <w:r>
        <w:t>balki hamari soch aisi ho jaaye ki hum chahein ki universe mein har cheez cheez ko hum faayda</w:t>
      </w:r>
    </w:p>
    <w:p>
      <w:pPr>
        <w:jc w:val="right"/>
      </w:pPr>
      <w:r>
        <w:t>बल्कि हमारी सोच ऐसी हो जाए कि हम चाहें कि universe में हर चीज़ चीज़ को हम फ़ायदा</w:t>
      </w:r>
    </w:p>
    <w:p>
      <w:r>
        <w:rPr>
          <w:b/>
        </w:rPr>
        <w:t xml:space="preserve">[33:05] </w:t>
      </w:r>
      <w:r>
        <w:t>de sakein, apna bana sakein aur universe mein har cheez se hum apne liye lessons nikaalkar us apni</w:t>
      </w:r>
    </w:p>
    <w:p>
      <w:pPr>
        <w:jc w:val="right"/>
      </w:pPr>
      <w:r>
        <w:t>दे सकें, अपना बना सकें और universe में हर चीज़ से हम अपने लिए lessons निकालकर उस अपनी</w:t>
      </w:r>
    </w:p>
    <w:p>
      <w:r>
        <w:rPr>
          <w:b/>
        </w:rPr>
        <w:t xml:space="preserve">[33:21] </w:t>
      </w:r>
      <w:r>
        <w:t>marfat badha sakein to tab hum sachmuch afaaki</w:t>
      </w:r>
    </w:p>
    <w:p>
      <w:pPr>
        <w:jc w:val="right"/>
      </w:pPr>
      <w:r>
        <w:t>मार्फ़त बढ़ा सकें तो तब हम सचमुच अफ़ाकी</w:t>
      </w:r>
    </w:p>
    <w:p>
      <w:r>
        <w:rPr>
          <w:b/>
        </w:rPr>
        <w:t xml:space="preserve">[33:38] </w:t>
      </w:r>
      <w:r>
        <w:t>matlab soch badalna bahut zaroori hai. ek hadith hai aapko bhi yaad hogi ki woh kanjoosi ke upar hai na ek hadith ki. matlab aadmi zyada tar yahi samajhta hai ki miserliness yahi hai ki aadmi paise ki us par samajhta hai ya maal daulat ki us par samajhta hai. lekin soch chhoti banana bhi ek kanjoosi hai na?</w:t>
      </w:r>
    </w:p>
    <w:p>
      <w:pPr>
        <w:jc w:val="right"/>
      </w:pPr>
      <w:r>
        <w:t>मतलब सोच बदलना बहुत ज़रूरी है. एक हदीश है आपको भी याद होगी कि वह कंजूसी के ऊपर है ना एक हदीश की. मतलब आदमी ज़्यादातर यही समझता है कि miserness यही है कि आदमी पैसे की उस पर समझता है या माल दौलत की उस पर समझता है. लेकिन सोच छोटी बनाना भी एक कंजूसी है ना?</w:t>
      </w:r>
    </w:p>
    <w:p>
      <w:r>
        <w:rPr>
          <w:b/>
        </w:rPr>
        <w:t xml:space="preserve">[33:58] </w:t>
      </w:r>
      <w:r>
        <w:t>yeh hadith sabhi yaad nahi aa rahi hai lekin uska matlab yahi tha ki ek aisi soch jo sirf mahdood soch ho, jo sirf apne liye ho woh ek kanjoosi hai aur jo soch sabke liye ho, achhi socho, badi soch, oonchi socho. woh jo hai matlab kya kahenge usko? kanjoosi nahi hai matlab ek bade dil wale insan ki badi soch hai.</w:t>
      </w:r>
    </w:p>
    <w:p>
      <w:pPr>
        <w:jc w:val="right"/>
      </w:pPr>
      <w:r>
        <w:t>यह हंदी सभी याद नहीं आ रही है लेकिन उसका मतलब यही था कि एक ऐसी सोच जो सिर्फ़ महदूद सोच हो, जो सिर्फ़ अपने लिए हो वह एक कंजूसी है और जो सोच सबके लिए हो, अच्छी सोचो, बड़ी सोच, ऊंची सोचो. वह जो है मतलब क्या कहेंगे उसको? कंजूसी नहीं है मतलब एक बड़े दिल वाले इंसान की बड़ी सोच है.</w:t>
      </w:r>
    </w:p>
    <w:p>
      <w:r>
        <w:rPr>
          <w:b/>
        </w:rPr>
        <w:t xml:space="preserve">[34:25] </w:t>
      </w:r>
      <w:r>
        <w:t>to latala ne har tarah ki misal hamein quran aur hadith se bata diya, lekin humne usko upar amal nahi kiya aur apni soch ko ek mehtut daire mein rakha jiski wajah se ki bahut sari cheezein galat ho rahi hain, ho gayi. aur bhi yahan par ayeshaai doosra hai, yasmin hai. papa, woh hadith hai ki do qualities kabhi bhi ek momin mein nahi ho sakti.</w:t>
      </w:r>
    </w:p>
    <w:p>
      <w:pPr>
        <w:jc w:val="right"/>
      </w:pPr>
      <w:r>
        <w:t>तो लताला ने हर तरह की मिसाल हमें कुरान और हदीज़ से बता दिया, लेकिन हमने उसको ऊपर अमल नहीं किया और अपनी सोच को एक मेहतु दैरे में रखा जिसकी वजह से कि बहुत सारी चीज़ें ग़लत हो रही हैं, हो गई. और भी यहां पर आयशाई दूसरा है, यास्मीन है. Papa, वह हदीस है कि दो qualities कभी भी एक मोहमिन में नहीं हो सकती.</w:t>
      </w:r>
    </w:p>
    <w:p>
      <w:r>
        <w:rPr>
          <w:b/>
        </w:rPr>
        <w:t xml:space="preserve">[34:48] </w:t>
      </w:r>
      <w:r>
        <w:t>tanjusi aur immorality matlab bura akhlaq aur kanjoosi yeh nahi ho sakti. to kanjoosi se aapne bahut achha samjhaya ki kanjoosi se matlab har tarah ki kanjoosi hai aapki. soch ki bhi kanjoosi yani narrow mindedness bhi yeh soch usmein aati hai. bahut achha samajh mein aaya. aisha aap bata rahi hain kuch sorry maine beach mein interrupt kiya. nahi aisha.</w:t>
      </w:r>
    </w:p>
    <w:p>
      <w:pPr>
        <w:jc w:val="right"/>
      </w:pPr>
      <w:r>
        <w:t>तंजूसी और immorality मतलब बुरा अखलात और कंजूसी यह नहीं हो सकती. तो कंजूसी से आपने बहुत अच्छा समझाया कि कंजूसी से मतलब हर तरह की कंजूसी है आपकी. सोच की भी कंजूसी यानी narrow mindedness भी यह सोच उसमें आती है. बहुत अच्छा समझ में आया. आईशा आप बता रही हैं कुछ sorry मैंने beach में interrupt किया. नहीं आईशा.</w:t>
      </w:r>
    </w:p>
    <w:p>
      <w:r>
        <w:rPr>
          <w:b/>
        </w:rPr>
        <w:t xml:space="preserve">[35:16] </w:t>
      </w:r>
      <w:r>
        <w:t>aisha? gayi ji. assalam dekh. aaj ki topic hai universal thinking. to sari tareef allah ke anya hai jo rabulaalmin hai. jab bande ko quda ki discovery hoti hai to unke dimagh badhti jati hai kyunki iman badhne wali cheez hai.</w:t>
      </w:r>
    </w:p>
    <w:p>
      <w:pPr>
        <w:jc w:val="right"/>
      </w:pPr>
      <w:r>
        <w:t>आईशा? गई जी. अस्लाम देख. आज की topic है universal thinking. तो सारी तारीफ़ अल्लाह के अन्य है जो रबुलालमीन है. जब बंदे को कुदा की discovery होती है तो उनके दिमाग़ बढ़ती जाती है क्योंकि ईमान बढ़ने वाली चीज़ है.</w:t>
      </w:r>
    </w:p>
    <w:p>
      <w:r>
        <w:rPr>
          <w:b/>
        </w:rPr>
        <w:t xml:space="preserve">[35:44] </w:t>
      </w:r>
      <w:r>
        <w:t>uska wajah yeh hai ki quda limited nahi, unlimited hai. jab yeh soch ko, yeh sach ko insan jaan pata to sari alam unke liye dost ban jati hai. un sab ke liye well vision ban jata hai. doosron ke liye unki dil mein izzat aur ahraam ke siwa aur doosri feeling aati hi nahi.</w:t>
      </w:r>
    </w:p>
    <w:p>
      <w:pPr>
        <w:jc w:val="right"/>
      </w:pPr>
      <w:r>
        <w:t>उसका वजह यह है कि कुदा limited नहीं, unlimited है. जब यह सोच को, यह सच को इंसान जान पाता तो सारी आलम उनके लिए दोस्त वन जाती है. उन सब के लिए well vision वन जाता है. दूसरों के लिए उनकी दिल में इज़्ज़त और अहराम के सिवा और दूसरी feeling आती ही नहीं.</w:t>
      </w:r>
    </w:p>
    <w:p>
      <w:r>
        <w:rPr>
          <w:b/>
        </w:rPr>
        <w:t xml:space="preserve">[36:13] </w:t>
      </w:r>
      <w:r>
        <w:t>molana sahab ne ek video mein kaha ki quda ke liye mohabbat aur insanon ke liye khair pahwahi hoti hai ek moment ke andar. usi point ko prove karti hai daavate qudaavandi, dav mission. har ek insan dai ke liye bhai ho pai hai aur woh achha hi sochte hain.</w:t>
      </w:r>
    </w:p>
    <w:p>
      <w:pPr>
        <w:jc w:val="right"/>
      </w:pPr>
      <w:r>
        <w:t>मोलाना साहब ने एक video में कहा कि कुदा के लिए मोहब्बत और इंसानों के लिए खैर पवाही होती है एक moment के अंदर. उसी point को prove करती है दावते कुदावंदी, दाव mission. हर एक इंसान दाई के लिए भाई हो पाई है और वह अच्छा ही सोचते हैं.</w:t>
      </w:r>
    </w:p>
    <w:p>
      <w:r>
        <w:rPr>
          <w:b/>
        </w:rPr>
        <w:t xml:space="preserve">[36:40] </w:t>
      </w:r>
      <w:r>
        <w:t>koi fark nahi karte hain uski soch mein. usko kehne mein isi ko kehte hain universal thinking. unki intellectual development badhane ke liye har ek achhi baat ko sunte hain aur soch aur samajhne ki koshish karte hain.</w:t>
      </w:r>
    </w:p>
    <w:p>
      <w:pPr>
        <w:jc w:val="right"/>
      </w:pPr>
      <w:r>
        <w:t>कोई फ़र्क़ नहीं करते हैं उसकी सोच में. उसको कहने में इसी को कहते हैं universal thinking. उनकी intellectual development बढ़ाने के लिए हर एक अच्छी बात को सुनते हैं और सोच और समझने की कोशिश करते हैं.</w:t>
      </w:r>
    </w:p>
    <w:p>
      <w:r>
        <w:rPr>
          <w:b/>
        </w:rPr>
        <w:t xml:space="preserve">[37:07] </w:t>
      </w:r>
      <w:r>
        <w:t>woh differentiate nahi karte karta kyunki wisdom moment ka khoya hua khazana hai aur ek hadith hai ki tum zameen walon par raham karo, aasman wale yani qudar tum par raham karega. yahi main meri nani kaise lagaye. bahut achha bataya ayshan. tumne ek iman walon ka jo aala iman ka tazurba kaise hoga?</w:t>
      </w:r>
    </w:p>
    <w:p>
      <w:pPr>
        <w:jc w:val="right"/>
      </w:pPr>
      <w:r>
        <w:t>वह differentiate नहीं करते करता क्योंकि wisdom moment का खोया हुआ खजाना है और एक हदीश है कि तुम ज़मीन वालों पर रहम करो, आसमान वाले यानी कुदार तुम पर रहम करेगा. यही मैं मेरी नानी कैसे लगाए. बहुत अच्छा बताया आयशान. तुमने एक ईमान वालों का जो आला ईमान का तज़र्बा कैसे होगा?</w:t>
      </w:r>
    </w:p>
    <w:p>
      <w:r>
        <w:rPr>
          <w:b/>
        </w:rPr>
        <w:t xml:space="preserve">[37:33] </w:t>
      </w:r>
      <w:r>
        <w:t>yahi tumhari matlab wisdom ki baatein jisko samajh mein aayengi woh usi ko aala iman ka tazurba hoga. wahi log bashor honge. bahut achha bataya aur koi yasmin abhi yahan par hain. kya mile tumhari?</w:t>
      </w:r>
    </w:p>
    <w:p>
      <w:pPr>
        <w:jc w:val="right"/>
      </w:pPr>
      <w:r>
        <w:t>यही तुम्हारी मतलब wisdom की बातें जिसको समझ में आएंगी वह उसी को आला ईमान का तज़र्बा होगा. वही लोग बाशोर होंगे. बहुत अच्छा बताया और कोई यास्मीन अभी यहां पर हैं. क्या मिले तुम्हारी?</w:t>
      </w:r>
    </w:p>
    <w:p>
      <w:r>
        <w:rPr>
          <w:b/>
        </w:rPr>
        <w:t xml:space="preserve">[37:58] </w:t>
      </w:r>
      <w:r>
        <w:t>meri vakil achhi ayat hai yeh topic par vakil masla achha hai. meri isse ek level yeh hai ki yeh ayat apne aap mein actually bahut bada reference hai positive personality banne ka ki hum log apni ind ke hamesha negative maholi rukte hain aur sirf yahi dekhte hain ki agar koi tick aur tat wala mahaul bahut ho chuka hai aur halanki kuch aise hi ho rahe hain.</w:t>
      </w:r>
    </w:p>
    <w:p>
      <w:pPr>
        <w:jc w:val="right"/>
      </w:pPr>
      <w:r>
        <w:t>मेरी वकील अच्छी आयत है यह topic पर वकील मसला अच्छा है. मेरी इससे एक level यह है कि यह आयत अपने आप में actually बहुत बड़ा reference है positive personality बनने का कि हम लोग अपनी इंद के हमेशा negative माहौली रुकते हैं और सिर्फ यही देखते हैं कि अगर कोई tick और tat वाला माहौल बहुत हो चुका है और हालांकि कुछ ऐसे ही हो रहे हैं.</w:t>
      </w:r>
    </w:p>
    <w:p>
      <w:r>
        <w:rPr>
          <w:b/>
        </w:rPr>
        <w:t xml:space="preserve">[38:28] </w:t>
      </w:r>
      <w:r>
        <w:t>lekin yahan matlab aapko is words ke zariye yeh bata rahe hain ki aap pehle bhav, aapke doosron ke saath mein hum khali hua aapke dushmane suna ho. aapke unke saath mein achha bartav karna hai. sabke woh positive hai. mahaul concept hai.</w:t>
      </w:r>
    </w:p>
    <w:p>
      <w:pPr>
        <w:jc w:val="right"/>
      </w:pPr>
      <w:r>
        <w:t>लेकिन यहां मतलब आपको इस words के जरिए यह बता रहे हैं कि आप पहले भाव, आपके दूसरों के साथ में हम खली हुआ आपके दुश्मने सुना हो. आपके उनके साथ में अच्छा बर्ताव करना है. सबके वह positive है. माहौल concept है.</w:t>
      </w:r>
    </w:p>
    <w:p>
      <w:r>
        <w:rPr>
          <w:b/>
        </w:rPr>
        <w:t xml:space="preserve">[38:48] </w:t>
      </w:r>
      <w:r>
        <w:t>main isse ek cheez samajh aayi ki yeh jo baat hai ki sirf hamein puran bata rahe hain</w:t>
      </w:r>
    </w:p>
    <w:p>
      <w:pPr>
        <w:jc w:val="right"/>
      </w:pPr>
      <w:r>
        <w:t>मैं इससे एक चीज़ समझ आई कि यह जो बात है कि सिर्फ हमें पुरान बता रहे हैं</w:t>
      </w:r>
    </w:p>
    <w:p>
      <w:r>
        <w:rPr>
          <w:b/>
        </w:rPr>
        <w:t xml:space="preserve">[38:56] </w:t>
      </w:r>
      <w:r>
        <w:t>aur yeh universe baat bhi isiliye hai isiliye agar hum dhang se religion ka study karte hain to</w:t>
      </w:r>
    </w:p>
    <w:p>
      <w:pPr>
        <w:jc w:val="right"/>
      </w:pPr>
      <w:r>
        <w:t>और यह universe बात भी इसीलिए है इसलिए अगर हम ढंग से religion का study करते हैं तो</w:t>
      </w:r>
    </w:p>
    <w:p>
      <w:r>
        <w:rPr>
          <w:b/>
        </w:rPr>
        <w:t xml:space="preserve">[39:04] </w:t>
      </w:r>
      <w:r>
        <w:t>wahan ek cheez hai rahbaniyat ki jab aakhri aakhri waqt hota hai to log dunyadari chhod dete hain</w:t>
      </w:r>
    </w:p>
    <w:p>
      <w:pPr>
        <w:jc w:val="right"/>
      </w:pPr>
      <w:r>
        <w:t>वहां एक चीज़ है रहबानियत कि जब आखिरी आखिरी वक्त होता है तो लोग दुनियादारी छोड़ देते हैं</w:t>
      </w:r>
    </w:p>
    <w:p>
      <w:r>
        <w:rPr>
          <w:b/>
        </w:rPr>
        <w:t xml:space="preserve">[39:12] </w:t>
      </w:r>
      <w:r>
        <w:t>aur woh apne relations rishton ke bare mein bahut negative ho jate hain.</w:t>
      </w:r>
    </w:p>
    <w:p>
      <w:pPr>
        <w:jc w:val="right"/>
      </w:pPr>
      <w:r>
        <w:t>और वह अपने relations रिश्तों के बारे में बहुत negative हो जाते हैं.</w:t>
      </w:r>
    </w:p>
    <w:p>
      <w:r>
        <w:rPr>
          <w:b/>
        </w:rPr>
        <w:t xml:space="preserve">[39:20] </w:t>
      </w:r>
      <w:r>
        <w:t>woh apni zindagi ki kamyabuzon ke bare mein bahut negative ho jate hain ki hum logon ne zindagi bhar itni mehnat ki, lekin kya hua?</w:t>
      </w:r>
    </w:p>
    <w:p>
      <w:pPr>
        <w:jc w:val="right"/>
      </w:pPr>
      <w:r>
        <w:t>वह अपनी ज़िंदगी की कामयाबुज़ों के बारे में बहुत negative हो जाते हैं कि हम लोगों ने ज़िंदगी भर इतनी मेहनत की, लेकिन क्या हुआ?</w:t>
      </w:r>
    </w:p>
    <w:p>
      <w:r>
        <w:rPr>
          <w:b/>
        </w:rPr>
        <w:t xml:space="preserve">[39:29] </w:t>
      </w:r>
      <w:r>
        <w:t>aur saare rishton, rishton ke bare mein hum log most of the time hamari ending life mein bahut</w:t>
      </w:r>
    </w:p>
    <w:p>
      <w:pPr>
        <w:jc w:val="right"/>
      </w:pPr>
      <w:r>
        <w:t>और सारे रिश्तों, रिश्तों के बारे में हम लोग most of the time हमारी ending life में बहुत</w:t>
      </w:r>
    </w:p>
    <w:p>
      <w:r>
        <w:rPr>
          <w:b/>
        </w:rPr>
        <w:t xml:space="preserve">[39:35] </w:t>
      </w:r>
      <w:r>
        <w:t>negative ho jate hain aur usi wajah se, us wajah se hum log Allah se us tarah se</w:t>
      </w:r>
    </w:p>
    <w:p>
      <w:pPr>
        <w:jc w:val="right"/>
      </w:pPr>
      <w:r>
        <w:t>negative हो जाते हैं और उसी वजह से, उस वजह से हम लोग अल्लाह से उस तरीके से</w:t>
      </w:r>
    </w:p>
    <w:p>
      <w:r>
        <w:rPr>
          <w:b/>
        </w:rPr>
        <w:t xml:space="preserve">[39:41] </w:t>
      </w:r>
      <w:r>
        <w:t>connect nahin ho paate ya Allah se Allah ko us tarah se discover nahin kar paate jo Quran</w:t>
      </w:r>
    </w:p>
    <w:p>
      <w:pPr>
        <w:jc w:val="right"/>
      </w:pPr>
      <w:r>
        <w:t>connect नहीं हो पाते या अल्लाह से अल्लाह को उस तरीके से discover नहीं कर पाते जो कुरान</w:t>
      </w:r>
    </w:p>
    <w:p>
      <w:r>
        <w:rPr>
          <w:b/>
        </w:rPr>
        <w:t xml:space="preserve">[39:47] </w:t>
      </w:r>
      <w:r>
        <w:t>humein bata raha hai aur yahan par agar humein Quran ki is vers ko lein aur Quran ki</w:t>
      </w:r>
    </w:p>
    <w:p>
      <w:pPr>
        <w:jc w:val="right"/>
      </w:pPr>
      <w:r>
        <w:t>हमें बता रहा है और यहां पर अगर हमें कुरान की इस वर्ष को लें और कुरान की</w:t>
      </w:r>
    </w:p>
    <w:p>
      <w:r>
        <w:rPr>
          <w:b/>
        </w:rPr>
        <w:t xml:space="preserve">[39:53] </w:t>
      </w:r>
      <w:r>
        <w:t>jo soch humko de raha hai yeh totally different de raha hai.</w:t>
      </w:r>
    </w:p>
    <w:p>
      <w:pPr>
        <w:jc w:val="right"/>
      </w:pPr>
      <w:r>
        <w:t>जो सोच हमको दे रहा है यह totally different दे रहा है.</w:t>
      </w:r>
    </w:p>
    <w:p>
      <w:r>
        <w:rPr>
          <w:b/>
        </w:rPr>
        <w:t xml:space="preserve">[40:00] </w:t>
      </w:r>
      <w:r>
        <w:t>yeh to sabse pehle yeh bata raha hai ki aap ki jo isi khatiz mujhe yaad aayi ki aur maine thodi der pehle hi malana kai video dekha tha jo mujhe bahut zyada baad se relate kar raha hai ki ek moment jo hota hai woh doosre moment ka mirror hota hai. to agar aap aaj aap kisi aur ke saath yeh mamla pesh aa raha hai ki hum uske bare mein negative ho ja rahe hain.</w:t>
      </w:r>
    </w:p>
    <w:p>
      <w:pPr>
        <w:jc w:val="right"/>
      </w:pPr>
      <w:r>
        <w:t>यह तो सबसे पहले यह बता रहा है कि आप कि जो इसी ख़तीज़ मुझे याद आई कि और मैंने थोड़ी देर पहले ही मालाना कई video देखा था जो मुझे बहुत ज़्यादा बाद से relate कर रहा है कि एक moment जो होता है वह दूसरे moment का mirror होता है. तो अगर आप आज आप किसी और के साथ यह मामला पेश आ रहा है कि हम उसके बारे में negative हो जा रहे हैं.</w:t>
      </w:r>
    </w:p>
    <w:p>
      <w:r>
        <w:rPr>
          <w:b/>
        </w:rPr>
        <w:t xml:space="preserve">[40:25] </w:t>
      </w:r>
      <w:r>
        <w:t>yadi mamla pehle to hamare saath bhi pesh aa sakte hain aur agar hum aage badhkar us mamle ko dosti ki nazar se dekhein ya usko universally dekhein to at last hum ek dosti ki yahan madad karne aaye hain. hamara kaam yeh hai ki humne kisi ko alag hi pehchan karaya hai, alag hi har bachcha raushan aaj karaya hai.</w:t>
      </w:r>
    </w:p>
    <w:p>
      <w:pPr>
        <w:jc w:val="right"/>
      </w:pPr>
      <w:r>
        <w:t>यदि मामला पहले तो हमारे साथ भी पेश आ सकते हैं और अगर हम आगे बढ़कर उस मामले को दोस्ती की नज़र से देखें या उसको universally देखें तो at last हम एक दोस्ती की यहां मदद करने आए हैं. हमारा काम यह है कि हमने किसी को अलग ही पहचान करा है, अलग ही हर बच्चा रौशन आज करा है.</w:t>
      </w:r>
    </w:p>
    <w:p>
      <w:r>
        <w:rPr>
          <w:b/>
        </w:rPr>
        <w:t xml:space="preserve">[40:48] </w:t>
      </w:r>
      <w:r>
        <w:t>jab yeh vijay jo taiyar hota hai yeh sirf positivity se taiyar hoga aur yeh sirf aap phir</w:t>
      </w:r>
    </w:p>
    <w:p>
      <w:pPr>
        <w:jc w:val="right"/>
      </w:pPr>
      <w:r>
        <w:t>जब यह विजय जो तैयार होता है यह सिर्फ positivity से तैयार होगा और यह सिर्फ आप फिर</w:t>
      </w:r>
    </w:p>
    <w:p>
      <w:r>
        <w:rPr>
          <w:b/>
        </w:rPr>
        <w:t xml:space="preserve">[40:58] </w:t>
      </w:r>
      <w:r>
        <w:t>rakh ko lekar hi taiyar hoga aur matlab yeh poori ek yeh jo words hai na yeh poora</w:t>
      </w:r>
    </w:p>
    <w:p>
      <w:pPr>
        <w:jc w:val="right"/>
      </w:pPr>
      <w:r>
        <w:t>रख को लेकर ही तैयार होगा और मतलब यह पूरी एक यह जो words है ना यह पूरा</w:t>
      </w:r>
    </w:p>
    <w:p>
      <w:r>
        <w:rPr>
          <w:b/>
        </w:rPr>
        <w:t xml:space="preserve">[41:08] </w:t>
      </w:r>
      <w:r>
        <w:t>mujhe karke tune jhanv mein alag alag tarike bata diye</w:t>
      </w:r>
    </w:p>
    <w:p>
      <w:pPr>
        <w:jc w:val="right"/>
      </w:pPr>
      <w:r>
        <w:t>मुझे करके तूने झांव में अलग अलग तरीके बता दिए</w:t>
      </w:r>
    </w:p>
    <w:p>
      <w:r>
        <w:rPr>
          <w:b/>
        </w:rPr>
        <w:t xml:space="preserve">[41:19] </w:t>
      </w:r>
      <w:r>
        <w:t>hamesha zinda e badat ki baat karte the. tumhari learning se mujhe aisi nazash hua ki agar insan ki yeh badat badshor zehan se badat karega to wahi zinda yeh badat hai. ab main shamina se kahungi ki apni learning share karein. ji appa, thank you appa. What I have understood from this topic, universal thought in Islam.</w:t>
      </w:r>
    </w:p>
    <w:p>
      <w:pPr>
        <w:jc w:val="right"/>
      </w:pPr>
      <w:r>
        <w:t>हमेशा ज़िंदा ए बादत की बात करते थे. तुम्हारी learning से मुझे ऐसी नज़ाश हुआ कि अगर इंसान की यह बादत बादशोर ज़ेहन से बादत करेगा तो वही ज़िंदा यह बादत है. अब मैं शमीना से कहूंगी कि अपनी learning share करें. जी अप्पा, thank you अप्पा. What I have understood from this topic, universal thought in Islam.</w:t>
      </w:r>
    </w:p>
    <w:p>
      <w:r>
        <w:rPr>
          <w:b/>
        </w:rPr>
        <w:t xml:space="preserve">[41:49] </w:t>
      </w:r>
      <w:r>
        <w:t>Actually, what people think religion, religion they take it as a culture, they take it as a tradition, and they start following certain norms. And they consider this as their religion. Like, we can see a lot of culture based activities of Muslims, and they call it Islam, a part of religion. So this is universal thinking of Islam is actually rational thinking.</w:t>
      </w:r>
    </w:p>
    <w:p>
      <w:pPr>
        <w:jc w:val="right"/>
      </w:pPr>
      <w:r>
        <w:t>Actually, what people think religion, religion they take it as a culture, they take it as a tradition, and they start following certain norms. And they consider this as their religion. Like, we can see a lot of culture based activities of Muslims, and they call it Islam, a part of religion. So this is universal thinking of Islam is actually rational thinking.</w:t>
      </w:r>
    </w:p>
    <w:p>
      <w:r>
        <w:rPr>
          <w:b/>
        </w:rPr>
        <w:t xml:space="preserve">[42:18] </w:t>
      </w:r>
      <w:r>
        <w:t>And there is a hadith which says, if you find wisdom anywhere, run to seek it. And the Quran cites prophet Mohammed as a messenger for the entire mankind, not just for the Arab people where he was born. So, in the Quran it says, we have sent you as a mercy to mankind, chapter 21 verse one zero seven.</w:t>
      </w:r>
    </w:p>
    <w:p>
      <w:pPr>
        <w:jc w:val="right"/>
      </w:pPr>
      <w:r>
        <w:t>And there is a hadith which says, if you find wisdom anywhere, run to seek it. And the Quran cites prophet Mohammed as a messenger for the entire mankind, not just for the Arab people where he was born. So, in the Quran it says, we have sent you as a mercy to mankind, chapter 21 verse one zero seven.</w:t>
      </w:r>
    </w:p>
    <w:p>
      <w:r>
        <w:rPr>
          <w:b/>
        </w:rPr>
        <w:t xml:space="preserve">[42:47] </w:t>
      </w:r>
      <w:r>
        <w:t>This depicts the universality of the Quran and thinks about a universal approach in its believers. In another place, Quran says, blessed he, blessed be he who has revealed al Quran, the criteria to his servants so that he may be a warner to all mankind. Quran chapter 25 verse one. So what does this Quranic verse says?</w:t>
      </w:r>
    </w:p>
    <w:p>
      <w:pPr>
        <w:jc w:val="right"/>
      </w:pPr>
      <w:r>
        <w:t>This depicts the universality of the Quran and thinks about a universal approach in its believers. In another place, Quran says, blessed he, blessed be he who has revealed al Quran, the criteria to his servants so that he may be a warner to all mankind. Quran chapter 25 verse one. So what does this Quranic verse says?</w:t>
      </w:r>
    </w:p>
    <w:p>
      <w:r>
        <w:rPr>
          <w:b/>
        </w:rPr>
        <w:t xml:space="preserve">[43:15] </w:t>
      </w:r>
      <w:r>
        <w:t>This Quranic verse has the universal approach which can be seen in all the teachings of Islam.</w:t>
      </w:r>
    </w:p>
    <w:p>
      <w:pPr>
        <w:jc w:val="right"/>
      </w:pPr>
      <w:r>
        <w:t>This Quranic verse has the universal approach which can be seen in all the teachings of Islam.</w:t>
      </w:r>
    </w:p>
    <w:p>
      <w:r>
        <w:rPr>
          <w:b/>
        </w:rPr>
        <w:t xml:space="preserve">[43:20] </w:t>
      </w:r>
      <w:r>
        <w:t>For instance, take take one example.</w:t>
      </w:r>
    </w:p>
    <w:p>
      <w:pPr>
        <w:jc w:val="right"/>
      </w:pPr>
      <w:r>
        <w:t>For instance, take take one example.</w:t>
      </w:r>
    </w:p>
    <w:p>
      <w:r>
        <w:rPr>
          <w:b/>
        </w:rPr>
        <w:t xml:space="preserve">[43:25] </w:t>
      </w:r>
      <w:r>
        <w:t>We when we meet somebody, whether it's belonging to the other faith or our own religion, we say assalamu alaikum.</w:t>
      </w:r>
    </w:p>
    <w:p>
      <w:pPr>
        <w:jc w:val="right"/>
      </w:pPr>
      <w:r>
        <w:t>We when we meet somebody, whether it's belonging to the other faith or our own religion, we say assalamu alaikum.</w:t>
      </w:r>
    </w:p>
    <w:p>
      <w:r>
        <w:rPr>
          <w:b/>
        </w:rPr>
        <w:t xml:space="preserve">[43:30] </w:t>
      </w:r>
      <w:r>
        <w:t>So, this is the main theme.</w:t>
      </w:r>
    </w:p>
    <w:p>
      <w:pPr>
        <w:jc w:val="right"/>
      </w:pPr>
      <w:r>
        <w:t>So, this is the main theme.</w:t>
      </w:r>
    </w:p>
    <w:p>
      <w:r>
        <w:rPr>
          <w:b/>
        </w:rPr>
        <w:t xml:space="preserve">[43:35] </w:t>
      </w:r>
      <w:r>
        <w:t>This means that peace be upon you.</w:t>
      </w:r>
    </w:p>
    <w:p>
      <w:pPr>
        <w:jc w:val="right"/>
      </w:pPr>
      <w:r>
        <w:t>This means that peace be upon you.</w:t>
      </w:r>
    </w:p>
    <w:p>
      <w:r>
        <w:rPr>
          <w:b/>
        </w:rPr>
        <w:t xml:space="preserve">[43:40] </w:t>
      </w:r>
      <w:r>
        <w:t>So, this depicts the universal thinking in Islam.</w:t>
      </w:r>
    </w:p>
    <w:p>
      <w:pPr>
        <w:jc w:val="right"/>
      </w:pPr>
      <w:r>
        <w:t>So, this depicts the universal thinking in Islam.</w:t>
      </w:r>
    </w:p>
    <w:p>
      <w:r>
        <w:rPr>
          <w:b/>
        </w:rPr>
        <w:t xml:space="preserve">[43:46] </w:t>
      </w:r>
      <w:r>
        <w:t>At the end, when we when we offer namaz, at the end we turn ahead on both sides and we say, assalamu alaikum wa rahmatullah ibu barakatuh which means may peace and blessings be upon you. This is meant for all mankind inhabiting the land towards the East and the West, the north and the south. And this is the beautiful message of Islam towards universal greeting.</w:t>
      </w:r>
    </w:p>
    <w:p>
      <w:pPr>
        <w:jc w:val="right"/>
      </w:pPr>
      <w:r>
        <w:t>At the end, when we when we offer नमाज़, at the end we turn ahead on both sides and we say, assalamu alaikum wa rahmatullah ibu barakatuh which means may peace and blessings be upon you. This is meant for all mankind inhabiting the land towards the East and the West, the north and the south. And this is the beautiful message of Islam towards universal greeting.</w:t>
      </w:r>
    </w:p>
    <w:p>
      <w:r>
        <w:rPr>
          <w:b/>
        </w:rPr>
        <w:t xml:space="preserve">[44:13] </w:t>
      </w:r>
      <w:r>
        <w:t>So this was my learning from this topic aapka. ghazar allah sharbina, tumhari lambdin se namaz ka jo main tumne explain kiya bahut hi sahi baat hai. abhi doctor safeena ne bhi isko bataya. to yeh hum log roz karte hain aur hum is baat ko matlab roz hum apni zindagi mein aspaal kiye hue hain.</w:t>
      </w:r>
    </w:p>
    <w:p>
      <w:pPr>
        <w:jc w:val="right"/>
      </w:pPr>
      <w:r>
        <w:t>So this was my learning from this topic आपका. ग़ज़ार अल्लाह शरबीना, तुम्हारी लंबंदीन से नमाज़ का जो मैं तुमने explain किया बहुत ही सही बात है. अभी doctor सफ़ीना ने भी इसको बताया. तो यह हम लोग रोज़ करते हैं और हम इस बात को मतलब रोज़ हम अपनी ज़िंदगी में अस्पताल किए हुए हैं.</w:t>
      </w:r>
    </w:p>
    <w:p>
      <w:r>
        <w:rPr>
          <w:b/>
        </w:rPr>
        <w:t xml:space="preserve">[44:40] </w:t>
      </w:r>
      <w:r>
        <w:t>phir bhi agar hum na samjhe to allah taala ko hum ise sawal karega. yeh bhi bahut sochne ki baat hai. ab doctor safeena aap conclude kar dijiye session ko. Time. ismein should it take just one minute time? haan shafeena, haan. jo as a dawa work which abhi mujhe opportunity mil rahi thi.</w:t>
      </w:r>
    </w:p>
    <w:p>
      <w:pPr>
        <w:jc w:val="right"/>
      </w:pPr>
      <w:r>
        <w:t>फिर भी अगर हम ना समझें तो अल्लाह तालाह को हम इसे सवाल करेगा. यह भी बहुत सोचने की बात है. अब doctor सफ़ीना आप conclude कर दीजिए session को. Time. इसमें should it take just one minute time? हां शफ़ीना, हां. जो as a दावा work which अभी मुझे opportunity मिल रही थी.</w:t>
      </w:r>
    </w:p>
    <w:p>
      <w:r>
        <w:rPr>
          <w:b/>
        </w:rPr>
        <w:t xml:space="preserve">[45:04] </w:t>
      </w:r>
      <w:r>
        <w:t>yahan par abhi chuki bangal hai and, you know, there is a tradition of puja celebration. Now they have started all the programs and all and there's lot of activities since there are lot of non muslims here in this apartment and they have lots of programs and inshallah I'll get lot of opportunities regarding this. So today was the one sort of one program.</w:t>
      </w:r>
    </w:p>
    <w:p>
      <w:pPr>
        <w:jc w:val="right"/>
      </w:pPr>
      <w:r>
        <w:t>यहां पर अभी चूंकि बंगाल है and, you know, there is a tradition of पूजा celebration. Now they have started all the programs and all and there's lot of activities since there are lot of non muslims here in this apartment and they have lots of programs and इंशालाह I'll get lot of opportunities regarding this. So today was the one sort of one program.</w:t>
      </w:r>
    </w:p>
    <w:p>
      <w:r>
        <w:rPr>
          <w:b/>
        </w:rPr>
        <w:t xml:space="preserve">[45:26] </w:t>
      </w:r>
      <w:r>
        <w:t>There is a company called neharika, and those some of the people, like, poor young young boys and girls, they have come down. They want to do some sort of promotion of their brand. So, I basically, as I said, I was was looking for an opportunity. Though I was a little bit scared whether I can do it or not, main kar sakti hoon ya nahi kar sakti hoon. to jo yahan ke jo uske in charge hain maine ek baar unse puch liya ki whether I can do this.</w:t>
      </w:r>
    </w:p>
    <w:p>
      <w:pPr>
        <w:jc w:val="right"/>
      </w:pPr>
      <w:r>
        <w:t>There is a company called नेहारिका, and those some of the people, like, poor young young boys and girls, they have come down. They want to do some sort of promotion of their brand. So, I basically, as I said, I was was looking for an opportunity. Though I was a little bit scared whether I can do it or not, मैं कर सकती हूं या नहीं कर सकती हूं. तो जो यहां के जो उसके in charge हैं मैंने एक बार उनसे पुछ लिया कि whether I can do this.</w:t>
      </w:r>
    </w:p>
    <w:p>
      <w:r>
        <w:rPr>
          <w:b/>
        </w:rPr>
        <w:t xml:space="preserve">[45:56] </w:t>
      </w:r>
      <w:r>
        <w:t>to bola nahi koi issue nahi hai aur iske liye maine bahut allah sidwah ki thi ki allah just give me a ground where I can do this work otherwise I will feel very empty that I was not able to do it. khair mujhe opportunity mili to hum logon ne maine un sabko food packet diya.</w:t>
      </w:r>
    </w:p>
    <w:p>
      <w:pPr>
        <w:jc w:val="right"/>
      </w:pPr>
      <w:r>
        <w:t>तो बोला नहीं कोई issue नहीं है और इसके लिए मैंने बहुत अल्लाह सिद्वाह की थी कि अल्लाह just give me a ground where I can do this work otherwise I will feel very empty that I was not able to do it. खैर मुझे opportunity मिली तो हम लोगों ने मैंने उन सबको food packet दिया.</w:t>
      </w:r>
    </w:p>
    <w:p>
      <w:r>
        <w:rPr>
          <w:b/>
        </w:rPr>
        <w:t xml:space="preserve">[46:12] </w:t>
      </w:r>
      <w:r>
        <w:t>food packet ke baad unke paas gayi jab end of the program hua and there were four young people, young college ke students honge aur uske baad mujhe jab opportunity mili to maine CPS center for peace and spirituality ke bare mein bataya. Maulana Wahiduddin Khan ke bare mein bataya and how he is promoting peace and how we can all inculcate peace in our lives. Like I gave some few examples.</w:t>
      </w:r>
    </w:p>
    <w:p>
      <w:pPr>
        <w:jc w:val="right"/>
      </w:pPr>
      <w:r>
        <w:t>Food packet के बाद उनके पास गई जब end of the program हुआ and there were four young people, young college के students होंगे और उसके बाद मुझे जब opportunity मिली तो मैंने CPS center for peace and spirituality के बारे में बताया. मोलाना गहरी दुद्दीन खान के बारे में बताया and how he is promoting peace and how we can all inculcate peace in our lives. Like I gave some few examples.</w:t>
      </w:r>
    </w:p>
    <w:p>
      <w:r>
        <w:rPr>
          <w:b/>
        </w:rPr>
        <w:t xml:space="preserve">[46:36] </w:t>
      </w:r>
      <w:r>
        <w:t>maine unko bataya ki aap jaise young log jo ki is scenario mein bahut unpeaceful environment hai abhi duniya mein, puri duniya mein. humein kya, hamara kya role ek individual role hona chahiye abhi is waqt.</w:t>
      </w:r>
    </w:p>
    <w:p>
      <w:pPr>
        <w:jc w:val="right"/>
      </w:pPr>
      <w:r>
        <w:t>मैंने उनको बताया कि आप जैसे young लोग जो कि इस scenario में बहुत unpeaceful environment है अभी दुनिया में, पूरी दुनिया में. हमें क्या, हमारा क्या role एक individual role होना चाहिए अभी इस वक्त.</w:t>
      </w:r>
    </w:p>
    <w:p>
      <w:r>
        <w:rPr>
          <w:b/>
        </w:rPr>
        <w:t xml:space="preserve">[46:50] </w:t>
      </w:r>
      <w:r>
        <w:t>to ek to hai ki aap aap sabka, hum sabka, har bande ka ek universal peaceful message approach hona chahiye to us organ and a very good one example was that aapka ki wahan par kam se kam pachas log the jo yahan ke resident hain. itne hi mohabbat aapas mein hain, matlab bahut zyada zyada tar usmein non Muslims the. ikka dukha teen char hi Muslims the. lekin bahut achhi cheez un logon ko bhi nahi dekha.</w:t>
      </w:r>
    </w:p>
    <w:p>
      <w:pPr>
        <w:jc w:val="right"/>
      </w:pPr>
      <w:r>
        <w:t>तो एक तो है कि आप आप सबका, हम सबका, हर बंदे का एक universal peaceful message approach होना चाहिए to us organ and a very good one example was that आपका कि वहां पर कम से कम पचास लोग थे जो यहां के resident हैं. इतने ही मोहब्बत आपस में हैं, मतलब बहुत ज़्यादा ज़्यादातर उसमें non Muslims थे. इक्का दुखा तीन चार ही Muslims थे. लेकिन बहुत अच्छी चीज़ उन लोगों को भी नहीं देखा.</w:t>
      </w:r>
    </w:p>
    <w:p>
      <w:r>
        <w:rPr>
          <w:b/>
        </w:rPr>
        <w:t xml:space="preserve">[47:16] </w:t>
      </w:r>
      <w:r>
        <w:t>maine bhi notice kiya ki bas aapas mein bahut mohabbat se ye log mil rahe the aur yeh maine unko bhi bataya ki dekhiye aap logon ko kabhi aisa feel hua ki yahan par koi doosre doosre religion yahan par fark hai, sab aapas mein hai. unhone kaha ki haan bahut zyada hum logon ne feel kiya ki aapas mein bahut mohabbat hai.</w:t>
      </w:r>
    </w:p>
    <w:p>
      <w:pPr>
        <w:jc w:val="right"/>
      </w:pPr>
      <w:r>
        <w:t>मैंने भी notice किया कि बस आपस में बहुत मोहब्बत से ये लोग मिल रहे थे और यह मैंने उनको भी बताया कि देखिए आप लोगों को कभी ऐसा feel हुआ कि यहां पर कोई दूसरे दूसरे religion यहां पर फ़र्क है, सब आपस में है. उन्होंने कहा कि हां बहुत ज़्यादा हम लोगों ने feel किया कि आपस में बहुत मोहब्बत है.</w:t>
      </w:r>
    </w:p>
    <w:p>
      <w:r>
        <w:rPr>
          <w:b/>
        </w:rPr>
        <w:t xml:space="preserve">[47:34] </w:t>
      </w:r>
      <w:r>
        <w:t>to isi cheez ko example maine banakar ke unko bola ki dekhiye yahi approach hamari life ka hona chahiye aur Moharram Wahiduddin Khan is writing in Times of India, Speaking Tree and Instagram mein hai aur Facebook mein hai. aap unko padhiye unko dekhiye everything is written in the literatures that I shared with them aur aapki zindagi badal jayegi.</w:t>
      </w:r>
    </w:p>
    <w:p>
      <w:pPr>
        <w:jc w:val="right"/>
      </w:pPr>
      <w:r>
        <w:t>तो इसी चीज़ को example मैंने बनाकर के उनको बोला कि देखिए यही approach हमारी life का होना चाहिए और मोहरानव हिद्दुद्दीन खान is writing in Times of India, Speaking Tree and Instagram में है और Facebook में है. आप उनको पढ़िए उनको देखिए everything is written in the literatures that I shared with them और आपकी ज़िंदगी बदल जाएगी.</w:t>
      </w:r>
    </w:p>
    <w:p>
      <w:r>
        <w:rPr>
          <w:b/>
        </w:rPr>
        <w:t xml:space="preserve">[47:57] </w:t>
      </w:r>
      <w:r>
        <w:t>bahut gaur se woh log sun rahe the chaaron bachche aur unhone kaha ki unhone mera number bhi liya aur maine I hope to make them join.</w:t>
      </w:r>
    </w:p>
    <w:p>
      <w:pPr>
        <w:jc w:val="right"/>
      </w:pPr>
      <w:r>
        <w:t>बहुत गौर से वह लोग sun रहे थे चारों बच्चे और उन्होंने कहा कि उन्होंने मेरा number भी लिया और मैंने I hope to make them join.</w:t>
      </w:r>
    </w:p>
    <w:p>
      <w:r>
        <w:rPr>
          <w:b/>
        </w:rPr>
        <w:t xml:space="preserve">[48:05] </w:t>
      </w:r>
      <w:r>
        <w:t>They will give me their number broadcast list mein aur yeh secular jo messages hain Maulana ka, yeh bahut zyada hum logon ke liye ek khazana hai yahan par ki hum aise logon ko, aise logon tak hum unke literatures ko pahunchayein aur Maulana ka literature itna waisa wala wisdom bhara hota hai na par ki koi bhi usse ittifaq nahi rakh sakta, differences nahi rakh sakta.</w:t>
      </w:r>
    </w:p>
    <w:p>
      <w:pPr>
        <w:jc w:val="right"/>
      </w:pPr>
      <w:r>
        <w:t>They will give me their number broadcast list में और यह secular जो messages हैं मौलानाक का, यह बहुत ज़्यादा हम लोगों के लिए एक खज़ाना है यहां पर कि हम ऐसे लोगों को, ऐसे लोगों तक हम उनके literatures को पहुंचाएं और माला नाका literature इतना वैसा वाला wisdom भरा होता है ना पर कि कोई भी उससे इत्तफ़ाक़ नहीं रख सकता, differences नहीं रख सकता.</w:t>
      </w:r>
    </w:p>
    <w:p>
      <w:r>
        <w:rPr>
          <w:b/>
        </w:rPr>
        <w:t xml:space="preserve">[48:31] </w:t>
      </w:r>
      <w:r>
        <w:t>to yahi hamara sabse bada samjhiye ki best gift that we have got from CPS international through Maulana. So, of us should make this approach universal just as a topic today is universal thinking in Islam. to inshallah bahut fark padega aur hum zyada se zyada logon tak Maulana ke positive lessons ko hum log pahuncha sakenge.</w:t>
      </w:r>
    </w:p>
    <w:p>
      <w:pPr>
        <w:jc w:val="right"/>
      </w:pPr>
      <w:r>
        <w:t>तो यही हमारा सबसे बड़ा समझिए कि best gift that we have got from CPS international through मोलाना. So, of us should make this approach universal just as a topic today is universal thinking in Islam. तो इंशालाह बहुत फ़र्क़ पड़ेगा और हम ज़्यादा से ज़्यादा लोगों तक मुलाना के positive lessons को हम लोग पहुंचा सकेंगे.</w:t>
      </w:r>
    </w:p>
    <w:p>
      <w:r>
        <w:rPr>
          <w:b/>
        </w:rPr>
        <w:t xml:space="preserve">[48:56] </w:t>
      </w:r>
      <w:r>
        <w:t>achha allah bahut hi achha laga shabina sunkar yahi jo mauka hota hai jo sab istemal kar lete hain log yeh bhi kitni badi baat hai allah bagh aisa mauka deta hai aur jahan par aise badshahr log jaise ki tumne bataya ki bahut hi achhe bachche the woh aur is tarah se sab wahan par mohabbat se reh rahe the. to aisi hi logon ko cheezein bhi samajh mein aati hain jo condition mind nahi hai jo itni khule zehan se baaton ko samajhte hain.</w:t>
      </w:r>
    </w:p>
    <w:p>
      <w:pPr>
        <w:jc w:val="right"/>
      </w:pPr>
      <w:r>
        <w:t>अच्छा अल्लाह बहुत ही अच्छा लगा शभीना सुनकर यही जो मौका होता है जो सब इस्तेमाल कर लेते हैं लोग यह भी कितनी बड़ी बात है अल्लाह बाग ऐसा मौका देता है और जहां पर ऐसे बादशहर लोग जैसे कि तुमने बताया कि बहुत ही अच्छे बच्चे थे वह और इस तरह से सब वहां पर मोहब्बत से रह रहे थे. तो ऐसी ही लोगों को चीज़ें भी समझ में आती हैं जो condition mind नहीं है जो इतनी खुले ज़हन से बातों को समझते हैं.</w:t>
      </w:r>
    </w:p>
    <w:p>
      <w:r>
        <w:rPr>
          <w:b/>
        </w:rPr>
        <w:t xml:space="preserve">[49:22] </w:t>
      </w:r>
      <w:r>
        <w:t>to hum to a karein aise logon ko aur bhi zyada samajh badhe aur hum aise logon tak pahunch sakein. jazza karna shagina. jazza kar le aata hai. Doctor Shagina aap conclude kar dein session ko? ji papa. aaj aaj humne Quran ki universal approach samjhi aur seekhi bahut sari ayaton se.</w:t>
      </w:r>
    </w:p>
    <w:p>
      <w:pPr>
        <w:jc w:val="right"/>
      </w:pPr>
      <w:r>
        <w:t>तो हम तो आ करें ऐसे लोगों को और भी ज़्यादा समझ बढ़े और हम ऐसे लोगों तक पहुंच सकें. जज़ार करना शगीना. जज़ार कर ले आता है. Doctor शगीना आप conclude कर दें session को? जी papa. आज आज हमने कुरान की universal approach समझी और सीखी बहुत सारी आयतों से.</w:t>
      </w:r>
    </w:p>
    <w:p>
      <w:r>
        <w:rPr>
          <w:b/>
        </w:rPr>
        <w:t xml:space="preserve">[49:46] </w:t>
      </w:r>
      <w:r>
        <w:t>main surah 45 ki ayat bees padhna chahungi. affarmaya. yeh logon ke liye baseerat ki baatein baatein hain aur hidayat aur rehmat un logon ke liye jo yakeen karein. to alha taala humko bhi in ayaton se, in baaton se baseerat dein aur hidayat hum tak pahunchaye.</w:t>
      </w:r>
    </w:p>
    <w:p>
      <w:pPr>
        <w:jc w:val="right"/>
      </w:pPr>
      <w:r>
        <w:t>मैं सूर्य 45 की आयत बीस पढ़ना चाहूंगी. अफ़रमाया. यह लोगों के लिए बसीरत की बातें बातें हैं और हिदायत और रहमत उन लोगों के लिए जो यकीन करें. तो अलहाताला हमको भी इन आयतों से, इन बातों से बसीरत दें और हिरायत हम तक पहुंचाए.</w:t>
      </w:r>
    </w:p>
    <w:p>
      <w:r>
        <w:rPr>
          <w:b/>
        </w:rPr>
        <w:t xml:space="preserve">[50:10] </w:t>
      </w:r>
      <w:r>
        <w:t>is is cheez ki dua karungi aur mujhe lagta hai ki sari hi points cover ho gaye hain. allah taala hamare amalon ko amal ko is qabil banayein, tofeeq dekar hum is par amal karein. main khatm karti hoon aapko jazaak allah.</w:t>
      </w:r>
    </w:p>
    <w:p>
      <w:pPr>
        <w:jc w:val="right"/>
      </w:pPr>
      <w:r>
        <w:t>इस इस चीज़ की दुआ करूंगी और मुझे लगता है कि सारी ही points cover हो गए हैं. अल्लाह तालाह हमारे अमलों को अमल को इस ख़ाबिल बनाएं, तोफ़ीक देकर हम इस पर अमल करें. मैं खत्म करती हूं आपको जज़ाक़ अल्ला.</w:t>
      </w:r>
    </w:p>
    <w:p>
      <w:r>
        <w:rPr>
          <w:b/>
        </w:rPr>
        <w:t xml:space="preserve">[50:28] </w:t>
      </w:r>
      <w:r>
        <w:t>jazaak allah doctor safeena, jo dil se dua nikli aapki woh hum sabke liye lap qabool karein hamare inshallah phir agle session mein aap phir milenge. salam wale ko.</w:t>
      </w:r>
    </w:p>
    <w:p>
      <w:pPr>
        <w:jc w:val="right"/>
      </w:pPr>
      <w:r>
        <w:t>जज़ाक़ अल्लाह doctor सफ़ीना, जो दिल से दौआ निकली आपकी वह हम सबके लिए लपा ख़बूल करें हमारे इन्शाल्लाह फिर अगले session में आप फिर मिलेंगे. सलाम वाले को.</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