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CPS Women Monthly Q and A with Prof. Farida Khanam and Maulana Farhad Ahmed Umeri Sept 24, 2023</w:t>
      </w:r>
    </w:p>
    <w:p>
      <w:r>
        <w:t>https://www.youtube.com/watch?v=5MkBwBmQroM</w:t>
      </w:r>
    </w:p>
    <w:p>
      <w:r>
        <w:rPr>
          <w:b/>
        </w:rPr>
        <w:t xml:space="preserve">[00:00] </w:t>
      </w:r>
      <w:r>
        <w:t>I I welcome you all to this q and a session with professor Farida Khanom and Maulana Farhad Ahmed Umbree today, 09/24/2023. The time is 7PM.</w:t>
      </w:r>
    </w:p>
    <w:p>
      <w:pPr>
        <w:jc w:val="right"/>
      </w:pPr>
      <w:r>
        <w:t>I I welcome you all to this q and a session with professor Farida Khanom and Maulana Farhad Ahmed Umbree today, 09/24/2023. The time is 7PM.</w:t>
      </w:r>
    </w:p>
    <w:p>
      <w:r>
        <w:rPr>
          <w:b/>
        </w:rPr>
        <w:t xml:space="preserve">[00:29] </w:t>
      </w:r>
      <w:r>
        <w:t>And we are going to finish on time for thirty minutes, 07:30. I welcome Apa, Fareeda Apa in this session, live session where we can ask question and answer from Apa and Maulana Farhad Inglouri And all of you, please keep your question ready since the time is very short.</w:t>
      </w:r>
    </w:p>
    <w:p>
      <w:pPr>
        <w:jc w:val="right"/>
      </w:pPr>
      <w:r>
        <w:t>And we are going to finish on time for thirty minutes, 07:30. I welcome Apa, फरीदा Apa in this session, live session where we can ask question and answer from Apa and मोलाना फराद इंगलौरी And all of you, please keep your question ready since the time is very short.</w:t>
      </w:r>
    </w:p>
    <w:p>
      <w:r>
        <w:rPr>
          <w:b/>
        </w:rPr>
        <w:t xml:space="preserve">[00:50] </w:t>
      </w:r>
      <w:r>
        <w:t>And we would like this session to be fully utilized so your question will be short and precise and very meaningful. So I'll start this session. Doctor Supina, please ask a question. The first question come from Doctor Supina. Quran mein kaha gaya hai ke munafikon se jihad karo aur munafikon se talwar ke zariye jihad nahi kiya ja sakta.</w:t>
      </w:r>
    </w:p>
    <w:p>
      <w:pPr>
        <w:jc w:val="right"/>
      </w:pPr>
      <w:r>
        <w:t>And we would like this session to be fully utilized so your question will be short and precise and very meaningful. So I'll start this session. Doctor सुपीना, please ask a question. The first question come from Doctor सुपीना. पुरान में कहा गया है कि मुनाफिकों से जिहाद करो और मुनाफ़िकों से तलवार के ज़रिए जिहाद नहीं किया जा सकता.</w:t>
      </w:r>
    </w:p>
    <w:p>
      <w:r>
        <w:rPr>
          <w:b/>
        </w:rPr>
        <w:t xml:space="preserve">[01:20] </w:t>
      </w:r>
      <w:r>
        <w:t>Nahi kiya gaya kahin poore Islam mein nahi maine Muslim history mein nahi padha. To yeh munafikon se jihad kaise kiya jaye? Awaz saaf aa rahi hai meri? Yahan ji haan ji haan clear hai.</w:t>
      </w:r>
    </w:p>
    <w:p>
      <w:pPr>
        <w:jc w:val="right"/>
      </w:pPr>
      <w:r>
        <w:t>नहीं किया गया कहीं पूरा इस्लाम में नहीं मैंने मुस्लिम history में नहीं पढ़ा. तो यह मुनाफ़िकों से जिहाद कैसे किया जाए? आवाज़ साफ़ आ रही है मेरी? यहां जी हां जी हां clear है.</w:t>
      </w:r>
    </w:p>
    <w:p>
      <w:r>
        <w:rPr>
          <w:b/>
        </w:rPr>
        <w:t xml:space="preserve">[01:35] </w:t>
      </w:r>
      <w:r>
        <w:t>Yahan jihad bamane ketal nahi hai balke jihad matlab unko baat batana, poori mehnat karna unke sath to yeh bhi jihad hai na jo hum jisko kal mein jihad bhi keh sakte hain aajkal ke zamane ke hisab se to munafikon se jihad bamane ketal nahi kiya ja sakta kyun?</w:t>
      </w:r>
    </w:p>
    <w:p>
      <w:pPr>
        <w:jc w:val="right"/>
      </w:pPr>
      <w:r>
        <w:t>यहां जिहाद बमाने केताल नहीं है बल्कि जिहाद मतलब उनको बात बताना, पूरी मेहनत करना उनके साथ तो यह भी जिहाद है ना जो हम जिसको कल में जिहाद भी कह सकते हैं आजकल के जमाने के हिसाब से तो मनाफिकों से जिहाद बवाने कताल नहीं किया जा सकता क्यों?</w:t>
      </w:r>
    </w:p>
    <w:p>
      <w:r>
        <w:rPr>
          <w:b/>
        </w:rPr>
        <w:t xml:space="preserve">[02:00] </w:t>
      </w:r>
      <w:r>
        <w:t>Kyunke woh hote hain Musalman, bazahir Musalman hote hain na to agar unse us tarah ka jihad kiya jayega to log kahenge jaise Abdullah Eb Nobaiya ka masla tha. Abdullah Nobaiya ka masla tha na to khud unke bete ne bhi kaha ki inko main qatl kar deta hoon. Bahut zyada fasad fala rehte hain na woh.</w:t>
      </w:r>
    </w:p>
    <w:p>
      <w:pPr>
        <w:jc w:val="right"/>
      </w:pPr>
      <w:r>
        <w:t>क्योंकि वह होते हैं मुसलमान, बाज़ाहिर मुसलमान होते हैं ना तो अगर उनसे उस तरह का जिहाद किया जाएगा तो लोग कहेंगे जैसे अब्दुल्लाह एब नोबैया का मसला था. अब्दुल्लाह नोबैया का मसला था ना तो ख़ुद उनके बेटे ने भी कहा कि इनको मैं कत्ल कर देता हूं. बहुत ज़्यादा फ़सात फ़ला रहते हैं ना वह.</w:t>
      </w:r>
    </w:p>
    <w:p>
      <w:r>
        <w:rPr>
          <w:b/>
        </w:rPr>
        <w:t xml:space="preserve">[02:25] </w:t>
      </w:r>
      <w:r>
        <w:t>To aapne kaha ki log kahenge ki Muhammad apne asaf ko qatl karte hain. To is wajah se woh woh to nahi ho sakta lekin jihad kamana qatal hai hi nahi. Jihad mein sab mehnat karna. Matlab unki jo shararaten hain un par sabr karna aur uske liye tadbiren karna ki unki shararaton se woh mehfooz rahe hain.</w:t>
      </w:r>
    </w:p>
    <w:p>
      <w:pPr>
        <w:jc w:val="right"/>
      </w:pPr>
      <w:r>
        <w:t>तो आपने कहा कि लोग कहेंगे कि मोहम्मद अपने आसाफ को कदल करते हैं. तो इस वजह से वह वह तो नहीं हो सकता लेकिन जिहाद कमाना कदाल है ही नहीं. जिहाद में सब मेहनत करना. मतलब उनकी जो शरारतें हैं उन पर सफर करना और उसके लिए तबीयतें करना कि उनकी शरारतों से वह महफ़ूद रहे हैं.</w:t>
      </w:r>
    </w:p>
    <w:p>
      <w:r>
        <w:rPr>
          <w:b/>
        </w:rPr>
        <w:t xml:space="preserve">[02:53] </w:t>
      </w:r>
      <w:r>
        <w:t>Ab jaise Abdullah Mohbin hazrat Shah ke khilaf exam lagaya ab har aadmi hoon uske khilaf bolna shuru kar deta to woh bhi usi tarike se itna phailta bilkul sab log khamosh rahe aur intezar karte rahe ki Arnabtala ki taraf se wahi aayegi, hidayat aayegi. To yeh sabr karna hi jo hai woh asal jihad hai aise mauke par aur jaise jaise halaat ho waisi waisa kaam kiya jata hai.</w:t>
      </w:r>
    </w:p>
    <w:p>
      <w:pPr>
        <w:jc w:val="right"/>
      </w:pPr>
      <w:r>
        <w:t>अब जैसे अब्दुल्लाह मोहबीन हजरता शाह के खिलाफ exam लगाया अब हर आदमी हूं उसके खिलाफ बोलना शुरू कर देता तो वह भी उसी तरीके से इतना फैलता बिल्कुल सब लोग खामोश रहे और इंतज़ार करते रहे कि अर्नबताला की तरफ़ से वही आएगी, हिदायत आएगी. तो यह सब्र करना ही जो है वह असल जिहाद है ऐसे मौके पर और जैसे जैसे हालात हो वैसी वैसा काम किया जाता है.</w:t>
      </w:r>
    </w:p>
    <w:p>
      <w:r>
        <w:rPr>
          <w:b/>
        </w:rPr>
        <w:t xml:space="preserve">[03:22] </w:t>
      </w:r>
      <w:r>
        <w:t>Agar usko Rasulullah s.a.w. ek baar kahin ja rahe the to raste mein Abdullahi Mubaiya ka ghar pada to aap utre aur uske yahan woh bahar bahut badi jagah hoti thi kyunke bada ab sardari qabila tha na to kaafi log uske paas jama hote the. To aapne jaakar wahan par kuch Quran ki ayaten sunai.</w:t>
      </w:r>
    </w:p>
    <w:p>
      <w:pPr>
        <w:jc w:val="right"/>
      </w:pPr>
      <w:r>
        <w:t>अगर उसको रसूल्लाह सस्लाम एक बार कहीं जा रहे थे तो रास्ते में अब दुल्लाही मुबैया का घर पड़ा तो आप उतरे और उसके यहां वह बाहर बहुत बड़ी जगह होती थी क्योंकि बड़ा अब सरदारी कबीला था ना तो काफ़ी लोग उसके पास जमा होते थे. तो आपने जाकर वहां पर कुछ कुरान के आयतें सुनाई.</w:t>
      </w:r>
    </w:p>
    <w:p>
      <w:r>
        <w:rPr>
          <w:b/>
        </w:rPr>
        <w:t xml:space="preserve">[03:48] </w:t>
      </w:r>
      <w:r>
        <w:t>To yeh bhi jihad tha ki ek aadmi jo itna phir itna fasad phaila raha hai uske bawajood aap gaye aur Quran ki ayaten sunai aur us uska response kya tha? Ki kya humne aapko bulaya tha jo aapko bulaye uske paas aap jayein aur apni baatein kahein. To yeh sab jihad hai na yeh kitna zabardast jhatka laga hoga aapko lekin aapne koi jawab nahi diya balki sabr ka tareeqa hirtayar kiya. To yeh sab jihad mein shamil hai.</w:t>
      </w:r>
    </w:p>
    <w:p>
      <w:pPr>
        <w:jc w:val="right"/>
      </w:pPr>
      <w:r>
        <w:t>तो यह भी जिहाद था कि एक आदमी जो इतना फिर इतना फ़साद फैला रहा है उसके बावजूद आप गए और कुरान के आयतें सुनाई और उस उसका response क्या था? कि क्या हमने आपको बुलाया था जो आपको बुलाए उसके पास आप जाएं और अपनी बातें कहें. तो यह सब जिहाद है ना यह कितना ज़बरदस्त झटका लगा होगा आपको लेकिन आपने कोई जवाब नहीं दिया बल्कि सब का तरीका हिर्तयार किया. तो यह सब जिहाद में शामिल है.</w:t>
      </w:r>
    </w:p>
    <w:p>
      <w:r>
        <w:rPr>
          <w:b/>
        </w:rPr>
        <w:t xml:space="preserve">[04:17] </w:t>
      </w:r>
      <w:r>
        <w:t>Aajkal jihad jo qatal ko kehne lage hain woh aisa jihad ke mane woh nahi hai Quran mein. Woh baad mein woh mane pehnaye gaye. Is it clear hua? Ji, aap main samajh paayi ki munafiqon ki baaton par sabr karna aur unki unse bachne ki tadbeer karna, unki unki Retaliate na karna.</w:t>
      </w:r>
    </w:p>
    <w:p>
      <w:pPr>
        <w:jc w:val="right"/>
      </w:pPr>
      <w:r>
        <w:t>आजकल जिहाद जो कताल को कहने लगे हैं वह ऐसा जिहाद के माने वह नहीं है पुरान में. वह बाद में वह माने पहनाए गए. Is it clear हुआ? जी, आप मैं समझ पाई कि मुनाफितों की बातों पर सब्र करना और उनकी उनसे बचने की तद्वीर करना, उनकी उनकी Retaliate ना करना.</w:t>
      </w:r>
    </w:p>
    <w:p>
      <w:r>
        <w:rPr>
          <w:b/>
        </w:rPr>
        <w:t xml:space="preserve">[04:47] </w:t>
      </w:r>
      <w:r>
        <w:t>Yeh sab jihad hi hai. Ek aur sawal yahan par main poochna cha rahi hoon. Ek aur sawal main poochna cha rahi hoon. Amarbil, maroof aur naiyal munkar ki baat yeh Quran mein jab humne Urdu tarj mein main padhi to usmein kaha gaya ki bhalai ka hukum dena aur burai se rokna. To yeh hukum loves mujhe bahut authority wala laga ki kya yeh sahi meaning hai authority?</w:t>
      </w:r>
    </w:p>
    <w:p>
      <w:pPr>
        <w:jc w:val="right"/>
      </w:pPr>
      <w:r>
        <w:t>यह सब जिहादी है. एक और सवाल यहां पर मैं पूछना चाह रही हूं. एक और सवाल मैं पूछना चाह रही हूं. अमरबिल, मारूफ़ और नैयाल मुनकर की बात यह क़ुरान में जब हमने उर्दू तर्जे में मैं पढ़ी तो उसमें कहा गया कि भलाई का हुकुम देना और बुराई से रोकना. तो यह हुकुम loves मुझे बहुत authority वाला लगा कि क्या यह सही meaning है authority?</w:t>
      </w:r>
    </w:p>
    <w:p>
      <w:r>
        <w:rPr>
          <w:b/>
        </w:rPr>
        <w:t xml:space="preserve">[05:14] </w:t>
      </w:r>
      <w:r>
        <w:t>Bhalai hukum dena bhalai ke liye ya isko main Urdu ki tarj mein kya kar hai? Bhalai hai na? Bhalai ki ki tarz tarz reeb reeb dena unko bhalai ki baatein batana aur baatein batana. Haan, woh to alfaaz jo hukum aaya hai uska Arabic mein kai laf Arabic mein kuch hota hai aur Urdu mein kuch aur hota hai jaise jamaat hai.</w:t>
      </w:r>
    </w:p>
    <w:p>
      <w:pPr>
        <w:jc w:val="right"/>
      </w:pPr>
      <w:r>
        <w:t>भला हुकुम देना भलाई के लिए या इसको मैं उर्दू की तर्ज में क्या कर है? भलाई है ना? भलाई की की तर्ज़ तर्ज़ रीब रीब देना उनको भलाई की बातें बताना और बातें बताना. हां, वह तो अल्फ़ाज़ जो हुक्म आया है उसका अरबी में कई लफ़ अरबी में कुछ होता है और उर्दों में कुछ और होता है जैसे जमात है.</w:t>
      </w:r>
    </w:p>
    <w:p>
      <w:r>
        <w:rPr>
          <w:b/>
        </w:rPr>
        <w:t xml:space="preserve">[05:41] </w:t>
      </w:r>
      <w:r>
        <w:t>To Arpiya mein jamaat sirf ek group ke mane mein hai koi bhi group ho. Lekin ab Urdu mein woh party ke mane mein ho gaya hai to woh zaruri nahi hai kuch nasihat karna hikmat ke sath aur well wishing ke sath nasihat karna yeh mane mein hai. To usko zara sa aap aisa waqt ho to aap Arpiya dictionary bhi dekha karenge uske kai mane hote hain.</w:t>
      </w:r>
    </w:p>
    <w:p>
      <w:pPr>
        <w:jc w:val="right"/>
      </w:pPr>
      <w:r>
        <w:t>तो अर्पिया में जमात सिर्फ़ एक group के माने में है कोई भी group हो. लेकिन अब उर्दू में वह party के माने में हो गया है तो वह ज़रूरी नहीं है कुछ नसीहत करना हिक्मत के साथ और well wishing के साथ नसीहत करना यह माने में है. तो उसको जरा सा आप ऐसा वक्त हो तो आप अर्पित dictionary भी देखा करेंगे उसके कई माने होते हैं.</w:t>
      </w:r>
    </w:p>
    <w:p>
      <w:r>
        <w:rPr>
          <w:b/>
        </w:rPr>
        <w:t xml:space="preserve">[06:11] </w:t>
      </w:r>
      <w:r>
        <w:t>To woh jo aap tafsir padhe na to unhone to ek mana liya hoga uske liye uske kai mane hote hain. Jaise hum kisi ko bhi nasihat karte hain, achha mashwara dete hain aur bahut hikmat ki baatein unko batate hain aur batate hain ki yeh baat sahi nahi hai usko bhi to batana hota hai na har aadmi to nahi janta. To yeh sab jo hai woh amar bilmaloof aur na yani munkar mein aata hai.</w:t>
      </w:r>
    </w:p>
    <w:p>
      <w:pPr>
        <w:jc w:val="right"/>
      </w:pPr>
      <w:r>
        <w:t>तो वह जो आप तब तफ़सीर पढ़े ना तो उन्होंने तो एक माना लिया होगा उसके लिए उसके कई माने होते हैं. जैसे हम किसी को भी नसियत करते हैं, अच्छा मशवरा देते हैं और बहुत हिगमत की बातें उनको बताते हैं और बताते हैं कि यह बात सही नहीं है उसको भी तो बताना होता है ना हर आदमी तो नहीं जानता. तो यह सब जो है वह अमर बिल्मालूफ और ना यानी मंकर में आता है.</w:t>
      </w:r>
    </w:p>
    <w:p>
      <w:r>
        <w:rPr>
          <w:b/>
        </w:rPr>
        <w:t xml:space="preserve">[06:40] </w:t>
      </w:r>
      <w:r>
        <w:t>Ji ab bahut zyada clear ho gaya zzaar khalla. Achha. Ab ab mera sawal isi se first question se related hai. Aapne yahan par kaha hai ki ayat mein munafiq ke bare mein hai, lekin aise kai Musalman hain jo itna phailate hain, fasad paida karte hain, toxic environment ek society mein paida karte hain. In logon ki kya treatment honi chahiye aapka?</w:t>
      </w:r>
    </w:p>
    <w:p>
      <w:pPr>
        <w:jc w:val="right"/>
      </w:pPr>
      <w:r>
        <w:t>जी अब बहुत ज़्यादा clear हो गया जज़ार ख़ल्ला. अच्छा. अब अब मेरा सवाल इसी से first question से related है. आपने यहां पर कहा है कि आयत में मुनाफिक के बारे में है, लेकिन ऐसे कई मुसलमान हैं जो इतना फैलाते हैं, फसाद पैदा करते हैं, toxic environment एक society में पैदा करते हैं. इन लोगों की क्या treatment होनी चाहिए आपका?</w:t>
      </w:r>
    </w:p>
    <w:p>
      <w:r>
        <w:rPr>
          <w:b/>
        </w:rPr>
        <w:t xml:space="preserve">[07:05] </w:t>
      </w:r>
      <w:r>
        <w:t>Kis tarah se hum unke sath jihad karein ya sirf loop karein ya hum sirf ignore karein ya sirf hum unko bardasht karte rahein. Hamari kya honi chahiye? Hamara step kya hona chahiye? Achha to step ko hamesha dekhna chahiye ki result oriented hai ki nahi? Kyunke hum kuch kahenge woh kuch kahega woh to chup rahega nahi na? To woh phir na fasad jo hai aur bhadkega.</w:t>
      </w:r>
    </w:p>
    <w:p>
      <w:pPr>
        <w:jc w:val="right"/>
      </w:pPr>
      <w:r>
        <w:t>किस तरह से हम उनके साथ जिहाद करें या सिर्फ लूप करें या हम सिर्फ ignore करें या सिर्फ हम उनको बर्दाश्त करते रहें. हमारी क्या होनी चाहिए? हमारा step क्या होना चाहिए? अच्छा तो step को हमेशा देखना चाहिए कि result oriented है कि नहीं? क्योंकि हम कुछ कहेंगे वह कुछ कहेगा वह तो चुप रहेगा नहीं ना? तो वह फिर ना फसाद जो है और भड़केगा.</w:t>
      </w:r>
    </w:p>
    <w:p>
      <w:r>
        <w:rPr>
          <w:b/>
        </w:rPr>
        <w:t xml:space="preserve">[07:33] </w:t>
      </w:r>
      <w:r>
        <w:t>To is wajah se humein ignore karna hai aur har cheez ko halaat ke hisab se dekhna hai. Kyunke agar humein zyada deta hai humein kuch zyada saft baat karne ki to hum saft baat bhi kar sakte hain. Jaise ab bachchon ko aadmi sakhti se mana karta hai koi kaam to bachche maan jate hain lekin agar har aadmi ko sakhti karne lagenge to manega nahi bahut retaliate karega.</w:t>
      </w:r>
    </w:p>
    <w:p>
      <w:pPr>
        <w:jc w:val="right"/>
      </w:pPr>
      <w:r>
        <w:t>तो इस वजह से हमें ignore करना है और हर चीज़ को हालात के हिसाब से देखना है. क्योंकि अगर हमें ज़्यादा देता है हमें कुछ ज़्यादा सफ़्त बात करने की तो हम सफ़्त बात भी कर सकते हैं. जैसे अब बच्चों को आदमी सख्ती से मना करता है कोई काम तो बच्चे मान जाते हैं लेकिन अगर हर आदमी को सख्ती करने लगेंगे तो मानेगा नहीं बहुत retaliate करेगा.</w:t>
      </w:r>
    </w:p>
    <w:p>
      <w:r>
        <w:rPr>
          <w:b/>
        </w:rPr>
        <w:t xml:space="preserve">[07:58] </w:t>
      </w:r>
      <w:r>
        <w:t>To aise logon ko ignore karna hai unke sath sabr ka ravish tayyar karna hai jaise Rasulullah s.a.w. karte the. Har dam aapko koi kuch na kuch kehta rehta hai to aap sabr karte the. To sabr hi karna aise logon ke liye hai aur agar aap samjhe ki hum kuch aisa kar sakte hain jisse achha result aayega to aap usko kar sakte hain. To usmein har cheez mein wisdom ko dekhna chahiye.</w:t>
      </w:r>
    </w:p>
    <w:p>
      <w:pPr>
        <w:jc w:val="right"/>
      </w:pPr>
      <w:r>
        <w:t>तो ऐसे लोगों को ignore करना है उनके साथ सब्र का रविश्य तैयार करना है जैसे रसूल्लाह सल्लाह सल्लाह सल्लाम करते थे. हर दम आपको कोई कुछ ना कुछ कहता रहता है तो आप सब्र करते थे. तो सब्र ही करना ऐसे लोगों के लिए है और अगर आप समझे कि हम कुछ ऐसा कर सकते हैं जिससे अच्छा result आएगा तो आप उसको कर सकते हैं. तो उसमें हर चीज़ में wisdom को देखना चाहिए.</w:t>
      </w:r>
    </w:p>
    <w:p>
      <w:r>
        <w:rPr>
          <w:b/>
        </w:rPr>
        <w:t xml:space="preserve">[08:28] </w:t>
      </w:r>
      <w:r>
        <w:t>Ki kya Result. Haan, result ko dekhna chahiye aur matlab hikmat ke sath us mamle ko hal karna chahiye. Bahut sare Maulana ne waqia bataye hain Maulana ki kitabon mein itni tarike se mamle ko hal kiya gaya hai.</w:t>
      </w:r>
    </w:p>
    <w:p>
      <w:pPr>
        <w:jc w:val="right"/>
      </w:pPr>
      <w:r>
        <w:t>कि क्या Result. हां, result को देखना चाहिए और मतलब हिक्मत के साथ उस मामले को हल करना चाहिए. बहुत सारे मौराना ने वाक्या बताए हैं मौराना की किताबों में इतनी तरीके से मामला को हल किया गया है.</w:t>
      </w:r>
    </w:p>
    <w:p>
      <w:r>
        <w:rPr>
          <w:b/>
        </w:rPr>
        <w:t xml:space="preserve">[08:47] </w:t>
      </w:r>
      <w:r>
        <w:t>Ek baar hamare bade abba ka ek bahut bada ghar tha uska ek ek hissa jo hai na woh ek non Muslim ki ke ghar se mila hua tha to usne kaha ki yeh mera ghar hai aur Mulla ji ne meri zameen hai Mulla ji ne is par qabza kar liya hai. Ab usne sabse jaakar kaha ek bada group wahan aakar unke khilaf naare lagane laga to bada Abdul Ajit ka naam tha unka woh bahar nikli aur kehne lagi kya baat hai?</w:t>
      </w:r>
    </w:p>
    <w:p>
      <w:pPr>
        <w:jc w:val="right"/>
      </w:pPr>
      <w:r>
        <w:t>एक बार हमारे बड़े अब्बा का एक बहुत बड़ा घर था उसका एक एक हिस्सा जो है ना वह एक non मुस्लिम की के घर से मिला हुआ था तो उसने कहा कि यह मेरा घर है और मूल्ला जी ने मेरी ज़मीन है मूल्ला जी ने इस पर क़ब्ज़ा कर लिया है. अब उसने सबसे जाकर कहा एक बड़ा group वहां आकर उनके खिलाफ नारे लगाने लगा तो बड़ा अब्दुल अजीत का नाम था उनका वह बाहर निकली और कहने लगे क्या बात है?</w:t>
      </w:r>
    </w:p>
    <w:p>
      <w:r>
        <w:rPr>
          <w:b/>
        </w:rPr>
        <w:t xml:space="preserve">[09:17] </w:t>
      </w:r>
      <w:r>
        <w:t>unke kuch jo lead kar rahe the us group ko unko andar le aaye garmi ka zamana tha</w:t>
      </w:r>
    </w:p>
    <w:p>
      <w:pPr>
        <w:jc w:val="right"/>
      </w:pPr>
      <w:r>
        <w:t>उनके कुछ जो lead कर रहे थे उस group को उनको अंदर ले आए गर्मी का जमाना था</w:t>
      </w:r>
    </w:p>
    <w:p>
      <w:r>
        <w:rPr>
          <w:b/>
        </w:rPr>
        <w:t xml:space="preserve">[09:46] </w:t>
      </w:r>
      <w:r>
        <w:t>unko sharm udhar bahut pilaya mamla haloge aaj bhi woh zameen unke paas hai.</w:t>
      </w:r>
    </w:p>
    <w:p>
      <w:pPr>
        <w:jc w:val="right"/>
      </w:pPr>
      <w:r>
        <w:t>उनको शर्म उधर बहुत पिलाया मामला हलोगे आज भी वह ज़मीन उनके पास है.</w:t>
      </w:r>
    </w:p>
    <w:p>
      <w:r>
        <w:rPr>
          <w:b/>
        </w:rPr>
        <w:t xml:space="preserve">[10:16] </w:t>
      </w:r>
      <w:r>
        <w:t>Ji. Ji, thank you Appa thank you so much for this beautiful answer they have given. We all implied this in our life whenever this kind of situation arises. So the next question come from Najma Apa. Jakarma, Assalamualaikum.</w:t>
      </w:r>
    </w:p>
    <w:p>
      <w:pPr>
        <w:jc w:val="right"/>
      </w:pPr>
      <w:r>
        <w:t>जी. जी, thank you अप्पा thank you so much for this beautiful answer they have given. We all implied this in our life whenever this kind of situation arises. So the next question come from नज्मा अपा. जाकर्म, अस्सलामालिकुम.</w:t>
      </w:r>
    </w:p>
    <w:p>
      <w:r>
        <w:rPr>
          <w:b/>
        </w:rPr>
        <w:t xml:space="preserve">[10:33] </w:t>
      </w:r>
      <w:r>
        <w:t>Main main jo yeh munafiq ki baat hai usko zara sa extend karna cha rahi thi ki yeh jo zikr hai Quran mein munafiqon ka woh to jaankar aisa karte the ki ban gaye munafiq, ban gaye Musalman lekin woh asli mein jaakar phir apne hi logon mein baithte the aur kehte the hum yeh batayein. Lekin kya koi unknowingly bhi munafiq ho sakta hai? Yeh main puch rahi hoon.</w:t>
      </w:r>
    </w:p>
    <w:p>
      <w:pPr>
        <w:jc w:val="right"/>
      </w:pPr>
      <w:r>
        <w:t>मैं मैं जो यह मुनाफ़ित की बात है उसको ज़रा सा extend करना चाह रही थी कि यह जो ज़िक्र है कुरान में मुनाफ़िकों का वह तो जानकर ऐसा करते थे कि वन गए मुनाफ़िक, वन गए मुसलमान लेकिन वह असली में जाकर फिर अपने ही लोगों में बैठते थे और कहते थे हम यह बताएं. लेकिन क्या कोई unknowingly भी मुनाफ़िक हो सकता है? यह मैं पुछ रही हूं.</w:t>
      </w:r>
    </w:p>
    <w:p>
      <w:r>
        <w:rPr>
          <w:b/>
        </w:rPr>
        <w:t xml:space="preserve">[10:58] </w:t>
      </w:r>
      <w:r>
        <w:t>Matlab woh deliberately woh jante the ki hum galat kaam kar rahe hain. Haan. Aur kya koi unknowingly bhi ho sakta hai? Usko pata na ho gaya hum munafiq hain. Kabhi. Hum sab mein se bahut sare log bhi kar dete hain aisa.</w:t>
      </w:r>
    </w:p>
    <w:p>
      <w:pPr>
        <w:jc w:val="right"/>
      </w:pPr>
      <w:r>
        <w:t>मतलब वह deliberately वह जानते थे कि हम गलत काम कर रहे हैं. हां. और क्या कोई unknowingly भी हो सकता है? उसको पता ना हो गया हम मुनाफ़िक हैं. कभी. हम सब में से बहुत सारे लोग भी कर देते हैं ऐसा.</w:t>
      </w:r>
    </w:p>
    <w:p>
      <w:r>
        <w:rPr>
          <w:b/>
        </w:rPr>
        <w:t xml:space="preserve">[11:25] </w:t>
      </w:r>
      <w:r>
        <w:t>To aise to unknownly ho sakta hai. To iski to wahi ek hi tareeqa hai ki insan Khuda se maafi mangta rahe. Sava bar log jaate the Paigambar ke paas ki hum aisa lag raha hai ki hum munafiq ho gaye hain. Woh spirit unke andar agar lagta tha ki spirit poori hamare andar nahi hai kyunke aisa hota nahi har waqt ek hi spirit baqi rahe. Kabhi kam rahegi, kabhi zyada rahegi to unko lagta tha ki hum munafiq ho gaye hain.</w:t>
      </w:r>
    </w:p>
    <w:p>
      <w:pPr>
        <w:jc w:val="right"/>
      </w:pPr>
      <w:r>
        <w:t>तो ऐसे तो unknownly हो सकता है. तो इसकी तो वही एक ही तरीका है कि इंसान पुदा से माफ़ी मांगता रहे. सवा बार लोग जाते थे प्रिगंबर के पास कि हम ऐसा लग रहा है कि हम मुनाफिक हो गए हैं. वह spirit उनके अंदर अगर लगता था कि spirit पूरी हमारे अंदर नहीं है क्योंकि ऐसा होता नहीं हर वक़्त एक ही spirit बाकी रहे. कभी कम रहेगी, कभी ज़्यादा रहेगी तो उनको लगता था कि हम मुनाफे हो गए हैं.</w:t>
      </w:r>
    </w:p>
    <w:p>
      <w:r>
        <w:rPr>
          <w:b/>
        </w:rPr>
        <w:t xml:space="preserve">[11:53] </w:t>
      </w:r>
      <w:r>
        <w:t>to aap ke paas jaate the to aap keh rahe the ke yeh aisa nahi hota ke hamesha ek hi state mein insaan rahe.</w:t>
      </w:r>
    </w:p>
    <w:p>
      <w:pPr>
        <w:jc w:val="right"/>
      </w:pPr>
      <w:r>
        <w:t>तो आपके पास जाते थे तो आप कह रहे थे कि यह ऐसा नहीं होता कि हमेशा एक ही state में इंसान रहे.</w:t>
      </w:r>
    </w:p>
    <w:p>
      <w:r>
        <w:rPr>
          <w:b/>
        </w:rPr>
        <w:t xml:space="preserve">[12:00] </w:t>
      </w:r>
      <w:r>
        <w:t>to agar agar hamein aisa lagta hai humko bahut zyada alert rehna hai ke hum jaise hum kisi se baat kar rahe hain ab andar hamare dil mein kuch hai zahir kuch aur kar rahe hain to yeh sab bhi degrees degree ka farq hai yeh sab bhi munafiqat hi hai to hamein bahut zyada alert rehna chahiye aur yeh iski khuda se maafi mangna chahiye aur apna apne apna sudhaar karna chahiye.</w:t>
      </w:r>
    </w:p>
    <w:p>
      <w:pPr>
        <w:jc w:val="right"/>
      </w:pPr>
      <w:r>
        <w:t>तो अगर अगर हमें ऐसा लगता है हमको बहुत ज़्यादा alert रहना है कि हम जैसे हम किसी से बात कर रहे हैं अब अंदर हमारे दिल में कुछ है जाहिर कुछ और कर रहे हैं तो यह सब भी degrees degree का फ़र्क़ है यह सब भी मनाफ़कत ही है तो हमें बहुत ज़्यादा alert रहना चाहिए और यह इसकी ख़ुदा से माफ़ी मांगना चाहिए और अपना अपने अपना सुधार करना चाहिए.</w:t>
      </w:r>
    </w:p>
    <w:p>
      <w:r>
        <w:rPr>
          <w:b/>
        </w:rPr>
        <w:t xml:space="preserve">[12:28] </w:t>
      </w:r>
      <w:r>
        <w:t>zarza kar la aap ne bahut achhi tarah se samjha diya ke hamein apna karna karte rehna chahiye aur apne baaton ko. achha, ab main sawal yeh puchh rahi thi ke what are the biggest challenges for Islam in this modern age? modern age mein to koi challenge hai hi nahi. modern age mein to saare raaste khule hue hain.</w:t>
      </w:r>
    </w:p>
    <w:p>
      <w:pPr>
        <w:jc w:val="right"/>
      </w:pPr>
      <w:r>
        <w:t>ज़र्ज़ा कर ला आपने बहुत अच्छी तरह से समझा दिया कि हमें अपना करना करते रहना चाहिए और अपने बातों को. अच्छा, अब मैं सवाल यह पुछ रही थी कि what are the biggest challenges for इस्लाम in this modern age? Modern age में तो कोई challenge है ही नहीं. Modern age में तो सारे रास्ते खुले हुए हैं.</w:t>
      </w:r>
    </w:p>
    <w:p>
      <w:r>
        <w:rPr>
          <w:b/>
        </w:rPr>
        <w:t xml:space="preserve">[12:54] </w:t>
      </w:r>
      <w:r>
        <w:t>challenge wahi hai jo musalmanon ki taraf se pesh aa raha hai. doosron ki taraf se to dekhiye zamana hi badal gaya hai. haan. religious persecution ka khatm ho gaya hai, azaadi yeh fikh rahe hain. ab bilkul khuli hui azaadi woh dete hain hamein peacefully kaam karne ki.</w:t>
      </w:r>
    </w:p>
    <w:p>
      <w:pPr>
        <w:jc w:val="right"/>
      </w:pPr>
      <w:r>
        <w:t>Challenge वही है जो मुसलमानों की तरफ़ से पेश आ रहा है. दूसरों की तरफ से तो देखिए ज़माना ही बदल गया है. हां. Religious persecution का ख़त्म हो गया है, आज़ादी यह फ़िक रहे हैं. अब बिल्कुल खुली हुई आज़ादी वह देते हैं हमें peacefully काम करने की.</w:t>
      </w:r>
    </w:p>
    <w:p>
      <w:r>
        <w:rPr>
          <w:b/>
        </w:rPr>
        <w:t xml:space="preserve">[13:10] </w:t>
      </w:r>
      <w:r>
        <w:t>to yeh jo jo violence ka jo tareeqa hai musalman bahut jald bhadak uthte hain violence karne lagte hain aur yahi biggest challenge hai ke musalman hi ki taraf se challenge hai baqi to duniya ekdam badal chuki hai woh pehli baari duniya ab nahi hai. agar koi cartoon watun bana deta hai to woh to dekhiye aaj azaadi ka zamana hai. uski bhi azaadi hai.</w:t>
      </w:r>
    </w:p>
    <w:p>
      <w:pPr>
        <w:jc w:val="right"/>
      </w:pPr>
      <w:r>
        <w:t>तो यह जो जो violence का जो तरीका है मुसलमान बहुत जल्द भड़क उठते हैं violence करने लगते हैं और यही biggest challenge है कि मुसलमान ही की तरफ से challenge है बाकी तो दुनिया एकदम बदल चुकी है वह पहली बारी दुनिया अब नहीं है. अगर कोई cartoon वाटून बना देता है तो वह तो देखिए आज आज़ादी का ज़माना है. उसकी भी आज़ादी है.</w:t>
      </w:r>
    </w:p>
    <w:p>
      <w:r>
        <w:rPr>
          <w:b/>
        </w:rPr>
        <w:t xml:space="preserve">[13:34] </w:t>
      </w:r>
      <w:r>
        <w:t>to hum bhadke nahi hum hum bhi uske khilaaf matlab usko explain karne ke liye usko article likhein, program karein, logon ko bulayein aur jis aadmi ne aisa kar raha hai usko literature pesh karein. ab bahut shauk se bolega. ab sirf violence jo hai wahi sabse bada challenge hai. jumood hota hai. achha, to aap yeh keh rahi hain ke musalmanon hi ki taraf se hai yeh zyada hai. haan ji, haan haan.</w:t>
      </w:r>
    </w:p>
    <w:p>
      <w:pPr>
        <w:jc w:val="right"/>
      </w:pPr>
      <w:r>
        <w:t>तो हम भड़के नहीं हम हम भी उसके खिलाफ़ मतलब उसको explain करने के लिए उसको article लिखें, program करें, लोगों को बुलाएं और जिस आदमी ने ऐसा कर रहा है उसको literature पेश करें. अब बहुत शौक से बोलेगा. अब सिर्फ़ violence जो है वही सबसे बड़ा challenge है. जुमूद होता है. अच्छा, तो आप यह कह रही हैं कि मुसलमानों ही की तरफ़ से है यह ज़्यादा है. हां जी, हां हां.</w:t>
      </w:r>
    </w:p>
    <w:p>
      <w:r>
        <w:rPr>
          <w:b/>
        </w:rPr>
        <w:t xml:space="preserve">[14:03] </w:t>
      </w:r>
      <w:r>
        <w:t>hamein to hamein to yahi lagta hai. haan. jumood hai losalmanon mein stagnation hai paya jata hai. jumood. are stagnation hai musalmanon ki taraf se. woh kuch kaam hi nahi karna chahti. yeh bhi ek challenge hai. koi kare to uska fatwa laga deta hai. bas allah sabko is qabil banaye kya bola aapse bache hain aur islam par rahein. jaza kalla jaza kalla clear kar diya.</w:t>
      </w:r>
    </w:p>
    <w:p>
      <w:pPr>
        <w:jc w:val="right"/>
      </w:pPr>
      <w:r>
        <w:t>हमें तो हमें तो यही लगता है. हां. जुमूद है लोसलमानों में stagnation है पाया जाता है. जुमूद. अरे stagnation है मुसलमानों की तरफ से. वह कुछ काम ही नहीं करना चाहती. यह भी एक challenge है. कोई करें तो उसका फत्वा लगा देता है. बस अल्लाह सबको इस काबिल बनाएं क्या बोला आपसे बचे हैं और इस्लाम पर रहें. जज़ा कल्ला जज़ा कल्ला clear कर दिया.</w:t>
      </w:r>
    </w:p>
    <w:p>
      <w:r>
        <w:rPr>
          <w:b/>
        </w:rPr>
        <w:t xml:space="preserve">[14:33] </w:t>
      </w:r>
      <w:r>
        <w:t>thank you so much for that incredible answer that aapka you gave just now. i could i i totally confirmed your answer because as you were saying the answers, i was able to apply this because the biggest challenge actually come is coming from the muslim. in the society in which i'm living, akpa right now, the first question is related to that only. i had asked you this question. we are facing the challenge from the muslim community only.</w:t>
      </w:r>
    </w:p>
    <w:p>
      <w:pPr>
        <w:jc w:val="right"/>
      </w:pPr>
      <w:r>
        <w:t>Thank you so much for that incredible answer that आपका you gave just now. I could I I totally confirmed your answer because as you were saying the answers, I was able to apply this because the biggest challenge actually come is coming from the Muslim. In the society in which I'm living, अक्पा right now, the first question is related to that only. I had asked you this question. We are facing the challenge from the Muslim community only.</w:t>
      </w:r>
    </w:p>
    <w:p>
      <w:r>
        <w:rPr>
          <w:b/>
        </w:rPr>
        <w:t xml:space="preserve">[15:00] </w:t>
      </w:r>
      <w:r>
        <w:t>They have gone to such a level that I often think how can we do, how can we</w:t>
      </w:r>
    </w:p>
    <w:p>
      <w:pPr>
        <w:jc w:val="right"/>
      </w:pPr>
      <w:r>
        <w:t>They have gone to such a level that I often think how can we do, how can we</w:t>
      </w:r>
    </w:p>
    <w:p>
      <w:r>
        <w:rPr>
          <w:b/>
        </w:rPr>
        <w:t xml:space="preserve">[15:07] </w:t>
      </w:r>
      <w:r>
        <w:t>tell them about Islam, the peaceful message of Islam when our own brothers belonging to our own, oh,</w:t>
      </w:r>
    </w:p>
    <w:p>
      <w:pPr>
        <w:jc w:val="right"/>
      </w:pPr>
      <w:r>
        <w:t>tell them about Islam, the peaceful message of Islam when our own brothers belonging to our own, oh,</w:t>
      </w:r>
    </w:p>
    <w:p>
      <w:r>
        <w:rPr>
          <w:b/>
        </w:rPr>
        <w:t xml:space="preserve">[15:15] </w:t>
      </w:r>
      <w:r>
        <w:t>this Islam is doing all kind of violence and all kind of fitnah and fasad.</w:t>
      </w:r>
    </w:p>
    <w:p>
      <w:pPr>
        <w:jc w:val="right"/>
      </w:pPr>
      <w:r>
        <w:t>this Islam is doing all kind of violence and all kind of फित्नाह and फ़साद.</w:t>
      </w:r>
    </w:p>
    <w:p>
      <w:r>
        <w:rPr>
          <w:b/>
        </w:rPr>
        <w:t xml:space="preserve">[15:23] </w:t>
      </w:r>
      <w:r>
        <w:t>So very true, Aparta, that you said the biggest challenge that we face is from the Muslim only.</w:t>
      </w:r>
    </w:p>
    <w:p>
      <w:pPr>
        <w:jc w:val="right"/>
      </w:pPr>
      <w:r>
        <w:t>So very true, Aparta, that you said the biggest challenge that we face is from the Muslim only.</w:t>
      </w:r>
    </w:p>
    <w:p>
      <w:r>
        <w:rPr>
          <w:b/>
        </w:rPr>
        <w:t xml:space="preserve">[15:31] </w:t>
      </w:r>
      <w:r>
        <w:t>so the next question comes from... anyone? asha you, please ask your question. ab ab ab ab ab boliye.</w:t>
      </w:r>
    </w:p>
    <w:p>
      <w:pPr>
        <w:jc w:val="right"/>
      </w:pPr>
      <w:r>
        <w:t>So the next question comes from... Anyone? आशा you, please ask your question. अब अब अब अब अब बोलिए.</w:t>
      </w:r>
    </w:p>
    <w:p>
      <w:r>
        <w:rPr>
          <w:b/>
        </w:rPr>
        <w:t xml:space="preserve">[16:01] </w:t>
      </w:r>
      <w:r>
        <w:t>ok, the ayesha has asked a question where there is pleasure, there is destruction. how to save ourselves from distractions? how to save ourselves from distraction? so pehle kya sentence tha aware? pura samajh mein nahi aaya. ji apv, the question is where there is pleasure, there is destruction.</w:t>
      </w:r>
    </w:p>
    <w:p>
      <w:pPr>
        <w:jc w:val="right"/>
      </w:pPr>
      <w:r>
        <w:t>Ok, the आयशा has asked a question where there is pleasure, there is destruction. How to save ourselves from distractions? How to save ourselves from distraction? So पहले क्या sentence था aware? पूरा समझ में नहीं आया. जी अपव, the question is where there is pleasure, there is destruction.</w:t>
      </w:r>
    </w:p>
    <w:p>
      <w:r>
        <w:rPr>
          <w:b/>
        </w:rPr>
        <w:t xml:space="preserve">[16:28] </w:t>
      </w:r>
      <w:r>
        <w:t>how so, how to save ourselves from distractions? ab duniya mein dil nahi lagana hai. jab tak insaan duniya ko sirf baqadr zaroorat nahi lega, tab tak woh distract hota rahega. hamein bahut zyada apne aap ko serious hona hai aur ki yaad mein zindagi guzarni hai jisko maurana keh rahe the simple living, high thinking.</w:t>
      </w:r>
    </w:p>
    <w:p>
      <w:pPr>
        <w:jc w:val="right"/>
      </w:pPr>
      <w:r>
        <w:t>How so, how to save ourselves from distractions? अब दुनिया में दिल नहीं लगाना है. जब तक इंसान दुनिया को सिर्फ़ बक़द्र ज़रूरत नहीं लेगा, तब तक वह distract होता रहेगा. हमें बहुत ज़्यादा अपने आप को serious होना है और कि याद में ज़िंदगी गुज़ारनी है जिसको मोराना कह रहे थे simple living, high thinking.</w:t>
      </w:r>
    </w:p>
    <w:p>
      <w:r>
        <w:rPr>
          <w:b/>
        </w:rPr>
        <w:t xml:space="preserve">[16:58] </w:t>
      </w:r>
      <w:r>
        <w:t>to khuda ki yaad mein zindagi guzarni hai aur sirf baqadr zaroorat duniya ko lena hai. to dil kyun lagana bhai? kal hum is duniya se jaane wale hain jahan jo hamari eternal life hai to usi mein dil lagana hai na, usi ke bare mein sochna hai, usi ke liye kaam karna hai. to dil lagane ka koi matlab hi nahi hai. hamare pados mein ek the zyada umr nahi thi. mushkil se thirties mein rahe honge.</w:t>
      </w:r>
    </w:p>
    <w:p>
      <w:pPr>
        <w:jc w:val="right"/>
      </w:pPr>
      <w:r>
        <w:t>तो खुदा कि याद में ज़िंदगी गुज़ारनी है और सिर्फ़ बक़द्र ज़रूरत दुनिया को लेना है. तो दिल क्यों लगाना भई? कल हम इस दुनिया से जाने वाले हैं जहां जो हमारी eternal life है तो उसी में दिल लगाना है ना, उसी के बारे में सोचना है, उसी के लिए काम करना है. तो दिल लगाने का कोई मतलब ही नहीं है. हमारे पड़ोस में एक थे ज़्यादा उम्र नहीं थी. मुश्किल से thirties में रहे होंगे.</w:t>
      </w:r>
    </w:p>
    <w:p>
      <w:r>
        <w:rPr>
          <w:b/>
        </w:rPr>
        <w:t xml:space="preserve">[17:28] </w:t>
      </w:r>
      <w:r>
        <w:t>unko khane peene ka bahut shauk tha. kai baar unko heart attack ho chuka tha magar woh khana peena nahi chhodte the. jis din unka intezar hua hai chautha heart attack hua us din bhi unhone achhi achhi cheezein ab khud woh pakane pakate the. to pakakar unhone wahan rakha hua tha. dam par rakha hua tha nyahari ke woh abhi khayenge. to dekhiye yeh sab addiction hai.</w:t>
      </w:r>
    </w:p>
    <w:p>
      <w:pPr>
        <w:jc w:val="right"/>
      </w:pPr>
      <w:r>
        <w:t>उनको खाने पीने का बहुत शौक था. कई बार उनको heart attack हो चुका था मगर वह खाना पीना नहीं छोड़ते थे. जिस दिन उनका इंतज़ार हुआ है चौथा heart attack हुआ उस दिन भी उन्होंने अच्छी अच्छी चीज़ें अब खुद वह पकाने पकाते थे. तो पकाकर उन्होंने वहां रखा हुआ था. दम पर रखा हुआ था न्याहारी कि वह अभी खाएंगे. तो देखिए यह सब addiction है.</w:t>
      </w:r>
    </w:p>
    <w:p>
      <w:r>
        <w:rPr>
          <w:b/>
        </w:rPr>
        <w:t xml:space="preserve">[17:56] </w:t>
      </w:r>
      <w:r>
        <w:t>unhone thodi pata tha ke hum kha nahi payenge, hum chale jayenge. to yeh sab addiction hai hamein is addiction se to apne aap ko bachna padega. dekhiye kuch pane ke liye kuch khona to padta hai na? is duniya mein dekhiye agar aap apne akhal ka istemal karein to koi matlab hi nahi hai ke is duniya mein hum dil lagayein. yeh duniya baqadre zaroorat hamein isko lena hai aur mission ke kaam mein lage rehna hai.</w:t>
      </w:r>
    </w:p>
    <w:p>
      <w:pPr>
        <w:jc w:val="right"/>
      </w:pPr>
      <w:r>
        <w:t>उन्होंने थोड़ी पता था कि हम खा नहीं पाएंगे, हम चले जाएंगे. तो यह सब addiction है हमें इस addiction से तो अपने आप को बचना पड़ेगा. देखिए कुछ पाने के लिए कुछ खोना तो पड़ता है ना? इस दुनिया में देखिए अगर आप अपने अखल का इस्तेमाल करें तो कोई मतलब ही नहीं है कि इस दुनिया में हम दिल लगाएं. यह दुनिया बक़द्रे ज़रूरत हमें इसको लेना है और mission के काम में लगे रहना है.</w:t>
      </w:r>
    </w:p>
    <w:p>
      <w:r>
        <w:rPr>
          <w:b/>
        </w:rPr>
        <w:t xml:space="preserve">[18:23] </w:t>
      </w:r>
      <w:r>
        <w:t>to har cheez se hamein sabak lena hai jaise rasullah sallah kehte karte the ke har cheez se sabak lena hai. to hamein yahi karte rehna hai yahan tak ke hamara soch god oriented soch ban jaye. hamara paradise hamara sabse bada concern ban jaye. ek baar maine maurana se kuch kaha ke koi baat batana chah rahi thi. maine kaha ke aap gussa to nahi honge.</w:t>
      </w:r>
    </w:p>
    <w:p>
      <w:pPr>
        <w:jc w:val="right"/>
      </w:pPr>
      <w:r>
        <w:t>तो हर चीज़ से हमें सबक लेना है जैसे रसूल्लाह सरल्लाह कहते करते थे कि हर चीज़ से सबक लेना है. तो हमें यही करते रहना है यहां तक कि हमारा सोच God oriented सोच वन जाए. हमारा paradise हमारा सबसे बड़ा concern वन जाए. एक बार मैंने मोराना से कुछ कहा कि कोई बात बताना चाह रही थी. मैंने कहा कि आप गुस्सा तो नहीं होंगे.</w:t>
      </w:r>
    </w:p>
    <w:p>
      <w:r>
        <w:rPr>
          <w:b/>
        </w:rPr>
        <w:t xml:space="preserve">[18:51] </w:t>
      </w:r>
      <w:r>
        <w:t>kehne lage main paradise ke alawa har cheez ko secondary darja de chuka hoon. main kyun gussa hoonga? to paradise ke alawa har cheez ko aap secondary darja de dijiye to aapko duniya ki cheezon mein lazzat hi nahi milegi. samajh mere khyal mein maurana ka literature best hai.</w:t>
      </w:r>
    </w:p>
    <w:p>
      <w:pPr>
        <w:jc w:val="right"/>
      </w:pPr>
      <w:r>
        <w:t>कहने लगे मैं paradise के अलावा हर चीज़ को secondary दर्जा दे चुका हूं. मैं क्यों गुस्सा होऊंगा? तो paradise के अलावा हर चीज़ को आप secondary दर्जा दे दीजिए तो आपको दुनिया की चीज़ों में लज्जत ही नहीं मिलेगी. समझ मेरे ख़्याल में मौराना का literature best है.</w:t>
      </w:r>
    </w:p>
    <w:p>
      <w:r>
        <w:rPr>
          <w:b/>
        </w:rPr>
        <w:t xml:space="preserve">[19:15] </w:t>
      </w:r>
      <w:r>
        <w:t>aap kitabein marfat padhiye is tarah ki kitabein padhiye to arbania padhiye allah waqbar padhiye to phir zehan prepare ho jayega. thank you papa for that answer. princess ek khan please ask your question.</w:t>
      </w:r>
    </w:p>
    <w:p>
      <w:pPr>
        <w:jc w:val="right"/>
      </w:pPr>
      <w:r>
        <w:t>आप किताबें मारफ़त पढ़िए इस तरह की किताबें पढ़िए तो अर्बबानियां पढ़िए अल्लाह वक़्बर पढ़िए तो फिर ज़ेहन prepare हो जाएगा. Thank you papa for that answer. Princess एक खान please ask your question.</w:t>
      </w:r>
    </w:p>
    <w:p>
      <w:r>
        <w:rPr>
          <w:b/>
        </w:rPr>
        <w:t xml:space="preserve">[19:35] </w:t>
      </w:r>
      <w:r>
        <w:t>achha maniye tum paida par hissan ki aql kar rahe main to panch mahinon ke paida par yahan Pakistan aai hui hoon aur kuch ek der mein Pakistan aai hui. ab logon ko aawaz aa rahi hai meri? aawaz aa rahi hai lekin clear nahi hai. main achha nahi hai main isliye bata rahi thi parivar pakkon bhi aur aap logon ko.</w:t>
      </w:r>
    </w:p>
    <w:p>
      <w:pPr>
        <w:jc w:val="right"/>
      </w:pPr>
      <w:r>
        <w:t>अच्छा मानिए तुम पैदा पर हिस्सान की अक्ले कर रहे मैं तो पांच महीनों के पैदा पर यहां Pakistan आई हुई हूं और कुछ एक देर में Pakistan आई हुई. अब लोगों को आवाज़ आ रही है मेरी? आवाज़ आ रही है लेकिन clear नहीं है. मैं अच्छा नहीं है मैं इसलिए बता रही थी परिवार पक्कों भी और आप लोगों को.</w:t>
      </w:r>
    </w:p>
    <w:p>
      <w:r>
        <w:rPr>
          <w:b/>
        </w:rPr>
        <w:t xml:space="preserve">[19:57] </w:t>
      </w:r>
      <w:r>
        <w:t>main is baat mahine ki sekeriye bas pakistan mein ho aur abhi ek dedh mahine se kahan mere accident ka kuch surgery ho gayi thi us chize se wahin par bhi kitna kha gaya aap tab se tab phir dua ke liye jab park se main phir dua de rakhi hai us shahar ke saath mein nakar apni bachchi ko lekar america jaaun aur mera sawal parida aap se yeh hai meri aawazein karahi hai ke jaise ki barah rupyogz ka mahina aaya hua hai aur yahan par muktalik tareeqon se hum musalman isko celebrate karte hain.</w:t>
      </w:r>
    </w:p>
    <w:p>
      <w:pPr>
        <w:jc w:val="right"/>
      </w:pPr>
      <w:r>
        <w:t>मैं इस बात महीने की सकेरिए बस Pakistan में हो और अभी एक डेढ़ महीने से कहां मेरे accident का कुछ surgery हो गई थी उस चीज़े से वहीं पर भी कितना खा गया आप तब से तब फिर दुआ के लिए जब park से मैं फिर दुआ के दे रखी है उस शहर के साथ में नाकर अपनी बच्ची को लेकर America जाऊं और मेरा सवाल परीदा आपस से यह है मेरी आवाज़ें करा रही है कि जैसे कि बारह रुपयोग़ज़ का महीना आया हुआ है और यहां पर मुक्तलिक तरीकों से हम मुसलमान इसको celebrate करते हैं.</w:t>
      </w:r>
    </w:p>
    <w:p>
      <w:r>
        <w:rPr>
          <w:b/>
        </w:rPr>
        <w:t xml:space="preserve">[20:24] </w:t>
      </w:r>
      <w:r>
        <w:t>Pakistan mein to bahut dhoom gadak te se tez bhi karta hai. Bade bade ulma param unke bhi dekh paas jo hain, baqa dardari gaaye jaate hain, functions ho rahe hain. Har insaan midab koi chal raha hai. Poore das din ke barah din tak muksallik functions hote hain. Kahin kahin poore mahine barah din mein iske.</w:t>
      </w:r>
    </w:p>
    <w:p>
      <w:pPr>
        <w:jc w:val="right"/>
      </w:pPr>
      <w:r>
        <w:t>Pakistan में तो बहुत धूम गड़कते से तेज भी करता है. बड़े बड़े उल्मा पराम उनके भी देख पास जो हैं, बाका दर्दारी गाए जाते हैं, functions हो रहे हैं. हर इंसान मिदाब कोई चल रहा है. पूरे दस दिन के बारह दिन तक मुक्सलिक functions होते हैं. कहीं कहीं पूरे महीने बारह दिन में इसके.</w:t>
      </w:r>
    </w:p>
    <w:p>
      <w:r>
        <w:rPr>
          <w:b/>
        </w:rPr>
        <w:t xml:space="preserve">[20:54] </w:t>
      </w:r>
      <w:r>
        <w:t>humne to kabhi suna nahi tha cake kaata jata hai. to sunna mein to yeh sab sahaba to karte nahi the. sahaba hai, tabeen hai, tabtabeen hai. jo dhore ubal to hamara golden period hai na? yeh sab hota nahi hai na sunna to yeh hai ke rasullah sausalm ki talimat par amal kiya jaye aur woh amal to koi karta nahi. yeh celebrate kar rahe hain birthday isse kya hota hai?</w:t>
      </w:r>
    </w:p>
    <w:p>
      <w:pPr>
        <w:jc w:val="right"/>
      </w:pPr>
      <w:r>
        <w:t>हमने तो कभी सुना नहीं था cake काटा जाता है. तो सुनना में तो यह सब सहाबा तो करते नहीं थे. सहाबा है, ताबीन है, तबताबीन है. जो धोरे उबल तो हमारा golden period है ना? यह सब होता नहीं है ना सुनना तो यह है कि रसूल्लाह सौसलम की तालिमात पर अमल किया जाए और वह अमल तो कोई करता नहीं. यह celebrate कर रहे हैं birthday इससे क्या होता है?</w:t>
      </w:r>
    </w:p>
    <w:p>
      <w:r>
        <w:rPr>
          <w:b/>
        </w:rPr>
        <w:t xml:space="preserve">[21:22] </w:t>
      </w:r>
      <w:r>
        <w:t>jo aapki talimad hain us par chalna jo hai yahi sunna tha. So Rasulullah sallallahu alaihi wasallam ka ek video abhi main dekh rahi thi ke aap ne farmaya ke jo jhoot bole, logon ko exploit kare, dishonesty ka tareeqa ek taiyar kare, woh mera ummat hi nahi hai. So bataiye aaj aaj kaun hoga aisa jo jhoot na bolta ho? So yeh iski to kisi ko parwah nahi hai aur baqayda cake kaat rahe hain usse kya hota hai?</w:t>
      </w:r>
    </w:p>
    <w:p>
      <w:pPr>
        <w:jc w:val="right"/>
      </w:pPr>
      <w:r>
        <w:t>जो आपकी तालिमाद हैं उस पर चलना जो है यही सुनना था. तो रसूल्लाह संस्लाम का एक video अभी मैं देख रही थी कि आपने फरमाया कि जो झूठ बोले, लोगों को exploit करे, dishonesty का तरीका एक तैयार करे, वह मेरा उम्मत ही नहीं है. तो बताइए आज आज कौन होगा ऐसा जो झूठ ना बोलता हो? तो यह इसकी तो किसी को परवाह नहीं है और बाक़ायदा cake काट रहे हैं उससे क्या होता है?</w:t>
      </w:r>
    </w:p>
    <w:p>
      <w:r>
        <w:rPr>
          <w:b/>
        </w:rPr>
        <w:t xml:space="preserve">[21:49] </w:t>
      </w:r>
      <w:r>
        <w:t>yeh to bilkul bidat hai total sense mein bidat hai. to yeh waise humne yeh pehli baar suna hamare yahan yeh sab abhi yeh nahi hota. to rasullah ki matlab paidaish ke mauke par har mauke ko hamein dawat ke liye use karna chahiye. woh paidaish ka mauka hai.</w:t>
      </w:r>
    </w:p>
    <w:p>
      <w:pPr>
        <w:jc w:val="right"/>
      </w:pPr>
      <w:r>
        <w:t>यह तो बिल्कुल विदत है total sense में विदत है. तो यह वैसे हमने यह पहली बार सुना हमारे यहां यह सब अभी यह नहीं होता. तो रसूल्लाह की मतलब पैदाइश के मौके पर हर मौके को हमें दावत के लिए use करना चाहिए. वह पैदाइश का मौका है.</w:t>
      </w:r>
    </w:p>
    <w:p>
      <w:r>
        <w:rPr>
          <w:b/>
        </w:rPr>
        <w:t xml:space="preserve">[22:12] </w:t>
      </w:r>
      <w:r>
        <w:t>ab logon se ke paas jayein hum, hum kitabein unko dein, kuch program munakhit karein wahan par. aslam ki seerat ke bare mein aur baqi islam ki talimat ke mutabik yeh to hota hai ke rasullah aslam ke paidaish ke mauke par program hote hain. wahan aap islam ki baatein batayein logon ko, kaan muslims ko bulayein to yeh achha dawah work ho jayega.</w:t>
      </w:r>
    </w:p>
    <w:p>
      <w:pPr>
        <w:jc w:val="right"/>
      </w:pPr>
      <w:r>
        <w:t>अब लोगों से के पास जाएं हम, हम किताबें उनको दें, कुछ program मुनाखित करें वहां पर. अस्लाम की सीरत के बारे में और बाकी इस्लाम की तालिमात के मुताबिक यह तो होता है कि रसूल्लाह अस्लाम के पैदाइश के मौके पर program होते हैं. वहां आप इस्लाम की बातें बताएं लोगों को, कान मुस्लिमs को बुलाएं तो यह अच्छा दावा work हो जाएगा.</w:t>
      </w:r>
    </w:p>
    <w:p>
      <w:r>
        <w:rPr>
          <w:b/>
        </w:rPr>
        <w:t xml:space="preserve">[22:41] </w:t>
      </w:r>
      <w:r>
        <w:t>har occasion ko dawah work ke liye istemal karen. to yeh yeh sunnat hai aur woh sab to bidat hain. hamare pait to waise hi bhare hue hote hain. us mein maseed cake khaye ja rahe hain, sehat kharab kar rahe hain. yeh kaun se sunnat hai? ji. Ok, yeh answer is yeh maine cake khane wali baat pehli baar suni hai ke ji.</w:t>
      </w:r>
    </w:p>
    <w:p>
      <w:pPr>
        <w:jc w:val="right"/>
      </w:pPr>
      <w:r>
        <w:t>हर occasion को दावा work के लिए इस्तेमाल करें. तो यह यह सुन्नत है और वह सब तो बिदात हैं. हमारे पेट तो वैसे ही भरे हुए होते हैं. उसमें मसीद cake खाए जा रहे हैं, सेहत ख़राब कर रहे हैं. यह कौन से सुन्नत है? जी. Ok, यह answer is यह मैंने cake खाने वाली बात पहली बार सुनी है के जी.</w:t>
      </w:r>
    </w:p>
    <w:p>
      <w:r>
        <w:rPr>
          <w:b/>
        </w:rPr>
        <w:t xml:space="preserve">[23:10] </w:t>
      </w:r>
      <w:r>
        <w:t>sudham sandarbh daal rahe ho sandarbh ke liye cake ban raha hai kamao. personal usko private mein isko dekhiye abhi to bahut bada seekh liya aapne bas extended andaaz mein samjhaya hua. Thank you so much. We have five seven minutes left. So aur kisi ko koi question puchna ho to jaldi puchne because we will end the session on time of thirty minutes. shweena main kuch kehna chahti hoon.</w:t>
      </w:r>
    </w:p>
    <w:p>
      <w:pPr>
        <w:jc w:val="right"/>
      </w:pPr>
      <w:r>
        <w:t>सुधम संदर्भ डाल रहे हो संदर्भ के लिए cake वन रहा है कमाओ. Personal उसको private में इसको देखिए अभी तो बहुत बड़ा सीख लिया आपने बस extended अंदाज़ में समझाया हुआ. Thank you so much. We have five seven minutes left. So और किसी को कोई question पूछना हो तो जल्दी पूछने because we will end the session on time of thirty minutes. श्वीना मैं कुछ कहना चाहती हूं.</w:t>
      </w:r>
    </w:p>
    <w:p>
      <w:r>
        <w:rPr>
          <w:b/>
        </w:rPr>
        <w:t xml:space="preserve">[23:40] </w:t>
      </w:r>
      <w:r>
        <w:t>haan boliye. humne yeh jo is ab baar ho gayi. ab bhi awaaz awaaz kharab hai? theek hai? awaaz aa rahi hai? ji yahan samajh aa raha hai. achha. humne is baar available available par ek kaam kiya ki humne apne eye hospital mein ek eye camp lagane ki planning ki hai aur saath mein hum paigambar Mohammad ki koti kitabein dena cha rahe hain logon ko.</w:t>
      </w:r>
    </w:p>
    <w:p>
      <w:pPr>
        <w:jc w:val="right"/>
      </w:pPr>
      <w:r>
        <w:t>हां बोलिए. हमने यह जो इस अब बार हो गई. अब भी आवाज़ आवाज़ ख़राब है? ठीक है? आवाज़ आ रही है? जी यहां समझ आ रहा है. अच्छा. हमने इस बार available available पर एक काम किया कि हमने अपने eye hospital में एक eye camp लगाने की planning की है और साथ में हम पैगंबर मोहम्मद की कोटी किताबें देना चाह रहे हैं लोगों को.</w:t>
      </w:r>
    </w:p>
    <w:p>
      <w:r>
        <w:rPr>
          <w:b/>
        </w:rPr>
        <w:t xml:space="preserve">[24:08] </w:t>
      </w:r>
      <w:r>
        <w:t>to latala agar yeh cheez sahi hai uske liye karna. bahut achha hai isi isi kya yeh mauke band hai? par bahut zyada achha hai kyunki isi mauke par aap logon ko invite karenge na to mauka hota hai tabhi to logon ko invite karte hain aur wahan par Islam ka peaceful message logon ko batayein aur unko literature dein to yeh to sahi tareeqa hai. haan haan hum nahi</w:t>
      </w:r>
    </w:p>
    <w:p>
      <w:pPr>
        <w:jc w:val="right"/>
      </w:pPr>
      <w:r>
        <w:t>तो लताला अगर यह चीज़ सही है उसके लिए करना. बहुत अच्छा है इसी इसी क्या यह मौके बंद है? पर बहुत ज़्यादा अच्छा है क्योंकि इसी मौके पर आप लोगों को invite करेंगे ना तो मौका होता है तभी तो लोगों को invite करते हैं और वहां पर इस्लाम का peaceful message लोगों को बताएं और उनको literature दें तो यह तो सही तरीका है. हां हां हम नहीं</w:t>
      </w:r>
    </w:p>
    <w:p>
      <w:r>
        <w:rPr>
          <w:b/>
        </w:rPr>
        <w:t xml:space="preserve">[24:33] </w:t>
      </w:r>
      <w:r>
        <w:t>us humne us banner par bhi likhwaya hai ki you have been sent as a mercy to ban.</w:t>
      </w:r>
    </w:p>
    <w:p>
      <w:pPr>
        <w:jc w:val="right"/>
      </w:pPr>
      <w:r>
        <w:t>उस हमने उस banner पर भी लिखवाया है कि you have been sent as a mercy to ban.</w:t>
      </w:r>
    </w:p>
    <w:p>
      <w:r>
        <w:rPr>
          <w:b/>
        </w:rPr>
        <w:t xml:space="preserve">[24:40] </w:t>
      </w:r>
      <w:r>
        <w:t>to humein laga ki is mauke ko istemal aise kiya jaye to behtar rahega.</w:t>
      </w:r>
    </w:p>
    <w:p>
      <w:pPr>
        <w:jc w:val="right"/>
      </w:pPr>
      <w:r>
        <w:t>तो हमें लगा कि इस मौके को इस्तेमाल ऐसे किया जाए तो बेहतर रहेगा.</w:t>
      </w:r>
    </w:p>
    <w:p>
      <w:r>
        <w:rPr>
          <w:b/>
        </w:rPr>
        <w:t xml:space="preserve">[24:47] </w:t>
      </w:r>
      <w:r>
        <w:t>bahut achha, bahut achha.</w:t>
      </w:r>
    </w:p>
    <w:p>
      <w:pPr>
        <w:jc w:val="right"/>
      </w:pPr>
      <w:r>
        <w:t>बहुत अच्छा, बहुत अच्छा.</w:t>
      </w:r>
    </w:p>
    <w:p>
      <w:r>
        <w:rPr>
          <w:b/>
        </w:rPr>
        <w:t xml:space="preserve">[24:54] </w:t>
      </w:r>
      <w:r>
        <w:t>ek cheez jo relate ho rahi hai is waqye se, woh woh bahut clear kar deta hoon usko</w:t>
      </w:r>
    </w:p>
    <w:p>
      <w:pPr>
        <w:jc w:val="right"/>
      </w:pPr>
      <w:r>
        <w:t>एक चीज़ जो relate हो रही है इस वाक्य से, वह वह बहुत clear कर देता हूं उसको</w:t>
      </w:r>
    </w:p>
    <w:p>
      <w:r>
        <w:rPr>
          <w:b/>
        </w:rPr>
        <w:t xml:space="preserve">[25:01] </w:t>
      </w:r>
      <w:r>
        <w:t>aapki baaten ek ho.</w:t>
      </w:r>
    </w:p>
    <w:p>
      <w:pPr>
        <w:jc w:val="right"/>
      </w:pPr>
      <w:r>
        <w:t>आपकी बातें एक हो.</w:t>
      </w:r>
    </w:p>
    <w:p>
      <w:r>
        <w:rPr>
          <w:b/>
        </w:rPr>
        <w:t xml:space="preserve">[25:08] </w:t>
      </w:r>
      <w:r>
        <w:t>aap jo kar rahi hain ki zahir se baat hai eid mila dun nabhi manana galat.</w:t>
      </w:r>
    </w:p>
    <w:p>
      <w:pPr>
        <w:jc w:val="right"/>
      </w:pPr>
      <w:r>
        <w:t>आप जो कर रही हैं कि जाहिर से बात है ईद मिला दुन नभी मनाना गलत.</w:t>
      </w:r>
    </w:p>
    <w:p>
      <w:r>
        <w:rPr>
          <w:b/>
        </w:rPr>
        <w:t xml:space="preserve">[25:16] </w:t>
      </w:r>
      <w:r>
        <w:t>hum usko celebrate kar rahe hain dawah ka kaam ko. haan, aise matlab aise programon ko bhi hum apne dawah ke liye istemal kar sakte hain. kyunki hum mana karein to hum manenge nahi. to aisa bahut baar hua hai ki aise program hue hain shadi wagairah ke to jo ki hum log hum logon ke yahan to simple shadi hoti hai lekin aise program mein hum gaye hain literature apna lekar ke aur tamam logon ko literature distribute kiya hai.</w:t>
      </w:r>
    </w:p>
    <w:p>
      <w:pPr>
        <w:jc w:val="right"/>
      </w:pPr>
      <w:r>
        <w:t>हम उसको celebrate कर रहे हैं दावत का काम को. हां, ऐसे मतलब ऐसे programओं को भी हम अपने दावा के लिए इस्तेमाल कर सकते हैं. क्योंकि हम मना करें तो हम मानेंगे नहीं. तो ऐसा बहुत बार हुआ है कि ऐसे program हुए हैं शादी वग़ैरह के तो जो कि हम लोग हम लोगों के यहां तो simple शादी होती है लेकिन ऐसे program में हम गए हैं literature अपना लेकर के और तमाम लोगों को literature distribute किया है.</w:t>
      </w:r>
    </w:p>
    <w:p>
      <w:r>
        <w:rPr>
          <w:b/>
        </w:rPr>
        <w:t xml:space="preserve">[25:46] </w:t>
      </w:r>
      <w:r>
        <w:t>to aise maukon ko istemal bhi kar sakte hain. shukriya. ji. ji akhtal, thank you so much. And any more questions since we have come to the end of the session of thirty minutes. So</w:t>
      </w:r>
    </w:p>
    <w:p>
      <w:pPr>
        <w:jc w:val="right"/>
      </w:pPr>
      <w:r>
        <w:t>तो ऐसे मौकों को इस्तेमाल भी कर सकते हैं. शुक्रिया. जी. जी अक्तल, thank you so much. And any more questions since we have come to the end of the session of thirty minutes. So</w:t>
      </w:r>
    </w:p>
    <w:p>
      <w:r>
        <w:rPr>
          <w:b/>
        </w:rPr>
        <w:t xml:space="preserve">[26:14] </w:t>
      </w:r>
      <w:r>
        <w:t>point doctor shafeena ki is mein main add karunga.</w:t>
      </w:r>
    </w:p>
    <w:p>
      <w:pPr>
        <w:jc w:val="right"/>
      </w:pPr>
      <w:r>
        <w:t>point doctor शफ़ीना की इसमें मैं add करूंगा.</w:t>
      </w:r>
    </w:p>
    <w:p>
      <w:r>
        <w:rPr>
          <w:b/>
        </w:rPr>
        <w:t xml:space="preserve">[26:33] </w:t>
      </w:r>
      <w:r>
        <w:t>jo unhon ne avan bilmaarush ko kaha tha quran ki</w:t>
      </w:r>
    </w:p>
    <w:p>
      <w:pPr>
        <w:jc w:val="right"/>
      </w:pPr>
      <w:r>
        <w:t>जो उन्होंने अवन बिल्मारुष को कहा था कुरान की</w:t>
      </w:r>
    </w:p>
    <w:p>
      <w:r>
        <w:rPr>
          <w:b/>
        </w:rPr>
        <w:t xml:space="preserve">[26:52] </w:t>
      </w:r>
      <w:r>
        <w:t>aur kai tafseeron ko dekhna chahiye. ek hi tafseer main kai kai baar aisa hoga ki woh aise alfaaz honge jo samajh mein na aa rahe ho. to aap kai tafseerein dekhenge to samajh mein aa jata hai. jaza kalya check na farad bhai. So we come to the end of the session upper. Thank you so much for being there always for us and farad bhai also thank you so much jaza kalya.</w:t>
      </w:r>
    </w:p>
    <w:p>
      <w:pPr>
        <w:jc w:val="right"/>
      </w:pPr>
      <w:r>
        <w:t>और कई तफ़्सीरों को देखना चाहिए. एक ही तफ़्सीर मैं कई कई बार ऐसा होगा कि वह ऐसे अल्फाज़ होंगे जो समझ में ना आ रहे हो. तो आप कई तफ़्सीरें देखेंगे तो समझ में आ जाता है. जज़ा कल्या check ना फ़राद भाई. So we come to the end of the session अपर. Thank you so much for being there always for us and फ़राद भाई also thank you so much जज़ा कल्या.</w:t>
      </w:r>
    </w:p>
    <w:p>
      <w:r>
        <w:rPr>
          <w:b/>
        </w:rPr>
        <w:t xml:space="preserve">[27:22] </w:t>
      </w:r>
      <w:r>
        <w:t>farad bhai aap dua ke raj se ji. band kar Allah taala hum tamamnon ko din ki sahi samajh khatfarmaayein, imaan par qayam rakhein aur apne se mulaqat ke taufee khatfarmaayein. apne means Allah taala, ameer. haan ameer. So we come to the end of the session. Assalah mulik ko. Allah yarsalah.</w:t>
      </w:r>
    </w:p>
    <w:p>
      <w:pPr>
        <w:jc w:val="right"/>
      </w:pPr>
      <w:r>
        <w:t>फ़राद भाई आप दुआ के राज्य से जी. बंद कर अल्लाह तालाह हम तमामनों को दिन की सही समझ खतरफ़रमाएं, ईमान पर कायम रखें और अपने से मुलाकात के तौफ़ी खतरफ़रमाएं. अपने means अल्लाह तालाज़, अमीर. हां अमीर. So we come to the end of the session. अस्सलाह मुलिक को. अल्लाह यार्सलाह.</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